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 from Prophet's Life April 23, 2006</w:t>
      </w:r>
    </w:p>
    <w:p>
      <w:r>
        <w:t>https://youtu.be/pziIdVaJxXo</w:t>
      </w:r>
    </w:p>
    <w:p>
      <w:r>
        <w:rPr>
          <w:b/>
        </w:rPr>
        <w:t xml:space="preserve">[00:27] </w:t>
      </w:r>
      <w:r>
        <w:t>wa hall al uqdah min lisani, yafqahu qawli.</w:t>
      </w:r>
    </w:p>
    <w:p>
      <w:pPr>
        <w:jc w:val="right"/>
      </w:pPr>
      <w:r>
        <w:t>واحلالعقدۃ منلسانی، یفقہ قولی۔</w:t>
      </w:r>
    </w:p>
    <w:p>
      <w:r>
        <w:rPr>
          <w:b/>
        </w:rPr>
        <w:t xml:space="preserve">[00:35] </w:t>
      </w:r>
      <w:r>
        <w:t>aap jante hain keh yeh rabi ul awal ka mahina hai, yani woh mahina jis mein</w:t>
      </w:r>
    </w:p>
    <w:p>
      <w:pPr>
        <w:jc w:val="right"/>
      </w:pPr>
      <w:r>
        <w:t>آپ جانتےہیں کہیہ ربیع الاولکامہینہہے، یعنیوہ مہینہ جسمیں</w:t>
      </w:r>
    </w:p>
    <w:p>
      <w:r>
        <w:rPr>
          <w:b/>
        </w:rPr>
        <w:t xml:space="preserve">[00:47] </w:t>
      </w:r>
      <w:r>
        <w:t>prophet of islam hazrat Muhammad sallallahu alaihi wasallam paida hue hain.</w:t>
      </w:r>
    </w:p>
    <w:p>
      <w:pPr>
        <w:jc w:val="right"/>
      </w:pPr>
      <w:r>
        <w:t>پرافٹآف اسلام حضرت محمد صلیاللہ علیہوسلم پیدا ہوئےہیں۔</w:t>
      </w:r>
    </w:p>
    <w:p>
      <w:r>
        <w:rPr>
          <w:b/>
        </w:rPr>
        <w:t xml:space="preserve">[00:55] </w:t>
      </w:r>
      <w:r>
        <w:t>to is nisbat se main aaj kuch baatein</w:t>
      </w:r>
    </w:p>
    <w:p>
      <w:pPr>
        <w:jc w:val="right"/>
      </w:pPr>
      <w:r>
        <w:t>تواس نسبتسے میں آج کچھباتیں</w:t>
      </w:r>
    </w:p>
    <w:p>
      <w:r>
        <w:rPr>
          <w:b/>
        </w:rPr>
        <w:t xml:space="preserve">[01:03] </w:t>
      </w:r>
      <w:r>
        <w:t>rasoolullah ke</w:t>
      </w:r>
    </w:p>
    <w:p>
      <w:pPr>
        <w:jc w:val="right"/>
      </w:pPr>
      <w:r>
        <w:t>رسولاللہ کے</w:t>
      </w:r>
    </w:p>
    <w:p>
      <w:r>
        <w:rPr>
          <w:b/>
        </w:rPr>
        <w:t xml:space="preserve">[01:08] </w:t>
      </w:r>
      <w:r>
        <w:t>ke life ko lekar ya unki sayings ko lekar karna chahunga. aaj ki baatchit mein shuru karna chahta hoon aaj ke ek news items se.</w:t>
      </w:r>
    </w:p>
    <w:p>
      <w:pPr>
        <w:jc w:val="right"/>
      </w:pPr>
      <w:r>
        <w:t>کیلائفکولےکر یاانکی سٹینگزکولےکر کرناچاہوںگا۔ آج کیباتچیتمیںشروعکرناچاہتاہوں آجکےایکنیوزآئٹمسے۔</w:t>
      </w:r>
    </w:p>
    <w:p>
      <w:r>
        <w:rPr>
          <w:b/>
        </w:rPr>
        <w:t xml:space="preserve">[01:20] </w:t>
      </w:r>
      <w:r>
        <w:t>mere haath mein yeh times of india hai, 23 April ka. ismein khabar hai keh india ke ek bahut hi senior politician, Mr Pramod Mahajan,</w:t>
      </w:r>
    </w:p>
    <w:p>
      <w:pPr>
        <w:jc w:val="right"/>
      </w:pPr>
      <w:r>
        <w:t>میرےہاتھمیںیہ ٹائمزآفانڈیاہے، 23 اپریلکا۔ اسمیں خبرہے کہانڈیاکے ایکبہت ہی سین ئر پولیٹیشن ،مسٹر پرمودمہاجن،</w:t>
      </w:r>
    </w:p>
    <w:p>
      <w:r>
        <w:rPr>
          <w:b/>
        </w:rPr>
        <w:t xml:space="preserve">[01:43] </w:t>
      </w:r>
      <w:r>
        <w:t>ka kuch difference unke bhai se hua, sagge bhai se. aur sagge bhai ne inko bombay mein revolver se</w:t>
      </w:r>
    </w:p>
    <w:p>
      <w:pPr>
        <w:jc w:val="right"/>
      </w:pPr>
      <w:r>
        <w:t>کا کچھڈیفرنس انکےبھائیسےہوا ، سگےبھائیسے۔ اور سگےبھائینےانکو بمبئیمیں ریوال ورسے</w:t>
      </w:r>
    </w:p>
    <w:p>
      <w:r>
        <w:rPr>
          <w:b/>
        </w:rPr>
        <w:t xml:space="preserve">[01:56] </w:t>
      </w:r>
      <w:r>
        <w:t>goli chala di.</w:t>
      </w:r>
    </w:p>
    <w:p>
      <w:pPr>
        <w:jc w:val="right"/>
      </w:pPr>
      <w:r>
        <w:t>گولیچلادی۔</w:t>
      </w:r>
    </w:p>
    <w:p>
      <w:r>
        <w:rPr>
          <w:b/>
        </w:rPr>
        <w:t xml:space="preserve">[01:59] </w:t>
      </w:r>
      <w:r>
        <w:t>ab woh bombay ke hindu joo hospital mein life support system par hain, abhi bhi unki bleeding khatam nahin hui hai.</w:t>
      </w:r>
    </w:p>
    <w:p>
      <w:pPr>
        <w:jc w:val="right"/>
      </w:pPr>
      <w:r>
        <w:t>اب وہ بمبئیکے ہندو جوہاسپٹلمیں لائفسپورٹسسٹمپرہیں، ابھیبھیانکیبلیڈنگختمنہیںہوئیہے۔</w:t>
      </w:r>
    </w:p>
    <w:p>
      <w:r>
        <w:rPr>
          <w:b/>
        </w:rPr>
        <w:t xml:space="preserve">[02:11] </w:t>
      </w:r>
      <w:r>
        <w:t>aur doctor kehte hain keh very very serious, bahut hi critical condition hai unki, quite critical.</w:t>
      </w:r>
    </w:p>
    <w:p>
      <w:pPr>
        <w:jc w:val="right"/>
      </w:pPr>
      <w:r>
        <w:t>اور ڈاکٹرکہتےہیںکہ ویریویریسیریس، بہتہی کریٹیکلکنڈیشنہےانکی، کوائٹ کریٹیکل۔</w:t>
      </w:r>
    </w:p>
    <w:p>
      <w:r>
        <w:rPr>
          <w:b/>
        </w:rPr>
        <w:t xml:space="preserve">[02:24] </w:t>
      </w:r>
      <w:r>
        <w:t>yeh jab</w:t>
      </w:r>
    </w:p>
    <w:p>
      <w:pPr>
        <w:jc w:val="right"/>
      </w:pPr>
      <w:r>
        <w:t>یہ جب</w:t>
      </w:r>
    </w:p>
    <w:p>
      <w:r>
        <w:rPr>
          <w:b/>
        </w:rPr>
        <w:t xml:space="preserve">[02:28] </w:t>
      </w:r>
      <w:r>
        <w:t>qissa maine jana to mujhe yaad aaya hai keh sari history mein aur sara duniya mein isi tarah ke takrao ho rahe hain insaanon ke beech mein.</w:t>
      </w:r>
    </w:p>
    <w:p>
      <w:pPr>
        <w:jc w:val="right"/>
      </w:pPr>
      <w:r>
        <w:t>قصہمیںنےجانا تومجھے یادآیاہےکہ ساری ہسٹریمیں اور ساریدنیا میں اسیطرح کےٹکراؤہورہےہیں انسان وںکےبیچمیں۔</w:t>
      </w:r>
    </w:p>
    <w:p>
      <w:r>
        <w:rPr>
          <w:b/>
        </w:rPr>
        <w:t xml:space="preserve">[02:41] </w:t>
      </w:r>
      <w:r>
        <w:t>ek insaan aur doosre insaan ke beech mein, ek nation aur doosre nation ke beech mein.</w:t>
      </w:r>
    </w:p>
    <w:p>
      <w:pPr>
        <w:jc w:val="right"/>
      </w:pPr>
      <w:r>
        <w:t>ایکانسان اور دوسرےانسانکےبیچمیں، ایک نیشناوردوسرےنیشنکےبیچمیں۔</w:t>
      </w:r>
    </w:p>
    <w:p>
      <w:r>
        <w:rPr>
          <w:b/>
        </w:rPr>
        <w:t xml:space="preserve">[02:50] </w:t>
      </w:r>
      <w:r>
        <w:t>puri history insaanon ke beech mein takrao ki history hai.</w:t>
      </w:r>
    </w:p>
    <w:p>
      <w:pPr>
        <w:jc w:val="right"/>
      </w:pPr>
      <w:r>
        <w:t>پوریہسٹری انسان وںکےبیچمیں ٹکراؤکیہسٹریہے۔</w:t>
      </w:r>
    </w:p>
    <w:p>
      <w:r>
        <w:rPr>
          <w:b/>
        </w:rPr>
        <w:t xml:space="preserve">[03:00] </w:t>
      </w:r>
      <w:r>
        <w:t>lekin iske saath aap dekhiye jo rest of the universe hai, ismein koi takrao nahin. aap jante hain keh hamari jo space hai, ismein numerous bodies hain.</w:t>
      </w:r>
    </w:p>
    <w:p>
      <w:pPr>
        <w:jc w:val="right"/>
      </w:pPr>
      <w:r>
        <w:t>لیکن اسیکےساتھ آپدیکھیے جو ریسٹآفدایونیورس ہے، اسمیں کوئی ٹکراؤنہیں ۔آپجانتےہیںکہہماریجو سپیسہے، اسمیں نیومرسباڈیزہیں۔</w:t>
      </w:r>
    </w:p>
    <w:p>
      <w:r>
        <w:rPr>
          <w:b/>
        </w:rPr>
        <w:t xml:space="preserve">[03:15] </w:t>
      </w:r>
      <w:r>
        <w:t>kaha jata hai keh sare desert mein jitne sands hain aur sare oceans ke kinare jitne sands hain, utni hi ginti hai space mein stars ki aur planets ki.</w:t>
      </w:r>
    </w:p>
    <w:p>
      <w:pPr>
        <w:jc w:val="right"/>
      </w:pPr>
      <w:r>
        <w:t>کہاجاتاہےکہسارےڈیزرٹمیںجتنے سائنسہیں اور سارے اوشنزکےکنارےجتنے سائنسہیں، اتنیہی گنتیہے سپیسمیں سٹارزکی اورپلینٹسکی۔</w:t>
      </w:r>
    </w:p>
    <w:p>
      <w:r>
        <w:rPr>
          <w:b/>
        </w:rPr>
        <w:t xml:space="preserve">[03:33] </w:t>
      </w:r>
      <w:r>
        <w:t>magroohankoi takraonahien.</w:t>
      </w:r>
    </w:p>
    <w:p>
      <w:pPr>
        <w:jc w:val="right"/>
      </w:pPr>
      <w:r>
        <w:t>مگروہاںکوئیٹکراؤنہیں۔</w:t>
      </w:r>
    </w:p>
    <w:p>
      <w:r>
        <w:rPr>
          <w:b/>
        </w:rPr>
        <w:t xml:space="preserve">[03:37] </w:t>
      </w:r>
      <w:r>
        <w:t>aap jantay hain keh hamari jo planet earth hai, woh bohat hi tiny body hai.</w:t>
      </w:r>
    </w:p>
    <w:p>
      <w:pPr>
        <w:jc w:val="right"/>
      </w:pPr>
      <w:r>
        <w:t>آپجانتےہیںکہ ہماریجو پلینٹارتھہے، وہ بہت ہی ٹائنی باڈیہے۔</w:t>
      </w:r>
    </w:p>
    <w:p>
      <w:r>
        <w:rPr>
          <w:b/>
        </w:rPr>
        <w:t xml:space="preserve">[03:49] </w:t>
      </w:r>
      <w:r>
        <w:t>kaha jata hai keh agar aik sand particle ko lein aap, aik zarra ko, aur uske one million hissay karein aap, yani das lakh,</w:t>
      </w:r>
    </w:p>
    <w:p>
      <w:pPr>
        <w:jc w:val="right"/>
      </w:pPr>
      <w:r>
        <w:t>کہاجاتاہےکہ اگر ایک سینڈپارٹیکلکولیںآپ، ایک ذرہکو، اور اسکے ون مل ین حصےکریںآپ، یعنی دس لاکھ،</w:t>
      </w:r>
    </w:p>
    <w:p>
      <w:r>
        <w:rPr>
          <w:b/>
        </w:rPr>
        <w:t xml:space="preserve">[04:05] </w:t>
      </w:r>
      <w:r>
        <w:t>to das lakhwan jo aik chota sa zarra hoga jo kisi bhi microscope se dekha nahin ja sakta, to poore universe ke muqable mein woh jitna chota hoga,</w:t>
      </w:r>
    </w:p>
    <w:p>
      <w:pPr>
        <w:jc w:val="right"/>
      </w:pPr>
      <w:r>
        <w:t>تو دسلاکھواں جو ایک چھوٹا سا ذرہہوگاجو کسی بھی مائیکروسکوپسےدیکھانہیںجاسکتا، تو پورےیونیورسکےمقابلےمیں وہ جتناچھوٹاہوگا،</w:t>
      </w:r>
    </w:p>
    <w:p>
      <w:r>
        <w:rPr>
          <w:b/>
        </w:rPr>
        <w:t xml:space="preserve">[04:22] </w:t>
      </w:r>
      <w:r>
        <w:t>itni choti hai hamari yeh earth</w:t>
      </w:r>
    </w:p>
    <w:p>
      <w:pPr>
        <w:jc w:val="right"/>
      </w:pPr>
      <w:r>
        <w:t>اتنیچھوٹیہےہمارییہ ارتھ</w:t>
      </w:r>
    </w:p>
    <w:p>
      <w:r>
        <w:rPr>
          <w:b/>
        </w:rPr>
        <w:t xml:space="preserve">[04:26] </w:t>
      </w:r>
      <w:r>
        <w:t>.hamara jo planet earth hai, woh itna hi chota hai, yani kuch bhi nahin .lekin aap dekhiye keh zameen par itni laraian hain aap mein aur universe mein koi takraon nahin.</w:t>
      </w:r>
    </w:p>
    <w:p>
      <w:pPr>
        <w:jc w:val="right"/>
      </w:pPr>
      <w:r>
        <w:t>۔ہماراجو پلینٹارتھہے، وہ اتناہیچھوٹاہے، یعنیکچھبھینہیں ۔ لیکن آپ دیکھیےکہ زمین پر اتنیلڑائیاںہیںآپسمیں اور یونیورس میںکوئیٹکراؤنہیں۔</w:t>
      </w:r>
    </w:p>
    <w:p>
      <w:r>
        <w:rPr>
          <w:b/>
        </w:rPr>
        <w:t xml:space="preserve">[04:41] </w:t>
      </w:r>
      <w:r>
        <w:t>quran mein hai keh la yashm yam bagh-i tadruk al-qamar wa la lail sabiq an-nahar kullun fi falaki yabeh-oon</w:t>
      </w:r>
    </w:p>
    <w:p>
      <w:pPr>
        <w:jc w:val="right"/>
      </w:pPr>
      <w:r>
        <w:t>قرآنمیںہےکہ لشم یم بغی تد رکالقمر ول له سابق النهار کل فیفلکیبہ ون</w:t>
      </w:r>
    </w:p>
    <w:p>
      <w:r>
        <w:rPr>
          <w:b/>
        </w:rPr>
        <w:t xml:space="preserve">[04:55] </w:t>
      </w:r>
      <w:r>
        <w:t>yani space mein jitni bodies hain, jitne stars hain, sab ke sab revolve kar rahe hain. koi bhi ismein state nahin hai, lekin inmein takraon nahin hota.</w:t>
      </w:r>
    </w:p>
    <w:p>
      <w:pPr>
        <w:jc w:val="right"/>
      </w:pPr>
      <w:r>
        <w:t>یعنی اسپیسمیں جتنیبا ڈیزہیں،جتنےسٹارزہیں، سب کےسب ریوالوکررہےہیں۔ کوئی بھی اسمیں سٹیٹکنہیںہے، لیکن انمیں ٹکراؤنہیںہوتا۔</w:t>
      </w:r>
    </w:p>
    <w:p>
      <w:r>
        <w:rPr>
          <w:b/>
        </w:rPr>
        <w:t xml:space="preserve">[05:12] </w:t>
      </w:r>
      <w:r>
        <w:t>kyun? har aik apne orbit par ghoomta hai.</w:t>
      </w:r>
    </w:p>
    <w:p>
      <w:pPr>
        <w:jc w:val="right"/>
      </w:pPr>
      <w:r>
        <w:t>کیوں؟ہرایک اپنے اربٹپرگھومتاہے۔</w:t>
      </w:r>
    </w:p>
    <w:p>
      <w:r>
        <w:rPr>
          <w:b/>
        </w:rPr>
        <w:t xml:space="preserve">[05:21] </w:t>
      </w:r>
      <w:r>
        <w:t>aur insano ke beech mein takraon hai.</w:t>
      </w:r>
    </w:p>
    <w:p>
      <w:pPr>
        <w:jc w:val="right"/>
      </w:pPr>
      <w:r>
        <w:t>اور انسان وںکےبیچمیںٹکراؤہے۔</w:t>
      </w:r>
    </w:p>
    <w:p>
      <w:r>
        <w:rPr>
          <w:b/>
        </w:rPr>
        <w:t xml:space="preserve">[05:25] </w:t>
      </w:r>
      <w:r>
        <w:t>yeh jo difference hai, yeh aik bohat bara sign hai, S I G N, Khuda ka.</w:t>
      </w:r>
    </w:p>
    <w:p>
      <w:pPr>
        <w:jc w:val="right"/>
      </w:pPr>
      <w:r>
        <w:t>یہجو ڈیفرنسہے، یہ ایکبہت بڑا سائنہے، ایسآئی جی این ،خداکا ۔</w:t>
      </w:r>
    </w:p>
    <w:p>
      <w:r>
        <w:rPr>
          <w:b/>
        </w:rPr>
        <w:t xml:space="preserve">[05:38] </w:t>
      </w:r>
      <w:r>
        <w:t>yeh sochne ki baat hai keh kyun itne bare universe mein numerous bodies har waqt chal rahe hain, daud rahe hain, bohat hi tez speed ke sath, inmein koi takraon nahin.</w:t>
      </w:r>
    </w:p>
    <w:p>
      <w:pPr>
        <w:jc w:val="right"/>
      </w:pPr>
      <w:r>
        <w:t>یہسوچنےکیباتہےکہکیوں اتنےبڑےیونیورس میں نیومرسباڈیز ہروقت چلرہےہیں، دوڑرہےہیں،بہت ہی تیزسپیڈکےساتھ، انمیںکوئیٹکراؤنہیں ۔</w:t>
      </w:r>
    </w:p>
    <w:p>
      <w:r>
        <w:rPr>
          <w:b/>
        </w:rPr>
        <w:t xml:space="preserve">[05:53] </w:t>
      </w:r>
      <w:r>
        <w:t>aur tiny earth par itna takraon,</w:t>
      </w:r>
    </w:p>
    <w:p>
      <w:pPr>
        <w:jc w:val="right"/>
      </w:pPr>
      <w:r>
        <w:t>اور اسٹائنی ارتھپراتناٹکراؤ،</w:t>
      </w:r>
    </w:p>
    <w:p>
      <w:r>
        <w:rPr>
          <w:b/>
        </w:rPr>
        <w:t xml:space="preserve">[06:00] </w:t>
      </w:r>
      <w:r>
        <w:t>yeh difference sochne ki taraf bulatata hai hum ko.</w:t>
      </w:r>
    </w:p>
    <w:p>
      <w:pPr>
        <w:jc w:val="right"/>
      </w:pPr>
      <w:r>
        <w:t>یہ ڈیفرنس سوچنے کی طرف بلاتاہےہمکو ۔</w:t>
      </w:r>
    </w:p>
    <w:p>
      <w:r>
        <w:rPr>
          <w:b/>
        </w:rPr>
        <w:t xml:space="preserve">[06:05] </w:t>
      </w:r>
      <w:r>
        <w:t>isi tarah se dekhiye keh</w:t>
      </w:r>
    </w:p>
    <w:p>
      <w:pPr>
        <w:jc w:val="right"/>
      </w:pPr>
      <w:r>
        <w:t>اسیطرحسےدیکھیے کہ</w:t>
      </w:r>
    </w:p>
    <w:p>
      <w:r>
        <w:rPr>
          <w:b/>
        </w:rPr>
        <w:t xml:space="preserve">[06:13] </w:t>
      </w:r>
      <w:r>
        <w:t>to yeh baat bohat sochne ki hai.</w:t>
      </w:r>
    </w:p>
    <w:p>
      <w:pPr>
        <w:jc w:val="right"/>
      </w:pPr>
      <w:r>
        <w:t>تویہباتبہت سوچنےکیہے۔</w:t>
      </w:r>
    </w:p>
    <w:p>
      <w:r>
        <w:rPr>
          <w:b/>
        </w:rPr>
        <w:t xml:space="preserve">[06:17] </w:t>
      </w:r>
      <w:r>
        <w:t>aap jantay hain keh science mein kya hota hai?</w:t>
      </w:r>
    </w:p>
    <w:p>
      <w:pPr>
        <w:jc w:val="right"/>
      </w:pPr>
      <w:r>
        <w:t>آپجانتےہیںکہسائنسمیںکیاہوتاہے؟</w:t>
      </w:r>
    </w:p>
    <w:p>
      <w:r>
        <w:rPr>
          <w:b/>
        </w:rPr>
        <w:t xml:space="preserve">[06:21] </w:t>
      </w:r>
      <w:r>
        <w:t>science mein yeh hota hai keh jab bhi aisi koi cheez janne mein aati hai</w:t>
      </w:r>
    </w:p>
    <w:p>
      <w:pPr>
        <w:jc w:val="right"/>
      </w:pPr>
      <w:r>
        <w:t>سائنسمیںیہہوتاہےکہ جب بھی ایسی کوئیچیز جاننےمیںآتیہے</w:t>
      </w:r>
    </w:p>
    <w:p>
      <w:r>
        <w:rPr>
          <w:b/>
        </w:rPr>
        <w:t xml:space="preserve">[06:31] </w:t>
      </w:r>
      <w:r>
        <w:t>jo aap ke andar doubt create kare keh why this difference, yeh aik doubt create hota hai usko dekh kar keh itni bari universe million billion years se barabar chal rahi hai aur wahan koi takraon nahin.</w:t>
      </w:r>
    </w:p>
    <w:p>
      <w:pPr>
        <w:jc w:val="right"/>
      </w:pPr>
      <w:r>
        <w:t>جو آپ کےاندرڈاؤٹکریٹکرے کہوائیدسڈیفرنس ،یہایکڈاؤٹکریٹہوتاہےاسکودیکھکرکہ اتنیبڑییونیورس مل ین بلینایئرزسے برابر چلرہیہے اوروہاںکوئیٹکراؤنہیں۔</w:t>
      </w:r>
    </w:p>
    <w:p>
      <w:r>
        <w:rPr>
          <w:b/>
        </w:rPr>
        <w:t xml:space="preserve">[06:47] </w:t>
      </w:r>
      <w:r>
        <w:t>aur choti zameen par itna takraon, itna takraon.</w:t>
      </w:r>
    </w:p>
    <w:p>
      <w:pPr>
        <w:jc w:val="right"/>
      </w:pPr>
      <w:r>
        <w:t>اور چھوٹیزمین پراتناٹکراؤ،اتناٹکراؤ۔</w:t>
      </w:r>
    </w:p>
    <w:p>
      <w:r>
        <w:rPr>
          <w:b/>
        </w:rPr>
        <w:t xml:space="preserve">[06:51] </w:t>
      </w:r>
      <w:r>
        <w:t>to this difference creates a question, doubts.</w:t>
      </w:r>
    </w:p>
    <w:p>
      <w:pPr>
        <w:jc w:val="right"/>
      </w:pPr>
      <w:r>
        <w:t>تو دس ڈیفرنس کری ٹس اکوئسچن، اڈاؤٹس۔</w:t>
      </w:r>
    </w:p>
    <w:p>
      <w:r>
        <w:rPr>
          <w:b/>
        </w:rPr>
        <w:t xml:space="preserve">[06:59] </w:t>
      </w:r>
      <w:r>
        <w:t>aap jantay hain keh science mein yeh hota hai. science kaise develop karti hai?</w:t>
      </w:r>
    </w:p>
    <w:p>
      <w:pPr>
        <w:jc w:val="right"/>
      </w:pPr>
      <w:r>
        <w:t>آپجانتےہیںکہ سائنسمیں یہیہوتاہے۔ سائنس کیسےڈیولپکرتیہے؟</w:t>
      </w:r>
    </w:p>
    <w:p>
      <w:r>
        <w:rPr>
          <w:b/>
        </w:rPr>
        <w:t xml:space="preserve">[07:09] </w:t>
      </w:r>
      <w:r>
        <w:t>science is tarah develop karti hai keh koi aik doubtful cheez samne aati hai.</w:t>
      </w:r>
    </w:p>
    <w:p>
      <w:pPr>
        <w:jc w:val="right"/>
      </w:pPr>
      <w:r>
        <w:t>سائنس اسطرحڈیولپکرتیہےکہ کوئی ایک ڈاؤٹفلچیزسامنےآتیہے۔</w:t>
      </w:r>
    </w:p>
    <w:p>
      <w:r>
        <w:rPr>
          <w:b/>
        </w:rPr>
        <w:t xml:space="preserve">[07:17] </w:t>
      </w:r>
      <w:r>
        <w:t>usi ko le kar aik kitab likhi gayi hai, aik scientist ne likha hai "Will to Doubt"</w:t>
      </w:r>
    </w:p>
    <w:p>
      <w:pPr>
        <w:jc w:val="right"/>
      </w:pPr>
      <w:r>
        <w:t>اسیکولےکرکے ایک کتاب لکھیگئیہے،ایکسائنٹسٹنےلکھاہے" ول ٹوڈاؤٹ"</w:t>
      </w:r>
    </w:p>
    <w:p>
      <w:r>
        <w:rPr>
          <w:b/>
        </w:rPr>
        <w:t xml:space="preserve">[07:26] </w:t>
      </w:r>
      <w:r>
        <w:t>keh jab doubt aata hai scientist ke mind mein, tab aik nayi duniya discover hoti hai. kyunke woh doubt kya hota hai? woh doubt aik clue hota hai, C L U E, aik clue.</w:t>
      </w:r>
    </w:p>
    <w:p>
      <w:pPr>
        <w:jc w:val="right"/>
      </w:pPr>
      <w:r>
        <w:t>کہجب ڈاؤٹآتاہے سائنٹسٹکےمائنڈمیں، تب ایک نئیدنیا ڈسکورہوتیہے۔ کیونکہوہڈاؤٹکیاہوتاہے؟وہڈاؤٹایککلوہوتاہے، سیایلیوای، ایککلو۔</w:t>
      </w:r>
    </w:p>
    <w:p>
      <w:r>
        <w:rPr>
          <w:b/>
        </w:rPr>
        <w:t xml:space="preserve">[07:40] </w:t>
      </w:r>
      <w:r>
        <w:t>har aesa difference, har aesa doubt ek clue hai.</w:t>
      </w:r>
    </w:p>
    <w:p>
      <w:pPr>
        <w:jc w:val="right"/>
      </w:pPr>
      <w:r>
        <w:t>ہرایسا ڈیفرنس ،ہرایساڈاؤٹایککلوہے۔</w:t>
      </w:r>
    </w:p>
    <w:p>
      <w:r>
        <w:rPr>
          <w:b/>
        </w:rPr>
        <w:t xml:space="preserve">[07:44] </w:t>
      </w:r>
      <w:r>
        <w:t>is clue se chal kar ke, is clue ko le kar ke sochte sochte</w:t>
      </w:r>
    </w:p>
    <w:p>
      <w:pPr>
        <w:jc w:val="right"/>
      </w:pPr>
      <w:r>
        <w:t>اس کلوسےچلکرکے، اس کلوکولےکرکے سوچتےسوچتے</w:t>
      </w:r>
    </w:p>
    <w:p>
      <w:r>
        <w:rPr>
          <w:b/>
        </w:rPr>
        <w:t xml:space="preserve">[07:55] </w:t>
      </w:r>
      <w:r>
        <w:t>scientist ek bahut badi sachai tak pahunchta hai.</w:t>
      </w:r>
    </w:p>
    <w:p>
      <w:pPr>
        <w:jc w:val="right"/>
      </w:pPr>
      <w:r>
        <w:t>سائنٹسٹ ایکبہت بڑی سچائیتکپہنچتاہے۔</w:t>
      </w:r>
    </w:p>
    <w:p>
      <w:r>
        <w:rPr>
          <w:b/>
        </w:rPr>
        <w:t xml:space="preserve">[08:03] </w:t>
      </w:r>
      <w:r>
        <w:t>to yeh kya wajah hai ke yeh baat aati hai lekin koi sochta nahi is par?</w:t>
      </w:r>
    </w:p>
    <w:p>
      <w:pPr>
        <w:jc w:val="right"/>
      </w:pPr>
      <w:r>
        <w:t>تو یہ کیا وجہ ہےکہیہبات آتیہےلیکنکوئیسوچتانہیںاسپر ؟</w:t>
      </w:r>
    </w:p>
    <w:p>
      <w:r>
        <w:rPr>
          <w:b/>
        </w:rPr>
        <w:t xml:space="preserve">[08:14] </w:t>
      </w:r>
      <w:r>
        <w:t>yani wohi insan jo doosre clue jo milte hain duniya mein, us ko le kar khoob sochta hai aur badi badi discoveries tak pahunchta hai.</w:t>
      </w:r>
    </w:p>
    <w:p>
      <w:pPr>
        <w:jc w:val="right"/>
      </w:pPr>
      <w:r>
        <w:t>یعنیوہیانسان جودوسرے کلو جو ملتےہیں دنیا میں ،اسکولےکرخوبسوچتاہے اور بڑیبڑیڈسکوریزتکپہنچتاہے۔</w:t>
      </w:r>
    </w:p>
    <w:p>
      <w:r>
        <w:rPr>
          <w:b/>
        </w:rPr>
        <w:t xml:space="preserve">[08:28] </w:t>
      </w:r>
      <w:r>
        <w:t>lekin is tarah ke jo differences hain, jo ek clue dete hain hum ko, is clue ko le kar koi sochta nahi.</w:t>
      </w:r>
    </w:p>
    <w:p>
      <w:pPr>
        <w:jc w:val="right"/>
      </w:pPr>
      <w:r>
        <w:t>لیکن اسطرح کےجو ڈیفر نسزہیں، جو ایککلودیتےہیںہمکو ،اس کلوکولےکرکوئیسوچتانہیں ۔</w:t>
      </w:r>
    </w:p>
    <w:p>
      <w:r>
        <w:rPr>
          <w:b/>
        </w:rPr>
        <w:t xml:space="preserve">[08:42] </w:t>
      </w:r>
      <w:r>
        <w:t>yeh bahut zyada sochne ki baat hai. Isi tarah se main ek aur baat aapse kehta hoon ke woh insan jis ne is clue ko le kar ke socha aur Khuda ki madad se us ne insan ko bataya kyun aesa hai,</w:t>
      </w:r>
    </w:p>
    <w:p>
      <w:pPr>
        <w:jc w:val="right"/>
      </w:pPr>
      <w:r>
        <w:t>یہبہت زیادہ سوچنےکیباتہے۔ اسیطرحسےمیں ایکاورباتآپسےکہتاہوں کہ وہ انسان جسنے اس کلوکولےکرکےسوچا اورخداکی مددسےاسنےانسانکوبتایا کیوںایساہے،</w:t>
      </w:r>
    </w:p>
    <w:p>
      <w:r>
        <w:rPr>
          <w:b/>
        </w:rPr>
        <w:t xml:space="preserve">[09:00] </w:t>
      </w:r>
      <w:r>
        <w:t>us ne bataya ke rest of the universe jo hai, woh direct Khuda ke control mein hai. Lekin insan ko Khuda ne aazad kar diya hai.</w:t>
      </w:r>
    </w:p>
    <w:p>
      <w:pPr>
        <w:jc w:val="right"/>
      </w:pPr>
      <w:r>
        <w:t>اسنےبتایا کہ ریسٹآفدییونیورس جوہے،وہ ڈائریکٹخداکےکنٹرولمیںہے۔ لیکن انسانکوخدانےآزادکردیاہے۔</w:t>
      </w:r>
    </w:p>
    <w:p>
      <w:r>
        <w:rPr>
          <w:b/>
        </w:rPr>
        <w:t xml:space="preserve">[09:09] </w:t>
      </w:r>
      <w:r>
        <w:t>kyun? Insan ka test liya ja raha hai.</w:t>
      </w:r>
    </w:p>
    <w:p>
      <w:pPr>
        <w:jc w:val="right"/>
      </w:pPr>
      <w:r>
        <w:t>کیوں ؟ انسانکا ٹیسٹ لیاجارہاہے۔</w:t>
      </w:r>
    </w:p>
    <w:p>
      <w:r>
        <w:rPr>
          <w:b/>
        </w:rPr>
        <w:t xml:space="preserve">[09:14] </w:t>
      </w:r>
      <w:r>
        <w:t>stars ka koi test nahi, planets ka koi test nahi, solar system ka koi test nahi. Is liye woh direct taur par Khuda ke control mein hai, direct taur par.</w:t>
      </w:r>
    </w:p>
    <w:p>
      <w:pPr>
        <w:jc w:val="right"/>
      </w:pPr>
      <w:r>
        <w:t>سٹارزکاکوئیٹیسٹ نہیں ، پلینٹسکاکوئیٹیسٹ نہیں، سولرسسٹمکاکوئیٹیسٹ نہیں ۔ اسلیےوہڈائریکٹطورپرخداکےکنٹرولمیںہے، ڈائریکٹطورپر۔</w:t>
      </w:r>
    </w:p>
    <w:p>
      <w:r>
        <w:rPr>
          <w:b/>
        </w:rPr>
        <w:t xml:space="preserve">[09:27] </w:t>
      </w:r>
      <w:r>
        <w:t>lekin Khuda ne insan ke liye, Khuda ke liye, insan ke liye Khuda ka jo creation plan hai, woh base karta hai test par.</w:t>
      </w:r>
    </w:p>
    <w:p>
      <w:pPr>
        <w:jc w:val="right"/>
      </w:pPr>
      <w:r>
        <w:t>لیکن خدانے انسان کےلیے، خداکےلیے، انسانکےلیےخداکاجو کری شنپلانہے، وہ بیسکرتاہے ٹیسٹ پر۔</w:t>
      </w:r>
    </w:p>
    <w:p>
      <w:r>
        <w:rPr>
          <w:b/>
        </w:rPr>
        <w:t xml:space="preserve">[09:37] </w:t>
      </w:r>
      <w:r>
        <w:t>aur test aap jante hain ke baghair freedom ke nahi ho sakta.</w:t>
      </w:r>
    </w:p>
    <w:p>
      <w:pPr>
        <w:jc w:val="right"/>
      </w:pPr>
      <w:r>
        <w:t>اور ٹیسٹ آپ جانتےہیںکہ بغیرفریڈمکےنہیںہوسکتا۔</w:t>
      </w:r>
    </w:p>
    <w:p>
      <w:r>
        <w:rPr>
          <w:b/>
        </w:rPr>
        <w:t xml:space="preserve">[09:43] </w:t>
      </w:r>
      <w:r>
        <w:t>to phir apne bataya ke is difference ka jo reason hai, woh yeh hai ke rest of the universe jo hai, woh test par nahi hai. Insan test par hai.</w:t>
      </w:r>
    </w:p>
    <w:p>
      <w:pPr>
        <w:jc w:val="right"/>
      </w:pPr>
      <w:r>
        <w:t>تو پرافٹنےبتایاکہ اس ڈیفرنسکا جوریزنہے، وہیہہے کہ ریسٹآفدایونیورس جوہے،وہٹیسٹ پرنہیںہے۔ انسان ٹیسٹ پرہے۔</w:t>
      </w:r>
    </w:p>
    <w:p>
      <w:r>
        <w:rPr>
          <w:b/>
        </w:rPr>
        <w:t xml:space="preserve">[09:54] </w:t>
      </w:r>
      <w:r>
        <w:t>isi test ke mutabiq us ke liye post death period mein hell ka ya paradise ka</w:t>
      </w:r>
    </w:p>
    <w:p>
      <w:pPr>
        <w:jc w:val="right"/>
      </w:pPr>
      <w:r>
        <w:t>اسیٹیسٹ کےمطابق اسکےلیے پوسٹڈیتھپیریڈمیں ہیلکا یا پیراڈائزکا</w:t>
      </w:r>
    </w:p>
    <w:p>
      <w:r>
        <w:rPr>
          <w:b/>
        </w:rPr>
        <w:t xml:space="preserve">[10:03] </w:t>
      </w:r>
      <w:r>
        <w:t>faisla kiya jayega.</w:t>
      </w:r>
    </w:p>
    <w:p>
      <w:pPr>
        <w:jc w:val="right"/>
      </w:pPr>
      <w:r>
        <w:t>فیصلہکیاجائےگا۔</w:t>
      </w:r>
    </w:p>
    <w:p>
      <w:r>
        <w:rPr>
          <w:b/>
        </w:rPr>
        <w:t xml:space="preserve">[10:07] </w:t>
      </w:r>
      <w:r>
        <w:t>ab log is par dhyan nahi dete. Kyun nahi dhyan dete?</w:t>
      </w:r>
    </w:p>
    <w:p>
      <w:pPr>
        <w:jc w:val="right"/>
      </w:pPr>
      <w:r>
        <w:t>ابلوگاسپردھیاننہیںدیتے۔کیوںنہیںدھیاندیتے؟</w:t>
      </w:r>
    </w:p>
    <w:p>
      <w:r>
        <w:rPr>
          <w:b/>
        </w:rPr>
        <w:t xml:space="preserve">[10:13] </w:t>
      </w:r>
      <w:r>
        <w:t>agar doosri cheezon mein woh daudte hain janne ke liye, yahan kyun nahi? Main aap ko ek misaal deta hoon ke clue kya cheez hai aur clue ko le kar kis tarah se sachaiyan daryaft hoti hain.</w:t>
      </w:r>
    </w:p>
    <w:p>
      <w:pPr>
        <w:jc w:val="right"/>
      </w:pPr>
      <w:r>
        <w:t>اگر دوسریچیزوںمیںوہ دوڑتےہیںجاننےکےلیے ،یہاںکیوںنہیں ؟ میںآپکوایکمثالدیتاہوں کہ کلوکیاچیزہے اورکلوکولےکرکسطرحسے سچائیاںدریا فتہوتیہیں۔</w:t>
      </w:r>
    </w:p>
    <w:p>
      <w:r>
        <w:rPr>
          <w:b/>
        </w:rPr>
        <w:t xml:space="preserve">[10:28] </w:t>
      </w:r>
      <w:r>
        <w:t>pehlay zamanay mein samjha jata tha ke zameen flat hai. Kyun ke dekhne mein hum samajhte hain ke zameen ek flat lagti hai.</w:t>
      </w:r>
    </w:p>
    <w:p>
      <w:pPr>
        <w:jc w:val="right"/>
      </w:pPr>
      <w:r>
        <w:t>پہلے زمانےمیں سمجھاجاتا تھاکہزمین فلیٹہے۔ کیونکہ دیکھنےمیںہمسمجھتےہیںکہزمین ایکفلیٹسیلگتیہے۔</w:t>
      </w:r>
    </w:p>
    <w:p>
      <w:r>
        <w:rPr>
          <w:b/>
        </w:rPr>
        <w:t xml:space="preserve">[10:38] </w:t>
      </w:r>
      <w:r>
        <w:t>to hazaron saal se insan yeh samajhta tha ke zameen ek flat hai. Phir kya hua ke ek scientist baitha hua tha ek ek samandar ke kinare,</w:t>
      </w:r>
    </w:p>
    <w:p>
      <w:pPr>
        <w:jc w:val="right"/>
      </w:pPr>
      <w:r>
        <w:t>تو ہزاروںسالسےانسان یہسمجھتاتھا کہ زمین ایک فلیٹہے۔ پھرکیا ہوا کہ ایک سائنٹسٹبیٹھاہواتھا ایک ایک سم ندرکےکنارے،</w:t>
      </w:r>
    </w:p>
    <w:p>
      <w:r>
        <w:rPr>
          <w:b/>
        </w:rPr>
        <w:t xml:space="preserve">[10:57] </w:t>
      </w:r>
      <w:r>
        <w:t>coast par.</w:t>
      </w:r>
    </w:p>
    <w:p>
      <w:pPr>
        <w:jc w:val="right"/>
      </w:pPr>
      <w:r>
        <w:t>کوسٹپر ۔</w:t>
      </w:r>
    </w:p>
    <w:p>
      <w:r>
        <w:rPr>
          <w:b/>
        </w:rPr>
        <w:t xml:space="preserve">[10:59] </w:t>
      </w:r>
      <w:r>
        <w:t>us ke samne horizon mein ek cheez dikhai pari,</w:t>
      </w:r>
    </w:p>
    <w:p>
      <w:pPr>
        <w:jc w:val="right"/>
      </w:pPr>
      <w:r>
        <w:t>اسکے سام نے ہورائزنمیں ایکچیزدکھائیپڑی،</w:t>
      </w:r>
    </w:p>
    <w:p>
      <w:r>
        <w:rPr>
          <w:b/>
        </w:rPr>
        <w:t xml:space="preserve">[11:07] </w:t>
      </w:r>
      <w:r>
        <w:t>ek choti si cheez. Phir woh cheez uthte uthte uthte uthte upar aa gayi, yahan tak ke maloom hua ke yeh ship hai.</w:t>
      </w:r>
    </w:p>
    <w:p>
      <w:pPr>
        <w:jc w:val="right"/>
      </w:pPr>
      <w:r>
        <w:t>ایکچھوٹیسیچیز۔ پھروہچیز اٹھتےاٹھتےاٹھتےاٹھتےاوپرآگئی، یہاںتککہمعلومہواکہیہشپہے۔</w:t>
      </w:r>
    </w:p>
    <w:p>
      <w:r>
        <w:rPr>
          <w:b/>
        </w:rPr>
        <w:t xml:space="preserve">[11:18] </w:t>
      </w:r>
      <w:r>
        <w:t>aap jante hain ke ship jo hota hai, yani jo samandaron mein chalte hain, jo ship, un mein ek bahut ooncha ek hota hai jis ko kehte hain mast, m a s t, mast.</w:t>
      </w:r>
    </w:p>
    <w:p>
      <w:pPr>
        <w:jc w:val="right"/>
      </w:pPr>
      <w:r>
        <w:t>آپجانتےہیںکہشپجوہوتاہے، یعنیجو سمندروںمیںچلتےہیں،جوشپ، انمیں ایک بہت اونچا ایک ہوتاہے جسکوکہتےہیں ماسٹ، ایماےایسٹی،ماسٹ۔</w:t>
      </w:r>
    </w:p>
    <w:p>
      <w:r>
        <w:rPr>
          <w:b/>
        </w:rPr>
        <w:t xml:space="preserve">[11:33] </w:t>
      </w:r>
      <w:r>
        <w:t>Urdu mein us ko kehte hain mastool. To jahaz jab aate hain, aap samandar ke kinare agar baithe hue hon to aap dekhen ke pehle choti si cheez ek zahir hui to</w:t>
      </w:r>
    </w:p>
    <w:p>
      <w:pPr>
        <w:jc w:val="right"/>
      </w:pPr>
      <w:r>
        <w:t>اردومیںاسکوکہتےہیںمستول ۔ تو جہ ازجب آتےہیں، آپ سمندرکےکنارے اگر بیٹھےہوئےہوںتوآپدیکھیںکہ پہلے چھوٹیسیچیزایک ظاہرہوئیتو</w:t>
      </w:r>
    </w:p>
    <w:p>
      <w:r>
        <w:rPr>
          <w:b/>
        </w:rPr>
        <w:t xml:space="preserve">[11:48] </w:t>
      </w:r>
      <w:r>
        <w:t>that was a clue. Phir dheere dheere dheere dheere dheere poora ek jahaz samne aa gaya. Us ko le kar scientist ne socha to pata yeh chala ke zameen flat nahi hai, zameen gol hai.</w:t>
      </w:r>
    </w:p>
    <w:p>
      <w:pPr>
        <w:jc w:val="right"/>
      </w:pPr>
      <w:r>
        <w:t>دیٹوازاکلو۔ پھردھیرےدھیرےدھیرےدھیرےدھیرےپوراایکجہازسامنےآگیا۔ اسکولےکر سائنٹسٹنےسوچا توپتہیہچلا کہ زمین فلیٹنہیںہے،زمین گولہے۔</w:t>
      </w:r>
    </w:p>
    <w:p>
      <w:r>
        <w:rPr>
          <w:b/>
        </w:rPr>
        <w:t xml:space="preserve">[12:04] </w:t>
      </w:r>
      <w:r>
        <w:t>kyunkih agar flet hoti to pura pura jahaz ikatthe hi samne aa jata. lekin chunkih zameen gol hai to idhar se aa rahi hai ship, idhar se aa raha hai, thoda sa mask</w:t>
      </w:r>
    </w:p>
    <w:p>
      <w:pPr>
        <w:jc w:val="right"/>
      </w:pPr>
      <w:r>
        <w:t>کیونکہاگرفلیٹہوتی تو پوراپوراجہاز اکٹھےہیسامنےآجاتا ۔ لیکن چونکہزمین گولہے تو ادھرسےآرہیہے شپ،ادھرسےآرہاہے،تھوڑاسا ماسک</w:t>
      </w:r>
    </w:p>
    <w:p>
      <w:r>
        <w:rPr>
          <w:b/>
        </w:rPr>
        <w:t xml:space="preserve">[12:16] </w:t>
      </w:r>
      <w:r>
        <w:t>dikhai dega. phir chalte chalte chalte jab yahan pahunch jayega to pura ship dikhai dega. ek clue ko le kar jab socha gaya to maloom hua keh yahan par ek bahut badi harkat chhupi hui thi, woh hai zameen ka gol hona.</w:t>
      </w:r>
    </w:p>
    <w:p>
      <w:pPr>
        <w:jc w:val="right"/>
      </w:pPr>
      <w:r>
        <w:t>دکھائیدےگا۔ پھرچلتے چلتےچلتےجبیہاںپہنچجائےگا تو پوراشپدکھائیدےگا۔ ایک کلوکولےکرجب سوچاگیا تومعلومہواکہیہاںپر ایکبہت بڑیحرکتچھپیہوئیتھی،وہہے زمین کا گولہونا۔</w:t>
      </w:r>
    </w:p>
    <w:p>
      <w:r>
        <w:rPr>
          <w:b/>
        </w:rPr>
        <w:t xml:space="preserve">[12:33] </w:t>
      </w:r>
      <w:r>
        <w:t>isi tarah se aap dekhiye keh ek clue yahan par zahir hua keh insan ke duniya mein ladai bhadai hai aur khala mein, yeh space mein itni sari duniya hain, hamare koi ladai nahin.</w:t>
      </w:r>
    </w:p>
    <w:p>
      <w:pPr>
        <w:jc w:val="right"/>
      </w:pPr>
      <w:r>
        <w:t>اسیطرحسےآپدیکھیے کہایک کلویہاںپرظاہرہوا کہ انسان کےدنیا میںلڑائیبھڑائیہے اور خلامیں، یہ اسپیسمیںات نیساریدنیا ہیں،ہمارےکوئیلڑائینہیں ۔</w:t>
      </w:r>
    </w:p>
    <w:p>
      <w:r>
        <w:rPr>
          <w:b/>
        </w:rPr>
        <w:t xml:space="preserve">[12:48] </w:t>
      </w:r>
      <w:r>
        <w:t>ab is clue ko le kar ke prophet batata hai keh difference kyun hai, why this difference. woh yeh batata hai keh rest of the universe jo hai, woh Khuda ke direct control mein hai.</w:t>
      </w:r>
    </w:p>
    <w:p>
      <w:pPr>
        <w:jc w:val="right"/>
      </w:pPr>
      <w:r>
        <w:t>اب اس اسکلوکولےکرکے پرافٹبتاتاہے کہ ڈیفرنسکیوںہے، وائیدسڈیفرنس۔ وہیہبتاتاہےکہ ریسٹآفدایونیورس جوہے،وہ خداکےڈائریکٹکنٹرولمیںہے۔</w:t>
      </w:r>
    </w:p>
    <w:p>
      <w:r>
        <w:rPr>
          <w:b/>
        </w:rPr>
        <w:t xml:space="preserve">[13:00] </w:t>
      </w:r>
      <w:r>
        <w:t>insan ko Khuda ne azadi de di hai. insan apni azadi ka misuse karta hai.</w:t>
      </w:r>
    </w:p>
    <w:p>
      <w:pPr>
        <w:jc w:val="right"/>
      </w:pPr>
      <w:r>
        <w:t>انسان کو خدانےآزادیدےدیہے۔ انسان اپنیآزادیکامس یوزکرتاہے۔</w:t>
      </w:r>
    </w:p>
    <w:p>
      <w:r>
        <w:rPr>
          <w:b/>
        </w:rPr>
        <w:t xml:space="preserve">[13:08] </w:t>
      </w:r>
      <w:r>
        <w:t>phir aap dekhiye, main ek aur baat aapke ilm mein lana chahta hoon</w:t>
      </w:r>
    </w:p>
    <w:p>
      <w:pPr>
        <w:jc w:val="right"/>
      </w:pPr>
      <w:r>
        <w:t>پھرآپدیکھیے، میںایکاوربات آپکے علم میںلاناچاہتاہوں</w:t>
      </w:r>
    </w:p>
    <w:p>
      <w:r>
        <w:rPr>
          <w:b/>
        </w:rPr>
        <w:t xml:space="preserve">[13:14] </w:t>
      </w:r>
      <w:r>
        <w:t>keh yeh prophet, yani Paighambar Muhammad Sallallahu Alaihi Wasallam,</w:t>
      </w:r>
    </w:p>
    <w:p>
      <w:pPr>
        <w:jc w:val="right"/>
      </w:pPr>
      <w:r>
        <w:t>کہیہپرافٹ، یعنیپیغمبر محمد صلیاللہعلیہوسلم،</w:t>
      </w:r>
    </w:p>
    <w:p>
      <w:r>
        <w:rPr>
          <w:b/>
        </w:rPr>
        <w:t xml:space="preserve">[13:22] </w:t>
      </w:r>
      <w:r>
        <w:t>paida hue aaj se chaudah sau saal pehle, chaudah sau saal pehle. ab English poetry ka jo champion hai, woh hai Geoffrey Chaucer.</w:t>
      </w:r>
    </w:p>
    <w:p>
      <w:pPr>
        <w:jc w:val="right"/>
      </w:pPr>
      <w:r>
        <w:t>پیدا ہوئے آجسے چودہ سوسالپہلے، چودہسو سالپہلے۔ اب انگلش پوئٹریکاجوچیمپیئنہے، وہ ہے جعفر چاصر۔</w:t>
      </w:r>
    </w:p>
    <w:p>
      <w:r>
        <w:rPr>
          <w:b/>
        </w:rPr>
        <w:t xml:space="preserve">[13:39] </w:t>
      </w:r>
      <w:r>
        <w:t>English poetry mein bahut bada darja mana jata hai Geoffrey Chaucer ka.</w:t>
      </w:r>
    </w:p>
    <w:p>
      <w:pPr>
        <w:jc w:val="right"/>
      </w:pPr>
      <w:r>
        <w:t>انگل شپوئٹریمیںبہت بڑادرجہماناجاتاہےجعفر چاصرکا۔</w:t>
      </w:r>
    </w:p>
    <w:p>
      <w:r>
        <w:rPr>
          <w:b/>
        </w:rPr>
        <w:t xml:space="preserve">[13:44] </w:t>
      </w:r>
      <w:r>
        <w:t>woh paida hua tha sirf saade chheh sau saal pehle. Chaucer paida hua sirf saade chheh sau saal pehle aur Prophet Muhammad paida hue chaudah sau saal pehle.</w:t>
      </w:r>
    </w:p>
    <w:p>
      <w:pPr>
        <w:jc w:val="right"/>
      </w:pPr>
      <w:r>
        <w:t>وہ پیدا ہوا تھاصرف ساڑھےچھ سو سالپہلے۔ چاصرپیدا ہوا صرف ساڑھےچھسو سالپہلے اور پرافٹمحمد پیداہوئے چودہسوسالپہلے۔</w:t>
      </w:r>
    </w:p>
    <w:p>
      <w:r>
        <w:rPr>
          <w:b/>
        </w:rPr>
        <w:t xml:space="preserve">[13:56] </w:t>
      </w:r>
      <w:r>
        <w:t>lekin aap padhiye to Prophet Muhammad ki ek ek cheez recorded hai, ek ek cheez history hai.</w:t>
      </w:r>
    </w:p>
    <w:p>
      <w:pPr>
        <w:jc w:val="right"/>
      </w:pPr>
      <w:r>
        <w:t>لیکن آپ پڑھیے تو پرافٹ محمد کیایکایکچیز ریکارڈڈہے، ایکایکچیزہسٹریہے۔</w:t>
      </w:r>
    </w:p>
    <w:p>
      <w:r>
        <w:rPr>
          <w:b/>
        </w:rPr>
        <w:t xml:space="preserve">[14:04] </w:t>
      </w:r>
      <w:r>
        <w:t>hum jante hain keh woh kab paida hue, kab unhone shadi ki, kab woh prophet banaye gaye, kab Makka mein rahe, kab Madine mein rahe, kab unki death hui, unke bachche kaun the, unki betiyan kaun thin,</w:t>
      </w:r>
    </w:p>
    <w:p>
      <w:pPr>
        <w:jc w:val="right"/>
      </w:pPr>
      <w:r>
        <w:t>ہمجانتےہیںکہوہکبپیداہوئے ، کبانہوںنےشادیکی، کبوہپرافٹبنائےگئے، کبتکمکہمیںرہے،کبمدینےمیںرہے،کبانکیڈیتھہوئی ، انکےبچےکونتھے،انکیبیٹیاںکونتھیں،</w:t>
      </w:r>
    </w:p>
    <w:p>
      <w:r>
        <w:rPr>
          <w:b/>
        </w:rPr>
        <w:t xml:space="preserve">[14:19] </w:t>
      </w:r>
      <w:r>
        <w:t>unke bete mar gaye, bachiyan zinda rahin. yeh sari baatein jo hain, humko</w:t>
      </w:r>
    </w:p>
    <w:p>
      <w:pPr>
        <w:jc w:val="right"/>
      </w:pPr>
      <w:r>
        <w:t>انکےبیٹےمرگئے،بچیاںزندہرہیں۔یہساریباتیںجوہیں،ہمکو</w:t>
      </w:r>
    </w:p>
    <w:p>
      <w:r>
        <w:rPr>
          <w:b/>
        </w:rPr>
        <w:t xml:space="preserve">[14:27] </w:t>
      </w:r>
      <w:r>
        <w:t>maloom ho jati hain kyunkeh sab historical hain. ab Chaucer ka kya haal hai? jo keh prophet ke bahut baad paida hua,</w:t>
      </w:r>
    </w:p>
    <w:p>
      <w:pPr>
        <w:jc w:val="right"/>
      </w:pPr>
      <w:r>
        <w:t>معلومہوجاتیہیں کیونکہسبہسٹوریکلہیں۔ اب چاصرکاکیاحالہے؟ جو کہ پرافٹکےبہت بعد پیدا ہوا،</w:t>
      </w:r>
    </w:p>
    <w:p>
      <w:r>
        <w:rPr>
          <w:b/>
        </w:rPr>
        <w:t xml:space="preserve">[14:36] </w:t>
      </w:r>
      <w:r>
        <w:t>yani saade chheh sau saal ab se bante hain. aap kuch nahin bata sakte keh woh kab paida hua. aap ko pata nahin keh early life as a kid kaisi thi, yahan tak keh aap ko pata nahin keh uski biwi ka naam kya tha.</w:t>
      </w:r>
    </w:p>
    <w:p>
      <w:pPr>
        <w:jc w:val="right"/>
      </w:pPr>
      <w:r>
        <w:t>یعنیساڑھےچھ سوسال ابسے بنتےہیں۔ آپ کچھنہیںبتاسکتےکہوہ کبپیدا ہوا ۔ آپ کوپتہنہیںکہ ارلیلائفاسکیکیسیتھی، یہاںتککہآپکوپتہنہیںکہاسکیبیویکانامکیا تھا۔</w:t>
      </w:r>
    </w:p>
    <w:p>
      <w:r>
        <w:rPr>
          <w:b/>
        </w:rPr>
        <w:t xml:space="preserve">[14:51] </w:t>
      </w:r>
      <w:r>
        <w:t>yeh sari baatein unknown hain. yeh bhi ek clue deta hai keh Geoffrey ko Chaucer ka jo maine naam liya, ek aisa sare logon ka case hai.</w:t>
      </w:r>
    </w:p>
    <w:p>
      <w:pPr>
        <w:jc w:val="right"/>
      </w:pPr>
      <w:r>
        <w:t>یہساریباتیںاننونہیں۔ یہبھیایککلودیتاہے کہجعفرکو چاصرکاجومیںنےناملیا،ایک ایسا سارےلوگوںکاکیسہے۔</w:t>
      </w:r>
    </w:p>
    <w:p>
      <w:r>
        <w:rPr>
          <w:b/>
        </w:rPr>
        <w:t xml:space="preserve">[15:02] </w:t>
      </w:r>
      <w:r>
        <w:t>chudah saal, chudah saal pehle ke jitne bhi events hain, jitne bhi log hain, unka mamla yehi hai. ek aur baat bahut hi badi hai, woh yeh hai keh Chaucer jis English mein usne apne, yani nazmein kahi thin,</w:t>
      </w:r>
    </w:p>
    <w:p>
      <w:pPr>
        <w:jc w:val="right"/>
      </w:pPr>
      <w:r>
        <w:t>چودہ سال، چودہسال پہلے کے جتنےبھی ایونٹسہیں،جتنےبھی لوگ ہیں، انکامعاملہیہیہے۔ ایکاورباتبہت ہیبڑیہے، وہیہہے کہ چاصر جسانگل شمیں اسنے اپنے ،یعنی نظمیںکہیتھیں،</w:t>
      </w:r>
    </w:p>
    <w:p>
      <w:r>
        <w:rPr>
          <w:b/>
        </w:rPr>
        <w:t xml:space="preserve">[15:22] </w:t>
      </w:r>
      <w:r>
        <w:t>woh English aaj aap samajh nahin sakte. aaj ka English knowing insan Geoffrey Chaucer ke kalam ko samajh nahin sakta.</w:t>
      </w:r>
    </w:p>
    <w:p>
      <w:pPr>
        <w:jc w:val="right"/>
      </w:pPr>
      <w:r>
        <w:t>وہ انگل شآجآپسمجھنہیںسکتے۔ آج کا انگل ش نوئنگانسان جعفر چاصرکےکلامکو سمجھنہیںسکتا۔</w:t>
      </w:r>
    </w:p>
    <w:p>
      <w:r>
        <w:rPr>
          <w:b/>
        </w:rPr>
        <w:t xml:space="preserve">[15:32] </w:t>
      </w:r>
      <w:r>
        <w:t>experts ne uske translation kiye hain modern English mein. usko padhte hain, tab aap samajhte hain. yeh baat hai us insan ki jo ab se saade chheh sau saal pehle paida hua.</w:t>
      </w:r>
    </w:p>
    <w:p>
      <w:pPr>
        <w:jc w:val="right"/>
      </w:pPr>
      <w:r>
        <w:t>ایکسپرٹسنے اسکے ٹرانسلیشنکیےہیں ماڈرنانگلشمیں۔ اسکوپڑھتےہیں،تبآپسمجھتےہیں۔ یہ باتہےاسانسان کیجو ابسے ساڑھےچھ سوسالپہلے پیدا ہوا۔</w:t>
      </w:r>
    </w:p>
    <w:p>
      <w:r>
        <w:rPr>
          <w:b/>
        </w:rPr>
        <w:t xml:space="preserve">[15:47] </w:t>
      </w:r>
      <w:r>
        <w:t>ab aap dekhiye keh Rasool Allah jo paida hue chaudah sau saal pehle, aap ki language aaj bhi living language hai.</w:t>
      </w:r>
    </w:p>
    <w:p>
      <w:pPr>
        <w:jc w:val="right"/>
      </w:pPr>
      <w:r>
        <w:t>ابآپدیکھیےکہرسولاللہ جو پیدا ہوئے چودہسوسالپہلے ، آپ کیلینگویجآجبھیلیونگلینگویجہے۔</w:t>
      </w:r>
    </w:p>
    <w:p>
      <w:r>
        <w:rPr>
          <w:b/>
        </w:rPr>
        <w:t xml:space="preserve">[15:55] </w:t>
      </w:r>
      <w:r>
        <w:t>aap ne jo Quran pesh kiya, jo aap ke sayings hadithon mein hain, woh sab aaj bhi ek living language mein hain, yani Arabi language jo us waqt thi, wohi aaj bhi hai.</w:t>
      </w:r>
    </w:p>
    <w:p>
      <w:pPr>
        <w:jc w:val="right"/>
      </w:pPr>
      <w:r>
        <w:t>آپ نےجوقرآنپیش کیا، جو آپ کے سینگزحدیثوںمیںہیں، وہسب آج بھی ایک لیونگلینگویجمیںہیں،یعنیعرب کلینگویججواسوقتتھی،وہیآجبھیہے۔</w:t>
      </w:r>
    </w:p>
    <w:p>
      <w:r>
        <w:rPr>
          <w:b/>
        </w:rPr>
        <w:t xml:space="preserve">[16:10] </w:t>
      </w:r>
      <w:r>
        <w:t>ab gaur kijiye keh Chaucer ka kalam ab understandable nahin raha,</w:t>
      </w:r>
    </w:p>
    <w:p>
      <w:pPr>
        <w:jc w:val="right"/>
      </w:pPr>
      <w:r>
        <w:t>اب غورکیجئےکہ چاصرکاکلام اب انڈرسٹینڈیبلنہیںرہا،</w:t>
      </w:r>
    </w:p>
    <w:p>
      <w:r>
        <w:rPr>
          <w:b/>
        </w:rPr>
        <w:t xml:space="preserve">[16:17] </w:t>
      </w:r>
      <w:r>
        <w:t>siwaye kuch experts jo jaan kar uska translation karte hain, usko aap padhte hain. aur kitna anokha yeh exception hai keh English koi bhi language aap dekh lijiye, Arabic ko chhod kar, Arab ka language history mein ek exception hai, rare exception.</w:t>
      </w:r>
    </w:p>
    <w:p>
      <w:pPr>
        <w:jc w:val="right"/>
      </w:pPr>
      <w:r>
        <w:t>سوائے کچھ ایکسپرٹسجو جان کرکےاسکا ٹرانسلیشنکرتےہیں، اسکوآپپڑھتےہیں۔ اور کتنا انوکھایہ ایکسیپشنہے کہ انگل ش کوئیبھی لینگویجآپدیکھلیجئے، عربککوچھوڑکر، عرب ک لینگویج ہسٹریمیںایک ایکسیپشنہے، ریئرایکسیپشن۔</w:t>
      </w:r>
    </w:p>
    <w:p>
      <w:r>
        <w:rPr>
          <w:b/>
        </w:rPr>
        <w:t xml:space="preserve">[16:40] </w:t>
      </w:r>
      <w:r>
        <w:t>koi bhi doosri language jo chaudah sau saal pehle rahi ho, aaj uski shakal bilkul badal chuki hai. koi bhi language,</w:t>
      </w:r>
    </w:p>
    <w:p>
      <w:pPr>
        <w:jc w:val="right"/>
      </w:pPr>
      <w:r>
        <w:t>کوئیبھیدوسریلینگویج جو چودہسوسالپہلے رہیہو، آج اسکیشکلبالکلبدلچکیہے۔ کوئیبھیلینگویج،</w:t>
      </w:r>
    </w:p>
    <w:p>
      <w:r>
        <w:rPr>
          <w:b/>
        </w:rPr>
        <w:t xml:space="preserve">[16:52] </w:t>
      </w:r>
      <w:r>
        <w:t>German, French, Russian, Italian, English, koi bhi language aap lijiye, ab se chaudah sau saal pehle toh bahut door ki baat hai, sirf paanch sau saal pehle jo uski shakal thi, ab usse badal chuki hai.</w:t>
      </w:r>
    </w:p>
    <w:p>
      <w:pPr>
        <w:jc w:val="right"/>
      </w:pPr>
      <w:r>
        <w:t>جرمن ،فرینچ، ریشین ،اٹالین، انگل ش، کوئیبھیلینگویجآپلیجئے، ابسے چودہسوسالپہلے توبہت دورکیباتہے،صرف پانچسوسالپہلے جواسکیشکلتھی، اباسےبدلچکیہے۔</w:t>
      </w:r>
    </w:p>
    <w:p>
      <w:r>
        <w:rPr>
          <w:b/>
        </w:rPr>
        <w:t xml:space="preserve">[17:08] </w:t>
      </w:r>
      <w:r>
        <w:t>lekin prophet muhammad ki zuban thi, aaj bhi woh ek understandable language hai. woh zuban jo woh bolay thay, wohi aaj aap samajh saktay hain.</w:t>
      </w:r>
    </w:p>
    <w:p>
      <w:pPr>
        <w:jc w:val="right"/>
      </w:pPr>
      <w:r>
        <w:t>لیکن پرافٹ محمد کیجوزبان تھی، آجبھیوہ ایکلیونگلینگویجہے۔ وہیزبان جووہبولےتھے،وہیآجآپسمجھ سکتےہیں۔</w:t>
      </w:r>
    </w:p>
    <w:p>
      <w:r>
        <w:rPr>
          <w:b/>
        </w:rPr>
        <w:t xml:space="preserve">[17:19] </w:t>
      </w:r>
      <w:r>
        <w:t>yeh bhi yahan bhi ek clue hai ke kyun doosray logon ki language aaj understandable nahi rahi aur kyun prophet muhammad ki zuban aaj bhi understandable hai.</w:t>
      </w:r>
    </w:p>
    <w:p>
      <w:pPr>
        <w:jc w:val="right"/>
      </w:pPr>
      <w:r>
        <w:t>یہابیہاںبھی ایک کلوہے کہکیوں دوسرےلوگوںکیلینگویج آج انڈرسٹینڈیبلنہیںرہی اور کیوں پرافٹمحمد کیزبان آجبھیانڈرسٹینڈیبلہے۔</w:t>
      </w:r>
    </w:p>
    <w:p>
      <w:r>
        <w:rPr>
          <w:b/>
        </w:rPr>
        <w:t xml:space="preserve">[17:33] </w:t>
      </w:r>
      <w:r>
        <w:t>to why this difference? yeh bhi ek clue hai.</w:t>
      </w:r>
    </w:p>
    <w:p>
      <w:pPr>
        <w:jc w:val="right"/>
      </w:pPr>
      <w:r>
        <w:t>تو وائیدسڈیفرنس؟ یہبھیایککلوہے۔</w:t>
      </w:r>
    </w:p>
    <w:p>
      <w:r>
        <w:rPr>
          <w:b/>
        </w:rPr>
        <w:t xml:space="preserve">[17:39] </w:t>
      </w:r>
      <w:r>
        <w:t>dekhiye, science mein agar aap yeh karte hain ke ek clue ko le kar aap sochtay hain aur phir aap ek discovery kartay hain, to aap ko farz hai ke yahan bhi aap wohi karein.</w:t>
      </w:r>
    </w:p>
    <w:p>
      <w:pPr>
        <w:jc w:val="right"/>
      </w:pPr>
      <w:r>
        <w:t>دیکھیے،سائنسمیںاگرآپ یہکرتے ہیں کہایککلوکولےکرآپسوچتےہیں اور پھرآپ ایکڈسکوریکرتےہیں، تو آپ کو فرضہےکہیہاںبھیآپوہیکریں۔</w:t>
      </w:r>
    </w:p>
    <w:p>
      <w:r>
        <w:rPr>
          <w:b/>
        </w:rPr>
        <w:t xml:space="preserve">[17:55] </w:t>
      </w:r>
      <w:r>
        <w:t>aap ko farz hai ke yahan bhi wohi karein. agar nahi kareinge to kya hoga?</w:t>
      </w:r>
    </w:p>
    <w:p>
      <w:pPr>
        <w:jc w:val="right"/>
      </w:pPr>
      <w:r>
        <w:t>آپ کوفرضہےکہیہاںبھیوہیکریں۔ اگر نہیںکریںگے توکیاہوگا؟</w:t>
      </w:r>
    </w:p>
    <w:p>
      <w:r>
        <w:rPr>
          <w:b/>
        </w:rPr>
        <w:t xml:space="preserve">[18:01] </w:t>
      </w:r>
      <w:r>
        <w:t>agar insan aisa nahi karega ke science mein to woh clue ko le kar discovery kar raha hai aur yahan par woh clue samnay aata hai, lekin us pay dhyan nahi deta, woh to aisay insanon ko jantay hain kya haal hoga is death period</w:t>
      </w:r>
    </w:p>
    <w:p>
      <w:pPr>
        <w:jc w:val="right"/>
      </w:pPr>
      <w:r>
        <w:t>اگر انسان ایسانہیںکرےگا کہ سائنسمیںتووہ کلوکولےکرڈسکوریکررہاہے اور یہاںپر وہ کلو سامنےآتاہے،لیکن اسکودھیاننہیںدیتا،وہ تو ایسےانسانوںکوجانتےہیںکیاحالہوگا اس ڈیتھپیریڈ</w:t>
      </w:r>
    </w:p>
    <w:p>
      <w:r>
        <w:rPr>
          <w:b/>
        </w:rPr>
        <w:t xml:space="preserve">[18:18] </w:t>
      </w:r>
      <w:r>
        <w:t>mein. Quran mein hai</w:t>
      </w:r>
    </w:p>
    <w:p>
      <w:pPr>
        <w:jc w:val="right"/>
      </w:pPr>
      <w:r>
        <w:t>میں ۔ قرآنمیںہے</w:t>
      </w:r>
    </w:p>
    <w:p>
      <w:r>
        <w:rPr>
          <w:b/>
        </w:rPr>
        <w:t xml:space="preserve">[18:20] </w:t>
      </w:r>
      <w:r>
        <w:t>ke</w:t>
      </w:r>
    </w:p>
    <w:p>
      <w:pPr>
        <w:jc w:val="right"/>
      </w:pPr>
      <w:r>
        <w:t>کہ</w:t>
      </w:r>
    </w:p>
    <w:p>
      <w:r>
        <w:rPr>
          <w:b/>
        </w:rPr>
        <w:t xml:space="preserve">[18:49] </w:t>
      </w:r>
      <w:r>
        <w:t>iska matlab yeh hai ke dunya mein khuda apne signs dikhata hai. as in science. sign kya hai? yeh ek clue.</w:t>
      </w:r>
    </w:p>
    <w:p>
      <w:pPr>
        <w:jc w:val="right"/>
      </w:pPr>
      <w:r>
        <w:t>اسکامطلبیہہےکہدنیا میںخدااپنے سائندکھاتاہے۔ ایسآئیجیاینسائن ۔ سائنکیاہے؟یہ یکلو۔</w:t>
      </w:r>
    </w:p>
    <w:p>
      <w:r>
        <w:rPr>
          <w:b/>
        </w:rPr>
        <w:t xml:space="preserve">[19:00] </w:t>
      </w:r>
      <w:r>
        <w:t>to physical world mein jo sign dikhaye khuda ne, us ko le kar aapnay discoveries karein. to spiritual world mein jo khuda ne jo sign dikhaye, wahan aapnay dhyan nahi diya.</w:t>
      </w:r>
    </w:p>
    <w:p>
      <w:pPr>
        <w:jc w:val="right"/>
      </w:pPr>
      <w:r>
        <w:t>تو فزیکلورلڈمیںجوسائندکھائےخدانے، اسکولےکرآپنےڈسکوریزکیں۔ تو اسپریچولورلڈمیں جو خدانےجوسائندکھائے، وہاںآپنےدھیاننہیںدیا ۔</w:t>
      </w:r>
    </w:p>
    <w:p>
      <w:r>
        <w:rPr>
          <w:b/>
        </w:rPr>
        <w:t xml:space="preserve">[19:12] </w:t>
      </w:r>
      <w:r>
        <w:t>to quran ki ayat kehti hai ke jo log science ko dekh kar apni aankh na kholein, us ko ignore karein,</w:t>
      </w:r>
    </w:p>
    <w:p>
      <w:pPr>
        <w:jc w:val="right"/>
      </w:pPr>
      <w:r>
        <w:t>تو قرآنکیآیتکہتیہے کہ جو لوگ سائنسکو دیکھکر اپنیآنکھنہکھولیں، اسکواگنورکریں،</w:t>
      </w:r>
    </w:p>
    <w:p>
      <w:r>
        <w:rPr>
          <w:b/>
        </w:rPr>
        <w:t xml:space="preserve">[19:26] </w:t>
      </w:r>
      <w:r>
        <w:t>is clue ko le kar ke aur ziyada na sochien, sochien aur un par sachai na khule, woh marne ke baad agli dunya mein andhay uthaye jayeinge.</w:t>
      </w:r>
    </w:p>
    <w:p>
      <w:pPr>
        <w:jc w:val="right"/>
      </w:pPr>
      <w:r>
        <w:t>اس کلوکو لےکرکے اور زیادہ نہ سوچ یں ،سوچیںاورانپرسچائینہکھلے، وہ مرنےکےبعد اگلیدنیا میں اندھےاٹھائےجائیںگے۔</w:t>
      </w:r>
    </w:p>
    <w:p>
      <w:r>
        <w:rPr>
          <w:b/>
        </w:rPr>
        <w:t xml:space="preserve">[19:41] </w:t>
      </w:r>
      <w:r>
        <w:t>woh kaheinge ke aye rab, la ha shurti! aye mere rab, tune mujhe andha kyun paida kar diya? paida kyun?</w:t>
      </w:r>
    </w:p>
    <w:p>
      <w:pPr>
        <w:jc w:val="right"/>
      </w:pPr>
      <w:r>
        <w:t>وہکہیںگےکہیارب، لب حشرتنی! اےمیرےرب ، تونےمجھےاندھاکیوںپیداکردیا ؟ پیدا کیوں؟</w:t>
      </w:r>
    </w:p>
    <w:p>
      <w:r>
        <w:rPr>
          <w:b/>
        </w:rPr>
        <w:t xml:space="preserve">[19:49] </w:t>
      </w:r>
      <w:r>
        <w:t>andha kyun uthaya jab ke mein dunya mein dekhnay wala tha? yani pre death period mein mein dekhnay wala tha. is death period mein tune mujhe andha kyun kardiya</w:t>
      </w:r>
    </w:p>
    <w:p>
      <w:pPr>
        <w:jc w:val="right"/>
      </w:pPr>
      <w:r>
        <w:t>اندھاکیوںاٹھایاجبکہمیں دنیا میں دیکھنےوالاتھا ؟ یعنی پری ڈیتھپیریڈمیںمیںدیکھنےوالاتھا۔ اس ڈیتھپیریڈمیں تونےمجھےاندھاکیوںکردیا</w:t>
      </w:r>
    </w:p>
    <w:p>
      <w:r>
        <w:rPr>
          <w:b/>
        </w:rPr>
        <w:t xml:space="preserve">[20:00] </w:t>
      </w:r>
      <w:r>
        <w:t>? to khuda kahega ke hamari nishaniyan, hamare clues, tumhare samnay aaye aur tum ne us ko ignore kiya, tum ne us ko bhula diya.</w:t>
      </w:r>
    </w:p>
    <w:p>
      <w:pPr>
        <w:jc w:val="right"/>
      </w:pPr>
      <w:r>
        <w:t>؟ توخداکہےگا کہہماری نش انیاں ،ہمارے کلو، تمہارےسامنےآئے اورتمنےاسکواگنورکیا، تمنےاسکوبھلادیا۔</w:t>
      </w:r>
    </w:p>
    <w:p>
      <w:r>
        <w:rPr>
          <w:b/>
        </w:rPr>
        <w:t xml:space="preserve">[20:13] </w:t>
      </w:r>
      <w:r>
        <w:t>to aaj hum bhi tumhein bhula dein ge. dekhiye, is mein ek bohat bari baat hai.</w:t>
      </w:r>
    </w:p>
    <w:p>
      <w:pPr>
        <w:jc w:val="right"/>
      </w:pPr>
      <w:r>
        <w:t>توآجہمبھیتمہیںبھلادیںگے۔ دیکھیے،اسمیںایکبہت بڑیباتہے۔</w:t>
      </w:r>
    </w:p>
    <w:p>
      <w:r>
        <w:rPr>
          <w:b/>
        </w:rPr>
        <w:t xml:space="preserve">[20:25] </w:t>
      </w:r>
      <w:r>
        <w:t>mein do baatein arz karunga. ek to yeh ke aankhein kis liye di gayi hain? aap jantay hain ke insan ki body mein aankh bohat hi anokhi cheez hai.</w:t>
      </w:r>
    </w:p>
    <w:p>
      <w:pPr>
        <w:jc w:val="right"/>
      </w:pPr>
      <w:r>
        <w:t>میں دوباتیںعرضکروںگا۔ ایکتویہ کہآنکھیںکسلیےدیگئیہیں؟ آپجانتےہیںکہانسان کیباڈیمیں آنکھ بہت ہیانوکھیچیزہے۔</w:t>
      </w:r>
    </w:p>
    <w:p>
      <w:r>
        <w:rPr>
          <w:b/>
        </w:rPr>
        <w:t xml:space="preserve">[20:42] </w:t>
      </w:r>
      <w:r>
        <w:t>aap kisi aankh ke doctor se miliye to woh bataye ga ke aankh kya cheez hai, kitni qeemti cheez hai.</w:t>
      </w:r>
    </w:p>
    <w:p>
      <w:pPr>
        <w:jc w:val="right"/>
      </w:pPr>
      <w:r>
        <w:t>آپ کسی آنکھکےڈاکٹرسےملیے تووہبتائےگا کہآنکھکیاچیزہے، کتنیقیمتیچیزہے۔</w:t>
      </w:r>
    </w:p>
    <w:p>
      <w:r>
        <w:rPr>
          <w:b/>
        </w:rPr>
        <w:t xml:space="preserve">[20:54] </w:t>
      </w:r>
      <w:r>
        <w:t>ek baar mein kashmir mein ek speech de raha tha khule maidan mein to mein ne aankh ke baray mein zikr kiya ke aankh khuda ki kitni bari blessing hai.</w:t>
      </w:r>
    </w:p>
    <w:p>
      <w:pPr>
        <w:jc w:val="right"/>
      </w:pPr>
      <w:r>
        <w:t>ایک بارمیں کشمیرمیں ایک سپیچدےرہاتھا کھلےمیدانمیں تومیںنےآنکھکےبارےمیںذکرکیا کہآنکھ خداکی کتنیبڑیبلیسنگہے۔</w:t>
      </w:r>
    </w:p>
    <w:p>
      <w:r>
        <w:rPr>
          <w:b/>
        </w:rPr>
        <w:t xml:space="preserve">[21:06] </w:t>
      </w:r>
      <w:r>
        <w:t>to mein ne kaha ke agar khuda ka angel aaye, wahan par himalaya pahar dikhai de raha tha.</w:t>
      </w:r>
    </w:p>
    <w:p>
      <w:pPr>
        <w:jc w:val="right"/>
      </w:pPr>
      <w:r>
        <w:t>تو میںنےکہاکہاگر خداکا اینجلآئے، وہاںپرہمالیہپہاڑدکھائیدےرہاتھا۔</w:t>
      </w:r>
    </w:p>
    <w:p>
      <w:r>
        <w:rPr>
          <w:b/>
        </w:rPr>
        <w:t xml:space="preserve">[21:13] </w:t>
      </w:r>
      <w:r>
        <w:t>to mein ne kaha ke angel aaye aur kahe ke yeh sara himalaya pahar assam se le kar kashmir tak aap ko sona bana kar de diya jaye ga, lekin is ki price yeh hai ke aap ki dono aankhein le li jayein gi.</w:t>
      </w:r>
    </w:p>
    <w:p>
      <w:pPr>
        <w:jc w:val="right"/>
      </w:pPr>
      <w:r>
        <w:t>تو میںنےکہاکہاینجلآئےاورکہےکہیہساراہمالیہپہاڑ آسامسےلےکرکشمیرتک آپ کو سونابناکردےدیاجائےگا، لیکن اسکیپرائسیہہے کہآپ کی دونوںآنکھیںلےلیجائیںگی۔</w:t>
      </w:r>
    </w:p>
    <w:p>
      <w:r>
        <w:rPr>
          <w:b/>
        </w:rPr>
        <w:t xml:space="preserve">[21:27] </w:t>
      </w:r>
      <w:r>
        <w:t>to kya aap raazi honge us ke liye? to ek aadmi ne khare ho kar kaha ke aisay gold mountain ko le kar hum kya karein?</w:t>
      </w:r>
    </w:p>
    <w:p>
      <w:pPr>
        <w:jc w:val="right"/>
      </w:pPr>
      <w:r>
        <w:t>توکیاآپراضیہوںگےاسکےلیے ؟ توایکآدمینےکھڑےہوکرکہا کہ ایسے گولڈنماؤنٹینکولےکرہمکیاکریں؟</w:t>
      </w:r>
    </w:p>
    <w:p>
      <w:r>
        <w:rPr>
          <w:b/>
        </w:rPr>
        <w:t xml:space="preserve">[21:38] </w:t>
      </w:r>
      <w:r>
        <w:t>us ko dekhnay ke liye do aankhein bhi na hon.</w:t>
      </w:r>
    </w:p>
    <w:p>
      <w:pPr>
        <w:jc w:val="right"/>
      </w:pPr>
      <w:r>
        <w:t>اسکودیکھنےکےلیے دوآنکھیںبھینہہوں۔</w:t>
      </w:r>
    </w:p>
    <w:p>
      <w:r>
        <w:rPr>
          <w:b/>
        </w:rPr>
        <w:t xml:space="preserve">[21:43] </w:t>
      </w:r>
      <w:r>
        <w:t>kitni qeemti cheez hai aankh! yeh kyun di gayi hai? yeh khuda ke sign ko dekhnay ke liye, khuda ke clue ko dekhnay ke liye, jo divine clues is dunya mein samnay aate hain, un ko dekhnay ke liye,</w:t>
      </w:r>
    </w:p>
    <w:p>
      <w:pPr>
        <w:jc w:val="right"/>
      </w:pPr>
      <w:r>
        <w:t>کتنیقیمتیچیزہےآنکھ! یہکیوںدیگئیہے؟ یہخداکے سائنکودیکھنےکےلیے، خداکےکلوکودیکھنے کےلیے، جو ڈیوائن کلواسدنیامیں سامنےآتےہیں،انکودیکھنےکےلیے،</w:t>
      </w:r>
    </w:p>
    <w:p>
      <w:r>
        <w:rPr>
          <w:b/>
        </w:rPr>
        <w:t xml:space="preserve">[21:58] </w:t>
      </w:r>
      <w:r>
        <w:t>khuda ko pehchanne ke liye, khuda ke jalwon ko dekhnay ke liye aankh di gayi hai.</w:t>
      </w:r>
    </w:p>
    <w:p>
      <w:pPr>
        <w:jc w:val="right"/>
      </w:pPr>
      <w:r>
        <w:t>خداکو پہچاننےکےلیے، خداکےجلووںکودیکھنےکےلیے آنکھدیگئیہے۔</w:t>
      </w:r>
    </w:p>
    <w:p>
      <w:r>
        <w:rPr>
          <w:b/>
        </w:rPr>
        <w:t xml:space="preserve">[22:07] </w:t>
      </w:r>
      <w:r>
        <w:t>yeh is ka additional istemal hai ke aap apne beton ko dekhte hain, apne ghar ko dekhte hain, apni car ko dekhte hain.</w:t>
      </w:r>
    </w:p>
    <w:p>
      <w:pPr>
        <w:jc w:val="right"/>
      </w:pPr>
      <w:r>
        <w:t>یہاسکا ایڈیشنلاستعمال ہےکہآپ اپنے بیٹوںکودیکھتےہیں، اپنےگھرکودیکھتےہیں،اپنی کارکودیکھتےہیں۔</w:t>
      </w:r>
    </w:p>
    <w:p>
      <w:r>
        <w:rPr>
          <w:b/>
        </w:rPr>
        <w:t xml:space="preserve">[22:16] </w:t>
      </w:r>
      <w:r>
        <w:t>yeh iska mazeed istemal hai, additional istemal hai. Asal jo hai woh kya hai? Ke aap Khuda ko dekhein, Khuda ke jalwon ko pehchanen, Khuda ki nishaniyon ko samjhen.</w:t>
      </w:r>
    </w:p>
    <w:p>
      <w:pPr>
        <w:jc w:val="right"/>
      </w:pPr>
      <w:r>
        <w:t>یہ اسکا مزید استعمال ہے، ایڈیشنلاستعمال ہے۔ اصلجوہےوہکیاہے؟ کہآپ خداکودیکھیں، خداکےجلووںکوپہچانیں، خداکینش انیوںکوسمجھیں۔</w:t>
      </w:r>
    </w:p>
    <w:p>
      <w:r>
        <w:rPr>
          <w:b/>
        </w:rPr>
        <w:t xml:space="preserve">[22:27] </w:t>
      </w:r>
      <w:r>
        <w:t>Jo khul kar samne aate hain, divine khul, unko dekh kar Khuda ko discover karen.</w:t>
      </w:r>
    </w:p>
    <w:p>
      <w:pPr>
        <w:jc w:val="right"/>
      </w:pPr>
      <w:r>
        <w:t>جو کلوسامنےآتےہیں، ڈیوائنکلو، انکودیکھکرخداکو ڈسکورکریں۔</w:t>
      </w:r>
    </w:p>
    <w:p>
      <w:r>
        <w:rPr>
          <w:b/>
        </w:rPr>
        <w:t xml:space="preserve">[22:34] </w:t>
      </w:r>
      <w:r>
        <w:t>Agar insan is mein fail ho jaye ke woh apni aankh ko yahan istemal na kar sake, yani divine khul par ab woh dhyan na de sake, to Khuda ke nazdeek woh is qabil hai ke usko andha bana diya jaye,</w:t>
      </w:r>
    </w:p>
    <w:p>
      <w:pPr>
        <w:jc w:val="right"/>
      </w:pPr>
      <w:r>
        <w:t>اگر انسان اسمیں فیل ہوجائےکہوہ اپنی آنکھکایہاںاستعمال نہکرسکے، یعنیڈیوائنکلوپر اب وہدھیاننہدےسکے، تو خداکےنزدیک وہاسقابلہےکہاسکواندھابنادیاجائے،</w:t>
      </w:r>
    </w:p>
    <w:p>
      <w:r>
        <w:rPr>
          <w:b/>
        </w:rPr>
        <w:t xml:space="preserve">[22:51] </w:t>
      </w:r>
      <w:r>
        <w:t>uski aankhen chheen li jayen. Kyun ke asal mein jo maqsad tha, woh nahin kiya isne. To additional purpose ke liye aankhen nahin di jayengi. Ab</w:t>
      </w:r>
    </w:p>
    <w:p>
      <w:pPr>
        <w:jc w:val="right"/>
      </w:pPr>
      <w:r>
        <w:t>اسکیآنکھیںچھینلیجائیں۔ کیونکہ اصلمیںجو مقصدتھا، وہینہیںکیا اسنے۔ تو ایڈیشنلپرپسکےلیےآنکھنہیںدیجائےگی۔اب</w:t>
      </w:r>
    </w:p>
    <w:p>
      <w:r>
        <w:rPr>
          <w:b/>
        </w:rPr>
        <w:t xml:space="preserve">[23:01] </w:t>
      </w:r>
      <w:r>
        <w:t>Ab ghor kijiye ke ek aisi duniya mein jahan aankhen chheen li gayi hon, wahan kya haal hoga?</w:t>
      </w:r>
    </w:p>
    <w:p>
      <w:pPr>
        <w:jc w:val="right"/>
      </w:pPr>
      <w:r>
        <w:t>اب غورکیجئے کہ ایکایسیدنیا میں جہاںآنکھیںچھینلیگئیہوں، وہاںکیاحالہوگا؟</w:t>
      </w:r>
    </w:p>
    <w:p>
      <w:r>
        <w:rPr>
          <w:b/>
        </w:rPr>
        <w:t xml:space="preserve">[23:10] </w:t>
      </w:r>
      <w:r>
        <w:t>Hum chalenge to koi hum kisi peed se takra jayenge, kahin chalenge to kisi darya mein gir padenge, kahin chalenge kisi kantedar peed mein ulajh jayenge.</w:t>
      </w:r>
    </w:p>
    <w:p>
      <w:pPr>
        <w:jc w:val="right"/>
      </w:pPr>
      <w:r>
        <w:t>ہمچلیںگےتوکوئیہمکسی پیڑسےٹکراجائیںگے، کہیںچلیںگےتوکسی دریا میں گر گرپڑیںگے، کہیںچلیںگےکسی کاڑےدار پیڑمیںالجھجائیںگے۔</w:t>
      </w:r>
    </w:p>
    <w:p>
      <w:r>
        <w:rPr>
          <w:b/>
        </w:rPr>
        <w:t xml:space="preserve">[23:22] </w:t>
      </w:r>
      <w:r>
        <w:t>Kaisi bhi andhi zindagi hogi! Woh ghor kijiye, aap sab kuch mila hua, hath bhi, paon bhi, sir bhi, lekin aankh na ho.</w:t>
      </w:r>
    </w:p>
    <w:p>
      <w:pPr>
        <w:jc w:val="right"/>
      </w:pPr>
      <w:r>
        <w:t>کیسی بھیانکزندگی ہوگی!وہغورکیجئے،آپ سبکچھملاہوا،ہاتھ بھی،پاؤںبھی،سر بھی،لیکن آنکھنہہو۔</w:t>
      </w:r>
    </w:p>
    <w:p>
      <w:r>
        <w:rPr>
          <w:b/>
        </w:rPr>
        <w:t xml:space="preserve">[23:33] </w:t>
      </w:r>
      <w:r>
        <w:t>Aap ghor kijiye to Quran mein bataya gaya hai ke jo log duniya mein Khuda ki nishaniyon ko dekhne mein fail ho jayen, to agli duniya mein unki aankhen unse le li jayengi.</w:t>
      </w:r>
    </w:p>
    <w:p>
      <w:pPr>
        <w:jc w:val="right"/>
      </w:pPr>
      <w:r>
        <w:t>آپغورکیجئے تو قرآنمیںبتایاگیاہےکہ جو لوگ دنیا میں خداکینشانیوںکودیکھنےمیں فیل ہوجائیں، تو اگلیدنیا میںانکیآنکھیںانسےلےلیجائیںگی۔</w:t>
      </w:r>
    </w:p>
    <w:p>
      <w:r>
        <w:rPr>
          <w:b/>
        </w:rPr>
        <w:t xml:space="preserve">[23:51] </w:t>
      </w:r>
      <w:r>
        <w:t>Aur kya hoga? Woh to chhod dijiye. Main kehta hoon ke sirf itna hi agar ho, itna hi agar ho ke humein health bhi mili hui hai, hath paon bhi mile hue hain, body par kapda bhi hai, khoobsurat</w:t>
      </w:r>
    </w:p>
    <w:p>
      <w:pPr>
        <w:jc w:val="right"/>
      </w:pPr>
      <w:r>
        <w:t>اور کیا ہوگا؟ وہتوچھوڑدیجئے۔ میں کہتاہوںکہصرف اتناہیاگرہو،اتناہیاگر ہو کہہمیںہیلتھبھیملیہوئیہے، ہاتھپاؤںبھیملےہوئے ہیں، باڈیپرکپڑابھیہے،خوبصورت</w:t>
      </w:r>
    </w:p>
    <w:p>
      <w:r>
        <w:rPr>
          <w:b/>
        </w:rPr>
        <w:t xml:space="preserve">[24:05] </w:t>
      </w:r>
      <w:r>
        <w:t>Hamari sari beauty bhi maujood hai, woh beautiful face kahan kaam aayega jis ki aankh na ho? Jis ke sar par aap ghor kijiye, hamare hath paon mein achhe achhe joote bhi hon,</w:t>
      </w:r>
    </w:p>
    <w:p>
      <w:pPr>
        <w:jc w:val="right"/>
      </w:pPr>
      <w:r>
        <w:t>ہماریساریبیوٹیبھیموجود ہے، وہ بیوٹیفل فیسوہاںکسکام آئےگاجس کیآنکھنہہو؟جسکےسرپر آپغورکیجئے، ہمارےہاتھ پاؤںمیںاچھےاچھےجوتےبھیہوں،</w:t>
      </w:r>
    </w:p>
    <w:p>
      <w:r>
        <w:rPr>
          <w:b/>
        </w:rPr>
        <w:t xml:space="preserve">[24:19] </w:t>
      </w:r>
      <w:r>
        <w:t>Aankhen nahin hain, aadmi bhatakta rahega, kahin deewar se takrayega, kahin kisi pond mein ja girega, kahin kisi kantedar peed mein ulajh jayega, kahin kisi chattan se takra jayega,</w:t>
      </w:r>
    </w:p>
    <w:p>
      <w:pPr>
        <w:jc w:val="right"/>
      </w:pPr>
      <w:r>
        <w:t>آنکھیںنہیںہیں، آدمیبھٹکرہاہے، کہیںدیوارسےٹکرائےگا، کہیںکسی پونڈمیںجاگرےگا، کہیںکسی کھاردار پیڑمیںالجھجائےگا، کہیںکسیچٹانسےٹکراجائےگا،</w:t>
      </w:r>
    </w:p>
    <w:p>
      <w:r>
        <w:rPr>
          <w:b/>
        </w:rPr>
        <w:t xml:space="preserve">[24:33] </w:t>
      </w:r>
      <w:r>
        <w:t>Aur bhatakta rahega million, million years tak. Kitni andho naak baati hai!</w:t>
      </w:r>
    </w:p>
    <w:p>
      <w:pPr>
        <w:jc w:val="right"/>
      </w:pPr>
      <w:r>
        <w:t>اوربھٹکتارہےگا مل ینیں،ملینایئرزتک ۔ کتنیاندوہناکباتیہہے!</w:t>
      </w:r>
    </w:p>
    <w:p>
      <w:r>
        <w:rPr>
          <w:b/>
        </w:rPr>
        <w:t xml:space="preserve">[24:43] </w:t>
      </w:r>
      <w:r>
        <w:t>To jo log aankh hote hue is khul par, jisko Quran mein ayat kaha gaya hai, yani sign, S-I-G-N, us par dhyan na dein,</w:t>
      </w:r>
    </w:p>
    <w:p>
      <w:pPr>
        <w:jc w:val="right"/>
      </w:pPr>
      <w:r>
        <w:t>تو جولوگ آنکھہوتےہوئے اس کلوپر، جسکوقرآنمیں آیتکہاگیاہے،یعنی سائن ،ایسآئیجیاین، اسپردھیاننہدیں،</w:t>
      </w:r>
    </w:p>
    <w:p>
      <w:r>
        <w:rPr>
          <w:b/>
        </w:rPr>
        <w:t xml:space="preserve">[24:59] </w:t>
      </w:r>
      <w:r>
        <w:t>Woh justification khud dete hain is baat ka ke unki aankhen unke sar par maujood rahen. Justification khud dete hain.</w:t>
      </w:r>
    </w:p>
    <w:p>
      <w:pPr>
        <w:jc w:val="right"/>
      </w:pPr>
      <w:r>
        <w:t>وہ جسٹیفیکیشنکھودیتےہیںاسباتکاکہانکیآنکھیںانکےسرپر موجود رہیں۔ جسٹیفیکیشنکھودیتےہیں۔</w:t>
      </w:r>
    </w:p>
    <w:p>
      <w:r>
        <w:rPr>
          <w:b/>
        </w:rPr>
        <w:t xml:space="preserve">[25:10] </w:t>
      </w:r>
      <w:r>
        <w:t>Asal jo maqsad hai, woh to yeh hai ke Khuda ke jalwon ko dekhe insan aur Khuda ko acknowledge kare.</w:t>
      </w:r>
    </w:p>
    <w:p>
      <w:pPr>
        <w:jc w:val="right"/>
      </w:pPr>
      <w:r>
        <w:t>اصلجو مقصدہے، وہ تویہہےکہخداکےجلووںکودیکھاہےانسان اورخداکو اکنالجکرے۔</w:t>
      </w:r>
    </w:p>
    <w:p>
      <w:r>
        <w:rPr>
          <w:b/>
        </w:rPr>
        <w:t xml:space="preserve">[25:20] </w:t>
      </w:r>
      <w:r>
        <w:t>Jab yahi asal istemal woh na kare, jo additional uska istemal hai, uske liye aankhen nahin baqi rakhi jayengi, phir aankhen chheen li jayengi.</w:t>
      </w:r>
    </w:p>
    <w:p>
      <w:pPr>
        <w:jc w:val="right"/>
      </w:pPr>
      <w:r>
        <w:t>جب یہی اصل استعمال وہنہکرے، جوایڈیشنلاسکا استعمال ہے، اسکےلیے آنکھیںنہیں باقیرکھیجائیںگی، پھرآنکھیںچھینلیجائیںگی۔</w:t>
      </w:r>
    </w:p>
    <w:p>
      <w:r>
        <w:rPr>
          <w:b/>
        </w:rPr>
        <w:t xml:space="preserve">[25:34] </w:t>
      </w:r>
      <w:r>
        <w:t>Yeh sab baaten bahut zyada sochne ki hain.</w:t>
      </w:r>
    </w:p>
    <w:p>
      <w:pPr>
        <w:jc w:val="right"/>
      </w:pPr>
      <w:r>
        <w:t>یہسب باتیںبہت زیادہ سوچنےکیہیں۔</w:t>
      </w:r>
    </w:p>
    <w:p>
      <w:r>
        <w:rPr>
          <w:b/>
        </w:rPr>
        <w:t xml:space="preserve">[25:41] </w:t>
      </w:r>
      <w:r>
        <w:t>Ab main aapko</w:t>
      </w:r>
    </w:p>
    <w:p>
      <w:pPr>
        <w:jc w:val="right"/>
      </w:pPr>
      <w:r>
        <w:t>ابمیںآپکو</w:t>
      </w:r>
    </w:p>
    <w:p>
      <w:r>
        <w:rPr>
          <w:b/>
        </w:rPr>
        <w:t xml:space="preserve">[25:46] </w:t>
      </w:r>
      <w:r>
        <w:t>Yahan lana chahta hoon ke</w:t>
      </w:r>
    </w:p>
    <w:p>
      <w:pPr>
        <w:jc w:val="right"/>
      </w:pPr>
      <w:r>
        <w:t>یہاںلاناچاہتاہوں کہ</w:t>
      </w:r>
    </w:p>
    <w:p>
      <w:r>
        <w:rPr>
          <w:b/>
        </w:rPr>
        <w:t xml:space="preserve">[25:53] </w:t>
      </w:r>
      <w:r>
        <w:t>Khuda ne yeh jo duniya banayi hai,</w:t>
      </w:r>
    </w:p>
    <w:p>
      <w:pPr>
        <w:jc w:val="right"/>
      </w:pPr>
      <w:r>
        <w:t>خدانے یہجودنیا بنائیہے،</w:t>
      </w:r>
    </w:p>
    <w:p>
      <w:r>
        <w:rPr>
          <w:b/>
        </w:rPr>
        <w:t xml:space="preserve">[25:58] </w:t>
      </w:r>
      <w:r>
        <w:t>To humein is duniya mein kaise rehna hai? Kaise rehna hai?</w:t>
      </w:r>
    </w:p>
    <w:p>
      <w:pPr>
        <w:jc w:val="right"/>
      </w:pPr>
      <w:r>
        <w:t>تو ہمیںاسدنیا میں کیسےرہناہے؟ کیسےرہناہے؟</w:t>
      </w:r>
    </w:p>
    <w:p>
      <w:r>
        <w:rPr>
          <w:b/>
        </w:rPr>
        <w:t xml:space="preserve">[26:07] </w:t>
      </w:r>
      <w:r>
        <w:t>Kaisa rehna humein success success ki taraf le jayega, aur kaisa rehna humein failure ki taraf le jayega?</w:t>
      </w:r>
    </w:p>
    <w:p>
      <w:pPr>
        <w:jc w:val="right"/>
      </w:pPr>
      <w:r>
        <w:t>کیسا رہنا ہمیں سکسیسسک سیسکیطرف لےجائےگا، اورکیسارہناہمیں فیل یرکیطرفلےجائےگا؟</w:t>
      </w:r>
    </w:p>
    <w:p>
      <w:r>
        <w:rPr>
          <w:b/>
        </w:rPr>
        <w:t xml:space="preserve">[26:18] </w:t>
      </w:r>
      <w:r>
        <w:t>Uske liye Khuda ne bahut zabardast intezam kiya.</w:t>
      </w:r>
    </w:p>
    <w:p>
      <w:pPr>
        <w:jc w:val="right"/>
      </w:pPr>
      <w:r>
        <w:t>اسکےلیے خدانے بہت زبردست انتظامکیا۔</w:t>
      </w:r>
    </w:p>
    <w:p>
      <w:r>
        <w:rPr>
          <w:b/>
        </w:rPr>
        <w:t xml:space="preserve">[26:26] </w:t>
      </w:r>
      <w:r>
        <w:t>Agar Quran ki roshni mein main kahoon to main kahunga ke Khuda ne do model rakh diye hamare samne: ek physical model, ek living model.</w:t>
      </w:r>
    </w:p>
    <w:p>
      <w:pPr>
        <w:jc w:val="right"/>
      </w:pPr>
      <w:r>
        <w:t>اگر قرآنکیروشنیمیںمیںکہوںتومیںکہوںگاکہ خدانے دو ماڈل رکھدیےہمارےسامنے : ایکفزیکلماڈل،ایک لیونگماڈل۔</w:t>
      </w:r>
    </w:p>
    <w:p>
      <w:r>
        <w:rPr>
          <w:b/>
        </w:rPr>
        <w:t xml:space="preserve">[26:39] </w:t>
      </w:r>
      <w:r>
        <w:t>Physical model yeh poori universe hai, aur living model Prophet hai. Aap ki universe par sochiye, yeh ek demonstration de rahi hai ke Khuda kaisa chahta hai ke insan is tarah rahe.</w:t>
      </w:r>
    </w:p>
    <w:p>
      <w:pPr>
        <w:jc w:val="right"/>
      </w:pPr>
      <w:r>
        <w:t>فزیکل ماڈلیہپورییونیورس ہے، اورلیونگماڈل پرافٹہے۔ آپکییونیورس پرسوچیے، یہایک ڈیمونسٹریشندےرہیہے کہخداکیساچاہتاہے کہ انسان اسطرحرہے۔</w:t>
      </w:r>
    </w:p>
    <w:p>
      <w:r>
        <w:rPr>
          <w:b/>
        </w:rPr>
        <w:t xml:space="preserve">[26:58] </w:t>
      </w:r>
      <w:r>
        <w:t>puripuri universe ek demonstration hai,</w:t>
      </w:r>
    </w:p>
    <w:p>
      <w:pPr>
        <w:jc w:val="right"/>
      </w:pPr>
      <w:r>
        <w:t>پوریپورییونیورس ایکڈیمونسٹریشنہے،</w:t>
      </w:r>
    </w:p>
    <w:p>
      <w:r>
        <w:rPr>
          <w:b/>
        </w:rPr>
        <w:t xml:space="preserve">[27:01] </w:t>
      </w:r>
      <w:r>
        <w:t>jaisay keh mein nay abhi arz kiya keh jo space mein jo bodies hain, woh barabar move kar rahay hain, lekin takratay nahin.</w:t>
      </w:r>
    </w:p>
    <w:p>
      <w:pPr>
        <w:jc w:val="right"/>
      </w:pPr>
      <w:r>
        <w:t>جیسےکہمیںنےابھیعرضکیا کہ جو اسپیسمیںجوباڈیزہیں، وہ برابر مووکررہےہیں،لیکن ٹکراتےنہیں ۔</w:t>
      </w:r>
    </w:p>
    <w:p>
      <w:r>
        <w:rPr>
          <w:b/>
        </w:rPr>
        <w:t xml:space="preserve">[27:11] </w:t>
      </w:r>
      <w:r>
        <w:t>yeh kya hai? Ek demonstration hai keh tum apnay apnay orbit mein raho, doosray say na takrao.</w:t>
      </w:r>
    </w:p>
    <w:p>
      <w:pPr>
        <w:jc w:val="right"/>
      </w:pPr>
      <w:r>
        <w:t>یہکیاہے؟ایکڈیمونسٹریشنہے کہتم اپنے اپنے اربٹمیںرہو، دوسرےسےنہٹکراؤ۔</w:t>
      </w:r>
    </w:p>
    <w:p>
      <w:r>
        <w:rPr>
          <w:b/>
        </w:rPr>
        <w:t xml:space="preserve">[27:22] </w:t>
      </w:r>
      <w:r>
        <w:t>tumhein apnay apnay perosi kay liye problem create nahin karna hai.</w:t>
      </w:r>
    </w:p>
    <w:p>
      <w:pPr>
        <w:jc w:val="right"/>
      </w:pPr>
      <w:r>
        <w:t>تمہیںاپنے اپنے پڑوسیکےلیے پرابلمکریٹنہیںکرناہے۔</w:t>
      </w:r>
    </w:p>
    <w:p>
      <w:r>
        <w:rPr>
          <w:b/>
        </w:rPr>
        <w:t xml:space="preserve">[27:28] </w:t>
      </w:r>
      <w:r>
        <w:t>tumhein doosray insanon kay liye aisa nahin karna hai keh koi difference, koi difference aaye to revolver le kar kharay ho jao uss ko maarne kay liye.</w:t>
      </w:r>
    </w:p>
    <w:p>
      <w:pPr>
        <w:jc w:val="right"/>
      </w:pPr>
      <w:r>
        <w:t>تمہیںدوسرےانسانوںکےلیے ایسانہیںکرناہےکہکوئیڈیفرنس، کوئیڈیفرنسآئےتو ریواروللےکرکھڑےہوجاؤاسکومارنےکےلیے۔</w:t>
      </w:r>
    </w:p>
    <w:p>
      <w:r>
        <w:rPr>
          <w:b/>
        </w:rPr>
        <w:t xml:space="preserve">[27:41] </w:t>
      </w:r>
      <w:r>
        <w:t>yani space ki tamam bodies, planet aur stars sab apnay apnay orbit mein reh kar kay daur laga rahay hain.</w:t>
      </w:r>
    </w:p>
    <w:p>
      <w:pPr>
        <w:jc w:val="right"/>
      </w:pPr>
      <w:r>
        <w:t>یعنی اسپ یسکیتمام با ڈیز، پلینٹاور اسٹارز سب اپنے اپنے اربٹمیںرہکرکے دوڑلگارہےہیں۔</w:t>
      </w:r>
    </w:p>
    <w:p>
      <w:r>
        <w:rPr>
          <w:b/>
        </w:rPr>
        <w:t xml:space="preserve">[27:50] </w:t>
      </w:r>
      <w:r>
        <w:t>aisay hi aap ko bhi karna hai.</w:t>
      </w:r>
    </w:p>
    <w:p>
      <w:pPr>
        <w:jc w:val="right"/>
      </w:pPr>
      <w:r>
        <w:t>ایسےہیآپکوبھیکرناہے۔</w:t>
      </w:r>
    </w:p>
    <w:p>
      <w:r>
        <w:rPr>
          <w:b/>
        </w:rPr>
        <w:t xml:space="preserve">[27:55] </w:t>
      </w:r>
      <w:r>
        <w:t>mein aksar kehta hoon keh ek American ek qissa hai, woh bohat hi sahi hai iss baat ko batane kay liye jiss ko mein physical model keh raha hoon.</w:t>
      </w:r>
    </w:p>
    <w:p>
      <w:pPr>
        <w:jc w:val="right"/>
      </w:pPr>
      <w:r>
        <w:t>میںاکثرکہتاہوںکہ ایک امریک ن ایک قصہہے، وہبہتہیصحیحہے اسباتکوبت انےکےلیے جسکومیں فزیکلماڈلکہہرہاہوں۔</w:t>
      </w:r>
    </w:p>
    <w:p>
      <w:r>
        <w:rPr>
          <w:b/>
        </w:rPr>
        <w:t xml:space="preserve">[28:07] </w:t>
      </w:r>
      <w:r>
        <w:t>kaha jata hai keh America mein jab azaadi hui to ek American nikla apnay ghar say, road par woh chal raha tha to haath bohat hila raha tha, aisay aisay.</w:t>
      </w:r>
    </w:p>
    <w:p>
      <w:pPr>
        <w:jc w:val="right"/>
      </w:pPr>
      <w:r>
        <w:t>کہاجاتاہےکہ امریکہمیںجبآزادیہوئی تو ایک امریک ننکلا اپنےگھرسے ، روڈپروہچلرہاتھا تو ہاتھبہت ہلارہاتھا،ایسےایسے۔</w:t>
      </w:r>
    </w:p>
    <w:p>
      <w:r>
        <w:rPr>
          <w:b/>
        </w:rPr>
        <w:t xml:space="preserve">[28:21] </w:t>
      </w:r>
      <w:r>
        <w:t>to kya hua keh uss ka haath jo hai, ek aadmi kay nose par lag gaya.</w:t>
      </w:r>
    </w:p>
    <w:p>
      <w:pPr>
        <w:jc w:val="right"/>
      </w:pPr>
      <w:r>
        <w:t>توکیاہوا کہ اسکا ہاتھجوہے، ایکآدمیکےنوزپرلگگیا۔</w:t>
      </w:r>
    </w:p>
    <w:p>
      <w:r>
        <w:rPr>
          <w:b/>
        </w:rPr>
        <w:t xml:space="preserve">[28:30] </w:t>
      </w:r>
      <w:r>
        <w:t>uss nay kaha keh "why this was not in sense? Why you hit my nose?" Uss nay kaha keh "America aaj azaad hai, mein apni freedom ko exercise kar raha hoon."</w:t>
      </w:r>
    </w:p>
    <w:p>
      <w:pPr>
        <w:jc w:val="right"/>
      </w:pPr>
      <w:r>
        <w:t>اسنےکہا کہ "وائی دسوا ٹازدسن انسینس؟وائییوہٹمائینوز؟ "اسنےکہاکہ" امریکہآجفریہے، میں اپنی فریڈمکوایکسرسائزکررہاہوں۔"</w:t>
      </w:r>
    </w:p>
    <w:p>
      <w:r>
        <w:rPr>
          <w:b/>
        </w:rPr>
        <w:t xml:space="preserve">[28:45] </w:t>
      </w:r>
      <w:r>
        <w:t>uss aadmi nay kaha keh "my brother, your freedom ends where my nose begins." Yeh hai law of nature, yeh American formula nahin hai, yeh nature ka formula hai.</w:t>
      </w:r>
    </w:p>
    <w:p>
      <w:pPr>
        <w:jc w:val="right"/>
      </w:pPr>
      <w:r>
        <w:t>اس آدمینےکہا کہ"مائیبرادر، ی ورفریڈم اینڈز ویرمائینوزبگنز۔" یہہے لاءآفنیچر،یہ امریک نفارمولانہیںہے،یہنیچرلفارمولاہے۔</w:t>
      </w:r>
    </w:p>
    <w:p>
      <w:r>
        <w:rPr>
          <w:b/>
        </w:rPr>
        <w:t xml:space="preserve">[29:01] </w:t>
      </w:r>
      <w:r>
        <w:t>puri space mein jo bodies hain, woh isi tarah chal rahi hain, koi kisi ki na takkar marti. Aisay hi insaan ko rehna hai.</w:t>
      </w:r>
    </w:p>
    <w:p>
      <w:pPr>
        <w:jc w:val="right"/>
      </w:pPr>
      <w:r>
        <w:t>پوری اسپیسمیںجو با ڈیزہیں،وہاسیطرحچلرہیہیں،کوئیکسی کیناککوہٹنہیںکرتا۔ ایسےہیانسانکورہناہے۔</w:t>
      </w:r>
    </w:p>
    <w:p>
      <w:r>
        <w:rPr>
          <w:b/>
        </w:rPr>
        <w:t xml:space="preserve">[29:11] </w:t>
      </w:r>
      <w:r>
        <w:t>to Khuda nay universe mein jiss ko mein kehta hoon physical model rakh diya hai,</w:t>
      </w:r>
    </w:p>
    <w:p>
      <w:pPr>
        <w:jc w:val="right"/>
      </w:pPr>
      <w:r>
        <w:t>تو خدانے یونیورس میں جسکومیںکہتاہوںفزیکلماڈل رکھدیاہے،</w:t>
      </w:r>
    </w:p>
    <w:p>
      <w:r>
        <w:rPr>
          <w:b/>
        </w:rPr>
        <w:t xml:space="preserve">[29:22] </w:t>
      </w:r>
      <w:r>
        <w:t>jaisay insaan aur peṛ kay beech mein dekhein kaisa ajeeb संबंध hai.</w:t>
      </w:r>
    </w:p>
    <w:p>
      <w:pPr>
        <w:jc w:val="right"/>
      </w:pPr>
      <w:r>
        <w:t>جیسےانسان اور پیڑکےبیچمیںدیکھیںکیساعجیبसंबंध ہے۔</w:t>
      </w:r>
    </w:p>
    <w:p>
      <w:r>
        <w:rPr>
          <w:b/>
        </w:rPr>
        <w:t xml:space="preserve">[29:28] </w:t>
      </w:r>
      <w:r>
        <w:t>peṛ jo hai, aap ki munh say nikli hui carbon lay leta hai aur apni taraf say aap ko oxygen supply karta hai.</w:t>
      </w:r>
    </w:p>
    <w:p>
      <w:pPr>
        <w:jc w:val="right"/>
      </w:pPr>
      <w:r>
        <w:t>پیڑجوہے، آپ کی منہسےنکلیہوئی کاربنکولےلیتاہے اور اپنیطرفسےآپکو اکسیجنسپلائیکرتاہے۔</w:t>
      </w:r>
    </w:p>
    <w:p>
      <w:r>
        <w:rPr>
          <w:b/>
        </w:rPr>
        <w:t xml:space="preserve">[29:44] </w:t>
      </w:r>
      <w:r>
        <w:t>yeh ek healthy exchange hai jo har waqt peṛ aur insaan kay beech mein rehta hai.</w:t>
      </w:r>
    </w:p>
    <w:p>
      <w:pPr>
        <w:jc w:val="right"/>
      </w:pPr>
      <w:r>
        <w:t>یہ ایک ہیلدی ایکسچینجہے جو ہروقت پیڑاورانسانکےبیچمیںرہتاہے۔</w:t>
      </w:r>
    </w:p>
    <w:p>
      <w:r>
        <w:rPr>
          <w:b/>
        </w:rPr>
        <w:t xml:space="preserve">[29:54] </w:t>
      </w:r>
      <w:r>
        <w:t>insaan ko bhi isi tarah say healthy exchange karna hai, na cheenna hai, na jhapta hai, na maarna hai, na kaatna hai. Healthy exchange,</w:t>
      </w:r>
    </w:p>
    <w:p>
      <w:pPr>
        <w:jc w:val="right"/>
      </w:pPr>
      <w:r>
        <w:t>انسانکو بھیاسیطرحسےہیلدیایکسچینجکرناہے، نہچھینہے، نہجھپٹہے، نہمارناہے،نہکاٹناہے۔ ہیلدیایکسچینج،</w:t>
      </w:r>
    </w:p>
    <w:p>
      <w:r>
        <w:rPr>
          <w:b/>
        </w:rPr>
        <w:t xml:space="preserve">[30:07] </w:t>
      </w:r>
      <w:r>
        <w:t>jaisay Bombay ka qissa jo mein nay bataya, jo aaj bataya hai, uss mein yeh tha keh ek bhai kay paas das hazar crore rupay ho gaye, uss ka asset.</w:t>
      </w:r>
    </w:p>
    <w:p>
      <w:pPr>
        <w:jc w:val="right"/>
      </w:pPr>
      <w:r>
        <w:t>جیسےبمبئیکاقصہجومیںنےبتایا، جوآج بت ایاہے، اسمیںیہتھاکہ ایک بھائیکےپاس دسہزار کروڑروپےہوگئے، اسکااس ٹ۔</w:t>
      </w:r>
    </w:p>
    <w:p>
      <w:r>
        <w:rPr>
          <w:b/>
        </w:rPr>
        <w:t xml:space="preserve">[30:19] </w:t>
      </w:r>
      <w:r>
        <w:t>doosra bhai jo tha, woh ghareeb</w:t>
      </w:r>
    </w:p>
    <w:p>
      <w:pPr>
        <w:jc w:val="right"/>
      </w:pPr>
      <w:r>
        <w:t>دوسرابھائیجوتھا،وہغریب</w:t>
      </w:r>
    </w:p>
    <w:p>
      <w:r>
        <w:rPr>
          <w:b/>
        </w:rPr>
        <w:t xml:space="preserve">[30:21] </w:t>
      </w:r>
      <w:r>
        <w:t>reh gaya, ab uss ko cheen jhapta kar raha hai keh "mujhe do!" Nahin di to maar dala uss ko, matlab qaatilon nay hamla kiya uss par. Healthy exchange</w:t>
      </w:r>
    </w:p>
    <w:p>
      <w:pPr>
        <w:jc w:val="right"/>
      </w:pPr>
      <w:r>
        <w:t>رہگیا، اباسکوچھینجھپٹکررہاہےکہ"مجھےدو!" نہیںدیاتو مارڈالااسکو، مطلب قاتلوںنےحملہکیا اسپر۔ ہیلدیایکسچینج</w:t>
      </w:r>
    </w:p>
    <w:p>
      <w:r>
        <w:rPr>
          <w:b/>
        </w:rPr>
        <w:t xml:space="preserve">[30:34] </w:t>
      </w:r>
      <w:r>
        <w:t>aur koi price nahin. Kitna bara yeh system hai keh 24 ghantay jo plant world hai, woh aap ko oxygen supply kar raha hai,</w:t>
      </w:r>
    </w:p>
    <w:p>
      <w:pPr>
        <w:jc w:val="right"/>
      </w:pPr>
      <w:r>
        <w:t>اور کوئی پرائسنہیں ۔ کتنابڑا یہ سسٹمہے کہ 24 گھنٹے جو پلانٹ ورلڈہے، وہ آپکو اکسیجنسپلائیکررہاہے،</w:t>
      </w:r>
    </w:p>
    <w:p>
      <w:r>
        <w:rPr>
          <w:b/>
        </w:rPr>
        <w:t xml:space="preserve">[30:48] </w:t>
      </w:r>
      <w:r>
        <w:t>aap kay munh say nikli hui carbon lay ja</w:t>
      </w:r>
    </w:p>
    <w:p>
      <w:pPr>
        <w:jc w:val="right"/>
      </w:pPr>
      <w:r>
        <w:t>آپکےمنہسےنکلیہوئیکاربنکولےجاچلاجا</w:t>
      </w:r>
    </w:p>
    <w:p>
      <w:r>
        <w:rPr>
          <w:b/>
        </w:rPr>
        <w:t xml:space="preserve">[30:51] </w:t>
      </w:r>
      <w:r>
        <w:t>raha hai. Yeh healthy exchange, yeh hai physical model.</w:t>
      </w:r>
    </w:p>
    <w:p>
      <w:pPr>
        <w:jc w:val="right"/>
      </w:pPr>
      <w:r>
        <w:t>رہاہے۔ یہ ہیلدیایکسچینج ،یہہے فزیکلماڈل۔</w:t>
      </w:r>
    </w:p>
    <w:p>
      <w:r>
        <w:rPr>
          <w:b/>
        </w:rPr>
        <w:t xml:space="preserve">[30:59] </w:t>
      </w:r>
      <w:r>
        <w:t>aisay hi dekhiye, duniya mein aap bohat say aisay wild animals hain, jaisay bheriya hai, alf, shair hai, tiger hai.</w:t>
      </w:r>
    </w:p>
    <w:p>
      <w:pPr>
        <w:jc w:val="right"/>
      </w:pPr>
      <w:r>
        <w:t>ایسےہیدیکھیے،دنیامیںآپ بہت سے ایسے وائلڈاینیملزہیں، جیسےبھیڑیاہے، الف ،شیرہے، ٹائیگرہے۔</w:t>
      </w:r>
    </w:p>
    <w:p>
      <w:r>
        <w:rPr>
          <w:b/>
        </w:rPr>
        <w:t xml:space="preserve">[31:12] </w:t>
      </w:r>
      <w:r>
        <w:t>apko maloom hona chahiye ke jitne bhi ye wild animals hain, kabhi bhi aap par attack nahin karte</w:t>
      </w:r>
    </w:p>
    <w:p>
      <w:pPr>
        <w:jc w:val="right"/>
      </w:pPr>
      <w:r>
        <w:t>آپکو معلومہوناچاہیےکہجتنےبھی یہوائلڈ اینیملزہیں، کبھیبھیآپ پراٹیکنہیںکرتے</w:t>
      </w:r>
    </w:p>
    <w:p>
      <w:r>
        <w:rPr>
          <w:b/>
        </w:rPr>
        <w:t xml:space="preserve">[31:22] </w:t>
      </w:r>
      <w:r>
        <w:t>jab tak aap in par attack nahin karte. yani self defense mein woh attack kar sakte hain, baghair tor par aggression ke nahin karte.</w:t>
      </w:r>
    </w:p>
    <w:p>
      <w:pPr>
        <w:jc w:val="right"/>
      </w:pPr>
      <w:r>
        <w:t>جب تکآپ انپراٹیکنہکریں۔ یعنی سیلفڈیفنسمیںوہاٹیککرسکتےہیں، بغوربطورایگریشنکےنہیںکرتے۔</w:t>
      </w:r>
    </w:p>
    <w:p>
      <w:r>
        <w:rPr>
          <w:b/>
        </w:rPr>
        <w:t xml:space="preserve">[31:31] </w:t>
      </w:r>
      <w:r>
        <w:t>yeh bhi ek model hai ke aap wohi, aap is ke liye aap ko ijazat nahin hai ke aap apni taraf se kisi ko attack karne lagen, aggressive banen.</w:t>
      </w:r>
    </w:p>
    <w:p>
      <w:pPr>
        <w:jc w:val="right"/>
      </w:pPr>
      <w:r>
        <w:t>یہبھیایک ماڈلہے کہآپجوہیں، آپ اسکےلیےآپکو اجازتنہیںہے کہآپ اپنیطرفسےکسی کواٹیککرنےلگیں، ایگریسوبنجائیں۔</w:t>
      </w:r>
    </w:p>
    <w:p>
      <w:r>
        <w:rPr>
          <w:b/>
        </w:rPr>
        <w:t xml:space="preserve">[31:42] </w:t>
      </w:r>
      <w:r>
        <w:t>haan, koi aap par attack kare to aap defense mein ja sakte hain. yeh hai physical model.</w:t>
      </w:r>
    </w:p>
    <w:p>
      <w:pPr>
        <w:jc w:val="right"/>
      </w:pPr>
      <w:r>
        <w:t>ہاں،کوئیآپ پراٹیککرےتوآپ ڈیفنسمیںجاسکتےہیں۔ یہہے فزیکلماڈل۔</w:t>
      </w:r>
    </w:p>
    <w:p>
      <w:r>
        <w:rPr>
          <w:b/>
        </w:rPr>
        <w:t xml:space="preserve">[31:51] </w:t>
      </w:r>
      <w:r>
        <w:t>doosra woh hai, woh hai prophetic ka model. Quran mein kaha gaya hai ke "laqad kana lakum fi rasoolillahi uswatun hasanah" . yani prophet aap ke liye ek living model hai,</w:t>
      </w:r>
    </w:p>
    <w:p>
      <w:pPr>
        <w:jc w:val="right"/>
      </w:pPr>
      <w:r>
        <w:t>دوسراجوہے، وہہے پرافٹکاماڈل۔ قرآنمیںکہاگیاہےکہ "لقد کان لکمفیرسولاللہ اسوۃ حسنہ" ۔یعنیپرافٹآپکےلیےایک لیونگماڈلہے،</w:t>
      </w:r>
    </w:p>
    <w:p>
      <w:r>
        <w:rPr>
          <w:b/>
        </w:rPr>
        <w:t xml:space="preserve">[32:06] </w:t>
      </w:r>
      <w:r>
        <w:t>living model. dekhen, living model ka lafz bohat hi aasan hai kehne mein , lekin yeh itna aasan nahin hai. yeh haqeeqat mein koi shakhsiyat, koi personality living model kaise ban sakti hai?</w:t>
      </w:r>
    </w:p>
    <w:p>
      <w:pPr>
        <w:jc w:val="right"/>
      </w:pPr>
      <w:r>
        <w:t>لیونگماڈل۔ دیکھیں،لیونگماڈلکالفظبہتہیآسانہےکہنےمیں ،لیکن یہاتناآساننہیںہے۔یہ حقیقتمیں کوئی شخص یت،کوئی پرسنیلٹیلیونگماڈلکیسےبنسکتیہے؟</w:t>
      </w:r>
    </w:p>
    <w:p>
      <w:r>
        <w:rPr>
          <w:b/>
        </w:rPr>
        <w:t xml:space="preserve">[32:22] </w:t>
      </w:r>
      <w:r>
        <w:t>is ke liye do condition zaroori hain. do condition: number one, is ki zindagi ek eventful zindagi ho , eventful zindagi , har qism ke waqeaat guzre hon is ki zindagi mein.</w:t>
      </w:r>
    </w:p>
    <w:p>
      <w:pPr>
        <w:jc w:val="right"/>
      </w:pPr>
      <w:r>
        <w:t>اسکےلیے دوکنڈیشنضروریہیں۔ دو کنڈیشن: نمبرون ، اسکیزندگی ایکایونفلزندگی ہو ، ایونفلزندگی ، ہرقسم کےواقع ات گزرےہوںاسکیزندگی میں۔</w:t>
      </w:r>
    </w:p>
    <w:p>
      <w:r>
        <w:rPr>
          <w:b/>
        </w:rPr>
        <w:t xml:space="preserve">[32:39] </w:t>
      </w:r>
      <w:r>
        <w:t>suppose woh ab paida hua aur mohalle mein rehte rehte mar gaya, to kya woh model banega?</w:t>
      </w:r>
    </w:p>
    <w:p>
      <w:pPr>
        <w:jc w:val="right"/>
      </w:pPr>
      <w:r>
        <w:t>سپوزوہابپیدا ہوا اور محلمیںرہتےرہتےمرگیا، تو کیا وہ ماڈلبنےگا؟</w:t>
      </w:r>
    </w:p>
    <w:p>
      <w:r>
        <w:rPr>
          <w:b/>
        </w:rPr>
        <w:t xml:space="preserve">[32:49] </w:t>
      </w:r>
      <w:r>
        <w:t>model woh banega jis ki zindagi eventful zindagi ho, har qism ke waqeaat, woh bhookh bhi is par pari ho , is ne khana bhi khaya ho, is ke paas kapre bhi hon, woh nangay, woh woh baghair joote ke bhi nangay paon chal raha ho, is ne shadi bhi ki ho, is ko sulah bhi hui ho, is jang bhi hui ho.</w:t>
      </w:r>
    </w:p>
    <w:p>
      <w:pPr>
        <w:jc w:val="right"/>
      </w:pPr>
      <w:r>
        <w:t>ماڈلوہبنےگا جسکیزندگی ایون فل زندگی ہو،ہرقسم کےواقع ات، وہ بھوکبھی اسپرپڑیہو ، اسنےکھانابھیکھایاہو، اسکےپاسکپڑےبھیہوں، وہننگا، وہ وہ بغیرجوتےکےبھی ننگےپاؤںچلرہاہو، اسنےشادیبھیکیہو، اسکو صلحبھیہوئی ہو،اسجنگ بھیہوئیہو۔</w:t>
      </w:r>
    </w:p>
    <w:p>
      <w:r>
        <w:rPr>
          <w:b/>
        </w:rPr>
        <w:t xml:space="preserve">[33:09] </w:t>
      </w:r>
      <w:r>
        <w:t>to eventful life jis ko kehte hain, woh ho is ki har qism ki zindagi ke namune is ki zindagi mein mil jayen aap ko.</w:t>
      </w:r>
    </w:p>
    <w:p>
      <w:pPr>
        <w:jc w:val="right"/>
      </w:pPr>
      <w:r>
        <w:t>تو ایون فللائفجسکوکہتےہیں،وہہواسکی ہرقسم کیزندگی کےنم ونےاسکیزندگی میںملجائیںآپکو۔</w:t>
      </w:r>
    </w:p>
    <w:p>
      <w:r>
        <w:rPr>
          <w:b/>
        </w:rPr>
        <w:t xml:space="preserve">[33:17] </w:t>
      </w:r>
      <w:r>
        <w:t>to prophet of Islam jo hain, un ki zindagi poore umar mein eventful life thi, har qism ke waqeaat guzre aap ki zindagi mein. main samajhta hoon ke poori history mein, poori human history mein, koi ek bhi insan doosra , mere ilm mein kamaz kam nahin hai,</w:t>
      </w:r>
    </w:p>
    <w:p>
      <w:pPr>
        <w:jc w:val="right"/>
      </w:pPr>
      <w:r>
        <w:t>تو پرافٹآفاسلام جوہیں، انکیزندگی پورےعمارمیںایون فللائفتھی، ہرقسم کےواقع اتگزرےآپکیزندگی میں۔ میںسمجھتاہوںکہپوریہسٹریمیں، پوریہیومنہسٹریمیں،کوئیایکبھیانسان دوسرا ،میرےعلممیںکمازکمنہیںہے،</w:t>
      </w:r>
    </w:p>
    <w:p>
      <w:r>
        <w:rPr>
          <w:b/>
        </w:rPr>
        <w:t xml:space="preserve">[33:31] </w:t>
      </w:r>
      <w:r>
        <w:t>jis ki zindagi aisi eventful zindagi ho, eventful zindagi , har qism ke waqeaat aap ki zindagi mein maujood hain.</w:t>
      </w:r>
    </w:p>
    <w:p>
      <w:pPr>
        <w:jc w:val="right"/>
      </w:pPr>
      <w:r>
        <w:t>جسکیزندگی ایسیایونفل زندگی ہو، ایونفل زندگی ،ہرقسم کےواقع اتآپکیزندگیمیںموجود ہیں۔</w:t>
      </w:r>
    </w:p>
    <w:p>
      <w:r>
        <w:rPr>
          <w:b/>
        </w:rPr>
        <w:t xml:space="preserve">[33:43] </w:t>
      </w:r>
      <w:r>
        <w:t>main zindagi mein parhta raha hoon, lekin main kisi aise insan ko nahin janta jis ki zindagi itni zyada eventful ho jaisa ke prophet Muhammad ki thi.</w:t>
      </w:r>
    </w:p>
    <w:p>
      <w:pPr>
        <w:jc w:val="right"/>
      </w:pPr>
      <w:r>
        <w:t>میں زندگی میںپڑھتارہاہوں، لیکن میںکسی ایسےانسانکونہیںجانتا جسکیزندگی اتنیزیادہ ایونٹفلہو جیساکہپرافٹمحمد کیتھی۔</w:t>
      </w:r>
    </w:p>
    <w:p>
      <w:r>
        <w:rPr>
          <w:b/>
        </w:rPr>
        <w:t xml:space="preserve">[33:53] </w:t>
      </w:r>
      <w:r>
        <w:t>to jab tak eventful life na ho kisi ki, to tab tak is ke baray mein aap yeh kehna ke woh woh model hai aap ke liye, to koi matlab nahin banta. is ka model jab banega, jab ke is ki zindagi mein examples hon, examples hon, examples har qism ke, chote bare , har qism ke examples hon.</w:t>
      </w:r>
    </w:p>
    <w:p>
      <w:pPr>
        <w:jc w:val="right"/>
      </w:pPr>
      <w:r>
        <w:t>تو جب تک ایونٹفللائفنہہوکسی کی، تبتک اسکےبارےمیں آپیہکہنا کہوہ وہ ماڈلہےآپکےلیے، تو کوئیمطلبنہیںبنتا۔اسکا ماڈلجببنےگا، جب کہاس کیزندگی میں ایگزیمپلہوں،ایگزیمپلہوں،ایگزیمپلہرقسم کے،چھوٹےبڑے ،ہرقسم کےایگزیمپلہوں۔</w:t>
      </w:r>
    </w:p>
    <w:p>
      <w:r>
        <w:rPr>
          <w:b/>
        </w:rPr>
        <w:t xml:space="preserve">[34:12] </w:t>
      </w:r>
      <w:r>
        <w:t>doosri baat yeh hai ke woh ek historical personality ho,</w:t>
      </w:r>
    </w:p>
    <w:p>
      <w:pPr>
        <w:jc w:val="right"/>
      </w:pPr>
      <w:r>
        <w:t>دوسریباتیہہے کہ وہ ایک ہسٹوریکلپرسنیلٹیہو،</w:t>
      </w:r>
    </w:p>
    <w:p>
      <w:r>
        <w:rPr>
          <w:b/>
        </w:rPr>
        <w:t xml:space="preserve">[34:21] </w:t>
      </w:r>
      <w:r>
        <w:t>historical personality ho. aap sochiye ke agar woh ek mythological figure hai, woh novel ka character hai, to kaise aap is ko model banayenge?</w:t>
      </w:r>
    </w:p>
    <w:p>
      <w:pPr>
        <w:jc w:val="right"/>
      </w:pPr>
      <w:r>
        <w:t>ہسٹوریکلپرسن یلٹیہو۔ آپسوچیےکہاگر وہ ایک مائتھولوجیکلفگرہے، وہ ناولکاکریکٹرہے، تو کیسےآپاسکوماڈلبنائیںگے؟</w:t>
      </w:r>
    </w:p>
    <w:p>
      <w:r>
        <w:rPr>
          <w:b/>
        </w:rPr>
        <w:t xml:space="preserve">[34:33] </w:t>
      </w:r>
      <w:r>
        <w:t>novel mein to chahe jo bhi likh lijiye, kuch</w:t>
      </w:r>
    </w:p>
    <w:p>
      <w:pPr>
        <w:jc w:val="right"/>
      </w:pPr>
      <w:r>
        <w:t>ناولمیںتوچاہےجوبھیلکھلیجئے،کچھ</w:t>
      </w:r>
    </w:p>
    <w:p>
      <w:r>
        <w:rPr>
          <w:b/>
        </w:rPr>
        <w:t xml:space="preserve">[34:37] </w:t>
      </w:r>
      <w:r>
        <w:t>novel mein to kuch bhi likh lijiye, mythology mein kuch bhi bana lijiye. aap</w:t>
      </w:r>
    </w:p>
    <w:p>
      <w:pPr>
        <w:jc w:val="right"/>
      </w:pPr>
      <w:r>
        <w:t>ناولمیںتوکچھبھیلکھلیجئے، میتھالوجیمیںکچھبھیبنالیجئے۔آپ</w:t>
      </w:r>
    </w:p>
    <w:p>
      <w:r>
        <w:rPr>
          <w:b/>
        </w:rPr>
        <w:t xml:space="preserve">[34:42] </w:t>
      </w:r>
      <w:r>
        <w:t>to ek mythological figure , ek novel ka character, kabhi bhi model nahin ban sakta. model banne ke liye real life chahiye, real life,</w:t>
      </w:r>
    </w:p>
    <w:p>
      <w:pPr>
        <w:jc w:val="right"/>
      </w:pPr>
      <w:r>
        <w:t>تو ایک مائتھولوجیکلفگر ،ایک ناولکاکریکٹر، کبھیبھی ماڈلنہیںبنسکتا۔ ماڈلبننےکےلیےریئللائفچاہیے،ریئللائف،</w:t>
      </w:r>
    </w:p>
    <w:p>
      <w:r>
        <w:rPr>
          <w:b/>
        </w:rPr>
        <w:t xml:space="preserve">[34:56] </w:t>
      </w:r>
      <w:r>
        <w:t>aur historical recorded shakhsiyat ho, is ki history ho , woh historical personality ho. is aitbaar se bhi dekhiye to tamam prophet mein sirf prophet Muhammad hain jin ki zindagi historical zindagi thi.</w:t>
      </w:r>
    </w:p>
    <w:p>
      <w:pPr>
        <w:jc w:val="right"/>
      </w:pPr>
      <w:r>
        <w:t>اورہسٹوریکلیریکارڈڈ شخص یتوہہو، اسکی ہسٹریہو ، وہ ہسٹوریکلپرسنیلٹیہو۔ اساعتبارسےبھیدیکھیےتو تمام پرافٹمیں صرف پرافٹمحمد ہیںجنکیزندگی ہسٹوریکلزندگی تھی۔</w:t>
      </w:r>
    </w:p>
    <w:p>
      <w:r>
        <w:rPr>
          <w:b/>
        </w:rPr>
        <w:t xml:space="preserve">[35:13] </w:t>
      </w:r>
      <w:r>
        <w:t>ek European scholar ne sahi tor par likha hai ke "Muhammad was born with a full life history, with a full life history, with a light.</w:t>
      </w:r>
    </w:p>
    <w:p>
      <w:pPr>
        <w:jc w:val="right"/>
      </w:pPr>
      <w:r>
        <w:t>ایک یورپیناسکالرنے صحیحطورپرلکھتاہےکہ"محمد وازبورن وداندافللائفہسٹری، وداندافللائفہسٹری، ودانلائٹایلآئیجیایچٹی۔</w:t>
      </w:r>
    </w:p>
    <w:p>
      <w:r>
        <w:rPr>
          <w:b/>
        </w:rPr>
        <w:t xml:space="preserve">[35:26] </w:t>
      </w:r>
      <w:r>
        <w:t>Muhammad was born with a full light of history." is ke muqable mein doosri jitni bhi personalities hain, maslan Hazrat Isa hain, main un ko manta hoon ke Allah ke rasool the, woh bilashuba</w:t>
      </w:r>
    </w:p>
    <w:p>
      <w:pPr>
        <w:jc w:val="right"/>
      </w:pPr>
      <w:r>
        <w:t>محمد وازب ورن وداندافل لائٹآفہسٹری۔" اسکےمقابلےمیںدوسریجتنیبھیپرسنیلٹیزہیں، مثلاًحضرت عیسیٰہیں،میںانکومانتاہوںکہاللہکےرسولتھے،وہ بلاشبہ</w:t>
      </w:r>
    </w:p>
    <w:p>
      <w:r>
        <w:rPr>
          <w:b/>
        </w:rPr>
        <w:t xml:space="preserve">[35:41] </w:t>
      </w:r>
      <w:r>
        <w:t>Allah ke rasool the, is mein koi shaq nahin . lekin historically speaking, un ki zindagi recorded nahin hai. isi liye ek European scholar ne kaha ke "historically it is quite out of the question whether Christ ever existed at all ."</w:t>
      </w:r>
    </w:p>
    <w:p>
      <w:pPr>
        <w:jc w:val="right"/>
      </w:pPr>
      <w:r>
        <w:t>اللہ کےرسول تھے،اسمیںکوئیشکنہیں ۔ لیکن ہسٹوریکلیسپیک نگ، انکیزندگی ریکارڈڈنہیںہے۔ اسیلیےایکیورپیناسکالرنےکہاکہ" ہسٹوریکلیاٹازکوائٹڈاؤٹفل ویدر کرائسٹ ایورایگزسٹڈایٹآل ۔"</w:t>
      </w:r>
    </w:p>
    <w:p>
      <w:r>
        <w:rPr>
          <w:b/>
        </w:rPr>
        <w:t xml:space="preserve">[36:00] </w:t>
      </w:r>
      <w:r>
        <w:t>yahan par Germany mein Saint Xavier college mein ek bohat bara library hai. ek martaba main gaya, wahan par ek to kitab thi, motisi "historical Jesus" is ka naam</w:t>
      </w:r>
    </w:p>
    <w:p>
      <w:pPr>
        <w:jc w:val="right"/>
      </w:pPr>
      <w:r>
        <w:t>یہاںپر دلیمیں سینٹ زیورس کالجمیںایکبہتبڑیلائبریریہے۔ ایکمرتبہمیںگیا،وہاںپرایک توبکتھی،موٹیسی "ہسٹوریکلجیزس"اسکانام</w:t>
      </w:r>
    </w:p>
    <w:p>
      <w:r>
        <w:rPr>
          <w:b/>
        </w:rPr>
        <w:t xml:space="preserve">[36:10] </w:t>
      </w:r>
      <w:r>
        <w:t>tha, ek Christian likhi hui thi. woh main laya, parha main ne is ko to is mein woh Christian likhta hai ke "historical Jesus ka koi wajood nahin,</w:t>
      </w:r>
    </w:p>
    <w:p>
      <w:pPr>
        <w:jc w:val="right"/>
      </w:pPr>
      <w:r>
        <w:t>تھا، ایککرسچنکیلکھیہوئیتھی۔ وہمیں لایا،پ ڑھامیںنےاسکوتو اسمیں وہ کرسچنلکھتاہےکہ"ہسٹوریکلجیزسکاکوئیوجود نہیں،</w:t>
      </w:r>
    </w:p>
    <w:p>
      <w:r>
        <w:rPr>
          <w:b/>
        </w:rPr>
        <w:t xml:space="preserve">[36:23] </w:t>
      </w:r>
      <w:r>
        <w:t>bbl ykl jeesay hain, historical jeesay koi kuch nahi, inka kuch history pata nahi hai. to prophet hazrat eesa alehislam bishak prophet of God thay, lekin woh historical character nahi thay. woh</w:t>
      </w:r>
    </w:p>
    <w:p>
      <w:pPr>
        <w:jc w:val="right"/>
      </w:pPr>
      <w:r>
        <w:t>ببل یکل جیزسہیں، ہسٹوریکلجیزس کوئی کچھنہیں،انکاکچھہسٹریکاپتہہینہیںہے۔" تو پرافٹ حضرتعیسیٰعلیہالسلام بلاشبہپرافٹآفگاڈتھے، لیکن وہ ہسٹوریکلکریکٹرنہیںتھے۔وہ</w:t>
      </w:r>
    </w:p>
    <w:p>
      <w:r>
        <w:rPr>
          <w:b/>
        </w:rPr>
        <w:t xml:space="preserve">[36:39] </w:t>
      </w:r>
      <w:r>
        <w:t>lekin profit muhammad jo hain, poore poore maano mein historical character hain. to dekhiye, do cheezein maine kahi ke living model banne ke liye do cheezein chahiye: ek yeh ke aapki zindagi even full zindagi ho, aur woh hai; aur doosri cheez jo chahiye, woh hai ke aap ki personality historical personality ho, woh mythology na ho, woh novel ka koi character na ho.</w:t>
      </w:r>
    </w:p>
    <w:p>
      <w:pPr>
        <w:jc w:val="right"/>
      </w:pPr>
      <w:r>
        <w:t>لیکن پرافٹمحمد جوہے، پورےپورےمعنوںمیںہسٹوریکلکریکٹرہیں۔ تو دیکھیے،دوچیزیںمیںنےکہیں کہ لیونگماڈلبننےکےلیے دوچیزیںچاہیے: ایک یہکہآپکیزندگی ایون فلزندگی ہو، اوروہہے؛ اور دوسریچیزجوچاہیے، وہہے کہآپ کی پرسنیلٹیہسٹوریکلپرسنیلٹیہو ،وہ مائتھالوجینہہو ، وہ ناول کا کا کوئیکریکٹرنہہو۔</w:t>
      </w:r>
    </w:p>
    <w:p>
      <w:r>
        <w:rPr>
          <w:b/>
        </w:rPr>
        <w:t xml:space="preserve">[37:07] </w:t>
      </w:r>
      <w:r>
        <w:t>yeh dono cheezein aap ke yahan paai jaati hain.</w:t>
      </w:r>
    </w:p>
    <w:p>
      <w:pPr>
        <w:jc w:val="right"/>
      </w:pPr>
      <w:r>
        <w:t>یہدونوںچیزیںآپکےہاںپائیجاتیہیں۔</w:t>
      </w:r>
    </w:p>
    <w:p>
      <w:r>
        <w:rPr>
          <w:b/>
        </w:rPr>
        <w:t xml:space="preserve">[37:11] </w:t>
      </w:r>
      <w:r>
        <w:t>is liye,</w:t>
      </w:r>
    </w:p>
    <w:p>
      <w:pPr>
        <w:jc w:val="right"/>
      </w:pPr>
      <w:r>
        <w:t>اسلیے،</w:t>
      </w:r>
    </w:p>
    <w:p>
      <w:r>
        <w:rPr>
          <w:b/>
        </w:rPr>
        <w:t xml:space="preserve">[37:16] </w:t>
      </w:r>
      <w:r>
        <w:t>is liye hum poore yaqeen ke saath yeh keh sakte hain ke rasool allah jo hain, woh sahi maano mein is qabil hain ke inko ek living character ke taur par liya jaaye.</w:t>
      </w:r>
    </w:p>
    <w:p>
      <w:pPr>
        <w:jc w:val="right"/>
      </w:pPr>
      <w:r>
        <w:t>اسلیے ہم پورے یقینکےساتھ یہکہہسکتےہیںکہ رسولاللہجوہیں، وہ صحیحمعنوںمیںاسقابلہیںکہانکوایک لیونگکریکٹرکےطورپرلیاجائے۔</w:t>
      </w:r>
    </w:p>
    <w:p>
      <w:r>
        <w:rPr>
          <w:b/>
        </w:rPr>
        <w:t xml:space="preserve">[37:28] </w:t>
      </w:r>
      <w:r>
        <w:t>ab insaan agar chahta hai ke khuda ke yahan woh pakad se bache, to yeh do cheezon se use guidance milegi:</w:t>
      </w:r>
    </w:p>
    <w:p>
      <w:pPr>
        <w:jc w:val="right"/>
      </w:pPr>
      <w:r>
        <w:t>اب انساناگر چاہتاہےکہخداکےہاںوہ پکڑسےبچے، تو یہ دوچیزوںسے اسے گائیڈنسملےگی:</w:t>
      </w:r>
    </w:p>
    <w:p>
      <w:r>
        <w:rPr>
          <w:b/>
        </w:rPr>
        <w:t xml:space="preserve">[37:41] </w:t>
      </w:r>
      <w:r>
        <w:t>ek yeh ke universe mein jo physical model hai, uski study kare, aur doosri yeh ke woh profit ki jo zindagi hai, jisko living model mein keh raha hoon, usko padhkar jaane.</w:t>
      </w:r>
    </w:p>
    <w:p>
      <w:pPr>
        <w:jc w:val="right"/>
      </w:pPr>
      <w:r>
        <w:t>ایک یہ کہ یونیورس میںجوفزیکلماڈلہے، اسکیاسٹڈیکرے، اور دوسرییہکہوہ پرافٹکیجوزندگی ہے، جسکولیونگماڈلمیںکہہرہاہوں، اسکو پڑھکرجانے۔</w:t>
      </w:r>
    </w:p>
    <w:p>
      <w:r>
        <w:rPr>
          <w:b/>
        </w:rPr>
        <w:t xml:space="preserve">[37:54] </w:t>
      </w:r>
      <w:r>
        <w:t>aur in dono se usko woh roshni milegi jis se woh apni zindagi ko sanwaar sake.</w:t>
      </w:r>
    </w:p>
    <w:p>
      <w:pPr>
        <w:jc w:val="right"/>
      </w:pPr>
      <w:r>
        <w:t>اندونوںسے اسکو وہروشنیملےگی جسسےوہاپنیزندگی کوسنوارسکے۔</w:t>
      </w:r>
    </w:p>
    <w:p>
      <w:r>
        <w:rPr>
          <w:b/>
        </w:rPr>
        <w:t xml:space="preserve">[38:03] </w:t>
      </w:r>
      <w:r>
        <w:t>ab main is waqt aap ke saamne rasool allah hazrat muhammad sallallahu alaihi wasallam ki zindagi ke liye aur aap ke, aap ke jo aap jaante hain ke do qism, do qism ki baatein jisse aap ko hum jaante hain: ek ke jisko hum seerat kehte hain, ek hadith.</w:t>
      </w:r>
    </w:p>
    <w:p>
      <w:pPr>
        <w:jc w:val="right"/>
      </w:pPr>
      <w:r>
        <w:t>ابمیںاسوقت آپکےسامنے رسولاللہ حضرتمحمد صلیاللہعلیہوسلمکیزندگی کیلائفاورآپکے ،آپ کے جو آپجانتےہیںکہ دوقسم ،دوقسم کیبکہیںجسسےآپ کو ہمجان پاتےہیں: ایککہجسکوہمسیرتکہتےہیں،ایک حدیث۔</w:t>
      </w:r>
    </w:p>
    <w:p>
      <w:r>
        <w:rPr>
          <w:b/>
        </w:rPr>
        <w:t xml:space="preserve">[38:24] </w:t>
      </w:r>
      <w:r>
        <w:t>seerat aur hadith, seerat ka matlab hota hai life,</w:t>
      </w:r>
    </w:p>
    <w:p>
      <w:pPr>
        <w:jc w:val="right"/>
      </w:pPr>
      <w:r>
        <w:t>سیرتاورحدیث ،سیرتکامطلبہوتاہے لائف،</w:t>
      </w:r>
    </w:p>
    <w:p>
      <w:r>
        <w:rPr>
          <w:b/>
        </w:rPr>
        <w:t xml:space="preserve">[38:28] </w:t>
      </w:r>
      <w:r>
        <w:t>life of the prophet, usko hum seerat kehte hain, aur jo sayings hain, unko hum hadith kehte hain. to aap ki life aur aap ki sayings, in dono ko milkar jo ek picture banti hai, to maine usmein kuch chand ek cheezon ko aap ke saamne rakhna chahta hoon. us waqt</w:t>
      </w:r>
    </w:p>
    <w:p>
      <w:pPr>
        <w:jc w:val="right"/>
      </w:pPr>
      <w:r>
        <w:t>لائفآفداپرافٹ،اسکوہمسیرتکہتےہیں، اور جوسینگزہیں،انکوہم حدیثکہتےہیں۔ توآپ کیلائف اور آپ کی س ینگز، اندونوںکوملکرجو ایک پکچربنتیہے، تو میںنےاسمیں کچھ چند ایکچیزوںکوآپکےسامنےرکھناچاہتاہوں۔اسوقت</w:t>
      </w:r>
    </w:p>
    <w:p>
      <w:r>
        <w:rPr>
          <w:b/>
        </w:rPr>
        <w:t xml:space="preserve">[38:50] </w:t>
      </w:r>
      <w:r>
        <w:t>dekhiye, ek shakhs</w:t>
      </w:r>
    </w:p>
    <w:p>
      <w:pPr>
        <w:jc w:val="right"/>
      </w:pPr>
      <w:r>
        <w:t>دیکھیے، ایک شخص</w:t>
      </w:r>
    </w:p>
    <w:p>
      <w:r>
        <w:rPr>
          <w:b/>
        </w:rPr>
        <w:t xml:space="preserve">[38:56] </w:t>
      </w:r>
      <w:r>
        <w:t>rasool allah ne apne baare mein kaha ke "</w:t>
      </w:r>
    </w:p>
    <w:p>
      <w:pPr>
        <w:jc w:val="right"/>
      </w:pPr>
      <w:r>
        <w:t>رسولاللہنےاپنےبارےمیںکہاکہ"</w:t>
      </w:r>
    </w:p>
    <w:p>
      <w:r>
        <w:rPr>
          <w:b/>
        </w:rPr>
        <w:t xml:space="preserve">[39:02] </w:t>
      </w:r>
      <w:r>
        <w:t>nusirtu bil roob wa ootiytu jawami' al-kalim" yaani mujhe jawami' al-kalim diye gaye hain. jawami' al-kalim ka matlab kya hai?</w:t>
      </w:r>
    </w:p>
    <w:p>
      <w:pPr>
        <w:jc w:val="right"/>
      </w:pPr>
      <w:r>
        <w:t>نصرت بالروب و اوتیت جوامع الکلم" یعنیمجھے جوامع الکلمدیےگئےہیں۔ جوامعالکلمکامطلبکیاہے؟</w:t>
      </w:r>
    </w:p>
    <w:p>
      <w:r>
        <w:rPr>
          <w:b/>
        </w:rPr>
        <w:t xml:space="preserve">[39:12] </w:t>
      </w:r>
      <w:r>
        <w:t>wisdom ki baatein jo comprehensive ho, yaani ek sentence bole, usmein saari baatein aa gayi hon</w:t>
      </w:r>
    </w:p>
    <w:p>
      <w:pPr>
        <w:jc w:val="right"/>
      </w:pPr>
      <w:r>
        <w:t>وز ڈمکیبات جو کمپرہنسیوہو،یعنیایک سینٹنسبولیں، اسمیں ساریباتیںآجآجآگئی ہوں</w:t>
      </w:r>
    </w:p>
    <w:p>
      <w:r>
        <w:rPr>
          <w:b/>
        </w:rPr>
        <w:t xml:space="preserve">[39:19] </w:t>
      </w:r>
      <w:r>
        <w:t>. yaani comprehensive wisdom, jawami' al-kalim ke maani hote hain comprehensive wisdom, yaani thode alfaaz mein ek bahut hi aisi baat jo poori zindagi ko cover kar rahi ho.</w:t>
      </w:r>
    </w:p>
    <w:p>
      <w:pPr>
        <w:jc w:val="right"/>
      </w:pPr>
      <w:r>
        <w:t>۔ یعنیکمپرہنسیووزڈم، جوامعالکلمکےمعنیہوتےہیں کمپرہنسیووزڈم، یعنیتھوڑےशब्द وںمیں ایکبہت ہی ایسیبات جو پوریزندگی کورکررہیہو۔</w:t>
      </w:r>
    </w:p>
    <w:p>
      <w:r>
        <w:rPr>
          <w:b/>
        </w:rPr>
        <w:t xml:space="preserve">[39:32] </w:t>
      </w:r>
      <w:r>
        <w:t>to aap ne farmaya ke khuda ne mujhe yeh cheez di hai, ab jo jawami' al-kalim ki sifat di hai. wisdom ki baatein kahoon thode alfaaz mein, aur woh poori zindagi mein usmein guidance mil rahi ho.</w:t>
      </w:r>
    </w:p>
    <w:p>
      <w:pPr>
        <w:jc w:val="right"/>
      </w:pPr>
      <w:r>
        <w:t>توآپنےفرمایاکہخدانےمجھےیہچیزدیہے، جواب جوامعالکلم کیصفتدیہے۔ وزڈمکیباتکہوںتھوڑےशब्दوںمیں، اور وہ پوریزندگی میںاسمیںگائیڈنسملرہیہو۔</w:t>
      </w:r>
    </w:p>
    <w:p>
      <w:r>
        <w:rPr>
          <w:b/>
        </w:rPr>
        <w:t xml:space="preserve">[39:45] </w:t>
      </w:r>
      <w:r>
        <w:t>to ek shakhs aata hai aap ke paas, woh kehta hai ke "ya rasool allah, 'allimni kalimatan ta'ish biha" . iska matlab yeh hai ke woh prophet "give me straight advice by which I may be able to manage all the affairs of my life"</w:t>
      </w:r>
    </w:p>
    <w:p>
      <w:pPr>
        <w:jc w:val="right"/>
      </w:pPr>
      <w:r>
        <w:t>تو ایک شخص آتاہےآپکےپاس،وہکہتاہےکہ "یا رسولاللہ، علم نیکلمات عیش بہ نتک سر علی ہفانسا" ۔اسکامطلبیہہے کہ وہ پرافٹ "گیومیم اسٹرایڈوائس بائےوچ آئیمیبیایبل ٹومی نج ال داافیئرزآفمائیلائف"</w:t>
      </w:r>
    </w:p>
    <w:p>
      <w:r>
        <w:rPr>
          <w:b/>
        </w:rPr>
        <w:t xml:space="preserve">[40:12] </w:t>
      </w:r>
      <w:r>
        <w:t>yaani woh aadmi zindagi ka ek master formula pooch raha hai, zindagi ko acche tareeqe se guzaarne ka master formula.</w:t>
      </w:r>
    </w:p>
    <w:p>
      <w:pPr>
        <w:jc w:val="right"/>
      </w:pPr>
      <w:r>
        <w:t>یعنیوہآدمی زندگی کاایکماسٹرفارمولاپوچھرہاہے، زندگی کو اچھےطریقےسےگزارنےکا ماسٹرفار مولا۔</w:t>
      </w:r>
    </w:p>
    <w:p>
      <w:r>
        <w:rPr>
          <w:b/>
        </w:rPr>
        <w:t xml:space="preserve">[40:23] </w:t>
      </w:r>
      <w:r>
        <w:t>aap kya kehte hain? "la taghضب" . "la taghضب" ka matlab hai "don't be angry" .</w:t>
      </w:r>
    </w:p>
    <w:p>
      <w:pPr>
        <w:jc w:val="right"/>
      </w:pPr>
      <w:r>
        <w:t>آپ کیا کہتےہیں؟ "لا تغ ضب"۔ "لا تغضب"کامطلبہے "ڈونٹ بی اینگری "۔</w:t>
      </w:r>
    </w:p>
    <w:p>
      <w:r>
        <w:rPr>
          <w:b/>
        </w:rPr>
        <w:t xml:space="preserve">[40:34] </w:t>
      </w:r>
      <w:r>
        <w:t>ab aap sochiye ke koi gussa kab hota hai? aadmi</w:t>
      </w:r>
    </w:p>
    <w:p>
      <w:pPr>
        <w:jc w:val="right"/>
      </w:pPr>
      <w:r>
        <w:t>ابآپسوچیےکہ کوئی غصہکبہوتاہے؟آدمی</w:t>
      </w:r>
    </w:p>
    <w:p>
      <w:r>
        <w:rPr>
          <w:b/>
        </w:rPr>
        <w:t xml:space="preserve">[40:41] </w:t>
      </w:r>
      <w:r>
        <w:t>kya hum log yahan baithe hue hain, koi khwamkhwah koi gussa ho jayega? ya aap kisi ke saath chai peelein to khwamkhwah gussa ho jayenge? aap koi aapko phool de raha hai to aap gussa ho jayenge? aap gussa us waqt aata hai jab ke koi aapko provoke kare,</w:t>
      </w:r>
    </w:p>
    <w:p>
      <w:pPr>
        <w:jc w:val="right"/>
      </w:pPr>
      <w:r>
        <w:t>کیاہملوگیہاںبیٹھےہوئےہیں،کوئی خوامخواہکوئیغصہہوجائےگا؟ یاآپکسیکےساتھچائےپیلیںتوخوامخواہغصہہوجائیںگے؟آپ کوئیآپکوپھولدےرہاہے تو آپ غصہہوجائیںگے؟آپ غصہ اسوقت آتاہےجب کہکوئیآپکو پرو وککرے،</w:t>
      </w:r>
    </w:p>
    <w:p>
      <w:r>
        <w:rPr>
          <w:b/>
        </w:rPr>
        <w:t xml:space="preserve">[41:02] </w:t>
      </w:r>
      <w:r>
        <w:t>jab koi aisi baat kare jo aapko pasand na ho. "the in an present in present situation" jab koi critique karta hai, tab gussa aata hai.</w:t>
      </w:r>
    </w:p>
    <w:p>
      <w:pPr>
        <w:jc w:val="right"/>
      </w:pPr>
      <w:r>
        <w:t>جب کوئیایسیباتکرے جوآپکوپسندنہہو۔ "دا ان ان پریز نٹ ان پریزنٹسچویشن"جبکوئیکریٹکرتاہے،تبغصہآتاہے۔</w:t>
      </w:r>
    </w:p>
    <w:p>
      <w:r>
        <w:rPr>
          <w:b/>
        </w:rPr>
        <w:t xml:space="preserve">[41:12] </w:t>
      </w:r>
      <w:r>
        <w:t>"present situation" mein kabhi gussa nahi aata, kabhi bhed nahi hota. iska matlab kya hua ?</w:t>
      </w:r>
    </w:p>
    <w:p>
      <w:pPr>
        <w:jc w:val="right"/>
      </w:pPr>
      <w:r>
        <w:t>"پریزنٹسچویشن"میںکبھیغصہنہیںآتا، کبھیبھینہیںہوتا۔ اسکامطلبکیاہوا ؟</w:t>
      </w:r>
    </w:p>
    <w:p>
      <w:r>
        <w:rPr>
          <w:b/>
        </w:rPr>
        <w:t xml:space="preserve">[41:21] </w:t>
      </w:r>
      <w:r>
        <w:t>"don't be angry" ka iska matlab yeh hua ke "don't be angry even when provoked"</w:t>
      </w:r>
    </w:p>
    <w:p>
      <w:pPr>
        <w:jc w:val="right"/>
      </w:pPr>
      <w:r>
        <w:t>"ڈونٹبیاین گری"کا اسکامطلبیہہواکہ"ڈونٹبیاین گریایون وینپرو وکڈ"</w:t>
      </w:r>
    </w:p>
    <w:p>
      <w:r>
        <w:rPr>
          <w:b/>
        </w:rPr>
        <w:t xml:space="preserve">[41:29] </w:t>
      </w:r>
      <w:r>
        <w:t>yani tumko koi ghussa dilaye, tum ko koi provoke kare, tum ko musht-e-al kare, tumhare khilaf bole, tum ko abuse kare, tab bhi ghussa na ho, tab bhi ghussa na ho.</w:t>
      </w:r>
    </w:p>
    <w:p>
      <w:pPr>
        <w:jc w:val="right"/>
      </w:pPr>
      <w:r>
        <w:t>یعنیتمکوکوئیغصہدل ائے، تم کوکوئیپرو وککرے، تم کو مشت علکرے، تمہارےخلاف بول ے، تم کوابیوزکرے، تب بھی غصہنہہو، تب بھیغصہنہہو۔</w:t>
      </w:r>
    </w:p>
    <w:p>
      <w:r>
        <w:rPr>
          <w:b/>
        </w:rPr>
        <w:t xml:space="preserve">[41:47] </w:t>
      </w:r>
      <w:r>
        <w:t>iska matlab yeh nahi ke tumhare khilaf koi cartoon na chhape, tab bhi ghussa na karo. nahi, cartoon chhape, tab bhi ghussa na ho.</w:t>
      </w:r>
    </w:p>
    <w:p>
      <w:pPr>
        <w:jc w:val="right"/>
      </w:pPr>
      <w:r>
        <w:t>اسکامطلبیہنہیں کہ تمہارےخلاف کوئی کارٹوننہچھاپے،تب بھیغصہنہکرو۔ نہیں ،کارٹونچھاپے،تببھیغصہنہہو ۔</w:t>
      </w:r>
    </w:p>
    <w:p>
      <w:r>
        <w:rPr>
          <w:b/>
        </w:rPr>
        <w:t xml:space="preserve">[41:57] </w:t>
      </w:r>
      <w:r>
        <w:t>tumhare khilaf log bolen, tab bhi ghussa na ho. tumhara log caricature nikalein, tab bhi ghussa na ho. yani woh situation ko create kare jismein ghussa aata hai aadmi ko, woh situation create ho, tab bhi ghussa na karo.</w:t>
      </w:r>
    </w:p>
    <w:p>
      <w:pPr>
        <w:jc w:val="right"/>
      </w:pPr>
      <w:r>
        <w:t>تمہارےخلاف لوگ بول یں،تببھیغصہنہہو۔ تمہارا لوگ کاریکچر نکالیں،تببھیغصہنہہو۔ یعنیوہ سچویشنکوئیکریٹکرے جسمیںغصہآتاہےآدمیکو، وہ سچویشنکریٹہو، تب بھیغصہنہکرو۔</w:t>
      </w:r>
    </w:p>
    <w:p>
      <w:r>
        <w:rPr>
          <w:b/>
        </w:rPr>
        <w:t xml:space="preserve">[42:13] </w:t>
      </w:r>
      <w:r>
        <w:t>yeh matlab hai "la taghzab" ka. yeh bohat hi important baat hai, bohat zyada. iska matlab kya hai?</w:t>
      </w:r>
    </w:p>
    <w:p>
      <w:pPr>
        <w:jc w:val="right"/>
      </w:pPr>
      <w:r>
        <w:t>یہمطلبہے"لاتغضب"کا۔ یہ بہت ہی امپورٹنٹبات ہے، بہت زیادہ ۔ اسکامطلبکیاہے؟</w:t>
      </w:r>
    </w:p>
    <w:p>
      <w:r>
        <w:rPr>
          <w:b/>
        </w:rPr>
        <w:t xml:space="preserve">[42:24] </w:t>
      </w:r>
      <w:r>
        <w:t>yeh hai Khuda ka jo creation plan hai is duniya ke liye, ismein tum kaise raho? yani successful life ka formula kya hai aisi duniya mein?</w:t>
      </w:r>
    </w:p>
    <w:p>
      <w:pPr>
        <w:jc w:val="right"/>
      </w:pPr>
      <w:r>
        <w:t>یہہے خداکاجو کریشنپلانہےاسدنیا کےلیے، اسمیںتم کیسےرہ و؟ یعنیسکسیسفللائفکافارمولاکیاہے ایسیدنیامیں؟</w:t>
      </w:r>
    </w:p>
    <w:p>
      <w:r>
        <w:rPr>
          <w:b/>
        </w:rPr>
        <w:t xml:space="preserve">[42:36] </w:t>
      </w:r>
      <w:r>
        <w:t>woh bataya aapne, woh kya? Khuda ne is duniya ko is tarah banaya hai ke yeh ek testing ground hai.</w:t>
      </w:r>
    </w:p>
    <w:p>
      <w:pPr>
        <w:jc w:val="right"/>
      </w:pPr>
      <w:r>
        <w:t>وہ بت ایاآپنے، وہکیا؟ خدانے اس دنیا کو اسطرح بنایاہے کہیہایکٹیسٹ نگگراؤنڈہے۔</w:t>
      </w:r>
    </w:p>
    <w:p>
      <w:r>
        <w:rPr>
          <w:b/>
        </w:rPr>
        <w:t xml:space="preserve">[42:48] </w:t>
      </w:r>
      <w:r>
        <w:t>to testing ground jab hai to logon ko freedom diya hai.</w:t>
      </w:r>
    </w:p>
    <w:p>
      <w:pPr>
        <w:jc w:val="right"/>
      </w:pPr>
      <w:r>
        <w:t>تو ٹیسٹ نگگراؤنڈجبہے تو لوگوںکو فریڈمدیاہے۔</w:t>
      </w:r>
    </w:p>
    <w:p>
      <w:r>
        <w:rPr>
          <w:b/>
        </w:rPr>
        <w:t xml:space="preserve">[42:52] </w:t>
      </w:r>
      <w:r>
        <w:t>yahan saanp bichhu bhi hain, yahan din ke sath raat bhi hai, yahan jaade ke sath garmi bhi hai, yahan achhe insaan ke sath bure insaan bhi hain.</w:t>
      </w:r>
    </w:p>
    <w:p>
      <w:pPr>
        <w:jc w:val="right"/>
      </w:pPr>
      <w:r>
        <w:t>یہاںسانپبچھوبھیہیں، یہاں دنکےساتھ راتبھیہے، یہاںجاڑےکےساتھگرمیبھیہے، یہاںاچھےانسانکےساتھبرےانسانبھیہیں۔</w:t>
      </w:r>
    </w:p>
    <w:p>
      <w:r>
        <w:rPr>
          <w:b/>
        </w:rPr>
        <w:t xml:space="preserve">[43:05] </w:t>
      </w:r>
      <w:r>
        <w:t>to Allah ne saare yahan par unwanted cheezein hain keh raho ghussa dilane ke liye maujood rehti hain. har waqt koi duniya ek aisi jagah hai jahan phool nahi to sath sath kaante bhi hain.</w:t>
      </w:r>
    </w:p>
    <w:p>
      <w:pPr>
        <w:jc w:val="right"/>
      </w:pPr>
      <w:r>
        <w:t>تو ات نے سارےیہاںپر انوانٹڈچیزیںہیں کہہروقتغصہدل انےکےلیےموجود رہتیہیں۔ ہروقت کوئیدنیا ایکایسیجگہہےجہاںپھولہیںتوساتھساتھکانٹےبھیہیں۔</w:t>
      </w:r>
    </w:p>
    <w:p>
      <w:r>
        <w:rPr>
          <w:b/>
        </w:rPr>
        <w:t xml:space="preserve">[43:23] </w:t>
      </w:r>
      <w:r>
        <w:t>yani Khuda ne jo banaya hai phool to banaya hai is tarah ke ismein kaante bhi laga diye hain. ab aap kitne hi chahein ke iske kaante ko hata dein, ek aisa gulab banayein jo be kaante ka ho to impossible hai. woh jab bhi gulab ke paudhe niklega to phool ke sath woh kaante bhi hoga.</w:t>
      </w:r>
    </w:p>
    <w:p>
      <w:pPr>
        <w:jc w:val="right"/>
      </w:pPr>
      <w:r>
        <w:t>یعنیخدانےجوبنایاہے پھول توبنایاہےاسطرحکہاسمیںکانٹےبھیلگادیےہیں۔ ابآپ کتنےہیچاہیں کہاسکےکانٹےکوہٹادیں، ایکایساگلاببنائیںجوبےکانٹےکاہو توامپاسیبلہے۔وہ جب بھی گلابکاپودا نکلےگا توپھولکےساتھ وہکانٹابھیہوگا۔</w:t>
      </w:r>
    </w:p>
    <w:p>
      <w:r>
        <w:rPr>
          <w:b/>
        </w:rPr>
        <w:t xml:space="preserve">[43:45] </w:t>
      </w:r>
      <w:r>
        <w:t>to iska matlab kya hai? ke Khuda ki duniya mein tumhein phool ke sath kaante bhi milenge,</w:t>
      </w:r>
    </w:p>
    <w:p>
      <w:pPr>
        <w:jc w:val="right"/>
      </w:pPr>
      <w:r>
        <w:t>تو اسکامطلبکیاہے؟ کہ خداکیدنیا میں تمہیںپھولکےساتھ کانٹےبھیملیںگے،</w:t>
      </w:r>
    </w:p>
    <w:p>
      <w:r>
        <w:rPr>
          <w:b/>
        </w:rPr>
        <w:t xml:space="preserve">[43:55] </w:t>
      </w:r>
      <w:r>
        <w:t>tum ko provoke bhi kiya jayega, tumhare khilaf bohat sari baatein ki jayengi. lekin tumhein kya karna hai? tumhein hamesha positivity par rehna hai.</w:t>
      </w:r>
    </w:p>
    <w:p>
      <w:pPr>
        <w:jc w:val="right"/>
      </w:pPr>
      <w:r>
        <w:t>تم کوپرو وکبھیکیاجائےگا، تمہارےخلاف بہتساریباتیںکیجائیںگی۔لیکن تم ہیںکیاکرناہے؟ تم ہیںہمیشہ پوزیٹیوٹیپررہناہے۔</w:t>
      </w:r>
    </w:p>
    <w:p>
      <w:r>
        <w:rPr>
          <w:b/>
        </w:rPr>
        <w:t xml:space="preserve">[44:11] </w:t>
      </w:r>
      <w:r>
        <w:t>iska matlab yeh hua ke respond positively in even any negative situations.</w:t>
      </w:r>
    </w:p>
    <w:p>
      <w:pPr>
        <w:jc w:val="right"/>
      </w:pPr>
      <w:r>
        <w:t>اسکامطلبیہہوا کہ ریسپانڈ پوزیٹیولی ان ایونان نیگیٹیوسچویشنز۔</w:t>
      </w:r>
    </w:p>
    <w:p>
      <w:r>
        <w:rPr>
          <w:b/>
        </w:rPr>
        <w:t xml:space="preserve">[44:22] </w:t>
      </w:r>
      <w:r>
        <w:t>yeh matlab hai iska.</w:t>
      </w:r>
    </w:p>
    <w:p>
      <w:pPr>
        <w:jc w:val="right"/>
      </w:pPr>
      <w:r>
        <w:t>یہمطلبہےاسکا۔</w:t>
      </w:r>
    </w:p>
    <w:p>
      <w:r>
        <w:rPr>
          <w:b/>
        </w:rPr>
        <w:t xml:space="preserve">[44:24] </w:t>
      </w:r>
      <w:r>
        <w:t>"la taghzab" ka matlab hai ke respond positively even any negative situations. kyun?</w:t>
      </w:r>
    </w:p>
    <w:p>
      <w:pPr>
        <w:jc w:val="right"/>
      </w:pPr>
      <w:r>
        <w:t>"لاتغضب"کامطلبیہہے کہ ریسپانڈ پوزیٹیولی ایوناننیگیٹیوسچوی شنز۔ کیوں ؟</w:t>
      </w:r>
    </w:p>
    <w:p>
      <w:r>
        <w:rPr>
          <w:b/>
        </w:rPr>
        <w:t xml:space="preserve">[44:33] </w:t>
      </w:r>
      <w:r>
        <w:t>jab kaanta dhasa aapke haath mein to woh dhasane wala kaun tha? woh law of nature tha, woh koi insaan nahi tha. kiske liye aap ghussa karenge? aap kya Khuda se ladenge? aap ghussa karke law of nature se aap kuch nahi ladenge?</w:t>
      </w:r>
    </w:p>
    <w:p>
      <w:pPr>
        <w:jc w:val="right"/>
      </w:pPr>
      <w:r>
        <w:t>جب کانٹادھساآپکےہاتھمیں تو وہ دھسانےوالاکونتھا ؟ وہ لاءآفنیچرتھا،وہکوئیانساننہیںتھا۔ کسکےلیے آپغصہکریںگے؟آپکیاخداسےلڑیںگے؟آپغصہکرکے کہلاءآفنیچرسےآپ کچھنہیںلڑیںگے؟</w:t>
      </w:r>
    </w:p>
    <w:p>
      <w:r>
        <w:rPr>
          <w:b/>
        </w:rPr>
        <w:t xml:space="preserve">[44:53] </w:t>
      </w:r>
      <w:r>
        <w:t>yaad rakhiye, jab bhi koi aadmi kisi ke khilaf protest karta hai, kisi ke khilaf dhoom machata hai, kisi ke khilaf juloos karta hai, nikalta hai kisi ke khilaf, woh Khuda ke khilaf hota hai, woh insaan ke khilaf nahi hota.</w:t>
      </w:r>
    </w:p>
    <w:p>
      <w:pPr>
        <w:jc w:val="right"/>
      </w:pPr>
      <w:r>
        <w:t>یادرکھیے،جببھیکوئیآدمی کسی کےخلاف پروٹیسٹکرتاہے، کسیکےخلاف دھوممچاتاہے، کسیکےخلاف جلوسکرتاہے،نکالتاہےکسیکےخلاف،وہخداکےخلاف ہوتاہے، وہانسانکےخلاف نہیںہوتا۔</w:t>
      </w:r>
    </w:p>
    <w:p>
      <w:r>
        <w:rPr>
          <w:b/>
        </w:rPr>
        <w:t xml:space="preserve">[45:08] </w:t>
      </w:r>
      <w:r>
        <w:t>aap samajhte hain ke falan insaan dushman hai, falan insaan conspiracy kar raha hai, falan insaan mujhe abuse kar raha hai, falan insaan mujhe humiliate kar raha hai, iske khilaf khade hote hain.</w:t>
      </w:r>
    </w:p>
    <w:p>
      <w:pPr>
        <w:jc w:val="right"/>
      </w:pPr>
      <w:r>
        <w:t>آپسمجھتےہیںکہفلاںانساندشمن ہے، فلاںانسانکانسپریسیکررہاہے، فلاںانسانمجھےابیوزکررہاہے، فلاںانسانمجھےہیبیلیٹکررہاہے، اسکےخلاف کھڑےہوتےہیں۔</w:t>
      </w:r>
    </w:p>
    <w:p>
      <w:r>
        <w:rPr>
          <w:b/>
        </w:rPr>
        <w:t xml:space="preserve">[45:18] </w:t>
      </w:r>
      <w:r>
        <w:t>aap aap samajhte hain ke main kisi insaan ke khilaf khada hua hoon</w:t>
      </w:r>
    </w:p>
    <w:p>
      <w:pPr>
        <w:jc w:val="right"/>
      </w:pPr>
      <w:r>
        <w:t>آپ آپسمجھتےہیںکہمیںکسی انسانکےخلاف کھڑاہواہوں</w:t>
      </w:r>
    </w:p>
    <w:p>
      <w:r>
        <w:rPr>
          <w:b/>
        </w:rPr>
        <w:t xml:space="preserve">[45:22] </w:t>
      </w:r>
      <w:r>
        <w:t>? nahi, aap Khuda ke khilaf khade hue hain. kyun? woh kaanta to Khuda ne hi paida kiya hai, insaan ko azadi to Khuda ne hi di hai, insaan ke andar achha nature, bura nature to Khuda ne hi diya hai,</w:t>
      </w:r>
    </w:p>
    <w:p>
      <w:pPr>
        <w:jc w:val="right"/>
      </w:pPr>
      <w:r>
        <w:t>؟ نہیں ، آپ خداکےخلاف کھڑےہوئےہیں۔ کیوں ؟ وہ کانٹا توخداہینےپیدا کیاہے، انسانکوآزادی توخداہینےدیہے، انسان کےاندراچھانیچر،برا نیچرتوخداہینےدیاہے،</w:t>
      </w:r>
    </w:p>
    <w:p>
      <w:r>
        <w:rPr>
          <w:b/>
        </w:rPr>
        <w:t xml:space="preserve">[45:38] </w:t>
      </w:r>
      <w:r>
        <w:t>insaan ke andar ego Khuda ne hi paida kiya hai. yeh darasal Khuda hi ki di hui ek cheez hai jiska misuse karke insaan ne aapke khilaf problem create kiya.</w:t>
      </w:r>
    </w:p>
    <w:p>
      <w:pPr>
        <w:jc w:val="right"/>
      </w:pPr>
      <w:r>
        <w:t>انسان کےاندر ایگوخداہینےپیدا کیاہے۔ یہ دراصل خداہیکی دیہوئی ایکچیزہے جسکا مسیوزکرکے انسان نے آپکے خلاف پرابلم کریٹکیا۔</w:t>
      </w:r>
    </w:p>
    <w:p>
      <w:r>
        <w:rPr>
          <w:b/>
        </w:rPr>
        <w:t xml:space="preserve">[45:52] </w:t>
      </w:r>
      <w:r>
        <w:t>to kya aap Khuda se ladenge? kya aap Khuda se kahein ke tum apna jo creation plan hai, usko ab abolish kar do?</w:t>
      </w:r>
    </w:p>
    <w:p>
      <w:pPr>
        <w:jc w:val="right"/>
      </w:pPr>
      <w:r>
        <w:t>توکیاآپخداسےلڑیںگے؟ کیا آپخداسےکہیںکہ تم اپناجو کریشنپلانہے،اسکوابالشکردو ؟</w:t>
      </w:r>
    </w:p>
    <w:p>
      <w:r>
        <w:rPr>
          <w:b/>
        </w:rPr>
        <w:t xml:space="preserve">[46:07] </w:t>
      </w:r>
      <w:r>
        <w:t>kya aap yeh mang kar sakte hain Khuda se ke hum tumhare creation plan par raazi nahi hain? to abolish usko, sab ki azadiyan chheen lo,</w:t>
      </w:r>
    </w:p>
    <w:p>
      <w:pPr>
        <w:jc w:val="right"/>
      </w:pPr>
      <w:r>
        <w:t>کیا آپیہ مانگکرسکتےہیںخداسے کہہم تمہارے کریشنپلانپرراضینہیںہیں؟ تو ابالشکرواسکو ، سبکیآزادیاںچھینلو،</w:t>
      </w:r>
    </w:p>
    <w:p>
      <w:r>
        <w:rPr>
          <w:b/>
        </w:rPr>
        <w:t xml:space="preserve">[46:20] </w:t>
      </w:r>
      <w:r>
        <w:t>logon se yeh taqat chheen lo ke woh hamare khilaf conspiracy karein, hamare khilaf cartoon banake chhapein. to kya aap Khuda se yeh mang kar sakte hain?</w:t>
      </w:r>
    </w:p>
    <w:p>
      <w:pPr>
        <w:jc w:val="right"/>
      </w:pPr>
      <w:r>
        <w:t>لوگوںسے یہ طاقتچھینلوکہوہہمارےخلاف کانسپریسیکریں، ہمارےخلاف کارٹونبناکےچھاپیں۔ توکیاآپخداسےیہمانگکرسکتےہیں؟</w:t>
      </w:r>
    </w:p>
    <w:p>
      <w:r>
        <w:rPr>
          <w:b/>
        </w:rPr>
        <w:t xml:space="preserve">[46:31] </w:t>
      </w:r>
      <w:r>
        <w:t>aur Khuda aapki mang ko poora karega? yaad rakhiye, protest ka tareeka Islam mein bilkul hi najayaz hai kyunke iski azmat Khuda par padti hai, insaan par nahi padti hai.</w:t>
      </w:r>
    </w:p>
    <w:p>
      <w:pPr>
        <w:jc w:val="right"/>
      </w:pPr>
      <w:r>
        <w:t>اورخداآپکیمانگکوپوراکرےگا؟ یادرکھیے،پروٹیسٹکاطریقہاسلام میں بالکلہی ناجائزہے کیونکہ اسکیعزتخداپرپڑتیہے،انسانپرنہیںپڑتیہے۔</w:t>
      </w:r>
    </w:p>
    <w:p>
      <w:r>
        <w:rPr>
          <w:b/>
        </w:rPr>
        <w:t xml:space="preserve">[46:46] </w:t>
      </w:r>
      <w:r>
        <w:t>qayamat tak insaan khuda, qayamat ki yeh sab cheez baqi rahegi, insaan ko aazadi mili hui rahegi, koi aazadi cheen nahi sakta.</w:t>
      </w:r>
    </w:p>
    <w:p>
      <w:pPr>
        <w:jc w:val="right"/>
      </w:pPr>
      <w:r>
        <w:t>قیامتتک انسان خدا ،قیامتتکیہ یہ سبکچھ باقیرہےگا، انسانکوآز ادی ملی ہوئیرہےگی، کوئی آزادیچھیننہیںسکتا۔</w:t>
      </w:r>
    </w:p>
    <w:p>
      <w:r>
        <w:rPr>
          <w:b/>
        </w:rPr>
        <w:t xml:space="preserve">[46:58] </w:t>
      </w:r>
      <w:r>
        <w:t>yeh aazadi itni zyada hai ke woh pathar maar kar ke prophet ke daant ko toar sakta hai. kya kareinge aap ?</w:t>
      </w:r>
    </w:p>
    <w:p>
      <w:pPr>
        <w:jc w:val="right"/>
      </w:pPr>
      <w:r>
        <w:t>یہآزادی اتنیزیادہ ہے کہوہپتھر مار کرکے پرافٹکےدانتکوتوڑسکتاہے۔ کیا کریںگےآپ ؟</w:t>
      </w:r>
    </w:p>
    <w:p>
      <w:r>
        <w:rPr>
          <w:b/>
        </w:rPr>
        <w:t xml:space="preserve">[47:10] </w:t>
      </w:r>
      <w:r>
        <w:t>toh yeh matlab yeh kehna hai ke ghussa na karo, iska matlab yeh hai ke khuda ke creation plan par raazi ho kar zindagi guzaro.</w:t>
      </w:r>
    </w:p>
    <w:p>
      <w:pPr>
        <w:jc w:val="right"/>
      </w:pPr>
      <w:r>
        <w:t>تو یہ مطلب یہکہناہےکہ غصہنہکرو، اسکامطلبیہہے کہ خدا کے کریشنپلانپرراضی ہوکرزندگی گزارو۔</w:t>
      </w:r>
    </w:p>
    <w:p>
      <w:r>
        <w:rPr>
          <w:b/>
        </w:rPr>
        <w:t xml:space="preserve">[47:19] </w:t>
      </w:r>
      <w:r>
        <w:t>yaad rakhiye, iska matlab yeh hai jab rasool Allah ne kaha is aadmi se ke tum ghussa na karo, iska matlab yeh tha ke tum ko chahiye ke khuda ka jo creation plan hai, is par raazi ho kar zindagi guzaro kyunke doosra koi choice tumhare liye nahi hai.</w:t>
      </w:r>
    </w:p>
    <w:p>
      <w:pPr>
        <w:jc w:val="right"/>
      </w:pPr>
      <w:r>
        <w:t>یادرکھیے،اسکامطلبیہہے جب رسولاللہنےکہااسآدمیسے کہتم غصہنہکرو، اسکامطلبیہتھاکہتم کوچاہیے کہخداکاجو کریشنپلانہے، اسپر راضیرہکرزندگی گزارو کیونکہدوسراکوئیچوائستمہارےلیےنہیںہے۔</w:t>
      </w:r>
    </w:p>
    <w:p>
      <w:r>
        <w:rPr>
          <w:b/>
        </w:rPr>
        <w:t xml:space="preserve">[47:44] </w:t>
      </w:r>
      <w:r>
        <w:t>iska ek aur pehlu hai, woh yeh hai ke jab aap</w:t>
      </w:r>
    </w:p>
    <w:p>
      <w:pPr>
        <w:jc w:val="right"/>
      </w:pPr>
      <w:r>
        <w:t>اسکا ایکاور پہلوہے، وہیہہےکہ جب آپ</w:t>
      </w:r>
    </w:p>
    <w:p>
      <w:r>
        <w:rPr>
          <w:b/>
        </w:rPr>
        <w:t xml:space="preserve">[47:50] </w:t>
      </w:r>
      <w:r>
        <w:t>apne, jab aap aisa karein ke koi bhi in present situation saamne aaye to aap bhadak jayein, is se ladne lagein to kya hoga ?</w:t>
      </w:r>
    </w:p>
    <w:p>
      <w:pPr>
        <w:jc w:val="right"/>
      </w:pPr>
      <w:r>
        <w:t>اپنے ،جبآپ ایساکریں کہکوئیبھی ان پریزنٹسچویشن سامنےآئےتوآپ بھڑکجائیں، اسسےلڑنےلگیں توکیاہوگا؟</w:t>
      </w:r>
    </w:p>
    <w:p>
      <w:r>
        <w:rPr>
          <w:b/>
        </w:rPr>
        <w:t xml:space="preserve">[48:00] </w:t>
      </w:r>
      <w:r>
        <w:t>aap apne time ko waste kareinge, thoda sa time mila hua hai aap ko, das saal, bees saal, tees saal.</w:t>
      </w:r>
    </w:p>
    <w:p>
      <w:pPr>
        <w:jc w:val="right"/>
      </w:pPr>
      <w:r>
        <w:t>آپ اپنے ٹائمکوویسٹکریںگے، تھوڑاساٹائمملاہواہےآپکو،دسسال،بیسسال،تیسسال۔</w:t>
      </w:r>
    </w:p>
    <w:p>
      <w:r>
        <w:rPr>
          <w:b/>
        </w:rPr>
        <w:t xml:space="preserve">[48:09] </w:t>
      </w:r>
      <w:r>
        <w:t>toh yeh luxury aap afford nahi kar sakte,</w:t>
      </w:r>
    </w:p>
    <w:p>
      <w:pPr>
        <w:jc w:val="right"/>
      </w:pPr>
      <w:r>
        <w:t>تو یہ لگزریآپافورڈنہیںکرسکتے،</w:t>
      </w:r>
    </w:p>
    <w:p>
      <w:r>
        <w:rPr>
          <w:b/>
        </w:rPr>
        <w:t xml:space="preserve">[48:13] </w:t>
      </w:r>
      <w:r>
        <w:t>yeh ek luxury hai jis ko aap afford nahi kar sakte ke har aadmi se ladne lagein. aap aap ko avoid karna padega, aap ko ignore karna padega, aap ko patient banna padega, aap ko sabr karna padega.</w:t>
      </w:r>
    </w:p>
    <w:p>
      <w:pPr>
        <w:jc w:val="right"/>
      </w:pPr>
      <w:r>
        <w:t>یہایکلگزریہے جسکوآپافورڈنہیںکرسکتے کہہرآدمیسےلڑنےلگیں۔آپ آپکو اوائڈکرناپڑےگا، آپکواگنورکرناپڑےگا، آپ کو پیشنٹبنناپڑےگا، آپکو صبرکرناپڑےگا۔</w:t>
      </w:r>
    </w:p>
    <w:p>
      <w:r>
        <w:rPr>
          <w:b/>
        </w:rPr>
        <w:t xml:space="preserve">[48:30] </w:t>
      </w:r>
      <w:r>
        <w:t>yaad rakhiye, is luxury ko hum afford nahi kar sakte ke thode se time mein hum idhar udhar ladein aur apne time ko waste karein.</w:t>
      </w:r>
    </w:p>
    <w:p>
      <w:pPr>
        <w:jc w:val="right"/>
      </w:pPr>
      <w:r>
        <w:t>یادرکھیے،اس لگزریکوہمافورڈنہیںکرسکتے کہ تھوڑےسےٹائممیں ہمادھرادھرلڑیںاوراپنےٹائمکوویسٹکریں۔</w:t>
      </w:r>
    </w:p>
    <w:p>
      <w:r>
        <w:rPr>
          <w:b/>
        </w:rPr>
        <w:t xml:space="preserve">[48:39] </w:t>
      </w:r>
      <w:r>
        <w:t>mujhe ek waqia yaad aata hai jab mein purane Delhi mein tha to purane Delhi mein aap jante hain ke rickshaw chalte hain aur bheed bhaad wahan par hai.</w:t>
      </w:r>
    </w:p>
    <w:p>
      <w:pPr>
        <w:jc w:val="right"/>
      </w:pPr>
      <w:r>
        <w:t>مجھےایکواقعہیادآتاہے جبمیں پرانیدہلیمیںتھا تو پرانیدہلیمیںآپجانتےہیںکہرکشےچلتےہیں اوربھیڑبھاڑوہاںپرہے۔</w:t>
      </w:r>
    </w:p>
    <w:p>
      <w:r>
        <w:rPr>
          <w:b/>
        </w:rPr>
        <w:t xml:space="preserve">[48:50] </w:t>
      </w:r>
      <w:r>
        <w:t>toh ladke tarah tarah ki sharartein karte hain. ek aadmi ke paas Bombay se ek interviewer aaya,</w:t>
      </w:r>
    </w:p>
    <w:p>
      <w:pPr>
        <w:jc w:val="right"/>
      </w:pPr>
      <w:r>
        <w:t>تو لڑکے طرح طرح کی شرارتیںکرتےہیں۔ ایکآدمیکےپاس بمبےسے ایک انٹرویولیٹرآیا،</w:t>
      </w:r>
    </w:p>
    <w:p>
      <w:r>
        <w:rPr>
          <w:b/>
        </w:rPr>
        <w:t xml:space="preserve">[49:00] </w:t>
      </w:r>
      <w:r>
        <w:t>Arab party wohan aayi hui thi aur us ne unki application ko lete hue un ko interview ke liye bulaya.</w:t>
      </w:r>
    </w:p>
    <w:p>
      <w:pPr>
        <w:jc w:val="right"/>
      </w:pPr>
      <w:r>
        <w:t>عرب پارٹیوہاںآئیہوئیتھی اور اسنے انکی ایپلیکیشنکو لیتےہوئے انکوانٹرویوکےلیےبلایا۔</w:t>
      </w:r>
    </w:p>
    <w:p>
      <w:r>
        <w:rPr>
          <w:b/>
        </w:rPr>
        <w:t xml:space="preserve">[49:10] </w:t>
      </w:r>
      <w:r>
        <w:t>toh Delhi se rawana hue woh Bombay jaane ke liye. toh purane Delhi mein woh rickshaw baithe ja rahe the railway station.</w:t>
      </w:r>
    </w:p>
    <w:p>
      <w:pPr>
        <w:jc w:val="right"/>
      </w:pPr>
      <w:r>
        <w:t>تو دہلیسےروانہہوئے وہ بمبےجانےکےلیے۔ تو پرانیدہلیمیںوہرکشےبیٹھے جارہےتھے ریلوےاسٹیشن۔</w:t>
      </w:r>
    </w:p>
    <w:p>
      <w:r>
        <w:rPr>
          <w:b/>
        </w:rPr>
        <w:t xml:space="preserve">[49:19] </w:t>
      </w:r>
      <w:r>
        <w:t>toh kya hua ke jab rickshaw chala unka to peeche se ek ladka latak gaya. rickshaw par peeche latak jaate hain ladke.</w:t>
      </w:r>
    </w:p>
    <w:p>
      <w:pPr>
        <w:jc w:val="right"/>
      </w:pPr>
      <w:r>
        <w:t>توکیا ہوا کہ جب رکشہچلاانکاتوپیچھےسے ایکلڑکالٹکگیا۔ رکشےپر پیچھےلٹکجاتےہیںلڑکے۔</w:t>
      </w:r>
    </w:p>
    <w:p>
      <w:r>
        <w:rPr>
          <w:b/>
        </w:rPr>
        <w:t xml:space="preserve">[49:27] </w:t>
      </w:r>
      <w:r>
        <w:t>toh ek saath hi unka jo ja raha tha un ko station tak pahunchane ke liye, us ne chaha ke rickshaw ko rok kar ke is ladke ko pakde aur maare is ko.</w:t>
      </w:r>
    </w:p>
    <w:p>
      <w:pPr>
        <w:jc w:val="right"/>
      </w:pPr>
      <w:r>
        <w:t>توایک ساتھ یانکاجو جارہاتھاانکو اسٹیشنتکپہنچانےکےلیے، اسنےچاہاکہرکشےکوروککرکے اسلڑکےکوپکڑےاورمارےاسکو۔</w:t>
      </w:r>
    </w:p>
    <w:p>
      <w:r>
        <w:rPr>
          <w:b/>
        </w:rPr>
        <w:t xml:space="preserve">[49:38] </w:t>
      </w:r>
      <w:r>
        <w:t>toh jo aadmi ja raha tha interview dene ke liye Bombay, us ne haath pakar kar kheench liya apne dost ka. us ne kaha ke hamare paas time kahan hai ?</w:t>
      </w:r>
    </w:p>
    <w:p>
      <w:pPr>
        <w:jc w:val="right"/>
      </w:pPr>
      <w:r>
        <w:t>تو جو آدمی جارہاتھا انٹرویودینےکےلیےبمبے، اسنےہاتھپکڑکھینچلیااپنےدوستکا ۔ اسنےکہاکہہمارےپاسٹائمکہاںہے؟</w:t>
      </w:r>
    </w:p>
    <w:p>
      <w:r>
        <w:rPr>
          <w:b/>
        </w:rPr>
        <w:t xml:space="preserve">[49:50] </w:t>
      </w:r>
      <w:r>
        <w:t>hamare paas time kahan hai ?</w:t>
      </w:r>
    </w:p>
    <w:p>
      <w:pPr>
        <w:jc w:val="right"/>
      </w:pPr>
      <w:r>
        <w:t>ہمارےپاسٹائمکہاںہے؟</w:t>
      </w:r>
    </w:p>
    <w:p>
      <w:r>
        <w:rPr>
          <w:b/>
        </w:rPr>
        <w:t xml:space="preserve">[49:56] </w:t>
      </w:r>
      <w:r>
        <w:t>humein railway station pahunchna hai, gaadi par baithna hai, Bombay jaana hai, wahan interview dena hai aur phir humein job le kar ke Arab jaana hai. toh hamara time kahan hai? hamare paas ?</w:t>
      </w:r>
    </w:p>
    <w:p>
      <w:pPr>
        <w:jc w:val="right"/>
      </w:pPr>
      <w:r>
        <w:t>ہمیں ریلوےاسٹیشنپہنچناہے، گاڑیپربیٹھناہے، بمبےجاناہے، وہاںانٹرویودیناہے اورپھرہمیںجابلےکرکےعرب جاناہے۔ توہماراٹائمکہاںہے؟ہمارےپاس؟</w:t>
      </w:r>
    </w:p>
    <w:p>
      <w:r>
        <w:rPr>
          <w:b/>
        </w:rPr>
        <w:t xml:space="preserve">[50:08] </w:t>
      </w:r>
      <w:r>
        <w:t>mein mein kehta hoon ke aaj har insaan ko yeh hi karna hai.</w:t>
      </w:r>
    </w:p>
    <w:p>
      <w:pPr>
        <w:jc w:val="right"/>
      </w:pPr>
      <w:r>
        <w:t>میں میںکہتاہوں کہآجہرانسان کو یہیکرناہے۔</w:t>
      </w:r>
    </w:p>
    <w:p>
      <w:r>
        <w:rPr>
          <w:b/>
        </w:rPr>
        <w:t xml:space="preserve">[50:16] </w:t>
      </w:r>
      <w:r>
        <w:t>ladkiyon ko chahiye ke jab beauty parlor unhe bulaye to kahe ke hamare paas time kahan hai ? ke hum beauty parlor mein ja kar apna time kharab karein.</w:t>
      </w:r>
    </w:p>
    <w:p>
      <w:pPr>
        <w:jc w:val="right"/>
      </w:pPr>
      <w:r>
        <w:t>لڑکیوںکوچاہیےکہجب بیوٹیپارلرانہیںبلائے تو کہےکہہمارےپاسٹائمکہاںہے ؟ کہہمبیوٹیپارلرمیںجاکراپناٹائمخرابکریں۔</w:t>
      </w:r>
    </w:p>
    <w:p>
      <w:r>
        <w:rPr>
          <w:b/>
        </w:rPr>
        <w:t xml:space="preserve">[50:27] </w:t>
      </w:r>
      <w:r>
        <w:t>ladkon ko jab juloos mein bulaya jaye to unhone kaha ji hamare paas time kahan hai? ke aap juloos mein ja kar apna time waste karein. jab parties hangame khade hon to aap ko chalana chahiye ke hamare paas time kahan hai? is ke mein to khuda ke creation plan ko jaanna hai, is ke mutabiq zindagi guzarna hai aur phir humein bohat death period mein khuda ki parai lena hai.</w:t>
      </w:r>
    </w:p>
    <w:p>
      <w:pPr>
        <w:jc w:val="right"/>
      </w:pPr>
      <w:r>
        <w:t>لڑکوںکوجب جلوسمیںبلایاجائے توانہوںنےکہاجیہمارےپاسٹائمکہاںہے؟کہآپجلوسمیںجاکراپناٹائمویسٹکریں۔ جب پار ٹیزہنگامےکھڑےہوںتوآپکوچلاناچاہیےکہہمارےپاسٹائمکہاںہے؟اسکےہ میںتو خداکے کریشنپلانکوجانناہے، اسکےمطابق زندگی گزارناہے اور پھرہمیں بہت ڈیتھپیریڈمیںخداکی پیرائی لیناہے۔</w:t>
      </w:r>
    </w:p>
    <w:p>
      <w:r>
        <w:rPr>
          <w:b/>
        </w:rPr>
        <w:t xml:space="preserve">[50:52] </w:t>
      </w:r>
      <w:r>
        <w:t>toh time kahan hai hamare paas ?</w:t>
      </w:r>
    </w:p>
    <w:p>
      <w:pPr>
        <w:jc w:val="right"/>
      </w:pPr>
      <w:r>
        <w:t>تو ٹائمکہاںہےہمارےپاس؟</w:t>
      </w:r>
    </w:p>
    <w:p>
      <w:r>
        <w:rPr>
          <w:b/>
        </w:rPr>
        <w:t xml:space="preserve">[50:57] </w:t>
      </w:r>
      <w:r>
        <w:t>yeh sab cheezein hain jo count hone wale nahi hain khuda ke haan. is mein ek second bhi waste karna hamare liye, hum is ko afford nahi kar sakte. ek bohat badi cheez jo hai jo Quran mein hai ke</w:t>
      </w:r>
    </w:p>
    <w:p>
      <w:pPr>
        <w:jc w:val="right"/>
      </w:pPr>
      <w:r>
        <w:t>یہ سبچیزیںہیں جو کاؤنٹہونے والے نہیںہیںخداکےہاں۔ اسمیںایکسیکنڈبھی ویسٹکرناہمارےلیے، ہماسکوافورڈنہیںکرسکتے۔ایک بہت بڑی چیزجوہے جو قرآنمیںہے کہ</w:t>
      </w:r>
    </w:p>
    <w:p>
      <w:r>
        <w:rPr>
          <w:b/>
        </w:rPr>
        <w:t xml:space="preserve">[51:14] </w:t>
      </w:r>
      <w:r>
        <w:t>ek prophet the, un ka naam tha Yaqoob. woh Bible mein Jacob ka naam aata hai, J A C O B Jacob.</w:t>
      </w:r>
    </w:p>
    <w:p>
      <w:pPr>
        <w:jc w:val="right"/>
      </w:pPr>
      <w:r>
        <w:t>ایک پرافٹتھے،انکانام تھا یعقوب ۔ وہبائبلمیں جیکبانکانام آتاہے، جے اےسیاوبی جیکب ۔</w:t>
      </w:r>
    </w:p>
    <w:p>
      <w:r>
        <w:rPr>
          <w:b/>
        </w:rPr>
        <w:t xml:space="preserve">[51:24] </w:t>
      </w:r>
      <w:r>
        <w:t>tuwanke bete the joosaf aur kai bete the. woh mashhoor qissa hai ke unhon ne in ko kunwein mein daal diya. to beton ne aa kar ke kaha ke woh to bhediya kha, bhediya kha gaya joosaf ko.</w:t>
      </w:r>
    </w:p>
    <w:p>
      <w:pPr>
        <w:jc w:val="right"/>
      </w:pPr>
      <w:r>
        <w:t>توانکےبیٹےتھے جوزف اور کئیبیٹےتھے۔ وہمشہورقصہہےکہانہوںنےانکوکنویںمیںڈالدیا۔ تو بیٹوںنےآکرکےکہاکہوہتوبھیڑاکھا،بھیڑیاکھاگیا جوزفکو ۔</w:t>
      </w:r>
    </w:p>
    <w:p>
      <w:r>
        <w:rPr>
          <w:b/>
        </w:rPr>
        <w:t xml:space="preserve">[51:39] </w:t>
      </w:r>
      <w:r>
        <w:t>gharz ke woh lambi kahani hai jo baad mein kehna chahta hoon. wohi hai ke hazrat yaqoob ne, yani jacob ne kaha: "إ نماأش كو بسيوحدنيإلى الله " ke mere beta jo gum ho gaya hai aur koi quloob mere paas nahi hai ke woh kahan hai.</w:t>
      </w:r>
    </w:p>
    <w:p>
      <w:pPr>
        <w:jc w:val="right"/>
      </w:pPr>
      <w:r>
        <w:t>غرضکہ وہلمبیکہانیہے جو بعدمیںکہناچاہتاہوں۔وہیہہےکہ حضرتیعقوبنے ،یعنیجیکبنےکہا: "إ نماأش كو بسيوحدنيإلى الله "کہمیرابیٹا جوگمہوگیاہے اورکوئی قلوبمیرےپاسنہیںہے کہوہکہاںہے۔</w:t>
      </w:r>
    </w:p>
    <w:p>
      <w:r>
        <w:rPr>
          <w:b/>
        </w:rPr>
        <w:t xml:space="preserve">[51:58] </w:t>
      </w:r>
      <w:r>
        <w:t>ji raha hai, ji raha hai ke mar gaya, bhediye kha gaya, kya hua? to bohat hi mehboob beta tha un ka, bohat hi laiq.</w:t>
      </w:r>
    </w:p>
    <w:p>
      <w:pPr>
        <w:jc w:val="right"/>
      </w:pPr>
      <w:r>
        <w:t>جیرہاہے،جیرہاہےکہمرگیا،بھیڑیےکھاگیا،کیاہوا ؟ تو بہت ہی محبوببیٹاتھاانکا، بہت ہیلائق۔</w:t>
      </w:r>
    </w:p>
    <w:p>
      <w:r>
        <w:rPr>
          <w:b/>
        </w:rPr>
        <w:t xml:space="preserve">[52:08] </w:t>
      </w:r>
      <w:r>
        <w:t>tu unhon ne kaha:"إنمابش كو، إنماأشكو بسيوحدنيإلى الله" mein apne gham ko khuda hi par daalta hoon. yeh hai believer ka tareeqa</w:t>
      </w:r>
    </w:p>
    <w:p>
      <w:pPr>
        <w:jc w:val="right"/>
      </w:pPr>
      <w:r>
        <w:t>توانہوںنےکہا:"إنمابش كو، إنماأشكو بسيوحدنيإلى الله" میں اپنے غمکوخداہیپرڈالتاہوں۔ یہہے بیلیورکاطریقہ</w:t>
      </w:r>
    </w:p>
    <w:p>
      <w:r>
        <w:rPr>
          <w:b/>
        </w:rPr>
        <w:t xml:space="preserve">[52:21] </w:t>
      </w:r>
      <w:r>
        <w:t>ke aap se koi cheez khoi jaye, aap ko koi laaskat tajurba ho, koi bhi aap ko takleef pohanchaye, aap keh sakein ke mein is maamle ko khuda par daalta hoon.</w:t>
      </w:r>
    </w:p>
    <w:p>
      <w:pPr>
        <w:jc w:val="right"/>
      </w:pPr>
      <w:r>
        <w:t>کہآپسےکوئیچیزکھوئیجائے، آپ کوکوئی لاسکاتجربہہو ،کوئیبھیآپکو تکلیفپہنچائے، آپ کہہسکیں کہمیںاسمعاملےکوخداپرڈالتاہوں۔</w:t>
      </w:r>
    </w:p>
    <w:p>
      <w:r>
        <w:rPr>
          <w:b/>
        </w:rPr>
        <w:t xml:space="preserve">[52:35] </w:t>
      </w:r>
      <w:r>
        <w:t>yani ke khud hi nipatane lagein,</w:t>
      </w:r>
    </w:p>
    <w:p>
      <w:pPr>
        <w:jc w:val="right"/>
      </w:pPr>
      <w:r>
        <w:t>یعنیکہخودہینپٹانےلگیں،</w:t>
      </w:r>
    </w:p>
    <w:p>
      <w:r>
        <w:rPr>
          <w:b/>
        </w:rPr>
        <w:t xml:space="preserve">[52:38] </w:t>
      </w:r>
      <w:r>
        <w:t>koi baat pesh aaye to khud hi nipatane lagein, khud hi ladne lagein, khud hi protest karne lagein, khud hi juloos nikalne lagein, khud hi hungama khada karein.</w:t>
      </w:r>
    </w:p>
    <w:p>
      <w:pPr>
        <w:jc w:val="right"/>
      </w:pPr>
      <w:r>
        <w:t>کوئیبات پیش آئےتوخودہی نپٹانےلگیں،خود ہیلڑنےلگیں، خود ہیپروٹیسٹکرنےلگیں،خودہیجلوسنکالنےلگیں، خودہیہنگامہکھڑاکریں۔</w:t>
      </w:r>
    </w:p>
    <w:p>
      <w:r>
        <w:rPr>
          <w:b/>
        </w:rPr>
        <w:t xml:space="preserve">[52:48] </w:t>
      </w:r>
      <w:r>
        <w:t>yeh believer ka tareeqa nahi hai. aap ko kehna chahiye:"إنماأشكوبسيوحدنيإلى الله" is maamle ko mein khuda par daalta hoon.</w:t>
      </w:r>
    </w:p>
    <w:p>
      <w:pPr>
        <w:jc w:val="right"/>
      </w:pPr>
      <w:r>
        <w:t>یہ بیلیورکاطریقہنہیںہے۔ آپکوکہناچاہیے:"إنماأشكوبسيوحدنيإلى الله" اس معاملےکومیںخداپرڈالتاہوں۔</w:t>
      </w:r>
    </w:p>
    <w:p>
      <w:r>
        <w:rPr>
          <w:b/>
        </w:rPr>
        <w:t xml:space="preserve">[52:58] </w:t>
      </w:r>
      <w:r>
        <w:t>yeh keh kar aap apne time ko bacha lete hain.</w:t>
      </w:r>
    </w:p>
    <w:p>
      <w:pPr>
        <w:jc w:val="right"/>
      </w:pPr>
      <w:r>
        <w:t>یہ کہہکرآپ اپنے ٹائمکوبچالیتےہیں۔</w:t>
      </w:r>
    </w:p>
    <w:p>
      <w:r>
        <w:rPr>
          <w:b/>
        </w:rPr>
        <w:t xml:space="preserve">[53:03] </w:t>
      </w:r>
      <w:r>
        <w:t>woh thoda sa time jo aap ke paas hai, maut se pehle ka, us ko aap bacha lete hain khuda par daal kar ke. "إنما أشكوبسيوحدنيإلىالله" yeh ayat surah yusuf mein hai quran mein ke prophet yaqoob ne kaha jab beta un ka khoya gaya ke khuda ya mein apna gham tere upar daalta hoon.</w:t>
      </w:r>
    </w:p>
    <w:p>
      <w:pPr>
        <w:jc w:val="right"/>
      </w:pPr>
      <w:r>
        <w:t>وہتھوڑاساٹائمجوآپکےپاسہے، موتسےپہلے کا، اسکوآپبچالیتےہیں خداپرڈالکر کے۔ "إنما أشكوبسيوحدنيإلىالله" یہآیتسورہیوسفمیںہےقرآنمیں کہ پرافٹیعقوبنےکہا جب بیٹاانکا کھویاگیا کہ خدایامیںاپناغم تیرےاوپرڈالتاہوں۔</w:t>
      </w:r>
    </w:p>
    <w:p>
      <w:r>
        <w:rPr>
          <w:b/>
        </w:rPr>
        <w:t xml:space="preserve">[53:30] </w:t>
      </w:r>
      <w:r>
        <w:t>yeh hai formula,</w:t>
      </w:r>
    </w:p>
    <w:p>
      <w:pPr>
        <w:jc w:val="right"/>
      </w:pPr>
      <w:r>
        <w:t>یہہے فارمولا،</w:t>
      </w:r>
    </w:p>
    <w:p>
      <w:r>
        <w:rPr>
          <w:b/>
        </w:rPr>
        <w:t xml:space="preserve">[53:35] </w:t>
      </w:r>
      <w:r>
        <w:t>yeh hai formula yani crisis management ka formula. aap keh sakte hain is ko aadmi par crises aaye un ke upar to unhon ne keh diya ke khuda ya mein is maamle ko, apne gham ko tere upar daalta hoon.</w:t>
      </w:r>
    </w:p>
    <w:p>
      <w:pPr>
        <w:jc w:val="right"/>
      </w:pPr>
      <w:r>
        <w:t>یہہےفارمولا یعنی کرائسزمینجمنٹکافارمولا۔آپکہہسکتےہیںاسکو آدمیپرکرائسزآیاانکےاوپر توانہوںنےکہہدیا کہخدایا میں اس معاملےکو،اپنےغمکو تیرےاوپرڈالتاہوں۔</w:t>
      </w:r>
    </w:p>
    <w:p>
      <w:r>
        <w:rPr>
          <w:b/>
        </w:rPr>
        <w:t xml:space="preserve">[53:53] </w:t>
      </w:r>
      <w:r>
        <w:t>is tarah unhon ne apne bojh ko halka kar liya.</w:t>
      </w:r>
    </w:p>
    <w:p>
      <w:pPr>
        <w:jc w:val="right"/>
      </w:pPr>
      <w:r>
        <w:t>اسطرحانہوںنے اپنےبوجھکوہلکاکرلیا۔</w:t>
      </w:r>
    </w:p>
    <w:p>
      <w:r>
        <w:rPr>
          <w:b/>
        </w:rPr>
        <w:t xml:space="preserve">[54:00] </w:t>
      </w:r>
      <w:r>
        <w:t>yeh hai woh tareeqa jo prophet Muhammad ne bataya hai hum ko ke dunya mein woh zindagi guzarne ka jo hamein aakhirat mein successful banaye.</w:t>
      </w:r>
    </w:p>
    <w:p>
      <w:pPr>
        <w:jc w:val="right"/>
      </w:pPr>
      <w:r>
        <w:t>یہہے وہطریقہ جو پرافٹمحمد نےبتایاہےہمکو کہدنیامیں وہ زندگی گزار نےکا جو ہمیں آخرتمیں سکسیسفلبنائے۔</w:t>
      </w:r>
    </w:p>
    <w:p>
      <w:r>
        <w:rPr>
          <w:b/>
        </w:rPr>
        <w:t xml:space="preserve">[54:14] </w:t>
      </w:r>
      <w:r>
        <w:t>aise hi dekhiye,</w:t>
      </w:r>
    </w:p>
    <w:p>
      <w:pPr>
        <w:jc w:val="right"/>
      </w:pPr>
      <w:r>
        <w:t>ایسےہیدیکھیے،</w:t>
      </w:r>
    </w:p>
    <w:p>
      <w:r>
        <w:rPr>
          <w:b/>
        </w:rPr>
        <w:t xml:space="preserve">[54:19] </w:t>
      </w:r>
      <w:r>
        <w:t>ek bohat bada masla jo har insaan ka hai, woh yeh hai</w:t>
      </w:r>
    </w:p>
    <w:p>
      <w:pPr>
        <w:jc w:val="right"/>
      </w:pPr>
      <w:r>
        <w:t>ایک بہت بڑا مسئلہ جوہرانسانکاہے، وہیہہے</w:t>
      </w:r>
    </w:p>
    <w:p>
      <w:r>
        <w:rPr>
          <w:b/>
        </w:rPr>
        <w:t xml:space="preserve">[54:27] </w:t>
      </w:r>
      <w:r>
        <w:t>ke tawazu ko log buzdi samjhte hain aur mutakbirana andaaz ko bahaduri samjhte hain. tawazu ka matlab hai modesty.</w:t>
      </w:r>
    </w:p>
    <w:p>
      <w:pPr>
        <w:jc w:val="right"/>
      </w:pPr>
      <w:r>
        <w:t>کہ تواضعکولوگ بزدلیسمجھتےہیں اور متکبرانہاندازکو بہادریسمجھتےہیں۔ تواضعکامطلبہے ماڈیسٹی۔</w:t>
      </w:r>
    </w:p>
    <w:p>
      <w:r>
        <w:rPr>
          <w:b/>
        </w:rPr>
        <w:t xml:space="preserve">[54:38] </w:t>
      </w:r>
      <w:r>
        <w:t>woh samajhte hain ke tawazu agar hum ne ki to hamein aaj bhed lenge log.</w:t>
      </w:r>
    </w:p>
    <w:p>
      <w:pPr>
        <w:jc w:val="right"/>
      </w:pPr>
      <w:r>
        <w:t>وہسمجھتےہیںکہتواضعاگرہمنےکی تو ہمیںآجبھیدبالیںگےلوگ ۔</w:t>
      </w:r>
    </w:p>
    <w:p>
      <w:r>
        <w:rPr>
          <w:b/>
        </w:rPr>
        <w:t xml:space="preserve">[54:45] </w:t>
      </w:r>
      <w:r>
        <w:t>yeh ek jhoota nazariya hai, yeh nature ke khilaaf hai. hadith mein rasool Allah ne farmaya ke "من تواضع رفع اللہ" ."من تواضع رفع اللہ" jis ne apne ko jhuka liya, khuda us ko ooncha karega.</w:t>
      </w:r>
    </w:p>
    <w:p>
      <w:pPr>
        <w:jc w:val="right"/>
      </w:pPr>
      <w:r>
        <w:t>یہ ایک جھوٹانظریہہے، یہنیچرکےخلاف ہے۔ حدیثمیں رسولاللہنےفرمایا کہ"من تواضع رفع اللہ" ۔"من تواضع رفع اللہ" جس نےاپنےکوجھکالیا، خدااسکواونچاکرےگا۔</w:t>
      </w:r>
    </w:p>
    <w:p>
      <w:r>
        <w:rPr>
          <w:b/>
        </w:rPr>
        <w:t xml:space="preserve">[55:03] </w:t>
      </w:r>
      <w:r>
        <w:t>yani khuda ki dunya mein, khuda ka jo creation plan hai, us ke mutabiq kiya hai ke apne ko jhuka kar aap apne ko ooncha kar sakte hain.</w:t>
      </w:r>
    </w:p>
    <w:p>
      <w:pPr>
        <w:jc w:val="right"/>
      </w:pPr>
      <w:r>
        <w:t>یعنیخداکیدنیا میں ،خداکاجو کریشنپلانہے،اسکےمطابقکیاہے کہاپنے کوجھکاکرآپ اپنےکواونچاکرسکتےہیں۔</w:t>
      </w:r>
    </w:p>
    <w:p>
      <w:r>
        <w:rPr>
          <w:b/>
        </w:rPr>
        <w:t xml:space="preserve">[55:13] </w:t>
      </w:r>
      <w:r>
        <w:t>"من تواضع رفع اللہ" jo modesty ka tareeqa ikhtiyar karega, us ko sarfarazi milegi, us ko badai milegi.</w:t>
      </w:r>
    </w:p>
    <w:p>
      <w:pPr>
        <w:jc w:val="right"/>
      </w:pPr>
      <w:r>
        <w:t>"من تواضع رفع اللہ" جو ماڈیسٹیکاطریقہاختیارکرےگا، اسکو سرفرازیملےگی، اسکوبڑائیملےگی۔</w:t>
      </w:r>
    </w:p>
    <w:p>
      <w:r>
        <w:rPr>
          <w:b/>
        </w:rPr>
        <w:t xml:space="preserve">[55:25] </w:t>
      </w:r>
      <w:r>
        <w:t>to aap jante hain ke schumacher, woh schumacher jo ek mashhoor philosopher hai, us ne kaha tha ke "small is beautiful".</w:t>
      </w:r>
    </w:p>
    <w:p>
      <w:pPr>
        <w:jc w:val="right"/>
      </w:pPr>
      <w:r>
        <w:t>توآپ جانتےہیںکہ شماخر، وہ شماخر جو ایک مشہور فلاسفرہے،اسنےکہاتھا کہ "اسمال ازبیوٹیفل"۔</w:t>
      </w:r>
    </w:p>
    <w:p>
      <w:r>
        <w:rPr>
          <w:b/>
        </w:rPr>
        <w:t xml:space="preserve">[55:36] </w:t>
      </w:r>
      <w:r>
        <w:t>us ki kitaab hai.</w:t>
      </w:r>
    </w:p>
    <w:p>
      <w:pPr>
        <w:jc w:val="right"/>
      </w:pPr>
      <w:r>
        <w:t>اسکیکتاب ہے۔</w:t>
      </w:r>
    </w:p>
    <w:p>
      <w:r>
        <w:rPr>
          <w:b/>
        </w:rPr>
        <w:t xml:space="preserve">[55:38] </w:t>
      </w:r>
      <w:r>
        <w:t>mein kahunga ke "modesty is beautiful" . modest ban jaiye, ladna jhagadna chhod dijiye, saare kaam aap ke zyada achhi taraf ban jayenge.</w:t>
      </w:r>
    </w:p>
    <w:p>
      <w:pPr>
        <w:jc w:val="right"/>
      </w:pPr>
      <w:r>
        <w:t>میںکہوںگاکہ "ماڈیسٹیازبیوٹیفل"۔ ماڈیسبنجائیے، لڑناجھگڑناچھوڑدیجئے، سارےکام آپکے زیادہ اچھیطرفبنجائیںگے۔</w:t>
      </w:r>
    </w:p>
    <w:p>
      <w:r>
        <w:rPr>
          <w:b/>
        </w:rPr>
        <w:t xml:space="preserve">[55:48] </w:t>
      </w:r>
      <w:r>
        <w:t>jab aap uljhenge, ladenge to kaam bigdenge.</w:t>
      </w:r>
    </w:p>
    <w:p>
      <w:pPr>
        <w:jc w:val="right"/>
      </w:pPr>
      <w:r>
        <w:t>جبآپالجھیںگے،لڑیںگے تو کام بگڑیںگے۔</w:t>
      </w:r>
    </w:p>
    <w:p>
      <w:r>
        <w:rPr>
          <w:b/>
        </w:rPr>
        <w:t xml:space="preserve">[55:58] </w:t>
      </w:r>
      <w:r>
        <w:t>to "man tawada'a rafa'ahu Allah" jisne apne ko jhukaliya, jo modest ban gaya, Khuda usko ooncha, Khuda usko ooncha karega, Khuda usko bada darja dega.</w:t>
      </w:r>
    </w:p>
    <w:p>
      <w:pPr>
        <w:jc w:val="right"/>
      </w:pPr>
      <w:r>
        <w:t>تو "من تواضع رفع اللہ"جسنےاپنے کو جھکالیا، جو ماڈیسبنگیا، خدا اسکو اونچا، خدااسکواونچاکرےگا، خدااسکوبڑادرجہدےگا۔</w:t>
      </w:r>
    </w:p>
    <w:p>
      <w:r>
        <w:rPr>
          <w:b/>
        </w:rPr>
        <w:t xml:space="preserve">[56:10] </w:t>
      </w:r>
      <w:r>
        <w:t>yeh</w:t>
      </w:r>
    </w:p>
    <w:p>
      <w:pPr>
        <w:jc w:val="right"/>
      </w:pPr>
      <w:r>
        <w:t>یہ</w:t>
      </w:r>
    </w:p>
    <w:p>
      <w:r>
        <w:rPr>
          <w:b/>
        </w:rPr>
        <w:t xml:space="preserve">[56:11] </w:t>
      </w:r>
      <w:r>
        <w:t>yeh baat ek aur hadith mein kahi gayi hai: "Innalaha yughati 'ala al-rifqi, ma la yughati 'ala al-'unfi". Iska matlab yeh hai: "God grants to non-violence, what he doesn't grant to violence".</w:t>
      </w:r>
    </w:p>
    <w:p>
      <w:pPr>
        <w:jc w:val="right"/>
      </w:pPr>
      <w:r>
        <w:t>یبات ایکاورحدیثمیںکہیگئیہے:"إن الله یغطیعلی الرفق، مالییغطیعلی العنف"۔ اسکامطلبیہہے: "گاڈ گر انٹس ٹو نان وائلنس، وا ٹہی ڈزناٹگرانٹٹو وائلنس"۔</w:t>
      </w:r>
    </w:p>
    <w:p>
      <w:r>
        <w:rPr>
          <w:b/>
        </w:rPr>
        <w:t xml:space="preserve">[56:31] </w:t>
      </w:r>
      <w:r>
        <w:t>kitni ajeeb baat hai yeh.</w:t>
      </w:r>
    </w:p>
    <w:p>
      <w:pPr>
        <w:jc w:val="right"/>
      </w:pPr>
      <w:r>
        <w:t>کتنیعجیبباتہےیہ ۔</w:t>
      </w:r>
    </w:p>
    <w:p>
      <w:r>
        <w:rPr>
          <w:b/>
        </w:rPr>
        <w:t xml:space="preserve">[56:34] </w:t>
      </w:r>
      <w:r>
        <w:t>yani log samajhte hain ke hum maar dhaad karke jeet sakte hain, violence karke hum kaamyaab ho sakte hain. Koi bhi baat ho to fial فور woh chale aate hain violent activism ki taraf.</w:t>
      </w:r>
    </w:p>
    <w:p>
      <w:pPr>
        <w:jc w:val="right"/>
      </w:pPr>
      <w:r>
        <w:t>یعنیلوگسمجھتےہیںکہہممار دھاڑکرکےجیتسکتےہیں، وائلنسکرکےہم کامیابہوسکتےہیں۔ کوئیبھیباتہوتوفیالفوروہ چلےآتےہیں وائلنٹ ایکٹیوزمکیطرف ۔</w:t>
      </w:r>
    </w:p>
    <w:p>
      <w:r>
        <w:rPr>
          <w:b/>
        </w:rPr>
        <w:t xml:space="preserve">[56:48] </w:t>
      </w:r>
      <w:r>
        <w:t>aaj duniya mein jagah jagah aap iska dekh sakte hain. Lekin hadith mein jo Rasool Allah ne bataya, woh kya hai? Iska ultah hai. Yani peaceful behavior ko achha bataya hai,</w:t>
      </w:r>
    </w:p>
    <w:p>
      <w:pPr>
        <w:jc w:val="right"/>
      </w:pPr>
      <w:r>
        <w:t>آجدنیا میںجگہجگہآپاسکا دیکھسکتےہیں۔ لیکن حدیثمیںجورسولاللہنےبتایا،وہکیاہے؟اسکاالٹاہے۔ یعنی پیسفل بیہیویئرکواچھابتایاہے،</w:t>
      </w:r>
    </w:p>
    <w:p>
      <w:r>
        <w:rPr>
          <w:b/>
        </w:rPr>
        <w:t xml:space="preserve">[57:01] </w:t>
      </w:r>
      <w:r>
        <w:t>peaceful method ko zyada successful, successful bataya hai. Is hadith ke mutabiq violent method ke muqable mein peaceful, peaceful method jo hai, wahi sahi hai, wahi effective hai aur isi se kaamyaabi milti hai.</w:t>
      </w:r>
    </w:p>
    <w:p>
      <w:pPr>
        <w:jc w:val="right"/>
      </w:pPr>
      <w:r>
        <w:t>پیسفلمیتھڈکوزیادہ سکسیس فل،سکسیسفلبتایاہے۔ اسحدیثکےمطابق وائلنٹمیتھڈکےمقابلےمیں پیسفل ،پیسفلمیتھڈجوہے، وہیصحیحہے، وہیایفیکٹیوہے اوراسیسےکامیابیملتیہے۔</w:t>
      </w:r>
    </w:p>
    <w:p>
      <w:r>
        <w:rPr>
          <w:b/>
        </w:rPr>
        <w:t xml:space="preserve">[57:18] </w:t>
      </w:r>
      <w:r>
        <w:t>to farmaya ke farmaya ke "</w:t>
      </w:r>
    </w:p>
    <w:p>
      <w:pPr>
        <w:jc w:val="right"/>
      </w:pPr>
      <w:r>
        <w:t>توفرمایاکہ فرمایاکہ"</w:t>
      </w:r>
    </w:p>
    <w:p>
      <w:r>
        <w:rPr>
          <w:b/>
        </w:rPr>
        <w:t xml:space="preserve">[57:25] </w:t>
      </w:r>
      <w:r>
        <w:t>God grants to non-violence". Non matlab peace,</w:t>
      </w:r>
    </w:p>
    <w:p>
      <w:pPr>
        <w:jc w:val="right"/>
      </w:pPr>
      <w:r>
        <w:t>گاڈگرانٹسٹو نان وائلنس"۔نانمطلب پیس،</w:t>
      </w:r>
    </w:p>
    <w:p>
      <w:r>
        <w:rPr>
          <w:b/>
        </w:rPr>
        <w:t xml:space="preserve">[57:29] </w:t>
      </w:r>
      <w:r>
        <w:t>what doesn't grant to violence. Main samajhta hoon ke itni, itni important baat hai ke isi ek baat ko agar aadmi samajh le to sab kuch ismein chhupa hua hai.</w:t>
      </w:r>
    </w:p>
    <w:p>
      <w:pPr>
        <w:jc w:val="right"/>
      </w:pPr>
      <w:r>
        <w:t>واٹڈزناٹگرانٹٹووائلنس۔ میںسمجھتاہوںکہاتنی،اتنی امپورٹنٹباتیہہے کہاسیایکباتکواگرآدمیسمجھلے تو سبکچھاسمیں چھپاہواہے۔</w:t>
      </w:r>
    </w:p>
    <w:p>
      <w:r>
        <w:rPr>
          <w:b/>
        </w:rPr>
        <w:t xml:space="preserve">[57:41] </w:t>
      </w:r>
      <w:r>
        <w:t>mere paas aksar aise log aate rehte hain jo, yani husband aur biwi ke jhagde lekar ke. To kya hota hai ke husband jo hai, woh biwi ko koi baat usko achhi nahi lagti, uspar ladai shuru ho jaati hai.</w:t>
      </w:r>
    </w:p>
    <w:p>
      <w:pPr>
        <w:jc w:val="right"/>
      </w:pPr>
      <w:r>
        <w:t>میرےپاساکثرایسےلوگآتےرہتےہیںجو ،یعنیہسبینڈاوربیویکےجھگڑےلےکرکے۔ توکیاہوتاہے کہہسبینڈجوہے،وہبیویکیکوئیباتاسکواچھینہیںلگتی،اسپرلڑائیشروعہوجاتیہے۔</w:t>
      </w:r>
    </w:p>
    <w:p>
      <w:r>
        <w:rPr>
          <w:b/>
        </w:rPr>
        <w:t xml:space="preserve">[57:53] </w:t>
      </w:r>
      <w:r>
        <w:t>itna achha formula bataya gaya hai hadith mein ke jab tum ko, yani husband ko, apni biwi ke bare mein koi shikayat ho, uske andar koi negative thought aaye to tum talash karo uske andar koi aur baat bhi hogi.</w:t>
      </w:r>
    </w:p>
    <w:p>
      <w:pPr>
        <w:jc w:val="right"/>
      </w:pPr>
      <w:r>
        <w:t>اتنااچھا فارمولابتایاگیاہے حدیثمیں کہجبتم کو ،یعنیہسبینڈکو، اپنی بیویکےبارےمیں کوئیشکایتہو، اسکےاندرکوئی نیگیٹیوتھاٹآئے تو تم تلاشکرواسکےاندرکوئیاور باتبھیہوگی۔</w:t>
      </w:r>
    </w:p>
    <w:p>
      <w:r>
        <w:rPr>
          <w:b/>
        </w:rPr>
        <w:t xml:space="preserve">[58:11] </w:t>
      </w:r>
      <w:r>
        <w:t>yani tumhare nazdeek agar koi negative uske andar baat hai to ek positive baat bhi hogi.</w:t>
      </w:r>
    </w:p>
    <w:p>
      <w:pPr>
        <w:jc w:val="right"/>
      </w:pPr>
      <w:r>
        <w:t>یعنیتمہارےنزدیکاگر کوئینیگیٹیواسکےاندرباتہےتو ایک پازیٹیوباتبھیہوگی۔</w:t>
      </w:r>
    </w:p>
    <w:p>
      <w:r>
        <w:rPr>
          <w:b/>
        </w:rPr>
        <w:t xml:space="preserve">[58:19] </w:t>
      </w:r>
      <w:r>
        <w:t>yeh talash karo</w:t>
      </w:r>
    </w:p>
    <w:p>
      <w:pPr>
        <w:jc w:val="right"/>
      </w:pPr>
      <w:r>
        <w:t>یہتلاشکرو</w:t>
      </w:r>
    </w:p>
    <w:p>
      <w:r>
        <w:rPr>
          <w:b/>
        </w:rPr>
        <w:t xml:space="preserve">[58:20] </w:t>
      </w:r>
      <w:r>
        <w:t>ke Khuda ne har aadmi ko is tarah banaya hai ke ismein bahut si qualities hain. Kisi insan ko Khuda ne pathar ke taur par nahi banaya ke ek hi, ek hi quality uske andar ho.</w:t>
      </w:r>
    </w:p>
    <w:p>
      <w:pPr>
        <w:jc w:val="right"/>
      </w:pPr>
      <w:r>
        <w:t>کہ خدانےہرآدمیکو اسطرحبنایاہےکہاسمیں بہت سی کوالٹیزہیں۔ کسی انسانکوخدانے پتھرکےطورپرنہیںبنایاکہایکہی،ایکہیکوالٹیاسکےاندرہو۔</w:t>
      </w:r>
    </w:p>
    <w:p>
      <w:r>
        <w:rPr>
          <w:b/>
        </w:rPr>
        <w:t xml:space="preserve">[58:32] </w:t>
      </w:r>
      <w:r>
        <w:t>diverse quality hoti hai har mard aur har aurat ke darmiyan. To farmaya ke "Fan krah minha hasin, razia minha akhar, akhar razia minha al-akhar"</w:t>
      </w:r>
    </w:p>
    <w:p>
      <w:pPr>
        <w:jc w:val="right"/>
      </w:pPr>
      <w:r>
        <w:t>ڈائیورس کوالٹی ہوتیہے ہر مرد اورہرعورتکےدرمیان۔ تو فرمایاکہ "فین کرہامن ہا شین، رضامنہا الاخر، الاخر رضامنہاالاخر"</w:t>
      </w:r>
    </w:p>
    <w:p>
      <w:r>
        <w:rPr>
          <w:b/>
        </w:rPr>
        <w:t xml:space="preserve">[58:50] </w:t>
      </w:r>
      <w:r>
        <w:t>. Yani uski ek cheez agar napasand thi to doosri cheez uske andar achhi hogi. Uske andar maujood, maslan physical beauty agar nahi hai to uske andar koi aur bahut zabardast quality hogi.</w:t>
      </w:r>
    </w:p>
    <w:p>
      <w:pPr>
        <w:jc w:val="right"/>
      </w:pPr>
      <w:r>
        <w:t>۔یعنیاسکیایکچیزاگر ناپسندتھیتودوسریچیزاسکےاندراچھیہوگی۔اسکےاندرموجود ، مثلاً فزیکلبیوٹیاگرنہیںہے تو اسکےاندرکوئیاور بہت زبردستکوالٹیہوگی۔</w:t>
      </w:r>
    </w:p>
    <w:p>
      <w:r>
        <w:rPr>
          <w:b/>
        </w:rPr>
        <w:t xml:space="preserve">[59:01] </w:t>
      </w:r>
      <w:r>
        <w:t>maslan mehnat uske andar hogi, honesty uske andar hogi, uske andar management ka maada hoga, bahut si baatein hongi. To farmaya ke "Fan krah minha hasin, razia minha al-akhar".</w:t>
      </w:r>
    </w:p>
    <w:p>
      <w:pPr>
        <w:jc w:val="right"/>
      </w:pPr>
      <w:r>
        <w:t>مثلاًمحنتاسکےاندرہوگی، اونسٹٹیاسکےاندرہوگی، اسکےاندرمینجمنٹکامادہہوگا، بہت سیباتیںہوںگی۔ تو فرمایاکہ"فینکرہامنہاشین، رضامنہاالاخر"۔</w:t>
      </w:r>
    </w:p>
    <w:p>
      <w:r>
        <w:rPr>
          <w:b/>
        </w:rPr>
        <w:t xml:space="preserve">[59:15] </w:t>
      </w:r>
      <w:r>
        <w:t>to agar tum thande tarike se socho is khatoon ke bare mein to tum paoge ke uski ek cheez agar tumko pasand nahi aa rahi hai, doosri kai cheezein uske andar hain jo tumhare liye behtar achhi hain.</w:t>
      </w:r>
    </w:p>
    <w:p>
      <w:pPr>
        <w:jc w:val="right"/>
      </w:pPr>
      <w:r>
        <w:t>تواگر تم ٹھنڈےطریقےسےسوچو اس خاتونکےبارےمیں توتم پاؤگے کہاسکی ایکچیزاگر تمکوپسندنہیںآرہیہے، دوس ری کئیچیزیںاسکےاندرہیںجوتمہارےلیےبہتاچھیہیں۔</w:t>
      </w:r>
    </w:p>
    <w:p>
      <w:r>
        <w:rPr>
          <w:b/>
        </w:rPr>
        <w:t xml:space="preserve">[59:33] </w:t>
      </w:r>
      <w:r>
        <w:t>to duniya mein koi aisa nahi hai ke, yani husband se kaha gaya hai ke aisa koi khatoon duniya mein nahi hai jiske andar sab kuch, yani har cheez, yani plus point hai sab kuch ho. Uske andar zaroor plus ke saath minus hota hai.</w:t>
      </w:r>
    </w:p>
    <w:p>
      <w:pPr>
        <w:jc w:val="right"/>
      </w:pPr>
      <w:r>
        <w:t>تو دنیا میں کوئیایسانہیںہے کہ ، یعنی ہسبینڈسے کہاگیاہے کہ ایسیکوئیخاتوندنیامیںنہیںہےجسکےاندرسبکچھ ،یعنیہرچیز ،یعنیپلسپوائنٹہیسبکچھہو۔اسکےاندر ضرور پلسکےساتھ مائنسہوتاہے۔</w:t>
      </w:r>
    </w:p>
    <w:p>
      <w:r>
        <w:rPr>
          <w:b/>
        </w:rPr>
        <w:t xml:space="preserve">[59:50] </w:t>
      </w:r>
      <w:r>
        <w:t>hamesha yeh law of nature hai.</w:t>
      </w:r>
    </w:p>
    <w:p>
      <w:pPr>
        <w:jc w:val="right"/>
      </w:pPr>
      <w:r>
        <w:t>ہمیشہ یہ لاءآفنیچرہے۔</w:t>
      </w:r>
    </w:p>
    <w:p>
      <w:r>
        <w:rPr>
          <w:b/>
        </w:rPr>
        <w:t xml:space="preserve">[59:53] </w:t>
      </w:r>
      <w:r>
        <w:t>agar tum ek cheez ko napasand kar rahe ho to talash karo to usike andar, usi lady ke andar tumko ek aisi baat milegi jo tumhare liye bahut kaam ki hogi aur phir tum bahut khushi se zindagi guzarne ke qabil ho jaoge.</w:t>
      </w:r>
    </w:p>
    <w:p>
      <w:pPr>
        <w:jc w:val="right"/>
      </w:pPr>
      <w:r>
        <w:t>اگر تم ایکچیز کوناپسندکررہےہو تو تلاشکروتواسیکےاندر، اسیلیڈیکےاندرتمکوایک ایسیباتملےگی جوتمہارےلیےبہتکامکیہوگی اورپھرتم بہت خوشیسے زندگی گزارنےکےقابلہوجاؤگے۔</w:t>
      </w:r>
    </w:p>
    <w:p>
      <w:r>
        <w:rPr>
          <w:b/>
        </w:rPr>
        <w:t xml:space="preserve">[1:00:11] </w:t>
      </w:r>
      <w:r>
        <w:t>ek bahut hi aham hadith hai jo Al Adab Al Mufrad mein aayi hai. Yeh is baat par hai ke generation kaise banayi jaye.</w:t>
      </w:r>
    </w:p>
    <w:p>
      <w:pPr>
        <w:jc w:val="right"/>
      </w:pPr>
      <w:r>
        <w:t>ایک بہت ہی اہمحدیثہےجو ال ادب المفردمیںآئیہے۔ یہ اسبات پرہےکہ جنریشن کیسےبنائیجائے۔</w:t>
      </w:r>
    </w:p>
    <w:p>
      <w:r>
        <w:rPr>
          <w:b/>
        </w:rPr>
        <w:t xml:space="preserve">[1:00:22] </w:t>
      </w:r>
      <w:r>
        <w:t>har pichhli generation ko yeh concern hota hai ke agli generation jo hai, woh kaise usko tayyar karein. To starting point kya hai iska?</w:t>
      </w:r>
    </w:p>
    <w:p>
      <w:pPr>
        <w:jc w:val="right"/>
      </w:pPr>
      <w:r>
        <w:t>ہر پچھلیجنریشنکو یہکنسرنہوتاہےکہاگلیجنریشنجوہے،وہ کیسےاسکوتیارکریں۔ تو سٹارٹنگپوائنٹکیاہےاسکا ؟</w:t>
      </w:r>
    </w:p>
    <w:p>
      <w:r>
        <w:rPr>
          <w:b/>
        </w:rPr>
        <w:t xml:space="preserve">[1:00:32] </w:t>
      </w:r>
      <w:r>
        <w:t>starting point to farmaya ke "Ma nahla walidun waladahu na'lata afdhala min adabin hasanin".</w:t>
      </w:r>
    </w:p>
    <w:p>
      <w:pPr>
        <w:jc w:val="right"/>
      </w:pPr>
      <w:r>
        <w:t>سٹارٹنگپوائنٹ توفرمایاکہ" ما نحلہ والد ولد ہ نعلتا افضلمنادب حسن"۔</w:t>
      </w:r>
    </w:p>
    <w:p>
      <w:r>
        <w:rPr>
          <w:b/>
        </w:rPr>
        <w:t xml:space="preserve">[1:00:47] </w:t>
      </w:r>
      <w:r>
        <w:t>iska matlab hai ke "the best gift a father can give to his child is education, good education".</w:t>
      </w:r>
    </w:p>
    <w:p>
      <w:pPr>
        <w:jc w:val="right"/>
      </w:pPr>
      <w:r>
        <w:t>اسکامطلبہےکہ "دابیسٹ گفٹ افادر کینگیو ٹوہزچائلڈ از ایجوکیشن، گڈایجوکیشن"۔</w:t>
      </w:r>
    </w:p>
    <w:p>
      <w:r>
        <w:rPr>
          <w:b/>
        </w:rPr>
        <w:t xml:space="preserve">[1:00:58] </w:t>
      </w:r>
      <w:r>
        <w:t>ek baap apne bete ko jo sabse achhi cheez de sakta hai apni aulad ko , woh hai achhi taleem .</w:t>
      </w:r>
    </w:p>
    <w:p>
      <w:pPr>
        <w:jc w:val="right"/>
      </w:pPr>
      <w:r>
        <w:t>ایک باپ اپنے بیٹےکو جوسبسےاچھیچیزدےسکتاہے اپنی اولادکو ،وہہے اچھی تعلیم ۔</w:t>
      </w:r>
    </w:p>
    <w:p>
      <w:r>
        <w:rPr>
          <w:b/>
        </w:rPr>
        <w:t xml:space="preserve">[1:01:07] </w:t>
      </w:r>
      <w:r>
        <w:t>yeh hai starting point. yani walid apne bete ke liye aur koi generation apna agli generation ke liye.</w:t>
      </w:r>
    </w:p>
    <w:p>
      <w:pPr>
        <w:jc w:val="right"/>
      </w:pPr>
      <w:r>
        <w:t>یہہے سٹارٹنگپوائنٹ۔ یعنی والد اپنےبیٹےکےلیے اورکوئی جنریشناپنیاگلیجنریشنکےلیے۔</w:t>
      </w:r>
    </w:p>
    <w:p>
      <w:r>
        <w:rPr>
          <w:b/>
        </w:rPr>
        <w:t xml:space="preserve">[1:01:19] </w:t>
      </w:r>
      <w:r>
        <w:t>matlab yeh individual ki baat nahi hai. yeh jis tarah se woh individual ke liye sahi hai, usi tarah se poori poori generation ke liye bhi sahi hai. agar main chahta hoon ke meri agli generation bahut achhi nikle, bahut theek nikle toh mujhe usko behtareen education dena chahiye.</w:t>
      </w:r>
    </w:p>
    <w:p>
      <w:pPr>
        <w:jc w:val="right"/>
      </w:pPr>
      <w:r>
        <w:t>مطلبیہ انڈیویجولکیباتنہیںہے۔یہ جس طرحسےوہ انڈیویجولکےلیےصحیحہے، اسیطرحسےپوریپوریجنریشنکےلیےبھیصحیحہے۔ اگر میں چاہتاہوںکہمیریاگلیجنریشن بہت اچھینکلے، بہت ٹھیکنکلے تومجھےاسکو بہترین ایجوکیشندیناچاہیے۔</w:t>
      </w:r>
    </w:p>
    <w:p>
      <w:r>
        <w:rPr>
          <w:b/>
        </w:rPr>
        <w:t xml:space="preserve">[1:01:39] </w:t>
      </w:r>
      <w:r>
        <w:t>yeh ek, yeh ek, ek . yani yahan hamein ek starting point mil jaata hai. america ka jo president tha, us se pehle lyndon b johnson, lyndon b johnson ne kaha tha ke "learning is the best hope for america".</w:t>
      </w:r>
    </w:p>
    <w:p>
      <w:pPr>
        <w:jc w:val="right"/>
      </w:pPr>
      <w:r>
        <w:t>یہ ایک، یہ ایک،ایک ۔یعنی یہاںہمیںایکسٹارٹنگپوائنٹملجاتاہے۔ امریک ہکاجو پریزیڈنٹتھا، اسسےپہلے لن ڈنجانسن، لنڈنج انسننےکہاتھا کہ" لرننگازدابیسک یورہوپسفار امریک ہ"۔</w:t>
      </w:r>
    </w:p>
    <w:p>
      <w:r>
        <w:rPr>
          <w:b/>
        </w:rPr>
        <w:t xml:space="preserve">[1:01:59] </w:t>
      </w:r>
      <w:r>
        <w:t>toh yeh lyndon b johnson ka formula nahi hai, yeh nature ka formula hai.</w:t>
      </w:r>
    </w:p>
    <w:p>
      <w:pPr>
        <w:jc w:val="right"/>
      </w:pPr>
      <w:r>
        <w:t>تویہلنڈنجانسنکافارمولانہیںہے، یہ نیچرکافارمولاہے۔</w:t>
      </w:r>
    </w:p>
    <w:p>
      <w:r>
        <w:rPr>
          <w:b/>
        </w:rPr>
        <w:t xml:space="preserve">[1:02:05] </w:t>
      </w:r>
      <w:r>
        <w:t>learning ya education isi par uthana hai aap ko, apna aulad ko, apni generation ko, apni qaum ko, apne group ko.</w:t>
      </w:r>
    </w:p>
    <w:p>
      <w:pPr>
        <w:jc w:val="right"/>
      </w:pPr>
      <w:r>
        <w:t>لرننگیاایجوکیشن اسیپر اٹھاناہےآپکو ، اپنیاولادکو ، اپنیجنریشنکو،اپنی قومکو ، اپنے گروپکو۔</w:t>
      </w:r>
    </w:p>
    <w:p>
      <w:r>
        <w:rPr>
          <w:b/>
        </w:rPr>
        <w:t xml:space="preserve">[1:02:16] </w:t>
      </w:r>
      <w:r>
        <w:t>kyunki agar achhi education de sake aap toh kya aap ne sab kuch de diya , sab kuch de diya.</w:t>
      </w:r>
    </w:p>
    <w:p>
      <w:pPr>
        <w:jc w:val="right"/>
      </w:pPr>
      <w:r>
        <w:t>کیونکہ اگر اچھیایجوکیشندےسکےآپ تو کیا کہآپنےسبکچھدےدیا ، سب کچھدےدیا۔</w:t>
      </w:r>
    </w:p>
    <w:p>
      <w:r>
        <w:rPr>
          <w:b/>
        </w:rPr>
        <w:t xml:space="preserve">[1:02:25] </w:t>
      </w:r>
      <w:r>
        <w:t>isi se juda hua hai intellectual development ka maamla. kyunki baghair education ke intellectual development bahut hi limited hota hai.</w:t>
      </w:r>
    </w:p>
    <w:p>
      <w:pPr>
        <w:jc w:val="right"/>
      </w:pPr>
      <w:r>
        <w:t>اسی سے جڑاہواہے انٹلیکچولڈیویلپمنٹکامعاملہ۔ کیونکہ بغیرایجوکیشنکے انٹلیکچولڈیویلپمنٹ بہت ہی لمیٹڈہوتاہے۔</w:t>
      </w:r>
    </w:p>
    <w:p>
      <w:r>
        <w:rPr>
          <w:b/>
        </w:rPr>
        <w:t xml:space="preserve">[1:02:38] </w:t>
      </w:r>
      <w:r>
        <w:t>isi se juda hua is baat ka ek hadith mein hai ke believer ki tareef mein kaha gaya ke "ان یکون بصیر ا بزمانہ".</w:t>
      </w:r>
    </w:p>
    <w:p>
      <w:pPr>
        <w:jc w:val="right"/>
      </w:pPr>
      <w:r>
        <w:t>اسیسےجڑاہوااسباتکا ایکحدیثمیںہےکہ بیلیورکیتعریفمیںکہاگیا کہ"انیک ون بصیرابےزمان ہ"۔</w:t>
      </w:r>
    </w:p>
    <w:p>
      <w:r>
        <w:rPr>
          <w:b/>
        </w:rPr>
        <w:t xml:space="preserve">[1:02:49] </w:t>
      </w:r>
      <w:r>
        <w:t>"ان یکون بصیر ا بزمانہ"</w:t>
      </w:r>
    </w:p>
    <w:p>
      <w:pPr>
        <w:jc w:val="right"/>
      </w:pPr>
      <w:r>
        <w:t>"انیکون بصیرابےزمان ہ"</w:t>
      </w:r>
    </w:p>
    <w:p>
      <w:r>
        <w:rPr>
          <w:b/>
        </w:rPr>
        <w:t xml:space="preserve">[1:02:53] </w:t>
      </w:r>
      <w:r>
        <w:t>ke woh janne wala ho apne contemporary cheezon ka, contemporary jo period hai, usko janne wala ho. yeh kaise hoga? jab education hogi, tabhi hoga.</w:t>
      </w:r>
    </w:p>
    <w:p>
      <w:pPr>
        <w:jc w:val="right"/>
      </w:pPr>
      <w:r>
        <w:t>کہوہ جاننےوالاہو اپنے کنٹمپریری چیزوںکا، کنٹمپریریجوپیریڈہے،اسکوجاننےوالاہو۔ یہکیسےہوگا؟جب ایجوکیشنہوگی،تبھیہوگا۔</w:t>
      </w:r>
    </w:p>
    <w:p>
      <w:r>
        <w:rPr>
          <w:b/>
        </w:rPr>
        <w:t xml:space="preserve">[1:03:06] </w:t>
      </w:r>
      <w:r>
        <w:t>islam mein education ki importance itni zyada hai, itni zyada hai ke main aap ko ek misaal arz karta hoon</w:t>
      </w:r>
    </w:p>
    <w:p>
      <w:pPr>
        <w:jc w:val="right"/>
      </w:pPr>
      <w:r>
        <w:t>اسلام میں ایجوکیشن کیامپورٹنساتنیزیادہہے، اتنیزیادہ ہے کہ میںآپکو ایک مثالعرضکرتاہوں</w:t>
      </w:r>
    </w:p>
    <w:p>
      <w:r>
        <w:rPr>
          <w:b/>
        </w:rPr>
        <w:t xml:space="preserve">[1:03:19] </w:t>
      </w:r>
      <w:r>
        <w:t>ke rasool allah ko jab pehli wahi hui thi toh aap us waqt mountain hira ke ek cave mein the.</w:t>
      </w:r>
    </w:p>
    <w:p>
      <w:pPr>
        <w:jc w:val="right"/>
      </w:pPr>
      <w:r>
        <w:t>کہرسولاللہ کوجبپہلیوحیہوئیتھی تو آپ اسوقت ماؤنٹن حراکے ایک کیومیںتھے۔</w:t>
      </w:r>
    </w:p>
    <w:p>
      <w:r>
        <w:rPr>
          <w:b/>
        </w:rPr>
        <w:t xml:space="preserve">[1:03:31] </w:t>
      </w:r>
      <w:r>
        <w:t>wahan angel aaya, jibril. usne kaha tha ke aap se kaha tha ke "iqra, aye muhammad, padho".</w:t>
      </w:r>
    </w:p>
    <w:p>
      <w:pPr>
        <w:jc w:val="right"/>
      </w:pPr>
      <w:r>
        <w:t>وہاں اینجل آیا، جبرائیل۔ اسنےکہاکہ آپسےکہاکہ"اق را، اےمحمد ،پڑھو"۔</w:t>
      </w:r>
    </w:p>
    <w:p>
      <w:r>
        <w:rPr>
          <w:b/>
        </w:rPr>
        <w:t xml:space="preserve">[1:03:43] </w:t>
      </w:r>
      <w:r>
        <w:t>toh aap</w:t>
      </w:r>
    </w:p>
    <w:p>
      <w:pPr>
        <w:jc w:val="right"/>
      </w:pPr>
      <w:r>
        <w:t>تو آپ</w:t>
      </w:r>
    </w:p>
    <w:p>
      <w:r>
        <w:rPr>
          <w:b/>
        </w:rPr>
        <w:t xml:space="preserve">[1:03:47] </w:t>
      </w:r>
      <w:r>
        <w:t>ka maamla yeh tha ke aap ne aap padhe hue nahi the.</w:t>
      </w:r>
    </w:p>
    <w:p>
      <w:pPr>
        <w:jc w:val="right"/>
      </w:pPr>
      <w:r>
        <w:t>کامعاملہیہتھا کہآپ نے آپپڑھےہوئے نہیںتھے۔</w:t>
      </w:r>
    </w:p>
    <w:p>
      <w:r>
        <w:rPr>
          <w:b/>
        </w:rPr>
        <w:t xml:space="preserve">[1:03:55] </w:t>
      </w:r>
      <w:r>
        <w:t>toh aap ne kaha tha ke "man abqa ari".</w:t>
      </w:r>
    </w:p>
    <w:p>
      <w:pPr>
        <w:jc w:val="right"/>
      </w:pPr>
      <w:r>
        <w:t>توآپنےکہاکہ "مان عبق اری"۔</w:t>
      </w:r>
    </w:p>
    <w:p>
      <w:r>
        <w:rPr>
          <w:b/>
        </w:rPr>
        <w:t xml:space="preserve">[1:03:59] </w:t>
      </w:r>
      <w:r>
        <w:t>yani rasool allah bahut hi intelligent the, super intelligent the aur aap ka mind bahut zabardast mind tha. aap ke brain mein saari qualities maujood thin, har aitbaar se aap ek perfect insaan the.</w:t>
      </w:r>
    </w:p>
    <w:p>
      <w:pPr>
        <w:jc w:val="right"/>
      </w:pPr>
      <w:r>
        <w:t>یعنیرسولاللہبہتہیانٹیلیجنٹتھے، سپرانٹیلیجنٹتھے اور آپ کا مائنڈبہت زبردستمائنڈتھا۔ آپ کے برینمیں ساری کوالٹیزموجود تھیں، ہراعتبارسےآپایک پرفیکٹانسان تھے۔</w:t>
      </w:r>
    </w:p>
    <w:p>
      <w:r>
        <w:rPr>
          <w:b/>
        </w:rPr>
        <w:t xml:space="preserve">[1:04:13] </w:t>
      </w:r>
      <w:r>
        <w:t>lekin literacy jo kehte hain, woh ek alag cheez hai.</w:t>
      </w:r>
    </w:p>
    <w:p>
      <w:pPr>
        <w:jc w:val="right"/>
      </w:pPr>
      <w:r>
        <w:t>لیکن لٹریسی جوکہتےہیں، وہایکالگچیزہے۔</w:t>
      </w:r>
    </w:p>
    <w:p>
      <w:r>
        <w:rPr>
          <w:b/>
        </w:rPr>
        <w:t xml:space="preserve">[1:04:19] </w:t>
      </w:r>
      <w:r>
        <w:t>toh aap ne kaha tha ke "man abqa ari, main padha hua nahi hoon" . toh angel ne phir kaha tha ke "aye muhammad, padho" . aap ne phir kaha tha ke "main toh padha hua nahi hoon, man abqa ari".</w:t>
      </w:r>
    </w:p>
    <w:p>
      <w:pPr>
        <w:jc w:val="right"/>
      </w:pPr>
      <w:r>
        <w:t>توآپنےکہاکہ"مان عبق اری،میںپڑھاہوانہیںہوں"۔ تو اینجل نےپھرکہاکہ "اےمحمد،پڑھو"۔ آپنےپھرکہاکہ"میںتوپڑھاہوانہیںہوں،مانعبق اری"۔</w:t>
      </w:r>
    </w:p>
    <w:p>
      <w:r>
        <w:rPr>
          <w:b/>
        </w:rPr>
        <w:t xml:space="preserve">[1:04:29] </w:t>
      </w:r>
      <w:r>
        <w:t>yeh dialogue teen baar hua. woh kehte hain ke "padho", woh kehte hain ke "main toh padha hua nahi hoon". is ko le kar main sochta hoon ke is ka kya matlab tha.</w:t>
      </w:r>
    </w:p>
    <w:p>
      <w:pPr>
        <w:jc w:val="right"/>
      </w:pPr>
      <w:r>
        <w:t>یہ ڈائیلاگتینبار ہوا۔ وہکہتےہیںکہ"پڑھو"،وہکہتےہیںکہ"میںتوپڑھاہوانہیںہوں"۔ اسکولےکرمیںسوچتاہوںکہ اسکاکیامطلبتھا۔</w:t>
      </w:r>
    </w:p>
    <w:p>
      <w:r>
        <w:rPr>
          <w:b/>
        </w:rPr>
        <w:t xml:space="preserve">[1:04:42] </w:t>
      </w:r>
      <w:r>
        <w:t>is se ek lesson diya hai, lesson angel ne ke "agar tum ko padhna nahi aata, tab bhi padho. padhna nahi aata, tab bhi padho.</w:t>
      </w:r>
    </w:p>
    <w:p>
      <w:pPr>
        <w:jc w:val="right"/>
      </w:pPr>
      <w:r>
        <w:t>اسسےایک لیسندیا ہے،لیسن اینجل نے کہ"اگرتمکو پڑھنا نہیںآتا،تببھیپڑھو۔ پڑھنانہیںآتا،تببھیپڑھو۔</w:t>
      </w:r>
    </w:p>
    <w:p>
      <w:r>
        <w:rPr>
          <w:b/>
        </w:rPr>
        <w:t xml:space="preserve">[1:04:55] </w:t>
      </w:r>
      <w:r>
        <w:t>likhna nahi aata, tab bhi likho".</w:t>
      </w:r>
    </w:p>
    <w:p>
      <w:pPr>
        <w:jc w:val="right"/>
      </w:pPr>
      <w:r>
        <w:t>لکھ نانہیںآتا،تببھیلکھ و"۔</w:t>
      </w:r>
    </w:p>
    <w:p>
      <w:r>
        <w:rPr>
          <w:b/>
        </w:rPr>
        <w:t xml:space="preserve">[1:04:59] </w:t>
      </w:r>
      <w:r>
        <w:t>kaisa ajeeb ek revolutionary sabak tha ke "tarna nahi aata, tab bhi kood padho darya mein".</w:t>
      </w:r>
    </w:p>
    <w:p>
      <w:pPr>
        <w:jc w:val="right"/>
      </w:pPr>
      <w:r>
        <w:t>کیسا عجیب ایک ریولیوشنری سبقتھا کہ"تیرنانہیںآتا،تببھیکودپڑودریا میں"۔</w:t>
      </w:r>
    </w:p>
    <w:p>
      <w:r>
        <w:rPr>
          <w:b/>
        </w:rPr>
        <w:t xml:space="preserve">[1:05:11] </w:t>
      </w:r>
      <w:r>
        <w:t>istarah se insan ke andar jo capacity hai, aap jante hain ke insan ke andar be-be-panah capacity hai. ek individual brain mein hundred million, billion, billion particle hote hain.</w:t>
      </w:r>
    </w:p>
    <w:p>
      <w:pPr>
        <w:jc w:val="right"/>
      </w:pPr>
      <w:r>
        <w:t>اسطرحسے انسان کے اندرجوکیپیسٹیہے، آپجانتےہیںکہانسانکےاندر بےبےپناہکیپیسٹیہے۔ ایک انڈیویجولبرینمیں ہنڈرڈ مل ین،بل ین،بل ینپارٹیکلہوتےہیں۔</w:t>
      </w:r>
    </w:p>
    <w:p>
      <w:r>
        <w:rPr>
          <w:b/>
        </w:rPr>
        <w:t xml:space="preserve">[1:05:24] </w:t>
      </w:r>
      <w:r>
        <w:t>aap ghaur kijiye kitni capacity insan ke andar hai.</w:t>
      </w:r>
    </w:p>
    <w:p>
      <w:pPr>
        <w:jc w:val="right"/>
      </w:pPr>
      <w:r>
        <w:t>آپغورکیجئےکتنیکیپیسٹیانسانکےاندرہے۔</w:t>
      </w:r>
    </w:p>
    <w:p>
      <w:r>
        <w:rPr>
          <w:b/>
        </w:rPr>
        <w:t xml:space="preserve">[1:05:29] </w:t>
      </w:r>
      <w:r>
        <w:t>to agar isko aisi situation mein dala jaye to iske sare mind khul ka window khul jate hain. jo tairna nahin aata, woh bhi tairne lagta hai.</w:t>
      </w:r>
    </w:p>
    <w:p>
      <w:pPr>
        <w:jc w:val="right"/>
      </w:pPr>
      <w:r>
        <w:t>تواگر اسکوایسی سچوئیشنمیں ڈالاجائے تو اسکے سارے مائنڈکھل کا ونڈوکھلجاتےہیں۔ جو تیرنانہیںآتا،وہبھیتیرنےلگتاہے۔</w:t>
      </w:r>
    </w:p>
    <w:p>
      <w:r>
        <w:rPr>
          <w:b/>
        </w:rPr>
        <w:t xml:space="preserve">[1:05:40] </w:t>
      </w:r>
      <w:r>
        <w:t>jo padhna nahin aata, woh bhi padhne lagta hai. ajib ghareeb capacity insan ke andar hai. iski ek misaal Islam ki history mein yeh hai</w:t>
      </w:r>
    </w:p>
    <w:p>
      <w:pPr>
        <w:jc w:val="right"/>
      </w:pPr>
      <w:r>
        <w:t>جوپڑھنانہیںآتا،وہبھیپڑھنےلگتاہے۔ عجیبغریب کیپیسٹیانسانکےاندرہے۔ اسکیایکمثالاسلام کیہسٹریمیںیہہے</w:t>
      </w:r>
    </w:p>
    <w:p>
      <w:r>
        <w:rPr>
          <w:b/>
        </w:rPr>
        <w:t xml:space="preserve">[1:05:52] </w:t>
      </w:r>
      <w:r>
        <w:t>ke Rasool Allah ne, aap jante hain ke Rasool Allah ke jo age as prophet, woh duniya mein 23 saal rahe.</w:t>
      </w:r>
    </w:p>
    <w:p>
      <w:pPr>
        <w:jc w:val="right"/>
      </w:pPr>
      <w:r>
        <w:t>کہ رسولاللہ نے ،آپجانتےہیںکہرسولاللہ کےجو ایزاےپرافٹ،وہ دنیامیں 23سال رہے۔</w:t>
      </w:r>
    </w:p>
    <w:p>
      <w:r>
        <w:rPr>
          <w:b/>
        </w:rPr>
        <w:t xml:space="preserve">[1:06:00] </w:t>
      </w:r>
      <w:r>
        <w:t>kal aapki age thi 63. to aakhri zamane mein jab aapne Hajjat-ul-Wida kiya tha, jis ko Hajjat-ul-Wida kehte hain, to us waqt ek lakh 25 hazar companion aapke sath the.</w:t>
      </w:r>
    </w:p>
    <w:p>
      <w:pPr>
        <w:jc w:val="right"/>
      </w:pPr>
      <w:r>
        <w:t>کل آپکی ایجتھی6 3۔ تو آخریزمانےمیںجبآپنے حجۃالوداعکیاتھا،جس کوحجۃالوداعکہتےہیں، تو اسوقت ایک لاکھ 25 ہزار کمپینینآپکےساتھ تھے۔</w:t>
      </w:r>
    </w:p>
    <w:p>
      <w:r>
        <w:rPr>
          <w:b/>
        </w:rPr>
        <w:t xml:space="preserve">[1:06:14] </w:t>
      </w:r>
      <w:r>
        <w:t>aapne unse kaha, unko address karte hue ke "Innallaha ka fa-l-nnas".</w:t>
      </w:r>
    </w:p>
    <w:p>
      <w:pPr>
        <w:jc w:val="right"/>
      </w:pPr>
      <w:r>
        <w:t>آپنےانسےکہا،انکوایڈریسکرتےہوئے کہ"ان اللہ کا فۃللناس "۔</w:t>
      </w:r>
    </w:p>
    <w:p>
      <w:r>
        <w:rPr>
          <w:b/>
        </w:rPr>
        <w:t xml:space="preserve">[1:06:23] </w:t>
      </w:r>
      <w:r>
        <w:t>ke "Lo, Khuda ne mujhe sari duniya ke liye bheja hai, tum to phail jao zameen mein".</w:t>
      </w:r>
    </w:p>
    <w:p>
      <w:pPr>
        <w:jc w:val="right"/>
      </w:pPr>
      <w:r>
        <w:t>کہ "لو،خدانےمجھے ساریدنیا کےلیےبھیجاہے، تمتوپھیلجاؤ زمین میں"۔</w:t>
      </w:r>
    </w:p>
    <w:p>
      <w:r>
        <w:rPr>
          <w:b/>
        </w:rPr>
        <w:t xml:space="preserve">[1:06:29] </w:t>
      </w:r>
      <w:r>
        <w:t>aap sochiye ke yeh qisse keh rahe the jo sirf Arabi language jante the, bas. aur duniya mein Arab language to thi nahin, bahut different language thi.</w:t>
      </w:r>
    </w:p>
    <w:p>
      <w:pPr>
        <w:jc w:val="right"/>
      </w:pPr>
      <w:r>
        <w:t>آپسوچیےکہیہقصےکہہرہےتھے جو صرف عربکلینگویججانتےتھے، بس۔ اوردنیا میں عرب کلینگویجتوتھینہیں، بہت ڈفرنٹلینگویجتھی۔</w:t>
      </w:r>
    </w:p>
    <w:p>
      <w:r>
        <w:rPr>
          <w:b/>
        </w:rPr>
        <w:t xml:space="preserve">[1:06:42] </w:t>
      </w:r>
      <w:r>
        <w:t>Arab ke bahar jo desh the, maslan Falasteen tha, wahan Hebrew language chalti thi. Syria tha, wahan Syriac language chalti thi.</w:t>
      </w:r>
    </w:p>
    <w:p>
      <w:pPr>
        <w:jc w:val="right"/>
      </w:pPr>
      <w:r>
        <w:t>عرب کےباہرجودیشتھے، مثلاً فلس طینتھا، وہاںہیبریولینگویجچلتیتھی۔ سیریاتھا، وہاں سرائیکلینگویجچلتیتھی۔</w:t>
      </w:r>
    </w:p>
    <w:p>
      <w:r>
        <w:rPr>
          <w:b/>
        </w:rPr>
        <w:t xml:space="preserve">[1:06:52] </w:t>
      </w:r>
      <w:r>
        <w:t>Libya tha, wahan wahan Berber language chalti thi.</w:t>
      </w:r>
    </w:p>
    <w:p>
      <w:pPr>
        <w:jc w:val="right"/>
      </w:pPr>
      <w:r>
        <w:t>لیبیاتھا، وہاں وہاں بربریلینگویجچلتیتھی۔</w:t>
      </w:r>
    </w:p>
    <w:p>
      <w:r>
        <w:rPr>
          <w:b/>
        </w:rPr>
        <w:t xml:space="preserve">[1:06:57] </w:t>
      </w:r>
      <w:r>
        <w:t>Egypt tha, wahan Coptic language chalti thi.</w:t>
      </w:r>
    </w:p>
    <w:p>
      <w:pPr>
        <w:jc w:val="right"/>
      </w:pPr>
      <w:r>
        <w:t>ایجپٹتھا،وہاں کاپٹکلینگویجچلتیتھی۔</w:t>
      </w:r>
    </w:p>
    <w:p>
      <w:r>
        <w:rPr>
          <w:b/>
        </w:rPr>
        <w:t xml:space="preserve">[1:07:03] </w:t>
      </w:r>
      <w:r>
        <w:t>different language. aapne kaha "Dakhil ho jao duniya mein". ismein do baat hain: ek hai interaction, matlab logon se interact karo jo tumhari language nahin jante.</w:t>
      </w:r>
    </w:p>
    <w:p>
      <w:pPr>
        <w:jc w:val="right"/>
      </w:pPr>
      <w:r>
        <w:t>ڈفرنٹلینگویج۔آپنےکہا" داخلہوجاؤدنیامیں"۔ اسمیں دوباتیںہیں: ایکہےانٹریکشن، مطلبانلوگوںسےانٹریکٹکروجوتمہاریلینگویجنہیںجانتے۔</w:t>
      </w:r>
    </w:p>
    <w:p>
      <w:r>
        <w:rPr>
          <w:b/>
        </w:rPr>
        <w:t xml:space="preserve">[1:07:19] </w:t>
      </w:r>
      <w:r>
        <w:t>kaisi ajib baat hai.</w:t>
      </w:r>
    </w:p>
    <w:p>
      <w:pPr>
        <w:jc w:val="right"/>
      </w:pPr>
      <w:r>
        <w:t>کیسیعجیبباتہے۔</w:t>
      </w:r>
    </w:p>
    <w:p>
      <w:r>
        <w:rPr>
          <w:b/>
        </w:rPr>
        <w:t xml:space="preserve">[1:07:22] </w:t>
      </w:r>
      <w:r>
        <w:t>yani Arab se bahar un aapne un logon ko un andeshon mein bhej diya jahan ki zuban woh nahin jante the aur unhein interact karna tha kyunki dawat ke liye bheja tha.</w:t>
      </w:r>
    </w:p>
    <w:p>
      <w:pPr>
        <w:jc w:val="right"/>
      </w:pPr>
      <w:r>
        <w:t>یعنیعرب سےباہر انآپ نےانلوگوںکوان اندیشوںمیںبھیجدیا جہاںکیزبان وہ نہیںجانتےتھے اورانہیں انٹریکٹکرناتھاکیونکہدعوتکےلیےبھیجاتھا۔</w:t>
      </w:r>
    </w:p>
    <w:p>
      <w:r>
        <w:rPr>
          <w:b/>
        </w:rPr>
        <w:t xml:space="preserve">[1:07:32] </w:t>
      </w:r>
      <w:r>
        <w:t>The workmen's interaction,</w:t>
      </w:r>
    </w:p>
    <w:p>
      <w:pPr>
        <w:jc w:val="right"/>
      </w:pPr>
      <w:r>
        <w:t>دا ورکمینزانٹریکشن، دا ورکمینزانٹریکشن۔ تو ملکوںملکوںمیںگھسگئے۔ ابسوچیےکہ کیسےکیاہواہوگا۔</w:t>
      </w:r>
    </w:p>
    <w:p>
      <w:r>
        <w:rPr>
          <w:b/>
        </w:rPr>
        <w:t xml:space="preserve">[1:07:44] </w:t>
      </w:r>
      <w:r>
        <w:t>yeh kaise desh mein pahunchte hain ke unki zuban woh na jaane, unki zuban yeh na jaane.</w:t>
      </w:r>
    </w:p>
    <w:p>
      <w:pPr>
        <w:jc w:val="right"/>
      </w:pPr>
      <w:r>
        <w:t>یہکیسےدیشمیںپہنچتےہیں کہانکیزبان وہنہجانے،انکیزبان یہنہجانے۔</w:t>
      </w:r>
    </w:p>
    <w:p>
      <w:r>
        <w:rPr>
          <w:b/>
        </w:rPr>
        <w:t xml:space="preserve">[1:07:50] </w:t>
      </w:r>
      <w:r>
        <w:t>jaise Sheikh Saadi ko ek martaba mila ek aadmi jo Turki tha, yeh Iran ke the. to Saadi ki language thi Persian, uski language thi Turkic.</w:t>
      </w:r>
    </w:p>
    <w:p>
      <w:pPr>
        <w:jc w:val="right"/>
      </w:pPr>
      <w:r>
        <w:t>جیسےشیخسعدیکوایکمرتبہملاایکآدمی جو ترکیکاتھا، یہ ایران کےتھے۔ توسعدیکیزبان تھی پرشین، اسکیزبان تھیترک ش۔</w:t>
      </w:r>
    </w:p>
    <w:p>
      <w:r>
        <w:rPr>
          <w:b/>
        </w:rPr>
        <w:t xml:space="preserve">[1:08:02] </w:t>
      </w:r>
      <w:r>
        <w:t>to Saadi ko bada mushkil pesh aayi. unhone kaha ke "Zaban-e-yar man Turki-o-Turki nabe danam". Saadi ne kaha ke "Zaban-e-yar man Turki-o-Turki nabe danam".</w:t>
      </w:r>
    </w:p>
    <w:p>
      <w:pPr>
        <w:jc w:val="right"/>
      </w:pPr>
      <w:r>
        <w:t>تو سعدی کوبڑیمشکل پیش آئی۔ انہوںنےکہاکہ "زبان یارمنترکیوترک ینبیدانو"۔ سعدینےکہاکہ"زبان یارمن ترکی و ترکینبیدانو"۔</w:t>
      </w:r>
    </w:p>
    <w:p>
      <w:r>
        <w:rPr>
          <w:b/>
        </w:rPr>
        <w:t xml:space="preserve">[1:08:15] </w:t>
      </w:r>
      <w:r>
        <w:t>iska matlab yeh hai ke "the language of my friend is Turkic and I don't know Turkic".</w:t>
      </w:r>
    </w:p>
    <w:p>
      <w:pPr>
        <w:jc w:val="right"/>
      </w:pPr>
      <w:r>
        <w:t>اسکامطلبیہہےکہ " دالینگویجآف مائی فرینڈاز ترک ش اینڈآئیڈونٹنو ترک ش"۔</w:t>
      </w:r>
    </w:p>
    <w:p>
      <w:r>
        <w:rPr>
          <w:b/>
        </w:rPr>
        <w:t xml:space="preserve">[1:08:24] </w:t>
      </w:r>
      <w:r>
        <w:t>is situation mein Rasool Allah ne daal diya sab ko. lekin aap jante hain ke kya hua. ab result ko dekhiye, sirf pachas saal ke andar ek poora Arab world wajood mein aa gaya.</w:t>
      </w:r>
    </w:p>
    <w:p>
      <w:pPr>
        <w:jc w:val="right"/>
      </w:pPr>
      <w:r>
        <w:t>اس سچوئیشنمیں رسولاللہنےڈالدیاسبکو۔ لیکن آپجانتےہیںکہکیا ہوا ۔ ابرزلٹکودیکھیے، صرف پچاسسال کےاندر ایک پوراعرب ورلڈوجودمیںآگیا۔</w:t>
      </w:r>
    </w:p>
    <w:p>
      <w:r>
        <w:rPr>
          <w:b/>
        </w:rPr>
        <w:t xml:space="preserve">[1:08:38] </w:t>
      </w:r>
      <w:r>
        <w:t>aaj jis ko aap Arab world kehte hain, wahan ki language aaj Arabi language hai. pehle nahin tha aisa.</w:t>
      </w:r>
    </w:p>
    <w:p>
      <w:pPr>
        <w:jc w:val="right"/>
      </w:pPr>
      <w:r>
        <w:t>آججسکوآپ عربورلڈکہتےہیں، وہاںکی لینگویجآجعربکلینگویجہے۔پہلےنہیںتھاایسا۔</w:t>
      </w:r>
    </w:p>
    <w:p>
      <w:r>
        <w:rPr>
          <w:b/>
        </w:rPr>
        <w:t xml:space="preserve">[1:08:45] </w:t>
      </w:r>
      <w:r>
        <w:t>yani Asia aur Africa ke beech mein ek poora duniya ka hissa hai jahan ki zuban Arabi zuban hai, Arab language hai.</w:t>
      </w:r>
    </w:p>
    <w:p>
      <w:pPr>
        <w:jc w:val="right"/>
      </w:pPr>
      <w:r>
        <w:t>یعنیایشیااورافریقہکےبیچمیںایکپورا دنیا کاخط ہہے جہاںکی زبان عربکزبان ہے، عرب کلینگویجہے۔</w:t>
      </w:r>
    </w:p>
    <w:p>
      <w:r>
        <w:rPr>
          <w:b/>
        </w:rPr>
        <w:t xml:space="preserve">[1:08:55] </w:t>
      </w:r>
      <w:r>
        <w:t>jab ke us waqt Arab language sirf yani Arab Arabian peninsula mein boli jati thi. to yeh log jab is mein dakhil hue, unse interact kiya unhone to insan ki mind ki beshumar window khul gayi.</w:t>
      </w:r>
    </w:p>
    <w:p>
      <w:pPr>
        <w:jc w:val="right"/>
      </w:pPr>
      <w:r>
        <w:t>جب کہاسوقت عرب کلینگویجصرف یعنی عرب عربین پینسولامیںبولیجاتیتھی۔ تویہلوگ جباسمیںداخلہوئے ، انسےانٹریکٹکیاانہوںنے تو انسان کی مائنڈکیبےشمار ونڈو کھلگئی۔</w:t>
      </w:r>
    </w:p>
    <w:p>
      <w:r>
        <w:rPr>
          <w:b/>
        </w:rPr>
        <w:t xml:space="preserve">[1:09:14] </w:t>
      </w:r>
      <w:r>
        <w:t>yaad rakhiye, insan ka jo mind hai, woh aam halat mein woh dormant position mein hota hai. dormant position mein uski window ko kholne ke liye zaroori hai interaction.</w:t>
      </w:r>
    </w:p>
    <w:p>
      <w:pPr>
        <w:jc w:val="right"/>
      </w:pPr>
      <w:r>
        <w:t>یادرکھیے، انسانکاجومائنڈہے، وہ عامحالتمیںوہ ڈارمنٹپوزیشنمیںہوتاہے۔ ڈارمنٹپوزیشنمیں اسکیونڈوکوکھولنےکےلیے ضروریہے انٹریکشن۔</w:t>
      </w:r>
    </w:p>
    <w:p>
      <w:r>
        <w:rPr>
          <w:b/>
        </w:rPr>
        <w:t xml:space="preserve">[1:09:26] </w:t>
      </w:r>
      <w:r>
        <w:t>insanko dhakeldeejie aisi dunya mein jahan kelingvi woh na janta ho, jahan kalchuroh na janta ho, jahan ke source se woh familiar na ho.</w:t>
      </w:r>
    </w:p>
    <w:p>
      <w:pPr>
        <w:jc w:val="right"/>
      </w:pPr>
      <w:r>
        <w:t>انسانکو دھکیلدیجئے ایسیدنیا میں جہاںکیلینگویجوہنہجانتاہو، جہاںکلچروہنہجانتاہو، جہاںکے سورسسےوہفیملیئرنہہو ۔</w:t>
      </w:r>
    </w:p>
    <w:p>
      <w:r>
        <w:rPr>
          <w:b/>
        </w:rPr>
        <w:t xml:space="preserve">[1:09:38] </w:t>
      </w:r>
      <w:r>
        <w:t>to kya hoga? insani mind ke bohat se woh window khul jayenge jo abhi tak band the. aur yeh hua, unke potential sab jaag pade.</w:t>
      </w:r>
    </w:p>
    <w:p>
      <w:pPr>
        <w:jc w:val="right"/>
      </w:pPr>
      <w:r>
        <w:t>تو کیاہوگا؟ انسانی مائنڈکے بہت سے وہ ونڈوکھلجائیںگےجوابھیتکبندتھے۔ اوریہہوا، انکےپوٹینشلسبجاگپڑے۔</w:t>
      </w:r>
    </w:p>
    <w:p>
      <w:r>
        <w:rPr>
          <w:b/>
        </w:rPr>
        <w:t xml:space="preserve">[1:09:50] </w:t>
      </w:r>
      <w:r>
        <w:t>ek ek aadmi hero ban gaya.</w:t>
      </w:r>
    </w:p>
    <w:p>
      <w:pPr>
        <w:jc w:val="right"/>
      </w:pPr>
      <w:r>
        <w:t>ایکایکآدمیہیروبنگیا۔</w:t>
      </w:r>
    </w:p>
    <w:p>
      <w:r>
        <w:rPr>
          <w:b/>
        </w:rPr>
        <w:t xml:space="preserve">[1:09:54] </w:t>
      </w:r>
      <w:r>
        <w:t>hitt ne apni kitab jo hitti hai, full pak hitti "history of arab z", is mein woh kehta hai ke ke yeh jo companion the rasool Allah ke, to yeh sab yani ek hero'on ka group tha.</w:t>
      </w:r>
    </w:p>
    <w:p>
      <w:pPr>
        <w:jc w:val="right"/>
      </w:pPr>
      <w:r>
        <w:t>ہٹینےاپنیکتاب جوہٹیکیہے، فل پکےہٹی" ہسٹریآفداعرب ز"، اسمیںوہکہتاہےکہ کہ یہجو کمپینینتھےرسولاللہکے، تو یہ سب یعنی ایک ہیروؤںکاگروپتھا۔</w:t>
      </w:r>
    </w:p>
    <w:p>
      <w:r>
        <w:rPr>
          <w:b/>
        </w:rPr>
        <w:t xml:space="preserve">[1:10:10] </w:t>
      </w:r>
      <w:r>
        <w:t>ek ek aadmi is mein hero tha. hero kaise bana? isi tarah se bana. aap bhi hero hain, apne ko daal dijiye samundar mein, apne ko daal dijiye aisi dunya mein jahan aap ko doosron se interact karna pade.</w:t>
      </w:r>
    </w:p>
    <w:p>
      <w:pPr>
        <w:jc w:val="right"/>
      </w:pPr>
      <w:r>
        <w:t>ایکایکآدمیاسمیںہیروتھا۔ ہیروکیسےبنا؟ اسیطرحسےبنا۔ آپبھیہیروہیں، اپنےکوڈالدیجئے سمندرمیں ، اپنےکوڈالدیجئے ایسیدنیا میںجہاں آپکو دوسروںسےانٹریکٹکرناپڑے۔</w:t>
      </w:r>
    </w:p>
    <w:p>
      <w:r>
        <w:rPr>
          <w:b/>
        </w:rPr>
        <w:t xml:space="preserve">[1:10:25] </w:t>
      </w:r>
      <w:r>
        <w:t>ab dekhiye, aap bacha kar rakhna apne ko yeh aap ko zero banata hai. is ko achi tarah samajh lijiye, yeh law of nature hai.</w:t>
      </w:r>
    </w:p>
    <w:p>
      <w:pPr>
        <w:jc w:val="right"/>
      </w:pPr>
      <w:r>
        <w:t>اب دیکھیے،آپ بچاکررکھنا اپنےکو یہآپکو زیروبناتاہے۔ اسکواچھیطرح سمجھلیجئے،یہلاءآفنیچرہے۔</w:t>
      </w:r>
    </w:p>
    <w:p>
      <w:r>
        <w:rPr>
          <w:b/>
        </w:rPr>
        <w:t xml:space="preserve">[1:10:36] </w:t>
      </w:r>
      <w:r>
        <w:t>jab aap apne ko bacha kar rakhenge to aap zero ban jayenge, aur jab doosron ke samundar mein aap ko dhakeldeenge to aap hero ban jayenge.</w:t>
      </w:r>
    </w:p>
    <w:p>
      <w:pPr>
        <w:jc w:val="right"/>
      </w:pPr>
      <w:r>
        <w:t>جب آپاپنےکوبچاکررکھیںگے توآپزیروبنجائیںگے، اورجب دوسروںکے سمندرمیںآپکودھکیلدیںگے توآپہیروبنجائیںگے۔</w:t>
      </w:r>
    </w:p>
    <w:p>
      <w:r>
        <w:rPr>
          <w:b/>
        </w:rPr>
        <w:t xml:space="preserve">[1:10:46] </w:t>
      </w:r>
      <w:r>
        <w:t>yahi hua wahan par. yeh bhi ek rasool Allah sallallahu alaihi wasallam ne humein insan ek sabq diya kaha apne ko bacha kar mat rakho, dakhil ho jao dunya ke andar, khoob interact karo,</w:t>
      </w:r>
    </w:p>
    <w:p>
      <w:pPr>
        <w:jc w:val="right"/>
      </w:pPr>
      <w:r>
        <w:t>یہیہوا وہاںپر ۔ یہبھیایک رسولاللہصلیاللہعلیہوسلمنےہمیںانسان ایک سبقدیا کہاپنے کوبچاکرمترکھو، داخلہوجاؤدنیاکےاندر ، خوبانٹریکٹکرو،</w:t>
      </w:r>
    </w:p>
    <w:p>
      <w:r>
        <w:rPr>
          <w:b/>
        </w:rPr>
        <w:t xml:space="preserve">[1:10:58] </w:t>
      </w:r>
      <w:r>
        <w:t>seekho aur sikhao.</w:t>
      </w:r>
    </w:p>
    <w:p>
      <w:pPr>
        <w:jc w:val="right"/>
      </w:pPr>
      <w:r>
        <w:t>سیکھواورسکھاؤ۔</w:t>
      </w:r>
    </w:p>
    <w:p>
      <w:r>
        <w:rPr>
          <w:b/>
        </w:rPr>
        <w:t xml:space="preserve">[1:11:04] </w:t>
      </w:r>
      <w:r>
        <w:t>ek hadith hai, yeh sab mein bata raha hoon aap ko ke jisko mein kehta hoon "living model". to living model jo hai, woh is mein kya kya cheezein humein seekhne ko milti hain.</w:t>
      </w:r>
    </w:p>
    <w:p>
      <w:pPr>
        <w:jc w:val="right"/>
      </w:pPr>
      <w:r>
        <w:t>ایکحدیثہے، یہسبمیںبتارہاہوںآپکوکہ جسکومیںکہتاہوں"لیونگماڈل"۔ تو لیونگماڈلجوہے،وہ اسمیںکیا کیا چیزیںہمیںسیکھنےکوملتیہیں۔</w:t>
      </w:r>
    </w:p>
    <w:p>
      <w:r>
        <w:rPr>
          <w:b/>
        </w:rPr>
        <w:t xml:space="preserve">[1:11:18] </w:t>
      </w:r>
      <w:r>
        <w:t>to is mein se chand aspect ya chand pehlu is ke mein aap ke samne rakh raha hoon.</w:t>
      </w:r>
    </w:p>
    <w:p>
      <w:pPr>
        <w:jc w:val="right"/>
      </w:pPr>
      <w:r>
        <w:t>تواسمیںسےچند اسپیکٹ یاچند پہلواسکےمیںآپکےسامنےرکھرہاہوں۔</w:t>
      </w:r>
    </w:p>
    <w:p>
      <w:r>
        <w:rPr>
          <w:b/>
        </w:rPr>
        <w:t xml:space="preserve">[1:11:24] </w:t>
      </w:r>
      <w:r>
        <w:t>to rasool Allah ne kaha ke "min husn islam al mar turka ma la". yani yani kisi insan ka</w:t>
      </w:r>
    </w:p>
    <w:p>
      <w:pPr>
        <w:jc w:val="right"/>
      </w:pPr>
      <w:r>
        <w:t>تورسولاللہنےکہا کہ" من حسن اسلام المر ترک ہ مالا"۔یعنی یعنیکسی انسان کا</w:t>
      </w:r>
    </w:p>
    <w:p>
      <w:r>
        <w:rPr>
          <w:b/>
        </w:rPr>
        <w:t xml:space="preserve">[1:11:42] </w:t>
      </w:r>
      <w:r>
        <w:t>behtar, is kisi kisi shakhs ka behtar islam yeh hai ke woh la yani cheezon ko chhod de.</w:t>
      </w:r>
    </w:p>
    <w:p>
      <w:pPr>
        <w:jc w:val="right"/>
      </w:pPr>
      <w:r>
        <w:t>بہ تر، اس کسی کسی شخص کابہتر اسلام یہہے کہوہ لایعنیچیزوںکوچھوڑدے۔</w:t>
      </w:r>
    </w:p>
    <w:p>
      <w:r>
        <w:rPr>
          <w:b/>
        </w:rPr>
        <w:t xml:space="preserve">[1:11:51] </w:t>
      </w:r>
      <w:r>
        <w:t>la yani cheez woh hai, yani useless cheez hai, useless be faida. ab hum aapas mein sochen, aaj ki dunya mein hum apni zindagi ka more than 50 percent aise kamon mein bitate hain jiska koi faida nahi,</w:t>
      </w:r>
    </w:p>
    <w:p>
      <w:pPr>
        <w:jc w:val="right"/>
      </w:pPr>
      <w:r>
        <w:t>لایعنیچیزوہہے، یعنی یوسلیسچیزہے،یوسلیس بےفائدہ۔ ابہمآپسوچیں، آجکیدنیا میں ہم اپنیزندگی کاموردین50پرسنٹ ایسےکام وں میں بتاتےہیںجسکاکوئیفائدہنہیں،</w:t>
      </w:r>
    </w:p>
    <w:p>
      <w:r>
        <w:rPr>
          <w:b/>
        </w:rPr>
        <w:t xml:space="preserve">[1:12:09] </w:t>
      </w:r>
      <w:r>
        <w:t>koi faida nahi, koi faida nahi. aur taay aap dekhiye ke woh apne singar rooh mein khade ho kar ke ghanton ghanton apne ko sanwartih rehti hain.</w:t>
      </w:r>
    </w:p>
    <w:p>
      <w:pPr>
        <w:jc w:val="right"/>
      </w:pPr>
      <w:r>
        <w:t>کوئیفائدہنہیں ، کوئی فائدہنہیں ۔ اور طےآپدیکھیے کہوہ اپنے سنگارروحمیںکھڑیہوکرکے گھنٹوںگھنٹوں اپنےکو سنوارتیرہتیہیں۔</w:t>
      </w:r>
    </w:p>
    <w:p>
      <w:r>
        <w:rPr>
          <w:b/>
        </w:rPr>
        <w:t xml:space="preserve">[1:12:25] </w:t>
      </w:r>
      <w:r>
        <w:t>ab dekhen, kya faida hai is ko sanwarne ka?</w:t>
      </w:r>
    </w:p>
    <w:p>
      <w:pPr>
        <w:jc w:val="right"/>
      </w:pPr>
      <w:r>
        <w:t>ابدیکھیں،کیافائدہہےاسکوسنوار نےکا؟</w:t>
      </w:r>
    </w:p>
    <w:p>
      <w:r>
        <w:rPr>
          <w:b/>
        </w:rPr>
        <w:t xml:space="preserve">[1:12:28] </w:t>
      </w:r>
      <w:r>
        <w:t>agar kaha to inhein boodha hona hai, agar kaha to inhein marna hai. is asas ka is beautification ka kya faida hai? yani nature inhein agleification kar rahi hai.</w:t>
      </w:r>
    </w:p>
    <w:p>
      <w:pPr>
        <w:jc w:val="right"/>
      </w:pPr>
      <w:r>
        <w:t>اگر کہاتوانہیںبوڑھاہوناہے، اگرکہاتوانہیںمرناہے۔ اس اساسکا اس بیوٹیفیکیشنکاکیافائدہہے؟ یعنینیچرانہیں اگلیفائیکررہیہے۔</w:t>
      </w:r>
    </w:p>
    <w:p>
      <w:r>
        <w:rPr>
          <w:b/>
        </w:rPr>
        <w:t xml:space="preserve">[1:12:39] </w:t>
      </w:r>
      <w:r>
        <w:t>aap ghaur kijiye ke boodhapa, accident, maut, qabr mein jana to nature to inhein agleification kar rahi hai, aur aap zabardasti apne ko beautify kar rahe hain.</w:t>
      </w:r>
    </w:p>
    <w:p>
      <w:pPr>
        <w:jc w:val="right"/>
      </w:pPr>
      <w:r>
        <w:t>آپغورکیجئےکہبڑھاپا، ایکسیڈنٹ،موت ،قبرمیںجانا تو نیچرتوانہیںاگلیفائیکررہیہے، اور آپ زبردستیاپنےکو بیوٹیفائیکررہےہیں۔</w:t>
      </w:r>
    </w:p>
    <w:p>
      <w:r>
        <w:rPr>
          <w:b/>
        </w:rPr>
        <w:t xml:space="preserve">[1:12:52] </w:t>
      </w:r>
      <w:r>
        <w:t>jo aadmi yeh soch le ke nature mujhe jis taraf le ja rahi hai, woh aglification hai, woh kyunke mujhe boodha hona hai, accident hona hai, bimari hona hai, mar kar ke mitti mein mil jana hai,</w:t>
      </w:r>
    </w:p>
    <w:p>
      <w:pPr>
        <w:jc w:val="right"/>
      </w:pPr>
      <w:r>
        <w:t>جوآدمییہسوچلے کہ نیچرمجھےجسطرفلےجارہیہے، وہاگلیفیکیشنہے،وہ کیونکہ مج ھےبوڑھاہوناہے، ایکسیڈنٹہوناہے، بیماریہوناہے، مرکرکےمٹیمیںملجاناہے،</w:t>
      </w:r>
    </w:p>
    <w:p>
      <w:r>
        <w:rPr>
          <w:b/>
        </w:rPr>
        <w:t xml:space="preserve">[1:13:08] </w:t>
      </w:r>
      <w:r>
        <w:t>mar kar ke mitti mein mil jana hai, to is ka matlab hai ke nature aap ko aglification kar rahi hai, aur aap inhein beautification kar rahe hain. yeh kitni ridiculous hai yeh baat, kitni ridiculous hai yeh baat,</w:t>
      </w:r>
    </w:p>
    <w:p>
      <w:pPr>
        <w:jc w:val="right"/>
      </w:pPr>
      <w:r>
        <w:t>مرکرکےمٹیمیںملجاناہے، تواسکامطلبہےکہنیچرآپکو اگلیفائیکررہیہے، اور آپ انہیں بیوٹیفائیکررہےہیں۔ یہکتناریڈیکولسہےیہبات ،کتنیریڈیکولسہےیہبات،</w:t>
      </w:r>
    </w:p>
    <w:p>
      <w:r>
        <w:rPr>
          <w:b/>
        </w:rPr>
        <w:t xml:space="preserve">[1:13:21] </w:t>
      </w:r>
      <w:r>
        <w:t>kitni ridiculous baat hai. to waqt jo hai, itna kam hai, itna kam hai, itna kam hai keh hum saal guzari ko afford nahi kar sakte keh waqt ko aise kamon mein bitayein jiska koi, jiska koi purpose na ho, jiska koi faida na ho, jiska koi yani positive result, positive result na nikalne wala ho.</w:t>
      </w:r>
    </w:p>
    <w:p>
      <w:pPr>
        <w:jc w:val="right"/>
      </w:pPr>
      <w:r>
        <w:t>کتنیریڈیکولسباتیہہے۔ تو وقت جوہے، اتنا کم ہے، اتناکمہے، اتناکمہے کہہماسلگزریکو افورڈنہیںکرسکتےکہوقتکو ایسےکام وںمیںبت ائیں جسکاکوئی ،جسکاکوئیپرپسنہہو ،جسکاکوئیفائدہنہہو، جسکاکوئی یعنیپازیٹیورزلٹ، پازیٹیورزلٹنہنکلنےوالاہو۔</w:t>
      </w:r>
    </w:p>
    <w:p>
      <w:r>
        <w:rPr>
          <w:b/>
        </w:rPr>
        <w:t xml:space="preserve">[1:13:46] </w:t>
      </w:r>
      <w:r>
        <w:t>to mein sochta hoon ke yeh jo hadith hai, is ko hum yeh keh sakte hain ke yeh hai result oriented approach ka lesson hai. is mein result oriented approach yeh agar aadmi ke andar aa jaye, yahi ek baat ke is ka approach result oriented ban jaye,</w:t>
      </w:r>
    </w:p>
    <w:p>
      <w:pPr>
        <w:jc w:val="right"/>
      </w:pPr>
      <w:r>
        <w:t>تو میںسوچتاہوںکہ یہجوحدیثہے، اسکوہم یہکہہسکتےہیںکہیہہے رزلٹ اور ینٹڈاپروچ کالیسنہے۔اسمیں رزلٹ اورینٹڈاپروچ یہیاگر آدمیکےاندرآجائے،یہیایکبات کہاسکااپروچ رزلٹاورینٹڈبنجائے،</w:t>
      </w:r>
    </w:p>
    <w:p>
      <w:r>
        <w:rPr>
          <w:b/>
        </w:rPr>
        <w:t xml:space="preserve">[1:14:10] </w:t>
      </w:r>
      <w:r>
        <w:t>to mein samajhta hoon ke yeh kaafi hai.</w:t>
      </w:r>
    </w:p>
    <w:p>
      <w:pPr>
        <w:jc w:val="right"/>
      </w:pPr>
      <w:r>
        <w:t>تومیںسمجھتاہوںکہیہکافیہے۔</w:t>
      </w:r>
    </w:p>
    <w:p>
      <w:r>
        <w:rPr>
          <w:b/>
        </w:rPr>
        <w:t xml:space="preserve">[1:14:16] </w:t>
      </w:r>
      <w:r>
        <w:t>yahan mein ek waqia arz karunga ke prophet of Islam jo hamein model banaye gaye the, model hamare liye living model, to un ki soch kitni gehrai thi, un ki kitni door tak woh sochte the,</w:t>
      </w:r>
    </w:p>
    <w:p>
      <w:pPr>
        <w:jc w:val="right"/>
      </w:pPr>
      <w:r>
        <w:t>یہاںمیں ایک واقع ہعرضکروںگا کہ پرافٹ آفاسلام جو ہمیںماڈلبنائےگئےتھے،ماڈلہمارےلیے لیونگماڈل، توانکیسوچکتنیگہریتھی،انکی کتنیدور تکوہسوچتےتھے،</w:t>
      </w:r>
    </w:p>
    <w:p>
      <w:r>
        <w:rPr>
          <w:b/>
        </w:rPr>
        <w:t xml:space="preserve">[1:14:31] </w:t>
      </w:r>
      <w:r>
        <w:t>tabhi woh model ban paye hamare liye. yani prophet ke zamaney mein ek battle hui, us ko kehte hain battle of badr.</w:t>
      </w:r>
    </w:p>
    <w:p>
      <w:pPr>
        <w:jc w:val="right"/>
      </w:pPr>
      <w:r>
        <w:t>تبھیوہماڈلبنپائےہمارےلیے۔ یعنی پرافٹکےزمان ےمیں ایک بیٹلہوئی،اسکوکہتےہیںبیٹلآفبدر ۔</w:t>
      </w:r>
    </w:p>
    <w:p>
      <w:r>
        <w:rPr>
          <w:b/>
        </w:rPr>
        <w:t xml:space="preserve">[1:14:41] </w:t>
      </w:r>
      <w:r>
        <w:t>is Bethlehem prophet ko jeeta hui, aur jo doosre log the, unhein hara hui.</w:t>
      </w:r>
    </w:p>
    <w:p>
      <w:pPr>
        <w:jc w:val="right"/>
      </w:pPr>
      <w:r>
        <w:t>اس بیٹلمیں پرافٹکو جیتہوئی، اور جو دوسرےلوگتھے،انہیں ہارہوئی۔</w:t>
      </w:r>
    </w:p>
    <w:p>
      <w:r>
        <w:rPr>
          <w:b/>
        </w:rPr>
        <w:t xml:space="preserve">[1:14:51] </w:t>
      </w:r>
      <w:r>
        <w:t>badr ke maidan mein yeh hua tha. to unke seventeen aadmi pakde gaye, jo aajkal ki zuban mein kaha prisoners of war the, woh laye gaye madina,</w:t>
      </w:r>
    </w:p>
    <w:p>
      <w:pPr>
        <w:jc w:val="right"/>
      </w:pPr>
      <w:r>
        <w:t>بدرکےمیدانمیں یہہواتھا۔ تو انکے سی ونٹیآدمی پکڑےگئے، جو آجکل کیزبان میں کہا پریزنرزآف وارتھے، وہ لائےگئے مدینہ،</w:t>
      </w:r>
    </w:p>
    <w:p>
      <w:r>
        <w:rPr>
          <w:b/>
        </w:rPr>
        <w:t xml:space="preserve">[1:15:06] </w:t>
      </w:r>
      <w:r>
        <w:t>badr se pakad kar madina laye gaye, jahan aap rehte the.</w:t>
      </w:r>
    </w:p>
    <w:p>
      <w:pPr>
        <w:jc w:val="right"/>
      </w:pPr>
      <w:r>
        <w:t>بدرسےپکڑکرمدینہلائےگئے،جہاںآپ رہتےتھے۔</w:t>
      </w:r>
    </w:p>
    <w:p>
      <w:r>
        <w:rPr>
          <w:b/>
        </w:rPr>
        <w:t xml:space="preserve">[1:15:09] </w:t>
      </w:r>
      <w:r>
        <w:t>to is zaman e mein dekhiye, yeh log makkah ke, yeh sab makkah ke log the. to is zaman e mein makkah aur madinah mein yeh farq tha ke madinah mein education nahin thi.</w:t>
      </w:r>
    </w:p>
    <w:p>
      <w:pPr>
        <w:jc w:val="right"/>
      </w:pPr>
      <w:r>
        <w:t>تو اس زمان ےمیں دیکھیے، یہ لوگ مکہکے،یہسبمکہکےلوگتھے۔ تواسزمان ےمیں مکہاورمدینہمیں یہفرقتھا کہ مدینہمیں ایجوکیشننہیںتھی۔</w:t>
      </w:r>
    </w:p>
    <w:p>
      <w:r>
        <w:rPr>
          <w:b/>
        </w:rPr>
        <w:t xml:space="preserve">[1:15:22] </w:t>
      </w:r>
      <w:r>
        <w:t>log kheti bari karte the, kisan log the,</w:t>
      </w:r>
    </w:p>
    <w:p>
      <w:pPr>
        <w:jc w:val="right"/>
      </w:pPr>
      <w:r>
        <w:t>لوگکھیتیباڑیکرتے تھے،کسانلوگ تھے،</w:t>
      </w:r>
    </w:p>
    <w:p>
      <w:r>
        <w:rPr>
          <w:b/>
        </w:rPr>
        <w:t xml:space="preserve">[1:15:27] </w:t>
      </w:r>
      <w:r>
        <w:t>inko aqar kehte the, woh log bahut hi haqeer samajhte the. yeh to kheti bari karne wale log hain, yeh parhne likhne se kiya matlab inko?</w:t>
      </w:r>
    </w:p>
    <w:p>
      <w:pPr>
        <w:jc w:val="right"/>
      </w:pPr>
      <w:r>
        <w:t>انکو عقارکہتےتھے،وہلوگ بہتہیحق یرسمجھتےتھے۔ یہتوکھیتیباڑیکرنےوالےلوگہیں،یہ پڑھنےلکھنےسےکیامطلبانکو؟</w:t>
      </w:r>
    </w:p>
    <w:p>
      <w:r>
        <w:rPr>
          <w:b/>
        </w:rPr>
        <w:t xml:space="preserve">[1:15:36] </w:t>
      </w:r>
      <w:r>
        <w:t>ab makkah mein bade bade tajir the, wahan export import ka business woh karte the, is liye inka parhai likhai thi, kyunke export import ka business hai, inka tha, woh baghair parhai likhai ke nahin ho sakta tha. woh to makkah mein education thi, madinah mein education nahin thi.</w:t>
      </w:r>
    </w:p>
    <w:p>
      <w:pPr>
        <w:jc w:val="right"/>
      </w:pPr>
      <w:r>
        <w:t>ابمکہمیں بڑےبڑےتاجرتھے،وہاں ایکسپورٹامپورٹکابزنسوہکرتےتھے، اس لیےانکاپڑھائیلکھائیتھی،کیونکہایکسپورٹامپورٹکاجوبزنسہے،انکاتھا، وہبغیرپڑھائیلکھائیکےنہیںہوسکتاتھا۔وہ تو مکہمیں ایجوکیشنتھی، مد ینہمیںایجوکیشننہیںتھی۔</w:t>
      </w:r>
    </w:p>
    <w:p>
      <w:r>
        <w:rPr>
          <w:b/>
        </w:rPr>
        <w:t xml:space="preserve">[1:15:56] </w:t>
      </w:r>
      <w:r>
        <w:t>to rasool Allah ne yeh kiya ke aap ne in logon se kaha, woh 17 aadmi jo the, ke tum mein se jo shakhs madinah ke das bachon ko parha de,</w:t>
      </w:r>
    </w:p>
    <w:p>
      <w:pPr>
        <w:jc w:val="right"/>
      </w:pPr>
      <w:r>
        <w:t>تورسولاللہنےیہکیا کہ آپ نے انلوگوںسےکہا،وہ17آدمیجوتھے، کہتم میںسے جو شخص مدینہکے دسبچوںکوپڑھادے،</w:t>
      </w:r>
    </w:p>
    <w:p>
      <w:r>
        <w:rPr>
          <w:b/>
        </w:rPr>
        <w:t xml:space="preserve">[1:16:10] </w:t>
      </w:r>
      <w:r>
        <w:t>to is ke liye fidiya shumar hoga, aur hum inko chhod denge. yeh tha pehla school islam ki history mein jo khud profit ne qaim kiya,</w:t>
      </w:r>
    </w:p>
    <w:p>
      <w:pPr>
        <w:jc w:val="right"/>
      </w:pPr>
      <w:r>
        <w:t>تو اسکےلیے فدیہشمارہوگا، اور ہماسکوچھوڑدیںگے۔ یہ تھا پہلا اسکول اسلام کی ہسٹریمیں جو خود پرافٹ نےقائمکیا،</w:t>
      </w:r>
    </w:p>
    <w:p>
      <w:r>
        <w:rPr>
          <w:b/>
        </w:rPr>
        <w:t xml:space="preserve">[1:16:23] </w:t>
      </w:r>
      <w:r>
        <w:t>khud profit ke zariye qaim hone wala islam ki history mein pehla school yeh tha. aur yeh school kiya tha? yeh iske teacher hundred percent non muslim the,</w:t>
      </w:r>
    </w:p>
    <w:p>
      <w:pPr>
        <w:jc w:val="right"/>
      </w:pPr>
      <w:r>
        <w:t>خود پرافٹ کےذریعےقائمہونے والا اسلام کیہسٹریمیں پہلا اسکول یہتھا۔ اور یہاسکولکیاتھا؟یہ اسکے ٹیچر ہنڈرڈپرسنٹ نانمسلمتھے،</w:t>
      </w:r>
    </w:p>
    <w:p>
      <w:r>
        <w:rPr>
          <w:b/>
        </w:rPr>
        <w:t xml:space="preserve">[1:16:36] </w:t>
      </w:r>
      <w:r>
        <w:t>balkeh enemy the. yani kiya ajeeb baat hai yeh. aur yeh jo log the, woh inko chhodna bahut hi, bahut hi is mein risk tha.</w:t>
      </w:r>
    </w:p>
    <w:p>
      <w:pPr>
        <w:jc w:val="right"/>
      </w:pPr>
      <w:r>
        <w:t>بلکہ اینیمی تھے۔ یعنیکیساعجیبباتہےیہ۔ اور یہ جولوگتھے،وہ انکو چھوڑنابہت ہی،بہتہی اسمیںرسکتھا۔</w:t>
      </w:r>
    </w:p>
    <w:p>
      <w:r>
        <w:rPr>
          <w:b/>
        </w:rPr>
        <w:t xml:space="preserve">[1:16:50] </w:t>
      </w:r>
      <w:r>
        <w:t>yeh risk free game nahin tha, kyunke yeh koi bhi shakhs samajh sakta tha ke agar hum chhod dete hain in leader leader logon ko, to dobara ja kar ke phir yeh hamare khilaf organize karenge logon ko, aur phir attack karenge madinah ke upar.</w:t>
      </w:r>
    </w:p>
    <w:p>
      <w:pPr>
        <w:jc w:val="right"/>
      </w:pPr>
      <w:r>
        <w:t>یہرسکفریگیمنہیںتھا، کیونکہ یہکوئیبھی شخصسمجھسکتاتھاکہگوہمچھوڑدیتےہیں انلیڈرلیڈرلوگوںکو، تو دوبارہجاکرکےپھریہہمارےخلاف ارگنائزکریںگےلوگوںکو،اورپھراٹیککریںگےمدینہکےاوپر۔</w:t>
      </w:r>
    </w:p>
    <w:p>
      <w:r>
        <w:rPr>
          <w:b/>
        </w:rPr>
        <w:t xml:space="preserve">[1:17:05] </w:t>
      </w:r>
      <w:r>
        <w:t>aur sach much yeh hua, woh chhoot kar gaye, aur unko organize kiya, aur phir ek jang hui jis ko kehte hain uhud.</w:t>
      </w:r>
    </w:p>
    <w:p>
      <w:pPr>
        <w:jc w:val="right"/>
      </w:pPr>
      <w:r>
        <w:t>اور سچمچیہیہوا، وہچھوٹکرگئے، اور انکوارگنائزکیا، اور پھرایکجنگ ہوئیجسکوکہتےہیںاحد۔</w:t>
      </w:r>
    </w:p>
    <w:p>
      <w:r>
        <w:rPr>
          <w:b/>
        </w:rPr>
        <w:t xml:space="preserve">[1:17:16] </w:t>
      </w:r>
      <w:r>
        <w:t>uhud ki jang mein in zamanon ko shikast bhi hui.</w:t>
      </w:r>
    </w:p>
    <w:p>
      <w:pPr>
        <w:jc w:val="right"/>
      </w:pPr>
      <w:r>
        <w:t>احدکیجنگ میں انزمان وںکوشکستبھیہوئی۔</w:t>
      </w:r>
    </w:p>
    <w:p>
      <w:r>
        <w:rPr>
          <w:b/>
        </w:rPr>
        <w:t xml:space="preserve">[1:17:18] </w:t>
      </w:r>
      <w:r>
        <w:t>aap dekhen ke is mein kitna anokha sabak hai yeh future ko dekhne ka</w:t>
      </w:r>
    </w:p>
    <w:p>
      <w:pPr>
        <w:jc w:val="right"/>
      </w:pPr>
      <w:r>
        <w:t>آپ دیکھیںکہاسمیں کتنا انوکھاسبقہے یہفیوچرکودیکھنےکا</w:t>
      </w:r>
    </w:p>
    <w:p>
      <w:r>
        <w:rPr>
          <w:b/>
        </w:rPr>
        <w:t xml:space="preserve">[1:17:25] </w:t>
      </w:r>
      <w:r>
        <w:t>ke aaj agar che lagta tha ke yeh to enemy hain, yeh to dobara hamla kar sakte hain, lekin future ke aitbar se kiya tha</w:t>
      </w:r>
    </w:p>
    <w:p>
      <w:pPr>
        <w:jc w:val="right"/>
      </w:pPr>
      <w:r>
        <w:t>کہ آج اگر چہلگتاتھاکہیہتواین یمیہیں، یہتو دوبارہ حملہکرسکتےہیں، لیکن فیوچرکےاعتبارسےکیاتھا</w:t>
      </w:r>
    </w:p>
    <w:p>
      <w:r>
        <w:rPr>
          <w:b/>
        </w:rPr>
        <w:t xml:space="preserve">[1:17:34] </w:t>
      </w:r>
      <w:r>
        <w:t>ke ek trend set hota tha ke aye musalmanon, tum log ilm hasil karo, chahe kaise bhi ilm hasil mile tum ko. uttarb al ilm walau bin chin jana pade, tab bhi parho.</w:t>
      </w:r>
    </w:p>
    <w:p>
      <w:pPr>
        <w:jc w:val="right"/>
      </w:pPr>
      <w:r>
        <w:t>کہایکٹرینڈسیٹہوتاتھا کہ اےمسلمانوں،تملوگ علم حاصل کرو،چاہےکیسےبھیعلمحاصل ملےتم کو۔ اترب العلمبس ین چینجاناپڑے،تببھیپڑ ھو۔</w:t>
      </w:r>
    </w:p>
    <w:p>
      <w:r>
        <w:rPr>
          <w:b/>
        </w:rPr>
        <w:t xml:space="preserve">[1:17:48] </w:t>
      </w:r>
      <w:r>
        <w:t>prisoners of war se parhna pade, tab bhi parho. dushmanon se parhna pade, tab bhi parho. risk le kar parhna chale, tab bhi parho. aap ne ek trend set kiya rasool Allah ne is waqeye ke zariye.</w:t>
      </w:r>
    </w:p>
    <w:p>
      <w:pPr>
        <w:jc w:val="right"/>
      </w:pPr>
      <w:r>
        <w:t>پیزرزآفوارسےپڑھناپڑے،تببھیپڑھو۔ دشمنوںسےپڑھناپڑے،تببھیپڑھو۔ رسکلےکرپڑھنا چلے،تببھیپڑھو۔ آپ نےایکٹرینڈسیٹکیارسولاللہنے اسواقعےکےذریعے۔</w:t>
      </w:r>
    </w:p>
    <w:p>
      <w:r>
        <w:rPr>
          <w:b/>
        </w:rPr>
        <w:t xml:space="preserve">[1:18:00] </w:t>
      </w:r>
      <w:r>
        <w:t>agar che is ke nateeje mein uhud ki ladai hui jis mein kai musalman mare gaye. lekin ek trend set ho gaya musalmanon mein, ek nayi history bani.</w:t>
      </w:r>
    </w:p>
    <w:p>
      <w:pPr>
        <w:jc w:val="right"/>
      </w:pPr>
      <w:r>
        <w:t>اگر چہاسکےنتیجےمیں احدکیلڑائیہوئی جسمیںکئیمسلمانمارےگئے۔ لیکن ایک ٹرینڈسیٹہوگیا مسلمانوںمیں، ایک نئیہسٹریبنی ۔</w:t>
      </w:r>
    </w:p>
    <w:p>
      <w:r>
        <w:rPr>
          <w:b/>
        </w:rPr>
        <w:t xml:space="preserve">[1:18:12] </w:t>
      </w:r>
      <w:r>
        <w:t>yani ek risk le kar ke aap ne musalmanon mein education ka ek trend set kiya. chunancha aap jante hain ke ek waqt tha, kai sau sal ka, taqreeban aath sau sal ka, ke musalman jo the, education mein dunya ke imam bane hue the.</w:t>
      </w:r>
    </w:p>
    <w:p>
      <w:pPr>
        <w:jc w:val="right"/>
      </w:pPr>
      <w:r>
        <w:t>یعنیایک رسککولےکرکےآپنے مسلمانوںمیں ایجوکیشنکا ایکٹرینڈسیٹکیا۔ چنانچہآپجانتےہیںکہایکوقتتھا، کئیسو سالکا،تقریباًآٹھسوسالکا، کہ مس لمانجوتھے، ایجوکیشنمیںدنیا کےامامبنےہوئےتھے۔</w:t>
      </w:r>
    </w:p>
    <w:p>
      <w:r>
        <w:rPr>
          <w:b/>
        </w:rPr>
        <w:t xml:space="preserve">[1:18:30] </w:t>
      </w:r>
      <w:r>
        <w:t>yani jo cambridge university, is ko aap kehte hain britain ki cambridge university, kis ne banai thi? roger bacon ne.</w:t>
      </w:r>
    </w:p>
    <w:p>
      <w:pPr>
        <w:jc w:val="right"/>
      </w:pPr>
      <w:r>
        <w:t>یعنیجو کیمبرجیونیورسٹی،اسکوآپکہتےہیں برٹنکی کیمبرجیونیورسٹی،کسنےبنائیتھی؟ راجر بیکننے۔</w:t>
      </w:r>
    </w:p>
    <w:p>
      <w:r>
        <w:rPr>
          <w:b/>
        </w:rPr>
        <w:t xml:space="preserve">[1:18:40] </w:t>
      </w:r>
      <w:r>
        <w:t>woh kahan parhta tha? is ne is ne parha tha spain, muslim spain mein. muslim spain ki university thi, wahan parha is ne.</w:t>
      </w:r>
    </w:p>
    <w:p>
      <w:pPr>
        <w:jc w:val="right"/>
      </w:pPr>
      <w:r>
        <w:t>وہکہاںپڑھاتھا؟اسنے اس نےپڑھاتھا اسپ ین،مسلم اسپینمیں۔ مسلم اسپینکیمیںیونیورسٹیتھی،وہاںپڑھااسنے۔</w:t>
      </w:r>
    </w:p>
    <w:p>
      <w:r>
        <w:rPr>
          <w:b/>
        </w:rPr>
        <w:t xml:space="preserve">[1:18:48] </w:t>
      </w:r>
      <w:r>
        <w:t>roger bacon ne wahan se parh kar ke woh britain aaya, aur is ne oxford university banai. yeh itna ooncha, itna oonchaai tak pahunche musalman.</w:t>
      </w:r>
    </w:p>
    <w:p>
      <w:pPr>
        <w:jc w:val="right"/>
      </w:pPr>
      <w:r>
        <w:t>راجربیکننے وہاںسےپڑھکرکےوہبرٹنآیا،اوراسنے آکسفورڈیونیورسٹیبنائی۔ یہاتنا اونچا، اتنیاونچائیتکپہنچےمس لمان۔</w:t>
      </w:r>
    </w:p>
    <w:p>
      <w:r>
        <w:rPr>
          <w:b/>
        </w:rPr>
        <w:t xml:space="preserve">[1:18:58] </w:t>
      </w:r>
      <w:r>
        <w:t>to yeh school mein kahun ke ek history mein aap ne ek trend set kiya, ek risk le kar ke. kitna anokha yeh, kitna revolution re socha yeh ke ek ek healthy trend set karne ke liye risk lena.</w:t>
      </w:r>
    </w:p>
    <w:p>
      <w:pPr>
        <w:jc w:val="right"/>
      </w:pPr>
      <w:r>
        <w:t>تویہاسکومیںکہوںکہ ایکہسٹریمیںآپنےایکٹرینڈسیٹکیا، ایکرسکلےکرکے۔ کتنا انوکھایہ، کتنا ریولوشنریسوچہےیہ کہ ایکایک ہیلدی ٹرینڈسیٹکرنےکےلیے رسکلینا۔</w:t>
      </w:r>
    </w:p>
    <w:p>
      <w:r>
        <w:rPr>
          <w:b/>
        </w:rPr>
        <w:t xml:space="preserve">[1:19:16] </w:t>
      </w:r>
      <w:r>
        <w:t>aap ghaur kijiye, kitni badi blessing thi ke asas yani is yani in in musalmanon ke liye</w:t>
      </w:r>
    </w:p>
    <w:p>
      <w:pPr>
        <w:jc w:val="right"/>
      </w:pPr>
      <w:r>
        <w:t>آپغورکیجئے، کتنیبڑی بلیسنگتھی کہ اساس یعنی اس یعنی ان انمس لمانوںکےلیے</w:t>
      </w:r>
    </w:p>
    <w:p>
      <w:r>
        <w:rPr>
          <w:b/>
        </w:rPr>
        <w:t xml:space="preserve">[1:19:27] </w:t>
      </w:r>
      <w:r>
        <w:t>is tarah se ilm jo hai, iska shuruaat hui madine mein, phir damishq iska center bana, phir baghdad iska center bana, phir qairoon iska center bana, phir qurtuba aur woh woh granada aur catoppa iska center bana.</w:t>
      </w:r>
    </w:p>
    <w:p>
      <w:pPr>
        <w:jc w:val="right"/>
      </w:pPr>
      <w:r>
        <w:t>اسطرحسےعلم جوہے، اسکا شروعاتہوئی مدینہمیں، پھر دمشقاسکاسینٹربنا، پھربغداداسکاسینٹربنا، پھرقیروںاسکاسینٹربنا، پھر قرطبہ اور وہ وہ گر ناڈااور کاٹوپااسکاسینٹربنا۔</w:t>
      </w:r>
    </w:p>
    <w:p>
      <w:r>
        <w:rPr>
          <w:b/>
        </w:rPr>
        <w:t xml:space="preserve">[1:19:41] </w:t>
      </w:r>
      <w:r>
        <w:t>yahan tak ke yahi log the jinhon ne europe ko ilm pahunchaya.</w:t>
      </w:r>
    </w:p>
    <w:p>
      <w:pPr>
        <w:jc w:val="right"/>
      </w:pPr>
      <w:r>
        <w:t>یہاںتککہ یہیلوگ تھےجنہوںنے یورپکو علم پہنچایا۔</w:t>
      </w:r>
    </w:p>
    <w:p>
      <w:r>
        <w:rPr>
          <w:b/>
        </w:rPr>
        <w:t xml:space="preserve">[1:19:47] </w:t>
      </w:r>
      <w:r>
        <w:t>aap jante hain ke yeh jo jisko kehte hain arab numerals, yaani itna zabardast inke shauq badha hua, unhein pata chala ke india mein ek ek pandit hai jisne ek tareeqa daryaft kiya ginti ka.</w:t>
      </w:r>
    </w:p>
    <w:p>
      <w:pPr>
        <w:jc w:val="right"/>
      </w:pPr>
      <w:r>
        <w:t>آپجانتےہیںکہیہجو جسکوکہتےہیں عرب کنیومرل، یعنیاتنا زبردست انکےشوقبڑھاہوا، انہیںپتہچلاکہ انڈیامیں ایک ایک پنڈتہےجسنے ایک طریقہدریافتکیا گنتیکا۔</w:t>
      </w:r>
    </w:p>
    <w:p>
      <w:r>
        <w:rPr>
          <w:b/>
        </w:rPr>
        <w:t xml:space="preserve">[1:20:01] </w:t>
      </w:r>
      <w:r>
        <w:t>us waqt india ek closed society tha, india mein har nai cheez se bhadakte the log. to usne ek sanskrit mein ek template likha tha, new kaise ginti ki jaye, lekin yahan par woh raij nahi hua iska tha.</w:t>
      </w:r>
    </w:p>
    <w:p>
      <w:pPr>
        <w:jc w:val="right"/>
      </w:pPr>
      <w:r>
        <w:t>اسوقت انڈیاایککلوزسوسائٹیتھا، انڈیامیںہرنئیچیزسےبھڑکتےتھےلوگ ۔ تواسنےایک سنسکرتمیںایک ٹیمپلیٹلکھاتھا، نیوم کیسے گنتیکیجائے، لیکن یہاںپر وہرائجنہیںہواسکاتھا۔</w:t>
      </w:r>
    </w:p>
    <w:p>
      <w:r>
        <w:rPr>
          <w:b/>
        </w:rPr>
        <w:t xml:space="preserve">[1:20:15] </w:t>
      </w:r>
      <w:r>
        <w:t>mamoon ne wahan se aadmi bheja, usko le gaya translate kiya arab language mein. to is se pehle ginti jo ki jati thi, woh words mein hoti thi, jisko roman kehte hain.</w:t>
      </w:r>
    </w:p>
    <w:p>
      <w:pPr>
        <w:jc w:val="right"/>
      </w:pPr>
      <w:r>
        <w:t>ماموننےوہاںسےآدمیبھیجا، اسکولےگیا ٹرانسلیٹکیاعربکلینگویجمیں۔ تو اسسے پہلے گنتیجوکیجاتیتھی،وہ ورڈزمیںہوتیتھی، جسکوروم ن کہتےہیں۔</w:t>
      </w:r>
    </w:p>
    <w:p>
      <w:r>
        <w:rPr>
          <w:b/>
        </w:rPr>
        <w:t xml:space="preserve">[1:20:30] </w:t>
      </w:r>
      <w:r>
        <w:t>to roman numerals jo kehte hain, roman numerals ki wajah se science tarqqi nahi kar pati thi. bahut mushkil tha koi calculation, ek chhote se calculation ke liye aap ko poora itna bharna padta tha aap ko.</w:t>
      </w:r>
    </w:p>
    <w:p>
      <w:pPr>
        <w:jc w:val="right"/>
      </w:pPr>
      <w:r>
        <w:t>تو رومننیومرلزجوکہتےہیں، رومننیومرلزکیوجہسےسائنسترقینہیںکرپاتیتھی۔ بہت مشکل تھا کوئی کیلکولیشن، ایکچھوٹےسےکیلکولیشنکےلیےآپکوپورااتنابھرناپڑتاتھاآپکو۔</w:t>
      </w:r>
    </w:p>
    <w:p>
      <w:r>
        <w:rPr>
          <w:b/>
        </w:rPr>
        <w:t xml:space="preserve">[1:20:42] </w:t>
      </w:r>
      <w:r>
        <w:t>to roman numerals ki wajah se science ki tarqqi kar rahi hai, mathematics ki tarqqi kar rahi hai. phir musalmanon ne isko liya aur isko aage badhaya, isi liye inko arab numerals kaha jata tha, halanke woh the indian numerals.</w:t>
      </w:r>
    </w:p>
    <w:p>
      <w:pPr>
        <w:jc w:val="right"/>
      </w:pPr>
      <w:r>
        <w:t>تورومن نیومرلزکیوجہسے سائنسکیترقیرکیرہیہے، میتھمیٹکسکیترقیرکیرہیہے۔ پھرمسلمانوںنےاسکولیا اور اسکو آگےبڑھایا، اسیلیےانکو عرب کنیومرلکہاجاتاتھا، حالانکہوہتھےانڈیننیومرلز۔</w:t>
      </w:r>
    </w:p>
    <w:p>
      <w:r>
        <w:rPr>
          <w:b/>
        </w:rPr>
        <w:t xml:space="preserve">[1:20:57] </w:t>
      </w:r>
      <w:r>
        <w:t>lekin europe mein inko jab introduce kiya unhon ne, to europe walon ne isko indian numeral nahi kaha, balkeh arabic numeral kaha.</w:t>
      </w:r>
    </w:p>
    <w:p>
      <w:pPr>
        <w:jc w:val="right"/>
      </w:pPr>
      <w:r>
        <w:t>لیکن یورپمیںانکوجب انٹروڈیوسکیاانہوںنے، تویورپوالوںنےاسکو انڈیننیومرلنہیںکہا،بلکہ عربکنیومرلکہا۔</w:t>
      </w:r>
    </w:p>
    <w:p>
      <w:r>
        <w:rPr>
          <w:b/>
        </w:rPr>
        <w:t xml:space="preserve">[1:21:07] </w:t>
      </w:r>
      <w:r>
        <w:t>historians likhte hain ke arab numerals jab dunya mein aaya, tabhi mathematics ki tarqqi hui aur tabhi science ki tarqqi hui. agar yeh na aata arab numerals to tarqqi reh jati.</w:t>
      </w:r>
    </w:p>
    <w:p>
      <w:pPr>
        <w:jc w:val="right"/>
      </w:pPr>
      <w:r>
        <w:t>ہسٹورینلکھتےہیںکہعرب کنیومرلجبدنیا میںآیا،تبھی میتھمیٹکسکیترقیہوئی اور تبھی سائنسکیترقیہوئی۔ اگر یہ نہ آتا عرب کنیومرلز تو ترقیرکیرہتی۔</w:t>
      </w:r>
    </w:p>
    <w:p>
      <w:r>
        <w:rPr>
          <w:b/>
        </w:rPr>
        <w:t xml:space="preserve">[1:21:19] </w:t>
      </w:r>
      <w:r>
        <w:t>to yeh itna yeh zindagi mein yeh sab karna padta hai, ek risk lena padta hai aap ko. to rasool Allah ne dushmanon se musalmanon ko padhwaya.</w:t>
      </w:r>
    </w:p>
    <w:p>
      <w:pPr>
        <w:jc w:val="right"/>
      </w:pPr>
      <w:r>
        <w:t>تو یہ اتنا یہ زندگی میںیہسبکرناپڑتاہے، ایکرسکلیناپڑتاہےآپکو ۔ تورسولاللہنے دشمنوںسے مسلمانوںکوپڑھوایا۔</w:t>
      </w:r>
    </w:p>
    <w:p>
      <w:r>
        <w:rPr>
          <w:b/>
        </w:rPr>
        <w:t xml:space="preserve">[1:21:30] </w:t>
      </w:r>
      <w:r>
        <w:t>aap ghor kijiye, mushrikon se islam ko musalmanon ko padhwaya.</w:t>
      </w:r>
    </w:p>
    <w:p>
      <w:pPr>
        <w:jc w:val="right"/>
      </w:pPr>
      <w:r>
        <w:t>آپ غورکیجئے،مشرکوںسےاسلام کو مسلمانوںکوپڑھوایا۔</w:t>
      </w:r>
    </w:p>
    <w:p>
      <w:r>
        <w:rPr>
          <w:b/>
        </w:rPr>
        <w:t xml:space="preserve">[1:21:36] </w:t>
      </w:r>
      <w:r>
        <w:t>kyun padhwaya? yeh jante hue ke har sake is mein, lekin woh sake lekar aap ne ek trend set kiya history mein ke un mein padhne ka shauq badhega.</w:t>
      </w:r>
    </w:p>
    <w:p>
      <w:pPr>
        <w:jc w:val="right"/>
      </w:pPr>
      <w:r>
        <w:t>کیوں پڑھوایا؟ یہجانتےہوئےکہرسکہےاسمیں، لیکن وہرسکلےکرآپنےایکٹرینڈسیٹکیاہسٹریمیں کہانمیںپڑھنےکاشوق بڑھےگا۔</w:t>
      </w:r>
    </w:p>
    <w:p>
      <w:r>
        <w:rPr>
          <w:b/>
        </w:rPr>
        <w:t xml:space="preserve">[1:21:46] </w:t>
      </w:r>
      <w:r>
        <w:t>aur waqai badha. yeh ek waqt tha ke saari dunya se kitaben mangwai gayeen.</w:t>
      </w:r>
    </w:p>
    <w:p>
      <w:pPr>
        <w:jc w:val="right"/>
      </w:pPr>
      <w:r>
        <w:t>اورواقعی بڑھا۔ یہایکوقت تھاکہ ساریدنیا سےکتاب یںمنگوائیگئیں۔</w:t>
      </w:r>
    </w:p>
    <w:p>
      <w:r>
        <w:rPr>
          <w:b/>
        </w:rPr>
        <w:t xml:space="preserve">[1:21:55] </w:t>
      </w:r>
      <w:r>
        <w:t>is zamane mein jo jo kitaben iskandariya mein aur damishq mein aur jagah jagah kitaben jo thin, us zamane ke likhi hui, kyunke ilm ka raij nahi tha, to padi hui thin libraries mein.</w:t>
      </w:r>
    </w:p>
    <w:p>
      <w:pPr>
        <w:jc w:val="right"/>
      </w:pPr>
      <w:r>
        <w:t>اسزمانےمیں جو جوکتاب یں اسک ندریہمیں اور اور دمشقمیں اور جگہجگہکتابیں جو تھیں،اسزمانےکیلکھیہوئی، کیونکہعلم کارواجنہیںتھا،تو پڑی ہوئیتھیںلائبریریوںمیں۔</w:t>
      </w:r>
    </w:p>
    <w:p>
      <w:r>
        <w:rPr>
          <w:b/>
        </w:rPr>
        <w:t xml:space="preserve">[1:22:10] </w:t>
      </w:r>
      <w:r>
        <w:t>to mus das salik ko aap padhen to ismein behtareen dilchasp andaaz mein unhon ne likha hai ke</w:t>
      </w:r>
    </w:p>
    <w:p>
      <w:pPr>
        <w:jc w:val="right"/>
      </w:pPr>
      <w:r>
        <w:t>تو مس دسسالیکوآپپڑھیںتواسمیںبہتدلچسپاندازمیںانہوںنےلکھاہے کہ</w:t>
      </w:r>
    </w:p>
    <w:p>
      <w:r>
        <w:rPr>
          <w:b/>
        </w:rPr>
        <w:t xml:space="preserve">[1:22:18] </w:t>
      </w:r>
      <w:r>
        <w:t>hareem khalafat mein onthon par lat kar</w:t>
      </w:r>
    </w:p>
    <w:p>
      <w:pPr>
        <w:jc w:val="right"/>
      </w:pPr>
      <w:r>
        <w:t>حریم خلافتمیںاونٹوںپرلت کر</w:t>
      </w:r>
    </w:p>
    <w:p>
      <w:r>
        <w:rPr>
          <w:b/>
        </w:rPr>
        <w:t xml:space="preserve">[1:22:27] </w:t>
      </w:r>
      <w:r>
        <w:t>jo ab post period hai, khulafa ne ismein beshumar paisa kharch karte the. woh log bhejte the logon ko, jao kitaben khareed kar lao, jo na khareed te the use naqal karke lao.</w:t>
      </w:r>
    </w:p>
    <w:p>
      <w:pPr>
        <w:jc w:val="right"/>
      </w:pPr>
      <w:r>
        <w:t>جو ابپوسٹپیریڈہے، خلفاءنےاسمیں بےشمارپیسہخرچکرتے تھے۔وہلوگ بھیجتےتھےلوگوںکو،جاؤکتاب یںخریدکرلاؤ، جو نہخریدتےتھےاسےنقلکرکےلاؤ۔</w:t>
      </w:r>
    </w:p>
    <w:p>
      <w:r>
        <w:rPr>
          <w:b/>
        </w:rPr>
        <w:t xml:space="preserve">[1:22:38] </w:t>
      </w:r>
      <w:r>
        <w:t>to onthon par lad lad kar aati thin kitaben. to woh kehte hain ke hareem khalafat mein onthon par lat kar chale jate the misr yunan ke daftar,</w:t>
      </w:r>
    </w:p>
    <w:p>
      <w:pPr>
        <w:jc w:val="right"/>
      </w:pPr>
      <w:r>
        <w:t>تواونٹوںپرلادلادکرآتیتھیکتاب یں۔ تووہکہتےہیںکہحریم خلافتمیں اونٹوںپرلت کر چلےجاتےتھے مصر یونانکےدفتر،</w:t>
      </w:r>
    </w:p>
    <w:p>
      <w:r>
        <w:rPr>
          <w:b/>
        </w:rPr>
        <w:t xml:space="preserve">[1:22:51] </w:t>
      </w:r>
      <w:r>
        <w:t>misr mein, yunan mein, yaani greece mein aur egypt mein, aur jahan jahan unko pata chala ke wahan par yaani kitaben hain, usko mangate the. iska translation hota tha arab mein.</w:t>
      </w:r>
    </w:p>
    <w:p>
      <w:pPr>
        <w:jc w:val="right"/>
      </w:pPr>
      <w:r>
        <w:t>مصر میں،یونانمیں، یعنیگریسمیںاورایجپٹمیں، اور جہاںجہاںانکوپتہچلا کہ وہاںپر یعنی کتاب یںہیں، اسکومنگاتےتھے۔اسکاٹرانسیشنہوتاتھا عرب کمیں۔</w:t>
      </w:r>
    </w:p>
    <w:p>
      <w:r>
        <w:rPr>
          <w:b/>
        </w:rPr>
        <w:t xml:space="preserve">[1:23:05] </w:t>
      </w:r>
      <w:r>
        <w:t>to usi ko unhon ne kaha hai ke hareem khalafat mein onthon par lat kar</w:t>
      </w:r>
    </w:p>
    <w:p>
      <w:pPr>
        <w:jc w:val="right"/>
      </w:pPr>
      <w:r>
        <w:t>تواسیکوانہوںنےکہاہےکہ حریم خلافت میںاونٹوںپرلتکر</w:t>
      </w:r>
    </w:p>
    <w:p>
      <w:r>
        <w:rPr>
          <w:b/>
        </w:rPr>
        <w:t xml:space="preserve">[1:23:12] </w:t>
      </w:r>
      <w:r>
        <w:t>chale jate the misr yunan ke daftar</w:t>
      </w:r>
    </w:p>
    <w:p>
      <w:pPr>
        <w:jc w:val="right"/>
      </w:pPr>
      <w:r>
        <w:t>چلےجاتےتھے مصر یونانکےدفت</w:t>
      </w:r>
    </w:p>
    <w:p>
      <w:r>
        <w:rPr>
          <w:b/>
        </w:rPr>
        <w:t xml:space="preserve">[1:23:14] </w:t>
      </w:r>
      <w:r>
        <w:t>r. mein jis point par zor de raha hoon, wohi yeh hai ke risk lena padta hai zindagi mein koi bada kaam mein hazir hone ke liye. us waqt arbon mein padhai ka koi raij nahi tha, kuch bhi nahi tha.</w:t>
      </w:r>
    </w:p>
    <w:p>
      <w:pPr>
        <w:jc w:val="right"/>
      </w:pPr>
      <w:r>
        <w:t>ر۔ میں جس پوائنٹپرزوردےرہاہوں،وہیہہےکہ رسکلیناپڑتاہے زندگی میں کوئیبڑیکام میںحاضرہونےکےلیے۔ اسوقت عربوںمیںپڑھائیکاکوئیرواجنہیںتھا، کچھبھینہیںتھا۔</w:t>
      </w:r>
    </w:p>
    <w:p>
      <w:r>
        <w:rPr>
          <w:b/>
        </w:rPr>
        <w:t xml:space="preserve">[1:23:30] </w:t>
      </w:r>
      <w:r>
        <w:t>to ek naya raij dalna tha, ek naya trend set karna tha, education ke raste par inko daudana tha.</w:t>
      </w:r>
    </w:p>
    <w:p>
      <w:pPr>
        <w:jc w:val="right"/>
      </w:pPr>
      <w:r>
        <w:t>تو ایک نیارواجڈالناتھا،ایک نیا ٹرینڈسیٹکرناتھا، ایجوکیشنکےراستےپر انکودوڑاناتھا۔</w:t>
      </w:r>
    </w:p>
    <w:p>
      <w:r>
        <w:rPr>
          <w:b/>
        </w:rPr>
        <w:t xml:space="preserve">[1:23:38] </w:t>
      </w:r>
      <w:r>
        <w:t>to aap ne ek risk lekar ke aisa kiya ke pehla school jo aap ne qaim kiya, woh tha aisa school jismein saare teacher anya the, non muslim the.</w:t>
      </w:r>
    </w:p>
    <w:p>
      <w:pPr>
        <w:jc w:val="right"/>
      </w:pPr>
      <w:r>
        <w:t>توآپنےایکرسکلےکرکےایساکیا کہ پہلااسکولجوآپنےقائمکیا،وہتھا ایسا اسکولجسمیںسارے ٹیچراین یمیتھے، نانمسلمتھے۔</w:t>
      </w:r>
    </w:p>
    <w:p>
      <w:r>
        <w:rPr>
          <w:b/>
        </w:rPr>
        <w:t xml:space="preserve">[1:23:47] </w:t>
      </w:r>
      <w:r>
        <w:t>lekin iski wajah se kya hua? wahan kai problem bhi hote the. aap kitabon mein padhenge ke jo padhate the yeh yeh log, to musalmanon ke bachche padhte the unke yahan.</w:t>
      </w:r>
    </w:p>
    <w:p>
      <w:pPr>
        <w:jc w:val="right"/>
      </w:pPr>
      <w:r>
        <w:t>لیکن اسکیوجہسےکیاہوا ؟ وہاںکئیپرابلمبھیہوتےتھے۔ آپ کتاب وںمیںپڑھیںگےکہجو پڑھاتےتھےیہ یہلوگ ،تو مسلمانوںکےبچےپڑھتےتھےانکےہاں۔</w:t>
      </w:r>
    </w:p>
    <w:p>
      <w:r>
        <w:rPr>
          <w:b/>
        </w:rPr>
        <w:t xml:space="preserve">[1:24:00] </w:t>
      </w:r>
      <w:r>
        <w:t>to aik aata hai qissa keh aik tha, woh woh maarta tha bachchon ko apna ghussa utaarne ke liye.</w:t>
      </w:r>
    </w:p>
    <w:p>
      <w:pPr>
        <w:jc w:val="right"/>
      </w:pPr>
      <w:r>
        <w:t>تو ایک آتاہے قص ہکہ ایک تھا،وہ وہمارتاتھابچوںکو اپناغصہاتارنےکےلیے۔</w:t>
      </w:r>
    </w:p>
    <w:p>
      <w:r>
        <w:rPr>
          <w:b/>
        </w:rPr>
        <w:t xml:space="preserve">[1:24:08] </w:t>
      </w:r>
      <w:r>
        <w:t>yani woh aadmi jo pakad kar aaya tha madina makkah ka tha, woh pakad kar aaya tha aur apne ko qaid qaid mein paata tha. woh to ghussa utaarne ke liye woh musalman bachchon ko maarta tha.</w:t>
      </w:r>
    </w:p>
    <w:p>
      <w:pPr>
        <w:jc w:val="right"/>
      </w:pPr>
      <w:r>
        <w:t>یعنیوہآدمی جو پکڑکرآیاتھامدینہ مکےکاتھا،وہ پکڑکرآیاتھا اور اپنےکوقیدی قیدمیںپاتاتھا۔وہ تو غصہاتارنےکےلیے وہمسلمانبچوںکومارتاتھا۔</w:t>
      </w:r>
    </w:p>
    <w:p>
      <w:r>
        <w:rPr>
          <w:b/>
        </w:rPr>
        <w:t xml:space="preserve">[1:24:22] </w:t>
      </w:r>
      <w:r>
        <w:t>iske baghair iski tarah paisa nahi kiya gaya keh isko band karo, bhagao inko, inko qatl kar do. yeh nahi kiya gaya. khaas baat dekhne ki hai keh iske bawajood keh woh musalman bachche ko maarta tha, aisa nahi kiya gaya keh aisa is school ko band kar diya gaya.</w:t>
      </w:r>
    </w:p>
    <w:p>
      <w:pPr>
        <w:jc w:val="right"/>
      </w:pPr>
      <w:r>
        <w:t>اسکےبغیراسکیطرحپیسہنہیںکیاگیاکہاسکولبندکرو، بھگاؤانکو،انکوقتلکردو۔یہنہیںکیاگیا۔ خاص باتدیکھنےکیہےکہاسکےباوجود کہوہ مسلمانبچےکومارتاتھا، ایسانہیں کیاگیا کہ اسیاسکولکوبندکردیاگیا۔</w:t>
      </w:r>
    </w:p>
    <w:p>
      <w:r>
        <w:rPr>
          <w:b/>
        </w:rPr>
        <w:t xml:space="preserve">[1:24:38] </w:t>
      </w:r>
      <w:r>
        <w:t>to aik school lene ka maamla tha. yeh jab aap school lenge to kuch na kuch aisi baatein pesh aayengi, kuch na kuch unpleasant baatein.</w:t>
      </w:r>
    </w:p>
    <w:p>
      <w:pPr>
        <w:jc w:val="right"/>
      </w:pPr>
      <w:r>
        <w:t>توایکرسکلینےکامعاملہتھا۔یہ جبآپ رسکلیںگےتوکچھنہکچھ ایسیباتیںپیشآئیںگی، کچھنہکچھانپلیزنٹباتیں۔</w:t>
      </w:r>
    </w:p>
    <w:p>
      <w:r>
        <w:rPr>
          <w:b/>
        </w:rPr>
        <w:t xml:space="preserve">[1:24:48] </w:t>
      </w:r>
      <w:r>
        <w:t>islam jo itna phaila hai, to kya aise thodi phaila hai keh aap aik cartoon ko chhaap dein to hungama khada kar dein duniya mein aur khud hi aap ko marwaein katwaein? aise logon ne islam nahi phailaya hai.</w:t>
      </w:r>
    </w:p>
    <w:p>
      <w:pPr>
        <w:jc w:val="right"/>
      </w:pPr>
      <w:r>
        <w:t>اسلام جواتناپھیلاہے،توکیا ایسےتھوڑیپھیلاہےکہآپ ایک کارٹونکوچھاپدیںتوہنگامہکھڑاکردیںدنیامیںاورخودہیآپکو مروائیںکٹوائیں؟ ایسےلوگوںنےاسلام نہیںپھیلایاہے۔</w:t>
      </w:r>
    </w:p>
    <w:p>
      <w:r>
        <w:rPr>
          <w:b/>
        </w:rPr>
        <w:t xml:space="preserve">[1:24:58] </w:t>
      </w:r>
      <w:r>
        <w:t>woh doosre log thay jo is se oopar uth kar sochte thay,</w:t>
      </w:r>
    </w:p>
    <w:p>
      <w:pPr>
        <w:jc w:val="right"/>
      </w:pPr>
      <w:r>
        <w:t>وہ دوسرےلوگ تھے جو اسسےاوپراٹھکرسوچتےتھے،</w:t>
      </w:r>
    </w:p>
    <w:p>
      <w:r>
        <w:rPr>
          <w:b/>
        </w:rPr>
        <w:t xml:space="preserve">[1:25:03] </w:t>
      </w:r>
      <w:r>
        <w:t>is tarah ki cheezon se bohat oopar uth kar sochte thay. woh jisko mein kaha karta hoon keh big brain thinker thay, woh big brain thinker. to Rasool Allah ne bohat bada school liya is liye keh musalmanon mein, aap ki ummat mein aik naya trend set ho keh hamein padhna hai, hamein educational lena hai.</w:t>
      </w:r>
    </w:p>
    <w:p>
      <w:pPr>
        <w:jc w:val="right"/>
      </w:pPr>
      <w:r>
        <w:t>اس طرح کے چیزوںسےبہت اوپراٹھکرسوچتےتھے۔وہ جسکومیںکہاکرتاہوںکہبگبرڈتھنکرتھے،وہ بگبرڈتھنکر۔ تورسولاللہنے بہت بڑارسکلیااس لیےکہ مسلمانوںمیں، آپکی امت میں ایک نیاٹرینڈسیٹہو کہہمیںپڑھناہے، ہمیںایجوکیشنلیناہے۔</w:t>
      </w:r>
    </w:p>
    <w:p>
      <w:r>
        <w:rPr>
          <w:b/>
        </w:rPr>
        <w:t xml:space="preserve">[1:25:23] </w:t>
      </w:r>
      <w:r>
        <w:t>aur waqai aisa hua keh aik musalsal likhne likha hai keh aath sau saal tak history mein aisa hua hai, is ilm ka darya jo hai, east se west tak aata tha.</w:t>
      </w:r>
    </w:p>
    <w:p>
      <w:pPr>
        <w:jc w:val="right"/>
      </w:pPr>
      <w:r>
        <w:t>اور واقعی ایساہواکہایکمس لسلنےلکھاہے کہ آٹھسوسالتک ہسٹریمیںایساہواہے، اس علم کا دریا جوہے، ایسٹسےویسٹتک آتاتھا۔</w:t>
      </w:r>
    </w:p>
    <w:p>
      <w:r>
        <w:rPr>
          <w:b/>
        </w:rPr>
        <w:t xml:space="preserve">[1:25:34] </w:t>
      </w:r>
      <w:r>
        <w:t>ilm ka darya ab ab abaltah ho gaya. aap jaante hain keh west se east ki taraf darya aa raha hai. ilm ka darya, river of knowledge woh hai, iska flow woh hai, west se east ki taraf hai.</w:t>
      </w:r>
    </w:p>
    <w:p>
      <w:pPr>
        <w:jc w:val="right"/>
      </w:pPr>
      <w:r>
        <w:t>علم کادریا اب اب ابالٹاہوگیا۔آپجانتےہیںکہویسٹسےایسٹکیطرفدریا آرہاہے۔ علم کادریا ،ریور آف نالججوہے،اسکافلوجوہے، ویسٹسےایسٹکیطرف ہے۔</w:t>
      </w:r>
    </w:p>
    <w:p>
      <w:r>
        <w:rPr>
          <w:b/>
        </w:rPr>
        <w:t xml:space="preserve">[1:25:45] </w:t>
      </w:r>
      <w:r>
        <w:t>aaj aik cheez jo maine paayi hai prophet ki zindagi ko padh kar, woh yeh hai keh reaction ki soch se munh par rehna,</w:t>
      </w:r>
    </w:p>
    <w:p>
      <w:pPr>
        <w:jc w:val="right"/>
      </w:pPr>
      <w:r>
        <w:t>آجایکچیزجومیںنےپائیہے پرافٹ کی زندگی کوپڑھکر، وہیہہے کہ ریایک شن کی سوچسے منہپر رہنا،</w:t>
      </w:r>
    </w:p>
    <w:p>
      <w:r>
        <w:rPr>
          <w:b/>
        </w:rPr>
        <w:t xml:space="preserve">[1:25:59] </w:t>
      </w:r>
      <w:r>
        <w:t>kisi bhi situation mein react na karna, balkeh positive thinking par apne ko qaim rakhna. iski aik bohat hi extreme misaal mein batata hoon aap ke saamne</w:t>
      </w:r>
    </w:p>
    <w:p>
      <w:pPr>
        <w:jc w:val="right"/>
      </w:pPr>
      <w:r>
        <w:t>کسی بھی سچویشنمیں ریایکٹنہکرنا ،بلکہ پوزیٹیوتھنکنگپراپنےکو قائمرکھنا۔ اسکیایکبہت ہی ایکسٹریم مثال میںبتاتاہوںآپکےسامنے</w:t>
      </w:r>
    </w:p>
    <w:p>
      <w:r>
        <w:rPr>
          <w:b/>
        </w:rPr>
        <w:t xml:space="preserve">[1:26:15] </w:t>
      </w:r>
      <w:r>
        <w:t>keh prophet paida hue makkah mein aur chaalees saal ki jab aap hue to aap ko Khuda ne paighambar banaya.</w:t>
      </w:r>
    </w:p>
    <w:p>
      <w:pPr>
        <w:jc w:val="right"/>
      </w:pPr>
      <w:r>
        <w:t>کہ پرافٹ پیدا ہوئے مکہمیں اور چالیسسال کی جبآپہوئے توآپکو خدانےپیغمبربنایا۔</w:t>
      </w:r>
    </w:p>
    <w:p>
      <w:r>
        <w:rPr>
          <w:b/>
        </w:rPr>
        <w:t xml:space="preserve">[1:26:29] </w:t>
      </w:r>
      <w:r>
        <w:t>13 saal tak makkah mein aap apna mission chalate rahe, 13 saal</w:t>
      </w:r>
    </w:p>
    <w:p>
      <w:pPr>
        <w:jc w:val="right"/>
      </w:pPr>
      <w:r>
        <w:t>13 سال تک مکہمیںآپ اپنامشنچلاتےرہے، 13سال</w:t>
      </w:r>
    </w:p>
    <w:p>
      <w:r>
        <w:rPr>
          <w:b/>
        </w:rPr>
        <w:t xml:space="preserve">[1:26:39] </w:t>
      </w:r>
      <w:r>
        <w:t>yani apni paighambari umr ka aadhe se zyada. lekin makkah wale jo thay, aap ke bohat zyada mukhalif ho gaye.</w:t>
      </w:r>
    </w:p>
    <w:p>
      <w:pPr>
        <w:jc w:val="right"/>
      </w:pPr>
      <w:r>
        <w:t>یعنی اپنی پیغمبرانہعمر کا آدھےسےزیادہ ۔لیکن مک ہوالے جو تھے، آپ کے بہت زیادہ مخالفہوگئے۔</w:t>
      </w:r>
    </w:p>
    <w:p>
      <w:r>
        <w:rPr>
          <w:b/>
        </w:rPr>
        <w:t xml:space="preserve">[1:26:51] </w:t>
      </w:r>
      <w:r>
        <w:t>har qism ki</w:t>
      </w:r>
    </w:p>
    <w:p>
      <w:pPr>
        <w:jc w:val="right"/>
      </w:pPr>
      <w:r>
        <w:t>ہرقسم کی</w:t>
      </w:r>
    </w:p>
    <w:p>
      <w:r>
        <w:rPr>
          <w:b/>
        </w:rPr>
        <w:t xml:space="preserve">[1:26:56] </w:t>
      </w:r>
      <w:r>
        <w:t>aap ne aap ke raaste mein har qism ki rukawatein daali, yahan tak keh aap ko maar daalne ke peeche padh gaye.</w:t>
      </w:r>
    </w:p>
    <w:p>
      <w:pPr>
        <w:jc w:val="right"/>
      </w:pPr>
      <w:r>
        <w:t>آپنے آپ کےراستےمیںہرقسم کی رکاوٹیں ڈ الیں، یہاںتک کہآپ کو مار ڈالنےکے پیچھےپڑگئے۔</w:t>
      </w:r>
    </w:p>
    <w:p>
      <w:r>
        <w:rPr>
          <w:b/>
        </w:rPr>
        <w:t xml:space="preserve">[1:27:10] </w:t>
      </w:r>
      <w:r>
        <w:t>jab yeh hua to aap ne apne saahibiyon se kaha keh tum bohat hi khamoshi ke saath makkah se chale jao aur madine mein ja kar ke settle ho jao, kyunke madine mein us waqt aap ke liye favorable haalaat thay.</w:t>
      </w:r>
    </w:p>
    <w:p>
      <w:pPr>
        <w:jc w:val="right"/>
      </w:pPr>
      <w:r>
        <w:t>جبیہہواتوآپ نے اپنے ساتھیوںسےکہاکہتم بہت ہی خاموشیکےساتھ مکہسےچلےجاؤ اور مدینےمیںجاکرکےسیٹلہوجاؤ،کیونکہمدینہمیںاسوقت آپکےلیے فیوریبلحالاتتھے۔</w:t>
      </w:r>
    </w:p>
    <w:p>
      <w:r>
        <w:rPr>
          <w:b/>
        </w:rPr>
        <w:t xml:space="preserve">[1:27:26] </w:t>
      </w:r>
      <w:r>
        <w:t>yani makkah mein haalaat us waqt favorable nahi thay, lekin madine mein favorable thay. to sab log dheere dheere dheere dheere jaane lage, yahan tak keh khud prophet bhi makkah chhod kar madine chale gaye.</w:t>
      </w:r>
    </w:p>
    <w:p>
      <w:pPr>
        <w:jc w:val="right"/>
      </w:pPr>
      <w:r>
        <w:t>یعنی مکہمیں حالات اسوقت فیوریبلنہیںتھے، لیکن مدینہمیں فیوریبل تھے۔ تو سبلوگ دھیرےدھیرےدھیرےدھیرےجانےلگے،یہاںتککہخود پرافٹبھی مکہچھوڑکرمدینہچلےگئے۔</w:t>
      </w:r>
    </w:p>
    <w:p>
      <w:r>
        <w:rPr>
          <w:b/>
        </w:rPr>
        <w:t xml:space="preserve">[1:27:40] </w:t>
      </w:r>
      <w:r>
        <w:t>dekhein, yahan par aik bohat hi anokhi baat hai jis ka mein reference dena chahta hoon aap ko keh jab aap madine pahunche, jahan aap ke bohat se maanne wale paida ho chuke thay, kyunke kitabon mein aata hai keh jab aap ne yeh faisla kiya keh madine chale jaana hai makkah chhod kar,</w:t>
      </w:r>
    </w:p>
    <w:p>
      <w:pPr>
        <w:jc w:val="right"/>
      </w:pPr>
      <w:r>
        <w:t>دیکھیں،یہاںپرایک بہت ہی انوکھیباتہے جسکامیں ریفرنسدیناچاہتاہوںآپکو کہجب آپ مدینہ پہنچے، جہاںآپکےبہت سے ماننےوالے پیدا ہوچکےتھے، کیونکہ کتاب وںمیںآتاہےکہجبآپنےیہفیصلہکیا کہ مدینہ چلےجاناہے مکہچھوڑکر،</w:t>
      </w:r>
    </w:p>
    <w:p>
      <w:r>
        <w:rPr>
          <w:b/>
        </w:rPr>
        <w:t xml:space="preserve">[1:28:00] </w:t>
      </w:r>
      <w:r>
        <w:t>to aap ne apne do saahibiyon ko bheja wahan keh islam ka message phailayein. inko muqri kaha jaata tha. muqri</w:t>
      </w:r>
    </w:p>
    <w:p>
      <w:pPr>
        <w:jc w:val="right"/>
      </w:pPr>
      <w:r>
        <w:t>تو آپ نے اپنے دو ساتھیوںکوبھیجاوہاں کہاسلام کامیسجپھیلائیں۔ انکو مق ریکہاجاتا تھا۔مقری</w:t>
      </w:r>
    </w:p>
    <w:p>
      <w:r>
        <w:rPr>
          <w:b/>
        </w:rPr>
        <w:t xml:space="preserve">[1:28:10] </w:t>
      </w:r>
      <w:r>
        <w:t>muqri ka matlab hota hai reader. muqri ka matlab hota hai padh kar sunane wala. in logon ki preaching kya thi?</w:t>
      </w:r>
    </w:p>
    <w:p>
      <w:pPr>
        <w:jc w:val="right"/>
      </w:pPr>
      <w:r>
        <w:t>،مقریکامطلبہوتاہے ریڈر۔ مقریکامطلبہوتاہے پڑھکرسنانےوالا۔ انلوگوںکی پریچنگکیاتھی؟</w:t>
      </w:r>
    </w:p>
    <w:p>
      <w:r>
        <w:rPr>
          <w:b/>
        </w:rPr>
        <w:t xml:space="preserve">[1:28:21] </w:t>
      </w:r>
      <w:r>
        <w:t>simply yeh thi keh woh Quran ke kuch hisse jo unhein yaad hote thay, padh kar sunate thay. jahan unhone dekha keh das paanch aadmi baithe hue hain, koi assembly hai, wahan chale gaye, wahan sunana shuru kar diya.</w:t>
      </w:r>
    </w:p>
    <w:p>
      <w:pPr>
        <w:jc w:val="right"/>
      </w:pPr>
      <w:r>
        <w:t>سمپلییہتھیکہوہ قرآنکےکچھحصے جو انہیں یاد ہوتےتھے، پڑھکرسناتےتھے۔ جہاںانہوںنےدیکھاکہدسپانچآدمیبیٹھےہوئےہیں، کوئیاسمبلیہے، وہاںچلےگئے، وہاںسناناشروعکردیا۔</w:t>
      </w:r>
    </w:p>
    <w:p>
      <w:r>
        <w:rPr>
          <w:b/>
        </w:rPr>
        <w:t xml:space="preserve">[1:28:35] </w:t>
      </w:r>
      <w:r>
        <w:t>yeh tha inka daawa work</w:t>
      </w:r>
    </w:p>
    <w:p>
      <w:pPr>
        <w:jc w:val="right"/>
      </w:pPr>
      <w:r>
        <w:t>یہ تھا انکا دعویٰورک</w:t>
      </w:r>
    </w:p>
    <w:p>
      <w:r>
        <w:rPr>
          <w:b/>
        </w:rPr>
        <w:t xml:space="preserve">[1:28:39] </w:t>
      </w:r>
      <w:r>
        <w:t>is daawa work se yeh haal hua keh kitabon mein aata hai keh "fa lam tabqa daarun min duar al-ansar illa wa dakhala fil islam" yaani madine ke ghar ghar mein islam phail gaya.</w:t>
      </w:r>
    </w:p>
    <w:p>
      <w:pPr>
        <w:jc w:val="right"/>
      </w:pPr>
      <w:r>
        <w:t>۔ اسدعویٰورکسےیہحالہواکہ کتاب وںمیںآتاہےکہ "ف لم تب کا دار م من دور الانصار الا ودخل فی الاسلام" یعنیمدینےکے گھرگھرمیں اسلام پھیلگیا۔</w:t>
      </w:r>
    </w:p>
    <w:p>
      <w:r>
        <w:rPr>
          <w:b/>
        </w:rPr>
        <w:t xml:space="preserve">[1:28:53] </w:t>
      </w:r>
      <w:r>
        <w:t>to aap ne wahan par makkah se migrate kar ke aap madine gaye. jab aap wahan pahunche hain to aaj kal kya hota hai?</w:t>
      </w:r>
    </w:p>
    <w:p>
      <w:pPr>
        <w:jc w:val="right"/>
      </w:pPr>
      <w:r>
        <w:t>تو آپ نےوہاںپر مک ےسے مائیگریٹکرکےآپمدینہگئے۔ جب آپ وہاںپہنچےہیں تو آجکلکیاہوتاہے؟</w:t>
      </w:r>
    </w:p>
    <w:p>
      <w:r>
        <w:rPr>
          <w:b/>
        </w:rPr>
        <w:t xml:space="preserve">[1:29:06] </w:t>
      </w:r>
      <w:r>
        <w:t>jab koi leader kaheen</w:t>
      </w:r>
    </w:p>
    <w:p>
      <w:pPr>
        <w:jc w:val="right"/>
      </w:pPr>
      <w:r>
        <w:t>جب کوئی لیڈر کہیں</w:t>
      </w:r>
    </w:p>
    <w:p>
      <w:r>
        <w:rPr>
          <w:b/>
        </w:rPr>
        <w:t xml:space="preserve">[1:29:12] </w:t>
      </w:r>
      <w:r>
        <w:t>se is tarah se migrate karta hai ke wahan ke log is ke dushman ban gaye hon, to kya karta hai woh? Maine kai baar aisa hua hai ke kai aise log dekhe hain jo apne dais se bhag kar kaheen gaye hue hain.</w:t>
      </w:r>
    </w:p>
    <w:p>
      <w:pPr>
        <w:jc w:val="right"/>
      </w:pPr>
      <w:r>
        <w:t>سےاسطرحسے مائیگریٹکرتاہےکہوہاںکےلوگ اسکےدشمنبنگئےہوں، تو کیا کرتاہےوہ ؟میںنےکئیبار ایساہواہےکہکئیایسےلوگ دیکھےہیں جو اپنے دیسسے بھاگکرکہیںگئےہوئےہیں۔</w:t>
      </w:r>
    </w:p>
    <w:p>
      <w:r>
        <w:rPr>
          <w:b/>
        </w:rPr>
        <w:t xml:space="preserve">[1:29:26] </w:t>
      </w:r>
      <w:r>
        <w:t>kai jagah maine dekha, Bangkok mein aur America mein aur kai jagah, woh har waqt sirf shikayatein bayan karte hain ke mere dais ki government aisi kharab hai, mere dais ka system itna kharab hai.</w:t>
      </w:r>
    </w:p>
    <w:p>
      <w:pPr>
        <w:jc w:val="right"/>
      </w:pPr>
      <w:r>
        <w:t>کئیجگہمیںنےدیکھا، بینکاکمیں اور امریک ہمیں اورکئیجگہ، وہ ہروقت صرف شکایتیںبیانکرتے ہیں کہمیرےدیسکیگورنمنٹایسیخرابہے، میرےدیسکاسسٹماتناخرابہے۔</w:t>
      </w:r>
    </w:p>
    <w:p>
      <w:r>
        <w:rPr>
          <w:b/>
        </w:rPr>
        <w:t xml:space="preserve">[1:29:43] </w:t>
      </w:r>
      <w:r>
        <w:t>aur un ke paas maine dekh kar koi doosra subject nahin hota hai. Subah se shaam tak jo milega, us se apne dais ki jahan ko chhod kar aaye hain, woh us ki burai bayan karna</w:t>
      </w:r>
    </w:p>
    <w:p>
      <w:pPr>
        <w:jc w:val="right"/>
      </w:pPr>
      <w:r>
        <w:t>اور انکےپاس میںنےدیکھاکہ کوئی دوس را سبجیکٹنہیںہوتاہے۔ صبحسےشامتکجوملےگا، اسسے اپنےدیسکیجہاںکوچھوڑکرآئےہیں،وہ اسکیبرائیبیانکرنا</w:t>
      </w:r>
    </w:p>
    <w:p>
      <w:r>
        <w:rPr>
          <w:b/>
        </w:rPr>
        <w:t xml:space="preserve">[1:29:54] </w:t>
      </w:r>
      <w:r>
        <w:t>. Woh samajhte hain ke is tarah se woh bahar walon ka support de sakenge apne liye. Support maine bahut aise dekhe hain, maslan Kashmir ke jo log wahan ja kar, jo leader log wahan ja kar rehte hain, Falasteen ke jo log wahan rehte hain, Arkan Philippines ke jo log wahan rehte hain bahar,</w:t>
      </w:r>
    </w:p>
    <w:p>
      <w:pPr>
        <w:jc w:val="right"/>
      </w:pPr>
      <w:r>
        <w:t>۔وہسمجھتےہیںکہاسطرحسےوہ باہروالوںکا سپورٹدےسکیںگےاپنےلیے۔ سپورٹ میں نےبہت ایسےدیکھےہیں، مثلاًکشمیرکےجولوگ وہاں جاکر ،جولیڈرلوگوہاںجاکررہتےہیں، فلسطینکےجولوگوہاںرہتےہیں، ارکان فلپائنکےجولوگوہاںرہتےہیںباہر ،</w:t>
      </w:r>
    </w:p>
    <w:p>
      <w:r>
        <w:rPr>
          <w:b/>
        </w:rPr>
        <w:t xml:space="preserve">[1:30:13] </w:t>
      </w:r>
      <w:r>
        <w:t>aur isi tarah non-Muslim ko bhi maine dekha hai. Woh har waqt ek hi topic rehta hai ke woh apne dais ki government ko burai batana, kyun?</w:t>
      </w:r>
    </w:p>
    <w:p>
      <w:pPr>
        <w:jc w:val="right"/>
      </w:pPr>
      <w:r>
        <w:t>اور اسیطرحنانمسلمکوبھیمیںنےدیکھاہے۔ وہ ہر وقت ایکہیٹاپکرہتاہےکہوہ اپنے دیس کی گورنمنٹکوبرائیبتانا، کیوں ؟</w:t>
      </w:r>
    </w:p>
    <w:p>
      <w:r>
        <w:rPr>
          <w:b/>
        </w:rPr>
        <w:t xml:space="preserve">[1:30:23] </w:t>
      </w:r>
      <w:r>
        <w:t>taake un ka support mil sake. Rasool Allah sal Allah aleh wasallam wahan gaye to poora jo das saal wahan aap rahe hain, kuch bhi aap ne Makkah walon ke khilaf kuch bhi nahin bola. Aap aur sab se pehla jo khutba aap ne diya,</w:t>
      </w:r>
    </w:p>
    <w:p>
      <w:pPr>
        <w:jc w:val="right"/>
      </w:pPr>
      <w:r>
        <w:t>تاکہانکا سپورٹملسکے۔ رسولاللہصلیاللہعلیہوسلموہاںگئے تو پوراجو دسسالوہاںآپرہےہیں، کچھبھیآپنے مکہوالوںکےخلافکچھبھینہیںبولے۔آپ اورسبسے پہلاجو خطبہ آپنےدیا،</w:t>
      </w:r>
    </w:p>
    <w:p>
      <w:r>
        <w:rPr>
          <w:b/>
        </w:rPr>
        <w:t xml:space="preserve">[1:30:40] </w:t>
      </w:r>
      <w:r>
        <w:t>jo zahir hai ke aadmi ghar gusse mein bhara hua hota hai, nafrat mein bhara hua hota hai, bahut hi ishtia'al hota hai us ke dil mein.</w:t>
      </w:r>
    </w:p>
    <w:p>
      <w:pPr>
        <w:jc w:val="right"/>
      </w:pPr>
      <w:r>
        <w:t>جو ظاہرہےکہآدمی گھرغصےمیںبھراہواہوتاہے، نفرتمیںبھراہواہوتاہے، بہتہی اشتعالہوتاہےاسکےدلمیں۔</w:t>
      </w:r>
    </w:p>
    <w:p>
      <w:r>
        <w:rPr>
          <w:b/>
        </w:rPr>
        <w:t xml:space="preserve">[1:30:49] </w:t>
      </w:r>
      <w:r>
        <w:t>to magar jab aap pahunche hain to Seerat-un-Nabi mein aap dekhenge ke us ka ek chapter hai jis ka wo caption yeh hai: "Ulu al-khutab al-khutab Rasul Allah sal Allah aleh wasallam fi al-Madinah" yani Madinah pahunch kar phir aap ne jo pehla address kiya wahan ke logon ko, woh hai is mein.</w:t>
      </w:r>
    </w:p>
    <w:p>
      <w:pPr>
        <w:jc w:val="right"/>
      </w:pPr>
      <w:r>
        <w:t>تو مگرجبآپپہنچتےہیں تو سیرتابن ہشاممیں آپ دیکھیںگےکہ اسکاایک چیپٹرہے جسکا وہ کیپشنیہہے: "اولو خط بت خطب ہ رسولاللہ صلیاللہعلیہوسلمفیالمدینہ" یعنی مدینہ پہنچکر پرافٹنے جو پہلا ایڈریسکیا وہاںکےلوگوںکو، وہہے اسمیں ۔</w:t>
      </w:r>
    </w:p>
    <w:p>
      <w:r>
        <w:rPr>
          <w:b/>
        </w:rPr>
        <w:t xml:space="preserve">[1:31:16] </w:t>
      </w:r>
      <w:r>
        <w:t>is ko aap padhiye. Is</w:t>
      </w:r>
    </w:p>
    <w:p>
      <w:pPr>
        <w:jc w:val="right"/>
      </w:pPr>
      <w:r>
        <w:t>اسکو آپپڑھیے۔ اس</w:t>
      </w:r>
    </w:p>
    <w:p>
      <w:r>
        <w:rPr>
          <w:b/>
        </w:rPr>
        <w:t xml:space="preserve">[1:31:19] </w:t>
      </w:r>
      <w:r>
        <w:t>poore address mein kahin na direct koi reference hai Makkah walon ka aur na indirect, kuch bhi nahin. Jaise kuch hua hi nahin.</w:t>
      </w:r>
    </w:p>
    <w:p>
      <w:pPr>
        <w:jc w:val="right"/>
      </w:pPr>
      <w:r>
        <w:t>پورےایڈریسمیں کہیں نہڈائریکٹ کوئی ریفرنسہے مکہوالوںکا اور نہانڈائریکٹ، کچھبھی نہیں ۔جیسےکچھہواہینہیں ۔</w:t>
      </w:r>
    </w:p>
    <w:p>
      <w:r>
        <w:rPr>
          <w:b/>
        </w:rPr>
        <w:t xml:space="preserve">[1:31:32] </w:t>
      </w:r>
      <w:r>
        <w:t>saare us ka khulasa kya hai? "Ittqu an-nar walaw bi shaqqit tamrah". Ae logon! Apne aap ko aag se bachao, chahe khajoor ka ek tukda de kar hi kyun na ho.</w:t>
      </w:r>
    </w:p>
    <w:p>
      <w:pPr>
        <w:jc w:val="right"/>
      </w:pPr>
      <w:r>
        <w:t>سارےاسکاخلاصہکیاہے؟ "اتق واالنار ولوبشرقت " ۔اےلوگوں! اپنےآپکو آگسےبچاؤ، چاہے کھجورکا ایکٹکڑادےکرہیکیوںنہہو۔</w:t>
      </w:r>
    </w:p>
    <w:p>
      <w:r>
        <w:rPr>
          <w:b/>
        </w:rPr>
        <w:t xml:space="preserve">[1:31:48] </w:t>
      </w:r>
      <w:r>
        <w:t>ab us ke peeche jo psychology hai, us ko aap ghaur kijiye ke ek insaan jo 13 saal museebatein utha kar wahan jaata hai, to kehta kya hai?</w:t>
      </w:r>
    </w:p>
    <w:p>
      <w:pPr>
        <w:jc w:val="right"/>
      </w:pPr>
      <w:r>
        <w:t>اباسکےپیچھےجوسائیکالوجیہے، اسکوآپغورکیجئے کہایکانسان جو 13سال مصیبتیںاٹھاکروہاںجاتاہے، تو کہتاکیاہے؟</w:t>
      </w:r>
    </w:p>
    <w:p>
      <w:r>
        <w:rPr>
          <w:b/>
        </w:rPr>
        <w:t xml:space="preserve">[1:32:01] </w:t>
      </w:r>
      <w:r>
        <w:t>ke problem mujh ko nahin, tum ko hai. Problem</w:t>
      </w:r>
    </w:p>
    <w:p>
      <w:pPr>
        <w:jc w:val="right"/>
      </w:pPr>
      <w:r>
        <w:t>کہ پرابلم مجھکو نہیں، تم کوہے۔پرابلم</w:t>
      </w:r>
    </w:p>
    <w:p>
      <w:r>
        <w:rPr>
          <w:b/>
        </w:rPr>
        <w:t xml:space="preserve">[1:32:07] </w:t>
      </w:r>
      <w:r>
        <w:t>yani problem ka saamna mujh ko nahin hai, tum ko problem ka saamna hai. Yani jo Makkah mein guzra mujhe, woh kya hai? Woh to kuch bhi</w:t>
      </w:r>
    </w:p>
    <w:p>
      <w:pPr>
        <w:jc w:val="right"/>
      </w:pPr>
      <w:r>
        <w:t>یعنیپرابلم کاسامنامجھکونہیںہے،تمکوپرابلمکاسامناہے۔ یعنیجو مکہمیںپڑامجھے،وہکیاہے؟ وہتوکچھبھی</w:t>
      </w:r>
    </w:p>
    <w:p>
      <w:r>
        <w:rPr>
          <w:b/>
        </w:rPr>
        <w:t xml:space="preserve">[1:32:16] </w:t>
      </w:r>
      <w:r>
        <w:t>nahin. Abhi tum hain jahalat ka saamna hai, aag ka saamna hai, punishment ka saamna hai jo Khuda ki taraf se hogi. Agar tum Khuda wali zindagi na apnao, yani Khuda ke creation plan ke mutabiq agar tum zindagi na bitao to maut ke baad tum ko hell ka saamna karna padega.</w:t>
      </w:r>
    </w:p>
    <w:p>
      <w:pPr>
        <w:jc w:val="right"/>
      </w:pPr>
      <w:r>
        <w:t>نہیں۔ ابھیتم ہیںجہل کا سامناہے، آگکاسامناہے، پنشمنٹکاسامناہےجوخداکیطرفسےہوگی۔ اگر تم خداوالی زندگی نہ اپناؤ، یعنیخداکے کریشنپلانکےمطابق اگر تم زندگی نہبتاؤ تو موتکےبعد تم کوہیلکاسامناکرناپڑےگا۔</w:t>
      </w:r>
    </w:p>
    <w:p>
      <w:r>
        <w:rPr>
          <w:b/>
        </w:rPr>
        <w:t xml:space="preserve">[1:32:37] </w:t>
      </w:r>
      <w:r>
        <w:t>aap ghaur kijiye is psychology ka jo prophet ke andar ho gi. Apni apni jo takleefein hain, woh kam kahin. 13 saal tum ko bhula, woh bhule hue the, jaise ke un ki yaad mein nahin thi.</w:t>
      </w:r>
    </w:p>
    <w:p>
      <w:pPr>
        <w:jc w:val="right"/>
      </w:pPr>
      <w:r>
        <w:t>آپ غورکیجئےاسسائیکالوجیکاجو پرافٹکےاندرہوگی۔ اپنی اپنیجوتکلیفیںہیں،وہ کمہیں۔13سالتکوہ بھلا،وہبھولےہوئےتھے، جیسےکہانکییادمیںنہیںتھی۔</w:t>
      </w:r>
    </w:p>
    <w:p>
      <w:r>
        <w:rPr>
          <w:b/>
        </w:rPr>
        <w:t xml:space="preserve">[1:32:50] </w:t>
      </w:r>
      <w:r>
        <w:t>dekhein, is ka ek bahut hi is mein se maine ek baat aur nikali hai jo modern psychology kehti hai ke agar aaj koi baat aap ke saath pesh aaye, maslan koi aap ko gaali de de,</w:t>
      </w:r>
    </w:p>
    <w:p>
      <w:pPr>
        <w:jc w:val="right"/>
      </w:pPr>
      <w:r>
        <w:t>دیکھیں،اسکا ایکبہت ہی اسمیںسےمیںنےایکباتاورنکالیہے جو ماڈرنسائیکالوجیکیاکہتیہے کہاگر آج کوئیباتآپکےساتھ پیش آئے، مثلاًکوئیآپکوگالیدےدے،</w:t>
      </w:r>
    </w:p>
    <w:p>
      <w:r>
        <w:rPr>
          <w:b/>
        </w:rPr>
        <w:t xml:space="preserve">[1:33:04] </w:t>
      </w:r>
      <w:r>
        <w:t>to agar us ka charcha karte rahen, aap charcha, to to woh aap ko yaad rahe gi, warna bhool bhala jayegi, bhool bhala jayegi.</w:t>
      </w:r>
    </w:p>
    <w:p>
      <w:pPr>
        <w:jc w:val="right"/>
      </w:pPr>
      <w:r>
        <w:t>تواگر اسکا چرچہکرتے رہیں،آپ چرچہ، تبتووہآپکویادرہےگی، ورنہ بھولبھالجائےگی، بھولبھالجائےگی۔</w:t>
      </w:r>
    </w:p>
    <w:p>
      <w:r>
        <w:rPr>
          <w:b/>
        </w:rPr>
        <w:t xml:space="preserve">[1:33:16] </w:t>
      </w:r>
      <w:r>
        <w:t>to kya hai ke aap ne apne zehan mein us ka charcha nahin kiya,</w:t>
      </w:r>
    </w:p>
    <w:p>
      <w:pPr>
        <w:jc w:val="right"/>
      </w:pPr>
      <w:r>
        <w:t>تو کیاہےکہآپنے اپنے ذہنمیںاسکاچرچہنہیںکیا ،</w:t>
      </w:r>
    </w:p>
    <w:p>
      <w:r>
        <w:rPr>
          <w:b/>
        </w:rPr>
        <w:t xml:space="preserve">[1:33:20] </w:t>
      </w:r>
      <w:r>
        <w:t>jo aap ko beeta 13 saal tak, us ka aap ne charcha nahin kiya, aap ne mind mein us ko recall nahin kiya, to bhool bhooli bistar kahani ban gayi woh.</w:t>
      </w:r>
    </w:p>
    <w:p>
      <w:pPr>
        <w:jc w:val="right"/>
      </w:pPr>
      <w:r>
        <w:t>جوآپکو بیتا13سالتک، اسکاآپ نے چرچہنہیںکیا،آپنےمائنڈمیںاسکو ریکالنہیںکیا، تو بھول بھولیبستریکہانیبنگئیوہ۔</w:t>
      </w:r>
    </w:p>
    <w:p>
      <w:r>
        <w:rPr>
          <w:b/>
        </w:rPr>
        <w:t xml:space="preserve">[1:33:30] </w:t>
      </w:r>
      <w:r>
        <w:t>aur jo cheez aap ke living memory mein jo thi, woh kya thi? Khuda ka masla, Day of Judgment, accountability, hell, paradise.</w:t>
      </w:r>
    </w:p>
    <w:p>
      <w:pPr>
        <w:jc w:val="right"/>
      </w:pPr>
      <w:r>
        <w:t>اور جو چیزآپ کے لیونگمیموریمیںجوتھی،وہکیاتھی؟ خداکامسئلہ، ڈےآفججمنٹ، اکاؤنٹی بل ٹی، ہیل، پیراڈائز ۔</w:t>
      </w:r>
    </w:p>
    <w:p>
      <w:r>
        <w:rPr>
          <w:b/>
        </w:rPr>
        <w:t xml:space="preserve">[1:33:42] </w:t>
      </w:r>
      <w:r>
        <w:t>to jo aap ke aap ko jo cheez sab se yani zyada important ke saath aap ke mind mein chhaayi hui thi, wohi aap bhool gaye ja kar ke wohan.</w:t>
      </w:r>
    </w:p>
    <w:p>
      <w:pPr>
        <w:jc w:val="right"/>
      </w:pPr>
      <w:r>
        <w:t>توجوآپ کے آپ کو جو چیز سبسے یعنیزیادہ امپورٹنٹکےساتھآپکےمائنڈمیںچھائیہوئیتھی، وہیآپبھولےجاکرکےوہاں۔</w:t>
      </w:r>
    </w:p>
    <w:p>
      <w:r>
        <w:rPr>
          <w:b/>
        </w:rPr>
        <w:t xml:space="preserve">[1:33:52] </w:t>
      </w:r>
      <w:r>
        <w:t>ke ae logon! Apne aap ko hell se bachao. Yeh hai yani prophet ka namoona.</w:t>
      </w:r>
    </w:p>
    <w:p>
      <w:pPr>
        <w:jc w:val="right"/>
      </w:pPr>
      <w:r>
        <w:t>کہاےلوگوں!اپنےآپکو ہیلسےبچاؤ۔ یہہے یعنی پرافٹکانمونہ۔</w:t>
      </w:r>
    </w:p>
    <w:p>
      <w:r>
        <w:rPr>
          <w:b/>
        </w:rPr>
        <w:t xml:space="preserve">[1:34:03] </w:t>
      </w:r>
      <w:r>
        <w:t>prophet ka namoona aaj kal kya hai ke thodi si koi baat ho gi, ab har aadmi us ka charcha karenge, aap us ki burai bayan karenge, us ki shikayat bayan karenge.</w:t>
      </w:r>
    </w:p>
    <w:p>
      <w:pPr>
        <w:jc w:val="right"/>
      </w:pPr>
      <w:r>
        <w:t>پرافٹکانمونہ آجکلکیاہے کہتھوڑیسیکوئیباتہوگی، ابہرآدمیاس یکاچرچہکریںگے،آپاسیکیبرائیبیانکریںگے، اسیکیشکایتبیانکریںگے۔</w:t>
      </w:r>
    </w:p>
    <w:p>
      <w:r>
        <w:rPr>
          <w:b/>
        </w:rPr>
        <w:t xml:space="preserve">[1:34:13] </w:t>
      </w:r>
      <w:r>
        <w:t>yeh rasool Allah ka tareeqa nahin hai.</w:t>
      </w:r>
    </w:p>
    <w:p>
      <w:pPr>
        <w:jc w:val="right"/>
      </w:pPr>
      <w:r>
        <w:t>یہرسولاللہکاطریقہنہیںہے۔</w:t>
      </w:r>
    </w:p>
    <w:p>
      <w:r>
        <w:rPr>
          <w:b/>
        </w:rPr>
        <w:t xml:space="preserve">[1:34:17] </w:t>
      </w:r>
      <w:r>
        <w:t>shikayatun mein jeena yeh sarasar shikaiton mein jeena yeh jo jisko mein kehta hoon ke living model Khuda ki taraf se jo model hamein diya gaya hai, woh model yeh hai ke shikayatun mein mat jiyo,</w:t>
      </w:r>
    </w:p>
    <w:p>
      <w:pPr>
        <w:jc w:val="right"/>
      </w:pPr>
      <w:r>
        <w:t>شکایت وںمیںجینا یہ سراسر شک ایتوںمیںجینایہ جو جسکومیںکہتاہوںکہلیونگماڈلخداکیطرفسے جو ماڈلہمیںدیاگیاہے، وہماڈلیہہےکہ شکایتوںمیںمتجیو،</w:t>
      </w:r>
    </w:p>
    <w:p>
      <w:r>
        <w:rPr>
          <w:b/>
        </w:rPr>
        <w:t xml:space="preserve">[1:34:31] </w:t>
      </w:r>
      <w:r>
        <w:t>shikayat mein, ghusse mein, protest mein, ismein jeena chhod do.</w:t>
      </w:r>
    </w:p>
    <w:p>
      <w:pPr>
        <w:jc w:val="right"/>
      </w:pPr>
      <w:r>
        <w:t>شکایت میں،غصےمیں، پروٹیسٹمیں، اسمیں جیناچھوڑدو۔</w:t>
      </w:r>
    </w:p>
    <w:p>
      <w:r>
        <w:rPr>
          <w:b/>
        </w:rPr>
        <w:t xml:space="preserve">[1:34:38] </w:t>
      </w:r>
      <w:r>
        <w:t>yani positive mind ke saath duniya mein jiyo, negative mind ke saath duniya mein jeena haram hai tumhare liye.</w:t>
      </w:r>
    </w:p>
    <w:p>
      <w:pPr>
        <w:jc w:val="right"/>
      </w:pPr>
      <w:r>
        <w:t>یعنی پوزیٹیو مائنڈکےساتھ دنیامیں جیو، نیگیٹیومائنڈکےساتھدنیا میں جینا حرامہے تمہارےلیے۔</w:t>
      </w:r>
    </w:p>
    <w:p>
      <w:r>
        <w:rPr>
          <w:b/>
        </w:rPr>
        <w:t xml:space="preserve">[1:34:52] </w:t>
      </w:r>
      <w:r>
        <w:t>Quran mein yeh hai ke "wa nafs an al-hawa" yani jannat paradise kisko milegi?</w:t>
      </w:r>
    </w:p>
    <w:p>
      <w:pPr>
        <w:jc w:val="right"/>
      </w:pPr>
      <w:r>
        <w:t>قرآنمیںیہہےکہ "ونہانفس عن الهوا" یعنی جن تپیراڈائزکسکوملےگی؟</w:t>
      </w:r>
    </w:p>
    <w:p>
      <w:r>
        <w:rPr>
          <w:b/>
        </w:rPr>
        <w:t xml:space="preserve">[1:35:01] </w:t>
      </w:r>
      <w:r>
        <w:t>aap ne jo Quran pesh kiya logon ke saamne, ismein yeh bataya gaya hai ke paradise milne ka raaz kya hai?</w:t>
      </w:r>
    </w:p>
    <w:p>
      <w:pPr>
        <w:jc w:val="right"/>
      </w:pPr>
      <w:r>
        <w:t>آپ نےجوقرآنپیش کیا لوگوںکےسامنے ، اسمیںیہبتایاگیاہے کہ پیراڈائز ملنےکا رازکیاہے؟</w:t>
      </w:r>
    </w:p>
    <w:p>
      <w:r>
        <w:rPr>
          <w:b/>
        </w:rPr>
        <w:t xml:space="preserve">[1:35:14] </w:t>
      </w:r>
      <w:r>
        <w:t>"wa man khafa maqama rabbhi wa nafs an al-hawa"</w:t>
      </w:r>
    </w:p>
    <w:p>
      <w:pPr>
        <w:jc w:val="right"/>
      </w:pPr>
      <w:r>
        <w:t>"وم ا من خاف مقام ربہ ونہانفس عن الهوا"</w:t>
      </w:r>
    </w:p>
    <w:p>
      <w:r>
        <w:rPr>
          <w:b/>
        </w:rPr>
        <w:t xml:space="preserve">[1:35:18] </w:t>
      </w:r>
      <w:r>
        <w:t>paradise un logon ke liye hai jo Khuda ke saamne khade hone se daren. "wa man khafa maqama rabbhi" ke ek din nahin Khuda ke saamne khada hona hai, ek din nahin Khuda ke saamne jawab dena hai, ek din Khuda ke court ka saamna karna hai.</w:t>
      </w:r>
    </w:p>
    <w:p>
      <w:pPr>
        <w:jc w:val="right"/>
      </w:pPr>
      <w:r>
        <w:t>پیراڈائزانلوگوںکےلیےہےجو خداکےسام نے کھڑےہونےسے ڈریں۔ "وم امنخاف مقام ربہ" کہایکدنانہیںخداکےسامنےکھڑاہوناہے، ایکدنانہیںخداکےسامنےجوابدیناہے، ایکدن خداکے کورٹکاسامناکرناہے۔</w:t>
      </w:r>
    </w:p>
    <w:p>
      <w:r>
        <w:rPr>
          <w:b/>
        </w:rPr>
        <w:t xml:space="preserve">[1:35:38] </w:t>
      </w:r>
      <w:r>
        <w:t>"wa nafs an al-hawa" aur apne apne khwahish par control kiya,</w:t>
      </w:r>
    </w:p>
    <w:p>
      <w:pPr>
        <w:jc w:val="right"/>
      </w:pPr>
      <w:r>
        <w:t>"ون ہانفس عن الهوا" اور اپنے اپنے خواہشپرکنٹرولکیا،</w:t>
      </w:r>
    </w:p>
    <w:p>
      <w:r>
        <w:rPr>
          <w:b/>
        </w:rPr>
        <w:t xml:space="preserve">[1:35:47] </w:t>
      </w:r>
      <w:r>
        <w:t>apni khwahish par, apne negative jazbaat par control kiya. Yani dekhiye, dil mein hamesha jis duniya mein hum jeete hain to aisi yeh duniya hai keahan baar baar aisa hota hai ke tarah tarah ke negative thought aapke andar aate hain,</w:t>
      </w:r>
    </w:p>
    <w:p>
      <w:pPr>
        <w:jc w:val="right"/>
      </w:pPr>
      <w:r>
        <w:t>اپنیخواہشپر ،اپنے نیگیٹیوجذباتپر کنٹرولکیا۔ یعنیدیکھیے،دلمیںہمیشہ جسدنیا میںہمجیتےہیں تو ایسی یہدنیا ہےکہہاںبار بار ایساہوتاہےکہ طرحطرحکےنیگیٹیوتھاٹآپکےاندرآتےہیں،</w:t>
      </w:r>
    </w:p>
    <w:p>
      <w:r>
        <w:rPr>
          <w:b/>
        </w:rPr>
        <w:t xml:space="preserve">[1:36:05] </w:t>
      </w:r>
      <w:r>
        <w:t>maslan malice hai, selfishness hai, arrogance hai, aur animosity hai.</w:t>
      </w:r>
    </w:p>
    <w:p>
      <w:pPr>
        <w:jc w:val="right"/>
      </w:pPr>
      <w:r>
        <w:t>مثلاً میل ثہے، سیلفشنسہے، ار گنزہے، اور اینیمیٹیہے۔</w:t>
      </w:r>
    </w:p>
    <w:p>
      <w:r>
        <w:rPr>
          <w:b/>
        </w:rPr>
        <w:t xml:space="preserve">[1:36:18] </w:t>
      </w:r>
      <w:r>
        <w:t>bahut se negative thought, jisko mein keh raha hoon, woh aate hain. In negative thought ko aapko manage karna hai, diffuse karna hai. Isi waqt yeh soch kar ke yeh cheezein meri personality ko,</w:t>
      </w:r>
    </w:p>
    <w:p>
      <w:pPr>
        <w:jc w:val="right"/>
      </w:pPr>
      <w:r>
        <w:t>بہت سے نیگیٹیوتھاٹ،جسکومیںکہہرہاہوں، وہآتےہیں۔ اننیگیٹیوتھاٹکوآپکو می نجکرناہے، ڈیفیوزکرناہے۔ اسیوقت یہ سوچکرکہ یہچیزیںمیری پرسنیلٹیجوہے،</w:t>
      </w:r>
    </w:p>
    <w:p>
      <w:r>
        <w:rPr>
          <w:b/>
        </w:rPr>
        <w:t xml:space="preserve">[1:36:34] </w:t>
      </w:r>
      <w:r>
        <w:t>negative banayengi aur negative personality wale aadmi ko paradise mein kabhi bhi entry nahin milne wali hai.</w:t>
      </w:r>
    </w:p>
    <w:p>
      <w:pPr>
        <w:jc w:val="right"/>
      </w:pPr>
      <w:r>
        <w:t>نیگیٹیوبنائیںگیاور نیگیٹیوپرسنیلٹیوالےآدمیکو پیراڈائزمیں کبھیبھیانٹرینہیںملنےوالی ہے۔</w:t>
      </w:r>
    </w:p>
    <w:p>
      <w:r>
        <w:rPr>
          <w:b/>
        </w:rPr>
        <w:t xml:space="preserve">[1:36:41] </w:t>
      </w:r>
      <w:r>
        <w:t>to jab aap ka target paradise hoga to aap ko lagega ke agar mein negative thought mein jiyunga to toh phir mujhe paradise ka ticket nahin milega, toh phir mujhe hell mein jaana hai.</w:t>
      </w:r>
    </w:p>
    <w:p>
      <w:pPr>
        <w:jc w:val="right"/>
      </w:pPr>
      <w:r>
        <w:t>توجبآپ کا ٹارگٹپیراڈائزہوگا توآپ کو لگےگاکہاگر میں نیگیٹیوتھاٹمیںجیوںگا تو توپھرمجھےپیراڈائزکاٹکٹہینہیںملےگا، پھرتومجھےہیلمیںجاناہے۔</w:t>
      </w:r>
    </w:p>
    <w:p>
      <w:r>
        <w:rPr>
          <w:b/>
        </w:rPr>
        <w:t xml:space="preserve">[1:36:55] </w:t>
      </w:r>
      <w:r>
        <w:t>kyunki purified soul jo hai, wohi jayegi paradise mein. Aur jin logon ne apne apne soul ko, apni personality ko, apni shakhsiyat ko purify nahin kiya, woh unka thikana jo hai, woh hell hai.</w:t>
      </w:r>
    </w:p>
    <w:p>
      <w:pPr>
        <w:jc w:val="right"/>
      </w:pPr>
      <w:r>
        <w:t>کیونکہ پیوریفائیڈ سولجوہے، وہیجائےگیپیراڈائزمیں۔ اورجنلوگوںنے اپنے اپنے سولکو،اپنی پرسنیلٹیکو ،اپنی شخص یتکو پیوریفائینہیںکیا، وہانکا ٹھکانہجوہے،وہہیلہے۔</w:t>
      </w:r>
    </w:p>
    <w:p>
      <w:r>
        <w:rPr>
          <w:b/>
        </w:rPr>
        <w:t xml:space="preserve">[1:37:10] </w:t>
      </w:r>
      <w:r>
        <w:t>yeh baat agar mind mein baith jaye to zindagi badal jaye. Ek baat mein aap ko yeh kehna chahunga ke majlis mein Rasool Allah (SAW) jab baithte the, aap ek company jab baithte the to kya tareeqa tha?</w:t>
      </w:r>
    </w:p>
    <w:p>
      <w:pPr>
        <w:jc w:val="right"/>
      </w:pPr>
      <w:r>
        <w:t>یہ بات اگر مائنڈمیںبیٹھجائے تو زندگی بدلجائے۔ ایکباتمیںآپکویہکہناچاہوںگا کہ مجلس میں رسولاللہصلیاللہعلیہوسلمجببیٹھتےتھے، آپ ایککمپیننگجببیٹھتےتھےتوکیاطریقہتھا؟</w:t>
      </w:r>
    </w:p>
    <w:p>
      <w:r>
        <w:rPr>
          <w:b/>
        </w:rPr>
        <w:t xml:space="preserve">[1:37:28] </w:t>
      </w:r>
      <w:r>
        <w:t>is se compare kijiye apne aap ko, is se apnao, compare kijiye. Yeh bahut hi important hai</w:t>
      </w:r>
    </w:p>
    <w:p>
      <w:pPr>
        <w:jc w:val="right"/>
      </w:pPr>
      <w:r>
        <w:t>اسسےکمپیئرکیجئےاپنےآپکو ، اسسےاپناؤ،کمپیئرکیجئے۔ یہبہتہیامپورٹنٹہے</w:t>
      </w:r>
    </w:p>
    <w:p>
      <w:r>
        <w:rPr>
          <w:b/>
        </w:rPr>
        <w:t xml:space="preserve">[1:37:38] </w:t>
      </w:r>
      <w:r>
        <w:t>ke jo model Khuda ne rakha duniya mein, prophet ka model, is model se hamein kya message milta hai? Toh kitabon mein aata hai ke Rasool Allah jab baithte the apne yani apne companion ke saath to kai baar aisa hota tha ke aap kehte the ke "ashiru ala an nas" aye logon!</w:t>
      </w:r>
    </w:p>
    <w:p>
      <w:pPr>
        <w:jc w:val="right"/>
      </w:pPr>
      <w:r>
        <w:t>کہجو ماڈلخدانے رکھادنیا میں، پرافٹکاماڈل، اس ماڈلسےہمیںکیا میسجملتاہے؟ تو کتاب وںمیںآتاہےکہ رسولاللہ جببیٹھےتھےاپنے یعنیاپنے کمپینینکےساتھ توکئیبارایساہوتاتھاکہآپکہتےتھےکہ"اشیروعلی الن اس" اےلوگوں!</w:t>
      </w:r>
    </w:p>
    <w:p>
      <w:r>
        <w:rPr>
          <w:b/>
        </w:rPr>
        <w:t xml:space="preserve">[1:38:00] </w:t>
      </w:r>
      <w:r>
        <w:t>mujhe advice do.</w:t>
      </w:r>
    </w:p>
    <w:p>
      <w:pPr>
        <w:jc w:val="right"/>
      </w:pPr>
      <w:r>
        <w:t>مجھکو ایڈوائسدو ۔</w:t>
      </w:r>
    </w:p>
    <w:p>
      <w:r>
        <w:rPr>
          <w:b/>
        </w:rPr>
        <w:t xml:space="preserve">[1:38:03] </w:t>
      </w:r>
      <w:r>
        <w:t>koi baat hoti thi, koi problem hota tha to aap logon ko ikattha karke kehte the ke "ashiru ala an nas" aye logon! Mujhe advice do.</w:t>
      </w:r>
    </w:p>
    <w:p>
      <w:pPr>
        <w:jc w:val="right"/>
      </w:pPr>
      <w:r>
        <w:t>کوئیباتہوتیتھی،کوئیپرابلمہوتاتھا توآپ لوگوںکواکٹھاکرکے کہتےتھے کہ"اشیروعلی الناس" اےلوگوں!مجھکو ایڈوائسدو۔</w:t>
      </w:r>
    </w:p>
    <w:p>
      <w:r>
        <w:rPr>
          <w:b/>
        </w:rPr>
        <w:t xml:space="preserve">[1:38:13] </w:t>
      </w:r>
      <w:r>
        <w:t>to kya hota tha? Aaj kal to ek jitne log hoti hain, zubaan har aadmi bolna shuru kar deta hai, yahan tak ke ek hi ek saath kai log bolne lagte hain.</w:t>
      </w:r>
    </w:p>
    <w:p>
      <w:pPr>
        <w:jc w:val="right"/>
      </w:pPr>
      <w:r>
        <w:t>توکیا ہوتاتھا؟ آجکلتوایک جتنےلوگ ہوتیہیں،زبان ہرآدمیبولناشروعکردیتاہے، یہاںتککہایکہی ایکہیساتھکئیلوگبولنےلگتےہیں۔</w:t>
      </w:r>
    </w:p>
    <w:p>
      <w:r>
        <w:rPr>
          <w:b/>
        </w:rPr>
        <w:t xml:space="preserve">[1:38:23] </w:t>
      </w:r>
      <w:r>
        <w:t>yakeen karein, yeh bhi haram hai. Yani agar namaz na padhna haram hai to yeh bhi haram hai ke aap galat dhang se bolein.</w:t>
      </w:r>
    </w:p>
    <w:p>
      <w:pPr>
        <w:jc w:val="right"/>
      </w:pPr>
      <w:r>
        <w:t>یقینکریں،یہبھیحرامہے۔ یعنیاگر نمازنہپڑھناحرامہےتویہبھیحرامہےکہآپغلطڈھنگسےبولیں۔</w:t>
      </w:r>
    </w:p>
    <w:p>
      <w:r>
        <w:rPr>
          <w:b/>
        </w:rPr>
        <w:t xml:space="preserve">[1:38:33] </w:t>
      </w:r>
      <w:r>
        <w:t>ke ek sawal kiya jaye, aap sab ke sab log bol rahe hain, yeh bhi haram hai. Log samajhte hain ke haram sirf yeh hai ke namaz chhod dein hum.</w:t>
      </w:r>
    </w:p>
    <w:p>
      <w:pPr>
        <w:jc w:val="right"/>
      </w:pPr>
      <w:r>
        <w:t>کہ ایکسوالکیا جائے،آپ سبکےسبلوگبولرہےہیں، یہبھیحرامہے۔ لوگسمجھتےہیںکہحرامصرفیہیہے کہ نمازچھوڑدیںہم۔</w:t>
      </w:r>
    </w:p>
    <w:p>
      <w:r>
        <w:rPr>
          <w:b/>
        </w:rPr>
        <w:t xml:space="preserve">[1:38:42] </w:t>
      </w:r>
      <w:r>
        <w:t>yeh bhi haram hai ke aap apni zubaan ko galat istemal karein, yeh bhi haram hai. Toh wahan kya hota tha ke Rasool Allah kehte the ke "ashiru ala an nas" aye logon! Mujhe advice do.</w:t>
      </w:r>
    </w:p>
    <w:p>
      <w:pPr>
        <w:jc w:val="right"/>
      </w:pPr>
      <w:r>
        <w:t>یہبھیحرامہےکہآپ اپنی زبان کوغلطاستعمال کریں، یہبھیحرامہے۔ تو وہاںکیاہوتاتھا کہرسولاللہکہتےتھےکہ"اشیرو علی الناس"اےلوگوں!مجھےایڈوائسدو۔</w:t>
      </w:r>
    </w:p>
    <w:p>
      <w:r>
        <w:rPr>
          <w:b/>
        </w:rPr>
        <w:t xml:space="preserve">[1:38:53] </w:t>
      </w:r>
      <w:r>
        <w:t>sab chup, sab ke sab chup, chup kyun hote the? Wait karte the ke koi doosra boley.</w:t>
      </w:r>
    </w:p>
    <w:p>
      <w:pPr>
        <w:jc w:val="right"/>
      </w:pPr>
      <w:r>
        <w:t>سب چپ، سب کےسبچپ، چپکیوںہوتےتھے؟ ویٹکرتے تھےکہکوئیدوسرا بول ے۔</w:t>
      </w:r>
    </w:p>
    <w:p>
      <w:r>
        <w:rPr>
          <w:b/>
        </w:rPr>
        <w:t xml:space="preserve">[1:39:03] </w:t>
      </w:r>
      <w:r>
        <w:t>is is saikolojikal sochiye aap ke aap ne jin logon ko train kiya tha ya jin logon ke dil mein aap ne Allah ka darr dala tha, jo samajhte the ke hum accountable hain Khuda ke aage,</w:t>
      </w:r>
    </w:p>
    <w:p>
      <w:pPr>
        <w:jc w:val="right"/>
      </w:pPr>
      <w:r>
        <w:t>اس اس سائیکالوجیکوسوچیےآپ کہ آپ نے جنلوگوںکوٹرینکیاتھا یا جنلوگوںکےدلمیںآپنےاللہ کاڈرڈالاتھا، جو سمجھتےتھےکہہماکاؤنٹیبلہیںخداکےآگے،</w:t>
      </w:r>
    </w:p>
    <w:p>
      <w:r>
        <w:rPr>
          <w:b/>
        </w:rPr>
        <w:t xml:space="preserve">[1:39:18] </w:t>
      </w:r>
      <w:r>
        <w:t>to har ek chup rehta tha ke koi doosra bolay, koi doosra bolay. Ab ek senior aadmi khara hota tha, woh bolta tha: "main to Abu Bakar hoon " to sab chup chap sun rahe hain,</w:t>
      </w:r>
    </w:p>
    <w:p>
      <w:pPr>
        <w:jc w:val="right"/>
      </w:pPr>
      <w:r>
        <w:t>تو ہرایکچپرہتاتھا کہ کوئیدوسرا بول ے، کوئیدوسرابول ے۔ ابایک سین ئرآدمیکھڑاہوتاتھا،وہبولتاتھا: "میںتوابوبکرہوں "تو سبچپچاپسنرہےہیں،</w:t>
      </w:r>
    </w:p>
    <w:p>
      <w:r>
        <w:rPr>
          <w:b/>
        </w:rPr>
        <w:t xml:space="preserve">[1:39:31] </w:t>
      </w:r>
      <w:r>
        <w:t>koi shakhs beech mein nahin bolay ga,</w:t>
      </w:r>
    </w:p>
    <w:p>
      <w:pPr>
        <w:jc w:val="right"/>
      </w:pPr>
      <w:r>
        <w:t>کوئی شخص بیچمیںنہیںبولےگا،</w:t>
      </w:r>
    </w:p>
    <w:p>
      <w:r>
        <w:rPr>
          <w:b/>
        </w:rPr>
        <w:t xml:space="preserve">[1:39:34] </w:t>
      </w:r>
      <w:r>
        <w:t>yahan tak ke woh apni baat khatam kar le. Jo senior aadmi khara hua hai aur bol raha hai, koi advice de raha hai, to sab log sirf sunenge, bas bolenge nahin.</w:t>
      </w:r>
    </w:p>
    <w:p>
      <w:pPr>
        <w:jc w:val="right"/>
      </w:pPr>
      <w:r>
        <w:t>یہاںتک کہوہاپنیباتختمکرلے۔ جو سین ئرآدمیکھڑاہواہے اوربولرہاہے، کوئیایڈوائسدےرہاہے، تو سب لوگصرفسنیںگے،بس بولیںگےنہیں۔</w:t>
      </w:r>
    </w:p>
    <w:p>
      <w:r>
        <w:rPr>
          <w:b/>
        </w:rPr>
        <w:t xml:space="preserve">[1:39:48] </w:t>
      </w:r>
      <w:r>
        <w:t>jab woh apni baat khatam kar le ga, tab phir Rasool Allah ki permission se bolenge. Aaj kal ka tareeqa hai ke hath uthate hain. Jo socialized society jo hai, aaj kal wahan tareeqa yeh hai ke ek meeting ho rahi hai,</w:t>
      </w:r>
    </w:p>
    <w:p>
      <w:pPr>
        <w:jc w:val="right"/>
      </w:pPr>
      <w:r>
        <w:t>جب وہ اپنیباتختمکرلےگا، تب بھیرسولاللہکیپرمیشنسےبولیںگے۔ آجکلکاطریقہہےکہہاتھاٹھاتےہیں۔ جوسولائزسوسائٹیجوہے،آجکلوہاںطریقہیہہے کہ ایک میٹنگہورہیہے،</w:t>
      </w:r>
    </w:p>
    <w:p>
      <w:r>
        <w:rPr>
          <w:b/>
        </w:rPr>
        <w:t xml:space="preserve">[1:40:04] </w:t>
      </w:r>
      <w:r>
        <w:t>ab ek aadmi bol raha hai, us ne apni baat khatam ki to koi aadmi hath uthayega. Ab jo chair kar raha hai, jo aadmi hai, woh kahe ga ke "Mr. A bolen, Mr. B bolen, Mr. C bolen" to woh bolay ga.</w:t>
      </w:r>
    </w:p>
    <w:p>
      <w:pPr>
        <w:jc w:val="right"/>
      </w:pPr>
      <w:r>
        <w:t>ابایکآدمیبولرہاہے، اسنےاپنیباتختم کیتوکوئیآدمیہاتھاٹھائےگا۔ ابجو چیئرکررہاہے،جوآدمیہے،وہکہےگاکہ"مسٹرایکسبولیں،مسٹربی بولیں، مسٹرسیبولیں" تو وہبولےگا۔</w:t>
      </w:r>
    </w:p>
    <w:p>
      <w:r>
        <w:rPr>
          <w:b/>
        </w:rPr>
        <w:t xml:space="preserve">[1:40:16] </w:t>
      </w:r>
      <w:r>
        <w:t>aisa nahin ke sab log bolne lagen. Yakeen kijiye ke sab log bolne lagen. Woh animal, animal ka yaani animals ka tareeqa hai.</w:t>
      </w:r>
    </w:p>
    <w:p>
      <w:pPr>
        <w:jc w:val="right"/>
      </w:pPr>
      <w:r>
        <w:t>ایسانہیںکہسبلوگبولنےلگیں۔ یقینکیجئےکہسبلوگبول نےلگیں۔وہ این یمل، اینیمل کا یعنیاینیملزکاطریقہہے۔</w:t>
      </w:r>
    </w:p>
    <w:p>
      <w:r>
        <w:rPr>
          <w:b/>
        </w:rPr>
        <w:t xml:space="preserve">[1:40:26] </w:t>
      </w:r>
      <w:r>
        <w:t>har aadmi cheekh raha hai, har aadmi bol raha hai.</w:t>
      </w:r>
    </w:p>
    <w:p>
      <w:pPr>
        <w:jc w:val="right"/>
      </w:pPr>
      <w:r>
        <w:t>ہرآدمیچیخرہاہے،ہرآدمیبولرہاہے۔</w:t>
      </w:r>
    </w:p>
    <w:p>
      <w:r>
        <w:rPr>
          <w:b/>
        </w:rPr>
        <w:t xml:space="preserve">[1:40:30] </w:t>
      </w:r>
      <w:r>
        <w:t>to Rasool Allah ki majlis mein, aap ki meeting mein aisa hota tha ke chup chap log rehte the, yeh wait karte the ke koi doosra bolay.</w:t>
      </w:r>
    </w:p>
    <w:p>
      <w:pPr>
        <w:jc w:val="right"/>
      </w:pPr>
      <w:r>
        <w:t>تورسولاللہ کی مجلس میں،آپکیمیٹنگمیںایساہوتاتھا کہ چپچاپ لوگ رہتےتھے، یہ ویٹکرتے تھےکہکوئیدوسرا بولے۔</w:t>
      </w:r>
    </w:p>
    <w:p>
      <w:r>
        <w:rPr>
          <w:b/>
        </w:rPr>
        <w:t xml:space="preserve">[1:40:42] </w:t>
      </w:r>
      <w:r>
        <w:t>jab bol chuka tha woh to aap permission se ek aur aadmi bol na bolta tha, to phir dobara sab log chup rehte the. Ek ek aadmi bolta tha.</w:t>
      </w:r>
    </w:p>
    <w:p>
      <w:pPr>
        <w:jc w:val="right"/>
      </w:pPr>
      <w:r>
        <w:t>جب بوللیتاتھاوہ تو آپ پرمیشنسے ایکاورآدمیبول نا بولتاتھا،توپھردوبارہسبلوگچپرہتےتھے۔ ایکایکآدمیبولتاتھا۔</w:t>
      </w:r>
    </w:p>
    <w:p>
      <w:r>
        <w:rPr>
          <w:b/>
        </w:rPr>
        <w:t xml:space="preserve">[1:40:52] </w:t>
      </w:r>
      <w:r>
        <w:t>Hadees mein aata hai ke log is tarah chup rehte the jaisay ke un ke sar par chidiya chidiya baithi hui ho ke zara hilenge to chidiya urr jaye gi. Is tarah chup rehte the ke jaisay un ke sar par chidiya rakhi hui hai,</w:t>
      </w:r>
    </w:p>
    <w:p>
      <w:pPr>
        <w:jc w:val="right"/>
      </w:pPr>
      <w:r>
        <w:t>حدیثمیںآتاہے کہ لوگ اسطرحچپرہتےتھےجیسےکہانکےسرپرچڑیاچ ڑیابیٹھیہوئی ہو کہذراہلیںگےتوچڑیااڑجائےگی۔ اس طرحچپرہتےتھے کہجیسےانکےسرپرچڑیارکھیہوئیہے،</w:t>
      </w:r>
    </w:p>
    <w:p>
      <w:r>
        <w:rPr>
          <w:b/>
        </w:rPr>
        <w:t xml:space="preserve">[1:41:07] </w:t>
      </w:r>
      <w:r>
        <w:t>hilenge to urr jaye gi. Yeh thi aap ki majlis yaani model jo Allah Ta'ala ne model banaya hai. Is model ki meeting yeh hoti thi, is ki majlis aisi hoti thi.</w:t>
      </w:r>
    </w:p>
    <w:p>
      <w:pPr>
        <w:jc w:val="right"/>
      </w:pPr>
      <w:r>
        <w:t>ہلیںگےتواڑجائےگی۔ یہ تھیآپکیمجلس یعنیماڈل جو اللہتعالینےماڈلبنایاہے۔ اس ماڈلکی میٹنگیہہوتیتھی، اسکیمجلس ایسیہوتیتھی۔</w:t>
      </w:r>
    </w:p>
    <w:p>
      <w:r>
        <w:rPr>
          <w:b/>
        </w:rPr>
        <w:t xml:space="preserve">[1:41:20] </w:t>
      </w:r>
      <w:r>
        <w:t>ek aadmi bolta tha, sab chup rehte the, aur jab tak us ki baat khatam na ho, doosra aadmi nahin bolta tha.</w:t>
      </w:r>
    </w:p>
    <w:p>
      <w:pPr>
        <w:jc w:val="right"/>
      </w:pPr>
      <w:r>
        <w:t>ایکآدمیبولتاتھا، سبچپرہتےتھے، اور جب تک اسکیباتختم نہہو،دوسراآدمینہیںبولتاتھا۔</w:t>
      </w:r>
    </w:p>
    <w:p>
      <w:r>
        <w:rPr>
          <w:b/>
        </w:rPr>
        <w:t xml:space="preserve">[1:41:29] </w:t>
      </w:r>
      <w:r>
        <w:t>baqi log chup chap sunte the.</w:t>
      </w:r>
    </w:p>
    <w:p>
      <w:pPr>
        <w:jc w:val="right"/>
      </w:pPr>
      <w:r>
        <w:t>بقیہلوگچپچاپسنتےتھے۔</w:t>
      </w:r>
    </w:p>
    <w:p>
      <w:r>
        <w:rPr>
          <w:b/>
        </w:rPr>
        <w:t xml:space="preserve">[1:41:33] </w:t>
      </w:r>
      <w:r>
        <w:t>yeh nahin ke apne mind ki jo hai, is ko soch rahe hain ke mujhe bolna hai, yeh baat kahunga. Mujhe apne mind ko stop kar ke sochte the.</w:t>
      </w:r>
    </w:p>
    <w:p>
      <w:pPr>
        <w:jc w:val="right"/>
      </w:pPr>
      <w:r>
        <w:t>یہ نہیںکہ اپنے مائنڈکیجوہے، اسکو سوچرہےہیںکہ مجھےبولناہے،یہباتکہوںگا۔مجھے اپنے مائنڈکو سٹاپکرکےسوچتےتھے۔</w:t>
      </w:r>
    </w:p>
    <w:p>
      <w:r>
        <w:rPr>
          <w:b/>
        </w:rPr>
        <w:t xml:space="preserve">[1:41:42] </w:t>
      </w:r>
      <w:r>
        <w:t>dekhen, majlis mein do tareeqay hain. Ek hai, koi bol raha hai to apne mind mein arrange kar rahe hain ke humein kya kehna hai. Yeh galat tareeqa hai. Bilkul aap apne mind ko stop kar ke sochiye, us ki baat ko suniye.</w:t>
      </w:r>
    </w:p>
    <w:p>
      <w:pPr>
        <w:jc w:val="right"/>
      </w:pPr>
      <w:r>
        <w:t>دیکھیں،مجلس میں دوطریقےہیں۔ ایکہے،کوئیبولرہاہےتواپنے مائنڈمیں ار ینجکررہےہیںکہہمیںکیاکہناہے۔ یہغلط طریقہہے۔بالکل آپ اپنے مائنڈکوسٹاپکرکےسوچیے،اسکیباتکوسنیے۔</w:t>
      </w:r>
    </w:p>
    <w:p>
      <w:r>
        <w:rPr>
          <w:b/>
        </w:rPr>
        <w:t xml:space="preserve">[1:41:57] </w:t>
      </w:r>
      <w:r>
        <w:t>ab phir ek rai banayen ke mujhe ab kya kehna hai,</w:t>
      </w:r>
    </w:p>
    <w:p>
      <w:pPr>
        <w:jc w:val="right"/>
      </w:pPr>
      <w:r>
        <w:t>ابپھر ایک رائےبنائیکہمجھےابکیاکہناہے،</w:t>
      </w:r>
    </w:p>
    <w:p>
      <w:r>
        <w:rPr>
          <w:b/>
        </w:rPr>
        <w:t xml:space="preserve">[1:42:00] </w:t>
      </w:r>
      <w:r>
        <w:t>woh bhi chair ki ijazat se. Yaani khwamkhwah bolne lagen, aur is mein hahakar karna, jo kuch chhodna, yeh to bilkul hi haram hai. Yakeen kijiye, aise log sirf hell mein jayenge jo jo chhodte hue hua karte hain. Woh un ke liye paradise mein jagah nahin hai.</w:t>
      </w:r>
    </w:p>
    <w:p>
      <w:pPr>
        <w:jc w:val="right"/>
      </w:pPr>
      <w:r>
        <w:t>وہبھیچیئرکیاجازتسے ۔ یعنیخوامخواہبولنےلگے، اور اسمیں ہاہاکرنا،جوکچھوڑنا،یہتوبالکلہیحرامہے۔ یقینکیجئے،ایسےلوگصرفہیلمیںجائیںگے جوجوکچھوڑتےہوئےہوا کرتےہیں۔وہ انکےلیےپیراڈائزمیںجگہنہیںہے۔</w:t>
      </w:r>
    </w:p>
    <w:p>
      <w:r>
        <w:rPr>
          <w:b/>
        </w:rPr>
        <w:t xml:space="preserve">[1:42:16] </w:t>
      </w:r>
      <w:r>
        <w:t>acchi tarah samajh lijiye is baat ko ke majlis mein agar aap hawa karte hain aur jo chhodte hain to phir samajh lijiye ke aap paradise ka ticket nahin le rahe hain, balkay hell ka ticket</w:t>
      </w:r>
    </w:p>
    <w:p>
      <w:pPr>
        <w:jc w:val="right"/>
      </w:pPr>
      <w:r>
        <w:t>اچھیطرحسمجھلیجئےاسباتکو کہ مجلس میںاگرآپہوا کرتےہیں اور جوکچھوڑتےہیں تو پھرسمجھلیجئےکہآپ پیراڈائزکاٹکٹنہیںلےرہےہیں،بلکہہیلکاٹکٹل</w:t>
      </w:r>
    </w:p>
    <w:p>
      <w:r>
        <w:rPr>
          <w:b/>
        </w:rPr>
        <w:t xml:space="preserve">[1:42:27] </w:t>
      </w:r>
      <w:r>
        <w:t>le rahe hain. Bahut hi serious baat hai yeh, bahut ziyada serious hai yeh baat. Quran mein hai: "fal yadhakoo qaleelan wal yabhako katheera" ke yeh jo creation plan Khuda ka hai, is ka koi samajh jab aajaye to kya hona chahiye? Tumhara haal hanso kam aur roo zyada.</w:t>
      </w:r>
    </w:p>
    <w:p>
      <w:pPr>
        <w:jc w:val="right"/>
      </w:pPr>
      <w:r>
        <w:t>ےرہےہیں۔ بہت ہی سیریسباتہےیہ، بہت زیادہ سیریسہےیہبات۔ قرآنمیںہے: "فلیز ہ قلیل اولیبقکثیرا" کہیہجوکریشنپلانخداکاہے، اسکا کوئیسمجھجبآجائےتوکیاہوناچاہیے؟تمہاراحال ہنسوکماورروئےزیادہ ۔</w:t>
      </w:r>
    </w:p>
    <w:p>
      <w:r>
        <w:rPr>
          <w:b/>
        </w:rPr>
        <w:t xml:space="preserve">[1:42:50] </w:t>
      </w:r>
      <w:r>
        <w:t>yeh Quran mein hai ke jab tum ko pata chal gaya ke Khuda humein hisab lene wala hai, hum accountable hain Khuda ke aage, ek day of judgment samne aane wala hai, jahan hell hai aur paradise hai,</w:t>
      </w:r>
    </w:p>
    <w:p>
      <w:pPr>
        <w:jc w:val="right"/>
      </w:pPr>
      <w:r>
        <w:t>یہ قرآنمیںہے کہجبتم کوپتہچلگیا کہ خداہمیں حسابلینےوالاہے، ہم اکاؤنٹیبلہیںخداکےآگے، ایک ڈےآفججمنٹسامنےآن ےوالاہے،جہاںہیلہےاورپیراڈائزہے،</w:t>
      </w:r>
    </w:p>
    <w:p>
      <w:r>
        <w:rPr>
          <w:b/>
        </w:rPr>
        <w:t xml:space="preserve">[1:43:04] </w:t>
      </w:r>
      <w:r>
        <w:t>is se kya character banta hai? Kya soch banti hai? Is ko bataya ke "fal yadhakoo qaleelan wal yabhako katheera" ke log hasein kam aur royein zyada.</w:t>
      </w:r>
    </w:p>
    <w:p>
      <w:pPr>
        <w:jc w:val="right"/>
      </w:pPr>
      <w:r>
        <w:t>اسسے کیا کریکٹربنتاہے ؟کیا سوچبنتیہے؟ اسکو بتایاکہ"فلیز ہقلیلا ولیبقکثیرا" کہلوگہنسیںکماورروئیںزیادہ ۔</w:t>
      </w:r>
    </w:p>
    <w:p>
      <w:r>
        <w:rPr>
          <w:b/>
        </w:rPr>
        <w:t xml:space="preserve">[1:43:16] </w:t>
      </w:r>
      <w:r>
        <w:t>Hadees mein aata hai ke "tum yate al qalb" zyada hasan dil ko murda karta hai. Aap zyada haseenge to dil ka murda ho jayega.</w:t>
      </w:r>
    </w:p>
    <w:p>
      <w:pPr>
        <w:jc w:val="right"/>
      </w:pPr>
      <w:r>
        <w:t>حدیث میںآتاہےکہ " تم یت القلب" زیادہ ہنسنادلکو مرد ہکرتاہے۔ آپزیادہ ہنسیںگےتودلکا مرد ہہوجائےگا۔</w:t>
      </w:r>
    </w:p>
    <w:p>
      <w:r>
        <w:rPr>
          <w:b/>
        </w:rPr>
        <w:t xml:space="preserve">[1:43:30] </w:t>
      </w:r>
      <w:r>
        <w:t>bahut zyada important baat hai yeh. Aaj kal mein dekhta hoon majlis on mein mazaaq karenge, jo chhodne ka hahakar karenge. Yakeen kijiye, haram hai, haram.</w:t>
      </w:r>
    </w:p>
    <w:p>
      <w:pPr>
        <w:jc w:val="right"/>
      </w:pPr>
      <w:r>
        <w:t>بہت زیادہ امپورٹنٹباتیہہے۔ آجکلمیںدیکھتاہوں مجلس وںمیں مذاقکریںگے،جوکچھوڑنےکاہاہاکریںگے۔ یقینکیجئے،حرامہے،حرام۔</w:t>
      </w:r>
    </w:p>
    <w:p>
      <w:r>
        <w:rPr>
          <w:b/>
        </w:rPr>
        <w:t xml:space="preserve">[1:43:41] </w:t>
      </w:r>
      <w:r>
        <w:t>yeh hell hi wali baatein hain. Yeh</w:t>
      </w:r>
    </w:p>
    <w:p>
      <w:pPr>
        <w:jc w:val="right"/>
      </w:pPr>
      <w:r>
        <w:t>یہ ہیلہیلوالیباتیںہیں۔یہ</w:t>
      </w:r>
    </w:p>
    <w:p>
      <w:r>
        <w:rPr>
          <w:b/>
        </w:rPr>
        <w:t xml:space="preserve">[1:43:45] </w:t>
      </w:r>
      <w:r>
        <w:t>paradise mein woh log jayenge, yaad rakhiye jo bohat hi sincere hon, bohat hi serious hon, to the point baat bolen, doosre ka respect den, aur jab bolen to yeh soch kar bolen ke Khuda ke saamne mujhe iska jawab dena hai.</w:t>
      </w:r>
    </w:p>
    <w:p>
      <w:pPr>
        <w:jc w:val="right"/>
      </w:pPr>
      <w:r>
        <w:t>پیراڈائزمیںوہلوگجائیںگے،یادرکھیے جوبہت ہی سنسیئرہوں، بہت ہی سیریسہوں، ٹودیپوائنٹباتبول یں، دوسرےکا ریسپیکٹدیں، اور جب بولیںتویہسوچکربولیںکہ خداکےسامنےمجھےاسکاجوابدیناہے۔</w:t>
      </w:r>
    </w:p>
    <w:p>
      <w:r>
        <w:rPr>
          <w:b/>
        </w:rPr>
        <w:t xml:space="preserve">[1:44:02] </w:t>
      </w:r>
      <w:r>
        <w:t>Rasool Allah ne ek baar ek ek Sahabi ki zubaan pakdi aur kaha ke "is is zubaan se apne aap ko bachao" . To unhon ne poocha: "kya zubaan se hi bachana hai apne aap ko ?</w:t>
      </w:r>
    </w:p>
    <w:p>
      <w:pPr>
        <w:jc w:val="right"/>
      </w:pPr>
      <w:r>
        <w:t>رسولاللہنےایکبار ایکایک صحابیکیزبان پکڑی اورکہاکہ "اس اس زبان سےاپنےآپکوبچاؤ"۔ توانہوںنےپوچھا:"کیازبان سےہیبچاناہےاپنےآپکو ؟</w:t>
      </w:r>
    </w:p>
    <w:p>
      <w:r>
        <w:rPr>
          <w:b/>
        </w:rPr>
        <w:t xml:space="preserve">[1:44:13] </w:t>
      </w:r>
      <w:r>
        <w:t>" To aap ne farmaya ke "haan, zubaan to logon ko hi jahannum mein le jayegi, zubaan to logon ko jahannum mein le jayegi. "</w:t>
      </w:r>
    </w:p>
    <w:p>
      <w:pPr>
        <w:jc w:val="right"/>
      </w:pPr>
      <w:r>
        <w:t>"توآپ نےفرمایاکہ"ہاں، زبانیتولوگوںکوہیلمیںلےجائےگی، زبانیتولوگ وںکوآدمیہیلمیںلےجائےگی۔"</w:t>
      </w:r>
    </w:p>
    <w:p>
      <w:r>
        <w:rPr>
          <w:b/>
        </w:rPr>
        <w:t xml:space="preserve">[1:44:24] </w:t>
      </w:r>
      <w:r>
        <w:t>main aksar wahan baithta hoon apne ghar ke saamne, itna bolte hain log jo sadkon par aate jaate hain , to main sochta hoon ke yeh bhi ek israf hai, jis tarah paise ka israf hota hai ke paisa aap bekaar kharch karen idhar udhar.</w:t>
      </w:r>
    </w:p>
    <w:p>
      <w:pPr>
        <w:jc w:val="right"/>
      </w:pPr>
      <w:r>
        <w:t>میںاکثر وہاںبیٹھتاہوںاپنےگھرکےسامنے، اتنا بولتےہیںلوگ جو سڑکوںپرآتےجاتےہیں ،تو میںسوچتاہوںکہیہبھیایک اسراف ہے، جس طرحپیسےکااسرافہوتاہےکہ پیسہ آپ بیکارخرچکریںادھرادھر۔</w:t>
      </w:r>
    </w:p>
    <w:p>
      <w:r>
        <w:rPr>
          <w:b/>
        </w:rPr>
        <w:t xml:space="preserve">[1:44:38] </w:t>
      </w:r>
      <w:r>
        <w:t>Quran mein hai ke aap Shaitan ke bhai hain.</w:t>
      </w:r>
    </w:p>
    <w:p>
      <w:pPr>
        <w:jc w:val="right"/>
      </w:pPr>
      <w:r>
        <w:t>قرآنمیںہےکہآپشیطانکےبھائی ہیں۔</w:t>
      </w:r>
    </w:p>
    <w:p>
      <w:r>
        <w:rPr>
          <w:b/>
        </w:rPr>
        <w:t xml:space="preserve">[1:44:42] </w:t>
      </w:r>
      <w:r>
        <w:t>yeh zubaan ka bhi israf hai. bolte hain, bolte hain, bolte hain. aise logon ko kabhi theher kar yeh mauqa nahi milta ke woh Khuda ka shukar ada karen ke zubaan kaisi ajeeb blessing hai, kaisi ajeeb nemat hai.</w:t>
      </w:r>
    </w:p>
    <w:p>
      <w:pPr>
        <w:jc w:val="right"/>
      </w:pPr>
      <w:r>
        <w:t>یہ زبانکابھیاسرافہے۔ بول تےہیں،بول تےہیں،بول تےہیں۔ ایسےلوگوںکوکبھی ٹھہرکر یہموقعنہیںملتا کہوہخداکاشکراداکریں کہ زبان کیسیعجیب بلیسنگہے، کیسیعجیبنعمتہے۔</w:t>
      </w:r>
    </w:p>
    <w:p>
      <w:r>
        <w:rPr>
          <w:b/>
        </w:rPr>
        <w:t xml:space="preserve">[1:45:00] </w:t>
      </w:r>
      <w:r>
        <w:t>Hadees mein aata hai ke "man samt naja" . Hadees mein kahin yeh nahi ke "man mutakallim naja" . Yaani yeh nahi hai ke jo bola, usko salvation mil gaya.</w:t>
      </w:r>
    </w:p>
    <w:p>
      <w:pPr>
        <w:jc w:val="right"/>
      </w:pPr>
      <w:r>
        <w:t>حدیثمیںآتاہےکہ "من سمت نجا" ۔حدیثمیںکہیںیہنہیںکہ"منتکلم نجا"۔ یعنییہنہیںہےکہجو بولا، اسکوسالویشنپاگیا۔</w:t>
      </w:r>
    </w:p>
    <w:p>
      <w:r>
        <w:rPr>
          <w:b/>
        </w:rPr>
        <w:t xml:space="preserve">[1:45:11] </w:t>
      </w:r>
      <w:r>
        <w:t>aisa nahi hai. jo chup raha, usko salvation mili. dekhen, do baatein alag alag hain. ek mein "man mutakallim naja" . jo bola, usko salvation mil gayi. aisa Hadees mein kahin nahi hai, Quran mein nahi hai.</w:t>
      </w:r>
    </w:p>
    <w:p>
      <w:pPr>
        <w:jc w:val="right"/>
      </w:pPr>
      <w:r>
        <w:t>ای سانہیںہے۔ جو چپرہا،اسکو سالویشنملی۔ دیکھیں،دوباتیںالگالگہیں۔ایکمیں"منتکلم نجا"۔ جو بولا،اسکوسال ویشنملگئی۔ایساحدیثمیںکہیںنہیںہے، قرآنمیں نہیںہے۔</w:t>
      </w:r>
    </w:p>
    <w:p>
      <w:r>
        <w:rPr>
          <w:b/>
        </w:rPr>
        <w:t xml:space="preserve">[1:45:25] </w:t>
      </w:r>
      <w:r>
        <w:t>hai kya ? "man samt naja" . jo chup raha, usko paradise milegi, usko salvation milegi. yeh bohat hi important baat hai.</w:t>
      </w:r>
    </w:p>
    <w:p>
      <w:pPr>
        <w:jc w:val="right"/>
      </w:pPr>
      <w:r>
        <w:t>ہےکیا ؟ "من سمت نجا"۔ جوچپرہا، اسکو پیراڈائزملےگی، اسکوسالویشنملےگی۔ یہبہت ہیامپورٹنٹباتہے۔</w:t>
      </w:r>
    </w:p>
    <w:p>
      <w:r>
        <w:rPr>
          <w:b/>
        </w:rPr>
        <w:t xml:space="preserve">[1:45:37] </w:t>
      </w:r>
      <w:r>
        <w:t>Hadees mein aata hai ke "</w:t>
      </w:r>
    </w:p>
    <w:p>
      <w:pPr>
        <w:jc w:val="right"/>
      </w:pPr>
      <w:r>
        <w:t>حدیثمیںآتاہےکہ"</w:t>
      </w:r>
    </w:p>
    <w:p>
      <w:r>
        <w:rPr>
          <w:b/>
        </w:rPr>
        <w:t xml:space="preserve">[1:45:41] </w:t>
      </w:r>
      <w:r>
        <w:t>man kan yu'min billahi wal yawm al akhir falyuqil khayra " .</w:t>
      </w:r>
    </w:p>
    <w:p>
      <w:pPr>
        <w:jc w:val="right"/>
      </w:pPr>
      <w:r>
        <w:t>من کان یوابن باللہ والی وم الآخر فلیق الخیر "۔</w:t>
      </w:r>
    </w:p>
    <w:p>
      <w:r>
        <w:rPr>
          <w:b/>
        </w:rPr>
        <w:t xml:space="preserve">[1:45:48] </w:t>
      </w:r>
      <w:r>
        <w:t>kehti hai, tadpa dene wali baat hai yeh.</w:t>
      </w:r>
    </w:p>
    <w:p>
      <w:pPr>
        <w:jc w:val="right"/>
      </w:pPr>
      <w:r>
        <w:t>کہتیہے،تڑپادینےوالیباتہےیہ۔</w:t>
      </w:r>
    </w:p>
    <w:p>
      <w:r>
        <w:rPr>
          <w:b/>
        </w:rPr>
        <w:t xml:space="preserve">[1:45:50] </w:t>
      </w:r>
      <w:r>
        <w:t>jo shakhs Khuda par aur accountability par aqeedah rakhta ho, to usko chahiye ke bole to bohat hi soch samajh kar bole, warna chup rahe.</w:t>
      </w:r>
    </w:p>
    <w:p>
      <w:pPr>
        <w:jc w:val="right"/>
      </w:pPr>
      <w:r>
        <w:t>جو شخص خداپر اور اکاؤنٹیبل ٹیپر عقیدہرکھتاہو، تواسکو چاہیےکہ بول ےتو بہت ہی سو چیسمجھیباتبولے، ورنہچپرہے۔</w:t>
      </w:r>
    </w:p>
    <w:p>
      <w:r>
        <w:rPr>
          <w:b/>
        </w:rPr>
        <w:t xml:space="preserve">[1:46:10] </w:t>
      </w:r>
      <w:r>
        <w:t>bhai, yun hi bolne rehna hai, yun hi bolne rehna hai.</w:t>
      </w:r>
    </w:p>
    <w:p>
      <w:pPr>
        <w:jc w:val="right"/>
      </w:pPr>
      <w:r>
        <w:t>بھئی،یوںہیبولنےرہناہے،یوںہیبولنےرہناہے۔</w:t>
      </w:r>
    </w:p>
    <w:p>
      <w:r>
        <w:rPr>
          <w:b/>
        </w:rPr>
        <w:t xml:space="preserve">[1:46:14] </w:t>
      </w:r>
      <w:r>
        <w:t>is tarah bekar cheezon ko na kehna. koi to yeh to kutta. woh Hadees mein Quran mein aaya hai: "inna ankar al aswat la aswat al hamir" . yeh to gadhe ki tarah cheekhna hai.</w:t>
      </w:r>
    </w:p>
    <w:p>
      <w:pPr>
        <w:jc w:val="right"/>
      </w:pPr>
      <w:r>
        <w:t>اس طرح بریچیزوںکوئینہیں۔کوئیتو یہتوکتا۔وہ حدیثمیںقرآنمیںآیاہے: "ان انکر الاسوات الاصوات الحمیر"۔ یہتوگدھےکیطرحچیخناہے۔</w:t>
      </w:r>
    </w:p>
    <w:p>
      <w:r>
        <w:rPr>
          <w:b/>
        </w:rPr>
        <w:t xml:space="preserve">[1:46:26] </w:t>
      </w:r>
      <w:r>
        <w:t>jo log bas bolte rahen, bolte rahen, bolte rahen, unko Quran gadha kehta hai. gadha, gadha cheekhta hai to tum bhi cheekh rahe ho.</w:t>
      </w:r>
    </w:p>
    <w:p>
      <w:pPr>
        <w:jc w:val="right"/>
      </w:pPr>
      <w:r>
        <w:t>جولوگبسبولتےرہیں،بولتےرہیں،بولتےرہیں،انکو قرآن گدھاکہتاہے۔گدھا، گدھاچیختاہےتوتمبھیچیخرہےہو۔</w:t>
      </w:r>
    </w:p>
    <w:p>
      <w:r>
        <w:rPr>
          <w:b/>
        </w:rPr>
        <w:t xml:space="preserve">[1:46:36] </w:t>
      </w:r>
      <w:r>
        <w:t>to soch samajh kar bolna, doosre ki baat sun na, aur samajhne ke baad bol na, yeh chahiye.</w:t>
      </w:r>
    </w:p>
    <w:p>
      <w:pPr>
        <w:jc w:val="right"/>
      </w:pPr>
      <w:r>
        <w:t>تو سوچسمجھکربولنا، دوسرےکیباتسن نا، اورسمجھنےکےبعد بول نا، یہچاہیے۔</w:t>
      </w:r>
    </w:p>
    <w:p>
      <w:r>
        <w:rPr>
          <w:b/>
        </w:rPr>
        <w:t xml:space="preserve">[1:46:48] </w:t>
      </w:r>
      <w:r>
        <w:t>yun bhi maine dekha hai ke secular world mein bhi jo behtareen log, behtareen tareeqe jo karte hain na, bohat kam bolte hain. misaal ke taur par Dheeru Bhai Ambani ke mutalliq maine suna ke bohat kam bolta tha. woh</w:t>
      </w:r>
    </w:p>
    <w:p>
      <w:pPr>
        <w:jc w:val="right"/>
      </w:pPr>
      <w:r>
        <w:t>یوںبھیمیںنےدیکھاہےکہ سیکولرورلڈمیںبھی جو ببےلوگ ،ببےطریقےجوکرتےہیںنا،بہت کم بولتےہیں۔ مثلاًدھیروبھائیامبانیکےمتعلقمیںنےسنا کہ بہت کم بول تاتھا۔وہ</w:t>
      </w:r>
    </w:p>
    <w:p>
      <w:r>
        <w:rPr>
          <w:b/>
        </w:rPr>
        <w:t xml:space="preserve">[1:47:03] </w:t>
      </w:r>
      <w:r>
        <w:t>doosre ko sunta tha, woh khud bohat kam bolta tha. yaad rakhiye ke chahe religious world ho ya secular world ho, jo kam bolega, wahi zyada tar tarraqi karega.</w:t>
      </w:r>
    </w:p>
    <w:p>
      <w:pPr>
        <w:jc w:val="right"/>
      </w:pPr>
      <w:r>
        <w:t>دوسرےکوسنتاتھا،وہ خود بہت کمبولتاتھا۔ یادرکھیےکہ چاہےریلیجیسورلڈہویا سیکولرورلڈہو، جو کم بول ےگا،وہیزیادہ ترقیکرےگا۔</w:t>
      </w:r>
    </w:p>
    <w:p>
      <w:r>
        <w:rPr>
          <w:b/>
        </w:rPr>
        <w:t xml:space="preserve">[1:47:15] </w:t>
      </w:r>
      <w:r>
        <w:t>jo zyada bolega, usko tarraqi hone wali nahi hai.</w:t>
      </w:r>
    </w:p>
    <w:p>
      <w:pPr>
        <w:jc w:val="right"/>
      </w:pPr>
      <w:r>
        <w:t>جوزیادہ بولےگا، اسکو ترقیہونےوالی نہیںہے۔</w:t>
      </w:r>
    </w:p>
    <w:p>
      <w:r>
        <w:rPr>
          <w:b/>
        </w:rPr>
        <w:t xml:space="preserve">[1:47:21] </w:t>
      </w:r>
      <w:r>
        <w:t>ek Hadees hai ke "</w:t>
      </w:r>
    </w:p>
    <w:p>
      <w:pPr>
        <w:jc w:val="right"/>
      </w:pPr>
      <w:r>
        <w:t>ایک حدیثہےکہ"</w:t>
      </w:r>
    </w:p>
    <w:p>
      <w:r>
        <w:rPr>
          <w:b/>
        </w:rPr>
        <w:t xml:space="preserve">[1:47:25] </w:t>
      </w:r>
      <w:r>
        <w:t>la yahillu lil muslim an yahjura akhahu fawqa thalathati ayyam" . iska matlab yeh hai ke kisi aadmi ke liye jaiz nahi ke woh teen din se zyada bol chaal band rakhe .</w:t>
      </w:r>
    </w:p>
    <w:p>
      <w:pPr>
        <w:jc w:val="right"/>
      </w:pPr>
      <w:r>
        <w:t>لا یحل اللمبرین انیحجر اخا فوق ثلاث ایام"۔اسکامطلبیہہےکہ کسی آدمی کےلیے جائزنہیں کہوہ تیندنسےزیادہ بول چال بندرکھ ے۔</w:t>
      </w:r>
    </w:p>
    <w:p>
      <w:r>
        <w:rPr>
          <w:b/>
        </w:rPr>
        <w:t xml:space="preserve">[1:47:44] </w:t>
      </w:r>
      <w:r>
        <w:t>yaani ek shakhs se aapki koi sakht baat ho gayi, gussa gussa ho gaya, aur bol chaal band ho gayi.</w:t>
      </w:r>
    </w:p>
    <w:p>
      <w:pPr>
        <w:jc w:val="right"/>
      </w:pPr>
      <w:r>
        <w:t>یعنی ایکشخص سےآپکی کوئی سختباتہوگئی، غصہغصہہوگیا، اور بول چالبندہوگئی۔</w:t>
      </w:r>
    </w:p>
    <w:p>
      <w:r>
        <w:rPr>
          <w:b/>
        </w:rPr>
        <w:t xml:space="preserve">[1:47:55] </w:t>
      </w:r>
      <w:r>
        <w:t>bol chaal band ho gayi to Hadees mein aaya hai ke teen din tak to jaiz hai. teen din ke baad agar aap aisa karte hain to aap haram ka kaam kar rahe hain.</w:t>
      </w:r>
    </w:p>
    <w:p>
      <w:pPr>
        <w:jc w:val="right"/>
      </w:pPr>
      <w:r>
        <w:t>بول چالبندہوگئی تو حدیثمیںآیاہےکہ تیندنتک تو جائز ہے۔ تیندنکےبعد اگر آپ ایساکرتےہیںتوآپحرامکامکررہےہیں۔</w:t>
      </w:r>
    </w:p>
    <w:p>
      <w:r>
        <w:rPr>
          <w:b/>
        </w:rPr>
        <w:t xml:space="preserve">[1:48:09] </w:t>
      </w:r>
      <w:r>
        <w:t>maine aisa socha ke aisa kyun hai?</w:t>
      </w:r>
    </w:p>
    <w:p>
      <w:pPr>
        <w:jc w:val="right"/>
      </w:pPr>
      <w:r>
        <w:t>میں نےایساسوچاکہایساکیوںہے؟</w:t>
      </w:r>
    </w:p>
    <w:p>
      <w:r>
        <w:rPr>
          <w:b/>
        </w:rPr>
        <w:t xml:space="preserve">[1:48:11] </w:t>
      </w:r>
      <w:r>
        <w:t>yani teen din ke baad agar aap na bolen to kyon haram? Khuda ne keh diya. Is liye keh diya ke is ke baad justification nahi rehta aap ke liye.</w:t>
      </w:r>
    </w:p>
    <w:p>
      <w:pPr>
        <w:jc w:val="right"/>
      </w:pPr>
      <w:r>
        <w:t>یعنیتیندنکےبعد اگر آپ نہبول یں تو کیوںحرام ؟خدانےکہہدیا۔ اسلیےکہہدیا کہاسکےبعد جسٹیفیکیشننہیںرہتاآپکےلیے۔</w:t>
      </w:r>
    </w:p>
    <w:p>
      <w:r>
        <w:rPr>
          <w:b/>
        </w:rPr>
        <w:t xml:space="preserve">[1:48:24] </w:t>
      </w:r>
      <w:r>
        <w:t>kyun ke is par maine socha to yeh samajh mein aaya ke law of nature woh hai, woh kya hai?</w:t>
      </w:r>
    </w:p>
    <w:p>
      <w:pPr>
        <w:jc w:val="right"/>
      </w:pPr>
      <w:r>
        <w:t>کیونکہ اسپرمیںنےسوچاتویہسمجھمیںآیا کہ لاءآفنیچرجوہے، وہکیا ہے؟</w:t>
      </w:r>
    </w:p>
    <w:p>
      <w:r>
        <w:rPr>
          <w:b/>
        </w:rPr>
        <w:t xml:space="preserve">[1:48:31] </w:t>
      </w:r>
      <w:r>
        <w:t>yeh law of nature hai ke jab kisi ne aap ko bura kaha, aap ko gussa aa gaya, aap ne is se bol chaal band kar diya to dekhen, agar aap is ka charcha na karte rahen,</w:t>
      </w:r>
    </w:p>
    <w:p>
      <w:pPr>
        <w:jc w:val="right"/>
      </w:pPr>
      <w:r>
        <w:t>یہ لاءآفنیچرہے کہجب کسی نےآپکو براکہا، آپکو غصہآگیا، آپ نےاسسےبول چالبندکردیا تو دیکھیں،اگر آپ اسیکاچرچہنہکرتے رہیں،</w:t>
      </w:r>
    </w:p>
    <w:p>
      <w:r>
        <w:rPr>
          <w:b/>
        </w:rPr>
        <w:t xml:space="preserve">[1:48:46] </w:t>
      </w:r>
      <w:r>
        <w:t>ghar mein aain, wohi baat karen, padosi se wohi baat karen, jo mile, usi se baat karen, dekho yeh itna kharab hai, aisa hai, waisa hai. Agar aap isi ko charcha karte rahen, isi ko recall karte rahen, tab to woh living memory mein baqi rahega, barabar.</w:t>
      </w:r>
    </w:p>
    <w:p>
      <w:pPr>
        <w:jc w:val="right"/>
      </w:pPr>
      <w:r>
        <w:t>گھرمیںآئیں،وہیباتکریں، پڑوسیسےوہیباتکریں، جو ملے،اسیباتکریں،دیکھویہاتناخرابہے، ایساہے،ویساہے۔ اگر آپ اسیکوچرچہکرتے رہیں، اسیکوریکالکرتے رہیں، تب تووہ لیونگمیموریمیںباقیرہےگا، برابر۔</w:t>
      </w:r>
    </w:p>
    <w:p>
      <w:r>
        <w:rPr>
          <w:b/>
        </w:rPr>
        <w:t xml:space="preserve">[1:49:01] </w:t>
      </w:r>
      <w:r>
        <w:t>lekin jo hua, woh hua. Is ke baad aap ke kaam mein lag gaye. Woh aap, yani kisi se aap ko takrar hui, is ke baad aap dukaan mein chale gaye, apne school mein chale gaye, apne ghar chale gaye, is ko aap recall nahi kar rahe hain, is ka charcha nahi kar rahe hain.</w:t>
      </w:r>
    </w:p>
    <w:p>
      <w:pPr>
        <w:jc w:val="right"/>
      </w:pPr>
      <w:r>
        <w:t>لیکن جوہوا ،وہہوا۔اسکےبعدآپکےکاممیںلگگئے۔وہ آپ ،یعنیکسیسےآپکو تکرارہوئی، اسکےبعدآپدکانمیںچلےگئے،اپنے اسکولمیںچلےگئے،اپنےگھرچلےگئے، اسکو آپ ریکالنہیںکررہےہیں، اسکا چرچہنہیںکررہےہیں۔</w:t>
      </w:r>
    </w:p>
    <w:p>
      <w:r>
        <w:rPr>
          <w:b/>
        </w:rPr>
        <w:t xml:space="preserve">[1:49:18] </w:t>
      </w:r>
      <w:r>
        <w:t>to ek hai process, natural process, jis se woh baat living memory se nikal kar ke unconscious mind mein jati hai.</w:t>
      </w:r>
    </w:p>
    <w:p>
      <w:pPr>
        <w:jc w:val="right"/>
      </w:pPr>
      <w:r>
        <w:t>تو ایک ہےپروسیس، نیچرلپروسیس، جسسےوہبات لیونگمیموریسےنکلکرکے انکامائنڈمیںجاتیہے۔</w:t>
      </w:r>
    </w:p>
    <w:p>
      <w:r>
        <w:rPr>
          <w:b/>
        </w:rPr>
        <w:t xml:space="preserve">[1:49:28] </w:t>
      </w:r>
      <w:r>
        <w:t>yeh daily aisa hota hai.</w:t>
      </w:r>
    </w:p>
    <w:p>
      <w:pPr>
        <w:jc w:val="right"/>
      </w:pPr>
      <w:r>
        <w:t>یہڈیلیایساہوتاہے۔</w:t>
      </w:r>
    </w:p>
    <w:p>
      <w:r>
        <w:rPr>
          <w:b/>
        </w:rPr>
        <w:t xml:space="preserve">[1:49:30] </w:t>
      </w:r>
      <w:r>
        <w:t>to din mein waqe hua aur aap ne phir is ko recall nahi kiya to kya hoga? Raat ko jab soyeinge aap to woh aap ke conscious mind se nikal kar ke unconscious mind mein jayegi.</w:t>
      </w:r>
    </w:p>
    <w:p>
      <w:pPr>
        <w:jc w:val="right"/>
      </w:pPr>
      <w:r>
        <w:t>تو دنمیں واقع ہوا اور آپ نےپھراسکوریکال نہیںکیا توکیا ہوگا؟ راتکوجبسوئیںگےآپ تو وہ آپ کے کانشیسمائنڈسے نکلکرکے انکا مائنڈمیں جائےگی۔</w:t>
      </w:r>
    </w:p>
    <w:p>
      <w:r>
        <w:rPr>
          <w:b/>
        </w:rPr>
        <w:t xml:space="preserve">[1:49:44] </w:t>
      </w:r>
      <w:r>
        <w:t>abhi phantom memory phir bhi rahegi woh. Lekin agar aap agle din bhi recall na karen, agle din bhi is ka charcha na karen to aur aage aur jayegi woh. Yahan tak ke teen din mein woh bilkul unconscious mind mein chali jayegi woh.</w:t>
      </w:r>
    </w:p>
    <w:p>
      <w:pPr>
        <w:jc w:val="right"/>
      </w:pPr>
      <w:r>
        <w:t>ابھی فینٹمیموریپھربھیرہےگیوہ۔ لیکن اگرآپاگلےدن بھی ریکال نہکریں، اگلےدنبھیاسکاچرچہنہکریں تو اورآگے اورجائےگیوہ۔یہاںتک کہ تیندنمیں وہ بالکل انکا مائنڈمیںچلیجائےگیوہ۔</w:t>
      </w:r>
    </w:p>
    <w:p>
      <w:r>
        <w:rPr>
          <w:b/>
        </w:rPr>
        <w:t xml:space="preserve">[1:49:59] </w:t>
      </w:r>
      <w:r>
        <w:t>yani conscious mind se subconscious mind mein, subconscious mind se unconscious mind mein. Is ka matlab kya hua? Ke teen din tak jo law of nature hai, woh aap ko support karta hai is ko bhulane ke liye, is ko khatam karne ke liye.</w:t>
      </w:r>
    </w:p>
    <w:p>
      <w:pPr>
        <w:jc w:val="right"/>
      </w:pPr>
      <w:r>
        <w:t>یعنی کانشیسمائنڈسےسبکانشیسمائنڈمیں،سبکانشیسمائنڈسےانکانشیسمائنڈمیں۔ اسکامطلبکیاہوا ؟ کہ تیندن تک جو لاءآفنیچرہے، وہ آپکوسپورٹ کرتاہے اسکو بھلانےکےلیے،اسکوختمکرنےکےلیے۔</w:t>
      </w:r>
    </w:p>
    <w:p>
      <w:r>
        <w:rPr>
          <w:b/>
        </w:rPr>
        <w:t xml:space="preserve">[1:50:15] </w:t>
      </w:r>
      <w:r>
        <w:t>to agar aap law of nature ko mauqa dein apna process chalane ka, process to dil mein jo jo mail aa gaya hai, dil mein jo negative thought aa gaye hain, woh apne aap hi khatam hota rahega.</w:t>
      </w:r>
    </w:p>
    <w:p>
      <w:pPr>
        <w:jc w:val="right"/>
      </w:pPr>
      <w:r>
        <w:t>تواگر آپ لاءآفنیچرکو موقع دیں اپنا پروسیسچلانےکا، پروسیس تو دلمیںجو جو میل آگیاہے، دلمیںجو نیگیٹیوتھاٹآگئےہیں، وہ اپنےآپ ہیختمہوتارہےگا۔</w:t>
      </w:r>
    </w:p>
    <w:p>
      <w:r>
        <w:rPr>
          <w:b/>
        </w:rPr>
        <w:t xml:space="preserve">[1:50:30] </w:t>
      </w:r>
      <w:r>
        <w:t>yahan tak ke teesre din aap bilkul fresh honge, normal honge, is qabil honge ke is se dobara milne ja kar ke. Lekin agar aap aisa nahi kiya, aap ne har din usi ko recall kiye hue hain, har din usi ka zikr karte hain,</w:t>
      </w:r>
    </w:p>
    <w:p>
      <w:pPr>
        <w:jc w:val="right"/>
      </w:pPr>
      <w:r>
        <w:t>یہاںتککہ تیسرےدنآپبالکل فریشہوںگے،نارملہوںگے، اسقابلہوںگےکہاسسےدوبارہملےجاکرکے۔ لیکن اگرآپایسانہیںکیا،آپنے ہردناسیکو ریکالکیےہوئےہیں، ہردناسیکاذکرکرتےہیں،</w:t>
      </w:r>
    </w:p>
    <w:p>
      <w:r>
        <w:rPr>
          <w:b/>
        </w:rPr>
        <w:t xml:space="preserve">[1:50:44] </w:t>
      </w:r>
      <w:r>
        <w:t>apne bachchon se, apni biwi se, har ek se kehte phirte hain, pados mein, idhar udhar, har taraf to woh aap ki living memory baqi rahega.</w:t>
      </w:r>
    </w:p>
    <w:p>
      <w:pPr>
        <w:jc w:val="right"/>
      </w:pPr>
      <w:r>
        <w:t>اپنے بچوںسے،اپنیبیویسے،ہرایکسے کہتےپھرتےہیں، پڑوسمیں،ادھرادھر، ہرطرف تو وہ آپ کی لیونگمیموریباقیرہےگا۔</w:t>
      </w:r>
    </w:p>
    <w:p>
      <w:r>
        <w:rPr>
          <w:b/>
        </w:rPr>
        <w:t xml:space="preserve">[1:50:53] </w:t>
      </w:r>
      <w:r>
        <w:t>to teesre din bhi aap is qabil nahi honge ke is se aap bol chaal shuru kar dein dobara. Kyun ke abhi to woh kinna baqi hai, hate baqi hai. To ab aap mujrim bane.</w:t>
      </w:r>
    </w:p>
    <w:p>
      <w:pPr>
        <w:jc w:val="right"/>
      </w:pPr>
      <w:r>
        <w:t>تو تیسرےدنبھیآپ اسپہ نہیںہوںگےکہاسسےآپبولچال شروعکردیںدوبارہ۔کیونکہابھیتو وہ کینہباقیہے، ہیٹباقیہے۔ تو ابآپمج رمبنگئے۔</w:t>
      </w:r>
    </w:p>
    <w:p>
      <w:r>
        <w:rPr>
          <w:b/>
        </w:rPr>
        <w:t xml:space="preserve">[1:51:03] </w:t>
      </w:r>
      <w:r>
        <w:t>kyun ke jo process tha nature mein is ko bhulane ka, is ko aap ne avail nahi kiya. To yeh jo farmaya ke teen din ke baad bol chaal band rakhna, yeh jaiz nahi hai.</w:t>
      </w:r>
    </w:p>
    <w:p>
      <w:pPr>
        <w:jc w:val="right"/>
      </w:pPr>
      <w:r>
        <w:t>کیونکہجو پروسیستھا نیچرمیں اسکوبھلانےکا، اسکوآپنےاویلنہیںکیا۔ تویہجوفرمایاکہ تیندنکےبعد بول چالبندرکھنا، یہ جائزنہیںہے۔</w:t>
      </w:r>
    </w:p>
    <w:p>
      <w:r>
        <w:rPr>
          <w:b/>
        </w:rPr>
        <w:t xml:space="preserve">[1:51:17] </w:t>
      </w:r>
      <w:r>
        <w:t>is ka matlab kya hua?</w:t>
      </w:r>
    </w:p>
    <w:p>
      <w:pPr>
        <w:jc w:val="right"/>
      </w:pPr>
      <w:r>
        <w:t>اسکامطلبکیاہوا ؟</w:t>
      </w:r>
    </w:p>
    <w:p>
      <w:r>
        <w:rPr>
          <w:b/>
        </w:rPr>
        <w:t xml:space="preserve">[1:51:19] </w:t>
      </w:r>
      <w:r>
        <w:t>aisa aadmi jo teen din ke baad bhi bol chaal band rakhta hai to yeh bata raha hai ke maine is nature mein jo process rakha giya tha, is ko maine avail nahi kiya.</w:t>
      </w:r>
    </w:p>
    <w:p>
      <w:pPr>
        <w:jc w:val="right"/>
      </w:pPr>
      <w:r>
        <w:t>ایسا آدمی جو تیندنکےبعد بھی بول چالبندرکھتاہے تو یہ بتارہاہےکہ میں نےاس نیچرمیںجوپروسیسرکھاگیاتھا، اسکو میںنےاویلنہیںکیا۔</w:t>
      </w:r>
    </w:p>
    <w:p>
      <w:r>
        <w:rPr>
          <w:b/>
        </w:rPr>
        <w:t xml:space="preserve">[1:51:32] </w:t>
      </w:r>
      <w:r>
        <w:t>to justification khatam ho jata hai bol chaal band rakhne ka. Teen din ke baad aap ke liye koi justification nahi rehta ke aap ko bol chaal band rakhen.</w:t>
      </w:r>
    </w:p>
    <w:p>
      <w:pPr>
        <w:jc w:val="right"/>
      </w:pPr>
      <w:r>
        <w:t>تو جسٹیفیکیشنختمہوجاتاہے بول چال بندرکھنےکا۔ تیندنکےبعد آپ کےلیےکوئیجسٹیفیکیشننہیںرہتاکہآپکو بولچالبندرکھیں۔</w:t>
      </w:r>
    </w:p>
    <w:p>
      <w:r>
        <w:rPr>
          <w:b/>
        </w:rPr>
        <w:t xml:space="preserve">[1:51:43] </w:t>
      </w:r>
      <w:r>
        <w:t>Khuda ke haan aap koi justification paish nahi kar sakte is ke liye.</w:t>
      </w:r>
    </w:p>
    <w:p>
      <w:pPr>
        <w:jc w:val="right"/>
      </w:pPr>
      <w:r>
        <w:t>خداکےہاںآپکوئی جسٹیفیکیشنپیشنہیںکرسکتےاسکےلیے۔</w:t>
      </w:r>
    </w:p>
    <w:p>
      <w:r>
        <w:rPr>
          <w:b/>
        </w:rPr>
        <w:t xml:space="preserve">[1:51:47] </w:t>
      </w:r>
      <w:r>
        <w:t>to yeh jaanna chahiye ke aam taur par rawaj hai ke kuch jhagda hua, bol chaal band, yeh un se mil rahe hain, nahi mil rahe, woh un se nahi mil rahe.</w:t>
      </w:r>
    </w:p>
    <w:p>
      <w:pPr>
        <w:jc w:val="right"/>
      </w:pPr>
      <w:r>
        <w:t>تو یہ جانناچاہیے کہ عام طورپررواجہے کہکچھ جھگڑاہوا، بول چالبند، یہ انسےملرہےہیں،نہیںملرہے،وہانسےنہیںملرہے۔</w:t>
      </w:r>
    </w:p>
    <w:p>
      <w:r>
        <w:rPr>
          <w:b/>
        </w:rPr>
        <w:t xml:space="preserve">[1:52:01] </w:t>
      </w:r>
      <w:r>
        <w:t>to teen din se zyada agar aap exceed karte hain to samajh lijiye ke aap Khuda ke nazdeek ek haram kaam kar rahe hain. Yani ek aisa kaam jo aap ko paradise se mehroom kar dene wala hai.</w:t>
      </w:r>
    </w:p>
    <w:p>
      <w:pPr>
        <w:jc w:val="right"/>
      </w:pPr>
      <w:r>
        <w:t>تو تیندنسےزیادہ اگر آپ ایکسیڈکرتےہیں تو سمجھلیجئےکہآپخدا کےنزدیکایکحرامکامکررہےہیں۔ یعنیایکایساکامجوآپکو پیراڈائزسے محرومکردینےوالاہے۔</w:t>
      </w:r>
    </w:p>
    <w:p>
      <w:r>
        <w:rPr>
          <w:b/>
        </w:rPr>
        <w:t xml:space="preserve">[1:52:18] </w:t>
      </w:r>
      <w:r>
        <w:t>isi tarah dekhen, hiras. Hiras ke mere paas agar bicycle hai aur usi ke paas car hai to hiras ke mere paas car nahi hai, us ke paas car hai. Ab hiras aa gayi mere dil mein.</w:t>
      </w:r>
    </w:p>
    <w:p>
      <w:pPr>
        <w:jc w:val="right"/>
      </w:pPr>
      <w:r>
        <w:t>اسیطرحدیکھیں،حرص۔ حرص کہمیرےپاساگر بائیسکلہے اوراسیکےپاس کارہے تو حرصکہمیرےپاسکار نہیںہے، اسکےپاس کار ہے۔ابحرصآگئی میرےدلمیں۔</w:t>
      </w:r>
    </w:p>
    <w:p>
      <w:r>
        <w:rPr>
          <w:b/>
        </w:rPr>
        <w:t xml:space="preserve">[1:52:33] </w:t>
      </w:r>
      <w:r>
        <w:t>koi bhi cheez kisi ke paas zyada hai, mere paas kam hai to hiras aata hai. Aur hiras barhte barhte aur bhi bohat si buraiyan paida karta hai.</w:t>
      </w:r>
    </w:p>
    <w:p>
      <w:pPr>
        <w:jc w:val="right"/>
      </w:pPr>
      <w:r>
        <w:t>کوئی بھیچیزکسی کےپاسزیادہ ہے،میرےپاسکمہے تو حرصآتاہے۔ اورحرص بڑھتےبڑھتےاوربھیبہت سیبرائیاںپیداکرتاہے۔</w:t>
      </w:r>
    </w:p>
    <w:p>
      <w:r>
        <w:rPr>
          <w:b/>
        </w:rPr>
        <w:t xml:space="preserve">[1:52:44] </w:t>
      </w:r>
      <w:r>
        <w:t>to hadith mein aata hai ke apne se neeche wale ko dekho, apne se upar wale ko na dekho. Ek simple formula hai.</w:t>
      </w:r>
    </w:p>
    <w:p>
      <w:pPr>
        <w:jc w:val="right"/>
      </w:pPr>
      <w:r>
        <w:t>تو حدیثمیںآتاہے کہ اپنے سے نیچےوالے کودیکھو، اپنے سےاوپروالے کونہدیکھو۔ ایک سمپلفارمولاہے۔</w:t>
      </w:r>
    </w:p>
    <w:p>
      <w:r>
        <w:rPr>
          <w:b/>
        </w:rPr>
        <w:t xml:space="preserve">[1:52:54] </w:t>
      </w:r>
      <w:r>
        <w:t>simple formula. Saadia ne likha hai ke mein aik martaba, mere paas joote nahi thay to mein bohat gussa ho raha tha ke kya hai duniya ke mere paas joote nahi hain.</w:t>
      </w:r>
    </w:p>
    <w:p>
      <w:pPr>
        <w:jc w:val="right"/>
      </w:pPr>
      <w:r>
        <w:t>سمپلفار مولا۔ سعدیہنےلکھاہےکہمیںایکمرتبہ، میرےپاس جوتانہیںتھا تومیں بہت غصہہورہاتھاکہکیاہے دنیا کہمیرےپاسجوتانہیںہے۔</w:t>
      </w:r>
    </w:p>
    <w:p>
      <w:r>
        <w:rPr>
          <w:b/>
        </w:rPr>
        <w:t xml:space="preserve">[1:53:10] </w:t>
      </w:r>
      <w:r>
        <w:t>to ek shikayat, ek mayoosi, ek negative thought aaya unke dil mein. to kehte hain ke main ghar se nikla bahar to main ne dekha ke ek aadmi chal raha hai, uska paon hi kata hua hai.</w:t>
      </w:r>
    </w:p>
    <w:p>
      <w:pPr>
        <w:jc w:val="right"/>
      </w:pPr>
      <w:r>
        <w:t>توایک شکایت ،ایک مایوسی ،ایکنیگیٹیوتھاٹآیاانکےدلمیں۔ تو کہتےہیںکہمیںگھرسےنکلا باہر تومیںنےدیکھاکہایکآدمیچلرہاہے،اسکاپاؤںہیکٹاہواہے۔</w:t>
      </w:r>
    </w:p>
    <w:p>
      <w:r>
        <w:rPr>
          <w:b/>
        </w:rPr>
        <w:t xml:space="preserve">[1:53:23] </w:t>
      </w:r>
      <w:r>
        <w:t>to main ne shukr ada kiya ke dekho, mere paas agar joote nahin hain to uska to paon hi se mahroom hai, bechara. tab unhon ne shukr</w:t>
      </w:r>
    </w:p>
    <w:p>
      <w:pPr>
        <w:jc w:val="right"/>
      </w:pPr>
      <w:r>
        <w:t>تو میںنےشکراداکیاکہدیکھو، میرےپاس اگر جوتانہیںہےتواسکاتوپاؤںہی سےمحرومہے،بیچارہ۔ تب انہوںنےش</w:t>
      </w:r>
    </w:p>
    <w:p>
      <w:r>
        <w:rPr>
          <w:b/>
        </w:rPr>
        <w:t xml:space="preserve">[1:53:32] </w:t>
      </w:r>
      <w:r>
        <w:t>kiya. to simple formula yeh hai ke aap</w:t>
      </w:r>
    </w:p>
    <w:p>
      <w:pPr>
        <w:jc w:val="right"/>
      </w:pPr>
      <w:r>
        <w:t>کرکیا۔ تو سمپلفارمولایہہے کہ آپ</w:t>
      </w:r>
    </w:p>
    <w:p>
      <w:r>
        <w:rPr>
          <w:b/>
        </w:rPr>
        <w:t xml:space="preserve">[1:53:39] </w:t>
      </w:r>
      <w:r>
        <w:t>hadees ke mutabiq apne se neeche wale ko dekhen, apne se upar wale ko na dekhen. upar wale ko dekhenge to hasad paida hoga, neeche wale ko dekhenge to shukr paida hoga.</w:t>
      </w:r>
    </w:p>
    <w:p>
      <w:pPr>
        <w:jc w:val="right"/>
      </w:pPr>
      <w:r>
        <w:t>حدیثکےمطابق اپنے سےنیچےوالے کودیکھیں،اپنےسےاوپروالےکونہدیکھیں۔ اوپروالے کودیکھیںگے تو حسدپیداہوگا، نیچےوالے کودیکھیںگےتوشکرپیدا ہوگا۔</w:t>
      </w:r>
    </w:p>
    <w:p>
      <w:r>
        <w:rPr>
          <w:b/>
        </w:rPr>
        <w:t xml:space="preserve">[1:53:52] </w:t>
      </w:r>
      <w:r>
        <w:t>yaani inhi do lafzon mein saari kahani chhupi hui hai ke upar wale ko dekhiye to aap ke andar hasad paida hogi,</w:t>
      </w:r>
    </w:p>
    <w:p>
      <w:pPr>
        <w:jc w:val="right"/>
      </w:pPr>
      <w:r>
        <w:t>یعنیانہیدولفظوںمیںساریکہانیچھپیہوئیہے کہاوپروالے کودیکھیے توآپ کےاندرحسدپیداہوگی،</w:t>
      </w:r>
    </w:p>
    <w:p>
      <w:r>
        <w:rPr>
          <w:b/>
        </w:rPr>
        <w:t xml:space="preserve">[1:54:01] </w:t>
      </w:r>
      <w:r>
        <w:t>neeche wale ko dekhiye to shukr paida hoga. kyunke hamesha kuch neeche wale hote hain, kuch upar wale hote hain. yeh duniya ke nizaam mein aisa hi hai.</w:t>
      </w:r>
    </w:p>
    <w:p>
      <w:pPr>
        <w:jc w:val="right"/>
      </w:pPr>
      <w:r>
        <w:t>نیچےوالےکودیکھیے تو شکرپیدا ہوگا۔ کیونکہہمیشہکچھنیچےوالےہوتےہیں،کچھاوپروالے ہوتےہیں۔ یہدنیا کےنظاممیںایساہیہے۔</w:t>
      </w:r>
    </w:p>
    <w:p>
      <w:r>
        <w:rPr>
          <w:b/>
        </w:rPr>
        <w:t xml:space="preserve">[1:54:12] </w:t>
      </w:r>
      <w:r>
        <w:t>to apne aap ko is tareeqe se bachate rehna negative thoughts se, matlab hiras se aur hasad se, khud gharzi se, keena se aur revenge se,</w:t>
      </w:r>
    </w:p>
    <w:p>
      <w:pPr>
        <w:jc w:val="right"/>
      </w:pPr>
      <w:r>
        <w:t>تو اپنےآپ کو اسطریقےسے بچاتےرہنا نیگیٹیوتھاٹسے ،مطلب حرصسے اور حسدسے، خود غرضیسے، کینہسے اور ریونجسے،</w:t>
      </w:r>
    </w:p>
    <w:p>
      <w:r>
        <w:rPr>
          <w:b/>
        </w:rPr>
        <w:t xml:space="preserve">[1:54:27] </w:t>
      </w:r>
      <w:r>
        <w:t>ghusse se, har cheez se apne ko bachate rehna padega.</w:t>
      </w:r>
    </w:p>
    <w:p>
      <w:pPr>
        <w:jc w:val="right"/>
      </w:pPr>
      <w:r>
        <w:t>غصہسے، ہرچیز سے اپنےکو بچاتےرہناپڑےگا۔</w:t>
      </w:r>
    </w:p>
    <w:p>
      <w:r>
        <w:rPr>
          <w:b/>
        </w:rPr>
        <w:t xml:space="preserve">[1:54:33] </w:t>
      </w:r>
      <w:r>
        <w:t>isko main kehta hoon ke art of situation management. art of situation management yaani koi bhi situation jo aati hai, usko manage karne ka art seekhiye.</w:t>
      </w:r>
    </w:p>
    <w:p>
      <w:pPr>
        <w:jc w:val="right"/>
      </w:pPr>
      <w:r>
        <w:t>اسکومیںکہتاہوںکہ آرٹآف سچویشن مینجمنٹ۔ آرٹآف سچویشنمینجمنٹ یعنیکوئیبھیسچویشنجوآتیہے، اسکو می نجکرنے کاآرٹسیکھیے۔</w:t>
      </w:r>
    </w:p>
    <w:p>
      <w:r>
        <w:rPr>
          <w:b/>
        </w:rPr>
        <w:t xml:space="preserve">[1:54:48] </w:t>
      </w:r>
      <w:r>
        <w:t>usko manage karne ka art seekhiye. koi bhi situation aisi nahin hai jis ko aap manage na kar saken.</w:t>
      </w:r>
    </w:p>
    <w:p>
      <w:pPr>
        <w:jc w:val="right"/>
      </w:pPr>
      <w:r>
        <w:t>اسکو مینجکرنے کاآرٹسیکھیے۔ کوئیبھی سچویشنایسینہیںہے جسکوآپمینجنہکرسکیں۔</w:t>
      </w:r>
    </w:p>
    <w:p>
      <w:r>
        <w:rPr>
          <w:b/>
        </w:rPr>
        <w:t xml:space="preserve">[1:55:00] </w:t>
      </w:r>
      <w:r>
        <w:t>har situation ko manage kar sakte hain aap bashart ke aap apne mind ko istemal karen.</w:t>
      </w:r>
    </w:p>
    <w:p>
      <w:pPr>
        <w:jc w:val="right"/>
      </w:pPr>
      <w:r>
        <w:t>ہرسچویشنکو مینجکرسکتےہیںآپ بشرط کہآپ اپنے مائنڈکو استعمالکریں۔</w:t>
      </w:r>
    </w:p>
    <w:p>
      <w:r>
        <w:rPr>
          <w:b/>
        </w:rPr>
        <w:t xml:space="preserve">[1:55:10] </w:t>
      </w:r>
      <w:r>
        <w:t>mind ko istemal karen.</w:t>
      </w:r>
    </w:p>
    <w:p>
      <w:pPr>
        <w:jc w:val="right"/>
      </w:pPr>
      <w:r>
        <w:t>مائنڈکواستعمالکریں۔</w:t>
      </w:r>
    </w:p>
    <w:p>
      <w:r>
        <w:rPr>
          <w:b/>
        </w:rPr>
        <w:t xml:space="preserve">[1:55:16] </w:t>
      </w:r>
      <w:r>
        <w:t>ek daily hum ko aisa hi hota hai ke koi na koi nuqsan pesh aata hai, har ek ko kuch na kuch ho jaata hai. nuqsan interm of meaning nahin, doosre har lehaz se kuch na kuch ho jaata hai.</w:t>
      </w:r>
    </w:p>
    <w:p>
      <w:pPr>
        <w:jc w:val="right"/>
      </w:pPr>
      <w:r>
        <w:t>ایک ڈیلیہمکوایساہوتاہےکہکوئینہکوئینقصانپیش آتاہے، ہرایککو کچھنہکچھہوجاتاہے۔ نقصان انٹرمآف منینہیں، دوسرے ہر لحاظسے کچھنہکچھہوجاتاہے۔</w:t>
      </w:r>
    </w:p>
    <w:p>
      <w:r>
        <w:rPr>
          <w:b/>
        </w:rPr>
        <w:t xml:space="preserve">[1:55:29] </w:t>
      </w:r>
      <w:r>
        <w:t>to ek sahabi ne kaha ke un ka unke saath ek nuqsan wali baat hui to unhon ne kaha: "Al khair fi ma waqa". jo hua, wahi theek hoga Khuda ke nazdeek.</w:t>
      </w:r>
    </w:p>
    <w:p>
      <w:pPr>
        <w:jc w:val="right"/>
      </w:pPr>
      <w:r>
        <w:t>تو ایک صحابی نےکہاکہ ان کاانکےساتھ ایک نقصانوالی باتہوئیتوانہوںنےکہا:"الخیرفیماوقع"۔ جوہوا ،وہیٹھیکہوگاخداکےنزدیک۔</w:t>
      </w:r>
    </w:p>
    <w:p>
      <w:r>
        <w:rPr>
          <w:b/>
        </w:rPr>
        <w:t xml:space="preserve">[1:55:40] </w:t>
      </w:r>
      <w:r>
        <w:t>yaani Khuda ko is mein koi bhalai hogi. to main America se aa raha tha ek baar, ek jahaz bhi jis se mujhe aana tha, us pe ticket mera confirm nahin ho saka.</w:t>
      </w:r>
    </w:p>
    <w:p>
      <w:pPr>
        <w:jc w:val="right"/>
      </w:pPr>
      <w:r>
        <w:t>یعنیخداکواسیمیںکوئی بھلائیہوگی۔ تو میں امریکہسےآرہاتھاایکبار، ایک جہاز بھیجسسےمجھےآناتھا، اسپہٹکٹ میراکنفرمنہیںہوسکا۔</w:t>
      </w:r>
    </w:p>
    <w:p>
      <w:r>
        <w:rPr>
          <w:b/>
        </w:rPr>
        <w:t xml:space="preserve">[1:55:51] </w:t>
      </w:r>
      <w:r>
        <w:t>to bohat afsos tha ke main khwaamkhwaah late ho jaunga pohnchne mein. ek din baat ka maloom hai, woh jahaz crash ho gaya.</w:t>
      </w:r>
    </w:p>
    <w:p>
      <w:pPr>
        <w:jc w:val="right"/>
      </w:pPr>
      <w:r>
        <w:t>تو بہتافسوستھاکہمیں خوامخواہلیٹہوجاؤںگا پہنچنےمیں۔ایکدن باتکامعلومہے،وہجہازکریشہوگیا۔</w:t>
      </w:r>
    </w:p>
    <w:p>
      <w:r>
        <w:rPr>
          <w:b/>
        </w:rPr>
        <w:t xml:space="preserve">[1:55:59] </w:t>
      </w:r>
      <w:r>
        <w:t>woh jahaz crash ho gaya. to "Al khair fi ma waqa" jo hua, wahi behtar tha. to agar aap is tarah se sochen ke "Al khair fi ma waqa" jo hua, wahi behtar tha to zindagi ekdum tension free ho jayegi.</w:t>
      </w:r>
    </w:p>
    <w:p>
      <w:pPr>
        <w:jc w:val="right"/>
      </w:pPr>
      <w:r>
        <w:t>وہجہازکریشہوگیا۔تو"الخیرفیماوقع" جوہوا،وہیبہترتھا۔ تواگر آپ اسطرحسےسوچیں کہ"الخیر فیماوقع" جوہوا،وہیبہترتھا تو زندگی ایکدمٹینشنفریہوجائےگی۔</w:t>
      </w:r>
    </w:p>
    <w:p>
      <w:r>
        <w:rPr>
          <w:b/>
        </w:rPr>
        <w:t xml:space="preserve">[1:56:15] </w:t>
      </w:r>
      <w:r>
        <w:t>jab bhi koi aisi baat pesh aaye jo aap ko tension paida kare, yeh stress paida kare to bas yeh soch lijiye: "Al khair fi ma waqa" jo hua, wahi behtar tha.</w:t>
      </w:r>
    </w:p>
    <w:p>
      <w:pPr>
        <w:jc w:val="right"/>
      </w:pPr>
      <w:r>
        <w:t>جب بھیکوئیایسیبات پیشآئے جوآپکوٹینشن پیدا کرے، یہسٹریسپیداکرے تو بسیہیسوچلیجئے: "الخیر فیماوقع" جو ہوا،وہیبہترتھا۔</w:t>
      </w:r>
    </w:p>
    <w:p>
      <w:r>
        <w:rPr>
          <w:b/>
        </w:rPr>
        <w:t xml:space="preserve">[1:56:27] </w:t>
      </w:r>
      <w:r>
        <w:t>is mein mere liye koi khair hoga. aur mujhe bar bar apna tajurba hai, bar bar ka tajurba hai ke jab main sabr kar leta hoon, jab main chup ho jaata hoon, jab main yeh soch leta hoon ke "Al khair fi ma waqa" ke jo hua, is mein koi achhai hogi.</w:t>
      </w:r>
    </w:p>
    <w:p>
      <w:pPr>
        <w:jc w:val="right"/>
      </w:pPr>
      <w:r>
        <w:t>اسیمیںمیرےلیےکوئیخیرہوگا۔ اورمجھےباربار اپناتجربہہے،باربارکاتجربہہے کہجب میں صبرکرلیتاہوں، جبمیں چپہوجاتاہوں، جب میںیہسوچلیتاہوںکہ"الخیرفیماوقع" کہجوہوا ، اسیمیںکوئیاچھائیہوگی۔</w:t>
      </w:r>
    </w:p>
    <w:p>
      <w:r>
        <w:rPr>
          <w:b/>
        </w:rPr>
        <w:t xml:space="preserve">[1:56:46] </w:t>
      </w:r>
      <w:r>
        <w:t>kuch dinon ke baad pata chalta hai ke sach much is mein sachai thi, achhai thi. hatta ke baaz baaten aisi hain ke usko achha samajhne mein mujhe pachas pachas saal beet gaye.</w:t>
      </w:r>
    </w:p>
    <w:p>
      <w:pPr>
        <w:jc w:val="right"/>
      </w:pPr>
      <w:r>
        <w:t>ک چھدنکےبعد پتہچلتاہےکہسچمچاسیمیںسچائیتھی، اچھ ائیتھی۔ حتیٰکہ بعض باتیںایسی ہیں کہ اسکواچھاسمجھنےمیںمجھےپچاسپچاسبرسبیتگئے۔</w:t>
      </w:r>
    </w:p>
    <w:p>
      <w:r>
        <w:rPr>
          <w:b/>
        </w:rPr>
        <w:t xml:space="preserve">[1:56:59] </w:t>
      </w:r>
      <w:r>
        <w:t>pachas saal baad pata chala ke jo hua tha, jis se mere dil mein bohat zyada yani negative thoughts aa gaye the, to pachas saal baad pata chala ke waqai wohi achha tha.</w:t>
      </w:r>
    </w:p>
    <w:p>
      <w:pPr>
        <w:jc w:val="right"/>
      </w:pPr>
      <w:r>
        <w:t>پچاس سال بعد پتہچلاکہجوہوا تھا، جسسےمیںبہتزیادہ یعنی نیگیٹیوتھاٹآگئےتھےمیرےدلمیں، تو پچاسسال بعد پتہچلاکہواقعیوہیاچھاتھا۔</w:t>
      </w:r>
    </w:p>
    <w:p>
      <w:r>
        <w:rPr>
          <w:b/>
        </w:rPr>
        <w:t xml:space="preserve">[1:57:11] </w:t>
      </w:r>
      <w:r>
        <w:t>woh na hota to zindagi meri bohat zyada yani badli hui hoti. to main samajhta hoon ke yeh behtareen formula hai: "Al khair fi ma waqa".</w:t>
      </w:r>
    </w:p>
    <w:p>
      <w:pPr>
        <w:jc w:val="right"/>
      </w:pPr>
      <w:r>
        <w:t>وہ نہہوتاتوزندگی میریبہت زیادہ یعنی بدلیہوئیہوتی۔ تومیںسمجھتاہوںکہیہ بہترین فارمولاہے: "الخیر فیماوقع"۔</w:t>
      </w:r>
    </w:p>
    <w:p>
      <w:r>
        <w:rPr>
          <w:b/>
        </w:rPr>
        <w:t xml:space="preserve">[1:57:26] </w:t>
      </w:r>
      <w:r>
        <w:t>to main Allah ke fazl se khud isi pe qaim hoon aur main samajhta hoon ke aap sab log bhi isi pe qaim hon. is tarah aap apne ko tension se bachayenge, stress se bachayenge, negative thoughts se bachayenge.</w:t>
      </w:r>
    </w:p>
    <w:p>
      <w:pPr>
        <w:jc w:val="right"/>
      </w:pPr>
      <w:r>
        <w:t>تومیں اللہ کےفضلسےخود اسیکو پرقائمہوں اور میںسمجھتاہوںکہآپسبلوگ بھیاسیپرقائمہوں۔ اسطرحآپاپنے کو ٹینشنسے بچائیںگے، اسٹریسسےبچائیںگے، نیگیٹیوتھاٹسےبچائیںگے۔</w:t>
      </w:r>
    </w:p>
    <w:p>
      <w:r>
        <w:rPr>
          <w:b/>
        </w:rPr>
        <w:t xml:space="preserve">[1:57:41] </w:t>
      </w:r>
      <w:r>
        <w:t>jab bhi koi aisi cheez pesh aaye jo aap ki chahat ke khilaf ho, jo aap ke liye unpleasant ho to keh dijiye: "Al khair fi ma waqa".</w:t>
      </w:r>
    </w:p>
    <w:p>
      <w:pPr>
        <w:jc w:val="right"/>
      </w:pPr>
      <w:r>
        <w:t>جب بھیکوئیایسیچیزپیش آئے جو آپ کیچاہتکےخلاف ہو ، جوآپکےلیے انپلیزنٹہو تو کہہدیجئے: "الخیر فیماوقع"۔</w:t>
      </w:r>
    </w:p>
    <w:p>
      <w:r>
        <w:rPr>
          <w:b/>
        </w:rPr>
        <w:t xml:space="preserve">[1:57:52] </w:t>
      </w:r>
      <w:r>
        <w:t>what happened, happened for good.</w:t>
      </w:r>
    </w:p>
    <w:p>
      <w:pPr>
        <w:jc w:val="right"/>
      </w:pPr>
      <w:r>
        <w:t>واٹہیپنڈ، ہیپنڈفارگڈ۔</w:t>
      </w:r>
    </w:p>
    <w:p>
      <w:r>
        <w:rPr>
          <w:b/>
        </w:rPr>
        <w:t xml:space="preserve">[1:57:56] </w:t>
      </w:r>
      <w:r>
        <w:t>jo hua, wohi behtar tha. yeh kitna simple formula hai. is mein aap yeh acknowledge karte hain ke mere siwa ek aur power hai.</w:t>
      </w:r>
    </w:p>
    <w:p>
      <w:pPr>
        <w:jc w:val="right"/>
      </w:pPr>
      <w:r>
        <w:t>جوہوا ،وہیبہترتھا۔ یہکتنا سمپلفارمولاہے۔ اسمیںآپ یہایکنالجکرتےہیںکہمیرےسواایکاورپاورہے۔</w:t>
      </w:r>
    </w:p>
    <w:p>
      <w:r>
        <w:rPr>
          <w:b/>
        </w:rPr>
        <w:t xml:space="preserve">[1:58:05] </w:t>
      </w:r>
      <w:r>
        <w:t>mein nahin hoon, ek aur power hai jo woh hai Khuda, jo angels ke zariye saari kainat ka intezam kar raha hai.</w:t>
      </w:r>
    </w:p>
    <w:p>
      <w:pPr>
        <w:jc w:val="right"/>
      </w:pPr>
      <w:r>
        <w:t>میںہینہیںہوں، ایکاورپاورہے جو وہہےخدا، جو اینجلزکےذریعےساری کائناتکا انتظامکررہاہے۔</w:t>
      </w:r>
    </w:p>
    <w:p>
      <w:r>
        <w:rPr>
          <w:b/>
        </w:rPr>
        <w:t xml:space="preserve">[1:58:14] </w:t>
      </w:r>
      <w:r>
        <w:t>yeh kehna ke "al khair fi ma waqa" yeh manna hai ke mein kya, mein toh ek bohat hi tiny particle hoon. asal toh Khuda hai jo manage kar raha hai saari kainat ko.</w:t>
      </w:r>
    </w:p>
    <w:p>
      <w:pPr>
        <w:jc w:val="right"/>
      </w:pPr>
      <w:r>
        <w:t>یہ کہناکہ"الخیرفیماوقع" یہ مانناہےکہ میں کیا،میںتوایکبہتہی ٹائنی پارٹیکلہوں۔ اصلتوخداہےجو مینجکررہاہےساریکائناتکو ۔</w:t>
      </w:r>
    </w:p>
    <w:p>
      <w:r>
        <w:rPr>
          <w:b/>
        </w:rPr>
        <w:t xml:space="preserve">[1:58:26] </w:t>
      </w:r>
      <w:r>
        <w:t>toh kisi greater good ke liye isne aisa kiya hoga,</w:t>
      </w:r>
    </w:p>
    <w:p>
      <w:pPr>
        <w:jc w:val="right"/>
      </w:pPr>
      <w:r>
        <w:t>توکسی گریٹرگڈکےلیےاسنےایساکیاہوگا،</w:t>
      </w:r>
    </w:p>
    <w:p>
      <w:r>
        <w:rPr>
          <w:b/>
        </w:rPr>
        <w:t xml:space="preserve">[1:58:32] </w:t>
      </w:r>
      <w:r>
        <w:t>koi zyada bada faida hoga mere liye. is liye, is liye Khuda ne aisa kiya hoga. toh jab aap kahein ke "al khair fi ma waqa" toh goya ke Khuda ko aapne acknowledge kiya, Khuda ki barai ko aapne acknowledge kiya.</w:t>
      </w:r>
    </w:p>
    <w:p>
      <w:pPr>
        <w:jc w:val="right"/>
      </w:pPr>
      <w:r>
        <w:t>کوئیزیادہ بڑافائدہہوگا میرےلیے۔ اسلیے، اسلیےخدانےایساکیاہوگا۔ تو جب آپ کہیںکہ"الخیرفیماوقع" تو گویاکہخداکوآپنے ایکنالجکیا، خداکیبڑائیکوآپنےایکنالجکیا۔</w:t>
      </w:r>
    </w:p>
    <w:p>
      <w:r>
        <w:rPr>
          <w:b/>
        </w:rPr>
        <w:t xml:space="preserve">[1:58:48] </w:t>
      </w:r>
      <w:r>
        <w:t>toh yeh ek lehaz se ibadat bhi hai. yani ba'iqba'iq bohat is mein do faide hain.</w:t>
      </w:r>
    </w:p>
    <w:p>
      <w:pPr>
        <w:jc w:val="right"/>
      </w:pPr>
      <w:r>
        <w:t>تو یہ ایک لحاظسےعب ادتبھیہے۔ یعنیبیکبہت اسمیںدوفائدےہیں۔</w:t>
      </w:r>
    </w:p>
    <w:p>
      <w:r>
        <w:rPr>
          <w:b/>
        </w:rPr>
        <w:t xml:space="preserve">[1:58:54] </w:t>
      </w:r>
      <w:r>
        <w:t>ek yeh ke aapne apne ko tension free banaya. yeh de-stressing ki behtareen ka behtareen formula hai.</w:t>
      </w:r>
    </w:p>
    <w:p>
      <w:pPr>
        <w:jc w:val="right"/>
      </w:pPr>
      <w:r>
        <w:t>ایک یہکہآپنےاپنے کو ٹینشنفریبنایا۔ یہ ڈی سٹریسنگکی بہترین کا بہترینفار مولاہے۔</w:t>
      </w:r>
    </w:p>
    <w:p>
      <w:r>
        <w:rPr>
          <w:b/>
        </w:rPr>
        <w:t xml:space="preserve">[1:59:03] </w:t>
      </w:r>
      <w:r>
        <w:t>toh ek aitbar se woh de-stressing ka formula hai, doosre aitbar se woh Khuda ko acknowledge karna hai, Khuda ki barai ko manna hai, Khuda ko Khuda bana kar usko ooncha darja dena hai apni zindagi mein.</w:t>
      </w:r>
    </w:p>
    <w:p>
      <w:pPr>
        <w:jc w:val="right"/>
      </w:pPr>
      <w:r>
        <w:t>تو ایک اعتبارسےوہڈی سٹریسنگکافارمولاہے، دوسرے اعتبارسے وہ خداکو ایکنالجکرناہے، خداکیبڑائیکومانناہے، خداکوخدا بناکراسکو اونچادرجہدیناہےاپنیزندگی میں۔</w:t>
      </w:r>
    </w:p>
    <w:p>
      <w:r>
        <w:rPr>
          <w:b/>
        </w:rPr>
        <w:t xml:space="preserve">[1:59:21] </w:t>
      </w:r>
      <w:r>
        <w:t>toh behal Rasool Allah jo unko ke yani living model kaha gaya hai, role model kaha gaya hai, toh woh unki zindagi jaisa ke maine kaha ek eventful life hai, bohat se aspects hain.</w:t>
      </w:r>
    </w:p>
    <w:p>
      <w:pPr>
        <w:jc w:val="right"/>
      </w:pPr>
      <w:r>
        <w:t>تو بہرحال رسولاللہجو انکو کہ یعنی لیونگماڈلکہاگیاہے، رولماڈلکہاگیاہے،تووہ انکیزندگی جیساکہمیںنےکہا ایک ایونفل لائفہے، بہتسےاسپیکٹہیں۔</w:t>
      </w:r>
    </w:p>
    <w:p>
      <w:r>
        <w:rPr>
          <w:b/>
        </w:rPr>
        <w:t xml:space="preserve">[1:59:37] </w:t>
      </w:r>
      <w:r>
        <w:t>is waqt maine aapse chand baatein kaheen jo roz marra ki zindagi se ta'alluq rakhti hain. Allah taala mujhko aur aapko is par amal karne ki tofeeq ata farmaye.</w:t>
      </w:r>
    </w:p>
    <w:p>
      <w:pPr>
        <w:jc w:val="right"/>
      </w:pPr>
      <w:r>
        <w:t>اس وقت میںنےآپسے چندباتیںکہیں جو روز مرہکیزندگی سےتعلقرکھتیہیں۔ اللہ تعالی مجھکواورآپکو اسپر عمل کرنے کی توفیقعطافرمائے۔</w:t>
      </w:r>
    </w:p>
    <w:p>
      <w:r>
        <w:rPr>
          <w:b/>
        </w:rPr>
        <w:t xml:space="preserve">[1:59:48] </w:t>
      </w:r>
      <w:r>
        <w:t>aqool qawli haza wastaghfirullaha li walakum ajmaeen.</w:t>
      </w:r>
    </w:p>
    <w:p>
      <w:pPr>
        <w:jc w:val="right"/>
      </w:pPr>
      <w:r>
        <w:t>اقول قولیھذا واستغفراللہ لیول کماجمعین۔</w:t>
      </w:r>
    </w:p>
    <w:p>
      <w:r>
        <w:rPr>
          <w:b/>
        </w:rPr>
        <w:t xml:space="preserve">[2:00:05] </w:t>
      </w:r>
      <w:r>
        <w:t>okay, this is a common question which has been asked by two different people: lungh and shukri al rahman</w:t>
      </w:r>
    </w:p>
    <w:p>
      <w:pPr>
        <w:jc w:val="right"/>
      </w:pPr>
      <w:r>
        <w:t>اوکے، دس از ا کامنکوسچنوچاز وچہیزبیناسکبائے ٹوڈفرنٹپیپل: لونکہ اینڈ شک یلالرحمن</w:t>
      </w:r>
    </w:p>
    <w:p>
      <w:r>
        <w:rPr>
          <w:b/>
        </w:rPr>
        <w:t xml:space="preserve">[2:00:14] </w:t>
      </w:r>
      <w:r>
        <w:t>. the questions: if you are not opposing injustice and keep silence, it means you supported it.</w:t>
      </w:r>
    </w:p>
    <w:p>
      <w:pPr>
        <w:jc w:val="right"/>
      </w:pPr>
      <w:r>
        <w:t>۔ داکوسچناز: افیوارناٹ اپوزنگ ان جسٹس اینڈکیپ سائلنس، اٹمینزیو سپورٹداسیم۔</w:t>
      </w:r>
    </w:p>
    <w:p>
      <w:r>
        <w:rPr>
          <w:b/>
        </w:rPr>
        <w:t xml:space="preserve">[2:00:23] </w:t>
      </w:r>
      <w:r>
        <w:t>how do you justify that? Maulana, dekhein, aap ko result dekhna chahiye ke sarkon par aa kar shor machane se kya injustice khatam hua hai? kabhi kabhi nahin.</w:t>
      </w:r>
    </w:p>
    <w:p>
      <w:pPr>
        <w:jc w:val="right"/>
      </w:pPr>
      <w:r>
        <w:t>ہاؤڈویوجسٹیفائیاٹ؟مولانا، دیکھیں، آپ کورزلٹدیکھناچاہیے کہ سڑکوںپرآکر شور پلکرنےسےکیا ان ان جسٹسختمہواہے؟کبھی کبھینہیں ۔</w:t>
      </w:r>
    </w:p>
    <w:p>
      <w:r>
        <w:rPr>
          <w:b/>
        </w:rPr>
        <w:t xml:space="preserve">[2:00:37] </w:t>
      </w:r>
      <w:r>
        <w:t>abhi kal mein radio par sun raha tha ke India mein teen lakh industries bandh padein. teen lakh industries bandh padein. kyun?</w:t>
      </w:r>
    </w:p>
    <w:p>
      <w:pPr>
        <w:jc w:val="right"/>
      </w:pPr>
      <w:r>
        <w:t>ابھیکل میں ریڈیوپرسنرہاتھاکہانڈیامیں تین لاکھانڈسٹریزبندہیں۔ تینلاکھانڈسٹریزبندہیں۔ کیوں ؟</w:t>
      </w:r>
    </w:p>
    <w:p>
      <w:r>
        <w:rPr>
          <w:b/>
        </w:rPr>
        <w:t xml:space="preserve">[2:00:47] </w:t>
      </w:r>
      <w:r>
        <w:t>trade union walon ne shor kar kar ke bharkaya employees ko aur wahan hartal aur strike toh becharon ne talba daarh laga di. aapne is ke liye sarkon par aane se kabhi koi problem solve nahin hota hai.</w:t>
      </w:r>
    </w:p>
    <w:p>
      <w:pPr>
        <w:jc w:val="right"/>
      </w:pPr>
      <w:r>
        <w:t>ٹریڈیونینوالوںنےشور کر کرکے بھڑکایا ایمپلائیزکو اور وہاں ہڑتالاوراسٹرائیکتو بیچاروںنے طلبہ داڑھلگادی۔آپنےاسکے لیےس ڑکوںپرآنےسےکبھیکوئیپرابلمسالونہیںہوتاہے۔</w:t>
      </w:r>
    </w:p>
    <w:p>
      <w:r>
        <w:rPr>
          <w:b/>
        </w:rPr>
        <w:t xml:space="preserve">[2:01:03] </w:t>
      </w:r>
      <w:r>
        <w:t>ek aadmi ne behtar sahih kaha hai ke juloos ka tareeqa hi heat generate karta hai, woh light nahin generate karta. aap ko chahiye ke peaceful tareeqe se kaam karen.</w:t>
      </w:r>
    </w:p>
    <w:p>
      <w:pPr>
        <w:jc w:val="right"/>
      </w:pPr>
      <w:r>
        <w:t>ایکآدمینےبہتصحیحکہاہے کہ جلوسکاطریقہ ہیٹ جنریٹکرتاہے، وہ لائٹنہیںجنریٹکرتا۔ آپ کوچاہیےکہ پیسفلطریقےسےکامکریں۔</w:t>
      </w:r>
    </w:p>
    <w:p>
      <w:r>
        <w:rPr>
          <w:b/>
        </w:rPr>
        <w:t xml:space="preserve">[2:01:16] </w:t>
      </w:r>
      <w:r>
        <w:t>yeh protest ka jo tareeqa hai, juloos nikalne ka jo tareeqa hai, yeh sirf yeh hamesha dekhein counter productive hota hai. toh woh you too see the result.</w:t>
      </w:r>
    </w:p>
    <w:p>
      <w:pPr>
        <w:jc w:val="right"/>
      </w:pPr>
      <w:r>
        <w:t>یہپروٹیسٹکاجوطریقہہے، جلوسنکالنےکاجوطریقہہے، یہ صرف یہہمیشہدیکھیں کاؤنٹر پروڈکٹوہوتاہے۔ تو یوہیوٹوسیدارزلٹ۔</w:t>
      </w:r>
    </w:p>
    <w:p>
      <w:r>
        <w:rPr>
          <w:b/>
        </w:rPr>
        <w:t xml:space="preserve">[2:01:30] </w:t>
      </w:r>
      <w:r>
        <w:t>yeh toh aap bohat dekh chuke hain ke log chalate hain injustice, lekin injustice khatam kahan hua? is ke liye logon ko educate karna hai, logon ko discipline paida karna hai, unke discipline character paida karna hai.</w:t>
      </w:r>
    </w:p>
    <w:p>
      <w:pPr>
        <w:jc w:val="right"/>
      </w:pPr>
      <w:r>
        <w:t>یہتوآپبہت دیکھچکےہیںکہلوگچلاتےہیں انجسٹس،لیکن انجسٹسختمکہاںہوا؟ اسکےلیےلوگوںکوایجوکیٹکرناہے، لوگوںکو ڈسپلن پیدا کرناہے،انکےڈسپلنکریکٹرپیداکرناہے۔</w:t>
      </w:r>
    </w:p>
    <w:p>
      <w:r>
        <w:rPr>
          <w:b/>
        </w:rPr>
        <w:t xml:space="preserve">[2:01:43] </w:t>
      </w:r>
      <w:r>
        <w:t>yani jo khamosh kaam karna hai, woh karte nahin aur sarkon par aa kar loudspeaker le kar ke shor karte hain toh kehte hain ke hum injustice ke khatam kar rahe hain. aap injustice mein ek aur cheez add kar rahe hain, woh hai anarchy.</w:t>
      </w:r>
    </w:p>
    <w:p>
      <w:pPr>
        <w:jc w:val="right"/>
      </w:pPr>
      <w:r>
        <w:t>یعنیجوخاموش کام کرناہے، وہ کرتے نہیںاور سڑکوںپرآکر لاؤڈسپیکرلےکرکےشورکرتےہیں توکہتےہیںکہہمانجسٹسکےختمکررہےہیں۔ آپ انجسٹس میں ایکاورچیزایڈکررہےہیں، وہہےانارکی۔</w:t>
      </w:r>
    </w:p>
    <w:p>
      <w:r>
        <w:rPr>
          <w:b/>
        </w:rPr>
        <w:t xml:space="preserve">[2:01:58] </w:t>
      </w:r>
      <w:r>
        <w:t>this question from abrar al dakh khan. the question regarding education. the question what type of education you want in mind ?</w:t>
      </w:r>
    </w:p>
    <w:p>
      <w:pPr>
        <w:jc w:val="right"/>
      </w:pPr>
      <w:r>
        <w:t>دسکوسچناز فرام ابرار الخ داخان ۔داکوسچناز ریگارڈنگایجوکیشن۔داکوسچنازوا ٹٹائپافایجوکیشنیوہیوانمائنڈ ؟</w:t>
      </w:r>
    </w:p>
    <w:p>
      <w:r>
        <w:rPr>
          <w:b/>
        </w:rPr>
        <w:t xml:space="preserve">[2:02:09] </w:t>
      </w:r>
      <w:r>
        <w:t>is the present system of western education suited to the goal of education you want in mind ? cannot deliver the goods ? dekhein, yeh sab mere nazdeek bilkul yani bekar ke sawalat hain.</w:t>
      </w:r>
    </w:p>
    <w:p>
      <w:pPr>
        <w:jc w:val="right"/>
      </w:pPr>
      <w:r>
        <w:t>ازدی پریزنٹ سسٹماف ویسٹرنایجوکی شن سوٹڈٹودیگولافایجوکیشنیوہیوانمائنڈ ؟کیناٹڈیلیورداگڈز ؟دیکھیں،یہسب میرےنزدیکبالکل یعنی بیکارکےسوالاتہیں۔</w:t>
      </w:r>
    </w:p>
    <w:p>
      <w:r>
        <w:rPr>
          <w:b/>
        </w:rPr>
        <w:t xml:space="preserve">[2:02:25] </w:t>
      </w:r>
      <w:r>
        <w:t>mera nazariya hai education for the sake of education.</w:t>
      </w:r>
    </w:p>
    <w:p>
      <w:pPr>
        <w:jc w:val="right"/>
      </w:pPr>
      <w:r>
        <w:t>میرانظریہہےایجوکیشنفارداسیکافایجوکیشن۔</w:t>
      </w:r>
    </w:p>
    <w:p>
      <w:r>
        <w:rPr>
          <w:b/>
        </w:rPr>
        <w:t xml:space="preserve">[2:02:28] </w:t>
      </w:r>
      <w:r>
        <w:t>aadmi ek khud ek rai rakhta hai, uski rai se apna behavior banata hai. woh yeh woh hai ke logon ne ek nazariya banaya aur aur uske liye unhone uss idare khole, jise Tagore ne khola, Shantiniketan,</w:t>
      </w:r>
    </w:p>
    <w:p>
      <w:pPr>
        <w:jc w:val="right"/>
      </w:pPr>
      <w:r>
        <w:t>آدمی ایکخود ایک رائےرکھتاہے، اسکیرائےسے اپنا بیہیویئر بناتاہے۔وہ یہجوہے کہ لوگوںنےایکنظریہبنایا اور اور اسکےلیے انہوںنے اس ادارےکھولے، جسے ٹیگورنےکھولا،شانتینکتن،</w:t>
      </w:r>
    </w:p>
    <w:p>
      <w:r>
        <w:rPr>
          <w:b/>
        </w:rPr>
        <w:t xml:space="preserve">[2:02:47] </w:t>
      </w:r>
      <w:r>
        <w:t>Jamia Millia khola gaya. is nazariye ke tehat</w:t>
      </w:r>
    </w:p>
    <w:p>
      <w:pPr>
        <w:jc w:val="right"/>
      </w:pPr>
      <w:r>
        <w:t>جام عہملیہکھولاگیا۔اسینظریےکےتحت</w:t>
      </w:r>
    </w:p>
    <w:p>
      <w:r>
        <w:rPr>
          <w:b/>
        </w:rPr>
        <w:t xml:space="preserve">[2:02:50] </w:t>
      </w:r>
      <w:r>
        <w:t>dekhen, iskulon mein insaan nahin bante. iskulon mein ya kalijon mein insaan nahin bante. wahan aap logon ko is qabil banate hain ke woh likh parh saken.</w:t>
      </w:r>
    </w:p>
    <w:p>
      <w:pPr>
        <w:jc w:val="right"/>
      </w:pPr>
      <w:r>
        <w:t>دیکھیں،اسکولوںمیںانساننہیںبنتے۔ اسکولوںمیںیاکالجوںمیںانساننہیںبنتے۔ وہاںآپ لوگوںکواسقابلبناتےہیںکہوہ لکھ پڑھسکیں۔</w:t>
      </w:r>
    </w:p>
    <w:p>
      <w:r>
        <w:rPr>
          <w:b/>
        </w:rPr>
        <w:t xml:space="preserve">[2:03:00] </w:t>
      </w:r>
      <w:r>
        <w:t>window khulta hai history ki taraf.</w:t>
      </w:r>
    </w:p>
    <w:p>
      <w:pPr>
        <w:jc w:val="right"/>
      </w:pPr>
      <w:r>
        <w:t>ونڈوکھلتاہے ہسٹریکیطرف ۔</w:t>
      </w:r>
    </w:p>
    <w:p>
      <w:r>
        <w:rPr>
          <w:b/>
        </w:rPr>
        <w:t xml:space="preserve">[2:03:04] </w:t>
      </w:r>
      <w:r>
        <w:t>history mein jo bare bare log paida hue hain, unki taraf aap ka woh khulta hai. window unko jaan saken aap aur jo waqt ke jo ahle fikr hain, jo samajhdar log hain, jo wise log hain, unse aap ka yaani rabt qaim hota hai.</w:t>
      </w:r>
    </w:p>
    <w:p>
      <w:pPr>
        <w:jc w:val="right"/>
      </w:pPr>
      <w:r>
        <w:t>ہسٹریمیںجو بڑےبڑے لوگ پیدا ہوئےہیں، انکیطرف آپکا وہ کھلتاہے۔ ونڈو انکوجانسکیںآپ اور جو وقت کےجو اہلفکرہیں، جو سمجھدارلوگہیں، جو وائز لوگہیں، انسے آپ کا یعنی ربطقائمہوتاہے۔</w:t>
      </w:r>
    </w:p>
    <w:p>
      <w:r>
        <w:rPr>
          <w:b/>
        </w:rPr>
        <w:t xml:space="preserve">[2:03:24] </w:t>
      </w:r>
      <w:r>
        <w:t>kyun ke jo log educated na hon, jinki taleem na hui ho, to unke aur intellectuals ke beech mein gap rehta hai.</w:t>
      </w:r>
    </w:p>
    <w:p>
      <w:pPr>
        <w:jc w:val="right"/>
      </w:pPr>
      <w:r>
        <w:t>کیونکہ جولوگ ایجوکیٹڈنہہوں، جنکیتعلیم نہہوئیہو،تو انکے اور انٹلیکچولزکےبیچمیںگیپرہتاہے۔</w:t>
      </w:r>
    </w:p>
    <w:p>
      <w:r>
        <w:rPr>
          <w:b/>
        </w:rPr>
        <w:t xml:space="preserve">[2:03:32] </w:t>
      </w:r>
      <w:r>
        <w:t>woh baat bolte hain, woh unki samajh mein nahin aati. to educated karne ka maqsad chahe koi bhi education ho, hindi, urdu, angrezi, science, philosophy, kuch bhi ho, western, eastern, isse koi farq nahin parta.</w:t>
      </w:r>
    </w:p>
    <w:p>
      <w:pPr>
        <w:jc w:val="right"/>
      </w:pPr>
      <w:r>
        <w:t>وہباتبول تےہیں،وہانکیسمجھمیںنہیںآتی۔ تو ایجوکیٹکرنےکامقصد چاہےکوئیبھیایجوکیشنہو،ہندی،اردو،انگریزی، سائنس،فلاسفی،کچھبھیہو ، ویسٹرن،ایسٹرن، اسسےکوئیفرقنہیںپڑتا۔</w:t>
      </w:r>
    </w:p>
    <w:p>
      <w:r>
        <w:rPr>
          <w:b/>
        </w:rPr>
        <w:t xml:space="preserve">[2:03:45] </w:t>
      </w:r>
      <w:r>
        <w:t>aap aadmi ko yeh is qabil banaiye ke woh achha samajh sake baaton ko, woh express kar sake baaton ko, uska yaani sochne ka mayar ooncha ho jaye.</w:t>
      </w:r>
    </w:p>
    <w:p>
      <w:pPr>
        <w:jc w:val="right"/>
      </w:pPr>
      <w:r>
        <w:t>آپ آدمیکو یہ اسقابلبنائیےکہوہ اچھاسمجھسکےباتوںکو، وہ ایکسپریس کر سکےباتوںکو، اسکا یعنی سوچنےکا معیاراونچاہوجائے۔</w:t>
      </w:r>
    </w:p>
    <w:p>
      <w:r>
        <w:rPr>
          <w:b/>
        </w:rPr>
        <w:t xml:space="preserve">[2:03:58] </w:t>
      </w:r>
      <w:r>
        <w:t>uska jo framework kahe, jo waseeh ho jaye.</w:t>
      </w:r>
    </w:p>
    <w:p>
      <w:pPr>
        <w:jc w:val="right"/>
      </w:pPr>
      <w:r>
        <w:t>اسکاجو فریمورکہے،جو وسیعہوجائے۔</w:t>
      </w:r>
    </w:p>
    <w:p>
      <w:r>
        <w:rPr>
          <w:b/>
        </w:rPr>
        <w:t xml:space="preserve">[2:04:01] </w:t>
      </w:r>
      <w:r>
        <w:t>basically mein samajhta hoon ke education ka maqsad yeh hai ke framework badhana, zyada waseeh peimane pe soch sake aadmi. kya padhaya jata hai, woh asal cheez nahin hai.</w:t>
      </w:r>
    </w:p>
    <w:p>
      <w:pPr>
        <w:jc w:val="right"/>
      </w:pPr>
      <w:r>
        <w:t>بیسیکلیمیںسمجھتاہوںکہایجوکیشنکامقصدیہہے کہ فریمورکبڑھانا، زیادہ وسیعپیمانےپرسوچسکےآدمی۔ کیا پڑھایاجاتاہے،وہاصلچیزنہیںہے۔</w:t>
      </w:r>
    </w:p>
    <w:p>
      <w:r>
        <w:rPr>
          <w:b/>
        </w:rPr>
        <w:t xml:space="preserve">[2:04:12] </w:t>
      </w:r>
      <w:r>
        <w:t>asal cheez yeh hai ke aap ne kya iske mind ke horizon ko waseeh kiya, usko is qabil banaya ke woh zyada waseeh daire mein soch kar rai bana sake.</w:t>
      </w:r>
    </w:p>
    <w:p>
      <w:pPr>
        <w:jc w:val="right"/>
      </w:pPr>
      <w:r>
        <w:t>اصلچیزیہہےکہآپ نےکیا اسکےمائنڈکے ہورائزنکووسیعکیا، اسکواسقابلبنایاکہوہزیادہ وسیعادارےمیںسوچکررائےبناسکے۔</w:t>
      </w:r>
    </w:p>
    <w:p>
      <w:r>
        <w:rPr>
          <w:b/>
        </w:rPr>
        <w:t xml:space="preserve">[2:04:22] </w:t>
      </w:r>
      <w:r>
        <w:t>iske liye education hoti hai. isi liye mera nazariya hai ke education for the sake of education. this is not a phrase from Bhuwalal.</w:t>
      </w:r>
    </w:p>
    <w:p>
      <w:pPr>
        <w:jc w:val="right"/>
      </w:pPr>
      <w:r>
        <w:t>اسکےلیےایجوکیشنہوتیہے۔ اسیلیےمیرانظریہہےکہایجوکیشن فارداسیکافایجوکیشن۔ دسکوسچنازفرامبھوچاولا۔</w:t>
      </w:r>
    </w:p>
    <w:p>
      <w:r>
        <w:rPr>
          <w:b/>
        </w:rPr>
        <w:t xml:space="preserve">[2:04:31] </w:t>
      </w:r>
      <w:r>
        <w:t>if there is no contentment, there won't be peace. if it is true, then how will we understand the process? this is a natural. this contentment is not for anyone.</w:t>
      </w:r>
    </w:p>
    <w:p>
      <w:pPr>
        <w:jc w:val="right"/>
      </w:pPr>
      <w:r>
        <w:t>اف دیراز کنٹینٹ، دیروونٹبیڈاؤٹ۔ اف اٹازٹرو، دینہاؤویلونڈسکور داپروسیس؟یہ اننیچرلہے۔یہ کنٹینٹمنٹ کسیکونہیںہوتا۔</w:t>
      </w:r>
    </w:p>
    <w:p>
      <w:r>
        <w:rPr>
          <w:b/>
        </w:rPr>
        <w:t xml:space="preserve">[2:04:43] </w:t>
      </w:r>
      <w:r>
        <w:t>sirf yeh hai ke aap</w:t>
      </w:r>
    </w:p>
    <w:p>
      <w:pPr>
        <w:jc w:val="right"/>
      </w:pPr>
      <w:r>
        <w:t>صرفیہہےکہآپ</w:t>
      </w:r>
    </w:p>
    <w:p>
      <w:r>
        <w:rPr>
          <w:b/>
        </w:rPr>
        <w:t xml:space="preserve">[2:04:47] </w:t>
      </w:r>
      <w:r>
        <w:t>material cheezon mein aap jis content bante hain, wahan pata karte hain cheezon ka. lekin jo religious cheezein hain, jo spiritual cheezein hain, wahan aap contentment jeete hain. contentment ka matlab hota hai bhulaye rakhte hain, bhulaye rakhte hain inko.</w:t>
      </w:r>
    </w:p>
    <w:p>
      <w:pPr>
        <w:jc w:val="right"/>
      </w:pPr>
      <w:r>
        <w:t>مٹیریلچیزوںمیں آپ جسکنٹینٹبنتےہیں، وہاںپتہکرتےہیںچیزوںکا ۔لیکن جو ریلیجسچیزیںہیں،جو سپرچولچیزیںہیں،وہاںآپ کنٹینٹمنٹجیتےہیں۔کنٹینٹمنٹکامطلبہوتاہے بھلائےرکھتےہیں،بھلائےرکھتےہیںانکو۔</w:t>
      </w:r>
    </w:p>
    <w:p>
      <w:r>
        <w:rPr>
          <w:b/>
        </w:rPr>
        <w:t xml:space="preserve">[2:05:00] </w:t>
      </w:r>
      <w:r>
        <w:t>to yeh hai contradiction ke material cheezon mein aap ke andar discontent hai aur jo spiritual cheezein hain, wahan par aap contentment jeete hain. to yeh to yeh to contradiction hai.</w:t>
      </w:r>
    </w:p>
    <w:p>
      <w:pPr>
        <w:jc w:val="right"/>
      </w:pPr>
      <w:r>
        <w:t>تو یہہے کنٹراڈکشن کہ مٹیریلچیزوںمیںآپ کےاندرڈسکنٹینٹہے اور جو سپریچولچیزیںہیں،وہاںپرآپ کنٹینٹمنٹجیرہےہیں۔تویہتویہتوکنٹراڈکشنہے۔</w:t>
      </w:r>
    </w:p>
    <w:p>
      <w:r>
        <w:rPr>
          <w:b/>
        </w:rPr>
        <w:t xml:space="preserve">[2:05:11] </w:t>
      </w:r>
      <w:r>
        <w:t>yeh apne aap mein ek crime hai. agar wahan par aap ko discontent hota hai to yahan bhi hona chahiye taake aap nayi nayi baaton ko daryaft kar saken, aap ke andar nayi nayi soch aa sake, learning barhe aap ki.</w:t>
      </w:r>
    </w:p>
    <w:p>
      <w:pPr>
        <w:jc w:val="right"/>
      </w:pPr>
      <w:r>
        <w:t>یہ اپنےآپ میںایککرائمہے۔ اگر وہاںپرآپکو ڈسکنٹینٹ ہوتاہےتویہاںبھیہوناچاہیےتاکہآپ نئینئیباتوںکودریا فتکرسکیں، آپ کےاندر نئینئیسوچآسکے، لرننگبڑھےآپکی۔</w:t>
      </w:r>
    </w:p>
    <w:p>
      <w:r>
        <w:rPr>
          <w:b/>
        </w:rPr>
        <w:t xml:space="preserve">[2:05:25] </w:t>
      </w:r>
      <w:r>
        <w:t>this is not a phrase from Saadia Khan.</w:t>
      </w:r>
    </w:p>
    <w:p>
      <w:pPr>
        <w:jc w:val="right"/>
      </w:pPr>
      <w:r>
        <w:t>دسکوسچنازفرامسعدیہخان</w:t>
      </w:r>
    </w:p>
    <w:p>
      <w:r>
        <w:rPr>
          <w:b/>
        </w:rPr>
        <w:t xml:space="preserve">[2:05:28] </w:t>
      </w:r>
      <w:r>
        <w:t>you see that formula of success in life is not being angry. however, success is a relative term. success in what sense? what is the definition of success?</w:t>
      </w:r>
    </w:p>
    <w:p>
      <w:pPr>
        <w:jc w:val="right"/>
      </w:pPr>
      <w:r>
        <w:t>۔یوسیڈدیٹفارمولااف سکسیس ان لائف از ناٹبینگ اینگری ۔ ہاؤایور، سکسیسازاریلیٹوٹرم۔ سکسیسان واٹسینس؟واٹازدیڈیفینیشنافسکسیس؟</w:t>
      </w:r>
    </w:p>
    <w:p>
      <w:r>
        <w:rPr>
          <w:b/>
        </w:rPr>
        <w:t xml:space="preserve">[2:05:41] </w:t>
      </w:r>
      <w:r>
        <w:t>dekhen, yahan par maine success ko general term mein use kiya hai. yaani religious field mein ya secular field mein, dono hi mein</w:t>
      </w:r>
    </w:p>
    <w:p>
      <w:pPr>
        <w:jc w:val="right"/>
      </w:pPr>
      <w:r>
        <w:t>دیکھیں،یہاںپر میں نے سک سیسکو جنرلٹرممیںیوزکیاہے۔ یعنیریلیجس فیلڈمیںیاسیکولرفیلڈمیں،دونوںہی میں</w:t>
      </w:r>
    </w:p>
    <w:p>
      <w:r>
        <w:rPr>
          <w:b/>
        </w:rPr>
        <w:t xml:space="preserve">[2:05:49] </w:t>
      </w:r>
      <w:r>
        <w:t>agar aap success chahte hain to kya hai ke aap duniya mein jo doosre log hain, unke beech mein apni plan chalana parega, apna project unke beech mein chalana parega.</w:t>
      </w:r>
    </w:p>
    <w:p>
      <w:pPr>
        <w:jc w:val="right"/>
      </w:pPr>
      <w:r>
        <w:t>۔ اگر آپ سکسیسچاہتےہیں توکیا ہے کہآپ دنیا میں جو دوسرےلوگہیں،انکےبیچمیں اپنی پلان چلاناپڑےگا، اپناپروجیکٹانکےبیچمیںچلاناپڑےگا۔</w:t>
      </w:r>
    </w:p>
    <w:p>
      <w:r>
        <w:rPr>
          <w:b/>
        </w:rPr>
        <w:t xml:space="preserve">[2:06:01] </w:t>
      </w:r>
      <w:r>
        <w:t>akele aap nahin. agar aap island mein hon to wahan success hasil karne ke liye aap ne koi dekhiye, sirf akele ko dekhiye. lekin aap society mein jab hain to doosron ko sochna</w:t>
      </w:r>
    </w:p>
    <w:p>
      <w:pPr>
        <w:jc w:val="right"/>
      </w:pPr>
      <w:r>
        <w:t>اکیلےآپنہیں۔اگرآپ ائیلینڈمیںہوںتووہاں سکسیسحاصل کرنےکےلیےآپنےکوئیدیکھیے،صرفاکیلےکودیکھیے۔ لیکن آپسوسائٹیمیںجبہیں تو دوسروںکوسوچناپ</w:t>
      </w:r>
    </w:p>
    <w:p>
      <w:r>
        <w:rPr>
          <w:b/>
        </w:rPr>
        <w:t xml:space="preserve">[2:06:10] </w:t>
      </w:r>
      <w:r>
        <w:t>parega. aap ko doosre kahin rukawat dalenge, kahin aap ko ghussa dilayenge, kahin aap ko project ko bank karne ki koshish karenge. yeh sab hoga, yeh sab hoga.</w:t>
      </w:r>
    </w:p>
    <w:p>
      <w:pPr>
        <w:jc w:val="right"/>
      </w:pPr>
      <w:r>
        <w:t>ڑےگا۔آپکو دوسرےکہیںرکاوٹڈالیںگے، کہیںآپکو غصہدلائیںگے، کہیںآپکوپروجیکٹکوبنککرنےکیکوششکریںگے۔یہسبہوگا، یہسبہوگا۔</w:t>
      </w:r>
    </w:p>
    <w:p>
      <w:r>
        <w:rPr>
          <w:b/>
        </w:rPr>
        <w:t xml:space="preserve">[2:06:20] </w:t>
      </w:r>
      <w:r>
        <w:t>to jo maine kaha hai, iska ta'alluq kisi bhi success se jo aap chahte hon. kyun ke jo bhi success aap chalana chahenge, jo bhi success, usko is society mein karna parega jahan har aadmi ka alag soch hai, har aadmi must understand different hai, har aadmi naye dhang se aap ko challenge dene wala hai.</w:t>
      </w:r>
    </w:p>
    <w:p>
      <w:pPr>
        <w:jc w:val="right"/>
      </w:pPr>
      <w:r>
        <w:t>تو جو میںنےکہاہے،اسکاتعلق کسی بھیسکسیسسےجوآپچاہتےہوں۔کیونکہجوبھیسکسیسآپچلاناچاہیںگے،جوبھی سکسیس، اسکو اسیسوسائٹیمیںکرناپڑےگا جہاںہرآدمی کاالگسوچہے، ہرآدمیمسٹرڈفرنٹہے، ہرآدمی نئےਢنگسےآپکوچیلنجدینےوالا ہے۔</w:t>
      </w:r>
    </w:p>
    <w:p>
      <w:r>
        <w:rPr>
          <w:b/>
        </w:rPr>
        <w:t xml:space="preserve">[2:06:38] </w:t>
      </w:r>
      <w:r>
        <w:t>woh to aap ko yeh karna parega. this is not a phrase from Mahbub.</w:t>
      </w:r>
    </w:p>
    <w:p>
      <w:pPr>
        <w:jc w:val="right"/>
      </w:pPr>
      <w:r>
        <w:t>وہ تو آپ کویہکرناپڑےگا۔ دسکوسچنازفراممحبوب۔</w:t>
      </w:r>
    </w:p>
    <w:p>
      <w:r>
        <w:rPr>
          <w:b/>
        </w:rPr>
        <w:t xml:space="preserve">[2:06:45] </w:t>
      </w:r>
      <w:r>
        <w:t>what is the islam view on donating human body for medical studies and donating of kidney, eye and other parts of the body?</w:t>
      </w:r>
    </w:p>
    <w:p>
      <w:pPr>
        <w:jc w:val="right"/>
      </w:pPr>
      <w:r>
        <w:t>واٹازدیاسلام ک ویو ان ڈونیٹنگہیومنباڈی فار میڈیکلسٹڈیز اینڈڈونیٹنگاف کڈنی،ائیزاینڈادرپارٹسافداباڈی؟</w:t>
      </w:r>
    </w:p>
    <w:p>
      <w:r>
        <w:rPr>
          <w:b/>
        </w:rPr>
        <w:t xml:space="preserve">[2:06:55] </w:t>
      </w:r>
      <w:r>
        <w:t>dekhen, yeh abhi kal mein dravyut tha isi par to maine unse kaha ke islam mein agar islam ka ek usool yeh hai ke al-aslu fi al-ashya' al-ibahah,</w:t>
      </w:r>
    </w:p>
    <w:p>
      <w:pPr>
        <w:jc w:val="right"/>
      </w:pPr>
      <w:r>
        <w:t>دیکھیں،یہ ابھیکل میں ڈروی وتھااسیپر تومیںنےانسےکہا کہ اسلام میں اگر اسلام کاایکاصولیہہے کہ الاصل فیالاشیاء الاباحہ،</w:t>
      </w:r>
    </w:p>
    <w:p>
      <w:r>
        <w:rPr>
          <w:b/>
        </w:rPr>
        <w:t xml:space="preserve">[2:07:08] </w:t>
      </w:r>
      <w:r>
        <w:t>yani agar koi cheez quran o hadith mein bata di gayi ho ke yeh haram hai, maslan sharab haram hai, bata diya gaya hai, aur jis cheez ke bare mein kuch na kaha gaya ho, maslan lewange ke bare mein kuch nahi kaha gaya hai, to woh jaiz rahega. woh</w:t>
      </w:r>
    </w:p>
    <w:p>
      <w:pPr>
        <w:jc w:val="right"/>
      </w:pPr>
      <w:r>
        <w:t>یعنیاگر کوئیچیز قرآنوحدیثمیں بتادیگئیہو کہ یہ حرامہے، مثلاًشرابحرامہے،بتادیاگیاہے، اور جس چیزکےبارےمیںکچھنہکہاگیاہو،مثلاًلیونجوسکےبارےمیںکچھنہیںکہاگیاہے،تو وہجائز رہےگا۔وہ</w:t>
      </w:r>
    </w:p>
    <w:p>
      <w:r>
        <w:rPr>
          <w:b/>
        </w:rPr>
        <w:t xml:space="preserve">[2:07:27] </w:t>
      </w:r>
      <w:r>
        <w:t>al-aslu fil-ashya'il ibahah. to mein yeh kehta hoon is bare mein ke yeh jo donation hota hai, quran mein ya hadith mein kahin isko mana nahi kiya gaya hai.</w:t>
      </w:r>
    </w:p>
    <w:p>
      <w:pPr>
        <w:jc w:val="right"/>
      </w:pPr>
      <w:r>
        <w:t>الاصل فیالاشیاءالاباحہ۔ تو میںیہکہتاہوںاسبارےمیں کہ یہجو ڈونیشنہوتاہے، قرآنمیں یاحدیثمیںکہیںاسکومنعنہیںکیاگیاہے۔</w:t>
      </w:r>
    </w:p>
    <w:p>
      <w:r>
        <w:rPr>
          <w:b/>
        </w:rPr>
        <w:t xml:space="preserve">[2:07:40] </w:t>
      </w:r>
      <w:r>
        <w:t>to jab mana nahi kiya gaya hai to hum sirf yeh dekhenge ke kya woh insaan ke liye faidamand hai, kya isse insaan ko faida hota hai.</w:t>
      </w:r>
    </w:p>
    <w:p>
      <w:pPr>
        <w:jc w:val="right"/>
      </w:pPr>
      <w:r>
        <w:t>توجب منعنہیںکیاگیاہےتوہمصرفیہدیکھیںگےکہکیا وہ انسانکےلیےفائدہمندہے، کیا اسسےانسانکوفائدہہوتاہے۔</w:t>
      </w:r>
    </w:p>
    <w:p>
      <w:r>
        <w:rPr>
          <w:b/>
        </w:rPr>
        <w:t xml:space="preserve">[2:07:47] </w:t>
      </w:r>
      <w:r>
        <w:t>to mein ne yeh samjha hai ke agar ek jo donate kar raha hai, uski body ko damage kiye baghair agar aap usko donor bana sakte hain to woh ain jaiz hoga.</w:t>
      </w:r>
    </w:p>
    <w:p>
      <w:pPr>
        <w:jc w:val="right"/>
      </w:pPr>
      <w:r>
        <w:t>تو میںنےیہسمجھاہےکہ اگر ایک جوڈونیٹکررہاہے، اسکی باڈیکو ڈیمجکیےبغیر اگر آپ اسکو ڈونربناسکتےہیں تو وہعینجائزہوگا۔</w:t>
      </w:r>
    </w:p>
    <w:p>
      <w:r>
        <w:rPr>
          <w:b/>
        </w:rPr>
        <w:t xml:space="preserve">[2:08:01] </w:t>
      </w:r>
      <w:r>
        <w:t>albata agar iska mind damage ho jaye, iski body, maslan mein ne suna hai ke baaz auqat hospitalon mein doctor jo hain, paisa le kar ke khamoshi se kidney nikal lete hain, woh becharon ko pata bhi nahi hota.</w:t>
      </w:r>
    </w:p>
    <w:p>
      <w:pPr>
        <w:jc w:val="right"/>
      </w:pPr>
      <w:r>
        <w:t>البتہاگراسکام ائنڈڈیمجہوجائے،اسکاباڈی، مثلاًمیںنےسناہےکہبعضاوقات ہسپتالوںمیں ڈاکٹرجوہیں،پیسہلےکرکے خاموشیسے کڈنینکاللیتےہیں، وہبیچاروںکوپتہبھینہیںہوتا۔</w:t>
      </w:r>
    </w:p>
    <w:p>
      <w:r>
        <w:rPr>
          <w:b/>
        </w:rPr>
        <w:t xml:space="preserve">[2:08:15] </w:t>
      </w:r>
      <w:r>
        <w:t>to yeh cheez bilashubah Islam mein jaiz nahi hogi. lekin iski raza mandee se aur iski body ko koi nuqsan pahunchaye baghair agar hota hai to bilkul jaiz hai. woh yahan mein yeh ek aur baat kahunga ke kuch log jo isko galat batate hain Islam ke khilaf, woh masla se isko confuse karte hain.</w:t>
      </w:r>
    </w:p>
    <w:p>
      <w:pPr>
        <w:jc w:val="right"/>
      </w:pPr>
      <w:r>
        <w:t>تویہچیز بلاشبہاسلام میں جائزنہیںہوگی۔ لیکن اسکیرضامندیسے اور اسکیباڈیکو کوئی نقصانپہنچائےبغیراگرہوتاہےتو بالکل جائزہے۔وہ یہاںمیںیہایکاورباتکہوںگاکہکچھلوگجواسکو غلطبتاتےہیں اسلام کےخلاف ، وہ مسئلہسے اسکو کنفیوزکرتے ہیں۔</w:t>
      </w:r>
    </w:p>
    <w:p>
      <w:r>
        <w:rPr>
          <w:b/>
        </w:rPr>
        <w:t xml:space="preserve">[2:08:34] </w:t>
      </w:r>
      <w:r>
        <w:t>woh kehte hain ke masla Islam mein haram hai, is liye yeh bhi haram rahega. lekin yeh galat hai. bilkul masla kehte hain disfigure karna.</w:t>
      </w:r>
    </w:p>
    <w:p>
      <w:pPr>
        <w:jc w:val="right"/>
      </w:pPr>
      <w:r>
        <w:t>وہکہتےہیںکہمسئلہاسلام میںحرامہے،اسلیےیہبھیحرامرہےگا۔لیکن یہغلطہے۔بالکل مسئلہکہتےہیں ڈسفگرکرنا۔</w:t>
      </w:r>
    </w:p>
    <w:p>
      <w:r>
        <w:rPr>
          <w:b/>
        </w:rPr>
        <w:t xml:space="preserve">[2:08:41] </w:t>
      </w:r>
      <w:r>
        <w:t>kisi ki body ko aap disfigure karein to woh masla hai, woh haram hai. yani ek aadmi mar gaya, ab iski naak kaat lein, iski aankh phod dein to dekhne mein kharab lage.</w:t>
      </w:r>
    </w:p>
    <w:p>
      <w:pPr>
        <w:jc w:val="right"/>
      </w:pPr>
      <w:r>
        <w:t>کسی کیباڈیکوآپڈسفگرکریںتووہمسئلہہے،وہحرامہے۔ یعنی ایکآدمیمرگیا، اباسکیناککاٹلیں، اسکیآنکھپھوڑدیں تودیکھنےمیںخرابلگے۔</w:t>
      </w:r>
    </w:p>
    <w:p>
      <w:r>
        <w:rPr>
          <w:b/>
        </w:rPr>
        <w:t xml:space="preserve">[2:08:53] </w:t>
      </w:r>
      <w:r>
        <w:t>yahan woh baat hoti hi nahi hai. yani yeh jo donation ka jo tareeqa hai, ismein disfigure karne ki koi baat hi nahi hai. maslan aankh nikalte hain marne ke kuch der ke baad foran to aankh ki jagah par ek aur doosri artificial aankh daal dete hain, sheeshe ki ya</w:t>
      </w:r>
    </w:p>
    <w:p>
      <w:pPr>
        <w:jc w:val="right"/>
      </w:pPr>
      <w:r>
        <w:t>یہاںوہباتہوتیہینہیںہے۔ یعنییہجو ڈونیشنکاجوطریقہہے،اسمیں ڈسفگرکرنےکیکوئیباتہینہیںہے۔ مثلاًآنکھنکالتےہیں مر نےکے کچھدیرکےبعد فوراً تو آنکھکیجگہپر ایک اور دوسریآرٹیفیشلآنکھڈالدیتےہیں، شیشےکییا</w:t>
      </w:r>
    </w:p>
    <w:p>
      <w:r>
        <w:rPr>
          <w:b/>
        </w:rPr>
        <w:t xml:space="preserve">[2:09:10] </w:t>
      </w:r>
      <w:r>
        <w:t>plastic ki. to aadmi dekhne mein woh aise hi lagta hai. to disfigure karne wale principle ko yahan nahi apply kar sakte aap. yeh masla nahi hota hai.</w:t>
      </w:r>
    </w:p>
    <w:p>
      <w:pPr>
        <w:jc w:val="right"/>
      </w:pPr>
      <w:r>
        <w:t>پلاسٹککی۔ توآدمیدیکھنےمیںوہایسےہیلگتاہے۔ تو ڈسفگرکرنے والے پرنسپلکویہاں نہیںاپلائیکرسکتےآپ ۔ یہمسئلہنہیںہوتاہے۔</w:t>
      </w:r>
    </w:p>
    <w:p>
      <w:r>
        <w:rPr>
          <w:b/>
        </w:rPr>
        <w:t xml:space="preserve">[2:09:18] </w:t>
      </w:r>
      <w:r>
        <w:t>yeh to ek aadmi ka ek aisa part iski body ka jo ab iske kaam aane wala nahi hai, usko aap kisi aur aadmi ke kaam laane ke liye usko donate kar dete hain.</w:t>
      </w:r>
    </w:p>
    <w:p>
      <w:pPr>
        <w:jc w:val="right"/>
      </w:pPr>
      <w:r>
        <w:t>یہتوایک آدمیکا ایک ایسا پارٹاسکیباڈیکا جو اباسکے کام آنےوالانہیں ہے، اسکوآپکسی اورآدمیکےکام لانےکےلیے اسکوڈونیٹکردیتےہیں۔</w:t>
      </w:r>
    </w:p>
    <w:p>
      <w:r>
        <w:rPr>
          <w:b/>
        </w:rPr>
        <w:t xml:space="preserve">[2:09:29] </w:t>
      </w:r>
      <w:r>
        <w:t>yeh hai Islam mein, mein samajhta hoon, sadqa e jariya. disko sachna z faram Muhammad Furqan.</w:t>
      </w:r>
    </w:p>
    <w:p>
      <w:pPr>
        <w:jc w:val="right"/>
      </w:pPr>
      <w:r>
        <w:t>یہہے اسلام میں ،میںسمجھتاہوں، صدقہجاریہ۔ دسکوسچنازفراممحمد فرقان۔</w:t>
      </w:r>
    </w:p>
    <w:p>
      <w:r>
        <w:rPr>
          <w:b/>
        </w:rPr>
        <w:t xml:space="preserve">[2:09:39] </w:t>
      </w:r>
      <w:r>
        <w:t>what is the significance of fatwa according to hadith? dekhein, fatwa jo hai, iske maani fatwa ke maani hote hain opinion, personal opinion.</w:t>
      </w:r>
    </w:p>
    <w:p>
      <w:pPr>
        <w:jc w:val="right"/>
      </w:pPr>
      <w:r>
        <w:t>واٹازدیسگنیفیکنساف فت وی اکارڈنگٹوحدیث ؟ دیکھیں،فت وی جوہے، اسکےمعنیفتویکےمعنیہوتےہیں اوپینین، پرسنلاوپینین۔</w:t>
      </w:r>
    </w:p>
    <w:p>
      <w:r>
        <w:rPr>
          <w:b/>
        </w:rPr>
        <w:t xml:space="preserve">[2:09:51] </w:t>
      </w:r>
      <w:r>
        <w:t>fatwa ek shakhs ki personal opinion hai, bas us se zyada iski koi ahmiyat nahi hai, koi shariyat mein iski ahmiyat nahi hai.</w:t>
      </w:r>
    </w:p>
    <w:p>
      <w:pPr>
        <w:jc w:val="right"/>
      </w:pPr>
      <w:r>
        <w:t>فت وی ایک شخص کیپرسنلاوپینینہے، بساسسےزیادہ اسکیکوئی اہمیتنہیںہے، کوئی شریعتمیںاسکی اہمیتنہیںہے۔</w:t>
      </w:r>
    </w:p>
    <w:p>
      <w:r>
        <w:rPr>
          <w:b/>
        </w:rPr>
        <w:t xml:space="preserve">[2:10:01] </w:t>
      </w:r>
      <w:r>
        <w:t>ek baat mein aur arz kar doon ke fatwa ka matlab hota hai ke ek shakhs apne personal baat ko mufti se pooche to woh wahan batayega.</w:t>
      </w:r>
    </w:p>
    <w:p>
      <w:pPr>
        <w:jc w:val="right"/>
      </w:pPr>
      <w:r>
        <w:t>ایکبات میںاورعرضکردوںکہفتویکامطلبہوتاہےکہایکشخص اپنے پرسنلباتکو مفتیسےپوچھے تووہاںبتائےگا۔</w:t>
      </w:r>
    </w:p>
    <w:p>
      <w:r>
        <w:rPr>
          <w:b/>
        </w:rPr>
        <w:t xml:space="preserve">[2:10:09] </w:t>
      </w:r>
      <w:r>
        <w:t>misal ke taur par Thani Mirza ka address hai unka, to koi aur agar pooche unka address Islami waghera sab to woh mere nazdeek jaiz nahi hoga, woh gunah hoga.</w:t>
      </w:r>
    </w:p>
    <w:p>
      <w:pPr>
        <w:jc w:val="right"/>
      </w:pPr>
      <w:r>
        <w:t>مثالکےطورپرثانیمرزاکا ایڈریسہےانکا ،تو کوئی اوراگر پوچھے انکاایڈریساسلامی وغیرہسب تووہمیرےنزدیکجائزنہیںہوگا، وہگناہہوگا۔</w:t>
      </w:r>
    </w:p>
    <w:p>
      <w:r>
        <w:rPr>
          <w:b/>
        </w:rPr>
        <w:t xml:space="preserve">[2:10:20] </w:t>
      </w:r>
      <w:r>
        <w:t>khud Thani Mirza agar pooche ke mera address jo hai woh Islami hai ke nahi Islami, to woh jaiz hai. to aaj kal jo chala hua hai ke masla kisi aur ka hota hai, poochta hai koi aur to mere nazdeek yeh bilkul najaaiz hai.</w:t>
      </w:r>
    </w:p>
    <w:p>
      <w:pPr>
        <w:jc w:val="right"/>
      </w:pPr>
      <w:r>
        <w:t>خود ثانیمرزااگرپوچھےکہمیراایڈریسجوہےوہاسلامی ہےکہنہیںاسلامی،تووہجائزہے۔ تو آجکلجوچلاہواہے کہ مسئلہکسیاورکاہوتاہے، پوچھتاہےکوئیاور تومیرےنزدیکیہبالکلناجائز ہے۔</w:t>
      </w:r>
    </w:p>
    <w:p>
      <w:r>
        <w:rPr>
          <w:b/>
        </w:rPr>
        <w:t xml:space="preserve">[2:10:32] </w:t>
      </w:r>
      <w:r>
        <w:t>yeh shar hai, shar, yeh fitna hai. jo concern person hai, usko haq hai ke woh pooche kisi se ke bhai, tumhari apni personal opinion mere bare mein kya hai</w:t>
      </w:r>
    </w:p>
    <w:p>
      <w:pPr>
        <w:jc w:val="right"/>
      </w:pPr>
      <w:r>
        <w:t>یہشر ہے،شر ،یہفتنہہے۔ جو کنسرنپرسنہے، اسکو حق ہےکہوہپوچھےکسیسے کہ بھائی،تمہاری اپنی پرسنلاوپینین میرےبارےمیںکیا ہے</w:t>
      </w:r>
    </w:p>
    <w:p>
      <w:r>
        <w:rPr>
          <w:b/>
        </w:rPr>
        <w:t xml:space="preserve">[2:10:42] </w:t>
      </w:r>
      <w:r>
        <w:t>? to woh bata sakta hai. doosri baat yeh hai ke jaise Imran ke case mein logon ne fatwa de diya, halanke woh kisi ka tha, criminal ka case tha. woh yeh double galati iske andar hai, kyunke hum ek aise mulk mein rehte hain jahan ka constitution hai, jahan ki ek law hai, legal system hai.</w:t>
      </w:r>
    </w:p>
    <w:p>
      <w:pPr>
        <w:jc w:val="right"/>
      </w:pPr>
      <w:r>
        <w:t>؟تووہبتاسکتاہے۔ دوسریباتیہہےکہ جیسےعمر انہکیسمیں لوگوںنےفتویدےدیا، حالانکہوہکیستھا ،کریمنلکیستھا۔وہ یہ ڈبلغلطیاسکےاندرہے، کیونکہہمایکایسےملکمیںرہتےہیںجہاںکیکانسٹیٹیوشنہے، جہاںکیایک لاءہے، لیگ لسسٹمہے۔</w:t>
      </w:r>
    </w:p>
    <w:p>
      <w:r>
        <w:rPr>
          <w:b/>
        </w:rPr>
        <w:t xml:space="preserve">[2:10:58] </w:t>
      </w:r>
      <w:r>
        <w:t>to yahan par kisi aise case ko jo criminal case ho, hum iske bare mein kuch nahi kar sakte. woh jayega court mein. mere nazdeek is qism ke fatwe dena bohat bari galati hai.</w:t>
      </w:r>
    </w:p>
    <w:p>
      <w:pPr>
        <w:jc w:val="right"/>
      </w:pPr>
      <w:r>
        <w:t>تویہاںپر کسی ایسےکیسکو جو کریمنلکیسہو، ہماسکےبارےمیںکچھنہیںکرسکتے۔ وہجائےگاکورٹمیں ۔ میرےنزدیکاسقسمکےفتوےدینابہتبڑیغلطیہے۔</w:t>
      </w:r>
    </w:p>
    <w:p>
      <w:r>
        <w:rPr>
          <w:b/>
        </w:rPr>
        <w:t xml:space="preserve">[2:11:10] </w:t>
      </w:r>
      <w:r>
        <w:t>galati kya</w:t>
      </w:r>
    </w:p>
    <w:p>
      <w:pPr>
        <w:jc w:val="right"/>
      </w:pPr>
      <w:r>
        <w:t>غلطیکیا</w:t>
      </w:r>
    </w:p>
    <w:p>
      <w:r>
        <w:rPr>
          <w:b/>
        </w:rPr>
        <w:t xml:space="preserve">[2:11:11] </w:t>
      </w:r>
      <w:r>
        <w:t>hai? ek gunah hai mere nazdeek ke criminal case par fatwa de rahe hain. aap bilkul aisa nahi karna chahiye. is se confusion aata hai, is se anarchy aati hai, is se Islam badnaam hota hai.</w:t>
      </w:r>
    </w:p>
    <w:p>
      <w:pPr>
        <w:jc w:val="right"/>
      </w:pPr>
      <w:r>
        <w:t>ہے؟ ایکگناہہےمیرےنزدیک کہ کریمنلکیسپرفتویدےرہےہیں۔آپ بالکلایسانہیںکرناچاہیے۔اسسےکنفیوژنآتاہے، اسسےانارکیآتیہے، اسسے اسلام بدنامہوتاہے۔</w:t>
      </w:r>
    </w:p>
    <w:p>
      <w:r>
        <w:rPr>
          <w:b/>
        </w:rPr>
        <w:t xml:space="preserve">[2:11:22] </w:t>
      </w:r>
      <w:r>
        <w:t>sirf kisi aadmi ke apne personal mamle mein aap ko fatwa dene ka haq hai, jabke woh khud khud isne poocha ho, koi aur pooche to woh bhi bilkul mere nazdeek najaaiz hai.</w:t>
      </w:r>
    </w:p>
    <w:p>
      <w:pPr>
        <w:jc w:val="right"/>
      </w:pPr>
      <w:r>
        <w:t>صرف کسی آدمیکے اپنے پرسنل معاملےمیں آپ کو فتویدینےکاحق ہے،جبکہوہخود خوداسنےپوچھاہو، کوئیاورپوچھاہےتووہبھیبالکلمیرےنزدیکناجائزہے۔</w:t>
      </w:r>
    </w:p>
    <w:p>
      <w:r>
        <w:rPr>
          <w:b/>
        </w:rPr>
        <w:t xml:space="preserve">[2:11:33] </w:t>
      </w:r>
      <w:r>
        <w:t>this comes from Ghazi Mahmood Siddiqui.</w:t>
      </w:r>
    </w:p>
    <w:p>
      <w:pPr>
        <w:jc w:val="right"/>
      </w:pPr>
      <w:r>
        <w:t>دسکوسچنازفرامنغمہصدی قی۔</w:t>
      </w:r>
    </w:p>
    <w:p>
      <w:r>
        <w:rPr>
          <w:b/>
        </w:rPr>
        <w:t xml:space="preserve">[2:11:36] </w:t>
      </w:r>
      <w:r>
        <w:t>inspite of trying continuously, negative test still remains. how do we take care of that? dekhein, iska koi bhi hal nahi hai iske siwa ke aap ke andar accountability ka ehsaas jaag uthe.</w:t>
      </w:r>
    </w:p>
    <w:p>
      <w:pPr>
        <w:jc w:val="right"/>
      </w:pPr>
      <w:r>
        <w:t>انسپائٹاف ٹرائینگکنٹینیوسلی، نیگیٹیوٹیسٹلریمینز اناس ۔ ہاؤڈوویٹیککیئرافدیٹ؟ دیکھیں، اسکا کوئیبھی حلنہیںہےاسکےسواکہآپ کےاندر اکاؤنٹیبل ٹیکااحساساور جاگے۔</w:t>
      </w:r>
    </w:p>
    <w:p>
      <w:r>
        <w:rPr>
          <w:b/>
        </w:rPr>
        <w:t xml:space="preserve">[2:11:55] </w:t>
      </w:r>
      <w:r>
        <w:t>jitna zyada jaagega accountablety ka ehsaas, utna hi yeh cheez khatam hogi.</w:t>
      </w:r>
    </w:p>
    <w:p>
      <w:pPr>
        <w:jc w:val="right"/>
      </w:pPr>
      <w:r>
        <w:t>جتنازیادہ جاگےگااکاؤنٹیبلٹیکااحساس، اتناہی یہچیزختمہوگی۔</w:t>
      </w:r>
    </w:p>
    <w:p>
      <w:r>
        <w:rPr>
          <w:b/>
        </w:rPr>
        <w:t xml:space="preserve">[2:12:01] </w:t>
      </w:r>
      <w:r>
        <w:t>jaise ke humne abhi hadith sunai thi aapko ke Rasool Allah ki majlis mein log bolte the, aap mein baatein karne lagte the aap mein.</w:t>
      </w:r>
    </w:p>
    <w:p>
      <w:pPr>
        <w:jc w:val="right"/>
      </w:pPr>
      <w:r>
        <w:t>جیسےکہمیںنےابھیحدیث سنائیتھیآپکو کہرسولاللہ کیمجلس میںلوگبول تےتھے، آپسمیںباتیںکرنےلگتےتھے آپسمیں۔</w:t>
      </w:r>
    </w:p>
    <w:p>
      <w:r>
        <w:rPr>
          <w:b/>
        </w:rPr>
        <w:t xml:space="preserve">[2:12:12] </w:t>
      </w:r>
      <w:r>
        <w:t>to Quran mein aaya hai ke yeh tareeqa tumhara galat hai. To aata hai kitabon mein ke iske baad woh is tarah chup chup baithte the, chup baithte the jaise ke unke saron par chidiya rakhi hui ho, chidiya baithi hui ho ke agar bole to chidiya ud jayegi.</w:t>
      </w:r>
    </w:p>
    <w:p>
      <w:pPr>
        <w:jc w:val="right"/>
      </w:pPr>
      <w:r>
        <w:t>تو قرآنمیںآیاہےکہیہطریقہتمہاراغلطہے۔ تو آتاہےکتاب وںمیںکہاسکےبعد وہ اس طرح چپچپبیٹھتےتھے،چپبیٹھتےتھےج یسےکہانکےسروںپرچڑیارکھیہوئیہو، چڑیابیٹھیہوئیہو کہاگر بولےتو چڑیااڑجائےگی۔</w:t>
      </w:r>
    </w:p>
    <w:p>
      <w:r>
        <w:rPr>
          <w:b/>
        </w:rPr>
        <w:t xml:space="preserve">[2:12:28] </w:t>
      </w:r>
      <w:r>
        <w:t>to ek ayat par aise ho gaye woh ke phir majlis mein chup baithne lage. Woh aise aata hai ke log aate the Rasool Allah ke haan aur aur kehte the: "Ya Muhammad, ukhruj alayna!</w:t>
      </w:r>
    </w:p>
    <w:p>
      <w:pPr>
        <w:jc w:val="right"/>
      </w:pPr>
      <w:r>
        <w:t>تو ایک آیتپر ایسےہوگئےوہ کہپھرمجلس میںچپبیٹھنےلگے۔وہ ایسےآتاہےکہلوگآتےتھےرسولاللہکےہاں اور اور کہتےتھے:"یا محمد ،اخرجعلینا!</w:t>
      </w:r>
    </w:p>
    <w:p>
      <w:r>
        <w:rPr>
          <w:b/>
        </w:rPr>
        <w:t xml:space="preserve">[2:12:39] </w:t>
      </w:r>
      <w:r>
        <w:t>Ae Muhammad, aao bahar, humein milna hai tumse." To batayega ke bahut hi ghair mehazab tareeqa hai, ek yeh uncivilized tareeqa hai.</w:t>
      </w:r>
    </w:p>
    <w:p>
      <w:pPr>
        <w:jc w:val="right"/>
      </w:pPr>
      <w:r>
        <w:t>اےمحمد ،آؤباہر،ہمکوملناہےتمسے۔ "تو بتائےگاکہبہتہیغیرمہذبطریقہہے، ایک یہ انسویلائزطریقہہے۔</w:t>
      </w:r>
    </w:p>
    <w:p>
      <w:r>
        <w:rPr>
          <w:b/>
        </w:rPr>
        <w:t xml:space="preserve">[2:12:49] </w:t>
      </w:r>
      <w:r>
        <w:t>iske baad foran kya hua ke logon ka haal yeh hoga ke aate the milne ke liye to darwaza nakhun se khatkhate the, nakhun se</w:t>
      </w:r>
    </w:p>
    <w:p>
      <w:pPr>
        <w:jc w:val="right"/>
      </w:pPr>
      <w:r>
        <w:t>اسکےبعد فوراًکیاہوا کہلوگوںکاحالیہہوگا کہ آتےتھےملنےکےلیےتو دروازہناخنسےکھٹکاتےتھے،ناخنسے</w:t>
      </w:r>
    </w:p>
    <w:p>
      <w:r>
        <w:rPr>
          <w:b/>
        </w:rPr>
        <w:t xml:space="preserve">[2:12:57] </w:t>
      </w:r>
      <w:r>
        <w:t>darwaza nakhun se khatkhate the, woh nakhun se dak karte the. Woh to yeh ehsaas ke hum Khuda ke haan jawab dena hai, humein yeh sab hi hai asal baat.</w:t>
      </w:r>
    </w:p>
    <w:p>
      <w:pPr>
        <w:jc w:val="right"/>
      </w:pPr>
      <w:r>
        <w:t>دروازہناخنسےکھٹکاتےتھے،وہ ناخنسےڈاککرتے تھے۔وہ تو یہ احساس کہہم خداکےہاںجوابدیناہے،ہمیں یہ سبیہیہے اصلبات۔</w:t>
      </w:r>
    </w:p>
    <w:p>
      <w:r>
        <w:rPr>
          <w:b/>
        </w:rPr>
        <w:t xml:space="preserve">[2:13:08] </w:t>
      </w:r>
      <w:r>
        <w:t>agar yeh baat ehsaas nahi hai to aap hazar baatein kehte rahiye, woh aadmi maane ga nahi, woh wahin khada rahega, woh wahin badlega nahi, woh</w:t>
      </w:r>
    </w:p>
    <w:p>
      <w:pPr>
        <w:jc w:val="right"/>
      </w:pPr>
      <w:r>
        <w:t>اگر یہباتاحساسنہیںہےتوآپہزارباتیںکہتےرہیے،وہآدمیمانےگانہیں، وہیوہی کھڑارہےگا،وہیوہی بدلےگانہیں،وہ</w:t>
      </w:r>
    </w:p>
    <w:p>
      <w:r>
        <w:rPr>
          <w:b/>
        </w:rPr>
        <w:t xml:space="preserve">[2:13:17] </w:t>
      </w:r>
      <w:r>
        <w:t>badlega nahi. Badalne ka raaz yeh hai ke accountablety ka ehsaas aadmi ke andar paida ho ke jo mein keh raha hoon, log aam taur par samajhte hain ke namaz padh li to bas saara kaam ho gaya.</w:t>
      </w:r>
    </w:p>
    <w:p>
      <w:pPr>
        <w:jc w:val="right"/>
      </w:pPr>
      <w:r>
        <w:t>بدلےگانہیں۔بدلنےکارازیہہےکہاکاؤنٹیبلٹیکااحساس آدمیکےاندرپیدا ہو کہجو میںکہہرہاہوں،لوگایساسمجھتےہیں عامطورپر کہنمازپڑھلیاتوبسساراکامہوگیا۔</w:t>
      </w:r>
    </w:p>
    <w:p>
      <w:r>
        <w:rPr>
          <w:b/>
        </w:rPr>
        <w:t xml:space="preserve">[2:13:27] </w:t>
      </w:r>
      <w:r>
        <w:t>yeh jhoota Islam yaad rakhiye, zindagi ke saare mamlaat ka ta'alluq Islam se hai. Matlab kaise bolen, kaise baithen, kaise behave karen, woh sab ka ta'alluq Islam se hai.</w:t>
      </w:r>
    </w:p>
    <w:p>
      <w:pPr>
        <w:jc w:val="right"/>
      </w:pPr>
      <w:r>
        <w:t>یہ جھوٹااسلام یادرکھیے، زندگی کے سارےمعاملات کاتعلق اسلامسےہے۔ مطلبکیسےبول یں،کیسےبیٹھیں، کیسےبیہیوکریں، وہ سبکاتعلق اسلام سےہے۔</w:t>
      </w:r>
    </w:p>
    <w:p>
      <w:r>
        <w:rPr>
          <w:b/>
        </w:rPr>
        <w:t xml:space="preserve">[2:13:41] </w:t>
      </w:r>
      <w:r>
        <w:t>aap ki zuban par, aap ki soch par, aur aap ke behavior par, har cheez par Islam ko control hona chahiye. Tab aap ko paradise milegi, warna paradise khwab dekhna bilkul bekar hai.</w:t>
      </w:r>
    </w:p>
    <w:p>
      <w:pPr>
        <w:jc w:val="right"/>
      </w:pPr>
      <w:r>
        <w:t>آپ کیزبان پر ،آپ کی سوچپر ،اورآپکے بیہیویئرپر،ہرچیزپر اسلام کوکنٹرولہوناچاہیے۔ تبآپکوپیرالائزملےگی، ورنہپیرالائزخوابدیکھنابالکل بیکارہے۔</w:t>
      </w:r>
    </w:p>
    <w:p>
      <w:r>
        <w:rPr>
          <w:b/>
        </w:rPr>
        <w:t xml:space="preserve">[2:13:57] </w:t>
      </w:r>
      <w:r>
        <w:t>Does such an aroma derive from their spoken and written forms of communication? What is the link between their spoken and written forms of communication?</w:t>
      </w:r>
    </w:p>
    <w:p>
      <w:pPr>
        <w:jc w:val="right"/>
      </w:pPr>
      <w:r>
        <w:t>دسکوسچنازفرامدھیرجبخ شی۔ ہاؤ،وین اینڈویئرڈیڈعرب ک،پرشیناینڈاردواوریجنیٹ؟ واٹوازدیٹائملیک بٹویندیرسپوکناینڈرٹنفارمافکمیونیکیشن</w:t>
      </w:r>
    </w:p>
    <w:p>
      <w:r>
        <w:rPr>
          <w:b/>
        </w:rPr>
        <w:t xml:space="preserve">[2:14:09] </w:t>
      </w:r>
      <w:r>
        <w:t>? wazprftmhmd dafrsttospek arabk? nahi, nahi, arabk lingwijbahut pehle se thi, char hazar saal se thi arab mein, char hazar saal se, ab se char hazar saal se.</w:t>
      </w:r>
    </w:p>
    <w:p>
      <w:pPr>
        <w:jc w:val="right"/>
      </w:pPr>
      <w:r>
        <w:t>؟ وازپرافٹمحمد دافرسٹٹوسپیک عرب ک ؟ نہیں،نہیں،عربکلینگویجبہتپہلے سےتھی، چارہزارسالسےتھی عرب میں، چارہزارسالسے،ابسےچارہزارسالسے ۔</w:t>
      </w:r>
    </w:p>
    <w:p>
      <w:r>
        <w:rPr>
          <w:b/>
        </w:rPr>
        <w:t xml:space="preserve">[2:14:22] </w:t>
      </w:r>
      <w:r>
        <w:t>to lekin dheere dheere is had tak develop ho gayi jo aaj hai. Arabi aaj jo arabi hai, woh do hazar saal pehle develop ho chuki thi.</w:t>
      </w:r>
    </w:p>
    <w:p>
      <w:pPr>
        <w:jc w:val="right"/>
      </w:pPr>
      <w:r>
        <w:t>تو لیکن دھیرےدھیرے اسحدتکڈیولپہوگئی جو آجہے۔عربی آججوعربیہے، وہ دوہزارسالپہلے ڈیولپہوچکیتھی۔</w:t>
      </w:r>
    </w:p>
    <w:p>
      <w:r>
        <w:rPr>
          <w:b/>
        </w:rPr>
        <w:t xml:space="preserve">[2:14:33] </w:t>
      </w:r>
      <w:r>
        <w:t>to arabk lingwij mein bhi development hua hai, lekin jo basic lingwij hai, basic wohi hai jo Rasool Allah ke zamane mein thi, wohi aaj tak chali ja rahi hai.</w:t>
      </w:r>
    </w:p>
    <w:p>
      <w:pPr>
        <w:jc w:val="right"/>
      </w:pPr>
      <w:r>
        <w:t>تو عرب ک لینگویجمیںبھیڈیولپمنٹہواہے، لیکن جو بیسکلینگویجہے،بیسک وہوہیہے جو رسولاللہکےزمانےمیںتھی، وہیآجتکچلیجارہیہے۔</w:t>
      </w:r>
    </w:p>
    <w:p>
      <w:r>
        <w:rPr>
          <w:b/>
        </w:rPr>
        <w:t xml:space="preserve">[2:14:44] </w:t>
      </w:r>
      <w:r>
        <w:t>jab ke doosri lingwij mein aisa hua ke basic lingwij hi badal gayi hai, woh basic lingwij badal gayi hai. To doosri zubanon mein jo kitaben likhi gayi hain do hazar saal pehle, aaj woh zuban aap janen, tab bhi aap samajh nahi sakte isko.</w:t>
      </w:r>
    </w:p>
    <w:p>
      <w:pPr>
        <w:jc w:val="right"/>
      </w:pPr>
      <w:r>
        <w:t>جب کہدوسریلینگویجمیںایساہواکہبیسکلینگویجہیبدلگئیہے،وہ بیسکلینگویجبدلگئیہے۔تو دوسری زبان وںمیںجوکتاب یںلکھیگئیہیںدوہزارسالپہلے، آج وہ زبان آپجانیں،تببھیآپسمجھنہیںسکتےاسکو ۔</w:t>
      </w:r>
    </w:p>
    <w:p>
      <w:r>
        <w:rPr>
          <w:b/>
        </w:rPr>
        <w:t xml:space="preserve">[2:14:57] </w:t>
      </w:r>
      <w:r>
        <w:t>bahut hi jo kuch thode se expert hote hain, woh isko translate karte hain.</w:t>
      </w:r>
    </w:p>
    <w:p>
      <w:pPr>
        <w:jc w:val="right"/>
      </w:pPr>
      <w:r>
        <w:t>بہت ہیجو کچھتھوڑےسےایکسپرٹہوتےہیں، وہ اسکوٹرانسلیٹکرتےہیں۔</w:t>
      </w:r>
    </w:p>
    <w:p>
      <w:r>
        <w:rPr>
          <w:b/>
        </w:rPr>
        <w:t xml:space="preserve">[2:15:02] </w:t>
      </w:r>
      <w:r>
        <w:t>misal ke taur par biblical college. Bible ka jo original dist jo version hai, woh Greek mein hai, Greek lingwij mein.</w:t>
      </w:r>
    </w:p>
    <w:p>
      <w:pPr>
        <w:jc w:val="right"/>
      </w:pPr>
      <w:r>
        <w:t>مثالکےطورپر بائبلکولیجئے۔ بائبل کاجو اول ڈسٹ جو ورژنہے، وہ گریکمیںہے، گریکلینگویجمیں۔</w:t>
      </w:r>
    </w:p>
    <w:p>
      <w:r>
        <w:rPr>
          <w:b/>
        </w:rPr>
        <w:t xml:space="preserve">[2:15:12] </w:t>
      </w:r>
      <w:r>
        <w:t>lekin woh jo Greek hai, woh aaj se aaj wali nahi hai. Aaj Greek mein jo lingwij boli jati hai, jo Greek, woh woh nahi hai jo Bible ke hai.</w:t>
      </w:r>
    </w:p>
    <w:p>
      <w:pPr>
        <w:jc w:val="right"/>
      </w:pPr>
      <w:r>
        <w:t>لیکن وہجو گریکہے،وہآجسے آجوالی نہیںہے۔ آج گریسمیںجولینگویجبولیجاتیہے، جو گر یک، وہ وہنہیںہےجوبائبل کے ہے۔</w:t>
      </w:r>
    </w:p>
    <w:p>
      <w:r>
        <w:rPr>
          <w:b/>
        </w:rPr>
        <w:t xml:space="preserve">[2:15:21] </w:t>
      </w:r>
      <w:r>
        <w:t>woh to kuch bahut hi expert logon ne isko padha, padh kar ke translation kiya, isko aap jante hain. To matlab woh dead lingwij ban jati hai.</w:t>
      </w:r>
    </w:p>
    <w:p>
      <w:pPr>
        <w:jc w:val="right"/>
      </w:pPr>
      <w:r>
        <w:t>وہتو کچھبہتہیایکسپرٹلوگوںنےاسکوپڑھا،پڑھکرکےٹرانسلیشنکیا، اسکوآپجانتےہیں۔ تومطلب وہ ڈیڈلینگویجبنجاتیہے۔</w:t>
      </w:r>
    </w:p>
    <w:p>
      <w:r>
        <w:rPr>
          <w:b/>
        </w:rPr>
        <w:t xml:space="preserve">[2:15:32] </w:t>
      </w:r>
      <w:r>
        <w:t>lekin arabk lingwij mein aisa nahi hua hai. Hitting ne likha hai ke yeh ek bahut hi anokha miracle hai ke arabk lingwij joo hai, kaise itni lambi muddat se waise ki waise baqi hai.</w:t>
      </w:r>
    </w:p>
    <w:p>
      <w:pPr>
        <w:jc w:val="right"/>
      </w:pPr>
      <w:r>
        <w:t>لیکن عربکلینگویجمیںایسانہیںہواہے۔ ہٹینےلکھاہےکہ یہ ایکبہتہی انوکھا میریکلہے کہعربکلینگویججوہے، کیسے اتنیلمبیمدتسے ویسیکیویسیباقیہے۔</w:t>
      </w:r>
    </w:p>
    <w:p>
      <w:r>
        <w:rPr>
          <w:b/>
        </w:rPr>
        <w:t xml:space="preserve">[2:15:45] </w:t>
      </w:r>
      <w:r>
        <w:t>kyunki lingwij ki history mein kisi bhi doosri lingwij ke saath aisa nahi hua.</w:t>
      </w:r>
    </w:p>
    <w:p>
      <w:pPr>
        <w:jc w:val="right"/>
      </w:pPr>
      <w:r>
        <w:t>کیونکہ لینگویجکیہسٹریمیںکسی بھیدوسریلینگویجکےساتھ ایسانہیںہوا۔</w:t>
      </w:r>
    </w:p>
    <w:p>
      <w:r>
        <w:rPr>
          <w:b/>
        </w:rPr>
        <w:t xml:space="preserve">[2:15:51] </w:t>
      </w:r>
      <w:r>
        <w:t>daskosuchnazframaaziya.</w:t>
      </w:r>
    </w:p>
    <w:p>
      <w:pPr>
        <w:jc w:val="right"/>
      </w:pPr>
      <w:r>
        <w:t>دسکوسچنازفرامراضیہ۔</w:t>
      </w:r>
    </w:p>
    <w:p>
      <w:r>
        <w:rPr>
          <w:b/>
        </w:rPr>
        <w:t xml:space="preserve">[2:15:54] </w:t>
      </w:r>
      <w:r>
        <w:t>an farming activity and for getting into practice, as an act of self-?</w:t>
      </w:r>
    </w:p>
    <w:p>
      <w:pPr>
        <w:jc w:val="right"/>
      </w:pPr>
      <w:r>
        <w:t>ان پرفارمنگایوری ایکٹیویٹیانلائف فار گیٹنگانٹوپیراڈائز، ازاٹناٹ اینایکٹافسیلفشنساناٹسیلف ؟</w:t>
      </w:r>
    </w:p>
    <w:p>
      <w:r>
        <w:rPr>
          <w:b/>
        </w:rPr>
        <w:t xml:space="preserve">[2:16:04] </w:t>
      </w:r>
      <w:r>
        <w:t>nahi, nahi, self-fishes ki baat naam nahi hai.</w:t>
      </w:r>
    </w:p>
    <w:p>
      <w:pPr>
        <w:jc w:val="right"/>
      </w:pPr>
      <w:r>
        <w:t>نہیں،نہیں،سیلفشنسکیکیاباتنام نہیںہے۔</w:t>
      </w:r>
    </w:p>
    <w:p>
      <w:r>
        <w:rPr>
          <w:b/>
        </w:rPr>
        <w:t xml:space="preserve">[2:16:07] </w:t>
      </w:r>
      <w:r>
        <w:t>yeh zindagi ki yeh khuda ke authority ko manna hai, khuda ke creation plan ko manna hai,</w:t>
      </w:r>
    </w:p>
    <w:p>
      <w:pPr>
        <w:jc w:val="right"/>
      </w:pPr>
      <w:r>
        <w:t>یہ زندگی کی یہ خداکے اتھارٹیکومانناہے، خداکے کریشن پلانکومانناہے،</w:t>
      </w:r>
    </w:p>
    <w:p>
      <w:r>
        <w:rPr>
          <w:b/>
        </w:rPr>
        <w:t xml:space="preserve">[2:16:20] </w:t>
      </w:r>
      <w:r>
        <w:t>khuda ka jo khuda ka jo insaan ke liye khuda ne jo faisla kiya hai, usko manna hai. sahi poochiye to yeh khuda ke aage surrender karna hai,</w:t>
      </w:r>
    </w:p>
    <w:p>
      <w:pPr>
        <w:jc w:val="right"/>
      </w:pPr>
      <w:r>
        <w:t>خداکاجو خداکاجو انسانکےلیے خدانےجوفیصلہکیاہے،اسکومانناہے۔ صحیحپوچھیےتویہخداکےآگےسرینڈرکرناہے،</w:t>
      </w:r>
    </w:p>
    <w:p>
      <w:r>
        <w:rPr>
          <w:b/>
        </w:rPr>
        <w:t xml:space="preserve">[2:16:32] </w:t>
      </w:r>
      <w:r>
        <w:t>jo khaliq hai hamara, jo sustainer hai hamara, uske aage surrender karna hai. jaisa ke maine isse pehle kaha tha ke paradise kya hai?</w:t>
      </w:r>
    </w:p>
    <w:p>
      <w:pPr>
        <w:jc w:val="right"/>
      </w:pPr>
      <w:r>
        <w:t>جو خالقہےہمارا، جو سسٹینرہےہمارا، اسکےآگے سرینڈرکرناہے۔ جیساکہمیںنےاسسےپہلے کہاتھا کہ پیراڈائزکیاہے؟</w:t>
      </w:r>
    </w:p>
    <w:p>
      <w:r>
        <w:rPr>
          <w:b/>
        </w:rPr>
        <w:t xml:space="preserve">[2:16:42] </w:t>
      </w:r>
      <w:r>
        <w:t>paradise naam hai god ke neighborhood mein jeene ka. rababun al bait fil jannah, yaani khuda ke khuda ka parosi bankar aapki zindagi guzre,</w:t>
      </w:r>
    </w:p>
    <w:p>
      <w:pPr>
        <w:jc w:val="right"/>
      </w:pPr>
      <w:r>
        <w:t>پیراڈائزنامہے گاڈکے نیبرہڈمیں جینےکا ۔ ربابن البیت فی الجنہ، یعنیخدا کے خداکاپڑوسیبنکر آپکیزندگی گزرے،</w:t>
      </w:r>
    </w:p>
    <w:p>
      <w:r>
        <w:rPr>
          <w:b/>
        </w:rPr>
        <w:t xml:space="preserve">[2:16:58] </w:t>
      </w:r>
      <w:r>
        <w:t>yeh kitna cherished dream hai, kitna ooncha yeh tasawwur hai, iska naam hai paradise.</w:t>
      </w:r>
    </w:p>
    <w:p>
      <w:pPr>
        <w:jc w:val="right"/>
      </w:pPr>
      <w:r>
        <w:t>یہکتنا چرشڈریمہے، کتنا اونچا یہ تص ورہے، اسکانام ہےپیراڈائز۔</w:t>
      </w:r>
    </w:p>
    <w:p>
      <w:r>
        <w:rPr>
          <w:b/>
        </w:rPr>
        <w:t xml:space="preserve">[2:17:09] </w:t>
      </w:r>
      <w:r>
        <w:t>discuss karna zaroori hai sabar roohi. what do we view to about the concept of jihad in Islam, which was one of the important part?</w:t>
      </w:r>
    </w:p>
    <w:p>
      <w:pPr>
        <w:jc w:val="right"/>
      </w:pPr>
      <w:r>
        <w:t>دسکوسچنازفرامصباروحی ۔واٹڈویوہیوٹو سے اباؤٹدیکانسیپٹاف جہ اداناسلام ،وچازونافاٹسامپورٹنٹپارٹ؟</w:t>
      </w:r>
    </w:p>
    <w:p>
      <w:r>
        <w:rPr>
          <w:b/>
        </w:rPr>
        <w:t xml:space="preserve">[2:17:19] </w:t>
      </w:r>
      <w:r>
        <w:t>jihad ka matlab hai peaceful struggle</w:t>
      </w:r>
    </w:p>
    <w:p>
      <w:pPr>
        <w:jc w:val="right"/>
      </w:pPr>
      <w:r>
        <w:t>جہ ادکامطلبہے پیسفل سٹرگ</w:t>
      </w:r>
    </w:p>
    <w:p>
      <w:r>
        <w:rPr>
          <w:b/>
        </w:rPr>
        <w:t xml:space="preserve">[2:17:22] </w:t>
      </w:r>
      <w:r>
        <w:t>hai. bas jihad ka mein daal shamil nahi hai, bilkul nahi. jihad simply jihad maani literally maani hai struggle to to struggle to strive.</w:t>
      </w:r>
    </w:p>
    <w:p>
      <w:pPr>
        <w:jc w:val="right"/>
      </w:pPr>
      <w:r>
        <w:t>ل۔ بس جہادکامیں والد شامل نہیںہے، بالکلنہیں ۔ جہادسمپلی جہاد معنیلٹرلیمعنیہے اسٹرگلٹ و ٹواسٹرگلٹوسٹرائیو۔</w:t>
      </w:r>
    </w:p>
    <w:p>
      <w:r>
        <w:rPr>
          <w:b/>
        </w:rPr>
        <w:t xml:space="preserve">[2:17:36] </w:t>
      </w:r>
      <w:r>
        <w:t>to kisi bhi noble cause ke liye jab aap peaceful tareeqe se koshish karein to usi ka naam jihad hai. baqi jo militancy hai, uska jihad se koi taluq nahi. jo aajkal aap dekh rahe hain idhar udhar, uska jihad se kuch bhi one percent bhi koi taluq nahi hai.</w:t>
      </w:r>
    </w:p>
    <w:p>
      <w:pPr>
        <w:jc w:val="right"/>
      </w:pPr>
      <w:r>
        <w:t>تو کسی بھی ناولکازکےلیے جب آپ پیسفلطریقےسے کوششکریںتواسیکانامجہادہے۔ باقیجومل ٹینسیہے، اسکاجہادسےکوئیتعلقنہیں ۔جوآجکلآپدیکھرہےہیںادھرادھر، اسکا جہادسےکچھبھی ون پرسنٹبھیکوئیتعلقنہیںہے۔</w:t>
      </w:r>
    </w:p>
    <w:p>
      <w:r>
        <w:rPr>
          <w:b/>
        </w:rPr>
        <w:t xml:space="preserve">[2:17:53] </w:t>
      </w:r>
      <w:r>
        <w:t>discuss karna zaroori hai mariya. one of the methods they told us to understand the creation plan of god is through the physical world as manifested by the universe.</w:t>
      </w:r>
    </w:p>
    <w:p>
      <w:pPr>
        <w:jc w:val="right"/>
      </w:pPr>
      <w:r>
        <w:t>دسکوسچنازفرامماریہ۔ ونافدیمیتھڈزدیٹیوٹولڈاسٹوانڈرسٹینڈ دیکریشنپلانافگاڈ از تھرودیفزیکلورلڈای زمینیفیسٹڈبائیدییونیورس ۔</w:t>
      </w:r>
    </w:p>
    <w:p>
      <w:r>
        <w:rPr>
          <w:b/>
        </w:rPr>
        <w:t xml:space="preserve">[2:18:04] </w:t>
      </w:r>
      <w:r>
        <w:t>but what of ones born blind?</w:t>
      </w:r>
    </w:p>
    <w:p>
      <w:pPr>
        <w:jc w:val="right"/>
      </w:pPr>
      <w:r>
        <w:t>بٹواٹاف ونازبورن بلائنڈ؟</w:t>
      </w:r>
    </w:p>
    <w:p>
      <w:r>
        <w:rPr>
          <w:b/>
        </w:rPr>
        <w:t xml:space="preserve">[2:18:10] </w:t>
      </w:r>
      <w:r>
        <w:t>bhai, ab to blind log padhte hain, bas ismein iska role raha hai. blind logon mein woh zamana to khatm ho gaya. aap jante hain ke braille system woh hai, ab bahut develop ho gaya hai.</w:t>
      </w:r>
    </w:p>
    <w:p>
      <w:pPr>
        <w:jc w:val="right"/>
      </w:pPr>
      <w:r>
        <w:t>بھئی،ابتوبلائنڈلوگپڑھتےہیں، بس اسمیںاسکارلہورہاہے۔بلائنڈلوگوںمیں وہزمان ہتوختمہوگیا۔ آپجانتےہیںکہ بریلسسٹمجوہے، اببہت ڈیولپہوگیاہے۔</w:t>
      </w:r>
    </w:p>
    <w:p>
      <w:r>
        <w:rPr>
          <w:b/>
        </w:rPr>
        <w:t xml:space="preserve">[2:18:22] </w:t>
      </w:r>
      <w:r>
        <w:t>france ka Louis Braille jo tha, usne jo braille system invent kiya tha, bahut develop ho gaya. ismein poori poori library hoti hai, jo jahan baith kar blind log padhte hain, woh b.a. karte hain, m.a. karte hain, research karte hain. hatta ke maine dekha America mein ek blind aadmi, woh professor tha.</w:t>
      </w:r>
    </w:p>
    <w:p>
      <w:pPr>
        <w:jc w:val="right"/>
      </w:pPr>
      <w:r>
        <w:t>فرانس کا لوئیبریلجوتھا،اسنے جوبریلسسٹم انوینٹکیاتھا، بہت ڈیولپہوگیا۔اسمیںپوریپوریلائبریریہوتیہے، جو جہاں بیٹھکربلائنڈلوگپڑھتےہیں، وہ بیاےکرتےہیں،ایماےکرتے ہیں، ریسرچکرتےہیں۔حتیکہمیںنےدیکھاامریک ہمیں ایک بلائنڈآدمی، وہ پروفیسرتھا۔</w:t>
      </w:r>
    </w:p>
    <w:p>
      <w:r>
        <w:rPr>
          <w:b/>
        </w:rPr>
        <w:t xml:space="preserve">[2:18:40] </w:t>
      </w:r>
      <w:r>
        <w:t>main gaya usi university mein dekhne ke liye ke woh kya karta hai. woh ab jo duniya bani hai aaj ki, to ek blind aadmi dono aankhon se blind tha, woh woh professor tha. woh</w:t>
      </w:r>
    </w:p>
    <w:p>
      <w:pPr>
        <w:jc w:val="right"/>
      </w:pPr>
      <w:r>
        <w:t>میں گیا اسیونیورسٹیمیں دیکھنےکےلیےکہوہکیاکرتاہے۔وہ ابجو دنیا بنی ہےآجکی، تو ایک بلائنڈآدمیدونوںآنکھوںسےبلائنڈتھا،وہ وہپروفیسرتھا۔وہ</w:t>
      </w:r>
    </w:p>
    <w:p>
      <w:r>
        <w:rPr>
          <w:b/>
        </w:rPr>
        <w:t xml:space="preserve">[2:18:51] </w:t>
      </w:r>
      <w:r>
        <w:t>to mujhe le gaya apne office mein, usne dikhaya ke hum kaise padhte hain, kaise padhte hain hum. to ek machine thi, ismein usne woh khola, usko ek book khol kar ke aise hi uske andar dala,</w:t>
      </w:r>
    </w:p>
    <w:p>
      <w:pPr>
        <w:jc w:val="right"/>
      </w:pPr>
      <w:r>
        <w:t>تو مجھےلےگیااپنےآفسمیں،اسنےدکھایا کہہمکیسےپڑھتےہیں، کیسےپڑھتےہیںہم۔ توایک مشینتھی، اسمیںاسنے وہ کھولا،اسکو ایک بککھولکرکےایسےہی اسکےاندر ڈالا،</w:t>
      </w:r>
    </w:p>
    <w:p>
      <w:r>
        <w:rPr>
          <w:b/>
        </w:rPr>
        <w:t xml:space="preserve">[2:19:07] </w:t>
      </w:r>
      <w:r>
        <w:t>aur machine bolne lagi, parso sunane lagi, phir phir page palta, phir sunane lagi. poori poori kitaab is tarah se padh kar ke, poori poori kitaab woh is tarah padhta tha. woh ab duniya to bahut badal ch</w:t>
      </w:r>
    </w:p>
    <w:p>
      <w:pPr>
        <w:jc w:val="right"/>
      </w:pPr>
      <w:r>
        <w:t>اورمشینبولنےلگی، پرپسسنانےلگی، پھرپھر پیجالٹا،پھر سنانےلگی۔پوریپوریکتاب اسطرحسےپڑھکرکے، پوریپوریکتاب وہاسطرحپڑھتاتھا۔وہ ابدنیا توبہت بدلچ</w:t>
      </w:r>
    </w:p>
    <w:p>
      <w:r>
        <w:rPr>
          <w:b/>
        </w:rPr>
        <w:t xml:space="preserve">[2:19:19] </w:t>
      </w:r>
      <w:r>
        <w:t>ki hai. aaj blind insaan jo hai, yaani iske liye koi bhi restriction nahi hai. aap ke, yaani aapke liye machine padhti hai, aapke liye machine likhti hai, aap bolte hain, woh woh type karti hai. woh machine to ab woh zamana kahan hai?</w:t>
      </w:r>
    </w:p>
    <w:p>
      <w:pPr>
        <w:jc w:val="right"/>
      </w:pPr>
      <w:r>
        <w:t>کیہے۔ آج بلائنڈانسانجوہے، یعنیاسکےلیے کوئیبھی ریسٹرکشننہیںہے۔ آپ کے ،یعنیآپکےلیے مش ینپڑھتیہے، آپ کےلیےمشینلکھتیہے، آپ بول تےہیں،وہ وہٹائپکرتیہے۔وہ مش ین توابوہزمان ہکہاںہے؟</w:t>
      </w:r>
    </w:p>
    <w:p>
      <w:r>
        <w:rPr>
          <w:b/>
        </w:rPr>
        <w:t xml:space="preserve">[2:19:37] </w:t>
      </w:r>
      <w:r>
        <w:t>woh zamana to khatm ho gaya.</w:t>
      </w:r>
    </w:p>
    <w:p>
      <w:pPr>
        <w:jc w:val="right"/>
      </w:pPr>
      <w:r>
        <w:t>وہزمانہتوختمہوگیا۔</w:t>
      </w:r>
    </w:p>
    <w:p>
      <w:r>
        <w:rPr>
          <w:b/>
        </w:rPr>
        <w:t xml:space="preserve">[2:19:38] </w:t>
      </w:r>
      <w:r>
        <w:t>ab to shukr karna chahiye insaan ko ke ab, yaani blind hona aadmi ke liye koi, yaani disadvantage nahi raha.</w:t>
      </w:r>
    </w:p>
    <w:p>
      <w:pPr>
        <w:jc w:val="right"/>
      </w:pPr>
      <w:r>
        <w:t>ابتوشکرکرناچاہیے انسانکو کہ اب ،یعنی بل ائنڈ ہونا آدمیکےلیے کوئی ،یعنی ڈسایڈوانٹیجنہیںرہا۔</w:t>
      </w:r>
    </w:p>
    <w:p>
      <w:r>
        <w:rPr>
          <w:b/>
        </w:rPr>
        <w:t xml:space="preserve">[2:19:53] </w:t>
      </w:r>
      <w:r>
        <w:t>discuss karna zaroori hai abro aman. what should we do for the purification of soul according to the traditions of prophet?</w:t>
      </w:r>
    </w:p>
    <w:p>
      <w:pPr>
        <w:jc w:val="right"/>
      </w:pPr>
      <w:r>
        <w:t>دسکوسچنازفرامابروامان۔ واٹشوڈویڈوفار دیپیوریفیکیشناف سول اکارڈنگٹودیٹریڈیشنزافپرافٹ؟</w:t>
      </w:r>
    </w:p>
    <w:p>
      <w:r>
        <w:rPr>
          <w:b/>
        </w:rPr>
        <w:t xml:space="preserve">[2:20:04] </w:t>
      </w:r>
      <w:r>
        <w:t>bhai, dekhein, yeh ek aisa process hai jo aadmi khud chalata hai apne bare mein. shart sirf ek hai, woh hai sincerity.</w:t>
      </w:r>
    </w:p>
    <w:p>
      <w:pPr>
        <w:jc w:val="right"/>
      </w:pPr>
      <w:r>
        <w:t>بھائی،دیکھیں،یہ ایک ایسا پروسیسہےجوآدمیخود چلاتاہےاپنےبارےمیں۔ شرطصرفایکہے، وہہے سنسیر ٹی۔</w:t>
      </w:r>
    </w:p>
    <w:p>
      <w:r>
        <w:rPr>
          <w:b/>
        </w:rPr>
        <w:t xml:space="preserve">[2:20:14] </w:t>
      </w:r>
      <w:r>
        <w:t>bas agar aap sach much Allah se darte hon, accountability ka concept baitha ho aapke dil mein, to nature khud aapko guide karti hai, aapka mind khud aapko guide karta hai.</w:t>
      </w:r>
    </w:p>
    <w:p>
      <w:pPr>
        <w:jc w:val="right"/>
      </w:pPr>
      <w:r>
        <w:t>بس اگر آپ سچمچہی اللہ سے ڈرتےہوں، اکاؤنٹیبلٹیکانسیپٹبیٹھاہوآپکےدلمیں، تو نیچرخود آپکو گائیڈکرتیہے، آپکا مائنڈخودآپکوگائیڈکرتاہے۔</w:t>
      </w:r>
    </w:p>
    <w:p>
      <w:r>
        <w:rPr>
          <w:b/>
        </w:rPr>
        <w:t xml:space="preserve">[2:20:33] </w:t>
      </w:r>
      <w:r>
        <w:t>basic cheez hai sincerity.</w:t>
      </w:r>
    </w:p>
    <w:p>
      <w:pPr>
        <w:jc w:val="right"/>
      </w:pPr>
      <w:r>
        <w:t>بیسکچیزہےسنسیرٹی۔</w:t>
      </w:r>
    </w:p>
    <w:p>
      <w:r>
        <w:rPr>
          <w:b/>
        </w:rPr>
        <w:t xml:space="preserve">[2:20:38] </w:t>
      </w:r>
      <w:r>
        <w:t>discuss karna zaroori hai navid iqbal. he says: "although discuss karna is not really relevant to today topic, i am asking this because i came across this situation very often.</w:t>
      </w:r>
    </w:p>
    <w:p>
      <w:pPr>
        <w:jc w:val="right"/>
      </w:pPr>
      <w:r>
        <w:t>دسکوسچنازفرامناوید اقبال ۔ہیسیز:"الدودسکوسچنازناٹریلیونٹٹوٹوڈے ٹاپک، ائیایماسک نگدسبیکازائیکم اکراس دسسچوئیشنویریافن۔</w:t>
      </w:r>
    </w:p>
    <w:p>
      <w:r>
        <w:rPr>
          <w:b/>
        </w:rPr>
        <w:t xml:space="preserve">[2:20:51] </w:t>
      </w:r>
      <w:r>
        <w:t>we are afraid of our non-muslim colleagues. my question is whether it is okay to accept the said data, or should we avoid accepting it?"</w:t>
      </w:r>
    </w:p>
    <w:p>
      <w:pPr>
        <w:jc w:val="right"/>
      </w:pPr>
      <w:r>
        <w:t>ویارافرڈ ಪ್ರಸ ادبائےاورنانمسلم کولیگز۔ مائیکوسچناز ویدر اٹاز اوکےٹو ایکسیپٹ دساینڈایٹاٹ،اور شیلویاوائڈایکسیپٹنگاٹ؟"</w:t>
      </w:r>
    </w:p>
    <w:p>
      <w:r>
        <w:rPr>
          <w:b/>
        </w:rPr>
        <w:t xml:space="preserve">[2:21:02] </w:t>
      </w:r>
      <w:r>
        <w:t>hundred percent okay hai, koi avoid karne ki zaroorat hai, na isko koi isse door bhagne ki zaroorat hai. interaction dekhiye, supreme cheez hai interaction, irshad irshad nahi .</w:t>
      </w:r>
    </w:p>
    <w:p>
      <w:pPr>
        <w:jc w:val="right"/>
      </w:pPr>
      <w:r>
        <w:t>ہنڈرڈپرسنٹاوکےہے، کوئی اوائڈکرنےکیضرورتہے، نہ اسکوکوئی اسسے دور بھاگنےکیضرورتہے۔ انٹریکشندیکھیے، سپریمچیزہےانٹریکشن، ارشادارشادنہیں ۔</w:t>
      </w:r>
    </w:p>
    <w:p>
      <w:r>
        <w:rPr>
          <w:b/>
        </w:rPr>
        <w:t xml:space="preserve">[2:21:16] </w:t>
      </w:r>
      <w:r>
        <w:t>hamesha aisa hota hai ke ooncha purpose jo aapke samne ho , to baqi jo chhota kar deta hai, woh secondry bana deta hai. woh yeh sab secondary hai, asal cheez hai interaction, kyunke dawat jo hai, woh interaction ke baghair nahi ho sakti hai.</w:t>
      </w:r>
    </w:p>
    <w:p>
      <w:pPr>
        <w:jc w:val="right"/>
      </w:pPr>
      <w:r>
        <w:t>ہمیشہایساہوتاہےکہ اونچاپرپسجوآپکےسامنےہو ، تو باقیجوچھوٹاکردیتاہے،وہ سیکنڈریبنادیتاہے۔وہ یہسبسیکنڈریہے، اصلچیزہے انٹریکشن، کیونکہدعوتجوہے،وہانٹریکشنکےبغیرنہیںہوسکتیہے۔</w:t>
      </w:r>
    </w:p>
    <w:p>
      <w:r>
        <w:rPr>
          <w:b/>
        </w:rPr>
        <w:t xml:space="preserve">[2:21:30] </w:t>
      </w:r>
      <w:r>
        <w:t>aap khoob interact kijiye, aur kuch pardash, prashad waghera ko koi sochiye bhi mat iske ke yeh koi problem hai. sirf interaction ko apne samne rakhiye, bas warna dawat work nahi hoga.</w:t>
      </w:r>
    </w:p>
    <w:p>
      <w:pPr>
        <w:jc w:val="right"/>
      </w:pPr>
      <w:r>
        <w:t>آپخوبانٹریکٹکیجئے، اورکچھ پرداش،پرشادوغیرہکو کوئی سوچیےبھیمت اسکےکہیہکوئیپرابلمہے۔ صرف انٹریکشنکو اپنےسامنےرکھیے،بس ورنہدعوت ورک نہیںہوگا۔</w:t>
      </w:r>
    </w:p>
    <w:p>
      <w:r>
        <w:rPr>
          <w:b/>
        </w:rPr>
        <w:t xml:space="preserve">[2:21:43] </w:t>
      </w:r>
      <w:r>
        <w:t>rasool Allah ne dawat work ko itna zyada importance di ke jab makkah se aap madinah gaye to yeh weudiyon ne qibla ko apna qibla bana liya, yani billion times zyada serious hai prashad lene se.</w:t>
      </w:r>
    </w:p>
    <w:p>
      <w:pPr>
        <w:jc w:val="right"/>
      </w:pPr>
      <w:r>
        <w:t>رسولاللہنےدعوتورککواتنازیادہامپورٹنس دی کہجبمکہسےآپمدینہگئے تو یہ ودیوںنےقبل ہکواپناقبلہبنالیا، یعنی بل ینٹائمززیادہ سیریسہے پرشاد لینےسے۔</w:t>
      </w:r>
    </w:p>
    <w:p>
      <w:r>
        <w:rPr>
          <w:b/>
        </w:rPr>
        <w:t xml:space="preserve">[2:21:55] </w:t>
      </w:r>
      <w:r>
        <w:t>bataiye, prashad kya haqeeqat hai? yani ek qibla, aap jante hain ke yehudi log jo the, woh ek dome of afrach, wahan par yerushalaym mein, isko apna qibla banaya hua hai.</w:t>
      </w:r>
    </w:p>
    <w:p>
      <w:pPr>
        <w:jc w:val="right"/>
      </w:pPr>
      <w:r>
        <w:t>بتائیے،پرشادکیاحقیقتہے؟ یعنیایک قبل ہ، آپجانتےہیںکہیہودیلوگجوتھے، وہ ایک ڈومافراکہے،وہاںپر یروشلممیں،اسکو اپناقبلہبنایاہواہے۔</w:t>
      </w:r>
    </w:p>
    <w:p>
      <w:r>
        <w:rPr>
          <w:b/>
        </w:rPr>
        <w:t xml:space="preserve">[2:22:06] </w:t>
      </w:r>
      <w:r>
        <w:t>woh dome of afrach ko rasool Allah ka qibla tha kaaba. jab aap makkah mein the, madinah gaye to wahan yehudi bhi the, to yeh weudiyon se koi khwamkhwah woh na ho, yani bila wajah ka koi takrao na ho, ya unse khwamkhwah ka ek problem nahi khada ho jaye.</w:t>
      </w:r>
    </w:p>
    <w:p>
      <w:pPr>
        <w:jc w:val="right"/>
      </w:pPr>
      <w:r>
        <w:t>وہ ڈومافراککو رسولاللہکاقبلہتھاکعبہ۔ جب آپ مکہمیںتھے، مدینہگئےتووہاںیہودیبھیتھے، تویہ ودیوںسےکوئیخوامخواہ وہنہہو، یعنی بلاوجہکا کوئی ٹکراؤنہہو، یا انسےخوامخواہکا ایکپرابلمنہیںکھڑاہوجائے۔</w:t>
      </w:r>
    </w:p>
    <w:p>
      <w:r>
        <w:rPr>
          <w:b/>
        </w:rPr>
        <w:t xml:space="preserve">[2:22:24] </w:t>
      </w:r>
      <w:r>
        <w:t>to aap ne 16 mahine tak yeh bukhari mein aap parh sakte hain, yeh waqea 16 mahine tak yeh weudiyon ke qibla ke ko apna qibla banaya, wohin namaz parhte rahe. aap dome of afrach ki taraf bataiye,</w:t>
      </w:r>
    </w:p>
    <w:p>
      <w:pPr>
        <w:jc w:val="right"/>
      </w:pPr>
      <w:r>
        <w:t>تو آپ نے 16مہینےتک یہ بخاریمیںآپپڑھسکتےہیں،یہواقعہ 16 مہینےتکیہ ودیوںکےقبلے کے کواپناقبل ہبنایا،وہینمازپڑھتےرہے۔آپ ڈومافراککیطرف بتائیے،</w:t>
      </w:r>
    </w:p>
    <w:p>
      <w:r>
        <w:rPr>
          <w:b/>
        </w:rPr>
        <w:t xml:space="preserve">[2:22:36] </w:t>
      </w:r>
      <w:r>
        <w:t>yeh prashad se billion times zyada bada masla hai. yeh kya prashad? iski haqeeqat kya hai prashad ki ?ke ibadat ka qibla aapne woh bana liya jo yehudiyon ka qibla tha.</w:t>
      </w:r>
    </w:p>
    <w:p>
      <w:pPr>
        <w:jc w:val="right"/>
      </w:pPr>
      <w:r>
        <w:t>یہپرشادسے بلینٹائمزیادہ بڑامسئلہہے۔یہ کیا پرشاد؟اسکیحقیقتکیاہےپرشادکی ؟کہ عبادتکا قبل ہآپنے وہبنالیاجو یہودیوںکاقبلہتھا۔</w:t>
      </w:r>
    </w:p>
    <w:p>
      <w:r>
        <w:rPr>
          <w:b/>
        </w:rPr>
        <w:t xml:space="preserve">[2:22:47] </w:t>
      </w:r>
      <w:r>
        <w:t>kyun? aap log musalman yeh sab chhod poochte hain, jo hote hain, isliye poochte hain ke unhein kuch bhi pata nahi ke bada kaam kya hai, asal maqsad kya hai?</w:t>
      </w:r>
    </w:p>
    <w:p>
      <w:pPr>
        <w:jc w:val="right"/>
      </w:pPr>
      <w:r>
        <w:t>کیوں؟آپ لوگ مسلمانیہسبچھوڑپوچھتےہیں،جو ہوتےہیں، اسلیےپوچھتےہیںکہانہیںکچھبھیپتہنہیں کہ بڑاکام کیاہے، اصلمقصدکیاہے؟</w:t>
      </w:r>
    </w:p>
    <w:p>
      <w:r>
        <w:rPr>
          <w:b/>
        </w:rPr>
        <w:t xml:space="preserve">[2:22:56] </w:t>
      </w:r>
      <w:r>
        <w:t>asal mein poocha jayega wahan Khuda ka sachchi cheez ke liye? woh hai dawat work. dawat work sare farzon se badhkar farz hai. dawat work ke baghair koi jannat mein nahi jaane wala hai.</w:t>
      </w:r>
    </w:p>
    <w:p>
      <w:pPr>
        <w:jc w:val="right"/>
      </w:pPr>
      <w:r>
        <w:t>اصلمیںپوچھاجائےگاوہاںخداکاکسچ یزچیزکےلیے؟وہہےدعوت ورک۔ دعوتورکسارے فرضوںسےبڑھکرفرضہے۔ دعوتورککےبغیرکوئیجنتمیںنہیںجانےوالاہے۔</w:t>
      </w:r>
    </w:p>
    <w:p>
      <w:r>
        <w:rPr>
          <w:b/>
        </w:rPr>
        <w:t xml:space="preserve">[2:23:07] </w:t>
      </w:r>
      <w:r>
        <w:t>musalmanon ko kuch bhi ehsas nahi hai, kyunke dawat work ke liye kya hai? logon se mohabbat karna padega, aur musalman hi hate karte hain logon se. logon ko izzat dena padega, aur musalman unko be izzat samajhte hain. unko musalman unko insaan ka darja nahi dete, siwaye iske ke jahan paisa kamana hai, wahan to milte julte hain achhe tareeqe se. baqi dil mein kehte hain ke yeh to Khuda ne paida kiya hai, unko sab jahannum mein jaane ke liye.</w:t>
      </w:r>
    </w:p>
    <w:p>
      <w:pPr>
        <w:jc w:val="right"/>
      </w:pPr>
      <w:r>
        <w:t>مس لمانوںکوکچھبھی احساسنہیںہے، کیونکہدعوتورککےلیےکیاہے؟ لوگوںسےمحبتکرناپڑےگا، اورمسلمانہیٹکرتےہیںلوگوںسے۔ لوگوںکوعزتدیناپڑےگا، اورمسلمانانکوبےعزتسمجھتےہیں۔انکو مس لمانانکوانسانکادرجہنہیںدیتے، سوائےاسکےکہجہاںپیسہکماناہے،وہاںتوملتےجلتےہیںاچھےطریقےسے۔باقیدلمیں کہتےہیںکہیہتو خدانےپیدا کیاہے،انکوسبجہنممیںجانےکےلیے۔</w:t>
      </w:r>
    </w:p>
    <w:p>
      <w:r>
        <w:rPr>
          <w:b/>
        </w:rPr>
        <w:t xml:space="preserve">[2:23:30] </w:t>
      </w:r>
      <w:r>
        <w:t>isliye sab sawalat aate hain. agar aap unko insaan samjhein, unko respect dein, unki jannat ke hareese na banen, aap to sochenge bhi nahi, aage prashad kya cheez hai?</w:t>
      </w:r>
    </w:p>
    <w:p>
      <w:pPr>
        <w:jc w:val="right"/>
      </w:pPr>
      <w:r>
        <w:t>اسلیے سبسوالاتآتےہیں۔ اگر آپ انکوانسان سمجھیں، انکو ریسپیکٹدیں، انکی جنتکےحریصبنیں،آپ تو سوچیںگےبھینہیں،آگےپرشادکیاچیزہے؟</w:t>
      </w:r>
    </w:p>
    <w:p>
      <w:r>
        <w:rPr>
          <w:b/>
        </w:rPr>
        <w:t xml:space="preserve">[2:23:42] </w:t>
      </w:r>
      <w:r>
        <w:t>kuch bhi haqeeqat nahi hai prashad ki.</w:t>
      </w:r>
    </w:p>
    <w:p>
      <w:pPr>
        <w:jc w:val="right"/>
      </w:pPr>
      <w:r>
        <w:t>کچھبھیحقیقتنہیںہےپرشادکی۔</w:t>
      </w:r>
    </w:p>
    <w:p>
      <w:r>
        <w:rPr>
          <w:b/>
        </w:rPr>
        <w:t xml:space="preserve">[2:23:44] </w:t>
      </w:r>
      <w:r>
        <w:t>aap ghaur kijiye, jab prophet ne dawat work ki ki maslehat ke liye, dawat work ko jari rakhne ke liye, yahan tak kya? yahan tak kya ke yeh weudiyon ke qibla ko apna qibla bana liya taake yehudiyon se achha jod rahe, unse interaction theek normal tareeqe se ho , ke jhagde ke baghair interaction yehudiyon se hota rahe.</w:t>
      </w:r>
    </w:p>
    <w:p>
      <w:pPr>
        <w:jc w:val="right"/>
      </w:pPr>
      <w:r>
        <w:t>آپغورکیجئے،جب پرافٹنے دعوتورککی کی مصلحتکےلیے، دعوتورککو جاریرکھنےکےلیے، یہاںتک کیا؟یہاںتککیا کہ یہ ودیوںکےقبل ہکواپناقبلہبنالیا تاکہیہودیوںسے اچھا جوڑرہے،انسےانٹریکشن ٹھیک نارملطریقےسےہو ، کہجھگڑےکےبغیر انٹریکشنیہودیوںسےہوتارہے۔</w:t>
      </w:r>
    </w:p>
    <w:p>
      <w:r>
        <w:rPr>
          <w:b/>
        </w:rPr>
        <w:t xml:space="preserve">[2:24:05] </w:t>
      </w:r>
      <w:r>
        <w:t>iske liye aapne aisa kiya.</w:t>
      </w:r>
    </w:p>
    <w:p>
      <w:pPr>
        <w:jc w:val="right"/>
      </w:pPr>
      <w:r>
        <w:t>اسکےلیےآپنےایساکیا۔</w:t>
      </w:r>
    </w:p>
    <w:p>
      <w:r>
        <w:rPr>
          <w:b/>
        </w:rPr>
        <w:t xml:space="preserve">[2:24:09] </w:t>
      </w:r>
      <w:r>
        <w:t>to chunke aajkal ke musalman hain, unko kuch bhi insaan se mohabbat nahi hai, woh insaan se hi hate karte hain, woh isliye sab baatein poochte hain. to jadh prashad mein nahi hai, jadh jo hai taqwa honay mein hai, yani dil mein logon ke khilaf nafrat hona, dil mein logon ka khair khwah na hona, dil mein logon ke liye hamdard na hona, yahan par jadh hai.</w:t>
      </w:r>
    </w:p>
    <w:p>
      <w:pPr>
        <w:jc w:val="right"/>
      </w:pPr>
      <w:r>
        <w:t>تو چونکہ آجکل کے مسلمانہیں،انکوکچھبھیانسانسےمحبتنہیں ہے، وہانسانسےہیٹکرتےہیں،وہ اسلیےسبباتیںپوچھتےہیں۔ تو جڑپرشادمیںنہیںہے، جڑجوہے التقویٰہاہونامیںہے،یعنیدلمیں لوگوںکےخلاف نفرتہونا، دل میںلوگوںکاخیرخواہنہہونا، دل میںلوگوںکےلیےہمدردینہہونا،یہاںپر جڑہے۔</w:t>
      </w:r>
    </w:p>
    <w:p>
      <w:r>
        <w:rPr>
          <w:b/>
        </w:rPr>
        <w:t xml:space="preserve">[2:24:31] </w:t>
      </w:r>
      <w:r>
        <w:t>yeh to apne aap mein gunah ki baat hai ke aap logon ke khair khwah nahi hain, logon ke aap hamdard na hon, logon se</w:t>
      </w:r>
    </w:p>
    <w:p>
      <w:pPr>
        <w:jc w:val="right"/>
      </w:pPr>
      <w:r>
        <w:t>یہتواپنےآپمیںگناہکیباتہےکہآپ لوگوںکے خیرخواہنہرہیں، لوگوںکے آپ ہمدردنہہوں، لوگوںسے</w:t>
      </w:r>
    </w:p>
    <w:p>
      <w:r>
        <w:rPr>
          <w:b/>
        </w:rPr>
        <w:t xml:space="preserve">[2:24:38] </w:t>
      </w:r>
      <w:r>
        <w:t>mohabbat na kar saken. yeh to khud apne aap mein gunah hai. irshad irshad kuch bhi nahi hai. The cause of it is ignorance.</w:t>
      </w:r>
    </w:p>
    <w:p>
      <w:pPr>
        <w:jc w:val="right"/>
      </w:pPr>
      <w:r>
        <w:t>محبتنہکرسکیں۔یہتوخود اپنےآپمیںگناہہے۔ ارشادارشادکچھبھینہیںہے۔ دسکوسچنازفرامراضیہ۔</w:t>
      </w:r>
    </w:p>
    <w:p>
      <w:r>
        <w:rPr>
          <w:b/>
        </w:rPr>
        <w:t xml:space="preserve">[2:24:47] </w:t>
      </w:r>
      <w:r>
        <w:t>af me he is used as freedom to create an unpleasant situation, then how was it a consequence of the fact that God has not for a larger good?</w:t>
      </w:r>
    </w:p>
    <w:p>
      <w:pPr>
        <w:jc w:val="right"/>
      </w:pPr>
      <w:r>
        <w:t>اف مینہیز مس یوزڈہزفریڈمٹوکریٹاینانپلیزنٹسچویشن، دینہاؤازاٹان کونسونسوددیفیکٹدیٹگاڈہیزڈناٹفارالارجرگڈ؟</w:t>
      </w:r>
    </w:p>
    <w:p>
      <w:r>
        <w:rPr>
          <w:b/>
        </w:rPr>
        <w:t xml:space="preserve">[2:25:01] </w:t>
      </w:r>
      <w:r>
        <w:t>larger good ke liye hi hai, balkeh woh kya hai? yani test ki halat baqi rakhne ke liye, aur koi larger good nahi hai iske liye.</w:t>
      </w:r>
    </w:p>
    <w:p>
      <w:pPr>
        <w:jc w:val="right"/>
      </w:pPr>
      <w:r>
        <w:t>لارجرگڈکےلیےہی ہے،بلکہوہ کیاہے؟ یعنیٹیسٹ کی حالتباقیرکھنےکےلیے، اور کوئیلارجرگڈنہیںہےاسکےلیے۔</w:t>
      </w:r>
    </w:p>
    <w:p>
      <w:r>
        <w:rPr>
          <w:b/>
        </w:rPr>
        <w:t xml:space="preserve">[2:25:12] </w:t>
      </w:r>
      <w:r>
        <w:t>agar freedom na ho to kaise test liya jayega logon ka? isliye aapko sabr karna padega. log apni freedom ko misuse karenge to aap ko sabr karna hai, kyunke Khuda jo hai freedom ko abolish karne wala nahi hai.</w:t>
      </w:r>
    </w:p>
    <w:p>
      <w:pPr>
        <w:jc w:val="right"/>
      </w:pPr>
      <w:r>
        <w:t>اگر فریڈمنہہو تو کیسےٹیسٹلیاجائےگالوگوںکا؟ اسلیےآپکوصبرکرناپڑےگا۔ لوگ اپنیفریڈمکومسیوزکریںگے تو آپ کو صبرکرناہے، کیونکہخداجوہے فریڈمکو ابال شنہیںکرنےوالاہے۔</w:t>
      </w:r>
    </w:p>
    <w:p>
      <w:r>
        <w:rPr>
          <w:b/>
        </w:rPr>
        <w:t xml:space="preserve">[2:25:29] </w:t>
      </w:r>
      <w:r>
        <w:t>woh abolish kar dega to test ka mahaul khatam ho jayega. to puri puri duniya testing ground hai. sare jo thinkers hain, philosophers hain, isi liye woh fail ho gaye ke woh isko jaan nahi sake ke duniya testing ground hai.</w:t>
      </w:r>
    </w:p>
    <w:p>
      <w:pPr>
        <w:jc w:val="right"/>
      </w:pPr>
      <w:r>
        <w:t>وہابالشکردےگاتو ٹیسٹ کاماحولختمہوجائےگا۔ تو پوریپوریدنیا ٹیسٹ نگگراؤنڈہے۔ سارے جو تھنکرز ہیں، فلاسفرزہیں، اسیلیےوہفیل ہوگئےکہوہاسکوجاننہیںسکے کہدنیا ٹیسٹ نگگراؤنڈہے۔</w:t>
      </w:r>
    </w:p>
    <w:p>
      <w:r>
        <w:rPr>
          <w:b/>
        </w:rPr>
        <w:t xml:space="preserve">[2:25:45] </w:t>
      </w:r>
      <w:r>
        <w:t>to main samajhta hoon ke jo sabr ki taleem Islam mein di gayi hai, bahut zyada iska matlab hi hai ke Khuda ke creation plan par raazi ho, Khuda ke creation plan se ladai mat chhod do, Khuda ke creation plan ko qabool karo as it is taake tum ko jo karna hai, woh tum normal mahaul mein kar sako.</w:t>
      </w:r>
    </w:p>
    <w:p>
      <w:pPr>
        <w:jc w:val="right"/>
      </w:pPr>
      <w:r>
        <w:t>تومیںسمجھتاہوںکہجوصبرکیتعلیم اسلام میںدیگئیہے،بہتزیادہ اسکامطلبیہیہے کہ خداکے کریشنپلانپرراضیرہو، خداکےکریشنپلانسےلڑائیمتچھوڑو، خداکےکریشنپلانکو قبولکرو ایزاٹاز تاکہ تم کوجوکرناہے، وہتم نارمل ماحولمیں کرسکو۔</w:t>
      </w:r>
    </w:p>
    <w:p>
      <w:r>
        <w:rPr>
          <w:b/>
        </w:rPr>
        <w:t xml:space="preserve">[2:26:06] </w:t>
      </w:r>
      <w:r>
        <w:t>bas.</w:t>
      </w:r>
    </w:p>
    <w:p>
      <w:pPr>
        <w:jc w:val="right"/>
      </w:pPr>
      <w:r>
        <w:t>بس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