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26 - Al-Shu‘ara’</w:t>
      </w:r>
    </w:p>
    <w:p>
      <w:r>
        <w:t>https://www.youtube.com/watch?v=a3PPpMiGpXk</w:t>
      </w:r>
    </w:p>
    <w:p>
      <w:r>
        <w:rPr>
          <w:b/>
        </w:rPr>
        <w:t xml:space="preserve">[00:01] </w:t>
      </w:r>
      <w:r>
        <w:t>al shuaara. shuru Allah ke naam se jo bara meherban, nihayat reham wala hai. ta, seen, meem.</w:t>
      </w:r>
    </w:p>
    <w:p>
      <w:pPr>
        <w:jc w:val="right"/>
      </w:pPr>
      <w:r>
        <w:t>الشعراء۔ شروع اللہ کے نام سے جو بڑا مہربان، نہایت رحم والا ہے۔ تا، سین، میم۔</w:t>
      </w:r>
    </w:p>
    <w:p>
      <w:r>
        <w:rPr>
          <w:b/>
        </w:rPr>
        <w:t xml:space="preserve">[00:12] </w:t>
      </w:r>
      <w:r>
        <w:t>yeh wazeh kitab ki ayaten hain. shayad tum apne aap ko halak kar dalo ge is par ke woh iman nahi late. agar hum chahen to un par aasman se nishani utar dein, phir un ki gardanein is ke age jhuk jayen.</w:t>
      </w:r>
    </w:p>
    <w:p>
      <w:pPr>
        <w:jc w:val="right"/>
      </w:pPr>
      <w:r>
        <w:t>یہ واضح کتاب کی آیتیں ہیں۔ شاید تم اپنے آپ کو ہلاک کر ڈالو گے اس پر کہ وہ ایمان نہیں لاتے۔ اگر ہم چاہیں تو ان پر آسمان سے نشانی اتار دیں، پھر ان کی گردنیں اس کے آگے جھک جائیں۔</w:t>
      </w:r>
    </w:p>
    <w:p>
      <w:r>
        <w:rPr>
          <w:b/>
        </w:rPr>
        <w:t xml:space="preserve">[00:28] </w:t>
      </w:r>
      <w:r>
        <w:t>un ke pas rehman ki taraf se koi bhi nai naseehat aisi nahi aati jis se woh be-rukhi na karte hon. pas unhon ne jhutla diya, to ab anqareeb un ko is cheez ki haqeeqat maloom ho jayegi jis ka woh mazak udate the.</w:t>
      </w:r>
    </w:p>
    <w:p>
      <w:pPr>
        <w:jc w:val="right"/>
      </w:pPr>
      <w:r>
        <w:t>ان کے پاس رحمان کی طرف سے کوئی بھی نئی نصیحت ایسی نہیں آتی جس سے وہ بے رخی نہ کرتے ہوں۔ پس انہوں نے جھٹلا دیا، تو اب عنقریب ان کو اس چیز کی حقیقت معلوم ہو جائے گی جس کا وہ مذاق اڑاتے تھے۔</w:t>
      </w:r>
    </w:p>
    <w:p>
      <w:r>
        <w:rPr>
          <w:b/>
        </w:rPr>
        <w:t xml:space="preserve">[00:45] </w:t>
      </w:r>
      <w:r>
        <w:t>kya unhon ne zameen ko nahi dekha ke hum ne is mein kitni tarah tarah ki umda cheezen ugai hain. be shak is mein nishani hai aur un mein se aksar log iman nahi late.</w:t>
      </w:r>
    </w:p>
    <w:p>
      <w:pPr>
        <w:jc w:val="right"/>
      </w:pPr>
      <w:r>
        <w:t>کیا انہوں نے زمین کو نہیں دیکھا کہ ہم نے اس میں کس قدر طرح طرح کی عمدہ چیزیں اگائی ہیں۔ بے شک اس میں نشانی ہے اور ان میں سے اکثر لوگ ایمان نہیں لاتے۔</w:t>
      </w:r>
    </w:p>
    <w:p>
      <w:r>
        <w:rPr>
          <w:b/>
        </w:rPr>
        <w:t xml:space="preserve">[00:58] </w:t>
      </w:r>
      <w:r>
        <w:t>aur be shak tumhara rab ghaleeb hai, reham karne wala hai. aur jab tumhare rab ne moosa ko pukara ke tum zalim qom ke pas jao, firoun ki qom ke pas, kya woh nahi darte?</w:t>
      </w:r>
    </w:p>
    <w:p>
      <w:pPr>
        <w:jc w:val="right"/>
      </w:pPr>
      <w:r>
        <w:t>اور بے شک تمہارا رب غالب ہے، رحم کرنے والا ہے۔ اور جب تمہارے رب نے موسیٰ کو پکارا کہ تم ظالم قوم کے پاس جاؤ، فرعون کی قوم کے پاس، کیا وہ نہیں ڈرتے؟</w:t>
      </w:r>
    </w:p>
    <w:p>
      <w:r>
        <w:rPr>
          <w:b/>
        </w:rPr>
        <w:t xml:space="preserve">[01:12] </w:t>
      </w:r>
      <w:r>
        <w:t>moosa ne kaha: a mere rab</w:t>
      </w:r>
    </w:p>
    <w:p>
      <w:pPr>
        <w:jc w:val="right"/>
      </w:pPr>
      <w:r>
        <w:t>موسیٰ نے کہا: اے میرے رب</w:t>
      </w:r>
    </w:p>
    <w:p>
      <w:r>
        <w:rPr>
          <w:b/>
        </w:rPr>
        <w:t xml:space="preserve">[01:15] </w:t>
      </w:r>
      <w:r>
        <w:t>! mujh ko andesha hai ke woh mujhe jhutla den ge. aur mera seena tang hota hai aur meri zuban nahi chalti. pas to haroon ke pas pegham bhej de.</w:t>
      </w:r>
    </w:p>
    <w:p>
      <w:pPr>
        <w:jc w:val="right"/>
      </w:pPr>
      <w:r>
        <w:t>! مجھ کو اندیشہ ہے کہ وہ مجھے جھٹلا دیں گے۔ اور میرا سینہ تنگ ہوتا ہے اور میری زبان نہیں چلتی۔ پس تو ہارون کے پاس پیغام بھیج دے۔</w:t>
      </w:r>
    </w:p>
    <w:p>
      <w:r>
        <w:rPr>
          <w:b/>
        </w:rPr>
        <w:t xml:space="preserve">[01:26] </w:t>
      </w:r>
      <w:r>
        <w:t>aur mere upar un ka aik jirm bhi hai, pas main darta hoon ke woh mujhe qatal kar den ge. farmaya: kabhi nahi.</w:t>
      </w:r>
    </w:p>
    <w:p>
      <w:pPr>
        <w:jc w:val="right"/>
      </w:pPr>
      <w:r>
        <w:t>اور میرے اوپر ان کا ایک جرم بھی ہے، پس میں ڈرتا ہوں کہ وہ مجھے قتل کر دیں گے۔ فرمایا: کبھی نہیں۔</w:t>
      </w:r>
    </w:p>
    <w:p>
      <w:r>
        <w:rPr>
          <w:b/>
        </w:rPr>
        <w:t xml:space="preserve">[01:35] </w:t>
      </w:r>
      <w:r>
        <w:t>pas tum dono hamari nishaniyon ke sath jao. hum tumhare sath sunne wale hain. pas tum dono firoun ke pas jao aur kaho ke hum rab ul alameen ke rasool hain, ke to bani israel ko hamare sath jane de.</w:t>
      </w:r>
    </w:p>
    <w:p>
      <w:pPr>
        <w:jc w:val="right"/>
      </w:pPr>
      <w:r>
        <w:t>پس تم دونوں ہماری نشانیوں کے ساتھ جاؤ۔ ہم تمہارے ساتھ سننے والے ہیں۔ پس تم دونوں فرعون کے پاس جاؤ اور کہو کہ ہم خداوند عالم کے رسول ہیں، کہ تو بنی اسرائیل کو ہمارے ساتھ جانے دے۔</w:t>
      </w:r>
    </w:p>
    <w:p>
      <w:r>
        <w:rPr>
          <w:b/>
        </w:rPr>
        <w:t xml:space="preserve">[01:51] </w:t>
      </w:r>
      <w:r>
        <w:t>firoun ne kaha: kya hum ne tum ko bachpan mein apne andar nahi pala? aur tum ne apni umar ke kai saal hamare yahan guzare.</w:t>
      </w:r>
    </w:p>
    <w:p>
      <w:pPr>
        <w:jc w:val="right"/>
      </w:pPr>
      <w:r>
        <w:t>فرعون نے کہا: کیا ہم نے تم کو بچپن میں اپنے اندر نہیں پالا؟ اور تم نے اپنی عمر کے کئی سال ہمارے یہاں گزارے۔</w:t>
      </w:r>
    </w:p>
    <w:p>
      <w:r>
        <w:rPr>
          <w:b/>
        </w:rPr>
        <w:t xml:space="preserve">[02:00] </w:t>
      </w:r>
      <w:r>
        <w:t>aur tum ne apna woh feal kiya jo kiya. aur tum nashukron mein se ho. moosa ne kaha: us waqt mein ne kiya tha aur mujh se ghalati ho gayi.</w:t>
      </w:r>
    </w:p>
    <w:p>
      <w:pPr>
        <w:jc w:val="right"/>
      </w:pPr>
      <w:r>
        <w:t>اور تم نے اپنا وہ فعل کیا جو کیا۔ اور تم ناشکروں میں سے ہو۔ موسیٰ نے کہا: اس وقت میں نے کیا تھا اور مجھ سے غلطی ہو گئی۔</w:t>
      </w:r>
    </w:p>
    <w:p>
      <w:r>
        <w:rPr>
          <w:b/>
        </w:rPr>
        <w:t xml:space="preserve">[02:12] </w:t>
      </w:r>
      <w:r>
        <w:t>phir mujhe tum logon se dar laga to main tum se bhag gaya. phir mujh ko mere rab ne danishmandi ata farmayi aur mujh ko rasoolon mein se bana diya.</w:t>
      </w:r>
    </w:p>
    <w:p>
      <w:pPr>
        <w:jc w:val="right"/>
      </w:pPr>
      <w:r>
        <w:t>پھر مجھے تم لوگوں سے ڈر لگا تو میں تم سے بھاگ گیا۔ پھر مجھ کو میرے رب نے دانشمندی عطا فرمائی اور مجھ کو رسولوں میں سے بنا دیا۔</w:t>
      </w:r>
    </w:p>
    <w:p>
      <w:r>
        <w:rPr>
          <w:b/>
        </w:rPr>
        <w:t xml:space="preserve">[02:22] </w:t>
      </w:r>
      <w:r>
        <w:t>aur yeh ehsan hai jo tum mujh ko jata rahe ho ke tum ne bani israel ko ghulam bana liya. firoun ne kaha: ke rab ul alameen kya hai.</w:t>
      </w:r>
    </w:p>
    <w:p>
      <w:pPr>
        <w:jc w:val="right"/>
      </w:pPr>
      <w:r>
        <w:t>اور یہ احسان ہے جو تم مجھ کو جتا رہے ہو کہ تم نے بنی اسرائیل کو غلام بنا لیا۔ فرعون نے کہا: کہ رب العالمین کیا ہے۔</w:t>
      </w:r>
    </w:p>
    <w:p>
      <w:r>
        <w:rPr>
          <w:b/>
        </w:rPr>
        <w:t xml:space="preserve">[02:33] </w:t>
      </w:r>
      <w:r>
        <w:t>musa ne kaha: aasmanon aur zameen ka rab aur un sab ka rab jo un ke darmiyan hai, agar tum yaqeen laane wale ho.</w:t>
      </w:r>
    </w:p>
    <w:p>
      <w:pPr>
        <w:jc w:val="right"/>
      </w:pPr>
      <w:r>
        <w:t>موسیٰ نے کہا: آسمانوں اور زمین کا رب اور ان سب کا رب جو ان کے درمیان ہے، اگر تم یقین لانے والے ہو۔</w:t>
      </w:r>
    </w:p>
    <w:p>
      <w:r>
        <w:rPr>
          <w:b/>
        </w:rPr>
        <w:t xml:space="preserve">[02:42] </w:t>
      </w:r>
      <w:r>
        <w:t>firon ne apne arad gird walon se kaha: kya tum suntay nahi ho? musa ne kaha: woh tumhara bhi rab hai aur tumhare aglay buzurgon ka bhi.</w:t>
      </w:r>
    </w:p>
    <w:p>
      <w:pPr>
        <w:jc w:val="right"/>
      </w:pPr>
      <w:r>
        <w:t>فرعون نے اپنے اردگرد والوں سے کہا: کیا تم سنتے نہیں ہو؟ موسیٰ نے کہا: وہ تمہارا بھی رب ہے اور تمہارے اگلے بزرگوں کا بھی۔</w:t>
      </w:r>
    </w:p>
    <w:p>
      <w:r>
        <w:rPr>
          <w:b/>
        </w:rPr>
        <w:t xml:space="preserve">[02:53] </w:t>
      </w:r>
      <w:r>
        <w:t>firon ne kaha: tumhara yeh rasool jo tumhari taraf bheja gaya hai, majnoon hai. musa ne kaha: mashriq o maghrib ka rab aur jo kuch un ke darmiyan hai, agar tum aql rakhtay ho.</w:t>
      </w:r>
    </w:p>
    <w:p>
      <w:pPr>
        <w:jc w:val="right"/>
      </w:pPr>
      <w:r>
        <w:t>فرعون نے کہا: تمہارا یہ رسول جو تمہاری طرف بھیجا گیا ہے، مجنون ہے۔ موسیٰ نے کہا: مشرق و مغرب کا رب اور جو کچھ ان کے درمیان ہے، اگر تم عقل رکھتے ہو۔</w:t>
      </w:r>
    </w:p>
    <w:p>
      <w:r>
        <w:rPr>
          <w:b/>
        </w:rPr>
        <w:t xml:space="preserve">[03:07] </w:t>
      </w:r>
      <w:r>
        <w:t>firon ne kaha: agar tum ne mere siwa kisi ko maabood banaya to mein tum ko qaid kar doonga. musa ne kaha: kya agar mein koi wazeh daleel paish karoon tab bhi?</w:t>
      </w:r>
    </w:p>
    <w:p>
      <w:pPr>
        <w:jc w:val="right"/>
      </w:pPr>
      <w:r>
        <w:t>فرعون نے کہا: اگر تم نے میرے سوا کسی کو معبود بنایا تو میں تم کو قید کر دوں گا۔ موسیٰ نے کہا: کیا اگر میں کوئی واضح دلیل پیش کروں تب بھی؟</w:t>
      </w:r>
    </w:p>
    <w:p>
      <w:r>
        <w:rPr>
          <w:b/>
        </w:rPr>
        <w:t xml:space="preserve">[03:20] </w:t>
      </w:r>
      <w:r>
        <w:t>firon ne kaha: phir us ko paish karo, agar tum sachay ho. phir musa ne apna asa daal diya to yakayak woh aik sareeh azdaha tha.</w:t>
      </w:r>
    </w:p>
    <w:p>
      <w:pPr>
        <w:jc w:val="right"/>
      </w:pPr>
      <w:r>
        <w:t>فرعون نے کہا: پھر اس کو پیش کرو، اگر تم سچے ہو۔ پھر موسیٰ نے اپنا عصا ڈال دیا تو یکایک وہ ایک صریح ازدہا تھا۔</w:t>
      </w:r>
    </w:p>
    <w:p>
      <w:r>
        <w:rPr>
          <w:b/>
        </w:rPr>
        <w:t xml:space="preserve">[03:31] </w:t>
      </w:r>
      <w:r>
        <w:t>aur us ne apna hath khencha to yakayak woh dekhnay walon ke liye chamak raha tha. firon ne apne arad gird ke sardaron se kaha: yaqeenan yeh shakhs aik mahir jadoogar hai.</w:t>
      </w:r>
    </w:p>
    <w:p>
      <w:pPr>
        <w:jc w:val="right"/>
      </w:pPr>
      <w:r>
        <w:t>اور اس نے اپنا ہاتھ کھینچا تو یکایک وہ دیکھنے والوں کے لیے چمک رہا تھا۔ فرعون نے اپنے اردگرد کے سرداروں سے کہا: یقیناً یہ شخص ایک ماہر جادوگر ہے۔</w:t>
      </w:r>
    </w:p>
    <w:p>
      <w:r>
        <w:rPr>
          <w:b/>
        </w:rPr>
        <w:t xml:space="preserve">[03:43] </w:t>
      </w:r>
      <w:r>
        <w:t>woh chahta hai ke woh apne jadoo se tum ko tumhare mulk se nikaal de. pas tum kya mashwara detay ho? durbariyon ne kaha: ke is ko aur is ke bhai ko mohlat dijiye.</w:t>
      </w:r>
    </w:p>
    <w:p>
      <w:pPr>
        <w:jc w:val="right"/>
      </w:pPr>
      <w:r>
        <w:t>وہ چاہتا ہے کہ وہ اپنے جادو سے تم کو تمہارے ملک سے نکال دے۔ پس تم کیا مشورہ دیتے ہو؟ درباریوں نے کہا: کہ اس کو اور اس کے بھائی کو مہلت دیجیے۔</w:t>
      </w:r>
    </w:p>
    <w:p>
      <w:r>
        <w:rPr>
          <w:b/>
        </w:rPr>
        <w:t xml:space="preserve">[03:55] </w:t>
      </w:r>
      <w:r>
        <w:t>aur shehron mein harkaray bhej dijiye ke woh aap ke paas tamam mahir jadoogaron ko laayein. pas jadoogar aik din muqarrar waqt par ikhatta kiye gaye aur logon se kaha gaya: kya tum log jama ho ge?</w:t>
      </w:r>
    </w:p>
    <w:p>
      <w:pPr>
        <w:jc w:val="right"/>
      </w:pPr>
      <w:r>
        <w:t>اور شہروں میں ہرکارے بھیج دیجیے کہ وہ آپ کے پاس تمام ماہر جادوگروں کو لائیں۔ پس جادوگر ایک دن مقرر وقت پر اکٹھا کیے گئے اور لوگوں سے کہا گیا: کیا تم لوگ جمع ہو گے؟</w:t>
      </w:r>
    </w:p>
    <w:p>
      <w:r>
        <w:rPr>
          <w:b/>
        </w:rPr>
        <w:t xml:space="preserve">[04:09] </w:t>
      </w:r>
      <w:r>
        <w:t>taake hum jadoogaron ka saath dein, agar woh ghalib rehnay walay ho. phir jab jadoogar aaye to unhon ne firon se kaha: kya hamare liye koi inaam hai agar hum ghalib rahe?</w:t>
      </w:r>
    </w:p>
    <w:p>
      <w:pPr>
        <w:jc w:val="right"/>
      </w:pPr>
      <w:r>
        <w:t>تاکہ ہم جادوگروں کا ساتھ دیں، اگر وہ غالب رہنے والے ہوں۔ پھر جب جادوگر آئے تو انہوں نے فرعون سے کہا: کیا ہمارے لیے کوئی انعام ہے اگر ہم غالب رہے؟</w:t>
      </w:r>
    </w:p>
    <w:p>
      <w:r>
        <w:rPr>
          <w:b/>
        </w:rPr>
        <w:t xml:space="preserve">[04:22] </w:t>
      </w:r>
      <w:r>
        <w:t>us ne kaha: haan aur tum is soorat mein muqarrab logon mein shamil ho jao ge. musa ne un se kaha: ke tum ko jo kuch daalna ho dalo.</w:t>
      </w:r>
    </w:p>
    <w:p>
      <w:pPr>
        <w:jc w:val="right"/>
      </w:pPr>
      <w:r>
        <w:t>اس نے کہا: ہاں اور تم اس صورت میں مقرب لوگوں میں شامل ہو جاؤ گے۔ موسیٰ نے ان سے کہا: کہ تم کو جو کچھ ڈالنا ہو ڈالو۔</w:t>
      </w:r>
    </w:p>
    <w:p>
      <w:r>
        <w:rPr>
          <w:b/>
        </w:rPr>
        <w:t xml:space="preserve">[04:32] </w:t>
      </w:r>
      <w:r>
        <w:t>pas unhon ne apni rassiyan aur laathiyan daaleen aur kaha: ke firon ke iqbal ki qasam, hum hi ghalib rahengay. phir musa ne apna asa dala to achaanak woh is swaang ko nigalne laga jo unhon ne banaya tha.</w:t>
      </w:r>
    </w:p>
    <w:p>
      <w:pPr>
        <w:jc w:val="right"/>
      </w:pPr>
      <w:r>
        <w:t>پس انہوں نے اپنی رسیاں اور لاٹھیاں ڈالیں اور کہا: کہ فرعون کے اقبال کی قسم، ہم ہی غالب رہیں گے۔ پھر موسیٰ نے اپنا عصا ڈالا تو اچانک وہ اس سوانگ کو نگلنے لگا جو انہوں نے بنایا تھا۔</w:t>
      </w:r>
    </w:p>
    <w:p>
      <w:r>
        <w:rPr>
          <w:b/>
        </w:rPr>
        <w:t xml:space="preserve">[04:48] </w:t>
      </w:r>
      <w:r>
        <w:t>phir jadoogar sajday mein gir paray. unhon ne kaha: ke hum iman laaye rab al-alameen par jo musa aur haroon ka rab hai. firon ne kaha: tum ne is ko maan liya is se pehle ke mein tum ko ijazat doon.</w:t>
      </w:r>
    </w:p>
    <w:p>
      <w:pPr>
        <w:jc w:val="right"/>
      </w:pPr>
      <w:r>
        <w:t>پھر جادوگر سجدے میں گر پڑے۔ انہوں نے کہا: کہ ہم ایمان لائے رب العالمین پر جو موسیٰ اور ہارون کا رب ہے۔ فرعون نے کہا: تم نے اس کو مان لیا اس سے پہلے کہ میں تم کو اجازت دوں۔</w:t>
      </w:r>
    </w:p>
    <w:p>
      <w:r>
        <w:rPr>
          <w:b/>
        </w:rPr>
        <w:t xml:space="preserve">[05:03] </w:t>
      </w:r>
      <w:r>
        <w:t>beshak wohi tumhara ustaad hai jis ne tum ko jadoo sikhaya hai. pas ab tum ko maloom ho jaye ga. mein tumhari aik taraf ke hath aur doosri taraf ke paon kaatoon ga aur tum sab ko sooli par charhaoon ga.</w:t>
      </w:r>
    </w:p>
    <w:p>
      <w:pPr>
        <w:jc w:val="right"/>
      </w:pPr>
      <w:r>
        <w:t>بے شک وہی تمہارا استاد ہے جس نے تم کو جادو سکھایا ہے۔ پس اب تم کو معلوم ہو جائے گا۔ میں تمہاری ایک طرف کے ہاتھ اور دوسری طرف کے پاؤں کاٹوں گا اور تم سب کو سولی پر چڑھاؤں گا۔</w:t>
      </w:r>
    </w:p>
    <w:p>
      <w:r>
        <w:rPr>
          <w:b/>
        </w:rPr>
        <w:t xml:space="preserve">[05:18] </w:t>
      </w:r>
      <w:r>
        <w:t>unhon ne kaha: ke kuch harj nahi. hum apne maalik ke paas pohanch jayengay. hum umeed rakhtay hain ke hamara rab hamari khataon ko maaf kar de ga.</w:t>
      </w:r>
    </w:p>
    <w:p>
      <w:pPr>
        <w:jc w:val="right"/>
      </w:pPr>
      <w:r>
        <w:t>انہوں نے کہا: کہ کچھ حرج نہیں۔ ہم اپنے مالک کے پاس پہنچ جائیں گے۔ ہم امید رکھتے ہیں کہ ہمارا رب ہماری خطاؤں کو معاف کر دے گا۔</w:t>
      </w:r>
    </w:p>
    <w:p>
      <w:r>
        <w:rPr>
          <w:b/>
        </w:rPr>
        <w:t xml:space="preserve">[05:30] </w:t>
      </w:r>
      <w:r>
        <w:t>is liye ke hum pehle iman laane walay banay. aur hum ne musa ko wahi bheji: ke mere bando ko le kar raat ko nikal jao.</w:t>
      </w:r>
    </w:p>
    <w:p>
      <w:pPr>
        <w:jc w:val="right"/>
      </w:pPr>
      <w:r>
        <w:t>اس لیے کہ ہم پہلے ایمان لانے والے بنے۔ اور ہم نے موسیٰ کو وحی بھیجی: کہ میرے بندوں کو لے کر رات کو نکل جاؤ۔</w:t>
      </w:r>
    </w:p>
    <w:p>
      <w:r>
        <w:rPr>
          <w:b/>
        </w:rPr>
        <w:t xml:space="preserve">[05:39] </w:t>
      </w:r>
      <w:r>
        <w:t>beshak tumhara peecha kiya jaye ga. pas firon ne shehron mein harkaray bhejay. yeh log thori si jamaat hain aur unhon ne hum ko ghussa dilaya hai.</w:t>
      </w:r>
    </w:p>
    <w:p>
      <w:pPr>
        <w:jc w:val="right"/>
      </w:pPr>
      <w:r>
        <w:t>بے شک تمہارا پیچھا کیا جائے گا۔ پس فرعون نے شہروں میں ہرکارے بھیجے۔ یہ لوگ تھوڑی سی جماعت ہیں اور انہوں نے ہم کو غصہ دلایا ہے۔</w:t>
      </w:r>
    </w:p>
    <w:p>
      <w:r>
        <w:rPr>
          <w:b/>
        </w:rPr>
        <w:t xml:space="preserve">[05:50] </w:t>
      </w:r>
      <w:r>
        <w:t>aur hum aik mustaed jamaat hain. pas hum ne un ko baghon aur chashmon se nikala aur khazanon aur umda makaanaat se.</w:t>
      </w:r>
    </w:p>
    <w:p>
      <w:pPr>
        <w:jc w:val="right"/>
      </w:pPr>
      <w:r>
        <w:t>اور ہم ایک مستعد جماعت ہیں۔ پس ہم نے ان کو باغوں اور چشموں سے نکالا اور خزانوں اور عمدہ مکانات سے۔</w:t>
      </w:r>
    </w:p>
    <w:p>
      <w:r>
        <w:rPr>
          <w:b/>
        </w:rPr>
        <w:t xml:space="preserve">[05:59] </w:t>
      </w:r>
      <w:r>
        <w:t>yeh hua. aur hum ne bani israil ko in cheezon ka waris bana diya. phir unhon ne suraj nikalne ke waqt un ka peecha kiya.</w:t>
      </w:r>
    </w:p>
    <w:p>
      <w:pPr>
        <w:jc w:val="right"/>
      </w:pPr>
      <w:r>
        <w:t>یہ ہوا۔ اور ہم نے بنی اسرائیل کو ان چیزوں کا وارث بنا دیا۔ پس انہوں نے سورج نکلنے کے وقت ان کا پیچھا کیا۔</w:t>
      </w:r>
    </w:p>
    <w:p>
      <w:r>
        <w:rPr>
          <w:b/>
        </w:rPr>
        <w:t xml:space="preserve">[06:10] </w:t>
      </w:r>
      <w:r>
        <w:t>phir jab dono jamaatein aamnay saamnay huin to musa ke saathioun ne kaha: ke hum to pakray gaye. musa ne kaha: ke hargiz nahi.</w:t>
      </w:r>
    </w:p>
    <w:p>
      <w:pPr>
        <w:jc w:val="right"/>
      </w:pPr>
      <w:r>
        <w:t>پھر جب دونوں جماعتیں آمنے سامنے ہوئیں تو موسیٰ کے ساتھیوں نے کہا: کہ ہم تو پکڑے گئے۔ موسیٰ نے کہا: کہ ہرگز نہیں۔</w:t>
      </w:r>
    </w:p>
    <w:p>
      <w:r>
        <w:rPr>
          <w:b/>
        </w:rPr>
        <w:t xml:space="preserve">[06:20] </w:t>
      </w:r>
      <w:r>
        <w:t>beshak mera rab mere saath hai. woh mujh ko raah bataye ga. phir hum ne musa ko wahi ki: ke apna asa darya par maaro.</w:t>
      </w:r>
    </w:p>
    <w:p>
      <w:pPr>
        <w:jc w:val="right"/>
      </w:pPr>
      <w:r>
        <w:t>بے شک میرا رب میرے ساتھ ہے۔ وہ مجھ کو راہ بتائے گا۔ پھر ہم نے موسیٰ کو وحی کی: کہ اپنا عصا دریا پر مارو۔</w:t>
      </w:r>
    </w:p>
    <w:p>
      <w:r>
        <w:rPr>
          <w:b/>
        </w:rPr>
        <w:t xml:space="preserve">[06:29] </w:t>
      </w:r>
      <w:r>
        <w:t>pas woh phat gaya aur har hissa aisa ho gaya jaise bara pahaar. aur hum ne doosray fareeq ko bhi us ke qareeb pohancha diya.</w:t>
      </w:r>
    </w:p>
    <w:p>
      <w:pPr>
        <w:jc w:val="right"/>
      </w:pPr>
      <w:r>
        <w:t>پس وہ پھٹ گیا اور ہر حصہ ایسا ہو گیا جیسے بڑا پہاڑ۔ اور ہم نے دوسرے فریق کو بھی اس کے قریب پہنچا دیا۔</w:t>
      </w:r>
    </w:p>
    <w:p>
      <w:r>
        <w:rPr>
          <w:b/>
        </w:rPr>
        <w:t xml:space="preserve">[06:39] </w:t>
      </w:r>
      <w:r>
        <w:t>aur hum ne musa ko aur un sab ko jo us ke sath thay bacha liya. phir doosron ko gharaq kar diya. beshak us ke andar nishani hai aur un mein se aksar mannay walay nahi hain.</w:t>
      </w:r>
    </w:p>
    <w:p>
      <w:pPr>
        <w:jc w:val="right"/>
      </w:pPr>
      <w:r>
        <w:t>اور ہم نے موسیٰ کو اور ان سب کو جو اس کے ساتھ تھے بچا لیا۔ پھر دوسروں کو غرق کر دیا۔ بے شک اس کے اندر نشانی ہے اور ان میں سے اکثر ماننے والے نہیں ہیں۔</w:t>
      </w:r>
    </w:p>
    <w:p>
      <w:r>
        <w:rPr>
          <w:b/>
        </w:rPr>
        <w:t xml:space="preserve">[06:51] </w:t>
      </w:r>
      <w:r>
        <w:t>aur beshak tera rab zabardast hai, rehmat wala hai. aur un ko ibrahim ka qissa sunao jab ke us ne apne baap se aur apni qom se kaha: ke tum kis cheez ki ibadat kartay ho?</w:t>
      </w:r>
    </w:p>
    <w:p>
      <w:pPr>
        <w:jc w:val="right"/>
      </w:pPr>
      <w:r>
        <w:t>اور بے شک تیرا رب زبردست ہے، رحمت والا ہے۔ اور ان کو ابراہیم کا قصہ سناؤ جبکہ اس نے اپنے باپ سے اور اپنی قوم سے کہا: کہ تم کس چیز کی عبادت کرتے ہو۔</w:t>
      </w:r>
    </w:p>
    <w:p>
      <w:r>
        <w:rPr>
          <w:b/>
        </w:rPr>
        <w:t xml:space="preserve">[07:05] </w:t>
      </w:r>
      <w:r>
        <w:t>unhon ne kaha: ke hum bulton ki ibadat kartay hain aur hum barabar us par jamay rahengay. ibrahim ne kaha: kya yeh tumhari suntay hain jab tum un ko pukartay ho?</w:t>
      </w:r>
    </w:p>
    <w:p>
      <w:pPr>
        <w:jc w:val="right"/>
      </w:pPr>
      <w:r>
        <w:t>انہوں نے کہا: کہ ہم بتوں کی عبادت کرتے ہیں اور ہم برابر اس پر جمے رہیں گے۔ ابراہیم نے کہا: کیا یہ تمہاری سنتے ہیں جب تم ان کو پکارتے ہو؟</w:t>
      </w:r>
    </w:p>
    <w:p>
      <w:r>
        <w:rPr>
          <w:b/>
        </w:rPr>
        <w:t xml:space="preserve">[07:17] </w:t>
      </w:r>
      <w:r>
        <w:t>ya woh tum ko nafa nuqsan pohanchatay hain. unhon ne kaha: balkay hum ne apne baap dada ko aisa hi kartay hue paya hai.</w:t>
      </w:r>
    </w:p>
    <w:p>
      <w:pPr>
        <w:jc w:val="right"/>
      </w:pPr>
      <w:r>
        <w:t>یا وہ تم کو نفع نقصان پہنچاتے ہیں۔ انہوں نے کہا: بلکہ ہم نے اپنے باپ دادا کو ایسا ہی کرتے ہوئے پایا ہے۔</w:t>
      </w:r>
    </w:p>
    <w:p>
      <w:r>
        <w:rPr>
          <w:b/>
        </w:rPr>
        <w:t xml:space="preserve">[07:27] </w:t>
      </w:r>
      <w:r>
        <w:t>ibrahim ne kaha: kya tum ne un cheezon ko dekha bhi jin ki ibadat karte ho? tum bhi aur tumhare bare bhi. yeh sab mere dushman hain siwaye aik khudaوند alam ke.</w:t>
      </w:r>
    </w:p>
    <w:p>
      <w:pPr>
        <w:jc w:val="right"/>
      </w:pPr>
      <w:r>
        <w:t>ابراہیم نے کہا: کیا تم نے ان چیزوں کو دیکھا بھی جن کی عبادت کرتے ہو؟ تم بھی اور تمہارے بڑے بھی۔ یہ سب میرے دشمن ہیں سوائے ایک خداوند عالم کے۔</w:t>
      </w:r>
    </w:p>
    <w:p>
      <w:r>
        <w:rPr>
          <w:b/>
        </w:rPr>
        <w:t xml:space="preserve">[07:40] </w:t>
      </w:r>
      <w:r>
        <w:t>jis ne mujhe paida kiya phir wohi meri rehnumai farmata hai. aur jo mujh ko khilata hai aur pilata hai. aur jab mein beemar hota hoon to wohi mujh ko shifa deta hai.</w:t>
      </w:r>
    </w:p>
    <w:p>
      <w:pPr>
        <w:jc w:val="right"/>
      </w:pPr>
      <w:r>
        <w:t>جس نے مجھے پیدا کیا پھر وہی میری رہنمائی فرماتا ہے۔ اور جو مجھ کو کھلاتا ہے اور پلاتا ہے۔ اور جب میں بیمار ہوتا ہوں تو وہی مجھ کو شفا دیتا ہے۔</w:t>
      </w:r>
    </w:p>
    <w:p>
      <w:r>
        <w:rPr>
          <w:b/>
        </w:rPr>
        <w:t xml:space="preserve">[07:53] </w:t>
      </w:r>
      <w:r>
        <w:t>aur jo mujh ko maut de ga phir mujh ko zinda kare ga. aur woh jis se mein umeed rakhta hoon ke badle ke din meri khata maaf kare ga.</w:t>
      </w:r>
    </w:p>
    <w:p>
      <w:pPr>
        <w:jc w:val="right"/>
      </w:pPr>
      <w:r>
        <w:t>اور جو مجھ کو موت دے گا پھر مجھ کو زندہ کرے گا۔ اور وہ جس سے میں امید رکھتا ہوں کہ بدلے کے دن میری خطا معاف کرے گا۔</w:t>
      </w:r>
    </w:p>
    <w:p>
      <w:r>
        <w:rPr>
          <w:b/>
        </w:rPr>
        <w:t xml:space="preserve">[08:04] </w:t>
      </w:r>
      <w:r>
        <w:t>a mere</w:t>
      </w:r>
    </w:p>
    <w:p>
      <w:pPr>
        <w:jc w:val="right"/>
      </w:pPr>
      <w:r>
        <w:t>اے میر</w:t>
      </w:r>
    </w:p>
    <w:p>
      <w:r>
        <w:rPr>
          <w:b/>
        </w:rPr>
        <w:t xml:space="preserve">[08:05] </w:t>
      </w:r>
      <w:r>
        <w:t>rab! mujh ko hikmat ata farma aur mujh ko naik logon mein shamil farma. aur mera bol sacha rakh baad ke aanay walon mein.</w:t>
      </w:r>
    </w:p>
    <w:p>
      <w:pPr>
        <w:jc w:val="right"/>
      </w:pPr>
      <w:r>
        <w:t>ے رب! مجھ کو حکمت عطا فرما اور مجھ کو نیک لوگوں میں شامل فرما۔ اور میرا بول سچا رکھ بعد کے آنے والوں میں۔</w:t>
      </w:r>
    </w:p>
    <w:p>
      <w:r>
        <w:rPr>
          <w:b/>
        </w:rPr>
        <w:t xml:space="preserve">[08:14] </w:t>
      </w:r>
      <w:r>
        <w:t>aur mujhe baagh nemat ke warison mein se bana. aur mere baap ko maaf farma beshak woh gumrahon mein se tha. aur mujh ko is din ruswa na kar jabke log uthaye jayen ge.</w:t>
      </w:r>
    </w:p>
    <w:p>
      <w:pPr>
        <w:jc w:val="right"/>
      </w:pPr>
      <w:r>
        <w:t>اور مجھے باغ نعمت کے وارثوں میں سے بنا۔ اور میرے باپ کو معاف فرما بے شک وہ گمراہوں میں سے تھا۔ اور مجھ کو اس دن رسوا نہ کر جبکہ لوگ اٹھائے جائیں گے۔</w:t>
      </w:r>
    </w:p>
    <w:p>
      <w:r>
        <w:rPr>
          <w:b/>
        </w:rPr>
        <w:t xml:space="preserve">[08:27] </w:t>
      </w:r>
      <w:r>
        <w:t>jis din na maal kaam aye ga aur na aulad. magar woh jo Allah ke paas qalb saleem le kar aaye. aur jannat darne walon ke qareeb laai jaye gi.</w:t>
      </w:r>
    </w:p>
    <w:p>
      <w:pPr>
        <w:jc w:val="right"/>
      </w:pPr>
      <w:r>
        <w:t>جس دن نہ مال کام آئے گا اور نہ اولاد۔ مگر وہ جو اللہ کے پاس قلب سلیم لے کر آئے۔ اور جنت ڈرنے والوں کے قریب لائی جائے گی۔</w:t>
      </w:r>
    </w:p>
    <w:p>
      <w:r>
        <w:rPr>
          <w:b/>
        </w:rPr>
        <w:t xml:space="preserve">[08:40] </w:t>
      </w:r>
      <w:r>
        <w:t>aur jahannum gumrahon ke liye zahir ki jaye gi. aur un se kaha jaye ga: kahan hain woh jin ki tum ibadat karte the Allah ke siwa?</w:t>
      </w:r>
    </w:p>
    <w:p>
      <w:pPr>
        <w:jc w:val="right"/>
      </w:pPr>
      <w:r>
        <w:t>اور جہنم گمراہوں کے لیے ظاہر کی جائے گی۔ اور ان سے کہا جائے گا: کہاں ہیں وہ جن کی تم عبادت کرتے تھے اللہ کے سوا؟</w:t>
      </w:r>
    </w:p>
    <w:p>
      <w:r>
        <w:rPr>
          <w:b/>
        </w:rPr>
        <w:t xml:space="preserve">[08:50] </w:t>
      </w:r>
      <w:r>
        <w:t>kya woh tumhari madad karen ge? ya woh apna bachao kar sakte hain? phir is mein oondhe munh daal diye jayen ge woh aur gumrah log aur iblis ka lashkar.</w:t>
      </w:r>
    </w:p>
    <w:p>
      <w:pPr>
        <w:jc w:val="right"/>
      </w:pPr>
      <w:r>
        <w:t>کیا وہ تمہاری مدد کریں گے؟ یا وہ اپنا بچاؤ کر سکتے ہیں؟ پھر اس میں اوندھے منہ ڈال دیے جائیں گے وہ اور گمراہ لوگ اور ابلیس کا لشکر۔</w:t>
      </w:r>
    </w:p>
    <w:p>
      <w:r>
        <w:rPr>
          <w:b/>
        </w:rPr>
        <w:t xml:space="preserve">[09:03] </w:t>
      </w:r>
      <w:r>
        <w:t>sab ke sab. woh is mein baaham jhaghdate hue kahen ge: Khuda ki qasam</w:t>
      </w:r>
    </w:p>
    <w:p>
      <w:pPr>
        <w:jc w:val="right"/>
      </w:pPr>
      <w:r>
        <w:t>سب کے سب۔ وہ اس میں باہم جھگڑتے ہوئے کہیں گے: خدا کی قسم</w:t>
      </w:r>
    </w:p>
    <w:p>
      <w:r>
        <w:rPr>
          <w:b/>
        </w:rPr>
        <w:t xml:space="preserve">[09:09] </w:t>
      </w:r>
      <w:r>
        <w:t>! hum khuli hui gumrahi mein the jabke hum tum ko khudaوند alam ke barabar karte the. aur hum ko to bas mujrimon ne rastay se bhatkaya.</w:t>
      </w:r>
    </w:p>
    <w:p>
      <w:pPr>
        <w:jc w:val="right"/>
      </w:pPr>
      <w:r>
        <w:t>! ہم کھلی ہوئی گمراہی میں تھے جبکہ ہم تم کو خداوند عالم کے برابر کرتے تھے۔ اور ہم کو تو بس مجرموں نے راستے سے بھٹکایا۔</w:t>
      </w:r>
    </w:p>
    <w:p>
      <w:r>
        <w:rPr>
          <w:b/>
        </w:rPr>
        <w:t xml:space="preserve">[09:20] </w:t>
      </w:r>
      <w:r>
        <w:t>pas ab hamara koi safarchi nahi aur na koi mukhlis dost. pas kaash hum ko phir wapas jana ho ke hum imaan walon mein se banen.</w:t>
      </w:r>
    </w:p>
    <w:p>
      <w:pPr>
        <w:jc w:val="right"/>
      </w:pPr>
      <w:r>
        <w:t>پس اب ہمارا کوئی سفارشی نہیں اور نہ کوئی مخلص دوست۔ پس کاش ہم کو پھر واپس جانا ہو کہ ہم ایمان والوں میں سے بنیں۔</w:t>
      </w:r>
    </w:p>
    <w:p>
      <w:r>
        <w:rPr>
          <w:b/>
        </w:rPr>
        <w:t xml:space="preserve">[09:31] </w:t>
      </w:r>
      <w:r>
        <w:t>beshak is mein nishani hai aur in mein aksar log imaan laane wale nahi. aur beshak tera rab zabardast hai, rehmat wala hai.</w:t>
      </w:r>
    </w:p>
    <w:p>
      <w:pPr>
        <w:jc w:val="right"/>
      </w:pPr>
      <w:r>
        <w:t>بے شک اس میں نشانی ہے اور ان میں اکثر لوگ ایمان لانے والے نہیں۔ اور بے شک تیرا رب زبردست ہے، رحمت والا ہے۔</w:t>
      </w:r>
    </w:p>
    <w:p>
      <w:r>
        <w:rPr>
          <w:b/>
        </w:rPr>
        <w:t xml:space="preserve">[09:42] </w:t>
      </w:r>
      <w:r>
        <w:t>nooh ki qom ne rasoolon ko jhutlaya jabke un ke bhai nooh ne un se kaha: kya tum darte nahi ho? mein tumhare liye aik amantdaar rasool hoon.</w:t>
      </w:r>
    </w:p>
    <w:p>
      <w:pPr>
        <w:jc w:val="right"/>
      </w:pPr>
      <w:r>
        <w:t>نوح کی قوم نے رسولوں کو جھٹلایا جبکہ ان کے بھائی نوح نے ان سے کہا: کیا تم ڈرتے نہیں ہو؟ میں تمہارے لیے ایک امانت دار رسول ہوں۔</w:t>
      </w:r>
    </w:p>
    <w:p>
      <w:r>
        <w:rPr>
          <w:b/>
        </w:rPr>
        <w:t xml:space="preserve">[09:54] </w:t>
      </w:r>
      <w:r>
        <w:t>pas tum log Allah se daro aur meri baat mano. aur mein is par tum se koi ajr nahi mangta. mera ajr to sirf Allah rab ul alameen ke zimme hai.</w:t>
      </w:r>
    </w:p>
    <w:p>
      <w:pPr>
        <w:jc w:val="right"/>
      </w:pPr>
      <w:r>
        <w:t>پس تم لوگ اللہ سے ڈرو اور میری بات مانو۔ اور میں اس پر تم سے کوئی اجر نہیں مانگتا۔ میرا اجر تو صرف اللہ رب العالمین کے ذمے ہے۔</w:t>
      </w:r>
    </w:p>
    <w:p>
      <w:r>
        <w:rPr>
          <w:b/>
        </w:rPr>
        <w:t xml:space="preserve">[10:06] </w:t>
      </w:r>
      <w:r>
        <w:t>pas tum Allah se daro aur meri baat mano. unhon ne kaha: kya hum tum ko man len halanke tumhari pairwi zaleel logon ne ki hai.</w:t>
      </w:r>
    </w:p>
    <w:p>
      <w:pPr>
        <w:jc w:val="right"/>
      </w:pPr>
      <w:r>
        <w:t>پس تم اللہ سے ڈرو اور میری بات مانو۔ انہوں نے کہا: کیا ہم تم کو مان لیں حالانکہ تمہاری پیروی ذلیل لوگوں نے کی ہے۔</w:t>
      </w:r>
    </w:p>
    <w:p>
      <w:r>
        <w:rPr>
          <w:b/>
        </w:rPr>
        <w:t xml:space="preserve">[10:17] </w:t>
      </w:r>
      <w:r>
        <w:t>nooh ne kaha: ke mujh ko kya khabar jo woh karte rahe hain. un ka hisab to mere rab ke zimme hai agar tum samjho.</w:t>
      </w:r>
    </w:p>
    <w:p>
      <w:pPr>
        <w:jc w:val="right"/>
      </w:pPr>
      <w:r>
        <w:t>نوح نے کہا: کہ مجھ کو کیا خبر جو وہ کرتے رہے ہیں۔ ان کا حساب تو میرے رب کے ذمے ہے اگر تم سمجھو۔</w:t>
      </w:r>
    </w:p>
    <w:p>
      <w:r>
        <w:rPr>
          <w:b/>
        </w:rPr>
        <w:t xml:space="preserve">[10:25] </w:t>
      </w:r>
      <w:r>
        <w:t>aur mein mominon ko door karne wala nahi hoon. mein to bas aik khula hua darane wala hoon. unhon ne kaha: ke a nooh</w:t>
      </w:r>
    </w:p>
    <w:p>
      <w:pPr>
        <w:jc w:val="right"/>
      </w:pPr>
      <w:r>
        <w:t>اور میں مومنوں کو دور کرنے والا نہیں ہوں۔ میں تو بس ایک کھلا ہوا ڈرانے والا ہوں۔ انہوں نے کہا: کہ اے نوح</w:t>
      </w:r>
    </w:p>
    <w:p>
      <w:r>
        <w:rPr>
          <w:b/>
        </w:rPr>
        <w:t xml:space="preserve">[10:35] </w:t>
      </w:r>
      <w:r>
        <w:t>! agar tum baaz na aaye to zaroor sangsaar kar diye jaoge. nooh ne kaha: ke a mere rab! meri qom ne mujhe jhutlaya.</w:t>
      </w:r>
    </w:p>
    <w:p>
      <w:pPr>
        <w:jc w:val="right"/>
      </w:pPr>
      <w:r>
        <w:t>! اگر تم باز نہ آئے تو ضرور سنگسار کر دیے جاؤ گے۔ نوح نے کہا: کہ اے میرے رب! میری قوم نے مجھے جھٹلا دیا۔</w:t>
      </w:r>
    </w:p>
    <w:p>
      <w:r>
        <w:rPr>
          <w:b/>
        </w:rPr>
        <w:t xml:space="preserve">[10:45] </w:t>
      </w:r>
      <w:r>
        <w:t>pas to mere aur un ke darmiyan wazeh faisla farma de. aur mujh ko aur jo momin mere sath hain un ko nijat de. phir hum ne is ko aur is ke sathiyon ko aik bhari hui kashti mein bacha liya.</w:t>
      </w:r>
    </w:p>
    <w:p>
      <w:pPr>
        <w:jc w:val="right"/>
      </w:pPr>
      <w:r>
        <w:t>پس تو میرے اور ان کے درمیان واضح فیصلہ فرما دے۔ اور مجھ کو اور جو مومن میرے ساتھ ہیں ان کو نجات دے۔ پھر ہم نے اس کو اور اس کے ساتھیوں کو ایک بھری ہوئی کشتی میں بچا لیا۔</w:t>
      </w:r>
    </w:p>
    <w:p>
      <w:r>
        <w:rPr>
          <w:b/>
        </w:rPr>
        <w:t xml:space="preserve">[10:59] </w:t>
      </w:r>
      <w:r>
        <w:t>phir is ke baad hum ne baqi logon ko gharaq kar diya. yaqeenan is ke andar nishani hai aur in mein se aksar log manane wale nahi.</w:t>
      </w:r>
    </w:p>
    <w:p>
      <w:pPr>
        <w:jc w:val="right"/>
      </w:pPr>
      <w:r>
        <w:t>پھر اس کے بعد ہم نے باقی لوگوں کو غرق کر دیا۔ یقیناً اس کے اندر نشانی ہے اور ان میں سے اکثر لوگ ماننے والے نہیں۔</w:t>
      </w:r>
    </w:p>
    <w:p>
      <w:r>
        <w:rPr>
          <w:b/>
        </w:rPr>
        <w:t xml:space="preserve">[11:09] </w:t>
      </w:r>
      <w:r>
        <w:t>aur beshak tera rab wohi zabardast hai, rehmat wala hai. aad ne rasoolon ko jhutlaya jabke un ke bhai hood ne un se kaha: ke kya tum log darte nahi ho?</w:t>
      </w:r>
    </w:p>
    <w:p>
      <w:pPr>
        <w:jc w:val="right"/>
      </w:pPr>
      <w:r>
        <w:t>اور بے شک تیرا رب وہی زبردست ہے، رحمت والا ہے۔ عاد نے رسولوں کو جھٹلایا جبکہ ان کے بھائی ہود نے ان سے کہا: کہ کیا تم لوگ ڈرتے نہیں؟</w:t>
      </w:r>
    </w:p>
    <w:p>
      <w:r>
        <w:rPr>
          <w:b/>
        </w:rPr>
        <w:t xml:space="preserve">[11:22] </w:t>
      </w:r>
      <w:r>
        <w:t>mein tumhare liye aik mu'tabar rasool hoon. pas Allah se daro aur meri baat mano. aur mein is par tum se koi badla nahi mangta.</w:t>
      </w:r>
    </w:p>
    <w:p>
      <w:pPr>
        <w:jc w:val="right"/>
      </w:pPr>
      <w:r>
        <w:t>میں تمہارے لیے ایک معتبر رسول ہوں۔ پس اللہ سے ڈرو اور میری بات مانو۔ اور میں اس پر تم سے کوئی بدلہ نہیں مانگتا۔</w:t>
      </w:r>
    </w:p>
    <w:p>
      <w:r>
        <w:rPr>
          <w:b/>
        </w:rPr>
        <w:t xml:space="preserve">[11:32] </w:t>
      </w:r>
      <w:r>
        <w:t>mera badla sirf khudaوند alam ke zimme hai. kya tum har oonchi zameen par lahasil aik yaadgar imarat banate ho?</w:t>
      </w:r>
    </w:p>
    <w:p>
      <w:pPr>
        <w:jc w:val="right"/>
      </w:pPr>
      <w:r>
        <w:t>میرا بدلہ صرف خداوند عالم کے ذمے ہے۔ کیا تم ہر اونچی زمین پر لاحاصل ایک یادگار عمارت بناتے ہو؟</w:t>
      </w:r>
    </w:p>
    <w:p>
      <w:r>
        <w:rPr>
          <w:b/>
        </w:rPr>
        <w:t xml:space="preserve">[11:41] </w:t>
      </w:r>
      <w:r>
        <w:t>aur bare bare mahal ta'meer karte ho goya tumhein hamesha rehna hai. aur jab kisi par hath dalte ho to jabbar ban kar dalte ho.</w:t>
      </w:r>
    </w:p>
    <w:p>
      <w:pPr>
        <w:jc w:val="right"/>
      </w:pPr>
      <w:r>
        <w:t>اور بڑے بڑے محل تعمیر کرتے ہو گویا تمہیں ہمیشہ رہنا ہے۔ اور جب کسی پر ہاتھ ڈالتے ہو تو جبار بن کر ڈالتے ہو۔</w:t>
      </w:r>
    </w:p>
    <w:p>
      <w:r>
        <w:rPr>
          <w:b/>
        </w:rPr>
        <w:t xml:space="preserve">[11:51] </w:t>
      </w:r>
      <w:r>
        <w:t>pas tum Allah se daro aur meri baat mano. aur us Allah se daro jis ne in cheezon se tumhein madad pohanchai jin ko tum jante ho.</w:t>
      </w:r>
    </w:p>
    <w:p>
      <w:pPr>
        <w:jc w:val="right"/>
      </w:pPr>
      <w:r>
        <w:t>پس تم اللہ سے ڈرو اور میری بات مانو۔ اور اس اللہ سے ڈرو جس نے ان چیزوں سے تمہیں مدد پہنچائی جن کو تم جانتے ہو۔</w:t>
      </w:r>
    </w:p>
    <w:p>
      <w:r>
        <w:rPr>
          <w:b/>
        </w:rPr>
        <w:t xml:space="preserve">[12:01] </w:t>
      </w:r>
      <w:r>
        <w:t>us ne tumhari madad ki chopaiyon aur aulad se. aur baghon aur chashmon se. main tumhare upar aik baray din ke azab se darta hoon.</w:t>
      </w:r>
    </w:p>
    <w:p>
      <w:pPr>
        <w:jc w:val="right"/>
      </w:pPr>
      <w:r>
        <w:t>اس نے تمہاری مدد کی چوپائیوں اور اولاد سے۔ اور باغوں اور چشموں سے۔ میں تمہارے اوپر ایک بڑے دن کے عذاب سے ڈرتا ہوں۔</w:t>
      </w:r>
    </w:p>
    <w:p>
      <w:r>
        <w:rPr>
          <w:b/>
        </w:rPr>
        <w:t xml:space="preserve">[12:12] </w:t>
      </w:r>
      <w:r>
        <w:t>unhon ne kaha: hamare liye barabar hai khwah tum naseehat karo ya naseehat karne walon mein se na bano. yeh to bas aglay logon ki aik adat hai aur hum par har giz azab aanay wala nahi hai.</w:t>
      </w:r>
    </w:p>
    <w:p>
      <w:pPr>
        <w:jc w:val="right"/>
      </w:pPr>
      <w:r>
        <w:t>انہوں نے کہا: ہمارے لیے برابر ہے خواہ تم نصیحت کرو یا نصیحت کرنے والوں میں سے نہ بنو۔ یہ تو بس اگلے لوگوں کی ایک عادت ہے اور ہم پر ہرگز عذاب آنے والا نہیں ہے۔</w:t>
      </w:r>
    </w:p>
    <w:p>
      <w:r>
        <w:rPr>
          <w:b/>
        </w:rPr>
        <w:t xml:space="preserve">[12:26] </w:t>
      </w:r>
      <w:r>
        <w:t>pas unhon ne is ko jhutla diya. phir hum ne un ko halak kar diya. beshak is ke andar nishani hai aur un mein se aksar log mannay walay nahi hain.</w:t>
      </w:r>
    </w:p>
    <w:p>
      <w:pPr>
        <w:jc w:val="right"/>
      </w:pPr>
      <w:r>
        <w:t>پس انہوں نے اس کو جھٹلا دیا۔ پھر ہم نے ان کو ہلاک کر دیا۔ بے شک اس کے اندر نشانی ہے اور ان میں سے اکثر لوگ ماننے والے نہیں ہیں۔</w:t>
      </w:r>
    </w:p>
    <w:p>
      <w:r>
        <w:rPr>
          <w:b/>
        </w:rPr>
        <w:t xml:space="preserve">[12:37] </w:t>
      </w:r>
      <w:r>
        <w:t>aur beshak tumhara rab woh zabardast hai, rehmat wala hai. samood ne rasoolon ko jhutlaya jab un ke bhai saleh ne un se kaha: kia tum darte nahi؟</w:t>
      </w:r>
    </w:p>
    <w:p>
      <w:pPr>
        <w:jc w:val="right"/>
      </w:pPr>
      <w:r>
        <w:t>اور بے شک تمہارا رب وہ زبردست ہے، رحمت والا ہے۔ ثمود نے رسولوں کو جھٹلایا جب ان کے بھائی صالح نے ان سے کہا: کیا تم ڈرتے نہیں؟</w:t>
      </w:r>
    </w:p>
    <w:p>
      <w:r>
        <w:rPr>
          <w:b/>
        </w:rPr>
        <w:t xml:space="preserve">[12:49] </w:t>
      </w:r>
      <w:r>
        <w:t>main tumhare liye aik motabar rasool hoon. pas tum Allah se daro aur meri baat mano. aur main tum se is par koi badla nahi mangta.</w:t>
      </w:r>
    </w:p>
    <w:p>
      <w:pPr>
        <w:jc w:val="right"/>
      </w:pPr>
      <w:r>
        <w:t>میں تمہارے لیے ایک معتبر رسول ہوں۔ پس تم اللہ سے ڈرو اور میری بات مانو۔ اور میں تم سے اس پر کوئی بدلہ نہیں مانگتا۔</w:t>
      </w:r>
    </w:p>
    <w:p>
      <w:r>
        <w:rPr>
          <w:b/>
        </w:rPr>
        <w:t xml:space="preserve">[13:00] </w:t>
      </w:r>
      <w:r>
        <w:t>mera badla sirf khawand-e-alam ke zimme hai. kia tum ko in cheezon mein be fikri se rehne diya jaye ga jin ko tum jante ho؟</w:t>
      </w:r>
    </w:p>
    <w:p>
      <w:pPr>
        <w:jc w:val="right"/>
      </w:pPr>
      <w:r>
        <w:t>میرا بدلہ صرف خداوند عالم کے ذمے ہے۔ کیا تم کو ان چیزوں میں بے فکری سے رہنے دیا جائے گا جو یہاں ہیں؟</w:t>
      </w:r>
    </w:p>
    <w:p>
      <w:r>
        <w:rPr>
          <w:b/>
        </w:rPr>
        <w:t xml:space="preserve">[13:10] </w:t>
      </w:r>
      <w:r>
        <w:t>baghon aur chashmon mein. aur khet-on aur ras bharay khushon wali khajoron mein. aur tum pahar khod kar fakhar karte hue makan banate ho.</w:t>
      </w:r>
    </w:p>
    <w:p>
      <w:pPr>
        <w:jc w:val="right"/>
      </w:pPr>
      <w:r>
        <w:t>باغوں اور چشموں میں۔ اور کھیتوں اور رس بھرے خوشوں والی کھجوروں میں۔ اور تم پہاڑ کھود کر فخر کرتے ہوئے مکان بناتے ہو۔</w:t>
      </w:r>
    </w:p>
    <w:p>
      <w:r>
        <w:rPr>
          <w:b/>
        </w:rPr>
        <w:t xml:space="preserve">[13:21] </w:t>
      </w:r>
      <w:r>
        <w:t>pas Allah se daro aur meri baat mano. aur had se guzar janay walon ki baat na mano. jo zameen mein kharabi karte hain aur islah nahi karte.</w:t>
      </w:r>
    </w:p>
    <w:p>
      <w:pPr>
        <w:jc w:val="right"/>
      </w:pPr>
      <w:r>
        <w:t>پس اللہ سے ڈرو اور میری بات مانو۔ اور حد سے گزر جانے والوں کی بات نہ مانو۔ جو زمین میں خرابی کرتے ہیں اور اصلاح نہیں کرتے۔</w:t>
      </w:r>
    </w:p>
    <w:p>
      <w:r>
        <w:rPr>
          <w:b/>
        </w:rPr>
        <w:t xml:space="preserve">[13:33] </w:t>
      </w:r>
      <w:r>
        <w:t>unhon ne kaha: tum par to kisi ne jadu kar diya hai. tum sirf hamare jaisay aik admi ho. pas tum koi nishani lao agar tum sachay ho.</w:t>
      </w:r>
    </w:p>
    <w:p>
      <w:pPr>
        <w:jc w:val="right"/>
      </w:pPr>
      <w:r>
        <w:t>انہوں نے کہا: تم پر تو کسی نے جادو کر دیا ہے۔ تم صرف ہمارے جیسے ایک آدمی ہو۔ پس تم کوئی نشانی لاؤ اگر تم سچے ہو۔</w:t>
      </w:r>
    </w:p>
    <w:p>
      <w:r>
        <w:rPr>
          <w:b/>
        </w:rPr>
        <w:t xml:space="preserve">[13:44] </w:t>
      </w:r>
      <w:r>
        <w:t>saleh ne kaha: yeh aik oontni hai is ke liye pani peenay ki aik bari hai. aur aik muqarrar din ki bari tumhare liye hai.</w:t>
      </w:r>
    </w:p>
    <w:p>
      <w:pPr>
        <w:jc w:val="right"/>
      </w:pPr>
      <w:r>
        <w:t>صالح نے کہا: یہ ایک اونٹنی ہے اس کے لیے پانی پینے کی ایک باری ہے۔ اور ایک مقرر دن کی باری تمہارے لیے ہے۔</w:t>
      </w:r>
    </w:p>
    <w:p>
      <w:r>
        <w:rPr>
          <w:b/>
        </w:rPr>
        <w:t xml:space="preserve">[13:53] </w:t>
      </w:r>
      <w:r>
        <w:t>aur us ko burai ke sath mat chherna warna aik baray din ka azab tum ko pakar le ga. phir unhon ne us oontni ko maar dala.</w:t>
      </w:r>
    </w:p>
    <w:p>
      <w:pPr>
        <w:jc w:val="right"/>
      </w:pPr>
      <w:r>
        <w:t>اور اس کو برائی کے ساتھ مت چھیڑنا ورنہ ایک بڑے دن کا عذاب تم کو پکڑ لے گا۔ پھر انہوں نے اس اونٹنی کو مار ڈالا۔</w:t>
      </w:r>
    </w:p>
    <w:p>
      <w:r>
        <w:rPr>
          <w:b/>
        </w:rPr>
        <w:t xml:space="preserve">[14:04] </w:t>
      </w:r>
      <w:r>
        <w:t>pas phir woh pashemman ho kar reh gaye. phir un ko azab ne pakar liya. beshak is mein nishani hai aur un mein se aksar mannay walay nahi.</w:t>
      </w:r>
    </w:p>
    <w:p>
      <w:pPr>
        <w:jc w:val="right"/>
      </w:pPr>
      <w:r>
        <w:t>پس پھر وہ پشیمان ہو کر رہ گئے۔ پھر ان کو عذاب نے پکڑ لیا۔ بے شک اس میں نشانی ہے اور ان میں سے اکثر ماننے والے نہیں۔</w:t>
      </w:r>
    </w:p>
    <w:p>
      <w:r>
        <w:rPr>
          <w:b/>
        </w:rPr>
        <w:t xml:space="preserve">[14:14] </w:t>
      </w:r>
      <w:r>
        <w:t>aur beshak tumhara rab woh zabardast hai, rehmat wala hai. loot ki qom ne rasoolon ko jhutlaya jab un ke bhai loot ne un se kaha: kia tum darte nahi؟</w:t>
      </w:r>
    </w:p>
    <w:p>
      <w:pPr>
        <w:jc w:val="right"/>
      </w:pPr>
      <w:r>
        <w:t>اور بے شک تمہارا رب وہ زبردست ہے، رحمت والا ہے۔ لوط کی قوم نے رسولوں کو جھٹلایا جب ان کے بھائی لوط نے ان سے کہا: کیا تم ڈرتے نہیں؟</w:t>
      </w:r>
    </w:p>
    <w:p>
      <w:r>
        <w:rPr>
          <w:b/>
        </w:rPr>
        <w:t xml:space="preserve">[14:27] </w:t>
      </w:r>
      <w:r>
        <w:t>main tumhare liye aik motabar rasool hoon. pas Allah se daro aur meri baat mano. main is par tum se koi badla nahi mangta.</w:t>
      </w:r>
    </w:p>
    <w:p>
      <w:pPr>
        <w:jc w:val="right"/>
      </w:pPr>
      <w:r>
        <w:t>میں تمہارے لیے ایک معتبر رسول ہوں۔ پس اللہ سے ڈرو اور میری بات مانو۔ میں اس پر تم سے کوئی بدلہ نہیں مانگتا۔</w:t>
      </w:r>
    </w:p>
    <w:p>
      <w:r>
        <w:rPr>
          <w:b/>
        </w:rPr>
        <w:t xml:space="preserve">[14:38] </w:t>
      </w:r>
      <w:r>
        <w:t>mera badla to khawand-e-alam ke zimme hai. kia tum dunya walon mein se mardon ke paas jate ho aur tumhare rab ne tumhare liye jo biwiyan paida ki hain un ko chhodte ho؟</w:t>
      </w:r>
    </w:p>
    <w:p>
      <w:pPr>
        <w:jc w:val="right"/>
      </w:pPr>
      <w:r>
        <w:t>میرا بدلہ تو خداوند عالم کے ذمے ہے۔ کیا تم دنیا والوں میں سے مردوں کے پاس جاتے ہو اور تمہارے رب نے تمہارے لیے جو بیویاں پیدا کی ہیں ان کو چھوڑتے ہو؟</w:t>
      </w:r>
    </w:p>
    <w:p>
      <w:r>
        <w:rPr>
          <w:b/>
        </w:rPr>
        <w:t xml:space="preserve">[14:50] </w:t>
      </w:r>
      <w:r>
        <w:t>balkeh tum had se guzar janay walay log ho. unhon ne kaha: keh aay</w:t>
      </w:r>
    </w:p>
    <w:p>
      <w:pPr>
        <w:jc w:val="right"/>
      </w:pPr>
      <w:r>
        <w:t>بلکہ تم حد سے گزر جانے والے لوگ ہو۔ انہوں نے کہا: کہ اے</w:t>
      </w:r>
    </w:p>
    <w:p>
      <w:r>
        <w:rPr>
          <w:b/>
        </w:rPr>
        <w:t xml:space="preserve">[14:57] </w:t>
      </w:r>
      <w:r>
        <w:t>loot! agar tum baz na aaye to zaroor tum nikal diye jaoge. us ne kaha: main tumhare amal se sakht bezaar hoon.</w:t>
      </w:r>
    </w:p>
    <w:p>
      <w:pPr>
        <w:jc w:val="right"/>
      </w:pPr>
      <w:r>
        <w:t>لوط! اگر تم باز نہ آئے تو ضرور تم نکال دیے جاؤ گے۔ اس نے کہا: میں تمہارے عمل سے سخت بیزار ہوں۔</w:t>
      </w:r>
    </w:p>
    <w:p>
      <w:r>
        <w:rPr>
          <w:b/>
        </w:rPr>
        <w:t xml:space="preserve">[15:07] </w:t>
      </w:r>
      <w:r>
        <w:t>aay mere r</w:t>
      </w:r>
    </w:p>
    <w:p>
      <w:pPr>
        <w:jc w:val="right"/>
      </w:pPr>
      <w:r>
        <w:t>اے میرے ر</w:t>
      </w:r>
    </w:p>
    <w:p>
      <w:r>
        <w:rPr>
          <w:b/>
        </w:rPr>
        <w:t xml:space="preserve">[15:08] </w:t>
      </w:r>
      <w:r>
        <w:t>ab! to mujh ko aur mere ghar walon ko un ke amal se nijat de. pas hum ne is ko aur is ke sab ghar walon ko bacha liya magar aik barhiya keh woh rehne walon mein reh gayi.</w:t>
      </w:r>
    </w:p>
    <w:p>
      <w:pPr>
        <w:jc w:val="right"/>
      </w:pPr>
      <w:r>
        <w:t>ب! تو مجھ کو اور میرے گھر والوں کو ان کے عمل سے نجات دے۔ پس ہم نے اس کو اور اس کے سب گھر والوں کو بچا لیا مگر ایک بڑھیا کہ وہ رہنے والوں میں رہ گئی۔</w:t>
      </w:r>
    </w:p>
    <w:p>
      <w:r>
        <w:rPr>
          <w:b/>
        </w:rPr>
        <w:t xml:space="preserve">[15:21] </w:t>
      </w:r>
      <w:r>
        <w:t>phir hum ne doosron ko halak kar diya. aur hum ne un par barsaya aik meeh. pas kaisa bura meeh tha jo un par barsa jin ko daraya gaya tha.</w:t>
      </w:r>
    </w:p>
    <w:p>
      <w:pPr>
        <w:jc w:val="right"/>
      </w:pPr>
      <w:r>
        <w:t>پھر ہم نے دوسروں کو ہلاک کر دیا۔ اور ہم نے ان پر برسایا ایک میھ۔ پس کیسا برا میھ تھا جو ان پر برسا جن کو ڈرایا گیا تھا۔</w:t>
      </w:r>
    </w:p>
    <w:p>
      <w:r>
        <w:rPr>
          <w:b/>
        </w:rPr>
        <w:t xml:space="preserve">[15:32] </w:t>
      </w:r>
      <w:r>
        <w:t>beshak is mein nishani hai aur un mein se aksar mannay walay nahi. aur b</w:t>
      </w:r>
    </w:p>
    <w:p>
      <w:pPr>
        <w:jc w:val="right"/>
      </w:pPr>
      <w:r>
        <w:t>بے شک اس میں نشانی ہے اور ان میں سے اکثر ماننے والے نہیں۔ اور 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