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20 - Ta Ha</w:t>
      </w:r>
    </w:p>
    <w:p>
      <w:r>
        <w:t>https://www.youtube.com/watch?v=OfWB9iGDDVI</w:t>
      </w:r>
    </w:p>
    <w:p>
      <w:r>
        <w:rPr>
          <w:b/>
        </w:rPr>
        <w:t xml:space="preserve">[00:01] </w:t>
      </w:r>
      <w:r>
        <w:t>tahaa.</w:t>
      </w:r>
    </w:p>
    <w:p>
      <w:pPr>
        <w:jc w:val="right"/>
      </w:pPr>
      <w:r>
        <w:t>تاہا۔</w:t>
      </w:r>
    </w:p>
    <w:p>
      <w:r>
        <w:rPr>
          <w:b/>
        </w:rPr>
        <w:t xml:space="preserve">[00:05] </w:t>
      </w:r>
      <w:r>
        <w:t>shuru Allah ke naam se jo bara meherban, nihayat reham wala hai. tahaa.</w:t>
      </w:r>
    </w:p>
    <w:p>
      <w:pPr>
        <w:jc w:val="right"/>
      </w:pPr>
      <w:r>
        <w:t>شروع اللہ کے نام سے جو بڑا مہربان، نہایت رحم والا ہے۔ تاہا۔</w:t>
      </w:r>
    </w:p>
    <w:p>
      <w:r>
        <w:rPr>
          <w:b/>
        </w:rPr>
        <w:t xml:space="preserve">[00:10] </w:t>
      </w:r>
      <w:r>
        <w:t>hum ne quran tum par is liye nahi utara ke tum musibat mein par jao, balke aise shakhs</w:t>
      </w:r>
    </w:p>
    <w:p>
      <w:pPr>
        <w:jc w:val="right"/>
      </w:pPr>
      <w:r>
        <w:t>ہم نے قرآن تم پر اس لیے نہیں اتارا کہ تم مصیبت میں پڑ جاؤ، بلکہ ایسے شخص</w:t>
      </w:r>
    </w:p>
    <w:p>
      <w:r>
        <w:rPr>
          <w:b/>
        </w:rPr>
        <w:t xml:space="preserve">[00:14] </w:t>
      </w:r>
      <w:r>
        <w:t>ki naseehat ke liye jo darta ho.</w:t>
      </w:r>
    </w:p>
    <w:p>
      <w:pPr>
        <w:jc w:val="right"/>
      </w:pPr>
      <w:r>
        <w:t>کی نصیحت کے لیے جو ڈرتا ہو۔</w:t>
      </w:r>
    </w:p>
    <w:p>
      <w:r>
        <w:rPr>
          <w:b/>
        </w:rPr>
        <w:t xml:space="preserve">[00:18] </w:t>
      </w:r>
      <w:r>
        <w:t>yeh us ki taraf se utara gaya hai jis ne zameen ko aur oonche aasmanon ko paida kiya hai.</w:t>
      </w:r>
    </w:p>
    <w:p>
      <w:pPr>
        <w:jc w:val="right"/>
      </w:pPr>
      <w:r>
        <w:t>یہ اس کی طرف سے اتارا گیا ہے جس نے زمین کو اور اونچے آسمانوں کو پیدا کیا ہے۔</w:t>
      </w:r>
    </w:p>
    <w:p>
      <w:r>
        <w:rPr>
          <w:b/>
        </w:rPr>
        <w:t xml:space="preserve">[00:23] </w:t>
      </w:r>
      <w:r>
        <w:t>wo rehman hai, arsh par qaim hai.</w:t>
      </w:r>
    </w:p>
    <w:p>
      <w:pPr>
        <w:jc w:val="right"/>
      </w:pPr>
      <w:r>
        <w:t>وہ رحمت والا ہے، عرش پر قائم ہے۔</w:t>
      </w:r>
    </w:p>
    <w:p>
      <w:r>
        <w:rPr>
          <w:b/>
        </w:rPr>
        <w:t xml:space="preserve">[00:27] </w:t>
      </w:r>
      <w:r>
        <w:t>isi ka hai jo</w:t>
      </w:r>
    </w:p>
    <w:p>
      <w:pPr>
        <w:jc w:val="right"/>
      </w:pPr>
      <w:r>
        <w:t>اسی کا ہے جو</w:t>
      </w:r>
    </w:p>
    <w:p>
      <w:r>
        <w:rPr>
          <w:b/>
        </w:rPr>
        <w:t xml:space="preserve">[00:31] </w:t>
      </w:r>
      <w:r>
        <w:t>kuch aasmanon mein hai aur jo kuch zameen mein hai, aur jo un ke darmiyan hai aur jo</w:t>
      </w:r>
    </w:p>
    <w:p>
      <w:pPr>
        <w:jc w:val="right"/>
      </w:pPr>
      <w:r>
        <w:t>کچھ آسمانوں میں ہے اور جو کچھ زمین میں ہے، اور جو ان کے درمیان ہے اور جو</w:t>
      </w:r>
    </w:p>
    <w:p>
      <w:r>
        <w:rPr>
          <w:b/>
        </w:rPr>
        <w:t xml:space="preserve">[00:36] </w:t>
      </w:r>
      <w:r>
        <w:t>kuch zameen ke neeche hai.</w:t>
      </w:r>
    </w:p>
    <w:p>
      <w:pPr>
        <w:jc w:val="right"/>
      </w:pPr>
      <w:r>
        <w:t>کچھ زمین کے نیچے ہے۔</w:t>
      </w:r>
    </w:p>
    <w:p>
      <w:r>
        <w:rPr>
          <w:b/>
        </w:rPr>
        <w:t xml:space="preserve">[00:41] </w:t>
      </w:r>
      <w:r>
        <w:t>aur tum chahe apni baat pukar kar kaho, wo chupke se kahi hui baat ko janta hai, aur</w:t>
      </w:r>
    </w:p>
    <w:p>
      <w:pPr>
        <w:jc w:val="right"/>
      </w:pPr>
      <w:r>
        <w:t>اور تم چاہے اپنی بات پکار کر کہو، وہ چپکے سے کہی ہوئی بات کو جانتا ہے، اور</w:t>
      </w:r>
    </w:p>
    <w:p>
      <w:r>
        <w:rPr>
          <w:b/>
        </w:rPr>
        <w:t xml:space="preserve">[00:46] </w:t>
      </w:r>
      <w:r>
        <w:t>us se zyada khafi baat ko bhi.</w:t>
      </w:r>
    </w:p>
    <w:p>
      <w:pPr>
        <w:jc w:val="right"/>
      </w:pPr>
      <w:r>
        <w:t>اس سے زیادہ خفی بات کو بھی۔</w:t>
      </w:r>
    </w:p>
    <w:p>
      <w:r>
        <w:rPr>
          <w:b/>
        </w:rPr>
        <w:t xml:space="preserve">[00:51] </w:t>
      </w:r>
      <w:r>
        <w:t>wo Allah hai, us ke siwa koi mabood nahi, tamam achhe naam usi ke hain.</w:t>
      </w:r>
    </w:p>
    <w:p>
      <w:pPr>
        <w:jc w:val="right"/>
      </w:pPr>
      <w:r>
        <w:t>وہ اللہ ہے، اس کے سوا کوئی معبود نہیں، تمام اچھے نام اسی کے ہیں۔</w:t>
      </w:r>
    </w:p>
    <w:p>
      <w:r>
        <w:rPr>
          <w:b/>
        </w:rPr>
        <w:t xml:space="preserve">[00:56] </w:t>
      </w:r>
      <w:r>
        <w:t>aur kya tum ko Moosa ki baat pohanchi hai? jab ke</w:t>
      </w:r>
    </w:p>
    <w:p>
      <w:pPr>
        <w:jc w:val="right"/>
      </w:pPr>
      <w:r>
        <w:t>اور کیا تم کو موسیٰ کی بات پہنچی ہے؟ جب کہ</w:t>
      </w:r>
    </w:p>
    <w:p>
      <w:r>
        <w:rPr>
          <w:b/>
        </w:rPr>
        <w:t xml:space="preserve">[01:01] </w:t>
      </w:r>
      <w:r>
        <w:t>us ne aik aag dekhi to apne ghar walon se kaha keh thehro, main ne aik aag dekhi hai, shayad main is mein se tumhare liye aik angara lao'n ya us aag par mujhe rastay ka pata mil jaye. phir jab woh us ke paas pohancha to awaz di gayi keh aay moosa! main hi tumhara rab hoon, pas tum apne joote utar do, kyunke tum toohah ki muqaddas wadi mein ho, aur main ne</w:t>
      </w:r>
    </w:p>
    <w:p>
      <w:pPr>
        <w:jc w:val="right"/>
      </w:pPr>
      <w:r>
        <w:t>اس نے ایک آگ دیکھی تو اپنے گھر والوں سے کہا کہ ٹھہرو، میں نے ایک آگ دیکھی ہے، شاید میں اس میں سے تمہارے لیے ایک انگارہ لاؤں یا اس آگ پر مجھے راستے کا پتہ مل جائے۔ پھر جب وہ اس کے پاس پہنچا تو آواز دی گئی کہ اے موسیٰ! میں ہی تمہارا رب ہوں، پس تم اپنے جوتے اتار دو، کیونکہ تم طوعہ کی مقدس وادی میں ہو، اور میں نے</w:t>
      </w:r>
    </w:p>
    <w:p>
      <w:r>
        <w:rPr>
          <w:b/>
        </w:rPr>
        <w:t xml:space="preserve">[01:31] </w:t>
      </w:r>
      <w:r>
        <w:t>tum ko chun liya hai, pas jo wahi ki ja rahi hai us ko suno. main hi Allah hoon, mere siwa koi maabood nahi, pas tum meri hi ibadat karo aur meri yaad ke liye namaz qaim karo. beshak qayamat aanay wali hai. main is ko chupaye rakhna chahta hoon taake har shakhs ko us ke kiye ka badla mile, pas is se tum ko woh shakhs ghafil na kare jo is par imaan nahi rakhta</w:t>
      </w:r>
    </w:p>
    <w:p>
      <w:pPr>
        <w:jc w:val="right"/>
      </w:pPr>
      <w:r>
        <w:t>تم کو چن لیا ہے، پس جو وحی کی جا رہی ہے اس کو سنو۔ میں ہی اللہ ہوں، میرے سوا کوئی معبود نہیں، پس تم میری ہی عبادت کرو اور میری یاد کے لیے نماز قائم کرو۔ بے شک قیامت آنے والی ہے۔ میں اس کو چھپائے رکھنا چاہتا ہوں تاکہ ہر شخص کو اس کے کیے کا بدلہ ملے، پس اس سے تم کو وہ شخص غافل نہ کرے جو اس پر ایمان نہیں رکھتا</w:t>
      </w:r>
    </w:p>
    <w:p>
      <w:r>
        <w:rPr>
          <w:b/>
        </w:rPr>
        <w:t xml:space="preserve">[02:01] </w:t>
      </w:r>
      <w:r>
        <w:t>aur apni khwahishon par chalta hai ke tum halak ho jao.</w:t>
      </w:r>
    </w:p>
    <w:p>
      <w:pPr>
        <w:jc w:val="right"/>
      </w:pPr>
      <w:r>
        <w:t>اور اپنی خواہشوں پر چلتا ہے کہ تم ہلاک ہو جاؤ۔</w:t>
      </w:r>
    </w:p>
    <w:p>
      <w:r>
        <w:rPr>
          <w:b/>
        </w:rPr>
        <w:t xml:space="preserve">[02:06] </w:t>
      </w:r>
      <w:r>
        <w:t>aur yeh tumhare hath mein kya hai, aye Moosa? us ne kaha yeh meri laathi hai, main us</w:t>
      </w:r>
    </w:p>
    <w:p>
      <w:pPr>
        <w:jc w:val="right"/>
      </w:pPr>
      <w:r>
        <w:t>اور یہ تمہارے ہاتھ میں کیا ہے، اے موسیٰ؟ اس نے کہا یہ میری لاٹھی ہے، میں اس</w:t>
      </w:r>
    </w:p>
    <w:p>
      <w:r>
        <w:rPr>
          <w:b/>
        </w:rPr>
        <w:t xml:space="preserve">[02:10] </w:t>
      </w:r>
      <w:r>
        <w:t>par ٹیک lagata hoon aur us se apni bakriyon ke liye patte jhaadta hoon, is mein mere liye</w:t>
      </w:r>
    </w:p>
    <w:p>
      <w:pPr>
        <w:jc w:val="right"/>
      </w:pPr>
      <w:r>
        <w:t>پر ٹیک لگاتا ہوں اور اس سے اپنی بکریوں کے لیے پتے جھاڑتا ہوں، اس میں میرے لیے</w:t>
      </w:r>
    </w:p>
    <w:p>
      <w:r>
        <w:rPr>
          <w:b/>
        </w:rPr>
        <w:t xml:space="preserve">[02:14] </w:t>
      </w:r>
      <w:r>
        <w:t>doosre kaam bhi hain.</w:t>
      </w:r>
    </w:p>
    <w:p>
      <w:pPr>
        <w:jc w:val="right"/>
      </w:pPr>
      <w:r>
        <w:t>دوسرے کام بھی ہیں۔</w:t>
      </w:r>
    </w:p>
    <w:p>
      <w:r>
        <w:rPr>
          <w:b/>
        </w:rPr>
        <w:t xml:space="preserve">[02:18] </w:t>
      </w:r>
      <w:r>
        <w:t>farmaya ke ae musa!</w:t>
      </w:r>
    </w:p>
    <w:p>
      <w:pPr>
        <w:jc w:val="right"/>
      </w:pPr>
      <w:r>
        <w:t>فرمایا کہ اے موسیٰ!</w:t>
      </w:r>
    </w:p>
    <w:p>
      <w:r>
        <w:rPr>
          <w:b/>
        </w:rPr>
        <w:t xml:space="preserve">[02:23] </w:t>
      </w:r>
      <w:r>
        <w:t>is ko zameen par daal do.</w:t>
      </w:r>
    </w:p>
    <w:p>
      <w:pPr>
        <w:jc w:val="right"/>
      </w:pPr>
      <w:r>
        <w:t>اس کو زمین پر ڈال دو۔</w:t>
      </w:r>
    </w:p>
    <w:p>
      <w:r>
        <w:rPr>
          <w:b/>
        </w:rPr>
        <w:t xml:space="preserve">[02:27] </w:t>
      </w:r>
      <w:r>
        <w:t>is ne is ko daal diya to yakayak woh ek daudta hua saanp ban</w:t>
      </w:r>
    </w:p>
    <w:p>
      <w:pPr>
        <w:jc w:val="right"/>
      </w:pPr>
      <w:r>
        <w:t>اس نے اس کو ڈال دیا تو یکایک وہ ایک دوڑتا ہوا سانپ بن</w:t>
      </w:r>
    </w:p>
    <w:p>
      <w:r>
        <w:rPr>
          <w:b/>
        </w:rPr>
        <w:t xml:space="preserve">[02:31] </w:t>
      </w:r>
      <w:r>
        <w:t>gaya.</w:t>
      </w:r>
    </w:p>
    <w:p>
      <w:pPr>
        <w:jc w:val="right"/>
      </w:pPr>
      <w:r>
        <w:t>گیا۔</w:t>
      </w:r>
    </w:p>
    <w:p>
      <w:r>
        <w:rPr>
          <w:b/>
        </w:rPr>
        <w:t xml:space="preserve">[02:36] </w:t>
      </w:r>
      <w:r>
        <w:t>farmaya ke is ko pakar lo aur mat daro, hum phir is ko is ki pehli halat par</w:t>
      </w:r>
    </w:p>
    <w:p>
      <w:pPr>
        <w:jc w:val="right"/>
      </w:pPr>
      <w:r>
        <w:t>فرمایا کہ اس کو پکڑ لو اور مت ڈرو، ہم پھر اس کو اس کی پہلی حالت پر</w:t>
      </w:r>
    </w:p>
    <w:p>
      <w:r>
        <w:rPr>
          <w:b/>
        </w:rPr>
        <w:t xml:space="preserve">[02:41] </w:t>
      </w:r>
      <w:r>
        <w:t>lota dein ge.</w:t>
      </w:r>
    </w:p>
    <w:p>
      <w:pPr>
        <w:jc w:val="right"/>
      </w:pPr>
      <w:r>
        <w:t>لوٹا دیں گے۔</w:t>
      </w:r>
    </w:p>
    <w:p>
      <w:r>
        <w:rPr>
          <w:b/>
        </w:rPr>
        <w:t xml:space="preserve">[02:46] </w:t>
      </w:r>
      <w:r>
        <w:t>aur tum apna hath apni baghal se mila lo, woh chamakta hua nikle ga baghair kisi aib ke.</w:t>
      </w:r>
    </w:p>
    <w:p>
      <w:pPr>
        <w:jc w:val="right"/>
      </w:pPr>
      <w:r>
        <w:t>اور تم اپنا ہاتھ اپنی بغل سے ملا لو، وہ چمکتا ہوا نکلے گا بغیر کسی عیب کے۔</w:t>
      </w:r>
    </w:p>
    <w:p>
      <w:r>
        <w:rPr>
          <w:b/>
        </w:rPr>
        <w:t xml:space="preserve">[02:51] </w:t>
      </w:r>
      <w:r>
        <w:t>yeh doosri nishani hai taake hum apni bari nishaniyon mein se baaz nishaniyan tumhein dikhaen.</w:t>
      </w:r>
    </w:p>
    <w:p>
      <w:pPr>
        <w:jc w:val="right"/>
      </w:pPr>
      <w:r>
        <w:t>یہ دوسری نشانی ہے تاکہ ہم اپنی بڑی نشانیوں میں سے بعض نشانیاں تمہیں دکھائیں۔</w:t>
      </w:r>
    </w:p>
    <w:p>
      <w:r>
        <w:rPr>
          <w:b/>
        </w:rPr>
        <w:t xml:space="preserve">[02:56] </w:t>
      </w:r>
      <w:r>
        <w:t>tum firaun ke paas jao, woh had se nikal gaya hai. musa</w:t>
      </w:r>
    </w:p>
    <w:p>
      <w:pPr>
        <w:jc w:val="right"/>
      </w:pPr>
      <w:r>
        <w:t>تم فرعون کے پاس جاؤ، وہ حد سے نکل گیا ہے۔ موسی</w:t>
      </w:r>
    </w:p>
    <w:p>
      <w:r>
        <w:rPr>
          <w:b/>
        </w:rPr>
        <w:t xml:space="preserve">[03:01] </w:t>
      </w:r>
      <w:r>
        <w:t>ne kaha aye mere Rab! mere seenay ko mere liye khol de aur mere kaam ko mere liye aasan kar de, aur meri zaban ki girah khol de taake log meri baat samajhen. aur mere khandan se mere liye ek maawin muqarrar kar de, Haroon ko, jo mera bhai hai. is ke zariye se meri kamar ko mazboot kar de aur us ko mere kaam mein shareek kar de taake hum dono kasrat se teri pakki</w:t>
      </w:r>
    </w:p>
    <w:p>
      <w:pPr>
        <w:jc w:val="right"/>
      </w:pPr>
      <w:r>
        <w:t>ٰ نے کہا اے میرے رب! میرے سینے کو میرے لیے کھول دے اور میرے کام کو میرے لیے آسان کر دے، اور میری زبان کی گرہ کھول دے تاکہ لوگ میری بات سمجھیں۔ اور میرے خاندان سے میرے لیے ایک معاون مقرر کر دے، ہارون کو، جو میرا بھائی ہے۔ اس کے ذریعے سے میری کمر کو مضبوط کر دے اور اس کو میرے کام میں شریک کر دے تاکہ ہم دونوں کثرت سے تیری پاکی</w:t>
      </w:r>
    </w:p>
    <w:p>
      <w:r>
        <w:rPr>
          <w:b/>
        </w:rPr>
        <w:t xml:space="preserve">[03:31] </w:t>
      </w:r>
      <w:r>
        <w:t>bayan karen aur kasrat se tera charcha karen, beshak tu hum ko dekh raha hai.</w:t>
      </w:r>
    </w:p>
    <w:p>
      <w:pPr>
        <w:jc w:val="right"/>
      </w:pPr>
      <w:r>
        <w:t>بیان کریں اور کثرت سے تیرا چرچہ کریں، بے شک تو ہم کو دیکھ رہا ہے۔</w:t>
      </w:r>
    </w:p>
    <w:p>
      <w:r>
        <w:rPr>
          <w:b/>
        </w:rPr>
        <w:t xml:space="preserve">[03:37] </w:t>
      </w:r>
      <w:r>
        <w:t>farmaya ke de diya gaya tum ko, ae musa! tumhara sawal.</w:t>
      </w:r>
    </w:p>
    <w:p>
      <w:pPr>
        <w:jc w:val="right"/>
      </w:pPr>
      <w:r>
        <w:t>فرمایا کہ دے دیا گیا تم کو، اے موسیٰ! تمہارا سوال۔</w:t>
      </w:r>
    </w:p>
    <w:p>
      <w:r>
        <w:rPr>
          <w:b/>
        </w:rPr>
        <w:t xml:space="preserve">[03:43] </w:t>
      </w:r>
      <w:r>
        <w:t>aur hum ne tumhare upar ek baar aur ehsan kiya hai, jabke hum ne tumhari maan ki taraf</w:t>
      </w:r>
    </w:p>
    <w:p>
      <w:pPr>
        <w:jc w:val="right"/>
      </w:pPr>
      <w:r>
        <w:t>اور ہم نے تمہارے اوپر ایک بار اور احسان کیا ہے، جبکہ ہم نے تمہاری ماں کی طرف</w:t>
      </w:r>
    </w:p>
    <w:p>
      <w:r>
        <w:rPr>
          <w:b/>
        </w:rPr>
        <w:t xml:space="preserve">[03:49] </w:t>
      </w:r>
      <w:r>
        <w:t>wahi ki jo wahi ki ja rahi hai ke is ko sanduq mein rakho, phir is ko darya</w:t>
      </w:r>
    </w:p>
    <w:p>
      <w:pPr>
        <w:jc w:val="right"/>
      </w:pPr>
      <w:r>
        <w:t>وحی کی جو وحی کی جا رہی ہے کہ اس کو صندوق میں رکھو، پھر اس کو دریا</w:t>
      </w:r>
    </w:p>
    <w:p>
      <w:r>
        <w:rPr>
          <w:b/>
        </w:rPr>
        <w:t xml:space="preserve">[03:55] </w:t>
      </w:r>
      <w:r>
        <w:t>mein daal do, phir darya is ko kinare par daal</w:t>
      </w:r>
    </w:p>
    <w:p>
      <w:pPr>
        <w:jc w:val="right"/>
      </w:pPr>
      <w:r>
        <w:t>میں ڈال دو، پھر دریا اس کو کنارے پر ڈال</w:t>
      </w:r>
    </w:p>
    <w:p>
      <w:r>
        <w:rPr>
          <w:b/>
        </w:rPr>
        <w:t xml:space="preserve">[04:01] </w:t>
      </w:r>
      <w:r>
        <w:t>de ga.</w:t>
      </w:r>
    </w:p>
    <w:p>
      <w:pPr>
        <w:jc w:val="right"/>
      </w:pPr>
      <w:r>
        <w:t>دے۔</w:t>
      </w:r>
    </w:p>
    <w:p>
      <w:r>
        <w:rPr>
          <w:b/>
        </w:rPr>
        <w:t xml:space="preserve">[04:06] </w:t>
      </w:r>
      <w:r>
        <w:t>is ko ek shakhs utha le ga jo mera bhi dushman hai aur is ka bhi dushman hai.</w:t>
      </w:r>
    </w:p>
    <w:p>
      <w:pPr>
        <w:jc w:val="right"/>
      </w:pPr>
      <w:r>
        <w:t>اس کو ایک شخص اٹھا لے گا جو میرا بھی دشمن ہے اور اس کا بھی دشمن ہے۔</w:t>
      </w:r>
    </w:p>
    <w:p>
      <w:r>
        <w:rPr>
          <w:b/>
        </w:rPr>
        <w:t xml:space="preserve">[04:11] </w:t>
      </w:r>
      <w:r>
        <w:t>aur main ne apni taraf se tum par ek mohabbat daal di aur taake tum meri nigrani mein parwarish pao.</w:t>
      </w:r>
    </w:p>
    <w:p>
      <w:pPr>
        <w:jc w:val="right"/>
      </w:pPr>
      <w:r>
        <w:t>اور میں نے اپنی طرف سے تم پر ایک محبت ڈال دی اور تاکہ تم میری نگرانی میں پرورش پاؤ۔</w:t>
      </w:r>
    </w:p>
    <w:p>
      <w:r>
        <w:rPr>
          <w:b/>
        </w:rPr>
        <w:t xml:space="preserve">[04:16] </w:t>
      </w:r>
      <w:r>
        <w:t>jab ke tumhari behan chalti hui aai, phir woh kehne lagi kya main tum logon ko is ka</w:t>
      </w:r>
    </w:p>
    <w:p>
      <w:pPr>
        <w:jc w:val="right"/>
      </w:pPr>
      <w:r>
        <w:t>جب کہ تمہاری بہن چلتی ہوئی آئی، پھر وہ کہنے لگی کیا میں تم لوگوں کو اس کا</w:t>
      </w:r>
    </w:p>
    <w:p>
      <w:r>
        <w:rPr>
          <w:b/>
        </w:rPr>
        <w:t xml:space="preserve">[04:21] </w:t>
      </w:r>
      <w:r>
        <w:t>pata doon jo is bachche ki parwarish achhi tarah kare? pas hum ne tum ko tumhari maan ki</w:t>
      </w:r>
    </w:p>
    <w:p>
      <w:pPr>
        <w:jc w:val="right"/>
      </w:pPr>
      <w:r>
        <w:t>پتہ دوں جو اس بچے کی پرورش اچھی طرح کرے؟ پس ہم نے تم کو تمہاری ماں کی</w:t>
      </w:r>
    </w:p>
    <w:p>
      <w:r>
        <w:rPr>
          <w:b/>
        </w:rPr>
        <w:t xml:space="preserve">[04:26] </w:t>
      </w:r>
      <w:r>
        <w:t>taraf lota diya taake us ki aankh thandi</w:t>
      </w:r>
    </w:p>
    <w:p>
      <w:pPr>
        <w:jc w:val="right"/>
      </w:pPr>
      <w:r>
        <w:t>طرف لوٹا دیا تاکہ اس کی آنکھ ٹھنڈی</w:t>
      </w:r>
    </w:p>
    <w:p>
      <w:r>
        <w:rPr>
          <w:b/>
        </w:rPr>
        <w:t xml:space="preserve">[04:31] </w:t>
      </w:r>
      <w:r>
        <w:t>ho aur us ko gham na rahe. aur tum ne ek shakhs ko qatal kar diya, phir hum ne tum ko is gham se nijat di aur hum ne tum ko khoob janchna. phir tum kai saal Madyan walon mein rahe, phir tum ek andazay par aa gaye, aye Moosa. aur main ne tum ko apne liye muntakhib kiya. jao tum aur tumhare bhai meri nishaniyon ke sath, aur tum dono meri yaad mein susti na karna. tum dono</w:t>
      </w:r>
    </w:p>
    <w:p>
      <w:pPr>
        <w:jc w:val="right"/>
      </w:pPr>
      <w:r>
        <w:t>ہو اور اس کو غم نہ رہے۔ اور تم نے ایک شخص کو قتل کر دیا، پھر ہم نے تم کو اس غم سے نجات دی اور ہم نے تم کو خوب جانچا۔ پھر تم کئی سال مدین والوں میں رہے، پھر تم ایک اندازے پر آ گئے، اے موسیٰ۔ اور میں نے تم کو اپنے لیے منتخب کیا۔ جاؤ تم اور تمہارے بھائی میری نشانیوں کے ساتھ، اور تم دونوں میری یاد میں سستی نہ کرنا۔ تم دون</w:t>
      </w:r>
    </w:p>
    <w:p>
      <w:r>
        <w:rPr>
          <w:b/>
        </w:rPr>
        <w:t xml:space="preserve">[05:01] </w:t>
      </w:r>
      <w:r>
        <w:t>Firon ke paas jao ke woh sarkash ho gaya hai, pas is se nermi ke sath baat karna, shayad woh naseehat qabool kare ya dar jae. dono ne kaha aye hamare Rab! hum ko andesha hai ke woh hum par ziyadati kare ya sarsari karne lag jae. farmaya ke tum andesha na karo, main tum dono ke sath hoon, sun raha hoon aur dekh raha hoon. pas tum is ke paas jao</w:t>
      </w:r>
    </w:p>
    <w:p>
      <w:pPr>
        <w:jc w:val="right"/>
      </w:pPr>
      <w:r>
        <w:t>وں فرعون کے پاس جاؤ کہ وہ سرکش ہو گیا ہے، پس اس سے نرمی کے ساتھ بات کرنا، شاید وہ نصیحت قبول کرے یا ڈر جائے۔ دونوں نے کہا اے ہمارے رب! ہم کو اندیشہ ہے کہ وہ ہم پر زیادتی کرے یا سرکشی کرنے لگے۔ فرمایا کہ تم اندیشہ نہ کرو، میں تم دونوں کے ساتھ ہوں، سن رہا ہوں اور دیکھ رہا ہوں۔ پس تم اس کے پاس جاؤ</w:t>
      </w:r>
    </w:p>
    <w:p>
      <w:r>
        <w:rPr>
          <w:b/>
        </w:rPr>
        <w:t xml:space="preserve">[05:31] </w:t>
      </w:r>
      <w:r>
        <w:t>aur kaho ke hum dono tere rab ke bheje hue hain, pas tu bani israel ko hamare sath</w:t>
      </w:r>
    </w:p>
    <w:p>
      <w:pPr>
        <w:jc w:val="right"/>
      </w:pPr>
      <w:r>
        <w:t>اور کہو کہ ہم دونوں تیرے رب کے بھیجے ہوئے ہیں، پس تو بنی اسرائیل کو ہمارے ساتھ</w:t>
      </w:r>
    </w:p>
    <w:p>
      <w:r>
        <w:rPr>
          <w:b/>
        </w:rPr>
        <w:t xml:space="preserve">[05:36] </w:t>
      </w:r>
      <w:r>
        <w:t>jane de aur un ko na sata.</w:t>
      </w:r>
    </w:p>
    <w:p>
      <w:pPr>
        <w:jc w:val="right"/>
      </w:pPr>
      <w:r>
        <w:t>جانے دے اور ان کو نہ ستا۔</w:t>
      </w:r>
    </w:p>
    <w:p>
      <w:r>
        <w:rPr>
          <w:b/>
        </w:rPr>
        <w:t xml:space="preserve">[05:41] </w:t>
      </w:r>
      <w:r>
        <w:t>hum tere rab ke paas se ek nishani bhi laye hain aur salamti us shakhs ke liye hai</w:t>
      </w:r>
    </w:p>
    <w:p>
      <w:pPr>
        <w:jc w:val="right"/>
      </w:pPr>
      <w:r>
        <w:t>ہم تیرے رب کے پاس سے ایک نشانی بھی لائے ہیں اور سلامتی اس شخص کے لیے ہے</w:t>
      </w:r>
    </w:p>
    <w:p>
      <w:r>
        <w:rPr>
          <w:b/>
        </w:rPr>
        <w:t xml:space="preserve">[05:46] </w:t>
      </w:r>
      <w:r>
        <w:t>jo hidayat ki pairwi kare.</w:t>
      </w:r>
    </w:p>
    <w:p>
      <w:pPr>
        <w:jc w:val="right"/>
      </w:pPr>
      <w:r>
        <w:t>جو ہدایت کی پیروی کرے۔</w:t>
      </w:r>
    </w:p>
    <w:p>
      <w:r>
        <w:rPr>
          <w:b/>
        </w:rPr>
        <w:t xml:space="preserve">[05:52] </w:t>
      </w:r>
      <w:r>
        <w:t>hum par yeh wahi ki gayi hai ke is shakhs par azab hoga jo jhutlaye aur araz kare.</w:t>
      </w:r>
    </w:p>
    <w:p>
      <w:pPr>
        <w:jc w:val="right"/>
      </w:pPr>
      <w:r>
        <w:t>ہم پر یہ وحی کی گئی ہے کہ اس شخص پر عذاب ہوگا جو جھٹلائے اور اعراض کرے۔</w:t>
      </w:r>
    </w:p>
    <w:p>
      <w:r>
        <w:rPr>
          <w:b/>
        </w:rPr>
        <w:t xml:space="preserve">[05:57] </w:t>
      </w:r>
      <w:r>
        <w:t>firon ne kaha phir tum dono ka rab kon hai, ae</w:t>
      </w:r>
    </w:p>
    <w:p>
      <w:pPr>
        <w:jc w:val="right"/>
      </w:pPr>
      <w:r>
        <w:t>فرعون نے کہا پھر تم دونوں کا رب کون ہے، اے</w:t>
      </w:r>
    </w:p>
    <w:p>
      <w:r>
        <w:rPr>
          <w:b/>
        </w:rPr>
        <w:t xml:space="preserve">[06:02] </w:t>
      </w:r>
      <w:r>
        <w:t>musa? musa ne kaha hamara rab woh hai jis ne har cheez ko us ki surat ata ki,</w:t>
      </w:r>
    </w:p>
    <w:p>
      <w:pPr>
        <w:jc w:val="right"/>
      </w:pPr>
      <w:r>
        <w:t>موسیٰ؟ موسیٰ نے کہا ہمارا رب وہ ہے جس نے ہر چیز کو اس کی صورت عطا کی،</w:t>
      </w:r>
    </w:p>
    <w:p>
      <w:r>
        <w:rPr>
          <w:b/>
        </w:rPr>
        <w:t xml:space="preserve">[06:08] </w:t>
      </w:r>
      <w:r>
        <w:t>phir rehnumai farmayi.</w:t>
      </w:r>
    </w:p>
    <w:p>
      <w:pPr>
        <w:jc w:val="right"/>
      </w:pPr>
      <w:r>
        <w:t>پھر رہنمائی فرمائی۔</w:t>
      </w:r>
    </w:p>
    <w:p>
      <w:r>
        <w:rPr>
          <w:b/>
        </w:rPr>
        <w:t xml:space="preserve">[06:14] </w:t>
      </w:r>
      <w:r>
        <w:t>firon ne kaha phir agli qaumon ka kya haal hai? musa ne kaha is ka ilm mere rab</w:t>
      </w:r>
    </w:p>
    <w:p>
      <w:pPr>
        <w:jc w:val="right"/>
      </w:pPr>
      <w:r>
        <w:t>فرعون نے کہا پھر اگلی قوموں کا کیا حال ہے؟ موسیٰ نے کہا اس کا علم میرے رب</w:t>
      </w:r>
    </w:p>
    <w:p>
      <w:r>
        <w:rPr>
          <w:b/>
        </w:rPr>
        <w:t xml:space="preserve">[06:20] </w:t>
      </w:r>
      <w:r>
        <w:t>ke paas ek daftar mein hai, mera rab na ghalti karta hai aur na bhoolta hai.</w:t>
      </w:r>
    </w:p>
    <w:p>
      <w:pPr>
        <w:jc w:val="right"/>
      </w:pPr>
      <w:r>
        <w:t>کے پاس ایک دفتر میں ہے، میرا رب نہ غلطی کرتا ہے اور نہ بھولتا ہے۔</w:t>
      </w:r>
    </w:p>
    <w:p>
      <w:r>
        <w:rPr>
          <w:b/>
        </w:rPr>
        <w:t xml:space="preserve">[06:26] </w:t>
      </w:r>
      <w:r>
        <w:t>wohi hai jis ne tumhare liye zameen ka farsh banaya aur is mein tumhare liye rahen nikali</w:t>
      </w:r>
    </w:p>
    <w:p>
      <w:pPr>
        <w:jc w:val="right"/>
      </w:pPr>
      <w:r>
        <w:t>وہی ہے جس نے تمہارے لیے زمین کا فرش بنایا اور اس میں تمہارے لیے راہیں نکالیں</w:t>
      </w:r>
    </w:p>
    <w:p>
      <w:r>
        <w:rPr>
          <w:b/>
        </w:rPr>
        <w:t xml:space="preserve">[06:32] </w:t>
      </w:r>
      <w:r>
        <w:t>aur aasman se pani utara.</w:t>
      </w:r>
    </w:p>
    <w:p>
      <w:pPr>
        <w:jc w:val="right"/>
      </w:pPr>
      <w:r>
        <w:t>اور آسمان سے پانی اتارا۔</w:t>
      </w:r>
    </w:p>
    <w:p>
      <w:r>
        <w:rPr>
          <w:b/>
        </w:rPr>
        <w:t xml:space="preserve">[06:37] </w:t>
      </w:r>
      <w:r>
        <w:t>phir hum ne is ke zariye se mukhtalif qism ki nabatat paida ki, khao aur apne maweshion ko</w:t>
      </w:r>
    </w:p>
    <w:p>
      <w:pPr>
        <w:jc w:val="right"/>
      </w:pPr>
      <w:r>
        <w:t>پھر ہم نے اس کے ذریعے سے مختلف قسم کی نباتات پیدا کیں، کھاؤ اور اپنے مویشیوں کو</w:t>
      </w:r>
    </w:p>
    <w:p>
      <w:r>
        <w:rPr>
          <w:b/>
        </w:rPr>
        <w:t xml:space="preserve">[06:42] </w:t>
      </w:r>
      <w:r>
        <w:t>charao, is ke andar ahl-e-aql ke liye nishaniyan hain.</w:t>
      </w:r>
    </w:p>
    <w:p>
      <w:pPr>
        <w:jc w:val="right"/>
      </w:pPr>
      <w:r>
        <w:t>چراؤ، اس کے اندر اہل عقل کے لیے نشانیاں ہیں۔</w:t>
      </w:r>
    </w:p>
    <w:p>
      <w:r>
        <w:rPr>
          <w:b/>
        </w:rPr>
        <w:t xml:space="preserve">[06:47] </w:t>
      </w:r>
      <w:r>
        <w:t>isi se hum ne tum ko paida kiya hai aur isi mein hum tum ko lotayenge aur</w:t>
      </w:r>
    </w:p>
    <w:p>
      <w:pPr>
        <w:jc w:val="right"/>
      </w:pPr>
      <w:r>
        <w:t>اسی سے ہم نے تم کو پیدا کیا ہے اور اسی میں ہم تم کو لوٹائیں گے اور</w:t>
      </w:r>
    </w:p>
    <w:p>
      <w:r>
        <w:rPr>
          <w:b/>
        </w:rPr>
        <w:t xml:space="preserve">[06:52] </w:t>
      </w:r>
      <w:r>
        <w:t>isi se hum tum ko dobara nikalenge.</w:t>
      </w:r>
    </w:p>
    <w:p>
      <w:pPr>
        <w:jc w:val="right"/>
      </w:pPr>
      <w:r>
        <w:t>اسی سے ہم تم کو دوبارہ نکالیں گے۔</w:t>
      </w:r>
    </w:p>
    <w:p>
      <w:r>
        <w:rPr>
          <w:b/>
        </w:rPr>
        <w:t xml:space="preserve">[06:57] </w:t>
      </w:r>
      <w:r>
        <w:t>aur hum ne firon ko apni sab nishaniyan dikhayin to us ne jhutlaya aur inkar kiya.</w:t>
      </w:r>
    </w:p>
    <w:p>
      <w:pPr>
        <w:jc w:val="right"/>
      </w:pPr>
      <w:r>
        <w:t>اور ہم نے فرعون کو اپنی سب نشانیاں دکھائیں تو اس نے جھٹلایا اور انکار کیا۔</w:t>
      </w:r>
    </w:p>
    <w:p>
      <w:r>
        <w:rPr>
          <w:b/>
        </w:rPr>
        <w:t xml:space="preserve">[07:02] </w:t>
      </w:r>
      <w:r>
        <w:t>us ne kaha ke ae musa!</w:t>
      </w:r>
    </w:p>
    <w:p>
      <w:pPr>
        <w:jc w:val="right"/>
      </w:pPr>
      <w:r>
        <w:t>اس نے کہا کہ اے موسیٰ!</w:t>
      </w:r>
    </w:p>
    <w:p>
      <w:r>
        <w:rPr>
          <w:b/>
        </w:rPr>
        <w:t xml:space="preserve">[07:07] </w:t>
      </w:r>
      <w:r>
        <w:t>kya tum is liye hamare paas aaye ho ke apne jadu se hum ko hamare mulk se nikal</w:t>
      </w:r>
    </w:p>
    <w:p>
      <w:pPr>
        <w:jc w:val="right"/>
      </w:pPr>
      <w:r>
        <w:t>کیا تم اس لیے ہمارے پاس آئے ہو کہ اپنے جادو سے ہم کو ہمارے ملک سے نکال</w:t>
      </w:r>
    </w:p>
    <w:p>
      <w:r>
        <w:rPr>
          <w:b/>
        </w:rPr>
        <w:t xml:space="preserve">[07:12] </w:t>
      </w:r>
      <w:r>
        <w:t>do? to hum tumhare muqable mein aisa hi jadu layenge, pas tum hamare aur apne darmiyan ek</w:t>
      </w:r>
    </w:p>
    <w:p>
      <w:pPr>
        <w:jc w:val="right"/>
      </w:pPr>
      <w:r>
        <w:t>دو؟ تو ہم تمہارے مقابلے میں ایسا ہی جادو لائیں گے، پس تم ہمارے اور اپنے درمیان ایک</w:t>
      </w:r>
    </w:p>
    <w:p>
      <w:r>
        <w:rPr>
          <w:b/>
        </w:rPr>
        <w:t xml:space="preserve">[07:17] </w:t>
      </w:r>
      <w:r>
        <w:t>wada muqarrar kar lo, na hum is ke khilaf karenge aur na tum.</w:t>
      </w:r>
    </w:p>
    <w:p>
      <w:pPr>
        <w:jc w:val="right"/>
      </w:pPr>
      <w:r>
        <w:t>وعدہ مقرر کر لو، نہ ہم اس کے خلاف کریں اور نہ تم۔</w:t>
      </w:r>
    </w:p>
    <w:p>
      <w:r>
        <w:rPr>
          <w:b/>
        </w:rPr>
        <w:t xml:space="preserve">[07:22] </w:t>
      </w:r>
      <w:r>
        <w:t>yeh muqabla ek hamwar maidan mein ho.</w:t>
      </w:r>
    </w:p>
    <w:p>
      <w:pPr>
        <w:jc w:val="right"/>
      </w:pPr>
      <w:r>
        <w:t>یہ مقابلہ ایک ہموار میدان میں ہو۔</w:t>
      </w:r>
    </w:p>
    <w:p>
      <w:r>
        <w:rPr>
          <w:b/>
        </w:rPr>
        <w:t xml:space="preserve">[07:27] </w:t>
      </w:r>
      <w:r>
        <w:t>musa ne kaha tumhare liye wade ka din mele wala din</w:t>
      </w:r>
    </w:p>
    <w:p>
      <w:pPr>
        <w:jc w:val="right"/>
      </w:pPr>
      <w:r>
        <w:t>موسیٰ نے کہا تمہارے لیے وعدے کا دن میلے والا دن</w:t>
      </w:r>
    </w:p>
    <w:p>
      <w:r>
        <w:rPr>
          <w:b/>
        </w:rPr>
        <w:t xml:space="preserve">[07:32] </w:t>
      </w:r>
      <w:r>
        <w:t>hai aur yeh ke log din charhte tak jama kiye jayen.</w:t>
      </w:r>
    </w:p>
    <w:p>
      <w:pPr>
        <w:jc w:val="right"/>
      </w:pPr>
      <w:r>
        <w:t>ہے اور یہ کہ لوگ دن چڑھتے تک جمع کیے جائیں۔</w:t>
      </w:r>
    </w:p>
    <w:p>
      <w:r>
        <w:rPr>
          <w:b/>
        </w:rPr>
        <w:t xml:space="preserve">[07:38] </w:t>
      </w:r>
      <w:r>
        <w:t>firon wahan se hta, phir apne sare daao jama kiye, us ke baad woh muqable par aya.</w:t>
      </w:r>
    </w:p>
    <w:p>
      <w:pPr>
        <w:jc w:val="right"/>
      </w:pPr>
      <w:r>
        <w:t>فرعون وہاں سے ہٹا، پھر اپنے سارے داؤ جمع کیے، اس کے بعد وہ مقابلے پر آیا۔</w:t>
      </w:r>
    </w:p>
    <w:p>
      <w:r>
        <w:rPr>
          <w:b/>
        </w:rPr>
        <w:t xml:space="preserve">[07:44] </w:t>
      </w:r>
      <w:r>
        <w:t>musa ne kaha tumhara bura ho, allah par jhoot na bandho ke woh tum ko kisi aafat se</w:t>
      </w:r>
    </w:p>
    <w:p>
      <w:pPr>
        <w:jc w:val="right"/>
      </w:pPr>
      <w:r>
        <w:t>موسیٰ نے کہا تمہارا برا ہو، اللہ پر جھوٹ نہ باندھو کہ وہ تم کو کسی آفت سے</w:t>
      </w:r>
    </w:p>
    <w:p>
      <w:r>
        <w:rPr>
          <w:b/>
        </w:rPr>
        <w:t xml:space="preserve">[07:50] </w:t>
      </w:r>
      <w:r>
        <w:t>gharat kar de aur jis ne khuda par jhoot bandha woh nakam hua.</w:t>
      </w:r>
    </w:p>
    <w:p>
      <w:pPr>
        <w:jc w:val="right"/>
      </w:pPr>
      <w:r>
        <w:t>غارت کر دے اور جس نے خدا پر جھوٹ باندھا وہ ناکام ہوا۔</w:t>
      </w:r>
    </w:p>
    <w:p>
      <w:r>
        <w:rPr>
          <w:b/>
        </w:rPr>
        <w:t xml:space="preserve">[07:56] </w:t>
      </w:r>
      <w:r>
        <w:t>phir unhon ne apne mamle mein ikhtilaf kiya aur unhon ne chupke chupke baham mashwara</w:t>
      </w:r>
    </w:p>
    <w:p>
      <w:pPr>
        <w:jc w:val="right"/>
      </w:pPr>
      <w:r>
        <w:t>پھر انہوں نے اپنے معاملے میں اختلاف کیا اور انہوں نے چپکے چپکے باہم مشور</w:t>
      </w:r>
    </w:p>
    <w:p>
      <w:r>
        <w:rPr>
          <w:b/>
        </w:rPr>
        <w:t xml:space="preserve">[08:02] </w:t>
      </w:r>
      <w:r>
        <w:t>kiya.</w:t>
      </w:r>
    </w:p>
    <w:p>
      <w:pPr>
        <w:jc w:val="right"/>
      </w:pPr>
      <w:r>
        <w:t>ہ کیا۔</w:t>
      </w:r>
    </w:p>
    <w:p>
      <w:r>
        <w:rPr>
          <w:b/>
        </w:rPr>
        <w:t xml:space="preserve">[08:07] </w:t>
      </w:r>
      <w:r>
        <w:t>unhon ne kaha ke yeh dono yaqeenan jaduagar hain, woh chahte hain ke apne jadu ke zor se</w:t>
      </w:r>
    </w:p>
    <w:p>
      <w:pPr>
        <w:jc w:val="right"/>
      </w:pPr>
      <w:r>
        <w:t>انہوں نے کہا کہ یہ دونوں یقیناً جادوگر ہیں، وہ چاہتے ہیں کہ اپنے جادو کے زور سے</w:t>
      </w:r>
    </w:p>
    <w:p>
      <w:r>
        <w:rPr>
          <w:b/>
        </w:rPr>
        <w:t xml:space="preserve">[08:11] </w:t>
      </w:r>
      <w:r>
        <w:t>tum ko tumhare mulk se nikaal dein aur tumhare umda tareeqay ka khatma kar dein, pas tum apni</w:t>
      </w:r>
    </w:p>
    <w:p>
      <w:pPr>
        <w:jc w:val="right"/>
      </w:pPr>
      <w:r>
        <w:t>تم کو تمہارے ملک سے نکال دیں اور تمہارے عمدہ طریقے کا خاتمہ کر دیں، پس تم اپنی</w:t>
      </w:r>
    </w:p>
    <w:p>
      <w:r>
        <w:rPr>
          <w:b/>
        </w:rPr>
        <w:t xml:space="preserve">[08:15] </w:t>
      </w:r>
      <w:r>
        <w:t>tadabeerain ikattha karo, phir mutahid ho kar aao aur wohi jeet gaya jo aaj ghalib raha.</w:t>
      </w:r>
    </w:p>
    <w:p>
      <w:pPr>
        <w:jc w:val="right"/>
      </w:pPr>
      <w:r>
        <w:t>تدبیریں اکٹھا کرو، پھر متحد ہو کر آؤ اور وہی جیت گیا جو آج غالب رہا۔</w:t>
      </w:r>
    </w:p>
    <w:p>
      <w:r>
        <w:rPr>
          <w:b/>
        </w:rPr>
        <w:t xml:space="preserve">[08:20] </w:t>
      </w:r>
      <w:r>
        <w:t>unhon ne kaha ke aey Moosa!</w:t>
      </w:r>
    </w:p>
    <w:p>
      <w:pPr>
        <w:jc w:val="right"/>
      </w:pPr>
      <w:r>
        <w:t>انہوں نے کہا کہ اے موسیٰ!</w:t>
      </w:r>
    </w:p>
    <w:p>
      <w:r>
        <w:rPr>
          <w:b/>
        </w:rPr>
        <w:t xml:space="preserve">[08:24] </w:t>
      </w:r>
      <w:r>
        <w:t>ya to tum daalo ya hum pehle daalne walay banen.</w:t>
      </w:r>
    </w:p>
    <w:p>
      <w:pPr>
        <w:jc w:val="right"/>
      </w:pPr>
      <w:r>
        <w:t>یا تو تم ڈالو یا ہم پہلے ڈالنے والے بنیں۔</w:t>
      </w:r>
    </w:p>
    <w:p>
      <w:r>
        <w:rPr>
          <w:b/>
        </w:rPr>
        <w:t xml:space="preserve">[08:28] </w:t>
      </w:r>
      <w:r>
        <w:t>Moosa ne kah</w:t>
      </w:r>
    </w:p>
    <w:p>
      <w:pPr>
        <w:jc w:val="right"/>
      </w:pPr>
      <w:r>
        <w:t>موسیٰ نے کہ</w:t>
      </w:r>
    </w:p>
    <w:p>
      <w:r>
        <w:rPr>
          <w:b/>
        </w:rPr>
        <w:t xml:space="preserve">[08:32] </w:t>
      </w:r>
      <w:r>
        <w:t>a tum hi pehle dalo. to yakayak un ki rasiyan aur un ki lathiyan un ke jadu ke zor se us ko is tarah dikhayi den goya ke woh daud rahi hain, pas Moosa apne dil mein kuch dar gaya. hum ne kaha ke tum daro nahi, tum hi ghalib raho ge aur jo tumhare dahanay hath mein hai us ko daal do, woh us ko nigal jae ga jo unhon ne banaya hai. yeh jo kuch unhon ne banaya hai yeh jadu</w:t>
      </w:r>
    </w:p>
    <w:p>
      <w:pPr>
        <w:jc w:val="right"/>
      </w:pPr>
      <w:r>
        <w:t>ا کہ تم ہی پہلے ڈالو۔ تو یکایک ان کی رسیاں اور ان کی لاٹھیاں ان کے جادو کے زور سے اس کو اس طرح دکھائی دیں گویا کہ وہ دوڑ رہی ہیں، پس موسیٰ اپنے دل میں کچھ ڈر گیا۔ ہم نے کہا کہ تم ڈرو نہیں، تم ہی غالب رہو گے اور جو تمہارے داہنے ہاتھ میں ہے اس کو ڈال دو، وہ اس کو نگل جائے گا جو انہوں نے بنایا ہے۔ یہ جو کچھ انہوں نے بنایا ہے یہ جادو</w:t>
      </w:r>
    </w:p>
    <w:p>
      <w:r>
        <w:rPr>
          <w:b/>
        </w:rPr>
        <w:t xml:space="preserve">[09:02] </w:t>
      </w:r>
      <w:r>
        <w:t>gar ka fareb hai aur jadoogar kabhi kamyab nahi hota khwah woh kaise aae. pas jadoogar sajde mein gir pare. unhon ne kaha ke hum Haroon aur Moosa ke Rab par imaan laye. Firon ne kaha ke tum ne is ko maan liya is se pehle ke main tum ko ijazat deta, wohi tumhara bara hai jis ne tum ko jadu sikhaya hai. to ab main tumhare hath aur paon mukhalif simton se kat</w:t>
      </w:r>
    </w:p>
    <w:p>
      <w:pPr>
        <w:jc w:val="right"/>
      </w:pPr>
      <w:r>
        <w:t>گر کا فریب ہے اور جادوگر کبھی کامیاب نہیں ہوتا خواہ وہ کیسے آئے۔ پس جادوگر سجدے میں گر پڑے۔ انہوں نے کہا کہ ہم ہارون اور موسیٰ کے رب پر ایمان لائے۔ فرعون نے کہا کہ تم نے اس کو مان لیا اس سے پہلے کہ میں تم کو اجازت دیتا، وہی تمہارا بڑا ہے جس نے تم کو جادو سکھایا ہے۔ تو اب میں تمہارے ہاتھ اور پاؤں مخالف سمتوں سے کٹ</w:t>
      </w:r>
    </w:p>
    <w:p>
      <w:r>
        <w:rPr>
          <w:b/>
        </w:rPr>
        <w:t xml:space="preserve">[09:32] </w:t>
      </w:r>
      <w:r>
        <w:t>waunga aur mein tum ko khajoor ke tanoon par sooli doon ga aur tum jaan lo ge</w:t>
      </w:r>
    </w:p>
    <w:p>
      <w:pPr>
        <w:jc w:val="right"/>
      </w:pPr>
      <w:r>
        <w:t>واؤں گا اور میں تم کو کھجور کے تنوں پر سولی دوں گا اور تم جان لو گے</w:t>
      </w:r>
    </w:p>
    <w:p>
      <w:r>
        <w:rPr>
          <w:b/>
        </w:rPr>
        <w:t xml:space="preserve">[09:37] </w:t>
      </w:r>
      <w:r>
        <w:t>ke hum mein se kis ka azaab ziyada sakht hai aur ziyada der tak rehne wala hai.</w:t>
      </w:r>
    </w:p>
    <w:p>
      <w:pPr>
        <w:jc w:val="right"/>
      </w:pPr>
      <w:r>
        <w:t>کہ ہم میں سے کس کا عذاب زیادہ سخت ہے اور زیادہ دیر تک رہنے والا ہے۔</w:t>
      </w:r>
    </w:p>
    <w:p>
      <w:r>
        <w:rPr>
          <w:b/>
        </w:rPr>
        <w:t xml:space="preserve">[09:42] </w:t>
      </w:r>
      <w:r>
        <w:t>jadoogaron ne kaha ke hum tujh ko har giz in dalail par tarjeeh nahi den ge jo hamare paas</w:t>
      </w:r>
    </w:p>
    <w:p>
      <w:pPr>
        <w:jc w:val="right"/>
      </w:pPr>
      <w:r>
        <w:t>جادوگروں نے کہا کہ ہم تجھ کو ہرگز ان دلائل پر ترجیح نہیں دیں گے جو ہمارے پاس</w:t>
      </w:r>
    </w:p>
    <w:p>
      <w:r>
        <w:rPr>
          <w:b/>
        </w:rPr>
        <w:t xml:space="preserve">[09:47] </w:t>
      </w:r>
      <w:r>
        <w:t>aaye hain aur is zaat par jis ne hum ko paida kiya hai, pas tujh ko jo kuch</w:t>
      </w:r>
    </w:p>
    <w:p>
      <w:pPr>
        <w:jc w:val="right"/>
      </w:pPr>
      <w:r>
        <w:t>آئے ہیں اور اس ذات پر جس نے ہم کو پیدا کیا ہے، پس تجھ کو جو کچھ</w:t>
      </w:r>
    </w:p>
    <w:p>
      <w:r>
        <w:rPr>
          <w:b/>
        </w:rPr>
        <w:t xml:space="preserve">[09:52] </w:t>
      </w:r>
      <w:r>
        <w:t>karna hai use kar daal.</w:t>
      </w:r>
    </w:p>
    <w:p>
      <w:pPr>
        <w:jc w:val="right"/>
      </w:pPr>
      <w:r>
        <w:t>کرنا ہے اسے کر ڈال۔</w:t>
      </w:r>
    </w:p>
    <w:p>
      <w:r>
        <w:rPr>
          <w:b/>
        </w:rPr>
        <w:t xml:space="preserve">[09:57] </w:t>
      </w:r>
      <w:r>
        <w:t>tum jo kuch kar sakte ho usi dunya</w:t>
      </w:r>
    </w:p>
    <w:p>
      <w:pPr>
        <w:jc w:val="right"/>
      </w:pPr>
      <w:r>
        <w:t>تم جو کچھ کر سکتے ہو اسی دنیا</w:t>
      </w:r>
    </w:p>
    <w:p>
      <w:r>
        <w:rPr>
          <w:b/>
        </w:rPr>
        <w:t xml:space="preserve">[10:03] </w:t>
      </w:r>
      <w:r>
        <w:t>ki zindagi ka kar sakte ho.</w:t>
      </w:r>
    </w:p>
    <w:p>
      <w:pPr>
        <w:jc w:val="right"/>
      </w:pPr>
      <w:r>
        <w:t>کی زندگی کا کر سکتے ہو۔</w:t>
      </w:r>
    </w:p>
    <w:p>
      <w:r>
        <w:rPr>
          <w:b/>
        </w:rPr>
        <w:t xml:space="preserve">[10:08] </w:t>
      </w:r>
      <w:r>
        <w:t>hum apne Rab par imaan laaye taakeh woh hamare gunahon ko bakhsh de aur is jadoo ko bhi</w:t>
      </w:r>
    </w:p>
    <w:p>
      <w:pPr>
        <w:jc w:val="right"/>
      </w:pPr>
      <w:r>
        <w:t>ہم اپنے رب پر ایمان لائے تاکہ وہ ہمارے گناہوں کو بخش دے اور اس جادو کو بھی</w:t>
      </w:r>
    </w:p>
    <w:p>
      <w:r>
        <w:rPr>
          <w:b/>
        </w:rPr>
        <w:t xml:space="preserve">[10:13] </w:t>
      </w:r>
      <w:r>
        <w:t>jis par tum ne hamein majboor kiya aur Allah behtar hai aur baqi rehne wala hai.</w:t>
      </w:r>
    </w:p>
    <w:p>
      <w:pPr>
        <w:jc w:val="right"/>
      </w:pPr>
      <w:r>
        <w:t>جس پر تم نے ہمیں مجبور کیا اور اللہ بہتر ہے اور باقی رہنے والا ہے۔</w:t>
      </w:r>
    </w:p>
    <w:p>
      <w:r>
        <w:rPr>
          <w:b/>
        </w:rPr>
        <w:t xml:space="preserve">[10:18] </w:t>
      </w:r>
      <w:r>
        <w:t>beshak jo shakhs mujrim ban kar apne Rab ke saamne haazir hoga to us ke liye jahannum</w:t>
      </w:r>
    </w:p>
    <w:p>
      <w:pPr>
        <w:jc w:val="right"/>
      </w:pPr>
      <w:r>
        <w:t>بے شک جو شخص مجرم بن کر اپنے رب کے سامنے حاضر ہوگا تو اس کے لیے جہنم</w:t>
      </w:r>
    </w:p>
    <w:p>
      <w:r>
        <w:rPr>
          <w:b/>
        </w:rPr>
        <w:t xml:space="preserve">[10:23] </w:t>
      </w:r>
      <w:r>
        <w:t>hai, is mein woh na mare ga aur na jiye ga.</w:t>
      </w:r>
    </w:p>
    <w:p>
      <w:pPr>
        <w:jc w:val="right"/>
      </w:pPr>
      <w:r>
        <w:t>ہے، اس میں وہ نہ مرے گا اور نہ جیئے گا۔</w:t>
      </w:r>
    </w:p>
    <w:p>
      <w:r>
        <w:rPr>
          <w:b/>
        </w:rPr>
        <w:t xml:space="preserve">[10:28] </w:t>
      </w:r>
      <w:r>
        <w:t>aur jo shakhs apne Rab ke paas momin ho kar aayega</w:t>
      </w:r>
    </w:p>
    <w:p>
      <w:pPr>
        <w:jc w:val="right"/>
      </w:pPr>
      <w:r>
        <w:t>اور جو شخص اپنے رب کے پاس مومن ہو کر آئے گا</w:t>
      </w:r>
    </w:p>
    <w:p>
      <w:r>
        <w:rPr>
          <w:b/>
        </w:rPr>
        <w:t xml:space="preserve">[10:33] </w:t>
      </w:r>
      <w:r>
        <w:t>jis ne nek amal kiye hon to aisay logon ke liye baray oonche darjay hain.</w:t>
      </w:r>
    </w:p>
    <w:p>
      <w:pPr>
        <w:jc w:val="right"/>
      </w:pPr>
      <w:r>
        <w:t>جس نے نیک عمل کیے ہوں تو ایسے لوگوں کے لیے بڑے اونچے درجے ہیں۔</w:t>
      </w:r>
    </w:p>
    <w:p>
      <w:r>
        <w:rPr>
          <w:b/>
        </w:rPr>
        <w:t xml:space="preserve">[10:38] </w:t>
      </w:r>
      <w:r>
        <w:t>un ke liye hamesha rehne walay baagh hain jin ke neeche nehrein jaari hongi, woh un mein</w:t>
      </w:r>
    </w:p>
    <w:p>
      <w:pPr>
        <w:jc w:val="right"/>
      </w:pPr>
      <w:r>
        <w:t>ان کے لیے ہمیشہ رہنے والے باغ ہیں جن کے نیچے نہریں جاری ہوں گی، وہ ان میں</w:t>
      </w:r>
    </w:p>
    <w:p>
      <w:r>
        <w:rPr>
          <w:b/>
        </w:rPr>
        <w:t xml:space="preserve">[10:43] </w:t>
      </w:r>
      <w:r>
        <w:t>hamesha rahen ge aur yeh badla hai us shakhs ka jo pakeezgi ikhtiyar kare.</w:t>
      </w:r>
    </w:p>
    <w:p>
      <w:pPr>
        <w:jc w:val="right"/>
      </w:pPr>
      <w:r>
        <w:t>ہمیشہ رہیں گے اور یہ بدلہ ہے اس شخص کا جو پاکیزگی اختیار کرے۔</w:t>
      </w:r>
    </w:p>
    <w:p>
      <w:r>
        <w:rPr>
          <w:b/>
        </w:rPr>
        <w:t xml:space="preserve">[10:48] </w:t>
      </w:r>
      <w:r>
        <w:t>aur hum ne Moosa ko wahi ki ke raat ke waqt mere bandoon ko le kar niklo, phir</w:t>
      </w:r>
    </w:p>
    <w:p>
      <w:pPr>
        <w:jc w:val="right"/>
      </w:pPr>
      <w:r>
        <w:t>اور ہم نے موسیٰ کو وحی کی کہ رات کے وقت میرے بندوں کو لے کر نکلو، پھر</w:t>
      </w:r>
    </w:p>
    <w:p>
      <w:r>
        <w:rPr>
          <w:b/>
        </w:rPr>
        <w:t xml:space="preserve">[10:53] </w:t>
      </w:r>
      <w:r>
        <w:t>un ke liye samandar mein sookha rasta bana lo.</w:t>
      </w:r>
    </w:p>
    <w:p>
      <w:pPr>
        <w:jc w:val="right"/>
      </w:pPr>
      <w:r>
        <w:t>ان کے لیے سمندر میں سوکھا راستہ بنا لو۔</w:t>
      </w:r>
    </w:p>
    <w:p>
      <w:r>
        <w:rPr>
          <w:b/>
        </w:rPr>
        <w:t xml:space="preserve">[10:58] </w:t>
      </w:r>
      <w:r>
        <w:t>tum na ta'aqqub se daro</w:t>
      </w:r>
    </w:p>
    <w:p>
      <w:pPr>
        <w:jc w:val="right"/>
      </w:pPr>
      <w:r>
        <w:t>تم نہ تعقب سے ڈرو</w:t>
      </w:r>
    </w:p>
    <w:p>
      <w:r>
        <w:rPr>
          <w:b/>
        </w:rPr>
        <w:t xml:space="preserve">[11:03] </w:t>
      </w:r>
      <w:r>
        <w:t>aur na kisi aur cheez se daro.</w:t>
      </w:r>
    </w:p>
    <w:p>
      <w:pPr>
        <w:jc w:val="right"/>
      </w:pPr>
      <w:r>
        <w:t>اور نہ کسی اور چیز سے ڈرو۔</w:t>
      </w:r>
    </w:p>
    <w:p>
      <w:r>
        <w:rPr>
          <w:b/>
        </w:rPr>
        <w:t xml:space="preserve">[11:07] </w:t>
      </w:r>
      <w:r>
        <w:t>phir Firon ne apne lashkaroon ke saath un ka peecha kiya, phir un ko samandar ke paani ne</w:t>
      </w:r>
    </w:p>
    <w:p>
      <w:pPr>
        <w:jc w:val="right"/>
      </w:pPr>
      <w:r>
        <w:t>پھر فرعون نے اپنے لشکروں کے ساتھ ان کا پیچھا کیا، پھر ان کو سمندر کے پانی نے</w:t>
      </w:r>
    </w:p>
    <w:p>
      <w:r>
        <w:rPr>
          <w:b/>
        </w:rPr>
        <w:t xml:space="preserve">[11:11] </w:t>
      </w:r>
      <w:r>
        <w:t>dhanp liya jaisa ke dhanp liya aur firoun ne apni qom ko gumrah kiya aur is ko sahih</w:t>
      </w:r>
    </w:p>
    <w:p>
      <w:pPr>
        <w:jc w:val="right"/>
      </w:pPr>
      <w:r>
        <w:t>ڈھانپ لیا جیسا کہ ڈھانپ لیا اور فرعون نے اپنی قوم کو گمراہ کیا اور اس کو صحیح</w:t>
      </w:r>
    </w:p>
    <w:p>
      <w:r>
        <w:rPr>
          <w:b/>
        </w:rPr>
        <w:t xml:space="preserve">[11:16] </w:t>
      </w:r>
      <w:r>
        <w:t>rah na dikhai.</w:t>
      </w:r>
    </w:p>
    <w:p>
      <w:pPr>
        <w:jc w:val="right"/>
      </w:pPr>
      <w:r>
        <w:t>راہ نہ دکھائی۔</w:t>
      </w:r>
    </w:p>
    <w:p>
      <w:r>
        <w:rPr>
          <w:b/>
        </w:rPr>
        <w:t xml:space="preserve">[11:20] </w:t>
      </w:r>
      <w:r>
        <w:t>ae bani israel!</w:t>
      </w:r>
    </w:p>
    <w:p>
      <w:pPr>
        <w:jc w:val="right"/>
      </w:pPr>
      <w:r>
        <w:t>اے بنی اسرائیل!</w:t>
      </w:r>
    </w:p>
    <w:p>
      <w:r>
        <w:rPr>
          <w:b/>
        </w:rPr>
        <w:t xml:space="preserve">[11:25] </w:t>
      </w:r>
      <w:r>
        <w:t>hum ne tum ko tumhare dushman se nijat di aur tum se toor ke dayein janib wada thahraya</w:t>
      </w:r>
    </w:p>
    <w:p>
      <w:pPr>
        <w:jc w:val="right"/>
      </w:pPr>
      <w:r>
        <w:t>ہم نے تم کو تمہارے دشمن سے نجات دی اور تم سے طور کے دائیں جانب وعدہ ٹھہرایا</w:t>
      </w:r>
    </w:p>
    <w:p>
      <w:r>
        <w:rPr>
          <w:b/>
        </w:rPr>
        <w:t xml:space="preserve">[11:29] </w:t>
      </w:r>
      <w:r>
        <w:t>aur hum ne tumhare upar man o salwa utara.</w:t>
      </w:r>
    </w:p>
    <w:p>
      <w:pPr>
        <w:jc w:val="right"/>
      </w:pPr>
      <w:r>
        <w:t>اور ہم نے تمہارے اوپر من و سلوٰی اتارا۔</w:t>
      </w:r>
    </w:p>
    <w:p>
      <w:r>
        <w:rPr>
          <w:b/>
        </w:rPr>
        <w:t xml:space="preserve">[11:33] </w:t>
      </w:r>
      <w:r>
        <w:t>khao hamari di hui pak rozi aur is mein sarkashi na karo ke tumhare upar mera ghazab nazil</w:t>
      </w:r>
    </w:p>
    <w:p>
      <w:pPr>
        <w:jc w:val="right"/>
      </w:pPr>
      <w:r>
        <w:t>کھاؤ ہماری دی ہوئی پاک روزی اور اس میں سرکشی نہ کرو کہ تمہارے اوپر میرا غضب نازل</w:t>
      </w:r>
    </w:p>
    <w:p>
      <w:r>
        <w:rPr>
          <w:b/>
        </w:rPr>
        <w:t xml:space="preserve">[11:38] </w:t>
      </w:r>
      <w:r>
        <w:t>ho aur jis par mera ghazab utra wo tabah hua.</w:t>
      </w:r>
    </w:p>
    <w:p>
      <w:pPr>
        <w:jc w:val="right"/>
      </w:pPr>
      <w:r>
        <w:t>ہو اور جس پر میرا غضب اترا وہ تباہ ہوا۔</w:t>
      </w:r>
    </w:p>
    <w:p>
      <w:r>
        <w:rPr>
          <w:b/>
        </w:rPr>
        <w:t xml:space="preserve">[11:43] </w:t>
      </w:r>
      <w:r>
        <w:t>albatta jo toba kare aur iman laye aur naik amal kare aur seedhi rah par rahe to is</w:t>
      </w:r>
    </w:p>
    <w:p>
      <w:pPr>
        <w:jc w:val="right"/>
      </w:pPr>
      <w:r>
        <w:t>البتہ جو توبہ کرے اور ایمان لائے اور نیک عمل کرے اور سیدھی راہ پر رہے تو اس</w:t>
      </w:r>
    </w:p>
    <w:p>
      <w:r>
        <w:rPr>
          <w:b/>
        </w:rPr>
        <w:t xml:space="preserve">[11:48] </w:t>
      </w:r>
      <w:r>
        <w:t>ke liye mein bohat ziyada bakhshne wala hoon.</w:t>
      </w:r>
    </w:p>
    <w:p>
      <w:pPr>
        <w:jc w:val="right"/>
      </w:pPr>
      <w:r>
        <w:t>کے لیے میں بہت زیادہ بخشنے والا ہوں۔</w:t>
      </w:r>
    </w:p>
    <w:p>
      <w:r>
        <w:rPr>
          <w:b/>
        </w:rPr>
        <w:t xml:space="preserve">[11:53] </w:t>
      </w:r>
      <w:r>
        <w:t>aur ae musa!</w:t>
      </w:r>
    </w:p>
    <w:p>
      <w:pPr>
        <w:jc w:val="right"/>
      </w:pPr>
      <w:r>
        <w:t>اور اے موسیٰ!</w:t>
      </w:r>
    </w:p>
    <w:p>
      <w:r>
        <w:rPr>
          <w:b/>
        </w:rPr>
        <w:t xml:space="preserve">[11:58] </w:t>
      </w:r>
      <w:r>
        <w:t>apni qom ko chhod kar jald aane par tum ko kis cheez ne ubhara? musa ne kaha wo log bhi mere peeche hi hain aur mein ae mere rab!</w:t>
      </w:r>
    </w:p>
    <w:p>
      <w:pPr>
        <w:jc w:val="right"/>
      </w:pPr>
      <w:r>
        <w:t>اپنی قوم کو چھوڑ کر جلد آنے پر تم کو کس چیز نے ابھارا؟ موسیٰ نے کہ</w:t>
      </w:r>
    </w:p>
    <w:p>
      <w:r>
        <w:rPr>
          <w:b/>
        </w:rPr>
        <w:t xml:space="preserve">[12:03] </w:t>
      </w:r>
      <w:r>
        <w:t>teri taraf jald aa gaya taake tu razi ho.</w:t>
      </w:r>
    </w:p>
    <w:p>
      <w:pPr>
        <w:jc w:val="right"/>
      </w:pPr>
      <w:r>
        <w:t>ا وہ لوگ بھی میرے پیچھے ہی ہیں اور میں اے میرے رب!</w:t>
      </w:r>
    </w:p>
    <w:p>
      <w:r>
        <w:rPr>
          <w:b/>
        </w:rPr>
        <w:t xml:space="preserve">[12:08] </w:t>
      </w:r>
      <w:r>
        <w:t>farmaya to hum ne tumhari qom ko tumhare baad ek fitne mein daal diya aur samri ne is</w:t>
      </w:r>
    </w:p>
    <w:p>
      <w:pPr>
        <w:jc w:val="right"/>
      </w:pPr>
      <w:r>
        <w:t>تیری طرف جلد آ گیا تاکہ تو راضی ہو۔</w:t>
      </w:r>
    </w:p>
    <w:p>
      <w:r>
        <w:rPr>
          <w:b/>
        </w:rPr>
        <w:t xml:space="preserve">[12:12] </w:t>
      </w:r>
      <w:r>
        <w:t>ko gumrah kar diya.</w:t>
      </w:r>
    </w:p>
    <w:p>
      <w:pPr>
        <w:jc w:val="right"/>
      </w:pPr>
      <w:r>
        <w:t>فرمایا تو ہم نے تمہاری قوم کو تمہارے بعد ایک فتنے میں ڈال دیا اور سامری نے اس</w:t>
      </w:r>
    </w:p>
    <w:p>
      <w:r>
        <w:rPr>
          <w:b/>
        </w:rPr>
        <w:t xml:space="preserve">[12:16] </w:t>
      </w:r>
      <w:r>
        <w:t>phir musa apni qom ki taraf ghusse aur ranj mein bhare hue lote.</w:t>
      </w:r>
    </w:p>
    <w:p>
      <w:pPr>
        <w:jc w:val="right"/>
      </w:pPr>
      <w:r>
        <w:t>کو گمراہ کر دیا۔</w:t>
      </w:r>
    </w:p>
    <w:p>
      <w:r>
        <w:rPr>
          <w:b/>
        </w:rPr>
        <w:t xml:space="preserve">[12:21] </w:t>
      </w:r>
      <w:r>
        <w:t>unhon ne kaha ke ae meri qom!</w:t>
      </w:r>
    </w:p>
    <w:p>
      <w:pPr>
        <w:jc w:val="right"/>
      </w:pPr>
      <w:r>
        <w:t>پھر موسیٰ اپنی قوم کی طرف غصے اور رنج میں بھرے ہوئے لوٹے۔</w:t>
      </w:r>
    </w:p>
    <w:p>
      <w:r>
        <w:rPr>
          <w:b/>
        </w:rPr>
        <w:t xml:space="preserve">[12:25] </w:t>
      </w:r>
      <w:r>
        <w:t>kya tum se tumhare rab ne ek acha wada nahi kiya tha? kya</w:t>
      </w:r>
    </w:p>
    <w:p>
      <w:pPr>
        <w:jc w:val="right"/>
      </w:pPr>
      <w:r>
        <w:t>انہوں نے کہا کہ اے میری قوم!</w:t>
      </w:r>
    </w:p>
    <w:p>
      <w:r>
        <w:rPr>
          <w:b/>
        </w:rPr>
        <w:t xml:space="preserve">[12:29] </w:t>
      </w:r>
      <w:r>
        <w:t>tum par ziyada zamana guzar gaya ya tum ne chaha ke tumhare upar tumhare rab ka ghazab nazil</w:t>
      </w:r>
    </w:p>
    <w:p>
      <w:pPr>
        <w:jc w:val="right"/>
      </w:pPr>
      <w:r>
        <w:t>کیا تم سے تمہارے رب نے ایک اچھا وعدہ نہیں کیا تھا؟ کیا</w:t>
      </w:r>
    </w:p>
    <w:p>
      <w:r>
        <w:rPr>
          <w:b/>
        </w:rPr>
        <w:t xml:space="preserve">[12:34] </w:t>
      </w:r>
      <w:r>
        <w:t>ho, is liye tum ne mujh se wada khilafi ki? unhon ne kaha ke hum ne apne ikhtiyar</w:t>
      </w:r>
    </w:p>
    <w:p>
      <w:pPr>
        <w:jc w:val="right"/>
      </w:pPr>
      <w:r>
        <w:t>تم پر زیادہ زمانہ گزر گیا یا تم نے چاہا کہ تمہارے اوپر تمہارے رب کا غضب نازل</w:t>
      </w:r>
    </w:p>
    <w:p>
      <w:r>
        <w:rPr>
          <w:b/>
        </w:rPr>
        <w:t xml:space="preserve">[12:40] </w:t>
      </w:r>
      <w:r>
        <w:t>se aap ke sath wada khilafi nahi ki balkeh qom ke zewarat ka bojh hum se uthaya gaya</w:t>
      </w:r>
    </w:p>
    <w:p>
      <w:pPr>
        <w:jc w:val="right"/>
      </w:pPr>
      <w:r>
        <w:t>ہو، اس لیے تم نے مجھ سے وعدہ خلافی کی؟ انہوں نے کہا کہ ہم نے اپنے اختیار</w:t>
      </w:r>
    </w:p>
    <w:p>
      <w:r>
        <w:rPr>
          <w:b/>
        </w:rPr>
        <w:t xml:space="preserve">[12:46] </w:t>
      </w:r>
      <w:r>
        <w:t>tha to hum ne us ko phenk diya.</w:t>
      </w:r>
    </w:p>
    <w:p>
      <w:pPr>
        <w:jc w:val="right"/>
      </w:pPr>
      <w:r>
        <w:t>سے آپ کے ساتھ وعدہ خلافی نہیں کی بلکہ قوم کے زیورات کا بوجھ ہم سے اٹھوایا گیا</w:t>
      </w:r>
    </w:p>
    <w:p>
      <w:r>
        <w:rPr>
          <w:b/>
        </w:rPr>
        <w:t xml:space="preserve">[12:52] </w:t>
      </w:r>
      <w:r>
        <w:t>phir is tarah samri ne dhal liya, pas us ne un ke liye ek bacchra baramad kar diya, ek moort</w:t>
      </w:r>
    </w:p>
    <w:p>
      <w:pPr>
        <w:jc w:val="right"/>
      </w:pPr>
      <w:r>
        <w:t>تھا تو ہم نے اس کو پھینک دیا۔</w:t>
      </w:r>
    </w:p>
    <w:p>
      <w:r>
        <w:rPr>
          <w:b/>
        </w:rPr>
        <w:t xml:space="preserve">[12:58] </w:t>
      </w:r>
      <w:r>
        <w:t>jis se bail ki si awaz nikalti thi.</w:t>
      </w:r>
    </w:p>
    <w:p>
      <w:pPr>
        <w:jc w:val="right"/>
      </w:pPr>
      <w:r>
        <w:t>پھر اس طرح سامری نے ڈھال لیا، پس اس نے ان کے لیے ایک بچھڑا برآمد کر دیا، ایک مورت</w:t>
      </w:r>
    </w:p>
    <w:p>
      <w:r>
        <w:rPr>
          <w:b/>
        </w:rPr>
        <w:t xml:space="preserve">[13:04] </w:t>
      </w:r>
      <w:r>
        <w:t>phir us ne kaha ke ye tumhara mabood hai aur musa ka mabood bhi, musa use bhool gaye.</w:t>
      </w:r>
    </w:p>
    <w:p>
      <w:pPr>
        <w:jc w:val="right"/>
      </w:pPr>
      <w:r>
        <w:t>جس سے بیل کی سی آواز نکلتی تھی۔</w:t>
      </w:r>
    </w:p>
    <w:p>
      <w:r>
        <w:rPr>
          <w:b/>
        </w:rPr>
        <w:t xml:space="preserve">[13:10] </w:t>
      </w:r>
      <w:r>
        <w:t>phir us ne kaha ke yeh tumhara mabood hai aur Moosa ka mabood bhi, Moosa use bhool gaye.</w:t>
      </w:r>
    </w:p>
    <w:p>
      <w:pPr>
        <w:jc w:val="right"/>
      </w:pPr>
      <w:r>
        <w:t>پھر اس نے کہا کہ یہ تمہارا معبود ہے اور موسیٰ کا معبود بھی، موسیٰ اسے بھول گئے۔</w:t>
      </w:r>
    </w:p>
    <w:p>
      <w:r>
        <w:rPr>
          <w:b/>
        </w:rPr>
        <w:t xml:space="preserve">[13:16] </w:t>
      </w:r>
      <w:r>
        <w:t>kya woh dekhte na thay ke na woh kisi baat ka jawab deta hai aur na koi nafa</w:t>
      </w:r>
    </w:p>
    <w:p>
      <w:pPr>
        <w:jc w:val="right"/>
      </w:pPr>
      <w:r>
        <w:t>کیا وہ دیکھتے نہ تھے کہ نہ وہ کسی بات کا جواب دیتا ہے اور نہ کوئی نفع</w:t>
      </w:r>
    </w:p>
    <w:p>
      <w:r>
        <w:rPr>
          <w:b/>
        </w:rPr>
        <w:t xml:space="preserve">[13:22] </w:t>
      </w:r>
      <w:r>
        <w:t>ya nuqsan pohancha sakta hai? aur haroon ne un se pehle hi kaha tha ke aye meri qaum!</w:t>
      </w:r>
    </w:p>
    <w:p>
      <w:pPr>
        <w:jc w:val="right"/>
      </w:pPr>
      <w:r>
        <w:t>یا نقصان پہنچا سکتا ہے؟ اور ہارون نے ان سے پہلے ہی کہا تھا کہ اے میری قوم!</w:t>
      </w:r>
    </w:p>
    <w:p>
      <w:r>
        <w:rPr>
          <w:b/>
        </w:rPr>
        <w:t xml:space="preserve">[13:28] </w:t>
      </w:r>
      <w:r>
        <w:t>tum is bichhde ke zariye behak gaye ho aur tumhara rab to rehman hai, pas meri pairwi karo aur</w:t>
      </w:r>
    </w:p>
    <w:p>
      <w:pPr>
        <w:jc w:val="right"/>
      </w:pPr>
      <w:r>
        <w:t>تم اس بچھڑے کے ذریعے بہک گئے ہو اور تمہارا رب تو رحمان ہے، پس میری پیروی کرو اور</w:t>
      </w:r>
    </w:p>
    <w:p>
      <w:r>
        <w:rPr>
          <w:b/>
        </w:rPr>
        <w:t xml:space="preserve">[13:34] </w:t>
      </w:r>
      <w:r>
        <w:t>meri baat mano.</w:t>
      </w:r>
    </w:p>
    <w:p>
      <w:pPr>
        <w:jc w:val="right"/>
      </w:pPr>
      <w:r>
        <w:t>میری بات مانو۔</w:t>
      </w:r>
    </w:p>
    <w:p>
      <w:r>
        <w:rPr>
          <w:b/>
        </w:rPr>
        <w:t xml:space="preserve">[13:38] </w:t>
      </w:r>
      <w:r>
        <w:t>unhon ne kaha ke hum to isi ki parastish mein lage rahenge jab tak ke moosa hamare</w:t>
      </w:r>
    </w:p>
    <w:p>
      <w:pPr>
        <w:jc w:val="right"/>
      </w:pPr>
      <w:r>
        <w:t>انہوں نے کہا کہ ہم تو اسی کی پرستش میں لگے رہیں گے جب تک کہ موسیٰ ہمارے</w:t>
      </w:r>
    </w:p>
    <w:p>
      <w:r>
        <w:rPr>
          <w:b/>
        </w:rPr>
        <w:t xml:space="preserve">[13:42] </w:t>
      </w:r>
      <w:r>
        <w:t>paas lot na aaye.</w:t>
      </w:r>
    </w:p>
    <w:p>
      <w:pPr>
        <w:jc w:val="right"/>
      </w:pPr>
      <w:r>
        <w:t>پاس لوٹ نہ آئے۔</w:t>
      </w:r>
    </w:p>
    <w:p>
      <w:r>
        <w:rPr>
          <w:b/>
        </w:rPr>
        <w:t xml:space="preserve">[13:46] </w:t>
      </w:r>
      <w:r>
        <w:t>moosa ne kaha aye haroon!</w:t>
      </w:r>
    </w:p>
    <w:p>
      <w:pPr>
        <w:jc w:val="right"/>
      </w:pPr>
      <w:r>
        <w:t>موسیٰ نے کہا اے ہارون!</w:t>
      </w:r>
    </w:p>
    <w:p>
      <w:r>
        <w:rPr>
          <w:b/>
        </w:rPr>
        <w:t xml:space="preserve">[13:49] </w:t>
      </w:r>
      <w:r>
        <w:t>jab tu ne dekha ke woh behak gaye hain to tum ko kis cheez ne roka ke tum</w:t>
      </w:r>
    </w:p>
    <w:p>
      <w:pPr>
        <w:jc w:val="right"/>
      </w:pPr>
      <w:r>
        <w:t>جب تو نے دیکھا کہ وہ بہک گئے ہیں تو تم کو کس چیز نے روکا کہ تم</w:t>
      </w:r>
    </w:p>
    <w:p>
      <w:r>
        <w:rPr>
          <w:b/>
        </w:rPr>
        <w:t xml:space="preserve">[13:53] </w:t>
      </w:r>
      <w:r>
        <w:t>meri pairwi karo? kya tum ne mere kehne ke khilaf kiya? haroon ne kaha ke aye meri maan ke bete!</w:t>
      </w:r>
    </w:p>
    <w:p>
      <w:pPr>
        <w:jc w:val="right"/>
      </w:pPr>
      <w:r>
        <w:t>میری پیروی کرو؟ کیا تم نے میرے کہنے کے خلاف کیا؟ ہارون نے کہا کہ اے میری ماں کے بیٹے!</w:t>
      </w:r>
    </w:p>
    <w:p>
      <w:r>
        <w:rPr>
          <w:b/>
        </w:rPr>
        <w:t xml:space="preserve">[13:57] </w:t>
      </w:r>
      <w:r>
        <w:t>tum meri daadhi na pakro aur na mera sir.</w:t>
      </w:r>
    </w:p>
    <w:p>
      <w:pPr>
        <w:jc w:val="right"/>
      </w:pPr>
      <w:r>
        <w:t>تم میری داڑھی نہ پکڑو اور نہ میرا سر۔</w:t>
      </w:r>
    </w:p>
    <w:p>
      <w:r>
        <w:rPr>
          <w:b/>
        </w:rPr>
        <w:t xml:space="preserve">[14:01] </w:t>
      </w:r>
      <w:r>
        <w:t>mujhe yeh dar</w:t>
      </w:r>
    </w:p>
    <w:p>
      <w:pPr>
        <w:jc w:val="right"/>
      </w:pPr>
      <w:r>
        <w:t>مجھے یہ ڈ</w:t>
      </w:r>
    </w:p>
    <w:p>
      <w:r>
        <w:rPr>
          <w:b/>
        </w:rPr>
        <w:t xml:space="preserve">[14:04] </w:t>
      </w:r>
      <w:r>
        <w:t>tha ke tum kahoge ke tum ne bani israel ke darmiyan phoot daal di aur meri baat ka lehaz na kiya. Musa ne kaha ae Samri! tumhara kya mamla hai? us ne kaha mujh ko woh cheez nazar aai jo doosron ko nazar nahin aai to main ne rasool ke naqsh qadam se ek mutthi uthai aur woh is mein daal di. mere nafs ne mujh ko aisa hi samjhaya. Musa ne kaha door ho. ab tere liye zindagi bh</w:t>
      </w:r>
    </w:p>
    <w:p>
      <w:pPr>
        <w:jc w:val="right"/>
      </w:pPr>
      <w:r>
        <w:t>ر تھا کہ تم کہو گے کہ تم نے بنی اسرائیل کے درمیان پھوٹ ڈال دی اور میری بات کا لحاظ نہ کیا۔ موسیٰ نے کہا اے سامری! تمہارا کیا معاملہ ہے؟ اس نے کہا مجھ کو وہ چیز نظر آئی جو دوسروں کو نظر نہیں آئی تو میں نے رسول کے نقش قدم سے ایک مٹھی اٹھائی اور وہ اس میں ڈال دی۔ میرے نفس نے مجھ کو ایسا ہی سمجھایا۔ موسیٰ نے کہا دور ہو۔ اب تیرے لیے زندگی بھ</w:t>
      </w:r>
    </w:p>
    <w:p>
      <w:r>
        <w:rPr>
          <w:b/>
        </w:rPr>
        <w:t xml:space="preserve">[14:34] </w:t>
      </w:r>
      <w:r>
        <w:t>yeh hai ke tu kahe ke mujh ko na chhoona aur tere liye aik aur wada yeh</w:t>
      </w:r>
    </w:p>
    <w:p>
      <w:pPr>
        <w:jc w:val="right"/>
      </w:pPr>
      <w:r>
        <w:t>ر یہ ہے کہ تو کہے کہ مجھ کو نہ چھونا اور تیرے لیے ایک اور وعدہ یہ</w:t>
      </w:r>
    </w:p>
    <w:p>
      <w:r>
        <w:rPr>
          <w:b/>
        </w:rPr>
        <w:t xml:space="preserve">[14:39] </w:t>
      </w:r>
      <w:r>
        <w:t>hai jo tujh se talne wala nahin.</w:t>
      </w:r>
    </w:p>
    <w:p>
      <w:pPr>
        <w:jc w:val="right"/>
      </w:pPr>
      <w:r>
        <w:t>ہے جو تجھ سے ٹلنے والا نہیں۔</w:t>
      </w:r>
    </w:p>
    <w:p>
      <w:r>
        <w:rPr>
          <w:b/>
        </w:rPr>
        <w:t xml:space="preserve">[14:44] </w:t>
      </w:r>
      <w:r>
        <w:t>aur tu apne us maabood ko dekh jis par tu barabar moatakif rehta tha, hum us ko jalayenge</w:t>
      </w:r>
    </w:p>
    <w:p>
      <w:pPr>
        <w:jc w:val="right"/>
      </w:pPr>
      <w:r>
        <w:t>اور تو اپنے اس معبود کو دیکھ جس پر تو برابر معتکف رہتا تھا، ہم اس کو جلائیں</w:t>
      </w:r>
    </w:p>
    <w:p>
      <w:r>
        <w:rPr>
          <w:b/>
        </w:rPr>
        <w:t xml:space="preserve">[14:49] </w:t>
      </w:r>
      <w:r>
        <w:t>phir us ko darya mein bakhir kar baha denge.</w:t>
      </w:r>
    </w:p>
    <w:p>
      <w:pPr>
        <w:jc w:val="right"/>
      </w:pPr>
      <w:r>
        <w:t>گے پھر اس کو دریا میں بکھیر کر بہا دیں گے۔</w:t>
      </w:r>
    </w:p>
    <w:p>
      <w:r>
        <w:rPr>
          <w:b/>
        </w:rPr>
        <w:t xml:space="preserve">[14:54] </w:t>
      </w:r>
      <w:r>
        <w:t>tumhara maabood to sirf allah hai, us ke siwa koi maabood nahin, us ka ilm har cheez par havi hai.</w:t>
      </w:r>
    </w:p>
    <w:p>
      <w:pPr>
        <w:jc w:val="right"/>
      </w:pPr>
      <w:r>
        <w:t>تمہارا معبود تو صرف اللہ ہے، اس کے سوا کوئی معبود نہیں، اس کا علم ہر چیز پر حاوی ہے۔</w:t>
      </w:r>
    </w:p>
    <w:p>
      <w:r>
        <w:rPr>
          <w:b/>
        </w:rPr>
        <w:t xml:space="preserve">[14:59] </w:t>
      </w:r>
      <w:r>
        <w:t>isi tarah hum tum ko un ke ahwal</w:t>
      </w:r>
    </w:p>
    <w:p>
      <w:pPr>
        <w:jc w:val="right"/>
      </w:pPr>
      <w:r>
        <w:t>اسی طرح ہم تم کو ان کے احوال</w:t>
      </w:r>
    </w:p>
    <w:p>
      <w:r>
        <w:rPr>
          <w:b/>
        </w:rPr>
        <w:t xml:space="preserve">[15:04] </w:t>
      </w:r>
      <w:r>
        <w:t>sunate hain jo pehle guzar chuke aur hum ne tum ko apne paas se ek naseehat nama diya hai. jo is se araz karega woh qayamat ke din ek bhaari bojh uthayega, woh is mein hamesha rahenge aur yeh bojh qayamat ke din un ke liye bohat bura hoga. jis din toor mein phoonk mari jayegi aur mujrimon ko us din hum is hal mein jama karenge ke khof se un ki aankhen neeli hongi. aapas</w:t>
      </w:r>
    </w:p>
    <w:p>
      <w:pPr>
        <w:jc w:val="right"/>
      </w:pPr>
      <w:r>
        <w:t>سناتے ہیں جو پہلے گزر چکے اور ہم نے تم کو اپنے پاس سے ایک نصیحت نامہ دیا ہے۔ جو اس سے اعراض کرے گا وہ قیامت کے دن ایک بھاری بوجھ اٹھائے گا، وہ اس میں ہمیشہ رہیں گے اور یہ بوجھ قیامت کے دن ان کے لیے بہت برا ہوگا۔ جس دن طور میں پھونک ماری جائے گی اور مجرموں کو اس دن ہم اس حال میں جمع کریں گے کہ خوف سے ان کی آنکھیں نیلی ہوں گی۔ آپس</w:t>
      </w:r>
    </w:p>
    <w:p>
      <w:r>
        <w:rPr>
          <w:b/>
        </w:rPr>
        <w:t xml:space="preserve">[15:34] </w:t>
      </w:r>
      <w:r>
        <w:t>mein chupke chupke kehte honge ke tum sirf das din rahe hoge, hum khoob jante hain jo</w:t>
      </w:r>
    </w:p>
    <w:p>
      <w:pPr>
        <w:jc w:val="right"/>
      </w:pPr>
      <w:r>
        <w:t>میں چپکے چپکے کہتے ہوں گے کہ تم صرف دس دن رہے ہوگے، ہم خوب جانتے ہیں جو</w:t>
      </w:r>
    </w:p>
    <w:p>
      <w:r>
        <w:rPr>
          <w:b/>
        </w:rPr>
        <w:t xml:space="preserve">[15:39] </w:t>
      </w:r>
      <w:r>
        <w:t>kuch woh kahenge jabke un ka sab se zyada waqif kar kahega ke tum sirf aik din thehro.</w:t>
      </w:r>
    </w:p>
    <w:p>
      <w:pPr>
        <w:jc w:val="right"/>
      </w:pPr>
      <w:r>
        <w:t>کچھ وہ کہیں گے جبکہ ان کا سب سے زیادہ واقف کار کہے گا کہ تم صرف ایک دن ٹھہرے۔</w:t>
      </w:r>
    </w:p>
    <w:p>
      <w:r>
        <w:rPr>
          <w:b/>
        </w:rPr>
        <w:t xml:space="preserve">[15:45] </w:t>
      </w:r>
      <w:r>
        <w:t>aur log tum se pahadon ki baat poochte hain, kaho ke mera rab un ko uda kar bakhir</w:t>
      </w:r>
    </w:p>
    <w:p>
      <w:pPr>
        <w:jc w:val="right"/>
      </w:pPr>
      <w:r>
        <w:t>اور لوگ تم سے پہاڑوں کی بابت پوچھتے ہیں، کہو کہ میرا رب ان کو اڑا کر بکھیر</w:t>
      </w:r>
    </w:p>
    <w:p>
      <w:r>
        <w:rPr>
          <w:b/>
        </w:rPr>
        <w:t xml:space="preserve">[15:50] </w:t>
      </w:r>
      <w:r>
        <w:t>dega, phir zameen ko saaf maidan bana kar chhod dega, tum is mein na koi kiji</w:t>
      </w:r>
    </w:p>
    <w:p>
      <w:pPr>
        <w:jc w:val="right"/>
      </w:pPr>
      <w:r>
        <w:t>دے گا، پھر زمین کو صاف میدان بنا کر چھوڑ دے گا، تم اس میں نہ کوئی کجی</w:t>
      </w:r>
    </w:p>
    <w:p>
      <w:r>
        <w:rPr>
          <w:b/>
        </w:rPr>
        <w:t xml:space="preserve">[15:55] </w:t>
      </w:r>
      <w:r>
        <w:t>dekhoge aur na koi oonchaan.</w:t>
      </w:r>
    </w:p>
    <w:p>
      <w:pPr>
        <w:jc w:val="right"/>
      </w:pPr>
      <w:r>
        <w:t>دیکھو گے اور نہ کوئی اونچان۔</w:t>
      </w:r>
    </w:p>
    <w:p>
      <w:r>
        <w:rPr>
          <w:b/>
        </w:rPr>
        <w:t xml:space="preserve">[16:00] </w:t>
      </w:r>
      <w:r>
        <w:t>us din sab pa</w:t>
      </w:r>
    </w:p>
    <w:p>
      <w:pPr>
        <w:jc w:val="right"/>
      </w:pPr>
      <w:r>
        <w:t>اس دن سب پ</w:t>
      </w:r>
    </w:p>
    <w:p>
      <w:r>
        <w:rPr>
          <w:b/>
        </w:rPr>
        <w:t xml:space="preserve">[16:05] </w:t>
      </w:r>
      <w:r>
        <w:t>karne wale ke peeche chal padenge, zara bhi koi kiji na hogi, tamam awazen rehman ke aage</w:t>
      </w:r>
    </w:p>
    <w:p>
      <w:pPr>
        <w:jc w:val="right"/>
      </w:pPr>
      <w:r>
        <w:t>کارنے والے کے پیچھے چل پڑیں گے، ذرا بھی کوئی کجی نہ ہوگی، تمام آوازیں رحمان کے آگے</w:t>
      </w:r>
    </w:p>
    <w:p>
      <w:r>
        <w:rPr>
          <w:b/>
        </w:rPr>
        <w:t xml:space="preserve">[16:11] </w:t>
      </w:r>
      <w:r>
        <w:t>dab jayengi, tum aik sar sarahat ke siwa kuch na sunoge.</w:t>
      </w:r>
    </w:p>
    <w:p>
      <w:pPr>
        <w:jc w:val="right"/>
      </w:pPr>
      <w:r>
        <w:t>دب جائیں گی، تم ایک سرسراہٹ کے سوا کچھ نہ سنو گے۔</w:t>
      </w:r>
    </w:p>
    <w:p>
      <w:r>
        <w:rPr>
          <w:b/>
        </w:rPr>
        <w:t xml:space="preserve">[16:17] </w:t>
      </w:r>
      <w:r>
        <w:t>is din sifarish nafa na de gi magar aisa shakhs jis ko rehman ne ijazat di ho aur</w:t>
      </w:r>
    </w:p>
    <w:p>
      <w:pPr>
        <w:jc w:val="right"/>
      </w:pPr>
      <w:r>
        <w:t>اس دن سفارش نفع نہ دے گی مگر ایسا شخص جس کو رحمان نے اجازت دی ہو اور</w:t>
      </w:r>
    </w:p>
    <w:p>
      <w:r>
        <w:rPr>
          <w:b/>
        </w:rPr>
        <w:t xml:space="preserve">[16:23] </w:t>
      </w:r>
      <w:r>
        <w:t>is ke liye bolna pasand kiya ho, woh sab ke agle aur pichle ahwal ko janta hai aur</w:t>
      </w:r>
    </w:p>
    <w:p>
      <w:pPr>
        <w:jc w:val="right"/>
      </w:pPr>
      <w:r>
        <w:t>اس کے لیے بولنا پسند کیا ہو، وہ سب کے اگلے اور پچھلے احوال کو جانتا ہے اور</w:t>
      </w:r>
    </w:p>
    <w:p>
      <w:r>
        <w:rPr>
          <w:b/>
        </w:rPr>
        <w:t xml:space="preserve">[16:29] </w:t>
      </w:r>
      <w:r>
        <w:t>un ka ilm is ka ahata nahi kar sakta</w:t>
      </w:r>
    </w:p>
    <w:p>
      <w:pPr>
        <w:jc w:val="right"/>
      </w:pPr>
      <w:r>
        <w:t>ان کا علم اس کا احاطہ نہیں کر سکت</w:t>
      </w:r>
    </w:p>
    <w:p>
      <w:r>
        <w:rPr>
          <w:b/>
        </w:rPr>
        <w:t xml:space="preserve">[16:35] </w:t>
      </w:r>
      <w:r>
        <w:t>a. aur tamam chehre us hayyul qayyum ke samne jhuke honge aur aisa shakhs nakam rahega jo zulm le kar aya hoga aur jis ne naik kam kiye honge aur woh imaan bhi rakhta hoga to us ko na kisi ziyadati ka andesha hoga aur na kisi kami ka. aur isi tarah hum ne arabi ka quran utara hai aur is mein hum ne tarah tarah se wahi bayan ki hai taake log darren ya</w:t>
      </w:r>
    </w:p>
    <w:p>
      <w:pPr>
        <w:jc w:val="right"/>
      </w:pPr>
      <w:r>
        <w:t>ا۔ اور تمام چہرے اس حی القیوم کے سامنے جھکے ہوں گے اور ایسا شخص ناکام رہے گا جو ظلم لے کر آیا ہوگا اور جس نے نیک کام کیے ہوں گے اور وہ ایمان بھی رکھتا ہوگا تو اس کو نہ کسی زیادتی کا اندیشہ ہوگا اور نہ کسی کمی کا۔ اور اسی طرح ہم نے عربی کا قرآن اتارا ہے اور اس میں ہم نے طرح طرح سے وحی بیان کی ہے تاکہ لوگ ڈریں یا</w:t>
      </w:r>
    </w:p>
    <w:p>
      <w:r>
        <w:rPr>
          <w:b/>
        </w:rPr>
        <w:t xml:space="preserve">[17:05] </w:t>
      </w:r>
      <w:r>
        <w:t>woh un ke dil mein kuch soch daal de.</w:t>
      </w:r>
    </w:p>
    <w:p>
      <w:pPr>
        <w:jc w:val="right"/>
      </w:pPr>
      <w:r>
        <w:t>وہ ان کے دل میں کچھ سوچ ڈال دے۔</w:t>
      </w:r>
    </w:p>
    <w:p>
      <w:r>
        <w:rPr>
          <w:b/>
        </w:rPr>
        <w:t xml:space="preserve">[17:08] </w:t>
      </w:r>
      <w:r>
        <w:t>pas bartar hai Allah, badshah haqeeqi, aur tum quran ke lene mein jaldi na karo jab tak is</w:t>
      </w:r>
    </w:p>
    <w:p>
      <w:pPr>
        <w:jc w:val="right"/>
      </w:pPr>
      <w:r>
        <w:t>پس برتر ہے اللہ، بادشاہ حقیقی، اور تم قرآن کے لینے میں جلدی نہ کرو جب تک اس</w:t>
      </w:r>
    </w:p>
    <w:p>
      <w:r>
        <w:rPr>
          <w:b/>
        </w:rPr>
        <w:t xml:space="preserve">[17:12] </w:t>
      </w:r>
      <w:r>
        <w:t>ki wahi takmeel ko na pahunche.</w:t>
      </w:r>
    </w:p>
    <w:p>
      <w:pPr>
        <w:jc w:val="right"/>
      </w:pPr>
      <w:r>
        <w:t>کی وحی تکمیل کو نہ پہنچ جائے۔</w:t>
      </w:r>
    </w:p>
    <w:p>
      <w:r>
        <w:rPr>
          <w:b/>
        </w:rPr>
        <w:t xml:space="preserve">[17:16] </w:t>
      </w:r>
      <w:r>
        <w:t>aur kaho ke aye mere rab!</w:t>
      </w:r>
    </w:p>
    <w:p>
      <w:pPr>
        <w:jc w:val="right"/>
      </w:pPr>
      <w:r>
        <w:t>اور کہو کہ اے میرے رب!</w:t>
      </w:r>
    </w:p>
    <w:p>
      <w:r>
        <w:rPr>
          <w:b/>
        </w:rPr>
        <w:t xml:space="preserve">[17:20] </w:t>
      </w:r>
      <w:r>
        <w:t>mera ilm zyada kar de.</w:t>
      </w:r>
    </w:p>
    <w:p>
      <w:pPr>
        <w:jc w:val="right"/>
      </w:pPr>
      <w:r>
        <w:t>میرا علم زیادہ کر دے۔</w:t>
      </w:r>
    </w:p>
    <w:p>
      <w:r>
        <w:rPr>
          <w:b/>
        </w:rPr>
        <w:t xml:space="preserve">[17:24] </w:t>
      </w:r>
      <w:r>
        <w:t>aur hum ne adam ko is se pehle hukum diya tha to woh bhool gaya aur hum ne</w:t>
      </w:r>
    </w:p>
    <w:p>
      <w:pPr>
        <w:jc w:val="right"/>
      </w:pPr>
      <w:r>
        <w:t>اور ہم نے آدم کو اس سے پہلے حکم دیا تھا تو وہ بھول گیا اور ہم نے</w:t>
      </w:r>
    </w:p>
    <w:p>
      <w:r>
        <w:rPr>
          <w:b/>
        </w:rPr>
        <w:t xml:space="preserve">[17:27] </w:t>
      </w:r>
      <w:r>
        <w:t>is mein azm na paya.</w:t>
      </w:r>
    </w:p>
    <w:p>
      <w:pPr>
        <w:jc w:val="right"/>
      </w:pPr>
      <w:r>
        <w:t>اس میں عزم نہ پایا۔</w:t>
      </w:r>
    </w:p>
    <w:p>
      <w:r>
        <w:rPr>
          <w:b/>
        </w:rPr>
        <w:t xml:space="preserve">[17:31] </w:t>
      </w:r>
      <w:r>
        <w:t>aur jab hum ne farishton se kaha ke adam ko sajda karo to unho ne sajda kiya</w:t>
      </w:r>
    </w:p>
    <w:p>
      <w:pPr>
        <w:jc w:val="right"/>
      </w:pPr>
      <w:r>
        <w:t>اور جب ہم نے فرشتوں سے کہا کہ آدم کو سجدہ کرو تو انہوں نے سجدہ کیا</w:t>
      </w:r>
    </w:p>
    <w:p>
      <w:r>
        <w:rPr>
          <w:b/>
        </w:rPr>
        <w:t xml:space="preserve">[17:35] </w:t>
      </w:r>
      <w:r>
        <w:t>magar iblis ne is ne inkar kiya.</w:t>
      </w:r>
    </w:p>
    <w:p>
      <w:pPr>
        <w:jc w:val="right"/>
      </w:pPr>
      <w:r>
        <w:t>مگر ابلیس کے اس نے انکار کیا۔</w:t>
      </w:r>
    </w:p>
    <w:p>
      <w:r>
        <w:rPr>
          <w:b/>
        </w:rPr>
        <w:t xml:space="preserve">[17:39] </w:t>
      </w:r>
      <w:r>
        <w:t>phir hum ne kaha ke aye adam!</w:t>
      </w:r>
    </w:p>
    <w:p>
      <w:pPr>
        <w:jc w:val="right"/>
      </w:pPr>
      <w:r>
        <w:t>پھر ہم نے کہا کہ اے آدم!</w:t>
      </w:r>
    </w:p>
    <w:p>
      <w:r>
        <w:rPr>
          <w:b/>
        </w:rPr>
        <w:t xml:space="preserve">[17:44] </w:t>
      </w:r>
      <w:r>
        <w:t>yeh bilashuba tumhara aur tumhari biwi ka dushman hai to kahin woh tum dono ko jannat se nikalwa</w:t>
      </w:r>
    </w:p>
    <w:p>
      <w:pPr>
        <w:jc w:val="right"/>
      </w:pPr>
      <w:r>
        <w:t>یہ بلاشبہ تمہارا اور تمہاری بیوی کا دشمن ہے تو کہیں وہ تم دونوں کو جنت سے نکلوا</w:t>
      </w:r>
    </w:p>
    <w:p>
      <w:r>
        <w:rPr>
          <w:b/>
        </w:rPr>
        <w:t xml:space="preserve">[17:48] </w:t>
      </w:r>
      <w:r>
        <w:t>na de phir tum mehroom ho kar reh jao.</w:t>
      </w:r>
    </w:p>
    <w:p>
      <w:pPr>
        <w:jc w:val="right"/>
      </w:pPr>
      <w:r>
        <w:t>نہ دے پھر تم محروم ہو کر رہ جاؤ۔</w:t>
      </w:r>
    </w:p>
    <w:p>
      <w:r>
        <w:rPr>
          <w:b/>
        </w:rPr>
        <w:t xml:space="preserve">[17:52] </w:t>
      </w:r>
      <w:r>
        <w:t>yahan tumhare liye yeh hai ke tum na bhooke rahoge aur na tum nangay hoge aur tum</w:t>
      </w:r>
    </w:p>
    <w:p>
      <w:pPr>
        <w:jc w:val="right"/>
      </w:pPr>
      <w:r>
        <w:t>یہاں تمہارے لیے یہ ہے کہ تم نہ بھوکے رہو گے اور نہ تم ننگے ہوگے اور تم</w:t>
      </w:r>
    </w:p>
    <w:p>
      <w:r>
        <w:rPr>
          <w:b/>
        </w:rPr>
        <w:t xml:space="preserve">[17:57] </w:t>
      </w:r>
      <w:r>
        <w:t>yahan na piyase hoge aur na tum ko dhoop lage gi.</w:t>
      </w:r>
    </w:p>
    <w:p>
      <w:pPr>
        <w:jc w:val="right"/>
      </w:pPr>
      <w:r>
        <w:t>یہاں نہ پیاسے ہوگے اور نہ تم کو دھوپ لگے گی۔</w:t>
      </w:r>
    </w:p>
    <w:p>
      <w:r>
        <w:rPr>
          <w:b/>
        </w:rPr>
        <w:t xml:space="preserve">[18:01] </w:t>
      </w:r>
      <w:r>
        <w:t>phir shaitan ne un ko behkaya, us ne</w:t>
      </w:r>
    </w:p>
    <w:p>
      <w:pPr>
        <w:jc w:val="right"/>
      </w:pPr>
      <w:r>
        <w:t>پھر شیطان نے ان کو بہکایا، اس نے</w:t>
      </w:r>
    </w:p>
    <w:p>
      <w:r>
        <w:rPr>
          <w:b/>
        </w:rPr>
        <w:t xml:space="preserve">[18:05] </w:t>
      </w:r>
      <w:r>
        <w:t>kaha kya main tum ko hameshegi ka drakht bataoon aur aisi badshahi jis mein kabhi kamzori na aaye?</w:t>
      </w:r>
    </w:p>
    <w:p>
      <w:pPr>
        <w:jc w:val="right"/>
      </w:pPr>
      <w:r>
        <w:t>کہا کیا میں تم کو ہمیشگی کا درخت بتاؤں اور ایسی بادشاہی جس میں کبھی کمزوری نہ آئے؟</w:t>
      </w:r>
    </w:p>
    <w:p>
      <w:r>
        <w:rPr>
          <w:b/>
        </w:rPr>
        <w:t xml:space="preserve">[18:11] </w:t>
      </w:r>
      <w:r>
        <w:t>pas un dono ne us drakht ka phal kha liya to un dono ke satr aik doosre ke</w:t>
      </w:r>
    </w:p>
    <w:p>
      <w:pPr>
        <w:jc w:val="right"/>
      </w:pPr>
      <w:r>
        <w:t>پس ان دونوں نے اس درخت کا پھل کھا لیا تو ان دونوں کے ستر ایک دوسرے کے</w:t>
      </w:r>
    </w:p>
    <w:p>
      <w:r>
        <w:rPr>
          <w:b/>
        </w:rPr>
        <w:t xml:space="preserve">[18:17] </w:t>
      </w:r>
      <w:r>
        <w:t>samne khul gaye aur dono apne aap ko jannat ke patton se dhankne lage.</w:t>
      </w:r>
    </w:p>
    <w:p>
      <w:pPr>
        <w:jc w:val="right"/>
      </w:pPr>
      <w:r>
        <w:t>سامنے کھل گئے اور دونوں اپنے آپ کو جنت کے پتوں سے ڈھانکنے لگے۔</w:t>
      </w:r>
    </w:p>
    <w:p>
      <w:r>
        <w:rPr>
          <w:b/>
        </w:rPr>
        <w:t xml:space="preserve">[18:23] </w:t>
      </w:r>
      <w:r>
        <w:t>aur adam ne apne rab ke hukum ki khilaf warzi ki to bhatak gaye, phir is ke rab</w:t>
      </w:r>
    </w:p>
    <w:p>
      <w:pPr>
        <w:jc w:val="right"/>
      </w:pPr>
      <w:r>
        <w:t>اور آدم نے اپنے رب کے حکم کی خلاف ورزی کی تو بھٹک گئے، پھر اس کے رب</w:t>
      </w:r>
    </w:p>
    <w:p>
      <w:r>
        <w:rPr>
          <w:b/>
        </w:rPr>
        <w:t xml:space="preserve">[18:29] </w:t>
      </w:r>
      <w:r>
        <w:t>ne us ko nawaza, pas us ki tauba qabool ki aur us ko</w:t>
      </w:r>
    </w:p>
    <w:p>
      <w:pPr>
        <w:jc w:val="right"/>
      </w:pPr>
      <w:r>
        <w:t>نے اس کو نوازا، پس اس کی توبہ قبول کی اور اس کو</w:t>
      </w:r>
    </w:p>
    <w:p>
      <w:r>
        <w:rPr>
          <w:b/>
        </w:rPr>
        <w:t xml:space="preserve">[18:35] </w:t>
      </w:r>
      <w:r>
        <w:t>hidayat di.</w:t>
      </w:r>
    </w:p>
    <w:p>
      <w:pPr>
        <w:jc w:val="right"/>
      </w:pPr>
      <w:r>
        <w:t>ہدایت دی۔</w:t>
      </w:r>
    </w:p>
    <w:p>
      <w:r>
        <w:rPr>
          <w:b/>
        </w:rPr>
        <w:t xml:space="preserve">[18:40] </w:t>
      </w:r>
      <w:r>
        <w:t>khuda ne kaha tum dono yahan se utro, tum aik doosre ke dushman hoge, phir agar tumhare paas</w:t>
      </w:r>
    </w:p>
    <w:p>
      <w:pPr>
        <w:jc w:val="right"/>
      </w:pPr>
      <w:r>
        <w:t>خدا نے کہا تم دونوں یہاں سے اترو، تم ایک دوسرے کے دشمن ہوگے، پھر اگر تمہارے پاس</w:t>
      </w:r>
    </w:p>
    <w:p>
      <w:r>
        <w:rPr>
          <w:b/>
        </w:rPr>
        <w:t xml:space="preserve">[18:44] </w:t>
      </w:r>
      <w:r>
        <w:t>meri taraf se hidayat aaye to jo shakhs meri hidayat ki pairwi karega woh na gumrah hoga</w:t>
      </w:r>
    </w:p>
    <w:p>
      <w:pPr>
        <w:jc w:val="right"/>
      </w:pPr>
      <w:r>
        <w:t>میری طرف سے ہدایت آئے تو جو شخص میری ہدایت کی پیروی کرے گا وہ نہ گمراہ ہوگا</w:t>
      </w:r>
    </w:p>
    <w:p>
      <w:r>
        <w:rPr>
          <w:b/>
        </w:rPr>
        <w:t xml:space="preserve">[18:48] </w:t>
      </w:r>
      <w:r>
        <w:t>aur na mehroom rahega.</w:t>
      </w:r>
    </w:p>
    <w:p>
      <w:pPr>
        <w:jc w:val="right"/>
      </w:pPr>
      <w:r>
        <w:t>اور نہ محروم رہے گا۔</w:t>
      </w:r>
    </w:p>
    <w:p>
      <w:r>
        <w:rPr>
          <w:b/>
        </w:rPr>
        <w:t xml:space="preserve">[18:52] </w:t>
      </w:r>
      <w:r>
        <w:t>aur jo shakhs meri nasihat se araz karega to us ke liye tangi ka jeena hoga aur</w:t>
      </w:r>
    </w:p>
    <w:p>
      <w:pPr>
        <w:jc w:val="right"/>
      </w:pPr>
      <w:r>
        <w:t>اور جو شخص میری نصیحت سے اعراض کرے گا تو اس کے لیے تنگی کا جینا ہوگا اور</w:t>
      </w:r>
    </w:p>
    <w:p>
      <w:r>
        <w:rPr>
          <w:b/>
        </w:rPr>
        <w:t xml:space="preserve">[18:57] </w:t>
      </w:r>
      <w:r>
        <w:t>qayamat ke din hum us koandha uthayenge.</w:t>
      </w:r>
    </w:p>
    <w:p>
      <w:pPr>
        <w:jc w:val="right"/>
      </w:pPr>
      <w:r>
        <w:t>قیامت کے دن ہم اس کو اندھا اٹھائیں گے۔</w:t>
      </w:r>
    </w:p>
    <w:p>
      <w:r>
        <w:rPr>
          <w:b/>
        </w:rPr>
        <w:t xml:space="preserve">[19:01] </w:t>
      </w:r>
      <w:r>
        <w:t>woh kahega ke aye mere r</w:t>
      </w:r>
    </w:p>
    <w:p>
      <w:pPr>
        <w:jc w:val="right"/>
      </w:pPr>
      <w:r>
        <w:t>وہ کہے گا کہ اے میرے ر</w:t>
      </w:r>
    </w:p>
    <w:p>
      <w:r>
        <w:rPr>
          <w:b/>
        </w:rPr>
        <w:t xml:space="preserve">[19:05] </w:t>
      </w:r>
      <w:r>
        <w:t>ab!</w:t>
      </w:r>
    </w:p>
    <w:p>
      <w:pPr>
        <w:jc w:val="right"/>
      </w:pPr>
      <w:r>
        <w:t>ب!</w:t>
      </w:r>
    </w:p>
    <w:p>
      <w:r>
        <w:rPr>
          <w:b/>
        </w:rPr>
        <w:t xml:space="preserve">[19:10] </w:t>
      </w:r>
      <w:r>
        <w:t>tune mujheandha kyu uthaya? main to aankhon wala tha.</w:t>
      </w:r>
    </w:p>
    <w:p>
      <w:pPr>
        <w:jc w:val="right"/>
      </w:pPr>
      <w:r>
        <w:t>تو نے مجھ کو اندھا کیوں اٹھایا؟ میں تو آنکھوں والا تھا۔</w:t>
      </w:r>
    </w:p>
    <w:p>
      <w:r>
        <w:rPr>
          <w:b/>
        </w:rPr>
        <w:t xml:space="preserve">[19:16] </w:t>
      </w:r>
      <w:r>
        <w:t>irshad hoga isi tarah tumhare paas hamari nishaniyan aayin to tum ne un ka kuch khayal na kiya</w:t>
      </w:r>
    </w:p>
    <w:p>
      <w:pPr>
        <w:jc w:val="right"/>
      </w:pPr>
      <w:r>
        <w:t>ارشاد ہوگا اسی طرح تمہارے پاس ہماری نشانیاں آئیں تو تم نے ان کا کچھ خیال نہ کیا</w:t>
      </w:r>
    </w:p>
    <w:p>
      <w:r>
        <w:rPr>
          <w:b/>
        </w:rPr>
        <w:t xml:space="preserve">[19:21] </w:t>
      </w:r>
      <w:r>
        <w:t>to isi tarah aaj tumhara kuch khayal na kiya jayega.</w:t>
      </w:r>
    </w:p>
    <w:p>
      <w:pPr>
        <w:jc w:val="right"/>
      </w:pPr>
      <w:r>
        <w:t>تو اسی طرح آج تمہارا کچھ خیال نہ کیا جائے گا۔</w:t>
      </w:r>
    </w:p>
    <w:p>
      <w:r>
        <w:rPr>
          <w:b/>
        </w:rPr>
        <w:t xml:space="preserve">[19:26] </w:t>
      </w:r>
      <w:r>
        <w:t>aur isi tarah hum badla denge us ko jo had se guzar jaye aur apne rab ki</w:t>
      </w:r>
    </w:p>
    <w:p>
      <w:pPr>
        <w:jc w:val="right"/>
      </w:pPr>
      <w:r>
        <w:t>اور اسی طرح ہم بدلہ دیں گے اس کو جو حد سے گزر جائے اور اپنے رب کی</w:t>
      </w:r>
    </w:p>
    <w:p>
      <w:r>
        <w:rPr>
          <w:b/>
        </w:rPr>
        <w:t xml:space="preserve">[19:31] </w:t>
      </w:r>
      <w:r>
        <w:t>nishaniyon par iman na laye aur akhirat ka azab bada sakht hai aur baqi rehne wala.</w:t>
      </w:r>
    </w:p>
    <w:p>
      <w:pPr>
        <w:jc w:val="right"/>
      </w:pPr>
      <w:r>
        <w:t>نشانیوں پر ایمان نہ لائے اور آخرت کا عذاب بڑا سخت ہے اور باقی رہنے والا۔</w:t>
      </w:r>
    </w:p>
    <w:p>
      <w:r>
        <w:rPr>
          <w:b/>
        </w:rPr>
        <w:t xml:space="preserve">[19:36] </w:t>
      </w:r>
      <w:r>
        <w:t>kya logon ko is baat se samajh na aayi ke un se pehle hum ne kitne giroh halak</w:t>
      </w:r>
    </w:p>
    <w:p>
      <w:pPr>
        <w:jc w:val="right"/>
      </w:pPr>
      <w:r>
        <w:t>کیا لوگوں کو اس بات سے سمجھ نہ آئی کہ ان سے پہلے ہم نے کتنے گروہ ہلاک</w:t>
      </w:r>
    </w:p>
    <w:p>
      <w:r>
        <w:rPr>
          <w:b/>
        </w:rPr>
        <w:t xml:space="preserve">[19:42] </w:t>
      </w:r>
      <w:r>
        <w:t>kar diye? yeh un ki bastiyon mein chalte hain, beshak is mein ahle aqal ke liye bari nishaniyan hain.</w:t>
      </w:r>
    </w:p>
    <w:p>
      <w:pPr>
        <w:jc w:val="right"/>
      </w:pPr>
      <w:r>
        <w:t>کر دیے؟ یہ ان کی بستیوں میں چلتے ہیں، بے شک اس میں اہل عقل کے لیے بڑی نشانیاں ہیں۔</w:t>
      </w:r>
    </w:p>
    <w:p>
      <w:r>
        <w:rPr>
          <w:b/>
        </w:rPr>
        <w:t xml:space="preserve">[19:48] </w:t>
      </w:r>
      <w:r>
        <w:t>aur agar tumhare rab ki taraf se ek baat pehle tay na ho chuki hoti aur mohlat ki</w:t>
      </w:r>
    </w:p>
    <w:p>
      <w:pPr>
        <w:jc w:val="right"/>
      </w:pPr>
      <w:r>
        <w:t>اور اگر تمہارے رب کی طرف سے ایک بات پہلے طے نہ ہو چکی ہوتی اور مہلت کی</w:t>
      </w:r>
    </w:p>
    <w:p>
      <w:r>
        <w:rPr>
          <w:b/>
        </w:rPr>
        <w:t xml:space="preserve">[19:54] </w:t>
      </w:r>
      <w:r>
        <w:t>ek muddat muqarrar na hoti to zaroor un ka faisla chuka diya jata.</w:t>
      </w:r>
    </w:p>
    <w:p>
      <w:pPr>
        <w:jc w:val="right"/>
      </w:pPr>
      <w:r>
        <w:t>ایک مدت مقرر نہ ہوتی تو ضرور ان کا فیصلہ چکا دیا جاتا۔</w:t>
      </w:r>
    </w:p>
    <w:p>
      <w:r>
        <w:rPr>
          <w:b/>
        </w:rPr>
        <w:t xml:space="preserve">[20:00] </w:t>
      </w:r>
      <w:r>
        <w:t>pas jo yeh kehte hain is par sabar karo aur apne rab ki</w:t>
      </w:r>
    </w:p>
    <w:p>
      <w:pPr>
        <w:jc w:val="right"/>
      </w:pPr>
      <w:r>
        <w:t>پس جو یہ کہتے ہیں اس پر صبر کرو اور اپنے رب کی</w:t>
      </w:r>
    </w:p>
    <w:p>
      <w:r>
        <w:rPr>
          <w:b/>
        </w:rPr>
        <w:t xml:space="preserve">[20:06] </w:t>
      </w:r>
      <w:r>
        <w:t>hamd ke sath us ki tasbeeh karo, suraj nikalne se pehle aur us ke doobne se pehle aur raat ke auqat mein bhi tasbeeh karo aur din ke kinaron par bhi taake tum razi ho jao. aur har giz un cheezon ki taraf aankh utha kar bhi na dekho jin ko hum ne un ke kuch girohon ko un ki azmaish ke liye unhein de rakha hai aur tumhare rab ka rizq zyada behtar hai aur baqi rehne wala hai. aur apne</w:t>
      </w:r>
    </w:p>
    <w:p>
      <w:pPr>
        <w:jc w:val="right"/>
      </w:pPr>
      <w:r>
        <w:t>حمد کے ساتھ اس کی تسبیح کرو، سورج نکلنے سے پہلے اور اس کے ڈوبنے سے پہلے اور رات کے اوقات میں بھی تسبیح کرو اور دن کے کناروں پر بھی تاکہ تم راضی ہو جاؤ۔ اور ہرگز ان چیزوں کی طرف آنکھ اٹھا کر بھی نہ دیکھو جن کو ہم نے ان کے کچھ گروہوں کو ان کی آزمائش کے لیے انہیں دے رکھا ہے اور تمہارے رب کا رزق زیادہ بہتر ہے اور باقی رہنے والا ہے۔ اور اپنے</w:t>
      </w:r>
    </w:p>
    <w:p>
      <w:r>
        <w:rPr>
          <w:b/>
        </w:rPr>
        <w:t xml:space="preserve">[20:36] </w:t>
      </w:r>
      <w:r>
        <w:t>logon ko namaz ka hukum do aur is ke paband raho, hum tum se koi rizq nahi mangte,</w:t>
      </w:r>
    </w:p>
    <w:p>
      <w:pPr>
        <w:jc w:val="right"/>
      </w:pPr>
      <w:r>
        <w:t>لوگوں کو نماز کا حکم دو اور اس کے پابند رہو، ہم تم سے کوئی رزق نہیں مانگتے،</w:t>
      </w:r>
    </w:p>
    <w:p>
      <w:r>
        <w:rPr>
          <w:b/>
        </w:rPr>
        <w:t xml:space="preserve">[20:42] </w:t>
      </w:r>
      <w:r>
        <w:t>rizq to tum ko hum denge aur behtar anjam to taqwa hi ke liye hai.</w:t>
      </w:r>
    </w:p>
    <w:p>
      <w:pPr>
        <w:jc w:val="right"/>
      </w:pPr>
      <w:r>
        <w:t>رزق تو تم کو ہم دیں گے اور بہتر انجام تو تقویٰ ہی کے لیے ہے۔</w:t>
      </w:r>
    </w:p>
    <w:p>
      <w:r>
        <w:rPr>
          <w:b/>
        </w:rPr>
        <w:t xml:space="preserve">[20:48] </w:t>
      </w:r>
      <w:r>
        <w:t>aur log kehte hain ke yeh apne rab ke paas se hamare liye koi nishani kyu nahi late?</w:t>
      </w:r>
    </w:p>
    <w:p>
      <w:pPr>
        <w:jc w:val="right"/>
      </w:pPr>
      <w:r>
        <w:t>اور لوگ کہتے ہیں کہ یہ اپنے رب کے پاس سے ہمارے لیے کوئی نشانی کیوں نہیں لاتے؟</w:t>
      </w:r>
    </w:p>
    <w:p>
      <w:r>
        <w:rPr>
          <w:b/>
        </w:rPr>
        <w:t xml:space="preserve">[20:54] </w:t>
      </w:r>
      <w:r>
        <w:t>kya un ko agli kitabon ki dalil nahi pahunchi? aur agar hum un ko is se pehle kisi</w:t>
      </w:r>
    </w:p>
    <w:p>
      <w:pPr>
        <w:jc w:val="right"/>
      </w:pPr>
      <w:r>
        <w:t>کیا ان کو اگلی کتابوں کی دلیل نہیں پہنچی؟ اور اگر ہم ان کو اس سے پہلے کسی</w:t>
      </w:r>
    </w:p>
    <w:p>
      <w:r>
        <w:rPr>
          <w:b/>
        </w:rPr>
        <w:t xml:space="preserve">[21:00] </w:t>
      </w:r>
      <w:r>
        <w:t>azab se halak kar dete to woh kehte ke aye</w:t>
      </w:r>
    </w:p>
    <w:p>
      <w:pPr>
        <w:jc w:val="right"/>
      </w:pPr>
      <w:r>
        <w:t>عذاب سے ہلاک کر دیتے تو وہ کہتے کہ اے</w:t>
      </w:r>
    </w:p>
    <w:p>
      <w:r>
        <w:rPr>
          <w:b/>
        </w:rPr>
        <w:t xml:space="preserve">[21:06] </w:t>
      </w:r>
      <w:r>
        <w:t>hamare rab! to ne hamare paas rasool kyon na bheja ke hum zalil aur ruswa hone se pehle teri nishaniyon ki pairwi karte? kaho ke har ek muntazir hai to tum bhi intazar karo, aindah tum jaan loge ke kaun seedhi raah wala hai aur kaun manzil tak pahonch.</w:t>
      </w:r>
    </w:p>
    <w:p>
      <w:pPr>
        <w:jc w:val="right"/>
      </w:pPr>
      <w:r>
        <w:t>ہمارے رب! تو نے ہمارے پاس رسول کیوں نہ بھیجا کہ ہم ذلیل اور رسوا ہونے سے پہلے تیری نشانیوں کی پیروی کرتے؟ کہو کہ ہر ایک منتظر ہے تو تم بھی انتظار کرو، آئندہ تم جان لو گے کہ کون سیدھی راہ والا ہے اور کون منزل تک پہنچا۔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