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18 - Al-Kahf</w:t>
      </w:r>
    </w:p>
    <w:p>
      <w:r>
        <w:t>https://www.youtube.com/watch?v=j8718SAcpBU</w:t>
      </w:r>
    </w:p>
    <w:p>
      <w:r>
        <w:rPr>
          <w:b/>
        </w:rPr>
        <w:t xml:space="preserve">[00:01] </w:t>
      </w:r>
      <w:r>
        <w:t>Al-Kahf. shuru Allah ke naam se jo bara meherban, nihayat rehem wala hai. tareef Allah ke liye hai jis ne apne bande par kitab utari aur us mein koi kiji nahin rakhi,</w:t>
      </w:r>
    </w:p>
    <w:p>
      <w:pPr>
        <w:jc w:val="right"/>
      </w:pPr>
      <w:r>
        <w:t>الکہف۔ شروع اللہ کے نام سے جو بڑا مہربان، نہایت رحم والا ہے۔ تعریف اللہ کے لیے ہے جس نے اپنے بندے پر کتاب اتاری اور اس میں کوئی کجی نہیں رکھی،</w:t>
      </w:r>
    </w:p>
    <w:p>
      <w:r>
        <w:rPr>
          <w:b/>
        </w:rPr>
        <w:t xml:space="preserve">[00:17] </w:t>
      </w:r>
      <w:r>
        <w:t>bilkul theek, taake woh Allah ki taraf se ek sakht azab se agah kar de, aur imaan walon ko khushkhabri de de jo naik aamal karte hain ke un ke liye acha badla hai, woh is mein hamesha rahenge.</w:t>
      </w:r>
    </w:p>
    <w:p>
      <w:pPr>
        <w:jc w:val="right"/>
      </w:pPr>
      <w:r>
        <w:t>بالکل ٹھیک، تاکہ وہ اللہ کی طرف سے ایک سخت عذاب سے آگاہ کر دے، اور ایمان والوں کو خوشخبری دے دے جو نیک اعمال کرتے ہیں کہ ان کے لیے اچھا بدلہ ہے، وہ اس میں ہمیشہ رہیں گے۔</w:t>
      </w:r>
    </w:p>
    <w:p>
      <w:r>
        <w:rPr>
          <w:b/>
        </w:rPr>
        <w:t xml:space="preserve">[00:33] </w:t>
      </w:r>
      <w:r>
        <w:t>aur un logon ko dara de jo kehte hain ke Allah ne beta banaya hai, un ko is baat ka koi ilm nahin aur na un ke baap dada ko, yeh bari bhari baat hai jo un ke munh se nikal rahi hai,</w:t>
      </w:r>
    </w:p>
    <w:p>
      <w:pPr>
        <w:jc w:val="right"/>
      </w:pPr>
      <w:r>
        <w:t>اور ان لوگوں کو ڈرا دے جو کہتے ہیں کہ اللہ نے بیٹا بنایا ہے، ان کو اس بات کا کوئی علم نہیں اور نہ ان کے باپ دادا کو، یہ بڑی بھاری بات ہے جو ان کے منہ سے نکل رہی ہے،</w:t>
      </w:r>
    </w:p>
    <w:p>
      <w:r>
        <w:rPr>
          <w:b/>
        </w:rPr>
        <w:t xml:space="preserve">[00:47] </w:t>
      </w:r>
      <w:r>
        <w:t>woh sirf jhoot kehte hain. shayad tum un ke peechay gham se apne aap ko halak kar dalo ge, agar woh is baat par imaan na laye.</w:t>
      </w:r>
    </w:p>
    <w:p>
      <w:pPr>
        <w:jc w:val="right"/>
      </w:pPr>
      <w:r>
        <w:t>وہ صرف جھوٹ کہتے ہیں۔ شاید تم ان کے پیچھے غم سے اپنے آپ کو ہلاک کر ڈالو گے، اگر وہ اس بات پر ایمان نہ لائے۔</w:t>
      </w:r>
    </w:p>
    <w:p>
      <w:r>
        <w:rPr>
          <w:b/>
        </w:rPr>
        <w:t xml:space="preserve">[00:58] </w:t>
      </w:r>
      <w:r>
        <w:t>jo kuch zameen par hai us ko hum ne zameen ki ronak banaya hai, taake hum logon ko janchein ke un mein kaun acha amal karne wala hai, aur hum zameen ki tamam cheezon ko ek saaf maidan bana denge.</w:t>
      </w:r>
    </w:p>
    <w:p>
      <w:pPr>
        <w:jc w:val="right"/>
      </w:pPr>
      <w:r>
        <w:t>جو کچھ زمین پر ہے اس کو ہم نے زمین کی رونق بنایا ہے، تاکہ ہم لوگوں کو جانچیں کہ ان میں کون اچھا عمل کرنے والا ہے، اور ہم زمین کی تمام چیزوں کو ایک صاف میدان بنا دیں گے۔</w:t>
      </w:r>
    </w:p>
    <w:p>
      <w:r>
        <w:rPr>
          <w:b/>
        </w:rPr>
        <w:t xml:space="preserve">[01:13] </w:t>
      </w:r>
      <w:r>
        <w:t>kya tum khayal karte ho ke Kahf aur Raqeem wale hamari nishaniyon mein se bohat ajeeb nishani the? jab un nojawanon ne ghar mein panah li, phir unhon ne kaha ke ae hamare rab, hum ko apne paas se rehmat de aur hamare mamle ko durust kar de.</w:t>
      </w:r>
    </w:p>
    <w:p>
      <w:pPr>
        <w:jc w:val="right"/>
      </w:pPr>
      <w:r>
        <w:t>کیا تم خیال کرتے ہو کہ کہف اور رقیم والے ہماری نشانیوں میں سے بہت عجیب نشانی تھے؟ جب ان نوجوانوں نے غار میں پناہ لی، پھر انہوں نے کہا کہ اے ہمارے رب، ہم کو اپنے پاس سے رحمت دے اور ہمارے معاملے کو درست کر دے۔</w:t>
      </w:r>
    </w:p>
    <w:p>
      <w:r>
        <w:rPr>
          <w:b/>
        </w:rPr>
        <w:t xml:space="preserve">[01:32] </w:t>
      </w:r>
      <w:r>
        <w:t>pas hum ne ghar mein un ke kaanon par saalha saal ke liye neend ka parda daal diya. phir hum ne un ko uthaya taake hum maloom karein ke dono girohon mein se kaun muddat-e-qiyam ka zyada theek shumar karta hai.</w:t>
      </w:r>
    </w:p>
    <w:p>
      <w:pPr>
        <w:jc w:val="right"/>
      </w:pPr>
      <w:r>
        <w:t>پس ہم نے غار میں ان کے کانوں پر سالہا سال کے لیے نیند کا پردہ ڈال دیا۔ پھر ہم نے ان کو اٹھایا تاکہ ہم معلوم کریں کہ دونوں گروہوں میں سے کون مدت قیام کا زیادہ ٹھیک شمار کرتا ہے۔</w:t>
      </w:r>
    </w:p>
    <w:p>
      <w:r>
        <w:rPr>
          <w:b/>
        </w:rPr>
        <w:t xml:space="preserve">[01:49] </w:t>
      </w:r>
      <w:r>
        <w:t>hum tum ko un ka asal qissa sunate hain. woh kuch nojawan the jo apne rab par imaan laye, aur hum ne un ki hidayat mein izafa kiya.</w:t>
      </w:r>
    </w:p>
    <w:p>
      <w:pPr>
        <w:jc w:val="right"/>
      </w:pPr>
      <w:r>
        <w:t>ہم تم کو ان کا اصل قصہ سناتے ہیں۔ وہ کچھ نوجوان تھے جو اپنے رب پر ایمان لائے، اور ہم نے ان کی ہدایت میں مزید ترقی دی۔</w:t>
      </w:r>
    </w:p>
    <w:p>
      <w:r>
        <w:rPr>
          <w:b/>
        </w:rPr>
        <w:t xml:space="preserve">[02:00] </w:t>
      </w:r>
      <w:r>
        <w:t>aur hum ne un ke dil ko mazboot kar diya jabke woh uthe aur kaha ke hamara rab wohi hai jo aasmanon aur zameen ka rab hai, hum us ke siwa kisi doosre maabood ko na pukarenge.</w:t>
      </w:r>
    </w:p>
    <w:p>
      <w:pPr>
        <w:jc w:val="right"/>
      </w:pPr>
      <w:r>
        <w:t>اور ہم نے ان کے دلوں کو مضبوط کر دیا جبکہ وہ اٹھے اور کہا کہ ہمارا رب وہی ہے جو آسمانوں اور زمین کا رب ہے، ہم اس کے سوا کسی دوسرے معبود کو نہ پکاریں گے۔</w:t>
      </w:r>
    </w:p>
    <w:p>
      <w:r>
        <w:rPr>
          <w:b/>
        </w:rPr>
        <w:t xml:space="preserve">[02:15] </w:t>
      </w:r>
      <w:r>
        <w:t>agar hum aisa karein to hum bohat beja baat karenge. yeh hamari qaum ke logon ne is ke siwa doosre maabood bana rakhe hain, yeh un ke liye wazeh daleel kyon nahin late?</w:t>
      </w:r>
    </w:p>
    <w:p>
      <w:pPr>
        <w:jc w:val="right"/>
      </w:pPr>
      <w:r>
        <w:t>اگر ہم ایسا کریں تو ہم بہت بے جا بات کریں گے۔ یہ ہماری قوم کے لوگوں نے اس کے سوا دوسرے معبود بنا رکھے ہیں، یہ ان کے حق میں واضح دلیل کیوں نہیں لاتے؟</w:t>
      </w:r>
    </w:p>
    <w:p>
      <w:r>
        <w:rPr>
          <w:b/>
        </w:rPr>
        <w:t xml:space="preserve">[02:29] </w:t>
      </w:r>
      <w:r>
        <w:t>phir is shakhs se bara zalim aur kaun hoga jo Allah par jhoot bandhe? aur jab tum un logon se alag ho gaye ho aur un ke maaboodon se jin ki woh Khuda ke siwa ibadat karte hain, to ab chal kar ghare mein panah lo, tumhara Rab tumhare oopar apni rehmat phailaye ga aur tumhare kaam ke liye sar o saman muhaiya kare ga.</w:t>
      </w:r>
    </w:p>
    <w:p>
      <w:pPr>
        <w:jc w:val="right"/>
      </w:pPr>
      <w:r>
        <w:t>پھر اس شخص سے بڑا ظالم اور کون ہوگا جو اللہ پر جھوٹ باندھے؟ اور جب تم ان لوگوں سے الگ ہو گئے ہو اور ان کے معبودوں سے جن کی وہ خدا کے سوا عبادت کرتے ہیں، تو اب چل کر غار میں پناہ لو، تمہارا رب تمہارے اوپر اپنی رحمت پھیلائے گا اور تمہارے کام کے لیے سروسامان مہیا کرے گا۔</w:t>
      </w:r>
    </w:p>
    <w:p>
      <w:r>
        <w:rPr>
          <w:b/>
        </w:rPr>
        <w:t xml:space="preserve">[02:54] </w:t>
      </w:r>
      <w:r>
        <w:t>aur tum suraj ko dekhte ke jab woh tulu hota hai to un ke ghare se dayen janib ko bacha rehta hai, aur jab doobta hai to un se bayen taraf ko qatra jata hai, aur woh ghare ke andar aik wasee jagah mein hain.</w:t>
      </w:r>
    </w:p>
    <w:p>
      <w:pPr>
        <w:jc w:val="right"/>
      </w:pPr>
      <w:r>
        <w:t>اور تم سورج کو دیکھتے کہ جب وہ طلوع ہوتا ہے تو ان کے غار سے دائیں جانب کو بچا رہتا ہے، اور جب ڈوبتا ہے تو ان سے بائیں طرف کو قطرہ جاتا ہے، اور وہ غار کے اندر ایک وسیع جگہ میں ہیں۔</w:t>
      </w:r>
    </w:p>
    <w:p>
      <w:r>
        <w:rPr>
          <w:b/>
        </w:rPr>
        <w:t xml:space="preserve">[03:10] </w:t>
      </w:r>
      <w:r>
        <w:t>yeh Allah ki nishaniyon mein se hai. jis ko Allah hidayat de wohi hidayat panay wala hai, aur jis ko Allah be rah kar de to tum us ke liye koi madadgar, rah batane wala na pao ge.</w:t>
      </w:r>
    </w:p>
    <w:p>
      <w:pPr>
        <w:jc w:val="right"/>
      </w:pPr>
      <w:r>
        <w:t>یہ اللہ کی نشانیوں میں سے ہے۔ جس کو اللہ ہدایت دے وہی ہدایت پانے والا ہے، اور جس کو اللہ بے راہ کر دے تو تم اس کے لیے کوئی مددگار، راہ بتانے والا نہ پاؤ گے۔</w:t>
      </w:r>
    </w:p>
    <w:p>
      <w:r>
        <w:rPr>
          <w:b/>
        </w:rPr>
        <w:t xml:space="preserve">[03:26] </w:t>
      </w:r>
      <w:r>
        <w:t>aur tum unhein dekhte to yeh samajhte ke woh jaag rahe hain, halan ke woh so rahe the. hum un ko dayen aur bayen karwat badlate rehte the, aur un ka kutta ghare ke dahane par dono hath phailaye hue baitha tha.</w:t>
      </w:r>
    </w:p>
    <w:p>
      <w:pPr>
        <w:jc w:val="right"/>
      </w:pPr>
      <w:r>
        <w:t>اور تم انہیں دیکھ کر یہ سمجھتے کہ وہ جاگ رہے ہیں، حالانکہ وہ سو رہے تھے۔ ہم ان کو دائیں اور بائیں کروٹ بدلواتے رہتے تھے، اور ان کا کتا غار کے دہانے پر دونوں ہاتھ پھیلائے ہوئے بیٹھا تھا۔</w:t>
      </w:r>
    </w:p>
    <w:p>
      <w:r>
        <w:rPr>
          <w:b/>
        </w:rPr>
        <w:t xml:space="preserve">[03:43] </w:t>
      </w:r>
      <w:r>
        <w:t>agar tum un ko jhank kar dekhte to un se peeth pher kar bhag khare hote, aur tumhare andar un ki dahshat baith jati.</w:t>
      </w:r>
    </w:p>
    <w:p>
      <w:pPr>
        <w:jc w:val="right"/>
      </w:pPr>
      <w:r>
        <w:t>اگر تم ان کو جھانک کر دیکھتے تو ان سے پیٹھ پھیر کر بھاگ کھڑے ہوتے، اور تمہارے اندر ان کی دہشت بیٹھ جاتی۔</w:t>
      </w:r>
    </w:p>
    <w:p>
      <w:r>
        <w:rPr>
          <w:b/>
        </w:rPr>
        <w:t xml:space="preserve">[03:52] </w:t>
      </w:r>
      <w:r>
        <w:t>aur isi tarah hum ne un ko jagaya taa ke woh aapas mein pooch guch karein.</w:t>
      </w:r>
    </w:p>
    <w:p>
      <w:pPr>
        <w:jc w:val="right"/>
      </w:pPr>
      <w:r>
        <w:t>اور اسی طرح ہم نے ان کو جگایا تاکہ وہ آپس میں پوچھ گچھ کریں۔</w:t>
      </w:r>
    </w:p>
    <w:p>
      <w:r>
        <w:rPr>
          <w:b/>
        </w:rPr>
        <w:t xml:space="preserve">[03:58] </w:t>
      </w:r>
      <w:r>
        <w:t>un mein se aik kehne wale ne kaha: "tum kitni der yahan thehray?" unhon ne kaha ke "hum</w:t>
      </w:r>
    </w:p>
    <w:p>
      <w:pPr>
        <w:jc w:val="right"/>
      </w:pPr>
      <w:r>
        <w:t>ان میں سے ایک کہنے والے نے کہا: "تم کتنی دیر یہاں ٹھہرے؟" انہوں نے کہا کہ "ہم</w:t>
      </w:r>
    </w:p>
    <w:p>
      <w:r>
        <w:rPr>
          <w:b/>
        </w:rPr>
        <w:t xml:space="preserve">[04:04] </w:t>
      </w:r>
      <w:r>
        <w:t>aik din ya aik din se bhi kam thehray hon ge."</w:t>
      </w:r>
    </w:p>
    <w:p>
      <w:pPr>
        <w:jc w:val="right"/>
      </w:pPr>
      <w:r>
        <w:t>ایک دن یا ایک دن سے بھی کم ٹھہرے ہوں گے۔"</w:t>
      </w:r>
    </w:p>
    <w:p>
      <w:r>
        <w:rPr>
          <w:b/>
        </w:rPr>
        <w:t xml:space="preserve">[04:08] </w:t>
      </w:r>
      <w:r>
        <w:t>woh bolay ke "Allah hi behtar janta hai ke tum kitni der yahan rahe."</w:t>
      </w:r>
    </w:p>
    <w:p>
      <w:pPr>
        <w:jc w:val="right"/>
      </w:pPr>
      <w:r>
        <w:t>وہ بولے کہ "اللہ ہی بہتر جانتا ہے کہ تم کتنی دیر یہاں رہے۔"</w:t>
      </w:r>
    </w:p>
    <w:p>
      <w:r>
        <w:rPr>
          <w:b/>
        </w:rPr>
        <w:t xml:space="preserve">[04:14] </w:t>
      </w:r>
      <w:r>
        <w:t>pas apne mein se kisi ko yeh chandi ka sikka de kar shehar bhejo, pas woh dekhe ke</w:t>
      </w:r>
    </w:p>
    <w:p>
      <w:pPr>
        <w:jc w:val="right"/>
      </w:pPr>
      <w:r>
        <w:t>پس اپنے میں سے کسی کو یہ چاندی کا سکہ دے کر شہر بھیجو، پس وہ دیکھے کہ</w:t>
      </w:r>
    </w:p>
    <w:p>
      <w:r>
        <w:rPr>
          <w:b/>
        </w:rPr>
        <w:t xml:space="preserve">[04:20] </w:t>
      </w:r>
      <w:r>
        <w:t>pakiza khana kahan milta hai, aur tumhare liye is mein se kuch khana laye.</w:t>
      </w:r>
    </w:p>
    <w:p>
      <w:pPr>
        <w:jc w:val="right"/>
      </w:pPr>
      <w:r>
        <w:t>پاکیزہ کھانا کہاں ملتا ہے، اور تمہارے لیے اس میں سے کچھ کھانا لائے۔</w:t>
      </w:r>
    </w:p>
    <w:p>
      <w:r>
        <w:rPr>
          <w:b/>
        </w:rPr>
        <w:t xml:space="preserve">[04:26] </w:t>
      </w:r>
      <w:r>
        <w:t>aur woh narmī se jaye aur kisi ko tumhari khabar na hone de. agar woh tumhari khabar pa jayen ge to tum ko patharon se mar dalen ge ya tum ko apne deen mein lauta len ge, aur phir tum kabhi falah na pao ge.</w:t>
      </w:r>
    </w:p>
    <w:p>
      <w:pPr>
        <w:jc w:val="right"/>
      </w:pPr>
      <w:r>
        <w:t>اور وہ نرمی سے جائے اور کسی کو تمہاری خبر نہ ہونے دے۔ اگر وہ تمہاری خبر پا جائیں گے تو تم کو پتھروں سے مار ڈالیں گے یا تم کو اپنے دین میں لوٹا لیں گے، اور پھر تم کبھی فلاح نہ پاؤ گے۔</w:t>
      </w:r>
    </w:p>
    <w:p>
      <w:r>
        <w:rPr>
          <w:b/>
        </w:rPr>
        <w:t xml:space="preserve">[04:43] </w:t>
      </w:r>
      <w:r>
        <w:t>aur is tarah hum ne un par logon ko mutla kar diya ta ke log jan lein ke Allah ka wada sach hai, aur yeh ke qayamat mein koi shakk nahin.</w:t>
      </w:r>
    </w:p>
    <w:p>
      <w:pPr>
        <w:jc w:val="right"/>
      </w:pPr>
      <w:r>
        <w:t>اور اس طرح ہم نے ان پر لوگوں کو مطلع کر دیا تاکہ لوگ جان لیں کہ اللہ کا وعدہ سچا ہے، اور یہ کہ قیامت میں کوئی شک نہیں۔</w:t>
      </w:r>
    </w:p>
    <w:p>
      <w:r>
        <w:rPr>
          <w:b/>
        </w:rPr>
        <w:t xml:space="preserve">[04:55] </w:t>
      </w:r>
      <w:r>
        <w:t>jab log aapas mein un ke muamle mein jhagad rahe the, phir kehne lage ke "un ke ghare par aik imarat bana do." un ka Rab un ko khoob janta hai.</w:t>
      </w:r>
    </w:p>
    <w:p>
      <w:pPr>
        <w:jc w:val="right"/>
      </w:pPr>
      <w:r>
        <w:t>جب لوگ آپس میں ان کے معاملے میں جھگڑ رہے تھے، پھر کہنے لگے کہ "ان کے غار پر ایک عمارت بنا دو۔" ان کا رب ان کو خوب جانتا ہے۔</w:t>
      </w:r>
    </w:p>
    <w:p>
      <w:r>
        <w:rPr>
          <w:b/>
        </w:rPr>
        <w:t xml:space="preserve">[05:06] </w:t>
      </w:r>
      <w:r>
        <w:t>jo log un ke muamle mein ghalib aaye, unhone kaha ke "hum un ke ghare par aik ibadat gah banayen ge." kuch log kahen ge ke "woh teen the aur chautha un ka kutta tha." aur kuch log kahen ge ke "woh panch the aur chata un ka kutta tha." yeh log be tahqeeq baat keh rahe hain.</w:t>
      </w:r>
    </w:p>
    <w:p>
      <w:pPr>
        <w:jc w:val="right"/>
      </w:pPr>
      <w:r>
        <w:t>جو لوگ ان کے معاملے میں غالب آئے، انہوں نے کہا کہ "ہم ان کے غار پر ایک عبادت گاہ بنائیں گے۔" کچھ لوگ کہیں گے کہ "وہ تین تھے اور چوتھا ان کا کتا تھا۔" اور کچھ لوگ کہیں گے کہ "وہ پانچ تھے اور چھٹا ان کا کتا تھا۔" یہ لوگ بے تحقیق بات کہہ رہے ہیں۔</w:t>
      </w:r>
    </w:p>
    <w:p>
      <w:r>
        <w:rPr>
          <w:b/>
        </w:rPr>
        <w:t xml:space="preserve">[05:27] </w:t>
      </w:r>
      <w:r>
        <w:t>aur kuch log kahen ge ke "woh saat the aur athwan un ka kutta tha." kaho ke "mera Rab behtar janta hai ke woh kitne the." thode hi log un ko jante hain.</w:t>
      </w:r>
    </w:p>
    <w:p>
      <w:pPr>
        <w:jc w:val="right"/>
      </w:pPr>
      <w:r>
        <w:t>اور کچھ لوگ کہیں گے کہ "وہ سات تھے اور آٹھواں ان کا کتا تھا۔" کہو کہ "میرا رب بہتر جانتا ہے کہ وہ کتنے تھے۔" تھوڑے ہی لوگ ان کو جانتے ہیں۔</w:t>
      </w:r>
    </w:p>
    <w:p>
      <w:r>
        <w:rPr>
          <w:b/>
        </w:rPr>
        <w:t xml:space="preserve">[05:40] </w:t>
      </w:r>
      <w:r>
        <w:t>pas tum sarsari baat se ziyada un ke muamle mein behas na karo aur na un ke bare mein un mein se kisi se pucho. aur tum kisi kaam ki nisbat yun na kaho ke "main us ko kal kar doon ga." magar yeh ke Allah chahe, aur jab tum bhool jao to apne Rab ko yaad karo.</w:t>
      </w:r>
    </w:p>
    <w:p>
      <w:pPr>
        <w:jc w:val="right"/>
      </w:pPr>
      <w:r>
        <w:t>پس تم سرسری بات سے زیادہ ان کے معاملے میں بحث نہ کرو اور نہ ان کے بارے میں ان میں سے کسی سے پوچھو۔ اور تم کسی کام کی نسبت یوں نہ کہو کہ "میں اس کو کل کر دوں گا۔" مگر یہ کہ اللہ چاہے، اور جب تم بھول جاؤ تو اپنے رب کو یاد کرو۔</w:t>
      </w:r>
    </w:p>
    <w:p>
      <w:r>
        <w:rPr>
          <w:b/>
        </w:rPr>
        <w:t xml:space="preserve">[06:00] </w:t>
      </w:r>
      <w:r>
        <w:t>aur kaho ke "ummeed hai ke mera Rab mujh ko bhalai ki is se ziyada qareeb rah dikha de." aur woh log apne ghare mein teen so saal rahe.</w:t>
      </w:r>
    </w:p>
    <w:p>
      <w:pPr>
        <w:jc w:val="right"/>
      </w:pPr>
      <w:r>
        <w:t>اور کہو کہ "امید ہے کہ میرا رب مجھ کو بھلائی کی اس سے زیادہ قریب راہ دکھا دے۔" اور وہ لوگ اپنے غار میں تین سو سال رہے۔</w:t>
      </w:r>
    </w:p>
    <w:p>
      <w:r>
        <w:rPr>
          <w:b/>
        </w:rPr>
        <w:t xml:space="preserve">[06:10] </w:t>
      </w:r>
      <w:r>
        <w:t>kuch log muddat ke shumar mein no saal aur barh gaye hain. kaho ke "Allah un ke rehne ki muddat ko ziyada janta hai." aasmanon aur zameen ka ghayb is ke ilm mein hai.</w:t>
      </w:r>
    </w:p>
    <w:p>
      <w:pPr>
        <w:jc w:val="right"/>
      </w:pPr>
      <w:r>
        <w:t>کچھ لوگ مدت کے شمار میں نو سال اور بڑھ گئے ہیں۔ کہو کہ "اللہ ان کے رہنے کی مدت کو زیادہ جانتا ہے۔" آسمانوں اور زمین کا غیب اس کے علم میں ہے۔</w:t>
      </w:r>
    </w:p>
    <w:p>
      <w:r>
        <w:rPr>
          <w:b/>
        </w:rPr>
        <w:t xml:space="preserve">[06:24] </w:t>
      </w:r>
      <w:r>
        <w:t>kya khoob hai woh dekhne wala aur sunne wala. Khuda ke siwa un ka koi madadgar nahin aur na Allah kisi ko apne ikhtiyar mein shareek karta hai.</w:t>
      </w:r>
    </w:p>
    <w:p>
      <w:pPr>
        <w:jc w:val="right"/>
      </w:pPr>
      <w:r>
        <w:t>کیا خوب ہے وہ دیکھنے والا اور سننے والا۔ خدا کے سوا ان کا کوئی مددگار نہیں اور نہ اللہ کسی کو اپنے اختیار میں شریک کرتا ہے۔</w:t>
      </w:r>
    </w:p>
    <w:p>
      <w:r>
        <w:rPr>
          <w:b/>
        </w:rPr>
        <w:t xml:space="preserve">[06:37] </w:t>
      </w:r>
      <w:r>
        <w:t>aur tumhare Rab ki jo kitab tum par wahi ki ja rahi hai, us ko sunao. Khuda ki baaton ko koi badalne wala nahin aur is ke siwa tum koi panah nahin pa sakte.</w:t>
      </w:r>
    </w:p>
    <w:p>
      <w:pPr>
        <w:jc w:val="right"/>
      </w:pPr>
      <w:r>
        <w:t>اور تمہارے رب کی جو کتاب تم پر وحی کی جا رہی ہے، اس کو سناؤ۔ خدا کی باتوں کو کوئی بدلنے والا نہیں اور اس کے سوا تم کوئی پناہ نہیں پا سکتے۔</w:t>
      </w:r>
    </w:p>
    <w:p>
      <w:r>
        <w:rPr>
          <w:b/>
        </w:rPr>
        <w:t xml:space="preserve">[06:49] </w:t>
      </w:r>
      <w:r>
        <w:t>aur apne aap ko un logon ke sath jamaye rakho jo subah o sham apne Rab ko pukarte hain. woh us ki raza ke talib hain.</w:t>
      </w:r>
    </w:p>
    <w:p>
      <w:pPr>
        <w:jc w:val="right"/>
      </w:pPr>
      <w:r>
        <w:t>اور اپنے آپ کو ان لوگوں کے ساتھ جمائے رکھو جو صبح و شام اپنے رب کو پکارتے ہیں۔ وہ اس کی رضا کے طالب ہیں۔</w:t>
      </w:r>
    </w:p>
    <w:p>
      <w:r>
        <w:rPr>
          <w:b/>
        </w:rPr>
        <w:t xml:space="preserve">[06:58] </w:t>
      </w:r>
      <w:r>
        <w:t>aur tumhari aankhen hayat-e-dunya ki ronak ki khatir un se hatne na payein. aur tum aise shakhs ka kehna na mano jis ke qalb ko hum ne apni yaad se ghafil kar diya, aur woh apni khwahish par chalta hai aur us ka muamla had se guzar gaya hai.</w:t>
      </w:r>
    </w:p>
    <w:p>
      <w:pPr>
        <w:jc w:val="right"/>
      </w:pPr>
      <w:r>
        <w:t>اور تمہاری آنکھیں حیات دنیا کی رونق کی خاطر ان سے ہٹنے نہ پائیں۔ اور تم ایسے شخص کا کہنا نہ مانو جس کے قلب کو ہم نے اپنی یاد سے غافل کر دیا، اور وہ اپنی خواہش پر چلتا ہے اور اس کا معاملہ حد سے گزر گیا ہے۔</w:t>
      </w:r>
    </w:p>
    <w:p>
      <w:r>
        <w:rPr>
          <w:b/>
        </w:rPr>
        <w:t xml:space="preserve">[07:17] </w:t>
      </w:r>
      <w:r>
        <w:t>aur kaho ke "yeh haq hai tumhare Rab ki taraf se." pas jo shakhs chahe use maney aur jo shakhs chahe na maney.</w:t>
      </w:r>
    </w:p>
    <w:p>
      <w:pPr>
        <w:jc w:val="right"/>
      </w:pPr>
      <w:r>
        <w:t>اور کہو کہ "یہ حق ہے تمہارے رب کی طرف سے۔" پس جو شخص چاہے اسے مانے اور جو شخص چاہے نہ مانے۔</w:t>
      </w:r>
    </w:p>
    <w:p>
      <w:r>
        <w:rPr>
          <w:b/>
        </w:rPr>
        <w:t xml:space="preserve">[07:27] </w:t>
      </w:r>
      <w:r>
        <w:t>hum ne zalimon ke liye aisi aag tayar kar rakhi hai jis ki qanatein un ko apne ghere mein le lengi. aur agar woh pani ke liye faryad karenge to un ki faryad rasi aise pani se ki jayegi jo tail ki talchhat ki tarah hoga, woh chehron ko bhun dalegi.</w:t>
      </w:r>
    </w:p>
    <w:p>
      <w:pPr>
        <w:jc w:val="right"/>
      </w:pPr>
      <w:r>
        <w:t>ہم نے ظالموں کے لیے ایسی آگ تیار کر رکھی ہے جس کی قناعتیں ان کو اپنے گھیرے میں لے لیں گی۔ اور اگر وہ پانی کے لیے فریاد کریں گے تو ان کی فریاد رسی ایسے پانی سے کی جائے گی جو تیل کی تلچھٹ کی طرح ہوگا، وہ چہروں کو بھون ڈالے گا۔</w:t>
      </w:r>
    </w:p>
    <w:p>
      <w:r>
        <w:rPr>
          <w:b/>
        </w:rPr>
        <w:t xml:space="preserve">[07:46] </w:t>
      </w:r>
      <w:r>
        <w:t>kya bura pani hoga aur kaisa bura thikana. beshak jo log iman laye aur unhone achhe kaam kiye to hum aise logon ka ajar zaya nahin karenge.</w:t>
      </w:r>
    </w:p>
    <w:p>
      <w:pPr>
        <w:jc w:val="right"/>
      </w:pPr>
      <w:r>
        <w:t>کیا برا پانی ہوگا اور کیسا برا ٹھکانہ۔ بے شک جو لوگ ایمان لائے اور انہوں نے اچھے کام کیے تو ہم ایسے لوگوں کا اجر ضائع نہیں کریں گے۔</w:t>
      </w:r>
    </w:p>
    <w:p>
      <w:r>
        <w:rPr>
          <w:b/>
        </w:rPr>
        <w:t xml:space="preserve">[07:59] </w:t>
      </w:r>
      <w:r>
        <w:t>jo achhi tarah kaam karein un ke liye hamesha rehne wale bagh hain jin ke neeche nahrein behti hongi, wahan un ko sone ke kangan pehnaye jayenge, aur woh bareek aur tabiz reshmi sabz kapde pehnge, takhton par tak lagaye hue.</w:t>
      </w:r>
    </w:p>
    <w:p>
      <w:pPr>
        <w:jc w:val="right"/>
      </w:pPr>
      <w:r>
        <w:t>جو اچھی طرح کام کریں ان کے لیے ہمیشہ رہنے والے باغ ہیں جن کے نیچے نہریں بہتی ہوں گی، وہاں ان کو سونے کے کنگن پہنائے جائیں گے، اور وہ باریک اور تبیز ریشم کے سبز کپڑے پہنیں گے، تختوں پر ٹیک لگائے ہوئے۔</w:t>
      </w:r>
    </w:p>
    <w:p>
      <w:r>
        <w:rPr>
          <w:b/>
        </w:rPr>
        <w:t xml:space="preserve">[08:18] </w:t>
      </w:r>
      <w:r>
        <w:t>kaisa achha badla hai aur kaisi achhi jagah. tum un ke samne aik misal pesh karo. do shakhs the, un mein se aik ko hum ne angooron ke do bagh diye aur un ke gird khajoor ke darakhton ka ahata banaya, aur dono ke darmiyan kheti rakh di.</w:t>
      </w:r>
    </w:p>
    <w:p>
      <w:pPr>
        <w:jc w:val="right"/>
      </w:pPr>
      <w:r>
        <w:t>کیسا اچھا بدلہ ہے اور کیسی اچھی جگہ۔ تم ان کے سامنے ایک مثال پیش کرو۔ دو شخص تھے، ان میں سے ایک کو ہم نے انگوروں کے دو باغ دیے اور ان کے گرد کھجور کے درختوں کا احاطہ بنایا، اور دونوں کے درمیان کھیتی رکھ دی۔</w:t>
      </w:r>
    </w:p>
    <w:p>
      <w:r>
        <w:rPr>
          <w:b/>
        </w:rPr>
        <w:t xml:space="preserve">[08:38] </w:t>
      </w:r>
      <w:r>
        <w:t>dono bagh apna poora phal laye, un mein kuch kami nahin ki, aur dono baghon ke beech hum ne nahar jari kar di.</w:t>
      </w:r>
    </w:p>
    <w:p>
      <w:pPr>
        <w:jc w:val="right"/>
      </w:pPr>
      <w:r>
        <w:t>دونوں باغ اپنا پورا پھل لائے، ان میں کچھ کمی نہیں کی، اور دونوں باغوں کے بیچ ہم نے نہر جاری کر دی۔</w:t>
      </w:r>
    </w:p>
    <w:p>
      <w:r>
        <w:rPr>
          <w:b/>
        </w:rPr>
        <w:t xml:space="preserve">[08:46] </w:t>
      </w:r>
      <w:r>
        <w:t>aur us ko khoob phal mila to us ne apne sathi se baat karte hue kaha ke "main tujh se maal mein ziyada hoon aur tadad mein bhi ziyada taqatwar hoon." woh apne bagh mein dakhil hua aur woh apne aap par zulm kar raha tha.</w:t>
      </w:r>
    </w:p>
    <w:p>
      <w:pPr>
        <w:jc w:val="right"/>
      </w:pPr>
      <w:r>
        <w:t>اور اس کو خوب پھل ملا تو اس نے اپنے ساتھی سے بات کرتے ہوئے کہا کہ "میں تجھ سے مال میں زیادہ ہوں اور تعداد میں بھی زیادہ طاقتور ہوں۔" وہ اپنے باغ میں داخل ہوا اور وہ اپنے آپ پر ظلم کر رہا تھا۔</w:t>
      </w:r>
    </w:p>
    <w:p>
      <w:r>
        <w:rPr>
          <w:b/>
        </w:rPr>
        <w:t xml:space="preserve">[09:02] </w:t>
      </w:r>
      <w:r>
        <w:t>us ne kaha ke "main nahin samajhta ke yeh kabhi barbaad ho jaye ga aur main nahin samajhta ke qayamat kabhi aye gi."</w:t>
      </w:r>
    </w:p>
    <w:p>
      <w:pPr>
        <w:jc w:val="right"/>
      </w:pPr>
      <w:r>
        <w:t>اس نے کہا کہ "میں نہیں سمجھتا کہ یہ کبھی برباد ہو جائے گا اور میں نہیں سمجھتا کہ قیامت کبھی آئے گی۔" اور اگر میں اپنے رب کی طرف لوٹا دیا گیا تو ضرور اس سے زیادہ اچھی جگہ مجھ کو ملے گی۔</w:t>
      </w:r>
    </w:p>
    <w:p>
      <w:r>
        <w:rPr>
          <w:b/>
        </w:rPr>
        <w:t xml:space="preserve">[09:19] </w:t>
      </w:r>
      <w:r>
        <w:t>us ke sathi ne baat karte hue kaha: "kya tum us zaat se inkar kar rahe ho jis ne tum ko mitti se banaya, phir pani ki aik bond se, phir tum ko poora aadmi bana diya?</w:t>
      </w:r>
    </w:p>
    <w:p>
      <w:pPr>
        <w:jc w:val="right"/>
      </w:pPr>
      <w:r>
        <w:t>اس کے ساتھی نے بات کرتے ہوئے کہا: "کیا تم اس ذات سے انکار کر رہے ہو جس نے تم کو مٹی سے بنایا، پھر پانی کی ایک بوند سے، پھر تم کو پورا آدمی بنا دیا؟</w:t>
      </w:r>
    </w:p>
    <w:p>
      <w:r>
        <w:rPr>
          <w:b/>
        </w:rPr>
        <w:t xml:space="preserve">[09:32] </w:t>
      </w:r>
      <w:r>
        <w:t>lekin mera rab to wohi Allah hai aur main apne rab ke sath kisi ko shareek nahin thahraata."</w:t>
      </w:r>
    </w:p>
    <w:p>
      <w:pPr>
        <w:jc w:val="right"/>
      </w:pPr>
      <w:r>
        <w:t>لیکن میرا رب تو وہی اللہ ہے اور میں اپنے رب کے ساتھ کسی کو شریک نہیں ٹھہراتا۔" اور جب تم اپنے باغ میں داخل ہوئے تو تم نے کیوں نہ کہا کہ "جو اللہ چاہتا ہے وہی ہوتا ہے۔" اللہ کے بغیر کسی میں کوئی قوت نہیں۔</w:t>
      </w:r>
    </w:p>
    <w:p>
      <w:r>
        <w:rPr>
          <w:b/>
        </w:rPr>
        <w:t xml:space="preserve">[09:50] </w:t>
      </w:r>
      <w:r>
        <w:t>agar tum dekhte ho ke main maal aur aulad mein tum se kam hoon to umeed hai ke mera rab mujh ko tumhare bagh se behtar bagh de de, aur tumhare bagh par asman se koi aafat bhej de jis se woh bagh saaf maidan ho kar reh jaye,</w:t>
      </w:r>
    </w:p>
    <w:p>
      <w:pPr>
        <w:jc w:val="right"/>
      </w:pPr>
      <w:r>
        <w:t>اگر تم دیکھتے ہو کہ میں مال اور اولاد میں تم سے کم ہوں تو امید ہے کہ میرا رب مجھ کو تمہارے باغ سے بہتر باغ دے دے، اور تمہارے باغ پر آسمان سے کوئی آفت بھیج دے جس سے وہ باغ صاف میدان ہو کر رہ جائے،</w:t>
      </w:r>
    </w:p>
    <w:p>
      <w:r>
        <w:rPr>
          <w:b/>
        </w:rPr>
        <w:t xml:space="preserve">[10:09] </w:t>
      </w:r>
      <w:r>
        <w:t>ya is ka pani khushk ho jaye, phir tum us ko kisi tarah na pa sako.</w:t>
      </w:r>
    </w:p>
    <w:p>
      <w:pPr>
        <w:jc w:val="right"/>
      </w:pPr>
      <w:r>
        <w:t>یا اس کا پانی خشک ہو جائے، پھر تم اس کو کسی طرح نہ پا سکو۔ اور اس کے پھل پر آفت آئی تو جو کچھ اس نے اس پر خرچ کیا تھا اس پر وہ ہاتھ ملتا رہ گیا۔</w:t>
      </w:r>
    </w:p>
    <w:p>
      <w:r>
        <w:rPr>
          <w:b/>
        </w:rPr>
        <w:t xml:space="preserve">[10:22] </w:t>
      </w:r>
      <w:r>
        <w:t>aur woh bagh apni ttiyon par gira hua para tha, aur woh kehne laga ke "ae kash mein apne rab ke sath kisi ko shareek na thahraata, aur us ke pas koi jatha na tha jo khuda ke siwa is ki madad karta, aur na woh khud badla lene wala ban saka."</w:t>
      </w:r>
    </w:p>
    <w:p>
      <w:pPr>
        <w:jc w:val="right"/>
      </w:pPr>
      <w:r>
        <w:t>اور وہ باغ اپنی ٹٹیوں پر گرا ہوا پڑا تھا، اور وہ کہنے لگا کہ "اے کاش میں اپنے رب کے ساتھ کسی کو شریک نہ ٹھہراتا، اور اس کے پاس کوئی جتھا نہ تھا جو خدا کے سوا اس کی مدد کرتا، اور نہ وہ خود بدلہ لینے والا بن سکا۔" یہاں سارا اختیار صرف خدائے برحق کا ہے، وہ بہترین اجر اور بہترین انجام والا ہے۔</w:t>
      </w:r>
    </w:p>
    <w:p>
      <w:r>
        <w:rPr>
          <w:b/>
        </w:rPr>
        <w:t xml:space="preserve">[10:51] </w:t>
      </w:r>
      <w:r>
        <w:t>aur un ko dunya ki zindagi ki misal sunao, jaise ke pani jis ko hum ne asman se utara, phir is se zameen ki nabatat khoob ghani ho gayin, phir woh reza reza ho gayin jis ko hawayein urati phirti hain, aur Allah har cheez par qudrat rakhne wala hai.</w:t>
      </w:r>
    </w:p>
    <w:p>
      <w:pPr>
        <w:jc w:val="right"/>
      </w:pPr>
      <w:r>
        <w:t>اور ان کو دنیا کی زندگی کی مثال سناؤ، جیسے کہ پانی جس کو ہم نے آسمان سے اتارا، پھر اس سے زمین کی نباتات خوب گھنی ہو گئیں، پھر وہ ریزہ ریزہ ہو گئیں جس کو ہوائیں اڑاتی پھرتی ہیں، اور اللہ ہر چیز پر قدرت رکھنے والا ہے۔</w:t>
      </w:r>
    </w:p>
    <w:p>
      <w:r>
        <w:rPr>
          <w:b/>
        </w:rPr>
        <w:t xml:space="preserve">[11:11] </w:t>
      </w:r>
      <w:r>
        <w:t>maal aur aulad dunyavi zindagi ki ronak hain, aur baqi rehne wali nekiyan tumhare rab ke nazdeek sawab ke aitbar se behtar hain.</w:t>
      </w:r>
    </w:p>
    <w:p>
      <w:pPr>
        <w:jc w:val="right"/>
      </w:pPr>
      <w:r>
        <w:t>مال اور اولاد دنیاوی زندگی کی رونق ہیں، اور باقی رہنے والی نیکیاں تمہارے رب کے نزدیک ثواب کے اعتبار سے بہتر ہیں۔</w:t>
      </w:r>
    </w:p>
    <w:p>
      <w:r>
        <w:rPr>
          <w:b/>
        </w:rPr>
        <w:t xml:space="preserve">[11:22] </w:t>
      </w:r>
      <w:r>
        <w:t>aur jis din hum paharon ko chalayen ge aur tum dekho ge zameen ko bilkul khuli hui, aur hum un sab ko jama karen ge, phir hum un mein se kisi ko na chhoden ge, aur sab log tere rab ke samne saf bandh kar pesh kiye jayen ge.</w:t>
      </w:r>
    </w:p>
    <w:p>
      <w:pPr>
        <w:jc w:val="right"/>
      </w:pPr>
      <w:r>
        <w:t>اور جس دن ہم پہاڑوں کو چلائیں گے اور تم دیکھو گے زمین کو بالکل کھلی ہوئی، اور ہم ان سب کو جمع کریں گے، پھر ہم ان میں سے کسی کو نہ چھوڑیں گے، اور سب لوگ تیرے رب کے سامنے صف باندھ کر پیش کیے جائیں گے۔</w:t>
      </w:r>
    </w:p>
    <w:p>
      <w:r>
        <w:rPr>
          <w:b/>
        </w:rPr>
        <w:t xml:space="preserve">[11:40] </w:t>
      </w:r>
      <w:r>
        <w:t>tum hamare pas aa gaye jis tarah hum ne tum ko pehli bar paida kiya tha, balkeh tum ne yeh guman kiya ke hum tumhare liye koi wade ka waqt muqarrar nahin karenge.</w:t>
      </w:r>
    </w:p>
    <w:p>
      <w:pPr>
        <w:jc w:val="right"/>
      </w:pPr>
      <w:r>
        <w:t>تم ہمارے پاس آ گئے جس طرح ہم نے تم کو پہلی بار پیدا کیا تھا، بلکہ تم نے یہ گمان کیا کہ ہم تمہارے لیے کوئی وعدے کا وقت مقرر نہیں کریں گے۔</w:t>
      </w:r>
    </w:p>
    <w:p>
      <w:r>
        <w:rPr>
          <w:b/>
        </w:rPr>
        <w:t xml:space="preserve">[11:53] </w:t>
      </w:r>
      <w:r>
        <w:t>aur register rakha jaye ga to tum mujrimon ko dekho ge ke is mein jo kuch hai woh is se darte hon ge, aur kahen ge ke "haye kharabi!</w:t>
      </w:r>
    </w:p>
    <w:p>
      <w:pPr>
        <w:jc w:val="right"/>
      </w:pPr>
      <w:r>
        <w:t>اور رجسٹر رکھا جائے گا تو تم مجرموں کو دیکھو گے کہ اس میں جو کچھ ہے وہ اس سے ڈرتے ہوں گے، اور کہیں گے کہ "ہائے خرابی!</w:t>
      </w:r>
    </w:p>
    <w:p>
      <w:r>
        <w:rPr>
          <w:b/>
        </w:rPr>
        <w:t xml:space="preserve">[12:04] </w:t>
      </w:r>
      <w:r>
        <w:t>kisi hai yeh kitab ke is ne koi choti baat darj karne se chhod di hai aur na koi bari baat, aur jo kuch unhon ne kiya hai woh sab samne payen ge, aur tera rab kisi ke upar zulm na karega."</w:t>
      </w:r>
    </w:p>
    <w:p>
      <w:pPr>
        <w:jc w:val="right"/>
      </w:pPr>
      <w:r>
        <w:t>کیسی ہے یہ کتاب کہ اس نے کوئی چھوٹی بات درج کرنے سے چھوڑی ہے اور نہ کوئی بڑی بات، اور جو کچھ انہوں نے کیا ہے وہ سب سامنے پائیں گے، اور تیرا رب کسی کے اوپر ظلم نہ کرے گا۔" اور جب ہم نے فرشتوں سے کہا کہ آدم کو سجدہ کرو تو انہوں نے سجدہ کیا، مگر ابلیس نے سجدہ نہ کیا، وہ جنوں میں سے تھا۔</w:t>
      </w:r>
    </w:p>
    <w:p>
      <w:r>
        <w:rPr>
          <w:b/>
        </w:rPr>
        <w:t xml:space="preserve">[12:31] </w:t>
      </w:r>
      <w:r>
        <w:t>pas is ne apne rab ke hukum ki nafarmani ki. ab kya tum us ko aur us ki aulad ko mere siwa apna dost banate ho, halan ke woh tumhare dushman hain?</w:t>
      </w:r>
    </w:p>
    <w:p>
      <w:pPr>
        <w:jc w:val="right"/>
      </w:pPr>
      <w:r>
        <w:t>پس اس نے اپنے رب کے حکم کی نافرمانی کی۔ اب کیا تم اس کو اور اس کی اولاد کو میرے سوا اپنا دوست بناتے ہو، حالانکہ وہ تمہارے دشمن ہیں؟</w:t>
      </w:r>
    </w:p>
    <w:p>
      <w:r>
        <w:rPr>
          <w:b/>
        </w:rPr>
        <w:t xml:space="preserve">[12:44] </w:t>
      </w:r>
      <w:r>
        <w:t>yeh zalimon ke liye bohat bura badla hai. maine un ko na asmanon aur zameen paida karne ke waqt bulaya aur na khud un ke paida karne ke waqt bulaya, aur main aisa nahin gumrah karne walon ko apna madadgar banaon.</w:t>
      </w:r>
    </w:p>
    <w:p>
      <w:pPr>
        <w:jc w:val="right"/>
      </w:pPr>
      <w:r>
        <w:t>یہ ظالموں کے لیے بہت برا بدلہ ہے۔ میں نے ان کو نہ آسمانوں اور زمین پیدا کرنے کے وقت بلایا اور نہ خود ان کے پیدا کرنے کے وقت بلایا، اور میں ایسا نہیں گمراہ کرنے والوں کو اپنا مددگار بناؤں۔</w:t>
      </w:r>
    </w:p>
    <w:p>
      <w:r>
        <w:rPr>
          <w:b/>
        </w:rPr>
        <w:t xml:space="preserve">[13:02] </w:t>
      </w:r>
      <w:r>
        <w:t>aur jis din Khuda kahe ga ke "jin ko tum mera shareek samajhte the un ko pukaro" pas woh un ko pukaren ge magar woh un ko koi jawab na den ge, aur hum un ke darmiyan adawat ki aar kar den ge.</w:t>
      </w:r>
    </w:p>
    <w:p>
      <w:pPr>
        <w:jc w:val="right"/>
      </w:pPr>
      <w:r>
        <w:t>اور جس دن خدا کہے گا کہ "جن کو تم میرا شریک سمجھتے تھے ان کو پکارو" پس وہ ان کو پکاریں گے مگر وہ ان کو کوئی جواب نہ دیں گے، اور ہم ان کے درمیان عداوت کی آڑ کر دیں گے۔</w:t>
      </w:r>
    </w:p>
    <w:p>
      <w:r>
        <w:rPr>
          <w:b/>
        </w:rPr>
        <w:t xml:space="preserve">[13:18] </w:t>
      </w:r>
      <w:r>
        <w:t>aur mujrim log aag ko dekhen ge aur samajh len ge ke woh is mein girne wale hain aur woh is se bachne ki koi rah na payen ge.</w:t>
      </w:r>
    </w:p>
    <w:p>
      <w:pPr>
        <w:jc w:val="right"/>
      </w:pPr>
      <w:r>
        <w:t>اور مجرم لوگ آگ کو دیکھیں گے اور سمجھ لیں گے کہ وہ اس میں گرنے والے ہیں اور وہ اس سے بچنے کی کوئی راہ نہ پائیں گے۔</w:t>
      </w:r>
    </w:p>
    <w:p>
      <w:r>
        <w:rPr>
          <w:b/>
        </w:rPr>
        <w:t xml:space="preserve">[13:29] </w:t>
      </w:r>
      <w:r>
        <w:t>aur hum ne is quran mein logon ki hidayat ke liye har qism ki misal bayan ki hai, aur insan sab se ziyada jhagralu hai.</w:t>
      </w:r>
    </w:p>
    <w:p>
      <w:pPr>
        <w:jc w:val="right"/>
      </w:pPr>
      <w:r>
        <w:t>اور ہم نے اس قرآن میں لوگوں کی ہدایت کے لیے ہر قسم کی مثال بیان کی ہے، اور انسان سب سے زیادہ جھگڑالو ہے۔</w:t>
      </w:r>
    </w:p>
    <w:p>
      <w:r>
        <w:rPr>
          <w:b/>
        </w:rPr>
        <w:t xml:space="preserve">[13:39] </w:t>
      </w:r>
      <w:r>
        <w:t>aur logon ko baad is ke ke un ko hidayat pahunch chuki iman lane se aur apne rab se bakhshish mangne se nahin roka, magar is cheez ne ke aglon ka mamla un ke liye bhi zahir ho jaye ya azab un ke samne aa khara ho.</w:t>
      </w:r>
    </w:p>
    <w:p>
      <w:pPr>
        <w:jc w:val="right"/>
      </w:pPr>
      <w:r>
        <w:t>اور لوگوں کو بعد اس کے کہ ان کو ہدایت پہنچ چکی ایمان لانے سے اور اپنے رب سے بخشش مانگنے سے نہیں روکا، مگر اس چیز نے کہ اگلوں کا معاملہ ان کے لیے بھی ظاہر ہو جائے یا عذاب ان کے سامنے آ کھڑا ہو۔</w:t>
      </w:r>
    </w:p>
    <w:p>
      <w:r>
        <w:rPr>
          <w:b/>
        </w:rPr>
        <w:t xml:space="preserve">[13:58] </w:t>
      </w:r>
      <w:r>
        <w:t>aur rasulon ko hum sirf khushkhabri dene wala aur darane wala bana kar bhejte hain, aur munkir log nahaq ki baaten le kar jhoota jhagda karte hain ta ke is ke zariye se haq ko necha karte hain, aur unhon ne meri nishaniyon ko aur jo dar sunaye gaye un ko mazak bana diya.</w:t>
      </w:r>
    </w:p>
    <w:p>
      <w:pPr>
        <w:jc w:val="right"/>
      </w:pPr>
      <w:r>
        <w:t>اور رسولوں کو ہم صرف خوشخبری دینے والا اور ڈرانے والا بنا کر بھیجتے ہیں، اور منکر لوگ ناحق کی باتیں لے کر جھوٹا جھگڑا کرتے ہیں تاکہ اس کے ذریعے سے حق کو نیچا کرتے ہیں، اور انہوں نے میری نشانیوں کو اور جو ڈر سنائے گئے ان کو مذاق بنا دیا۔</w:t>
      </w:r>
    </w:p>
    <w:p>
      <w:r>
        <w:rPr>
          <w:b/>
        </w:rPr>
        <w:t xml:space="preserve">[14:20] </w:t>
      </w:r>
      <w:r>
        <w:t>is se bara zalim kaun hoga jis ko is ke rab ki ayaton ke zariye yaad dehani ki jaye to woh is se munh pher le aur apne hathon ke amal ko bhool jaye?</w:t>
      </w:r>
    </w:p>
    <w:p>
      <w:pPr>
        <w:jc w:val="right"/>
      </w:pPr>
      <w:r>
        <w:t>اس سے بڑا ظالم کون ہوگا جس کو اس کے رب کی آیات کے ذریعے یاد دہانی کی جائے تو وہ اس سے منہ پھیر لے اور اپنے ہاتھوں کے عمل کو بھول جائے؟</w:t>
      </w:r>
    </w:p>
    <w:p>
      <w:r>
        <w:rPr>
          <w:b/>
        </w:rPr>
        <w:t xml:space="preserve">[14:32] </w:t>
      </w:r>
      <w:r>
        <w:t>hum ne un ke dilon par parde dal diye hain ke woh is ko na samjhen aur un ke kanon mein danat hai, aur agar tum un ko hidayat ki taraf bulao to woh kabhi rah par aane wale nahin hain, aur tumhara rab bakhsne wala, rehmat wala hai.</w:t>
      </w:r>
    </w:p>
    <w:p>
      <w:pPr>
        <w:jc w:val="right"/>
      </w:pPr>
      <w:r>
        <w:t>ہم نے ان کے دلوں پر پردے ڈال دیے ہیں کہ وہ اس کو نہ سمجھیں اور ان کے کانوں میں ڈانٹ ہے، اور اگر تم ان کو ہدایت کی طرف بلاؤ تو وہ کبھی راہ پر آنے والے نہیں ہیں، اور تمہارا رب بخشنے والا، رحمت والا ہے۔</w:t>
      </w:r>
    </w:p>
    <w:p>
      <w:r>
        <w:rPr>
          <w:b/>
        </w:rPr>
        <w:t xml:space="preserve">[14:50] </w:t>
      </w:r>
      <w:r>
        <w:t>agar woh un ke kiye par unhein pakde to foran un par azab bhej de, magar un ke liye aik muqarrar waqt hai aur woh is ke muqable mein koi panah ki jagah na payen ge.</w:t>
      </w:r>
    </w:p>
    <w:p>
      <w:pPr>
        <w:jc w:val="right"/>
      </w:pPr>
      <w:r>
        <w:t>اگر وہ ان کے کیے پر انہیں پکڑے تو فوراً ان پر عذاب بھیج دے، مگر ان کے لیے ایک مقرر وقت ہے اور وہ اس کے مقابلے میں کوئی پناہ کی جگہ نہ پائیں گے۔</w:t>
      </w:r>
    </w:p>
    <w:p>
      <w:r>
        <w:rPr>
          <w:b/>
        </w:rPr>
        <w:t xml:space="preserve">[15:04] </w:t>
      </w:r>
      <w:r>
        <w:t>aur yeh bastiyan hain jin ko hum ne halak kar diya jab ke woh zalim ho gaye, aur hum ne un ki halakat ka aik waqt muqarrar kiya tha.</w:t>
      </w:r>
    </w:p>
    <w:p>
      <w:pPr>
        <w:jc w:val="right"/>
      </w:pPr>
      <w:r>
        <w:t>اور یہ بستیاں ہیں جن کو ہم نے ہلاک کر دیا جبکہ وہ ظالم ہو گئے، اور ہم نے ان کی ہلاکت کا ایک وقت مقرر کیا تھا۔</w:t>
      </w:r>
    </w:p>
    <w:p>
      <w:r>
        <w:rPr>
          <w:b/>
        </w:rPr>
        <w:t xml:space="preserve">[15:14] </w:t>
      </w:r>
      <w:r>
        <w:t>aur jab Moosa ne apne shagird se kaha ke "main chalta rahoon ga yahan tak ke ya to do daryayon ke milne ki jagah par pahunch jaon ya isi tarah barson tak chalta rahoon" pas jab woh daryayon ke milne ki jagah pahunche to woh apni machhli ko bhool gaye aur machhli ne darya mein apni rah li.</w:t>
      </w:r>
    </w:p>
    <w:p>
      <w:pPr>
        <w:jc w:val="right"/>
      </w:pPr>
      <w:r>
        <w:t>اور جب موسیٰ نے اپنے شاگرد سے کہا کہ "میں چلتا رہوں گا یہاں تک کہ یا تو دو دریاؤں کے ملنے کی جگہ پر پہنچ جاؤں یا اسی طرح برسوں تک چلتا رہوں" پس جب وہ دریاؤں کے ملنے کی جگہ پہنچے تو وہ اپنی مچھلی کو بھول گئے اور مچھلی نے دریا میں اپنی راہ لی۔</w:t>
      </w:r>
    </w:p>
    <w:p>
      <w:r>
        <w:rPr>
          <w:b/>
        </w:rPr>
        <w:t xml:space="preserve">[15:36] </w:t>
      </w:r>
      <w:r>
        <w:t>phir jab woh aage barhay to Musa ne apne shagird se kaha ke "hamara khana lao, hamare is</w:t>
      </w:r>
    </w:p>
    <w:p>
      <w:pPr>
        <w:jc w:val="right"/>
      </w:pPr>
      <w:r>
        <w:t>پھر جب وہ آگے بڑھے تو موسیٰ نے اپنے شاگرد سے کہا کہ "ہمارا کھانا لاؤ، ہمارے اس</w:t>
      </w:r>
    </w:p>
    <w:p>
      <w:r>
        <w:rPr>
          <w:b/>
        </w:rPr>
        <w:t xml:space="preserve">[15:43] </w:t>
      </w:r>
      <w:r>
        <w:t>safar se hum ko bari thakaan ho gayi."</w:t>
      </w:r>
    </w:p>
    <w:p>
      <w:pPr>
        <w:jc w:val="right"/>
      </w:pPr>
      <w:r>
        <w:t>سفر سے ہم کو بڑی تھکان ہو گئی۔"</w:t>
      </w:r>
    </w:p>
    <w:p>
      <w:r>
        <w:rPr>
          <w:b/>
        </w:rPr>
        <w:t xml:space="preserve">[15:47] </w:t>
      </w:r>
      <w:r>
        <w:t>shagird ne kaha: "kya aap ne dekha jab hum is pathar ke paas thehray thay to mein machhli</w:t>
      </w:r>
    </w:p>
    <w:p>
      <w:pPr>
        <w:jc w:val="right"/>
      </w:pPr>
      <w:r>
        <w:t>شاگرد نے کہا: "کیا آپ نے دیکھا جب ہم اس پتھر کے پاس ٹھہرے تھے تو میں مچھلی</w:t>
      </w:r>
    </w:p>
    <w:p>
      <w:r>
        <w:rPr>
          <w:b/>
        </w:rPr>
        <w:t xml:space="preserve">[15:53] </w:t>
      </w:r>
      <w:r>
        <w:t>ko bhool gaya, aur mujh ko Shaitan ne bhula diya ke mein is ka zikr karta, aur machhli</w:t>
      </w:r>
    </w:p>
    <w:p>
      <w:pPr>
        <w:jc w:val="right"/>
      </w:pPr>
      <w:r>
        <w:t>کو بھول گیا، اور مجھ کو شیطان نے بھلا دیا کہ میں اس کا ذکر کرتا، اور مچھلی</w:t>
      </w:r>
    </w:p>
    <w:p>
      <w:r>
        <w:rPr>
          <w:b/>
        </w:rPr>
        <w:t xml:space="preserve">[16:00] </w:t>
      </w:r>
      <w:r>
        <w:t>ajeeb tareeqay se nikal kar darya mein chali gayi?" Musa ne kaha: "isi mauqa ki to humein talash</w:t>
      </w:r>
    </w:p>
    <w:p>
      <w:pPr>
        <w:jc w:val="right"/>
      </w:pPr>
      <w:r>
        <w:t>عجیب طریقے سے نکل کر دریا میں چلی گئی؟" موسیٰ نے کہا: "اسی موقع کی تو ہمیں تلاش</w:t>
      </w:r>
    </w:p>
    <w:p>
      <w:r>
        <w:rPr>
          <w:b/>
        </w:rPr>
        <w:t xml:space="preserve">[16:07] </w:t>
      </w:r>
      <w:r>
        <w:t>thi." pas dono apne qadmon ke nishan dekhte hue wapas lautay.</w:t>
      </w:r>
    </w:p>
    <w:p>
      <w:pPr>
        <w:jc w:val="right"/>
      </w:pPr>
      <w:r>
        <w:t>تھی۔" پس دونوں اپنے قدموں کے نشان دیکھتے ہوئے واپس لوٹے۔</w:t>
      </w:r>
    </w:p>
    <w:p>
      <w:r>
        <w:rPr>
          <w:b/>
        </w:rPr>
        <w:t xml:space="preserve">[16:13] </w:t>
      </w:r>
      <w:r>
        <w:t>to unhon ne wahan hamare bando me se ek bande ko paya jis ko hum ne apne paas se rehmat di thi aur jis ko apne paas se ek ilm sikhaya tha.</w:t>
      </w:r>
    </w:p>
    <w:p>
      <w:pPr>
        <w:jc w:val="right"/>
      </w:pPr>
      <w:r>
        <w:t>تو انہوں نے وہاں ہمارے بندوں میں سے ایک بندے کو پایا جس کو ہم نے اپنے پاس سے رحمت دی تھی اور جس کو اپنے پاس سے ایک علم سکھایا تھا۔</w:t>
      </w:r>
    </w:p>
    <w:p>
      <w:r>
        <w:rPr>
          <w:b/>
        </w:rPr>
        <w:t xml:space="preserve">[16:26] </w:t>
      </w:r>
      <w:r>
        <w:t>Musa ne us se kaha: "kya mein aap ke sath reh sakta hoon taa ke aap mujhe is ilm</w:t>
      </w:r>
    </w:p>
    <w:p>
      <w:pPr>
        <w:jc w:val="right"/>
      </w:pPr>
      <w:r>
        <w:t>موسیٰ نے اس سے کہا: "کیا میں آپ کے ساتھ رہ سکتا ہوں تاکہ آپ مجھے اس علم</w:t>
      </w:r>
    </w:p>
    <w:p>
      <w:r>
        <w:rPr>
          <w:b/>
        </w:rPr>
        <w:t xml:space="preserve">[16:32] </w:t>
      </w:r>
      <w:r>
        <w:t>mein se sikhha dein jo aap ko sikhhaya gaya hai?" us ne kaha: "ke tum mere sath sabr</w:t>
      </w:r>
    </w:p>
    <w:p>
      <w:pPr>
        <w:jc w:val="right"/>
      </w:pPr>
      <w:r>
        <w:t>میں سے سکھا دیں جو آپ کو سکھایا گیا ہے؟" اس نے کہا: "کہ تم میرے ساتھ صبر</w:t>
      </w:r>
    </w:p>
    <w:p>
      <w:r>
        <w:rPr>
          <w:b/>
        </w:rPr>
        <w:t xml:space="preserve">[16:38] </w:t>
      </w:r>
      <w:r>
        <w:t>nahi kar sakte, aur tum is cheez par kaise sabr kar sakte ho jo tumhari waqfiyat ke dayre</w:t>
      </w:r>
    </w:p>
    <w:p>
      <w:pPr>
        <w:jc w:val="right"/>
      </w:pPr>
      <w:r>
        <w:t>نہیں کر سکتے، اور تم اس چیز پر کیسے صبر کر سکتے ہو جو تمہاری واقفیت کے دائرے</w:t>
      </w:r>
    </w:p>
    <w:p>
      <w:r>
        <w:rPr>
          <w:b/>
        </w:rPr>
        <w:t xml:space="preserve">[16:44] </w:t>
      </w:r>
      <w:r>
        <w:t>se bahar hai?" Musa ne kaha: "Insha Allah aap mujh ko sabr karne wala paein ge aur mein kisi</w:t>
      </w:r>
    </w:p>
    <w:p>
      <w:pPr>
        <w:jc w:val="right"/>
      </w:pPr>
      <w:r>
        <w:t>سے باہر ہے؟" موسیٰ نے کہا: "انشاءاللہ آپ مجھ کو صبر کرنے والا پائیں گے اور میں کسی</w:t>
      </w:r>
    </w:p>
    <w:p>
      <w:r>
        <w:rPr>
          <w:b/>
        </w:rPr>
        <w:t xml:space="preserve">[16:51] </w:t>
      </w:r>
      <w:r>
        <w:t>baat mein aap ki nafarmani nahi karoon ga."</w:t>
      </w:r>
    </w:p>
    <w:p>
      <w:pPr>
        <w:jc w:val="right"/>
      </w:pPr>
      <w:r>
        <w:t>بات میں آپ کی نافرمانی نہیں کروں گا۔"</w:t>
      </w:r>
    </w:p>
    <w:p>
      <w:r>
        <w:rPr>
          <w:b/>
        </w:rPr>
        <w:t xml:space="preserve">[16:55] </w:t>
      </w:r>
      <w:r>
        <w:t>us ne kaha: "ke agar tum mere sath chaltay ho to mujh se koi baat na poochna jab</w:t>
      </w:r>
    </w:p>
    <w:p>
      <w:pPr>
        <w:jc w:val="right"/>
      </w:pPr>
      <w:r>
        <w:t>اس نے کہا: "کہ اگر تم میرے ساتھ چلتے ہو تو مجھ سے کوئی بات نہ پوچھنا جب</w:t>
      </w:r>
    </w:p>
    <w:p>
      <w:r>
        <w:rPr>
          <w:b/>
        </w:rPr>
        <w:t xml:space="preserve">[17:01] </w:t>
      </w:r>
      <w:r>
        <w:t>tak ke mein khud tum se is ka zikr na karoon."</w:t>
      </w:r>
    </w:p>
    <w:p>
      <w:pPr>
        <w:jc w:val="right"/>
      </w:pPr>
      <w:r>
        <w:t>تک کہ میں خود تم سے اس کا ذکر نہ کروں۔"</w:t>
      </w:r>
    </w:p>
    <w:p>
      <w:r>
        <w:rPr>
          <w:b/>
        </w:rPr>
        <w:t xml:space="preserve">[17:05] </w:t>
      </w:r>
      <w:r>
        <w:t>phir dono chalay yahan tak ke jab woh kashti mein sawar hue to us shakhs ne kashti mein</w:t>
      </w:r>
    </w:p>
    <w:p>
      <w:pPr>
        <w:jc w:val="right"/>
      </w:pPr>
      <w:r>
        <w:t>پھر دونوں چلے یہاں تک کہ جب وہ کشتی میں سوار ہوئے تو اس شخص نے کشتی میں</w:t>
      </w:r>
    </w:p>
    <w:p>
      <w:r>
        <w:rPr>
          <w:b/>
        </w:rPr>
        <w:t xml:space="preserve">[17:11] </w:t>
      </w:r>
      <w:r>
        <w:t>chhed</w:t>
      </w:r>
    </w:p>
    <w:p>
      <w:pPr>
        <w:jc w:val="right"/>
      </w:pPr>
      <w:r>
        <w:t>چھید</w:t>
      </w:r>
    </w:p>
    <w:p>
      <w:r>
        <w:rPr>
          <w:b/>
        </w:rPr>
        <w:t xml:space="preserve">[17:11] </w:t>
      </w:r>
      <w:r>
        <w:t>kar diya. Musa ne kaha: "kya aap ne is kashti mein is liye chhed kiya hai ke kashti</w:t>
      </w:r>
    </w:p>
    <w:p>
      <w:pPr>
        <w:jc w:val="right"/>
      </w:pPr>
      <w:r>
        <w:t>کر دیا۔ موسیٰ نے کہا: "کیا آپ نے اس کشتی میں اس لیے چھید کیا ہے کہ کشتی</w:t>
      </w:r>
    </w:p>
    <w:p>
      <w:r>
        <w:rPr>
          <w:b/>
        </w:rPr>
        <w:t xml:space="preserve">[17:17] </w:t>
      </w:r>
      <w:r>
        <w:t>walon ko gharaq kar dein? yeh to aap ne bari sakht cheez kar dali."</w:t>
      </w:r>
    </w:p>
    <w:p>
      <w:pPr>
        <w:jc w:val="right"/>
      </w:pPr>
      <w:r>
        <w:t>والوں کو غرق کر دیں؟ یہ تو آپ نے بڑی سخت چیز کر ڈالی۔"</w:t>
      </w:r>
    </w:p>
    <w:p>
      <w:r>
        <w:rPr>
          <w:b/>
        </w:rPr>
        <w:t xml:space="preserve">[17:23] </w:t>
      </w:r>
      <w:r>
        <w:t>us ne kaha: "mein ne tum se nahi kaha tha ke tum mere sath sabr na kar sako</w:t>
      </w:r>
    </w:p>
    <w:p>
      <w:pPr>
        <w:jc w:val="right"/>
      </w:pPr>
      <w:r>
        <w:t>اس نے کہا: "میں نے تم سے نہیں کہا تھا کہ تم میرے ساتھ صبر نہ کر سکو</w:t>
      </w:r>
    </w:p>
    <w:p>
      <w:r>
        <w:rPr>
          <w:b/>
        </w:rPr>
        <w:t xml:space="preserve">[17:28] </w:t>
      </w:r>
      <w:r>
        <w:t>ge?" musa ne kaha: "meri bhool par mujh ko na pakriye aur mere muamle mein sakhti se kaam</w:t>
      </w:r>
    </w:p>
    <w:p>
      <w:pPr>
        <w:jc w:val="right"/>
      </w:pPr>
      <w:r>
        <w:t>گے؟" موسیٰ نے کہا: "میری بھول پر مجھ کو نہ پکڑیے اور میرے معاملے میں سختی سے کام</w:t>
      </w:r>
    </w:p>
    <w:p>
      <w:r>
        <w:rPr>
          <w:b/>
        </w:rPr>
        <w:t xml:space="preserve">[17:36] </w:t>
      </w:r>
      <w:r>
        <w:t>na lijie." phir woh dono chale yahan tak ke woh ek ladke se mile to us shakhs ne</w:t>
      </w:r>
    </w:p>
    <w:p>
      <w:pPr>
        <w:jc w:val="right"/>
      </w:pPr>
      <w:r>
        <w:t>نہ لیجیے۔" پھر وہ دونوں چلے یہاں تک کہ وہ ایک لڑکے سے ملے تو اس شخص نے</w:t>
      </w:r>
    </w:p>
    <w:p>
      <w:r>
        <w:rPr>
          <w:b/>
        </w:rPr>
        <w:t xml:space="preserve">[17:42] </w:t>
      </w:r>
      <w:r>
        <w:t>us ko maar dala.</w:t>
      </w:r>
    </w:p>
    <w:p>
      <w:pPr>
        <w:jc w:val="right"/>
      </w:pPr>
      <w:r>
        <w:t>اس کو مار ڈالا۔</w:t>
      </w:r>
    </w:p>
    <w:p>
      <w:r>
        <w:rPr>
          <w:b/>
        </w:rPr>
        <w:t xml:space="preserve">[17:44] </w:t>
      </w:r>
      <w:r>
        <w:t>musa ne kaha: "kya aap ne ek masoom jaan ko maar dala halankeh us ne kisi ka khoon</w:t>
      </w:r>
    </w:p>
    <w:p>
      <w:pPr>
        <w:jc w:val="right"/>
      </w:pPr>
      <w:r>
        <w:t>موسیٰ نے کہا: "کیا آپ نے ایک معصوم جان کو مار ڈالا حالانکہ اس نے کسی کا خون</w:t>
      </w:r>
    </w:p>
    <w:p>
      <w:r>
        <w:rPr>
          <w:b/>
        </w:rPr>
        <w:t xml:space="preserve">[17:51] </w:t>
      </w:r>
      <w:r>
        <w:t>nahin kiya tha? yeh to aap ne ek naamqool baat ki."</w:t>
      </w:r>
    </w:p>
    <w:p>
      <w:pPr>
        <w:jc w:val="right"/>
      </w:pPr>
      <w:r>
        <w:t>نہیں کیا تھا؟ یہ تو آپ نے ایک نامعقول بات کی۔"</w:t>
      </w:r>
    </w:p>
    <w:p>
      <w:r>
        <w:rPr>
          <w:b/>
        </w:rPr>
        <w:t xml:space="preserve">[17:56] </w:t>
      </w:r>
      <w:r>
        <w:t>us shakhs ne kaha: "ke kya main ne tum se nahin kaha tha ke tum mere sath sabr</w:t>
      </w:r>
    </w:p>
    <w:p>
      <w:pPr>
        <w:jc w:val="right"/>
      </w:pPr>
      <w:r>
        <w:t>اس شخص نے کہا: "کہ کیا میں نے تم سے نہیں کہا تھا کہ تم میرے ساتھ صبر</w:t>
      </w:r>
    </w:p>
    <w:p>
      <w:r>
        <w:rPr>
          <w:b/>
        </w:rPr>
        <w:t xml:space="preserve">[18:01] </w:t>
      </w:r>
      <w:r>
        <w:t>na kar sakoge?"</w:t>
      </w:r>
    </w:p>
    <w:p>
      <w:pPr>
        <w:jc w:val="right"/>
      </w:pPr>
      <w:r>
        <w:t>نہ کر سکو گے؟"</w:t>
      </w:r>
    </w:p>
    <w:p>
      <w:r>
        <w:rPr>
          <w:b/>
        </w:rPr>
        <w:t xml:space="preserve">[18:03] </w:t>
      </w:r>
      <w:r>
        <w:t>musa ne kaha: "is ke baad agar main aap se kisi cheez ke mutalliq poochun to aap mujh</w:t>
      </w:r>
    </w:p>
    <w:p>
      <w:pPr>
        <w:jc w:val="right"/>
      </w:pPr>
      <w:r>
        <w:t>موسیٰ نے کہا: "اس کے بعد اگر میں آپ سے کسی چیز کے متعلق پوچھوں تو آپ مجھ</w:t>
      </w:r>
    </w:p>
    <w:p>
      <w:r>
        <w:rPr>
          <w:b/>
        </w:rPr>
        <w:t xml:space="preserve">[18:10] </w:t>
      </w:r>
      <w:r>
        <w:t>ko sath na rakhen, aap meri taraf se uzr ki had ko pahunch gae."</w:t>
      </w:r>
    </w:p>
    <w:p>
      <w:pPr>
        <w:jc w:val="right"/>
      </w:pPr>
      <w:r>
        <w:t>کو ساتھ نہ رکھیں، آپ میری طرف سے عذر کی حد کو پہنچ گئے۔"</w:t>
      </w:r>
    </w:p>
    <w:p>
      <w:r>
        <w:rPr>
          <w:b/>
        </w:rPr>
        <w:t xml:space="preserve">[18:15] </w:t>
      </w:r>
      <w:r>
        <w:t>phir dono chale yahan tak ke jab woh ek basti walon ke pas pahunche to wahan walon se</w:t>
      </w:r>
    </w:p>
    <w:p>
      <w:pPr>
        <w:jc w:val="right"/>
      </w:pPr>
      <w:r>
        <w:t>پھر دونوں چلے یہاں تک کہ جب وہ ایک بستی والوں کے پاس پہنچے تو وہاں والوں سے</w:t>
      </w:r>
    </w:p>
    <w:p>
      <w:r>
        <w:rPr>
          <w:b/>
        </w:rPr>
        <w:t xml:space="preserve">[18:22] </w:t>
      </w:r>
      <w:r>
        <w:t>khane ko manga.</w:t>
      </w:r>
    </w:p>
    <w:p>
      <w:pPr>
        <w:jc w:val="right"/>
      </w:pPr>
      <w:r>
        <w:t>کھانے کو مانگا۔</w:t>
      </w:r>
    </w:p>
    <w:p>
      <w:r>
        <w:rPr>
          <w:b/>
        </w:rPr>
        <w:t xml:space="preserve">[18:23] </w:t>
      </w:r>
      <w:r>
        <w:t>unhon ne un ki mezbani se inkar kar diya. phir un ko wahan ek deewar mili jo girne chahti thi to us ne us ko seedha kar diya.</w:t>
      </w:r>
    </w:p>
    <w:p>
      <w:pPr>
        <w:jc w:val="right"/>
      </w:pPr>
      <w:r>
        <w:t>انہوں نے ان کی میزبانی سے انکار کر دیا۔ پھر ان کو وہاں ایک دیوار ملی جو گرہ چاہتی تھی تو اس نے اس کو سیدھا کر دیا۔</w:t>
      </w:r>
    </w:p>
    <w:p>
      <w:r>
        <w:rPr>
          <w:b/>
        </w:rPr>
        <w:t xml:space="preserve">[18:34] </w:t>
      </w:r>
      <w:r>
        <w:t>Musa ne kaha: "agar aap chahte to is par kuch ujrat le lete." us ne kaha: "ke ab yeh mere aur tumhare darmiyan judai hai.</w:t>
      </w:r>
    </w:p>
    <w:p>
      <w:pPr>
        <w:jc w:val="right"/>
      </w:pPr>
      <w:r>
        <w:t>موسیٰ نے کہا: "اگر آپ چاہتے تو اس پر کچھ اجرت لے لیتے۔" اس نے کہا: "کہ اب یہ میرے اور تمہارے درمیان جدائی ہے۔</w:t>
      </w:r>
    </w:p>
    <w:p>
      <w:r>
        <w:rPr>
          <w:b/>
        </w:rPr>
        <w:t xml:space="preserve">[18:44] </w:t>
      </w:r>
      <w:r>
        <w:t>main tum ko in cheezon ki haqeeqat bataunga jin par tum sabr na kar sake." kashti ka mamla yeh hai ke woh chand miskeenon ki thi jo darya me mehnat karte the, to main ne chaha ke us ko aibdar kar doon aur un ke aage ek badshah tha jo har kashti ko zabardasti chheen kar le leta tha.</w:t>
      </w:r>
    </w:p>
    <w:p>
      <w:pPr>
        <w:jc w:val="right"/>
      </w:pPr>
      <w:r>
        <w:t>میں تم کو ان چیزوں کی حقیقت بتاؤں گا جن پر تم صبر نہ کر سکے۔" کشتی کا معاملہ یہ ہے کہ وہ چند مسکینوں کی تھی جو دریا میں محنت کرتے تھے، تو میں نے چاہا کہ اس کو عیب دار کر دوں اور ان کے آگے ایک بادشاہ تھا جو ہر کشتی کو زبردستی چھین کر لے لیتا تھا۔</w:t>
      </w:r>
    </w:p>
    <w:p>
      <w:r>
        <w:rPr>
          <w:b/>
        </w:rPr>
        <w:t xml:space="preserve">[19:06] </w:t>
      </w:r>
      <w:r>
        <w:t>aur ladke ka mamla yeh hai ke us ke maa baap imandar the, hum ko andesha hua ke woh bara ho kar apni sarkashi aur kufr se un ko tang karega.</w:t>
      </w:r>
    </w:p>
    <w:p>
      <w:pPr>
        <w:jc w:val="right"/>
      </w:pPr>
      <w:r>
        <w:t>اور لڑکے کا معاملہ یہ ہے کہ اس کے ماں باپ ایماندار تھے، ہم کو اندیشہ ہوا کہ وہ بڑا ہو کر اپنی سرکشی اور کفر سے ان کو تنگ کرے گا۔</w:t>
      </w:r>
    </w:p>
    <w:p>
      <w:r>
        <w:rPr>
          <w:b/>
        </w:rPr>
        <w:t xml:space="preserve">[19:17] </w:t>
      </w:r>
      <w:r>
        <w:t>pas hum ne chaha ke un ka rab un ko is ki jagah aisi aulad de jo pakizgi me us se behtar ho aur shafqat karne wali ho.</w:t>
      </w:r>
    </w:p>
    <w:p>
      <w:pPr>
        <w:jc w:val="right"/>
      </w:pPr>
      <w:r>
        <w:t>پس ہم نے چاہا کہ ان کا رب ان کو اس کی جگہ ایسی اولاد دے جو پاکیزگی میں اس سے بہتر ہو اور شفقت کرنے والی ہو۔</w:t>
      </w:r>
    </w:p>
    <w:p>
      <w:r>
        <w:rPr>
          <w:b/>
        </w:rPr>
        <w:t xml:space="preserve">[19:28] </w:t>
      </w:r>
      <w:r>
        <w:t>aur deewar ka mamla yeh hai ke woh shehar ke do yateem ladkon ki thi aur is deewar ke neeche un ka ek khazana dafan tha aur un ka baap ek nek aadmi tha.</w:t>
      </w:r>
    </w:p>
    <w:p>
      <w:pPr>
        <w:jc w:val="right"/>
      </w:pPr>
      <w:r>
        <w:t>اور دیوار کا معاملہ یہ ہے کہ وہ شہر کے دو یتیم لڑکوں کی تھی اور اس دیوار کے نیچے ان کا ایک خزانہ دفن تھا اور ان کا باپ ایک نیک آدمی تھا۔</w:t>
      </w:r>
    </w:p>
    <w:p>
      <w:r>
        <w:rPr>
          <w:b/>
        </w:rPr>
        <w:t xml:space="preserve">[19:40] </w:t>
      </w:r>
      <w:r>
        <w:t>pas tumhare rab ne chaha ke woh dono apni jawani ki umar ko pahunchein aur apna khazana nikalen. yeh tumhare rab ki rehmat se hua aur main ne is ko apni rai se nahi kiya.</w:t>
      </w:r>
    </w:p>
    <w:p>
      <w:pPr>
        <w:jc w:val="right"/>
      </w:pPr>
      <w:r>
        <w:t>پس تمہارے رب نے چاہا کہ وہ دونوں اپنی جوانی کی عمر کو پہنچیں اور اپنا خزانہ نکالیں۔ یہ تمہارے رب کی رحمت سے ہوا اور میں نے اس کو اپنی رائے سے نہیں کیا۔</w:t>
      </w:r>
    </w:p>
    <w:p>
      <w:r>
        <w:rPr>
          <w:b/>
        </w:rPr>
        <w:t xml:space="preserve">[19:53] </w:t>
      </w:r>
      <w:r>
        <w:t>yeh hai haqeeqat un baaton ki jin par tum sabr na kar sake. aur woh tum se Zulqarnain ka haal poochte hain, kaho main uska kuch haal tumhare samne bayan karunga.</w:t>
      </w:r>
    </w:p>
    <w:p>
      <w:pPr>
        <w:jc w:val="right"/>
      </w:pPr>
      <w:r>
        <w:t>یہ ہے حقیقت ان باتوں کی جن پر تم صبر نہ کر سکے۔ اور وہ تم سے ذوالقرنین کا حال پوچھتے ہیں، کہو میں اس کا کچھ حال تمہارے سامنے بیان کروں گا۔</w:t>
      </w:r>
    </w:p>
    <w:p>
      <w:r>
        <w:rPr>
          <w:b/>
        </w:rPr>
        <w:t xml:space="preserve">[20:06] </w:t>
      </w:r>
      <w:r>
        <w:t>hum ne us ko zameen me iqtadar diya tha aur hum ne us ko har cheez ka saman diya tha. phir Zulqarnain ek rah ke peeche chala yahan tak ke woh suraj ke gharoob hone ke maqam tak pahuncha.</w:t>
      </w:r>
    </w:p>
    <w:p>
      <w:pPr>
        <w:jc w:val="right"/>
      </w:pPr>
      <w:r>
        <w:t>ہم نے اس کو زمین میں اقتدار دیا تھا اور ہم نے اس کو ہر چیز کا سامان دیا تھا۔ پھر ذوالقرنین ایک راہ کے پیچھے چلا یہاں تک کہ وہ سورج کے غروب ہونے کے مقام تک پہنچ گیا۔</w:t>
      </w:r>
    </w:p>
    <w:p>
      <w:r>
        <w:rPr>
          <w:b/>
        </w:rPr>
        <w:t xml:space="preserve">[20:20] </w:t>
      </w:r>
      <w:r>
        <w:t>us ne suraj ko dekha ke woh ek kale pani me doob raha hai aur wahan us ko ek qaum mili. hum ne kaha: "ae Zulq</w:t>
      </w:r>
    </w:p>
    <w:p>
      <w:pPr>
        <w:jc w:val="right"/>
      </w:pPr>
      <w:r>
        <w:t>اس نے سورج کو دیکھا کہ وہ ایک کالے پانی میں ڈوب رہا ہے اور وہاں اس کو ایک قوم ملی۔ ہم نے کہا: "اے ذوالق</w:t>
      </w:r>
    </w:p>
    <w:p>
      <w:r>
        <w:rPr>
          <w:b/>
        </w:rPr>
        <w:t xml:space="preserve">[20:29] </w:t>
      </w:r>
      <w:r>
        <w:t>arnain! tum chaho to un ko saza do aur chaho to un ke sath acha sulook karo." us ne kaha: "jo un me se zulm karega hum us ko saza denge.</w:t>
      </w:r>
    </w:p>
    <w:p>
      <w:pPr>
        <w:jc w:val="right"/>
      </w:pPr>
      <w:r>
        <w:t>رنین! تم چاہو تو ان کو سزا دو اور چاہو تو ان کے ساتھ اچھا سلوک کرو۔" اس نے کہا: "جو ان میں سے ظلم کرے گا ہم اس کو سزا دیں گے۔</w:t>
      </w:r>
    </w:p>
    <w:p>
      <w:r>
        <w:rPr>
          <w:b/>
        </w:rPr>
        <w:t xml:space="preserve">[20:39] </w:t>
      </w:r>
      <w:r>
        <w:t>phir woh apne rab ke pas pahunchaya jayega, phir woh us ko sakht saza dega.</w:t>
      </w:r>
    </w:p>
    <w:p>
      <w:pPr>
        <w:jc w:val="right"/>
      </w:pPr>
      <w:r>
        <w:t>پھر وہ اپنے رب کے پاس پہنچایا جائے گا، پھر وہ اس کو سخت سزا دے گا۔</w:t>
      </w:r>
    </w:p>
    <w:p>
      <w:r>
        <w:rPr>
          <w:b/>
        </w:rPr>
        <w:t xml:space="preserve">[20:46] </w:t>
      </w:r>
      <w:r>
        <w:t>aur jo shakhs iman layega aur naik amal karega us ke liye achhi jaza hai aur</w:t>
      </w:r>
    </w:p>
    <w:p>
      <w:pPr>
        <w:jc w:val="right"/>
      </w:pPr>
      <w:r>
        <w:t>اور جو شخص ایمان لائے گا اور نیک عمل کرے گا اس کے لیے اچھی جزا ہے اور</w:t>
      </w:r>
    </w:p>
    <w:p>
      <w:r>
        <w:rPr>
          <w:b/>
        </w:rPr>
        <w:t xml:space="preserve">[20:52] </w:t>
      </w:r>
      <w:r>
        <w:t>hum bhi us ke sath asan muamla karenge."</w:t>
      </w:r>
    </w:p>
    <w:p>
      <w:pPr>
        <w:jc w:val="right"/>
      </w:pPr>
      <w:r>
        <w:t>ہم بھی اس کے ساتھ آسان معاملہ کریں گے۔"</w:t>
      </w:r>
    </w:p>
    <w:p>
      <w:r>
        <w:rPr>
          <w:b/>
        </w:rPr>
        <w:t xml:space="preserve">[20:56] </w:t>
      </w:r>
      <w:r>
        <w:t>phir woh ek rah par chala yahan tak ke jab woh suraj nikalne ki jagah pahuncha to us</w:t>
      </w:r>
    </w:p>
    <w:p>
      <w:pPr>
        <w:jc w:val="right"/>
      </w:pPr>
      <w:r>
        <w:t>پھر وہ ایک راہ پر چلا یہاں تک کہ جب وہ سورج نکلنے کی جگہ پہنچا تو اس</w:t>
      </w:r>
    </w:p>
    <w:p>
      <w:r>
        <w:rPr>
          <w:b/>
        </w:rPr>
        <w:t xml:space="preserve">[21:01] </w:t>
      </w:r>
      <w:r>
        <w:t>ne suraj ko ek aisi qaum par talu hote hue paya jin ke liye hum ne aaftab ke</w:t>
      </w:r>
    </w:p>
    <w:p>
      <w:pPr>
        <w:jc w:val="right"/>
      </w:pPr>
      <w:r>
        <w:t>نے سورج کو ایک ایسی قوم پر طلوع ہوتے ہوئے پایا جن کے لیے ہم نے آفتاب کے</w:t>
      </w:r>
    </w:p>
    <w:p>
      <w:r>
        <w:rPr>
          <w:b/>
        </w:rPr>
        <w:t xml:space="preserve">[21:07] </w:t>
      </w:r>
      <w:r>
        <w:t>upar koi aad nahin rakhi thi.</w:t>
      </w:r>
    </w:p>
    <w:p>
      <w:pPr>
        <w:jc w:val="right"/>
      </w:pPr>
      <w:r>
        <w:t>اوپر کوئی آڑ نہیں رکھی تھی۔</w:t>
      </w:r>
    </w:p>
    <w:p>
      <w:r>
        <w:rPr>
          <w:b/>
        </w:rPr>
        <w:t xml:space="preserve">[21:10] </w:t>
      </w:r>
      <w:r>
        <w:t>yeh isi tarah hai aur hum Zulqarnain ke ahwal se ba khabar hain. phir woh ek rah par chala yahan tak ke jab woh do pahadon ke darmiyan pahuncha to un ke paas us ne ek qaum ko paya jo koi baat samajh nahi pati thi.</w:t>
      </w:r>
    </w:p>
    <w:p>
      <w:pPr>
        <w:jc w:val="right"/>
      </w:pPr>
      <w:r>
        <w:t>یہ اسی طرح ہے اور ہم ذوالقرنین کے احوال سے باخبر ہیں۔ پھر وہ ایک راہ پر چلا یہاں تک کہ جب وہ دو پہاڑوں کے درمیان پہنچا تو ان کے پاس اس نے ایک قوم کو پایا جو کوئی بات سمجھ نہیں پاتی تھی۔</w:t>
      </w:r>
    </w:p>
    <w:p>
      <w:r>
        <w:rPr>
          <w:b/>
        </w:rPr>
        <w:t xml:space="preserve">[21:28] </w:t>
      </w:r>
      <w:r>
        <w:t>unhon ne kaha: "ae Zulqarn</w:t>
      </w:r>
    </w:p>
    <w:p>
      <w:pPr>
        <w:jc w:val="right"/>
      </w:pPr>
      <w:r>
        <w:t>انہوں نے کہا: "اے ذوالقرن</w:t>
      </w:r>
    </w:p>
    <w:p>
      <w:r>
        <w:rPr>
          <w:b/>
        </w:rPr>
        <w:t xml:space="preserve">[21:30] </w:t>
      </w:r>
      <w:r>
        <w:t>ain! Yaajooj aur Maajooj hamare mulk me fasad phailate hain, to kya hum tum ko koi mahsool is ke liye muqarrar kar dein ke tum hamare aur un ke darmiyan koi rok bana do?" Zulqarnain ne jawab diya: "ke jo kuch mere rab ne mujhe diya hai woh bohat hai,</w:t>
      </w:r>
    </w:p>
    <w:p>
      <w:pPr>
        <w:jc w:val="right"/>
      </w:pPr>
      <w:r>
        <w:t>ین! یاجوج اور ماجوج ہمارے ملک میں فساد پھیلاتے ہیں، تو کیا ہم تم کو کوئی محصول اس کے لیے مقرر کر دیں کہ تم ہمارے اور ان کے درمیان کوئی روک بنا دو؟" ذوالقرنین نے جواب دیا: "کہ جو کچھ میرے رب نے مجھے دیا ہے وہ بہت ہے،</w:t>
      </w:r>
    </w:p>
    <w:p>
      <w:r>
        <w:rPr>
          <w:b/>
        </w:rPr>
        <w:t xml:space="preserve">[21:49] </w:t>
      </w:r>
      <w:r>
        <w:t>tum mehnat se meri madad karo. main tumhare aur un ke darmiyan ek deewar bana dunga. tum lohe ke takhte la kar mujhe do." yahan tak ke jab us ne</w:t>
      </w:r>
    </w:p>
    <w:p>
      <w:pPr>
        <w:jc w:val="right"/>
      </w:pPr>
      <w:r>
        <w:t>تم محنت سے میری مدد کرو۔ میں تمہارے اور ان کے درمیان ایک دیوار بنا دوں گا۔ تم لوہے کے تختے لا کر مجھے دو۔" یہاں تک کہ جب اس نے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