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16 - Al-Nahl</w:t>
      </w:r>
    </w:p>
    <w:p>
      <w:r>
        <w:t>https://www.youtube.com/watch?v=Ha1vFUSy8qw</w:t>
      </w:r>
    </w:p>
    <w:p>
      <w:r>
        <w:rPr>
          <w:b/>
        </w:rPr>
        <w:t xml:space="preserve">[00:01] </w:t>
      </w:r>
      <w:r>
        <w:t>al-nahl.</w:t>
      </w:r>
    </w:p>
    <w:p>
      <w:pPr>
        <w:jc w:val="right"/>
      </w:pPr>
      <w:r>
        <w:t>النحل۔</w:t>
      </w:r>
    </w:p>
    <w:p>
      <w:r>
        <w:rPr>
          <w:b/>
        </w:rPr>
        <w:t xml:space="preserve">[00:06] </w:t>
      </w:r>
      <w:r>
        <w:t>shuru Allah ke naam se, jo bara meherban, nihayat reham wala hai.</w:t>
      </w:r>
    </w:p>
    <w:p>
      <w:pPr>
        <w:jc w:val="right"/>
      </w:pPr>
      <w:r>
        <w:t>شروع اللہ کے نام سے، جو بڑا مہربان، نہایت رحم والا ہے۔</w:t>
      </w:r>
    </w:p>
    <w:p>
      <w:r>
        <w:rPr>
          <w:b/>
        </w:rPr>
        <w:t xml:space="preserve">[00:11] </w:t>
      </w:r>
      <w:r>
        <w:t>aa gaya Allah ka faisla, pas us ki jaldi na karo.</w:t>
      </w:r>
    </w:p>
    <w:p>
      <w:pPr>
        <w:jc w:val="right"/>
      </w:pPr>
      <w:r>
        <w:t>آگیا اللہ کا فیصلہ، پس اس کی جلدی نہ کرو۔</w:t>
      </w:r>
    </w:p>
    <w:p>
      <w:r>
        <w:rPr>
          <w:b/>
        </w:rPr>
        <w:t xml:space="preserve">[00:16] </w:t>
      </w:r>
      <w:r>
        <w:t>woh pak hai aur bartar hai us se jis ko woh shareek thahrate hain.</w:t>
      </w:r>
    </w:p>
    <w:p>
      <w:pPr>
        <w:jc w:val="right"/>
      </w:pPr>
      <w:r>
        <w:t>وہ پاک ہے اور برتر ہے اس سے جس کو وہ شریک ٹھہراتے ہیں۔</w:t>
      </w:r>
    </w:p>
    <w:p>
      <w:r>
        <w:rPr>
          <w:b/>
        </w:rPr>
        <w:t xml:space="preserve">[00:21] </w:t>
      </w:r>
      <w:r>
        <w:t>woh farishton ko apne hukum ki rooh ke sath utarta hai apne bandon mein se, jis par chahta</w:t>
      </w:r>
    </w:p>
    <w:p>
      <w:pPr>
        <w:jc w:val="right"/>
      </w:pPr>
      <w:r>
        <w:t>وہ فرشتوں کو اپنے حکم کی روح کے ساتھ اتارتا ہے اپنے بندوں میں سے، جس پر چاہتا</w:t>
      </w:r>
    </w:p>
    <w:p>
      <w:r>
        <w:rPr>
          <w:b/>
        </w:rPr>
        <w:t xml:space="preserve">[00:26] </w:t>
      </w:r>
      <w:r>
        <w:t>hai ke logon ko khabardar kar do ke mere siwa koi laiq e iba</w:t>
      </w:r>
    </w:p>
    <w:p>
      <w:pPr>
        <w:jc w:val="right"/>
      </w:pPr>
      <w:r>
        <w:t>ہے کہ لوگوں کو خبردار کر دو کہ میرے سوا کوئی لائق عب</w:t>
      </w:r>
    </w:p>
    <w:p>
      <w:r>
        <w:rPr>
          <w:b/>
        </w:rPr>
        <w:t xml:space="preserve">[00:31] </w:t>
      </w:r>
      <w:r>
        <w:t>dat nahin.</w:t>
      </w:r>
    </w:p>
    <w:p>
      <w:pPr>
        <w:jc w:val="right"/>
      </w:pPr>
      <w:r>
        <w:t>ادت نہیں۔</w:t>
      </w:r>
    </w:p>
    <w:p>
      <w:r>
        <w:rPr>
          <w:b/>
        </w:rPr>
        <w:t xml:space="preserve">[00:35] </w:t>
      </w:r>
      <w:r>
        <w:t>pas tum mujh se daro.</w:t>
      </w:r>
    </w:p>
    <w:p>
      <w:pPr>
        <w:jc w:val="right"/>
      </w:pPr>
      <w:r>
        <w:t>پس تم مجھ سے ڈرو۔</w:t>
      </w:r>
    </w:p>
    <w:p>
      <w:r>
        <w:rPr>
          <w:b/>
        </w:rPr>
        <w:t xml:space="preserve">[00:39] </w:t>
      </w:r>
      <w:r>
        <w:t>is ne aasmanon aur zameen ko haq ke sath paida kiya hai.</w:t>
      </w:r>
    </w:p>
    <w:p>
      <w:pPr>
        <w:jc w:val="right"/>
      </w:pPr>
      <w:r>
        <w:t>اس نے آسمانوں اور زمین کو حق کے ساتھ پیدا کیا ہے۔</w:t>
      </w:r>
    </w:p>
    <w:p>
      <w:r>
        <w:rPr>
          <w:b/>
        </w:rPr>
        <w:t xml:space="preserve">[00:42] </w:t>
      </w:r>
      <w:r>
        <w:t>woh bartar hai us shirk se jo woh kar rahe hain.</w:t>
      </w:r>
    </w:p>
    <w:p>
      <w:pPr>
        <w:jc w:val="right"/>
      </w:pPr>
      <w:r>
        <w:t>وہ برتر ہے اس شرک سے جو وہ کر رہے ہیں۔</w:t>
      </w:r>
    </w:p>
    <w:p>
      <w:r>
        <w:rPr>
          <w:b/>
        </w:rPr>
        <w:t xml:space="preserve">[00:46] </w:t>
      </w:r>
      <w:r>
        <w:t>is ne insanon ko ek boond se banaya, phir woh yakayak khullam khulla jhagadne laga.</w:t>
      </w:r>
    </w:p>
    <w:p>
      <w:pPr>
        <w:jc w:val="right"/>
      </w:pPr>
      <w:r>
        <w:t>اس نے انسانوں کو ایک بوند سے بنایا، پھر وہ یکایک کھلم کھلا جھگڑنے لگا۔</w:t>
      </w:r>
    </w:p>
    <w:p>
      <w:r>
        <w:rPr>
          <w:b/>
        </w:rPr>
        <w:t xml:space="preserve">[00:50] </w:t>
      </w:r>
      <w:r>
        <w:t>aur is ne chopayon ko banaya, un mein tumhare liye poshak bhi hai aur khurak bhi, aur doosre faide bhi.</w:t>
      </w:r>
    </w:p>
    <w:p>
      <w:pPr>
        <w:jc w:val="right"/>
      </w:pPr>
      <w:r>
        <w:t>اور اس نے چوپائیوں کو بنایا، ان میں تمہارے لیے پوشاک بھی ہے اور خوراک بھی، اور دوسرے فائدے بھی۔</w:t>
      </w:r>
    </w:p>
    <w:p>
      <w:r>
        <w:rPr>
          <w:b/>
        </w:rPr>
        <w:t xml:space="preserve">[00:54] </w:t>
      </w:r>
      <w:r>
        <w:t>aur un mein se tum khate bhi ho.</w:t>
      </w:r>
    </w:p>
    <w:p>
      <w:pPr>
        <w:jc w:val="right"/>
      </w:pPr>
      <w:r>
        <w:t>اور ان میں سے تم کھاتے بھی ہو۔</w:t>
      </w:r>
    </w:p>
    <w:p>
      <w:r>
        <w:rPr>
          <w:b/>
        </w:rPr>
        <w:t xml:space="preserve">[00:57] </w:t>
      </w:r>
      <w:r>
        <w:t>aur un mein tumhare</w:t>
      </w:r>
    </w:p>
    <w:p>
      <w:pPr>
        <w:jc w:val="right"/>
      </w:pPr>
      <w:r>
        <w:t>اور ان میں تمہارے</w:t>
      </w:r>
    </w:p>
    <w:p>
      <w:r>
        <w:rPr>
          <w:b/>
        </w:rPr>
        <w:t xml:space="preserve">[01:01] </w:t>
      </w:r>
      <w:r>
        <w:t>liye ronak hai, jabke sham ke waqt un ko late ho aur jab subah ke waqt chhodte ho.</w:t>
      </w:r>
    </w:p>
    <w:p>
      <w:pPr>
        <w:jc w:val="right"/>
      </w:pPr>
      <w:r>
        <w:t>لیے رونق ہے، جبکہ شام کے وقت ان کو لاتے ہو اور جب صبح کے وقت چھوڑتے ہو۔</w:t>
      </w:r>
    </w:p>
    <w:p>
      <w:r>
        <w:rPr>
          <w:b/>
        </w:rPr>
        <w:t xml:space="preserve">[01:07] </w:t>
      </w:r>
      <w:r>
        <w:t>aur woh tumhare bojh aise maqamat tak pahunchate hain jahan tum sakht mehnat ke baghair nahin pahunch sakte.</w:t>
      </w:r>
    </w:p>
    <w:p>
      <w:pPr>
        <w:jc w:val="right"/>
      </w:pPr>
      <w:r>
        <w:t>اور وہ تمہارے بوجھ ایسے مقامات تک پہنچاتے ہیں جہاں تم سخت محنت کے بغیر نہیں پہنچ سکتے۔</w:t>
      </w:r>
    </w:p>
    <w:p>
      <w:r>
        <w:rPr>
          <w:b/>
        </w:rPr>
        <w:t xml:space="preserve">[01:13] </w:t>
      </w:r>
      <w:r>
        <w:t>beshak tumhara rab bada shafiq, meherban hai.</w:t>
      </w:r>
    </w:p>
    <w:p>
      <w:pPr>
        <w:jc w:val="right"/>
      </w:pPr>
      <w:r>
        <w:t>بے شک تمہارا رب بڑا شفیق، مہربان ہے۔</w:t>
      </w:r>
    </w:p>
    <w:p>
      <w:r>
        <w:rPr>
          <w:b/>
        </w:rPr>
        <w:t xml:space="preserve">[01:19] </w:t>
      </w:r>
      <w:r>
        <w:t>aur is ne ghodon aur khacharon aur gadhe paida kiye taake tum un par sawar ho aur zeenat</w:t>
      </w:r>
    </w:p>
    <w:p>
      <w:pPr>
        <w:jc w:val="right"/>
      </w:pPr>
      <w:r>
        <w:t>اور اس نے گھوڑے اور خچر اور گدھے پیدا کیے تاکہ تم ان پر سوار ہو اور زینت</w:t>
      </w:r>
    </w:p>
    <w:p>
      <w:r>
        <w:rPr>
          <w:b/>
        </w:rPr>
        <w:t xml:space="preserve">[01:25] </w:t>
      </w:r>
      <w:r>
        <w:t>ke liye bhi, aur woh aisi cheezen paida karta hai jo tum nahin jante. aur</w:t>
      </w:r>
    </w:p>
    <w:p>
      <w:pPr>
        <w:jc w:val="right"/>
      </w:pPr>
      <w:r>
        <w:t>کے لیے بھی، اور وہ ایسی چیزیں پیدا کرتا ہے جو تم نہیں جانتے۔ اور</w:t>
      </w:r>
    </w:p>
    <w:p>
      <w:r>
        <w:rPr>
          <w:b/>
        </w:rPr>
        <w:t xml:space="preserve">[01:31] </w:t>
      </w:r>
      <w:r>
        <w:t>allah tak pahochaati hai seedhi raah, aur baaz raastay terhay bhi hain, aur agar allah chahta to tum sab ko hidayat de deta. wohi hai jis ne aasman se paani utara, tum is mein se peetay ho, aur isi se drakht hotay hain jin mein tum charatay ho. woh isi se tumharay liye kheti aur zaitoon aur khajoor aur angoor aur har qism ke phool ugata hai. beshak is ke andar nishani hai un logon ke liye</w:t>
      </w:r>
    </w:p>
    <w:p>
      <w:pPr>
        <w:jc w:val="right"/>
      </w:pPr>
      <w:r>
        <w:t>اللہ تک پہنچتی ہے سیدھی راہ، اور بعض راستے ٹیڑھے بھی ہیں، اور اگر اللہ چاہتا تو تم سب کو ہدایت دے دیتا۔ وہی ہے جس نے آسمان سے پانی اتارا، تم اس میں سے پیتے ہو، اور اسی سے درخت ہوتے ہیں جن میں تم چراتے ہو۔ وہ اسی سے تمہارے لیے کھیتی اور زیتون اور کھجور اور انگور اور ہر قسم کے پھل اگاتا ہے۔ بے شک اس کے اندر نشانی ہے ان لوگوں کے لیے</w:t>
      </w:r>
    </w:p>
    <w:p>
      <w:r>
        <w:rPr>
          <w:b/>
        </w:rPr>
        <w:t xml:space="preserve">[02:01] </w:t>
      </w:r>
      <w:r>
        <w:t>jo ghaur karte hain.</w:t>
      </w:r>
    </w:p>
    <w:p>
      <w:pPr>
        <w:jc w:val="right"/>
      </w:pPr>
      <w:r>
        <w:t>جو غور کرتے ہیں۔</w:t>
      </w:r>
    </w:p>
    <w:p>
      <w:r>
        <w:rPr>
          <w:b/>
        </w:rPr>
        <w:t xml:space="preserve">[02:06] </w:t>
      </w:r>
      <w:r>
        <w:t>aur is ne tumhare kaam mein laga diya raat ko aur din ko, aur suraj ko aur chand</w:t>
      </w:r>
    </w:p>
    <w:p>
      <w:pPr>
        <w:jc w:val="right"/>
      </w:pPr>
      <w:r>
        <w:t>اور اس نے تمہارے کام میں لگا دیا رات کو اور دن کو، اور سورج کو اور چاند</w:t>
      </w:r>
    </w:p>
    <w:p>
      <w:r>
        <w:rPr>
          <w:b/>
        </w:rPr>
        <w:t xml:space="preserve">[02:10] </w:t>
      </w:r>
      <w:r>
        <w:t>ko, aur sitare bhi is ke hukum se mushakhar hain.</w:t>
      </w:r>
    </w:p>
    <w:p>
      <w:pPr>
        <w:jc w:val="right"/>
      </w:pPr>
      <w:r>
        <w:t>کو، اور ستارے بھی اس کے حکم سے مسخر ہیں۔</w:t>
      </w:r>
    </w:p>
    <w:p>
      <w:r>
        <w:rPr>
          <w:b/>
        </w:rPr>
        <w:t xml:space="preserve">[02:14] </w:t>
      </w:r>
      <w:r>
        <w:t>beshak is mein nishaniyan hain aqalmand logon ke liye.</w:t>
      </w:r>
    </w:p>
    <w:p>
      <w:pPr>
        <w:jc w:val="right"/>
      </w:pPr>
      <w:r>
        <w:t>بے شک اس میں نشانیاں ہیں عقلمند لوگوں کے لیے۔</w:t>
      </w:r>
    </w:p>
    <w:p>
      <w:r>
        <w:rPr>
          <w:b/>
        </w:rPr>
        <w:t xml:space="preserve">[02:19] </w:t>
      </w:r>
      <w:r>
        <w:t>aur zameen mein jo cheezen mukhtalif qism ki tumhare liye phailayin, beshak is mein nishani hai un</w:t>
      </w:r>
    </w:p>
    <w:p>
      <w:pPr>
        <w:jc w:val="right"/>
      </w:pPr>
      <w:r>
        <w:t>اور زمین میں جو چیزیں مختلف قسم کی تمہارے لیے پھیلائیں، بے شک اس میں نشانی ہے ان</w:t>
      </w:r>
    </w:p>
    <w:p>
      <w:r>
        <w:rPr>
          <w:b/>
        </w:rPr>
        <w:t xml:space="preserve">[02:23] </w:t>
      </w:r>
      <w:r>
        <w:t>logon ke liye jo sabak hasil karen.</w:t>
      </w:r>
    </w:p>
    <w:p>
      <w:pPr>
        <w:jc w:val="right"/>
      </w:pPr>
      <w:r>
        <w:t>لوگوں کے لیے جو سبق حاصل کریں۔</w:t>
      </w:r>
    </w:p>
    <w:p>
      <w:r>
        <w:rPr>
          <w:b/>
        </w:rPr>
        <w:t xml:space="preserve">[02:27] </w:t>
      </w:r>
      <w:r>
        <w:t>aur wohi hai jis ne samandar ko tumhare kaam mein laga diya</w:t>
      </w:r>
    </w:p>
    <w:p>
      <w:pPr>
        <w:jc w:val="right"/>
      </w:pPr>
      <w:r>
        <w:t>اور وہی ہے جس نے سمندر کو تمہارے کام میں لگا دیا</w:t>
      </w:r>
    </w:p>
    <w:p>
      <w:r>
        <w:rPr>
          <w:b/>
        </w:rPr>
        <w:t xml:space="preserve">[02:31] </w:t>
      </w:r>
      <w:r>
        <w:t>taake tum is mein se taaza gosht khao aur is se zevar nikalo jis ko tum pehantay ho. aur tum kashtiyon ko dekhtay ho ke is mein cheerti hui chalti hain, aur taake tum is ka fazal talash karo aur taake tum shukr karo. aur us ne zameen mein pahaar rakh diye taake woh tum ko le kar dagmagaane na lagay. aur us ne nahrein aur raastay banaye taake tum raah pao. aur bohat si doosri alamatain bhi hain. aur</w:t>
      </w:r>
    </w:p>
    <w:p>
      <w:pPr>
        <w:jc w:val="right"/>
      </w:pPr>
      <w:r>
        <w:t>تاکہ تم اس میں سے تازہ گوشت کھاؤ اور اس سے زیور نکالو جس کو تم پہنتے ہو۔ اور تم کشتیوں کو دیکھتے ہو کہ اس میں چیرتی ہوئی چلتی ہیں، اور تاکہ تم اس کا فضل تلاش کرو اور تاکہ تم شکر کرو۔ اور اس نے زمین میں پہاڑ رکھ دیے تاکہ وہ تم کو لے کر ڈگمگانے نہ لگے۔ اور اس نے نہریں اور راستے بنائے تاکہ تم راہ پاؤ۔ اور بہت سی دوسری علامتیں بھی ہیں۔ اور</w:t>
      </w:r>
    </w:p>
    <w:p>
      <w:r>
        <w:rPr>
          <w:b/>
        </w:rPr>
        <w:t xml:space="preserve">[03:01] </w:t>
      </w:r>
      <w:r>
        <w:t>log taron se bhi raasta maloom kartay hain. phir kya jo paida karta hai woh barabar hai us ke jo kuch paida nahi kar sakta? kya tum sochtay nahi? agar tum allah ki nematon ko gino to tum un ko gin na sakogay. beshak allah bakhshnay wala, meharban hai. aur allah janta hai jo kuch tum chupatay ho aur jo tum zahir kartay ho. aur jin ko log allah ke siwa pukartay hain woh kisi che</w:t>
      </w:r>
    </w:p>
    <w:p>
      <w:pPr>
        <w:jc w:val="right"/>
      </w:pPr>
      <w:r>
        <w:t>لوگ تاروں سے بھی راستہ معلوم کرتے ہیں۔ پھر کیا جو پیدا کرتا ہے وہ برابر ہے اس کے جو کچھ پیدا نہیں کر سکتا؟ کیا تم سوچتے نہیں؟ اگر تم اللہ کی نعمتوں کو گنو تو تم ان کو گن نہ سکو گے۔ بے شک اللہ بخشنے والا، مہربان ہے۔ اور اللہ جانتا ہے جو کچھ تم چھپاتے ہو اور جو تم ظاہر کرتے ہو۔ اور جن کو لوگ اللہ کے سوا پکارتے ہیں وہ کسی چ</w:t>
      </w:r>
    </w:p>
    <w:p>
      <w:r>
        <w:rPr>
          <w:b/>
        </w:rPr>
        <w:t xml:space="preserve">[03:31] </w:t>
      </w:r>
      <w:r>
        <w:t>ko paida nahin kar sakte aur woh khud paida kiye hue hain.</w:t>
      </w:r>
    </w:p>
    <w:p>
      <w:pPr>
        <w:jc w:val="right"/>
      </w:pPr>
      <w:r>
        <w:t>یز کو پیدا نہیں کر سکتے اور وہ خود پیدا کیے ہوئے ہیں۔</w:t>
      </w:r>
    </w:p>
    <w:p>
      <w:r>
        <w:rPr>
          <w:b/>
        </w:rPr>
        <w:t xml:space="preserve">[03:37] </w:t>
      </w:r>
      <w:r>
        <w:t>woh murda hain jin mein jaan nahin aur woh nahin jante ke woh kab uthaye jayenge.</w:t>
      </w:r>
    </w:p>
    <w:p>
      <w:pPr>
        <w:jc w:val="right"/>
      </w:pPr>
      <w:r>
        <w:t>وہ مردہ ہیں جن میں جان نہیں اور وہ نہیں جانتے کہ وہ کب اٹھائے جائیں گے۔</w:t>
      </w:r>
    </w:p>
    <w:p>
      <w:r>
        <w:rPr>
          <w:b/>
        </w:rPr>
        <w:t xml:space="preserve">[03:42] </w:t>
      </w:r>
      <w:r>
        <w:t>tumhara maabood ek hi maabood hai, magar jo log akhirat par iman nahin rakhte un ke dil munkir</w:t>
      </w:r>
    </w:p>
    <w:p>
      <w:pPr>
        <w:jc w:val="right"/>
      </w:pPr>
      <w:r>
        <w:t>تمہارا معبود ایک ہی معبود ہے، مگر جو لوگ آخرت پر ایمان نہیں رکھتے ان کے دل منکر</w:t>
      </w:r>
    </w:p>
    <w:p>
      <w:r>
        <w:rPr>
          <w:b/>
        </w:rPr>
        <w:t xml:space="preserve">[03:47] </w:t>
      </w:r>
      <w:r>
        <w:t>hain aur woh takabbur karte hain.</w:t>
      </w:r>
    </w:p>
    <w:p>
      <w:pPr>
        <w:jc w:val="right"/>
      </w:pPr>
      <w:r>
        <w:t>ہیں اور وہ تکبر کرتے ہیں۔</w:t>
      </w:r>
    </w:p>
    <w:p>
      <w:r>
        <w:rPr>
          <w:b/>
        </w:rPr>
        <w:t xml:space="preserve">[03:52] </w:t>
      </w:r>
      <w:r>
        <w:t>Allah yaqeenan janta hai jo kuch woh chupate hain aur jo kuch woh zahir karte hain.</w:t>
      </w:r>
    </w:p>
    <w:p>
      <w:pPr>
        <w:jc w:val="right"/>
      </w:pPr>
      <w:r>
        <w:t>اللہ یقینا جانتا ہے جو کچھ وہ چھپاتے ہیں اور جو کچھ وہ ظاہر کرتے ہیں۔</w:t>
      </w:r>
    </w:p>
    <w:p>
      <w:r>
        <w:rPr>
          <w:b/>
        </w:rPr>
        <w:t xml:space="preserve">[03:57] </w:t>
      </w:r>
      <w:r>
        <w:t>Bay shak woh takabbur karne walon ko</w:t>
      </w:r>
    </w:p>
    <w:p>
      <w:pPr>
        <w:jc w:val="right"/>
      </w:pPr>
      <w:r>
        <w:t>بے شک وہ تکبر کرنے والوں کو</w:t>
      </w:r>
    </w:p>
    <w:p>
      <w:r>
        <w:rPr>
          <w:b/>
        </w:rPr>
        <w:t xml:space="preserve">[04:02] </w:t>
      </w:r>
      <w:r>
        <w:t>pasand nahi karta.</w:t>
      </w:r>
    </w:p>
    <w:p>
      <w:pPr>
        <w:jc w:val="right"/>
      </w:pPr>
      <w:r>
        <w:t>پسند نہیں کرتا۔</w:t>
      </w:r>
    </w:p>
    <w:p>
      <w:r>
        <w:rPr>
          <w:b/>
        </w:rPr>
        <w:t xml:space="preserve">[04:07] </w:t>
      </w:r>
      <w:r>
        <w:t>Aur jab un se kaha jaye ke tumhare Rab ne kya cheez utari hai to woh kehte hain</w:t>
      </w:r>
    </w:p>
    <w:p>
      <w:pPr>
        <w:jc w:val="right"/>
      </w:pPr>
      <w:r>
        <w:t>اور جب ان سے کہا جائے کہ تمہارے رب نے کیا چیز اتاری ہے تو وہ کہتے ہیں</w:t>
      </w:r>
    </w:p>
    <w:p>
      <w:r>
        <w:rPr>
          <w:b/>
        </w:rPr>
        <w:t xml:space="preserve">[04:12] </w:t>
      </w:r>
      <w:r>
        <w:t>ke agle logon ki kahaniyan hain taakeh woh qayamat ke din apne bojh bhi pure uthayein aur un</w:t>
      </w:r>
    </w:p>
    <w:p>
      <w:pPr>
        <w:jc w:val="right"/>
      </w:pPr>
      <w:r>
        <w:t>کہ اگلے لوگوں کی کہانیاں ہیں تاکہ وہ قیامت کے دن اپنے بوجھ بھی پورے اٹھائیں اور ان</w:t>
      </w:r>
    </w:p>
    <w:p>
      <w:r>
        <w:rPr>
          <w:b/>
        </w:rPr>
        <w:t xml:space="preserve">[04:17] </w:t>
      </w:r>
      <w:r>
        <w:t>logon ke bojh mein se bhi jin ko woh baghair kisi ilm ke gumrah kar rahe hain.</w:t>
      </w:r>
    </w:p>
    <w:p>
      <w:pPr>
        <w:jc w:val="right"/>
      </w:pPr>
      <w:r>
        <w:t>لوگوں کے بوجھ میں سے بھی جن کو وہ بغیر کسی علم کے گمراہ کر رہے ہیں۔</w:t>
      </w:r>
    </w:p>
    <w:p>
      <w:r>
        <w:rPr>
          <w:b/>
        </w:rPr>
        <w:t xml:space="preserve">[04:22] </w:t>
      </w:r>
      <w:r>
        <w:t>Yaad rakho bohat bura hai woh bojh jis ko woh utha rahe hain.</w:t>
      </w:r>
    </w:p>
    <w:p>
      <w:pPr>
        <w:jc w:val="right"/>
      </w:pPr>
      <w:r>
        <w:t>یاد رکھو بہت برا ہے وہ بوجھ جس کو وہ اٹھا رہے ہیں۔</w:t>
      </w:r>
    </w:p>
    <w:p>
      <w:r>
        <w:rPr>
          <w:b/>
        </w:rPr>
        <w:t xml:space="preserve">[04:27] </w:t>
      </w:r>
      <w:r>
        <w:t>Un se pehle walon ne bhi tadbiren keen, phir Allah</w:t>
      </w:r>
    </w:p>
    <w:p>
      <w:pPr>
        <w:jc w:val="right"/>
      </w:pPr>
      <w:r>
        <w:t>ان سے پہلے والوں نے بھی تدبیریں کیں، پھر اللہ</w:t>
      </w:r>
    </w:p>
    <w:p>
      <w:r>
        <w:rPr>
          <w:b/>
        </w:rPr>
        <w:t xml:space="preserve">[04:32] </w:t>
      </w:r>
      <w:r>
        <w:t>un ki imarat par bunyadon se aa gaya. pas chhat oopar se un ke oopar gir pari aur un par azab wahan se aa gaya jahan se un ko guman bhi na tha. phir qayamat ke din allah un ko ruswa karega aur kahega ke woh meray shareek kahan hain jin ke liye tum jhagra kiya kartay thay. jin ko ilm diya gaya tha woh kahain gay ke aaj ruswai aur azab munkiron par hai. jin logon ko farishtay</w:t>
      </w:r>
    </w:p>
    <w:p>
      <w:pPr>
        <w:jc w:val="right"/>
      </w:pPr>
      <w:r>
        <w:t>ان کی عمارت پر بنیادوں سے آگیا۔ پس چھت اوپر سے ان کے اوپر گر پڑی اور ان پر عذاب وہاں سے آگیا جہاں سے ان کو گمان بھی نہ تھا۔ پھر قیامت کے دن اللہ ان کو رسوا کرے گا اور کہے گا کہ وہ میرے شریک کہاں ہیں جن کے لیے تم جھگڑا کیا کرتے تھے۔ جن کو علم دیا گیا تھا وہ کہیں گے کہ آج رسوائی اور عذاب منکروں پر ہے۔ جن لوگوں کو فرشتے</w:t>
      </w:r>
    </w:p>
    <w:p>
      <w:r>
        <w:rPr>
          <w:b/>
        </w:rPr>
        <w:t xml:space="preserve">[05:02] </w:t>
      </w:r>
      <w:r>
        <w:t>us haal mein wafaat denge ke woh apni janon par zulm kar rahe honge to us</w:t>
      </w:r>
    </w:p>
    <w:p>
      <w:pPr>
        <w:jc w:val="right"/>
      </w:pPr>
      <w:r>
        <w:t>اس حال میں وفات دیں گے کہ وہ اپنی جانوں پر ظلم کر رہے ہوں گے تو اس</w:t>
      </w:r>
    </w:p>
    <w:p>
      <w:r>
        <w:rPr>
          <w:b/>
        </w:rPr>
        <w:t xml:space="preserve">[05:07] </w:t>
      </w:r>
      <w:r>
        <w:t>waqt woh siprit dalenge ke hum to koi bura kaam na karte the.</w:t>
      </w:r>
    </w:p>
    <w:p>
      <w:pPr>
        <w:jc w:val="right"/>
      </w:pPr>
      <w:r>
        <w:t>وقت وہ سپرٹ ڈالیں گے کہ ہم تو کوئی برا کام نہ کرتے تھے۔</w:t>
      </w:r>
    </w:p>
    <w:p>
      <w:r>
        <w:rPr>
          <w:b/>
        </w:rPr>
        <w:t xml:space="preserve">[05:12] </w:t>
      </w:r>
      <w:r>
        <w:t>Haan bay shak Allah janta hai jo kuch tum karte the.</w:t>
      </w:r>
    </w:p>
    <w:p>
      <w:pPr>
        <w:jc w:val="right"/>
      </w:pPr>
      <w:r>
        <w:t>ہاں بے شک اللہ جانتا ہے جو کچھ تم کرتے تھے۔</w:t>
      </w:r>
    </w:p>
    <w:p>
      <w:r>
        <w:rPr>
          <w:b/>
        </w:rPr>
        <w:t xml:space="preserve">[05:17] </w:t>
      </w:r>
      <w:r>
        <w:t>Ab jahannum ke darwazon mein dakhil ho jao, is mein hamesha hamesha raho.</w:t>
      </w:r>
    </w:p>
    <w:p>
      <w:pPr>
        <w:jc w:val="right"/>
      </w:pPr>
      <w:r>
        <w:t>اب جہنم کے دروازوں میں داخل ہو جاؤ، اس میں ہمیشہ ہمیشہ رہو۔</w:t>
      </w:r>
    </w:p>
    <w:p>
      <w:r>
        <w:rPr>
          <w:b/>
        </w:rPr>
        <w:t xml:space="preserve">[05:22] </w:t>
      </w:r>
      <w:r>
        <w:t>Pas kaisa bura thikana hai takabbur karne walon ka.</w:t>
      </w:r>
    </w:p>
    <w:p>
      <w:pPr>
        <w:jc w:val="right"/>
      </w:pPr>
      <w:r>
        <w:t>پس کیسا برا ٹھکانہ ہے تکبر کرنے والوں کا۔</w:t>
      </w:r>
    </w:p>
    <w:p>
      <w:r>
        <w:rPr>
          <w:b/>
        </w:rPr>
        <w:t xml:space="preserve">[05:27] </w:t>
      </w:r>
      <w:r>
        <w:t>Aur jo taqwa wale hain un se kaha gaya ke tumhare Rab ne kya cheez utari</w:t>
      </w:r>
    </w:p>
    <w:p>
      <w:pPr>
        <w:jc w:val="right"/>
      </w:pPr>
      <w:r>
        <w:t>اور جو تقویٰ والے ہیں ان سے کہا گیا کہ تمہارے رب نے کیا چیز اتاری</w:t>
      </w:r>
    </w:p>
    <w:p>
      <w:r>
        <w:rPr>
          <w:b/>
        </w:rPr>
        <w:t xml:space="preserve">[05:32] </w:t>
      </w:r>
      <w:r>
        <w:t>hai to unhon ne kaha ke naik baat. jin logon ne bhalaai ki un ke liye is dunya mein bhi bhalaai hai aur aakhirat ka ghar behtar hai. aur kya khoob ghar hai taqwa walon ka. hamesha rehne ke bagh hain jin mein woh dakhil hon gay, un ke neechay se nehren jari hon gi, un ke liye wahan sab kuch hoga jo woh chahen. allah parhezgaron ko aisa hi badla de ga. jin ki rooh farishtay is halat</w:t>
      </w:r>
    </w:p>
    <w:p>
      <w:pPr>
        <w:jc w:val="right"/>
      </w:pPr>
      <w:r>
        <w:t>ہے تو انہوں نے کہا کہ نیک بات۔ جن لوگوں نے بھلائی کی ان کے لیے اس دنیا میں بھی بھلائی ہے اور آخرت کا گھر بہتر ہے۔ اور کیا خوب گھر ہے تقویٰ والوں کا۔ ہمیشہ رہنے کے باغ ہیں جن میں وہ داخل ہوں گے، ان کے نیچے سے نہریں جاری ہوں گی، ان کے لیے وہاں سب کچھ ہوگا جو وہ چاہیں۔ اللہ پرہیزگاروں کو ایسا ہی بدلہ دے گا۔ جن کی روح فرشتے اس حالت</w:t>
      </w:r>
    </w:p>
    <w:p>
      <w:r>
        <w:rPr>
          <w:b/>
        </w:rPr>
        <w:t xml:space="preserve">[06:02] </w:t>
      </w:r>
      <w:r>
        <w:t>mein qabz karte hain ke woh pak hain.</w:t>
      </w:r>
    </w:p>
    <w:p>
      <w:pPr>
        <w:jc w:val="right"/>
      </w:pPr>
      <w:r>
        <w:t>میں قبض کرتے ہیں کہ وہ پاک ہیں۔</w:t>
      </w:r>
    </w:p>
    <w:p>
      <w:r>
        <w:rPr>
          <w:b/>
        </w:rPr>
        <w:t xml:space="preserve">[06:06] </w:t>
      </w:r>
      <w:r>
        <w:t>Farishte kehte hain tum par salamti ho, jannat mein dakhil ho jao.</w:t>
      </w:r>
    </w:p>
    <w:p>
      <w:pPr>
        <w:jc w:val="right"/>
      </w:pPr>
      <w:r>
        <w:t>فرشتے کہتے ہیں تم پر سلامتی ہو، جنت میں داخل ہو جاؤ۔</w:t>
      </w:r>
    </w:p>
    <w:p>
      <w:r>
        <w:rPr>
          <w:b/>
        </w:rPr>
        <w:t xml:space="preserve">[06:11] </w:t>
      </w:r>
      <w:r>
        <w:t>Apne aamal ke badle mein.</w:t>
      </w:r>
    </w:p>
    <w:p>
      <w:pPr>
        <w:jc w:val="right"/>
      </w:pPr>
      <w:r>
        <w:t>اپنے اعمال کے بدلے میں۔</w:t>
      </w:r>
    </w:p>
    <w:p>
      <w:r>
        <w:rPr>
          <w:b/>
        </w:rPr>
        <w:t xml:space="preserve">[06:15] </w:t>
      </w:r>
      <w:r>
        <w:t>Kya yeh log is ke muntazir hain ke un ke paas farishte ayein ya tumhare Rab ka hukum</w:t>
      </w:r>
    </w:p>
    <w:p>
      <w:pPr>
        <w:jc w:val="right"/>
      </w:pPr>
      <w:r>
        <w:t>کیا یہ لوگ اس کے منتظر ہیں کہ ان کے پاس فرشتے آئیں یا تمہارے رب کا حکم</w:t>
      </w:r>
    </w:p>
    <w:p>
      <w:r>
        <w:rPr>
          <w:b/>
        </w:rPr>
        <w:t xml:space="preserve">[06:19] </w:t>
      </w:r>
      <w:r>
        <w:t>a jaye? Aisa hi un se pehle walon ne kiya aur Allah ne un par zulm nahi kiya balkeh</w:t>
      </w:r>
    </w:p>
    <w:p>
      <w:pPr>
        <w:jc w:val="right"/>
      </w:pPr>
      <w:r>
        <w:t>آجائے؟ ایسا ہی ان سے پہلے والوں نے کیا اور اللہ نے ان پر ظلم نہیں کیا بلکہ</w:t>
      </w:r>
    </w:p>
    <w:p>
      <w:r>
        <w:rPr>
          <w:b/>
        </w:rPr>
        <w:t xml:space="preserve">[06:23] </w:t>
      </w:r>
      <w:r>
        <w:t>woh khud hi apne upar zulm kar rahe the.</w:t>
      </w:r>
    </w:p>
    <w:p>
      <w:pPr>
        <w:jc w:val="right"/>
      </w:pPr>
      <w:r>
        <w:t>وہ خود ہی اپنے اوپر ظلم کر رہے تھے۔</w:t>
      </w:r>
    </w:p>
    <w:p>
      <w:r>
        <w:rPr>
          <w:b/>
        </w:rPr>
        <w:t xml:space="preserve">[06:28] </w:t>
      </w:r>
      <w:r>
        <w:t>Phir un ko un ke bure kaam ki sazayein milein</w:t>
      </w:r>
    </w:p>
    <w:p>
      <w:pPr>
        <w:jc w:val="right"/>
      </w:pPr>
      <w:r>
        <w:t>پھر ان کو ان کے برے کام کی سزائیں ملیں</w:t>
      </w:r>
    </w:p>
    <w:p>
      <w:r>
        <w:rPr>
          <w:b/>
        </w:rPr>
        <w:t xml:space="preserve">[06:32] </w:t>
      </w:r>
      <w:r>
        <w:t>aur jis cheez ka woh mazak udate the us ne un ko gher liya.</w:t>
      </w:r>
    </w:p>
    <w:p>
      <w:pPr>
        <w:jc w:val="right"/>
      </w:pPr>
      <w:r>
        <w:t>اور جس چیز کا وہ مذاق اڑاتے تھے اس نے ان کو گھیر لیا۔</w:t>
      </w:r>
    </w:p>
    <w:p>
      <w:r>
        <w:rPr>
          <w:b/>
        </w:rPr>
        <w:t xml:space="preserve">[06:36] </w:t>
      </w:r>
      <w:r>
        <w:t>Aur jin logon ne shirk kiya woh kehte hain agar Allah chahta to hum is ke siwa kisi</w:t>
      </w:r>
    </w:p>
    <w:p>
      <w:pPr>
        <w:jc w:val="right"/>
      </w:pPr>
      <w:r>
        <w:t>اور جن لوگوں نے شرک کیا وہ کہتے ہیں اگر اللہ چاہتا تو ہم اس کے سوا کسی</w:t>
      </w:r>
    </w:p>
    <w:p>
      <w:r>
        <w:rPr>
          <w:b/>
        </w:rPr>
        <w:t xml:space="preserve">[06:41] </w:t>
      </w:r>
      <w:r>
        <w:t>cheez ki ibadat na karte.</w:t>
      </w:r>
    </w:p>
    <w:p>
      <w:pPr>
        <w:jc w:val="right"/>
      </w:pPr>
      <w:r>
        <w:t>چیز کی عبادت نہ کرتے۔</w:t>
      </w:r>
    </w:p>
    <w:p>
      <w:r>
        <w:rPr>
          <w:b/>
        </w:rPr>
        <w:t xml:space="preserve">[06:45] </w:t>
      </w:r>
      <w:r>
        <w:t>nah hum aur nah hamare baap dada aur nah hum is ke baghair kisi cheez ko haram thairate.</w:t>
      </w:r>
    </w:p>
    <w:p>
      <w:pPr>
        <w:jc w:val="right"/>
      </w:pPr>
      <w:r>
        <w:t>نہ ہم اور نہ ہمارے باپ دادا اور نہ ہم اس کے بغیر کسی چیز کو حرام ٹھہراتے۔</w:t>
      </w:r>
    </w:p>
    <w:p>
      <w:r>
        <w:rPr>
          <w:b/>
        </w:rPr>
        <w:t xml:space="preserve">[06:49] </w:t>
      </w:r>
      <w:r>
        <w:t>aisa hi un se pehle walon ne kiya tha.</w:t>
      </w:r>
    </w:p>
    <w:p>
      <w:pPr>
        <w:jc w:val="right"/>
      </w:pPr>
      <w:r>
        <w:t>ایسا ہی ان سے پہلے والوں نے کیا تھا۔</w:t>
      </w:r>
    </w:p>
    <w:p>
      <w:r>
        <w:rPr>
          <w:b/>
        </w:rPr>
        <w:t xml:space="preserve">[06:54] </w:t>
      </w:r>
      <w:r>
        <w:t>pas rasoolon ke zimme to sirf saaf saaf pohancha dena hai.</w:t>
      </w:r>
    </w:p>
    <w:p>
      <w:pPr>
        <w:jc w:val="right"/>
      </w:pPr>
      <w:r>
        <w:t>پس رسولوں کے ذمے تو صرف صاف صاف پہنچا دینا ہے۔</w:t>
      </w:r>
    </w:p>
    <w:p>
      <w:r>
        <w:rPr>
          <w:b/>
        </w:rPr>
        <w:t xml:space="preserve">[06:58] </w:t>
      </w:r>
      <w:r>
        <w:t>aur hum ne har ummat</w:t>
      </w:r>
    </w:p>
    <w:p>
      <w:pPr>
        <w:jc w:val="right"/>
      </w:pPr>
      <w:r>
        <w:t>اور ہم نے ہر امت</w:t>
      </w:r>
    </w:p>
    <w:p>
      <w:r>
        <w:rPr>
          <w:b/>
        </w:rPr>
        <w:t xml:space="preserve">[07:02] </w:t>
      </w:r>
      <w:r>
        <w:t>mein aik rasool bheja ke Allah ki ibadat karo aur taghoot se bacho.</w:t>
      </w:r>
    </w:p>
    <w:p>
      <w:pPr>
        <w:jc w:val="right"/>
      </w:pPr>
      <w:r>
        <w:t>میں ایک رسول بھیجا کہ اللہ کی عبادت کرو اور طاغوت سے بچو۔</w:t>
      </w:r>
    </w:p>
    <w:p>
      <w:r>
        <w:rPr>
          <w:b/>
        </w:rPr>
        <w:t xml:space="preserve">[07:07] </w:t>
      </w:r>
      <w:r>
        <w:t>pas in mein se kuch ko Allah ne hidait di aur kisi par gumrahi sabit hui.</w:t>
      </w:r>
    </w:p>
    <w:p>
      <w:pPr>
        <w:jc w:val="right"/>
      </w:pPr>
      <w:r>
        <w:t>پس ان میں سے کچھ کو اللہ نے ہدایت دی اور کسی پر گمراہی ثابت ہوئی۔</w:t>
      </w:r>
    </w:p>
    <w:p>
      <w:r>
        <w:rPr>
          <w:b/>
        </w:rPr>
        <w:t xml:space="preserve">[07:11] </w:t>
      </w:r>
      <w:r>
        <w:t>pas zameen mein chal phir kar dekho ke jhutlane walon ka anjam kya hua.</w:t>
      </w:r>
    </w:p>
    <w:p>
      <w:pPr>
        <w:jc w:val="right"/>
      </w:pPr>
      <w:r>
        <w:t>پس زمین میں چل پھر کر دیکھو کہ جھٹلانے والوں کا انجام کیا ہوا۔</w:t>
      </w:r>
    </w:p>
    <w:p>
      <w:r>
        <w:rPr>
          <w:b/>
        </w:rPr>
        <w:t xml:space="preserve">[07:15] </w:t>
      </w:r>
      <w:r>
        <w:t>agar tum is ki hidait ke hareess ho to Allah is ko hidait nahi deta jis ko wo</w:t>
      </w:r>
    </w:p>
    <w:p>
      <w:pPr>
        <w:jc w:val="right"/>
      </w:pPr>
      <w:r>
        <w:t>اگر تم اس کی ہدایت کے حریص ہو تو اللہ اس کو ہدایت نہیں دیتا جس کو وہ</w:t>
      </w:r>
    </w:p>
    <w:p>
      <w:r>
        <w:rPr>
          <w:b/>
        </w:rPr>
        <w:t xml:space="preserve">[07:20] </w:t>
      </w:r>
      <w:r>
        <w:t>gumrah kar deta hai.</w:t>
      </w:r>
    </w:p>
    <w:p>
      <w:pPr>
        <w:jc w:val="right"/>
      </w:pPr>
      <w:r>
        <w:t>گمراہ کر دیتا ہے۔</w:t>
      </w:r>
    </w:p>
    <w:p>
      <w:r>
        <w:rPr>
          <w:b/>
        </w:rPr>
        <w:t xml:space="preserve">[07:24] </w:t>
      </w:r>
      <w:r>
        <w:t>aur un ka koi madadgar nahi.</w:t>
      </w:r>
    </w:p>
    <w:p>
      <w:pPr>
        <w:jc w:val="right"/>
      </w:pPr>
      <w:r>
        <w:t>اور ان کا کوئی مددگار نہیں۔</w:t>
      </w:r>
    </w:p>
    <w:p>
      <w:r>
        <w:rPr>
          <w:b/>
        </w:rPr>
        <w:t xml:space="preserve">[07:28] </w:t>
      </w:r>
      <w:r>
        <w:t>aur yeh log Allah ki qasmein khate hain.</w:t>
      </w:r>
    </w:p>
    <w:p>
      <w:pPr>
        <w:jc w:val="right"/>
      </w:pPr>
      <w:r>
        <w:t>اور یہ لوگ اللہ کی قسمیں کھاتے ہیں۔</w:t>
      </w:r>
    </w:p>
    <w:p>
      <w:r>
        <w:rPr>
          <w:b/>
        </w:rPr>
        <w:t xml:space="preserve">[07:33] </w:t>
      </w:r>
      <w:r>
        <w:t>sakht qasmen ke jo shakhs mar jaye ga allah us ko nahi uthaye ga. haan yeh is ke oopar aik pak wada hai lekin aksar log nahi jantay. taake un ke samnay is cheez ko khol de jis mein woh ikhtilaf kar rahay hain. aur inkar karnay walay log jaan len ke woh jhootay thay. jab hum kisi cheez ka irada kartay hain to itna hi hamara kehna hota hai ke hum us ko kehtay hain ke ho ja to</w:t>
      </w:r>
    </w:p>
    <w:p>
      <w:pPr>
        <w:jc w:val="right"/>
      </w:pPr>
      <w:r>
        <w:t>سخت قسمیں کہ جو شخص مر جائے گا اللہ اس کو نہیں اٹھائے گا۔ ہاں یہ اس کے اوپر ایک پکا وعدہ ہے لیکن اکثر لوگ نہیں جانتے۔ تاکہ ان کے سامنے اس چیز کو کھول دے جس میں وہ اختلاف کر رہے ہیں۔ اور انکار کرنے والے لوگ جان لیں کہ وہ جھوٹے تھے۔ جب ہم کسی چیز کا ارادہ کرتے ہیں تو اتنا ہی ہمارا کہنا ہوتا ہے کہ ہم اس کو کہتے ہیں کہ ہو جا تو</w:t>
      </w:r>
    </w:p>
    <w:p>
      <w:r>
        <w:rPr>
          <w:b/>
        </w:rPr>
        <w:t xml:space="preserve">[08:03] </w:t>
      </w:r>
      <w:r>
        <w:t>woh ho jati hai. aur jin logon ne allah ke liye apna watan chhora baad is ke ke un par zulm kiya gaya hum un ko dunya mein zaroor acha thikana den gay aur aakhirat ka sawab to bohat bara hai. kaash woh jantay. woh aisay hain jo sabr kartay hain aur apnay rab par bharosa rakhtay hain. aur hum ne tum se pehlay bhi admiyon hi ko rasool bana kar bheja jin ki taraf hum wahi</w:t>
      </w:r>
    </w:p>
    <w:p>
      <w:pPr>
        <w:jc w:val="right"/>
      </w:pPr>
      <w:r>
        <w:t>وہ ہو جاتی ہے۔ اور جن لوگوں نے اللہ کے لیے اپنا وطن چھوڑا بعد اس کے کہ ان پر ظلم کیا گیا ہم ان کو دنیا میں ضرور اچھا ٹھکانہ دیں گے اور آخرت کا ثواب تو بہت بڑا ہے۔ کاش وہ جانتے۔ وہ ایسے ہیں جو صبر کرتے ہیں اور اپنے رب پر بھروسہ رکھتے ہیں۔ اور ہم نے تم سے پہلے بھی آدمیوں ہی کو رسول بنا کر بھیجا جن کی طرف ہم وح</w:t>
      </w:r>
    </w:p>
    <w:p>
      <w:r>
        <w:rPr>
          <w:b/>
        </w:rPr>
        <w:t xml:space="preserve">[08:33] </w:t>
      </w:r>
      <w:r>
        <w:t>y karte the.</w:t>
      </w:r>
    </w:p>
    <w:p>
      <w:pPr>
        <w:jc w:val="right"/>
      </w:pPr>
      <w:r>
        <w:t>ی کرتے تھے۔</w:t>
      </w:r>
    </w:p>
    <w:p>
      <w:r>
        <w:rPr>
          <w:b/>
        </w:rPr>
        <w:t xml:space="preserve">[08:37] </w:t>
      </w:r>
      <w:r>
        <w:t>pas ahle ilm se pooch lo agar tum nahi jante.</w:t>
      </w:r>
    </w:p>
    <w:p>
      <w:pPr>
        <w:jc w:val="right"/>
      </w:pPr>
      <w:r>
        <w:t>پس اہل علم سے پوچھ لو اگر تم نہیں جانتے۔</w:t>
      </w:r>
    </w:p>
    <w:p>
      <w:r>
        <w:rPr>
          <w:b/>
        </w:rPr>
        <w:t xml:space="preserve">[08:41] </w:t>
      </w:r>
      <w:r>
        <w:t>hum ne bheja tha in ko dalail aur kitabon ke sath aur hum ne tum par bhi yaad</w:t>
      </w:r>
    </w:p>
    <w:p>
      <w:pPr>
        <w:jc w:val="right"/>
      </w:pPr>
      <w:r>
        <w:t>ہم نے بھیجا تھا ان کو دلائل اور کتابوں کے ساتھ اور ہم نے تم پر بھی یاد</w:t>
      </w:r>
    </w:p>
    <w:p>
      <w:r>
        <w:rPr>
          <w:b/>
        </w:rPr>
        <w:t xml:space="preserve">[08:46] </w:t>
      </w:r>
      <w:r>
        <w:t>dahani utari ta ke tum logon par is cheez ko wazeh kar do jo un ki taraf utari gayi hai.</w:t>
      </w:r>
    </w:p>
    <w:p>
      <w:pPr>
        <w:jc w:val="right"/>
      </w:pPr>
      <w:r>
        <w:t>دہانی اتاری تاکہ تم لوگوں پر اس چیز کو واضح کر دو جو ان کی طرف اتاری گئی ہے۔</w:t>
      </w:r>
    </w:p>
    <w:p>
      <w:r>
        <w:rPr>
          <w:b/>
        </w:rPr>
        <w:t xml:space="preserve">[08:50] </w:t>
      </w:r>
      <w:r>
        <w:t>aur ta ke wo ghaur karen.</w:t>
      </w:r>
    </w:p>
    <w:p>
      <w:pPr>
        <w:jc w:val="right"/>
      </w:pPr>
      <w:r>
        <w:t>اور تاکہ وہ غور کریں۔</w:t>
      </w:r>
    </w:p>
    <w:p>
      <w:r>
        <w:rPr>
          <w:b/>
        </w:rPr>
        <w:t xml:space="preserve">[08:54] </w:t>
      </w:r>
      <w:r>
        <w:t>kya wo log jo buri tadbiren kar rahe hain wo is baat se befikar hain ke Allah</w:t>
      </w:r>
    </w:p>
    <w:p>
      <w:pPr>
        <w:jc w:val="right"/>
      </w:pPr>
      <w:r>
        <w:t>کیا وہ لوگ جو بری تدبیریں کر رہے ہیں وہ اس بات سے بے فکر ہیں کہ اللہ</w:t>
      </w:r>
    </w:p>
    <w:p>
      <w:r>
        <w:rPr>
          <w:b/>
        </w:rPr>
        <w:t xml:space="preserve">[08:59] </w:t>
      </w:r>
      <w:r>
        <w:t>un ko zameen mein dhansa de ya un par azab</w:t>
      </w:r>
    </w:p>
    <w:p>
      <w:pPr>
        <w:jc w:val="right"/>
      </w:pPr>
      <w:r>
        <w:t>ان کو زمین میں دھنسا دے یا ان پر عذاب</w:t>
      </w:r>
    </w:p>
    <w:p>
      <w:r>
        <w:rPr>
          <w:b/>
        </w:rPr>
        <w:t xml:space="preserve">[09:03] </w:t>
      </w:r>
      <w:r>
        <w:t>wohan se aa jaye jahan se un ko guman bhi na ho ya un ko chalte phirte pakad le</w:t>
      </w:r>
    </w:p>
    <w:p>
      <w:pPr>
        <w:jc w:val="right"/>
      </w:pPr>
      <w:r>
        <w:t>وہاں سے آجائے جہاں سے ان کو گمان بھی نہ ہو یا ان کو چلتے پھرتے پکڑ لے</w:t>
      </w:r>
    </w:p>
    <w:p>
      <w:r>
        <w:rPr>
          <w:b/>
        </w:rPr>
        <w:t xml:space="preserve">[09:09] </w:t>
      </w:r>
      <w:r>
        <w:t>to wo log Khuda ko aajiz nahi kar sakte ya un ko andeshe ki halat mein pakad le?</w:t>
      </w:r>
    </w:p>
    <w:p>
      <w:pPr>
        <w:jc w:val="right"/>
      </w:pPr>
      <w:r>
        <w:t>تو وہ لوگ خدا کو عاجز نہیں کر سکتے یا ان کو اندیشے کی حالت میں پکڑ لے؟</w:t>
      </w:r>
    </w:p>
    <w:p>
      <w:r>
        <w:rPr>
          <w:b/>
        </w:rPr>
        <w:t xml:space="preserve">[09:15] </w:t>
      </w:r>
      <w:r>
        <w:t>pas tumhara Rab shafiq aur meherban hai.</w:t>
      </w:r>
    </w:p>
    <w:p>
      <w:pPr>
        <w:jc w:val="right"/>
      </w:pPr>
      <w:r>
        <w:t>پس تمہارا رب شفیق اور مہربان ہے۔</w:t>
      </w:r>
    </w:p>
    <w:p>
      <w:r>
        <w:rPr>
          <w:b/>
        </w:rPr>
        <w:t xml:space="preserve">[09:21] </w:t>
      </w:r>
      <w:r>
        <w:t>kya wo nahi dekhte ke Allah ne jo cheez bhi paida ki hai us ke saye dayen taraf</w:t>
      </w:r>
    </w:p>
    <w:p>
      <w:pPr>
        <w:jc w:val="right"/>
      </w:pPr>
      <w:r>
        <w:t>کیا وہ نہیں دیکھتے کہ اللہ نے جو چیز بھی پیدا کی ہے اس کے سائے دائیں طرف</w:t>
      </w:r>
    </w:p>
    <w:p>
      <w:r>
        <w:rPr>
          <w:b/>
        </w:rPr>
        <w:t xml:space="preserve">[09:27] </w:t>
      </w:r>
      <w:r>
        <w:t>aur bayen taraf jhuk jate hain Allah ko sajda karte hue aur wo sab aajiz hain. aur</w:t>
      </w:r>
    </w:p>
    <w:p>
      <w:pPr>
        <w:jc w:val="right"/>
      </w:pPr>
      <w:r>
        <w:t>اور بائیں طرف جھک جاتے ہیں اللہ کو سجدہ کرتے ہوئے اور وہ سب عاجز ہیں۔ اور</w:t>
      </w:r>
    </w:p>
    <w:p>
      <w:r>
        <w:rPr>
          <w:b/>
        </w:rPr>
        <w:t xml:space="preserve">[09:33] </w:t>
      </w:r>
      <w:r>
        <w:t>Allah hi ko sajda karti hain jitni cheezen chalne wali aasmanon aur zameen mein hain.</w:t>
      </w:r>
    </w:p>
    <w:p>
      <w:pPr>
        <w:jc w:val="right"/>
      </w:pPr>
      <w:r>
        <w:t>اللہ ہی کو سجدہ کرتی ہیں جتنی چیزیں چلنے والی آسمانوں اور زمین میں ہیں۔</w:t>
      </w:r>
    </w:p>
    <w:p>
      <w:r>
        <w:rPr>
          <w:b/>
        </w:rPr>
        <w:t xml:space="preserve">[09:38] </w:t>
      </w:r>
      <w:r>
        <w:t>aur farishte bhi aur wo takabbur nahi karte.</w:t>
      </w:r>
    </w:p>
    <w:p>
      <w:pPr>
        <w:jc w:val="right"/>
      </w:pPr>
      <w:r>
        <w:t>اور فرشتے بھی اور وہ تکبر نہیں کرتے۔</w:t>
      </w:r>
    </w:p>
    <w:p>
      <w:r>
        <w:rPr>
          <w:b/>
        </w:rPr>
        <w:t xml:space="preserve">[09:43] </w:t>
      </w:r>
      <w:r>
        <w:t>woh apne upar apne rab se darte hain aur wohi karte hain jis ka un ko hukum milta hai.</w:t>
      </w:r>
    </w:p>
    <w:p>
      <w:pPr>
        <w:jc w:val="right"/>
      </w:pPr>
      <w:r>
        <w:t>وہ اپنے اوپر اپنے رب سے ڈرتے ہیں اور وہی کرتے ہیں جس کا ان کو حکم ملتا ہے۔</w:t>
      </w:r>
    </w:p>
    <w:p>
      <w:r>
        <w:rPr>
          <w:b/>
        </w:rPr>
        <w:t xml:space="preserve">[09:48] </w:t>
      </w:r>
      <w:r>
        <w:t>aur Allah ne farmaya ke do maabood mat banao.</w:t>
      </w:r>
    </w:p>
    <w:p>
      <w:pPr>
        <w:jc w:val="right"/>
      </w:pPr>
      <w:r>
        <w:t>اور اللہ نے فرمایا کہ دو معبود مت بناؤ۔</w:t>
      </w:r>
    </w:p>
    <w:p>
      <w:r>
        <w:rPr>
          <w:b/>
        </w:rPr>
        <w:t xml:space="preserve">[09:53] </w:t>
      </w:r>
      <w:r>
        <w:t>woh ek hi maabood hai to mujh hi se daro.</w:t>
      </w:r>
    </w:p>
    <w:p>
      <w:pPr>
        <w:jc w:val="right"/>
      </w:pPr>
      <w:r>
        <w:t>وہ ایک ہی معبود ہے تو مجھ ہی سے ڈرو۔</w:t>
      </w:r>
    </w:p>
    <w:p>
      <w:r>
        <w:rPr>
          <w:b/>
        </w:rPr>
        <w:t xml:space="preserve">[09:58] </w:t>
      </w:r>
      <w:r>
        <w:t>aur isi ka hai jo kuch aasmanon aur zameen mein hai aur</w:t>
      </w:r>
    </w:p>
    <w:p>
      <w:pPr>
        <w:jc w:val="right"/>
      </w:pPr>
      <w:r>
        <w:t>اور اسی کا ہے جو کچھ آسمانوں اور زمین میں ہے اور</w:t>
      </w:r>
    </w:p>
    <w:p>
      <w:r>
        <w:rPr>
          <w:b/>
        </w:rPr>
        <w:t xml:space="preserve">[10:03] </w:t>
      </w:r>
      <w:r>
        <w:t>usi ki itaat hai hamesha. to kya tum allah ke siwa auron se dartay ho? aur tumharay pas jo nemt bhi hai woh allah hi ki taraf se hai. phir jab tum ko takleef pohanchti hai to us se faryad kartay ho. phir jab woh tum se takleef door kar deta hai to tum mein se aik giroh apna rab ka shareek thehrane lagta hai taake woh munkir ho jayen us cheez se jo hum ne un ko di hai. pas chand roza faida</w:t>
      </w:r>
    </w:p>
    <w:p>
      <w:pPr>
        <w:jc w:val="right"/>
      </w:pPr>
      <w:r>
        <w:t>اسی کی اطاعت ہے ہمیشہ۔ تو کیا تم اللہ کے سوا اوروں سے ڈرتے ہو؟ اور تمہارے پاس جو نعمت بھی ہے وہ اللہ ہی کی طرف سے ہے۔ پھر جب تم کو تکلیف پہنچتی ہے تو اس سے فریاد کرتے ہو۔ پھر جب وہ تم سے تکلیف دور کر دیتا ہے تو تم میں سے ایک گروہ اپنے رب کا شریک ٹھہرانے لگتا ہے تاکہ وہ منکر ہو جائیں اس چیز سے جو ہم نے ان کو دی ہے۔ پس چند روزہ فائ</w:t>
      </w:r>
    </w:p>
    <w:p>
      <w:r>
        <w:rPr>
          <w:b/>
        </w:rPr>
        <w:t xml:space="preserve">[10:33] </w:t>
      </w:r>
      <w:r>
        <w:t>de utha lo jald hi tum jaan loge.</w:t>
      </w:r>
    </w:p>
    <w:p>
      <w:pPr>
        <w:jc w:val="right"/>
      </w:pPr>
      <w:r>
        <w:t>دے اٹھا لو جلد ہی تم جان لو گے۔</w:t>
      </w:r>
    </w:p>
    <w:p>
      <w:r>
        <w:rPr>
          <w:b/>
        </w:rPr>
        <w:t xml:space="preserve">[10:38] </w:t>
      </w:r>
      <w:r>
        <w:t>aur yeh log hamari di hui cheezon mein se un ka hissa lagate hain jin ke mutalliq un</w:t>
      </w:r>
    </w:p>
    <w:p>
      <w:pPr>
        <w:jc w:val="right"/>
      </w:pPr>
      <w:r>
        <w:t>اور یہ لوگ ہماری دی ہوئی چیزوں میں سے ان کا حصہ لگاتے ہیں جن کے متعلق ان</w:t>
      </w:r>
    </w:p>
    <w:p>
      <w:r>
        <w:rPr>
          <w:b/>
        </w:rPr>
        <w:t xml:space="preserve">[10:42] </w:t>
      </w:r>
      <w:r>
        <w:t>ko kuch ilm nahin.</w:t>
      </w:r>
    </w:p>
    <w:p>
      <w:pPr>
        <w:jc w:val="right"/>
      </w:pPr>
      <w:r>
        <w:t>کو کچھ علم نہیں۔</w:t>
      </w:r>
    </w:p>
    <w:p>
      <w:r>
        <w:rPr>
          <w:b/>
        </w:rPr>
        <w:t xml:space="preserve">[10:46] </w:t>
      </w:r>
      <w:r>
        <w:t>khuda ki qasam jo iftara tum kar rahe ho us ki tum se zaroor baz purs hogi.</w:t>
      </w:r>
    </w:p>
    <w:p>
      <w:pPr>
        <w:jc w:val="right"/>
      </w:pPr>
      <w:r>
        <w:t>خدا کی قسم جو افترا تم کر رہے ہو اس کی تم سے ضرور باز پرس ہوگی۔</w:t>
      </w:r>
    </w:p>
    <w:p>
      <w:r>
        <w:rPr>
          <w:b/>
        </w:rPr>
        <w:t xml:space="preserve">[10:51] </w:t>
      </w:r>
      <w:r>
        <w:t>aur woh Allah ke liye betiyan thehrate hain.</w:t>
      </w:r>
    </w:p>
    <w:p>
      <w:pPr>
        <w:jc w:val="right"/>
      </w:pPr>
      <w:r>
        <w:t>اور وہ اللہ کے لیے بیٹیاں ٹھہراتے ہیں۔</w:t>
      </w:r>
    </w:p>
    <w:p>
      <w:r>
        <w:rPr>
          <w:b/>
        </w:rPr>
        <w:t xml:space="preserve">[10:55] </w:t>
      </w:r>
      <w:r>
        <w:t>woh is se pak hai aur apne liye woh jo dil chahta hai.</w:t>
      </w:r>
    </w:p>
    <w:p>
      <w:pPr>
        <w:jc w:val="right"/>
      </w:pPr>
      <w:r>
        <w:t>وہ اس سے پاک ہے اور اپنے لیے وہ جو دل چاہتا ہے۔</w:t>
      </w:r>
    </w:p>
    <w:p>
      <w:r>
        <w:rPr>
          <w:b/>
        </w:rPr>
        <w:t xml:space="preserve">[10:59] </w:t>
      </w:r>
      <w:r>
        <w:t>aur jab un mein se kisi ko beti ki khushkh</w:t>
      </w:r>
    </w:p>
    <w:p>
      <w:pPr>
        <w:jc w:val="right"/>
      </w:pPr>
      <w:r>
        <w:t>اور جب ان میں سے کسی کو بیٹی کی خوشخب</w:t>
      </w:r>
    </w:p>
    <w:p>
      <w:r>
        <w:rPr>
          <w:b/>
        </w:rPr>
        <w:t xml:space="preserve">[11:04] </w:t>
      </w:r>
      <w:r>
        <w:t>bari di jaye to uska chehra siyah par jata hai aur woh jee mein ghta rehta hai.</w:t>
      </w:r>
    </w:p>
    <w:p>
      <w:pPr>
        <w:jc w:val="right"/>
      </w:pPr>
      <w:r>
        <w:t>ری دی جائے تو اس کا چہرہ سیاہ پڑ جاتا ہے اور وہ جی میں گھٹتا رہتا ہے۔</w:t>
      </w:r>
    </w:p>
    <w:p>
      <w:r>
        <w:rPr>
          <w:b/>
        </w:rPr>
        <w:t xml:space="preserve">[11:10] </w:t>
      </w:r>
      <w:r>
        <w:t>jis cheez ki us ko khushkhbari di gayi hai us ki aad se logon se chhupa phirta hai.</w:t>
      </w:r>
    </w:p>
    <w:p>
      <w:pPr>
        <w:jc w:val="right"/>
      </w:pPr>
      <w:r>
        <w:t>جس چیز کی اس کو خوشخبری دی گئی ہے اس کی آڑ سے لوگوں سے چھپا پھرتا ہے۔</w:t>
      </w:r>
    </w:p>
    <w:p>
      <w:r>
        <w:rPr>
          <w:b/>
        </w:rPr>
        <w:t xml:space="preserve">[11:16] </w:t>
      </w:r>
      <w:r>
        <w:t>us ko zillat ke sath rakh chhodhe ya us ko mitti mein kaat de.</w:t>
      </w:r>
    </w:p>
    <w:p>
      <w:pPr>
        <w:jc w:val="right"/>
      </w:pPr>
      <w:r>
        <w:t>اس کو ذلت کے ساتھ رکھ چھوڑے یا اس کو مٹی میں کاٹ دے۔</w:t>
      </w:r>
    </w:p>
    <w:p>
      <w:r>
        <w:rPr>
          <w:b/>
        </w:rPr>
        <w:t xml:space="preserve">[11:22] </w:t>
      </w:r>
      <w:r>
        <w:t>kya hi bura faisla hai jo woh karte hain.</w:t>
      </w:r>
    </w:p>
    <w:p>
      <w:pPr>
        <w:jc w:val="right"/>
      </w:pPr>
      <w:r>
        <w:t>کیا ہی برا فیصلہ ہے جو وہ کرتے ہیں۔</w:t>
      </w:r>
    </w:p>
    <w:p>
      <w:r>
        <w:rPr>
          <w:b/>
        </w:rPr>
        <w:t xml:space="preserve">[11:28] </w:t>
      </w:r>
      <w:r>
        <w:t>buri misaal hai un logon ke liye jo aakhirat par iman nahin rakhte aur Allah ke liye aala misalein hain. woh</w:t>
      </w:r>
    </w:p>
    <w:p>
      <w:pPr>
        <w:jc w:val="right"/>
      </w:pPr>
      <w:r>
        <w:t>بری مثال ہے ان لوگوں کے لیے جو آخرت پر ایمان نہیں رکھتے اور اللہ کے لیے اعلیٰ مثالیں ہیں۔ وہ</w:t>
      </w:r>
    </w:p>
    <w:p>
      <w:r>
        <w:rPr>
          <w:b/>
        </w:rPr>
        <w:t xml:space="preserve">[11:34] </w:t>
      </w:r>
      <w:r>
        <w:t>ghalib aur hakim hai.</w:t>
      </w:r>
    </w:p>
    <w:p>
      <w:pPr>
        <w:jc w:val="right"/>
      </w:pPr>
      <w:r>
        <w:t>غالب اور حکیم ہے۔</w:t>
      </w:r>
    </w:p>
    <w:p>
      <w:r>
        <w:rPr>
          <w:b/>
        </w:rPr>
        <w:t xml:space="preserve">[11:38] </w:t>
      </w:r>
      <w:r>
        <w:t>aur agar Allah logon ko un ke zulm par pakadta to zameen par kisi jandar ko na chhodta.</w:t>
      </w:r>
    </w:p>
    <w:p>
      <w:pPr>
        <w:jc w:val="right"/>
      </w:pPr>
      <w:r>
        <w:t>اور اگر اللہ لوگوں کو ان کے ظلم پر پکڑتا تو زمین پر کسی جاندار کو نہ چھوڑتا۔</w:t>
      </w:r>
    </w:p>
    <w:p>
      <w:r>
        <w:rPr>
          <w:b/>
        </w:rPr>
        <w:t xml:space="preserve">[11:43] </w:t>
      </w:r>
      <w:r>
        <w:t>lekin woh ek muqarrar waqt tak logon ko muhlat deta hai.</w:t>
      </w:r>
    </w:p>
    <w:p>
      <w:pPr>
        <w:jc w:val="right"/>
      </w:pPr>
      <w:r>
        <w:t>لیکن وہ ایک مقرر وقت تک لوگوں کو مہلت دیتا ہے۔</w:t>
      </w:r>
    </w:p>
    <w:p>
      <w:r>
        <w:rPr>
          <w:b/>
        </w:rPr>
        <w:t xml:space="preserve">[11:47] </w:t>
      </w:r>
      <w:r>
        <w:t>phir jab un ka muqarrar waqt aajaye ga to woh na ek ghari peeche hat sakenge aur</w:t>
      </w:r>
    </w:p>
    <w:p>
      <w:pPr>
        <w:jc w:val="right"/>
      </w:pPr>
      <w:r>
        <w:t>پھر جب ان کا مقرر وقت آجائے گا تو وہ نہ ایک گھڑی پیچھے ہٹ سکیں گے اور</w:t>
      </w:r>
    </w:p>
    <w:p>
      <w:r>
        <w:rPr>
          <w:b/>
        </w:rPr>
        <w:t xml:space="preserve">[11:51] </w:t>
      </w:r>
      <w:r>
        <w:t>na aage badh sakenge.</w:t>
      </w:r>
    </w:p>
    <w:p>
      <w:pPr>
        <w:jc w:val="right"/>
      </w:pPr>
      <w:r>
        <w:t>نہ آگے بڑھ سکیں گے۔</w:t>
      </w:r>
    </w:p>
    <w:p>
      <w:r>
        <w:rPr>
          <w:b/>
        </w:rPr>
        <w:t xml:space="preserve">[11:55] </w:t>
      </w:r>
      <w:r>
        <w:t>aur woh Allah ke liye woh cheez thehrate hain jis ko apne liye napasanad karte hain aur un</w:t>
      </w:r>
    </w:p>
    <w:p>
      <w:pPr>
        <w:jc w:val="right"/>
      </w:pPr>
      <w:r>
        <w:t>اور وہ اللہ کے لیے وہ چیز ٹھہراتے ہیں جس کو اپنے لیے ناپسند کرتے ہیں اور ان</w:t>
      </w:r>
    </w:p>
    <w:p>
      <w:r>
        <w:rPr>
          <w:b/>
        </w:rPr>
        <w:t xml:space="preserve">[12:00] </w:t>
      </w:r>
      <w:r>
        <w:t>ki zubanein jhoot</w:t>
      </w:r>
    </w:p>
    <w:p>
      <w:pPr>
        <w:jc w:val="right"/>
      </w:pPr>
      <w:r>
        <w:t>کی زبانیں جھوٹ</w:t>
      </w:r>
    </w:p>
    <w:p>
      <w:r>
        <w:rPr>
          <w:b/>
        </w:rPr>
        <w:t xml:space="preserve">[12:04] </w:t>
      </w:r>
      <w:r>
        <w:t>bayan karti hain ke un ke liye bhalaai hai.</w:t>
      </w:r>
    </w:p>
    <w:p>
      <w:pPr>
        <w:jc w:val="right"/>
      </w:pPr>
      <w:r>
        <w:t>بیان کرتی ہیں کہ ان کے لیے بھلائی ہے۔</w:t>
      </w:r>
    </w:p>
    <w:p>
      <w:r>
        <w:rPr>
          <w:b/>
        </w:rPr>
        <w:t xml:space="preserve">[12:09] </w:t>
      </w:r>
      <w:r>
        <w:t>lazman un ke liye dozakh hai aur woh zaroor us mein pahuncha diye jayenge.</w:t>
      </w:r>
    </w:p>
    <w:p>
      <w:pPr>
        <w:jc w:val="right"/>
      </w:pPr>
      <w:r>
        <w:t>لازماً ان کے لیے دوزخ ہے اور وہ ضرور اس میں پہنچا دیے جائیں گے۔</w:t>
      </w:r>
    </w:p>
    <w:p>
      <w:r>
        <w:rPr>
          <w:b/>
        </w:rPr>
        <w:t xml:space="preserve">[12:14] </w:t>
      </w:r>
      <w:r>
        <w:t>khuda ki qasam hum ne tum se pehle mukhtalif qaumon ki taraf rasool bhejey.</w:t>
      </w:r>
    </w:p>
    <w:p>
      <w:pPr>
        <w:jc w:val="right"/>
      </w:pPr>
      <w:r>
        <w:t>خدا کی قسم ہم نے تم سے پہلے مختلف قوموں کی طرف رسول بھیجے۔</w:t>
      </w:r>
    </w:p>
    <w:p>
      <w:r>
        <w:rPr>
          <w:b/>
        </w:rPr>
        <w:t xml:space="preserve">[12:19] </w:t>
      </w:r>
      <w:r>
        <w:t>phir shaitan ne un ke kaam un ko achhe kar ke dikhaye.</w:t>
      </w:r>
    </w:p>
    <w:p>
      <w:pPr>
        <w:jc w:val="right"/>
      </w:pPr>
      <w:r>
        <w:t>پھر شیطان نے ان کے کام ان کو اچھے کر کے دکھائے۔</w:t>
      </w:r>
    </w:p>
    <w:p>
      <w:r>
        <w:rPr>
          <w:b/>
        </w:rPr>
        <w:t xml:space="preserve">[12:24] </w:t>
      </w:r>
      <w:r>
        <w:t>pas wohi aaj un ka saathi hai aur un ke liye aik dardnaak azaab hai.</w:t>
      </w:r>
    </w:p>
    <w:p>
      <w:pPr>
        <w:jc w:val="right"/>
      </w:pPr>
      <w:r>
        <w:t>پس وہی آج ان کا ساتھی ہے اور ان کے لیے ایک دردناک عذاب ہے۔</w:t>
      </w:r>
    </w:p>
    <w:p>
      <w:r>
        <w:rPr>
          <w:b/>
        </w:rPr>
        <w:t xml:space="preserve">[12:29] </w:t>
      </w:r>
      <w:r>
        <w:t>aur hum ne tum par kitaab sirf is liye utari hai ke tum un ko</w:t>
      </w:r>
    </w:p>
    <w:p>
      <w:pPr>
        <w:jc w:val="right"/>
      </w:pPr>
      <w:r>
        <w:t>اور ہم نے تم پر کتاب صرف اس لیے اتاری ہے کہ تم ان کو</w:t>
      </w:r>
    </w:p>
    <w:p>
      <w:r>
        <w:rPr>
          <w:b/>
        </w:rPr>
        <w:t xml:space="preserve">[12:34] </w:t>
      </w:r>
      <w:r>
        <w:t>woh cheez khol kar suna do jis mein woh ikhtilaf kar rahe hain.</w:t>
      </w:r>
    </w:p>
    <w:p>
      <w:pPr>
        <w:jc w:val="right"/>
      </w:pPr>
      <w:r>
        <w:t>وہ چیز کھول کر سنا دو جس میں وہ اختلاف کر رہے ہیں۔</w:t>
      </w:r>
    </w:p>
    <w:p>
      <w:r>
        <w:rPr>
          <w:b/>
        </w:rPr>
        <w:t xml:space="preserve">[12:38] </w:t>
      </w:r>
      <w:r>
        <w:t>aur woh hidayat aur rehmat hai un logon ke liye jo imaan layein.</w:t>
      </w:r>
    </w:p>
    <w:p>
      <w:pPr>
        <w:jc w:val="right"/>
      </w:pPr>
      <w:r>
        <w:t>اور وہ ہدایت اور رحمت ہے ان لوگوں کے لیے جو ایمان لائیں۔</w:t>
      </w:r>
    </w:p>
    <w:p>
      <w:r>
        <w:rPr>
          <w:b/>
        </w:rPr>
        <w:t xml:space="preserve">[12:43] </w:t>
      </w:r>
      <w:r>
        <w:t>aur Allah ne aasman se pani utara phir us se zameen ko us ke murda hone ke baad</w:t>
      </w:r>
    </w:p>
    <w:p>
      <w:pPr>
        <w:jc w:val="right"/>
      </w:pPr>
      <w:r>
        <w:t>اور اللہ نے آسمان سے پانی اتارا پھر اس سے زمین کو اس کے مردہ ہونے کے بعد</w:t>
      </w:r>
    </w:p>
    <w:p>
      <w:r>
        <w:rPr>
          <w:b/>
        </w:rPr>
        <w:t xml:space="preserve">[12:47] </w:t>
      </w:r>
      <w:r>
        <w:t>zinda kar diya.</w:t>
      </w:r>
    </w:p>
    <w:p>
      <w:pPr>
        <w:jc w:val="right"/>
      </w:pPr>
      <w:r>
        <w:t>زندہ کر دیا۔</w:t>
      </w:r>
    </w:p>
    <w:p>
      <w:r>
        <w:rPr>
          <w:b/>
        </w:rPr>
        <w:t xml:space="preserve">[12:51] </w:t>
      </w:r>
      <w:r>
        <w:t>beshak is mein nishani hai un logon ke liye jo sunte hain.</w:t>
      </w:r>
    </w:p>
    <w:p>
      <w:pPr>
        <w:jc w:val="right"/>
      </w:pPr>
      <w:r>
        <w:t>بے شک اس میں نشانی ہے ان لوگوں کے لیے جو سنتے ہیں۔</w:t>
      </w:r>
    </w:p>
    <w:p>
      <w:r>
        <w:rPr>
          <w:b/>
        </w:rPr>
        <w:t xml:space="preserve">[12:56] </w:t>
      </w:r>
      <w:r>
        <w:t>aur beshak tumhare liye chopayon mein sabaq hai.</w:t>
      </w:r>
    </w:p>
    <w:p>
      <w:pPr>
        <w:jc w:val="right"/>
      </w:pPr>
      <w:r>
        <w:t>اور بے شک تمہارے لیے چوپائیوں میں سبق ہے۔</w:t>
      </w:r>
    </w:p>
    <w:p>
      <w:r>
        <w:rPr>
          <w:b/>
        </w:rPr>
        <w:t xml:space="preserve">[13:00] </w:t>
      </w:r>
      <w:r>
        <w:t>hum un ke paiton ke andar ke</w:t>
      </w:r>
    </w:p>
    <w:p>
      <w:pPr>
        <w:jc w:val="right"/>
      </w:pPr>
      <w:r>
        <w:t>ہم ان کے پیٹوں کے اندر کے</w:t>
      </w:r>
    </w:p>
    <w:p>
      <w:r>
        <w:rPr>
          <w:b/>
        </w:rPr>
        <w:t xml:space="preserve">[13:04] </w:t>
      </w:r>
      <w:r>
        <w:t>gober aur khoon ke darmiyan se tum ko khalais doodh pilate hain.</w:t>
      </w:r>
    </w:p>
    <w:p>
      <w:pPr>
        <w:jc w:val="right"/>
      </w:pPr>
      <w:r>
        <w:t>گوبر اور خون کے درمیان سے تم کو خالص دودھ پلاتے ہیں۔</w:t>
      </w:r>
    </w:p>
    <w:p>
      <w:r>
        <w:rPr>
          <w:b/>
        </w:rPr>
        <w:t xml:space="preserve">[13:09] </w:t>
      </w:r>
      <w:r>
        <w:t>khushgawar peene walon ke liye.</w:t>
      </w:r>
    </w:p>
    <w:p>
      <w:pPr>
        <w:jc w:val="right"/>
      </w:pPr>
      <w:r>
        <w:t>خوشگوار پینے والوں کے لیے۔</w:t>
      </w:r>
    </w:p>
    <w:p>
      <w:r>
        <w:rPr>
          <w:b/>
        </w:rPr>
        <w:t xml:space="preserve">[13:14] </w:t>
      </w:r>
      <w:r>
        <w:t>aur khajoor aur angor ke phalon se bhi.</w:t>
      </w:r>
    </w:p>
    <w:p>
      <w:pPr>
        <w:jc w:val="right"/>
      </w:pPr>
      <w:r>
        <w:t>اور کھجور اور انگور کے پھلوں سے بھی۔</w:t>
      </w:r>
    </w:p>
    <w:p>
      <w:r>
        <w:rPr>
          <w:b/>
        </w:rPr>
        <w:t xml:space="preserve">[13:19] </w:t>
      </w:r>
      <w:r>
        <w:t>tum un se nashe ki cheezein bhi banate ho aur khane ki achhi cheezein bhi.</w:t>
      </w:r>
    </w:p>
    <w:p>
      <w:pPr>
        <w:jc w:val="right"/>
      </w:pPr>
      <w:r>
        <w:t>تم ان سے نشے کی چیزیں بھی بناتے ہو اور کھانے کی اچھی چیزیں بھی۔</w:t>
      </w:r>
    </w:p>
    <w:p>
      <w:r>
        <w:rPr>
          <w:b/>
        </w:rPr>
        <w:t xml:space="preserve">[13:24] </w:t>
      </w:r>
      <w:r>
        <w:t>beshak is mein nishani hai un logon ke liye jo aql rakhte hain.</w:t>
      </w:r>
    </w:p>
    <w:p>
      <w:pPr>
        <w:jc w:val="right"/>
      </w:pPr>
      <w:r>
        <w:t>بے شک اس میں نشانی ہے ان لوگوں کے لیے جو عقل رکھتے ہیں۔</w:t>
      </w:r>
    </w:p>
    <w:p>
      <w:r>
        <w:rPr>
          <w:b/>
        </w:rPr>
        <w:t xml:space="preserve">[13:29] </w:t>
      </w:r>
      <w:r>
        <w:t>aur tumhare rab ne shehad ki makhi par wahy kiya ke pahadon aur darakhton aur jahan tatiyan bandhte hain</w:t>
      </w:r>
    </w:p>
    <w:p>
      <w:pPr>
        <w:jc w:val="right"/>
      </w:pPr>
      <w:r>
        <w:t>اور تمہارے رب نے شہد کی مکھی پر وحی کیا کہ پہاڑوں اور درختوں اور جہاں ٹٹیاں باندھتے ہیں</w:t>
      </w:r>
    </w:p>
    <w:p>
      <w:r>
        <w:rPr>
          <w:b/>
        </w:rPr>
        <w:t xml:space="preserve">[13:34] </w:t>
      </w:r>
      <w:r>
        <w:t>un mein ghar bana. phir har qism ke phalon ka ras chos aur apnay rab ki hamwar ki hui rahon par chal. us ke pait se peenay ki cheez nikalti hai. us ke rang mukhtalif hain. is mein logon ke liye shifa hai. beshak is mein nishani hai un logon ke liye jo ghhor kartay hain. aur allah ne tum ko paida kiya phir wohi tum ko faut karta hai. aur tum mein se baaz woh hain jo nakara umar tak pohanchaye</w:t>
      </w:r>
    </w:p>
    <w:p>
      <w:pPr>
        <w:jc w:val="right"/>
      </w:pPr>
      <w:r>
        <w:t>ان میں گھر بنا۔ پھر ہر قسم کے پھلوں کا رس چوس اور اپنے رب کی ہموار کی ہوئی راہوں پر چل۔ اس کے پیٹ سے پینے کی چیز نکلتی ہے۔ اس کے رنگ مختلف ہیں۔ اس میں لوگوں کے لیے شفا ہے۔ بے شک اس میں نشانی ہے ان لوگوں کے لیے جو غور کرتے ہیں۔ اور اللہ نے تم کو پیدا کیا پھر وہی تم کو وفات دیتا ہے۔ اور تم میں سے بعض وہ ہیں جو ناکارہ عمر تک پہنچائے</w:t>
      </w:r>
    </w:p>
    <w:p>
      <w:r>
        <w:rPr>
          <w:b/>
        </w:rPr>
        <w:t xml:space="preserve">[14:04] </w:t>
      </w:r>
      <w:r>
        <w:t>jate hain.</w:t>
      </w:r>
    </w:p>
    <w:p>
      <w:pPr>
        <w:jc w:val="right"/>
      </w:pPr>
      <w:r>
        <w:t>جاتے ہیں۔</w:t>
      </w:r>
    </w:p>
    <w:p>
      <w:r>
        <w:rPr>
          <w:b/>
        </w:rPr>
        <w:t xml:space="preserve">[14:08] </w:t>
      </w:r>
      <w:r>
        <w:t>ke janne ke baad woh kuch na jannein.</w:t>
      </w:r>
    </w:p>
    <w:p>
      <w:pPr>
        <w:jc w:val="right"/>
      </w:pPr>
      <w:r>
        <w:t>کہ جاننے کے بعد وہ کچھ نہ جانیں۔</w:t>
      </w:r>
    </w:p>
    <w:p>
      <w:r>
        <w:rPr>
          <w:b/>
        </w:rPr>
        <w:t xml:space="preserve">[14:12] </w:t>
      </w:r>
      <w:r>
        <w:t>beshak Allah ilm wala hai.</w:t>
      </w:r>
    </w:p>
    <w:p>
      <w:pPr>
        <w:jc w:val="right"/>
      </w:pPr>
      <w:r>
        <w:t>بے شک اللہ علم والا ہے۔</w:t>
      </w:r>
    </w:p>
    <w:p>
      <w:r>
        <w:rPr>
          <w:b/>
        </w:rPr>
        <w:t xml:space="preserve">[14:16] </w:t>
      </w:r>
      <w:r>
        <w:t>qudrat wala hai.</w:t>
      </w:r>
    </w:p>
    <w:p>
      <w:pPr>
        <w:jc w:val="right"/>
      </w:pPr>
      <w:r>
        <w:t>قدرت والا ہے۔</w:t>
      </w:r>
    </w:p>
    <w:p>
      <w:r>
        <w:rPr>
          <w:b/>
        </w:rPr>
        <w:t xml:space="preserve">[14:19] </w:t>
      </w:r>
      <w:r>
        <w:t>aur Allah ne tum mein se baz ko baz par rozi mein barhai de di.</w:t>
      </w:r>
    </w:p>
    <w:p>
      <w:pPr>
        <w:jc w:val="right"/>
      </w:pPr>
      <w:r>
        <w:t>اور اللہ نے تم میں سے بعض کو بعض پر روزی میں بڑھائی دے دی۔</w:t>
      </w:r>
    </w:p>
    <w:p>
      <w:r>
        <w:rPr>
          <w:b/>
        </w:rPr>
        <w:t xml:space="preserve">[14:23] </w:t>
      </w:r>
      <w:r>
        <w:t>pas jin ko barhai di gayi hai woh apni rozi apne ghulamon ko nahi dete ke woh is</w:t>
      </w:r>
    </w:p>
    <w:p>
      <w:pPr>
        <w:jc w:val="right"/>
      </w:pPr>
      <w:r>
        <w:t>پس جن کو بڑھائی دی گئی ہے وہ اپنی روزی اپنے غلاموں کو نہیں دیتے کہ وہ اس</w:t>
      </w:r>
    </w:p>
    <w:p>
      <w:r>
        <w:rPr>
          <w:b/>
        </w:rPr>
        <w:t xml:space="preserve">[14:27] </w:t>
      </w:r>
      <w:r>
        <w:t>mein barabar ho jayen.</w:t>
      </w:r>
    </w:p>
    <w:p>
      <w:pPr>
        <w:jc w:val="right"/>
      </w:pPr>
      <w:r>
        <w:t>میں برابر ہو جائیں۔</w:t>
      </w:r>
    </w:p>
    <w:p>
      <w:r>
        <w:rPr>
          <w:b/>
        </w:rPr>
        <w:t xml:space="preserve">[14:31] </w:t>
      </w:r>
      <w:r>
        <w:t>phir kya woh Allah ki nemat ka inkar karte hain? aur Allah ne tumhare liye tum hi mein se bi</w:t>
      </w:r>
    </w:p>
    <w:p>
      <w:pPr>
        <w:jc w:val="right"/>
      </w:pPr>
      <w:r>
        <w:t>پھر کیا وہ اللہ کی نعمت کا انکار کرتے ہیں؟ اور اللہ نے تمہارے لیے تم ہی میں سے بی</w:t>
      </w:r>
    </w:p>
    <w:p>
      <w:r>
        <w:rPr>
          <w:b/>
        </w:rPr>
        <w:t xml:space="preserve">[14:34] </w:t>
      </w:r>
      <w:r>
        <w:t>wiyan banayen aur tumhari biwiyon se tumhare liye bete aur pote paida kiye.</w:t>
      </w:r>
    </w:p>
    <w:p>
      <w:pPr>
        <w:jc w:val="right"/>
      </w:pPr>
      <w:r>
        <w:t>ویاں بنائیں اور تمہاری بیویوں سے تمہارے لیے بیٹے اور پوتے پیدا کیے۔</w:t>
      </w:r>
    </w:p>
    <w:p>
      <w:r>
        <w:rPr>
          <w:b/>
        </w:rPr>
        <w:t xml:space="preserve">[14:40] </w:t>
      </w:r>
      <w:r>
        <w:t>aur tum ko satthri cheezen khane ke liye dein.</w:t>
      </w:r>
    </w:p>
    <w:p>
      <w:pPr>
        <w:jc w:val="right"/>
      </w:pPr>
      <w:r>
        <w:t>اور تم کو ستھری چیزیں کھانے کے لیے دیں۔</w:t>
      </w:r>
    </w:p>
    <w:p>
      <w:r>
        <w:rPr>
          <w:b/>
        </w:rPr>
        <w:t xml:space="preserve">[14:45] </w:t>
      </w:r>
      <w:r>
        <w:t>phir kya yeh batil par iman late hain aur Allah ki nemat ka inkar karte hain? aur woh</w:t>
      </w:r>
    </w:p>
    <w:p>
      <w:pPr>
        <w:jc w:val="right"/>
      </w:pPr>
      <w:r>
        <w:t>پھر کیا یہ باطل پر ایمان لاتے ہیں اور اللہ کی نعمت کا انکار کرتے ہیں؟ اور وہ</w:t>
      </w:r>
    </w:p>
    <w:p>
      <w:r>
        <w:rPr>
          <w:b/>
        </w:rPr>
        <w:t xml:space="preserve">[14:50] </w:t>
      </w:r>
      <w:r>
        <w:t>Allah ke siwa un cheezon ki ibadat karte hain jo na un ke liye aasman se kisi rozi</w:t>
      </w:r>
    </w:p>
    <w:p>
      <w:pPr>
        <w:jc w:val="right"/>
      </w:pPr>
      <w:r>
        <w:t>اللہ کے سوا ان چیزوں کی عبادت کرتے ہیں جو نہ ان کے لیے آسمان سے کسی روزی</w:t>
      </w:r>
    </w:p>
    <w:p>
      <w:r>
        <w:rPr>
          <w:b/>
        </w:rPr>
        <w:t xml:space="preserve">[14:55] </w:t>
      </w:r>
      <w:r>
        <w:t>par ikhtiyar rakhti hain aur na zameen se aur na woh qudrat rakhti hain.</w:t>
      </w:r>
    </w:p>
    <w:p>
      <w:pPr>
        <w:jc w:val="right"/>
      </w:pPr>
      <w:r>
        <w:t>پر اختیار رکھتی ہیں اور نہ زمین سے اور نہ وہ قدرت رکھتی ہیں۔</w:t>
      </w:r>
    </w:p>
    <w:p>
      <w:r>
        <w:rPr>
          <w:b/>
        </w:rPr>
        <w:t xml:space="preserve">[15:00] </w:t>
      </w:r>
      <w:r>
        <w:t>pas tum Allah ke liye misalein na</w:t>
      </w:r>
    </w:p>
    <w:p>
      <w:pPr>
        <w:jc w:val="right"/>
      </w:pPr>
      <w:r>
        <w:t>پس تم اللہ کے لیے مثالیں نہ</w:t>
      </w:r>
    </w:p>
    <w:p>
      <w:r>
        <w:rPr>
          <w:b/>
        </w:rPr>
        <w:t xml:space="preserve">[15:05] </w:t>
      </w:r>
      <w:r>
        <w:t>bayan karo.</w:t>
      </w:r>
    </w:p>
    <w:p>
      <w:pPr>
        <w:jc w:val="right"/>
      </w:pPr>
      <w:r>
        <w:t>بیان کرو۔</w:t>
      </w:r>
    </w:p>
    <w:p>
      <w:r>
        <w:rPr>
          <w:b/>
        </w:rPr>
        <w:t xml:space="preserve">[15:10] </w:t>
      </w:r>
      <w:r>
        <w:t>beshak Allah janta hai aur tum nahin jante.</w:t>
      </w:r>
    </w:p>
    <w:p>
      <w:pPr>
        <w:jc w:val="right"/>
      </w:pPr>
      <w:r>
        <w:t>بے شک اللہ جانتا ہے اور تم نہیں جانتے۔</w:t>
      </w:r>
    </w:p>
    <w:p>
      <w:r>
        <w:rPr>
          <w:b/>
        </w:rPr>
        <w:t xml:space="preserve">[15:15] </w:t>
      </w:r>
      <w:r>
        <w:t>aur Allah misal bayan karta hai ek ghulam malook ki jo kisi cheez par ikhtiyar nahin rakhta.</w:t>
      </w:r>
    </w:p>
    <w:p>
      <w:pPr>
        <w:jc w:val="right"/>
      </w:pPr>
      <w:r>
        <w:t>اور اللہ مثال بیان کرتا ہے ایک غلام مملوک کی جو کسی چیز پر اختیار نہیں رکھتا۔</w:t>
      </w:r>
    </w:p>
    <w:p>
      <w:r>
        <w:rPr>
          <w:b/>
        </w:rPr>
        <w:t xml:space="preserve">[15:20] </w:t>
      </w:r>
      <w:r>
        <w:t>aur ek shakhs hai jisko hum ne apne paas se acha rizq diya hai.</w:t>
      </w:r>
    </w:p>
    <w:p>
      <w:pPr>
        <w:jc w:val="right"/>
      </w:pPr>
      <w:r>
        <w:t>اور ایک شخص ہے جس کو ہم نے اپنے پاس سے اچھا رزق دیا ہے۔</w:t>
      </w:r>
    </w:p>
    <w:p>
      <w:r>
        <w:rPr>
          <w:b/>
        </w:rPr>
        <w:t xml:space="preserve">[15:25] </w:t>
      </w:r>
      <w:r>
        <w:t>woh is mein se posheeda aur aelaniya kharch karta hai.</w:t>
      </w:r>
    </w:p>
    <w:p>
      <w:pPr>
        <w:jc w:val="right"/>
      </w:pPr>
      <w:r>
        <w:t>وہ اس میں سے پوشیدہ اور اعلانیہ خرچ کرتا ہے۔</w:t>
      </w:r>
    </w:p>
    <w:p>
      <w:r>
        <w:rPr>
          <w:b/>
        </w:rPr>
        <w:t xml:space="preserve">[15:30] </w:t>
      </w:r>
      <w:r>
        <w:t>kya yeh yaksaan honge? sari tareef Allah ke liye hai lekin in mein aksar log nahin jante.</w:t>
      </w:r>
    </w:p>
    <w:p>
      <w:pPr>
        <w:jc w:val="right"/>
      </w:pPr>
      <w:r>
        <w:t>کیا یہ یکساں ہوں گے؟ ساری تعریف اللہ کے لیے ہے لیکن ان میں اکثر لوگ نہیں جانتے۔</w:t>
      </w:r>
    </w:p>
    <w:p>
      <w:r>
        <w:rPr>
          <w:b/>
        </w:rPr>
        <w:t xml:space="preserve">[15:35] </w:t>
      </w:r>
      <w:r>
        <w:t>aur Allah ek aur misal bayan karta hai ke do shakhs hain jin mein se ek goonga hai.</w:t>
      </w:r>
    </w:p>
    <w:p>
      <w:pPr>
        <w:jc w:val="right"/>
      </w:pPr>
      <w:r>
        <w:t>اور اللہ ایک اور مثال بیان کرتا ہے کہ دو شخص ہیں جن میں سے ایک گونگا ہے۔</w:t>
      </w:r>
    </w:p>
    <w:p>
      <w:r>
        <w:rPr>
          <w:b/>
        </w:rPr>
        <w:t xml:space="preserve">[15:40] </w:t>
      </w:r>
      <w:r>
        <w:t>koi kaam nahin kar sakta aur woh apne malik par ek bojh hai.</w:t>
      </w:r>
    </w:p>
    <w:p>
      <w:pPr>
        <w:jc w:val="right"/>
      </w:pPr>
      <w:r>
        <w:t>کوئی کام نہیں کر سکتا اور وہ اپنے مالک پر ایک بوجھ ہے۔</w:t>
      </w:r>
    </w:p>
    <w:p>
      <w:r>
        <w:rPr>
          <w:b/>
        </w:rPr>
        <w:t xml:space="preserve">[15:45] </w:t>
      </w:r>
      <w:r>
        <w:t>woh is ko jahan bhejta hai woh koi kaam durust kar ke nahin lata.</w:t>
      </w:r>
    </w:p>
    <w:p>
      <w:pPr>
        <w:jc w:val="right"/>
      </w:pPr>
      <w:r>
        <w:t>وہ اس کو جہاں بھیجتا ہے وہ کوئی کام درست کر کے نہیں لاتا۔</w:t>
      </w:r>
    </w:p>
    <w:p>
      <w:r>
        <w:rPr>
          <w:b/>
        </w:rPr>
        <w:t xml:space="preserve">[15:51] </w:t>
      </w:r>
      <w:r>
        <w:t>kya woh aur aisa shakhs barabar ho sakte hain jo insaf ki taleem deta hai aur woh ek</w:t>
      </w:r>
    </w:p>
    <w:p>
      <w:pPr>
        <w:jc w:val="right"/>
      </w:pPr>
      <w:r>
        <w:t>کیا وہ اور ایسا شخص برابر ہو سکتے ہیں جو انصاف کی تعلیم دیتا ہے اور وہ ایک</w:t>
      </w:r>
    </w:p>
    <w:p>
      <w:r>
        <w:rPr>
          <w:b/>
        </w:rPr>
        <w:t xml:space="preserve">[15:56] </w:t>
      </w:r>
      <w:r>
        <w:t>seedhi raah par hai.</w:t>
      </w:r>
    </w:p>
    <w:p>
      <w:pPr>
        <w:jc w:val="right"/>
      </w:pPr>
      <w:r>
        <w:t>سیدھی راہ پر ہے۔</w:t>
      </w:r>
    </w:p>
    <w:p>
      <w:r>
        <w:rPr>
          <w:b/>
        </w:rPr>
        <w:t xml:space="preserve">[16:01] </w:t>
      </w:r>
      <w:r>
        <w:t>aur aasmanon aur zameen ki posheeda baaten Allah hi ke liye hain.</w:t>
      </w:r>
    </w:p>
    <w:p>
      <w:pPr>
        <w:jc w:val="right"/>
      </w:pPr>
      <w:r>
        <w:t>اور آسمانوں اور زمین کی پوشیدہ باتیں اللہ ہی کے لیے ہیں۔</w:t>
      </w:r>
    </w:p>
    <w:p>
      <w:r>
        <w:rPr>
          <w:b/>
        </w:rPr>
        <w:t xml:space="preserve">[16:06] </w:t>
      </w:r>
      <w:r>
        <w:t>aur qayamat ka maamla bas aisa hoga jaise aankh jhapakna balkeh us se bhi jald. beshak Allah har cheez par qadir hai. aur Allah ne tum ko tumhari maa'on ke pait se nikala. tum kisi cheez ko na jaante the aur us ne tumhare liye kaan aur aankh aur dil banaye taake tum shukr karo. kya logon ne parindon ko nahi dekha ke woh aasman ki faza mein maskhar ho rahe hain</w:t>
      </w:r>
    </w:p>
    <w:p>
      <w:pPr>
        <w:jc w:val="right"/>
      </w:pPr>
      <w:r>
        <w:t>اور قیامت کا معاملہ بس ایسا ہوگا جیسے آنکھ جھپکنا بلکہ اس سے بھی جلد۔ بے شک اللہ ہر چیز پر قادر ہے۔ اور اللہ نے تم کو تمہاری ماؤں کے پیٹ سے نکالا۔ تم کسی چیز کو نہ جانتے تھے اور اس نے تمہارے لیے کان اور آنکھ اور دل بنائے تاکہ تم شکر کرو۔ کیا لوگوں نے پرندوں کو نہیں دیکھا کہ وہ آسمان کی فضا میں مسخر ہو رہے ہیں</w:t>
      </w:r>
    </w:p>
    <w:p>
      <w:r>
        <w:rPr>
          <w:b/>
        </w:rPr>
        <w:t xml:space="preserve">[16:36] </w:t>
      </w:r>
      <w:r>
        <w:t>? un ko sirf Allah thaame hue hai.</w:t>
      </w:r>
    </w:p>
    <w:p>
      <w:pPr>
        <w:jc w:val="right"/>
      </w:pPr>
      <w:r>
        <w:t>؟ ان کو صرف اللہ تھامے ہوئے ہے۔</w:t>
      </w:r>
    </w:p>
    <w:p>
      <w:r>
        <w:rPr>
          <w:b/>
        </w:rPr>
        <w:t xml:space="preserve">[16:41] </w:t>
      </w:r>
      <w:r>
        <w:t>beshak is mein nishaniyan hain un logon ke liye jo iman layen.</w:t>
      </w:r>
    </w:p>
    <w:p>
      <w:pPr>
        <w:jc w:val="right"/>
      </w:pPr>
      <w:r>
        <w:t>بے شک اس میں نشانیاں ہیں ان لوگوں کے لیے جو ایمان لائیں۔</w:t>
      </w:r>
    </w:p>
    <w:p>
      <w:r>
        <w:rPr>
          <w:b/>
        </w:rPr>
        <w:t xml:space="preserve">[16:46] </w:t>
      </w:r>
      <w:r>
        <w:t>aur Allah ne tumhare liye tumhare gharon ko maqam sukoon banaya aur tumhare liye janwaron ki khal ke</w:t>
      </w:r>
    </w:p>
    <w:p>
      <w:pPr>
        <w:jc w:val="right"/>
      </w:pPr>
      <w:r>
        <w:t>اور اللہ نے تمہارے لیے تمہارے گھروں کو مقام سکون بنایا اور تمہارے لیے جانوروں کی کھال کے</w:t>
      </w:r>
    </w:p>
    <w:p>
      <w:r>
        <w:rPr>
          <w:b/>
        </w:rPr>
        <w:t xml:space="preserve">[16:51] </w:t>
      </w:r>
      <w:r>
        <w:t>ghar banaye jin ko tum apne کوچ ke din aur qiyam ke din halka paate ho.</w:t>
      </w:r>
    </w:p>
    <w:p>
      <w:pPr>
        <w:jc w:val="right"/>
      </w:pPr>
      <w:r>
        <w:t>گھر بنائے جن کو تم اپنے کوچ کے دن اور قیام کے دن ہلکا پاتے ہو۔</w:t>
      </w:r>
    </w:p>
    <w:p>
      <w:r>
        <w:rPr>
          <w:b/>
        </w:rPr>
        <w:t xml:space="preserve">[16:56] </w:t>
      </w:r>
      <w:r>
        <w:t>aur un ke oon aur un ke royein aur un ke balon se ghar ka saman aur faide</w:t>
      </w:r>
    </w:p>
    <w:p>
      <w:pPr>
        <w:jc w:val="right"/>
      </w:pPr>
      <w:r>
        <w:t>اور ان کے اون اور ان کے روئیں اور ان کے بالوں سے گھر کا سامان اور فائدے</w:t>
      </w:r>
    </w:p>
    <w:p>
      <w:r>
        <w:rPr>
          <w:b/>
        </w:rPr>
        <w:t xml:space="preserve">[17:01] </w:t>
      </w:r>
      <w:r>
        <w:t>ki cheezen ek mud</w:t>
      </w:r>
    </w:p>
    <w:p>
      <w:pPr>
        <w:jc w:val="right"/>
      </w:pPr>
      <w:r>
        <w:t>کی چیزیں ایک مد</w:t>
      </w:r>
    </w:p>
    <w:p>
      <w:r>
        <w:rPr>
          <w:b/>
        </w:rPr>
        <w:t xml:space="preserve">[17:06] </w:t>
      </w:r>
      <w:r>
        <w:t>tak ke liye banayen.</w:t>
      </w:r>
    </w:p>
    <w:p>
      <w:pPr>
        <w:jc w:val="right"/>
      </w:pPr>
      <w:r>
        <w:t>ت تک کے لیے بنائیں۔</w:t>
      </w:r>
    </w:p>
    <w:p>
      <w:r>
        <w:rPr>
          <w:b/>
        </w:rPr>
        <w:t xml:space="preserve">[17:10] </w:t>
      </w:r>
      <w:r>
        <w:t>aur Allah ne tumhare liye apni paida ki hui cheezon ke saaye banaye aur tumhare liye pahadon mein</w:t>
      </w:r>
    </w:p>
    <w:p>
      <w:pPr>
        <w:jc w:val="right"/>
      </w:pPr>
      <w:r>
        <w:t>اور اللہ نے تمہارے لیے اپنی پیدا کی ہوئی چیزوں کے سائے بنائے اور تمہارے لیے پہاڑوں میں</w:t>
      </w:r>
    </w:p>
    <w:p>
      <w:r>
        <w:rPr>
          <w:b/>
        </w:rPr>
        <w:t xml:space="preserve">[17:14] </w:t>
      </w:r>
      <w:r>
        <w:t>chupne ki jagah banai.</w:t>
      </w:r>
    </w:p>
    <w:p>
      <w:pPr>
        <w:jc w:val="right"/>
      </w:pPr>
      <w:r>
        <w:t>چھپنے کی جگہ بنائی۔</w:t>
      </w:r>
    </w:p>
    <w:p>
      <w:r>
        <w:rPr>
          <w:b/>
        </w:rPr>
        <w:t xml:space="preserve">[17:19] </w:t>
      </w:r>
      <w:r>
        <w:t>aur tumhare liye aise libaas banaye jo tum ko garmi se bachate hain aur aise libaas banaye jo</w:t>
      </w:r>
    </w:p>
    <w:p>
      <w:pPr>
        <w:jc w:val="right"/>
      </w:pPr>
      <w:r>
        <w:t>اور تمہارے لیے ایسے لباس بنائے جو تم کو گرمی سے بچاتے ہیں اور ایسے لباس بنائے جو</w:t>
      </w:r>
    </w:p>
    <w:p>
      <w:r>
        <w:rPr>
          <w:b/>
        </w:rPr>
        <w:t xml:space="preserve">[17:23] </w:t>
      </w:r>
      <w:r>
        <w:t>larai mein tum ko bachate hain.</w:t>
      </w:r>
    </w:p>
    <w:p>
      <w:pPr>
        <w:jc w:val="right"/>
      </w:pPr>
      <w:r>
        <w:t>لڑائی میں تم کو بچاتے ہیں۔</w:t>
      </w:r>
    </w:p>
    <w:p>
      <w:r>
        <w:rPr>
          <w:b/>
        </w:rPr>
        <w:t xml:space="preserve">[17:27] </w:t>
      </w:r>
      <w:r>
        <w:t>isi tarah Allah tum par apni nematein poori karta hai taake tum farmanbardar bano.</w:t>
      </w:r>
    </w:p>
    <w:p>
      <w:pPr>
        <w:jc w:val="right"/>
      </w:pPr>
      <w:r>
        <w:t>اسی طرح اللہ تم پر اپنی نعمتیں پوری کرتا ہے تاکہ تم فرمانبردار بنو۔</w:t>
      </w:r>
    </w:p>
    <w:p>
      <w:r>
        <w:rPr>
          <w:b/>
        </w:rPr>
        <w:t xml:space="preserve">[17:32] </w:t>
      </w:r>
      <w:r>
        <w:t>pas agar woh aaraaz karein to</w:t>
      </w:r>
    </w:p>
    <w:p>
      <w:pPr>
        <w:jc w:val="right"/>
      </w:pPr>
      <w:r>
        <w:t>پس اگر وہ اعراض کریں تو</w:t>
      </w:r>
    </w:p>
    <w:p>
      <w:r>
        <w:rPr>
          <w:b/>
        </w:rPr>
        <w:t xml:space="preserve">[17:36] </w:t>
      </w:r>
      <w:r>
        <w:t>tumhare upar sirf saaf saaf pahuncha dene ki zimmedari hai.</w:t>
      </w:r>
    </w:p>
    <w:p>
      <w:pPr>
        <w:jc w:val="right"/>
      </w:pPr>
      <w:r>
        <w:t>تمہارے اوپر صرف صاف صاف پہنچا دینے کی ذمہ داری ہے۔</w:t>
      </w:r>
    </w:p>
    <w:p>
      <w:r>
        <w:rPr>
          <w:b/>
        </w:rPr>
        <w:t xml:space="preserve">[17:41] </w:t>
      </w:r>
      <w:r>
        <w:t>woh log Khuda ki nemmat ko pehchante hain phir woh is ke munkir ho jate hain aur un</w:t>
      </w:r>
    </w:p>
    <w:p>
      <w:pPr>
        <w:jc w:val="right"/>
      </w:pPr>
      <w:r>
        <w:t>وہ لوگ خدا کی نعمت کو پہچانتے ہیں پھر وہ اس کے منکر ہو جاتے ہیں اور ان</w:t>
      </w:r>
    </w:p>
    <w:p>
      <w:r>
        <w:rPr>
          <w:b/>
        </w:rPr>
        <w:t xml:space="preserve">[17:46] </w:t>
      </w:r>
      <w:r>
        <w:t>mein aksar log nashukre hain.</w:t>
      </w:r>
    </w:p>
    <w:p>
      <w:pPr>
        <w:jc w:val="right"/>
      </w:pPr>
      <w:r>
        <w:t>میں اکثر لوگ ناشکرے ہیں۔</w:t>
      </w:r>
    </w:p>
    <w:p>
      <w:r>
        <w:rPr>
          <w:b/>
        </w:rPr>
        <w:t xml:space="preserve">[17:51] </w:t>
      </w:r>
      <w:r>
        <w:t>aur jis din hum har ummat mein ek gawah uthayenge phir inkaar karne walon ko hidayat na</w:t>
      </w:r>
    </w:p>
    <w:p>
      <w:pPr>
        <w:jc w:val="right"/>
      </w:pPr>
      <w:r>
        <w:t>اور جس دن ہم ہر امت میں ایک گواہ اٹھائیں گے پھر انکار کرنے والوں کو ہدایت نہ</w:t>
      </w:r>
    </w:p>
    <w:p>
      <w:r>
        <w:rPr>
          <w:b/>
        </w:rPr>
        <w:t xml:space="preserve">[17:56] </w:t>
      </w:r>
      <w:r>
        <w:t>di jaye gi aur na un se tauba li jaye gi.</w:t>
      </w:r>
    </w:p>
    <w:p>
      <w:pPr>
        <w:jc w:val="right"/>
      </w:pPr>
      <w:r>
        <w:t>دی جائے گی اور نہ ان سے توبہ لی جائے گی۔</w:t>
      </w:r>
    </w:p>
    <w:p>
      <w:r>
        <w:rPr>
          <w:b/>
        </w:rPr>
        <w:t xml:space="preserve">[18:01] </w:t>
      </w:r>
      <w:r>
        <w:t>aur jab zalim log azab ko dekhenge to woh azab na un se halka kiya jaye ga</w:t>
      </w:r>
    </w:p>
    <w:p>
      <w:pPr>
        <w:jc w:val="right"/>
      </w:pPr>
      <w:r>
        <w:t>اور جب ظالم لوگ عذاب کو دیکھیں گے تو وہ عذاب نہ ان سے ہلکا کیا جائے گا</w:t>
      </w:r>
    </w:p>
    <w:p>
      <w:r>
        <w:rPr>
          <w:b/>
        </w:rPr>
        <w:t xml:space="preserve">[18:06] </w:t>
      </w:r>
      <w:r>
        <w:t>aur na unhein muhlat di jaye gi.</w:t>
      </w:r>
    </w:p>
    <w:p>
      <w:pPr>
        <w:jc w:val="right"/>
      </w:pPr>
      <w:r>
        <w:t>اور نہ انہیں مہلت دی جائے گی۔</w:t>
      </w:r>
    </w:p>
    <w:p>
      <w:r>
        <w:rPr>
          <w:b/>
        </w:rPr>
        <w:t xml:space="preserve">[18:11] </w:t>
      </w:r>
      <w:r>
        <w:t>aur jab mushrik log apne shareekon ko dekhenge to kahenge ke aye hamare Rab!</w:t>
      </w:r>
    </w:p>
    <w:p>
      <w:pPr>
        <w:jc w:val="right"/>
      </w:pPr>
      <w:r>
        <w:t>اور جب مشرک لوگ اپنے شریکوں کو دیکھیں گے تو کہیں گے کہ اے ہمارے رب!</w:t>
      </w:r>
    </w:p>
    <w:p>
      <w:r>
        <w:rPr>
          <w:b/>
        </w:rPr>
        <w:t xml:space="preserve">[18:15] </w:t>
      </w:r>
      <w:r>
        <w:t>yahi hamare woh shirkaa hain jin ko hum tujhe chhod kar pukarte thay.</w:t>
      </w:r>
    </w:p>
    <w:p>
      <w:pPr>
        <w:jc w:val="right"/>
      </w:pPr>
      <w:r>
        <w:t>یہی ہمارے وہ شرکاء ہیں جن کو ہم تجھے چھوڑ کر پکارتے تھے۔</w:t>
      </w:r>
    </w:p>
    <w:p>
      <w:r>
        <w:rPr>
          <w:b/>
        </w:rPr>
        <w:t xml:space="preserve">[18:19] </w:t>
      </w:r>
      <w:r>
        <w:t>tab woh baat un ke upar daal dein ge ke tum jhoote ho.</w:t>
      </w:r>
    </w:p>
    <w:p>
      <w:pPr>
        <w:jc w:val="right"/>
      </w:pPr>
      <w:r>
        <w:t>تب وہ بات ان کے اوپر ڈال دیں گے کہ تم جھوٹے ہو۔</w:t>
      </w:r>
    </w:p>
    <w:p>
      <w:r>
        <w:rPr>
          <w:b/>
        </w:rPr>
        <w:t xml:space="preserve">[18:23] </w:t>
      </w:r>
      <w:r>
        <w:t>aur is din woh Allah ke aage jhuk jayenge aur un ki iftira pardaziyan un se gum</w:t>
      </w:r>
    </w:p>
    <w:p>
      <w:pPr>
        <w:jc w:val="right"/>
      </w:pPr>
      <w:r>
        <w:t>اور اس دن وہ اللہ کے آگے جھک جائیں گے اور ان کی افترا پردازیاں ان سے گم</w:t>
      </w:r>
    </w:p>
    <w:p>
      <w:r>
        <w:rPr>
          <w:b/>
        </w:rPr>
        <w:t xml:space="preserve">[18:28] </w:t>
      </w:r>
      <w:r>
        <w:t>ho jayengi.</w:t>
      </w:r>
    </w:p>
    <w:p>
      <w:pPr>
        <w:jc w:val="right"/>
      </w:pPr>
      <w:r>
        <w:t>ہو جائیں گی۔</w:t>
      </w:r>
    </w:p>
    <w:p>
      <w:r>
        <w:rPr>
          <w:b/>
        </w:rPr>
        <w:t xml:space="preserve">[18:32] </w:t>
      </w:r>
      <w:r>
        <w:t>jinhon ne inkaar kiya aur logon ko Allah</w:t>
      </w:r>
    </w:p>
    <w:p>
      <w:pPr>
        <w:jc w:val="right"/>
      </w:pPr>
      <w:r>
        <w:t>جنہوں نے انکار کیا اور لوگوں کو اللہ</w:t>
      </w:r>
    </w:p>
    <w:p>
      <w:r>
        <w:rPr>
          <w:b/>
        </w:rPr>
        <w:t xml:space="preserve">[18:36] </w:t>
      </w:r>
      <w:r>
        <w:t>ke raaste se roka hum un ke azab par azab ka izafa karein ge.</w:t>
      </w:r>
    </w:p>
    <w:p>
      <w:pPr>
        <w:jc w:val="right"/>
      </w:pPr>
      <w:r>
        <w:t>کے راستے سے روکا ہم ان کے عذاب پر عذاب کا اضافہ کریں گے۔</w:t>
      </w:r>
    </w:p>
    <w:p>
      <w:r>
        <w:rPr>
          <w:b/>
        </w:rPr>
        <w:t xml:space="preserve">[18:41] </w:t>
      </w:r>
      <w:r>
        <w:t>bojh is fasad ke jo woh karte thay.</w:t>
      </w:r>
    </w:p>
    <w:p>
      <w:pPr>
        <w:jc w:val="right"/>
      </w:pPr>
      <w:r>
        <w:t>بوجہ اس فساد کے جو وہ کرتے تھے۔</w:t>
      </w:r>
    </w:p>
    <w:p>
      <w:r>
        <w:rPr>
          <w:b/>
        </w:rPr>
        <w:t xml:space="preserve">[18:46] </w:t>
      </w:r>
      <w:r>
        <w:t>aur jis din hum har ummat mein ek gawah unhi mein se un par uthayenge aur tum</w:t>
      </w:r>
    </w:p>
    <w:p>
      <w:pPr>
        <w:jc w:val="right"/>
      </w:pPr>
      <w:r>
        <w:t>اور جس دن ہم ہر امت میں ایک گواہ انہی میں سے ان پر اٹھائیں گے اور تم</w:t>
      </w:r>
    </w:p>
    <w:p>
      <w:r>
        <w:rPr>
          <w:b/>
        </w:rPr>
        <w:t xml:space="preserve">[18:51] </w:t>
      </w:r>
      <w:r>
        <w:t>ko un logon par gawah bana kar layenge.</w:t>
      </w:r>
    </w:p>
    <w:p>
      <w:pPr>
        <w:jc w:val="right"/>
      </w:pPr>
      <w:r>
        <w:t>کو ان لوگوں پر گواہ بنا کر لائیں گے۔</w:t>
      </w:r>
    </w:p>
    <w:p>
      <w:r>
        <w:rPr>
          <w:b/>
        </w:rPr>
        <w:t xml:space="preserve">[18:57] </w:t>
      </w:r>
      <w:r>
        <w:t>aur hum ne tum par kitaab utari hai har cheez ko khol dene ke liye.</w:t>
      </w:r>
    </w:p>
    <w:p>
      <w:pPr>
        <w:jc w:val="right"/>
      </w:pPr>
      <w:r>
        <w:t>اور ہم نے تم پر کتاب اتاری ہے ہر چیز کو کھول دینے کے لیے۔</w:t>
      </w:r>
    </w:p>
    <w:p>
      <w:r>
        <w:rPr>
          <w:b/>
        </w:rPr>
        <w:t xml:space="preserve">[19:02] </w:t>
      </w:r>
      <w:r>
        <w:t>woh hidayat aur rehmat aur basharat hai farmanbardaron ke liye.</w:t>
      </w:r>
    </w:p>
    <w:p>
      <w:pPr>
        <w:jc w:val="right"/>
      </w:pPr>
      <w:r>
        <w:t>وہ ہدایت اور رحمت اور بشارت ہے فرمانبرداروں کے لیے۔</w:t>
      </w:r>
    </w:p>
    <w:p>
      <w:r>
        <w:rPr>
          <w:b/>
        </w:rPr>
        <w:t xml:space="preserve">[19:07] </w:t>
      </w:r>
      <w:r>
        <w:t>beshak Allah hukum deta hai 'adl ka aur ehsaan ka aur qaraabat'daaron ko dene ka. aur Allah rokta hai fahsha se aur munkir se aur sarkashi se. Allah tum ko naseehat karta hai taake tum yaad'dehani haasil karo. aur tum Allah ke ahd ko poora karo jabke tum aapas mein ahd kar lo aur qasmon ko pakka karne ke baad na todo. aur tum Allah ko zaman bhi bana chuke ho</w:t>
      </w:r>
    </w:p>
    <w:p>
      <w:pPr>
        <w:jc w:val="right"/>
      </w:pPr>
      <w:r>
        <w:t>بے شک اللہ حکم دیتا ہے عدل کا اور احسان کا اور قرابت داروں کو دینے کا۔ اور اللہ روکتا ہے فحشا سے اور منکر سے اور سرکشی سے۔ اللہ تم کو نصیحت کرتا ہے تاکہ تم یاد دہانی حاصل کرو۔ اور تم اللہ کے عہد کو پورا کرو جبکہ تم آپس میں عہد کر لو اور قسموں کو پکا کرنے کے بعد نہ توڑو۔ اور تم اللہ کو ضامن بھی بنا چکے ہو</w:t>
      </w:r>
    </w:p>
    <w:p>
      <w:r>
        <w:rPr>
          <w:b/>
        </w:rPr>
        <w:t xml:space="preserve">[19:37] </w:t>
      </w:r>
      <w:r>
        <w:t>—</w:t>
      </w:r>
    </w:p>
    <w:p>
      <w:pPr>
        <w:jc w:val="right"/>
      </w:pPr>
      <w:r>
        <w:t>۔</w:t>
      </w:r>
    </w:p>
    <w:p>
      <w:r>
        <w:rPr>
          <w:b/>
        </w:rPr>
        <w:t xml:space="preserve">[19:40] </w:t>
      </w:r>
      <w:r>
        <w:t>beshak allah janta hai jo kuch tum karte ho.</w:t>
      </w:r>
    </w:p>
    <w:p>
      <w:pPr>
        <w:jc w:val="right"/>
      </w:pPr>
      <w:r>
        <w:t>بے شک اللہ جانتا ہے جو کچھ تم کرتے ہو۔</w:t>
      </w:r>
    </w:p>
    <w:p>
      <w:r>
        <w:rPr>
          <w:b/>
        </w:rPr>
        <w:t xml:space="preserve">[19:44] </w:t>
      </w:r>
      <w:r>
        <w:t>aur tum us aurat ki manind na bano jis ne apni mehnat se kata hua sood tukre tukre</w:t>
      </w:r>
    </w:p>
    <w:p>
      <w:pPr>
        <w:jc w:val="right"/>
      </w:pPr>
      <w:r>
        <w:t>اور تم اس عورت کی مانند نہ بنو جس نے اپنی محنت سے کاتا ہوا سود ٹکڑے ٹکڑے</w:t>
      </w:r>
    </w:p>
    <w:p>
      <w:r>
        <w:rPr>
          <w:b/>
        </w:rPr>
        <w:t xml:space="preserve">[19:48] </w:t>
      </w:r>
      <w:r>
        <w:t>kar ke tod diya.</w:t>
      </w:r>
    </w:p>
    <w:p>
      <w:pPr>
        <w:jc w:val="right"/>
      </w:pPr>
      <w:r>
        <w:t>کر کے توڑ دیا۔</w:t>
      </w:r>
    </w:p>
    <w:p>
      <w:r>
        <w:rPr>
          <w:b/>
        </w:rPr>
        <w:t xml:space="preserve">[19:52] </w:t>
      </w:r>
      <w:r>
        <w:t>tum apni qasmon ko aapas mein fasad daalne ka zariya banate ho mehaz is wajah se ke ek</w:t>
      </w:r>
    </w:p>
    <w:p>
      <w:pPr>
        <w:jc w:val="right"/>
      </w:pPr>
      <w:r>
        <w:t>تم اپنی قسموں کو آپس میں فساد ڈالنے کا ذریعہ بناتے ہو محض اس وجہ سے کہ ایک</w:t>
      </w:r>
    </w:p>
    <w:p>
      <w:r>
        <w:rPr>
          <w:b/>
        </w:rPr>
        <w:t xml:space="preserve">[19:56] </w:t>
      </w:r>
      <w:r>
        <w:t>gruh doosre gruh se barh jae.</w:t>
      </w:r>
    </w:p>
    <w:p>
      <w:pPr>
        <w:jc w:val="right"/>
      </w:pPr>
      <w:r>
        <w:t>گروہ دوسرے گروہ سے بڑھ جائے۔</w:t>
      </w:r>
    </w:p>
    <w:p>
      <w:r>
        <w:rPr>
          <w:b/>
        </w:rPr>
        <w:t xml:space="preserve">[19:59] </w:t>
      </w:r>
      <w:r>
        <w:t>aur allah is ke zariye se tumhari azmaish karta hai.</w:t>
      </w:r>
    </w:p>
    <w:p>
      <w:pPr>
        <w:jc w:val="right"/>
      </w:pPr>
      <w:r>
        <w:t>اور اللہ اس کے ذریعے سے تمہاری آزمائش کرتا ہے۔</w:t>
      </w:r>
    </w:p>
    <w:p>
      <w:r>
        <w:rPr>
          <w:b/>
        </w:rPr>
        <w:t xml:space="preserve">[20:03] </w:t>
      </w:r>
      <w:r>
        <w:t>aur woh qayamat ke din is cheez ko</w:t>
      </w:r>
    </w:p>
    <w:p>
      <w:pPr>
        <w:jc w:val="right"/>
      </w:pPr>
      <w:r>
        <w:t>اور وہ قیامت کے دن اس چیز کو</w:t>
      </w:r>
    </w:p>
    <w:p>
      <w:r>
        <w:rPr>
          <w:b/>
        </w:rPr>
        <w:t xml:space="preserve">[20:07] </w:t>
      </w:r>
      <w:r>
        <w:t>achhi tarah tum par zahir kar de ga jis mein tum ikhtilaf kar rahe ho.</w:t>
      </w:r>
    </w:p>
    <w:p>
      <w:pPr>
        <w:jc w:val="right"/>
      </w:pPr>
      <w:r>
        <w:t>اچھی طرح تم پر ظاہر کر دے گا جس میں تم اختلاف کر رہے ہو۔</w:t>
      </w:r>
    </w:p>
    <w:p>
      <w:r>
        <w:rPr>
          <w:b/>
        </w:rPr>
        <w:t xml:space="preserve">[20:12] </w:t>
      </w:r>
      <w:r>
        <w:t>aur agar allah chahta to tum sab ko ek hi ummat bana deta.</w:t>
      </w:r>
    </w:p>
    <w:p>
      <w:pPr>
        <w:jc w:val="right"/>
      </w:pPr>
      <w:r>
        <w:t>اور اگر اللہ چاہتا تو تم سب کو ایک ہی امت بنا دیتا۔</w:t>
      </w:r>
    </w:p>
    <w:p>
      <w:r>
        <w:rPr>
          <w:b/>
        </w:rPr>
        <w:t xml:space="preserve">[20:17] </w:t>
      </w:r>
      <w:r>
        <w:t>lekin woh be rah kar deta hai jis ko chahta hai.</w:t>
      </w:r>
    </w:p>
    <w:p>
      <w:pPr>
        <w:jc w:val="right"/>
      </w:pPr>
      <w:r>
        <w:t>لیکن وہ بے راہ کر دیتا ہے جس کو چاہتا ہے۔</w:t>
      </w:r>
    </w:p>
    <w:p>
      <w:r>
        <w:rPr>
          <w:b/>
        </w:rPr>
        <w:t xml:space="preserve">[20:22] </w:t>
      </w:r>
      <w:r>
        <w:t>aur hidayat de deta hai jis ko chahta hai.</w:t>
      </w:r>
    </w:p>
    <w:p>
      <w:pPr>
        <w:jc w:val="right"/>
      </w:pPr>
      <w:r>
        <w:t>اور ہدایت دے دیتا ہے جس کو چاہتا ہے۔</w:t>
      </w:r>
    </w:p>
    <w:p>
      <w:r>
        <w:rPr>
          <w:b/>
        </w:rPr>
        <w:t xml:space="preserve">[20:27] </w:t>
      </w:r>
      <w:r>
        <w:t>aur zaroor tum se tumhare aamal ki pooch hogi.</w:t>
      </w:r>
    </w:p>
    <w:p>
      <w:pPr>
        <w:jc w:val="right"/>
      </w:pPr>
      <w:r>
        <w:t>اور ضرور تم سے تمہارے اعمال کی پوچھ ہوگی۔</w:t>
      </w:r>
    </w:p>
    <w:p>
      <w:r>
        <w:rPr>
          <w:b/>
        </w:rPr>
        <w:t xml:space="preserve">[20:32] </w:t>
      </w:r>
      <w:r>
        <w:t>aur tum apni qasmon ko aapas mein fareb ka zariya na banao ke koi qadam jamne ke baad phisal jae.</w:t>
      </w:r>
    </w:p>
    <w:p>
      <w:pPr>
        <w:jc w:val="right"/>
      </w:pPr>
      <w:r>
        <w:t>اور تم اپنی قسموں کو آپس میں فریب کا ذریعہ نہ بناؤ کہ کوئی قدم جمنے کے بعد پھسل جائے۔</w:t>
      </w:r>
    </w:p>
    <w:p>
      <w:r>
        <w:rPr>
          <w:b/>
        </w:rPr>
        <w:t xml:space="preserve">[20:37] </w:t>
      </w:r>
      <w:r>
        <w:t>aur tum is baat ki saza chakh'o ke tum ne Allah ki raah se roka. aur tumhare liye ek bada azaab hai. aur Allah ke ahd ko thode faayde ke liye na becho. jo kuch Allah ke paas hai woh tumhare liye behtar hai agar tum jaano. jo kuch tumhare paas hai woh khatm ho jaa'ega aur jo kuch Allah ke paas hai woh baqi rehne wala hai. aur jo log sabr kare'n ge hum</w:t>
      </w:r>
    </w:p>
    <w:p>
      <w:pPr>
        <w:jc w:val="right"/>
      </w:pPr>
      <w:r>
        <w:t>اور تم اس بات کی سزا چکھو کہ تم نے اللہ کی راہ سے روکا۔ اور تمہارے لیے ایک بڑا عذاب ہے۔ اور اللہ کے عہد کو تھوڑے فائدے کے لیے نہ بیچو۔ جو کچھ اللہ کے پاس ہے وہ تمہارے لیے بہتر ہے اگر تم جانو۔ جو کچھ تمہارے پاس ہے وہ ختم ہو جائے گا اور جو کچھ اللہ کے پاس ہے وہ باقی رہنے والا ہے۔ اور جو لوگ صبر کریں گے ہم</w:t>
      </w:r>
    </w:p>
    <w:p>
      <w:r>
        <w:rPr>
          <w:b/>
        </w:rPr>
        <w:t xml:space="preserve">[21:07] </w:t>
      </w:r>
      <w:r>
        <w:t>un ke achhe kaam'on ka ajar un ko zaroor dein ge. jo shakhs koi nek kaam karega khwah woh mard ho ya 'aurat bashart ke woh momin ho to hum us ko zindagi dein ge. ek achhi zindagi. aur jo kuch woh karte rahe is ka hum un ko behtareen badla dein ge. pas jab tum Quran ko parho to shaitan-e-mardoood se Allah ki panaah maango. is ka zor un logon par nahi chalta jo i</w:t>
      </w:r>
    </w:p>
    <w:p>
      <w:pPr>
        <w:jc w:val="right"/>
      </w:pPr>
      <w:r>
        <w:t>ان کے اچھے کاموں کا اجر ان کو ضرور دیں گے۔ جو شخص کوئی نیک کام کرے گا خواہ وہ مرد ہو یا عورت بشرطیکہ وہ مومن ہو تو ہم اس کو زندگی دیں گے۔ ایک اچھی زندگی۔ اور جو کچھ وہ کرتے رہے اس کا ہم ان کو بہترین بدلہ دیں گے۔ پس جب تم قرآن کو پڑھو تو شیطان مردود سے اللہ کی پناہ مانگو۔ اس کا زور ان لوگوں پر نہیں چلتا جو ا</w:t>
      </w:r>
    </w:p>
    <w:p>
      <w:r>
        <w:rPr>
          <w:b/>
        </w:rPr>
        <w:t xml:space="preserve">[21:37] </w:t>
      </w:r>
      <w:r>
        <w:t>iman wale hain aur apne rab par bharosa rakhte hain.</w:t>
      </w:r>
    </w:p>
    <w:p>
      <w:pPr>
        <w:jc w:val="right"/>
      </w:pPr>
      <w:r>
        <w:t>یمان والے ہیں اور اپنے رب پر بھروسہ رکھتے ہیں۔</w:t>
      </w:r>
    </w:p>
    <w:p>
      <w:r>
        <w:rPr>
          <w:b/>
        </w:rPr>
        <w:t xml:space="preserve">[21:42] </w:t>
      </w:r>
      <w:r>
        <w:t>iska zor sirf un logon par chalta hai jo is se taalluq rakhte hain aur jo allah</w:t>
      </w:r>
    </w:p>
    <w:p>
      <w:pPr>
        <w:jc w:val="right"/>
      </w:pPr>
      <w:r>
        <w:t>اس کا زور صرف ان لوگوں پر چلتا ہے جو اس سے تعلق رکھتے ہیں اور جو اللہ</w:t>
      </w:r>
    </w:p>
    <w:p>
      <w:r>
        <w:rPr>
          <w:b/>
        </w:rPr>
        <w:t xml:space="preserve">[21:46] </w:t>
      </w:r>
      <w:r>
        <w:t>ke sath shirk karte hain.</w:t>
      </w:r>
    </w:p>
    <w:p>
      <w:pPr>
        <w:jc w:val="right"/>
      </w:pPr>
      <w:r>
        <w:t>کے ساتھ شرک کرتے ہیں۔</w:t>
      </w:r>
    </w:p>
    <w:p>
      <w:r>
        <w:rPr>
          <w:b/>
        </w:rPr>
        <w:t xml:space="preserve">[21:50] </w:t>
      </w:r>
      <w:r>
        <w:t>aur jab hum ek ayat ki jagah doosri ayat badalte hain aur allah khoob janta hai jo kuch</w:t>
      </w:r>
    </w:p>
    <w:p>
      <w:pPr>
        <w:jc w:val="right"/>
      </w:pPr>
      <w:r>
        <w:t>اور جب ہم ایک آیت کی جگہ دوسری آیت بدلتے ہیں اور اللہ خوب جانتا ہے جو کچھ</w:t>
      </w:r>
    </w:p>
    <w:p>
      <w:r>
        <w:rPr>
          <w:b/>
        </w:rPr>
        <w:t xml:space="preserve">[21:55] </w:t>
      </w:r>
      <w:r>
        <w:t>woh utarta hai to woh kehte hain ke tum ghad lae ho.</w:t>
      </w:r>
    </w:p>
    <w:p>
      <w:pPr>
        <w:jc w:val="right"/>
      </w:pPr>
      <w:r>
        <w:t>وہ اتارتا ہے تو وہ کہتے ہیں کہ تم گھڑ لائے ہو۔</w:t>
      </w:r>
    </w:p>
    <w:p>
      <w:r>
        <w:rPr>
          <w:b/>
        </w:rPr>
        <w:t xml:space="preserve">[21:59] </w:t>
      </w:r>
      <w:r>
        <w:t>balkeh in mein aksar log ilm nahi rakhte.</w:t>
      </w:r>
    </w:p>
    <w:p>
      <w:pPr>
        <w:jc w:val="right"/>
      </w:pPr>
      <w:r>
        <w:t>بلکہ ان میں اکثر لوگ علم نہیں رکھتے۔</w:t>
      </w:r>
    </w:p>
    <w:p>
      <w:r>
        <w:rPr>
          <w:b/>
        </w:rPr>
        <w:t xml:space="preserve">[22:03] </w:t>
      </w:r>
      <w:r>
        <w:t>kaho ke is ko rooh ul quds ne tumhare rab ki</w:t>
      </w:r>
    </w:p>
    <w:p>
      <w:pPr>
        <w:jc w:val="right"/>
      </w:pPr>
      <w:r>
        <w:t>کہو کہ اس کو روح القدس نے تمہارے رب کی</w:t>
      </w:r>
    </w:p>
    <w:p>
      <w:r>
        <w:rPr>
          <w:b/>
        </w:rPr>
        <w:t xml:space="preserve">[22:07] </w:t>
      </w:r>
      <w:r>
        <w:t>taraf se haq ke sath utara hai taake woh iman walon ko sabit qadam rakh sake.</w:t>
      </w:r>
    </w:p>
    <w:p>
      <w:pPr>
        <w:jc w:val="right"/>
      </w:pPr>
      <w:r>
        <w:t>طرف سے حق کے ساتھ اتارا ہے تاکہ وہ ایمان والوں کو ثابت قدم رکھے۔</w:t>
      </w:r>
    </w:p>
    <w:p>
      <w:r>
        <w:rPr>
          <w:b/>
        </w:rPr>
        <w:t xml:space="preserve">[22:14] </w:t>
      </w:r>
      <w:r>
        <w:t>aur woh hidayat aur khushkhabri ho farmanbardaron ke liye.</w:t>
      </w:r>
    </w:p>
    <w:p>
      <w:pPr>
        <w:jc w:val="right"/>
      </w:pPr>
      <w:r>
        <w:t>اور وہ ہدایت اور خوشخبری ہو فرمانبرداروں کے لیے۔</w:t>
      </w:r>
    </w:p>
    <w:p>
      <w:r>
        <w:rPr>
          <w:b/>
        </w:rPr>
        <w:t xml:space="preserve">[22:20] </w:t>
      </w:r>
      <w:r>
        <w:t>aur hum ko maloom hai ke yeh log kehte hain ke is ko to ek aadmi sikhaata hai.</w:t>
      </w:r>
    </w:p>
    <w:p>
      <w:pPr>
        <w:jc w:val="right"/>
      </w:pPr>
      <w:r>
        <w:t>اور ہم کو معلوم ہے کہ یہ لوگ کہتے ہیں کہ اس کو تو ایک آدمی سکھاتا ہے۔</w:t>
      </w:r>
    </w:p>
    <w:p>
      <w:r>
        <w:rPr>
          <w:b/>
        </w:rPr>
        <w:t xml:space="preserve">[22:26] </w:t>
      </w:r>
      <w:r>
        <w:t>jis shakhs ki taraf woh mansoob karte hain us ki zaban ajmi hai aur yeh quran saaf arabi zaban hai.</w:t>
      </w:r>
    </w:p>
    <w:p>
      <w:pPr>
        <w:jc w:val="right"/>
      </w:pPr>
      <w:r>
        <w:t>جس شخص کی طرف وہ منسوب کرتے ہیں اس کی زبان عجمی ہے اور یہ قرآن صاف عربی زبان ہے۔</w:t>
      </w:r>
    </w:p>
    <w:p>
      <w:r>
        <w:rPr>
          <w:b/>
        </w:rPr>
        <w:t xml:space="preserve">[22:32] </w:t>
      </w:r>
      <w:r>
        <w:t>beshak jo log ALLAH ki aayaton par imaan nahi laate</w:t>
      </w:r>
    </w:p>
    <w:p>
      <w:pPr>
        <w:jc w:val="right"/>
      </w:pPr>
      <w:r>
        <w:t>بے شک جو لوگ اللہ کی آیتوں پر ایمان نہیں لاتے</w:t>
      </w:r>
    </w:p>
    <w:p>
      <w:r>
        <w:rPr>
          <w:b/>
        </w:rPr>
        <w:t xml:space="preserve">[22:38] </w:t>
      </w:r>
      <w:r>
        <w:t>ALLAH un ko kabhi raah nahi dikhaye ga aur un ke liye dardnaak saza hai.</w:t>
      </w:r>
    </w:p>
    <w:p>
      <w:pPr>
        <w:jc w:val="right"/>
      </w:pPr>
      <w:r>
        <w:t>اللہ ان کو کبھی راہ نہیں دکھائے گا اور ان کے لیے دردناک سزا ہے۔</w:t>
      </w:r>
    </w:p>
    <w:p>
      <w:r>
        <w:rPr>
          <w:b/>
        </w:rPr>
        <w:t xml:space="preserve">[22:44] </w:t>
      </w:r>
      <w:r>
        <w:t>jhoot to woh log ghadte hain jo ALLAH ki aayaton par imaan nahi rakhte aur yahi log jhoote hain.</w:t>
      </w:r>
    </w:p>
    <w:p>
      <w:pPr>
        <w:jc w:val="right"/>
      </w:pPr>
      <w:r>
        <w:t>جھوٹ تو وہ لوگ گھڑتے ہیں جو اللہ کی آیتوں پر ایمان نہیں رکھتے اور یہی لوگ جھوٹے ہیں۔</w:t>
      </w:r>
    </w:p>
    <w:p>
      <w:r>
        <w:rPr>
          <w:b/>
        </w:rPr>
        <w:t xml:space="preserve">[22:50] </w:t>
      </w:r>
      <w:r>
        <w:t>jo shakhs imaan laane ke baad ALLAH se munkir hoga siwaye us ke jis par zabardasti ki gayi</w:t>
      </w:r>
    </w:p>
    <w:p>
      <w:pPr>
        <w:jc w:val="right"/>
      </w:pPr>
      <w:r>
        <w:t>جو شخص ایمان لانے کے بعد اللہ سے منکر ہوگا سوائے اس کے جس پر زبردستی کی گئی</w:t>
      </w:r>
    </w:p>
    <w:p>
      <w:r>
        <w:rPr>
          <w:b/>
        </w:rPr>
        <w:t xml:space="preserve">[22:56] </w:t>
      </w:r>
      <w:r>
        <w:t>ho bashart-e-ke is ka dil imaan par jama hua ho.</w:t>
      </w:r>
    </w:p>
    <w:p>
      <w:pPr>
        <w:jc w:val="right"/>
      </w:pPr>
      <w:r>
        <w:t>ہو بشرطیکہ اس کا دل ایمان پر جمع ہوا ہو۔</w:t>
      </w:r>
    </w:p>
    <w:p>
      <w:r>
        <w:rPr>
          <w:b/>
        </w:rPr>
        <w:t xml:space="preserve">[23:02] </w:t>
      </w:r>
      <w:r>
        <w:t>lekin jo shakhs dil khol kar munkir ho jaye to aise logon par ALLAH</w:t>
      </w:r>
    </w:p>
    <w:p>
      <w:pPr>
        <w:jc w:val="right"/>
      </w:pPr>
      <w:r>
        <w:t>لیکن جو شخص دل کھول کر منکر ہو جائے تو ایسے لوگوں پر اللہ</w:t>
      </w:r>
    </w:p>
    <w:p>
      <w:r>
        <w:rPr>
          <w:b/>
        </w:rPr>
        <w:t xml:space="preserve">[23:08] </w:t>
      </w:r>
      <w:r>
        <w:t>ka ghazab hoga aur un ko bari saza hogi.</w:t>
      </w:r>
    </w:p>
    <w:p>
      <w:pPr>
        <w:jc w:val="right"/>
      </w:pPr>
      <w:r>
        <w:t>کا غضب ہوگا اور ان کو بڑی سزا ہوگی۔</w:t>
      </w:r>
    </w:p>
    <w:p>
      <w:r>
        <w:rPr>
          <w:b/>
        </w:rPr>
        <w:t xml:space="preserve">[23:12] </w:t>
      </w:r>
      <w:r>
        <w:t>yeh is waaste ke unhon ne aakhirat ke muqable mein dunya ki zindagi ko pasand kiya aur ALLAH</w:t>
      </w:r>
    </w:p>
    <w:p>
      <w:pPr>
        <w:jc w:val="right"/>
      </w:pPr>
      <w:r>
        <w:t>یہ اس واسطے کہ انہوں نے آخرت کے مقابلے میں دنیا کی زندگی کو پسند کیا اور اللہ</w:t>
      </w:r>
    </w:p>
    <w:p>
      <w:r>
        <w:rPr>
          <w:b/>
        </w:rPr>
        <w:t xml:space="preserve">[23:17] </w:t>
      </w:r>
      <w:r>
        <w:t>munkiron ko raasta nahi dikhata.</w:t>
      </w:r>
    </w:p>
    <w:p>
      <w:pPr>
        <w:jc w:val="right"/>
      </w:pPr>
      <w:r>
        <w:t>منکروں کو راستہ نہیں دکھاتا۔</w:t>
      </w:r>
    </w:p>
    <w:p>
      <w:r>
        <w:rPr>
          <w:b/>
        </w:rPr>
        <w:t xml:space="preserve">[23:21] </w:t>
      </w:r>
      <w:r>
        <w:t>yeh woh log hain ke ALLAH ne un ke dilon par aur un ke kaanon par aur un</w:t>
      </w:r>
    </w:p>
    <w:p>
      <w:pPr>
        <w:jc w:val="right"/>
      </w:pPr>
      <w:r>
        <w:t>یہ وہ لوگ ہیں کہ اللہ نے ان کے دلوں پر اور ان کے کانوں پر اور ان</w:t>
      </w:r>
    </w:p>
    <w:p>
      <w:r>
        <w:rPr>
          <w:b/>
        </w:rPr>
        <w:t xml:space="preserve">[23:25] </w:t>
      </w:r>
      <w:r>
        <w:t>ki aankhon par mohar kar di hai aur yeh log bilkul ghaafil hain.</w:t>
      </w:r>
    </w:p>
    <w:p>
      <w:pPr>
        <w:jc w:val="right"/>
      </w:pPr>
      <w:r>
        <w:t>کی آنکھوں پر مہر کر دی ہے اور یہ لوگ بالکل غافل ہیں۔</w:t>
      </w:r>
    </w:p>
    <w:p>
      <w:r>
        <w:rPr>
          <w:b/>
        </w:rPr>
        <w:t xml:space="preserve">[23:29] </w:t>
      </w:r>
      <w:r>
        <w:t>lazmi baat hai ke aakhirat mein yeh log ghaate mein rahen ge.</w:t>
      </w:r>
    </w:p>
    <w:p>
      <w:pPr>
        <w:jc w:val="right"/>
      </w:pPr>
      <w:r>
        <w:t>لازمی بات ہے کہ آخرت میں یہ لوگ گھاٹے میں رہیں گے۔</w:t>
      </w:r>
    </w:p>
    <w:p>
      <w:r>
        <w:rPr>
          <w:b/>
        </w:rPr>
        <w:t xml:space="preserve">[23:34] </w:t>
      </w:r>
      <w:r>
        <w:t>phir tera rab in log</w:t>
      </w:r>
    </w:p>
    <w:p>
      <w:pPr>
        <w:jc w:val="right"/>
      </w:pPr>
      <w:r>
        <w:t>پھر تیرا رب ان لوگ</w:t>
      </w:r>
    </w:p>
    <w:p>
      <w:r>
        <w:rPr>
          <w:b/>
        </w:rPr>
        <w:t xml:space="preserve">[23:38] </w:t>
      </w:r>
      <w:r>
        <w:t>on ke liye jinhon ne aazmaish mein daale jaane ke baad hijrat ki phir jihad kiya aur qayam</w:t>
      </w:r>
    </w:p>
    <w:p>
      <w:pPr>
        <w:jc w:val="right"/>
      </w:pPr>
      <w:r>
        <w:t>وں کے لیے جنہوں نے آزمائش میں ڈالے جانے کے بعد ہجرت کی پھر جہاد کیا اور قائم</w:t>
      </w:r>
    </w:p>
    <w:p>
      <w:r>
        <w:rPr>
          <w:b/>
        </w:rPr>
        <w:t xml:space="preserve">[23:44] </w:t>
      </w:r>
      <w:r>
        <w:t>rahe to in baaton ke baad beshak tera rab bakhshne wala meherbaan hai.</w:t>
      </w:r>
    </w:p>
    <w:p>
      <w:pPr>
        <w:jc w:val="right"/>
      </w:pPr>
      <w:r>
        <w:t>رہے تو ان باتوں کے بعد بے شک تیرا رب بخشنے والا مہربان ہے۔</w:t>
      </w:r>
    </w:p>
    <w:p>
      <w:r>
        <w:rPr>
          <w:b/>
        </w:rPr>
        <w:t xml:space="preserve">[23:50] </w:t>
      </w:r>
      <w:r>
        <w:t>jis din har shakhs apni hi tarafdaari mein bolta hua aaye ga aur har shakhs ko us ke</w:t>
      </w:r>
    </w:p>
    <w:p>
      <w:pPr>
        <w:jc w:val="right"/>
      </w:pPr>
      <w:r>
        <w:t>جس دن ہر شخص اپنی ہی طرفداری میں بولتا ہوا آئے گا اور ہر شخص کو اس کے</w:t>
      </w:r>
    </w:p>
    <w:p>
      <w:r>
        <w:rPr>
          <w:b/>
        </w:rPr>
        <w:t xml:space="preserve">[23:56] </w:t>
      </w:r>
      <w:r>
        <w:t>kiye ka poora badla mile ga aur un par zulm na kiya jaye ga.</w:t>
      </w:r>
    </w:p>
    <w:p>
      <w:pPr>
        <w:jc w:val="right"/>
      </w:pPr>
      <w:r>
        <w:t>کیے کا پورا بدلہ ملے گا اور ان پر ظلم نہ کیا جائے گا۔</w:t>
      </w:r>
    </w:p>
    <w:p>
      <w:r>
        <w:rPr>
          <w:b/>
        </w:rPr>
        <w:t xml:space="preserve">[24:02] </w:t>
      </w:r>
      <w:r>
        <w:t>aur ALLAH ek basti walon ki misaal bayan karta hai ke woh aman o itminaan</w:t>
      </w:r>
    </w:p>
    <w:p>
      <w:pPr>
        <w:jc w:val="right"/>
      </w:pPr>
      <w:r>
        <w:t>اور اللہ ایک بستی والوں کی مثال بیان کرتا ہے کہ وہ امن و اطمینان</w:t>
      </w:r>
    </w:p>
    <w:p>
      <w:r>
        <w:rPr>
          <w:b/>
        </w:rPr>
        <w:t xml:space="preserve">[24:08] </w:t>
      </w:r>
      <w:r>
        <w:t>mein the.</w:t>
      </w:r>
    </w:p>
    <w:p>
      <w:pPr>
        <w:jc w:val="right"/>
      </w:pPr>
      <w:r>
        <w:t>میں تھے۔</w:t>
      </w:r>
    </w:p>
    <w:p>
      <w:r>
        <w:rPr>
          <w:b/>
        </w:rPr>
        <w:t xml:space="preserve">[24:12] </w:t>
      </w:r>
      <w:r>
        <w:t>un ko un ka rizq faraghat ke sath har taraf se pahunch raha tha.</w:t>
      </w:r>
    </w:p>
    <w:p>
      <w:pPr>
        <w:jc w:val="right"/>
      </w:pPr>
      <w:r>
        <w:t>ان کو ان کا رزق فراغت کے ساتھ ہر طرف سے پہنچ رہا تھا۔</w:t>
      </w:r>
    </w:p>
    <w:p>
      <w:r>
        <w:rPr>
          <w:b/>
        </w:rPr>
        <w:t xml:space="preserve">[24:17] </w:t>
      </w:r>
      <w:r>
        <w:t>phir unhon ne KHUDA ki nematوں ki nashukri ki to ALLAH ne un ko un ke aamaal ke</w:t>
      </w:r>
    </w:p>
    <w:p>
      <w:pPr>
        <w:jc w:val="right"/>
      </w:pPr>
      <w:r>
        <w:t>پھر انہوں نے خدا کی نعمتوں کی ناشکری کی تو اللہ نے ان کو ان کے اعمال کے</w:t>
      </w:r>
    </w:p>
    <w:p>
      <w:r>
        <w:rPr>
          <w:b/>
        </w:rPr>
        <w:t xml:space="preserve">[24:21] </w:t>
      </w:r>
      <w:r>
        <w:t>sabab se bhook aur khauf ka maza chakhaya.</w:t>
      </w:r>
    </w:p>
    <w:p>
      <w:pPr>
        <w:jc w:val="right"/>
      </w:pPr>
      <w:r>
        <w:t>سبب سے بھوک اور خوف کا مزہ چکھایا۔</w:t>
      </w:r>
    </w:p>
    <w:p>
      <w:r>
        <w:rPr>
          <w:b/>
        </w:rPr>
        <w:t xml:space="preserve">[24:25] </w:t>
      </w:r>
      <w:r>
        <w:t>aur un ke paas ek rasool unhi mein se aaya to us ko unhon ne jhoota bataya.</w:t>
      </w:r>
    </w:p>
    <w:p>
      <w:pPr>
        <w:jc w:val="right"/>
      </w:pPr>
      <w:r>
        <w:t>اور ان کے پاس ایک رسول انہی میں سے آیا تو اس کو انہوں نے جھوٹا بتایا۔</w:t>
      </w:r>
    </w:p>
    <w:p>
      <w:r>
        <w:rPr>
          <w:b/>
        </w:rPr>
        <w:t xml:space="preserve">[24:30] </w:t>
      </w:r>
      <w:r>
        <w:t>phir un ko azaab ne pakad liya aur woh zalim the.</w:t>
      </w:r>
    </w:p>
    <w:p>
      <w:pPr>
        <w:jc w:val="right"/>
      </w:pPr>
      <w:r>
        <w:t>پھر ان کو عذاب نے پکڑ لیا اور وہ ظالم تھے۔</w:t>
      </w:r>
    </w:p>
    <w:p>
      <w:r>
        <w:rPr>
          <w:b/>
        </w:rPr>
        <w:t xml:space="preserve">[24:34] </w:t>
      </w:r>
      <w:r>
        <w:t>so jo cheezein ALLAH ne tum ko halaal aur paak di hain un mein se</w:t>
      </w:r>
    </w:p>
    <w:p>
      <w:pPr>
        <w:jc w:val="right"/>
      </w:pPr>
      <w:r>
        <w:t>سو جو چیزیں اللہ نے تم کو حلال اور پاک دی ہیں ان میں سے</w:t>
      </w:r>
    </w:p>
    <w:p>
      <w:r>
        <w:rPr>
          <w:b/>
        </w:rPr>
        <w:t xml:space="preserve">[24:38] </w:t>
      </w:r>
      <w:r>
        <w:t>khaao aur Allah ki nemat ka shukr karo agar tum us ki ibaadat karte ho.</w:t>
      </w:r>
    </w:p>
    <w:p>
      <w:pPr>
        <w:jc w:val="right"/>
      </w:pPr>
      <w:r>
        <w:t>کھاؤ اور اللہ کی نعمت کا شکر کرو اگر تم اس کی عبادت کرتے ہو۔</w:t>
      </w:r>
    </w:p>
    <w:p>
      <w:r>
        <w:rPr>
          <w:b/>
        </w:rPr>
        <w:t xml:space="preserve">[24:43] </w:t>
      </w:r>
      <w:r>
        <w:t>us ne to tum par sirf murdaar ko haraam kiya hai aur khoon ko aur soor ke gosht</w:t>
      </w:r>
    </w:p>
    <w:p>
      <w:pPr>
        <w:jc w:val="right"/>
      </w:pPr>
      <w:r>
        <w:t>اس نے تو تم پر صرف مردار کو حرام کیا ہے اور خون کو اور سور کے گوشت</w:t>
      </w:r>
    </w:p>
    <w:p>
      <w:r>
        <w:rPr>
          <w:b/>
        </w:rPr>
        <w:t xml:space="preserve">[24:48] </w:t>
      </w:r>
      <w:r>
        <w:t>ko aur jis par ghair Allah ka naam liya gaya ho.</w:t>
      </w:r>
    </w:p>
    <w:p>
      <w:pPr>
        <w:jc w:val="right"/>
      </w:pPr>
      <w:r>
        <w:t>کو اور جس پر غیر اللہ کا نام لیا گیا ہو۔</w:t>
      </w:r>
    </w:p>
    <w:p>
      <w:r>
        <w:rPr>
          <w:b/>
        </w:rPr>
        <w:t xml:space="preserve">[24:53] </w:t>
      </w:r>
      <w:r>
        <w:t>phir jo shakhs majboor ho jaaye bashart-e-ke woh na taalib ho aur na had se badhne wala ho</w:t>
      </w:r>
    </w:p>
    <w:p>
      <w:pPr>
        <w:jc w:val="right"/>
      </w:pPr>
      <w:r>
        <w:t>پھر جو شخص مجبور ہو جائے بشرطیکہ وہ نہ طالب ہو اور نہ حد سے بڑھنے والا ہو</w:t>
      </w:r>
    </w:p>
    <w:p>
      <w:r>
        <w:rPr>
          <w:b/>
        </w:rPr>
        <w:t xml:space="preserve">[24:58] </w:t>
      </w:r>
      <w:r>
        <w:t>to Allah bakhshne wala meherbaan hai.</w:t>
      </w:r>
    </w:p>
    <w:p>
      <w:pPr>
        <w:jc w:val="right"/>
      </w:pPr>
      <w:r>
        <w:t>تو اللہ بخشنے والا مہربان ہے۔</w:t>
      </w:r>
    </w:p>
    <w:p>
      <w:r>
        <w:rPr>
          <w:b/>
        </w:rPr>
        <w:t xml:space="preserve">[25:03] </w:t>
      </w:r>
      <w:r>
        <w:t>aur apni zabaanon ke ghade hue jhoot ki bina par yeh na kaho ke</w:t>
      </w:r>
    </w:p>
    <w:p>
      <w:pPr>
        <w:jc w:val="right"/>
      </w:pPr>
      <w:r>
        <w:t>اور اپنی زبانوں کے گھڑے ہوئے جھوٹ کی بنا پر یہ نہ کہو کہ</w:t>
      </w:r>
    </w:p>
    <w:p>
      <w:r>
        <w:rPr>
          <w:b/>
        </w:rPr>
        <w:t xml:space="preserve">[25:08] </w:t>
      </w:r>
      <w:r>
        <w:t>yeh halaal hai aur yeh haraam hai ke tum Allah par jhooti tohmat lagao.</w:t>
      </w:r>
    </w:p>
    <w:p>
      <w:pPr>
        <w:jc w:val="right"/>
      </w:pPr>
      <w:r>
        <w:t>یہ حلال ہے اور یہ حرام ہے کہ تم اللہ پر جھوٹی تہمت لگاؤ۔</w:t>
      </w:r>
    </w:p>
    <w:p>
      <w:r>
        <w:rPr>
          <w:b/>
        </w:rPr>
        <w:t xml:space="preserve">[25:14] </w:t>
      </w:r>
      <w:r>
        <w:t>jo log Allah par jhooti tohmat lagainge woh falaah nahi painge.</w:t>
      </w:r>
    </w:p>
    <w:p>
      <w:pPr>
        <w:jc w:val="right"/>
      </w:pPr>
      <w:r>
        <w:t>جو لوگ اللہ پر جھوٹی تہمت لگائیں گے وہ فلاح نہیں پائیں گے۔</w:t>
      </w:r>
    </w:p>
    <w:p>
      <w:r>
        <w:rPr>
          <w:b/>
        </w:rPr>
        <w:t xml:space="preserve">[25:20] </w:t>
      </w:r>
      <w:r>
        <w:t>woh thoda sa faida utha lein aur un ke liye dardnaak azaab hai.</w:t>
      </w:r>
    </w:p>
    <w:p>
      <w:pPr>
        <w:jc w:val="right"/>
      </w:pPr>
      <w:r>
        <w:t>وہ تھوڑا سا فائدہ اٹھا لیں اور ان کے لیے دردناک عذاب ہے۔</w:t>
      </w:r>
    </w:p>
    <w:p>
      <w:r>
        <w:rPr>
          <w:b/>
        </w:rPr>
        <w:t xml:space="preserve">[25:26] </w:t>
      </w:r>
      <w:r>
        <w:t>aur Yahudiyon par hum ne woh cheezein haraam kar di thi jo hum is se pehle tum ko</w:t>
      </w:r>
    </w:p>
    <w:p>
      <w:pPr>
        <w:jc w:val="right"/>
      </w:pPr>
      <w:r>
        <w:t>اور یہودیوں پر ہم نے وہ چیزیں حرام کر دی تھیں جو ہم اس سے پہلے تم کو</w:t>
      </w:r>
    </w:p>
    <w:p>
      <w:r>
        <w:rPr>
          <w:b/>
        </w:rPr>
        <w:t xml:space="preserve">[25:32] </w:t>
      </w:r>
      <w:r>
        <w:t>bata chuke hain ke hum ne un par koi zulm nahi kiya balkeh woh khud apne upar zulm karte rahe. phir tum</w:t>
      </w:r>
    </w:p>
    <w:p>
      <w:pPr>
        <w:jc w:val="right"/>
      </w:pPr>
      <w:r>
        <w:t>بتا چکے ہیں کہ ہم نے ان پر کوئی ظلم نہیں کیا بلکہ وہ خود اپنے اوپر ظلم کرتے رہے۔ پھر تم</w:t>
      </w:r>
    </w:p>
    <w:p>
      <w:r>
        <w:rPr>
          <w:b/>
        </w:rPr>
        <w:t xml:space="preserve">[25:38] </w:t>
      </w:r>
      <w:r>
        <w:t>hara rab un logon ke liye jinhone jahalat se burai kar li is ke baad tauba ki</w:t>
      </w:r>
    </w:p>
    <w:p>
      <w:pPr>
        <w:jc w:val="right"/>
      </w:pPr>
      <w:r>
        <w:t>ہارا رب ان لوگوں کے لیے جنہوں نے جہالت سے برائی کر لی اس کے بعد توبہ کی</w:t>
      </w:r>
    </w:p>
    <w:p>
      <w:r>
        <w:rPr>
          <w:b/>
        </w:rPr>
        <w:t xml:space="preserve">[25:43] </w:t>
      </w:r>
      <w:r>
        <w:t>aur apni islaah ki to tumhara rab is ke baad bakhshne wala meherbaan hai.</w:t>
      </w:r>
    </w:p>
    <w:p>
      <w:pPr>
        <w:jc w:val="right"/>
      </w:pPr>
      <w:r>
        <w:t>اور اپنی اصلاح کی تو تمہارا رب اس کے بعد بخشنے والا مہربان ہے۔</w:t>
      </w:r>
    </w:p>
    <w:p>
      <w:r>
        <w:rPr>
          <w:b/>
        </w:rPr>
        <w:t xml:space="preserve">[25:48] </w:t>
      </w:r>
      <w:r>
        <w:t>beshak Ibrahim ek alag ummat tha.</w:t>
      </w:r>
    </w:p>
    <w:p>
      <w:pPr>
        <w:jc w:val="right"/>
      </w:pPr>
      <w:r>
        <w:t>بے شک ابراہیم ایک الگ امت تھا۔</w:t>
      </w:r>
    </w:p>
    <w:p>
      <w:r>
        <w:rPr>
          <w:b/>
        </w:rPr>
        <w:t xml:space="preserve">[25:54] </w:t>
      </w:r>
      <w:r>
        <w:t>Allah ka farmaanbardar aur us ki taraf yaksoo aur woh mushrikeen mein se na tha.</w:t>
      </w:r>
    </w:p>
    <w:p>
      <w:pPr>
        <w:jc w:val="right"/>
      </w:pPr>
      <w:r>
        <w:t>اللہ کا فرمانبردار اور اس کی طرف یکسو اور وہ شرک کرنے والوں میں سے نہ تھا۔</w:t>
      </w:r>
    </w:p>
    <w:p>
      <w:r>
        <w:rPr>
          <w:b/>
        </w:rPr>
        <w:t xml:space="preserve">[25:59] </w:t>
      </w:r>
      <w:r>
        <w:t>woh us ki nematon ka shukr karne wala tha.</w:t>
      </w:r>
    </w:p>
    <w:p>
      <w:pPr>
        <w:jc w:val="right"/>
      </w:pPr>
      <w:r>
        <w:t>وہ اس کی نعمتوں کا شکر کرنے والا تھا۔</w:t>
      </w:r>
    </w:p>
    <w:p>
      <w:r>
        <w:rPr>
          <w:b/>
        </w:rPr>
        <w:t xml:space="preserve">[26:04] </w:t>
      </w:r>
      <w:r>
        <w:t>Khuda ne us ko chun liya aur seedhe raaste ki taraf us ki</w:t>
      </w:r>
    </w:p>
    <w:p>
      <w:pPr>
        <w:jc w:val="right"/>
      </w:pPr>
      <w:r>
        <w:t>خدا نے اس کو چن لیا اور سیدھے راستے کی طرف اس کی</w:t>
      </w:r>
    </w:p>
    <w:p>
      <w:r>
        <w:rPr>
          <w:b/>
        </w:rPr>
        <w:t xml:space="preserve">[26:09] </w:t>
      </w:r>
      <w:r>
        <w:t>rehamnumai ki.</w:t>
      </w:r>
    </w:p>
    <w:p>
      <w:pPr>
        <w:jc w:val="right"/>
      </w:pPr>
      <w:r>
        <w:t>رہنمائی کی۔</w:t>
      </w:r>
    </w:p>
    <w:p>
      <w:r>
        <w:rPr>
          <w:b/>
        </w:rPr>
        <w:t xml:space="preserve">[26:13] </w:t>
      </w:r>
      <w:r>
        <w:t>aur hum ne us ko dunya mein bhi bhalai di aur aakhirat mein bhi.</w:t>
      </w:r>
    </w:p>
    <w:p>
      <w:pPr>
        <w:jc w:val="right"/>
      </w:pPr>
      <w:r>
        <w:t>اور ہم نے اس کو دنیا میں بھی بھلائی دی اور آخرت میں بھی۔</w:t>
      </w:r>
    </w:p>
    <w:p>
      <w:r>
        <w:rPr>
          <w:b/>
        </w:rPr>
        <w:t xml:space="preserve">[26:17] </w:t>
      </w:r>
      <w:r>
        <w:t>woh achhe logon mein se hoga.</w:t>
      </w:r>
    </w:p>
    <w:p>
      <w:pPr>
        <w:jc w:val="right"/>
      </w:pPr>
      <w:r>
        <w:t>وہ اچھے لوگوں میں سے ہوگا۔</w:t>
      </w:r>
    </w:p>
    <w:p>
      <w:r>
        <w:rPr>
          <w:b/>
        </w:rPr>
        <w:t xml:space="preserve">[26:21] </w:t>
      </w:r>
      <w:r>
        <w:t>phir hum ne tumhari taraf wahi ki ke Ibrahim ke tareeqe ki pairwi karo jo yaksoo tha aur</w:t>
      </w:r>
    </w:p>
    <w:p>
      <w:pPr>
        <w:jc w:val="right"/>
      </w:pPr>
      <w:r>
        <w:t>پھر ہم نے تمہاری طرف وحی کی کہ ابراہیم کے طریقے کی پیروی کرو جو یکسو تھا اور</w:t>
      </w:r>
    </w:p>
    <w:p>
      <w:r>
        <w:rPr>
          <w:b/>
        </w:rPr>
        <w:t xml:space="preserve">[26:26] </w:t>
      </w:r>
      <w:r>
        <w:t>woh mushrikeen mein se na tha.</w:t>
      </w:r>
    </w:p>
    <w:p>
      <w:pPr>
        <w:jc w:val="right"/>
      </w:pPr>
      <w:r>
        <w:t>وہ شرک کرنے والوں میں سے نہ تھا۔</w:t>
      </w:r>
    </w:p>
    <w:p>
      <w:r>
        <w:rPr>
          <w:b/>
        </w:rPr>
        <w:t xml:space="preserve">[26:30] </w:t>
      </w:r>
      <w:r>
        <w:t>sabt unhi logon par aaid kiya gaya tha jinhone us mein ikhtilaaf kiya tha.</w:t>
      </w:r>
    </w:p>
    <w:p>
      <w:pPr>
        <w:jc w:val="right"/>
      </w:pPr>
      <w:r>
        <w:t>سبت انہی لوگوں پر عائد کیا گیا تھا جنہوں نے اس میں اختلاف کیا تھا۔</w:t>
      </w:r>
    </w:p>
    <w:p>
      <w:r>
        <w:rPr>
          <w:b/>
        </w:rPr>
        <w:t xml:space="preserve">[26:34] </w:t>
      </w:r>
      <w:r>
        <w:t>aur beshak tumhara rab qayamat ke din un ke darmiyan faisla kar dega jis baat mein woh ikht</w:t>
      </w:r>
    </w:p>
    <w:p>
      <w:pPr>
        <w:jc w:val="right"/>
      </w:pPr>
      <w:r>
        <w:t>اور بے شک تمہارا رب قیامت کے دن ان کے درمیان فیصلہ کر دے گا جس بات میں وہ اخت</w:t>
      </w:r>
    </w:p>
    <w:p>
      <w:r>
        <w:rPr>
          <w:b/>
        </w:rPr>
        <w:t xml:space="preserve">[26:39] </w:t>
      </w:r>
      <w:r>
        <w:t>laaf kar rahe the.</w:t>
      </w:r>
    </w:p>
    <w:p>
      <w:pPr>
        <w:jc w:val="right"/>
      </w:pPr>
      <w:r>
        <w:t>لاف کر رہے تھے۔</w:t>
      </w:r>
    </w:p>
    <w:p>
      <w:r>
        <w:rPr>
          <w:b/>
        </w:rPr>
        <w:t xml:space="preserve">[26:43] </w:t>
      </w:r>
      <w:r>
        <w:t>apne rab ke rastay ki taraf hikmat aur achhi naseehat ke sath bulao.</w:t>
      </w:r>
    </w:p>
    <w:p>
      <w:pPr>
        <w:jc w:val="right"/>
      </w:pPr>
      <w:r>
        <w:t>اپنے رب کے راستے کی طرف حکمت اور اچھی نصیحت کے ساتھ بلاؤ۔</w:t>
      </w:r>
    </w:p>
    <w:p>
      <w:r>
        <w:rPr>
          <w:b/>
        </w:rPr>
        <w:t xml:space="preserve">[26:47] </w:t>
      </w:r>
      <w:r>
        <w:t>aur un se achhe tareeqay se bahas karo.</w:t>
      </w:r>
    </w:p>
    <w:p>
      <w:pPr>
        <w:jc w:val="right"/>
      </w:pPr>
      <w:r>
        <w:t>اور ان سے اچھے طریقے سے بحث کرو۔</w:t>
      </w:r>
    </w:p>
    <w:p>
      <w:r>
        <w:rPr>
          <w:b/>
        </w:rPr>
        <w:t xml:space="preserve">[26:52] </w:t>
      </w:r>
      <w:r>
        <w:t>beshak tumhara rab khoob janta hai ke kaun is ki rah se bhatka hua hai aur woh</w:t>
      </w:r>
    </w:p>
    <w:p>
      <w:pPr>
        <w:jc w:val="right"/>
      </w:pPr>
      <w:r>
        <w:t>بے شک تمہارا رب خوب جانتا ہے کہ کون اس کی راہ سے بھٹکا ہوا ہے اور وہ</w:t>
      </w:r>
    </w:p>
    <w:p>
      <w:r>
        <w:rPr>
          <w:b/>
        </w:rPr>
        <w:t xml:space="preserve">[26:56] </w:t>
      </w:r>
      <w:r>
        <w:t>un ko bhi khoob janta hai jo rah par chalne wale hain.</w:t>
      </w:r>
    </w:p>
    <w:p>
      <w:pPr>
        <w:jc w:val="right"/>
      </w:pPr>
      <w:r>
        <w:t>ان کو بھی خوب جانتا ہے جو راہ پر چلنے والے ہیں۔</w:t>
      </w:r>
    </w:p>
    <w:p>
      <w:r>
        <w:rPr>
          <w:b/>
        </w:rPr>
        <w:t xml:space="preserve">[27:00] </w:t>
      </w:r>
      <w:r>
        <w:t>aur agar tum badla lo to itna hi badla lo jitna tumhare sath kiya gaya hai.</w:t>
      </w:r>
    </w:p>
    <w:p>
      <w:pPr>
        <w:jc w:val="right"/>
      </w:pPr>
      <w:r>
        <w:t>اور اگر تم بدلہ لو تو اتنا ہی بدلہ لو جتنا تمہارے ساتھ کیا گیا ہے۔</w:t>
      </w:r>
    </w:p>
    <w:p>
      <w:r>
        <w:rPr>
          <w:b/>
        </w:rPr>
        <w:t xml:space="preserve">[27:04] </w:t>
      </w:r>
      <w:r>
        <w:t>aur agar tum sabr karo to woh sabr karne</w:t>
      </w:r>
    </w:p>
    <w:p>
      <w:pPr>
        <w:jc w:val="right"/>
      </w:pPr>
      <w:r>
        <w:t>اور اگر تم صبر کرو تو وہ صبر کرنے</w:t>
      </w:r>
    </w:p>
    <w:p>
      <w:r>
        <w:rPr>
          <w:b/>
        </w:rPr>
        <w:t xml:space="preserve">[27:09] </w:t>
      </w:r>
      <w:r>
        <w:t>walon ke liye bohat behtar hai. aur sabr karo aur tumhara sabr khuda hi ki tofeeq se hai. aur tum un par gham na karo aur jo kuch tadbeeren woh kar rahe hain us se tang dil na ho. beshak Allah un logon ke saath hai jo parhezgar hain aur jo neki karne wale hain.</w:t>
      </w:r>
    </w:p>
    <w:p>
      <w:pPr>
        <w:jc w:val="right"/>
      </w:pPr>
      <w:r>
        <w:t>والوں کے لیے بہت بہتر ہے۔ اور صبر کرو اور تمہارا صبر خدا ہی کی توفیق سے ہے۔ اور تم ان پر غم نہ کرو اور جو کچھ تدبیریں وہ کر رہے ہیں اس سے تنگ دل نہ ہو۔ بے شک اللہ ان لوگوں کے ساتھ ہے جو پرہیزگار ہیں اور جو نیکی کرنے والے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