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12 - Yusuf</w:t>
      </w:r>
    </w:p>
    <w:p>
      <w:r>
        <w:t>https://www.youtube.com/watch?v=f5WFzGYKZn4</w:t>
      </w:r>
    </w:p>
    <w:p>
      <w:r>
        <w:rPr>
          <w:b/>
        </w:rPr>
        <w:t xml:space="preserve">[00:01] </w:t>
      </w:r>
      <w:r>
        <w:t>yusuf. shuru Allah ke naam se, jo bara meherban, nihayat reham wala hai. alif laam ra, yeh wazeh kitaab ki aayaten hain.</w:t>
      </w:r>
    </w:p>
    <w:p>
      <w:pPr>
        <w:jc w:val="right"/>
      </w:pPr>
      <w:r>
        <w:t>یوسف۔ شروع اللہ کے نام سے، جو بڑا مہربان، نہایت رحم والا ہے۔ الف لام را، یہ واضح کتاب کی آیتیں ہیں۔</w:t>
      </w:r>
    </w:p>
    <w:p>
      <w:r>
        <w:rPr>
          <w:b/>
        </w:rPr>
        <w:t xml:space="preserve">[00:13] </w:t>
      </w:r>
      <w:r>
        <w:t>hum ne is ko arabi quran bana kar utara hai taa ke tum samjho. hum tum ko behtareen sar-gasht sunate hain, is quran ki badolat jo hum ne tumhari taraf wahi kiya.</w:t>
      </w:r>
    </w:p>
    <w:p>
      <w:pPr>
        <w:jc w:val="right"/>
      </w:pPr>
      <w:r>
        <w:t>ہم نے اس کو عربی قرآن بنا کر اتارا ہے تاکہ تم سمجھو۔ ہم تم کو بہترین سرگزش سناتے ہیں، اس قرآن کی بدولت جو ہم نے تمہاری طرف وحی کیا۔</w:t>
      </w:r>
    </w:p>
    <w:p>
      <w:r>
        <w:rPr>
          <w:b/>
        </w:rPr>
        <w:t xml:space="preserve">[00:25] </w:t>
      </w:r>
      <w:r>
        <w:t>is se pehle beshak tu be-khabaron mein tha. jab yusuf ne apne baap se kaha ke abba jaan, main ne khwaab mein giyarah sitare aur suraj aur chand dekhe hain.</w:t>
      </w:r>
    </w:p>
    <w:p>
      <w:pPr>
        <w:jc w:val="right"/>
      </w:pPr>
      <w:r>
        <w:t>اس سے پہلے بے شک تو بے خبروں میں تھا۔ جب یوسف نے اپنے باپ سے کہا کہ ابا جان، میں نے خواب میں گیارہ ستارے اور سورج اور چاند دیکھے ہیں۔</w:t>
      </w:r>
    </w:p>
    <w:p>
      <w:r>
        <w:rPr>
          <w:b/>
        </w:rPr>
        <w:t xml:space="preserve">[00:37] </w:t>
      </w:r>
      <w:r>
        <w:t>main ne un ko dekha ke woh mujh ko sajda kar rahe hain. is ke baap ne kaha ke aye mere bete, tum apna yeh khwaab apne bhaiyon ko na sunana ke woh tumhare khilaaf koi saazish karne lagen.</w:t>
      </w:r>
    </w:p>
    <w:p>
      <w:pPr>
        <w:jc w:val="right"/>
      </w:pPr>
      <w:r>
        <w:t>میں نے ان کو دیکھا کہ وہ مجھ کو سجدہ کر رہے ہیں۔ اس کے باپ نے کہا کہ اے میرے بیٹے، تم اپنا یہ خواب اپنے بھائیوں کو نہ سنانا کہ وہ تمہارے خلاف کوئی سازش کرنے لگیں۔</w:t>
      </w:r>
    </w:p>
    <w:p>
      <w:r>
        <w:rPr>
          <w:b/>
        </w:rPr>
        <w:t xml:space="preserve">[00:52] </w:t>
      </w:r>
      <w:r>
        <w:t>beshak shaitan aadmi ka khula hua dushman hai, aur isi tarah tera rab tujh ko muntakhib karega aur tum ko baaton ki haqeeqat tak pahunchna sikhaye ga, aur tum par aur aal-e-yaqoob par apni nemmat poori karega, jis tarah woh is se pehle tumhare aabao-ajdad ibrahim aur ishaq par apni nemmat poori kar chuka hai.</w:t>
      </w:r>
    </w:p>
    <w:p>
      <w:pPr>
        <w:jc w:val="right"/>
      </w:pPr>
      <w:r>
        <w:t>بے شک شیطان آدمی کا کھلا ہوا دشمن ہے، اور اسی طرح تیرا رب تجھ کو منتخب کرے گا اور تم کو باتوں کی حقیقت تک پہنچنا سکھائے گا، اور تم پر اور آل یعقوب پر اپنی نعمت پوری کرے گا، جس طرح وہ اس سے پہلے تمہارے اجداد ابراہیم اور اسحاق پر اپنی نعمت پوری کر چکا ہے۔</w:t>
      </w:r>
    </w:p>
    <w:p>
      <w:r>
        <w:rPr>
          <w:b/>
        </w:rPr>
        <w:t xml:space="preserve">[01:15] </w:t>
      </w:r>
      <w:r>
        <w:t>yaqeenan tera rab aleem aur hakeem hai. haqeeqat yeh hai ke yusuf aur us ke bhaiyon mein poochne walon ke liye bari nishaniyan hain.</w:t>
      </w:r>
    </w:p>
    <w:p>
      <w:pPr>
        <w:jc w:val="right"/>
      </w:pPr>
      <w:r>
        <w:t>یقیناً تیرا رب علیم اور حکیم ہے۔ حقیقت یہ ہے کہ یوسف اور اس کے بھائیوں میں پوچھنے والوں کے لیے بڑی نشانیاں ہیں۔</w:t>
      </w:r>
    </w:p>
    <w:p>
      <w:r>
        <w:rPr>
          <w:b/>
        </w:rPr>
        <w:t xml:space="preserve">[01:25] </w:t>
      </w:r>
      <w:r>
        <w:t>jab us ke bhaiyon ne aapas mein kaha ke yusuf aur us ka bhai humare baap ko hum se zyada mehboob hain, haalankeh hum ek poora jatha hain, yaqeenan humara baap ek khuli hui ghalati mein mubtala hai.</w:t>
      </w:r>
    </w:p>
    <w:p>
      <w:pPr>
        <w:jc w:val="right"/>
      </w:pPr>
      <w:r>
        <w:t>جب اس کے بھائیوں نے آپس میں کہا کہ یوسف اور اس کا بھائی ہمارے باپ کو ہم سے زیادہ محبوب ہیں، حالانکہ ہم ایک پورا جتھا ہیں، یقیناً ہمارا باپ ایک کھلی ہوئی غلطی میں مبتلا ہے۔</w:t>
      </w:r>
    </w:p>
    <w:p>
      <w:r>
        <w:rPr>
          <w:b/>
        </w:rPr>
        <w:t xml:space="preserve">[01:40] </w:t>
      </w:r>
      <w:r>
        <w:t>yusuf ko qatl kar do ya us ko kisi jagah phenk do taa ke tumhare baap ki tawajjuh sirf tumhari taraf ho jaye, aur is ke baad tum bilkul theek ho jana.</w:t>
      </w:r>
    </w:p>
    <w:p>
      <w:pPr>
        <w:jc w:val="right"/>
      </w:pPr>
      <w:r>
        <w:t>یوسف کو قتل کر دو یا اس کو کسی جگہ پھینک دو تاکہ تمہارے باپ کی توجہ صرف تمہاری طرف ہو جائے، اور اس کے بعد تم بالکل ٹھیک ہو جانا۔</w:t>
      </w:r>
    </w:p>
    <w:p>
      <w:r>
        <w:rPr>
          <w:b/>
        </w:rPr>
        <w:t xml:space="preserve">[01:51] </w:t>
      </w:r>
      <w:r>
        <w:t>un mein se ek kehne wale ne kaha ke yusuf ko qatl na karo. agar tum kuch karne hi wale ho to us ko kisi andhe kunwein mein daal do.</w:t>
      </w:r>
    </w:p>
    <w:p>
      <w:pPr>
        <w:jc w:val="right"/>
      </w:pPr>
      <w:r>
        <w:t>ان میں سے ایک کہنے والے نے کہا کہ یوسف کو قتل نہ کرو۔ اگر تم کچھ کرنے ہی والے ہو تو اس کو کسی اندھے کنویں میں ڈال دو۔</w:t>
      </w:r>
    </w:p>
    <w:p>
      <w:r>
        <w:rPr>
          <w:b/>
        </w:rPr>
        <w:t xml:space="preserve">[02:00] </w:t>
      </w:r>
      <w:r>
        <w:t>koi raah chalta qafila us ko nikaal le jaye ga. unhone apne baap se kaha: aye humare</w:t>
      </w:r>
    </w:p>
    <w:p>
      <w:pPr>
        <w:jc w:val="right"/>
      </w:pPr>
      <w:r>
        <w:t>کوئی راہ چلتا قافلہ اس کو نکال لے جائے گا۔ انہوں نے اپنے باپ سے کہا: اے ہمارے</w:t>
      </w:r>
    </w:p>
    <w:p>
      <w:r>
        <w:rPr>
          <w:b/>
        </w:rPr>
        <w:t xml:space="preserve">[02:08] </w:t>
      </w:r>
      <w:r>
        <w:t>baap, kya baat hai ke aap yusuf ke maamle mein hum par bharosa nahi karte, haalankeh hum to us ke khair-khwah hain?</w:t>
      </w:r>
    </w:p>
    <w:p>
      <w:pPr>
        <w:jc w:val="right"/>
      </w:pPr>
      <w:r>
        <w:t>باپ، کیا بات ہے کہ آپ یوسف کے معاملے میں ہم پر بھروسہ نہیں کرتے، حالانکہ ہم تو اس کے خیرخواہ ہیں؟</w:t>
      </w:r>
    </w:p>
    <w:p>
      <w:r>
        <w:rPr>
          <w:b/>
        </w:rPr>
        <w:t xml:space="preserve">[02:17] </w:t>
      </w:r>
      <w:r>
        <w:t>kal us ko humare saath bhej dijiye, khaye aur khele, aur hum us ke nigheban hain. baap ne kaha ke main is se ghamgeen hota hoon ke tum us ko le jao, aur mujh ko andesha hai ke us ko koi bhediya kha jaye, jabke tum us se ghafil ho.</w:t>
      </w:r>
    </w:p>
    <w:p>
      <w:pPr>
        <w:jc w:val="right"/>
      </w:pPr>
      <w:r>
        <w:t>کل اس کو ہمارے ساتھ بھیج دیجیے، کھائے اور کھیلے، اور ہم اس کے نگہبان ہیں۔ باپ نے کہا کہ میں اس سے غمگین ہوتا ہوں کہ تم اس کو لے جاؤ، اور مجھ کو اندیشہ ہے کہ اس کو کوئی بھیڑیا کھا جائے، جبکہ تم اس سے غافل ہو۔</w:t>
      </w:r>
    </w:p>
    <w:p>
      <w:r>
        <w:rPr>
          <w:b/>
        </w:rPr>
        <w:t xml:space="preserve">[02:34] </w:t>
      </w:r>
      <w:r>
        <w:t>unhone kaha ke agar us ko bhediya kha gaya, jabke hum ek poori jamaat hain, to hum bare khasaray wale saabit honge. phir jab woh us ko le gaye aur yeh tay kar liya ke us ko ek andhe kunwein mein daal dein, aur hum ne yusuf ko wahi ki ke tu un ko un ka yeh kaam jatayega, aur woh tujh ko na janenge.</w:t>
      </w:r>
    </w:p>
    <w:p>
      <w:pPr>
        <w:jc w:val="right"/>
      </w:pPr>
      <w:r>
        <w:t>انہوں نے کہا کہ اگر اس کو بھیڑیا کھا گیا، جبکہ ہم ایک پوری جماعت ہیں، تو ہم بڑے خسارے والے ثابت ہوں گے۔ پھر جب وہ اس کو لے گئے اور یہ طے کر لیا کہ اس کو ایک اندھے کنویں میں ڈال دیں، اور ہم نے یوسف کو وحی کی کہ تو ان کو ان کا یہ کام جتائے گا، اور وہ تجھ کو نہ جانیں گے۔</w:t>
      </w:r>
    </w:p>
    <w:p>
      <w:r>
        <w:rPr>
          <w:b/>
        </w:rPr>
        <w:t xml:space="preserve">[02:55] </w:t>
      </w:r>
      <w:r>
        <w:t>aur woh shaam ko apne baap ke paas rote hue aaye. unhone kaha ke aye humare</w:t>
      </w:r>
    </w:p>
    <w:p>
      <w:pPr>
        <w:jc w:val="right"/>
      </w:pPr>
      <w:r>
        <w:t>اور وہ شام کو اپنے باپ کے پاس روتے ہوئے آئے۔ انہوں نے کہا کہ اے ہمار</w:t>
      </w:r>
    </w:p>
    <w:p>
      <w:r>
        <w:rPr>
          <w:b/>
        </w:rPr>
        <w:t xml:space="preserve">[03:01] </w:t>
      </w:r>
      <w:r>
        <w:t>baap, hum daud ka muqabla karne lage, aur yusuf ko hum ne apne saaman ke paas chhod diya. phir us ko bhediya kha gaya, aur aap humari baat ka yaqeen na karenge, chahe hum sachhe hon.</w:t>
      </w:r>
    </w:p>
    <w:p>
      <w:pPr>
        <w:jc w:val="right"/>
      </w:pPr>
      <w:r>
        <w:t>ے باپ، ہم دوڑ کا مقابلہ کرنے لگے، اور یوسف کو ہم نے اپنے سامان کے پاس چھوڑ دیا۔ پھر اس کو بھیڑیا کھا گیا، اور آپ ہماری بات کا یقین نہ کریں گے، چاہے ہم سچے ہوں۔</w:t>
      </w:r>
    </w:p>
    <w:p>
      <w:r>
        <w:rPr>
          <w:b/>
        </w:rPr>
        <w:t xml:space="preserve">[03:14] </w:t>
      </w:r>
      <w:r>
        <w:t>aur woh yusuf ki qameez par jhoota khoon laga kar le aaye. baap ne kaha: nahi, balke tumhare nafs ne tumhare liye ek baat bana di hai.</w:t>
      </w:r>
    </w:p>
    <w:p>
      <w:pPr>
        <w:jc w:val="right"/>
      </w:pPr>
      <w:r>
        <w:t>اور وہ یوسف کی قمیض پر جھوٹا خون لگا کر لے آئے۔ باپ نے کہا: نہیں، بلکہ تمہارے نفس نے تمہارے لیے ایک بات بنا دی ہے۔</w:t>
      </w:r>
    </w:p>
    <w:p>
      <w:r>
        <w:rPr>
          <w:b/>
        </w:rPr>
        <w:t xml:space="preserve">[03:25] </w:t>
      </w:r>
      <w:r>
        <w:t>ab sabr hi behtar hai, aur jo baat tum zahir kar rahe ho, us par Allah hi se madad mangta hoon. aur ek qafila aaya to unhone apna pani bharne wala bheja.</w:t>
      </w:r>
    </w:p>
    <w:p>
      <w:pPr>
        <w:jc w:val="right"/>
      </w:pPr>
      <w:r>
        <w:t>اب صبر ہی بہتر ہے، اور جو بات تم ظاہر کر رہے ہو، اس پر اللہ ہی سے مدد مانگتا ہوں۔ اور ایک قافلہ آیا تو انہوں نے اپنا پانی بھرنے والا بھیجا۔</w:t>
      </w:r>
    </w:p>
    <w:p>
      <w:r>
        <w:rPr>
          <w:b/>
        </w:rPr>
        <w:t xml:space="preserve">[03:36] </w:t>
      </w:r>
      <w:r>
        <w:t>us ne apna dol latka diya. us ne kaha: khush</w:t>
      </w:r>
    </w:p>
    <w:p>
      <w:pPr>
        <w:jc w:val="right"/>
      </w:pPr>
      <w:r>
        <w:t>اس نے اپنا ڈول لٹکا دیا۔ اس نے کہا: خوش</w:t>
      </w:r>
    </w:p>
    <w:p>
      <w:r>
        <w:rPr>
          <w:b/>
        </w:rPr>
        <w:t xml:space="preserve">[03:40] </w:t>
      </w:r>
      <w:r>
        <w:t>khabri ho, yeh to ek ladka hai, aur us ko tijarat ka maal samajh kar mehfooz kar liya. aur Allah khoob jaanta tha jo woh kar rahe the, aur unhone us ko thodi si qeemat, chand dirham ke ouz bech diya, aur woh us se be-raghbat the.</w:t>
      </w:r>
    </w:p>
    <w:p>
      <w:pPr>
        <w:jc w:val="right"/>
      </w:pPr>
      <w:r>
        <w:t>خبری ہو، یہ تو ایک لڑکا ہے، اور اس کو تجارت کا مال سمجھ کر محفوظ کر لیا۔ اور اللہ خوب جانتا تھا جو وہ کر رہے تھے، اور انہوں نے اس کو تھوڑی سی قیمت، چند درہم کے اوس بیچ دیا، اور وہ اس سے بے رغبت تھے۔</w:t>
      </w:r>
    </w:p>
    <w:p>
      <w:r>
        <w:rPr>
          <w:b/>
        </w:rPr>
        <w:t xml:space="preserve">[03:57] </w:t>
      </w:r>
      <w:r>
        <w:t>aur ahle misr mein se jis shakhs ne us ko khareeda, us ne apni biwi se kaha ke is ko achhi tarah rakho, umeed hai ke woh humare liye mufeed ho, ya hum us ko beta bana lein.</w:t>
      </w:r>
    </w:p>
    <w:p>
      <w:pPr>
        <w:jc w:val="right"/>
      </w:pPr>
      <w:r>
        <w:t>اور اہل مصر میں سے جس شخص نے اس کو خریدا، اس نے اپنی بیوی سے کہا کہ اس کو اچھی طرح رکھو، امید ہے کہ وہ ہمارے لیے مفید ہو، یا ہم اس کو بیٹا بنا لیں۔</w:t>
      </w:r>
    </w:p>
    <w:p>
      <w:r>
        <w:rPr>
          <w:b/>
        </w:rPr>
        <w:t xml:space="preserve">[04:10] </w:t>
      </w:r>
      <w:r>
        <w:t>aur is tarah hum ne yusuf ko us mulk mein jagah di, aur taa ke hum us ko baaton ki taweel sikhayein. aur Allah apne kaam par ghalib rehta hai, lekin aksar log nahi jante.</w:t>
      </w:r>
    </w:p>
    <w:p>
      <w:pPr>
        <w:jc w:val="right"/>
      </w:pPr>
      <w:r>
        <w:t>اور اس طرح ہم نے یوسف کو اس ملک میں جگہ دی، اور تاکہ ہم اس کو باتوں کی تاویل سکھائیں۔ اور اللہ اپنے کام پر غالب رہتا ہے، لیکن اکثر لوگ نہیں جانتے۔</w:t>
      </w:r>
    </w:p>
    <w:p>
      <w:r>
        <w:rPr>
          <w:b/>
        </w:rPr>
        <w:t xml:space="preserve">[04:24] </w:t>
      </w:r>
      <w:r>
        <w:t>aur jab woh apni pukhtagi ko pahuncha, hum ne us ko hukm aur ilm ata kiya, aur neki karne walon ko hum aisa hi badla dete hain.</w:t>
      </w:r>
    </w:p>
    <w:p>
      <w:pPr>
        <w:jc w:val="right"/>
      </w:pPr>
      <w:r>
        <w:t>اور جب وہ اپنی پختگی کو پہنچا، ہم نے اس کو حکم اور علم عطا کیا، اور نیکی کرنے والوں کو ہم ایسا ہی بدلہ دیتے ہیں۔</w:t>
      </w:r>
    </w:p>
    <w:p>
      <w:r>
        <w:rPr>
          <w:b/>
        </w:rPr>
        <w:t xml:space="preserve">[04:34] </w:t>
      </w:r>
      <w:r>
        <w:t>aur yusuf jis aurat ke ghar mein tha, woh us ko phisalane lagi, aur ek roz us ne darwaze band kar diye aur boli ke aaja.</w:t>
      </w:r>
    </w:p>
    <w:p>
      <w:pPr>
        <w:jc w:val="right"/>
      </w:pPr>
      <w:r>
        <w:t>اور یوسف جس عورت کے گھر میں تھا، وہ اس کو پھسلانے لگی، اور ایک روز اس نے دروازے بند کر دیے اور بولی کہ آجا۔</w:t>
      </w:r>
    </w:p>
    <w:p>
      <w:r>
        <w:rPr>
          <w:b/>
        </w:rPr>
        <w:t xml:space="preserve">[04:44] </w:t>
      </w:r>
      <w:r>
        <w:t>yousuf ne kaha: khuda ki pana</w:t>
      </w:r>
    </w:p>
    <w:p>
      <w:pPr>
        <w:jc w:val="right"/>
      </w:pPr>
      <w:r>
        <w:t>یوسف نے کہا: خدا کی پنا</w:t>
      </w:r>
    </w:p>
    <w:p>
      <w:r>
        <w:rPr>
          <w:b/>
        </w:rPr>
        <w:t xml:space="preserve">[04:46] </w:t>
      </w:r>
      <w:r>
        <w:t>h, woh mera aaqa hai. us ne mujh ko achi tarah rakha hai. be shak zalim log kabhi falah nahi paate. aur aurat ne is ka irada kar liya, aur woh bhi is ka irada karta,</w:t>
      </w:r>
    </w:p>
    <w:p>
      <w:pPr>
        <w:jc w:val="right"/>
      </w:pPr>
      <w:r>
        <w:t>ہ، وہ میرا آقا ہے۔ اس نے مجھ کو اچھی طرح رکھا ہے۔ بے شک ظالم لوگ کبھی فلاح نہیں پاتے۔ اور عورت نے اس کا ارادہ کر لیا، اور وہ بھی اس کا ارادہ کرتا،</w:t>
      </w:r>
    </w:p>
    <w:p>
      <w:r>
        <w:rPr>
          <w:b/>
        </w:rPr>
        <w:t xml:space="preserve">[04:59] </w:t>
      </w:r>
      <w:r>
        <w:t>agar woh apne rab ki burhan na dekh leta. aisa hua taake hum is se burai aur be hayai ko door kar dein. be shak woh hamare chune hue bando mein se tha.</w:t>
      </w:r>
    </w:p>
    <w:p>
      <w:pPr>
        <w:jc w:val="right"/>
      </w:pPr>
      <w:r>
        <w:t>اگر وہ اپنے رب کی برہان نہ دیکھ لیتا۔ ایسا ہوا تاکہ ہم اس سے برائی اور بے حیائی کو دور کر دیں۔ بے شک وہ ہمارے چنے ہوئے بندوں میں سے تھا۔</w:t>
      </w:r>
    </w:p>
    <w:p>
      <w:r>
        <w:rPr>
          <w:b/>
        </w:rPr>
        <w:t xml:space="preserve">[05:11] </w:t>
      </w:r>
      <w:r>
        <w:t>aur dono darwaze ki taraf bhage. aur aurat ne yousuf ka kurta peeche se phaar diya, aur dono ne is ke shohar ko darwaze par paya.</w:t>
      </w:r>
    </w:p>
    <w:p>
      <w:pPr>
        <w:jc w:val="right"/>
      </w:pPr>
      <w:r>
        <w:t>اور دونوں دروازے کی طرف بھاگے۔ اور عورت نے یوسف کا کرتا پیچھے سے پھاڑ دیا، اور دونوں نے اس کے شوہر کو دروازے پر پایا۔</w:t>
      </w:r>
    </w:p>
    <w:p>
      <w:r>
        <w:rPr>
          <w:b/>
        </w:rPr>
        <w:t xml:space="preserve">[05:20] </w:t>
      </w:r>
      <w:r>
        <w:t>aurat boli ke jo teri ghar wali ke sath burai ka irada kare, us ki saza us ke siwa kia hai ke use qaid kiya jaye ya use sakht azab diya jaye?</w:t>
      </w:r>
    </w:p>
    <w:p>
      <w:pPr>
        <w:jc w:val="right"/>
      </w:pPr>
      <w:r>
        <w:t>عورت بولی کہ جو تیری گھر والی کے ساتھ برائی کا ارادہ کرے، اس کی سزا اس کے سوا کیا ہے کہ اسے قید کیا جائے یا اسے سخت عذاب دیا جائے؟</w:t>
      </w:r>
    </w:p>
    <w:p>
      <w:r>
        <w:rPr>
          <w:b/>
        </w:rPr>
        <w:t xml:space="preserve">[05:32] </w:t>
      </w:r>
      <w:r>
        <w:t>yousuf bola ke isi ne mujhe phislane ki koshish ki, aur aurat ke kunbe walon mein se ek shakhs ne gawahi di ke agar is ka kurta aage se phata hua ho to aurat sachi hai, aur woh jhoota hai, aur agar is ka kurta peeche se phata hua ho to aurat jhooti hai, aur woh sacha hai.</w:t>
      </w:r>
    </w:p>
    <w:p>
      <w:pPr>
        <w:jc w:val="right"/>
      </w:pPr>
      <w:r>
        <w:t>یوسف بولا کہ اسی نے مجھے پھسلانے کی کوشش کی، اور عورت کے کنبے والوں میں سے ایک شخص نے گواہی دی کہ اگر اس کا کرتا آگے سے پھٹا ہوا ہو تو عورت سچی ہے، اور وہ جھوٹا ہے، اور اگر اس کا کرتا پیچھے سے پھٹا ہوا ہو تو عورت جھوٹی ہے، اور وہ سچا ہے۔</w:t>
      </w:r>
    </w:p>
    <w:p>
      <w:r>
        <w:rPr>
          <w:b/>
        </w:rPr>
        <w:t xml:space="preserve">[05:53] </w:t>
      </w:r>
      <w:r>
        <w:t>phir jab aziz ne dekha ke is ka kurta peeche se phata hua hai to us ne kaha ke be shak yeh tum auraton ki chaal hai, aur tumhari chaalein bohat bari hoti hain.</w:t>
      </w:r>
    </w:p>
    <w:p>
      <w:pPr>
        <w:jc w:val="right"/>
      </w:pPr>
      <w:r>
        <w:t>پھر جب عزیز نے دیکھا کہ اس کا کرتا پیچھے سے پھٹا ہوا ہے تو اس نے کہا کہ بے شک یہ تم عورتوں کی چال ہے، اور تمہاری چالیں بہت بڑی ہوتی ہیں۔</w:t>
      </w:r>
    </w:p>
    <w:p>
      <w:r>
        <w:rPr>
          <w:b/>
        </w:rPr>
        <w:t xml:space="preserve">[06:04] </w:t>
      </w:r>
      <w:r>
        <w:t>y</w:t>
      </w:r>
    </w:p>
    <w:p>
      <w:pPr>
        <w:jc w:val="right"/>
      </w:pPr>
      <w:r>
        <w:t>ی</w:t>
      </w:r>
    </w:p>
    <w:p>
      <w:r>
        <w:rPr>
          <w:b/>
        </w:rPr>
        <w:t xml:space="preserve">[06:05] </w:t>
      </w:r>
      <w:r>
        <w:t>ousuf, use darguzar karo, aur aye aurat, tu apni ghalti ki maafi mang. be shak tu hi khata kar thi. aur shehar ki auratein kehne lagin ke aziz ki biwi apne naujawan ghulam ke peeche pari hui hai.</w:t>
      </w:r>
    </w:p>
    <w:p>
      <w:pPr>
        <w:jc w:val="right"/>
      </w:pPr>
      <w:r>
        <w:t>وسف، اسے درگزر کرو، اور اے عورت، تو اپنی غلطی کی معافی مانگ۔ بے شک تو ہی خطا کار تھی۔ اور شہر کی عورتیں کہنے لگیں کہ عزیز کی بیوی اپنے نوجوان غلام کے پیچھے پڑی ہوئی ہے۔</w:t>
      </w:r>
    </w:p>
    <w:p>
      <w:r>
        <w:rPr>
          <w:b/>
        </w:rPr>
        <w:t xml:space="preserve">[06:20] </w:t>
      </w:r>
      <w:r>
        <w:t>woh is ki muhabbat mein farifta hai. hum dekhte hain ke woh khuli hui ghalti par hai. phir jab us ne un ka fareb suna to us ne un ko bula bheja, aur un ke liye ek majlis tayar ki, aur un mein se har ek ko ek ek chhuri di, aur yousuf se kaha ke tum un ke samne aao.</w:t>
      </w:r>
    </w:p>
    <w:p>
      <w:pPr>
        <w:jc w:val="right"/>
      </w:pPr>
      <w:r>
        <w:t>وہ اس کی محبت میں فریفتہ ہے۔ ہم دیکھتے ہیں کہ وہ کھلی ہوئی غلطی پر ہے۔ پھر جب اس نے ان کا فریب سنا تو اس نے ان کو بلا بھیجا، اور ان کے لیے ایک مجلس تیار کی، اور ان میں سے ہر ایک کو ایک ایک چھری دی، اور یوسف سے کہا کہ تم ان کے سامنے آؤ۔</w:t>
      </w:r>
    </w:p>
    <w:p>
      <w:r>
        <w:rPr>
          <w:b/>
        </w:rPr>
        <w:t xml:space="preserve">[06:39] </w:t>
      </w:r>
      <w:r>
        <w:t>phir jab auraton ne is ko dekha to woh tang reh gayin, aur unhone apne hath kaat dale, aur unhone kaha: mashaa Allah,</w:t>
      </w:r>
    </w:p>
    <w:p>
      <w:pPr>
        <w:jc w:val="right"/>
      </w:pPr>
      <w:r>
        <w:t>پھر جب عورتوں نے اس کو دیکھا تو وہ تنگ رہ گئیں، اور انہوں نے اپنے ہاتھ کاٹ ڈالے، اور انہوں نے کہا: ماشاءاللہ،</w:t>
      </w:r>
    </w:p>
    <w:p>
      <w:r>
        <w:rPr>
          <w:b/>
        </w:rPr>
        <w:t xml:space="preserve">[06:49] </w:t>
      </w:r>
      <w:r>
        <w:t>yeh aadmi nahi hai, yeh to koi buzurg farishta hai. us ne kaha: yeh wohi hai jis ke bare mein tum mujh ko malamat kar rahi theen, aur mein ne is ko rajhane ki koshish ki, magar woh bach gaya, aur agar us ne woh nahi kiya jo mein is se keh rahi hoon to woh qaid mein padega, aur zaroor be izzat hoga.</w:t>
      </w:r>
    </w:p>
    <w:p>
      <w:pPr>
        <w:jc w:val="right"/>
      </w:pPr>
      <w:r>
        <w:t>یہ آدمی نہیں ہے، یہ تو کوئی بزرگ فرشتہ ہے۔ اس نے کہا: یہ وہی ہے جس کے بارے میں تم مجھ کو ملامت کر رہی تھیں، اور میں نے اس کو رجھانے کی کوشش کی، مگر وہ بچ گیا، اور اگر اس نے وہ نہیں کیا جو میں اس سے کہہ رہی ہوں تو وہ قید میں پڑے گا، اور ضرور بے عزت ہوگا۔</w:t>
      </w:r>
    </w:p>
    <w:p>
      <w:r>
        <w:rPr>
          <w:b/>
        </w:rPr>
        <w:t xml:space="preserve">[07:10] </w:t>
      </w:r>
      <w:r>
        <w:t>yousuf ne kaha: aye mere rab</w:t>
      </w:r>
    </w:p>
    <w:p>
      <w:pPr>
        <w:jc w:val="right"/>
      </w:pPr>
      <w:r>
        <w:t>یوسف نے کہا: اے میرے رب</w:t>
      </w:r>
    </w:p>
    <w:p>
      <w:r>
        <w:rPr>
          <w:b/>
        </w:rPr>
        <w:t xml:space="preserve">[07:13] </w:t>
      </w:r>
      <w:r>
        <w:t>, qaid khana mujh ko us cheez se zyada pasand hai jis ki taraf yeh mujhe bula rahi hai, aur agar tu ne un ke fareb ko mujh se dafa na kiya to mein un ki taraf mayal ho jaunga, aur jahilon mein se ho jaunga.</w:t>
      </w:r>
    </w:p>
    <w:p>
      <w:pPr>
        <w:jc w:val="right"/>
      </w:pPr>
      <w:r>
        <w:t>، قید خانہ مجھ کو اس چیز سے زیادہ پسند ہے جس کی طرف یہ مجھے بلا رہی ہے، اور اگر تو نے ان کے فریب کو مجھ سے دفع نہ کیا تو میں ان کی طرف مائل ہو جاؤں گا، اور جاہلوں میں سے ہو جاؤں گا۔</w:t>
      </w:r>
    </w:p>
    <w:p>
      <w:r>
        <w:rPr>
          <w:b/>
        </w:rPr>
        <w:t xml:space="preserve">[07:27] </w:t>
      </w:r>
      <w:r>
        <w:t>pas is ke rab ne is ki dua qubool kar li, aur un ke fareb ko is se dafa kar diya. be shak woh sunne wala aur janne wala hai.</w:t>
      </w:r>
    </w:p>
    <w:p>
      <w:pPr>
        <w:jc w:val="right"/>
      </w:pPr>
      <w:r>
        <w:t>پس اس کے رب نے اس کی دعا قبول کر لی، اور ان کے فریب کو اس سے دفع کر دیا۔ بے شک وہ سننے والا اور جاننے والا ہے۔</w:t>
      </w:r>
    </w:p>
    <w:p>
      <w:r>
        <w:rPr>
          <w:b/>
        </w:rPr>
        <w:t xml:space="preserve">[07:38] </w:t>
      </w:r>
      <w:r>
        <w:t>phir nishaniyan dekh lene ke baad un logon ki samajh mein aya ke ek muddat ke liye is ko qaid kar dein. aur qaid khane mein is ke sath do aur jawan dakhil hue.</w:t>
      </w:r>
    </w:p>
    <w:p>
      <w:pPr>
        <w:jc w:val="right"/>
      </w:pPr>
      <w:r>
        <w:t>پھر نشانیاں دیکھ لینے کے بعد ان لوگوں کی سمجھ میں آیا کہ ایک مدت کے لیے اس کو قید کر دیں۔ اور قید خانے میں اس کے ساتھ دو اور جوان داخل ہوئے۔</w:t>
      </w:r>
    </w:p>
    <w:p>
      <w:r>
        <w:rPr>
          <w:b/>
        </w:rPr>
        <w:t xml:space="preserve">[07:49] </w:t>
      </w:r>
      <w:r>
        <w:t>un mein se ek ne ek roz kaha ke mein khwab mein dekhta hoon ke mein sharab nichor raha hoon, aur doosre ne kaha ke mein khwab mein dekhta hoon ke mein apne sar par roti uthaye hue hoon jis mein se chidiyan kha rahi hain.</w:t>
      </w:r>
    </w:p>
    <w:p>
      <w:pPr>
        <w:jc w:val="right"/>
      </w:pPr>
      <w:r>
        <w:t>ان میں سے ایک نے ایک روز کہا کہ میں خواب میں دیکھتا ہوں کہ میں شراب نچوڑ رہا ہوں، اور دوسرے نے کہا کہ میں خواب میں دیکھتا ہوں کہ میں اپنے سر پر روٹی اٹھائے ہوئے ہوں جس میں سے چڑیاں کھا رہی ہیں۔</w:t>
      </w:r>
    </w:p>
    <w:p>
      <w:r>
        <w:rPr>
          <w:b/>
        </w:rPr>
        <w:t xml:space="preserve">[08:05] </w:t>
      </w:r>
      <w:r>
        <w:t>hum ko is ki taabeer batao. hum dekhte hain ke tum naik logon mein se ho. yousuf ne kaha: jo khana tum ko milta hai, us ke aane se pehle mein tumhein in khwabon ki taabeer bata dunga.</w:t>
      </w:r>
    </w:p>
    <w:p>
      <w:pPr>
        <w:jc w:val="right"/>
      </w:pPr>
      <w:r>
        <w:t>ہم کو اس کی تعبیر بتاؤ۔ ہم دیکھتے ہیں کہ تم نیک لوگوں میں سے ہو۔ یوسف نے کہا: جو کھانا تم کو ملتا ہے، اس کے آنے سے پہلے میں تمہیں ان خوابوں کی تعبیر بتا دوں گا۔</w:t>
      </w:r>
    </w:p>
    <w:p>
      <w:r>
        <w:rPr>
          <w:b/>
        </w:rPr>
        <w:t xml:space="preserve">[08:19] </w:t>
      </w:r>
      <w:r>
        <w:t>yeh us ilm mein se hai jo mere rab ne mujhe sikhaya hai. mein ne un logon ke mazhab ko choda jo Allah par iman nahi late, aur woh log akhirat ke munkir hain.</w:t>
      </w:r>
    </w:p>
    <w:p>
      <w:pPr>
        <w:jc w:val="right"/>
      </w:pPr>
      <w:r>
        <w:t>یہ اس علم میں سے ہے جو میرے رب نے مجھے سکھایا ہے۔ میں نے ان لوگوں کے مذہب کو چھوڑا جو اللہ پر ایمان نہیں لاتے، اور وہ لوگ آخرت کے منکر ہیں۔</w:t>
      </w:r>
    </w:p>
    <w:p>
      <w:r>
        <w:rPr>
          <w:b/>
        </w:rPr>
        <w:t xml:space="preserve">[08:31] </w:t>
      </w:r>
      <w:r>
        <w:t>aur mein ne apne buzurgon ibrahim aur ishaq aur yaqoob ke mazhab ki pairwi ki. hum ko yeh haq nahi ke hum kisi cheez ko Allah ka shareek thahrain.</w:t>
      </w:r>
    </w:p>
    <w:p>
      <w:pPr>
        <w:jc w:val="right"/>
      </w:pPr>
      <w:r>
        <w:t>اور میں نے اپنے بزرگوں ابراہیم اور اسحاق اور یعقوب کے مذہب کی پیروی کی۔ ہم کو یہ حق نہیں کہ ہم کسی چیز کو اللہ کا شریک ٹھہرائیں۔</w:t>
      </w:r>
    </w:p>
    <w:p>
      <w:r>
        <w:rPr>
          <w:b/>
        </w:rPr>
        <w:t xml:space="preserve">[08:42] </w:t>
      </w:r>
      <w:r>
        <w:t>yeh Allah ka fazal hai hamare upar aur sab logon ke upar, magar aksar log shukr nahi karte. aye mere jail ke sathiyon,</w:t>
      </w:r>
    </w:p>
    <w:p>
      <w:pPr>
        <w:jc w:val="right"/>
      </w:pPr>
      <w:r>
        <w:t>یہ اللہ کا فضل ہے ہمارے اوپر اور سب لوگوں کے اوپر، مگر اکثر لوگ شکر نہیں کرتے۔ اے میرے جیل کے ساتھیوں،</w:t>
      </w:r>
    </w:p>
    <w:p>
      <w:r>
        <w:rPr>
          <w:b/>
        </w:rPr>
        <w:t xml:space="preserve">[08:53] </w:t>
      </w:r>
      <w:r>
        <w:t>kya juda juda kayi maabood behtar hain ya Allah akela zabardast? tum us ke siwa nahi poochte ho magar kuch namon ko jo tum ne aur tumhare baap dada ne rakh liye hain.</w:t>
      </w:r>
    </w:p>
    <w:p>
      <w:pPr>
        <w:jc w:val="right"/>
      </w:pPr>
      <w:r>
        <w:t>کیا جدا جدا کئی معبود بہتر ہیں یا اللہ اکیلا زبردست؟ تم اس کے سوا نہیں پوچھتے ہو مگر کچھ ناموں کو جو تم نے اور تمہارے باپ دادا نے رکھ لیے ہیں۔</w:t>
      </w:r>
    </w:p>
    <w:p>
      <w:r>
        <w:rPr>
          <w:b/>
        </w:rPr>
        <w:t xml:space="preserve">[09:06] </w:t>
      </w:r>
      <w:r>
        <w:t>Allah ne is ki koi sanad nahi utari. iqtadar sirf Allah ke liye hai. us ne hukum diya hai, us ke siwa kisi ki ibadat na karo.</w:t>
      </w:r>
    </w:p>
    <w:p>
      <w:pPr>
        <w:jc w:val="right"/>
      </w:pPr>
      <w:r>
        <w:t>اللہ نے اس کی کوئی سند نہیں اتاری۔ اقتدار صرف اللہ کے لیے ہے۔ اس نے حکم دیا ہے، اس کے سوا کسی کی عبادت نہ کرو۔</w:t>
      </w:r>
    </w:p>
    <w:p>
      <w:r>
        <w:rPr>
          <w:b/>
        </w:rPr>
        <w:t xml:space="preserve">[09:16] </w:t>
      </w:r>
      <w:r>
        <w:t>yeh sidha deen hai, magar bohat log nahi jante. aye mere qaid khane ke sath</w:t>
      </w:r>
    </w:p>
    <w:p>
      <w:pPr>
        <w:jc w:val="right"/>
      </w:pPr>
      <w:r>
        <w:t>یہی سیدھا دین ہے، مگر بہت لوگ نہیں جانتے۔ اے میرے قید خانے کے ساتھ</w:t>
      </w:r>
    </w:p>
    <w:p>
      <w:r>
        <w:rPr>
          <w:b/>
        </w:rPr>
        <w:t xml:space="preserve">[09:24] </w:t>
      </w:r>
      <w:r>
        <w:t>iyon, tum mein se ek apne aaqa ko sharab pilayega, aur jo doosra hai us ko soli di jayegi. phir parinde is ke sar mein se khayenge.</w:t>
      </w:r>
    </w:p>
    <w:p>
      <w:pPr>
        <w:jc w:val="right"/>
      </w:pPr>
      <w:r>
        <w:t>یوں، تم میں سے ایک اپنے آقا کو شراب پلائے گا، اور جو دوسرا ہے اس کو سولی دی جائے گی۔ پھر پرندے اس کے سر میں سے کھائیں گے۔</w:t>
      </w:r>
    </w:p>
    <w:p>
      <w:r>
        <w:rPr>
          <w:b/>
        </w:rPr>
        <w:t xml:space="preserve">[09:34] </w:t>
      </w:r>
      <w:r>
        <w:t>is amr ka faisla ho gaya jis ke bare mein tum pooch rahe thay. aur yusuf ne is shakhs se kaha jis ke bare mein us ne guman kiya tha ke woh bach jaye ga ke apne aaqa ke pas mera zikr karna.</w:t>
      </w:r>
    </w:p>
    <w:p>
      <w:pPr>
        <w:jc w:val="right"/>
      </w:pPr>
      <w:r>
        <w:t>اس امر کا فیصلہ ہو گیا جس کے بارے میں تم پوچھ رہے تھے۔ اور یوسف نے اس شخص سے کہا جس کے بارے میں اس نے گمان کیا تھا کہ وہ بچ جائے گا کہ اپنے آقا کے پاس میرا ذکر کرنا۔</w:t>
      </w:r>
    </w:p>
    <w:p>
      <w:r>
        <w:rPr>
          <w:b/>
        </w:rPr>
        <w:t xml:space="preserve">[09:48] </w:t>
      </w:r>
      <w:r>
        <w:t>phir shaitan ne us ko apne aaqa se zikr karna bhula diya. pas woh qaid khane mein kai saal pada raha. aur badshah ne kaha ke main khwab mein dekhta hoon ke saat moti gayen hain jin ko saat dubli gayen kha rahi hain, aur saat hari baliyan hain, aur doosri saat sokhi baliyan.</w:t>
      </w:r>
    </w:p>
    <w:p>
      <w:pPr>
        <w:jc w:val="right"/>
      </w:pPr>
      <w:r>
        <w:t>پھر شیطان نے اس کو اپنے آقا سے ذکر کرنا بھلا دیا۔ پس وہ قید خانے میں کئی سال پڑا رہا۔ اور بادشاہ نے کہا کہ میں خواب میں دیکھتا ہوں کہ سات موٹی گائیں ہیں جن کو سات دبلی گائیں کھا رہی ہیں، اور سات ہری بالیاں ہیں، اور دوسری سات سوکھی بالیاں۔</w:t>
      </w:r>
    </w:p>
    <w:p>
      <w:r>
        <w:rPr>
          <w:b/>
        </w:rPr>
        <w:t xml:space="preserve">[10:10] </w:t>
      </w:r>
      <w:r>
        <w:t>ae darbar walon</w:t>
      </w:r>
    </w:p>
    <w:p>
      <w:pPr>
        <w:jc w:val="right"/>
      </w:pPr>
      <w:r>
        <w:t>اے دربار والوں</w:t>
      </w:r>
    </w:p>
    <w:p>
      <w:r>
        <w:rPr>
          <w:b/>
        </w:rPr>
        <w:t xml:space="preserve">[10:11] </w:t>
      </w:r>
      <w:r>
        <w:t>, mere khwab ki taabeer mujhe batao agar tum khwab ki taabeer dete ho. woh bolay: yeh khayali khwab hain, aur hum ko aise khwabon ki taabeer maloom nahin.</w:t>
      </w:r>
    </w:p>
    <w:p>
      <w:pPr>
        <w:jc w:val="right"/>
      </w:pPr>
      <w:r>
        <w:t>، میرے خواب کی تعبیر مجھے بتاؤ اگر تم خواب کی تعبیر دیتے ہو۔ وہ بولے: یہ خیالی خواب ہیں، اور ہم کو ایسے خوابوں کی تعبیر معلوم نہیں۔</w:t>
      </w:r>
    </w:p>
    <w:p>
      <w:r>
        <w:rPr>
          <w:b/>
        </w:rPr>
        <w:t xml:space="preserve">[10:22] </w:t>
      </w:r>
      <w:r>
        <w:t>in do qaidiyon mein se jo shakhs bach gaya tha aur us ko ek muddat ke baad yaad aaya, us ne kaha ke main tum logon ko is ki taabeer bataoon ga, pas mujh ko yusuf ke pas jane do.</w:t>
      </w:r>
    </w:p>
    <w:p>
      <w:pPr>
        <w:jc w:val="right"/>
      </w:pPr>
      <w:r>
        <w:t>ان دو قیدیوں میں سے جو شخص بچ گیا تھا اور اس کو ایک مدت کے بعد یاد آیا، اس نے کہا کہ میں تم لوگوں کو اس کی تعبیر بتاؤں گا، پس مجھ کو یوسف کے پاس جانے دو۔</w:t>
      </w:r>
    </w:p>
    <w:p>
      <w:r>
        <w:rPr>
          <w:b/>
        </w:rPr>
        <w:t xml:space="preserve">[10:36] </w:t>
      </w:r>
      <w:r>
        <w:t>yusuf, ae sachay,</w:t>
      </w:r>
    </w:p>
    <w:p>
      <w:pPr>
        <w:jc w:val="right"/>
      </w:pPr>
      <w:r>
        <w:t>یوسف، اے سچے،</w:t>
      </w:r>
    </w:p>
    <w:p>
      <w:r>
        <w:rPr>
          <w:b/>
        </w:rPr>
        <w:t xml:space="preserve">[10:38] </w:t>
      </w:r>
      <w:r>
        <w:t>mujhe is khwab ka matlab bata ke saat moti gayen hain jin ko saat dubli gayen kha rahi hain, aur saat bali hari hain, aur doosri saat sokhi, taake main un logon ke pas jaon taake woh jaan len.</w:t>
      </w:r>
    </w:p>
    <w:p>
      <w:pPr>
        <w:jc w:val="right"/>
      </w:pPr>
      <w:r>
        <w:t>مجھے اس خواب کا مطلب بتا کہ سات موٹی گائیں ہیں جن کو سات دبلی گائیں کھا رہی ہیں، اور سات بالی ہری ہیں، اور دوسری سات سوکھی، تاکہ میں ان لوگوں کے پاس جاؤں تاکہ وہ جان لیں۔</w:t>
      </w:r>
    </w:p>
    <w:p>
      <w:r>
        <w:rPr>
          <w:b/>
        </w:rPr>
        <w:t xml:space="preserve">[10:53] </w:t>
      </w:r>
      <w:r>
        <w:t>yusuf ne kaha ke tum saat saal tak barabar kheti karo ge. pas jo fasal tum kato us ko us ki baliyon mein chhod do, magar thora sa jo tum khao.</w:t>
      </w:r>
    </w:p>
    <w:p>
      <w:pPr>
        <w:jc w:val="right"/>
      </w:pPr>
      <w:r>
        <w:t>یوسف نے کہا کہ تم سات سال تک برابر کھیتی کرو گے۔ پس جو فصل تم کاٹو اس کو اس کی بالیوں میں چھوڑ دو، مگر تھوڑا سا جو تم کھاؤ۔</w:t>
      </w:r>
    </w:p>
    <w:p>
      <w:r>
        <w:rPr>
          <w:b/>
        </w:rPr>
        <w:t xml:space="preserve">[11:04] </w:t>
      </w:r>
      <w:r>
        <w:t>par is ke baad saat sakht saal ayen ge. is zamane mein woh galla kha liya jaye ga jo tum us waqt ke liye jama karo ge, bajuz thora sa jo tum mehfooz kar lo ge.</w:t>
      </w:r>
    </w:p>
    <w:p>
      <w:pPr>
        <w:jc w:val="right"/>
      </w:pPr>
      <w:r>
        <w:t>پر اس کے بعد سات سخت سال آئیں گے۔ اس زمانے میں وہ غلہ کھا لیا جائے گا جو تم اس وقت کے لیے جمع کرو گے، بجز تھوڑا سا جو تم محفوظ کر لو گے۔</w:t>
      </w:r>
    </w:p>
    <w:p>
      <w:r>
        <w:rPr>
          <w:b/>
        </w:rPr>
        <w:t xml:space="preserve">[11:17] </w:t>
      </w:r>
      <w:r>
        <w:t>phir is ke baad ek saal aye ga jis mein logon par meena barsay ga, aur woh is mein ras nichorein ge. aur badshah ne kaha ke is ko mere pas lao.</w:t>
      </w:r>
    </w:p>
    <w:p>
      <w:pPr>
        <w:jc w:val="right"/>
      </w:pPr>
      <w:r>
        <w:t>پھر اس کے بعد ایک سال آئے گا جس میں لوگوں پر مینہ برسے گا، اور وہ اس میں رس نچوڑیں گے۔ اور بادشاہ نے کہا کہ اس کو میرے پاس لاؤ۔</w:t>
      </w:r>
    </w:p>
    <w:p>
      <w:r>
        <w:rPr>
          <w:b/>
        </w:rPr>
        <w:t xml:space="preserve">[11:27] </w:t>
      </w:r>
      <w:r>
        <w:t>phir jab qasid is ke pas aya to us ne kaha ke tum apne aaqa ke pas wapas jao aur us se poocho ke un auraton ka kya mamla hai jinhon ne apne hath kaat liye thay.</w:t>
      </w:r>
    </w:p>
    <w:p>
      <w:pPr>
        <w:jc w:val="right"/>
      </w:pPr>
      <w:r>
        <w:t>پھر جب قاصد اس کے پاس آیا تو اس نے کہا کہ تم اپنے آقا کے پاس واپس جاؤ اور اس سے پوچھو کہ ان عورتوں کا کیا معاملہ ہے جنہوں نے اپنے ہاتھ کاٹ لیے تھے۔</w:t>
      </w:r>
    </w:p>
    <w:p>
      <w:r>
        <w:rPr>
          <w:b/>
        </w:rPr>
        <w:t xml:space="preserve">[11:39] </w:t>
      </w:r>
      <w:r>
        <w:t>mera rab to un ke fareb se khoob waqif hai. badshah ne poocha: tumhara kya majra hai jab tum ne yusuf ko phisalane ki koshish ki thi?</w:t>
      </w:r>
    </w:p>
    <w:p>
      <w:pPr>
        <w:jc w:val="right"/>
      </w:pPr>
      <w:r>
        <w:t>میرا رب تو ان کے فریب سے خوب واقف ہے۔ بادشاہ نے پوچھا: تمہارا کیا ماجرہ ہے جب تم نے یوسف کو پھسلانے کی کوشش کی تھی؟</w:t>
      </w:r>
    </w:p>
    <w:p>
      <w:r>
        <w:rPr>
          <w:b/>
        </w:rPr>
        <w:t xml:space="preserve">[11:49] </w:t>
      </w:r>
      <w:r>
        <w:t>unhon ne kaha ke mashaa Allah,</w:t>
      </w:r>
    </w:p>
    <w:p>
      <w:pPr>
        <w:jc w:val="right"/>
      </w:pPr>
      <w:r>
        <w:t>انہوں نے کہا کہ ماشاءاللہ،</w:t>
      </w:r>
    </w:p>
    <w:p>
      <w:r>
        <w:rPr>
          <w:b/>
        </w:rPr>
        <w:t xml:space="preserve">[11:52] </w:t>
      </w:r>
      <w:r>
        <w:t>hum ne is mein kuch burai nahin pai. aziz ki بیوی ne kaha: ab haq khul gaya, main ne hi is ko phisalane ki koshish ki thi, aur bilashuba woh sacha hai.</w:t>
      </w:r>
    </w:p>
    <w:p>
      <w:pPr>
        <w:jc w:val="right"/>
      </w:pPr>
      <w:r>
        <w:t>ہم نے اس میں کچھ برائی نہیں پائی۔ عزیز کی بیوی نے کہا: اب حق کھل گیا، میں نے ہی اس کو پھسلانے کی کوشش کی تھی، اور بلاشبہ وہ سچا ہے۔</w:t>
      </w:r>
    </w:p>
    <w:p>
      <w:r>
        <w:rPr>
          <w:b/>
        </w:rPr>
        <w:t xml:space="preserve">[12:03] </w:t>
      </w:r>
      <w:r>
        <w:t>yeh is liye ke aziz misr yeh jaan le ke main ne dar-parda is ki khiyanat nahin ki, aur beshak Allah khiyanat karne walon ki chaal ko chalne nahin deta.</w:t>
      </w:r>
    </w:p>
    <w:p>
      <w:pPr>
        <w:jc w:val="right"/>
      </w:pPr>
      <w:r>
        <w:t>یہ اس لیے کہ عزیز مصر یہ جان لے کہ میں نے درپردہ اس کی خیانت نہیں کی، اور بے شک اللہ خیانت کرنے والوں کی چال کو چلنے نہیں دیتا۔</w:t>
      </w:r>
    </w:p>
    <w:p>
      <w:r>
        <w:rPr>
          <w:b/>
        </w:rPr>
        <w:t xml:space="preserve">[12:15] </w:t>
      </w:r>
      <w:r>
        <w:t>aur main apne nafs ki bar'at nahin karta. nafs to burai hi sikhaata hai, illa yeh ke mera rab reham farmaye. beshak mera rab bakhshne wala, meharban hai.</w:t>
      </w:r>
    </w:p>
    <w:p>
      <w:pPr>
        <w:jc w:val="right"/>
      </w:pPr>
      <w:r>
        <w:t>اور میں اپنے نفس کی برات نہیں کرتا۔ نفس تو بدی ہی سکھاتا ہے، الا یہ کہ میرا رب رحم فرمائے۔ بے شک میرا رب بخشنے والا، مہربان ہے۔</w:t>
      </w:r>
    </w:p>
    <w:p>
      <w:r>
        <w:rPr>
          <w:b/>
        </w:rPr>
        <w:t xml:space="preserve">[12:27] </w:t>
      </w:r>
      <w:r>
        <w:t>aur badshah ne kaha ke is ko mere pas lao. main is ko khaas apne liye rakhon ga. phir jab yusuf ne is se baat ki to badshah ne kaha: aaj se tum hamare moazzaz aur motamad ho gae.</w:t>
      </w:r>
    </w:p>
    <w:p>
      <w:pPr>
        <w:jc w:val="right"/>
      </w:pPr>
      <w:r>
        <w:t>اور بادشاہ نے کہا کہ اس کو میرے پاس لاؤ۔ میں اس کو خاص اپنے لیے رکھوں گا۔ پھر جب یوسف نے اس سے بات کی تو بادشاہ نے کہا: آج سے تم ہمارے معزز اور معتمد ہوئے۔</w:t>
      </w:r>
    </w:p>
    <w:p>
      <w:r>
        <w:rPr>
          <w:b/>
        </w:rPr>
        <w:t xml:space="preserve">[12:42] </w:t>
      </w:r>
      <w:r>
        <w:t>yusuf ne kaha ke mujh ko mulk ke khazanon par muqarrar kar do. main nigahban hoon aur janne wala hoon. aur is tarah hum ne yusuf ko mulk mein bakhtiyar bana diya.</w:t>
      </w:r>
    </w:p>
    <w:p>
      <w:pPr>
        <w:jc w:val="right"/>
      </w:pPr>
      <w:r>
        <w:t>یوسف نے کہا کہ مجھ کو ملک کے خزانوں پر مقرر کر دو۔ میں نگہبان ہوں اور جاننے والا ہوں۔ اور اس طرح ہم نے یوسف کو ملک میں بااختیار بنا دیا۔</w:t>
      </w:r>
    </w:p>
    <w:p>
      <w:r>
        <w:rPr>
          <w:b/>
        </w:rPr>
        <w:t xml:space="preserve">[12:55] </w:t>
      </w:r>
      <w:r>
        <w:t>woh is mein jahan chahe jagah banaye. hum jis par chahen apni enayat mutawajjah karen, aur hum neki karne walon ka ajar zaya nahin karte.</w:t>
      </w:r>
    </w:p>
    <w:p>
      <w:pPr>
        <w:jc w:val="right"/>
      </w:pPr>
      <w:r>
        <w:t>وہ اس میں جہاں چاہے جگہ بنائے۔ ہم جس پر چاہیں اپنی عنایت متوجہ کر دیں، اور ہم نیکی کرنے والوں کا اجر ضائع نہیں کرتے۔</w:t>
      </w:r>
    </w:p>
    <w:p>
      <w:r>
        <w:rPr>
          <w:b/>
        </w:rPr>
        <w:t xml:space="preserve">[13:06] </w:t>
      </w:r>
      <w:r>
        <w:t>aur akhirat ka ajar kahin zyada barh kar hai imaan aur taqwa walon ke liye. aur yusuf ke bhai misr aye.</w:t>
      </w:r>
    </w:p>
    <w:p>
      <w:pPr>
        <w:jc w:val="right"/>
      </w:pPr>
      <w:r>
        <w:t>اور آخرت کا اجر کہیں زیادہ بڑھ کر ہے ایمان اور تقویٰ والوں کے لیے۔ اور یوسف کے بھائی مصر آئے۔</w:t>
      </w:r>
    </w:p>
    <w:p>
      <w:r>
        <w:rPr>
          <w:b/>
        </w:rPr>
        <w:t xml:space="preserve">[13:15] </w:t>
      </w:r>
      <w:r>
        <w:t>phir us ke pas pahunche. pas yusuf ne un ko pehchan liya, aur unhon ne yusuf ko nahin pehchana. aur jab us ne un ka saman tayar kar diya to kaha ke apne sotayle bhai ko bhi mere pas le ana.</w:t>
      </w:r>
    </w:p>
    <w:p>
      <w:pPr>
        <w:jc w:val="right"/>
      </w:pPr>
      <w:r>
        <w:t>پھر اس کے پاس پہنچے۔ پس یوسف نے ان کو پہچان لیا، اور انہوں نے یوسف کو نہیں پہچانا۔ اور جب اس نے ان کا سامان تیار کر دیا تو کہا کہ اپنے سوتیلے بھائی کو بھی میرے پاس لے آنا۔</w:t>
      </w:r>
    </w:p>
    <w:p>
      <w:r>
        <w:rPr>
          <w:b/>
        </w:rPr>
        <w:t xml:space="preserve">[13:29] </w:t>
      </w:r>
      <w:r>
        <w:t>tum dekhte nahin ho ke main galla bhi poora naap kar deta hoon, aur behtareen mezban karne wala bhi hoon. aur agar tum is ko mere pas na laye to na mere pas tumhare liye galla hai, aur na tum mere pas ana.</w:t>
      </w:r>
    </w:p>
    <w:p>
      <w:pPr>
        <w:jc w:val="right"/>
      </w:pPr>
      <w:r>
        <w:t>تم دیکھتے نہیں ہو کہ میں غلہ بھی پورا ناپ کر دیتا ہوں، اور بہترین میزبانی کرنے والا بھی ہوں۔ اور اگر تم اس کو میرے پاس نہ لائے تو نہ میرے پاس تمہارے لیے غلہ ہے، اور نہ تم میرے پاس آنا۔</w:t>
      </w:r>
    </w:p>
    <w:p>
      <w:r>
        <w:rPr>
          <w:b/>
        </w:rPr>
        <w:t xml:space="preserve">[13:44] </w:t>
      </w:r>
      <w:r>
        <w:t>unhon ne kaha ke hum is ke bare mein is ke baap ko raazi karne ki koshish karen ge, aur hum ko yeh kaam karna hai. aur us ne apne karindon se kaha ke un ka maal un ke asbab mein rakh do taake jab woh apne ghar pahunchen to is ko pehchan len.</w:t>
      </w:r>
    </w:p>
    <w:p>
      <w:pPr>
        <w:jc w:val="right"/>
      </w:pPr>
      <w:r>
        <w:t>انہوں نے کہا کہ ہم اس کے بارے میں اس کے باپ کو راضی کرنے کی کوشش کریں گے، اور ہم کو یہ کام کرنا ہے۔ اور اس نے اپنے کارندوں سے کہا کہ ان کا مال ان کے اسباب میں رکھ دو تاکہ جب وہ اپنے گھر پہنچیں تو اس کو پہچان لیں۔</w:t>
      </w:r>
    </w:p>
    <w:p>
      <w:r>
        <w:rPr>
          <w:b/>
        </w:rPr>
        <w:t xml:space="preserve">[14:01] </w:t>
      </w:r>
      <w:r>
        <w:t>shayad woh phir ayen. phir jab woh apne baap ke pas lotay to kaha ke</w:t>
      </w:r>
    </w:p>
    <w:p>
      <w:pPr>
        <w:jc w:val="right"/>
      </w:pPr>
      <w:r>
        <w:t>شاید وہ پھر آئیں۔ پھر جب وہ اپنے باپ کے پاس لوٹے تو کہا کہ</w:t>
      </w:r>
    </w:p>
    <w:p>
      <w:r>
        <w:rPr>
          <w:b/>
        </w:rPr>
        <w:t xml:space="preserve">[14:07] </w:t>
      </w:r>
      <w:r>
        <w:t>ae baap, hum se galla rok diya gaya, pas hamare bhai binyamin ko hamare sath jane de ke hum galla layen, aur hum is ke nigahban hain.</w:t>
      </w:r>
    </w:p>
    <w:p>
      <w:pPr>
        <w:jc w:val="right"/>
      </w:pPr>
      <w:r>
        <w:t>اے باپ، ہم سے غلہ روک دیا گیا، پس ہمارے بھائی بنیامین کو ہمارے ساتھ جانے دے کہ ہم غلہ لائیں، اور ہم اس کے نگہبان ہیں۔</w:t>
      </w:r>
    </w:p>
    <w:p>
      <w:r>
        <w:rPr>
          <w:b/>
        </w:rPr>
        <w:t xml:space="preserve">[14:18] </w:t>
      </w:r>
      <w:r>
        <w:t>yaqoob ne kaha ke kya mein is ke baray mein tumhara waisa hi aitbaar karoon jaisa ke is se pehle is ke bhai ke baray mein tumhara aitbaar kar chuka hoon?</w:t>
      </w:r>
    </w:p>
    <w:p>
      <w:pPr>
        <w:jc w:val="right"/>
      </w:pPr>
      <w:r>
        <w:t>یعقوب نے کہا کہ کیا میں اس کے بارے میں تمہارا ویسا ہی اعتبار کروں جیسا کہ اس سے پہلے اس کے بھائی کے بارے میں تمہارا اعتبار کر چکا ہوں؟</w:t>
      </w:r>
    </w:p>
    <w:p>
      <w:r>
        <w:rPr>
          <w:b/>
        </w:rPr>
        <w:t xml:space="preserve">[14:28] </w:t>
      </w:r>
      <w:r>
        <w:t>pas Allah behtar nigahban hai, aur woh sab mehrbanon se ziyada mehrban hai. aur jab unhon ne apna saman khola to dekha ke un ki ponji bhi un ko lota di gayi hai.</w:t>
      </w:r>
    </w:p>
    <w:p>
      <w:pPr>
        <w:jc w:val="right"/>
      </w:pPr>
      <w:r>
        <w:t>پس اللہ بہتر نگہبان ہے، اور وہ سب مہربانوں سے زیادہ مہربان ہے۔ اور جب انہوں نے اپنا سامان کھولا تو دیکھا کہ ان کی پونجی بھی ان کو لوٹا دی گئی ہے۔</w:t>
      </w:r>
    </w:p>
    <w:p>
      <w:r>
        <w:rPr>
          <w:b/>
        </w:rPr>
        <w:t xml:space="preserve">[14:41] </w:t>
      </w:r>
      <w:r>
        <w:t>unhon ne kaha: aye hamare baap</w:t>
      </w:r>
    </w:p>
    <w:p>
      <w:pPr>
        <w:jc w:val="right"/>
      </w:pPr>
      <w:r>
        <w:t>انہوں نے کہا: اے ہمارے باپ</w:t>
      </w:r>
    </w:p>
    <w:p>
      <w:r>
        <w:rPr>
          <w:b/>
        </w:rPr>
        <w:t xml:space="preserve">[14:44] </w:t>
      </w:r>
      <w:r>
        <w:t>, aur hum ko kya chahiye? yeh hamari ponji bhi hum ko lota di gayi hai. ab hum jayen ge aur apne ehlo ayal ke liye rasad layen ge, aur apne bhai ki hifazat karen ge, aur aik oont ka bojh ghalla aur ziyada layen ge.</w:t>
      </w:r>
    </w:p>
    <w:p>
      <w:pPr>
        <w:jc w:val="right"/>
      </w:pPr>
      <w:r>
        <w:t>، اور ہم کو کیا چاہیے؟ یہ ہماری پونجی بھی ہم کو لوٹا دی گئی ہے۔ اب ہم جائیں گے اور اپنے اہل و عیال کے لیے رسد لائیں گے، اور اپنے بھائی کی حفاظت کریں گے، اور ایک اونٹ کا بوجھ غلہ اور زیادہ لائیں گے۔</w:t>
      </w:r>
    </w:p>
    <w:p>
      <w:r>
        <w:rPr>
          <w:b/>
        </w:rPr>
        <w:t xml:space="preserve">[15:00] </w:t>
      </w:r>
      <w:r>
        <w:t>yeh ghalla to thora hai. yaqoob ne kaha ke mein is ko tumhare sath hargiz na bhejoon ga jab tak tum mujh se Khuda ke naam par yeh ehad na karo ke tum is ko zaroor mere pas le aao ge, illa yeh ke tum sab ghar jao.</w:t>
      </w:r>
    </w:p>
    <w:p>
      <w:pPr>
        <w:jc w:val="right"/>
      </w:pPr>
      <w:r>
        <w:t>یہ غلہ تو تھوڑا ہے۔ یعقوب نے کہا کہ میں اس کو تمہارے ساتھ ہرگز نہ بھیجوں گا جب تک تم مجھ سے خدا کے نام پر یہ عہد نہ کرو کہ تم اس کو ضرور میرے پاس لے آؤ گے، الا یہ کہ تم سب گھر جاؤ۔</w:t>
      </w:r>
    </w:p>
    <w:p>
      <w:r>
        <w:rPr>
          <w:b/>
        </w:rPr>
        <w:t xml:space="preserve">[15:16] </w:t>
      </w:r>
      <w:r>
        <w:t>phir jab unhon ne is ko apna pak qaul de diya, us ne kaha ke jo hum keh rahe hain is par Allah nigahban hai. aur yaqoob ne kaha ke aye mere bi</w:t>
      </w:r>
    </w:p>
    <w:p>
      <w:pPr>
        <w:jc w:val="right"/>
      </w:pPr>
      <w:r>
        <w:t>پھر جب انہوں نے اس کو اپنا پکا قول دے دیا، اس نے کہا کہ جو ہم کہہ رہے ہیں اس پر اللہ نگہبان ہے۔ اور یعقوب نے کہا کہ اے میرے بی</w:t>
      </w:r>
    </w:p>
    <w:p>
      <w:r>
        <w:rPr>
          <w:b/>
        </w:rPr>
        <w:t xml:space="preserve">[15:27] </w:t>
      </w:r>
      <w:r>
        <w:t>ton, tum sab aik hi darwazay se dakhil na hona, balke alag alag darwazon se dakhil hona, aur mein tum ko Allah ki kisi baat se nahi bacha sakta.</w:t>
      </w:r>
    </w:p>
    <w:p>
      <w:pPr>
        <w:jc w:val="right"/>
      </w:pPr>
      <w:r>
        <w:t>ٹوں، تم سب ایک ہی دروازے سے داخل نہ ہونا، بلکہ الگ الگ دروازوں سے داخل ہونا، اور میں تم کو اللہ کی کسی بات سے نہیں بچا سکتا۔</w:t>
      </w:r>
    </w:p>
    <w:p>
      <w:r>
        <w:rPr>
          <w:b/>
        </w:rPr>
        <w:t xml:space="preserve">[15:37] </w:t>
      </w:r>
      <w:r>
        <w:t>hukm to bas Allah ka hai, mein isi par bharosa rakhta hoon, aur bharosa karne walon ko isi par bharosa karna chahiye. aur jab wo dakhil hue jahan se un ke baap ne un ko hidayat ki thi, wo un ko nahi bacha sakta tha Allah ki kisi baat se.</w:t>
      </w:r>
    </w:p>
    <w:p>
      <w:pPr>
        <w:jc w:val="right"/>
      </w:pPr>
      <w:r>
        <w:t>حکم تو بس اللہ کا ہے، میں اسی پر بھروسہ رکھتا ہوں، اور بھروسہ کرنے والوں کو اسی پر بھروسہ کرنا چاہیے۔ اور جب وہ داخل ہوئے جہاں سے ان کے باپ نے ان کو ہدایت کی تھی، وہ ان کو نہیں بچا سکتا تھا اللہ کی کسی بات سے۔</w:t>
      </w:r>
    </w:p>
    <w:p>
      <w:r>
        <w:rPr>
          <w:b/>
        </w:rPr>
        <w:t xml:space="preserve">[15:55] </w:t>
      </w:r>
      <w:r>
        <w:t>wo bas yaqoob ke dil mein aik khayal tha jo us ne poora kiya. beshak wo hamari di hui taleem se sahib ilm tha, magar aksar log nahi jante.</w:t>
      </w:r>
    </w:p>
    <w:p>
      <w:pPr>
        <w:jc w:val="right"/>
      </w:pPr>
      <w:r>
        <w:t>وہ بس یعقوب کے دل میں ایک خیال تھا جو اس نے پورا کیا۔ بے شک وہ ہماری دی ہوئی تعلیم سے صاحب علم تھا، مگر اکثر لوگ نہیں جانتے۔</w:t>
      </w:r>
    </w:p>
    <w:p>
      <w:r>
        <w:rPr>
          <w:b/>
        </w:rPr>
        <w:t xml:space="preserve">[16:06] </w:t>
      </w:r>
      <w:r>
        <w:t>aur jab wo yusuf ke pas pahunche to us ne apne bhai ko apne pas rakha. kaha ke mein tumhara bhai yusuf hoon.</w:t>
      </w:r>
    </w:p>
    <w:p>
      <w:pPr>
        <w:jc w:val="right"/>
      </w:pPr>
      <w:r>
        <w:t>اور جب وہ یوسف کے پاس پہنچے تو اس نے اپنے بھائی کو اپنے پاس رکھا۔ کہا کہ میں تمہارا بھائی یوسف ہوں۔</w:t>
      </w:r>
    </w:p>
    <w:p>
      <w:r>
        <w:rPr>
          <w:b/>
        </w:rPr>
        <w:t xml:space="preserve">[16:15] </w:t>
      </w:r>
      <w:r>
        <w:t>pas ghamgeen na ho is se jo wo kar rahe hain. phir jab un ka saman tayyar kara diya to peene ka piyala apne bhai ke asbab mein rakh diya.</w:t>
      </w:r>
    </w:p>
    <w:p>
      <w:pPr>
        <w:jc w:val="right"/>
      </w:pPr>
      <w:r>
        <w:t>پس غمگین نہ ہو اس سے جو وہ کر رہے ہیں۔ پھر جب ان کا سامان تیار کرا دیا تو پینے کا پیالہ اپنے بھائی کے اسباب میں رکھ دیا۔</w:t>
      </w:r>
    </w:p>
    <w:p>
      <w:r>
        <w:rPr>
          <w:b/>
        </w:rPr>
        <w:t xml:space="preserve">[16:25] </w:t>
      </w:r>
      <w:r>
        <w:t>phir aik pukarne wale ne pukara ke aye qafle walon,</w:t>
      </w:r>
    </w:p>
    <w:p>
      <w:pPr>
        <w:jc w:val="right"/>
      </w:pPr>
      <w:r>
        <w:t>پھر ایک پکارنے والے نے پکارا کہ اے قافلے والوں،</w:t>
      </w:r>
    </w:p>
    <w:p>
      <w:r>
        <w:rPr>
          <w:b/>
        </w:rPr>
        <w:t xml:space="preserve">[16:29] </w:t>
      </w:r>
      <w:r>
        <w:t>tum log chor ho. unhon ne un ki taraf mutawajjah ho kar kaha: tumhari kya cheez khoi gayi hai? unhon ne kaha: hum shahi peimana nahi pa rahe hain, aur jo is ko laye ga us ke liye aik barish shatar ghalla hai, aur mein is ka zimmedar hoon.</w:t>
      </w:r>
    </w:p>
    <w:p>
      <w:pPr>
        <w:jc w:val="right"/>
      </w:pPr>
      <w:r>
        <w:t>تم لوگ چور ہو۔ انہوں نے ان کی طرف متوجہ ہو کر کہا: تمہاری کیا چیز کھوئی گئی ہے؟ انہوں نے کہا: ہم شاہی پیمانہ نہیں پا رہے ہیں، اور جو اس کو لائے گا اس کے لیے ایک بارش شتر غلہ ہے، اور میں اس کا ذمہ دار ہوں۔</w:t>
      </w:r>
    </w:p>
    <w:p>
      <w:r>
        <w:rPr>
          <w:b/>
        </w:rPr>
        <w:t xml:space="preserve">[16:47] </w:t>
      </w:r>
      <w:r>
        <w:t>unhon ne kaha: Khuda</w:t>
      </w:r>
    </w:p>
    <w:p>
      <w:pPr>
        <w:jc w:val="right"/>
      </w:pPr>
      <w:r>
        <w:t>انہوں نے کہا: خدا</w:t>
      </w:r>
    </w:p>
    <w:p>
      <w:r>
        <w:rPr>
          <w:b/>
        </w:rPr>
        <w:t xml:space="preserve">[16:49] </w:t>
      </w:r>
      <w:r>
        <w:t>ki qasam, tum ko maloom hai ke hum log is mulk mein fasad karne ke liye nahi aaye, aur na hum kabhi chor the. unhon ne kaha: agar tum jhootay nikle to is chori karne wale ki saza kya hai?</w:t>
      </w:r>
    </w:p>
    <w:p>
      <w:pPr>
        <w:jc w:val="right"/>
      </w:pPr>
      <w:r>
        <w:t>کی قسم، تم کو معلوم ہے کہ ہم لوگ اس ملک میں فساد کرنے کے لیے نہیں آئے، اور نہ ہم کبھی چور تھے۔ انہوں نے کہا: اگر تم جھوٹے نکلے تو اس چوری کرنے والے کی سزا کیا ہے؟</w:t>
      </w:r>
    </w:p>
    <w:p>
      <w:r>
        <w:rPr>
          <w:b/>
        </w:rPr>
        <w:t xml:space="preserve">[17:02] </w:t>
      </w:r>
      <w:r>
        <w:t>unhon ne kaha: is ki saza yeh hai ke jis shakhs ke asbab mein wo mile, pas wohi shakhs apni saza hai. hum log zalimon ko aisi hi saza diya karte hain.</w:t>
      </w:r>
    </w:p>
    <w:p>
      <w:pPr>
        <w:jc w:val="right"/>
      </w:pPr>
      <w:r>
        <w:t>انہوں نے کہا: اس کی سزا یہ ہے کہ جس شخص کے اسباب میں وہ ملے، پس وہی شخص اپنی سزا ہے۔ ہم لوگ ظالموں کو ایسی ہی سزا دیا کرتے ہیں۔</w:t>
      </w:r>
    </w:p>
    <w:p>
      <w:r>
        <w:rPr>
          <w:b/>
        </w:rPr>
        <w:t xml:space="preserve">[17:14] </w:t>
      </w:r>
      <w:r>
        <w:t>phir us ne is ke chote bhai se pehle un ke thelon ki talashi lena shuru kiya. phir is ke bhai ke thele se us ko baramad kar liya.</w:t>
      </w:r>
    </w:p>
    <w:p>
      <w:pPr>
        <w:jc w:val="right"/>
      </w:pPr>
      <w:r>
        <w:t>پھر اس نے اس کے چھوٹے بھائی سے پہلے ان کے تھیلوں کی تلاشی لینا شروع کیا۔ پھر اس کے بھائی کے تھیلے سے اس کو برآمد کر لیا۔</w:t>
      </w:r>
    </w:p>
    <w:p>
      <w:r>
        <w:rPr>
          <w:b/>
        </w:rPr>
        <w:t xml:space="preserve">[17:24] </w:t>
      </w:r>
      <w:r>
        <w:t>is tarah hum ne yusuf ke liye tadbeer ki. wo badshah ke qanoon ki ro se apne bhai ko nahi le sakta tha, magar yeh ke Allah chahye.</w:t>
      </w:r>
    </w:p>
    <w:p>
      <w:pPr>
        <w:jc w:val="right"/>
      </w:pPr>
      <w:r>
        <w:t>اس طرح ہم نے یوسف کے لیے تدبیر کی۔ وہ بادشاہ کے قانون کی رو سے اپنے بھائی کو نہیں لے سکتا تھا، مگر یہ کہ اللہ چاہے۔</w:t>
      </w:r>
    </w:p>
    <w:p>
      <w:r>
        <w:rPr>
          <w:b/>
        </w:rPr>
        <w:t xml:space="preserve">[17:33] </w:t>
      </w:r>
      <w:r>
        <w:t>hum jiske darjay chahte hain buland kar dete hain, aur har ilm wale se bartar aik ilm wala hai. unhon ne kaha: agar yeh chori kare to is se pehle is ka aik bhai bhi chori kar chuka hai.</w:t>
      </w:r>
    </w:p>
    <w:p>
      <w:pPr>
        <w:jc w:val="right"/>
      </w:pPr>
      <w:r>
        <w:t>ہم جس کے درجے چاہتے ہیں بلند کر دیتے ہیں، اور ہر علم والے سے بالاتر ایک علم والا ہے۔ انہوں نے کہا: اگر یہ چوری کرے تو اس سے پہلے اس کا ایک بھائی بھی چوری کر چکا ہے۔</w:t>
      </w:r>
    </w:p>
    <w:p>
      <w:r>
        <w:rPr>
          <w:b/>
        </w:rPr>
        <w:t xml:space="preserve">[17:48] </w:t>
      </w:r>
      <w:r>
        <w:t>pas yusuf ne is baat ko apne dil mein rakha aur us ko un par zahir nahi kiya. us ne apne jee mein kaha: tum khud hi buray log ho, aur jo kuch tum bayan kar rahe ho Allah us ko khoob janta hai.</w:t>
      </w:r>
    </w:p>
    <w:p>
      <w:pPr>
        <w:jc w:val="right"/>
      </w:pPr>
      <w:r>
        <w:t>پس یوسف نے اس بات کو اپنے دل میں رکھا اور اس کو ان پر ظاہر نہیں کیا۔ اس نے اپنے جی میں کہا: تم خود ہی برے لوگ ہو، اور جو کچھ تم بیان کر رہے ہو اللہ اس کو خوب جانتا ہے۔</w:t>
      </w:r>
    </w:p>
    <w:p>
      <w:r>
        <w:rPr>
          <w:b/>
        </w:rPr>
        <w:t xml:space="preserve">[18:03] </w:t>
      </w:r>
      <w:r>
        <w:t>unhon ne kaha: ke aye aziz</w:t>
      </w:r>
    </w:p>
    <w:p>
      <w:pPr>
        <w:jc w:val="right"/>
      </w:pPr>
      <w:r>
        <w:t>انہوں نے کہا: کہ اے عزیز</w:t>
      </w:r>
    </w:p>
    <w:p>
      <w:r>
        <w:rPr>
          <w:b/>
        </w:rPr>
        <w:t xml:space="preserve">[18:05] </w:t>
      </w:r>
      <w:r>
        <w:t>, is ka aik bohat boodha baap hai, so tu is ki jagah hum mein se kisi ko rakh le. hum tujh ko bohat naik dekhte hain. us ne kaha: Allah ki panah ke hum is ke siwa kisi ko pakarein jis ke pas hum ne apni cheez pai hai.</w:t>
      </w:r>
    </w:p>
    <w:p>
      <w:pPr>
        <w:jc w:val="right"/>
      </w:pPr>
      <w:r>
        <w:t>، اس کا ایک بہت بوڑھا باپ ہے، سو تو اس کی جگہ ہم میں سے کسی کو رکھ لے۔ ہم تجھ کو بہت نیک دیکھتے ہیں۔ اس نے کہا: اللہ کی پناہ کہ ہم اس کے سوا کسی کو پکڑیں جس کے پاس ہم نے اپنی چیز پائی ہے۔</w:t>
      </w:r>
    </w:p>
    <w:p>
      <w:r>
        <w:rPr>
          <w:b/>
        </w:rPr>
        <w:t xml:space="preserve">[18:21] </w:t>
      </w:r>
      <w:r>
        <w:t>is surat mein hum zaroor zalim thehren ge. jab wo is se namid ho gaye to wo alag ho kar baham mashwara karne lage.</w:t>
      </w:r>
    </w:p>
    <w:p>
      <w:pPr>
        <w:jc w:val="right"/>
      </w:pPr>
      <w:r>
        <w:t>اس صورت میں ہم ضرور ظالم ٹھہریں گے۔ جب وہ اس سے نا امید ہو گئے تو وہ الگ ہو کر باہم مشورہ کرنے لگے۔</w:t>
      </w:r>
    </w:p>
    <w:p>
      <w:r>
        <w:rPr>
          <w:b/>
        </w:rPr>
        <w:t xml:space="preserve">[18:30] </w:t>
      </w:r>
      <w:r>
        <w:t>un ke baray ne kaha: kya tum ko maloom nahi ke tumhare baap ne Allah ke naam pak iqrar liya, aur is se pehle yusuf ke moamle mein jo ziyadati tum kar chuke ho wo bhi tum ko maloom hai?</w:t>
      </w:r>
    </w:p>
    <w:p>
      <w:pPr>
        <w:jc w:val="right"/>
      </w:pPr>
      <w:r>
        <w:t>ان کے بڑے نے کہا: کیا تم کو معلوم نہیں کہ تمہارے باپ نے اللہ کے نام پکا اقرار لیا، اور اس سے پہلے یوسف کے معاملے میں جو زیادتی تم کر چکے ہو وہ بھی تم کو معلوم ہے؟</w:t>
      </w:r>
    </w:p>
    <w:p>
      <w:r>
        <w:rPr>
          <w:b/>
        </w:rPr>
        <w:t xml:space="preserve">[18:43] </w:t>
      </w:r>
      <w:r>
        <w:t>pas mein is zameen se hargiz nahi taloon ga jab tak mera baap mujhe ijazat na de ya Allah mere liye koi faisla farma de.</w:t>
      </w:r>
    </w:p>
    <w:p>
      <w:pPr>
        <w:jc w:val="right"/>
      </w:pPr>
      <w:r>
        <w:t>پس میں اس زمین سے ہرگز نہیں ٹلوں گا جب تک میرا باپ مجھے اجازت نہ دے یا اللہ میرے لیے کوئی فیصلہ فرما دے۔</w:t>
      </w:r>
    </w:p>
    <w:p>
      <w:r>
        <w:rPr>
          <w:b/>
        </w:rPr>
        <w:t xml:space="preserve">[18:53] </w:t>
      </w:r>
      <w:r>
        <w:t>aur woh sab se behtar faisla karne wala hai. tum log apne baap ke paas jao aur kaho ke aye hamare baap,</w:t>
      </w:r>
    </w:p>
    <w:p>
      <w:pPr>
        <w:jc w:val="right"/>
      </w:pPr>
      <w:r>
        <w:t>اور وہ سب سے بہتر فیصلہ کرنے والا ہے۔ تم لوگ اپنے باپ کے پاس جاؤ اور کہو کہ اے ہمارے باپ،</w:t>
      </w:r>
    </w:p>
    <w:p>
      <w:r>
        <w:rPr>
          <w:b/>
        </w:rPr>
        <w:t xml:space="preserve">[19:01] </w:t>
      </w:r>
      <w:r>
        <w:t>tere bete ne chori ki aur hum wohi baat keh rahe hain jo hum ko maloom hui, aur hum ghayb ke nigahban nahin. aur tu us basti ke logon se pooch le jahan hum thay, aur us qafle se pooch le jis ke sath hum aaye hain, aur hum bilkul sachay hain.</w:t>
      </w:r>
    </w:p>
    <w:p>
      <w:pPr>
        <w:jc w:val="right"/>
      </w:pPr>
      <w:r>
        <w:t>تیرے بیٹے نے چوری کی اور ہم وہی بات کہہ رہے ہیں جو ہم کو معلوم ہوئی، اور ہم غیب کے نگہبان نہیں۔ اور تو اس بستی کے لوگوں سے پوچھ لے جہاں ہم تھے، اور اس قافلے سے پوچھ لے جس کے ساتھ ہم آئے ہیں، اور ہم بالکل سچے ہیں۔</w:t>
      </w:r>
    </w:p>
    <w:p>
      <w:r>
        <w:rPr>
          <w:b/>
        </w:rPr>
        <w:t xml:space="preserve">[19:19] </w:t>
      </w:r>
      <w:r>
        <w:t>baap ne kaha: balke tum ne apne dil se ek baat bana li hai, pas mein sabr karunga. umeed hai ke Allah in sab ko mere paas layega.</w:t>
      </w:r>
    </w:p>
    <w:p>
      <w:pPr>
        <w:jc w:val="right"/>
      </w:pPr>
      <w:r>
        <w:t>باپ نے کہا: بلکہ تم نے اپنے دل سے ایک بات بنا لی ہے، پس میں صبر کروں گا۔ امید ہے کہ اللہ ان سب کو میرے پاس لائے گا۔</w:t>
      </w:r>
    </w:p>
    <w:p>
      <w:r>
        <w:rPr>
          <w:b/>
        </w:rPr>
        <w:t xml:space="preserve">[19:29] </w:t>
      </w:r>
      <w:r>
        <w:t>woh janne wala, hakeem hai. aur us ne rukh pher liya aur kaha: haye</w:t>
      </w:r>
    </w:p>
    <w:p>
      <w:pPr>
        <w:jc w:val="right"/>
      </w:pPr>
      <w:r>
        <w:t>وہ جاننے والا، حکیم ہے۔ اور اس نے رخ پھیر لیا اور کہا: ہائے</w:t>
      </w:r>
    </w:p>
    <w:p>
      <w:r>
        <w:rPr>
          <w:b/>
        </w:rPr>
        <w:t xml:space="preserve">[19:36] </w:t>
      </w:r>
      <w:r>
        <w:t>Yousuf! aur gham se us ki aankhein safed pad gayin. woh ghata ghata rehne laga. unhon ne kaha: Khuda ki qasam, tu Yousuf hi ki yaad mein rahega yahan tak ke khul jaye ya halak ho jaye.</w:t>
      </w:r>
    </w:p>
    <w:p>
      <w:pPr>
        <w:jc w:val="right"/>
      </w:pPr>
      <w:r>
        <w:t>یوسف! اور غم سے اس کی آنکھیں سفید پڑ گئیں۔ وہ گھٹا گھٹا رہنے لگا۔ انہوں نے کہا: خدا کی قسم، تو یوسف ہی کی یاد میں رہے گا یہاں تک کہ کھل جائے یا ہلاک ہو جائے۔</w:t>
      </w:r>
    </w:p>
    <w:p>
      <w:r>
        <w:rPr>
          <w:b/>
        </w:rPr>
        <w:t xml:space="preserve">[19:50] </w:t>
      </w:r>
      <w:r>
        <w:t>us ne kaha: mein apni pareshani aur apne gham ka shukwa sirf Allah se karta hoon, aur mein Allah ki taraf se woh baatein janta hoon jo tum nahin jante.</w:t>
      </w:r>
    </w:p>
    <w:p>
      <w:pPr>
        <w:jc w:val="right"/>
      </w:pPr>
      <w:r>
        <w:t>اس نے کہا: میں اپنی پریشانی اور اپنے غم کا شکوہ صرف اللہ سے کرتا ہوں، اور میں اللہ کی طرف سے وہ باتیں جانتا ہوں جو تم نہیں جانتے۔</w:t>
      </w:r>
    </w:p>
    <w:p>
      <w:r>
        <w:rPr>
          <w:b/>
        </w:rPr>
        <w:t xml:space="preserve">[20:01] </w:t>
      </w:r>
      <w:r>
        <w:t>aye mere beton,</w:t>
      </w:r>
    </w:p>
    <w:p>
      <w:pPr>
        <w:jc w:val="right"/>
      </w:pPr>
      <w:r>
        <w:t>اے میرے بیٹوں،</w:t>
      </w:r>
    </w:p>
    <w:p>
      <w:r>
        <w:rPr>
          <w:b/>
        </w:rPr>
        <w:t xml:space="preserve">[20:03] </w:t>
      </w:r>
      <w:r>
        <w:t>jao Yousuf aur us ke bhai ki talash karo, aur Allah ki rehmat se na umeed na ho. Allah ki rehmat se sirf munkir hi na umeed hote hain.</w:t>
      </w:r>
    </w:p>
    <w:p>
      <w:pPr>
        <w:jc w:val="right"/>
      </w:pPr>
      <w:r>
        <w:t>جاؤ یوسف اور اس کے بھائی کی تلاش کرو، اور اللہ کی رحمت سے نا امید نہ ہو۔ اللہ کی رحمت سے صرف منکر ہی نا امید ہوتے ہیں۔</w:t>
      </w:r>
    </w:p>
    <w:p>
      <w:r>
        <w:rPr>
          <w:b/>
        </w:rPr>
        <w:t xml:space="preserve">[20:13] </w:t>
      </w:r>
      <w:r>
        <w:t>phir jab woh Yousuf ke paas pahunche, unhon ne kaha: aye Aziz</w:t>
      </w:r>
    </w:p>
    <w:p>
      <w:pPr>
        <w:jc w:val="right"/>
      </w:pPr>
      <w:r>
        <w:t>پھر جب وہ یوسف کے پاس پہنچے، انہوں نے کہا: اے عزیز</w:t>
      </w:r>
    </w:p>
    <w:p>
      <w:r>
        <w:rPr>
          <w:b/>
        </w:rPr>
        <w:t xml:space="preserve">[20:18] </w:t>
      </w:r>
      <w:r>
        <w:t>, hum ko aur hamare ghar walon ko bari takleef pahunch rahi hai, aur hum thori punji le kar aaye hain, to hum ko poora ghalla de aur hum ko sadqa bhi de.</w:t>
      </w:r>
    </w:p>
    <w:p>
      <w:pPr>
        <w:jc w:val="right"/>
      </w:pPr>
      <w:r>
        <w:t>، ہم کو اور ہمارے گھر والوں کو بڑی تکلیف پہنچ رہی ہے، اور ہم تھوڑی پونجی لے کر آئے ہیں، تو ہم کو پورا غلہ دے اور ہم کو صدقہ بھی دے۔</w:t>
      </w:r>
    </w:p>
    <w:p>
      <w:r>
        <w:rPr>
          <w:b/>
        </w:rPr>
        <w:t xml:space="preserve">[20:28] </w:t>
      </w:r>
      <w:r>
        <w:t>beshak Allah sadqa karne walon ko uska badla deta hai. us ne kaha: kya tum ko khabar hai ke tum ne Yousuf aur us ke bhai ke sath kya kiya jabke tum ko samajhna thi?</w:t>
      </w:r>
    </w:p>
    <w:p>
      <w:pPr>
        <w:jc w:val="right"/>
      </w:pPr>
      <w:r>
        <w:t>بے شک اللہ صدقہ کرنے والوں کو اس کا بدلہ دیتا ہے۔ اس نے کہا: کیا تم کو خبر ہے کہ تم نے یوسف اور اس کے بھائی کے ساتھ کیا کیا جبکہ تم کو سمجھنا تھی؟</w:t>
      </w:r>
    </w:p>
    <w:p>
      <w:r>
        <w:rPr>
          <w:b/>
        </w:rPr>
        <w:t xml:space="preserve">[20:40] </w:t>
      </w:r>
      <w:r>
        <w:t>unhon ne kaha: kya sach much tum hi Yousuf ho? us ne kaha: haan, mein Yousuf hoon, aur yeh mera bhai hai.</w:t>
      </w:r>
    </w:p>
    <w:p>
      <w:pPr>
        <w:jc w:val="right"/>
      </w:pPr>
      <w:r>
        <w:t>انہوں نے کہا: کیا سچ مچ تم ہی یوسف ہو؟ اس نے کہا: ہاں، میں یوسف ہوں، اور یہ میرا بھائی ہے۔</w:t>
      </w:r>
    </w:p>
    <w:p>
      <w:r>
        <w:rPr>
          <w:b/>
        </w:rPr>
        <w:t xml:space="preserve">[20:51] </w:t>
      </w:r>
      <w:r>
        <w:t>Allah ne hum par fazal farmaya. jo shakhs darta hai aur sabr karta hai to Allah naik kaam karne walon ka ajar zaya nahin karta.</w:t>
      </w:r>
    </w:p>
    <w:p>
      <w:pPr>
        <w:jc w:val="right"/>
      </w:pPr>
      <w:r>
        <w:t>اللہ نے ہم پر فضل فرمایا۔ جو شخص ڈرتا ہے اور صبر کرتا ہے تو اللہ نیک کام کرنے والوں کا اجر ضائع نہیں کرتا۔</w:t>
      </w:r>
    </w:p>
    <w:p>
      <w:r>
        <w:rPr>
          <w:b/>
        </w:rPr>
        <w:t xml:space="preserve">[21:02] </w:t>
      </w:r>
      <w:r>
        <w:t>bhaiyon ne kaha: Khuda ki</w:t>
      </w:r>
    </w:p>
    <w:p>
      <w:pPr>
        <w:jc w:val="right"/>
      </w:pPr>
      <w:r>
        <w:t>بھائیوں نے کہا: خدا کی</w:t>
      </w:r>
    </w:p>
    <w:p>
      <w:r>
        <w:rPr>
          <w:b/>
        </w:rPr>
        <w:t xml:space="preserve">[21:04] </w:t>
      </w:r>
      <w:r>
        <w:t>qasam, Allah ne tum ko hamare oopar fazilat di, aur beshak hum ghalat fehmi par thay. Yousuf ne kaha: aaj tum par koi ilzam nahin.</w:t>
      </w:r>
    </w:p>
    <w:p>
      <w:pPr>
        <w:jc w:val="right"/>
      </w:pPr>
      <w:r>
        <w:t>قسم، اللہ نے تم کو ہمارے اوپر فضیلت دی، اور بے شک ہم غلطی پر تھے۔ یوسف نے کہا: آج تم پر کوئی الزام نہیں۔</w:t>
      </w:r>
    </w:p>
    <w:p>
      <w:r>
        <w:rPr>
          <w:b/>
        </w:rPr>
        <w:t xml:space="preserve">[21:14] </w:t>
      </w:r>
      <w:r>
        <w:t>Allah tum ko maaf kare, aur woh sab meherbanon se ziyada meherban hai. tum mera yeh kurta le jao aur us ko mere baap ke chehre par daal do, us ki benai palat ayegi, aur tum apne ghar walon ke sath mere paas aa jao.</w:t>
      </w:r>
    </w:p>
    <w:p>
      <w:pPr>
        <w:jc w:val="right"/>
      </w:pPr>
      <w:r>
        <w:t>اللہ تم کو معاف کرے، اور وہ سب مہربانوں سے زیادہ مہربان ہے۔ تم میرا یہ کرتا لے جاؤ اور اس کو میرے باپ کے چہرے پر ڈال دو، اس کی بینائی پلٹ آئے گی، اور تم اپنے گھر والوں کے ساتھ میرے پاس آ جاؤ۔</w:t>
      </w:r>
    </w:p>
    <w:p>
      <w:r>
        <w:rPr>
          <w:b/>
        </w:rPr>
        <w:t xml:space="preserve">[21:30] </w:t>
      </w:r>
      <w:r>
        <w:t>aur jab qafila Misr se chala to us ke baap ne Kanan mein kaha ke agar tum mujh ko barhapay mein behki baatein karne wala na samjho to mein Yousuf ki khushboo pa raha hoon.</w:t>
      </w:r>
    </w:p>
    <w:p>
      <w:pPr>
        <w:jc w:val="right"/>
      </w:pPr>
      <w:r>
        <w:t>اور جب قافلہ مصر سے چلا تو اس کے باپ نے کنان میں کہا کہ اگر تم مجھ کو بڑھاپے میں بہکی باتیں کرنے والا نہ سمجھو تو میں یوسف کی خوشبو پا رہا ہوں۔</w:t>
      </w:r>
    </w:p>
    <w:p>
      <w:r>
        <w:rPr>
          <w:b/>
        </w:rPr>
        <w:t xml:space="preserve">[21:42] </w:t>
      </w:r>
      <w:r>
        <w:t>logon ne kaha: Khuda ki</w:t>
      </w:r>
    </w:p>
    <w:p>
      <w:pPr>
        <w:jc w:val="right"/>
      </w:pPr>
      <w:r>
        <w:t>لوگوں نے کہا: خدا کی قسم</w:t>
      </w:r>
    </w:p>
    <w:p>
      <w:r>
        <w:rPr>
          <w:b/>
        </w:rPr>
        <w:t xml:space="preserve">[21:44] </w:t>
      </w:r>
      <w:r>
        <w:t>qasam, tum to abhi tak apne puranay ghalat khayal mein mubtala ho. pas jab khushkhabri dene wala aaya, us ne kurta Yaqoob ke chehre par daal diya, pas us ki benai lot aayi.</w:t>
      </w:r>
    </w:p>
    <w:p>
      <w:pPr>
        <w:jc w:val="right"/>
      </w:pPr>
      <w:r>
        <w:t>، تم تو ابھی تک اپنے پرانے غلط خیال میں مبتلا ہو۔ پس جب خوشخبری دینے والا آیا، اس نے کرتا یعقوب کے چہرے پر ڈال دیا، پس اس کی بینائی لوٹ آئی۔</w:t>
      </w:r>
    </w:p>
    <w:p>
      <w:r>
        <w:rPr>
          <w:b/>
        </w:rPr>
        <w:t xml:space="preserve">[21:56] </w:t>
      </w:r>
      <w:r>
        <w:t>us ne kaha: kya maine tum se nahin kaha tha ke mein Allah ki janib se woh baatein janta hoon jo tum nahin jante? baradran Yousuf ne kaha: aye hamare</w:t>
      </w:r>
    </w:p>
    <w:p>
      <w:pPr>
        <w:jc w:val="right"/>
      </w:pPr>
      <w:r>
        <w:t>اس نے کہا: کیا میں نے تم سے نہیں کہا تھا کہ میں اللہ کی جانب سے وہ باتیں جانتا ہوں جو تم نہیں جانتے؟ برادران یوسف نے کہا: اے ہمارے</w:t>
      </w:r>
    </w:p>
    <w:p>
      <w:r>
        <w:rPr>
          <w:b/>
        </w:rPr>
        <w:t xml:space="preserve">[22:08] </w:t>
      </w:r>
      <w:r>
        <w:t>baap, hamare gunahon ki maafi ki dua kijiye, beshak hum khatawar thay. Yaqoob ne kaha: mein apne Rab se tumhare liye maghfirat ki dua karunga, beshak woh bakhshne wala, reham karne wala hai.</w:t>
      </w:r>
    </w:p>
    <w:p>
      <w:pPr>
        <w:jc w:val="right"/>
      </w:pPr>
      <w:r>
        <w:t>باپ، ہمارے گناہوں کی معافی کی دعا کیجیے، بے شک ہم خطاوار تھے۔ یعقوب نے کہا: میں اپنے رب سے تمہارے لیے مغفرت کی دعا کروں گا، بے شک وہ بخشنے والا، رحم کرنے والا ہے۔</w:t>
      </w:r>
    </w:p>
    <w:p>
      <w:r>
        <w:rPr>
          <w:b/>
        </w:rPr>
        <w:t xml:space="preserve">[22:23] </w:t>
      </w:r>
      <w:r>
        <w:t>pas jab woh sab Yousuf ke paas pahunche to us ne apne walidain ko apne paas bithaya aur kaha ke Misr mein in sha Allah aman o chain se raho.</w:t>
      </w:r>
    </w:p>
    <w:p>
      <w:pPr>
        <w:jc w:val="right"/>
      </w:pPr>
      <w:r>
        <w:t>پس جب وہ سب یوسف کے پاس پہنچے تو اس نے اپنے والدین کو اپنے پاس بٹھایا اور کہا کہ مصر میں ان شاء اللہ امن و چین سے رہو۔</w:t>
      </w:r>
    </w:p>
    <w:p>
      <w:r>
        <w:rPr>
          <w:b/>
        </w:rPr>
        <w:t xml:space="preserve">[22:33] </w:t>
      </w:r>
      <w:r>
        <w:t>aur us ne apne walidain ko takht par bithaya aur sab us ke liye sajday mein jhuk gaye. aur Yousuf ne kaha: aye</w:t>
      </w:r>
    </w:p>
    <w:p>
      <w:pPr>
        <w:jc w:val="right"/>
      </w:pPr>
      <w:r>
        <w:t>اور اس نے اپنے والدین کو تخت پر بٹھایا اور سب اس کے لیے سجدے میں جھک گئے۔ اور یوسف نے کہا: اے</w:t>
      </w:r>
    </w:p>
    <w:p>
      <w:r>
        <w:rPr>
          <w:b/>
        </w:rPr>
        <w:t xml:space="preserve">[22:41] </w:t>
      </w:r>
      <w:r>
        <w:t>baap, yeh hai mere khwab ki taabeer jo mein ne pehle dekha tha. mere Rab ne us ko sacha kar diya, aur us ne mere sath ehsan kiya ke us ne mujhe qaid se nikala aur tum sab ko dehat se yahan laya, baad is ke ke Shaitan ne mere aur mere bhaiyon ke darmiyan fasad daal diya tha.</w:t>
      </w:r>
    </w:p>
    <w:p>
      <w:pPr>
        <w:jc w:val="right"/>
      </w:pPr>
      <w:r>
        <w:t>باپ، یہ ہے میرے خواب کی تعبیر جو میں نے پہلے دیکھا تھا۔ میرے رب نے اس کو سچا کر دیا، اور اس نے میرے ساتھ احسان کیا کہ اس نے مجھے قید سے نکالا اور تم سب کو دیہات سے یہاں لایا، بعد اس کے کہ شیطان نے میرے اور میرے بھائیوں کے درمیان فساد ڈال دیا تھا۔</w:t>
      </w:r>
    </w:p>
    <w:p>
      <w:r>
        <w:rPr>
          <w:b/>
        </w:rPr>
        <w:t xml:space="preserve">[23:02] </w:t>
      </w:r>
      <w:r>
        <w:t>beshak mera Rab jo kuch chahta hai us ki umda tadbeer kar leta hai. woh janne wala, hikmat wala hai. aye Me</w:t>
      </w:r>
    </w:p>
    <w:p>
      <w:pPr>
        <w:jc w:val="right"/>
      </w:pPr>
      <w:r>
        <w:t>بے شک میرا رب جو کچھ چاہتا ہے اس کی عمدہ تدبیر کر لیتا ہے۔ وہ جاننے والا، حکمت والا ہے۔ اے می</w:t>
      </w:r>
    </w:p>
    <w:p>
      <w:r>
        <w:rPr>
          <w:b/>
        </w:rPr>
        <w:t xml:space="preserve">[23:11] </w:t>
      </w:r>
      <w:r>
        <w:t>Ae rab, tu ne mujh ko hukoomat mein se hissa diya aur mujh ko baaton ki taabeer karna sikhaya. Ae aasmanon aur zameen ke paida karne wale,</w:t>
      </w:r>
    </w:p>
    <w:p>
      <w:pPr>
        <w:jc w:val="right"/>
      </w:pPr>
      <w:r>
        <w:t>رے رب، تو نے مجھ کو حکومت میں سے حصہ دیا اور مجھ کو باتوں کی تعبیر کرنا سکھایا۔ اے آسمانوں اور زمین کے پیدا کرنے والے،</w:t>
      </w:r>
    </w:p>
    <w:p>
      <w:r>
        <w:rPr>
          <w:b/>
        </w:rPr>
        <w:t xml:space="preserve">[23:21] </w:t>
      </w:r>
      <w:r>
        <w:t>tu mera karsaz hai. Dunya mein bhi aur aakhirat mein bhi. Mujh ko farmanbardari ki haalat mein fana kar aur mujh ko naik bandoon mein shamil farma.</w:t>
      </w:r>
    </w:p>
    <w:p>
      <w:pPr>
        <w:jc w:val="right"/>
      </w:pPr>
      <w:r>
        <w:t>تو میرا کارساز ہے۔ دنیا میں بھی اور آخرت میں بھی۔ مجھ کو فرمانبرداری کی حالت میں وفات دے اور مجھ کو نیک بندوں میں شامل فرما۔</w:t>
      </w:r>
    </w:p>
    <w:p>
      <w:r>
        <w:rPr>
          <w:b/>
        </w:rPr>
        <w:t xml:space="preserve">[23:32] </w:t>
      </w:r>
      <w:r>
        <w:t>Yeh ghayb ki khabron mein se hai jo hum tum par wahi kar rahe hain, aur tum us waqt un ke paas maujood na thay jab Yusuf ke bhaiyon ne apni rai pukhta ki aur woh tadabeerain kar rahe thay.</w:t>
      </w:r>
    </w:p>
    <w:p>
      <w:pPr>
        <w:jc w:val="right"/>
      </w:pPr>
      <w:r>
        <w:t>یہ غیب کی خبروں میں سے ہے جو ہم تم پر وحی کر رہے ہیں، اور تم اس وقت ان کے پاس موجود نہ تھے جب یوسف کے بھائیوں نے اپنی رائے پختہ کی اور وہ تدبیریں کر رہے تھے۔</w:t>
      </w:r>
    </w:p>
    <w:p>
      <w:r>
        <w:rPr>
          <w:b/>
        </w:rPr>
        <w:t xml:space="preserve">[23:46] </w:t>
      </w:r>
      <w:r>
        <w:t>Aur tum khak kitna hi chaho, aksar log imaan lane wale nahi hain,</w:t>
      </w:r>
    </w:p>
    <w:p>
      <w:pPr>
        <w:jc w:val="right"/>
      </w:pPr>
      <w:r>
        <w:t>اور تم خاک کتنا ہی چاہو، اکثر لوگ ایمان لانے والے نہیں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