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11 - Hud</w:t>
      </w:r>
    </w:p>
    <w:p>
      <w:r>
        <w:t>https://www.youtube.com/watch?v=BdzIu9jmwJ8</w:t>
      </w:r>
    </w:p>
    <w:p>
      <w:r>
        <w:rPr>
          <w:b/>
        </w:rPr>
        <w:t xml:space="preserve">[00:01] </w:t>
      </w:r>
      <w:r>
        <w:t>Hood. Shuru Allah ke naam se jo bara meherban, nihayat reham wala hai. Alif laam ra.</w:t>
      </w:r>
    </w:p>
    <w:p>
      <w:pPr>
        <w:jc w:val="right"/>
      </w:pPr>
      <w:r>
        <w:t>ہود۔ شروع اللہ کے نام سے جو بڑا مہربان، نہایت رحم والا ہے۔ الف لام را۔</w:t>
      </w:r>
    </w:p>
    <w:p>
      <w:r>
        <w:rPr>
          <w:b/>
        </w:rPr>
        <w:t xml:space="preserve">[00:11] </w:t>
      </w:r>
      <w:r>
        <w:t>Yeh kitab hai jis ki ayatain pehle muhkam ki gayeen, phir aik dana aur khabeer hasti ki taraf se un ki tafseel ki gayi ke tum Allah ke siwa kisi aur ki ibadat na karo.</w:t>
      </w:r>
    </w:p>
    <w:p>
      <w:pPr>
        <w:jc w:val="right"/>
      </w:pPr>
      <w:r>
        <w:t>یہ کتاب ہے جس کی آیتیں پہلے محکم کی گئیں، پھر ایک دانا اور خبیر ہستی کی طرف سے ان کی تفصیل کی گئی کہ تم اللہ کے سوا کسی اور کی عبادت نہ کرو۔</w:t>
      </w:r>
    </w:p>
    <w:p>
      <w:r>
        <w:rPr>
          <w:b/>
        </w:rPr>
        <w:t xml:space="preserve">[00:24] </w:t>
      </w:r>
      <w:r>
        <w:t>Main tum ko is ki taraf se darane wala aur khushkhabri dene wala hoon, aur yeh ke tum apne rab se maafi chaho aur us ki taraf palat aao.</w:t>
      </w:r>
    </w:p>
    <w:p>
      <w:pPr>
        <w:jc w:val="right"/>
      </w:pPr>
      <w:r>
        <w:t>میں تم کو اس کی طرف سے ڈرانے والا اور خوشخبری دینے والا ہوں، اور یہ کہ تم اپنے رب سے معافی چاہو اور اس کی طرف پلٹ آؤ۔</w:t>
      </w:r>
    </w:p>
    <w:p>
      <w:r>
        <w:rPr>
          <w:b/>
        </w:rPr>
        <w:t xml:space="preserve">[00:35] </w:t>
      </w:r>
      <w:r>
        <w:t>Woh tum ko aik muddat tak bartwayega, acha bartwana, aur har ziyada ke mustahiq ko apni taraf se ziyada ata karega.</w:t>
      </w:r>
    </w:p>
    <w:p>
      <w:pPr>
        <w:jc w:val="right"/>
      </w:pPr>
      <w:r>
        <w:t>وہ تم کو ایک مدت تک برتوائے گا، اچھا برتوانا، اور ہر زیادہ کے مستحق کو اپنی طرف سے زیادہ عطا کرے گا۔</w:t>
      </w:r>
    </w:p>
    <w:p>
      <w:r>
        <w:rPr>
          <w:b/>
        </w:rPr>
        <w:t xml:space="preserve">[00:45] </w:t>
      </w:r>
      <w:r>
        <w:t>Aur agar tum phir jao to main tumhare haq mein aik bare din ke azab se darta hoon. Tum sab ko Allah ki taraf palatna hai, aur woh har cheez par qadir hai.</w:t>
      </w:r>
    </w:p>
    <w:p>
      <w:pPr>
        <w:jc w:val="right"/>
      </w:pPr>
      <w:r>
        <w:t>اور اگر تم پھر جاؤ تو میں تمہارے حق میں ایک بڑے دن کے عذاب سے ڈرتا ہوں۔ تم سب کو اللہ کی طرف پلٹنا ہے، اور وہ ہر چیز پر قادر ہے۔</w:t>
      </w:r>
    </w:p>
    <w:p>
      <w:r>
        <w:rPr>
          <w:b/>
        </w:rPr>
        <w:t xml:space="preserve">[00:57] </w:t>
      </w:r>
      <w:r>
        <w:t>Dekho, yeh log apne seenon ko lapaitte hain ta ke is se chup jayen. Khabardar!</w:t>
      </w:r>
    </w:p>
    <w:p>
      <w:pPr>
        <w:jc w:val="right"/>
      </w:pPr>
      <w:r>
        <w:t>دیکھو، یہ لوگ اپنے سینوں کو لپیٹتے ہیں تاکہ اس سے چھپ جائیں۔ خبردار!</w:t>
      </w:r>
    </w:p>
    <w:p>
      <w:r>
        <w:rPr>
          <w:b/>
        </w:rPr>
        <w:t xml:space="preserve">[01:04] </w:t>
      </w:r>
      <w:r>
        <w:t>Jab woh kapron se apne aap ko dhampte hain, Allah janta hai jo kuch woh chupate hain aur jo woh zahir karte hain. Woh diloon ki baat tak janne wala hai.</w:t>
      </w:r>
    </w:p>
    <w:p>
      <w:pPr>
        <w:jc w:val="right"/>
      </w:pPr>
      <w:r>
        <w:t>جب وہ کپڑوں سے اپنے آپ کو ڈھانپتے ہیں، اللہ جانتا ہے جو کچھ وہ چھپاتے ہیں اور جو وہ ظاہر کرتے ہیں۔ وہ دلوں کی بات تک جاننے والا ہے۔</w:t>
      </w:r>
    </w:p>
    <w:p>
      <w:r>
        <w:rPr>
          <w:b/>
        </w:rPr>
        <w:t xml:space="preserve">[01:15] </w:t>
      </w:r>
      <w:r>
        <w:t>Aur zameen par koi chalne wala aisa nahi jis ki rozi Allah ke zimme na ho. Aur woh janta hai jahan koi theherta hai aur jahan woh saunpa jata hai.</w:t>
      </w:r>
    </w:p>
    <w:p>
      <w:pPr>
        <w:jc w:val="right"/>
      </w:pPr>
      <w:r>
        <w:t>اور زمین پر کوئی چلنے والا ایسا نہیں جس کی روزی اللہ کے ذمے نہ ہو۔ اور وہ جانتا ہے جہاں کوئی ٹھہرتا ہے اور جہاں وہ سونپا جاتا ہے۔</w:t>
      </w:r>
    </w:p>
    <w:p>
      <w:r>
        <w:rPr>
          <w:b/>
        </w:rPr>
        <w:t xml:space="preserve">[01:27] </w:t>
      </w:r>
      <w:r>
        <w:t>Sab kuch aik khuli hui kitab mein maujood hai. Aur wohi hai jis ne aasmanon aur zameen ko cheh dinon mein paida kiya, aur uska arsh pani par tha ta ke tum ko azmaye ke kaun tum mein acha kaam karta hai.</w:t>
      </w:r>
    </w:p>
    <w:p>
      <w:pPr>
        <w:jc w:val="right"/>
      </w:pPr>
      <w:r>
        <w:t>سب کچھ ایک کھلی ہوئی کتاب میں موجود ہے۔ اور وہی ہے جس نے آسمانوں اور زمین کو چھ دنوں میں پیدا کیا، اور اس کا عرش پانی پر تھا تاکہ تم کو آزمائے کہ کون تم میں اچھا کام کرتا ہے۔</w:t>
      </w:r>
    </w:p>
    <w:p>
      <w:r>
        <w:rPr>
          <w:b/>
        </w:rPr>
        <w:t xml:space="preserve">[01:42] </w:t>
      </w:r>
      <w:r>
        <w:t>Aur agar tum kaho ke marne ke baad tum log uthaye jaoge to munkireen kehte hain ke yeh to khula hua jadu hai.</w:t>
      </w:r>
    </w:p>
    <w:p>
      <w:pPr>
        <w:jc w:val="right"/>
      </w:pPr>
      <w:r>
        <w:t>اور اگر تم کہو کہ مرنے کے بعد تم لوگ اٹھائے جاؤ گے تو منکرین کہتے ہیں کہ یہ تو کھلا ہوا جادو ہے۔</w:t>
      </w:r>
    </w:p>
    <w:p>
      <w:r>
        <w:rPr>
          <w:b/>
        </w:rPr>
        <w:t xml:space="preserve">[01:51] </w:t>
      </w:r>
      <w:r>
        <w:t>Aur agar hum kuch muddat tak un ki saza ko rok dein to kehte hain ke kya cheez is ko roke hue hai? Aagah!</w:t>
      </w:r>
    </w:p>
    <w:p>
      <w:pPr>
        <w:jc w:val="right"/>
      </w:pPr>
      <w:r>
        <w:t>اور اگر ہم کچھ مدت تک ان کی سزا کو روک دیں تو کہتے ہیں کہ کیا چیز اس کو روکے ہوئے ہے؟ آگاہ!</w:t>
      </w:r>
    </w:p>
    <w:p>
      <w:r>
        <w:rPr>
          <w:b/>
        </w:rPr>
        <w:t xml:space="preserve">[02:01] </w:t>
      </w:r>
      <w:r>
        <w:t>Jis din woh un par aa parega to woh un se pheira na ja sakega, aur un ko gheregi woh cheez jis ka woh mazak ura rahe thay.</w:t>
      </w:r>
    </w:p>
    <w:p>
      <w:pPr>
        <w:jc w:val="right"/>
      </w:pPr>
      <w:r>
        <w:t>جس دن وہ ان پر آ پڑے گا تو وہ ان سے پھیرا نہ جا سکے گا، اور ان کو گھیرے گی وہ چیز جس کا وہ مذاق اڑا رہے تھے۔</w:t>
      </w:r>
    </w:p>
    <w:p>
      <w:r>
        <w:rPr>
          <w:b/>
        </w:rPr>
        <w:t xml:space="preserve">[02:10] </w:t>
      </w:r>
      <w:r>
        <w:t>Aur agar hum insan ko apni kisi rehmat se nawazte hain, phir us se us ko mehroom kar dete hain to woh mayoos aur nashukra ban jata hai.</w:t>
      </w:r>
    </w:p>
    <w:p>
      <w:pPr>
        <w:jc w:val="right"/>
      </w:pPr>
      <w:r>
        <w:t>اور اگر ہم انسان کو اپنی کسی رحمت سے نوازتے ہیں، پھر اس سے اس کو محروم کر دیتے ہیں تو وہ مایوس اور ناشکرا بن جاتا ہے۔</w:t>
      </w:r>
    </w:p>
    <w:p>
      <w:r>
        <w:rPr>
          <w:b/>
        </w:rPr>
        <w:t xml:space="preserve">[02:21] </w:t>
      </w:r>
      <w:r>
        <w:t>Aur agar kisi takleef ke baad jo us ko pohnchi thi, us ko hum nemat se nawazte hain to woh kehta hai ke sari museebaten mujh se door ho gayeen.</w:t>
      </w:r>
    </w:p>
    <w:p>
      <w:pPr>
        <w:jc w:val="right"/>
      </w:pPr>
      <w:r>
        <w:t>اور اگر کسی تکلیف کے بعد جو اس کو پہنچی تھی، اس کو ہم نعمت سے نوازتے ہیں تو وہ کہتا ہے کہ ساری مصیبتیں مجھ سے دور ہو گئیں۔</w:t>
      </w:r>
    </w:p>
    <w:p>
      <w:r>
        <w:rPr>
          <w:b/>
        </w:rPr>
        <w:t xml:space="preserve">[02:31] </w:t>
      </w:r>
      <w:r>
        <w:t>Woh utrane wala aur akadne wala ban jata hai. Magar jo log sabr karne wale aur naik amal karne wale hain, un ke liye bakhshish hai aur bara ajr.</w:t>
      </w:r>
    </w:p>
    <w:p>
      <w:pPr>
        <w:jc w:val="right"/>
      </w:pPr>
      <w:r>
        <w:t>وہ اترانے والا اور اکڑنے والا بن جاتا ہے۔ مگر جو لوگ صبر کرنے والے اور نیک عمل کرنے والے ہیں، ان کے لیے بخشش ہے اور بڑا اجر۔</w:t>
      </w:r>
    </w:p>
    <w:p>
      <w:r>
        <w:rPr>
          <w:b/>
        </w:rPr>
        <w:t xml:space="preserve">[02:44] </w:t>
      </w:r>
      <w:r>
        <w:t>Kahin aisa na ho ke tum is cheez ka kuch hissa chhod do jo tumhari taraf wahi ki gayi hai, aur tum is baat par tang dil ho ke woh kehte hain ke is par koi khazana kyun nahi utara gaya, ya is ke sath koi farishta kyun nahi aaya.</w:t>
      </w:r>
    </w:p>
    <w:p>
      <w:pPr>
        <w:jc w:val="right"/>
      </w:pPr>
      <w:r>
        <w:t>کہیں ایسا نہ ہو کہ تم اس چیز کا کچھ حصہ چھوڑ دو جو تمہاری طرف وحی کی گئی ہے، اور تم اس بات پر تنگ دل ہو کہ وہ کہتے ہیں کہ اس پر کوئی خزانہ کیوں نہیں اتارا گیا، یا اس کے ساتھ کوئی فرشتہ کیوں نہیں آیا۔</w:t>
      </w:r>
    </w:p>
    <w:p>
      <w:r>
        <w:rPr>
          <w:b/>
        </w:rPr>
        <w:t xml:space="preserve">[03:02] </w:t>
      </w:r>
      <w:r>
        <w:t>Tum to sirf darane wale ho, aur Allah har cheez ka zimmedar hai. Kya woh kehte hain ke peghambar ne is kitab ko ghadh liya hai?</w:t>
      </w:r>
    </w:p>
    <w:p>
      <w:pPr>
        <w:jc w:val="right"/>
      </w:pPr>
      <w:r>
        <w:t>تم تو صرف ڈرانے والے ہو، اور اللہ ہر چیز کا ذمہ دار ہے۔ کیا وہ کہتے ہیں کہ پیغمبر نے اس کتاب کو گھڑ لیا ہے؟</w:t>
      </w:r>
    </w:p>
    <w:p>
      <w:r>
        <w:rPr>
          <w:b/>
        </w:rPr>
        <w:t xml:space="preserve">[03:11] </w:t>
      </w:r>
      <w:r>
        <w:t>Kaho, tum bhi aisi hi das sooreten bana kar le aao, aur Allah ke siwa jis ko bula sako bula lo, agar tum sachay ho.</w:t>
      </w:r>
    </w:p>
    <w:p>
      <w:pPr>
        <w:jc w:val="right"/>
      </w:pPr>
      <w:r>
        <w:t>کہو، تم بھی ایسی ہی دس سورتیں بنا کر لے آؤ، اور اللہ کے سوا جس کو بلا سکو بلا لو، اگر تم سچے ہو۔</w:t>
      </w:r>
    </w:p>
    <w:p>
      <w:r>
        <w:rPr>
          <w:b/>
        </w:rPr>
        <w:t xml:space="preserve">[03:21] </w:t>
      </w:r>
      <w:r>
        <w:t>Pas agar woh tumhara kaha poora na kar saken to jaan lo ke yeh Allah ke ilm se utra hai, aur yeh ke is ke siwa koi mabood nahi.</w:t>
      </w:r>
    </w:p>
    <w:p>
      <w:pPr>
        <w:jc w:val="right"/>
      </w:pPr>
      <w:r>
        <w:t>پس اگر وہ تمہارا کہا پورا نہ کر سکیں تو جان لو کہ یہ اللہ کے علم سے اترا ہے، اور یہ کہ اس کے سوا کوئی معبود نہیں۔</w:t>
      </w:r>
    </w:p>
    <w:p>
      <w:r>
        <w:rPr>
          <w:b/>
        </w:rPr>
        <w:t xml:space="preserve">[03:31] </w:t>
      </w:r>
      <w:r>
        <w:t>Phir kya tum hukum mante ho? Jo log dunya ki zindagi aur us ki zeenat chahte hain, hum un ke aamal ka badla dunya hi mein de dete hain, aur is mein un ke sath koi kami nahi ki jati.</w:t>
      </w:r>
    </w:p>
    <w:p>
      <w:pPr>
        <w:jc w:val="right"/>
      </w:pPr>
      <w:r>
        <w:t>پھر کیا تم حکم مانتے ہو؟ جو لوگ دنیا کی زندگی اور اس کی زینت چاہتے ہیں، ہم ان کے اعمال کا بدلہ دنیا ہی میں دے دیتے ہیں، اور اس میں ان کے ساتھ کوئی کمی نہیں کی جاتی۔</w:t>
      </w:r>
    </w:p>
    <w:p>
      <w:r>
        <w:rPr>
          <w:b/>
        </w:rPr>
        <w:t xml:space="preserve">[03:45] </w:t>
      </w:r>
      <w:r>
        <w:t>Yahi log hain jin ke liye aakhirat mein aag ke siwa kuch nahi hai. Unhon ne dunya mein jo kuch banaya tha, woh barbad hua aur kharab gaya jo unhon ne kamaya tha.</w:t>
      </w:r>
    </w:p>
    <w:p>
      <w:pPr>
        <w:jc w:val="right"/>
      </w:pPr>
      <w:r>
        <w:t>یہی لوگ ہیں جن کے لیے آخرت میں آگ کے سوا کچھ نہیں ہے۔ انہوں نے دنیا میں جو کچھ بنایا تھا، وہ برباد ہوا اور خراب گیا جو انہوں نے کمایا تھا۔</w:t>
      </w:r>
    </w:p>
    <w:p>
      <w:r>
        <w:rPr>
          <w:b/>
        </w:rPr>
        <w:t xml:space="preserve">[03:58] </w:t>
      </w:r>
      <w:r>
        <w:t>bhala ek shakhs jo apne rab ki taraf se ek dalil par hai, us ke baad Allah ki taraf se is ke liye ek gawah bhi aa gaya, aur is se pehle Musa ki kitab rahnama aur rehmat ki hesiyat se maujood thi.</w:t>
      </w:r>
    </w:p>
    <w:p>
      <w:pPr>
        <w:jc w:val="right"/>
      </w:pPr>
      <w:r>
        <w:t>بھلا ایک شخص جو اپنے رب کی طرف سے ایک دلیل پر ہے، اس کے بعد اللہ کی طرف سے اس کے لیے ایک گواہ بھی آ گیا، اور اس سے پہلے موسیٰ کی کتاب رہنما اور رحمت کی حیثیت سے موجود تھی۔</w:t>
      </w:r>
    </w:p>
    <w:p>
      <w:r>
        <w:rPr>
          <w:b/>
        </w:rPr>
        <w:t xml:space="preserve">[04:12] </w:t>
      </w:r>
      <w:r>
        <w:t>aise hi log is par iman late hain, aur jamaaton mein se jo koi is ka inkar kare to is ke wade ki jagah aag hai.</w:t>
      </w:r>
    </w:p>
    <w:p>
      <w:pPr>
        <w:jc w:val="right"/>
      </w:pPr>
      <w:r>
        <w:t>ایسے ہی لوگ اس پر ایمان لاتے ہیں، اور جماعتوں میں سے جو کوئی اس کا انکار کرے تو اس کے وعدے کی جگہ آگ ہے۔</w:t>
      </w:r>
    </w:p>
    <w:p>
      <w:r>
        <w:rPr>
          <w:b/>
        </w:rPr>
        <w:t xml:space="preserve">[04:22] </w:t>
      </w:r>
      <w:r>
        <w:t>pas tum is ke bare mein kisi shakk mein na parho. yeh haq hai tumhare rab ki taraf se, magar aksar log nahi mante.</w:t>
      </w:r>
    </w:p>
    <w:p>
      <w:pPr>
        <w:jc w:val="right"/>
      </w:pPr>
      <w:r>
        <w:t>پس تم اس کے بارے میں کسی شک میں نہ پڑو۔ یہ حق ہے تمہارے رب کی طرف سے، مگر اکثر لوگ نہیں مانتے۔</w:t>
      </w:r>
    </w:p>
    <w:p>
      <w:r>
        <w:rPr>
          <w:b/>
        </w:rPr>
        <w:t xml:space="preserve">[04:32] </w:t>
      </w:r>
      <w:r>
        <w:t>aur is se barh kar zalim kon hai jo Allah par jhoot ghare? aise log apne rab ke samne pes honge, aur gawahi dene wale kahenge ke yeh woh log hain jinhone apne rab par jhoot ghara tha.</w:t>
      </w:r>
    </w:p>
    <w:p>
      <w:pPr>
        <w:jc w:val="right"/>
      </w:pPr>
      <w:r>
        <w:t>اور اس سے بڑھ کر ظالم کون ہے جو اللہ پر جھوٹ گھڑے؟ ایسے لوگ اپنے رب کے سامنے پیش ہوں گے، اور گواہی دینے والے کہیں گے کہ یہ وہ لوگ ہیں جنہوں نے اپنے رب پر جھوٹ گھڑا تھا۔</w:t>
      </w:r>
    </w:p>
    <w:p>
      <w:r>
        <w:rPr>
          <w:b/>
        </w:rPr>
        <w:t xml:space="preserve">[04:47] </w:t>
      </w:r>
      <w:r>
        <w:t>suno! Allah ki lanat hai zalimon ke upar, un logon ke upar jo Allah ke raste se logon ko rokte hain aur is mein kiji dhoondhte hain.</w:t>
      </w:r>
    </w:p>
    <w:p>
      <w:pPr>
        <w:jc w:val="right"/>
      </w:pPr>
      <w:r>
        <w:t>سنو! اللہ کی لعنت ہے ظالموں کے اوپر، ان لوگوں کے اوپر جو اللہ کے راستے سے لوگوں کو روکتے ہیں اور اس میں کجی ڈھونڈتے ہیں۔</w:t>
      </w:r>
    </w:p>
    <w:p>
      <w:r>
        <w:rPr>
          <w:b/>
        </w:rPr>
        <w:t xml:space="preserve">[04:57] </w:t>
      </w:r>
      <w:r>
        <w:t>yahi log aakhirat ke munkir hain. woh log zameen mein Allah ko bebas karne wale nahi, aur na Allah ke siwa un ka koi madadgar hai.</w:t>
      </w:r>
    </w:p>
    <w:p>
      <w:pPr>
        <w:jc w:val="right"/>
      </w:pPr>
      <w:r>
        <w:t>یہی لوگ آخرت کے منکر ہیں۔ وہ لوگ زمین میں اللہ کو بے بس کرنے والے نہیں، اور نہ اللہ کے سوا ان کا کوئی مددگار ہے۔</w:t>
      </w:r>
    </w:p>
    <w:p>
      <w:r>
        <w:rPr>
          <w:b/>
        </w:rPr>
        <w:t xml:space="preserve">[05:08] </w:t>
      </w:r>
      <w:r>
        <w:t>in par dohra azab hoga. woh na sun sakte the aur na dekhte the. yeh woh log hain jinhone apne aap ko ghaate mein dala, aur woh sab kuch un se khoya gaya jo unhone ghada rakha tha.</w:t>
      </w:r>
    </w:p>
    <w:p>
      <w:pPr>
        <w:jc w:val="right"/>
      </w:pPr>
      <w:r>
        <w:t>ان پر دہرا عذاب ہوگا۔ وہ نہ سن سکتے تھے اور نہ دیکھتے تھے۔ یہ وہ لوگ ہیں جنہوں نے اپنے آپ کو گھاٹے میں ڈالا، اور وہ سب کچھ ان سے کھویا گیا جو انہوں نے گھڑ رکھا تھا۔</w:t>
      </w:r>
    </w:p>
    <w:p>
      <w:r>
        <w:rPr>
          <w:b/>
        </w:rPr>
        <w:t xml:space="preserve">[05:22] </w:t>
      </w:r>
      <w:r>
        <w:t>is mein shakk nahi ke yahi log aakhirat mein sab se zyada ghaate mein rahenge. jo log iman laye aur jinhone nek amal kiye aur apne rab ke samne ajzi ki, wohi log jannat wale hain.</w:t>
      </w:r>
    </w:p>
    <w:p>
      <w:pPr>
        <w:jc w:val="right"/>
      </w:pPr>
      <w:r>
        <w:t>اس میں شک نہیں کہ یہی لوگ آخرت میں سب سے زیادہ گھاٹے میں رہیں گے۔ جو لوگ ایمان لائے اور جنہوں نے نیک عمل کیے اور اپنے رب کے سامنے عاجزی کی، وہی لوگ جنت والے ہیں۔</w:t>
      </w:r>
    </w:p>
    <w:p>
      <w:r>
        <w:rPr>
          <w:b/>
        </w:rPr>
        <w:t xml:space="preserve">[05:36] </w:t>
      </w:r>
      <w:r>
        <w:t>woh is mein hamesha rahenge. in dono fareeqon ki misal aisi hai jaise ek andha aur bahra ho, aur doosra dekhne aur sunne wala.</w:t>
      </w:r>
    </w:p>
    <w:p>
      <w:pPr>
        <w:jc w:val="right"/>
      </w:pPr>
      <w:r>
        <w:t>وہ اس میں ہمیشہ رہیں گے۔ ان دونوں فریقوں کی مثال ایسی ہے جیسے ایک اندھا اور بہرا ہو، اور دوسرا دیکھنے اور سننے والا۔</w:t>
      </w:r>
    </w:p>
    <w:p>
      <w:r>
        <w:rPr>
          <w:b/>
        </w:rPr>
        <w:t xml:space="preserve">[05:47] </w:t>
      </w:r>
      <w:r>
        <w:t>kya yeh dono yaksa ho jayenge? kya tum ghaur nahi karte? aur hum ne Nuh ko us ki qaum ki taraf bheja ke main tum ko khula hua darane wala hoon.</w:t>
      </w:r>
    </w:p>
    <w:p>
      <w:pPr>
        <w:jc w:val="right"/>
      </w:pPr>
      <w:r>
        <w:t>کیا یہ دونوں یکساں ہو جائیں گے؟ کیا تم غور نہیں کرتے؟ اور ہم نے نوح کو اس کی قوم کی طرف بھیجا کہ میں تم کو کھلا ہوا ڈرانے والا ہوں۔</w:t>
      </w:r>
    </w:p>
    <w:p>
      <w:r>
        <w:rPr>
          <w:b/>
        </w:rPr>
        <w:t xml:space="preserve">[05:59] </w:t>
      </w:r>
      <w:r>
        <w:t>yeh ke tum Allah ke siwa kisi ki ibadat na karo. main tum par ek dardnak azab ke din ka andesha rakhta hoon.</w:t>
      </w:r>
    </w:p>
    <w:p>
      <w:pPr>
        <w:jc w:val="right"/>
      </w:pPr>
      <w:r>
        <w:t>یہ کہ تم اللہ کے سوا کسی کی عبادت نہ کرو۔ میں تم پر ایک دردناک عذاب کے دن کا اندیشہ رکھتا ہوں۔</w:t>
      </w:r>
    </w:p>
    <w:p>
      <w:r>
        <w:rPr>
          <w:b/>
        </w:rPr>
        <w:t xml:space="preserve">[06:08] </w:t>
      </w:r>
      <w:r>
        <w:t>is ki qaum ke sardaron ne kaha, jinhone inkar kiya tha ke hum to tum ko bas apna jaisa ek aadmi dekhte hain, aur hum nahi dekhte koi tumhara tabe hua ho, siwaye un ke jo hum mein past log hain, be samjhe bujhe.</w:t>
      </w:r>
    </w:p>
    <w:p>
      <w:pPr>
        <w:jc w:val="right"/>
      </w:pPr>
      <w:r>
        <w:t>اس کی قوم کے سرداروں نے کہا، جنہوں نے انکار کیا تھا کہ ہم تو تم کو بس اپنا جیسا ایک آدمی دیکھتے ہیں، اور ہم نہیں دیکھتے کوئی تمہارا تابع ہوا ہو، سوائے ان کے جو ہم میں پست لوگ ہیں، بے سمجھے بوجھے۔</w:t>
      </w:r>
    </w:p>
    <w:p>
      <w:r>
        <w:rPr>
          <w:b/>
        </w:rPr>
        <w:t xml:space="preserve">[06:25] </w:t>
      </w:r>
      <w:r>
        <w:t>aur hum nahi dekhte ke tum ko hamare upar kuch badai hasil ho, balkeh hum to tum ko jhoota khayal karte hain. Nuh ne kaha, aey meri qaum</w:t>
      </w:r>
    </w:p>
    <w:p>
      <w:pPr>
        <w:jc w:val="right"/>
      </w:pPr>
      <w:r>
        <w:t>اور ہم نہیں دیکھتے کہ تم کو ہمارے اوپر کچھ بڑائی حاصل ہو، بلکہ ہم تو تم کو جھوٹا خیال کرتے ہیں۔ نوح نے کہا، اے میری قوم</w:t>
      </w:r>
    </w:p>
    <w:p>
      <w:r>
        <w:rPr>
          <w:b/>
        </w:rPr>
        <w:t xml:space="preserve">[06:36] </w:t>
      </w:r>
      <w:r>
        <w:t>! batao, agar main apne rab ki taraf se ek roshan dalil par hoon, aur us ne mujh par apne pas se rehmat bheji hai, magar woh tum ko nazar na aaye, to kya hum us ko tum par chupa sakte hain jabke tum us se bezar ho?</w:t>
      </w:r>
    </w:p>
    <w:p>
      <w:pPr>
        <w:jc w:val="right"/>
      </w:pPr>
      <w:r>
        <w:t>! بتاؤ، اگر میں اپنے رب کی طرف سے ایک روشن دلیل پر ہوں، اور اس نے مجھ پر اپنے پاس سے رحمت بھیجی ہے، مگر وہ تم کو نظر نہ آئے، تو کیا ہم اس کو تم پر چھپا سکتے ہیں جبکہ تم اس سے بیزار ہو؟</w:t>
      </w:r>
    </w:p>
    <w:p>
      <w:r>
        <w:rPr>
          <w:b/>
        </w:rPr>
        <w:t xml:space="preserve">[06:51] </w:t>
      </w:r>
      <w:r>
        <w:t>aur aey meri qaum</w:t>
      </w:r>
    </w:p>
    <w:p>
      <w:pPr>
        <w:jc w:val="right"/>
      </w:pPr>
      <w:r>
        <w:t>اور اے میری قوم</w:t>
      </w:r>
    </w:p>
    <w:p>
      <w:r>
        <w:rPr>
          <w:b/>
        </w:rPr>
        <w:t xml:space="preserve">[06:53] </w:t>
      </w:r>
      <w:r>
        <w:t>! main is par tum se kuch maal nahi mangta. mera ajr to bas Allah ke zimme hai, aur main hargiz in ko apne se door karne wala nahi jo iman laye hain.</w:t>
      </w:r>
    </w:p>
    <w:p>
      <w:pPr>
        <w:jc w:val="right"/>
      </w:pPr>
      <w:r>
        <w:t>! میں اس پر تم سے کچھ مال نہیں مانگتا۔ میرا اجر تو بس اللہ کے ذمے ہے، اور میں ہرگز ان کو اپنے سے دور کرنے والا نہیں جو ایمان لائے ہیں۔</w:t>
      </w:r>
    </w:p>
    <w:p>
      <w:r>
        <w:rPr>
          <w:b/>
        </w:rPr>
        <w:t xml:space="preserve">[07:05] </w:t>
      </w:r>
      <w:r>
        <w:t>in logon ko apne rab se milna hai, magar main dekhta hoon tum log jahalat mein mubtala ho. aur aey meri qaum</w:t>
      </w:r>
    </w:p>
    <w:p>
      <w:pPr>
        <w:jc w:val="right"/>
      </w:pPr>
      <w:r>
        <w:t>ان لوگوں کو اپنے رب سے ملنا ہے، مگر میں دیکھتا ہوں تم لوگ جہالت میں مبتلا ہو۔ اور اے میری قوم</w:t>
      </w:r>
    </w:p>
    <w:p>
      <w:r>
        <w:rPr>
          <w:b/>
        </w:rPr>
        <w:t xml:space="preserve">[07:13] </w:t>
      </w:r>
      <w:r>
        <w:t>! agar main in logon ko dhutkar doon to Khuda ke muqable mein kon meri madad karega? kya tum ghaur nahi karte?</w:t>
      </w:r>
    </w:p>
    <w:p>
      <w:pPr>
        <w:jc w:val="right"/>
      </w:pPr>
      <w:r>
        <w:t>! اگر میں ان لوگوں کو دھتکار دوں تو خدا کے مقابلے میں کون میری مدد کرے گا؟ کیا تم غور نہیں کرتے؟</w:t>
      </w:r>
    </w:p>
    <w:p>
      <w:r>
        <w:rPr>
          <w:b/>
        </w:rPr>
        <w:t xml:space="preserve">[07:22] </w:t>
      </w:r>
      <w:r>
        <w:t>aur main tum se nahi kehta ke mere pas Allah ke khazane hain, aur na main ghayb ki khabar rakhta hoon, aur na yeh kehta hoon ke main farishta hoon, aur main yeh bhi nahi keh sakta ke jo log tumhari nigahon mein haqir hain, un ko Allah koi bhalai nahi dega.</w:t>
      </w:r>
    </w:p>
    <w:p>
      <w:pPr>
        <w:jc w:val="right"/>
      </w:pPr>
      <w:r>
        <w:t>اور میں تم سے نہیں کہتا کہ میرے پاس اللہ کے خزانے ہیں، اور نہ میں غیب کی خبر رکھتا ہوں، اور نہ یہ کہتا ہوں کہ میں فرشتہ ہوں، اور میں یہ بھی نہیں کہہ سکتا کہ جو لوگ تمہاری نگاہوں میں حقیر ہیں، ان کو اللہ کوئی بھلائی نہیں دے گا۔</w:t>
      </w:r>
    </w:p>
    <w:p>
      <w:r>
        <w:rPr>
          <w:b/>
        </w:rPr>
        <w:t xml:space="preserve">[07:40] </w:t>
      </w:r>
      <w:r>
        <w:t>Allah khoob janta hai jo kuch un ke dilon mein hai. agar main aisa kahoon to main hi zalim hunga. unhone kaha ke aey Nuh!</w:t>
      </w:r>
    </w:p>
    <w:p>
      <w:pPr>
        <w:jc w:val="right"/>
      </w:pPr>
      <w:r>
        <w:t>اللہ خوب جانتا ہے جو کچھ ان کے دلوں میں ہے۔ اگر میں ایسا کہوں تو میں ہی ظالم ہوں گا۔ انہوں نے کہا کہ اے نوح!</w:t>
      </w:r>
    </w:p>
    <w:p>
      <w:r>
        <w:rPr>
          <w:b/>
        </w:rPr>
        <w:t xml:space="preserve">[07:50] </w:t>
      </w:r>
      <w:r>
        <w:t>tum ne hum se jhagda kiya, aur bohat jhagda kar liya. ab woh cheez le aao jis ka tum hum se wada karte rahe ho, agar tum sache ho.</w:t>
      </w:r>
    </w:p>
    <w:p>
      <w:pPr>
        <w:jc w:val="right"/>
      </w:pPr>
      <w:r>
        <w:t>تم نے ہم سے جھگڑا کیا، اور بہت جھگڑا کر لیا۔ اب وہ چیز لے آؤ جس کا تم ہم سے وعدہ کرتے رہے ہو، اگر تم سچے ہو۔</w:t>
      </w:r>
    </w:p>
    <w:p>
      <w:r>
        <w:rPr>
          <w:b/>
        </w:rPr>
        <w:t xml:space="preserve">[08:00] </w:t>
      </w:r>
      <w:r>
        <w:t>Nuh ne kaha, us ko to tumhare upar Allah hi layega agar woh chahega, aur tum us ke qabu se bahar na ja sakoge.</w:t>
      </w:r>
    </w:p>
    <w:p>
      <w:pPr>
        <w:jc w:val="right"/>
      </w:pPr>
      <w:r>
        <w:t>نوح نے کہا، اس کو تو تمہارے اوپر اللہ ہی لائے گا اگر وہ چاہے گا، اور تم اس کے قابو سے باہر نہ جا سکو گے۔</w:t>
      </w:r>
    </w:p>
    <w:p>
      <w:r>
        <w:rPr>
          <w:b/>
        </w:rPr>
        <w:t xml:space="preserve">[08:08] </w:t>
      </w:r>
      <w:r>
        <w:t>aur meri naseehat tum ko faida nahi degi agar main tum ko naseehat karna chahoon, jabke Allah yeh chahta ho ke woh tum ko gumrah kare.</w:t>
      </w:r>
    </w:p>
    <w:p>
      <w:pPr>
        <w:jc w:val="right"/>
      </w:pPr>
      <w:r>
        <w:t>اور میری نصیحت تم کو فائدہ نہیں دے گی اگر میں تم کو نصیحت کرنا چاہوں، جبکہ اللہ یہ چاہتا ہو کہ وہ تم کو گمراہ کرے۔</w:t>
      </w:r>
    </w:p>
    <w:p>
      <w:r>
        <w:rPr>
          <w:b/>
        </w:rPr>
        <w:t xml:space="preserve">[08:18] </w:t>
      </w:r>
      <w:r>
        <w:t>wohi tumhara rab hai, aur usi ki taraf tum ko lot kar jana hai. kya woh kehte hain ke peghambar ne is ko ghada liya hai?</w:t>
      </w:r>
    </w:p>
    <w:p>
      <w:pPr>
        <w:jc w:val="right"/>
      </w:pPr>
      <w:r>
        <w:t>وہی تمہارا رب ہے، اور اسی کی طرف تم کو لوٹ کر جانا ہے۔ کیا وہ کہتے ہیں کہ پیغمبر نے اس کو گھڑ لیا ہے؟</w:t>
      </w:r>
    </w:p>
    <w:p>
      <w:r>
        <w:rPr>
          <w:b/>
        </w:rPr>
        <w:t xml:space="preserve">[08:26] </w:t>
      </w:r>
      <w:r>
        <w:t>kaho, ke agar main ne is ko ghada hai to mera jurm mere upar hai, aur jo jurm tum kar rahe ho us se main bari hoon.</w:t>
      </w:r>
    </w:p>
    <w:p>
      <w:pPr>
        <w:jc w:val="right"/>
      </w:pPr>
      <w:r>
        <w:t>کہو، کہ اگر میں نے اس کو گھڑا ہے تو میرا جرم میرے اوپر ہے، اور جو جرم تم کر رہے ہو اس سے میں بری ہوں۔</w:t>
      </w:r>
    </w:p>
    <w:p>
      <w:r>
        <w:rPr>
          <w:b/>
        </w:rPr>
        <w:t xml:space="preserve">[08:35] </w:t>
      </w:r>
      <w:r>
        <w:t>aur Nuh ki taraf wahi ki gayi ke ab tumhari qaum mein se koi imaan nahi layega, siwaye us ke jo imaan la chuka hai.</w:t>
      </w:r>
    </w:p>
    <w:p>
      <w:pPr>
        <w:jc w:val="right"/>
      </w:pPr>
      <w:r>
        <w:t>اور نوح کی طرف وحی کی گئی کہ اب تمہاری قوم میں سے کوئی ایمان نہیں لائے گا، سوائے اس کے جو ایمان لا چکا ہے۔</w:t>
      </w:r>
    </w:p>
    <w:p>
      <w:r>
        <w:rPr>
          <w:b/>
        </w:rPr>
        <w:t xml:space="preserve">[08:44] </w:t>
      </w:r>
      <w:r>
        <w:t>pas tum in kamon par ghamgeen na ho jo woh kar rahe hain. aur hamare rubaru aur hamare hukum se tum kashti banao, aur zalimon ke haq mein mujh se baat na karo.</w:t>
      </w:r>
    </w:p>
    <w:p>
      <w:pPr>
        <w:jc w:val="right"/>
      </w:pPr>
      <w:r>
        <w:t>پس تم ان کاموں پر غمگین نہ ہو جو وہ کر رہے ہیں۔ اور ہمارے روبرو اور ہمارے حکم سے تم کشتی بناؤ، اور ظالموں کے حق میں مجھ سے بات نہ کرو۔</w:t>
      </w:r>
    </w:p>
    <w:p>
      <w:r>
        <w:rPr>
          <w:b/>
        </w:rPr>
        <w:t xml:space="preserve">[08:57] </w:t>
      </w:r>
      <w:r>
        <w:t>beshak yeh log gharaq honge. aur Nuh kashti banane laga, aur jab us ki qaum ka koi sardar us par guzarta to woh us ki hansi urata.</w:t>
      </w:r>
    </w:p>
    <w:p>
      <w:pPr>
        <w:jc w:val="right"/>
      </w:pPr>
      <w:r>
        <w:t>بے شک یہ لوگ غرق ہوں گے۔ اور نوح کشتی بنانے لگا، اور جب اس کی قوم کا کوئی سردار اس پر گزرتا تو وہ اس کی ہنسی اڑاتا۔</w:t>
      </w:r>
    </w:p>
    <w:p>
      <w:r>
        <w:rPr>
          <w:b/>
        </w:rPr>
        <w:t xml:space="preserve">[09:07] </w:t>
      </w:r>
      <w:r>
        <w:t>unhon ne kaha, agar tum hum par hanste ho to hum bhi tum par hans rahe hain. tum jald jaan loge ke woh kaun hain jin par woh azab aata hai, jo us ko ruswa kar de, aur us par woh azab utarta hai jo daimi hai.</w:t>
      </w:r>
    </w:p>
    <w:p>
      <w:pPr>
        <w:jc w:val="right"/>
      </w:pPr>
      <w:r>
        <w:t>انہوں نے کہا، اگر تم ہم پر ہنستے ہو تو ہم بھی تم پر ہنس رہے ہیں۔ تم جلد جان لو گے کہ وہ کون ہیں جن پر وہ عذاب آتا ہے، جو اس کو رسوا کر دے، اور اس پر وہ عذاب اترتا ہے جو دائمی ہے۔</w:t>
      </w:r>
    </w:p>
    <w:p>
      <w:r>
        <w:rPr>
          <w:b/>
        </w:rPr>
        <w:t xml:space="preserve">[09:24] </w:t>
      </w:r>
      <w:r>
        <w:t>yahan tak ke jab hamara hukum aa pohancha, aur toofan ubal pada, hum ne Nuh se kaha ke har qism ke janwaron ka ek ek joda kashti mein rakh lo, aur apne ghar walon ko bhi, siwaye un ashkhass ke jin ki babat pehle kaha ja chuka hai, aur sab imaan walon ko bhi.</w:t>
      </w:r>
    </w:p>
    <w:p>
      <w:pPr>
        <w:jc w:val="right"/>
      </w:pPr>
      <w:r>
        <w:t>یہاں تک کہ جب ہمارا حکم آ پہنچا، اور طوفان ابل پڑا، ہم نے نوح سے کہا کہ ہر قسم کے جانوروں کا ایک ایک جوڑا کشتی میں رکھ لو، اور اپنے گھر والوں کو بھی، سوائے ان اشخاص کے جن کی بابت پہلے کہا جا چکا ہے، اور سب ایمان والوں کو بھی۔</w:t>
      </w:r>
    </w:p>
    <w:p>
      <w:r>
        <w:rPr>
          <w:b/>
        </w:rPr>
        <w:t xml:space="preserve">[09:43] </w:t>
      </w:r>
      <w:r>
        <w:t>aur thore hi log the jo Nuh ke sath imaan laye the. aur Nuh ne kaha ke kashti mein sawar ho jao. Allah ke naam se is ka chalna hai aur is ka thehrna bhi.</w:t>
      </w:r>
    </w:p>
    <w:p>
      <w:pPr>
        <w:jc w:val="right"/>
      </w:pPr>
      <w:r>
        <w:t>اور تھوڑے ہی لوگ تھے جو نوح کے ساتھ ایمان لائے تھے۔ اور نوح نے کہا کہ کشتی میں سوار ہو جاؤ۔ اللہ کے نام سے اس کا چلنا ہے اور اس کا ٹھہرنا بھی۔</w:t>
      </w:r>
    </w:p>
    <w:p>
      <w:r>
        <w:rPr>
          <w:b/>
        </w:rPr>
        <w:t xml:space="preserve">[09:55] </w:t>
      </w:r>
      <w:r>
        <w:t>beshak mera rab bakhsne wala, meherban hai. aur kashti pahad jaisi maujon ke darmiyan un ko le kar chalne lagi. aur Nuh ne apne bete ko pukara, jo us se alag tha.</w:t>
      </w:r>
    </w:p>
    <w:p>
      <w:pPr>
        <w:jc w:val="right"/>
      </w:pPr>
      <w:r>
        <w:t>بے شک میرا رب بخشنے والا، مہربان ہے۔ اور کشتی پہاڑ جیسی موجوں کے درمیان ان کو لے کر چلنے لگی۔ اور نوح نے اپنے بیٹے کو پکارا، جو اس سے الگ تھا۔</w:t>
      </w:r>
    </w:p>
    <w:p>
      <w:r>
        <w:rPr>
          <w:b/>
        </w:rPr>
        <w:t xml:space="preserve">[10:07] </w:t>
      </w:r>
      <w:r>
        <w:t>ae mere bete!</w:t>
      </w:r>
    </w:p>
    <w:p>
      <w:pPr>
        <w:jc w:val="right"/>
      </w:pPr>
      <w:r>
        <w:t>اے میرے بیٹے!</w:t>
      </w:r>
    </w:p>
    <w:p>
      <w:r>
        <w:rPr>
          <w:b/>
        </w:rPr>
        <w:t xml:space="preserve">[10:09] </w:t>
      </w:r>
      <w:r>
        <w:t>hamare sath sawar ho ja aur munkiron ke sath mat reh. us ne kaha, main kisi pahad ki panah le lunga jo mujh ko pani se bacha lega.</w:t>
      </w:r>
    </w:p>
    <w:p>
      <w:pPr>
        <w:jc w:val="right"/>
      </w:pPr>
      <w:r>
        <w:t>ہمارے ساتھ سوار ہو جا اور منکروں کے ساتھ مت رہ۔ اس نے کہا، میں کسی پہاڑ کی پناہ لے لوں گا جو مجھ کو پانی سے بچا لے گا۔</w:t>
      </w:r>
    </w:p>
    <w:p>
      <w:r>
        <w:rPr>
          <w:b/>
        </w:rPr>
        <w:t xml:space="preserve">[10:19] </w:t>
      </w:r>
      <w:r>
        <w:t>Nuh ne kaha ke aaj koi Allah ke hukum se bachane wala nahi, magar woh jis par Allah reham kare. aur dono ke darmiyan mauj hael ho gayi, aur woh doobne walon mein shamil ho gaya.</w:t>
      </w:r>
    </w:p>
    <w:p>
      <w:pPr>
        <w:jc w:val="right"/>
      </w:pPr>
      <w:r>
        <w:t>نوح نے کہا کہ آج کوئی اللہ کے حکم سے بچانے والا نہیں، مگر وہ جس پر اللہ رحم کرے۔ اور دونوں کے درمیان موج حائل ہو گئی، اور وہ ڈوبنے والوں میں شامل ہو گیا۔</w:t>
      </w:r>
    </w:p>
    <w:p>
      <w:r>
        <w:rPr>
          <w:b/>
        </w:rPr>
        <w:t xml:space="preserve">[10:33] </w:t>
      </w:r>
      <w:r>
        <w:t>aur kaha gaya ke ae zameen! apna pani nigal le, aur ae aas</w:t>
      </w:r>
    </w:p>
    <w:p>
      <w:pPr>
        <w:jc w:val="right"/>
      </w:pPr>
      <w:r>
        <w:t>اور کہا گیا کہ اے زمین! اپنا پانی نگل لے، اور اے آس</w:t>
      </w:r>
    </w:p>
    <w:p>
      <w:r>
        <w:rPr>
          <w:b/>
        </w:rPr>
        <w:t xml:space="preserve">[10:38] </w:t>
      </w:r>
      <w:r>
        <w:t>man! tham ja, aur pani sukha diya gaya. aur muamle ka faisla ho gaya, aur kashti Joodi pahad par thehar gayi, aur keh diya gaya ke door ho zalimon ki qaum.</w:t>
      </w:r>
    </w:p>
    <w:p>
      <w:pPr>
        <w:jc w:val="right"/>
      </w:pPr>
      <w:r>
        <w:t>مان! تھم جا، اور پانی سکھا دیا گیا۔ اور معاملہ کا فیصلہ ہو گیا، اور کشتی جودی پہاڑ پر ٹھہر گئی، اور کہہ دیا گیا کہ دور ہو ظالموں کی قوم۔</w:t>
      </w:r>
    </w:p>
    <w:p>
      <w:r>
        <w:rPr>
          <w:b/>
        </w:rPr>
        <w:t xml:space="preserve">[10:50] </w:t>
      </w:r>
      <w:r>
        <w:t>aur Nuh ne apne rab ko pukara, aur kaha ke ae mere rab! mera beta mere ghar walon mein se hai, aur beshak tera wada sach hai, aur tu sab se bara hakim hai.</w:t>
      </w:r>
    </w:p>
    <w:p>
      <w:pPr>
        <w:jc w:val="right"/>
      </w:pPr>
      <w:r>
        <w:t>اور نوح نے اپنے رب کو پکارا، اور کہا کہ اے میرے رب! میرا بیٹا میرے گھر والوں میں سے ہے، اور بے شک تیرا وعدہ سچا ہے، اور تو سب سے بڑا حاکم ہے۔</w:t>
      </w:r>
    </w:p>
    <w:p>
      <w:r>
        <w:rPr>
          <w:b/>
        </w:rPr>
        <w:t xml:space="preserve">[11:02] </w:t>
      </w:r>
      <w:r>
        <w:t>Khuda ne kaha, ae Nuh!</w:t>
      </w:r>
    </w:p>
    <w:p>
      <w:pPr>
        <w:jc w:val="right"/>
      </w:pPr>
      <w:r>
        <w:t>خدا نے کہا، اے نوح!</w:t>
      </w:r>
    </w:p>
    <w:p>
      <w:r>
        <w:rPr>
          <w:b/>
        </w:rPr>
        <w:t xml:space="preserve">[11:05] </w:t>
      </w:r>
      <w:r>
        <w:t>woh tere ghar walon mein nahi, us ke kaam kharab hain. pas mujh se is cheez ke liye sawal na karo jis ka tumhein ilm nahi.</w:t>
      </w:r>
    </w:p>
    <w:p>
      <w:pPr>
        <w:jc w:val="right"/>
      </w:pPr>
      <w:r>
        <w:t>وہ تیرے گھر والوں میں نہیں، اس کے کام خراب ہیں۔ پس مجھ سے اس چیز کے لیے سوال نہ کرو جس کا تمہیں علم نہیں۔</w:t>
      </w:r>
    </w:p>
    <w:p>
      <w:r>
        <w:rPr>
          <w:b/>
        </w:rPr>
        <w:t xml:space="preserve">[11:14] </w:t>
      </w:r>
      <w:r>
        <w:t>main tum ko naseehat karta hoon ke tum jahilon mein se na bano. Nuh ne kaha ke ae mere</w:t>
      </w:r>
    </w:p>
    <w:p>
      <w:pPr>
        <w:jc w:val="right"/>
      </w:pPr>
      <w:r>
        <w:t>میں تم کو نصیحت کرتا ہوں کہ تم جاہلوں میں سے نہ بنو۔ نوح نے کہا کہ اے میرے</w:t>
      </w:r>
    </w:p>
    <w:p>
      <w:r>
        <w:rPr>
          <w:b/>
        </w:rPr>
        <w:t xml:space="preserve">[11:21] </w:t>
      </w:r>
      <w:r>
        <w:t>rab! main teri panah chahta hoon ke tujh se woh cheez mangoon jis ka mujhe ilm nahi, aur agar tu mujhe maaf na kare aur mujh par reham na farmaye to main barbaad ho jaunga.</w:t>
      </w:r>
    </w:p>
    <w:p>
      <w:pPr>
        <w:jc w:val="right"/>
      </w:pPr>
      <w:r>
        <w:t>رب! میں تیری پناہ چاہتا ہوں کہ تجھ سے وہ چیز مانگوں جس کا مجھے علم نہیں، اور اگر تو مجھے معاف نہ کرے اور مجھ پر رحم نہ فرمائے تو میں برباد ہو جاؤں گا۔</w:t>
      </w:r>
    </w:p>
    <w:p>
      <w:r>
        <w:rPr>
          <w:b/>
        </w:rPr>
        <w:t xml:space="preserve">[11:34] </w:t>
      </w:r>
      <w:r>
        <w:t>kaha gaya ke ae Nuh!</w:t>
      </w:r>
    </w:p>
    <w:p>
      <w:pPr>
        <w:jc w:val="right"/>
      </w:pPr>
      <w:r>
        <w:t>کہا گیا کہ اے نوح!</w:t>
      </w:r>
    </w:p>
    <w:p>
      <w:r>
        <w:rPr>
          <w:b/>
        </w:rPr>
        <w:t xml:space="preserve">[11:36] </w:t>
      </w:r>
      <w:r>
        <w:t>utro hamari taraf se salamati ke sath aur barkaton ke sath tum par aur un girohon par jo tumhare sath hain, aur un se zahoor mein aane wale giroh ke hum un ko faida denge, phir un ko hamari taraf se ek dardnak azab pakad lega.</w:t>
      </w:r>
    </w:p>
    <w:p>
      <w:pPr>
        <w:jc w:val="right"/>
      </w:pPr>
      <w:r>
        <w:t>اترو ہماری طرف سے سلامتی کے ساتھ اور برکتوں کے ساتھ تم پر اور ان گروہوں پر جو تمہارے ساتھ ہیں، اور ان سے ظہور میں آنے والے گروہ کہ ہم ان کو فائدہ دیں گے، پھر ان کو ہماری طرف سے ایک دردناک عذاب پکڑ لے گا۔</w:t>
      </w:r>
    </w:p>
    <w:p>
      <w:r>
        <w:rPr>
          <w:b/>
        </w:rPr>
        <w:t xml:space="preserve">[11:53] </w:t>
      </w:r>
      <w:r>
        <w:t>yeh ghayb ki khabrein hain jin ko hum tumhari taraf wahi kar rahe hain. is se pehle na tum un ko jante the aur na tumhari qaum.</w:t>
      </w:r>
    </w:p>
    <w:p>
      <w:pPr>
        <w:jc w:val="right"/>
      </w:pPr>
      <w:r>
        <w:t>یہ غیب کی خبریں ہیں جن کو ہم تمہاری طرف وحی کر رہے ہیں۔ اس سے پہلے نہ تم ان کو جانتے تھے اور نہ تمہاری قوم۔</w:t>
      </w:r>
    </w:p>
    <w:p>
      <w:r>
        <w:rPr>
          <w:b/>
        </w:rPr>
        <w:t xml:space="preserve">[12:04] </w:t>
      </w:r>
      <w:r>
        <w:t>pas sabr karo. beshak aakhri anjam darne walon ke liye hai. aur aag ki taraf hum ne un ke bhai Hood ko bheja.</w:t>
      </w:r>
    </w:p>
    <w:p>
      <w:pPr>
        <w:jc w:val="right"/>
      </w:pPr>
      <w:r>
        <w:t>پس صبر کرو۔ بے شک آخری انجام ڈرنے والوں کے لیے ہے۔ اور آگ کی طرف ہم نے ان کے بھائی ہود کو بھیجا۔</w:t>
      </w:r>
    </w:p>
    <w:p>
      <w:r>
        <w:rPr>
          <w:b/>
        </w:rPr>
        <w:t xml:space="preserve">[12:15] </w:t>
      </w:r>
      <w:r>
        <w:t>us ne kaha ke ae meri qaum</w:t>
      </w:r>
    </w:p>
    <w:p>
      <w:pPr>
        <w:jc w:val="right"/>
      </w:pPr>
      <w:r>
        <w:t>اس نے کہا کہ اے میری قوم</w:t>
      </w:r>
    </w:p>
    <w:p>
      <w:r>
        <w:rPr>
          <w:b/>
        </w:rPr>
        <w:t xml:space="preserve">[12:17] </w:t>
      </w:r>
      <w:r>
        <w:t>! Allah ki ibadat karo, is ke siwa tumhara koi maabood nahi. tum ne mehaz jhoot ghad rakhe hain. ae meri qaum!</w:t>
      </w:r>
    </w:p>
    <w:p>
      <w:pPr>
        <w:jc w:val="right"/>
      </w:pPr>
      <w:r>
        <w:t>! اللہ کی عبادت کرو، اس کے سوا تمہارا کوئی معبود نہیں۔ تم نے محض جھوٹ گھڑ رکھے ہیں۔ اے میری قوم!</w:t>
      </w:r>
    </w:p>
    <w:p>
      <w:r>
        <w:rPr>
          <w:b/>
        </w:rPr>
        <w:t xml:space="preserve">[12:26] </w:t>
      </w:r>
      <w:r>
        <w:t>main is par tum se koi ajr nahi mangta. mera ajr to is par hai jis ne mujhe paida kiya hai. kya tum nahi samajhte?</w:t>
      </w:r>
    </w:p>
    <w:p>
      <w:pPr>
        <w:jc w:val="right"/>
      </w:pPr>
      <w:r>
        <w:t>میں اس پر تم سے کوئی اجر نہیں مانگتا۔ میرا اجر تو اس پر ہے جس نے مجھے پیدا کیا ہے۔ کیا تم نہیں سمجھتے؟</w:t>
      </w:r>
    </w:p>
    <w:p>
      <w:r>
        <w:rPr>
          <w:b/>
        </w:rPr>
        <w:t xml:space="preserve">[12:36] </w:t>
      </w:r>
      <w:r>
        <w:t>aur ae meri qaum</w:t>
      </w:r>
    </w:p>
    <w:p>
      <w:pPr>
        <w:jc w:val="right"/>
      </w:pPr>
      <w:r>
        <w:t>اور اے میری قوم</w:t>
      </w:r>
    </w:p>
    <w:p>
      <w:r>
        <w:rPr>
          <w:b/>
        </w:rPr>
        <w:t xml:space="preserve">[12:38] </w:t>
      </w:r>
      <w:r>
        <w:t>apne rab se maafi chaho, phir us ki taraf palto. woh tumhare upar khoob barishain barsaye ga, aur tumhari quwwat par mazeed quwwat ka izafa kare ga, aur tum mujrim ho kar ro gardani na karo.</w:t>
      </w:r>
    </w:p>
    <w:p>
      <w:pPr>
        <w:jc w:val="right"/>
      </w:pPr>
      <w:r>
        <w:t>! اپنے رب سے معافی چاہو، پھر اس کی طرف پلٹو۔ وہ تمہارے اوپر خوب بارشیں برسائے گا، اور تمہاری قوت پر مزید قوت کا اضافہ کرے گا، اور تم مجرم ہو کر روگردانی نہ کرو۔</w:t>
      </w:r>
    </w:p>
    <w:p>
      <w:r>
        <w:rPr>
          <w:b/>
        </w:rPr>
        <w:t xml:space="preserve">[12:54] </w:t>
      </w:r>
      <w:r>
        <w:t>unhon ne kaha ke aye hood!</w:t>
      </w:r>
    </w:p>
    <w:p>
      <w:pPr>
        <w:jc w:val="right"/>
      </w:pPr>
      <w:r>
        <w:t>انہوں نے کہا کہ اے ہود!</w:t>
      </w:r>
    </w:p>
    <w:p>
      <w:r>
        <w:rPr>
          <w:b/>
        </w:rPr>
        <w:t xml:space="preserve">[12:56] </w:t>
      </w:r>
      <w:r>
        <w:t>tum hamare paas koi khuli hui nishani le kar nahi aaye ho, aur hum tumhare kehne se apne maaboodon ko chhorne wale nahi hain, aur hum hargiz tum ko manne wale nahi hain.</w:t>
      </w:r>
    </w:p>
    <w:p>
      <w:pPr>
        <w:jc w:val="right"/>
      </w:pPr>
      <w:r>
        <w:t>تم ہمارے پاس کوئی کھلی ہوئی نشانی لے کر نہیں آئے ہو، اور ہم تمہارے کہنے سے اپنے معبودوں کو چھوڑنے والے نہیں ہیں، اور ہم ہرگز تم کو ماننے والے نہیں ہیں۔</w:t>
      </w:r>
    </w:p>
    <w:p>
      <w:r>
        <w:rPr>
          <w:b/>
        </w:rPr>
        <w:t xml:space="preserve">[13:08] </w:t>
      </w:r>
      <w:r>
        <w:t>hum to yahi kahengay ke tumhare upar hamare maaboodon mein se kisi ki maar par gayi hai. hood ne kaha, mein Allah ko gawah thehrata hoon, aur tum bhi gawah raho ke mein bari hoon un se jin ko tum shareek karte ho, is ke siwa.</w:t>
      </w:r>
    </w:p>
    <w:p>
      <w:pPr>
        <w:jc w:val="right"/>
      </w:pPr>
      <w:r>
        <w:t>ہم تو یہی کہیں گے کہ تمہارے اوپر ہمارے معبودوں میں سے کسی کی مار پڑ گئی ہے۔ ہود نے کہا، میں اللہ کو گواہ ٹھہراتا ہوں، اور تم بھی گواہ رہو کہ میں بری ہوں ان سے جن کو تم شریک کرتے ہو، اس کے سوا۔</w:t>
      </w:r>
    </w:p>
    <w:p>
      <w:r>
        <w:rPr>
          <w:b/>
        </w:rPr>
        <w:t xml:space="preserve">[13:27] </w:t>
      </w:r>
      <w:r>
        <w:t>pas tum sab mil kar mere khilaf tadbeer karo, phir mujh ko mohlat na do. mein ne Allah par bharosa kiya jo mera rab hai aur tumhara rab bhi.</w:t>
      </w:r>
    </w:p>
    <w:p>
      <w:pPr>
        <w:jc w:val="right"/>
      </w:pPr>
      <w:r>
        <w:t>پس تم سب مل کر میرے خلاف تدبیر کرو، پھر مجھ کو مہلت نہ دو۔ میں نے اللہ پر بھروسہ کیا جو میرا رب ہے اور تمہارا رب بھی۔</w:t>
      </w:r>
    </w:p>
    <w:p>
      <w:r>
        <w:rPr>
          <w:b/>
        </w:rPr>
        <w:t xml:space="preserve">[13:37] </w:t>
      </w:r>
      <w:r>
        <w:t>koi jandar aisa nahi jis ki choti us ke hath mein na ho. beshak mera rab seedhi raah par hai. agar tum araz karte ho to mein ne tum ko woh paigham pohancha diya jis ko de kar mujhe tumhari taraf bheja gaya tha, aur mera rab tumhari jagah tumhare siwa kisi aur giroh ko jansheen khaleefa banaye ga.</w:t>
      </w:r>
    </w:p>
    <w:p>
      <w:pPr>
        <w:jc w:val="right"/>
      </w:pPr>
      <w:r>
        <w:t>کوئی جاندار ایسا نہیں جس کی چوٹی اس کے ہاتھ میں نہ ہو۔ بے شک میرا رب سیدھی راہ پر ہے۔ اگر تم اعراض کرتے ہو تو میں نے تم کو وہ پیغام پہنچا دیا جس کو دے کر مجھے تمہاری طرف بھیجا گیا تھا، اور میرا رب تمہاری جگہ تمہارے سوا کسی اور گروہ کو جانشین خلیفہ بنائے گا۔</w:t>
      </w:r>
    </w:p>
    <w:p>
      <w:r>
        <w:rPr>
          <w:b/>
        </w:rPr>
        <w:t xml:space="preserve">[14:01] </w:t>
      </w:r>
      <w:r>
        <w:t>tum is ka kuch na bigar sako ge. beshak mera rab har cheez par nigheban hai. aur jab hamara hukum aa pohancha, hum ne apni rehmat se bacha diya hood ko aur un logon ko jo us ke sath imaan laye thay, aur hum ne un ko aik sakht azab se bacha diya.</w:t>
      </w:r>
    </w:p>
    <w:p>
      <w:pPr>
        <w:jc w:val="right"/>
      </w:pPr>
      <w:r>
        <w:t>تم اس کا کچھ نہ بگاڑ سکو گے۔ بے شک میرا رب ہر چیز پر نگہبان ہے۔ اور جب ہمارا حکم آ پہنچا، ہم نے اپنی رحمت سے بچا دیا ہود کو اور ان لوگوں کو جو اس کے ساتھ ایمان لائے تھے، اور ہم نے ان کو ایک سخت عذاب سے بچا دیا۔</w:t>
      </w:r>
    </w:p>
    <w:p>
      <w:r>
        <w:rPr>
          <w:b/>
        </w:rPr>
        <w:t xml:space="preserve">[14:19] </w:t>
      </w:r>
      <w:r>
        <w:t>aur yeh aag thay ke unhon ne apne rab ki nishaniyon ka inkar kiya aur us ke rasoolon ko na mana, aur har sarrkash aur mukhaleef ki baat ki itteba ki, aur un ke peechay lanat laga di gayi is dunya mein aur qayamat ke din.</w:t>
      </w:r>
    </w:p>
    <w:p>
      <w:pPr>
        <w:jc w:val="right"/>
      </w:pPr>
      <w:r>
        <w:t>اور یہ آگ تھے کہ انہوں نے اپنے رب کی نشانیوں کا انکار کیا اور اس کے رسولوں کو نہ مانا، اور ہر سرکش اور مخالف کی بات کی اتباع کی، اور ان کے پیچھے لعنت لگا دی گئی اس دنیا میں اور قیامت کے دن۔</w:t>
      </w:r>
    </w:p>
    <w:p>
      <w:r>
        <w:rPr>
          <w:b/>
        </w:rPr>
        <w:t xml:space="preserve">[14:37] </w:t>
      </w:r>
      <w:r>
        <w:t>sun lo!</w:t>
      </w:r>
    </w:p>
    <w:p>
      <w:pPr>
        <w:jc w:val="right"/>
      </w:pPr>
      <w:r>
        <w:t>سن لو!</w:t>
      </w:r>
    </w:p>
    <w:p>
      <w:r>
        <w:rPr>
          <w:b/>
        </w:rPr>
        <w:t xml:space="preserve">[14:38] </w:t>
      </w:r>
      <w:r>
        <w:t>aag ne apne rab ka inkar kiya. sun lo! dori hai aag ke liye jo hood ki qom thi. aur samood ki taraf hum ne un ke bhai saleh ko bheja.</w:t>
      </w:r>
    </w:p>
    <w:p>
      <w:pPr>
        <w:jc w:val="right"/>
      </w:pPr>
      <w:r>
        <w:t>آگ نے اپنے رب کا انکار کیا۔ سن لو! دوری ہے آگ کے لیے جو ہود کی قوم تھی۔ اور ثمود کی طرف ہم نے ان کے بھائی صالح کو بھیجا۔</w:t>
      </w:r>
    </w:p>
    <w:p>
      <w:r>
        <w:rPr>
          <w:b/>
        </w:rPr>
        <w:t xml:space="preserve">[14:49] </w:t>
      </w:r>
      <w:r>
        <w:t>us ne kaha, aye meri qom!</w:t>
      </w:r>
    </w:p>
    <w:p>
      <w:pPr>
        <w:jc w:val="right"/>
      </w:pPr>
      <w:r>
        <w:t>اس نے کہا، اے میری قوم!</w:t>
      </w:r>
    </w:p>
    <w:p>
      <w:r>
        <w:rPr>
          <w:b/>
        </w:rPr>
        <w:t xml:space="preserve">[14:52] </w:t>
      </w:r>
      <w:r>
        <w:t>Allah ki ibadat karo, us ke siwa tumhara koi maabood nahi. usi ne tum ko zameen se banaya aur is mein tum ko abad kiya.</w:t>
      </w:r>
    </w:p>
    <w:p>
      <w:pPr>
        <w:jc w:val="right"/>
      </w:pPr>
      <w:r>
        <w:t>اللہ کی عبادت کرو، اس کے سوا تمہارا کوئی معبود نہیں۔ اسی نے تم کو زمین سے بنایا اور اس میں تم کو آباد کیا۔</w:t>
      </w:r>
    </w:p>
    <w:p>
      <w:r>
        <w:rPr>
          <w:b/>
        </w:rPr>
        <w:t xml:space="preserve">[15:01] </w:t>
      </w:r>
      <w:r>
        <w:t>pas maafi chaho, phir us ki taraf rujoo karo. beshak mera rab qareeb hai, qubool karne wala hai. unhon ne kaha ke aye sa</w:t>
      </w:r>
    </w:p>
    <w:p>
      <w:pPr>
        <w:jc w:val="right"/>
      </w:pPr>
      <w:r>
        <w:t>پس معافی چاہو، پھر اس کی طرف رجوع کرو۔ بے شک میرا رب قریب ہے، قبول کرنے والا ہے۔ انہوں نے کہا کہ اے ص</w:t>
      </w:r>
    </w:p>
    <w:p>
      <w:r>
        <w:rPr>
          <w:b/>
        </w:rPr>
        <w:t xml:space="preserve">[15:11] </w:t>
      </w:r>
      <w:r>
        <w:t>alH! is se pehle hum ko tum se umeed thi. kya tum hum ko un ki ibadat se rokte ho jin ki ibadat hamare baap dada karte thay?</w:t>
      </w:r>
    </w:p>
    <w:p>
      <w:pPr>
        <w:jc w:val="right"/>
      </w:pPr>
      <w:r>
        <w:t>الح! اس سے پہلے ہم کو تم سے امید تھی۔ کیا تم ہم کو ان کی عبادت سے روکتے ہو جن کی عبادت ہمارے باپ دادا کرتے تھے؟</w:t>
      </w:r>
    </w:p>
    <w:p>
      <w:r>
        <w:rPr>
          <w:b/>
        </w:rPr>
        <w:t xml:space="preserve">[15:20] </w:t>
      </w:r>
      <w:r>
        <w:t>aur jis cheez ki taraf tum hum ko bulate ho, us ke bare mein hum ko sakht shubah hai, aur hum bare khuljan mein hain. us ne kaha ke aye meri q</w:t>
      </w:r>
    </w:p>
    <w:p>
      <w:pPr>
        <w:jc w:val="right"/>
      </w:pPr>
      <w:r>
        <w:t>اور جس چیز کی طرف تم ہم کو بلاتے ہو، اس کے بارے میں ہم کو سخت شبہ ہے، اور ہم بڑے خلجان میں ہیں۔ اس نے کہا کہ اے میری ق</w:t>
      </w:r>
    </w:p>
    <w:p>
      <w:r>
        <w:rPr>
          <w:b/>
        </w:rPr>
        <w:t xml:space="preserve">[15:30] </w:t>
      </w:r>
      <w:r>
        <w:t>om! batao, agar mein apne rab ki taraf se aik wazeh daleel par hoon, aur us ne mujh ko apne paas se rehmat di hai, to mujh ko Khuda se kaun bachaye ga agar mein us ki nafarmani karoon?</w:t>
      </w:r>
    </w:p>
    <w:p>
      <w:pPr>
        <w:jc w:val="right"/>
      </w:pPr>
      <w:r>
        <w:t>وم! بتاؤ، اگر میں اپنے رب کی طرف سے ایک واضح دلیل پر ہوں، اور اس نے مجھ کو اپنے پاس سے رحمت دی ہے، تو مجھ کو خدا سے کون بچائے گا اگر میں اس کی نافرمانی کروں؟</w:t>
      </w:r>
    </w:p>
    <w:p>
      <w:r>
        <w:rPr>
          <w:b/>
        </w:rPr>
        <w:t xml:space="preserve">[15:43] </w:t>
      </w:r>
      <w:r>
        <w:t>pas tum kuch nahi barhao ge mera siwae nuqsan ke. aur aye meri</w:t>
      </w:r>
    </w:p>
    <w:p>
      <w:pPr>
        <w:jc w:val="right"/>
      </w:pPr>
      <w:r>
        <w:t>پس تم کچھ نہیں بڑھاؤ گے میرا سوائے نقصان کے۔ اور اے میری</w:t>
      </w:r>
    </w:p>
    <w:p>
      <w:r>
        <w:rPr>
          <w:b/>
        </w:rPr>
        <w:t xml:space="preserve">[15:49] </w:t>
      </w:r>
      <w:r>
        <w:t>qom! yeh Allah ki oontni tumhare liye aik nishani hai. pas us ko chhor do ke woh Allah ki zameen mein khaye, aur us ko koi takleef na pohanchao, warna bohat jald tum ko azab pakar le ga.</w:t>
      </w:r>
    </w:p>
    <w:p>
      <w:pPr>
        <w:jc w:val="right"/>
      </w:pPr>
      <w:r>
        <w:t>قوم! یہ اللہ کی اونٹنی تمہارے لیے ایک نشانی ہے۔ پس اس کو چھوڑ دو کہ وہ اللہ کی زمین میں کھائے، اور اس کو کوئی تکلیف نہ پہنچاؤ، ورنہ بہت جلد تم کو عذاب پکڑ لے گا۔</w:t>
      </w:r>
    </w:p>
    <w:p>
      <w:r>
        <w:rPr>
          <w:b/>
        </w:rPr>
        <w:t xml:space="preserve">[16:04] </w:t>
      </w:r>
      <w:r>
        <w:t>phir unhon ne us ke paon kaat dalay. tab saleh ne kaha ke teen din aur apne gharon mein faida utha lo. yeh aik wada hai jo jhoota na hoga.</w:t>
      </w:r>
    </w:p>
    <w:p>
      <w:pPr>
        <w:jc w:val="right"/>
      </w:pPr>
      <w:r>
        <w:t>پھر انہوں نے اس کے پاؤں کاٹ ڈالے۔ تب صالح نے کہا کہ تین دن اور اپنے گھروں میں فائدہ اٹھا لو۔ یہ ایک وعدہ ہے جو جھوٹا نہ ہوگا۔</w:t>
      </w:r>
    </w:p>
    <w:p>
      <w:r>
        <w:rPr>
          <w:b/>
        </w:rPr>
        <w:t xml:space="preserve">[16:16] </w:t>
      </w:r>
      <w:r>
        <w:t>phir jab hamara hukum aa gaya to hum ne apni rehmat se saleh ko aur un logon ko jo us ke sath imaan laye thay bacha liya, aur us din ki ruswai se mehfooz rakha.</w:t>
      </w:r>
    </w:p>
    <w:p>
      <w:pPr>
        <w:jc w:val="right"/>
      </w:pPr>
      <w:r>
        <w:t>پھر جب ہمارا حکم آ گیا تو ہم نے اپنی رحمت سے صالح کو اور ان لوگوں کو جو اس کے ساتھ ایمان لائے تھے بچا لیا، اور اس دن کی رسوائی سے محفوظ رکھا۔</w:t>
      </w:r>
    </w:p>
    <w:p>
      <w:r>
        <w:rPr>
          <w:b/>
        </w:rPr>
        <w:t xml:space="preserve">[16:28] </w:t>
      </w:r>
      <w:r>
        <w:t>beshak tera rab hi qawi aur zabardast hai. aur jin logon ne zulam kiya tha, un ko aik holnak awaz ne pakar liya, phir subah ko woh apne gharon mein oondhay paray reh gaye jaise ke woh kabhi un mein basay hi nahi.</w:t>
      </w:r>
    </w:p>
    <w:p>
      <w:pPr>
        <w:jc w:val="right"/>
      </w:pPr>
      <w:r>
        <w:t>بے شک تیرا رب ہی قوی اور زبردست ہے۔ اور جن لوگوں نے ظلم کیا تھا، ان کو ایک ہولناک آواز نے پکڑ لیا، پھر صبح کو وہ اپنے گھروں میں اوندھے پڑے رہ گئے جیسے کہ وہ کبھی ان میں بسے ہی نہیں۔</w:t>
      </w:r>
    </w:p>
    <w:p>
      <w:r>
        <w:rPr>
          <w:b/>
        </w:rPr>
        <w:t xml:space="preserve">[16:44] </w:t>
      </w:r>
      <w:r>
        <w:t>sun</w:t>
      </w:r>
    </w:p>
    <w:p>
      <w:pPr>
        <w:jc w:val="right"/>
      </w:pPr>
      <w:r>
        <w:t>سن</w:t>
      </w:r>
    </w:p>
    <w:p>
      <w:r>
        <w:rPr>
          <w:b/>
        </w:rPr>
        <w:t xml:space="preserve">[16:45] </w:t>
      </w:r>
      <w:r>
        <w:t>o! samood ne apne rab se kufr kiya. suno! phatkar hai samood ke liye. aur ibrahim ke paas hamare farishtay khushkhabri le kar aaye.</w:t>
      </w:r>
    </w:p>
    <w:p>
      <w:pPr>
        <w:jc w:val="right"/>
      </w:pPr>
      <w:r>
        <w:t>و! ثمود نے اپنے رب سے کفر کیا۔ سنو! پھٹکار ہے ثمود کے لیے۔ اور ابراہیم کے پاس ہمارے فرشتے خوشخبری لے کر آئے۔</w:t>
      </w:r>
    </w:p>
    <w:p>
      <w:r>
        <w:rPr>
          <w:b/>
        </w:rPr>
        <w:t xml:space="preserve">[16:56] </w:t>
      </w:r>
      <w:r>
        <w:t>kaha, tum par salamati ho. ibrahim ne kaha, tum par bhi salamati ho. phir dair na guzri ke ibrahim aik bhuna hua bachra le aaya.</w:t>
      </w:r>
    </w:p>
    <w:p>
      <w:pPr>
        <w:jc w:val="right"/>
      </w:pPr>
      <w:r>
        <w:t>کہا، تم پر سلامتی ہو۔ ابراہیم نے کہا، تم پر بھی سلامتی ہو۔ پھر دیر نہ گزری کہ ابراہیم ایک بھنا ہوا بچھڑا لے آیا۔</w:t>
      </w:r>
    </w:p>
    <w:p>
      <w:r>
        <w:rPr>
          <w:b/>
        </w:rPr>
        <w:t xml:space="preserve">[17:06] </w:t>
      </w:r>
      <w:r>
        <w:t>phir jab dekha ke un ke hath khane ki taraf nahi barh rahe to woh khatak gaya aur dil mein un se dara. unhon ne kaha ke daro nahi, hum loot ki qom ki taraf bheje gaye hain.</w:t>
      </w:r>
    </w:p>
    <w:p>
      <w:pPr>
        <w:jc w:val="right"/>
      </w:pPr>
      <w:r>
        <w:t>پھر جب دیکھا کہ ان کے ہاتھ کھانے کی طرف نہیں بڑھ رہے تو وہ کھٹک گیا اور دل میں ان سے ڈرا۔ انہوں نے کہا کہ ڈرو نہیں، ہم لوط کی قوم کی طرف بھیجے گئے ہیں۔</w:t>
      </w:r>
    </w:p>
    <w:p>
      <w:r>
        <w:rPr>
          <w:b/>
        </w:rPr>
        <w:t xml:space="preserve">[17:18] </w:t>
      </w:r>
      <w:r>
        <w:t>aur ibrahim ki biwi khari thi, woh hans pari. pas hum ne us ko ishaq ki khushkhabri di aur ishaq ke aage yaqoob ki.</w:t>
      </w:r>
    </w:p>
    <w:p>
      <w:pPr>
        <w:jc w:val="right"/>
      </w:pPr>
      <w:r>
        <w:t>اور ابراہیم کی بیوی کھڑی تھی، وہ ہنس پڑی۔ پس ہم نے اس کو اسحاق کی خوشخبری دی اور اسحاق کے آگے یعقوب کی۔</w:t>
      </w:r>
    </w:p>
    <w:p>
      <w:r>
        <w:rPr>
          <w:b/>
        </w:rPr>
        <w:t xml:space="preserve">[17:28] </w:t>
      </w:r>
      <w:r>
        <w:t>us ne kaha, aye kharabi</w:t>
      </w:r>
    </w:p>
    <w:p>
      <w:pPr>
        <w:jc w:val="right"/>
      </w:pPr>
      <w:r>
        <w:t>اس نے کہا، اے خرابی</w:t>
      </w:r>
    </w:p>
    <w:p>
      <w:r>
        <w:rPr>
          <w:b/>
        </w:rPr>
        <w:t xml:space="preserve">[17:31] </w:t>
      </w:r>
      <w:r>
        <w:t>! kya mein bachcha janoongi halan-ke mein boodhi hoon aur yeh mera khawind bhi boodha hai? yeh to aik ajeeb baat hai. farishton ne kaha, kya tum Allah ke hukum par taajjub karti ho?</w:t>
      </w:r>
    </w:p>
    <w:p>
      <w:pPr>
        <w:jc w:val="right"/>
      </w:pPr>
      <w:r>
        <w:t>! کیا میں بچہ جنوں گی حالانکہ میں بوڑھی ہوں اور یہ میرا خاوند بھی بوڑھا ہے؟ یہ تو ایک عجیب بات ہے۔ فرشتوں نے کہا، کیا تم اللہ کے حکم پر تعجب کرتی ہو؟</w:t>
      </w:r>
    </w:p>
    <w:p>
      <w:r>
        <w:rPr>
          <w:b/>
        </w:rPr>
        <w:t xml:space="preserve">[17:44] </w:t>
      </w:r>
      <w:r>
        <w:t>ibrahim ke ghar walon</w:t>
      </w:r>
    </w:p>
    <w:p>
      <w:pPr>
        <w:jc w:val="right"/>
      </w:pPr>
      <w:r>
        <w:t>ابراہیم کے گھر وال</w:t>
      </w:r>
    </w:p>
    <w:p>
      <w:r>
        <w:rPr>
          <w:b/>
        </w:rPr>
        <w:t xml:space="preserve">[17:46] </w:t>
      </w:r>
      <w:r>
        <w:t>! tum par Allah ki rehmaten aur barkaten hain. beshak Allah nihayat qabil tareef aur bari shan wala hai. phir jab ibrahim ka khauf door hua aur us ko khushkhabri mili to woh hum se qaum-e-loot ke bare mein jhagadne laga.</w:t>
      </w:r>
    </w:p>
    <w:p>
      <w:pPr>
        <w:jc w:val="right"/>
      </w:pPr>
      <w:r>
        <w:t>وں! تم پر اللہ کی رحمتیں اور برکتیں ہیں۔ بے شک اللہ نہایت قابل تعریف اور بڑی شان والا ہے۔ پھر جب ابراہیم کا خوف دور ہوا اور اس کو خوشخبری ملی تو وہ ہم سے قوم لوط کے بارے میں جھگڑنے لگا۔</w:t>
      </w:r>
    </w:p>
    <w:p>
      <w:r>
        <w:rPr>
          <w:b/>
        </w:rPr>
        <w:t xml:space="preserve">[18:02] </w:t>
      </w:r>
      <w:r>
        <w:t>beshak ibrahim bara haleem aur narm dil tha aur rujoo karne wala tha. aye ibrahim!</w:t>
      </w:r>
    </w:p>
    <w:p>
      <w:pPr>
        <w:jc w:val="right"/>
      </w:pPr>
      <w:r>
        <w:t>بے شک ابراہیم بڑا حلیم اور نرم دل تھا اور رجوع کرنے والا تھا۔ اے ابراہیم!</w:t>
      </w:r>
    </w:p>
    <w:p>
      <w:r>
        <w:rPr>
          <w:b/>
        </w:rPr>
        <w:t xml:space="preserve">[18:10] </w:t>
      </w:r>
      <w:r>
        <w:t>us ko chodo. tumhare Rab ka hukum aa chuka hai aur un par aik aisa azaab aane wala hai jo lotaya nahi jata.</w:t>
      </w:r>
    </w:p>
    <w:p>
      <w:pPr>
        <w:jc w:val="right"/>
      </w:pPr>
      <w:r>
        <w:t>اس کو چھوڑو۔ تمہارے رب کا حکم آ چکا ہے اور ان پر ایک ایسا عذاب آنے والا ہے جو لوٹایا نہیں جاتا۔</w:t>
      </w:r>
    </w:p>
    <w:p>
      <w:r>
        <w:rPr>
          <w:b/>
        </w:rPr>
        <w:t xml:space="preserve">[18:19] </w:t>
      </w:r>
      <w:r>
        <w:t>aur jab hamare farishte loot ke paas pahunche to woh ghabraya aur un ke aane se dil tang hua. us ne kaha, aaj ka din bara sakht hai.</w:t>
      </w:r>
    </w:p>
    <w:p>
      <w:pPr>
        <w:jc w:val="right"/>
      </w:pPr>
      <w:r>
        <w:t>اور جب ہمارے فرشتے لوط کے پاس پہنچے تو وہ گھبرایا اور ان کے آنے سے دل تنگ ہوا۔ اس نے کہا، آج کا دن بڑا سخت ہے۔</w:t>
      </w:r>
    </w:p>
    <w:p>
      <w:r>
        <w:rPr>
          <w:b/>
        </w:rPr>
        <w:t xml:space="preserve">[18:29] </w:t>
      </w:r>
      <w:r>
        <w:t>aur us ki qaum ke log daudte hue us ke paas aaye aur woh pehle se bure kaam kar rahe thay. loot ne kaha, aye meri qaum</w:t>
      </w:r>
    </w:p>
    <w:p>
      <w:pPr>
        <w:jc w:val="right"/>
      </w:pPr>
      <w:r>
        <w:t>اور اس کی قوم کے لوگ دوڑتے ہوئے اس کے پاس آئے اور وہ پہلے سے برے کام کر رہے تھے۔ لوط نے کہا، اے میری قوم</w:t>
      </w:r>
    </w:p>
    <w:p>
      <w:r>
        <w:rPr>
          <w:b/>
        </w:rPr>
        <w:t xml:space="preserve">[18:39] </w:t>
      </w:r>
      <w:r>
        <w:t>! yeh meri betiyan hain, woh tumhare liye ziyada pakeeza hain. pas tum Allah se daro aur mujh ko mere mehmanon ke samne ruswa na karo.</w:t>
      </w:r>
    </w:p>
    <w:p>
      <w:pPr>
        <w:jc w:val="right"/>
      </w:pPr>
      <w:r>
        <w:t>! یہ میری بیٹیاں ہیں، وہ تمہارے لیے زیادہ پاکیزہ ہیں۔ پس تم اللہ سے ڈرو اور مجھ کو میرے مہمانوں کے سامنے رسوا نہ کرو۔</w:t>
      </w:r>
    </w:p>
    <w:p>
      <w:r>
        <w:rPr>
          <w:b/>
        </w:rPr>
        <w:t xml:space="preserve">[18:50] </w:t>
      </w:r>
      <w:r>
        <w:t>kya tum mein koi bhala aadmi nahi hai? unhon ne kaha, tum jante ho ke hum ko tumhari betiyon se kuch gharz nahi, aur tum jante ho ke hum kya chahte hain.</w:t>
      </w:r>
    </w:p>
    <w:p>
      <w:pPr>
        <w:jc w:val="right"/>
      </w:pPr>
      <w:r>
        <w:t>کیا تم میں کوئی بھلا آدمی نہیں ہے؟ انہوں نے کہا، تم جانتے ہو کہ ہم کو تمہاری بیٹیوں سے کچھ غرض نہیں، اور تم جانتے ہو کہ ہم کیا چاہتے ہیں۔</w:t>
      </w:r>
    </w:p>
    <w:p>
      <w:r>
        <w:rPr>
          <w:b/>
        </w:rPr>
        <w:t xml:space="preserve">[19:02] </w:t>
      </w:r>
      <w:r>
        <w:t>loot ne kaha, kaash mere paas tum se muqable ki quwwat hoti ya mein ja baithta kisi mustahkam panah mein.</w:t>
      </w:r>
    </w:p>
    <w:p>
      <w:pPr>
        <w:jc w:val="right"/>
      </w:pPr>
      <w:r>
        <w:t>لوط نے کہا، کاش میرے پاس تم سے مقابلے کی قوت ہوتی یا میں جا بیٹھتا کسی مستحکم پناہ میں۔</w:t>
      </w:r>
    </w:p>
    <w:p>
      <w:r>
        <w:rPr>
          <w:b/>
        </w:rPr>
        <w:t xml:space="preserve">[19:11] </w:t>
      </w:r>
      <w:r>
        <w:t>farishton ne kaha ke aye loot!</w:t>
      </w:r>
    </w:p>
    <w:p>
      <w:pPr>
        <w:jc w:val="right"/>
      </w:pPr>
      <w:r>
        <w:t>فرشتوں نے کہا کہ اے لوط!</w:t>
      </w:r>
    </w:p>
    <w:p>
      <w:r>
        <w:rPr>
          <w:b/>
        </w:rPr>
        <w:t xml:space="preserve">[19:14] </w:t>
      </w:r>
      <w:r>
        <w:t>hum tere Rab ke bheje hue hain, woh hargiz tum tak na pahunch saken ge. pas tum apne logon ko le kar kuch raat rahe nikal jao, aur tum mein se koi mud kar na dekhe magar tumhari aurat ke us par wohi kuch guzarne wala hai jo un logon par guzarne wala hai.</w:t>
      </w:r>
    </w:p>
    <w:p>
      <w:pPr>
        <w:jc w:val="right"/>
      </w:pPr>
      <w:r>
        <w:t>ہم تیرے رب کے بھیجے ہوئے ہیں، وہ ہرگز تم تک نہ پہنچ سکیں گے۔ پس تم اپنے لوگوں کو لے کر کچھ رات رہے نکل جاؤ، اور تم میں سے کوئی مڑ کر نہ دیکھے مگر تمہاری عورت کہ اس پر وہی کچھ گزرنے والا ہے جو ان لوگوں پر گزرے گا۔</w:t>
      </w:r>
    </w:p>
    <w:p>
      <w:r>
        <w:rPr>
          <w:b/>
        </w:rPr>
        <w:t xml:space="preserve">[19:33] </w:t>
      </w:r>
      <w:r>
        <w:t>un ke liye subah ka waqt muqarrar hai. kya subah qareeb nahi? phir jab hamara hukum aaya to hum ne us basti ko talpat kar diya aur us par pathar barsaye kankar ke, teh ba teh, tumhare Rab ke paas se nishan lagaye hue, aur woh basti un zalimon se kuch door nahi.</w:t>
      </w:r>
    </w:p>
    <w:p>
      <w:pPr>
        <w:jc w:val="right"/>
      </w:pPr>
      <w:r>
        <w:t>ان کے لیے صبح کا وقت مقرر ہے۔ کیا صبح قریب نہیں؟ پھر جب ہمارا حکم آیا تو ہم نے اس بستی کو تلپٹ کر دیا اور اس پر پتھر برسائے کنکر کے، تہہ بہ تہہ، تمہارے رب کے پاس سے نشان لگائے ہوئے، اور وہ بستی ان ظالموں سے کچھ دور نہیں۔</w:t>
      </w:r>
    </w:p>
    <w:p>
      <w:r>
        <w:rPr>
          <w:b/>
        </w:rPr>
        <w:t xml:space="preserve">[19:55] </w:t>
      </w:r>
      <w:r>
        <w:t>aur madyan ki taraf un ke bhai shuaib ko bheja. us ne kaha ke aye meri qaum</w:t>
      </w:r>
    </w:p>
    <w:p>
      <w:pPr>
        <w:jc w:val="right"/>
      </w:pPr>
      <w:r>
        <w:t>اور مدین کی طرف ان کے بھائی شعیب کو بھیجا۔ اس نے کہا کہ اے میری ق</w:t>
      </w:r>
    </w:p>
    <w:p>
      <w:r>
        <w:rPr>
          <w:b/>
        </w:rPr>
        <w:t xml:space="preserve">[20:01] </w:t>
      </w:r>
      <w:r>
        <w:t>! Allah ki ibadat karo, us ke siwa tumhara koi mabood nahi, aur naap aur tol mein kami na karo. mein tum ko achhe haal mein dekh raha hoon, aur mein tum par aik gher lene wale din ke azaab se darta hoon.</w:t>
      </w:r>
    </w:p>
    <w:p>
      <w:pPr>
        <w:jc w:val="right"/>
      </w:pPr>
      <w:r>
        <w:t>وم! اللہ کی عبادت کرو، اس کے سوا تمہارا کوئی معبود نہیں، اور ناپ اور تول میں کمی نہ کرو۔ میں تم کو اچھے حال میں دیکھ رہا ہوں، اور میں تم پر ایک گھیر لینے والے دن کے عذاب سے ڈرتا ہوں۔</w:t>
      </w:r>
    </w:p>
    <w:p>
      <w:r>
        <w:rPr>
          <w:b/>
        </w:rPr>
        <w:t xml:space="preserve">[20:16] </w:t>
      </w:r>
      <w:r>
        <w:t>aur aye meri qaum!</w:t>
      </w:r>
    </w:p>
    <w:p>
      <w:pPr>
        <w:jc w:val="right"/>
      </w:pPr>
      <w:r>
        <w:t>اور اے میری قوم!</w:t>
      </w:r>
    </w:p>
    <w:p>
      <w:r>
        <w:rPr>
          <w:b/>
        </w:rPr>
        <w:t xml:space="preserve">[20:18] </w:t>
      </w:r>
      <w:r>
        <w:t>naap aur tol ko poora karo insaaf ke sath, aur logon ko un ki cheezen ghata kar na do, aur zameen par fasad na machao.</w:t>
      </w:r>
    </w:p>
    <w:p>
      <w:pPr>
        <w:jc w:val="right"/>
      </w:pPr>
      <w:r>
        <w:t>ناپ اور تول کو پورا کرو انصاف کے ساتھ، اور لوگوں کو ان کی چیزیں گھٹا کر نہ دو، اور زمین پر فساد نہ مچاؤ۔</w:t>
      </w:r>
    </w:p>
    <w:p>
      <w:r>
        <w:rPr>
          <w:b/>
        </w:rPr>
        <w:t xml:space="preserve">[20:26] </w:t>
      </w:r>
      <w:r>
        <w:t>jo Allah ka diya hua bach rahe, woh tumhare liye behtar hai agar tum momin ho, aur mein tumhare upar nigahban nahi hoon.</w:t>
      </w:r>
    </w:p>
    <w:p>
      <w:pPr>
        <w:jc w:val="right"/>
      </w:pPr>
      <w:r>
        <w:t>جو اللہ کا دیا ہوا بچ رہے، وہ تمہارے لیے بہتر ہے اگر تم مومن ہو، اور میں تمہارے اوپر نگہبان نہیں ہوں۔</w:t>
      </w:r>
    </w:p>
    <w:p>
      <w:r>
        <w:rPr>
          <w:b/>
        </w:rPr>
        <w:t xml:space="preserve">[20:36] </w:t>
      </w:r>
      <w:r>
        <w:t>unhon ne kaha ke aye shuaib</w:t>
      </w:r>
    </w:p>
    <w:p>
      <w:pPr>
        <w:jc w:val="right"/>
      </w:pPr>
      <w:r>
        <w:t>انہوں نے کہا کہ اے شعی</w:t>
      </w:r>
    </w:p>
    <w:p>
      <w:r>
        <w:rPr>
          <w:b/>
        </w:rPr>
        <w:t xml:space="preserve">[20:38] </w:t>
      </w:r>
      <w:r>
        <w:t>! kya tumhari namaz tum ko yeh sikhati hai ke hum in cheezon ko chhod den jin ki ibadat hamare baap dada karte thay, ya apne maal mein apni marzi ke mutabiq tasarrf karna chhod den?</w:t>
      </w:r>
    </w:p>
    <w:p>
      <w:pPr>
        <w:jc w:val="right"/>
      </w:pPr>
      <w:r>
        <w:t>ب! کیا تمہاری نماز تم کو یہ سکھاتی ہے کہ ہم ان چیزوں کو چھوڑ دیں جن کی عبادت ہمارے باپ دادا کرتے تھے، یا اپنے مال میں اپنی مرضی کے مطابق تصرف کرنا چھوڑ دیں؟</w:t>
      </w:r>
    </w:p>
    <w:p>
      <w:r>
        <w:rPr>
          <w:b/>
        </w:rPr>
        <w:t xml:space="preserve">[20:51] </w:t>
      </w:r>
      <w:r>
        <w:t>pas tum hi to aik danishmand aur naik chalan aadmi ho. shuaib ne kaha ke aye meri qaum</w:t>
      </w:r>
    </w:p>
    <w:p>
      <w:pPr>
        <w:jc w:val="right"/>
      </w:pPr>
      <w:r>
        <w:t>پس تم ہی تو ایک دانشمند اور نیک چلن آدمی ہو۔ شعیب نے کہا کہ اے میری ق</w:t>
      </w:r>
    </w:p>
    <w:p>
      <w:r>
        <w:rPr>
          <w:b/>
        </w:rPr>
        <w:t xml:space="preserve">[20:58] </w:t>
      </w:r>
      <w:r>
        <w:t>! batao, agar mein apne Rab ki taraf se aik wazeh daleel par hoon, aur us ne apni janib se mujh ko achha rizq bhi diya, aur mein nahi chahta ke mein khud wohi kaam karoon jis se mein tum ko rok raha hoon, mein to sirf islaah chahta hoon jahan tak ho sake, aur mujhe tofeeq to Allah hi se mile gi, usi par mein ne bharosa kiya, aur usi ki taraf mein rujoo karta hoon.</w:t>
      </w:r>
    </w:p>
    <w:p>
      <w:pPr>
        <w:jc w:val="right"/>
      </w:pPr>
      <w:r>
        <w:t>وم! بتاؤ، اگر میں اپنے رب کی طرف سے ایک واضح دلیل پر ہوں، اور اس نے اپنی جانب سے مجھ کو اچھا رزق بھی دیا، اور میں نہیں چاہتا کہ میں خود وہی کام کروں جس سے میں تم کو روک رہا ہوں، میں تو صرف اصلاح چاہتا ہوں جہاں تک ہو سکے، اور مجھے توفیق تو اللہ ہی سے ملے گی، اسی پر میں نے بھروسہ کیا، اور اسی کی طرف میں رجوع کرتا ہوں۔</w:t>
      </w:r>
    </w:p>
    <w:p>
      <w:r>
        <w:rPr>
          <w:b/>
        </w:rPr>
        <w:t xml:space="preserve">[21:23] </w:t>
      </w:r>
      <w:r>
        <w:t>aur aye meri qaum!</w:t>
      </w:r>
    </w:p>
    <w:p>
      <w:pPr>
        <w:jc w:val="right"/>
      </w:pPr>
      <w:r>
        <w:t>اور اے میری قوم!</w:t>
      </w:r>
    </w:p>
    <w:p>
      <w:r>
        <w:rPr>
          <w:b/>
        </w:rPr>
        <w:t xml:space="preserve">[21:25] </w:t>
      </w:r>
      <w:r>
        <w:t>aisa na ho ke meri zid kar ke tum par woh aafat aa pade jo qaum e nooh ya qaum e hood ya qaum e saaleh par aayi thi, aur loot ki qaum to tum se door bhi nahin.</w:t>
      </w:r>
    </w:p>
    <w:p>
      <w:pPr>
        <w:jc w:val="right"/>
      </w:pPr>
      <w:r>
        <w:t>ایسا نہ ہو کہ میری ضد کر کے تم پر وہ آفت آ پڑے جو قوم نوح یا قوم ہود یا قوم صالح پر آئی تھی، اور لوط کی قوم تو تم سے دور بھی نہیں۔</w:t>
      </w:r>
    </w:p>
    <w:p>
      <w:r>
        <w:rPr>
          <w:b/>
        </w:rPr>
        <w:t xml:space="preserve">[21:36] </w:t>
      </w:r>
      <w:r>
        <w:t>aur apne rab se maafi mango, phir us ki taraf palat aao. beshak mera rab meherban aur mohabbat wala hai.</w:t>
      </w:r>
    </w:p>
    <w:p>
      <w:pPr>
        <w:jc w:val="right"/>
      </w:pPr>
      <w:r>
        <w:t>اور اپنے رب سے معافی مانگو، پھر اس کی طرف پلٹ آؤ۔ بے شک میرا رب مہربان اور محبت والا ہے۔</w:t>
      </w:r>
    </w:p>
    <w:p>
      <w:r>
        <w:rPr>
          <w:b/>
        </w:rPr>
        <w:t xml:space="preserve">[21:45] </w:t>
      </w:r>
      <w:r>
        <w:t>unhon ne kaha ke a</w:t>
      </w:r>
    </w:p>
    <w:p>
      <w:pPr>
        <w:jc w:val="right"/>
      </w:pPr>
      <w:r>
        <w:t>انہوں نے کہا کہ ا</w:t>
      </w:r>
    </w:p>
    <w:p>
      <w:r>
        <w:rPr>
          <w:b/>
        </w:rPr>
        <w:t xml:space="preserve">[21:47] </w:t>
      </w:r>
      <w:r>
        <w:t>e shuaib! jo tum kehte ho, us ka bohat sa hissa hamari samajh mein nahin aata, aur hum to dekhte hain ke tum hum mein kamzor ho, aur agar teri biradari na hoti to hum tum ko sangsaar kar dete, aur tum hum par kuch bhaari nahin.</w:t>
      </w:r>
    </w:p>
    <w:p>
      <w:pPr>
        <w:jc w:val="right"/>
      </w:pPr>
      <w:r>
        <w:t>ے شعیب! جو تم کہتے ہو، اس کا بہت سا حصہ ہماری سمجھ میں نہیں آتا، اور ہم تو دیکھتے ہیں کہ تم ہم میں کمزور ہو، اور اگر تیری برادری نہ ہوتی تو ہم تم کو سنگسار کر دیتے، اور تم ہم پر کچھ بھاری نہیں۔</w:t>
      </w:r>
    </w:p>
    <w:p>
      <w:r>
        <w:rPr>
          <w:b/>
        </w:rPr>
        <w:t xml:space="preserve">[22:02] </w:t>
      </w:r>
      <w:r>
        <w:t>shuaib ne kaha ke aye meri qaum! kya meri biradari tum par Allah se ziyada bhaari hai, aur Allah ko tum ne pas pusht daal diya?</w:t>
      </w:r>
    </w:p>
    <w:p>
      <w:pPr>
        <w:jc w:val="right"/>
      </w:pPr>
      <w:r>
        <w:t>شعیب نے کہا کہ اے میری قوم! کیا میری برادری تم پر اللہ سے زیادہ بھاری ہے، اور اللہ کو تم نے پس پشت ڈال دیا؟</w:t>
      </w:r>
    </w:p>
    <w:p>
      <w:r>
        <w:rPr>
          <w:b/>
        </w:rPr>
        <w:t xml:space="preserve">[22:11] </w:t>
      </w:r>
      <w:r>
        <w:t>beshak mere rab ke qaabu mein hai jo kuch tum karte ho. aur aye meri qaum</w:t>
      </w:r>
    </w:p>
    <w:p>
      <w:pPr>
        <w:jc w:val="right"/>
      </w:pPr>
      <w:r>
        <w:t>بے شک میرے رب کے قابو میں ہے جو کچھ تم کرتے ہو۔ اور اے میری قوم</w:t>
      </w:r>
    </w:p>
    <w:p>
      <w:r>
        <w:rPr>
          <w:b/>
        </w:rPr>
        <w:t xml:space="preserve">[22:16] </w:t>
      </w:r>
      <w:r>
        <w:t>! tum apne tareeqe par kaam kiye jao, aur main apne tareeqe par kaam karta rahoon ga. jald hi tum ko maloom ho jaye ga ke kis ke oopar ruswa karne wala azaab aata hai, aur kaun jhoota hai, aur intezaar karo, main bhi tumhare saath intezaar karne walon mein se hoon.</w:t>
      </w:r>
    </w:p>
    <w:p>
      <w:pPr>
        <w:jc w:val="right"/>
      </w:pPr>
      <w:r>
        <w:t>! تم اپنے طریقے پر کام کیے جاؤ، اور میں اپنے طریقے پر کام کرتا رہوں گا۔ جلد ہی تم کو معلوم ہو جائے گا کہ کس کے اوپر رسوا کرنے والا عذاب آتا ہے، اور کون جھوٹا ہے، اور انتظار کرو، میں بھی تمہارے ساتھ انتظار کرنے والوں میں ہوں۔</w:t>
      </w:r>
    </w:p>
    <w:p>
      <w:r>
        <w:rPr>
          <w:b/>
        </w:rPr>
        <w:t xml:space="preserve">[22:35] </w:t>
      </w:r>
      <w:r>
        <w:t>aur jab hamara hukum aaya, hum ne shuaib ko aur jo us ke saath imaan laaye thay apni rehmat se bacha liya, aur jin logon ne zulm kiya tha, un ko karkh ne pakad liya.</w:t>
      </w:r>
    </w:p>
    <w:p>
      <w:pPr>
        <w:jc w:val="right"/>
      </w:pPr>
      <w:r>
        <w:t>اور جب ہمارا حکم آیا، ہم نے شعیب کو اور جو اس کے ساتھ ایمان لائے تھے اپنی رحمت سے بچا لیا، اور جن لوگوں نے ظلم کیا تھا، ان کو کڑک نے پکڑ لیا۔</w:t>
      </w:r>
    </w:p>
    <w:p>
      <w:r>
        <w:rPr>
          <w:b/>
        </w:rPr>
        <w:t xml:space="preserve">[22:47] </w:t>
      </w:r>
      <w:r>
        <w:t>pas woh apne gharon mein oondhe pade reh gaye, goya ke woh kabhi in mein base hi na thay. suno!</w:t>
      </w:r>
    </w:p>
    <w:p>
      <w:pPr>
        <w:jc w:val="right"/>
      </w:pPr>
      <w:r>
        <w:t>پس وہ اپنے گھروں میں اوندھے پڑے رہ گئے، گویا کہ وہ کبھی ان میں بسے ہی نہ تھے۔ سنو!</w:t>
      </w:r>
    </w:p>
    <w:p>
      <w:r>
        <w:rPr>
          <w:b/>
        </w:rPr>
        <w:t xml:space="preserve">[22:54] </w:t>
      </w:r>
      <w:r>
        <w:t>phatkaar hai madyan ko jaise phatkaar hui thi samood ko. aur hum ne moosa ko apni nishaniyon aur wazeh sand ke saath bheja firoun aur us ke sardaron ki taraf, phir woh firoun ke hukum par chale haalankeh firoun ka hukum rastai par na tha.</w:t>
      </w:r>
    </w:p>
    <w:p>
      <w:pPr>
        <w:jc w:val="right"/>
      </w:pPr>
      <w:r>
        <w:t>پھٹکار ہے مدین کو جیسے پھٹکار ہوئی تھی ثمود کو۔ اور ہم نے موسیٰ کو اپنی نشانیوں اور واضح سند کے ساتھ بھیجا فرعون اور اس کے سرداروں کی طرف، پھر وہ فرعون کے حکم پر چلے حالانکہ فرعون کا حکم راستی پر نہ تھا۔</w:t>
      </w:r>
    </w:p>
    <w:p>
      <w:r>
        <w:rPr>
          <w:b/>
        </w:rPr>
        <w:t xml:space="preserve">[23:11] </w:t>
      </w:r>
      <w:r>
        <w:t>qayamat ke din woh apni qaum ke aage hoga aur un ko aag par pohnchaye ga, aur kaisa bura ghaat hai jis par woh pohnchen ge, aur is dunya mein un ke peechay laanat lagti gayi, aur qayamat ke</w:t>
      </w:r>
    </w:p>
    <w:p>
      <w:pPr>
        <w:jc w:val="right"/>
      </w:pPr>
      <w:r>
        <w:t>قیامت کے دن وہ اپنی قوم کے آگے ہوگا اور ان کو آگ پر پہنچائے گا، اور کیسا برا گھاٹ ہے جس پر وہ پہنچیں گے، اور اس دنیا میں ان کے پیچھے لعنت لگاتی گئی، اور قیامت 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