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10 - Yunus</w:t>
      </w:r>
    </w:p>
    <w:p>
      <w:r>
        <w:t>https://www.youtube.com/watch?v=Exgq5IuevXI</w:t>
      </w:r>
    </w:p>
    <w:p>
      <w:r>
        <w:rPr>
          <w:b/>
        </w:rPr>
        <w:t xml:space="preserve">[00:02] </w:t>
      </w:r>
      <w:r>
        <w:t>younis.</w:t>
      </w:r>
    </w:p>
    <w:p>
      <w:pPr>
        <w:jc w:val="right"/>
      </w:pPr>
      <w:r>
        <w:t>یونس۔</w:t>
      </w:r>
    </w:p>
    <w:p>
      <w:r>
        <w:rPr>
          <w:b/>
        </w:rPr>
        <w:t xml:space="preserve">[00:07] </w:t>
      </w:r>
      <w:r>
        <w:t>shuru Allah ke naam se, jo bara meherban, nihayat reham wala hai.</w:t>
      </w:r>
    </w:p>
    <w:p>
      <w:pPr>
        <w:jc w:val="right"/>
      </w:pPr>
      <w:r>
        <w:t>شروع اللہ کے نام سے، جو بڑا مہربان، نہایت رحم والا ہے۔</w:t>
      </w:r>
    </w:p>
    <w:p>
      <w:r>
        <w:rPr>
          <w:b/>
        </w:rPr>
        <w:t xml:space="preserve">[00:12] </w:t>
      </w:r>
      <w:r>
        <w:t>alif laam ra, yeh purhikmat kitab ki ayaten hain.</w:t>
      </w:r>
    </w:p>
    <w:p>
      <w:pPr>
        <w:jc w:val="right"/>
      </w:pPr>
      <w:r>
        <w:t>الف لام را، یہ پرحکمت کتاب کی آیتیں ہیں۔</w:t>
      </w:r>
    </w:p>
    <w:p>
      <w:r>
        <w:rPr>
          <w:b/>
        </w:rPr>
        <w:t xml:space="preserve">[00:17] </w:t>
      </w:r>
      <w:r>
        <w:t>kya logon ko is par hairat hai ke hum ne inhi mein se ek shakhs par wahi ki</w:t>
      </w:r>
    </w:p>
    <w:p>
      <w:pPr>
        <w:jc w:val="right"/>
      </w:pPr>
      <w:r>
        <w:t>کیا لوگوں کو اس پر حیرت ہے کہ ہم نے انہی میں سے ایک شخص پر وحی کی</w:t>
      </w:r>
    </w:p>
    <w:p>
      <w:r>
        <w:rPr>
          <w:b/>
        </w:rPr>
        <w:t xml:space="preserve">[00:22] </w:t>
      </w:r>
      <w:r>
        <w:t>ke logon ko darao, aur jo iman layen un ko khushkhabri suna do ke un ke liye un</w:t>
      </w:r>
    </w:p>
    <w:p>
      <w:pPr>
        <w:jc w:val="right"/>
      </w:pPr>
      <w:r>
        <w:t>کہ لوگوں کو ڈراؤ، اور جو ایمان لائیں ان کو خوشخبری سنا دو کہ ان کے لیے ان</w:t>
      </w:r>
    </w:p>
    <w:p>
      <w:r>
        <w:rPr>
          <w:b/>
        </w:rPr>
        <w:t xml:space="preserve">[00:27] </w:t>
      </w:r>
      <w:r>
        <w:t>ke rab ke pas sacha martaba hai? munkiron ne kaha ke yeh shakhs to</w:t>
      </w:r>
    </w:p>
    <w:p>
      <w:pPr>
        <w:jc w:val="right"/>
      </w:pPr>
      <w:r>
        <w:t>کے رب کے پاس سچا مرتبہ ہے؟ منکروں نے کہا کہ یہ شخص تو</w:t>
      </w:r>
    </w:p>
    <w:p>
      <w:r>
        <w:rPr>
          <w:b/>
        </w:rPr>
        <w:t xml:space="preserve">[00:32] </w:t>
      </w:r>
      <w:r>
        <w:t>khula jadoo-gar hai. beshak tumhara rab Allah hai, jis ne aasmanon aur zameen ko chah dinon adwaar mein paida kiya, phir woh arsh par qaaim hua. wohi mamlaat ka intezaam karta hai, us ki ijazat ke baghair koi sifarish karne wala nahin. yahi Allah tumhara rab hai, pas tum us ki ibaadat karo, kya tum sochte nahin? usi ki taraf tum sab ko laut kar jaana hai, yeh Allah</w:t>
      </w:r>
    </w:p>
    <w:p>
      <w:pPr>
        <w:jc w:val="right"/>
      </w:pPr>
      <w:r>
        <w:t>کھلا جادوگر ہے۔ بے شک تمہارا رب اللہ ہے، جس نے آسمانوں اور زمین کو چھ دنوں ادوار میں پیدا کیا، پھر وہ عرش پر قائم ہوا۔ وہی معاملات کا انتظام کرتا ہے، اس کی اجازت کے بغیر کوئی سفارش کرنے والا نہیں۔ یہی اللہ تمہارا رب ہے، پس تم اس کی عبادت کرو، کیا تم سوچتے نہیں؟ اسی کی طرف تم سب کو لوٹ کر جانا ہے، یہ اللہ</w:t>
      </w:r>
    </w:p>
    <w:p>
      <w:r>
        <w:rPr>
          <w:b/>
        </w:rPr>
        <w:t xml:space="preserve">[01:02] </w:t>
      </w:r>
      <w:r>
        <w:t>ka pakka wada hai.</w:t>
      </w:r>
    </w:p>
    <w:p>
      <w:pPr>
        <w:jc w:val="right"/>
      </w:pPr>
      <w:r>
        <w:t>کا پکا وعدہ ہے۔</w:t>
      </w:r>
    </w:p>
    <w:p>
      <w:r>
        <w:rPr>
          <w:b/>
        </w:rPr>
        <w:t xml:space="preserve">[01:07] </w:t>
      </w:r>
      <w:r>
        <w:t>beshak woh paidaish ki ibtida karta hai, phir woh dobara paida karega, taake jo log iman</w:t>
      </w:r>
    </w:p>
    <w:p>
      <w:pPr>
        <w:jc w:val="right"/>
      </w:pPr>
      <w:r>
        <w:t>بے شک وہ پیدائش کی ابتدا کرتا ہے، پھر وہ دوبارہ پیدا کرے گا، تاکہ جو لوگ ایمان</w:t>
      </w:r>
    </w:p>
    <w:p>
      <w:r>
        <w:rPr>
          <w:b/>
        </w:rPr>
        <w:t xml:space="preserve">[01:12] </w:t>
      </w:r>
      <w:r>
        <w:t>laye aur unhon ne naik kam kiye, un ko insaf ke sath badla de.</w:t>
      </w:r>
    </w:p>
    <w:p>
      <w:pPr>
        <w:jc w:val="right"/>
      </w:pPr>
      <w:r>
        <w:t>لائے اور انہوں نے نیک کام کیے، ان کو انصاف کے ساتھ بدلہ دے۔</w:t>
      </w:r>
    </w:p>
    <w:p>
      <w:r>
        <w:rPr>
          <w:b/>
        </w:rPr>
        <w:t xml:space="preserve">[01:17] </w:t>
      </w:r>
      <w:r>
        <w:t>aur jinhon ne inkar kiya, un ke inkar ke badle un ke liye kholte hue pani aur dardnak azab hai.</w:t>
      </w:r>
    </w:p>
    <w:p>
      <w:pPr>
        <w:jc w:val="right"/>
      </w:pPr>
      <w:r>
        <w:t>اور جنہوں نے انکار کیا، ان کے انکار کے بدلے ان کے لیے کھولتا ہوا پانی اور دردناک عذاب ہے۔</w:t>
      </w:r>
    </w:p>
    <w:p>
      <w:r>
        <w:rPr>
          <w:b/>
        </w:rPr>
        <w:t xml:space="preserve">[01:23] </w:t>
      </w:r>
      <w:r>
        <w:t>Allah hi hai jis ne suraj ko chamakta banaya aur chand ko roshni di, aur is ki manzilen</w:t>
      </w:r>
    </w:p>
    <w:p>
      <w:pPr>
        <w:jc w:val="right"/>
      </w:pPr>
      <w:r>
        <w:t>اللہ ہی ہے جس نے سورج کو چمکتا بنایا اور چاند کو روشنی دی، اور اس کی منزلیں</w:t>
      </w:r>
    </w:p>
    <w:p>
      <w:r>
        <w:rPr>
          <w:b/>
        </w:rPr>
        <w:t xml:space="preserve">[01:28] </w:t>
      </w:r>
      <w:r>
        <w:t>muqarrar kar dein,</w:t>
      </w:r>
    </w:p>
    <w:p>
      <w:pPr>
        <w:jc w:val="right"/>
      </w:pPr>
      <w:r>
        <w:t>مقرر کر دیں،</w:t>
      </w:r>
    </w:p>
    <w:p>
      <w:r>
        <w:rPr>
          <w:b/>
        </w:rPr>
        <w:t xml:space="preserve">[01:33] </w:t>
      </w:r>
      <w:r>
        <w:t>taake tum barson ka shumar aur hisab maloom karo.</w:t>
      </w:r>
    </w:p>
    <w:p>
      <w:pPr>
        <w:jc w:val="right"/>
      </w:pPr>
      <w:r>
        <w:t>تاکہ تم برسوں کا شمار اور حساب معلوم کرو۔</w:t>
      </w:r>
    </w:p>
    <w:p>
      <w:r>
        <w:rPr>
          <w:b/>
        </w:rPr>
        <w:t xml:space="preserve">[01:38] </w:t>
      </w:r>
      <w:r>
        <w:t>Allah ne yeh sab kuch be maqsad nahi banaya hai, woh nishaniyan khol kar bayan karta hai un</w:t>
      </w:r>
    </w:p>
    <w:p>
      <w:pPr>
        <w:jc w:val="right"/>
      </w:pPr>
      <w:r>
        <w:t>اللہ نے یہ سب کچھ بے مقصد نہیں بنایا ہے، وہ نشانیاں کھول کر بیان کرتا ہے ان</w:t>
      </w:r>
    </w:p>
    <w:p>
      <w:r>
        <w:rPr>
          <w:b/>
        </w:rPr>
        <w:t xml:space="preserve">[01:43] </w:t>
      </w:r>
      <w:r>
        <w:t>ke liye jo samajh rakhte hain, yaqeenan raat aur din ke ulta pher mein.</w:t>
      </w:r>
    </w:p>
    <w:p>
      <w:pPr>
        <w:jc w:val="right"/>
      </w:pPr>
      <w:r>
        <w:t>کے لیے جو سمجھ رکھتے ہیں، یقیناً رات اور دن کے الٹ پھیر میں۔</w:t>
      </w:r>
    </w:p>
    <w:p>
      <w:r>
        <w:rPr>
          <w:b/>
        </w:rPr>
        <w:t xml:space="preserve">[01:48] </w:t>
      </w:r>
      <w:r>
        <w:t>aur Allah ne jo kuch aasmanon aur zameen mein paida kiya hai, un mein un logon ke liye</w:t>
      </w:r>
    </w:p>
    <w:p>
      <w:pPr>
        <w:jc w:val="right"/>
      </w:pPr>
      <w:r>
        <w:t>اور اللہ نے جو کچھ آسمانوں اور زمین میں پیدا کیا ہے، ان میں ان لوگوں کے لیے</w:t>
      </w:r>
    </w:p>
    <w:p>
      <w:r>
        <w:rPr>
          <w:b/>
        </w:rPr>
        <w:t xml:space="preserve">[01:53] </w:t>
      </w:r>
      <w:r>
        <w:t>nishaniyan hain jo darte hain.</w:t>
      </w:r>
    </w:p>
    <w:p>
      <w:pPr>
        <w:jc w:val="right"/>
      </w:pPr>
      <w:r>
        <w:t>نشانیاں ہیں جو ڈرتے ہیں۔</w:t>
      </w:r>
    </w:p>
    <w:p>
      <w:r>
        <w:rPr>
          <w:b/>
        </w:rPr>
        <w:t xml:space="preserve">[01:58] </w:t>
      </w:r>
      <w:r>
        <w:t>beshak jo log hamari mulaqat ki umeed nahi rakhte aur dunya</w:t>
      </w:r>
    </w:p>
    <w:p>
      <w:pPr>
        <w:jc w:val="right"/>
      </w:pPr>
      <w:r>
        <w:t>بے شک جو لوگ ہماری ملاقات کی امید نہیں رکھتے اور دنیا</w:t>
      </w:r>
    </w:p>
    <w:p>
      <w:r>
        <w:rPr>
          <w:b/>
        </w:rPr>
        <w:t xml:space="preserve">[02:03] </w:t>
      </w:r>
      <w:r>
        <w:t>ki zindagi par razi aur mutmaen hain, aur jo hamari nishaniyon se be parwah hain, un ka thikana</w:t>
      </w:r>
    </w:p>
    <w:p>
      <w:pPr>
        <w:jc w:val="right"/>
      </w:pPr>
      <w:r>
        <w:t>کی زندگی پر راضی اور مطمئن ہیں، اور جو ہماری نشانیوں سے بے پرواہ ہیں، ان کا ٹھکانہ</w:t>
      </w:r>
    </w:p>
    <w:p>
      <w:r>
        <w:rPr>
          <w:b/>
        </w:rPr>
        <w:t xml:space="preserve">[02:09] </w:t>
      </w:r>
      <w:r>
        <w:t>jahanam hoga, sabab is ke jo woh karte thay.</w:t>
      </w:r>
    </w:p>
    <w:p>
      <w:pPr>
        <w:jc w:val="right"/>
      </w:pPr>
      <w:r>
        <w:t>جہنم ہوگا، بسبب اس کے جو وہ کرتے تھے۔</w:t>
      </w:r>
    </w:p>
    <w:p>
      <w:r>
        <w:rPr>
          <w:b/>
        </w:rPr>
        <w:t xml:space="preserve">[02:15] </w:t>
      </w:r>
      <w:r>
        <w:t>beshak jo log iman laye aur naik kaam kiye, Allah un ke iman ki badolat un ko</w:t>
      </w:r>
    </w:p>
    <w:p>
      <w:pPr>
        <w:jc w:val="right"/>
      </w:pPr>
      <w:r>
        <w:t>بے شک جو لوگ ایمان لائے اور نیک کام کیے، اللہ ان کے ایمان کی بدولت ان کو</w:t>
      </w:r>
    </w:p>
    <w:p>
      <w:r>
        <w:rPr>
          <w:b/>
        </w:rPr>
        <w:t xml:space="preserve">[02:21] </w:t>
      </w:r>
      <w:r>
        <w:t>pohancha dega, un ke neechay nehren behti hongi, nemat ke baghon mein.</w:t>
      </w:r>
    </w:p>
    <w:p>
      <w:pPr>
        <w:jc w:val="right"/>
      </w:pPr>
      <w:r>
        <w:t>پہنچا دے گا، ان کے نیچے نہریں بہتی ہوں گی، نعمت کے باغوں میں۔</w:t>
      </w:r>
    </w:p>
    <w:p>
      <w:r>
        <w:rPr>
          <w:b/>
        </w:rPr>
        <w:t xml:space="preserve">[02:27] </w:t>
      </w:r>
      <w:r>
        <w:t>is mein un ka qaul hoga ke a Allah tu pak hai, aur mulaqat</w:t>
      </w:r>
    </w:p>
    <w:p>
      <w:pPr>
        <w:jc w:val="right"/>
      </w:pPr>
      <w:r>
        <w:t>اس میں ان کا قول ہوگا کہ اے اللہ تو پاک ہے، اور ملاقات</w:t>
      </w:r>
    </w:p>
    <w:p>
      <w:r>
        <w:rPr>
          <w:b/>
        </w:rPr>
        <w:t xml:space="preserve">[02:33] </w:t>
      </w:r>
      <w:r>
        <w:t>un ki salam hogi, aur un ki aakhri baat yeh hogi ke sari tareef Allah ke liye hai,</w:t>
      </w:r>
    </w:p>
    <w:p>
      <w:pPr>
        <w:jc w:val="right"/>
      </w:pPr>
      <w:r>
        <w:t>ان کی سلام ہوگی، اور ان کی آخری بات یہ ہوگی کہ ساری تعریف اللہ کے لیے ہے،</w:t>
      </w:r>
    </w:p>
    <w:p>
      <w:r>
        <w:rPr>
          <w:b/>
        </w:rPr>
        <w:t xml:space="preserve">[02:38] </w:t>
      </w:r>
      <w:r>
        <w:t>jo rab hai sare jahan ka.</w:t>
      </w:r>
    </w:p>
    <w:p>
      <w:pPr>
        <w:jc w:val="right"/>
      </w:pPr>
      <w:r>
        <w:t>جو رب ہے سارے جہان کا۔</w:t>
      </w:r>
    </w:p>
    <w:p>
      <w:r>
        <w:rPr>
          <w:b/>
        </w:rPr>
        <w:t xml:space="preserve">[02:43] </w:t>
      </w:r>
      <w:r>
        <w:t>agar Allah logon ke liye azab isi tarah jald pohancha de jis tarah woh un ke sath rehmat</w:t>
      </w:r>
    </w:p>
    <w:p>
      <w:pPr>
        <w:jc w:val="right"/>
      </w:pPr>
      <w:r>
        <w:t>اگر اللہ لوگوں کے لیے عذاب اسی طرح جلد پہنچا دے جس طرح وہ ان کے ساتھ رحمت</w:t>
      </w:r>
    </w:p>
    <w:p>
      <w:r>
        <w:rPr>
          <w:b/>
        </w:rPr>
        <w:t xml:space="preserve">[02:48] </w:t>
      </w:r>
      <w:r>
        <w:t>mein jaldi karta hai, to un ki muddat khatm kar di gayi hoti.</w:t>
      </w:r>
    </w:p>
    <w:p>
      <w:pPr>
        <w:jc w:val="right"/>
      </w:pPr>
      <w:r>
        <w:t>میں جلدی کرتا ہے، تو ان کی مدت ختم کر دی گئی ہوتی۔</w:t>
      </w:r>
    </w:p>
    <w:p>
      <w:r>
        <w:rPr>
          <w:b/>
        </w:rPr>
        <w:t xml:space="preserve">[02:53] </w:t>
      </w:r>
      <w:r>
        <w:t>lekin hum un logon ko, jo hamari mulaqat ki umeed nahi rakhte, un ki sarkashi mein bhatkne ke</w:t>
      </w:r>
    </w:p>
    <w:p>
      <w:pPr>
        <w:jc w:val="right"/>
      </w:pPr>
      <w:r>
        <w:t>لیکن ہم ان لوگوں کو، جو ہماری ملاقات کی امید نہیں رکھتے، ان کی سرکشی میں بھٹکنے کے</w:t>
      </w:r>
    </w:p>
    <w:p>
      <w:r>
        <w:rPr>
          <w:b/>
        </w:rPr>
        <w:t xml:space="preserve">[02:58] </w:t>
      </w:r>
      <w:r>
        <w:t>liye chhod dete hain.</w:t>
      </w:r>
    </w:p>
    <w:p>
      <w:pPr>
        <w:jc w:val="right"/>
      </w:pPr>
      <w:r>
        <w:t>لیے چھوڑ دیتے ہیں۔</w:t>
      </w:r>
    </w:p>
    <w:p>
      <w:r>
        <w:rPr>
          <w:b/>
        </w:rPr>
        <w:t xml:space="preserve">[03:03] </w:t>
      </w:r>
      <w:r>
        <w:t>aur insaan ko jab koi takleef pohnchti hai to woh khade aur baithe aur lete hum ko pukarta hai. phir jab hum us se us ki takleef ko door kar dete hain to woh aisa ho jata hai, goya us ne kabhi apne kisi bure waqt par hum ko pukara hi na tha. is tarah had se guzar jaane walon ke liye un ke aamaal khushnuma bana diye gaye hain. aur hum ne tum se pehle qaumon ko halaak kiya, jabke unhon ne</w:t>
      </w:r>
    </w:p>
    <w:p>
      <w:pPr>
        <w:jc w:val="right"/>
      </w:pPr>
      <w:r>
        <w:t>اور انسان کو جب کوئی تکلیف پہنچتی ہے تو وہ کھڑے اور بیٹھے اور لیٹے ہم کو پکارتا ہے۔ پھر جب ہم اس سے اس کی تکلیف کو دور کر دیتے ہیں تو وہ ایسا ہو جاتا ہے، گویا اس نے کبھی اپنے کسی برے وقت پر ہم کو پکارا ہی نہ تھا۔ اس طرح حد سے گزر جانے والوں کے لیے ان کے اعمال خوشنما بنا دیے گئے ہیں۔ اور ہم نے تم سے پہلے قوموں کو ہلاک کیا، جبکہ انہوں نے</w:t>
      </w:r>
    </w:p>
    <w:p>
      <w:r>
        <w:rPr>
          <w:b/>
        </w:rPr>
        <w:t xml:space="preserve">[03:33] </w:t>
      </w:r>
      <w:r>
        <w:t>zulm kiya, aur un ke paighambar un ke pas khuli hui daleelon ke sath aye, aur woh iman</w:t>
      </w:r>
    </w:p>
    <w:p>
      <w:pPr>
        <w:jc w:val="right"/>
      </w:pPr>
      <w:r>
        <w:t>ظلم کیا، اور ان کے پیغمبر ان کے پاس کھلی ہوئی دلیلوں کے ساتھ آئے، اور وہ ایمان</w:t>
      </w:r>
    </w:p>
    <w:p>
      <w:r>
        <w:rPr>
          <w:b/>
        </w:rPr>
        <w:t xml:space="preserve">[03:37] </w:t>
      </w:r>
      <w:r>
        <w:t>lane wale na bane.</w:t>
      </w:r>
    </w:p>
    <w:p>
      <w:pPr>
        <w:jc w:val="right"/>
      </w:pPr>
      <w:r>
        <w:t>لانے والے نہ بنے۔</w:t>
      </w:r>
    </w:p>
    <w:p>
      <w:r>
        <w:rPr>
          <w:b/>
        </w:rPr>
        <w:t xml:space="preserve">[03:42] </w:t>
      </w:r>
      <w:r>
        <w:t>hum aisa hi badla dete hain mujrim logon ko.</w:t>
      </w:r>
    </w:p>
    <w:p>
      <w:pPr>
        <w:jc w:val="right"/>
      </w:pPr>
      <w:r>
        <w:t>ہم ایسا ہی بدلہ دیتے ہیں مجرم لوگوں کو۔</w:t>
      </w:r>
    </w:p>
    <w:p>
      <w:r>
        <w:rPr>
          <w:b/>
        </w:rPr>
        <w:t xml:space="preserve">[03:46] </w:t>
      </w:r>
      <w:r>
        <w:t>phir hum ne un ke baad tum ko mulk mein jansheen banaya, ta ke hum dekhen ke tum kaisa</w:t>
      </w:r>
    </w:p>
    <w:p>
      <w:pPr>
        <w:jc w:val="right"/>
      </w:pPr>
      <w:r>
        <w:t>پھر ہم نے ان کے بعد تم کو ملک میں جانشین بنایا، تاکہ ہم دیکھیں کہ تم کیسا</w:t>
      </w:r>
    </w:p>
    <w:p>
      <w:r>
        <w:rPr>
          <w:b/>
        </w:rPr>
        <w:t xml:space="preserve">[03:50] </w:t>
      </w:r>
      <w:r>
        <w:t>amal karte ho.</w:t>
      </w:r>
    </w:p>
    <w:p>
      <w:pPr>
        <w:jc w:val="right"/>
      </w:pPr>
      <w:r>
        <w:t>عمل کرتے ہو۔</w:t>
      </w:r>
    </w:p>
    <w:p>
      <w:r>
        <w:rPr>
          <w:b/>
        </w:rPr>
        <w:t xml:space="preserve">[03:54] </w:t>
      </w:r>
      <w:r>
        <w:t>aur jab un ko hamari khuli hui ayaten parh kar sunai jati hain to jin logon ko hamare</w:t>
      </w:r>
    </w:p>
    <w:p>
      <w:pPr>
        <w:jc w:val="right"/>
      </w:pPr>
      <w:r>
        <w:t>اور جب ان کو ہماری کھلی ہوئی آیتیں پڑھ کر سنائی جاتی ہیں تو جن لوگوں کو ہمارے</w:t>
      </w:r>
    </w:p>
    <w:p>
      <w:r>
        <w:rPr>
          <w:b/>
        </w:rPr>
        <w:t xml:space="preserve">[03:59] </w:t>
      </w:r>
      <w:r>
        <w:t>pas ane ka khatka nahi hai, woh kehte hain</w:t>
      </w:r>
    </w:p>
    <w:p>
      <w:pPr>
        <w:jc w:val="right"/>
      </w:pPr>
      <w:r>
        <w:t>پاس آنے کا کھٹکا نہیں ہے، وہ کہتے ہیں</w:t>
      </w:r>
    </w:p>
    <w:p>
      <w:r>
        <w:rPr>
          <w:b/>
        </w:rPr>
        <w:t xml:space="preserve">[04:03] </w:t>
      </w:r>
      <w:r>
        <w:t>ke is ke siwa koi aur quran lao, ya is ko badal do.</w:t>
      </w:r>
    </w:p>
    <w:p>
      <w:pPr>
        <w:jc w:val="right"/>
      </w:pPr>
      <w:r>
        <w:t>کہ اس کے سوا کوئی اور قرآن لاؤ، یا اس کو بدل دو۔</w:t>
      </w:r>
    </w:p>
    <w:p>
      <w:r>
        <w:rPr>
          <w:b/>
        </w:rPr>
        <w:t xml:space="preserve">[04:09] </w:t>
      </w:r>
      <w:r>
        <w:t>kaho ke mera yeh kaam nahi ke main apne ji se is ko badal doon, main to sirf</w:t>
      </w:r>
    </w:p>
    <w:p>
      <w:pPr>
        <w:jc w:val="right"/>
      </w:pPr>
      <w:r>
        <w:t>کہو کہ میرا یہ کام نہیں کہ میں اپنے جی سے اس کو بدل دوں، میں تو صرف</w:t>
      </w:r>
    </w:p>
    <w:p>
      <w:r>
        <w:rPr>
          <w:b/>
        </w:rPr>
        <w:t xml:space="preserve">[04:15] </w:t>
      </w:r>
      <w:r>
        <w:t>is wahi ki pairwi karta hoon jo mere pas ati hai.</w:t>
      </w:r>
    </w:p>
    <w:p>
      <w:pPr>
        <w:jc w:val="right"/>
      </w:pPr>
      <w:r>
        <w:t>اس وحی کی پیروی کرتا ہوں جو میرے پاس آتی ہے۔</w:t>
      </w:r>
    </w:p>
    <w:p>
      <w:r>
        <w:rPr>
          <w:b/>
        </w:rPr>
        <w:t xml:space="preserve">[04:21] </w:t>
      </w:r>
      <w:r>
        <w:t>agar main apne rab ki nafarmani karoon to main ek bare din ke azab se darta hoon.</w:t>
      </w:r>
    </w:p>
    <w:p>
      <w:pPr>
        <w:jc w:val="right"/>
      </w:pPr>
      <w:r>
        <w:t>اگر میں اپنے رب کی نافرمانی کروں تو میں ایک بڑے دن کے عذاب سے ڈرتا ہوں۔</w:t>
      </w:r>
    </w:p>
    <w:p>
      <w:r>
        <w:rPr>
          <w:b/>
        </w:rPr>
        <w:t xml:space="preserve">[04:27] </w:t>
      </w:r>
      <w:r>
        <w:t>kaho ke Allah agar chahta to main is ko tumhein na sunata, aur na Allah is se tumhein khabar karta.</w:t>
      </w:r>
    </w:p>
    <w:p>
      <w:pPr>
        <w:jc w:val="right"/>
      </w:pPr>
      <w:r>
        <w:t>کہو کہ اللہ اگر چاہتا تو میں اس کو تمہیں نہ سناتا، اور نہ اللہ اس سے تمہیں باخبر کرتا۔</w:t>
      </w:r>
    </w:p>
    <w:p>
      <w:r>
        <w:rPr>
          <w:b/>
        </w:rPr>
        <w:t xml:space="preserve">[04:33] </w:t>
      </w:r>
      <w:r>
        <w:t>main is se pehle tumhare darmiyan ek umr guzar chuka hoon, phir kya tum aql se kaam nahi</w:t>
      </w:r>
    </w:p>
    <w:p>
      <w:pPr>
        <w:jc w:val="right"/>
      </w:pPr>
      <w:r>
        <w:t>میں اس سے پہلے تمہارے درمیان ایک عمر گزار چکا ہوں، پھر کیا تم عقل سے کام نہیں</w:t>
      </w:r>
    </w:p>
    <w:p>
      <w:r>
        <w:rPr>
          <w:b/>
        </w:rPr>
        <w:t xml:space="preserve">[04:39] </w:t>
      </w:r>
      <w:r>
        <w:t>lete? is se barh kar zalim aur kaun hoga jo Allah par jhoot buhtan bandhe, ya us ki</w:t>
      </w:r>
    </w:p>
    <w:p>
      <w:pPr>
        <w:jc w:val="right"/>
      </w:pPr>
      <w:r>
        <w:t>لیتے؟ اس سے بڑھ کر ظالم اور کون ہوگا جو اللہ پر جھوٹ بہتان باندھے، یا اس کی</w:t>
      </w:r>
    </w:p>
    <w:p>
      <w:r>
        <w:rPr>
          <w:b/>
        </w:rPr>
        <w:t xml:space="preserve">[04:45] </w:t>
      </w:r>
      <w:r>
        <w:t>nishaniyon ko jhutlaye? yaqeenan mujrimon ko falah hasil nahi hoti, aur woh Allah ke siwa aisi cheezon ki</w:t>
      </w:r>
    </w:p>
    <w:p>
      <w:pPr>
        <w:jc w:val="right"/>
      </w:pPr>
      <w:r>
        <w:t>نشانیوں کو جھٹلائے؟ یقیناً مجرموں کو فلاح حاصل نہیں ہوتی، اور وہ اللہ کے سوا ایسی چیزوں کی</w:t>
      </w:r>
    </w:p>
    <w:p>
      <w:r>
        <w:rPr>
          <w:b/>
        </w:rPr>
        <w:t xml:space="preserve">[04:51] </w:t>
      </w:r>
      <w:r>
        <w:t>ibadat karte hain jo un ko na nuqsan pohncha sakein aur na nafa pohncha sakein, aur woh kehte</w:t>
      </w:r>
    </w:p>
    <w:p>
      <w:pPr>
        <w:jc w:val="right"/>
      </w:pPr>
      <w:r>
        <w:t>عبادت کرتے ہیں جو ان کو نہ نقصان پہنچا سکیں اور نہ نفع پہنچا سکیں، اور وہ کہتے</w:t>
      </w:r>
    </w:p>
    <w:p>
      <w:r>
        <w:rPr>
          <w:b/>
        </w:rPr>
        <w:t xml:space="preserve">[04:57] </w:t>
      </w:r>
      <w:r>
        <w:t>hain ke yeh Allah ke</w:t>
      </w:r>
    </w:p>
    <w:p>
      <w:pPr>
        <w:jc w:val="right"/>
      </w:pPr>
      <w:r>
        <w:t>ہیں کہ یہ اللہ کے</w:t>
      </w:r>
    </w:p>
    <w:p>
      <w:r>
        <w:rPr>
          <w:b/>
        </w:rPr>
        <w:t xml:space="preserve">[05:03] </w:t>
      </w:r>
      <w:r>
        <w:t>yahan hamare safarshi hain.</w:t>
      </w:r>
    </w:p>
    <w:p>
      <w:pPr>
        <w:jc w:val="right"/>
      </w:pPr>
      <w:r>
        <w:t>یہاں ہمارے سفارشی ہیں۔</w:t>
      </w:r>
    </w:p>
    <w:p>
      <w:r>
        <w:rPr>
          <w:b/>
        </w:rPr>
        <w:t xml:space="preserve">[05:08] </w:t>
      </w:r>
      <w:r>
        <w:t>kaho kya tum Allah ko aisi cheez ki khabar dete ho jo us ko aasmanon aur zameen mein</w:t>
      </w:r>
    </w:p>
    <w:p>
      <w:pPr>
        <w:jc w:val="right"/>
      </w:pPr>
      <w:r>
        <w:t>کہو کیا تم اللہ کو ایسی چیز کی خبر دیتے ہو جو اس کو آسمانوں اور زمین میں</w:t>
      </w:r>
    </w:p>
    <w:p>
      <w:r>
        <w:rPr>
          <w:b/>
        </w:rPr>
        <w:t xml:space="preserve">[05:13] </w:t>
      </w:r>
      <w:r>
        <w:t>maloom nahi? woh pak aur bartar hai us se jis ko woh shareek karte hain.</w:t>
      </w:r>
    </w:p>
    <w:p>
      <w:pPr>
        <w:jc w:val="right"/>
      </w:pPr>
      <w:r>
        <w:t>معلوم نہیں؟ وہ پاک اور برتر ہے اس سے جس کو وہ شریک کرتے ہیں۔</w:t>
      </w:r>
    </w:p>
    <w:p>
      <w:r>
        <w:rPr>
          <w:b/>
        </w:rPr>
        <w:t xml:space="preserve">[05:18] </w:t>
      </w:r>
      <w:r>
        <w:t>aur log aik hi ummat thay, phir unhon ne ikhtilaf kiya, aur agar tumhare Rab ki taraf se</w:t>
      </w:r>
    </w:p>
    <w:p>
      <w:pPr>
        <w:jc w:val="right"/>
      </w:pPr>
      <w:r>
        <w:t>اور لوگ ایک ہی امت تھے، پھر انہوں نے اختلاف کیا، اور اگر تمہارے رب کی طرف سے</w:t>
      </w:r>
    </w:p>
    <w:p>
      <w:r>
        <w:rPr>
          <w:b/>
        </w:rPr>
        <w:t xml:space="preserve">[05:23] </w:t>
      </w:r>
      <w:r>
        <w:t>aik baat pehle se na thehr chuki hoti to un ke darmiyan is amr ka faisla kar diya</w:t>
      </w:r>
    </w:p>
    <w:p>
      <w:pPr>
        <w:jc w:val="right"/>
      </w:pPr>
      <w:r>
        <w:t>ایک بات پہلے سے نہ ٹھہر چکی ہوتی تو ان کے درمیان اس امر کا فیصلہ کر دیا</w:t>
      </w:r>
    </w:p>
    <w:p>
      <w:r>
        <w:rPr>
          <w:b/>
        </w:rPr>
        <w:t xml:space="preserve">[05:28] </w:t>
      </w:r>
      <w:r>
        <w:t>jata jis mein woh</w:t>
      </w:r>
    </w:p>
    <w:p>
      <w:pPr>
        <w:jc w:val="right"/>
      </w:pPr>
      <w:r>
        <w:t>جاتا جس میں وہ</w:t>
      </w:r>
    </w:p>
    <w:p>
      <w:r>
        <w:rPr>
          <w:b/>
        </w:rPr>
        <w:t xml:space="preserve">[05:33] </w:t>
      </w:r>
      <w:r>
        <w:t>ikhtilaf kar rahe hain.</w:t>
      </w:r>
    </w:p>
    <w:p>
      <w:pPr>
        <w:jc w:val="right"/>
      </w:pPr>
      <w:r>
        <w:t>اختلاف کر رہے ہیں۔</w:t>
      </w:r>
    </w:p>
    <w:p>
      <w:r>
        <w:rPr>
          <w:b/>
        </w:rPr>
        <w:t xml:space="preserve">[05:38] </w:t>
      </w:r>
      <w:r>
        <w:t>aur woh kehte hain ke nabi par is ke Rab ki taraf se koi nishani kyun nahi utari</w:t>
      </w:r>
    </w:p>
    <w:p>
      <w:pPr>
        <w:jc w:val="right"/>
      </w:pPr>
      <w:r>
        <w:t>اور وہ کہتے ہیں کہ نبی پر اس کے رب کی طرف سے کوئی نشانی کیوں نہیں اتاری</w:t>
      </w:r>
    </w:p>
    <w:p>
      <w:r>
        <w:rPr>
          <w:b/>
        </w:rPr>
        <w:t xml:space="preserve">[05:43] </w:t>
      </w:r>
      <w:r>
        <w:t>gayi? kaho ke ghayb ki khabar to Allah hi ko hai.</w:t>
      </w:r>
    </w:p>
    <w:p>
      <w:pPr>
        <w:jc w:val="right"/>
      </w:pPr>
      <w:r>
        <w:t>گئی؟ کہو کہ غیب کی خبر تو اللہ ہی کو ہے۔</w:t>
      </w:r>
    </w:p>
    <w:p>
      <w:r>
        <w:rPr>
          <w:b/>
        </w:rPr>
        <w:t xml:space="preserve">[05:48] </w:t>
      </w:r>
      <w:r>
        <w:t>tum log intezar karo, main bhi tumhare sath intezar karne walon mein se hoon.</w:t>
      </w:r>
    </w:p>
    <w:p>
      <w:pPr>
        <w:jc w:val="right"/>
      </w:pPr>
      <w:r>
        <w:t>تم لوگ انتظار کرو، میں بھی تمہارے ساتھ انتظار کرنے والوں میں سے ہوں۔</w:t>
      </w:r>
    </w:p>
    <w:p>
      <w:r>
        <w:rPr>
          <w:b/>
        </w:rPr>
        <w:t xml:space="preserve">[05:53] </w:t>
      </w:r>
      <w:r>
        <w:t>aur jab koi takleef parne ke baad hum logon ko apni rehmat ka maza chakhaate hain to woh</w:t>
      </w:r>
    </w:p>
    <w:p>
      <w:pPr>
        <w:jc w:val="right"/>
      </w:pPr>
      <w:r>
        <w:t>اور جب کوئی تکلیف پڑنے کے بعد ہم لوگوں کو اپنی رحمت کا مزہ چکھاتے ہیں تو وہ</w:t>
      </w:r>
    </w:p>
    <w:p>
      <w:r>
        <w:rPr>
          <w:b/>
        </w:rPr>
        <w:t xml:space="preserve">[05:58] </w:t>
      </w:r>
      <w:r>
        <w:t>foran hamari nishaniyon ke muamle mein hele banane lagte hain. kaho</w:t>
      </w:r>
    </w:p>
    <w:p>
      <w:pPr>
        <w:jc w:val="right"/>
      </w:pPr>
      <w:r>
        <w:t>فوراً ہماری نشانیوں کے معاملے میں ہیلے بنانے لگتے ہیں۔ کہو</w:t>
      </w:r>
    </w:p>
    <w:p>
      <w:r>
        <w:rPr>
          <w:b/>
        </w:rPr>
        <w:t xml:space="preserve">[06:03] </w:t>
      </w:r>
      <w:r>
        <w:t>ke Khuda apne helo mein un se bhi zyada tez hai.</w:t>
      </w:r>
    </w:p>
    <w:p>
      <w:pPr>
        <w:jc w:val="right"/>
      </w:pPr>
      <w:r>
        <w:t>کہ خدا اپنے ہیلوں میں ان سے بھی زیادہ تیز ہے۔</w:t>
      </w:r>
    </w:p>
    <w:p>
      <w:r>
        <w:rPr>
          <w:b/>
        </w:rPr>
        <w:t xml:space="preserve">[06:08] </w:t>
      </w:r>
      <w:r>
        <w:t>yakeenan hamare farishte tumhari hila baziyon ko likh rahe hain.</w:t>
      </w:r>
    </w:p>
    <w:p>
      <w:pPr>
        <w:jc w:val="right"/>
      </w:pPr>
      <w:r>
        <w:t>یقیناً ہمارے فرشتے تمہاری ہیلہ بازیوں کو لکھ رہے ہیں۔</w:t>
      </w:r>
    </w:p>
    <w:p>
      <w:r>
        <w:rPr>
          <w:b/>
        </w:rPr>
        <w:t xml:space="preserve">[06:13] </w:t>
      </w:r>
      <w:r>
        <w:t>woh Allah hi hai jo tum ko khushki aur tari mein chalata hai.</w:t>
      </w:r>
    </w:p>
    <w:p>
      <w:pPr>
        <w:jc w:val="right"/>
      </w:pPr>
      <w:r>
        <w:t>وہ اللہ ہی ہے جو تم کو خشکی اور تری میں چلاتا ہے۔</w:t>
      </w:r>
    </w:p>
    <w:p>
      <w:r>
        <w:rPr>
          <w:b/>
        </w:rPr>
        <w:t xml:space="preserve">[06:18] </w:t>
      </w:r>
      <w:r>
        <w:t>chunanche jab tum kashti mein hote ho aur kashtiyan logon ko le kar muafiq hawa se chal rahi</w:t>
      </w:r>
    </w:p>
    <w:p>
      <w:pPr>
        <w:jc w:val="right"/>
      </w:pPr>
      <w:r>
        <w:t>چنانچہ جب تم کشتی میں ہوتے ہو اور کشتیاں لوگوں کو لے کر موافق ہوا سے چل رہی</w:t>
      </w:r>
    </w:p>
    <w:p>
      <w:r>
        <w:rPr>
          <w:b/>
        </w:rPr>
        <w:t xml:space="preserve">[06:23] </w:t>
      </w:r>
      <w:r>
        <w:t>hoti hain, aur log is se khush hote hain ke yakayak tand hawa aati hai aur un par</w:t>
      </w:r>
    </w:p>
    <w:p>
      <w:pPr>
        <w:jc w:val="right"/>
      </w:pPr>
      <w:r>
        <w:t>ہوتی ہیں، اور لوگ اس سے خوش ہوتے ہیں کہ یکایک تند ہوا آتی ہے اور ان پر</w:t>
      </w:r>
    </w:p>
    <w:p>
      <w:r>
        <w:rPr>
          <w:b/>
        </w:rPr>
        <w:t xml:space="preserve">[06:28] </w:t>
      </w:r>
      <w:r>
        <w:t>har janib se mojen uthne lagti hain</w:t>
      </w:r>
    </w:p>
    <w:p>
      <w:pPr>
        <w:jc w:val="right"/>
      </w:pPr>
      <w:r>
        <w:t>ہر جانب سے موجیں اٹھنے لگتی ہیں</w:t>
      </w:r>
    </w:p>
    <w:p>
      <w:r>
        <w:rPr>
          <w:b/>
        </w:rPr>
        <w:t xml:space="preserve">[06:33] </w:t>
      </w:r>
      <w:r>
        <w:t>, aur woh guman kar lete hain ke hum ghar gaye.</w:t>
      </w:r>
    </w:p>
    <w:p>
      <w:pPr>
        <w:jc w:val="right"/>
      </w:pPr>
      <w:r>
        <w:t>، اور وہ گمان کر لیتے ہیں کہ ہم گھر گئے۔</w:t>
      </w:r>
    </w:p>
    <w:p>
      <w:r>
        <w:rPr>
          <w:b/>
        </w:rPr>
        <w:t xml:space="preserve">[06:38] </w:t>
      </w:r>
      <w:r>
        <w:t>is waqt woh apne deen ko Allah hi ke liye khalis kar ke us ko pukarne lagte hain</w:t>
      </w:r>
    </w:p>
    <w:p>
      <w:pPr>
        <w:jc w:val="right"/>
      </w:pPr>
      <w:r>
        <w:t>اس وقت وہ اپنے دین کو اللہ ہی کے لیے خالص کر کے اس کو پکارنے لگتے ہیں</w:t>
      </w:r>
    </w:p>
    <w:p>
      <w:r>
        <w:rPr>
          <w:b/>
        </w:rPr>
        <w:t xml:space="preserve">[06:43] </w:t>
      </w:r>
      <w:r>
        <w:t>ke agar tu ne hamein is se nijat de di to yaqeenan hum shukr guzar bande banenge.</w:t>
      </w:r>
    </w:p>
    <w:p>
      <w:pPr>
        <w:jc w:val="right"/>
      </w:pPr>
      <w:r>
        <w:t>کہ اگر تو نے ہمیں اس سے نجات دے دی تو یقیناً ہم شکر گزار بندے بنیں گے۔</w:t>
      </w:r>
    </w:p>
    <w:p>
      <w:r>
        <w:rPr>
          <w:b/>
        </w:rPr>
        <w:t xml:space="preserve">[06:48] </w:t>
      </w:r>
      <w:r>
        <w:t>phir jab woh un ko nijat de deta hai to foran hi woh zameen mein nahak ki sarkashi</w:t>
      </w:r>
    </w:p>
    <w:p>
      <w:pPr>
        <w:jc w:val="right"/>
      </w:pPr>
      <w:r>
        <w:t>پھر جب وہ ان کو نجات دے دیتا ہے تو فوراً ہی وہ زمین میں ناحق کی سرکشی</w:t>
      </w:r>
    </w:p>
    <w:p>
      <w:r>
        <w:rPr>
          <w:b/>
        </w:rPr>
        <w:t xml:space="preserve">[06:53] </w:t>
      </w:r>
      <w:r>
        <w:t>karne lagte hain. aye logon!</w:t>
      </w:r>
    </w:p>
    <w:p>
      <w:pPr>
        <w:jc w:val="right"/>
      </w:pPr>
      <w:r>
        <w:t>کرنے لگتے ہیں۔ اے لوگوں!</w:t>
      </w:r>
    </w:p>
    <w:p>
      <w:r>
        <w:rPr>
          <w:b/>
        </w:rPr>
        <w:t xml:space="preserve">[06:58] </w:t>
      </w:r>
      <w:r>
        <w:t>tumhari sarkashi tumhare apne hi khilaf hai. dunya</w:t>
      </w:r>
    </w:p>
    <w:p>
      <w:pPr>
        <w:jc w:val="right"/>
      </w:pPr>
      <w:r>
        <w:t>تمہاری سرکشی تمہارے اپنے ہی خلاف ہے۔ دنیا</w:t>
      </w:r>
    </w:p>
    <w:p>
      <w:r>
        <w:rPr>
          <w:b/>
        </w:rPr>
        <w:t xml:space="preserve">[07:03] </w:t>
      </w:r>
      <w:r>
        <w:t>ki zindagi ka nafa utha lo, phir tum ko hamari taraf lot kar aana hai, phir hum bata</w:t>
      </w:r>
    </w:p>
    <w:p>
      <w:pPr>
        <w:jc w:val="right"/>
      </w:pPr>
      <w:r>
        <w:t>کی زندگی کا نفع اٹھا لو، پھر تم کو ہماری طرف لوٹ کر آنا ہے، پھر ہم بتا</w:t>
      </w:r>
    </w:p>
    <w:p>
      <w:r>
        <w:rPr>
          <w:b/>
        </w:rPr>
        <w:t xml:space="preserve">[07:08] </w:t>
      </w:r>
      <w:r>
        <w:t>denge jo kuch tum kar rahe the.</w:t>
      </w:r>
    </w:p>
    <w:p>
      <w:pPr>
        <w:jc w:val="right"/>
      </w:pPr>
      <w:r>
        <w:t>دیں گے جو کچھ تم کر رہے تھے۔</w:t>
      </w:r>
    </w:p>
    <w:p>
      <w:r>
        <w:rPr>
          <w:b/>
        </w:rPr>
        <w:t xml:space="preserve">[07:14] </w:t>
      </w:r>
      <w:r>
        <w:t>dunya ki zindagi ki misaal aisi hai jaise pani ke hum ne is ko aasman se barsaya to</w:t>
      </w:r>
    </w:p>
    <w:p>
      <w:pPr>
        <w:jc w:val="right"/>
      </w:pPr>
      <w:r>
        <w:t>دنیا کی زندگی کی مثال ایسی ہے جیسے پانی کہ ہم نے اس کو آسمان سے برسایا تو</w:t>
      </w:r>
    </w:p>
    <w:p>
      <w:r>
        <w:rPr>
          <w:b/>
        </w:rPr>
        <w:t xml:space="preserve">[07:19] </w:t>
      </w:r>
      <w:r>
        <w:t>zameen ka sabza khoob nikla, jis ko aadmi khate hain aur jis ko janwar khate hain.</w:t>
      </w:r>
    </w:p>
    <w:p>
      <w:pPr>
        <w:jc w:val="right"/>
      </w:pPr>
      <w:r>
        <w:t>زمین کا سبزہ خوب نکلا، جس کو آدمی کھاتے ہیں اور جس کو جانور کھاتے ہیں۔</w:t>
      </w:r>
    </w:p>
    <w:p>
      <w:r>
        <w:rPr>
          <w:b/>
        </w:rPr>
        <w:t xml:space="preserve">[07:24] </w:t>
      </w:r>
      <w:r>
        <w:t>yahan tak ke jab zameen poori ronak par aa gayi aur samr uthi, aur zameen walon ne guman</w:t>
      </w:r>
    </w:p>
    <w:p>
      <w:pPr>
        <w:jc w:val="right"/>
      </w:pPr>
      <w:r>
        <w:t>یہاں تک کہ جب زمین پوری رونق پر آ گئی اور سمر اٹھی، اور زمین والوں نے گمان</w:t>
      </w:r>
    </w:p>
    <w:p>
      <w:r>
        <w:rPr>
          <w:b/>
        </w:rPr>
        <w:t xml:space="preserve">[07:29] </w:t>
      </w:r>
      <w:r>
        <w:t>kar liya ke ab</w:t>
      </w:r>
    </w:p>
    <w:p>
      <w:pPr>
        <w:jc w:val="right"/>
      </w:pPr>
      <w:r>
        <w:t>کر لیا کہ اب</w:t>
      </w:r>
    </w:p>
    <w:p>
      <w:r>
        <w:rPr>
          <w:b/>
        </w:rPr>
        <w:t xml:space="preserve">[07:34] </w:t>
      </w:r>
      <w:r>
        <w:t>yeh hamare qabu mein hai, to achaanak is par hamara hukum raat ko ya din ko aa gaya.</w:t>
      </w:r>
    </w:p>
    <w:p>
      <w:pPr>
        <w:jc w:val="right"/>
      </w:pPr>
      <w:r>
        <w:t>یہ ہمارے قابو میں ہے، تو اچانک اس پر ہمارا حکم رات کو یا دن کو آ گیا۔</w:t>
      </w:r>
    </w:p>
    <w:p>
      <w:r>
        <w:rPr>
          <w:b/>
        </w:rPr>
        <w:t xml:space="preserve">[07:40] </w:t>
      </w:r>
      <w:r>
        <w:t>phir hum ne is ko kaat kar dher kar diya, goya kal yahan kuch tha hi nahin.</w:t>
      </w:r>
    </w:p>
    <w:p>
      <w:pPr>
        <w:jc w:val="right"/>
      </w:pPr>
      <w:r>
        <w:t>پھر ہم نے اس کو کاٹ کر ڈھیر کر دیا، گویا کل یہاں کچھ تھا ہی نہیں۔</w:t>
      </w:r>
    </w:p>
    <w:p>
      <w:r>
        <w:rPr>
          <w:b/>
        </w:rPr>
        <w:t xml:space="preserve">[07:46] </w:t>
      </w:r>
      <w:r>
        <w:t>is tarah hum nishaniyan khol kar bayan karte hain un logon ke liye jo ghor karte hain.</w:t>
      </w:r>
    </w:p>
    <w:p>
      <w:pPr>
        <w:jc w:val="right"/>
      </w:pPr>
      <w:r>
        <w:t>اس طرح ہم نشانیاں کھول کر بیان کرتے ہیں ان لوگوں کے لیے جو غور کرتے ہیں۔</w:t>
      </w:r>
    </w:p>
    <w:p>
      <w:r>
        <w:rPr>
          <w:b/>
        </w:rPr>
        <w:t xml:space="preserve">[07:52] </w:t>
      </w:r>
      <w:r>
        <w:t>aur Allah salamti ke ghar ki taraf bulata hai, aur woh jis ko chahta hai seedha rasta dikha deta hai.</w:t>
      </w:r>
    </w:p>
    <w:p>
      <w:pPr>
        <w:jc w:val="right"/>
      </w:pPr>
      <w:r>
        <w:t>اور اللہ سلامتی کے گھر کی طرف بلاتا ہے، اور وہ جس کو چاہتا ہے سیدھا راستہ دکھا دیتا ہے۔</w:t>
      </w:r>
    </w:p>
    <w:p>
      <w:r>
        <w:rPr>
          <w:b/>
        </w:rPr>
        <w:t xml:space="preserve">[07:58] </w:t>
      </w:r>
      <w:r>
        <w:t>jin logon ne bhalaai ki, un ke liye</w:t>
      </w:r>
    </w:p>
    <w:p>
      <w:pPr>
        <w:jc w:val="right"/>
      </w:pPr>
      <w:r>
        <w:t>جن لوگوں نے بھلائی کی، ان کے لیے</w:t>
      </w:r>
    </w:p>
    <w:p>
      <w:r>
        <w:rPr>
          <w:b/>
        </w:rPr>
        <w:t xml:space="preserve">[08:04] </w:t>
      </w:r>
      <w:r>
        <w:t>bhalaai hai aur is par mazeed bhi, aur un ke chehron par na siyahi chhaaye gi aur na zillat. yahi jannat wale log hain, woh is mein hamesha rahen ge. aur jinhon ne buraiyan kamain to burai ka badla is ke barabar hai, aur un par ruswai chhaai hui ho gi, koi un ko Allah se bachane wala na ho ga. goya ke un ke chehre andheri raat ke tukron se dhanak diye gaye hain. yahi log doz</w:t>
      </w:r>
    </w:p>
    <w:p>
      <w:pPr>
        <w:jc w:val="right"/>
      </w:pPr>
      <w:r>
        <w:t>بھلائی ہے اور اس پر مزید بھی، اور ان کے چہروں پر نہ سیاہی چھائے گی اور نہ ذلت۔ یہی جنت والے لوگ ہیں، وہ اس میں ہمیشہ رہیں گے۔ اور جنہوں نے برائیاں کمائیں تو برائی کا بدلہ اس کے برابر ہے، اور ان پر رسوائی چھائی ہوئی ہوگی، کوئی ان کو اللہ سے بچانے والا نہ ہوگا۔ گویا کہ ان کے چہرے اندھیری رات کے ٹکڑوں سے ڈھانک دیے گئے ہیں۔ یہی لوگ دوز</w:t>
      </w:r>
    </w:p>
    <w:p>
      <w:r>
        <w:rPr>
          <w:b/>
        </w:rPr>
        <w:t xml:space="preserve">[08:34] </w:t>
      </w:r>
      <w:r>
        <w:t>kh wale hain, woh is mein hamesha rahenge.</w:t>
      </w:r>
    </w:p>
    <w:p>
      <w:pPr>
        <w:jc w:val="right"/>
      </w:pPr>
      <w:r>
        <w:t>خ والے ہیں، وہ اس میں ہمیشہ رہیں گے۔</w:t>
      </w:r>
    </w:p>
    <w:p>
      <w:r>
        <w:rPr>
          <w:b/>
        </w:rPr>
        <w:t xml:space="preserve">[08:38] </w:t>
      </w:r>
      <w:r>
        <w:t>aur jis din hum in sab ko jama karenge, phir hum shirk karne walon se kahenge</w:t>
      </w:r>
    </w:p>
    <w:p>
      <w:pPr>
        <w:jc w:val="right"/>
      </w:pPr>
      <w:r>
        <w:t>اور جس دن ہم ان سب کو جمع کریں گے، پھر ہم شرک کرنے والوں سے کہیں گے</w:t>
      </w:r>
    </w:p>
    <w:p>
      <w:r>
        <w:rPr>
          <w:b/>
        </w:rPr>
        <w:t xml:space="preserve">[08:42] </w:t>
      </w:r>
      <w:r>
        <w:t>ke thehro tum bhi aur tumhare banaye hue shirak bhi.</w:t>
      </w:r>
    </w:p>
    <w:p>
      <w:pPr>
        <w:jc w:val="right"/>
      </w:pPr>
      <w:r>
        <w:t>کہ ٹھہرو تم بھی اور تمہارے بنائے ہوئے شریک بھی۔</w:t>
      </w:r>
    </w:p>
    <w:p>
      <w:r>
        <w:rPr>
          <w:b/>
        </w:rPr>
        <w:t xml:space="preserve">[08:47] </w:t>
      </w:r>
      <w:r>
        <w:t>phir hum un ke darmiyan tafreeq kar denge, aur un ke sharik kahenge ke tum hamari</w:t>
      </w:r>
    </w:p>
    <w:p>
      <w:pPr>
        <w:jc w:val="right"/>
      </w:pPr>
      <w:r>
        <w:t>پھر ہم ان کے درمیان تفریق کر دیں گے، اور ان کے شریک کہیں گے کہ تم ہماری</w:t>
      </w:r>
    </w:p>
    <w:p>
      <w:r>
        <w:rPr>
          <w:b/>
        </w:rPr>
        <w:t xml:space="preserve">[08:51] </w:t>
      </w:r>
      <w:r>
        <w:t>ibadat to nahin karte the, Allah hamare darmiyan gawahi ke liye kafi hai.</w:t>
      </w:r>
    </w:p>
    <w:p>
      <w:pPr>
        <w:jc w:val="right"/>
      </w:pPr>
      <w:r>
        <w:t>عبادت تو نہیں کرتے تھے، اللہ ہمارے درمیان گواہی کے لیے کافی ہے۔</w:t>
      </w:r>
    </w:p>
    <w:p>
      <w:r>
        <w:rPr>
          <w:b/>
        </w:rPr>
        <w:t xml:space="preserve">[08:55] </w:t>
      </w:r>
      <w:r>
        <w:t>hum tumhari ibadat se bilkul be khabar the.</w:t>
      </w:r>
    </w:p>
    <w:p>
      <w:pPr>
        <w:jc w:val="right"/>
      </w:pPr>
      <w:r>
        <w:t>ہم تمہاری عبادت سے بالکل بے خبر تھے۔</w:t>
      </w:r>
    </w:p>
    <w:p>
      <w:r>
        <w:rPr>
          <w:b/>
        </w:rPr>
        <w:t xml:space="preserve">[09:00] </w:t>
      </w:r>
      <w:r>
        <w:t>is waqt har shaks</w:t>
      </w:r>
    </w:p>
    <w:p>
      <w:pPr>
        <w:jc w:val="right"/>
      </w:pPr>
      <w:r>
        <w:t>اس وقت ہر شخص</w:t>
      </w:r>
    </w:p>
    <w:p>
      <w:r>
        <w:rPr>
          <w:b/>
        </w:rPr>
        <w:t xml:space="preserve">[09:04] </w:t>
      </w:r>
      <w:r>
        <w:t>apne is amal se dochar hoga jo us ne kiya tha, aur log Allah apne malik haqeeqi ki taraf lotaaye jayen ge, aur jo jhoot unhon ne ghade the woh sab un se jaate rahen ge. kaho ke kaun tum ko aasman aur zameen se rozi deta hai, ya kaun hai jo kaan par aur aankhon par ikhtiyar rakhta hai, aur kaun be jaan mein se zinda dar ko aur zinda dar mein se be jaan ko nikalta hai,</w:t>
      </w:r>
    </w:p>
    <w:p>
      <w:pPr>
        <w:jc w:val="right"/>
      </w:pPr>
      <w:r>
        <w:t>اپنے اس عمل سے دوچار ہوگا جو اس نے کیا تھا، اور لوگ اللہ اپنے مالک حقیقی کی طرف لوٹائے جائیں گے، اور جو جھوٹ انہوں نے گھڑے تھے وہ سب ان سے جاتے رہیں گے۔ کہو کہ کون تم کو آسمان اور زمین سے روزی دیتا ہے، یا کون ہے جو کان پر اور آنکھوں پر اختیار رکھتا ہے، اور کون بے جان میں سے جاندار کو اور جاندار میں سے بے جان کو نکالتا ہے،</w:t>
      </w:r>
    </w:p>
    <w:p>
      <w:r>
        <w:rPr>
          <w:b/>
        </w:rPr>
        <w:t xml:space="preserve">[09:34] </w:t>
      </w:r>
      <w:r>
        <w:t>aur kaun mamlaat ka intezam kar raha hai? woh kahenge ke Allah.</w:t>
      </w:r>
    </w:p>
    <w:p>
      <w:pPr>
        <w:jc w:val="right"/>
      </w:pPr>
      <w:r>
        <w:t>اور کون معاملات کا انتظام کر رہا ہے؟ وہ کہیں گے کہ اللہ۔</w:t>
      </w:r>
    </w:p>
    <w:p>
      <w:r>
        <w:rPr>
          <w:b/>
        </w:rPr>
        <w:t xml:space="preserve">[09:40] </w:t>
      </w:r>
      <w:r>
        <w:t>kaho ke phir kya tum darte nahin? pas wohi Allah tumhara parwardigar haqeeqi hai.</w:t>
      </w:r>
    </w:p>
    <w:p>
      <w:pPr>
        <w:jc w:val="right"/>
      </w:pPr>
      <w:r>
        <w:t>کہو کہ پھر کیا تم ڈرتے نہیں؟ پس وہی اللہ تمہارا پروردگار حقیقی ہے۔</w:t>
      </w:r>
    </w:p>
    <w:p>
      <w:r>
        <w:rPr>
          <w:b/>
        </w:rPr>
        <w:t xml:space="preserve">[09:46] </w:t>
      </w:r>
      <w:r>
        <w:t>tawfeeq ke baad bhatakne ke siwa aur kya hai? tum kidhar phire jate ho? isi tarah tere rab</w:t>
      </w:r>
    </w:p>
    <w:p>
      <w:pPr>
        <w:jc w:val="right"/>
      </w:pPr>
      <w:r>
        <w:t>توفیق کے بعد بھٹکنے کے سوا اور کیا ہے؟ تم کدھر پھرے جاتے ہو؟ اسی طرح تیرے رب</w:t>
      </w:r>
    </w:p>
    <w:p>
      <w:r>
        <w:rPr>
          <w:b/>
        </w:rPr>
        <w:t xml:space="preserve">[09:52] </w:t>
      </w:r>
      <w:r>
        <w:t>ki baat sarkashi karne walon ke haq mein poori ho chuki hai ke woh iman na layenge.</w:t>
      </w:r>
    </w:p>
    <w:p>
      <w:pPr>
        <w:jc w:val="right"/>
      </w:pPr>
      <w:r>
        <w:t>کی بات سرکشی کرنے والوں کے حق میں پوری ہو چکی ہے کہ وہ ایمان نہ لائیں گے۔</w:t>
      </w:r>
    </w:p>
    <w:p>
      <w:r>
        <w:rPr>
          <w:b/>
        </w:rPr>
        <w:t xml:space="preserve">[09:58] </w:t>
      </w:r>
      <w:r>
        <w:t>kaho kya tumhare thehraaye hue</w:t>
      </w:r>
    </w:p>
    <w:p>
      <w:pPr>
        <w:jc w:val="right"/>
      </w:pPr>
      <w:r>
        <w:t>کہو کیا تمہارے ٹھہرائے ہوئے</w:t>
      </w:r>
    </w:p>
    <w:p>
      <w:r>
        <w:rPr>
          <w:b/>
        </w:rPr>
        <w:t xml:space="preserve">[10:04] </w:t>
      </w:r>
      <w:r>
        <w:t>sharikon mein koi hai jo pehli baar paida karta ho, phir woh dobara bhi paida kare? kaho Allah</w:t>
      </w:r>
    </w:p>
    <w:p>
      <w:pPr>
        <w:jc w:val="right"/>
      </w:pPr>
      <w:r>
        <w:t>شریکوں میں کوئی ہے جو پہلی بار پیدا کرتا ہو، پھر وہ دوبارہ بھی پیدا کرے؟ کہو اللہ</w:t>
      </w:r>
    </w:p>
    <w:p>
      <w:r>
        <w:rPr>
          <w:b/>
        </w:rPr>
        <w:t xml:space="preserve">[10:10] </w:t>
      </w:r>
      <w:r>
        <w:t>he pehli baar bhi paida karta hai, phir wahi dobara bhi paida karega.</w:t>
      </w:r>
    </w:p>
    <w:p>
      <w:pPr>
        <w:jc w:val="right"/>
      </w:pPr>
      <w:r>
        <w:t>ہی پہلی بار بھی پیدا کرتا ہے، پھر وہی دوبارہ بھی پیدا کرے گا۔</w:t>
      </w:r>
    </w:p>
    <w:p>
      <w:r>
        <w:rPr>
          <w:b/>
        </w:rPr>
        <w:t xml:space="preserve">[10:16] </w:t>
      </w:r>
      <w:r>
        <w:t>phir tum kahan bhatke jate ho? kaho kya tumhare shirka mein koi hai jo haq ki taraf rehnumai</w:t>
      </w:r>
    </w:p>
    <w:p>
      <w:pPr>
        <w:jc w:val="right"/>
      </w:pPr>
      <w:r>
        <w:t>پھر تم کہاں بھٹکے جاتے ہو؟ کہو کیا تمہارے شرکاء میں کوئی ہے جو حق کی طرف رہنمائی</w:t>
      </w:r>
    </w:p>
    <w:p>
      <w:r>
        <w:rPr>
          <w:b/>
        </w:rPr>
        <w:t xml:space="preserve">[10:22] </w:t>
      </w:r>
      <w:r>
        <w:t>karta ho? keh do ke Allah hi haq ki taraf rehnumai karta hai.</w:t>
      </w:r>
    </w:p>
    <w:p>
      <w:pPr>
        <w:jc w:val="right"/>
      </w:pPr>
      <w:r>
        <w:t>کرتا ہو؟ کہہ دو کہ اللہ ہی حق کی طرف رہنمائی کرتا ہے۔</w:t>
      </w:r>
    </w:p>
    <w:p>
      <w:r>
        <w:rPr>
          <w:b/>
        </w:rPr>
        <w:t xml:space="preserve">[10:28] </w:t>
      </w:r>
      <w:r>
        <w:t>phir jo haq ki taraf rehnumai karta hai, woh pairwi kiye jaane ka musta</w:t>
      </w:r>
    </w:p>
    <w:p>
      <w:pPr>
        <w:jc w:val="right"/>
      </w:pPr>
      <w:r>
        <w:t>پھر جو حق کی طرف رہنمائی کرتا ہے، وہ پیروی کیے جانے کا مست</w:t>
      </w:r>
    </w:p>
    <w:p>
      <w:r>
        <w:rPr>
          <w:b/>
        </w:rPr>
        <w:t xml:space="preserve">[10:34] </w:t>
      </w:r>
      <w:r>
        <w:t>haq hai ya woh jis ko khud hi rasta na milta ho, balkeh usay rasta bataya jaye? tum</w:t>
      </w:r>
    </w:p>
    <w:p>
      <w:pPr>
        <w:jc w:val="right"/>
      </w:pPr>
      <w:r>
        <w:t>حق ہے یا وہ جس کو خود ہی راستہ نہ ملتا ہو، بلکہ اسے راستہ بتایا جائے؟ تم</w:t>
      </w:r>
    </w:p>
    <w:p>
      <w:r>
        <w:rPr>
          <w:b/>
        </w:rPr>
        <w:t xml:space="preserve">[10:40] </w:t>
      </w:r>
      <w:r>
        <w:t>ko kya ho gaya hai? tum kaisa faisla karte ho? in mein se aksar sirf guman ki pairwi</w:t>
      </w:r>
    </w:p>
    <w:p>
      <w:pPr>
        <w:jc w:val="right"/>
      </w:pPr>
      <w:r>
        <w:t>کو کیا ہو گیا ہے؟ تم کیسا فیصلہ کرتے ہو؟ ان میں سے اکثر صرف گمان کی پیروی</w:t>
      </w:r>
    </w:p>
    <w:p>
      <w:r>
        <w:rPr>
          <w:b/>
        </w:rPr>
        <w:t xml:space="preserve">[10:45] </w:t>
      </w:r>
      <w:r>
        <w:t>kar rahe hain, aur guman haq baat mein kuch bhi kaam nahi deta.</w:t>
      </w:r>
    </w:p>
    <w:p>
      <w:pPr>
        <w:jc w:val="right"/>
      </w:pPr>
      <w:r>
        <w:t>کر رہے ہیں، اور گمان حق بات میں کچھ بھی کام نہیں دیتا۔</w:t>
      </w:r>
    </w:p>
    <w:p>
      <w:r>
        <w:rPr>
          <w:b/>
        </w:rPr>
        <w:t xml:space="preserve">[10:50] </w:t>
      </w:r>
      <w:r>
        <w:t>Allah ko khoob maloom hai jo kuch woh karte hain.</w:t>
      </w:r>
    </w:p>
    <w:p>
      <w:pPr>
        <w:jc w:val="right"/>
      </w:pPr>
      <w:r>
        <w:t>اللہ کو خوب معلوم ہے جو کچھ وہ کرتے ہیں۔</w:t>
      </w:r>
    </w:p>
    <w:p>
      <w:r>
        <w:rPr>
          <w:b/>
        </w:rPr>
        <w:t xml:space="preserve">[10:55] </w:t>
      </w:r>
      <w:r>
        <w:t>aur yeh Quran aisa nahi ke Allah ke siwa koi is ko bana le, balkeh yeh tasdeeq hai</w:t>
      </w:r>
    </w:p>
    <w:p>
      <w:pPr>
        <w:jc w:val="right"/>
      </w:pPr>
      <w:r>
        <w:t>اور یہ قرآن ایسا نہیں کہ اللہ کے سوا کوئی اس کو بنا لے، بلکہ یہ تصدیق ہے</w:t>
      </w:r>
    </w:p>
    <w:p>
      <w:r>
        <w:rPr>
          <w:b/>
        </w:rPr>
        <w:t xml:space="preserve">[11:00] </w:t>
      </w:r>
      <w:r>
        <w:t>un peshangoi ki</w:t>
      </w:r>
    </w:p>
    <w:p>
      <w:pPr>
        <w:jc w:val="right"/>
      </w:pPr>
      <w:r>
        <w:t>ان پیشنگوئیوں کی</w:t>
      </w:r>
    </w:p>
    <w:p>
      <w:r>
        <w:rPr>
          <w:b/>
        </w:rPr>
        <w:t xml:space="preserve">[11:05] </w:t>
      </w:r>
      <w:r>
        <w:t>jo is ke pehle se maujood hain.</w:t>
      </w:r>
    </w:p>
    <w:p>
      <w:pPr>
        <w:jc w:val="right"/>
      </w:pPr>
      <w:r>
        <w:t>جو اس کے پہلے سے موجود ہیں۔</w:t>
      </w:r>
    </w:p>
    <w:p>
      <w:r>
        <w:rPr>
          <w:b/>
        </w:rPr>
        <w:t xml:space="preserve">[11:10] </w:t>
      </w:r>
      <w:r>
        <w:t>aur kitab ki tafseel hai, is mein koi shakk nahi ke woh Rabbul Aalameen ki taraf se hai.</w:t>
      </w:r>
    </w:p>
    <w:p>
      <w:pPr>
        <w:jc w:val="right"/>
      </w:pPr>
      <w:r>
        <w:t>اور کتاب کی تفصیل ہے، اس میں کوئی شک نہیں کہ وہ خداوند عالم کی طرف سے ہے۔</w:t>
      </w:r>
    </w:p>
    <w:p>
      <w:r>
        <w:rPr>
          <w:b/>
        </w:rPr>
        <w:t xml:space="preserve">[11:15] </w:t>
      </w:r>
      <w:r>
        <w:t>kya log kehte hain ke is shakhs ne is ko ghadh liya hai? kaho ke tum is ki</w:t>
      </w:r>
    </w:p>
    <w:p>
      <w:pPr>
        <w:jc w:val="right"/>
      </w:pPr>
      <w:r>
        <w:t>کیا لوگ کہتے ہیں کہ اس شخص نے اس کو گھڑ لیا ہے؟ کہو کہ تم اس کی</w:t>
      </w:r>
    </w:p>
    <w:p>
      <w:r>
        <w:rPr>
          <w:b/>
        </w:rPr>
        <w:t xml:space="preserve">[11:20] </w:t>
      </w:r>
      <w:r>
        <w:t>manind koi soorah le aao, aur Allah ke siwa tum jin ko bula sako bula lo, agar tum sachay ho.</w:t>
      </w:r>
    </w:p>
    <w:p>
      <w:pPr>
        <w:jc w:val="right"/>
      </w:pPr>
      <w:r>
        <w:t>مانند کوئی سورہ لے آؤ، اور اللہ کے سوا تم جن کو بلا سکو بلا لو، اگر تم سچے ہو۔</w:t>
      </w:r>
    </w:p>
    <w:p>
      <w:r>
        <w:rPr>
          <w:b/>
        </w:rPr>
        <w:t xml:space="preserve">[11:25] </w:t>
      </w:r>
      <w:r>
        <w:t>balkeh yeh log is cheez ko jhutla rahe hain jo un ke ilm ke ahate mein nahi aayi,</w:t>
      </w:r>
    </w:p>
    <w:p>
      <w:pPr>
        <w:jc w:val="right"/>
      </w:pPr>
      <w:r>
        <w:t>بلکہ یہ لوگ اس چیز کو جھٹلا رہے ہیں جو ان کے علم کے احاطے میں نہیں آئی،</w:t>
      </w:r>
    </w:p>
    <w:p>
      <w:r>
        <w:rPr>
          <w:b/>
        </w:rPr>
        <w:t xml:space="preserve">[11:30] </w:t>
      </w:r>
      <w:r>
        <w:t>aur jis ki haqiqat</w:t>
      </w:r>
    </w:p>
    <w:p>
      <w:pPr>
        <w:jc w:val="right"/>
      </w:pPr>
      <w:r>
        <w:t>اور جس کی حقی</w:t>
      </w:r>
    </w:p>
    <w:p>
      <w:r>
        <w:rPr>
          <w:b/>
        </w:rPr>
        <w:t xml:space="preserve">[11:35] </w:t>
      </w:r>
      <w:r>
        <w:t>qat abhi un par khuli nahin. is tarah in logon ne bhi jhutlaya jo un se pehle guzar gaye hain. pas dekho ke zalimon ka anjam kya hua. aur in mein se woh bhi hain jo quran par iman le ayen ge, aur woh bhi hain jo is par iman nahin layen ge. aur tera rab mufsido ko khoob janta hai, aur agar woh tum ko jhutlate hain to keh do ke mera amal mere liye hai aur tumhara amal tumhare le</w:t>
      </w:r>
    </w:p>
    <w:p>
      <w:pPr>
        <w:jc w:val="right"/>
      </w:pPr>
      <w:r>
        <w:t>قت ابھی ان پر کھلی نہیں۔ اس طرح ان لوگوں نے بھی جھٹلایا جو ان سے پہلے گزرے ہیں۔ پس دیکھو کہ ظالموں کا انجام کیا ہوا۔ اور ان میں سے وہ بھی ہیں جو قرآن پر ایمان لے آئیں گے، اور وہ بھی ہیں جو اس پر ایمان نہیں لائیں گے۔ اور تیرا رب مفسدوں کو خوب جانتا ہے، اور اگر وہ تم کو جھٹلاتے ہیں تو کہہ دو کہ میرا عمل میرے لیے ہے اور تمہارا عمل تمہارے لی</w:t>
      </w:r>
    </w:p>
    <w:p>
      <w:r>
        <w:rPr>
          <w:b/>
        </w:rPr>
        <w:t xml:space="preserve">[12:05] </w:t>
      </w:r>
      <w:r>
        <w:t>hai.</w:t>
      </w:r>
    </w:p>
    <w:p>
      <w:pPr>
        <w:jc w:val="right"/>
      </w:pPr>
      <w:r>
        <w:t>ے۔</w:t>
      </w:r>
    </w:p>
    <w:p>
      <w:r>
        <w:rPr>
          <w:b/>
        </w:rPr>
        <w:t xml:space="preserve">[12:10] </w:t>
      </w:r>
      <w:r>
        <w:t>tum is se bari ho jo mein karta hoon, aur mein is se bari hoon jo tum kar rahe ho.</w:t>
      </w:r>
    </w:p>
    <w:p>
      <w:pPr>
        <w:jc w:val="right"/>
      </w:pPr>
      <w:r>
        <w:t>تم اس سے بری ہو جو میں کرتا ہوں، اور میں اس سے بری ہوں جو تم کر رہے ہو۔</w:t>
      </w:r>
    </w:p>
    <w:p>
      <w:r>
        <w:rPr>
          <w:b/>
        </w:rPr>
        <w:t xml:space="preserve">[12:15] </w:t>
      </w:r>
      <w:r>
        <w:t>aur un mein baaz aisay bhi hain jo tumhari taraf kaan lagate hain, to kya tum behron ko</w:t>
      </w:r>
    </w:p>
    <w:p>
      <w:pPr>
        <w:jc w:val="right"/>
      </w:pPr>
      <w:r>
        <w:t>اور ان میں بعض ایسے بھی ہیں جو تمہاری طرف کان لگاتے ہیں، تو کیا تم بہروں کو</w:t>
      </w:r>
    </w:p>
    <w:p>
      <w:r>
        <w:rPr>
          <w:b/>
        </w:rPr>
        <w:t xml:space="preserve">[12:20] </w:t>
      </w:r>
      <w:r>
        <w:t>sunao ge jabke woh samajh se kaam na le rahe hon? aur un mein se kuch aisay hain</w:t>
      </w:r>
    </w:p>
    <w:p>
      <w:pPr>
        <w:jc w:val="right"/>
      </w:pPr>
      <w:r>
        <w:t>سناؤ گے جبکہ وہ سمجھ سے کام نہ لے رہے ہوں؟ اور ان میں سے کچھ ایسے ہیں</w:t>
      </w:r>
    </w:p>
    <w:p>
      <w:r>
        <w:rPr>
          <w:b/>
        </w:rPr>
        <w:t xml:space="preserve">[12:25] </w:t>
      </w:r>
      <w:r>
        <w:t>jo tumhari taraf dekhte hain, to kya tum andhon ko rasta dikhao ge agarche woh dekh na rahe</w:t>
      </w:r>
    </w:p>
    <w:p>
      <w:pPr>
        <w:jc w:val="right"/>
      </w:pPr>
      <w:r>
        <w:t>جو تمہاری طرف دیکھتے ہیں، تو کیا تم اندھوں کو راستہ دکھاؤ گے اگرچہ وہ دیکھ نہ رہے</w:t>
      </w:r>
    </w:p>
    <w:p>
      <w:r>
        <w:rPr>
          <w:b/>
        </w:rPr>
        <w:t xml:space="preserve">[12:31] </w:t>
      </w:r>
      <w:r>
        <w:t>hon? Allah logon par kuch bhi zulm nahi karta,</w:t>
      </w:r>
    </w:p>
    <w:p>
      <w:pPr>
        <w:jc w:val="right"/>
      </w:pPr>
      <w:r>
        <w:t>ہوں؟ اللہ لوگوں پر کچھ بھی ظلم نہیں کرتا،</w:t>
      </w:r>
    </w:p>
    <w:p>
      <w:r>
        <w:rPr>
          <w:b/>
        </w:rPr>
        <w:t xml:space="preserve">[12:36] </w:t>
      </w:r>
      <w:r>
        <w:t>magar log khud hi apni janon par zulm karte hain.</w:t>
      </w:r>
    </w:p>
    <w:p>
      <w:pPr>
        <w:jc w:val="right"/>
      </w:pPr>
      <w:r>
        <w:t>مگر لوگ خود ہی اپنی جانوں پر ظلم کرتے ہیں۔</w:t>
      </w:r>
    </w:p>
    <w:p>
      <w:r>
        <w:rPr>
          <w:b/>
        </w:rPr>
        <w:t xml:space="preserve">[12:40] </w:t>
      </w:r>
      <w:r>
        <w:t>aur jis din Allah un ko jama karega, goya ke woh bas din ki ek ghari dunya</w:t>
      </w:r>
    </w:p>
    <w:p>
      <w:pPr>
        <w:jc w:val="right"/>
      </w:pPr>
      <w:r>
        <w:t>اور جس دن اللہ ان کو جمع کرے گا، گویا کہ وہ بس دن کی ایک گھڑی دنیا</w:t>
      </w:r>
    </w:p>
    <w:p>
      <w:r>
        <w:rPr>
          <w:b/>
        </w:rPr>
        <w:t xml:space="preserve">[12:44] </w:t>
      </w:r>
      <w:r>
        <w:t>mein thay, woh aik doosray ko pehchanen ge.</w:t>
      </w:r>
    </w:p>
    <w:p>
      <w:pPr>
        <w:jc w:val="right"/>
      </w:pPr>
      <w:r>
        <w:t>میں تھے، وہ ایک دوسرے کو پہچانیں گے۔</w:t>
      </w:r>
    </w:p>
    <w:p>
      <w:r>
        <w:rPr>
          <w:b/>
        </w:rPr>
        <w:t xml:space="preserve">[12:49] </w:t>
      </w:r>
      <w:r>
        <w:t>beshak sakht ghaate mein rahay woh log jinhon ne Allah se milne ko jhutlaya, aur woh raah</w:t>
      </w:r>
    </w:p>
    <w:p>
      <w:pPr>
        <w:jc w:val="right"/>
      </w:pPr>
      <w:r>
        <w:t>بے شک سخت گھاٹے میں رہے وہ لوگ جنہوں نے اللہ سے ملنے کو جھٹلایا، اور وہ راہ</w:t>
      </w:r>
    </w:p>
    <w:p>
      <w:r>
        <w:rPr>
          <w:b/>
        </w:rPr>
        <w:t xml:space="preserve">[12:53] </w:t>
      </w:r>
      <w:r>
        <w:t>raast par na aaye.</w:t>
      </w:r>
    </w:p>
    <w:p>
      <w:pPr>
        <w:jc w:val="right"/>
      </w:pPr>
      <w:r>
        <w:t>راست پر نہ آئے۔</w:t>
      </w:r>
    </w:p>
    <w:p>
      <w:r>
        <w:rPr>
          <w:b/>
        </w:rPr>
        <w:t xml:space="preserve">[12:57] </w:t>
      </w:r>
      <w:r>
        <w:t>hum tum ko is ka koi hissa dikha dein jis ka hum un se wada kar rahay hain,</w:t>
      </w:r>
    </w:p>
    <w:p>
      <w:pPr>
        <w:jc w:val="right"/>
      </w:pPr>
      <w:r>
        <w:t>ہم تم کو اس کا کوئی حصہ دکھا دیں جس کا ہم ان سے وعدہ کر رہے ہیں،</w:t>
      </w:r>
    </w:p>
    <w:p>
      <w:r>
        <w:rPr>
          <w:b/>
        </w:rPr>
        <w:t xml:space="preserve">[13:01] </w:t>
      </w:r>
      <w:r>
        <w:t>ya tumhein wafat de dein? behrhaal</w:t>
      </w:r>
    </w:p>
    <w:p>
      <w:pPr>
        <w:jc w:val="right"/>
      </w:pPr>
      <w:r>
        <w:t>یا تمہیں وفات دے دیں؟ بہرح</w:t>
      </w:r>
    </w:p>
    <w:p>
      <w:r>
        <w:rPr>
          <w:b/>
        </w:rPr>
        <w:t xml:space="preserve">[13:06] </w:t>
      </w:r>
      <w:r>
        <w:t>hal un ko hamari hi taraf lotna hai. phir Allah gawah hai is par jo kuch woh kar rahe hain, aur har ummat ke liye ek rasool hai. phir jab un ka rasool aa jata hai to un ke darmiyan insaaf ke sath faisla kar diya jata hai, aur un par koi zulm nahin hota. aur woh kehte hain ke yeh wada kab poora hoga? agar tum sachhe ho. keh do mein apne waste bhi bure aur bhale ka malik nahin,</w:t>
      </w:r>
    </w:p>
    <w:p>
      <w:pPr>
        <w:jc w:val="right"/>
      </w:pPr>
      <w:r>
        <w:t>ال ان کو ہماری ہی طرف لوٹنا ہے۔ پھر اللہ گواہ ہے اس پر جو کچھ وہ کر رہے ہیں، اور ہر امت کے لیے ایک رسول ہے۔ پھر جب ان کا رسول آ جاتا ہے تو ان کے درمیان انصاف کے ساتھ فیصلہ کر دیا جاتا ہے، اور ان پر کوئی ظلم نہیں ہوتا۔ اور وہ کہتے ہیں کہ یہ وعدہ کب پورا ہوگا؟ اگر تم سچے ہو۔ کہو میں اپنے واسطے بھی برے اور بھلے کا مالک نہیں،</w:t>
      </w:r>
    </w:p>
    <w:p>
      <w:r>
        <w:rPr>
          <w:b/>
        </w:rPr>
        <w:t xml:space="preserve">[13:36] </w:t>
      </w:r>
      <w:r>
        <w:t>magar jo Allah chahe.</w:t>
      </w:r>
    </w:p>
    <w:p>
      <w:pPr>
        <w:jc w:val="right"/>
      </w:pPr>
      <w:r>
        <w:t>مگر جو اللہ چاہے۔</w:t>
      </w:r>
    </w:p>
    <w:p>
      <w:r>
        <w:rPr>
          <w:b/>
        </w:rPr>
        <w:t xml:space="preserve">[13:41] </w:t>
      </w:r>
      <w:r>
        <w:t>har ummat ke liye ek waqt hai, jab un ka waqt aa jata hai to phir na woh</w:t>
      </w:r>
    </w:p>
    <w:p>
      <w:pPr>
        <w:jc w:val="right"/>
      </w:pPr>
      <w:r>
        <w:t>ہر امت کے لیے ایک وقت ہے، جب ان کا وقت آ جاتا ہے تو پھر نہ وہ</w:t>
      </w:r>
    </w:p>
    <w:p>
      <w:r>
        <w:rPr>
          <w:b/>
        </w:rPr>
        <w:t xml:space="preserve">[13:46] </w:t>
      </w:r>
      <w:r>
        <w:t>ek ghari peechay hotay aur na aagay.</w:t>
      </w:r>
    </w:p>
    <w:p>
      <w:pPr>
        <w:jc w:val="right"/>
      </w:pPr>
      <w:r>
        <w:t>ایک گھڑی پیچھے ہوتے اور نہ آگے۔</w:t>
      </w:r>
    </w:p>
    <w:p>
      <w:r>
        <w:rPr>
          <w:b/>
        </w:rPr>
        <w:t xml:space="preserve">[13:51] </w:t>
      </w:r>
      <w:r>
        <w:t>kaho ke batao agar Allah ka azaab tum par raat ko aa paray ya din ko aa jaye</w:t>
      </w:r>
    </w:p>
    <w:p>
      <w:pPr>
        <w:jc w:val="right"/>
      </w:pPr>
      <w:r>
        <w:t>کہو کہ بتاؤ اگر اللہ کا عذاب تم پر رات کو آ پڑے یا دن کو آ جائے</w:t>
      </w:r>
    </w:p>
    <w:p>
      <w:r>
        <w:rPr>
          <w:b/>
        </w:rPr>
        <w:t xml:space="preserve">[13:56] </w:t>
      </w:r>
      <w:r>
        <w:t>to mujrim log is se pehlay kya kar lein ge? phir kya jab azaab waqe ho chuka ga</w:t>
      </w:r>
    </w:p>
    <w:p>
      <w:pPr>
        <w:jc w:val="right"/>
      </w:pPr>
      <w:r>
        <w:t>تو مجرم لوگ اس سے پہلے کیا کر لیں گے؟ پھر کیا جب عذاب واقع ہو چکے گا</w:t>
      </w:r>
    </w:p>
    <w:p>
      <w:r>
        <w:rPr>
          <w:b/>
        </w:rPr>
        <w:t xml:space="preserve">[14:01] </w:t>
      </w:r>
      <w:r>
        <w:t>tab is par yaqeen karoge? ab qael hue, aur tum isi ka taqaza karte thay.</w:t>
      </w:r>
    </w:p>
    <w:p>
      <w:pPr>
        <w:jc w:val="right"/>
      </w:pPr>
      <w:r>
        <w:t>تب اس پر یقین کرو گے؟ اب قائل ہوئے، اور تم اسی کا تقاضا کرتے تھے۔</w:t>
      </w:r>
    </w:p>
    <w:p>
      <w:r>
        <w:rPr>
          <w:b/>
        </w:rPr>
        <w:t xml:space="preserve">[14:06] </w:t>
      </w:r>
      <w:r>
        <w:t>phir zalimon se kaha jaye ga ke ab hamesha ka azaab chakho.</w:t>
      </w:r>
    </w:p>
    <w:p>
      <w:pPr>
        <w:jc w:val="right"/>
      </w:pPr>
      <w:r>
        <w:t>پھر ظالموں سے کہا جائے گا کہ اب ہمیشہ کا عذاب چکھو۔</w:t>
      </w:r>
    </w:p>
    <w:p>
      <w:r>
        <w:rPr>
          <w:b/>
        </w:rPr>
        <w:t xml:space="preserve">[14:10] </w:t>
      </w:r>
      <w:r>
        <w:t>yeh isi ka badla mil raha hai jo kuch tum kamate thay.</w:t>
      </w:r>
    </w:p>
    <w:p>
      <w:pPr>
        <w:jc w:val="right"/>
      </w:pPr>
      <w:r>
        <w:t>یہ اسی کا بدلہ مل رہا ہے جو کچھ تم کماتے تھے۔</w:t>
      </w:r>
    </w:p>
    <w:p>
      <w:r>
        <w:rPr>
          <w:b/>
        </w:rPr>
        <w:t xml:space="preserve">[14:14] </w:t>
      </w:r>
      <w:r>
        <w:t>aur woh tum se poochte hain ke kya yeh baat sach hai? kaho ke haan mere Rab ki</w:t>
      </w:r>
    </w:p>
    <w:p>
      <w:pPr>
        <w:jc w:val="right"/>
      </w:pPr>
      <w:r>
        <w:t>اور وہ تم سے پوچھتے ہیں کہ کیا یہ بات سچ ہے؟ کہو کہ ہاں میرے رب کی</w:t>
      </w:r>
    </w:p>
    <w:p>
      <w:r>
        <w:rPr>
          <w:b/>
        </w:rPr>
        <w:t xml:space="preserve">[14:19] </w:t>
      </w:r>
      <w:r>
        <w:t>qasam yeh sach hai, aur tum us ko thaka na sakoge.</w:t>
      </w:r>
    </w:p>
    <w:p>
      <w:pPr>
        <w:jc w:val="right"/>
      </w:pPr>
      <w:r>
        <w:t>قسم یہ سچ ہے، اور تم اس کو تھکا نہ سکو گے۔</w:t>
      </w:r>
    </w:p>
    <w:p>
      <w:r>
        <w:rPr>
          <w:b/>
        </w:rPr>
        <w:t xml:space="preserve">[14:23] </w:t>
      </w:r>
      <w:r>
        <w:t>aur agar har zalim ke paas woh sab kuch ho jo zameen mein hai to woh us ko</w:t>
      </w:r>
    </w:p>
    <w:p>
      <w:pPr>
        <w:jc w:val="right"/>
      </w:pPr>
      <w:r>
        <w:t>اور اگر ہر ظالم کے پاس وہ سب کچھ ہو جو زمین میں ہے تو وہ اس کو</w:t>
      </w:r>
    </w:p>
    <w:p>
      <w:r>
        <w:rPr>
          <w:b/>
        </w:rPr>
        <w:t xml:space="preserve">[14:27] </w:t>
      </w:r>
      <w:r>
        <w:t>fidiye mein de dena chahe ga.</w:t>
      </w:r>
    </w:p>
    <w:p>
      <w:pPr>
        <w:jc w:val="right"/>
      </w:pPr>
      <w:r>
        <w:t>فدیے میں دے دینا چاہے گا۔</w:t>
      </w:r>
    </w:p>
    <w:p>
      <w:r>
        <w:rPr>
          <w:b/>
        </w:rPr>
        <w:t xml:space="preserve">[14:32] </w:t>
      </w:r>
      <w:r>
        <w:t>aur jab woh azaab</w:t>
      </w:r>
    </w:p>
    <w:p>
      <w:pPr>
        <w:jc w:val="right"/>
      </w:pPr>
      <w:r>
        <w:t>اور جب وہ عذ</w:t>
      </w:r>
    </w:p>
    <w:p>
      <w:r>
        <w:rPr>
          <w:b/>
        </w:rPr>
        <w:t xml:space="preserve">[14:36] </w:t>
      </w:r>
      <w:r>
        <w:t>ko dekhen ge to apne dil mein pachtayen ge, aur un ke darmiyan insaaf se faisla kar diya jaye ga, aur un par zulm na ho ga. yaad rakho jo kuch aasmanon aur zameen mein hai sab Allah ka hai. yaad rakho Allah ka wada sach hai, magar aksar log nahin jante. wohi zinda karta hai, aur wohi marta hai, aur usi ki taraf tum lotaye jaoge. aey logon!</w:t>
      </w:r>
    </w:p>
    <w:p>
      <w:pPr>
        <w:jc w:val="right"/>
      </w:pPr>
      <w:r>
        <w:t>اب کو دیکھیں گے تو اپنے دل میں پچھتائیں گے، اور ان کے درمیان انصاف سے فیصلہ کر دیا جائے گا، اور ان پر ظلم نہ ہوگا۔ یاد رکھو جو کچھ آسمانوں اور زمین میں ہے سب اللہ کا ہے۔ یاد رکھو اللہ کا وعدہ سچا ہے، مگر اکثر لوگ نہیں جانتے۔ وہی زندہ کرتا ہے، اور وہی مارتا ہے، اور اسی کی طرف تم لوٹائے جاؤ گے۔ اے لوگوں!</w:t>
      </w:r>
    </w:p>
    <w:p>
      <w:r>
        <w:rPr>
          <w:b/>
        </w:rPr>
        <w:t xml:space="preserve">[15:06] </w:t>
      </w:r>
      <w:r>
        <w:t>tumhare pas tumhare rab ki janib se naseehat aa gayi, aur is ke liye shifa jo seenon mein hoti hai, aur ehle iman ke liye hidayat aur rehmat. kaho ke yeh Allah ke fazl aur us ki rehmat se hai. ab chahiye ke log khush hon. yeh is se behtar hai jis ko woh jama kar rahe hain. kaho yeh batao ke Allah ne tumhare liye jo rizq utara tha phir tum ne is mein se kuch ko haram thehraya aur kuch ko</w:t>
      </w:r>
    </w:p>
    <w:p>
      <w:pPr>
        <w:jc w:val="right"/>
      </w:pPr>
      <w:r>
        <w:t>تمہارے پاس تمہارے رب کی جانب سے نصیحت آ گئی، اور اس کے لیے شفا جو سینوں میں ہوتی ہے، اور اہل ایمان کے لیے ہدایت اور رحمت۔ کہو کہ یہ اللہ کے فضل اور اس کی رحمت سے ہے۔ اب چاہیے کہ لوگ خوش ہوں۔ یہ اس سے بہتر ہے جس کو وہ جمع کر رہے ہیں۔ کہو یہ بتاؤ کہ اللہ نے تمہارے لیے جو رزق اتارا تھا پھر تم نے اس میں سے کچھ کو حرام ٹھہرایا اور کچھ کو</w:t>
      </w:r>
    </w:p>
    <w:p>
      <w:r>
        <w:rPr>
          <w:b/>
        </w:rPr>
        <w:t xml:space="preserve">[15:36] </w:t>
      </w:r>
      <w:r>
        <w:t>halal.</w:t>
      </w:r>
    </w:p>
    <w:p>
      <w:pPr>
        <w:jc w:val="right"/>
      </w:pPr>
      <w:r>
        <w:t>حلال۔</w:t>
      </w:r>
    </w:p>
    <w:p>
      <w:r>
        <w:rPr>
          <w:b/>
        </w:rPr>
        <w:t xml:space="preserve">[15:41] </w:t>
      </w:r>
      <w:r>
        <w:t>kaho kya Allah ne tum ko is ka hukum diya hai ya tum Allah par jhoot laga rahay</w:t>
      </w:r>
    </w:p>
    <w:p>
      <w:pPr>
        <w:jc w:val="right"/>
      </w:pPr>
      <w:r>
        <w:t>کہو کیا اللہ نے تم کو اس کا حکم دیا ہے یا تم اللہ پر جھوٹ لگا رہے</w:t>
      </w:r>
    </w:p>
    <w:p>
      <w:r>
        <w:rPr>
          <w:b/>
        </w:rPr>
        <w:t xml:space="preserve">[15:46] </w:t>
      </w:r>
      <w:r>
        <w:t>ho? aur qayamat ke din ke baray mein un logon ka kya khayal hai jo Allah par jhoot</w:t>
      </w:r>
    </w:p>
    <w:p>
      <w:pPr>
        <w:jc w:val="right"/>
      </w:pPr>
      <w:r>
        <w:t>ہو؟ اور قیامت کے دن کے بارے میں ان لوگوں کا کیا خیال ہے جو اللہ پر جھوٹ</w:t>
      </w:r>
    </w:p>
    <w:p>
      <w:r>
        <w:rPr>
          <w:b/>
        </w:rPr>
        <w:t xml:space="preserve">[15:51] </w:t>
      </w:r>
      <w:r>
        <w:t>laga rahay hain? beshak Allah logon par bara fazl farmanay wala hai, magar aksar log shukr ada nahi karte.</w:t>
      </w:r>
    </w:p>
    <w:p>
      <w:pPr>
        <w:jc w:val="right"/>
      </w:pPr>
      <w:r>
        <w:t>لگا رہے ہیں؟ بے شک اللہ لوگوں پر بڑا فضل فرمانے والا ہے، مگر اکثر لوگ شکر ادا نہیں کرتے۔</w:t>
      </w:r>
    </w:p>
    <w:p>
      <w:r>
        <w:rPr>
          <w:b/>
        </w:rPr>
        <w:t xml:space="preserve">[15:56] </w:t>
      </w:r>
      <w:r>
        <w:t>aur tum jis haal mein bhi ho, aur Quran mein se jo hissa bhi suna rahay ho, aur</w:t>
      </w:r>
    </w:p>
    <w:p>
      <w:pPr>
        <w:jc w:val="right"/>
      </w:pPr>
      <w:r>
        <w:t>اور تم جس حال میں بھی ہو، اور قرآن میں سے جو حصہ بھی سنا رہے ہو، اور</w:t>
      </w:r>
    </w:p>
    <w:p>
      <w:r>
        <w:rPr>
          <w:b/>
        </w:rPr>
        <w:t xml:space="preserve">[16:01] </w:t>
      </w:r>
      <w:r>
        <w:t>tum log jo kaam bhi karte ho,</w:t>
      </w:r>
    </w:p>
    <w:p>
      <w:pPr>
        <w:jc w:val="right"/>
      </w:pPr>
      <w:r>
        <w:t>تم لوگ جو کام بھی کرتے ہو،</w:t>
      </w:r>
    </w:p>
    <w:p>
      <w:r>
        <w:rPr>
          <w:b/>
        </w:rPr>
        <w:t xml:space="preserve">[16:06] </w:t>
      </w:r>
      <w:r>
        <w:t>hum tumhare oopar gawah rehte hain jis waqt tum is mein masroof hotay ho.</w:t>
      </w:r>
    </w:p>
    <w:p>
      <w:pPr>
        <w:jc w:val="right"/>
      </w:pPr>
      <w:r>
        <w:t>ہم تمہارے اوپر گواہ رہتے ہیں جس وقت تم اس میں مشغول ہوتے ہو۔</w:t>
      </w:r>
    </w:p>
    <w:p>
      <w:r>
        <w:rPr>
          <w:b/>
        </w:rPr>
        <w:t xml:space="preserve">[16:12] </w:t>
      </w:r>
      <w:r>
        <w:t>aur tere Rab se zara barabar bhi koi cheez ghayab nahi, na zameen mein aur na aasman mein,</w:t>
      </w:r>
    </w:p>
    <w:p>
      <w:pPr>
        <w:jc w:val="right"/>
      </w:pPr>
      <w:r>
        <w:t>اور تیرے رب سے ذرہ برابر بھی کوئی چیز غائب نہیں، نہ زمین میں اور نہ آسمان میں،</w:t>
      </w:r>
    </w:p>
    <w:p>
      <w:r>
        <w:rPr>
          <w:b/>
        </w:rPr>
        <w:t xml:space="preserve">[16:18] </w:t>
      </w:r>
      <w:r>
        <w:t>aur nah is se choti aur nah bari, magar woh ek wazeh kitab mein hai. Sun lo!</w:t>
      </w:r>
    </w:p>
    <w:p>
      <w:pPr>
        <w:jc w:val="right"/>
      </w:pPr>
      <w:r>
        <w:t>اور نہ اس سے چھوٹی اور نہ بڑی، مگر وہ ایک واضح کتاب میں ہے۔ سن لو!</w:t>
      </w:r>
    </w:p>
    <w:p>
      <w:r>
        <w:rPr>
          <w:b/>
        </w:rPr>
        <w:t xml:space="preserve">[16:24] </w:t>
      </w:r>
      <w:r>
        <w:t>Allah ke doston ke liye nah koi khauf hoga aur nah woh ghamgeen honge.</w:t>
      </w:r>
    </w:p>
    <w:p>
      <w:pPr>
        <w:jc w:val="right"/>
      </w:pPr>
      <w:r>
        <w:t>اللہ کے دوستوں کے لیے نہ کوئی خوف ہوگا اور نہ وہ غمگین ہوں گے۔</w:t>
      </w:r>
    </w:p>
    <w:p>
      <w:r>
        <w:rPr>
          <w:b/>
        </w:rPr>
        <w:t xml:space="preserve">[16:30] </w:t>
      </w:r>
      <w:r>
        <w:t>Yeh woh log hain jo imaan laye aur darte rahe.</w:t>
      </w:r>
    </w:p>
    <w:p>
      <w:pPr>
        <w:jc w:val="right"/>
      </w:pPr>
      <w:r>
        <w:t>یہ وہ لوگ ہیں جو ایمان لائے اور ڈرتے رہے۔</w:t>
      </w:r>
    </w:p>
    <w:p>
      <w:r>
        <w:rPr>
          <w:b/>
        </w:rPr>
        <w:t xml:space="preserve">[16:36] </w:t>
      </w:r>
      <w:r>
        <w:t>un ke liye khushkhabri hai dunya ki zindagi mein bhi aur akhirat mein bhi. Allah ki baton mein koi tabdeeli nahin. yahi bari kamyabi hai. aur tum ko un ki baat gham mein na dale. zor sab Allah hi ke liye hai, woh sunne wala, janne wala hai. suno! jo aasmanon mein hai aur jo zameen mein hai sab Allah hi ke hain, aur jo log Allah ke siwa sharikon ko pukarte</w:t>
      </w:r>
    </w:p>
    <w:p>
      <w:pPr>
        <w:jc w:val="right"/>
      </w:pPr>
      <w:r>
        <w:t>ان کے لیے خوشخبری ہے دنیا کی زندگی میں بھی اور آخرت میں بھی۔ اللہ کی باتوں میں کوئی تبدیلی نہیں۔ یہی بڑی کامیابی ہے۔ اور تم کو ان کی بات غم میں نہ ڈالے۔ زور سب اللہ ہی کے لیے ہے، وہ سننے والا، جاننے والا ہے۔ سنو! جو آسمانوں میں ہے اور جو زمین میں ہے سب اللہ ہی کے ہیں، اور جو لوگ اللہ کے سوا شریکوں کو پکارتے</w:t>
      </w:r>
    </w:p>
    <w:p>
      <w:r>
        <w:rPr>
          <w:b/>
        </w:rPr>
        <w:t xml:space="preserve">[17:06] </w:t>
      </w:r>
      <w:r>
        <w:t>hain woh kis cheez ki pairwi kar rahe hain? woh sirf guman ki pairwi kar rahe hain, aur woh mahaz atkal dora rahe hain. woh Allah hi hai jis ne tumhare liye raat banai ta ke tum sukoon hasil karo, aur din ko roshan banaya. beshak is mein nishaniyan hain un logon ke liye jo sunte hain. kehte hain ke Allah ne beta banaya hai. woh pak hai, be niaz hai. usi ka hai jo</w:t>
      </w:r>
    </w:p>
    <w:p>
      <w:pPr>
        <w:jc w:val="right"/>
      </w:pPr>
      <w:r>
        <w:t>ہیں وہ کس چیز کی پیروی کر رہے ہیں؟ وہ صرف گمان کی پیروی کر رہے ہیں، اور وہ محض اٹکل دوڑا رہے ہیں۔ وہ اللہ ہی ہے جس نے تمہارے لیے رات بنائی تاکہ تم سکون حاصل کرو، اور دن کو روشن بنایا۔ بے شک اس میں نشانیاں ہیں ان لوگوں کے لیے جو سنتے ہیں۔ کہتے ہیں کہ اللہ نے بیٹا بنایا ہے۔ وہ پاک ہے، بے نیاز ہے۔ اسی کا ہے جو</w:t>
      </w:r>
    </w:p>
    <w:p>
      <w:r>
        <w:rPr>
          <w:b/>
        </w:rPr>
        <w:t xml:space="preserve">[17:36] </w:t>
      </w:r>
      <w:r>
        <w:t>Kuch aasmanon mein hai aur jo kuch zameen mein hai.</w:t>
      </w:r>
    </w:p>
    <w:p>
      <w:pPr>
        <w:jc w:val="right"/>
      </w:pPr>
      <w:r>
        <w:t>کچھ آسمانوں میں ہے اور جو کچھ زمین میں ہے۔</w:t>
      </w:r>
    </w:p>
    <w:p>
      <w:r>
        <w:rPr>
          <w:b/>
        </w:rPr>
        <w:t xml:space="preserve">[17:42] </w:t>
      </w:r>
      <w:r>
        <w:t>Tumhare paas is ki koi daleel nahin.</w:t>
      </w:r>
    </w:p>
    <w:p>
      <w:pPr>
        <w:jc w:val="right"/>
      </w:pPr>
      <w:r>
        <w:t>تمہارے پاس اس کی کوئی دلیل نہیں۔</w:t>
      </w:r>
    </w:p>
    <w:p>
      <w:r>
        <w:rPr>
          <w:b/>
        </w:rPr>
        <w:t xml:space="preserve">[17:47] </w:t>
      </w:r>
      <w:r>
        <w:t>Kya tum Allah par aisi baat ghadhte ho jis ka tum ilm nahin rakhte? Kaho jo log Allah</w:t>
      </w:r>
    </w:p>
    <w:p>
      <w:pPr>
        <w:jc w:val="right"/>
      </w:pPr>
      <w:r>
        <w:t>کیا تم اللہ پر ایسی بات گھڑتے ہو جس کا تم علم نہیں رکھتے؟ کہو جو لوگ اللہ</w:t>
      </w:r>
    </w:p>
    <w:p>
      <w:r>
        <w:rPr>
          <w:b/>
        </w:rPr>
        <w:t xml:space="preserve">[17:52] </w:t>
      </w:r>
      <w:r>
        <w:t>par jhoot bandhte hain woh falaah nahin payenge.</w:t>
      </w:r>
    </w:p>
    <w:p>
      <w:pPr>
        <w:jc w:val="right"/>
      </w:pPr>
      <w:r>
        <w:t>پر جھوٹ باندھتے ہیں وہ فلاح نہیں پائیں گے۔</w:t>
      </w:r>
    </w:p>
    <w:p>
      <w:r>
        <w:rPr>
          <w:b/>
        </w:rPr>
        <w:t xml:space="preserve">[17:57] </w:t>
      </w:r>
      <w:r>
        <w:t>Un ke liye bas dunya mein thoda faida utha lena hai, phir hamari hi taraf un ka lotna hai.</w:t>
      </w:r>
    </w:p>
    <w:p>
      <w:pPr>
        <w:jc w:val="right"/>
      </w:pPr>
      <w:r>
        <w:t>ان کے لیے بس دنیا میں تھوڑا فائدہ اٹھا لینا ہے، پھر ہماری ہی طرف ان کا لوٹنا ہے۔</w:t>
      </w:r>
    </w:p>
    <w:p>
      <w:r>
        <w:rPr>
          <w:b/>
        </w:rPr>
        <w:t xml:space="preserve">[18:02] </w:t>
      </w:r>
      <w:r>
        <w:t>Phir un ko hum is inkar ke badle sakht azab ka maza chakhayenge.</w:t>
      </w:r>
    </w:p>
    <w:p>
      <w:pPr>
        <w:jc w:val="right"/>
      </w:pPr>
      <w:r>
        <w:t>پھر ان کو ہم اس انکار کے بدلے سخت عذاب کا مزہ چکھائیں گے۔</w:t>
      </w:r>
    </w:p>
    <w:p>
      <w:r>
        <w:rPr>
          <w:b/>
        </w:rPr>
        <w:t xml:space="preserve">[18:07] </w:t>
      </w:r>
      <w:r>
        <w:t>Aur un ko Nuh ka hal sunao jabke us ne apni qaum se kaha ke aey meri qaum!</w:t>
      </w:r>
    </w:p>
    <w:p>
      <w:pPr>
        <w:jc w:val="right"/>
      </w:pPr>
      <w:r>
        <w:t>اور ان کو نوح کا حال سناؤ جبکہ اس نے اپنی قوم سے کہا کہ اے میری قوم!</w:t>
      </w:r>
    </w:p>
    <w:p>
      <w:r>
        <w:rPr>
          <w:b/>
        </w:rPr>
        <w:t xml:space="preserve">[18:12] </w:t>
      </w:r>
      <w:r>
        <w:t>Agar mera khara hona aur Allah ki ayaton se naseehat karna tum par graan ho gaya hai to</w:t>
      </w:r>
    </w:p>
    <w:p>
      <w:pPr>
        <w:jc w:val="right"/>
      </w:pPr>
      <w:r>
        <w:t>اگر میرا کھڑا ہونا اور اللہ کی آیتوں سے نصیحت کرنا تم پر گراں ہو گیا ہے تو</w:t>
      </w:r>
    </w:p>
    <w:p>
      <w:r>
        <w:rPr>
          <w:b/>
        </w:rPr>
        <w:t xml:space="preserve">[18:17] </w:t>
      </w:r>
      <w:r>
        <w:t>main ne Allah par bharosa kiya.</w:t>
      </w:r>
    </w:p>
    <w:p>
      <w:pPr>
        <w:jc w:val="right"/>
      </w:pPr>
      <w:r>
        <w:t>میں نے اللہ پر بھروسہ کیا۔</w:t>
      </w:r>
    </w:p>
    <w:p>
      <w:r>
        <w:rPr>
          <w:b/>
        </w:rPr>
        <w:t xml:space="preserve">[18:22] </w:t>
      </w:r>
      <w:r>
        <w:t>Tum apna mutafqa faisla kar lo aur apne shareekon ko bhi sath le lo.</w:t>
      </w:r>
    </w:p>
    <w:p>
      <w:pPr>
        <w:jc w:val="right"/>
      </w:pPr>
      <w:r>
        <w:t>تم اپنا متفقہ فیصلہ کر لو اور اپنے شریکوں کو بھی ساتھ لے لو۔</w:t>
      </w:r>
    </w:p>
    <w:p>
      <w:r>
        <w:rPr>
          <w:b/>
        </w:rPr>
        <w:t xml:space="preserve">[18:27] </w:t>
      </w:r>
      <w:r>
        <w:t>Tum ko apne faisle mein koi shubah baqi na rahe.</w:t>
      </w:r>
    </w:p>
    <w:p>
      <w:pPr>
        <w:jc w:val="right"/>
      </w:pPr>
      <w:r>
        <w:t>تم کو اپنے فیصلے میں کوئی شبہ باقی نہ رہے۔</w:t>
      </w:r>
    </w:p>
    <w:p>
      <w:r>
        <w:rPr>
          <w:b/>
        </w:rPr>
        <w:t xml:space="preserve">[18:32] </w:t>
      </w:r>
      <w:r>
        <w:t>Phir tum log mere sath jo kuch karna chahte ho woh kar guzro, aur mujh ko</w:t>
      </w:r>
    </w:p>
    <w:p>
      <w:pPr>
        <w:jc w:val="right"/>
      </w:pPr>
      <w:r>
        <w:t>پھر تم لوگ میرے ساتھ جو کچھ کرنا چاہتے ہو وہ کر گزرو، اور مجھ کو</w:t>
      </w:r>
    </w:p>
    <w:p>
      <w:r>
        <w:rPr>
          <w:b/>
        </w:rPr>
        <w:t xml:space="preserve">[18:37] </w:t>
      </w:r>
      <w:r>
        <w:t>mohlatt na do.</w:t>
      </w:r>
    </w:p>
    <w:p>
      <w:pPr>
        <w:jc w:val="right"/>
      </w:pPr>
      <w:r>
        <w:t>مہلت نہ دو۔</w:t>
      </w:r>
    </w:p>
    <w:p>
      <w:r>
        <w:rPr>
          <w:b/>
        </w:rPr>
        <w:t xml:space="preserve">[18:42] </w:t>
      </w:r>
      <w:r>
        <w:t>Agar tum araz karoge to main ne tum se koi mazdoori nahin mangi hai.</w:t>
      </w:r>
    </w:p>
    <w:p>
      <w:pPr>
        <w:jc w:val="right"/>
      </w:pPr>
      <w:r>
        <w:t>اگر تم اعراض کرو گے تو میں نے تم سے کوئی مزدوری نہیں مانگی ہے۔</w:t>
      </w:r>
    </w:p>
    <w:p>
      <w:r>
        <w:rPr>
          <w:b/>
        </w:rPr>
        <w:t xml:space="preserve">[18:47] </w:t>
      </w:r>
      <w:r>
        <w:t>Meri mazdoori to Allah ke zimme hai, aur mujh ko hukum diya gaya hai ke main farmanbardaron mein se hoon.</w:t>
      </w:r>
    </w:p>
    <w:p>
      <w:pPr>
        <w:jc w:val="right"/>
      </w:pPr>
      <w:r>
        <w:t>میری مزدوری تو اللہ کے ذمے ہے، اور مجھ کو حکم دیا گیا ہے کہ میں فرمانبرداروں میں سے ہوں۔</w:t>
      </w:r>
    </w:p>
    <w:p>
      <w:r>
        <w:rPr>
          <w:b/>
        </w:rPr>
        <w:t xml:space="preserve">[18:52] </w:t>
      </w:r>
      <w:r>
        <w:t>Phir unhon ne is ko jhutla diya to hum ne Nuh ko aur jo log us ke sath</w:t>
      </w:r>
    </w:p>
    <w:p>
      <w:pPr>
        <w:jc w:val="right"/>
      </w:pPr>
      <w:r>
        <w:t>پھر انہوں نے اس کو جھٹلا دیا تو ہم نے نوح کو اور جو لوگ اس کے ساتھ</w:t>
      </w:r>
    </w:p>
    <w:p>
      <w:r>
        <w:rPr>
          <w:b/>
        </w:rPr>
        <w:t xml:space="preserve">[18:58] </w:t>
      </w:r>
      <w:r>
        <w:t>kashti mein the nijat di, aur un ko janasheen banaya, aur un logon ko gharaq kar diya jinhon</w:t>
      </w:r>
    </w:p>
    <w:p>
      <w:pPr>
        <w:jc w:val="right"/>
      </w:pPr>
      <w:r>
        <w:t>کشتی میں تھے نجات دی، اور ان کو جانشین بنایا، اور ان لوگوں کو غرق کر دیا جنہوں</w:t>
      </w:r>
    </w:p>
    <w:p>
      <w:r>
        <w:rPr>
          <w:b/>
        </w:rPr>
        <w:t xml:space="preserve">[19:03] </w:t>
      </w:r>
      <w:r>
        <w:t>ne hamari nishaniyon ko jhutlaya tha.</w:t>
      </w:r>
    </w:p>
    <w:p>
      <w:pPr>
        <w:jc w:val="right"/>
      </w:pPr>
      <w:r>
        <w:t>نے ہماری نشانیوں کو جھٹلایا تھا۔</w:t>
      </w:r>
    </w:p>
    <w:p>
      <w:r>
        <w:rPr>
          <w:b/>
        </w:rPr>
        <w:t xml:space="preserve">[19:08] </w:t>
      </w:r>
      <w:r>
        <w:t>Dekho kya anjam hua un ka jin ko daraya gaya tha.</w:t>
      </w:r>
    </w:p>
    <w:p>
      <w:pPr>
        <w:jc w:val="right"/>
      </w:pPr>
      <w:r>
        <w:t>دیکھو کیا انجام ہوا ان کا جن کو ڈرایا گیا تھا۔</w:t>
      </w:r>
    </w:p>
    <w:p>
      <w:r>
        <w:rPr>
          <w:b/>
        </w:rPr>
        <w:t xml:space="preserve">[19:14] </w:t>
      </w:r>
      <w:r>
        <w:t>Phir hum ne Nuh ke baad kitne rasool bheje, woh un ke paas khuli khuli daleelen le kar</w:t>
      </w:r>
    </w:p>
    <w:p>
      <w:pPr>
        <w:jc w:val="right"/>
      </w:pPr>
      <w:r>
        <w:t>پھر ہم نے نوح کے بعد کتنے رسول بھیجے، وہ ان کے پاس کھلی کھلی دلیلیں لے کر</w:t>
      </w:r>
    </w:p>
    <w:p>
      <w:r>
        <w:rPr>
          <w:b/>
        </w:rPr>
        <w:t xml:space="preserve">[19:20] </w:t>
      </w:r>
      <w:r>
        <w:t>aaye, magar woh is par imaan lane wale na bane jis ko pehle jhutla chuke the.</w:t>
      </w:r>
    </w:p>
    <w:p>
      <w:pPr>
        <w:jc w:val="right"/>
      </w:pPr>
      <w:r>
        <w:t>آئے، مگر وہ اس پر ایمان لانے والے نہ بنے جس کو پہلے جھٹلا چکے تھے۔</w:t>
      </w:r>
    </w:p>
    <w:p>
      <w:r>
        <w:rPr>
          <w:b/>
        </w:rPr>
        <w:t xml:space="preserve">[19:26] </w:t>
      </w:r>
      <w:r>
        <w:t>Isi tarah hum had se nikal jane walon ke dilon par mohar laga dete hain.</w:t>
      </w:r>
    </w:p>
    <w:p>
      <w:pPr>
        <w:jc w:val="right"/>
      </w:pPr>
      <w:r>
        <w:t>اسی طرح ہم حد سے نکل جانے والوں کے دلوں پر مہر لگا دیتے ہیں۔</w:t>
      </w:r>
    </w:p>
    <w:p>
      <w:r>
        <w:rPr>
          <w:b/>
        </w:rPr>
        <w:t xml:space="preserve">[19:32] </w:t>
      </w:r>
      <w:r>
        <w:t>phir hum ne un ke baad musa aur haroon ko firoun aur us ke sardaron ke paas apni</w:t>
      </w:r>
    </w:p>
    <w:p>
      <w:pPr>
        <w:jc w:val="right"/>
      </w:pPr>
      <w:r>
        <w:t>پھر ہم نے ان کے بعد موسیٰ اور ہارون کو فرعون اور اس کے سرداروں کے پاس اپنی</w:t>
      </w:r>
    </w:p>
    <w:p>
      <w:r>
        <w:rPr>
          <w:b/>
        </w:rPr>
        <w:t xml:space="preserve">[19:38] </w:t>
      </w:r>
      <w:r>
        <w:t>nishaniyan de kar bheja, magar unhon ne ghamand kiya aur woh mujrim log thay. Phir jab un ke paas hamari taraf se sachi baat pohnchi to unhon ne kaha yeh to khula hua jadu hai. Musa ne kaha ke kya tum haq ko jadu kehte ho jabke woh tumhare paas aa chuka hai? Kya yeh jadu hai halankeh jadu walay kabhi falah nahi paate? Unhon ne kah</w:t>
      </w:r>
    </w:p>
    <w:p>
      <w:pPr>
        <w:jc w:val="right"/>
      </w:pPr>
      <w:r>
        <w:t>نشانیاں دے کر بھیجا، مگر انہوں نے گھمنڈ کیا اور وہ مجرم لوگ تھے۔ پھر جب ان کے پاس ہماری طرف سے سچی بات پہنچی تو انہوں نے کہا یہ تو کھلا ہوا جادو ہے۔ موسیٰ نے کہا کہ کیا تم حق کو جادو کہتے ہو جبکہ وہ تمہارے پاس آ چکا ہے؟ کیا یہ جادو ہے حالانکہ جادو والے کبھی فلاح نہیں پاتے؟ انہوں نے کہ</w:t>
      </w:r>
    </w:p>
    <w:p>
      <w:r>
        <w:rPr>
          <w:b/>
        </w:rPr>
        <w:t xml:space="preserve">[20:08] </w:t>
      </w:r>
      <w:r>
        <w:t>a ke kya tum hamare paas is liye aaye ho ke hum ko is raaste se pher do</w:t>
      </w:r>
    </w:p>
    <w:p>
      <w:pPr>
        <w:jc w:val="right"/>
      </w:pPr>
      <w:r>
        <w:t>ا کہ کیا تم ہمارے پاس اس لیے آئے ہو کہ ہم کو اس راستے سے پھیر دو</w:t>
      </w:r>
    </w:p>
    <w:p>
      <w:r>
        <w:rPr>
          <w:b/>
        </w:rPr>
        <w:t xml:space="preserve">[20:14] </w:t>
      </w:r>
      <w:r>
        <w:t>jis par hum ne apne baap dada ko paya hai, aur is mulk mein tum dono ki badai</w:t>
      </w:r>
    </w:p>
    <w:p>
      <w:pPr>
        <w:jc w:val="right"/>
      </w:pPr>
      <w:r>
        <w:t>جس پر ہم نے اپنے باپ دادا کو پایا ہے، اور اس ملک میں تم دونوں کی بڑائی</w:t>
      </w:r>
    </w:p>
    <w:p>
      <w:r>
        <w:rPr>
          <w:b/>
        </w:rPr>
        <w:t xml:space="preserve">[20:20] </w:t>
      </w:r>
      <w:r>
        <w:t>qaim ho jaye, aur hum kabhi tum dono ki baat man'ne wale nahi hain? aur firoun ne kaha</w:t>
      </w:r>
    </w:p>
    <w:p>
      <w:pPr>
        <w:jc w:val="right"/>
      </w:pPr>
      <w:r>
        <w:t>قائم ہو جائے، اور ہم کبھی تم دونوں کی بات ماننے والے نہیں ہیں؟ اور فرعون نے کہا</w:t>
      </w:r>
    </w:p>
    <w:p>
      <w:r>
        <w:rPr>
          <w:b/>
        </w:rPr>
        <w:t xml:space="preserve">[20:26] </w:t>
      </w:r>
      <w:r>
        <w:t>ke tamam mahir jadoogaron ko mere paas le aao.</w:t>
      </w:r>
    </w:p>
    <w:p>
      <w:pPr>
        <w:jc w:val="right"/>
      </w:pPr>
      <w:r>
        <w:t>کہ تمام ماہر جادوگروں کو میرے پاس لے آؤ۔</w:t>
      </w:r>
    </w:p>
    <w:p>
      <w:r>
        <w:rPr>
          <w:b/>
        </w:rPr>
        <w:t xml:space="preserve">[20:32] </w:t>
      </w:r>
      <w:r>
        <w:t>jab jadoogar aaye to musa ne un se kaha ke jo kuch tumhein dalna hai dalo.</w:t>
      </w:r>
    </w:p>
    <w:p>
      <w:pPr>
        <w:jc w:val="right"/>
      </w:pPr>
      <w:r>
        <w:t>جب جادوگر آئے تو موسیٰ نے ان سے کہا کہ جو کچھ تمہیں ڈالنا ہے ڈالو۔</w:t>
      </w:r>
    </w:p>
    <w:p>
      <w:r>
        <w:rPr>
          <w:b/>
        </w:rPr>
        <w:t xml:space="preserve">[20:38] </w:t>
      </w:r>
      <w:r>
        <w:t>phir jab jadoogaron ne dala to musa ne kaha ke jo kuch tum laye ho woh jadu hai.</w:t>
      </w:r>
    </w:p>
    <w:p>
      <w:pPr>
        <w:jc w:val="right"/>
      </w:pPr>
      <w:r>
        <w:t>پھر جب جادوگروں نے ڈالا تو موسیٰ نے کہا کہ جو کچھ تم لائے ہو وہ جادو ہے۔</w:t>
      </w:r>
    </w:p>
    <w:p>
      <w:r>
        <w:rPr>
          <w:b/>
        </w:rPr>
        <w:t xml:space="preserve">[20:43] </w:t>
      </w:r>
      <w:r>
        <w:t>beshak allah is ko batil kar de ga.</w:t>
      </w:r>
    </w:p>
    <w:p>
      <w:pPr>
        <w:jc w:val="right"/>
      </w:pPr>
      <w:r>
        <w:t>بے شک اللہ اس کو باطل کر دے گا۔</w:t>
      </w:r>
    </w:p>
    <w:p>
      <w:r>
        <w:rPr>
          <w:b/>
        </w:rPr>
        <w:t xml:space="preserve">[20:48] </w:t>
      </w:r>
      <w:r>
        <w:t>allah yaqeenan mufsidon ke kaam ko sudharne nahi deta, aur allah apne hukum se haq ko haq kar</w:t>
      </w:r>
    </w:p>
    <w:p>
      <w:pPr>
        <w:jc w:val="right"/>
      </w:pPr>
      <w:r>
        <w:t>اللہ یقیناً مفسدوں کے کام کو سدھرنے نہیں دیتا، اور اللہ اپنے حکم سے حق کو حق کر</w:t>
      </w:r>
    </w:p>
    <w:p>
      <w:r>
        <w:rPr>
          <w:b/>
        </w:rPr>
        <w:t xml:space="preserve">[20:53] </w:t>
      </w:r>
      <w:r>
        <w:t>dikhata hai, khwah mujrimon ko woh kitna hi nagawar ho.</w:t>
      </w:r>
    </w:p>
    <w:p>
      <w:pPr>
        <w:jc w:val="right"/>
      </w:pPr>
      <w:r>
        <w:t>دکھاتا ہے، خواہ مجرموں کو وہ کتنا ہی ناگوار ہو۔</w:t>
      </w:r>
    </w:p>
    <w:p>
      <w:r>
        <w:rPr>
          <w:b/>
        </w:rPr>
        <w:t xml:space="preserve">[20:58] </w:t>
      </w:r>
      <w:r>
        <w:t>phir musa ko us ki qom mein se chand naujawanon ke siwa kisi ne na mana, firoun ke</w:t>
      </w:r>
    </w:p>
    <w:p>
      <w:pPr>
        <w:jc w:val="right"/>
      </w:pPr>
      <w:r>
        <w:t>پھر موسیٰ کو اس کی قوم میں سے چند نوجوانوں کے سوا کسی نے نہ مانا، فرعون کے</w:t>
      </w:r>
    </w:p>
    <w:p>
      <w:r>
        <w:rPr>
          <w:b/>
        </w:rPr>
        <w:t xml:space="preserve">[21:03] </w:t>
      </w:r>
      <w:r>
        <w:t>dar se aur khud</w:t>
      </w:r>
    </w:p>
    <w:p>
      <w:pPr>
        <w:jc w:val="right"/>
      </w:pPr>
      <w:r>
        <w:t>ڈر سے اور خود</w:t>
      </w:r>
    </w:p>
    <w:p>
      <w:r>
        <w:rPr>
          <w:b/>
        </w:rPr>
        <w:t xml:space="preserve">[21:08] </w:t>
      </w:r>
      <w:r>
        <w:t>apni qom ke baray logon ke dar se ke kahin woh in ko kisi fitnay mein na daal de. Beshak Firon zameen mein ghalba rakhta tha, aur woh in logon mein se tha jo had se guzar jatay hain. Aur Musa ne kaha ae meri qom! Agar tum Allah par iman rakhte ho to isi par bharosa karo, agar tum waqai farmanbardar ho. Unhon ne kaha hum ne Allah par bharosa kiya. Ae hamare rab</w:t>
      </w:r>
    </w:p>
    <w:p>
      <w:pPr>
        <w:jc w:val="right"/>
      </w:pPr>
      <w:r>
        <w:t>اپنی قوم کے بڑے لوگوں کے ڈر سے کہ کہیں وہ ان کو کسی فتنے میں نہ ڈال دے۔ بے شک فرعون زمین میں غلبہ رکھتا تھا، اور وہ ان لوگوں میں سے تھا جو حد سے گزر جاتے ہیں۔ اور موسیٰ نے کہا اے میری قوم! اگر تم اللہ پر ایمان رکھتے ہو تو اسی پر بھروسہ کرو، اگر تم واقعی فرمانبردار ہو۔ انہوں نے کہا ہم نے اللہ پر بھروسہ کیا۔ اے ہمارے رب</w:t>
      </w:r>
    </w:p>
    <w:p>
      <w:r>
        <w:rPr>
          <w:b/>
        </w:rPr>
        <w:t xml:space="preserve">[21:38] </w:t>
      </w:r>
      <w:r>
        <w:t>—</w:t>
      </w:r>
    </w:p>
    <w:p>
      <w:pPr>
        <w:jc w:val="right"/>
      </w:pPr>
      <w:r>
        <w:t>!</w:t>
      </w:r>
    </w:p>
    <w:p>
      <w:r>
        <w:rPr>
          <w:b/>
        </w:rPr>
        <w:t xml:space="preserve">[21:43] </w:t>
      </w:r>
      <w:r>
        <w:t>humein zalim logon ke liye fitna na bana, aur apni rehmat se hum ko munkir logon se nijat de.</w:t>
      </w:r>
    </w:p>
    <w:p>
      <w:pPr>
        <w:jc w:val="right"/>
      </w:pPr>
      <w:r>
        <w:t>ہمیں ظالم لوگوں کے لیے فتنہ نہ بنا، اور اپنی رحمت سے ہم کو منکر لوگوں سے نجات دے۔</w:t>
      </w:r>
    </w:p>
    <w:p>
      <w:r>
        <w:rPr>
          <w:b/>
        </w:rPr>
        <w:t xml:space="preserve">[21:47] </w:t>
      </w:r>
      <w:r>
        <w:t>aur hum ne musa aur us ke bhai ki taraf wahi ki ke apni qom ke liye misr</w:t>
      </w:r>
    </w:p>
    <w:p>
      <w:pPr>
        <w:jc w:val="right"/>
      </w:pPr>
      <w:r>
        <w:t>اور ہم نے موسیٰ اور اس کے بھائی کی طرف وحی کی کہ اپنی قوم کے لیے مصر</w:t>
      </w:r>
    </w:p>
    <w:p>
      <w:r>
        <w:rPr>
          <w:b/>
        </w:rPr>
        <w:t xml:space="preserve">[21:51] </w:t>
      </w:r>
      <w:r>
        <w:t>mein kuch ghar muqarrar kar lo, aur apne un gharon ko qibla banao, aur namaz qaim karo, aur</w:t>
      </w:r>
    </w:p>
    <w:p>
      <w:pPr>
        <w:jc w:val="right"/>
      </w:pPr>
      <w:r>
        <w:t>میں کچھ گھر مقرر کر لو، اور اپنے ان گھروں کو قبلہ بناؤ، اور نماز قائم کرو، اور</w:t>
      </w:r>
    </w:p>
    <w:p>
      <w:r>
        <w:rPr>
          <w:b/>
        </w:rPr>
        <w:t xml:space="preserve">[21:56] </w:t>
      </w:r>
      <w:r>
        <w:t>ahl-e-iman ko khushkhabri de do.</w:t>
      </w:r>
    </w:p>
    <w:p>
      <w:pPr>
        <w:jc w:val="right"/>
      </w:pPr>
      <w:r>
        <w:t>اہل ایمان کو خوشخبری دے دو۔</w:t>
      </w:r>
    </w:p>
    <w:p>
      <w:r>
        <w:rPr>
          <w:b/>
        </w:rPr>
        <w:t xml:space="preserve">[22:00] </w:t>
      </w:r>
      <w:r>
        <w:t>aur musa ne kaha ae hamare rab!</w:t>
      </w:r>
    </w:p>
    <w:p>
      <w:pPr>
        <w:jc w:val="right"/>
      </w:pPr>
      <w:r>
        <w:t>اور موسیٰ نے کہا اے ہمارے رب!</w:t>
      </w:r>
    </w:p>
    <w:p>
      <w:r>
        <w:rPr>
          <w:b/>
        </w:rPr>
        <w:t xml:space="preserve">[22:04] </w:t>
      </w:r>
      <w:r>
        <w:t>tune firoun ko aur us ke sardaron ko dunya ki zindagi</w:t>
      </w:r>
    </w:p>
    <w:p>
      <w:pPr>
        <w:jc w:val="right"/>
      </w:pPr>
      <w:r>
        <w:t>تو نے فرعون کو اور اس کے سرداروں کو دنیا کی زندگی</w:t>
      </w:r>
    </w:p>
    <w:p>
      <w:r>
        <w:rPr>
          <w:b/>
        </w:rPr>
        <w:t xml:space="preserve">[22:09] </w:t>
      </w:r>
      <w:r>
        <w:t>mein ronak aur maal diya hai.</w:t>
      </w:r>
    </w:p>
    <w:p>
      <w:pPr>
        <w:jc w:val="right"/>
      </w:pPr>
      <w:r>
        <w:t>میں رونق اور مال دیا ہے۔</w:t>
      </w:r>
    </w:p>
    <w:p>
      <w:r>
        <w:rPr>
          <w:b/>
        </w:rPr>
        <w:t xml:space="preserve">[22:12] </w:t>
      </w:r>
      <w:r>
        <w:t>ae hamare rab!</w:t>
      </w:r>
    </w:p>
    <w:p>
      <w:pPr>
        <w:jc w:val="right"/>
      </w:pPr>
      <w:r>
        <w:t>اے ہمارے رب!</w:t>
      </w:r>
    </w:p>
    <w:p>
      <w:r>
        <w:rPr>
          <w:b/>
        </w:rPr>
        <w:t xml:space="preserve">[22:16] </w:t>
      </w:r>
      <w:r>
        <w:t>is liye ke woh teri rah se logon ko bhatkayein.</w:t>
      </w:r>
    </w:p>
    <w:p>
      <w:pPr>
        <w:jc w:val="right"/>
      </w:pPr>
      <w:r>
        <w:t>اس لیے کہ وہ تیری راہ سے لوگوں کو بھٹکائیں۔</w:t>
      </w:r>
    </w:p>
    <w:p>
      <w:r>
        <w:rPr>
          <w:b/>
        </w:rPr>
        <w:t xml:space="preserve">[22:20] </w:t>
      </w:r>
      <w:r>
        <w:t>ae hamare rab!</w:t>
      </w:r>
    </w:p>
    <w:p>
      <w:pPr>
        <w:jc w:val="right"/>
      </w:pPr>
      <w:r>
        <w:t>اے ہمارے رب!</w:t>
      </w:r>
    </w:p>
    <w:p>
      <w:r>
        <w:rPr>
          <w:b/>
        </w:rPr>
        <w:t xml:space="preserve">[22:24] </w:t>
      </w:r>
      <w:r>
        <w:t>un ke maal ko gharaat kar de, aur un ke dilon ko sakht kar de ke woh iman</w:t>
      </w:r>
    </w:p>
    <w:p>
      <w:pPr>
        <w:jc w:val="right"/>
      </w:pPr>
      <w:r>
        <w:t>ان کے مال کو غارت کر دے، اور ان کے دلوں کو سخت کر دے کہ وہ ایمان</w:t>
      </w:r>
    </w:p>
    <w:p>
      <w:r>
        <w:rPr>
          <w:b/>
        </w:rPr>
        <w:t xml:space="preserve">[22:28] </w:t>
      </w:r>
      <w:r>
        <w:t>na layein, yahan tak ke dardnak azab ko dekh lein.</w:t>
      </w:r>
    </w:p>
    <w:p>
      <w:pPr>
        <w:jc w:val="right"/>
      </w:pPr>
      <w:r>
        <w:t>نہ لائیں، یہاں تک کہ دردناک عذاب کو دیکھ لیں۔</w:t>
      </w:r>
    </w:p>
    <w:p>
      <w:r>
        <w:rPr>
          <w:b/>
        </w:rPr>
        <w:t xml:space="preserve">[22:31] </w:t>
      </w:r>
      <w:r>
        <w:t>farmaya tum dono ki dua qabool ki gayi.</w:t>
      </w:r>
    </w:p>
    <w:p>
      <w:pPr>
        <w:jc w:val="right"/>
      </w:pPr>
      <w:r>
        <w:t>فرمایا تم دونوں کی دعا قبول کی گئی۔</w:t>
      </w:r>
    </w:p>
    <w:p>
      <w:r>
        <w:rPr>
          <w:b/>
        </w:rPr>
        <w:t xml:space="preserve">[22:35] </w:t>
      </w:r>
      <w:r>
        <w:t>ab tum dono jame raho, aur in logon ki raah ki pairwi na karo jo ilm nahi rakhte. aur</w:t>
      </w:r>
    </w:p>
    <w:p>
      <w:pPr>
        <w:jc w:val="right"/>
      </w:pPr>
      <w:r>
        <w:t>اب تم دونوں جمے رہو، اور ان لوگوں کی راہ کی پیروی نہ کرو جو علم نہیں رکھتے۔ اور</w:t>
      </w:r>
    </w:p>
    <w:p>
      <w:r>
        <w:rPr>
          <w:b/>
        </w:rPr>
        <w:t xml:space="preserve">[22:39] </w:t>
      </w:r>
      <w:r>
        <w:t>hum ne bani israil ko samandar paar kara diya to firoun aur us ke lashkar ne un ka</w:t>
      </w:r>
    </w:p>
    <w:p>
      <w:pPr>
        <w:jc w:val="right"/>
      </w:pPr>
      <w:r>
        <w:t>ہم نے بنی اسرائیل کو سمندر پار کرا دیا تو فرعون اور اس کے لشکر نے ان کا</w:t>
      </w:r>
    </w:p>
    <w:p>
      <w:r>
        <w:rPr>
          <w:b/>
        </w:rPr>
        <w:t xml:space="preserve">[22:45] </w:t>
      </w:r>
      <w:r>
        <w:t>peecha kiya, sarkashi aur ziyadati ki gharz se, yahan tak ke jab firoun doobne laga to us ne</w:t>
      </w:r>
    </w:p>
    <w:p>
      <w:pPr>
        <w:jc w:val="right"/>
      </w:pPr>
      <w:r>
        <w:t>پیچھا کیا، سرکشی اور زیادتی کی غرض سے، یہاں تک کہ جب فرعون ڈوبنے لگا تو اس نے</w:t>
      </w:r>
    </w:p>
    <w:p>
      <w:r>
        <w:rPr>
          <w:b/>
        </w:rPr>
        <w:t xml:space="preserve">[22:51] </w:t>
      </w:r>
      <w:r>
        <w:t>kaha ke main iman laya ke koi mabood nahi, magar woh jis par bani israil iman laye, aur</w:t>
      </w:r>
    </w:p>
    <w:p>
      <w:pPr>
        <w:jc w:val="right"/>
      </w:pPr>
      <w:r>
        <w:t>کہا کہ میں ایمان لایا کہ کوئی معبود نہیں، مگر وہ جس پر بنی اسرائیل ایمان لائے، اور</w:t>
      </w:r>
    </w:p>
    <w:p>
      <w:r>
        <w:rPr>
          <w:b/>
        </w:rPr>
        <w:t xml:space="preserve">[22:57] </w:t>
      </w:r>
      <w:r>
        <w:t>main us ke farmanbardaron mein hoon.</w:t>
      </w:r>
    </w:p>
    <w:p>
      <w:pPr>
        <w:jc w:val="right"/>
      </w:pPr>
      <w:r>
        <w:t>میں اس کے فرمانبرداروں میں ہوں۔</w:t>
      </w:r>
    </w:p>
    <w:p>
      <w:r>
        <w:rPr>
          <w:b/>
        </w:rPr>
        <w:t xml:space="preserve">[23:03] </w:t>
      </w:r>
      <w:r>
        <w:t>kya ab aur is se pehle tu nafarmani karta raha, aur tu fasad barpa karne walon mein se tha?</w:t>
      </w:r>
    </w:p>
    <w:p>
      <w:pPr>
        <w:jc w:val="right"/>
      </w:pPr>
      <w:r>
        <w:t>کیا اب اور اس سے پہلے تو نافرمانی کرتا رہا، اور تو فساد برپا کرنے والوں میں سے تھا؟</w:t>
      </w:r>
    </w:p>
    <w:p>
      <w:r>
        <w:rPr>
          <w:b/>
        </w:rPr>
        <w:t xml:space="preserve">[23:09] </w:t>
      </w:r>
      <w:r>
        <w:t>pas aaj hum tere badan ko bachayenge taake tu apne baad walon ke liye nishani bane, aur</w:t>
      </w:r>
    </w:p>
    <w:p>
      <w:pPr>
        <w:jc w:val="right"/>
      </w:pPr>
      <w:r>
        <w:t>پس آج ہم تیرے بدن کو بچائیں گے تاکہ تو اپنے بعد والوں کے لیے نشانی بنے، اور</w:t>
      </w:r>
    </w:p>
    <w:p>
      <w:r>
        <w:rPr>
          <w:b/>
        </w:rPr>
        <w:t xml:space="preserve">[23:15] </w:t>
      </w:r>
      <w:r>
        <w:t>beshak bohat se log hamari nishaniyon se ghafil rehte hain.</w:t>
      </w:r>
    </w:p>
    <w:p>
      <w:pPr>
        <w:jc w:val="right"/>
      </w:pPr>
      <w:r>
        <w:t>بے شک بہت سے لوگ ہماری نشانیوں سے غافل رہتے ہیں۔</w:t>
      </w:r>
    </w:p>
    <w:p>
      <w:r>
        <w:rPr>
          <w:b/>
        </w:rPr>
        <w:t xml:space="preserve">[23:21] </w:t>
      </w:r>
      <w:r>
        <w:t>aur hum ne bani israil ko acha thikana diya, aur un ko suthri cheezein khane ke liye dein.</w:t>
      </w:r>
    </w:p>
    <w:p>
      <w:pPr>
        <w:jc w:val="right"/>
      </w:pPr>
      <w:r>
        <w:t>اور ہم نے بنی اسرائیل کو اچھا ٹھکانہ دیا، اور ان کو ستھری چیزیں کھانے کے لیے دیں۔</w:t>
      </w:r>
    </w:p>
    <w:p>
      <w:r>
        <w:rPr>
          <w:b/>
        </w:rPr>
        <w:t xml:space="preserve">[23:27] </w:t>
      </w:r>
      <w:r>
        <w:t>phir unhon ne ikhtilaf nahi kiya, magar us waqt jab ke ilm un ke paas aa chuka tha.</w:t>
      </w:r>
    </w:p>
    <w:p>
      <w:pPr>
        <w:jc w:val="right"/>
      </w:pPr>
      <w:r>
        <w:t>پھر انہوں نے اختلاف نہیں کیا، مگر اس وقت جب کہ علم ان کے پاس آ چکا تھا۔</w:t>
      </w:r>
    </w:p>
    <w:p>
      <w:r>
        <w:rPr>
          <w:b/>
        </w:rPr>
        <w:t xml:space="preserve">[23:33] </w:t>
      </w:r>
      <w:r>
        <w:t>yakeenan tera rab qayamat ke din un ke darmiyan is cheez ka faisla</w:t>
      </w:r>
    </w:p>
    <w:p>
      <w:pPr>
        <w:jc w:val="right"/>
      </w:pPr>
      <w:r>
        <w:t>یقیناً تیرا رب قیامت کے دن ان کے درمیان اس چیز کا فیصلہ</w:t>
      </w:r>
    </w:p>
    <w:p>
      <w:r>
        <w:rPr>
          <w:b/>
        </w:rPr>
        <w:t xml:space="preserve">[23:39] </w:t>
      </w:r>
      <w:r>
        <w:t>kar de ga jis mein woh ikhtilaf karte thay. Pas agar tum ko is cheez ke bare mein shakk hai jo hum ne tumhari taraf utari hai to un logon se poocho jo tum se pehle se kitab parh rahe hain. Beshak yeh tum par haq aya hai, tumhare rab ki taraf se. Pas tum shakk karne walon mein se na bano, aur tum un logon mein shamil na ho jinhon ne Allah ki ayaton ko jhutlaya hai, warna tum naq</w:t>
      </w:r>
    </w:p>
    <w:p>
      <w:pPr>
        <w:jc w:val="right"/>
      </w:pPr>
      <w:r>
        <w:t>کر دے گا جس میں وہ اختلاف کرتے رہے۔ پس اگر تم کو اس چیز کے بارے میں شک ہے جو ہم نے تمہاری طرف اتاری ہے تو ان لوگوں سے پوچھ لو جو تم سے پہلے سے کتاب پڑھ رہے ہیں۔ بے شک یہ تم پر حق آیا ہے، تمہارے رب کی طرف سے۔ پس تم شک کرنے والوں میں سے نہ بنو، اور تم ان لوگوں میں شامل نہ ہو جنہوں نے اللہ کی آیتوں کو جھٹلایا ہے، ورنہ تم نق</w:t>
      </w:r>
    </w:p>
    <w:p>
      <w:r>
        <w:rPr>
          <w:b/>
        </w:rPr>
        <w:t xml:space="preserve">[24:09] </w:t>
      </w:r>
      <w:r>
        <w:t>san uthane walon mein se ho ge. Beshak jin logon par tere rab ki baat poori ho chuki hai woh iman nahi layen ge, khwah un ke paas sari nishaniyan aa jayen jab tak ke woh dardnak azab ko samne aata na dekh lein. Pas kyun na hua ke koi basti iman lati ke uska iman us ko nafa deta, Yunus ki qom ke siwa, jabke woh iman laye to hum ne un se dunya ki zindagi</w:t>
      </w:r>
    </w:p>
    <w:p>
      <w:pPr>
        <w:jc w:val="right"/>
      </w:pPr>
      <w:r>
        <w:t>صان اٹھانے والوں میں سے ہو گے۔ بے شک جن لوگوں پر تیرے رب کی بات پوری ہو چکی ہے وہ ایمان نہیں لائیں گے، خواہ ان کے پاس ساری نشانیاں آ جائیں جب تک کہ وہ دردناک عذاب کو سامنے آتا نہ دیکھ لیں۔ پس کیوں نہ ہوا کہ کوئی بستی ایمان لاتی کہ اس کا ایمان اس کو نفع دیتا، یونس کی قوم کے سوا، جبکہ وہ ایمان لائے تو ہم نے ان سے دنیا کی زندگی</w:t>
      </w:r>
    </w:p>
    <w:p>
      <w:r>
        <w:rPr>
          <w:b/>
        </w:rPr>
        <w:t xml:space="preserve">[24:39] </w:t>
      </w:r>
      <w:r>
        <w:t>mein ruswai ka azab daal diya, aur un ko aik muddat tak bahra mand hone ka moqa diya. Aur agar tera rab chahta to zameen par jitne log hain sab ke sab iman le atay. Phir kya tum logon ko majboor karoge ke woh momin ho jayen? Aur kisi shakhs ke liye mumkin nahi ke woh Allah ki ijazat ke baghair iman la sakay, aur Allah un logon par gandagi daal deta hai jo aql se kaam nahi</w:t>
      </w:r>
    </w:p>
    <w:p>
      <w:pPr>
        <w:jc w:val="right"/>
      </w:pPr>
      <w:r>
        <w:t>میں رسوائی کا عذاب ڈال دیا، اور ان کو ایک مدت تک بہرہ مند ہونے کا موقع دیا۔ اور اگر تیرا رب چاہتا تو زمین پر جتنے لوگ ہیں سب کے سب ایمان لے آتے۔ پھر کیا تم لوگوں کو مجبور کرو گے کہ وہ مومن ہو جائیں؟ اور کسی شخص کے لیے ممکن نہیں کہ وہ اللہ کی اجازت کے بغیر ایمان لا سکے، اور اللہ ان لوگوں پر گندگی ڈال دیتا ہے جو عقل سے کام نہیں</w:t>
      </w:r>
    </w:p>
    <w:p>
      <w:r>
        <w:rPr>
          <w:b/>
        </w:rPr>
        <w:t xml:space="preserve">[25:09] </w:t>
      </w:r>
      <w:r>
        <w:t>lete.</w:t>
      </w:r>
    </w:p>
    <w:p>
      <w:pPr>
        <w:jc w:val="right"/>
      </w:pPr>
      <w:r>
        <w:t>لیتے۔</w:t>
      </w:r>
    </w:p>
    <w:p>
      <w:r>
        <w:rPr>
          <w:b/>
        </w:rPr>
        <w:t xml:space="preserve">[25:14] </w:t>
      </w:r>
      <w:r>
        <w:t>kaho ke aasmanon aur zameen mein jo kuch hai use dekho, aur nishaniyan aur dharaway un logon ko</w:t>
      </w:r>
    </w:p>
    <w:p>
      <w:pPr>
        <w:jc w:val="right"/>
      </w:pPr>
      <w:r>
        <w:t>کہو کہ آسمانوں اور زمین میں جو کچھ ہے اسے دیکھو، اور نشانیاں اور ڈراوے ان لوگوں کو</w:t>
      </w:r>
    </w:p>
    <w:p>
      <w:r>
        <w:rPr>
          <w:b/>
        </w:rPr>
        <w:t xml:space="preserve">[25:18] </w:t>
      </w:r>
      <w:r>
        <w:t>faida nahi pohanchate jo iman nahi late.</w:t>
      </w:r>
    </w:p>
    <w:p>
      <w:pPr>
        <w:jc w:val="right"/>
      </w:pPr>
      <w:r>
        <w:t>فائدہ نہیں پہنچاتے جو ایمان نہیں لاتے۔</w:t>
      </w:r>
    </w:p>
    <w:p>
      <w:r>
        <w:rPr>
          <w:b/>
        </w:rPr>
        <w:t xml:space="preserve">[25:22] </w:t>
      </w:r>
      <w:r>
        <w:t>woh to bas is tarah ke din ka intezar kar rahe hain jis tarah ke din un se</w:t>
      </w:r>
    </w:p>
    <w:p>
      <w:pPr>
        <w:jc w:val="right"/>
      </w:pPr>
      <w:r>
        <w:t>وہ تو بس اس طرح کے دن کا انتظار کر رہے ہیں جس طرح کے دن ان سے</w:t>
      </w:r>
    </w:p>
    <w:p>
      <w:r>
        <w:rPr>
          <w:b/>
        </w:rPr>
        <w:t xml:space="preserve">[25:26] </w:t>
      </w:r>
      <w:r>
        <w:t>pehlay guzar chuke logon ko pesh aaye.</w:t>
      </w:r>
    </w:p>
    <w:p>
      <w:pPr>
        <w:jc w:val="right"/>
      </w:pPr>
      <w:r>
        <w:t>پہلے گزرے ہوئے لوگوں کو پیش آئے۔</w:t>
      </w:r>
    </w:p>
    <w:p>
      <w:r>
        <w:rPr>
          <w:b/>
        </w:rPr>
        <w:t xml:space="preserve">[25:31] </w:t>
      </w:r>
      <w:r>
        <w:t>kaho intezar karo main bhi tumhare sath intezar karne walon mein hoon.</w:t>
      </w:r>
    </w:p>
    <w:p>
      <w:pPr>
        <w:jc w:val="right"/>
      </w:pPr>
      <w:r>
        <w:t>کہو انتظار کرو میں بھی تمہارے ساتھ انتظار کرنے والوں میں ہوں۔</w:t>
      </w:r>
    </w:p>
    <w:p>
      <w:r>
        <w:rPr>
          <w:b/>
        </w:rPr>
        <w:t xml:space="preserve">[25:35] </w:t>
      </w:r>
      <w:r>
        <w:t>phir hum bacha lete hain apne</w:t>
      </w:r>
    </w:p>
    <w:p>
      <w:pPr>
        <w:jc w:val="right"/>
      </w:pPr>
      <w:r>
        <w:t>پھر ہم بچا لیتے ہیں اپنے</w:t>
      </w:r>
    </w:p>
    <w:p>
      <w:r>
        <w:rPr>
          <w:b/>
        </w:rPr>
        <w:t xml:space="preserve">[25:39] </w:t>
      </w:r>
      <w:r>
        <w:t>rasoolon ko aur un ko jo iman laye. Isi tarah hamara zimah hai ke hum imaan walon ko bacha lein. Kaho ae logon! Agar tum mere deen ke mutaliq shakk mein ho to main un ki ibadat nahi karta jin ki ibadat tum karte ho Allah ke siwa, balke main us Allah ki ibadat karta hoon jo tum ko wafat deta hai, aur mujh ko hukum mila hai ke main imaan walon mein se banu,</w:t>
      </w:r>
    </w:p>
    <w:p>
      <w:pPr>
        <w:jc w:val="right"/>
      </w:pPr>
      <w:r>
        <w:t>رسولوں کو اور ان کو جو ایمان لائے۔ اسی طرح ہمارا ذمہ ہے کہ ہم ایمان والوں کو بچا لیں۔ کہو اے لوگوں! اگر تم میرے دین کے متعلق شک میں ہو تو میں ان کی عبادت نہیں کرتا جن کی عبادت تم کرتے ہو اللہ کے سوا، بلکہ میں اس اللہ کی عبادت کرتا ہوں جو تم کو وفات دیتا ہے، اور مجھ کو حکم ملا ہے کہ میں ایمان والوں میں سے بنوں،</w:t>
      </w:r>
    </w:p>
    <w:p>
      <w:r>
        <w:rPr>
          <w:b/>
        </w:rPr>
        <w:t xml:space="preserve">[26:09] </w:t>
      </w:r>
      <w:r>
        <w:t>aur yeh ke apna rukh yaksoo ho kar deen ki taraf karoon, aur mushrikon mein se na banoon,</w:t>
      </w:r>
    </w:p>
    <w:p>
      <w:pPr>
        <w:jc w:val="right"/>
      </w:pPr>
      <w:r>
        <w:t>اور یہ کہ اپنا رخ یکسو ہو کر دین کی طرف کروں، اور مشرکوں میں سے نہ بنوں،</w:t>
      </w:r>
    </w:p>
    <w:p>
      <w:r>
        <w:rPr>
          <w:b/>
        </w:rPr>
        <w:t xml:space="preserve">[26:15] </w:t>
      </w:r>
      <w:r>
        <w:t>aur Allah ke ilawa un ko na pukaro jo tum ko na nafa pohancha sakte hain aur na nuqsan.</w:t>
      </w:r>
    </w:p>
    <w:p>
      <w:pPr>
        <w:jc w:val="right"/>
      </w:pPr>
      <w:r>
        <w:t>اور اللہ کے علاوہ ان کو نہ پکاروں جو تم کو نہ نفع پہنچا سکتے ہیں اور نہ نقصان۔</w:t>
      </w:r>
    </w:p>
    <w:p>
      <w:r>
        <w:rPr>
          <w:b/>
        </w:rPr>
        <w:t xml:space="preserve">[26:21] </w:t>
      </w:r>
      <w:r>
        <w:t>phir agar tum aisa karoge to yakeenan tum zalimon mein se ho jaoge.</w:t>
      </w:r>
    </w:p>
    <w:p>
      <w:pPr>
        <w:jc w:val="right"/>
      </w:pPr>
      <w:r>
        <w:t>پھر اگر تم ایسا کرو گے تو یقیناً تم ظالموں میں سے ہو جاؤ گے۔</w:t>
      </w:r>
    </w:p>
    <w:p>
      <w:r>
        <w:rPr>
          <w:b/>
        </w:rPr>
        <w:t xml:space="preserve">[26:27] </w:t>
      </w:r>
      <w:r>
        <w:t>aur agar Allah tum ko kisi takleef mein pakad le to us ke siwa koi nahi jo us</w:t>
      </w:r>
    </w:p>
    <w:p>
      <w:pPr>
        <w:jc w:val="right"/>
      </w:pPr>
      <w:r>
        <w:t>اور اگر اللہ تم کو کسی تکلیف میں پکڑ لے تو اس کے سوا کوئی نہیں جو اس</w:t>
      </w:r>
    </w:p>
    <w:p>
      <w:r>
        <w:rPr>
          <w:b/>
        </w:rPr>
        <w:t xml:space="preserve">[26:33] </w:t>
      </w:r>
      <w:r>
        <w:t>ko door kar sake, aur agar woh tum ko koi bhalai pohanchana</w:t>
      </w:r>
    </w:p>
    <w:p>
      <w:pPr>
        <w:jc w:val="right"/>
      </w:pPr>
      <w:r>
        <w:t>کو دور کر سکے، اور اگر وہ تم کو کوئی بھلائی پہنچانا</w:t>
      </w:r>
    </w:p>
    <w:p>
      <w:r>
        <w:rPr>
          <w:b/>
        </w:rPr>
        <w:t xml:space="preserve">[26:40] </w:t>
      </w:r>
      <w:r>
        <w:t>chahe to us ke fazl ko koi rokne wala nahi.</w:t>
      </w:r>
    </w:p>
    <w:p>
      <w:pPr>
        <w:jc w:val="right"/>
      </w:pPr>
      <w:r>
        <w:t>چاہے تو اس کے فضل کو کوئی روکنے والا نہیں۔</w:t>
      </w:r>
    </w:p>
    <w:p>
      <w:r>
        <w:rPr>
          <w:b/>
        </w:rPr>
        <w:t xml:space="preserve">[26:44] </w:t>
      </w:r>
      <w:r>
        <w:t>woh apna fazl apnay bando mein se jis ko chahta hai deta hai, aur woh bakhshnay wala, meharban hai.</w:t>
      </w:r>
    </w:p>
    <w:p>
      <w:pPr>
        <w:jc w:val="right"/>
      </w:pPr>
      <w:r>
        <w:t>وہ اپنا فضل اپنے بندوں میں سے جس کو چاہتا ہے دیتا ہے، اور وہ بخشنے والا، مہربان ہے۔</w:t>
      </w:r>
    </w:p>
    <w:p>
      <w:r>
        <w:rPr>
          <w:b/>
        </w:rPr>
        <w:t xml:space="preserve">[26:48] </w:t>
      </w:r>
      <w:r>
        <w:t>kaho aey logo!</w:t>
      </w:r>
    </w:p>
    <w:p>
      <w:pPr>
        <w:jc w:val="right"/>
      </w:pPr>
      <w:r>
        <w:t>کہو اے لوگوں!</w:t>
      </w:r>
    </w:p>
    <w:p>
      <w:r>
        <w:rPr>
          <w:b/>
        </w:rPr>
        <w:t xml:space="preserve">[26:52] </w:t>
      </w:r>
      <w:r>
        <w:t>tumhare rab ki taraf se tumhare paas haq aa gaya hai.</w:t>
      </w:r>
    </w:p>
    <w:p>
      <w:pPr>
        <w:jc w:val="right"/>
      </w:pPr>
      <w:r>
        <w:t>تمہارے رب کی طرف سے تمہارے پاس حق آ گیا ہے۔</w:t>
      </w:r>
    </w:p>
    <w:p>
      <w:r>
        <w:rPr>
          <w:b/>
        </w:rPr>
        <w:t xml:space="preserve">[26:57] </w:t>
      </w:r>
      <w:r>
        <w:t>jo hidayat qabool karega woh apne hi liye karega, aur jo bhatkega to uska</w:t>
      </w:r>
    </w:p>
    <w:p>
      <w:pPr>
        <w:jc w:val="right"/>
      </w:pPr>
      <w:r>
        <w:t>جو ہدایت قبول کرے گا وہ اپنے ہی لیے کرے گا، اور جو بھٹکے گا تو اس کا</w:t>
      </w:r>
    </w:p>
    <w:p>
      <w:r>
        <w:rPr>
          <w:b/>
        </w:rPr>
        <w:t xml:space="preserve">[27:01] </w:t>
      </w:r>
      <w:r>
        <w:t>wabaal usi par aaye ga.</w:t>
      </w:r>
    </w:p>
    <w:p>
      <w:pPr>
        <w:jc w:val="right"/>
      </w:pPr>
      <w:r>
        <w:t>وبال اسی پر آئے گا۔</w:t>
      </w:r>
    </w:p>
    <w:p>
      <w:r>
        <w:rPr>
          <w:b/>
        </w:rPr>
        <w:t xml:space="preserve">[27:05] </w:t>
      </w:r>
      <w:r>
        <w:t>aur mein tumhare upar zimmedar nahi</w:t>
      </w:r>
    </w:p>
    <w:p>
      <w:pPr>
        <w:jc w:val="right"/>
      </w:pPr>
      <w:r>
        <w:t>اور میں تمہارے اوپر ذمہ دار نہیں</w:t>
      </w:r>
    </w:p>
    <w:p>
      <w:r>
        <w:rPr>
          <w:b/>
        </w:rPr>
        <w:t xml:space="preserve">[27:10] </w:t>
      </w:r>
      <w:r>
        <w:t>hoon, aur tum usi ki pairwi karo jo tum par wahi ki jati hai, aur sabar karo yahan tak ke Allah faisla kar de, aur woh behtareen faisla karne wala hai.</w:t>
      </w:r>
    </w:p>
    <w:p>
      <w:pPr>
        <w:jc w:val="right"/>
      </w:pPr>
      <w:r>
        <w:t>ہوں، اور تم اسی کی پیروی کرو جو تم پر وحی کی جاتی ہے، اور صبر کرو یہاں تک کہ اللہ فیصلہ کر دے، اور وہ بہترین فیصلہ کرنے والا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