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9 - Al-Tawbah</w:t>
      </w:r>
    </w:p>
    <w:p>
      <w:r>
        <w:t>https://www.youtube.com/watch?v=UEqPjkNPG74</w:t>
      </w:r>
    </w:p>
    <w:p>
      <w:r>
        <w:rPr>
          <w:b/>
        </w:rPr>
        <w:t xml:space="preserve">[00:02] </w:t>
      </w:r>
      <w:r>
        <w:t>al-tawbah.</w:t>
      </w:r>
    </w:p>
    <w:p>
      <w:pPr>
        <w:jc w:val="right"/>
      </w:pPr>
      <w:r>
        <w:t>التوبہ۔</w:t>
      </w:r>
    </w:p>
    <w:p>
      <w:r>
        <w:rPr>
          <w:b/>
        </w:rPr>
        <w:t xml:space="preserve">[00:06] </w:t>
      </w:r>
      <w:r>
        <w:t>aelan-e-baraat hai Allah aur uske rasool ki taraf se un mushrikeen ko jin se tum ne</w:t>
      </w:r>
    </w:p>
    <w:p>
      <w:pPr>
        <w:jc w:val="right"/>
      </w:pPr>
      <w:r>
        <w:t>اعلانِ برات ہے اللہ اور اس کے رسول کی طرف سے اُن مشرکین کو جن سے تم نے</w:t>
      </w:r>
    </w:p>
    <w:p>
      <w:r>
        <w:rPr>
          <w:b/>
        </w:rPr>
        <w:t xml:space="preserve">[00:10] </w:t>
      </w:r>
      <w:r>
        <w:t>muaheday kiye thay.</w:t>
      </w:r>
    </w:p>
    <w:p>
      <w:pPr>
        <w:jc w:val="right"/>
      </w:pPr>
      <w:r>
        <w:t>معاہدے کیے تھے۔</w:t>
      </w:r>
    </w:p>
    <w:p>
      <w:r>
        <w:rPr>
          <w:b/>
        </w:rPr>
        <w:t xml:space="preserve">[00:15] </w:t>
      </w:r>
      <w:r>
        <w:t>pas tum log mulk mein chaar mahine chal phir lo aur jaan lo ke tum Allah ko aajiz</w:t>
      </w:r>
    </w:p>
    <w:p>
      <w:pPr>
        <w:jc w:val="right"/>
      </w:pPr>
      <w:r>
        <w:t>پس تم لوگ ملک میں چار مہینے چل پھر لو اور جان لو کہ تم اللہ کو عاجز</w:t>
      </w:r>
    </w:p>
    <w:p>
      <w:r>
        <w:rPr>
          <w:b/>
        </w:rPr>
        <w:t xml:space="preserve">[00:19] </w:t>
      </w:r>
      <w:r>
        <w:t>nahi kar sakte, aur yeh ke Allah munkiron ko ruswa karne wala hai.</w:t>
      </w:r>
    </w:p>
    <w:p>
      <w:pPr>
        <w:jc w:val="right"/>
      </w:pPr>
      <w:r>
        <w:t>نہیں کر سکتے، اور یہ کہ اللہ منکروں کو رسوا کرنے والا ہے۔</w:t>
      </w:r>
    </w:p>
    <w:p>
      <w:r>
        <w:rPr>
          <w:b/>
        </w:rPr>
        <w:t xml:space="preserve">[00:23] </w:t>
      </w:r>
      <w:r>
        <w:t>aelan hai Allah aur rasool ki taraf se baray hajj ke din logo ke liye ke Allah aur</w:t>
      </w:r>
    </w:p>
    <w:p>
      <w:pPr>
        <w:jc w:val="right"/>
      </w:pPr>
      <w:r>
        <w:t>اعلان ہے اللہ اور رسول کی طرف سے بڑے حج کے دن لوگوں کے لیے کہ اللہ اور</w:t>
      </w:r>
    </w:p>
    <w:p>
      <w:r>
        <w:rPr>
          <w:b/>
        </w:rPr>
        <w:t xml:space="preserve">[00:27] </w:t>
      </w:r>
      <w:r>
        <w:t>uska rasool mushrikeen se bari-uz-</w:t>
      </w:r>
    </w:p>
    <w:p>
      <w:pPr>
        <w:jc w:val="right"/>
      </w:pPr>
      <w:r>
        <w:t>اس کا رسول مشرکوں سے بری الذ</w:t>
      </w:r>
    </w:p>
    <w:p>
      <w:r>
        <w:rPr>
          <w:b/>
        </w:rPr>
        <w:t xml:space="preserve">[00:32] </w:t>
      </w:r>
      <w:r>
        <w:t>immat hain.</w:t>
      </w:r>
    </w:p>
    <w:p>
      <w:pPr>
        <w:jc w:val="right"/>
      </w:pPr>
      <w:r>
        <w:t>مہ ہیں۔</w:t>
      </w:r>
    </w:p>
    <w:p>
      <w:r>
        <w:rPr>
          <w:b/>
        </w:rPr>
        <w:t xml:space="preserve">[00:37] </w:t>
      </w:r>
      <w:r>
        <w:t>ab agar tum log tauba karo to tumhare haq mein behtar hai, aur agar tum munh pheroge</w:t>
      </w:r>
    </w:p>
    <w:p>
      <w:pPr>
        <w:jc w:val="right"/>
      </w:pPr>
      <w:r>
        <w:t>اب اگر تم لوگ توبہ کرو تو تمہارے حق میں بہتر ہے، اور اگر تم منہ پھیرو گے</w:t>
      </w:r>
    </w:p>
    <w:p>
      <w:r>
        <w:rPr>
          <w:b/>
        </w:rPr>
        <w:t xml:space="preserve">[00:42] </w:t>
      </w:r>
      <w:r>
        <w:t>to jaan lo ke tum Allah ko aajiz karne wale nahi ho.</w:t>
      </w:r>
    </w:p>
    <w:p>
      <w:pPr>
        <w:jc w:val="right"/>
      </w:pPr>
      <w:r>
        <w:t>تو جان لو کہ تم اللہ کو عاجز کرنے والے نہیں ہو۔</w:t>
      </w:r>
    </w:p>
    <w:p>
      <w:r>
        <w:rPr>
          <w:b/>
        </w:rPr>
        <w:t xml:space="preserve">[00:47] </w:t>
      </w:r>
      <w:r>
        <w:t>aur inkar karne walon ko sakht azab ki khushkhabri de do.</w:t>
      </w:r>
    </w:p>
    <w:p>
      <w:pPr>
        <w:jc w:val="right"/>
      </w:pPr>
      <w:r>
        <w:t>اور انکار کرنے والوں کو سخت عذاب کی خوشخبری دے دو۔</w:t>
      </w:r>
    </w:p>
    <w:p>
      <w:r>
        <w:rPr>
          <w:b/>
        </w:rPr>
        <w:t xml:space="preserve">[00:52] </w:t>
      </w:r>
      <w:r>
        <w:t>magar jin mushrikeen se tum ne muaheda kiya tha phir unhon ne tumhare saath koi kami nahi ki</w:t>
      </w:r>
    </w:p>
    <w:p>
      <w:pPr>
        <w:jc w:val="right"/>
      </w:pPr>
      <w:r>
        <w:t>مگر جن مشرکوں سے تم نے معاہدہ کیا تھا پھر انہوں نے تمہارے ساتھ کوئی کمی نہیں کی</w:t>
      </w:r>
    </w:p>
    <w:p>
      <w:r>
        <w:rPr>
          <w:b/>
        </w:rPr>
        <w:t xml:space="preserve">[00:57] </w:t>
      </w:r>
      <w:r>
        <w:t>aur na tumhare khilaf kisi ki madad ki, to unka muaheda unki muddat tak poora karo.</w:t>
      </w:r>
    </w:p>
    <w:p>
      <w:pPr>
        <w:jc w:val="right"/>
      </w:pPr>
      <w:r>
        <w:t>اور نہ تمہارے خلاف کسی کی مدد کی، تو اُن کا معاہدہ اُن کی مدت تک پورا کرو۔</w:t>
      </w:r>
    </w:p>
    <w:p>
      <w:r>
        <w:rPr>
          <w:b/>
        </w:rPr>
        <w:t xml:space="preserve">[01:02] </w:t>
      </w:r>
      <w:r>
        <w:t>beshak Allah parhezgaron ko pasand karta hai.</w:t>
      </w:r>
    </w:p>
    <w:p>
      <w:pPr>
        <w:jc w:val="right"/>
      </w:pPr>
      <w:r>
        <w:t>بے شک اللہ پرہیزگاروں کو پسند کرتا ہے۔</w:t>
      </w:r>
    </w:p>
    <w:p>
      <w:r>
        <w:rPr>
          <w:b/>
        </w:rPr>
        <w:t xml:space="preserve">[01:07] </w:t>
      </w:r>
      <w:r>
        <w:t>phir jab hurmat wale mahine guzar jayen to mushrikeen ko qatal karo jahan pao, aur un ko pakdo</w:t>
      </w:r>
    </w:p>
    <w:p>
      <w:pPr>
        <w:jc w:val="right"/>
      </w:pPr>
      <w:r>
        <w:t>پھر جب حرمت والے مہینے گزر جائیں تو مشرکین کو قتل کرو جہاں پاؤ، اور اُن کو پکڑو</w:t>
      </w:r>
    </w:p>
    <w:p>
      <w:r>
        <w:rPr>
          <w:b/>
        </w:rPr>
        <w:t xml:space="preserve">[01:12] </w:t>
      </w:r>
      <w:r>
        <w:t>aur un ko ghero aur baitho har jagah un ki ghaat mein.</w:t>
      </w:r>
    </w:p>
    <w:p>
      <w:pPr>
        <w:jc w:val="right"/>
      </w:pPr>
      <w:r>
        <w:t>اور اُن کو گھیرو اور بیٹھو ہر جگہ اُن کی گھات میں۔</w:t>
      </w:r>
    </w:p>
    <w:p>
      <w:r>
        <w:rPr>
          <w:b/>
        </w:rPr>
        <w:t xml:space="preserve">[01:17] </w:t>
      </w:r>
      <w:r>
        <w:t>phir agar woh tauba kar len aur namaz qaim karen aur zakat ada karen to unhein chhod do.</w:t>
      </w:r>
    </w:p>
    <w:p>
      <w:pPr>
        <w:jc w:val="right"/>
      </w:pPr>
      <w:r>
        <w:t>پھر اگر وہ توبہ کر لیں اور نماز قائم کریں اور زکوٰۃ ادا کریں تو انہیں چھوڑ دو۔</w:t>
      </w:r>
    </w:p>
    <w:p>
      <w:r>
        <w:rPr>
          <w:b/>
        </w:rPr>
        <w:t xml:space="preserve">[01:22] </w:t>
      </w:r>
      <w:r>
        <w:t>Allah bakhshne wala, meharban hai.</w:t>
      </w:r>
    </w:p>
    <w:p>
      <w:pPr>
        <w:jc w:val="right"/>
      </w:pPr>
      <w:r>
        <w:t>اللہ بخشنے والا، مہربان ہے۔</w:t>
      </w:r>
    </w:p>
    <w:p>
      <w:r>
        <w:rPr>
          <w:b/>
        </w:rPr>
        <w:t xml:space="preserve">[01:27] </w:t>
      </w:r>
      <w:r>
        <w:t>aur agar mushrikeen mein se koi shakhs tum se panah mange</w:t>
      </w:r>
    </w:p>
    <w:p>
      <w:pPr>
        <w:jc w:val="right"/>
      </w:pPr>
      <w:r>
        <w:t>اور اگر مشرکین میں سے کوئی شخص تم سے پناہ مانگے</w:t>
      </w:r>
    </w:p>
    <w:p>
      <w:r>
        <w:rPr>
          <w:b/>
        </w:rPr>
        <w:t xml:space="preserve">[01:32] </w:t>
      </w:r>
      <w:r>
        <w:t>to tum us ko panah de do taake woh Allah ka kalam sune, phir us ko us ke</w:t>
      </w:r>
    </w:p>
    <w:p>
      <w:pPr>
        <w:jc w:val="right"/>
      </w:pPr>
      <w:r>
        <w:t>تو تم اس کو پناہ دے دو تاکہ وہ اللہ کا کلام سنے، پھر اس کو اس کے</w:t>
      </w:r>
    </w:p>
    <w:p>
      <w:r>
        <w:rPr>
          <w:b/>
        </w:rPr>
        <w:t xml:space="preserve">[01:37] </w:t>
      </w:r>
      <w:r>
        <w:t>amaan ki jagah pohncha do.</w:t>
      </w:r>
    </w:p>
    <w:p>
      <w:pPr>
        <w:jc w:val="right"/>
      </w:pPr>
      <w:r>
        <w:t>امان کی جگہ پہنچا دو۔</w:t>
      </w:r>
    </w:p>
    <w:p>
      <w:r>
        <w:rPr>
          <w:b/>
        </w:rPr>
        <w:t xml:space="preserve">[01:41] </w:t>
      </w:r>
      <w:r>
        <w:t>yeh is liye ke woh log ilm nahi rakhte.</w:t>
      </w:r>
    </w:p>
    <w:p>
      <w:pPr>
        <w:jc w:val="right"/>
      </w:pPr>
      <w:r>
        <w:t>یہ اس لیے کہ وہ لوگ علم نہیں رکھتے۔</w:t>
      </w:r>
    </w:p>
    <w:p>
      <w:r>
        <w:rPr>
          <w:b/>
        </w:rPr>
        <w:t xml:space="preserve">[01:45] </w:t>
      </w:r>
      <w:r>
        <w:t>un mushrikon ke liye Allah aur us ke rasool ke zime koi ahad kaise reh sakta hai? magar</w:t>
      </w:r>
    </w:p>
    <w:p>
      <w:pPr>
        <w:jc w:val="right"/>
      </w:pPr>
      <w:r>
        <w:t>اُن مشرکوں کے لیے اللہ اور اس کے رسول کے ذمے کوئی عہد کیسے رہ سکتا ہے؟ مگر</w:t>
      </w:r>
    </w:p>
    <w:p>
      <w:r>
        <w:rPr>
          <w:b/>
        </w:rPr>
        <w:t xml:space="preserve">[01:50] </w:t>
      </w:r>
      <w:r>
        <w:t>jin logon se tum ne ahad kiya tha masjid-e-haraam ke paas, pas jab tak woh tum se</w:t>
      </w:r>
    </w:p>
    <w:p>
      <w:pPr>
        <w:jc w:val="right"/>
      </w:pPr>
      <w:r>
        <w:t>جن لوگوں سے تم نے عہد کیا تھا مسجدِ حرام کے پاس، پس جب تک وہ تم سے</w:t>
      </w:r>
    </w:p>
    <w:p>
      <w:r>
        <w:rPr>
          <w:b/>
        </w:rPr>
        <w:t xml:space="preserve">[01:54] </w:t>
      </w:r>
      <w:r>
        <w:t>seedhe rahen tum bhi un se seedhe raho.</w:t>
      </w:r>
    </w:p>
    <w:p>
      <w:pPr>
        <w:jc w:val="right"/>
      </w:pPr>
      <w:r>
        <w:t>سیدھے رہیں تم بھی اُن سے سیدھے رہو۔</w:t>
      </w:r>
    </w:p>
    <w:p>
      <w:r>
        <w:rPr>
          <w:b/>
        </w:rPr>
        <w:t xml:space="preserve">[01:58] </w:t>
      </w:r>
      <w:r>
        <w:t>beshak Allah parhezgaron ko pas</w:t>
      </w:r>
    </w:p>
    <w:p>
      <w:pPr>
        <w:jc w:val="right"/>
      </w:pPr>
      <w:r>
        <w:t>بے شک اللہ پرہیزگاروں کو پس</w:t>
      </w:r>
    </w:p>
    <w:p>
      <w:r>
        <w:rPr>
          <w:b/>
        </w:rPr>
        <w:t xml:space="preserve">[02:03] </w:t>
      </w:r>
      <w:r>
        <w:t>and karta hai.</w:t>
      </w:r>
    </w:p>
    <w:p>
      <w:pPr>
        <w:jc w:val="right"/>
      </w:pPr>
      <w:r>
        <w:t>ند کرتا ہے۔</w:t>
      </w:r>
    </w:p>
    <w:p>
      <w:r>
        <w:rPr>
          <w:b/>
        </w:rPr>
        <w:t xml:space="preserve">[02:09] </w:t>
      </w:r>
      <w:r>
        <w:t>kese ahad rahega jabke yeh haal hai ke agar woh tumhare upar qabu paayen to tumhare bare</w:t>
      </w:r>
    </w:p>
    <w:p>
      <w:pPr>
        <w:jc w:val="right"/>
      </w:pPr>
      <w:r>
        <w:t>کیسے عہد رہے گا جبکہ یہ حال ہے کہ اگر وہ تمہارے اوپر قابو پائیں تو تمہارے بارے</w:t>
      </w:r>
    </w:p>
    <w:p>
      <w:r>
        <w:rPr>
          <w:b/>
        </w:rPr>
        <w:t xml:space="preserve">[02:15] </w:t>
      </w:r>
      <w:r>
        <w:t>mein na qaraabat ka lehaz karen aur na ahad ka? woh tum ko apne munh ki baat se</w:t>
      </w:r>
    </w:p>
    <w:p>
      <w:pPr>
        <w:jc w:val="right"/>
      </w:pPr>
      <w:r>
        <w:t>میں نہ قرابت کا لحاظ کریں اور نہ عہد کا؟ وہ تم کو اپنے منہ کی بات سے</w:t>
      </w:r>
    </w:p>
    <w:p>
      <w:r>
        <w:rPr>
          <w:b/>
        </w:rPr>
        <w:t xml:space="preserve">[02:21] </w:t>
      </w:r>
      <w:r>
        <w:t>raazi karna chahte hain magar un ke dil inkaar karte hain, aur un mein aksar bad-ahad hain.</w:t>
      </w:r>
    </w:p>
    <w:p>
      <w:pPr>
        <w:jc w:val="right"/>
      </w:pPr>
      <w:r>
        <w:t>راضی کرنا چاہتے ہیں مگر اُن کے دل انکار کرتے ہیں، اور اُن میں اکثر بدعہد ہیں۔</w:t>
      </w:r>
    </w:p>
    <w:p>
      <w:r>
        <w:rPr>
          <w:b/>
        </w:rPr>
        <w:t xml:space="preserve">[02:27] </w:t>
      </w:r>
      <w:r>
        <w:t>unhon ne Allah ki aayaton ko thori qeemat par bech diya, phir unhon ne Allah ke raaste se roka. bohat</w:t>
      </w:r>
    </w:p>
    <w:p>
      <w:pPr>
        <w:jc w:val="right"/>
      </w:pPr>
      <w:r>
        <w:t>انہوں نے اللہ کی آیتوں کو تھوڑی قیمت پر بیچ دیا، پھر انہوں نے اللہ کے راستے سے روکا۔ بہت</w:t>
      </w:r>
    </w:p>
    <w:p>
      <w:r>
        <w:rPr>
          <w:b/>
        </w:rPr>
        <w:t xml:space="preserve">[02:33] </w:t>
      </w:r>
      <w:r>
        <w:t>bara hai jo woh kar rahay hain. Kisi momin ke muamlay mein woh na qirab ka lehaz karte hain aur na ahad ka. Yehi log hain ziyadati karne walay. Pas agar woh tauba karein aur namaz qaim karein aur zakat ada karein to woh tumhare deeni bhai hain, aur hum khol kar bayan karte hain ayaton ko janne walon ke liye. Aur agar ahad ke baad yeh apni qasmon ko tod dalen aur tum</w:t>
      </w:r>
    </w:p>
    <w:p>
      <w:pPr>
        <w:jc w:val="right"/>
      </w:pPr>
      <w:r>
        <w:t>برا ہے جو وہ کر رہے ہیں۔ کسی مومن کے معاملے میں وہ نہ قرابت کا لحاظ کرتے ہیں اور نہ عہد کا۔ یہی لوگ ہیں زیادتی کرنے والے۔ پس اگر وہ توبہ کریں اور نماز قائم کریں اور زکوٰۃ ادا کریں تو وہ تمہارے دینی بھائی ہیں، اور ہم کھول کر بیان کرتے ہیں آیات کو جاننے والوں کے لیے۔ اور اگر عہد کے بعد یہ اپنی قسموں کو توڑ ڈالیں اور تمہ</w:t>
      </w:r>
    </w:p>
    <w:p>
      <w:r>
        <w:rPr>
          <w:b/>
        </w:rPr>
        <w:t xml:space="preserve">[03:03] </w:t>
      </w:r>
      <w:r>
        <w:t>aare deen mein aib lagayen to kufr ke un sardaron se lado.</w:t>
      </w:r>
    </w:p>
    <w:p>
      <w:pPr>
        <w:jc w:val="right"/>
      </w:pPr>
      <w:r>
        <w:t>ارے دین میں عیب لگائیں تو کفر کے اُن سرداروں سے لڑو۔</w:t>
      </w:r>
    </w:p>
    <w:p>
      <w:r>
        <w:rPr>
          <w:b/>
        </w:rPr>
        <w:t xml:space="preserve">[03:09] </w:t>
      </w:r>
      <w:r>
        <w:t>beshak un ki qasmen kuch nahi taake woh paas aayen.</w:t>
      </w:r>
    </w:p>
    <w:p>
      <w:pPr>
        <w:jc w:val="right"/>
      </w:pPr>
      <w:r>
        <w:t>بے شک اُن کی قسمیں کچھ نہیں تاکہ وہ پاس آئیں۔</w:t>
      </w:r>
    </w:p>
    <w:p>
      <w:r>
        <w:rPr>
          <w:b/>
        </w:rPr>
        <w:t xml:space="preserve">[03:15] </w:t>
      </w:r>
      <w:r>
        <w:t>kya tum na lado ge aise logon se jinhon ne apne ahad tod diye aur rasool ko nikalne</w:t>
      </w:r>
    </w:p>
    <w:p>
      <w:pPr>
        <w:jc w:val="right"/>
      </w:pPr>
      <w:r>
        <w:t>کیا تم نہ لڑو گے ایسے لوگوں سے جنہوں نے اپنے عہد توڑ دیے اور رسول کو نکالنے</w:t>
      </w:r>
    </w:p>
    <w:p>
      <w:r>
        <w:rPr>
          <w:b/>
        </w:rPr>
        <w:t xml:space="preserve">[03:21] </w:t>
      </w:r>
      <w:r>
        <w:t>ki jisarat ki, aur wohi hain jinhon ne tum se jang mein pehal ki? kya tum un se</w:t>
      </w:r>
    </w:p>
    <w:p>
      <w:pPr>
        <w:jc w:val="right"/>
      </w:pPr>
      <w:r>
        <w:t>کی جسارت کی، اور وہی ہیں جنہوں نے تم سے جنگ میں پہل کی؟ کیا تم اُن سے</w:t>
      </w:r>
    </w:p>
    <w:p>
      <w:r>
        <w:rPr>
          <w:b/>
        </w:rPr>
        <w:t xml:space="preserve">[03:27] </w:t>
      </w:r>
      <w:r>
        <w:t>daro ge? Allah zyada mustahiq hai ke tum is se daro agar tum momin ho.</w:t>
      </w:r>
    </w:p>
    <w:p>
      <w:pPr>
        <w:jc w:val="right"/>
      </w:pPr>
      <w:r>
        <w:t>ڈرو گے؟ اللہ زیادہ مستحق ہے کہ تم اس سے ڈرو اگر تم مومن ہو۔</w:t>
      </w:r>
    </w:p>
    <w:p>
      <w:r>
        <w:rPr>
          <w:b/>
        </w:rPr>
        <w:t xml:space="preserve">[03:33] </w:t>
      </w:r>
      <w:r>
        <w:t>Un se lado, Allah tumhare hathon un ko saza de ga aur un ko ruswa kare ga, aur tum ko un par ghalba de ga, aur ahle iman ke seenay ko thanda kare ga, aur un ke dil ki jalan ko door kar de ga. Aur Allah tauba naseeb kare ga jis ko chahe ga, aur Allah janne wala hai, hikmat wala hai. Kya tumhara yeh guman hai ke tum chhod diye jao ge halankeh abhi Allah ne tum</w:t>
      </w:r>
    </w:p>
    <w:p>
      <w:pPr>
        <w:jc w:val="right"/>
      </w:pPr>
      <w:r>
        <w:t>اُن سے لڑو، اللہ تمہارے ہاتھوں اُن کو سزا دے گا اور اُن کو رسوا کرے گا، اور تم کو اُن پر غلبہ دے گا، اور اہلِ ایمان کے سینے کو ٹھنڈا کرے گا، اور اُن کے دل کی جلن کو دور کر دے گا۔ اور اللہ توبہ نصیب کرے گا جس کو چاہے گا، اور اللہ جاننے والا ہے، حکمت والا ہے۔ کیا تمہارا یہ گمان ہے کہ تم چھوڑ دیے جاؤ گے حالانکہ ابھی اللہ نے تم</w:t>
      </w:r>
    </w:p>
    <w:p>
      <w:r>
        <w:rPr>
          <w:b/>
        </w:rPr>
        <w:t xml:space="preserve">[04:03] </w:t>
      </w:r>
      <w:r>
        <w:t>mein se un logon ko jana hi nahi jinhon ne jihad kiya aur jinhon ne Allah aur rasool aur momineen ke siwa kisi ko dost nahi banaya? Aur Allah janta hai jo kuch tum karte ho. Mushrikon ka kaam nahi ke woh Allah ki masjidon ko abad karein halankeh woh khud apne upar kufar ke gawah hain. Un logon ke aamal aqarat gaye aur woh hamesha aag mein rehne walay hain. Allah ki</w:t>
      </w:r>
    </w:p>
    <w:p>
      <w:pPr>
        <w:jc w:val="right"/>
      </w:pPr>
      <w:r>
        <w:t>میں سے اُن لوگوں کو جانا ہی نہیں جنہوں نے جہاد کیا اور جنہوں نے اللہ اور رسول اور مومنین کے سوا کسی کو دوست نہیں بنایا؟ اور اللہ جانتا ہے جو کچھ تم کرتے ہو۔ مشرکوں کا کام نہیں کہ وہ اللہ کی مسجدوں کو آباد کریں حالانکہ وہ خود اپنے اوپر کفر کے گواہ ہیں۔ اُن لوگوں کے اعمال عقارت گئے اور وہ ہمیشہ آگ میں رہنے والے ہیں۔ اللہ کی</w:t>
      </w:r>
    </w:p>
    <w:p>
      <w:r>
        <w:rPr>
          <w:b/>
        </w:rPr>
        <w:t xml:space="preserve">[04:33] </w:t>
      </w:r>
      <w:r>
        <w:t>masjido ko to woh abad karta hai jo Allah aur aakhirat ke din par imaan laye, aur namaz</w:t>
      </w:r>
    </w:p>
    <w:p>
      <w:pPr>
        <w:jc w:val="right"/>
      </w:pPr>
      <w:r>
        <w:t>مسجدوں کو تو وہ آباد کرتا ہے جو اللہ اور آخرت کے دن پر ایمان لائے، اور نماز</w:t>
      </w:r>
    </w:p>
    <w:p>
      <w:r>
        <w:rPr>
          <w:b/>
        </w:rPr>
        <w:t xml:space="preserve">[04:39] </w:t>
      </w:r>
      <w:r>
        <w:t>qaaim kare aur zakat ada kare, aur Allah ke siwa kisi se na dare.</w:t>
      </w:r>
    </w:p>
    <w:p>
      <w:pPr>
        <w:jc w:val="right"/>
      </w:pPr>
      <w:r>
        <w:t>قائم کرے اور زکوٰۃ ادا کرے، اور اللہ کے سوا کسی سے نہ ڈرے۔</w:t>
      </w:r>
    </w:p>
    <w:p>
      <w:r>
        <w:rPr>
          <w:b/>
        </w:rPr>
        <w:t xml:space="preserve">[04:45] </w:t>
      </w:r>
      <w:r>
        <w:t>aise log umeed hai ke hidayat paane walon mein se banen.</w:t>
      </w:r>
    </w:p>
    <w:p>
      <w:pPr>
        <w:jc w:val="right"/>
      </w:pPr>
      <w:r>
        <w:t>ایسے لوگ امید ہے کہ ہدایت پانے والوں میں سے بنیں۔</w:t>
      </w:r>
    </w:p>
    <w:p>
      <w:r>
        <w:rPr>
          <w:b/>
        </w:rPr>
        <w:t xml:space="preserve">[04:51] </w:t>
      </w:r>
      <w:r>
        <w:t>kya tum ne haajiyon ke pani pilane aur masjid-e-haraam ke basane ko barabar kar diya us shakhs</w:t>
      </w:r>
    </w:p>
    <w:p>
      <w:pPr>
        <w:jc w:val="right"/>
      </w:pPr>
      <w:r>
        <w:t>کیا تم نے حاجیوں کے پانی پلانے اور مسجدِ حرام کے بسانے کو برابر کر دیا اُس شخص</w:t>
      </w:r>
    </w:p>
    <w:p>
      <w:r>
        <w:rPr>
          <w:b/>
        </w:rPr>
        <w:t xml:space="preserve">[04:57] </w:t>
      </w:r>
      <w:r>
        <w:t>ke jo Allah aur aakhirat par imaan laya aur Allah ki raah mein</w:t>
      </w:r>
    </w:p>
    <w:p>
      <w:pPr>
        <w:jc w:val="right"/>
      </w:pPr>
      <w:r>
        <w:t>کے جو اللہ اور آخرت پر ایمان لایا اور اللہ کی راہ میں</w:t>
      </w:r>
    </w:p>
    <w:p>
      <w:r>
        <w:rPr>
          <w:b/>
        </w:rPr>
        <w:t xml:space="preserve">[05:03] </w:t>
      </w:r>
      <w:r>
        <w:t>jihad kiya? Allah ke nazdeek yeh dono barabar nahi ho sakte, aur Allah zalim logon ko raah nahi dikhata. Jo log imaan laye aur unhon ne hijrat ki aur Allah ke raaste mein apne jaan-o-maal se jihad kiya, unka darja Allah ke yahan bada hai. Aur yahi log kaamyaab hain. Unka rab unko khushkhabri deta hai apni rehmat aur khushnoodi ki, aur aise baagon ki jin mein un</w:t>
      </w:r>
    </w:p>
    <w:p>
      <w:pPr>
        <w:jc w:val="right"/>
      </w:pPr>
      <w:r>
        <w:t>جہاد کیا؟ اللہ کے نزدیک یہ دونوں برابر نہیں ہو سکتے، اور اللہ ظالم لوگوں کو راہ نہیں دکھاتا۔ جو لوگ ایمان لائے اور انہوں نے ہجرت کی اور اللہ کے راستے میں اپنے جان و مال سے جہاد کیا، اُن کا درجہ اللہ کے یہاں بڑا ہے۔ اور یہی لوگ کامیاب ہیں۔ اُن کا رب اُن کو خوشخبری دیتا ہے اپنی رحمت اور خوشنودی کی، اور ایسے باغوں کی جن میں اُن</w:t>
      </w:r>
    </w:p>
    <w:p>
      <w:r>
        <w:rPr>
          <w:b/>
        </w:rPr>
        <w:t xml:space="preserve">[05:33] </w:t>
      </w:r>
      <w:r>
        <w:t>ke liye daaimi nemmat hogi. Un mein woh hamesha rahenge. Beshak Allah hi ke paas bada ajr hai. Ae imaan walo! Apne baapon aur apne bhaiyon ko dost na banao agar woh imaan ke muqable mein kufr ko aziz rakhen. Aur tum mein se jo unko apna dost banayenge to aise hi log zalim hain. Kaho ke agar tumhare baap aur tumhare ladke aur tumhare bhai aur</w:t>
      </w:r>
    </w:p>
    <w:p>
      <w:pPr>
        <w:jc w:val="right"/>
      </w:pPr>
      <w:r>
        <w:t>کے لیے دائمی نعمت ہوگی۔ اُن میں وہ ہمیشہ رہیں گے۔ بے شک اللہ ہی کے پاس بڑا اجر ہے۔ اے ایمان والو! اپنے باپوں اور اپنے بھائیوں کو دوست نہ بناؤ اگر وہ ایمان کے مقابلے میں کفر کو عزیز رکھیں۔ اور تم میں سے جو اُن کو اپنا دوست بنائیں گے تو ایسے ہی لوگ ظالم ہیں۔ کہو کہ اگر تمہارے باپ اور تمہارے لڑکے اور تمہارے بھائی اور</w:t>
      </w:r>
    </w:p>
    <w:p>
      <w:r>
        <w:rPr>
          <w:b/>
        </w:rPr>
        <w:t xml:space="preserve">[06:03] </w:t>
      </w:r>
      <w:r>
        <w:t>tumhari biwiyan aur tumhara khandan aur woh jo tum ne kamaye hain aur woh tijarat jis ke band</w:t>
      </w:r>
    </w:p>
    <w:p>
      <w:pPr>
        <w:jc w:val="right"/>
      </w:pPr>
      <w:r>
        <w:t>تمہاری بیویاں اور تمہارا خاندان اور وہ جو تم نے کمائے ہیں اور وہ تجارت جس کے بند</w:t>
      </w:r>
    </w:p>
    <w:p>
      <w:r>
        <w:rPr>
          <w:b/>
        </w:rPr>
        <w:t xml:space="preserve">[06:09] </w:t>
      </w:r>
      <w:r>
        <w:t>hone se tum darte ho aur woh ghar jin ko tum pasand karte ho, yeh sab tum ko</w:t>
      </w:r>
    </w:p>
    <w:p>
      <w:pPr>
        <w:jc w:val="right"/>
      </w:pPr>
      <w:r>
        <w:t>ہونے سے تم ڈرتے ہو اور وہ گھر جن کو تم پسند کرتے ہو، یہ سب تم کو</w:t>
      </w:r>
    </w:p>
    <w:p>
      <w:r>
        <w:rPr>
          <w:b/>
        </w:rPr>
        <w:t xml:space="preserve">[06:15] </w:t>
      </w:r>
      <w:r>
        <w:t>Allah aur us ke rasool aur us ki raah mein jihad karne se zyada mehboob hain to intezar</w:t>
      </w:r>
    </w:p>
    <w:p>
      <w:pPr>
        <w:jc w:val="right"/>
      </w:pPr>
      <w:r>
        <w:t>اللہ اور اس کے رسول اور اس کی راہ میں جہاد کرنے سے زیادہ محبوب ہیں تو انتظار</w:t>
      </w:r>
    </w:p>
    <w:p>
      <w:r>
        <w:rPr>
          <w:b/>
        </w:rPr>
        <w:t xml:space="preserve">[06:21] </w:t>
      </w:r>
      <w:r>
        <w:t>karo yahan tak ke Allah apna hukum bhej de, aur Allah naafarmaan logon ko rasta nahin deta.</w:t>
      </w:r>
    </w:p>
    <w:p>
      <w:pPr>
        <w:jc w:val="right"/>
      </w:pPr>
      <w:r>
        <w:t>کرو یہاں تک کہ اللہ اپنا حکم بھیج دے، اور اللہ نافرمان لوگوں کو راستہ نہیں دیتا۔</w:t>
      </w:r>
    </w:p>
    <w:p>
      <w:r>
        <w:rPr>
          <w:b/>
        </w:rPr>
        <w:t xml:space="preserve">[06:27] </w:t>
      </w:r>
      <w:r>
        <w:t>beshak Allah ne bohat se mauqon</w:t>
      </w:r>
    </w:p>
    <w:p>
      <w:pPr>
        <w:jc w:val="right"/>
      </w:pPr>
      <w:r>
        <w:t>بے شک اللہ نے بہت سے موقعوں</w:t>
      </w:r>
    </w:p>
    <w:p>
      <w:r>
        <w:rPr>
          <w:b/>
        </w:rPr>
        <w:t xml:space="preserve">[06:33] </w:t>
      </w:r>
      <w:r>
        <w:t>par tumhari madad ki hai, aur hunein ke din bhi jab tumhari kasrat ne tum ko naz mein</w:t>
      </w:r>
    </w:p>
    <w:p>
      <w:pPr>
        <w:jc w:val="right"/>
      </w:pPr>
      <w:r>
        <w:t>پر تمہاری مدد کی ہے، اور حنین کے دن بھی جب تمہاری کثرت نے تم کو ناز میں</w:t>
      </w:r>
    </w:p>
    <w:p>
      <w:r>
        <w:rPr>
          <w:b/>
        </w:rPr>
        <w:t xml:space="preserve">[06:39] </w:t>
      </w:r>
      <w:r>
        <w:t>mubtala kar diya tha, phir woh tumhare kuch kaam na aayi aur zameen apni wusat ke bawajood tum</w:t>
      </w:r>
    </w:p>
    <w:p>
      <w:pPr>
        <w:jc w:val="right"/>
      </w:pPr>
      <w:r>
        <w:t>مبتلا کر دیا تھا، پھر وہ تمہارے کچھ کام نہ آئی اور زمین اپنی وسعت کے باوجود تم</w:t>
      </w:r>
    </w:p>
    <w:p>
      <w:r>
        <w:rPr>
          <w:b/>
        </w:rPr>
        <w:t xml:space="preserve">[06:45] </w:t>
      </w:r>
      <w:r>
        <w:t>par tang ho gayi, phir tum peeth pher kar bhaag.</w:t>
      </w:r>
    </w:p>
    <w:p>
      <w:pPr>
        <w:jc w:val="right"/>
      </w:pPr>
      <w:r>
        <w:t>پر تنگ ہو گئی، پھر تم پیٹھ پھیر کر بھاگے۔</w:t>
      </w:r>
    </w:p>
    <w:p>
      <w:r>
        <w:rPr>
          <w:b/>
        </w:rPr>
        <w:t xml:space="preserve">[06:51] </w:t>
      </w:r>
      <w:r>
        <w:t>is ke baad Allah ne apne rasool aur momineen par apni sakinat utari aur aise lashkar utare jin</w:t>
      </w:r>
    </w:p>
    <w:p>
      <w:pPr>
        <w:jc w:val="right"/>
      </w:pPr>
      <w:r>
        <w:t>اس کے بعد اللہ نے اپنے رسول اور مومنین پر اپنی سکینت اتاری اور ایسے لشکر اتارے جن</w:t>
      </w:r>
    </w:p>
    <w:p>
      <w:r>
        <w:rPr>
          <w:b/>
        </w:rPr>
        <w:t xml:space="preserve">[06:57] </w:t>
      </w:r>
      <w:r>
        <w:t>ko tum ne nahin dekha, aur Allah ne munkiron ko saza di, aur</w:t>
      </w:r>
    </w:p>
    <w:p>
      <w:pPr>
        <w:jc w:val="right"/>
      </w:pPr>
      <w:r>
        <w:t>کو تم نے نہیں دیکھا، اور اللہ نے منکروں کو سزا دی، اور</w:t>
      </w:r>
    </w:p>
    <w:p>
      <w:r>
        <w:rPr>
          <w:b/>
        </w:rPr>
        <w:t xml:space="preserve">[07:03] </w:t>
      </w:r>
      <w:r>
        <w:t>yahi munkiron ka badla hai.</w:t>
      </w:r>
    </w:p>
    <w:p>
      <w:pPr>
        <w:jc w:val="right"/>
      </w:pPr>
      <w:r>
        <w:t>یہی منکروں کا بدلہ ہے۔</w:t>
      </w:r>
    </w:p>
    <w:p>
      <w:r>
        <w:rPr>
          <w:b/>
        </w:rPr>
        <w:t xml:space="preserve">[07:08] </w:t>
      </w:r>
      <w:r>
        <w:t>phir is ke baad Allah jis ko chahe toba naseeb kar de, aur Allah bakhshne wala, meherban hai.</w:t>
      </w:r>
    </w:p>
    <w:p>
      <w:pPr>
        <w:jc w:val="right"/>
      </w:pPr>
      <w:r>
        <w:t>پھر اس کے بعد اللہ جس کو چاہے توبہ نصیب کر دے، اور اللہ بخشنے والا، مہربان ہے۔</w:t>
      </w:r>
    </w:p>
    <w:p>
      <w:r>
        <w:rPr>
          <w:b/>
        </w:rPr>
        <w:t xml:space="preserve">[07:12] </w:t>
      </w:r>
      <w:r>
        <w:t>ae imaan walo!</w:t>
      </w:r>
    </w:p>
    <w:p>
      <w:pPr>
        <w:jc w:val="right"/>
      </w:pPr>
      <w:r>
        <w:t>اے ایمان والو!</w:t>
      </w:r>
    </w:p>
    <w:p>
      <w:r>
        <w:rPr>
          <w:b/>
        </w:rPr>
        <w:t xml:space="preserve">[07:16] </w:t>
      </w:r>
      <w:r>
        <w:t>mushrikeen bilkul napak hain.</w:t>
      </w:r>
    </w:p>
    <w:p>
      <w:pPr>
        <w:jc w:val="right"/>
      </w:pPr>
      <w:r>
        <w:t>مشرکین بالکل ناپاک ہیں۔</w:t>
      </w:r>
    </w:p>
    <w:p>
      <w:r>
        <w:rPr>
          <w:b/>
        </w:rPr>
        <w:t xml:space="preserve">[07:20] </w:t>
      </w:r>
      <w:r>
        <w:t>pas woh is saal ke baad masjid-e-haram ke paas na aayen, aur agar tum ko mufalisi ka</w:t>
      </w:r>
    </w:p>
    <w:p>
      <w:pPr>
        <w:jc w:val="right"/>
      </w:pPr>
      <w:r>
        <w:t>پس وہ اس سال کے بعد مسجدِ حرام کے پاس نہ آئیں، اور اگر تم کو مفلسی کا</w:t>
      </w:r>
    </w:p>
    <w:p>
      <w:r>
        <w:rPr>
          <w:b/>
        </w:rPr>
        <w:t xml:space="preserve">[07:25] </w:t>
      </w:r>
      <w:r>
        <w:t>andesha ho to Allah agar chahega to apne fazl se tum ko be niaz kar dega.</w:t>
      </w:r>
    </w:p>
    <w:p>
      <w:pPr>
        <w:jc w:val="right"/>
      </w:pPr>
      <w:r>
        <w:t>اندیشہ ہو تو اللہ اگر چاہے گا تو اپنے فضل سے تم کو بے نیاز کر دے گا۔</w:t>
      </w:r>
    </w:p>
    <w:p>
      <w:r>
        <w:rPr>
          <w:b/>
        </w:rPr>
        <w:t xml:space="preserve">[07:29] </w:t>
      </w:r>
      <w:r>
        <w:t>Allah aleem aur hakeem hai. un</w:t>
      </w:r>
    </w:p>
    <w:p>
      <w:pPr>
        <w:jc w:val="right"/>
      </w:pPr>
      <w:r>
        <w:t>اللہ علیم اور حکیم ہے۔ اُن</w:t>
      </w:r>
    </w:p>
    <w:p>
      <w:r>
        <w:rPr>
          <w:b/>
        </w:rPr>
        <w:t xml:space="preserve">[07:33] </w:t>
      </w:r>
      <w:r>
        <w:t>ahl-e-kitab se lado jo na Allah par imaan rakhte hain aur na aakhirat ke din par, aur</w:t>
      </w:r>
    </w:p>
    <w:p>
      <w:pPr>
        <w:jc w:val="right"/>
      </w:pPr>
      <w:r>
        <w:t>اہلِ کتاب سے لڑو جو نہ اللہ پر ایمان رکھتے ہیں اور نہ آخرت کے دن پر، اور</w:t>
      </w:r>
    </w:p>
    <w:p>
      <w:r>
        <w:rPr>
          <w:b/>
        </w:rPr>
        <w:t xml:space="preserve">[07:39] </w:t>
      </w:r>
      <w:r>
        <w:t>na Allah aur us ke rasool ke haram thehraaye hue ko haram thehraate hain, aur na deen-e-haq</w:t>
      </w:r>
    </w:p>
    <w:p>
      <w:pPr>
        <w:jc w:val="right"/>
      </w:pPr>
      <w:r>
        <w:t>نہ اللہ اور اس کے رسول کے حرام ٹھہرائے ہوئے کو حرام ٹھہراتے ہیں، اور نہ دینِ حق</w:t>
      </w:r>
    </w:p>
    <w:p>
      <w:r>
        <w:rPr>
          <w:b/>
        </w:rPr>
        <w:t xml:space="preserve">[07:45] </w:t>
      </w:r>
      <w:r>
        <w:t>ko apna deen banate hain, yahan tak ke woh apne hath se jiziya dein aur chote ban kar rahen.</w:t>
      </w:r>
    </w:p>
    <w:p>
      <w:pPr>
        <w:jc w:val="right"/>
      </w:pPr>
      <w:r>
        <w:t>کو اپنا دین بناتے ہیں، یہاں تک کہ وہ اپنے ہاتھ سے جزیہ دیں اور چھوٹے بن کر رہیں۔</w:t>
      </w:r>
    </w:p>
    <w:p>
      <w:r>
        <w:rPr>
          <w:b/>
        </w:rPr>
        <w:t xml:space="preserve">[07:51] </w:t>
      </w:r>
      <w:r>
        <w:t>aur yahud ne kaha ke uzair Allah ke bete hain, aur nasara ne kaha ke masih Allah ke bete hain.</w:t>
      </w:r>
    </w:p>
    <w:p>
      <w:pPr>
        <w:jc w:val="right"/>
      </w:pPr>
      <w:r>
        <w:t>اور یہود نے کہا کہ عزیز اللہ کے بیٹے ہیں، اور نصاریٰ نے کہا کہ مسیح اللہ کے بیٹے ہیں۔</w:t>
      </w:r>
    </w:p>
    <w:p>
      <w:r>
        <w:rPr>
          <w:b/>
        </w:rPr>
        <w:t xml:space="preserve">[07:57] </w:t>
      </w:r>
      <w:r>
        <w:t>yeh un ke apne munh</w:t>
      </w:r>
    </w:p>
    <w:p>
      <w:pPr>
        <w:jc w:val="right"/>
      </w:pPr>
      <w:r>
        <w:t>یہ اُن کے اپنے منہ</w:t>
      </w:r>
    </w:p>
    <w:p>
      <w:r>
        <w:rPr>
          <w:b/>
        </w:rPr>
        <w:t xml:space="preserve">[08:03] </w:t>
      </w:r>
      <w:r>
        <w:t>ki baaten hain.</w:t>
      </w:r>
    </w:p>
    <w:p>
      <w:pPr>
        <w:jc w:val="right"/>
      </w:pPr>
      <w:r>
        <w:t>کی باتیں ہیں۔</w:t>
      </w:r>
    </w:p>
    <w:p>
      <w:r>
        <w:rPr>
          <w:b/>
        </w:rPr>
        <w:t xml:space="preserve">[08:08] </w:t>
      </w:r>
      <w:r>
        <w:t>woh un logon ki baat ki naqal kar rahe hain jinhone un se pehle kufar kiya.</w:t>
      </w:r>
    </w:p>
    <w:p>
      <w:pPr>
        <w:jc w:val="right"/>
      </w:pPr>
      <w:r>
        <w:t>وہ اُن لوگوں کی بات کی نقل کر رہے ہیں جنہوں نے اُن سے پہلے کفر کیا۔</w:t>
      </w:r>
    </w:p>
    <w:p>
      <w:r>
        <w:rPr>
          <w:b/>
        </w:rPr>
        <w:t xml:space="preserve">[08:12] </w:t>
      </w:r>
      <w:r>
        <w:t>Allah un ko halak kare, woh kidhar behke ja rahe hain.</w:t>
      </w:r>
    </w:p>
    <w:p>
      <w:pPr>
        <w:jc w:val="right"/>
      </w:pPr>
      <w:r>
        <w:t>اللہ اُن کو ہلاک کرے، وہ کدھر بہکے جا رہے ہیں۔</w:t>
      </w:r>
    </w:p>
    <w:p>
      <w:r>
        <w:rPr>
          <w:b/>
        </w:rPr>
        <w:t xml:space="preserve">[08:16] </w:t>
      </w:r>
      <w:r>
        <w:t>unhone Allah ke siwa apne ulma aur mashaikh ko rabb bana dala, aur masih ibn-e-maryam ko</w:t>
      </w:r>
    </w:p>
    <w:p>
      <w:pPr>
        <w:jc w:val="right"/>
      </w:pPr>
      <w:r>
        <w:t>انہوں نے اللہ کے سوا اپنے علماء اور مشائخ کو رب بنا ڈالا، اور مسیح ابنِ مریم کو</w:t>
      </w:r>
    </w:p>
    <w:p>
      <w:r>
        <w:rPr>
          <w:b/>
        </w:rPr>
        <w:t xml:space="preserve">[08:21] </w:t>
      </w:r>
      <w:r>
        <w:t>bhi, halanki un ko sirf yeh hukum tha ke woh ek maabood ki ibadat karen.</w:t>
      </w:r>
    </w:p>
    <w:p>
      <w:pPr>
        <w:jc w:val="right"/>
      </w:pPr>
      <w:r>
        <w:t>بھی، حالانکہ اُن کو صرف یہ حکم تھا کہ وہ ایک معبود کی عبادت کریں۔</w:t>
      </w:r>
    </w:p>
    <w:p>
      <w:r>
        <w:rPr>
          <w:b/>
        </w:rPr>
        <w:t xml:space="preserve">[08:25] </w:t>
      </w:r>
      <w:r>
        <w:t>woh pak hai us se jo woh shareek karte hain.</w:t>
      </w:r>
    </w:p>
    <w:p>
      <w:pPr>
        <w:jc w:val="right"/>
      </w:pPr>
      <w:r>
        <w:t>وہ پاک ہے اُس سے جو وہ شریک کرتے ہیں۔</w:t>
      </w:r>
    </w:p>
    <w:p>
      <w:r>
        <w:rPr>
          <w:b/>
        </w:rPr>
        <w:t xml:space="preserve">[08:29] </w:t>
      </w:r>
      <w:r>
        <w:t>woh chahte hain</w:t>
      </w:r>
    </w:p>
    <w:p>
      <w:pPr>
        <w:jc w:val="right"/>
      </w:pPr>
      <w:r>
        <w:t>وہ چاہتے ہیں</w:t>
      </w:r>
    </w:p>
    <w:p>
      <w:r>
        <w:rPr>
          <w:b/>
        </w:rPr>
        <w:t xml:space="preserve">[08:34] </w:t>
      </w:r>
      <w:r>
        <w:t>keh Allah ki roshni ko apne munh se bujha dein, aur Allah apni roshni ko poora kiye baghair</w:t>
      </w:r>
    </w:p>
    <w:p>
      <w:pPr>
        <w:jc w:val="right"/>
      </w:pPr>
      <w:r>
        <w:t>کہ اللہ کی روشنی کو اپنے منہ سے بجھا دیں، اور اللہ اپنی روشنی کو پورا کیے بغیر</w:t>
      </w:r>
    </w:p>
    <w:p>
      <w:r>
        <w:rPr>
          <w:b/>
        </w:rPr>
        <w:t xml:space="preserve">[08:39] </w:t>
      </w:r>
      <w:r>
        <w:t>maan'ne wala nahi, khwah munkiron ko yeh kitna hi nagawar ho.</w:t>
      </w:r>
    </w:p>
    <w:p>
      <w:pPr>
        <w:jc w:val="right"/>
      </w:pPr>
      <w:r>
        <w:t>ماننے والا نہیں، خواہ منکروں کو یہ کتنا ہی ناگوار ہو۔</w:t>
      </w:r>
    </w:p>
    <w:p>
      <w:r>
        <w:rPr>
          <w:b/>
        </w:rPr>
        <w:t xml:space="preserve">[08:44] </w:t>
      </w:r>
      <w:r>
        <w:t>Isi ne apne Rasool ko bheja hai hidayat aur deen-e-haq ke sath taake is ko saare deen</w:t>
      </w:r>
    </w:p>
    <w:p>
      <w:pPr>
        <w:jc w:val="right"/>
      </w:pPr>
      <w:r>
        <w:t>اسی نے اپنے رسول کو بھیجا ہے ہدایت اور دینِ حق کے ساتھ تاکہ اس کو سارے دین</w:t>
      </w:r>
    </w:p>
    <w:p>
      <w:r>
        <w:rPr>
          <w:b/>
        </w:rPr>
        <w:t xml:space="preserve">[08:49] </w:t>
      </w:r>
      <w:r>
        <w:t>par ghalib kar de, khwah yeh mushrikon ko kitna hi nagawar ho.</w:t>
      </w:r>
    </w:p>
    <w:p>
      <w:pPr>
        <w:jc w:val="right"/>
      </w:pPr>
      <w:r>
        <w:t>پر غالب کر دے، خواہ یہ مشرکوں کو کتنا ہی ناگوار ہو۔</w:t>
      </w:r>
    </w:p>
    <w:p>
      <w:r>
        <w:rPr>
          <w:b/>
        </w:rPr>
        <w:t xml:space="preserve">[08:54] </w:t>
      </w:r>
      <w:r>
        <w:t>Ae imaan walo!</w:t>
      </w:r>
    </w:p>
    <w:p>
      <w:pPr>
        <w:jc w:val="right"/>
      </w:pPr>
      <w:r>
        <w:t>اے ایمان والو!</w:t>
      </w:r>
    </w:p>
    <w:p>
      <w:r>
        <w:rPr>
          <w:b/>
        </w:rPr>
        <w:t xml:space="preserve">[08:59] </w:t>
      </w:r>
      <w:r>
        <w:t>Ahl-e-kitab ke aksar ulama aur mashaikh logon ke maal batil tareeqon</w:t>
      </w:r>
    </w:p>
    <w:p>
      <w:pPr>
        <w:jc w:val="right"/>
      </w:pPr>
      <w:r>
        <w:t>اہلِ کتاب کے اکثر علماء اور مشائخ لوگوں کے مال باطل طریقوں</w:t>
      </w:r>
    </w:p>
    <w:p>
      <w:r>
        <w:rPr>
          <w:b/>
        </w:rPr>
        <w:t xml:space="preserve">[09:04] </w:t>
      </w:r>
      <w:r>
        <w:t>se khate hain aur logon ko Allah ke rastay se rokte hain, aur jo log sona aur chandi</w:t>
      </w:r>
    </w:p>
    <w:p>
      <w:pPr>
        <w:jc w:val="right"/>
      </w:pPr>
      <w:r>
        <w:t>سے کھاتے ہیں اور لوگوں کو اللہ کے راستے سے روکتے ہیں، اور جو لوگ سونا اور چاندی</w:t>
      </w:r>
    </w:p>
    <w:p>
      <w:r>
        <w:rPr>
          <w:b/>
        </w:rPr>
        <w:t xml:space="preserve">[09:08] </w:t>
      </w:r>
      <w:r>
        <w:t>jama kar ke rakhte hain aur un ko Allah ki rah mein kharch nahi karte, un ko aik</w:t>
      </w:r>
    </w:p>
    <w:p>
      <w:pPr>
        <w:jc w:val="right"/>
      </w:pPr>
      <w:r>
        <w:t>جمع کر کے رکھتے ہیں اور اُن کو اللہ کی راہ میں خرچ نہیں کرتے، اُن کو ایک</w:t>
      </w:r>
    </w:p>
    <w:p>
      <w:r>
        <w:rPr>
          <w:b/>
        </w:rPr>
        <w:t xml:space="preserve">[09:12] </w:t>
      </w:r>
      <w:r>
        <w:t>dardnak azab ki khushkhabri de do.</w:t>
      </w:r>
    </w:p>
    <w:p>
      <w:pPr>
        <w:jc w:val="right"/>
      </w:pPr>
      <w:r>
        <w:t>دردناک عذاب کی خوشخبری دے دو۔</w:t>
      </w:r>
    </w:p>
    <w:p>
      <w:r>
        <w:rPr>
          <w:b/>
        </w:rPr>
        <w:t xml:space="preserve">[09:17] </w:t>
      </w:r>
      <w:r>
        <w:t>Is din us maal par dozakh ki aag dahkayi jayegi, phir is se un ki peshaniyan aur</w:t>
      </w:r>
    </w:p>
    <w:p>
      <w:pPr>
        <w:jc w:val="right"/>
      </w:pPr>
      <w:r>
        <w:t>اس دن اُس مال پر دوزخ کی آگ دہکائی جائے گی، پھر اس سے اُن کی پیشانیاں اور</w:t>
      </w:r>
    </w:p>
    <w:p>
      <w:r>
        <w:rPr>
          <w:b/>
        </w:rPr>
        <w:t xml:space="preserve">[09:21] </w:t>
      </w:r>
      <w:r>
        <w:t>un ke pehlu aur un ki peethiyan dagi jayengi.</w:t>
      </w:r>
    </w:p>
    <w:p>
      <w:pPr>
        <w:jc w:val="right"/>
      </w:pPr>
      <w:r>
        <w:t>اُن کے پہلو اور اُن کی پیٹھیں داغی جائیں گی۔</w:t>
      </w:r>
    </w:p>
    <w:p>
      <w:r>
        <w:rPr>
          <w:b/>
        </w:rPr>
        <w:t xml:space="preserve">[09:25] </w:t>
      </w:r>
      <w:r>
        <w:t>Yahi hai woh jis ko tum ne apne waste jama kiya tha.</w:t>
      </w:r>
    </w:p>
    <w:p>
      <w:pPr>
        <w:jc w:val="right"/>
      </w:pPr>
      <w:r>
        <w:t>یہی ہے وہ جس کو تم نے اپنے واسطے جمع کیا تھا۔</w:t>
      </w:r>
    </w:p>
    <w:p>
      <w:r>
        <w:rPr>
          <w:b/>
        </w:rPr>
        <w:t xml:space="preserve">[09:30] </w:t>
      </w:r>
      <w:r>
        <w:t>Pas ab chako</w:t>
      </w:r>
    </w:p>
    <w:p>
      <w:pPr>
        <w:jc w:val="right"/>
      </w:pPr>
      <w:r>
        <w:t>پس اب چکھو</w:t>
      </w:r>
    </w:p>
    <w:p>
      <w:r>
        <w:rPr>
          <w:b/>
        </w:rPr>
        <w:t xml:space="preserve">[09:34] </w:t>
      </w:r>
      <w:r>
        <w:t>jo tum jama karte rahe.</w:t>
      </w:r>
    </w:p>
    <w:p>
      <w:pPr>
        <w:jc w:val="right"/>
      </w:pPr>
      <w:r>
        <w:t>جو تم جمع کرتے رہے۔</w:t>
      </w:r>
    </w:p>
    <w:p>
      <w:r>
        <w:rPr>
          <w:b/>
        </w:rPr>
        <w:t xml:space="preserve">[09:38] </w:t>
      </w:r>
      <w:r>
        <w:t>Mahinon ki ginti Allah ke nazdeek barah mahine hain Allah ki kitab mein, jis din se us ne</w:t>
      </w:r>
    </w:p>
    <w:p>
      <w:pPr>
        <w:jc w:val="right"/>
      </w:pPr>
      <w:r>
        <w:t>مہینوں کی گنتی اللہ کے نزدیک بارہ مہینے ہیں اللہ کی کتاب میں، جس دن سے اس نے</w:t>
      </w:r>
    </w:p>
    <w:p>
      <w:r>
        <w:rPr>
          <w:b/>
        </w:rPr>
        <w:t xml:space="preserve">[09:43] </w:t>
      </w:r>
      <w:r>
        <w:t>aasmanon aur zameen ko paida kiya.</w:t>
      </w:r>
    </w:p>
    <w:p>
      <w:pPr>
        <w:jc w:val="right"/>
      </w:pPr>
      <w:r>
        <w:t>آسمانوں اور زمین کو پیدا کیا۔</w:t>
      </w:r>
    </w:p>
    <w:p>
      <w:r>
        <w:rPr>
          <w:b/>
        </w:rPr>
        <w:t xml:space="preserve">[09:47] </w:t>
      </w:r>
      <w:r>
        <w:t>Un mein se char hurmat wale hain.</w:t>
      </w:r>
    </w:p>
    <w:p>
      <w:pPr>
        <w:jc w:val="right"/>
      </w:pPr>
      <w:r>
        <w:t>اُن میں سے چار حرمت والے ہیں۔</w:t>
      </w:r>
    </w:p>
    <w:p>
      <w:r>
        <w:rPr>
          <w:b/>
        </w:rPr>
        <w:t xml:space="preserve">[09:51] </w:t>
      </w:r>
      <w:r>
        <w:t>Yahi hai seedha deen.</w:t>
      </w:r>
    </w:p>
    <w:p>
      <w:pPr>
        <w:jc w:val="right"/>
      </w:pPr>
      <w:r>
        <w:t>یہی ہے سیدھا دین۔</w:t>
      </w:r>
    </w:p>
    <w:p>
      <w:r>
        <w:rPr>
          <w:b/>
        </w:rPr>
        <w:t xml:space="preserve">[09:56] </w:t>
      </w:r>
      <w:r>
        <w:t>Pas in mein tum apne upar zulm na karo, aur mushrikon se sab mil kar lado jis tarah</w:t>
      </w:r>
    </w:p>
    <w:p>
      <w:pPr>
        <w:jc w:val="right"/>
      </w:pPr>
      <w:r>
        <w:t>پس ان میں تم اپنے اوپر ظلم نہ کرو، اور مشرکوں سے سب مل کر لڑو جس طرح</w:t>
      </w:r>
    </w:p>
    <w:p>
      <w:r>
        <w:rPr>
          <w:b/>
        </w:rPr>
        <w:t xml:space="preserve">[10:00] </w:t>
      </w:r>
      <w:r>
        <w:t>woh sab mil kar tum se ladte hain, aur jaan lo ke Allah mutaqqi'on ke sath hai.</w:t>
      </w:r>
    </w:p>
    <w:p>
      <w:pPr>
        <w:jc w:val="right"/>
      </w:pPr>
      <w:r>
        <w:t>وہ سب مل کر تم سے لڑتے ہیں، اور جان لو کہ اللہ متقیوں کے ساتھ ہے۔</w:t>
      </w:r>
    </w:p>
    <w:p>
      <w:r>
        <w:rPr>
          <w:b/>
        </w:rPr>
        <w:t xml:space="preserve">[10:05] </w:t>
      </w:r>
      <w:r>
        <w:t>Mahinon ka hata dena kufr mein aik izafa hai.</w:t>
      </w:r>
    </w:p>
    <w:p>
      <w:pPr>
        <w:jc w:val="right"/>
      </w:pPr>
      <w:r>
        <w:t>مہینوں کا ہٹا دینا کفر میں ایک اضافہ ہے۔</w:t>
      </w:r>
    </w:p>
    <w:p>
      <w:r>
        <w:rPr>
          <w:b/>
        </w:rPr>
        <w:t xml:space="preserve">[10:10] </w:t>
      </w:r>
      <w:r>
        <w:t>Is se kufr karne wale gumrahi mein padte hain.</w:t>
      </w:r>
    </w:p>
    <w:p>
      <w:pPr>
        <w:jc w:val="right"/>
      </w:pPr>
      <w:r>
        <w:t>اس سے کفر کرنے والے گمراہی میں پڑتے ہیں۔</w:t>
      </w:r>
    </w:p>
    <w:p>
      <w:r>
        <w:rPr>
          <w:b/>
        </w:rPr>
        <w:t xml:space="preserve">[10:15] </w:t>
      </w:r>
      <w:r>
        <w:t>Woh kisi saal haram mahine ko halaal kar lete hain aur kisi saal is ko haram kar dete</w:t>
      </w:r>
    </w:p>
    <w:p>
      <w:pPr>
        <w:jc w:val="right"/>
      </w:pPr>
      <w:r>
        <w:t>وہ کسی سال حرام مہینے کو حلال کر لیتے ہیں اور کسی سال اس کو حرام کر دیتے</w:t>
      </w:r>
    </w:p>
    <w:p>
      <w:r>
        <w:rPr>
          <w:b/>
        </w:rPr>
        <w:t xml:space="preserve">[10:20] </w:t>
      </w:r>
      <w:r>
        <w:t>hain taake Khuda ke haram kiye hue ki ginti poori kar ke is ke haram kiye hue ko</w:t>
      </w:r>
    </w:p>
    <w:p>
      <w:pPr>
        <w:jc w:val="right"/>
      </w:pPr>
      <w:r>
        <w:t>ہیں تاکہ خدا کے حرام کیے ہوئے کی گنتی پوری کر کے اس کے حرام کیے ہوئے کو</w:t>
      </w:r>
    </w:p>
    <w:p>
      <w:r>
        <w:rPr>
          <w:b/>
        </w:rPr>
        <w:t xml:space="preserve">[10:25] </w:t>
      </w:r>
      <w:r>
        <w:t>halal kar lein.</w:t>
      </w:r>
    </w:p>
    <w:p>
      <w:pPr>
        <w:jc w:val="right"/>
      </w:pPr>
      <w:r>
        <w:t>حلال کر لیں۔</w:t>
      </w:r>
    </w:p>
    <w:p>
      <w:r>
        <w:rPr>
          <w:b/>
        </w:rPr>
        <w:t xml:space="preserve">[10:30] </w:t>
      </w:r>
      <w:r>
        <w:t>un ke bure a'maal un ke liye khushnuma bana diye gaye hain, aur Allah inkaar karne walon ko rasta</w:t>
      </w:r>
    </w:p>
    <w:p>
      <w:pPr>
        <w:jc w:val="right"/>
      </w:pPr>
      <w:r>
        <w:t>اُن کے برے اعمال اُن کے لیے خوشنما بنا دیے گئے ہیں، اور اللہ انکار کرنے والوں کو راستہ</w:t>
      </w:r>
    </w:p>
    <w:p>
      <w:r>
        <w:rPr>
          <w:b/>
        </w:rPr>
        <w:t xml:space="preserve">[10:35] </w:t>
      </w:r>
      <w:r>
        <w:t>nahin dikhata.</w:t>
      </w:r>
    </w:p>
    <w:p>
      <w:pPr>
        <w:jc w:val="right"/>
      </w:pPr>
      <w:r>
        <w:t>نہیں دکھاتا۔</w:t>
      </w:r>
    </w:p>
    <w:p>
      <w:r>
        <w:rPr>
          <w:b/>
        </w:rPr>
        <w:t xml:space="preserve">[10:40] </w:t>
      </w:r>
      <w:r>
        <w:t>ae imaan walo!</w:t>
      </w:r>
    </w:p>
    <w:p>
      <w:pPr>
        <w:jc w:val="right"/>
      </w:pPr>
      <w:r>
        <w:t>اے ایمان والو!</w:t>
      </w:r>
    </w:p>
    <w:p>
      <w:r>
        <w:rPr>
          <w:b/>
        </w:rPr>
        <w:t xml:space="preserve">[10:45] </w:t>
      </w:r>
      <w:r>
        <w:t>tum ko kya ho gaya hai ke jab tum se kaha jata hai ke Allah ki rah mein</w:t>
      </w:r>
    </w:p>
    <w:p>
      <w:pPr>
        <w:jc w:val="right"/>
      </w:pPr>
      <w:r>
        <w:t>تم کو کیا ہو گیا ہے کہ جب تم سے کہا جاتا ہے کہ اللہ کی راہ میں</w:t>
      </w:r>
    </w:p>
    <w:p>
      <w:r>
        <w:rPr>
          <w:b/>
        </w:rPr>
        <w:t xml:space="preserve">[10:50] </w:t>
      </w:r>
      <w:r>
        <w:t>niklo to tum zameen se lage jate ho? kya tum akhirat ke muqable mein dunya ki zindagi par</w:t>
      </w:r>
    </w:p>
    <w:p>
      <w:pPr>
        <w:jc w:val="right"/>
      </w:pPr>
      <w:r>
        <w:t>نکلو تو تم زمین سے لگے جاتے ہو؟ کیا تم آخرت کے مقابلے میں دنیا کی زندگی پر</w:t>
      </w:r>
    </w:p>
    <w:p>
      <w:r>
        <w:rPr>
          <w:b/>
        </w:rPr>
        <w:t xml:space="preserve">[10:55] </w:t>
      </w:r>
      <w:r>
        <w:t>razi ho gaye? akhirat ke muqable mein dunya ki zindagi ka saman to bohat thora hai.</w:t>
      </w:r>
    </w:p>
    <w:p>
      <w:pPr>
        <w:jc w:val="right"/>
      </w:pPr>
      <w:r>
        <w:t>راضی ہو گئے؟ آخرت کے مقابلے میں دنیا کی زندگی کا سامان تو بہت تھوڑا ہے۔</w:t>
      </w:r>
    </w:p>
    <w:p>
      <w:r>
        <w:rPr>
          <w:b/>
        </w:rPr>
        <w:t xml:space="preserve">[11:00] </w:t>
      </w:r>
      <w:r>
        <w:t>agar tum na niklo ge to Khuda tum ko dardnak saza de ga, aur tumhari jagah woh doosri q</w:t>
      </w:r>
    </w:p>
    <w:p>
      <w:pPr>
        <w:jc w:val="right"/>
      </w:pPr>
      <w:r>
        <w:t>اگر تم نہ نکلو گے تو خدا تم کو دردناک سزا دے گا، اور تمہاری جگہ وہ دوسری ق</w:t>
      </w:r>
    </w:p>
    <w:p>
      <w:r>
        <w:rPr>
          <w:b/>
        </w:rPr>
        <w:t xml:space="preserve">[11:05] </w:t>
      </w:r>
      <w:r>
        <w:t>aum ko le aye ga, aur tum Khuda ka kuch bhi na bigar sako ge.</w:t>
      </w:r>
    </w:p>
    <w:p>
      <w:pPr>
        <w:jc w:val="right"/>
      </w:pPr>
      <w:r>
        <w:t>وم کو لے آئے گا، اور تم خدا کا کچھ بھی نہ بگاڑ سکو گے۔</w:t>
      </w:r>
    </w:p>
    <w:p>
      <w:r>
        <w:rPr>
          <w:b/>
        </w:rPr>
        <w:t xml:space="preserve">[11:09] </w:t>
      </w:r>
      <w:r>
        <w:t>aur Khuda har cheez par qadir hai.</w:t>
      </w:r>
    </w:p>
    <w:p>
      <w:pPr>
        <w:jc w:val="right"/>
      </w:pPr>
      <w:r>
        <w:t>اور خدا ہر چیز پر قادر ہے۔</w:t>
      </w:r>
    </w:p>
    <w:p>
      <w:r>
        <w:rPr>
          <w:b/>
        </w:rPr>
        <w:t xml:space="preserve">[11:13] </w:t>
      </w:r>
      <w:r>
        <w:t>agar tum rasool ki madad na karoge to Allah khud is ki madad kar chuka hai, jabke</w:t>
      </w:r>
    </w:p>
    <w:p>
      <w:pPr>
        <w:jc w:val="right"/>
      </w:pPr>
      <w:r>
        <w:t>اگر تم رسول کی مدد نہ کرو گے تو اللہ خود اس کی مدد کر چکا ہے، جبکہ</w:t>
      </w:r>
    </w:p>
    <w:p>
      <w:r>
        <w:rPr>
          <w:b/>
        </w:rPr>
        <w:t xml:space="preserve">[11:18] </w:t>
      </w:r>
      <w:r>
        <w:t>munkiron ne is ko nikal diya tha.</w:t>
      </w:r>
    </w:p>
    <w:p>
      <w:pPr>
        <w:jc w:val="right"/>
      </w:pPr>
      <w:r>
        <w:t>منکروں نے اس کو نکال دیا تھا۔</w:t>
      </w:r>
    </w:p>
    <w:p>
      <w:r>
        <w:rPr>
          <w:b/>
        </w:rPr>
        <w:t xml:space="preserve">[11:22] </w:t>
      </w:r>
      <w:r>
        <w:t>wo sirf do mein ka doosra tha, jab woh dono ghare mein the, jab woh apne saathi se</w:t>
      </w:r>
    </w:p>
    <w:p>
      <w:pPr>
        <w:jc w:val="right"/>
      </w:pPr>
      <w:r>
        <w:t>وہ صرف دو میں کا دوسرا تھا، جب وہ دونوں غار میں تھے، جب وہ اپنے ساتھی سے</w:t>
      </w:r>
    </w:p>
    <w:p>
      <w:r>
        <w:rPr>
          <w:b/>
        </w:rPr>
        <w:t xml:space="preserve">[11:26] </w:t>
      </w:r>
      <w:r>
        <w:t>kehraha tha ke gham na karo, Allah hamare sath hai.</w:t>
      </w:r>
    </w:p>
    <w:p>
      <w:pPr>
        <w:jc w:val="right"/>
      </w:pPr>
      <w:r>
        <w:t>کہہ رہا تھا کہ غم نہ کرو، اللہ ہمارے ساتھ ہے۔</w:t>
      </w:r>
    </w:p>
    <w:p>
      <w:r>
        <w:rPr>
          <w:b/>
        </w:rPr>
        <w:t xml:space="preserve">[11:30] </w:t>
      </w:r>
      <w:r>
        <w:t>pas Allah ne is par apni sakenat nazil</w:t>
      </w:r>
    </w:p>
    <w:p>
      <w:pPr>
        <w:jc w:val="right"/>
      </w:pPr>
      <w:r>
        <w:t>پس اللہ نے اس پر اپنی سکینت نازل</w:t>
      </w:r>
    </w:p>
    <w:p>
      <w:r>
        <w:rPr>
          <w:b/>
        </w:rPr>
        <w:t xml:space="preserve">[11:35] </w:t>
      </w:r>
      <w:r>
        <w:t>farmayi, aur us ki madad aise lashkaron se ki jo tum ko nazar na aate the, aur Allah ne munkiron ki baat neechi kar di, aur Allah hi ki baat to oonchi hai, aur Allah zabardast hai, hakeem hai. Halke aur boojhal, aur apne maal aur apni jaan se Allah ki raah mein jihad karo. Yeh tumhare liye behtar hai agar tum jano. Agar nafa qareeb hota aur safar halka hota to woh zaroor</w:t>
      </w:r>
    </w:p>
    <w:p>
      <w:pPr>
        <w:jc w:val="right"/>
      </w:pPr>
      <w:r>
        <w:t>فرمائی، اور اس کی مدد ایسے لشکروں سے کی جو تم کو نظر نہ آتے تھے، اور اللہ نے منکروں کی بات نیچی کر دی، اور اللہ ہی کی بات تو اونچی ہے، اور اللہ زبردست ہے، حکمت والا ہے۔ ہلکے اور بوجھل، اور اپنے مال اور اپنی جان سے اللہ کی راہ میں جہاد کرو۔ یہ تمہارے لیے بہتر ہے اگر تم جانو۔ اگر نفع قریب ہوتا اور سفر ہلکا ہوتا تو وہ ضرور</w:t>
      </w:r>
    </w:p>
    <w:p>
      <w:r>
        <w:rPr>
          <w:b/>
        </w:rPr>
        <w:t xml:space="preserve">[12:05] </w:t>
      </w:r>
      <w:r>
        <w:t>tumhare peche ho lete, magar yeh manzil un par kathan ho gayi.</w:t>
      </w:r>
    </w:p>
    <w:p>
      <w:pPr>
        <w:jc w:val="right"/>
      </w:pPr>
      <w:r>
        <w:t>تمہارے پیچھے ہو لیتے، مگر یہ منزل اُن پر کٹھن ہو گئی۔</w:t>
      </w:r>
    </w:p>
    <w:p>
      <w:r>
        <w:rPr>
          <w:b/>
        </w:rPr>
        <w:t xml:space="preserve">[12:11] </w:t>
      </w:r>
      <w:r>
        <w:t>ab woh qasmein khayein ge ke agar hum se ho sakta to hum zaroor tumhare sath chalte.</w:t>
      </w:r>
    </w:p>
    <w:p>
      <w:pPr>
        <w:jc w:val="right"/>
      </w:pPr>
      <w:r>
        <w:t>اب وہ قسمیں کھائیں گے کہ اگر ہم سے ہو سکتا تو ہم ضرور تمہارے ساتھ چلتے۔</w:t>
      </w:r>
    </w:p>
    <w:p>
      <w:r>
        <w:rPr>
          <w:b/>
        </w:rPr>
        <w:t xml:space="preserve">[12:17] </w:t>
      </w:r>
      <w:r>
        <w:t>woh apne aap ko halakat mein dal rahe hain, aur Allah janta hai ke yeh log yaqeenan jhoote hain.</w:t>
      </w:r>
    </w:p>
    <w:p>
      <w:pPr>
        <w:jc w:val="right"/>
      </w:pPr>
      <w:r>
        <w:t>وہ اپنے آپ کو ہلاکت میں ڈال رہے ہیں، اور اللہ جانتا ہے کہ یہ لوگ یقیناً جھوٹے ہیں۔</w:t>
      </w:r>
    </w:p>
    <w:p>
      <w:r>
        <w:rPr>
          <w:b/>
        </w:rPr>
        <w:t xml:space="preserve">[12:23] </w:t>
      </w:r>
      <w:r>
        <w:t>Allah tum ko maaf kare, tum ne kyun unhein ijazat de di, yahan tak ke tum par khul</w:t>
      </w:r>
    </w:p>
    <w:p>
      <w:pPr>
        <w:jc w:val="right"/>
      </w:pPr>
      <w:r>
        <w:t>اللہ تم کو معاف کرے، تم نے کیوں انہیں اجازت دے دی، یہاں تک کہ تم پر کھل</w:t>
      </w:r>
    </w:p>
    <w:p>
      <w:r>
        <w:rPr>
          <w:b/>
        </w:rPr>
        <w:t xml:space="preserve">[12:29] </w:t>
      </w:r>
      <w:r>
        <w:t>jata ke kon log sachhe hain, aur jhootoun ko bhi tum jaan lete.</w:t>
      </w:r>
    </w:p>
    <w:p>
      <w:pPr>
        <w:jc w:val="right"/>
      </w:pPr>
      <w:r>
        <w:t>جاتا کہ کون لوگ سچے ہیں، اور جھوٹوں کو بھی تم جان لیتے۔</w:t>
      </w:r>
    </w:p>
    <w:p>
      <w:r>
        <w:rPr>
          <w:b/>
        </w:rPr>
        <w:t xml:space="preserve">[12:36] </w:t>
      </w:r>
      <w:r>
        <w:t>jo log Allah par aur akhirat ke din par imaan rakhte hain, woh kabhi tum se yeh darkhwast</w:t>
      </w:r>
    </w:p>
    <w:p>
      <w:pPr>
        <w:jc w:val="right"/>
      </w:pPr>
      <w:r>
        <w:t>جو لوگ اللہ پر اور آخرت کے دن پر ایمان رکھتے ہیں، وہ کبھی تم سے یہ درخواست</w:t>
      </w:r>
    </w:p>
    <w:p>
      <w:r>
        <w:rPr>
          <w:b/>
        </w:rPr>
        <w:t xml:space="preserve">[12:41] </w:t>
      </w:r>
      <w:r>
        <w:t>na karein ge ke woh apne maal aur apni jaan se jihad na karein, aur Allah darne walon</w:t>
      </w:r>
    </w:p>
    <w:p>
      <w:pPr>
        <w:jc w:val="right"/>
      </w:pPr>
      <w:r>
        <w:t>نہ کریں گے کہ وہ اپنے مال اور اپنی جان سے جہاد نہ کریں، اور اللہ ڈرنے والوں</w:t>
      </w:r>
    </w:p>
    <w:p>
      <w:r>
        <w:rPr>
          <w:b/>
        </w:rPr>
        <w:t xml:space="preserve">[12:46] </w:t>
      </w:r>
      <w:r>
        <w:t>ko khoob janta hai.</w:t>
      </w:r>
    </w:p>
    <w:p>
      <w:pPr>
        <w:jc w:val="right"/>
      </w:pPr>
      <w:r>
        <w:t>کو خوب جانتا ہے۔</w:t>
      </w:r>
    </w:p>
    <w:p>
      <w:r>
        <w:rPr>
          <w:b/>
        </w:rPr>
        <w:t xml:space="preserve">[12:51] </w:t>
      </w:r>
      <w:r>
        <w:t>tum se ijazat to wohi log mangte hain jo Allah par aur akhirat ke din par imaan nahin</w:t>
      </w:r>
    </w:p>
    <w:p>
      <w:pPr>
        <w:jc w:val="right"/>
      </w:pPr>
      <w:r>
        <w:t>تم سے اجازت تو وہی لوگ مانگتے ہیں جو اللہ پر اور آخرت کے دن پر ایمان نہیں</w:t>
      </w:r>
    </w:p>
    <w:p>
      <w:r>
        <w:rPr>
          <w:b/>
        </w:rPr>
        <w:t xml:space="preserve">[12:56] </w:t>
      </w:r>
      <w:r>
        <w:t>rakhte, aur un ke dil shakk mein pade hue hain.</w:t>
      </w:r>
    </w:p>
    <w:p>
      <w:pPr>
        <w:jc w:val="right"/>
      </w:pPr>
      <w:r>
        <w:t>رکھتے، اور اُن کے دل شک میں پڑے ہوئے ہیں۔</w:t>
      </w:r>
    </w:p>
    <w:p>
      <w:r>
        <w:rPr>
          <w:b/>
        </w:rPr>
        <w:t xml:space="preserve">[13:01] </w:t>
      </w:r>
      <w:r>
        <w:t>pas woh apne shakk mein bhatak rahe hain, aur agar woh nikalna chahte to zaroor woh is ka</w:t>
      </w:r>
    </w:p>
    <w:p>
      <w:pPr>
        <w:jc w:val="right"/>
      </w:pPr>
      <w:r>
        <w:t>پس وہ اپنے شک میں بھٹک رہے ہیں، اور اگر وہ نکلنا چاہتے تو ضرور وہ اس کا</w:t>
      </w:r>
    </w:p>
    <w:p>
      <w:r>
        <w:rPr>
          <w:b/>
        </w:rPr>
        <w:t xml:space="preserve">[13:06] </w:t>
      </w:r>
      <w:r>
        <w:t>kuch saamaan kar lete, magar Allah ne un ka uthna pasand na kiya, is liye unhein jama rehne</w:t>
      </w:r>
    </w:p>
    <w:p>
      <w:pPr>
        <w:jc w:val="right"/>
      </w:pPr>
      <w:r>
        <w:t>کچھ سامان کر لیتے، مگر اللہ نے اُن کا اٹھنا پسند نہ کیا، اس لیے انہیں جمع رہنے</w:t>
      </w:r>
    </w:p>
    <w:p>
      <w:r>
        <w:rPr>
          <w:b/>
        </w:rPr>
        <w:t xml:space="preserve">[13:12] </w:t>
      </w:r>
      <w:r>
        <w:t>diya, aur keh diya gaya ke baithne walon ke saath baithe raho.</w:t>
      </w:r>
    </w:p>
    <w:p>
      <w:pPr>
        <w:jc w:val="right"/>
      </w:pPr>
      <w:r>
        <w:t>دیا، اور کہہ دیا گیا کہ بیٹھنے والوں کے ساتھ بیٹھے رہو۔</w:t>
      </w:r>
    </w:p>
    <w:p>
      <w:r>
        <w:rPr>
          <w:b/>
        </w:rPr>
        <w:t xml:space="preserve">[13:18] </w:t>
      </w:r>
      <w:r>
        <w:t>agar yeh log tumhare saath nikalte to woh tumhare liye kharabi hi barhane ka باعث bante, aur woh</w:t>
      </w:r>
    </w:p>
    <w:p>
      <w:pPr>
        <w:jc w:val="right"/>
      </w:pPr>
      <w:r>
        <w:t>اگر یہ لوگ تمہارے ساتھ نکلتے تو وہ تمہارے لیے خرابی ہی بڑھانے کا باعث بنتے، اور وہ</w:t>
      </w:r>
    </w:p>
    <w:p>
      <w:r>
        <w:rPr>
          <w:b/>
        </w:rPr>
        <w:t xml:space="preserve">[13:24] </w:t>
      </w:r>
      <w:r>
        <w:t>tumhare darmiyan fitna pardazi ke liye doure daud karte, aur tum mein un ke sunne wale hain, aur</w:t>
      </w:r>
    </w:p>
    <w:p>
      <w:pPr>
        <w:jc w:val="right"/>
      </w:pPr>
      <w:r>
        <w:t>تمہارے درمیان فتنہ پردازی کے لیے دوڑ دھوپ کرتے، اور تم میں اُن کے سننے والے ہیں، اور</w:t>
      </w:r>
    </w:p>
    <w:p>
      <w:r>
        <w:rPr>
          <w:b/>
        </w:rPr>
        <w:t xml:space="preserve">[13:30] </w:t>
      </w:r>
      <w:r>
        <w:t>Allah zalimon se khoob waqif hai. Yeh pehle</w:t>
      </w:r>
    </w:p>
    <w:p>
      <w:pPr>
        <w:jc w:val="right"/>
      </w:pPr>
      <w:r>
        <w:t>اللہ ظالموں سے خوب واقف ہے۔ یہ پہلے</w:t>
      </w:r>
    </w:p>
    <w:p>
      <w:r>
        <w:rPr>
          <w:b/>
        </w:rPr>
        <w:t xml:space="preserve">[13:36] </w:t>
      </w:r>
      <w:r>
        <w:t>bhi fitne ki koshish kar chuke hain, aur woh tumhare liye kamon ka ult pher karte rahe hain,</w:t>
      </w:r>
    </w:p>
    <w:p>
      <w:pPr>
        <w:jc w:val="right"/>
      </w:pPr>
      <w:r>
        <w:t>بھی فتنے کی کوشش کر چکے ہیں، اور وہ تمہارے لیے کاموں کا الٹ پھیر کرتے رہے ہیں،</w:t>
      </w:r>
    </w:p>
    <w:p>
      <w:r>
        <w:rPr>
          <w:b/>
        </w:rPr>
        <w:t xml:space="preserve">[13:41] </w:t>
      </w:r>
      <w:r>
        <w:t>yahan tak ke haq aa gaya, aur Allah ka hukum zahir ho gaya, aur woh naguzar hi rahe.</w:t>
      </w:r>
    </w:p>
    <w:p>
      <w:pPr>
        <w:jc w:val="right"/>
      </w:pPr>
      <w:r>
        <w:t>یہاں تک کہ حق آ گیا، اور اللہ کا حکم ظاہر ہو گیا، اور وہ ناخوش ہی رہے۔</w:t>
      </w:r>
    </w:p>
    <w:p>
      <w:r>
        <w:rPr>
          <w:b/>
        </w:rPr>
        <w:t xml:space="preserve">[13:46] </w:t>
      </w:r>
      <w:r>
        <w:t>aur un mein woh bhi hain jo kehte hain ke mujhe rokhsat de dijiye, aur mujh ko fitne</w:t>
      </w:r>
    </w:p>
    <w:p>
      <w:pPr>
        <w:jc w:val="right"/>
      </w:pPr>
      <w:r>
        <w:t>اور اُن میں وہ بھی ہیں جو کہتے ہیں کہ مجھے رخصت دے دیجیے، اور مجھ کو فتنے</w:t>
      </w:r>
    </w:p>
    <w:p>
      <w:r>
        <w:rPr>
          <w:b/>
        </w:rPr>
        <w:t xml:space="preserve">[13:51] </w:t>
      </w:r>
      <w:r>
        <w:t>mein na daliye.</w:t>
      </w:r>
    </w:p>
    <w:p>
      <w:pPr>
        <w:jc w:val="right"/>
      </w:pPr>
      <w:r>
        <w:t>میں نہ ڈالیے۔</w:t>
      </w:r>
    </w:p>
    <w:p>
      <w:r>
        <w:rPr>
          <w:b/>
        </w:rPr>
        <w:t xml:space="preserve">[13:56] </w:t>
      </w:r>
      <w:r>
        <w:t>sun lo, woh to fitne mein pad chuke, aur beshak jahannum munkiron ko ghere hue hai.</w:t>
      </w:r>
    </w:p>
    <w:p>
      <w:pPr>
        <w:jc w:val="right"/>
      </w:pPr>
      <w:r>
        <w:t>سن لو، وہ تو فتنے میں پڑ چکے، اور بے شک جہنم منکروں کو گھیرے ہوئے ہے۔</w:t>
      </w:r>
    </w:p>
    <w:p>
      <w:r>
        <w:rPr>
          <w:b/>
        </w:rPr>
        <w:t xml:space="preserve">[14:01] </w:t>
      </w:r>
      <w:r>
        <w:t>agar tumhein koi ach</w:t>
      </w:r>
    </w:p>
    <w:p>
      <w:pPr>
        <w:jc w:val="right"/>
      </w:pPr>
      <w:r>
        <w:t>اگر تمہیں کوئی اچھ</w:t>
      </w:r>
    </w:p>
    <w:p>
      <w:r>
        <w:rPr>
          <w:b/>
        </w:rPr>
        <w:t xml:space="preserve">[14:06] </w:t>
      </w:r>
      <w:r>
        <w:t>hai to un ko dukh hota hai, aur agar tum ko koi musibat pohanchti hai</w:t>
      </w:r>
    </w:p>
    <w:p>
      <w:pPr>
        <w:jc w:val="right"/>
      </w:pPr>
      <w:r>
        <w:t>ائی پیش آتی ہے تو اُن کو دکھ ہوتا ہے، اور اگر تم کو کوئی مصیبت پہنچتی ہے</w:t>
      </w:r>
    </w:p>
    <w:p>
      <w:r>
        <w:rPr>
          <w:b/>
        </w:rPr>
        <w:t xml:space="preserve">[14:12] </w:t>
      </w:r>
      <w:r>
        <w:t>to woh kehte hain hum ne pehle hi apna bachao kar liya tha, aur woh khush ho kar lotte hain.</w:t>
      </w:r>
    </w:p>
    <w:p>
      <w:pPr>
        <w:jc w:val="right"/>
      </w:pPr>
      <w:r>
        <w:t>تو وہ کہتے ہیں ہم نے پہلے ہی اپنا بچاؤ کر لیا تھا، اور وہ خوش ہو کر لوٹتے ہیں۔</w:t>
      </w:r>
    </w:p>
    <w:p>
      <w:r>
        <w:rPr>
          <w:b/>
        </w:rPr>
        <w:t xml:space="preserve">[14:18] </w:t>
      </w:r>
      <w:r>
        <w:t>kaho hamein sirf wohi cheez pohanche gi jo Allah ne hamare liye likh di hai.</w:t>
      </w:r>
    </w:p>
    <w:p>
      <w:pPr>
        <w:jc w:val="right"/>
      </w:pPr>
      <w:r>
        <w:t>کہو ہمیں صرف وہی چیز پہنچے گی جو اللہ نے ہمارے لیے لکھ دی ہے۔</w:t>
      </w:r>
    </w:p>
    <w:p>
      <w:r>
        <w:rPr>
          <w:b/>
        </w:rPr>
        <w:t xml:space="preserve">[14:24] </w:t>
      </w:r>
      <w:r>
        <w:t>woh hamara karsaz hai, aur ehle iman ko Allah hi par bharosa karna chahiye.</w:t>
      </w:r>
    </w:p>
    <w:p>
      <w:pPr>
        <w:jc w:val="right"/>
      </w:pPr>
      <w:r>
        <w:t>وہ ہمارا کارساز ہے، اور اہلِ ایمان کو اللہ ہی پر بھروسہ کرنا چاہیے۔</w:t>
      </w:r>
    </w:p>
    <w:p>
      <w:r>
        <w:rPr>
          <w:b/>
        </w:rPr>
        <w:t xml:space="preserve">[14:30] </w:t>
      </w:r>
      <w:r>
        <w:t>kaho tum hamare liye sirf do bhalaion mein se</w:t>
      </w:r>
    </w:p>
    <w:p>
      <w:pPr>
        <w:jc w:val="right"/>
      </w:pPr>
      <w:r>
        <w:t>کہو تم ہمارے لیے صرف دو بھلائیوں میں سے</w:t>
      </w:r>
    </w:p>
    <w:p>
      <w:r>
        <w:rPr>
          <w:b/>
        </w:rPr>
        <w:t xml:space="preserve">[14:36] </w:t>
      </w:r>
      <w:r>
        <w:t>ek bhalai ke muntazir ho, magar hum tumhare haq mein is ke muntazir hain ke Allah tum par</w:t>
      </w:r>
    </w:p>
    <w:p>
      <w:pPr>
        <w:jc w:val="right"/>
      </w:pPr>
      <w:r>
        <w:t>ایک بھلائی کے منتظر ہو، مگر ہم تمہارے حق میں اس کے منتظر ہیں کہ اللہ تم پر</w:t>
      </w:r>
    </w:p>
    <w:p>
      <w:r>
        <w:rPr>
          <w:b/>
        </w:rPr>
        <w:t xml:space="preserve">[14:42] </w:t>
      </w:r>
      <w:r>
        <w:t>azab bheje apni taraf se ya hamare hathon se.</w:t>
      </w:r>
    </w:p>
    <w:p>
      <w:pPr>
        <w:jc w:val="right"/>
      </w:pPr>
      <w:r>
        <w:t>عذاب بھیجے اپنی طرف سے یا ہمارے ہاتھوں سے۔</w:t>
      </w:r>
    </w:p>
    <w:p>
      <w:r>
        <w:rPr>
          <w:b/>
        </w:rPr>
        <w:t xml:space="preserve">[14:48] </w:t>
      </w:r>
      <w:r>
        <w:t>pas tum intezar karo, hum bhi tumhare saath intezar karne walon mein hain.</w:t>
      </w:r>
    </w:p>
    <w:p>
      <w:pPr>
        <w:jc w:val="right"/>
      </w:pPr>
      <w:r>
        <w:t>پس تم انتظار کرو، ہم بھی تمہارے ساتھ انتظار کرنے والوں میں ہیں۔</w:t>
      </w:r>
    </w:p>
    <w:p>
      <w:r>
        <w:rPr>
          <w:b/>
        </w:rPr>
        <w:t xml:space="preserve">[14:54] </w:t>
      </w:r>
      <w:r>
        <w:t>kaho tum khushi se kharch karo ya naguzari se, tum se hargiz qabool na kiya jayega.</w:t>
      </w:r>
    </w:p>
    <w:p>
      <w:pPr>
        <w:jc w:val="right"/>
      </w:pPr>
      <w:r>
        <w:t>کہو تم خوشی سے خرچ کرو یا ناخوشی سے، تم سے ہرگز قبول نہ کیا جائے گا۔</w:t>
      </w:r>
    </w:p>
    <w:p>
      <w:r>
        <w:rPr>
          <w:b/>
        </w:rPr>
        <w:t xml:space="preserve">[15:00] </w:t>
      </w:r>
      <w:r>
        <w:t>beshak tum nafarman log ho, aur woh apne kharch ki qabooliyat se sirf is</w:t>
      </w:r>
    </w:p>
    <w:p>
      <w:pPr>
        <w:jc w:val="right"/>
      </w:pPr>
      <w:r>
        <w:t>بے شک تم نافرمان لوگ ہو، اور وہ اپنے خرچ کی قبولیت سے صرف اس</w:t>
      </w:r>
    </w:p>
    <w:p>
      <w:r>
        <w:rPr>
          <w:b/>
        </w:rPr>
        <w:t xml:space="preserve">[15:06] </w:t>
      </w:r>
      <w:r>
        <w:t>liye mehroom hue ke unhon ne Allah aur us ke rasool ka inkar kiya.</w:t>
      </w:r>
    </w:p>
    <w:p>
      <w:pPr>
        <w:jc w:val="right"/>
      </w:pPr>
      <w:r>
        <w:t>لیے محروم ہوئے کہ انہوں نے اللہ اور اس کے رسول کا انکار کیا۔</w:t>
      </w:r>
    </w:p>
    <w:p>
      <w:r>
        <w:rPr>
          <w:b/>
        </w:rPr>
        <w:t xml:space="preserve">[15:11] </w:t>
      </w:r>
      <w:r>
        <w:t>aur yeh log namaz ke liye aate hain to girani ke saath aate hain, aur kharch karte hain</w:t>
      </w:r>
    </w:p>
    <w:p>
      <w:pPr>
        <w:jc w:val="right"/>
      </w:pPr>
      <w:r>
        <w:t>اور یہ لوگ نماز کے لیے آتے ہیں تو گرانی کے ساتھ آتے ہیں، اور خرچ کرتے ہیں</w:t>
      </w:r>
    </w:p>
    <w:p>
      <w:r>
        <w:rPr>
          <w:b/>
        </w:rPr>
        <w:t xml:space="preserve">[15:15] </w:t>
      </w:r>
      <w:r>
        <w:t>to naguzari ke saath.</w:t>
      </w:r>
    </w:p>
    <w:p>
      <w:pPr>
        <w:jc w:val="right"/>
      </w:pPr>
      <w:r>
        <w:t>تو ناگواری کے ساتھ۔</w:t>
      </w:r>
    </w:p>
    <w:p>
      <w:r>
        <w:rPr>
          <w:b/>
        </w:rPr>
        <w:t xml:space="preserve">[15:19] </w:t>
      </w:r>
      <w:r>
        <w:t>tum un ke maal aur aulad ko kuch waqt na do, Allah to yeh chahta hai ke un</w:t>
      </w:r>
    </w:p>
    <w:p>
      <w:pPr>
        <w:jc w:val="right"/>
      </w:pPr>
      <w:r>
        <w:t>تم اُن کے مال اور اولاد کو کچھ وقت نہ دو، اللہ تو یہ چاہتا ہے کہ اُن</w:t>
      </w:r>
    </w:p>
    <w:p>
      <w:r>
        <w:rPr>
          <w:b/>
        </w:rPr>
        <w:t xml:space="preserve">[15:24] </w:t>
      </w:r>
      <w:r>
        <w:t>ke zariye se unhein dunya ki zindagi mein azaab de, aur un ki janen is halat mein niklen</w:t>
      </w:r>
    </w:p>
    <w:p>
      <w:pPr>
        <w:jc w:val="right"/>
      </w:pPr>
      <w:r>
        <w:t>کے ذریعے سے انہیں دنیا کی زندگی میں عذاب دے، اور اُن کی جانیں اس حالت میں نکلیں</w:t>
      </w:r>
    </w:p>
    <w:p>
      <w:r>
        <w:rPr>
          <w:b/>
        </w:rPr>
        <w:t xml:space="preserve">[15:28] </w:t>
      </w:r>
      <w:r>
        <w:t>ke woh munkir hon.</w:t>
      </w:r>
    </w:p>
    <w:p>
      <w:pPr>
        <w:jc w:val="right"/>
      </w:pPr>
      <w:r>
        <w:t>کہ وہ منکر ہوں۔</w:t>
      </w:r>
    </w:p>
    <w:p>
      <w:r>
        <w:rPr>
          <w:b/>
        </w:rPr>
        <w:t xml:space="preserve">[15:32] </w:t>
      </w:r>
      <w:r>
        <w:t>Woh Khuda ki qasam kha kar kehte hain</w:t>
      </w:r>
    </w:p>
    <w:p>
      <w:pPr>
        <w:jc w:val="right"/>
      </w:pPr>
      <w:r>
        <w:t>وہ خدا کی قسم کھا کر کہتے ہیں</w:t>
      </w:r>
    </w:p>
    <w:p>
      <w:r>
        <w:rPr>
          <w:b/>
        </w:rPr>
        <w:t xml:space="preserve">[15:37] </w:t>
      </w:r>
      <w:r>
        <w:t>ke woh tum mein se hain, haalankeh woh tum mein se nahi, balke woh aise log hain jo tum se darte hain. Agar woh koi panah ki jagah payen ya koi kho ya ghus baithne ki jagah to woh bhaag kar us mein ja chhupein, aur un mein aise bhi hain jo tum par sadqat ke bare mein aib lagate hain. Agar is mein se unhein de diya jaye to raazi rehte hain, aur agar na diya jaye to naraz ho jate hain. Kya achha</w:t>
      </w:r>
    </w:p>
    <w:p>
      <w:pPr>
        <w:jc w:val="right"/>
      </w:pPr>
      <w:r>
        <w:t>کہ وہ تم میں سے ہیں، حالانکہ وہ تم میں سے نہیں، بلکہ وہ ایسے لوگ ہیں جو تم سے ڈرتے ہیں۔ اگر وہ کوئی پناہ کی جگہ پائیں یا کوئی کھو یا گھس بیٹھنے کی جگہ تو وہ بھاگ کر اس میں جا چھپیں، اور اُن میں ایسے بھی ہیں جو تم پر صدقات کے بارے میں عیب لگاتے ہیں۔ اگر اس میں سے انہیں دے دیا جائے تو راضی رہتے ہیں، اور اگر نہ دیا جائے تو ناراض ہو جاتے ہیں۔ کیا اچھا</w:t>
      </w:r>
    </w:p>
    <w:p>
      <w:r>
        <w:rPr>
          <w:b/>
        </w:rPr>
        <w:t xml:space="preserve">[16:07] </w:t>
      </w:r>
      <w:r>
        <w:t>hota ke Allah aur Rasool ne jo kuch unhein diya tha us par woh razi rehte, aur kehte</w:t>
      </w:r>
    </w:p>
    <w:p>
      <w:pPr>
        <w:jc w:val="right"/>
      </w:pPr>
      <w:r>
        <w:t>ہوتا کہ اللہ اور رسول نے جو کچھ انہیں دیا تھا اس پر وہ راضی رہتے، اور کہتے</w:t>
      </w:r>
    </w:p>
    <w:p>
      <w:r>
        <w:rPr>
          <w:b/>
        </w:rPr>
        <w:t xml:space="preserve">[16:12] </w:t>
      </w:r>
      <w:r>
        <w:t>ke Allah hamare liye kafi hai.</w:t>
      </w:r>
    </w:p>
    <w:p>
      <w:pPr>
        <w:jc w:val="right"/>
      </w:pPr>
      <w:r>
        <w:t>کہ اللہ ہمارے لیے کافی ہے۔</w:t>
      </w:r>
    </w:p>
    <w:p>
      <w:r>
        <w:rPr>
          <w:b/>
        </w:rPr>
        <w:t xml:space="preserve">[16:17] </w:t>
      </w:r>
      <w:r>
        <w:t>Allah apne fazl se hum ko aur bhi de ga, aur uska Rasool bhi.</w:t>
      </w:r>
    </w:p>
    <w:p>
      <w:pPr>
        <w:jc w:val="right"/>
      </w:pPr>
      <w:r>
        <w:t>اللہ اپنے فضل سے ہم کو اور بھی دے گا، اور اس کا رسول بھی۔</w:t>
      </w:r>
    </w:p>
    <w:p>
      <w:r>
        <w:rPr>
          <w:b/>
        </w:rPr>
        <w:t xml:space="preserve">[16:22] </w:t>
      </w:r>
      <w:r>
        <w:t>Hum ko to Allah hi chahiye.</w:t>
      </w:r>
    </w:p>
    <w:p>
      <w:pPr>
        <w:jc w:val="right"/>
      </w:pPr>
      <w:r>
        <w:t>ہم کو تو اللہ ہی چاہیے۔</w:t>
      </w:r>
    </w:p>
    <w:p>
      <w:r>
        <w:rPr>
          <w:b/>
        </w:rPr>
        <w:t xml:space="preserve">[16:27] </w:t>
      </w:r>
      <w:r>
        <w:t>Sadqat, zakat to dar-asal faqiron aur miskeenon ke liye hain, aur un ke ruknon ke liye jo sadqat</w:t>
      </w:r>
    </w:p>
    <w:p>
      <w:pPr>
        <w:jc w:val="right"/>
      </w:pPr>
      <w:r>
        <w:t>صدقات، زکوٰۃ تو دراصل فقیروں اور مسکینوں کے لیے ہیں، اور اُن کے رکنوں کے لیے جو صدقات</w:t>
      </w:r>
    </w:p>
    <w:p>
      <w:r>
        <w:rPr>
          <w:b/>
        </w:rPr>
        <w:t xml:space="preserve">[16:32] </w:t>
      </w:r>
      <w:r>
        <w:t>ke kaam par muqarrar hain, aur un ke liye jin ki talif-e-qalb matloob hai.</w:t>
      </w:r>
    </w:p>
    <w:p>
      <w:pPr>
        <w:jc w:val="right"/>
      </w:pPr>
      <w:r>
        <w:t>کے کام پر مقرر ہیں، اور اُن کے لیے جن کی تالیفِ قلب مطلوب ہے۔</w:t>
      </w:r>
    </w:p>
    <w:p>
      <w:r>
        <w:rPr>
          <w:b/>
        </w:rPr>
        <w:t xml:space="preserve">[16:37] </w:t>
      </w:r>
      <w:r>
        <w:t>Neez gardanon ko chhurane mein, aur jo tawan bharein, aur Allah ke raste mein, aur musafir ki imdad mein.</w:t>
      </w:r>
    </w:p>
    <w:p>
      <w:pPr>
        <w:jc w:val="right"/>
      </w:pPr>
      <w:r>
        <w:t>نیز گردنوں کو چھڑانے میں، اور جو تاوان بھریں، اور اللہ کے راستے میں، اور مسافر کی امداد میں۔</w:t>
      </w:r>
    </w:p>
    <w:p>
      <w:r>
        <w:rPr>
          <w:b/>
        </w:rPr>
        <w:t xml:space="preserve">[16:42] </w:t>
      </w:r>
      <w:r>
        <w:t>Yeh ek fariza hai Allah ki taraf se, aur Allah ilm wala, hikmat wala hai.</w:t>
      </w:r>
    </w:p>
    <w:p>
      <w:pPr>
        <w:jc w:val="right"/>
      </w:pPr>
      <w:r>
        <w:t>یہ ایک فریضہ ہے اللہ کی طرف سے، اور اللہ علم والا، حکمت والا ہے۔</w:t>
      </w:r>
    </w:p>
    <w:p>
      <w:r>
        <w:rPr>
          <w:b/>
        </w:rPr>
        <w:t xml:space="preserve">[16:47] </w:t>
      </w:r>
      <w:r>
        <w:t>Aur un mein woh log bhi hain jo Nabi ko dukh dete hain, aur kehte hain ke yeh</w:t>
      </w:r>
    </w:p>
    <w:p>
      <w:pPr>
        <w:jc w:val="right"/>
      </w:pPr>
      <w:r>
        <w:t>اور اُن میں وہ لوگ بھی ہیں جو نبی کو دکھ دیتے ہیں، اور کہتے ہیں کہ یہ</w:t>
      </w:r>
    </w:p>
    <w:p>
      <w:r>
        <w:rPr>
          <w:b/>
        </w:rPr>
        <w:t xml:space="preserve">[16:52] </w:t>
      </w:r>
      <w:r>
        <w:t>shakhs to kaan hai.</w:t>
      </w:r>
    </w:p>
    <w:p>
      <w:pPr>
        <w:jc w:val="right"/>
      </w:pPr>
      <w:r>
        <w:t>شخص تو کان ہے۔</w:t>
      </w:r>
    </w:p>
    <w:p>
      <w:r>
        <w:rPr>
          <w:b/>
        </w:rPr>
        <w:t xml:space="preserve">[16:58] </w:t>
      </w:r>
      <w:r>
        <w:t>Kaho ke woh tumhari bhalai ke liye kaan hai.</w:t>
      </w:r>
    </w:p>
    <w:p>
      <w:pPr>
        <w:jc w:val="right"/>
      </w:pPr>
      <w:r>
        <w:t>کہو کہ وہ تمہاری بھلائی کے لیے کان ہے۔</w:t>
      </w:r>
    </w:p>
    <w:p>
      <w:r>
        <w:rPr>
          <w:b/>
        </w:rPr>
        <w:t xml:space="preserve">[17:03] </w:t>
      </w:r>
      <w:r>
        <w:t>Woh Allah par iman rakhta hai, aur ehle iman par aitmad karta hai,</w:t>
      </w:r>
    </w:p>
    <w:p>
      <w:pPr>
        <w:jc w:val="right"/>
      </w:pPr>
      <w:r>
        <w:t>وہ اللہ پر ایمان رکھتا ہے، اور اہلِ ایمان پر اعتماد کرتا ہے،</w:t>
      </w:r>
    </w:p>
    <w:p>
      <w:r>
        <w:rPr>
          <w:b/>
        </w:rPr>
        <w:t xml:space="preserve">[17:08] </w:t>
      </w:r>
      <w:r>
        <w:t>aur woh rehmat hai un ke liye jo tum mein ehle iman hain, aur jo log Allah ke</w:t>
      </w:r>
    </w:p>
    <w:p>
      <w:pPr>
        <w:jc w:val="right"/>
      </w:pPr>
      <w:r>
        <w:t>اور وہ رحمت ہے اُن کے لیے جو تم میں اہلِ ایمان ہیں، اور جو لوگ اللہ کے</w:t>
      </w:r>
    </w:p>
    <w:p>
      <w:r>
        <w:rPr>
          <w:b/>
        </w:rPr>
        <w:t xml:space="preserve">[17:13] </w:t>
      </w:r>
      <w:r>
        <w:t>Rasool ko dukh dete hain un ke liye dardnak saza hai.</w:t>
      </w:r>
    </w:p>
    <w:p>
      <w:pPr>
        <w:jc w:val="right"/>
      </w:pPr>
      <w:r>
        <w:t>رسول کو دکھ دیتے ہیں اُن کے لیے دردناک سزا ہے۔</w:t>
      </w:r>
    </w:p>
    <w:p>
      <w:r>
        <w:rPr>
          <w:b/>
        </w:rPr>
        <w:t xml:space="preserve">[17:18] </w:t>
      </w:r>
      <w:r>
        <w:t>Woh tumhare samne Allah ki qasmein khate hain ta ke tum ko razi karein, halankeh Allah aur uska</w:t>
      </w:r>
    </w:p>
    <w:p>
      <w:pPr>
        <w:jc w:val="right"/>
      </w:pPr>
      <w:r>
        <w:t>وہ تمہارے سامنے اللہ کی قسمیں کھاتے ہیں تاکہ تم کو راضی کریں، حالانکہ اللہ اور اس کا</w:t>
      </w:r>
    </w:p>
    <w:p>
      <w:r>
        <w:rPr>
          <w:b/>
        </w:rPr>
        <w:t xml:space="preserve">[17:23] </w:t>
      </w:r>
      <w:r>
        <w:t>Rasool zyada haqdar hain ke woh us ko razi karein, agar woh momin hain.</w:t>
      </w:r>
    </w:p>
    <w:p>
      <w:pPr>
        <w:jc w:val="right"/>
      </w:pPr>
      <w:r>
        <w:t>رسول زیادہ حقدار ہیں کہ وہ اس کو راضی کریں، اگر وہ مومن ہیں۔</w:t>
      </w:r>
    </w:p>
    <w:p>
      <w:r>
        <w:rPr>
          <w:b/>
        </w:rPr>
        <w:t xml:space="preserve">[17:28] </w:t>
      </w:r>
      <w:r>
        <w:t>Kya un ko maloom nahi ke jo Allah aur us ke Rasool ki mukhalifat kare us ke liye</w:t>
      </w:r>
    </w:p>
    <w:p>
      <w:pPr>
        <w:jc w:val="right"/>
      </w:pPr>
      <w:r>
        <w:t>کیا اُن کو معلوم نہیں کہ جو اللہ اور اس کے رسول کی مخالفت کرے اس کے لیے</w:t>
      </w:r>
    </w:p>
    <w:p>
      <w:r>
        <w:rPr>
          <w:b/>
        </w:rPr>
        <w:t xml:space="preserve">[17:33] </w:t>
      </w:r>
      <w:r>
        <w:t>jahannum ki aag hai</w:t>
      </w:r>
    </w:p>
    <w:p>
      <w:pPr>
        <w:jc w:val="right"/>
      </w:pPr>
      <w:r>
        <w:t>جہنم کی آگ ہے</w:t>
      </w:r>
    </w:p>
    <w:p>
      <w:r>
        <w:rPr>
          <w:b/>
        </w:rPr>
        <w:t xml:space="preserve">[17:38] </w:t>
      </w:r>
      <w:r>
        <w:t>jis mein woh hamesha rahe ga? Yeh bohat bari ruswai hai.</w:t>
      </w:r>
    </w:p>
    <w:p>
      <w:pPr>
        <w:jc w:val="right"/>
      </w:pPr>
      <w:r>
        <w:t>جس میں وہ ہمیشہ رہے گا؟ یہ بہت بڑی رسوائی ہے۔</w:t>
      </w:r>
    </w:p>
    <w:p>
      <w:r>
        <w:rPr>
          <w:b/>
        </w:rPr>
        <w:t xml:space="preserve">[17:42] </w:t>
      </w:r>
      <w:r>
        <w:t>Munafiqeen darte hain ke kahin mominon par aisi surah nazil na ho jaye jo un ko un ke</w:t>
      </w:r>
    </w:p>
    <w:p>
      <w:pPr>
        <w:jc w:val="right"/>
      </w:pPr>
      <w:r>
        <w:t>منافقین ڈرتے ہیں کہ کہیں مومنوں پر ایسی سورہ نازل نہ ہو جائے جو اُن کو اُن کے</w:t>
      </w:r>
    </w:p>
    <w:p>
      <w:r>
        <w:rPr>
          <w:b/>
        </w:rPr>
        <w:t xml:space="preserve">[17:47] </w:t>
      </w:r>
      <w:r>
        <w:t>dil ke bhedon se agah kar de.</w:t>
      </w:r>
    </w:p>
    <w:p>
      <w:pPr>
        <w:jc w:val="right"/>
      </w:pPr>
      <w:r>
        <w:t>دلوں کے بھیدوں سے آگاہ کر دے۔</w:t>
      </w:r>
    </w:p>
    <w:p>
      <w:r>
        <w:rPr>
          <w:b/>
        </w:rPr>
        <w:t xml:space="preserve">[17:51] </w:t>
      </w:r>
      <w:r>
        <w:t>kaho ke tum mazaaq ura lo, Allah yaqeenan is ko zahir kar de ga jis se tum darte</w:t>
      </w:r>
    </w:p>
    <w:p>
      <w:pPr>
        <w:jc w:val="right"/>
      </w:pPr>
      <w:r>
        <w:t>کہو کہ تم مذاق اڑا لو، اللہ یقیناً اس کو ظاہر کر دے گا جس سے تم ڈرتے</w:t>
      </w:r>
    </w:p>
    <w:p>
      <w:r>
        <w:rPr>
          <w:b/>
        </w:rPr>
        <w:t xml:space="preserve">[17:55] </w:t>
      </w:r>
      <w:r>
        <w:t xml:space="preserve"> ho, aur agar tum un se poocho to woh kahen ge ke hum to hansi aur dil lagi</w:t>
      </w:r>
    </w:p>
    <w:p>
      <w:pPr>
        <w:jc w:val="right"/>
      </w:pPr>
      <w:r>
        <w:t>ہو، اور اگر تم اُن سے پوچھو تو وہ کہیں گے کہ ہم تو ہنسی اور دل لگی</w:t>
      </w:r>
    </w:p>
    <w:p>
      <w:r>
        <w:rPr>
          <w:b/>
        </w:rPr>
        <w:t xml:space="preserve">[17:59] </w:t>
      </w:r>
      <w:r>
        <w:t xml:space="preserve"> kar rahe the.</w:t>
      </w:r>
    </w:p>
    <w:p>
      <w:pPr>
        <w:jc w:val="right"/>
      </w:pPr>
      <w:r>
        <w:t>کر رہے تھے۔</w:t>
      </w:r>
    </w:p>
    <w:p>
      <w:r>
        <w:rPr>
          <w:b/>
        </w:rPr>
        <w:t xml:space="preserve">[18:04] </w:t>
      </w:r>
      <w:r>
        <w:t>kaho kya tum</w:t>
      </w:r>
    </w:p>
    <w:p>
      <w:pPr>
        <w:jc w:val="right"/>
      </w:pPr>
      <w:r>
        <w:t>کہو کیا تم</w:t>
      </w:r>
    </w:p>
    <w:p>
      <w:r>
        <w:rPr>
          <w:b/>
        </w:rPr>
        <w:t xml:space="preserve">[18:08] </w:t>
      </w:r>
      <w:r>
        <w:t>Allah se aur us ki ayaton se aur us ke rasool se hansi dil lagi kar rahe the?</w:t>
      </w:r>
    </w:p>
    <w:p>
      <w:pPr>
        <w:jc w:val="right"/>
      </w:pPr>
      <w:r>
        <w:t>اللہ سے اور اس کی آیات سے اور اس کے رسول سے ہنسی دل لگی کر رہے تھے؟</w:t>
      </w:r>
    </w:p>
    <w:p>
      <w:r>
        <w:rPr>
          <w:b/>
        </w:rPr>
        <w:t xml:space="preserve">[18:13] </w:t>
      </w:r>
      <w:r>
        <w:t>bahane mat banao.</w:t>
      </w:r>
    </w:p>
    <w:p>
      <w:pPr>
        <w:jc w:val="right"/>
      </w:pPr>
      <w:r>
        <w:t>بہانے مت بناؤ۔</w:t>
      </w:r>
    </w:p>
    <w:p>
      <w:r>
        <w:rPr>
          <w:b/>
        </w:rPr>
        <w:t xml:space="preserve">[18:18] </w:t>
      </w:r>
      <w:r>
        <w:t>tum ne imaan lane ke baad kufr kiya hai, aur hum tum mein se ek giroh ko maaf</w:t>
      </w:r>
    </w:p>
    <w:p>
      <w:pPr>
        <w:jc w:val="right"/>
      </w:pPr>
      <w:r>
        <w:t>تم نے ایمان لانے کے بعد کفر کیا ہے، اور ہم تم میں سے ایک گروہ کو معاف</w:t>
      </w:r>
    </w:p>
    <w:p>
      <w:r>
        <w:rPr>
          <w:b/>
        </w:rPr>
        <w:t xml:space="preserve">[18:23] </w:t>
      </w:r>
      <w:r>
        <w:t xml:space="preserve"> karte hain to doosre giroh ko to zaroor saza den ge, kyunke woh mujrim hain.</w:t>
      </w:r>
    </w:p>
    <w:p>
      <w:pPr>
        <w:jc w:val="right"/>
      </w:pPr>
      <w:r>
        <w:t>کرتے ہیں تو دوسرے گروہ کو تو ضرور سزا دیں گے، کیونکہ وہ مجرم ہیں۔</w:t>
      </w:r>
    </w:p>
    <w:p>
      <w:r>
        <w:rPr>
          <w:b/>
        </w:rPr>
        <w:t xml:space="preserve">[18:29] </w:t>
      </w:r>
      <w:r>
        <w:t>munafiq mard aur munafiq aurtein sab ek hi tarah ke hain.</w:t>
      </w:r>
    </w:p>
    <w:p>
      <w:pPr>
        <w:jc w:val="right"/>
      </w:pPr>
      <w:r>
        <w:t>منافق مرد اور منافق عورتیں سب ایک ہی طرح کے ہیں۔</w:t>
      </w:r>
    </w:p>
    <w:p>
      <w:r>
        <w:rPr>
          <w:b/>
        </w:rPr>
        <w:t xml:space="preserve">[18:34] </w:t>
      </w:r>
      <w:r>
        <w:t>woh burai ka hukum dete hain, aur bhalai se mana karte hain, aur apne hathon ko band rakhte hain.</w:t>
      </w:r>
    </w:p>
    <w:p>
      <w:pPr>
        <w:jc w:val="right"/>
      </w:pPr>
      <w:r>
        <w:t>وہ برائی کا حکم دیتے ہیں، اور بھلائی سے منع کرتے ہیں، اور اپنے ہاتھوں کو بند رکھتے ہیں۔</w:t>
      </w:r>
    </w:p>
    <w:p>
      <w:r>
        <w:rPr>
          <w:b/>
        </w:rPr>
        <w:t xml:space="preserve">[18:39] </w:t>
      </w:r>
      <w:r>
        <w:t>unhon ne Allah ko bhula diya to Allah ne bhi un ko bhula diya.</w:t>
      </w:r>
    </w:p>
    <w:p>
      <w:pPr>
        <w:jc w:val="right"/>
      </w:pPr>
      <w:r>
        <w:t>انہوں نے اللہ کو بھلا دیا تو اللہ نے بھی اُن کو بھلا دیا۔</w:t>
      </w:r>
    </w:p>
    <w:p>
      <w:r>
        <w:rPr>
          <w:b/>
        </w:rPr>
        <w:t xml:space="preserve">[18:43] </w:t>
      </w:r>
      <w:r>
        <w:t>beshak munafiqeen bohat nafarman hain.</w:t>
      </w:r>
    </w:p>
    <w:p>
      <w:pPr>
        <w:jc w:val="right"/>
      </w:pPr>
      <w:r>
        <w:t>بے شک منافقین بہت نافرمان ہیں۔</w:t>
      </w:r>
    </w:p>
    <w:p>
      <w:r>
        <w:rPr>
          <w:b/>
        </w:rPr>
        <w:t xml:space="preserve">[18:46] </w:t>
      </w:r>
      <w:r>
        <w:t>munafiq mardon aur munafiq aurton aur munkiron se Allah ne jahannum ki aag ka wada kar rakha hai</w:t>
      </w:r>
    </w:p>
    <w:p>
      <w:pPr>
        <w:jc w:val="right"/>
      </w:pPr>
      <w:r>
        <w:t>منافق مردوں اور منافق عورتوں اور منکروں سے اللہ نے جہنم کی آگ کا وعدہ کر رکھا ہے</w:t>
      </w:r>
    </w:p>
    <w:p>
      <w:r>
        <w:rPr>
          <w:b/>
        </w:rPr>
        <w:t xml:space="preserve">[18:50] </w:t>
      </w:r>
      <w:r>
        <w:t>jis mein woh hamesha rahen ge.</w:t>
      </w:r>
    </w:p>
    <w:p>
      <w:pPr>
        <w:jc w:val="right"/>
      </w:pPr>
      <w:r>
        <w:t>جس میں وہ ہمیشہ رہیں گے۔</w:t>
      </w:r>
    </w:p>
    <w:p>
      <w:r>
        <w:rPr>
          <w:b/>
        </w:rPr>
        <w:t xml:space="preserve">[18:54] </w:t>
      </w:r>
      <w:r>
        <w:t>yahi un ke liye bas hai.</w:t>
      </w:r>
    </w:p>
    <w:p>
      <w:pPr>
        <w:jc w:val="right"/>
      </w:pPr>
      <w:r>
        <w:t>یہی اُن کے لیے بس ہے۔</w:t>
      </w:r>
    </w:p>
    <w:p>
      <w:r>
        <w:rPr>
          <w:b/>
        </w:rPr>
        <w:t xml:space="preserve">[18:58] </w:t>
      </w:r>
      <w:r>
        <w:t>un par Allah ki laanat hai, aur un ke liye qaim rehne wala azab hai.</w:t>
      </w:r>
    </w:p>
    <w:p>
      <w:pPr>
        <w:jc w:val="right"/>
      </w:pPr>
      <w:r>
        <w:t>اُن پر اللہ کی لعنت ہے، اور اُن کے لیے قائم رہنے والا عذاب ہے۔</w:t>
      </w:r>
    </w:p>
    <w:p>
      <w:r>
        <w:rPr>
          <w:b/>
        </w:rPr>
        <w:t xml:space="preserve">[19:01] </w:t>
      </w:r>
      <w:r>
        <w:t>jis tarah tum se agle log.</w:t>
      </w:r>
    </w:p>
    <w:p>
      <w:pPr>
        <w:jc w:val="right"/>
      </w:pPr>
      <w:r>
        <w:t>جس طرح تم سے اگلے لوگ۔</w:t>
      </w:r>
    </w:p>
    <w:p>
      <w:r>
        <w:rPr>
          <w:b/>
        </w:rPr>
        <w:t xml:space="preserve">[19:05] </w:t>
      </w:r>
      <w:r>
        <w:t>woh tum se zor mein</w:t>
      </w:r>
    </w:p>
    <w:p>
      <w:pPr>
        <w:jc w:val="right"/>
      </w:pPr>
      <w:r>
        <w:t>وہ تم سے زور میں</w:t>
      </w:r>
    </w:p>
    <w:p>
      <w:r>
        <w:rPr>
          <w:b/>
        </w:rPr>
        <w:t xml:space="preserve">[19:09] </w:t>
      </w:r>
      <w:r>
        <w:t>zyada the, aur maal o aulad ki kasrat mein tum se barhe hue the, to unhon ne apne</w:t>
      </w:r>
    </w:p>
    <w:p>
      <w:pPr>
        <w:jc w:val="right"/>
      </w:pPr>
      <w:r>
        <w:t>زیادہ تھے، اور مال و اولاد کی کثرت میں تم سے بڑھے ہوئے تھے، تو انہوں نے اپنے</w:t>
      </w:r>
    </w:p>
    <w:p>
      <w:r>
        <w:rPr>
          <w:b/>
        </w:rPr>
        <w:t xml:space="preserve">[19:15] </w:t>
      </w:r>
      <w:r>
        <w:t>hisse se faida uthaya, aur tum ne bhi apne hisse se faida uthaya, jaisa ke tumhare aglon ne</w:t>
      </w:r>
    </w:p>
    <w:p>
      <w:pPr>
        <w:jc w:val="right"/>
      </w:pPr>
      <w:r>
        <w:t>حصے سے فائدہ اٹھایا، اور تم نے بھی اپنے حصے سے فائدہ اٹھایا، جیسا کہ تمہارے اگلوں نے</w:t>
      </w:r>
    </w:p>
    <w:p>
      <w:r>
        <w:rPr>
          <w:b/>
        </w:rPr>
        <w:t xml:space="preserve">[19:21] </w:t>
      </w:r>
      <w:r>
        <w:t>apne hisse se faida uthaya tha, aur tum ne bhi wohi behasein keen jaisi behasein unhon ne ki theen.</w:t>
      </w:r>
    </w:p>
    <w:p>
      <w:pPr>
        <w:jc w:val="right"/>
      </w:pPr>
      <w:r>
        <w:t>اپنے حصے سے فائدہ اٹھایا تھا، اور تم نے بھی وہی بحثیں کیں جیسی بحثیں انہوں نے کی تھیں۔</w:t>
      </w:r>
    </w:p>
    <w:p>
      <w:r>
        <w:rPr>
          <w:b/>
        </w:rPr>
        <w:t xml:space="preserve">[19:27] </w:t>
      </w:r>
      <w:r>
        <w:t>yahi woh log hain jin ke aemal dunya aur akhirat mein zaya ho gaye, aur yahi log ghaate</w:t>
      </w:r>
    </w:p>
    <w:p>
      <w:pPr>
        <w:jc w:val="right"/>
      </w:pPr>
      <w:r>
        <w:t>یہی وہ لوگ ہیں جن کے اعمال دنیا اور آخرت میں ضائع ہو گئے، اور یہی لوگ گھاٹے</w:t>
      </w:r>
    </w:p>
    <w:p>
      <w:r>
        <w:rPr>
          <w:b/>
        </w:rPr>
        <w:t xml:space="preserve">[19:33] </w:t>
      </w:r>
      <w:r>
        <w:t>mein parne wale hain. kya</w:t>
      </w:r>
    </w:p>
    <w:p>
      <w:pPr>
        <w:jc w:val="right"/>
      </w:pPr>
      <w:r>
        <w:t>میں پڑنے والے ہیں۔ کیا</w:t>
      </w:r>
    </w:p>
    <w:p>
      <w:r>
        <w:rPr>
          <w:b/>
        </w:rPr>
        <w:t xml:space="preserve">[19:39] </w:t>
      </w:r>
      <w:r>
        <w:t>unhein un logon ki khabar nahi pahunchi jo un se pehle guzre? qaum Nooh aur A'ad, aur Samood</w:t>
      </w:r>
    </w:p>
    <w:p>
      <w:pPr>
        <w:jc w:val="right"/>
      </w:pPr>
      <w:r>
        <w:t>انہیں اُن لوگوں کی خبر نہیں پہنچی جو اُن سے پہلے گزرے؟ قوم نوح اور عاد، اور ثمود</w:t>
      </w:r>
    </w:p>
    <w:p>
      <w:r>
        <w:rPr>
          <w:b/>
        </w:rPr>
        <w:t xml:space="preserve">[19:44] </w:t>
      </w:r>
      <w:r>
        <w:t>aur qaum Ibrahim, aur ashaab Madain aur ulti hui bastiyon ki.</w:t>
      </w:r>
    </w:p>
    <w:p>
      <w:pPr>
        <w:jc w:val="right"/>
      </w:pPr>
      <w:r>
        <w:t>اور قوم ابراہیم، اور اصحاب مدین اور الٹی ہوئی بستیوں کی۔</w:t>
      </w:r>
    </w:p>
    <w:p>
      <w:r>
        <w:rPr>
          <w:b/>
        </w:rPr>
        <w:t xml:space="preserve">[19:49] </w:t>
      </w:r>
      <w:r>
        <w:t>un ke paas un ke rasool daleelon ke sath aaye to aisa na tha ke Allah un par</w:t>
      </w:r>
    </w:p>
    <w:p>
      <w:pPr>
        <w:jc w:val="right"/>
      </w:pPr>
      <w:r>
        <w:t>اُن کے پاس اُن کے رسول دلیلوں کے ساتھ آئے تو ایسا نہ تھا کہ اللہ اُن پر</w:t>
      </w:r>
    </w:p>
    <w:p>
      <w:r>
        <w:rPr>
          <w:b/>
        </w:rPr>
        <w:t xml:space="preserve">[19:54] </w:t>
      </w:r>
      <w:r>
        <w:t>zulm karta, magar woh khud apni janon par zulm karte rahe.</w:t>
      </w:r>
    </w:p>
    <w:p>
      <w:pPr>
        <w:jc w:val="right"/>
      </w:pPr>
      <w:r>
        <w:t>ظلم کرتا، مگر وہ خود اپنی جانوں پر ظلم کرتے رہے۔</w:t>
      </w:r>
    </w:p>
    <w:p>
      <w:r>
        <w:rPr>
          <w:b/>
        </w:rPr>
        <w:t xml:space="preserve">[19:59] </w:t>
      </w:r>
      <w:r>
        <w:t>aur momin mard aur momin aurtein ek doosre ke madadgar hain.</w:t>
      </w:r>
    </w:p>
    <w:p>
      <w:pPr>
        <w:jc w:val="right"/>
      </w:pPr>
      <w:r>
        <w:t>اور مومن مرد اور مومن عورتیں ایک دوسرے کے مددگار ہیں۔</w:t>
      </w:r>
    </w:p>
    <w:p>
      <w:r>
        <w:rPr>
          <w:b/>
        </w:rPr>
        <w:t xml:space="preserve">[20:04] </w:t>
      </w:r>
      <w:r>
        <w:t>woh bhalai ka hukum</w:t>
      </w:r>
    </w:p>
    <w:p>
      <w:pPr>
        <w:jc w:val="right"/>
      </w:pPr>
      <w:r>
        <w:t>وہ بھلائی کا حکم</w:t>
      </w:r>
    </w:p>
    <w:p>
      <w:r>
        <w:rPr>
          <w:b/>
        </w:rPr>
        <w:t xml:space="preserve">[20:09] </w:t>
      </w:r>
      <w:r>
        <w:t>dete hain, aur burai se rokte hain, aur namaz qaim karte hain, aur zakat ada karte hain, aur</w:t>
      </w:r>
    </w:p>
    <w:p>
      <w:pPr>
        <w:jc w:val="right"/>
      </w:pPr>
      <w:r>
        <w:t>دیتے ہیں، اور برائی سے روکتے ہیں، اور نماز قائم کرتے ہیں، اور زکوٰۃ ادا کرتے ہیں، اور</w:t>
      </w:r>
    </w:p>
    <w:p>
      <w:r>
        <w:rPr>
          <w:b/>
        </w:rPr>
        <w:t xml:space="preserve">[20:14] </w:t>
      </w:r>
      <w:r>
        <w:t>Allah aur us ke rasool ki itaat karte hain.</w:t>
      </w:r>
    </w:p>
    <w:p>
      <w:pPr>
        <w:jc w:val="right"/>
      </w:pPr>
      <w:r>
        <w:t>اللہ اور اس کے رسول کی اطاعت کرتے ہیں۔</w:t>
      </w:r>
    </w:p>
    <w:p>
      <w:r>
        <w:rPr>
          <w:b/>
        </w:rPr>
        <w:t xml:space="preserve">[20:19] </w:t>
      </w:r>
      <w:r>
        <w:t>yahi woh log hain jin par Allah reham karega.</w:t>
      </w:r>
    </w:p>
    <w:p>
      <w:pPr>
        <w:jc w:val="right"/>
      </w:pPr>
      <w:r>
        <w:t>یہی وہ لوگ ہیں جن پر اللہ رحم کرے گا۔</w:t>
      </w:r>
    </w:p>
    <w:p>
      <w:r>
        <w:rPr>
          <w:b/>
        </w:rPr>
        <w:t xml:space="preserve">[20:24] </w:t>
      </w:r>
      <w:r>
        <w:t>beshak Allah zabardast hai, hikmat wala hai.</w:t>
      </w:r>
    </w:p>
    <w:p>
      <w:pPr>
        <w:jc w:val="right"/>
      </w:pPr>
      <w:r>
        <w:t>بے شک اللہ زبردست ہے، حکمت والا ہے۔</w:t>
      </w:r>
    </w:p>
    <w:p>
      <w:r>
        <w:rPr>
          <w:b/>
        </w:rPr>
        <w:t xml:space="preserve">[20:29] </w:t>
      </w:r>
      <w:r>
        <w:t>momin mardon aur momin aurton se Allah ka wada hai baghon ka ke un ke neeche nehrein jari</w:t>
      </w:r>
    </w:p>
    <w:p>
      <w:pPr>
        <w:jc w:val="right"/>
      </w:pPr>
      <w:r>
        <w:t>مومن مردوں اور مومن عورتوں سے اللہ کا وعدہ ہے باغوں کا کہ اُن کے نیچے نہریں جاری</w:t>
      </w:r>
    </w:p>
    <w:p>
      <w:r>
        <w:rPr>
          <w:b/>
        </w:rPr>
        <w:t xml:space="preserve">[20:34] </w:t>
      </w:r>
      <w:r>
        <w:t>hongi, un mein woh hamesha rahenge, aur wada hai</w:t>
      </w:r>
    </w:p>
    <w:p>
      <w:pPr>
        <w:jc w:val="right"/>
      </w:pPr>
      <w:r>
        <w:t>ہوں گی، اُن میں وہ ہمیشہ رہیں گے، اور وعدہ ہے</w:t>
      </w:r>
    </w:p>
    <w:p>
      <w:r>
        <w:rPr>
          <w:b/>
        </w:rPr>
        <w:t xml:space="preserve">[20:39] </w:t>
      </w:r>
      <w:r>
        <w:t>suthre makanon ka hamesha ke baghon mein, aur Allah ki razamandi jo sab se barh kar hai.</w:t>
      </w:r>
    </w:p>
    <w:p>
      <w:pPr>
        <w:jc w:val="right"/>
      </w:pPr>
      <w:r>
        <w:t>ستھرے مکانوں کا ہمیشگی کے باغوں میں، اور اللہ کی رضامندی جو سب سے بڑھ کر ہے۔</w:t>
      </w:r>
    </w:p>
    <w:p>
      <w:r>
        <w:rPr>
          <w:b/>
        </w:rPr>
        <w:t xml:space="preserve">[20:44] </w:t>
      </w:r>
      <w:r>
        <w:t>yahi bari kamyabi hai. Ae Nabi!</w:t>
      </w:r>
    </w:p>
    <w:p>
      <w:pPr>
        <w:jc w:val="right"/>
      </w:pPr>
      <w:r>
        <w:t>یہی بڑی کامیابی ہے۔ اے نبی!</w:t>
      </w:r>
    </w:p>
    <w:p>
      <w:r>
        <w:rPr>
          <w:b/>
        </w:rPr>
        <w:t xml:space="preserve">[20:49] </w:t>
      </w:r>
      <w:r>
        <w:t>munkiron aur munafiqon se jihad karo, aur un par kade bano, aur un ka thikana jahannum hai,</w:t>
      </w:r>
    </w:p>
    <w:p>
      <w:pPr>
        <w:jc w:val="right"/>
      </w:pPr>
      <w:r>
        <w:t>منکروں اور منافقوں سے جہاد کرو، اور اُن پر کڑے بن جاؤ، اور اُن کا ٹھکانہ جہنم ہے،</w:t>
      </w:r>
    </w:p>
    <w:p>
      <w:r>
        <w:rPr>
          <w:b/>
        </w:rPr>
        <w:t xml:space="preserve">[20:54] </w:t>
      </w:r>
      <w:r>
        <w:t>aur woh bohat bura thikana hai.</w:t>
      </w:r>
    </w:p>
    <w:p>
      <w:pPr>
        <w:jc w:val="right"/>
      </w:pPr>
      <w:r>
        <w:t>اور وہ بہت برا ٹھکانہ ہے۔</w:t>
      </w:r>
    </w:p>
    <w:p>
      <w:r>
        <w:rPr>
          <w:b/>
        </w:rPr>
        <w:t xml:space="preserve">[20:59] </w:t>
      </w:r>
      <w:r>
        <w:t>woh Khuda ki qasam khate hain ke unhon ne nahi kaha, halanke unhon ne kufr ki baat kahi,</w:t>
      </w:r>
    </w:p>
    <w:p>
      <w:pPr>
        <w:jc w:val="right"/>
      </w:pPr>
      <w:r>
        <w:t>وہ خدا کی قسم کھاتے ہیں کہ انہوں نے نہیں کہا، حالانکہ انہوں نے کفر کی بات کہی،</w:t>
      </w:r>
    </w:p>
    <w:p>
      <w:r>
        <w:rPr>
          <w:b/>
        </w:rPr>
        <w:t xml:space="preserve">[21:04] </w:t>
      </w:r>
      <w:r>
        <w:t>aur woh Islam ke baad</w:t>
      </w:r>
    </w:p>
    <w:p>
      <w:pPr>
        <w:jc w:val="right"/>
      </w:pPr>
      <w:r>
        <w:t>اور وہ اسلام کے بعد</w:t>
      </w:r>
    </w:p>
    <w:p>
      <w:r>
        <w:rPr>
          <w:b/>
        </w:rPr>
        <w:t xml:space="preserve">[21:09] </w:t>
      </w:r>
      <w:r>
        <w:t>munkir ho gaye, aur unhon ne woh chaha jo unhein hasil na ho saki, aur yeh sirf is</w:t>
      </w:r>
    </w:p>
    <w:p>
      <w:pPr>
        <w:jc w:val="right"/>
      </w:pPr>
      <w:r>
        <w:t>منکر ہو گئے، اور انہوں نے وہ چاہا جو انہیں حاصل نہ ہو سکی، اور یہ صرف اس</w:t>
      </w:r>
    </w:p>
    <w:p>
      <w:r>
        <w:rPr>
          <w:b/>
        </w:rPr>
        <w:t xml:space="preserve">[21:14] </w:t>
      </w:r>
      <w:r>
        <w:t>ka badla tha ke un ko Allah aur rasool ne apne fazl se ghani kar diya.</w:t>
      </w:r>
    </w:p>
    <w:p>
      <w:pPr>
        <w:jc w:val="right"/>
      </w:pPr>
      <w:r>
        <w:t>کا بدلہ تھا کہ اُن کو اللہ اور رسول نے اپنے فضل سے غنی کر دیا۔</w:t>
      </w:r>
    </w:p>
    <w:p>
      <w:r>
        <w:rPr>
          <w:b/>
        </w:rPr>
        <w:t xml:space="preserve">[21:19] </w:t>
      </w:r>
      <w:r>
        <w:t>agar woh tauba karein to un ke haq mein behtar hai, aur agar woh araz karein to Khuda</w:t>
      </w:r>
    </w:p>
    <w:p>
      <w:pPr>
        <w:jc w:val="right"/>
      </w:pPr>
      <w:r>
        <w:t>اگر وہ توبہ کریں تو اُن کے حق میں بہتر ہے، اور اگر وہ اعراض کریں تو خدا</w:t>
      </w:r>
    </w:p>
    <w:p>
      <w:r>
        <w:rPr>
          <w:b/>
        </w:rPr>
        <w:t xml:space="preserve">[21:24] </w:t>
      </w:r>
      <w:r>
        <w:t>un ko dardnak azab dega dunya mein bhi aur akhirat mein bhi, aur zameen mein un ka</w:t>
      </w:r>
    </w:p>
    <w:p>
      <w:pPr>
        <w:jc w:val="right"/>
      </w:pPr>
      <w:r>
        <w:t>اُن کو دردناک عذاب دے گا دنیا میں بھی اور آخرت میں بھی، اور زمین میں اُن کا</w:t>
      </w:r>
    </w:p>
    <w:p>
      <w:r>
        <w:rPr>
          <w:b/>
        </w:rPr>
        <w:t xml:space="preserve">[21:29] </w:t>
      </w:r>
      <w:r>
        <w:t>na koi hamayati hoga aur na madadgar.</w:t>
      </w:r>
    </w:p>
    <w:p>
      <w:pPr>
        <w:jc w:val="right"/>
      </w:pPr>
      <w:r>
        <w:t>نہ کوئی حمایتی ہوگا اور نہ مددگار۔</w:t>
      </w:r>
    </w:p>
    <w:p>
      <w:r>
        <w:rPr>
          <w:b/>
        </w:rPr>
        <w:t xml:space="preserve">[21:34] </w:t>
      </w:r>
      <w:r>
        <w:t>aur un mein woh</w:t>
      </w:r>
    </w:p>
    <w:p>
      <w:pPr>
        <w:jc w:val="right"/>
      </w:pPr>
      <w:r>
        <w:t>اور اُن میں وہ</w:t>
      </w:r>
    </w:p>
    <w:p>
      <w:r>
        <w:rPr>
          <w:b/>
        </w:rPr>
        <w:t xml:space="preserve">[21:39] </w:t>
      </w:r>
      <w:r>
        <w:t>bhi hain jinhon ne Allah se ahad kiya ke agar us ne hum ko apne fazal se ata kiya to hum zaroor sadqa karenge, aur hum saleh ban kar rahenge. phir jab Allah ne un ko apne fazal se ata kiya to woh bukhl karne lage, aur bargashta ho kar unhon ne munh pher liya. pas Allah ne un ke dilo mein nifaq bitha diya us din tak ke liye jab ke woh us se milein, is sabab se ke unhon ne Allah se kiye hue wade</w:t>
      </w:r>
    </w:p>
    <w:p>
      <w:pPr>
        <w:jc w:val="right"/>
      </w:pPr>
      <w:r>
        <w:t>بھی ہیں جنہوں نے اللہ سے عہد کیا کہ اگر اس نے ہم کو اپنے فضل سے عطا کیا تو ہم ضرور صدقہ کریں گے، اور ہم صالح بن کر رہیں گے۔ پھر جب اللہ نے اُن کو اپنے فضل سے عطا کیا تو وہ بخل کرنے لگے، اور برگشتہ ہو کر انہوں نے منہ پھیر لیا۔ پس اللہ نے اُن کے دلوں میں نفاق بٹھا دیا اس دن تک کے لیے جب کہ وہ اس سے ملیں، اس سبب سے کہ انہوں نے اللہ سے کیے ہوئے وعدے</w:t>
      </w:r>
    </w:p>
    <w:p>
      <w:r>
        <w:rPr>
          <w:b/>
        </w:rPr>
        <w:t xml:space="preserve">[22:09] </w:t>
      </w:r>
      <w:r>
        <w:t>ki khilaf warzi ki, aur is sabab se ke woh jhoot bolte rahe.</w:t>
      </w:r>
    </w:p>
    <w:p>
      <w:pPr>
        <w:jc w:val="right"/>
      </w:pPr>
      <w:r>
        <w:t>کی خلاف ورزی کی، اور اس سبب سے کہ وہ جھوٹ بولتے رہے۔</w:t>
      </w:r>
    </w:p>
    <w:p>
      <w:r>
        <w:rPr>
          <w:b/>
        </w:rPr>
        <w:t xml:space="preserve">[22:15] </w:t>
      </w:r>
      <w:r>
        <w:t>kya unhein khabar nahi ke Allah un ke raaz aur un ki sargoshi ko janta hai, aur Allah</w:t>
      </w:r>
    </w:p>
    <w:p>
      <w:pPr>
        <w:jc w:val="right"/>
      </w:pPr>
      <w:r>
        <w:t>کیا انہیں خبر نہیں کہ اللہ اُن کے راز اور اُن کی سرگوشی کو جانتا ہے، اور اللہ</w:t>
      </w:r>
    </w:p>
    <w:p>
      <w:r>
        <w:rPr>
          <w:b/>
        </w:rPr>
        <w:t xml:space="preserve">[22:21] </w:t>
      </w:r>
      <w:r>
        <w:t>tamam chhipi hui baton ko janne wala hai? Woh log jo taan karte hain un mominon par jo</w:t>
      </w:r>
    </w:p>
    <w:p>
      <w:pPr>
        <w:jc w:val="right"/>
      </w:pPr>
      <w:r>
        <w:t>تمام چھپی ہوئی باتوں کو جاننے والا ہے؟ وہ لوگ جو طعن کرتے ہیں اُن مومنوں پر جو</w:t>
      </w:r>
    </w:p>
    <w:p>
      <w:r>
        <w:rPr>
          <w:b/>
        </w:rPr>
        <w:t xml:space="preserve">[22:27] </w:t>
      </w:r>
      <w:r>
        <w:t>dil khol kar sadqat dete hain, aur jo sirf apni mehnat mazdoori se infaq karte hain, woh un</w:t>
      </w:r>
    </w:p>
    <w:p>
      <w:pPr>
        <w:jc w:val="right"/>
      </w:pPr>
      <w:r>
        <w:t>دل کھول کر صدقات دیتے ہیں، اور جو صرف اپنی محنت مزدوری سے انفاق کرتے ہیں، وہ اُن</w:t>
      </w:r>
    </w:p>
    <w:p>
      <w:r>
        <w:rPr>
          <w:b/>
        </w:rPr>
        <w:t xml:space="preserve">[22:33] </w:t>
      </w:r>
      <w:r>
        <w:t>ka mazaaq urate hain. Allah</w:t>
      </w:r>
    </w:p>
    <w:p>
      <w:pPr>
        <w:jc w:val="right"/>
      </w:pPr>
      <w:r>
        <w:t>کا مذاق اڑاتے ہیں۔ اللہ</w:t>
      </w:r>
    </w:p>
    <w:p>
      <w:r>
        <w:rPr>
          <w:b/>
        </w:rPr>
        <w:t xml:space="preserve">[22:40] </w:t>
      </w:r>
      <w:r>
        <w:t>un mazaaq urane walon ka mazaaq urata hai, aur un ke liye dardnaak azab hai.</w:t>
      </w:r>
    </w:p>
    <w:p>
      <w:pPr>
        <w:jc w:val="right"/>
      </w:pPr>
      <w:r>
        <w:t>اُن مذاق اڑانے والوں کا مذاق اڑاتا ہے، اور اُن کے لیے دردناک عذاب ہے۔</w:t>
      </w:r>
    </w:p>
    <w:p>
      <w:r>
        <w:rPr>
          <w:b/>
        </w:rPr>
        <w:t xml:space="preserve">[22:46] </w:t>
      </w:r>
      <w:r>
        <w:t>tum un ke liye maafii ki darkhwast karo ya na karo.</w:t>
      </w:r>
    </w:p>
    <w:p>
      <w:pPr>
        <w:jc w:val="right"/>
      </w:pPr>
      <w:r>
        <w:t>تم اُن کے لیے معافی کی درخواست کرو یا نہ کرو۔</w:t>
      </w:r>
    </w:p>
    <w:p>
      <w:r>
        <w:rPr>
          <w:b/>
        </w:rPr>
        <w:t xml:space="preserve">[22:52] </w:t>
      </w:r>
      <w:r>
        <w:t>agar tum satar martaba unhein maaf karne ki darkhwast karoge to Allah un ko maaf karne wala nahin.</w:t>
      </w:r>
    </w:p>
    <w:p>
      <w:pPr>
        <w:jc w:val="right"/>
      </w:pPr>
      <w:r>
        <w:t>اگر تم ستر مرتبہ انہیں معاف کرنے کی درخواست کرو گے تو اللہ اُن کو معاف کرنے والا نہیں۔</w:t>
      </w:r>
    </w:p>
    <w:p>
      <w:r>
        <w:rPr>
          <w:b/>
        </w:rPr>
        <w:t xml:space="preserve">[22:58] </w:t>
      </w:r>
      <w:r>
        <w:t>yeh is liye ke unhon ne Allah aur rasool ka inkaar kiya, aur Allah naafarmaanon ko raah nahin dikhata.</w:t>
      </w:r>
    </w:p>
    <w:p>
      <w:pPr>
        <w:jc w:val="right"/>
      </w:pPr>
      <w:r>
        <w:t>یہ اس لیے کہ انہوں نے اللہ اور رسول کا انکار کیا، اور اللہ نافرمانوں کو راہ نہیں دکھاتا۔</w:t>
      </w:r>
    </w:p>
    <w:p>
      <w:r>
        <w:rPr>
          <w:b/>
        </w:rPr>
        <w:t xml:space="preserve">[23:04] </w:t>
      </w:r>
      <w:r>
        <w:t>pehche reh jaane walay</w:t>
      </w:r>
    </w:p>
    <w:p>
      <w:pPr>
        <w:jc w:val="right"/>
      </w:pPr>
      <w:r>
        <w:t>پیچھے رہ جانے والے</w:t>
      </w:r>
    </w:p>
    <w:p>
      <w:r>
        <w:rPr>
          <w:b/>
        </w:rPr>
        <w:t xml:space="preserve">[23:10] </w:t>
      </w:r>
      <w:r>
        <w:t>Allah ke rasool se peeche baith rehne par bohat khush hue, aur un ko graan guzra ke woh apne maal aur jaan se Allah ki raah mein jihad karein, aur unhon ne kaha ke garmi mein na niklo. keh do ke dozakh ki aag is se zyada garam hai. kaash unhein samajh hoti. pas woh hasein kam aur royein zyada, is ke badle mein jo woh karte thay. pas agar Allah tum ko un mein se kisi giroh ki</w:t>
      </w:r>
    </w:p>
    <w:p>
      <w:pPr>
        <w:jc w:val="right"/>
      </w:pPr>
      <w:r>
        <w:t>اللہ کے رسول سے پیچھے بیٹھ رہنے پر بہت خوش ہوئے، اور اُن کو گراں گزرا کہ وہ اپنے مال اور جان سے اللہ کی راہ میں جہاد کریں، اور انہوں نے کہا کہ گرمی میں نہ نکلو۔ کہہ دو کہ دوزخ کی آگ اس سے زیادہ گرم ہے۔ کاش انہیں سمجھ ہوتی۔ پس وہ ہنسیں کم اور روئیں زیادہ، اس کے بدلے میں جو وہ کرتے تھے۔ پس اگر اللہ تم کو اُن میں سے کسی گروہ کی</w:t>
      </w:r>
    </w:p>
    <w:p>
      <w:r>
        <w:rPr>
          <w:b/>
        </w:rPr>
        <w:t xml:space="preserve">[23:40] </w:t>
      </w:r>
      <w:r>
        <w:t>taraf wapas laye, aur woh tum se jihad ke liye nikalne ki ijazat mangen to keh dena ke</w:t>
      </w:r>
    </w:p>
    <w:p>
      <w:pPr>
        <w:jc w:val="right"/>
      </w:pPr>
      <w:r>
        <w:t>طرف واپس لائے، اور وہ تم سے جہاد کے لیے نکلنے کی اجازت مانگیں تو کہہ دینا کہ</w:t>
      </w:r>
    </w:p>
    <w:p>
      <w:r>
        <w:rPr>
          <w:b/>
        </w:rPr>
        <w:t xml:space="preserve">[23:46] </w:t>
      </w:r>
      <w:r>
        <w:t>tum mere sath kabhi nahin chalo ge, aur na mere sath ho kar kisi dushman se lado ge.</w:t>
      </w:r>
    </w:p>
    <w:p>
      <w:pPr>
        <w:jc w:val="right"/>
      </w:pPr>
      <w:r>
        <w:t>تم میرے ساتھ کبھی نہیں چلو گے، اور نہ میرے ساتھ ہو کر کسی دشمن سے لڑو گے۔</w:t>
      </w:r>
    </w:p>
    <w:p>
      <w:r>
        <w:rPr>
          <w:b/>
        </w:rPr>
        <w:t xml:space="preserve">[23:52] </w:t>
      </w:r>
      <w:r>
        <w:t>tum ne pehli bar bhi baith rehne ko pasand kiya tha, pas pehche rehne walon ke sath baithay raho.</w:t>
      </w:r>
    </w:p>
    <w:p>
      <w:pPr>
        <w:jc w:val="right"/>
      </w:pPr>
      <w:r>
        <w:t>تم نے پہلی بار بھی بیٹھ رہنے کو پسند کیا تھا، پس پیچھے رہنے والوں کے ساتھ بیٹھے رہو۔</w:t>
      </w:r>
    </w:p>
    <w:p>
      <w:r>
        <w:rPr>
          <w:b/>
        </w:rPr>
        <w:t xml:space="preserve">[23:58] </w:t>
      </w:r>
      <w:r>
        <w:t>aur un mein se jo koi mar jaye us par tum kabhi namaz na parho, aur na us</w:t>
      </w:r>
    </w:p>
    <w:p>
      <w:pPr>
        <w:jc w:val="right"/>
      </w:pPr>
      <w:r>
        <w:t>اور اُن میں سے جو کوئی مر جائے اس پر تم کبھی نماز نہ پڑھو، اور نہ اس</w:t>
      </w:r>
    </w:p>
    <w:p>
      <w:r>
        <w:rPr>
          <w:b/>
        </w:rPr>
        <w:t xml:space="preserve">[24:04] </w:t>
      </w:r>
      <w:r>
        <w:t>ki qabr par khare ho.</w:t>
      </w:r>
    </w:p>
    <w:p>
      <w:pPr>
        <w:jc w:val="right"/>
      </w:pPr>
      <w:r>
        <w:t>کی قبر پر کھڑے ہو۔</w:t>
      </w:r>
    </w:p>
    <w:p>
      <w:r>
        <w:rPr>
          <w:b/>
        </w:rPr>
        <w:t xml:space="preserve">[24:10] </w:t>
      </w:r>
      <w:r>
        <w:t>beshak unhon ne Allah aur us ke rasool ka inkar kiya, aur woh is haal mein mare ke woh naafarmaan thay. aur un ke maal aur un ki aulad tum ko taajjub mein na dalein. Allah to bas yeh chahta hai ke un ke zariye se un ko dunya mein azab de, aur un ki janein is haal mein niklein ke woh munkir hon. aur jab koi surah utarti hai ke Allah par imaan lao, aur us ke rasool ke saath jihad karo to un ke maqdoor wale</w:t>
      </w:r>
    </w:p>
    <w:p>
      <w:pPr>
        <w:jc w:val="right"/>
      </w:pPr>
      <w:r>
        <w:t>بے شک انہوں نے اللہ اور اس کے رسول کا انکار کیا، اور وہ اس حال میں مرے کہ وہ نافرمان تھے۔ اور اُن کے مال اور اُن کی اولاد تم کو تعجب میں نہ ڈالیں۔ اللہ تو بس یہ چاہتا ہے کہ اُن کے ذریعے سے اُن کو دنیا میں عذاب دے، اور اُن کی جانیں اس حال میں نکلیں کہ وہ منکر ہوں۔ اور جب کوئی سورہ اترتی ہے کہ اللہ پر ایمان لاؤ، اور اس کے رسول کے ساتھ جہاد کرو تو اُن کے مقدور والے</w:t>
      </w:r>
    </w:p>
    <w:p>
      <w:r>
        <w:rPr>
          <w:b/>
        </w:rPr>
        <w:t xml:space="preserve">[24:40] </w:t>
      </w:r>
      <w:r>
        <w:t>tum se rokhsat mangne lagte hain, aur kehte hain ke hum ko chhod dijiye ke hum yahan theherne walon ke saath reh jayein. unhon ne is ko pasand kiya ke peeche rehne wali auraton ke saath reh jayein, aur un ke dilo par mohar kar di gayi. pas woh kuch nahi samajhte. lekin rasool aur jo log us ke saath imaan laye hain, unhon ne apne maal aur jaan se jihad kiya, aur unhi ke liye hain khoobiyan, aur</w:t>
      </w:r>
    </w:p>
    <w:p>
      <w:pPr>
        <w:jc w:val="right"/>
      </w:pPr>
      <w:r>
        <w:t>تم سے رخصت مانگنے لگتے ہیں، اور کہتے ہیں کہ ہم کو چھوڑ دیجیے کہ ہم یہاں ٹھہرنے والوں کے ساتھ رہ جائیں۔ انہوں نے اس کو پسند کیا کہ پیچھے رہنے والی عورتوں کے ساتھ رہ جائیں، اور اُن کے دلوں پر مہر کر دی گئی۔ پس وہ کچھ نہیں سمجھتے۔ لیکن رسول اور جو لوگ اس کے ساتھ ایمان لائے ہیں، انہوں نے اپنے مال اور جان سے جہاد کیا، اور اُنہی کے لیے ہیں خوبیاں، اور</w:t>
      </w:r>
    </w:p>
    <w:p>
      <w:r>
        <w:rPr>
          <w:b/>
        </w:rPr>
        <w:t xml:space="preserve">[25:10] </w:t>
      </w:r>
      <w:r>
        <w:t>wohi falaah paane walay hain.</w:t>
      </w:r>
    </w:p>
    <w:p>
      <w:pPr>
        <w:jc w:val="right"/>
      </w:pPr>
      <w:r>
        <w:t>وہی فلاح پانے والے ہیں۔</w:t>
      </w:r>
    </w:p>
    <w:p>
      <w:r>
        <w:rPr>
          <w:b/>
        </w:rPr>
        <w:t xml:space="preserve">[25:14] </w:t>
      </w:r>
      <w:r>
        <w:t>un ke liye Allah ne aisay bagh tayar kar rakhe hain jin ke neeche nahrein behti hain, un</w:t>
      </w:r>
    </w:p>
    <w:p>
      <w:pPr>
        <w:jc w:val="right"/>
      </w:pPr>
      <w:r>
        <w:t>اُن کے لیے اللہ نے ایسے باغ تیار کر رکھے ہیں جن کے نیچے نہریں بہتی ہیں، اُن</w:t>
      </w:r>
    </w:p>
    <w:p>
      <w:r>
        <w:rPr>
          <w:b/>
        </w:rPr>
        <w:t xml:space="preserve">[25:19] </w:t>
      </w:r>
      <w:r>
        <w:t>mein woh hamesha rahen ge.</w:t>
      </w:r>
    </w:p>
    <w:p>
      <w:pPr>
        <w:jc w:val="right"/>
      </w:pPr>
      <w:r>
        <w:t>میں وہ ہمیشہ رہیں گے۔</w:t>
      </w:r>
    </w:p>
    <w:p>
      <w:r>
        <w:rPr>
          <w:b/>
        </w:rPr>
        <w:t xml:space="preserve">[25:23] </w:t>
      </w:r>
      <w:r>
        <w:t>yehi bari kamyabi hai.</w:t>
      </w:r>
    </w:p>
    <w:p>
      <w:pPr>
        <w:jc w:val="right"/>
      </w:pPr>
      <w:r>
        <w:t>یہی بڑی کامیابی ہے۔</w:t>
      </w:r>
    </w:p>
    <w:p>
      <w:r>
        <w:rPr>
          <w:b/>
        </w:rPr>
        <w:t xml:space="preserve">[25:27] </w:t>
      </w:r>
      <w:r>
        <w:t>badwi arbon mein se bhi bahana karne walay aaye ke unhein ijazat mil jaye, aur jo Allah aur</w:t>
      </w:r>
    </w:p>
    <w:p>
      <w:pPr>
        <w:jc w:val="right"/>
      </w:pPr>
      <w:r>
        <w:t>بدوی عربوں میں سے بھی بہانہ کرنے والے آئے کہ انہیں اجازت مل جائے، اور جو اللہ اور</w:t>
      </w:r>
    </w:p>
    <w:p>
      <w:r>
        <w:rPr>
          <w:b/>
        </w:rPr>
        <w:t xml:space="preserve">[25:31] </w:t>
      </w:r>
      <w:r>
        <w:t>us ke rasool se jhoot bolay woh baith rahay.</w:t>
      </w:r>
    </w:p>
    <w:p>
      <w:pPr>
        <w:jc w:val="right"/>
      </w:pPr>
      <w:r>
        <w:t>اس کے رسول سے جھوٹ بولے وہ بیٹھ رہے۔</w:t>
      </w:r>
    </w:p>
    <w:p>
      <w:r>
        <w:rPr>
          <w:b/>
        </w:rPr>
        <w:t xml:space="preserve">[25:36] </w:t>
      </w:r>
      <w:r>
        <w:t>un mein se jinhon ne inkaar kiya un ko aik dardnaak azab pakre ga.</w:t>
      </w:r>
    </w:p>
    <w:p>
      <w:pPr>
        <w:jc w:val="right"/>
      </w:pPr>
      <w:r>
        <w:t>اُن میں سے جنہوں نے انکار کیا اُن کو ایک دردناک عذاب پکڑے گا۔</w:t>
      </w:r>
    </w:p>
    <w:p>
      <w:r>
        <w:rPr>
          <w:b/>
        </w:rPr>
        <w:t xml:space="preserve">[25:40] </w:t>
      </w:r>
      <w:r>
        <w:t>koi gunah kamzoron par nahin hai, aur na bemaron par, aur na un par jo kharch karne ko</w:t>
      </w:r>
    </w:p>
    <w:p>
      <w:pPr>
        <w:jc w:val="right"/>
      </w:pPr>
      <w:r>
        <w:t>کوئی گناہ کمزوروں پر نہیں ہے، اور نہ بیماروں پر، اور نہ اُن پر جو خرچ کرنے کو</w:t>
      </w:r>
    </w:p>
    <w:p>
      <w:r>
        <w:rPr>
          <w:b/>
        </w:rPr>
        <w:t xml:space="preserve">[25:46] </w:t>
      </w:r>
      <w:r>
        <w:t>kuch nahin paate, jabke woh Allah aur us ke rasool ke sath khair khwahi karen.</w:t>
      </w:r>
    </w:p>
    <w:p>
      <w:pPr>
        <w:jc w:val="right"/>
      </w:pPr>
      <w:r>
        <w:t>کچھ نہیں پاتے، جبکہ وہ اللہ اور اس کے رسول کے ساتھ خیر خواہی کریں۔</w:t>
      </w:r>
    </w:p>
    <w:p>
      <w:r>
        <w:rPr>
          <w:b/>
        </w:rPr>
        <w:t xml:space="preserve">[25:52] </w:t>
      </w:r>
      <w:r>
        <w:t>nek karon par koi ilzaam nahin, aur Allah bakhshne wala, meherban hai.</w:t>
      </w:r>
    </w:p>
    <w:p>
      <w:pPr>
        <w:jc w:val="right"/>
      </w:pPr>
      <w:r>
        <w:t>نیک کاروں پر کوئی الزام نہیں، اور اللہ بخشنے والا، مہربان ہے۔</w:t>
      </w:r>
    </w:p>
    <w:p>
      <w:r>
        <w:rPr>
          <w:b/>
        </w:rPr>
        <w:t xml:space="preserve">[25:58] </w:t>
      </w:r>
      <w:r>
        <w:t>aur na un logon par koi ilzaam hai ke jab woh tumhare pas aaye ke tum un ko</w:t>
      </w:r>
    </w:p>
    <w:p>
      <w:pPr>
        <w:jc w:val="right"/>
      </w:pPr>
      <w:r>
        <w:t>اور نہ اُن لوگوں پر کوئی الزام ہے کہ جب وہ تمہارے پاس آئے کہ تم اُن کو</w:t>
      </w:r>
    </w:p>
    <w:p>
      <w:r>
        <w:rPr>
          <w:b/>
        </w:rPr>
        <w:t xml:space="preserve">[26:04] </w:t>
      </w:r>
      <w:r>
        <w:t>sawari do, tum ne kaha ke mere pas koi cheez nahin</w:t>
      </w:r>
    </w:p>
    <w:p>
      <w:pPr>
        <w:jc w:val="right"/>
      </w:pPr>
      <w:r>
        <w:t>سواری دو، تم نے کہا کہ میرے پاس کوئی چیز نہیں</w:t>
      </w:r>
    </w:p>
    <w:p>
      <w:r>
        <w:rPr>
          <w:b/>
        </w:rPr>
        <w:t xml:space="preserve">[26:11] </w:t>
      </w:r>
      <w:r>
        <w:t>ke tum ko is par sawar kar doon, to woh is haal mein wapas huay ke un ki</w:t>
      </w:r>
    </w:p>
    <w:p>
      <w:pPr>
        <w:jc w:val="right"/>
      </w:pPr>
      <w:r>
        <w:t>کہ تم کو اس پر سوار کر دوں، تو وہ اس حال میں واپس ہوئے کہ اُن کی</w:t>
      </w:r>
    </w:p>
    <w:p>
      <w:r>
        <w:rPr>
          <w:b/>
        </w:rPr>
        <w:t xml:space="preserve">[26:16] </w:t>
      </w:r>
      <w:r>
        <w:t>aankhon se aansu jaari the, is gham mein ke unhein kuch mayassar nahi jo woh kharch karein.</w:t>
      </w:r>
    </w:p>
    <w:p>
      <w:pPr>
        <w:jc w:val="right"/>
      </w:pPr>
      <w:r>
        <w:t>آنکھوں سے آنسو جاری تھے، اس غم میں کہ انہیں کچھ میسر نہیں جو وہ خرچ کریں۔</w:t>
      </w:r>
    </w:p>
    <w:p>
      <w:r>
        <w:rPr>
          <w:b/>
        </w:rPr>
        <w:t xml:space="preserve">[26:21] </w:t>
      </w:r>
      <w:r>
        <w:t>ilzaam to bas un logon par hai jo tum se ijazat mangte hain, haalankeh woh maldaar hain.</w:t>
      </w:r>
    </w:p>
    <w:p>
      <w:pPr>
        <w:jc w:val="right"/>
      </w:pPr>
      <w:r>
        <w:t>الزام تو بس اُن لوگوں پر ہے جو تم سے اجازت مانگتے ہیں، حالانکہ وہ مالدار ہیں۔</w:t>
      </w:r>
    </w:p>
    <w:p>
      <w:r>
        <w:rPr>
          <w:b/>
        </w:rPr>
        <w:t xml:space="preserve">[26:26] </w:t>
      </w:r>
      <w:r>
        <w:t>woh is par raazi ho gaye ke peechay rehne wali auraton ke sath reh jayein, aur Allah ne</w:t>
      </w:r>
    </w:p>
    <w:p>
      <w:pPr>
        <w:jc w:val="right"/>
      </w:pPr>
      <w:r>
        <w:t>وہ اس پر راضی ہو گئے کہ پیچھے رہنے والی عورتوں کے ساتھ رہ جائیں، اور اللہ نے</w:t>
      </w:r>
    </w:p>
    <w:p>
      <w:r>
        <w:rPr>
          <w:b/>
        </w:rPr>
        <w:t xml:space="preserve">[26:31] </w:t>
      </w:r>
      <w:r>
        <w:t>un ke dilon par mohar kar di.</w:t>
      </w:r>
    </w:p>
    <w:p>
      <w:pPr>
        <w:jc w:val="right"/>
      </w:pPr>
      <w:r>
        <w:t>اُن کے دلوں پر مہر کر دی۔</w:t>
      </w:r>
    </w:p>
    <w:p>
      <w:r>
        <w:rPr>
          <w:b/>
        </w:rPr>
        <w:t xml:space="preserve">[26:36] </w:t>
      </w:r>
      <w:r>
        <w:t>pas woh nahi jante.</w:t>
      </w:r>
    </w:p>
    <w:p>
      <w:pPr>
        <w:jc w:val="right"/>
      </w:pPr>
      <w:r>
        <w:t>پس وہ نہیں جانتے۔</w:t>
      </w:r>
    </w:p>
    <w:p>
      <w:r>
        <w:rPr>
          <w:b/>
        </w:rPr>
        <w:t xml:space="preserve">[26:41] </w:t>
      </w:r>
      <w:r>
        <w:t>tum jab un ki taraf paltoge to woh tumhare samne uzr pesh karein ge.</w:t>
      </w:r>
    </w:p>
    <w:p>
      <w:pPr>
        <w:jc w:val="right"/>
      </w:pPr>
      <w:r>
        <w:t>تم جب اُن کی طرف پلٹو گے تو وہ تمہارے سامنے عذر پیش کریں گے۔</w:t>
      </w:r>
    </w:p>
    <w:p>
      <w:r>
        <w:rPr>
          <w:b/>
        </w:rPr>
        <w:t xml:space="preserve">[26:45] </w:t>
      </w:r>
      <w:r>
        <w:t>keh do ke bahane na banao, hum hargiz tumhari baat na manenge.</w:t>
      </w:r>
    </w:p>
    <w:p>
      <w:pPr>
        <w:jc w:val="right"/>
      </w:pPr>
      <w:r>
        <w:t>کہہ دو کہ بہانے نہ بناؤ، ہم ہرگز تمہاری بات نہ مانیں گے۔</w:t>
      </w:r>
    </w:p>
    <w:p>
      <w:r>
        <w:rPr>
          <w:b/>
        </w:rPr>
        <w:t xml:space="preserve">[26:50] </w:t>
      </w:r>
      <w:r>
        <w:t>beshak Allah ne hum ko tumhare halaat bata diye hain.</w:t>
      </w:r>
    </w:p>
    <w:p>
      <w:pPr>
        <w:jc w:val="right"/>
      </w:pPr>
      <w:r>
        <w:t>بے شک اللہ نے ہم کو تمہارے حالات بتا دیے ہیں۔</w:t>
      </w:r>
    </w:p>
    <w:p>
      <w:r>
        <w:rPr>
          <w:b/>
        </w:rPr>
        <w:t xml:space="preserve">[26:54] </w:t>
      </w:r>
      <w:r>
        <w:t>ab Allah aur rasool tumhare amal ko dekhenge, phir tum us ki taraf lotaye jaoge jo</w:t>
      </w:r>
    </w:p>
    <w:p>
      <w:pPr>
        <w:jc w:val="right"/>
      </w:pPr>
      <w:r>
        <w:t>اب اللہ اور رسول تمہارے عمل کو دیکھیں گے، پھر تم اس کی طرف لوٹائے جاؤ گے جو</w:t>
      </w:r>
    </w:p>
    <w:p>
      <w:r>
        <w:rPr>
          <w:b/>
        </w:rPr>
        <w:t xml:space="preserve">[26:59] </w:t>
      </w:r>
      <w:r>
        <w:t>khule aur chupay ka janne wala hai.</w:t>
      </w:r>
    </w:p>
    <w:p>
      <w:pPr>
        <w:jc w:val="right"/>
      </w:pPr>
      <w:r>
        <w:t>کھلے اور چھپے کا جاننے والا ہے۔</w:t>
      </w:r>
    </w:p>
    <w:p>
      <w:r>
        <w:rPr>
          <w:b/>
        </w:rPr>
        <w:t xml:space="preserve">[27:03] </w:t>
      </w:r>
      <w:r>
        <w:t>woh tum ko bata de ga jo kuch tum kar rahe the.</w:t>
      </w:r>
    </w:p>
    <w:p>
      <w:pPr>
        <w:jc w:val="right"/>
      </w:pPr>
      <w:r>
        <w:t>وہ تم کو بتا دے گا جو کچھ تم کر رہے تھے۔</w:t>
      </w:r>
    </w:p>
    <w:p>
      <w:r>
        <w:rPr>
          <w:b/>
        </w:rPr>
        <w:t xml:space="preserve">[27:07] </w:t>
      </w:r>
      <w:r>
        <w:t>yeh log tumhari wapsi par tumhare samne</w:t>
      </w:r>
    </w:p>
    <w:p>
      <w:pPr>
        <w:jc w:val="right"/>
      </w:pPr>
      <w:r>
        <w:t>یہ لوگ تمہاری واپسی پر تمہارے سامنے</w:t>
      </w:r>
    </w:p>
    <w:p>
      <w:r>
        <w:rPr>
          <w:b/>
        </w:rPr>
        <w:t xml:space="preserve">[27:12] </w:t>
      </w:r>
      <w:r>
        <w:t>Allah ki qasmein khayenge taake tum un se darguzar karo. pas tum un se darguzar karo. beshak woh napak hain, aur un ka thikana jahannum hai, badle mein us ke jo woh karte rahe. woh tumhare saamne qasmein khayenge ke tum un se raazi ho jao. agar tum un se raazi bhi ho jao to Allah naafarmaan logon se raazi hone wala nahi. dehaat wale kufr o nifaq mein zyada su</w:t>
      </w:r>
    </w:p>
    <w:p>
      <w:pPr>
        <w:jc w:val="right"/>
      </w:pPr>
      <w:r>
        <w:t>اللہ کی قسمیں کھائیں گے تاکہ تم اُن سے درگزر کرو۔ پس تم اُن سے درگزر کرو۔ بے شک وہ ناپاک ہیں، اور اُن کا ٹھکانہ جہنم ہے، بدلے میں اس کے جو وہ کرتے رہے۔ وہ تمہارے سامنے قسمیں کھائیں گے کہ تم اُن سے راضی ہو جاؤ۔ اگر تم اُن سے راضی بھی ہو جاؤ تو اللہ نافرمان لوگوں سے راضی ہونے والا نہیں۔ دیہات والے کفر و نفاق میں زیادہ س</w:t>
      </w:r>
    </w:p>
    <w:p>
      <w:r>
        <w:rPr>
          <w:b/>
        </w:rPr>
        <w:t xml:space="preserve">[27:42] </w:t>
      </w:r>
      <w:r>
        <w:t>kht hain, aur woh isi laiq hain ke Allah ne apne rasool par jo kuch utara hai us ki hudood se bekhabar rahein. aur Allah sab kuch janne wala, hikmat wala hai. aur dehatiyon mein aise bhi hain jo Khuda ki raah mein kharch ko ek taawan samajhte hain, aur tumhare liye zamaney ki gardishon ke muntazir hain. buri gardish khud unhi par hai, aur Allah sunne wala, janne wala hai. aur deha</w:t>
      </w:r>
    </w:p>
    <w:p>
      <w:pPr>
        <w:jc w:val="right"/>
      </w:pPr>
      <w:r>
        <w:t>خت ہیں، اور وہ اسی لائق ہیں کہ اللہ نے اپنے رسول پر جو کچھ اتارا ہے اس کی حدود سے بے خبر رہیں۔ اور اللہ سب کچھ جاننے والا، حکمت والا ہے۔ اور دیہاتیوں میں ایسے بھی ہیں جو خدا کی راہ میں خرچ کو ایک تاوان سمجھتے ہیں، اور تمہارے لیے زمانے کی گردشوں کے منتظر ہیں۔ بری گردش خود اُنہی پر ہے، اور اللہ سننے والا، جاننے والا ہے۔ اور دیہ</w:t>
      </w:r>
    </w:p>
    <w:p>
      <w:r>
        <w:rPr>
          <w:b/>
        </w:rPr>
        <w:t xml:space="preserve">[28:12] </w:t>
      </w:r>
      <w:r>
        <w:t>atiyon mein woh bhi hain jo Allah par aur aakhirat ke din par iman rakhte hain, aur jo</w:t>
      </w:r>
    </w:p>
    <w:p>
      <w:pPr>
        <w:jc w:val="right"/>
      </w:pPr>
      <w:r>
        <w:t>اتیوں میں وہ بھی ہیں جو اللہ پر اور آخرت کے دن پر ایمان رکھتے ہیں، اور جو</w:t>
      </w:r>
    </w:p>
    <w:p>
      <w:r>
        <w:rPr>
          <w:b/>
        </w:rPr>
        <w:t xml:space="preserve">[28:16] </w:t>
      </w:r>
      <w:r>
        <w:t>kuch kharch karte hain woh is ko Allah ke yahan qurb ka aur rasool ki duaen lene ka</w:t>
      </w:r>
    </w:p>
    <w:p>
      <w:pPr>
        <w:jc w:val="right"/>
      </w:pPr>
      <w:r>
        <w:t>کچھ خرچ کرتے ہیں وہ اس کو اللہ کے یہاں قرب کا اور رسول کی دعائیں لینے کا</w:t>
      </w:r>
    </w:p>
    <w:p>
      <w:r>
        <w:rPr>
          <w:b/>
        </w:rPr>
        <w:t xml:space="preserve">[28:20] </w:t>
      </w:r>
      <w:r>
        <w:t>zariya banate hain.</w:t>
      </w:r>
    </w:p>
    <w:p>
      <w:pPr>
        <w:jc w:val="right"/>
      </w:pPr>
      <w:r>
        <w:t>ذریعہ بناتے ہیں۔</w:t>
      </w:r>
    </w:p>
    <w:p>
      <w:r>
        <w:rPr>
          <w:b/>
        </w:rPr>
        <w:t xml:space="preserve">[28:25] </w:t>
      </w:r>
      <w:r>
        <w:t>haan, beshak woh un ke liye qurb ka zariya hai.</w:t>
      </w:r>
    </w:p>
    <w:p>
      <w:pPr>
        <w:jc w:val="right"/>
      </w:pPr>
      <w:r>
        <w:t>ہاں، بے شک وہ اُن کے لیے قرب کا ذریعہ ہے۔</w:t>
      </w:r>
    </w:p>
    <w:p>
      <w:r>
        <w:rPr>
          <w:b/>
        </w:rPr>
        <w:t xml:space="preserve">[28:29] </w:t>
      </w:r>
      <w:r>
        <w:t>Allah un ko apni rehmat mein dakhil kare ga.</w:t>
      </w:r>
    </w:p>
    <w:p>
      <w:pPr>
        <w:jc w:val="right"/>
      </w:pPr>
      <w:r>
        <w:t>اللہ اُن کو اپنی رحمت میں داخل کرے گا۔</w:t>
      </w:r>
    </w:p>
    <w:p>
      <w:r>
        <w:rPr>
          <w:b/>
        </w:rPr>
        <w:t xml:space="preserve">[28:33] </w:t>
      </w:r>
      <w:r>
        <w:t>yakeenan Allah bakhsne wala, meherban hai.</w:t>
      </w:r>
    </w:p>
    <w:p>
      <w:pPr>
        <w:jc w:val="right"/>
      </w:pPr>
      <w:r>
        <w:t>یقیناً اللہ بخشنے والا، مہربان ہے۔</w:t>
      </w:r>
    </w:p>
    <w:p>
      <w:r>
        <w:rPr>
          <w:b/>
        </w:rPr>
        <w:t xml:space="preserve">[28:38] </w:t>
      </w:r>
      <w:r>
        <w:t>aur muhajireen woh ansar mein jo log sabiq aur muqaddam hain, aur</w:t>
      </w:r>
    </w:p>
    <w:p>
      <w:pPr>
        <w:jc w:val="right"/>
      </w:pPr>
      <w:r>
        <w:t>اور مہاجرین وہ انصار میں جو لوگ سابق اور مقدم ہیں، اور</w:t>
      </w:r>
    </w:p>
    <w:p>
      <w:r>
        <w:rPr>
          <w:b/>
        </w:rPr>
        <w:t xml:space="preserve">[28:42] </w:t>
      </w:r>
      <w:r>
        <w:t>jinhon ne khoobi ke saath un ki pervi ki, Allah un se raazi hua, aur woh us se raazi hue. aur Allah ne un ke liye aise bagh tayar kar rakhe hain jin ke neeche nehrein behti hongi, woh un mein hamesha rahenge. yahi hai bari kamyabi. aur tumhare gird o peish jo dehati hain un mein munafiq hain, aur madine walon mein bhi munafiq hain. woh nifaq par jam gaye hain, tum un ko</w:t>
      </w:r>
    </w:p>
    <w:p>
      <w:pPr>
        <w:jc w:val="right"/>
      </w:pPr>
      <w:r>
        <w:t>جنہوں نے خوبی کے ساتھ اُن کی پیروی کی، اللہ اُن سے راضی ہوا، اور وہ اس سے راضی ہوئے۔ اور اللہ نے اُن کے لیے ایسے باغ تیار کر رکھے ہیں جن کے نیچے نہریں بہتی ہوں گی، وہ اُن میں ہمیشہ رہیں گے۔ یہی ہے بڑی کامیابی۔ اور تمہارے گرد و پیش جو دیہاتی ہیں اُن میں منافق ہیں، اور مدینے والوں میں بھی منافق ہیں۔ وہ نفاق پر جم گئے ہیں، تم اُن کو</w:t>
      </w:r>
    </w:p>
    <w:p>
      <w:r>
        <w:rPr>
          <w:b/>
        </w:rPr>
        <w:t xml:space="preserve">[29:12] </w:t>
      </w:r>
      <w:r>
        <w:t>nahi jante.</w:t>
      </w:r>
    </w:p>
    <w:p>
      <w:pPr>
        <w:jc w:val="right"/>
      </w:pPr>
      <w:r>
        <w:t>نہیں جانتے۔</w:t>
      </w:r>
    </w:p>
    <w:p>
      <w:r>
        <w:rPr>
          <w:b/>
        </w:rPr>
        <w:t xml:space="preserve">[29:16] </w:t>
      </w:r>
      <w:r>
        <w:t>hum un ko jante hain.</w:t>
      </w:r>
    </w:p>
    <w:p>
      <w:pPr>
        <w:jc w:val="right"/>
      </w:pPr>
      <w:r>
        <w:t>ہم اُن کو جانتے ہیں۔</w:t>
      </w:r>
    </w:p>
    <w:p>
      <w:r>
        <w:rPr>
          <w:b/>
        </w:rPr>
        <w:t xml:space="preserve">[29:19] </w:t>
      </w:r>
      <w:r>
        <w:t>hum un ko dohra azab dein ge, phir woh aik azab azeem ki taraf bheje jayenge.</w:t>
      </w:r>
    </w:p>
    <w:p>
      <w:pPr>
        <w:jc w:val="right"/>
      </w:pPr>
      <w:r>
        <w:t>ہم اُن کو دہرا عذاب دیں گے، پھر وہ ایک عذاب عظیم کی طرف بھیجے جائیں گے۔</w:t>
      </w:r>
    </w:p>
    <w:p>
      <w:r>
        <w:rPr>
          <w:b/>
        </w:rPr>
        <w:t xml:space="preserve">[29:23] </w:t>
      </w:r>
      <w:r>
        <w:t>kuch aur log hain jinho ne apne qasuron ka eteraf kar liya hai, unho ne mile jule amal</w:t>
      </w:r>
    </w:p>
    <w:p>
      <w:pPr>
        <w:jc w:val="right"/>
      </w:pPr>
      <w:r>
        <w:t>کچھ اور لوگ ہیں جنہوں نے اپنے قصوروں کا اعتراف کر لیا ہے، انہوں نے ملے جلے عمل</w:t>
      </w:r>
    </w:p>
    <w:p>
      <w:r>
        <w:rPr>
          <w:b/>
        </w:rPr>
        <w:t xml:space="preserve">[29:27] </w:t>
      </w:r>
      <w:r>
        <w:t>kiye the, kuch bhale aur kuch bure.</w:t>
      </w:r>
    </w:p>
    <w:p>
      <w:pPr>
        <w:jc w:val="right"/>
      </w:pPr>
      <w:r>
        <w:t>کیے تھے، کچھ بھلے اور کچھ برے۔</w:t>
      </w:r>
    </w:p>
    <w:p>
      <w:r>
        <w:rPr>
          <w:b/>
        </w:rPr>
        <w:t xml:space="preserve">[29:31] </w:t>
      </w:r>
      <w:r>
        <w:t>umeed hai ke Allah un par tawajjuh kare ga.</w:t>
      </w:r>
    </w:p>
    <w:p>
      <w:pPr>
        <w:jc w:val="right"/>
      </w:pPr>
      <w:r>
        <w:t>امید ہے کہ اللہ اُن پر توجہ کرے۔</w:t>
      </w:r>
    </w:p>
    <w:p>
      <w:r>
        <w:rPr>
          <w:b/>
        </w:rPr>
        <w:t xml:space="preserve">[29:34] </w:t>
      </w:r>
      <w:r>
        <w:t>beshak allah bakhshne wala, meharban hai.</w:t>
      </w:r>
    </w:p>
    <w:p>
      <w:pPr>
        <w:jc w:val="right"/>
      </w:pPr>
      <w:r>
        <w:t>بے شک اللہ بخشنے والا، مہربان ہے۔</w:t>
      </w:r>
    </w:p>
    <w:p>
      <w:r>
        <w:rPr>
          <w:b/>
        </w:rPr>
        <w:t xml:space="preserve">[29:38] </w:t>
      </w:r>
      <w:r>
        <w:t>tum un ke malon mein se sadqa lo, is se</w:t>
      </w:r>
    </w:p>
    <w:p>
      <w:pPr>
        <w:jc w:val="right"/>
      </w:pPr>
      <w:r>
        <w:t>تم اُن کے مالوں میں سے صدقہ لو، اس سے</w:t>
      </w:r>
    </w:p>
    <w:p>
      <w:r>
        <w:rPr>
          <w:b/>
        </w:rPr>
        <w:t xml:space="preserve">[29:42] </w:t>
      </w:r>
      <w:r>
        <w:t>tum un ko pak karo ge, aur un ka tazkiya karo ge, aur tum un ke liye dua karo. beshak tumhari dua un ke liye waja taskeen ho gi. Allah sab kuch sunne wala, janne wala hai. kya woh nahi jante ke Allah hi apne bando ki toba qabool karta hai, aur wohi sadqat ko qabool karta hai, aur Allah toba qabool karne wala, meharban hai. kaho ke amal karo, Allah aur is ka rasool aur</w:t>
      </w:r>
    </w:p>
    <w:p>
      <w:pPr>
        <w:jc w:val="right"/>
      </w:pPr>
      <w:r>
        <w:t>تم اُن کو پاک کرو گے، اور اُن کا تزکیہ کرو گے، اور تم اُن کے لیے دعا کرو۔ بے شک تمہاری دعا اُن کے لیے وجہ تسکین ہوگی۔ اللہ سب کچھ سننے والا، جاننے والا ہے۔ کیا وہ نہیں جانتے کہ اللہ ہی اپنے بندوں کی توبہ قبول کرتا ہے، اور وہی صدقات کو قبول کرتا ہے، اور اللہ توبہ قبول کرنے والا، مہربان ہے۔ کہو کہ عمل کرو، اللہ اور اس کا رسول اور</w:t>
      </w:r>
    </w:p>
    <w:p>
      <w:r>
        <w:rPr>
          <w:b/>
        </w:rPr>
        <w:t xml:space="preserve">[30:12] </w:t>
      </w:r>
      <w:r>
        <w:t>ahl-e-iman tumhare amal ko dekhenge, aur tum jald us ke paas lotaye jaoge, jo tamam</w:t>
      </w:r>
    </w:p>
    <w:p>
      <w:pPr>
        <w:jc w:val="right"/>
      </w:pPr>
      <w:r>
        <w:t>اہل ایمان تمہارے عمل کو دیکھیں گے، اور تم جلد اس کے پاس لوٹائے جاؤ گے، جو تمام</w:t>
      </w:r>
    </w:p>
    <w:p>
      <w:r>
        <w:rPr>
          <w:b/>
        </w:rPr>
        <w:t xml:space="preserve">[30:17] </w:t>
      </w:r>
      <w:r>
        <w:t>khule aur chhupe ko janta hai.</w:t>
      </w:r>
    </w:p>
    <w:p>
      <w:pPr>
        <w:jc w:val="right"/>
      </w:pPr>
      <w:r>
        <w:t>کھلے اور چھپے کو جانتا ہے۔</w:t>
      </w:r>
    </w:p>
    <w:p>
      <w:r>
        <w:rPr>
          <w:b/>
        </w:rPr>
        <w:t xml:space="preserve">[30:22] </w:t>
      </w:r>
      <w:r>
        <w:t>wo tum ko bata dega jo kuch tum kar rahe the.</w:t>
      </w:r>
    </w:p>
    <w:p>
      <w:pPr>
        <w:jc w:val="right"/>
      </w:pPr>
      <w:r>
        <w:t>وہ تم کو بتا دے گا جو کچھ تم کر رہے تھے۔</w:t>
      </w:r>
    </w:p>
    <w:p>
      <w:r>
        <w:rPr>
          <w:b/>
        </w:rPr>
        <w:t xml:space="preserve">[30:27] </w:t>
      </w:r>
      <w:r>
        <w:t>kuchh doosre log hain jinka maamla abhi khuda ka hukum aane tak thehra hua hai, ya wo</w:t>
      </w:r>
    </w:p>
    <w:p>
      <w:pPr>
        <w:jc w:val="right"/>
      </w:pPr>
      <w:r>
        <w:t>کچھ دوسرے لوگ ہیں جن کا معاملہ ابھی خدا کا حکم آنے تک ٹھہرا ہوا ہے، یا وہ</w:t>
      </w:r>
    </w:p>
    <w:p>
      <w:r>
        <w:rPr>
          <w:b/>
        </w:rPr>
        <w:t xml:space="preserve">[30:32] </w:t>
      </w:r>
      <w:r>
        <w:t>un ko saza dega ya un ki tauba qubool karega, aur allah janne wala, hikmat wala hai.</w:t>
      </w:r>
    </w:p>
    <w:p>
      <w:pPr>
        <w:jc w:val="right"/>
      </w:pPr>
      <w:r>
        <w:t>اُن کو سزا دے گا یا اُن کی توبہ قبول کرے گا، اور اللہ جاننے والا، حکمت والا ہے۔</w:t>
      </w:r>
    </w:p>
    <w:p>
      <w:r>
        <w:rPr>
          <w:b/>
        </w:rPr>
        <w:t xml:space="preserve">[30:37] </w:t>
      </w:r>
      <w:r>
        <w:t>aur un mein aise bhi hain jinhone ek</w:t>
      </w:r>
    </w:p>
    <w:p>
      <w:pPr>
        <w:jc w:val="right"/>
      </w:pPr>
      <w:r>
        <w:t>اور اُن میں ایسے بھی ہیں جنہوں نے ایک</w:t>
      </w:r>
    </w:p>
    <w:p>
      <w:r>
        <w:rPr>
          <w:b/>
        </w:rPr>
        <w:t xml:space="preserve">[30:42] </w:t>
      </w:r>
      <w:r>
        <w:t>masjid banai nuksan pahanchane ke liye, aur kufr ke liye, aur ahl-e-iman mein phoot dalne ke liye,</w:t>
      </w:r>
    </w:p>
    <w:p>
      <w:pPr>
        <w:jc w:val="right"/>
      </w:pPr>
      <w:r>
        <w:t>مسجد بنائی نقصان پہنچانے کے لیے، اور کفر کے لیے، اور اہل ایمان میں پھوٹ ڈالنے کے لیے،</w:t>
      </w:r>
    </w:p>
    <w:p>
      <w:r>
        <w:rPr>
          <w:b/>
        </w:rPr>
        <w:t xml:space="preserve">[30:47] </w:t>
      </w:r>
      <w:r>
        <w:t>aur is liye taake kamingah faraham karen us shakhs ke liye jo pehle se allah aur us</w:t>
      </w:r>
    </w:p>
    <w:p>
      <w:pPr>
        <w:jc w:val="right"/>
      </w:pPr>
      <w:r>
        <w:t>اور اس لیے تاکہ کمین گاہ فراہم کریں اس شخص کے لیے جو پہلے سے اللہ اور اس</w:t>
      </w:r>
    </w:p>
    <w:p>
      <w:r>
        <w:rPr>
          <w:b/>
        </w:rPr>
        <w:t xml:space="preserve">[30:52] </w:t>
      </w:r>
      <w:r>
        <w:t>ke rasool se lad raha hai.</w:t>
      </w:r>
    </w:p>
    <w:p>
      <w:pPr>
        <w:jc w:val="right"/>
      </w:pPr>
      <w:r>
        <w:t>کے رسول سے لڑ رہا ہے۔</w:t>
      </w:r>
    </w:p>
    <w:p>
      <w:r>
        <w:rPr>
          <w:b/>
        </w:rPr>
        <w:t xml:space="preserve">[30:57] </w:t>
      </w:r>
      <w:r>
        <w:t>aur ye log qasmein khayenge ke hum ne to sirf bhalai chahi thi, aur allah gawah hai</w:t>
      </w:r>
    </w:p>
    <w:p>
      <w:pPr>
        <w:jc w:val="right"/>
      </w:pPr>
      <w:r>
        <w:t>اور یہ لوگ قسمیں کھائیں گے کہ ہم نے تو صرف بھلائی چاہی تھی، اور اللہ گواہ ہے</w:t>
      </w:r>
    </w:p>
    <w:p>
      <w:r>
        <w:rPr>
          <w:b/>
        </w:rPr>
        <w:t xml:space="preserve">[31:02] </w:t>
      </w:r>
      <w:r>
        <w:t>ke wo jhoote hain.</w:t>
      </w:r>
    </w:p>
    <w:p>
      <w:pPr>
        <w:jc w:val="right"/>
      </w:pPr>
      <w:r>
        <w:t>کہ وہ جھوٹے ہیں۔</w:t>
      </w:r>
    </w:p>
    <w:p>
      <w:r>
        <w:rPr>
          <w:b/>
        </w:rPr>
        <w:t xml:space="preserve">[31:07] </w:t>
      </w:r>
      <w:r>
        <w:t>tum is imarat mein kabhi khade na hona, albatta jis masjid ki buniyad awwal din se taqwa par</w:t>
      </w:r>
    </w:p>
    <w:p>
      <w:pPr>
        <w:jc w:val="right"/>
      </w:pPr>
      <w:r>
        <w:t>تم اس عمارت میں کبھی کھڑے نہ ہونا، البتہ جس مسجد کی بنیاد اول دن سے تقویٰ پر</w:t>
      </w:r>
    </w:p>
    <w:p>
      <w:r>
        <w:rPr>
          <w:b/>
        </w:rPr>
        <w:t xml:space="preserve">[31:12] </w:t>
      </w:r>
      <w:r>
        <w:t>padi hai wo is laiq hai ke tum us mein khade ho.</w:t>
      </w:r>
    </w:p>
    <w:p>
      <w:pPr>
        <w:jc w:val="right"/>
      </w:pPr>
      <w:r>
        <w:t>پڑی ہے وہ اس لائق ہے کہ تم اس میں کھڑے ہو۔</w:t>
      </w:r>
    </w:p>
    <w:p>
      <w:r>
        <w:rPr>
          <w:b/>
        </w:rPr>
        <w:t xml:space="preserve">[31:17] </w:t>
      </w:r>
      <w:r>
        <w:t>is mein aise log hain jo paak rahne ko pasand karte hain, aur allah paak rahne walon ko</w:t>
      </w:r>
    </w:p>
    <w:p>
      <w:pPr>
        <w:jc w:val="right"/>
      </w:pPr>
      <w:r>
        <w:t>اس میں ایسے لوگ ہیں جو پاک رہنے کو پسند کرتے ہیں، اور اللہ پاک رہنے والوں کو</w:t>
      </w:r>
    </w:p>
    <w:p>
      <w:r>
        <w:rPr>
          <w:b/>
        </w:rPr>
        <w:t xml:space="preserve">[31:22] </w:t>
      </w:r>
      <w:r>
        <w:t>pasand karta hai.</w:t>
      </w:r>
    </w:p>
    <w:p>
      <w:pPr>
        <w:jc w:val="right"/>
      </w:pPr>
      <w:r>
        <w:t>پسند کرتا ہے۔</w:t>
      </w:r>
    </w:p>
    <w:p>
      <w:r>
        <w:rPr>
          <w:b/>
        </w:rPr>
        <w:t xml:space="preserve">[31:27] </w:t>
      </w:r>
      <w:r>
        <w:t>kya wo shakhs behtar hai jis ne apni imarat ki buniyad khuda se dar par aur khuda ki</w:t>
      </w:r>
    </w:p>
    <w:p>
      <w:pPr>
        <w:jc w:val="right"/>
      </w:pPr>
      <w:r>
        <w:t>کیا وہ شخص بہتر ہے جس نے اپنی عمارت کی بنیاد خدا سے ڈر پر اور خدا کی</w:t>
      </w:r>
    </w:p>
    <w:p>
      <w:r>
        <w:rPr>
          <w:b/>
        </w:rPr>
        <w:t xml:space="preserve">[31:32] </w:t>
      </w:r>
      <w:r>
        <w:t>khushnudi par rakhi, ya wo shakhs behtar hai jis ne apni imarat ki buniyad ek khai ke kinare</w:t>
      </w:r>
    </w:p>
    <w:p>
      <w:pPr>
        <w:jc w:val="right"/>
      </w:pPr>
      <w:r>
        <w:t>خوشنودی پر رکھی، یا وہ شخص بہتر ہے جس نے اپنی عمارت کی بنیاد ایک کھائی کے کنارے</w:t>
      </w:r>
    </w:p>
    <w:p>
      <w:r>
        <w:rPr>
          <w:b/>
        </w:rPr>
        <w:t xml:space="preserve">[31:37] </w:t>
      </w:r>
      <w:r>
        <w:t>par rakhi jo girne ko hai? phir wo imarat us ko le kar</w:t>
      </w:r>
    </w:p>
    <w:p>
      <w:pPr>
        <w:jc w:val="right"/>
      </w:pPr>
      <w:r>
        <w:t>پر رکھی جو گرنے کو ہے؟ پھر وہ عمارت اس کو لے کر</w:t>
      </w:r>
    </w:p>
    <w:p>
      <w:r>
        <w:rPr>
          <w:b/>
        </w:rPr>
        <w:t xml:space="preserve">[31:42] </w:t>
      </w:r>
      <w:r>
        <w:t>jahannum ki aag mein gir pari, aur Allah zalim logon ko rah nahi dikhata. aur yeh imarat jo unho ne banai hamesha un ke dilon mein shakk ki buniyad bani rahe gi, bajuz is ke ke is ke dil hi tukre ho jayen. aur Allah aleem aur hakeem hai. bilashubah Allah ne mominon se un ki jaan aur un ke maal ko khareed liya hai jannat ke badle. woh Allah ki rah mein ladte hain, p</w:t>
      </w:r>
    </w:p>
    <w:p>
      <w:pPr>
        <w:jc w:val="right"/>
      </w:pPr>
      <w:r>
        <w:t>جہنم کی آگ میں گر پڑی، اور اللہ ظالم لوگوں کو راہ نہیں دکھاتا۔ اور یہ عمارت جو انہوں نے بنائی ہمیشہ اُن کے دلوں میں شک کی بنیاد بنی رہے گی، بجز اس کے کہ اس کے دل ہی ٹکڑے ہو جائیں۔ اور اللہ علیم اور حکیم ہے۔ بلاشبہ اللہ نے مومنوں سے اُن کی جان اور اُن کے مال کو خرید لیا ہے جنت کے بدلے۔ وہ اللہ کی راہ میں لڑتے ہیں، پ</w:t>
      </w:r>
    </w:p>
    <w:p>
      <w:r>
        <w:rPr>
          <w:b/>
        </w:rPr>
        <w:t xml:space="preserve">[32:12] </w:t>
      </w:r>
      <w:r>
        <w:t>gir jati hai, aur wo gir jate hain.</w:t>
      </w:r>
    </w:p>
    <w:p>
      <w:pPr>
        <w:jc w:val="right"/>
      </w:pPr>
      <w:r>
        <w:t>ھر مارتے ہیں، اور مارے جاتے ہیں۔</w:t>
      </w:r>
    </w:p>
    <w:p>
      <w:r>
        <w:rPr>
          <w:b/>
        </w:rPr>
        <w:t xml:space="preserve">[32:18] </w:t>
      </w:r>
      <w:r>
        <w:t>ye allah ke zimme ek sachha wada hai torat mein, aur injeel mein, aur quran mein.</w:t>
      </w:r>
    </w:p>
    <w:p>
      <w:pPr>
        <w:jc w:val="right"/>
      </w:pPr>
      <w:r>
        <w:t>یہ اللہ کے ذمے ایک سچا وعدہ ہے تورات میں، اور انجیل میں، اور قرآن میں۔</w:t>
      </w:r>
    </w:p>
    <w:p>
      <w:r>
        <w:rPr>
          <w:b/>
        </w:rPr>
        <w:t xml:space="preserve">[32:24] </w:t>
      </w:r>
      <w:r>
        <w:t>aur allah se badh kar apne ahad ko poora karne wala kaun hai? pas tum khushiyan karo is</w:t>
      </w:r>
    </w:p>
    <w:p>
      <w:pPr>
        <w:jc w:val="right"/>
      </w:pPr>
      <w:r>
        <w:t>اور اللہ سے بڑھ کر اپنے عہد کو پورا کرنے والا کون ہے؟ پس تم خوشیاں کرو اس</w:t>
      </w:r>
    </w:p>
    <w:p>
      <w:r>
        <w:rPr>
          <w:b/>
        </w:rPr>
        <w:t xml:space="preserve">[32:31] </w:t>
      </w:r>
      <w:r>
        <w:t>maamle par jo tum ne allah se kiya hai, aur yahi hai sab se badi kamiyabi.</w:t>
      </w:r>
    </w:p>
    <w:p>
      <w:pPr>
        <w:jc w:val="right"/>
      </w:pPr>
      <w:r>
        <w:t>معاملے پر جو تم نے اللہ سے کیا ہے، اور یہی ہے سب سے بڑی کامیابی۔</w:t>
      </w:r>
    </w:p>
    <w:p>
      <w:r>
        <w:rPr>
          <w:b/>
        </w:rPr>
        <w:t xml:space="preserve">[32:37] </w:t>
      </w:r>
      <w:r>
        <w:t>wo tauba karne wale hain, ibadat karne wale hain, hamd karne wale hain,</w:t>
      </w:r>
    </w:p>
    <w:p>
      <w:pPr>
        <w:jc w:val="right"/>
      </w:pPr>
      <w:r>
        <w:t>وہ توبہ کرنے والے ہیں، عبادت کرنے والے ہیں، حمد کرنے والے ہیں،</w:t>
      </w:r>
    </w:p>
    <w:p>
      <w:r>
        <w:rPr>
          <w:b/>
        </w:rPr>
        <w:t xml:space="preserve">[32:43] </w:t>
      </w:r>
      <w:r>
        <w:t>Khuda ki rah mein phirne wale hain, rukoo karne wale hain, sajda karne wale hain, bhalaai ka hukum karne wale hain, burai se rokne wale hain, Allah ki hadon ka khayal rakhne wale hain. aur mominon ko khushkhabri de do. nabi ko aur un logon ko jo iman laye hain rawah nahi ke woh mushrikon ke liye maghfirat ki dua karen, chahe woh un ke rishtedar hi hon, jab ke un par khul ch</w:t>
      </w:r>
    </w:p>
    <w:p>
      <w:pPr>
        <w:jc w:val="right"/>
      </w:pPr>
      <w:r>
        <w:t>خدا کی راہ میں پھرنے والے ہیں، رکوع کرنے والے ہیں، سجدہ کرنے والے ہیں، بھلائی کا حکم کرنے والے ہیں، برائی سے روکنے والے ہیں، اللہ کی حدوں کا خیال رکھنے والے ہیں۔ اور مومنوں کو خوشخبری دے دو۔ نبی کو اور اُن لوگوں کو جو ایمان لائے ہیں روا نہیں کہ وہ مشرکوں کے لیے مغفرت کی دعا کریں، چاہے وہ اُن کے رشتہ دار ہی ہوں، جبکہ اُن پر کھل چ</w:t>
      </w:r>
    </w:p>
    <w:p>
      <w:r>
        <w:rPr>
          <w:b/>
        </w:rPr>
        <w:t xml:space="preserve">[33:13] </w:t>
      </w:r>
      <w:r>
        <w:t>uka ke yeh jahannum mein jane wale log hain. aur Ibrahim ka apne baap ke liye maghfirat ki dua mangna sirf is wade ke sabab se tha jo us ne us se kar liya tha. phir jab us par khul gaya ke woh Allah ka dushman hai to woh us se be taluq ho gaya. beshak Ibrahim bara narm dil aur bardbaad tha. aur Allah kisi qaum ko hidayat dene ke baad gumrah nahi karta jab tak</w:t>
      </w:r>
    </w:p>
    <w:p>
      <w:pPr>
        <w:jc w:val="right"/>
      </w:pPr>
      <w:r>
        <w:t>کا کہ یہ جہنم میں جانے والے لوگ ہیں۔ اور ابراہیم کا اپنے باپ کے لیے مغفرت کی دعا مانگنا صرف اس وعدے کے سبب سے تھا جو اس نے اس سے کر لیا تھا۔ پھر جب اس پر کھل گیا کہ وہ اللہ کا دشمن ہے تو وہ اس سے بے تعلق ہو گیا۔ بے شک ابراہیم بڑا نرم دل اور بردباد تھا۔ اور اللہ کسی قوم کو ہدایت دینے کے بعد گمراہ نہیں کرتا جب تک</w:t>
      </w:r>
    </w:p>
    <w:p>
      <w:r>
        <w:rPr>
          <w:b/>
        </w:rPr>
        <w:t xml:space="preserve">[33:43] </w:t>
      </w:r>
      <w:r>
        <w:t>un ko saaf saaf woh cheezein bata na de jin se unhein bachna hai.</w:t>
      </w:r>
    </w:p>
    <w:p>
      <w:pPr>
        <w:jc w:val="right"/>
      </w:pPr>
      <w:r>
        <w:t>اُن کو صاف صاف وہ چیزیں بتا نہ دے جن سے انہیں بچنا ہے۔</w:t>
      </w:r>
    </w:p>
    <w:p>
      <w:r>
        <w:rPr>
          <w:b/>
        </w:rPr>
        <w:t xml:space="preserve">[33:47] </w:t>
      </w:r>
      <w:r>
        <w:t>beshak Allah har cheez ka ilm rakhta hai.</w:t>
      </w:r>
    </w:p>
    <w:p>
      <w:pPr>
        <w:jc w:val="right"/>
      </w:pPr>
      <w:r>
        <w:t>بے شک اللہ ہر چیز کا علم رکھتا ہے۔</w:t>
      </w:r>
    </w:p>
    <w:p>
      <w:r>
        <w:rPr>
          <w:b/>
        </w:rPr>
        <w:t xml:space="preserve">[33:51] </w:t>
      </w:r>
      <w:r>
        <w:t>Allah hi ki saltanat hai aasmanon mein aur zameen mein.</w:t>
      </w:r>
    </w:p>
    <w:p>
      <w:pPr>
        <w:jc w:val="right"/>
      </w:pPr>
      <w:r>
        <w:t>اللہ ہی کی سلطنت ہے آسمانوں میں اور زمین میں۔</w:t>
      </w:r>
    </w:p>
    <w:p>
      <w:r>
        <w:rPr>
          <w:b/>
        </w:rPr>
        <w:t xml:space="preserve">[33:56] </w:t>
      </w:r>
      <w:r>
        <w:t>woh jalata hai aur wohi marta hai.</w:t>
      </w:r>
    </w:p>
    <w:p>
      <w:pPr>
        <w:jc w:val="right"/>
      </w:pPr>
      <w:r>
        <w:t>وہ جلاتا ہے اور وہی مارتا ہے۔</w:t>
      </w:r>
    </w:p>
    <w:p>
      <w:r>
        <w:rPr>
          <w:b/>
        </w:rPr>
        <w:t xml:space="preserve">[34:00] </w:t>
      </w:r>
      <w:r>
        <w:t>aur Allah ke siwa na tumhara koi dost hai aur na madadgar.</w:t>
      </w:r>
    </w:p>
    <w:p>
      <w:pPr>
        <w:jc w:val="right"/>
      </w:pPr>
      <w:r>
        <w:t>اور اللہ کے سوا نہ تمہارا کوئی دوست ہے اور نہ مددگار۔</w:t>
      </w:r>
    </w:p>
    <w:p>
      <w:r>
        <w:rPr>
          <w:b/>
        </w:rPr>
        <w:t xml:space="preserve">[34:05] </w:t>
      </w:r>
      <w:r>
        <w:t>Allah ne nabi par aur muhajireen woh ansar par tawajjuh farmayi jis ne tangi ke waqt mein nabi</w:t>
      </w:r>
    </w:p>
    <w:p>
      <w:pPr>
        <w:jc w:val="right"/>
      </w:pPr>
      <w:r>
        <w:t>اللہ نے نبی پر اور مہاجرین وہ انصار پر توجہ فرمائی جنہوں نے تنگی کے وقت میں نبی</w:t>
      </w:r>
    </w:p>
    <w:p>
      <w:r>
        <w:rPr>
          <w:b/>
        </w:rPr>
        <w:t xml:space="preserve">[34:09] </w:t>
      </w:r>
      <w:r>
        <w:t>ka saath diya,</w:t>
      </w:r>
    </w:p>
    <w:p>
      <w:pPr>
        <w:jc w:val="right"/>
      </w:pPr>
      <w:r>
        <w:t>کا ساتھ دیا،</w:t>
      </w:r>
    </w:p>
    <w:p>
      <w:r>
        <w:rPr>
          <w:b/>
        </w:rPr>
        <w:t xml:space="preserve">[34:13] </w:t>
      </w:r>
      <w:r>
        <w:t>baat is ke ke un mein se kuch logon ke dil kaji ki taraf mael ho chuke thay.</w:t>
      </w:r>
    </w:p>
    <w:p>
      <w:pPr>
        <w:jc w:val="right"/>
      </w:pPr>
      <w:r>
        <w:t>بات اس کے کہ اُن میں سے کچھ لوگوں کے دل کجی کی طرف مائل ہو چکے تھے۔</w:t>
      </w:r>
    </w:p>
    <w:p>
      <w:r>
        <w:rPr>
          <w:b/>
        </w:rPr>
        <w:t xml:space="preserve">[34:18] </w:t>
      </w:r>
      <w:r>
        <w:t>phir Allah ne un par tawajjuh farmayi.</w:t>
      </w:r>
    </w:p>
    <w:p>
      <w:pPr>
        <w:jc w:val="right"/>
      </w:pPr>
      <w:r>
        <w:t>پھر اللہ نے اُن پر توجہ فرمائی۔</w:t>
      </w:r>
    </w:p>
    <w:p>
      <w:r>
        <w:rPr>
          <w:b/>
        </w:rPr>
        <w:t xml:space="preserve">[34:22] </w:t>
      </w:r>
      <w:r>
        <w:t>beshak Allah un par meherban hai, reham karne wala hai.</w:t>
      </w:r>
    </w:p>
    <w:p>
      <w:pPr>
        <w:jc w:val="right"/>
      </w:pPr>
      <w:r>
        <w:t>بے شک اللہ اُن پر مہربان ہے، رحم کرنے والا ہے۔</w:t>
      </w:r>
    </w:p>
    <w:p>
      <w:r>
        <w:rPr>
          <w:b/>
        </w:rPr>
        <w:t xml:space="preserve">[34:26] </w:t>
      </w:r>
      <w:r>
        <w:t>aur un teenon par bhi us ne tawajjuh farmayi jin ka muamla utha rakha gaya tha, yahan tak</w:t>
      </w:r>
    </w:p>
    <w:p>
      <w:pPr>
        <w:jc w:val="right"/>
      </w:pPr>
      <w:r>
        <w:t>اور اُن تینوں پر بھی اس نے توجہ فرمائی جن کا معاملہ اٹھا رکھا گیا تھا، یہاں تک</w:t>
      </w:r>
    </w:p>
    <w:p>
      <w:r>
        <w:rPr>
          <w:b/>
        </w:rPr>
        <w:t xml:space="preserve">[34:30] </w:t>
      </w:r>
      <w:r>
        <w:t>ke jab zameen apni wusat ke bawajood un par tang ho gayi aur woh khud apni jaanon se</w:t>
      </w:r>
    </w:p>
    <w:p>
      <w:pPr>
        <w:jc w:val="right"/>
      </w:pPr>
      <w:r>
        <w:t>کہ جب زمین اپنی وسعت کے باوجود اُن پر تنگ ہو گئی اور وہ خود اپنی جانوں سے</w:t>
      </w:r>
    </w:p>
    <w:p>
      <w:r>
        <w:rPr>
          <w:b/>
        </w:rPr>
        <w:t xml:space="preserve">[34:35] </w:t>
      </w:r>
      <w:r>
        <w:t>tang aa gaye.</w:t>
      </w:r>
    </w:p>
    <w:p>
      <w:pPr>
        <w:jc w:val="right"/>
      </w:pPr>
      <w:r>
        <w:t>تنگ آ گئے۔</w:t>
      </w:r>
    </w:p>
    <w:p>
      <w:r>
        <w:rPr>
          <w:b/>
        </w:rPr>
        <w:t xml:space="preserve">[34:39] </w:t>
      </w:r>
      <w:r>
        <w:t>aur unhon ne samajh liya ke Allah se b</w:t>
      </w:r>
    </w:p>
    <w:p>
      <w:pPr>
        <w:jc w:val="right"/>
      </w:pPr>
      <w:r>
        <w:t>اور انہوں نے سمجھ لیا کہ اللہ سے ب</w:t>
      </w:r>
    </w:p>
    <w:p>
      <w:r>
        <w:rPr>
          <w:b/>
        </w:rPr>
        <w:t xml:space="preserve">[34:43] </w:t>
      </w:r>
      <w:r>
        <w:t>achne ke liye khud Allah ke siwa koi jae panah nahi.</w:t>
      </w:r>
    </w:p>
    <w:p>
      <w:pPr>
        <w:jc w:val="right"/>
      </w:pPr>
      <w:r>
        <w:t>چنے کے لیے خود اللہ کے سوا کوئی جائے پناہ نہیں۔</w:t>
      </w:r>
    </w:p>
    <w:p>
      <w:r>
        <w:rPr>
          <w:b/>
        </w:rPr>
        <w:t xml:space="preserve">[34:48] </w:t>
      </w:r>
      <w:r>
        <w:t>phir Allah un ki taraf palta taake woh us ki taraf palat aayein.</w:t>
      </w:r>
    </w:p>
    <w:p>
      <w:pPr>
        <w:jc w:val="right"/>
      </w:pPr>
      <w:r>
        <w:t>پھر اللہ اُن کی طرف پلٹا تاکہ وہ اس کی طرف پلٹ آئیں۔</w:t>
      </w:r>
    </w:p>
    <w:p>
      <w:r>
        <w:rPr>
          <w:b/>
        </w:rPr>
        <w:t xml:space="preserve">[34:52] </w:t>
      </w:r>
      <w:r>
        <w:t>beshak Allah tawba qubool karne wala, reham karne wala hai.</w:t>
      </w:r>
    </w:p>
    <w:p>
      <w:pPr>
        <w:jc w:val="right"/>
      </w:pPr>
      <w:r>
        <w:t>بے شک اللہ توبہ قبول کرنے والا، رحم کرنے والا ہے۔</w:t>
      </w:r>
    </w:p>
    <w:p>
      <w:r>
        <w:rPr>
          <w:b/>
        </w:rPr>
        <w:t xml:space="preserve">[34:56] </w:t>
      </w:r>
      <w:r>
        <w:t>ae iman walo!</w:t>
      </w:r>
    </w:p>
    <w:p>
      <w:pPr>
        <w:jc w:val="right"/>
      </w:pPr>
      <w:r>
        <w:t>اے ایمان والو!</w:t>
      </w:r>
    </w:p>
    <w:p>
      <w:r>
        <w:rPr>
          <w:b/>
        </w:rPr>
        <w:t xml:space="preserve">[35:01] </w:t>
      </w:r>
      <w:r>
        <w:t>Allah se daro aur sachay logon ke sath raho.</w:t>
      </w:r>
    </w:p>
    <w:p>
      <w:pPr>
        <w:jc w:val="right"/>
      </w:pPr>
      <w:r>
        <w:t>اللہ سے ڈرو اور سچے لوگوں کے ساتھ رہو۔</w:t>
      </w:r>
    </w:p>
    <w:p>
      <w:r>
        <w:rPr>
          <w:b/>
        </w:rPr>
        <w:t xml:space="preserve">[35:05] </w:t>
      </w:r>
      <w:r>
        <w:t>madine walon aur atraf ke badwiyon ke liye zaibah na tha ke woh Allah ke rasool ko chhod</w:t>
      </w:r>
    </w:p>
    <w:p>
      <w:pPr>
        <w:jc w:val="right"/>
      </w:pPr>
      <w:r>
        <w:t>مدینے والوں اور اطراف کے بدویوں کے لیے زیبہ نہ تھا کہ وہ اللہ کے رسول کو چھوڑ</w:t>
      </w:r>
    </w:p>
    <w:p>
      <w:r>
        <w:rPr>
          <w:b/>
        </w:rPr>
        <w:t xml:space="preserve">[35:09] </w:t>
      </w:r>
      <w:r>
        <w:t>kar peechay baith rahein, aur na yeh</w:t>
      </w:r>
    </w:p>
    <w:p>
      <w:pPr>
        <w:jc w:val="right"/>
      </w:pPr>
      <w:r>
        <w:t>کر پیچھے بیٹھ رہیں، اور نہ یہ</w:t>
      </w:r>
    </w:p>
    <w:p>
      <w:r>
        <w:rPr>
          <w:b/>
        </w:rPr>
        <w:t xml:space="preserve">[35:14] </w:t>
      </w:r>
      <w:r>
        <w:t>ke apni jaan ko us ki jaan se aziz rakhein.</w:t>
      </w:r>
    </w:p>
    <w:p>
      <w:pPr>
        <w:jc w:val="right"/>
      </w:pPr>
      <w:r>
        <w:t>کہ اپنی جان کو اس کی جان سے عزیز رکھیں۔</w:t>
      </w:r>
    </w:p>
    <w:p>
      <w:r>
        <w:rPr>
          <w:b/>
        </w:rPr>
        <w:t xml:space="preserve">[35:19] </w:t>
      </w:r>
      <w:r>
        <w:t>yeh is liye ke jo pyas aur thakan aur bhook bhi un ko Khuda ki rah mein lahaq</w:t>
      </w:r>
    </w:p>
    <w:p>
      <w:pPr>
        <w:jc w:val="right"/>
      </w:pPr>
      <w:r>
        <w:t>یہ اس لیے کہ جو پیاس اور تھکان اور بھوک بھی اُن کو خدا کی راہ میں لاحق</w:t>
      </w:r>
    </w:p>
    <w:p>
      <w:r>
        <w:rPr>
          <w:b/>
        </w:rPr>
        <w:t xml:space="preserve">[35:24] </w:t>
      </w:r>
      <w:r>
        <w:t>hoti hai, aur jo qadam bhi woh munkiron ko ranj pounchaney wala uthate hain, aur jo cheez bhi</w:t>
      </w:r>
    </w:p>
    <w:p>
      <w:pPr>
        <w:jc w:val="right"/>
      </w:pPr>
      <w:r>
        <w:t>ہوتی ہے، اور جو قدم بھی وہ منکروں کو رنج پہنچانے والا اٹھاتے ہیں، اور جو چیز بھی</w:t>
      </w:r>
    </w:p>
    <w:p>
      <w:r>
        <w:rPr>
          <w:b/>
        </w:rPr>
        <w:t xml:space="preserve">[35:29] </w:t>
      </w:r>
      <w:r>
        <w:t>woh dushman se chheen te hain, un ke badle mein un ke liye aik neki likh di jati hai.</w:t>
      </w:r>
    </w:p>
    <w:p>
      <w:pPr>
        <w:jc w:val="right"/>
      </w:pPr>
      <w:r>
        <w:t>وہ دشمن سے چھینتے ہیں، اُن کے بدلے میں اُن کے لیے ایک نیکی لکھ دی جاتی ہے۔</w:t>
      </w:r>
    </w:p>
    <w:p>
      <w:r>
        <w:rPr>
          <w:b/>
        </w:rPr>
        <w:t xml:space="preserve">[35:34] </w:t>
      </w:r>
      <w:r>
        <w:t>allah neki karne walon ka ajr zaya nahi karta.</w:t>
      </w:r>
    </w:p>
    <w:p>
      <w:pPr>
        <w:jc w:val="right"/>
      </w:pPr>
      <w:r>
        <w:t>اللہ نیکی کرنے والوں کا اجر ضائع نہیں کرتا۔</w:t>
      </w:r>
    </w:p>
    <w:p>
      <w:r>
        <w:rPr>
          <w:b/>
        </w:rPr>
        <w:t xml:space="preserve">[35:39] </w:t>
      </w:r>
      <w:r>
        <w:t>aur jo chhota ya bada kharch unhon ne kiya</w:t>
      </w:r>
    </w:p>
    <w:p>
      <w:pPr>
        <w:jc w:val="right"/>
      </w:pPr>
      <w:r>
        <w:t>اور جو چھوٹا یا بڑا خرچ انہوں نے کیا</w:t>
      </w:r>
    </w:p>
    <w:p>
      <w:r>
        <w:rPr>
          <w:b/>
        </w:rPr>
        <w:t xml:space="preserve">[35:44] </w:t>
      </w:r>
      <w:r>
        <w:t>aur jo maidan unhon ne tay kiye woh sab un ke liye likha gaya taakeh allah un ke</w:t>
      </w:r>
    </w:p>
    <w:p>
      <w:pPr>
        <w:jc w:val="right"/>
      </w:pPr>
      <w:r>
        <w:t>اور جو میدان انہوں نے طے کیے وہ سب اُن کے لیے لکھا گیا تاکہ اللہ اُن کے</w:t>
      </w:r>
    </w:p>
    <w:p>
      <w:r>
        <w:rPr>
          <w:b/>
        </w:rPr>
        <w:t xml:space="preserve">[35:49] </w:t>
      </w:r>
      <w:r>
        <w:t>amal ka achhe se achha badla de.</w:t>
      </w:r>
    </w:p>
    <w:p>
      <w:pPr>
        <w:jc w:val="right"/>
      </w:pPr>
      <w:r>
        <w:t>عمل کا اچھے سے اچھا بدلہ دے۔</w:t>
      </w:r>
    </w:p>
    <w:p>
      <w:r>
        <w:rPr>
          <w:b/>
        </w:rPr>
        <w:t xml:space="preserve">[35:54] </w:t>
      </w:r>
      <w:r>
        <w:t>aur yeh mumkin na tha ke ahle iman sab ke sab nikal khade hon, to aisa kyun na</w:t>
      </w:r>
    </w:p>
    <w:p>
      <w:pPr>
        <w:jc w:val="right"/>
      </w:pPr>
      <w:r>
        <w:t>اور یہ ممکن نہ تھا کہ اہل ایمان سب کے سب نکل کھڑے ہوں، تو ایسا کیوں نہ</w:t>
      </w:r>
    </w:p>
    <w:p>
      <w:r>
        <w:rPr>
          <w:b/>
        </w:rPr>
        <w:t xml:space="preserve">[35:59] </w:t>
      </w:r>
      <w:r>
        <w:t>hua ke un ke har giroh mein se ek hissa nikal kar aata taakeh woh deen mein gehri</w:t>
      </w:r>
    </w:p>
    <w:p>
      <w:pPr>
        <w:jc w:val="right"/>
      </w:pPr>
      <w:r>
        <w:t>ہوا کہ اُن کے ہر گروہ میں سے ایک حصہ نکل کر آتا تاکہ وہ دین میں گہری</w:t>
      </w:r>
    </w:p>
    <w:p>
      <w:r>
        <w:rPr>
          <w:b/>
        </w:rPr>
        <w:t xml:space="preserve">[36:04] </w:t>
      </w:r>
      <w:r>
        <w:t>samajh paida karta aur wapas ja kar apni qaum ke logon ko aagah karta taakeh woh bhi parhez</w:t>
      </w:r>
    </w:p>
    <w:p>
      <w:pPr>
        <w:jc w:val="right"/>
      </w:pPr>
      <w:r>
        <w:t>سمجھ پیدا کرتا اور واپس جا کر اپنی قوم کے لوگوں کو آگاہ کرتا تاکہ وہ بھی پرہیز</w:t>
      </w:r>
    </w:p>
    <w:p>
      <w:r>
        <w:rPr>
          <w:b/>
        </w:rPr>
        <w:t xml:space="preserve">[36:09] </w:t>
      </w:r>
      <w:r>
        <w:t>karne wale ban</w:t>
      </w:r>
    </w:p>
    <w:p>
      <w:pPr>
        <w:jc w:val="right"/>
      </w:pPr>
      <w:r>
        <w:t>کرنے والے بن</w:t>
      </w:r>
    </w:p>
    <w:p>
      <w:r>
        <w:rPr>
          <w:b/>
        </w:rPr>
        <w:t xml:space="preserve">[36:14] </w:t>
      </w:r>
      <w:r>
        <w:t>te the.</w:t>
      </w:r>
    </w:p>
    <w:p>
      <w:pPr>
        <w:jc w:val="right"/>
      </w:pPr>
      <w:r>
        <w:t>تے۔</w:t>
      </w:r>
    </w:p>
    <w:p>
      <w:r>
        <w:rPr>
          <w:b/>
        </w:rPr>
        <w:t xml:space="preserve">[36:18] </w:t>
      </w:r>
      <w:r>
        <w:t>ae iman walo!</w:t>
      </w:r>
    </w:p>
    <w:p>
      <w:pPr>
        <w:jc w:val="right"/>
      </w:pPr>
      <w:r>
        <w:t>اے ایمان والو!</w:t>
      </w:r>
    </w:p>
    <w:p>
      <w:r>
        <w:rPr>
          <w:b/>
        </w:rPr>
        <w:t xml:space="preserve">[36:21] </w:t>
      </w:r>
      <w:r>
        <w:t>un munkiron se jang karo jo tumhare aas paas hain, aur chahiye ke woh tumhare andar sakhti paein,</w:t>
      </w:r>
    </w:p>
    <w:p>
      <w:pPr>
        <w:jc w:val="right"/>
      </w:pPr>
      <w:r>
        <w:t>اُن منکروں سے جنگ کرو جو تمہارے آس پاس ہیں، اور چاہیے کہ وہ تمہارے اندر سختی پائیں،</w:t>
      </w:r>
    </w:p>
    <w:p>
      <w:r>
        <w:rPr>
          <w:b/>
        </w:rPr>
        <w:t xml:space="preserve">[36:25] </w:t>
      </w:r>
      <w:r>
        <w:t>aur jaan lo ke allah darne walon ke saath hai.</w:t>
      </w:r>
    </w:p>
    <w:p>
      <w:pPr>
        <w:jc w:val="right"/>
      </w:pPr>
      <w:r>
        <w:t>اور جان لو کہ اللہ ڈرنے والوں کے ساتھ ہے۔</w:t>
      </w:r>
    </w:p>
    <w:p>
      <w:r>
        <w:rPr>
          <w:b/>
        </w:rPr>
        <w:t xml:space="preserve">[36:29] </w:t>
      </w:r>
      <w:r>
        <w:t>aur jab koi surah utarti hai to un mein se baaz kehte hain ke is ne tum mein</w:t>
      </w:r>
    </w:p>
    <w:p>
      <w:pPr>
        <w:jc w:val="right"/>
      </w:pPr>
      <w:r>
        <w:t>اور جب کوئی سورہ اترتی ہے تو اُن میں سے بعض کہتے ہیں کہ اس نے تم میں</w:t>
      </w:r>
    </w:p>
    <w:p>
      <w:r>
        <w:rPr>
          <w:b/>
        </w:rPr>
        <w:t xml:space="preserve">[36:33] </w:t>
      </w:r>
      <w:r>
        <w:t>se kis ka iman zyada kar diya? pas jo iman wale hain un ka is ne iman zyada</w:t>
      </w:r>
    </w:p>
    <w:p>
      <w:pPr>
        <w:jc w:val="right"/>
      </w:pPr>
      <w:r>
        <w:t>سے کس کا ایمان زیادہ کر دیا؟ پس جو ایمان والے ہیں اُن کا اس نے ایمان زیادہ</w:t>
      </w:r>
    </w:p>
    <w:p>
      <w:r>
        <w:rPr>
          <w:b/>
        </w:rPr>
        <w:t xml:space="preserve">[36:36] </w:t>
      </w:r>
      <w:r>
        <w:t>kar diya, aur woh khush ho rahe hain.</w:t>
      </w:r>
    </w:p>
    <w:p>
      <w:pPr>
        <w:jc w:val="right"/>
      </w:pPr>
      <w:r>
        <w:t>کر دیا، اور وہ خوش ہو رہے ہیں۔</w:t>
      </w:r>
    </w:p>
    <w:p>
      <w:r>
        <w:rPr>
          <w:b/>
        </w:rPr>
        <w:t xml:space="preserve">[36:40] </w:t>
      </w:r>
      <w:r>
        <w:t>aur jin logon ke dil mein rog</w:t>
      </w:r>
    </w:p>
    <w:p>
      <w:pPr>
        <w:jc w:val="right"/>
      </w:pPr>
      <w:r>
        <w:t>اور جن لوگوں کے دلوں میں روگ</w:t>
      </w:r>
    </w:p>
    <w:p>
      <w:r>
        <w:rPr>
          <w:b/>
        </w:rPr>
        <w:t xml:space="preserve">[36:44] </w:t>
      </w:r>
      <w:r>
        <w:t>hai to is ne badha di un ki gandagi par gandagi, aur woh marne tak munkir hi rahe.</w:t>
      </w:r>
    </w:p>
    <w:p>
      <w:pPr>
        <w:jc w:val="right"/>
      </w:pPr>
      <w:r>
        <w:t>ہے تو اس نے بڑھا دی اُن کی گندگی پر گندگی، اور وہ مرنے تک منکر ہی رہے۔</w:t>
      </w:r>
    </w:p>
    <w:p>
      <w:r>
        <w:rPr>
          <w:b/>
        </w:rPr>
        <w:t xml:space="preserve">[36:50] </w:t>
      </w:r>
      <w:r>
        <w:t>kya yeh log dekhte nahi ke woh har saal ek baar ya do baar azmaish mein dale jate</w:t>
      </w:r>
    </w:p>
    <w:p>
      <w:pPr>
        <w:jc w:val="right"/>
      </w:pPr>
      <w:r>
        <w:t>کیا یہ لوگ دیکھتے نہیں کہ وہ ہر سال ایک بار یا دو بار آزمائش میں ڈالے جاتے</w:t>
      </w:r>
    </w:p>
    <w:p>
      <w:r>
        <w:rPr>
          <w:b/>
        </w:rPr>
        <w:t xml:space="preserve">[36:56] </w:t>
      </w:r>
      <w:r>
        <w:t>hain, phir bhi na toba karte hain aur na sabak hasil karte hain? aur jab koi surah utari</w:t>
      </w:r>
    </w:p>
    <w:p>
      <w:pPr>
        <w:jc w:val="right"/>
      </w:pPr>
      <w:r>
        <w:t>ہیں، پھر بھی نہ توبہ کرتے ہیں اور نہ سبق حاصل کرتے ہیں؟ اور جب کوئی سورہ اتاری</w:t>
      </w:r>
    </w:p>
    <w:p>
      <w:r>
        <w:rPr>
          <w:b/>
        </w:rPr>
        <w:t xml:space="preserve">[37:02] </w:t>
      </w:r>
      <w:r>
        <w:t>jati hai to yeh log ek doosre ko dekhte hain ke koi dekhta to nahi, phir chal dete hain.</w:t>
      </w:r>
    </w:p>
    <w:p>
      <w:pPr>
        <w:jc w:val="right"/>
      </w:pPr>
      <w:r>
        <w:t>جاتی ہے تو یہ لوگ ایک دوسرے کو دیکھتے ہیں کہ کوئی دیکھتا تو نہیں، پھر چل دیتے ہیں۔</w:t>
      </w:r>
    </w:p>
    <w:p>
      <w:r>
        <w:rPr>
          <w:b/>
        </w:rPr>
        <w:t xml:space="preserve">[37:08] </w:t>
      </w:r>
      <w:r>
        <w:t>allah ne un ke dil ko</w:t>
      </w:r>
    </w:p>
    <w:p>
      <w:pPr>
        <w:jc w:val="right"/>
      </w:pPr>
      <w:r>
        <w:t>اللہ نے اُن کے دلوں کو</w:t>
      </w:r>
    </w:p>
    <w:p>
      <w:r>
        <w:rPr>
          <w:b/>
        </w:rPr>
        <w:t xml:space="preserve">[37:14] </w:t>
      </w:r>
      <w:r>
        <w:t>phair diya is wajah se ke yeh samajh se kaam lene wale log nahi hain.</w:t>
      </w:r>
    </w:p>
    <w:p>
      <w:pPr>
        <w:jc w:val="right"/>
      </w:pPr>
      <w:r>
        <w:t>پھیر دیا اس وجہ سے کہ یہ سمجھ سے کام لینے والے لوگ نہیں ہیں۔</w:t>
      </w:r>
    </w:p>
    <w:p>
      <w:r>
        <w:rPr>
          <w:b/>
        </w:rPr>
        <w:t xml:space="preserve">[37:20] </w:t>
      </w:r>
      <w:r>
        <w:t>tumhare paas ek rasool aaya hai jo khud tum mein se hai, tumhara nuksan mein padna is par shaq hai.</w:t>
      </w:r>
    </w:p>
    <w:p>
      <w:pPr>
        <w:jc w:val="right"/>
      </w:pPr>
      <w:r>
        <w:t>تمہارے پاس ایک رسول آیا ہے جو خود تم میں سے ہے، تمہارا نقصان میں پڑنا اس پر شاق ہے۔</w:t>
      </w:r>
    </w:p>
    <w:p>
      <w:r>
        <w:rPr>
          <w:b/>
        </w:rPr>
        <w:t xml:space="preserve">[37:26] </w:t>
      </w:r>
      <w:r>
        <w:t>woh tumhari bhalai ka haris hai, iman walon par nihayat shafiq aur meherban hai.</w:t>
      </w:r>
    </w:p>
    <w:p>
      <w:pPr>
        <w:jc w:val="right"/>
      </w:pPr>
      <w:r>
        <w:t>وہ تمہاری بھلائی کا حریص ہے، ایمان والوں پر نہایت شفیق اور مہربان ہے۔</w:t>
      </w:r>
    </w:p>
    <w:p>
      <w:r>
        <w:rPr>
          <w:b/>
        </w:rPr>
        <w:t xml:space="preserve">[37:32] </w:t>
      </w:r>
      <w:r>
        <w:t>phir bhi agar woh munh pheren to keh do ke allah mere liye kafi hai, is ke siwa</w:t>
      </w:r>
    </w:p>
    <w:p>
      <w:pPr>
        <w:jc w:val="right"/>
      </w:pPr>
      <w:r>
        <w:t>پھر بھی اگر وہ منہ پھیریں تو کہہ دو کہ اللہ میرے لیے کافی ہے، اس کے سوا</w:t>
      </w:r>
    </w:p>
    <w:p>
      <w:r>
        <w:rPr>
          <w:b/>
        </w:rPr>
        <w:t xml:space="preserve">[37:38] </w:t>
      </w:r>
      <w:r>
        <w:t>koi maabood nahin</w:t>
      </w:r>
    </w:p>
    <w:p>
      <w:pPr>
        <w:jc w:val="right"/>
      </w:pPr>
      <w:r>
        <w:t>کوئی معبود نہیں</w:t>
      </w:r>
    </w:p>
    <w:p>
      <w:r>
        <w:rPr>
          <w:b/>
        </w:rPr>
        <w:t xml:space="preserve">[37:45] </w:t>
      </w:r>
      <w:r>
        <w:t>، isi par mein ne bharosa kiya, aur wohi malik hai arsh azeem ka.</w:t>
      </w:r>
    </w:p>
    <w:p>
      <w:pPr>
        <w:jc w:val="right"/>
      </w:pPr>
      <w:r>
        <w:t>، اسی پر میں نے بھروسہ کیا، اور وہی مالک ہے عرش عظیم کا۔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