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7 - Al-A‘raf</w:t>
      </w:r>
    </w:p>
    <w:p>
      <w:r>
        <w:t>https://www.youtube.com/watch?v=ADMVBCJ-imY</w:t>
      </w:r>
    </w:p>
    <w:p>
      <w:r>
        <w:rPr>
          <w:b/>
        </w:rPr>
        <w:t xml:space="preserve">[00:01] </w:t>
      </w:r>
      <w:r>
        <w:t>al aaraaf.</w:t>
      </w:r>
    </w:p>
    <w:p>
      <w:pPr>
        <w:jc w:val="right"/>
      </w:pPr>
      <w:r>
        <w:t>الاعراف۔</w:t>
      </w:r>
    </w:p>
    <w:p>
      <w:r>
        <w:rPr>
          <w:b/>
        </w:rPr>
        <w:t xml:space="preserve">[00:06] </w:t>
      </w:r>
      <w:r>
        <w:t>shuru Allah ke naam se jo bara meherban, nihayat reham wala hai.</w:t>
      </w:r>
    </w:p>
    <w:p>
      <w:pPr>
        <w:jc w:val="right"/>
      </w:pPr>
      <w:r>
        <w:t>شروع اللہ کے نام سے جو بڑا مہربان، نہایت رحم والا ہے۔</w:t>
      </w:r>
    </w:p>
    <w:p>
      <w:r>
        <w:rPr>
          <w:b/>
        </w:rPr>
        <w:t xml:space="preserve">[00:10] </w:t>
      </w:r>
      <w:r>
        <w:t>alif laam meem saad.</w:t>
      </w:r>
    </w:p>
    <w:p>
      <w:pPr>
        <w:jc w:val="right"/>
      </w:pPr>
      <w:r>
        <w:t>الف لام میم صاد۔</w:t>
      </w:r>
    </w:p>
    <w:p>
      <w:r>
        <w:rPr>
          <w:b/>
        </w:rPr>
        <w:t xml:space="preserve">[00:14] </w:t>
      </w:r>
      <w:r>
        <w:t>yeh kitaab hai jo tumhari taraf utari gayi hai, pas tumhara dil is ke baais tang na ho</w:t>
      </w:r>
    </w:p>
    <w:p>
      <w:pPr>
        <w:jc w:val="right"/>
      </w:pPr>
      <w:r>
        <w:t>یہ کتاب ہے جو تمہاری طرف اتاری گئی ہے، پس تمہارا دل اس کے باعث تنگ نہ ہو</w:t>
      </w:r>
    </w:p>
    <w:p>
      <w:r>
        <w:rPr>
          <w:b/>
        </w:rPr>
        <w:t xml:space="preserve">[00:18] </w:t>
      </w:r>
      <w:r>
        <w:t>taake tum is ke zariye se logon ko darao.</w:t>
      </w:r>
    </w:p>
    <w:p>
      <w:pPr>
        <w:jc w:val="right"/>
      </w:pPr>
      <w:r>
        <w:t>تاکہ تم اس کے ذریعے سے لوگوں کو ڈراؤ۔</w:t>
      </w:r>
    </w:p>
    <w:p>
      <w:r>
        <w:rPr>
          <w:b/>
        </w:rPr>
        <w:t xml:space="preserve">[00:23] </w:t>
      </w:r>
      <w:r>
        <w:t>aur woh imaan walon ke liye yaad dehani hai jo utra hai tumhari jaanib tumhare rab ki taraf</w:t>
      </w:r>
    </w:p>
    <w:p>
      <w:pPr>
        <w:jc w:val="right"/>
      </w:pPr>
      <w:r>
        <w:t>اور وہ ایمان والوں کے لیے یاد دہانی ہے جو اترا ہے تمہاری جانب تمہارے رب کی طرف</w:t>
      </w:r>
    </w:p>
    <w:p>
      <w:r>
        <w:rPr>
          <w:b/>
        </w:rPr>
        <w:t xml:space="preserve">[00:27] </w:t>
      </w:r>
      <w:r>
        <w:t>se: is ki pairwi</w:t>
      </w:r>
    </w:p>
    <w:p>
      <w:pPr>
        <w:jc w:val="right"/>
      </w:pPr>
      <w:r>
        <w:t>سے: اس کی پیروی</w:t>
      </w:r>
    </w:p>
    <w:p>
      <w:r>
        <w:rPr>
          <w:b/>
        </w:rPr>
        <w:t xml:space="preserve">[00:31] </w:t>
      </w:r>
      <w:r>
        <w:t>karo, aur is ke siwa doosre sarparaston ki pairwi na karo. tum bohat kam naseehat mante ho. aur kitni hi bastiyan hain jin ko hum ne halak kar diya, un par hamara azaab raat ko aa pohancha, ya dopahar ko jab ke woh aaram kar rahe the. phir jab hamara azaab un par aaya to woh is ke siwa kuch na keh sake ke waqai hum zalim the. pas hum ko zaroor poochna hai un logon se jin</w:t>
      </w:r>
    </w:p>
    <w:p>
      <w:pPr>
        <w:jc w:val="right"/>
      </w:pPr>
      <w:r>
        <w:t>کرو، اور اس کے سوا دوسرے سرپرستوں کی پیروی نہ کرو۔ تم بہت کم نصیحت مانتے ہو۔ اور کتنی ہی بستیاں ہیں جن کو ہم نے ہلاک کر دیا، ان پر ہمارا عذاب رات کو آ پہنچا، یا دوپہر کو جب کہ وہ آرام کر رہے تھے۔ پھر جب ہمارا عذاب ان پر آیا تو وہ اس کے سوا کچھ نہ کہہ سکے کہ واقعی ہم ظالم تھے۔ پس ہم کو ضرور پوچھنا ہے ان لوگوں سے جن</w:t>
      </w:r>
    </w:p>
    <w:p>
      <w:r>
        <w:rPr>
          <w:b/>
        </w:rPr>
        <w:t xml:space="preserve">[01:01] </w:t>
      </w:r>
      <w:r>
        <w:t>ke paas rasool bheje gaye, aur hum ko zaroor poochna hai rasoolon se.</w:t>
      </w:r>
    </w:p>
    <w:p>
      <w:pPr>
        <w:jc w:val="right"/>
      </w:pPr>
      <w:r>
        <w:t>کے پاس رسول بھیجے گئے، اور ہم کو ضرور پوچھنا ہے رسولوں سے۔</w:t>
      </w:r>
    </w:p>
    <w:p>
      <w:r>
        <w:rPr>
          <w:b/>
        </w:rPr>
        <w:t xml:space="preserve">[01:08] </w:t>
      </w:r>
      <w:r>
        <w:t>phir hum un ke samne sab bayan kar denge, ilm ke sath, aur hum kahin ghayeb na thay.</w:t>
      </w:r>
    </w:p>
    <w:p>
      <w:pPr>
        <w:jc w:val="right"/>
      </w:pPr>
      <w:r>
        <w:t>پھر ہم ان کے سامنے سب بیان کر دیں گے، علم کے ساتھ، اور ہم کہیں غائب نہ تھے۔</w:t>
      </w:r>
    </w:p>
    <w:p>
      <w:r>
        <w:rPr>
          <w:b/>
        </w:rPr>
        <w:t xml:space="preserve">[01:14] </w:t>
      </w:r>
      <w:r>
        <w:t>is din wazan daar sirf haq hoga, pas jin ki tolen bhaari hongi wohi log kaamyaab thehrenge.</w:t>
      </w:r>
    </w:p>
    <w:p>
      <w:pPr>
        <w:jc w:val="right"/>
      </w:pPr>
      <w:r>
        <w:t>اس دن وزن دار صرف حق ہوگا، پس جن کی تولیں بھاری ہوں گی وہی لوگ کامیاب ٹھہریں گے۔</w:t>
      </w:r>
    </w:p>
    <w:p>
      <w:r>
        <w:rPr>
          <w:b/>
        </w:rPr>
        <w:t xml:space="preserve">[01:20] </w:t>
      </w:r>
      <w:r>
        <w:t>aur jin ki tolen halki hongi wohi log hain jinhon ne apni jaan ko ghaate mein dala,</w:t>
      </w:r>
    </w:p>
    <w:p>
      <w:pPr>
        <w:jc w:val="right"/>
      </w:pPr>
      <w:r>
        <w:t>اور جن کی تولیں ہلکی ہوں گی وہی لوگ ہیں جنہوں نے اپنے آپ کو گھاٹے میں ڈالا،</w:t>
      </w:r>
    </w:p>
    <w:p>
      <w:r>
        <w:rPr>
          <w:b/>
        </w:rPr>
        <w:t xml:space="preserve">[01:26] </w:t>
      </w:r>
      <w:r>
        <w:t>kyun ke woh hamari nishaniyon ke sath na-insaafi karte thay.</w:t>
      </w:r>
    </w:p>
    <w:p>
      <w:pPr>
        <w:jc w:val="right"/>
      </w:pPr>
      <w:r>
        <w:t>کیونکہ وہ ہماری نشانیوں کے ساتھ ناانصافی کرتے تھے۔</w:t>
      </w:r>
    </w:p>
    <w:p>
      <w:r>
        <w:rPr>
          <w:b/>
        </w:rPr>
        <w:t xml:space="preserve">[01:32] </w:t>
      </w:r>
      <w:r>
        <w:t>aur hum ne tum ko zameen mein jagah di, aur hum ne tumhare liye is mein zindagi ka saman faraham kiya, magar tum bohat kam shukr karte ho. aur hum ne tum ko paida kiya, phir hum ne tumhari soorat banai, phir farishton se kaha ke Adam ko sajda karo. pas unho ne sajda kiya, magar Iblees sajda karne walon mein shamil na hua. Khuda ne kaha ke tujhe kis cheez ne sajda karne se roka, jab ke maine tujh</w:t>
      </w:r>
    </w:p>
    <w:p>
      <w:pPr>
        <w:jc w:val="right"/>
      </w:pPr>
      <w:r>
        <w:t>اور ہم نے تم کو زمین میں جگہ دی، اور ہم نے تمہارے لیے اس میں زندگی کا سامان فراہم کیا، مگر تم بہت کم شکر کرتے ہو۔ اور ہم نے تم کو پیدا کیا، پھر ہم نے تمہاری صورت بنائی، پھر فرشتوں سے کہا کہ آدم کو سجدہ کرو۔ پس انہوں نے سجدہ کیا، مگر ابلیس سجدہ کرنے والوں میں شامل نہ ہوا۔ خدا نے کہا کہ تجھے کس چیز نے سجدہ کرنے سے روکا، جبکہ میں نے تجھ</w:t>
      </w:r>
    </w:p>
    <w:p>
      <w:r>
        <w:rPr>
          <w:b/>
        </w:rPr>
        <w:t xml:space="preserve">[02:02] </w:t>
      </w:r>
      <w:r>
        <w:t>ko hukum diya tha? Iblees ne kaha ke main is se behtar hoon. toone mujh ko aag se banaya hai, aur Adam ko mitti se. Khuda ne kaha ke tu utar yahan se. tujhe yeh haq nahi ke tu is mein ghamand kar. pas nikal ja, yaqeenan tu zaleel hai. Iblees ne kaha ke is din tak ke liye to mujhe mahlat de, jab ke sab log uthaye jayen ge. Khuda ne kaha ke tujh ko mahlat di gayi.</w:t>
      </w:r>
    </w:p>
    <w:p>
      <w:pPr>
        <w:jc w:val="right"/>
      </w:pPr>
      <w:r>
        <w:t>کو حکم دیا تھا؟ ابلیس نے کہا کہ میں اس سے بہتر ہوں۔ تو نے مجھ کو آگ سے بنایا ہے، اور آدم کو مٹی سے۔ خدا نے کہا کہ تو اتر یہاں سے۔ تجھے یہ حق نہیں کہ تو اس میں گھمنڈ کرے۔ پس نکل جا، یقیناً تو ذلیل ہے۔ ابلیس نے کہا کہ اس دن تک کے لیے تو مجھے مہلت دے، جبکہ سب لوگ اٹھائے جائیں گے۔ خدا نے کہا کہ تجھ کو مہلت دی گئی۔ ابلیس نے کہا</w:t>
      </w:r>
    </w:p>
    <w:p>
      <w:r>
        <w:rPr>
          <w:b/>
        </w:rPr>
        <w:t xml:space="preserve">[02:32] </w:t>
      </w:r>
      <w:r>
        <w:t>Iblees ne kaha ke chuki toone mujhe gumrah kiya hai, main bhi logon ke liye teri seedhi rah par baithun ga. phir un par aaun ga, un ke aage se aur un ke peechhe se, aur un ke dayen se aur un ke bayen se. aur tu un mein se aksar ko shukr guzar na paye ga. Khuda ne kaha nikal yahan se, zaleel aur thukraya hua. jo koi un mein se teri rah par chale ga to main tum sab se jahannum ko bhar doon ga.</w:t>
      </w:r>
    </w:p>
    <w:p>
      <w:pPr>
        <w:jc w:val="right"/>
      </w:pPr>
      <w:r>
        <w:t>کہ چونکہ تو نے مجھے گمراہ کیا ہے، میں بھی لوگوں کے لیے تیری سیدھی راہ پر بیٹھوں گا۔ پھر ان پر آؤں گا، ان کے آگے سے اور ان کے پیچھے سے، اور ان کے دائیں سے اور ان کے بائیں سے۔ اور تو ان میں سے اکثر کو شکر گزار نہ پائے گا۔ خدا نے کہا نکل یہاں سے، ذلیل اور ٹھکرایا ہوا۔ جو کوئی ان میں سے تیری راہ پر چلے گا تو میں تم سب سے جہنم کو بھر دوں گ</w:t>
      </w:r>
    </w:p>
    <w:p>
      <w:r>
        <w:rPr>
          <w:b/>
        </w:rPr>
        <w:t xml:space="preserve">[03:02] </w:t>
      </w:r>
      <w:r>
        <w:t>a.</w:t>
      </w:r>
    </w:p>
    <w:p>
      <w:pPr>
        <w:jc w:val="right"/>
      </w:pPr>
      <w:r>
        <w:t>ا۔</w:t>
      </w:r>
    </w:p>
    <w:p>
      <w:r>
        <w:rPr>
          <w:b/>
        </w:rPr>
        <w:t xml:space="preserve">[03:06] </w:t>
      </w:r>
      <w:r>
        <w:t>aur aye Adam!</w:t>
      </w:r>
    </w:p>
    <w:p>
      <w:pPr>
        <w:jc w:val="right"/>
      </w:pPr>
      <w:r>
        <w:t>اور اے آدم!</w:t>
      </w:r>
    </w:p>
    <w:p>
      <w:r>
        <w:rPr>
          <w:b/>
        </w:rPr>
        <w:t xml:space="preserve">[03:10] </w:t>
      </w:r>
      <w:r>
        <w:t>tum aur tumhari biwi jannat mein raho, aur khao jahan se chaho, magar is darakht ke paas na</w:t>
      </w:r>
    </w:p>
    <w:p>
      <w:pPr>
        <w:jc w:val="right"/>
      </w:pPr>
      <w:r>
        <w:t>تم اور تمہاری بیوی جنت میں رہو، اور کھاؤ جہاں سے چاہو، مگر اس درخت کے پاس نہ</w:t>
      </w:r>
    </w:p>
    <w:p>
      <w:r>
        <w:rPr>
          <w:b/>
        </w:rPr>
        <w:t xml:space="preserve">[03:13] </w:t>
      </w:r>
      <w:r>
        <w:t>jaana, warna tum nuqsaan uthane walon mein se ho jaoge.</w:t>
      </w:r>
    </w:p>
    <w:p>
      <w:pPr>
        <w:jc w:val="right"/>
      </w:pPr>
      <w:r>
        <w:t>جانا، ورنہ تم نقصان اٹھانے والوں میں سے ہو جاؤ گے۔</w:t>
      </w:r>
    </w:p>
    <w:p>
      <w:r>
        <w:rPr>
          <w:b/>
        </w:rPr>
        <w:t xml:space="preserve">[03:17] </w:t>
      </w:r>
      <w:r>
        <w:t>phir shaitan ne dono ko behkaya taake woh khol de un ki woh sharm ki jaghein jo un</w:t>
      </w:r>
    </w:p>
    <w:p>
      <w:pPr>
        <w:jc w:val="right"/>
      </w:pPr>
      <w:r>
        <w:t>پھر شیطان نے دونوں کو بہکایا تاکہ وہ کھول دے ان کی وہ شرم کی جگہیں جو ان</w:t>
      </w:r>
    </w:p>
    <w:p>
      <w:r>
        <w:rPr>
          <w:b/>
        </w:rPr>
        <w:t xml:space="preserve">[03:21] </w:t>
      </w:r>
      <w:r>
        <w:t>se chupaai gayi theen.</w:t>
      </w:r>
    </w:p>
    <w:p>
      <w:pPr>
        <w:jc w:val="right"/>
      </w:pPr>
      <w:r>
        <w:t>سے چھپائی گئی تھیں۔</w:t>
      </w:r>
    </w:p>
    <w:p>
      <w:r>
        <w:rPr>
          <w:b/>
        </w:rPr>
        <w:t xml:space="preserve">[03:25] </w:t>
      </w:r>
      <w:r>
        <w:t>us ne un se kaha ke tumhare rab ne tum ko is darakht se sirf is liye roka</w:t>
      </w:r>
    </w:p>
    <w:p>
      <w:pPr>
        <w:jc w:val="right"/>
      </w:pPr>
      <w:r>
        <w:t>اس نے ان سے کہا کہ تمہارے رب نے تم کو اس درخت سے صرف اس لیے روکا</w:t>
      </w:r>
    </w:p>
    <w:p>
      <w:r>
        <w:rPr>
          <w:b/>
        </w:rPr>
        <w:t xml:space="preserve">[03:29] </w:t>
      </w:r>
      <w:r>
        <w:t>hai ke kahin tum dono farishte na</w:t>
      </w:r>
    </w:p>
    <w:p>
      <w:pPr>
        <w:jc w:val="right"/>
      </w:pPr>
      <w:r>
        <w:t>ہے کہ کہیں تم دونوں فرشتہ نہ</w:t>
      </w:r>
    </w:p>
    <w:p>
      <w:r>
        <w:rPr>
          <w:b/>
        </w:rPr>
        <w:t xml:space="preserve">[03:32] </w:t>
      </w:r>
      <w:r>
        <w:t>ban jao, ya tum ko hamesha ki zindagi hasil ho jaye. aur us ne qasam kha kar kaha ke main tum dono ka khair khwah hoon. pas mael kar liya un ko fareb se. phir jab dono ne darakht ka phall chakkha to un ki sharmgahon un par khul gayeen, aur woh apne aap ko bagh ke patton se dhanpne lagay. aur un ke Rab ne un ko pukara ke kya maine tumhein is darakht se mana nahi kiya tha, aur yeh nahi kaha tha ke shi</w:t>
      </w:r>
    </w:p>
    <w:p>
      <w:pPr>
        <w:jc w:val="right"/>
      </w:pPr>
      <w:r>
        <w:t>بن جاؤ، یا تم کو ہمیشہ کی زندگی حاصل ہو جائے۔ اور اس نے قسم کھا کر کہا کہ میں تم دونوں کا خیر خواہ ہوں۔ پس مائل کر لیا ان کو فریب سے۔ پھر جب دونوں نے درخت کا پھل چکھا تو ان کی شرم گاہیں ان پر کھل گئیں، اور وہ اپنے آپ کو باغ کے پتوں سے ڈھانپنے لگے۔ اور ان کے رب نے ان کو پکارا کہ کیا میں نے تمہیں اس درخت سے منع نہیں کیا تھا، اور یہ نہیں کہا تھا کہ شی</w:t>
      </w:r>
    </w:p>
    <w:p>
      <w:r>
        <w:rPr>
          <w:b/>
        </w:rPr>
        <w:t xml:space="preserve">[04:02] </w:t>
      </w:r>
      <w:r>
        <w:t>shaitan tumhara khula hua dushman hai? unhon ne kaha: aye hamare rab!</w:t>
      </w:r>
    </w:p>
    <w:p>
      <w:pPr>
        <w:jc w:val="right"/>
      </w:pPr>
      <w:r>
        <w:t>طان تمہارا کھلا ہوا دشمن ہے؟ انہوں نے کہا: اے ہمارے رب!</w:t>
      </w:r>
    </w:p>
    <w:p>
      <w:r>
        <w:rPr>
          <w:b/>
        </w:rPr>
        <w:t xml:space="preserve">[04:07] </w:t>
      </w:r>
      <w:r>
        <w:t>hum ne apni janon par zulm kiya, aur agar tu hum ko maaf na kare aur hum par</w:t>
      </w:r>
    </w:p>
    <w:p>
      <w:pPr>
        <w:jc w:val="right"/>
      </w:pPr>
      <w:r>
        <w:t>ہم نے اپنی جانوں پر ظلم کیا، اور اگر تو ہم کو معاف نہ کرے اور ہم پر</w:t>
      </w:r>
    </w:p>
    <w:p>
      <w:r>
        <w:rPr>
          <w:b/>
        </w:rPr>
        <w:t xml:space="preserve">[04:11] </w:t>
      </w:r>
      <w:r>
        <w:t>reham na kare to hum ghaata uthane walon mein se ho jayenge.</w:t>
      </w:r>
    </w:p>
    <w:p>
      <w:pPr>
        <w:jc w:val="right"/>
      </w:pPr>
      <w:r>
        <w:t>رحم نہ کرے تو ہم گھاٹا اٹھانے والوں میں سے ہو جائیں گے۔</w:t>
      </w:r>
    </w:p>
    <w:p>
      <w:r>
        <w:rPr>
          <w:b/>
        </w:rPr>
        <w:t xml:space="preserve">[04:15] </w:t>
      </w:r>
      <w:r>
        <w:t>Khuda ne kaha utro.</w:t>
      </w:r>
    </w:p>
    <w:p>
      <w:pPr>
        <w:jc w:val="right"/>
      </w:pPr>
      <w:r>
        <w:t>خدا نے کہا اترو۔</w:t>
      </w:r>
    </w:p>
    <w:p>
      <w:r>
        <w:rPr>
          <w:b/>
        </w:rPr>
        <w:t xml:space="preserve">[04:19] </w:t>
      </w:r>
      <w:r>
        <w:t>tum ek doosre ke dushman ho ge, aur tumhare liye zameen mein ek khaas muddat tak thehrna aur</w:t>
      </w:r>
    </w:p>
    <w:p>
      <w:pPr>
        <w:jc w:val="right"/>
      </w:pPr>
      <w:r>
        <w:t>تم ایک دوسرے کے دشمن ہو گے، اور تمہارے لیے زمین میں ایک خاص مدت تک ٹھہرنا اور</w:t>
      </w:r>
    </w:p>
    <w:p>
      <w:r>
        <w:rPr>
          <w:b/>
        </w:rPr>
        <w:t xml:space="preserve">[04:24] </w:t>
      </w:r>
      <w:r>
        <w:t>nafa uthana hai.</w:t>
      </w:r>
    </w:p>
    <w:p>
      <w:pPr>
        <w:jc w:val="right"/>
      </w:pPr>
      <w:r>
        <w:t>نفع اٹھانا ہے۔</w:t>
      </w:r>
    </w:p>
    <w:p>
      <w:r>
        <w:rPr>
          <w:b/>
        </w:rPr>
        <w:t xml:space="preserve">[04:28] </w:t>
      </w:r>
      <w:r>
        <w:t>Khuda ne kaha isi mein tum jiyo ge, aur is</w:t>
      </w:r>
    </w:p>
    <w:p>
      <w:pPr>
        <w:jc w:val="right"/>
      </w:pPr>
      <w:r>
        <w:t>خدا نے کہا اسی میں تم جیو گے، اور اس</w:t>
      </w:r>
    </w:p>
    <w:p>
      <w:r>
        <w:rPr>
          <w:b/>
        </w:rPr>
        <w:t xml:space="preserve">[04:32] </w:t>
      </w:r>
      <w:r>
        <w:t>y mein tum maro ge, aur isi se tum nikale jaoge.</w:t>
      </w:r>
    </w:p>
    <w:p>
      <w:pPr>
        <w:jc w:val="right"/>
      </w:pPr>
      <w:r>
        <w:t>ی میں تم مرو گے، اور اسی سے تم نکالے جاؤ گے۔</w:t>
      </w:r>
    </w:p>
    <w:p>
      <w:r>
        <w:rPr>
          <w:b/>
        </w:rPr>
        <w:t xml:space="preserve">[04:37] </w:t>
      </w:r>
      <w:r>
        <w:t>Ae bani Adam!</w:t>
      </w:r>
    </w:p>
    <w:p>
      <w:pPr>
        <w:jc w:val="right"/>
      </w:pPr>
      <w:r>
        <w:t>اے بنی آدم!</w:t>
      </w:r>
    </w:p>
    <w:p>
      <w:r>
        <w:rPr>
          <w:b/>
        </w:rPr>
        <w:t xml:space="preserve">[04:41] </w:t>
      </w:r>
      <w:r>
        <w:t>Hum ne tum par libas utara jo tumhare badan ke qabil-e-sharm hisson ko dhanpe, aur zeenat bhi.</w:t>
      </w:r>
    </w:p>
    <w:p>
      <w:pPr>
        <w:jc w:val="right"/>
      </w:pPr>
      <w:r>
        <w:t>ہم نے تم پر لباس اتارا جو تمہارے بدن کے قابل شرم حصوں کو ڈھانپے، اور زینت بھی۔</w:t>
      </w:r>
    </w:p>
    <w:p>
      <w:r>
        <w:rPr>
          <w:b/>
        </w:rPr>
        <w:t xml:space="preserve">[04:45] </w:t>
      </w:r>
      <w:r>
        <w:t>Aur taqwa ka libas is se bhi behtar hai.</w:t>
      </w:r>
    </w:p>
    <w:p>
      <w:pPr>
        <w:jc w:val="right"/>
      </w:pPr>
      <w:r>
        <w:t>اور تقویٰ کا لباس اس سے بھی بہتر ہے۔</w:t>
      </w:r>
    </w:p>
    <w:p>
      <w:r>
        <w:rPr>
          <w:b/>
        </w:rPr>
        <w:t xml:space="preserve">[04:49] </w:t>
      </w:r>
      <w:r>
        <w:t>Yeh Allah ki nishaniyon mein se hai taake log ghaur karen.</w:t>
      </w:r>
    </w:p>
    <w:p>
      <w:pPr>
        <w:jc w:val="right"/>
      </w:pPr>
      <w:r>
        <w:t>یہ اللہ کی نشانیوں میں سے ہے تاکہ لوگ غور کریں۔</w:t>
      </w:r>
    </w:p>
    <w:p>
      <w:r>
        <w:rPr>
          <w:b/>
        </w:rPr>
        <w:t xml:space="preserve">[04:54] </w:t>
      </w:r>
      <w:r>
        <w:t>Ae Adam ki aulaad!</w:t>
      </w:r>
    </w:p>
    <w:p>
      <w:pPr>
        <w:jc w:val="right"/>
      </w:pPr>
      <w:r>
        <w:t>اے آدم کی اولاد!</w:t>
      </w:r>
    </w:p>
    <w:p>
      <w:r>
        <w:rPr>
          <w:b/>
        </w:rPr>
        <w:t xml:space="preserve">[04:58] </w:t>
      </w:r>
      <w:r>
        <w:t>Shaitan tum ko behka na de jis tarah us ne tumhare maa baap ko jannat se nikal</w:t>
      </w:r>
    </w:p>
    <w:p>
      <w:pPr>
        <w:jc w:val="right"/>
      </w:pPr>
      <w:r>
        <w:t>شیطان تم کو بہکا نہ دے جس طرح اس نے تمہارے ماں باپ کو جنت سے نکل</w:t>
      </w:r>
    </w:p>
    <w:p>
      <w:r>
        <w:rPr>
          <w:b/>
        </w:rPr>
        <w:t xml:space="preserve">[05:02] </w:t>
      </w:r>
      <w:r>
        <w:t>wa diya.</w:t>
      </w:r>
    </w:p>
    <w:p>
      <w:pPr>
        <w:jc w:val="right"/>
      </w:pPr>
      <w:r>
        <w:t>وا دیا۔</w:t>
      </w:r>
    </w:p>
    <w:p>
      <w:r>
        <w:rPr>
          <w:b/>
        </w:rPr>
        <w:t xml:space="preserve">[05:07] </w:t>
      </w:r>
      <w:r>
        <w:t>Us ne un ke libas utarway taake un ko un ke saamne be-parda kar de.</w:t>
      </w:r>
    </w:p>
    <w:p>
      <w:pPr>
        <w:jc w:val="right"/>
      </w:pPr>
      <w:r>
        <w:t>اس نے ان کے لباس اتروائے تاکہ ان کو ان کے سامنے بے پردہ کر دے۔</w:t>
      </w:r>
    </w:p>
    <w:p>
      <w:r>
        <w:rPr>
          <w:b/>
        </w:rPr>
        <w:t xml:space="preserve">[05:11] </w:t>
      </w:r>
      <w:r>
        <w:t>Woh aur us ke saathi tum ko aisi jagah se dekhte hain jahan se tum unhein nahin dekhte.</w:t>
      </w:r>
    </w:p>
    <w:p>
      <w:pPr>
        <w:jc w:val="right"/>
      </w:pPr>
      <w:r>
        <w:t>وہ اور اس کے ساتھی تم کو ایسی جگہ سے دیکھتے ہیں جہاں سے تم انہیں نہیں دیکھتے۔</w:t>
      </w:r>
    </w:p>
    <w:p>
      <w:r>
        <w:rPr>
          <w:b/>
        </w:rPr>
        <w:t xml:space="preserve">[05:16] </w:t>
      </w:r>
      <w:r>
        <w:t>Hum ne shaitanon ko un logon ka dost bana diya hai jo imaan nahin laate.</w:t>
      </w:r>
    </w:p>
    <w:p>
      <w:pPr>
        <w:jc w:val="right"/>
      </w:pPr>
      <w:r>
        <w:t>ہم نے شیطانوں کو ان لوگوں کا دوست بنا دیا ہے جو ایمان نہیں لاتے۔</w:t>
      </w:r>
    </w:p>
    <w:p>
      <w:r>
        <w:rPr>
          <w:b/>
        </w:rPr>
        <w:t xml:space="preserve">[05:20] </w:t>
      </w:r>
      <w:r>
        <w:t>Aur jab woh koi fash khuli burai karte hain to kehte hain ke hum ne apne baap dada</w:t>
      </w:r>
    </w:p>
    <w:p>
      <w:pPr>
        <w:jc w:val="right"/>
      </w:pPr>
      <w:r>
        <w:t>اور جب وہ کوئی فحش کھلی برائی کرتے ہیں تو کہتے ہیں کہ ہم نے اپنے باپ دادا</w:t>
      </w:r>
    </w:p>
    <w:p>
      <w:r>
        <w:rPr>
          <w:b/>
        </w:rPr>
        <w:t xml:space="preserve">[05:24] </w:t>
      </w:r>
      <w:r>
        <w:t>ko isi tarah karte hue paya hai.</w:t>
      </w:r>
    </w:p>
    <w:p>
      <w:pPr>
        <w:jc w:val="right"/>
      </w:pPr>
      <w:r>
        <w:t>کو اسی طرح کرتے ہوئے پایا ہے۔</w:t>
      </w:r>
    </w:p>
    <w:p>
      <w:r>
        <w:rPr>
          <w:b/>
        </w:rPr>
        <w:t xml:space="preserve">[05:29] </w:t>
      </w:r>
      <w:r>
        <w:t>Aur Khuda ne hum ko isi ka hukum diya hai.</w:t>
      </w:r>
    </w:p>
    <w:p>
      <w:pPr>
        <w:jc w:val="right"/>
      </w:pPr>
      <w:r>
        <w:t>اور خدا نے ہم کو اسی کا حکم دیا ہے۔</w:t>
      </w:r>
    </w:p>
    <w:p>
      <w:r>
        <w:rPr>
          <w:b/>
        </w:rPr>
        <w:t xml:space="preserve">[05:33] </w:t>
      </w:r>
      <w:r>
        <w:t>Kaho Allah kabhi bure kaam ka hukum nahin deta.</w:t>
      </w:r>
    </w:p>
    <w:p>
      <w:pPr>
        <w:jc w:val="right"/>
      </w:pPr>
      <w:r>
        <w:t>کہو اللہ کبھی برے کام کا حکم نہیں دیتا۔</w:t>
      </w:r>
    </w:p>
    <w:p>
      <w:r>
        <w:rPr>
          <w:b/>
        </w:rPr>
        <w:t xml:space="preserve">[05:37] </w:t>
      </w:r>
      <w:r>
        <w:t>Kya tum Allah ke zimme woh baat lagate ho jis ka tumhein koi ilm nahin? Kaho ke mere</w:t>
      </w:r>
    </w:p>
    <w:p>
      <w:pPr>
        <w:jc w:val="right"/>
      </w:pPr>
      <w:r>
        <w:t>کیا تم اللہ کے ذمے وہ بات لگاتے ہو جس کا تمہیں کوئی علم نہیں؟ کہو کہ میرے</w:t>
      </w:r>
    </w:p>
    <w:p>
      <w:r>
        <w:rPr>
          <w:b/>
        </w:rPr>
        <w:t xml:space="preserve">[05:42] </w:t>
      </w:r>
      <w:r>
        <w:t>Rab ne qist ka hukum diya hai.</w:t>
      </w:r>
    </w:p>
    <w:p>
      <w:pPr>
        <w:jc w:val="right"/>
      </w:pPr>
      <w:r>
        <w:t>رب نے قسط کا حکم دیا ہے۔</w:t>
      </w:r>
    </w:p>
    <w:p>
      <w:r>
        <w:rPr>
          <w:b/>
        </w:rPr>
        <w:t xml:space="preserve">[05:46] </w:t>
      </w:r>
      <w:r>
        <w:t>Aur yeh ke har namaz ke waqt apna rukh seedha rakho, aur isi ko pukaaro, isi ke liye</w:t>
      </w:r>
    </w:p>
    <w:p>
      <w:pPr>
        <w:jc w:val="right"/>
      </w:pPr>
      <w:r>
        <w:t>اور یہ کہ ہر نماز کے وقت اپنا رخ سیدھا رکھو، اور اسی کو پکارو، اسی کے لیے</w:t>
      </w:r>
    </w:p>
    <w:p>
      <w:r>
        <w:rPr>
          <w:b/>
        </w:rPr>
        <w:t xml:space="preserve">[05:50] </w:t>
      </w:r>
      <w:r>
        <w:t>deen ko khalis karte hue.</w:t>
      </w:r>
    </w:p>
    <w:p>
      <w:pPr>
        <w:jc w:val="right"/>
      </w:pPr>
      <w:r>
        <w:t>دین کو خالص کرتے ہوئے۔</w:t>
      </w:r>
    </w:p>
    <w:p>
      <w:r>
        <w:rPr>
          <w:b/>
        </w:rPr>
        <w:t xml:space="preserve">[05:55] </w:t>
      </w:r>
      <w:r>
        <w:t>Jis tarah us ne tum ko pehle paida kiya isi tarah tum doosri baar bhi paida hoge.</w:t>
      </w:r>
    </w:p>
    <w:p>
      <w:pPr>
        <w:jc w:val="right"/>
      </w:pPr>
      <w:r>
        <w:t>جس طرح اس نے تم کو پہلے پیدا کیا اسی طرح تم دوسری بار بھی پیدا ہو گے۔</w:t>
      </w:r>
    </w:p>
    <w:p>
      <w:r>
        <w:rPr>
          <w:b/>
        </w:rPr>
        <w:t xml:space="preserve">[05:59] </w:t>
      </w:r>
      <w:r>
        <w:t>Ek giroh ko is</w:t>
      </w:r>
    </w:p>
    <w:p>
      <w:pPr>
        <w:jc w:val="right"/>
      </w:pPr>
      <w:r>
        <w:t>ایک گروہ کو اس</w:t>
      </w:r>
    </w:p>
    <w:p>
      <w:r>
        <w:rPr>
          <w:b/>
        </w:rPr>
        <w:t xml:space="preserve">[06:03] </w:t>
      </w:r>
      <w:r>
        <w:t>ne rah dikha di, aur ek giroh hai ke us par gumrahi sabit ho chuki. unhon ne Allah ko chhod kar shaitanon ko apna rafiq banaya, aur guman yeh rakhte hain ke woh hidayat par hain. aye aulad adam! har namaz ke waqt apna libas pehno, aur khao piyo, aur had se tajawuz na karo. beshak Allah had se tajawuz karne walon ko pasand nahi karta. kaho Allah ki zeenat</w:t>
      </w:r>
    </w:p>
    <w:p>
      <w:pPr>
        <w:jc w:val="right"/>
      </w:pPr>
      <w:r>
        <w:t>نے راہ دکھا دی، اور ایک گروہ ہے کہ اس پر گمراہی ثابت ہو چکی۔ انہوں نے اللہ کو چھوڑ کر شیطانوں کو اپنا رفیق بنایا، اور گمان یہ رکھتے ہیں کہ وہ ہدایت پر ہیں۔ اے اولاد آدم! ہر نماز کے وقت اپنا لباس پہنو، اور کھاؤ پیو، اور حد سے تجاوز نہ کرو۔ بے شک اللہ حد سے تجاوز کرنے والوں کو پسند نہیں کرتا۔ کہو اللہ کی زین</w:t>
      </w:r>
    </w:p>
    <w:p>
      <w:r>
        <w:rPr>
          <w:b/>
        </w:rPr>
        <w:t xml:space="preserve">[06:33] </w:t>
      </w:r>
      <w:r>
        <w:t>t ko kis ne haram kiya jo us ne apne bando ke liye nikala tha, aur khane ki</w:t>
      </w:r>
    </w:p>
    <w:p>
      <w:pPr>
        <w:jc w:val="right"/>
      </w:pPr>
      <w:r>
        <w:t>ت کو کس نے حرام کیا جو اس نے اپنے بندوں کے لیے نکالا تھا، اور کھانے کی</w:t>
      </w:r>
    </w:p>
    <w:p>
      <w:r>
        <w:rPr>
          <w:b/>
        </w:rPr>
        <w:t xml:space="preserve">[06:38] </w:t>
      </w:r>
      <w:r>
        <w:t>pak cheezon ko? kaho woh dunya ki zindagi mein bhi iman walon ke liye hain, aur aakhirat mein</w:t>
      </w:r>
    </w:p>
    <w:p>
      <w:pPr>
        <w:jc w:val="right"/>
      </w:pPr>
      <w:r>
        <w:t>پاک چیزوں کو؟ کہو وہ دنیا کی زندگی میں بھی ایمان والوں کے لیے ہیں، اور آخرت میں</w:t>
      </w:r>
    </w:p>
    <w:p>
      <w:r>
        <w:rPr>
          <w:b/>
        </w:rPr>
        <w:t xml:space="preserve">[06:43] </w:t>
      </w:r>
      <w:r>
        <w:t>to woh khaas unhi ke liye hon gi.</w:t>
      </w:r>
    </w:p>
    <w:p>
      <w:pPr>
        <w:jc w:val="right"/>
      </w:pPr>
      <w:r>
        <w:t>تو وہ خاص انہی کے لیے ہوں گی۔</w:t>
      </w:r>
    </w:p>
    <w:p>
      <w:r>
        <w:rPr>
          <w:b/>
        </w:rPr>
        <w:t xml:space="preserve">[06:48] </w:t>
      </w:r>
      <w:r>
        <w:t>isi tarah hum apni ayaten khol kar bayan karte hain un logon ke liye jo janna chahain.</w:t>
      </w:r>
    </w:p>
    <w:p>
      <w:pPr>
        <w:jc w:val="right"/>
      </w:pPr>
      <w:r>
        <w:t>اسی طرح ہم اپنی آیتیں کھول کر بیان کرتے ہیں ان لوگوں کے لیے جو جاننا چاہیں۔</w:t>
      </w:r>
    </w:p>
    <w:p>
      <w:r>
        <w:rPr>
          <w:b/>
        </w:rPr>
        <w:t xml:space="preserve">[06:53] </w:t>
      </w:r>
      <w:r>
        <w:t>kaho mere rab ne to bas fash baton ko haram thahraya hai.</w:t>
      </w:r>
    </w:p>
    <w:p>
      <w:pPr>
        <w:jc w:val="right"/>
      </w:pPr>
      <w:r>
        <w:t>کہو میرے رب نے تو بس فحش باتوں کو حرام ٹھہرایا ہے۔</w:t>
      </w:r>
    </w:p>
    <w:p>
      <w:r>
        <w:rPr>
          <w:b/>
        </w:rPr>
        <w:t xml:space="preserve">[06:58] </w:t>
      </w:r>
      <w:r>
        <w:t>woh khuli hon ya</w:t>
      </w:r>
    </w:p>
    <w:p>
      <w:pPr>
        <w:jc w:val="right"/>
      </w:pPr>
      <w:r>
        <w:t>وہ کھلی ہوں یا</w:t>
      </w:r>
    </w:p>
    <w:p>
      <w:r>
        <w:rPr>
          <w:b/>
        </w:rPr>
        <w:t xml:space="preserve">[07:03] </w:t>
      </w:r>
      <w:r>
        <w:t>chupi hon, aur gunah ko, aur nahak ki ziyadati ko, aur is baat ko ke tum Allah ke</w:t>
      </w:r>
    </w:p>
    <w:p>
      <w:pPr>
        <w:jc w:val="right"/>
      </w:pPr>
      <w:r>
        <w:t>چھپی ہوں، اور گناہ کو، اور ناحق کی زیادتی کو، اور اس بات کو کہ تم اللہ کے</w:t>
      </w:r>
    </w:p>
    <w:p>
      <w:r>
        <w:rPr>
          <w:b/>
        </w:rPr>
        <w:t xml:space="preserve">[07:08] </w:t>
      </w:r>
      <w:r>
        <w:t>sath kisi ko shareek karo jis ki us ne koi daleel nahi utari, aur yeh ke tum Allah</w:t>
      </w:r>
    </w:p>
    <w:p>
      <w:pPr>
        <w:jc w:val="right"/>
      </w:pPr>
      <w:r>
        <w:t>ساتھ کسی کو شریک کرو جس کی اس نے کوئی دلیل نہیں اتاری، اور یہ کہ تم اللہ</w:t>
      </w:r>
    </w:p>
    <w:p>
      <w:r>
        <w:rPr>
          <w:b/>
        </w:rPr>
        <w:t xml:space="preserve">[07:12] </w:t>
      </w:r>
      <w:r>
        <w:t>ke zame aisi baat lagao jis ka tum ilm nahi rakhte.</w:t>
      </w:r>
    </w:p>
    <w:p>
      <w:pPr>
        <w:jc w:val="right"/>
      </w:pPr>
      <w:r>
        <w:t>کے ذمے ایسی بات لگاؤ جس کا تم علم نہیں رکھتے۔</w:t>
      </w:r>
    </w:p>
    <w:p>
      <w:r>
        <w:rPr>
          <w:b/>
        </w:rPr>
        <w:t xml:space="preserve">[07:16] </w:t>
      </w:r>
      <w:r>
        <w:t>aur har qaum ke liye ek muqarrar muddat hai.</w:t>
      </w:r>
    </w:p>
    <w:p>
      <w:pPr>
        <w:jc w:val="right"/>
      </w:pPr>
      <w:r>
        <w:t>اور ہر قوم کے لیے ایک مقررہ مدت ہے۔</w:t>
      </w:r>
    </w:p>
    <w:p>
      <w:r>
        <w:rPr>
          <w:b/>
        </w:rPr>
        <w:t xml:space="preserve">[07:21] </w:t>
      </w:r>
      <w:r>
        <w:t>phir jab un ki muddat aa jaye gi to woh na ek sath peechay hat sakain ge aur</w:t>
      </w:r>
    </w:p>
    <w:p>
      <w:pPr>
        <w:jc w:val="right"/>
      </w:pPr>
      <w:r>
        <w:t>پھر جب ان کی مدت آ جائے گی تو وہ نہ ایک ساتھ پیچھے ہٹ سکیں گے اور</w:t>
      </w:r>
    </w:p>
    <w:p>
      <w:r>
        <w:rPr>
          <w:b/>
        </w:rPr>
        <w:t xml:space="preserve">[07:25] </w:t>
      </w:r>
      <w:r>
        <w:t>na agay barh sakain ge.</w:t>
      </w:r>
    </w:p>
    <w:p>
      <w:pPr>
        <w:jc w:val="right"/>
      </w:pPr>
      <w:r>
        <w:t>نہ آگے بڑھ سکیں گے۔</w:t>
      </w:r>
    </w:p>
    <w:p>
      <w:r>
        <w:rPr>
          <w:b/>
        </w:rPr>
        <w:t xml:space="preserve">[07:29] </w:t>
      </w:r>
      <w:r>
        <w:t>ae bani adam!</w:t>
      </w:r>
    </w:p>
    <w:p>
      <w:pPr>
        <w:jc w:val="right"/>
      </w:pPr>
      <w:r>
        <w:t>اے بنی آدم!</w:t>
      </w:r>
    </w:p>
    <w:p>
      <w:r>
        <w:rPr>
          <w:b/>
        </w:rPr>
        <w:t xml:space="preserve">[07:34] </w:t>
      </w:r>
      <w:r>
        <w:t>agar tumhare paas tum hi mein se rasool aayein jo tum ko meri ayat sunayein to jo shakhs dara aur jis ne islaah kar li un ke liye na koi khauf hoga aur na woh ghamgeen hon ge. aur jo log meri ayat ko jhutlayein aur un se takabbur karein wohi log dozakh wale hain. woh is mein hamesha rahenge. phir is se zyada zalim kaun hoga jo Allah par buhtan bandhe ya us ki nishaniyon ko jhutlaye? un ke n</w:t>
      </w:r>
    </w:p>
    <w:p>
      <w:pPr>
        <w:jc w:val="right"/>
      </w:pPr>
      <w:r>
        <w:t>اگر تمہارے پاس تم ہی میں سے رسول آئیں جو تم کو میری آیات سنائیں تو جو شخص ڈرا اور جس نے اصلاح کر لی ان کے لیے نہ کوئی خوف ہوگا اور نہ وہ غمگین ہوں گے۔ اور جو لوگ میری آیات کو جھٹلائیں اور ان سے تکبر کریں وہی لوگ دوزخ والے ہیں۔ وہ اس میں ہمیشہ رہیں گے۔ پھر اس سے زیادہ ظالم کون ہوگا جو اللہ پر بہتان باندھے یا اس کی نشانیوں کو جھٹلائے؟ ان کے ن</w:t>
      </w:r>
    </w:p>
    <w:p>
      <w:r>
        <w:rPr>
          <w:b/>
        </w:rPr>
        <w:t xml:space="preserve">[08:04] </w:t>
      </w:r>
      <w:r>
        <w:t>saib ka jo hissa likha hua hai woh unhein mil kar rahe ga.</w:t>
      </w:r>
    </w:p>
    <w:p>
      <w:pPr>
        <w:jc w:val="right"/>
      </w:pPr>
      <w:r>
        <w:t>صیب کا جو حصہ لکھا ہوا ہے وہ انہیں مل کر رہے گا۔</w:t>
      </w:r>
    </w:p>
    <w:p>
      <w:r>
        <w:rPr>
          <w:b/>
        </w:rPr>
        <w:t xml:space="preserve">[08:09] </w:t>
      </w:r>
      <w:r>
        <w:t>yahan tak ke jab hamare bheje hue un ki jaan lene ke liye un ke paas pohnchain ge</w:t>
      </w:r>
    </w:p>
    <w:p>
      <w:pPr>
        <w:jc w:val="right"/>
      </w:pPr>
      <w:r>
        <w:t>یہاں تک کہ جب ہمارے بھیجے ہوئے ان کی جان لینے کے لیے ان کے پاس پہنچیں گے</w:t>
      </w:r>
    </w:p>
    <w:p>
      <w:r>
        <w:rPr>
          <w:b/>
        </w:rPr>
        <w:t xml:space="preserve">[08:14] </w:t>
      </w:r>
      <w:r>
        <w:t>to un se poochen ge ke Allah ke siwa jin ko tum pukarte thay kahan hain? woh kahain</w:t>
      </w:r>
    </w:p>
    <w:p>
      <w:pPr>
        <w:jc w:val="right"/>
      </w:pPr>
      <w:r>
        <w:t>تو ان سے پوچھیں گے کہ اللہ کے سوا جن کو تم پکارتے تھے کہاں ہیں؟ وہ کہیں</w:t>
      </w:r>
    </w:p>
    <w:p>
      <w:r>
        <w:rPr>
          <w:b/>
        </w:rPr>
        <w:t xml:space="preserve">[08:19] </w:t>
      </w:r>
      <w:r>
        <w:t>ge ke woh sab hum se khoye gaye, aur woh apne oopar iqrar karein ge ke beshak</w:t>
      </w:r>
    </w:p>
    <w:p>
      <w:pPr>
        <w:jc w:val="right"/>
      </w:pPr>
      <w:r>
        <w:t>گے کہ وہ سب ہم سے کھوئے گئے، اور وہ اپنے اوپر اقرار کریں گے کہ بے شک</w:t>
      </w:r>
    </w:p>
    <w:p>
      <w:r>
        <w:rPr>
          <w:b/>
        </w:rPr>
        <w:t xml:space="preserve">[08:24] </w:t>
      </w:r>
      <w:r>
        <w:t>woh inkar karne wale thay.</w:t>
      </w:r>
    </w:p>
    <w:p>
      <w:pPr>
        <w:jc w:val="right"/>
      </w:pPr>
      <w:r>
        <w:t>وہ انکار کرنے والے تھے۔</w:t>
      </w:r>
    </w:p>
    <w:p>
      <w:r>
        <w:rPr>
          <w:b/>
        </w:rPr>
        <w:t xml:space="preserve">[08:29] </w:t>
      </w:r>
      <w:r>
        <w:t>khuda kahe ga dakhil ho jao aag mein</w:t>
      </w:r>
    </w:p>
    <w:p>
      <w:pPr>
        <w:jc w:val="right"/>
      </w:pPr>
      <w:r>
        <w:t>خدا کہے گا داخل ہو جاؤ آگ میں</w:t>
      </w:r>
    </w:p>
    <w:p>
      <w:r>
        <w:rPr>
          <w:b/>
        </w:rPr>
        <w:t xml:space="preserve">[08:34] </w:t>
      </w:r>
      <w:r>
        <w:t>jinon aur insanon ke in girohon ke sath jo tum se pehlay guzar chukay hain.</w:t>
      </w:r>
    </w:p>
    <w:p>
      <w:pPr>
        <w:jc w:val="right"/>
      </w:pPr>
      <w:r>
        <w:t>جنوں اور انسانوں کے ان گروہوں کے ساتھ جو تم سے پہلے گزر چکے ہیں۔</w:t>
      </w:r>
    </w:p>
    <w:p>
      <w:r>
        <w:rPr>
          <w:b/>
        </w:rPr>
        <w:t xml:space="preserve">[08:39] </w:t>
      </w:r>
      <w:r>
        <w:t>jab bhi koi giroh jahannum mein dakhil hoga woh apne saathi giroh par laanat karega.</w:t>
      </w:r>
    </w:p>
    <w:p>
      <w:pPr>
        <w:jc w:val="right"/>
      </w:pPr>
      <w:r>
        <w:t>جب بھی کوئی گروہ جہنم میں داخل ہوگا وہ اپنے ساتھی گروہ پر لعنت کرے گا۔</w:t>
      </w:r>
    </w:p>
    <w:p>
      <w:r>
        <w:rPr>
          <w:b/>
        </w:rPr>
        <w:t xml:space="preserve">[08:44] </w:t>
      </w:r>
      <w:r>
        <w:t>yahan tak ke jab woh is mein jama ho jayen ge to un ke pichlay apne aglon ke</w:t>
      </w:r>
    </w:p>
    <w:p>
      <w:pPr>
        <w:jc w:val="right"/>
      </w:pPr>
      <w:r>
        <w:t>یہاں تک کہ جب وہ اس میں جمع ہو جائیں گے تو ان کے پچھلے اپنے اگلوں کے</w:t>
      </w:r>
    </w:p>
    <w:p>
      <w:r>
        <w:rPr>
          <w:b/>
        </w:rPr>
        <w:t xml:space="preserve">[08:49] </w:t>
      </w:r>
      <w:r>
        <w:t>baray mein kahain ge ae hamare rab yahi log hain jinhon ne hum ko gumrah kiya pas to</w:t>
      </w:r>
    </w:p>
    <w:p>
      <w:pPr>
        <w:jc w:val="right"/>
      </w:pPr>
      <w:r>
        <w:t>بارے میں کہیں گے اے ہمارے رب یہی لوگ ہیں جنہوں نے ہم کو گمراہ کیا پس تو</w:t>
      </w:r>
    </w:p>
    <w:p>
      <w:r>
        <w:rPr>
          <w:b/>
        </w:rPr>
        <w:t xml:space="preserve">[08:54] </w:t>
      </w:r>
      <w:r>
        <w:t>un ko aag ka dohra azab de.</w:t>
      </w:r>
    </w:p>
    <w:p>
      <w:pPr>
        <w:jc w:val="right"/>
      </w:pPr>
      <w:r>
        <w:t>ان کو آگ کا دہرا عذاب دے۔</w:t>
      </w:r>
    </w:p>
    <w:p>
      <w:r>
        <w:rPr>
          <w:b/>
        </w:rPr>
        <w:t xml:space="preserve">[08:59] </w:t>
      </w:r>
      <w:r>
        <w:t>khuda kahe ga sab ke liye dohra hai magar tum nahi j</w:t>
      </w:r>
    </w:p>
    <w:p>
      <w:pPr>
        <w:jc w:val="right"/>
      </w:pPr>
      <w:r>
        <w:t>خدا کہے گا سب کے لیے دہرا ہے مگر تم نہیں ج</w:t>
      </w:r>
    </w:p>
    <w:p>
      <w:r>
        <w:rPr>
          <w:b/>
        </w:rPr>
        <w:t xml:space="preserve">[09:04] </w:t>
      </w:r>
      <w:r>
        <w:t>ante. aur un ke agle apne pichlon se kahenge tum ko hum par koi fazilat hasil nahi pas apni kamai ke nateejay mein azab ka maza chakho. beshak jin logon ne hamari nishaniyon ko jhutlaya aur un se takabbur kiya un ke liye aasman ke darwaze nahi khole jayenge aur woh jannat mein dakhil na honge jab tak ke oont sui ke nake mein na ghus jaye. aur hum mujrimon ko aisi hi saza dete hain. un ke liye dozakh ka</w:t>
      </w:r>
    </w:p>
    <w:p>
      <w:pPr>
        <w:jc w:val="right"/>
      </w:pPr>
      <w:r>
        <w:t>انتے۔ اور ان کے اگلے اپنے پچھلوں سے کہیں گے تم کو ہم پر کوئی فضیلت حاصل نہیں پس اپنی کمائی کے نتیجے میں عذاب کا مزہ چکھو۔ بے شک جن لوگوں نے ہماری نشانیوں کو جھٹلایا اور ان سے تکبر کیا ان کے لیے آسمان کے دروازے نہیں کھولے جائیں گے اور وہ جنت میں داخل نہ ہوں گے جب تک کہ اونٹ سوئی کے ناکے میں نہ گھس جائے۔ اور ہم مجرموں کو ایسی ہی سزا دیتے ہیں۔ ان کے لیے دوزخ کا</w:t>
      </w:r>
    </w:p>
    <w:p>
      <w:r>
        <w:rPr>
          <w:b/>
        </w:rPr>
        <w:t xml:space="preserve">[09:34] </w:t>
      </w:r>
      <w:r>
        <w:t>bichona hoga aur un ke oopar isi ka orhna hoga.</w:t>
      </w:r>
    </w:p>
    <w:p>
      <w:pPr>
        <w:jc w:val="right"/>
      </w:pPr>
      <w:r>
        <w:t>بچھونا ہوگا اور ان کے اوپر اسی کا اوڑھنا ہوگا۔</w:t>
      </w:r>
    </w:p>
    <w:p>
      <w:r>
        <w:rPr>
          <w:b/>
        </w:rPr>
        <w:t xml:space="preserve">[09:38] </w:t>
      </w:r>
      <w:r>
        <w:t>aur hum zalimon ko isi tarah saza dete hain.</w:t>
      </w:r>
    </w:p>
    <w:p>
      <w:pPr>
        <w:jc w:val="right"/>
      </w:pPr>
      <w:r>
        <w:t>اور ہم ظالموں کو اسی طرح سزا دیتے ہیں۔</w:t>
      </w:r>
    </w:p>
    <w:p>
      <w:r>
        <w:rPr>
          <w:b/>
        </w:rPr>
        <w:t xml:space="preserve">[09:41] </w:t>
      </w:r>
      <w:r>
        <w:t>aur jo log imaan laye aur unhon ne nek kaam kiye hum kisi shakhs par us ki taqat</w:t>
      </w:r>
    </w:p>
    <w:p>
      <w:pPr>
        <w:jc w:val="right"/>
      </w:pPr>
      <w:r>
        <w:t>اور جو لوگ ایمان لائے اور انہوں نے نیک کام کیے ہم کسی شخص پر اس کی طاقت</w:t>
      </w:r>
    </w:p>
    <w:p>
      <w:r>
        <w:rPr>
          <w:b/>
        </w:rPr>
        <w:t xml:space="preserve">[09:45] </w:t>
      </w:r>
      <w:r>
        <w:t>ke muafiq hi bojh dalte hain.</w:t>
      </w:r>
    </w:p>
    <w:p>
      <w:pPr>
        <w:jc w:val="right"/>
      </w:pPr>
      <w:r>
        <w:t>کے موافق ہی بوجھ ڈالتے ہیں۔</w:t>
      </w:r>
    </w:p>
    <w:p>
      <w:r>
        <w:rPr>
          <w:b/>
        </w:rPr>
        <w:t xml:space="preserve">[09:49] </w:t>
      </w:r>
      <w:r>
        <w:t>yahi log jannat wale hain.</w:t>
      </w:r>
    </w:p>
    <w:p>
      <w:pPr>
        <w:jc w:val="right"/>
      </w:pPr>
      <w:r>
        <w:t>یہی لوگ جنت والے ہیں۔</w:t>
      </w:r>
    </w:p>
    <w:p>
      <w:r>
        <w:rPr>
          <w:b/>
        </w:rPr>
        <w:t xml:space="preserve">[09:53] </w:t>
      </w:r>
      <w:r>
        <w:t>wo is mein hamesha rahenge.</w:t>
      </w:r>
    </w:p>
    <w:p>
      <w:pPr>
        <w:jc w:val="right"/>
      </w:pPr>
      <w:r>
        <w:t>وہ اس میں ہمیشہ رہیں گے۔</w:t>
      </w:r>
    </w:p>
    <w:p>
      <w:r>
        <w:rPr>
          <w:b/>
        </w:rPr>
        <w:t xml:space="preserve">[09:57] </w:t>
      </w:r>
      <w:r>
        <w:t>aur un ke sine ki har khilsh ko hum nikal denge.</w:t>
      </w:r>
    </w:p>
    <w:p>
      <w:pPr>
        <w:jc w:val="right"/>
      </w:pPr>
      <w:r>
        <w:t>اور ان کے سینے کی ہر خلش کو ہم نکال دیں گے۔</w:t>
      </w:r>
    </w:p>
    <w:p>
      <w:r>
        <w:rPr>
          <w:b/>
        </w:rPr>
        <w:t xml:space="preserve">[10:00] </w:t>
      </w:r>
      <w:r>
        <w:t>un ke neeche nahrein beh rahi hongi aur wo kahenge ke sari ta</w:t>
      </w:r>
    </w:p>
    <w:p>
      <w:pPr>
        <w:jc w:val="right"/>
      </w:pPr>
      <w:r>
        <w:t>ان کے نیچے نہریں بہہ رہی ہوں گی اور وہ کہیں گے کہ ساری تع</w:t>
      </w:r>
    </w:p>
    <w:p>
      <w:r>
        <w:rPr>
          <w:b/>
        </w:rPr>
        <w:t xml:space="preserve">[10:04] </w:t>
      </w:r>
      <w:r>
        <w:t>reef Allah ke liye hai jis ne hum ko yahan tak pohanchaya aur hum rah pane wale na</w:t>
      </w:r>
    </w:p>
    <w:p>
      <w:pPr>
        <w:jc w:val="right"/>
      </w:pPr>
      <w:r>
        <w:t>ریف اللہ کے لیے ہے جس نے ہم کو یہاں تک پہنچایا اور ہم راہ پانے والے نہ</w:t>
      </w:r>
    </w:p>
    <w:p>
      <w:r>
        <w:rPr>
          <w:b/>
        </w:rPr>
        <w:t xml:space="preserve">[10:09] </w:t>
      </w:r>
      <w:r>
        <w:t>the agar Allah hum ko hidayat na karta.</w:t>
      </w:r>
    </w:p>
    <w:p>
      <w:pPr>
        <w:jc w:val="right"/>
      </w:pPr>
      <w:r>
        <w:t>تھے اگر اللہ ہم کو ہدایت نہ کرتا۔</w:t>
      </w:r>
    </w:p>
    <w:p>
      <w:r>
        <w:rPr>
          <w:b/>
        </w:rPr>
        <w:t xml:space="preserve">[10:14] </w:t>
      </w:r>
      <w:r>
        <w:t>hamare rab ke rasool sachi baat le kar aaye the aur awaz ayegi ke yeh jannat hai</w:t>
      </w:r>
    </w:p>
    <w:p>
      <w:pPr>
        <w:jc w:val="right"/>
      </w:pPr>
      <w:r>
        <w:t>ہمارے رب کے رسول سچی بات لے کر آئے تھے اور آواز آئے گی کہ یہ جنت ہے</w:t>
      </w:r>
    </w:p>
    <w:p>
      <w:r>
        <w:rPr>
          <w:b/>
        </w:rPr>
        <w:t xml:space="preserve">[10:19] </w:t>
      </w:r>
      <w:r>
        <w:t>jis ke tum waris thahraye gaye ho apne aamal ke badle.</w:t>
      </w:r>
    </w:p>
    <w:p>
      <w:pPr>
        <w:jc w:val="right"/>
      </w:pPr>
      <w:r>
        <w:t>جس کے تم وارث ٹھہرائے گئے ہو اپنے اعمال کے بدلے۔</w:t>
      </w:r>
    </w:p>
    <w:p>
      <w:r>
        <w:rPr>
          <w:b/>
        </w:rPr>
        <w:t xml:space="preserve">[10:24] </w:t>
      </w:r>
      <w:r>
        <w:t>aur jannat wale dozakh walon ko pukarenge ke hum se hamare rab ne jo wada kiya tha</w:t>
      </w:r>
    </w:p>
    <w:p>
      <w:pPr>
        <w:jc w:val="right"/>
      </w:pPr>
      <w:r>
        <w:t>اور جنت والے دوزخ والوں کو پکاریں گے کہ ہم سے ہمارے رب نے جو وعدہ کیا تھا</w:t>
      </w:r>
    </w:p>
    <w:p>
      <w:r>
        <w:rPr>
          <w:b/>
        </w:rPr>
        <w:t xml:space="preserve">[10:29] </w:t>
      </w:r>
      <w:r>
        <w:t>hum ne is ko sacha paya kiya tum ne bhi</w:t>
      </w:r>
    </w:p>
    <w:p>
      <w:pPr>
        <w:jc w:val="right"/>
      </w:pPr>
      <w:r>
        <w:t>ہم نے اس کو سچا پایا کیا تم نے بھی</w:t>
      </w:r>
    </w:p>
    <w:p>
      <w:r>
        <w:rPr>
          <w:b/>
        </w:rPr>
        <w:t xml:space="preserve">[10:34] </w:t>
      </w:r>
      <w:r>
        <w:t>apne rab ke wade ko sacha paya? woh kahenge haan. phir ek pukarne wala dono ke darmiyan pukare ga ke Allah ki laanat ho zalimon par jo Allah ki rah se rokate the aur us mein kiji dhoondte the aur woh akhirat ke munkir the. aur dono ke darmiyan ek aadh hogi aur aaraf ke upar kuch log honge jo har ek ko un ki alamat se pehchanenge aur woh jannat walon ko pukar kar kahenge ke tum par</w:t>
      </w:r>
    </w:p>
    <w:p>
      <w:pPr>
        <w:jc w:val="right"/>
      </w:pPr>
      <w:r>
        <w:t>اپنے رب کے وعدے کو سچا پایا؟ وہ کہیں گے ہاں۔ پھر ایک پکارنے والا دونوں کے درمیان پکارے گا کہ اللہ کی لعنت ہو ظالموں پر جو اللہ کی راہ سے روکتے تھے اور اس میں کجی ڈھونڈتے تھے اور وہ آخرت کے منکر تھے۔ اور دونوں کے درمیان ایک آڑ ہوگی اور اعراف کے اوپر کچھ لوگ ہوں گے جو ہر ایک کو ان کی علامت سے پہچانیں گے اور وہ جنت والوں کو پکار کر کہیں گے کہ تم پر</w:t>
      </w:r>
    </w:p>
    <w:p>
      <w:r>
        <w:rPr>
          <w:b/>
        </w:rPr>
        <w:t xml:space="preserve">[11:04] </w:t>
      </w:r>
      <w:r>
        <w:t>salamti ho. woh abhi jannat mein dakhil nahi hue honge magar woh ummeedwar hon ge. aur jab dozakh walon ki taraf un ki nigah pheri jayegi to woh kahenge ke aye hamare rab hum ko shamil na karna in zalim logon ke sath. aur aaraf wale un logon ko pukarenge jinhein woh un ki alamat se pehchante hon ge. woh kahenge ke tumhare kaam na aayi tumhari jamaat aur tumhara apne ko bara samajh</w:t>
      </w:r>
    </w:p>
    <w:p>
      <w:pPr>
        <w:jc w:val="right"/>
      </w:pPr>
      <w:r>
        <w:t>سلامتی ہو۔ وہ ابھی جنت میں داخل نہیں ہوئے ہوں گے مگر وہ امیدوار ہوں گے۔ اور جب دوزخ والوں کی طرف ان کی نگاہ پھیری جائے گی تو وہ کہیں گے کہ اے ہمارے رب ہم کو شامل نہ کرنا ان ظالم لوگوں کے ساتھ۔ اور اعراف والے ان لوگوں کو پکاریں گے جنہیں وہ ان کی علامت سے پہچانتے ہوں گے۔ وہ کہیں گے کہ تمہارے کام نہ آئی تمہاری جماعت اور تمہارا اپنے کو بڑا سم</w:t>
      </w:r>
    </w:p>
    <w:p>
      <w:r>
        <w:rPr>
          <w:b/>
        </w:rPr>
        <w:t xml:space="preserve">[11:34] </w:t>
      </w:r>
      <w:r>
        <w:t>jhna.</w:t>
      </w:r>
    </w:p>
    <w:p>
      <w:pPr>
        <w:jc w:val="right"/>
      </w:pPr>
      <w:r>
        <w:t>جھنا۔</w:t>
      </w:r>
    </w:p>
    <w:p>
      <w:r>
        <w:rPr>
          <w:b/>
        </w:rPr>
        <w:t xml:space="preserve">[11:39] </w:t>
      </w:r>
      <w:r>
        <w:t>kya yahi wo log hain jin ki nisbat tum qasam kha kar kehte the ke un ko kabhi</w:t>
      </w:r>
    </w:p>
    <w:p>
      <w:pPr>
        <w:jc w:val="right"/>
      </w:pPr>
      <w:r>
        <w:t>کیا یہی وہ لوگ ہیں جن کی نسبت تم قسم کھا کر کہتے تھے کہ ان کو کبھی</w:t>
      </w:r>
    </w:p>
    <w:p>
      <w:r>
        <w:rPr>
          <w:b/>
        </w:rPr>
        <w:t xml:space="preserve">[11:43] </w:t>
      </w:r>
      <w:r>
        <w:t>Allah ki rehmat na pahunchegi? Jannat mein dakhil ho jao.</w:t>
      </w:r>
    </w:p>
    <w:p>
      <w:pPr>
        <w:jc w:val="right"/>
      </w:pPr>
      <w:r>
        <w:t>اللہ کی رحمت نہ پہنچے گی؟ جنت میں داخل ہو جاؤ۔</w:t>
      </w:r>
    </w:p>
    <w:p>
      <w:r>
        <w:rPr>
          <w:b/>
        </w:rPr>
        <w:t xml:space="preserve">[11:47] </w:t>
      </w:r>
      <w:r>
        <w:t>ab na tum par koi darr hai aur na tum ghamgin hoge.</w:t>
      </w:r>
    </w:p>
    <w:p>
      <w:pPr>
        <w:jc w:val="right"/>
      </w:pPr>
      <w:r>
        <w:t>اب نہ تم پر کوئی ڈر ہے اور نہ تم غمگین ہو گے۔</w:t>
      </w:r>
    </w:p>
    <w:p>
      <w:r>
        <w:rPr>
          <w:b/>
        </w:rPr>
        <w:t xml:space="preserve">[11:52] </w:t>
      </w:r>
      <w:r>
        <w:t>aur dozakh ke log jannat walon ko pukarenge ke kuch pani hum par daal do ya is</w:t>
      </w:r>
    </w:p>
    <w:p>
      <w:pPr>
        <w:jc w:val="right"/>
      </w:pPr>
      <w:r>
        <w:t>اور دوزخ کے لوگ جنت والوں کو پکاریں گے کہ کچھ پانی ہم پر ڈال دو یا اس</w:t>
      </w:r>
    </w:p>
    <w:p>
      <w:r>
        <w:rPr>
          <w:b/>
        </w:rPr>
        <w:t xml:space="preserve">[11:56] </w:t>
      </w:r>
      <w:r>
        <w:t>mein se jo Allah ne tumhein khane ko de rakha hai.</w:t>
      </w:r>
    </w:p>
    <w:p>
      <w:pPr>
        <w:jc w:val="right"/>
      </w:pPr>
      <w:r>
        <w:t>میں سے جو اللہ نے تمہیں کھانے کو دے رکھا ہے۔</w:t>
      </w:r>
    </w:p>
    <w:p>
      <w:r>
        <w:rPr>
          <w:b/>
        </w:rPr>
        <w:t xml:space="preserve">[12:00] </w:t>
      </w:r>
      <w:r>
        <w:t>wo kahenge ke Allah ne in dono cheezon ko munkiron ke liye h</w:t>
      </w:r>
    </w:p>
    <w:p>
      <w:pPr>
        <w:jc w:val="right"/>
      </w:pPr>
      <w:r>
        <w:t>وہ کہیں گے کہ اللہ نے ان دونوں چیزوں کو منکروں کے لیے ح</w:t>
      </w:r>
    </w:p>
    <w:p>
      <w:r>
        <w:rPr>
          <w:b/>
        </w:rPr>
        <w:t xml:space="preserve">[12:04] </w:t>
      </w:r>
      <w:r>
        <w:t>aram kar diya hai.</w:t>
      </w:r>
    </w:p>
    <w:p>
      <w:pPr>
        <w:jc w:val="right"/>
      </w:pPr>
      <w:r>
        <w:t>رام کر دیا ہے۔</w:t>
      </w:r>
    </w:p>
    <w:p>
      <w:r>
        <w:rPr>
          <w:b/>
        </w:rPr>
        <w:t xml:space="preserve">[12:08] </w:t>
      </w:r>
      <w:r>
        <w:t>wo jinhon ne apne deen ko khel aur tamasha bana liya tha aur jin ko dunya ki zindagi</w:t>
      </w:r>
    </w:p>
    <w:p>
      <w:pPr>
        <w:jc w:val="right"/>
      </w:pPr>
      <w:r>
        <w:t>وہ جنہوں نے اپنے دین کو کھیل اور تماشہ بنا لیا تھا اور جن کو دنیا کی زندگی</w:t>
      </w:r>
    </w:p>
    <w:p>
      <w:r>
        <w:rPr>
          <w:b/>
        </w:rPr>
        <w:t xml:space="preserve">[12:12] </w:t>
      </w:r>
      <w:r>
        <w:t>ne dhoke mein daal rakha tha.</w:t>
      </w:r>
    </w:p>
    <w:p>
      <w:pPr>
        <w:jc w:val="right"/>
      </w:pPr>
      <w:r>
        <w:t>نے دھوکے میں ڈال رکھا تھا۔</w:t>
      </w:r>
    </w:p>
    <w:p>
      <w:r>
        <w:rPr>
          <w:b/>
        </w:rPr>
        <w:t xml:space="preserve">[12:16] </w:t>
      </w:r>
      <w:r>
        <w:t>pas aaj hum un ko bhula denge jis tarah unhon ne apne is din ki mulaqat ko</w:t>
      </w:r>
    </w:p>
    <w:p>
      <w:pPr>
        <w:jc w:val="right"/>
      </w:pPr>
      <w:r>
        <w:t>پس آج ہم ان کو بھلا دیں گے جس طرح انہوں نے اپنے اس دن کی ملاقات کو</w:t>
      </w:r>
    </w:p>
    <w:p>
      <w:r>
        <w:rPr>
          <w:b/>
        </w:rPr>
        <w:t xml:space="preserve">[12:20] </w:t>
      </w:r>
      <w:r>
        <w:t>bhula diya tha.</w:t>
      </w:r>
    </w:p>
    <w:p>
      <w:pPr>
        <w:jc w:val="right"/>
      </w:pPr>
      <w:r>
        <w:t>بھلا دیا تھا۔</w:t>
      </w:r>
    </w:p>
    <w:p>
      <w:r>
        <w:rPr>
          <w:b/>
        </w:rPr>
        <w:t xml:space="preserve">[12:23] </w:t>
      </w:r>
      <w:r>
        <w:t>aur jaisa ke woh hamari nishaniyon ka inkar karte rahe.</w:t>
      </w:r>
    </w:p>
    <w:p>
      <w:pPr>
        <w:jc w:val="right"/>
      </w:pPr>
      <w:r>
        <w:t>اور جیسا کہ وہ ہماری نشانیوں کا انکار کرتے رہے۔</w:t>
      </w:r>
    </w:p>
    <w:p>
      <w:r>
        <w:rPr>
          <w:b/>
        </w:rPr>
        <w:t xml:space="preserve">[12:27] </w:t>
      </w:r>
      <w:r>
        <w:t>aur hum un logon ke paas ek aisi kitab le aaye hain jis ko hum ne ilm ki</w:t>
      </w:r>
    </w:p>
    <w:p>
      <w:pPr>
        <w:jc w:val="right"/>
      </w:pPr>
      <w:r>
        <w:t>اور ہم ان لوگوں کے پاس ایک ایسی کتاب لے آئے ہیں جس کو ہم نے علم کی</w:t>
      </w:r>
    </w:p>
    <w:p>
      <w:r>
        <w:rPr>
          <w:b/>
        </w:rPr>
        <w:t xml:space="preserve">[12:31] </w:t>
      </w:r>
      <w:r>
        <w:t>buniyad par m</w:t>
      </w:r>
    </w:p>
    <w:p>
      <w:pPr>
        <w:jc w:val="right"/>
      </w:pPr>
      <w:r>
        <w:t>بنیاد پر م</w:t>
      </w:r>
    </w:p>
    <w:p>
      <w:r>
        <w:rPr>
          <w:b/>
        </w:rPr>
        <w:t xml:space="preserve">[12:35] </w:t>
      </w:r>
      <w:r>
        <w:t>fasaal kiya hai.</w:t>
      </w:r>
    </w:p>
    <w:p>
      <w:pPr>
        <w:jc w:val="right"/>
      </w:pPr>
      <w:r>
        <w:t>فصل کیا ہے۔</w:t>
      </w:r>
    </w:p>
    <w:p>
      <w:r>
        <w:rPr>
          <w:b/>
        </w:rPr>
        <w:t xml:space="preserve">[12:40] </w:t>
      </w:r>
      <w:r>
        <w:t>hidait aur rehmat bana kar un logon ke liye jo imaan layein.</w:t>
      </w:r>
    </w:p>
    <w:p>
      <w:pPr>
        <w:jc w:val="right"/>
      </w:pPr>
      <w:r>
        <w:t>ہدایت اور رحمت بنا کر ان لوگوں کے لیے جو ایمان لائیں۔</w:t>
      </w:r>
    </w:p>
    <w:p>
      <w:r>
        <w:rPr>
          <w:b/>
        </w:rPr>
        <w:t xml:space="preserve">[12:45] </w:t>
      </w:r>
      <w:r>
        <w:t>kya ab woh isi ke muntazir hain ke is ka mazmoon zahir ho jaye? jis din is ka</w:t>
      </w:r>
    </w:p>
    <w:p>
      <w:pPr>
        <w:jc w:val="right"/>
      </w:pPr>
      <w:r>
        <w:t>کیا اب وہ اسی کے منتظر ہیں کہ اس کا مضمون ظاہر ہو جائے؟ جس دن اس کا</w:t>
      </w:r>
    </w:p>
    <w:p>
      <w:r>
        <w:rPr>
          <w:b/>
        </w:rPr>
        <w:t xml:space="preserve">[12:50] </w:t>
      </w:r>
      <w:r>
        <w:t>mazmoon zahir ho jaye ga to woh log jo is ko pehle bhule hue the bol uthein ge</w:t>
      </w:r>
    </w:p>
    <w:p>
      <w:pPr>
        <w:jc w:val="right"/>
      </w:pPr>
      <w:r>
        <w:t>مضمون ظاہر ہو جائے گا تو وہ لوگ جو اس کو پہلے بھولے ہوئے تھے بول اٹھیں گے</w:t>
      </w:r>
    </w:p>
    <w:p>
      <w:r>
        <w:rPr>
          <w:b/>
        </w:rPr>
        <w:t xml:space="preserve">[12:55] </w:t>
      </w:r>
      <w:r>
        <w:t>ke beshak hamare rab ke peghambar haq le kar aaye they.</w:t>
      </w:r>
    </w:p>
    <w:p>
      <w:pPr>
        <w:jc w:val="right"/>
      </w:pPr>
      <w:r>
        <w:t>کہ بے شک ہمارے رب کے پیغمبر حق لے کر آئے تھے۔</w:t>
      </w:r>
    </w:p>
    <w:p>
      <w:r>
        <w:rPr>
          <w:b/>
        </w:rPr>
        <w:t xml:space="preserve">[13:00] </w:t>
      </w:r>
      <w:r>
        <w:t>pas ab kya koi hamari sifarish karne waley hain ke woh hamari sifarish karein ya hum ko dobara</w:t>
      </w:r>
    </w:p>
    <w:p>
      <w:pPr>
        <w:jc w:val="right"/>
      </w:pPr>
      <w:r>
        <w:t>پس اب کیا کوئی ہماری سفارش کرنے والے ہیں کہ وہ ہماری سفارش کریں یا ہم کو دوبارہ</w:t>
      </w:r>
    </w:p>
    <w:p>
      <w:r>
        <w:rPr>
          <w:b/>
        </w:rPr>
        <w:t xml:space="preserve">[13:05] </w:t>
      </w:r>
      <w:r>
        <w:t>wapas hi bhej diya jaye ta ke hum is se mukhtalif amal karein jo hum pehle kar rahe they?</w:t>
      </w:r>
    </w:p>
    <w:p>
      <w:pPr>
        <w:jc w:val="right"/>
      </w:pPr>
      <w:r>
        <w:t>واپس ہی بھیج دیا جائے تاکہ ہم اس سے مختلف عمل کریں جو ہم پہلے کر رہے تھے؟</w:t>
      </w:r>
    </w:p>
    <w:p>
      <w:r>
        <w:rPr>
          <w:b/>
        </w:rPr>
        <w:t xml:space="preserve">[13:10] </w:t>
      </w:r>
      <w:r>
        <w:t>unhon ne apne aap ko ghaate mein dala aur un se gum ho gaya woh jo woh ghadte they.</w:t>
      </w:r>
    </w:p>
    <w:p>
      <w:pPr>
        <w:jc w:val="right"/>
      </w:pPr>
      <w:r>
        <w:t>انہوں نے اپنے آپ کو گھاٹے میں ڈالا اور ان سے گم ہو گیا وہ جو وہ گھڑتے تھے۔</w:t>
      </w:r>
    </w:p>
    <w:p>
      <w:r>
        <w:rPr>
          <w:b/>
        </w:rPr>
        <w:t xml:space="preserve">[13:15] </w:t>
      </w:r>
      <w:r>
        <w:t>beshak tumhara rab wohi Allah hai jis ne aasmanon aur zameen ko chhe dinon mein paida kiya.</w:t>
      </w:r>
    </w:p>
    <w:p>
      <w:pPr>
        <w:jc w:val="right"/>
      </w:pPr>
      <w:r>
        <w:t>بے شک تمہارا رب وہی اللہ ہے جس نے آسمانوں اور زمین کو چھ دنوں میں پیدا کیا۔</w:t>
      </w:r>
    </w:p>
    <w:p>
      <w:r>
        <w:rPr>
          <w:b/>
        </w:rPr>
        <w:t xml:space="preserve">[13:20] </w:t>
      </w:r>
      <w:r>
        <w:t>phir woh arsh par mutamakin hua.</w:t>
      </w:r>
    </w:p>
    <w:p>
      <w:pPr>
        <w:jc w:val="right"/>
      </w:pPr>
      <w:r>
        <w:t>پھر وہ عرش پر متمکن ہوا۔</w:t>
      </w:r>
    </w:p>
    <w:p>
      <w:r>
        <w:rPr>
          <w:b/>
        </w:rPr>
        <w:t xml:space="preserve">[13:25] </w:t>
      </w:r>
      <w:r>
        <w:t>woh urata hai raat ko din par.</w:t>
      </w:r>
    </w:p>
    <w:p>
      <w:pPr>
        <w:jc w:val="right"/>
      </w:pPr>
      <w:r>
        <w:t>وہ اڑاتا ہے رات کو دن پر۔</w:t>
      </w:r>
    </w:p>
    <w:p>
      <w:r>
        <w:rPr>
          <w:b/>
        </w:rPr>
        <w:t xml:space="preserve">[13:30] </w:t>
      </w:r>
      <w:r>
        <w:t>din is ke peeche laga aata hai dota hua.</w:t>
      </w:r>
    </w:p>
    <w:p>
      <w:pPr>
        <w:jc w:val="right"/>
      </w:pPr>
      <w:r>
        <w:t>دن اس کے پیچھے لگا آتا ہے دوڑتا ہوا۔</w:t>
      </w:r>
    </w:p>
    <w:p>
      <w:r>
        <w:rPr>
          <w:b/>
        </w:rPr>
        <w:t xml:space="preserve">[13:35] </w:t>
      </w:r>
      <w:r>
        <w:t>aur us ne paida kiye suraj aur chand aur sitare.</w:t>
      </w:r>
    </w:p>
    <w:p>
      <w:pPr>
        <w:jc w:val="right"/>
      </w:pPr>
      <w:r>
        <w:t>اور اس نے پیدا کیے سورج اور چاند اور ستارے۔</w:t>
      </w:r>
    </w:p>
    <w:p>
      <w:r>
        <w:rPr>
          <w:b/>
        </w:rPr>
        <w:t xml:space="preserve">[13:39] </w:t>
      </w:r>
      <w:r>
        <w:t>sab tabedar hain is ke hukum ke.</w:t>
      </w:r>
    </w:p>
    <w:p>
      <w:pPr>
        <w:jc w:val="right"/>
      </w:pPr>
      <w:r>
        <w:t>سب تابعدار ہیں اس کے حکم کے۔</w:t>
      </w:r>
    </w:p>
    <w:p>
      <w:r>
        <w:rPr>
          <w:b/>
        </w:rPr>
        <w:t xml:space="preserve">[13:43] </w:t>
      </w:r>
      <w:r>
        <w:t>yad rakho isi ka kaam hai paida karna aur hukum karna.</w:t>
      </w:r>
    </w:p>
    <w:p>
      <w:pPr>
        <w:jc w:val="right"/>
      </w:pPr>
      <w:r>
        <w:t>یاد رکھو اسی کا کام ہے پیدا کرنا اور حکم کرنا۔</w:t>
      </w:r>
    </w:p>
    <w:p>
      <w:r>
        <w:rPr>
          <w:b/>
        </w:rPr>
        <w:t xml:space="preserve">[13:48] </w:t>
      </w:r>
      <w:r>
        <w:t>badi barkat wala hai Allah jo rab hai sare jahan ka.</w:t>
      </w:r>
    </w:p>
    <w:p>
      <w:pPr>
        <w:jc w:val="right"/>
      </w:pPr>
      <w:r>
        <w:t>بڑی برکت والا ہے اللہ جو رب ہے سارے جہاں کا۔</w:t>
      </w:r>
    </w:p>
    <w:p>
      <w:r>
        <w:rPr>
          <w:b/>
        </w:rPr>
        <w:t xml:space="preserve">[13:52] </w:t>
      </w:r>
      <w:r>
        <w:t>apne rab ko pukaaro ghadgadhate hue aur chupke chupke.</w:t>
      </w:r>
    </w:p>
    <w:p>
      <w:pPr>
        <w:jc w:val="right"/>
      </w:pPr>
      <w:r>
        <w:t>اپنے رب کو پکارو گڑگڑاتے ہوئے اور چپکے چپکے۔</w:t>
      </w:r>
    </w:p>
    <w:p>
      <w:r>
        <w:rPr>
          <w:b/>
        </w:rPr>
        <w:t xml:space="preserve">[13:56] </w:t>
      </w:r>
      <w:r>
        <w:t>yaqeenan woh had se guzarne walon ko pasand nahi karta.</w:t>
      </w:r>
    </w:p>
    <w:p>
      <w:pPr>
        <w:jc w:val="right"/>
      </w:pPr>
      <w:r>
        <w:t>یقینا وہ حد سے گزرنے والوں کو پسند نہیں کرتا۔</w:t>
      </w:r>
    </w:p>
    <w:p>
      <w:r>
        <w:rPr>
          <w:b/>
        </w:rPr>
        <w:t xml:space="preserve">[14:01] </w:t>
      </w:r>
      <w:r>
        <w:t>aur zameen mein fasad na karo is ki islaah ke baad aur</w:t>
      </w:r>
    </w:p>
    <w:p>
      <w:pPr>
        <w:jc w:val="right"/>
      </w:pPr>
      <w:r>
        <w:t>اور زمین میں فساد نہ کرو اس کی اصلاح کے بعد اور</w:t>
      </w:r>
    </w:p>
    <w:p>
      <w:r>
        <w:rPr>
          <w:b/>
        </w:rPr>
        <w:t xml:space="preserve">[14:05] </w:t>
      </w:r>
      <w:r>
        <w:t>isi ko pukaaro khauf ke sath aur ta'am ke sath.</w:t>
      </w:r>
    </w:p>
    <w:p>
      <w:pPr>
        <w:jc w:val="right"/>
      </w:pPr>
      <w:r>
        <w:t>اسی کو پکارو خوف کے ساتھ اور طمع کے ساتھ۔</w:t>
      </w:r>
    </w:p>
    <w:p>
      <w:r>
        <w:rPr>
          <w:b/>
        </w:rPr>
        <w:t xml:space="preserve">[14:09] </w:t>
      </w:r>
      <w:r>
        <w:t>yaqeenan Allah ki rehmat naik kaam karne walon se qareeb hai.</w:t>
      </w:r>
    </w:p>
    <w:p>
      <w:pPr>
        <w:jc w:val="right"/>
      </w:pPr>
      <w:r>
        <w:t>یقینا اللہ کی رحمت نیک کام کرنے والوں سے قریب ہے۔</w:t>
      </w:r>
    </w:p>
    <w:p>
      <w:r>
        <w:rPr>
          <w:b/>
        </w:rPr>
        <w:t xml:space="preserve">[14:14] </w:t>
      </w:r>
      <w:r>
        <w:t>aur woh Allah hi hai jo hawaon ko apni rehmat ke aage khushkhabri bana kar bhejta hai.</w:t>
      </w:r>
    </w:p>
    <w:p>
      <w:pPr>
        <w:jc w:val="right"/>
      </w:pPr>
      <w:r>
        <w:t>اور وہ اللہ ہی ہے جو ہواؤں کو اپنی رحمت کے آگے خوشخبری بنا کر بھیجتا ہے۔</w:t>
      </w:r>
    </w:p>
    <w:p>
      <w:r>
        <w:rPr>
          <w:b/>
        </w:rPr>
        <w:t xml:space="preserve">[14:18] </w:t>
      </w:r>
      <w:r>
        <w:t>phir jab woh bojhal badalon ko utha leti hain to hum us ko kisi khushk sarzamin ki taraf</w:t>
      </w:r>
    </w:p>
    <w:p>
      <w:pPr>
        <w:jc w:val="right"/>
      </w:pPr>
      <w:r>
        <w:t>پھر جب وہ بوجھل بادلوں کو اٹھا لیتی ہیں تو ہم اس کو کسی خشک سرزمین کی طرف</w:t>
      </w:r>
    </w:p>
    <w:p>
      <w:r>
        <w:rPr>
          <w:b/>
        </w:rPr>
        <w:t xml:space="preserve">[14:22] </w:t>
      </w:r>
      <w:r>
        <w:t>hanak dete hain.</w:t>
      </w:r>
    </w:p>
    <w:p>
      <w:pPr>
        <w:jc w:val="right"/>
      </w:pPr>
      <w:r>
        <w:t>ہانک دیتے ہیں۔</w:t>
      </w:r>
    </w:p>
    <w:p>
      <w:r>
        <w:rPr>
          <w:b/>
        </w:rPr>
        <w:t xml:space="preserve">[14:26] </w:t>
      </w:r>
      <w:r>
        <w:t>phir hum is ke zariye pani utarte hain.</w:t>
      </w:r>
    </w:p>
    <w:p>
      <w:pPr>
        <w:jc w:val="right"/>
      </w:pPr>
      <w:r>
        <w:t>پھر ہم اس کے ذریعے پانی اتارتے ہیں۔</w:t>
      </w:r>
    </w:p>
    <w:p>
      <w:r>
        <w:rPr>
          <w:b/>
        </w:rPr>
        <w:t xml:space="preserve">[14:31] </w:t>
      </w:r>
      <w:r>
        <w:t>phir hum is ke zariye se har qism ke phal nikalte hain.</w:t>
      </w:r>
    </w:p>
    <w:p>
      <w:pPr>
        <w:jc w:val="right"/>
      </w:pPr>
      <w:r>
        <w:t>پھر ہم اس کے ذریعے سے ہر قسم کے پھل نکالتے ہیں۔</w:t>
      </w:r>
    </w:p>
    <w:p>
      <w:r>
        <w:rPr>
          <w:b/>
        </w:rPr>
        <w:t xml:space="preserve">[14:35] </w:t>
      </w:r>
      <w:r>
        <w:t>isi tarah hum murdon ko nikalenge taake tum ghaur karo.</w:t>
      </w:r>
    </w:p>
    <w:p>
      <w:pPr>
        <w:jc w:val="right"/>
      </w:pPr>
      <w:r>
        <w:t>اسی طرح ہم مردوں کو نکالیں گے تاکہ تم غور کرو۔</w:t>
      </w:r>
    </w:p>
    <w:p>
      <w:r>
        <w:rPr>
          <w:b/>
        </w:rPr>
        <w:t xml:space="preserve">[14:40] </w:t>
      </w:r>
      <w:r>
        <w:t>aur jo zamin achhi hai us ki paidawar nikalti hai is ke rabb ke hukum se aur jo</w:t>
      </w:r>
    </w:p>
    <w:p>
      <w:pPr>
        <w:jc w:val="right"/>
      </w:pPr>
      <w:r>
        <w:t>اور جو زمین اچھی ہے اس کی پیداوار نکلتی ہے اس کے رب کے حکم سے اور جو</w:t>
      </w:r>
    </w:p>
    <w:p>
      <w:r>
        <w:rPr>
          <w:b/>
        </w:rPr>
        <w:t xml:space="preserve">[14:45] </w:t>
      </w:r>
      <w:r>
        <w:t>zamin kharab hai us ki paidawar kam hi hoti hai.</w:t>
      </w:r>
    </w:p>
    <w:p>
      <w:pPr>
        <w:jc w:val="right"/>
      </w:pPr>
      <w:r>
        <w:t>زمین خراب ہے اس کی پیداوار کم ہی ہوتی ہے۔</w:t>
      </w:r>
    </w:p>
    <w:p>
      <w:r>
        <w:rPr>
          <w:b/>
        </w:rPr>
        <w:t xml:space="preserve">[14:50] </w:t>
      </w:r>
      <w:r>
        <w:t>isi tarah hum apni nishaniyan mukhtalif pehluon se dikhate hain un ke liye jo shukr karne wale hain.</w:t>
      </w:r>
    </w:p>
    <w:p>
      <w:pPr>
        <w:jc w:val="right"/>
      </w:pPr>
      <w:r>
        <w:t>اسی طرح ہم اپنی نشانیاں مختلف پہلوؤں سے دکھاتے ہیں ان کے لیے جو شکر کرنے والے ہیں۔</w:t>
      </w:r>
    </w:p>
    <w:p>
      <w:r>
        <w:rPr>
          <w:b/>
        </w:rPr>
        <w:t xml:space="preserve">[14:55] </w:t>
      </w:r>
      <w:r>
        <w:t>hum ne Nuh ko us ki qaum ki taraf bheja.</w:t>
      </w:r>
    </w:p>
    <w:p>
      <w:pPr>
        <w:jc w:val="right"/>
      </w:pPr>
      <w:r>
        <w:t>ہم نے نوح کو اس کی قوم کی طرف بھیجا۔</w:t>
      </w:r>
    </w:p>
    <w:p>
      <w:r>
        <w:rPr>
          <w:b/>
        </w:rPr>
        <w:t xml:space="preserve">[15:00] </w:t>
      </w:r>
      <w:r>
        <w:t>Nuh ne kaha a mere qaum Allah ki ibadat k</w:t>
      </w:r>
    </w:p>
    <w:p>
      <w:pPr>
        <w:jc w:val="right"/>
      </w:pPr>
      <w:r>
        <w:t>نوح نے کہا اے میری قوم اللہ کی عبادت ک</w:t>
      </w:r>
    </w:p>
    <w:p>
      <w:r>
        <w:rPr>
          <w:b/>
        </w:rPr>
        <w:t xml:space="preserve">[15:05] </w:t>
      </w:r>
      <w:r>
        <w:t>ro.</w:t>
      </w:r>
    </w:p>
    <w:p>
      <w:pPr>
        <w:jc w:val="right"/>
      </w:pPr>
      <w:r>
        <w:t>رو۔</w:t>
      </w:r>
    </w:p>
    <w:p>
      <w:r>
        <w:rPr>
          <w:b/>
        </w:rPr>
        <w:t xml:space="preserve">[15:09] </w:t>
      </w:r>
      <w:r>
        <w:t>is ke siwa tumhara koi maabood nahin.</w:t>
      </w:r>
    </w:p>
    <w:p>
      <w:pPr>
        <w:jc w:val="right"/>
      </w:pPr>
      <w:r>
        <w:t>اس کے سوا تمہارا کوئی معبود نہیں۔</w:t>
      </w:r>
    </w:p>
    <w:p>
      <w:r>
        <w:rPr>
          <w:b/>
        </w:rPr>
        <w:t xml:space="preserve">[15:13] </w:t>
      </w:r>
      <w:r>
        <w:t>main tum par ek bade din ke azaab se darta hoon.</w:t>
      </w:r>
    </w:p>
    <w:p>
      <w:pPr>
        <w:jc w:val="right"/>
      </w:pPr>
      <w:r>
        <w:t>میں تم پر ایک بڑے دن کے عذاب سے ڈرتا ہوں۔</w:t>
      </w:r>
    </w:p>
    <w:p>
      <w:r>
        <w:rPr>
          <w:b/>
        </w:rPr>
        <w:t xml:space="preserve">[15:16] </w:t>
      </w:r>
      <w:r>
        <w:t>is ki qaum ke badon ne kaha ke hum ko to yeh nazar aata hai ke tum ek</w:t>
      </w:r>
    </w:p>
    <w:p>
      <w:pPr>
        <w:jc w:val="right"/>
      </w:pPr>
      <w:r>
        <w:t>اس کی قوم کے بڑوں نے کہا کہ ہم کو تو یہ نظر آتا ہے کہ تم ایک</w:t>
      </w:r>
    </w:p>
    <w:p>
      <w:r>
        <w:rPr>
          <w:b/>
        </w:rPr>
        <w:t xml:space="preserve">[15:20] </w:t>
      </w:r>
      <w:r>
        <w:t>khuli hui gumrahi mein mubtala ho.</w:t>
      </w:r>
    </w:p>
    <w:p>
      <w:pPr>
        <w:jc w:val="right"/>
      </w:pPr>
      <w:r>
        <w:t>کھلی ہوئی گمراہی میں مبتلا ہو۔</w:t>
      </w:r>
    </w:p>
    <w:p>
      <w:r>
        <w:rPr>
          <w:b/>
        </w:rPr>
        <w:t xml:space="preserve">[15:24] </w:t>
      </w:r>
      <w:r>
        <w:t>Nuh ne kaha ke a mere qaum mujh mein koi gumrahi nahin hai balke main bheja hua hoon</w:t>
      </w:r>
    </w:p>
    <w:p>
      <w:pPr>
        <w:jc w:val="right"/>
      </w:pPr>
      <w:r>
        <w:t>نوح نے کہا کہ اے میری قوم مجھ میں کوئی گمراہی نہیں ہے بلکہ میں بھیجا ہوا ہوں</w:t>
      </w:r>
    </w:p>
    <w:p>
      <w:r>
        <w:rPr>
          <w:b/>
        </w:rPr>
        <w:t xml:space="preserve">[15:28] </w:t>
      </w:r>
      <w:r>
        <w:t>sare alam ke parwardigar ka.</w:t>
      </w:r>
    </w:p>
    <w:p>
      <w:pPr>
        <w:jc w:val="right"/>
      </w:pPr>
      <w:r>
        <w:t>سارے عالم کے پروردگار کا۔</w:t>
      </w:r>
    </w:p>
    <w:p>
      <w:r>
        <w:rPr>
          <w:b/>
        </w:rPr>
        <w:t xml:space="preserve">[15:32] </w:t>
      </w:r>
      <w:r>
        <w:t>tum ko apne rabb ke paigham pahuncha raha hoon aur tumhari khair khwahi kar raha hoon</w:t>
      </w:r>
    </w:p>
    <w:p>
      <w:pPr>
        <w:jc w:val="right"/>
      </w:pPr>
      <w:r>
        <w:t>تم کو اپنے رب کے پیغامات پہنچا رہا ہوں اور تمہاری خیر خواہی کر رہا ہوں</w:t>
      </w:r>
    </w:p>
    <w:p>
      <w:r>
        <w:rPr>
          <w:b/>
        </w:rPr>
        <w:t xml:space="preserve">[15:35] </w:t>
      </w:r>
      <w:r>
        <w:t>aur main Allah ki taraf se woh baat janta hoon jo tum nahin jante.</w:t>
      </w:r>
    </w:p>
    <w:p>
      <w:pPr>
        <w:jc w:val="right"/>
      </w:pPr>
      <w:r>
        <w:t>اور میں اللہ کی طرف سے وہ بات جانتا ہوں جو تم نہیں جانتے۔</w:t>
      </w:r>
    </w:p>
    <w:p>
      <w:r>
        <w:rPr>
          <w:b/>
        </w:rPr>
        <w:t xml:space="preserve">[15:40] </w:t>
      </w:r>
      <w:r>
        <w:t>kya tum ko is par taajjub hua ke tumhare rabb ki naseehat tumhare paas tum hi mein se</w:t>
      </w:r>
    </w:p>
    <w:p>
      <w:pPr>
        <w:jc w:val="right"/>
      </w:pPr>
      <w:r>
        <w:t>کیا تم کو اس پر تعجب ہوا کہ تمہارے رب کی نصیحت تمہارے پاس تم ہی میں سے</w:t>
      </w:r>
    </w:p>
    <w:p>
      <w:r>
        <w:rPr>
          <w:b/>
        </w:rPr>
        <w:t xml:space="preserve">[15:45] </w:t>
      </w:r>
      <w:r>
        <w:t>ek shakhs ke zariye aai taake woh tum ko daraye aur taake tum bacho aur taake tum par</w:t>
      </w:r>
    </w:p>
    <w:p>
      <w:pPr>
        <w:jc w:val="right"/>
      </w:pPr>
      <w:r>
        <w:t>ایک شخص کے ذریعے آئی تاکہ وہ تم کو ڈرائے اور تاکہ تم بچو اور تاکہ تم پر</w:t>
      </w:r>
    </w:p>
    <w:p>
      <w:r>
        <w:rPr>
          <w:b/>
        </w:rPr>
        <w:t xml:space="preserve">[15:50] </w:t>
      </w:r>
      <w:r>
        <w:t>reham kiya jaye? pas unhon ne is ko jhutlaya.</w:t>
      </w:r>
    </w:p>
    <w:p>
      <w:pPr>
        <w:jc w:val="right"/>
      </w:pPr>
      <w:r>
        <w:t>رحم کیا جائے؟ پس انہوں نے اس کو جھٹلایا۔</w:t>
      </w:r>
    </w:p>
    <w:p>
      <w:r>
        <w:rPr>
          <w:b/>
        </w:rPr>
        <w:t xml:space="preserve">[15:55] </w:t>
      </w:r>
      <w:r>
        <w:t>phir hum ne Nuh ko bacha liya aur un logon ko bhi jo us ke sath kashti mein thay.</w:t>
      </w:r>
    </w:p>
    <w:p>
      <w:pPr>
        <w:jc w:val="right"/>
      </w:pPr>
      <w:r>
        <w:t>پھر ہم نے نوح کو بچا لیا اور ان لوگوں کو بھی جو اس کے ساتھ کشتی میں تھے۔</w:t>
      </w:r>
    </w:p>
    <w:p>
      <w:r>
        <w:rPr>
          <w:b/>
        </w:rPr>
        <w:t xml:space="preserve">[16:01] </w:t>
      </w:r>
      <w:r>
        <w:t>aur hum ne un logon ko dubo diya</w:t>
      </w:r>
    </w:p>
    <w:p>
      <w:pPr>
        <w:jc w:val="right"/>
      </w:pPr>
      <w:r>
        <w:t>اور ہم نے ان لوگوں کو ڈبو دیا</w:t>
      </w:r>
    </w:p>
    <w:p>
      <w:r>
        <w:rPr>
          <w:b/>
        </w:rPr>
        <w:t xml:space="preserve">[16:06] </w:t>
      </w:r>
      <w:r>
        <w:t>jinhon ne hamari nishaniyon ko jhutlaya tha. beshak woh log andhe the. aur aag ki taraf hum ne un ke bhai Hud ko bheja. unhon ne kaha aye meri qaum Allah ki ibadat karo. us ke siwa tumhara koi mabood nahi. so kya tum darte nahi? us ki qaum ke bade jo inkar kar rahe the bole hum to tum ko be-aqli mein mubtala dekhte hain aur hum ko guman hai ke tum jhoote ho.</w:t>
      </w:r>
    </w:p>
    <w:p>
      <w:pPr>
        <w:jc w:val="right"/>
      </w:pPr>
      <w:r>
        <w:t>جنہوں نے ہماری نشانیوں کو جھٹلایا تھا۔ بے شک وہ لوگ اندھے تھے۔ اور آگ کی طرف ہم نے ان کے بھائی ہود کو بھیجا۔ انہوں نے کہا اے میری قوم اللہ کی عبادت کرو۔ اس کے سوا تمہارا کوئی معبود نہیں۔ سو کیا تم ڈرتے نہیں؟ اس کی قوم کے بڑے جو انکار کر رہے تھے بولے ہم تو تم کو بے عقلی میں مبتلا دیکھتے ہیں اور ہم کو گمان ہے کہ تم جھوٹے ہو</w:t>
      </w:r>
    </w:p>
    <w:p>
      <w:r>
        <w:rPr>
          <w:b/>
        </w:rPr>
        <w:t xml:space="preserve">[16:36] </w:t>
      </w:r>
      <w:r>
        <w:t>.</w:t>
      </w:r>
    </w:p>
    <w:p>
      <w:pPr>
        <w:jc w:val="right"/>
      </w:pPr>
      <w:r>
        <w:t>۔</w:t>
      </w:r>
    </w:p>
    <w:p>
      <w:r>
        <w:rPr>
          <w:b/>
        </w:rPr>
        <w:t xml:space="preserve">[16:41] </w:t>
      </w:r>
      <w:r>
        <w:t>hud ne kaha ke a meri qaum mujhe kuch be aqli nahi balkay main khudaawand aalam ka rasool hoon.</w:t>
      </w:r>
    </w:p>
    <w:p>
      <w:pPr>
        <w:jc w:val="right"/>
      </w:pPr>
      <w:r>
        <w:t>ہود نے کہا کہ اے میری قوم مجھے کچھ بے عقلی نہیں بلکہ میں خداوند عالم کا رسول ہوں۔</w:t>
      </w:r>
    </w:p>
    <w:p>
      <w:r>
        <w:rPr>
          <w:b/>
        </w:rPr>
        <w:t xml:space="preserve">[16:46] </w:t>
      </w:r>
      <w:r>
        <w:t>tum ko apnay rab ke paighamat pohancha raha hoon aur tumhara khair khwah hoon aur ameen hoon.</w:t>
      </w:r>
    </w:p>
    <w:p>
      <w:pPr>
        <w:jc w:val="right"/>
      </w:pPr>
      <w:r>
        <w:t>تم کو اپنے رب کے پیغامات پہنچا رہا ہوں اور تمہارا خیر خواہ ہوں اور امین ہوں۔</w:t>
      </w:r>
    </w:p>
    <w:p>
      <w:r>
        <w:rPr>
          <w:b/>
        </w:rPr>
        <w:t xml:space="preserve">[16:51] </w:t>
      </w:r>
      <w:r>
        <w:t>kya tum ko is par taajjub hai ke tumhare paas tum hi mein se aik shakhs ke zariye</w:t>
      </w:r>
    </w:p>
    <w:p>
      <w:pPr>
        <w:jc w:val="right"/>
      </w:pPr>
      <w:r>
        <w:t>کیا تم کو اس پر تعجب ہے کہ تمہارے پاس تم ہی میں سے ایک شخص کے ذریعے</w:t>
      </w:r>
    </w:p>
    <w:p>
      <w:r>
        <w:rPr>
          <w:b/>
        </w:rPr>
        <w:t xml:space="preserve">[16:56] </w:t>
      </w:r>
      <w:r>
        <w:t>tumhare rab ki naseehat aayi taakeh woh tum ko daraye aur yaad karo jab ke us ne qaum</w:t>
      </w:r>
    </w:p>
    <w:p>
      <w:pPr>
        <w:jc w:val="right"/>
      </w:pPr>
      <w:r>
        <w:t>تمہارے رب کی نصیحت آئی تاکہ وہ تم کو ڈرائے اور یاد کرو جب کہ اس نے قوم</w:t>
      </w:r>
    </w:p>
    <w:p>
      <w:r>
        <w:rPr>
          <w:b/>
        </w:rPr>
        <w:t xml:space="preserve">[17:01] </w:t>
      </w:r>
      <w:r>
        <w:t>e nooh ke baad tum ko is ka jaanasheen banaya aur</w:t>
      </w:r>
    </w:p>
    <w:p>
      <w:pPr>
        <w:jc w:val="right"/>
      </w:pPr>
      <w:r>
        <w:t>نوح کے بعد تم کو اس کا جانشین بنایا اور</w:t>
      </w:r>
    </w:p>
    <w:p>
      <w:r>
        <w:rPr>
          <w:b/>
        </w:rPr>
        <w:t xml:space="preserve">[17:06] </w:t>
      </w:r>
      <w:r>
        <w:t>qad o qamat mein tum ko phailaao bhi ziyada diya.</w:t>
      </w:r>
    </w:p>
    <w:p>
      <w:pPr>
        <w:jc w:val="right"/>
      </w:pPr>
      <w:r>
        <w:t>ڈیل ڈول میں تم کو پھیلاؤ بھی زیادہ دیا۔</w:t>
      </w:r>
    </w:p>
    <w:p>
      <w:r>
        <w:rPr>
          <w:b/>
        </w:rPr>
        <w:t xml:space="preserve">[17:11] </w:t>
      </w:r>
      <w:r>
        <w:t>pas Allah ki nematon ko yaad karo taakeh tum falaah paao.</w:t>
      </w:r>
    </w:p>
    <w:p>
      <w:pPr>
        <w:jc w:val="right"/>
      </w:pPr>
      <w:r>
        <w:t>پس اللہ کی نعمتوں کو یاد کرو تاکہ تم فلاح پاؤ۔</w:t>
      </w:r>
    </w:p>
    <w:p>
      <w:r>
        <w:rPr>
          <w:b/>
        </w:rPr>
        <w:t xml:space="preserve">[17:16] </w:t>
      </w:r>
      <w:r>
        <w:t>hud ki qaum ne kaha kya tum hamare paas is liye aaye ho ke hum tanhaa Allah ki</w:t>
      </w:r>
    </w:p>
    <w:p>
      <w:pPr>
        <w:jc w:val="right"/>
      </w:pPr>
      <w:r>
        <w:t>ہود کی قوم نے کہا کیا تم ہمارے پاس اس لیے آئے ہو کہ ہم تنہا اللہ کی</w:t>
      </w:r>
    </w:p>
    <w:p>
      <w:r>
        <w:rPr>
          <w:b/>
        </w:rPr>
        <w:t xml:space="preserve">[17:21] </w:t>
      </w:r>
      <w:r>
        <w:t>ibadat karein aur un ko chhod dein jin ki ibadat hamare baap dada karte aaye hain? pas tum</w:t>
      </w:r>
    </w:p>
    <w:p>
      <w:pPr>
        <w:jc w:val="right"/>
      </w:pPr>
      <w:r>
        <w:t>عبادت کریں اور ان کو چھوڑ دیں جن کی عبادت ہمارے باپ دادا کرتے آئے ہیں؟ پس تم</w:t>
      </w:r>
    </w:p>
    <w:p>
      <w:r>
        <w:rPr>
          <w:b/>
        </w:rPr>
        <w:t xml:space="preserve">[17:26] </w:t>
      </w:r>
      <w:r>
        <w:t>jis azaab ki dhamki hum ko dete ho us ko le aao agar tum sachche ho.</w:t>
      </w:r>
    </w:p>
    <w:p>
      <w:pPr>
        <w:jc w:val="right"/>
      </w:pPr>
      <w:r>
        <w:t>جس عذاب کی دھمکی ہم کو دیتے ہو اس کو لے آؤ اگر تم سچے ہو۔</w:t>
      </w:r>
    </w:p>
    <w:p>
      <w:r>
        <w:rPr>
          <w:b/>
        </w:rPr>
        <w:t xml:space="preserve">[17:31] </w:t>
      </w:r>
      <w:r>
        <w:t>hud ne kaha tum par tumhare rab ki taraf se napaki</w:t>
      </w:r>
    </w:p>
    <w:p>
      <w:pPr>
        <w:jc w:val="right"/>
      </w:pPr>
      <w:r>
        <w:t>ہود نے کہا تم پر تمہارے رب کی طرف سے ناپاکی</w:t>
      </w:r>
    </w:p>
    <w:p>
      <w:r>
        <w:rPr>
          <w:b/>
        </w:rPr>
        <w:t xml:space="preserve">[17:36] </w:t>
      </w:r>
      <w:r>
        <w:t>aur ghussa waqe ho chuka hai.</w:t>
      </w:r>
    </w:p>
    <w:p>
      <w:pPr>
        <w:jc w:val="right"/>
      </w:pPr>
      <w:r>
        <w:t>اور غصہ واقع ہو چکا ہے۔</w:t>
      </w:r>
    </w:p>
    <w:p>
      <w:r>
        <w:rPr>
          <w:b/>
        </w:rPr>
        <w:t xml:space="preserve">[17:41] </w:t>
      </w:r>
      <w:r>
        <w:t>kya tum mujh se un namon par jhagadte ho jo tum ne aur tumhare baap dada ne rakh</w:t>
      </w:r>
    </w:p>
    <w:p>
      <w:pPr>
        <w:jc w:val="right"/>
      </w:pPr>
      <w:r>
        <w:t>کیا تم مجھ سے ان ناموں پر جھگڑتے ہو جو تم نے اور تمہارے باپ دادا نے رکھ</w:t>
      </w:r>
    </w:p>
    <w:p>
      <w:r>
        <w:rPr>
          <w:b/>
        </w:rPr>
        <w:t xml:space="preserve">[17:46] </w:t>
      </w:r>
      <w:r>
        <w:t>liye hain jin ki Khuda ne koi sanad nahi utari? pas intezaar karo main bhi tumhare saath intezaar</w:t>
      </w:r>
    </w:p>
    <w:p>
      <w:pPr>
        <w:jc w:val="right"/>
      </w:pPr>
      <w:r>
        <w:t>لیے ہیں جن کی خدا نے کوئی سند نہیں اتاری؟ پس انتظار کرو میں بھی تمہارے ساتھ انتظار</w:t>
      </w:r>
    </w:p>
    <w:p>
      <w:r>
        <w:rPr>
          <w:b/>
        </w:rPr>
        <w:t xml:space="preserve">[17:51] </w:t>
      </w:r>
      <w:r>
        <w:t>karne walon mein hoon.</w:t>
      </w:r>
    </w:p>
    <w:p>
      <w:pPr>
        <w:jc w:val="right"/>
      </w:pPr>
      <w:r>
        <w:t>کرنے والوں میں ہوں۔</w:t>
      </w:r>
    </w:p>
    <w:p>
      <w:r>
        <w:rPr>
          <w:b/>
        </w:rPr>
        <w:t xml:space="preserve">[17:56] </w:t>
      </w:r>
      <w:r>
        <w:t>phir hum ne bacha liya us ko aur jo us ke saath thay apni rehmat se.</w:t>
      </w:r>
    </w:p>
    <w:p>
      <w:pPr>
        <w:jc w:val="right"/>
      </w:pPr>
      <w:r>
        <w:t>پھر ہم نے بچا لیا اس کو اور جو اس کے ساتھ تھے اپنی رحمت سے۔</w:t>
      </w:r>
    </w:p>
    <w:p>
      <w:r>
        <w:rPr>
          <w:b/>
        </w:rPr>
        <w:t xml:space="preserve">[18:01] </w:t>
      </w:r>
      <w:r>
        <w:t>aur un logon ki jar kaat di jo hamari nishaniyon ko jhutlate thay aur mante</w:t>
      </w:r>
    </w:p>
    <w:p>
      <w:pPr>
        <w:jc w:val="right"/>
      </w:pPr>
      <w:r>
        <w:t>اور ان لوگوں کی جڑ کاٹ دی جو ہماری نشانیوں کو جھٹلاتے تھے اور مانتے</w:t>
      </w:r>
    </w:p>
    <w:p>
      <w:r>
        <w:rPr>
          <w:b/>
        </w:rPr>
        <w:t xml:space="preserve">[18:06] </w:t>
      </w:r>
      <w:r>
        <w:t>na thay.</w:t>
      </w:r>
    </w:p>
    <w:p>
      <w:pPr>
        <w:jc w:val="right"/>
      </w:pPr>
      <w:r>
        <w:t>نہ تھے۔</w:t>
      </w:r>
    </w:p>
    <w:p>
      <w:r>
        <w:rPr>
          <w:b/>
        </w:rPr>
        <w:t xml:space="preserve">[18:09] </w:t>
      </w:r>
      <w:r>
        <w:t>aur samood ki taraf hum ne un ke bhai saleh ko bheja.</w:t>
      </w:r>
    </w:p>
    <w:p>
      <w:pPr>
        <w:jc w:val="right"/>
      </w:pPr>
      <w:r>
        <w:t>اور ثمود کی طرف ہم نے ان کے بھائی صالح کو بھیجا۔</w:t>
      </w:r>
    </w:p>
    <w:p>
      <w:r>
        <w:rPr>
          <w:b/>
        </w:rPr>
        <w:t xml:space="preserve">[18:13] </w:t>
      </w:r>
      <w:r>
        <w:t>unhon ne kaha a meri qaum Allah ki ibadat karo.</w:t>
      </w:r>
    </w:p>
    <w:p>
      <w:pPr>
        <w:jc w:val="right"/>
      </w:pPr>
      <w:r>
        <w:t>انہوں نے کہا اے میری قوم اللہ کی عبادت کرو۔</w:t>
      </w:r>
    </w:p>
    <w:p>
      <w:r>
        <w:rPr>
          <w:b/>
        </w:rPr>
        <w:t xml:space="preserve">[18:17] </w:t>
      </w:r>
      <w:r>
        <w:t>us ke siwa tumhara koi maabood nahi.</w:t>
      </w:r>
    </w:p>
    <w:p>
      <w:pPr>
        <w:jc w:val="right"/>
      </w:pPr>
      <w:r>
        <w:t>اس کے سوا تمہارا کوئی معبود نہیں۔</w:t>
      </w:r>
    </w:p>
    <w:p>
      <w:r>
        <w:rPr>
          <w:b/>
        </w:rPr>
        <w:t xml:space="preserve">[18:21] </w:t>
      </w:r>
      <w:r>
        <w:t>tumhare paas tumhare rab ki taraf se aik khula hua nishan aa gaya hai.</w:t>
      </w:r>
    </w:p>
    <w:p>
      <w:pPr>
        <w:jc w:val="right"/>
      </w:pPr>
      <w:r>
        <w:t>تمہارے پاس تمہارے رب کی طرف سے ایک کھلا ہوا نشان آ گیا ہے۔</w:t>
      </w:r>
    </w:p>
    <w:p>
      <w:r>
        <w:rPr>
          <w:b/>
        </w:rPr>
        <w:t xml:space="preserve">[18:25] </w:t>
      </w:r>
      <w:r>
        <w:t>yeh Allah ki oontni tumhare liye aik nishani ke taur par hai.</w:t>
      </w:r>
    </w:p>
    <w:p>
      <w:pPr>
        <w:jc w:val="right"/>
      </w:pPr>
      <w:r>
        <w:t>یہ اللہ کی اونٹنی تمہارے لیے ایک نشانی کے طور پر ہے۔</w:t>
      </w:r>
    </w:p>
    <w:p>
      <w:r>
        <w:rPr>
          <w:b/>
        </w:rPr>
        <w:t xml:space="preserve">[18:28] </w:t>
      </w:r>
      <w:r>
        <w:t>pas us ko chhod do ke woh khaaye Allah ki zameen mein aur us ko koi nuksaan na</w:t>
      </w:r>
    </w:p>
    <w:p>
      <w:pPr>
        <w:jc w:val="right"/>
      </w:pPr>
      <w:r>
        <w:t>پس اس کو چھوڑ دو کہ وہ کھائے اللہ کی زمین میں اور اس کو کوئی گزند نہ</w:t>
      </w:r>
    </w:p>
    <w:p>
      <w:r>
        <w:rPr>
          <w:b/>
        </w:rPr>
        <w:t xml:space="preserve">[18:32] </w:t>
      </w:r>
      <w:r>
        <w:t>pehanchana warna tum ko</w:t>
      </w:r>
    </w:p>
    <w:p>
      <w:pPr>
        <w:jc w:val="right"/>
      </w:pPr>
      <w:r>
        <w:t>پہنچانا ورنہ تم کو</w:t>
      </w:r>
    </w:p>
    <w:p>
      <w:r>
        <w:rPr>
          <w:b/>
        </w:rPr>
        <w:t xml:space="preserve">[18:36] </w:t>
      </w:r>
      <w:r>
        <w:t>aik dardnak azab pakar lega.</w:t>
      </w:r>
    </w:p>
    <w:p>
      <w:pPr>
        <w:jc w:val="right"/>
      </w:pPr>
      <w:r>
        <w:t>ایک دردناک عذاب پکڑ لے گا۔</w:t>
      </w:r>
    </w:p>
    <w:p>
      <w:r>
        <w:rPr>
          <w:b/>
        </w:rPr>
        <w:t xml:space="preserve">[18:41] </w:t>
      </w:r>
      <w:r>
        <w:t>aur yaad karo jab ke khuda ne aag ke baad tum ko un ka jānshin banaya aur tum</w:t>
      </w:r>
    </w:p>
    <w:p>
      <w:pPr>
        <w:jc w:val="right"/>
      </w:pPr>
      <w:r>
        <w:t>اور یاد کرو جب کہ خدا نے آگ کے بعد تم کو ان کا جانشین بنایا اور تم</w:t>
      </w:r>
    </w:p>
    <w:p>
      <w:r>
        <w:rPr>
          <w:b/>
        </w:rPr>
        <w:t xml:space="preserve">[18:46] </w:t>
      </w:r>
      <w:r>
        <w:t>ko zameen mein thikāna diya.</w:t>
      </w:r>
    </w:p>
    <w:p>
      <w:pPr>
        <w:jc w:val="right"/>
      </w:pPr>
      <w:r>
        <w:t>کو زمین میں ٹھکانہ دیا۔</w:t>
      </w:r>
    </w:p>
    <w:p>
      <w:r>
        <w:rPr>
          <w:b/>
        </w:rPr>
        <w:t xml:space="preserve">[18:51] </w:t>
      </w:r>
      <w:r>
        <w:t>tum is ke maidanon mein mahal banate ho aur pahādon ko tarāsh kar ghar banate ho.</w:t>
      </w:r>
    </w:p>
    <w:p>
      <w:pPr>
        <w:jc w:val="right"/>
      </w:pPr>
      <w:r>
        <w:t>تم اس کے میدانوں میں محل بناتے ہو اور پہاڑوں کو تراش کر گھر بناتے ہو۔</w:t>
      </w:r>
    </w:p>
    <w:p>
      <w:r>
        <w:rPr>
          <w:b/>
        </w:rPr>
        <w:t xml:space="preserve">[18:56] </w:t>
      </w:r>
      <w:r>
        <w:t>pas Allah ki nematon ko yaad karo aur zameen mein fasād karte na phiro.</w:t>
      </w:r>
    </w:p>
    <w:p>
      <w:pPr>
        <w:jc w:val="right"/>
      </w:pPr>
      <w:r>
        <w:t>پس اللہ کی نعمتوں کو یاد کرو اور زمین میں فساد کرتے نہ پھرو۔</w:t>
      </w:r>
    </w:p>
    <w:p>
      <w:r>
        <w:rPr>
          <w:b/>
        </w:rPr>
        <w:t xml:space="preserve">[19:01] </w:t>
      </w:r>
      <w:r>
        <w:t>un ki qaum ke bade jinhon ne ghamand kiya woh un momineen se bole jo nadān gine jate the.</w:t>
      </w:r>
    </w:p>
    <w:p>
      <w:pPr>
        <w:jc w:val="right"/>
      </w:pPr>
      <w:r>
        <w:t>ان کی قوم کے بڑے جنہوں نے گھمنڈ کیا وہ ان مومنین سے بولے جو نادواں گنے جاتے تھے۔</w:t>
      </w:r>
    </w:p>
    <w:p>
      <w:r>
        <w:rPr>
          <w:b/>
        </w:rPr>
        <w:t xml:space="preserve">[19:06] </w:t>
      </w:r>
      <w:r>
        <w:t>kya tum ko yaqeen hai ke saleh apne rab ke bheje hue hain? unhon ne jawab diya ke hum to jo woh le kar aaye hain us par iman rakhte hain. woh mutakabir log kehne lage ke hum to is cheez ke munkir hain jis par tum iman laye ho. phir unhon ne oontni ko kaat dala aur apne rab ke hukum se phir gaye aur unhon ne kaha a saleh agar tum paighambar ho to woh azab hum par le aao jis se tum h</w:t>
      </w:r>
    </w:p>
    <w:p>
      <w:pPr>
        <w:jc w:val="right"/>
      </w:pPr>
      <w:r>
        <w:t>کیا تم کو یقین ہے کہ صالح اپنے رب کے بھیجے ہوئے ہیں؟ انہوں نے جواب دیا کہ ہم تو جو وہ لے کر آئے ہیں اس پر ایمان رکھتے ہیں۔ وہ متکبر لوگ کہنے لگے کہ ہم تو اس چیز کے منکر ہیں جس پر تم ایمان لائے ہو۔ پھر انہوں نے اونٹنی کو کاٹ ڈالا اور اپنے رب کے حکم سے پھر گئے اور انہوں نے کہا اے صالح اگر تم پیغمبر ہو تو وہ عذاب ہم پر لے آؤ جس سے تم ہ</w:t>
      </w:r>
    </w:p>
    <w:p>
      <w:r>
        <w:rPr>
          <w:b/>
        </w:rPr>
        <w:t xml:space="preserve">[19:36] </w:t>
      </w:r>
      <w:r>
        <w:t>tum ko dharate the.</w:t>
      </w:r>
    </w:p>
    <w:p>
      <w:pPr>
        <w:jc w:val="right"/>
      </w:pPr>
      <w:r>
        <w:t>م کو ڈراتے تھے۔</w:t>
      </w:r>
    </w:p>
    <w:p>
      <w:r>
        <w:rPr>
          <w:b/>
        </w:rPr>
        <w:t xml:space="preserve">[19:40] </w:t>
      </w:r>
      <w:r>
        <w:t>phir unhen zalzale ne ā pakda aur woh apne ghar mein undhe munh pade rah gae.</w:t>
      </w:r>
    </w:p>
    <w:p>
      <w:pPr>
        <w:jc w:val="right"/>
      </w:pPr>
      <w:r>
        <w:t>پھر انہیں زلزلے نے آ پکڑا اور وہ اپنے گھر میں اوندھے منہ پڑے رہ گئے۔</w:t>
      </w:r>
    </w:p>
    <w:p>
      <w:r>
        <w:rPr>
          <w:b/>
        </w:rPr>
        <w:t xml:space="preserve">[19:45] </w:t>
      </w:r>
      <w:r>
        <w:t>aur Sālih yeh kehta hua un ki bastiyon se nikal gaya ke ae meri qaum main ne tum</w:t>
      </w:r>
    </w:p>
    <w:p>
      <w:pPr>
        <w:jc w:val="right"/>
      </w:pPr>
      <w:r>
        <w:t>اور صالح یہ کہتا ہوا ان کی بستیوں سے نکل گیا کہ اے میری قوم میں نے تم</w:t>
      </w:r>
    </w:p>
    <w:p>
      <w:r>
        <w:rPr>
          <w:b/>
        </w:rPr>
        <w:t xml:space="preserve">[19:49] </w:t>
      </w:r>
      <w:r>
        <w:t>ko apne rab ka paigham pahuncha diya aur main ne tumhari khair khwāhi ki magar tum khair khwahon</w:t>
      </w:r>
    </w:p>
    <w:p>
      <w:pPr>
        <w:jc w:val="right"/>
      </w:pPr>
      <w:r>
        <w:t>کو اپنے رب کا پیغام پہنچا دیا اور میں نے تمہاری خیر خواہی کی مگر تم خیر خواہوں</w:t>
      </w:r>
    </w:p>
    <w:p>
      <w:r>
        <w:rPr>
          <w:b/>
        </w:rPr>
        <w:t xml:space="preserve">[19:53] </w:t>
      </w:r>
      <w:r>
        <w:t>ko pasand nahin karte.</w:t>
      </w:r>
    </w:p>
    <w:p>
      <w:pPr>
        <w:jc w:val="right"/>
      </w:pPr>
      <w:r>
        <w:t>کو پسند نہیں کرتے۔</w:t>
      </w:r>
    </w:p>
    <w:p>
      <w:r>
        <w:rPr>
          <w:b/>
        </w:rPr>
        <w:t xml:space="preserve">[19:57] </w:t>
      </w:r>
      <w:r>
        <w:t>aur hum ne Lut ko bhi bhejā.</w:t>
      </w:r>
    </w:p>
    <w:p>
      <w:pPr>
        <w:jc w:val="right"/>
      </w:pPr>
      <w:r>
        <w:t>اور ہم نے لوط کو بھیجا۔</w:t>
      </w:r>
    </w:p>
    <w:p>
      <w:r>
        <w:rPr>
          <w:b/>
        </w:rPr>
        <w:t xml:space="preserve">[20:02] </w:t>
      </w:r>
      <w:r>
        <w:t>jab us ne apni qaum se kaha kiya tum khuli be hayāi ka kaam karte ho jo tum</w:t>
      </w:r>
    </w:p>
    <w:p>
      <w:pPr>
        <w:jc w:val="right"/>
      </w:pPr>
      <w:r>
        <w:t>جب اس نے اپنی قوم سے کہا کیا تم کھلی بے حیائی کا کام کرتے ہو جو تم</w:t>
      </w:r>
    </w:p>
    <w:p>
      <w:r>
        <w:rPr>
          <w:b/>
        </w:rPr>
        <w:t xml:space="preserve">[20:06] </w:t>
      </w:r>
      <w:r>
        <w:t>se pehle dunya mein kisi ne nahin kiya? tum auraton ko chhod kar mardon se apni khwahish puri</w:t>
      </w:r>
    </w:p>
    <w:p>
      <w:pPr>
        <w:jc w:val="right"/>
      </w:pPr>
      <w:r>
        <w:t>سے پہلے دنیا میں کسی نے نہیں کیا؟ تم عورتوں کو چھوڑ کر مردوں سے اپنی خواہش پوری</w:t>
      </w:r>
    </w:p>
    <w:p>
      <w:r>
        <w:rPr>
          <w:b/>
        </w:rPr>
        <w:t xml:space="preserve">[20:10] </w:t>
      </w:r>
      <w:r>
        <w:t>karte ho balke tum had se guzar jane wale log ho.</w:t>
      </w:r>
    </w:p>
    <w:p>
      <w:pPr>
        <w:jc w:val="right"/>
      </w:pPr>
      <w:r>
        <w:t>کرتے ہو بلکہ تم حد سے گزر جانے والے لوگ ہو۔</w:t>
      </w:r>
    </w:p>
    <w:p>
      <w:r>
        <w:rPr>
          <w:b/>
        </w:rPr>
        <w:t xml:space="preserve">[20:15] </w:t>
      </w:r>
      <w:r>
        <w:t>magar us ki qaum ka jawab is ke siwa kuch na tha ke unhen apni basti se nikal do.</w:t>
      </w:r>
    </w:p>
    <w:p>
      <w:pPr>
        <w:jc w:val="right"/>
      </w:pPr>
      <w:r>
        <w:t>مگر اس کی قوم کا جواب اس کے سوا کچھ نہ تھا کہ انہیں اپنی بستی سے نکال دو۔</w:t>
      </w:r>
    </w:p>
    <w:p>
      <w:r>
        <w:rPr>
          <w:b/>
        </w:rPr>
        <w:t xml:space="preserve">[20:19] </w:t>
      </w:r>
      <w:r>
        <w:t>yeh log bade pak bāz bante hain.</w:t>
      </w:r>
    </w:p>
    <w:p>
      <w:pPr>
        <w:jc w:val="right"/>
      </w:pPr>
      <w:r>
        <w:t>یہ لوگ بڑے پاک باز بنتے ہیں۔</w:t>
      </w:r>
    </w:p>
    <w:p>
      <w:r>
        <w:rPr>
          <w:b/>
        </w:rPr>
        <w:t xml:space="preserve">[20:23] </w:t>
      </w:r>
      <w:r>
        <w:t>phir hum ne bachā liya Lut ko aur us ke ghar walon ko us ki biwi ke siwa</w:t>
      </w:r>
    </w:p>
    <w:p>
      <w:pPr>
        <w:jc w:val="right"/>
      </w:pPr>
      <w:r>
        <w:t>پھر ہم نے بچا لیا لوط کو اور اس کے گھر والوں کو اس کی بیوی کے سوا</w:t>
      </w:r>
    </w:p>
    <w:p>
      <w:r>
        <w:rPr>
          <w:b/>
        </w:rPr>
        <w:t xml:space="preserve">[20:28] </w:t>
      </w:r>
      <w:r>
        <w:t>jo pichhe rah jane walon mein se bani.</w:t>
      </w:r>
    </w:p>
    <w:p>
      <w:pPr>
        <w:jc w:val="right"/>
      </w:pPr>
      <w:r>
        <w:t>جو پیچھے رہ جانے والوں میں سے بنی۔</w:t>
      </w:r>
    </w:p>
    <w:p>
      <w:r>
        <w:rPr>
          <w:b/>
        </w:rPr>
        <w:t xml:space="preserve">[20:32] </w:t>
      </w:r>
      <w:r>
        <w:t>aur hum ne un par</w:t>
      </w:r>
    </w:p>
    <w:p>
      <w:pPr>
        <w:jc w:val="right"/>
      </w:pPr>
      <w:r>
        <w:t>اور ہم نے ان پر</w:t>
      </w:r>
    </w:p>
    <w:p>
      <w:r>
        <w:rPr>
          <w:b/>
        </w:rPr>
        <w:t xml:space="preserve">[20:36] </w:t>
      </w:r>
      <w:r>
        <w:t>bārish barsāi pattharon ki phir dekho kaisa anjām hua mujrimon ka.</w:t>
      </w:r>
    </w:p>
    <w:p>
      <w:pPr>
        <w:jc w:val="right"/>
      </w:pPr>
      <w:r>
        <w:t>بارش برسائی پتھروں کی پھر دیکھو کیسا انجام ہوا مجرموں کا۔</w:t>
      </w:r>
    </w:p>
    <w:p>
      <w:r>
        <w:rPr>
          <w:b/>
        </w:rPr>
        <w:t xml:space="preserve">[20:40] </w:t>
      </w:r>
      <w:r>
        <w:t>aur Madyan ki taraf hum ne un ke bhāi Shuaib ko bhejā.</w:t>
      </w:r>
    </w:p>
    <w:p>
      <w:pPr>
        <w:jc w:val="right"/>
      </w:pPr>
      <w:r>
        <w:t>اور مدین کی طرف ہم نے ان کے بھائی شعیب کو بھیجا۔</w:t>
      </w:r>
    </w:p>
    <w:p>
      <w:r>
        <w:rPr>
          <w:b/>
        </w:rPr>
        <w:t xml:space="preserve">[20:45] </w:t>
      </w:r>
      <w:r>
        <w:t>us ne kaha ae meri qaum Allah ki ibādat karo.</w:t>
      </w:r>
    </w:p>
    <w:p>
      <w:pPr>
        <w:jc w:val="right"/>
      </w:pPr>
      <w:r>
        <w:t>اس نے کہا اے میری قوم اللہ کی عبادت کرو۔</w:t>
      </w:r>
    </w:p>
    <w:p>
      <w:r>
        <w:rPr>
          <w:b/>
        </w:rPr>
        <w:t xml:space="preserve">[20:49] </w:t>
      </w:r>
      <w:r>
        <w:t>is ke siwa koi tumhara maabood nahin.</w:t>
      </w:r>
    </w:p>
    <w:p>
      <w:pPr>
        <w:jc w:val="right"/>
      </w:pPr>
      <w:r>
        <w:t>اس کے سوا کوئی تمہارا معبود نہیں۔</w:t>
      </w:r>
    </w:p>
    <w:p>
      <w:r>
        <w:rPr>
          <w:b/>
        </w:rPr>
        <w:t xml:space="preserve">[20:53] </w:t>
      </w:r>
      <w:r>
        <w:t>tumhare pas tumhare rab ki taraf se dalil pahunch chuki hai.</w:t>
      </w:r>
    </w:p>
    <w:p>
      <w:pPr>
        <w:jc w:val="right"/>
      </w:pPr>
      <w:r>
        <w:t>تمہارے پاس تمہارے رب کی طرف سے دلیل پہنچ چکی ہے۔</w:t>
      </w:r>
    </w:p>
    <w:p>
      <w:r>
        <w:rPr>
          <w:b/>
        </w:rPr>
        <w:t xml:space="preserve">[20:58] </w:t>
      </w:r>
      <w:r>
        <w:t>pas naap aur tol poori karo aur mat ghata do logon ko un ki cheezon ko.</w:t>
      </w:r>
    </w:p>
    <w:p>
      <w:pPr>
        <w:jc w:val="right"/>
      </w:pPr>
      <w:r>
        <w:t>پس ناپ اور تول پوری کرو اور مت گھٹا کر دو لوگوں کو ان کی چیزیں۔</w:t>
      </w:r>
    </w:p>
    <w:p>
      <w:r>
        <w:rPr>
          <w:b/>
        </w:rPr>
        <w:t xml:space="preserve">[21:02] </w:t>
      </w:r>
      <w:r>
        <w:t>aur fasad na dalo zameen mein</w:t>
      </w:r>
    </w:p>
    <w:p>
      <w:pPr>
        <w:jc w:val="right"/>
      </w:pPr>
      <w:r>
        <w:t>اور فساد نہ ڈالو زمین میں</w:t>
      </w:r>
    </w:p>
    <w:p>
      <w:r>
        <w:rPr>
          <w:b/>
        </w:rPr>
        <w:t xml:space="preserve">[21:07] </w:t>
      </w:r>
      <w:r>
        <w:t>is ki islaah ke baad.</w:t>
      </w:r>
    </w:p>
    <w:p>
      <w:pPr>
        <w:jc w:val="right"/>
      </w:pPr>
      <w:r>
        <w:t>اس کی اصلاح کے بعد۔</w:t>
      </w:r>
    </w:p>
    <w:p>
      <w:r>
        <w:rPr>
          <w:b/>
        </w:rPr>
        <w:t xml:space="preserve">[21:11] </w:t>
      </w:r>
      <w:r>
        <w:t>yeh tumhare haq mein behtar hai agar tum momin ho.</w:t>
      </w:r>
    </w:p>
    <w:p>
      <w:pPr>
        <w:jc w:val="right"/>
      </w:pPr>
      <w:r>
        <w:t>یہ تمہارے حق میں بہتر ہے اگر تم مومن ہو۔</w:t>
      </w:r>
    </w:p>
    <w:p>
      <w:r>
        <w:rPr>
          <w:b/>
        </w:rPr>
        <w:t xml:space="preserve">[21:15] </w:t>
      </w:r>
      <w:r>
        <w:t>aur raston par mat baitho ke darao aur Allah ki raah se un logon ko roko jo is</w:t>
      </w:r>
    </w:p>
    <w:p>
      <w:pPr>
        <w:jc w:val="right"/>
      </w:pPr>
      <w:r>
        <w:t>اور راستوں پر مت بیٹھو کہ ڈراؤ اور اللہ کی راہ سے ان لوگوں کو روکو جو اس</w:t>
      </w:r>
    </w:p>
    <w:p>
      <w:r>
        <w:rPr>
          <w:b/>
        </w:rPr>
        <w:t xml:space="preserve">[21:19] </w:t>
      </w:r>
      <w:r>
        <w:t>par imaan la chuke hain aur is raah mein kijee talaash karo.</w:t>
      </w:r>
    </w:p>
    <w:p>
      <w:pPr>
        <w:jc w:val="right"/>
      </w:pPr>
      <w:r>
        <w:t>پر ایمان لا چکے ہیں اور اس راہ میں کجی تلاش کرو۔</w:t>
      </w:r>
    </w:p>
    <w:p>
      <w:r>
        <w:rPr>
          <w:b/>
        </w:rPr>
        <w:t xml:space="preserve">[21:24] </w:t>
      </w:r>
      <w:r>
        <w:t>aur yaad karo jab ke tum bohat thore thay phir tum ko barha diya aur dekho fasad karne</w:t>
      </w:r>
    </w:p>
    <w:p>
      <w:pPr>
        <w:jc w:val="right"/>
      </w:pPr>
      <w:r>
        <w:t>اور یاد کرو جب کہ تم بہت تھوڑے تھے پھر تم کو بڑھا دیا اور دیکھو فساد کرنے</w:t>
      </w:r>
    </w:p>
    <w:p>
      <w:r>
        <w:rPr>
          <w:b/>
        </w:rPr>
        <w:t xml:space="preserve">[21:28] </w:t>
      </w:r>
      <w:r>
        <w:t>walon ka anjaam kya hua.</w:t>
      </w:r>
    </w:p>
    <w:p>
      <w:pPr>
        <w:jc w:val="right"/>
      </w:pPr>
      <w:r>
        <w:t>والوں کا انجام کیا ہوا۔</w:t>
      </w:r>
    </w:p>
    <w:p>
      <w:r>
        <w:rPr>
          <w:b/>
        </w:rPr>
        <w:t xml:space="preserve">[21:32] </w:t>
      </w:r>
      <w:r>
        <w:t>aur agar tum mein se ek giroh is par imaan laya hai jo de kar</w:t>
      </w:r>
    </w:p>
    <w:p>
      <w:pPr>
        <w:jc w:val="right"/>
      </w:pPr>
      <w:r>
        <w:t>اور اگر تم میں سے ایک گروہ اس پر ایمان لایا ہے جو دے کر</w:t>
      </w:r>
    </w:p>
    <w:p>
      <w:r>
        <w:rPr>
          <w:b/>
        </w:rPr>
        <w:t xml:space="preserve">[21:37] </w:t>
      </w:r>
      <w:r>
        <w:t>mein bhi bheja gaya hoon aur ek giroh imaan nahi laya hai to intezaar karo yahan tak ke Allah</w:t>
      </w:r>
    </w:p>
    <w:p>
      <w:pPr>
        <w:jc w:val="right"/>
      </w:pPr>
      <w:r>
        <w:t>میں بھیجا گیا ہوں اور ایک گروہ ایمان نہیں لایا ہے تو انتظار کرو یہاں تک کہ اللہ</w:t>
      </w:r>
    </w:p>
    <w:p>
      <w:r>
        <w:rPr>
          <w:b/>
        </w:rPr>
        <w:t xml:space="preserve">[21:42] </w:t>
      </w:r>
      <w:r>
        <w:t>hamare darmiyan faisla kar de aur woh behtar faisla karne wala hai.</w:t>
      </w:r>
    </w:p>
    <w:p>
      <w:pPr>
        <w:jc w:val="right"/>
      </w:pPr>
      <w:r>
        <w:t>ہمارے درمیان فیصلہ کر دے اور وہ بہتر فیصلہ کرنے والا ہے۔</w:t>
      </w:r>
    </w:p>
    <w:p>
      <w:r>
        <w:rPr>
          <w:b/>
        </w:rPr>
        <w:t xml:space="preserve">[21:47] </w:t>
      </w:r>
      <w:r>
        <w:t>qaum ke bade jo mutakabbir thay unhon ne kaha ke aye shuaib hum tum ko aur un logon</w:t>
      </w:r>
    </w:p>
    <w:p>
      <w:pPr>
        <w:jc w:val="right"/>
      </w:pPr>
      <w:r>
        <w:t>قوم کے بڑے جو متکبر تھے انہوں نے کہا کہ اے شعیب ہم تم کو اور ان لوگوں</w:t>
      </w:r>
    </w:p>
    <w:p>
      <w:r>
        <w:rPr>
          <w:b/>
        </w:rPr>
        <w:t xml:space="preserve">[21:52] </w:t>
      </w:r>
      <w:r>
        <w:t>ko jo tumhare saath imaan laye hain apni basti se nikaal den ge ya tum hamari millat mein</w:t>
      </w:r>
    </w:p>
    <w:p>
      <w:pPr>
        <w:jc w:val="right"/>
      </w:pPr>
      <w:r>
        <w:t>کو جو تمہارے ساتھ ایمان لائے ہیں اپنی بستی سے نکال دیں گے یا تم ہماری ملت میں</w:t>
      </w:r>
    </w:p>
    <w:p>
      <w:r>
        <w:rPr>
          <w:b/>
        </w:rPr>
        <w:t xml:space="preserve">[21:57] </w:t>
      </w:r>
      <w:r>
        <w:t>phir aa jao.</w:t>
      </w:r>
    </w:p>
    <w:p>
      <w:pPr>
        <w:jc w:val="right"/>
      </w:pPr>
      <w:r>
        <w:t>پھر آ جاؤ۔</w:t>
      </w:r>
    </w:p>
    <w:p>
      <w:r>
        <w:rPr>
          <w:b/>
        </w:rPr>
        <w:t xml:space="preserve">[22:02] </w:t>
      </w:r>
      <w:r>
        <w:t>shuaib ne kaha kya hum bezaar hon</w:t>
      </w:r>
    </w:p>
    <w:p>
      <w:pPr>
        <w:jc w:val="right"/>
      </w:pPr>
      <w:r>
        <w:t>شعیب نے کہا کیا ہم بیزار ہوں</w:t>
      </w:r>
    </w:p>
    <w:p>
      <w:r>
        <w:rPr>
          <w:b/>
        </w:rPr>
        <w:t xml:space="preserve">[22:07] </w:t>
      </w:r>
      <w:r>
        <w:t>tab bhi? hum Allah par jhoot ghadne wale honge agar hum tumhari millat mein laut aayein baad is ke ke Allah ne hum ko is se nijaat di. aur hum se yeh mumkin nahi ke hum is millat mein laut aayein magar yeh ke khuda hamara rab hi aisa chahe. hamara rab har cheez ko apne ilm se ghere hue hai. hum ne apne rab par bharosa kiya. a hamare rab hamare aur hamari qaum ke darmiyan haq ke saath</w:t>
      </w:r>
    </w:p>
    <w:p>
      <w:pPr>
        <w:jc w:val="right"/>
      </w:pPr>
      <w:r>
        <w:t>تب بھی؟ ہم اللہ پر جھوٹ گھڑنے والے ہوں گے اگر ہم تمہاری ملت میں لوٹ آئیں بعد اس کے کہ اللہ نے ہم کو اس سے نجات دی۔ اور ہم سے یہ ممکن نہیں کہ ہم اس ملت میں لوٹ آئیں مگر یہ کہ خدا ہمارا رب ہی ایسا چاہے۔ ہمارا رب ہر چیز کو اپنے علم سے گھیرے ہوئے ہے۔ ہم نے اپنے رب پر بھروسہ کیا۔ اے ہمارے رب ہمارے اور ہماری قوم کے درمیان حق کے ساتھ</w:t>
      </w:r>
    </w:p>
    <w:p>
      <w:r>
        <w:rPr>
          <w:b/>
        </w:rPr>
        <w:t xml:space="preserve">[22:37] </w:t>
      </w:r>
      <w:r>
        <w:t>faisla kar de.</w:t>
      </w:r>
    </w:p>
    <w:p>
      <w:pPr>
        <w:jc w:val="right"/>
      </w:pPr>
      <w:r>
        <w:t>فیصلہ کر دے۔</w:t>
      </w:r>
    </w:p>
    <w:p>
      <w:r>
        <w:rPr>
          <w:b/>
        </w:rPr>
        <w:t xml:space="preserve">[22:41] </w:t>
      </w:r>
      <w:r>
        <w:t>to behtareen faisla karne wala hai.</w:t>
      </w:r>
    </w:p>
    <w:p>
      <w:pPr>
        <w:jc w:val="right"/>
      </w:pPr>
      <w:r>
        <w:t>تو بہترین فیصلہ کرنے والا ہے۔</w:t>
      </w:r>
    </w:p>
    <w:p>
      <w:r>
        <w:rPr>
          <w:b/>
        </w:rPr>
        <w:t xml:space="preserve">[22:46] </w:t>
      </w:r>
      <w:r>
        <w:t>aur un badeon ne jinhon ne is ki qaum mein se inkaar kiya tha kaha ke agar tum</w:t>
      </w:r>
    </w:p>
    <w:p>
      <w:pPr>
        <w:jc w:val="right"/>
      </w:pPr>
      <w:r>
        <w:t>اور ان بڑوں نے جنہوں نے اس کی قوم میں سے انکار کیا تھا کہا کہ اگر تم</w:t>
      </w:r>
    </w:p>
    <w:p>
      <w:r>
        <w:rPr>
          <w:b/>
        </w:rPr>
        <w:t xml:space="preserve">[22:50] </w:t>
      </w:r>
      <w:r>
        <w:t>shuaib ki pairwi karoge to tum barbaad ho jaoge.</w:t>
      </w:r>
    </w:p>
    <w:p>
      <w:pPr>
        <w:jc w:val="right"/>
      </w:pPr>
      <w:r>
        <w:t>شعیب کی پیروی کرو گے تو تم برباد ہو جاؤ گے۔</w:t>
      </w:r>
    </w:p>
    <w:p>
      <w:r>
        <w:rPr>
          <w:b/>
        </w:rPr>
        <w:t xml:space="preserve">[22:54] </w:t>
      </w:r>
      <w:r>
        <w:t>phir un ko zalzale ne pakad liya pas woh apne ghar mein oondhe mun pade reh gaye jinhon</w:t>
      </w:r>
    </w:p>
    <w:p>
      <w:pPr>
        <w:jc w:val="right"/>
      </w:pPr>
      <w:r>
        <w:t>پھر ان کو زلزلے نے پکڑ لیا پس وہ اپنے گھر میں اوندھے منہ پڑے رہ گئے جنہوں</w:t>
      </w:r>
    </w:p>
    <w:p>
      <w:r>
        <w:rPr>
          <w:b/>
        </w:rPr>
        <w:t xml:space="preserve">[22:58] </w:t>
      </w:r>
      <w:r>
        <w:t>ne shuaib ko jhutlaya tha goya woh kabhi is basti mein base hi na thay.</w:t>
      </w:r>
    </w:p>
    <w:p>
      <w:pPr>
        <w:jc w:val="right"/>
      </w:pPr>
      <w:r>
        <w:t>نے شعیب کو جھٹلایا تھا گویا وہ کبھی اس بستی میں بسے ہی نہ تھے۔</w:t>
      </w:r>
    </w:p>
    <w:p>
      <w:r>
        <w:rPr>
          <w:b/>
        </w:rPr>
        <w:t xml:space="preserve">[23:03] </w:t>
      </w:r>
      <w:r>
        <w:t>jinhon ne shuaib ko jhutlaya wohi ghaate mein</w:t>
      </w:r>
    </w:p>
    <w:p>
      <w:pPr>
        <w:jc w:val="right"/>
      </w:pPr>
      <w:r>
        <w:t>جنہوں نے شعیب کو جھٹلایا وہی گھاٹے میں</w:t>
      </w:r>
    </w:p>
    <w:p>
      <w:r>
        <w:rPr>
          <w:b/>
        </w:rPr>
        <w:t xml:space="preserve">[23:07] </w:t>
      </w:r>
      <w:r>
        <w:t>reh gaye.</w:t>
      </w:r>
    </w:p>
    <w:p>
      <w:pPr>
        <w:jc w:val="right"/>
      </w:pPr>
      <w:r>
        <w:t>رہے۔</w:t>
      </w:r>
    </w:p>
    <w:p>
      <w:r>
        <w:rPr>
          <w:b/>
        </w:rPr>
        <w:t xml:space="preserve">[23:12] </w:t>
      </w:r>
      <w:r>
        <w:t>us waqt shuaib un se mun mor kar chala aur kaha aye meri qaum mein tum ko apne</w:t>
      </w:r>
    </w:p>
    <w:p>
      <w:pPr>
        <w:jc w:val="right"/>
      </w:pPr>
      <w:r>
        <w:t>اس وقت شعیب ان سے منہ موڑ کر چلا اور کہا اے میری قوم میں تم کو اپنے</w:t>
      </w:r>
    </w:p>
    <w:p>
      <w:r>
        <w:rPr>
          <w:b/>
        </w:rPr>
        <w:t xml:space="preserve">[23:17] </w:t>
      </w:r>
      <w:r>
        <w:t>rab ke paigham pahuncha chuka aur tumhari khair khwahi kar chuka ab mein kya afsos karoon munkiron par.</w:t>
      </w:r>
    </w:p>
    <w:p>
      <w:pPr>
        <w:jc w:val="right"/>
      </w:pPr>
      <w:r>
        <w:t>رب کے پیغامات پہنچا چکا اور تمہاری خیر خواہی کر چکا اب میں کیا افسوس کروں منکروں پر۔</w:t>
      </w:r>
    </w:p>
    <w:p>
      <w:r>
        <w:rPr>
          <w:b/>
        </w:rPr>
        <w:t xml:space="preserve">[23:22] </w:t>
      </w:r>
      <w:r>
        <w:t>aur hum ne jis basti mein bhi koi nabi bheja us ke bashindon ko hum ne sakhti aur</w:t>
      </w:r>
    </w:p>
    <w:p>
      <w:pPr>
        <w:jc w:val="right"/>
      </w:pPr>
      <w:r>
        <w:t>اور ہم نے جس بستی میں بھی کوئی نبی بھیجا اس کے باشندوں کو ہم نے سختی اور</w:t>
      </w:r>
    </w:p>
    <w:p>
      <w:r>
        <w:rPr>
          <w:b/>
        </w:rPr>
        <w:t xml:space="preserve">[23:27] </w:t>
      </w:r>
      <w:r>
        <w:t>takleef mein mubtala kiya taake woh gurgurain.</w:t>
      </w:r>
    </w:p>
    <w:p>
      <w:pPr>
        <w:jc w:val="right"/>
      </w:pPr>
      <w:r>
        <w:t>تکلیف میں مبتلا کیا تاکہ وہ گڑگڑائیں۔</w:t>
      </w:r>
    </w:p>
    <w:p>
      <w:r>
        <w:rPr>
          <w:b/>
        </w:rPr>
        <w:t xml:space="preserve">[23:32] </w:t>
      </w:r>
      <w:r>
        <w:t>phir hum ne dukh ko sukh se badal diya yahan tak ke unhein khoob</w:t>
      </w:r>
    </w:p>
    <w:p>
      <w:pPr>
        <w:jc w:val="right"/>
      </w:pPr>
      <w:r>
        <w:t>پھر ہم نے دکھ کو سکھ سے بدل دیا یہاں تک کہ انہیں خوب</w:t>
      </w:r>
    </w:p>
    <w:p>
      <w:r>
        <w:rPr>
          <w:b/>
        </w:rPr>
        <w:t xml:space="preserve">[23:37] </w:t>
      </w:r>
      <w:r>
        <w:t>tarraqi hui aur woh kehne lage ke takleef aur khushi to hamare baap dadau ko bhi pahunchti rahi hai.</w:t>
      </w:r>
    </w:p>
    <w:p>
      <w:pPr>
        <w:jc w:val="right"/>
      </w:pPr>
      <w:r>
        <w:t>ترقی ہوئی اور وہ کہنے لگے کہ تکلیف اور خوشی تو ہمارے باپ داداؤں کو بھی پہنچتی رہی ہے۔</w:t>
      </w:r>
    </w:p>
    <w:p>
      <w:r>
        <w:rPr>
          <w:b/>
        </w:rPr>
        <w:t xml:space="preserve">[23:43] </w:t>
      </w:r>
      <w:r>
        <w:t>phir hum ne un ko achaanak pakad liya aur woh is ka gumaan bhi na rakhte thay.</w:t>
      </w:r>
    </w:p>
    <w:p>
      <w:pPr>
        <w:jc w:val="right"/>
      </w:pPr>
      <w:r>
        <w:t>پھر ہم نے ان کو اچانک پکڑ لیا اور وہ اس کا گمان بھی نہ رکھتے تھے۔</w:t>
      </w:r>
    </w:p>
    <w:p>
      <w:r>
        <w:rPr>
          <w:b/>
        </w:rPr>
        <w:t xml:space="preserve">[23:49] </w:t>
      </w:r>
      <w:r>
        <w:t>aur agar bastiyon wale imaan laate aur darte to hum un par aasman aur zameen ki nematein khol dete.</w:t>
      </w:r>
    </w:p>
    <w:p>
      <w:pPr>
        <w:jc w:val="right"/>
      </w:pPr>
      <w:r>
        <w:t>اور اگر بستیوں والے ایمان لاتے اور ڈرتے تو ہم ان پر آسمان اور زمین کی نعمتیں کھول دیتے۔</w:t>
      </w:r>
    </w:p>
    <w:p>
      <w:r>
        <w:rPr>
          <w:b/>
        </w:rPr>
        <w:t xml:space="preserve">[23:55] </w:t>
      </w:r>
      <w:r>
        <w:t>magar unhone jhutlaya to hum ne un ko pakad liya un ke aamaal ke badle.</w:t>
      </w:r>
    </w:p>
    <w:p>
      <w:pPr>
        <w:jc w:val="right"/>
      </w:pPr>
      <w:r>
        <w:t>مگر انہوں نے جھٹلایا تو ہم نے ان کو پکڑ لیا ان کے اعمال کے بدلے۔</w:t>
      </w:r>
    </w:p>
    <w:p>
      <w:r>
        <w:rPr>
          <w:b/>
        </w:rPr>
        <w:t xml:space="preserve">[24:01] </w:t>
      </w:r>
      <w:r>
        <w:t>phir kya basti wale is se be khauf ho gaye hain ke un</w:t>
      </w:r>
    </w:p>
    <w:p>
      <w:pPr>
        <w:jc w:val="right"/>
      </w:pPr>
      <w:r>
        <w:t>پھر کیا بستی والے اس سے بے خوف ہو گئے ہیں کہ ان</w:t>
      </w:r>
    </w:p>
    <w:p>
      <w:r>
        <w:rPr>
          <w:b/>
        </w:rPr>
        <w:t xml:space="preserve">[24:07] </w:t>
      </w:r>
      <w:r>
        <w:t>par hamara azaab raat ke waqt aa pare jab ke woh sote hon? ya kya basti wale is</w:t>
      </w:r>
    </w:p>
    <w:p>
      <w:pPr>
        <w:jc w:val="right"/>
      </w:pPr>
      <w:r>
        <w:t>پر ہمارا عذاب رات کے وقت آ پڑے جب کہ وہ سوتے ہوں؟ یا کیا بستی والے اس</w:t>
      </w:r>
    </w:p>
    <w:p>
      <w:r>
        <w:rPr>
          <w:b/>
        </w:rPr>
        <w:t xml:space="preserve">[24:13] </w:t>
      </w:r>
      <w:r>
        <w:t>se be khauf ho gaye hain ke hamara azaab aa pahunche un par din charhe jab woh khelte</w:t>
      </w:r>
    </w:p>
    <w:p>
      <w:pPr>
        <w:jc w:val="right"/>
      </w:pPr>
      <w:r>
        <w:t>سے بے خوف ہو گئے ہیں کہ ہمارا عذاب آ پہنچے ان پر دن چڑھے جب وہ کھیلتے</w:t>
      </w:r>
    </w:p>
    <w:p>
      <w:r>
        <w:rPr>
          <w:b/>
        </w:rPr>
        <w:t xml:space="preserve">[24:20] </w:t>
      </w:r>
      <w:r>
        <w:t>hon? kya yeh log Allah ki tadbiron se be khauf ho gaye hain? pas Allah ki tadbiron se</w:t>
      </w:r>
    </w:p>
    <w:p>
      <w:pPr>
        <w:jc w:val="right"/>
      </w:pPr>
      <w:r>
        <w:t>ہوں؟ کیا یہ لوگ اللہ کی تدبیروں سے بے خوف ہو گئے ہیں؟ پس اللہ کی تدبیروں سے</w:t>
      </w:r>
    </w:p>
    <w:p>
      <w:r>
        <w:rPr>
          <w:b/>
        </w:rPr>
        <w:t xml:space="preserve">[24:26] </w:t>
      </w:r>
      <w:r>
        <w:t>wohi log be khauf hote hain jo tabaah hone wale hon.</w:t>
      </w:r>
    </w:p>
    <w:p>
      <w:pPr>
        <w:jc w:val="right"/>
      </w:pPr>
      <w:r>
        <w:t>وہی لوگ بے خوف ہوتے ہیں جو تباہ ہونے والے ہوں۔</w:t>
      </w:r>
    </w:p>
    <w:p>
      <w:r>
        <w:rPr>
          <w:b/>
        </w:rPr>
        <w:t xml:space="preserve">[24:32] </w:t>
      </w:r>
      <w:r>
        <w:t>kya sabak nahi mila un ko jo zameen ke waris hue hain is ke agle bashindon ke baad</w:t>
      </w:r>
    </w:p>
    <w:p>
      <w:pPr>
        <w:jc w:val="right"/>
      </w:pPr>
      <w:r>
        <w:t>کیا سبق نہیں ملا ان کو جو زمین کے وارث ہوئے ہیں اس کے اگلے باشندوں کے بعد</w:t>
      </w:r>
    </w:p>
    <w:p>
      <w:r>
        <w:rPr>
          <w:b/>
        </w:rPr>
        <w:t xml:space="preserve">[24:38] </w:t>
      </w:r>
      <w:r>
        <w:t>ke agar hum chahein to un ko pakad lein un ke gunahon par.</w:t>
      </w:r>
    </w:p>
    <w:p>
      <w:pPr>
        <w:jc w:val="right"/>
      </w:pPr>
      <w:r>
        <w:t>کہ اگر ہم چاہیں تو ان کو پکڑ لیں ان کے گناہوں پر۔</w:t>
      </w:r>
    </w:p>
    <w:p>
      <w:r>
        <w:rPr>
          <w:b/>
        </w:rPr>
        <w:t xml:space="preserve">[24:43] </w:t>
      </w:r>
      <w:r>
        <w:t>aur hum ne un ke dilo par mohar kar di hai pas woh nahi samajhte.</w:t>
      </w:r>
    </w:p>
    <w:p>
      <w:pPr>
        <w:jc w:val="right"/>
      </w:pPr>
      <w:r>
        <w:t>اور ہم نے ان کے دلوں پر مہر کر دی ہے پس وہ نہیں سمجھتے۔</w:t>
      </w:r>
    </w:p>
    <w:p>
      <w:r>
        <w:rPr>
          <w:b/>
        </w:rPr>
        <w:t xml:space="preserve">[24:48] </w:t>
      </w:r>
      <w:r>
        <w:t>yeh woh bastiyan hain jin ke kuch halaat hum tum ko suna rahe hain.</w:t>
      </w:r>
    </w:p>
    <w:p>
      <w:pPr>
        <w:jc w:val="right"/>
      </w:pPr>
      <w:r>
        <w:t>یہ وہ بستیاں ہیں جن کے کچھ حالات ہم تم کو سنا رہے ہیں۔</w:t>
      </w:r>
    </w:p>
    <w:p>
      <w:r>
        <w:rPr>
          <w:b/>
        </w:rPr>
        <w:t xml:space="preserve">[24:53] </w:t>
      </w:r>
      <w:r>
        <w:t>un ke paas hamare rasool nishaniyan le kar aaye to hargiz na hua ke woh imaan laayein is</w:t>
      </w:r>
    </w:p>
    <w:p>
      <w:pPr>
        <w:jc w:val="right"/>
      </w:pPr>
      <w:r>
        <w:t>ان کے پاس ہمارے رسول نشانیاں لے کر آئے تو ہرگز نہ ہوا کہ وہ ایمان لائیں اس</w:t>
      </w:r>
    </w:p>
    <w:p>
      <w:r>
        <w:rPr>
          <w:b/>
        </w:rPr>
        <w:t xml:space="preserve">[24:58] </w:t>
      </w:r>
      <w:r>
        <w:t>baat par jis ko woh pehle jhutla chuke thay.</w:t>
      </w:r>
    </w:p>
    <w:p>
      <w:pPr>
        <w:jc w:val="right"/>
      </w:pPr>
      <w:r>
        <w:t>بات پر جس کو وہ پہلے جھٹلا چکے تھے۔</w:t>
      </w:r>
    </w:p>
    <w:p>
      <w:r>
        <w:rPr>
          <w:b/>
        </w:rPr>
        <w:t xml:space="preserve">[25:03] </w:t>
      </w:r>
      <w:r>
        <w:t>is tarah Allah munkireen ke dilo par mohar kar deta hai.</w:t>
      </w:r>
    </w:p>
    <w:p>
      <w:pPr>
        <w:jc w:val="right"/>
      </w:pPr>
      <w:r>
        <w:t>اس طرح اللہ منکرین کے دلوں پر مہر کر دیتا ہے۔</w:t>
      </w:r>
    </w:p>
    <w:p>
      <w:r>
        <w:rPr>
          <w:b/>
        </w:rPr>
        <w:t xml:space="preserve">[25:08] </w:t>
      </w:r>
      <w:r>
        <w:t>aur hum ne un ke aksar logon mein ahad ka nubah na paya aur hum ne un mein se aksar ko nafarman paya. phir un ke baad hum ne moosa ko apni nishaniyun ke saath bheja firoun aur us ki qaum ke sardaron ke paas magar unhon ne hamari nishaniyun ke saath zulm kiya. pas dekho ke mufsidin ka kya anjam hua. aur moosa ne kaha a firoun main parwardigar alam</w:t>
      </w:r>
    </w:p>
    <w:p>
      <w:pPr>
        <w:jc w:val="right"/>
      </w:pPr>
      <w:r>
        <w:t>اور ہم نے ان کے اکثر لوگوں میں عہد کا نباہ نہ پایا اور ہم نے ان میں سے اکثر کو نافرمان پایا۔ پھر ان کے بعد ہم نے موسیٰ کو اپنی نشانیوں کے ساتھ بھیجا فرعون اور اس کی قوم کے سرداروں کے پاس مگر انہوں نے ہماری نشانیوں کے ساتھ ظلم کیا۔ پس دیکھو کہ مفسدوں کا کیا انجام ہوا۔ اور موسیٰ نے کہا اے فرعون میں پروردگار عالم</w:t>
      </w:r>
    </w:p>
    <w:p>
      <w:r>
        <w:rPr>
          <w:b/>
        </w:rPr>
        <w:t xml:space="preserve">[25:38] </w:t>
      </w:r>
      <w:r>
        <w:t>ki taraf se bheja hua aaya hoon.</w:t>
      </w:r>
    </w:p>
    <w:p>
      <w:pPr>
        <w:jc w:val="right"/>
      </w:pPr>
      <w:r>
        <w:t>کی طرف سے بھیجا ہوا آیا ہوں۔</w:t>
      </w:r>
    </w:p>
    <w:p>
      <w:r>
        <w:rPr>
          <w:b/>
        </w:rPr>
        <w:t xml:space="preserve">[25:43] </w:t>
      </w:r>
      <w:r>
        <w:t>sawar hon ke Allah ke naam par koi baat haq ke siwa na kahoon.</w:t>
      </w:r>
    </w:p>
    <w:p>
      <w:pPr>
        <w:jc w:val="right"/>
      </w:pPr>
      <w:r>
        <w:t>سزاوار ہوں کہ اللہ کے نام پر کوئی بات حق کے سوا نہ کہوں۔</w:t>
      </w:r>
    </w:p>
    <w:p>
      <w:r>
        <w:rPr>
          <w:b/>
        </w:rPr>
        <w:t xml:space="preserve">[25:48] </w:t>
      </w:r>
      <w:r>
        <w:t>mein tumhare paas tumhare Rab ki taraf se khuli hui nishani le kar aaya hoon.</w:t>
      </w:r>
    </w:p>
    <w:p>
      <w:pPr>
        <w:jc w:val="right"/>
      </w:pPr>
      <w:r>
        <w:t>میں تمہارے پاس تمہارے رب کی طرف سے کھلی ہوئی نشانی لے کر آیا ہوں۔</w:t>
      </w:r>
    </w:p>
    <w:p>
      <w:r>
        <w:rPr>
          <w:b/>
        </w:rPr>
        <w:t xml:space="preserve">[25:53] </w:t>
      </w:r>
      <w:r>
        <w:t>pas to mere saath bani Israel ko jaane de.</w:t>
      </w:r>
    </w:p>
    <w:p>
      <w:pPr>
        <w:jc w:val="right"/>
      </w:pPr>
      <w:r>
        <w:t>پس تو میرے ساتھ بنی اسرائیل کو جانے دے۔</w:t>
      </w:r>
    </w:p>
    <w:p>
      <w:r>
        <w:rPr>
          <w:b/>
        </w:rPr>
        <w:t xml:space="preserve">[25:58] </w:t>
      </w:r>
      <w:r>
        <w:t>firon ne kaha agar tum koi nishani le kar aaye ho to us ko pesh karo agar tum sachay ho.</w:t>
      </w:r>
    </w:p>
    <w:p>
      <w:pPr>
        <w:jc w:val="right"/>
      </w:pPr>
      <w:r>
        <w:t>فرعون نے کہا اگر تم کوئی نشانی لے کر آئے ہو تو اس کو پیش کرو اگر تم سچے ہو۔</w:t>
      </w:r>
    </w:p>
    <w:p>
      <w:r>
        <w:rPr>
          <w:b/>
        </w:rPr>
        <w:t xml:space="preserve">[26:03] </w:t>
      </w:r>
      <w:r>
        <w:t>tab moosa ne apna asa daal diya to yakayak woh ek saaf azhdaaha ban</w:t>
      </w:r>
    </w:p>
    <w:p>
      <w:pPr>
        <w:jc w:val="right"/>
      </w:pPr>
      <w:r>
        <w:t>تب موسیٰ نے اپنا عصا ڈال دیا تو یکایک وہ ایک صاف ازدہا بن</w:t>
      </w:r>
    </w:p>
    <w:p>
      <w:r>
        <w:rPr>
          <w:b/>
        </w:rPr>
        <w:t xml:space="preserve">[26:08] </w:t>
      </w:r>
      <w:r>
        <w:t>gaya.</w:t>
      </w:r>
    </w:p>
    <w:p>
      <w:pPr>
        <w:jc w:val="right"/>
      </w:pPr>
      <w:r>
        <w:t>گیا۔</w:t>
      </w:r>
    </w:p>
    <w:p>
      <w:r>
        <w:rPr>
          <w:b/>
        </w:rPr>
        <w:t xml:space="preserve">[26:12] </w:t>
      </w:r>
      <w:r>
        <w:t>aur us ne apna hath nikala to achaanak woh dekhne walon ke samne chamak raha tha.</w:t>
      </w:r>
    </w:p>
    <w:p>
      <w:pPr>
        <w:jc w:val="right"/>
      </w:pPr>
      <w:r>
        <w:t>اور اس نے اپنا ہاتھ نکالا تو اچانک وہ دیکھنے والوں کے سامنے چمک رہا تھا۔</w:t>
      </w:r>
    </w:p>
    <w:p>
      <w:r>
        <w:rPr>
          <w:b/>
        </w:rPr>
        <w:t xml:space="preserve">[26:16] </w:t>
      </w:r>
      <w:r>
        <w:t>firon ki qaum ke sardaron ne kaha yeh shakhs bara mahir jadoogar hai.</w:t>
      </w:r>
    </w:p>
    <w:p>
      <w:pPr>
        <w:jc w:val="right"/>
      </w:pPr>
      <w:r>
        <w:t>فرعون کی قوم کے سرداروں نے کہا یہ شخص بڑا ماہر جادوگر ہے۔</w:t>
      </w:r>
    </w:p>
    <w:p>
      <w:r>
        <w:rPr>
          <w:b/>
        </w:rPr>
        <w:t xml:space="preserve">[26:19] </w:t>
      </w:r>
      <w:r>
        <w:t>woh chahta hai ke tum ko tumhari zameen se nikal de.</w:t>
      </w:r>
    </w:p>
    <w:p>
      <w:pPr>
        <w:jc w:val="right"/>
      </w:pPr>
      <w:r>
        <w:t>وہ چاہتا ہے کہ تم کو تمہاری زمین سے نکال دے۔</w:t>
      </w:r>
    </w:p>
    <w:p>
      <w:r>
        <w:rPr>
          <w:b/>
        </w:rPr>
        <w:t xml:space="preserve">[26:23] </w:t>
      </w:r>
      <w:r>
        <w:t>ab tumhari kya salah hai? unhon ne kaha musa ko aur us ke bhai ko mohlat do aur</w:t>
      </w:r>
    </w:p>
    <w:p>
      <w:pPr>
        <w:jc w:val="right"/>
      </w:pPr>
      <w:r>
        <w:t>اب تمہاری کیا صلاح ہے؟ انہوں نے کہا موسیٰ کو اور اس کے بھائی کو مہلت دو اور</w:t>
      </w:r>
    </w:p>
    <w:p>
      <w:r>
        <w:rPr>
          <w:b/>
        </w:rPr>
        <w:t xml:space="preserve">[26:27] </w:t>
      </w:r>
      <w:r>
        <w:t>shuhron mein harkare bhejo.</w:t>
      </w:r>
    </w:p>
    <w:p>
      <w:pPr>
        <w:jc w:val="right"/>
      </w:pPr>
      <w:r>
        <w:t>شہروں میں ہرکارے بھیجو۔</w:t>
      </w:r>
    </w:p>
    <w:p>
      <w:r>
        <w:rPr>
          <w:b/>
        </w:rPr>
        <w:t xml:space="preserve">[26:31] </w:t>
      </w:r>
      <w:r>
        <w:t>woh tumhare pas sare mahir jadoogar le aayen.</w:t>
      </w:r>
    </w:p>
    <w:p>
      <w:pPr>
        <w:jc w:val="right"/>
      </w:pPr>
      <w:r>
        <w:t>وہ تمہارے پاس سارے ماہر جادوگر لے آئیں۔</w:t>
      </w:r>
    </w:p>
    <w:p>
      <w:r>
        <w:rPr>
          <w:b/>
        </w:rPr>
        <w:t xml:space="preserve">[26:34] </w:t>
      </w:r>
      <w:r>
        <w:t>aur jadoogar firon</w:t>
      </w:r>
    </w:p>
    <w:p>
      <w:pPr>
        <w:jc w:val="right"/>
      </w:pPr>
      <w:r>
        <w:t>اور جادوگر فرعون</w:t>
      </w:r>
    </w:p>
    <w:p>
      <w:r>
        <w:rPr>
          <w:b/>
        </w:rPr>
        <w:t xml:space="preserve">[26:38] </w:t>
      </w:r>
      <w:r>
        <w:t>ke pas aaye.</w:t>
      </w:r>
    </w:p>
    <w:p>
      <w:pPr>
        <w:jc w:val="right"/>
      </w:pPr>
      <w:r>
        <w:t>کے پاس آئے۔</w:t>
      </w:r>
    </w:p>
    <w:p>
      <w:r>
        <w:rPr>
          <w:b/>
        </w:rPr>
        <w:t xml:space="preserve">[26:42] </w:t>
      </w:r>
      <w:r>
        <w:t>unhon ne kaha hum ko inaam to zaroor mile ga agar hum ghalib rahe.</w:t>
      </w:r>
    </w:p>
    <w:p>
      <w:pPr>
        <w:jc w:val="right"/>
      </w:pPr>
      <w:r>
        <w:t>انہوں نے کہا ہم کو انعام تو ضرور ملے گا اگر ہم غالب رہے۔</w:t>
      </w:r>
    </w:p>
    <w:p>
      <w:r>
        <w:rPr>
          <w:b/>
        </w:rPr>
        <w:t xml:space="preserve">[26:47] </w:t>
      </w:r>
      <w:r>
        <w:t>firon ne kaha haan aur yaqeenan tum hamare muqarrabeen mein dakhil ho ge.</w:t>
      </w:r>
    </w:p>
    <w:p>
      <w:pPr>
        <w:jc w:val="right"/>
      </w:pPr>
      <w:r>
        <w:t>فرعون نے کہا ہاں اور یقینا تم ہمارے مقربین میں داخل ہو گے۔</w:t>
      </w:r>
    </w:p>
    <w:p>
      <w:r>
        <w:rPr>
          <w:b/>
        </w:rPr>
        <w:t xml:space="preserve">[26:51] </w:t>
      </w:r>
      <w:r>
        <w:t>jadoogaron ne kaha ya to tum dalo ya hum dalne wale bante hain.</w:t>
      </w:r>
    </w:p>
    <w:p>
      <w:pPr>
        <w:jc w:val="right"/>
      </w:pPr>
      <w:r>
        <w:t>جادوگروں نے کہا یا تو تم ڈالو یا ہم ڈالنے والے بنتے ہیں۔</w:t>
      </w:r>
    </w:p>
    <w:p>
      <w:r>
        <w:rPr>
          <w:b/>
        </w:rPr>
        <w:t xml:space="preserve">[26:56] </w:t>
      </w:r>
      <w:r>
        <w:t>musa ne kaha tum hi dalo.</w:t>
      </w:r>
    </w:p>
    <w:p>
      <w:pPr>
        <w:jc w:val="right"/>
      </w:pPr>
      <w:r>
        <w:t>موسیٰ نے کہا تم ہی ڈالو۔</w:t>
      </w:r>
    </w:p>
    <w:p>
      <w:r>
        <w:rPr>
          <w:b/>
        </w:rPr>
        <w:t xml:space="preserve">[27:00] </w:t>
      </w:r>
      <w:r>
        <w:t>phir jab unhon ne dala to logon ki aankhon par jadu kar diya aur un par dahshat tari</w:t>
      </w:r>
    </w:p>
    <w:p>
      <w:pPr>
        <w:jc w:val="right"/>
      </w:pPr>
      <w:r>
        <w:t>پھر جب انہوں نے ڈالا تو لوگوں کی آنکھوں پر جادو کر دیا اور ان پر دہشت طاری</w:t>
      </w:r>
    </w:p>
    <w:p>
      <w:r>
        <w:rPr>
          <w:b/>
        </w:rPr>
        <w:t xml:space="preserve">[27:04] </w:t>
      </w:r>
      <w:r>
        <w:t>kar di aur bohat bara kartab dikhaya.</w:t>
      </w:r>
    </w:p>
    <w:p>
      <w:pPr>
        <w:jc w:val="right"/>
      </w:pPr>
      <w:r>
        <w:t>کر دی اور بہت بڑا کرتب دکھایا۔</w:t>
      </w:r>
    </w:p>
    <w:p>
      <w:r>
        <w:rPr>
          <w:b/>
        </w:rPr>
        <w:t xml:space="preserve">[27:09] </w:t>
      </w:r>
      <w:r>
        <w:t>hum ne musa ko hukum bheja ke apna asa daal do to achaanak woh nikalne laga us ko</w:t>
      </w:r>
    </w:p>
    <w:p>
      <w:pPr>
        <w:jc w:val="right"/>
      </w:pPr>
      <w:r>
        <w:t>ہم نے موسیٰ کو حکم بھیجا کہ اپنا عصا ڈال دو تو اچانک وہ نکلنے لگا اس کو</w:t>
      </w:r>
    </w:p>
    <w:p>
      <w:r>
        <w:rPr>
          <w:b/>
        </w:rPr>
        <w:t xml:space="preserve">[27:13] </w:t>
      </w:r>
      <w:r>
        <w:t>jo unhon ne khara tha.</w:t>
      </w:r>
    </w:p>
    <w:p>
      <w:pPr>
        <w:jc w:val="right"/>
      </w:pPr>
      <w:r>
        <w:t>جو انہوں نے کھڑا تھا۔</w:t>
      </w:r>
    </w:p>
    <w:p>
      <w:r>
        <w:rPr>
          <w:b/>
        </w:rPr>
        <w:t xml:space="preserve">[27:17] </w:t>
      </w:r>
      <w:r>
        <w:t>pas haq zahir ho gaya aur jo kuch unhon ne banaya tha woh batil ho kar reh gaya.</w:t>
      </w:r>
    </w:p>
    <w:p>
      <w:pPr>
        <w:jc w:val="right"/>
      </w:pPr>
      <w:r>
        <w:t>پس حق ظاہر ہو گیا اور جو کچھ انہوں نے بنایا تھا وہ باطل ہو کر رہ گیا۔</w:t>
      </w:r>
    </w:p>
    <w:p>
      <w:r>
        <w:rPr>
          <w:b/>
        </w:rPr>
        <w:t xml:space="preserve">[27:22] </w:t>
      </w:r>
      <w:r>
        <w:t>pas woh log wohin haar gaye aur zaleel ho kar rahe.</w:t>
      </w:r>
    </w:p>
    <w:p>
      <w:pPr>
        <w:jc w:val="right"/>
      </w:pPr>
      <w:r>
        <w:t>پس وہ لوگ وہیں ہار گئے اور ذلیل ہو کر رہے۔</w:t>
      </w:r>
    </w:p>
    <w:p>
      <w:r>
        <w:rPr>
          <w:b/>
        </w:rPr>
        <w:t xml:space="preserve">[27:26] </w:t>
      </w:r>
      <w:r>
        <w:t>aur jadoogar sajde mein gir pare.</w:t>
      </w:r>
    </w:p>
    <w:p>
      <w:pPr>
        <w:jc w:val="right"/>
      </w:pPr>
      <w:r>
        <w:t>اور جادوگر سجدے میں گر پڑے۔</w:t>
      </w:r>
    </w:p>
    <w:p>
      <w:r>
        <w:rPr>
          <w:b/>
        </w:rPr>
        <w:t xml:space="preserve">[27:30] </w:t>
      </w:r>
      <w:r>
        <w:t>unhon ne kaha hum iman laye rabb ul alameen par jo rabb hai musa aur haroon ka.</w:t>
      </w:r>
    </w:p>
    <w:p>
      <w:pPr>
        <w:jc w:val="right"/>
      </w:pPr>
      <w:r>
        <w:t>انہوں نے کہا ہم ایمان لائے رب العالمین پر جو رب ہے موسیٰ اور ہارون کا۔</w:t>
      </w:r>
    </w:p>
    <w:p>
      <w:r>
        <w:rPr>
          <w:b/>
        </w:rPr>
        <w:t xml:space="preserve">[27:34] </w:t>
      </w:r>
      <w:r>
        <w:t>firon ne kaha tum log musa</w:t>
      </w:r>
    </w:p>
    <w:p>
      <w:pPr>
        <w:jc w:val="right"/>
      </w:pPr>
      <w:r>
        <w:t>فرعون نے کہا تم لوگ موسی</w:t>
      </w:r>
    </w:p>
    <w:p>
      <w:r>
        <w:rPr>
          <w:b/>
        </w:rPr>
        <w:t xml:space="preserve">[27:39] </w:t>
      </w:r>
      <w:r>
        <w:t>par iman le aaye qabl is ke ke main tumhein ijazat doon.</w:t>
      </w:r>
    </w:p>
    <w:p>
      <w:pPr>
        <w:jc w:val="right"/>
      </w:pPr>
      <w:r>
        <w:t>ٰ پر ایمان لے آئے قبل اس کے کہ میں تمہیں اجازت دوں۔</w:t>
      </w:r>
    </w:p>
    <w:p>
      <w:r>
        <w:rPr>
          <w:b/>
        </w:rPr>
        <w:t xml:space="preserve">[27:43] </w:t>
      </w:r>
      <w:r>
        <w:t>yaqeenan yeh aik sazish hai jo tum logon ne shahar mein is gharz se ki hai ke tum</w:t>
      </w:r>
    </w:p>
    <w:p>
      <w:pPr>
        <w:jc w:val="right"/>
      </w:pPr>
      <w:r>
        <w:t>یقینا یہ ایک سازش ہے جو تم لوگوں نے شہر میں اس غرض سے کی ہے کہ تم</w:t>
      </w:r>
    </w:p>
    <w:p>
      <w:r>
        <w:rPr>
          <w:b/>
        </w:rPr>
        <w:t xml:space="preserve">[27:46] </w:t>
      </w:r>
      <w:r>
        <w:t>is ke bashindon ko yahan se nikal do.</w:t>
      </w:r>
    </w:p>
    <w:p>
      <w:pPr>
        <w:jc w:val="right"/>
      </w:pPr>
      <w:r>
        <w:t>اس کے باشندوں کو یہاں سے نکال دو۔</w:t>
      </w:r>
    </w:p>
    <w:p>
      <w:r>
        <w:rPr>
          <w:b/>
        </w:rPr>
        <w:t xml:space="preserve">[27:50] </w:t>
      </w:r>
      <w:r>
        <w:t>to tum bohat jald jaan lo ge.</w:t>
      </w:r>
    </w:p>
    <w:p>
      <w:pPr>
        <w:jc w:val="right"/>
      </w:pPr>
      <w:r>
        <w:t>تو تم بہت جلد جان لو گے۔</w:t>
      </w:r>
    </w:p>
    <w:p>
      <w:r>
        <w:rPr>
          <w:b/>
        </w:rPr>
        <w:t xml:space="preserve">[27:54] </w:t>
      </w:r>
      <w:r>
        <w:t>main tumhare haath aur paon mukhalif simton se kaatun ga.</w:t>
      </w:r>
    </w:p>
    <w:p>
      <w:pPr>
        <w:jc w:val="right"/>
      </w:pPr>
      <w:r>
        <w:t>میں تمہارے ہاتھ اور پاؤں مخالف سمتوں سے کاٹوں گا۔</w:t>
      </w:r>
    </w:p>
    <w:p>
      <w:r>
        <w:rPr>
          <w:b/>
        </w:rPr>
        <w:t xml:space="preserve">[27:58] </w:t>
      </w:r>
      <w:r>
        <w:t>phir tum sab ko sooli par charha doon ga.</w:t>
      </w:r>
    </w:p>
    <w:p>
      <w:pPr>
        <w:jc w:val="right"/>
      </w:pPr>
      <w:r>
        <w:t>پھر تم سب کو سولی پر چڑھا دوں گا۔</w:t>
      </w:r>
    </w:p>
    <w:p>
      <w:r>
        <w:rPr>
          <w:b/>
        </w:rPr>
        <w:t xml:space="preserve">[28:01] </w:t>
      </w:r>
      <w:r>
        <w:t>unhon ne kaha hum ko apne rab hi ki taraf lotna hai.</w:t>
      </w:r>
    </w:p>
    <w:p>
      <w:pPr>
        <w:jc w:val="right"/>
      </w:pPr>
      <w:r>
        <w:t>انہوں نے کہا ہم کو اپنے رب ہی کی طرف لوٹنا ہے۔</w:t>
      </w:r>
    </w:p>
    <w:p>
      <w:r>
        <w:rPr>
          <w:b/>
        </w:rPr>
        <w:t xml:space="preserve">[28:05] </w:t>
      </w:r>
      <w:r>
        <w:t>to hum ko sirf is baat ki saza dena chah</w:t>
      </w:r>
    </w:p>
    <w:p>
      <w:pPr>
        <w:jc w:val="right"/>
      </w:pPr>
      <w:r>
        <w:t>تو ہم کو صرف اس بات کی سزا دینا چاہ</w:t>
      </w:r>
    </w:p>
    <w:p>
      <w:r>
        <w:rPr>
          <w:b/>
        </w:rPr>
        <w:t xml:space="preserve">[28:09] </w:t>
      </w:r>
      <w:r>
        <w:t>ta hai ke hamare rab ki nishaniyan jab hamare samne aa gayin to hum un par iman le aaye. a rab hum par sabr andel de aur hum ko wafaat de islam par. qaum firoun ke sardaron ne kaha kya tu moosa aur us ki qaum ko chhod de ga ke woh mulk mein fasad phailayein aur tujh ko aur tere maboodun ko chhoden? firoun ne kaha ke hum un ke beton ko qatal karenge aur un ki auraton ko zind</w:t>
      </w:r>
    </w:p>
    <w:p>
      <w:pPr>
        <w:jc w:val="right"/>
      </w:pPr>
      <w:r>
        <w:t>تا ہے کہ ہمارے رب کی نشانیاں جب ہمارے سامنے آ گئیں تو ہم ان پر ایمان لے آئے۔ اے رب ہم پر صبر انڈیل دے اور ہم کو وفات دے اسلام پر۔ قوم فرعون کے سرداروں نے کہا کیا تو موسیٰ اور اس کی قوم کو چھوڑ دے گا کہ وہ ملک میں فساد پھیلائیں اور تجھ کو اور تیرے معبودوں کو چھوڑیں؟ فرعون نے کہا کہ ہم ان کے بیٹوں کو قتل کریں گے اور ان کی عورتوں کو زند</w:t>
      </w:r>
    </w:p>
    <w:p>
      <w:r>
        <w:rPr>
          <w:b/>
        </w:rPr>
        <w:t xml:space="preserve">[28:39] </w:t>
      </w:r>
      <w:r>
        <w:t>ah rakhenge. aur hum un par poori tarah qadir hain. moosa ne apni qaum se kaha ke Allah se madad chaho aur sabr karo. zameen Allah ki hai woh apne bndon mein se jis ko chahta hai us ka waris bana deta hai aur aakhri kamyabi Allah se darne walun hi ke liye hai. moosa ki qaum ne kaha hum tumhare aane se pehle bhi sataye gaye aur tumhare aane ke baad bhi. moosa</w:t>
      </w:r>
    </w:p>
    <w:p>
      <w:pPr>
        <w:jc w:val="right"/>
      </w:pPr>
      <w:r>
        <w:t>ہ رکھیں گے۔ اور ہم ان پر پوری طرح قادر ہیں۔ موسیٰ نے اپنی قوم سے کہا کہ اللہ سے مدد چاہو اور صبر کرو۔ زمین اللہ کی ہے وہ اپنے بندوں میں سے جس کو چاہتا ہے اس کا وارث بنا دیتا ہے اور آخری کامیابی اللہ سے ڈرنے والوں ہی کے لیے ہے۔ موسیٰ کی قوم نے کہا ہم تمہارے آنے سے پہلے بھی ستائے گئے اور تمہارے آنے کے بعد بھی۔ موسی</w:t>
      </w:r>
    </w:p>
    <w:p>
      <w:r>
        <w:rPr>
          <w:b/>
        </w:rPr>
        <w:t xml:space="preserve">[29:09] </w:t>
      </w:r>
      <w:r>
        <w:t>ne kaha qareeb hai ke tumhara rab tumhare dushman ko halak kar de aur bajaye un ke tum ko is sarzameen ka malik bana de. phir dekhe ke tum kaisa amal karte ho. aur hum ne firon walon ko qahat aur pedawar ki kami mein mubtala kiya taake un ko nasihhat ho. lekin jab un par khushhali aati to kehte ke yeh hamare liye hai aur agar un par koi aafat aati to us ko musa aur us ke sath</w:t>
      </w:r>
    </w:p>
    <w:p>
      <w:pPr>
        <w:jc w:val="right"/>
      </w:pPr>
      <w:r>
        <w:t>ٰ نے کہا قریب ہے کہ تمہارا رب تمہارے دشمن کو ہلاک کر دے اور بجائے ان کے تم کو اس سرزمین کا مالک بنا دے۔ پھر دیکھے کہ تم کیسا عمل کرتے ہو۔ اور ہم نے فرعون والوں کو قحط اور پیداوار کی کمی میں مبتلا کیا تاکہ ان کو نصیحت ہو۔ لیکن جب ان پر خوشحالی آتی تو کہتے کہ یہ ہمارے لیے ہے اور اگر ان پر کوئی آفت آتی تو اس کو موسیٰ اور اس کے ساتھ</w:t>
      </w:r>
    </w:p>
    <w:p>
      <w:r>
        <w:rPr>
          <w:b/>
        </w:rPr>
        <w:t xml:space="preserve">[29:39] </w:t>
      </w:r>
      <w:r>
        <w:t>yon ki nahosat batate.</w:t>
      </w:r>
    </w:p>
    <w:p>
      <w:pPr>
        <w:jc w:val="right"/>
      </w:pPr>
      <w:r>
        <w:t>یوں کی نحوست بتاتے۔</w:t>
      </w:r>
    </w:p>
    <w:p>
      <w:r>
        <w:rPr>
          <w:b/>
        </w:rPr>
        <w:t xml:space="preserve">[29:43] </w:t>
      </w:r>
      <w:r>
        <w:t>suno un ki badbakhti to Allah ke paas hai magar un mein se aksar nahin jante.</w:t>
      </w:r>
    </w:p>
    <w:p>
      <w:pPr>
        <w:jc w:val="right"/>
      </w:pPr>
      <w:r>
        <w:t>سنو ان کی بدبختی تو اللہ کے پاس ہے مگر ان میں سے اکثر نہیں جانتے۔</w:t>
      </w:r>
    </w:p>
    <w:p>
      <w:r>
        <w:rPr>
          <w:b/>
        </w:rPr>
        <w:t xml:space="preserve">[29:48] </w:t>
      </w:r>
      <w:r>
        <w:t>aur unhon ne Musa se kaha hum ko masoor karne ke liye tum khwah koi bhi nishani lao</w:t>
      </w:r>
    </w:p>
    <w:p>
      <w:pPr>
        <w:jc w:val="right"/>
      </w:pPr>
      <w:r>
        <w:t>اور انہوں نے موسیٰ سے کہا ہم کو مسحور کرنے کے لیے تم خواہ کوئی بھی نشانی لاؤ</w:t>
      </w:r>
    </w:p>
    <w:p>
      <w:r>
        <w:rPr>
          <w:b/>
        </w:rPr>
        <w:t xml:space="preserve">[29:52] </w:t>
      </w:r>
      <w:r>
        <w:t>hum tum par iman lane wale nahin hain.</w:t>
      </w:r>
    </w:p>
    <w:p>
      <w:pPr>
        <w:jc w:val="right"/>
      </w:pPr>
      <w:r>
        <w:t>ہم تم پر ایمان لانے والے نہیں ہیں۔</w:t>
      </w:r>
    </w:p>
    <w:p>
      <w:r>
        <w:rPr>
          <w:b/>
        </w:rPr>
        <w:t xml:space="preserve">[29:56] </w:t>
      </w:r>
      <w:r>
        <w:t>phir hum ne un ke upar toofan bheja aur taddi aur jooyen aur mendak aur khoon.</w:t>
      </w:r>
    </w:p>
    <w:p>
      <w:pPr>
        <w:jc w:val="right"/>
      </w:pPr>
      <w:r>
        <w:t>پھر ہم نے ان کے اوپر طوفان بھیجا اور ٹڈی اور جوئیں اور مینڈک اور خون۔</w:t>
      </w:r>
    </w:p>
    <w:p>
      <w:r>
        <w:rPr>
          <w:b/>
        </w:rPr>
        <w:t xml:space="preserve">[30:00] </w:t>
      </w:r>
      <w:r>
        <w:t>yeh sab nishaniyan alag alag dikhai.</w:t>
      </w:r>
    </w:p>
    <w:p>
      <w:pPr>
        <w:jc w:val="right"/>
      </w:pPr>
      <w:r>
        <w:t>یہ سب نشانیاں الگ الگ دکھائیں۔</w:t>
      </w:r>
    </w:p>
    <w:p>
      <w:r>
        <w:rPr>
          <w:b/>
        </w:rPr>
        <w:t xml:space="preserve">[30:05] </w:t>
      </w:r>
      <w:r>
        <w:t>phir bhi unhon</w:t>
      </w:r>
    </w:p>
    <w:p>
      <w:pPr>
        <w:jc w:val="right"/>
      </w:pPr>
      <w:r>
        <w:t>پھر بھی انہوں</w:t>
      </w:r>
    </w:p>
    <w:p>
      <w:r>
        <w:rPr>
          <w:b/>
        </w:rPr>
        <w:t xml:space="preserve">[30:09] </w:t>
      </w:r>
      <w:r>
        <w:t>ne takabbur kiya aur woh mujrim log the.</w:t>
      </w:r>
    </w:p>
    <w:p>
      <w:pPr>
        <w:jc w:val="right"/>
      </w:pPr>
      <w:r>
        <w:t>نے تکبر کیا اور وہ مجرم لوگ تھے۔</w:t>
      </w:r>
    </w:p>
    <w:p>
      <w:r>
        <w:rPr>
          <w:b/>
        </w:rPr>
        <w:t xml:space="preserve">[30:14] </w:t>
      </w:r>
      <w:r>
        <w:t>aur jab un par koi azab parta to kehte aye Musa apne rab se hamare liye dua karo</w:t>
      </w:r>
    </w:p>
    <w:p>
      <w:pPr>
        <w:jc w:val="right"/>
      </w:pPr>
      <w:r>
        <w:t>اور جب ان پر کوئی عذاب پڑتا تو کہتے اے موسیٰ اپنے رب سے ہمارے لیے دعا کرو</w:t>
      </w:r>
    </w:p>
    <w:p>
      <w:r>
        <w:rPr>
          <w:b/>
        </w:rPr>
        <w:t xml:space="preserve">[30:19] </w:t>
      </w:r>
      <w:r>
        <w:t>jis ka us ne tum se wada kar rakha hai.</w:t>
      </w:r>
    </w:p>
    <w:p>
      <w:pPr>
        <w:jc w:val="right"/>
      </w:pPr>
      <w:r>
        <w:t>جس کا اس نے تم سے وعدہ کر رکھا ہے۔</w:t>
      </w:r>
    </w:p>
    <w:p>
      <w:r>
        <w:rPr>
          <w:b/>
        </w:rPr>
        <w:t xml:space="preserve">[30:24] </w:t>
      </w:r>
      <w:r>
        <w:t>agar tum hum par se is azab ko hata do to hum zaroor tum par iman layenge</w:t>
      </w:r>
    </w:p>
    <w:p>
      <w:pPr>
        <w:jc w:val="right"/>
      </w:pPr>
      <w:r>
        <w:t>اگر تم ہم پر سے اس عذاب کو ہٹا دو تو ہم ضرور تم پر ایمان لائیں گے</w:t>
      </w:r>
    </w:p>
    <w:p>
      <w:r>
        <w:rPr>
          <w:b/>
        </w:rPr>
        <w:t xml:space="preserve">[30:29] </w:t>
      </w:r>
      <w:r>
        <w:t>aur tumhare sath Bani Israel ko jane den ge.</w:t>
      </w:r>
    </w:p>
    <w:p>
      <w:pPr>
        <w:jc w:val="right"/>
      </w:pPr>
      <w:r>
        <w:t>اور تمہارے ساتھ بنی اسرائیل کو جانے دیں گے۔</w:t>
      </w:r>
    </w:p>
    <w:p>
      <w:r>
        <w:rPr>
          <w:b/>
        </w:rPr>
        <w:t xml:space="preserve">[30:34] </w:t>
      </w:r>
      <w:r>
        <w:t>phir jab hum un se door kar dete aafat ko kuch muddat ke liye jahan</w:t>
      </w:r>
    </w:p>
    <w:p>
      <w:pPr>
        <w:jc w:val="right"/>
      </w:pPr>
      <w:r>
        <w:t>پھر جب ہم ان سے دور کر دیتے آفت کو کچھ مدت کے لیے جہاں</w:t>
      </w:r>
    </w:p>
    <w:p>
      <w:r>
        <w:rPr>
          <w:b/>
        </w:rPr>
        <w:t xml:space="preserve">[30:39] </w:t>
      </w:r>
      <w:r>
        <w:t>baharhal unhein pahunchna tha to usi waqt woh ahad ko tod dete.</w:t>
      </w:r>
    </w:p>
    <w:p>
      <w:pPr>
        <w:jc w:val="right"/>
      </w:pPr>
      <w:r>
        <w:t>بہرحال انہیں پہنچنا تھا تو اسی وقت وہ عہد کو توڑ دیتے۔</w:t>
      </w:r>
    </w:p>
    <w:p>
      <w:r>
        <w:rPr>
          <w:b/>
        </w:rPr>
        <w:t xml:space="preserve">[30:44] </w:t>
      </w:r>
      <w:r>
        <w:t>phir hum ne un ko saza di aur un ko samandar mein gharaq kar diya kyunke unhon ne</w:t>
      </w:r>
    </w:p>
    <w:p>
      <w:pPr>
        <w:jc w:val="right"/>
      </w:pPr>
      <w:r>
        <w:t>پھر ہم نے ان کو سزا دی اور ان کو سمندر میں غرق کر دیا کیونکہ انہوں نے</w:t>
      </w:r>
    </w:p>
    <w:p>
      <w:r>
        <w:rPr>
          <w:b/>
        </w:rPr>
        <w:t xml:space="preserve">[30:49] </w:t>
      </w:r>
      <w:r>
        <w:t>hamari nishaniyon ko jhutlaya aur un se be parwah ho gaye.</w:t>
      </w:r>
    </w:p>
    <w:p>
      <w:pPr>
        <w:jc w:val="right"/>
      </w:pPr>
      <w:r>
        <w:t>ہماری نشانیوں کو جھٹلایا اور ان سے بے پرواہ ہو گئے۔</w:t>
      </w:r>
    </w:p>
    <w:p>
      <w:r>
        <w:rPr>
          <w:b/>
        </w:rPr>
        <w:t xml:space="preserve">[30:54] </w:t>
      </w:r>
      <w:r>
        <w:t>aur jo log kamzor samjhe jate the un ko hum ne is sarzamin ke mashriq o maghrib ka</w:t>
      </w:r>
    </w:p>
    <w:p>
      <w:pPr>
        <w:jc w:val="right"/>
      </w:pPr>
      <w:r>
        <w:t>اور جو لوگ کمزور سمجھے جاتے تھے ان کو ہم نے اس سرزمین کے مشرق و مغرب کا</w:t>
      </w:r>
    </w:p>
    <w:p>
      <w:r>
        <w:rPr>
          <w:b/>
        </w:rPr>
        <w:t xml:space="preserve">[30:59] </w:t>
      </w:r>
      <w:r>
        <w:t>waris bana diya jis mein hum ne barkat rakhi thi.</w:t>
      </w:r>
    </w:p>
    <w:p>
      <w:pPr>
        <w:jc w:val="right"/>
      </w:pPr>
      <w:r>
        <w:t>وارث بنا دیا جس میں ہم نے برکت رکھی تھی۔</w:t>
      </w:r>
    </w:p>
    <w:p>
      <w:r>
        <w:rPr>
          <w:b/>
        </w:rPr>
        <w:t xml:space="preserve">[31:04] </w:t>
      </w:r>
      <w:r>
        <w:t>aur Bani Israel par tere rab ka naik wada poora ho gaya b</w:t>
      </w:r>
    </w:p>
    <w:p>
      <w:pPr>
        <w:jc w:val="right"/>
      </w:pPr>
      <w:r>
        <w:t>اور بنی اسرائیل پر تیرے رب کا نیک وعدہ پورا ہو گیا۔ ب</w:t>
      </w:r>
    </w:p>
    <w:p>
      <w:r>
        <w:rPr>
          <w:b/>
        </w:rPr>
        <w:t xml:space="preserve">[31:09] </w:t>
      </w:r>
      <w:r>
        <w:t>as ab ab is ke ke unhon ne sabr kiya aur hum ne Firon aur us ki qom</w:t>
      </w:r>
    </w:p>
    <w:p>
      <w:pPr>
        <w:jc w:val="right"/>
      </w:pPr>
      <w:r>
        <w:t>س اب اب اس کے کہ انہوں نے صبر کیا اور ہم نے فرعون اور اس کی قوم</w:t>
      </w:r>
    </w:p>
    <w:p>
      <w:r>
        <w:rPr>
          <w:b/>
        </w:rPr>
        <w:t xml:space="preserve">[31:15] </w:t>
      </w:r>
      <w:r>
        <w:t>ka woh sab kuch barbaad kar diya jo woh banate thay aur jo woh charhate thay.</w:t>
      </w:r>
    </w:p>
    <w:p>
      <w:pPr>
        <w:jc w:val="right"/>
      </w:pPr>
      <w:r>
        <w:t>کا وہ سب کچھ برباد کر دیا جو وہ بناتے تھے اور جو وہ چڑھاتے تھے۔</w:t>
      </w:r>
    </w:p>
    <w:p>
      <w:r>
        <w:rPr>
          <w:b/>
        </w:rPr>
        <w:t xml:space="preserve">[31:21] </w:t>
      </w:r>
      <w:r>
        <w:t>aur hum ne bani israel ko samandar ke paar utara.</w:t>
      </w:r>
    </w:p>
    <w:p>
      <w:pPr>
        <w:jc w:val="right"/>
      </w:pPr>
      <w:r>
        <w:t>اور ہم نے بنی اسرائیل کو سمندر کے پار اتار دیا۔</w:t>
      </w:r>
    </w:p>
    <w:p>
      <w:r>
        <w:rPr>
          <w:b/>
        </w:rPr>
        <w:t xml:space="preserve">[31:27] </w:t>
      </w:r>
      <w:r>
        <w:t>phir un ka guzar aik aisi qaum par hua jo poojne mein lage hue thay apne buton ko.</w:t>
      </w:r>
    </w:p>
    <w:p>
      <w:pPr>
        <w:jc w:val="right"/>
      </w:pPr>
      <w:r>
        <w:t>پھر ان کا گزر ایک ایسی قوم پر ہوا جو پوجنے میں لگ رہے تھے اپنے بتوں کو۔</w:t>
      </w:r>
    </w:p>
    <w:p>
      <w:r>
        <w:rPr>
          <w:b/>
        </w:rPr>
        <w:t xml:space="preserve">[31:33] </w:t>
      </w:r>
      <w:r>
        <w:t>unhon ne kaha aye musa hamari ibadat ke liye bhi aik but bana de jaisay un ke but hain.</w:t>
      </w:r>
    </w:p>
    <w:p>
      <w:pPr>
        <w:jc w:val="right"/>
      </w:pPr>
      <w:r>
        <w:t>انہوں نے کہا اے موسیٰ ہماری عبادت کے لیے بھی ایک بت بنا دے جیسے ان کے بت ہیں۔</w:t>
      </w:r>
    </w:p>
    <w:p>
      <w:r>
        <w:rPr>
          <w:b/>
        </w:rPr>
        <w:t xml:space="preserve">[31:39] </w:t>
      </w:r>
      <w:r>
        <w:t>musa ne kaha tum baray jahal log ho.</w:t>
      </w:r>
    </w:p>
    <w:p>
      <w:pPr>
        <w:jc w:val="right"/>
      </w:pPr>
      <w:r>
        <w:t>موسیٰ نے کہا تم بڑے جاہل لوگ ہو۔</w:t>
      </w:r>
    </w:p>
    <w:p>
      <w:r>
        <w:rPr>
          <w:b/>
        </w:rPr>
        <w:t xml:space="preserve">[31:44] </w:t>
      </w:r>
      <w:r>
        <w:t>yeh log jis kaam mein lage hue hain woh barbaad hone wala hai aur yeh jo kuch kar</w:t>
      </w:r>
    </w:p>
    <w:p>
      <w:pPr>
        <w:jc w:val="right"/>
      </w:pPr>
      <w:r>
        <w:t>یہ لوگ جس کام میں لگے ہوئے ہیں وہ برباد ہونے والا ہے اور یہ جو کچھ کر</w:t>
      </w:r>
    </w:p>
    <w:p>
      <w:r>
        <w:rPr>
          <w:b/>
        </w:rPr>
        <w:t xml:space="preserve">[31:48] </w:t>
      </w:r>
      <w:r>
        <w:t>rahe hain woh batil hai.</w:t>
      </w:r>
    </w:p>
    <w:p>
      <w:pPr>
        <w:jc w:val="right"/>
      </w:pPr>
      <w:r>
        <w:t>رہے ہیں وہ باطل ہے۔</w:t>
      </w:r>
    </w:p>
    <w:p>
      <w:r>
        <w:rPr>
          <w:b/>
        </w:rPr>
        <w:t xml:space="preserve">[31:52] </w:t>
      </w:r>
      <w:r>
        <w:t>us ne kaha kya main Allah ke siwa koi aur mabood tumhare liye talash karoon? haalankay us ne</w:t>
      </w:r>
    </w:p>
    <w:p>
      <w:pPr>
        <w:jc w:val="right"/>
      </w:pPr>
      <w:r>
        <w:t>اس نے کہا کیا میں اللہ کے سوا کوئی اور معبود تمہارے لیے تلاش کروں؟ حالانکہ اس نے</w:t>
      </w:r>
    </w:p>
    <w:p>
      <w:r>
        <w:rPr>
          <w:b/>
        </w:rPr>
        <w:t xml:space="preserve">[31:57] </w:t>
      </w:r>
      <w:r>
        <w:t>tum ko tamam ahl-e-alam par fazilat di hai.</w:t>
      </w:r>
    </w:p>
    <w:p>
      <w:pPr>
        <w:jc w:val="right"/>
      </w:pPr>
      <w:r>
        <w:t>تم کو تمام اہل عالم پر فضیلت دی ہے۔</w:t>
      </w:r>
    </w:p>
    <w:p>
      <w:r>
        <w:rPr>
          <w:b/>
        </w:rPr>
        <w:t xml:space="preserve">[32:01] </w:t>
      </w:r>
      <w:r>
        <w:t>aur jab hum ne firoun walon se tum ko nijat di jo tum ko sakht azab mein dale hue thay.</w:t>
      </w:r>
    </w:p>
    <w:p>
      <w:pPr>
        <w:jc w:val="right"/>
      </w:pPr>
      <w:r>
        <w:t>اور جب ہم نے فرعون والوں سے تم کو نجات دی جو تم کو سخت عذاب میں ڈالے ہوئے تھے۔</w:t>
      </w:r>
    </w:p>
    <w:p>
      <w:r>
        <w:rPr>
          <w:b/>
        </w:rPr>
        <w:t xml:space="preserve">[32:05] </w:t>
      </w:r>
      <w:r>
        <w:t>tumhare beton ko qatal karte</w:t>
      </w:r>
    </w:p>
    <w:p>
      <w:pPr>
        <w:jc w:val="right"/>
      </w:pPr>
      <w:r>
        <w:t>تمہارے بیٹوں کو قتل کرتے</w:t>
      </w:r>
    </w:p>
    <w:p>
      <w:r>
        <w:rPr>
          <w:b/>
        </w:rPr>
        <w:t xml:space="preserve">[32:10] </w:t>
      </w:r>
      <w:r>
        <w:t>aur tumhari auraton ko zinda rehne dete.</w:t>
      </w:r>
    </w:p>
    <w:p>
      <w:pPr>
        <w:jc w:val="right"/>
      </w:pPr>
      <w:r>
        <w:t>اور تمہاری عورتوں کو زندہ رہنے دیتے۔</w:t>
      </w:r>
    </w:p>
    <w:p>
      <w:r>
        <w:rPr>
          <w:b/>
        </w:rPr>
        <w:t xml:space="preserve">[32:15] </w:t>
      </w:r>
      <w:r>
        <w:t>aur is mein tumhare rab ki taraf se tumhari bari azmaish thi.</w:t>
      </w:r>
    </w:p>
    <w:p>
      <w:pPr>
        <w:jc w:val="right"/>
      </w:pPr>
      <w:r>
        <w:t>اور اس میں تمہارے رب کی طرف سے تمہاری بڑی آزمائش تھی۔</w:t>
      </w:r>
    </w:p>
    <w:p>
      <w:r>
        <w:rPr>
          <w:b/>
        </w:rPr>
        <w:t xml:space="preserve">[32:20] </w:t>
      </w:r>
      <w:r>
        <w:t>aur hum ne musa se tees raaton ka wada kiya aur us ko poora kiya das mazeed raaton</w:t>
      </w:r>
    </w:p>
    <w:p>
      <w:pPr>
        <w:jc w:val="right"/>
      </w:pPr>
      <w:r>
        <w:t>اور ہم نے موسیٰ سے تیس راتوں کا وعدہ کیا اور اس کو پورا کیا دس مزید راتوں</w:t>
      </w:r>
    </w:p>
    <w:p>
      <w:r>
        <w:rPr>
          <w:b/>
        </w:rPr>
        <w:t xml:space="preserve">[32:25] </w:t>
      </w:r>
      <w:r>
        <w:t>se to us ke rab ki muddat chalish raaton mein poori hui.</w:t>
      </w:r>
    </w:p>
    <w:p>
      <w:pPr>
        <w:jc w:val="right"/>
      </w:pPr>
      <w:r>
        <w:t>سے تو اس کے رب کی مدت چالیس راتوں میں پوری ہوئی۔</w:t>
      </w:r>
    </w:p>
    <w:p>
      <w:r>
        <w:rPr>
          <w:b/>
        </w:rPr>
        <w:t xml:space="preserve">[32:30] </w:t>
      </w:r>
      <w:r>
        <w:t>aur musa ne apne bhai haroon se kaha mere peeche tum meri qaum mein meri janesheeni karna.</w:t>
      </w:r>
    </w:p>
    <w:p>
      <w:pPr>
        <w:jc w:val="right"/>
      </w:pPr>
      <w:r>
        <w:t>اور موسیٰ نے اپنے بھائی ہارون سے کہا میرے پیچھے تم میری قوم میں میری جانشینی کرنا۔</w:t>
      </w:r>
    </w:p>
    <w:p>
      <w:r>
        <w:rPr>
          <w:b/>
        </w:rPr>
        <w:t xml:space="preserve">[32:35] </w:t>
      </w:r>
      <w:r>
        <w:t>islaah karte rehna aur bigar paida karne walon ke tareeq</w:t>
      </w:r>
    </w:p>
    <w:p>
      <w:pPr>
        <w:jc w:val="right"/>
      </w:pPr>
      <w:r>
        <w:t>اصلاح کرتے رہنا اور بگاڑ پیدا کرنے والوں کے طریق</w:t>
      </w:r>
    </w:p>
    <w:p>
      <w:r>
        <w:rPr>
          <w:b/>
        </w:rPr>
        <w:t xml:space="preserve">[32:40] </w:t>
      </w:r>
      <w:r>
        <w:t>e par na chalna. aur jab musa hamare waqt par aa gaya aur us ke rab ne us se kalam kiya to us ne kaha mujhe apne ko dikha de ke woh main tujh ko dekhun. farmaya tum mujh ko hargiz nahi dekh sakte. albatta pahad ki taraf dekho. agar woh apni jagah qaim reh jaye to tum bhi mujh ko dekh sako ge. phir jab us ke rab ne pahad par apni tajalli dali to us ko reza reza kar diya. aur musa behosh ho kar gir p</w:t>
      </w:r>
    </w:p>
    <w:p>
      <w:pPr>
        <w:jc w:val="right"/>
      </w:pPr>
      <w:r>
        <w:t>ے پر نہ چلنا۔ اور جب موسیٰ ہمارے وقت پر آ گیا اور اس کے رب نے اس سے کلام کیا تو اس نے کہا مجھے اپنے کو دکھا دے کہ وہ میں تجھ کو دیکھوں۔ فرمایا تم مجھ کو ہرگز نہیں دیکھ سکتے۔ البتہ پہاڑ کی طرف دیکھو۔ اگر وہ اپنی جگہ قائم رہ جائے تو تم بھی مجھ کو دیکھ سکو گے۔ پھر جب اس کے رب نے پہاڑ پر اپنی تجلی ڈالی تو اس کو ریزہ ریزہ کر دیا۔ اور موسیٰ بے ہوش ہو کر گر پ</w:t>
      </w:r>
    </w:p>
    <w:p>
      <w:r>
        <w:rPr>
          <w:b/>
        </w:rPr>
        <w:t xml:space="preserve">[33:10] </w:t>
      </w:r>
      <w:r>
        <w:t>ra.</w:t>
      </w:r>
    </w:p>
    <w:p>
      <w:pPr>
        <w:jc w:val="right"/>
      </w:pPr>
      <w:r>
        <w:t>ڑا۔</w:t>
      </w:r>
    </w:p>
    <w:p>
      <w:r>
        <w:rPr>
          <w:b/>
        </w:rPr>
        <w:t xml:space="preserve">[33:14] </w:t>
      </w:r>
      <w:r>
        <w:t>phir jab hosh aaya to bola tu pak hai.</w:t>
      </w:r>
    </w:p>
    <w:p>
      <w:pPr>
        <w:jc w:val="right"/>
      </w:pPr>
      <w:r>
        <w:t>پھر جب ہوش آیا تو بولا تو پاک ہے۔</w:t>
      </w:r>
    </w:p>
    <w:p>
      <w:r>
        <w:rPr>
          <w:b/>
        </w:rPr>
        <w:t xml:space="preserve">[33:18] </w:t>
      </w:r>
      <w:r>
        <w:t>main ne teri taraf rujoo kiya aur main sab se pehle iman lane wala hoon.</w:t>
      </w:r>
    </w:p>
    <w:p>
      <w:pPr>
        <w:jc w:val="right"/>
      </w:pPr>
      <w:r>
        <w:t>میں نے تیری طرف رجوع کیا اور میں سب سے پہلے ایمان لانے والا ہوں۔</w:t>
      </w:r>
    </w:p>
    <w:p>
      <w:r>
        <w:rPr>
          <w:b/>
        </w:rPr>
        <w:t xml:space="preserve">[33:23] </w:t>
      </w:r>
      <w:r>
        <w:t>Allah ne farmaya aye musa main ne tum ko logon par apni peghambri aur apne kalam ke zariye</w:t>
      </w:r>
    </w:p>
    <w:p>
      <w:pPr>
        <w:jc w:val="right"/>
      </w:pPr>
      <w:r>
        <w:t>اللہ نے فرمایا اے موسیٰ میں نے تم کو لوگوں پر اپنی پیغمبری اور اپنے کلام کے ذریعے</w:t>
      </w:r>
    </w:p>
    <w:p>
      <w:r>
        <w:rPr>
          <w:b/>
        </w:rPr>
        <w:t xml:space="preserve">[33:27] </w:t>
      </w:r>
      <w:r>
        <w:t>se sarfaraz kiya.</w:t>
      </w:r>
    </w:p>
    <w:p>
      <w:pPr>
        <w:jc w:val="right"/>
      </w:pPr>
      <w:r>
        <w:t>سے سرفراز کیا۔</w:t>
      </w:r>
    </w:p>
    <w:p>
      <w:r>
        <w:rPr>
          <w:b/>
        </w:rPr>
        <w:t xml:space="preserve">[33:31] </w:t>
      </w:r>
      <w:r>
        <w:t>pas ab lo jo kuch main ne tum ko ata kiya hai aur shukr guzaroon mein se bano.</w:t>
      </w:r>
    </w:p>
    <w:p>
      <w:pPr>
        <w:jc w:val="right"/>
      </w:pPr>
      <w:r>
        <w:t>پس اب لو جو کچھ میں نے تم کو عطا کیا ہے اور شکر گزاروں میں سے بنو۔</w:t>
      </w:r>
    </w:p>
    <w:p>
      <w:r>
        <w:rPr>
          <w:b/>
        </w:rPr>
        <w:t xml:space="preserve">[33:35] </w:t>
      </w:r>
      <w:r>
        <w:t>aur hum ne us ke liye takhtiyon par har qism ki naseehat aur har</w:t>
      </w:r>
    </w:p>
    <w:p>
      <w:pPr>
        <w:jc w:val="right"/>
      </w:pPr>
      <w:r>
        <w:t>اور ہم نے اس کے لیے تختیوں پر ہر قسم کی نصیحت اور ہر</w:t>
      </w:r>
    </w:p>
    <w:p>
      <w:r>
        <w:rPr>
          <w:b/>
        </w:rPr>
        <w:t xml:space="preserve">[33:40] </w:t>
      </w:r>
      <w:r>
        <w:t>cheez ki tafseer likh di.</w:t>
      </w:r>
    </w:p>
    <w:p>
      <w:pPr>
        <w:jc w:val="right"/>
      </w:pPr>
      <w:r>
        <w:t>چیز کی تفسیر لکھ دی۔</w:t>
      </w:r>
    </w:p>
    <w:p>
      <w:r>
        <w:rPr>
          <w:b/>
        </w:rPr>
        <w:t xml:space="preserve">[33:45] </w:t>
      </w:r>
      <w:r>
        <w:t>pas is ko mazboot'i se pakaRo aur apni qaum ko hukm do ke in ke behtar mafhoom ki pairvi karen.</w:t>
      </w:r>
    </w:p>
    <w:p>
      <w:pPr>
        <w:jc w:val="right"/>
      </w:pPr>
      <w:r>
        <w:t>پس اس کو مضبوطی سے پکڑو اور اپنی قوم کو حکم دو کہ ان کے بہتر مفہوم کی پیروی کریں۔</w:t>
      </w:r>
    </w:p>
    <w:p>
      <w:r>
        <w:rPr>
          <w:b/>
        </w:rPr>
        <w:t xml:space="preserve">[33:50] </w:t>
      </w:r>
      <w:r>
        <w:t>anqareeb mein tum ko naafarmaanon ka ghar dikhaunga.</w:t>
      </w:r>
    </w:p>
    <w:p>
      <w:pPr>
        <w:jc w:val="right"/>
      </w:pPr>
      <w:r>
        <w:t>عنقریب میں تم کو نافرمانوں کا گھر دکھاؤں گا۔</w:t>
      </w:r>
    </w:p>
    <w:p>
      <w:r>
        <w:rPr>
          <w:b/>
        </w:rPr>
        <w:t xml:space="preserve">[33:55] </w:t>
      </w:r>
      <w:r>
        <w:t>mein apni nishaniyon se un logon ko phera dunga jo zameen mein naahaq ghamand karte hain.</w:t>
      </w:r>
    </w:p>
    <w:p>
      <w:pPr>
        <w:jc w:val="right"/>
      </w:pPr>
      <w:r>
        <w:t>میں اپنی نشانیوں سے ان لوگوں کو پھیر دوں گا جو زمین میں ناحق گھمنڈ کرتے ہیں۔</w:t>
      </w:r>
    </w:p>
    <w:p>
      <w:r>
        <w:rPr>
          <w:b/>
        </w:rPr>
        <w:t xml:space="preserve">[34:00] </w:t>
      </w:r>
      <w:r>
        <w:t>aur agar woh har qism ki nishaniyan dekhen tab bhi un par imaan na layen.</w:t>
      </w:r>
    </w:p>
    <w:p>
      <w:pPr>
        <w:jc w:val="right"/>
      </w:pPr>
      <w:r>
        <w:t>اور اگر وہ ہر قسم کی نشانیاں دیکھ لیں تب بھی ان پر ایمان نہ لائے۔</w:t>
      </w:r>
    </w:p>
    <w:p>
      <w:r>
        <w:rPr>
          <w:b/>
        </w:rPr>
        <w:t xml:space="preserve">[34:05] </w:t>
      </w:r>
      <w:r>
        <w:t>aur agar woh hidayat ka rasta dekhen to us ko na apnaen ge. aur</w:t>
      </w:r>
    </w:p>
    <w:p>
      <w:pPr>
        <w:jc w:val="right"/>
      </w:pPr>
      <w:r>
        <w:t>اور اگر وہ ہدایت کا راستہ دیکھیں تو اس کو نہ اپنائیں گے۔ اور</w:t>
      </w:r>
    </w:p>
    <w:p>
      <w:r>
        <w:rPr>
          <w:b/>
        </w:rPr>
        <w:t xml:space="preserve">[34:10] </w:t>
      </w:r>
      <w:r>
        <w:t>agar gumrahi ka rasta dekhen to us ko apna len ge.</w:t>
      </w:r>
    </w:p>
    <w:p>
      <w:pPr>
        <w:jc w:val="right"/>
      </w:pPr>
      <w:r>
        <w:t>اگر گمراہی کا راستہ دیکھیں تو اس کو اپنا لیں گے۔</w:t>
      </w:r>
    </w:p>
    <w:p>
      <w:r>
        <w:rPr>
          <w:b/>
        </w:rPr>
        <w:t xml:space="preserve">[34:15] </w:t>
      </w:r>
      <w:r>
        <w:t>yeh is sabab se hai ke unhon ne hamari nishaniyon ko jhutlaya aur un ki taraf se apne</w:t>
      </w:r>
    </w:p>
    <w:p>
      <w:pPr>
        <w:jc w:val="right"/>
      </w:pPr>
      <w:r>
        <w:t>یہ اس سبب سے ہے کہ انہوں نے ہماری نشانیوں کو جھٹلایا اور ان کی طرف سے اپنے</w:t>
      </w:r>
    </w:p>
    <w:p>
      <w:r>
        <w:rPr>
          <w:b/>
        </w:rPr>
        <w:t xml:space="preserve">[34:20] </w:t>
      </w:r>
      <w:r>
        <w:t>ko ghafil rakha.</w:t>
      </w:r>
    </w:p>
    <w:p>
      <w:pPr>
        <w:jc w:val="right"/>
      </w:pPr>
      <w:r>
        <w:t>کو غافل رکھا۔</w:t>
      </w:r>
    </w:p>
    <w:p>
      <w:r>
        <w:rPr>
          <w:b/>
        </w:rPr>
        <w:t xml:space="preserve">[34:25] </w:t>
      </w:r>
      <w:r>
        <w:t>aur jinhon ne hamari nishaniyon ko aur aakhrat ki mulaqat ko jhutlaya un ke aamal aqarat ho gae.</w:t>
      </w:r>
    </w:p>
    <w:p>
      <w:pPr>
        <w:jc w:val="right"/>
      </w:pPr>
      <w:r>
        <w:t>اور جنہوں نے ہماری نشانیوں کو اور آخرت کی ملاقات کو جھٹلایا ان کے اعمال عقارت ہو گئے۔</w:t>
      </w:r>
    </w:p>
    <w:p>
      <w:r>
        <w:rPr>
          <w:b/>
        </w:rPr>
        <w:t xml:space="preserve">[34:30] </w:t>
      </w:r>
      <w:r>
        <w:t>aur woh badle mein wohi payen ge jo woh karte the.</w:t>
      </w:r>
    </w:p>
    <w:p>
      <w:pPr>
        <w:jc w:val="right"/>
      </w:pPr>
      <w:r>
        <w:t>اور وہ بدلے میں وہی پائیں گے جو وہ کرتے تھے۔</w:t>
      </w:r>
    </w:p>
    <w:p>
      <w:r>
        <w:rPr>
          <w:b/>
        </w:rPr>
        <w:t xml:space="preserve">[34:35] </w:t>
      </w:r>
      <w:r>
        <w:t>aur Moosa ki qaum ne is ke peechhe apne zewaron se ek bacchRa banaya. ek dhar</w:t>
      </w:r>
    </w:p>
    <w:p>
      <w:pPr>
        <w:jc w:val="right"/>
      </w:pPr>
      <w:r>
        <w:t>اور موسیٰ کی قوم نے اس کے پیچھے اپنے زیوروں سے ایک بچھڑا بنایا۔ ایک دھڑ</w:t>
      </w:r>
    </w:p>
    <w:p>
      <w:r>
        <w:rPr>
          <w:b/>
        </w:rPr>
        <w:t xml:space="preserve">[34:40] </w:t>
      </w:r>
      <w:r>
        <w:t>jis se bail ki si aawaz nikalti thi.</w:t>
      </w:r>
    </w:p>
    <w:p>
      <w:pPr>
        <w:jc w:val="right"/>
      </w:pPr>
      <w:r>
        <w:t>جس سے بیل کی سی آواز نکلتی تھی۔</w:t>
      </w:r>
    </w:p>
    <w:p>
      <w:r>
        <w:rPr>
          <w:b/>
        </w:rPr>
        <w:t xml:space="preserve">[34:44] </w:t>
      </w:r>
      <w:r>
        <w:t>kya unhon ne nahin dekha ke woh na un se bolta hai aur na koi rah dikhata hai.</w:t>
      </w:r>
    </w:p>
    <w:p>
      <w:pPr>
        <w:jc w:val="right"/>
      </w:pPr>
      <w:r>
        <w:t>کیا انہوں نے نہیں دیکھا کہ وہ نہ ان سے بولتا ہے اور نہ کوئی راہ دکھاتا ہے۔</w:t>
      </w:r>
    </w:p>
    <w:p>
      <w:r>
        <w:rPr>
          <w:b/>
        </w:rPr>
        <w:t xml:space="preserve">[34:49] </w:t>
      </w:r>
      <w:r>
        <w:t>is ko unhon ne mabood bana liya aur woh bare zalim the.</w:t>
      </w:r>
    </w:p>
    <w:p>
      <w:pPr>
        <w:jc w:val="right"/>
      </w:pPr>
      <w:r>
        <w:t>اس کو انہوں نے معبود بنا لیا اور وہ بڑے ظالم تھے۔</w:t>
      </w:r>
    </w:p>
    <w:p>
      <w:r>
        <w:rPr>
          <w:b/>
        </w:rPr>
        <w:t xml:space="preserve">[34:53] </w:t>
      </w:r>
      <w:r>
        <w:t>aur jab woh pachtae aur unhon ne mehsoos kiya ke woh gumrahi mein par gae the to unhon</w:t>
      </w:r>
    </w:p>
    <w:p>
      <w:pPr>
        <w:jc w:val="right"/>
      </w:pPr>
      <w:r>
        <w:t>اور جب وہ پچھتائے اور انہوں نے محسوس کیا کہ وہ گمراہی میں پڑ گئے تھے تو انہوں</w:t>
      </w:r>
    </w:p>
    <w:p>
      <w:r>
        <w:rPr>
          <w:b/>
        </w:rPr>
        <w:t xml:space="preserve">[34:57] </w:t>
      </w:r>
      <w:r>
        <w:t>ne kaha agar hamare Rab ne hum par reham na kiya aur hum ko na bakhsha to yaqeenan</w:t>
      </w:r>
    </w:p>
    <w:p>
      <w:pPr>
        <w:jc w:val="right"/>
      </w:pPr>
      <w:r>
        <w:t>نے کہا اگر ہمارے رب نے ہم پر رحم نہ کیا اور ہم کو نہ بخشا تو یقینا</w:t>
      </w:r>
    </w:p>
    <w:p>
      <w:r>
        <w:rPr>
          <w:b/>
        </w:rPr>
        <w:t xml:space="preserve">[35:02] </w:t>
      </w:r>
      <w:r>
        <w:t>hum barbaad ho jayen ge.</w:t>
      </w:r>
    </w:p>
    <w:p>
      <w:pPr>
        <w:jc w:val="right"/>
      </w:pPr>
      <w:r>
        <w:t>ہم برباد ہو جائیں گے۔</w:t>
      </w:r>
    </w:p>
    <w:p>
      <w:r>
        <w:rPr>
          <w:b/>
        </w:rPr>
        <w:t xml:space="preserve">[35:06] </w:t>
      </w:r>
      <w:r>
        <w:t>aur jab Moosa ranj aur ghusse mein</w:t>
      </w:r>
    </w:p>
    <w:p>
      <w:pPr>
        <w:jc w:val="right"/>
      </w:pPr>
      <w:r>
        <w:t>اور جب موسیٰ رنج اور غصے میں</w:t>
      </w:r>
    </w:p>
    <w:p>
      <w:r>
        <w:rPr>
          <w:b/>
        </w:rPr>
        <w:t xml:space="preserve">[35:10] </w:t>
      </w:r>
      <w:r>
        <w:t>bhara hua apni qom ki taraf lauta to us ne kaha tum ne mere baad meri bohat buri janesheeni ki. kya tum ne apne rab ke hukum se pehle hi jaldi kar li? aur us ne takhtiyan dal din aur apne bhai ka sir pakar kar us ko apni taraf khenchne laga. haroon ne kaha aye mere maan ke bete logon ne mujhe daba liya aur qareeb tha ke mujh ko mar dalen. pas to dushmanon ko mere upar hansne ka moqa</w:t>
      </w:r>
    </w:p>
    <w:p>
      <w:pPr>
        <w:jc w:val="right"/>
      </w:pPr>
      <w:r>
        <w:t>بھرا ہوا اپنی قوم کی طرف لوٹا تو اس نے کہا تم نے میرے بعد میری بہت بری جانشینی کی۔ کیا تم نے اپنے رب کے حکم سے پہلے ہی جلدی کر لی؟ اور اس نے تختیاں ڈال دیں اور اپنے بھائی کا سر پکڑ کر اس کو اپنی طرف کھینچنے لگا۔ ہارون نے کہا اے میرے ماں کے بیٹے لوگوں نے مجھے دبا لیا اور قریب تھا کہ مجھ کو مار ڈالیں۔ پس تو دشمنوں کو میرے اوپر ہنسنے کا موقع</w:t>
      </w:r>
    </w:p>
    <w:p>
      <w:r>
        <w:rPr>
          <w:b/>
        </w:rPr>
        <w:t xml:space="preserve">[35:40] </w:t>
      </w:r>
      <w:r>
        <w:t>na de aur mujh ko zalimon ke sath shamil na kar. musa ne kaha aye mere rab maaf kar de mujh ko aur mere bhai ko aur hum ko apni rehmat mein dakhil farma aur tu sab se zyada reham karne wala hai. beshak jin logon ne bichhde ko mabood banaya un ko un ke rab ka ghazab pahunche ga. aur zalat dunya ki zindagi mein. aur hum aisa hi badla dete hain jhoot bandh</w:t>
      </w:r>
    </w:p>
    <w:p>
      <w:pPr>
        <w:jc w:val="right"/>
      </w:pPr>
      <w:r>
        <w:t>نہ دے اور مجھ کو ظالموں کے ساتھ شامل نہ کر۔ موسیٰ نے کہا اے میرے رب معاف کر دے مجھ کو اور میرے بھائی کو اور ہم کو اپنی رحمت میں داخل فرما اور تو سب سے زیادہ رحم کرنے والا ہے۔ بے شک جن لوگوں نے بچھڑے کو معبود بنایا ان کو ان کے رب کا غضب پہنچے گا۔ اور ذلت دنیا کی زندگی میں۔ اور ہم ایسا ہی بدلہ دیتے ہیں جھوٹ باندھ</w:t>
      </w:r>
    </w:p>
    <w:p>
      <w:r>
        <w:rPr>
          <w:b/>
        </w:rPr>
        <w:t xml:space="preserve">[36:10] </w:t>
      </w:r>
      <w:r>
        <w:t>ne walon ko.</w:t>
      </w:r>
    </w:p>
    <w:p>
      <w:pPr>
        <w:jc w:val="right"/>
      </w:pPr>
      <w:r>
        <w:t>نے والوں کو۔</w:t>
      </w:r>
    </w:p>
    <w:p>
      <w:r>
        <w:rPr>
          <w:b/>
        </w:rPr>
        <w:t xml:space="preserve">[36:15] </w:t>
      </w:r>
      <w:r>
        <w:t>aur jin logon ne bare kaam kiye phir is ke baad tauba ki aur imaan laye to be</w:t>
      </w:r>
    </w:p>
    <w:p>
      <w:pPr>
        <w:jc w:val="right"/>
      </w:pPr>
      <w:r>
        <w:t>اور جن لوگوں نے برے کام کیے پھر اس کے بعد توبہ کی اور ایمان لائے تو بے</w:t>
      </w:r>
    </w:p>
    <w:p>
      <w:r>
        <w:rPr>
          <w:b/>
        </w:rPr>
        <w:t xml:space="preserve">[36:20] </w:t>
      </w:r>
      <w:r>
        <w:t>shak is ke baad tera Rab bakhsne wala meherban hai.</w:t>
      </w:r>
    </w:p>
    <w:p>
      <w:pPr>
        <w:jc w:val="right"/>
      </w:pPr>
      <w:r>
        <w:t>شک اس کے بعد تیرا رب بخشنے والا مہربان ہے۔</w:t>
      </w:r>
    </w:p>
    <w:p>
      <w:r>
        <w:rPr>
          <w:b/>
        </w:rPr>
        <w:t xml:space="preserve">[36:25] </w:t>
      </w:r>
      <w:r>
        <w:t>aur jab Moosa ka ghussa thama to us ne takhtiyan uthayin aur jo un mein likha hua tha</w:t>
      </w:r>
    </w:p>
    <w:p>
      <w:pPr>
        <w:jc w:val="right"/>
      </w:pPr>
      <w:r>
        <w:t>اور جب موسیٰ کا غصہ تھما تو اس نے تختیاں اٹھائیں اور جو ان میں لکھا ہوا تھا</w:t>
      </w:r>
    </w:p>
    <w:p>
      <w:r>
        <w:rPr>
          <w:b/>
        </w:rPr>
        <w:t xml:space="preserve">[36:30] </w:t>
      </w:r>
      <w:r>
        <w:t>us mein hidayat aur rehmat thi un logon ke liye jo apne Rab se darte hain.</w:t>
      </w:r>
    </w:p>
    <w:p>
      <w:pPr>
        <w:jc w:val="right"/>
      </w:pPr>
      <w:r>
        <w:t>اس میں ہدایت اور رحمت تھی ان لوگوں کے لیے جو اپنے رب سے ڈرتے ہیں۔</w:t>
      </w:r>
    </w:p>
    <w:p>
      <w:r>
        <w:rPr>
          <w:b/>
        </w:rPr>
        <w:t xml:space="preserve">[36:35] </w:t>
      </w:r>
      <w:r>
        <w:t>aur Moosa ne apni qaum mein se sattar aadmi chune hamare</w:t>
      </w:r>
    </w:p>
    <w:p>
      <w:pPr>
        <w:jc w:val="right"/>
      </w:pPr>
      <w:r>
        <w:t>اور موسیٰ نے اپنی قوم میں سے ستر آدمی چنے ہمارے</w:t>
      </w:r>
    </w:p>
    <w:p>
      <w:r>
        <w:rPr>
          <w:b/>
        </w:rPr>
        <w:t xml:space="preserve">[36:40] </w:t>
      </w:r>
      <w:r>
        <w:t>muqarrar kiye hue waqt ke liye.</w:t>
      </w:r>
    </w:p>
    <w:p>
      <w:pPr>
        <w:jc w:val="right"/>
      </w:pPr>
      <w:r>
        <w:t>مقرر کیے ہوئے وقت کے لیے۔</w:t>
      </w:r>
    </w:p>
    <w:p>
      <w:r>
        <w:rPr>
          <w:b/>
        </w:rPr>
        <w:t xml:space="preserve">[36:45] </w:t>
      </w:r>
      <w:r>
        <w:t>phir jab un ko zalzale ne pakda to musa ne kaha ae rab agar tu chahta to pehle</w:t>
      </w:r>
    </w:p>
    <w:p>
      <w:pPr>
        <w:jc w:val="right"/>
      </w:pPr>
      <w:r>
        <w:t>پھر جب ان کو زلزلے نے پکڑا تو موسیٰ نے کہا اے رب اگر تو چاہتا تو پہلے</w:t>
      </w:r>
    </w:p>
    <w:p>
      <w:r>
        <w:rPr>
          <w:b/>
        </w:rPr>
        <w:t xml:space="preserve">[36:49] </w:t>
      </w:r>
      <w:r>
        <w:t>hi to un ko halak kar deta aur mujh ko bhi.</w:t>
      </w:r>
    </w:p>
    <w:p>
      <w:pPr>
        <w:jc w:val="right"/>
      </w:pPr>
      <w:r>
        <w:t>ہی تو ان کو ہلاک کر دیتا اور مجھ کو بھی۔</w:t>
      </w:r>
    </w:p>
    <w:p>
      <w:r>
        <w:rPr>
          <w:b/>
        </w:rPr>
        <w:t xml:space="preserve">[36:54] </w:t>
      </w:r>
      <w:r>
        <w:t>kya tu hum ko aise kaam par halak karega jo hamare andar ke bewakoofon ne kiya?</w:t>
      </w:r>
    </w:p>
    <w:p>
      <w:pPr>
        <w:jc w:val="right"/>
      </w:pPr>
      <w:r>
        <w:t>کیا تو ہم کو ایسے کام پر ہلاک کرے گا جو ہمارے اندر کے بے وقوفوں نے کیا؟</w:t>
      </w:r>
    </w:p>
    <w:p>
      <w:r>
        <w:rPr>
          <w:b/>
        </w:rPr>
        <w:t xml:space="preserve">[36:58] </w:t>
      </w:r>
      <w:r>
        <w:t>yeh sab teri azmaish hai.</w:t>
      </w:r>
    </w:p>
    <w:p>
      <w:pPr>
        <w:jc w:val="right"/>
      </w:pPr>
      <w:r>
        <w:t>یہ سب تیری آزمائش ہے۔</w:t>
      </w:r>
    </w:p>
    <w:p>
      <w:r>
        <w:rPr>
          <w:b/>
        </w:rPr>
        <w:t xml:space="preserve">[37:03] </w:t>
      </w:r>
      <w:r>
        <w:t>tu is se jis ko chahe gumrah kar de aur jis ko chahe hidayat de.</w:t>
      </w:r>
    </w:p>
    <w:p>
      <w:pPr>
        <w:jc w:val="right"/>
      </w:pPr>
      <w:r>
        <w:t>تو اس سے جس کو چاہے گمراہ کر دے اور جس کو چاہے ہدایت دے۔</w:t>
      </w:r>
    </w:p>
    <w:p>
      <w:r>
        <w:rPr>
          <w:b/>
        </w:rPr>
        <w:t xml:space="preserve">[37:07] </w:t>
      </w:r>
      <w:r>
        <w:t>tu hi hamara thamne wala hai.</w:t>
      </w:r>
    </w:p>
    <w:p>
      <w:pPr>
        <w:jc w:val="right"/>
      </w:pPr>
      <w:r>
        <w:t>تو ہی ہمارا تھامنے والا ہے۔</w:t>
      </w:r>
    </w:p>
    <w:p>
      <w:r>
        <w:rPr>
          <w:b/>
        </w:rPr>
        <w:t xml:space="preserve">[37:11] </w:t>
      </w:r>
      <w:r>
        <w:t>pas hum ko bakhsh de aur hum par reham farma.</w:t>
      </w:r>
    </w:p>
    <w:p>
      <w:pPr>
        <w:jc w:val="right"/>
      </w:pPr>
      <w:r>
        <w:t>پس ہم کو بخش دے اور ہم پر رحم فرما۔</w:t>
      </w:r>
    </w:p>
    <w:p>
      <w:r>
        <w:rPr>
          <w:b/>
        </w:rPr>
        <w:t xml:space="preserve">[37:16] </w:t>
      </w:r>
      <w:r>
        <w:t>tu sab se behtar bakhsne wala hai.</w:t>
      </w:r>
    </w:p>
    <w:p>
      <w:pPr>
        <w:jc w:val="right"/>
      </w:pPr>
      <w:r>
        <w:t>تو سب سے بہتر بخشنے والا ہے۔</w:t>
      </w:r>
    </w:p>
    <w:p>
      <w:r>
        <w:rPr>
          <w:b/>
        </w:rPr>
        <w:t xml:space="preserve">[37:20] </w:t>
      </w:r>
      <w:r>
        <w:t>aur hamare liye is dunya mein bhi bhalai likh de aur akhirat mein bhi.</w:t>
      </w:r>
    </w:p>
    <w:p>
      <w:pPr>
        <w:jc w:val="right"/>
      </w:pPr>
      <w:r>
        <w:t>اور ہمارے لیے اس دنیا میں بھی بھلائی لکھ دے اور آخرت میں بھی۔</w:t>
      </w:r>
    </w:p>
    <w:p>
      <w:r>
        <w:rPr>
          <w:b/>
        </w:rPr>
        <w:t xml:space="preserve">[37:24] </w:t>
      </w:r>
      <w:r>
        <w:t>hum ne teri taraf rujoo kiya.</w:t>
      </w:r>
    </w:p>
    <w:p>
      <w:pPr>
        <w:jc w:val="right"/>
      </w:pPr>
      <w:r>
        <w:t>ہم نے تیری طرف رجوع کیا۔</w:t>
      </w:r>
    </w:p>
    <w:p>
      <w:r>
        <w:rPr>
          <w:b/>
        </w:rPr>
        <w:t xml:space="preserve">[37:28] </w:t>
      </w:r>
      <w:r>
        <w:t>allah ne kaha mein apna azab isi par dalta hoon jis ko chahta hoon aur meri rehmat shamil</w:t>
      </w:r>
    </w:p>
    <w:p>
      <w:pPr>
        <w:jc w:val="right"/>
      </w:pPr>
      <w:r>
        <w:t>اللہ نے کہا میں اپنا عذاب اسی پر ڈالتا ہوں جس کو چاہتا ہوں اور میری رحمت شامل</w:t>
      </w:r>
    </w:p>
    <w:p>
      <w:r>
        <w:rPr>
          <w:b/>
        </w:rPr>
        <w:t xml:space="preserve">[37:33] </w:t>
      </w:r>
      <w:r>
        <w:t>hai har cheez ko.</w:t>
      </w:r>
    </w:p>
    <w:p>
      <w:pPr>
        <w:jc w:val="right"/>
      </w:pPr>
      <w:r>
        <w:t>ہے ہر چیز کو۔</w:t>
      </w:r>
    </w:p>
    <w:p>
      <w:r>
        <w:rPr>
          <w:b/>
        </w:rPr>
        <w:t xml:space="preserve">[37:37] </w:t>
      </w:r>
      <w:r>
        <w:t>pas mein is ko likh dunga un ke liye jo dar rakhte hain aur</w:t>
      </w:r>
    </w:p>
    <w:p>
      <w:pPr>
        <w:jc w:val="right"/>
      </w:pPr>
      <w:r>
        <w:t>پس میں اس کو لکھ دوں گا ان کے لیے جو ڈر رکھتے ہیں اور</w:t>
      </w:r>
    </w:p>
    <w:p>
      <w:r>
        <w:rPr>
          <w:b/>
        </w:rPr>
        <w:t xml:space="preserve">[37:41] </w:t>
      </w:r>
      <w:r>
        <w:t>zakat ada karte hain aur hamari nishaniyon par iman late hain.</w:t>
      </w:r>
    </w:p>
    <w:p>
      <w:pPr>
        <w:jc w:val="right"/>
      </w:pPr>
      <w:r>
        <w:t>زکوٰۃ ادا کرتے ہیں اور ہماری نشانیوں پر ایمان لاتے ہیں۔</w:t>
      </w:r>
    </w:p>
    <w:p>
      <w:r>
        <w:rPr>
          <w:b/>
        </w:rPr>
        <w:t xml:space="preserve">[37:46] </w:t>
      </w:r>
      <w:r>
        <w:t>jo log pairvi karen us rasool ki jo nabi ummi hai jis ko woh apne yahan torait aur</w:t>
      </w:r>
    </w:p>
    <w:p>
      <w:pPr>
        <w:jc w:val="right"/>
      </w:pPr>
      <w:r>
        <w:t>جو لوگ پیروی کریں اس رسول کی جو نبی امی ہے جس کو وہ اپنے یہاں تورات اور</w:t>
      </w:r>
    </w:p>
    <w:p>
      <w:r>
        <w:rPr>
          <w:b/>
        </w:rPr>
        <w:t xml:space="preserve">[37:51] </w:t>
      </w:r>
      <w:r>
        <w:t>injeel mein likha hua pate hain.</w:t>
      </w:r>
    </w:p>
    <w:p>
      <w:pPr>
        <w:jc w:val="right"/>
      </w:pPr>
      <w:r>
        <w:t>انجیل میں لکھا ہوا پاتے ہیں۔</w:t>
      </w:r>
    </w:p>
    <w:p>
      <w:r>
        <w:rPr>
          <w:b/>
        </w:rPr>
        <w:t xml:space="preserve">[37:56] </w:t>
      </w:r>
      <w:r>
        <w:t>woh un ko neki ka hukum deta hai aur un ko burai se rokta hai aur un ke</w:t>
      </w:r>
    </w:p>
    <w:p>
      <w:pPr>
        <w:jc w:val="right"/>
      </w:pPr>
      <w:r>
        <w:t>وہ ان کو نیکی کا حکم دیتا ہے اور ان کو برائی سے روکتا ہے اور ان کے</w:t>
      </w:r>
    </w:p>
    <w:p>
      <w:r>
        <w:rPr>
          <w:b/>
        </w:rPr>
        <w:t xml:space="preserve">[38:01] </w:t>
      </w:r>
      <w:r>
        <w:t>liye pakiza cheezen jaiz thaharta hai aur napak cheezen haram karta hai aur un par se woh bojh</w:t>
      </w:r>
    </w:p>
    <w:p>
      <w:pPr>
        <w:jc w:val="right"/>
      </w:pPr>
      <w:r>
        <w:t>لیے پاکیزہ چیزیں جائز ٹھہراتا ہے اور ناپاک چیزیں حرام کرتا ہے اور ان پر سے وہ بوجھ</w:t>
      </w:r>
    </w:p>
    <w:p>
      <w:r>
        <w:rPr>
          <w:b/>
        </w:rPr>
        <w:t xml:space="preserve">[38:06] </w:t>
      </w:r>
      <w:r>
        <w:t>aur qaidain utar</w:t>
      </w:r>
    </w:p>
    <w:p>
      <w:pPr>
        <w:jc w:val="right"/>
      </w:pPr>
      <w:r>
        <w:t>اور قیدیں اتارت</w:t>
      </w:r>
    </w:p>
    <w:p>
      <w:r>
        <w:rPr>
          <w:b/>
        </w:rPr>
        <w:t xml:space="preserve">[38:12] </w:t>
      </w:r>
      <w:r>
        <w:t>ta hai jo un par thin.</w:t>
      </w:r>
    </w:p>
    <w:p>
      <w:pPr>
        <w:jc w:val="right"/>
      </w:pPr>
      <w:r>
        <w:t>ا ہے جو ان پر تھیں۔</w:t>
      </w:r>
    </w:p>
    <w:p>
      <w:r>
        <w:rPr>
          <w:b/>
        </w:rPr>
        <w:t xml:space="preserve">[38:16] </w:t>
      </w:r>
      <w:r>
        <w:t>pas jo log is par iman laye aur jinhon ne is ki izzat ki aur is ki madad</w:t>
      </w:r>
    </w:p>
    <w:p>
      <w:pPr>
        <w:jc w:val="right"/>
      </w:pPr>
      <w:r>
        <w:t>پس جو لوگ اس پر ایمان لائے اور جنہوں نے اس کی عزت کی اور اس کی مدد</w:t>
      </w:r>
    </w:p>
    <w:p>
      <w:r>
        <w:rPr>
          <w:b/>
        </w:rPr>
        <w:t xml:space="preserve">[38:20] </w:t>
      </w:r>
      <w:r>
        <w:t>ki aur is noor ki pairvi ki jo is ke sath utara gaya hai to wahi log falaah</w:t>
      </w:r>
    </w:p>
    <w:p>
      <w:pPr>
        <w:jc w:val="right"/>
      </w:pPr>
      <w:r>
        <w:t>کی اور اس نور کی پیروی کی جو اس کے ساتھ اتارا گیا ہے تو وہی لوگ فلاح</w:t>
      </w:r>
    </w:p>
    <w:p>
      <w:r>
        <w:rPr>
          <w:b/>
        </w:rPr>
        <w:t xml:space="preserve">[38:25] </w:t>
      </w:r>
      <w:r>
        <w:t>pane wale hain.</w:t>
      </w:r>
    </w:p>
    <w:p>
      <w:pPr>
        <w:jc w:val="right"/>
      </w:pPr>
      <w:r>
        <w:t>پانے والے ہیں۔</w:t>
      </w:r>
    </w:p>
    <w:p>
      <w:r>
        <w:rPr>
          <w:b/>
        </w:rPr>
        <w:t xml:space="preserve">[38:29] </w:t>
      </w:r>
      <w:r>
        <w:t>kaho ae logon beshak mein allah ka rasool hoon tum sab ki taraf jis ki hukumat hai</w:t>
      </w:r>
    </w:p>
    <w:p>
      <w:pPr>
        <w:jc w:val="right"/>
      </w:pPr>
      <w:r>
        <w:t>کہو اے لوگوں بے شک میں اللہ کا رسول ہوں تم سب کی طرف جس کی حکومت ہے</w:t>
      </w:r>
    </w:p>
    <w:p>
      <w:r>
        <w:rPr>
          <w:b/>
        </w:rPr>
        <w:t xml:space="preserve">[38:34] </w:t>
      </w:r>
      <w:r>
        <w:t>aasmanon aur zameen mein.</w:t>
      </w:r>
    </w:p>
    <w:p>
      <w:pPr>
        <w:jc w:val="right"/>
      </w:pPr>
      <w:r>
        <w:t>آسمانوں اور زمین میں۔</w:t>
      </w:r>
    </w:p>
    <w:p>
      <w:r>
        <w:rPr>
          <w:b/>
        </w:rPr>
        <w:t xml:space="preserve">[38:38] </w:t>
      </w:r>
      <w:r>
        <w:t>wohi jilata hai aur wohi marta hai.</w:t>
      </w:r>
    </w:p>
    <w:p>
      <w:pPr>
        <w:jc w:val="right"/>
      </w:pPr>
      <w:r>
        <w:t>وہی جلاتا ہے اور وہی مارتا ہے۔</w:t>
      </w:r>
    </w:p>
    <w:p>
      <w:r>
        <w:rPr>
          <w:b/>
        </w:rPr>
        <w:t xml:space="preserve">[38:43] </w:t>
      </w:r>
      <w:r>
        <w:t>pas iman lao allah par aur us ke ummi rasool aur nabbi par jo iman rakhta hai allah aur us ke kalmat par aur us ki pairwi karo taake tum hidayat pao. aur musa ki qom mein ek giroh aisa bhi hai jo haq ke mutabiq rehnumai karta hai aur usi ke mutabiq insaaf karta hai. aur hum ne un ko barah gharanon mein taqseem kar ke unhe alag alag giroh bana diya. aur jab musa ki qom ne p</w:t>
      </w:r>
    </w:p>
    <w:p>
      <w:pPr>
        <w:jc w:val="right"/>
      </w:pPr>
      <w:r>
        <w:t>پس ایمان لاؤ اللہ پر اور اس کے امی رسول اور نبی پر جو ایمان رکھتا ہے اللہ اور اس کے کلمات پر اور اس کی پیروی کرو تاکہ تم ہدایت پاؤ۔ اور موسیٰ کی قوم میں ایک گروہ ایسا بھی ہے جو حق کے مطابق رہنمائی کرتا ہے اور اسی کے مطابق انصاف کرتا ہے۔ اور ہم نے ان کو بارہ گھرانوں میں تقسیم کر کے انہیں الگ الگ گروہ بنا دیا۔ اور جب موسیٰ کی قوم نے پ</w:t>
      </w:r>
    </w:p>
    <w:p>
      <w:r>
        <w:rPr>
          <w:b/>
        </w:rPr>
        <w:t xml:space="preserve">[39:13] </w:t>
      </w:r>
      <w:r>
        <w:t>ani manga to hum ne Mosa ko hukum bheja ke falan chattan par apni laathi maro.</w:t>
      </w:r>
    </w:p>
    <w:p>
      <w:pPr>
        <w:jc w:val="right"/>
      </w:pPr>
      <w:r>
        <w:t>انی مانگا تو ہم نے موسیٰ کو حکم بھیجا کہ فلاں چٹان پر اپنی لاٹھی مارو۔</w:t>
      </w:r>
    </w:p>
    <w:p>
      <w:r>
        <w:rPr>
          <w:b/>
        </w:rPr>
        <w:t xml:space="preserve">[39:18] </w:t>
      </w:r>
      <w:r>
        <w:t>to is se barah chashmay phoot niklay.</w:t>
      </w:r>
    </w:p>
    <w:p>
      <w:pPr>
        <w:jc w:val="right"/>
      </w:pPr>
      <w:r>
        <w:t>تو اس سے بارہ چشمے پھوٹ نکلے۔</w:t>
      </w:r>
    </w:p>
    <w:p>
      <w:r>
        <w:rPr>
          <w:b/>
        </w:rPr>
        <w:t xml:space="preserve">[39:23] </w:t>
      </w:r>
      <w:r>
        <w:t>har giroh ne apna pani peenay ka maqam maloom kar liya.</w:t>
      </w:r>
    </w:p>
    <w:p>
      <w:pPr>
        <w:jc w:val="right"/>
      </w:pPr>
      <w:r>
        <w:t>ہر گروہ نے اپنا پانی پینے کا مقام معلوم کر لیا۔</w:t>
      </w:r>
    </w:p>
    <w:p>
      <w:r>
        <w:rPr>
          <w:b/>
        </w:rPr>
        <w:t xml:space="preserve">[39:28] </w:t>
      </w:r>
      <w:r>
        <w:t>aur hum ne un par badliyon ka saya kiya aur un par man o salwa utara.</w:t>
      </w:r>
    </w:p>
    <w:p>
      <w:pPr>
        <w:jc w:val="right"/>
      </w:pPr>
      <w:r>
        <w:t>اور ہم نے ان پر بدلیوں کا سایہ کیا اور ان پر من و سلوٰی اتارا۔</w:t>
      </w:r>
    </w:p>
    <w:p>
      <w:r>
        <w:rPr>
          <w:b/>
        </w:rPr>
        <w:t xml:space="preserve">[39:33] </w:t>
      </w:r>
      <w:r>
        <w:t>khao pakizah cheezon mein se jo hum ne tum ko di hain.</w:t>
      </w:r>
    </w:p>
    <w:p>
      <w:pPr>
        <w:jc w:val="right"/>
      </w:pPr>
      <w:r>
        <w:t>کھاؤ پاکیزہ چیزوں میں سے جو ہم نے تم کو دی ہیں۔</w:t>
      </w:r>
    </w:p>
    <w:p>
      <w:r>
        <w:rPr>
          <w:b/>
        </w:rPr>
        <w:t xml:space="preserve">[39:38] </w:t>
      </w:r>
      <w:r>
        <w:t>aur unhon ne hamara kuch nahi bigara balkay khud apna hi nuqsan karte rahay.</w:t>
      </w:r>
    </w:p>
    <w:p>
      <w:pPr>
        <w:jc w:val="right"/>
      </w:pPr>
      <w:r>
        <w:t>اور انہوں نے ہمارا کچھ نہیں بگاڑا بلکہ خود اپنا ہی نقصان کرتے رہے۔</w:t>
      </w:r>
    </w:p>
    <w:p>
      <w:r>
        <w:rPr>
          <w:b/>
        </w:rPr>
        <w:t xml:space="preserve">[39:43] </w:t>
      </w:r>
      <w:r>
        <w:t>aur jab un se kaha gaya ke is basti mein ja kar bas jao.</w:t>
      </w:r>
    </w:p>
    <w:p>
      <w:pPr>
        <w:jc w:val="right"/>
      </w:pPr>
      <w:r>
        <w:t>اور جب ان سے کہا گیا کہ اس بستی میں جا کر بس جاؤ۔</w:t>
      </w:r>
    </w:p>
    <w:p>
      <w:r>
        <w:rPr>
          <w:b/>
        </w:rPr>
        <w:t xml:space="preserve">[39:48] </w:t>
      </w:r>
      <w:r>
        <w:t>is mein jahan se chaho khao aur kaho hum ko bakhsh de aur darwazay mein jhukay huay dakhil ho.</w:t>
      </w:r>
    </w:p>
    <w:p>
      <w:pPr>
        <w:jc w:val="right"/>
      </w:pPr>
      <w:r>
        <w:t>اس میں جہاں سے چاہو کھاؤ اور کہو ہم کو بخش دے اور دروازے میں جھکے ہوئے داخل ہو۔</w:t>
      </w:r>
    </w:p>
    <w:p>
      <w:r>
        <w:rPr>
          <w:b/>
        </w:rPr>
        <w:t xml:space="preserve">[39:53] </w:t>
      </w:r>
      <w:r>
        <w:t>hum tumhari khataein maaf kar dain gay.</w:t>
      </w:r>
    </w:p>
    <w:p>
      <w:pPr>
        <w:jc w:val="right"/>
      </w:pPr>
      <w:r>
        <w:t>ہم تمہاری خطائیں معاف کر دیں گے۔</w:t>
      </w:r>
    </w:p>
    <w:p>
      <w:r>
        <w:rPr>
          <w:b/>
        </w:rPr>
        <w:t xml:space="preserve">[39:58] </w:t>
      </w:r>
      <w:r>
        <w:t>hum neki karne walon ko aur ziyada detay hain.</w:t>
      </w:r>
    </w:p>
    <w:p>
      <w:pPr>
        <w:jc w:val="right"/>
      </w:pPr>
      <w:r>
        <w:t>ہم نیکی کرنے والوں کو اور زیادہ دیتے ہیں۔</w:t>
      </w:r>
    </w:p>
    <w:p>
      <w:r>
        <w:rPr>
          <w:b/>
        </w:rPr>
        <w:t xml:space="preserve">[40:03] </w:t>
      </w:r>
      <w:r>
        <w:t>phir un mein se zalimon ne badal dala doosra lafz is ke siwa jo un se kaha gaya tha.</w:t>
      </w:r>
    </w:p>
    <w:p>
      <w:pPr>
        <w:jc w:val="right"/>
      </w:pPr>
      <w:r>
        <w:t>پھر ان میں سے ظالموں نے بدل ڈالا دوسرا لفظ اس کے سوا جو ان سے کہا گیا تھا۔</w:t>
      </w:r>
    </w:p>
    <w:p>
      <w:r>
        <w:rPr>
          <w:b/>
        </w:rPr>
        <w:t xml:space="preserve">[40:08] </w:t>
      </w:r>
      <w:r>
        <w:t>phir hum ne un par aasman se azab bhi</w:t>
      </w:r>
    </w:p>
    <w:p>
      <w:pPr>
        <w:jc w:val="right"/>
      </w:pPr>
      <w:r>
        <w:t>پھر ہم نے ان پر آسمان سے عذاب بھی</w:t>
      </w:r>
    </w:p>
    <w:p>
      <w:r>
        <w:rPr>
          <w:b/>
        </w:rPr>
        <w:t xml:space="preserve">[40:13] </w:t>
      </w:r>
      <w:r>
        <w:t>ja is liye ke woh zulm karte thay.</w:t>
      </w:r>
    </w:p>
    <w:p>
      <w:pPr>
        <w:jc w:val="right"/>
      </w:pPr>
      <w:r>
        <w:t>جا اس لیے کہ وہ ظلم کرتے تھے۔</w:t>
      </w:r>
    </w:p>
    <w:p>
      <w:r>
        <w:rPr>
          <w:b/>
        </w:rPr>
        <w:t xml:space="preserve">[40:17] </w:t>
      </w:r>
      <w:r>
        <w:t>aur un se is basti ka hal pucho jo darya ke kinare thi.</w:t>
      </w:r>
    </w:p>
    <w:p>
      <w:pPr>
        <w:jc w:val="right"/>
      </w:pPr>
      <w:r>
        <w:t>اور ان سے اس بستی کا حال پوچھو جو دریا کے کنارے تھی۔</w:t>
      </w:r>
    </w:p>
    <w:p>
      <w:r>
        <w:rPr>
          <w:b/>
        </w:rPr>
        <w:t xml:space="preserve">[40:22] </w:t>
      </w:r>
      <w:r>
        <w:t>jab woh sabat ke baray mein tajawuz karte thay.</w:t>
      </w:r>
    </w:p>
    <w:p>
      <w:pPr>
        <w:jc w:val="right"/>
      </w:pPr>
      <w:r>
        <w:t>جب وہ سبت کے بارے میں تجاوز کرتے تھے۔</w:t>
      </w:r>
    </w:p>
    <w:p>
      <w:r>
        <w:rPr>
          <w:b/>
        </w:rPr>
        <w:t xml:space="preserve">[40:26] </w:t>
      </w:r>
      <w:r>
        <w:t>jab un ke sabat ke din un ki machhliyan pani ke oopar aatin aur jis din sabat na</w:t>
      </w:r>
    </w:p>
    <w:p>
      <w:pPr>
        <w:jc w:val="right"/>
      </w:pPr>
      <w:r>
        <w:t>جب ان کے سبت کے دن ان کی مچھلیاں پانی کے اوپر آتیں اور جس دن سبت نہ</w:t>
      </w:r>
    </w:p>
    <w:p>
      <w:r>
        <w:rPr>
          <w:b/>
        </w:rPr>
        <w:t xml:space="preserve">[40:30] </w:t>
      </w:r>
      <w:r>
        <w:t>hota na aatin.</w:t>
      </w:r>
    </w:p>
    <w:p>
      <w:pPr>
        <w:jc w:val="right"/>
      </w:pPr>
      <w:r>
        <w:t>ہوتا نہ آتیں۔</w:t>
      </w:r>
    </w:p>
    <w:p>
      <w:r>
        <w:rPr>
          <w:b/>
        </w:rPr>
        <w:t xml:space="preserve">[40:35] </w:t>
      </w:r>
      <w:r>
        <w:t>unki azmaish hum ne is tarah ki is liye ke woh نافرمانی kar rahay thay.</w:t>
      </w:r>
    </w:p>
    <w:p>
      <w:pPr>
        <w:jc w:val="right"/>
      </w:pPr>
      <w:r>
        <w:t>ان کی آزمائش ہم نے اس طرح کی اس لیے کہ وہ نافرمانی کر رہے تھے۔</w:t>
      </w:r>
    </w:p>
    <w:p>
      <w:r>
        <w:rPr>
          <w:b/>
        </w:rPr>
        <w:t xml:space="preserve">[40:39] </w:t>
      </w:r>
      <w:r>
        <w:t>aur jab un mein se aik giroh ne kaha ke tum aisay logon ko</w:t>
      </w:r>
    </w:p>
    <w:p>
      <w:pPr>
        <w:jc w:val="right"/>
      </w:pPr>
      <w:r>
        <w:t>اور جب ان میں سے ایک گروہ نے کہا کہ تم ایسے لوگوں کو</w:t>
      </w:r>
    </w:p>
    <w:p>
      <w:r>
        <w:rPr>
          <w:b/>
        </w:rPr>
        <w:t xml:space="preserve">[40:43] </w:t>
      </w:r>
      <w:r>
        <w:t>kyon naseehat karte ho jinhein Allah halak karne wala hai ya un ko sakht azab dainay wala hai.</w:t>
      </w:r>
    </w:p>
    <w:p>
      <w:pPr>
        <w:jc w:val="right"/>
      </w:pPr>
      <w:r>
        <w:t>کیوں نصیحت کرتے ہو جنہیں اللہ ہلاک کرنے والا ہے یا ان کو سخت عذاب دینے والا ہے۔</w:t>
      </w:r>
    </w:p>
    <w:p>
      <w:r>
        <w:rPr>
          <w:b/>
        </w:rPr>
        <w:t xml:space="preserve">[40:49] </w:t>
      </w:r>
      <w:r>
        <w:t>unhon ne kaha tumharay Rab ke samnay ilzam utarnay ke liye aur is liye ke shayad woh darain.</w:t>
      </w:r>
    </w:p>
    <w:p>
      <w:pPr>
        <w:jc w:val="right"/>
      </w:pPr>
      <w:r>
        <w:t>انہوں نے کہا تمہارے رب کے سامنے الزام اتارنے کے لیے اور اس لیے کہ شاید وہ ڈریں۔</w:t>
      </w:r>
    </w:p>
    <w:p>
      <w:r>
        <w:rPr>
          <w:b/>
        </w:rPr>
        <w:t xml:space="preserve">[40:55] </w:t>
      </w:r>
      <w:r>
        <w:t>phir jab unhon ne bhula di woh cheez jo un ko yaad dilai gayi thi to hum ne</w:t>
      </w:r>
    </w:p>
    <w:p>
      <w:pPr>
        <w:jc w:val="right"/>
      </w:pPr>
      <w:r>
        <w:t>پھر جب انہوں نے بھلا دی وہ چیز جو ان کو یاد دلائی گئی تھی تو ہم نے</w:t>
      </w:r>
    </w:p>
    <w:p>
      <w:r>
        <w:rPr>
          <w:b/>
        </w:rPr>
        <w:t xml:space="preserve">[41:02] </w:t>
      </w:r>
      <w:r>
        <w:t>un logon ko bacha liya jo burai se rokte thay.</w:t>
      </w:r>
    </w:p>
    <w:p>
      <w:pPr>
        <w:jc w:val="right"/>
      </w:pPr>
      <w:r>
        <w:t>ان لوگوں کو بچا لیا جو برائی سے روکتے تھے۔</w:t>
      </w:r>
    </w:p>
    <w:p>
      <w:r>
        <w:rPr>
          <w:b/>
        </w:rPr>
        <w:t xml:space="preserve">[41:08] </w:t>
      </w:r>
      <w:r>
        <w:t>aur un logon ko jinhon ne apni janon par zulm kiya aik sakht azab mein pakar liya.</w:t>
      </w:r>
    </w:p>
    <w:p>
      <w:pPr>
        <w:jc w:val="right"/>
      </w:pPr>
      <w:r>
        <w:t>اور ان لوگوں کو جنہوں نے اپنی جانوں پر ظلم کیا ایک سخت عذاب میں پکڑ لیا۔</w:t>
      </w:r>
    </w:p>
    <w:p>
      <w:r>
        <w:rPr>
          <w:b/>
        </w:rPr>
        <w:t xml:space="preserve">[41:14] </w:t>
      </w:r>
      <w:r>
        <w:t>is liye ke woh naafarmaani karte thay.</w:t>
      </w:r>
    </w:p>
    <w:p>
      <w:pPr>
        <w:jc w:val="right"/>
      </w:pPr>
      <w:r>
        <w:t>اس لیے کہ وہ نافرمانی کرتے تھے۔</w:t>
      </w:r>
    </w:p>
    <w:p>
      <w:r>
        <w:rPr>
          <w:b/>
        </w:rPr>
        <w:t xml:space="preserve">[41:19] </w:t>
      </w:r>
      <w:r>
        <w:t>phir jab woh barhne lage is kaam mein jis se woh roke gaye thay to hum ne un</w:t>
      </w:r>
    </w:p>
    <w:p>
      <w:pPr>
        <w:jc w:val="right"/>
      </w:pPr>
      <w:r>
        <w:t>پھر جب وہ بڑھنے لگے اس کام میں جس سے وہ روکے گئے تھے تو ہم نے ان</w:t>
      </w:r>
    </w:p>
    <w:p>
      <w:r>
        <w:rPr>
          <w:b/>
        </w:rPr>
        <w:t xml:space="preserve">[41:24] </w:t>
      </w:r>
      <w:r>
        <w:t>se kaha ke zaleel bandar ban jao.</w:t>
      </w:r>
    </w:p>
    <w:p>
      <w:pPr>
        <w:jc w:val="right"/>
      </w:pPr>
      <w:r>
        <w:t>سے کہا کہ ذلیل بندر بن جاؤ۔</w:t>
      </w:r>
    </w:p>
    <w:p>
      <w:r>
        <w:rPr>
          <w:b/>
        </w:rPr>
        <w:t xml:space="preserve">[41:29] </w:t>
      </w:r>
      <w:r>
        <w:t>aur jab tumhare rab ne ailaan kar diya ke woh yahood par qayamat ke din tak zaroor aise</w:t>
      </w:r>
    </w:p>
    <w:p>
      <w:pPr>
        <w:jc w:val="right"/>
      </w:pPr>
      <w:r>
        <w:t>اور جب تمہارے رب نے اعلان کر دیا کہ وہ یہود پر قیامت کے دن تک ضرور ایسے</w:t>
      </w:r>
    </w:p>
    <w:p>
      <w:r>
        <w:rPr>
          <w:b/>
        </w:rPr>
        <w:t xml:space="preserve">[41:34] </w:t>
      </w:r>
      <w:r>
        <w:t>log bhejta rahe ga jo un ko nihayat bura azaab de.</w:t>
      </w:r>
    </w:p>
    <w:p>
      <w:pPr>
        <w:jc w:val="right"/>
      </w:pPr>
      <w:r>
        <w:t>لوگ بھیجتا رہے گا جو ان کو نہایت برا عذاب دے۔</w:t>
      </w:r>
    </w:p>
    <w:p>
      <w:r>
        <w:rPr>
          <w:b/>
        </w:rPr>
        <w:t xml:space="preserve">[41:39] </w:t>
      </w:r>
      <w:r>
        <w:t>beshak tera rab jald saza dene wala hai aur beshak woh bakhsne wala</w:t>
      </w:r>
    </w:p>
    <w:p>
      <w:pPr>
        <w:jc w:val="right"/>
      </w:pPr>
      <w:r>
        <w:t>بے شک تیرا رب جلد سزا دینے والا ہے اور بے شک وہ بخشنے والا</w:t>
      </w:r>
    </w:p>
    <w:p>
      <w:r>
        <w:rPr>
          <w:b/>
        </w:rPr>
        <w:t xml:space="preserve">[41:44] </w:t>
      </w:r>
      <w:r>
        <w:t>meherban hai. aur hum ne un ko groh groh kar ke zameen mein mutfarriq kar diya. un mein kuch naik hain aur un mein kuch is se mukhtalif. aur hum ne un ki azmaish ki achhe halaat se aur bure halaat se taake woh paas aayen. phir un ke peeche na-khalq log aaye jo kitab ke waris bane. woh isi dunya ki mata lete hain. aur kehte hain ke hum yaqeenan bakhsh diye jayen</w:t>
      </w:r>
    </w:p>
    <w:p>
      <w:pPr>
        <w:jc w:val="right"/>
      </w:pPr>
      <w:r>
        <w:t>مہربان ہے۔ اور ہم نے ان کو گروہ گروہ کر کے زمین میں متفرق کر دیا۔ ان میں کچھ نیک ہیں اور ان میں کچھ اس سے مختلف۔ اور ہم نے ان کی آزمائش کی اچھے حالات سے اور برے حالات سے تاکہ وہ پاس آئیں۔ پھر ان کے پیچھے ناخلق لوگ آئے جو کتاب کے وارث بنے۔ وہ اسی دنیا کی متا لیتے ہیں۔ اور کہتے ہیں کہ ہم یقینا بخش دیے جائیں</w:t>
      </w:r>
    </w:p>
    <w:p>
      <w:r>
        <w:rPr>
          <w:b/>
        </w:rPr>
        <w:t xml:space="preserve">[42:14] </w:t>
      </w:r>
      <w:r>
        <w:t>ga.</w:t>
      </w:r>
    </w:p>
    <w:p>
      <w:pPr>
        <w:jc w:val="right"/>
      </w:pPr>
      <w:r>
        <w:t>گے۔</w:t>
      </w:r>
    </w:p>
    <w:p>
      <w:r>
        <w:rPr>
          <w:b/>
        </w:rPr>
        <w:t xml:space="preserve">[42:19] </w:t>
      </w:r>
      <w:r>
        <w:t>aur agar aisi hi mata un ke samne phir aaye to us ko le len ge.</w:t>
      </w:r>
    </w:p>
    <w:p>
      <w:pPr>
        <w:jc w:val="right"/>
      </w:pPr>
      <w:r>
        <w:t>اور اگر ایسی ہی متا ان کے سامنے پھر آئے تو اس کو لے لیں گے۔</w:t>
      </w:r>
    </w:p>
    <w:p>
      <w:r>
        <w:rPr>
          <w:b/>
        </w:rPr>
        <w:t xml:space="preserve">[42:24] </w:t>
      </w:r>
      <w:r>
        <w:t>kya un se kitaab mein is ka ahad nahi liya gaya hai ke woh Allah ke naam par</w:t>
      </w:r>
    </w:p>
    <w:p>
      <w:pPr>
        <w:jc w:val="right"/>
      </w:pPr>
      <w:r>
        <w:t>کیا ان سے کتاب میں اس کا عہد نہیں لیا گیا ہے کہ وہ اللہ کے نام پر</w:t>
      </w:r>
    </w:p>
    <w:p>
      <w:r>
        <w:rPr>
          <w:b/>
        </w:rPr>
        <w:t xml:space="preserve">[42:29] </w:t>
      </w:r>
      <w:r>
        <w:t>haq ke siwa koi aur baat na kahein? aur unhon ne parha hai jo kuch is mein likha hai.</w:t>
      </w:r>
    </w:p>
    <w:p>
      <w:pPr>
        <w:jc w:val="right"/>
      </w:pPr>
      <w:r>
        <w:t>حق کے سوا کوئی اور بات نہ کہیں؟ اور انہوں نے پڑھا ہے جو کچھ اس میں لکھا ہے۔</w:t>
      </w:r>
    </w:p>
    <w:p>
      <w:r>
        <w:rPr>
          <w:b/>
        </w:rPr>
        <w:t xml:space="preserve">[42:34] </w:t>
      </w:r>
      <w:r>
        <w:t>aur akhirat ka ghar behtar hai darne walon ke liye.</w:t>
      </w:r>
    </w:p>
    <w:p>
      <w:pPr>
        <w:jc w:val="right"/>
      </w:pPr>
      <w:r>
        <w:t>اور آخرت کا گھر بہتر ہے ڈرنے والوں کے لیے۔</w:t>
      </w:r>
    </w:p>
    <w:p>
      <w:r>
        <w:rPr>
          <w:b/>
        </w:rPr>
        <w:t xml:space="preserve">[42:39] </w:t>
      </w:r>
      <w:r>
        <w:t>kya tum samajhte nahi? aur jo log Khuda ki kitaab ko mazbooti se pakadte hain</w:t>
      </w:r>
    </w:p>
    <w:p>
      <w:pPr>
        <w:jc w:val="right"/>
      </w:pPr>
      <w:r>
        <w:t>کیا تم سمجھتے نہیں؟ اور جو لوگ خدا کی کتاب کو مضبوطی سے پکڑتے ہیں</w:t>
      </w:r>
    </w:p>
    <w:p>
      <w:r>
        <w:rPr>
          <w:b/>
        </w:rPr>
        <w:t xml:space="preserve">[42:44] </w:t>
      </w:r>
      <w:r>
        <w:t>aur namaz qaim karte hain.</w:t>
      </w:r>
    </w:p>
    <w:p>
      <w:pPr>
        <w:jc w:val="right"/>
      </w:pPr>
      <w:r>
        <w:t>اور نماز قائم کرتے ہیں۔</w:t>
      </w:r>
    </w:p>
    <w:p>
      <w:r>
        <w:rPr>
          <w:b/>
        </w:rPr>
        <w:t xml:space="preserve">[42:49] </w:t>
      </w:r>
      <w:r>
        <w:t>beshak hum musleh'een ka ajar zaya nahi karein ge.</w:t>
      </w:r>
    </w:p>
    <w:p>
      <w:pPr>
        <w:jc w:val="right"/>
      </w:pPr>
      <w:r>
        <w:t>بے شک ہم مصلحین کا اجر ضائع نہیں کریں گے۔</w:t>
      </w:r>
    </w:p>
    <w:p>
      <w:r>
        <w:rPr>
          <w:b/>
        </w:rPr>
        <w:t xml:space="preserve">[42:53] </w:t>
      </w:r>
      <w:r>
        <w:t>aur jab hum ne pahaad ko un ke upar uthaya goya ke woh saahib-e-saaya hai aur unhon ne</w:t>
      </w:r>
    </w:p>
    <w:p>
      <w:pPr>
        <w:jc w:val="right"/>
      </w:pPr>
      <w:r>
        <w:t>اور جب ہم نے پہاڑ کو ان کے اوپر اٹھایا گویا کہ وہ صاحبان ہے اور انہوں نے</w:t>
      </w:r>
    </w:p>
    <w:p>
      <w:r>
        <w:rPr>
          <w:b/>
        </w:rPr>
        <w:t xml:space="preserve">[42:57] </w:t>
      </w:r>
      <w:r>
        <w:t>gumaan kiya ke woh un par aa pare ga.</w:t>
      </w:r>
    </w:p>
    <w:p>
      <w:pPr>
        <w:jc w:val="right"/>
      </w:pPr>
      <w:r>
        <w:t>گمان کیا کہ وہ ان پر آ پڑے گا۔</w:t>
      </w:r>
    </w:p>
    <w:p>
      <w:r>
        <w:rPr>
          <w:b/>
        </w:rPr>
        <w:t xml:space="preserve">[43:02] </w:t>
      </w:r>
      <w:r>
        <w:t>pakro is cheez ko jo hum ne tum ko di hai mazbooti se.</w:t>
      </w:r>
    </w:p>
    <w:p>
      <w:pPr>
        <w:jc w:val="right"/>
      </w:pPr>
      <w:r>
        <w:t>پکڑو اس چیز کو جو ہم نے تم کو دی ہے مضبوطی سے۔</w:t>
      </w:r>
    </w:p>
    <w:p>
      <w:r>
        <w:rPr>
          <w:b/>
        </w:rPr>
        <w:t xml:space="preserve">[43:06] </w:t>
      </w:r>
      <w:r>
        <w:t>aur yaad rakho jo is mein hai taake tum bacho.</w:t>
      </w:r>
    </w:p>
    <w:p>
      <w:pPr>
        <w:jc w:val="right"/>
      </w:pPr>
      <w:r>
        <w:t>اور یاد رکھو جو اس میں ہے تاکہ تم بچو۔</w:t>
      </w:r>
    </w:p>
    <w:p>
      <w:r>
        <w:rPr>
          <w:b/>
        </w:rPr>
        <w:t xml:space="preserve">[43:10] </w:t>
      </w:r>
      <w:r>
        <w:t>aur jab tere rab ne bani Adam ki peethon se un</w:t>
      </w:r>
    </w:p>
    <w:p>
      <w:pPr>
        <w:jc w:val="right"/>
      </w:pPr>
      <w:r>
        <w:t>اور جب تیرے رب نے بنی آدم کی پیٹھوں سے ان</w:t>
      </w:r>
    </w:p>
    <w:p>
      <w:r>
        <w:rPr>
          <w:b/>
        </w:rPr>
        <w:t xml:space="preserve">[43:15] </w:t>
      </w:r>
      <w:r>
        <w:t>ki aulaad ko nikala aur un ko gawah thahraya khud un ke upar.</w:t>
      </w:r>
    </w:p>
    <w:p>
      <w:pPr>
        <w:jc w:val="right"/>
      </w:pPr>
      <w:r>
        <w:t>کی اولاد کو نکالا اور ان کو گواہ ٹھہرایا خود ان کے اوپر۔</w:t>
      </w:r>
    </w:p>
    <w:p>
      <w:r>
        <w:rPr>
          <w:b/>
        </w:rPr>
        <w:t xml:space="preserve">[43:20] </w:t>
      </w:r>
      <w:r>
        <w:t>kya main tumhara rab nahi hoon? unhon ne kaha haan hum iqraar karte hain.</w:t>
      </w:r>
    </w:p>
    <w:p>
      <w:pPr>
        <w:jc w:val="right"/>
      </w:pPr>
      <w:r>
        <w:t>کیا میں تمہارا رب نہیں ہوں؟ انہوں نے کہا ہاں ہم اقرار کرتے ہیں۔</w:t>
      </w:r>
    </w:p>
    <w:p>
      <w:r>
        <w:rPr>
          <w:b/>
        </w:rPr>
        <w:t xml:space="preserve">[43:25] </w:t>
      </w:r>
      <w:r>
        <w:t>yeh is liye hua ke kahin tum qayamat ke din kehne lago ke hum ko to is ki</w:t>
      </w:r>
    </w:p>
    <w:p>
      <w:pPr>
        <w:jc w:val="right"/>
      </w:pPr>
      <w:r>
        <w:t>یہ اس لیے ہوا کہ کہیں تم قیامت کے دن کہنے لگو کہ ہم کو تو اس کی</w:t>
      </w:r>
    </w:p>
    <w:p>
      <w:r>
        <w:rPr>
          <w:b/>
        </w:rPr>
        <w:t xml:space="preserve">[43:30] </w:t>
      </w:r>
      <w:r>
        <w:t>khabar na thi.</w:t>
      </w:r>
    </w:p>
    <w:p>
      <w:pPr>
        <w:jc w:val="right"/>
      </w:pPr>
      <w:r>
        <w:t>خبر نہ تھی۔</w:t>
      </w:r>
    </w:p>
    <w:p>
      <w:r>
        <w:rPr>
          <w:b/>
        </w:rPr>
        <w:t xml:space="preserve">[43:35] </w:t>
      </w:r>
      <w:r>
        <w:t>ya kaho ke hamare baap dada ne pehle se shirk kiya tha aur hum un ke baad un</w:t>
      </w:r>
    </w:p>
    <w:p>
      <w:pPr>
        <w:jc w:val="right"/>
      </w:pPr>
      <w:r>
        <w:t>یا کہو کہ ہمارے باپ دادا نے پہلے سے شرک کیا تھا اور ہم ان کے بعد ان</w:t>
      </w:r>
    </w:p>
    <w:p>
      <w:r>
        <w:rPr>
          <w:b/>
        </w:rPr>
        <w:t xml:space="preserve">[43:40] </w:t>
      </w:r>
      <w:r>
        <w:t>ki nasal mein hue. to kya</w:t>
      </w:r>
    </w:p>
    <w:p>
      <w:pPr>
        <w:jc w:val="right"/>
      </w:pPr>
      <w:r>
        <w:t>کی نسل میں ہوئے۔ تو کیا</w:t>
      </w:r>
    </w:p>
    <w:p>
      <w:r>
        <w:rPr>
          <w:b/>
        </w:rPr>
        <w:t xml:space="preserve">[43:45] </w:t>
      </w:r>
      <w:r>
        <w:t>tu hum ko halak kare ga is kaam par jo ghalat kar logon ne kiya? aur is tarah</w:t>
      </w:r>
    </w:p>
    <w:p>
      <w:pPr>
        <w:jc w:val="right"/>
      </w:pPr>
      <w:r>
        <w:t>تو ہم کو ہلاک کرے گا اس کام پر جو غلط کار لوگوں نے کیا؟ اور اس طرح</w:t>
      </w:r>
    </w:p>
    <w:p>
      <w:r>
        <w:rPr>
          <w:b/>
        </w:rPr>
        <w:t xml:space="preserve">[43:50] </w:t>
      </w:r>
      <w:r>
        <w:t>hum apni nishaniyan khol kar bayan karte hain ta k woh rujoo karen.</w:t>
      </w:r>
    </w:p>
    <w:p>
      <w:pPr>
        <w:jc w:val="right"/>
      </w:pPr>
      <w:r>
        <w:t>ہم اپنی نشانیاں کھول کر بیان کرتے ہیں تاکہ وہ رجوع کریں۔</w:t>
      </w:r>
    </w:p>
    <w:p>
      <w:r>
        <w:rPr>
          <w:b/>
        </w:rPr>
        <w:t xml:space="preserve">[43:55] </w:t>
      </w:r>
      <w:r>
        <w:t>aur un ko is shakhs ka haal sunao jis ko hum ne apni ayaten di theen.</w:t>
      </w:r>
    </w:p>
    <w:p>
      <w:pPr>
        <w:jc w:val="right"/>
      </w:pPr>
      <w:r>
        <w:t>اور ان کو اس شخص کا حال سناؤ جس کو ہم نے اپنی آیتیں دی تھیں۔</w:t>
      </w:r>
    </w:p>
    <w:p>
      <w:r>
        <w:rPr>
          <w:b/>
        </w:rPr>
        <w:t xml:space="preserve">[44:00] </w:t>
      </w:r>
      <w:r>
        <w:t>tu woh un se nikal bhaga.</w:t>
      </w:r>
    </w:p>
    <w:p>
      <w:pPr>
        <w:jc w:val="right"/>
      </w:pPr>
      <w:r>
        <w:t>تو وہ ان سے نکل بھاگا۔</w:t>
      </w:r>
    </w:p>
    <w:p>
      <w:r>
        <w:rPr>
          <w:b/>
        </w:rPr>
        <w:t xml:space="preserve">[44:05] </w:t>
      </w:r>
      <w:r>
        <w:t>pas shaitan is ke peechay lag gaya aur woh gumrahon mein se ho gaya.</w:t>
      </w:r>
    </w:p>
    <w:p>
      <w:pPr>
        <w:jc w:val="right"/>
      </w:pPr>
      <w:r>
        <w:t>پس شیطان اس کے پیچھے لگ گیا اور وہ گمراہوں میں سے ہو گیا۔</w:t>
      </w:r>
    </w:p>
    <w:p>
      <w:r>
        <w:rPr>
          <w:b/>
        </w:rPr>
        <w:t xml:space="preserve">[44:10] </w:t>
      </w:r>
      <w:r>
        <w:t>aur agar hum chahte to is ko in ayaton ke zariye se</w:t>
      </w:r>
    </w:p>
    <w:p>
      <w:pPr>
        <w:jc w:val="right"/>
      </w:pPr>
      <w:r>
        <w:t>اور اگر ہم چاہتے تو اس کو ان آیتوں کے ذریعے سے</w:t>
      </w:r>
    </w:p>
    <w:p>
      <w:r>
        <w:rPr>
          <w:b/>
        </w:rPr>
        <w:t xml:space="preserve">[44:15] </w:t>
      </w:r>
      <w:r>
        <w:t>bulandi ata karte.</w:t>
      </w:r>
    </w:p>
    <w:p>
      <w:pPr>
        <w:jc w:val="right"/>
      </w:pPr>
      <w:r>
        <w:t>بلندی عطا کرتے۔</w:t>
      </w:r>
    </w:p>
    <w:p>
      <w:r>
        <w:rPr>
          <w:b/>
        </w:rPr>
        <w:t xml:space="preserve">[44:19] </w:t>
      </w:r>
      <w:r>
        <w:t>magar woh to zameen ka ho raha aur apni khwahishon ki pairwi karne laga.</w:t>
      </w:r>
    </w:p>
    <w:p>
      <w:pPr>
        <w:jc w:val="right"/>
      </w:pPr>
      <w:r>
        <w:t>مگر وہ تو زمین کا ہو رہا اور اپنی خواہشوں کی پیروی کرنے لگا۔</w:t>
      </w:r>
    </w:p>
    <w:p>
      <w:r>
        <w:rPr>
          <w:b/>
        </w:rPr>
        <w:t xml:space="preserve">[44:24] </w:t>
      </w:r>
      <w:r>
        <w:t>pas is ki misaal kutte ki si hai k agar tu is par bojh la de tab bhi</w:t>
      </w:r>
    </w:p>
    <w:p>
      <w:pPr>
        <w:jc w:val="right"/>
      </w:pPr>
      <w:r>
        <w:t>پس اس کی مثال کتے کی سی ہے کہ اگر تو اس پر بوجھ لا دے تب بھی</w:t>
      </w:r>
    </w:p>
    <w:p>
      <w:r>
        <w:rPr>
          <w:b/>
        </w:rPr>
        <w:t xml:space="preserve">[44:28] </w:t>
      </w:r>
      <w:r>
        <w:t>hanpay aur agar chor de tab bhi hanpay.</w:t>
      </w:r>
    </w:p>
    <w:p>
      <w:pPr>
        <w:jc w:val="right"/>
      </w:pPr>
      <w:r>
        <w:t>ہانپے اور اگر چھوڑ دے تب بھی ہانپے۔</w:t>
      </w:r>
    </w:p>
    <w:p>
      <w:r>
        <w:rPr>
          <w:b/>
        </w:rPr>
        <w:t xml:space="preserve">[44:32] </w:t>
      </w:r>
      <w:r>
        <w:t>yeh misaal un logon ki hai jinhon ne hamari nishaniyon ko jhutlaya.</w:t>
      </w:r>
    </w:p>
    <w:p>
      <w:pPr>
        <w:jc w:val="right"/>
      </w:pPr>
      <w:r>
        <w:t>یہ مثال ان لوگوں کی ہے جنہوں نے ہماری نشانیوں کو جھٹلایا۔</w:t>
      </w:r>
    </w:p>
    <w:p>
      <w:r>
        <w:rPr>
          <w:b/>
        </w:rPr>
        <w:t xml:space="preserve">[44:36] </w:t>
      </w:r>
      <w:r>
        <w:t>pas tum yeh ahwal un ko sunao ta k woh sochen.</w:t>
      </w:r>
    </w:p>
    <w:p>
      <w:pPr>
        <w:jc w:val="right"/>
      </w:pPr>
      <w:r>
        <w:t>پس تم یہ احوال ان کو سناؤ تاکہ وہ سوچیں۔</w:t>
      </w:r>
    </w:p>
    <w:p>
      <w:r>
        <w:rPr>
          <w:b/>
        </w:rPr>
        <w:t xml:space="preserve">[44:41] </w:t>
      </w:r>
      <w:r>
        <w:t>kisi buri misaal hai un logon ki jo hamari nish</w:t>
      </w:r>
    </w:p>
    <w:p>
      <w:pPr>
        <w:jc w:val="right"/>
      </w:pPr>
      <w:r>
        <w:t>کیسی بری مثال ہے ان لوگوں کی جو ہماری نش</w:t>
      </w:r>
    </w:p>
    <w:p>
      <w:r>
        <w:rPr>
          <w:b/>
        </w:rPr>
        <w:t xml:space="preserve">[44:45] </w:t>
      </w:r>
      <w:r>
        <w:t>aniyon ko jhutlate hain.</w:t>
      </w:r>
    </w:p>
    <w:p>
      <w:pPr>
        <w:jc w:val="right"/>
      </w:pPr>
      <w:r>
        <w:t>انیوں کو جھٹلاتے ہیں۔</w:t>
      </w:r>
    </w:p>
    <w:p>
      <w:r>
        <w:rPr>
          <w:b/>
        </w:rPr>
        <w:t xml:space="preserve">[44:49] </w:t>
      </w:r>
      <w:r>
        <w:t>aur woh apna hi nuqsan karte rahay.</w:t>
      </w:r>
    </w:p>
    <w:p>
      <w:pPr>
        <w:jc w:val="right"/>
      </w:pPr>
      <w:r>
        <w:t>اور وہ اپنا ہی نقصان کرتے رہے۔</w:t>
      </w:r>
    </w:p>
    <w:p>
      <w:r>
        <w:rPr>
          <w:b/>
        </w:rPr>
        <w:t xml:space="preserve">[44:53] </w:t>
      </w:r>
      <w:r>
        <w:t>Allah jis ko rah dikhaye wohi rah panay wala hota hai.</w:t>
      </w:r>
    </w:p>
    <w:p>
      <w:pPr>
        <w:jc w:val="right"/>
      </w:pPr>
      <w:r>
        <w:t>اللہ جس کو راہ دکھائے وہی راہ پانے والا ہوتا ہے۔</w:t>
      </w:r>
    </w:p>
    <w:p>
      <w:r>
        <w:rPr>
          <w:b/>
        </w:rPr>
        <w:t xml:space="preserve">[44:56] </w:t>
      </w:r>
      <w:r>
        <w:t>aur jis ko woh baira kar de to wohi ghata uthanay walay hain.</w:t>
      </w:r>
    </w:p>
    <w:p>
      <w:pPr>
        <w:jc w:val="right"/>
      </w:pPr>
      <w:r>
        <w:t>اور جس کو وہ بیرا کر دے تو وہی گھاٹا اٹھانے والے ہیں۔</w:t>
      </w:r>
    </w:p>
    <w:p>
      <w:r>
        <w:rPr>
          <w:b/>
        </w:rPr>
        <w:t xml:space="preserve">[45:00] </w:t>
      </w:r>
      <w:r>
        <w:t>aur hum ne jinnaat aur insan mein se bahuton ko dozakh ke liye paida kiya hai.</w:t>
      </w:r>
    </w:p>
    <w:p>
      <w:pPr>
        <w:jc w:val="right"/>
      </w:pPr>
      <w:r>
        <w:t>اور ہم نے جنات اور انسان میں سے بہتوں کو دوزخ کے لیے پیدا کیا ہے۔</w:t>
      </w:r>
    </w:p>
    <w:p>
      <w:r>
        <w:rPr>
          <w:b/>
        </w:rPr>
        <w:t xml:space="preserve">[45:04] </w:t>
      </w:r>
      <w:r>
        <w:t>un ke dil hain jin se woh samajhte nahin.</w:t>
      </w:r>
    </w:p>
    <w:p>
      <w:pPr>
        <w:jc w:val="right"/>
      </w:pPr>
      <w:r>
        <w:t>ان کے دل ہیں جن سے وہ سمجھتے نہیں۔</w:t>
      </w:r>
    </w:p>
    <w:p>
      <w:r>
        <w:rPr>
          <w:b/>
        </w:rPr>
        <w:t xml:space="preserve">[45:08] </w:t>
      </w:r>
      <w:r>
        <w:t>un ki aankhen hain jin se woh dekhte nahin.</w:t>
      </w:r>
    </w:p>
    <w:p>
      <w:pPr>
        <w:jc w:val="right"/>
      </w:pPr>
      <w:r>
        <w:t>ان کی آنکھیں ہیں جن سے وہ دیکھتے نہیں۔</w:t>
      </w:r>
    </w:p>
    <w:p>
      <w:r>
        <w:rPr>
          <w:b/>
        </w:rPr>
        <w:t xml:space="preserve">[45:11] </w:t>
      </w:r>
      <w:r>
        <w:t>un ke kaan hain jin se woh suntay nahin. woh</w:t>
      </w:r>
    </w:p>
    <w:p>
      <w:pPr>
        <w:jc w:val="right"/>
      </w:pPr>
      <w:r>
        <w:t>ان کے کان ہیں جن سے وہ سنتے نہیں۔ وہ</w:t>
      </w:r>
    </w:p>
    <w:p>
      <w:r>
        <w:rPr>
          <w:b/>
        </w:rPr>
        <w:t xml:space="preserve">[45:15] </w:t>
      </w:r>
      <w:r>
        <w:t>aise hain jaise chopaye balkay un se bhi ziyada baira.</w:t>
      </w:r>
    </w:p>
    <w:p>
      <w:pPr>
        <w:jc w:val="right"/>
      </w:pPr>
      <w:r>
        <w:t>ایسے ہیں جیسے چوپائے بلکہ ان سے بھی زیادہ بیرا۔</w:t>
      </w:r>
    </w:p>
    <w:p>
      <w:r>
        <w:rPr>
          <w:b/>
        </w:rPr>
        <w:t xml:space="preserve">[45:19] </w:t>
      </w:r>
      <w:r>
        <w:t>yehi log hain ghafil.</w:t>
      </w:r>
    </w:p>
    <w:p>
      <w:pPr>
        <w:jc w:val="right"/>
      </w:pPr>
      <w:r>
        <w:t>یہی لوگ ہیں غافل۔</w:t>
      </w:r>
    </w:p>
    <w:p>
      <w:r>
        <w:rPr>
          <w:b/>
        </w:rPr>
        <w:t xml:space="preserve">[45:23] </w:t>
      </w:r>
      <w:r>
        <w:t>aur Allah ke liye hain sab achhay naam.</w:t>
      </w:r>
    </w:p>
    <w:p>
      <w:pPr>
        <w:jc w:val="right"/>
      </w:pPr>
      <w:r>
        <w:t>اور اللہ کے لیے ہیں سب اچھے نام۔</w:t>
      </w:r>
    </w:p>
    <w:p>
      <w:r>
        <w:rPr>
          <w:b/>
        </w:rPr>
        <w:t xml:space="preserve">[45:26] </w:t>
      </w:r>
      <w:r>
        <w:t>pas inhi se is ko pukoaro aur un logon ko chor do jo is ke namon mein kaj</w:t>
      </w:r>
    </w:p>
    <w:p>
      <w:pPr>
        <w:jc w:val="right"/>
      </w:pPr>
      <w:r>
        <w:t>پس انہی سے اس کو پکارو اور ان لوگوں کو چھوڑ دو جو اس کے ناموں میں کج</w:t>
      </w:r>
    </w:p>
    <w:p>
      <w:r>
        <w:rPr>
          <w:b/>
        </w:rPr>
        <w:t xml:space="preserve">[45:30] </w:t>
      </w:r>
      <w:r>
        <w:t>rawi karte hain.</w:t>
      </w:r>
    </w:p>
    <w:p>
      <w:pPr>
        <w:jc w:val="right"/>
      </w:pPr>
      <w:r>
        <w:t>روی کرتے ہیں۔</w:t>
      </w:r>
    </w:p>
    <w:p>
      <w:r>
        <w:rPr>
          <w:b/>
        </w:rPr>
        <w:t xml:space="preserve">[45:34] </w:t>
      </w:r>
      <w:r>
        <w:t>woh badla pa kar rahen ge apne kamon ka.</w:t>
      </w:r>
    </w:p>
    <w:p>
      <w:pPr>
        <w:jc w:val="right"/>
      </w:pPr>
      <w:r>
        <w:t>وہ بدلہ پا کر رہیں گے اپنے کاموں کا۔</w:t>
      </w:r>
    </w:p>
    <w:p>
      <w:r>
        <w:rPr>
          <w:b/>
        </w:rPr>
        <w:t xml:space="preserve">[45:38] </w:t>
      </w:r>
      <w:r>
        <w:t>aur hum ne jin ko paida kiya hai un mein se ek giroh aisa hai jo haq ke</w:t>
      </w:r>
    </w:p>
    <w:p>
      <w:pPr>
        <w:jc w:val="right"/>
      </w:pPr>
      <w:r>
        <w:t>اور ہم نے جن کو پیدا کیا ہے ان میں سے ایک گروہ ایسا ہے جو حق کے</w:t>
      </w:r>
    </w:p>
    <w:p>
      <w:r>
        <w:rPr>
          <w:b/>
        </w:rPr>
        <w:t xml:space="preserve">[45:41] </w:t>
      </w:r>
      <w:r>
        <w:t>mutabiq rehnumai karta hai aur haq ke mutabiq faisla karta</w:t>
      </w:r>
    </w:p>
    <w:p>
      <w:pPr>
        <w:jc w:val="right"/>
      </w:pPr>
      <w:r>
        <w:t>مطابق رہنمائی کرتا ہے اور حق کے مطابق فیصلہ کرتا</w:t>
      </w:r>
    </w:p>
    <w:p>
      <w:r>
        <w:rPr>
          <w:b/>
        </w:rPr>
        <w:t xml:space="preserve">[45:45] </w:t>
      </w:r>
      <w:r>
        <w:t>hai.</w:t>
      </w:r>
    </w:p>
    <w:p>
      <w:pPr>
        <w:jc w:val="right"/>
      </w:pPr>
      <w:r>
        <w:t>ہے۔</w:t>
      </w:r>
    </w:p>
    <w:p>
      <w:r>
        <w:rPr>
          <w:b/>
        </w:rPr>
        <w:t xml:space="preserve">[45:49] </w:t>
      </w:r>
      <w:r>
        <w:t>aur jin logon ne hamari nishaniyon ko jhutlaya hum un ko ahista ahista pakren ge aisi jagah se</w:t>
      </w:r>
    </w:p>
    <w:p>
      <w:pPr>
        <w:jc w:val="right"/>
      </w:pPr>
      <w:r>
        <w:t>اور جن لوگوں نے ہماری نشانیوں کو جھٹلایا ہم ان کو آہستہ آہستہ پکڑیں گے ایسی جگہ سے</w:t>
      </w:r>
    </w:p>
    <w:p>
      <w:r>
        <w:rPr>
          <w:b/>
        </w:rPr>
        <w:t xml:space="preserve">[45:53] </w:t>
      </w:r>
      <w:r>
        <w:t>jahan se un ko khabar bhi na hogi.</w:t>
      </w:r>
    </w:p>
    <w:p>
      <w:pPr>
        <w:jc w:val="right"/>
      </w:pPr>
      <w:r>
        <w:t>جہاں سے ان کو خبر بھی نہ ہوگی۔</w:t>
      </w:r>
    </w:p>
    <w:p>
      <w:r>
        <w:rPr>
          <w:b/>
        </w:rPr>
        <w:t xml:space="preserve">[45:57] </w:t>
      </w:r>
      <w:r>
        <w:t>aur mein un ko dheel deta hoon.</w:t>
      </w:r>
    </w:p>
    <w:p>
      <w:pPr>
        <w:jc w:val="right"/>
      </w:pPr>
      <w:r>
        <w:t>اور میں ان کو ڈھیل دیتا ہوں۔</w:t>
      </w:r>
    </w:p>
    <w:p>
      <w:r>
        <w:rPr>
          <w:b/>
        </w:rPr>
        <w:t xml:space="preserve">[46:00] </w:t>
      </w:r>
      <w:r>
        <w:t>beshak mera daaw bara mazboot hai.</w:t>
      </w:r>
    </w:p>
    <w:p>
      <w:pPr>
        <w:jc w:val="right"/>
      </w:pPr>
      <w:r>
        <w:t>بے شک میرا داؤ بڑا مضبوط ہے۔</w:t>
      </w:r>
    </w:p>
    <w:p>
      <w:r>
        <w:rPr>
          <w:b/>
        </w:rPr>
        <w:t xml:space="preserve">[46:04] </w:t>
      </w:r>
      <w:r>
        <w:t>kya in logon ne ghaur nahin kiya ke un ke sathi ko koi junoon nahin hai? woh to</w:t>
      </w:r>
    </w:p>
    <w:p>
      <w:pPr>
        <w:jc w:val="right"/>
      </w:pPr>
      <w:r>
        <w:t>کیا ان لوگوں نے غور نہیں کیا کہ ان کے ساتھی کو کوئی جنون نہیں ہے؟ وہ تو</w:t>
      </w:r>
    </w:p>
    <w:p>
      <w:r>
        <w:rPr>
          <w:b/>
        </w:rPr>
        <w:t xml:space="preserve">[46:08] </w:t>
      </w:r>
      <w:r>
        <w:t>ek saaf darane wala hai.</w:t>
      </w:r>
    </w:p>
    <w:p>
      <w:pPr>
        <w:jc w:val="right"/>
      </w:pPr>
      <w:r>
        <w:t>ایک صاف ڈرانے والا ہے۔</w:t>
      </w:r>
    </w:p>
    <w:p>
      <w:r>
        <w:rPr>
          <w:b/>
        </w:rPr>
        <w:t xml:space="preserve">[46:12] </w:t>
      </w:r>
      <w:r>
        <w:t>kya unhon ne aasmanon aur zameen ke nizam par nazar nahin</w:t>
      </w:r>
    </w:p>
    <w:p>
      <w:pPr>
        <w:jc w:val="right"/>
      </w:pPr>
      <w:r>
        <w:t>کیا انہوں نے آسمانوں اور زمین کے نظام پر نظر نہیں</w:t>
      </w:r>
    </w:p>
    <w:p>
      <w:r>
        <w:rPr>
          <w:b/>
        </w:rPr>
        <w:t xml:space="preserve">[46:15] </w:t>
      </w:r>
      <w:r>
        <w:t>ki? aur jo kuch Allah ne paida kiya hai har cheez se aur is baat par ke shayad</w:t>
      </w:r>
    </w:p>
    <w:p>
      <w:pPr>
        <w:jc w:val="right"/>
      </w:pPr>
      <w:r>
        <w:t>کی؟ اور جو کچھ اللہ نے پیدا کیا ہے ہر چیز سے اور اس بات پر کہ شاید</w:t>
      </w:r>
    </w:p>
    <w:p>
      <w:r>
        <w:rPr>
          <w:b/>
        </w:rPr>
        <w:t xml:space="preserve">[46:20] </w:t>
      </w:r>
      <w:r>
        <w:t>unki muddat qareeb aa gayi ho.</w:t>
      </w:r>
    </w:p>
    <w:p>
      <w:pPr>
        <w:jc w:val="right"/>
      </w:pPr>
      <w:r>
        <w:t>ان کی مدت قریب آ گئی ہو۔</w:t>
      </w:r>
    </w:p>
    <w:p>
      <w:r>
        <w:rPr>
          <w:b/>
        </w:rPr>
        <w:t xml:space="preserve">[46:25] </w:t>
      </w:r>
      <w:r>
        <w:t>pas is ke baad woh kis baat par iman layen ge? jis ko Allah bera kar de us</w:t>
      </w:r>
    </w:p>
    <w:p>
      <w:pPr>
        <w:jc w:val="right"/>
      </w:pPr>
      <w:r>
        <w:t>پس اس کے بعد وہ کس بات پر ایمان لائیں گے؟ جس کو اللہ بیرا کر دے اس</w:t>
      </w:r>
    </w:p>
    <w:p>
      <w:r>
        <w:rPr>
          <w:b/>
        </w:rPr>
        <w:t xml:space="preserve">[46:30] </w:t>
      </w:r>
      <w:r>
        <w:t>ko koi rah dikhane wala nahin aur woh un ko sarkashi hi mein bhatakta hua chhod deta hai.</w:t>
      </w:r>
    </w:p>
    <w:p>
      <w:pPr>
        <w:jc w:val="right"/>
      </w:pPr>
      <w:r>
        <w:t>کو کوئی راہ دکھانے والا نہیں اور وہ ان کو سرکشی ہی میں بھٹکتا ہوا چھوڑ دیتا ہے۔</w:t>
      </w:r>
    </w:p>
    <w:p>
      <w:r>
        <w:rPr>
          <w:b/>
        </w:rPr>
        <w:t xml:space="preserve">[46:35] </w:t>
      </w:r>
      <w:r>
        <w:t>woh tum se qayamat ki bapat poochte hain ke is ka waqoo kab hoga? kaho is ka ilm</w:t>
      </w:r>
    </w:p>
    <w:p>
      <w:pPr>
        <w:jc w:val="right"/>
      </w:pPr>
      <w:r>
        <w:t>وہ تم سے قیامت کی بابت پوچھتے ہیں کہ اس کا وقوع کب ہوگا؟ کہو اس کا علم</w:t>
      </w:r>
    </w:p>
    <w:p>
      <w:r>
        <w:rPr>
          <w:b/>
        </w:rPr>
        <w:t xml:space="preserve">[46:40] </w:t>
      </w:r>
      <w:r>
        <w:t>to mere rab hi</w:t>
      </w:r>
    </w:p>
    <w:p>
      <w:pPr>
        <w:jc w:val="right"/>
      </w:pPr>
      <w:r>
        <w:t>تو میرے رب ہی</w:t>
      </w:r>
    </w:p>
    <w:p>
      <w:r>
        <w:rPr>
          <w:b/>
        </w:rPr>
        <w:t xml:space="preserve">[46:45] </w:t>
      </w:r>
      <w:r>
        <w:t>ke pas hai. wohi is ke waqt par is ko zahir kare ga. woh bhari ho rahi hai aasmanon mein aur zameen mein. woh jab tum par aaye gi to achhanak aa jaye gi. woh tum se poochte hain goya ke tum is ki tehqeeq kar chuke ho. kaho is ka ilm to bas Allah hi ke pas hai lekin aksar log nahi jante. kaho main malik nahi apni jaan ke bhale ka aur na bure ka magar jo Allah cha</w:t>
      </w:r>
    </w:p>
    <w:p>
      <w:pPr>
        <w:jc w:val="right"/>
      </w:pPr>
      <w:r>
        <w:t>کے پاس ہے۔ وہی اس کے وقت پر اس کو ظاہر کرے گا۔ وہ بھاری ہو رہی ہے آسمانوں میں اور زمین میں۔ وہ جب تم پر آئے گی تو اچانک آ جائے گی۔ وہ تم سے پوچھتے ہیں گویا کہ تم اس کی تحقیق کر چکے ہو۔ کہو اس کا علم تو بس اللہ ہی کے پاس ہے لیکن اکثر لوگ نہیں جانتے۔ کہو میں مالک نہیں اپنی جان کے بھلے کا اور نہ برے کا مگر جو اللہ چ</w:t>
      </w:r>
    </w:p>
    <w:p>
      <w:r>
        <w:rPr>
          <w:b/>
        </w:rPr>
        <w:t xml:space="preserve">[47:15] </w:t>
      </w:r>
      <w:r>
        <w:t>hai.</w:t>
      </w:r>
    </w:p>
    <w:p>
      <w:pPr>
        <w:jc w:val="right"/>
      </w:pPr>
      <w:r>
        <w:t>اہے۔</w:t>
      </w:r>
    </w:p>
    <w:p>
      <w:r>
        <w:rPr>
          <w:b/>
        </w:rPr>
        <w:t xml:space="preserve">[47:20] </w:t>
      </w:r>
      <w:r>
        <w:t>aur agar mein ghayb ko janta to mein bohat se faide apne liye hasil kar leta.</w:t>
      </w:r>
    </w:p>
    <w:p>
      <w:pPr>
        <w:jc w:val="right"/>
      </w:pPr>
      <w:r>
        <w:t>اور اگر میں غیب کو جانتا تو میں بہت سے فائدے اپنے لیے حاصل کر لیتا۔</w:t>
      </w:r>
    </w:p>
    <w:p>
      <w:r>
        <w:rPr>
          <w:b/>
        </w:rPr>
        <w:t xml:space="preserve">[47:24] </w:t>
      </w:r>
      <w:r>
        <w:t>aur mujhe koi nuqsan na pohanchta.</w:t>
      </w:r>
    </w:p>
    <w:p>
      <w:pPr>
        <w:jc w:val="right"/>
      </w:pPr>
      <w:r>
        <w:t>اور مجھے کوئی نقصان نہ پہنچتا۔</w:t>
      </w:r>
    </w:p>
    <w:p>
      <w:r>
        <w:rPr>
          <w:b/>
        </w:rPr>
        <w:t xml:space="preserve">[47:28] </w:t>
      </w:r>
      <w:r>
        <w:t>mein to mahaz ek darane wala aur khushkhabri sunane wala hoon un logon ke liye jo meri baat manen.</w:t>
      </w:r>
    </w:p>
    <w:p>
      <w:pPr>
        <w:jc w:val="right"/>
      </w:pPr>
      <w:r>
        <w:t>میں تو محض ایک ڈرانے والا اور خوشخبری سنانے والا ہوں ان لوگوں کے لیے جو میری بات مانیں۔</w:t>
      </w:r>
    </w:p>
    <w:p>
      <w:r>
        <w:rPr>
          <w:b/>
        </w:rPr>
        <w:t xml:space="preserve">[47:33] </w:t>
      </w:r>
      <w:r>
        <w:t>wohi hai jis ne tum ko paida kiya ek jaan se aur usi se banaya is ka jora</w:t>
      </w:r>
    </w:p>
    <w:p>
      <w:pPr>
        <w:jc w:val="right"/>
      </w:pPr>
      <w:r>
        <w:t>وہی ہے جس نے تم کو پیدا کیا ایک جان سے اور اسی سے بنایا اس کا جوڑا</w:t>
      </w:r>
    </w:p>
    <w:p>
      <w:r>
        <w:rPr>
          <w:b/>
        </w:rPr>
        <w:t xml:space="preserve">[47:37] </w:t>
      </w:r>
      <w:r>
        <w:t>tahke tum is ke pas sukoon hasil karo.</w:t>
      </w:r>
    </w:p>
    <w:p>
      <w:pPr>
        <w:jc w:val="right"/>
      </w:pPr>
      <w:r>
        <w:t>تاکہ تم اس کے پاس سکون حاصل کرو۔</w:t>
      </w:r>
    </w:p>
    <w:p>
      <w:r>
        <w:rPr>
          <w:b/>
        </w:rPr>
        <w:t xml:space="preserve">[47:41] </w:t>
      </w:r>
      <w:r>
        <w:t>phir jab mard ne aurat ko dhank liya to is</w:t>
      </w:r>
    </w:p>
    <w:p>
      <w:pPr>
        <w:jc w:val="right"/>
      </w:pPr>
      <w:r>
        <w:t>پھر جب مرد نے عورت کو ڈھانک لیا تو اس</w:t>
      </w:r>
    </w:p>
    <w:p>
      <w:r>
        <w:rPr>
          <w:b/>
        </w:rPr>
        <w:t xml:space="preserve">[47:45] </w:t>
      </w:r>
      <w:r>
        <w:t>ko aik halka sa hamal reh gaya.</w:t>
      </w:r>
    </w:p>
    <w:p>
      <w:pPr>
        <w:jc w:val="right"/>
      </w:pPr>
      <w:r>
        <w:t>کو ایک ہلکا سا حمل رہ گیا۔</w:t>
      </w:r>
    </w:p>
    <w:p>
      <w:r>
        <w:rPr>
          <w:b/>
        </w:rPr>
        <w:t xml:space="preserve">[47:50] </w:t>
      </w:r>
      <w:r>
        <w:t>phir woh us ko liye phirti rahi.</w:t>
      </w:r>
    </w:p>
    <w:p>
      <w:pPr>
        <w:jc w:val="right"/>
      </w:pPr>
      <w:r>
        <w:t>پھر وہ اس کو لیے پھرتی رہی۔</w:t>
      </w:r>
    </w:p>
    <w:p>
      <w:r>
        <w:rPr>
          <w:b/>
        </w:rPr>
        <w:t xml:space="preserve">[47:54] </w:t>
      </w:r>
      <w:r>
        <w:t>phir jab woh bojhal ho gayi to dono ne mil kar apne rab Allah se dua ki.</w:t>
      </w:r>
    </w:p>
    <w:p>
      <w:pPr>
        <w:jc w:val="right"/>
      </w:pPr>
      <w:r>
        <w:t>پھر جب وہ بوجھل ہو گئی تو دونوں نے مل کر اپنے رب اللہ سے دعا کی۔</w:t>
      </w:r>
    </w:p>
    <w:p>
      <w:r>
        <w:rPr>
          <w:b/>
        </w:rPr>
        <w:t xml:space="preserve">[47:58] </w:t>
      </w:r>
      <w:r>
        <w:t>agar tu ne hamein tндurst aulad di to hum tere shukr guzar rahen ge.</w:t>
      </w:r>
    </w:p>
    <w:p>
      <w:pPr>
        <w:jc w:val="right"/>
      </w:pPr>
      <w:r>
        <w:t>اگر تو نے ہمیں تندرست اولاد دی تو ہم تیرے شکر گزار رہیں گے۔</w:t>
      </w:r>
    </w:p>
    <w:p>
      <w:r>
        <w:rPr>
          <w:b/>
        </w:rPr>
        <w:t xml:space="preserve">[48:03] </w:t>
      </w:r>
      <w:r>
        <w:t>magar jab Allah ne in ko tндurst aulad de di to woh is ki bakhshi hui cheez mein</w:t>
      </w:r>
    </w:p>
    <w:p>
      <w:pPr>
        <w:jc w:val="right"/>
      </w:pPr>
      <w:r>
        <w:t>مگر جب اللہ نے ان کو تندرست اولاد دے دی تو وہ اس کی بخشی ہوئی چیز میں</w:t>
      </w:r>
    </w:p>
    <w:p>
      <w:r>
        <w:rPr>
          <w:b/>
        </w:rPr>
        <w:t xml:space="preserve">[48:07] </w:t>
      </w:r>
      <w:r>
        <w:t>doosron ko is ka shareek thahraane lagey.</w:t>
      </w:r>
    </w:p>
    <w:p>
      <w:pPr>
        <w:jc w:val="right"/>
      </w:pPr>
      <w:r>
        <w:t>دوسروں کو اس کا شریک ٹھہرانے لگے۔</w:t>
      </w:r>
    </w:p>
    <w:p>
      <w:r>
        <w:rPr>
          <w:b/>
        </w:rPr>
        <w:t xml:space="preserve">[48:11] </w:t>
      </w:r>
      <w:r>
        <w:t>Allah bartar hai in mushrikana baaton se jo yeh log</w:t>
      </w:r>
    </w:p>
    <w:p>
      <w:pPr>
        <w:jc w:val="right"/>
      </w:pPr>
      <w:r>
        <w:t>اللہ برتر ہے ان مشرکانہ باتوں سے جو یہ لوگ</w:t>
      </w:r>
    </w:p>
    <w:p>
      <w:r>
        <w:rPr>
          <w:b/>
        </w:rPr>
        <w:t xml:space="preserve">[48:16] </w:t>
      </w:r>
      <w:r>
        <w:t>karte hain.</w:t>
      </w:r>
    </w:p>
    <w:p>
      <w:pPr>
        <w:jc w:val="right"/>
      </w:pPr>
      <w:r>
        <w:t>کرتے ہیں۔</w:t>
      </w:r>
    </w:p>
    <w:p>
      <w:r>
        <w:rPr>
          <w:b/>
        </w:rPr>
        <w:t xml:space="preserve">[48:21] </w:t>
      </w:r>
      <w:r>
        <w:t>kya woh shareek banate hain aison ko jo kisi cheez ko paida nahin karte balkeh woh khud makhlooq hain.</w:t>
      </w:r>
    </w:p>
    <w:p>
      <w:pPr>
        <w:jc w:val="right"/>
      </w:pPr>
      <w:r>
        <w:t>کیا وہ شریک بناتے ہیں ایسوں کو جو کسی چیز کو پیدا نہیں کرتے بلکہ وہ خود مخلوق ہیں۔</w:t>
      </w:r>
    </w:p>
    <w:p>
      <w:r>
        <w:rPr>
          <w:b/>
        </w:rPr>
        <w:t xml:space="preserve">[48:26] </w:t>
      </w:r>
      <w:r>
        <w:t>aur woh na in ki kisi qism ki madad kar sakte hain aur na apni hi madad kar sakte hain.</w:t>
      </w:r>
    </w:p>
    <w:p>
      <w:pPr>
        <w:jc w:val="right"/>
      </w:pPr>
      <w:r>
        <w:t>اور وہ نہ ان کی کسی قسم کی مدد کر سکتے ہیں اور نہ اپنی ہی مدد کر سکتے ہیں۔</w:t>
      </w:r>
    </w:p>
    <w:p>
      <w:r>
        <w:rPr>
          <w:b/>
        </w:rPr>
        <w:t xml:space="preserve">[48:31] </w:t>
      </w:r>
      <w:r>
        <w:t>aur agar tum in ko rehnumai ke liye pukaaro to woh tumhari pukaar par na chalenge.</w:t>
      </w:r>
    </w:p>
    <w:p>
      <w:pPr>
        <w:jc w:val="right"/>
      </w:pPr>
      <w:r>
        <w:t>اور اگر تم ان کو رہنمائی کے لیے پکارو تو وہ تمہاری پکار پر نہ چلیں گے۔</w:t>
      </w:r>
    </w:p>
    <w:p>
      <w:r>
        <w:rPr>
          <w:b/>
        </w:rPr>
        <w:t xml:space="preserve">[48:36] </w:t>
      </w:r>
      <w:r>
        <w:t>barabar hai khwah tum in ko pukaaro ya tum khamosh raho.</w:t>
      </w:r>
    </w:p>
    <w:p>
      <w:pPr>
        <w:jc w:val="right"/>
      </w:pPr>
      <w:r>
        <w:t>برابر ہے خواہ تم ان کو پکارو یا تم خاموش رہو۔</w:t>
      </w:r>
    </w:p>
    <w:p>
      <w:r>
        <w:rPr>
          <w:b/>
        </w:rPr>
        <w:t xml:space="preserve">[48:41] </w:t>
      </w:r>
      <w:r>
        <w:t>jin ko tum Allah ke siwa pukaarte ho woh tumhare hi jaisey</w:t>
      </w:r>
    </w:p>
    <w:p>
      <w:pPr>
        <w:jc w:val="right"/>
      </w:pPr>
      <w:r>
        <w:t>جن کو تم اللہ کے سوا پکارتے ہو وہ تمہارے ہی جیسے</w:t>
      </w:r>
    </w:p>
    <w:p>
      <w:r>
        <w:rPr>
          <w:b/>
        </w:rPr>
        <w:t xml:space="preserve">[48:46] </w:t>
      </w:r>
      <w:r>
        <w:t>bande hain.</w:t>
      </w:r>
    </w:p>
    <w:p>
      <w:pPr>
        <w:jc w:val="right"/>
      </w:pPr>
      <w:r>
        <w:t>بندے ہیں۔</w:t>
      </w:r>
    </w:p>
    <w:p>
      <w:r>
        <w:rPr>
          <w:b/>
        </w:rPr>
        <w:t xml:space="preserve">[48:50] </w:t>
      </w:r>
      <w:r>
        <w:t>pas tum in ko pukaaro woh tumhe jawab den agar tum sachche ho.</w:t>
      </w:r>
    </w:p>
    <w:p>
      <w:pPr>
        <w:jc w:val="right"/>
      </w:pPr>
      <w:r>
        <w:t>پس تم ان کو پکارو وہ تمہیں جواب دیں اگر تم سچے ہو۔</w:t>
      </w:r>
    </w:p>
    <w:p>
      <w:r>
        <w:rPr>
          <w:b/>
        </w:rPr>
        <w:t xml:space="preserve">[48:54] </w:t>
      </w:r>
      <w:r>
        <w:t>kya in ke paon hain ke in se chalen? kya in ke hath hain ke in se pakaren?</w:t>
      </w:r>
    </w:p>
    <w:p>
      <w:pPr>
        <w:jc w:val="right"/>
      </w:pPr>
      <w:r>
        <w:t>کیا ان کے پاؤں ہیں کہ ان سے چلیں؟ کیا ان کے ہاتھ ہیں کہ ان سے پکڑیں؟</w:t>
      </w:r>
    </w:p>
    <w:p>
      <w:r>
        <w:rPr>
          <w:b/>
        </w:rPr>
        <w:t xml:space="preserve">[48:59] </w:t>
      </w:r>
      <w:r>
        <w:t>kya in ki aankhen hain ke in se dekhen? kya in ke kaan hain ke in se sunen?</w:t>
      </w:r>
    </w:p>
    <w:p>
      <w:pPr>
        <w:jc w:val="right"/>
      </w:pPr>
      <w:r>
        <w:t>کیا ان کی آنکھیں ہیں کہ ان سے دیکھیں؟ کیا ان کے کان ہیں کہ ان سے سنیں؟</w:t>
      </w:r>
    </w:p>
    <w:p>
      <w:r>
        <w:rPr>
          <w:b/>
        </w:rPr>
        <w:t xml:space="preserve">[49:03] </w:t>
      </w:r>
      <w:r>
        <w:t>kaho tum apne shareekon ko bulao.</w:t>
      </w:r>
    </w:p>
    <w:p>
      <w:pPr>
        <w:jc w:val="right"/>
      </w:pPr>
      <w:r>
        <w:t>کہو تم اپنے شریکوں کو بلاؤ۔</w:t>
      </w:r>
    </w:p>
    <w:p>
      <w:r>
        <w:rPr>
          <w:b/>
        </w:rPr>
        <w:t xml:space="preserve">[49:07] </w:t>
      </w:r>
      <w:r>
        <w:t>phir tum log mere khilaaf tadbiren karo aur mujhe mahlat na do.</w:t>
      </w:r>
    </w:p>
    <w:p>
      <w:pPr>
        <w:jc w:val="right"/>
      </w:pPr>
      <w:r>
        <w:t>پھر تم لوگ میرے خلاف تدبیریں کرو اور مجھے مہلت نہ دو۔</w:t>
      </w:r>
    </w:p>
    <w:p>
      <w:r>
        <w:rPr>
          <w:b/>
        </w:rPr>
        <w:t xml:space="preserve">[49:12] </w:t>
      </w:r>
      <w:r>
        <w:t>yaqeenan mera kaarsaz Allah hai jis ne kitab utari hai aur woh</w:t>
      </w:r>
    </w:p>
    <w:p>
      <w:pPr>
        <w:jc w:val="right"/>
      </w:pPr>
      <w:r>
        <w:t>یقینا میرا کارساز اللہ ہے جس نے کتاب اتاری ہے اور وہ</w:t>
      </w:r>
    </w:p>
    <w:p>
      <w:r>
        <w:rPr>
          <w:b/>
        </w:rPr>
        <w:t xml:space="preserve">[49:16] </w:t>
      </w:r>
      <w:r>
        <w:t>kaarsazi karta hai nek bndon ki.</w:t>
      </w:r>
    </w:p>
    <w:p>
      <w:pPr>
        <w:jc w:val="right"/>
      </w:pPr>
      <w:r>
        <w:t>کارسازی کرتا ہے نیک بندوں کی۔</w:t>
      </w:r>
    </w:p>
    <w:p>
      <w:r>
        <w:rPr>
          <w:b/>
        </w:rPr>
        <w:t xml:space="preserve">[49:19] </w:t>
      </w:r>
      <w:r>
        <w:t>aur jin ko tum pukaarte ho is ke siwa woh na tumhari madad kar sakte hain aur na</w:t>
      </w:r>
    </w:p>
    <w:p>
      <w:pPr>
        <w:jc w:val="right"/>
      </w:pPr>
      <w:r>
        <w:t>اور جن کو تم پکارتے ہو اس کے سوا وہ نہ تمہاری مدد کر سکتے ہیں اور نہ</w:t>
      </w:r>
    </w:p>
    <w:p>
      <w:r>
        <w:rPr>
          <w:b/>
        </w:rPr>
        <w:t xml:space="preserve">[49:23] </w:t>
      </w:r>
      <w:r>
        <w:t>apni hi madad kar sakte hain.</w:t>
      </w:r>
    </w:p>
    <w:p>
      <w:pPr>
        <w:jc w:val="right"/>
      </w:pPr>
      <w:r>
        <w:t>اپنی ہی مدد کر سکتے ہیں۔</w:t>
      </w:r>
    </w:p>
    <w:p>
      <w:r>
        <w:rPr>
          <w:b/>
        </w:rPr>
        <w:t xml:space="preserve">[49:26] </w:t>
      </w:r>
      <w:r>
        <w:t>aur agar tum in ko rastay ki taraf pukaaro to woh tumhari baat na sunenge.</w:t>
      </w:r>
    </w:p>
    <w:p>
      <w:pPr>
        <w:jc w:val="right"/>
      </w:pPr>
      <w:r>
        <w:t>اور اگر تم ان کو راستے کی طرف پکارو تو وہ تمہاری بات نہ سنیں گے۔</w:t>
      </w:r>
    </w:p>
    <w:p>
      <w:r>
        <w:rPr>
          <w:b/>
        </w:rPr>
        <w:t xml:space="preserve">[49:29] </w:t>
      </w:r>
      <w:r>
        <w:t>aur tum ko nazar aata hai ke woh tumhari taraf dekh rahe hain.</w:t>
      </w:r>
    </w:p>
    <w:p>
      <w:pPr>
        <w:jc w:val="right"/>
      </w:pPr>
      <w:r>
        <w:t>اور تم کو نظر آتا ہے کہ وہ تمہاری طرف دیکھ رہے ہیں۔</w:t>
      </w:r>
    </w:p>
    <w:p>
      <w:r>
        <w:rPr>
          <w:b/>
        </w:rPr>
        <w:t xml:space="preserve">[49:33] </w:t>
      </w:r>
      <w:r>
        <w:t>magar woh kuch nahi dekhte. darguzar karo.</w:t>
      </w:r>
    </w:p>
    <w:p>
      <w:pPr>
        <w:jc w:val="right"/>
      </w:pPr>
      <w:r>
        <w:t>مگر وہ کچھ نہیں دیکھتے۔ درگزر کرو۔</w:t>
      </w:r>
    </w:p>
    <w:p>
      <w:r>
        <w:rPr>
          <w:b/>
        </w:rPr>
        <w:t xml:space="preserve">[49:36] </w:t>
      </w:r>
      <w:r>
        <w:t>neki ka hukum do.</w:t>
      </w:r>
    </w:p>
    <w:p>
      <w:pPr>
        <w:jc w:val="right"/>
      </w:pPr>
      <w:r>
        <w:t>نیکی کا حکم دو۔</w:t>
      </w:r>
    </w:p>
    <w:p>
      <w:r>
        <w:rPr>
          <w:b/>
        </w:rPr>
        <w:t xml:space="preserve">[49:39] </w:t>
      </w:r>
      <w:r>
        <w:t>aur jahilon se na uljho.</w:t>
      </w:r>
    </w:p>
    <w:p>
      <w:pPr>
        <w:jc w:val="right"/>
      </w:pPr>
      <w:r>
        <w:t>اور جاہلوں سے نہ الجھو۔</w:t>
      </w:r>
    </w:p>
    <w:p>
      <w:r>
        <w:rPr>
          <w:b/>
        </w:rPr>
        <w:t xml:space="preserve">[49:43] </w:t>
      </w:r>
      <w:r>
        <w:t>aur agar tum</w:t>
      </w:r>
    </w:p>
    <w:p>
      <w:pPr>
        <w:jc w:val="right"/>
      </w:pPr>
      <w:r>
        <w:t>اور اگر تم</w:t>
      </w:r>
    </w:p>
    <w:p>
      <w:r>
        <w:rPr>
          <w:b/>
        </w:rPr>
        <w:t xml:space="preserve">[49:46] </w:t>
      </w:r>
      <w:r>
        <w:t>ko koi waswasa shaitan ki taraf se aaye to Allah ki panah chaho.</w:t>
      </w:r>
    </w:p>
    <w:p>
      <w:pPr>
        <w:jc w:val="right"/>
      </w:pPr>
      <w:r>
        <w:t>کو کوئی وسوسہ شیطان کی طرف سے آئے تو اللہ کی پناہ چاہو۔</w:t>
      </w:r>
    </w:p>
    <w:p>
      <w:r>
        <w:rPr>
          <w:b/>
        </w:rPr>
        <w:t xml:space="preserve">[49:50] </w:t>
      </w:r>
      <w:r>
        <w:t>beshak woh sunne wala janne wala hai.</w:t>
      </w:r>
    </w:p>
    <w:p>
      <w:pPr>
        <w:jc w:val="right"/>
      </w:pPr>
      <w:r>
        <w:t>بے شک وہ سننے والا جاننے والا ہے۔</w:t>
      </w:r>
    </w:p>
    <w:p>
      <w:r>
        <w:rPr>
          <w:b/>
        </w:rPr>
        <w:t xml:space="preserve">[49:55] </w:t>
      </w:r>
      <w:r>
        <w:t>jo log dar rakhte hain jab kabhi shaitan ke asar se koi bura khayal unhein chho jata hai</w:t>
      </w:r>
    </w:p>
    <w:p>
      <w:pPr>
        <w:jc w:val="right"/>
      </w:pPr>
      <w:r>
        <w:t>جو لوگ ڈر رکھتے ہیں جب کبھی شیطان کے اثر سے کوئی برا خیال انہیں چھو جاتا ہے</w:t>
      </w:r>
    </w:p>
    <w:p>
      <w:r>
        <w:rPr>
          <w:b/>
        </w:rPr>
        <w:t xml:space="preserve">[49:59] </w:t>
      </w:r>
      <w:r>
        <w:t>to woh foran chaunk padte hain.</w:t>
      </w:r>
    </w:p>
    <w:p>
      <w:pPr>
        <w:jc w:val="right"/>
      </w:pPr>
      <w:r>
        <w:t>تو وہ فوراً چونک پڑتے ہیں۔</w:t>
      </w:r>
    </w:p>
    <w:p>
      <w:r>
        <w:rPr>
          <w:b/>
        </w:rPr>
        <w:t xml:space="preserve">[50:03] </w:t>
      </w:r>
      <w:r>
        <w:t>aur phir usi waqt un ko soojh aa jati hai.</w:t>
      </w:r>
    </w:p>
    <w:p>
      <w:pPr>
        <w:jc w:val="right"/>
      </w:pPr>
      <w:r>
        <w:t>اور پھر اسی وقت ان کو سوجھ آ جاتی ہے۔</w:t>
      </w:r>
    </w:p>
    <w:p>
      <w:r>
        <w:rPr>
          <w:b/>
        </w:rPr>
        <w:t xml:space="preserve">[50:08] </w:t>
      </w:r>
      <w:r>
        <w:t>aur jo shaitan ke bhai hain woh un ko gumrahi mein khinche chale jate hain.</w:t>
      </w:r>
    </w:p>
    <w:p>
      <w:pPr>
        <w:jc w:val="right"/>
      </w:pPr>
      <w:r>
        <w:t>اور جو شیطان کے بھائی ہیں وہ ان کو گمراہی میں کھینچے چلے جاتے ہیں۔</w:t>
      </w:r>
    </w:p>
    <w:p>
      <w:r>
        <w:rPr>
          <w:b/>
        </w:rPr>
        <w:t xml:space="preserve">[50:12] </w:t>
      </w:r>
      <w:r>
        <w:t>phir woh kami nahi karte. aur jab</w:t>
      </w:r>
    </w:p>
    <w:p>
      <w:pPr>
        <w:jc w:val="right"/>
      </w:pPr>
      <w:r>
        <w:t>پھر وہ کمی نہیں کرتے۔ اور جب</w:t>
      </w:r>
    </w:p>
    <w:p>
      <w:r>
        <w:rPr>
          <w:b/>
        </w:rPr>
        <w:t xml:space="preserve">[50:16] </w:t>
      </w:r>
      <w:r>
        <w:t>tum un ke samne koi nishani moajza nahi laye to woh kehte hain ke kyun na tum chhanat</w:t>
      </w:r>
    </w:p>
    <w:p>
      <w:pPr>
        <w:jc w:val="right"/>
      </w:pPr>
      <w:r>
        <w:t>تم ان کے سامنے کوئی نشانی معجزہ نہیں لائے تو وہ کہتے ہیں کہ کیوں نہ تم چھانٹ</w:t>
      </w:r>
    </w:p>
    <w:p>
      <w:r>
        <w:rPr>
          <w:b/>
        </w:rPr>
        <w:t xml:space="preserve">[50:21] </w:t>
      </w:r>
      <w:r>
        <w:t>laye kuch apni taraf se.</w:t>
      </w:r>
    </w:p>
    <w:p>
      <w:pPr>
        <w:jc w:val="right"/>
      </w:pPr>
      <w:r>
        <w:t>لائے کچھ اپنی طرف سے۔</w:t>
      </w:r>
    </w:p>
    <w:p>
      <w:r>
        <w:rPr>
          <w:b/>
        </w:rPr>
        <w:t xml:space="preserve">[50:26] </w:t>
      </w:r>
      <w:r>
        <w:t>kaho mein to us ki pairwi karta hoon jo mere rab ki taraf se mujh par wahi ki jati hai.</w:t>
      </w:r>
    </w:p>
    <w:p>
      <w:pPr>
        <w:jc w:val="right"/>
      </w:pPr>
      <w:r>
        <w:t>کہو میں تو اس کی پیروی کرتا ہوں جو میرے رب کی طرف سے مجھ پر وحی کی جاتی ہے۔</w:t>
      </w:r>
    </w:p>
    <w:p>
      <w:r>
        <w:rPr>
          <w:b/>
        </w:rPr>
        <w:t xml:space="preserve">[50:31] </w:t>
      </w:r>
      <w:r>
        <w:t>yeh soojh ki baatein hain tumhare rab ki taraf se aur hidayat aur rehmat hai un logon ke</w:t>
      </w:r>
    </w:p>
    <w:p>
      <w:pPr>
        <w:jc w:val="right"/>
      </w:pPr>
      <w:r>
        <w:t>یہ سوجھ کی باتیں ہیں تمہارے رب کی طرف سے اور ہدایت اور رحمت ہے ان لوگوں کے</w:t>
      </w:r>
    </w:p>
    <w:p>
      <w:r>
        <w:rPr>
          <w:b/>
        </w:rPr>
        <w:t xml:space="preserve">[50:36] </w:t>
      </w:r>
      <w:r>
        <w:t>liye jo iman rakhte hain.</w:t>
      </w:r>
    </w:p>
    <w:p>
      <w:pPr>
        <w:jc w:val="right"/>
      </w:pPr>
      <w:r>
        <w:t>لیے جو ایمان رکھتے ہیں۔</w:t>
      </w:r>
    </w:p>
    <w:p>
      <w:r>
        <w:rPr>
          <w:b/>
        </w:rPr>
        <w:t xml:space="preserve">[50:41] </w:t>
      </w:r>
      <w:r>
        <w:t>aur jab quran padha jaye to us ko tawajjuh se suno aur khamosh raho</w:t>
      </w:r>
    </w:p>
    <w:p>
      <w:pPr>
        <w:jc w:val="right"/>
      </w:pPr>
      <w:r>
        <w:t>اور جب قرآن پڑھا جائے تو اس کو توجہ سے سنو اور خاموش رہو</w:t>
      </w:r>
    </w:p>
    <w:p>
      <w:r>
        <w:rPr>
          <w:b/>
        </w:rPr>
        <w:t xml:space="preserve">[50:46] </w:t>
      </w:r>
      <w:r>
        <w:t>taake tum par rehmat ki jaye. aur apne Rab ko subah o sham yaad karo apne dil mein ajzi aur khof ke sath aur past awaz se aur ghafilon mein se na bano. jo farishte tere Rab ke pas hain woh us ki ibadat se takabbur nahi karte. aur woh us ki pak zaat ko yaad karte hain aur usi ko sajda karte hain.</w:t>
      </w:r>
    </w:p>
    <w:p>
      <w:pPr>
        <w:jc w:val="right"/>
      </w:pPr>
      <w:r>
        <w:t>تاکہ تم پر رحمت کی جائے۔ اور اپنے رب کو صبح و شام یاد کرو اپنے دل میں عاجزی اور خوف کے ساتھ اور پست آواز سے اور غافلوں میں سے نہ بنو۔ جو فرشتے تیرے رب کے پاس ہیں وہ اس کی عبادت سے تکبر نہیں کرتے۔ اور وہ اس کی پاک ذات کو یاد کرتے ہیں اور اسی کو سجدہ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