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History of Creation March 16, 2008</w:t>
      </w:r>
    </w:p>
    <w:p>
      <w:r>
        <w:t>https://youtu.be/_azxOJV6t0E</w:t>
      </w:r>
    </w:p>
    <w:p>
      <w:r>
        <w:rPr>
          <w:b/>
        </w:rPr>
        <w:t xml:space="preserve">[00:13] </w:t>
      </w:r>
      <w:r>
        <w:t>Bismillah hir Rahman nir Rahim, wa Salla Allahu ala Nabi al-Kareem.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wah-ul-uqdatan min lisani, yafqahu qawli.</w:t>
      </w:r>
    </w:p>
    <w:p>
      <w:pPr>
        <w:jc w:val="right"/>
      </w:pPr>
      <w:r>
        <w:t>واحل العقدۃ من لسانی، یفقہ قولی۔</w:t>
      </w:r>
    </w:p>
    <w:p>
      <w:r>
        <w:rPr>
          <w:b/>
        </w:rPr>
        <w:t xml:space="preserve">[00:35] </w:t>
      </w:r>
      <w:r>
        <w:t>Aaj ki jo talk hai, iska</w:t>
      </w:r>
    </w:p>
    <w:p>
      <w:pPr>
        <w:jc w:val="right"/>
      </w:pPr>
      <w:r>
        <w:t>آج کی جو ٹاک ہے، اس کا</w:t>
      </w:r>
    </w:p>
    <w:p>
      <w:r>
        <w:rPr>
          <w:b/>
        </w:rPr>
        <w:t xml:space="preserve">[00:47] </w:t>
      </w:r>
      <w:r>
        <w:t>theme hai "The History of</w:t>
      </w:r>
    </w:p>
    <w:p>
      <w:pPr>
        <w:jc w:val="right"/>
      </w:pPr>
      <w:r>
        <w:t>تھیم ہے "دا ہسٹری آف</w:t>
      </w:r>
    </w:p>
    <w:p>
      <w:r>
        <w:rPr>
          <w:b/>
        </w:rPr>
        <w:t xml:space="preserve">[00:55] </w:t>
      </w:r>
      <w:r>
        <w:t>Creation".</w:t>
      </w:r>
    </w:p>
    <w:p>
      <w:pPr>
        <w:jc w:val="right"/>
      </w:pPr>
      <w:r>
        <w:t>کریشن"۔</w:t>
      </w:r>
    </w:p>
    <w:p>
      <w:r>
        <w:rPr>
          <w:b/>
        </w:rPr>
        <w:t xml:space="preserve">[00:59] </w:t>
      </w:r>
      <w:r>
        <w:t>The History of Creation.</w:t>
      </w:r>
    </w:p>
    <w:p>
      <w:pPr>
        <w:jc w:val="right"/>
      </w:pPr>
      <w:r>
        <w:t>دا ہسٹری آف کریشن۔</w:t>
      </w:r>
    </w:p>
    <w:p>
      <w:r>
        <w:rPr>
          <w:b/>
        </w:rPr>
        <w:t xml:space="preserve">[01:04] </w:t>
      </w:r>
      <w:r>
        <w:t>Aaj ki theme asal mein mere zehen mein aayi aaj ke newspaper ke ek item se.</w:t>
      </w:r>
    </w:p>
    <w:p>
      <w:pPr>
        <w:jc w:val="right"/>
      </w:pPr>
      <w:r>
        <w:t>آج کی تھیم اصل میں میرے ذہن میں آئی آج کے نیوز پیپر کے ایک آئٹم سے۔</w:t>
      </w:r>
    </w:p>
    <w:p>
      <w:r>
        <w:rPr>
          <w:b/>
        </w:rPr>
        <w:t xml:space="preserve">[01:14] </w:t>
      </w:r>
      <w:r>
        <w:t>Aap jante hain ke aaj 16 March hai, to aaj ke newspaper mein ek survey ki report aayi hai.</w:t>
      </w:r>
    </w:p>
    <w:p>
      <w:pPr>
        <w:jc w:val="right"/>
      </w:pPr>
      <w:r>
        <w:t>آپ جانتے ہیں کہ آج 16 مارچ ہے، تو آج کے نیوز پیپر میں ایک سروے کی رپورٹ آئی ہے۔</w:t>
      </w:r>
    </w:p>
    <w:p>
      <w:r>
        <w:rPr>
          <w:b/>
        </w:rPr>
        <w:t xml:space="preserve">[01:28] </w:t>
      </w:r>
      <w:r>
        <w:t>Aaj kal media mein aap jante hain ke global warming ki reporting daily ho rahi hai. Duniya bhar ki jo scientific community hai, woh global warming ka jin ko zyada ilm hai, woh bahut pareshan hain.</w:t>
      </w:r>
    </w:p>
    <w:p>
      <w:pPr>
        <w:jc w:val="right"/>
      </w:pPr>
      <w:r>
        <w:t>آج کل میڈیا میں آپ جانتے ہیں کہ گلوبل وارمنگ کی رپورٹنگ ڈیلی ہو رہی ہے۔ دنیا بھر کی جو سائنٹیفک کمیونٹی ہے، وہ گلوبل وارمنگ کا جن کو زیادہ علم ہے، وہ بہت پریشان ہیں۔</w:t>
      </w:r>
    </w:p>
    <w:p>
      <w:r>
        <w:rPr>
          <w:b/>
        </w:rPr>
        <w:t xml:space="preserve">[01:48] </w:t>
      </w:r>
      <w:r>
        <w:t>To latest report jo aaj ke paper mein aayi hai, mere haath mein yeh paper hai, ismein bataya gaya hai ke</w:t>
      </w:r>
    </w:p>
    <w:p>
      <w:pPr>
        <w:jc w:val="right"/>
      </w:pPr>
      <w:r>
        <w:t>تو لیٹسٹ رپورٹ جو آج کے پیپر میں آئی ہے، میرے ہاتھ میں یہ پیپر ہے، اس میں بتایا گیا ہے کہ</w:t>
      </w:r>
    </w:p>
    <w:p>
      <w:r>
        <w:rPr>
          <w:b/>
        </w:rPr>
        <w:t xml:space="preserve">[02:01] </w:t>
      </w:r>
      <w:r>
        <w:t>jo ice sheets hain zameen ke upar, north pole, south pole mein, woh bohat tezi se pighal rahi hain.</w:t>
      </w:r>
    </w:p>
    <w:p>
      <w:pPr>
        <w:jc w:val="right"/>
      </w:pPr>
      <w:r>
        <w:t>جو آئس شیٹس ہیں زمین کے اوپر، نارتھ پول، سائت ساؤتھ پول میں، وہ بہت تیزی سے پگھل رہی ہیں۔</w:t>
      </w:r>
    </w:p>
    <w:p>
      <w:r>
        <w:rPr>
          <w:b/>
        </w:rPr>
        <w:t xml:space="preserve">[02:13] </w:t>
      </w:r>
      <w:r>
        <w:t>un ke pighalne se bohat hi zyada energy release ho rahi hai, aur is ka nateeja kya hoga ke massive earth quake aayenge hamari zameen par.</w:t>
      </w:r>
    </w:p>
    <w:p>
      <w:pPr>
        <w:jc w:val="right"/>
      </w:pPr>
      <w:r>
        <w:t>ان کے پگھلنے سے بہت ہی زیادہ انرجی ریلیز ہو رہی ہے، اور اس کا نتیجہ کیا ہوگا کہ میسو ارتھ کویک آئیں گے ہماری زمین پر۔</w:t>
      </w:r>
    </w:p>
    <w:p>
      <w:r>
        <w:rPr>
          <w:b/>
        </w:rPr>
        <w:t xml:space="preserve">[02:28] </w:t>
      </w:r>
      <w:r>
        <w:t>is ki jo heading banai hai paper ne, woh yeh hai ke "Melting Ice, Melting Ice Sheets Can Trigger Massive Earth Quakes".</w:t>
      </w:r>
    </w:p>
    <w:p>
      <w:pPr>
        <w:jc w:val="right"/>
      </w:pPr>
      <w:r>
        <w:t>اس کی جو ہیڈنگ بنائی ہے پیپر نے، وہ یہ ہے کہ "ملٹنگ آئس، ملٹنگ آئس شیٹس کین ٹریگر میسو ارتھ کویکس"۔</w:t>
      </w:r>
    </w:p>
    <w:p>
      <w:r>
        <w:rPr>
          <w:b/>
        </w:rPr>
        <w:t xml:space="preserve">[02:44] </w:t>
      </w:r>
      <w:r>
        <w:t>yeh akhbar ki heading hai: "Melting Ice Sheets Can Trigger Massive Earth Quakes".</w:t>
      </w:r>
    </w:p>
    <w:p>
      <w:pPr>
        <w:jc w:val="right"/>
      </w:pPr>
      <w:r>
        <w:t>یہ اخبار کی ہیڈنگ ہے: "ملٹنگ آئس شیٹس کین ٹریگر میسو ارتھ کویکس"۔</w:t>
      </w:r>
    </w:p>
    <w:p>
      <w:r>
        <w:rPr>
          <w:b/>
        </w:rPr>
        <w:t xml:space="preserve">[02:55] </w:t>
      </w:r>
      <w:r>
        <w:t>yeh bari ajeeb baat hai, kyunke inhi shabdon mein Quran mein ab se chaudah sau saal pehle yahi baat kahi gayi thi.</w:t>
      </w:r>
    </w:p>
    <w:p>
      <w:pPr>
        <w:jc w:val="right"/>
      </w:pPr>
      <w:r>
        <w:t>یہ بڑی عجیب بات ہے، کیونکہ انہی शब्दوں میں قرآن میں اب سے چودہ سو سال پہلے یہی بات کہی گئی تھی۔</w:t>
      </w:r>
    </w:p>
    <w:p>
      <w:r>
        <w:rPr>
          <w:b/>
        </w:rPr>
        <w:t xml:space="preserve">[03:05] </w:t>
      </w:r>
      <w:r>
        <w:t>bohat hi anokhi baat hai ke zameen par massive earth quake aayenge,</w:t>
      </w:r>
    </w:p>
    <w:p>
      <w:pPr>
        <w:jc w:val="right"/>
      </w:pPr>
      <w:r>
        <w:t>بہت ہی انوکھی بات ہے کہ زمین پر میسو ارتھ کویک آئیں گے،</w:t>
      </w:r>
    </w:p>
    <w:p>
      <w:r>
        <w:rPr>
          <w:b/>
        </w:rPr>
        <w:t xml:space="preserve">[03:14] </w:t>
      </w:r>
      <w:r>
        <w:t>ab se hazaron saal pehle aadmi jaanta nahi tha.</w:t>
      </w:r>
    </w:p>
    <w:p>
      <w:pPr>
        <w:jc w:val="right"/>
      </w:pPr>
      <w:r>
        <w:t>اب سے ہزاروں سال پہلے آدمی جانتا نہیں تھا۔</w:t>
      </w:r>
    </w:p>
    <w:p>
      <w:r>
        <w:rPr>
          <w:b/>
        </w:rPr>
        <w:t xml:space="preserve">[03:18] </w:t>
      </w:r>
      <w:r>
        <w:t>aap Quran ka jo chapter hai, number 99, Al-Zalzalah, is mein</w:t>
      </w:r>
    </w:p>
    <w:p>
      <w:pPr>
        <w:jc w:val="right"/>
      </w:pPr>
      <w:r>
        <w:t>آپ قرآن کا جو چیپٹر ہے، نمبر 99، الزلزال، اس میں</w:t>
      </w:r>
    </w:p>
    <w:p>
      <w:r>
        <w:rPr>
          <w:b/>
        </w:rPr>
        <w:t xml:space="preserve">[03:31] </w:t>
      </w:r>
      <w:r>
        <w:t>number 99, is mein ab se chaudah sau saal pehle, yani seventh century ke first quarter mein,</w:t>
      </w:r>
    </w:p>
    <w:p>
      <w:pPr>
        <w:jc w:val="right"/>
      </w:pPr>
      <w:r>
        <w:t>نمبر 99، اس میں اب سے چودہ سو سال پہلے، یعنی سیون سینچری کے فرسٹ کوارٹر میں،</w:t>
      </w:r>
    </w:p>
    <w:p>
      <w:r>
        <w:rPr>
          <w:b/>
        </w:rPr>
        <w:t xml:space="preserve">[03:42] </w:t>
      </w:r>
      <w:r>
        <w:t>yeh kaha gaya tha ke "Idha zulzilati al-arzu zilzalaha". yeh Quran ka ek verse hai: "Idha zulzilati al-arzu zilzalaha".</w:t>
      </w:r>
    </w:p>
    <w:p>
      <w:pPr>
        <w:jc w:val="right"/>
      </w:pPr>
      <w:r>
        <w:t>یہ کہا گیا تھا کہ "ازا زلزلت الارض زلزالہ"۔ یہ قرآن کا ایک ورس ہے: "ازا زلزلت الارض زلزالہ"۔</w:t>
      </w:r>
    </w:p>
    <w:p>
      <w:r>
        <w:rPr>
          <w:b/>
        </w:rPr>
        <w:t xml:space="preserve">[03:56] </w:t>
      </w:r>
      <w:r>
        <w:t>is ka matlab hai "When the earth is shaken with massive earth quakes".</w:t>
      </w:r>
    </w:p>
    <w:p>
      <w:pPr>
        <w:jc w:val="right"/>
      </w:pPr>
      <w:r>
        <w:t>اس کا مطلب ہے "وین دی ارتھ از شیکن ود میسو ارتھ کویکس"۔</w:t>
      </w:r>
    </w:p>
    <w:p>
      <w:r>
        <w:rPr>
          <w:b/>
        </w:rPr>
        <w:t xml:space="preserve">[04:07] </w:t>
      </w:r>
      <w:r>
        <w:t>When the earth is shaken with massive earth quakes.</w:t>
      </w:r>
    </w:p>
    <w:p>
      <w:pPr>
        <w:jc w:val="right"/>
      </w:pPr>
      <w:r>
        <w:t>وین دی ارتھ از شیکن ود میسو ارتھ کویکس۔</w:t>
      </w:r>
    </w:p>
    <w:p>
      <w:r>
        <w:rPr>
          <w:b/>
        </w:rPr>
        <w:t xml:space="preserve">[04:11] </w:t>
      </w:r>
      <w:r>
        <w:t>kaisi ajeeb baat hai ke aaj jo scientific community discover kar rahi hai, bohat zyada survey aur observation ke baad, ab se chaudah sau saal pehle yahi baat likhi hui thi Quran mein ke massive earth quake aayenge.</w:t>
      </w:r>
    </w:p>
    <w:p>
      <w:pPr>
        <w:jc w:val="right"/>
      </w:pPr>
      <w:r>
        <w:t>کیسی عجیب بات ہے کہ آج جو سائنٹیفک کمیونٹی ڈسکور کر رہی ہے، بہت زیادہ سروے اور ابزرویشن کے بعد، اب سے چودہ سو سال پہلے یہی بات لکھی ہوئی تھی قرآن میں کہ میسو ارتھ کویک آئیں گے۔</w:t>
      </w:r>
    </w:p>
    <w:p>
      <w:r>
        <w:rPr>
          <w:b/>
        </w:rPr>
        <w:t xml:space="preserve">[04:35] </w:t>
      </w:r>
      <w:r>
        <w:t>yeh Quran ki ayat ka tarjuma hai, translation hai ke "When the earth is shaken with massive earth quake".</w:t>
      </w:r>
    </w:p>
    <w:p>
      <w:pPr>
        <w:jc w:val="right"/>
      </w:pPr>
      <w:r>
        <w:t>یہ قرآن کی آیت کا ترجمہ ہے، ٹرانسلیشن ہے کہ "ون دا ارتھ از شیکن ود میسو ارتھ کویک"۔</w:t>
      </w:r>
    </w:p>
    <w:p>
      <w:r>
        <w:rPr>
          <w:b/>
        </w:rPr>
        <w:t xml:space="preserve">[04:46] </w:t>
      </w:r>
      <w:r>
        <w:t>is ka matlab kya hua</w:t>
      </w:r>
    </w:p>
    <w:p>
      <w:pPr>
        <w:jc w:val="right"/>
      </w:pPr>
      <w:r>
        <w:t>اس کا مطلب کیا ہوا</w:t>
      </w:r>
    </w:p>
    <w:p>
      <w:r>
        <w:rPr>
          <w:b/>
        </w:rPr>
        <w:t xml:space="preserve">[04:50] </w:t>
      </w:r>
      <w:r>
        <w:t>ke jis doomsday ki, jis qyamat ki khabar tamam paighambaron mein di aur Quran mein di gayi, woh ab bilkul qareeb aa chuki hai.</w:t>
      </w:r>
    </w:p>
    <w:p>
      <w:pPr>
        <w:jc w:val="right"/>
      </w:pPr>
      <w:r>
        <w:t>کہ جس ڈوم ڈے کی، جس قیامت کی خبر تمام پیغمبروں میں دی اور قرآن میں دی گئی، وہ اب بالکل قریب آ چکی ہے۔</w:t>
      </w:r>
    </w:p>
    <w:p>
      <w:r>
        <w:rPr>
          <w:b/>
        </w:rPr>
        <w:t xml:space="preserve">[05:06] </w:t>
      </w:r>
      <w:r>
        <w:t>yani is ki beginning shuru ho chuki hai, aur is ke baad kya hoga? yeh ice sheets jo hain, bohat bade bade tode hain, bohat hi bade bade tode.</w:t>
      </w:r>
    </w:p>
    <w:p>
      <w:pPr>
        <w:jc w:val="right"/>
      </w:pPr>
      <w:r>
        <w:t>یعنی اس کی بگننگ شروع ہو چکی ہے، اور اس کے بعد کیا ہوگا؟ یہ آئس شیٹس جو ہیں، بہت بڑے بڑے تودے ہیں، بہت ہی بڑے بڑے تودے۔</w:t>
      </w:r>
    </w:p>
    <w:p>
      <w:r>
        <w:rPr>
          <w:b/>
        </w:rPr>
        <w:t xml:space="preserve">[05:20] </w:t>
      </w:r>
      <w:r>
        <w:t>jab yeh pighlenge to in se energy release hogi, bohat hi zyada,</w:t>
      </w:r>
    </w:p>
    <w:p>
      <w:pPr>
        <w:jc w:val="right"/>
      </w:pPr>
      <w:r>
        <w:t>جب یہ پگھلیں گے تو ان سے انرجی ریلیز ہوگی، بہت ہی زیادہ،</w:t>
      </w:r>
    </w:p>
    <w:p>
      <w:r>
        <w:rPr>
          <w:b/>
        </w:rPr>
        <w:t xml:space="preserve">[05:30] </w:t>
      </w:r>
      <w:r>
        <w:t>aur woh zameen par massive earth quake aayenge.</w:t>
      </w:r>
    </w:p>
    <w:p>
      <w:pPr>
        <w:jc w:val="right"/>
      </w:pPr>
      <w:r>
        <w:t>اور وہ زمین پر میسو ارتھ کویک آئیں گے۔</w:t>
      </w:r>
    </w:p>
    <w:p>
      <w:r>
        <w:rPr>
          <w:b/>
        </w:rPr>
        <w:t xml:space="preserve">[05:34] </w:t>
      </w:r>
      <w:r>
        <w:t>aap sochiye ke hum kahan honge aur aap kahan honge?</w:t>
      </w:r>
    </w:p>
    <w:p>
      <w:pPr>
        <w:jc w:val="right"/>
      </w:pPr>
      <w:r>
        <w:t>آپ سوچیے کہ ہم کہاں ہوں گے اور آپ کہاں ہوں گے؟</w:t>
      </w:r>
    </w:p>
    <w:p>
      <w:r>
        <w:rPr>
          <w:b/>
        </w:rPr>
        <w:t xml:space="preserve">[05:40] </w:t>
      </w:r>
      <w:r>
        <w:t>aise zalzale das hazar saal pehle is continuum ke area mein aaye the, das hazar saal pehle.</w:t>
      </w:r>
    </w:p>
    <w:p>
      <w:pPr>
        <w:jc w:val="right"/>
      </w:pPr>
      <w:r>
        <w:t>ایسے زلزلے دس ہزار سال پہلے اس کنٹینیویا کے ایریا میں آئے تھے، دس ہزار سال پہلے۔</w:t>
      </w:r>
    </w:p>
    <w:p>
      <w:r>
        <w:rPr>
          <w:b/>
        </w:rPr>
        <w:t xml:space="preserve">[05:50] </w:t>
      </w:r>
      <w:r>
        <w:t>ab history repeat kar rahi hai, sari zameen hila di jayegi: "Idha zulzilati al-arzu zilzalaha". aur phir yeh end of the history hoga.</w:t>
      </w:r>
    </w:p>
    <w:p>
      <w:pPr>
        <w:jc w:val="right"/>
      </w:pPr>
      <w:r>
        <w:t>اب ہسٹری ریپیٹ کر رہی ہے، ساری زمین ہلا دی جائے گی: "ازا زلزلت الارض زلزالہ"۔ اور پھر یہ اینڈ آف دا ہسٹری ہوگا۔</w:t>
      </w:r>
    </w:p>
    <w:p>
      <w:r>
        <w:rPr>
          <w:b/>
        </w:rPr>
        <w:t xml:space="preserve">[06:04] </w:t>
      </w:r>
      <w:r>
        <w:t>insan ki history jo chal rahi thi zameen par, ab is ka end bohat hi zyada qareeb aa chuka.</w:t>
      </w:r>
    </w:p>
    <w:p>
      <w:pPr>
        <w:jc w:val="right"/>
      </w:pPr>
      <w:r>
        <w:t>انسان کی ہسٹری جو چل رہی تھی زمین پر، اب اس کا اینڈ بہت ہی زیادہ قریب آ چکا۔</w:t>
      </w:r>
    </w:p>
    <w:p>
      <w:r>
        <w:rPr>
          <w:b/>
        </w:rPr>
        <w:t xml:space="preserve">[06:13] </w:t>
      </w:r>
      <w:r>
        <w:t>Quran mein woh baat in advance kahi gayi thi, ab science khud isi ki confirm kar rahi hai, isi baat ko.</w:t>
      </w:r>
    </w:p>
    <w:p>
      <w:pPr>
        <w:jc w:val="right"/>
      </w:pPr>
      <w:r>
        <w:t>قرآن میں وہ بات ان ایڈوانس کہی گئی تھی، اب سائنس خود اسی کی کنفرم کر رہی ہے، اسی بات کو۔</w:t>
      </w:r>
    </w:p>
    <w:p>
      <w:r>
        <w:rPr>
          <w:b/>
        </w:rPr>
        <w:t xml:space="preserve">[06:24] </w:t>
      </w:r>
      <w:r>
        <w:t>aakhri waqt aa gaya hai ke insan jaage, soche.</w:t>
      </w:r>
    </w:p>
    <w:p>
      <w:pPr>
        <w:jc w:val="right"/>
      </w:pPr>
      <w:r>
        <w:t>آخری وقت آ گیا ہے کہ انسان جاگے، سوچے۔</w:t>
      </w:r>
    </w:p>
    <w:p>
      <w:r>
        <w:rPr>
          <w:b/>
        </w:rPr>
        <w:t xml:space="preserve">[06:33] </w:t>
      </w:r>
      <w:r>
        <w:t>aakhri din ke aanay se pehle, yaani aakhri din kya hoga? woh din hoga accountability ka, Khuda ke saamnay peshi ka.</w:t>
      </w:r>
    </w:p>
    <w:p>
      <w:pPr>
        <w:jc w:val="right"/>
      </w:pPr>
      <w:r>
        <w:t>آخری دن کے آنے سے پہلے، یعنی آخری دن کیا ہوگا؟ وہ دن ہوگا اکاؤنٹیبلٹی کا، خدا کے سامنے پیشی کا۔</w:t>
      </w:r>
    </w:p>
    <w:p>
      <w:r>
        <w:rPr>
          <w:b/>
        </w:rPr>
        <w:t xml:space="preserve">[06:44] </w:t>
      </w:r>
      <w:r>
        <w:t>is din ke aanay se pehle hum apne aap ko theek kar lein, kyunke jab woh din aa chuka hoga, tab woh aaye ga at the point of no return.</w:t>
      </w:r>
    </w:p>
    <w:p>
      <w:pPr>
        <w:jc w:val="right"/>
      </w:pPr>
      <w:r>
        <w:t>اس دن کے آنے سے پہلے ہم اپنے آپ کو ٹھیک کر لیں، کیونکہ جب وہ دن آ چکا ہوگا، تب وہ آئے گا ایٹ دا پوائنٹ آف نو ریٹرن۔</w:t>
      </w:r>
    </w:p>
    <w:p>
      <w:r>
        <w:rPr>
          <w:b/>
        </w:rPr>
        <w:t xml:space="preserve">[07:00] </w:t>
      </w:r>
      <w:r>
        <w:t>wapsi nahi hogi is ke baad.</w:t>
      </w:r>
    </w:p>
    <w:p>
      <w:pPr>
        <w:jc w:val="right"/>
      </w:pPr>
      <w:r>
        <w:t>واپسی نہیں ہوگی اس کے بعد۔</w:t>
      </w:r>
    </w:p>
    <w:p>
      <w:r>
        <w:rPr>
          <w:b/>
        </w:rPr>
        <w:t xml:space="preserve">[07:05] </w:t>
      </w:r>
      <w:r>
        <w:t>yahan mein aap ko jo history hai zameen par, us ke baray mein kuch kehna chahta hoon</w:t>
      </w:r>
    </w:p>
    <w:p>
      <w:pPr>
        <w:jc w:val="right"/>
      </w:pPr>
      <w:r>
        <w:t>یہاں میں آپ کو جو ہسٹری ہے زمین پر، اس کے بارے میں کچھ کہنا چاہتا ہوں</w:t>
      </w:r>
    </w:p>
    <w:p>
      <w:r>
        <w:rPr>
          <w:b/>
        </w:rPr>
        <w:t xml:space="preserve">[07:14] </w:t>
      </w:r>
      <w:r>
        <w:t>taake is ki importance saamnay aa jaye.</w:t>
      </w:r>
    </w:p>
    <w:p>
      <w:pPr>
        <w:jc w:val="right"/>
      </w:pPr>
      <w:r>
        <w:t>تاکہ اس کی امپورٹنس سامنے آ جائے۔</w:t>
      </w:r>
    </w:p>
    <w:p>
      <w:r>
        <w:rPr>
          <w:b/>
        </w:rPr>
        <w:t xml:space="preserve">[07:21] </w:t>
      </w:r>
      <w:r>
        <w:t>dekhiye, jo bataya gaya hai, saaray pangoron ne bataya, Quran mein bataya gaya, woh kya hai?</w:t>
      </w:r>
    </w:p>
    <w:p>
      <w:pPr>
        <w:jc w:val="right"/>
      </w:pPr>
      <w:r>
        <w:t>دیکھیے، جو بتایا گیا ہے، سارے پنگوروں نے بتایا، قرآن میں بتایا گیا، وہ کیا ہے؟</w:t>
      </w:r>
    </w:p>
    <w:p>
      <w:r>
        <w:rPr>
          <w:b/>
        </w:rPr>
        <w:t xml:space="preserve">[07:31] </w:t>
      </w:r>
      <w:r>
        <w:t>Khuda to aap jante hain ke azali hai, hamesha se hai, hamesha rahe ga. to pehle sirf Khuda tha aur kuch bhi nahi tha.</w:t>
      </w:r>
    </w:p>
    <w:p>
      <w:pPr>
        <w:jc w:val="right"/>
      </w:pPr>
      <w:r>
        <w:t>خدا تو آپ جانتے ہیں کہ ازلی ہے، ہمیشہ سے ہے، ہمیشہ رہے گا۔ تو پہلے صرف خدا تھا اور کچھ بھی نہیں تھا۔</w:t>
      </w:r>
    </w:p>
    <w:p>
      <w:r>
        <w:rPr>
          <w:b/>
        </w:rPr>
        <w:t xml:space="preserve">[07:42] </w:t>
      </w:r>
      <w:r>
        <w:t>phir Khuda ne yeh material world banaya, jahan hum aap hain. yeh material world banaya, yahan par pani bohat ziyada quantity mein Khuda ne paida kiya,</w:t>
      </w:r>
    </w:p>
    <w:p>
      <w:pPr>
        <w:jc w:val="right"/>
      </w:pPr>
      <w:r>
        <w:t>پھر خدا نے یہ مٹیریل ورلڈ بنایا، جہاں ہم آپ ہیں۔ یہ مٹیریل ورلڈ بنایا، یہاں پر پانی بہت زیادہ کوانٹٹی میں خدا نے پیدا کیا،</w:t>
      </w:r>
    </w:p>
    <w:p>
      <w:r>
        <w:rPr>
          <w:b/>
        </w:rPr>
        <w:t xml:space="preserve">[08:02] </w:t>
      </w:r>
      <w:r>
        <w:t>yahan par plant ho gaye, animal aaye, life support system qaim hua, yeh sab kuch hua.</w:t>
      </w:r>
    </w:p>
    <w:p>
      <w:pPr>
        <w:jc w:val="right"/>
      </w:pPr>
      <w:r>
        <w:t>یہاں پر پلانٹ ہو گئے، اینیمل آئے، لائف سپورٹ سسٹم قائم ہوا، یہ سب کچھ ہوا۔</w:t>
      </w:r>
    </w:p>
    <w:p>
      <w:r>
        <w:rPr>
          <w:b/>
        </w:rPr>
        <w:t xml:space="preserve">[08:14] </w:t>
      </w:r>
      <w:r>
        <w:t>is ke baad Khuda ne zameen ke oopar sab se pehle jinnaat ko basaya. insaan se pehle zameen par jinnaat hua karte thay, yaani zameen in jin jinnaat ke charge mein hoti thi.</w:t>
      </w:r>
    </w:p>
    <w:p>
      <w:pPr>
        <w:jc w:val="right"/>
      </w:pPr>
      <w:r>
        <w:t>اس کے بعد خدا نے زمین کے اوپر سب سے پہلے جنات کو بسایا۔ انسان سے پہلے زمین پر جنات ہوا کرتے تھے، یعنی زمین ان جن جنات کے چارج میں ہوتی تھی۔</w:t>
      </w:r>
    </w:p>
    <w:p>
      <w:r>
        <w:rPr>
          <w:b/>
        </w:rPr>
        <w:t xml:space="preserve">[08:30] </w:t>
      </w:r>
      <w:r>
        <w:t>to riwayat mein aata hai ke in jinnaaton ne bohat ziyada fasad machaya, ladaaiyan ki, blood shed hua. to Khuda ne jinnaaton ko zameen se depose kar diya,</w:t>
      </w:r>
    </w:p>
    <w:p>
      <w:pPr>
        <w:jc w:val="right"/>
      </w:pPr>
      <w:r>
        <w:t>تو روایت میں آتا ہے کہ ان جناتوں نے بہت زیادہ فساد مچایا، لڑائیاں کیں، بلڈ شیڈ ہوا۔ تو خدا نے جنات کو زمین سے ڈیپوز کر دیا،</w:t>
      </w:r>
    </w:p>
    <w:p>
      <w:r>
        <w:rPr>
          <w:b/>
        </w:rPr>
        <w:t xml:space="preserve">[08:45] </w:t>
      </w:r>
      <w:r>
        <w:t>zameen ko un ke charge se wapas le li. is ke baad Khuda ne zameen par insaan ko basaya, insaan ko mind diya, insaan ko samajh di,</w:t>
      </w:r>
    </w:p>
    <w:p>
      <w:pPr>
        <w:jc w:val="right"/>
      </w:pPr>
      <w:r>
        <w:t>زمین کو ان کے چارج سے واپس لے لی۔ اس کے بعد خدا نے زمین پر انسان کو بسایا، انسان کو مائنڈ دیا، انسان کو سمجھ دی،</w:t>
      </w:r>
    </w:p>
    <w:p>
      <w:r>
        <w:rPr>
          <w:b/>
        </w:rPr>
        <w:t xml:space="preserve">[09:01] </w:t>
      </w:r>
      <w:r>
        <w:t>insaan ko Khuda ne yeh chance diya ke woh zameen par abad ho aur ek civilization create kare, ek civilization banaye.</w:t>
      </w:r>
    </w:p>
    <w:p>
      <w:pPr>
        <w:jc w:val="right"/>
      </w:pPr>
      <w:r>
        <w:t>انسان کو خدا نے یہ چانس دیا کہ وہ زمین پر آباد ہو اور ایک سویلائزیشن کریٹ کرے، ایک سویلائزیشن بنائے۔</w:t>
      </w:r>
    </w:p>
    <w:p>
      <w:r>
        <w:rPr>
          <w:b/>
        </w:rPr>
        <w:t xml:space="preserve">[09:13] </w:t>
      </w:r>
      <w:r>
        <w:t>yeh yeh civilization insaan ne banayi. is safar ka aaghaz hota hai agricultural period se.</w:t>
      </w:r>
    </w:p>
    <w:p>
      <w:pPr>
        <w:jc w:val="right"/>
      </w:pPr>
      <w:r>
        <w:t>یہ یہ سویلائزیشن انسان نے بنائی۔ اس سفر کا آغاز ہوتا ہے ایگریکلچرل پیریڈ سے۔</w:t>
      </w:r>
    </w:p>
    <w:p>
      <w:r>
        <w:rPr>
          <w:b/>
        </w:rPr>
        <w:t xml:space="preserve">[09:24] </w:t>
      </w:r>
      <w:r>
        <w:t>sab se pehle civilization ka jo aaghaz hua, woh agriculture se</w:t>
      </w:r>
    </w:p>
    <w:p>
      <w:pPr>
        <w:jc w:val="right"/>
      </w:pPr>
      <w:r>
        <w:t>سب سے پہلے سویلائزیشن کا جو آغاز ہوا، وہ ایگریکلچر سے</w:t>
      </w:r>
    </w:p>
    <w:p>
      <w:r>
        <w:rPr>
          <w:b/>
        </w:rPr>
        <w:t xml:space="preserve">[09:29] </w:t>
      </w:r>
      <w:r>
        <w:t>hua, yaani insaan ne cultivation seekha, zameen hamwar ki, us par beej daale. yeh tha civilization ka aaghaz.</w:t>
      </w:r>
    </w:p>
    <w:p>
      <w:pPr>
        <w:jc w:val="right"/>
      </w:pPr>
      <w:r>
        <w:t>ہوا، یعنی انسان نے کلٹیویشن سیکھا، زمین ہموار کی، اس پر بیج ڈالے۔ یہ تھا سویلائزیشن کا آغاز۔</w:t>
      </w:r>
    </w:p>
    <w:p>
      <w:r>
        <w:rPr>
          <w:b/>
        </w:rPr>
        <w:t xml:space="preserve">[09:41] </w:t>
      </w:r>
      <w:r>
        <w:t>is se kya hua ke zameeno par qabze ka silsila shuru hua, land lord hue, phir king bane.</w:t>
      </w:r>
    </w:p>
    <w:p>
      <w:pPr>
        <w:jc w:val="right"/>
      </w:pPr>
      <w:r>
        <w:t>اس سے کیا ہوا کہ زمینوں پر قبضے کا سلسلہ شروع ہوا، لینڈ لارڈ ہوئے، پھر کنگ بنے۔</w:t>
      </w:r>
    </w:p>
    <w:p>
      <w:r>
        <w:rPr>
          <w:b/>
        </w:rPr>
        <w:t xml:space="preserve">[09:50] </w:t>
      </w:r>
      <w:r>
        <w:t>king kya thay? king super land lord thay.</w:t>
      </w:r>
    </w:p>
    <w:p>
      <w:pPr>
        <w:jc w:val="right"/>
      </w:pPr>
      <w:r>
        <w:t>کنگ کیا تھے؟ کنگ سپر لینڈ لارڈ تھے۔</w:t>
      </w:r>
    </w:p>
    <w:p>
      <w:r>
        <w:rPr>
          <w:b/>
        </w:rPr>
        <w:t xml:space="preserve">[09:55] </w:t>
      </w:r>
      <w:r>
        <w:t>us waqt sirf zamini woh cheez thi jo sab kuch thi. aaj jo cheezein hain, woh us waqt nahi theen.</w:t>
      </w:r>
    </w:p>
    <w:p>
      <w:pPr>
        <w:jc w:val="right"/>
      </w:pPr>
      <w:r>
        <w:t>اس وقت صرف زمینی وہ چیز تھی جو سب کچھ تھی۔ آج جو چیزیں ہیں، وہ اس وقت نہیں تھیں۔</w:t>
      </w:r>
    </w:p>
    <w:p>
      <w:r>
        <w:rPr>
          <w:b/>
        </w:rPr>
        <w:t xml:space="preserve">[10:06] </w:t>
      </w:r>
      <w:r>
        <w:t>to king bane, unhon ne army banayi aur zameeno par qabza karna shuru kiya.</w:t>
      </w:r>
    </w:p>
    <w:p>
      <w:pPr>
        <w:jc w:val="right"/>
      </w:pPr>
      <w:r>
        <w:t>تو کنگ بنے، انہوں نے آرمی بنائی اور زمینوں پر قبضہ کرنا شروع کیا۔</w:t>
      </w:r>
    </w:p>
    <w:p>
      <w:r>
        <w:rPr>
          <w:b/>
        </w:rPr>
        <w:t xml:space="preserve">[10:13] </w:t>
      </w:r>
      <w:r>
        <w:t>yeh tha zameen par pehla fasad, pehla corruption.</w:t>
      </w:r>
    </w:p>
    <w:p>
      <w:pPr>
        <w:jc w:val="right"/>
      </w:pPr>
      <w:r>
        <w:t>یہ تھا زمین پر پہلا فساد، پہلا کرپشن۔</w:t>
      </w:r>
    </w:p>
    <w:p>
      <w:r>
        <w:rPr>
          <w:b/>
        </w:rPr>
        <w:t xml:space="preserve">[10:19] </w:t>
      </w:r>
      <w:r>
        <w:t>yaani king jo thay, haqeeqat mein woh thay is zameen ke administrator, lekin woh ban gaye king, yaani god king ban gaye.</w:t>
      </w:r>
    </w:p>
    <w:p>
      <w:pPr>
        <w:jc w:val="right"/>
      </w:pPr>
      <w:r>
        <w:t>یعنی کنگ جو تھے، حقیقت میں وہ تھے اس زمین کے ایڈمنسٹریٹر، لیکن وہ بن گئے کنگ، یعنی گاڈ کنگ بن گئے۔</w:t>
      </w:r>
    </w:p>
    <w:p>
      <w:r>
        <w:rPr>
          <w:b/>
        </w:rPr>
        <w:t xml:space="preserve">[10:36] </w:t>
      </w:r>
      <w:r>
        <w:t>apne hi ko Khuda declare kar diya ke mein Khuda hoon. is tarah zameen par fasad shuru hua, zulm shuru hua, injustice shuru hua.</w:t>
      </w:r>
    </w:p>
    <w:p>
      <w:pPr>
        <w:jc w:val="right"/>
      </w:pPr>
      <w:r>
        <w:t>اپنے ہی کو خدا ڈیکلیئر کر دیا کہ میں خدا ہوں۔ اس طرح زمین پر فساد شروع ہوا، ظلم شروع ہوا، انجسٹس شروع ہوا۔</w:t>
      </w:r>
    </w:p>
    <w:p>
      <w:r>
        <w:rPr>
          <w:b/>
        </w:rPr>
        <w:t xml:space="preserve">[10:50] </w:t>
      </w:r>
      <w:r>
        <w:t>to agricultural period mein insaan ne yeh kiya ke woh deviate kiya, us ne right path se.</w:t>
      </w:r>
    </w:p>
    <w:p>
      <w:pPr>
        <w:jc w:val="right"/>
      </w:pPr>
      <w:r>
        <w:t>تو ایگریکلچرل پیریڈ میں انسان نے یہ کیا کہ وہ ڈیویٹ کیا، اس نے رائٹ پاتھ سے۔</w:t>
      </w:r>
    </w:p>
    <w:p>
      <w:r>
        <w:rPr>
          <w:b/>
        </w:rPr>
        <w:t xml:space="preserve">[10:59] </w:t>
      </w:r>
      <w:r>
        <w:t>right path kya tha ke zameen ko woh administrate karta, zameen par agriculture karta, peaceful tareeqay se. lekin zameen par qabza kar ke log land lord bante lage, yahan tak ke king bane aur unhon ne declare kar diya ke hum god king hain.</w:t>
      </w:r>
    </w:p>
    <w:p>
      <w:pPr>
        <w:jc w:val="right"/>
      </w:pPr>
      <w:r>
        <w:t>رائٹ پاتھ کیا تھا کہ زمین کو وہ ایڈمنسٹریٹ کرتا، زمین پر ایگریکلچر کرتا، پیس فل طریقے سے۔ لیکن زمین پر قبضہ کر کے لوگ لینڈ لارڈ بننے لگے، یہاں تک کہ کنگ بنے اور انہوں نے ڈیکلیئر کر دیا کہ ہم گاڈ کنگ ہیں۔</w:t>
      </w:r>
    </w:p>
    <w:p>
      <w:r>
        <w:rPr>
          <w:b/>
        </w:rPr>
        <w:t xml:space="preserve">[11:22] </w:t>
      </w:r>
      <w:r>
        <w:t>is ke baad yeh pehla period tha, agricultural period. is ke baad industrial period aaya.</w:t>
      </w:r>
    </w:p>
    <w:p>
      <w:pPr>
        <w:jc w:val="right"/>
      </w:pPr>
      <w:r>
        <w:t>اس کے بعد یہ پہلا پیریڈ تھا، ایگریکلچرل پیریڈ۔ اس کے بعد انڈسٹریل پیریڈ آیا۔</w:t>
      </w:r>
    </w:p>
    <w:p>
      <w:r>
        <w:rPr>
          <w:b/>
        </w:rPr>
        <w:t xml:space="preserve">[11:33] </w:t>
      </w:r>
      <w:r>
        <w:t>industrial period. industrial period mein insaan ne yeh kiya ke zameen mein jo sab khazane thay, jo minerals thay, jo sari cheezein is mein nature mein maujood theen, un ko explore kiya aur ek poori civilization banai, industry banai.</w:t>
      </w:r>
    </w:p>
    <w:p>
      <w:pPr>
        <w:jc w:val="right"/>
      </w:pPr>
      <w:r>
        <w:t>انڈسٹریل پیریڈ۔ انڈسٹریل پیریڈ میں انسان نے یہ کیا کہ زمین میں جو سب خزانے تھے، جو منرلز تھے، جو ساری چیزیں اس میں نیچر میں موجود تھیں، ان کو ایکسپلور کیا اور ایک پوری سویلائزیشن بنائی، انڈسٹری بنائی۔</w:t>
      </w:r>
    </w:p>
    <w:p>
      <w:r>
        <w:rPr>
          <w:b/>
        </w:rPr>
        <w:t xml:space="preserve">[11:52] </w:t>
      </w:r>
      <w:r>
        <w:t>ab phir kiya kiya insaan ne?</w:t>
      </w:r>
    </w:p>
    <w:p>
      <w:pPr>
        <w:jc w:val="right"/>
      </w:pPr>
      <w:r>
        <w:t>اب پھر کیا کیا انسان نے؟</w:t>
      </w:r>
    </w:p>
    <w:p>
      <w:r>
        <w:rPr>
          <w:b/>
        </w:rPr>
        <w:t xml:space="preserve">[11:57] </w:t>
      </w:r>
      <w:r>
        <w:t>insaan ko chahiye tha ke woh need based, need par apni, us ki apni zindagi ko need par base kare, need ki bases par.</w:t>
      </w:r>
    </w:p>
    <w:p>
      <w:pPr>
        <w:jc w:val="right"/>
      </w:pPr>
      <w:r>
        <w:t>انسان کو چاہیے تھا کہ وہ نیڈ بیسڈ، نیڈ پر اپنی، اس کی اپنی زندگی کو نیڈ پر بیس کرے، نیڈ کی بیسز پر۔</w:t>
      </w:r>
    </w:p>
    <w:p>
      <w:r>
        <w:rPr>
          <w:b/>
        </w:rPr>
        <w:t xml:space="preserve">[12:10] </w:t>
      </w:r>
      <w:r>
        <w:t>lekin is ne greed par ki bases par kiya. need par is ne, need par woh nahi rakha, greed par chala gaya.</w:t>
      </w:r>
    </w:p>
    <w:p>
      <w:pPr>
        <w:jc w:val="right"/>
      </w:pPr>
      <w:r>
        <w:t>لیکن اس نے گریڈ پر کی بیسز پر کیا۔ نیڈ پر اس نے، نیڈ پر وہ نہیں رکھا، گریڈ پر چلا گیا۔</w:t>
      </w:r>
    </w:p>
    <w:p>
      <w:r>
        <w:rPr>
          <w:b/>
        </w:rPr>
        <w:t xml:space="preserve">[12:19] </w:t>
      </w:r>
      <w:r>
        <w:t>to nateeja kiya hua?</w:t>
      </w:r>
    </w:p>
    <w:p>
      <w:pPr>
        <w:jc w:val="right"/>
      </w:pPr>
      <w:r>
        <w:t>تو نتیجہ کیا ہوا؟</w:t>
      </w:r>
    </w:p>
    <w:p>
      <w:r>
        <w:rPr>
          <w:b/>
        </w:rPr>
        <w:t xml:space="preserve">[12:24] </w:t>
      </w:r>
      <w:r>
        <w:t>isi ka nateeja hai global warming, yaani water pollution, air pollution, noise pollution, har taraf pollution, pollution, pollution aur global warming.</w:t>
      </w:r>
    </w:p>
    <w:p>
      <w:pPr>
        <w:jc w:val="right"/>
      </w:pPr>
      <w:r>
        <w:t>اسی کا نتیجہ ہے گلوبل وارمنگ، یعنی واٹر پولیوشن، ایئر پولیوشن، نوائز پولیوشن، ہر طرف پولیوشن، پولیوشن، پولیوشن اور گلوبل وارمنگ۔</w:t>
      </w:r>
    </w:p>
    <w:p>
      <w:r>
        <w:rPr>
          <w:b/>
        </w:rPr>
        <w:t xml:space="preserve">[12:42] </w:t>
      </w:r>
      <w:r>
        <w:t>ab kiya hai? ab zameen is aisa lagta hai ke bohat jald is qabil nahi rahe ke is par hum rahen.</w:t>
      </w:r>
    </w:p>
    <w:p>
      <w:pPr>
        <w:jc w:val="right"/>
      </w:pPr>
      <w:r>
        <w:t>اب کیا ہے؟ اب زمین اس ایسا لگتا ہے کہ بہت جلد اس قابل نہیں رہے کہ اس پر ہم رہیں۔</w:t>
      </w:r>
    </w:p>
    <w:p>
      <w:r>
        <w:rPr>
          <w:b/>
        </w:rPr>
        <w:t xml:space="preserve">[12:49] </w:t>
      </w:r>
      <w:r>
        <w:t>aap jante hain ke satellite bheje ja rahe hain upar ke koi aisa planet pata karein jahan insaan, jahan pani ho, jahan greenery ho, to wahan insaan ja kar abad ho.</w:t>
      </w:r>
    </w:p>
    <w:p>
      <w:pPr>
        <w:jc w:val="right"/>
      </w:pPr>
      <w:r>
        <w:t>آپ جانتے ہیں کہ سیٹلائٹ بھیجے جا رہے ہیں اوپر کہ کوئی ایسا پلینٹ پتہ کریں جہاں انسان، جہاں پانی ہو، جہاں گرینری ہو، تو وہاں انسان جا کر آباد ہو۔</w:t>
      </w:r>
    </w:p>
    <w:p>
      <w:r>
        <w:rPr>
          <w:b/>
        </w:rPr>
        <w:t xml:space="preserve">[13:03] </w:t>
      </w:r>
      <w:r>
        <w:t>lekin itni bari universe hai, kahin bhi aisa koi planet ab tak pata nahi hua hai. hamara jo yeh planet hai, ke abhi tak ki scientific jankari ke mutabiq ek exceptional planet hai.</w:t>
      </w:r>
    </w:p>
    <w:p>
      <w:pPr>
        <w:jc w:val="right"/>
      </w:pPr>
      <w:r>
        <w:t>لیکن اتنی بڑی یونیورس ہے، کہیں بھی ایسا کوئی پلینٹ اب تک پتہ نہیں ہوا ہے۔ ہمارا جو یہ پلینٹ ہے، کہ ابھی تک کی سائنٹیفک جانکاری کے مطابق ایک ایکسیپشنل پلینٹ ہے۔</w:t>
      </w:r>
    </w:p>
    <w:p>
      <w:r>
        <w:rPr>
          <w:b/>
        </w:rPr>
        <w:t xml:space="preserve">[13:18] </w:t>
      </w:r>
      <w:r>
        <w:t>yeh</w:t>
      </w:r>
    </w:p>
    <w:p>
      <w:pPr>
        <w:jc w:val="right"/>
      </w:pPr>
      <w:r>
        <w:t>یہ</w:t>
      </w:r>
    </w:p>
    <w:p>
      <w:r>
        <w:rPr>
          <w:b/>
        </w:rPr>
        <w:t xml:space="preserve">[13:20] </w:t>
      </w:r>
      <w:r>
        <w:t>sirf isi zameen par pani hai, isi zameen par plant hai, isi zameen par life support system hai aur woh destroy ho raha hai.</w:t>
      </w:r>
    </w:p>
    <w:p>
      <w:pPr>
        <w:jc w:val="right"/>
      </w:pPr>
      <w:r>
        <w:t>صرف اسی زمین پر پانی ہے، اسی زمین پر پلانٹ ہے، اسی زمین پر لائف سپورٹ سسٹم ہے اور وہ ڈسٹروئے ہو رہا ہے۔</w:t>
      </w:r>
    </w:p>
    <w:p>
      <w:r>
        <w:rPr>
          <w:b/>
        </w:rPr>
        <w:t xml:space="preserve">[13:33] </w:t>
      </w:r>
      <w:r>
        <w:t>yaani greed based industry ke nateeje mein ab yeh destroy ho raha hai. abhi report aai thi ke samundaron ka jo pani hai, uska 96 hissa jo hai,</w:t>
      </w:r>
    </w:p>
    <w:p>
      <w:pPr>
        <w:jc w:val="right"/>
      </w:pPr>
      <w:r>
        <w:t>یعنی گریڈ بیسڈ انڈسٹری کے نتیجے میں اب یہ ڈسٹروئے ہو رہا ہے۔ ابھی رپورٹ آئی تھی کہ سمندروں کا جو پانی ہے، اس کا 96 حصہ جو ہے،</w:t>
      </w:r>
    </w:p>
    <w:p>
      <w:r>
        <w:rPr>
          <w:b/>
        </w:rPr>
        <w:t xml:space="preserve">[13:47] </w:t>
      </w:r>
      <w:r>
        <w:t>polluted ho chuka hai,</w:t>
      </w:r>
    </w:p>
    <w:p>
      <w:pPr>
        <w:jc w:val="right"/>
      </w:pPr>
      <w:r>
        <w:t>پلوٹڈ ہو چکا ہے،</w:t>
      </w:r>
    </w:p>
    <w:p>
      <w:r>
        <w:rPr>
          <w:b/>
        </w:rPr>
        <w:t xml:space="preserve">[13:49] </w:t>
      </w:r>
      <w:r>
        <w:t>sirf four four percent baqi hai, kyunke har din is mein cheezein bahai ja rahi hain.</w:t>
      </w:r>
    </w:p>
    <w:p>
      <w:pPr>
        <w:jc w:val="right"/>
      </w:pPr>
      <w:r>
        <w:t>صرف فور فور پرسنٹ باقی ہے، کیونکہ ہر دن اس میں چیزیں بہائی جا رہی ہیں۔</w:t>
      </w:r>
    </w:p>
    <w:p>
      <w:r>
        <w:rPr>
          <w:b/>
        </w:rPr>
        <w:t xml:space="preserve">[13:58] </w:t>
      </w:r>
      <w:r>
        <w:t>har cheez, har din is mein pollution dala ja raha hai. zameen jo tha, ek bohat bara source, yeh yeh pani jo tha, samundaron ka pani, bohat bara source tha carbon ko absorb karne ka.</w:t>
      </w:r>
    </w:p>
    <w:p>
      <w:pPr>
        <w:jc w:val="right"/>
      </w:pPr>
      <w:r>
        <w:t>ہر چیز، ہر دن اس میں پولیوشن ڈالا جا رہا ہے۔ زمین جو تھا، ایک بہت بڑا سورس، یہ یہ پانی جو تھا، سمندروں کا پانی، بہت بڑا سورس تھا کاربن کو ابزارب کرنے کا۔</w:t>
      </w:r>
    </w:p>
    <w:p>
      <w:r>
        <w:rPr>
          <w:b/>
        </w:rPr>
        <w:t xml:space="preserve">[14:15] </w:t>
      </w:r>
      <w:r>
        <w:t>ab is ke bas, is ki jo capacity khatam ho gayi,</w:t>
      </w:r>
    </w:p>
    <w:p>
      <w:pPr>
        <w:jc w:val="right"/>
      </w:pPr>
      <w:r>
        <w:t>اب اس کے بس، اس کی جو کپیسٹی ختم ہوگئی،</w:t>
      </w:r>
    </w:p>
    <w:p>
      <w:r>
        <w:rPr>
          <w:b/>
        </w:rPr>
        <w:t xml:space="preserve">[14:18] </w:t>
      </w:r>
      <w:r>
        <w:t>ab woh absorb nahi kar pati. to pani aur fiza sab</w:t>
      </w:r>
    </w:p>
    <w:p>
      <w:pPr>
        <w:jc w:val="right"/>
      </w:pPr>
      <w:r>
        <w:t>اب وہ ابزارب نہیں کر پاتی۔ تو پانی اور فضا سب</w:t>
      </w:r>
    </w:p>
    <w:p>
      <w:r>
        <w:rPr>
          <w:b/>
        </w:rPr>
        <w:t xml:space="preserve">[14:27] </w:t>
      </w:r>
      <w:r>
        <w:t>harmful gases se bhar gaye hain. to kiya jab insaan ko agricultural period aaya to wahan bhi is ne corruption kiya aur khud hi apna god banne ka dawa karne laga</w:t>
      </w:r>
    </w:p>
    <w:p>
      <w:pPr>
        <w:jc w:val="right"/>
      </w:pPr>
      <w:r>
        <w:t>ہارم فل گیسز سے بھر گئے ہیں۔ تو کیا جب انسان کو ایگریکلچرل پیریڈ آیا تو وہاں بھی اس نے کرپشن کیا اور خود ہی اپنا گاڈ بننے کا دعویٰ کرنے لگا</w:t>
      </w:r>
    </w:p>
    <w:p>
      <w:r>
        <w:rPr>
          <w:b/>
        </w:rPr>
        <w:t xml:space="preserve">[14:44] </w:t>
      </w:r>
      <w:r>
        <w:t>? phir industrial period aaya to is ne need par content na kar ke greed par daura aur zameen ko pollution se bhar diya.</w:t>
      </w:r>
    </w:p>
    <w:p>
      <w:pPr>
        <w:jc w:val="right"/>
      </w:pPr>
      <w:r>
        <w:t>؟ پھر انڈسٹریل پیریڈ آیا تو اس نے نیڈ پر کنٹینٹ نہ کر کے گریڈ پر دوڑا اور زمین کو پولیوشن سے بھر دیا۔</w:t>
      </w:r>
    </w:p>
    <w:p>
      <w:r>
        <w:rPr>
          <w:b/>
        </w:rPr>
        <w:t xml:space="preserve">[14:56] </w:t>
      </w:r>
      <w:r>
        <w:t>har taraf deforestation ho raha hai. aap jante hain, forest bohat hi kam ho gaye hain, dangerously kam ho gaye hain aur sari cheezein jo aap jante hain, jo media daily aati rehti hain.</w:t>
      </w:r>
    </w:p>
    <w:p>
      <w:pPr>
        <w:jc w:val="right"/>
      </w:pPr>
      <w:r>
        <w:t>ہر طرف ڈی فارسٹیشن ہو رہا ہے۔ آپ جانتے ہیں، فارسٹ بہت ہی کم ہو گئے ہیں، ڈینجرسلی کم ہو گئے ہیں اور ساری چیزیں جو آپ جانتے ہیں، جو میڈیا ڈیلی آتی رہتی ہیں۔</w:t>
      </w:r>
    </w:p>
    <w:p>
      <w:r>
        <w:rPr>
          <w:b/>
        </w:rPr>
        <w:t xml:space="preserve">[15:10] </w:t>
      </w:r>
      <w:r>
        <w:t>ab mein aap ko yeh arz karunga ke in sab ke peechay kiya cheez hai? Khuda ne hum ko yeh mind diya tha.</w:t>
      </w:r>
    </w:p>
    <w:p>
      <w:pPr>
        <w:jc w:val="right"/>
      </w:pPr>
      <w:r>
        <w:t>اب میں آپ کو یہ عرض کروں گا کہ ان سب کے پیچھے کیا چیز ہے؟ خدا نے ہم کو یہ مائنڈ دیا تھا۔</w:t>
      </w:r>
    </w:p>
    <w:p>
      <w:r>
        <w:rPr>
          <w:b/>
        </w:rPr>
        <w:t xml:space="preserve">[15:19] </w:t>
      </w:r>
      <w:r>
        <w:t>mind sab se precious jo cheez hai, hamari sab se bara asar jo hamara hai, woh mind hai. isi mind ki wajah se hum industry banai, science banai.</w:t>
      </w:r>
    </w:p>
    <w:p>
      <w:pPr>
        <w:jc w:val="right"/>
      </w:pPr>
      <w:r>
        <w:t>مائنڈ سب سے پریشیس جو چیز ہے، ہماری سب سے بڑا اثر جو ہمارا ہے، وہ مائنڈ ہے۔ اسی مائنڈ کی وجہ سے ہم انڈسٹری بنائی، سائنس بنائی۔</w:t>
      </w:r>
    </w:p>
    <w:p>
      <w:r>
        <w:rPr>
          <w:b/>
        </w:rPr>
        <w:t xml:space="preserve">[15:33] </w:t>
      </w:r>
      <w:r>
        <w:t>isi mind ki wajah se hum civilization bana paye. isi mind se hum ne car aur hawajat banaye.</w:t>
      </w:r>
    </w:p>
    <w:p>
      <w:pPr>
        <w:jc w:val="right"/>
      </w:pPr>
      <w:r>
        <w:t>اسی مائنڈ کی وجہ سے ہم سویلائزیشن بنا پائے۔ اسی مائنڈ سے ہم نے کار اور حواجات بنائے۔</w:t>
      </w:r>
    </w:p>
    <w:p>
      <w:r>
        <w:rPr>
          <w:b/>
        </w:rPr>
        <w:t xml:space="preserve">[15:41] </w:t>
      </w:r>
      <w:r>
        <w:t>to mind ke bare mein dekhiye, kiya hua? upar history mein ek bohat bara qissa hua jis ko mein kehta hoon half truth syndrome.</w:t>
      </w:r>
    </w:p>
    <w:p>
      <w:pPr>
        <w:jc w:val="right"/>
      </w:pPr>
      <w:r>
        <w:t>تو مائنڈ کے بارے میں دیکھیے، کیا ہوا؟ اوپر ہسٹری میں ایک بہت بڑا قصہ ہوا جس کو میں کہتا ہوں ہاف ٹروتھ سنڈروم۔</w:t>
      </w:r>
    </w:p>
    <w:p>
      <w:r>
        <w:rPr>
          <w:b/>
        </w:rPr>
        <w:t xml:space="preserve">[15:51] </w:t>
      </w:r>
      <w:r>
        <w:t>half truth syndrome yani zameen jo hai, bat gayi eastern part aur western part mein. Eastern part ke jo log the, unhon ne kya kiya?</w:t>
      </w:r>
    </w:p>
    <w:p>
      <w:pPr>
        <w:jc w:val="right"/>
      </w:pPr>
      <w:r>
        <w:t>ہاف ٹروتھ سنڈروم یعنی زمین جو ہے، بٹ گئی ایسٹرن پارٹ اور ویسٹرن پارٹ میں۔ ایسٹرن پارٹ کے جو لوگ تھے، انہوں نے کیا کیا؟</w:t>
      </w:r>
    </w:p>
    <w:p>
      <w:r>
        <w:rPr>
          <w:b/>
        </w:rPr>
        <w:t xml:space="preserve">[16:04] </w:t>
      </w:r>
      <w:r>
        <w:t>mind ko sary se woh discovery nahi kar sake. Unhon ne discover kiya apni personalities ko.</w:t>
      </w:r>
    </w:p>
    <w:p>
      <w:pPr>
        <w:jc w:val="right"/>
      </w:pPr>
      <w:r>
        <w:t>مائنڈ کو سرے سے وہ ڈسکوری نہیں کر سکے۔ انہوں نے ڈسکور کیا اپنی پرسنیلٹیز کو۔</w:t>
      </w:r>
    </w:p>
    <w:p>
      <w:r>
        <w:rPr>
          <w:b/>
        </w:rPr>
        <w:t xml:space="preserve">[16:10] </w:t>
      </w:r>
      <w:r>
        <w:t>jis aadmi ke andar dekha ke koi intellectual karkhana kar raha hai, yeh us ko hero bana liya. Ab eastern part mein aap dekhiye to mind par koi research hi nahi hui.</w:t>
      </w:r>
    </w:p>
    <w:p>
      <w:pPr>
        <w:jc w:val="right"/>
      </w:pPr>
      <w:r>
        <w:t>جس آدمی کے اندر دیکھا کہ کوئی انٹلیکچول کارنامہ کر رہا ہے، یہ اس کو ہیرو بنا لیا۔ اب ایسٹرن پارٹ میں آپ دیکھیے تو مائنڈ پر کوئی ریسرچ ہی نہیں ہوئی۔</w:t>
      </w:r>
    </w:p>
    <w:p>
      <w:r>
        <w:rPr>
          <w:b/>
        </w:rPr>
        <w:t xml:space="preserve">[16:25] </w:t>
      </w:r>
      <w:r>
        <w:t>mind ke bare mein kuch bhi nahi, sirf apni personalities. To kya hua? Personal cult paida hua, hero worship paida hui, jis ka extreme form hai idol worship.</w:t>
      </w:r>
    </w:p>
    <w:p>
      <w:pPr>
        <w:jc w:val="right"/>
      </w:pPr>
      <w:r>
        <w:t>مائنڈ کے بارے میں کچھ بھی نہیں، صرف اپنی پرسنیلٹیز۔ تو کیا ہوا؟ پرسنل کلٹ پیدا ہوا، ہیرو ورشپ پیدا ہوئی، جس کا ایکسٹریم فارم ہے آئیڈل ورشپ۔</w:t>
      </w:r>
    </w:p>
    <w:p>
      <w:r>
        <w:rPr>
          <w:b/>
        </w:rPr>
        <w:t xml:space="preserve">[16:38] </w:t>
      </w:r>
      <w:r>
        <w:t>to mind ko attribute na kar ke unhon ne us ko attribute kar diya apni personalities ki taraf. To eastern part of the world mein kya hua?</w:t>
      </w:r>
    </w:p>
    <w:p>
      <w:pPr>
        <w:jc w:val="right"/>
      </w:pPr>
      <w:r>
        <w:t>تو مائنڈ کو ایٹریبیوٹ نہ کر کے انہوں نے اس کو ایٹریبیوٹ کر دیا اپنی پرسنیلٹیز کی طرف۔ تو ایسٹرن پارٹ آف دا ورلڈ میں کیا ہوا؟</w:t>
      </w:r>
    </w:p>
    <w:p>
      <w:r>
        <w:rPr>
          <w:b/>
        </w:rPr>
        <w:t xml:space="preserve">[16:50] </w:t>
      </w:r>
      <w:r>
        <w:t>mind ko na jaan kar ke unhon ne apni personalities ko jana aur kal aur personality cult mein pad gaye, hero worship mein pad gaye, yahan tak ke idol worship mein pad gaye.</w:t>
      </w:r>
    </w:p>
    <w:p>
      <w:pPr>
        <w:jc w:val="right"/>
      </w:pPr>
      <w:r>
        <w:t>مائنڈ کو نہ جان کر کے انہوں نے اپنی پرسنیلٹیز کو جانا اور کل اور پرسنیلٹی کلٹ میں پڑ گئے، ہیرو ورشپ میں پڑ گئے، یہاں تک کہ آئیڈل ورشپ میں پڑ گئے۔</w:t>
      </w:r>
    </w:p>
    <w:p>
      <w:r>
        <w:rPr>
          <w:b/>
        </w:rPr>
        <w:t xml:space="preserve">[17:01] </w:t>
      </w:r>
      <w:r>
        <w:t>yeh half truth yani mind ko na janna aur apne بڑon ko janna. Aur western part of the world mein kya hua?</w:t>
      </w:r>
    </w:p>
    <w:p>
      <w:pPr>
        <w:jc w:val="right"/>
      </w:pPr>
      <w:r>
        <w:t>یہ ہاف ٹروتھ یعنی مائنڈ کو نہ جاننا اور اپنے بڑوں کو جاننا۔ اور ویسٹرن پارٹ آف دا ورلڈ میں کیا ہوا؟</w:t>
      </w:r>
    </w:p>
    <w:p>
      <w:r>
        <w:rPr>
          <w:b/>
        </w:rPr>
        <w:t xml:space="preserve">[17:11] </w:t>
      </w:r>
      <w:r>
        <w:t>wahan unhon ne mind par bohat research ki, bohat research ki, bohat research ki, hazaron kitabein likhin, science of mind develop kiya, lekin sirf mind ko jana, creator of mind ko nahi jana.</w:t>
      </w:r>
    </w:p>
    <w:p>
      <w:pPr>
        <w:jc w:val="right"/>
      </w:pPr>
      <w:r>
        <w:t>وہاں انہوں نے مائنڈ پر بہت ریسرچ کی، بہت ریسرچ کی، بہت ریسرچ کی، ہزاروں کتابیں لکھیں، سائنس آف مائنڈ ڈیولپ کیا، لیکن صرف مائنڈ کو جانا، کریٹر آف مائنڈ کو نہیں جانا۔</w:t>
      </w:r>
    </w:p>
    <w:p>
      <w:r>
        <w:rPr>
          <w:b/>
        </w:rPr>
        <w:t xml:space="preserve">[17:26] </w:t>
      </w:r>
      <w:r>
        <w:t>western world mein mind ko jana unhon ne aur creator of mind ko nahi jana. To eastern part of the world mein kya hua?</w:t>
      </w:r>
    </w:p>
    <w:p>
      <w:pPr>
        <w:jc w:val="right"/>
      </w:pPr>
      <w:r>
        <w:t>ویسٹرن ورلڈ میں مائنڈ کو جانا انہوں نے اور کریٹر آف مائنڈ کو نہیں جانا۔ تو ایسٹرن پارٹ آف دا ورلڈ میں کیا ہوا؟</w:t>
      </w:r>
    </w:p>
    <w:p>
      <w:r>
        <w:rPr>
          <w:b/>
        </w:rPr>
        <w:t xml:space="preserve">[17:36] </w:t>
      </w:r>
      <w:r>
        <w:t>apne بڑon ko jana, mind ko nahi jana. Aur western part mein kya hua? Mind ko jana aur creator of the mind ko nahi jana.</w:t>
      </w:r>
    </w:p>
    <w:p>
      <w:pPr>
        <w:jc w:val="right"/>
      </w:pPr>
      <w:r>
        <w:t>اپنے بڑوں کو جانا، مائنڈ کو نہیں جانا۔ اور ویسٹرن پارٹ میں کیا ہوا؟ مائنڈ کو جانا اور کریٹر آف دا مائنڈ کو نہیں جانا۔</w:t>
      </w:r>
    </w:p>
    <w:p>
      <w:r>
        <w:rPr>
          <w:b/>
        </w:rPr>
        <w:t xml:space="preserve">[17:46] </w:t>
      </w:r>
      <w:r>
        <w:t>us ko mein kehta hoon half truth syndrome. Idhar bhi half truth par jee rahe hain hum, idhar bhi half truth par jee rahe hain log. To idhar paida hua kya?</w:t>
      </w:r>
    </w:p>
    <w:p>
      <w:pPr>
        <w:jc w:val="right"/>
      </w:pPr>
      <w:r>
        <w:t>اس کو میں کہتا ہوں ہاف ٹروتھ سنڈروم۔ ادھر بھی ہاف ٹروتھ پر جی رہے ہیں ہم، ادھر بھی ہاف ٹروتھ پر جی رہے ہیں لوگ۔ تو ادھر پیدا ہوا کیا؟</w:t>
      </w:r>
    </w:p>
    <w:p>
      <w:r>
        <w:rPr>
          <w:b/>
        </w:rPr>
        <w:t xml:space="preserve">[17:58] </w:t>
      </w:r>
      <w:r>
        <w:t>yani hero worship paida hui, apne بڑon ko poojna. Idhar kya paida hua? Materialism paida hui, materialism.</w:t>
      </w:r>
    </w:p>
    <w:p>
      <w:pPr>
        <w:jc w:val="right"/>
      </w:pPr>
      <w:r>
        <w:t>یعنی ہیرو ورشپ پیدا ہوئی، اپنے بڑوں کو پوجنا۔ ادھر کیا پیدا ہوا؟ میٹر ورشپ پیدا ہوئی، مٹیریلزم۔</w:t>
      </w:r>
    </w:p>
    <w:p>
      <w:r>
        <w:rPr>
          <w:b/>
        </w:rPr>
        <w:t xml:space="preserve">[18:08] </w:t>
      </w:r>
      <w:r>
        <w:t>to idhar bhi half truth hai, idhar bhi half truth hai. Isi ko mein keh raha hoon ke half truth syndrome.</w:t>
      </w:r>
    </w:p>
    <w:p>
      <w:pPr>
        <w:jc w:val="right"/>
      </w:pPr>
      <w:r>
        <w:t>تو ادھر بھی ہاف ٹروتھ ہے، ادھر بھی ہاف ٹروتھ ہے۔ اسی کو میں کہہ رہا ہوں کہ ہاف ٹروتھ سنڈروم۔</w:t>
      </w:r>
    </w:p>
    <w:p>
      <w:r>
        <w:rPr>
          <w:b/>
        </w:rPr>
        <w:t xml:space="preserve">[18:17] </w:t>
      </w:r>
      <w:r>
        <w:t>ab jahan pohncha hai, ab jahan pohnchi hai history, ab to end of the history ka waqt aa gaya.</w:t>
      </w:r>
    </w:p>
    <w:p>
      <w:pPr>
        <w:jc w:val="right"/>
      </w:pPr>
      <w:r>
        <w:t>اب جہاں پہنچا ہے، اب جہاں پہنچی ہے ہسٹری، اب تو اینڈ آف دی ہسٹری کا وقت آ گیا۔</w:t>
      </w:r>
    </w:p>
    <w:p>
      <w:r>
        <w:rPr>
          <w:b/>
        </w:rPr>
        <w:t xml:space="preserve">[18:26] </w:t>
      </w:r>
      <w:r>
        <w:t>ab aakhri waqt aa gaya hai ke hum batayein insaan ko Khuda ke ism paraan kya tha aur kis tarah aap tum purana tha aur kis tarah tum nahi rahe.</w:t>
      </w:r>
    </w:p>
    <w:p>
      <w:pPr>
        <w:jc w:val="right"/>
      </w:pPr>
      <w:r>
        <w:t>اب آخری وقت آ گیا ہے کہ ہم بتائیں انسان کو خدا کے اسم پران کیا تھا اور کس طرح آپ تم پرانا تھا اور کس طرح تم نہیں رہے۔</w:t>
      </w:r>
    </w:p>
    <w:p>
      <w:r>
        <w:rPr>
          <w:b/>
        </w:rPr>
        <w:t xml:space="preserve">[18:35] </w:t>
      </w:r>
      <w:r>
        <w:t>kyun ke jab jab jab yeh chapter close jaye ga to phir kuch bhi insaan nahi kar sake ga. Ab yeh batana hai insaan ko ke tum ko mind jo tha, tumhara us ka dene wala Khuda tha.</w:t>
      </w:r>
    </w:p>
    <w:p>
      <w:pPr>
        <w:jc w:val="right"/>
      </w:pPr>
      <w:r>
        <w:t>کیونکہ جب جب جب یہ چیپٹر کلوز جائے گا تو پھر کچھ بھی انسان نہیں کر سکے گا۔ اب یہ بتانا ہے انسان کو کہ تم کو مائنڈ جو تھا، تمہارا اس کا دینے والا خدا تھا۔</w:t>
      </w:r>
    </w:p>
    <w:p>
      <w:r>
        <w:rPr>
          <w:b/>
        </w:rPr>
        <w:t xml:space="preserve">[18:50] </w:t>
      </w:r>
      <w:r>
        <w:t>Khuda ke creation plan ko batana hai, woh kya hai? Creation plan</w:t>
      </w:r>
    </w:p>
    <w:p>
      <w:pPr>
        <w:jc w:val="right"/>
      </w:pPr>
      <w:r>
        <w:t>خدا کے کریشن پلان کو بتانا ہے، وہ کیا ہے؟ کریشن پلان</w:t>
      </w:r>
    </w:p>
    <w:p>
      <w:r>
        <w:rPr>
          <w:b/>
        </w:rPr>
        <w:t xml:space="preserve">[18:56] </w:t>
      </w:r>
      <w:r>
        <w:t>woh yeh hai ke is duniya ko Khuda ne banane wale ne banaya hai, kis liye?</w:t>
      </w:r>
    </w:p>
    <w:p>
      <w:pPr>
        <w:jc w:val="right"/>
      </w:pPr>
      <w:r>
        <w:t>وہ یہ ہے کہ اس دنیا کو خدا نے بنانے والے نے بنایا ہے، کس لیے؟</w:t>
      </w:r>
    </w:p>
    <w:p>
      <w:r>
        <w:rPr>
          <w:b/>
        </w:rPr>
        <w:t xml:space="preserve">[19:06] </w:t>
      </w:r>
      <w:r>
        <w:t>test ke liye. Is liye nahi ke yahan aap hum civilization bana kar ke wahan par aish karein. Yeh aish ke liye nahi banaya hai, aish ke liye to agli duniya mein hai, world hereafter mein hai, jahan paradise hai.</w:t>
      </w:r>
    </w:p>
    <w:p>
      <w:pPr>
        <w:jc w:val="right"/>
      </w:pPr>
      <w:r>
        <w:t>ٹیسٹ کے لیے۔ اس لیے نہیں کہ یہاں آپ ہم سویلائزیشن بنا کر کے وہاں پر عیش کریں۔ یہ عیش کے لیے نہیں بنایا ہے، عیش کے لیے تو اگلی دنیا میں ہے، ورلڈ ہیئر افٹر میں ہے، جہاں پیرڈائز ہے۔</w:t>
      </w:r>
    </w:p>
    <w:p>
      <w:r>
        <w:rPr>
          <w:b/>
        </w:rPr>
        <w:t xml:space="preserve">[19:20] </w:t>
      </w:r>
      <w:r>
        <w:t>to Khuda ne insaan ko jab paida kiya to us ko do hisse mein banta, us ki life span ko: ek pre-death period, ek post-death period.</w:t>
      </w:r>
    </w:p>
    <w:p>
      <w:pPr>
        <w:jc w:val="right"/>
      </w:pPr>
      <w:r>
        <w:t>تو خدا نے انسان کو جب پیدا کیا تو اس کو دو حصے میں بانٹا، اس کی لائف سپین کو: ایک پری ڈیتھ پیریڈ، ایک پوسٹ ڈیتھ پیریڈ۔</w:t>
      </w:r>
    </w:p>
    <w:p>
      <w:r>
        <w:rPr>
          <w:b/>
        </w:rPr>
        <w:t xml:space="preserve">[19:31] </w:t>
      </w:r>
      <w:r>
        <w:t>base death woh pre-death period jo hai, woh short span hai, us ka 60-70 saal. Woh kis liye hai? Aap ko yahan par test pe rakha gaya</w:t>
      </w:r>
    </w:p>
    <w:p>
      <w:pPr>
        <w:jc w:val="right"/>
      </w:pPr>
      <w:r>
        <w:t>بیس ڈیتھ وہ پری ڈیتھ پیریڈ جو ہے، وہ شارٹ سپین ہے، اس کا 60-70 سال۔ وہ کس لیے ہے؟ آپ کو یہاں پر ٹیسٹ پہ رکھا گیا</w:t>
      </w:r>
    </w:p>
    <w:p>
      <w:r>
        <w:rPr>
          <w:b/>
        </w:rPr>
        <w:t xml:space="preserve">[19:42] </w:t>
      </w:r>
      <w:r>
        <w:t>hai, aap ke record ko Khuda, aap ke aap ke aap ke activities ko Khuda record kar raha hai.</w:t>
      </w:r>
    </w:p>
    <w:p>
      <w:pPr>
        <w:jc w:val="right"/>
      </w:pPr>
      <w:r>
        <w:t>ہے، آپ کے ریکارڈ کو خدا، آپ کے آپ کے آپ کے ایک ایکٹیویٹیز کو خدا ریکارڈ کر رہا ہے۔</w:t>
      </w:r>
    </w:p>
    <w:p>
      <w:r>
        <w:rPr>
          <w:b/>
        </w:rPr>
        <w:t xml:space="preserve">[19:53] </w:t>
      </w:r>
      <w:r>
        <w:t>Khuda record kar raha hai. Is record ke mutabiq aap ko post-death period mein ya to punishment diya jaye ga ya reward diya jaye ga.</w:t>
      </w:r>
    </w:p>
    <w:p>
      <w:pPr>
        <w:jc w:val="right"/>
      </w:pPr>
      <w:r>
        <w:t>خدا ریکارڈ کر رہا ہے۔ اس ریکارڈ کے مطابق آپ کو پوسٹ ڈیتھ پیریڈ میں یا تو پنشمنٹ دیا جائے گا یا ریوارڈ دیا جائے گا۔</w:t>
      </w:r>
    </w:p>
    <w:p>
      <w:r>
        <w:rPr>
          <w:b/>
        </w:rPr>
        <w:t xml:space="preserve">[20:04] </w:t>
      </w:r>
      <w:r>
        <w:t>dekhen, insaan ke andar bohat ziyada yeh ehsaas hai justice ka</w:t>
      </w:r>
    </w:p>
    <w:p>
      <w:pPr>
        <w:jc w:val="right"/>
      </w:pPr>
      <w:r>
        <w:t>دیکھیں، انسان کے اندر بہت زیادہ یہ احساس ہے جسٹس کا</w:t>
      </w:r>
    </w:p>
    <w:p>
      <w:r>
        <w:rPr>
          <w:b/>
        </w:rPr>
        <w:t xml:space="preserve">[20:10] </w:t>
      </w:r>
      <w:r>
        <w:t>ehsaas hai. justice, justice yaani bilkul inherent hai. justice ka concept hamare personality mein, hum justice chahte hain.</w:t>
      </w:r>
    </w:p>
    <w:p>
      <w:pPr>
        <w:jc w:val="right"/>
      </w:pPr>
      <w:r>
        <w:t>احساس ہے۔ جسٹس، جسٹس یعنی بالکل انٹروون ہے۔ جسٹس کا کانسیپٹ ہمارے پرسنیلٹی میں، ہم جسٹس چاہتے ہیں۔</w:t>
      </w:r>
    </w:p>
    <w:p>
      <w:r>
        <w:rPr>
          <w:b/>
        </w:rPr>
        <w:t xml:space="preserve">[20:20] </w:t>
      </w:r>
      <w:r>
        <w:t>har aadmi justice chahta hai, lekin is duniya mein justice hoti nahin. poori poori history guzar gayi, kabhi bhi duniya mein justice nahin aa saki.</w:t>
      </w:r>
    </w:p>
    <w:p>
      <w:pPr>
        <w:jc w:val="right"/>
      </w:pPr>
      <w:r>
        <w:t>ہر آدمی جسٹس چاہتا ہے، لیکن اس دنیا میں جسٹس ہوتی نہیں۔ پوری پوری ہسٹری گزر گئی، کبھی بھی دنیا میں جسٹس نہیں آ سکا۔</w:t>
      </w:r>
    </w:p>
    <w:p>
      <w:r>
        <w:rPr>
          <w:b/>
        </w:rPr>
        <w:t xml:space="preserve">[20:32] </w:t>
      </w:r>
      <w:r>
        <w:t>duniya mein kya aaya? zulm, atrocity, despotism, corruption, exploitation.</w:t>
      </w:r>
    </w:p>
    <w:p>
      <w:pPr>
        <w:jc w:val="right"/>
      </w:pPr>
      <w:r>
        <w:t>دنیا میں کیا آیا؟ ظلم، ایٹروسٹی، ڈیسپوٹزم، کرپشن، ایکسپلائٹیشن۔</w:t>
      </w:r>
    </w:p>
    <w:p>
      <w:r>
        <w:rPr>
          <w:b/>
        </w:rPr>
        <w:t xml:space="preserve">[20:42] </w:t>
      </w:r>
      <w:r>
        <w:t>to insaan chahta hai ke justice ka ek din aaye, ek din aaye jahan justice mile logon ko, matlab bure logon ko punishment mile, achhe logon ko reward mile.</w:t>
      </w:r>
    </w:p>
    <w:p>
      <w:pPr>
        <w:jc w:val="right"/>
      </w:pPr>
      <w:r>
        <w:t>تو انسان چاہتا ہے کہ جسٹس کا ایک دن آئے، ایک دن آئے جہاں جسٹس ملے لوگوں کو، مطلب برے لوگوں کو پنشمنٹ ملے، اچھے لوگوں کو ریوارڈ ملے۔</w:t>
      </w:r>
    </w:p>
    <w:p>
      <w:r>
        <w:rPr>
          <w:b/>
        </w:rPr>
        <w:t xml:space="preserve">[20:54] </w:t>
      </w:r>
      <w:r>
        <w:t>yahi din ab aaney wala hai. jo paighambar aaye, woh batate rahe, batate rahe, batate rahe ke is duniya ko apne liye blessing mat samjho, aish ki jagah mat samjho.</w:t>
      </w:r>
    </w:p>
    <w:p>
      <w:pPr>
        <w:jc w:val="right"/>
      </w:pPr>
      <w:r>
        <w:t>یہی دن اب آنے والا ہے۔ جو پیغمبر آئے، وہ بتاتے رہے، بتاتے رہے، بتاتے رہے کہ اس دنیا کو اپنے لیے بلیسنگ مت سمجھو، عیش کی جگہ مت سمجھو۔</w:t>
      </w:r>
    </w:p>
    <w:p>
      <w:r>
        <w:rPr>
          <w:b/>
        </w:rPr>
        <w:t xml:space="preserve">[21:12] </w:t>
      </w:r>
      <w:r>
        <w:t>is duniya mein tum ho, yahan test ke liye, just like examination hall. lekin insaan ne kya kiya?</w:t>
      </w:r>
    </w:p>
    <w:p>
      <w:pPr>
        <w:jc w:val="right"/>
      </w:pPr>
      <w:r>
        <w:t>اس دنیا میں تم ہو، یہاں ٹیسٹ کے لیے، جسٹ لائک ایگزامینیشن ہال۔ لیکن انسان نے کیا کیا؟</w:t>
      </w:r>
    </w:p>
    <w:p>
      <w:r>
        <w:rPr>
          <w:b/>
        </w:rPr>
        <w:t xml:space="preserve">[21:21] </w:t>
      </w:r>
      <w:r>
        <w:t>har baar deviate kiya, yaani agricultural period mein bhi deviate kiya, right path se hat gaya, industrial period mein bhi deviate kiya, right path se hat gaya.</w:t>
      </w:r>
    </w:p>
    <w:p>
      <w:pPr>
        <w:jc w:val="right"/>
      </w:pPr>
      <w:r>
        <w:t>ہر بار ڈیویٹ کیا، یعنی ایگریکلچرل پیریڈ میں بھی ڈیویٹ کیا، رائٹ پاتھ سے ہٹ گیا، انڈسٹریل پیریڈ میں بھی ڈیویٹ کیا، رائٹ پاتھ سے ہٹ گیا۔</w:t>
      </w:r>
    </w:p>
    <w:p>
      <w:r>
        <w:rPr>
          <w:b/>
        </w:rPr>
        <w:t xml:space="preserve">[21:33] </w:t>
      </w:r>
      <w:r>
        <w:t>to isi ko batane ke liye saare prophet aaye.</w:t>
      </w:r>
    </w:p>
    <w:p>
      <w:pPr>
        <w:jc w:val="right"/>
      </w:pPr>
      <w:r>
        <w:t>تو اسی کو بتانے کے لیے سارے پرافٹ آئے۔</w:t>
      </w:r>
    </w:p>
    <w:p>
      <w:r>
        <w:rPr>
          <w:b/>
        </w:rPr>
        <w:t xml:space="preserve">[21:38] </w:t>
      </w:r>
      <w:r>
        <w:t>ab koi prophet aaney wala nahin hai. to ab hamari aur aap ki responsibility hai ke hum duniya ko batayen, kyunke bohat jald woh waqt aaney wala hai jab ke na koi batane wala hoga, na koi sunne wala hoga,</w:t>
      </w:r>
    </w:p>
    <w:p>
      <w:pPr>
        <w:jc w:val="right"/>
      </w:pPr>
      <w:r>
        <w:t>اب کوئی پرافٹ آنے والا نہیں ہے۔ تو اب ہماری اور آپ کی ریسپانسبیلٹی ہے کہ ہم دنیا کو بتائیں، کیونکہ بہت جلد وہ وقت آنے والا ہے جب کہ نہ کوئی بتانے والا ہوگا، نہ کوئی سننے والا ہوگا،</w:t>
      </w:r>
    </w:p>
    <w:p>
      <w:r>
        <w:rPr>
          <w:b/>
        </w:rPr>
        <w:t xml:space="preserve">[21:52] </w:t>
      </w:r>
      <w:r>
        <w:t>na karne ka kuch chance baqi rahega. yeh hai hamari responsibility.</w:t>
      </w:r>
    </w:p>
    <w:p>
      <w:pPr>
        <w:jc w:val="right"/>
      </w:pPr>
      <w:r>
        <w:t>نہ کرنے کا کچھ چانس باقی رہے گا۔ یہ ہے ہماری ریسپانسبیلٹی۔</w:t>
      </w:r>
    </w:p>
    <w:p>
      <w:r>
        <w:rPr>
          <w:b/>
        </w:rPr>
        <w:t xml:space="preserve">[22:01] </w:t>
      </w:r>
      <w:r>
        <w:t>to poori history mein, jaisa ke maine arz kiya, poori history ka yeh haal hua hai ke half truth mein log jeete rahe, yaani ek globe ka ek part woh hai jahan log apne heroes ko poochte rahe, doosra part woh hai jahan matter ko poochne lage.</w:t>
      </w:r>
    </w:p>
    <w:p>
      <w:pPr>
        <w:jc w:val="right"/>
      </w:pPr>
      <w:r>
        <w:t>تو پوری ہسٹری میں، جیسا کہ میں نے عرض کیا، پوری ہسٹری کا یہ حال ہوا ہے کہ ہاف ٹروتھ میں لوگ جیتے رہے، یعنی ایک گلوب کا ایک پارٹ وہ ہے جہاں لوگ اپنے ہیروؤں کو پوچھتے رہے، دوسرا پارٹ وہ ہے جہاں میٹری کو پوچھنے لگے۔</w:t>
      </w:r>
    </w:p>
    <w:p>
      <w:r>
        <w:rPr>
          <w:b/>
        </w:rPr>
        <w:t xml:space="preserve">[22:19] </w:t>
      </w:r>
      <w:r>
        <w:t>woh</w:t>
      </w:r>
    </w:p>
    <w:p>
      <w:pPr>
        <w:jc w:val="right"/>
      </w:pPr>
      <w:r>
        <w:t>وہ</w:t>
      </w:r>
    </w:p>
    <w:p>
      <w:r>
        <w:rPr>
          <w:b/>
        </w:rPr>
        <w:t xml:space="preserve">[22:21] </w:t>
      </w:r>
      <w:r>
        <w:t>halankeh asal cheez thi ke woh God ko discover karte, God ko follow karte, God ke hukmon par chalte.</w:t>
      </w:r>
    </w:p>
    <w:p>
      <w:pPr>
        <w:jc w:val="right"/>
      </w:pPr>
      <w:r>
        <w:t>حالانکہ اصل چیز تھی کہ وہ گاڈ کو ڈسکور کرتے، گاڈ کو فالو کرتے، گاڈ کے حکموں پر چلتے۔</w:t>
      </w:r>
    </w:p>
    <w:p>
      <w:r>
        <w:rPr>
          <w:b/>
        </w:rPr>
        <w:t xml:space="preserve">[22:35] </w:t>
      </w:r>
      <w:r>
        <w:t>yeh yahan se wahan tak history mein hadaf hai.</w:t>
      </w:r>
    </w:p>
    <w:p>
      <w:pPr>
        <w:jc w:val="right"/>
      </w:pPr>
      <w:r>
        <w:t>یہ یہاں سے وہاں تک ہسٹری میں ہدف ہے۔</w:t>
      </w:r>
    </w:p>
    <w:p>
      <w:r>
        <w:rPr>
          <w:b/>
        </w:rPr>
        <w:t xml:space="preserve">[22:40] </w:t>
      </w:r>
      <w:r>
        <w:t>to hamara jo mission hai, hamara jo kaam hai, woh yahi hai ke hum insaan ko batayen</w:t>
      </w:r>
    </w:p>
    <w:p>
      <w:pPr>
        <w:jc w:val="right"/>
      </w:pPr>
      <w:r>
        <w:t>تو ہمارا جو مشن ہے، ہمارا جو کام ہے، وہ یہی ہے کہ ہم انسان کو بتائیں</w:t>
      </w:r>
    </w:p>
    <w:p>
      <w:r>
        <w:rPr>
          <w:b/>
        </w:rPr>
        <w:t xml:space="preserve">[22:51] </w:t>
      </w:r>
      <w:r>
        <w:t>ke creator ka creation plan kya hai. kyunke insaan dekhe, insaan ne ke apne aap ko khud se bana liya hai.</w:t>
      </w:r>
    </w:p>
    <w:p>
      <w:pPr>
        <w:jc w:val="right"/>
      </w:pPr>
      <w:r>
        <w:t>کہ کریٹر کا کریشن پلان کیا ہے۔ کیونکہ انسان دیکھے، انسان نے کہ اپنے آپ کو خود سے بنا لیا ہے۔</w:t>
      </w:r>
    </w:p>
    <w:p>
      <w:r>
        <w:rPr>
          <w:b/>
        </w:rPr>
        <w:t xml:space="preserve">[23:04] </w:t>
      </w:r>
      <w:r>
        <w:t>hum to ek ek neel bhi nahin bana sakte, ek baal bhi nahin bana sakte. hum ko Khuda ne create kiya hai, hamara banane wala Khuda hai, aur woh ek hi Khuda hai.</w:t>
      </w:r>
    </w:p>
    <w:p>
      <w:pPr>
        <w:jc w:val="right"/>
      </w:pPr>
      <w:r>
        <w:t>ہم تو ایک ایک نیل بھی نہیں بنا سکتے، ایک بال بھی نہیں بنا سکتے۔ ہم کو خدا نے کریٹ کیا ہے، ہمارا بنانے والا خدا ہے، اور وہ ایک ہی خدا ہے۔</w:t>
      </w:r>
    </w:p>
    <w:p>
      <w:r>
        <w:rPr>
          <w:b/>
        </w:rPr>
        <w:t xml:space="preserve">[23:22] </w:t>
      </w:r>
      <w:r>
        <w:t>to iska is ko jaanna aur is ke hukmon ko pata karna, yeh hamari responsibility banti hai. isi ko batane ke liye paighambar aaye.</w:t>
      </w:r>
    </w:p>
    <w:p>
      <w:pPr>
        <w:jc w:val="right"/>
      </w:pPr>
      <w:r>
        <w:t>تو اس کا اس کو جاننا اور اس کے حکموں کو پتہ کرنا، یہ ہماری ریسپانسبیلٹی بنتی ہے۔ اسی کو بتانے کے لیے پیغمبر آئے۔</w:t>
      </w:r>
    </w:p>
    <w:p>
      <w:r>
        <w:rPr>
          <w:b/>
        </w:rPr>
        <w:t xml:space="preserve">[23:37] </w:t>
      </w:r>
      <w:r>
        <w:t>hamara mission isi yahi mission hai ke hum duniya ko creation plan of God se ba-khabar karen, is ko aware karen, unke in awareness ko toden.</w:t>
      </w:r>
    </w:p>
    <w:p>
      <w:pPr>
        <w:jc w:val="right"/>
      </w:pPr>
      <w:r>
        <w:t>ہمارا مشن اسی یہی مشن ہے کہ ہم دنیا کو کریشن پلانٹ آف گاڈ سے باخبر کریں، اس کو اویئر کریں، ان کے ان اویرنس کو توڑیں۔</w:t>
      </w:r>
    </w:p>
    <w:p>
      <w:r>
        <w:rPr>
          <w:b/>
        </w:rPr>
        <w:t xml:space="preserve">[23:54] </w:t>
      </w:r>
      <w:r>
        <w:t>aaj kal dekhen, duniya par mein kya culture chal raha hai jis ko kehte hain yeh log "right here, right now"</w:t>
      </w:r>
    </w:p>
    <w:p>
      <w:pPr>
        <w:jc w:val="right"/>
      </w:pPr>
      <w:r>
        <w:t>آج کل دیکھیں، دنیا پر میں کیا کلچر چل رہا ہے جس کو کہتے ہیں یہ لوگ "رائٹ ہیر، رائٹ ناؤ"</w:t>
      </w:r>
    </w:p>
    <w:p>
      <w:r>
        <w:rPr>
          <w:b/>
        </w:rPr>
        <w:t xml:space="preserve">[24:05] </w:t>
      </w:r>
      <w:r>
        <w:t>yaani abhi aish kar lo, abhi enjoy kar lo. yeh aaj kal culture chal raha hai. yeh culture unnatural culture hai,</w:t>
      </w:r>
    </w:p>
    <w:p>
      <w:pPr>
        <w:jc w:val="right"/>
      </w:pPr>
      <w:r>
        <w:t>یعنی ابھی عیش کر لو، ابھی انجوائے کر لو۔ یہ آج کل کلچر چل رہا ہے۔ یہ کلچر ان نیچرل کلچر ہے،</w:t>
      </w:r>
    </w:p>
    <w:p>
      <w:r>
        <w:rPr>
          <w:b/>
        </w:rPr>
        <w:t xml:space="preserve">[24:19] </w:t>
      </w:r>
      <w:r>
        <w:t>unnatural culture hai. is liye ke aap ki zindagi jab eternal hai, marne par aap khatm nahin hote, ke marne ke baad ek nayi zindagi mein dakhil ho jaate hain.</w:t>
      </w:r>
    </w:p>
    <w:p>
      <w:pPr>
        <w:jc w:val="right"/>
      </w:pPr>
      <w:r>
        <w:t>ان نیچرل کلچر ہے۔ اس لیے کہ آپ کی زندگی جب ایٹرنل ہے، مرنے پر آپ ختم نہیں ہوتے، کہ مرنے کے بعد ایک نئی زندگی میں داخل ہو جاتے ہیں۔</w:t>
      </w:r>
    </w:p>
    <w:p>
      <w:r>
        <w:rPr>
          <w:b/>
        </w:rPr>
        <w:t xml:space="preserve">[24:29] </w:t>
      </w:r>
      <w:r>
        <w:t>to "right here, right now" ka formula to unnatural ho gaya.</w:t>
      </w:r>
    </w:p>
    <w:p>
      <w:pPr>
        <w:jc w:val="right"/>
      </w:pPr>
      <w:r>
        <w:t>تو "رائٹ ہیر، رائٹ ناؤ" کا فارمولا تو ان نیچرل ہو گیا۔</w:t>
      </w:r>
    </w:p>
    <w:p>
      <w:r>
        <w:rPr>
          <w:b/>
        </w:rPr>
        <w:t xml:space="preserve">[24:35] </w:t>
      </w:r>
      <w:r>
        <w:t>aap ko poore life span ko saamne rakh kar sochna hai. yahan main bataunga ke prophetic formula kya hai. woh hai apna development jis ko Quran mein tazkiya kaha gaya hai.</w:t>
      </w:r>
    </w:p>
    <w:p>
      <w:pPr>
        <w:jc w:val="right"/>
      </w:pPr>
      <w:r>
        <w:t>آپ کو پورے لائف سپین کو سامنے رکھ کر سوچنا ہے۔ یہاں میں بتاؤں گا کہ پرافٹک فارمولا کیا ہے۔ وہ ہے اپنا ڈیویلپمنٹ جس کو قرآن میں تزکیہ کہا گیا ہے۔</w:t>
      </w:r>
    </w:p>
    <w:p>
      <w:r>
        <w:rPr>
          <w:b/>
        </w:rPr>
        <w:t xml:space="preserve">[24:53] </w:t>
      </w:r>
      <w:r>
        <w:t>quran mein hai ke jo log apna tazkiya karein, woh paradise mein jayenge. zalik jaza muntazka.</w:t>
      </w:r>
    </w:p>
    <w:p>
      <w:pPr>
        <w:jc w:val="right"/>
      </w:pPr>
      <w:r>
        <w:t>قرآن میں ہے کہ جو لوگ اپنا تزکیہ کریں، وہ پیرڈائز میں جائیں گے۔ ذالک جزا منتزکا۔</w:t>
      </w:r>
    </w:p>
    <w:p>
      <w:r>
        <w:rPr>
          <w:b/>
        </w:rPr>
        <w:t xml:space="preserve">[25:02] </w:t>
      </w:r>
      <w:r>
        <w:t>yeh tazkiya kya hai?</w:t>
      </w:r>
    </w:p>
    <w:p>
      <w:pPr>
        <w:jc w:val="right"/>
      </w:pPr>
      <w:r>
        <w:t>یہ تزکیہ کیا ہے؟</w:t>
      </w:r>
    </w:p>
    <w:p>
      <w:r>
        <w:rPr>
          <w:b/>
        </w:rPr>
        <w:t xml:space="preserve">[25:05] </w:t>
      </w:r>
      <w:r>
        <w:t>tazkiya ke literal maani hote hain "purification". is ka matlab hai intellectual development, spiritual development.</w:t>
      </w:r>
    </w:p>
    <w:p>
      <w:pPr>
        <w:jc w:val="right"/>
      </w:pPr>
      <w:r>
        <w:t>تزکیہ کے لٹرل معنی ہوتے ہیں "پیوریفیکیشن"۔ اس کا مطلب ہے انٹلیکچول ڈیویلپمنٹ، اسپیریچول ڈیویلپمنٹ۔</w:t>
      </w:r>
    </w:p>
    <w:p>
      <w:r>
        <w:rPr>
          <w:b/>
        </w:rPr>
        <w:t xml:space="preserve">[25:15] </w:t>
      </w:r>
      <w:r>
        <w:t>yani aap apni personality ko woh personality banayein jo is qabil ho ke us ko paradise ke perfect world mein basaya jaye, paradise ke ideal world mein basaya jaye.</w:t>
      </w:r>
    </w:p>
    <w:p>
      <w:pPr>
        <w:jc w:val="right"/>
      </w:pPr>
      <w:r>
        <w:t>یعنی آپ اپنی پرسنیلٹی کو وہ پرسنیلٹی بنائیں جو اس قابل ہو کہ اس کو پیرڈائز کے پرفیکٹ ورلڈ میں بسایا جائے، پیرڈائز کے آئیڈیل ورلڈ میں بسایا جائے۔</w:t>
      </w:r>
    </w:p>
    <w:p>
      <w:r>
        <w:rPr>
          <w:b/>
        </w:rPr>
        <w:t xml:space="preserve">[25:31] </w:t>
      </w:r>
      <w:r>
        <w:t>to mein ne is se pehle aap ko ek hadith sunai thi ke "kuntu kanzam makhfiya fa arartu an o'raf fa khalaqtu al-khalq" yani "I was a hidden treasure,</w:t>
      </w:r>
    </w:p>
    <w:p>
      <w:pPr>
        <w:jc w:val="right"/>
      </w:pPr>
      <w:r>
        <w:t>تو میں نے اس سے پہلے آپ کو ایک حدیث سنائی تھی کہ "کنت کنزم مخفیہ فارت اورفا فخلقت الخلق" یعنی "آئی واز ا ہڈن ٹریزر،</w:t>
      </w:r>
    </w:p>
    <w:p>
      <w:r>
        <w:rPr>
          <w:b/>
        </w:rPr>
        <w:t xml:space="preserve">[25:50] </w:t>
      </w:r>
      <w:r>
        <w:t>then I wanted to be known, and I created man"</w:t>
      </w:r>
    </w:p>
    <w:p>
      <w:pPr>
        <w:jc w:val="right"/>
      </w:pPr>
      <w:r>
        <w:t>دین آئی وانٹڈ ٹو بی نون، اینڈ آئی کریٹڈ مین"</w:t>
      </w:r>
    </w:p>
    <w:p>
      <w:r>
        <w:rPr>
          <w:b/>
        </w:rPr>
        <w:t xml:space="preserve">[25:54] </w:t>
      </w:r>
      <w:r>
        <w:t>yani khuda ne jo insaan ko banaya hai, kis liye? is liye ke woh khuda ko realize kare, woh discover kare. aur phir khuda ne is duniya ke ilawa ek aur duniya banai jo perfect hai.</w:t>
      </w:r>
    </w:p>
    <w:p>
      <w:pPr>
        <w:jc w:val="right"/>
      </w:pPr>
      <w:r>
        <w:t>یعنی خدا نے جو انسان کو بنایا ہے، کس لیے؟ اس لیے کہ وہ خدا کو ریلائز کرے، وہ ڈسکور کرے۔ اور پھر خدا نے اس دنیا کے علاوہ ایک اور دنیا بنائی جو پرفیکٹ ہے۔</w:t>
      </w:r>
    </w:p>
    <w:p>
      <w:r>
        <w:rPr>
          <w:b/>
        </w:rPr>
        <w:t xml:space="preserve">[26:07] </w:t>
      </w:r>
      <w:r>
        <w:t>hamari yeh duniya jo hai, perfect nahi hai, imperfect hai. ek aur duniya jo ideal hai, perfect hai, jo eternal hai.</w:t>
      </w:r>
    </w:p>
    <w:p>
      <w:pPr>
        <w:jc w:val="right"/>
      </w:pPr>
      <w:r>
        <w:t>ہماری یہ دنیا جو ہے، پرفیکٹ نہیں ہے، امپرفیکٹ ہے۔ ایک اور دنیا جو آئیڈیل ہے، پرفیکٹ ہے، جو ایٹرنل ہے۔</w:t>
      </w:r>
    </w:p>
    <w:p>
      <w:r>
        <w:rPr>
          <w:b/>
        </w:rPr>
        <w:t xml:space="preserve">[26:18] </w:t>
      </w:r>
      <w:r>
        <w:t>to insaan ko dekhiye, ab gaur kijiye, insaan ek pleasure seeking animal hai. har aadmi chahta hai mujhe pleasure mile, magar pleasure milta kis ko hai?</w:t>
      </w:r>
    </w:p>
    <w:p>
      <w:pPr>
        <w:jc w:val="right"/>
      </w:pPr>
      <w:r>
        <w:t>تو انسان کو دیکھیے، اب غور کیجئے، انسان ایک پلیزر سیکنگ اینیمل ہے۔ ہر آدمی چاہتا ہے مجھے پلیزر ملے، مگر پلیزر ملتا کس کو ہے؟</w:t>
      </w:r>
    </w:p>
    <w:p>
      <w:r>
        <w:rPr>
          <w:b/>
        </w:rPr>
        <w:t xml:space="preserve">[26:32] </w:t>
      </w:r>
      <w:r>
        <w:t>insaan basically ek pleasure seeking animal hai, lekin pleasure kisi ko nahi milta. jab tak aap paise ke liye peeche daud rahe hain, tab tak lagta hai ke aap ko paisa mil jayega to aap ko pleasure mil jayega.</w:t>
      </w:r>
    </w:p>
    <w:p>
      <w:pPr>
        <w:jc w:val="right"/>
      </w:pPr>
      <w:r>
        <w:t>انسان بیسیکلی ایک پلیزر سیکنگ اینیمل ہے، لیکن پلیزر کسی کو نہیں ملتا۔ جب تک آپ پیسے کے لیے پیچھے دوڑ رہے ہیں، تب تک لگتا ہے کہ آپ کو پیسہ مل جائے گا تو آپ کو پلیزر مل جائے گا۔</w:t>
      </w:r>
    </w:p>
    <w:p>
      <w:r>
        <w:rPr>
          <w:b/>
        </w:rPr>
        <w:t xml:space="preserve">[26:47] </w:t>
      </w:r>
      <w:r>
        <w:t>lekin jab paisa mil chuka hota hai to pleasure khatam. koi bhi cheez jis ko aap goal banate hain, apna koi bhi cheez, jab tak woh mili hui na ho, yaad rakhiye,</w:t>
      </w:r>
    </w:p>
    <w:p>
      <w:pPr>
        <w:jc w:val="right"/>
      </w:pPr>
      <w:r>
        <w:t>لیکن جب پیسہ مل چکا ہوتا ہے تو پلیزر ختم۔ کوئی بھی چیز جس کو آپ گول بناتے ہیں، اپنا کوئی بھی چیز، جب تک وہ ملی ہوئی نہ ہو، یاد رکھیے،</w:t>
      </w:r>
    </w:p>
    <w:p>
      <w:r>
        <w:rPr>
          <w:b/>
        </w:rPr>
        <w:t xml:space="preserve">[27:02] </w:t>
      </w:r>
      <w:r>
        <w:t>koi bhi cheez jis ko aap apna goal banate hain aur source of pleasure samajh lete hain, woh usi waqt tak hota hai jab tak woh mila hua na ho.</w:t>
      </w:r>
    </w:p>
    <w:p>
      <w:pPr>
        <w:jc w:val="right"/>
      </w:pPr>
      <w:r>
        <w:t>کوئی بھی چیز جس کو آپ اپنا گول بناتے ہیں اور سورس آف پلیزر سمجھ لیتے ہیں، وہ اسی وقت تک ہوتا ہے جب تک وہ ملا ہوا نہ ہو۔</w:t>
      </w:r>
    </w:p>
    <w:p>
      <w:r>
        <w:rPr>
          <w:b/>
        </w:rPr>
        <w:t xml:space="preserve">[27:12] </w:t>
      </w:r>
      <w:r>
        <w:t>jab woh mil jaye to pata chalta hai ke us mein pleasure tha hi nahi,</w:t>
      </w:r>
    </w:p>
    <w:p>
      <w:pPr>
        <w:jc w:val="right"/>
      </w:pPr>
      <w:r>
        <w:t>جب وہ مل جائے تو پڑھو پتہ ہے کہ اس میں پلیزر تھا ہی نہیں،</w:t>
      </w:r>
    </w:p>
    <w:p>
      <w:r>
        <w:rPr>
          <w:b/>
        </w:rPr>
        <w:t xml:space="preserve">[27:17] </w:t>
      </w:r>
      <w:r>
        <w:t>us mein tha hi nahi pleasure. to to yeh kya hai? yeh yeh apne aap mein ek indication hai ke insaan pleasure seeking animal hai, lekin pleasure ka jagah jo hai, woh doosri hai.</w:t>
      </w:r>
    </w:p>
    <w:p>
      <w:pPr>
        <w:jc w:val="right"/>
      </w:pPr>
      <w:r>
        <w:t>اس میں تھا ہی نہیں پلیزر۔ تو تو یہ کیا ہے؟ یہ یہ اپنے آپ میں ایک انڈیکیشن ہے کہ انسان پلیزر سیکنگ اینیمل ہے، لیکن پلیزر کا جگہ جو ہے، وہ دوسری ہے۔</w:t>
      </w:r>
    </w:p>
    <w:p>
      <w:r>
        <w:rPr>
          <w:b/>
        </w:rPr>
        <w:t xml:space="preserve">[27:35] </w:t>
      </w:r>
      <w:r>
        <w:t>yeh nahi hai, yeh duniya nahi hai.</w:t>
      </w:r>
    </w:p>
    <w:p>
      <w:pPr>
        <w:jc w:val="right"/>
      </w:pPr>
      <w:r>
        <w:t>یہ نہیں ہے، یہ دنیا نہیں ہے۔</w:t>
      </w:r>
    </w:p>
    <w:p>
      <w:r>
        <w:rPr>
          <w:b/>
        </w:rPr>
        <w:t xml:space="preserve">[27:38] </w:t>
      </w:r>
      <w:r>
        <w:t>yani yeh yeh ek ek message mil raha hai yahan par insaan ko ke agarchay tum ek pleasure seeking animal ho, tum chahte ho enjoy, tum chahte ho pleasure, tum chahte ho happiness, lekin is duniya mein tum ko milti nahi.</w:t>
      </w:r>
    </w:p>
    <w:p>
      <w:pPr>
        <w:jc w:val="right"/>
      </w:pPr>
      <w:r>
        <w:t>یعنی یہ یہ ایک ایک میسج مل رہا ہے یہاں پر انسان کو کہ اگرچہ تم ایک پلیزر سیکنگ اینیمل ہو، تم چاہتے ہو انجوائے، تم چاہتے ہو پلیزر، تم چاہتے ہو ہیپینس، لیکن اس دنیا میں تم کو ملتی نہیں۔</w:t>
      </w:r>
    </w:p>
    <w:p>
      <w:r>
        <w:rPr>
          <w:b/>
        </w:rPr>
        <w:t xml:space="preserve">[27:54] </w:t>
      </w:r>
      <w:r>
        <w:t>yahan par tum ko fulfillment fulfillment milta nahi. isi mein is baat ka ek ek chupa hua message hai ke woh yahan nahi, doosri jagah hai.</w:t>
      </w:r>
    </w:p>
    <w:p>
      <w:pPr>
        <w:jc w:val="right"/>
      </w:pPr>
      <w:r>
        <w:t>یہاں پر تم کو فلفلم فلفلمنٹ ملتا نہیں۔ اسی میں اس بات کا ایک ایک چھپا ہوا میسج ہے کہ وہ یہاں نہیں، دوسری جگہ ہے۔</w:t>
      </w:r>
    </w:p>
    <w:p>
      <w:r>
        <w:rPr>
          <w:b/>
        </w:rPr>
        <w:t xml:space="preserve">[28:08] </w:t>
      </w:r>
      <w:r>
        <w:t>jaise aap travel kar rahe hote hain to aap chahte hain bohat kuch, lekin aap ko hawai jahaz mein nahi woh cheez milti. maslan aap walk karna chahein to wahan koi park nahi hoga, park hawai jahaz jahan aap walk karein.</w:t>
      </w:r>
    </w:p>
    <w:p>
      <w:pPr>
        <w:jc w:val="right"/>
      </w:pPr>
      <w:r>
        <w:t>جیسے آپ ٹریول کر رہے ہوتے ہیں تو آپ چاہتے ہیں بہت کچھ، لیکن آپ کو ہوائی جہاز میں نہیں وہ چیز ملتی۔ مثلاً آپ واک کرنا چاہیں تو وہاں کوئی پارک نہیں ہوگا، پارک ہوائی جہاز جہاں آپ واک کریں۔</w:t>
      </w:r>
    </w:p>
    <w:p>
      <w:r>
        <w:rPr>
          <w:b/>
        </w:rPr>
        <w:t xml:space="preserve">[28:19] </w:t>
      </w:r>
      <w:r>
        <w:t>aap is ke liye to aap ko intezar karna padega jab hawai jahaz pahunche destination par. wahan aap ko park milega, wahan ghar milega, wahan saathi milenge.</w:t>
      </w:r>
    </w:p>
    <w:p>
      <w:pPr>
        <w:jc w:val="right"/>
      </w:pPr>
      <w:r>
        <w:t>آپ اس کے لیے تو آپ کو انتظار کرنا پڑے گا جب ہوائی جہاز پہنچے ڈیسٹینیشن پر۔ وہاں آپ کو پارک ملے گا، وہاں گھر ملے گا، وہاں ساتھی ملیں گے۔</w:t>
      </w:r>
    </w:p>
    <w:p>
      <w:r>
        <w:rPr>
          <w:b/>
        </w:rPr>
        <w:t xml:space="preserve">[28:31] </w:t>
      </w:r>
      <w:r>
        <w:t>to insaan ka yeh jo insaan ka jo case hai, is tarah ka ke woh chahta hai ke mein pleasure mein jiyoon, happiness mein jiyoon, lekin woh milta nahi.</w:t>
      </w:r>
    </w:p>
    <w:p>
      <w:pPr>
        <w:jc w:val="right"/>
      </w:pPr>
      <w:r>
        <w:t>تو انسان کا یہ جو انسان کا جو کیس ہے، اس طرح کا کہ وہ چاہتا ہے کہ میں پلیزر میں جیوں، ہیپینس میں جیوں، لیکن وہ ملتا نہیں۔</w:t>
      </w:r>
    </w:p>
    <w:p>
      <w:r>
        <w:rPr>
          <w:b/>
        </w:rPr>
        <w:t xml:space="preserve">[28:45] </w:t>
      </w:r>
      <w:r>
        <w:t>isi mein is baat ka indication hai ke yahan par aap is liye hain ke aap qualify karein is world ke liye jahan pleasure milega aap ko.</w:t>
      </w:r>
    </w:p>
    <w:p>
      <w:pPr>
        <w:jc w:val="right"/>
      </w:pPr>
      <w:r>
        <w:t>اسی میں اس بات کا انڈیکیشن ہے کہ یہاں پر آپ اس لیے ہیں کہ آپ کوالیفائی کریں اس ورلڈ کے لیے جہاں پلیزر ملے گا آپ کو۔</w:t>
      </w:r>
    </w:p>
    <w:p>
      <w:r>
        <w:rPr>
          <w:b/>
        </w:rPr>
        <w:t xml:space="preserve">[28:55] </w:t>
      </w:r>
      <w:r>
        <w:t>jaise rasool Allah ne kaha ke "Allahumma la 'aysha illa 'aysh al-akhirah"</w:t>
      </w:r>
    </w:p>
    <w:p>
      <w:pPr>
        <w:jc w:val="right"/>
      </w:pPr>
      <w:r>
        <w:t>جیسے رسول اللہ نے کہا کہ "اللہم لا عیش الا عیش الاخرہ"</w:t>
      </w:r>
    </w:p>
    <w:p>
      <w:r>
        <w:rPr>
          <w:b/>
        </w:rPr>
        <w:t xml:space="preserve">[29:00] </w:t>
      </w:r>
      <w:r>
        <w:t>ke khuda ya aish to he after mein hai, yahan nahi hai, is duniya mein nahi, is duniya mein hai. matlab yahan chahna hai, wahan pana hai.</w:t>
      </w:r>
    </w:p>
    <w:p>
      <w:pPr>
        <w:jc w:val="right"/>
      </w:pPr>
      <w:r>
        <w:t>کہ خدایا عیش تو ہیئر افٹر میں ہے، یہاں نہیں ہے، اس دنیا میں نہیں، اس دنیا میں ہے۔ مطلب یہاں چاہنا ہے، وہاں پانا ہے۔</w:t>
      </w:r>
    </w:p>
    <w:p>
      <w:r>
        <w:rPr>
          <w:b/>
        </w:rPr>
        <w:t xml:space="preserve">[29:14] </w:t>
      </w:r>
      <w:r>
        <w:t>to fulfillment khuda ne rakh diya agli duniya mein, aur yeh kis ko milega? jo qualify kare is duniya ke liye.</w:t>
      </w:r>
    </w:p>
    <w:p>
      <w:pPr>
        <w:jc w:val="right"/>
      </w:pPr>
      <w:r>
        <w:t>تو فلفلمنٹ خدا نے رکھ دیا اگلی دنیا میں، اور یہ کس کو ملے گا؟ جو کوالیفائی کرے اس دنیا کے لیے۔</w:t>
      </w:r>
    </w:p>
    <w:p>
      <w:r>
        <w:rPr>
          <w:b/>
        </w:rPr>
        <w:t xml:space="preserve">[29:28] </w:t>
      </w:r>
      <w:r>
        <w:t>zahair hai ke jo world ideal world ho, jo world perfect world ho, to isi tarah ka character wala insaan chahiye wahan basane ke liye. to yahan par aap ko yeh prove karna hai ke aap ke andar woh character hai,</w:t>
      </w:r>
    </w:p>
    <w:p>
      <w:pPr>
        <w:jc w:val="right"/>
      </w:pPr>
      <w:r>
        <w:t>ظاہر ہے کہ جو ورلڈ آئیڈیل ورلڈ ہو، جو ورلڈ پرفیکٹ ورلڈ ہو، تو اسی طرح کا کریکٹر والا انسان چاہیے وہاں بسانے کے لیے۔ تو یہاں پر آپ کو یہ پروف کرنا ہے کہ آپ کے اندر وہ کریکٹر ہے،</w:t>
      </w:r>
    </w:p>
    <w:p>
      <w:r>
        <w:rPr>
          <w:b/>
        </w:rPr>
        <w:t xml:space="preserve">[29:45] </w:t>
      </w:r>
      <w:r>
        <w:t>aap ke andar woh qualities hain, aap ke andar woh behaviour hai ke aap is is perfect world mein basaye jayen.</w:t>
      </w:r>
    </w:p>
    <w:p>
      <w:pPr>
        <w:jc w:val="right"/>
      </w:pPr>
      <w:r>
        <w:t>آپ کے اندر وہ کوالٹیز ہیں، آپ کے اندر وہ بیہیویئر ہے کہ آپ اس اس پرفیکٹ ورلڈ میں بسائے جائیں۔</w:t>
      </w:r>
    </w:p>
    <w:p>
      <w:r>
        <w:rPr>
          <w:b/>
        </w:rPr>
        <w:t xml:space="preserve">[29:54] </w:t>
      </w:r>
      <w:r>
        <w:t>bas yahan isi liye insan hai ke woh qualify kare, aur woh woh jagah jo hai, woh post death period mein hai.</w:t>
      </w:r>
    </w:p>
    <w:p>
      <w:pPr>
        <w:jc w:val="right"/>
      </w:pPr>
      <w:r>
        <w:t>بس یہاں اسی لیے انسان ہے کہ وہ کوالیفائی کرے، اور وہ وہ جگہ جو ہے، وہ پوسٹ ڈیتھ پیریڈ میں ہے۔</w:t>
      </w:r>
    </w:p>
    <w:p>
      <w:r>
        <w:rPr>
          <w:b/>
        </w:rPr>
        <w:t xml:space="preserve">[30:05] </w:t>
      </w:r>
      <w:r>
        <w:t>woh jagah</w:t>
      </w:r>
    </w:p>
    <w:p>
      <w:pPr>
        <w:jc w:val="right"/>
      </w:pPr>
      <w:r>
        <w:t>وہ جگہ</w:t>
      </w:r>
    </w:p>
    <w:p>
      <w:r>
        <w:rPr>
          <w:b/>
        </w:rPr>
        <w:t xml:space="preserve">[30:09] </w:t>
      </w:r>
      <w:r>
        <w:t>yeh is haqeeqat ko batane hi ka naam hai. isi isi isi isi sachai ko batane ke liye saare prophet aaye.</w:t>
      </w:r>
    </w:p>
    <w:p>
      <w:pPr>
        <w:jc w:val="right"/>
      </w:pPr>
      <w:r>
        <w:t>یہ اس حقیقت کو بتانے ہی کا نام ہے۔ اسی اسی اسی اسی سچائی کو بتانے کے لیے سارے پرافٹ آئے۔</w:t>
      </w:r>
    </w:p>
    <w:p>
      <w:r>
        <w:rPr>
          <w:b/>
        </w:rPr>
        <w:t xml:space="preserve">[30:18] </w:t>
      </w:r>
      <w:r>
        <w:t>is sachai ko batana hamara mission hai.</w:t>
      </w:r>
    </w:p>
    <w:p>
      <w:pPr>
        <w:jc w:val="right"/>
      </w:pPr>
      <w:r>
        <w:t>اس سچائی کو بتانا ہمارا مشن ہے۔</w:t>
      </w:r>
    </w:p>
    <w:p>
      <w:r>
        <w:rPr>
          <w:b/>
        </w:rPr>
        <w:t xml:space="preserve">[30:23] </w:t>
      </w:r>
      <w:r>
        <w:t>isi sachai ko batana hamara mission hai. aur yeh yeh baat ke insan ko is duniya mein fulfillment milta hi nahi, paisa ho tab bhi nahi milta, political power ho tab bhi nahi milta,</w:t>
      </w:r>
    </w:p>
    <w:p>
      <w:pPr>
        <w:jc w:val="right"/>
      </w:pPr>
      <w:r>
        <w:t>اسی سچائی کو بتانا ہمارا مشن ہے۔ اور یہ یہ بات کہ انسان کو اس دنیا میں فلفلمنٹ ملتا ہی نہیں، پیسہ ہو تب بھی نہیں ملتا، پولیٹیکل پاور ہو تب بھی نہیں ملتا،</w:t>
      </w:r>
    </w:p>
    <w:p>
      <w:r>
        <w:rPr>
          <w:b/>
        </w:rPr>
        <w:t xml:space="preserve">[30:38] </w:t>
      </w:r>
      <w:r>
        <w:t>ek achi family ban jaye aap ki tab bhi nahi milta. yani fulfillment milta hi nahi, chahe kuch bhi aap pa lein.</w:t>
      </w:r>
    </w:p>
    <w:p>
      <w:pPr>
        <w:jc w:val="right"/>
      </w:pPr>
      <w:r>
        <w:t>ایک اچھی فیملی بن جائے آپ کی تب بھی نہیں ملتا۔ یعنی فلفلمنٹ ملتا ہی نہیں، چاہے کچھ بھی آپ پا لیں۔</w:t>
      </w:r>
    </w:p>
    <w:p>
      <w:r>
        <w:rPr>
          <w:b/>
        </w:rPr>
        <w:t xml:space="preserve">[30:46] </w:t>
      </w:r>
      <w:r>
        <w:t>isi mein is baat ka indication hai ke yahan sirf yahan sirf amal karna hai,</w:t>
      </w:r>
    </w:p>
    <w:p>
      <w:pPr>
        <w:jc w:val="right"/>
      </w:pPr>
      <w:r>
        <w:t>اسی میں اس بات کا انڈیکیشن ہے کہ یہاں صرف یہاں صرف عمل کرنا ہے،</w:t>
      </w:r>
    </w:p>
    <w:p>
      <w:r>
        <w:rPr>
          <w:b/>
        </w:rPr>
        <w:t xml:space="preserve">[31:01] </w:t>
      </w:r>
      <w:r>
        <w:t>paane ki jagah doosri hai. yahan sirf beej dalna hai, phal paane ki jagah doosri hai.</w:t>
      </w:r>
    </w:p>
    <w:p>
      <w:pPr>
        <w:jc w:val="right"/>
      </w:pPr>
      <w:r>
        <w:t>پانے کی جگہ دوسری ہے۔ یہاں صرف بیج ڈالنا ہے، پھل پانے کی جگہ دوسری ہے۔</w:t>
      </w:r>
    </w:p>
    <w:p>
      <w:r>
        <w:rPr>
          <w:b/>
        </w:rPr>
        <w:t xml:space="preserve">[31:12] </w:t>
      </w:r>
      <w:r>
        <w:t>isi ko mein kehta hoon "creation plan of God"</w:t>
      </w:r>
    </w:p>
    <w:p>
      <w:pPr>
        <w:jc w:val="right"/>
      </w:pPr>
      <w:r>
        <w:t>اسی کو میں کہتا ہوں "کریشن پلان آف گ</w:t>
      </w:r>
    </w:p>
    <w:p>
      <w:r>
        <w:rPr>
          <w:b/>
        </w:rPr>
        <w:t xml:space="preserve">[31:16] </w:t>
      </w:r>
      <w:r>
        <w:t>od". toh sab se bara jo sab se bari baat jo hai, woh yeh hai ke insan ko bataya jaye ke creation plan kya hai, khuda ka kis plan ke tehat tum ko paida kiya gaya hai.</w:t>
      </w:r>
    </w:p>
    <w:p>
      <w:pPr>
        <w:jc w:val="right"/>
      </w:pPr>
      <w:r>
        <w:t>اڈ"۔ تو سب سے بڑا جو سب سے بڑی بات جو ہے، وہ یہ ہے کہ انسان کو بتایا جائے کہ کریشن پلان کیا ہے، خدا کا کس پلان کے تحت تم کو پیدا کیا گیا ہے۔</w:t>
      </w:r>
    </w:p>
    <w:p>
      <w:r>
        <w:rPr>
          <w:b/>
        </w:rPr>
        <w:t xml:space="preserve">[31:31] </w:t>
      </w:r>
      <w:r>
        <w:t>sab se bara masla yahi hai, aur is se insan bekhabar hai. poori history mein dekhein, aap poori history mein kya hai?</w:t>
      </w:r>
    </w:p>
    <w:p>
      <w:pPr>
        <w:jc w:val="right"/>
      </w:pPr>
      <w:r>
        <w:t>سب سے بڑا مسئلہ یہی ہے، اور اس سے انسان بے خبر ہے۔ پوری ہسٹری میں دیکھیں، آپ پوری ہسٹری میں کیا ہے؟</w:t>
      </w:r>
    </w:p>
    <w:p>
      <w:r>
        <w:rPr>
          <w:b/>
        </w:rPr>
        <w:t xml:space="preserve">[31:43] </w:t>
      </w:r>
      <w:r>
        <w:t>ek cheez ki talash mein insan daud raha hai, happiness, lekin pata nahi.</w:t>
      </w:r>
    </w:p>
    <w:p>
      <w:pPr>
        <w:jc w:val="right"/>
      </w:pPr>
      <w:r>
        <w:t>ایک چیز کی تلاش میں انسان دوڑ رہا ہے، ہیپینس، لیکن پاتا نہیں۔</w:t>
      </w:r>
    </w:p>
    <w:p>
      <w:r>
        <w:rPr>
          <w:b/>
        </w:rPr>
        <w:t xml:space="preserve">[31:53] </w:t>
      </w:r>
      <w:r>
        <w:t>abhi jo log ke is zindagi guzar rahe hain, un se aap poochiye jo shopping karte hain, outing karte hain, parties mein jate hain, hawa culture mein rehte hain, un se aap baat kijiye.</w:t>
      </w:r>
    </w:p>
    <w:p>
      <w:pPr>
        <w:jc w:val="right"/>
      </w:pPr>
      <w:r>
        <w:t>ابھی جو لوگ کہ اس زندگی گزار رہے ہیں، ان سے آپ پوچھیے جو شاپنگ کرتے ہیں، آؤٹنگ کرتے ہیں، پارٹیوں میں جاتے ہیں، ہوا کلچر میں رہتے ہیں، ان سے آپ بات کیجئے۔</w:t>
      </w:r>
    </w:p>
    <w:p>
      <w:r>
        <w:rPr>
          <w:b/>
        </w:rPr>
        <w:t xml:space="preserve">[32:06] </w:t>
      </w:r>
      <w:r>
        <w:t>maine kai logon se baat ki toh woh ro rahe hain. maine dekha ke woh rone lage, woh</w:t>
      </w:r>
    </w:p>
    <w:p>
      <w:pPr>
        <w:jc w:val="right"/>
      </w:pPr>
      <w:r>
        <w:t>میں نے کئی لوگوں سے بات کی تو وہ رو رہے ہیں۔ میں نے دیکھا کہ وہ رونے لگے، وہ</w:t>
      </w:r>
    </w:p>
    <w:p>
      <w:r>
        <w:rPr>
          <w:b/>
        </w:rPr>
        <w:t xml:space="preserve">[32:12] </w:t>
      </w:r>
      <w:r>
        <w:t>yani woh ladkiyan aur woh ladke jo "right here, right now" mein apne raat din guzarte hain. jab maine unhein akele baat ki, un se aur un ke dil ko chhua, un ke dil ko touch kiya,</w:t>
      </w:r>
    </w:p>
    <w:p>
      <w:pPr>
        <w:jc w:val="right"/>
      </w:pPr>
      <w:r>
        <w:t>یعنی وہ لڑکیاں اور وہ لڑکے جو "رائٹ ہیر، رائٹ ناؤ" میں اپنے رات دن گزارتے ہیں۔ جب میں نے انہیں اکیلے بات کی، ان سے اور ان کے دل کو چھوا، ان کے دل کو ٹچ کیا،</w:t>
      </w:r>
    </w:p>
    <w:p>
      <w:r>
        <w:rPr>
          <w:b/>
        </w:rPr>
        <w:t xml:space="preserve">[32:28] </w:t>
      </w:r>
      <w:r>
        <w:t>aur un ke sar par haath rakha toh toh un ki aankhon se aansu nikalne lagte hain. kyunke upar upar hua karte hain, andar andar dil sad hai.</w:t>
      </w:r>
    </w:p>
    <w:p>
      <w:pPr>
        <w:jc w:val="right"/>
      </w:pPr>
      <w:r>
        <w:t>اور ان کے سر پر ہاتھ رکھا تو تو ان کی آنکھوں سے آنسو نکلنے لگتے ہیں۔ کیونکہ اوپر اوپر ہوا کرتے ہیں، اندر اندر دل سیڈ ہے۔</w:t>
      </w:r>
    </w:p>
    <w:p>
      <w:r>
        <w:rPr>
          <w:b/>
        </w:rPr>
        <w:t xml:space="preserve">[32:42] </w:t>
      </w:r>
      <w:r>
        <w:t>abhi mein radio par sun raha tha, radio mein aata hai ek ek program jo khaas taur par auraton ka program hota hai, mard bhi is mein aate hain, lekin zyada tar auratein aati hain.</w:t>
      </w:r>
    </w:p>
    <w:p>
      <w:pPr>
        <w:jc w:val="right"/>
      </w:pPr>
      <w:r>
        <w:t>ابھی میں ریڈیو پر سن رہا تھا، ریڈیو میں آتا ہے ایک ایک پروگرام جو خاص طور پر عورتوں کا پروگرام ہوتا ہے، مرد بھی اس میں آتے ہیں، لیکن زیادہ تر عورتیں آتی ہیں۔</w:t>
      </w:r>
    </w:p>
    <w:p>
      <w:r>
        <w:rPr>
          <w:b/>
        </w:rPr>
        <w:t xml:space="preserve">[32:57] </w:t>
      </w:r>
      <w:r>
        <w:t>toh ek aurat ne saaf saaf keh diya is mein yeh baat ke jo log dekhne mein hanste hain, dil un ka ro raha hota hai.</w:t>
      </w:r>
    </w:p>
    <w:p>
      <w:pPr>
        <w:jc w:val="right"/>
      </w:pPr>
      <w:r>
        <w:t>تو ایک عورت نے صاف صاف کہہ دیا اس میں یہ بات کہ جو لوگ دیکھنے میں ہنستے ہیں، دل ان کا رو رہا ہوتا ہے۔</w:t>
      </w:r>
    </w:p>
    <w:p>
      <w:r>
        <w:rPr>
          <w:b/>
        </w:rPr>
        <w:t xml:space="preserve">[33:07] </w:t>
      </w:r>
      <w:r>
        <w:t>yeh hansi zahiri hansi hoti hai, dil ki khushi nahi hoti hai.</w:t>
      </w:r>
    </w:p>
    <w:p>
      <w:pPr>
        <w:jc w:val="right"/>
      </w:pPr>
      <w:r>
        <w:t>یہ ہنسی ظاہری ہنسی ہوتی ہے، دل کی خوشی نہیں ہوتی ہے۔</w:t>
      </w:r>
    </w:p>
    <w:p>
      <w:r>
        <w:rPr>
          <w:b/>
        </w:rPr>
        <w:t xml:space="preserve">[33:13] </w:t>
      </w:r>
      <w:r>
        <w:t>us ne kaha ke itne problem hain, itne problem hain, itne problem hain ke is ko hum over overcome kar nahi paate. jitna success, utni problem.</w:t>
      </w:r>
    </w:p>
    <w:p>
      <w:pPr>
        <w:jc w:val="right"/>
      </w:pPr>
      <w:r>
        <w:t>اس نے کہا کہ اتنے پرابلم ہیں، اتنے پرابلم ہیں، اتنے پرابلم ہیں کہ اس کو ہم اوور کر اوورکم کر نہیں پاتے۔ جتنا سکسیس، اتنی پرابلم۔</w:t>
      </w:r>
    </w:p>
    <w:p>
      <w:r>
        <w:rPr>
          <w:b/>
        </w:rPr>
        <w:t xml:space="preserve">[33:26] </w:t>
      </w:r>
      <w:r>
        <w:t>unhon ne bataya ke jitni success, utni problem. paisa aaya toh problem laya, political power aaya toh problem laya, ghar banaya hum ne toh problem laya.</w:t>
      </w:r>
    </w:p>
    <w:p>
      <w:pPr>
        <w:jc w:val="right"/>
      </w:pPr>
      <w:r>
        <w:t>انہوں نے بتایا کہ جتنی سکسیس، اتنی پرابلم۔ پیسہ آیا تو پرابلم لایا، پولیٹیکل پاور آیا تو پرابلم لایا، گھر بنایا ہم نے تو پرابلم لایا۔</w:t>
      </w:r>
    </w:p>
    <w:p>
      <w:r>
        <w:rPr>
          <w:b/>
        </w:rPr>
        <w:t xml:space="preserve">[33:37] </w:t>
      </w:r>
      <w:r>
        <w:t>har jagah problem, har jagah problem, har jagah problem.</w:t>
      </w:r>
    </w:p>
    <w:p>
      <w:pPr>
        <w:jc w:val="right"/>
      </w:pPr>
      <w:r>
        <w:t>ہر جگہ پرابلم، ہر جگہ پرابلم، ہر جگہ پرابلم۔</w:t>
      </w:r>
    </w:p>
    <w:p>
      <w:r>
        <w:rPr>
          <w:b/>
        </w:rPr>
        <w:t xml:space="preserve">[33:42] </w:t>
      </w:r>
      <w:r>
        <w:t>yeh indication is baat ka hai ke jo kuch hum chahte hain, woh paate kyun nahi? jo kuch hum chahte hain, woh paate kyun nahi?</w:t>
      </w:r>
    </w:p>
    <w:p>
      <w:pPr>
        <w:jc w:val="right"/>
      </w:pPr>
      <w:r>
        <w:t>یہ انڈیکیشن اس بات کا ہے کہ جو کچھ ہم چاہتے ہیں، وہ پاتے کیوں نہیں؟ جو کچھ ہم چاہتے ہیں، وہ پاتے کیوں نہیں؟</w:t>
      </w:r>
    </w:p>
    <w:p>
      <w:r>
        <w:rPr>
          <w:b/>
        </w:rPr>
        <w:t xml:space="preserve">[33:50] </w:t>
      </w:r>
      <w:r>
        <w:t>is liye ke khuda ke plan mein yeh hai hi nahi ke yahin aap pa lein is cheez ko. yahan toh sirf aap ko qualify karna hai, paane ki jagah toh post death period mein hai.</w:t>
      </w:r>
    </w:p>
    <w:p>
      <w:pPr>
        <w:jc w:val="right"/>
      </w:pPr>
      <w:r>
        <w:t>اس لیے کہ خدا کے پلان میں یہ ہے ہی نہیں کہ یہیں آپ پا لیں اس چیز کو۔ یہاں تو صرف آپ کو کوالیفائی کرنا ہے، پانے کی جگہ تو پوسٹ ڈیتھ پیریڈ میں ہے۔</w:t>
      </w:r>
    </w:p>
    <w:p>
      <w:r>
        <w:rPr>
          <w:b/>
        </w:rPr>
        <w:t xml:space="preserve">[34:05] </w:t>
      </w:r>
      <w:r>
        <w:t>to yeh jo maine sunaya aap ko,</w:t>
      </w:r>
    </w:p>
    <w:p>
      <w:pPr>
        <w:jc w:val="right"/>
      </w:pPr>
      <w:r>
        <w:t>تو یہ جو میں نے سنایا آپ کو،</w:t>
      </w:r>
    </w:p>
    <w:p>
      <w:r>
        <w:rPr>
          <w:b/>
        </w:rPr>
        <w:t xml:space="preserve">[34:10] </w:t>
      </w:r>
      <w:r>
        <w:t>yani quran mein chaudah sau saal pehle in advance yeh bata diya gaya tha ke ek waqt bada earthquake aayega,</w:t>
      </w:r>
    </w:p>
    <w:p>
      <w:pPr>
        <w:jc w:val="right"/>
      </w:pPr>
      <w:r>
        <w:t>یعنی قرآن میں چودہ سو سال پہلے ان ایڈوانس یہ بتا دیا گیا تھا کہ ایک وقت بڑا ارتھ کویک آئے گا،</w:t>
      </w:r>
    </w:p>
    <w:p>
      <w:r>
        <w:rPr>
          <w:b/>
        </w:rPr>
        <w:t xml:space="preserve">[34:25] </w:t>
      </w:r>
      <w:r>
        <w:t>bada earthquake, massive earthquake aayega. Sochiye ke yeh chaudah sau saal pehle yeh ayat quran mein thi.</w:t>
      </w:r>
    </w:p>
    <w:p>
      <w:pPr>
        <w:jc w:val="right"/>
      </w:pPr>
      <w:r>
        <w:t>بڑا ارتھ کویک، میسو ارتھ کویک آئے گا۔ سوچیے کہ یہ چودہ سو سال پہلے یہ آیت قرآن میں تھی۔</w:t>
      </w:r>
    </w:p>
    <w:p>
      <w:r>
        <w:rPr>
          <w:b/>
        </w:rPr>
        <w:t xml:space="preserve">[34:36] </w:t>
      </w:r>
      <w:r>
        <w:t>ab science keh rahi hai ke woh aisi earthquake bohat qareeb aa chuka, bohat qareeb aa chuka.</w:t>
      </w:r>
    </w:p>
    <w:p>
      <w:pPr>
        <w:jc w:val="right"/>
      </w:pPr>
      <w:r>
        <w:t>اب سائنس کہہ رہی ہے کہ وہ ایسی ارتھ کویک بہت قریب آ چکا، بہت قریب آ چکا۔</w:t>
      </w:r>
    </w:p>
    <w:p>
      <w:r>
        <w:rPr>
          <w:b/>
        </w:rPr>
        <w:t xml:space="preserve">[34:46] </w:t>
      </w:r>
      <w:r>
        <w:t>to ab aakhri waqt aa gaya hai, bilkul aakhri waqt ke hum sochein. Is sochne ka waqt abhi baqi hai, abhi hum soch sakte hain.</w:t>
      </w:r>
    </w:p>
    <w:p>
      <w:pPr>
        <w:jc w:val="right"/>
      </w:pPr>
      <w:r>
        <w:t>تو اب آخری وقت آ گیا ہے، بالکل آخری وقت کہ ہم سوچیں۔ اس سوچنے کا وقت ابھی باقی ہے، ابھی ہم سوچ سکتے ہیں۔</w:t>
      </w:r>
    </w:p>
    <w:p>
      <w:r>
        <w:rPr>
          <w:b/>
        </w:rPr>
        <w:t xml:space="preserve">[34:56] </w:t>
      </w:r>
      <w:r>
        <w:t>ek waqt aayega jab ke hum soch bhi nahi payenge, soch bhi nahi payenge.</w:t>
      </w:r>
    </w:p>
    <w:p>
      <w:pPr>
        <w:jc w:val="right"/>
      </w:pPr>
      <w:r>
        <w:t>ایک وقت آئے گا جب کہ ہم سوچ بھی نہیں پائیں گے، سوچ بھی نہیں پائیں گے۔</w:t>
      </w:r>
    </w:p>
    <w:p>
      <w:r>
        <w:rPr>
          <w:b/>
        </w:rPr>
        <w:t xml:space="preserve">[35:03] </w:t>
      </w:r>
      <w:r>
        <w:t>hadees mein aata hai ke aaj jo tum jis duniya mein ho, wahan par amal hai lekin hisab nahi hai.</w:t>
      </w:r>
    </w:p>
    <w:p>
      <w:pPr>
        <w:jc w:val="right"/>
      </w:pPr>
      <w:r>
        <w:t>حدیث میں آتا ہے کہ آج جو تم جس دنیا میں ہو، وہاں پر عمل ہے لیکن حساب نہیں ہے۔</w:t>
      </w:r>
    </w:p>
    <w:p>
      <w:r>
        <w:rPr>
          <w:b/>
        </w:rPr>
        <w:t xml:space="preserve">[35:13] </w:t>
      </w:r>
      <w:r>
        <w:t>kal to woh kis duniya mein ho gaye jahan hisab hoga magar amal nahi hoga. Yani aaj karne ka mauqa hai, abhi pakar nahi ho rahi hai.</w:t>
      </w:r>
    </w:p>
    <w:p>
      <w:pPr>
        <w:jc w:val="right"/>
      </w:pPr>
      <w:r>
        <w:t>کل تو وہ کس دنیا میں ہو گئے جہاں حساب ہوگا مگر عمل نہیں ہوگا۔ یعنی آج کرنے کا موقع ہے، ابھی پکڑ نہیں ہو رہی ہے۔</w:t>
      </w:r>
    </w:p>
    <w:p>
      <w:r>
        <w:rPr>
          <w:b/>
        </w:rPr>
        <w:t xml:space="preserve">[35:27] </w:t>
      </w:r>
      <w:r>
        <w:t>hadees ka matlab yeh hai ke aaj tumhare paas karne ka mauqa hai lekin pakar nahi ho rahi hai.</w:t>
      </w:r>
    </w:p>
    <w:p>
      <w:pPr>
        <w:jc w:val="right"/>
      </w:pPr>
      <w:r>
        <w:t>حدیث کا مطلب یہ ہے کہ آج تمہارے پاس کرنے کا موقع ہے لیکن پکڑ نہیں ہو رہی ہے۔</w:t>
      </w:r>
    </w:p>
    <w:p>
      <w:r>
        <w:rPr>
          <w:b/>
        </w:rPr>
        <w:t xml:space="preserve">[35:33] </w:t>
      </w:r>
      <w:r>
        <w:t>kal woh din aayega jab pakar ho jayegi to phir karne ka mauqa khatam ho jayega.</w:t>
      </w:r>
    </w:p>
    <w:p>
      <w:pPr>
        <w:jc w:val="right"/>
      </w:pPr>
      <w:r>
        <w:t>کل وہ دن آئے گا جب پکڑ ہو جائے گی تو پھر کرنے کا موقع ختم ہو جائے گا۔</w:t>
      </w:r>
    </w:p>
    <w:p>
      <w:r>
        <w:rPr>
          <w:b/>
        </w:rPr>
        <w:t xml:space="preserve">[35:40] </w:t>
      </w:r>
      <w:r>
        <w:t>jab pakar wala din aa jaye to phir amal ka mauqa hi khatam ho jata hai, phir kuch kar nahi sakte aap. Phir to hisab dena hai.</w:t>
      </w:r>
    </w:p>
    <w:p>
      <w:pPr>
        <w:jc w:val="right"/>
      </w:pPr>
      <w:r>
        <w:t>جب پکڑ والا دن آ جائے تو پھر عمل کا موقع ہی ختم ہو جاتا ہے، پھر کچھ کر نہیں سکتے آپ۔ پھر تو حساب دینا ہے۔</w:t>
      </w:r>
    </w:p>
    <w:p>
      <w:r>
        <w:rPr>
          <w:b/>
        </w:rPr>
        <w:t xml:space="preserve">[35:53] </w:t>
      </w:r>
      <w:r>
        <w:t>hadees mein aata hai ke qayamat mein insan ke qadam aage nahi badhenge.</w:t>
      </w:r>
    </w:p>
    <w:p>
      <w:pPr>
        <w:jc w:val="right"/>
      </w:pPr>
      <w:r>
        <w:t>حدیث میں آتا ہے کہ قیامت میں انسان کے قدم آگے نہیں بڑھیں گے۔</w:t>
      </w:r>
    </w:p>
    <w:p>
      <w:r>
        <w:rPr>
          <w:b/>
        </w:rPr>
        <w:t xml:space="preserve">[36:02] </w:t>
      </w:r>
      <w:r>
        <w:t>yani Khuda ke samne woh pesh kiya jayega to insan ke qadam aage nahi badhenge jab tak woh chaar baaton ka jawab na de le. Chaar baaton ka jawab na de le:</w:t>
      </w:r>
    </w:p>
    <w:p>
      <w:pPr>
        <w:jc w:val="right"/>
      </w:pPr>
      <w:r>
        <w:t>یعنی خدا کے سامنے وہ پیش کیا جائے گا تو انسان کے قدم آگے نہیں بڑھیں گے جب تک وہ چار باتوں کا جواب نہ دے لے۔ چار باتوں کا جواب نہ دے لے:</w:t>
      </w:r>
    </w:p>
    <w:p>
      <w:r>
        <w:rPr>
          <w:b/>
        </w:rPr>
        <w:t xml:space="preserve">[36:16] </w:t>
      </w:r>
      <w:r>
        <w:t>number ek, Khuda ki di hui daulat ko kahan kharch kiya?</w:t>
      </w:r>
    </w:p>
    <w:p>
      <w:pPr>
        <w:jc w:val="right"/>
      </w:pPr>
      <w:r>
        <w:t>نمبر ایک، خدا کی دی ہوئی دولت کو کہاں خرچ کیا؟</w:t>
      </w:r>
    </w:p>
    <w:p>
      <w:r>
        <w:rPr>
          <w:b/>
        </w:rPr>
        <w:t xml:space="preserve">[36:26] </w:t>
      </w:r>
      <w:r>
        <w:t>jo paisa kamaya, woh kahan se kamaya aur kharch kiya to kahan kharch kiya?</w:t>
      </w:r>
    </w:p>
    <w:p>
      <w:pPr>
        <w:jc w:val="right"/>
      </w:pPr>
      <w:r>
        <w:t>جو پیسہ کمایا، وہ کہاں سے کمایا اور خرچ کیا تو کہاں خرچ کیا؟</w:t>
      </w:r>
    </w:p>
    <w:p>
      <w:r>
        <w:rPr>
          <w:b/>
        </w:rPr>
        <w:t xml:space="preserve">[36:32] </w:t>
      </w:r>
      <w:r>
        <w:t>to paise ke bare mein sawal hoga aur yeh jawani jo mili hai, youth age, is ke bare mein sawal hoga ke tumhein Khuda ne jawani di to tum ne jawani ko kahan istemal kiya?</w:t>
      </w:r>
    </w:p>
    <w:p>
      <w:pPr>
        <w:jc w:val="right"/>
      </w:pPr>
      <w:r>
        <w:t>تو پیسے کے بارے میں سوال ہوگا اور یہ جوانی جو ملی ہے، یوتھ ایج، اس کے بارے میں سوال ہوگا کہ تمہیں خدا نے جوانی دی تو تم نے جوانی کو کہاں استعمال کیا؟</w:t>
      </w:r>
    </w:p>
    <w:p>
      <w:r>
        <w:rPr>
          <w:b/>
        </w:rPr>
        <w:t xml:space="preserve">[36:45] </w:t>
      </w:r>
      <w:r>
        <w:t>main samajhta hoon ke yeh yeh do sab se bari nematein hain insan ke paas: youth age aur money.</w:t>
      </w:r>
    </w:p>
    <w:p>
      <w:pPr>
        <w:jc w:val="right"/>
      </w:pPr>
      <w:r>
        <w:t>میں سمجھتا ہوں کہ یہ یہ دو سب سے بڑی نعمتیں ہیں انسان کے پاس: یوتھ ایج اور منی۔</w:t>
      </w:r>
    </w:p>
    <w:p>
      <w:r>
        <w:rPr>
          <w:b/>
        </w:rPr>
        <w:t xml:space="preserve">[36:56] </w:t>
      </w:r>
      <w:r>
        <w:t>youth age aur money, in dono ke bare mein bohat zabardast pakar hogi ke tum ko Khuda ne jawani di to kahan kharch kiya? Tum ne kahan istemal kiya?</w:t>
      </w:r>
    </w:p>
    <w:p>
      <w:pPr>
        <w:jc w:val="right"/>
      </w:pPr>
      <w:r>
        <w:t>یوتھ ایج اور منی، ان دونوں کے بارے میں بہت زبردست پکڑ ہوگی کہ تم کو خدا نے جوانی دی تو کہاں خرچ کیا؟ تم نے کہاں استعمال کیا؟</w:t>
      </w:r>
    </w:p>
    <w:p>
      <w:r>
        <w:rPr>
          <w:b/>
        </w:rPr>
        <w:t xml:space="preserve">[37:07] </w:t>
      </w:r>
      <w:r>
        <w:t>yani Khuda ke bataye hue tareeqe par ya apne tareeqe par?</w:t>
      </w:r>
    </w:p>
    <w:p>
      <w:pPr>
        <w:jc w:val="right"/>
      </w:pPr>
      <w:r>
        <w:t>یعنی خدا کے بتائے ہوئے طریقے پر یا اپنے طریقے پر؟</w:t>
      </w:r>
    </w:p>
    <w:p>
      <w:r>
        <w:rPr>
          <w:b/>
        </w:rPr>
        <w:t xml:space="preserve">[37:14] </w:t>
      </w:r>
      <w:r>
        <w:t>aur jo money mila tum ko, woh woh kahan kharch kiya?</w:t>
      </w:r>
    </w:p>
    <w:p>
      <w:pPr>
        <w:jc w:val="right"/>
      </w:pPr>
      <w:r>
        <w:t>اور جو منی ملا تم کو، وہ وہ کہاں خرچ کیا؟</w:t>
      </w:r>
    </w:p>
    <w:p>
      <w:r>
        <w:rPr>
          <w:b/>
        </w:rPr>
        <w:t xml:space="preserve">[37:20] </w:t>
      </w:r>
      <w:r>
        <w:t>to is mamle mein jo kuch maine padha hai, is se maine samjha hoon ke zindagi ke sirf do tareeqe hain, sirf do tareeqe hain</w:t>
      </w:r>
    </w:p>
    <w:p>
      <w:pPr>
        <w:jc w:val="right"/>
      </w:pPr>
      <w:r>
        <w:t>تو اس معاملے میں جو کچھ میں نے پڑھا ہے، اس سے میں نے سمجھا ہوں کہ زندگی کے صرف دو طریقے ہیں، صرف دو طریقے ہیں</w:t>
      </w:r>
    </w:p>
    <w:p>
      <w:r>
        <w:rPr>
          <w:b/>
        </w:rPr>
        <w:t xml:space="preserve">[37:29] </w:t>
      </w:r>
      <w:r>
        <w:t>: ek hai self oriented life, ek hai god oriented life. Bas yeh do tareeqe hain:</w:t>
      </w:r>
    </w:p>
    <w:p>
      <w:pPr>
        <w:jc w:val="right"/>
      </w:pPr>
      <w:r>
        <w:t>: ایک ہے سیلف اورینٹڈ لائف، ایک ہے گاڈ اورینٹڈ لائف۔ بس یہ دو طریقے ہیں:</w:t>
      </w:r>
    </w:p>
    <w:p>
      <w:r>
        <w:rPr>
          <w:b/>
        </w:rPr>
        <w:t xml:space="preserve">[37:42] </w:t>
      </w:r>
      <w:r>
        <w:t>self oriented life aur god oriented life. Yani ek shakal yeh hai ke aap apni desire par chalein, apni khwahishon par chalein, apne whim par chalein,</w:t>
      </w:r>
    </w:p>
    <w:p>
      <w:pPr>
        <w:jc w:val="right"/>
      </w:pPr>
      <w:r>
        <w:t>سیلف اورینٹڈ لائف اور گاڈ اورینٹڈ لائف۔ یعنی ایک شکل یہ ہے کہ آپ اپنی ڈیزائر پر چلیں، اپنی خواہشوں پر چلیں، اپنے وم پر چلیں،</w:t>
      </w:r>
    </w:p>
    <w:p>
      <w:r>
        <w:rPr>
          <w:b/>
        </w:rPr>
        <w:t xml:space="preserve">[37:57] </w:t>
      </w:r>
      <w:r>
        <w:t>apne sentiment par chalein.</w:t>
      </w:r>
    </w:p>
    <w:p>
      <w:pPr>
        <w:jc w:val="right"/>
      </w:pPr>
      <w:r>
        <w:t>اپنے سینٹیمنٹ پر چلیں۔</w:t>
      </w:r>
    </w:p>
    <w:p>
      <w:r>
        <w:rPr>
          <w:b/>
        </w:rPr>
        <w:t xml:space="preserve">[37:59] </w:t>
      </w:r>
      <w:r>
        <w:t>ek tareeqa yeh hai jis ko main keh raha hoon ke self oriented life. Doosra hai god oriented life, yani aap apne paida karne wale ko jaane,</w:t>
      </w:r>
    </w:p>
    <w:p>
      <w:pPr>
        <w:jc w:val="right"/>
      </w:pPr>
      <w:r>
        <w:t>ایک طریقہ یہ ہے جس کو میں کہہ رہا ہوں کہ سیلف اورینٹڈ لائف۔ دوسرا ہے گاڈ اورینٹڈ لائف، یعنی آپ اپنے پیدا کرنے والے کو جانیں،</w:t>
      </w:r>
    </w:p>
    <w:p>
      <w:r>
        <w:rPr>
          <w:b/>
        </w:rPr>
        <w:t xml:space="preserve">[38:14] </w:t>
      </w:r>
      <w:r>
        <w:t>is ke hukumon ko samjhein, is ne jo line di hai, us line par chalen.</w:t>
      </w:r>
    </w:p>
    <w:p>
      <w:pPr>
        <w:jc w:val="right"/>
      </w:pPr>
      <w:r>
        <w:t>اس کے حکموں کو سمجھیں، اس نے جو لائن دی ہے، اس لائن پر چلیں۔</w:t>
      </w:r>
    </w:p>
    <w:p>
      <w:r>
        <w:rPr>
          <w:b/>
        </w:rPr>
        <w:t xml:space="preserve">[38:23] </w:t>
      </w:r>
      <w:r>
        <w:t>to yeh hai gaud oriented life.</w:t>
      </w:r>
    </w:p>
    <w:p>
      <w:pPr>
        <w:jc w:val="right"/>
      </w:pPr>
      <w:r>
        <w:t>تو یہ ہے گاڈ اورینٹڈ لائف۔</w:t>
      </w:r>
    </w:p>
    <w:p>
      <w:r>
        <w:rPr>
          <w:b/>
        </w:rPr>
        <w:t xml:space="preserve">[38:26] </w:t>
      </w:r>
      <w:r>
        <w:t>to agar ek lafz mein kaha jaye ke hell mein kaun jayega aur paradise mein kaun jayega, to hum keh sakte hain ke hell mein woh log jayenge jo is dunya mein self oriented life ko follow kiya jinhone.</w:t>
      </w:r>
    </w:p>
    <w:p>
      <w:pPr>
        <w:jc w:val="right"/>
      </w:pPr>
      <w:r>
        <w:t>تو اگر ایک لفظ میں کہا جائے کہ ہیل میں کون جائے گا اور پیراڈائز میں کون جائے گا، تو ہم کہہ سکتے ہیں کہ ہیل میں وہ لوگ جائیں گے جو اس دنیا میں سیلف اورینٹڈ لائف کو فالو کیا جنہوں نے۔</w:t>
      </w:r>
    </w:p>
    <w:p>
      <w:r>
        <w:rPr>
          <w:b/>
        </w:rPr>
        <w:t xml:space="preserve">[38:44] </w:t>
      </w:r>
      <w:r>
        <w:t>yani hell mein woh log jayenge jinhone self oriented life ko follow kiya aur paradise mein woh log jayenge jinhone is dunya mein gaud oriented life ko follow kiya.</w:t>
      </w:r>
    </w:p>
    <w:p>
      <w:pPr>
        <w:jc w:val="right"/>
      </w:pPr>
      <w:r>
        <w:t>یعنی ہیل میں وہ لوگ جائیں گے جنہوں نے سیلف اورینٹڈ لائف کو فالو کیا اور پیراڈائز میں وہ لوگ جائیں گے جنہوں نے اس دنیا میں گاڈ اورینٹڈ لائف کو فالو کیا۔</w:t>
      </w:r>
    </w:p>
    <w:p>
      <w:r>
        <w:rPr>
          <w:b/>
        </w:rPr>
        <w:t xml:space="preserve">[39:00] </w:t>
      </w:r>
      <w:r>
        <w:t>ek yani do lafzon mein mein samajhta hoon ke yeh sari baat aa gayi</w:t>
      </w:r>
    </w:p>
    <w:p>
      <w:pPr>
        <w:jc w:val="right"/>
      </w:pPr>
      <w:r>
        <w:t>ایک یعنی دو शब्दوں میں میں سمجھتا ہوں کہ یہ ساری بات آ گئی</w:t>
      </w:r>
    </w:p>
    <w:p>
      <w:r>
        <w:rPr>
          <w:b/>
        </w:rPr>
        <w:t xml:space="preserve">[39:07] </w:t>
      </w:r>
      <w:r>
        <w:t>ke self oriented life le jayegi aadmi ko hell mein, eternal hell mein, aur gaud oriented life le jayegi aadmi ko eternal paradise mein.</w:t>
      </w:r>
    </w:p>
    <w:p>
      <w:pPr>
        <w:jc w:val="right"/>
      </w:pPr>
      <w:r>
        <w:t>کہ سیلف اورینٹڈ لائف لے جائے گی آدمی کو ہیل میں، ایٹرنل ہیل میں، اور گاڈ اورینٹڈ لائف لے جائے گی آدمی کو ایٹرنل پیراڈائز میں۔</w:t>
      </w:r>
    </w:p>
    <w:p>
      <w:r>
        <w:rPr>
          <w:b/>
        </w:rPr>
        <w:t xml:space="preserve">[39:24] </w:t>
      </w:r>
      <w:r>
        <w:t>isi mein sari baat aa gayi</w:t>
      </w:r>
    </w:p>
    <w:p>
      <w:pPr>
        <w:jc w:val="right"/>
      </w:pPr>
      <w:r>
        <w:t>اسی میں ساری بات آ گئی</w:t>
      </w:r>
    </w:p>
    <w:p>
      <w:r>
        <w:rPr>
          <w:b/>
        </w:rPr>
        <w:t xml:space="preserve">[39:28] </w:t>
      </w:r>
      <w:r>
        <w:t>aur quran mein bataya gaya hai ke aadmi ka jo conscious hai, woh khud har waqt batata rehta hai. is ko</w:t>
      </w:r>
    </w:p>
    <w:p>
      <w:pPr>
        <w:jc w:val="right"/>
      </w:pPr>
      <w:r>
        <w:t>اور قرآن میں بتایا گیا ہے کہ آدمی کا جو کانشیس ہے، وہ خود ہر وقت بتاتا رہتا ہے۔ اس کو</w:t>
      </w:r>
    </w:p>
    <w:p>
      <w:r>
        <w:rPr>
          <w:b/>
        </w:rPr>
        <w:t xml:space="preserve">[39:37] </w:t>
      </w:r>
      <w:r>
        <w:t>ek to prophet batate hain, khudai kitab batati hai, aur aadmi ke andar, is ke nature mein, is ke conscious mein sari baat rakh di gayi hai.</w:t>
      </w:r>
    </w:p>
    <w:p>
      <w:pPr>
        <w:jc w:val="right"/>
      </w:pPr>
      <w:r>
        <w:t>ایک تو پرافٹ بتاتے ہیں، خدائی کتاب بتاتی ہے، اور آدمی کے اندر، اس کے نیچر میں، اس کے کانشیس میں ساری بات رکھ دی گئی ہے۔</w:t>
      </w:r>
    </w:p>
    <w:p>
      <w:r>
        <w:rPr>
          <w:b/>
        </w:rPr>
        <w:t xml:space="preserve">[39:51] </w:t>
      </w:r>
      <w:r>
        <w:t>ek insan aaya rasool Allah ke paas, us ne kaha ke mein aap ke deen ko iman lana chahta hoon, mujhe bataiye ke mein kya karoon?</w:t>
      </w:r>
    </w:p>
    <w:p>
      <w:pPr>
        <w:jc w:val="right"/>
      </w:pPr>
      <w:r>
        <w:t>ایک انسان آیا رسول اللہ کے پاس، اس نے کہا کہ میں آپ کے دین کو ایمان لانا چاہتا ہوں، مجھے بتائیے کہ میں کیا کروں؟</w:t>
      </w:r>
    </w:p>
    <w:p>
      <w:r>
        <w:rPr>
          <w:b/>
        </w:rPr>
        <w:t xml:space="preserve">[40:05] </w:t>
      </w:r>
      <w:r>
        <w:t>to us ne aap ne kaha ke is ko aap ke sath jo ek senior sahabi the, aap ke Hazrat Ali, un ke sath kar diya ke jao, un ke sath raho, yeh tum ko deen sikhainge.</w:t>
      </w:r>
    </w:p>
    <w:p>
      <w:pPr>
        <w:jc w:val="right"/>
      </w:pPr>
      <w:r>
        <w:t>تو اس نے آپ نے کہا کہ اس کو آپ کے ساتھ جو ایک سینئر صحابی تھے، آپ کے حضرت علی، ان کے ساتھ کر دیا کہ جاؤ، ان کے ساتھ رہو، یہ تم کو دین سکھائیں گے۔</w:t>
      </w:r>
    </w:p>
    <w:p>
      <w:r>
        <w:rPr>
          <w:b/>
        </w:rPr>
        <w:t xml:space="preserve">[40:21] </w:t>
      </w:r>
      <w:r>
        <w:t>to chand din ke baad woh aadmi dikhai nahi diya.</w:t>
      </w:r>
    </w:p>
    <w:p>
      <w:pPr>
        <w:jc w:val="right"/>
      </w:pPr>
      <w:r>
        <w:t>تو چند دن کے بعد وہ آدمی دکھائی نہیں دیا۔</w:t>
      </w:r>
    </w:p>
    <w:p>
      <w:r>
        <w:rPr>
          <w:b/>
        </w:rPr>
        <w:t xml:space="preserve">[40:28] </w:t>
      </w:r>
      <w:r>
        <w:t>to aap ne poocha ke woh aadmi dikhai nahi de raha hai, woh kahan chala gaya?</w:t>
      </w:r>
    </w:p>
    <w:p>
      <w:pPr>
        <w:jc w:val="right"/>
      </w:pPr>
      <w:r>
        <w:t>تو آپ نے پوچھا کہ وہ آدمی دکھائی نہیں دے رہا ہے، وہ کہاں چلا گیا؟</w:t>
      </w:r>
    </w:p>
    <w:p>
      <w:r>
        <w:rPr>
          <w:b/>
        </w:rPr>
        <w:t xml:space="preserve">[40:33] </w:t>
      </w:r>
      <w:r>
        <w:t>Hazrat Ali ne kaha ke mujhe bhi nahi pata, mujhe bhi bataya nahi. us ne bad do char din raha, us par chala gaya. woh to phir aap ne logon se kaha ke kahin mile to le aao is aadmi ko.</w:t>
      </w:r>
    </w:p>
    <w:p>
      <w:pPr>
        <w:jc w:val="right"/>
      </w:pPr>
      <w:r>
        <w:t>حضرت علی نے کہا کہ مجھے بھی نہیں پتا، مجھے بھی بتایا نہیں۔ اس نے بد دو چار دن رہا، اس پر چلا گیا۔ وہ تو پھر آپ نے لوگوں سے کہا کہ کہیں ملے تو لے آؤ اس آدمی کو۔</w:t>
      </w:r>
    </w:p>
    <w:p>
      <w:r>
        <w:rPr>
          <w:b/>
        </w:rPr>
        <w:t xml:space="preserve">[40:49] </w:t>
      </w:r>
      <w:r>
        <w:t>to kisi ko mil gaya woh aadmi, to woh le aaye. to aap ne kaha ke tum ko mein ne kaha tha ke Ali ke sath raho aur deen seekho, to tum kahan chale gaye?</w:t>
      </w:r>
    </w:p>
    <w:p>
      <w:pPr>
        <w:jc w:val="right"/>
      </w:pPr>
      <w:r>
        <w:t>تو کسی کو مل گیا وہ آدمی، تو وہ لے آئے۔ تو آپ نے کہا کہ تم کو میں نے کہا تھا کہ علی کے ساتھ رہو اور دین سیکھو، تو تم کہاں چلے گئے؟</w:t>
      </w:r>
    </w:p>
    <w:p>
      <w:r>
        <w:rPr>
          <w:b/>
        </w:rPr>
        <w:t xml:space="preserve">[41:03] </w:t>
      </w:r>
      <w:r>
        <w:t>us ne kaha mein ne seekh liya, jab seekh liya to mein chala gaya.</w:t>
      </w:r>
    </w:p>
    <w:p>
      <w:pPr>
        <w:jc w:val="right"/>
      </w:pPr>
      <w:r>
        <w:t>اس نے کہا میں نے سیکھ لیا، جب سیکھ لیا تو میں چلا گیا۔</w:t>
      </w:r>
    </w:p>
    <w:p>
      <w:r>
        <w:rPr>
          <w:b/>
        </w:rPr>
        <w:t xml:space="preserve">[41:08] </w:t>
      </w:r>
      <w:r>
        <w:t>to aap ne kahin seekh liya?</w:t>
      </w:r>
    </w:p>
    <w:p>
      <w:pPr>
        <w:jc w:val="right"/>
      </w:pPr>
      <w:r>
        <w:t>تو آپ نے کہیں سیکھ لیا؟</w:t>
      </w:r>
    </w:p>
    <w:p>
      <w:r>
        <w:rPr>
          <w:b/>
        </w:rPr>
        <w:t xml:space="preserve">[41:11] </w:t>
      </w:r>
      <w:r>
        <w:t>us ne kaha ke us ne kaha ke</w:t>
      </w:r>
    </w:p>
    <w:p>
      <w:pPr>
        <w:jc w:val="right"/>
      </w:pPr>
      <w:r>
        <w:t>اس نے کہا کہ اس نے کہا کہ</w:t>
      </w:r>
    </w:p>
    <w:p>
      <w:r>
        <w:rPr>
          <w:b/>
        </w:rPr>
        <w:t xml:space="preserve">[41:15] </w:t>
      </w:r>
      <w:r>
        <w:t>ali ne mujh ko yeh surah sikhai, yeh jo mein ne parha aap ke samne:</w:t>
      </w:r>
    </w:p>
    <w:p>
      <w:pPr>
        <w:jc w:val="right"/>
      </w:pPr>
      <w:r>
        <w:t>علی نے مجھ کو یہ سورہ سکھائی، یہ جو میں نے پڑھا آپ کے سامنے:</w:t>
      </w:r>
    </w:p>
    <w:p>
      <w:r>
        <w:rPr>
          <w:b/>
        </w:rPr>
        <w:t xml:space="preserve">[41:34] </w:t>
      </w:r>
      <w:r>
        <w:t>ab is mein dekhein, yeh ayat aati hai ke</w:t>
      </w:r>
    </w:p>
    <w:p>
      <w:pPr>
        <w:jc w:val="right"/>
      </w:pPr>
      <w:r>
        <w:t>اب اس میں دیکھیں، یہ آیت آتی ہے کہ</w:t>
      </w:r>
    </w:p>
    <w:p>
      <w:r>
        <w:rPr>
          <w:b/>
        </w:rPr>
        <w:t xml:space="preserve">[41:43] </w:t>
      </w:r>
      <w:r>
        <w:t>yani jab woh earthquake aayega, jab yeh dunya khatam hogi, ek nayi dunya banegi, to wahan par kya hoga? logon ke ne is dunya mein jo kiya, jo un ka record hai, woh wahan par laya jayega, samne,</w:t>
      </w:r>
    </w:p>
    <w:p>
      <w:pPr>
        <w:jc w:val="right"/>
      </w:pPr>
      <w:r>
        <w:t>یعنی جب وہ ارتھ کویک آئے گا، جب یہ دنیا ختم ہوگی، ایک نئی دنیا بنے گی، تو وہاں پر کیا ہوگا؟ لوگوں کے نے اس دنیا میں جو کیا، جو ان کا ریکارڈ ہے، وہ وہاں پر لایا جائے گا، سامنے،</w:t>
      </w:r>
    </w:p>
    <w:p>
      <w:r>
        <w:rPr>
          <w:b/>
        </w:rPr>
        <w:t xml:space="preserve">[42:00] </w:t>
      </w:r>
      <w:r>
        <w:t>woh samne laya jayega.</w:t>
      </w:r>
    </w:p>
    <w:p>
      <w:pPr>
        <w:jc w:val="right"/>
      </w:pPr>
      <w:r>
        <w:t>وہ سامنے لایا جائے گا۔</w:t>
      </w:r>
    </w:p>
    <w:p>
      <w:r>
        <w:rPr>
          <w:b/>
        </w:rPr>
        <w:t xml:space="preserve">[42:04] </w:t>
      </w:r>
      <w:r>
        <w:t>to is mein hai ke jis ne ek zarre ke barabar acha kaam kiya ho, to woh bhi wahan us ke samne aa jayega, aur jis ne ek zarre ke barabar bura kaam kiya ho, to woh bhi us ke samne aa jayega.</w:t>
      </w:r>
    </w:p>
    <w:p>
      <w:pPr>
        <w:jc w:val="right"/>
      </w:pPr>
      <w:r>
        <w:t>تو اس میں ہے کہ جس نے ایک ذرے کے برابر اچھا کام کیا ہو، تو وہ بھی وہاں اس کے سامنے آ جائے گا، اور جس نے ایک ذرے کے برابر برا کام کیا ہو، تو وہ بھی اس کے سامنے آ جائے گا۔</w:t>
      </w:r>
    </w:p>
    <w:p>
      <w:r>
        <w:rPr>
          <w:b/>
        </w:rPr>
        <w:t xml:space="preserve">[42:20] </w:t>
      </w:r>
      <w:r>
        <w:t>to us ne kaha ke jab mein koi kaam karta hoon, maslan bolna hai, kuch karna hai, to mera jo conscious hai, woh bata deta hai ke acha kaam hai ya bura kaam hai.</w:t>
      </w:r>
    </w:p>
    <w:p>
      <w:pPr>
        <w:jc w:val="right"/>
      </w:pPr>
      <w:r>
        <w:t>تو اس نے کہا کہ جب میں کوئی کام کرتا ہوں، مثلاً بولنا ہے، کچھ کرنا ہے، تو میرا جو کانشیس ہے، وہ بتا دیتا ہے کہ اچھا کام ہے یا برا کام ہے۔</w:t>
      </w:r>
    </w:p>
    <w:p>
      <w:r>
        <w:rPr>
          <w:b/>
        </w:rPr>
        <w:t xml:space="preserve">[42:34] </w:t>
      </w:r>
      <w:r>
        <w:t>maslan negative thought bura hai, positive thinking achi hai. kisi ko kisi ke liye useful banna acha hai, kisi ko harm pahunchana bura hai.</w:t>
      </w:r>
    </w:p>
    <w:p>
      <w:pPr>
        <w:jc w:val="right"/>
      </w:pPr>
      <w:r>
        <w:t>مثلاً نیگیٹیو تھاٹ برا ہے، پازیٹیو تھنکنگ اچھی ہے۔ کسی کو کسی کے لیے یوزفل بننا اچھا ہے، کسی کو ہارم پہنچانا برا ہے۔</w:t>
      </w:r>
    </w:p>
    <w:p>
      <w:r>
        <w:rPr>
          <w:b/>
        </w:rPr>
        <w:t xml:space="preserve">[42:48] </w:t>
      </w:r>
      <w:r>
        <w:t>sach bolna acha hai, jhoot bolna bura hai. yeh mera conscious batata rehta hai, conscious. to mein har mauqe par apne conscious ko follow karta hoon.</w:t>
      </w:r>
    </w:p>
    <w:p>
      <w:pPr>
        <w:jc w:val="right"/>
      </w:pPr>
      <w:r>
        <w:t>سچ بولنا اچھا ہے، جھوٹ بولنا برا ہے۔ یہ میرا کانشیس بتاتا رہتا ہے، کانشیس۔ تو میں ہر موقع پر اپنے کانشیس کو فالو کرتا ہوں۔</w:t>
      </w:r>
    </w:p>
    <w:p>
      <w:r>
        <w:rPr>
          <w:b/>
        </w:rPr>
        <w:t xml:space="preserve">[42:59] </w:t>
      </w:r>
      <w:r>
        <w:t>to ek hi surah jo hai, ek hi chapter jo hai quran ka, us ko us mein guidance mil gayi, isi mein guidance mil gayi.</w:t>
      </w:r>
    </w:p>
    <w:p>
      <w:pPr>
        <w:jc w:val="right"/>
      </w:pPr>
      <w:r>
        <w:t>تو ایک ہی سورہ جو ہے، ایک ہی چیپٹر جو ہے قرآن کا، اس کو اس میں گائیڈنس مل گئی، اسی میں گائیڈنس مل گئی۔</w:t>
      </w:r>
    </w:p>
    <w:p>
      <w:r>
        <w:rPr>
          <w:b/>
        </w:rPr>
        <w:t xml:space="preserve">[43:08] </w:t>
      </w:r>
      <w:r>
        <w:t>is surah se us ne ek taraf yeh jana ke yeh dunya eternal nahi hai, yahan par hum marenge, pachaas, 60, 60, 70 saal ke baad mar jayenge.</w:t>
      </w:r>
    </w:p>
    <w:p>
      <w:pPr>
        <w:jc w:val="right"/>
      </w:pPr>
      <w:r>
        <w:t>اس سورہ سے اس نے ایک طرف یہ جانا کہ یہ دنیا ایٹرنل نہیں ہے، یہاں پر ہم مریں گے، پچاس، 60، 60، 70 سال کے بعد مر جائیں گے۔</w:t>
      </w:r>
    </w:p>
    <w:p>
      <w:r>
        <w:rPr>
          <w:b/>
        </w:rPr>
        <w:t xml:space="preserve">[43:19] </w:t>
      </w:r>
      <w:r>
        <w:t>is ke baad hamein ek aur duniya mein jaana hai, eternal life wahan hogi. to yahan par hamein kya karna hai?</w:t>
      </w:r>
    </w:p>
    <w:p>
      <w:pPr>
        <w:jc w:val="right"/>
      </w:pPr>
      <w:r>
        <w:t>اس کے بعد ہمیں ایک اور دنیا میں جانا ہے، ایٹرنل لائف وہاں ہوگی۔ تو یہاں پر ہمیں کیا کرنا ہے؟</w:t>
      </w:r>
    </w:p>
    <w:p>
      <w:r>
        <w:rPr>
          <w:b/>
        </w:rPr>
        <w:t xml:space="preserve">[43:28] </w:t>
      </w:r>
      <w:r>
        <w:t>apne consciousness ko follow karein, Khuda ki guidance ko follow karein. is ka nateeja kya hoga? ke wahan hum paradise mein jagah payenge.</w:t>
      </w:r>
    </w:p>
    <w:p>
      <w:pPr>
        <w:jc w:val="right"/>
      </w:pPr>
      <w:r>
        <w:t>اپنے کانشیس کو فالو کریں، خدا کی گائیڈنس کو فالو کریں۔ اس کا نتیجہ کیا ہوگا؟ کہ وہاں ہم پیراڈائز میں جگہ پائیں گے۔</w:t>
      </w:r>
    </w:p>
    <w:p>
      <w:r>
        <w:rPr>
          <w:b/>
        </w:rPr>
        <w:t xml:space="preserve">[43:39] </w:t>
      </w:r>
      <w:r>
        <w:t>to dekhein, aadmi agar sincere ho, sach much woh seeker ho, sach much woh jaanna chahta ho, to ek chapter kafi hai is ke liye.</w:t>
      </w:r>
    </w:p>
    <w:p>
      <w:pPr>
        <w:jc w:val="right"/>
      </w:pPr>
      <w:r>
        <w:t>تو دیکھیں، آدمی اگر سنسیئر ہو، سچ مچ وہ سیکھر ہو، سچ مچ وہ جاننا چاہتا ہو، تو ایک چیپٹر کافی ہے اس کے لیے۔</w:t>
      </w:r>
    </w:p>
    <w:p>
      <w:r>
        <w:rPr>
          <w:b/>
        </w:rPr>
        <w:t xml:space="preserve">[43:53] </w:t>
      </w:r>
      <w:r>
        <w:t>ek chapter hi mein is ko saari baat mil sakti hai.</w:t>
      </w:r>
    </w:p>
    <w:p>
      <w:pPr>
        <w:jc w:val="right"/>
      </w:pPr>
      <w:r>
        <w:t>ایک چیپٹر ہی میں اس کو ساری بات مل سکتی ہے۔</w:t>
      </w:r>
    </w:p>
    <w:p>
      <w:r>
        <w:rPr>
          <w:b/>
        </w:rPr>
        <w:t xml:space="preserve">[43:59] </w:t>
      </w:r>
      <w:r>
        <w:t>kal ek sahab ka telephone mere paas aaya ke mujh se milna chahte hain. abhi un se mulaqat nahi hui hai, lekin telephone aaya, unhone kaha ke milna chahte hain.</w:t>
      </w:r>
    </w:p>
    <w:p>
      <w:pPr>
        <w:jc w:val="right"/>
      </w:pPr>
      <w:r>
        <w:t>کل ایک صاحب کا ٹیلی فون میرے پاس آیا کہ مجھ سے ملنا چاہتے ہیں۔ ابھی ان سے ملاقات نہیں ہوئی ہے، لیکن ٹیلی فون آیا، انہوں نے کہا کہ ملنا چاہتے ہیں۔</w:t>
      </w:r>
    </w:p>
    <w:p>
      <w:r>
        <w:rPr>
          <w:b/>
        </w:rPr>
        <w:t xml:space="preserve">[44:13] </w:t>
      </w:r>
      <w:r>
        <w:t>to unhone kaha ke kuch mujhe questions mere hain Khuda ke bare mein aur world hereafter ke bare mein aur taqdeer ke bare mein, woh main jaanna chahta hoon.</w:t>
      </w:r>
    </w:p>
    <w:p>
      <w:pPr>
        <w:jc w:val="right"/>
      </w:pPr>
      <w:r>
        <w:t>تو انہوں نے کہا کہ کچھ مجھے کوئسچن میرے ہیں خدا کے بارے میں اور ورلڈ ہیئر افٹر کے بارے میں اور تقدیر کے بارے میں، وہ میں جاننا چاہتا ہوں۔</w:t>
      </w:r>
    </w:p>
    <w:p>
      <w:r>
        <w:rPr>
          <w:b/>
        </w:rPr>
        <w:t xml:space="preserve">[44:27] </w:t>
      </w:r>
      <w:r>
        <w:t>padhe likhe aadmi the woh. maine kaha ke dekhiye, sirf sawal aur jawab se aap kisi baat ko samajh nahi sakte. yeh 50-50 ka muamla hai, 50-50 yaani 50 percent aap ka, 50 percent jawab dene wale ka.</w:t>
      </w:r>
    </w:p>
    <w:p>
      <w:pPr>
        <w:jc w:val="right"/>
      </w:pPr>
      <w:r>
        <w:t>پڑھے لکھے آدمی تھے وہ۔ میں نے کہا کہ دیکھیے، صرف سوال اور جواب سے آپ کسی بات کو سمجھ نہیں سکتے۔ یہ 50-50 کا معاملہ ہے، 50-50 یعنی 50 پرسنٹ آپ کا، 50 پرسنٹ جواب دینے والے کا۔</w:t>
      </w:r>
    </w:p>
    <w:p>
      <w:r>
        <w:rPr>
          <w:b/>
        </w:rPr>
        <w:t xml:space="preserve">[44:45] </w:t>
      </w:r>
      <w:r>
        <w:t>yaani agar aap prepared mind hon, tabhi kisi ka jawab aap ko satisfy karega. yeh to satisfy nahi kar sakta.</w:t>
      </w:r>
    </w:p>
    <w:p>
      <w:pPr>
        <w:jc w:val="right"/>
      </w:pPr>
      <w:r>
        <w:t>یعنی اگر آپ پریپیر مائنڈ ہوں، تبھی کسی کا جواب آپ کو سیٹسفائی کرے گا۔ یہ تو سیٹسفائی نہیں کر سکتا۔</w:t>
      </w:r>
    </w:p>
    <w:p>
      <w:r>
        <w:rPr>
          <w:b/>
        </w:rPr>
        <w:t xml:space="preserve">[44:54] </w:t>
      </w:r>
      <w:r>
        <w:t>to first of all, you have to prepare mind through study.</w:t>
      </w:r>
    </w:p>
    <w:p>
      <w:pPr>
        <w:jc w:val="right"/>
      </w:pPr>
      <w:r>
        <w:t>تو فرسٹ آف آل، یو ہیو ٹو پریپیر مائنڈ تھرو اسٹڈی۔</w:t>
      </w:r>
    </w:p>
    <w:p>
      <w:r>
        <w:rPr>
          <w:b/>
        </w:rPr>
        <w:t xml:space="preserve">[45:01] </w:t>
      </w:r>
      <w:r>
        <w:t>to yeh baat batai maine un ko ke aap jab bhi chahein, aaein, main milne ke liye tayyar hoon, lekin agar aap prepared mind hain, tabhi meri baat aap payenge, samjhenge.</w:t>
      </w:r>
    </w:p>
    <w:p>
      <w:pPr>
        <w:jc w:val="right"/>
      </w:pPr>
      <w:r>
        <w:t>تو یہ بات بتائی میں نے ان کو کہ آپ جب بھی چاہیں، آئیں، میں ملنے کے لیے تیار ہوں، لیکن اگر آپ پریپیر مائنڈ ہیں، تبھی میری بات آپ پائیں گے، سمجھیں گے۔</w:t>
      </w:r>
    </w:p>
    <w:p>
      <w:r>
        <w:rPr>
          <w:b/>
        </w:rPr>
        <w:t xml:space="preserve">[45:16] </w:t>
      </w:r>
      <w:r>
        <w:t>yaani jo jitni baat aadmi batata hai, us mein 50 percent aap ko add karna padta hai.</w:t>
      </w:r>
    </w:p>
    <w:p>
      <w:pPr>
        <w:jc w:val="right"/>
      </w:pPr>
      <w:r>
        <w:t>یعنی جو جتنی بات آدمی بتاتا ہے، اس میں 50 پرسنٹ آپ کو ایڈ کرنا پڑتا ہے۔</w:t>
      </w:r>
    </w:p>
    <w:p>
      <w:r>
        <w:rPr>
          <w:b/>
        </w:rPr>
        <w:t xml:space="preserve">[45:22] </w:t>
      </w:r>
      <w:r>
        <w:t>agar aap ke paas add karne ke liye na ho 50 percent, to kisi ki baat aap ko samajh mein nahi aayegi, kuch bhi nahi aayega.</w:t>
      </w:r>
    </w:p>
    <w:p>
      <w:pPr>
        <w:jc w:val="right"/>
      </w:pPr>
      <w:r>
        <w:t>اگر آپ کے پاس ایڈ کرنے کے لیے نہ ہو 50 پرسنٹ، تو کسی کی بات آپ کو سمجھ میں نہیں آئے گی، کچھ بھی نہیں آئے گا۔</w:t>
      </w:r>
    </w:p>
    <w:p>
      <w:r>
        <w:rPr>
          <w:b/>
        </w:rPr>
        <w:t xml:space="preserve">[45:34] </w:t>
      </w:r>
      <w:r>
        <w:t>kisi scientist se ek aadmi ne kaha ke ke science daanon ka, koi scientist logon ka, koi kamaal nahi hai.</w:t>
      </w:r>
    </w:p>
    <w:p>
      <w:pPr>
        <w:jc w:val="right"/>
      </w:pPr>
      <w:r>
        <w:t>کسی سائنٹسٹ سے ایک آدمی نے کہا کہ کہ سائنس دانوں کا، کوئی سائنٹسٹ لوگوں کا، کوئی کمال نہیں ہے۔</w:t>
      </w:r>
    </w:p>
    <w:p>
      <w:r>
        <w:rPr>
          <w:b/>
        </w:rPr>
        <w:t xml:space="preserve">[45:43] </w:t>
      </w:r>
      <w:r>
        <w:t>woh to liberty mein test karte hain, aur koi flash hota hai, us flash ko follow karte hain, to phir ek discovery ho jati hai un ko.</w:t>
      </w:r>
    </w:p>
    <w:p>
      <w:pPr>
        <w:jc w:val="right"/>
      </w:pPr>
      <w:r>
        <w:t>وہ تو لبرٹی میں ٹیسٹ کرتے ہیں، اور کوئی فلیش ہوتا ہے، اس فلیش کو فالو کرتے ہیں، تو پھر ایک ڈسکوری ہو جاتی ہے ان کو۔</w:t>
      </w:r>
    </w:p>
    <w:p>
      <w:r>
        <w:rPr>
          <w:b/>
        </w:rPr>
        <w:t xml:space="preserve">[45:51] </w:t>
      </w:r>
      <w:r>
        <w:t>to matlab yeh yeh hai: chance occurrence, by chance discovery hoti hai. is ka matlab yeh tha ke jo discoveries hain, woh by chance hoti hain.</w:t>
      </w:r>
    </w:p>
    <w:p>
      <w:pPr>
        <w:jc w:val="right"/>
      </w:pPr>
      <w:r>
        <w:t>تو مطلب یہ یہ ہے: چانس اکرنز، بائی چانس ڈسکوری ہوتی ہے۔ اس کا مطلب یہ تھا کہ جو ڈسکوریز ہیں، وہ بائی چانس ہوتی ہیں۔</w:t>
      </w:r>
    </w:p>
    <w:p>
      <w:r>
        <w:rPr>
          <w:b/>
        </w:rPr>
        <w:t xml:space="preserve">[46:02] </w:t>
      </w:r>
      <w:r>
        <w:t>to scientist ne kaha ke yeh sahi hai ke discovery by chance hoti hai, lekin aisa chance sirf scientist ko pesh aata hai.</w:t>
      </w:r>
    </w:p>
    <w:p>
      <w:pPr>
        <w:jc w:val="right"/>
      </w:pPr>
      <w:r>
        <w:t>تو سائنٹسٹ نے کہا کہ یہ صحیح ہے کہ ڈسکوری بائی چانس ہوتی ہے، لیکن ایسا چانس صرف سائنٹسٹ کو پیش آتا ہے۔</w:t>
      </w:r>
    </w:p>
    <w:p>
      <w:r>
        <w:rPr>
          <w:b/>
        </w:rPr>
        <w:t xml:space="preserve">[46:14] </w:t>
      </w:r>
      <w:r>
        <w:t>aisa chance sirf scientist ko pesh aata hai, yaani prepared mind ko.</w:t>
      </w:r>
    </w:p>
    <w:p>
      <w:pPr>
        <w:jc w:val="right"/>
      </w:pPr>
      <w:r>
        <w:t>ایسا چانس صرف سائنٹسٹ کو پیش آتا ہے، یعنی پریپیر مائنڈ کو۔</w:t>
      </w:r>
    </w:p>
    <w:p>
      <w:r>
        <w:rPr>
          <w:b/>
        </w:rPr>
        <w:t xml:space="preserve">[46:20] </w:t>
      </w:r>
      <w:r>
        <w:t>jab aap prepared mind hon, tabhi us flash mein woh jo baat hai, us ko pakdenge, warna aap bekhabar rahenge.</w:t>
      </w:r>
    </w:p>
    <w:p>
      <w:pPr>
        <w:jc w:val="right"/>
      </w:pPr>
      <w:r>
        <w:t>جب آپ پریپیر مائنڈ ہوں، تبھی اس فلیش میں وہ جو بات ہے، اس کو پکڑیں گے، ورنہ آپ بے خبر رہیں گے۔</w:t>
      </w:r>
    </w:p>
    <w:p>
      <w:r>
        <w:rPr>
          <w:b/>
        </w:rPr>
        <w:t xml:space="preserve">[46:33] </w:t>
      </w:r>
      <w:r>
        <w:t>to prepared mind hona chahiye aap ko. Delhi mein do sahibaan the, ab un ka death ho chuka hai. ek Ram Ratan Kapla the, ek Moti Ram Saraf the.</w:t>
      </w:r>
    </w:p>
    <w:p>
      <w:pPr>
        <w:jc w:val="right"/>
      </w:pPr>
      <w:r>
        <w:t>تو پریپیر مائنڈ ہونا چاہیے آپ کو۔ دلی میں دو صاحبان تھے، اب ان کا ڈیتھ ہو چکا ہے۔ ایک رام رتن کپلا تھے، ایک موتی رام سراف تھے۔</w:t>
      </w:r>
    </w:p>
    <w:p>
      <w:r>
        <w:rPr>
          <w:b/>
        </w:rPr>
        <w:t xml:space="preserve">[46:44] </w:t>
      </w:r>
      <w:r>
        <w:t>to mera acha un se milna julna tha.</w:t>
      </w:r>
    </w:p>
    <w:p>
      <w:pPr>
        <w:jc w:val="right"/>
      </w:pPr>
      <w:r>
        <w:t>تو میرا اچھا ان سے ملنا جلنا تھا۔</w:t>
      </w:r>
    </w:p>
    <w:p>
      <w:r>
        <w:rPr>
          <w:b/>
        </w:rPr>
        <w:t xml:space="preserve">[46:47] </w:t>
      </w:r>
      <w:r>
        <w:t>to ek din main gaya un ke haan, to unhone bataya qissa ke hum log morning mein jaate hain walk karne ke liye, bahut savere. ek jagah chal rahe the, to ek jagah wahan sheeshe ka jaisa tukda pada hua tha.</w:t>
      </w:r>
    </w:p>
    <w:p>
      <w:pPr>
        <w:jc w:val="right"/>
      </w:pPr>
      <w:r>
        <w:t>تو ایک دن میں گیا ان کے ہاں، تو انہوں نے بتایا قصہ کہ ہم لوگ مارننگ میں جاتے ہیں واک کرنے کے لیے، بہت سویرے۔ ایک جگہ چل رہے تھے، تو ایک جگہ وہاں شیشے کا جیسا ٹکڑا پڑا ہوا تھا۔</w:t>
      </w:r>
    </w:p>
    <w:p>
      <w:r>
        <w:rPr>
          <w:b/>
        </w:rPr>
        <w:t xml:space="preserve">[47:03] </w:t>
      </w:r>
      <w:r>
        <w:t>to Ram Ratan Kapla ne kaha ke dekho, ek ek sheesha pada hua hai yahan par. to Moti Ram Saraf ne dekha us ko, to woh kaha: "yeh nahi, yeh to heere heere ka tukda hai, heera hai." yeh</w:t>
      </w:r>
    </w:p>
    <w:p>
      <w:pPr>
        <w:jc w:val="right"/>
      </w:pPr>
      <w:r>
        <w:t>تو رام رتن کپلا نے کہا کہ دیکھو، ایک ایک شیشہ پڑا ہوا ہے یہاں پر۔ تو موتی رام سراف نے دیکھا اس کو، تو وہ کہا: "یہ نہیں، یہ تو ہیرے ہیرے کا ٹکڑا ہے، ہیرا ہے۔" یہ</w:t>
      </w:r>
    </w:p>
    <w:p>
      <w:r>
        <w:rPr>
          <w:b/>
        </w:rPr>
        <w:t xml:space="preserve">[47:17] </w:t>
      </w:r>
      <w:r>
        <w:t>Moti Ram Saraf jo hai, woh saraf the, woh jeweler the, woh diamond ka kaam karte the, poori zindagi isi pe lagai thi unhone.</w:t>
      </w:r>
    </w:p>
    <w:p>
      <w:pPr>
        <w:jc w:val="right"/>
      </w:pPr>
      <w:r>
        <w:t>موتی رام سراف جو ہے، وہ سراف تھے، وہ جویلر تھے، وہ ڈائمنڈ کا کام کرتے تھے، پوری زندگی اسی پہ لگائی تھی انہوں نے۔</w:t>
      </w:r>
    </w:p>
    <w:p>
      <w:r>
        <w:rPr>
          <w:b/>
        </w:rPr>
        <w:t xml:space="preserve">[47:28] </w:t>
      </w:r>
      <w:r>
        <w:t>to heere ko pehchante the, woh Ram Ratan Kapla ka kaam doosra tha, woh air conditioning ka kaam karte the, woh to woh us ko pehchan nahi thi.</w:t>
      </w:r>
    </w:p>
    <w:p>
      <w:pPr>
        <w:jc w:val="right"/>
      </w:pPr>
      <w:r>
        <w:t>تو ہیرے کو پہچانتے تھے، وہ رام رتن کپلا کا کام دوسرا تھا، وہ ایئر کنڈیشننگ کا کام کرتے تھے، وہ تو وہ اس کو پہچان نہیں تھی۔</w:t>
      </w:r>
    </w:p>
    <w:p>
      <w:r>
        <w:rPr>
          <w:b/>
        </w:rPr>
        <w:t xml:space="preserve">[47:42] </w:t>
      </w:r>
      <w:r>
        <w:t>he was unable to know the difference between diamond and glass.</w:t>
      </w:r>
    </w:p>
    <w:p>
      <w:pPr>
        <w:jc w:val="right"/>
      </w:pPr>
      <w:r>
        <w:t>ہی واز ان ایبل ٹو نو دا ڈیفرنس بٹوین ڈائمنڈ اینڈ گلاس۔</w:t>
      </w:r>
    </w:p>
    <w:p>
      <w:r>
        <w:rPr>
          <w:b/>
        </w:rPr>
        <w:t xml:space="preserve">[47:48] </w:t>
      </w:r>
      <w:r>
        <w:t>to chunaanche moti ram sarraf is maamle mein ek prepared mind thay, is liye fault pehchaan gaye ke yeh to heera hai, aur ram ratan kapla is ko pehchaan nahin saka.</w:t>
      </w:r>
    </w:p>
    <w:p>
      <w:pPr>
        <w:jc w:val="right"/>
      </w:pPr>
      <w:r>
        <w:t>تو چونکہ موتی رام سراف اس معاملے میں ایک پریپیر مائنڈ تھے، اس لیے فالٹ پہچان گئے کہ یہ تو ہیرا ہے، اور رام رتن کپلا اس کو پہچان نہیں سکے۔</w:t>
      </w:r>
    </w:p>
    <w:p>
      <w:r>
        <w:rPr>
          <w:b/>
        </w:rPr>
        <w:t xml:space="preserve">[48:03] </w:t>
      </w:r>
      <w:r>
        <w:t>yehi maamla jo hai, har cheez ka hai, har cheez mein aisa hai ke aap ko prepared mind hona chahiye, tabhi kisi baat ko aap samjhenge, tabhi aap kisi baat ko samjhenge.</w:t>
      </w:r>
    </w:p>
    <w:p>
      <w:pPr>
        <w:jc w:val="right"/>
      </w:pPr>
      <w:r>
        <w:t>یہی معاملہ جو ہے، ہر چیز کا ہے، ہر چیز میں ایسا ہے کہ آپ کو پریپیر مائنڈ ہونا چاہیے، تبھی کسی بات کو آپ سمجھیں گے، تبھی آپ کسی بات کو سمجھیں گے۔</w:t>
      </w:r>
    </w:p>
    <w:p>
      <w:r>
        <w:rPr>
          <w:b/>
        </w:rPr>
        <w:t xml:space="preserve">[48:19] </w:t>
      </w:r>
      <w:r>
        <w:t>aaj hi subah meri baat ho rahi thi habib bhai se, jo hyderabad mein rehte hain. to maine kaha ke dekhiye, faith se pehle seeking hai.</w:t>
      </w:r>
    </w:p>
    <w:p>
      <w:pPr>
        <w:jc w:val="right"/>
      </w:pPr>
      <w:r>
        <w:t>آج ہی صبح میری بات ہو رہی تھی حبیب بھائی سے، جو حیدرآباد میں رہتے ہیں۔ تو میں نے کہا کہ دیکھیے، فیتھ سے پہلے سیکھنگ ہے۔</w:t>
      </w:r>
    </w:p>
    <w:p>
      <w:r>
        <w:rPr>
          <w:b/>
        </w:rPr>
        <w:t xml:space="preserve">[48:30] </w:t>
      </w:r>
      <w:r>
        <w:t>agar aap seeker hain, tab aap ko faith milega. agar seeker nahin hain, to faith bhi nahin milega. yaani Khuda ko realize karna kis ke liye possible hota hai?</w:t>
      </w:r>
    </w:p>
    <w:p>
      <w:pPr>
        <w:jc w:val="right"/>
      </w:pPr>
      <w:r>
        <w:t>اگر آپ سیکھر ہیں، تب آپ کو فیتھ ملے گا۔ اگر سیکھر نہیں ہیں، تو فیتھ بھی نہیں ملے گا۔ یعنی خدا کو ریلائز کرنا کس کے لیے پاسیبل ہوتا ہے؟</w:t>
      </w:r>
    </w:p>
    <w:p>
      <w:r>
        <w:rPr>
          <w:b/>
        </w:rPr>
        <w:t xml:space="preserve">[48:39] </w:t>
      </w:r>
      <w:r>
        <w:t>jo seeker ho.</w:t>
      </w:r>
    </w:p>
    <w:p>
      <w:pPr>
        <w:jc w:val="right"/>
      </w:pPr>
      <w:r>
        <w:t>جو سیکھر ہو۔</w:t>
      </w:r>
    </w:p>
    <w:p>
      <w:r>
        <w:rPr>
          <w:b/>
        </w:rPr>
        <w:t xml:space="preserve">[48:44] </w:t>
      </w:r>
      <w:r>
        <w:t>to Quran mein hai ke guidance Khuda ki taraf se aati hai. is ka matlab kya hai?</w:t>
      </w:r>
    </w:p>
    <w:p>
      <w:pPr>
        <w:jc w:val="right"/>
      </w:pPr>
      <w:r>
        <w:t>تو قرآن میں ہے کہ گائیڈنس خدا کی طرف سے آتی ہے۔ اس کا مطلب کیا ہے؟</w:t>
      </w:r>
    </w:p>
    <w:p>
      <w:r>
        <w:rPr>
          <w:b/>
        </w:rPr>
        <w:t xml:space="preserve">[48:50] </w:t>
      </w:r>
      <w:r>
        <w:t>is ka matlab yeh hai ke jis aadmi ke andar Khuda dekhta hai ke chingaari is ke andar hai, kuch hai is ke andar, to us ko badhata hai, us ko Khuda ki madad aati hai.</w:t>
      </w:r>
    </w:p>
    <w:p>
      <w:pPr>
        <w:jc w:val="right"/>
      </w:pPr>
      <w:r>
        <w:t>اس کا مطلب یہ ہے کہ جس آدمی کے اندر خدا دیکھتا ہے کہ چنگاری اس کے اندر ہے، کچھ ہے اس کے اندر، تو اس کو بڑھاتا ہے، اس کو خدا کی مدد آتی ہے۔</w:t>
      </w:r>
    </w:p>
    <w:p>
      <w:r>
        <w:rPr>
          <w:b/>
        </w:rPr>
        <w:t xml:space="preserve">[49:01] </w:t>
      </w:r>
      <w:r>
        <w:t>lekin agar aap seeker na hon, aap ko talash na ho, to aap ko kuch nahin milega, kuch bhi nahin milega. jis ram ratan kapla ko un ke saamne heere ka tukra tha, lekin woh pakad nahin paaye ke yeh heera hai,</w:t>
      </w:r>
    </w:p>
    <w:p>
      <w:pPr>
        <w:jc w:val="right"/>
      </w:pPr>
      <w:r>
        <w:t>لیکن اگر آپ سیکھر نہ ہوں، آپ کو تلاش نہ ہو، تو آپ کو کچھ نہیں ملے گا، کچھ بھی نہیں ملے گا۔ جس رام رتن کپلا کو ان کے سامنے ہیرے کا ٹکڑا تھا، لیکن وہ پکڑ نہیں پائے کہ یہ ہیرا ہے،</w:t>
      </w:r>
    </w:p>
    <w:p>
      <w:r>
        <w:rPr>
          <w:b/>
        </w:rPr>
        <w:t xml:space="preserve">[49:16] </w:t>
      </w:r>
      <w:r>
        <w:t>aur moti ram sarraf ne pakad liya ke yeh heera hai.</w:t>
      </w:r>
    </w:p>
    <w:p>
      <w:pPr>
        <w:jc w:val="right"/>
      </w:pPr>
      <w:r>
        <w:t>اور موتی رام سراف نے پکڑ لیا کہ یہ ہیرا ہے۔</w:t>
      </w:r>
    </w:p>
    <w:p>
      <w:r>
        <w:rPr>
          <w:b/>
        </w:rPr>
        <w:t xml:space="preserve">[49:20] </w:t>
      </w:r>
      <w:r>
        <w:t>to main yeh kahunga ke aap mein se har ek ko study karna chahiye, sochna chahiye, aur</w:t>
      </w:r>
    </w:p>
    <w:p>
      <w:pPr>
        <w:jc w:val="right"/>
      </w:pPr>
      <w:r>
        <w:t>تو میں یہ کہوں گا کہ آپ میں سے ہر ایک کو اسٹڈی کرنا چاہیے، سوچنا چاہیے، اور</w:t>
      </w:r>
    </w:p>
    <w:p>
      <w:r>
        <w:rPr>
          <w:b/>
        </w:rPr>
        <w:t xml:space="preserve">[49:31] </w:t>
      </w:r>
      <w:r>
        <w:t>woh bohat ziyada ghaur karna chahiye</w:t>
      </w:r>
    </w:p>
    <w:p>
      <w:pPr>
        <w:jc w:val="right"/>
      </w:pPr>
      <w:r>
        <w:t>وہ بہت زیادہ غور کرنا چاہیے</w:t>
      </w:r>
    </w:p>
    <w:p>
      <w:r>
        <w:rPr>
          <w:b/>
        </w:rPr>
        <w:t xml:space="preserve">[49:41] </w:t>
      </w:r>
      <w:r>
        <w:t>taake apne ko prepared mind banaye. apne ko prepared mind banaye,</w:t>
      </w:r>
    </w:p>
    <w:p>
      <w:pPr>
        <w:jc w:val="right"/>
      </w:pPr>
      <w:r>
        <w:t>تاکہ اپنے کو پریپیر مائنڈ بنائے۔ اپنے کو پریپیر مائنڈ بنائے،</w:t>
      </w:r>
    </w:p>
    <w:p>
      <w:r>
        <w:rPr>
          <w:b/>
        </w:rPr>
        <w:t xml:space="preserve">[49:52] </w:t>
      </w:r>
      <w:r>
        <w:t>apne ko prepared mind banaye, yaani 50 percent apne ko tayyar kar le taake jab sachai saamne aaye to foran us ko accept kar sake. woh</w:t>
      </w:r>
    </w:p>
    <w:p>
      <w:pPr>
        <w:jc w:val="right"/>
      </w:pPr>
      <w:r>
        <w:t>اپنے کو پریپیر مائنڈ بنائے، یعنی 50 پرسنٹ اپنے کو تیار کر لے تاکہ جب سچائی سامنے آئے تو فوراً اس کو ایکسیپٹ کر سکے۔ وہ</w:t>
      </w:r>
    </w:p>
    <w:p>
      <w:r>
        <w:rPr>
          <w:b/>
        </w:rPr>
        <w:t xml:space="preserve">[50:03] </w:t>
      </w:r>
      <w:r>
        <w:t>to hum mein se har shakhs ko chahiye ke woh apne bare mein kam az kam sincere bane, apne bare mein, apne bare mein sincere bane.</w:t>
      </w:r>
    </w:p>
    <w:p>
      <w:pPr>
        <w:jc w:val="right"/>
      </w:pPr>
      <w:r>
        <w:t>تو ہم میں سے ہر شخص کو چاہیے کہ وہ اپنے بارے میں کم از کم سنسیئر بنے، اپنے بارے میں، اپنے بارے میں سنسیئر بنے۔</w:t>
      </w:r>
    </w:p>
    <w:p>
      <w:r>
        <w:rPr>
          <w:b/>
        </w:rPr>
        <w:t xml:space="preserve">[50:15] </w:t>
      </w:r>
      <w:r>
        <w:t>main samajhta hoon ke sab se bari cheez jis par insaan ko sochna chahiye ke hum chahte hain ke hum jeen hamesha, hum mar jaate hain, hum chahte hain, hum hum paisa haasil karte hain aur sari cheezein ikattha karte hain, lekin sukoon nahin milta.</w:t>
      </w:r>
    </w:p>
    <w:p>
      <w:pPr>
        <w:jc w:val="right"/>
      </w:pPr>
      <w:r>
        <w:t>میں سمجھتا ہوں کہ سب سے بڑی چیز جس پر انسان کو سوچنا چاہیے کہ ہم چاہتے ہیں کہ ہم جئیں ہمیشہ، ہم مر جاتے ہیں، ہم چاہتے ہیں، ہم ہم پیسہ حاصل کرتے ہیں اور ساری چیزیں اکٹھا کرتے ہیں، لیکن سکون نہیں ملتا۔</w:t>
      </w:r>
    </w:p>
    <w:p>
      <w:r>
        <w:rPr>
          <w:b/>
        </w:rPr>
        <w:t xml:space="preserve">[50:35] </w:t>
      </w:r>
      <w:r>
        <w:t>main ek saahab ghar mein gaya jo paise wale hain, to kal bhi un ka ek telephone aaya tha, unhone kaha ke aap aaiye, aap se baat karna hai.</w:t>
      </w:r>
    </w:p>
    <w:p>
      <w:pPr>
        <w:jc w:val="right"/>
      </w:pPr>
      <w:r>
        <w:t>میں ایک صاحب گھر میں گیا جو پیسے والے ہیں، تو کل بھی ان کا ایک ٹیلی فون آیا تھا، انہوں نے کہا کہ آپ آئیے، آپ سے بات کرنا ہے۔</w:t>
      </w:r>
    </w:p>
    <w:p>
      <w:r>
        <w:rPr>
          <w:b/>
        </w:rPr>
        <w:t xml:space="preserve">[50:44] </w:t>
      </w:r>
      <w:r>
        <w:t>poora ghar saamaan se bhara hua tha, bohat bara ghar tha, lawn tha ghar mein ke saamne, aur poora ghar jo tha bilkul general store wala hota tha, general store, lekin un ko peace nahin,</w:t>
      </w:r>
    </w:p>
    <w:p>
      <w:pPr>
        <w:jc w:val="right"/>
      </w:pPr>
      <w:r>
        <w:t>پورا گھر سامان سے بھرا ہوا تھا، بہت بڑا گھر تھا، لان تھا گھر میں کے سامنے، اور پورا گھر جو تھا بالکل جنرل اسٹور والا ہوتا تھا، جنرل اسٹور، لیکن ان کو پیس نہیں،</w:t>
      </w:r>
    </w:p>
    <w:p>
      <w:r>
        <w:rPr>
          <w:b/>
        </w:rPr>
        <w:t xml:space="preserve">[50:59] </w:t>
      </w:r>
      <w:r>
        <w:t>un ko peace nahin. aise hi main Italy mein</w:t>
      </w:r>
    </w:p>
    <w:p>
      <w:pPr>
        <w:jc w:val="right"/>
      </w:pPr>
      <w:r>
        <w:t>ان کو پیس نہیں۔ ایسے ہی میں اٹلی میں</w:t>
      </w:r>
    </w:p>
    <w:p>
      <w:r>
        <w:rPr>
          <w:b/>
        </w:rPr>
        <w:t xml:space="preserve">[51:07] </w:t>
      </w:r>
      <w:r>
        <w:t>Milan ke ek shehar, Milan ek shehar hai, wahan par wahan ek saahab ke haan gaya main, woh khatoon theen,</w:t>
      </w:r>
    </w:p>
    <w:p>
      <w:pPr>
        <w:jc w:val="right"/>
      </w:pPr>
      <w:r>
        <w:t>میلان کے ایک شہر، میلان ایک شہر ہے، وہاں پر وہاں ایک صاحب کے ہاں گیا میں، وہ خاتون تھیں،</w:t>
      </w:r>
    </w:p>
    <w:p>
      <w:r>
        <w:rPr>
          <w:b/>
        </w:rPr>
        <w:t xml:space="preserve">[51:14] </w:t>
      </w:r>
      <w:r>
        <w:t>un ka ghar poora bhara hua tha tarah tarah ki cheezon se, lekin woh khatoon jo hain ek guru ke peeche daud rahi theen, unhein peace nahin tha wahan par.</w:t>
      </w:r>
    </w:p>
    <w:p>
      <w:pPr>
        <w:jc w:val="right"/>
      </w:pPr>
      <w:r>
        <w:t>ان کا گھر پورا بھرا ہوا تھا طرح طرح کی چیزوں سے، لیکن وہ خاتون جو ہیں ایک گرو کے پیچھے دوڑ رہی تھیں، انہیں پیس نہیں تھا وہاں پر۔</w:t>
      </w:r>
    </w:p>
    <w:p>
      <w:r>
        <w:rPr>
          <w:b/>
        </w:rPr>
        <w:t xml:space="preserve">[51:24] </w:t>
      </w:r>
      <w:r>
        <w:t>is ghar mein sab kuch ikattha kiya unhone, lekin wahan peace nahin tha. shaadi hui to separation ho gaya.</w:t>
      </w:r>
    </w:p>
    <w:p>
      <w:pPr>
        <w:jc w:val="right"/>
      </w:pPr>
      <w:r>
        <w:t>اس گھر میں سب کچھ اکٹھا کیا انہوں نے، لیکن وہاں پیس نہیں تھا۔ شادی ہوئی تو سیپریشن ہو گیا۔</w:t>
      </w:r>
    </w:p>
    <w:p>
      <w:r>
        <w:rPr>
          <w:b/>
        </w:rPr>
        <w:t xml:space="preserve">[51:32] </w:t>
      </w:r>
      <w:r>
        <w:t>to insaan ko yeh sochna chahiye ke aisa kyun hai ke jo kuch main chahta hoon, woh milta nahin mujhe.</w:t>
      </w:r>
    </w:p>
    <w:p>
      <w:pPr>
        <w:jc w:val="right"/>
      </w:pPr>
      <w:r>
        <w:t>تو انسان کو یہ سوچنا چاہیے کہ ایسا کیوں ہے کہ جو کچھ میں چاہتا ہوں، وہ ملتا نہیں مجھے۔</w:t>
      </w:r>
    </w:p>
    <w:p>
      <w:r>
        <w:rPr>
          <w:b/>
        </w:rPr>
        <w:t xml:space="preserve">[51:39] </w:t>
      </w:r>
      <w:r>
        <w:t>jo log kehte hain ke right here, right now, main un se poochta hoon, kai roz maine poochha ke here aur now mein milta kahan hai aap ko? aap jo keh rahe hain ke right here, right now, here mein aur now mein milta kahan hai?</w:t>
      </w:r>
    </w:p>
    <w:p>
      <w:pPr>
        <w:jc w:val="right"/>
      </w:pPr>
      <w:r>
        <w:t>جو لوگ کہتے ہیں کہ رائٹ ہیر، رائٹ ناو، میں ان سے پوچھتا ہوں، کئی روز میں نے پوچھا کہ ہیر اور ناو میں ملتا کہاں ہے آپ کو؟ آپ جو کہہ رہے ہیں کہ رائٹ ہیر، رائٹ ناو، ہیر میں اور ناو میں ملتا کہاں ہے؟</w:t>
      </w:r>
    </w:p>
    <w:p>
      <w:r>
        <w:rPr>
          <w:b/>
        </w:rPr>
        <w:t xml:space="preserve">[51:52] </w:t>
      </w:r>
      <w:r>
        <w:t>woh jo jo aap chahte hain, here aur now mein kahan happiness hai, kahan joy hai? koi kahani ki baat hai sirf.</w:t>
      </w:r>
    </w:p>
    <w:p>
      <w:pPr>
        <w:jc w:val="right"/>
      </w:pPr>
      <w:r>
        <w:t>وہ جو جو آپ چاہتے ہیں، ہیر اور ناو میں کہاں ہیپینس ہے، کہاں جوائے ہے؟ کوئی کہانی کی بات ہے صرف۔</w:t>
      </w:r>
    </w:p>
    <w:p>
      <w:r>
        <w:rPr>
          <w:b/>
        </w:rPr>
        <w:t xml:space="preserve">[52:02] </w:t>
      </w:r>
      <w:r>
        <w:t>aap jaate hain, shopping ehtiyat kyun hoti hai?</w:t>
      </w:r>
    </w:p>
    <w:p>
      <w:pPr>
        <w:jc w:val="right"/>
      </w:pPr>
      <w:r>
        <w:t>آپ جاتے ہیں، شاپنگ احتیاط کیوں ہوتی ہے؟</w:t>
      </w:r>
    </w:p>
    <w:p>
      <w:r>
        <w:rPr>
          <w:b/>
        </w:rPr>
        <w:t xml:space="preserve">[52:09] </w:t>
      </w:r>
      <w:r>
        <w:t>aik aik ke baad aik shopping kyu? aik item aap ne liya aaj, aur kal us kal woh aap ke liye purana ho jata hai, phir aap nai shopping karte hain, outing karte hain.</w:t>
      </w:r>
    </w:p>
    <w:p>
      <w:pPr>
        <w:jc w:val="right"/>
      </w:pPr>
      <w:r>
        <w:t>ایک ایک کے بعد ایک شاپنگ کیوں؟ ایک آئٹم آپ نے لیا آج، اور کل اس کل وہ آپ کے لیے پرانا ہو جاتا ہے، پھر آپ نئی شاپنگ کرتے ہیں، آؤٹنگ کرتے ہیں۔</w:t>
      </w:r>
    </w:p>
    <w:p>
      <w:r>
        <w:rPr>
          <w:b/>
        </w:rPr>
        <w:t xml:space="preserve">[52:19] </w:t>
      </w:r>
      <w:r>
        <w:t>jo log outing kar ke wapas aate hain, main ne kitne logon ko dekha hai, outing karte hain, aik nai qism ka boredom.</w:t>
      </w:r>
    </w:p>
    <w:p>
      <w:pPr>
        <w:jc w:val="right"/>
      </w:pPr>
      <w:r>
        <w:t>جو لوگ آؤٹنگ کر کے واپس آتے ہیں، میں نے کتنے لوگوں کو دیکھا ہے، آؤٹنگ کرتے ہیں، ایک نئی قسم کا بورڈم۔</w:t>
      </w:r>
    </w:p>
    <w:p>
      <w:r>
        <w:rPr>
          <w:b/>
        </w:rPr>
        <w:t xml:space="preserve">[52:30] </w:t>
      </w:r>
      <w:r>
        <w:t>to yeh sochne ki baat hai ke kya waja hai ke hum jo ideal chahte hain, woh milta nahi? jo perfection chahte hain, woh milta nahi? jo happiness chahte hain, woh milta nahi?</w:t>
      </w:r>
    </w:p>
    <w:p>
      <w:pPr>
        <w:jc w:val="right"/>
      </w:pPr>
      <w:r>
        <w:t>تو یہ سوچنے کی بات ہے کہ کیا وجہ ہے کہ ہم جو آئیڈیل چاہتے ہیں، وہ ملتا نہیں؟ جو پرفیکشن چاہتے ہیں، وہ ملتا نہیں؟ جو ہیپینس چاہتے ہیں، وہ ملتا نہیں؟</w:t>
      </w:r>
    </w:p>
    <w:p>
      <w:r>
        <w:rPr>
          <w:b/>
        </w:rPr>
        <w:t xml:space="preserve">[52:42] </w:t>
      </w:r>
      <w:r>
        <w:t>jo khushi hum chahte hain, woh milta nahi? yahan par jo question banta hai aap ke mind mein, jo sawal banta hai, us par aap agar sincere hain aur sochein to khuda ka jo kisi plan hai, aap ko samajh mein aa jaye ga</w:t>
      </w:r>
    </w:p>
    <w:p>
      <w:pPr>
        <w:jc w:val="right"/>
      </w:pPr>
      <w:r>
        <w:t>جو خوشی ہم چاہتے ہیں، وہ ملتا نہیں؟ یہاں پر جو کوئسچن بنتا ہے آپ کے مائنڈ میں، جو سوال بنتا ہے، اس پر آپ اگر سنسیئر ہیں اور سوچیں تو خدا کا جو کسی پلان ہے، آپ کو سمجھ میں آ جائے گ</w:t>
      </w:r>
    </w:p>
    <w:p>
      <w:r>
        <w:rPr>
          <w:b/>
        </w:rPr>
        <w:t xml:space="preserve">[52:57] </w:t>
      </w:r>
      <w:r>
        <w:t>a ke khuda ne mere life span ko do hisse mein bant diya hai. aik hissa is dunya mein hai, doosra hissa is dunya mein hai.</w:t>
      </w:r>
    </w:p>
    <w:p>
      <w:pPr>
        <w:jc w:val="right"/>
      </w:pPr>
      <w:r>
        <w:t>ا کہ خدا نے میرے لائف اسپین کو دو حصے میں بانٹ دیا ہے۔ ایک حصہ اس دنیا میں ہے، دوسرا حصہ اس دنیا میں ہے۔</w:t>
      </w:r>
    </w:p>
    <w:p>
      <w:r>
        <w:rPr>
          <w:b/>
        </w:rPr>
        <w:t xml:space="preserve">[53:06] </w:t>
      </w:r>
      <w:r>
        <w:t>yahan par apne paas desire hai, lekin fulfillment nahi. yahan par main chahta hoon pleasure, magar pleasure wahan mile ga, doosri dunya mein, yani paradise mein.</w:t>
      </w:r>
    </w:p>
    <w:p>
      <w:pPr>
        <w:jc w:val="right"/>
      </w:pPr>
      <w:r>
        <w:t>یہاں پر اپنے پاس ڈیزائر ہے، لیکن فلفلمنٹ نہیں۔ یہاں پر میں چاہتا ہوں پلیژر، مگر پلیژر وہاں ملے گا، دوسری دنیا میں، یعنی پیراڈائز میں۔</w:t>
      </w:r>
    </w:p>
    <w:p>
      <w:r>
        <w:rPr>
          <w:b/>
        </w:rPr>
        <w:t xml:space="preserve">[53:20] </w:t>
      </w:r>
      <w:r>
        <w:t>to main samajhta hoon ke sab se bari cheez hai sincere hona, seeker hona. agar aap sincere hain, agar aap seeker hain to aap zaroor sochte hue wahan tak pahunch jayen ge aur kahen ge: "haan, khuda ka jo crash plan hai, woh bilashuba yahi hai."</w:t>
      </w:r>
    </w:p>
    <w:p>
      <w:pPr>
        <w:jc w:val="right"/>
      </w:pPr>
      <w:r>
        <w:t>تو میں سمجھتا ہوں کہ سب سے بڑی چیز ہے سنسیئر ہونا، سیکھر ہونا۔ اگر آپ سنسیئر ہیں، اگر آپ سیکھر ہیں تو آپ ضرور سوچتے ہوئے وہاں تک پہنچ جائیں گے اور کہیں گے: "ہاں، خدا کا جو کریش پلان ہے، وہ بلاشبہ یہی ہے۔"</w:t>
      </w:r>
    </w:p>
    <w:p>
      <w:r>
        <w:rPr>
          <w:b/>
        </w:rPr>
        <w:t xml:space="preserve">[53:49] </w:t>
      </w:r>
      <w:r>
        <w:t>to main aap logon ko, jo log abhi is haqeeqat se poori tarah se na paya ho, un ko kahoon ga ke woh is ko talash karein aur is ko pahunchne ki koshish karein.</w:t>
      </w:r>
    </w:p>
    <w:p>
      <w:pPr>
        <w:jc w:val="right"/>
      </w:pPr>
      <w:r>
        <w:t>تو میں آپ لوگوں کو، جو لوگ ابھی اس حقیقت سے پوری طریقے سے نہ پایا ہو، ان کو کہوں گا کہ وہ اس کو تلاش کریں اور اس کو پہنچنے کی کوشش کریں۔</w:t>
      </w:r>
    </w:p>
    <w:p>
      <w:r>
        <w:rPr>
          <w:b/>
        </w:rPr>
        <w:t xml:space="preserve">[54:03] </w:t>
      </w:r>
      <w:r>
        <w:t>aur jo log is is sachai ko pa chuke hain, un se main kahoon ga ke woh is sachai ko baantein, saare logon tak pahunchayein.</w:t>
      </w:r>
    </w:p>
    <w:p>
      <w:pPr>
        <w:jc w:val="right"/>
      </w:pPr>
      <w:r>
        <w:t>اور جو لوگ اس اس سچائی کو پا چکے ہیں، ان سے میں کہوں گا کہ وہ اس سچائی کو بانٹیں، سارے لوگوں تک پہنچائیں۔</w:t>
      </w:r>
    </w:p>
    <w:p>
      <w:r>
        <w:rPr>
          <w:b/>
        </w:rPr>
        <w:t xml:space="preserve">[54:14] </w:t>
      </w:r>
      <w:r>
        <w:t>yani jinho ne abhi nahi paya hai, un par farz hai ke woh talash karein, study karein, janne ki koshish karein. aur jo pa chuke hain, un ka farz hai ke woh pahunchayein, pahunchayein, pahunchayein,</w:t>
      </w:r>
    </w:p>
    <w:p>
      <w:pPr>
        <w:jc w:val="right"/>
      </w:pPr>
      <w:r>
        <w:t>یعنی جنہوں نے ابھی نہیں پایا ہے، ان پر فرض ہے کہ وہ تلاش کریں، اسٹڈی کریں، جاننے کی کوشش کریں۔ اور جو پا چکے ہیں، ان کا فرض ہے کہ وہ پہنچائیں، پہنچائیں، پہنچائیں،</w:t>
      </w:r>
    </w:p>
    <w:p>
      <w:r>
        <w:rPr>
          <w:b/>
        </w:rPr>
        <w:t xml:space="preserve">[54:27] </w:t>
      </w:r>
      <w:r>
        <w:t>yahan tak ke kisi haal mein un ke upar maut aa jaye. un do ke sath koi teesri shakal nahi hai. na paye hue logon ko talash karna hai aur paye hue logon ko is message ko phailana hai.</w:t>
      </w:r>
    </w:p>
    <w:p>
      <w:pPr>
        <w:jc w:val="right"/>
      </w:pPr>
      <w:r>
        <w:t>یہاں تک کہ کسی حال میں ان کے اوپر موت آ جائے۔ ان دو کے ساتھ کوئی تیسری شکل نہیں ہے۔ نہ پائے ہوئے لوگوں کو تلاش کرنا ہے اور پائے ہوئے لوگوں کو اس میسج کو پھیلانا ہے۔</w:t>
      </w:r>
    </w:p>
    <w:p>
      <w:r>
        <w:rPr>
          <w:b/>
        </w:rPr>
        <w:t xml:space="preserve">[54:46] </w:t>
      </w:r>
      <w:r>
        <w:t>bas yahi do kaam hain.</w:t>
      </w:r>
    </w:p>
    <w:p>
      <w:pPr>
        <w:jc w:val="right"/>
      </w:pPr>
      <w:r>
        <w:t>بس یہی دو کام ہیں۔</w:t>
      </w:r>
    </w:p>
    <w:p>
      <w:r>
        <w:rPr>
          <w:b/>
        </w:rPr>
        <w:t xml:space="preserve">[54:51] </w:t>
      </w:r>
      <w:r>
        <w:t>to aap sab logon ko main yeh kahoon ga ke is par ghor karein aur zindagi ka, jis ko kehte hain, reassess karna, revise karna, apni zindagi ko phir se sochein, phir se replanning karein.</w:t>
      </w:r>
    </w:p>
    <w:p>
      <w:pPr>
        <w:jc w:val="right"/>
      </w:pPr>
      <w:r>
        <w:t>تو آپ سب لوگوں کو میں یہ کہوں گا کہ اس پر غور کریں اور زندگی کا، جس کو کہتے ہیں، ری اسس کرنا، ریوائز کرنا، اپنی زندگی کو پھر سے سوچیں، پھر سے ری پلاننگ کریں۔</w:t>
      </w:r>
    </w:p>
    <w:p>
      <w:r>
        <w:rPr>
          <w:b/>
        </w:rPr>
        <w:t xml:space="preserve">[55:08] </w:t>
      </w:r>
      <w:r>
        <w:t>is ki</w:t>
      </w:r>
    </w:p>
    <w:p>
      <w:pPr>
        <w:jc w:val="right"/>
      </w:pPr>
      <w:r>
        <w:t>اس کی</w:t>
      </w:r>
    </w:p>
    <w:p>
      <w:r>
        <w:rPr>
          <w:b/>
        </w:rPr>
        <w:t xml:space="preserve">[55:11] </w:t>
      </w:r>
      <w:r>
        <w:t>must har aik ko zaroorat hai ke woh apni zindagi ki replanning kare.</w:t>
      </w:r>
    </w:p>
    <w:p>
      <w:pPr>
        <w:jc w:val="right"/>
      </w:pPr>
      <w:r>
        <w:t>مسٹ ہر ایک کو ضرورت ہے کہ وہ اپنی زندگی کی ری پلاننگ کرے۔</w:t>
      </w:r>
    </w:p>
    <w:p>
      <w:r>
        <w:rPr>
          <w:b/>
        </w:rPr>
        <w:t xml:space="preserve">[55:18] </w:t>
      </w:r>
      <w:r>
        <w:t>aur jab aap is zehan se sochen ge, reassessment ke zehan se, to bohat jald aap yahan tak pahunch jayen ge ke mujhe replanning karni hai,</w:t>
      </w:r>
    </w:p>
    <w:p>
      <w:pPr>
        <w:jc w:val="right"/>
      </w:pPr>
      <w:r>
        <w:t>اور جب آپ اس ذہن سے سوچیں گے، ری اسسمنٹ کے ذہن سے، تو بہت جلد آپ یہاں تک پہنچ جائیں گے کہ مجھے ری پلاننگ کرنی ہے،</w:t>
      </w:r>
    </w:p>
    <w:p>
      <w:r>
        <w:rPr>
          <w:b/>
        </w:rPr>
        <w:t xml:space="preserve">[55:31] </w:t>
      </w:r>
      <w:r>
        <w:t>warna meri zindagi aisi bekar guzar jaye gi, bekar khatm ho jaye gi. aur jab yahan mera, yahan par main ne koi record nahi banaya hai, to wahan bhi koi mujhe milne wala nahi hai.</w:t>
      </w:r>
    </w:p>
    <w:p>
      <w:pPr>
        <w:jc w:val="right"/>
      </w:pPr>
      <w:r>
        <w:t>ورنہ میری زندگی ایسی بیکار گزر جائے گی، بیکار ختم ہو جائے گی۔ اور جب یہاں میرا، یہاں پر میں نے کوئی ریکارڈ نہیں بنایا ہے، تو وہاں بھی کوئی مجھے ملنے والا نہیں ہے۔</w:t>
      </w:r>
    </w:p>
    <w:p>
      <w:r>
        <w:rPr>
          <w:b/>
        </w:rPr>
        <w:t xml:space="preserve">[55:50] </w:t>
      </w:r>
      <w:r>
        <w:t>yeh yeh jo baat hai recording wali, to science ke zamane mein yeh baat prove ho chuki hai ke insaan ki recording ho rahi hai.</w:t>
      </w:r>
    </w:p>
    <w:p>
      <w:pPr>
        <w:jc w:val="right"/>
      </w:pPr>
      <w:r>
        <w:t>یہ یہ جو بات ہے ریکارڈنگ والی، تو سائنس کے زمانے میں یہ بات پروف ہو چکی ہے کہ انسان کی ریکارڈنگ ہو رہی ہے۔</w:t>
      </w:r>
    </w:p>
    <w:p>
      <w:r>
        <w:rPr>
          <w:b/>
        </w:rPr>
        <w:t xml:space="preserve">[56:00] </w:t>
      </w:r>
      <w:r>
        <w:t>hum jo bolte hain, yeh fiza mein record ho gaya, us ko aap replay kar sakte hain. aap ki jo activities hain, woh bhi fiza mein maujood hain, us ko phir se replay kiya ja sakta hai.</w:t>
      </w:r>
    </w:p>
    <w:p>
      <w:pPr>
        <w:jc w:val="right"/>
      </w:pPr>
      <w:r>
        <w:t>ہم جو بولتے ہیں، یہ فضا میں ریکارڈ ہو گیا، اس کو آپ ری پلے کر سکتے ہیں۔ آپ کی جو ایکٹیویٹیز ہیں، وہ بھی فضا میں موجود ہیں، اس کو پھر سے ری پلے کیا جا سکتا ہے۔</w:t>
      </w:r>
    </w:p>
    <w:p>
      <w:r>
        <w:rPr>
          <w:b/>
        </w:rPr>
        <w:t xml:space="preserve">[56:16] </w:t>
      </w:r>
      <w:r>
        <w:t>jis tarah ke sath aap TV mein dekhte hain ke kahin record kiya gaya tha, woh TV mein replay ho raha hai, us ki us ki tasweer, us ka movement, us ki awaz, sab kuch</w:t>
      </w:r>
    </w:p>
    <w:p>
      <w:pPr>
        <w:jc w:val="right"/>
      </w:pPr>
      <w:r>
        <w:t>جس طرح کے ساتھ آپ ٹی وی میں دیکھتے ہیں کہ کہیں ریکارڈ کیا گیا تھا، وہ ٹی وی میں ری پلے ہو رہا ہے، اس کی اس کی تصویر، اس کا موومنٹ، اس کی آواز، سب کچھ</w:t>
      </w:r>
    </w:p>
    <w:p>
      <w:r>
        <w:rPr>
          <w:b/>
        </w:rPr>
        <w:t xml:space="preserve">[56:31] </w:t>
      </w:r>
      <w:r>
        <w:t>. isi tarah se khuda ka jo nizam hai, jo angel chala rahe hain is nizam ko, to sari zindagi aap ki record ho rahi hai.</w:t>
      </w:r>
    </w:p>
    <w:p>
      <w:pPr>
        <w:jc w:val="right"/>
      </w:pPr>
      <w:r>
        <w:t>۔ اسی طریقے سے خدا کا جو نظام ہے، جو اینجل چلا رہے ہیں اس نظام کو، تو ساری زندگی آپ کی ریکارڈ ہو رہی ہے۔</w:t>
      </w:r>
    </w:p>
    <w:p>
      <w:r>
        <w:rPr>
          <w:b/>
        </w:rPr>
        <w:t xml:space="preserve">[56:42] </w:t>
      </w:r>
      <w:r>
        <w:t>yani TV ka jo jo jo insaan ne jo TV ka tareeqa daryaft kiya hai, woh kya hai?</w:t>
      </w:r>
    </w:p>
    <w:p>
      <w:pPr>
        <w:jc w:val="right"/>
      </w:pPr>
      <w:r>
        <w:t>یعنی ٹی وی کا جو جو جو انسان نے جو ٹی وی کا طریقہ دریافت کیا ہے، وہ کیا ہے؟</w:t>
      </w:r>
    </w:p>
    <w:p>
      <w:r>
        <w:rPr>
          <w:b/>
        </w:rPr>
        <w:t xml:space="preserve">[56:51] </w:t>
      </w:r>
      <w:r>
        <w:t>aik qism ka demonstration hai ke khuda ke har cheez ki recording kar raha hai.</w:t>
      </w:r>
    </w:p>
    <w:p>
      <w:pPr>
        <w:jc w:val="right"/>
      </w:pPr>
      <w:r>
        <w:t>ایک قسم کا ڈیمونسٹریشن ہے کہ خدا کے ہر چیز کی ریکارڈنگ کر رہا ہے۔</w:t>
      </w:r>
    </w:p>
    <w:p>
      <w:r>
        <w:rPr>
          <w:b/>
        </w:rPr>
        <w:t xml:space="preserve">[56:56] </w:t>
      </w:r>
      <w:r>
        <w:t>aik demonstration hai ke aap ka activities bhi record ho rahi hain, aap ki bol bhi record ho rahi hai, aap ki har cheez record ho rahi hai, yahan tak ke aap soch bhi record ho rahi hai aap ki.</w:t>
      </w:r>
    </w:p>
    <w:p>
      <w:pPr>
        <w:jc w:val="right"/>
      </w:pPr>
      <w:r>
        <w:t>ایک ڈیمونسٹریشن ہے کہ آپ کا ایکٹیویٹیز بھی ریکارڈ ہو رہی ہیں، آپ کی بول بھی ریکارڈ ہو رہی ہے، آپ کی ہر چیز ریکارڈ ہو رہی ہے، یہاں تک کہ آپ سوچ بھی ریکارڈ ہو رہی ہے آپ کی۔</w:t>
      </w:r>
    </w:p>
    <w:p>
      <w:r>
        <w:rPr>
          <w:b/>
        </w:rPr>
        <w:t xml:space="preserve">[57:13] </w:t>
      </w:r>
      <w:r>
        <w:t>aur yeh aap ke samne laya jaye ga.</w:t>
      </w:r>
    </w:p>
    <w:p>
      <w:pPr>
        <w:jc w:val="right"/>
      </w:pPr>
      <w:r>
        <w:t>اور یہ آپ کے سامنے لایا جائے گا۔</w:t>
      </w:r>
    </w:p>
    <w:p>
      <w:r>
        <w:rPr>
          <w:b/>
        </w:rPr>
        <w:t xml:space="preserve">[57:18] </w:t>
      </w:r>
      <w:r>
        <w:t>quran mein hai ke jab insan wahan pohnchega aur is ke samne is ka record pesh kiya jayega, to woh kahega: "malaha alkitab la yughadir saghiratan wala kabiratan illa ahsa".</w:t>
      </w:r>
    </w:p>
    <w:p>
      <w:pPr>
        <w:jc w:val="right"/>
      </w:pPr>
      <w:r>
        <w:t>قرآن میں ہے کہ جب انسان وہاں پہنچے گا اور اس کے سامنے اس کا ریکارڈ پیش کیا جائے گا، تو وہ کہے گا: "ما لہذا الکتاب لا یغادر صغیرۃ ولا کبیرۃ الا اسا"۔</w:t>
      </w:r>
    </w:p>
    <w:p>
      <w:r>
        <w:rPr>
          <w:b/>
        </w:rPr>
        <w:t xml:space="preserve">[57:32] </w:t>
      </w:r>
      <w:r>
        <w:t>yani ek aisa record hai jis mein bari choti bari sab baat darj hai.</w:t>
      </w:r>
    </w:p>
    <w:p>
      <w:pPr>
        <w:jc w:val="right"/>
      </w:pPr>
      <w:r>
        <w:t>یعنی ایک ایسا ریکارڈ ہے جس میں بڑی چھوٹی بڑی سب بات درج ہے۔</w:t>
      </w:r>
    </w:p>
    <w:p>
      <w:r>
        <w:rPr>
          <w:b/>
        </w:rPr>
        <w:t xml:space="preserve">[57:41] </w:t>
      </w:r>
      <w:r>
        <w:t>jaise mein ne ek qissa is se pehle arz kiya tha ke dilli mein shuru shuru mein jab woh system banaya gaya jo traffic control karne ke liye jo chorahon pe hota hai, tasweeren li jati hain, camere laga dete hain,</w:t>
      </w:r>
    </w:p>
    <w:p>
      <w:pPr>
        <w:jc w:val="right"/>
      </w:pPr>
      <w:r>
        <w:t>جیسے میں نے ایک قصہ اس سے پہلے عرض کیا تھا کہ دلی میں شروع شروع میں جب وہ سسٹم بنایا گیا جو ٹریفک کنٹرول کرنے کے لیے جو چوراہوں پہ ہوتا ہے، تصویریں لی جاتی ہیں، کیمرے لگا دیتے ہیں،</w:t>
      </w:r>
    </w:p>
    <w:p>
      <w:r>
        <w:rPr>
          <w:b/>
        </w:rPr>
        <w:t xml:space="preserve">[57:57] </w:t>
      </w:r>
      <w:r>
        <w:t>to shuru shuru mein logon ko pata nahi tha. to ek three wheeler chalata hua ek jagah aata hai, wahan likha hua hai "no parking".</w:t>
      </w:r>
    </w:p>
    <w:p>
      <w:pPr>
        <w:jc w:val="right"/>
      </w:pPr>
      <w:r>
        <w:t>تو شروع شروع میں لوگوں کو پتہ نہیں تھا۔ تو ایک تھری ویلر چلاتا ہوا ایک جگہ آتا ہے، وہاں لکھا ہوا ہے "نو پارکنگ"۔</w:t>
      </w:r>
    </w:p>
    <w:p>
      <w:r>
        <w:rPr>
          <w:b/>
        </w:rPr>
        <w:t xml:space="preserve">[58:07] </w:t>
      </w:r>
      <w:r>
        <w:t>wahan us ne gari khari kardi apni.</w:t>
      </w:r>
    </w:p>
    <w:p>
      <w:pPr>
        <w:jc w:val="right"/>
      </w:pPr>
      <w:r>
        <w:t>وہاں اس نے گاڑی کھڑی کر دی اپنی۔</w:t>
      </w:r>
    </w:p>
    <w:p>
      <w:r>
        <w:rPr>
          <w:b/>
        </w:rPr>
        <w:t xml:space="preserve">[58:11] </w:t>
      </w:r>
      <w:r>
        <w:t>police ne kaha ke yahan ghalat jagah khara kar rakha hai tum ne. to jhagadne laga is se, to us ko le gaya apne afsar ke paas, control room mein jo afsar tha.</w:t>
      </w:r>
    </w:p>
    <w:p>
      <w:pPr>
        <w:jc w:val="right"/>
      </w:pPr>
      <w:r>
        <w:t>پولیس نے کہا کہ یہاں غلط جگہ کھڑا کر رکھا ہے تم نے۔ تو جھگڑنے لگا اس سے، تو اس کو لے گیا اپنے افسر کے پاس، کنٹرول رول میں جو افسر تھا۔</w:t>
      </w:r>
    </w:p>
    <w:p>
      <w:r>
        <w:rPr>
          <w:b/>
        </w:rPr>
        <w:t xml:space="preserve">[58:22] </w:t>
      </w:r>
      <w:r>
        <w:t>to wahan bhi inkar kiya ke nahi, ghalat, yeh police wala ghalat keh raha hai, mein ne kahin nahi khara kiya. to wahan par video laga hua tha,</w:t>
      </w:r>
    </w:p>
    <w:p>
      <w:pPr>
        <w:jc w:val="right"/>
      </w:pPr>
      <w:r>
        <w:t>تو وہاں بھی انکار کیا کہ نہیں، غلط، یہ پولیس والا غلط کہہ رہا ہے، میں نے کہیں نہیں کھڑا کیا۔ تو وہاں پر ویڈیو لگا ہوا تھا،</w:t>
      </w:r>
    </w:p>
    <w:p>
      <w:r>
        <w:rPr>
          <w:b/>
        </w:rPr>
        <w:t xml:space="preserve">[58:32] </w:t>
      </w:r>
      <w:r>
        <w:t>us ne us ko on kiya,</w:t>
      </w:r>
    </w:p>
    <w:p>
      <w:pPr>
        <w:jc w:val="right"/>
      </w:pPr>
      <w:r>
        <w:t>اس نے اس کو ان کیا،</w:t>
      </w:r>
    </w:p>
    <w:p>
      <w:r>
        <w:rPr>
          <w:b/>
        </w:rPr>
        <w:t xml:space="preserve">[58:35] </w:t>
      </w:r>
      <w:r>
        <w:t>apni tasweer us mein dekhne laga woh ke mein gari chalata hua aata hoon, yahan gari rokta hoon, wahan khara hota hoon, ek dost mera hai, us ko cigarette pesh karta hoon, yeh sab kar raha hoon mein "no parking" jagah par.</w:t>
      </w:r>
    </w:p>
    <w:p>
      <w:pPr>
        <w:jc w:val="right"/>
      </w:pPr>
      <w:r>
        <w:t>اپنی تصویر اس میں دیکھنے لگا وہ کہ میں گاڑی چلاتا ہوا آتا ہوں، یہاں گاڑی روکتا ہوں، وہاں کھڑا ہوتا ہوں، ایک دوست میرا ہے، اس کو سگریٹ پیش کرتا ہوں، یہ سب کر رہا ہوں میں "نو پارکنگ" جگہ پر۔</w:t>
      </w:r>
    </w:p>
    <w:p>
      <w:r>
        <w:rPr>
          <w:b/>
        </w:rPr>
        <w:t xml:space="preserve">[58:49] </w:t>
      </w:r>
      <w:r>
        <w:t>to jab us ne dekha ke meri apni zindagi yahan par mujhe dikhai ja rahi hai screen par, to us baat aaya tha ke "he was left speechless".</w:t>
      </w:r>
    </w:p>
    <w:p>
      <w:pPr>
        <w:jc w:val="right"/>
      </w:pPr>
      <w:r>
        <w:t>تو جب اس نے دیکھا کہ میری اپنی زندگی یہاں پر مجھے دکھائی جا رہی ہے اسکرین پر، تو اس بات آیا تھا کہ "ہی واز لیفٹ سپیچ لیس"۔</w:t>
      </w:r>
    </w:p>
    <w:p>
      <w:r>
        <w:rPr>
          <w:b/>
        </w:rPr>
        <w:t xml:space="preserve">[59:00] </w:t>
      </w:r>
      <w:r>
        <w:t>us ki zuban band ho gayi.</w:t>
      </w:r>
    </w:p>
    <w:p>
      <w:pPr>
        <w:jc w:val="right"/>
      </w:pPr>
      <w:r>
        <w:t>اس کی زبان بند ہو گئی۔</w:t>
      </w:r>
    </w:p>
    <w:p>
      <w:r>
        <w:rPr>
          <w:b/>
        </w:rPr>
        <w:t xml:space="preserve">[59:04] </w:t>
      </w:r>
      <w:r>
        <w:t>to hum mein is hasrat ki zuban band hone wali hai akhirat mein. khuda ke farishte isi tarike se hamari sari zindagi ke record tayyar kar rahe hain aur wahan pesh hoga.</w:t>
      </w:r>
    </w:p>
    <w:p>
      <w:pPr>
        <w:jc w:val="right"/>
      </w:pPr>
      <w:r>
        <w:t>تو ہم میں اس حسرت کی زبان بند ہونے والی ہے آخرت میں۔ خدا کے فرشتے اسی طریقے سے ہماری ساری زندگی کے ریکارڈ تیار کر رہے ہیں اور وہاں پیش ہوگا۔</w:t>
      </w:r>
    </w:p>
    <w:p>
      <w:r>
        <w:rPr>
          <w:b/>
        </w:rPr>
        <w:t xml:space="preserve">[59:19] </w:t>
      </w:r>
      <w:r>
        <w:t>to qabl is ke ke khuda ke samne hum pesh hon aur record de kar chup ho jayen, hum ko yahin chup ho jana chahiye, yahin ruk jana chahiye, yahin par apni zindagi ki re planning karna chahiye.</w:t>
      </w:r>
    </w:p>
    <w:p>
      <w:pPr>
        <w:jc w:val="right"/>
      </w:pPr>
      <w:r>
        <w:t>تو قبل اس کے کہ خدا کے سامنے ہم پیش ہوں اور ریکارڈ دے کر چپ ہو جائیں، ہم کو یہیں چپ ہو جانا چاہیے، یہیں رک جانا چاہیے، یہیں پر اپنی زندگی کی ری پلاننگ کرنا چاہیے۔</w:t>
      </w:r>
    </w:p>
    <w:p>
      <w:r>
        <w:rPr>
          <w:b/>
        </w:rPr>
        <w:t xml:space="preserve">[59:35] </w:t>
      </w:r>
      <w:r>
        <w:t>aqool qawli haza wastaghfirullaha walakum ajmaeen.</w:t>
      </w:r>
    </w:p>
    <w:p>
      <w:pPr>
        <w:jc w:val="right"/>
      </w:pPr>
      <w:r>
        <w:t>اقول قولیھذا واستغفراللہ ولکم اجمعین۔</w:t>
      </w:r>
    </w:p>
    <w:p>
      <w:r>
        <w:rPr>
          <w:b/>
        </w:rPr>
        <w:t xml:space="preserve">[59:54] </w:t>
      </w:r>
      <w:r>
        <w:t>das question is from doctor muslima siddiqui: what is meant by the word furqan as expressed in the third chapter of the quran?</w:t>
      </w:r>
    </w:p>
    <w:p>
      <w:pPr>
        <w:jc w:val="right"/>
      </w:pPr>
      <w:r>
        <w:t>دس کوئسچن از فرام ڈاکٹر مسلمہ صدیقی: واٹ از مینٹ بائی دی ورڈ فرقان ایز ایکسپریسڈ ان دی تھرڈ چیپٹر اف دا قرآن؟</w:t>
      </w:r>
    </w:p>
    <w:p>
      <w:r>
        <w:rPr>
          <w:b/>
        </w:rPr>
        <w:t xml:space="preserve">[1:00:07] </w:t>
      </w:r>
      <w:r>
        <w:t>furqan ka matlab hota hai</w:t>
      </w:r>
    </w:p>
    <w:p>
      <w:pPr>
        <w:jc w:val="right"/>
      </w:pPr>
      <w:r>
        <w:t>فرقان کا مطلب ہوتا ہے</w:t>
      </w:r>
    </w:p>
    <w:p>
      <w:r>
        <w:rPr>
          <w:b/>
        </w:rPr>
        <w:t xml:space="preserve">[1:00:12] </w:t>
      </w:r>
      <w:r>
        <w:t>farq karne wala, yani difference ko batane wala,</w:t>
      </w:r>
    </w:p>
    <w:p>
      <w:pPr>
        <w:jc w:val="right"/>
      </w:pPr>
      <w:r>
        <w:t>فرق کرنے والا، یعنی ڈیفرنس کو بتانے والا،</w:t>
      </w:r>
    </w:p>
    <w:p>
      <w:r>
        <w:rPr>
          <w:b/>
        </w:rPr>
        <w:t xml:space="preserve">[1:00:20] </w:t>
      </w:r>
      <w:r>
        <w:t>yani falsehood aur truth mein farq karne wala. yeh hai quran.</w:t>
      </w:r>
    </w:p>
    <w:p>
      <w:pPr>
        <w:jc w:val="right"/>
      </w:pPr>
      <w:r>
        <w:t>یعنی فالس ہڈ اور ٹروتھ میں فرق کرنے والا۔ یہ ہے قرآن۔</w:t>
      </w:r>
    </w:p>
    <w:p>
      <w:r>
        <w:rPr>
          <w:b/>
        </w:rPr>
        <w:t xml:space="preserve">[1:00:30] </w:t>
      </w:r>
      <w:r>
        <w:t>to quran ko bataya gaya hai ke yeh woh kitab hai jo</w:t>
      </w:r>
    </w:p>
    <w:p>
      <w:pPr>
        <w:jc w:val="right"/>
      </w:pPr>
      <w:r>
        <w:t>تو قرآن کو بتایا گیا ہے کہ یہ وہ کتاب ہے جو</w:t>
      </w:r>
    </w:p>
    <w:p>
      <w:r>
        <w:rPr>
          <w:b/>
        </w:rPr>
        <w:t xml:space="preserve">[1:00:38] </w:t>
      </w:r>
      <w:r>
        <w:t>tum ko alag alag kar ke batati hai ke yeh sachai hai, yeh falsehood hai. to har mamle mein mein samajhta hoon ke agar hum yeh kahein ke quran is aitbar se ek book of reference hai,</w:t>
      </w:r>
    </w:p>
    <w:p>
      <w:pPr>
        <w:jc w:val="right"/>
      </w:pPr>
      <w:r>
        <w:t>تم کو الگ الگ کر کے بتاتی ہے کہ یہ سچائی ہے، یہ فالس ہڈ ہے۔ تو ہر معاملے میں میں سمجھتا ہوں کہ اگر ہم یہ کہیں کہ قرآن اس اعتبار سے ایک بک اف ریفرنس ہے،</w:t>
      </w:r>
    </w:p>
    <w:p>
      <w:r>
        <w:rPr>
          <w:b/>
        </w:rPr>
        <w:t xml:space="preserve">[1:00:53] </w:t>
      </w:r>
      <w:r>
        <w:t>jaise aap koi baat janna ho to aap dictionary consult karte hain ya aise aap ki media consult karte hain, to sach aur falsehood ke bare mein, ghalat aur sahi ke bare mein agar kisi cheez ko janna ho to aap ko quran ko consult karna hoga.</w:t>
      </w:r>
    </w:p>
    <w:p>
      <w:pPr>
        <w:jc w:val="right"/>
      </w:pPr>
      <w:r>
        <w:t>جیسے آپ کوئی بات جاننا ہو تو آپ ڈکشنری کنسل کرتے ہیں یا ایسے آپ کی میڈیا کنسل کرتے ہیں، تو سچ اور فالس ہڈ کے بارے میں، غلط اور صحیح کے بارے میں اگر کسی چیز کو جاننا ہو تو آپ کو قرآن کو کنسل کرنا ہوگا۔</w:t>
      </w:r>
    </w:p>
    <w:p>
      <w:r>
        <w:rPr>
          <w:b/>
        </w:rPr>
        <w:t xml:space="preserve">[1:01:12] </w:t>
      </w:r>
      <w:r>
        <w:t>wahan yeh matlab hai is ka.</w:t>
      </w:r>
    </w:p>
    <w:p>
      <w:pPr>
        <w:jc w:val="right"/>
      </w:pPr>
      <w:r>
        <w:t>وہاں یہ مطلب ہے اس کا۔</w:t>
      </w:r>
    </w:p>
    <w:p>
      <w:r>
        <w:rPr>
          <w:b/>
        </w:rPr>
        <w:t xml:space="preserve">[1:01:18] </w:t>
      </w:r>
      <w:r>
        <w:t>mein to apne bare mein keh sakta hoon ke jab bhi koi baat hoti hai to foran mujhe kisi ayat mein is ka hawala mil jata hai.</w:t>
      </w:r>
    </w:p>
    <w:p>
      <w:pPr>
        <w:jc w:val="right"/>
      </w:pPr>
      <w:r>
        <w:t>میں تو اپنے بارے میں کہہ سکتا ہوں کہ جب بھی کوئی بات ہوتی ہے تو فوراً مجھے کسی آیت میں اس کا حوالہ مل جاتا ہے۔</w:t>
      </w:r>
    </w:p>
    <w:p>
      <w:r>
        <w:rPr>
          <w:b/>
        </w:rPr>
        <w:t xml:space="preserve">[1:01:28] </w:t>
      </w:r>
      <w:r>
        <w:t>baat ka matlab yeh nahi ke kuch log yeh samajhte hain ke jaise quran mein hai ke tafseel likulshay, har baat ki tafseel hai. is ka matlab yeh nahi ke is mein science bhi hai, is mein mathematics bhi hai.</w:t>
      </w:r>
    </w:p>
    <w:p>
      <w:pPr>
        <w:jc w:val="right"/>
      </w:pPr>
      <w:r>
        <w:t>بات کا معنی یہ نہیں کہ کچھ لوگ یہ سمجھتے ہیں کہ جیسے قرآن میں ہے کہ تفصیل لکلش ہے، ہر بات کی تفصیل ہے۔ اس کا مطلب یہ نہیں کہ اس میں سائنس بھی ہے، اس میں میتھمیٹکس بھی ہے۔</w:t>
      </w:r>
    </w:p>
    <w:p>
      <w:r>
        <w:rPr>
          <w:b/>
        </w:rPr>
        <w:t xml:space="preserve">[1:01:40] </w:t>
      </w:r>
      <w:r>
        <w:t>yeh matlab nahi hai. yani insan ki jo life hai, yeh duniya mein hum kaise rahen, to</w:t>
      </w:r>
    </w:p>
    <w:p>
      <w:pPr>
        <w:jc w:val="right"/>
      </w:pPr>
      <w:r>
        <w:t>یہ مطلب نہیں ہے۔ یعنی انسان کی جو لائف ہے، یہ دنیا میں ہم کیسے رہیں، تو</w:t>
      </w:r>
    </w:p>
    <w:p>
      <w:r>
        <w:rPr>
          <w:b/>
        </w:rPr>
        <w:t xml:space="preserve">[1:01:49] </w:t>
      </w:r>
      <w:r>
        <w:t>is ke bare mein science of life ke bare mein woh book of reference hai. yeh matlab hai is ka. science of life ke bare mein woh book of reference hai.</w:t>
      </w:r>
    </w:p>
    <w:p>
      <w:pPr>
        <w:jc w:val="right"/>
      </w:pPr>
      <w:r>
        <w:t>اس کے بارے میں سائنس آف لائف کے بارے میں وہ بک آف ریفرنس ہے۔ یہ مطلب ہے اس کا۔ سائنس آف لائف کے بارے میں وہ بک آف ریفرنس ہے۔</w:t>
      </w:r>
    </w:p>
    <w:p>
      <w:r>
        <w:rPr>
          <w:b/>
        </w:rPr>
        <w:t xml:space="preserve">[1:02:02] </w:t>
      </w:r>
      <w:r>
        <w:t>is pehlu se jo baat aap ko janna ho, is mein aap ko is ka answer mil jayega.</w:t>
      </w:r>
    </w:p>
    <w:p>
      <w:pPr>
        <w:jc w:val="right"/>
      </w:pPr>
      <w:r>
        <w:t>اس پہلو سے جو بات آپ کو جاننا ہو، اس میں آپ کو اس کا انسر مل جائے گا۔</w:t>
      </w:r>
    </w:p>
    <w:p>
      <w:r>
        <w:rPr>
          <w:b/>
        </w:rPr>
        <w:t xml:space="preserve">[1:02:12] </w:t>
      </w:r>
      <w:r>
        <w:t>das question is from aisha:</w:t>
      </w:r>
    </w:p>
    <w:p>
      <w:pPr>
        <w:jc w:val="right"/>
      </w:pPr>
      <w:r>
        <w:t>دس کوئسچن از فرام عائشہ:</w:t>
      </w:r>
    </w:p>
    <w:p>
      <w:r>
        <w:rPr>
          <w:b/>
        </w:rPr>
        <w:t xml:space="preserve">[1:02:14] </w:t>
      </w:r>
      <w:r>
        <w:t>in chapter five of quran, it is said: "do justice as justice is near to taqwa". kindly comment.</w:t>
      </w:r>
    </w:p>
    <w:p>
      <w:pPr>
        <w:jc w:val="right"/>
      </w:pPr>
      <w:r>
        <w:t>ان چیپٹر فائیو اف قرآن، اٹ از سیڈ: "ڈو جسٹس ایز جسٹس از نیئر ٹو تقویٰ"۔ کائنڈلی کمنٹ۔</w:t>
      </w:r>
    </w:p>
    <w:p>
      <w:r>
        <w:rPr>
          <w:b/>
        </w:rPr>
        <w:t xml:space="preserve">[1:02:28] </w:t>
      </w:r>
      <w:r>
        <w:t>woh is tarah se hai ke:</w:t>
      </w:r>
    </w:p>
    <w:p>
      <w:pPr>
        <w:jc w:val="right"/>
      </w:pPr>
      <w:r>
        <w:t>وہ اس طرح سے ہے کہ:</w:t>
      </w:r>
    </w:p>
    <w:p>
      <w:r>
        <w:rPr>
          <w:b/>
        </w:rPr>
        <w:t xml:space="preserve">[1:02:33] </w:t>
      </w:r>
      <w:r>
        <w:t>"wala yajramannakum shanan qawmin ala allahi ta'adlu akhru al-taqwa".</w:t>
      </w:r>
    </w:p>
    <w:p>
      <w:pPr>
        <w:jc w:val="right"/>
      </w:pPr>
      <w:r>
        <w:t>"ولا یجرمنکم سنان قوم علی اللہ تعادل اخرو التقویٰ"۔</w:t>
      </w:r>
    </w:p>
    <w:p>
      <w:r>
        <w:rPr>
          <w:b/>
        </w:rPr>
        <w:t xml:space="preserve">[1:02:43] </w:t>
      </w:r>
      <w:r>
        <w:t>is mein bataya gaya hai ke jab kisi se tum ko differences aa jayen, kahin se tum ko kisi ke bare mein tum ko tumhare andar negative thought aa jaye, kahin se tum ko koi haan pahunch jaye, tab bhi tumhein justice par qaim rehna chahiye.</w:t>
      </w:r>
    </w:p>
    <w:p>
      <w:pPr>
        <w:jc w:val="right"/>
      </w:pPr>
      <w:r>
        <w:t>اس میں بتایا گیا ہے کہ جب کسی سے تم کو ڈیفرنسز آ جائیں، کہیں سے تم کو کسی کے بارے میں تم کو تمہارے اندر نیگیٹیو تھاٹ آ جائے، کہیں سے تم کو کوئی ہارن پہنچ جائے، تب بھی تمہیں جسٹس پر قائم رہنا چاہیے۔</w:t>
      </w:r>
    </w:p>
    <w:p>
      <w:r>
        <w:rPr>
          <w:b/>
        </w:rPr>
        <w:t xml:space="preserve">[1:03:00] </w:t>
      </w:r>
      <w:r>
        <w:t>munh se jo bolo toh woh justice wali baat bolo, kyunke yahi taqwa hai.</w:t>
      </w:r>
    </w:p>
    <w:p>
      <w:pPr>
        <w:jc w:val="right"/>
      </w:pPr>
      <w:r>
        <w:t>منہ سے جو بولو تو وہ جسٹس والی بات بولو، کیونکہ یہی تقویٰ ہے۔</w:t>
      </w:r>
    </w:p>
    <w:p>
      <w:r>
        <w:rPr>
          <w:b/>
        </w:rPr>
        <w:t xml:space="preserve">[1:03:06] </w:t>
      </w:r>
      <w:r>
        <w:t>dekhen, yeh duniya mein kya hota hai ke jis se aadmi ko ghussa aa jaye, jis se aadmi ko hate ho jaye, jis se koi difference ho jaye, jis se koi interest ka clash ho jaye, toh foran aadmi ka mind jo hai negative ho jata hai, us ke bare mein ulti baat bolta hai.</w:t>
      </w:r>
    </w:p>
    <w:p>
      <w:pPr>
        <w:jc w:val="right"/>
      </w:pPr>
      <w:r>
        <w:t>دیکھیں، یہ دنیا میں کیا ہوتا ہے کہ جس سے آدمی کو غصہ آ جائے، جس سے آدمی کو ہیٹ ہو جائے، جس سے کوئی ڈیفرنس ہو جائے، جس سے کوئی انٹرسٹ کا کلیش ہو جائے، تو فوراً آدمی کا مائنڈ جو ہے نیگیٹیو ہو جاتا ہے، اس کے بارے میں الٹی بات بولتا ہے۔</w:t>
      </w:r>
    </w:p>
    <w:p>
      <w:r>
        <w:rPr>
          <w:b/>
        </w:rPr>
        <w:t xml:space="preserve">[1:03:24] </w:t>
      </w:r>
      <w:r>
        <w:t>yeh islam mein haram hai. islam mein haram hai,</w:t>
      </w:r>
    </w:p>
    <w:p>
      <w:pPr>
        <w:jc w:val="right"/>
      </w:pPr>
      <w:r>
        <w:t>یہ اسلام میں حرام ہے۔ اسلام میں حرام ہے،</w:t>
      </w:r>
    </w:p>
    <w:p>
      <w:r>
        <w:rPr>
          <w:b/>
        </w:rPr>
        <w:t xml:space="preserve">[1:03:29] </w:t>
      </w:r>
      <w:r>
        <w:t>chahe koi aap ka dost ho ya dost na ho, chahe kisi se aap ko faida milta ho ya faida na milta ho, kisi se aap ko kisi ne aap ko ghussa dilaya ho, provoke kiya ho ya na kiya ho, kuch bhi.</w:t>
      </w:r>
    </w:p>
    <w:p>
      <w:pPr>
        <w:jc w:val="right"/>
      </w:pPr>
      <w:r>
        <w:t>چاہے کوئی آپ کا دوست ہو یا دوست نہ ہو، چاہے کسی سے آپ کو فائدہ ملتا ہو یا فائدہ نہ ملتا ہو، کسی سے آپ کو کسی نے آپ کو غصہ دلایا ہو، پرووک کیا ہو یا نہ کیا ہو، کچھ بھی۔</w:t>
      </w:r>
    </w:p>
    <w:p>
      <w:r>
        <w:rPr>
          <w:b/>
        </w:rPr>
        <w:t xml:space="preserve">[1:03:43] </w:t>
      </w:r>
      <w:r>
        <w:t>irrespective all these things, you have to be just. aap ke munh se us ke bare mein jo bol niklen, woh as it is hon.</w:t>
      </w:r>
    </w:p>
    <w:p>
      <w:pPr>
        <w:jc w:val="right"/>
      </w:pPr>
      <w:r>
        <w:t>ارریسپیکٹو ال دیز تھنگز، یو ہیو ٹو بی جسٹ۔ آپ کے منہ سے اس کے بارے میں جو بول نکلیں، وہ ایز اٹ از ہوں۔</w:t>
      </w:r>
    </w:p>
    <w:p>
      <w:r>
        <w:rPr>
          <w:b/>
        </w:rPr>
        <w:t xml:space="preserve">[1:03:55] </w:t>
      </w:r>
      <w:r>
        <w:t>yeh matlab hai is ka.</w:t>
      </w:r>
    </w:p>
    <w:p>
      <w:pPr>
        <w:jc w:val="right"/>
      </w:pPr>
      <w:r>
        <w:t>یہ مطلب ہے اس کا۔</w:t>
      </w:r>
    </w:p>
    <w:p>
      <w:r>
        <w:rPr>
          <w:b/>
        </w:rPr>
        <w:t xml:space="preserve">[1:03:57] </w:t>
      </w:r>
      <w:r>
        <w:t>yeh bohat hi great test hai, kyunke dekha jata hai ke bohat jald log badal jate hain, yani wahan tak theek bolte hain jahan bas apna friend hai toh use theek bolenge,</w:t>
      </w:r>
    </w:p>
    <w:p>
      <w:pPr>
        <w:jc w:val="right"/>
      </w:pPr>
      <w:r>
        <w:t>یہ بہت ہی کراٹ ٹیسٹ ہے، کیونکہ دیکھا جاتا ہے کہ بہت جلد لوگ بدل جاتے ہیں، یعنی وہاں تک ٹھیک بولتے ہیں جہاں بس اپنا فرینڈ ہے تو اسے ٹھیک بولیں گے،</w:t>
      </w:r>
    </w:p>
    <w:p>
      <w:r>
        <w:rPr>
          <w:b/>
        </w:rPr>
        <w:t xml:space="preserve">[1:04:11] </w:t>
      </w:r>
      <w:r>
        <w:t>aur jis ke bare mein samajh lein ke yeh hamara enemy hai toh us ke bare mein kuch bhi ulti seedhi bol bolne lagte hain. woh</w:t>
      </w:r>
    </w:p>
    <w:p>
      <w:pPr>
        <w:jc w:val="right"/>
      </w:pPr>
      <w:r>
        <w:t>اور جس کے بارے میں سمجھ لیں کہ یہ ہمارا اینمی ہے تو اس کے بارے میں کچھ بھی الٹی سیدھی بول بولنے لگتے ہیں۔ وہ</w:t>
      </w:r>
    </w:p>
    <w:p>
      <w:r>
        <w:rPr>
          <w:b/>
        </w:rPr>
        <w:t xml:space="preserve">[1:04:19] </w:t>
      </w:r>
      <w:r>
        <w:t>toh taqwa ki pehchan yeh hai ke aadmi har haal mein wohi bole jo us ko bolna chahiye.</w:t>
      </w:r>
    </w:p>
    <w:p>
      <w:pPr>
        <w:jc w:val="right"/>
      </w:pPr>
      <w:r>
        <w:t>تو تقویٰ کی پہچان یہ ہے کہ آدمی ہر حال میں وہی بولے جو اس کو بولنا چاہیے۔</w:t>
      </w:r>
    </w:p>
    <w:p>
      <w:r>
        <w:rPr>
          <w:b/>
        </w:rPr>
        <w:t xml:space="preserve">[1:04:31] </w:t>
      </w:r>
      <w:r>
        <w:t>taqwa ka matlab hai god consciousness. koi aadmi god ko paya hai, nahi paya hai, us ki pehchan jaan</w:t>
      </w:r>
    </w:p>
    <w:p>
      <w:pPr>
        <w:jc w:val="right"/>
      </w:pPr>
      <w:r>
        <w:t>تقویٰ کا مطلب ہے گاڈ کانشیسنس۔ کوئی آدمی گاڈ کو پایا ہے، نہیں پایا ہے، اس کی پہچان جان</w:t>
      </w:r>
    </w:p>
    <w:p>
      <w:r>
        <w:rPr>
          <w:b/>
        </w:rPr>
        <w:t xml:space="preserve">[1:04:40] </w:t>
      </w:r>
      <w:r>
        <w:t>na hoti hai. sab se achi pehchan yeh hai ke us waqt bhi woh insaaf ki baat bole, jab ke us ko provoke kar diya gaya ho, jab ke uska ego clash ho gaya ho.</w:t>
      </w:r>
    </w:p>
    <w:p>
      <w:pPr>
        <w:jc w:val="right"/>
      </w:pPr>
      <w:r>
        <w:t>نا ہوتی ہے۔ سب سے اچھی پہچان یہ ہے کہ اس وقت بھی وہ انصاف کی بات بولے، جب کہ اس کو پرووک کر دیا گیا ہو، جب کہ اس کا ایگو کلیش ہو گیا ہو۔</w:t>
      </w:r>
    </w:p>
    <w:p>
      <w:r>
        <w:rPr>
          <w:b/>
        </w:rPr>
        <w:t xml:space="preserve">[1:04:54] </w:t>
      </w:r>
      <w:r>
        <w:t>toh yeh pehchan batayi gayi hai taqwa ki.</w:t>
      </w:r>
    </w:p>
    <w:p>
      <w:pPr>
        <w:jc w:val="right"/>
      </w:pPr>
      <w:r>
        <w:t>تو یہ پہچان بتائی گئی ہے تقویٰ کی۔</w:t>
      </w:r>
    </w:p>
    <w:p>
      <w:r>
        <w:rPr>
          <w:b/>
        </w:rPr>
        <w:t xml:space="preserve">[1:05:01] </w:t>
      </w:r>
      <w:r>
        <w:t>das question is from molana zakwan: what is the meaning of qawam?</w:t>
      </w:r>
    </w:p>
    <w:p>
      <w:pPr>
        <w:jc w:val="right"/>
      </w:pPr>
      <w:r>
        <w:t>دس کوئسچن از فرام مولانا زکوان: واٹ از دا میننگ اف قوام؟</w:t>
      </w:r>
    </w:p>
    <w:p>
      <w:r>
        <w:rPr>
          <w:b/>
        </w:rPr>
        <w:t xml:space="preserve">[1:05:10] </w:t>
      </w:r>
      <w:r>
        <w:t>dekhen, qawam ka matlab wohi hai jo hum aaj kal kehte hain boss. dekhiye, yeh that is a need of organization, a natural need of organization.</w:t>
      </w:r>
    </w:p>
    <w:p>
      <w:pPr>
        <w:jc w:val="right"/>
      </w:pPr>
      <w:r>
        <w:t>دیکھیں، قوام کا مطلب وہی ہے جو ہم آج کل کہتے ہیں باس۔ دیکھیے، یہ دیٹ از ا نیڈ اف ارگنائزیشن، ا نیچرل نیڈ اف ارگنائزیشن۔</w:t>
      </w:r>
    </w:p>
    <w:p>
      <w:r>
        <w:rPr>
          <w:b/>
        </w:rPr>
        <w:t xml:space="preserve">[1:05:25] </w:t>
      </w:r>
      <w:r>
        <w:t>dekhen, jahan bhi chand aadmi hon toh woh ek organization hoti hai. company hai, organization hai. government hai toh woh organization hai.</w:t>
      </w:r>
    </w:p>
    <w:p>
      <w:pPr>
        <w:jc w:val="right"/>
      </w:pPr>
      <w:r>
        <w:t>دیکھیں، جہاں بھی چند آدمی ہوں تو وہ ایک ارگنائزیشن ہوتی ہے۔ کمپنی ہے، ارگنائزیشن ہے۔ گورنمنٹ ہے تو وہ ارگنائزیشن ہے۔</w:t>
      </w:r>
    </w:p>
    <w:p>
      <w:r>
        <w:rPr>
          <w:b/>
        </w:rPr>
        <w:t xml:space="preserve">[1:05:35] </w:t>
      </w:r>
      <w:r>
        <w:t>is tarah ghar bhi ek organization hai. toh jis tarah har jagah</w:t>
      </w:r>
    </w:p>
    <w:p>
      <w:pPr>
        <w:jc w:val="right"/>
      </w:pPr>
      <w:r>
        <w:t>اس طرح گھر بھی ایک ارگنائزیشن ہے۔ تو جس طرح ہر جگہ</w:t>
      </w:r>
    </w:p>
    <w:p>
      <w:r>
        <w:rPr>
          <w:b/>
        </w:rPr>
        <w:t xml:space="preserve">[1:05:39] </w:t>
      </w:r>
      <w:r>
        <w:t>ek boss hota hai, agar boss na ho toh government nahi chal sakti. jaise prime minister boss hai, woh government ko chala raha hai. company mein jo bara manager hai, uska boss hai, woh company ko chala raha hai.</w:t>
      </w:r>
    </w:p>
    <w:p>
      <w:pPr>
        <w:jc w:val="right"/>
      </w:pPr>
      <w:r>
        <w:t>ایک باس ہوتا ہے، اگر باس نہ ہو تو گورنمنٹ نہیں چل سکتی۔ جیسے پرائم منسٹر باس ہے، وہ گورنمنٹ کو چلا رہا ہے۔ کمپنی میں جو بڑا منیجر ہے، اس کا باس ہے، وہ کمپنی کو چلا رہا ہے۔</w:t>
      </w:r>
    </w:p>
    <w:p>
      <w:r>
        <w:rPr>
          <w:b/>
        </w:rPr>
        <w:t xml:space="preserve">[1:05:52] </w:t>
      </w:r>
      <w:r>
        <w:t>is tarah ghar ke andar bhi ek boss hona chahiye.</w:t>
      </w:r>
    </w:p>
    <w:p>
      <w:pPr>
        <w:jc w:val="right"/>
      </w:pPr>
      <w:r>
        <w:t>اس طرح گھر کے اندر بھی ایک باس ہونا چاہیے۔</w:t>
      </w:r>
    </w:p>
    <w:p>
      <w:r>
        <w:rPr>
          <w:b/>
        </w:rPr>
        <w:t xml:space="preserve">[1:05:57] </w:t>
      </w:r>
      <w:r>
        <w:t>to islam mein bataya ke mard ko ghar ka boss banao.</w:t>
      </w:r>
    </w:p>
    <w:p>
      <w:pPr>
        <w:jc w:val="right"/>
      </w:pPr>
      <w:r>
        <w:t>تو اسلام میں بتایا کہ مرد کو گھر کا باس بناؤ۔</w:t>
      </w:r>
    </w:p>
    <w:p>
      <w:r>
        <w:rPr>
          <w:b/>
        </w:rPr>
        <w:t xml:space="preserve">[1:06:02] </w:t>
      </w:r>
      <w:r>
        <w:t>us ki wajah yeh hai ke aurat jo hai,</w:t>
      </w:r>
    </w:p>
    <w:p>
      <w:pPr>
        <w:jc w:val="right"/>
      </w:pPr>
      <w:r>
        <w:t>اس کی وجہ یہ ہے کہ عورت جو ہے،</w:t>
      </w:r>
    </w:p>
    <w:p>
      <w:r>
        <w:rPr>
          <w:b/>
        </w:rPr>
        <w:t xml:space="preserve">[1:06:07] </w:t>
      </w:r>
      <w:r>
        <w:t>yani yeh bas bataun ke aurat ke liye bohat hi relief ki baat hai.</w:t>
      </w:r>
    </w:p>
    <w:p>
      <w:pPr>
        <w:jc w:val="right"/>
      </w:pPr>
      <w:r>
        <w:t>یعنی یہ بس بتاؤں کہ عورت کے لیے بہت ہی ریلیف کی بات ہے۔</w:t>
      </w:r>
    </w:p>
    <w:p>
      <w:r>
        <w:rPr>
          <w:b/>
        </w:rPr>
        <w:t xml:space="preserve">[1:06:12] </w:t>
      </w:r>
      <w:r>
        <w:t>ek admi, mein ne ek martaba parha tha ke ek ek angrez aaya british period mein india,</w:t>
      </w:r>
    </w:p>
    <w:p>
      <w:pPr>
        <w:jc w:val="right"/>
      </w:pPr>
      <w:r>
        <w:t>ایک آدمی، میں نے ایک مرتبہ پڑھا تھا کہ ایک ایک انگریز آیا برٹش پیریڈ میں انڈیا،</w:t>
      </w:r>
    </w:p>
    <w:p>
      <w:r>
        <w:rPr>
          <w:b/>
        </w:rPr>
        <w:t xml:space="preserve">[1:06:18] </w:t>
      </w:r>
      <w:r>
        <w:t>to us se jab wapas gaya to poocha: "tum ne india mein kaun si bari anokhi baat dekhi?"</w:t>
      </w:r>
    </w:p>
    <w:p>
      <w:pPr>
        <w:jc w:val="right"/>
      </w:pPr>
      <w:r>
        <w:t>تو اس سے جب واپس گیا تو پوچھا: "تم نے انڈیا میں کون سی بڑی انوکھی بات دیکھی؟"</w:t>
      </w:r>
    </w:p>
    <w:p>
      <w:r>
        <w:rPr>
          <w:b/>
        </w:rPr>
        <w:t xml:space="preserve">[1:06:26] </w:t>
      </w:r>
      <w:r>
        <w:t>to us ne kaha: "mein ne yeh dekha ke har ghar mein ek bewaqoof hota hai, ek stepped</w:t>
      </w:r>
    </w:p>
    <w:p>
      <w:pPr>
        <w:jc w:val="right"/>
      </w:pPr>
      <w:r>
        <w:t>تو اس نے کہا: "میں نے یہ دیکھا کہ ہر گھر میں ایک بیوقوف ہوتا ہے، ایک سٹیپڈ</w:t>
      </w:r>
    </w:p>
    <w:p>
      <w:r>
        <w:rPr>
          <w:b/>
        </w:rPr>
        <w:t xml:space="preserve">[1:06:30] </w:t>
      </w:r>
      <w:r>
        <w:t>admi."</w:t>
      </w:r>
    </w:p>
    <w:p>
      <w:pPr>
        <w:jc w:val="right"/>
      </w:pPr>
      <w:r>
        <w:t>آدمی۔"</w:t>
      </w:r>
    </w:p>
    <w:p>
      <w:r>
        <w:rPr>
          <w:b/>
        </w:rPr>
        <w:t xml:space="preserve">[1:06:34] </w:t>
      </w:r>
      <w:r>
        <w:t>to jo boss hai, us ki responsibility barh jati hai. main to apne ghar mein is tarah rehta hoon ke main apne ko boss nahi samajhta.</w:t>
      </w:r>
    </w:p>
    <w:p>
      <w:pPr>
        <w:jc w:val="right"/>
      </w:pPr>
      <w:r>
        <w:t>تو جو باس ہے، اس کی رسپانسبیلٹی بڑھ جاتی ہے۔ میں تو اپنے گھر میں اس طرح رہتا ہوں کہ میں اپنے کو باس نہیں سمجھتا۔</w:t>
      </w:r>
    </w:p>
    <w:p>
      <w:r>
        <w:rPr>
          <w:b/>
        </w:rPr>
        <w:t xml:space="preserve">[1:06:44] </w:t>
      </w:r>
      <w:r>
        <w:t>meri beti boss hai, meri biwi boss hai, mere bete boss hain, sab sab mere liye boss hain. main apne ko peechay rakhta hoon.</w:t>
      </w:r>
    </w:p>
    <w:p>
      <w:pPr>
        <w:jc w:val="right"/>
      </w:pPr>
      <w:r>
        <w:t>میری بیٹی باس ہے، میری بیوی باس ہے، میرے بیٹے باس ہیں، سب سب میرے لیے باس ہیں۔ میں اپنے کو پیچھے رکھتا ہوں۔</w:t>
      </w:r>
    </w:p>
    <w:p>
      <w:r>
        <w:rPr>
          <w:b/>
        </w:rPr>
        <w:t xml:space="preserve">[1:06:54] </w:t>
      </w:r>
      <w:r>
        <w:t>main kaha karta hoon ke "i am a back seater". yeh to bohat relief ki baat hai.</w:t>
      </w:r>
    </w:p>
    <w:p>
      <w:pPr>
        <w:jc w:val="right"/>
      </w:pPr>
      <w:r>
        <w:t>میں کہا کرتا ہوں کہ "آئی ایم اے بیک سیٹر"۔ یہ تو بہت ریلیف کی بات ہے۔</w:t>
      </w:r>
    </w:p>
    <w:p>
      <w:r>
        <w:rPr>
          <w:b/>
        </w:rPr>
        <w:t xml:space="preserve">[1:06:59] </w:t>
      </w:r>
      <w:r>
        <w:t>to mard ko agar banaya gaya hai ghar ka boss to main samajhta hoon ke auraton ke liye to bara acha hai. aur main to mard hoon, tab bhi apne ko main kabhi boss nahi samajhta.</w:t>
      </w:r>
    </w:p>
    <w:p>
      <w:pPr>
        <w:jc w:val="right"/>
      </w:pPr>
      <w:r>
        <w:t>تو مرد کو اگر بنایا گیا ہے گھر کا باس تو میں سمجھتا ہوں کہ عورتوں کے لیے تو بڑا اچھا ہے۔ اور میں تو مرد ہوں، تب بھی اپنے کو میں کبھی باس نہیں سمجھتا۔</w:t>
      </w:r>
    </w:p>
    <w:p>
      <w:r>
        <w:rPr>
          <w:b/>
        </w:rPr>
        <w:t xml:space="preserve">[1:07:10] </w:t>
      </w:r>
      <w:r>
        <w:t>peechay rakhta hoon, back seater, back seat pe rehta hoon main, kyunke is mein mujhe bohat relief milta hai.</w:t>
      </w:r>
    </w:p>
    <w:p>
      <w:pPr>
        <w:jc w:val="right"/>
      </w:pPr>
      <w:r>
        <w:t>پیچھے رکھتا ہوں، بیک سیٹر، بیک سیٹ پہ رہتا ہوں میں، کیونکہ اس میں مجھے بہت ریلیف ملتا ہے۔</w:t>
      </w:r>
    </w:p>
    <w:p>
      <w:r>
        <w:rPr>
          <w:b/>
        </w:rPr>
        <w:t xml:space="preserve">[1:07:16] </w:t>
      </w:r>
      <w:r>
        <w:t>to beharhal, qawwam ka matlab yeh hai ke ghar bhi ek organization hai, is ka bhi ek boss hona chahiye. aur yeh koi absolute sense mein nahi hai.</w:t>
      </w:r>
    </w:p>
    <w:p>
      <w:pPr>
        <w:jc w:val="right"/>
      </w:pPr>
      <w:r>
        <w:t>تو بہرحال، قوام کا مطلب یہ ہے کہ گھر بھی ایک ارگنائزیشن ہے، اس کا بھی ایک باس ہونا چاہیے۔ اور یہ کوئی ایبسولیوٹ سینس میں نہیں ہے۔</w:t>
      </w:r>
    </w:p>
    <w:p>
      <w:r>
        <w:rPr>
          <w:b/>
        </w:rPr>
        <w:t xml:space="preserve">[1:07:27] </w:t>
      </w:r>
      <w:r>
        <w:t>kabhi aurat hi boss ban jati hai, yaani yeh absolute sense mein nahi hai. ghar ka ek boss hona chahiye, generally woh mard hoga, woh boss.</w:t>
      </w:r>
    </w:p>
    <w:p>
      <w:pPr>
        <w:jc w:val="right"/>
      </w:pPr>
      <w:r>
        <w:t>کبھی عورت ہی باس بن جاتی ہے، یعنی یہ ایبسولیوٹ سینس میں نہیں ہے۔ گھر کا ایک باس ہونا چاہیے، جنرلی وہ مرد ہوگا، وہ باس۔</w:t>
      </w:r>
    </w:p>
    <w:p>
      <w:r>
        <w:rPr>
          <w:b/>
        </w:rPr>
        <w:t xml:space="preserve">[1:07:38] </w:t>
      </w:r>
      <w:r>
        <w:t>lekin agar agar aisa ho ke mard weak ho, aurat strong ho to wohi boss ban jayegi.</w:t>
      </w:r>
    </w:p>
    <w:p>
      <w:pPr>
        <w:jc w:val="right"/>
      </w:pPr>
      <w:r>
        <w:t>لیکن اگر اگر ایسا ہو کہ مرد ویک ہو، عورت سٹرانگ ہو تو وہی باس بن جائے گی۔</w:t>
      </w:r>
    </w:p>
    <w:p>
      <w:r>
        <w:rPr>
          <w:b/>
        </w:rPr>
        <w:t xml:space="preserve">[1:07:45] </w:t>
      </w:r>
      <w:r>
        <w:t>to yeh ek natural need hai organization ki. baqi is mein na to koi inequality ki baat hai, na koi superiority aur inferiority ki baat hai.</w:t>
      </w:r>
    </w:p>
    <w:p>
      <w:pPr>
        <w:jc w:val="right"/>
      </w:pPr>
      <w:r>
        <w:t>تو یہ ایک نیچرل نیڈ ہے ارگنائزیشن کی۔ باقی اس میں نہ تو کوئی ان ایکولٹی کی بات ہے، نہ کوئی سپیریٹی اور انفیریٹی کی بات ہے۔</w:t>
      </w:r>
    </w:p>
    <w:p>
      <w:r>
        <w:rPr>
          <w:b/>
        </w:rPr>
        <w:t xml:space="preserve">[1:07:56] </w:t>
      </w:r>
      <w:r>
        <w:t>yeh baat hai sirf organization ko chalane ki. to ghar bhi ek ek organization hai, is ko kaise chalaya jaye? to kaha gaya ke jaise har jagah boss banate ho, ghar mein bhi boss bana lo.</w:t>
      </w:r>
    </w:p>
    <w:p>
      <w:pPr>
        <w:jc w:val="right"/>
      </w:pPr>
      <w:r>
        <w:t>یہ بات ہے صرف ارگنائزیشن کو چلانے کی۔ تو گھر بھی ایک ایک ارگنائزیشن ہے، اس کو کیسے چلایا جائے؟ تو کہا گیا کہ جیسے ہر جگہ باس بناتے ہو، گھر میں بھی باس بنا لو۔</w:t>
      </w:r>
    </w:p>
    <w:p>
      <w:r>
        <w:rPr>
          <w:b/>
        </w:rPr>
        <w:t xml:space="preserve">[1:08:08] </w:t>
      </w:r>
      <w:r>
        <w:t>bas itna hi matlab hai is ka.</w:t>
      </w:r>
    </w:p>
    <w:p>
      <w:pPr>
        <w:jc w:val="right"/>
      </w:pPr>
      <w:r>
        <w:t>بس اتنا ہی مطلب ہے اس کا۔</w:t>
      </w:r>
    </w:p>
    <w:p>
      <w:r>
        <w:rPr>
          <w:b/>
        </w:rPr>
        <w:t xml:space="preserve">[1:08:13] </w:t>
      </w:r>
      <w:r>
        <w:t>das question is from shad hussain</w:t>
      </w:r>
    </w:p>
    <w:p>
      <w:pPr>
        <w:jc w:val="right"/>
      </w:pPr>
      <w:r>
        <w:t>دس کوئسچن از فرام شاد حسین</w:t>
      </w:r>
    </w:p>
    <w:p>
      <w:r>
        <w:rPr>
          <w:b/>
        </w:rPr>
        <w:t xml:space="preserve">[1:08:16] </w:t>
      </w:r>
      <w:r>
        <w:t>: how is dawah related to spirituality? kindly explain.</w:t>
      </w:r>
    </w:p>
    <w:p>
      <w:pPr>
        <w:jc w:val="right"/>
      </w:pPr>
      <w:r>
        <w:t>: ہاؤ از دعویٰ ریلیٹڈ ٹو سپرچویلٹی؟ کائنڈلی ایکسپلین۔</w:t>
      </w:r>
    </w:p>
    <w:p>
      <w:r>
        <w:rPr>
          <w:b/>
        </w:rPr>
        <w:t xml:space="preserve">[1:08:24] </w:t>
      </w:r>
      <w:r>
        <w:t>dekhiye, main samajhta hoon ke direct tor par is se relationship hai dono ka.</w:t>
      </w:r>
    </w:p>
    <w:p>
      <w:pPr>
        <w:jc w:val="right"/>
      </w:pPr>
      <w:r>
        <w:t>دیکھیے، میں سمجھتا ہوں کہ ڈائریکٹ طور پر اس سے ریلیشن شپ ہے دونوں کا۔</w:t>
      </w:r>
    </w:p>
    <w:p>
      <w:r>
        <w:rPr>
          <w:b/>
        </w:rPr>
        <w:t xml:space="preserve">[1:08:35] </w:t>
      </w:r>
      <w:r>
        <w:t>yeh dekhiye, spirituality kya hai?</w:t>
      </w:r>
    </w:p>
    <w:p>
      <w:pPr>
        <w:jc w:val="right"/>
      </w:pPr>
      <w:r>
        <w:t>یہ دیکھیں، سپرچویلٹی کیا ہے؟</w:t>
      </w:r>
    </w:p>
    <w:p>
      <w:r>
        <w:rPr>
          <w:b/>
        </w:rPr>
        <w:t xml:space="preserve">[1:08:37] </w:t>
      </w:r>
      <w:r>
        <w:t>spirituality ka matlab hai ke aap ke andar positive thinking ho, aap interest par nahi chalte hon balkay principle par chalte hon, logon ke liye aap well wisher hon.</w:t>
      </w:r>
    </w:p>
    <w:p>
      <w:pPr>
        <w:jc w:val="right"/>
      </w:pPr>
      <w:r>
        <w:t>سپرچویلٹی کا مطلب ہے کہ آپ کے اندر پازیٹیو تھنکنگ ہو، آپ انٹرسٹ پر نہیں چلتے ہوں بلکہ پرنسپل پر چلتے ہوں، لوگوں کے لیے آپ ویل وشر ہوں۔</w:t>
      </w:r>
    </w:p>
    <w:p>
      <w:r>
        <w:rPr>
          <w:b/>
        </w:rPr>
        <w:t xml:space="preserve">[1:08:50] </w:t>
      </w:r>
      <w:r>
        <w:t>yeh spirituality hai. spirituality ko main koi mysterious cheez nahi samajhta. kai log samajhte hain ke jo extasy hai, woh bhi spirituality hai.</w:t>
      </w:r>
    </w:p>
    <w:p>
      <w:pPr>
        <w:jc w:val="right"/>
      </w:pPr>
      <w:r>
        <w:t>یہ سپرچویلٹی ہے۔ سپرچویلٹی کو میں کوئی مسٹیریس چیز نہیں سمجھتا۔ کئی لوگ سمجھتے ہیں کہ جو ایکسٹیسی ہے، وہ بھی سپرچویلٹی ہے۔</w:t>
      </w:r>
    </w:p>
    <w:p>
      <w:r>
        <w:rPr>
          <w:b/>
        </w:rPr>
        <w:t xml:space="preserve">[1:08:59] </w:t>
      </w:r>
      <w:r>
        <w:t>main is ko nahi manta.</w:t>
      </w:r>
    </w:p>
    <w:p>
      <w:pPr>
        <w:jc w:val="right"/>
      </w:pPr>
      <w:r>
        <w:t>میں اس کو نہیں مانتا۔</w:t>
      </w:r>
    </w:p>
    <w:p>
      <w:r>
        <w:rPr>
          <w:b/>
        </w:rPr>
        <w:t xml:space="preserve">[1:09:02] </w:t>
      </w:r>
      <w:r>
        <w:t>main spirituality ko manta hoon ke aadmi ke andar ek high thinking ho,</w:t>
      </w:r>
    </w:p>
    <w:p>
      <w:pPr>
        <w:jc w:val="right"/>
      </w:pPr>
      <w:r>
        <w:t>میں سپرچویلٹی کو مانتا ہوں کہ آدمی کے اندر ایک ہائی تھنکنگ ہو،</w:t>
      </w:r>
    </w:p>
    <w:p>
      <w:r>
        <w:rPr>
          <w:b/>
        </w:rPr>
        <w:t xml:space="preserve">[1:09:11] </w:t>
      </w:r>
      <w:r>
        <w:t>high thinking ho, aadmi ke andar material cheezon se oopar uth kar jeena janta ho woh, aur hate aur intolerance aur anger in sab cheezon se door ho.</w:t>
      </w:r>
    </w:p>
    <w:p>
      <w:pPr>
        <w:jc w:val="right"/>
      </w:pPr>
      <w:r>
        <w:t>ہائی تھنکنگ ہو، آدمی کے اندر مٹیریل چیزوں سے اوپر اٹھ کر جینا جانتا ہو وہ، اور ہیٹ اور انٹولرنس اور اینگر ان سب چیزوں سے دور ہو۔</w:t>
      </w:r>
    </w:p>
    <w:p>
      <w:r>
        <w:rPr>
          <w:b/>
        </w:rPr>
        <w:t xml:space="preserve">[1:09:25] </w:t>
      </w:r>
      <w:r>
        <w:t>to wohi to dahi ban sakta hai,</w:t>
      </w:r>
    </w:p>
    <w:p>
      <w:pPr>
        <w:jc w:val="right"/>
      </w:pPr>
      <w:r>
        <w:t>تو وہی تو داعی بن سکتا ہے،</w:t>
      </w:r>
    </w:p>
    <w:p>
      <w:r>
        <w:rPr>
          <w:b/>
        </w:rPr>
        <w:t xml:space="preserve">[1:09:28] </w:t>
      </w:r>
      <w:r>
        <w:t>yaani all kind of positive qualities. spirituality means all kind of positive qualities. to positive qualities to bohat hi zaroori hain dahi ke liye.</w:t>
      </w:r>
    </w:p>
    <w:p>
      <w:pPr>
        <w:jc w:val="right"/>
      </w:pPr>
      <w:r>
        <w:t>یعنی ال کائنڈ اف پازیٹیو کوالٹیز۔ سپرچویلٹی مینز ال کائنڈ اف پازیٹیو کوالٹیز۔ تو پازیٹیو کوالٹیز تو بہت ہی ضروری ہیں داعی کے لیے۔</w:t>
      </w:r>
    </w:p>
    <w:p>
      <w:r>
        <w:rPr>
          <w:b/>
        </w:rPr>
        <w:t xml:space="preserve">[1:09:41] </w:t>
      </w:r>
      <w:r>
        <w:t>agar positive qualities nahi hongi to woh achi dawah ka kaam nahi kar sakta.</w:t>
      </w:r>
    </w:p>
    <w:p>
      <w:pPr>
        <w:jc w:val="right"/>
      </w:pPr>
      <w:r>
        <w:t>اگر پازیٹیو کوالٹیز نہیں ہوں گی تو وہ اچھی دعوتی کام نہیں کر سکتا۔</w:t>
      </w:r>
    </w:p>
    <w:p>
      <w:r>
        <w:rPr>
          <w:b/>
        </w:rPr>
        <w:t xml:space="preserve">[1:09:51] </w:t>
      </w:r>
      <w:r>
        <w:t>das question is from shah imran hasan: what is the role of youth in islam?</w:t>
      </w:r>
    </w:p>
    <w:p>
      <w:pPr>
        <w:jc w:val="right"/>
      </w:pPr>
      <w:r>
        <w:t>دس کوئسچن از فرام شاہ عمران حسن: واٹ از دا رول اف یوتھ ان اسلام؟</w:t>
      </w:r>
    </w:p>
    <w:p>
      <w:r>
        <w:rPr>
          <w:b/>
        </w:rPr>
        <w:t xml:space="preserve">[1:10:07] </w:t>
      </w:r>
      <w:r>
        <w:t>ab mein to samajhta hoon ke har ek ka role hai. aaj kal jo youth ki baat bohat zyada ki jati hai to mein to yeh to samajh nahi pata. har ek ka role hai, according to his capacity.</w:t>
      </w:r>
    </w:p>
    <w:p>
      <w:pPr>
        <w:jc w:val="right"/>
      </w:pPr>
      <w:r>
        <w:t>اب میں تو سمجھتا ہوں کہ ہر ایک کا رول ہے۔ آج کل جو یوتھ کی بات بہت زیادہ کی جاتی ہے تو میں تو یہ تو سمجھ نہیں پاتا۔ ہر ایک کا رول ہے، اکارڈنگ ٹو ہز کیپیسٹی۔</w:t>
      </w:r>
    </w:p>
    <w:p>
      <w:r>
        <w:rPr>
          <w:b/>
        </w:rPr>
        <w:t xml:space="preserve">[1:10:23] </w:t>
      </w:r>
      <w:r>
        <w:t>chahe koi youth age mein hai, koi boodha hai, koi aurat hai, koi mard hai, har ek kisi environment mein jeeta hai.</w:t>
      </w:r>
    </w:p>
    <w:p>
      <w:pPr>
        <w:jc w:val="right"/>
      </w:pPr>
      <w:r>
        <w:t>چاہے کوئی یوتھ ایج میں ہے، کوئی بوڑھا ہے، کوئی عورت ہے، کوئی مرد ہے، ہر ایک کسی انوائرمنٹ میں جیتا ہے۔</w:t>
      </w:r>
    </w:p>
    <w:p>
      <w:r>
        <w:rPr>
          <w:b/>
        </w:rPr>
        <w:t xml:space="preserve">[1:10:33] </w:t>
      </w:r>
      <w:r>
        <w:t>har ek ke samne kuch kuch opportunities hoti hain. wahan par apni capacity ke mutabiq is opportunity ko avail karna to youth ke liye bhi hota hai aur non youth ke liye bhi hota hai.</w:t>
      </w:r>
    </w:p>
    <w:p>
      <w:pPr>
        <w:jc w:val="right"/>
      </w:pPr>
      <w:r>
        <w:t>ہر ایک کے سامنے کچھ کچھ اپرچونیٹیز ہوتی ہیں۔ وہاں پر اپنی کیپیسٹی کے مطابق اس اپرچونیٹی کو اویل کرنا تو یوتھ کے لیے بھی ہوتا ہے اور نان یوتھ کے لیے بھی ہوتا ہے۔</w:t>
      </w:r>
    </w:p>
    <w:p>
      <w:r>
        <w:rPr>
          <w:b/>
        </w:rPr>
        <w:t xml:space="preserve">[1:10:49] </w:t>
      </w:r>
      <w:r>
        <w:t>mein is is farq ko abhi tak samajh nahi paya hoon ke youth ka koi alag se koi role hai. sab ka role hai, sab ka role hai, sab ka role hai. aur role hota hai according to the capacity.</w:t>
      </w:r>
    </w:p>
    <w:p>
      <w:pPr>
        <w:jc w:val="right"/>
      </w:pPr>
      <w:r>
        <w:t>میں اس اس فرق کو ابھی تک سمجھ نہیں پایا ہوں کہ یوتھ کا کوئی الگ سے کوئی رول ہے۔ سب کا رول ہے، سب کا رول ہے، سب کا رول ہے۔ اور رول ہوتا ہے اکارڈنگ ٹو دی کیپیسٹی۔</w:t>
      </w:r>
    </w:p>
    <w:p>
      <w:r>
        <w:rPr>
          <w:b/>
        </w:rPr>
        <w:t xml:space="preserve">[1:11:01] </w:t>
      </w:r>
      <w:r>
        <w:t>jaise aap ke halaat hain, jaise aap ke mawaqe hain, is ke mutabiq aap ko karna chahiye. to yeh youth ke liye bhi sahi hai aur non youth ke liye bhi sahi hai.</w:t>
      </w:r>
    </w:p>
    <w:p>
      <w:pPr>
        <w:jc w:val="right"/>
      </w:pPr>
      <w:r>
        <w:t>جیسے آپ کے حالات ہیں، جیسے آپ کے مواقع ہیں، اس کے مطابق آپ کو کرنا چاہیے۔ تو یہ یوتھ کے لیے بھی صحیح ہے اور نان یوتھ کے لیے بھی صحیح ہے۔</w:t>
      </w:r>
    </w:p>
    <w:p>
      <w:r>
        <w:rPr>
          <w:b/>
        </w:rPr>
        <w:t xml:space="preserve">[1:11:18] </w:t>
      </w:r>
      <w:r>
        <w:t>the question is from dr. farida khanum: please give an example of the true method of dialogue.</w:t>
      </w:r>
    </w:p>
    <w:p>
      <w:pPr>
        <w:jc w:val="right"/>
      </w:pPr>
      <w:r>
        <w:t>دس کوئسچن از فرام ڈاکٹر فریدہ خانم: پلیز گیو این ایگزیمپل اف دا ٹرو میتھڈ اف ڈائیلاگ۔</w:t>
      </w:r>
    </w:p>
    <w:p>
      <w:r>
        <w:rPr>
          <w:b/>
        </w:rPr>
        <w:t xml:space="preserve">[1:11:31] </w:t>
      </w:r>
      <w:r>
        <w:t>mein abhi mere paas aaye the paanch aadmi, woh bahar se aaye the dialogue mein shirkat karne ke liye. india mein, india ke bahar ke woh log the.</w:t>
      </w:r>
    </w:p>
    <w:p>
      <w:pPr>
        <w:jc w:val="right"/>
      </w:pPr>
      <w:r>
        <w:t>میں ابھی میرے پاس آئے تھے پانچ آدمی، وہ باہر سے آئے تھے ڈائیلاگ میں شرکت کرنے کے لیے۔ انڈیا میں، انڈیا کے باہر کے وہ لوگ تھے۔</w:t>
      </w:r>
    </w:p>
    <w:p>
      <w:r>
        <w:rPr>
          <w:b/>
        </w:rPr>
        <w:t xml:space="preserve">[1:11:41] </w:t>
      </w:r>
      <w:r>
        <w:t>to india mein abhi ek conference hui hai library science par,</w:t>
      </w:r>
    </w:p>
    <w:p>
      <w:pPr>
        <w:jc w:val="right"/>
      </w:pPr>
      <w:r>
        <w:t>تو انڈیا میں ابھی ایک کانفرنس ہوئی ہے لائبریری سائنس پر،</w:t>
      </w:r>
    </w:p>
    <w:p>
      <w:r>
        <w:rPr>
          <w:b/>
        </w:rPr>
        <w:t xml:space="preserve">[1:11:47] </w:t>
      </w:r>
      <w:r>
        <w:t>to sab librarian log ekhatta hue hain wahan. to mujh se bhi milne aaye the in mein se paanch aadmi. to mein ne apna experience bataya ke is tarah ke conferences mein bohat gaya hoon, bohat gaya hoon, bohat gaya hoon.</w:t>
      </w:r>
    </w:p>
    <w:p>
      <w:pPr>
        <w:jc w:val="right"/>
      </w:pPr>
      <w:r>
        <w:t>تو سب لائبریرین لوگ اکٹھا ہوئے ہیں وہاں۔ تو مجھ سے بھی ملنے آئے تھے ان میں سے پانچ آدمی۔ تو میں نے اپنا ایکسپیرینس بتایا کہ اس طرح کے کانفرنسوں میں بہت گیا ہوں، بہت گیا ہوں، بہت گیا ہوں۔</w:t>
      </w:r>
    </w:p>
    <w:p>
      <w:r>
        <w:rPr>
          <w:b/>
        </w:rPr>
        <w:t xml:space="preserve">[1:12:02] </w:t>
      </w:r>
      <w:r>
        <w:t>to mein ne kaha ke ek conference hoti hai dialogue ke naam par, aur kaun is mein participate karte hain? woh sab monologer, yani monologer ekhatta hote hain dialogue karne ke liye,</w:t>
      </w:r>
    </w:p>
    <w:p>
      <w:pPr>
        <w:jc w:val="right"/>
      </w:pPr>
      <w:r>
        <w:t>تو میں نے کہا کہ ایک کانفرنس ہوتی ہے ڈائیلاگ کے نام پر، اور کون اس میں پارٹیسپیٹ کرتے ہیں؟ وہ سب مونولاگر، یعنی مونولاگر اکٹھا ہوتے ہیں ڈائیلاگ کرنے کے لیے،</w:t>
      </w:r>
    </w:p>
    <w:p>
      <w:r>
        <w:rPr>
          <w:b/>
        </w:rPr>
        <w:t xml:space="preserve">[1:12:15] </w:t>
      </w:r>
      <w:r>
        <w:t>kyun ke har ek bas apni apni baat kehta hai, kisi ko lena nahi hai kisi se. mein ne kaha india mein, india ke bahar, mein ne bohat dekha hai dialogue aur conference seminar, har ek bas apni sunana chahta hai, kisi ko sunna nahi hai.</w:t>
      </w:r>
    </w:p>
    <w:p>
      <w:pPr>
        <w:jc w:val="right"/>
      </w:pPr>
      <w:r>
        <w:t>کیونکہ ہر ایک بس اپنی اپنی بات کہتا ہے، کسی کو لینا نہیں ہے کسی سے۔ میں نے کہا انڈیا میں، انڈیا کے باہر، میں نے بہت دیکھا ہے ڈائیلاگ اور کانفرنس سیمینار، ہر ایک بس اپنی سنانا چاہتا ہے، کسی کو سننا نہیں ہے۔</w:t>
      </w:r>
    </w:p>
    <w:p>
      <w:r>
        <w:rPr>
          <w:b/>
        </w:rPr>
        <w:t xml:space="preserve">[1:12:31] </w:t>
      </w:r>
      <w:r>
        <w:t>is liye jitne bhi mein ne dekhe, sab ko mein samajhta hoon ke woh, yani koi is se result nahi nikla. mere nazdeek sahi baat yeh hai ke aadmi ke andar learning spirit ho.</w:t>
      </w:r>
    </w:p>
    <w:p>
      <w:pPr>
        <w:jc w:val="right"/>
      </w:pPr>
      <w:r>
        <w:t>اس لیے جتنے بھی میں نے دیکھے، سب کو میں سمجھتا ہوں کہ وہ، یعنی کوئی اس سے رزلٹ نہیں نکلا۔ میرے نزدیک صحیح بات یہ ہے کہ آدمی کے اندر لرننگ اسپرٹ ہو۔</w:t>
      </w:r>
    </w:p>
    <w:p>
      <w:r>
        <w:rPr>
          <w:b/>
        </w:rPr>
        <w:t xml:space="preserve">[1:12:43] </w:t>
      </w:r>
      <w:r>
        <w:t>learning spirit asal cheez hai, har cheez se aap seekhne ka jazba ho. ek cheenti dekhen, is mein bhi aap kuch learn karen. ek aam aadmi ko dekhen to us se bhi kuch learn karen.</w:t>
      </w:r>
    </w:p>
    <w:p>
      <w:pPr>
        <w:jc w:val="right"/>
      </w:pPr>
      <w:r>
        <w:t>لرننگ اسپرٹ اصل چیز ہے، ہر چیز سے آپ سیکھنے کا جذبہ ہو۔ ایک چیونٹی دیکھیں، اس میں بھی آپ کچھ لرن کریں۔ ایک عام آدمی کو دیکھیں تو اس سے بھی کچھ لرن کریں۔</w:t>
      </w:r>
    </w:p>
    <w:p>
      <w:r>
        <w:rPr>
          <w:b/>
        </w:rPr>
        <w:t xml:space="preserve">[1:12:55] </w:t>
      </w:r>
      <w:r>
        <w:t>jaise ek sheikh saadi ne kaha ke "goft adab az ke emakhti, goft az be adaba". yani ek aadmi ko dekha, unhone kaha bohat hi cultured hai, bohat hi minus hai is ke andar,</w:t>
      </w:r>
    </w:p>
    <w:p>
      <w:pPr>
        <w:jc w:val="right"/>
      </w:pPr>
      <w:r>
        <w:t>جیسے ایک شیخ سعدیہ نے کہا کہ "گفت ادب از کے ایمختی، گفت از بے ادبا"۔ یعنی ایک آدمی کو دیکھا، انہوں نے کہا بہت ہی کلچرڈ ہے، بہت ہی مائنس ہے اس کے اندر،</w:t>
      </w:r>
    </w:p>
    <w:p>
      <w:r>
        <w:rPr>
          <w:b/>
        </w:rPr>
        <w:t xml:space="preserve">[1:13:09] </w:t>
      </w:r>
      <w:r>
        <w:t>jis ko kehte hain ba adab. to poocha ke bhai tum ne yeh sab kahan seekha? to us ne kaha ke be adabon se seekha. woh log jo cultured nahi the, woh log jin ke andar koi values nahi thi, un ko dekha to mujhe strike hua ke yeh to bara galat kaam hai.</w:t>
      </w:r>
    </w:p>
    <w:p>
      <w:pPr>
        <w:jc w:val="right"/>
      </w:pPr>
      <w:r>
        <w:t>جس کو کہتے ہیں با ادب۔ تو پوچھا کہ بھئی تم نے یہ سب کہاں سیکھا؟ تو اس نے کہا کہ بے ادبوں سے سیکھا۔ وہ لوگ جو کلچرڈ نہیں تھے، وہ لوگ جن کے اندر کوئی ویلیوز نہیں تھیں، ان کو دیکھا تو مجھے اسٹرائیک ہوا کہ یہ تو بڑا غلط کام ہے۔</w:t>
      </w:r>
    </w:p>
    <w:p>
      <w:r>
        <w:rPr>
          <w:b/>
        </w:rPr>
        <w:t xml:space="preserve">[1:13:26] </w:t>
      </w:r>
      <w:r>
        <w:t>to un ko galat dekh kar ke mein ne socha ke mujhe aisa nahi karna chahiye, mujh ko aisa nahi karna chahiye.</w:t>
      </w:r>
    </w:p>
    <w:p>
      <w:pPr>
        <w:jc w:val="right"/>
      </w:pPr>
      <w:r>
        <w:t>تو ان کو غلط دیکھ کر کے میں نے سوچا کہ مجھے ایسا نہیں کرنا چاہیے، مجھ کو ایسا نہیں کرنا چاہیے۔</w:t>
      </w:r>
    </w:p>
    <w:p>
      <w:r>
        <w:rPr>
          <w:b/>
        </w:rPr>
        <w:t xml:space="preserve">[1:13:33] </w:t>
      </w:r>
      <w:r>
        <w:t>to learning spirit ho to aadmi seekhega har ek se, har ek se, har ek se. to mein samajhta hoon yahan tak ke jo log ekhatta hote hain aaj kal ke zamanay mein, woh professor qism ke log, to un mein learning spirit hoti nahi, matlab seekhne ka nahi hota hai,</w:t>
      </w:r>
    </w:p>
    <w:p>
      <w:pPr>
        <w:jc w:val="right"/>
      </w:pPr>
      <w:r>
        <w:t>تو لرننگ اسپرٹ ہو تو آدمی سیکھے گا ہر ایک سے، ہر ایک سے، ہر ایک سے۔ تو میں سمجھتا ہوں یہاں تک کہ جو لوگ اکٹھا ہوتے ہیں آج کل کے زمانے میں، وہ پروفیسر قسم کے لوگ، تو ان میں لرننگ اسپرٹ ہوتی نہیں، مطلب سیکھنے کا نہیں ہوتا ہے،</w:t>
      </w:r>
    </w:p>
    <w:p>
      <w:r>
        <w:rPr>
          <w:b/>
        </w:rPr>
        <w:t xml:space="preserve">[1:13:50] </w:t>
      </w:r>
      <w:r>
        <w:t>sikhane ka hota hai.</w:t>
      </w:r>
    </w:p>
    <w:p>
      <w:pPr>
        <w:jc w:val="right"/>
      </w:pPr>
      <w:r>
        <w:t>سکھانے کا ہوتا ہے۔</w:t>
      </w:r>
    </w:p>
    <w:p>
      <w:r>
        <w:rPr>
          <w:b/>
        </w:rPr>
        <w:t xml:space="preserve">[1:13:54] </w:t>
      </w:r>
      <w:r>
        <w:t>mein ek martaba tha wahan par, ghaliban switzerland mein, ek meet, ek seminar tha wahan par.</w:t>
      </w:r>
    </w:p>
    <w:p>
      <w:pPr>
        <w:jc w:val="right"/>
      </w:pPr>
      <w:r>
        <w:t>میں ایک مرتبہ تھا وہاں پر، غالباً سویٹزرلینڈ میں، ایک میٹ، ایک سیمینار تھا وہاں پر۔</w:t>
      </w:r>
    </w:p>
    <w:p>
      <w:r>
        <w:rPr>
          <w:b/>
        </w:rPr>
        <w:t xml:space="preserve">[1:14:03] </w:t>
      </w:r>
      <w:r>
        <w:t>to sab se kaha gaya tha ke apna apna proposal dijiye. to mein ne bhi ek proposal diya wahan par. to jo seminar ke jo hazir the, bohat pasand kiya unhone.</w:t>
      </w:r>
    </w:p>
    <w:p>
      <w:pPr>
        <w:jc w:val="right"/>
      </w:pPr>
      <w:r>
        <w:t>تو سب سے کہا گیا تھا کہ اپنا اپنا پروپوزل دیجئے۔ تو میں نے بھی ایک پروپوزل دیا وہاں پر۔ تو جو سیمینار کے جو حاضر تھے، بہت پسند کیا انہوں نے۔</w:t>
      </w:r>
    </w:p>
    <w:p>
      <w:r>
        <w:rPr>
          <w:b/>
        </w:rPr>
        <w:t xml:space="preserve">[1:14:16] </w:t>
      </w:r>
      <w:r>
        <w:t>lekin ek professor sahab, jo senior professor the, woh is ke khilaf speech de dali. unhone kyun?</w:t>
      </w:r>
    </w:p>
    <w:p>
      <w:pPr>
        <w:jc w:val="right"/>
      </w:pPr>
      <w:r>
        <w:t>لیکن ایک پروفیسر صاحب، جو سینئر پروفیسر تھے، وہ اس کے خلاف اسپیچ دے ڈالی۔ انہوں نے کیوں؟</w:t>
      </w:r>
    </w:p>
    <w:p>
      <w:r>
        <w:rPr>
          <w:b/>
        </w:rPr>
        <w:t xml:space="preserve">[1:14:24] </w:t>
      </w:r>
      <w:r>
        <w:t>un ke proposal ko nahi mana tha organizer ne.</w:t>
      </w:r>
    </w:p>
    <w:p>
      <w:pPr>
        <w:jc w:val="right"/>
      </w:pPr>
      <w:r>
        <w:t>ان کے پروپوزل کو نہیں مانا تھا ارگنائزر نے۔</w:t>
      </w:r>
    </w:p>
    <w:p>
      <w:r>
        <w:rPr>
          <w:b/>
        </w:rPr>
        <w:t xml:space="preserve">[1:14:28] </w:t>
      </w:r>
      <w:r>
        <w:t>to unhone kaha, "bhai ab tak yaad hai ke agarche unhone jo baat kahi thi, kahi thi, kahi hai, lekin i am not going to to to accept this proposal".</w:t>
      </w:r>
    </w:p>
    <w:p>
      <w:pPr>
        <w:jc w:val="right"/>
      </w:pPr>
      <w:r>
        <w:t>تو انہوں نے کہا، "بھئی اب تک یاد ہے کہ اگرچہ انہوں نے جو بات کہی تھی، کہی تھی، کہی ہے، لیکن آئی ایم ناٹ گوئنگ ٹو ٹو ٹو ایکسیپٹ دس پروپوزل"۔</w:t>
      </w:r>
    </w:p>
    <w:p>
      <w:r>
        <w:rPr>
          <w:b/>
        </w:rPr>
        <w:t xml:space="preserve">[1:14:40] </w:t>
      </w:r>
      <w:r>
        <w:t>kuch theek se mujhe wording yaad nahi hai. unhone yeh mana tha ke yeh proposal bilkul theek theek hai, balkay mein is ko nahi manoon ga. "although it is very correct, but i am not going to sign this document".</w:t>
      </w:r>
    </w:p>
    <w:p>
      <w:pPr>
        <w:jc w:val="right"/>
      </w:pPr>
      <w:r>
        <w:t>کچھ ٹھیک سے مجھے ورڈنگ یاد نہیں ہے۔ انہوں نے یہ مانا تھا کہ یہ پروپوزل بالکل ٹھیک ٹھیک ہے، بلکہ میں اس کو نہیں مانوں گا۔ "الدو اٹ از ویری کریکٹ، بٹ آئی ایم ناٹ گوئنگ ٹو سائن دس ڈاکومنٹ"۔</w:t>
      </w:r>
    </w:p>
    <w:p>
      <w:r>
        <w:rPr>
          <w:b/>
        </w:rPr>
        <w:t xml:space="preserve">[1:14:52] </w:t>
      </w:r>
      <w:r>
        <w:t>kyun keh diya unhon ne? ke woh ek mind ka hai, yaani ek aadmi ka banaya hua hai. baqi log jo thay, unhon ne kai kai logon ka banakar pesh kiya tha.</w:t>
      </w:r>
    </w:p>
    <w:p>
      <w:pPr>
        <w:jc w:val="right"/>
      </w:pPr>
      <w:r>
        <w:t>کیوں کہہ دیا انہوں نے؟ کہ وہ ایک مائنڈ کا ہے، یعنی ایک آدمی کا بنایا ہوا ہے۔ باقی لوگ جو تھے، انہوں نے کئی کئی لوگوں کا بنا کر پیش کیا تھا۔</w:t>
      </w:r>
    </w:p>
    <w:p>
      <w:r>
        <w:rPr>
          <w:b/>
        </w:rPr>
        <w:t xml:space="preserve">[1:15:03] </w:t>
      </w:r>
      <w:r>
        <w:t>unhon ne to yeh chunke ek mind ka hai, is liye main nahi manunga is ko. yeh to ek technical baat hai. jab aap maan rahe hain ke yeh bohat hi sahi document hai, sahi hai, to aap maante maante kyun nahi is ko?</w:t>
      </w:r>
    </w:p>
    <w:p>
      <w:pPr>
        <w:jc w:val="right"/>
      </w:pPr>
      <w:r>
        <w:t>انہوں نے تو یہ چونکہ ایک مائنڈ کا ہے، اس لیے میں نہیں مانوں گا اس کو۔ یہ تو ایک ٹیکنیکل بات ہے۔ جب آپ مان رہے ہیں کہ یہ بہت ہی صحیح ڈاکومنٹ ہے، صحیح ہے، تو آپ مانتے مانتے کیوں نہیں اس کو؟</w:t>
      </w:r>
    </w:p>
    <w:p>
      <w:r>
        <w:rPr>
          <w:b/>
        </w:rPr>
        <w:t xml:space="preserve">[1:15:13] </w:t>
      </w:r>
      <w:r>
        <w:t>to mera tajurba yeh hai ke jitne professor qism ke log hotay hain, yeh woh sab andar se un ke andar ego chupa hua hota hai, organ chupa hua hota hai.</w:t>
      </w:r>
    </w:p>
    <w:p>
      <w:pPr>
        <w:jc w:val="right"/>
      </w:pPr>
      <w:r>
        <w:t>تو میرا تجربہ یہ ہے کہ جتنے پروفیسر قسم کے لوگ ہوتے ہیں، یہ وہ سب اندر سے ان کے اندر ایگو چھپا ہوا ہوتا ہے، ارگن چھپا ہوا ہوتا ہے۔</w:t>
      </w:r>
    </w:p>
    <w:p>
      <w:r>
        <w:rPr>
          <w:b/>
        </w:rPr>
        <w:t xml:space="preserve">[1:15:21] </w:t>
      </w:r>
      <w:r>
        <w:t>to unhein kisi se lena nahi hai, apna dena hai. bas main bar bar is ka mujhe experience hua hai. to beharhal, dialogue ki baat nahi hai, poori zindagi ki baat hai ke aap agar learning spirit ke sath aap ko jeena aata ho to har waqt aap seekhenge, har waqt seekhenge aap.</w:t>
      </w:r>
    </w:p>
    <w:p>
      <w:pPr>
        <w:jc w:val="right"/>
      </w:pPr>
      <w:r>
        <w:t>تو انہیں کسی سے لینا نہیں ہے، اپنا دینا ہے۔ بس میں بار بار اس کا مجھے ایکسپیرینس ہوا ہے۔ تو بہرحال، ڈائیلاگ کی بات نہیں ہے، پوری زندگی کی بات ہے کہ آپ اگر لرننگ اسپرٹ کے ساتھ آپ کو جینا آتا ہو تو ہر وقت آپ سیکھیں گے، ہر وقت سیکھیں گے آپ۔</w:t>
      </w:r>
    </w:p>
    <w:p>
      <w:r>
        <w:rPr>
          <w:b/>
        </w:rPr>
        <w:t xml:space="preserve">[1:15:42] </w:t>
      </w:r>
      <w:r>
        <w:t>to yeh bohat hi zaroori hai hum logon ke liye, hum log jo dawat ka kaam karna chahte hain ke hamare andar learning spirit ho.</w:t>
      </w:r>
    </w:p>
    <w:p>
      <w:pPr>
        <w:jc w:val="right"/>
      </w:pPr>
      <w:r>
        <w:t>تو یہ بہت ہی ضروری ہے ہم لوگوں کے لیے، ہم لوگ جو دعوت کا کام کرنا چاہتے ہیں کہ ہمارے اندر لرننگ اسپرٹ ہو۔</w:t>
      </w:r>
    </w:p>
    <w:p>
      <w:r>
        <w:rPr>
          <w:b/>
        </w:rPr>
        <w:t xml:space="preserve">[1:15:51] </w:t>
      </w:r>
      <w:r>
        <w:t>hum choti se bhi seekhna chahein, choti se bhi aap ko seekhna aata ho. haan, har aadmi sab ko seekhna, yaani seekh sakte hon, har aadmi se seekh sakte hon.</w:t>
      </w:r>
    </w:p>
    <w:p>
      <w:pPr>
        <w:jc w:val="right"/>
      </w:pPr>
      <w:r>
        <w:t>ہم چوٹی سے بھی سیکھنا چاہیں، چوٹی سے بھی آپ کو سیکھنا آتا ہو۔ ہاں، ہر آدمی سب کو سیکھنا، یعنی سیکھ سکتے ہوں، ہر آدمی سے سیکھ سکتے ہوں۔</w:t>
      </w:r>
    </w:p>
    <w:p>
      <w:r>
        <w:rPr>
          <w:b/>
        </w:rPr>
        <w:t xml:space="preserve">[1:16:04] </w:t>
      </w:r>
      <w:r>
        <w:t>main to subah sham tak seekhta rehta hoon, har aadmi se seekhta hoon. main</w:t>
      </w:r>
    </w:p>
    <w:p>
      <w:pPr>
        <w:jc w:val="right"/>
      </w:pPr>
      <w:r>
        <w:t>میں تو صبح شام تک سیکھتا رہتا ہوں، ہر آدمی سے سیکھتا ہوں۔ میں</w:t>
      </w:r>
    </w:p>
    <w:p>
      <w:r>
        <w:rPr>
          <w:b/>
        </w:rPr>
        <w:t xml:space="preserve">[1:16:10] </w:t>
      </w:r>
      <w:r>
        <w:t>chote se, bare se, jahil se, parhe likhe se sab seekhta rehta hoon. main</w:t>
      </w:r>
    </w:p>
    <w:p>
      <w:pPr>
        <w:jc w:val="right"/>
      </w:pPr>
      <w:r>
        <w:t>چھوٹے سے، بڑے سے، جاہل سے، پڑھے لکھے سے سب سیکھتا رہتا ہوں۔ میں</w:t>
      </w:r>
    </w:p>
    <w:p>
      <w:r>
        <w:rPr>
          <w:b/>
        </w:rPr>
        <w:t xml:space="preserve">[1:16:18] </w:t>
      </w:r>
      <w:r>
        <w:t>hazrat umar ke baray mein kaha jata hai ke "کان یتعلم من کل احد". woh har ek se learning karte thay, har ek se learning karte thay.</w:t>
      </w:r>
    </w:p>
    <w:p>
      <w:pPr>
        <w:jc w:val="right"/>
      </w:pPr>
      <w:r>
        <w:t>حضرت عمر کے بارے میں کہا جاتا ہے کہ "کان یتعلم من کل احد"۔ وہ ہر ایک سے لرننگ کرتے تھے، ہر ایک سے لرننگ کرتے تھے۔</w:t>
      </w:r>
    </w:p>
    <w:p>
      <w:r>
        <w:rPr>
          <w:b/>
        </w:rPr>
        <w:t xml:space="preserve">[1:16:29] </w:t>
      </w:r>
      <w:r>
        <w:t>to learning spirit agar ho to har jagah aap ko milegi baatein, aur learning spirit na ho to kisi se kuch nahi mil sakta hai.</w:t>
      </w:r>
    </w:p>
    <w:p>
      <w:pPr>
        <w:jc w:val="right"/>
      </w:pPr>
      <w:r>
        <w:t>تو لرننگ اسپرٹ اگر ہو تو ہر جگہ آپ کو ملے گی باتیں، اور لرننگ اسپرٹ نہ ہو تو کسی سے کچھ نہیں مل سکتا ہے۔</w:t>
      </w:r>
    </w:p>
    <w:p>
      <w:r>
        <w:rPr>
          <w:b/>
        </w:rPr>
        <w:t xml:space="preserve">[1:16:41] </w:t>
      </w:r>
      <w:r>
        <w:t>das question is from idrees: "all the sects of islam like shia, sunni, wahabi, etcetera have ulema." what all of them believe in islam and islamic values of tolerance and open mindedness?</w:t>
      </w:r>
    </w:p>
    <w:p>
      <w:pPr>
        <w:jc w:val="right"/>
      </w:pPr>
      <w:r>
        <w:t>دس کوئسچن از فرام ادریس: "ال دی سیکٹس اف اسلام لائک شیعہ، سنی، وہابی، ایٹسٹرہ ہیو عالمز۔" واٹ ال اف دیم بیلیو ان اسلام اینڈ اسلامک ویلیوز اف ٹولرنس اینڈ اوپن مائنڈڈنس؟</w:t>
      </w:r>
    </w:p>
    <w:p>
      <w:r>
        <w:rPr>
          <w:b/>
        </w:rPr>
        <w:t xml:space="preserve">[1:16:59] </w:t>
      </w:r>
      <w:r>
        <w:t>why don't they give up their ego and have constructive interaction with an open mind? bhai, dekhen yeh to dunya test ki jagah hai.</w:t>
      </w:r>
    </w:p>
    <w:p>
      <w:pPr>
        <w:jc w:val="right"/>
      </w:pPr>
      <w:r>
        <w:t>وائی ڈونٹ دے گیو اپ دیر ایگو اینڈ ہیو کنسٹرکٹو انٹریکشن ود این اوپن مائنڈ؟ بھائی، دیکھیں یہ تو دنیا ٹیسٹ کی جگہ ہے۔</w:t>
      </w:r>
    </w:p>
    <w:p>
      <w:r>
        <w:rPr>
          <w:b/>
        </w:rPr>
        <w:t xml:space="preserve">[1:17:10] </w:t>
      </w:r>
      <w:r>
        <w:t>agar aap ke se chheen liya jaye ego, chheen liya jaye, hai na? ab bilkul theek thaak ho jaye to phir test kis baat ka hoga?</w:t>
      </w:r>
    </w:p>
    <w:p>
      <w:pPr>
        <w:jc w:val="right"/>
      </w:pPr>
      <w:r>
        <w:t>اگر آپ کے سے چھین لیا جائے ایگو، چھین لیا جائے، ہے نا؟ اب بالکل ٹھیک ٹھاک ہو جائے تو پھر ٹیسٹ کس بات کا ہوگا؟</w:t>
      </w:r>
    </w:p>
    <w:p>
      <w:r>
        <w:rPr>
          <w:b/>
        </w:rPr>
        <w:t xml:space="preserve">[1:17:20] </w:t>
      </w:r>
      <w:r>
        <w:t>phir to aap angel ho jayenge. yeh yeh jo hai dunya mein is liye hai ke logon ko yeh sab baatein khuda ne di hain.</w:t>
      </w:r>
    </w:p>
    <w:p>
      <w:pPr>
        <w:jc w:val="right"/>
      </w:pPr>
      <w:r>
        <w:t>پھر تو آپ اینجل ہو جائیں گے۔ یہ یہ جو ہے دنیا میں اس لیے ہے کہ لوگوں کو یہ سب باتیں خدا نے دی ہیں۔</w:t>
      </w:r>
    </w:p>
    <w:p>
      <w:r>
        <w:rPr>
          <w:b/>
        </w:rPr>
        <w:t xml:space="preserve">[1:17:30] </w:t>
      </w:r>
      <w:r>
        <w:t>ghussa diya hai khuda ne. hate nature mein hamari chupa hua hai, organs hai, ego hai, sab cheezein nature mein maujood</w:t>
      </w:r>
    </w:p>
    <w:p>
      <w:pPr>
        <w:jc w:val="right"/>
      </w:pPr>
      <w:r>
        <w:t>غصہ دیا ہے خدا نے۔ ہیٹ نیچر میں ہماری چھپا ہوا ہے، ارگنس ہے، ایگو ہے، سب چیزیں نیچر میں موجود</w:t>
      </w:r>
    </w:p>
    <w:p>
      <w:r>
        <w:rPr>
          <w:b/>
        </w:rPr>
        <w:t xml:space="preserve">[1:17:39] </w:t>
      </w:r>
      <w:r>
        <w:t>hain. tabhi to test hai, warna hum robot hotay. agar khuda hum ko robot bana leta to phir test kis baat ka tha?</w:t>
      </w:r>
    </w:p>
    <w:p>
      <w:pPr>
        <w:jc w:val="right"/>
      </w:pPr>
      <w:r>
        <w:t>ہیں۔ تبھی تو ٹیسٹ ہے، ورنہ ہم روبوٹ ہوتے۔ اگر خدا ہم کو روبوٹ بنا لیتا تو پھر ٹیسٹ کس بات کا تھا؟</w:t>
      </w:r>
    </w:p>
    <w:p>
      <w:r>
        <w:rPr>
          <w:b/>
        </w:rPr>
        <w:t xml:space="preserve">[1:17:48] </w:t>
      </w:r>
      <w:r>
        <w:t>is wajah se yeh baatein jo hain, yeh koi evil nahi hain, yeh khuda ke creation plan ke mutabiq hain. inhi mein rakh kar ke hamein yeh sab test paper hain insaan ke liye.</w:t>
      </w:r>
    </w:p>
    <w:p>
      <w:pPr>
        <w:jc w:val="right"/>
      </w:pPr>
      <w:r>
        <w:t>اس وجہ سے یہ باتیں جو ہیں، یہ کوئی ایول نہیں ہیں، یہ خدا کے کریشن پلان کے مطابق ہیں۔ انہی میں رکھ کر کے ہمیں یہ سب ٹیسٹ پیپر ہیں انسان کے لیے۔</w:t>
      </w:r>
    </w:p>
    <w:p>
      <w:r>
        <w:rPr>
          <w:b/>
        </w:rPr>
        <w:t xml:space="preserve">[1:18:01] </w:t>
      </w:r>
      <w:r>
        <w:t>yeh sab test paper de kar ke khuda jaanch raha hai ke hum kaise hain, kaise nahi hain.</w:t>
      </w:r>
    </w:p>
    <w:p>
      <w:pPr>
        <w:jc w:val="right"/>
      </w:pPr>
      <w:r>
        <w:t>یہ سب ٹیسٹ پیپر دے کر کے خدا جانچ رہا ہے کہ ہم کیسے ہیں، کیسے نہیں ہیں۔</w:t>
      </w:r>
    </w:p>
    <w:p>
      <w:r>
        <w:rPr>
          <w:b/>
        </w:rPr>
        <w:t xml:space="preserve">[1:18:09] </w:t>
      </w:r>
      <w:r>
        <w:t>das question is from muslema siddiqui: "till this date man has not been able to create anything, still he does not want to acknowledge the creator.</w:t>
      </w:r>
    </w:p>
    <w:p>
      <w:pPr>
        <w:jc w:val="right"/>
      </w:pPr>
      <w:r>
        <w:t>دس کوئسچن از فرام مسلمہ صدیقی: "ٹل دس ڈیٹ مین ہیز ناٹ بین ایبل ٹو کریٹ اینی تھنگ، سٹل ہی ڈز ناٹ وانٹ ٹو اکنالج دا کریٹر۔</w:t>
      </w:r>
    </w:p>
    <w:p>
      <w:r>
        <w:rPr>
          <w:b/>
        </w:rPr>
        <w:t xml:space="preserve">[1:18:22] </w:t>
      </w:r>
      <w:r>
        <w:t>why is this so?"</w:t>
      </w:r>
    </w:p>
    <w:p>
      <w:pPr>
        <w:jc w:val="right"/>
      </w:pPr>
      <w:r>
        <w:t>وائی از دس سو؟"</w:t>
      </w:r>
    </w:p>
    <w:p>
      <w:r>
        <w:rPr>
          <w:b/>
        </w:rPr>
        <w:t xml:space="preserve">[1:18:26] </w:t>
      </w:r>
      <w:r>
        <w:t>wohi jo main ne abhi kaha ke surrender nahi karna chahta aadmi. apne ego ko surrender karna sab se zyada difficult kaam hai.</w:t>
      </w:r>
    </w:p>
    <w:p>
      <w:pPr>
        <w:jc w:val="right"/>
      </w:pPr>
      <w:r>
        <w:t>وہی جو میں نے ابھی کہا کہ سرینڈر نہیں کرنا چاہتا آدمی۔ اپنے ایگو کو سرینڈر کرنا سب سے زیادہ ڈیفیکلٹ کام ہے۔</w:t>
      </w:r>
    </w:p>
    <w:p>
      <w:r>
        <w:rPr>
          <w:b/>
        </w:rPr>
        <w:t xml:space="preserve">[1:18:38] </w:t>
      </w:r>
      <w:r>
        <w:t>apne ego ko surrender karna to chunke aadmi ego ko surrender karna nahi chahta, is liye is ka yeh haal bana hua hai.</w:t>
      </w:r>
    </w:p>
    <w:p>
      <w:pPr>
        <w:jc w:val="right"/>
      </w:pPr>
      <w:r>
        <w:t>اپنے ایگو کو سرینڈر کرنا تو چونکہ آدمی ایگو کو سرینڈر کرنا نہیں چاہتا، اس لیے اس کا یہ حال بنا ہوا ہے۔</w:t>
      </w:r>
    </w:p>
    <w:p>
      <w:r>
        <w:rPr>
          <w:b/>
        </w:rPr>
        <w:t xml:space="preserve">[1:18:49] </w:t>
      </w:r>
      <w:r>
        <w:t>main samajhta hoon ke sab se zyada realist capability jo hai dunya mein, woh hai modesty. modesty, real real modesty.</w:t>
      </w:r>
    </w:p>
    <w:p>
      <w:pPr>
        <w:jc w:val="right"/>
      </w:pPr>
      <w:r>
        <w:t>میں سمجھتا ہوں کہ سب سے زیادہ ریئرسٹ کبلیٹی جو ہے دنیا میں، وہ ہے ماڈیسٹی۔ ماڈیسٹی، ریل ریل ماڈیسٹی۔</w:t>
      </w:r>
    </w:p>
    <w:p>
      <w:r>
        <w:rPr>
          <w:b/>
        </w:rPr>
        <w:t xml:space="preserve">[1:19:00] </w:t>
      </w:r>
      <w:r>
        <w:t>banawati modesty mein to bohat se log milenge aap ko,</w:t>
      </w:r>
    </w:p>
    <w:p>
      <w:pPr>
        <w:jc w:val="right"/>
      </w:pPr>
      <w:r>
        <w:t>بناوٹی ماڈیسٹی میں تو بہت سے لوگ ملیں گے آپ کو،</w:t>
      </w:r>
    </w:p>
    <w:p>
      <w:r>
        <w:rPr>
          <w:b/>
        </w:rPr>
        <w:t xml:space="preserve">[1:19:03] </w:t>
      </w:r>
      <w:r>
        <w:t>munh se bolenge bohat hi naram naram, lekin agar un ko aap chhed dijiye, un ke ego ko touch kar dijiye to woh ek dum kuch se kuch ban jayenge.</w:t>
      </w:r>
    </w:p>
    <w:p>
      <w:pPr>
        <w:jc w:val="right"/>
      </w:pPr>
      <w:r>
        <w:t>منہ سے بولیں گے بہت ہی نرم نرم، لیکن اگر ان کو آپ چھیڑ دیجئے، ان کے ایگو کو ٹچ کر دیجئے تو وہ ایک دم کچھ سے کچھ بن جائیں گے۔</w:t>
      </w:r>
    </w:p>
    <w:p>
      <w:r>
        <w:rPr>
          <w:b/>
        </w:rPr>
        <w:t xml:space="preserve">[1:19:14] </w:t>
      </w:r>
      <w:r>
        <w:t>to dunya mein sab se kam jo cheez hai, rarest among the rare, woh hai modesty. isi mein se sab baatein hain. hamare mission mein aap hamesha mein koshish karta hoon ke logon ke andar modesty aaye,</w:t>
      </w:r>
    </w:p>
    <w:p>
      <w:pPr>
        <w:jc w:val="right"/>
      </w:pPr>
      <w:r>
        <w:t>تو دنیا میں سب سے کم جو چیز ہے، ریئرسٹ امنگ دا ریئر، وہ ہے ماڈیسٹی۔ اسی میں سے سب باتیں ہیں۔ ہمارے مشن میں آپ ہمیشہ میں کوشش کرتا ہوں کہ لوگوں کے اندر ماڈیسٹی آئے،</w:t>
      </w:r>
    </w:p>
    <w:p>
      <w:r>
        <w:rPr>
          <w:b/>
        </w:rPr>
        <w:t xml:space="preserve">[1:19:28] </w:t>
      </w:r>
      <w:r>
        <w:t>kyun ke modesty sab se bari value hai, sab se bari virtue hai. modesty is ka hamein apne andar paida karna chahiye, aur yeh yaani paradise mein jo log jayenge, wahi jayenge jin ke andar modesty ho.</w:t>
      </w:r>
    </w:p>
    <w:p>
      <w:pPr>
        <w:jc w:val="right"/>
      </w:pPr>
      <w:r>
        <w:t>کیونکہ ماڈیسٹی سب سے بڑی ویلیو ہے، سب سے بڑی ورچو ہے۔ ماڈیسٹی اس کا ہمیں اپنے اندر پیدا کرنا چاہیے، اور یہ یعنی پیراڈائز میں جو لوگ جائیں گے، وہی جائیں گے جن کے اندر ماڈیسٹی ہو۔</w:t>
      </w:r>
    </w:p>
    <w:p>
      <w:r>
        <w:rPr>
          <w:b/>
        </w:rPr>
        <w:t xml:space="preserve">[1:19:44] </w:t>
      </w:r>
      <w:r>
        <w:t>modesty nahi hai to kabhi paradise nahi jayega aadmi.</w:t>
      </w:r>
    </w:p>
    <w:p>
      <w:pPr>
        <w:jc w:val="right"/>
      </w:pPr>
      <w:r>
        <w:t>ماڈیسٹی نہیں ہے تو کبھی پیراڈائز نہیں جائے گا آدمی۔</w:t>
      </w:r>
    </w:p>
    <w:p>
      <w:r>
        <w:rPr>
          <w:b/>
        </w:rPr>
        <w:t xml:space="preserve">[1:19:52] </w:t>
      </w:r>
      <w:r>
        <w:t>this question is from doctor pradhan:</w:t>
      </w:r>
    </w:p>
    <w:p>
      <w:pPr>
        <w:jc w:val="right"/>
      </w:pPr>
      <w:r>
        <w:t>دس کوئسچن از فرام ڈاکٹر پردھان:</w:t>
      </w:r>
    </w:p>
    <w:p>
      <w:r>
        <w:rPr>
          <w:b/>
        </w:rPr>
        <w:t xml:space="preserve">[1:19:56] </w:t>
      </w:r>
      <w:r>
        <w:t>"what is the basic criteria to search for truth?"</w:t>
      </w:r>
    </w:p>
    <w:p>
      <w:pPr>
        <w:jc w:val="right"/>
      </w:pPr>
      <w:r>
        <w:t>"واٹ از دا بیسک کرائٹیریا ٹو سرچ فار ٹروتھ؟"</w:t>
      </w:r>
    </w:p>
    <w:p>
      <w:r>
        <w:rPr>
          <w:b/>
        </w:rPr>
        <w:t xml:space="preserve">[1:20:06] </w:t>
      </w:r>
      <w:r>
        <w:t>mein samajhta hoon ke basic criteria hai objectivity, objective thinking</w:t>
      </w:r>
    </w:p>
    <w:p>
      <w:pPr>
        <w:jc w:val="right"/>
      </w:pPr>
      <w:r>
        <w:t>میں سمجھتا ہوں کہ بیسک کرائٹیریا ہے ابجیکٹیوٹی، ابجیکٹیو تھنکنگ</w:t>
      </w:r>
    </w:p>
    <w:p>
      <w:r>
        <w:rPr>
          <w:b/>
        </w:rPr>
        <w:t xml:space="preserve">[1:20:15] </w:t>
      </w:r>
      <w:r>
        <w:t>ya as it is thinking. yeh aasan nahi hai, bohat mushkil kaam hai. aadmi ko apne aap ko deconditioning karna padta hai.</w:t>
      </w:r>
    </w:p>
    <w:p>
      <w:pPr>
        <w:jc w:val="right"/>
      </w:pPr>
      <w:r>
        <w:t>یا ایز اٹ از تھنکنگ۔ یہ آسان نہیں ہے، بہت مشکل کام ہے۔ آدمی کو اپنے آپ کو ڈی کنڈیشن کرنا پڑتا ہے۔</w:t>
      </w:r>
    </w:p>
    <w:p>
      <w:r>
        <w:rPr>
          <w:b/>
        </w:rPr>
        <w:t xml:space="preserve">[1:20:25] </w:t>
      </w:r>
      <w:r>
        <w:t>deconditioning karta hai aadmi, tab ja kar ke woh is qabil banta hai ke cheezon ko as it is dekhe. woh to ek poora process hai, apne aap ko apni deconditioning karna aur apne andar as it is thinking paida karna aur jo objectivity lana apne andar, yeh ek process hai poora.</w:t>
      </w:r>
    </w:p>
    <w:p>
      <w:pPr>
        <w:jc w:val="right"/>
      </w:pPr>
      <w:r>
        <w:t>ڈی کنڈیشننگ کرتا ہے آدمی، تب جا کر کے وہ اس قابل بنتا ہے کہ چیزوں کو ایز اٹ از دیکھے۔ وہ تو ایک پورا پروسیس ہے، اپنے آپ کو اپنی ڈی کنڈیشننگ کرنا اور اپنے اندر ایز اٹ از تھنکنگ پیدا کرنا اور جو ابجیکٹیوٹی لانا اپنے اندر، یہ ایک پروسیس ہے پورا۔</w:t>
      </w:r>
    </w:p>
    <w:p>
      <w:r>
        <w:rPr>
          <w:b/>
        </w:rPr>
        <w:t xml:space="preserve">[1:20:51] </w:t>
      </w:r>
      <w:r>
        <w:t>yeh achanak nahi ho sakta aisa ke kisi ke saamne aap keh dein aur woh maan jaye. to is process agar koi sincere hai to us ko is process ko apne andar chalana padega.</w:t>
      </w:r>
    </w:p>
    <w:p>
      <w:pPr>
        <w:jc w:val="right"/>
      </w:pPr>
      <w:r>
        <w:t>یہ اچانک نہیں ہو سکتا ایسا کہ کسی کے سامنے آپ کہہ دیں اور وہ مان جائے۔ تو اس پروسیس اگر کوئی سنسیئر ہے تو اس کو اس پروسیس کو اپنے اندر چلانا پڑے گا۔</w:t>
      </w:r>
    </w:p>
    <w:p>
      <w:r>
        <w:rPr>
          <w:b/>
        </w:rPr>
        <w:t xml:space="preserve">[1:21:03] </w:t>
      </w:r>
      <w:r>
        <w:t>jab chalayega aadmi to wohin pahunch jayega ke is ke andar sachai ki talash hogi, acceptivity, accept, accept karne ka ka is ke andar mizaj hoga.</w:t>
      </w:r>
    </w:p>
    <w:p>
      <w:pPr>
        <w:jc w:val="right"/>
      </w:pPr>
      <w:r>
        <w:t>جب چلائے گا آدمی تو وہیں پہنچ جائے گا کہ اس کے اندر سچائی کی تلاش ہوگی، ایکسیپٹیوٹی، ایکسیپٹ، ایکسیپٹ کرنے کا کا اس کے اندر مزاج ہوگا۔</w:t>
      </w:r>
    </w:p>
    <w:p>
      <w:r>
        <w:rPr>
          <w:b/>
        </w:rPr>
        <w:t xml:space="preserve">[1:21:16] </w:t>
      </w:r>
      <w:r>
        <w:t>yeh sab baatein aa jayengi,</w:t>
      </w:r>
    </w:p>
    <w:p>
      <w:pPr>
        <w:jc w:val="right"/>
      </w:pPr>
      <w:r>
        <w:t>یہ سب باتیں آ جائیں گی،</w:t>
      </w:r>
    </w:p>
    <w:p>
      <w:r>
        <w:rPr>
          <w:b/>
        </w:rPr>
        <w:t xml:space="preserve">[1:21:18] </w:t>
      </w:r>
      <w:r>
        <w:t>receptivity aa jayegi is ke andar, lekin ek process chalana padega, tab aisa hoga. aur sath sath dua, in sab cheezon ke sath sath dua bhi bohat hi zaroori hai.</w:t>
      </w:r>
    </w:p>
    <w:p>
      <w:pPr>
        <w:jc w:val="right"/>
      </w:pPr>
      <w:r>
        <w:t>ریسیپٹیوٹی آ جائے گی اس کے اندر، لیکن ایک پروسیس چلانا پڑے گا، تب ایسا ہوگا۔ اور ساتھ ساتھ دعا، ان سب چیزوں کے ساتھ ساتھ دعا بھی بہت ہی ضروری ہے۔</w:t>
      </w:r>
    </w:p>
    <w:p>
      <w:r>
        <w:rPr>
          <w:b/>
        </w:rPr>
        <w:t xml:space="preserve">[1:21:35] </w:t>
      </w:r>
      <w:r>
        <w:t>this question is from momin: "most of the muslims have divided their life into two parts: deen and dunya.</w:t>
      </w:r>
    </w:p>
    <w:p>
      <w:pPr>
        <w:jc w:val="right"/>
      </w:pPr>
      <w:r>
        <w:t>دس کوئسچن از فرام مومن: "موسٹ اف دا مسلمز ہیو ڈیوائیڈڈ دیر لائف انٹو ٹو پارٹس: دین اینڈ دنیا۔</w:t>
      </w:r>
    </w:p>
    <w:p>
      <w:r>
        <w:rPr>
          <w:b/>
        </w:rPr>
        <w:t xml:space="preserve">[1:21:46] </w:t>
      </w:r>
      <w:r>
        <w:t>to them, deen is only to pray namaz, give zakat and perform hajj. kindly comment on this." dekhein, yeh woh log karte hain jo is deen ko samajhte hain, kuch set of rituals,</w:t>
      </w:r>
    </w:p>
    <w:p>
      <w:pPr>
        <w:jc w:val="right"/>
      </w:pPr>
      <w:r>
        <w:t>ٹو دیم، دین از اونلی ٹو پری نماز، گیو زکوۃ اینڈ پرفارم حج۔ کائنڈلی کمنٹ ان دس۔" دیکھیں، یہ وہ لوگ کرتے ہیں جو اس دین کو سمجھتے ہیں، کچھ سیٹ اف ریچولز،</w:t>
      </w:r>
    </w:p>
    <w:p>
      <w:r>
        <w:rPr>
          <w:b/>
        </w:rPr>
        <w:t xml:space="preserve">[1:22:04] </w:t>
      </w:r>
      <w:r>
        <w:t>ek form, ek zahiri shakal. woh aisa baante rehte hain, lekin deen ko spirit ke sach mein liya jaye to spirit to har jagah kaam karegi.</w:t>
      </w:r>
    </w:p>
    <w:p>
      <w:pPr>
        <w:jc w:val="right"/>
      </w:pPr>
      <w:r>
        <w:t>ایک فارم، ایک ظاہری شکل۔ وہ ایسا بانٹے رہتے ہیں، لیکن دین کو اسپیٹ کے سچ میں لیا جائے تو اسپیٹ تو ہر جگہ کام کرے گی۔</w:t>
      </w:r>
    </w:p>
    <w:p>
      <w:r>
        <w:rPr>
          <w:b/>
        </w:rPr>
        <w:t xml:space="preserve">[1:22:15] </w:t>
      </w:r>
      <w:r>
        <w:t>sirf form hi, jaise ke ek glass pani hai, us mein aap ek pathar ka tukda daalein to pathar alag rahega, pani alag rahega.</w:t>
      </w:r>
    </w:p>
    <w:p>
      <w:pPr>
        <w:jc w:val="right"/>
      </w:pPr>
      <w:r>
        <w:t>صرف فارم ہی، جیسے کہ ایک گلاس پانی ہے، اس میں آپ ایک پتھر کا ٹکڑا ڈالیں تو پتھر الگ رہے گا، پانی الگ رہے گا۔</w:t>
      </w:r>
    </w:p>
    <w:p>
      <w:r>
        <w:rPr>
          <w:b/>
        </w:rPr>
        <w:t xml:space="preserve">[1:22:26] </w:t>
      </w:r>
      <w:r>
        <w:t>lekin aap rang daalein, rang to kya, woh bhi alag alag rahega aur rang pani mein ghul mil jayega. to form wala deen jo hai, wahi alag alag rehta hai, lekin jo spirit wala deen hai, woh to alag reh nahi sakta.</w:t>
      </w:r>
    </w:p>
    <w:p>
      <w:pPr>
        <w:jc w:val="right"/>
      </w:pPr>
      <w:r>
        <w:t>لیکن آپ رنگ ڈالیں، رنگ تو کیا، وہ بھی الگ الگ رہے گا اور رنگ پانی میں گھل مل جائے گا۔ تو فارم والا دین جو ہے، وہی الگ الگ رہتا ہے، لیکن جو اسپیٹ والا دین ہے، وہ تو الگ رہ نہیں سکتا۔</w:t>
      </w:r>
    </w:p>
    <w:p>
      <w:r>
        <w:rPr>
          <w:b/>
        </w:rPr>
        <w:t xml:space="preserve">[1:22:39] </w:t>
      </w:r>
      <w:r>
        <w:t>woh to just like color hai, woh to mil jayega usi ke andar.</w:t>
      </w:r>
    </w:p>
    <w:p>
      <w:pPr>
        <w:jc w:val="right"/>
      </w:pPr>
      <w:r>
        <w:t>وہ تو جسٹ لائک کلر ہے، وہ تو مل جائے گا اسی کے اندر۔</w:t>
      </w:r>
    </w:p>
    <w:p>
      <w:r>
        <w:rPr>
          <w:b/>
        </w:rPr>
        <w:t xml:space="preserve">[1:22:43] </w:t>
      </w:r>
      <w:r>
        <w:t>to basic baat yeh hai ke logon ka jo concept hai deen ka, that is based on form. to form par jo base karega, woh is ka hi haal hoga.</w:t>
      </w:r>
    </w:p>
    <w:p>
      <w:pPr>
        <w:jc w:val="right"/>
      </w:pPr>
      <w:r>
        <w:t>تو بیسک بات یہ ہے کہ لوگوں کا جو کانسیپٹ ہے دین کا، دیٹ از بیسڈ ان فارم۔ تو فارم پر جو بیس کرے گا، وہ اس کا ہی حال ہوگا۔</w:t>
      </w:r>
    </w:p>
    <w:p>
      <w:r>
        <w:rPr>
          <w:b/>
        </w:rPr>
        <w:t xml:space="preserve">[1:22:55] </w:t>
      </w:r>
      <w:r>
        <w:t>aur woh deen ka jo concept hai, that is based on spirit, us mein aisa kabhi ho hi nahi sakta hai. spirit kahin had, spirit koi had nahi hoti hai, jaise jaise ke rang ki had nahi hogi pani mein.</w:t>
      </w:r>
    </w:p>
    <w:p>
      <w:pPr>
        <w:jc w:val="right"/>
      </w:pPr>
      <w:r>
        <w:t>اور وہ دین کا جو کانسیپٹ ہے، دیٹ از بیسڈ ان اسپیٹ، اس میں ایسا کبھی ہو ہی نہیں سکتا ہے۔ اسپیٹ کہیں حد، اسپیٹ کوئی حد نہیں ہوتی ہے، جیسے جیسے کہ رنگ کی حد نہیں ہوگی پانی میں۔</w:t>
      </w:r>
    </w:p>
    <w:p>
      <w:r>
        <w:rPr>
          <w:b/>
        </w:rPr>
        <w:t xml:space="preserve">[1:23:09] </w:t>
      </w:r>
      <w:r>
        <w:t>pani mein pathar daalein to us ki ek limit hai, lekin rang ki limit nahi hai, woh to poore pani mein mil jayega. woh to yahan par asal baat yeh hai ke deen ka jo concept hi galat hai, logon ka woh form ko ada karne ko samajhte hain ke hum ne namaz padh li, hajj kar liya.</w:t>
      </w:r>
    </w:p>
    <w:p>
      <w:pPr>
        <w:jc w:val="right"/>
      </w:pPr>
      <w:r>
        <w:t>پانی میں پتھر ڈالیں تو اس کی ایک لمٹ ہے، لیکن رنگ کی لمٹ نہیں ہے، وہ تو پورے پانی میں مل جائے گا۔ وہ تو یہاں پر اصل بات یہ ہے کہ دین کا جو کانسیپٹ ہی غلط ہے، لوگوں کا وہ فارم کو ادا کرنے کو سمجھتے ہیں کہ ہم نے نماز پڑھ لی، حج کر لیا۔</w:t>
      </w:r>
    </w:p>
    <w:p>
      <w:r>
        <w:rPr>
          <w:b/>
        </w:rPr>
        <w:t xml:space="preserve">[1:23:24] </w:t>
      </w:r>
      <w:r>
        <w:t>agar woh spirit ho, namaz wali, hajj wali, to woh har jagah kaam karegi, saare muamle mein woh zahir hogi. to yeh basically yeh farq hai spirit ka aur form ka.</w:t>
      </w:r>
    </w:p>
    <w:p>
      <w:pPr>
        <w:jc w:val="right"/>
      </w:pPr>
      <w:r>
        <w:t>اگر وہ اسپیٹ ہو، نماز والی، حج والی، تو وہ ہر جگہ کام کرے گی، سارے معاملے میں وہ ظاہر ہوگی۔ تو یہ بیسیکلی یہ فرق ہے اسپیٹ کا اور فارم کا۔</w:t>
      </w:r>
    </w:p>
    <w:p>
      <w:r>
        <w:rPr>
          <w:b/>
        </w:rPr>
        <w:t xml:space="preserve">[1:23:39] </w:t>
      </w:r>
      <w:r>
        <w:t>thes question is from sadia khan:</w:t>
      </w:r>
    </w:p>
    <w:p>
      <w:pPr>
        <w:jc w:val="right"/>
      </w:pPr>
      <w:r>
        <w:t>دس کوئسچن از فرام سعدیہ خان:</w:t>
      </w:r>
    </w:p>
    <w:p>
      <w:r>
        <w:rPr>
          <w:b/>
        </w:rPr>
        <w:t xml:space="preserve">[1:23:42] </w:t>
      </w:r>
      <w:r>
        <w:t>"you had once mentioned a hadith:</w:t>
      </w:r>
    </w:p>
    <w:p>
      <w:pPr>
        <w:jc w:val="right"/>
      </w:pPr>
      <w:r>
        <w:t>"یو ہیڈ ونس مینشنڈ ا حدیث:</w:t>
      </w:r>
    </w:p>
    <w:p>
      <w:r>
        <w:rPr>
          <w:b/>
        </w:rPr>
        <w:t xml:space="preserve">[1:23:46] </w:t>
      </w:r>
      <w:r>
        <w:t>'One who accepts whatever told without scrutiny is a dishonest person.'</w:t>
      </w:r>
    </w:p>
    <w:p>
      <w:pPr>
        <w:jc w:val="right"/>
      </w:pPr>
      <w:r>
        <w:t>'ون ہو ایکسیپٹس واٹ ایور ٹولڈ وداؤٹ سکروٹنی از ا ڈس اونسٹ پرسن۔'</w:t>
      </w:r>
    </w:p>
    <w:p>
      <w:r>
        <w:rPr>
          <w:b/>
        </w:rPr>
        <w:t xml:space="preserve">[1:23:53] </w:t>
      </w:r>
      <w:r>
        <w:t>"Please explain how accepting things on their face value imply dishonesty."</w:t>
      </w:r>
    </w:p>
    <w:p>
      <w:pPr>
        <w:jc w:val="right"/>
      </w:pPr>
      <w:r>
        <w:t>پلیز ایکسپلین ہاؤ ایکسیپٹنگ تھنگز ان دیر فیس ویلیو ایمپلائی ڈس اونسٹٹی۔"</w:t>
      </w:r>
    </w:p>
    <w:p>
      <w:r>
        <w:rPr>
          <w:b/>
        </w:rPr>
        <w:t xml:space="preserve">[1:24:02] </w:t>
      </w:r>
      <w:r>
        <w:t>dekhein, is par mein jahan tak samjha hoon</w:t>
      </w:r>
    </w:p>
    <w:p>
      <w:pPr>
        <w:jc w:val="right"/>
      </w:pPr>
      <w:r>
        <w:t>دیکھیں، اس پر میں جہاں تک سمجھا ہوں</w:t>
      </w:r>
    </w:p>
    <w:p>
      <w:r>
        <w:rPr>
          <w:b/>
        </w:rPr>
        <w:t xml:space="preserve">[1:24:05] </w:t>
      </w:r>
      <w:r>
        <w:t>ke ek hai good news, ek hai bad news.</w:t>
      </w:r>
    </w:p>
    <w:p>
      <w:pPr>
        <w:jc w:val="right"/>
      </w:pPr>
      <w:r>
        <w:t>کہ ایک ہے گڈ نیوز، ایک ہے بیڈ نیوز۔</w:t>
      </w:r>
    </w:p>
    <w:p>
      <w:r>
        <w:rPr>
          <w:b/>
        </w:rPr>
        <w:t xml:space="preserve">[1:24:11] </w:t>
      </w:r>
      <w:r>
        <w:t>kisi ke bare mein aap ko bataya jaye ke woh aadmi panch waqt ki namaz padhta hai, to aap face value pe le lijiye us ko ke aap batayein ke us ne hajj kiya hai, to aap maan lijiye ke us ne hajj kiya hai.</w:t>
      </w:r>
    </w:p>
    <w:p>
      <w:pPr>
        <w:jc w:val="right"/>
      </w:pPr>
      <w:r>
        <w:t>کسی کے بارے میں آپ کو بتایا جائے کہ وہ آدمی پانچ وقت کی نماز پڑھتا ہے، تو آپ فیس ویلیو پہ لے لیجئے اس کو کہ آپ بتائیں کہ اس نے حج کیا ہے، تو آپ مان لیجئے کہ اس نے حج کیا ہے۔</w:t>
      </w:r>
    </w:p>
    <w:p>
      <w:r>
        <w:rPr>
          <w:b/>
        </w:rPr>
        <w:t xml:space="preserve">[1:24:22] </w:t>
      </w:r>
      <w:r>
        <w:t>lekin agar koi negative news di jaye aap ko, to kabhi mat maaniye jab tak aap scrutiny na kar lein. bohat pakad is ki hogi Khuda ke haan, yaani kisi ke bare mein achi rai banane pe to pakad nahi hai, lekin kisi ke bare mein buri rai banana ho to bohat zyada pakad hogi.</w:t>
      </w:r>
    </w:p>
    <w:p>
      <w:pPr>
        <w:jc w:val="right"/>
      </w:pPr>
      <w:r>
        <w:t>لیکن اگر کوئی نیگیٹیو نیوز دی جائے آپ کو، تو کبھی مت مانیے جب تک آپ سکروٹنی نہ کر لیں۔ بہت پکڑ اس کی ہوگی خدا کے ہاں، یعنی کسی کے بارے میں اچھی رائے بنانے پہ تو پکڑ نہیں ہے، لیکن کسی کے بارے میں بری رائے بنانا ہو تو بہت زیادہ پکڑ ہوگی۔</w:t>
      </w:r>
    </w:p>
    <w:p>
      <w:r>
        <w:rPr>
          <w:b/>
        </w:rPr>
        <w:t xml:space="preserve">[1:24:41] </w:t>
      </w:r>
      <w:r>
        <w:t>is wajah se aadmi ke do option hain is maamle mein: ya to rai na banaye, koi aap se bataye ke falan aadmi aisa hai, waisa hai, koi to aap us ko dhyan na dein, apne mind mein rakha hi nahi, na kisi bolein, na koi charcha karein is ka.</w:t>
      </w:r>
    </w:p>
    <w:p>
      <w:pPr>
        <w:jc w:val="right"/>
      </w:pPr>
      <w:r>
        <w:t>اس وجہ سے آدمی کے دو آپشن ہیں اس معاملے میں: یا تو رائے نہ بنائے، کوئی آپ سے بتائے کہ فلاں آدمی ایسا ہے، ویسا ہے، کوئی تو آپ اس کو دھیان نہ دیں، اپنے مائنڈ میں رکھا ہی نہیں، نہ کسی بولیں، نہ کوئی چرچا کریں اس کا۔</w:t>
      </w:r>
    </w:p>
    <w:p>
      <w:r>
        <w:rPr>
          <w:b/>
        </w:rPr>
        <w:t xml:space="preserve">[1:25:00] </w:t>
      </w:r>
      <w:r>
        <w:t>indifferent ho jayein, bas indifferent. ek option yeh hai, doosra option yeh hai ke agar is ko aap manna chahte hain, is ka charcha karna chahte hain, to aap ko scrutiny karni padegi,</w:t>
      </w:r>
    </w:p>
    <w:p>
      <w:pPr>
        <w:jc w:val="right"/>
      </w:pPr>
      <w:r>
        <w:t>انڈیفرنٹ ہو جائیں، بس انڈیفرنٹ۔ ایک آپشن یہ ہے، دوسرا آپشن یہ ہے کہ اگر اس کو آپ ماننا چاہتے ہیں، اس کا چرچا کرنا چاہتے ہیں، تو آپ کو اسکرٹنی کرنی پڑے گی،</w:t>
      </w:r>
    </w:p>
    <w:p>
      <w:r>
        <w:rPr>
          <w:b/>
        </w:rPr>
        <w:t xml:space="preserve">[1:25:11] </w:t>
      </w:r>
      <w:r>
        <w:t>saare relevant fact ko jaanchana padega. tab aap ko yeh right milega ke aap is ka, yaani is ke base par koi rai banayein aur kisi se is ko batayein.</w:t>
      </w:r>
    </w:p>
    <w:p>
      <w:pPr>
        <w:jc w:val="right"/>
      </w:pPr>
      <w:r>
        <w:t>سارے ریلیونٹ فیکٹ کو جانچنا پڑے گا۔ تب آپ کو یہ رائٹ ملے گا کہ آپ اس کا، یعنی اس کے بیس پر کوئی رائے بنائیں اور کسی سے اس کو بتائیں۔</w:t>
      </w:r>
    </w:p>
    <w:p>
      <w:r>
        <w:rPr>
          <w:b/>
        </w:rPr>
        <w:t xml:space="preserve">[1:25:24] </w:t>
      </w:r>
      <w:r>
        <w:t>to yahi do option hain: ya to completely aap indifferent ban jayein, ya poori tarah scrutiny karein.</w:t>
      </w:r>
    </w:p>
    <w:p>
      <w:pPr>
        <w:jc w:val="right"/>
      </w:pPr>
      <w:r>
        <w:t>تو یہی دو آپشن ہیں: یا تو کمپلیٹلی آپ انڈیفرنٹ بن جائیں، یا پوری طرح سکروٹنی کریں۔</w:t>
      </w:r>
    </w:p>
    <w:p>
      <w:r>
        <w:rPr>
          <w:b/>
        </w:rPr>
        <w:t xml:space="preserve">[1:25:33] </w:t>
      </w:r>
      <w:r>
        <w:t>there is no third option. this question is from doctor farida</w:t>
      </w:r>
    </w:p>
    <w:p>
      <w:pPr>
        <w:jc w:val="right"/>
      </w:pPr>
      <w:r>
        <w:t>دیر از نو تھرڈ آپشن۔ دس کوئسچن از فرام ڈاکٹر فریدہ</w:t>
      </w:r>
    </w:p>
    <w:p>
      <w:r>
        <w:rPr>
          <w:b/>
        </w:rPr>
        <w:t xml:space="preserve">[1:25:39] </w:t>
      </w:r>
      <w:r>
        <w:t>"why muslims today fail to develop a universal approach and rise above biases and prejudices, inspired of the fact that Islam wants to inculcate a universal culture in its followers?"</w:t>
      </w:r>
    </w:p>
    <w:p>
      <w:pPr>
        <w:jc w:val="right"/>
      </w:pPr>
      <w:r>
        <w:t>: "وائی مسلمز ٹوڈے فیل ٹو ڈویلپ ا یونیورسل اپروچ اینڈ رائز اباؤ ال بائسز اینڈ پریجیڈیز، انسپائرڈ اف دا فیکٹ دیٹ اسلام وانٹس ٹو انکلکیٹ ا یونیورسل کلچر ان اٹس فالوورز؟"</w:t>
      </w:r>
    </w:p>
    <w:p>
      <w:r>
        <w:rPr>
          <w:b/>
        </w:rPr>
        <w:t xml:space="preserve">[1:25:56] </w:t>
      </w:r>
      <w:r>
        <w:t>dekhein, yeh to har community mein hota hai,</w:t>
      </w:r>
    </w:p>
    <w:p>
      <w:pPr>
        <w:jc w:val="right"/>
      </w:pPr>
      <w:r>
        <w:t>دیکھیں، یہ تو ہر کمیونٹی میں ہوتا ہے،</w:t>
      </w:r>
    </w:p>
    <w:p>
      <w:r>
        <w:rPr>
          <w:b/>
        </w:rPr>
        <w:t xml:space="preserve">[1:26:01] </w:t>
      </w:r>
      <w:r>
        <w:t>kyun ke kisi ne bahut sahi kaha hai ke every religion begins as an ideology, but after some generations, it is reduced to to a culture.</w:t>
      </w:r>
    </w:p>
    <w:p>
      <w:pPr>
        <w:jc w:val="right"/>
      </w:pPr>
      <w:r>
        <w:t>کیونکہ کسی نے بہت صحیح کہا ہے کہ ایوری ریلیجن بگنز ایز این ائیڈیالوجی، بٹ افٹر سم جنریشنز، اٹ از ریڈیوس ٹو ٹو ا کلچر۔</w:t>
      </w:r>
    </w:p>
    <w:p>
      <w:r>
        <w:rPr>
          <w:b/>
        </w:rPr>
        <w:t xml:space="preserve">[1:26:14] </w:t>
      </w:r>
      <w:r>
        <w:t>to culture jo hai, ek community ka hota hai. to shuru mein jo ideology hoti hai, woh universal ideology hoti hai, lekin jab reduced ho kar culture banta hai to woh community ki cheez ban jati hai.</w:t>
      </w:r>
    </w:p>
    <w:p>
      <w:pPr>
        <w:jc w:val="right"/>
      </w:pPr>
      <w:r>
        <w:t>تو کلچر جو ہے، ایک کمیونٹی کا ہوتا ہے۔ تو شروع میں جو ائیڈیالوجی ہوتی ہے، وہ یونیورسل ائیڈیالوجی ہوتی ہے، لیکن جب ریڈیوس ہو کر کلچر بنتا ہے تو وہ کمیونٹی کی چیز بن جاتی ہے۔</w:t>
      </w:r>
    </w:p>
    <w:p>
      <w:r>
        <w:rPr>
          <w:b/>
        </w:rPr>
        <w:t xml:space="preserve">[1:26:27] </w:t>
      </w:r>
      <w:r>
        <w:t>har mazhab mein hi hota hai, har mazhab mein. Islam mein bhi aise hua hai ke jab Islam shuru hua to woh universal ideology tha, universal outlook hua karta tha logon ke andar.</w:t>
      </w:r>
    </w:p>
    <w:p>
      <w:pPr>
        <w:jc w:val="right"/>
      </w:pPr>
      <w:r>
        <w:t>ہر مذہب میں ہی ہوتا ہے، ہر مذہب میں۔ اسلام میں بھی ایسے ہوا ہے کہ جب اسلام شروع ہوا تو وہ یونیورسل ائیڈیالوجی تھا، یونیورسل آؤٹ لک ہوا کرتا تھا لوگوں کے اندر۔</w:t>
      </w:r>
    </w:p>
    <w:p>
      <w:r>
        <w:rPr>
          <w:b/>
        </w:rPr>
        <w:t xml:space="preserve">[1:26:37] </w:t>
      </w:r>
      <w:r>
        <w:t>ab ghattate ghattate ghattate ab woh community, community, community ka ek culture ban gaya hai. ek community ab is ka culture hai.</w:t>
      </w:r>
    </w:p>
    <w:p>
      <w:pPr>
        <w:jc w:val="right"/>
      </w:pPr>
      <w:r>
        <w:t>اب گھٹتے گھٹتے گھٹتے اب وہ کمیونٹی، کمیونٹی، کمیونٹی کا ایک کلچر بن گیا ہے۔ ایک کمیونٹی اب اس کا کلچر ہے۔</w:t>
      </w:r>
    </w:p>
    <w:p>
      <w:r>
        <w:rPr>
          <w:b/>
        </w:rPr>
        <w:t xml:space="preserve">[1:26:44] </w:t>
      </w:r>
      <w:r>
        <w:t>to yahan aa kar ke yeh hoga jo ho raha hai. ab humein jo logon ko nikalna hai, yaani community se bahar aa kar sochne ki soch lana hai.</w:t>
      </w:r>
    </w:p>
    <w:p>
      <w:pPr>
        <w:jc w:val="right"/>
      </w:pPr>
      <w:r>
        <w:t>تو یہاں آ کر کے یہ ہوگا جو ہو رہا ہے۔ اب ہمیں جو لوگوں کو نکالنا ہے، یعنی کمیونٹی سے باہر آ کر سوچنے کی سوچ لانا ہے۔</w:t>
      </w:r>
    </w:p>
    <w:p>
      <w:r>
        <w:rPr>
          <w:b/>
        </w:rPr>
        <w:t xml:space="preserve">[1:26:52] </w:t>
      </w:r>
      <w:r>
        <w:t>jab tak aap soch nahi layenge, tab tak yeh aisa nahi hoga. jo har mazhab mein hota hai, woh yahan bhi ho gaya. aur hadith mein aata hai ke tum wohi karoge jo doosre logon ne kiya, jo nasara ne kiya, jo yahudiyon ne kiya.</w:t>
      </w:r>
    </w:p>
    <w:p>
      <w:pPr>
        <w:jc w:val="right"/>
      </w:pPr>
      <w:r>
        <w:t>جب تک آپ سوچ نہیں لائیں گے، تب تک یہ ایسا نہیں ہوگا۔ جو ہر مذہب میں ہوتا ہے، وہ یہاں بھی ہو گیا۔ اور حدیث میں آتا ہے کہ تم وہی کرو گے جو دوسرے لوگوں نے کیا، جو نصاری نے کیا، جو یہودیوں نے کیا۔</w:t>
      </w:r>
    </w:p>
    <w:p>
      <w:r>
        <w:rPr>
          <w:b/>
        </w:rPr>
        <w:t xml:space="preserve">[1:27:06] </w:t>
      </w:r>
      <w:r>
        <w:t>wohi to, wohi, wohi sab tumhare andar hi wohi baatein paida ho jayengi.</w:t>
      </w:r>
    </w:p>
    <w:p>
      <w:pPr>
        <w:jc w:val="right"/>
      </w:pPr>
      <w:r>
        <w:t>وہی تو، وہی، وہی سب تمہارے اندر ہی وہی باتیں پیدا ہو جائیں گی۔</w:t>
      </w:r>
    </w:p>
    <w:p>
      <w:r>
        <w:rPr>
          <w:b/>
        </w:rPr>
        <w:t xml:space="preserve">[1:27:11] </w:t>
      </w:r>
      <w:r>
        <w:t>to yeh hai asal mein law of nature ke shuru mein jo log is ko, is sachai ko discover karte hain, to un ke andar woh cheez bator ideology aati hai.</w:t>
      </w:r>
    </w:p>
    <w:p>
      <w:pPr>
        <w:jc w:val="right"/>
      </w:pPr>
      <w:r>
        <w:t>تو یہ ہے اصل میں لاء آف نیچر کہ شروع میں جو لوگ اس کو، اس سچائی کو ڈسکور کرتے ہیں، تو ان کے اندر وہ چیز بطور ائیڈیالوجی آتی ہے۔</w:t>
      </w:r>
    </w:p>
    <w:p>
      <w:r>
        <w:rPr>
          <w:b/>
        </w:rPr>
        <w:t xml:space="preserve">[1:27:23] </w:t>
      </w:r>
      <w:r>
        <w:t>lekin dheere dheere kuch generation ke baad woh ideology khatam ho jati hai. bas ek, ek, ek group ban jata hai, kuch log hain ek community se jude hue, un ke aapas mein cultural taluqat hain.</w:t>
      </w:r>
    </w:p>
    <w:p>
      <w:pPr>
        <w:jc w:val="right"/>
      </w:pPr>
      <w:r>
        <w:t>لیکن دھیرے دھیرے کچھ جنریشن کے بعد وہ ائیڈیالوجی ختم ہو جاتی ہے۔ بس ایک، ایک، ایک گروپ بن جاتا ہے، کچھ لوگ ہیں ایک کمیونٹی سے جڑے ہوئے، ان کے آپس میں کلچرل تعلقات ہیں۔</w:t>
      </w:r>
    </w:p>
    <w:p>
      <w:r>
        <w:rPr>
          <w:b/>
        </w:rPr>
        <w:t xml:space="preserve">[1:27:36] </w:t>
      </w:r>
      <w:r>
        <w:t>bas</w:t>
      </w:r>
    </w:p>
    <w:p>
      <w:pPr>
        <w:jc w:val="right"/>
      </w:pPr>
      <w:r>
        <w:t>بس</w:t>
      </w:r>
    </w:p>
    <w:p>
      <w:r>
        <w:rPr>
          <w:b/>
        </w:rPr>
        <w:t xml:space="preserve">[1:27:38] </w:t>
      </w:r>
      <w:r>
        <w:t>to yeh that is reduced form of religion. ab humein revive karna hai is aspect ko, isi ka hum koshish kar rahe hain.</w:t>
      </w:r>
    </w:p>
    <w:p>
      <w:pPr>
        <w:jc w:val="right"/>
      </w:pPr>
      <w:r>
        <w:t>تو یہ دیٹ از ریڈیوسڈ فارم آف ریلیجن۔ اب ہمیں ریوائیو کرنا ہے اس اسپیٹ کو، اسی کا ہم کوشش کر رہے ہیں۔</w:t>
      </w:r>
    </w:p>
    <w:p>
      <w:r>
        <w:rPr>
          <w:b/>
        </w:rPr>
        <w:t xml:space="preserve">[1:27:49] </w:t>
      </w:r>
      <w:r>
        <w:t>hum is aspect jo hai, is ko revive kar rahe hain, inshallah.</w:t>
      </w:r>
    </w:p>
    <w:p>
      <w:pPr>
        <w:jc w:val="right"/>
      </w:pPr>
      <w:r>
        <w:t>ہم اس اسپیٹ جو ہے، اس کو ریوائیو کر رہے ہیں، انشاءاللہ۔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