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6 - Al-An‘am</w:t>
      </w:r>
    </w:p>
    <w:p>
      <w:r>
        <w:t>https://www.youtube.com/watch?v=-MHNk3on8so</w:t>
      </w:r>
    </w:p>
    <w:p>
      <w:r>
        <w:rPr>
          <w:b/>
        </w:rPr>
        <w:t xml:space="preserve">[00:01] </w:t>
      </w:r>
      <w:r>
        <w:t>al-anam.</w:t>
      </w:r>
    </w:p>
    <w:p>
      <w:pPr>
        <w:jc w:val="right"/>
      </w:pPr>
      <w:r>
        <w:t>الانعام۔</w:t>
      </w:r>
    </w:p>
    <w:p>
      <w:r>
        <w:rPr>
          <w:b/>
        </w:rPr>
        <w:t xml:space="preserve">[00:06] </w:t>
      </w:r>
      <w:r>
        <w:t>shuru Allah ke naam se, jo bara meherban, nihayat reham wala hai.</w:t>
      </w:r>
    </w:p>
    <w:p>
      <w:pPr>
        <w:jc w:val="right"/>
      </w:pPr>
      <w:r>
        <w:t>شروع اللہ کے نام سے، جو بڑا مہربان، نہایت رحم والا ہے۔</w:t>
      </w:r>
    </w:p>
    <w:p>
      <w:r>
        <w:rPr>
          <w:b/>
        </w:rPr>
        <w:t xml:space="preserve">[00:11] </w:t>
      </w:r>
      <w:r>
        <w:t>tareef Allah ke liye hai jis ne aasmanon aur zameen ko paida kiya, aur taariki'on aur roshniyon ko banaya.</w:t>
      </w:r>
    </w:p>
    <w:p>
      <w:pPr>
        <w:jc w:val="right"/>
      </w:pPr>
      <w:r>
        <w:t>تعریف اللہ کے لیے ہے جس نے آسمانوں اور زمین کو پیدا کیا، اور تاریکیوں اور روشنیوں کو بنایا۔</w:t>
      </w:r>
    </w:p>
    <w:p>
      <w:r>
        <w:rPr>
          <w:b/>
        </w:rPr>
        <w:t xml:space="preserve">[00:16] </w:t>
      </w:r>
      <w:r>
        <w:t>phir bhi munkir log doosron ko apne rab ka ham-sar thahrate hain.</w:t>
      </w:r>
    </w:p>
    <w:p>
      <w:pPr>
        <w:jc w:val="right"/>
      </w:pPr>
      <w:r>
        <w:t>پھر بھی منکر لوگ دوسروں کو اپنے رب کا ہمسر ٹھہراتے ہیں۔</w:t>
      </w:r>
    </w:p>
    <w:p>
      <w:r>
        <w:rPr>
          <w:b/>
        </w:rPr>
        <w:t xml:space="preserve">[00:21] </w:t>
      </w:r>
      <w:r>
        <w:t>wohi hai jis ne tum ko mitti se paida kiya, phir ek muddat muqarrar ki, aur muqarrar muddat</w:t>
      </w:r>
    </w:p>
    <w:p>
      <w:pPr>
        <w:jc w:val="right"/>
      </w:pPr>
      <w:r>
        <w:t>وہی ہے جس نے تم کو مٹی سے پیدا کیا، پھر ایک مدت مقرر کی، اور مقررہ مدت</w:t>
      </w:r>
    </w:p>
    <w:p>
      <w:r>
        <w:rPr>
          <w:b/>
        </w:rPr>
        <w:t xml:space="preserve">[00:26] </w:t>
      </w:r>
      <w:r>
        <w:t>isi ke ilm mein hai,</w:t>
      </w:r>
    </w:p>
    <w:p>
      <w:pPr>
        <w:jc w:val="right"/>
      </w:pPr>
      <w:r>
        <w:t>اسی کے علم میں ہے،</w:t>
      </w:r>
    </w:p>
    <w:p>
      <w:r>
        <w:rPr>
          <w:b/>
        </w:rPr>
        <w:t xml:space="preserve">[00:31] </w:t>
      </w:r>
      <w:r>
        <w:t>phir bhi tum shakk karte ho. aur wohi Allah aasmanon mein hai, aur wohi zameen mein. woh tumhare chhupe aur khule ko janta hai, aur woh janta hai jo kuch tum karte ho. aur un ke Rab ki nishaniyon mein se jo nishani bhi un ke pas aati hai, woh us se araz karte hain. chunancha jo haq un ke pas aaya hai, us ko bhi unhon ne jhutlaya. pas anqareeb un ke pas us cheez ki khabrein aayengi jis ka woh</w:t>
      </w:r>
    </w:p>
    <w:p>
      <w:pPr>
        <w:jc w:val="right"/>
      </w:pPr>
      <w:r>
        <w:t>پھر بھی تم شک کرتے ہو۔ اور وہی اللہ آسمانوں میں ہے، اور وہی زمین میں۔ وہ تمہارے چھپے اور کھلے کو جانتا ہے، اور وہ جانتا ہے جو کچھ تم کرتے ہو۔ اور ان کے رب کی نشانیوں میں سے جو نشانی بھی ان کے پاس آتی ہے، وہ اس سے اعراض کرتے ہیں۔ چنانچہ جو حق ان کے پاس آیا ہے، اس کو بھی انہوں نے جھٹلا دیا۔ پس عنقریب ان کے پاس اس چیز کی خبریں آئیں گی جس کا وہ</w:t>
      </w:r>
    </w:p>
    <w:p>
      <w:r>
        <w:rPr>
          <w:b/>
        </w:rPr>
        <w:t xml:space="preserve">[01:01] </w:t>
      </w:r>
      <w:r>
        <w:t>mazaq udate the.</w:t>
      </w:r>
    </w:p>
    <w:p>
      <w:pPr>
        <w:jc w:val="right"/>
      </w:pPr>
      <w:r>
        <w:t>مذاق اڑاتے تھے۔</w:t>
      </w:r>
    </w:p>
    <w:p>
      <w:r>
        <w:rPr>
          <w:b/>
        </w:rPr>
        <w:t xml:space="preserve">[01:05] </w:t>
      </w:r>
      <w:r>
        <w:t>kya unhon ne nahi dekha ke hum ne un se pehle kitni qomon ko halak kar diya? un</w:t>
      </w:r>
    </w:p>
    <w:p>
      <w:pPr>
        <w:jc w:val="right"/>
      </w:pPr>
      <w:r>
        <w:t>کیا انہوں نے نہیں دیکھا کہ ہم نے ان سے پہلے کتنی قوموں کو ہلاک کر دیا؟ ان</w:t>
      </w:r>
    </w:p>
    <w:p>
      <w:r>
        <w:rPr>
          <w:b/>
        </w:rPr>
        <w:t xml:space="preserve">[01:09] </w:t>
      </w:r>
      <w:r>
        <w:t>ko hum ne zameen mein jama diya tha jitna tum ko nahi jamaya.</w:t>
      </w:r>
    </w:p>
    <w:p>
      <w:pPr>
        <w:jc w:val="right"/>
      </w:pPr>
      <w:r>
        <w:t>کو ہم نے زمین میں جما دیا تھا جتنا تم کو نہیں جمایا۔</w:t>
      </w:r>
    </w:p>
    <w:p>
      <w:r>
        <w:rPr>
          <w:b/>
        </w:rPr>
        <w:t xml:space="preserve">[01:13] </w:t>
      </w:r>
      <w:r>
        <w:t>aur hum ne un par aasman se khoob barish barsai, aur hum ne nahrein jari keen jo un</w:t>
      </w:r>
    </w:p>
    <w:p>
      <w:pPr>
        <w:jc w:val="right"/>
      </w:pPr>
      <w:r>
        <w:t>اور ہم نے ان پر آسمان سے خوب بارش برسائی، اور ہم نے نہریں جاری کیں جو ان</w:t>
      </w:r>
    </w:p>
    <w:p>
      <w:r>
        <w:rPr>
          <w:b/>
        </w:rPr>
        <w:t xml:space="preserve">[01:16] </w:t>
      </w:r>
      <w:r>
        <w:t>ke neeche behti theen.</w:t>
      </w:r>
    </w:p>
    <w:p>
      <w:pPr>
        <w:jc w:val="right"/>
      </w:pPr>
      <w:r>
        <w:t>کے نیچے بہتی تھیں۔</w:t>
      </w:r>
    </w:p>
    <w:p>
      <w:r>
        <w:rPr>
          <w:b/>
        </w:rPr>
        <w:t xml:space="preserve">[01:20] </w:t>
      </w:r>
      <w:r>
        <w:t>phir hum ne un ko un ke gunahon ke baais halak kar dala.</w:t>
      </w:r>
    </w:p>
    <w:p>
      <w:pPr>
        <w:jc w:val="right"/>
      </w:pPr>
      <w:r>
        <w:t>پھر ہم نے ان کو ان کے گناہوں کے باعث ہلاک کر ڈالا۔</w:t>
      </w:r>
    </w:p>
    <w:p>
      <w:r>
        <w:rPr>
          <w:b/>
        </w:rPr>
        <w:t xml:space="preserve">[01:24] </w:t>
      </w:r>
      <w:r>
        <w:t>aur un ke baad hum ne doosri qomon ko uthaya.</w:t>
      </w:r>
    </w:p>
    <w:p>
      <w:pPr>
        <w:jc w:val="right"/>
      </w:pPr>
      <w:r>
        <w:t>اور ان کے بعد ہم نے دوسری قوموں کو اٹھایا۔</w:t>
      </w:r>
    </w:p>
    <w:p>
      <w:r>
        <w:rPr>
          <w:b/>
        </w:rPr>
        <w:t xml:space="preserve">[01:28] </w:t>
      </w:r>
      <w:r>
        <w:t>aur agar hum tum par aisi</w:t>
      </w:r>
    </w:p>
    <w:p>
      <w:pPr>
        <w:jc w:val="right"/>
      </w:pPr>
      <w:r>
        <w:t>اور اگر ہم تم پر ایسی</w:t>
      </w:r>
    </w:p>
    <w:p>
      <w:r>
        <w:rPr>
          <w:b/>
        </w:rPr>
        <w:t xml:space="preserve">[01:31] </w:t>
      </w:r>
      <w:r>
        <w:t>kitab utarte jo kaghaz mein likhi hui hoti, aur woh is ko apne hathon se chhoo bhi lete,</w:t>
      </w:r>
    </w:p>
    <w:p>
      <w:pPr>
        <w:jc w:val="right"/>
      </w:pPr>
      <w:r>
        <w:t>کتاب اتارتے جو کاغذ میں لکھی ہوئی ہوتی، اور وہ اس کو اپنے ہاتھوں سے چھو بھی لیتے،</w:t>
      </w:r>
    </w:p>
    <w:p>
      <w:r>
        <w:rPr>
          <w:b/>
        </w:rPr>
        <w:t xml:space="preserve">[01:36] </w:t>
      </w:r>
      <w:r>
        <w:t>tab bhi inkar karne walay yeh kehte ke yeh to aik khula hua jadu hai.</w:t>
      </w:r>
    </w:p>
    <w:p>
      <w:pPr>
        <w:jc w:val="right"/>
      </w:pPr>
      <w:r>
        <w:t>تب بھی انکار کرنے والے یہ کہتے کہ یہ تو ایک کھلا ہوا جادو ہے۔</w:t>
      </w:r>
    </w:p>
    <w:p>
      <w:r>
        <w:rPr>
          <w:b/>
        </w:rPr>
        <w:t xml:space="preserve">[01:41] </w:t>
      </w:r>
      <w:r>
        <w:t>aur woh kehte hain ke is par koi farishta kyun nahi utara gaya? aur agar hum koi farishta</w:t>
      </w:r>
    </w:p>
    <w:p>
      <w:pPr>
        <w:jc w:val="right"/>
      </w:pPr>
      <w:r>
        <w:t>اور وہ کہتے ہیں کہ اس پر کوئی فرشتہ کیوں نہیں اتارا گیا؟ اور اگر ہم کوئی فرشتہ</w:t>
      </w:r>
    </w:p>
    <w:p>
      <w:r>
        <w:rPr>
          <w:b/>
        </w:rPr>
        <w:t xml:space="preserve">[01:46] </w:t>
      </w:r>
      <w:r>
        <w:t>utarte to muamle ka faisla ho jata.</w:t>
      </w:r>
    </w:p>
    <w:p>
      <w:pPr>
        <w:jc w:val="right"/>
      </w:pPr>
      <w:r>
        <w:t>اتارتے تو معاملے کا فیصلہ ہو جاتا۔</w:t>
      </w:r>
    </w:p>
    <w:p>
      <w:r>
        <w:rPr>
          <w:b/>
        </w:rPr>
        <w:t xml:space="preserve">[01:51] </w:t>
      </w:r>
      <w:r>
        <w:t>phir unhein koi mohlat na milti.</w:t>
      </w:r>
    </w:p>
    <w:p>
      <w:pPr>
        <w:jc w:val="right"/>
      </w:pPr>
      <w:r>
        <w:t>پھر انہیں کوئی مہلت نہ ملتی۔</w:t>
      </w:r>
    </w:p>
    <w:p>
      <w:r>
        <w:rPr>
          <w:b/>
        </w:rPr>
        <w:t xml:space="preserve">[01:56] </w:t>
      </w:r>
      <w:r>
        <w:t>aur agar hum kisi farishte ko rasool bana kar bhejte to us</w:t>
      </w:r>
    </w:p>
    <w:p>
      <w:pPr>
        <w:jc w:val="right"/>
      </w:pPr>
      <w:r>
        <w:t>اور اگر ہم کسی فرشتے کو رسول بنا کر بھیجتے تو اس</w:t>
      </w:r>
    </w:p>
    <w:p>
      <w:r>
        <w:rPr>
          <w:b/>
        </w:rPr>
        <w:t xml:space="preserve">[02:01] </w:t>
      </w:r>
      <w:r>
        <w:t>ko bhi aadmi banate, aur un ko usi shubah mein dal dete jis mein woh ab paray hue hain.</w:t>
      </w:r>
    </w:p>
    <w:p>
      <w:pPr>
        <w:jc w:val="right"/>
      </w:pPr>
      <w:r>
        <w:t>کو بھی آدمی بناتے، اور ان کو اسی شبہ میں ڈال دیتے جس میں وہ اب پڑے ہوئے ہیں۔</w:t>
      </w:r>
    </w:p>
    <w:p>
      <w:r>
        <w:rPr>
          <w:b/>
        </w:rPr>
        <w:t xml:space="preserve">[02:07] </w:t>
      </w:r>
      <w:r>
        <w:t>aur tum se pehle bhi rasoolon ka mazak uraya gaya, to un mein se jin logon ne mazak</w:t>
      </w:r>
    </w:p>
    <w:p>
      <w:pPr>
        <w:jc w:val="right"/>
      </w:pPr>
      <w:r>
        <w:t>اور تم سے پہلے بھی رسولوں کا مذاق اڑایا گیا، تو ان میں سے جن لوگوں نے مذاق</w:t>
      </w:r>
    </w:p>
    <w:p>
      <w:r>
        <w:rPr>
          <w:b/>
        </w:rPr>
        <w:t xml:space="preserve">[02:14] </w:t>
      </w:r>
      <w:r>
        <w:t>uraya, un ko is cheez ne aa ghera jis ka woh mazak urate thay.</w:t>
      </w:r>
    </w:p>
    <w:p>
      <w:pPr>
        <w:jc w:val="right"/>
      </w:pPr>
      <w:r>
        <w:t>اڑایا، ان کو اس چیز نے آ گھیرا جس کا وہ مذاق اڑاتے تھے۔</w:t>
      </w:r>
    </w:p>
    <w:p>
      <w:r>
        <w:rPr>
          <w:b/>
        </w:rPr>
        <w:t xml:space="preserve">[02:20] </w:t>
      </w:r>
      <w:r>
        <w:t>kaho zameen mein chalo phiro aur dekho ke jhutlanay walon ka anjam kya hua.</w:t>
      </w:r>
    </w:p>
    <w:p>
      <w:pPr>
        <w:jc w:val="right"/>
      </w:pPr>
      <w:r>
        <w:t>کہو زمین میں چلو پھرو اور دیکھو کہ جھٹلانے والوں کا انجام کیا ہوا۔</w:t>
      </w:r>
    </w:p>
    <w:p>
      <w:r>
        <w:rPr>
          <w:b/>
        </w:rPr>
        <w:t xml:space="preserve">[02:26] </w:t>
      </w:r>
      <w:r>
        <w:t>poochho ke kis ka hai jo kuch aasmanon aur zameen mein hai? kaho sab kuch Allah</w:t>
      </w:r>
    </w:p>
    <w:p>
      <w:pPr>
        <w:jc w:val="right"/>
      </w:pPr>
      <w:r>
        <w:t>پوچھو کہ کس کا ہے جو کچھ آسمانوں اور زمین میں ہے؟ کہو سب کچھ اللہ</w:t>
      </w:r>
    </w:p>
    <w:p>
      <w:r>
        <w:rPr>
          <w:b/>
        </w:rPr>
        <w:t xml:space="preserve">[02:32] </w:t>
      </w:r>
      <w:r>
        <w:t>ka hai.</w:t>
      </w:r>
    </w:p>
    <w:p>
      <w:pPr>
        <w:jc w:val="right"/>
      </w:pPr>
      <w:r>
        <w:t>کا ہے۔</w:t>
      </w:r>
    </w:p>
    <w:p>
      <w:r>
        <w:rPr>
          <w:b/>
        </w:rPr>
        <w:t xml:space="preserve">[02:36] </w:t>
      </w:r>
      <w:r>
        <w:t>us ne apne oopar rehmat likh li hai.</w:t>
      </w:r>
    </w:p>
    <w:p>
      <w:pPr>
        <w:jc w:val="right"/>
      </w:pPr>
      <w:r>
        <w:t>اس نے اپنے اوپر رحمت لکھ لی ہے۔</w:t>
      </w:r>
    </w:p>
    <w:p>
      <w:r>
        <w:rPr>
          <w:b/>
        </w:rPr>
        <w:t xml:space="preserve">[02:40] </w:t>
      </w:r>
      <w:r>
        <w:t>woh zaroor tum ko jama kare ga qayamat ke din, is mein koi shakk nahi.</w:t>
      </w:r>
    </w:p>
    <w:p>
      <w:pPr>
        <w:jc w:val="right"/>
      </w:pPr>
      <w:r>
        <w:t>وہ ضرور تم کو جمع کرے گا قیامت کے دن، اس میں کوئی شک نہیں۔</w:t>
      </w:r>
    </w:p>
    <w:p>
      <w:r>
        <w:rPr>
          <w:b/>
        </w:rPr>
        <w:t xml:space="preserve">[02:45] </w:t>
      </w:r>
      <w:r>
        <w:t>jin logon ne apne aap ko ghaate mein dala, wohi hain jo is par iman nahi latay.</w:t>
      </w:r>
    </w:p>
    <w:p>
      <w:pPr>
        <w:jc w:val="right"/>
      </w:pPr>
      <w:r>
        <w:t>جن لوگوں نے اپنے آپ کو گھاٹے میں ڈالا، وہی ہیں جو اس پر ایمان نہیں لاتے۔</w:t>
      </w:r>
    </w:p>
    <w:p>
      <w:r>
        <w:rPr>
          <w:b/>
        </w:rPr>
        <w:t xml:space="preserve">[02:49] </w:t>
      </w:r>
      <w:r>
        <w:t>aur Allah hi ka hai jo kuch theherta hai raat mein aur jo kuch din mein.</w:t>
      </w:r>
    </w:p>
    <w:p>
      <w:pPr>
        <w:jc w:val="right"/>
      </w:pPr>
      <w:r>
        <w:t>اور اللہ ہی کا ہے جو کچھ ٹھہرتا ہے رات میں اور جو کچھ دن میں۔</w:t>
      </w:r>
    </w:p>
    <w:p>
      <w:r>
        <w:rPr>
          <w:b/>
        </w:rPr>
        <w:t xml:space="preserve">[02:53] </w:t>
      </w:r>
      <w:r>
        <w:t>aur woh sab kuch sunnay wala, janne wala hai.</w:t>
      </w:r>
    </w:p>
    <w:p>
      <w:pPr>
        <w:jc w:val="right"/>
      </w:pPr>
      <w:r>
        <w:t>اور وہ سب کچھ سننے والا، جاننے والا ہے۔</w:t>
      </w:r>
    </w:p>
    <w:p>
      <w:r>
        <w:rPr>
          <w:b/>
        </w:rPr>
        <w:t xml:space="preserve">[02:58] </w:t>
      </w:r>
      <w:r>
        <w:t>kaho kya mein Allah ke siwa kisi aur ko madadgar banaon? jo bananay wala hai</w:t>
      </w:r>
    </w:p>
    <w:p>
      <w:pPr>
        <w:jc w:val="right"/>
      </w:pPr>
      <w:r>
        <w:t>کہو کیا میں اللہ کے سوا کسی اور کو مددگار بناؤں؟ جو بنانے والا ہے</w:t>
      </w:r>
    </w:p>
    <w:p>
      <w:r>
        <w:rPr>
          <w:b/>
        </w:rPr>
        <w:t xml:space="preserve">[03:02] </w:t>
      </w:r>
      <w:r>
        <w:t>aasmanon aur zameen ka, aur woh sab ko khilata hai, aur us ko koi nahi khilata.</w:t>
      </w:r>
    </w:p>
    <w:p>
      <w:pPr>
        <w:jc w:val="right"/>
      </w:pPr>
      <w:r>
        <w:t>آسمانوں اور زمین کا، اور وہ سب کو کھلاتا ہے، اور اس کو کوئی نہیں کھلاتا۔</w:t>
      </w:r>
    </w:p>
    <w:p>
      <w:r>
        <w:rPr>
          <w:b/>
        </w:rPr>
        <w:t xml:space="preserve">[03:07] </w:t>
      </w:r>
      <w:r>
        <w:t>kaho mujh ko hukum mila hai ke main sab se pehle islam lanay wala banun, aur tum hargiz</w:t>
      </w:r>
    </w:p>
    <w:p>
      <w:pPr>
        <w:jc w:val="right"/>
      </w:pPr>
      <w:r>
        <w:t>کہو مجھ کو حکم ملا ہے کہ میں سب سے پہلے اسلام لانے والا بنوں، اور تم ہرگز</w:t>
      </w:r>
    </w:p>
    <w:p>
      <w:r>
        <w:rPr>
          <w:b/>
        </w:rPr>
        <w:t xml:space="preserve">[03:12] </w:t>
      </w:r>
      <w:r>
        <w:t>mushrikon mein se na bano.</w:t>
      </w:r>
    </w:p>
    <w:p>
      <w:pPr>
        <w:jc w:val="right"/>
      </w:pPr>
      <w:r>
        <w:t>مشرکوں میں سے نہ بنو۔</w:t>
      </w:r>
    </w:p>
    <w:p>
      <w:r>
        <w:rPr>
          <w:b/>
        </w:rPr>
        <w:t xml:space="preserve">[03:17] </w:t>
      </w:r>
      <w:r>
        <w:t>kaho agar main apnay rab ki nafarmani karun to main aik baray din ke azab se darta hun.</w:t>
      </w:r>
    </w:p>
    <w:p>
      <w:pPr>
        <w:jc w:val="right"/>
      </w:pPr>
      <w:r>
        <w:t>کہو اگر میں اپنے رب کی نافرمانی کروں تو میں ایک بڑے دن کے عذاب سے ڈرتا ہوں۔</w:t>
      </w:r>
    </w:p>
    <w:p>
      <w:r>
        <w:rPr>
          <w:b/>
        </w:rPr>
        <w:t xml:space="preserve">[03:22] </w:t>
      </w:r>
      <w:r>
        <w:t>jis shakhs se woh is roz hata liya gaya, us par Allah ne bara reham farmaya, aur yahi</w:t>
      </w:r>
    </w:p>
    <w:p>
      <w:pPr>
        <w:jc w:val="right"/>
      </w:pPr>
      <w:r>
        <w:t>جس شخص سے وہ اس روز ہٹا لیا گیا، اس پر اللہ نے بڑا رحم فرمایا، اور یہی</w:t>
      </w:r>
    </w:p>
    <w:p>
      <w:r>
        <w:rPr>
          <w:b/>
        </w:rPr>
        <w:t xml:space="preserve">[03:27] </w:t>
      </w:r>
      <w:r>
        <w:t>khuli hui kamyabi hai.</w:t>
      </w:r>
    </w:p>
    <w:p>
      <w:pPr>
        <w:jc w:val="right"/>
      </w:pPr>
      <w:r>
        <w:t>کھلی ہوئی کامیابی ہے۔</w:t>
      </w:r>
    </w:p>
    <w:p>
      <w:r>
        <w:rPr>
          <w:b/>
        </w:rPr>
        <w:t xml:space="preserve">[03:32] </w:t>
      </w:r>
      <w:r>
        <w:t>aur agar Allah tujh ko koi dukh pohanchaye to is ke siwa koi is ka door karne wala nahin. aur agar Allah tujh ko koi bhalai pohanchaye to woh har cheez par qadir hai. aur isi ka zor hai apne bandon par, aur woh hikmat wala, sab ki khabar rakhne wala hai. tum pucho ke sab se bara gawah kaun hai? kaho Allah, woh mere aur tumhare darmiyan gawah hai. aur mujh par yeh quran utra hai t</w:t>
      </w:r>
    </w:p>
    <w:p>
      <w:pPr>
        <w:jc w:val="right"/>
      </w:pPr>
      <w:r>
        <w:t>اور اگر اللہ تجھ کو کوئی دکھ پہنچائے تو اس کے سوا کوئی اس کا دور کرنے والا نہیں۔ اور اگر اللہ تجھ کو کوئی بھلائی پہنچائے تو وہ ہر چیز پر قادر ہے۔ اور اسی کا زور ہے اپنے بندوں پر، اور وہ حکمت والا، سب کی خبر رکھنے والا ہے۔ تم پوچھو کہ سب سے بڑا گواہ کون ہے؟ کہو اللہ، وہ میرے اور تمہارے درمیان گواہ ہے۔ اور مجھ پر یہ قرآن اترا ہے ت</w:t>
      </w:r>
    </w:p>
    <w:p>
      <w:r>
        <w:rPr>
          <w:b/>
        </w:rPr>
        <w:t xml:space="preserve">[04:02] </w:t>
      </w:r>
      <w:r>
        <w:t>ake main tum ko is se khabardar kar doon, aur us ko jisay yeh pohanchay. kya tum is ki gawahi dete ho ke Khuda ke sath kuch aur mabood bhi hain? kaho main is ki gawahi nahin deta. kaho woh to bas aik hi mabood hai, aur main bari hoon tumhare shirk se. jin logon ko hum ne kitab di hai, woh is ko pehchantay hain jaisa apne beton ko pehchantay hain. jin logon ne apne aap ko ghaate</w:t>
      </w:r>
    </w:p>
    <w:p>
      <w:pPr>
        <w:jc w:val="right"/>
      </w:pPr>
      <w:r>
        <w:t>اکہ میں تم کو اس سے خبردار کر دوں، اور اس کو جسے یہ پہنچے۔ کیا تم اس کی گواہی دیتے ہو کہ خدا کے ساتھ کچھ اور معبود بھی ہیں؟ کہو میں اس کی گواہی نہیں دیتا۔ کہو وہ تو بس ایک ہی معبود ہے، اور میں بری ہوں تمہارے شرک سے۔ جن لوگوں کو ہم نے کتاب دی ہے، وہ اس کو پہچانتے ہیں جیسا اپنے بیٹوں کو پہچانتے ہیں۔ جن لوگوں نے اپنے آپ کو گھاٹے</w:t>
      </w:r>
    </w:p>
    <w:p>
      <w:r>
        <w:rPr>
          <w:b/>
        </w:rPr>
        <w:t xml:space="preserve">[04:32] </w:t>
      </w:r>
      <w:r>
        <w:t>mein dala, woh is ko nahin mantay. aur us shakhs se ziyada zalim kaun hoga jo Allah par buhtan bandhay, ya Allah ki nishaniyon ko jhutlayay? yaqeenan zalimon ko falah nahin milti. aur jis din hum in sab ko jama karein ge, phir hum kahein ge un shareek thahranay walon se ke tumhare woh shareek kahan hain jin ka tum ko dawa tha? phir un ke pas koi fareeb na rahe ga, magar yeh ke woh kahein ge ke Allah</w:t>
      </w:r>
    </w:p>
    <w:p>
      <w:pPr>
        <w:jc w:val="right"/>
      </w:pPr>
      <w:r>
        <w:t>میں ڈالا، وہ اس کو نہیں مانتے۔ اور اس شخص سے زیادہ ظالم کون ہوگا جو اللہ پر بہتان باندھے، یا اللہ کی نشانیوں کو جھٹلائے؟ یقینا ظالموں کو فلاح نہیں ملتی۔ اور جس دن ہم ان سب کو جمع کریں گے، پھر ہم کہیں گے ان شریک ٹھہرانے والوں سے کہ تمہارے وہ شریک کہاں ہیں جن کا تم کو دعویٰ تھا؟ پھر ان کے پاس کوئی فریب نہ رہے گا، مگر یہ کہ وہ کہیں گے کہ اللہ</w:t>
      </w:r>
    </w:p>
    <w:p>
      <w:r>
        <w:rPr>
          <w:b/>
        </w:rPr>
        <w:t xml:space="preserve">[05:02] </w:t>
      </w:r>
      <w:r>
        <w:t>apne rab ki qasam, hum shirk karne walay na thay. dekho yeh kis tarah apne aap par jhoot bolay, aur kho gayin un se woh batain jo woh banaya karte thay. aur un mein baaz log aisay hain jo tumhari taraf kaan lagatay hain, aur hum ne un ke dilon par parday dal diye hain ke woh is ko na samjhein. aur un ke kaanon mein bojh hai, agar woh tamam nishaniyan dekh lein, tab bhi woh un par iman na layein ge.</w:t>
      </w:r>
    </w:p>
    <w:p>
      <w:pPr>
        <w:jc w:val="right"/>
      </w:pPr>
      <w:r>
        <w:t>اپنے رب کی قسم، ہم شرک کرنے والے نہ تھے۔ دیکھو یہ کس طرح اپنے آپ پر جھوٹ بولے، اور کھوئی گئیں ان سے وہ باتیں جو وہ بنایا کرتے تھے۔ اور ان میں بعض لوگ ایسے ہیں جو تمہاری طرف کان لگاتے ہیں، اور ہم نے ان کے دلوں پر پردے ڈال دیے ہیں کہ وہ اس کو نہ سمجھیں۔ اور ان کے کانوں میں بوجھ ہے، اگر وہ تمام نشانیاں دیکھ لیں، تب بھی وہ ان پر ایمان نہ لائیں گے۔</w:t>
      </w:r>
    </w:p>
    <w:p>
      <w:r>
        <w:rPr>
          <w:b/>
        </w:rPr>
        <w:t xml:space="preserve">[05:32] </w:t>
      </w:r>
      <w:r>
        <w:t>yahan tak ke jab woh tumhare pas tum se jhagra karne atay hain to woh munkir kehte hain ke yeh to bas pehle logon ki kahaniyan hain. woh logon ko roktay hain, aur khud bhi is se alag rehtay hain. woh khud apne aap ko halak kar rahay hain, magar woh nahin samajhtay. aur agar tum un ko is waqt dekho jab woh aag par kharay kiye jayen ge, aur kahein ge ke kaash hum phir bhej diye jayen, to hum apne rab ki nishaniyon ko na jhutlayen,</w:t>
      </w:r>
    </w:p>
    <w:p>
      <w:pPr>
        <w:jc w:val="right"/>
      </w:pPr>
      <w:r>
        <w:t>یہاں تک کہ جب وہ تمہارے پاس تم سے جھگڑنے آتے ہیں تو وہ منکر کہتے ہیں کہ یہ تو بس پہلے لوگوں کی کہانیاں ہیں۔ وہ لوگوں کو روکتے ہیں، اور خود بھی اس سے الگ رہتے ہیں۔ وہ خود اپنے آپ کو ہلاک کر رہے ہیں، مگر وہ نہیں سمجھتے۔ اور اگر تم ان کو اس وقت دیکھو جب وہ آگ پر کھڑے کیے جائیں گے، اور کہیں گے کہ کاش ہم پھر بھیج دیے جائیں، تو ہم اپنے رب کی نشانیوں کو نہ جھٹلائیں،</w:t>
      </w:r>
    </w:p>
    <w:p>
      <w:r>
        <w:rPr>
          <w:b/>
        </w:rPr>
        <w:t xml:space="preserve">[06:02] </w:t>
      </w:r>
      <w:r>
        <w:t>aur hum iman walon mein se ho jayen. ab un par woh cheez khul gayi jis ko woh is se pehle chupatay thay. aur agar woh wapas bhej diye jayen to woh phir wohi karein ge jis se woh rokay gay thay. aur beshak woh jhootay hain. aur woh kehte hain ke zindagi to bas yahi hamari dunya ki zindagi hai, aur hum phir uthaye janay walay nahin. aur agar tum is waqt dekhte jab ke woh apne</w:t>
      </w:r>
    </w:p>
    <w:p>
      <w:pPr>
        <w:jc w:val="right"/>
      </w:pPr>
      <w:r>
        <w:t>اور ہم ایمان والوں میں سے ہو جائیں۔ اب ان پر وہ چیز کھل گئی جس کو وہ اس سے پہلے چھپاتے تھے۔ اور اگر وہ واپس بھیج دیے جائیں تو وہ پھر وہی کریں گے جس سے وہ روکے گئے تھے۔ اور بے شک وہ جھوٹے ہیں۔ اور وہ کہتے ہیں کہ زندگی تو بس یہی ہماری دنیا کی زندگی ہے، اور ہم پھر اٹھائے جانے والے نہیں۔ اور اگر تم اس وقت دیکھتے جب کہ وہ اپنے</w:t>
      </w:r>
    </w:p>
    <w:p>
      <w:r>
        <w:rPr>
          <w:b/>
        </w:rPr>
        <w:t xml:space="preserve">[06:32] </w:t>
      </w:r>
      <w:r>
        <w:t>rab ke samnay kharay kiye jayen ge, woh un se pooche ga kya yeh haqeeqat nahi hai? woh</w:t>
      </w:r>
    </w:p>
    <w:p>
      <w:pPr>
        <w:jc w:val="right"/>
      </w:pPr>
      <w:r>
        <w:t>رب کے سامنے کھڑے کیے جائیں گے، وہ ان سے پوچھے گا کیا یہ حقیقت نہیں ہے؟ وہ</w:t>
      </w:r>
    </w:p>
    <w:p>
      <w:r>
        <w:rPr>
          <w:b/>
        </w:rPr>
        <w:t xml:space="preserve">[06:38] </w:t>
      </w:r>
      <w:r>
        <w:t>jawab den ge haan hamare rab ki qasam yeh haqeeqat hai.</w:t>
      </w:r>
    </w:p>
    <w:p>
      <w:pPr>
        <w:jc w:val="right"/>
      </w:pPr>
      <w:r>
        <w:t>جواب دیں گے ہاں ہمارے رب کی قسم یہ حقیقت ہے۔</w:t>
      </w:r>
    </w:p>
    <w:p>
      <w:r>
        <w:rPr>
          <w:b/>
        </w:rPr>
        <w:t xml:space="preserve">[06:44] </w:t>
      </w:r>
      <w:r>
        <w:t>khuda farmaye ga acha to azab chakho is inkar ke badle jo tum karte thay.</w:t>
      </w:r>
    </w:p>
    <w:p>
      <w:pPr>
        <w:jc w:val="right"/>
      </w:pPr>
      <w:r>
        <w:t>خدا فرمائے گا اچھا تو عذاب چکھو اس انکار کے بدلے جو تم کرتے تھے۔</w:t>
      </w:r>
    </w:p>
    <w:p>
      <w:r>
        <w:rPr>
          <w:b/>
        </w:rPr>
        <w:t xml:space="preserve">[06:50] </w:t>
      </w:r>
      <w:r>
        <w:t>yaqeenan woh log ghaate mein rahe jinhon ne Allah se milne ko jhutlaya.</w:t>
      </w:r>
    </w:p>
    <w:p>
      <w:pPr>
        <w:jc w:val="right"/>
      </w:pPr>
      <w:r>
        <w:t>یقینا وہ لوگ گھاٹے میں رہے جنہوں نے اللہ سے ملنے کو جھٹلایا۔</w:t>
      </w:r>
    </w:p>
    <w:p>
      <w:r>
        <w:rPr>
          <w:b/>
        </w:rPr>
        <w:t xml:space="preserve">[06:56] </w:t>
      </w:r>
      <w:r>
        <w:t>yahan tak ke jab woh ghari un par achaanak aaye gi to woh kahen ge ke haye</w:t>
      </w:r>
    </w:p>
    <w:p>
      <w:pPr>
        <w:jc w:val="right"/>
      </w:pPr>
      <w:r>
        <w:t>یہاں تک کہ جب وہ گھڑی ان پر اچانک آئے گی تو وہ کہیں گے کہ ہائے</w:t>
      </w:r>
    </w:p>
    <w:p>
      <w:r>
        <w:rPr>
          <w:b/>
        </w:rPr>
        <w:t xml:space="preserve">[07:03] </w:t>
      </w:r>
      <w:r>
        <w:t>afsos is baap mein hum ne kaisi kotahi ki, aur woh apne bojh apni peethon par uthaye hue hon ge.</w:t>
      </w:r>
    </w:p>
    <w:p>
      <w:pPr>
        <w:jc w:val="right"/>
      </w:pPr>
      <w:r>
        <w:t>افسوس اس باپ میں ہم نے کیسی کوتاہی کی، اور وہ اپنے بوجھ اپنی پیٹھوں پر اٹھائے ہوئے ہوں گے۔</w:t>
      </w:r>
    </w:p>
    <w:p>
      <w:r>
        <w:rPr>
          <w:b/>
        </w:rPr>
        <w:t xml:space="preserve">[07:08] </w:t>
      </w:r>
      <w:r>
        <w:t>dekho kaisa bura bojh hai jis ko woh uthayen ge.</w:t>
      </w:r>
    </w:p>
    <w:p>
      <w:pPr>
        <w:jc w:val="right"/>
      </w:pPr>
      <w:r>
        <w:t>دیکھو کیسا برا بوجھ ہے جس کو وہ اٹھائیں گے۔</w:t>
      </w:r>
    </w:p>
    <w:p>
      <w:r>
        <w:rPr>
          <w:b/>
        </w:rPr>
        <w:t xml:space="preserve">[07:13] </w:t>
      </w:r>
      <w:r>
        <w:t>aur dunya ki zindagi to bas khel tamasha hai.</w:t>
      </w:r>
    </w:p>
    <w:p>
      <w:pPr>
        <w:jc w:val="right"/>
      </w:pPr>
      <w:r>
        <w:t>اور دنیا کی زندگی تو بس کھیل تماشہ ہے۔</w:t>
      </w:r>
    </w:p>
    <w:p>
      <w:r>
        <w:rPr>
          <w:b/>
        </w:rPr>
        <w:t xml:space="preserve">[07:18] </w:t>
      </w:r>
      <w:r>
        <w:t>aur akhirat ka ghar behtar hai un logon ke liye jo taqwa rakhte hain.</w:t>
      </w:r>
    </w:p>
    <w:p>
      <w:pPr>
        <w:jc w:val="right"/>
      </w:pPr>
      <w:r>
        <w:t>اور آخرت کا گھر بہتر ہے ان لوگوں کے لیے جو تقویٰ رکھتے ہیں۔</w:t>
      </w:r>
    </w:p>
    <w:p>
      <w:r>
        <w:rPr>
          <w:b/>
        </w:rPr>
        <w:t xml:space="preserve">[07:23] </w:t>
      </w:r>
      <w:r>
        <w:t>kya tum nahi samajhte? hum ko maloom hai ke woh jo kuch kehte hain us se tum ko</w:t>
      </w:r>
    </w:p>
    <w:p>
      <w:pPr>
        <w:jc w:val="right"/>
      </w:pPr>
      <w:r>
        <w:t>کیا تم نہیں سمجھتے؟ ہم کو معلوم ہے کہ وہ جو کچھ کہتے ہیں اس سے تم کو</w:t>
      </w:r>
    </w:p>
    <w:p>
      <w:r>
        <w:rPr>
          <w:b/>
        </w:rPr>
        <w:t xml:space="preserve">[07:28] </w:t>
      </w:r>
      <w:r>
        <w:t>ranj hota hai.</w:t>
      </w:r>
    </w:p>
    <w:p>
      <w:pPr>
        <w:jc w:val="right"/>
      </w:pPr>
      <w:r>
        <w:t>رنج ہوتا ہے۔</w:t>
      </w:r>
    </w:p>
    <w:p>
      <w:r>
        <w:rPr>
          <w:b/>
        </w:rPr>
        <w:t xml:space="preserve">[07:33] </w:t>
      </w:r>
      <w:r>
        <w:t>yeh log tum ko nahi jhutlate balkeh yeh zalim darasal Allah ki nishaniyon ka inkar kar rahe hain.</w:t>
      </w:r>
    </w:p>
    <w:p>
      <w:pPr>
        <w:jc w:val="right"/>
      </w:pPr>
      <w:r>
        <w:t>یہ لوگ تم کو نہیں جھٹلاتے بلکہ یہ ظالم دراصل اللہ کی نشانیوں کا انکار کر رہے ہیں۔</w:t>
      </w:r>
    </w:p>
    <w:p>
      <w:r>
        <w:rPr>
          <w:b/>
        </w:rPr>
        <w:t xml:space="preserve">[07:38] </w:t>
      </w:r>
      <w:r>
        <w:t>aur tum se pehle bhi rasoolon ko jhutlaya gaya to unhon ne jhutlaye janay aur takleef puhanchanay par sabr kiya.</w:t>
      </w:r>
    </w:p>
    <w:p>
      <w:pPr>
        <w:jc w:val="right"/>
      </w:pPr>
      <w:r>
        <w:t>اور تم سے پہلے بھی رسولوں کو جھٹلایا گیا تو انہوں نے جھٹلائے جانے اور تکلیف پہنچانے پر صبر کیا۔</w:t>
      </w:r>
    </w:p>
    <w:p>
      <w:r>
        <w:rPr>
          <w:b/>
        </w:rPr>
        <w:t xml:space="preserve">[07:43] </w:t>
      </w:r>
      <w:r>
        <w:t>yahan tak ke un ko hamari madad puhanchanay.</w:t>
      </w:r>
    </w:p>
    <w:p>
      <w:pPr>
        <w:jc w:val="right"/>
      </w:pPr>
      <w:r>
        <w:t>یہاں تک کہ ان کو ہماری مدد پہنچ گئی۔</w:t>
      </w:r>
    </w:p>
    <w:p>
      <w:r>
        <w:rPr>
          <w:b/>
        </w:rPr>
        <w:t xml:space="preserve">[07:48] </w:t>
      </w:r>
      <w:r>
        <w:t>aur Allah ki baton ko koi badalne wala nahi.</w:t>
      </w:r>
    </w:p>
    <w:p>
      <w:pPr>
        <w:jc w:val="right"/>
      </w:pPr>
      <w:r>
        <w:t>اور اللہ کی باتوں کو کوئی بدلنے والا نہیں۔</w:t>
      </w:r>
    </w:p>
    <w:p>
      <w:r>
        <w:rPr>
          <w:b/>
        </w:rPr>
        <w:t xml:space="preserve">[07:53] </w:t>
      </w:r>
      <w:r>
        <w:t>aur paighambaron ki kuch khabrein tum ko puhanch hi chuki hain.</w:t>
      </w:r>
    </w:p>
    <w:p>
      <w:pPr>
        <w:jc w:val="right"/>
      </w:pPr>
      <w:r>
        <w:t>اور پیغمبروں کی کچھ خبریں تم کو پہنچ ہی چکی ہیں۔</w:t>
      </w:r>
    </w:p>
    <w:p>
      <w:r>
        <w:rPr>
          <w:b/>
        </w:rPr>
        <w:t xml:space="preserve">[07:58] </w:t>
      </w:r>
      <w:r>
        <w:t>aur agar un ki be rukhi tum par graan guzar rahi hai to agar</w:t>
      </w:r>
    </w:p>
    <w:p>
      <w:pPr>
        <w:jc w:val="right"/>
      </w:pPr>
      <w:r>
        <w:t>اور اگر ان کی بے رخی تم پر گراں گزر رہی ہے تو اگر</w:t>
      </w:r>
    </w:p>
    <w:p>
      <w:r>
        <w:rPr>
          <w:b/>
        </w:rPr>
        <w:t xml:space="preserve">[08:03] </w:t>
      </w:r>
      <w:r>
        <w:t>tum mein kuch zor hai to zameen mein koi surang dhoondo ya aasman mein seerhi lagao aur un</w:t>
      </w:r>
    </w:p>
    <w:p>
      <w:pPr>
        <w:jc w:val="right"/>
      </w:pPr>
      <w:r>
        <w:t>تم میں کچھ زور ہے تو زمین میں کوئی سرنگ ڈھونڈو یا آسمان میں سیڑھی لگاؤ اور ان</w:t>
      </w:r>
    </w:p>
    <w:p>
      <w:r>
        <w:rPr>
          <w:b/>
        </w:rPr>
        <w:t xml:space="preserve">[08:08] </w:t>
      </w:r>
      <w:r>
        <w:t>ke liye koi nishani le aao.</w:t>
      </w:r>
    </w:p>
    <w:p>
      <w:pPr>
        <w:jc w:val="right"/>
      </w:pPr>
      <w:r>
        <w:t>کے لیے کوئی نشانی لے آؤ۔</w:t>
      </w:r>
    </w:p>
    <w:p>
      <w:r>
        <w:rPr>
          <w:b/>
        </w:rPr>
        <w:t xml:space="preserve">[08:12] </w:t>
      </w:r>
      <w:r>
        <w:t>aur agar Allah chahta to in sab ko hidayat par jama kar deta.</w:t>
      </w:r>
    </w:p>
    <w:p>
      <w:pPr>
        <w:jc w:val="right"/>
      </w:pPr>
      <w:r>
        <w:t>اور اگر اللہ چاہتا تو ان سب کو ہدایت پر جمع کر دیتا۔</w:t>
      </w:r>
    </w:p>
    <w:p>
      <w:r>
        <w:rPr>
          <w:b/>
        </w:rPr>
        <w:t xml:space="preserve">[08:16] </w:t>
      </w:r>
      <w:r>
        <w:t>pas tum nadanon mein se na bano.</w:t>
      </w:r>
    </w:p>
    <w:p>
      <w:pPr>
        <w:jc w:val="right"/>
      </w:pPr>
      <w:r>
        <w:t>پس تم نادانوں میں سے نہ بنو۔</w:t>
      </w:r>
    </w:p>
    <w:p>
      <w:r>
        <w:rPr>
          <w:b/>
        </w:rPr>
        <w:t xml:space="preserve">[08:21] </w:t>
      </w:r>
      <w:r>
        <w:t>qubool to wohi log karte hain jo sunte hain aur murdon ko Allah uthaye ga phir woh us</w:t>
      </w:r>
    </w:p>
    <w:p>
      <w:pPr>
        <w:jc w:val="right"/>
      </w:pPr>
      <w:r>
        <w:t>قبول تو وہی لوگ کرتے ہیں جو سنتے ہیں اور مردوں کو اللہ اٹھائے گا پھر وہ اس</w:t>
      </w:r>
    </w:p>
    <w:p>
      <w:r>
        <w:rPr>
          <w:b/>
        </w:rPr>
        <w:t xml:space="preserve">[08:25] </w:t>
      </w:r>
      <w:r>
        <w:t>ki taraf lotaye jayenge.</w:t>
      </w:r>
    </w:p>
    <w:p>
      <w:pPr>
        <w:jc w:val="right"/>
      </w:pPr>
      <w:r>
        <w:t>کی طرف لوٹائے جائیں گے۔</w:t>
      </w:r>
    </w:p>
    <w:p>
      <w:r>
        <w:rPr>
          <w:b/>
        </w:rPr>
        <w:t xml:space="preserve">[08:29] </w:t>
      </w:r>
      <w:r>
        <w:t>aur woh kehte hain ke rasool par koi nishani is ke rab ki taraf se</w:t>
      </w:r>
    </w:p>
    <w:p>
      <w:pPr>
        <w:jc w:val="right"/>
      </w:pPr>
      <w:r>
        <w:t>اور وہ کہتے ہیں کہ رسول پر کوئی نشانی اس کے رب کی طرف سے</w:t>
      </w:r>
    </w:p>
    <w:p>
      <w:r>
        <w:rPr>
          <w:b/>
        </w:rPr>
        <w:t xml:space="preserve">[08:34] </w:t>
      </w:r>
      <w:r>
        <w:t>kyun nahi utri? kaho Allah beshak qadir hai ke koi nishani utare magar aksar log nahi jante.</w:t>
      </w:r>
    </w:p>
    <w:p>
      <w:pPr>
        <w:jc w:val="right"/>
      </w:pPr>
      <w:r>
        <w:t>کیوں نہیں اتری؟ کہو اللہ بے شک قادر ہے کہ کوئی نشانی اتارے مگر اکثر لوگ نہیں جانتے۔</w:t>
      </w:r>
    </w:p>
    <w:p>
      <w:r>
        <w:rPr>
          <w:b/>
        </w:rPr>
        <w:t xml:space="preserve">[08:39] </w:t>
      </w:r>
      <w:r>
        <w:t>aur jo bhi janwar zameen par chalta hai aur jo bhi parinda apne dono bazoo se udta hai</w:t>
      </w:r>
    </w:p>
    <w:p>
      <w:pPr>
        <w:jc w:val="right"/>
      </w:pPr>
      <w:r>
        <w:t>اور جو بھی جانور زمین پر چلتا ہے اور جو بھی پرندہ اپنے دونوں بازوؤں سے اڑتا ہے</w:t>
      </w:r>
    </w:p>
    <w:p>
      <w:r>
        <w:rPr>
          <w:b/>
        </w:rPr>
        <w:t xml:space="preserve">[08:44] </w:t>
      </w:r>
      <w:r>
        <w:t>woh sab tumhari hi tarah ke anwaa hain.</w:t>
      </w:r>
    </w:p>
    <w:p>
      <w:pPr>
        <w:jc w:val="right"/>
      </w:pPr>
      <w:r>
        <w:t>وہ سب تمہاری ہی طرح کے انواع ہیں۔</w:t>
      </w:r>
    </w:p>
    <w:p>
      <w:r>
        <w:rPr>
          <w:b/>
        </w:rPr>
        <w:t xml:space="preserve">[08:49] </w:t>
      </w:r>
      <w:r>
        <w:t>hum ne likhne mein koi cheez nahi chodi hai.</w:t>
      </w:r>
    </w:p>
    <w:p>
      <w:pPr>
        <w:jc w:val="right"/>
      </w:pPr>
      <w:r>
        <w:t>ہم نے لکھنے میں کوئی چیز نہیں چھوڑی ہے۔</w:t>
      </w:r>
    </w:p>
    <w:p>
      <w:r>
        <w:rPr>
          <w:b/>
        </w:rPr>
        <w:t xml:space="preserve">[08:54] </w:t>
      </w:r>
      <w:r>
        <w:t>phir sab apne rab ke paas ikatthe kiye jayenge.</w:t>
      </w:r>
    </w:p>
    <w:p>
      <w:pPr>
        <w:jc w:val="right"/>
      </w:pPr>
      <w:r>
        <w:t>پھر سب اپنے رب کے پاس اکٹھے کیے جائیں گے۔</w:t>
      </w:r>
    </w:p>
    <w:p>
      <w:r>
        <w:rPr>
          <w:b/>
        </w:rPr>
        <w:t xml:space="preserve">[08:59] </w:t>
      </w:r>
      <w:r>
        <w:t>aur jinhone hamari nishaniyon ko jhutlaya woh behre aur goonge hain.</w:t>
      </w:r>
    </w:p>
    <w:p>
      <w:pPr>
        <w:jc w:val="right"/>
      </w:pPr>
      <w:r>
        <w:t>اور جنہوں نے ہماری نشانیوں کو جھٹلایا وہ بہرے اور گونگے ہیں۔</w:t>
      </w:r>
    </w:p>
    <w:p>
      <w:r>
        <w:rPr>
          <w:b/>
        </w:rPr>
        <w:t xml:space="preserve">[09:04] </w:t>
      </w:r>
      <w:r>
        <w:t>tarikiyon mein paray hue hain. Allah jis ko chahta hai bhatka deta hai aur jis ko chahta hai seedhi raah par laga deta hai. kaho yeh batao ke agar tum par Allah ka azab aaye ya qayamat aa jaye to kya tum Allah ke siwa kisi aur ko pukaroge? batao agar tum sachay ho. balkay tum usi ko pukaroge. phir woh door kar deta hai is museebat ko jis ke liye tum us ko pukartay ho</w:t>
      </w:r>
    </w:p>
    <w:p>
      <w:pPr>
        <w:jc w:val="right"/>
      </w:pPr>
      <w:r>
        <w:t>تاریکیوں میں پڑے ہوئے ہیں۔ اللہ جس کو چاہتا ہے بھٹکا دیتا ہے اور جس کو چاہتا ہے سیدھی راہ پر لگا دیتا ہے۔ کہو یہ بتاؤ کہ اگر تم پر اللہ کا عذاب آئے یا قیامت آ جائے تو کیا تم اللہ کے سوا کسی اور کو پکارو گے؟ بتاؤ اگر تم سچے ہو۔ بلکہ تم اسی کو پکارو گے۔ پھر وہ دور کر دیتا ہے اس مصیبت کو جس کے لیے تم اس کو پکارتے ہو</w:t>
      </w:r>
    </w:p>
    <w:p>
      <w:r>
        <w:rPr>
          <w:b/>
        </w:rPr>
        <w:t xml:space="preserve">[09:34] </w:t>
      </w:r>
      <w:r>
        <w:t>—</w:t>
      </w:r>
    </w:p>
    <w:p>
      <w:pPr>
        <w:jc w:val="right"/>
      </w:pPr>
      <w:r>
        <w:t>۔</w:t>
      </w:r>
    </w:p>
    <w:p>
      <w:r>
        <w:rPr>
          <w:b/>
        </w:rPr>
        <w:t xml:space="preserve">[09:38] </w:t>
      </w:r>
      <w:r>
        <w:t>agar woh chahta hai.</w:t>
      </w:r>
    </w:p>
    <w:p>
      <w:pPr>
        <w:jc w:val="right"/>
      </w:pPr>
      <w:r>
        <w:t>اگر وہ چاہتا ہے۔</w:t>
      </w:r>
    </w:p>
    <w:p>
      <w:r>
        <w:rPr>
          <w:b/>
        </w:rPr>
        <w:t xml:space="preserve">[09:41] </w:t>
      </w:r>
      <w:r>
        <w:t>aur tum bhool jate ho un ko jinhein tum shareek thahrate ho.</w:t>
      </w:r>
    </w:p>
    <w:p>
      <w:pPr>
        <w:jc w:val="right"/>
      </w:pPr>
      <w:r>
        <w:t>اور تم بھول جاتے ہو ان کو جنہیں تم شریک ٹھہراتے ہو۔</w:t>
      </w:r>
    </w:p>
    <w:p>
      <w:r>
        <w:rPr>
          <w:b/>
        </w:rPr>
        <w:t xml:space="preserve">[09:45] </w:t>
      </w:r>
      <w:r>
        <w:t>aur tum se pehle bohat si qomon ki taraf hum ne rasool bheje.</w:t>
      </w:r>
    </w:p>
    <w:p>
      <w:pPr>
        <w:jc w:val="right"/>
      </w:pPr>
      <w:r>
        <w:t>اور تم سے پہلے بہت سی قوموں کی طرف ہم نے رسول بھیجے۔</w:t>
      </w:r>
    </w:p>
    <w:p>
      <w:r>
        <w:rPr>
          <w:b/>
        </w:rPr>
        <w:t xml:space="preserve">[09:49] </w:t>
      </w:r>
      <w:r>
        <w:t>phir hum ne un ko pakda sakhti mein aur takleef mein taake woh gidgidayein.</w:t>
      </w:r>
    </w:p>
    <w:p>
      <w:pPr>
        <w:jc w:val="right"/>
      </w:pPr>
      <w:r>
        <w:t>پھر ہم نے ان کو پکڑا سختی میں اور تکلیف میں تاکہ وہ گڑگڑائیں۔</w:t>
      </w:r>
    </w:p>
    <w:p>
      <w:r>
        <w:rPr>
          <w:b/>
        </w:rPr>
        <w:t xml:space="preserve">[09:53] </w:t>
      </w:r>
      <w:r>
        <w:t>pas jab hamari taraf se un par sakhti aayi to kyun na woh gidgidayein balke un ke dil</w:t>
      </w:r>
    </w:p>
    <w:p>
      <w:pPr>
        <w:jc w:val="right"/>
      </w:pPr>
      <w:r>
        <w:t>پس جب ہماری طرف سے ان پر سختی آئی تو کیوں نہ وہ گڑگڑائے بلکہ ان کے دل</w:t>
      </w:r>
    </w:p>
    <w:p>
      <w:r>
        <w:rPr>
          <w:b/>
        </w:rPr>
        <w:t xml:space="preserve">[09:56] </w:t>
      </w:r>
      <w:r>
        <w:t>sakht ho gaye.</w:t>
      </w:r>
    </w:p>
    <w:p>
      <w:pPr>
        <w:jc w:val="right"/>
      </w:pPr>
      <w:r>
        <w:t>سخت ہو گئے۔</w:t>
      </w:r>
    </w:p>
    <w:p>
      <w:r>
        <w:rPr>
          <w:b/>
        </w:rPr>
        <w:t xml:space="preserve">[10:00] </w:t>
      </w:r>
      <w:r>
        <w:t>aur shaitan un ke amal ko un ki nazar mein khushnuma kar ke dikhata raha. p</w:t>
      </w:r>
    </w:p>
    <w:p>
      <w:pPr>
        <w:jc w:val="right"/>
      </w:pPr>
      <w:r>
        <w:t>اور شیطان ان کے عمل کو ان کی نظر میں خوشنما کر کے دکھاتا رہا۔ پ</w:t>
      </w:r>
    </w:p>
    <w:p>
      <w:r>
        <w:rPr>
          <w:b/>
        </w:rPr>
        <w:t xml:space="preserve">[10:04] </w:t>
      </w:r>
      <w:r>
        <w:t>har jab unhone is naseehat ko bhula diya jo un ko ki gayi thi to hum ne</w:t>
      </w:r>
    </w:p>
    <w:p>
      <w:pPr>
        <w:jc w:val="right"/>
      </w:pPr>
      <w:r>
        <w:t>ھر جب انہوں نے اس نصیحت کو بھلا دیا جو ان کو کی گئی تھی تو ہم نے</w:t>
      </w:r>
    </w:p>
    <w:p>
      <w:r>
        <w:rPr>
          <w:b/>
        </w:rPr>
        <w:t xml:space="preserve">[10:07] </w:t>
      </w:r>
      <w:r>
        <w:t>un par har cheez ke darwaze khol diye.</w:t>
      </w:r>
    </w:p>
    <w:p>
      <w:pPr>
        <w:jc w:val="right"/>
      </w:pPr>
      <w:r>
        <w:t>ان پر ہر چیز کے دروازے کھول دیے۔</w:t>
      </w:r>
    </w:p>
    <w:p>
      <w:r>
        <w:rPr>
          <w:b/>
        </w:rPr>
        <w:t xml:space="preserve">[10:11] </w:t>
      </w:r>
      <w:r>
        <w:t>yahan tak ke jab woh is cheez par khush ho gaye jo unhein di gayi thi to hum</w:t>
      </w:r>
    </w:p>
    <w:p>
      <w:pPr>
        <w:jc w:val="right"/>
      </w:pPr>
      <w:r>
        <w:t>یہاں تک کہ جب وہ اس چیز پر خوش ہو گئے جو انہیں دی گئی تھی تو ہم</w:t>
      </w:r>
    </w:p>
    <w:p>
      <w:r>
        <w:rPr>
          <w:b/>
        </w:rPr>
        <w:t xml:space="preserve">[10:14] </w:t>
      </w:r>
      <w:r>
        <w:t>ne achaanak un ko pakad liya.</w:t>
      </w:r>
    </w:p>
    <w:p>
      <w:pPr>
        <w:jc w:val="right"/>
      </w:pPr>
      <w:r>
        <w:t>نے اچانک ان کو پکڑ لیا۔</w:t>
      </w:r>
    </w:p>
    <w:p>
      <w:r>
        <w:rPr>
          <w:b/>
        </w:rPr>
        <w:t xml:space="preserve">[10:17] </w:t>
      </w:r>
      <w:r>
        <w:t>us waqt woh namid ho kar reh gaye.</w:t>
      </w:r>
    </w:p>
    <w:p>
      <w:pPr>
        <w:jc w:val="right"/>
      </w:pPr>
      <w:r>
        <w:t>اس وقت وہ نا امید ہو کر رہ گئے۔</w:t>
      </w:r>
    </w:p>
    <w:p>
      <w:r>
        <w:rPr>
          <w:b/>
        </w:rPr>
        <w:t xml:space="preserve">[10:21] </w:t>
      </w:r>
      <w:r>
        <w:t>pas in logon ki jar kaat di gayi jinhone zulm kiya tha.</w:t>
      </w:r>
    </w:p>
    <w:p>
      <w:pPr>
        <w:jc w:val="right"/>
      </w:pPr>
      <w:r>
        <w:t>پس ان لوگوں کی جڑ کاٹ دی گئی جنہوں نے ظلم کیا تھا۔</w:t>
      </w:r>
    </w:p>
    <w:p>
      <w:r>
        <w:rPr>
          <w:b/>
        </w:rPr>
        <w:t xml:space="preserve">[10:24] </w:t>
      </w:r>
      <w:r>
        <w:t>aur sari tareef Allah ke liye hai.</w:t>
      </w:r>
    </w:p>
    <w:p>
      <w:pPr>
        <w:jc w:val="right"/>
      </w:pPr>
      <w:r>
        <w:t>اور ساری تعریف اللہ کے لیے ہے۔</w:t>
      </w:r>
    </w:p>
    <w:p>
      <w:r>
        <w:rPr>
          <w:b/>
        </w:rPr>
        <w:t xml:space="preserve">[10:27] </w:t>
      </w:r>
      <w:r>
        <w:t>tamam jahanon ka rab.</w:t>
      </w:r>
    </w:p>
    <w:p>
      <w:pPr>
        <w:jc w:val="right"/>
      </w:pPr>
      <w:r>
        <w:t>تمام جہانوں کا رب۔</w:t>
      </w:r>
    </w:p>
    <w:p>
      <w:r>
        <w:rPr>
          <w:b/>
        </w:rPr>
        <w:t xml:space="preserve">[10:31] </w:t>
      </w:r>
      <w:r>
        <w:t>kaho yeh bata</w:t>
      </w:r>
    </w:p>
    <w:p>
      <w:pPr>
        <w:jc w:val="right"/>
      </w:pPr>
      <w:r>
        <w:t>کہو یہ بتا</w:t>
      </w:r>
    </w:p>
    <w:p>
      <w:r>
        <w:rPr>
          <w:b/>
        </w:rPr>
        <w:t xml:space="preserve">[10:34] </w:t>
      </w:r>
      <w:r>
        <w:t>o ke Allah agar chheen le tumhare kaan aur tumhari aankhein aur tumhare dilon par mohar kar de to Allah ke siwa kaun mabood hai jo is ko wapas laye? dekho hum kyun kar tarah tarah se nishaniyan bayan karte hain phir bhi woh araz karte hain. kaho yeh batao agar Allah ka azab tumhare oopar achank ya aalania aa jaye to zalimon ke siwa aur kaun halak hoga? aur rasoolon ko hum sa</w:t>
      </w:r>
    </w:p>
    <w:p>
      <w:pPr>
        <w:jc w:val="right"/>
      </w:pPr>
      <w:r>
        <w:t>ؤ کہ اللہ اگر چھین لے تمہارے کان اور تمہاری آنکھیں اور تمہارے دلوں پر مہر کر دے تو اللہ کے سوا کون معبود ہے جو اس کو واپس لائے؟ دیکھو ہم کیوں کر طرح طرح سے نشانیاں بیان کرتے ہیں پھر بھی وہ اعراض کرتے ہیں۔ کہو یہ بتاؤ اگر اللہ کا عذاب تمہارے اوپر اچانک یا اعلانیہ آ جائے تو ظالموں کے سوا اور کون ہلاک ہوگا؟ اور رسولوں کو ہم ص</w:t>
      </w:r>
    </w:p>
    <w:p>
      <w:r>
        <w:rPr>
          <w:b/>
        </w:rPr>
        <w:t xml:space="preserve">[11:04] </w:t>
      </w:r>
      <w:r>
        <w:t>raf khushkhabri denay walay ya daranay walay ki hesiyat se bhejte hain. phir jo iman laya aur apni islaah ki to un ke liye na koi andesha hai aur na woh ghamgeen hon ge. aur jinhon ne hamari nishaniyon ko jhutlaya to un ko azab pakar le ga is liye ke woh nafarmani karte thay. kaho main tum se yeh nahin kehta ke mere pas Allah ke khazanay hain. aur na main ghayb ko janta hoon. aur na main tum se kehta</w:t>
      </w:r>
    </w:p>
    <w:p>
      <w:pPr>
        <w:jc w:val="right"/>
      </w:pPr>
      <w:r>
        <w:t>رف خوشخبری دینے والے یا ڈرانے والے کی حیثیت سے بھیجتے ہیں۔ پھر جو ایمان لایا اور اپنی اصلاح کی تو ان کے لیے نہ کوئی اندیشہ ہے اور نہ وہ غمگین ہوں گے۔ اور جنہوں نے ہماری نشانیوں کو جھٹلایا تو ان کو عذاب پکڑ لے گا اس لیے کہ وہ نافرمانی کرتے تھے۔ کہو میں تم سے یہ نہیں کہتا کہ میرے پاس اللہ کے خزانے ہیں۔ اور نہ میں غیب کو جانتا ہوں۔ اور نہ میں تم سے کہتا</w:t>
      </w:r>
    </w:p>
    <w:p>
      <w:r>
        <w:rPr>
          <w:b/>
        </w:rPr>
        <w:t xml:space="preserve">[11:34] </w:t>
      </w:r>
      <w:r>
        <w:t>hoon ke main farishta hoon. main to bas is wahi ki pairwi karta hoon jo mere pas ati hai. kaho kya andha aur aankhon wala dono barabar ho saktay hain? kya tum ghor nahin karte? aur tum is wahi ke zariye se darhao un logon ko jo andesha rakhtay hain is baat ka ke woh apne rab ke pas jama kiye jayen ge. is hal mein ke Allah ke siwa na un ka koi himayati hoga</w:t>
      </w:r>
    </w:p>
    <w:p>
      <w:pPr>
        <w:jc w:val="right"/>
      </w:pPr>
      <w:r>
        <w:t>ہوں کہ میں فرشتہ ہوں۔ میں تو بس اس وحی کی پیروی کرتا ہوں جو میرے پاس آتی ہے۔ کہو کیا اندھا اور آنکھوں والا دونوں برابر ہو سکتے ہیں؟ کیا تم غور نہیں کرتے؟ اور تم اس وحی کے ذریعے سے ڈراؤ ان لوگوں کو جو اندیشہ رکھتے ہیں اس بات کا کہ وہ اپنے رب کے پاس جمع کیے جائیں گے۔ اس حال میں کہ اللہ کے سوا نہ ان کا کوئی حمایتی ہوگا</w:t>
      </w:r>
    </w:p>
    <w:p>
      <w:r>
        <w:rPr>
          <w:b/>
        </w:rPr>
        <w:t xml:space="preserve">[12:04] </w:t>
      </w:r>
      <w:r>
        <w:t>aur na koi sifarish karne wala.</w:t>
      </w:r>
    </w:p>
    <w:p>
      <w:pPr>
        <w:jc w:val="right"/>
      </w:pPr>
      <w:r>
        <w:t>اور نہ کوئی سفارش کرنے والا۔</w:t>
      </w:r>
    </w:p>
    <w:p>
      <w:r>
        <w:rPr>
          <w:b/>
        </w:rPr>
        <w:t xml:space="preserve">[12:08] </w:t>
      </w:r>
      <w:r>
        <w:t>shayad ke woh Allah se darain.</w:t>
      </w:r>
    </w:p>
    <w:p>
      <w:pPr>
        <w:jc w:val="right"/>
      </w:pPr>
      <w:r>
        <w:t>شاید کہ وہ اللہ سے ڈریں۔</w:t>
      </w:r>
    </w:p>
    <w:p>
      <w:r>
        <w:rPr>
          <w:b/>
        </w:rPr>
        <w:t xml:space="preserve">[12:12] </w:t>
      </w:r>
      <w:r>
        <w:t>aur tum un logon ko apne se door na karo jo subah o shaam apne rab ko pukarte</w:t>
      </w:r>
    </w:p>
    <w:p>
      <w:pPr>
        <w:jc w:val="right"/>
      </w:pPr>
      <w:r>
        <w:t>اور تم ان لوگوں کو اپنے سے دور نہ کرو جو صبح و شام اپنے رب کو پکارتے</w:t>
      </w:r>
    </w:p>
    <w:p>
      <w:r>
        <w:rPr>
          <w:b/>
        </w:rPr>
        <w:t xml:space="preserve">[12:16] </w:t>
      </w:r>
      <w:r>
        <w:t>hain us ki khushnudi chahte hue.</w:t>
      </w:r>
    </w:p>
    <w:p>
      <w:pPr>
        <w:jc w:val="right"/>
      </w:pPr>
      <w:r>
        <w:t>ہیں اس کی خوشنودی چاہتے ہوئے۔</w:t>
      </w:r>
    </w:p>
    <w:p>
      <w:r>
        <w:rPr>
          <w:b/>
        </w:rPr>
        <w:t xml:space="preserve">[12:19] </w:t>
      </w:r>
      <w:r>
        <w:t>un ke hisab mein se kisi cheez ka bojh tum par nahin aur tumhare hisab mein se kisi</w:t>
      </w:r>
    </w:p>
    <w:p>
      <w:pPr>
        <w:jc w:val="right"/>
      </w:pPr>
      <w:r>
        <w:t>ان کے حساب میں سے کسی چیز کا بوجھ تم پر نہیں اور تمہارے حساب میں سے کسی</w:t>
      </w:r>
    </w:p>
    <w:p>
      <w:r>
        <w:rPr>
          <w:b/>
        </w:rPr>
        <w:t xml:space="preserve">[12:23] </w:t>
      </w:r>
      <w:r>
        <w:t>cheez ka bojh un par nahin ke tum un ko apne se door kar ke be-insafon mein</w:t>
      </w:r>
    </w:p>
    <w:p>
      <w:pPr>
        <w:jc w:val="right"/>
      </w:pPr>
      <w:r>
        <w:t>چیز کا بوجھ ان پر نہیں کہ تم ان کو اپنے سے دور کر کے بے انصافوں میں</w:t>
      </w:r>
    </w:p>
    <w:p>
      <w:r>
        <w:rPr>
          <w:b/>
        </w:rPr>
        <w:t xml:space="preserve">[12:27] </w:t>
      </w:r>
      <w:r>
        <w:t>se ho jao.</w:t>
      </w:r>
    </w:p>
    <w:p>
      <w:pPr>
        <w:jc w:val="right"/>
      </w:pPr>
      <w:r>
        <w:t>سے ہو جاؤ۔</w:t>
      </w:r>
    </w:p>
    <w:p>
      <w:r>
        <w:rPr>
          <w:b/>
        </w:rPr>
        <w:t xml:space="preserve">[12:31] </w:t>
      </w:r>
      <w:r>
        <w:t>aur is tarah hum ne un mein se</w:t>
      </w:r>
    </w:p>
    <w:p>
      <w:pPr>
        <w:jc w:val="right"/>
      </w:pPr>
      <w:r>
        <w:t>اور اس طرح ہم نے ان میں سے</w:t>
      </w:r>
    </w:p>
    <w:p>
      <w:r>
        <w:rPr>
          <w:b/>
        </w:rPr>
        <w:t xml:space="preserve">[12:35] </w:t>
      </w:r>
      <w:r>
        <w:t>aik ko doosray se azmaya hai ta ke woh kahein ke kya yahi woh log hain jin par hamare darmiyan Allah ka fazal hua hai? kya Allah shukr guzaroon se khoob waqif nahin? aur jab tumhare pas woh log ayen jo hamari ayaton par iman laye hain to un se kaho ke tum par salamti ho. tumhare rab ne apne oopar rehmat likh li hai. beshak tum mein se jo koi nadani se burai kar bethe phir us</w:t>
      </w:r>
    </w:p>
    <w:p>
      <w:pPr>
        <w:jc w:val="right"/>
      </w:pPr>
      <w:r>
        <w:t>ایک کو دوسرے سے آزمایا ہے تاکہ وہ کہیں کہ کیا یہی وہ لوگ ہیں جن پر ہمارے درمیان اللہ کا فضل ہوا ہے؟ کیا اللہ شکر گزاروں سے خوب واقف نہیں؟ اور جب تمہارے پاس وہ لوگ آئیں جو ہماری آیتوں پر ایمان لائے ہیں تو ان سے کہو کہ تم پر سلامتی ہو۔ تمہارے رب نے اپنے اوپر رحمت لکھ لی ہے۔ بے شک تم میں سے جو کوئی نادانی سے برائی کر بیٹھے پھر اس</w:t>
      </w:r>
    </w:p>
    <w:p>
      <w:r>
        <w:rPr>
          <w:b/>
        </w:rPr>
        <w:t xml:space="preserve">[13:05] </w:t>
      </w:r>
      <w:r>
        <w:t>ke baad woh toba kare aur islaah kar le to Allah bakhshnay wala, meharban hai. aur is tarah hum apni nishaniyan khol kar bayan karte hain aur ta ke mujrim ka tareeqa zahir ho jaye. kaho mujhe is se rooka gaya hai ke main un ki ibadat karoon jin ko tum Allah ke siwa pukartay ho. kaho main tumhari khwahishon ki pairwi nahin kar sakta. agar main aisa karoon to main be rah</w:t>
      </w:r>
    </w:p>
    <w:p>
      <w:pPr>
        <w:jc w:val="right"/>
      </w:pPr>
      <w:r>
        <w:t>کے بعد وہ توبہ کرے اور اصلاح کر لے تو اللہ بخشنے والا، مہربان ہے۔ اور اس طرح ہم اپنی نشانیاں کھول کر بیان کرتے ہیں اور تاکہ مجرمین کا طریقہ ظاہر ہو جائے۔ کہو مجھے اس سے روکا گیا ہے کہ میں ان کی عبادت کروں جن کو تم اللہ کے سوا پکارتے ہو۔ کہو میں تمہاری خواہشوں کی پیروی نہیں کر سکتا۔ اگر میں ایسا کروں تو میں بے راہ</w:t>
      </w:r>
    </w:p>
    <w:p>
      <w:r>
        <w:rPr>
          <w:b/>
        </w:rPr>
        <w:t xml:space="preserve">[13:35] </w:t>
      </w:r>
      <w:r>
        <w:t>ho jaunga aur main rah pane walon mein se na rahunga.</w:t>
      </w:r>
    </w:p>
    <w:p>
      <w:pPr>
        <w:jc w:val="right"/>
      </w:pPr>
      <w:r>
        <w:t>ہو جاؤں گا اور میں راہ پانے والوں میں سے نہ رہوں گا۔</w:t>
      </w:r>
    </w:p>
    <w:p>
      <w:r>
        <w:rPr>
          <w:b/>
        </w:rPr>
        <w:t xml:space="preserve">[13:40] </w:t>
      </w:r>
      <w:r>
        <w:t>kaho main apne rab ki taraf se aik roshan dalil par hoon aur tum ne is ko jhutla diya hai.</w:t>
      </w:r>
    </w:p>
    <w:p>
      <w:pPr>
        <w:jc w:val="right"/>
      </w:pPr>
      <w:r>
        <w:t>کہو میں اپنے رب کی طرف سے ایک روشن دلیل پر ہوں اور تم نے اس کو جھٹلا دیا ہے۔</w:t>
      </w:r>
    </w:p>
    <w:p>
      <w:r>
        <w:rPr>
          <w:b/>
        </w:rPr>
        <w:t xml:space="preserve">[13:45] </w:t>
      </w:r>
      <w:r>
        <w:t>wo cheez mere paas nahin hai jis ke liye tum jaldi kar rahe ho.</w:t>
      </w:r>
    </w:p>
    <w:p>
      <w:pPr>
        <w:jc w:val="right"/>
      </w:pPr>
      <w:r>
        <w:t>وہ چیز میرے پاس نہیں ہے جس کے لیے تم جلدی کر رہے ہو۔</w:t>
      </w:r>
    </w:p>
    <w:p>
      <w:r>
        <w:rPr>
          <w:b/>
        </w:rPr>
        <w:t xml:space="preserve">[13:50] </w:t>
      </w:r>
      <w:r>
        <w:t>faisle ka ikhtiyar sirf Allah ko hai.</w:t>
      </w:r>
    </w:p>
    <w:p>
      <w:pPr>
        <w:jc w:val="right"/>
      </w:pPr>
      <w:r>
        <w:t>فیصلے کا اختیار صرف اللہ کو ہے۔</w:t>
      </w:r>
    </w:p>
    <w:p>
      <w:r>
        <w:rPr>
          <w:b/>
        </w:rPr>
        <w:t xml:space="preserve">[13:55] </w:t>
      </w:r>
      <w:r>
        <w:t>wohi haq ko bayan karta hai aur woh behtareen faisla karne wala hai.</w:t>
      </w:r>
    </w:p>
    <w:p>
      <w:pPr>
        <w:jc w:val="right"/>
      </w:pPr>
      <w:r>
        <w:t>وہی حق کو بیان کرتا ہے اور وہ بہترین فیصلہ کرنے والا ہے۔</w:t>
      </w:r>
    </w:p>
    <w:p>
      <w:r>
        <w:rPr>
          <w:b/>
        </w:rPr>
        <w:t xml:space="preserve">[14:00] </w:t>
      </w:r>
      <w:r>
        <w:t>kaho agar woh cheez mere paas hoti jis ke liye tum jaldi kar rahe ho to</w:t>
      </w:r>
    </w:p>
    <w:p>
      <w:pPr>
        <w:jc w:val="right"/>
      </w:pPr>
      <w:r>
        <w:t>کہو اگر وہ چیز میرے پاس ہوتی جس کے لیے تم جلدی کر رہے ہو تو</w:t>
      </w:r>
    </w:p>
    <w:p>
      <w:r>
        <w:rPr>
          <w:b/>
        </w:rPr>
        <w:t xml:space="preserve">[14:05] </w:t>
      </w:r>
      <w:r>
        <w:t>mere aur tumhare darmiyan moamlay ka faisla ho chuka hota. aur Allah khoob janta hai zalimon ko. aur usi ke pas ghayb ki kunjiyan hain. is ke siwa us ko koi nahin janta. Allah janta hai jo kuch khushki mein aur samandar mein hai. aur drakht se girnay wala koi pata nahin jis ka us ko ilm na ho. aur zameen ki tarikiyon mein koi dana nahin girta aur na koi tar aur khushk cheez m</w:t>
      </w:r>
    </w:p>
    <w:p>
      <w:pPr>
        <w:jc w:val="right"/>
      </w:pPr>
      <w:r>
        <w:t>میرے اور تمہارے درمیان معاملے کا فیصلہ ہو چکا ہوتا۔ اور اللہ خوب جانتا ہے ظالموں کو۔ اور اسی کے پاس غیب کی کنجیاں ہیں۔ اس کے سوا اس کو کوئی نہیں جانتا۔ اللہ جانتا ہے جو کچھ خشکی میں اور سمندر میں ہے۔ اور درخت سے گرنے والا کوئی پتہ نہیں جس کا اس کو علم نہ ہو۔ اور زمین کی تاریکیوں میں کوئی دانہ نہیں گرتا اور نہ کوئی تر اور خشک چیز م</w:t>
      </w:r>
    </w:p>
    <w:p>
      <w:r>
        <w:rPr>
          <w:b/>
        </w:rPr>
        <w:t xml:space="preserve">[14:35] </w:t>
      </w:r>
      <w:r>
        <w:t>gar sab aik khuli hui kitab mein darj hai. aur wohi hai jo raat mein tum ko wafat deta hai aur din ko jo kuch tum karte ho us ko janta hai. phir tum ko utha deta hai is mein ta ke muqarrar muddat poori ho jaye. phir usi ki taraf tumhari wapsi hai. phir woh tum ko ba khabar kar de ga is se jo tum karte rahay ho. aur woh ghalib hai apne bandon ke oopar aur woh tumhare oopar nigran bhejta hai. yahan tak ke jab</w:t>
      </w:r>
    </w:p>
    <w:p>
      <w:pPr>
        <w:jc w:val="right"/>
      </w:pPr>
      <w:r>
        <w:t>گر سب ایک کھلی ہوئی کتاب میں درج ہے۔ اور وہی ہے جو رات میں تم کو وفات دیتا ہے اور دن کو جو کچھ تم کرتے ہو اس کو جانتا ہے۔ پھر تم کو اٹھا دیتا ہے اس میں تاکہ مقررہ مدت پوری ہو جائے۔ پھر اسی کی طرف تمہاری واپسی ہے۔ پھر وہ تم کو باخبر کر دے گا اس سے جو تم کرتے رہے ہو۔ اور وہ غالب ہے اپنے بندوں کے اوپر اور وہ تمہارے اوپر نگراں بھیجتا ہے۔ یہاں تک کہ جب</w:t>
      </w:r>
    </w:p>
    <w:p>
      <w:r>
        <w:rPr>
          <w:b/>
        </w:rPr>
        <w:t xml:space="preserve">[15:05] </w:t>
      </w:r>
      <w:r>
        <w:t>tum mein se kisi ki maut ka waqt aa jata hai to hamare bhejay hue farishtay us ki rooh qabz kar letay hain aur woh kotahi nahin karte. phir sab Allah apne malik haqeeqi ki taraf wapas laye jayen ge. sun lo hukum isi ka hai aur woh bohat jald hisab lene wala hai. kaho kaun tum ko nijat deta hai khushki aur samandar ki tarikiyon se? tum us ko pukartay ho ajzi se aur ch</w:t>
      </w:r>
    </w:p>
    <w:p>
      <w:pPr>
        <w:jc w:val="right"/>
      </w:pPr>
      <w:r>
        <w:t>تم میں سے کسی کی موت کا وقت آ جاتا ہے تو ہمارے بھیجے ہوئے فرشتے اس کی روح قبض کر لیتے ہیں اور وہ کوتاہی نہیں کرتے۔ پھر سب اللہ اپنے مالک حقیقی کی طرف واپس لائے جائیں گے۔ سن لو حکم اسی کا ہے اور وہ بہت جلد حساب لینے والا ہے۔ کہو کون تم کو نجات دیتا ہے خشکی اور سمندر کی تاریکیوں سے؟ تم اس کو پکارتے ہو عاجزی سے اور چ</w:t>
      </w:r>
    </w:p>
    <w:p>
      <w:r>
        <w:rPr>
          <w:b/>
        </w:rPr>
        <w:t xml:space="preserve">[15:35] </w:t>
      </w:r>
      <w:r>
        <w:t>pakay chupkay keh agar khuda nay hum ko nijaat day di is museebat say to hum us kay shukr guzaar bandon mein say ban jayen gay. kaho khuda hi tum ko nijaat deta hai is say aur har takleef say phir bhi tum shirk karnay lagtay ho. kaho khuda qadir hai is par keh woh tum par koi azaab bhej day tumharay oopar say ya tumharay peeron kay neechay say ya tum ko giroh giroh kar kay aik ko doosray ki taqat ka</w:t>
      </w:r>
    </w:p>
    <w:p>
      <w:pPr>
        <w:jc w:val="right"/>
      </w:pPr>
      <w:r>
        <w:t>پکے چپکے کہ اگر خدا نے ہم کو نجات دے دی اس مصیبت سے تو ہم اس کے شکر گزار بندوں میں سے بن جائیں گے۔ کہو خدا ہی تم کو نجات دیتا ہے اس سے اور ہر تکلیف سے پھر بھی تم شرک کرنے لگتے ہو۔ کہو خدا قادر ہے اس پر کہ وہ تم پر کوئی عذاب بھیج دے تمہارے اوپر سے یا تمہارے پیروں کے نیچے سے یا تم کو گروہ گروہ کر کے ایک کو دوسرے کی طاقت کا</w:t>
      </w:r>
    </w:p>
    <w:p>
      <w:r>
        <w:rPr>
          <w:b/>
        </w:rPr>
        <w:t xml:space="preserve">[16:05] </w:t>
      </w:r>
      <w:r>
        <w:t>mazah chakhha day. dekho hum kis tarah dalail mukhtalif pehluon say bayan kartay hain taakay woh samjhen aur tumhari qom nay is ko jhutla diya hai haalankay woh haq hai. kaho mein tumharay oopar darogah nahi hoon. har khabar kay liye aik waqt muqarrar hai aur tum jald hi jaan lo gay. aur jab tum in logon ko dekho jo hamari ayaton mein aib nikaaltay hain to un say alag ho jao yahan tak keh woh kisi aur b</w:t>
      </w:r>
    </w:p>
    <w:p>
      <w:pPr>
        <w:jc w:val="right"/>
      </w:pPr>
      <w:r>
        <w:t>مزہ چکھا دے۔ دیکھو ہم کس طرح دلائل مختلف پہلوؤں سے بیان کرتے ہیں تاکہ وہ سمجھیں اور تمہاری قوم نے اس کو جھٹلا دیا ہے حالانکہ وہ حق ہے۔ کہو میں تمہارے اوپر دروغہ نہیں ہوں۔ ہر خبر کے لیے ایک وقت مقرر ہے اور تم جلد ہی جان لو گے۔ اور جب تم ان لوگوں کو دیکھو جو ہماری آیتوں میں عیب نکالتے ہیں تو ان سے الگ ہو جاؤ یہاں تک کہ وہ کسی اور ب</w:t>
      </w:r>
    </w:p>
    <w:p>
      <w:r>
        <w:rPr>
          <w:b/>
        </w:rPr>
        <w:t xml:space="preserve">[16:35] </w:t>
      </w:r>
      <w:r>
        <w:t>aat mein lag jayen. aur agar kabhi shaitan tum ko bhula day to yaad aanay kay baad aisay be insaaf logon kay paas na baitho. aur jo log Allah say dartay hain un par un kay hisab mein say kisi cheez ki zimma daari nahi. albattah yaad dilana hai shayad keh woh bhi darain. un logon ko chhoro jinho nay apnay deen ko khel tamasha bana rakha hai aur jin ko dunya ki zindagi nay dhokay mein daal rakha hai. aur quran kay zarye nass</w:t>
      </w:r>
    </w:p>
    <w:p>
      <w:pPr>
        <w:jc w:val="right"/>
      </w:pPr>
      <w:r>
        <w:t>ات میں لگ جائیں۔ اور اگر کبھی شیطان تم کو بھلا دے تو یاد آنے کے بعد ایسے بے انصاف لوگوں کے پاس نہ بیٹھو۔ اور جو لوگ اللہ سے ڈرتے ہیں ان پر ان کے حساب میں سے کسی چیز کی ذمہ داری نہیں۔ البتہ یاد دلانا ہے شاید کہ وہ بھی ڈریں۔ ان لوگوں کو چھوڑو جنہوں نے اپنے دین کو کھیل تماشہ بنا رکھا ہے اور جن کو دنیا کی زندگی نے دھوکے میں ڈال رکھا ہے۔ اور قرآن کے ذریعے نص</w:t>
      </w:r>
    </w:p>
    <w:p>
      <w:r>
        <w:rPr>
          <w:b/>
        </w:rPr>
        <w:t xml:space="preserve">[17:05] </w:t>
      </w:r>
      <w:r>
        <w:t>yacht karte raho ta ke koi shakhs apne kiye mein giraftar na ho jaye is hal mein ke Allah</w:t>
      </w:r>
    </w:p>
    <w:p>
      <w:pPr>
        <w:jc w:val="right"/>
      </w:pPr>
      <w:r>
        <w:t>یحت کرتے رہو تاکہ کوئی شخص اپنے کیے میں گرفتار نہ ہو جائے اس حال میں کہ اللہ</w:t>
      </w:r>
    </w:p>
    <w:p>
      <w:r>
        <w:rPr>
          <w:b/>
        </w:rPr>
        <w:t xml:space="preserve">[17:10] </w:t>
      </w:r>
      <w:r>
        <w:t>se bachane wala koi madadgar aur safarshi is ke liye na ho.</w:t>
      </w:r>
    </w:p>
    <w:p>
      <w:pPr>
        <w:jc w:val="right"/>
      </w:pPr>
      <w:r>
        <w:t>سے بچانے والا کوئی مددگار اور سفارشی اس کے لیے نہ ہو۔</w:t>
      </w:r>
    </w:p>
    <w:p>
      <w:r>
        <w:rPr>
          <w:b/>
        </w:rPr>
        <w:t xml:space="preserve">[17:15] </w:t>
      </w:r>
      <w:r>
        <w:t>agar woh dunya bhar ka muawza de tab bhi woh qabool na kiya jaye.</w:t>
      </w:r>
    </w:p>
    <w:p>
      <w:pPr>
        <w:jc w:val="right"/>
      </w:pPr>
      <w:r>
        <w:t>اگر وہ دنیا بھر کا معاوضہ دے تب بھی وہ قبول نہ کیا جائے۔</w:t>
      </w:r>
    </w:p>
    <w:p>
      <w:r>
        <w:rPr>
          <w:b/>
        </w:rPr>
        <w:t xml:space="preserve">[17:20] </w:t>
      </w:r>
      <w:r>
        <w:t>yehi log hain jo apne kiye mein giraftar ho gaye.</w:t>
      </w:r>
    </w:p>
    <w:p>
      <w:pPr>
        <w:jc w:val="right"/>
      </w:pPr>
      <w:r>
        <w:t>یہی لوگ ہیں جو اپنے کیے میں گرفتار ہو گئے۔</w:t>
      </w:r>
    </w:p>
    <w:p>
      <w:r>
        <w:rPr>
          <w:b/>
        </w:rPr>
        <w:t xml:space="preserve">[17:25] </w:t>
      </w:r>
      <w:r>
        <w:t>un ke liye kholta hua pani peene ke liye hoga aur dardnak saza hogi is liye ke woh</w:t>
      </w:r>
    </w:p>
    <w:p>
      <w:pPr>
        <w:jc w:val="right"/>
      </w:pPr>
      <w:r>
        <w:t>ان کے لیے کھولتا ہوا پانی پینے کے لیے ہوگا اور دردناک سزا ہوگی اس لیے کہ وہ</w:t>
      </w:r>
    </w:p>
    <w:p>
      <w:r>
        <w:rPr>
          <w:b/>
        </w:rPr>
        <w:t xml:space="preserve">[17:31] </w:t>
      </w:r>
      <w:r>
        <w:t>kufr karte thay.</w:t>
      </w:r>
    </w:p>
    <w:p>
      <w:pPr>
        <w:jc w:val="right"/>
      </w:pPr>
      <w:r>
        <w:t>کفر کرتے تھے۔</w:t>
      </w:r>
    </w:p>
    <w:p>
      <w:r>
        <w:rPr>
          <w:b/>
        </w:rPr>
        <w:t xml:space="preserve">[17:36] </w:t>
      </w:r>
      <w:r>
        <w:t>kaho kya hum Allah ko chhod kar un ko pukarein jo na hum ko nafa de sakte aur</w:t>
      </w:r>
    </w:p>
    <w:p>
      <w:pPr>
        <w:jc w:val="right"/>
      </w:pPr>
      <w:r>
        <w:t>کہو کیا ہم اللہ کو چھوڑ کر ان کو پکاریں جو نہ ہم کو نفع دے سکتے اور</w:t>
      </w:r>
    </w:p>
    <w:p>
      <w:r>
        <w:rPr>
          <w:b/>
        </w:rPr>
        <w:t xml:space="preserve">[17:41] </w:t>
      </w:r>
      <w:r>
        <w:t>na hum ko nuqsan pahuncha sakte aur kya hum ulte paon phir jayen baad is ke ke Allah</w:t>
      </w:r>
    </w:p>
    <w:p>
      <w:pPr>
        <w:jc w:val="right"/>
      </w:pPr>
      <w:r>
        <w:t>نہ ہم کو نقصان پہنچا سکتے اور کیا ہم الٹے پاؤں پھر جائیں بعد اس کے کہ اللہ</w:t>
      </w:r>
    </w:p>
    <w:p>
      <w:r>
        <w:rPr>
          <w:b/>
        </w:rPr>
        <w:t xml:space="preserve">[17:46] </w:t>
      </w:r>
      <w:r>
        <w:t>hum ko seedha rasta dikha chuka hai.</w:t>
      </w:r>
    </w:p>
    <w:p>
      <w:pPr>
        <w:jc w:val="right"/>
      </w:pPr>
      <w:r>
        <w:t>ہم کو سیدھا راستہ دکھا چکا ہے۔</w:t>
      </w:r>
    </w:p>
    <w:p>
      <w:r>
        <w:rPr>
          <w:b/>
        </w:rPr>
        <w:t xml:space="preserve">[17:51] </w:t>
      </w:r>
      <w:r>
        <w:t>is shakhs ki manind jis ko shaitanon ne biaban mein bhatka diya ho aur woh hairaan phir raha ho.</w:t>
      </w:r>
    </w:p>
    <w:p>
      <w:pPr>
        <w:jc w:val="right"/>
      </w:pPr>
      <w:r>
        <w:t>اس شخص کی مانند جس کو شیطانوں نے بیابان میں بھٹکا دیا ہو اور وہ حیران پھر رہا ہو۔</w:t>
      </w:r>
    </w:p>
    <w:p>
      <w:r>
        <w:rPr>
          <w:b/>
        </w:rPr>
        <w:t xml:space="preserve">[17:56] </w:t>
      </w:r>
      <w:r>
        <w:t>is ke saathi is ko seedhe rastay ki taraf bula rahay hon ke hamaray paas aa jao.</w:t>
      </w:r>
    </w:p>
    <w:p>
      <w:pPr>
        <w:jc w:val="right"/>
      </w:pPr>
      <w:r>
        <w:t>اس کے ساتھی اس کو سیدھے راستے کی طرف بلا رہے ہوں کہ ہمارے پاس آ جاؤ۔</w:t>
      </w:r>
    </w:p>
    <w:p>
      <w:r>
        <w:rPr>
          <w:b/>
        </w:rPr>
        <w:t xml:space="preserve">[18:01] </w:t>
      </w:r>
      <w:r>
        <w:t>kaho ke reh</w:t>
      </w:r>
    </w:p>
    <w:p>
      <w:pPr>
        <w:jc w:val="right"/>
      </w:pPr>
      <w:r>
        <w:t>کہو کہ رہ</w:t>
      </w:r>
    </w:p>
    <w:p>
      <w:r>
        <w:rPr>
          <w:b/>
        </w:rPr>
        <w:t xml:space="preserve">[18:06] </w:t>
      </w:r>
      <w:r>
        <w:t>numai to sirf Allah ki rehnumai hai aur hum ko hukum mila hai ke hum apnay aap ko</w:t>
      </w:r>
    </w:p>
    <w:p>
      <w:pPr>
        <w:jc w:val="right"/>
      </w:pPr>
      <w:r>
        <w:t>نمائی تو صرف اللہ کی رہنمائی ہے اور ہم کو حکم ملا ہے کہ ہم اپنے آپ کو</w:t>
      </w:r>
    </w:p>
    <w:p>
      <w:r>
        <w:rPr>
          <w:b/>
        </w:rPr>
        <w:t xml:space="preserve">[18:10] </w:t>
      </w:r>
      <w:r>
        <w:t>alam ke Rub ke hawale kar dain.</w:t>
      </w:r>
    </w:p>
    <w:p>
      <w:pPr>
        <w:jc w:val="right"/>
      </w:pPr>
      <w:r>
        <w:t>عالم کے رب کے حوالے کر دیں۔</w:t>
      </w:r>
    </w:p>
    <w:p>
      <w:r>
        <w:rPr>
          <w:b/>
        </w:rPr>
        <w:t xml:space="preserve">[18:14] </w:t>
      </w:r>
      <w:r>
        <w:t>aur yeh ke namaz qaim karo aur Allah se daro.</w:t>
      </w:r>
    </w:p>
    <w:p>
      <w:pPr>
        <w:jc w:val="right"/>
      </w:pPr>
      <w:r>
        <w:t>اور یہ کہ نماز قائم کرو اور اللہ سے ڈرو۔</w:t>
      </w:r>
    </w:p>
    <w:p>
      <w:r>
        <w:rPr>
          <w:b/>
        </w:rPr>
        <w:t xml:space="preserve">[18:19] </w:t>
      </w:r>
      <w:r>
        <w:t>aur wohi hai jis ki taraf tum samete jao ge.</w:t>
      </w:r>
    </w:p>
    <w:p>
      <w:pPr>
        <w:jc w:val="right"/>
      </w:pPr>
      <w:r>
        <w:t>اور وہی ہے جس کی طرف تم سمیٹے جاؤ گے۔</w:t>
      </w:r>
    </w:p>
    <w:p>
      <w:r>
        <w:rPr>
          <w:b/>
        </w:rPr>
        <w:t xml:space="preserve">[18:23] </w:t>
      </w:r>
      <w:r>
        <w:t>aur wohi hai jis ne aasmanon aur zameen ko haq ke sath paida kiya hai aur jis din</w:t>
      </w:r>
    </w:p>
    <w:p>
      <w:pPr>
        <w:jc w:val="right"/>
      </w:pPr>
      <w:r>
        <w:t>اور وہی ہے جس نے آسمانوں اور زمین کو حق کے ساتھ پیدا کیا ہے اور جس دن</w:t>
      </w:r>
    </w:p>
    <w:p>
      <w:r>
        <w:rPr>
          <w:b/>
        </w:rPr>
        <w:t xml:space="preserve">[18:27] </w:t>
      </w:r>
      <w:r>
        <w:t>woh kahe ga ke ho ja to woh ho jaye ga.</w:t>
      </w:r>
    </w:p>
    <w:p>
      <w:pPr>
        <w:jc w:val="right"/>
      </w:pPr>
      <w:r>
        <w:t>وہ کہے گا کہ ہو جا تو وہ ہو جائے گا۔</w:t>
      </w:r>
    </w:p>
    <w:p>
      <w:r>
        <w:rPr>
          <w:b/>
        </w:rPr>
        <w:t xml:space="preserve">[18:32] </w:t>
      </w:r>
      <w:r>
        <w:t>is ki baat haq hai aur usi ki hukumat hogi is</w:t>
      </w:r>
    </w:p>
    <w:p>
      <w:pPr>
        <w:jc w:val="right"/>
      </w:pPr>
      <w:r>
        <w:t>اس کی بات حق ہے اور اسی کی حکومت ہوگی اس</w:t>
      </w:r>
    </w:p>
    <w:p>
      <w:r>
        <w:rPr>
          <w:b/>
        </w:rPr>
        <w:t xml:space="preserve">[18:36] </w:t>
      </w:r>
      <w:r>
        <w:t>roz jab sur phoonka jaye ga.</w:t>
      </w:r>
    </w:p>
    <w:p>
      <w:pPr>
        <w:jc w:val="right"/>
      </w:pPr>
      <w:r>
        <w:t>روز جب سور پھونکا جائے گا۔</w:t>
      </w:r>
    </w:p>
    <w:p>
      <w:r>
        <w:rPr>
          <w:b/>
        </w:rPr>
        <w:t xml:space="preserve">[18:40] </w:t>
      </w:r>
      <w:r>
        <w:t>woh ghayeb woh hazir ka alam aur hakim aur khabeer hai.</w:t>
      </w:r>
    </w:p>
    <w:p>
      <w:pPr>
        <w:jc w:val="right"/>
      </w:pPr>
      <w:r>
        <w:t>وہ غائب وہ حاضر کا عالم اور حکیم اور خبیر ہے۔</w:t>
      </w:r>
    </w:p>
    <w:p>
      <w:r>
        <w:rPr>
          <w:b/>
        </w:rPr>
        <w:t xml:space="preserve">[18:45] </w:t>
      </w:r>
      <w:r>
        <w:t>aur jab Ibrahim ne apnay baap Azar se kaha kya tum buton ko maabood mantay ho? mein tum</w:t>
      </w:r>
    </w:p>
    <w:p>
      <w:pPr>
        <w:jc w:val="right"/>
      </w:pPr>
      <w:r>
        <w:t>اور جب ابراہیم نے اپنے باپ عازر سے کہا کیا تم بتوں کو معبود مانتے ہو؟ میں تم</w:t>
      </w:r>
    </w:p>
    <w:p>
      <w:r>
        <w:rPr>
          <w:b/>
        </w:rPr>
        <w:t xml:space="preserve">[18:49] </w:t>
      </w:r>
      <w:r>
        <w:t>ko aur tumhari qom ko khuli hui gumrahi mein dekhta hoon.</w:t>
      </w:r>
    </w:p>
    <w:p>
      <w:pPr>
        <w:jc w:val="right"/>
      </w:pPr>
      <w:r>
        <w:t>کو اور تمہاری قوم کو کھلی ہوئی گمراہی میں دیکھتا ہوں۔</w:t>
      </w:r>
    </w:p>
    <w:p>
      <w:r>
        <w:rPr>
          <w:b/>
        </w:rPr>
        <w:t xml:space="preserve">[18:53] </w:t>
      </w:r>
      <w:r>
        <w:t>aur isi tarah hum ne Ibrahim ko dikha di aasmanon aur zameen ki hukumat aur ta ke us ko</w:t>
      </w:r>
    </w:p>
    <w:p>
      <w:pPr>
        <w:jc w:val="right"/>
      </w:pPr>
      <w:r>
        <w:t>اور اسی طرح ہم نے ابراہیم کو دکھا دی آسمانوں اور زمین کی حکومت اور تاکہ اس کو</w:t>
      </w:r>
    </w:p>
    <w:p>
      <w:r>
        <w:rPr>
          <w:b/>
        </w:rPr>
        <w:t xml:space="preserve">[18:58] </w:t>
      </w:r>
      <w:r>
        <w:t>yaqeen aa jaye.</w:t>
      </w:r>
    </w:p>
    <w:p>
      <w:pPr>
        <w:jc w:val="right"/>
      </w:pPr>
      <w:r>
        <w:t>یقین آ جائے۔</w:t>
      </w:r>
    </w:p>
    <w:p>
      <w:r>
        <w:rPr>
          <w:b/>
        </w:rPr>
        <w:t xml:space="preserve">[19:02] </w:t>
      </w:r>
      <w:r>
        <w:t>phir jab raat ne us par andhera kar liya us ne aik</w:t>
      </w:r>
    </w:p>
    <w:p>
      <w:pPr>
        <w:jc w:val="right"/>
      </w:pPr>
      <w:r>
        <w:t>پھر جب رات نے اس پر اندھیرا کر لیا اس نے ایک</w:t>
      </w:r>
    </w:p>
    <w:p>
      <w:r>
        <w:rPr>
          <w:b/>
        </w:rPr>
        <w:t xml:space="preserve">[19:06] </w:t>
      </w:r>
      <w:r>
        <w:t>taray ko dekha.</w:t>
      </w:r>
    </w:p>
    <w:p>
      <w:pPr>
        <w:jc w:val="right"/>
      </w:pPr>
      <w:r>
        <w:t>تارے کو دیکھا۔</w:t>
      </w:r>
    </w:p>
    <w:p>
      <w:r>
        <w:rPr>
          <w:b/>
        </w:rPr>
        <w:t xml:space="preserve">[19:10] </w:t>
      </w:r>
      <w:r>
        <w:t>kaha yeh mera Rub hai.</w:t>
      </w:r>
    </w:p>
    <w:p>
      <w:pPr>
        <w:jc w:val="right"/>
      </w:pPr>
      <w:r>
        <w:t>کہا یہ میرا رب ہے۔</w:t>
      </w:r>
    </w:p>
    <w:p>
      <w:r>
        <w:rPr>
          <w:b/>
        </w:rPr>
        <w:t xml:space="preserve">[19:15] </w:t>
      </w:r>
      <w:r>
        <w:t>phir jab woh doob gaya to us ne kaha mein doob janay walon ko dost nahi rakhta.</w:t>
      </w:r>
    </w:p>
    <w:p>
      <w:pPr>
        <w:jc w:val="right"/>
      </w:pPr>
      <w:r>
        <w:t>پھر جب وہ ڈوب گیا تو اس نے کہا میں ڈوب جانے والوں کو دوست نہیں رکھتا۔</w:t>
      </w:r>
    </w:p>
    <w:p>
      <w:r>
        <w:rPr>
          <w:b/>
        </w:rPr>
        <w:t xml:space="preserve">[19:19] </w:t>
      </w:r>
      <w:r>
        <w:t>phir jab us ne chand ko chamaktay hue dekha to kaha ke yeh mera Rub hai.</w:t>
      </w:r>
    </w:p>
    <w:p>
      <w:pPr>
        <w:jc w:val="right"/>
      </w:pPr>
      <w:r>
        <w:t>پھر جب اس نے چاند کو چمکتے ہوئے دیکھا تو کہا کہ یہ میرا رب ہے۔</w:t>
      </w:r>
    </w:p>
    <w:p>
      <w:r>
        <w:rPr>
          <w:b/>
        </w:rPr>
        <w:t xml:space="preserve">[19:23] </w:t>
      </w:r>
      <w:r>
        <w:t>phir jab woh doob gaya to us ne kaha agar mera Rub mujh ko hidait na kare to</w:t>
      </w:r>
    </w:p>
    <w:p>
      <w:pPr>
        <w:jc w:val="right"/>
      </w:pPr>
      <w:r>
        <w:t>پھر جب وہ ڈوب گیا تو اس نے کہا اگر میرا رب مجھ کو ہدایت نہ کرے تو</w:t>
      </w:r>
    </w:p>
    <w:p>
      <w:r>
        <w:rPr>
          <w:b/>
        </w:rPr>
        <w:t xml:space="preserve">[19:28] </w:t>
      </w:r>
      <w:r>
        <w:t>mein gumrah logon mein se ho jaoon.</w:t>
      </w:r>
    </w:p>
    <w:p>
      <w:pPr>
        <w:jc w:val="right"/>
      </w:pPr>
      <w:r>
        <w:t>میں گمراہ لوگوں میں سے ہو جاؤں۔</w:t>
      </w:r>
    </w:p>
    <w:p>
      <w:r>
        <w:rPr>
          <w:b/>
        </w:rPr>
        <w:t xml:space="preserve">[19:32] </w:t>
      </w:r>
      <w:r>
        <w:t>phir jab suraj ko chamaktay hue dekha to kaha ke yeh mera Rub hai. yeh</w:t>
      </w:r>
    </w:p>
    <w:p>
      <w:pPr>
        <w:jc w:val="right"/>
      </w:pPr>
      <w:r>
        <w:t>پھر جب سورج کو چمکتے ہوئے دیکھا تو کہا کہ یہ میرا رب ہے۔ یہ</w:t>
      </w:r>
    </w:p>
    <w:p>
      <w:r>
        <w:rPr>
          <w:b/>
        </w:rPr>
        <w:t xml:space="preserve">[19:36] </w:t>
      </w:r>
      <w:r>
        <w:t>sab se bara hai.</w:t>
      </w:r>
    </w:p>
    <w:p>
      <w:pPr>
        <w:jc w:val="right"/>
      </w:pPr>
      <w:r>
        <w:t>سب سے بڑا ہے۔</w:t>
      </w:r>
    </w:p>
    <w:p>
      <w:r>
        <w:rPr>
          <w:b/>
        </w:rPr>
        <w:t xml:space="preserve">[19:41] </w:t>
      </w:r>
      <w:r>
        <w:t>phir jab woh doob gaya to us ne apni qaum se kaha ke ae logon mein is shirk</w:t>
      </w:r>
    </w:p>
    <w:p>
      <w:pPr>
        <w:jc w:val="right"/>
      </w:pPr>
      <w:r>
        <w:t>پھر جب وہ ڈوب گیا تو اس نے اپنی قوم سے کہا کہ اے لوگوں میں اس شرک</w:t>
      </w:r>
    </w:p>
    <w:p>
      <w:r>
        <w:rPr>
          <w:b/>
        </w:rPr>
        <w:t xml:space="preserve">[19:45] </w:t>
      </w:r>
      <w:r>
        <w:t>se bari hoon jo tum karte ho.</w:t>
      </w:r>
    </w:p>
    <w:p>
      <w:pPr>
        <w:jc w:val="right"/>
      </w:pPr>
      <w:r>
        <w:t>سے بری ہوں جو تم کرتے ہو۔</w:t>
      </w:r>
    </w:p>
    <w:p>
      <w:r>
        <w:rPr>
          <w:b/>
        </w:rPr>
        <w:t xml:space="preserve">[19:49] </w:t>
      </w:r>
      <w:r>
        <w:t>maine apna rukh yakso ho kar us ki taraf kar liya jis ne aasmanon aur zameen ko paida kiya.</w:t>
      </w:r>
    </w:p>
    <w:p>
      <w:pPr>
        <w:jc w:val="right"/>
      </w:pPr>
      <w:r>
        <w:t>میں نے اپنا رخ یکسو ہو کر اس کی طرف کر لیا جس نے آسمانوں اور زمین کو پیدا کیا۔</w:t>
      </w:r>
    </w:p>
    <w:p>
      <w:r>
        <w:rPr>
          <w:b/>
        </w:rPr>
        <w:t xml:space="preserve">[19:53] </w:t>
      </w:r>
      <w:r>
        <w:t>hai aur main mushrikon mein se nahin hoon.</w:t>
      </w:r>
    </w:p>
    <w:p>
      <w:pPr>
        <w:jc w:val="right"/>
      </w:pPr>
      <w:r>
        <w:t>ہے اور میں شرک کرنے والوں میں سے نہیں ہوں۔</w:t>
      </w:r>
    </w:p>
    <w:p>
      <w:r>
        <w:rPr>
          <w:b/>
        </w:rPr>
        <w:t xml:space="preserve">[19:58] </w:t>
      </w:r>
      <w:r>
        <w:t>aur us ki qaum us se jhagadne lagi.</w:t>
      </w:r>
    </w:p>
    <w:p>
      <w:pPr>
        <w:jc w:val="right"/>
      </w:pPr>
      <w:r>
        <w:t>اور اس کی قوم اس سے جھگڑنے لگی۔</w:t>
      </w:r>
    </w:p>
    <w:p>
      <w:r>
        <w:rPr>
          <w:b/>
        </w:rPr>
        <w:t xml:space="preserve">[20:02] </w:t>
      </w:r>
      <w:r>
        <w:t>us ne kaha kya tum Allah ke mamle mein mujh se jhagadte ho halan ke us ne mujhe rah dikha di</w:t>
      </w:r>
    </w:p>
    <w:p>
      <w:pPr>
        <w:jc w:val="right"/>
      </w:pPr>
      <w:r>
        <w:t>اس نے کہا کیا تم اللہ کے معاملے میں مجھ سے جھگڑتے ہو حالانکہ اس نے مجھے راہ دکھا دی</w:t>
      </w:r>
    </w:p>
    <w:p>
      <w:r>
        <w:rPr>
          <w:b/>
        </w:rPr>
        <w:t xml:space="preserve">[20:06] </w:t>
      </w:r>
      <w:r>
        <w:t>hai aur main un se nahin darta jin ko tum Allah ka shareek thahrate ho.</w:t>
      </w:r>
    </w:p>
    <w:p>
      <w:pPr>
        <w:jc w:val="right"/>
      </w:pPr>
      <w:r>
        <w:t>ہے اور میں ان سے نہیں ڈرتا جن کو تم اللہ کا شریک ٹھہراتے ہو۔</w:t>
      </w:r>
    </w:p>
    <w:p>
      <w:r>
        <w:rPr>
          <w:b/>
        </w:rPr>
        <w:t xml:space="preserve">[20:11] </w:t>
      </w:r>
      <w:r>
        <w:t>magar yeh ke koi baat mera rab hi chahe.</w:t>
      </w:r>
    </w:p>
    <w:p>
      <w:pPr>
        <w:jc w:val="right"/>
      </w:pPr>
      <w:r>
        <w:t>مگر یہ کہ کوئی بات میرا رب ہی چاہے۔</w:t>
      </w:r>
    </w:p>
    <w:p>
      <w:r>
        <w:rPr>
          <w:b/>
        </w:rPr>
        <w:t xml:space="preserve">[20:15] </w:t>
      </w:r>
      <w:r>
        <w:t>mere rab ka ilm har cheez par chhaya hua hai.</w:t>
      </w:r>
    </w:p>
    <w:p>
      <w:pPr>
        <w:jc w:val="right"/>
      </w:pPr>
      <w:r>
        <w:t>میرے رب کا علم ہر چیز پر چھایا ہوا ہے۔</w:t>
      </w:r>
    </w:p>
    <w:p>
      <w:r>
        <w:rPr>
          <w:b/>
        </w:rPr>
        <w:t xml:space="preserve">[20:19] </w:t>
      </w:r>
      <w:r>
        <w:t>kya tum nahin sochte? aur main kyun kar daroon tumhare shareekon se jab ke tum Allah ke sath</w:t>
      </w:r>
    </w:p>
    <w:p>
      <w:pPr>
        <w:jc w:val="right"/>
      </w:pPr>
      <w:r>
        <w:t>کیا تم نہیں سوچتے؟ اور میں کیوں کر ڈروں تمہارے شریکوں سے جب کہ تم اللہ کے ساتھ</w:t>
      </w:r>
    </w:p>
    <w:p>
      <w:r>
        <w:rPr>
          <w:b/>
        </w:rPr>
        <w:t xml:space="preserve">[20:24] </w:t>
      </w:r>
      <w:r>
        <w:t>in cheezon ko khudaai mein shareek thahrate hue nahin darte jin ke liye us ne tum par koi</w:t>
      </w:r>
    </w:p>
    <w:p>
      <w:pPr>
        <w:jc w:val="right"/>
      </w:pPr>
      <w:r>
        <w:t>ان چیزوں کو خدائی میں شریک ٹھہراتے ہوئے نہیں ڈرتے جن کے لیے اس نے تم پر کوئی</w:t>
      </w:r>
    </w:p>
    <w:p>
      <w:r>
        <w:rPr>
          <w:b/>
        </w:rPr>
        <w:t xml:space="preserve">[20:28] </w:t>
      </w:r>
      <w:r>
        <w:t>sand nahin utari.</w:t>
      </w:r>
    </w:p>
    <w:p>
      <w:pPr>
        <w:jc w:val="right"/>
      </w:pPr>
      <w:r>
        <w:t>سند نہیں اتاری۔</w:t>
      </w:r>
    </w:p>
    <w:p>
      <w:r>
        <w:rPr>
          <w:b/>
        </w:rPr>
        <w:t xml:space="preserve">[20:32] </w:t>
      </w:r>
      <w:r>
        <w:t>ab dono fareeqon mein se aman ka zyada mustahaq kaun</w:t>
      </w:r>
    </w:p>
    <w:p>
      <w:pPr>
        <w:jc w:val="right"/>
      </w:pPr>
      <w:r>
        <w:t>اب دونوں فریقوں میں سے امن کا زیادہ مستحق کون</w:t>
      </w:r>
    </w:p>
    <w:p>
      <w:r>
        <w:rPr>
          <w:b/>
        </w:rPr>
        <w:t xml:space="preserve">[20:36] </w:t>
      </w:r>
      <w:r>
        <w:t>hai agar tum jante ho? jo log iman laye aur nahin milaya unhon ne apne iman mein koi</w:t>
      </w:r>
    </w:p>
    <w:p>
      <w:pPr>
        <w:jc w:val="right"/>
      </w:pPr>
      <w:r>
        <w:t>ہے اگر تم جانتے ہو؟ جو لوگ ایمان لائے اور نہیں ملایا انہوں نے اپنے ایمان میں کوئی</w:t>
      </w:r>
    </w:p>
    <w:p>
      <w:r>
        <w:rPr>
          <w:b/>
        </w:rPr>
        <w:t xml:space="preserve">[20:41] </w:t>
      </w:r>
      <w:r>
        <w:t>nuqsan unhi ke liye aman hai aur wohi seedhi rah par hain.</w:t>
      </w:r>
    </w:p>
    <w:p>
      <w:pPr>
        <w:jc w:val="right"/>
      </w:pPr>
      <w:r>
        <w:t>نقصان انہی کے لیے امن ہے اور وہی سیدھی راہ پر ہیں۔</w:t>
      </w:r>
    </w:p>
    <w:p>
      <w:r>
        <w:rPr>
          <w:b/>
        </w:rPr>
        <w:t xml:space="preserve">[20:46] </w:t>
      </w:r>
      <w:r>
        <w:t>yeh hai hamari dalil jo hum ne Ibrahim ko us ki qaum ke muqable mein di.</w:t>
      </w:r>
    </w:p>
    <w:p>
      <w:pPr>
        <w:jc w:val="right"/>
      </w:pPr>
      <w:r>
        <w:t>یہ ہے ہماری دلیل جو ہم نے ابراہیم کو اس کی قوم کے مقابلے میں دی۔</w:t>
      </w:r>
    </w:p>
    <w:p>
      <w:r>
        <w:rPr>
          <w:b/>
        </w:rPr>
        <w:t xml:space="preserve">[20:51] </w:t>
      </w:r>
      <w:r>
        <w:t>hum jiske darje chahte hain buland kar dete hain.</w:t>
      </w:r>
    </w:p>
    <w:p>
      <w:pPr>
        <w:jc w:val="right"/>
      </w:pPr>
      <w:r>
        <w:t>ہم جس کے درجے چاہتے ہیں بلند کر دیتے ہیں۔</w:t>
      </w:r>
    </w:p>
    <w:p>
      <w:r>
        <w:rPr>
          <w:b/>
        </w:rPr>
        <w:t xml:space="preserve">[20:56] </w:t>
      </w:r>
      <w:r>
        <w:t>beshak tumhara rab hakim aur aleem hai.</w:t>
      </w:r>
    </w:p>
    <w:p>
      <w:pPr>
        <w:jc w:val="right"/>
      </w:pPr>
      <w:r>
        <w:t>بے شک تمہارا رب حکیم اور علیم ہے۔</w:t>
      </w:r>
    </w:p>
    <w:p>
      <w:r>
        <w:rPr>
          <w:b/>
        </w:rPr>
        <w:t xml:space="preserve">[21:01] </w:t>
      </w:r>
      <w:r>
        <w:t>aur hum ne Ibrahim ko Ishaq aur Yaqoob ata ki</w:t>
      </w:r>
    </w:p>
    <w:p>
      <w:pPr>
        <w:jc w:val="right"/>
      </w:pPr>
      <w:r>
        <w:t>اور ہم نے ابراہیم کو اسحاق اور یعقوب عطا کی</w:t>
      </w:r>
    </w:p>
    <w:p>
      <w:r>
        <w:rPr>
          <w:b/>
        </w:rPr>
        <w:t xml:space="preserve">[21:06] </w:t>
      </w:r>
      <w:r>
        <w:t>e.</w:t>
      </w:r>
    </w:p>
    <w:p>
      <w:pPr>
        <w:jc w:val="right"/>
      </w:pPr>
      <w:r>
        <w:t>ے۔</w:t>
      </w:r>
    </w:p>
    <w:p>
      <w:r>
        <w:rPr>
          <w:b/>
        </w:rPr>
        <w:t xml:space="preserve">[21:11] </w:t>
      </w:r>
      <w:r>
        <w:t>har ek ko hum ne hidayat di aur Nuh ko bhi hum ne hidayat di is se pehle.</w:t>
      </w:r>
    </w:p>
    <w:p>
      <w:pPr>
        <w:jc w:val="right"/>
      </w:pPr>
      <w:r>
        <w:t>ہر ایک کو ہم نے ہدایت دی اور نوح کو بھی ہم نے ہدایت دی اس سے پہلے۔</w:t>
      </w:r>
    </w:p>
    <w:p>
      <w:r>
        <w:rPr>
          <w:b/>
        </w:rPr>
        <w:t xml:space="preserve">[21:15] </w:t>
      </w:r>
      <w:r>
        <w:t>aur us ki nasal mein se Daud aur Sulaiman aur Ayyub aur Yusuf aur Musa aur Haroon ko bhi.</w:t>
      </w:r>
    </w:p>
    <w:p>
      <w:pPr>
        <w:jc w:val="right"/>
      </w:pPr>
      <w:r>
        <w:t>اور اس کی نسل میں سے داؤد اور سلیمان اور ایوب اور یوسف اور موسیٰ اور ہارون کو بھی۔</w:t>
      </w:r>
    </w:p>
    <w:p>
      <w:r>
        <w:rPr>
          <w:b/>
        </w:rPr>
        <w:t xml:space="preserve">[21:19] </w:t>
      </w:r>
      <w:r>
        <w:t>aur hum nekon ko isi tarah badla dete hain.</w:t>
      </w:r>
    </w:p>
    <w:p>
      <w:pPr>
        <w:jc w:val="right"/>
      </w:pPr>
      <w:r>
        <w:t>اور ہم نیکوں کو اسی طرح بدلہ دیتے ہیں۔</w:t>
      </w:r>
    </w:p>
    <w:p>
      <w:r>
        <w:rPr>
          <w:b/>
        </w:rPr>
        <w:t xml:space="preserve">[21:24] </w:t>
      </w:r>
      <w:r>
        <w:t>aur Zakariya aur Yahya aur Isa aur Ilyas ko bhi in mein se har ek saleh tha.</w:t>
      </w:r>
    </w:p>
    <w:p>
      <w:pPr>
        <w:jc w:val="right"/>
      </w:pPr>
      <w:r>
        <w:t>اور زکریا اور یحییٰ اور عیسیٰ اور الیاس کو بھی ان میں سے ہر ایک صالح تھا۔</w:t>
      </w:r>
    </w:p>
    <w:p>
      <w:r>
        <w:rPr>
          <w:b/>
        </w:rPr>
        <w:t xml:space="preserve">[21:28] </w:t>
      </w:r>
      <w:r>
        <w:t>aur Ismail aur Alyasa aur Yunus aur Lut ko bhi aur in mein se har ek ko hum</w:t>
      </w:r>
    </w:p>
    <w:p>
      <w:pPr>
        <w:jc w:val="right"/>
      </w:pPr>
      <w:r>
        <w:t>اور اسماعیل اور الیساء اور یونس اور لوط کو بھی اور ان میں سے ہر ایک کو ہم</w:t>
      </w:r>
    </w:p>
    <w:p>
      <w:r>
        <w:rPr>
          <w:b/>
        </w:rPr>
        <w:t xml:space="preserve">[21:32] </w:t>
      </w:r>
      <w:r>
        <w:t>ne duniya walon par</w:t>
      </w:r>
    </w:p>
    <w:p>
      <w:pPr>
        <w:jc w:val="right"/>
      </w:pPr>
      <w:r>
        <w:t>نے دنیا والوں پر</w:t>
      </w:r>
    </w:p>
    <w:p>
      <w:r>
        <w:rPr>
          <w:b/>
        </w:rPr>
        <w:t xml:space="preserve">[21:37] </w:t>
      </w:r>
      <w:r>
        <w:t>fazilat ata ki.</w:t>
      </w:r>
    </w:p>
    <w:p>
      <w:pPr>
        <w:jc w:val="right"/>
      </w:pPr>
      <w:r>
        <w:t>فضیلت عطا کی۔</w:t>
      </w:r>
    </w:p>
    <w:p>
      <w:r>
        <w:rPr>
          <w:b/>
        </w:rPr>
        <w:t xml:space="preserve">[21:41] </w:t>
      </w:r>
      <w:r>
        <w:t>aur un ke baap dadon aur un ki aulad aur un ke bhaiyon mein se bhi.</w:t>
      </w:r>
    </w:p>
    <w:p>
      <w:pPr>
        <w:jc w:val="right"/>
      </w:pPr>
      <w:r>
        <w:t>اور ان کے باپ دادوں اور ان کی اولاد اور ان کے بھائیوں میں سے بھی۔</w:t>
      </w:r>
    </w:p>
    <w:p>
      <w:r>
        <w:rPr>
          <w:b/>
        </w:rPr>
        <w:t xml:space="preserve">[21:45] </w:t>
      </w:r>
      <w:r>
        <w:t>aur un ko hum ne chun liya aur hum ne seedhe rastay ki taraf un ki rehnumai ki.</w:t>
      </w:r>
    </w:p>
    <w:p>
      <w:pPr>
        <w:jc w:val="right"/>
      </w:pPr>
      <w:r>
        <w:t>اور ان کو ہم نے چن لیا اور ہم نے سیدھے راستے کی طرف ان کی رہنمائی کی۔</w:t>
      </w:r>
    </w:p>
    <w:p>
      <w:r>
        <w:rPr>
          <w:b/>
        </w:rPr>
        <w:t xml:space="preserve">[21:49] </w:t>
      </w:r>
      <w:r>
        <w:t>yeh Allah ki hidayaat hai.</w:t>
      </w:r>
    </w:p>
    <w:p>
      <w:pPr>
        <w:jc w:val="right"/>
      </w:pPr>
      <w:r>
        <w:t>یہ اللہ کی ہدایت ہے۔</w:t>
      </w:r>
    </w:p>
    <w:p>
      <w:r>
        <w:rPr>
          <w:b/>
        </w:rPr>
        <w:t xml:space="preserve">[21:54] </w:t>
      </w:r>
      <w:r>
        <w:t>woh is se sarfaraz karta hai apne bandoon mein se jis ko chahta hai.</w:t>
      </w:r>
    </w:p>
    <w:p>
      <w:pPr>
        <w:jc w:val="right"/>
      </w:pPr>
      <w:r>
        <w:t>وہ اس سے سرفراز کرتا ہے اپنے بندوں میں سے جس کو چاہتا ہے۔</w:t>
      </w:r>
    </w:p>
    <w:p>
      <w:r>
        <w:rPr>
          <w:b/>
        </w:rPr>
        <w:t xml:space="preserve">[21:58] </w:t>
      </w:r>
      <w:r>
        <w:t>aur agar woh shirk karte to zaya ho jata jo kuch unhon ne kiya tha.</w:t>
      </w:r>
    </w:p>
    <w:p>
      <w:pPr>
        <w:jc w:val="right"/>
      </w:pPr>
      <w:r>
        <w:t>اور اگر وہ شرک کرتے تو ضائع ہو جاتا جو کچھ انہوں نے کیا تھا۔</w:t>
      </w:r>
    </w:p>
    <w:p>
      <w:r>
        <w:rPr>
          <w:b/>
        </w:rPr>
        <w:t xml:space="preserve">[22:02] </w:t>
      </w:r>
      <w:r>
        <w:t>yeh log hain jin ko hum ne kitab aur hikmat aur nabuwat ata ki.</w:t>
      </w:r>
    </w:p>
    <w:p>
      <w:pPr>
        <w:jc w:val="right"/>
      </w:pPr>
      <w:r>
        <w:t>یہ لوگ ہیں جن کو ہم نے کتاب اور حکمت اور نبوت عطا کی۔</w:t>
      </w:r>
    </w:p>
    <w:p>
      <w:r>
        <w:rPr>
          <w:b/>
        </w:rPr>
        <w:t xml:space="preserve">[22:07] </w:t>
      </w:r>
      <w:r>
        <w:t>pas agar yeh makay walay is ka inkaar kar dain to hum nay is kay liye aisay log muqarrar kar diye hain jo is kay munkir nahi hain. yahi log hain jin ko Allah nay hidayat bakshi. pas tum bhi un kay tareeqay par chalo. kaho mein is par tum say koi muawza nahi maangta. yeh to bas aik naseehat hai dunya walon kay liye. aur unhon nay Allah ka bohat galat andaza lagaya jab unhon nay kaha keh Allah nay kisi insaan</w:t>
      </w:r>
    </w:p>
    <w:p>
      <w:pPr>
        <w:jc w:val="right"/>
      </w:pPr>
      <w:r>
        <w:t>پس اگر یہ مکے والے اس کا انکار کر دیں تو ہم نے اس کے لیے ایسے لوگ مقرر کر دیے ہیں جو اس کے منکر نہیں ہیں۔ یہی لوگ ہیں جن کو اللہ نے ہدایت بخشی۔ پس تم بھی ان کے طریقے پر چلو۔ کہہ دو میں اس پر تم سے کوئی معاوضہ نہیں مانگتا۔ یہ تو بس ایک نصیحت ہے دنیا والوں کے لیے۔ اور انہوں نے اللہ کا بہت غلط اندازہ لگایا جب انہوں نے کہا کہ اللہ نے کسی انسان</w:t>
      </w:r>
    </w:p>
    <w:p>
      <w:r>
        <w:rPr>
          <w:b/>
        </w:rPr>
        <w:t xml:space="preserve">[22:37] </w:t>
      </w:r>
      <w:r>
        <w:t>par koi cheez nahi utari. kaho keh woh kitab kis nay utari thi jis ko lay kar musa aaye thay? woh roshan thi aur rehnumaai thi logon kay wasitay. jis ko tum nay waraq waraq kar rakha hai. kuch kuch zahir kartay ho aur bohat kuch chhipa jatay ho. aur tum ko woh batain sikhhayen jin ko na jantay thay tum aur na tumharay baap dad. kaho keh Allah nay utari. phir un ko chhor do keh apni kaj bahson</w:t>
      </w:r>
    </w:p>
    <w:p>
      <w:pPr>
        <w:jc w:val="right"/>
      </w:pPr>
      <w:r>
        <w:t>پر کوئی چیز نہیں اتاری۔ کہو کہ وہ کتاب کس نے اتاری تھی جس کو لے کر موسیٰ آئے تھے؟ وہ روشن تھی اور رہنمائی تھی لوگوں کے واسطے۔ جس کو تم نے ورق ورق کر رکھا ہے۔ کچھ کچھ ظاہر کرتے ہو اور بہت کچھ چھپا جاتے ہو۔ اور تم کو وہ باتیں سکھائیں جن کو نہ جانتے تھے تم اور نہ تمہارے باپ دادا۔ کہو کہ اللہ نے اتاری۔ پھر ان کو چھوڑ دو کہ اپنی کج بحثوں</w:t>
      </w:r>
    </w:p>
    <w:p>
      <w:r>
        <w:rPr>
          <w:b/>
        </w:rPr>
        <w:t xml:space="preserve">[23:07] </w:t>
      </w:r>
      <w:r>
        <w:t>mein khailty rahen. aur yeh aik kitab hai jo hum nay utari hai. barkat wali hai. tasdeeq karnay wali un ko jo is say pehlay hain. aur taakay tu darraaye makay walon ko aur us kay aas paas walon ko aur jo aakhirat par yaqeen rakhtay hain wohi is par imaan layen gay. aur woh apni namaz ki hifaazat karnay walay hain. aur us say barh kar zalim kaun hoga jo Allah par jhooti tohmat bandhay ya</w:t>
      </w:r>
    </w:p>
    <w:p>
      <w:pPr>
        <w:jc w:val="right"/>
      </w:pPr>
      <w:r>
        <w:t>میں کھیلتے رہیں۔ اور یہ ایک کتاب ہے جو ہم نے اتاری ہے۔ برکت والی ہے۔ تصدیق کرنے والی ان کو جو اس سے پہلے ہیں۔ اور تاکہ تو ڈرائے مکے والوں کو اور اس کے آس پاس والوں کو اور جو آخرت پر یقین رکھتے ہیں وہی اس پر ایمان لائیں گے۔ اور وہ اپنی نماز کی حفاظت کرنے والے ہیں۔ اور اس سے بڑھ کر ظالم کون ہوگا جو اللہ پر جھوٹی تہمت باندھے یا</w:t>
      </w:r>
    </w:p>
    <w:p>
      <w:r>
        <w:rPr>
          <w:b/>
        </w:rPr>
        <w:t xml:space="preserve">[23:37] </w:t>
      </w:r>
      <w:r>
        <w:t xml:space="preserve"> kahe ke mujh par wahi aayi hai halan ke us par koi wahi nazil na ki gayi ho aur</w:t>
      </w:r>
    </w:p>
    <w:p>
      <w:pPr>
        <w:jc w:val="right"/>
      </w:pPr>
      <w:r>
        <w:t>کہے کہ مجھ پر وحی آئی ہے حالانکہ اس پر کوئی وحی نازل نہ کی گئی ہو اور</w:t>
      </w:r>
    </w:p>
    <w:p>
      <w:r>
        <w:rPr>
          <w:b/>
        </w:rPr>
        <w:t xml:space="preserve">[23:42] </w:t>
      </w:r>
      <w:r>
        <w:t>kahe ke jaisa kalam Khuda ne utara hai main bhi utaroonga.</w:t>
      </w:r>
    </w:p>
    <w:p>
      <w:pPr>
        <w:jc w:val="right"/>
      </w:pPr>
      <w:r>
        <w:t>کہے کہ جیسا کلام خدا نے اتارا ہے میں بھی اتاروں گا۔</w:t>
      </w:r>
    </w:p>
    <w:p>
      <w:r>
        <w:rPr>
          <w:b/>
        </w:rPr>
        <w:t xml:space="preserve">[23:47] </w:t>
      </w:r>
      <w:r>
        <w:t>aur kaash tum is waqt dekho jab ke yeh zalim maut ki sakhtiyon mein honge aur farishtay</w:t>
      </w:r>
    </w:p>
    <w:p>
      <w:pPr>
        <w:jc w:val="right"/>
      </w:pPr>
      <w:r>
        <w:t>اور کاش تم اس وقت دیکھو جب کہ یہ ظالم موت کی سختیوں میں ہوں گے اور فرشتے</w:t>
      </w:r>
    </w:p>
    <w:p>
      <w:r>
        <w:rPr>
          <w:b/>
        </w:rPr>
        <w:t xml:space="preserve">[23:52] </w:t>
      </w:r>
      <w:r>
        <w:t>haath barha rahe honge ke lao apni janen nikalo.</w:t>
      </w:r>
    </w:p>
    <w:p>
      <w:pPr>
        <w:jc w:val="right"/>
      </w:pPr>
      <w:r>
        <w:t>ہاتھ بڑھا رہے ہوں گے کہ لاؤ اپنی جانیں نکالو۔</w:t>
      </w:r>
    </w:p>
    <w:p>
      <w:r>
        <w:rPr>
          <w:b/>
        </w:rPr>
        <w:t xml:space="preserve">[23:57] </w:t>
      </w:r>
      <w:r>
        <w:t>aaj tum ko zulmat ka azab diya jayega is sabab se ke tum Allah par jhooti baaten kehte thay.</w:t>
      </w:r>
    </w:p>
    <w:p>
      <w:pPr>
        <w:jc w:val="right"/>
      </w:pPr>
      <w:r>
        <w:t>آج تم کو ذلت کا عذاب دیا جائے گا اس سبب سے کہ تم اللہ پر جھوٹی باتیں کہتے تھے۔</w:t>
      </w:r>
    </w:p>
    <w:p>
      <w:r>
        <w:rPr>
          <w:b/>
        </w:rPr>
        <w:t xml:space="preserve">[24:02] </w:t>
      </w:r>
      <w:r>
        <w:t>aur tum Allah ki nishaniyon se tak</w:t>
      </w:r>
    </w:p>
    <w:p>
      <w:pPr>
        <w:jc w:val="right"/>
      </w:pPr>
      <w:r>
        <w:t>اور تم اللہ کی نشانیوں سے تک</w:t>
      </w:r>
    </w:p>
    <w:p>
      <w:r>
        <w:rPr>
          <w:b/>
        </w:rPr>
        <w:t xml:space="preserve">[24:07] </w:t>
      </w:r>
      <w:r>
        <w:t>bar karte thay.</w:t>
      </w:r>
    </w:p>
    <w:p>
      <w:pPr>
        <w:jc w:val="right"/>
      </w:pPr>
      <w:r>
        <w:t>بر کرتے تھے۔</w:t>
      </w:r>
    </w:p>
    <w:p>
      <w:r>
        <w:rPr>
          <w:b/>
        </w:rPr>
        <w:t xml:space="preserve">[24:12] </w:t>
      </w:r>
      <w:r>
        <w:t>aur tum hamare paas akele akele aa gaye jaisa ke hum ne tum ko pehli martaba paida kiya tha.</w:t>
      </w:r>
    </w:p>
    <w:p>
      <w:pPr>
        <w:jc w:val="right"/>
      </w:pPr>
      <w:r>
        <w:t>اور تم ہمارے پاس اکیلے اکیلے آ گئے جیسا کہ ہم نے تم کو پہلی مرتبہ پیدا کیا تھا۔</w:t>
      </w:r>
    </w:p>
    <w:p>
      <w:r>
        <w:rPr>
          <w:b/>
        </w:rPr>
        <w:t xml:space="preserve">[24:17] </w:t>
      </w:r>
      <w:r>
        <w:t>aur jo kuch asbab hum ne tum ko diya tha sab tum peechay chhod aaye.</w:t>
      </w:r>
    </w:p>
    <w:p>
      <w:pPr>
        <w:jc w:val="right"/>
      </w:pPr>
      <w:r>
        <w:t>اور جو کچھ اسباب ہم نے تم کو دیا تھا سب تم پیچھے چھوڑ آئے۔</w:t>
      </w:r>
    </w:p>
    <w:p>
      <w:r>
        <w:rPr>
          <w:b/>
        </w:rPr>
        <w:t xml:space="preserve">[24:22] </w:t>
      </w:r>
      <w:r>
        <w:t>aur hum tumhare sath in sifarish walon ko bhi nahi dekhte jin ke mutaliq tum samajhte thay ke</w:t>
      </w:r>
    </w:p>
    <w:p>
      <w:pPr>
        <w:jc w:val="right"/>
      </w:pPr>
      <w:r>
        <w:t>اور ہم تمہارے ساتھ ان سفارش والوں کو بھی نہیں دیکھتے جن کے متعلق تم سمجھتے تھے کہ</w:t>
      </w:r>
    </w:p>
    <w:p>
      <w:r>
        <w:rPr>
          <w:b/>
        </w:rPr>
        <w:t xml:space="preserve">[24:28] </w:t>
      </w:r>
      <w:r>
        <w:t>tumhara kaam bananay mein un ka bhi hissa hai.</w:t>
      </w:r>
    </w:p>
    <w:p>
      <w:pPr>
        <w:jc w:val="right"/>
      </w:pPr>
      <w:r>
        <w:t>تمہارا کام بنانے میں ان کا بھی حصہ ہے۔</w:t>
      </w:r>
    </w:p>
    <w:p>
      <w:r>
        <w:rPr>
          <w:b/>
        </w:rPr>
        <w:t xml:space="preserve">[24:33] </w:t>
      </w:r>
      <w:r>
        <w:t>tumhara rishta toot gaya aur tum se jatay rahe woh daaway jo tum karte thay.</w:t>
      </w:r>
    </w:p>
    <w:p>
      <w:pPr>
        <w:jc w:val="right"/>
      </w:pPr>
      <w:r>
        <w:t>تمہارا رشتہ ٹوٹ گیا اور تم سے جاتے رہے وہ دعوے جو تم کرتے تھے۔</w:t>
      </w:r>
    </w:p>
    <w:p>
      <w:r>
        <w:rPr>
          <w:b/>
        </w:rPr>
        <w:t xml:space="preserve">[24:38] </w:t>
      </w:r>
      <w:r>
        <w:t>beshak Allah dane aur guthli ko pharne wala hai.</w:t>
      </w:r>
    </w:p>
    <w:p>
      <w:pPr>
        <w:jc w:val="right"/>
      </w:pPr>
      <w:r>
        <w:t>بے شک اللہ دانے اور گٹھلی کو پھاڑنے والا ہے۔</w:t>
      </w:r>
    </w:p>
    <w:p>
      <w:r>
        <w:rPr>
          <w:b/>
        </w:rPr>
        <w:t xml:space="preserve">[24:43] </w:t>
      </w:r>
      <w:r>
        <w:t>woh jandar ko bejan se nikalta hai aur wohi bejan ko jandar se nikalne wala hai.</w:t>
      </w:r>
    </w:p>
    <w:p>
      <w:pPr>
        <w:jc w:val="right"/>
      </w:pPr>
      <w:r>
        <w:t>وہ جاندار کو بے جان سے نکالتا ہے اور وہی بے جان کو جاندار سے نکالنے والا ہے۔</w:t>
      </w:r>
    </w:p>
    <w:p>
      <w:r>
        <w:rPr>
          <w:b/>
        </w:rPr>
        <w:t xml:space="preserve">[24:48] </w:t>
      </w:r>
      <w:r>
        <w:t>wohi tumhara Allah hai.</w:t>
      </w:r>
    </w:p>
    <w:p>
      <w:pPr>
        <w:jc w:val="right"/>
      </w:pPr>
      <w:r>
        <w:t>وہی تمہارا اللہ ہے۔</w:t>
      </w:r>
    </w:p>
    <w:p>
      <w:r>
        <w:rPr>
          <w:b/>
        </w:rPr>
        <w:t xml:space="preserve">[24:53] </w:t>
      </w:r>
      <w:r>
        <w:t>phir tum kidhar beh ke chale ja rahe ho? wohi baramad karne wala hai subah ka aur us</w:t>
      </w:r>
    </w:p>
    <w:p>
      <w:pPr>
        <w:jc w:val="right"/>
      </w:pPr>
      <w:r>
        <w:t>پھر تم کدھر بہہ کے چلے جا رہے ہو؟ وہی برآمد کرنے والا ہے صبح کا اور اس</w:t>
      </w:r>
    </w:p>
    <w:p>
      <w:r>
        <w:rPr>
          <w:b/>
        </w:rPr>
        <w:t xml:space="preserve">[24:58] </w:t>
      </w:r>
      <w:r>
        <w:t>ne raat ko sukoon ka waqt banaya aur suraj aur chand ko hisab se rakha hai.</w:t>
      </w:r>
    </w:p>
    <w:p>
      <w:pPr>
        <w:jc w:val="right"/>
      </w:pPr>
      <w:r>
        <w:t>نے رات کو سکون کا وقت بنایا اور سورج اور چاند کو حساب سے رکھا ہے۔</w:t>
      </w:r>
    </w:p>
    <w:p>
      <w:r>
        <w:rPr>
          <w:b/>
        </w:rPr>
        <w:t xml:space="preserve">[25:03] </w:t>
      </w:r>
      <w:r>
        <w:t>yeh thehra hua hai baray ghalbay walay ka. baray ilm</w:t>
      </w:r>
    </w:p>
    <w:p>
      <w:pPr>
        <w:jc w:val="right"/>
      </w:pPr>
      <w:r>
        <w:t>یہ ٹھہرایا ہوا ہے بڑے غلبے والے کا۔ بڑے علم</w:t>
      </w:r>
    </w:p>
    <w:p>
      <w:r>
        <w:rPr>
          <w:b/>
        </w:rPr>
        <w:t xml:space="preserve">[25:08] </w:t>
      </w:r>
      <w:r>
        <w:t>walay ka.</w:t>
      </w:r>
    </w:p>
    <w:p>
      <w:pPr>
        <w:jc w:val="right"/>
      </w:pPr>
      <w:r>
        <w:t>والے کا۔</w:t>
      </w:r>
    </w:p>
    <w:p>
      <w:r>
        <w:rPr>
          <w:b/>
        </w:rPr>
        <w:t xml:space="preserve">[25:13] </w:t>
      </w:r>
      <w:r>
        <w:t>aur wohi hai jis ne tumhare liye sitare banaye ta ke tum un ke zariye se khushki aur tareek</w:t>
      </w:r>
    </w:p>
    <w:p>
      <w:pPr>
        <w:jc w:val="right"/>
      </w:pPr>
      <w:r>
        <w:t>اور وہی ہے جس نے تمہارے لیے ستارے بنائے تاکہ تم ان کے ذریعے سے خشکی اور تاریک</w:t>
      </w:r>
    </w:p>
    <w:p>
      <w:r>
        <w:rPr>
          <w:b/>
        </w:rPr>
        <w:t xml:space="preserve">[25:17] </w:t>
      </w:r>
      <w:r>
        <w:t>andheron mein rah pao.</w:t>
      </w:r>
    </w:p>
    <w:p>
      <w:pPr>
        <w:jc w:val="right"/>
      </w:pPr>
      <w:r>
        <w:t>اندھیروں میں راہ پاؤ۔</w:t>
      </w:r>
    </w:p>
    <w:p>
      <w:r>
        <w:rPr>
          <w:b/>
        </w:rPr>
        <w:t xml:space="preserve">[25:22] </w:t>
      </w:r>
      <w:r>
        <w:t>beshak hum ne dalail khol kar bayan kar diye hain un logon ke liye jo janna chahen.</w:t>
      </w:r>
    </w:p>
    <w:p>
      <w:pPr>
        <w:jc w:val="right"/>
      </w:pPr>
      <w:r>
        <w:t>بے شک ہم نے دلائل کھول کر بیان کر دیے ہیں ان لوگوں کے لیے جو جاننا چاہیں۔</w:t>
      </w:r>
    </w:p>
    <w:p>
      <w:r>
        <w:rPr>
          <w:b/>
        </w:rPr>
        <w:t xml:space="preserve">[25:26] </w:t>
      </w:r>
      <w:r>
        <w:t>aur wohi hai jis ne tum ko paida kiya ek jaan se.</w:t>
      </w:r>
    </w:p>
    <w:p>
      <w:pPr>
        <w:jc w:val="right"/>
      </w:pPr>
      <w:r>
        <w:t>اور وہی ہے جس نے تم کو پیدا کیا ایک جان سے۔</w:t>
      </w:r>
    </w:p>
    <w:p>
      <w:r>
        <w:rPr>
          <w:b/>
        </w:rPr>
        <w:t xml:space="preserve">[25:30] </w:t>
      </w:r>
      <w:r>
        <w:t>phir har ek ke liye ek thikana hai aur har ek ke liye us ke sonpay janay ki jagah.</w:t>
      </w:r>
    </w:p>
    <w:p>
      <w:pPr>
        <w:jc w:val="right"/>
      </w:pPr>
      <w:r>
        <w:t>پھر ہر ایک کے لیے ایک ٹھکانہ ہے اور ہر ایک کے لیے اس کے سونپے جانے کی جگہ۔</w:t>
      </w:r>
    </w:p>
    <w:p>
      <w:r>
        <w:rPr>
          <w:b/>
        </w:rPr>
        <w:t xml:space="preserve">[25:35] </w:t>
      </w:r>
      <w:r>
        <w:t>hum ne dalail khol kar bayan kar diye hain</w:t>
      </w:r>
    </w:p>
    <w:p>
      <w:pPr>
        <w:jc w:val="right"/>
      </w:pPr>
      <w:r>
        <w:t>ہم نے دلائل کھول کر بیان کر دیے ہیں</w:t>
      </w:r>
    </w:p>
    <w:p>
      <w:r>
        <w:rPr>
          <w:b/>
        </w:rPr>
        <w:t xml:space="preserve">[25:39] </w:t>
      </w:r>
      <w:r>
        <w:t>un logon ke liye jo samjhen.</w:t>
      </w:r>
    </w:p>
    <w:p>
      <w:pPr>
        <w:jc w:val="right"/>
      </w:pPr>
      <w:r>
        <w:t>ان لوگوں کے لیے جو سمجھیں۔</w:t>
      </w:r>
    </w:p>
    <w:p>
      <w:r>
        <w:rPr>
          <w:b/>
        </w:rPr>
        <w:t xml:space="preserve">[25:43] </w:t>
      </w:r>
      <w:r>
        <w:t>aur wohi hai jis ne aasman se pani barsaya.</w:t>
      </w:r>
    </w:p>
    <w:p>
      <w:pPr>
        <w:jc w:val="right"/>
      </w:pPr>
      <w:r>
        <w:t>اور وہی ہے جس نے آسمان سے پانی برسایا۔</w:t>
      </w:r>
    </w:p>
    <w:p>
      <w:r>
        <w:rPr>
          <w:b/>
        </w:rPr>
        <w:t xml:space="preserve">[25:48] </w:t>
      </w:r>
      <w:r>
        <w:t>phir hum ne is se nikali ugne wali har cheez.</w:t>
      </w:r>
    </w:p>
    <w:p>
      <w:pPr>
        <w:jc w:val="right"/>
      </w:pPr>
      <w:r>
        <w:t>پھر ہم نے اس سے نکالی اگنے والی ہر چیز۔</w:t>
      </w:r>
    </w:p>
    <w:p>
      <w:r>
        <w:rPr>
          <w:b/>
        </w:rPr>
        <w:t xml:space="preserve">[25:52] </w:t>
      </w:r>
      <w:r>
        <w:t>phir hum ne is se sabz shakh nikali jis se hum teh ba teh dane paida kar dete hain.</w:t>
      </w:r>
    </w:p>
    <w:p>
      <w:pPr>
        <w:jc w:val="right"/>
      </w:pPr>
      <w:r>
        <w:t>پھر ہم نے اس سے سرسبز شاخ نکالی جس سے ہم تہہ بہ تہہ دانے پیدا کر دیتے ہیں۔</w:t>
      </w:r>
    </w:p>
    <w:p>
      <w:r>
        <w:rPr>
          <w:b/>
        </w:rPr>
        <w:t xml:space="preserve">[25:56] </w:t>
      </w:r>
      <w:r>
        <w:t>aur khajoor ke gaabhe mein se phal ke kuchay jhuke hue aur bagh angor ke aur zaitoon ke</w:t>
      </w:r>
    </w:p>
    <w:p>
      <w:pPr>
        <w:jc w:val="right"/>
      </w:pPr>
      <w:r>
        <w:t>اور کھجور کے گابھے میں سے پھل کے کچھے جھکے ہوئے اور باغ انگور کے اور زیتون کے</w:t>
      </w:r>
    </w:p>
    <w:p>
      <w:r>
        <w:rPr>
          <w:b/>
        </w:rPr>
        <w:t xml:space="preserve">[26:01] </w:t>
      </w:r>
      <w:r>
        <w:t>aur anar ke aapas mein miltay jultay aur juda juda bhi.</w:t>
      </w:r>
    </w:p>
    <w:p>
      <w:pPr>
        <w:jc w:val="right"/>
      </w:pPr>
      <w:r>
        <w:t>اور انار کے آپس میں ملتے جلتے اور جدا جدا بھی۔</w:t>
      </w:r>
    </w:p>
    <w:p>
      <w:r>
        <w:rPr>
          <w:b/>
        </w:rPr>
        <w:t xml:space="preserve">[26:05] </w:t>
      </w:r>
      <w:r>
        <w:t>har ek ke</w:t>
      </w:r>
    </w:p>
    <w:p>
      <w:pPr>
        <w:jc w:val="right"/>
      </w:pPr>
      <w:r>
        <w:t>ہر ایک کے</w:t>
      </w:r>
    </w:p>
    <w:p>
      <w:r>
        <w:rPr>
          <w:b/>
        </w:rPr>
        <w:t xml:space="preserve">[26:09] </w:t>
      </w:r>
      <w:r>
        <w:t>phal ko dekho jab woh phalta hai aur is ke pakne ko dekho jab woh pakta hai.</w:t>
      </w:r>
    </w:p>
    <w:p>
      <w:pPr>
        <w:jc w:val="right"/>
      </w:pPr>
      <w:r>
        <w:t>پھل کو دیکھو جب وہ پھلتا ہے اور اس کے پکنے کو دیکھو جب وہ پکتا ہے۔</w:t>
      </w:r>
    </w:p>
    <w:p>
      <w:r>
        <w:rPr>
          <w:b/>
        </w:rPr>
        <w:t xml:space="preserve">[26:15] </w:t>
      </w:r>
      <w:r>
        <w:t>beshak un ke andar nishaniyan hain un logon ke liye jo iman ki talab rakhte hain.</w:t>
      </w:r>
    </w:p>
    <w:p>
      <w:pPr>
        <w:jc w:val="right"/>
      </w:pPr>
      <w:r>
        <w:t>بے شک ان کے اندر نشانیاں ہیں ان لوگوں کے لیے جو ایمان کی طلب رکھتے ہیں۔</w:t>
      </w:r>
    </w:p>
    <w:p>
      <w:r>
        <w:rPr>
          <w:b/>
        </w:rPr>
        <w:t xml:space="preserve">[26:21] </w:t>
      </w:r>
      <w:r>
        <w:t>aur unhon ne jinat ko Allah ka shareek qarar diya halankay usi ne un ko paida kiya hai</w:t>
      </w:r>
    </w:p>
    <w:p>
      <w:pPr>
        <w:jc w:val="right"/>
      </w:pPr>
      <w:r>
        <w:t>اور انہوں نے جنات کو اللہ کا شریک قرار دیا حالانکہ اسی نے ان کو پیدا کیا ہے</w:t>
      </w:r>
    </w:p>
    <w:p>
      <w:r>
        <w:rPr>
          <w:b/>
        </w:rPr>
        <w:t xml:space="preserve">[26:27] </w:t>
      </w:r>
      <w:r>
        <w:t>aur be janay boojhe is ke liye bete aur betiyan tarasheen.</w:t>
      </w:r>
    </w:p>
    <w:p>
      <w:pPr>
        <w:jc w:val="right"/>
      </w:pPr>
      <w:r>
        <w:t>اور بے جانے بوجھے اس کے لیے بیٹے اور بیٹیاں تراشیں۔</w:t>
      </w:r>
    </w:p>
    <w:p>
      <w:r>
        <w:rPr>
          <w:b/>
        </w:rPr>
        <w:t xml:space="preserve">[26:33] </w:t>
      </w:r>
      <w:r>
        <w:t>pak aur bartar hai woh in baton se jo yeh bayan karte hain. woh</w:t>
      </w:r>
    </w:p>
    <w:p>
      <w:pPr>
        <w:jc w:val="right"/>
      </w:pPr>
      <w:r>
        <w:t>پاک اور برتر ہے وہ ان باتوں سے جو یہ بیان کرتے ہیں۔ وہ</w:t>
      </w:r>
    </w:p>
    <w:p>
      <w:r>
        <w:rPr>
          <w:b/>
        </w:rPr>
        <w:t xml:space="preserve">[26:39] </w:t>
      </w:r>
      <w:r>
        <w:t>aasmanon aur zameen ka moojid hai.</w:t>
      </w:r>
    </w:p>
    <w:p>
      <w:pPr>
        <w:jc w:val="right"/>
      </w:pPr>
      <w:r>
        <w:t>آسمانوں اور زمین کا موجد ہے۔</w:t>
      </w:r>
    </w:p>
    <w:p>
      <w:r>
        <w:rPr>
          <w:b/>
        </w:rPr>
        <w:t xml:space="preserve">[26:43] </w:t>
      </w:r>
      <w:r>
        <w:t>iska koi beta kaise ho sakta hai jab ke iski koi biwi nahi aur us ne</w:t>
      </w:r>
    </w:p>
    <w:p>
      <w:pPr>
        <w:jc w:val="right"/>
      </w:pPr>
      <w:r>
        <w:t>اس کا کوئی بیٹا کیسے ہو سکتا ہے جب کہ اس کی کوئی بیوی نہیں اور اس نے</w:t>
      </w:r>
    </w:p>
    <w:p>
      <w:r>
        <w:rPr>
          <w:b/>
        </w:rPr>
        <w:t xml:space="preserve">[26:46] </w:t>
      </w:r>
      <w:r>
        <w:t>har cheez ko paida kiya hai aur woh har cheez se ba khabar hai.</w:t>
      </w:r>
    </w:p>
    <w:p>
      <w:pPr>
        <w:jc w:val="right"/>
      </w:pPr>
      <w:r>
        <w:t>ہر چیز کو پیدا کیا ہے اور وہ ہر چیز سے باخبر ہے۔</w:t>
      </w:r>
    </w:p>
    <w:p>
      <w:r>
        <w:rPr>
          <w:b/>
        </w:rPr>
        <w:t xml:space="preserve">[26:49] </w:t>
      </w:r>
      <w:r>
        <w:t>yeh hai Allah tumhara rab.</w:t>
      </w:r>
    </w:p>
    <w:p>
      <w:pPr>
        <w:jc w:val="right"/>
      </w:pPr>
      <w:r>
        <w:t>یہ ہے اللہ تمہارا رب۔</w:t>
      </w:r>
    </w:p>
    <w:p>
      <w:r>
        <w:rPr>
          <w:b/>
        </w:rPr>
        <w:t xml:space="preserve">[26:53] </w:t>
      </w:r>
      <w:r>
        <w:t>iske siwa koi mabood nahi.</w:t>
      </w:r>
    </w:p>
    <w:p>
      <w:pPr>
        <w:jc w:val="right"/>
      </w:pPr>
      <w:r>
        <w:t>اس کے سوا کوئی معبود نہیں۔</w:t>
      </w:r>
    </w:p>
    <w:p>
      <w:r>
        <w:rPr>
          <w:b/>
        </w:rPr>
        <w:t xml:space="preserve">[26:56] </w:t>
      </w:r>
      <w:r>
        <w:t>wohi har cheez ka khaliq hai.</w:t>
      </w:r>
    </w:p>
    <w:p>
      <w:pPr>
        <w:jc w:val="right"/>
      </w:pPr>
      <w:r>
        <w:t>وہی ہر چیز کا خالق ہے۔</w:t>
      </w:r>
    </w:p>
    <w:p>
      <w:r>
        <w:rPr>
          <w:b/>
        </w:rPr>
        <w:t xml:space="preserve">[27:00] </w:t>
      </w:r>
      <w:r>
        <w:t>pas tum usi ki ibadat karo.</w:t>
      </w:r>
    </w:p>
    <w:p>
      <w:pPr>
        <w:jc w:val="right"/>
      </w:pPr>
      <w:r>
        <w:t>پس تم اسی کی عبادت کرو۔</w:t>
      </w:r>
    </w:p>
    <w:p>
      <w:r>
        <w:rPr>
          <w:b/>
        </w:rPr>
        <w:t xml:space="preserve">[27:03] </w:t>
      </w:r>
      <w:r>
        <w:t>aur woh har cheez ka karsaz hai.</w:t>
      </w:r>
    </w:p>
    <w:p>
      <w:pPr>
        <w:jc w:val="right"/>
      </w:pPr>
      <w:r>
        <w:t>اور وہ ہر چیز کا کارساز ہے۔</w:t>
      </w:r>
    </w:p>
    <w:p>
      <w:r>
        <w:rPr>
          <w:b/>
        </w:rPr>
        <w:t xml:space="preserve">[27:06] </w:t>
      </w:r>
      <w:r>
        <w:t>us ko nigahein nahi paati magar woh nigaahon ko pa leta hai.</w:t>
      </w:r>
    </w:p>
    <w:p>
      <w:pPr>
        <w:jc w:val="right"/>
      </w:pPr>
      <w:r>
        <w:t>اس کو نگاہیں نہیں پاتیں مگر وہ نگاہوں کو پا لیتا ہے۔</w:t>
      </w:r>
    </w:p>
    <w:p>
      <w:r>
        <w:rPr>
          <w:b/>
        </w:rPr>
        <w:t xml:space="preserve">[27:10] </w:t>
      </w:r>
      <w:r>
        <w:t>woh bara bareek been aur bara ba khabar hai. ab tumharay paas tumharay rab ki taraf say baseerat ki roshniyan aa chuki hain. pas jo benaai say kaam lay ga woh apnay hi liye aur jo andha banay ga woh khud nuqsaan uthaye ga. aur mein tumharay oopar koi nigran nahi hoon. aur is tarah hum apni dalail mukhtalif tareeqon say bayan kartay hain aur taakay woh kahain keh tum nay parh diya aur taakay hum achhi</w:t>
      </w:r>
    </w:p>
    <w:p>
      <w:pPr>
        <w:jc w:val="right"/>
      </w:pPr>
      <w:r>
        <w:t>وہ بڑا باریک بین اور بڑا باخبر ہے۔ اب تمہارے پاس تمہارے رب کی طرف سے بصیرت کی روشنیاں آ چکی ہیں۔ پس جو بینائی سے کام لے گا وہ اپنے ہی لیے اور جو اندھا بنے گا وہ خود نقصان اٹھائے گا۔ اور میں تمہارے اوپر کوئی نگراں نہیں ہوں۔ اور اس طرح ہم اپنی دلیلیں مختلف طریقوں سے بیان کرتے ہیں اور تاکہ وہ کہیں کہ تم نے پڑھ دیا اور تاکہ ہم اچھی</w:t>
      </w:r>
    </w:p>
    <w:p>
      <w:r>
        <w:rPr>
          <w:b/>
        </w:rPr>
        <w:t xml:space="preserve">[27:40] </w:t>
      </w:r>
      <w:r>
        <w:t>tarah khol dein in logon ke liye jo janna chahein.</w:t>
      </w:r>
    </w:p>
    <w:p>
      <w:pPr>
        <w:jc w:val="right"/>
      </w:pPr>
      <w:r>
        <w:t>طرح کھول دیں ان لوگوں کے لیے جو جاننا چاہیں۔</w:t>
      </w:r>
    </w:p>
    <w:p>
      <w:r>
        <w:rPr>
          <w:b/>
        </w:rPr>
        <w:t xml:space="preserve">[27:43] </w:t>
      </w:r>
      <w:r>
        <w:t>tum bas is cheez ki pairwi karo jo tumhare rab ki taraf se tum par wahi ki ja rahi hai.</w:t>
      </w:r>
    </w:p>
    <w:p>
      <w:pPr>
        <w:jc w:val="right"/>
      </w:pPr>
      <w:r>
        <w:t>تم بس اس چیز کی پیروی کرو جو تمہارے رب کی طرف سے تم پر وحی کی جا رہی ہے۔</w:t>
      </w:r>
    </w:p>
    <w:p>
      <w:r>
        <w:rPr>
          <w:b/>
        </w:rPr>
        <w:t xml:space="preserve">[27:46] </w:t>
      </w:r>
      <w:r>
        <w:t>us ke siwa koi maabood nahi.</w:t>
      </w:r>
    </w:p>
    <w:p>
      <w:pPr>
        <w:jc w:val="right"/>
      </w:pPr>
      <w:r>
        <w:t>اس کے سوا کوئی معبود نہیں۔</w:t>
      </w:r>
    </w:p>
    <w:p>
      <w:r>
        <w:rPr>
          <w:b/>
        </w:rPr>
        <w:t xml:space="preserve">[27:50] </w:t>
      </w:r>
      <w:r>
        <w:t>aur mushrikon se araz karo.</w:t>
      </w:r>
    </w:p>
    <w:p>
      <w:pPr>
        <w:jc w:val="right"/>
      </w:pPr>
      <w:r>
        <w:t>اور مشرکوں سے اعراض کرو۔</w:t>
      </w:r>
    </w:p>
    <w:p>
      <w:r>
        <w:rPr>
          <w:b/>
        </w:rPr>
        <w:t xml:space="preserve">[27:53] </w:t>
      </w:r>
      <w:r>
        <w:t>aur agar Allah chahta to yeh log shirk na karte.</w:t>
      </w:r>
    </w:p>
    <w:p>
      <w:pPr>
        <w:jc w:val="right"/>
      </w:pPr>
      <w:r>
        <w:t>اور اگر اللہ چاہتا تو یہ لوگ شرک نہ کرتے۔</w:t>
      </w:r>
    </w:p>
    <w:p>
      <w:r>
        <w:rPr>
          <w:b/>
        </w:rPr>
        <w:t xml:space="preserve">[27:56] </w:t>
      </w:r>
      <w:r>
        <w:t>aur hum ne tum ko un ke upar nigran nahi banaya hai.</w:t>
      </w:r>
    </w:p>
    <w:p>
      <w:pPr>
        <w:jc w:val="right"/>
      </w:pPr>
      <w:r>
        <w:t>اور ہم نے تم کو ان کے اوپر نگراں نہیں بنایا ہے۔</w:t>
      </w:r>
    </w:p>
    <w:p>
      <w:r>
        <w:rPr>
          <w:b/>
        </w:rPr>
        <w:t xml:space="preserve">[28:00] </w:t>
      </w:r>
      <w:r>
        <w:t>aur na tum un par mukhtar ho.</w:t>
      </w:r>
    </w:p>
    <w:p>
      <w:pPr>
        <w:jc w:val="right"/>
      </w:pPr>
      <w:r>
        <w:t>اور نہ تم ان پر مختار ہو۔</w:t>
      </w:r>
    </w:p>
    <w:p>
      <w:r>
        <w:rPr>
          <w:b/>
        </w:rPr>
        <w:t xml:space="preserve">[28:03] </w:t>
      </w:r>
      <w:r>
        <w:t>aur Allah ke siwa jin ko yeh log pukaarte hain un ko gaali na do.</w:t>
      </w:r>
    </w:p>
    <w:p>
      <w:pPr>
        <w:jc w:val="right"/>
      </w:pPr>
      <w:r>
        <w:t>اور اللہ کے سوا جن کو یہ لوگ پکارتے ہیں ان کو گالی نہ دو۔</w:t>
      </w:r>
    </w:p>
    <w:p>
      <w:r>
        <w:rPr>
          <w:b/>
        </w:rPr>
        <w:t xml:space="preserve">[28:07] </w:t>
      </w:r>
      <w:r>
        <w:t>warna yeh log</w:t>
      </w:r>
    </w:p>
    <w:p>
      <w:pPr>
        <w:jc w:val="right"/>
      </w:pPr>
      <w:r>
        <w:t>ورنہ یہ لوگ</w:t>
      </w:r>
    </w:p>
    <w:p>
      <w:r>
        <w:rPr>
          <w:b/>
        </w:rPr>
        <w:t xml:space="preserve">[28:10] </w:t>
      </w:r>
      <w:r>
        <w:t>hadd se guzar kar jahalat ki bina par Allah ko gaaliyan dene lagen ge.</w:t>
      </w:r>
    </w:p>
    <w:p>
      <w:pPr>
        <w:jc w:val="right"/>
      </w:pPr>
      <w:r>
        <w:t>حد سے گزر کر جہالت کی بنا پر اللہ کو گالیاں دینے لگیں گے۔</w:t>
      </w:r>
    </w:p>
    <w:p>
      <w:r>
        <w:rPr>
          <w:b/>
        </w:rPr>
        <w:t xml:space="preserve">[28:14] </w:t>
      </w:r>
      <w:r>
        <w:t>isi tarah hum ne har giroh ki nazar mein is ke amal ko khushnuma bana diya hai.</w:t>
      </w:r>
    </w:p>
    <w:p>
      <w:pPr>
        <w:jc w:val="right"/>
      </w:pPr>
      <w:r>
        <w:t>اسی طرح ہم نے ہر گروہ کی نظر میں اس کے عمل کو خوشنما بنا دیا ہے۔</w:t>
      </w:r>
    </w:p>
    <w:p>
      <w:r>
        <w:rPr>
          <w:b/>
        </w:rPr>
        <w:t xml:space="preserve">[28:18] </w:t>
      </w:r>
      <w:r>
        <w:t>phir un sab ko apne rab ki taraf palatna hai.</w:t>
      </w:r>
    </w:p>
    <w:p>
      <w:pPr>
        <w:jc w:val="right"/>
      </w:pPr>
      <w:r>
        <w:t>پھر ان سب کو اپنے رب کی طرف پلٹنا ہے۔</w:t>
      </w:r>
    </w:p>
    <w:p>
      <w:r>
        <w:rPr>
          <w:b/>
        </w:rPr>
        <w:t xml:space="preserve">[28:23] </w:t>
      </w:r>
      <w:r>
        <w:t>is waqt Allah unhein bata de ga jo woh karte thay.</w:t>
      </w:r>
    </w:p>
    <w:p>
      <w:pPr>
        <w:jc w:val="right"/>
      </w:pPr>
      <w:r>
        <w:t>اس وقت اللہ انہیں بتا دے گا جو وہ کرتے تھے۔</w:t>
      </w:r>
    </w:p>
    <w:p>
      <w:r>
        <w:rPr>
          <w:b/>
        </w:rPr>
        <w:t xml:space="preserve">[28:27] </w:t>
      </w:r>
      <w:r>
        <w:t>aur yeh log Allah ki qasam bare zor se kha kar kehte hain ke agar un ke paas</w:t>
      </w:r>
    </w:p>
    <w:p>
      <w:pPr>
        <w:jc w:val="right"/>
      </w:pPr>
      <w:r>
        <w:t>اور یہ لوگ اللہ کی قسم بڑے زور سے کھا کر کہتے ہیں کہ اگر ان کے پاس</w:t>
      </w:r>
    </w:p>
    <w:p>
      <w:r>
        <w:rPr>
          <w:b/>
        </w:rPr>
        <w:t xml:space="preserve">[28:31] </w:t>
      </w:r>
      <w:r>
        <w:t>koi nishani aa jaye to woh zaroor us par iman le ayein.</w:t>
      </w:r>
    </w:p>
    <w:p>
      <w:pPr>
        <w:jc w:val="right"/>
      </w:pPr>
      <w:r>
        <w:t>کوئی نشانی آ جائے تو وہ ضرور اس پر ایمان لے آئیں۔</w:t>
      </w:r>
    </w:p>
    <w:p>
      <w:r>
        <w:rPr>
          <w:b/>
        </w:rPr>
        <w:t xml:space="preserve">[28:36] </w:t>
      </w:r>
      <w:r>
        <w:t>keh do ke nishaniyan to Allah ke pa</w:t>
      </w:r>
    </w:p>
    <w:p>
      <w:pPr>
        <w:jc w:val="right"/>
      </w:pPr>
      <w:r>
        <w:t>کہہ دو کہ نشانیاں تو اللہ کے پ</w:t>
      </w:r>
    </w:p>
    <w:p>
      <w:r>
        <w:rPr>
          <w:b/>
        </w:rPr>
        <w:t xml:space="preserve">[28:40] </w:t>
      </w:r>
      <w:r>
        <w:t>hain.</w:t>
      </w:r>
    </w:p>
    <w:p>
      <w:pPr>
        <w:jc w:val="right"/>
      </w:pPr>
      <w:r>
        <w:t>اس ہیں۔</w:t>
      </w:r>
    </w:p>
    <w:p>
      <w:r>
        <w:rPr>
          <w:b/>
        </w:rPr>
        <w:t xml:space="preserve">[28:44] </w:t>
      </w:r>
      <w:r>
        <w:t>aur tumhein kya khabar ke agar nishaniyan aa jayen tab bhi yeh iman nahi layenge.</w:t>
      </w:r>
    </w:p>
    <w:p>
      <w:pPr>
        <w:jc w:val="right"/>
      </w:pPr>
      <w:r>
        <w:t>اور تمہیں کیا خبر کہ اگر نشانیاں آ جائیں تب بھی یہ ایمان نہیں لائیں گے۔</w:t>
      </w:r>
    </w:p>
    <w:p>
      <w:r>
        <w:rPr>
          <w:b/>
        </w:rPr>
        <w:t xml:space="preserve">[28:49] </w:t>
      </w:r>
      <w:r>
        <w:t>aur hum un ke dilo aur un ki nigaahon ko pher dein ge jaisa ke yeh log is</w:t>
      </w:r>
    </w:p>
    <w:p>
      <w:pPr>
        <w:jc w:val="right"/>
      </w:pPr>
      <w:r>
        <w:t>اور ہم ان کے دلوں اور ان کی نگاہوں کو پھیر دیں گے جیسا کہ یہ لوگ اس</w:t>
      </w:r>
    </w:p>
    <w:p>
      <w:r>
        <w:rPr>
          <w:b/>
        </w:rPr>
        <w:t xml:space="preserve">[28:53] </w:t>
      </w:r>
      <w:r>
        <w:t>ke upar pehli baar iman nahi laye.</w:t>
      </w:r>
    </w:p>
    <w:p>
      <w:pPr>
        <w:jc w:val="right"/>
      </w:pPr>
      <w:r>
        <w:t>کے اوپر پہلی بار ایمان نہیں لائے۔</w:t>
      </w:r>
    </w:p>
    <w:p>
      <w:r>
        <w:rPr>
          <w:b/>
        </w:rPr>
        <w:t xml:space="preserve">[28:57] </w:t>
      </w:r>
      <w:r>
        <w:t>aur hum un ko un ki sarkashi mein bhatakta hua chhod dein ge.</w:t>
      </w:r>
    </w:p>
    <w:p>
      <w:pPr>
        <w:jc w:val="right"/>
      </w:pPr>
      <w:r>
        <w:t>اور ہم ان کو ان کی سرکشی میں بھٹکتا ہوا چھوڑ دیں گے۔</w:t>
      </w:r>
    </w:p>
    <w:p>
      <w:r>
        <w:rPr>
          <w:b/>
        </w:rPr>
        <w:t xml:space="preserve">[29:01] </w:t>
      </w:r>
      <w:r>
        <w:t>aur agar hum un par farishtay utar detay aur murday un se baatein kartay aur hum sari cheezein</w:t>
      </w:r>
    </w:p>
    <w:p>
      <w:pPr>
        <w:jc w:val="right"/>
      </w:pPr>
      <w:r>
        <w:t>اور اگر ہم ان پر فرشتے اتار دیتے اور مردے ان سے باتیں کرتے اور ہم ساری چیزیں</w:t>
      </w:r>
    </w:p>
    <w:p>
      <w:r>
        <w:rPr>
          <w:b/>
        </w:rPr>
        <w:t xml:space="preserve">[29:06] </w:t>
      </w:r>
      <w:r>
        <w:t>un ke samnay ikattha kar detay tab bhi yeh log imaan la</w:t>
      </w:r>
    </w:p>
    <w:p>
      <w:pPr>
        <w:jc w:val="right"/>
      </w:pPr>
      <w:r>
        <w:t>ان کے سامنے اکٹھا کر دیتے تب بھی یہ لوگ ایمان ل</w:t>
      </w:r>
    </w:p>
    <w:p>
      <w:r>
        <w:rPr>
          <w:b/>
        </w:rPr>
        <w:t xml:space="preserve">[29:10] </w:t>
      </w:r>
      <w:r>
        <w:t>ane wale na the illa yeh ke Allah chahe magar un mein se aksar log nadani ki baatein karte hain. Aur isi tarah hum ne sharir aadmiyon aur sharir jinno ko har nabbi ka dushman bana diya. Woh ek doosre ko parifareb baatein sikhate hain dhoka dene ke liye aur agar tera Rab chahta to woh aisa na kar sakte. Pas tum unhein chhod do ke woh jhoot bandhte rahen. Aur aisa is liye hai ke is ki taraf un log</w:t>
      </w:r>
    </w:p>
    <w:p>
      <w:pPr>
        <w:jc w:val="right"/>
      </w:pPr>
      <w:r>
        <w:t>انے والے نہ تھے الا یہ کہ اللہ چاہے مگر ان میں سے اکثر لوگ نادانی کی باتیں کرتے ہیں۔ اور اسی طرح ہم نے شریر آدمیوں اور شریر جنوں کو ہر نبی کا دشمن بنا دیا۔ وہ ایک دوسرے کو پرفریب باتیں سکھاتے ہیں دھوکہ دینے کے لیے اور اگر تیرا رب چاہتا تو وہ ایسا نہ کر سکتے۔ پس تم انہیں چھوڑ دو کہ وہ جھوٹ باندھتے رہیں۔ اور ایسا اس لیے ہے کہ اس کی طرف ان لوگ</w:t>
      </w:r>
    </w:p>
    <w:p>
      <w:r>
        <w:rPr>
          <w:b/>
        </w:rPr>
        <w:t xml:space="preserve">[29:40] </w:t>
      </w:r>
      <w:r>
        <w:t>oon ke dil mael hon jo akhirat par yaqeen nahi rakhtay.</w:t>
      </w:r>
    </w:p>
    <w:p>
      <w:pPr>
        <w:jc w:val="right"/>
      </w:pPr>
      <w:r>
        <w:t>وں کے دل مائل ہوں جو آخرت پر یقین نہیں رکھتے۔</w:t>
      </w:r>
    </w:p>
    <w:p>
      <w:r>
        <w:rPr>
          <w:b/>
        </w:rPr>
        <w:t xml:space="preserve">[29:45] </w:t>
      </w:r>
      <w:r>
        <w:t>aur taake woh is ko pasand karein aur taake jo kamai unhein karni hai woh kar lein.</w:t>
      </w:r>
    </w:p>
    <w:p>
      <w:pPr>
        <w:jc w:val="right"/>
      </w:pPr>
      <w:r>
        <w:t>اور تاکہ وہ اس کو پسند کریں اور تاکہ جو کمائی انہیں کرنی ہے وہ کر لیں۔</w:t>
      </w:r>
    </w:p>
    <w:p>
      <w:r>
        <w:rPr>
          <w:b/>
        </w:rPr>
        <w:t xml:space="preserve">[29:50] </w:t>
      </w:r>
      <w:r>
        <w:t>kya mein Allah ke siwa kisi aur ko mansab banaoon halankay us ne tumhari taraf wazeh kitab utari hai.</w:t>
      </w:r>
    </w:p>
    <w:p>
      <w:pPr>
        <w:jc w:val="right"/>
      </w:pPr>
      <w:r>
        <w:t>کیا میں اللہ کے سوا کسی اور کو منصب بناؤں حالانکہ اس نے تمہاری طرف واضح کتاب اتاری ہے۔</w:t>
      </w:r>
    </w:p>
    <w:p>
      <w:r>
        <w:rPr>
          <w:b/>
        </w:rPr>
        <w:t xml:space="preserve">[29:55] </w:t>
      </w:r>
      <w:r>
        <w:t>aur jin logon ko hum ne pehlay kitab di thi woh jantay hain ke yeh tere Rab ki</w:t>
      </w:r>
    </w:p>
    <w:p>
      <w:pPr>
        <w:jc w:val="right"/>
      </w:pPr>
      <w:r>
        <w:t>اور جن لوگوں کو ہم نے پہلے کتاب دی تھی وہ جانتے ہیں کہ یہ تیرے رب کی</w:t>
      </w:r>
    </w:p>
    <w:p>
      <w:r>
        <w:rPr>
          <w:b/>
        </w:rPr>
        <w:t xml:space="preserve">[30:00] </w:t>
      </w:r>
      <w:r>
        <w:t>taraf se utari gayi hai waqtay ke sath.</w:t>
      </w:r>
    </w:p>
    <w:p>
      <w:pPr>
        <w:jc w:val="right"/>
      </w:pPr>
      <w:r>
        <w:t>طرف سے اتاری گئی ہے واقعت کے ساتھ۔</w:t>
      </w:r>
    </w:p>
    <w:p>
      <w:r>
        <w:rPr>
          <w:b/>
        </w:rPr>
        <w:t xml:space="preserve">[30:05] </w:t>
      </w:r>
      <w:r>
        <w:t>pas tum na ho shakk karnay walon mein</w:t>
      </w:r>
    </w:p>
    <w:p>
      <w:pPr>
        <w:jc w:val="right"/>
      </w:pPr>
      <w:r>
        <w:t>پس تم نہ ہو شک کرنے والوں میں</w:t>
      </w:r>
    </w:p>
    <w:p>
      <w:r>
        <w:rPr>
          <w:b/>
        </w:rPr>
        <w:t xml:space="preserve">[30:10] </w:t>
      </w:r>
      <w:r>
        <w:t>.</w:t>
      </w:r>
    </w:p>
    <w:p>
      <w:pPr>
        <w:jc w:val="right"/>
      </w:pPr>
      <w:r>
        <w:t>۔</w:t>
      </w:r>
    </w:p>
    <w:p>
      <w:r>
        <w:rPr>
          <w:b/>
        </w:rPr>
        <w:t xml:space="preserve">[30:15] </w:t>
      </w:r>
      <w:r>
        <w:t>aur tumharay Rab ki baat poori sachi hai aur insaaf ki.</w:t>
      </w:r>
    </w:p>
    <w:p>
      <w:pPr>
        <w:jc w:val="right"/>
      </w:pPr>
      <w:r>
        <w:t>اور تمہارے رب کی بات پوری سچی ہے اور انصاف کی۔</w:t>
      </w:r>
    </w:p>
    <w:p>
      <w:r>
        <w:rPr>
          <w:b/>
        </w:rPr>
        <w:t xml:space="preserve">[30:19] </w:t>
      </w:r>
      <w:r>
        <w:t>koi badalnay wala nahi is ki baat ko aur woh sunnay wala jananay wala hai.</w:t>
      </w:r>
    </w:p>
    <w:p>
      <w:pPr>
        <w:jc w:val="right"/>
      </w:pPr>
      <w:r>
        <w:t>کوئی بدلنے والا نہیں اس کی بات کو اور وہ سننے والا جاننے والا ہے۔</w:t>
      </w:r>
    </w:p>
    <w:p>
      <w:r>
        <w:rPr>
          <w:b/>
        </w:rPr>
        <w:t xml:space="preserve">[30:23] </w:t>
      </w:r>
      <w:r>
        <w:t>aur agar tum logon ki aksariyat ke kehne par chalo jo zameen mein hain to woh tum ko</w:t>
      </w:r>
    </w:p>
    <w:p>
      <w:pPr>
        <w:jc w:val="right"/>
      </w:pPr>
      <w:r>
        <w:t>اور اگر تم لوگوں کی اکثریت کے کہنے پر چلو جو زمین میں ہیں تو وہ تم کو</w:t>
      </w:r>
    </w:p>
    <w:p>
      <w:r>
        <w:rPr>
          <w:b/>
        </w:rPr>
        <w:t xml:space="preserve">[30:27] </w:t>
      </w:r>
      <w:r>
        <w:t>Khuda ke rastay se bhatka dein gay.</w:t>
      </w:r>
    </w:p>
    <w:p>
      <w:pPr>
        <w:jc w:val="right"/>
      </w:pPr>
      <w:r>
        <w:t>خدا کے راستے سے بھٹکا دیں گے۔</w:t>
      </w:r>
    </w:p>
    <w:p>
      <w:r>
        <w:rPr>
          <w:b/>
        </w:rPr>
        <w:t xml:space="preserve">[30:32] </w:t>
      </w:r>
      <w:r>
        <w:t>woh mahaz ghuman ki pairwi karte hain aur qayas araiyan karte hain.</w:t>
      </w:r>
    </w:p>
    <w:p>
      <w:pPr>
        <w:jc w:val="right"/>
      </w:pPr>
      <w:r>
        <w:t>وہ محض گمان کی پیروی کرتے ہیں اور قیاس آرائیاں کرتے ہیں۔</w:t>
      </w:r>
    </w:p>
    <w:p>
      <w:r>
        <w:rPr>
          <w:b/>
        </w:rPr>
        <w:t xml:space="preserve">[30:36] </w:t>
      </w:r>
      <w:r>
        <w:t>beshak tumhara Rab khoob janta hai un ko jo is ke rastay se bhatkay hue hain aur kh</w:t>
      </w:r>
    </w:p>
    <w:p>
      <w:pPr>
        <w:jc w:val="right"/>
      </w:pPr>
      <w:r>
        <w:t>بے شک تمہارا رب خوب جانتا ہے ان کو جو اس کے راستے سے بھٹکے ہوئے ہیں اور خ</w:t>
      </w:r>
    </w:p>
    <w:p>
      <w:r>
        <w:rPr>
          <w:b/>
        </w:rPr>
        <w:t xml:space="preserve">[30:40] </w:t>
      </w:r>
      <w:r>
        <w:t>oob janta hai un ko jo rah paye hue hain.</w:t>
      </w:r>
    </w:p>
    <w:p>
      <w:pPr>
        <w:jc w:val="right"/>
      </w:pPr>
      <w:r>
        <w:t>وب جانتا ہے ان کو جو راہ پائے ہوئے ہیں۔</w:t>
      </w:r>
    </w:p>
    <w:p>
      <w:r>
        <w:rPr>
          <w:b/>
        </w:rPr>
        <w:t xml:space="preserve">[30:45] </w:t>
      </w:r>
      <w:r>
        <w:t>pas khao is janwar mein se jis par Allah ka naam liya jaye agar tum is ki ayat</w:t>
      </w:r>
    </w:p>
    <w:p>
      <w:pPr>
        <w:jc w:val="right"/>
      </w:pPr>
      <w:r>
        <w:t>پس کھاؤ اس جانور میں سے جس پر اللہ کا نام لیا جائے اگر تم اس کی آیات</w:t>
      </w:r>
    </w:p>
    <w:p>
      <w:r>
        <w:rPr>
          <w:b/>
        </w:rPr>
        <w:t xml:space="preserve">[30:50] </w:t>
      </w:r>
      <w:r>
        <w:t>par imaan rakhtay ho.</w:t>
      </w:r>
    </w:p>
    <w:p>
      <w:pPr>
        <w:jc w:val="right"/>
      </w:pPr>
      <w:r>
        <w:t>پر ایمان رکھتے ہو۔</w:t>
      </w:r>
    </w:p>
    <w:p>
      <w:r>
        <w:rPr>
          <w:b/>
        </w:rPr>
        <w:t xml:space="preserve">[30:55] </w:t>
      </w:r>
      <w:r>
        <w:t>aur kya wajah hai ke tum is janwar mein se na khao jis par Allah ka naam liya</w:t>
      </w:r>
    </w:p>
    <w:p>
      <w:pPr>
        <w:jc w:val="right"/>
      </w:pPr>
      <w:r>
        <w:t>اور کیا وجہ ہے کہ تم اس جانور میں سے نہ کھاؤ جس پر اللہ کا نام لیا</w:t>
      </w:r>
    </w:p>
    <w:p>
      <w:r>
        <w:rPr>
          <w:b/>
        </w:rPr>
        <w:t xml:space="preserve">[31:00] </w:t>
      </w:r>
      <w:r>
        <w:t>gaya hai halankay Khuda ne tafseel se bayan kar di hain woh cheezein jin ko us ne tum</w:t>
      </w:r>
    </w:p>
    <w:p>
      <w:pPr>
        <w:jc w:val="right"/>
      </w:pPr>
      <w:r>
        <w:t>گیا ہے حالانکہ خدا نے تفصیل سے بیان کر دی ہیں وہ چیزیں جن کو اس نے تم</w:t>
      </w:r>
    </w:p>
    <w:p>
      <w:r>
        <w:rPr>
          <w:b/>
        </w:rPr>
        <w:t xml:space="preserve">[31:05] </w:t>
      </w:r>
      <w:r>
        <w:t>par haram kiya hai siwaye is ke ke is ke liye tum majboor ho jao. Aur yaqeen</w:t>
      </w:r>
    </w:p>
    <w:p>
      <w:pPr>
        <w:jc w:val="right"/>
      </w:pPr>
      <w:r>
        <w:t>پر حرام کیا ہے سوائے اس کے کہ اس کے لیے تم مجبور ہو جاؤ۔ اور یقین</w:t>
      </w:r>
    </w:p>
    <w:p>
      <w:r>
        <w:rPr>
          <w:b/>
        </w:rPr>
        <w:t xml:space="preserve">[31:10] </w:t>
      </w:r>
      <w:r>
        <w:t>a bohat se log apni khwahishat ki bina par gumrah karte hain baghair kisi ilm ke.</w:t>
      </w:r>
    </w:p>
    <w:p>
      <w:pPr>
        <w:jc w:val="right"/>
      </w:pPr>
      <w:r>
        <w:t>ا بہت سے لوگ اپنی خواہشات کی بنا پر گمراہ کرتے ہیں بغیر کسی علم کے۔</w:t>
      </w:r>
    </w:p>
    <w:p>
      <w:r>
        <w:rPr>
          <w:b/>
        </w:rPr>
        <w:t xml:space="preserve">[31:17] </w:t>
      </w:r>
      <w:r>
        <w:t>beshak tumhara Rab khoob janta hai had se nikal janay walon ko.</w:t>
      </w:r>
    </w:p>
    <w:p>
      <w:pPr>
        <w:jc w:val="right"/>
      </w:pPr>
      <w:r>
        <w:t>بے شک تمہارا رب خوب جانتا ہے حد سے نکل جانے والوں کو۔</w:t>
      </w:r>
    </w:p>
    <w:p>
      <w:r>
        <w:rPr>
          <w:b/>
        </w:rPr>
        <w:t xml:space="preserve">[31:23] </w:t>
      </w:r>
      <w:r>
        <w:t>aur tum gunah ke zahir ko bhi chhod do aur is ke batin ko bhi.</w:t>
      </w:r>
    </w:p>
    <w:p>
      <w:pPr>
        <w:jc w:val="right"/>
      </w:pPr>
      <w:r>
        <w:t>اور تم گناہ کے ظاہر کو بھی چھوڑ دو اور اس کے باطن کو بھی۔</w:t>
      </w:r>
    </w:p>
    <w:p>
      <w:r>
        <w:rPr>
          <w:b/>
        </w:rPr>
        <w:t xml:space="preserve">[31:29] </w:t>
      </w:r>
      <w:r>
        <w:t>jo log gunah kama rahay hain un ko jald badla mil jaye ga is ka jo woh kar rahay thay.</w:t>
      </w:r>
    </w:p>
    <w:p>
      <w:pPr>
        <w:jc w:val="right"/>
      </w:pPr>
      <w:r>
        <w:t>جو لوگ گناہ کما رہے ہیں ان کو جلد بدلہ مل جائے گا اس کا جو وہ کر رہے تھے۔</w:t>
      </w:r>
    </w:p>
    <w:p>
      <w:r>
        <w:rPr>
          <w:b/>
        </w:rPr>
        <w:t xml:space="preserve">[31:35] </w:t>
      </w:r>
      <w:r>
        <w:t>aur tum us janwar mein se na khao jis par Allah ka naam na liya gaya ho. Yakeenan</w:t>
      </w:r>
    </w:p>
    <w:p>
      <w:pPr>
        <w:jc w:val="right"/>
      </w:pPr>
      <w:r>
        <w:t>اور تم اس جانور میں سے نہ کھاؤ جس پر اللہ کا نام نہ لیا گیا ہو۔ یقینا</w:t>
      </w:r>
    </w:p>
    <w:p>
      <w:r>
        <w:rPr>
          <w:b/>
        </w:rPr>
        <w:t xml:space="preserve">[31:41] </w:t>
      </w:r>
      <w:r>
        <w:t>yeh be hakmi hai aur shaitaan ilqa kar rahe hain apne saathi ko taake woh tum se jhagra karen. Aur agar tum un ka kaha manoge to tum bhi mushrik ho jaoge. Kya woh shakhs jo murda tha phir hum ne us ko zindagi di aur hum ne us ko ek roshni di ke us ke sath woh logon mein chalta hai. Woh is shakhs ki tarah ho sakta hai jo tareekiyon mein pada hai. Woh is se nikalne wala nahi. Is tarah munkiron</w:t>
      </w:r>
    </w:p>
    <w:p>
      <w:pPr>
        <w:jc w:val="right"/>
      </w:pPr>
      <w:r>
        <w:t>یہ بے حکمی ہے اور شیاطین القا کر رہے ہیں اپنے ساتھیوں کو تاکہ وہ تم سے جھگڑیں۔ اور اگر تم ان کا کہا مانو گے تو تم بھی مشرک ہو جاؤ گے۔ کیا وہ شخص جو مردہ تھا پھر ہم نے اس کو زندگی دی اور ہم نے اس کو ایک روشنی دی کہ اس کے ساتھ وہ لوگوں میں چلتا ہے۔ وہ اس شخص کی طرح ہو سکتا ہے جو تاریکیوں میں پڑا ہے۔ وہ اس سے نکلنے والا نہیں۔ اس طرح منکروں</w:t>
      </w:r>
    </w:p>
    <w:p>
      <w:r>
        <w:rPr>
          <w:b/>
        </w:rPr>
        <w:t xml:space="preserve">[32:11] </w:t>
      </w:r>
      <w:r>
        <w:t>ki nazar mein un ke aamal khushnuma bana diye gaye hain.</w:t>
      </w:r>
    </w:p>
    <w:p>
      <w:pPr>
        <w:jc w:val="right"/>
      </w:pPr>
      <w:r>
        <w:t>کی نظر میں ان کے اعمال خوشنما بنا دیے گئے ہیں۔</w:t>
      </w:r>
    </w:p>
    <w:p>
      <w:r>
        <w:rPr>
          <w:b/>
        </w:rPr>
        <w:t xml:space="preserve">[32:17] </w:t>
      </w:r>
      <w:r>
        <w:t>aur is tarah har basti mein hum ne gunahgaron ke sardar rakh diye hain ke woh wahan hile karein.</w:t>
      </w:r>
    </w:p>
    <w:p>
      <w:pPr>
        <w:jc w:val="right"/>
      </w:pPr>
      <w:r>
        <w:t>اور اس طرح ہر بستی میں ہم نے گنہگاروں کے سردار رکھ دیے ہیں کہ وہ وہاں ہیلے کریں۔</w:t>
      </w:r>
    </w:p>
    <w:p>
      <w:r>
        <w:rPr>
          <w:b/>
        </w:rPr>
        <w:t xml:space="preserve">[32:23] </w:t>
      </w:r>
      <w:r>
        <w:t>halankey woh jo hila karte hain apne hi khilaf karte hain magar woh is ko nahi samajhte.</w:t>
      </w:r>
    </w:p>
    <w:p>
      <w:pPr>
        <w:jc w:val="right"/>
      </w:pPr>
      <w:r>
        <w:t>حالانکہ وہ جو ہیلا کرتے ہیں اپنے ہی خلاف کرتے ہیں مگر وہ اس کو نہیں سمجھتے۔</w:t>
      </w:r>
    </w:p>
    <w:p>
      <w:r>
        <w:rPr>
          <w:b/>
        </w:rPr>
        <w:t xml:space="preserve">[32:29] </w:t>
      </w:r>
      <w:r>
        <w:t>aur jab un ke paas koi nishani aata hai to woh kehte hain ke hum hargiz na janen</w:t>
      </w:r>
    </w:p>
    <w:p>
      <w:pPr>
        <w:jc w:val="right"/>
      </w:pPr>
      <w:r>
        <w:t>اور جب ان کے پاس کوئی نشان آتا ہے تو وہ کہتے ہیں کہ ہم ہرگز نہ جانیں</w:t>
      </w:r>
    </w:p>
    <w:p>
      <w:r>
        <w:rPr>
          <w:b/>
        </w:rPr>
        <w:t xml:space="preserve">[32:35] </w:t>
      </w:r>
      <w:r>
        <w:t>ge jab tak hum ko bhi wahi na diya jaye jo Khuda ke Paighambaron ko diya gaya tha. Allah</w:t>
      </w:r>
    </w:p>
    <w:p>
      <w:pPr>
        <w:jc w:val="right"/>
      </w:pPr>
      <w:r>
        <w:t>گے جب تک ہم کو بھی وہی نہ دیا جائے جو خدا کے پیغمبروں کو دیا گیا۔ اللہ</w:t>
      </w:r>
    </w:p>
    <w:p>
      <w:r>
        <w:rPr>
          <w:b/>
        </w:rPr>
        <w:t xml:space="preserve">[32:41] </w:t>
      </w:r>
      <w:r>
        <w:t>hi behtar janta hai ke woh apni Paighambari kis ko bakhshe.</w:t>
      </w:r>
    </w:p>
    <w:p>
      <w:pPr>
        <w:jc w:val="right"/>
      </w:pPr>
      <w:r>
        <w:t>ہی بہتر جانتا ہے کہ وہ اپنی پیغمبری کس کو بخشے۔</w:t>
      </w:r>
    </w:p>
    <w:p>
      <w:r>
        <w:rPr>
          <w:b/>
        </w:rPr>
        <w:t xml:space="preserve">[32:46] </w:t>
      </w:r>
      <w:r>
        <w:t>jo log mujrim hain zaroor un ko Allah ke yahan zillat naseeb hogi aur sakht azaab bhi is</w:t>
      </w:r>
    </w:p>
    <w:p>
      <w:pPr>
        <w:jc w:val="right"/>
      </w:pPr>
      <w:r>
        <w:t>جو لوگ مجرم ہیں ضرور ان کو اللہ کے یہاں ذلت نصیب ہوگی اور سخت عذاب بھی اس</w:t>
      </w:r>
    </w:p>
    <w:p>
      <w:r>
        <w:rPr>
          <w:b/>
        </w:rPr>
        <w:t xml:space="preserve">[32:51] </w:t>
      </w:r>
      <w:r>
        <w:t>wajeh se ke woh makr karte thay.</w:t>
      </w:r>
    </w:p>
    <w:p>
      <w:pPr>
        <w:jc w:val="right"/>
      </w:pPr>
      <w:r>
        <w:t>وجہ سے کہ وہ مکر کرتے تھے۔</w:t>
      </w:r>
    </w:p>
    <w:p>
      <w:r>
        <w:rPr>
          <w:b/>
        </w:rPr>
        <w:t xml:space="preserve">[32:56] </w:t>
      </w:r>
      <w:r>
        <w:t>Allah jis ko chahta hai ke hidayat de to is ka seena Islam ke liye khol deta hai</w:t>
      </w:r>
    </w:p>
    <w:p>
      <w:pPr>
        <w:jc w:val="right"/>
      </w:pPr>
      <w:r>
        <w:t>اللہ جس کو چاہتا ہے کہ ہدایت دے تو اس کا سینہ اسلام کے لیے کھول دیتا ہے</w:t>
      </w:r>
    </w:p>
    <w:p>
      <w:r>
        <w:rPr>
          <w:b/>
        </w:rPr>
        <w:t xml:space="preserve">[33:01] </w:t>
      </w:r>
      <w:r>
        <w:t>aur jis ko chahta hai ke gumrah kare to is ke seene ko bilkul tang kar deta hai</w:t>
      </w:r>
    </w:p>
    <w:p>
      <w:pPr>
        <w:jc w:val="right"/>
      </w:pPr>
      <w:r>
        <w:t>اور جس کو چاہتا ہے کہ گمراہ کرے تو اس کے سینے کو بالکل تنگ کر دیتا ہے</w:t>
      </w:r>
    </w:p>
    <w:p>
      <w:r>
        <w:rPr>
          <w:b/>
        </w:rPr>
        <w:t xml:space="preserve">[33:06] </w:t>
      </w:r>
      <w:r>
        <w:t>jaise us ko aasman mein</w:t>
      </w:r>
    </w:p>
    <w:p>
      <w:pPr>
        <w:jc w:val="right"/>
      </w:pPr>
      <w:r>
        <w:t>جیسے اس کو آسمان میں</w:t>
      </w:r>
    </w:p>
    <w:p>
      <w:r>
        <w:rPr>
          <w:b/>
        </w:rPr>
        <w:t xml:space="preserve">[33:11] </w:t>
      </w:r>
      <w:r>
        <w:t>chadhna pad raha ho.</w:t>
      </w:r>
    </w:p>
    <w:p>
      <w:pPr>
        <w:jc w:val="right"/>
      </w:pPr>
      <w:r>
        <w:t>چڑھنا پڑ رہا ہو۔</w:t>
      </w:r>
    </w:p>
    <w:p>
      <w:r>
        <w:rPr>
          <w:b/>
        </w:rPr>
        <w:t xml:space="preserve">[33:15] </w:t>
      </w:r>
      <w:r>
        <w:t>is tarah Allah gandagi dal deta hai un logon par jo imaan nahi late.</w:t>
      </w:r>
    </w:p>
    <w:p>
      <w:pPr>
        <w:jc w:val="right"/>
      </w:pPr>
      <w:r>
        <w:t>اس طرح اللہ گندگی ڈال دیتا ہے ان لوگوں پر جو ایمان نہیں لاتے۔</w:t>
      </w:r>
    </w:p>
    <w:p>
      <w:r>
        <w:rPr>
          <w:b/>
        </w:rPr>
        <w:t xml:space="preserve">[33:20] </w:t>
      </w:r>
      <w:r>
        <w:t>aur yahi tumhare Rab ka seedha rasta hai.</w:t>
      </w:r>
    </w:p>
    <w:p>
      <w:pPr>
        <w:jc w:val="right"/>
      </w:pPr>
      <w:r>
        <w:t>اور یہی تمہارے رب کا سیدھا راستہ ہے۔</w:t>
      </w:r>
    </w:p>
    <w:p>
      <w:r>
        <w:rPr>
          <w:b/>
        </w:rPr>
        <w:t xml:space="preserve">[33:24] </w:t>
      </w:r>
      <w:r>
        <w:t>hum ne wazeh kar di hain nishaniyan. Ghaur.</w:t>
      </w:r>
    </w:p>
    <w:p>
      <w:pPr>
        <w:jc w:val="right"/>
      </w:pPr>
      <w:r>
        <w:t>ہم نے واضح کر دی ہیں نشانیاں۔ غور۔</w:t>
      </w:r>
    </w:p>
    <w:p>
      <w:r>
        <w:rPr>
          <w:b/>
        </w:rPr>
        <w:t xml:space="preserve">[33:28] </w:t>
      </w:r>
      <w:r>
        <w:t>unhi ke liye salamati ka ghar hai un ke Rab ke paas aur woh un ke madadgar hain</w:t>
      </w:r>
    </w:p>
    <w:p>
      <w:pPr>
        <w:jc w:val="right"/>
      </w:pPr>
      <w:r>
        <w:t>انہی کے لیے سلامتی کا گھر ہے ان کے رب کے پاس اور وہ ان کے مددگار ہیں</w:t>
      </w:r>
    </w:p>
    <w:p>
      <w:r>
        <w:rPr>
          <w:b/>
        </w:rPr>
        <w:t xml:space="preserve">[33:32] </w:t>
      </w:r>
      <w:r>
        <w:t>is amal ke sabab se jo woh karte rahe hain.</w:t>
      </w:r>
    </w:p>
    <w:p>
      <w:pPr>
        <w:jc w:val="right"/>
      </w:pPr>
      <w:r>
        <w:t>اس عمل کے سبب سے جو وہ کرتے رہے ہیں۔</w:t>
      </w:r>
    </w:p>
    <w:p>
      <w:r>
        <w:rPr>
          <w:b/>
        </w:rPr>
        <w:t xml:space="preserve">[33:37] </w:t>
      </w:r>
      <w:r>
        <w:t>aur jis din Allah un sab ko jama karega aye jinn ke giroh tum ne bohat se</w:t>
      </w:r>
    </w:p>
    <w:p>
      <w:pPr>
        <w:jc w:val="right"/>
      </w:pPr>
      <w:r>
        <w:t>اور جس دن اللہ ان سب کو جمع کرے گا اے جنوں کے گروہ تم نے بہت سے</w:t>
      </w:r>
    </w:p>
    <w:p>
      <w:r>
        <w:rPr>
          <w:b/>
        </w:rPr>
        <w:t xml:space="preserve">[33:41] </w:t>
      </w:r>
      <w:r>
        <w:t>le liye insanon mein se.</w:t>
      </w:r>
    </w:p>
    <w:p>
      <w:pPr>
        <w:jc w:val="right"/>
      </w:pPr>
      <w:r>
        <w:t>لے لیے انسانوں میں سے۔</w:t>
      </w:r>
    </w:p>
    <w:p>
      <w:r>
        <w:rPr>
          <w:b/>
        </w:rPr>
        <w:t xml:space="preserve">[33:46] </w:t>
      </w:r>
      <w:r>
        <w:t>aur insanon mein se un ke sathi kahenge aye hamare Rab hum ne ek doosre ko istemal</w:t>
      </w:r>
    </w:p>
    <w:p>
      <w:pPr>
        <w:jc w:val="right"/>
      </w:pPr>
      <w:r>
        <w:t>اور انسانوں میں سے ان کے ساتھی کہیں گے اے ہمارے رب ہم نے ایک دوسرے کو استعمال</w:t>
      </w:r>
    </w:p>
    <w:p>
      <w:r>
        <w:rPr>
          <w:b/>
        </w:rPr>
        <w:t xml:space="preserve">[33:51] </w:t>
      </w:r>
      <w:r>
        <w:t>kiya aur hum pahunch gaye apne is wade ko jo tu ne hamare liye muqarrar kiya tha.</w:t>
      </w:r>
    </w:p>
    <w:p>
      <w:pPr>
        <w:jc w:val="right"/>
      </w:pPr>
      <w:r>
        <w:t>کیا اور ہم پہنچ گئے اپنے اس وعدے کو جو تو نے ہمارے لیے مقرر کیا تھا۔</w:t>
      </w:r>
    </w:p>
    <w:p>
      <w:r>
        <w:rPr>
          <w:b/>
        </w:rPr>
        <w:t xml:space="preserve">[33:56] </w:t>
      </w:r>
      <w:r>
        <w:t>Khuda kahega ab tumhara thikana aag hai hamesha is mein rahoge magar jo Allah chahe.</w:t>
      </w:r>
    </w:p>
    <w:p>
      <w:pPr>
        <w:jc w:val="right"/>
      </w:pPr>
      <w:r>
        <w:t>خدا کہے گا اب تمہارا ٹھکانہ آگ ہے ہمیشہ اس میں رہو گے مگر جو اللہ چاہے۔</w:t>
      </w:r>
    </w:p>
    <w:p>
      <w:r>
        <w:rPr>
          <w:b/>
        </w:rPr>
        <w:t xml:space="preserve">[34:01] </w:t>
      </w:r>
      <w:r>
        <w:t>beshak tumhara Rab hikmat wala ilm wala hai.</w:t>
      </w:r>
    </w:p>
    <w:p>
      <w:pPr>
        <w:jc w:val="right"/>
      </w:pPr>
      <w:r>
        <w:t>بے شک تمہارا رب حکمت والا علم والا ہے۔</w:t>
      </w:r>
    </w:p>
    <w:p>
      <w:r>
        <w:rPr>
          <w:b/>
        </w:rPr>
        <w:t xml:space="preserve">[34:06] </w:t>
      </w:r>
      <w:r>
        <w:t>aur isi tarah hum</w:t>
      </w:r>
    </w:p>
    <w:p>
      <w:pPr>
        <w:jc w:val="right"/>
      </w:pPr>
      <w:r>
        <w:t>اور اسی طرح ہم</w:t>
      </w:r>
    </w:p>
    <w:p>
      <w:r>
        <w:rPr>
          <w:b/>
        </w:rPr>
        <w:t xml:space="preserve">[34:11] </w:t>
      </w:r>
      <w:r>
        <w:t>saath mila den ge gunahgaron ko aik doosre se sabab un ke aemaal ke jo woh karte thay.</w:t>
      </w:r>
    </w:p>
    <w:p>
      <w:pPr>
        <w:jc w:val="right"/>
      </w:pPr>
      <w:r>
        <w:t>ساتھ ملا دیں گے گنہگاروں کو ایک دوسرے سے بسبب ان کے اعمال کے جو وہ کرتے تھے۔</w:t>
      </w:r>
    </w:p>
    <w:p>
      <w:r>
        <w:rPr>
          <w:b/>
        </w:rPr>
        <w:t xml:space="preserve">[34:17] </w:t>
      </w:r>
      <w:r>
        <w:t>ae jinn o insaan ke giroh kya tumhare paas tum hi mein se paighambar nahi aaye jo tum</w:t>
      </w:r>
    </w:p>
    <w:p>
      <w:pPr>
        <w:jc w:val="right"/>
      </w:pPr>
      <w:r>
        <w:t>اے جنوں اور انسانوں کے گروہ کیا تمہارے پاس تم ہی میں سے پیغمبر نہیں آئے جو تم</w:t>
      </w:r>
    </w:p>
    <w:p>
      <w:r>
        <w:rPr>
          <w:b/>
        </w:rPr>
        <w:t xml:space="preserve">[34:23] </w:t>
      </w:r>
      <w:r>
        <w:t>ko meri ayatain sunate aur tum ko is din ke paish aane se darate thay.</w:t>
      </w:r>
    </w:p>
    <w:p>
      <w:pPr>
        <w:jc w:val="right"/>
      </w:pPr>
      <w:r>
        <w:t>کو میری آیتیں سناتے اور تم کو اس دن کے پیش آنے سے ڈراتے تھے۔</w:t>
      </w:r>
    </w:p>
    <w:p>
      <w:r>
        <w:rPr>
          <w:b/>
        </w:rPr>
        <w:t xml:space="preserve">[34:29] </w:t>
      </w:r>
      <w:r>
        <w:t>woh kahen ge hum khud apne khilaf gawah hain aur un ko dunya ki zindagi ne dhoke mein</w:t>
      </w:r>
    </w:p>
    <w:p>
      <w:pPr>
        <w:jc w:val="right"/>
      </w:pPr>
      <w:r>
        <w:t>وہ کہیں گے ہم خود اپنے خلاف گواہ ہیں اور ان کو دنیا کی زندگی نے دھوکے میں</w:t>
      </w:r>
    </w:p>
    <w:p>
      <w:r>
        <w:rPr>
          <w:b/>
        </w:rPr>
        <w:t xml:space="preserve">[34:35] </w:t>
      </w:r>
      <w:r>
        <w:t>rakha aur woh apne khilaf khud</w:t>
      </w:r>
    </w:p>
    <w:p>
      <w:pPr>
        <w:jc w:val="right"/>
      </w:pPr>
      <w:r>
        <w:t>رکھا اور وہ اپنے خلاف خود</w:t>
      </w:r>
    </w:p>
    <w:p>
      <w:r>
        <w:rPr>
          <w:b/>
        </w:rPr>
        <w:t xml:space="preserve">[34:41] </w:t>
      </w:r>
      <w:r>
        <w:t>gawahi den ge ke beshak hum munkir thay.</w:t>
      </w:r>
    </w:p>
    <w:p>
      <w:pPr>
        <w:jc w:val="right"/>
      </w:pPr>
      <w:r>
        <w:t>گواہی دیں گے کہ بے شک ہم منکر تھے۔</w:t>
      </w:r>
    </w:p>
    <w:p>
      <w:r>
        <w:rPr>
          <w:b/>
        </w:rPr>
        <w:t xml:space="preserve">[34:46] </w:t>
      </w:r>
      <w:r>
        <w:t>yeh is wajah se ke tumhara rab bastiyon ko un ke zulm par is haal mein halak karne</w:t>
      </w:r>
    </w:p>
    <w:p>
      <w:pPr>
        <w:jc w:val="right"/>
      </w:pPr>
      <w:r>
        <w:t>یہ اس وجہ سے کہ تمہارا رب بستیوں کو ان کے ظلم پر اس حال میں ہلاک کرنے</w:t>
      </w:r>
    </w:p>
    <w:p>
      <w:r>
        <w:rPr>
          <w:b/>
        </w:rPr>
        <w:t xml:space="preserve">[34:50] </w:t>
      </w:r>
      <w:r>
        <w:t>wala nahi ke wahan ke log be khabar hon.</w:t>
      </w:r>
    </w:p>
    <w:p>
      <w:pPr>
        <w:jc w:val="right"/>
      </w:pPr>
      <w:r>
        <w:t>والا نہیں کہ وہاں کے لوگ بے خبر ہوں۔</w:t>
      </w:r>
    </w:p>
    <w:p>
      <w:r>
        <w:rPr>
          <w:b/>
        </w:rPr>
        <w:t xml:space="preserve">[34:54] </w:t>
      </w:r>
      <w:r>
        <w:t>aur har shakhs ka darja hai us ke amal ke lihaz se aur tumhara rab logon ke aemaal</w:t>
      </w:r>
    </w:p>
    <w:p>
      <w:pPr>
        <w:jc w:val="right"/>
      </w:pPr>
      <w:r>
        <w:t>اور ہر شخص کا درجہ ہے اس کے عمل کے لحاظ سے اور تمہارا رب لوگوں کے اعمال</w:t>
      </w:r>
    </w:p>
    <w:p>
      <w:r>
        <w:rPr>
          <w:b/>
        </w:rPr>
        <w:t xml:space="preserve">[34:59] </w:t>
      </w:r>
      <w:r>
        <w:t>se be khabar nahi.</w:t>
      </w:r>
    </w:p>
    <w:p>
      <w:pPr>
        <w:jc w:val="right"/>
      </w:pPr>
      <w:r>
        <w:t>سے بے خبر نہیں۔</w:t>
      </w:r>
    </w:p>
    <w:p>
      <w:r>
        <w:rPr>
          <w:b/>
        </w:rPr>
        <w:t xml:space="preserve">[35:03] </w:t>
      </w:r>
      <w:r>
        <w:t>aur tumhara rab be niaz rehmat wala hai.</w:t>
      </w:r>
    </w:p>
    <w:p>
      <w:pPr>
        <w:jc w:val="right"/>
      </w:pPr>
      <w:r>
        <w:t>اور تمہارا رب بے نیاز رحمت والا ہے۔</w:t>
      </w:r>
    </w:p>
    <w:p>
      <w:r>
        <w:rPr>
          <w:b/>
        </w:rPr>
        <w:t xml:space="preserve">[35:07] </w:t>
      </w:r>
      <w:r>
        <w:t>agar woh chahe to tum sab ko utha le aur tum</w:t>
      </w:r>
    </w:p>
    <w:p>
      <w:pPr>
        <w:jc w:val="right"/>
      </w:pPr>
      <w:r>
        <w:t>اگر وہ چاہے تو تم سب کو اٹھا لے اور تم</w:t>
      </w:r>
    </w:p>
    <w:p>
      <w:r>
        <w:rPr>
          <w:b/>
        </w:rPr>
        <w:t xml:space="preserve">[35:12] </w:t>
      </w:r>
      <w:r>
        <w:t>hare baad jis ko chahe tumhari jagah le aaye. Jis tarah us ne tum ko paida kiya doosron ki nasal se. Jis cheez ka tum se wada kiya ja raha hai woh aa kar rahe gi aur tum Khuda ko ajeez nahi kar sakte. Kaho aye logon tum amal karte raho apni jagah par main bhi amal kar raha hoon. Tum jald hi jaan loge ke anjam kar kis ke haq mein behtar hota hai. Yaq</w:t>
      </w:r>
    </w:p>
    <w:p>
      <w:pPr>
        <w:jc w:val="right"/>
      </w:pPr>
      <w:r>
        <w:t>ہارے بعد جس کو چاہے تمہاری جگہ لے آئے۔ جس طرح اس نے تم کو پیدا کیا دوسروں کی نسل سے۔ جس چیز کا تم سے وعدہ کیا جا رہا ہے وہ آ کر رہے گی اور تم خدا کو عاجز نہیں کر سکتے۔ کہو اے لوگوں تم عمل کرتے رہو اپنی جگہ پر میں بھی عمل کر رہا ہوں۔ تم جلد ہی جان لو گے کہ انجام کار کس کے حق میں بہتر ہوتا ہے۔ یق</w:t>
      </w:r>
    </w:p>
    <w:p>
      <w:r>
        <w:rPr>
          <w:b/>
        </w:rPr>
        <w:t xml:space="preserve">[35:42] </w:t>
      </w:r>
      <w:r>
        <w:t>zalam kabhi falah nahi pa sakte aur Khuda ne jo kheti aur chopaye paida kiye us mein</w:t>
      </w:r>
    </w:p>
    <w:p>
      <w:pPr>
        <w:jc w:val="right"/>
      </w:pPr>
      <w:r>
        <w:t>ینا ظالم کبھی فلاح نہیں پا سکتے اور خدا نے جو کھیتی اور چوپائے پیدا کیے اس میں</w:t>
      </w:r>
    </w:p>
    <w:p>
      <w:r>
        <w:rPr>
          <w:b/>
        </w:rPr>
        <w:t xml:space="preserve">[35:47] </w:t>
      </w:r>
      <w:r>
        <w:t>se unhon ne Khuda ka kuch hissa muqarrar kiya hai.</w:t>
      </w:r>
    </w:p>
    <w:p>
      <w:pPr>
        <w:jc w:val="right"/>
      </w:pPr>
      <w:r>
        <w:t>سے انہوں نے خدا کا کچھ حصہ مقرر کیا ہے۔</w:t>
      </w:r>
    </w:p>
    <w:p>
      <w:r>
        <w:rPr>
          <w:b/>
        </w:rPr>
        <w:t xml:space="preserve">[35:52] </w:t>
      </w:r>
      <w:r>
        <w:t>pas woh kehte hain ke yeh hissa Allah ka hai un ke guman ke mutabiq aur yeh hissa</w:t>
      </w:r>
    </w:p>
    <w:p>
      <w:pPr>
        <w:jc w:val="right"/>
      </w:pPr>
      <w:r>
        <w:t>پس وہ کہتے ہیں کہ یہ حصہ اللہ کا ہے ان کے گمان کے مطابق اور یہ حصہ</w:t>
      </w:r>
    </w:p>
    <w:p>
      <w:r>
        <w:rPr>
          <w:b/>
        </w:rPr>
        <w:t xml:space="preserve">[35:57] </w:t>
      </w:r>
      <w:r>
        <w:t>hamare shareekon ka hai.</w:t>
      </w:r>
    </w:p>
    <w:p>
      <w:pPr>
        <w:jc w:val="right"/>
      </w:pPr>
      <w:r>
        <w:t>ہمارے شریکوں کا ہے۔</w:t>
      </w:r>
    </w:p>
    <w:p>
      <w:r>
        <w:rPr>
          <w:b/>
        </w:rPr>
        <w:t xml:space="preserve">[36:02] </w:t>
      </w:r>
      <w:r>
        <w:t>phir jo hissa un ke shareekon ka hota hai woh to Allah ko nahi pohanchta aur jo hissa</w:t>
      </w:r>
    </w:p>
    <w:p>
      <w:pPr>
        <w:jc w:val="right"/>
      </w:pPr>
      <w:r>
        <w:t>پھر جو حصہ ان کے شریکوں کا ہوتا ہے وہ تو اللہ کو نہیں پہنچتا اور جو حصہ</w:t>
      </w:r>
    </w:p>
    <w:p>
      <w:r>
        <w:rPr>
          <w:b/>
        </w:rPr>
        <w:t xml:space="preserve">[36:07] </w:t>
      </w:r>
      <w:r>
        <w:t>Allah ke liye hai woh un ke shareekon ko pohanch jata hai. Kaisa</w:t>
      </w:r>
    </w:p>
    <w:p>
      <w:pPr>
        <w:jc w:val="right"/>
      </w:pPr>
      <w:r>
        <w:t>اللہ کے لیے ہے وہ ان کے شریکوں کو پہنچ جاتا ہے۔ کیسا</w:t>
      </w:r>
    </w:p>
    <w:p>
      <w:r>
        <w:rPr>
          <w:b/>
        </w:rPr>
        <w:t xml:space="preserve">[36:12] </w:t>
      </w:r>
      <w:r>
        <w:t>bara faisla hai jo yeh log karte hain.</w:t>
      </w:r>
    </w:p>
    <w:p>
      <w:pPr>
        <w:jc w:val="right"/>
      </w:pPr>
      <w:r>
        <w:t>برا فیصلہ ہے جو یہ لوگ کرتے ہیں۔</w:t>
      </w:r>
    </w:p>
    <w:p>
      <w:r>
        <w:rPr>
          <w:b/>
        </w:rPr>
        <w:t xml:space="preserve">[36:17] </w:t>
      </w:r>
      <w:r>
        <w:t>aur is tarah bohat se mushrikon ki nazar mein un ke shareekon ne apni aulad ke qatal ko</w:t>
      </w:r>
    </w:p>
    <w:p>
      <w:pPr>
        <w:jc w:val="right"/>
      </w:pPr>
      <w:r>
        <w:t>اور اس طرح بہت سے مشرکوں کی نظر میں ان کے شریکوں نے اپنی اولاد کے قتل کو</w:t>
      </w:r>
    </w:p>
    <w:p>
      <w:r>
        <w:rPr>
          <w:b/>
        </w:rPr>
        <w:t xml:space="preserve">[36:22] </w:t>
      </w:r>
      <w:r>
        <w:t>khushnuma bana diya hai taake un ko barbaad karen aur un par un ke deen ko mujtaba bana dein.</w:t>
      </w:r>
    </w:p>
    <w:p>
      <w:pPr>
        <w:jc w:val="right"/>
      </w:pPr>
      <w:r>
        <w:t>خوشنما بنا دیا ہے تاکہ ان کو برباد کریں اور ان پر ان کے دین کو مجتبیٰ بنا دیں۔</w:t>
      </w:r>
    </w:p>
    <w:p>
      <w:r>
        <w:rPr>
          <w:b/>
        </w:rPr>
        <w:t xml:space="preserve">[36:27] </w:t>
      </w:r>
      <w:r>
        <w:t>aur agar Allah chahta to woh aisa na karte.</w:t>
      </w:r>
    </w:p>
    <w:p>
      <w:pPr>
        <w:jc w:val="right"/>
      </w:pPr>
      <w:r>
        <w:t>اور اگر اللہ چاہتا تو وہ ایسا نہ کرتے۔</w:t>
      </w:r>
    </w:p>
    <w:p>
      <w:r>
        <w:rPr>
          <w:b/>
        </w:rPr>
        <w:t xml:space="preserve">[36:32] </w:t>
      </w:r>
      <w:r>
        <w:t>pas un ko chhod do ke woh apni iftara mein lage rahen.</w:t>
      </w:r>
    </w:p>
    <w:p>
      <w:pPr>
        <w:jc w:val="right"/>
      </w:pPr>
      <w:r>
        <w:t>پس ان کو چھوڑ دو کہ وہ اپنی افترا میں لگے رہیں۔</w:t>
      </w:r>
    </w:p>
    <w:p>
      <w:r>
        <w:rPr>
          <w:b/>
        </w:rPr>
        <w:t xml:space="preserve">[36:38] </w:t>
      </w:r>
      <w:r>
        <w:t>aur kehte hain ke yeh janwar aur yeh kheti mamnoo hai.</w:t>
      </w:r>
    </w:p>
    <w:p>
      <w:pPr>
        <w:jc w:val="right"/>
      </w:pPr>
      <w:r>
        <w:t>اور کہتے ہیں کہ یہ جانور اور یہ کھیتی ممنوع ہے۔</w:t>
      </w:r>
    </w:p>
    <w:p>
      <w:r>
        <w:rPr>
          <w:b/>
        </w:rPr>
        <w:t xml:space="preserve">[36:43] </w:t>
      </w:r>
      <w:r>
        <w:t>unhein koi nahi kha sakta siwaye us ke jis ko hum chahen apne guman ke mutabiq.</w:t>
      </w:r>
    </w:p>
    <w:p>
      <w:pPr>
        <w:jc w:val="right"/>
      </w:pPr>
      <w:r>
        <w:t>انہیں کوئی نہیں کھا سکتا سوائے اس کے جس کو ہم چاہیں اپنے گمان کے مطابق۔</w:t>
      </w:r>
    </w:p>
    <w:p>
      <w:r>
        <w:rPr>
          <w:b/>
        </w:rPr>
        <w:t xml:space="preserve">[36:48] </w:t>
      </w:r>
      <w:r>
        <w:t>aur falan chopaye hain ke un ki peeth haram kar di gayi hai aur kuch chopaye hain jin</w:t>
      </w:r>
    </w:p>
    <w:p>
      <w:pPr>
        <w:jc w:val="right"/>
      </w:pPr>
      <w:r>
        <w:t>اور فلاں چوپائے ہیں کہ ان کی پیٹھ حرام کر دی گئی ہے اور کچھ چوپائے ہیں جن</w:t>
      </w:r>
    </w:p>
    <w:p>
      <w:r>
        <w:rPr>
          <w:b/>
        </w:rPr>
        <w:t xml:space="preserve">[36:53] </w:t>
      </w:r>
      <w:r>
        <w:t>par woh Allah ka naam nahi laitay.</w:t>
      </w:r>
    </w:p>
    <w:p>
      <w:pPr>
        <w:jc w:val="right"/>
      </w:pPr>
      <w:r>
        <w:t>پر وہ اللہ کا نام نہیں لیتے۔</w:t>
      </w:r>
    </w:p>
    <w:p>
      <w:r>
        <w:rPr>
          <w:b/>
        </w:rPr>
        <w:t xml:space="preserve">[36:58] </w:t>
      </w:r>
      <w:r>
        <w:t>yeh sab unhon ne Allah par iftara kiya hai.</w:t>
      </w:r>
    </w:p>
    <w:p>
      <w:pPr>
        <w:jc w:val="right"/>
      </w:pPr>
      <w:r>
        <w:t>یہ سب انہوں نے اللہ پر افترا کیا ہے۔</w:t>
      </w:r>
    </w:p>
    <w:p>
      <w:r>
        <w:rPr>
          <w:b/>
        </w:rPr>
        <w:t xml:space="preserve">[37:03] </w:t>
      </w:r>
      <w:r>
        <w:t>Allah jald un ko is iftara ka badla de ga.</w:t>
      </w:r>
    </w:p>
    <w:p>
      <w:pPr>
        <w:jc w:val="right"/>
      </w:pPr>
      <w:r>
        <w:t>اللہ جلد ان کو اس افترا کا بدلہ دے گا۔</w:t>
      </w:r>
    </w:p>
    <w:p>
      <w:r>
        <w:rPr>
          <w:b/>
        </w:rPr>
        <w:t xml:space="preserve">[37:08] </w:t>
      </w:r>
      <w:r>
        <w:t>aur kehtay hain ke jo falan qism ke janwaron ke pait mein hai woh hamaray murdon ke liye khaas</w:t>
      </w:r>
    </w:p>
    <w:p>
      <w:pPr>
        <w:jc w:val="right"/>
      </w:pPr>
      <w:r>
        <w:t>اور کہتے ہیں کہ جو فلاں قسم کے جانوروں کے پیٹ میں ہے وہ ہمارے مردوں کے لیے خاص</w:t>
      </w:r>
    </w:p>
    <w:p>
      <w:r>
        <w:rPr>
          <w:b/>
        </w:rPr>
        <w:t xml:space="preserve">[37:13] </w:t>
      </w:r>
      <w:r>
        <w:t>hai aur woh hamari auraton ke liye haram hai. Agar woh murda ho to us mein sab shareek hain. Allah jald un ko is kehne ki saza de ga. Beshak Allah hikmat wala ilm wala hai. Woh log ghaate mein pad gaye jinhone apni aulad ko qatl kiya nadani se baghair kisi ilm ke aur unhone is rizq ko haram kar liya jo Allah ne un ko diya tha Allah par buhtan bandhte ho</w:t>
      </w:r>
    </w:p>
    <w:p>
      <w:pPr>
        <w:jc w:val="right"/>
      </w:pPr>
      <w:r>
        <w:t>ہے اور وہ ہماری عورتوں کے لیے حرام ہے۔ اگر وہ مردہ ہو تو اس میں سب شریک ہیں۔ اللہ جلد ان کو اس کہنے کی سزا دے گا۔ بے شک اللہ حکمت والا علم والا ہے۔ وہ لوگ گھاٹے میں پڑ گئے جنہوں نے اپنی اولاد کو قتل کیا نادانی سے بغیر کسی علم کے اور انہوں نے اس رزق کو حرام کر لیا جو اللہ نے ان کو دیا تھا اللہ پر بہتان باندھتے ہو</w:t>
      </w:r>
    </w:p>
    <w:p>
      <w:r>
        <w:rPr>
          <w:b/>
        </w:rPr>
        <w:t xml:space="preserve">[37:43] </w:t>
      </w:r>
      <w:r>
        <w:t>aye.</w:t>
      </w:r>
    </w:p>
    <w:p>
      <w:pPr>
        <w:jc w:val="right"/>
      </w:pPr>
      <w:r>
        <w:t>ئے۔</w:t>
      </w:r>
    </w:p>
    <w:p>
      <w:r>
        <w:rPr>
          <w:b/>
        </w:rPr>
        <w:t xml:space="preserve">[37:47] </w:t>
      </w:r>
      <w:r>
        <w:t>woh gumrah ho gaye aur woh hidayat panay walay na banay.</w:t>
      </w:r>
    </w:p>
    <w:p>
      <w:pPr>
        <w:jc w:val="right"/>
      </w:pPr>
      <w:r>
        <w:t>وہ گمراہ ہو گئے اور وہ ہدایت پانے والے نہ بنے۔</w:t>
      </w:r>
    </w:p>
    <w:p>
      <w:r>
        <w:rPr>
          <w:b/>
        </w:rPr>
        <w:t xml:space="preserve">[37:52] </w:t>
      </w:r>
      <w:r>
        <w:t>aur woh Allah hi hai jis ne bagh paida kiye.</w:t>
      </w:r>
    </w:p>
    <w:p>
      <w:pPr>
        <w:jc w:val="right"/>
      </w:pPr>
      <w:r>
        <w:t>اور وہ اللہ ہی ہے جس نے باغ پیدا کیے۔</w:t>
      </w:r>
    </w:p>
    <w:p>
      <w:r>
        <w:rPr>
          <w:b/>
        </w:rPr>
        <w:t xml:space="preserve">[37:56] </w:t>
      </w:r>
      <w:r>
        <w:t>kuch tatiyon par charhaye jatay hain aur kuch nahi charhaye jatay aur kuch khajoor ke darakhton aur kheti</w:t>
      </w:r>
    </w:p>
    <w:p>
      <w:pPr>
        <w:jc w:val="right"/>
      </w:pPr>
      <w:r>
        <w:t>کچھ ٹٹیوں پر چڑھائے جاتے ہیں اور کچھ نہیں چڑھائے جاتے اور کچھ کھجور کے درختوں اور کھیتی</w:t>
      </w:r>
    </w:p>
    <w:p>
      <w:r>
        <w:rPr>
          <w:b/>
        </w:rPr>
        <w:t xml:space="preserve">[38:00] </w:t>
      </w:r>
      <w:r>
        <w:t>ke is ke khanay ki cheezain mukhtalif hoti hain aur zaitoon aur anar baham miltay jultay bhi aur</w:t>
      </w:r>
    </w:p>
    <w:p>
      <w:pPr>
        <w:jc w:val="right"/>
      </w:pPr>
      <w:r>
        <w:t>کے اس کے کھانے کی چیزیں مختلف ہوتی ہیں اور زیتون اور انار باہم ملتے جلتے بھی اور</w:t>
      </w:r>
    </w:p>
    <w:p>
      <w:r>
        <w:rPr>
          <w:b/>
        </w:rPr>
        <w:t xml:space="preserve">[38:04] </w:t>
      </w:r>
      <w:r>
        <w:t>aik doosray se mukhtalif bhi.</w:t>
      </w:r>
    </w:p>
    <w:p>
      <w:pPr>
        <w:jc w:val="right"/>
      </w:pPr>
      <w:r>
        <w:t>ایک دوسرے سے مختلف بھی۔</w:t>
      </w:r>
    </w:p>
    <w:p>
      <w:r>
        <w:rPr>
          <w:b/>
        </w:rPr>
        <w:t xml:space="preserve">[38:09] </w:t>
      </w:r>
      <w:r>
        <w:t>khao un ki pedawar jabke woh phalein aur Allah</w:t>
      </w:r>
    </w:p>
    <w:p>
      <w:pPr>
        <w:jc w:val="right"/>
      </w:pPr>
      <w:r>
        <w:t>کھاؤ ان کی پیداوار جبکہ وہ پھلیں اور اللہ</w:t>
      </w:r>
    </w:p>
    <w:p>
      <w:r>
        <w:rPr>
          <w:b/>
        </w:rPr>
        <w:t xml:space="preserve">[38:13] </w:t>
      </w:r>
      <w:r>
        <w:t>ka haq ada karo is ke kaatnay ke din aur israf na karo be shak Allah israf karnay</w:t>
      </w:r>
    </w:p>
    <w:p>
      <w:pPr>
        <w:jc w:val="right"/>
      </w:pPr>
      <w:r>
        <w:t>کا حق ادا کرو اس کے کاٹنے کے دن اور اسراف نہ کرو بے شک اللہ اسراف کرنے</w:t>
      </w:r>
    </w:p>
    <w:p>
      <w:r>
        <w:rPr>
          <w:b/>
        </w:rPr>
        <w:t xml:space="preserve">[38:18] </w:t>
      </w:r>
      <w:r>
        <w:t>walon ko pasand nahi karta.</w:t>
      </w:r>
    </w:p>
    <w:p>
      <w:pPr>
        <w:jc w:val="right"/>
      </w:pPr>
      <w:r>
        <w:t>والوں کو پسند نہیں کرتا۔</w:t>
      </w:r>
    </w:p>
    <w:p>
      <w:r>
        <w:rPr>
          <w:b/>
        </w:rPr>
        <w:t xml:space="preserve">[38:23] </w:t>
      </w:r>
      <w:r>
        <w:t>aur us ne maweshiyon mein bojh uthanay walay paida kiye aur zameen se lagay huay bhi.</w:t>
      </w:r>
    </w:p>
    <w:p>
      <w:pPr>
        <w:jc w:val="right"/>
      </w:pPr>
      <w:r>
        <w:t>اور اس نے مویشیوں میں بوجھ اٹھانے والے پیدا کیے اور زمین سے لگے ہوئے بھی۔</w:t>
      </w:r>
    </w:p>
    <w:p>
      <w:r>
        <w:rPr>
          <w:b/>
        </w:rPr>
        <w:t xml:space="preserve">[38:28] </w:t>
      </w:r>
      <w:r>
        <w:t>khao in cheezon mein se jo Allah ne tumhein di hain aur shaitan ki pairwi na karo woh</w:t>
      </w:r>
    </w:p>
    <w:p>
      <w:pPr>
        <w:jc w:val="right"/>
      </w:pPr>
      <w:r>
        <w:t>کھاؤ ان چیزوں میں سے جو اللہ نے تمہیں دی ہیں اور شیطان کی پیروی نہ کرو وہ</w:t>
      </w:r>
    </w:p>
    <w:p>
      <w:r>
        <w:rPr>
          <w:b/>
        </w:rPr>
        <w:t xml:space="preserve">[38:33] </w:t>
      </w:r>
      <w:r>
        <w:t>tumhara khula hua dushman hai.</w:t>
      </w:r>
    </w:p>
    <w:p>
      <w:pPr>
        <w:jc w:val="right"/>
      </w:pPr>
      <w:r>
        <w:t>تمہارا کھلا ہوا دشمن ہے۔</w:t>
      </w:r>
    </w:p>
    <w:p>
      <w:r>
        <w:rPr>
          <w:b/>
        </w:rPr>
        <w:t xml:space="preserve">[38:38] </w:t>
      </w:r>
      <w:r>
        <w:t>Allah ne aath joray paida kiye do bheer ki qism se</w:t>
      </w:r>
    </w:p>
    <w:p>
      <w:pPr>
        <w:jc w:val="right"/>
      </w:pPr>
      <w:r>
        <w:t>اللہ نے آٹھ جوڑے پیدا کیے دو بھیڑ کی قسم سے</w:t>
      </w:r>
    </w:p>
    <w:p>
      <w:r>
        <w:rPr>
          <w:b/>
        </w:rPr>
        <w:t xml:space="preserve">[38:43] </w:t>
      </w:r>
      <w:r>
        <w:t>aur do bakri ki qism se.</w:t>
      </w:r>
    </w:p>
    <w:p>
      <w:pPr>
        <w:jc w:val="right"/>
      </w:pPr>
      <w:r>
        <w:t>اور دو بکری کی قسم سے۔</w:t>
      </w:r>
    </w:p>
    <w:p>
      <w:r>
        <w:rPr>
          <w:b/>
        </w:rPr>
        <w:t xml:space="preserve">[38:48] </w:t>
      </w:r>
      <w:r>
        <w:t>poochho ke dono nar Allah ne haram kiye hain ya dono mada ya woh bachay jo bheeron aur</w:t>
      </w:r>
    </w:p>
    <w:p>
      <w:pPr>
        <w:jc w:val="right"/>
      </w:pPr>
      <w:r>
        <w:t>پوچھو کہ دونوں نر اللہ نے حرام کیے ہیں یا دونوں مادہ یا وہ بچے جو بھیڑوں اور</w:t>
      </w:r>
    </w:p>
    <w:p>
      <w:r>
        <w:rPr>
          <w:b/>
        </w:rPr>
        <w:t xml:space="preserve">[38:52] </w:t>
      </w:r>
      <w:r>
        <w:t>bakriyon ke pait mein hon.</w:t>
      </w:r>
    </w:p>
    <w:p>
      <w:pPr>
        <w:jc w:val="right"/>
      </w:pPr>
      <w:r>
        <w:t>بکریوں کے پیٹ میں ہوں۔</w:t>
      </w:r>
    </w:p>
    <w:p>
      <w:r>
        <w:rPr>
          <w:b/>
        </w:rPr>
        <w:t xml:space="preserve">[38:56] </w:t>
      </w:r>
      <w:r>
        <w:t>mujhe daleel ke sath batao agar tum sachay ho.</w:t>
      </w:r>
    </w:p>
    <w:p>
      <w:pPr>
        <w:jc w:val="right"/>
      </w:pPr>
      <w:r>
        <w:t>مجھے دلیل کے ساتھ بتاؤ اگر تم سچے ہو۔</w:t>
      </w:r>
    </w:p>
    <w:p>
      <w:r>
        <w:rPr>
          <w:b/>
        </w:rPr>
        <w:t xml:space="preserve">[39:01] </w:t>
      </w:r>
      <w:r>
        <w:t>aur isi tarah do oont ki qism se hain aur do gaaye ki qism se.</w:t>
      </w:r>
    </w:p>
    <w:p>
      <w:pPr>
        <w:jc w:val="right"/>
      </w:pPr>
      <w:r>
        <w:t>اور اسی طرح دو اونٹ کی قسم سے ہیں اور دو گائے کی قسم سے۔</w:t>
      </w:r>
    </w:p>
    <w:p>
      <w:r>
        <w:rPr>
          <w:b/>
        </w:rPr>
        <w:t xml:space="preserve">[39:05] </w:t>
      </w:r>
      <w:r>
        <w:t>poochho ke dono nar Allah ne haram kiye hain ya dono mada ya woh bachay jo oontni aur</w:t>
      </w:r>
    </w:p>
    <w:p>
      <w:pPr>
        <w:jc w:val="right"/>
      </w:pPr>
      <w:r>
        <w:t>پوچھو کہ دونوں نر اللہ نے حرام کیے ہیں یا دونوں مادہ یا وہ بچے جو اونٹنی اور</w:t>
      </w:r>
    </w:p>
    <w:p>
      <w:r>
        <w:rPr>
          <w:b/>
        </w:rPr>
        <w:t xml:space="preserve">[39:09] </w:t>
      </w:r>
      <w:r>
        <w:t>gaaye ke pait mein hon. kiya tum</w:t>
      </w:r>
    </w:p>
    <w:p>
      <w:pPr>
        <w:jc w:val="right"/>
      </w:pPr>
      <w:r>
        <w:t>گائے کے پیٹ میں ہوں۔ کیا تم</w:t>
      </w:r>
    </w:p>
    <w:p>
      <w:r>
        <w:rPr>
          <w:b/>
        </w:rPr>
        <w:t xml:space="preserve">[39:14] </w:t>
      </w:r>
      <w:r>
        <w:t>is waqt hazir the jab allah ne tum ko is ka hukum diya tha? phir is se zyada</w:t>
      </w:r>
    </w:p>
    <w:p>
      <w:pPr>
        <w:jc w:val="right"/>
      </w:pPr>
      <w:r>
        <w:t>اس وقت حاضر تھے جب اللہ نے تم کو اس کا حکم دیا تھا؟ پھر اس سے زیادہ</w:t>
      </w:r>
    </w:p>
    <w:p>
      <w:r>
        <w:rPr>
          <w:b/>
        </w:rPr>
        <w:t xml:space="preserve">[39:20] </w:t>
      </w:r>
      <w:r>
        <w:t>zalim kaun hai jo allah par jhoot buhtan bandhe taake woh logon ko behka de baghair ilm ke.</w:t>
      </w:r>
    </w:p>
    <w:p>
      <w:pPr>
        <w:jc w:val="right"/>
      </w:pPr>
      <w:r>
        <w:t>ظالم کون ہے جو اللہ پر جھوٹ بہتان باندھے تاکہ وہ لوگوں کو بہکا دے بغیر علم کے۔</w:t>
      </w:r>
    </w:p>
    <w:p>
      <w:r>
        <w:rPr>
          <w:b/>
        </w:rPr>
        <w:t xml:space="preserve">[39:26] </w:t>
      </w:r>
      <w:r>
        <w:t>beshak allah zalimon ko rah nahi dikhata.</w:t>
      </w:r>
    </w:p>
    <w:p>
      <w:pPr>
        <w:jc w:val="right"/>
      </w:pPr>
      <w:r>
        <w:t>بے شک اللہ ظالموں کو راہ نہیں دکھاتا۔</w:t>
      </w:r>
    </w:p>
    <w:p>
      <w:r>
        <w:rPr>
          <w:b/>
        </w:rPr>
        <w:t xml:space="preserve">[39:32] </w:t>
      </w:r>
      <w:r>
        <w:t>kaho mujh par jo wahi aayi hai is mein to main koi cheez nahi pata jo haram ho</w:t>
      </w:r>
    </w:p>
    <w:p>
      <w:pPr>
        <w:jc w:val="right"/>
      </w:pPr>
      <w:r>
        <w:t>کہو مجھ پر جو وحی آئی ہے اس میں تو میں کوئی چیز نہیں پاتا جو حرام ہو</w:t>
      </w:r>
    </w:p>
    <w:p>
      <w:r>
        <w:rPr>
          <w:b/>
        </w:rPr>
        <w:t xml:space="preserve">[39:38] </w:t>
      </w:r>
      <w:r>
        <w:t>kisi khane wale par siwaye is ke ke woh murdar ho ya bahaya hua khoon ho</w:t>
      </w:r>
    </w:p>
    <w:p>
      <w:pPr>
        <w:jc w:val="right"/>
      </w:pPr>
      <w:r>
        <w:t>کسی کھانے والے پر سوائے اس کے کہ وہ مردار ہو یا بہایا ہوا خون ہو</w:t>
      </w:r>
    </w:p>
    <w:p>
      <w:r>
        <w:rPr>
          <w:b/>
        </w:rPr>
        <w:t xml:space="preserve">[39:44] </w:t>
      </w:r>
      <w:r>
        <w:t>ya sur ka gosht ho ke woh napak hai ya najayez zibah jis par allah ke siwa kisi</w:t>
      </w:r>
    </w:p>
    <w:p>
      <w:pPr>
        <w:jc w:val="right"/>
      </w:pPr>
      <w:r>
        <w:t>یا سور کا گوشت ہو کہ وہ ناپاک ہے یا ناجائز ذبیح جس پر اللہ کے سوا کسی</w:t>
      </w:r>
    </w:p>
    <w:p>
      <w:r>
        <w:rPr>
          <w:b/>
        </w:rPr>
        <w:t xml:space="preserve">[39:49] </w:t>
      </w:r>
      <w:r>
        <w:t>aur ka naam pukara gaya ho.</w:t>
      </w:r>
    </w:p>
    <w:p>
      <w:pPr>
        <w:jc w:val="right"/>
      </w:pPr>
      <w:r>
        <w:t>اور کا نام پکارا گیا ہو۔</w:t>
      </w:r>
    </w:p>
    <w:p>
      <w:r>
        <w:rPr>
          <w:b/>
        </w:rPr>
        <w:t xml:space="preserve">[39:54] </w:t>
      </w:r>
      <w:r>
        <w:t>lekin jo shakhs bhook se be ikhtiyar ho jaye na nafarmani kare aur na ziyadati kare to tera</w:t>
      </w:r>
    </w:p>
    <w:p>
      <w:pPr>
        <w:jc w:val="right"/>
      </w:pPr>
      <w:r>
        <w:t>لیکن جو شخص بھوک سے بے اختیار ہو جائے نہ نافرمانی کرے اور نہ زیادتی کرے تو تیرا</w:t>
      </w:r>
    </w:p>
    <w:p>
      <w:r>
        <w:rPr>
          <w:b/>
        </w:rPr>
        <w:t xml:space="preserve">[39:59] </w:t>
      </w:r>
      <w:r>
        <w:t>rab bakhsne wala meherban hai.</w:t>
      </w:r>
    </w:p>
    <w:p>
      <w:pPr>
        <w:jc w:val="right"/>
      </w:pPr>
      <w:r>
        <w:t>رب بخشنے والا مہربان ہے۔</w:t>
      </w:r>
    </w:p>
    <w:p>
      <w:r>
        <w:rPr>
          <w:b/>
        </w:rPr>
        <w:t xml:space="preserve">[40:04] </w:t>
      </w:r>
      <w:r>
        <w:t>aur yahud par hum ne sare nakhun wale janwar haram kiye the aur gaaye aur bakri ki charbi</w:t>
      </w:r>
    </w:p>
    <w:p>
      <w:pPr>
        <w:jc w:val="right"/>
      </w:pPr>
      <w:r>
        <w:t>اور یہود پر ہم نے سارے ناخن والے جانور حرام کیے تھے اور گائے اور بکری کی چربی</w:t>
      </w:r>
    </w:p>
    <w:p>
      <w:r>
        <w:rPr>
          <w:b/>
        </w:rPr>
        <w:t xml:space="preserve">[40:09] </w:t>
      </w:r>
      <w:r>
        <w:t>haram ki siwaye is ke jo un ki pait</w:t>
      </w:r>
    </w:p>
    <w:p>
      <w:pPr>
        <w:jc w:val="right"/>
      </w:pPr>
      <w:r>
        <w:t>حرام کی سوائے اس کے جو ان کی پیٹ</w:t>
      </w:r>
    </w:p>
    <w:p>
      <w:r>
        <w:rPr>
          <w:b/>
        </w:rPr>
        <w:t xml:space="preserve">[40:15] </w:t>
      </w:r>
      <w:r>
        <w:t>h ya antariyon se lagi ho ya kisi haddi se mili hui ho. Yeh saza di thi hum ne un ko un ki sarakshi par aur yaqeenan hum sachche hain. Pas agar woh tum ko jhutlayen to keh do ke tumhara Rab bari waseeh rehmat wala hai aur uska azab mujrim logon se tal nahi sakta. Jinhone shirk kiya woh kahenge ke agar Allah chahta to hum shirk na karte aur na</w:t>
      </w:r>
    </w:p>
    <w:p>
      <w:pPr>
        <w:jc w:val="right"/>
      </w:pPr>
      <w:r>
        <w:t>ھ یا انتڑیوں سے لگی ہو یا کسی ہڈی سے ملی ہوئی ہو۔ یہ سزا دی تھی ہم نے ان کو ان کی سرکشی پر اور یقینا ہم سچے ہیں۔ پس اگر وہ تم کو جھٹلائیں تو کہہ دو کہ تمہارا رب بڑی وسیع رحمت والا ہے اور اس کا عذاب مجرم لوگوں سے ٹل نہیں سکتا۔ جنہوں نے شرک کیا وہ کہیں گے کہ اگر اللہ چاہتا تو ہم شرک نہ کرتے اور نہ</w:t>
      </w:r>
    </w:p>
    <w:p>
      <w:r>
        <w:rPr>
          <w:b/>
        </w:rPr>
        <w:t xml:space="preserve">[40:45] </w:t>
      </w:r>
      <w:r>
        <w:t>hamare baap dada karte aur na hum kisi cheez ko haram kar lete.</w:t>
      </w:r>
    </w:p>
    <w:p>
      <w:pPr>
        <w:jc w:val="right"/>
      </w:pPr>
      <w:r>
        <w:t>ہمارے باپ دادا کرتے اور نہ ہم کسی چیز کو حرام کر لیتے۔</w:t>
      </w:r>
    </w:p>
    <w:p>
      <w:r>
        <w:rPr>
          <w:b/>
        </w:rPr>
        <w:t xml:space="preserve">[40:50] </w:t>
      </w:r>
      <w:r>
        <w:t>isi tarah jhutlaya in logon ne bhi jo un se qabl hue hain yahan tak ke unhone</w:t>
      </w:r>
    </w:p>
    <w:p>
      <w:pPr>
        <w:jc w:val="right"/>
      </w:pPr>
      <w:r>
        <w:t>اسی طرح جھٹلایا ان لوگوں نے بھی جو ان سے قبل ہوئے ہیں یہاں تک کہ انہوں نے</w:t>
      </w:r>
    </w:p>
    <w:p>
      <w:r>
        <w:rPr>
          <w:b/>
        </w:rPr>
        <w:t xml:space="preserve">[40:55] </w:t>
      </w:r>
      <w:r>
        <w:t>hamara azab chakhha.</w:t>
      </w:r>
    </w:p>
    <w:p>
      <w:pPr>
        <w:jc w:val="right"/>
      </w:pPr>
      <w:r>
        <w:t>ہمارا عذاب چکھا۔</w:t>
      </w:r>
    </w:p>
    <w:p>
      <w:r>
        <w:rPr>
          <w:b/>
        </w:rPr>
        <w:t xml:space="preserve">[41:00] </w:t>
      </w:r>
      <w:r>
        <w:t>kaho kya tumhare paas koi ilm hai jis ko tum hamare samne pesh karo? tum to sirf guman</w:t>
      </w:r>
    </w:p>
    <w:p>
      <w:pPr>
        <w:jc w:val="right"/>
      </w:pPr>
      <w:r>
        <w:t>کہو کیا تمہارے پاس کوئی علم ہے جس کو تم ہمارے سامنے پیش کرو؟ تم تو صرف گمان</w:t>
      </w:r>
    </w:p>
    <w:p>
      <w:r>
        <w:rPr>
          <w:b/>
        </w:rPr>
        <w:t xml:space="preserve">[41:05] </w:t>
      </w:r>
      <w:r>
        <w:t>ki pairwi kar rahe ho aur mahaz atkal se kaam lete ho.</w:t>
      </w:r>
    </w:p>
    <w:p>
      <w:pPr>
        <w:jc w:val="right"/>
      </w:pPr>
      <w:r>
        <w:t>کی پیروی کر رہے ہو اور محض اٹکل سے کام لیتے ہو۔</w:t>
      </w:r>
    </w:p>
    <w:p>
      <w:r>
        <w:rPr>
          <w:b/>
        </w:rPr>
        <w:t xml:space="preserve">[41:10] </w:t>
      </w:r>
      <w:r>
        <w:t>kaho ke poori hujjath to allah ki hai aur agar allah chahta to</w:t>
      </w:r>
    </w:p>
    <w:p>
      <w:pPr>
        <w:jc w:val="right"/>
      </w:pPr>
      <w:r>
        <w:t>کہو کہ پوری حجت تو اللہ کی ہے اور اگر اللہ چاہتا تو</w:t>
      </w:r>
    </w:p>
    <w:p>
      <w:r>
        <w:rPr>
          <w:b/>
        </w:rPr>
        <w:t xml:space="preserve">[41:15] </w:t>
      </w:r>
      <w:r>
        <w:t>wo tum sab ko hidayat de deta. kaho ke apne gawahon ko lao jo is par gawahi dein ke Allah ne in cheezon ko haram thahrraya hai. agar wo jhooti gawahi de bhi dein to tum un ke sath gawahi na dena aur tum un logon ki khwahishon ki pairwi na karo jinhon ne hamari nishaniyon ko jhutlaya aur jo akhirat par iman nahin rakhte aur doosron ko apne rab ka humsar thahrrate hain. kaho aao mein</w:t>
      </w:r>
    </w:p>
    <w:p>
      <w:pPr>
        <w:jc w:val="right"/>
      </w:pPr>
      <w:r>
        <w:t>وہ تم سب کو ہدایت دے دیتا۔ کہو کہ اپنے گواہوں کو لاؤ جو اس پر گواہی دیں کہ اللہ نے ان چیزوں کو حرام ٹھہرایا ہے۔ اگر وہ جھوٹی گواہی دے بھی دیں تو تم ان کے ساتھ گواہی نہ دینا اور تم ان لوگوں کی خواہشوں کی پیروی نہ کرو جنہوں نے ہماری نشانیوں کو جھٹلایا اور جو آخرت پر ایمان نہیں رکھتے اور دوسروں کو اپنے رب کا ہمسر ٹھہراتے ہیں۔ کہو آؤ میں</w:t>
      </w:r>
    </w:p>
    <w:p>
      <w:r>
        <w:rPr>
          <w:b/>
        </w:rPr>
        <w:t xml:space="preserve">[41:45] </w:t>
      </w:r>
      <w:r>
        <w:t>sunaoon woh cheezein jo tumhare rab ne tum par haram ki hain.</w:t>
      </w:r>
    </w:p>
    <w:p>
      <w:pPr>
        <w:jc w:val="right"/>
      </w:pPr>
      <w:r>
        <w:t>سناؤں وہ چیزیں جو تمہارے رب نے تم پر حرام کی ہیں۔</w:t>
      </w:r>
    </w:p>
    <w:p>
      <w:r>
        <w:rPr>
          <w:b/>
        </w:rPr>
        <w:t xml:space="preserve">[41:50] </w:t>
      </w:r>
      <w:r>
        <w:t>yeh ke tum is ke sath kisi cheez ko shareek na karo aur maan baap ke sath naik</w:t>
      </w:r>
    </w:p>
    <w:p>
      <w:pPr>
        <w:jc w:val="right"/>
      </w:pPr>
      <w:r>
        <w:t>یہ کہ تم اس کے ساتھ کسی چیز کو شریک نہ کرو اور ماں باپ کے ساتھ نیک</w:t>
      </w:r>
    </w:p>
    <w:p>
      <w:r>
        <w:rPr>
          <w:b/>
        </w:rPr>
        <w:t xml:space="preserve">[41:55] </w:t>
      </w:r>
      <w:r>
        <w:t>sulook karo aur apni aulad ko maflisi ke dar se qatal na karo.</w:t>
      </w:r>
    </w:p>
    <w:p>
      <w:pPr>
        <w:jc w:val="right"/>
      </w:pPr>
      <w:r>
        <w:t>سلوک کرو اور اپنی اولاد کو مفلسی کے ڈر سے قتل نہ کرو۔</w:t>
      </w:r>
    </w:p>
    <w:p>
      <w:r>
        <w:rPr>
          <w:b/>
        </w:rPr>
        <w:t xml:space="preserve">[42:00] </w:t>
      </w:r>
      <w:r>
        <w:t>hum tum ko bhi rozi dete hain aur un ko bhi aur behayai ke kaam ke paas</w:t>
      </w:r>
    </w:p>
    <w:p>
      <w:pPr>
        <w:jc w:val="right"/>
      </w:pPr>
      <w:r>
        <w:t>ہم تم کو بھی روزی دیتے ہیں اور ان کو بھی اور بے حیائی کے کام کے پاس</w:t>
      </w:r>
    </w:p>
    <w:p>
      <w:r>
        <w:rPr>
          <w:b/>
        </w:rPr>
        <w:t xml:space="preserve">[42:05] </w:t>
      </w:r>
      <w:r>
        <w:t>na jao khwah woh zahir ho ya posheeda aur jis jaan ko allah ne haram thahraya us ko</w:t>
      </w:r>
    </w:p>
    <w:p>
      <w:pPr>
        <w:jc w:val="right"/>
      </w:pPr>
      <w:r>
        <w:t>نہ جاؤ خواہ وہ ظاہر ہو یا پوشیدہ اور جس جان کو اللہ نے حرام ٹھہرایا اس کو</w:t>
      </w:r>
    </w:p>
    <w:p>
      <w:r>
        <w:rPr>
          <w:b/>
        </w:rPr>
        <w:t xml:space="preserve">[42:10] </w:t>
      </w:r>
      <w:r>
        <w:t>na maro magar</w:t>
      </w:r>
    </w:p>
    <w:p>
      <w:pPr>
        <w:jc w:val="right"/>
      </w:pPr>
      <w:r>
        <w:t>نہ مارو مگر</w:t>
      </w:r>
    </w:p>
    <w:p>
      <w:r>
        <w:rPr>
          <w:b/>
        </w:rPr>
        <w:t xml:space="preserve">[42:15] </w:t>
      </w:r>
      <w:r>
        <w:t>haq par.</w:t>
      </w:r>
    </w:p>
    <w:p>
      <w:pPr>
        <w:jc w:val="right"/>
      </w:pPr>
      <w:r>
        <w:t>حق پر۔</w:t>
      </w:r>
    </w:p>
    <w:p>
      <w:r>
        <w:rPr>
          <w:b/>
        </w:rPr>
        <w:t xml:space="preserve">[42:20] </w:t>
      </w:r>
      <w:r>
        <w:t>yeh baatein hain jin ki khuda ne tumhein hidayat farmayi hai taake tum aql se kaam lo.</w:t>
      </w:r>
    </w:p>
    <w:p>
      <w:pPr>
        <w:jc w:val="right"/>
      </w:pPr>
      <w:r>
        <w:t>یہ باتیں ہیں جن کی خدا نے تمہیں ہدایت فرمائی ہے تاکہ تم عقل سے کام لو۔</w:t>
      </w:r>
    </w:p>
    <w:p>
      <w:r>
        <w:rPr>
          <w:b/>
        </w:rPr>
        <w:t xml:space="preserve">[42:25] </w:t>
      </w:r>
      <w:r>
        <w:t>aur yateem ke maal ke paas na jao magar aise tareeqe se jo behtar ho yahan tak ke</w:t>
      </w:r>
    </w:p>
    <w:p>
      <w:pPr>
        <w:jc w:val="right"/>
      </w:pPr>
      <w:r>
        <w:t>اور یتیم کے مال کے پاس نہ جاؤ مگر ایسے طریقے سے جو بہتر ہو یہاں تک کہ</w:t>
      </w:r>
    </w:p>
    <w:p>
      <w:r>
        <w:rPr>
          <w:b/>
        </w:rPr>
        <w:t xml:space="preserve">[42:30] </w:t>
      </w:r>
      <w:r>
        <w:t>woh apni jawani ko pohanch jaye aur naap taul mein poora insaaf karo.</w:t>
      </w:r>
    </w:p>
    <w:p>
      <w:pPr>
        <w:jc w:val="right"/>
      </w:pPr>
      <w:r>
        <w:t>وہ اپنی جوانی کو پہنچ جائے اور ناپ تول میں پورا انصاف کرو۔</w:t>
      </w:r>
    </w:p>
    <w:p>
      <w:r>
        <w:rPr>
          <w:b/>
        </w:rPr>
        <w:t xml:space="preserve">[42:35] </w:t>
      </w:r>
      <w:r>
        <w:t>hum kisi ke zimmay wohi cheez laazim karte hain jis ki use taqat ho aur jab bolo to</w:t>
      </w:r>
    </w:p>
    <w:p>
      <w:pPr>
        <w:jc w:val="right"/>
      </w:pPr>
      <w:r>
        <w:t>ہم کسی کے ذمے وہی چیز لازم کرتے ہیں جس کی اسے طاقت ہو اور جب بولو تو</w:t>
      </w:r>
    </w:p>
    <w:p>
      <w:r>
        <w:rPr>
          <w:b/>
        </w:rPr>
        <w:t xml:space="preserve">[42:40] </w:t>
      </w:r>
      <w:r>
        <w:t>insaaf ki baat bolo khwah maamla apne rishtedaar hi</w:t>
      </w:r>
    </w:p>
    <w:p>
      <w:pPr>
        <w:jc w:val="right"/>
      </w:pPr>
      <w:r>
        <w:t>انصاف کی بات بولو خواہ معاملہ اپنے رشتہ دار ہی</w:t>
      </w:r>
    </w:p>
    <w:p>
      <w:r>
        <w:rPr>
          <w:b/>
        </w:rPr>
        <w:t xml:space="preserve">[42:45] </w:t>
      </w:r>
      <w:r>
        <w:t>ka ho aur Allah ke ahad ko poora karo.</w:t>
      </w:r>
    </w:p>
    <w:p>
      <w:pPr>
        <w:jc w:val="right"/>
      </w:pPr>
      <w:r>
        <w:t>کا ہو اور اللہ کے عہد کو پورا کرو۔</w:t>
      </w:r>
    </w:p>
    <w:p>
      <w:r>
        <w:rPr>
          <w:b/>
        </w:rPr>
        <w:t xml:space="preserve">[42:50] </w:t>
      </w:r>
      <w:r>
        <w:t>yeh cheezein hain jin ka Allah ne tum ko hukum diya hai taake tum naseehat pakro.</w:t>
      </w:r>
    </w:p>
    <w:p>
      <w:pPr>
        <w:jc w:val="right"/>
      </w:pPr>
      <w:r>
        <w:t>یہ چیزیں ہیں جن کا اللہ نے تمہیں حکم دیا ہے تاکہ تم نصیحت پکڑو۔</w:t>
      </w:r>
    </w:p>
    <w:p>
      <w:r>
        <w:rPr>
          <w:b/>
        </w:rPr>
        <w:t xml:space="preserve">[42:55] </w:t>
      </w:r>
      <w:r>
        <w:t>aur Allah ne hukum diya ke yahi meri seedhi shahrah hai pas isi par chalo aur doosre raaste</w:t>
      </w:r>
    </w:p>
    <w:p>
      <w:pPr>
        <w:jc w:val="right"/>
      </w:pPr>
      <w:r>
        <w:t>اور اللہ نے حکم دیا کہ یہی میری سیدھی شاہراہ ہے پس اسی پر چلو اور دوسرے راستے</w:t>
      </w:r>
    </w:p>
    <w:p>
      <w:r>
        <w:rPr>
          <w:b/>
        </w:rPr>
        <w:t xml:space="preserve">[43:00] </w:t>
      </w:r>
      <w:r>
        <w:t>par na chalo ke woh to Allah ke raaste se juda kar dein ge.</w:t>
      </w:r>
    </w:p>
    <w:p>
      <w:pPr>
        <w:jc w:val="right"/>
      </w:pPr>
      <w:r>
        <w:t>پر نہ چلو کہ وہ تو اللہ کے راستے سے جدا کر دیں گے۔</w:t>
      </w:r>
    </w:p>
    <w:p>
      <w:r>
        <w:rPr>
          <w:b/>
        </w:rPr>
        <w:t xml:space="preserve">[43:05] </w:t>
      </w:r>
      <w:r>
        <w:t>yeh Allah ne tum ko hukum diya hai taake tum bachte raho.</w:t>
      </w:r>
    </w:p>
    <w:p>
      <w:pPr>
        <w:jc w:val="right"/>
      </w:pPr>
      <w:r>
        <w:t>یہ اللہ نے تم کو حکم دیا ہے تاکہ تم بچتے رہو۔</w:t>
      </w:r>
    </w:p>
    <w:p>
      <w:r>
        <w:rPr>
          <w:b/>
        </w:rPr>
        <w:t xml:space="preserve">[43:10] </w:t>
      </w:r>
      <w:r>
        <w:t>phir hum ne Moosa ko kitaab di nek kaam</w:t>
      </w:r>
    </w:p>
    <w:p>
      <w:pPr>
        <w:jc w:val="right"/>
      </w:pPr>
      <w:r>
        <w:t>پھر ہم نے موسیٰ کو کتاب دی نیک کام</w:t>
      </w:r>
    </w:p>
    <w:p>
      <w:r>
        <w:rPr>
          <w:b/>
        </w:rPr>
        <w:t xml:space="preserve">[43:15] </w:t>
      </w:r>
      <w:r>
        <w:t>karne walon par apni nemat poori karne ke liye aur har baat ki tafseel aur hidayat aur rehmat ta ke wo apne rab ke milne ka yaqeen karein. aur isi tarah hum ne yeh kitab utari hai ek barkat wali kitab. pas is par chalo aur Allah se daro ta ke tum par rehmat ki jaye. is liye ke tum yeh na kehne lago ke kitab to hum se pehle ke do girohon ko di gayi thi aur hum un ko parhne parhane se</w:t>
      </w:r>
    </w:p>
    <w:p>
      <w:pPr>
        <w:jc w:val="right"/>
      </w:pPr>
      <w:r>
        <w:t>کرنے والوں پر اپنی نعمت پوری کرنے کے لیے اور ہر بات کی تفصیل اور ہدایت اور رحمت تاکہ وہ اپنے رب کے ملنے کا یقین کریں۔ اور اسی طرح ہم نے یہ کتاب اتاری ہے ایک برکت والی کتاب۔ پس اس پر چلو اور اللہ سے ڈرو تاکہ تم پر رحمت کی جائے۔ اس لیے کہ تم یہ نہ کہنے لگو کہ کتاب تو ہم سے پہلے کے دو گروہوں کو دی گئی تھی اور ہم ان کو پڑھنے پڑھانے سے</w:t>
      </w:r>
    </w:p>
    <w:p>
      <w:r>
        <w:rPr>
          <w:b/>
        </w:rPr>
        <w:t xml:space="preserve">[43:45] </w:t>
      </w:r>
      <w:r>
        <w:t>be khabar the. ya kaho ke agar hum par kitab utari jati to hum un se behtar rah par chalne wale hote. pas aa gayi tumhare paas tumhare rab ki taraf se ek roshan daleel aur hidayat aur rehmat. to is se zyada zalim kaun hoga jo Allah ki nishaniyon ko jhutlaye aur un se munh mode. jo log hamari nishaniyon se araz karte hain hum un ko un ke araz ki padash mein bohat b</w:t>
      </w:r>
    </w:p>
    <w:p>
      <w:pPr>
        <w:jc w:val="right"/>
      </w:pPr>
      <w:r>
        <w:t>بے خبر تھے۔ یا کہو کہ اگر ہم پر کتاب اتاری جاتی تو ہم ان سے بہتر راہ پر چلنے والے ہوتے۔ پس آ چکی تمہارے پاس تمہارے رب کی طرف سے ایک روشن دلیل اور ہدایت اور رحمت۔ تو اس سے زیادہ ظالم کون ہوگا جو اللہ کی نشانیوں کو جھٹلائے اور ان سے منہ موڑے۔ جو لوگ ہماری نشانیوں سے اعراض کرتے ہیں ہم ان کو ان کے اعراض کی پاداش میں بہت ب</w:t>
      </w:r>
    </w:p>
    <w:p>
      <w:r>
        <w:rPr>
          <w:b/>
        </w:rPr>
        <w:t xml:space="preserve">[44:15] </w:t>
      </w:r>
      <w:r>
        <w:t>ra azaab dein ge.</w:t>
      </w:r>
    </w:p>
    <w:p>
      <w:pPr>
        <w:jc w:val="right"/>
      </w:pPr>
      <w:r>
        <w:t>را عذاب دیں گے۔</w:t>
      </w:r>
    </w:p>
    <w:p>
      <w:r>
        <w:rPr>
          <w:b/>
        </w:rPr>
        <w:t xml:space="preserve">[44:20] </w:t>
      </w:r>
      <w:r>
        <w:t>yeh log kya is ke muntazir hain ke un ke paas farishtay aayen ya tumhara rab aaye ya</w:t>
      </w:r>
    </w:p>
    <w:p>
      <w:pPr>
        <w:jc w:val="right"/>
      </w:pPr>
      <w:r>
        <w:t>یہ لوگ کیا اس کے منتظر ہیں کہ ان کے پاس فرشتے آئیں یا تمہارا رب آئے یا</w:t>
      </w:r>
    </w:p>
    <w:p>
      <w:r>
        <w:rPr>
          <w:b/>
        </w:rPr>
        <w:t xml:space="preserve">[44:24] </w:t>
      </w:r>
      <w:r>
        <w:t>tumhare rab ki nishaniyon mein se koi nishani zahir ho.</w:t>
      </w:r>
    </w:p>
    <w:p>
      <w:pPr>
        <w:jc w:val="right"/>
      </w:pPr>
      <w:r>
        <w:t>تمہارے رب کی نشانیوں میں سے کوئی نشانی ظاہر ہو۔</w:t>
      </w:r>
    </w:p>
    <w:p>
      <w:r>
        <w:rPr>
          <w:b/>
        </w:rPr>
        <w:t xml:space="preserve">[44:28] </w:t>
      </w:r>
      <w:r>
        <w:t>jis din tumhare rab ki nishaniyon mein se koi nishani aa pohanchay gi to kisi shakhs ko is</w:t>
      </w:r>
    </w:p>
    <w:p>
      <w:pPr>
        <w:jc w:val="right"/>
      </w:pPr>
      <w:r>
        <w:t>جس دن تمہارے رب کی نشانیوں میں سے کوئی نشانی آ پہنچے گی تو کسی شخص کو اس</w:t>
      </w:r>
    </w:p>
    <w:p>
      <w:r>
        <w:rPr>
          <w:b/>
        </w:rPr>
        <w:t xml:space="preserve">[44:33] </w:t>
      </w:r>
      <w:r>
        <w:t>ka imaan nafa na de ga jo pehle imaan na la chuka ho ya apne imaan mein kuch</w:t>
      </w:r>
    </w:p>
    <w:p>
      <w:pPr>
        <w:jc w:val="right"/>
      </w:pPr>
      <w:r>
        <w:t>کا ایمان نفع نہ دے گا جو پہلے ایمان نہ لا چکا ہو یا اپنے ایمان میں کچھ</w:t>
      </w:r>
    </w:p>
    <w:p>
      <w:r>
        <w:rPr>
          <w:b/>
        </w:rPr>
        <w:t xml:space="preserve">[44:37] </w:t>
      </w:r>
      <w:r>
        <w:t>neki na ki ho.</w:t>
      </w:r>
    </w:p>
    <w:p>
      <w:pPr>
        <w:jc w:val="right"/>
      </w:pPr>
      <w:r>
        <w:t>نیکی نہ کی ہو۔</w:t>
      </w:r>
    </w:p>
    <w:p>
      <w:r>
        <w:rPr>
          <w:b/>
        </w:rPr>
        <w:t xml:space="preserve">[44:41] </w:t>
      </w:r>
      <w:r>
        <w:t>kaho tum raah dekho</w:t>
      </w:r>
    </w:p>
    <w:p>
      <w:pPr>
        <w:jc w:val="right"/>
      </w:pPr>
      <w:r>
        <w:t>کہو تم راہ دیکھو</w:t>
      </w:r>
    </w:p>
    <w:p>
      <w:r>
        <w:rPr>
          <w:b/>
        </w:rPr>
        <w:t xml:space="preserve">[44:46] </w:t>
      </w:r>
      <w:r>
        <w:t>hum bhi raah dekh rahe hain.</w:t>
      </w:r>
    </w:p>
    <w:p>
      <w:pPr>
        <w:jc w:val="right"/>
      </w:pPr>
      <w:r>
        <w:t>ہم بھی راہ دیکھ رہے ہیں۔</w:t>
      </w:r>
    </w:p>
    <w:p>
      <w:r>
        <w:rPr>
          <w:b/>
        </w:rPr>
        <w:t xml:space="preserve">[44:50] </w:t>
      </w:r>
      <w:r>
        <w:t>jinhon ne apne deen mein raahein nikaleen aur giroh giroh ban gaye tum ko in se kuch sarokar nahin.</w:t>
      </w:r>
    </w:p>
    <w:p>
      <w:pPr>
        <w:jc w:val="right"/>
      </w:pPr>
      <w:r>
        <w:t>جنہوں نے اپنے دین میں راہیں نکالیں اور گروہ گروہ بن گئے تم کو ان سے کچھ سروکار نہیں۔</w:t>
      </w:r>
    </w:p>
    <w:p>
      <w:r>
        <w:rPr>
          <w:b/>
        </w:rPr>
        <w:t xml:space="preserve">[44:54] </w:t>
      </w:r>
      <w:r>
        <w:t>un ka maamla Allah ke hawale hai.</w:t>
      </w:r>
    </w:p>
    <w:p>
      <w:pPr>
        <w:jc w:val="right"/>
      </w:pPr>
      <w:r>
        <w:t>ان کا معاملہ اللہ کے حوالے ہے۔</w:t>
      </w:r>
    </w:p>
    <w:p>
      <w:r>
        <w:rPr>
          <w:b/>
        </w:rPr>
        <w:t xml:space="preserve">[44:58] </w:t>
      </w:r>
      <w:r>
        <w:t>phir wohi un ko bata de ga jo woh karte thay.</w:t>
      </w:r>
    </w:p>
    <w:p>
      <w:pPr>
        <w:jc w:val="right"/>
      </w:pPr>
      <w:r>
        <w:t>پھر وہی ان کو بتا دے گا جو وہ کرتے تھے۔</w:t>
      </w:r>
    </w:p>
    <w:p>
      <w:r>
        <w:rPr>
          <w:b/>
        </w:rPr>
        <w:t xml:space="preserve">[45:03] </w:t>
      </w:r>
      <w:r>
        <w:t>jo shakhs neki le kar aaye ga to us ke liye us ka das guna hai aur jo</w:t>
      </w:r>
    </w:p>
    <w:p>
      <w:pPr>
        <w:jc w:val="right"/>
      </w:pPr>
      <w:r>
        <w:t>جو شخص نیکی لے کر آئے گا تو اس کے لیے اس کا دس گناہ ہے اور جو</w:t>
      </w:r>
    </w:p>
    <w:p>
      <w:r>
        <w:rPr>
          <w:b/>
        </w:rPr>
        <w:t xml:space="preserve">[45:07] </w:t>
      </w:r>
      <w:r>
        <w:t>shakhs burai le kar aaye ga to us ko bas us ke barabar badla mile ga aur un</w:t>
      </w:r>
    </w:p>
    <w:p>
      <w:pPr>
        <w:jc w:val="right"/>
      </w:pPr>
      <w:r>
        <w:t>شخص برائی لے کر آئے گا تو اس کو بس اس کے برابر بدلہ ملے گا اور ان</w:t>
      </w:r>
    </w:p>
    <w:p>
      <w:r>
        <w:rPr>
          <w:b/>
        </w:rPr>
        <w:t xml:space="preserve">[45:11] </w:t>
      </w:r>
      <w:r>
        <w:t>par zulm nahi kiya jaye ga.</w:t>
      </w:r>
    </w:p>
    <w:p>
      <w:pPr>
        <w:jc w:val="right"/>
      </w:pPr>
      <w:r>
        <w:t>پر ظلم نہیں کیا جائے گا۔</w:t>
      </w:r>
    </w:p>
    <w:p>
      <w:r>
        <w:rPr>
          <w:b/>
        </w:rPr>
        <w:t xml:space="preserve">[45:16] </w:t>
      </w:r>
      <w:r>
        <w:t>kaho mere rab ne mujh ko seedha raasta bata diya hai deen sahih Ibrahim ki millat ki taraf</w:t>
      </w:r>
    </w:p>
    <w:p>
      <w:pPr>
        <w:jc w:val="right"/>
      </w:pPr>
      <w:r>
        <w:t>کہو میرے رب نے مجھ کو سیدھا راستہ بتا دیا ہے دین صحیح ابراہیم کی ملت کی طرف</w:t>
      </w:r>
    </w:p>
    <w:p>
      <w:r>
        <w:rPr>
          <w:b/>
        </w:rPr>
        <w:t xml:space="preserve">[45:21] </w:t>
      </w:r>
      <w:r>
        <w:t>jo yaksoo thay aur mushrikeen mein se na thay.</w:t>
      </w:r>
    </w:p>
    <w:p>
      <w:pPr>
        <w:jc w:val="right"/>
      </w:pPr>
      <w:r>
        <w:t>جو یکسو تھے اور مشرکین میں سے نہ تھے۔</w:t>
      </w:r>
    </w:p>
    <w:p>
      <w:r>
        <w:rPr>
          <w:b/>
        </w:rPr>
        <w:t xml:space="preserve">[45:26] </w:t>
      </w:r>
      <w:r>
        <w:t>kaho meri namaz aur meri qurbani mera jeena aur mera marna Allah ke liye hai jo rab hai</w:t>
      </w:r>
    </w:p>
    <w:p>
      <w:pPr>
        <w:jc w:val="right"/>
      </w:pPr>
      <w:r>
        <w:t>کہو میری نماز اور میری قربانی میرا جینا اور میرا مرنا اللہ کے لیے ہے جو رب ہے</w:t>
      </w:r>
    </w:p>
    <w:p>
      <w:r>
        <w:rPr>
          <w:b/>
        </w:rPr>
        <w:t xml:space="preserve">[45:31] </w:t>
      </w:r>
      <w:r>
        <w:t>saare jahan ka.</w:t>
      </w:r>
    </w:p>
    <w:p>
      <w:pPr>
        <w:jc w:val="right"/>
      </w:pPr>
      <w:r>
        <w:t>سارے جہاں کا۔</w:t>
      </w:r>
    </w:p>
    <w:p>
      <w:r>
        <w:rPr>
          <w:b/>
        </w:rPr>
        <w:t xml:space="preserve">[45:36] </w:t>
      </w:r>
      <w:r>
        <w:t>koi uska shareek nahi aur mujhe isi ka hukum mila hai aur main sab se pehle farmanbardar hoon.</w:t>
      </w:r>
    </w:p>
    <w:p>
      <w:pPr>
        <w:jc w:val="right"/>
      </w:pPr>
      <w:r>
        <w:t>کوئی اس کا شریک نہیں اور مجھے اسی کا حکم ملا ہے اور میں سب سے پہلے فرمانبردار ہوں۔</w:t>
      </w:r>
    </w:p>
    <w:p>
      <w:r>
        <w:rPr>
          <w:b/>
        </w:rPr>
        <w:t xml:space="preserve">[45:41] </w:t>
      </w:r>
      <w:r>
        <w:t>kaho kya main Allah ke</w:t>
      </w:r>
    </w:p>
    <w:p>
      <w:pPr>
        <w:jc w:val="right"/>
      </w:pPr>
      <w:r>
        <w:t>کہو کیا میں اللہ کے</w:t>
      </w:r>
    </w:p>
    <w:p>
      <w:r>
        <w:rPr>
          <w:b/>
        </w:rPr>
        <w:t xml:space="preserve">[45:46] </w:t>
      </w:r>
      <w:r>
        <w:t>siwa koi aur rab talash karoon jabke wahi har cheez ka rab hai aur jo shakhs bhi koi</w:t>
      </w:r>
    </w:p>
    <w:p>
      <w:pPr>
        <w:jc w:val="right"/>
      </w:pPr>
      <w:r>
        <w:t>سوا کوئی اور رب تلاش کروں جبکہ وہی ہر چیز کا رب ہے اور جو شخص بھی کوئی</w:t>
      </w:r>
    </w:p>
    <w:p>
      <w:r>
        <w:rPr>
          <w:b/>
        </w:rPr>
        <w:t xml:space="preserve">[45:52] </w:t>
      </w:r>
      <w:r>
        <w:t>kamai karta hai woh isi par rehta hai aur koi bojh uthane wala doosre ka bojh na uthaye ga.</w:t>
      </w:r>
    </w:p>
    <w:p>
      <w:pPr>
        <w:jc w:val="right"/>
      </w:pPr>
      <w:r>
        <w:t>کمائی کرتا ہے وہ اسی پر رہتا ہے اور کوئی بوجھ اٹھانے والا دوسرے کا بوجھ نہ اٹھائے گا۔</w:t>
      </w:r>
    </w:p>
    <w:p>
      <w:r>
        <w:rPr>
          <w:b/>
        </w:rPr>
        <w:t xml:space="preserve">[45:58] </w:t>
      </w:r>
      <w:r>
        <w:t>phir tumhare rab hi ki taraf tumhara lotna hai.</w:t>
      </w:r>
    </w:p>
    <w:p>
      <w:pPr>
        <w:jc w:val="right"/>
      </w:pPr>
      <w:r>
        <w:t>پھر تمہارے رب ہی کی طرف تمہارا لوٹنا ہے۔</w:t>
      </w:r>
    </w:p>
    <w:p>
      <w:r>
        <w:rPr>
          <w:b/>
        </w:rPr>
        <w:t xml:space="preserve">[46:04] </w:t>
      </w:r>
      <w:r>
        <w:t>pas woh tumhe bata de ga woh cheez jis mein tum ikhtilaf karte thay.</w:t>
      </w:r>
    </w:p>
    <w:p>
      <w:pPr>
        <w:jc w:val="right"/>
      </w:pPr>
      <w:r>
        <w:t>پس وہ تمہیں بتا دے گا وہ چیز جس میں تم اختلاف کرتے تھے۔</w:t>
      </w:r>
    </w:p>
    <w:p>
      <w:r>
        <w:rPr>
          <w:b/>
        </w:rPr>
        <w:t xml:space="preserve">[46:10] </w:t>
      </w:r>
      <w:r>
        <w:t>aur wahi hai jis ne tumhe zameen mein ek doosre ka jansheen banaya aur tum</w:t>
      </w:r>
    </w:p>
    <w:p>
      <w:pPr>
        <w:jc w:val="right"/>
      </w:pPr>
      <w:r>
        <w:t>اور وہی ہے جس نے تمہیں زمین میں ایک دوسرے کا جانشین بنایا اور تم</w:t>
      </w:r>
    </w:p>
    <w:p>
      <w:r>
        <w:rPr>
          <w:b/>
        </w:rPr>
        <w:t xml:space="preserve">[46:16] </w:t>
      </w:r>
      <w:r>
        <w:t>mein se har ek ka rutba doosre par buland kiya ta ke wo azmaye tum ko apne diye hue mein. tumhara rab jald saza dene wala hai aur be shak wo bakhsne wala meharban hai.</w:t>
      </w:r>
    </w:p>
    <w:p>
      <w:pPr>
        <w:jc w:val="right"/>
      </w:pPr>
      <w:r>
        <w:t>میں سے ہر ایک کا رتبہ دوسرے پر بلند کیا تاکہ وہ آزمائے تم کو اپنے دیے ہوئے میں۔ تمہارا رب جلد سزا دینے والا ہے اور بے شک وہ بخشنے والا مہربان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