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5 - Al-Ma’idah</w:t>
      </w:r>
    </w:p>
    <w:p>
      <w:r>
        <w:t>https://www.youtube.com/watch?v=TsIgwMLN_NY</w:t>
      </w:r>
    </w:p>
    <w:p>
      <w:r>
        <w:rPr>
          <w:b/>
        </w:rPr>
        <w:t xml:space="preserve">[00:01] </w:t>
      </w:r>
      <w:r>
        <w:t>al maida. shuru Allah ke naam se jo bara meharban, nihayat reham wala hai. aye iman walo!</w:t>
      </w:r>
    </w:p>
    <w:p>
      <w:pPr>
        <w:jc w:val="right"/>
      </w:pPr>
      <w:r>
        <w:t>المائدہ۔ شروع اللہ کے نام سے جو بڑا مہربان، نہایت رحم والا ہے۔ اے ایمان والو!</w:t>
      </w:r>
    </w:p>
    <w:p>
      <w:r>
        <w:rPr>
          <w:b/>
        </w:rPr>
        <w:t xml:space="preserve">[00:11] </w:t>
      </w:r>
      <w:r>
        <w:t>ahad o peyman ko poora karo. tumhare liye maweshi ki qism ke sab janwar halaal kiye gaye, so siwaye un ke jin ka zikr aage kiya ja raha hai.</w:t>
      </w:r>
    </w:p>
    <w:p>
      <w:pPr>
        <w:jc w:val="right"/>
      </w:pPr>
      <w:r>
        <w:t>عہد و پیمان کو پورا کرو۔ تمہارے لیے مویشی کی قسم کے سب جانور حلال کیے گئے، سوائے ان کے جن کا ذکر آگے کیا جا رہا ہے۔</w:t>
      </w:r>
    </w:p>
    <w:p>
      <w:r>
        <w:rPr>
          <w:b/>
        </w:rPr>
        <w:t xml:space="preserve">[00:23] </w:t>
      </w:r>
      <w:r>
        <w:t>magar ehram ki halat mein shikar ko halaal na jano. Allah hukum deta hai jo chahta hai. aye iman walo</w:t>
      </w:r>
    </w:p>
    <w:p>
      <w:pPr>
        <w:jc w:val="right"/>
      </w:pPr>
      <w:r>
        <w:t>مگر احرام کی حالت میں شکار کو حلال نہ جانو۔ اللہ حکم دیتا ہے جو چاہتا ہے۔ اے ایمان والو</w:t>
      </w:r>
    </w:p>
    <w:p>
      <w:r>
        <w:rPr>
          <w:b/>
        </w:rPr>
        <w:t xml:space="preserve">[00:32] </w:t>
      </w:r>
      <w:r>
        <w:t>! be hurmati na karo Allah ki nishaniyon ki, aur na hurmat wale mahinon ki, aur na haram mein qurbani wale janwaron ki, aur na pate bandhe hue niaz ke janwaron ki, aur na hurmat wale ghar ki taraf aanay walon ki, jo apne rab ka fazl aur us ki khushi dhoondne nikle hain.</w:t>
      </w:r>
    </w:p>
    <w:p>
      <w:pPr>
        <w:jc w:val="right"/>
      </w:pPr>
      <w:r>
        <w:t>! بے حرمتی نہ کرو اللہ کی نشانیوں کی، اور نہ حرمت والے مہینوں کی، اور نہ حرم میں قربانی والے جانوروں کی، اور نہ پٹے بندھے ہوئے نیاز کے جانوروں کی، اور نہ حرمت والے گھر کی طرف آنے والوں کی، جو اپنے رب کا فضل اور اس کی خوشی ڈھونڈنے نکلے ہیں۔</w:t>
      </w:r>
    </w:p>
    <w:p>
      <w:r>
        <w:rPr>
          <w:b/>
        </w:rPr>
        <w:t xml:space="preserve">[00:52] </w:t>
      </w:r>
      <w:r>
        <w:t>aur jab tum ehram ki halat se bahar aa jao to shikar karo, aur kisi qom ki dushmani ke us ne tum ko masjid haram se rooka hai, tum ko us par na ubhare ke tum ziyadati karne lago.</w:t>
      </w:r>
    </w:p>
    <w:p>
      <w:pPr>
        <w:jc w:val="right"/>
      </w:pPr>
      <w:r>
        <w:t>اور جب تم احرام کی حالت سے باہر آ جاؤ تو شکار کرو، اور کسی قوم کی دشمنی کہ اس نے تم کو مسجد حرام سے روکا ہے، تم کو اس پر نہ ابھارے کہ تم زیادتی کرنے لگو۔</w:t>
      </w:r>
    </w:p>
    <w:p>
      <w:r>
        <w:rPr>
          <w:b/>
        </w:rPr>
        <w:t xml:space="preserve">[01:06] </w:t>
      </w:r>
      <w:r>
        <w:t>tum neki aur taqwa mein ek doosre ki madad karo, aur gunah aur ziyadati mein ek doosre ki madad na karo. Allah se daro.</w:t>
      </w:r>
    </w:p>
    <w:p>
      <w:pPr>
        <w:jc w:val="right"/>
      </w:pPr>
      <w:r>
        <w:t>تم نیکی اور تقویٰ میں ایک دوسرے کی مدد کرو، اور گناہ اور زیادتی میں ایک دوسرے کی مدد نہ کرو۔ اللہ سے ڈرو۔</w:t>
      </w:r>
    </w:p>
    <w:p>
      <w:r>
        <w:rPr>
          <w:b/>
        </w:rPr>
        <w:t xml:space="preserve">[01:16] </w:t>
      </w:r>
      <w:r>
        <w:t>beshak Allah sakht azab dene wala hai.</w:t>
      </w:r>
    </w:p>
    <w:p>
      <w:pPr>
        <w:jc w:val="right"/>
      </w:pPr>
      <w:r>
        <w:t>بے شک اللہ سخت عذاب دینے والا ہے۔</w:t>
      </w:r>
    </w:p>
    <w:p>
      <w:r>
        <w:rPr>
          <w:b/>
        </w:rPr>
        <w:t xml:space="preserve">[01:20] </w:t>
      </w:r>
      <w:r>
        <w:t>tum par haram kiya gaya murdar, aur khoon aur sur ka gosht, aur woh janwar jo Khuda ke</w:t>
      </w:r>
    </w:p>
    <w:p>
      <w:pPr>
        <w:jc w:val="right"/>
      </w:pPr>
      <w:r>
        <w:t>تم پر حرام کیا گیا مردار، اور خون اور سور کا گوشت، اور وہ جانور جو خدا کے</w:t>
      </w:r>
    </w:p>
    <w:p>
      <w:r>
        <w:rPr>
          <w:b/>
        </w:rPr>
        <w:t xml:space="preserve">[01:26] </w:t>
      </w:r>
      <w:r>
        <w:t>siwa kisi aur nam par zabah kiya gaya ho, aur woh jo mar gaya ho gala ghontne se,</w:t>
      </w:r>
    </w:p>
    <w:p>
      <w:pPr>
        <w:jc w:val="right"/>
      </w:pPr>
      <w:r>
        <w:t>سوا کسی اور نام پر ذبح کیا گیا ہو، اور وہ جو مر گیا ہو گلا گھونٹنے سے،</w:t>
      </w:r>
    </w:p>
    <w:p>
      <w:r>
        <w:rPr>
          <w:b/>
        </w:rPr>
        <w:t xml:space="preserve">[01:33] </w:t>
      </w:r>
      <w:r>
        <w:t>ya chot se, ya unche se gir kar, ya sing marne se, aur woh jis ko darinde ne</w:t>
      </w:r>
    </w:p>
    <w:p>
      <w:pPr>
        <w:jc w:val="right"/>
      </w:pPr>
      <w:r>
        <w:t>یا چوٹ سے، یا اونچے سے گر کر، یا سینگ مارنے سے، اور وہ جس کو درندے نے</w:t>
      </w:r>
    </w:p>
    <w:p>
      <w:r>
        <w:rPr>
          <w:b/>
        </w:rPr>
        <w:t xml:space="preserve">[01:39] </w:t>
      </w:r>
      <w:r>
        <w:t>khaya ho magar jis ko tum ne zabah kar liya, aur woh jo kisi than par zabah kiya</w:t>
      </w:r>
    </w:p>
    <w:p>
      <w:pPr>
        <w:jc w:val="right"/>
      </w:pPr>
      <w:r>
        <w:t>کھایا ہو مگر جس کو تم نے ذبح کر لیا، اور وہ جو کسی تھان پر ذبح کیا</w:t>
      </w:r>
    </w:p>
    <w:p>
      <w:r>
        <w:rPr>
          <w:b/>
        </w:rPr>
        <w:t xml:space="preserve">[01:45] </w:t>
      </w:r>
      <w:r>
        <w:t>gaya ho, aur yeh ke taqseem karo jue ke teeron se.</w:t>
      </w:r>
    </w:p>
    <w:p>
      <w:pPr>
        <w:jc w:val="right"/>
      </w:pPr>
      <w:r>
        <w:t>گیا ہو، اور یہ کہ تقسیم کرو جوئے کے تیروں سے۔</w:t>
      </w:r>
    </w:p>
    <w:p>
      <w:r>
        <w:rPr>
          <w:b/>
        </w:rPr>
        <w:t xml:space="preserve">[01:50] </w:t>
      </w:r>
      <w:r>
        <w:t>yeh gunah ka kaam hai. aaj munkir tumhare deen ki taraf se mayoos ho gaye. pas tum un se na daro.</w:t>
      </w:r>
    </w:p>
    <w:p>
      <w:pPr>
        <w:jc w:val="right"/>
      </w:pPr>
      <w:r>
        <w:t>یہ گناہ کا کام ہے۔ آج منکر تمہارے دین کی طرف سے مایوس ہو گئے۔ پس تم ان سے نہ ڈرو۔</w:t>
      </w:r>
    </w:p>
    <w:p>
      <w:r>
        <w:rPr>
          <w:b/>
        </w:rPr>
        <w:t xml:space="preserve">[01:59] </w:t>
      </w:r>
      <w:r>
        <w:t>sirf mujh se daro. aaj mein ne tumhare liye tumhare deen ko poora kar diya, aur tum par apni nemat tamam kar di, aur tumhare liye Islam ko deen ki hesiyat se pasand kar liya.</w:t>
      </w:r>
    </w:p>
    <w:p>
      <w:pPr>
        <w:jc w:val="right"/>
      </w:pPr>
      <w:r>
        <w:t>صرف مجھ سے ڈرو۔ آج میں نے تمہارے لیے تمہارے دین کو پورا کر دیا، اور تم پر اپنی نعمت تمام کر دی، اور تمہارے لیے اسلام کو دین کی حیثیت سے پسند کر لیا۔</w:t>
      </w:r>
    </w:p>
    <w:p>
      <w:r>
        <w:rPr>
          <w:b/>
        </w:rPr>
        <w:t xml:space="preserve">[02:13] </w:t>
      </w:r>
      <w:r>
        <w:t>pas jo bhook se majboor ho jaye lekin wo gunah par mayel na ho to Allah bakhsne wala, meharban hai. wo poochte hain ke un ke liye kya cheez halaal ki gayi hai.</w:t>
      </w:r>
    </w:p>
    <w:p>
      <w:pPr>
        <w:jc w:val="right"/>
      </w:pPr>
      <w:r>
        <w:t>پس جو بھوک سے مجبور ہو جائے لیکن وہ گناہ پر مائل نہ ہو تو اللہ بخشنے والا، مہربان ہے۔ وہ پوچھتے ہیں کہ ان کے لیے کیا چیز حلال کی گئی ہے۔</w:t>
      </w:r>
    </w:p>
    <w:p>
      <w:r>
        <w:rPr>
          <w:b/>
        </w:rPr>
        <w:t xml:space="preserve">[02:26] </w:t>
      </w:r>
      <w:r>
        <w:t>kaho ke tumhare liye satthri cheezein halaal hain, aur shikari janwaron mein se jin ko tum ne sadhaya hai, tum un ko sikhate ho is mein se jo Allah ne tum ko sikhaya.</w:t>
      </w:r>
    </w:p>
    <w:p>
      <w:pPr>
        <w:jc w:val="right"/>
      </w:pPr>
      <w:r>
        <w:t>کہو کہ تمہارے لیے ستھری چیزیں حلال ہیں، اور شکاری جانوروں میں سے جن کو تم نے سدھایا ہے، تم ان کو سکھاتے ہو اس میں سے جو اللہ نے تم کو سکھایا۔</w:t>
      </w:r>
    </w:p>
    <w:p>
      <w:r>
        <w:rPr>
          <w:b/>
        </w:rPr>
        <w:t xml:space="preserve">[02:38] </w:t>
      </w:r>
      <w:r>
        <w:t>pas tum un ke shikar mein se khao jo wo tumhare liye pakar rakhein, aur un par Allah ka naam lo, aur Allah se daro. Allah be shak jald hisab lene wala hai.</w:t>
      </w:r>
    </w:p>
    <w:p>
      <w:pPr>
        <w:jc w:val="right"/>
      </w:pPr>
      <w:r>
        <w:t>پس تم ان کے شکار میں سے کھاؤ جو وہ تمہارے لیے پکڑ رکھیں، اور ان پر اللہ کا نام لو، اور اللہ سے ڈرو۔ اللہ بے شک جلد حساب لینے والا ہے۔</w:t>
      </w:r>
    </w:p>
    <w:p>
      <w:r>
        <w:rPr>
          <w:b/>
        </w:rPr>
        <w:t xml:space="preserve">[02:50] </w:t>
      </w:r>
      <w:r>
        <w:t>aaj tumhare liye sab satthri cheezein halaal kar di gayin, aur ahle kitab ka khana tumhare liye halaal hai, aur tumhara khana un ke liye halaal hai, aur halaal hain tumhare liye pak daman auratein momin auraton mein se, aur pak daman auratein un mein se jin ko tum se pehle kitab di gayi, jab tum unhein un ke mahr de do is tarah ke tum nikah mein lanay walay ho.</w:t>
      </w:r>
    </w:p>
    <w:p>
      <w:pPr>
        <w:jc w:val="right"/>
      </w:pPr>
      <w:r>
        <w:t>آج تمہارے لیے سب ستھری چیزیں حلال کر دی گئیں، اور اہل کتاب کا کھانا تمہارے لیے حلال ہے، اور تمہارا کھانا ان کے لیے حلال ہے، اور حلال ہیں تمہارے لیے پاک دامن عورتیں مومن عورتوں میں سے، اور پاک دامن عورتیں ان میں سے جن کو تم سے پہلے کتاب دی گئی، جب تم انہیں ان کے مہر دے دو اس طرح کہ تم نکاح میں لانے والے ہو۔</w:t>
      </w:r>
    </w:p>
    <w:p>
      <w:r>
        <w:rPr>
          <w:b/>
        </w:rPr>
        <w:t xml:space="preserve">[03:16] </w:t>
      </w:r>
      <w:r>
        <w:t>na aelania badkari karo, aur na khufiya ashnaai karo. aur jo shakhs imaan ke saath kufar karega to uska amal zaya ho jayega, aur woh akhirat mein nuqsan uthane walon mein se hoga.</w:t>
      </w:r>
    </w:p>
    <w:p>
      <w:pPr>
        <w:jc w:val="right"/>
      </w:pPr>
      <w:r>
        <w:t>نہ اعلانیہ بدکاری کرو، اور نہ خفیہ آشنائی کرو۔ اور جو شخص ایمان کے ساتھ کفر کرے گا تو اس کا عمل ضائع ہو جائے گا، اور وہ آخرت میں نقصان اٹھانے والوں میں سے ہوگا۔</w:t>
      </w:r>
    </w:p>
    <w:p>
      <w:r>
        <w:rPr>
          <w:b/>
        </w:rPr>
        <w:t xml:space="preserve">[03:29] </w:t>
      </w:r>
      <w:r>
        <w:t>ae imaan walo!</w:t>
      </w:r>
    </w:p>
    <w:p>
      <w:pPr>
        <w:jc w:val="right"/>
      </w:pPr>
      <w:r>
        <w:t>اے ایمان والو!</w:t>
      </w:r>
    </w:p>
    <w:p>
      <w:r>
        <w:rPr>
          <w:b/>
        </w:rPr>
        <w:t xml:space="preserve">[03:31] </w:t>
      </w:r>
      <w:r>
        <w:t>jab tum namaz ke liye utho to apne chehron aur apne hathon ko koniyon tak dho, aur apne</w:t>
      </w:r>
    </w:p>
    <w:p>
      <w:pPr>
        <w:jc w:val="right"/>
      </w:pPr>
      <w:r>
        <w:t>جب تم نماز کے لیے اٹھو تو اپنے چہروں اور اپنے ہاتھوں کو کہنیوں تک دھو، اور اپنے</w:t>
      </w:r>
    </w:p>
    <w:p>
      <w:r>
        <w:rPr>
          <w:b/>
        </w:rPr>
        <w:t xml:space="preserve">[03:37] </w:t>
      </w:r>
      <w:r>
        <w:t>saron ka masah karo, aur apne pairon ko takhnon tak dho, aur agar tum halat janabat mein ho</w:t>
      </w:r>
    </w:p>
    <w:p>
      <w:pPr>
        <w:jc w:val="right"/>
      </w:pPr>
      <w:r>
        <w:t>سروں کا مسح کرو، اور اپنے پیروں کو ٹخنوں تک دھو، اور اگر تم حالت جنابت میں ہو</w:t>
      </w:r>
    </w:p>
    <w:p>
      <w:r>
        <w:rPr>
          <w:b/>
        </w:rPr>
        <w:t xml:space="preserve">[03:44] </w:t>
      </w:r>
      <w:r>
        <w:t>to ghusal kar lo, aur agar tum mareez ho ya safar mein ho ya tum mein se koi</w:t>
      </w:r>
    </w:p>
    <w:p>
      <w:pPr>
        <w:jc w:val="right"/>
      </w:pPr>
      <w:r>
        <w:t>تو غسل کر لو، اور اگر تم مریض ہو یا سفر میں ہو یا تم میں سے کوئی</w:t>
      </w:r>
    </w:p>
    <w:p>
      <w:r>
        <w:rPr>
          <w:b/>
        </w:rPr>
        <w:t xml:space="preserve">[03:49] </w:t>
      </w:r>
      <w:r>
        <w:t>istinja se aaye ya tum ne aurat se sohbat ki ho, phir tum ko pani na mile to</w:t>
      </w:r>
    </w:p>
    <w:p>
      <w:pPr>
        <w:jc w:val="right"/>
      </w:pPr>
      <w:r>
        <w:t>استنجا سے آئے یا تم نے عورت سے صحبت کی ہو، پھر تم کو پانی نہ ملے تو</w:t>
      </w:r>
    </w:p>
    <w:p>
      <w:r>
        <w:rPr>
          <w:b/>
        </w:rPr>
        <w:t xml:space="preserve">[03:55] </w:t>
      </w:r>
      <w:r>
        <w:t>pak mitti se tayammum kar lo, aur apnay chehron aur hathon par is se masah kar lo.</w:t>
      </w:r>
    </w:p>
    <w:p>
      <w:pPr>
        <w:jc w:val="right"/>
      </w:pPr>
      <w:r>
        <w:t>پاک مٹی سے تیمم کر لو، اور اپنے چہروں اور ہاتھوں پر اس سے مسح کر لو۔</w:t>
      </w:r>
    </w:p>
    <w:p>
      <w:r>
        <w:rPr>
          <w:b/>
        </w:rPr>
        <w:t xml:space="preserve">[04:01] </w:t>
      </w:r>
      <w:r>
        <w:t>Allah nahi chahta ke woh tum par koi tangi dale, balkeh woh chahta hai ke tum ko pak kare aur tum par apni nemmat tamam kare taake tum shukr guzar bano.</w:t>
      </w:r>
    </w:p>
    <w:p>
      <w:pPr>
        <w:jc w:val="right"/>
      </w:pPr>
      <w:r>
        <w:t>اللہ نہیں چاہتا کہ وہ تم پر کوئی تنگی ڈالے، بلکہ وہ چاہتا ہے کہ تم کو پاک کرے اور تم پر اپنی نعمت تمام کرے تاکہ تم شکر گزار بنو۔</w:t>
      </w:r>
    </w:p>
    <w:p>
      <w:r>
        <w:rPr>
          <w:b/>
        </w:rPr>
        <w:t xml:space="preserve">[04:13] </w:t>
      </w:r>
      <w:r>
        <w:t>aur apne upar Allah ki nemmat ko yaad karo, aur uske is ahad ko yaad karo jo us ne tum se liya hai, jab tum ne kaha ke hum ne suna aur hum ne mana, aur Allah se daro.</w:t>
      </w:r>
    </w:p>
    <w:p>
      <w:pPr>
        <w:jc w:val="right"/>
      </w:pPr>
      <w:r>
        <w:t>اور اپنے اوپر اللہ کی نعمت کو یاد کرو، اور اس کے اس عہد کو یاد کرو جو اس نے تم سے لیا ہے، جب تم نے کہا کہ ہم نے سنا اور ہم نے مانا، اور اللہ سے ڈرو۔</w:t>
      </w:r>
    </w:p>
    <w:p>
      <w:r>
        <w:rPr>
          <w:b/>
        </w:rPr>
        <w:t xml:space="preserve">[04:25] </w:t>
      </w:r>
      <w:r>
        <w:t>beshak Allah dilon ki baat tak jaanta hai. ae imaan</w:t>
      </w:r>
    </w:p>
    <w:p>
      <w:pPr>
        <w:jc w:val="right"/>
      </w:pPr>
      <w:r>
        <w:t>بے شک اللہ دلوں کی بات تک جانتا ہے۔ اے ایمان</w:t>
      </w:r>
    </w:p>
    <w:p>
      <w:r>
        <w:rPr>
          <w:b/>
        </w:rPr>
        <w:t xml:space="preserve">[04:30] </w:t>
      </w:r>
      <w:r>
        <w:t>walo! Allah ke liye qaim rehne wale aur insaaf ke saath gawahi dene wale bano, aur kisi giroh ki dushmani tum ko is par na ubhare ke tum insaaf na karo.</w:t>
      </w:r>
    </w:p>
    <w:p>
      <w:pPr>
        <w:jc w:val="right"/>
      </w:pPr>
      <w:r>
        <w:t>والو! اللہ کے لیے قائم رہنے والے اور انصاف کے ساتھ گواہی دینے والے بنو، اور کسی گروہ کی دشمنی تم کو اس پر نہ ابھارے کہ تم انصاف نہ کرو۔</w:t>
      </w:r>
    </w:p>
    <w:p>
      <w:r>
        <w:rPr>
          <w:b/>
        </w:rPr>
        <w:t xml:space="preserve">[04:42] </w:t>
      </w:r>
      <w:r>
        <w:t>insaf karo. yahi taqwa se zyada qareeb hai. aur Allah se daro. beshak Allah ko khabar hai jo tum karte ho.</w:t>
      </w:r>
    </w:p>
    <w:p>
      <w:pPr>
        <w:jc w:val="right"/>
      </w:pPr>
      <w:r>
        <w:t>انصاف کرو۔ یہی تقویٰ سے زیادہ قریب ہے۔ اور اللہ سے ڈرو۔ بے شک اللہ کو خبر ہے جو تم کرتے ہو۔</w:t>
      </w:r>
    </w:p>
    <w:p>
      <w:r>
        <w:rPr>
          <w:b/>
        </w:rPr>
        <w:t xml:space="preserve">[04:51] </w:t>
      </w:r>
      <w:r>
        <w:t>jo log imaan laye aur unhon ne nek amal kiya un se Allah ka wada hai ke un ke liye bakhshish hai aur bada ajr hai, aur jinhon ne inkar kiya aur hamari nishaniyon ko jhutlaya aise log dozakh wale hain.</w:t>
      </w:r>
    </w:p>
    <w:p>
      <w:pPr>
        <w:jc w:val="right"/>
      </w:pPr>
      <w:r>
        <w:t>جو لوگ ایمان لائے اور انہوں نے نیک عمل کیا ان سے اللہ کا وعدہ ہے کہ ان کے لیے بخشش ہے اور بڑا اجر ہے، اور جنہوں نے انکار کیا اور ہماری نشانیوں کو جھٹلایا ایسے لوگ دوزخ والے ہیں۔</w:t>
      </w:r>
    </w:p>
    <w:p>
      <w:r>
        <w:rPr>
          <w:b/>
        </w:rPr>
        <w:t xml:space="preserve">[05:08] </w:t>
      </w:r>
      <w:r>
        <w:t>ae imaan walo!</w:t>
      </w:r>
    </w:p>
    <w:p>
      <w:pPr>
        <w:jc w:val="right"/>
      </w:pPr>
      <w:r>
        <w:t>اے ایمان والو!</w:t>
      </w:r>
    </w:p>
    <w:p>
      <w:r>
        <w:rPr>
          <w:b/>
        </w:rPr>
        <w:t xml:space="preserve">[05:10] </w:t>
      </w:r>
      <w:r>
        <w:t>apne upar Allah ke ehsan ko yaad karo jab ek qaum ne irada kiya ke woh tum par dast darazi kare to Allah ne tum se un ke hath ko rok diya.</w:t>
      </w:r>
    </w:p>
    <w:p>
      <w:pPr>
        <w:jc w:val="right"/>
      </w:pPr>
      <w:r>
        <w:t>اپنے اوپر اللہ کے احسان کو یاد کرو جب ایک قوم نے ارادہ کیا کہ وہ تم پر دست درازی کرے تو اللہ نے تم سے ان کے ہاتھ کو روک دیا۔</w:t>
      </w:r>
    </w:p>
    <w:p>
      <w:r>
        <w:rPr>
          <w:b/>
        </w:rPr>
        <w:t xml:space="preserve">[05:20] </w:t>
      </w:r>
      <w:r>
        <w:t>aur Allah se daro. aur imaan walon ko Allah hi par bharosa karna chahiye. aur Allah ne Bani Israel se ahad liya aur hum ne un mein barah sardar muqarrar kiye.</w:t>
      </w:r>
    </w:p>
    <w:p>
      <w:pPr>
        <w:jc w:val="right"/>
      </w:pPr>
      <w:r>
        <w:t>اور اللہ سے ڈرو۔ اور ایمان والوں کو اللہ ہی پر بھروسہ کرنا چاہیے۔ اور اللہ نے بنی اسرائیل سے عہد لیا اور ہم نے ان میں بارہ سردار مقرر کیے۔</w:t>
      </w:r>
    </w:p>
    <w:p>
      <w:r>
        <w:rPr>
          <w:b/>
        </w:rPr>
        <w:t xml:space="preserve">[05:32] </w:t>
      </w:r>
      <w:r>
        <w:t>aur Allah ne kaha ke main tumhare saath hoon. agar tum namaz qaim karoge aur zakat ada karoge aur mere paighambaron par imaan lao ge aur un ki madad karoge aur Allah ko qarz hasan doge to main tum se tumhare gunah zaroor door kar dunga aur tum ko zaroor aise baghon mein dakhil karunga jin ke neeche nehren behti hongi.</w:t>
      </w:r>
    </w:p>
    <w:p>
      <w:pPr>
        <w:jc w:val="right"/>
      </w:pPr>
      <w:r>
        <w:t>اور اللہ نے کہا کہ میں تمہارے ساتھ ہوں۔ اگر تم نماز قائم کرو گے اور زکوٰۃ ادا کرو گے اور میرے پیغمبروں پر ایمان لاؤ گے اور ان کی مدد کرو گے اور اللہ کو قرض حسن دو گے تو میں تم سے تمہارے گناہ ضرور دور کر دوں گا اور تم کو ضرور ایسے باغوں میں داخل کروں گا جن کے نیچے نہریں بہتی ہوں گی۔</w:t>
      </w:r>
    </w:p>
    <w:p>
      <w:r>
        <w:rPr>
          <w:b/>
        </w:rPr>
        <w:t xml:space="preserve">[05:56] </w:t>
      </w:r>
      <w:r>
        <w:t>pas tum mein se jo shakhs is ke baad inkar karega to woh seedhe raste se bhatak gaya. pas un ki ahad shikni ki bina par hum ne un par laanat kar di aur hum ne un ke dilon ko sakht kar diya.</w:t>
      </w:r>
    </w:p>
    <w:p>
      <w:pPr>
        <w:jc w:val="right"/>
      </w:pPr>
      <w:r>
        <w:t>پس تم میں سے جو شخص اس کے بعد انکار کرے گا تو وہ سیدھے راستے سے بھٹک گیا۔ پس ان کی عہد شکنی کی بنا پر ہم نے ان پر لعنت کر دی اور ہم نے ان کے دلوں کو سخت کر دیا۔</w:t>
      </w:r>
    </w:p>
    <w:p>
      <w:r>
        <w:rPr>
          <w:b/>
        </w:rPr>
        <w:t xml:space="preserve">[06:10] </w:t>
      </w:r>
      <w:r>
        <w:t>woh kalam ko is ki jagah se badal dete hain aur jo kuch un ko naseehat ki gayi thi us ka bada hissa woh bhula bethe aur tum barabar un ki kisi na kisi khayanat se aagah hote rehte ho bajuz thore logon ke.</w:t>
      </w:r>
    </w:p>
    <w:p>
      <w:pPr>
        <w:jc w:val="right"/>
      </w:pPr>
      <w:r>
        <w:t>وہ کلام کو اس کی جگہ سے بدل دیتے ہیں اور جو کچھ ان کو نصیحت کی گئی تھی اس کا بڑا حصہ وہ بھلا بیٹھے اور تم برابر ان کی کسی نہ کسی خیانت سے آگاہ ہوتے رہتے ہو بجز تھوڑے لوگوں کے۔</w:t>
      </w:r>
    </w:p>
    <w:p>
      <w:r>
        <w:rPr>
          <w:b/>
        </w:rPr>
        <w:t xml:space="preserve">[06:25] </w:t>
      </w:r>
      <w:r>
        <w:t>un ko maaf karo aur un se darguzar karo. Allah neki karne walon ko pasand karta hai. aur jo log kehte hain ke hum nasrani hain un se hum ne ahad liya tha pas jo kuch un ko naseehat ki gayi thi us ka bada hissa woh bhula bethe.</w:t>
      </w:r>
    </w:p>
    <w:p>
      <w:pPr>
        <w:jc w:val="right"/>
      </w:pPr>
      <w:r>
        <w:t>ان کو معاف کرو اور ان سے درگزر کرو۔ اللہ نیکی کرنے والوں کو پسند کرتا ہے۔ اور جو لوگ کہتے ہیں کہ ہم نصرانی ہیں ان سے ہم نے عہد لیا تھا پس جو کچھ ان کو نصیحت کی گئی تھی اس کا بڑا حصہ وہ بھلا بیٹھے۔</w:t>
      </w:r>
    </w:p>
    <w:p>
      <w:r>
        <w:rPr>
          <w:b/>
        </w:rPr>
        <w:t xml:space="preserve">[06:43] </w:t>
      </w:r>
      <w:r>
        <w:t>phir hum ne qayamat tak ke liye un ke darmiyan dushmani aur bughz daal diya aur akhir Allah un ko aagah kar dega is se jo kuch woh kar rahe the.</w:t>
      </w:r>
    </w:p>
    <w:p>
      <w:pPr>
        <w:jc w:val="right"/>
      </w:pPr>
      <w:r>
        <w:t>پھر ہم نے قیامت تک کے لیے ان کے درمیان دشمنی اور بغض ڈال دیا اور آخر اللہ ان کو آگاہ کر دے گا اس سے جو کچھ وہ کر رہے تھے۔</w:t>
      </w:r>
    </w:p>
    <w:p>
      <w:r>
        <w:rPr>
          <w:b/>
        </w:rPr>
        <w:t xml:space="preserve">[06:55] </w:t>
      </w:r>
      <w:r>
        <w:t>ae ahle kitab</w:t>
      </w:r>
    </w:p>
    <w:p>
      <w:pPr>
        <w:jc w:val="right"/>
      </w:pPr>
      <w:r>
        <w:t>اے اہل کتاب</w:t>
      </w:r>
    </w:p>
    <w:p>
      <w:r>
        <w:rPr>
          <w:b/>
        </w:rPr>
        <w:t xml:space="preserve">[06:56] </w:t>
      </w:r>
      <w:r>
        <w:t>!tumhare paas hamara rasool aaya hai. woh kitab ilahi ki bohat si un baaton ko tumhare samne khol raha hai jin ko tum chupate the aur woh darguzar karta hai bohat si cheezon se.</w:t>
      </w:r>
    </w:p>
    <w:p>
      <w:pPr>
        <w:jc w:val="right"/>
      </w:pPr>
      <w:r>
        <w:t>! تمہارے پاس ہمارا رسول آیا ہے۔ وہ کتاب الہی کی بہت سی ان باتوں کو تمہارے سامنے کھول رہا ہے جن کو تم چھپاتے تھے اور وہ درگزر کرتا ہے بہت سی چیزوں سے۔</w:t>
      </w:r>
    </w:p>
    <w:p>
      <w:r>
        <w:rPr>
          <w:b/>
        </w:rPr>
        <w:t xml:space="preserve">[07:10] </w:t>
      </w:r>
      <w:r>
        <w:t>beshak tumhare paas Allah ki taraf se ek roshni aur ek zahir karne wali kitab aa chuki hai. is ke zariye se Allah un logon ko salamati ki rahen dikhata hai jo us ki raza ke talib hain aur woh apni tofeeq se un ko andheron se nikal kar roshni mein la raha hai aur seedhi rah ki taraf un ki rehnumai karta hai.</w:t>
      </w:r>
    </w:p>
    <w:p>
      <w:pPr>
        <w:jc w:val="right"/>
      </w:pPr>
      <w:r>
        <w:t>بے شک تمہارے پاس اللہ کی طرف سے ایک روشنی اور ایک ظاہر کرنے والی کتاب آ چکی ہے۔ اس کے ذریعے سے اللہ ان لوگوں کو سلامتی کی راہیں دکھاتا ہے جو اس کی رضا کے طالب ہیں اور وہ اپنی توفیق سے ان کو اندھیروں سے نکال کر روشنی میں لا رہا ہے اور سیدھی راہ کی طرف ان کی رہنمائی کرتا ہے۔</w:t>
      </w:r>
    </w:p>
    <w:p>
      <w:r>
        <w:rPr>
          <w:b/>
        </w:rPr>
        <w:t xml:space="preserve">[07:35] </w:t>
      </w:r>
      <w:r>
        <w:t>beshak un logon ne kufar kiya jinhon ne kaha ke Khuda hi to Masih ibn Mariam hai. kaho phir kaun ikhtiyar rakhta hai Allah ke aage?</w:t>
      </w:r>
    </w:p>
    <w:p>
      <w:pPr>
        <w:jc w:val="right"/>
      </w:pPr>
      <w:r>
        <w:t>بے شک ان لوگوں نے کفر کیا جنہوں نے کہا کہ خدا ہی تو مسیح ابن مریم ہے۔ کہو پھر کون اختیار رکھتا ہے اللہ کے آگے؟</w:t>
      </w:r>
    </w:p>
    <w:p>
      <w:r>
        <w:rPr>
          <w:b/>
        </w:rPr>
        <w:t xml:space="preserve">[07:46] </w:t>
      </w:r>
      <w:r>
        <w:t>agar woh chahe ke halak kar de Masih ibn Mariam ko aur us ki maan ko aur jitne log zameen mein hain sab ko aur Allah hi ke liye hai badshahi aasmanon aur zameen ki aur jo kuch un ke darmiyan hai woh paida karta hai jo kuch chahta hai aur Allah har cheez par qadir hai.</w:t>
      </w:r>
    </w:p>
    <w:p>
      <w:pPr>
        <w:jc w:val="right"/>
      </w:pPr>
      <w:r>
        <w:t>اگر وہ چاہے کہ ہلاک کر دے مسیح ابن مریم کو اور اس کی ماں کو اور جتنے لوگ زمین میں ہیں سب کو اور اللہ ہی کے لیے ہے بادشاہی آسمانوں اور زمین کی اور جو کچھ ان کے درمیان ہے وہ پیدا کرتا ہے جو کچھ چاہتا ہے اور اللہ ہر چیز پر قادر ہے۔</w:t>
      </w:r>
    </w:p>
    <w:p>
      <w:r>
        <w:rPr>
          <w:b/>
        </w:rPr>
        <w:t xml:space="preserve">[08:09] </w:t>
      </w:r>
      <w:r>
        <w:t>aur Yahood o Nasara kehte hain ke hum Khuda ke bete aur us ke mehboob hain. tum kaho ke phir woh tumhare gunahon par tum ko saza kyun deta hai?</w:t>
      </w:r>
    </w:p>
    <w:p>
      <w:pPr>
        <w:jc w:val="right"/>
      </w:pPr>
      <w:r>
        <w:t>اور یہود و نصاریٰ کہتے ہیں کہ ہم خدا کے بیٹے اور اس کے محبوب ہیں۔ تم کہو کہ پھر وہ تمہارے گناہوں پر تم کو سزا کیوں دیتا ہے؟</w:t>
      </w:r>
    </w:p>
    <w:p>
      <w:r>
        <w:rPr>
          <w:b/>
        </w:rPr>
        <w:t xml:space="preserve">[08:21] </w:t>
      </w:r>
      <w:r>
        <w:t>nahi balkeh tum bhi us ki paida ki hui makhlooq mein se ek aadmi ho. woh jis ko chahega bakhshega aur jis ko chahega azab dega aur Allah hi ke liye hai badshahi aasmanon aur zameen ki aur jo kuch un ke darmiyan hai aur usi ki taraf lot kar jana hai.</w:t>
      </w:r>
    </w:p>
    <w:p>
      <w:pPr>
        <w:jc w:val="right"/>
      </w:pPr>
      <w:r>
        <w:t>نہیں بلکہ تم بھی اس کی پیدا کی ہوئی مخلوق میں سے ایک آدمی ہو۔ وہ جس کو چاہے گا بخشے گا اور جس کو چاہے گا عذاب دے گا اور اللہ ہی کے لیے ہے بادشاہی آسمانوں اور زمین کی اور جو کچھ ان کے درمیان ہے اور اسی کی طرف لوٹ کر جانا ہے۔</w:t>
      </w:r>
    </w:p>
    <w:p>
      <w:r>
        <w:rPr>
          <w:b/>
        </w:rPr>
        <w:t xml:space="preserve">[08:41] </w:t>
      </w:r>
      <w:r>
        <w:t>ae ahle kitab</w:t>
      </w:r>
    </w:p>
    <w:p>
      <w:pPr>
        <w:jc w:val="right"/>
      </w:pPr>
      <w:r>
        <w:t>اے اہل کتاب</w:t>
      </w:r>
    </w:p>
    <w:p>
      <w:r>
        <w:rPr>
          <w:b/>
        </w:rPr>
        <w:t xml:space="preserve">[08:43] </w:t>
      </w:r>
      <w:r>
        <w:t>tumhare paas hamara rasool aaya hai. woh tum ko saaf saaf bata raha hai rasoolon ke ek waqfe ke baad taake tum yeh na kaho ke hamare paas koi khushkhabri dene wala aur dar sunane wala nahi aaya.</w:t>
      </w:r>
    </w:p>
    <w:p>
      <w:pPr>
        <w:jc w:val="right"/>
      </w:pPr>
      <w:r>
        <w:t>! تمہارے پاس ہمارا رسول آیا ہے۔ وہ تم کو صاف صاف بتا رہا ہے رسولوں کے ایک وقفے کے بعد تاکہ تم یہ نہ کہو کہ ہمارے پاس کوئی خوشخبری دینے والا اور ڈر سنانے والا نہیں آیا۔</w:t>
      </w:r>
    </w:p>
    <w:p>
      <w:r>
        <w:rPr>
          <w:b/>
        </w:rPr>
        <w:t xml:space="preserve">[08:57] </w:t>
      </w:r>
      <w:r>
        <w:t>pas ab tumhare paas khushkhabri dene wala aur darane wala aa gaya hai aur Allah har cheez par qadir hai. aur jab Moosa ne apni qom se kaha ke aye meri</w:t>
      </w:r>
    </w:p>
    <w:p>
      <w:pPr>
        <w:jc w:val="right"/>
      </w:pPr>
      <w:r>
        <w:t>پس اب تمہارے پاس خوشخبری دینے والا اور ڈرانے والا آ گیا ہے اور اللہ ہر چیز پر قادر ہے۔ اور جب موسیٰ نے اپنی قوم سے کہا کہ اے میری</w:t>
      </w:r>
    </w:p>
    <w:p>
      <w:r>
        <w:rPr>
          <w:b/>
        </w:rPr>
        <w:t xml:space="preserve">[09:09] </w:t>
      </w:r>
      <w:r>
        <w:t>qom! apne upar Allah ke ehsan ko yaad karo ke us ne tumhare andar nabi paida kiye aur tum ko badshah banaya aur tum ko woh diya jo dunya mein kisi ko nahi diya tha.</w:t>
      </w:r>
    </w:p>
    <w:p>
      <w:pPr>
        <w:jc w:val="right"/>
      </w:pPr>
      <w:r>
        <w:t>قوم! اپنے اوپر اللہ کے احسان کو یاد کرو کہ اس نے تمہارے اندر نبی پیدا کیے اور تم کو بادشاہ بنایا اور تم کو وہ دیا جو دنیا میں کسی کو نہیں دیا تھا۔</w:t>
      </w:r>
    </w:p>
    <w:p>
      <w:r>
        <w:rPr>
          <w:b/>
        </w:rPr>
        <w:t xml:space="preserve">[09:22] </w:t>
      </w:r>
      <w:r>
        <w:t>aye meri qom</w:t>
      </w:r>
    </w:p>
    <w:p>
      <w:pPr>
        <w:jc w:val="right"/>
      </w:pPr>
      <w:r>
        <w:t>اے میری قوم</w:t>
      </w:r>
    </w:p>
    <w:p>
      <w:r>
        <w:rPr>
          <w:b/>
        </w:rPr>
        <w:t xml:space="preserve">[09:23] </w:t>
      </w:r>
      <w:r>
        <w:t>! is paak zameen mein dakhil ho jao jo Allah ne tumhare liye likh di hai aur apni peeth ki taraf na lotto warna nuqsan mein par jaoge.</w:t>
      </w:r>
    </w:p>
    <w:p>
      <w:pPr>
        <w:jc w:val="right"/>
      </w:pPr>
      <w:r>
        <w:t>! اس پاک زمین میں داخل ہو جاؤ جو اللہ نے تمہارے لیے لکھ دی ہے اور اپنی پیٹھ کی طرف نہ لوٹو ورنہ نقصان میں پڑ جاؤ گے۔</w:t>
      </w:r>
    </w:p>
    <w:p>
      <w:r>
        <w:rPr>
          <w:b/>
        </w:rPr>
        <w:t xml:space="preserve">[09:33] </w:t>
      </w:r>
      <w:r>
        <w:t>unhon ne kaha ke wahan ek zabardast qom hai. hum hargiz wahan na jayenge jab tak woh wahan se nikal na jayen. agar woh wahan se nikal jayen to hum dakhil honge.</w:t>
      </w:r>
    </w:p>
    <w:p>
      <w:pPr>
        <w:jc w:val="right"/>
      </w:pPr>
      <w:r>
        <w:t>انہوں نے کہا کہ وہاں ایک زبردست قوم ہے۔ ہم ہرگز وہاں نہ جائیں گے جب تک وہ وہاں سے نکل نہ جائیں۔ اگر وہ وہاں سے نکل جائیں تو ہم داخل ہوں گے۔</w:t>
      </w:r>
    </w:p>
    <w:p>
      <w:r>
        <w:rPr>
          <w:b/>
        </w:rPr>
        <w:t xml:space="preserve">[09:45] </w:t>
      </w:r>
      <w:r>
        <w:t>do aadmi jo Allah se darne walon mein se the aur un dono par Allah ne ehsan kiya tha unhon ne kaha ke tum un par hamla karke shehar ke phatak mein dakhil ho jao.</w:t>
      </w:r>
    </w:p>
    <w:p>
      <w:pPr>
        <w:jc w:val="right"/>
      </w:pPr>
      <w:r>
        <w:t>دو آدمی جو اللہ سے ڈرنے والوں میں سے تھے اور ان دونوں پر اللہ نے انعام کیا تھا انہوں نے کہا کہ تم ان پر حملہ کر کے شہر کے پھاٹک میں داخل ہو جاؤ۔</w:t>
      </w:r>
    </w:p>
    <w:p>
      <w:r>
        <w:rPr>
          <w:b/>
        </w:rPr>
        <w:t xml:space="preserve">[09:56] </w:t>
      </w:r>
      <w:r>
        <w:t>jab tum is mein dakhil ho jaoge to tum hi ghalib hoge aur Allah par bharosa karo agar tum momin ho. unhon ne kaha ke aye Moosa!</w:t>
      </w:r>
    </w:p>
    <w:p>
      <w:pPr>
        <w:jc w:val="right"/>
      </w:pPr>
      <w:r>
        <w:t>جب تم اس میں داخل ہو جاؤ گے تو تم ہی غالب ہو گے اور اللہ پر بھروسہ کرو اگر تم مومن ہو۔ انہوں نے کہا کہ اے موسیٰ!</w:t>
      </w:r>
    </w:p>
    <w:p>
      <w:r>
        <w:rPr>
          <w:b/>
        </w:rPr>
        <w:t xml:space="preserve">[10:07] </w:t>
      </w:r>
      <w:r>
        <w:t>hum kabhi wahan dakhil na honge jab tak woh log wahan hain. pas tum aur tumhara Khawand dono ja kar lado. hum yahan baithe hain.</w:t>
      </w:r>
    </w:p>
    <w:p>
      <w:pPr>
        <w:jc w:val="right"/>
      </w:pPr>
      <w:r>
        <w:t>ہم کبھی وہاں داخل نہ ہوں گے جب تک وہ لوگ وہاں ہیں۔ پس تم اور تمہارا خداوند دونوں جا کر لڑو۔ ہم یہاں بیٹھے ہیں۔</w:t>
      </w:r>
    </w:p>
    <w:p>
      <w:r>
        <w:rPr>
          <w:b/>
        </w:rPr>
        <w:t xml:space="preserve">[10:17] </w:t>
      </w:r>
      <w:r>
        <w:t>Moosa ne kaha ke aye mere Rab</w:t>
      </w:r>
    </w:p>
    <w:p>
      <w:pPr>
        <w:jc w:val="right"/>
      </w:pPr>
      <w:r>
        <w:t>موسیٰ نے کہا کہ اے میرے رب</w:t>
      </w:r>
    </w:p>
    <w:p>
      <w:r>
        <w:rPr>
          <w:b/>
        </w:rPr>
        <w:t xml:space="preserve">[10:20] </w:t>
      </w:r>
      <w:r>
        <w:t>! apne aur apne bhai ke siwa kisi par mera ikhtiyar nahi. bas to hamare aur is nafarman qom ke darmiyan judai kar de.</w:t>
      </w:r>
    </w:p>
    <w:p>
      <w:pPr>
        <w:jc w:val="right"/>
      </w:pPr>
      <w:r>
        <w:t>! اپنے اور اپنے بھائی کے سوا کسی پر میرا اختیار نہیں۔ بس تو ہمارے اور اس نافرمان قوم کے درمیان جدائی کر دے۔</w:t>
      </w:r>
    </w:p>
    <w:p>
      <w:r>
        <w:rPr>
          <w:b/>
        </w:rPr>
        <w:t xml:space="preserve">[10:29] </w:t>
      </w:r>
      <w:r>
        <w:t>Allah ne kaha woh mulk un par chalis saal ke liye haram kar diya gaya. yeh log zameen mein bhatakte phirenge. pas tum is nafarman qom par afsos na karo.</w:t>
      </w:r>
    </w:p>
    <w:p>
      <w:pPr>
        <w:jc w:val="right"/>
      </w:pPr>
      <w:r>
        <w:t>اللہ نے کہا وہ ملک ان پر چالیس سال کے لیے حرام کر دیا گیا۔ یہ لوگ زمین میں بھٹکتے پھریں گے۔ پس تم اس نافرمان قوم پر افسوس نہ کرو۔</w:t>
      </w:r>
    </w:p>
    <w:p>
      <w:r>
        <w:rPr>
          <w:b/>
        </w:rPr>
        <w:t xml:space="preserve">[10:42] </w:t>
      </w:r>
      <w:r>
        <w:t>aur un ko Adam ke do beton ka qissa haq ke sath sunao. jab ke un dono ne qurbani pesh ki to un mein se ek ki qurbani qabool hui aur doosre ki qurbani qabool na hui.</w:t>
      </w:r>
    </w:p>
    <w:p>
      <w:pPr>
        <w:jc w:val="right"/>
      </w:pPr>
      <w:r>
        <w:t>اور ان کو آدم کے دو بیٹوں کا قصہ حق کے ساتھ سناؤ۔ جب کہ ان دونوں نے قربانی پیش کی تو ان میں سے ایک کی قربانی قبول ہوئی اور دوسرے کی قربانی قبول نہ ہوئی۔</w:t>
      </w:r>
    </w:p>
    <w:p>
      <w:r>
        <w:rPr>
          <w:b/>
        </w:rPr>
        <w:t xml:space="preserve">[10:55] </w:t>
      </w:r>
      <w:r>
        <w:t>us ne kaha mein tujh ko maar dalunga. us ne jawab diya ke Allah to sirf mutaqin se qabool karta hai. agar tum mujhe qatl karne ke liye hath uthaoge to mein tujh ko qatl karne ke liye tum par hath nahi uthaunga.</w:t>
      </w:r>
    </w:p>
    <w:p>
      <w:pPr>
        <w:jc w:val="right"/>
      </w:pPr>
      <w:r>
        <w:t>اس نے کہا میں تجھ کو مار ڈالوں گا۔ اس نے جواب دیا کہ اللہ تو صرف متقیوں سے قبول کرتا ہے۔ اگر تم مجھے قتل کرنے کے لیے ہاتھ اٹھاؤ گے تو میں تم کو قتل کرنے کے لیے تم پر ہاتھ نہیں اٹھاؤں گا۔</w:t>
      </w:r>
    </w:p>
    <w:p>
      <w:r>
        <w:rPr>
          <w:b/>
        </w:rPr>
        <w:t xml:space="preserve">[11:10] </w:t>
      </w:r>
      <w:r>
        <w:t>mein darta hoon Allah se jo sare jahan ka Rab hai. mein chahta hoon ke mera aur apna gunah to hi le le. phir to aag walon mein shamil ho jaye aur yahi saza hai zulam karne walon ki.</w:t>
      </w:r>
    </w:p>
    <w:p>
      <w:pPr>
        <w:jc w:val="right"/>
      </w:pPr>
      <w:r>
        <w:t>میں ڈرتا ہوں اللہ سے جو سارے جہاں کا رب ہے۔ میں چاہتا ہوں کہ میرا اور اپنا گناہ تو ہی لے لے۔ پھر تو آگ والوں میں شامل ہو جائے اور یہی سزا ہے ظلم کرنے والوں کی۔</w:t>
      </w:r>
    </w:p>
    <w:p>
      <w:r>
        <w:rPr>
          <w:b/>
        </w:rPr>
        <w:t xml:space="preserve">[11:25] </w:t>
      </w:r>
      <w:r>
        <w:t>phir us ke nafs ne us ko apne bhai ke qatl par razi kar liya aur us ne us ko qatl kar dala. phir woh nuqsan uthane walon mein shamil ho gaya.</w:t>
      </w:r>
    </w:p>
    <w:p>
      <w:pPr>
        <w:jc w:val="right"/>
      </w:pPr>
      <w:r>
        <w:t>پھر اس کے نفس نے اس کو اپنے بھائی کے قتل پر راضی کر لیا اور اس نے اس کو قتل کر ڈالا۔ پھر وہ نقصان اٹھانے والوں میں شامل ہو گیا۔</w:t>
      </w:r>
    </w:p>
    <w:p>
      <w:r>
        <w:rPr>
          <w:b/>
        </w:rPr>
        <w:t xml:space="preserve">[11:35] </w:t>
      </w:r>
      <w:r>
        <w:t>phir Khuda ne ek kowe ko bheja jo zameen mein kuredta tha taake woh us ko dikhaye ke woh apne bhai ki lash ko kis tarah chupaye.</w:t>
      </w:r>
    </w:p>
    <w:p>
      <w:pPr>
        <w:jc w:val="right"/>
      </w:pPr>
      <w:r>
        <w:t>پھر خدا نے ایک کوے کو بھیجا جو زمین میں کریدتا تھا تاکہ وہ اس کو دکھائے کہ وہ اپنے بھائی کی لاش کو کس طرح چھپائے۔</w:t>
      </w:r>
    </w:p>
    <w:p>
      <w:r>
        <w:rPr>
          <w:b/>
        </w:rPr>
        <w:t xml:space="preserve">[11:45] </w:t>
      </w:r>
      <w:r>
        <w:t>us ne kaha afsos meri halat par ke mein is kowe jaisa bhi na ho saka ke apne bhai ki lash ko chupata. phir woh bohat sharminda hua.</w:t>
      </w:r>
    </w:p>
    <w:p>
      <w:pPr>
        <w:jc w:val="right"/>
      </w:pPr>
      <w:r>
        <w:t>اس نے کہا افسوس میری حالت پر کہ میں اس کوے جیسا بھی نہ ہو سکا کہ اپنے بھائی کی لاش کو چھپا دیتا۔ پس وہ بہت شرمندہ ہوا۔</w:t>
      </w:r>
    </w:p>
    <w:p>
      <w:r>
        <w:rPr>
          <w:b/>
        </w:rPr>
        <w:t xml:space="preserve">[11:56] </w:t>
      </w:r>
      <w:r>
        <w:t>isi sabab se hum ne Bani Israel par yeh likh diya ke jo shakhs kisi ko qatl kare baghair is ke ke us ne kisi ko qatl kiya ho ya zameen mein fasad barpa kiya ho to goya us ne sare aadmiyon ko qatl kar dala.</w:t>
      </w:r>
    </w:p>
    <w:p>
      <w:pPr>
        <w:jc w:val="right"/>
      </w:pPr>
      <w:r>
        <w:t>اسی سبب سے ہم نے بنی اسرائیل پر یہ لکھ دیا کہ جو شخص کسی کو قتل کرے بغیر اس کے کہ اس نے کسی کو قتل کیا ہو یا زمین میں فساد برپا کیا ہو تو گویا اس نے سارے آدمیوں کو قتل کر ڈالا۔</w:t>
      </w:r>
    </w:p>
    <w:p>
      <w:r>
        <w:rPr>
          <w:b/>
        </w:rPr>
        <w:t xml:space="preserve">[12:12] </w:t>
      </w:r>
      <w:r>
        <w:t>aur jis ne ek shakhs ko bachaya to goya us ne sare aadmiyon ko bacha liya. aur hamare peghambar un ke paas khule hue ahkam le kar aaye.</w:t>
      </w:r>
    </w:p>
    <w:p>
      <w:pPr>
        <w:jc w:val="right"/>
      </w:pPr>
      <w:r>
        <w:t>اور جس نے ایک شخص کو بچایا تو گویا اس نے سارے آدمیوں کو بچا لیا۔ اور ہمارے پیغمبر ان کے پاس کھلے ہوئے احکام لے کر آئے۔</w:t>
      </w:r>
    </w:p>
    <w:p>
      <w:r>
        <w:rPr>
          <w:b/>
        </w:rPr>
        <w:t xml:space="preserve">[12:23] </w:t>
      </w:r>
      <w:r>
        <w:t>is ke bawajood un mein se bohat se log zameen mein ziyadatiyan karte hain. jo log Allah aur us ke Rasool se ladte hain aur zameen mein fasad karne ke liye daudte hain un ki saza yahi hai ke un ko qatl kiya jaye ya woh suli par charhaye jayen.</w:t>
      </w:r>
    </w:p>
    <w:p>
      <w:pPr>
        <w:jc w:val="right"/>
      </w:pPr>
      <w:r>
        <w:t>اس کے باوجود ان میں سے بہت سے لوگ زمین میں زیادتیاں کرتے ہیں۔ جو لوگ اللہ اور اس کے رسول سے لڑتے ہیں اور زمین میں فساد کرنے کے لیے دوڑتے ہیں ان کی سزا یہی ہے کہ ان کو قتل کیا جائے یا وہ سولی پر چڑھائے جائیں۔</w:t>
      </w:r>
    </w:p>
    <w:p>
      <w:r>
        <w:rPr>
          <w:b/>
        </w:rPr>
        <w:t xml:space="preserve">[12:40] </w:t>
      </w:r>
      <w:r>
        <w:t>ya un ke hath aur paon mukhalif simt se kate jayen ya un ko mulk se bahar nikal diya jaye. yeh un ki ruswai dunya mein hai aur akhirat mein un ke liye bada azab hai.</w:t>
      </w:r>
    </w:p>
    <w:p>
      <w:pPr>
        <w:jc w:val="right"/>
      </w:pPr>
      <w:r>
        <w:t>یا ان کے ہاتھ اور پاؤں مخالف سمت سے کاٹے جائیں یا ان کو ملک سے باہر نکال دیا جائے۔ یہ ان کی رسوائی دنیا میں ہے اور آخرت میں ان کے لیے بڑا عذاب ہے۔</w:t>
      </w:r>
    </w:p>
    <w:p>
      <w:r>
        <w:rPr>
          <w:b/>
        </w:rPr>
        <w:t xml:space="preserve">[12:53] </w:t>
      </w:r>
      <w:r>
        <w:t>magar jo log tauba kar len tumhare qabu paane se pehle to jaan lo ke Allah bakhsne wala meharban hai.</w:t>
      </w:r>
    </w:p>
    <w:p>
      <w:pPr>
        <w:jc w:val="right"/>
      </w:pPr>
      <w:r>
        <w:t>مگر جو لوگ توبہ کر لیں تمہارے قابو پانے سے پہلے تو جان لو کہ اللہ بخشنے والا مہربان ہے۔</w:t>
      </w:r>
    </w:p>
    <w:p>
      <w:r>
        <w:rPr>
          <w:b/>
        </w:rPr>
        <w:t xml:space="preserve">[13:03] </w:t>
      </w:r>
      <w:r>
        <w:t>aye Em</w:t>
      </w:r>
    </w:p>
    <w:p>
      <w:pPr>
        <w:jc w:val="right"/>
      </w:pPr>
      <w:r>
        <w:t>اے ایم</w:t>
      </w:r>
    </w:p>
    <w:p>
      <w:r>
        <w:rPr>
          <w:b/>
        </w:rPr>
        <w:t xml:space="preserve">[13:04] </w:t>
      </w:r>
      <w:r>
        <w:t>an walon! Allah se daro. uska qurb talash karo. aur us ki rah mein juhd o jahad karo taake tum falah pao.</w:t>
      </w:r>
    </w:p>
    <w:p>
      <w:pPr>
        <w:jc w:val="right"/>
      </w:pPr>
      <w:r>
        <w:t>ان والو! اللہ سے ڈرو۔ اس کا قرب تلاش کرو۔ اور اس کی راہ میں جدوجہد کرو تاکہ تم فلاح پاؤ۔</w:t>
      </w:r>
    </w:p>
    <w:p>
      <w:r>
        <w:rPr>
          <w:b/>
        </w:rPr>
        <w:t xml:space="preserve">[13:12] </w:t>
      </w:r>
      <w:r>
        <w:t>beshak jin logon ne kufar kiya hai ke agar un ke paas woh sab kuch ho jo zameen mein hai aur itna hi aur ho taake woh is ko fidya mein de kar qayamat ke din ke azab se chhoot jayen tab bhi woh un se qabool na ki jayegi aur un ke liye dardnak azab hain.</w:t>
      </w:r>
    </w:p>
    <w:p>
      <w:pPr>
        <w:jc w:val="right"/>
      </w:pPr>
      <w:r>
        <w:t>بے شک جن لوگوں نے کفر کیا ہے کہ اگر ان کے پاس وہ سب کچھ ہو جو زمین میں ہے اور اتنا ہی اور ہو تاکہ وہ اس کو فدیہ میں دے کر قیامت کے دن کے عذاب سے چھوٹ جائیں تب بھی وہ ان سے قبول نہ کی جائے گی اور ان کے لیے دردناک عذاب ہے۔</w:t>
      </w:r>
    </w:p>
    <w:p>
      <w:r>
        <w:rPr>
          <w:b/>
        </w:rPr>
        <w:t xml:space="preserve">[13:31] </w:t>
      </w:r>
      <w:r>
        <w:t>woh chahenge ke aag se nikal jayen magar woh is se nikal na sakenge aur un ke liye aik mustaqil azab hai. aur chor mard aur chor aurat dono ke hath kaat do.</w:t>
      </w:r>
    </w:p>
    <w:p>
      <w:pPr>
        <w:jc w:val="right"/>
      </w:pPr>
      <w:r>
        <w:t>وہ چاہیں گے کہ آگ سے نکل جائیں مگر وہ اس سے نکل نہ سکیں گے اور ان کے لیے ایک مستقل عذاب ہے۔ اور چور مرد اور چور عورت دونوں کے ہاتھ کاٹ دو۔</w:t>
      </w:r>
    </w:p>
    <w:p>
      <w:r>
        <w:rPr>
          <w:b/>
        </w:rPr>
        <w:t xml:space="preserve">[13:43] </w:t>
      </w:r>
      <w:r>
        <w:t>yeh un ke kiye ka badla hai aur Allah ki taraf se عبرت ناک saza. aur Allah ghalib aur hakim hai. phir jis ne apne zulm ke baad tauba ki aur islaah kar li to Allah beshak us par tawajjuh karega.</w:t>
      </w:r>
    </w:p>
    <w:p>
      <w:pPr>
        <w:jc w:val="right"/>
      </w:pPr>
      <w:r>
        <w:t>یہ ان کے کیے کا بدلہ ہے اور اللہ کی طرف سے عبرت ناک سزا۔ اور اللہ غالب اور حکیم ہے۔ پھر جس نے اپنے ظلم کے بعد توبہ کی اور اصلاح کر لی تو اللہ بے شک اس پر توجہ کرے گا۔</w:t>
      </w:r>
    </w:p>
    <w:p>
      <w:r>
        <w:rPr>
          <w:b/>
        </w:rPr>
        <w:t xml:space="preserve">[13:58] </w:t>
      </w:r>
      <w:r>
        <w:t>aur Allah bakhshne wala meherban hai. kya tum nahi jante ke Allah zameen aur aasmanon ki saltanat ka malik hai.</w:t>
      </w:r>
    </w:p>
    <w:p>
      <w:pPr>
        <w:jc w:val="right"/>
      </w:pPr>
      <w:r>
        <w:t>اور اللہ بخشنے والا مہربان ہے۔ کیا تم نہیں جانتے کہ اللہ زمین اور آسمانوں کی سلطنت کا مالک ہے۔</w:t>
      </w:r>
    </w:p>
    <w:p>
      <w:r>
        <w:rPr>
          <w:b/>
        </w:rPr>
        <w:t xml:space="preserve">[14:08] </w:t>
      </w:r>
      <w:r>
        <w:t>woh jis ko chahe saza de aur jis ko chahe maaf kar de aur Allah har cheez par qadir hai. aye paighambar!</w:t>
      </w:r>
    </w:p>
    <w:p>
      <w:pPr>
        <w:jc w:val="right"/>
      </w:pPr>
      <w:r>
        <w:t>وہ جس کو چاہے سزا دے اور جس کو چاہے معاف کر دے اور اللہ ہر چیز پر قادر ہے۔ اے پیغمبر!</w:t>
      </w:r>
    </w:p>
    <w:p>
      <w:r>
        <w:rPr>
          <w:b/>
        </w:rPr>
        <w:t xml:space="preserve">[14:17] </w:t>
      </w:r>
      <w:r>
        <w:t>tum ko woh log ranj mein na dalen jo kufar ki rah mein bari tezi dikha rahe hain. khwah woh un mein se hon jo apne munh se kehte hain ke hum iman laye halankeh un ke dil iman nahi laye ya un mein se hon jo yahoodi hain.</w:t>
      </w:r>
    </w:p>
    <w:p>
      <w:pPr>
        <w:jc w:val="right"/>
      </w:pPr>
      <w:r>
        <w:t>تم کو وہ لوگ رنج میں نہ ڈالیں جو کفر کی راہ میں بڑی تیزی دکھا رہے ہیں۔ خواہ وہ ان میں سے ہوں جو اپنے منہ سے کہتے ہیں کہ ہم ایمان لائے حالانکہ ان کے دل ایمان نہیں لائے یا ان میں سے ہوں جو یہودی ہیں۔</w:t>
      </w:r>
    </w:p>
    <w:p>
      <w:r>
        <w:rPr>
          <w:b/>
        </w:rPr>
        <w:t xml:space="preserve">[14:34] </w:t>
      </w:r>
      <w:r>
        <w:t>jhoot ke bare sunne wale. sunne wale doosre logon ki khatir jo tumhare paas nahi aaye. woh kalam ko is ke maqam se hata dete hain.</w:t>
      </w:r>
    </w:p>
    <w:p>
      <w:pPr>
        <w:jc w:val="right"/>
      </w:pPr>
      <w:r>
        <w:t>جھوٹ کے بڑے سننے والے۔ سننے والے دوسرے لوگوں کی خاطر جو تمہارے پاس نہیں آئے۔ وہ کلام کو اس کے مقام سے ہٹا دیتے ہیں۔</w:t>
      </w:r>
    </w:p>
    <w:p>
      <w:r>
        <w:rPr>
          <w:b/>
        </w:rPr>
        <w:t xml:space="preserve">[14:45] </w:t>
      </w:r>
      <w:r>
        <w:t>woh logon se kehte hain ke agar tum ko yeh hukum mile to qabool kar lena aur agar yeh hukum na mile to is se bach kar rehna.</w:t>
      </w:r>
    </w:p>
    <w:p>
      <w:pPr>
        <w:jc w:val="right"/>
      </w:pPr>
      <w:r>
        <w:t>وہ لوگوں سے کہتے ہیں کہ اگر تم کو یہ حکم ملے تو قبول کر لینا اور اگر یہ حکم نہ ملے تو اس سے بچ کر رہنا۔</w:t>
      </w:r>
    </w:p>
    <w:p>
      <w:r>
        <w:rPr>
          <w:b/>
        </w:rPr>
        <w:t xml:space="preserve">[14:54] </w:t>
      </w:r>
      <w:r>
        <w:t>aur jis ko Allah fitne mein dalna chahe to tum Allah ke muqabil us ke muamle mein kuch nahi kar sakte. yahi woh log hain ke Allah ne chaha ke woh un ke dilon ko pak kar de.</w:t>
      </w:r>
    </w:p>
    <w:p>
      <w:pPr>
        <w:jc w:val="right"/>
      </w:pPr>
      <w:r>
        <w:t>اور جس کو اللہ فتنے میں ڈالنا چاہے تو تم اللہ کے مقابل اس کے معاملے میں کچھ نہیں کر سکتے۔ یہی وہ لوگ ہیں کہ اللہ نے چاہا کہ وہ ان کے دلوں کو پاک کر دے۔</w:t>
      </w:r>
    </w:p>
    <w:p>
      <w:r>
        <w:rPr>
          <w:b/>
        </w:rPr>
        <w:t xml:space="preserve">[15:07] </w:t>
      </w:r>
      <w:r>
        <w:t>un ke liye dunya mein ruswai hai aur akhirat mein un ke liye bara azab hai. woh jhoot ke bare sunne wale hain.</w:t>
      </w:r>
    </w:p>
    <w:p>
      <w:pPr>
        <w:jc w:val="right"/>
      </w:pPr>
      <w:r>
        <w:t>ان کے لیے دنیا میں رسوائی ہے اور آخرت میں ان کے لیے بڑا عذاب ہے۔ وہ جھوٹ کے بڑے سننے والے ہیں۔</w:t>
      </w:r>
    </w:p>
    <w:p>
      <w:r>
        <w:rPr>
          <w:b/>
        </w:rPr>
        <w:t xml:space="preserve">[15:17] </w:t>
      </w:r>
      <w:r>
        <w:t>haram ke bare khane wale hain. agar woh tumhare paas ayen to khwah un ke darmiyan faisla karo ya un ko taal do. agar tum un ko taal doge to woh tumhara kuch bigad nahi sakte aur agar tum faisla karo to un ke darmiyan insaaf ke mutabiq faisla karo.</w:t>
      </w:r>
    </w:p>
    <w:p>
      <w:pPr>
        <w:jc w:val="right"/>
      </w:pPr>
      <w:r>
        <w:t>حرام کے بڑے کھانے والے ہیں۔ اگر وہ تمہارے پاس آئیں تو خواہ ان کے درمیان فیصلہ کرو یا ان کو ٹال دو۔ اگر تم ان کو ٹال دو گے تو وہ تمہارا کچھ بگاڑ نہیں سکتے اور اگر تم فیصلہ کرو تو ان کے درمیان انصاف کے مطابق فیصلہ کرو۔</w:t>
      </w:r>
    </w:p>
    <w:p>
      <w:r>
        <w:rPr>
          <w:b/>
        </w:rPr>
        <w:t xml:space="preserve">[15:36] </w:t>
      </w:r>
      <w:r>
        <w:t>Allah insaaf karne walon ko pasand karta hai. aur woh kaise tum ko hukum banate hain halankeh un ke paas torait hai jis mein Allah ka hukum maujood hai aur phir woh is se munh mor rahe hain aur yeh log hargiz iman wale nahi hain.</w:t>
      </w:r>
    </w:p>
    <w:p>
      <w:pPr>
        <w:jc w:val="right"/>
      </w:pPr>
      <w:r>
        <w:t>اللہ انصاف کرنے والوں کو پسند کرتا ہے۔ اور وہ کیسے تم کو حکم بناتے ہیں حالانکہ ان کے پاس تورات ہے جس میں اللہ کا حکم موجود ہے اور پھر وہ اس سے منہ موڑ رہے ہیں اور یہ لوگ ہرگز ایمان والے نہیں ہیں۔</w:t>
      </w:r>
    </w:p>
    <w:p>
      <w:r>
        <w:rPr>
          <w:b/>
        </w:rPr>
        <w:t xml:space="preserve">[15:54] </w:t>
      </w:r>
      <w:r>
        <w:t>beshak hum ne torait utari hai jis mein hidayat aur roshni hai. isi ke mutabiq Khuda ke farmanbardar anbiya yahoodi logon ka faisla karte the aur un ke darvesh aur ulma bhi.</w:t>
      </w:r>
    </w:p>
    <w:p>
      <w:pPr>
        <w:jc w:val="right"/>
      </w:pPr>
      <w:r>
        <w:t>بے شک ہم نے تورات اتاری ہے جس میں ہدایت اور روشنی ہے۔ اسی کے مطابق خدا کے فرمانبردار انبیاء یہودی لوگوں کا فیصلہ کرتے تھے اور ان کے درویش اور علماء بھی۔</w:t>
      </w:r>
    </w:p>
    <w:p>
      <w:r>
        <w:rPr>
          <w:b/>
        </w:rPr>
        <w:t xml:space="preserve">[16:08] </w:t>
      </w:r>
      <w:r>
        <w:t>is liye ke woh Khuda ki kitab par nigehban thehraye gaye the. aur woh is ke gawah the. pas tum insanon se na daro.</w:t>
      </w:r>
    </w:p>
    <w:p>
      <w:pPr>
        <w:jc w:val="right"/>
      </w:pPr>
      <w:r>
        <w:t>اس لیے کہ وہ خدا کی کتاب پر نگہبان ٹھہرائے گئے تھے۔ اور وہ اس کے گواہ تھے۔ پس تم انسانوں سے نہ ڈرو۔</w:t>
      </w:r>
    </w:p>
    <w:p>
      <w:r>
        <w:rPr>
          <w:b/>
        </w:rPr>
        <w:t xml:space="preserve">[16:17] </w:t>
      </w:r>
      <w:r>
        <w:t>mujh se daro. aur meri ayaton ko mataa-e-haqir ke ewaz na becho. aur jo koi is ke muwafiq hukum na kare jo Allah ne utara hai to wohi log munkir hain.</w:t>
      </w:r>
    </w:p>
    <w:p>
      <w:pPr>
        <w:jc w:val="right"/>
      </w:pPr>
      <w:r>
        <w:t>مجھ سے ڈرو۔ اور میری آیتوں کو متاع حقیر کے عوض نہ بیچو۔ اور جو کوئی اس کے موافق حکم نہ کرے جو اللہ نے اتارا ہے تو وہی لوگ منکر ہیں۔</w:t>
      </w:r>
    </w:p>
    <w:p>
      <w:r>
        <w:rPr>
          <w:b/>
        </w:rPr>
        <w:t xml:space="preserve">[16:30] </w:t>
      </w:r>
      <w:r>
        <w:t>aur hum ne is kitab mein un par likh diya ke jaan ke badle jaan aur aankh ke badle aankh aur naak ke badle naak aur kaan ke badle kaan aur daant ke badle daant aur zakhamon ka badla un ke barabar.</w:t>
      </w:r>
    </w:p>
    <w:p>
      <w:pPr>
        <w:jc w:val="right"/>
      </w:pPr>
      <w:r>
        <w:t>اور ہم نے اس کتاب میں ان پر لکھ دیا کہ جان کے بدلے جان اور آنکھ کے بدلے آنکھ اور ناک کے بدلے ناک اور کان کے بدلے کان اور دانت کے بدلے دانت اور زخموں کا بدلہ ان کے برابر۔</w:t>
      </w:r>
    </w:p>
    <w:p>
      <w:r>
        <w:rPr>
          <w:b/>
        </w:rPr>
        <w:t xml:space="preserve">[16:46] </w:t>
      </w:r>
      <w:r>
        <w:t>phir jis ne is ko maaf kar diya to woh is ke liye kafara hai aur jo shakhs is ke muwafiq faisla na kare jo Allah ne utara to wohi log zalim hain.</w:t>
      </w:r>
    </w:p>
    <w:p>
      <w:pPr>
        <w:jc w:val="right"/>
      </w:pPr>
      <w:r>
        <w:t>پھر جس نے اس کو معاف کر دیا تو وہ اس کے لیے کفارہ ہے اور جو شخص اس کے موافق فیصلہ نہ کرے جو اللہ نے اتارا تو وہی لوگ ظالم ہیں۔</w:t>
      </w:r>
    </w:p>
    <w:p>
      <w:r>
        <w:rPr>
          <w:b/>
        </w:rPr>
        <w:t xml:space="preserve">[16:57] </w:t>
      </w:r>
      <w:r>
        <w:t>aur hum ne un ke piche Isa ibn Maryam ko bheja tasdeeq karte hue apne se pehle ki kitab torait ki aur hum ne us ko injeel di jis mein hidayat aur noor hai aur woh tasdeeq karne wali thi.</w:t>
      </w:r>
    </w:p>
    <w:p>
      <w:pPr>
        <w:jc w:val="right"/>
      </w:pPr>
      <w:r>
        <w:t>اور ہم نے ان کے پیچھے عیسیٰ ابن مریم کو بھیجا تصدیق کرتے ہوئے اپنے سے قبل کی کتاب تورات کی اور ہم نے اس کو انجیل دی جس میں ہدایت اور نور ہے اور وہ تصدیق کرنے والی تھی۔</w:t>
      </w:r>
    </w:p>
    <w:p>
      <w:r>
        <w:rPr>
          <w:b/>
        </w:rPr>
        <w:t xml:space="preserve">[17:13] </w:t>
      </w:r>
      <w:r>
        <w:t>apne se agli kitab torait ki aur hidayat aur naseehat darne walon ke liye. aur chahiye ke injeel wale is ke muwafiq faisla karen jo Allah ne is mein utara hai aur jo koi is ke muwafiq faisla na kare jo Allah ne utara to wohi log nafarman hain.</w:t>
      </w:r>
    </w:p>
    <w:p>
      <w:pPr>
        <w:jc w:val="right"/>
      </w:pPr>
      <w:r>
        <w:t>اپنے سے اگلی کتاب تورات کی اور ہدایت اور نصیحت ڈرنے والوں کے لیے۔ اور چاہیے کہ انجیل والے اس کے موافق فیصلہ کریں جو اللہ نے اس میں اتارا ہے اور جو کوئی اس کے موافق فیصلہ نہ کرے جو اللہ نے اتارا تو وہی لوگ نافرمان ہیں۔</w:t>
      </w:r>
    </w:p>
    <w:p>
      <w:r>
        <w:rPr>
          <w:b/>
        </w:rPr>
        <w:t xml:space="preserve">[17:33] </w:t>
      </w:r>
      <w:r>
        <w:t>aur hum ne tumhari taraf kitab utari haq ke sath tasdeeq karne wali pichli kitab ki aur is ke mazameen par nigehban.</w:t>
      </w:r>
    </w:p>
    <w:p>
      <w:pPr>
        <w:jc w:val="right"/>
      </w:pPr>
      <w:r>
        <w:t>اور ہم نے تمہاری طرف کتاب اتاری حق کے ساتھ تصدیق کرنے والی پچھلی کتاب کی اور اس کے مضامین پر نگہبان۔</w:t>
      </w:r>
    </w:p>
    <w:p>
      <w:r>
        <w:rPr>
          <w:b/>
        </w:rPr>
        <w:t xml:space="preserve">[17:43] </w:t>
      </w:r>
      <w:r>
        <w:t>pas tum un ke darmiyan faisla karo is ke mutabiq jo Allah ne utara aur jo haq tumhare paas aya hai us ko chhod kar un ki khwahishon ki pairwi na karo.</w:t>
      </w:r>
    </w:p>
    <w:p>
      <w:pPr>
        <w:jc w:val="right"/>
      </w:pPr>
      <w:r>
        <w:t>پس تم ان کے درمیان فیصلہ کرو اس کے مطابق جو اللہ نے اتارا اور جو حق تمہارے پاس آیا ہے اس کو چھوڑ کر ان کی خواہشوں کی پیروی نہ کرو۔</w:t>
      </w:r>
    </w:p>
    <w:p>
      <w:r>
        <w:rPr>
          <w:b/>
        </w:rPr>
        <w:t xml:space="preserve">[17:54] </w:t>
      </w:r>
      <w:r>
        <w:t>hum ne tum mein se har aik ke liye aik shariat aur aik tareeqa thehrraya aur agar Khuda chahta to tum ko aik hi ummat bana deta magar Allah ne chaha ke woh apne diye hue hukumon mein tumhari azmaish kare.</w:t>
      </w:r>
    </w:p>
    <w:p>
      <w:pPr>
        <w:jc w:val="right"/>
      </w:pPr>
      <w:r>
        <w:t>ہم نے تم میں سے ہر ایک کے لیے ایک شریعت اور ایک طریقہ ٹھہرایا اور اگر خدا چاہتا تو تم کو ایک ہی امت بنا دیتا مگر اللہ نے چاہا کہ وہ اپنے دیے ہوئے حکموں میں تمہاری آزمائش کرے۔</w:t>
      </w:r>
    </w:p>
    <w:p>
      <w:r>
        <w:rPr>
          <w:b/>
        </w:rPr>
        <w:t xml:space="preserve">[18:10] </w:t>
      </w:r>
      <w:r>
        <w:t>pas tum bhalaiyon ki taraf daudo. aakhir kar tum sab ko Khuda ki taraf palt kar jana hai. phir woh tum ko aagah kar dega us cheez se jis mein tum ikhtilaf kar rahe the.</w:t>
      </w:r>
    </w:p>
    <w:p>
      <w:pPr>
        <w:jc w:val="right"/>
      </w:pPr>
      <w:r>
        <w:t>پس تم بھلائیوں کی طرف دوڑو۔ آخر کار تم سب کو خدا کی طرف پلٹ کر جانا ہے۔ پھر وہ تم کو آگاہ کر دے گا اس چیز سے جس میں تم اختلاف کر رہے تھے۔</w:t>
      </w:r>
    </w:p>
    <w:p>
      <w:r>
        <w:rPr>
          <w:b/>
        </w:rPr>
        <w:t xml:space="preserve">[18:23] </w:t>
      </w:r>
      <w:r>
        <w:t>aur un ke darmiyan is ke mutabiq faisla karo jo Allah ne utara hai aur un ki khwahishon ki pairwi na karo aur un logon se bacho ke kahin woh tum ko phisal den tumhare upar Allah ke utare hue kisi hukum se.</w:t>
      </w:r>
    </w:p>
    <w:p>
      <w:pPr>
        <w:jc w:val="right"/>
      </w:pPr>
      <w:r>
        <w:t>اور ان کے درمیان اس کے مطابق فیصلہ کرو جو اللہ نے اتارا ہے اور ان کی خواہشوں کی پیروی نہ کرو اور ان لوگوں سے بچو کہ کہیں وہ تم کو پھسلا دیں تمہارے اوپر اللہ کے اتارے ہوئے کسی حکم سے۔</w:t>
      </w:r>
    </w:p>
    <w:p>
      <w:r>
        <w:rPr>
          <w:b/>
        </w:rPr>
        <w:t xml:space="preserve">[18:39] </w:t>
      </w:r>
      <w:r>
        <w:t>pas agar woh phir jayen to jaan lo ke Allah un ko un ke baaz gunahon ki saza dena chahta hai aur yaqeenan logon mein se zyada aadmi nafarman hain.</w:t>
      </w:r>
    </w:p>
    <w:p>
      <w:pPr>
        <w:jc w:val="right"/>
      </w:pPr>
      <w:r>
        <w:t>پس اگر وہ پھر جائیں تو جان لو کہ اللہ ان کو ان کے بعض گناہوں کی سزا دینا چاہتا ہے اور یقینا لوگوں میں سے زیادہ آدمی نافرمان ہیں۔</w:t>
      </w:r>
    </w:p>
    <w:p>
      <w:r>
        <w:rPr>
          <w:b/>
        </w:rPr>
        <w:t xml:space="preserve">[18:50] </w:t>
      </w:r>
      <w:r>
        <w:t>kya yeh log jahiliyat ka faisla chahte hain aur Allah se barh kar kis ka faisla ho sakta hai un logon ke liye jo yaqeen karna chahen.</w:t>
      </w:r>
    </w:p>
    <w:p>
      <w:pPr>
        <w:jc w:val="right"/>
      </w:pPr>
      <w:r>
        <w:t>کیا یہ لوگ جاہلیت کا فیصلہ چاہتے ہیں اور اللہ سے بڑھ کر کس کا فیصلہ ہو سکتا ہے ان لوگوں کے لیے جو یقین کرنا چاہیں۔</w:t>
      </w:r>
    </w:p>
    <w:p>
      <w:r>
        <w:rPr>
          <w:b/>
        </w:rPr>
        <w:t xml:space="preserve">[19:01] </w:t>
      </w:r>
      <w:r>
        <w:t>ae iman walo</w:t>
      </w:r>
    </w:p>
    <w:p>
      <w:pPr>
        <w:jc w:val="right"/>
      </w:pPr>
      <w:r>
        <w:t>اے ایمان وال</w:t>
      </w:r>
    </w:p>
    <w:p>
      <w:r>
        <w:rPr>
          <w:b/>
        </w:rPr>
        <w:t xml:space="preserve">[19:02] </w:t>
      </w:r>
      <w:r>
        <w:t>wo! yahood aur nasara ko dost na banao. woh aik doosre ke dost hain aur tum mein se jo shakhs un ko apna dost banaye ga to woh unhi mein se ho ga.</w:t>
      </w:r>
    </w:p>
    <w:p>
      <w:pPr>
        <w:jc w:val="right"/>
      </w:pPr>
      <w:r>
        <w:t>و! یہود اور نصاریٰ کو دوست نہ بناؤ۔ وہ ایک دوسرے کے دوست ہیں اور تم میں سے جو شخص ان کو اپنا دوست بنائے گا تو وہ انہی میں سے ہوگا۔</w:t>
      </w:r>
    </w:p>
    <w:p>
      <w:r>
        <w:rPr>
          <w:b/>
        </w:rPr>
        <w:t xml:space="preserve">[19:13] </w:t>
      </w:r>
      <w:r>
        <w:t>Allah zalim logon ko rah nahi dikhata. tum dekhte ho ke jin ke dil mein rog hain woh unhi ki taraf daud rahe hain.</w:t>
      </w:r>
    </w:p>
    <w:p>
      <w:pPr>
        <w:jc w:val="right"/>
      </w:pPr>
      <w:r>
        <w:t>اللہ ظالم لوگوں کو راہ نہیں دکھاتا۔ تم دیکھتے ہو کہ جن کے دلوں میں روگ ہے وہ انہی کی طرف دوڑ رہے ہیں۔</w:t>
      </w:r>
    </w:p>
    <w:p>
      <w:r>
        <w:rPr>
          <w:b/>
        </w:rPr>
        <w:t xml:space="preserve">[19:22] </w:t>
      </w:r>
      <w:r>
        <w:t>woh kehte hain ke hum ko yeh andesha hai ke hum kisi musibat mein na phans jayen to mumkin hai ke Allah fateh de de ya apni taraf se koi khas baat zahir kare to yeh log us cheez par jis ko yeh apne dil mein chupaye hue hain nadim hon ge.</w:t>
      </w:r>
    </w:p>
    <w:p>
      <w:pPr>
        <w:jc w:val="right"/>
      </w:pPr>
      <w:r>
        <w:t>وہ کہتے ہیں کہ ہم کو یہ اندیشہ ہے کہ ہم کسی مصیبت میں نہ پھنس جائیں تو ممکن ہے کہ اللہ فتح دے دے یا اپنی طرف سے کوئی خاص بات ظاہر کرے تو یہ لوگ اس چیز پر جس کو یہ اپنے دلوں میں چھپائے ہوئے ہیں نادم ہوں گے۔</w:t>
      </w:r>
    </w:p>
    <w:p>
      <w:r>
        <w:rPr>
          <w:b/>
        </w:rPr>
        <w:t xml:space="preserve">[19:40] </w:t>
      </w:r>
      <w:r>
        <w:t>aur us waqt ahl-e-iman kahenge kya yeh wohi log hain jo zor o shor se Allah ki qasmen kha kar yaqeen dilate the ke hum tumhare sath hain.</w:t>
      </w:r>
    </w:p>
    <w:p>
      <w:pPr>
        <w:jc w:val="right"/>
      </w:pPr>
      <w:r>
        <w:t>اور اس وقت اہل ایمان کہیں گے کیا یہ وہی لوگ ہیں جو زور و شور سے اللہ کی قسمیں کھا کر یقین دلاتے تھے کہ ہم تمہارے ساتھ ہیں۔</w:t>
      </w:r>
    </w:p>
    <w:p>
      <w:r>
        <w:rPr>
          <w:b/>
        </w:rPr>
        <w:t xml:space="preserve">[19:52] </w:t>
      </w:r>
      <w:r>
        <w:t>un ke sare aamal zaye ho gaye aur woh ghaate mein rahe. ae iman</w:t>
      </w:r>
    </w:p>
    <w:p>
      <w:pPr>
        <w:jc w:val="right"/>
      </w:pPr>
      <w:r>
        <w:t>ان کے سارے اعمال ضائع ہو گئے اور وہ گھاٹے میں رہے۔ اے ایمان</w:t>
      </w:r>
    </w:p>
    <w:p>
      <w:r>
        <w:rPr>
          <w:b/>
        </w:rPr>
        <w:t xml:space="preserve">[19:58] </w:t>
      </w:r>
      <w:r>
        <w:t>walo! tum mein se jo shakhs apne deen se phir jaye to Allah jald aise logon ko uthayega jo Allah ko mehboob honge aur Allah un ko mehboob karega.</w:t>
      </w:r>
    </w:p>
    <w:p>
      <w:pPr>
        <w:jc w:val="right"/>
      </w:pPr>
      <w:r>
        <w:t>والو! تم میں سے جو شخص اپنے دین سے پھر جائے تو اللہ جلد ایسے لوگوں کو اٹھائے گا جو اللہ کو محبوب ہوں گے اور اللہ ان کو محبوب ہوگا۔</w:t>
      </w:r>
    </w:p>
    <w:p>
      <w:r>
        <w:rPr>
          <w:b/>
        </w:rPr>
        <w:t xml:space="preserve">[20:09] </w:t>
      </w:r>
      <w:r>
        <w:t>woh momineen ke liye narm aur munkireen ke upar sakht honge. woh Allah ki rahon mein jihad karenge aur kisi malamat karne wale ki malamat se na darren ge.</w:t>
      </w:r>
    </w:p>
    <w:p>
      <w:pPr>
        <w:jc w:val="right"/>
      </w:pPr>
      <w:r>
        <w:t>وہ مومنوں کے لیے نرم اور منکروں کے اوپر سخت ہوں گے۔ وہ اللہ کی راہوں میں جہاد کریں گے اور کسی ملامت کرنے والے کی ملامت سے نہ ڈریں گے۔</w:t>
      </w:r>
    </w:p>
    <w:p>
      <w:r>
        <w:rPr>
          <w:b/>
        </w:rPr>
        <w:t xml:space="preserve">[20:22] </w:t>
      </w:r>
      <w:r>
        <w:t>yeh Allah ka fazl hai woh jis ko chahta hai ata karta hai. aur Allah waseat wala aur ilm wala hai.</w:t>
      </w:r>
    </w:p>
    <w:p>
      <w:pPr>
        <w:jc w:val="right"/>
      </w:pPr>
      <w:r>
        <w:t>یہ اللہ کا فضل ہے وہ جس کو چاہتا ہے عطا کرتا ہے۔ اور اللہ وسعت والا اور علم والا ہے۔</w:t>
      </w:r>
    </w:p>
    <w:p>
      <w:r>
        <w:rPr>
          <w:b/>
        </w:rPr>
        <w:t xml:space="preserve">[20:31] </w:t>
      </w:r>
      <w:r>
        <w:t>tumhare dost to bas Allah aur us ka rasool aur woh iman wale hain jo namaz qaim karte hain aur zakat ada karte hain aur woh Allah ke aage jhukne wale hain.</w:t>
      </w:r>
    </w:p>
    <w:p>
      <w:pPr>
        <w:jc w:val="right"/>
      </w:pPr>
      <w:r>
        <w:t>تمہارے دوست تو بس اللہ اور اس کا رسول اور وہ ایمان والے ہیں جو نماز قائم کرتے ہیں اور زکوٰۃ ادا کرتے ہیں اور وہ اللہ کے آگے جھکنے والے ہیں۔</w:t>
      </w:r>
    </w:p>
    <w:p>
      <w:r>
        <w:rPr>
          <w:b/>
        </w:rPr>
        <w:t xml:space="preserve">[20:44] </w:t>
      </w:r>
      <w:r>
        <w:t>aur jo shakhs Allah aur us ke rasool aur iman walon ko dost banaye to beshak Allah ki jamaat hi ghalib rehne wali hai.</w:t>
      </w:r>
    </w:p>
    <w:p>
      <w:pPr>
        <w:jc w:val="right"/>
      </w:pPr>
      <w:r>
        <w:t>اور جو شخص اللہ اور اس کے رسول اور ایمان والوں کو دوست بنائے تو بے شک اللہ کی جماعت ہی غالب رہنے والی ہے۔</w:t>
      </w:r>
    </w:p>
    <w:p>
      <w:r>
        <w:rPr>
          <w:b/>
        </w:rPr>
        <w:t xml:space="preserve">[20:55] </w:t>
      </w:r>
      <w:r>
        <w:t>ae iman walo</w:t>
      </w:r>
    </w:p>
    <w:p>
      <w:pPr>
        <w:jc w:val="right"/>
      </w:pPr>
      <w:r>
        <w:t>اے ایمان وال</w:t>
      </w:r>
    </w:p>
    <w:p>
      <w:r>
        <w:rPr>
          <w:b/>
        </w:rPr>
        <w:t xml:space="preserve">[20:56] </w:t>
      </w:r>
      <w:r>
        <w:t>wo! un logon ko apna dost na banao jinhon ne tumhare deen ko mazaq aur khel bana liya hai. un logon mein se jin ko tum se pehle kitab di gayi aur na munkireen ko.</w:t>
      </w:r>
    </w:p>
    <w:p>
      <w:pPr>
        <w:jc w:val="right"/>
      </w:pPr>
      <w:r>
        <w:t>و! ان لوگوں کو اپنا دوست نہ بناؤ جنہوں نے تمہارے دین کو مذاق اور کھیل بنا لیا ہے۔ ان لوگوں میں سے جن کو تم سے پہلے کتاب دی گئی اور نہ منکروں کو۔</w:t>
      </w:r>
    </w:p>
    <w:p>
      <w:r>
        <w:rPr>
          <w:b/>
        </w:rPr>
        <w:t xml:space="preserve">[21:08] </w:t>
      </w:r>
      <w:r>
        <w:t>aur Allah se darte raho agar tum iman wale ho. aur jab tum namaz ke liye pukarte ho to woh log us ko mazaq aur khel bana lete hain.</w:t>
      </w:r>
    </w:p>
    <w:p>
      <w:pPr>
        <w:jc w:val="right"/>
      </w:pPr>
      <w:r>
        <w:t>اور اللہ سے ڈرتے رہو اگر تم ایمان والے ہو۔ اور جب تم نماز کے لیے پکارتے ہو تو وہ لوگ اس کو مذاق اور کھیل بنا لیتے ہیں۔</w:t>
      </w:r>
    </w:p>
    <w:p>
      <w:r>
        <w:rPr>
          <w:b/>
        </w:rPr>
        <w:t xml:space="preserve">[21:18] </w:t>
      </w:r>
      <w:r>
        <w:t>is ki wajah yeh hai ke woh aql nahi rakhte. kaho ke ae ahl-e-kitab</w:t>
      </w:r>
    </w:p>
    <w:p>
      <w:pPr>
        <w:jc w:val="right"/>
      </w:pPr>
      <w:r>
        <w:t>اس کی وجہ یہ ہے کہ وہ عقل نہیں رکھتے۔ کہو کہ اے اہل کتاب</w:t>
      </w:r>
    </w:p>
    <w:p>
      <w:r>
        <w:rPr>
          <w:b/>
        </w:rPr>
        <w:t xml:space="preserve">[21:24] </w:t>
      </w:r>
      <w:r>
        <w:t>! tum hum se sirf is liye zid rakhte ho ke hum iman laye Allah par aur us par jo hamari taraf utara gaya aur us par jo hum se pehle utra aur tum mein se aksar log nafarman hain.</w:t>
      </w:r>
    </w:p>
    <w:p>
      <w:pPr>
        <w:jc w:val="right"/>
      </w:pPr>
      <w:r>
        <w:t>! تم ہم سے صرف اس لیے ضد رکھتے ہو کہ ہم ایمان لائے اللہ پر اور اس پر جو ہماری طرف اتارا گیا اور اس پر جو ہم سے پہلے اترا اور تم میں سے اکثر لوگ نافرمان ہیں۔</w:t>
      </w:r>
    </w:p>
    <w:p>
      <w:r>
        <w:rPr>
          <w:b/>
        </w:rPr>
        <w:t xml:space="preserve">[21:37] </w:t>
      </w:r>
      <w:r>
        <w:t>kaho kya main tum ko bataun woh jo Allah ke yahan anjam ke aitbar se us se bhi zyada bura hai. woh jis par Khuda ne lanat ki aur jis par uska ghazab hua aur jin mein se bandar aur sur bana diye aur unhon ne shaitan ki parastish ki.</w:t>
      </w:r>
    </w:p>
    <w:p>
      <w:pPr>
        <w:jc w:val="right"/>
      </w:pPr>
      <w:r>
        <w:t>کہو کیا میں تم کو بتاؤں وہ جو اللہ کے یہاں انجام کے اعتبار سے اس سے بھی زیادہ برا ہے۔ وہ جس پر خدا نے لعنت کی اور جس پر اس کا غضب ہوا اور جن میں سے بندر اور سور بنا دیے اور انہوں نے شیطان کی پرستش کی۔</w:t>
      </w:r>
    </w:p>
    <w:p>
      <w:r>
        <w:rPr>
          <w:b/>
        </w:rPr>
        <w:t xml:space="preserve">[21:54] </w:t>
      </w:r>
      <w:r>
        <w:t>aise log maqam ke aitbar se badtar aur rah-e-rast se bohat door hain. aur jab woh tumhare pas aate hain to kehte hain ke hum iman laye halan ke woh munkir aaye the aur munkir hi chale gaye.</w:t>
      </w:r>
    </w:p>
    <w:p>
      <w:pPr>
        <w:jc w:val="right"/>
      </w:pPr>
      <w:r>
        <w:t>ایسے لوگ مقام کے اعتبار سے بدتر اور راہ راست سے بہت دور ہیں۔ اور جب وہ تمہارے پاس آتے ہیں تو کہتے ہیں کہ ہم ایمان لائے حالانکہ وہ منکر آئے تھے اور منکر ہی چلے گئے۔</w:t>
      </w:r>
    </w:p>
    <w:p>
      <w:r>
        <w:rPr>
          <w:b/>
        </w:rPr>
        <w:t xml:space="preserve">[22:09] </w:t>
      </w:r>
      <w:r>
        <w:t>aur Allah khoob janta hai us cheez ko jisay woh chupa rahe hain. aur tum un mein se aksar ko dekhoge ke woh gunah aur zulm aur haram khane par daudte hain.</w:t>
      </w:r>
    </w:p>
    <w:p>
      <w:pPr>
        <w:jc w:val="right"/>
      </w:pPr>
      <w:r>
        <w:t>اور اللہ خوب جانتا ہے اس چیز کو جسے وہ چھپا رہے ہیں۔ اور تم ان میں سے اکثر کو دیکھو گے کہ وہ گناہ اور ظلم اور حرام کھانے پر دوڑتے ہیں۔</w:t>
      </w:r>
    </w:p>
    <w:p>
      <w:r>
        <w:rPr>
          <w:b/>
        </w:rPr>
        <w:t xml:space="preserve">[22:21] </w:t>
      </w:r>
      <w:r>
        <w:t>kese bure kaam hain jo woh kar rahe hain. un ke masha'ikh aur ulama un ko kyun nahi rokte gunah ki baat kehne se aur haram khane se.</w:t>
      </w:r>
    </w:p>
    <w:p>
      <w:pPr>
        <w:jc w:val="right"/>
      </w:pPr>
      <w:r>
        <w:t>کیسے برے کام ہیں جو وہ کر رہے ہیں۔ ان کے مشائخ اور علماء ان کو کیوں نہیں روکتے گناہ کی بات کہنے سے اور حرام کھانے سے۔</w:t>
      </w:r>
    </w:p>
    <w:p>
      <w:r>
        <w:rPr>
          <w:b/>
        </w:rPr>
        <w:t xml:space="preserve">[22:31] </w:t>
      </w:r>
      <w:r>
        <w:t>kese bure kaam hain jo woh kar rahe hain. aur yahood kehte hain ke Khuda ke hath bandhe hue hain. unhi ke hath bandh jayen aur lanat ho un ko is kehne par.</w:t>
      </w:r>
    </w:p>
    <w:p>
      <w:pPr>
        <w:jc w:val="right"/>
      </w:pPr>
      <w:r>
        <w:t>کیسے برے کام ہیں جو وہ کر رہے ہیں۔ اور یہود کہتے ہیں کہ خدا کے ہاتھ بندھے ہوئے ہیں۔ انہی کے ہاتھ بندھ جائیں اور لعنت ہو ان کو اس کہنے پر۔</w:t>
      </w:r>
    </w:p>
    <w:p>
      <w:r>
        <w:rPr>
          <w:b/>
        </w:rPr>
        <w:t xml:space="preserve">[22:44] </w:t>
      </w:r>
      <w:r>
        <w:t>balkeh Khuda ke donon hath khule hue hain. woh jis tarah chahta hai kharch karta hai. aur tumhare upar tumhare parwardigar ki taraf se jo kuch utra hai woh in mein se aksar logon ki sarkashi aur inkar barha raha hai.</w:t>
      </w:r>
    </w:p>
    <w:p>
      <w:pPr>
        <w:jc w:val="right"/>
      </w:pPr>
      <w:r>
        <w:t>بلکہ خدا کے دونوں ہاتھ کھلے ہوئے ہیں۔ وہ جس طرح چاہتا ہے خرچ کرتا ہے۔ اور تمہارے اوپر تمہارے پروردگار کی طرف سے جو کچھ اترا ہے وہ ان میں سے اکثر لوگوں کی سرکشی اور انکار بڑھا رہا ہے۔</w:t>
      </w:r>
    </w:p>
    <w:p>
      <w:r>
        <w:rPr>
          <w:b/>
        </w:rPr>
        <w:t xml:space="preserve">[22:59] </w:t>
      </w:r>
      <w:r>
        <w:t>aur hum ne un ke darmiyan dushmani aur kina qayamat tak ke liye daal diya hai. jab kabhi woh ladai ki aag bhadkate hain to Allah us ko bujha deta hai aur woh zameen mein fasad phailane mein sargaram hain.</w:t>
      </w:r>
    </w:p>
    <w:p>
      <w:pPr>
        <w:jc w:val="right"/>
      </w:pPr>
      <w:r>
        <w:t>اور ہم نے ان کے درمیان دشمنی اور کینہ قیامت تک کے لیے ڈال دیا ہے۔ جب کبھی وہ لڑائی کی آگ بھڑکاتے ہیں تو اللہ اس کو بجھا دیتا ہے اور وہ زمین میں فساد پھیلانے میں سرگرم ہیں۔</w:t>
      </w:r>
    </w:p>
    <w:p>
      <w:r>
        <w:rPr>
          <w:b/>
        </w:rPr>
        <w:t xml:space="preserve">[23:14] </w:t>
      </w:r>
      <w:r>
        <w:t>halan ke Allah fasad barpa karne walon ko pasand nahi karta. aur agar ahl-e-kitab iman late aur Allah se darte to hum zaroor un ki buraiyan un se door kar dete aur un ko nemat ke baghon mein dakhil karte.</w:t>
      </w:r>
    </w:p>
    <w:p>
      <w:pPr>
        <w:jc w:val="right"/>
      </w:pPr>
      <w:r>
        <w:t>حالانکہ اللہ فساد برپا کرنے والوں کو پسند نہیں کرتا۔ اور اگر اہل کتاب ایمان لاتے اور اللہ سے ڈرتے تو ہم ضرور ان کی برائیاں ان سے دور کر دیتے اور ان کو نعمت کے باغوں میں داخل کرتے۔</w:t>
      </w:r>
    </w:p>
    <w:p>
      <w:r>
        <w:rPr>
          <w:b/>
        </w:rPr>
        <w:t xml:space="preserve">[23:29] </w:t>
      </w:r>
      <w:r>
        <w:t>aur agar woh torait aur injeel ki pabandi karte aur is ki jo un par un ke rab ki taraf se utara gaya hai to woh khate apne upar se aur apne qadmon ke neeche se.</w:t>
      </w:r>
    </w:p>
    <w:p>
      <w:pPr>
        <w:jc w:val="right"/>
      </w:pPr>
      <w:r>
        <w:t>اور اگر وہ تورات اور انجیل کی پابندی کرتے اور اس کی جو ان پر ان کے رب کی طرف سے اتارا گیا ہے تو وہ کھاتے اپنے اوپر سے اور اپنے قدموں کے نیچے سے۔</w:t>
      </w:r>
    </w:p>
    <w:p>
      <w:r>
        <w:rPr>
          <w:b/>
        </w:rPr>
        <w:t xml:space="preserve">[23:41] </w:t>
      </w:r>
      <w:r>
        <w:t>kuch log in mein seedhi raah par hain lekin ziyada in mein aise hain jo bohat bura kar rahe hain. aye paighambar</w:t>
      </w:r>
    </w:p>
    <w:p>
      <w:pPr>
        <w:jc w:val="right"/>
      </w:pPr>
      <w:r>
        <w:t>کچھ لوگ ان میں سیدھی راہ پر ہیں لیکن زیادہ ان میں ایسے ہیں جو بہت برا کر رہے ہیں۔ اے پیغمبر</w:t>
      </w:r>
    </w:p>
    <w:p>
      <w:r>
        <w:rPr>
          <w:b/>
        </w:rPr>
        <w:t xml:space="preserve">[23:50] </w:t>
      </w:r>
      <w:r>
        <w:t>! jo kuch tumhare upar tumhare rab ki taraf se utra hai us ko pohancha do. aur agar tum ne aisa na kiya to tum ne Allah ke paigham ko nahi pohanchaya.</w:t>
      </w:r>
    </w:p>
    <w:p>
      <w:pPr>
        <w:jc w:val="right"/>
      </w:pPr>
      <w:r>
        <w:t>! جو کچھ تمہارے اوپر تمہارے رب کی طرف سے اترا ہے اس کو پہنچا دو۔ اور اگر تم نے ایسا نہ کیا تو تم نے اللہ کے پیغام کو نہیں پہنچایا۔</w:t>
      </w:r>
    </w:p>
    <w:p>
      <w:r>
        <w:rPr>
          <w:b/>
        </w:rPr>
        <w:t xml:space="preserve">[24:00] </w:t>
      </w:r>
      <w:r>
        <w:t>aur Allah tum ko logon se bachaye ga. Allah yaqeenan munkir logon ko raah nahi deta. keh do aye ahle kitab</w:t>
      </w:r>
    </w:p>
    <w:p>
      <w:pPr>
        <w:jc w:val="right"/>
      </w:pPr>
      <w:r>
        <w:t>اور اللہ تم کو لوگوں سے بچائے گا۔ اللہ یقینا منکر لوگوں کو راہ نہیں دیتا۔ کہہ دو اے اہل کتاب</w:t>
      </w:r>
    </w:p>
    <w:p>
      <w:r>
        <w:rPr>
          <w:b/>
        </w:rPr>
        <w:t xml:space="preserve">[24:10] </w:t>
      </w:r>
      <w:r>
        <w:t>! tum kisi cheez par nahi jab tak tum qaim na karo torait aur injeel ko aur us ko jo tumhare upar utra hai tumhare rab ki taraf se.</w:t>
      </w:r>
    </w:p>
    <w:p>
      <w:pPr>
        <w:jc w:val="right"/>
      </w:pPr>
      <w:r>
        <w:t>! تم کسی چیز پر نہیں جب تک تم قائم نہ کرو تورات اور انجیل کو اور اس کو جو تمہارے اوپر اترا ہے تمہارے رب کی طرف سے۔</w:t>
      </w:r>
    </w:p>
    <w:p>
      <w:r>
        <w:rPr>
          <w:b/>
        </w:rPr>
        <w:t xml:space="preserve">[24:20] </w:t>
      </w:r>
      <w:r>
        <w:t>aur jo kuch tumhare upar tumhare rab ki taraf se utara gaya hai woh yaqeenan in mein se aksar ki sarkashi aur inkar ko barhaye ga.</w:t>
      </w:r>
    </w:p>
    <w:p>
      <w:pPr>
        <w:jc w:val="right"/>
      </w:pPr>
      <w:r>
        <w:t>اور جو کچھ تمہارے اوپر تمہارے رب کی طرف سے اتارا گیا ہے وہ یقینا ان میں سے اکثر کی سرکشی اور انکار کو بڑھائے گا۔</w:t>
      </w:r>
    </w:p>
    <w:p>
      <w:r>
        <w:rPr>
          <w:b/>
        </w:rPr>
        <w:t xml:space="preserve">[24:29] </w:t>
      </w:r>
      <w:r>
        <w:t>pas tum inkar karne walon ke upar afsos na karo. beshak jo log iman laye aur jo log yahoodi hue aur saabi aur nasrani.</w:t>
      </w:r>
    </w:p>
    <w:p>
      <w:pPr>
        <w:jc w:val="right"/>
      </w:pPr>
      <w:r>
        <w:t>پس تم انکار کرنے والوں کے اوپر افسوس نہ کرو۔ بے شک جو لوگ ایمان لائے اور جو لوگ یہودی ہوئے اور صابی اور نصرانی۔</w:t>
      </w:r>
    </w:p>
    <w:p>
      <w:r>
        <w:rPr>
          <w:b/>
        </w:rPr>
        <w:t xml:space="preserve">[24:40] </w:t>
      </w:r>
      <w:r>
        <w:t>jo shakhs bhi iman laye Allah par aur aakhirat ke din par aur nek amal kare to un ke liye na koi andesha hai aur na woh ghamgeen hon ge.</w:t>
      </w:r>
    </w:p>
    <w:p>
      <w:pPr>
        <w:jc w:val="right"/>
      </w:pPr>
      <w:r>
        <w:t>جو شخص بھی ایمان لائے اللہ پر اور آخرت کے دن پر اور نیک عمل کرے تو ان کے لیے نہ کوئی اندیشہ ہے اور نہ وہ غمگین ہوں گے۔</w:t>
      </w:r>
    </w:p>
    <w:p>
      <w:r>
        <w:rPr>
          <w:b/>
        </w:rPr>
        <w:t xml:space="preserve">[24:51] </w:t>
      </w:r>
      <w:r>
        <w:t>hum ne bani israel se ahad liya aur un ki taraf bohat se rasool bheje. jab koi rasool un ke paas aisi baat le kar aaya jis ko un ka jeen na chahta tha to ba'zon ko unhon ne jhutlaya aur ba'zon ko qatal kar diya.</w:t>
      </w:r>
    </w:p>
    <w:p>
      <w:pPr>
        <w:jc w:val="right"/>
      </w:pPr>
      <w:r>
        <w:t>ہم نے بنی اسرائیل سے عہد لیا اور ان کی طرف بہت سے رسول بھیجے۔ جب کوئی رسول ان کے پاس ایسی بات لے کر آیا جس کو ان کا جین نہ چاہتا تھا تو بعضوں کو انہوں نے جھٹلایا اور بعضوں کو قتل کر دیا۔</w:t>
      </w:r>
    </w:p>
    <w:p>
      <w:r>
        <w:rPr>
          <w:b/>
        </w:rPr>
        <w:t xml:space="preserve">[25:06] </w:t>
      </w:r>
      <w:r>
        <w:t>aur khayal kiya ke kuch kharabi na ho gi. pas woh andhe aur behre ban gaye. phir Allah ne un par tawajjuh ki. phir un mein se bohat se andhe aur behre ban gaye.</w:t>
      </w:r>
    </w:p>
    <w:p>
      <w:pPr>
        <w:jc w:val="right"/>
      </w:pPr>
      <w:r>
        <w:t>اور خیال کیا کہ کچھ خرابی نہ ہوگی۔ پس وہ اندھے اور بہرے بن گئے۔ پھر اللہ نے ان پر توجہ کی۔ پھر ان میں سے بہت سے اندھے اور بہرے بن گئے۔</w:t>
      </w:r>
    </w:p>
    <w:p>
      <w:r>
        <w:rPr>
          <w:b/>
        </w:rPr>
        <w:t xml:space="preserve">[25:18] </w:t>
      </w:r>
      <w:r>
        <w:t>aur Allah dekhta hai jo kuch woh kar rahe hain. yaqeenan un logon ne kufr kiya jinhon ne kaha Khuda to yahi Maseeh ibne Maryam hai.</w:t>
      </w:r>
    </w:p>
    <w:p>
      <w:pPr>
        <w:jc w:val="right"/>
      </w:pPr>
      <w:r>
        <w:t>اور اللہ دیکھتا ہے جو کچھ وہ کر رہے ہیں۔ یقینا ان لوگوں نے کفر کیا جنہوں نے کہا خدا تو یہی مسیح ابن مریم ہے۔</w:t>
      </w:r>
    </w:p>
    <w:p>
      <w:r>
        <w:rPr>
          <w:b/>
        </w:rPr>
        <w:t xml:space="preserve">[25:29] </w:t>
      </w:r>
      <w:r>
        <w:t>halan ke Maseeh ne kaha tha ke aye bani Israel!</w:t>
      </w:r>
    </w:p>
    <w:p>
      <w:pPr>
        <w:jc w:val="right"/>
      </w:pPr>
      <w:r>
        <w:t>حالانکہ مسیح نے کہا تھا کہ اے بنی اسرائیل!</w:t>
      </w:r>
    </w:p>
    <w:p>
      <w:r>
        <w:rPr>
          <w:b/>
        </w:rPr>
        <w:t xml:space="preserve">[25:33] </w:t>
      </w:r>
      <w:r>
        <w:t>Allah ki ibadat karo jo mera rab hai aur tumhara rab bhi. jo shakhs Allah ka shareek thahraye ga to Allah ne haram ki.</w:t>
      </w:r>
    </w:p>
    <w:p>
      <w:pPr>
        <w:jc w:val="right"/>
      </w:pPr>
      <w:r>
        <w:t>اللہ کی عبادت کرو جو میرا رب ہے اور تمہارا رب بھی۔ جو شخص اللہ کا شریک ٹھہرائے گا تو اللہ نے حرام کی۔</w:t>
      </w:r>
    </w:p>
    <w:p>
      <w:r>
        <w:rPr>
          <w:b/>
        </w:rPr>
        <w:t xml:space="preserve">[25:41] </w:t>
      </w:r>
      <w:r>
        <w:t>is par jannat aur is ka thikana aag hai aur zalimon ka koi madadgar nahi. yaqeenan un logon ne kufr kiya jinhon ne kaha ke Khuda teen mein ka teesra hai.</w:t>
      </w:r>
    </w:p>
    <w:p>
      <w:pPr>
        <w:jc w:val="right"/>
      </w:pPr>
      <w:r>
        <w:t>اس پر جنت اور اس کا ٹھکانہ آگ ہے اور ظالموں کا کوئی مددگار نہیں۔ یقینا ان لوگوں نے کفر کیا جنہوں نے کہا کہ خدا تین میں کا تیسرا ہے۔</w:t>
      </w:r>
    </w:p>
    <w:p>
      <w:r>
        <w:rPr>
          <w:b/>
        </w:rPr>
        <w:t xml:space="preserve">[25:53] </w:t>
      </w:r>
      <w:r>
        <w:t>halan ke koi ma'bood nahi bajz aik ma'bood ke. aur agar woh baz na aaye is se jo woh kehte hain to un mein se kufr par qaim rehne walon ko aik dardnak azab pakre ga.</w:t>
      </w:r>
    </w:p>
    <w:p>
      <w:pPr>
        <w:jc w:val="right"/>
      </w:pPr>
      <w:r>
        <w:t>حالانکہ کوئی معبود نہیں بجز ایک معبود کے۔ اور اگر وہ باز نہ آئے اس سے جو وہ کہتے ہیں تو ان میں سے کفر پر قائم رہنے والوں کو ایک دردناک عذاب پکڑے گا۔</w:t>
      </w:r>
    </w:p>
    <w:p>
      <w:r>
        <w:rPr>
          <w:b/>
        </w:rPr>
        <w:t xml:space="preserve">[26:06] </w:t>
      </w:r>
      <w:r>
        <w:t>yeh log Allah ke aage tauba kyun nahi karte aur is se maafi kyun nahi chahte aur Allah bakhsne wala meharban hai.</w:t>
      </w:r>
    </w:p>
    <w:p>
      <w:pPr>
        <w:jc w:val="right"/>
      </w:pPr>
      <w:r>
        <w:t>یہ لوگ اللہ کے آگے توبہ کیوں نہیں کرتے اور اس سے معافی کیوں نہیں چاہتے اور اللہ بخشنے والا مہربان ہے۔</w:t>
      </w:r>
    </w:p>
    <w:p>
      <w:r>
        <w:rPr>
          <w:b/>
        </w:rPr>
        <w:t xml:space="preserve">[26:15] </w:t>
      </w:r>
      <w:r>
        <w:t>Maseeh ibne Maryam to sirf aik rasool hain. un se pehle bhi bohat se rasool guzar chuke hain aur un ki maan aik rast baz khatoon hain.</w:t>
      </w:r>
    </w:p>
    <w:p>
      <w:pPr>
        <w:jc w:val="right"/>
      </w:pPr>
      <w:r>
        <w:t>مسیح ابن مریم تو صرف ایک رسول ہیں۔ ان سے پہلے بھی بہت سے رسول گزر چکے ہیں اور ان کی ماں ایک راست باز خاتون تھیں۔</w:t>
      </w:r>
    </w:p>
    <w:p>
      <w:r>
        <w:rPr>
          <w:b/>
        </w:rPr>
        <w:t xml:space="preserve">[26:26] </w:t>
      </w:r>
      <w:r>
        <w:t>donon khana khate thay. dekho hum kis tarah un ke samne daleelain bayan kar rahe hain. phir dekho woh kidhar ulte chale ja rahe hain.</w:t>
      </w:r>
    </w:p>
    <w:p>
      <w:pPr>
        <w:jc w:val="right"/>
      </w:pPr>
      <w:r>
        <w:t>دونوں کھانا کھاتے تھے۔ دیکھو ہم کس طرح ان کے سامنے دلیلیں بیان کر رہے ہیں۔ پھر دیکھو وہ کدھر الٹے چلے جا رہے ہیں۔</w:t>
      </w:r>
    </w:p>
    <w:p>
      <w:r>
        <w:rPr>
          <w:b/>
        </w:rPr>
        <w:t xml:space="preserve">[26:36] </w:t>
      </w:r>
      <w:r>
        <w:t>kaho kya tum Allah ko chhod kar aisi cheez ki ibadat karte ho jo na tumhare nuqsan ka ikhtiyar rakhti hai aur na nafa ka.</w:t>
      </w:r>
    </w:p>
    <w:p>
      <w:pPr>
        <w:jc w:val="right"/>
      </w:pPr>
      <w:r>
        <w:t>کہو کیا تم اللہ کو چھوڑ کر ایسی چیز کی عبادت کرتے ہو جو نہ تمہارے نقصان کا اختیار رکھتی ہے اور نہ نفع کا۔</w:t>
      </w:r>
    </w:p>
    <w:p>
      <w:r>
        <w:rPr>
          <w:b/>
        </w:rPr>
        <w:t xml:space="preserve">[26:45] </w:t>
      </w:r>
      <w:r>
        <w:t>aur sunne wala aur janne wala sirf Allah hi hai. kaho aye ahle kitab</w:t>
      </w:r>
    </w:p>
    <w:p>
      <w:pPr>
        <w:jc w:val="right"/>
      </w:pPr>
      <w:r>
        <w:t>اور سننے والا اور جاننے والا صرف اللہ ہی ہے۔ کہو اے اہل کتاب</w:t>
      </w:r>
    </w:p>
    <w:p>
      <w:r>
        <w:rPr>
          <w:b/>
        </w:rPr>
        <w:t xml:space="preserve">[26:52] </w:t>
      </w:r>
      <w:r>
        <w:t>! apne deen mein nahq qaul o na karo aur un logon ke khayalat ki pairwi na karo jo is se pehle gumrah hue aur jinhon ne bohat se logon ko gumrah kiya aur woh seedhi raah se bhatak gaye.</w:t>
      </w:r>
    </w:p>
    <w:p>
      <w:pPr>
        <w:jc w:val="right"/>
      </w:pPr>
      <w:r>
        <w:t>! اپنے دین میں ناحق قول و نہ کرو اور ان لوگوں کے خیالات کی پیروی نہ کرو جو اس سے پہلے گمراہ ہوئے اور جنہوں نے بہت سے لوگوں کو گمراہ کیا اور وہ سیدھی راہ سے بھٹک گئے۔</w:t>
      </w:r>
    </w:p>
    <w:p>
      <w:r>
        <w:rPr>
          <w:b/>
        </w:rPr>
        <w:t xml:space="preserve">[27:06] </w:t>
      </w:r>
      <w:r>
        <w:t>bani Israel mein se jin logon ne kufr kiya un par la'nat ki gayi Dawood aur Isa ibne Maryam ki zuban se. is liye ke unhon ne nafarmani ki aur woh had se aage barh jate thay.</w:t>
      </w:r>
    </w:p>
    <w:p>
      <w:pPr>
        <w:jc w:val="right"/>
      </w:pPr>
      <w:r>
        <w:t>بنی اسرائیل میں سے جن لوگوں نے کفر کیا ان پر لعنت کی گئی داؤد اور عیسیٰ ابن مریم کی زبان سے۔ اس لیے کہ انہوں نے نافرمانی کی اور وہ حد سے آگے بڑھ جاتے تھے۔</w:t>
      </w:r>
    </w:p>
    <w:p>
      <w:r>
        <w:rPr>
          <w:b/>
        </w:rPr>
        <w:t xml:space="preserve">[27:19] </w:t>
      </w:r>
      <w:r>
        <w:t>woh aik doosre ko mana nahi karte thay burai se jo woh karte thay. nihayat bura kaam tha jo woh kar rahe thay. tum un mein bohat aadmi dekho ge ke kufr karne walon se dosti rakhte hain.</w:t>
      </w:r>
    </w:p>
    <w:p>
      <w:pPr>
        <w:jc w:val="right"/>
      </w:pPr>
      <w:r>
        <w:t>وہ ایک دوسرے کو منع نہیں کرتے تھے برائی سے جو وہ کرتے تھے۔ نہایت برا کام تھا جو وہ کر رہے تھے۔ تم ان میں بہت آدمی دیکھو گے کہ کفر کرنے والوں سے دوستی رکھتے ہیں۔</w:t>
      </w:r>
    </w:p>
    <w:p>
      <w:r>
        <w:rPr>
          <w:b/>
        </w:rPr>
        <w:t xml:space="preserve">[27:33] </w:t>
      </w:r>
      <w:r>
        <w:t>kaisa bura kaam hai jo unhon ne apne liye aage bheja hai ke Allah ka ghazab hua un par aur woh hamesha azab mein pare rahen ge.</w:t>
      </w:r>
    </w:p>
    <w:p>
      <w:pPr>
        <w:jc w:val="right"/>
      </w:pPr>
      <w:r>
        <w:t>کیسی بری چیز ہے جو انہوں نے اپنے لیے آگے بھیجی ہے کہ خدا کا غضب ہوا ان پر اور وہ ہمیشہ عذاب میں پڑے رہیں گے۔</w:t>
      </w:r>
    </w:p>
    <w:p>
      <w:r>
        <w:rPr>
          <w:b/>
        </w:rPr>
        <w:t xml:space="preserve">[27:43] </w:t>
      </w:r>
      <w:r>
        <w:t>agar woh iman rakhne wale hotay Allah par aur Nabi par aur is par jo is ki taraf utra to woh munkiron ko dost na banate.</w:t>
      </w:r>
    </w:p>
    <w:p>
      <w:pPr>
        <w:jc w:val="right"/>
      </w:pPr>
      <w:r>
        <w:t>اگر وہ ایمان رکھنے والے ہوتے اللہ پر اور نبی پر اور اس پر جو اس کی طرف اترا تو وہ منکروں کو دوست نہ بناتے۔</w:t>
      </w:r>
    </w:p>
    <w:p>
      <w:r>
        <w:rPr>
          <w:b/>
        </w:rPr>
        <w:t xml:space="preserve">[27:52] </w:t>
      </w:r>
      <w:r>
        <w:t>magar in mein aksar naafarmaan hain. imaan walon ke saath adaawat mein tum sab se barh kar yahood aur mushrikeen ko pao ge aur imaan walon ke saath dosti mein tum sab se ziyada un logon ko pao ge jo apne ko nasaara kehte hain.</w:t>
      </w:r>
    </w:p>
    <w:p>
      <w:pPr>
        <w:jc w:val="right"/>
      </w:pPr>
      <w:r>
        <w:t>مگر ان میں اکثر نافرمان ہیں۔ ایمان والوں کے ساتھ عداوت میں تم سب سے بڑھ کر یہود اور مشرکین کو پاؤ گے اور ایمان والوں کے ساتھ دوستی میں تم سب سے زیادہ ان لوگوں کو پاؤ گے جو اپنے کو نصاریٰ کہتے ہیں۔</w:t>
      </w:r>
    </w:p>
    <w:p>
      <w:r>
        <w:rPr>
          <w:b/>
        </w:rPr>
        <w:t xml:space="preserve">[28:10] </w:t>
      </w:r>
      <w:r>
        <w:t>yeh is liye ke in mein aalim aur raahib hain aur is liye ke woh takabbur nahi karte. aur jab woh is kalam ko suntay hain jo rasool par utara gaya hai to tum dekho ge ke un ki aankh se aansu jari hain.</w:t>
      </w:r>
    </w:p>
    <w:p>
      <w:pPr>
        <w:jc w:val="right"/>
      </w:pPr>
      <w:r>
        <w:t>یہ اس لیے کہ ان میں عالم اور راہب ہیں اور اس لیے کہ وہ تکبر نہیں کرتے۔ اور جب وہ اس کلام کو سنتے ہیں جو رسول پر اتارا گیا ہے تو تم دیکھو گے کہ ان کی آنکھ سے آنسو جاری ہیں۔</w:t>
      </w:r>
    </w:p>
    <w:p>
      <w:r>
        <w:rPr>
          <w:b/>
        </w:rPr>
        <w:t xml:space="preserve">[28:24] </w:t>
      </w:r>
      <w:r>
        <w:t>is sabab se ke unhon ne haq ko pehchan liya. woh pukar uthte hain ke aye hamare r</w:t>
      </w:r>
    </w:p>
    <w:p>
      <w:pPr>
        <w:jc w:val="right"/>
      </w:pPr>
      <w:r>
        <w:t>اس سبب سے کہ انہوں نے حق کو پہچان لیا۔ وہ پکار اٹھتے ہیں کہ اے ہمارے ر</w:t>
      </w:r>
    </w:p>
    <w:p>
      <w:r>
        <w:rPr>
          <w:b/>
        </w:rPr>
        <w:t xml:space="preserve">[28:31] </w:t>
      </w:r>
      <w:r>
        <w:t>b! hum imaan laye pas to hum ko gawahi dene walon mein likh le aur hum kyun na imaan layein Allah par aur is haq par jo hamein pohncha hai jabke hum yeh aarzoo rakhte hain ke hamara rab hum ko saaleh logon ke saath shamil kar de.</w:t>
      </w:r>
    </w:p>
    <w:p>
      <w:pPr>
        <w:jc w:val="right"/>
      </w:pPr>
      <w:r>
        <w:t>ب! ہم ایمان لائے پس تو ہم کو گواہی دینے والوں میں لکھ لے اور ہم کیوں نہ ایمان لائیں اللہ پر اور اس حق پر جو ہمیں پہنچا ہے جبکہ ہم یہ آرزو رکھتے ہیں کہ ہمارا رب ہم کو صالح لوگوں کے ساتھ شامل کرے۔</w:t>
      </w:r>
    </w:p>
    <w:p>
      <w:r>
        <w:rPr>
          <w:b/>
        </w:rPr>
        <w:t xml:space="preserve">[28:47] </w:t>
      </w:r>
      <w:r>
        <w:t>pas Allah in ko is qaul ke badle mein aise baagh de ga jin ke neeche nehrein behti hongi. woh in mein hamesha rahen ge.</w:t>
      </w:r>
    </w:p>
    <w:p>
      <w:pPr>
        <w:jc w:val="right"/>
      </w:pPr>
      <w:r>
        <w:t>پس اللہ ان کو اس قول کے بدلے میں ایسے باغ دے گا جن کے نیچے نہریں بہتی ہوں گی۔ وہ ان میں ہمیشہ رہیں گے۔</w:t>
      </w:r>
    </w:p>
    <w:p>
      <w:r>
        <w:rPr>
          <w:b/>
        </w:rPr>
        <w:t xml:space="preserve">[28:56] </w:t>
      </w:r>
      <w:r>
        <w:t>aur yahi badla hai nek amal karne walon ka. aur jinhon ne inkaar kiya aur hamari nishaniyon ko jhutlaya to wohi log dozakh walay hain.</w:t>
      </w:r>
    </w:p>
    <w:p>
      <w:pPr>
        <w:jc w:val="right"/>
      </w:pPr>
      <w:r>
        <w:t>اور یہی بدلہ ہے نیک عمل کرنے والوں کا۔ اور جنہوں نے انکار کیا اور ہماری نشانیوں کو جھٹلایا تو وہی لوگ دوزخ والے ہیں۔</w:t>
      </w:r>
    </w:p>
    <w:p>
      <w:r>
        <w:rPr>
          <w:b/>
        </w:rPr>
        <w:t xml:space="preserve">[29:08] </w:t>
      </w:r>
      <w:r>
        <w:t>aye imaan wal</w:t>
      </w:r>
    </w:p>
    <w:p>
      <w:pPr>
        <w:jc w:val="right"/>
      </w:pPr>
      <w:r>
        <w:t>اے ایمان وال</w:t>
      </w:r>
    </w:p>
    <w:p>
      <w:r>
        <w:rPr>
          <w:b/>
        </w:rPr>
        <w:t xml:space="preserve">[29:09] </w:t>
      </w:r>
      <w:r>
        <w:t>o! in suthri cheezon ko haraam na thahrao jo Allah ne tumhare liye halaal ki hain aur had se na barho. Allah had se barhne walon ko pasand nahi karta.</w:t>
      </w:r>
    </w:p>
    <w:p>
      <w:pPr>
        <w:jc w:val="right"/>
      </w:pPr>
      <w:r>
        <w:t>و! ان ستھری چیزوں کو حرام نہ ٹھہراؤ جو اللہ نے تمہارے لیے حلال کی ہیں اور حد سے نہ بڑھو۔ اللہ حد سے بڑھنے والوں کو پسند نہیں کرتا۔</w:t>
      </w:r>
    </w:p>
    <w:p>
      <w:r>
        <w:rPr>
          <w:b/>
        </w:rPr>
        <w:t xml:space="preserve">[29:20] </w:t>
      </w:r>
      <w:r>
        <w:t>aur Allah ne tum ko jo halaal cheezein di hain un mein se khao aur Allah se daro jis par tum imaan laye ho. Allah tum se tumhare be maani qasmon par girift nahi karta magar jin qasmon ko tum ne mazboot banda.</w:t>
      </w:r>
    </w:p>
    <w:p>
      <w:pPr>
        <w:jc w:val="right"/>
      </w:pPr>
      <w:r>
        <w:t>اور اللہ نے تم کو جو حلال چیزیں دی ہیں ان میں سے کھاؤ اور اللہ سے ڈرو جس پر تم ایمان لائے ہو۔ اللہ تم سے تمہارے بے معنی قسموں پر گرفت نہیں کرتا مگر جن قسموں کو تم نے مضبوط باندھا۔</w:t>
      </w:r>
    </w:p>
    <w:p>
      <w:r>
        <w:rPr>
          <w:b/>
        </w:rPr>
        <w:t xml:space="preserve">[29:35] </w:t>
      </w:r>
      <w:r>
        <w:t>un par woh zaroor tumhari girift kare ga. aisi qasam ka kaffara das miskeenon ko ausat darje ka khana khilana jo tum apne ghar walon ko khilate ho ya kapra pehna dena ya aik gardan aazad karna.</w:t>
      </w:r>
    </w:p>
    <w:p>
      <w:pPr>
        <w:jc w:val="right"/>
      </w:pPr>
      <w:r>
        <w:t>ان پر وہ ضرور تمہاری گرفت کرے گا۔ ایسی قسم کا کفارہ دس مسکینوں کو اوسط درجے کا کھانا کھلانا جو تم اپنے گھر والوں کو کھلاتے ہو یا کپڑا پہنا دینا یا ایک گردن آزاد کرنا۔</w:t>
      </w:r>
    </w:p>
    <w:p>
      <w:r>
        <w:rPr>
          <w:b/>
        </w:rPr>
        <w:t xml:space="preserve">[29:50] </w:t>
      </w:r>
      <w:r>
        <w:t>aur jis ko mayassar na ho to teen din ke roze rakh. yeh kaffara hai tumhari qasmon ka jabke tum qasam kha baitho aur apni qasmon ki hifazat karo.</w:t>
      </w:r>
    </w:p>
    <w:p>
      <w:pPr>
        <w:jc w:val="right"/>
      </w:pPr>
      <w:r>
        <w:t>اور جس کو میسر نہ ہو وہ تین دن کے روزے رکھے۔ یہ کفارہ ہے تمہاری قسموں کا جبکہ تم قسم کھا بیٹھو اور اپنی قسموں کی حفاظت کرو۔</w:t>
      </w:r>
    </w:p>
    <w:p>
      <w:r>
        <w:rPr>
          <w:b/>
        </w:rPr>
        <w:t xml:space="preserve">[30:02] </w:t>
      </w:r>
      <w:r>
        <w:t>is tarah Allah tumhare liye apne ahkam bayan karta hai ta ke tum shukr ada karo. aye imaan wal</w:t>
      </w:r>
    </w:p>
    <w:p>
      <w:pPr>
        <w:jc w:val="right"/>
      </w:pPr>
      <w:r>
        <w:t>اس طرح اللہ تمہارے لیے اپنے احکام بیان کرتا ہے تاکہ تم شکر ادا کرو۔ اے ایمان والو!</w:t>
      </w:r>
    </w:p>
    <w:p>
      <w:r>
        <w:rPr>
          <w:b/>
        </w:rPr>
        <w:t xml:space="preserve">[30:11] </w:t>
      </w:r>
      <w:r>
        <w:t>o! sharab aur ju aur thaan aur paanse sab ganday kaam hain shaitan ke. pas tum in se bacho ta ke tum falaah pao.</w:t>
      </w:r>
    </w:p>
    <w:p>
      <w:pPr>
        <w:jc w:val="right"/>
      </w:pPr>
      <w:r>
        <w:t>شراب اور جوا اور تھان اور پانسے سب گندے کام ہیں شیطان کے۔ پس تم ان سے بچو تاکہ تم فلاح پاؤ۔</w:t>
      </w:r>
    </w:p>
    <w:p>
      <w:r>
        <w:rPr>
          <w:b/>
        </w:rPr>
        <w:t xml:space="preserve">[30:20] </w:t>
      </w:r>
      <w:r>
        <w:t>shaitan to yahi chahta hai ke sharab aur juay ke zariye woh tumhare darmiyan dushmani aur bughz daal de aur tum ko Allah ki yaad aur namaz se rok de.</w:t>
      </w:r>
    </w:p>
    <w:p>
      <w:pPr>
        <w:jc w:val="right"/>
      </w:pPr>
      <w:r>
        <w:t>شیطان تو یہی چاہتا ہے کہ شراب اور جوئے کے ذریعے وہ تمہارے درمیان دشمنی اور بغض ڈال دے اور تم کو اللہ کی یاد اور نماز سے روک دے۔</w:t>
      </w:r>
    </w:p>
    <w:p>
      <w:r>
        <w:rPr>
          <w:b/>
        </w:rPr>
        <w:t xml:space="preserve">[30:31] </w:t>
      </w:r>
      <w:r>
        <w:t>to kya tum in se baz ao ge? aur itaat karo Allah ki aur itaat karo rasool ki aur bacho.</w:t>
      </w:r>
    </w:p>
    <w:p>
      <w:pPr>
        <w:jc w:val="right"/>
      </w:pPr>
      <w:r>
        <w:t>تو کیا تم ان سے باز آؤ گے؟ اور اطاعت کرو اللہ کی اور اطاعت کرو رسول کی اور بچو۔</w:t>
      </w:r>
    </w:p>
    <w:p>
      <w:r>
        <w:rPr>
          <w:b/>
        </w:rPr>
        <w:t xml:space="preserve">[30:39] </w:t>
      </w:r>
      <w:r>
        <w:t>agar tum araz karo ge to jaan lo ke hamare rasool ke zime sirf khol kar pohncha dena hai. jo log imaan laye aur nek kaam kiye un par is cheez mein koi gunah nahi jo woh kha chuke.</w:t>
      </w:r>
    </w:p>
    <w:p>
      <w:pPr>
        <w:jc w:val="right"/>
      </w:pPr>
      <w:r>
        <w:t>اگر تم اعراض کرو گے تو جان لو کہ ہمارے رسول کے ذمے صرف کھول کر پہنچا دینا ہے۔ جو لوگ ایمان لائے اور نیک کام کیے ان پر اس چیز میں کوئی گناہ نہیں جو وہ کھا چکے۔</w:t>
      </w:r>
    </w:p>
    <w:p>
      <w:r>
        <w:rPr>
          <w:b/>
        </w:rPr>
        <w:t xml:space="preserve">[30:53] </w:t>
      </w:r>
      <w:r>
        <w:t>jabke woh dare aur imaan laye aur nek kaam kiya phir dare aur imaan laye phir dare aur nek kaam kiya.</w:t>
      </w:r>
    </w:p>
    <w:p>
      <w:pPr>
        <w:jc w:val="right"/>
      </w:pPr>
      <w:r>
        <w:t>جبکہ وہ ڈرے اور ایمان لائے اور نیک کام کیا پھر ڈرے اور ایمان لائے پھر ڈرے اور نیک کام کیا۔</w:t>
      </w:r>
    </w:p>
    <w:p>
      <w:r>
        <w:rPr>
          <w:b/>
        </w:rPr>
        <w:t xml:space="preserve">[31:02] </w:t>
      </w:r>
      <w:r>
        <w:t>aur Allah nek kaam karne walon ke saath mohabbat rakhta hai. aye imaan wal</w:t>
      </w:r>
    </w:p>
    <w:p>
      <w:pPr>
        <w:jc w:val="right"/>
      </w:pPr>
      <w:r>
        <w:t>اور اللہ نیک کام کرنے والوں کے ساتھ محبت رکھتا ہے۔ اے ایمان والو!</w:t>
      </w:r>
    </w:p>
    <w:p>
      <w:r>
        <w:rPr>
          <w:b/>
        </w:rPr>
        <w:t xml:space="preserve">[31:08] </w:t>
      </w:r>
      <w:r>
        <w:t>o! Allah tumhein is shikar ke zariye se azmaish mein dalay ga jo bilkul tumhare hathon aur tumhare nezon ki zad mein ho ga ta ke Allah jane ke kaun shakhs is se bin dekhe darta hai.</w:t>
      </w:r>
    </w:p>
    <w:p>
      <w:pPr>
        <w:jc w:val="right"/>
      </w:pPr>
      <w:r>
        <w:t>اللہ تمہیں اس شکار کے ذریعے سے آزمائش میں ڈالے گا جو بالکل تمہارے ہاتھوں اور تمہارے نیزوں کی زد میں ہوگا۔ تاکہ اللہ جانے کہ کون شخص اس سے بن دیکھے ڈرتا ہے۔</w:t>
      </w:r>
    </w:p>
    <w:p>
      <w:r>
        <w:rPr>
          <w:b/>
        </w:rPr>
        <w:t xml:space="preserve">[31:21] </w:t>
      </w:r>
      <w:r>
        <w:t>phir jis ne is ke baad ziyadati ki to us ke liye dardnak azab hai. aye imaan wal</w:t>
      </w:r>
    </w:p>
    <w:p>
      <w:pPr>
        <w:jc w:val="right"/>
      </w:pPr>
      <w:r>
        <w:t>پھر جس نے اس کے بعد زیادتی کی تو اس کے لیے دردناک عذاب ہے۔ اے ایمان وال</w:t>
      </w:r>
    </w:p>
    <w:p>
      <w:r>
        <w:rPr>
          <w:b/>
        </w:rPr>
        <w:t xml:space="preserve">[31:28] </w:t>
      </w:r>
      <w:r>
        <w:t>o! shikar ko na maro jabke tum halat e ahram mein ho. aur tum mein se jo shakhs us ko jaan boojh kar mare to us ka badla usi tarah ka janwar hai jaisa ke us ne mara hai.</w:t>
      </w:r>
    </w:p>
    <w:p>
      <w:pPr>
        <w:jc w:val="right"/>
      </w:pPr>
      <w:r>
        <w:t>و! شکار کو نہ مارو جبکہ تم حالت احرام میں ہو۔ اور تم میں سے جو شخص اس کو جان بوجھ کر مارے تو اس کا بدلہ اسی طرح کا جانور ہے جیسا کہ اس نے مارا ہے۔</w:t>
      </w:r>
    </w:p>
    <w:p>
      <w:r>
        <w:rPr>
          <w:b/>
        </w:rPr>
        <w:t xml:space="preserve">[31:40] </w:t>
      </w:r>
      <w:r>
        <w:t>jis ka faisla tum mein se do aadil aadmi karen ge aur yeh nazrana kaaba pohanchaya jaye. ya us ke kaffare mein chand muhtajon ko khana khilana ho ga ya us ke barabar roze rakhne hon ge ta ke woh apne kiye ki saza chakhay.</w:t>
      </w:r>
    </w:p>
    <w:p>
      <w:pPr>
        <w:jc w:val="right"/>
      </w:pPr>
      <w:r>
        <w:t>جس کا فیصلہ تم میں سے دو عادل آدمی کریں گے اور یہ نذرانہ کعبہ پہنچایا جائے۔ یا اس کے کفارے میں چند محتاجوں کو کھانا کھلانا ہوگا یا اس کے برابر روزے رکھنے ہوں گے تاکہ وہ اپنے کیے کی سزا چکھے۔</w:t>
      </w:r>
    </w:p>
    <w:p>
      <w:r>
        <w:rPr>
          <w:b/>
        </w:rPr>
        <w:t xml:space="preserve">[31:58] </w:t>
      </w:r>
      <w:r>
        <w:t>Allah ne maaf kiya jo kuch ho chuka aur jo shakhs phire ga to Allah us se badla le ga aur Allah zabardast hai badla lene wala hai.</w:t>
      </w:r>
    </w:p>
    <w:p>
      <w:pPr>
        <w:jc w:val="right"/>
      </w:pPr>
      <w:r>
        <w:t>اللہ نے معاف کیا جو کچھ ہو چکا اور جو شخص پھرے گا تو اللہ اس سے بدلہ لے گا اور اللہ زبردست ہے بدلہ لینے والا ہے۔</w:t>
      </w:r>
    </w:p>
    <w:p>
      <w:r>
        <w:rPr>
          <w:b/>
        </w:rPr>
        <w:t xml:space="preserve">[32:08] </w:t>
      </w:r>
      <w:r>
        <w:t>tumhare liye darya ka shikar aur us ka khana jaiz kiya gaya. tumhare faide ke liye aur qafilon ke liye aur jab tak tum ahram mein ho khushki ka shikar tumhare oopar haraam kiya gaya.</w:t>
      </w:r>
    </w:p>
    <w:p>
      <w:pPr>
        <w:jc w:val="right"/>
      </w:pPr>
      <w:r>
        <w:t>تمہارے لیے دریا کا شکار اور اس کا کھانا جائز کیا گیا۔ تمہارے فائدے کے لیے اور قافلوں کے لیے اور جب تک تم احرام میں ہو خشکی کا شکار تمہارے اوپر حرام کیا گیا۔</w:t>
      </w:r>
    </w:p>
    <w:p>
      <w:r>
        <w:rPr>
          <w:b/>
        </w:rPr>
        <w:t xml:space="preserve">[32:21] </w:t>
      </w:r>
      <w:r>
        <w:t>aur Allah se daro jis ke paas tum hazir kiye jao ge. Allah ne kaaba hurmat wale ghar ko logon ke liye qayam ka باعث banaya aur hurmat wale mahinon ko aur qurbani ke janwaron ko aur gale mein pate pade hue janwaron ko bhi.</w:t>
      </w:r>
    </w:p>
    <w:p>
      <w:pPr>
        <w:jc w:val="right"/>
      </w:pPr>
      <w:r>
        <w:t>اور اللہ سے ڈرو جس کے پاس تم حاضر کیے جاؤ گے۔ اللہ نے کعبہ حرمت والے گھر کو لوگوں کے لیے قیام کا باعث بنایا اور حرمت والے مہینوں کو اور قربانی کے جانوروں کو اور گلے میں پٹے پڑے ہوئے جانوروں کو بھی۔</w:t>
      </w:r>
    </w:p>
    <w:p>
      <w:r>
        <w:rPr>
          <w:b/>
        </w:rPr>
        <w:t xml:space="preserve">[32:38] </w:t>
      </w:r>
      <w:r>
        <w:t>yeh is liye ke tum jano ke Allah ko maloom hai jo kuch aasmanon mein aur jo kuch zameen mein hai aur Allah har cheez se waqif hai.</w:t>
      </w:r>
    </w:p>
    <w:p>
      <w:pPr>
        <w:jc w:val="right"/>
      </w:pPr>
      <w:r>
        <w:t>یہ اس لیے کہ تم جانو کہ اللہ کو معلوم ہے جو کچھ آسمانوں میں اور جو کچھ زمین میں ہے اور اللہ ہر چیز سے واقف ہے۔</w:t>
      </w:r>
    </w:p>
    <w:p>
      <w:r>
        <w:rPr>
          <w:b/>
        </w:rPr>
        <w:t xml:space="preserve">[32:48] </w:t>
      </w:r>
      <w:r>
        <w:t>Jaan lo ke Allah ka azaab sakht hai aur beshak Allah bakhshne wala meherban hai. Rasool par sirf pohancha dene ki zimmedari hai.</w:t>
      </w:r>
    </w:p>
    <w:p>
      <w:pPr>
        <w:jc w:val="right"/>
      </w:pPr>
      <w:r>
        <w:t>جان لو کہ اللہ کا عذاب سخت ہے اور بے شک اللہ بخشنے والا مہربان ہے۔ رسول پر صرف پہنچا دینے کی ذمہ داری ہے۔</w:t>
      </w:r>
    </w:p>
    <w:p>
      <w:r>
        <w:rPr>
          <w:b/>
        </w:rPr>
        <w:t xml:space="preserve">[32:58] </w:t>
      </w:r>
      <w:r>
        <w:t>Allah janta hai jo kuch tum zahir karte ho aur jo kuch tum chupate ho. Kaho ke napak aur pak barabar nahi ho sakte.</w:t>
      </w:r>
    </w:p>
    <w:p>
      <w:pPr>
        <w:jc w:val="right"/>
      </w:pPr>
      <w:r>
        <w:t>اللہ جانتا ہے جو کچھ تم ظاہر کرتے ہو اور جو کچھ تم چھپاتے ہو۔ کہو کہ ناپاک اور پاک برابر نہیں ہو سکتے۔</w:t>
      </w:r>
    </w:p>
    <w:p>
      <w:r>
        <w:rPr>
          <w:b/>
        </w:rPr>
        <w:t xml:space="preserve">[33:07] </w:t>
      </w:r>
      <w:r>
        <w:t>Agarche napak ki kasrat tum ko bhali lagay. Pas Allah se daro aye aql walon ta ke tum falah pao. Aye iman walo</w:t>
      </w:r>
    </w:p>
    <w:p>
      <w:pPr>
        <w:jc w:val="right"/>
      </w:pPr>
      <w:r>
        <w:t>اگرچہ ناپاک کی کثرت تم کو بھلی لگے۔ پس اللہ سے ڈرو اے عقل والوں تاکہ تم فلاح پاؤ۔ اے ایمان والو</w:t>
      </w:r>
    </w:p>
    <w:p>
      <w:r>
        <w:rPr>
          <w:b/>
        </w:rPr>
        <w:t xml:space="preserve">[33:17] </w:t>
      </w:r>
      <w:r>
        <w:t>! Aisi baaton ke mutaliq sawal na karo ke agar wo tum par zahir kar di jayen to wo tum ko giran guzaren. Aur agar tum un ke mutaliq sawal karoge aise waqt mein jabke Quran utar raha hai to wo tum par zahir kar di jayengi.</w:t>
      </w:r>
    </w:p>
    <w:p>
      <w:pPr>
        <w:jc w:val="right"/>
      </w:pPr>
      <w:r>
        <w:t>! ایسی باتوں کے متعلق سوال نہ کرو کہ اگر وہ تم پر ظاہر کر دی جائیں تو وہ تم کو گراں گزریں۔ اور اگر تم ان کے متعلق سوال کرو گے ایسے وقت میں جبکہ قرآن اتر رہا ہے تو وہ تم پر ظاہر کر دی جائیں گی۔</w:t>
      </w:r>
    </w:p>
    <w:p>
      <w:r>
        <w:rPr>
          <w:b/>
        </w:rPr>
        <w:t xml:space="preserve">[33:33] </w:t>
      </w:r>
      <w:r>
        <w:t>Allah ne un se darguzar kiya aur Allah bakhshne wala tahammul wala hai. Aisi hi baaten tum se pehle ek jamaat ne poochin.</w:t>
      </w:r>
    </w:p>
    <w:p>
      <w:pPr>
        <w:jc w:val="right"/>
      </w:pPr>
      <w:r>
        <w:t>اللہ نے ان سے درگزر کیا اور اللہ بخشنے والا تحمل والا ہے۔ ایسی ہی باتیں تم سے پہلے ایک جماعت نے پوچھیں۔</w:t>
      </w:r>
    </w:p>
    <w:p>
      <w:r>
        <w:rPr>
          <w:b/>
        </w:rPr>
        <w:t xml:space="preserve">[33:42] </w:t>
      </w:r>
      <w:r>
        <w:t>Phir wo un ke munkir ho kar reh gaye. Allah ne bahira aur saiba aur wasila aur ham beton ke naam par chhode hue janwar muqarrar nahi kiye magar jin logon ne kufar kiya wo Allah par jhoot bandhte hain aur un mein se aksar aql se kaam nahi lete.</w:t>
      </w:r>
    </w:p>
    <w:p>
      <w:pPr>
        <w:jc w:val="right"/>
      </w:pPr>
      <w:r>
        <w:t>پھر وہ ان کے منکر ہو کر رہ گئے۔ اللہ نے بہیرہ اور صائبہ اور وسیلہ اور حام بتوں کے نام پر چھوڑے ہوئے جانور مقرر نہیں کیے مگر جن لوگوں نے کفر کیا وہ اللہ پر جھوٹ باندھتے ہیں اور ان میں سے اکثر عقل سے کام نہیں لیتے۔</w:t>
      </w:r>
    </w:p>
    <w:p>
      <w:r>
        <w:rPr>
          <w:b/>
        </w:rPr>
        <w:t xml:space="preserve">[34:00] </w:t>
      </w:r>
      <w:r>
        <w:t>Aur jab un se kaha jata hai ke Allah ne jo kuch utara hai us ki taraf aao aur Rasool ki taraf aao to wo kehte hain ke hamare liye wahi kafi hai jis par hum ne apne baron ko paya hai.</w:t>
      </w:r>
    </w:p>
    <w:p>
      <w:pPr>
        <w:jc w:val="right"/>
      </w:pPr>
      <w:r>
        <w:t>اور جب ان سے کہا جاتا ہے کہ اللہ نے جو کچھ اتارا ہے اس کی طرف آؤ اور رسول کی طرف آؤ تو وہ کہتے ہیں کہ ہمارے لیے وہی کافی ہے جس پر ہم نے اپنے بڑوں کو پایا ہے۔</w:t>
      </w:r>
    </w:p>
    <w:p>
      <w:r>
        <w:rPr>
          <w:b/>
        </w:rPr>
        <w:t xml:space="preserve">[34:14] </w:t>
      </w:r>
      <w:r>
        <w:t>Kya agarche un ke bare na kuch jante hon aur na hidayat par hon. Aye iman walo!</w:t>
      </w:r>
    </w:p>
    <w:p>
      <w:pPr>
        <w:jc w:val="right"/>
      </w:pPr>
      <w:r>
        <w:t>کیا اگرچہ ان کے بڑے نہ کچھ جانتے ہوں اور نہ ہدایت پر ہوں۔ اے ایمان والو!</w:t>
      </w:r>
    </w:p>
    <w:p>
      <w:r>
        <w:rPr>
          <w:b/>
        </w:rPr>
        <w:t xml:space="preserve">[34:21] </w:t>
      </w:r>
      <w:r>
        <w:t>Tum apni fikr rakho. Koi gumrah ho to us se tumhara kuch nuksan nahi agar tum hidayat par ho. Tum sab ko Allah ke pas lot kar jana hai.</w:t>
      </w:r>
    </w:p>
    <w:p>
      <w:pPr>
        <w:jc w:val="right"/>
      </w:pPr>
      <w:r>
        <w:t>تم اپنی فکر رکھو۔ کوئی گمراہ ہو تو اس سے تمہارا کچھ نقصان نہیں اگر تم ہدایت پر ہو۔ تم سب کو اللہ کے پاس لوٹ کر جانا ہے۔</w:t>
      </w:r>
    </w:p>
    <w:p>
      <w:r>
        <w:rPr>
          <w:b/>
        </w:rPr>
        <w:t xml:space="preserve">[34:32] </w:t>
      </w:r>
      <w:r>
        <w:t>Phir wo tum ko bata de ga jo kuch tum kar rahe the. Aye iman walo</w:t>
      </w:r>
    </w:p>
    <w:p>
      <w:pPr>
        <w:jc w:val="right"/>
      </w:pPr>
      <w:r>
        <w:t>پھر وہ تم کو بتا دے گا جو کچھ تم کر رہے تھے۔ اے ایمان والو</w:t>
      </w:r>
    </w:p>
    <w:p>
      <w:r>
        <w:rPr>
          <w:b/>
        </w:rPr>
        <w:t xml:space="preserve">[34:37] </w:t>
      </w:r>
      <w:r>
        <w:t>! Tumhare darmiyan gawahi wasiyat ke waqt jabke tum mein se kisi ki maut ka waqt aa jaye. Is tarah hai ke do mo'tabar aadmi tum mein se gawah hon.</w:t>
      </w:r>
    </w:p>
    <w:p>
      <w:pPr>
        <w:jc w:val="right"/>
      </w:pPr>
      <w:r>
        <w:t>! تمہارے درمیان گواہی وصیت کے وقت جبکہ تم میں سے کسی کی موت کا وقت آ جائے۔ اس طرح ہے کہ دو معتبر آدمی تم میں سے گواہ ہوں۔</w:t>
      </w:r>
    </w:p>
    <w:p>
      <w:r>
        <w:rPr>
          <w:b/>
        </w:rPr>
        <w:t xml:space="preserve">[34:48] </w:t>
      </w:r>
      <w:r>
        <w:t>Ya agar tum safar ki halat mein ho aur wahan maut ki museebat pesh aa jaye to tumhare ghairon mein se do gawah le liye jayen. Phir agar tum ko shubah ho jaye to dono gawahon ko namaz ke baad rok lo aur wo dono Khuda ki qasam kha kar kahein ke hum kisi qeemat ke ewaz is ko na bechein ge.</w:t>
      </w:r>
    </w:p>
    <w:p>
      <w:pPr>
        <w:jc w:val="right"/>
      </w:pPr>
      <w:r>
        <w:t>یا اگر تم سفر کی حالت میں ہو اور وہاں موت کی مصیبت پیش آ جائے تو تمہارے غیروں میں سے دو گواہ لے لیے جائیں۔ پھر اگر تم کو شبہ ہو جائے تو دونوں گواہوں کو نماز کے بعد روک لو اور وہ دونوں خدا کی قسم کھا کر کہیں کہ ہم کسی قیمت کے عوض اس کو نہ بیچیں گے۔</w:t>
      </w:r>
    </w:p>
    <w:p>
      <w:r>
        <w:rPr>
          <w:b/>
        </w:rPr>
        <w:t xml:space="preserve">[35:08] </w:t>
      </w:r>
      <w:r>
        <w:t>Khwah koi qareebdaar hi kyun na ho aur na hum Allah ki gawahi ko chupayen ge. Agar hum aisa karein to beshak hum gunahgar hon ge.</w:t>
      </w:r>
    </w:p>
    <w:p>
      <w:pPr>
        <w:jc w:val="right"/>
      </w:pPr>
      <w:r>
        <w:t>خواہ کوئی قرابت دار ہی کیوں نہ ہو اور نہ ہم اللہ کی گواہی کو چھپائیں گے۔ اگر ہم ایسا کریں تو بے شک ہم گنہگار ہوں گے۔</w:t>
      </w:r>
    </w:p>
    <w:p>
      <w:r>
        <w:rPr>
          <w:b/>
        </w:rPr>
        <w:t xml:space="preserve">[35:18] </w:t>
      </w:r>
      <w:r>
        <w:t>Phir agar pata chalay ke un dono ne koi haq talfi ki hai to un ki jagah do aur shakhs un logon mein se khare hon jin ka haq pichle do gawahon ne marna chaha tha.</w:t>
      </w:r>
    </w:p>
    <w:p>
      <w:pPr>
        <w:jc w:val="right"/>
      </w:pPr>
      <w:r>
        <w:t>پھر اگر پتہ چلے کہ ان دونوں نے کوئی حق تلفی کی ہے تو ان کی جگہ دو اور شخص ان لوگوں میں سے کھڑے ہوں جن کا حق پچھلے دو گواہوں نے مارنا چاہا تھا۔</w:t>
      </w:r>
    </w:p>
    <w:p>
      <w:r>
        <w:rPr>
          <w:b/>
        </w:rPr>
        <w:t xml:space="preserve">[35:30] </w:t>
      </w:r>
      <w:r>
        <w:t>Wo Khuda ki qasam khayen ke hamari gawahi un dono ki gawahi se zyada barhaq hai. Aur hum ne koi ziyadati nahi ki hai.</w:t>
      </w:r>
    </w:p>
    <w:p>
      <w:pPr>
        <w:jc w:val="right"/>
      </w:pPr>
      <w:r>
        <w:t>وہ خدا کی قسم کھائیں کہ ہماری گواہی ان دونوں کی گواہی سے زیادہ برحق ہے۔ اور ہم نے کوئی زیادتی نہیں کی ہے۔</w:t>
      </w:r>
    </w:p>
    <w:p>
      <w:r>
        <w:rPr>
          <w:b/>
        </w:rPr>
        <w:t xml:space="preserve">[35:39] </w:t>
      </w:r>
      <w:r>
        <w:t>Agar hum aisa karein to hum zalimon mein se hon ge. Ye qareeb tareen tareeqa hai ke log gawahi theek dein ya is se darren ke hamari qasam un ki qasam ke baad ulti paray gi.</w:t>
      </w:r>
    </w:p>
    <w:p>
      <w:pPr>
        <w:jc w:val="right"/>
      </w:pPr>
      <w:r>
        <w:t>اگر ہم ایسا کریں تو ہم ظالموں میں سے ہوں گے۔ یہ قریب ترین طریقہ ہے کہ لوگ گواہی ٹھیک دیں یا اس سے ڈریں کہ ہماری قسم ان کی قسم کے بعد الٹی پڑے گی۔</w:t>
      </w:r>
    </w:p>
    <w:p>
      <w:r>
        <w:rPr>
          <w:b/>
        </w:rPr>
        <w:t xml:space="preserve">[35:52] </w:t>
      </w:r>
      <w:r>
        <w:t>Aur Allah se daro aur suno. Allah nafarmanon ko seedhi rah nahi chalata. Jis din Allah peghambaron ko jama kare ga phir pooche ga tum ko kya jawab mila tha?</w:t>
      </w:r>
    </w:p>
    <w:p>
      <w:pPr>
        <w:jc w:val="right"/>
      </w:pPr>
      <w:r>
        <w:t>اور اللہ سے ڈرو اور سنو۔ اللہ نافرمانوں کو سیدھی راہ نہیں چلاتا۔ جس دن اللہ پیغمبروں کو جمع کرے گا پھر پوچھے گا تم کو کیا جواب ملا تھا؟</w:t>
      </w:r>
    </w:p>
    <w:p>
      <w:r>
        <w:rPr>
          <w:b/>
        </w:rPr>
        <w:t xml:space="preserve">[36:06] </w:t>
      </w:r>
      <w:r>
        <w:t>Wo kahen ge hum ko kuch ilm nahi. Chhupi hui baaton ko janne wala to hi hai. Jab Allah kahe ga ke aye Isa ibn Maryam!</w:t>
      </w:r>
    </w:p>
    <w:p>
      <w:pPr>
        <w:jc w:val="right"/>
      </w:pPr>
      <w:r>
        <w:t>وہ کہیں گے ہمیں کچھ علم نہیں۔ چھپی ہوئی باتوں کو جاننے والا تو ہی ہے۔ جب اللہ کہے گا کہ اے عیسیٰ ابن مریم!</w:t>
      </w:r>
    </w:p>
    <w:p>
      <w:r>
        <w:rPr>
          <w:b/>
        </w:rPr>
        <w:t xml:space="preserve">[36:16] </w:t>
      </w:r>
      <w:r>
        <w:t>Meri is nemat ko yaad karo jo mein ne tum par aur tumhari maan par kiya jabke mein ne rooh pak se tumhari madad ki. Tum logon se kalamat the goud mein bhi aur bari umar mein bhi.</w:t>
      </w:r>
    </w:p>
    <w:p>
      <w:pPr>
        <w:jc w:val="right"/>
      </w:pPr>
      <w:r>
        <w:t>میری اس نعمت کو یاد کرو جو میں نے تم پر اور تمہاری ماں پر کیا جبکہ میں نے روح پاک سے تمہاری مدد کی۔ تم لوگوں سے کلام کرتے تھے گود میں بھی اور بڑی عمر میں بھی۔</w:t>
      </w:r>
    </w:p>
    <w:p>
      <w:r>
        <w:rPr>
          <w:b/>
        </w:rPr>
        <w:t xml:space="preserve">[36:29] </w:t>
      </w:r>
      <w:r>
        <w:t>Aur jab mein ne tum ko kitab aur hikmat aur torat aur injeel ki taleem di. Aur jab tum mitti se parind jaisi surat mere hukum se banate the phir us mein phoonk marte the to wo mere hukum se parinda ban jati thi.</w:t>
      </w:r>
    </w:p>
    <w:p>
      <w:pPr>
        <w:jc w:val="right"/>
      </w:pPr>
      <w:r>
        <w:t>اور جب میں نے تم کو کتاب اور حکمت اور تورات اور انجیل کی تعلیم دی۔ اور جب تم مٹی سے پرندہ جیسی صورت میرے حکم سے بناتے تھے پھر اس میں پھونک مارتے تھے تو وہ میرے حکم سے پرندہ بن جاتی تھی۔</w:t>
      </w:r>
    </w:p>
    <w:p>
      <w:r>
        <w:rPr>
          <w:b/>
        </w:rPr>
        <w:t xml:space="preserve">[36:43] </w:t>
      </w:r>
      <w:r>
        <w:t>Aur tum andhe aur jzami ko mere hukum se acha kar dete the. Aur jab tum murdon ko mere hukum se nikal khara karte the.</w:t>
      </w:r>
    </w:p>
    <w:p>
      <w:pPr>
        <w:jc w:val="right"/>
      </w:pPr>
      <w:r>
        <w:t>اور تم اندھے اور جزامی کو میرے حکم سے اچھا کر دیتے تھے۔ اور جب تم مردوں کو میرے حکم سے نکال کھڑا کرتے تھے۔</w:t>
      </w:r>
    </w:p>
    <w:p>
      <w:r>
        <w:rPr>
          <w:b/>
        </w:rPr>
        <w:t xml:space="preserve">[36:52] </w:t>
      </w:r>
      <w:r>
        <w:t>Aur jab mein ne Bani Israel ko tum se roka jabke tum un ke pas khuli nishaniyan le kar aaye to un ke munkiron ne kaha ye to bas ek khula hua jadu hai.</w:t>
      </w:r>
    </w:p>
    <w:p>
      <w:pPr>
        <w:jc w:val="right"/>
      </w:pPr>
      <w:r>
        <w:t>اور جب میں نے بنی اسرائیل کو تم سے روکا جبکہ تم ان کے پاس کھلی نشانیاں لے کر آئے تو ان کے منکروں نے کہا یہ تو بس ایک کھلا ہوا جادو ہے۔</w:t>
      </w:r>
    </w:p>
    <w:p>
      <w:r>
        <w:rPr>
          <w:b/>
        </w:rPr>
        <w:t xml:space="preserve">[37:04] </w:t>
      </w:r>
      <w:r>
        <w:t>Aur jab mein ne hawariyon ke dil mein daal diya ke mujh par iman lao aur mere Rasool par iman lao to unhon ne kaha ke hum iman laye aur tu gawah reh ke hum farmanbardar hain.</w:t>
      </w:r>
    </w:p>
    <w:p>
      <w:pPr>
        <w:jc w:val="right"/>
      </w:pPr>
      <w:r>
        <w:t>اور جب میں نے حواریوں کے دل میں ڈال دیا کہ مجھ پر ایمان لاؤ اور میرے رسول پر ایمان لاؤ تو انہوں نے کہا کہ ہم ایمان لائے اور تو گواہ رہ کہ ہم فرمانبردار ہیں۔</w:t>
      </w:r>
    </w:p>
    <w:p>
      <w:r>
        <w:rPr>
          <w:b/>
        </w:rPr>
        <w:t xml:space="preserve">[37:18] </w:t>
      </w:r>
      <w:r>
        <w:t>Jab hawariyon ne kaha ke aye Isa ibn</w:t>
      </w:r>
    </w:p>
    <w:p>
      <w:pPr>
        <w:jc w:val="right"/>
      </w:pPr>
      <w:r>
        <w:t>جب حواریوں نے کہا کہ اے عیسیٰ ابن</w:t>
      </w:r>
    </w:p>
    <w:p>
      <w:r>
        <w:rPr>
          <w:b/>
        </w:rPr>
        <w:t xml:space="preserve">[37:21] </w:t>
      </w:r>
      <w:r>
        <w:t>maryam! kya tumhara rab yeh kar sakta hai ke hum par aasman se ek khan utare? eisa ne kaha allah se daro agar tum imaan wale ho.</w:t>
      </w:r>
    </w:p>
    <w:p>
      <w:pPr>
        <w:jc w:val="right"/>
      </w:pPr>
      <w:r>
        <w:t>مریم! کیا تمہارا رب یہ کر سکتا ہے کہ ہم پر آسمان سے ایک خوان اتارے؟ عیسیٰ نے کہا اللہ سے ڈرو اگر تم ایمان والے ہو۔</w:t>
      </w:r>
    </w:p>
    <w:p>
      <w:r>
        <w:rPr>
          <w:b/>
        </w:rPr>
        <w:t xml:space="preserve">[37:31] </w:t>
      </w:r>
      <w:r>
        <w:t>unhon ne kaha ke hum chahte hain ke hum is mein se khayen aur hamare dil mutmaeen hon. aur yeh hum jaan len ke tu ne hum se sach kaha.</w:t>
      </w:r>
    </w:p>
    <w:p>
      <w:pPr>
        <w:jc w:val="right"/>
      </w:pPr>
      <w:r>
        <w:t>انہوں نے کہا کہ ہم چاہتے ہیں کہ ہم اس میں سے کھائیں اور ہمارے دل مطمئن ہوں۔ اور یہ ہم جان لیں کہ تو نے ہم سے سچ کہا۔</w:t>
      </w:r>
    </w:p>
    <w:p>
      <w:r>
        <w:rPr>
          <w:b/>
        </w:rPr>
        <w:t xml:space="preserve">[37:41] </w:t>
      </w:r>
      <w:r>
        <w:t>aur hum is par gawahi dene wale ban jayen. eisa ibn maryam ne dua ki ke aye allah! hamare rab</w:t>
      </w:r>
    </w:p>
    <w:p>
      <w:pPr>
        <w:jc w:val="right"/>
      </w:pPr>
      <w:r>
        <w:t>اور ہم اس پر گواہی دینے والے بن جائیں۔ عیسیٰ ابن مریم نے دعا کی کہ اے اللہ! ہمارے رب</w:t>
      </w:r>
    </w:p>
    <w:p>
      <w:r>
        <w:rPr>
          <w:b/>
        </w:rPr>
        <w:t xml:space="preserve">[37:49] </w:t>
      </w:r>
      <w:r>
        <w:t>! tu aasman se hum par ek khan utar jo hamare liye ek eid ban jaye. hamare aglon ke liye aur hamare pichlon ke liye aur teri taraf se ek nishani ho.</w:t>
      </w:r>
    </w:p>
    <w:p>
      <w:pPr>
        <w:jc w:val="right"/>
      </w:pPr>
      <w:r>
        <w:t>! تو آسمان سے ہم پر ایک خوان اتار جو ہمارے لیے ایک عید بن جائے۔ ہمارے اگلوں کے لیے اور ہمارے پچھلوں کے لیے اور تیری طرف سے ایک نشانی ہو۔</w:t>
      </w:r>
    </w:p>
    <w:p>
      <w:r>
        <w:rPr>
          <w:b/>
        </w:rPr>
        <w:t xml:space="preserve">[38:00] </w:t>
      </w:r>
      <w:r>
        <w:t>aur hum ko ata kar. tu hi behtareen ata karne wala hai. allah ne kaha mein yeh khan zaroor tum par utaroon ga.</w:t>
      </w:r>
    </w:p>
    <w:p>
      <w:pPr>
        <w:jc w:val="right"/>
      </w:pPr>
      <w:r>
        <w:t>اور ہم کو عطا کر۔ تو ہی بہترین عطا کرنے والا ہے۔ اللہ نے کہا میں یہ خوان ضرور تم پر اتاروں گا۔</w:t>
      </w:r>
    </w:p>
    <w:p>
      <w:r>
        <w:rPr>
          <w:b/>
        </w:rPr>
        <w:t xml:space="preserve">[38:09] </w:t>
      </w:r>
      <w:r>
        <w:t>phir is ke baad tum mein se jo shakhs munkir hoga us ko mein aisi saza doon ga jo dunya mein kisi ko na di hogi. aur jab allah pooche ga ke aye eisa ibn maryam!</w:t>
      </w:r>
    </w:p>
    <w:p>
      <w:pPr>
        <w:jc w:val="right"/>
      </w:pPr>
      <w:r>
        <w:t>پھر اس کے بعد تم میں سے جو شخص منکر ہوگا اس کو میں ایسی سزا دوں گا جو دنیا میں کسی کو نہ دی ہوگی۔ اور جب اللہ پوچھے گا کہ اے عیسیٰ ابن مریم!</w:t>
      </w:r>
    </w:p>
    <w:p>
      <w:r>
        <w:rPr>
          <w:b/>
        </w:rPr>
        <w:t xml:space="preserve">[38:21] </w:t>
      </w:r>
      <w:r>
        <w:t>kya tum ne logon se kaha tha ke mujh ko aur meri maan ko khuda ke siwa mabood bana lo? woh jawab den ge ke tu pak hai.</w:t>
      </w:r>
    </w:p>
    <w:p>
      <w:pPr>
        <w:jc w:val="right"/>
      </w:pPr>
      <w:r>
        <w:t>کیا تم نے لوگوں سے کہا تھا کہ مجھ کو اور میری ماں کو خدا کے سوا معبود بنا لو؟ وہ جواب دیں گے کہ تو پاک ہے۔</w:t>
      </w:r>
    </w:p>
    <w:p>
      <w:r>
        <w:rPr>
          <w:b/>
        </w:rPr>
        <w:t xml:space="preserve">[38:30] </w:t>
      </w:r>
      <w:r>
        <w:t>mera yeh kaam na tha ke mein woh baat kahoon jis ka mujhe koi haq nahi. agar mein ne yeh kaha hoga to tujh ko zaroor maloom hoga.</w:t>
      </w:r>
    </w:p>
    <w:p>
      <w:pPr>
        <w:jc w:val="right"/>
      </w:pPr>
      <w:r>
        <w:t>میرا یہ کام نہ تھا کہ میں وہ بات کہوں جس کا مجھے کوئی حق نہیں۔ اگر میں نے یہ کہا ہوگا تو تجھ کو ضرور معلوم ہوگا۔</w:t>
      </w:r>
    </w:p>
    <w:p>
      <w:r>
        <w:rPr>
          <w:b/>
        </w:rPr>
        <w:t xml:space="preserve">[38:40] </w:t>
      </w:r>
      <w:r>
        <w:t>tu janta hai jo mere jee mein hai aur mein nahi janta jo tere jee mein hai. beshak tu hi hai chupi baton ka janne wala.</w:t>
      </w:r>
    </w:p>
    <w:p>
      <w:pPr>
        <w:jc w:val="right"/>
      </w:pPr>
      <w:r>
        <w:t>تو جانتا ہے جو میرے جی میں ہے اور میں نہیں جانتا جو تیرے جی میں ہے۔ بے شک تو ہی ہے چھپی باتوں کا جاننے والا۔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