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4 - Al-Nisa’</w:t>
      </w:r>
    </w:p>
    <w:p>
      <w:r>
        <w:t>https://www.youtube.com/watch?v=ihK3-dyiLNM</w:t>
      </w:r>
    </w:p>
    <w:p>
      <w:r>
        <w:rPr>
          <w:b/>
        </w:rPr>
        <w:t xml:space="preserve">[00:00] </w:t>
      </w:r>
      <w:r>
        <w:t>Surah Nisa.</w:t>
      </w:r>
    </w:p>
    <w:p>
      <w:pPr>
        <w:jc w:val="right"/>
      </w:pPr>
      <w:r>
        <w:t>سورہ النساء۔</w:t>
      </w:r>
    </w:p>
    <w:p>
      <w:r>
        <w:rPr>
          <w:b/>
        </w:rPr>
        <w:t xml:space="preserve">[00:06] </w:t>
      </w:r>
      <w:r>
        <w:t>shuru Allah ke naam se jo bara meherban, nihayat rehem wala hai. Aye logon!</w:t>
      </w:r>
    </w:p>
    <w:p>
      <w:pPr>
        <w:jc w:val="right"/>
      </w:pPr>
      <w:r>
        <w:t>شروع اللہ کے نام سے جو بڑا مہربان، نہایت رحم والا ہے۔ اے لوگوں!</w:t>
      </w:r>
    </w:p>
    <w:p>
      <w:r>
        <w:rPr>
          <w:b/>
        </w:rPr>
        <w:t xml:space="preserve">[00:12] </w:t>
      </w:r>
      <w:r>
        <w:t>apne rab se daro jis ne tum ko ek jaan se paida kiya, aur usi se uska</w:t>
      </w:r>
    </w:p>
    <w:p>
      <w:pPr>
        <w:jc w:val="right"/>
      </w:pPr>
      <w:r>
        <w:t>اپنے رب سے ڈرو جس نے تم کو ایک جان سے پیدا کیا، اور اسی سے اس کا</w:t>
      </w:r>
    </w:p>
    <w:p>
      <w:r>
        <w:rPr>
          <w:b/>
        </w:rPr>
        <w:t xml:space="preserve">[00:18] </w:t>
      </w:r>
      <w:r>
        <w:t>joda paida kiya, aur un dono se bohat se mard aur aurtein phaila dein.</w:t>
      </w:r>
    </w:p>
    <w:p>
      <w:pPr>
        <w:jc w:val="right"/>
      </w:pPr>
      <w:r>
        <w:t>جوڑا پیدا کیا، اور ان دونوں سے بہت سے مرد اور عورتیں پھیلا دیں۔</w:t>
      </w:r>
    </w:p>
    <w:p>
      <w:r>
        <w:rPr>
          <w:b/>
        </w:rPr>
        <w:t xml:space="preserve">[00:25] </w:t>
      </w:r>
      <w:r>
        <w:t>aur Allah se daro jis ke waste se tum ek doosre se sawal karte ho, aur khabardar raho qareeb walon</w:t>
      </w:r>
    </w:p>
    <w:p>
      <w:pPr>
        <w:jc w:val="right"/>
      </w:pPr>
      <w:r>
        <w:t>اور اللہ سے ڈرو جس کے واسطے سے تم ایک دوسرے سے سوال کرتے ہو، اور خبردار رہو قرابت والوں</w:t>
      </w:r>
    </w:p>
    <w:p>
      <w:r>
        <w:rPr>
          <w:b/>
        </w:rPr>
        <w:t xml:space="preserve">[00:31] </w:t>
      </w:r>
      <w:r>
        <w:t>se.</w:t>
      </w:r>
    </w:p>
    <w:p>
      <w:pPr>
        <w:jc w:val="right"/>
      </w:pPr>
      <w:r>
        <w:t>سے۔</w:t>
      </w:r>
    </w:p>
    <w:p>
      <w:r>
        <w:rPr>
          <w:b/>
        </w:rPr>
        <w:t xml:space="preserve">[00:35] </w:t>
      </w:r>
      <w:r>
        <w:t>beshak Allah tumhari nigrani kar raha hai.</w:t>
      </w:r>
    </w:p>
    <w:p>
      <w:pPr>
        <w:jc w:val="right"/>
      </w:pPr>
      <w:r>
        <w:t>بے شک اللہ تمہاری نگرانی کر رہا ہے۔</w:t>
      </w:r>
    </w:p>
    <w:p>
      <w:r>
        <w:rPr>
          <w:b/>
        </w:rPr>
        <w:t xml:space="preserve">[00:39] </w:t>
      </w:r>
      <w:r>
        <w:t>aur yateemon ka maal un ke hawale karo, aur buray maal ko achay maal se na badlo, aur</w:t>
      </w:r>
    </w:p>
    <w:p>
      <w:pPr>
        <w:jc w:val="right"/>
      </w:pPr>
      <w:r>
        <w:t>اور یتیموں کا مال ان کے حوالے کرو، اور برے مال کو اچھے مال سے نہ بدلو، اور</w:t>
      </w:r>
    </w:p>
    <w:p>
      <w:r>
        <w:rPr>
          <w:b/>
        </w:rPr>
        <w:t xml:space="preserve">[00:43] </w:t>
      </w:r>
      <w:r>
        <w:t>un ke maal apne maal ke sath mila kar na khao.</w:t>
      </w:r>
    </w:p>
    <w:p>
      <w:pPr>
        <w:jc w:val="right"/>
      </w:pPr>
      <w:r>
        <w:t>ان کے مال اپنے مال کے ساتھ ملا کر نہ کھاؤ۔</w:t>
      </w:r>
    </w:p>
    <w:p>
      <w:r>
        <w:rPr>
          <w:b/>
        </w:rPr>
        <w:t xml:space="preserve">[00:48] </w:t>
      </w:r>
      <w:r>
        <w:t>yeh bohat bara gunah hai.</w:t>
      </w:r>
    </w:p>
    <w:p>
      <w:pPr>
        <w:jc w:val="right"/>
      </w:pPr>
      <w:r>
        <w:t>یہ بہت بڑا گناہ ہے۔</w:t>
      </w:r>
    </w:p>
    <w:p>
      <w:r>
        <w:rPr>
          <w:b/>
        </w:rPr>
        <w:t xml:space="preserve">[00:52] </w:t>
      </w:r>
      <w:r>
        <w:t>aur agar tum ko andesha ho ke tum yateemon ke muamle mein insaaf na kar sako ge to</w:t>
      </w:r>
    </w:p>
    <w:p>
      <w:pPr>
        <w:jc w:val="right"/>
      </w:pPr>
      <w:r>
        <w:t>اور اگر تم کو اندیشہ ہو کہ تم یتیموں کے معاملے میں انصاف نہ کر سکو گے تو</w:t>
      </w:r>
    </w:p>
    <w:p>
      <w:r>
        <w:rPr>
          <w:b/>
        </w:rPr>
        <w:t xml:space="preserve">[00:56] </w:t>
      </w:r>
      <w:r>
        <w:t>auraton mein se jo tum ko pasand hon un se do do, teen teen, cha</w:t>
      </w:r>
    </w:p>
    <w:p>
      <w:pPr>
        <w:jc w:val="right"/>
      </w:pPr>
      <w:r>
        <w:t>عورتوں میں سے جو تم کو پسند ہوں ان سے دو دو، تین تین، چ</w:t>
      </w:r>
    </w:p>
    <w:p>
      <w:r>
        <w:rPr>
          <w:b/>
        </w:rPr>
        <w:t xml:space="preserve">[01:01] </w:t>
      </w:r>
      <w:r>
        <w:t>r char tak nikah kar lo. aur agar tum ko andesha ho ke tum adl na kar sako ge to ek hi nikah karo, ya jo kaneez tumhari milk mein ho. is mein umeed hai ke tum insaaf se na haato ge. aur auraton ko un ke mahr khush dili ke sath ada karo. phir agar woh is mein se kuch tumhare liye chhod dein apni khushi se to tum us ko hansi khushi se khao. aur nadanon</w:t>
      </w:r>
    </w:p>
    <w:p>
      <w:pPr>
        <w:jc w:val="right"/>
      </w:pPr>
      <w:r>
        <w:t>ار چار تک نکاح کر لو۔ اور اگر تم کو اندیشہ ہو کہ تم عدل نہ کر سکو گے تو ایک ہی نکاح کرو، یا جو کنیز تمہاری ملک میں ہو۔ اس میں امید ہے کہ تم انصاف سے نہ ہٹو گے۔ اور عورتوں کو ان کے مہر خوش دلی کے ساتھ ادا کرو۔ پھر اگر وہ اس میں سے کچھ تمہارے لیے چھوڑ دیں اپنی خوشی سے تو تم اس کو ہنسی خوشی سے کھاؤ۔ اور نادانوں</w:t>
      </w:r>
    </w:p>
    <w:p>
      <w:r>
        <w:rPr>
          <w:b/>
        </w:rPr>
        <w:t xml:space="preserve">[01:31] </w:t>
      </w:r>
      <w:r>
        <w:t>ko apna woh maal na do jis ko Allah ne tumhare liye qayam ka zariya banaya hai, aur</w:t>
      </w:r>
    </w:p>
    <w:p>
      <w:pPr>
        <w:jc w:val="right"/>
      </w:pPr>
      <w:r>
        <w:t>کو اپنا وہ مال نہ دو جس کو اللہ نے تمہارے لیے قیام کا ذریعہ بنایا ہے، اور</w:t>
      </w:r>
    </w:p>
    <w:p>
      <w:r>
        <w:rPr>
          <w:b/>
        </w:rPr>
        <w:t xml:space="preserve">[01:35] </w:t>
      </w:r>
      <w:r>
        <w:t>us maal mein se un ko khilao aur pehnao, aur un se bhalai ki baat kaho.</w:t>
      </w:r>
    </w:p>
    <w:p>
      <w:pPr>
        <w:jc w:val="right"/>
      </w:pPr>
      <w:r>
        <w:t>اس مال میں سے ان کو کھلاؤ اور پہناؤ، اور ان سے بھلائی کی بات کہو۔</w:t>
      </w:r>
    </w:p>
    <w:p>
      <w:r>
        <w:rPr>
          <w:b/>
        </w:rPr>
        <w:t xml:space="preserve">[01:39] </w:t>
      </w:r>
      <w:r>
        <w:t>aur yateemon ko janchte raho.</w:t>
      </w:r>
    </w:p>
    <w:p>
      <w:pPr>
        <w:jc w:val="right"/>
      </w:pPr>
      <w:r>
        <w:t>اور یتیموں کو جانچتے رہو۔</w:t>
      </w:r>
    </w:p>
    <w:p>
      <w:r>
        <w:rPr>
          <w:b/>
        </w:rPr>
        <w:t xml:space="preserve">[01:43] </w:t>
      </w:r>
      <w:r>
        <w:t>yahan tak ke jab woh nikah ki umar ko pohnch jayen to agar tum un mein hoshiyari dekho</w:t>
      </w:r>
    </w:p>
    <w:p>
      <w:pPr>
        <w:jc w:val="right"/>
      </w:pPr>
      <w:r>
        <w:t>یہاں تک کہ جب وہ نکاح کی عمر کو پہنچ جائیں تو اگر تم ان میں ہوشیاری دیکھو</w:t>
      </w:r>
    </w:p>
    <w:p>
      <w:r>
        <w:rPr>
          <w:b/>
        </w:rPr>
        <w:t xml:space="preserve">[01:48] </w:t>
      </w:r>
      <w:r>
        <w:t>to un ka maal un ke hawale kar do.</w:t>
      </w:r>
    </w:p>
    <w:p>
      <w:pPr>
        <w:jc w:val="right"/>
      </w:pPr>
      <w:r>
        <w:t>تو ان کا مال ان کے حوالے کر دو۔</w:t>
      </w:r>
    </w:p>
    <w:p>
      <w:r>
        <w:rPr>
          <w:b/>
        </w:rPr>
        <w:t xml:space="preserve">[01:52] </w:t>
      </w:r>
      <w:r>
        <w:t>aur un ka maal israf se aur is khayal se ke woh bare ho jayenge na kha jao.</w:t>
      </w:r>
    </w:p>
    <w:p>
      <w:pPr>
        <w:jc w:val="right"/>
      </w:pPr>
      <w:r>
        <w:t>اور ان کا مال اسراف سے اور اس خیال سے کہ وہ بڑے ہو جائیں گے نہ کھا جاؤ۔</w:t>
      </w:r>
    </w:p>
    <w:p>
      <w:r>
        <w:rPr>
          <w:b/>
        </w:rPr>
        <w:t xml:space="preserve">[01:56] </w:t>
      </w:r>
      <w:r>
        <w:t>aur jisko hajat na ho</w:t>
      </w:r>
    </w:p>
    <w:p>
      <w:pPr>
        <w:jc w:val="right"/>
      </w:pPr>
      <w:r>
        <w:t>اور جس کو حاجت نہ ہو</w:t>
      </w:r>
    </w:p>
    <w:p>
      <w:r>
        <w:rPr>
          <w:b/>
        </w:rPr>
        <w:t xml:space="preserve">[02:01] </w:t>
      </w:r>
      <w:r>
        <w:t>wo yateem ke maal se parhez kare.</w:t>
      </w:r>
    </w:p>
    <w:p>
      <w:pPr>
        <w:jc w:val="right"/>
      </w:pPr>
      <w:r>
        <w:t>وہ یتیم کے مال سے پرہیز کرے۔</w:t>
      </w:r>
    </w:p>
    <w:p>
      <w:r>
        <w:rPr>
          <w:b/>
        </w:rPr>
        <w:t xml:space="preserve">[02:05] </w:t>
      </w:r>
      <w:r>
        <w:t>aur jo shakhs muhtaj ho wo dastoor ke muafiq khaye.</w:t>
      </w:r>
    </w:p>
    <w:p>
      <w:pPr>
        <w:jc w:val="right"/>
      </w:pPr>
      <w:r>
        <w:t>اور جو شخص محتاج ہو وہ دستور کے موافق کھائے۔</w:t>
      </w:r>
    </w:p>
    <w:p>
      <w:r>
        <w:rPr>
          <w:b/>
        </w:rPr>
        <w:t xml:space="preserve">[02:09] </w:t>
      </w:r>
      <w:r>
        <w:t>phir jab tum un ka maal un ke hawale karo to un par gawah thahra lo, aur Allah</w:t>
      </w:r>
    </w:p>
    <w:p>
      <w:pPr>
        <w:jc w:val="right"/>
      </w:pPr>
      <w:r>
        <w:t>پھر جب تم ان کا مال ان کے حوالے کرو تو ان پر گواہ ٹھہرا لو، اور اللہ</w:t>
      </w:r>
    </w:p>
    <w:p>
      <w:r>
        <w:rPr>
          <w:b/>
        </w:rPr>
        <w:t xml:space="preserve">[02:14] </w:t>
      </w:r>
      <w:r>
        <w:t>hisab lene ke liye kafi hai.</w:t>
      </w:r>
    </w:p>
    <w:p>
      <w:pPr>
        <w:jc w:val="right"/>
      </w:pPr>
      <w:r>
        <w:t>حساب لینے کے لیے کافی ہے۔</w:t>
      </w:r>
    </w:p>
    <w:p>
      <w:r>
        <w:rPr>
          <w:b/>
        </w:rPr>
        <w:t xml:space="preserve">[02:18] </w:t>
      </w:r>
      <w:r>
        <w:t>maan baap aur qaraibat daron ke tarke mein se mardon ka bhi hissa hai, aur maan baap aur</w:t>
      </w:r>
    </w:p>
    <w:p>
      <w:pPr>
        <w:jc w:val="right"/>
      </w:pPr>
      <w:r>
        <w:t>ماں باپ اور قرابت داروں کے ترکے میں سے مردوں کا بھی حصہ ہے، اور ماں باپ اور</w:t>
      </w:r>
    </w:p>
    <w:p>
      <w:r>
        <w:rPr>
          <w:b/>
        </w:rPr>
        <w:t xml:space="preserve">[02:22] </w:t>
      </w:r>
      <w:r>
        <w:t>qaraibat daron ke tarke mein se auraton ka bhi hissa hai.</w:t>
      </w:r>
    </w:p>
    <w:p>
      <w:pPr>
        <w:jc w:val="right"/>
      </w:pPr>
      <w:r>
        <w:t>قرابت داروں کے ترکے میں سے عورتوں کا بھی حصہ ہے۔</w:t>
      </w:r>
    </w:p>
    <w:p>
      <w:r>
        <w:rPr>
          <w:b/>
        </w:rPr>
        <w:t xml:space="preserve">[02:27] </w:t>
      </w:r>
      <w:r>
        <w:t>thoda ho ya zyada ho, ek muqarrar kiya hua</w:t>
      </w:r>
    </w:p>
    <w:p>
      <w:pPr>
        <w:jc w:val="right"/>
      </w:pPr>
      <w:r>
        <w:t>تھوڑا ہو یا زیادہ ہو، ایک مقرر کیا ہوا</w:t>
      </w:r>
    </w:p>
    <w:p>
      <w:r>
        <w:rPr>
          <w:b/>
        </w:rPr>
        <w:t xml:space="preserve">[02:31] </w:t>
      </w:r>
      <w:r>
        <w:t>hissa.</w:t>
      </w:r>
    </w:p>
    <w:p>
      <w:pPr>
        <w:jc w:val="right"/>
      </w:pPr>
      <w:r>
        <w:t>حصہ۔</w:t>
      </w:r>
    </w:p>
    <w:p>
      <w:r>
        <w:rPr>
          <w:b/>
        </w:rPr>
        <w:t xml:space="preserve">[02:35] </w:t>
      </w:r>
      <w:r>
        <w:t>aur agar taqseem ke waqt rishtedar aur yateem aur muhtaj maujood hon to is mein se un</w:t>
      </w:r>
    </w:p>
    <w:p>
      <w:pPr>
        <w:jc w:val="right"/>
      </w:pPr>
      <w:r>
        <w:t>اور اگر تقسیم کے وقت رشتہ دار اور یتیم اور محتاج موجود ہوں تو اس میں سے ان</w:t>
      </w:r>
    </w:p>
    <w:p>
      <w:r>
        <w:rPr>
          <w:b/>
        </w:rPr>
        <w:t xml:space="preserve">[02:38] </w:t>
      </w:r>
      <w:r>
        <w:t>ko bhi kuch do.</w:t>
      </w:r>
    </w:p>
    <w:p>
      <w:pPr>
        <w:jc w:val="right"/>
      </w:pPr>
      <w:r>
        <w:t>کو بھی کچھ دو۔</w:t>
      </w:r>
    </w:p>
    <w:p>
      <w:r>
        <w:rPr>
          <w:b/>
        </w:rPr>
        <w:t xml:space="preserve">[02:42] </w:t>
      </w:r>
      <w:r>
        <w:t>aur un se humdardi ki baat kaho.</w:t>
      </w:r>
    </w:p>
    <w:p>
      <w:pPr>
        <w:jc w:val="right"/>
      </w:pPr>
      <w:r>
        <w:t>اور ان سے ہمدردی کی بات کہو۔</w:t>
      </w:r>
    </w:p>
    <w:p>
      <w:r>
        <w:rPr>
          <w:b/>
        </w:rPr>
        <w:t xml:space="preserve">[02:46] </w:t>
      </w:r>
      <w:r>
        <w:t>aur aise logon ko dar na chahiye ke agar woh apne peeche natwan bachche chhod jate to unhein un</w:t>
      </w:r>
    </w:p>
    <w:p>
      <w:pPr>
        <w:jc w:val="right"/>
      </w:pPr>
      <w:r>
        <w:t>اور ایسے لوگوں کو ڈرنا چاہیے کہ اگر وہ اپنے پیچھے ناتواں بچے چھوڑ جاتے تو انہیں ان</w:t>
      </w:r>
    </w:p>
    <w:p>
      <w:r>
        <w:rPr>
          <w:b/>
        </w:rPr>
        <w:t xml:space="preserve">[02:50] </w:t>
      </w:r>
      <w:r>
        <w:t>ki bohat fikr rehti.</w:t>
      </w:r>
    </w:p>
    <w:p>
      <w:pPr>
        <w:jc w:val="right"/>
      </w:pPr>
      <w:r>
        <w:t>کی بہت فکر رہتی۔</w:t>
      </w:r>
    </w:p>
    <w:p>
      <w:r>
        <w:rPr>
          <w:b/>
        </w:rPr>
        <w:t xml:space="preserve">[02:53] </w:t>
      </w:r>
      <w:r>
        <w:t>pas un ko chahiye ke Allah se darein aur baat pakki kahein.</w:t>
      </w:r>
    </w:p>
    <w:p>
      <w:pPr>
        <w:jc w:val="right"/>
      </w:pPr>
      <w:r>
        <w:t>پس ان کو چاہیے کہ اللہ سے ڈریں اور بات پکی کہیں۔</w:t>
      </w:r>
    </w:p>
    <w:p>
      <w:r>
        <w:rPr>
          <w:b/>
        </w:rPr>
        <w:t xml:space="preserve">[02:57] </w:t>
      </w:r>
      <w:r>
        <w:t>jo log yateemon ka maal nahak khate</w:t>
      </w:r>
    </w:p>
    <w:p>
      <w:pPr>
        <w:jc w:val="right"/>
      </w:pPr>
      <w:r>
        <w:t>جو لوگ یتیموں کا مال ناحق کھات</w:t>
      </w:r>
    </w:p>
    <w:p>
      <w:r>
        <w:rPr>
          <w:b/>
        </w:rPr>
        <w:t xml:space="preserve">[03:01] </w:t>
      </w:r>
      <w:r>
        <w:t>hain woh log apne paiton mein aag bhar rahe hain, aur woh anqareeb bhadakti hui aag mein</w:t>
      </w:r>
    </w:p>
    <w:p>
      <w:pPr>
        <w:jc w:val="right"/>
      </w:pPr>
      <w:r>
        <w:t>ے ہیں وہ لوگ اپنے پیٹوں میں آگ بھر رہے ہیں، اور وہ عنقریب بھڑکتی ہوئی آگ میں</w:t>
      </w:r>
    </w:p>
    <w:p>
      <w:r>
        <w:rPr>
          <w:b/>
        </w:rPr>
        <w:t xml:space="preserve">[03:05] </w:t>
      </w:r>
      <w:r>
        <w:t>dale jayenge.</w:t>
      </w:r>
    </w:p>
    <w:p>
      <w:pPr>
        <w:jc w:val="right"/>
      </w:pPr>
      <w:r>
        <w:t>ڈالے جائیں گے۔</w:t>
      </w:r>
    </w:p>
    <w:p>
      <w:r>
        <w:rPr>
          <w:b/>
        </w:rPr>
        <w:t xml:space="preserve">[03:09] </w:t>
      </w:r>
      <w:r>
        <w:t>Allah tum ko tumhari aulad ke bare mein hukum deta hai ke mard ka hissa do auraton ke barabar hai.</w:t>
      </w:r>
    </w:p>
    <w:p>
      <w:pPr>
        <w:jc w:val="right"/>
      </w:pPr>
      <w:r>
        <w:t>اللہ تم کو تمہاری اولاد کے بارے میں حکم دیتا ہے کہ مرد کا حصہ دو عورتوں کے برابر ہے۔</w:t>
      </w:r>
    </w:p>
    <w:p>
      <w:r>
        <w:rPr>
          <w:b/>
        </w:rPr>
        <w:t xml:space="preserve">[03:14] </w:t>
      </w:r>
      <w:r>
        <w:t>agar auratein do se zaid hain to un ke liye do tihai hai is maal se jo mursa</w:t>
      </w:r>
    </w:p>
    <w:p>
      <w:pPr>
        <w:jc w:val="right"/>
      </w:pPr>
      <w:r>
        <w:t>اگر عورتیں دو سے زائد ہیں تو ان کے لیے دو تہائی ہے اس مال سے جو مورث</w:t>
      </w:r>
    </w:p>
    <w:p>
      <w:r>
        <w:rPr>
          <w:b/>
        </w:rPr>
        <w:t xml:space="preserve">[03:18] </w:t>
      </w:r>
      <w:r>
        <w:t>chhod gaya hai.</w:t>
      </w:r>
    </w:p>
    <w:p>
      <w:pPr>
        <w:jc w:val="right"/>
      </w:pPr>
      <w:r>
        <w:t>چھوڑ گیا ہے۔</w:t>
      </w:r>
    </w:p>
    <w:p>
      <w:r>
        <w:rPr>
          <w:b/>
        </w:rPr>
        <w:t xml:space="preserve">[03:22] </w:t>
      </w:r>
      <w:r>
        <w:t>aur agar woh akeli hai to us ke liye aadha hai.</w:t>
      </w:r>
    </w:p>
    <w:p>
      <w:pPr>
        <w:jc w:val="right"/>
      </w:pPr>
      <w:r>
        <w:t>اور اگر وہ اکیلی ہے تو اس کے لیے آدھا ہے۔</w:t>
      </w:r>
    </w:p>
    <w:p>
      <w:r>
        <w:rPr>
          <w:b/>
        </w:rPr>
        <w:t xml:space="preserve">[03:27] </w:t>
      </w:r>
      <w:r>
        <w:t>aur methyl ke maa baap ko don</w:t>
      </w:r>
    </w:p>
    <w:p>
      <w:pPr>
        <w:jc w:val="right"/>
      </w:pPr>
      <w:r>
        <w:t>اور میت کے ماں باپ کو دون</w:t>
      </w:r>
    </w:p>
    <w:p>
      <w:r>
        <w:rPr>
          <w:b/>
        </w:rPr>
        <w:t xml:space="preserve">[03:31] </w:t>
      </w:r>
      <w:r>
        <w:t>on mein se har ek ke liye chatha hissa hai is maal ka jo woh chhod gaya hai, bashart ke mursa ki aulad ho. aur agar mursa ki aulad na ho aur us ke maan baap us ke waris hon to us ki maan ka tihai hissa hai, aur agar us ke bhai behan hon to us ki maan ke liye chatha hissa hai. yeh hisse wasiyat nikalne ke baad ya adaye qarz ke baad hain jo woh kar jata hai. tumhare baap hon</w:t>
      </w:r>
    </w:p>
    <w:p>
      <w:pPr>
        <w:jc w:val="right"/>
      </w:pPr>
      <w:r>
        <w:t>وں میں سے ہر ایک کے لیے چھٹا حصہ ہے اس مال کا جو وہ چھوڑ گیا ہے، بشرطیکہ مورث کی اولاد ہو۔ اور اگر مورث کی اولاد نہ ہو اور اس کے ماں باپ اس کے وارث ہوں تو اس کی ماں کا تہائی حصہ ہے، اور اگر اس کے بھائی بہن ہوں تو اس کی ماں کے لیے چھٹا حصہ ہے۔ یہ حصے وصیت نکالنے کے بعد یا ادائے قرض کے بعد ہیں جو وہ کر جاتا ہے۔ تمہارے باپ ہوں</w:t>
      </w:r>
    </w:p>
    <w:p>
      <w:r>
        <w:rPr>
          <w:b/>
        </w:rPr>
        <w:t xml:space="preserve">[04:01] </w:t>
      </w:r>
      <w:r>
        <w:t>ya tumhare bete hon, tum nahi jante ke un mein tumhare liye sab se zyada nafe kon hai.</w:t>
      </w:r>
    </w:p>
    <w:p>
      <w:pPr>
        <w:jc w:val="right"/>
      </w:pPr>
      <w:r>
        <w:t>یا تمہارے بیٹے ہوں، تم نہیں جانتے کہ ان میں تمہارے لیے سب سے زیادہ نافع کون ہے۔</w:t>
      </w:r>
    </w:p>
    <w:p>
      <w:r>
        <w:rPr>
          <w:b/>
        </w:rPr>
        <w:t xml:space="preserve">[04:07] </w:t>
      </w:r>
      <w:r>
        <w:t>yeh Allah ka thehraya hua fariza hai.</w:t>
      </w:r>
    </w:p>
    <w:p>
      <w:pPr>
        <w:jc w:val="right"/>
      </w:pPr>
      <w:r>
        <w:t>یہ اللہ کا ٹھہرایا ہوا فریضہ ہے۔</w:t>
      </w:r>
    </w:p>
    <w:p>
      <w:r>
        <w:rPr>
          <w:b/>
        </w:rPr>
        <w:t xml:space="preserve">[04:13] </w:t>
      </w:r>
      <w:r>
        <w:t>beshak Allah ilm wala, hikmat wala hai.</w:t>
      </w:r>
    </w:p>
    <w:p>
      <w:pPr>
        <w:jc w:val="right"/>
      </w:pPr>
      <w:r>
        <w:t>بے شک اللہ علم والا، حکمت والا ہے۔</w:t>
      </w:r>
    </w:p>
    <w:p>
      <w:r>
        <w:rPr>
          <w:b/>
        </w:rPr>
        <w:t xml:space="preserve">[04:19] </w:t>
      </w:r>
      <w:r>
        <w:t>aur tumhare liye is maal ka aadha hissa hai jo tumhari biwiyan chhoden, bashart ke unki aulad na ho.</w:t>
      </w:r>
    </w:p>
    <w:p>
      <w:pPr>
        <w:jc w:val="right"/>
      </w:pPr>
      <w:r>
        <w:t>اور تمہارے لیے اس مال کا آدھا حصہ ہے جو تمہاری بیویاں چھوڑیں، بشرطیکہ ان کی اولاد نہ ہو۔</w:t>
      </w:r>
    </w:p>
    <w:p>
      <w:r>
        <w:rPr>
          <w:b/>
        </w:rPr>
        <w:t xml:space="preserve">[04:26] </w:t>
      </w:r>
      <w:r>
        <w:t>aur agar unki aulad ho to tumhare liye biwiyon ke tarke ka chauthai hissa hai</w:t>
      </w:r>
    </w:p>
    <w:p>
      <w:pPr>
        <w:jc w:val="right"/>
      </w:pPr>
      <w:r>
        <w:t>اور اگر ان کی اولاد ہو تو تمہارے لیے بیویوں کے ترکے کا چوتھائی حصہ ہے</w:t>
      </w:r>
    </w:p>
    <w:p>
      <w:r>
        <w:rPr>
          <w:b/>
        </w:rPr>
        <w:t xml:space="preserve">[04:32] </w:t>
      </w:r>
      <w:r>
        <w:t>wasiyat nikalne ke baad jis ki woh wasiyat kar jayen ya adaye qarz ke baad.</w:t>
      </w:r>
    </w:p>
    <w:p>
      <w:pPr>
        <w:jc w:val="right"/>
      </w:pPr>
      <w:r>
        <w:t>وصیت نکالنے کے بعد جس کی وہ وصیت کر جائیں یا ادائے قرض کے بعد۔</w:t>
      </w:r>
    </w:p>
    <w:p>
      <w:r>
        <w:rPr>
          <w:b/>
        </w:rPr>
        <w:t xml:space="preserve">[04:38] </w:t>
      </w:r>
      <w:r>
        <w:t>aur un biwiyon ke liye chauthai hissa hai tumhare tarke ka agar tumhari aulad nahi hai.</w:t>
      </w:r>
    </w:p>
    <w:p>
      <w:pPr>
        <w:jc w:val="right"/>
      </w:pPr>
      <w:r>
        <w:t>اور ان بیویوں کے لیے چوتھائی حصہ ہے تمہارے ترکے کا اگر تمہاری اولاد نہیں ہے۔</w:t>
      </w:r>
    </w:p>
    <w:p>
      <w:r>
        <w:rPr>
          <w:b/>
        </w:rPr>
        <w:t xml:space="preserve">[04:44] </w:t>
      </w:r>
      <w:r>
        <w:t>aur agar tumhari aulad hai to unke liye aathwan hissa hai tumhare tarke ka, baad wasiyat nikalne</w:t>
      </w:r>
    </w:p>
    <w:p>
      <w:pPr>
        <w:jc w:val="right"/>
      </w:pPr>
      <w:r>
        <w:t>اور اگر تمہاری اولاد ہے تو ان کے لیے آٹھواں حصہ ہے تمہارے ترکے کا، بعد وصیت نکالنے</w:t>
      </w:r>
    </w:p>
    <w:p>
      <w:r>
        <w:rPr>
          <w:b/>
        </w:rPr>
        <w:t xml:space="preserve">[04:50] </w:t>
      </w:r>
      <w:r>
        <w:t>ke jis ki tum wasiyat kar jao ya adaye qarz ke baad.</w:t>
      </w:r>
    </w:p>
    <w:p>
      <w:pPr>
        <w:jc w:val="right"/>
      </w:pPr>
      <w:r>
        <w:t>کے جس کی تم وصیت کر جاؤ یا ادائے قرض کے بعد۔</w:t>
      </w:r>
    </w:p>
    <w:p>
      <w:r>
        <w:rPr>
          <w:b/>
        </w:rPr>
        <w:t xml:space="preserve">[04:56] </w:t>
      </w:r>
      <w:r>
        <w:t>aur agar koi mursa mard ya aurat aisa ho jis ke na usool hon aur na f</w:t>
      </w:r>
    </w:p>
    <w:p>
      <w:pPr>
        <w:jc w:val="right"/>
      </w:pPr>
      <w:r>
        <w:t>اور اگر کوئی مورث مرد یا عورت ایسا ہو جس کے نہ اصول ہوں اور نہ ف</w:t>
      </w:r>
    </w:p>
    <w:p>
      <w:r>
        <w:rPr>
          <w:b/>
        </w:rPr>
        <w:t xml:space="preserve">[05:02] </w:t>
      </w:r>
      <w:r>
        <w:t>arogh, aur us ke ek bhai ya ek behan ho to dono mein se har ek ke liye</w:t>
      </w:r>
    </w:p>
    <w:p>
      <w:pPr>
        <w:jc w:val="right"/>
      </w:pPr>
      <w:r>
        <w:t>روغ، اور اس کے ایک بھائی یا ایک بہن ہو تو دونوں میں سے ہر ایک کے لیے</w:t>
      </w:r>
    </w:p>
    <w:p>
      <w:r>
        <w:rPr>
          <w:b/>
        </w:rPr>
        <w:t xml:space="preserve">[05:07] </w:t>
      </w:r>
      <w:r>
        <w:t>chhatta hissa hai.</w:t>
      </w:r>
    </w:p>
    <w:p>
      <w:pPr>
        <w:jc w:val="right"/>
      </w:pPr>
      <w:r>
        <w:t>چھٹا حصہ ہے۔</w:t>
      </w:r>
    </w:p>
    <w:p>
      <w:r>
        <w:rPr>
          <w:b/>
        </w:rPr>
        <w:t xml:space="preserve">[05:12] </w:t>
      </w:r>
      <w:r>
        <w:t>aur agar woh is se zyada hon to woh ek tihai mein shareek honge, baad wasiyat nikalne</w:t>
      </w:r>
    </w:p>
    <w:p>
      <w:pPr>
        <w:jc w:val="right"/>
      </w:pPr>
      <w:r>
        <w:t>اور اگر وہ اس سے زائد ہوں تو وہ ایک تہائی میں شریک ہوں گے، بعد وصیت نکالنے</w:t>
      </w:r>
    </w:p>
    <w:p>
      <w:r>
        <w:rPr>
          <w:b/>
        </w:rPr>
        <w:t xml:space="preserve">[05:17] </w:t>
      </w:r>
      <w:r>
        <w:t>ke jis ki wasiyat ki gayi ho ya adaye qarz ke baad baghair kisi ko nuksan pahunchaye.</w:t>
      </w:r>
    </w:p>
    <w:p>
      <w:pPr>
        <w:jc w:val="right"/>
      </w:pPr>
      <w:r>
        <w:t>کے جس کی وصیت کی گئی ہو یا ادائے قرض کے بعد بغیر کسی کو نقصان پہنچائے۔</w:t>
      </w:r>
    </w:p>
    <w:p>
      <w:r>
        <w:rPr>
          <w:b/>
        </w:rPr>
        <w:t xml:space="preserve">[05:22] </w:t>
      </w:r>
      <w:r>
        <w:t>yeh hukum Allah ki taraf se hai, aur Allah aleem aur haleem hai.</w:t>
      </w:r>
    </w:p>
    <w:p>
      <w:pPr>
        <w:jc w:val="right"/>
      </w:pPr>
      <w:r>
        <w:t>یہ حکم اللہ کی طرف سے ہے، اور اللہ علیم اور حلیم ہے۔</w:t>
      </w:r>
    </w:p>
    <w:p>
      <w:r>
        <w:rPr>
          <w:b/>
        </w:rPr>
        <w:t xml:space="preserve">[05:27] </w:t>
      </w:r>
      <w:r>
        <w:t>yeh Allah ki thehrayi hui haden hain, aur jo shakhs Allah</w:t>
      </w:r>
    </w:p>
    <w:p>
      <w:pPr>
        <w:jc w:val="right"/>
      </w:pPr>
      <w:r>
        <w:t>یہ اللہ کی ٹھہرائی ہوئی حدیں ہیں، اور جو شخص اللہ</w:t>
      </w:r>
    </w:p>
    <w:p>
      <w:r>
        <w:rPr>
          <w:b/>
        </w:rPr>
        <w:t xml:space="preserve">[05:32] </w:t>
      </w:r>
      <w:r>
        <w:t>ab hai. aur tumhari auraton mein se jo koi badkari kare to un par apno mein se char mard gawah karo. phir agar woh gawahi de dein to un auraton ko gharon ke andar band rakho, yahan tak ke un ko maut utha le ya allah un ke liye koi rah nikal de. aur tum mein se do mard jo wohi badkari karen to un ko azeyat pahunchao. phir agar woh dono toba karen aur apni</w:t>
      </w:r>
    </w:p>
    <w:p>
      <w:pPr>
        <w:jc w:val="right"/>
      </w:pPr>
      <w:r>
        <w:t>اور اس کے رسول کی اطاعت کرے گا، اللہ اس کو ایسے باغوں میں داخل کرے گا جن کے نیچے نہریں بہتی ہوں گی، ان میں وہ ہمیشہ رہیں گے، اور یہی بڑی کامیابی ہے۔ اور جو شخص اللہ اور اس کے رسول کی نافرمانی کرے گا اور اس کے مقرر کیے ہوئے ضابطوں سے باہر نکل جائے گا، اس کو وہ آگ میں داخل کرے گا جس میں وہ ہمیشہ رہے گا، اور اس کے لیے ذلت والا ع</w:t>
      </w:r>
    </w:p>
    <w:p>
      <w:r>
        <w:rPr>
          <w:b/>
        </w:rPr>
        <w:t xml:space="preserve">[06:02] </w:t>
      </w:r>
      <w:r>
        <w:t>islaah kar len to un ka khayal chhod do. beshak allah toba qubool karne wala, meherban hai. toba jis ko qubool karna allah ke zame hai woh un logon ki hai jo buri harkat nadani se kar bethte hain, phir jald hi toba kar lete hain. wohi hain jin ki toba allah qubool karta hai, aur allah janne wala, hikmat wala hai. aur aise logon ki toba nahi hai</w:t>
      </w:r>
    </w:p>
    <w:p>
      <w:pPr>
        <w:jc w:val="right"/>
      </w:pPr>
      <w:r>
        <w:t>ذاب ہے۔ اور تمہاری عورتوں میں سے جو کوئی بدکاری کرے تو ان پر اپنوں میں سے چار مرد گواہ کرو۔ پھر اگر وہ گواہی دے دیں تو ان عورتوں کو گھروں کے اندر بند رکھو، یہاں تک کہ ان کو موت اٹھا لے یا اللہ ان کے لیے کوئی راہ نکال دے۔ اور تم میں سے دو مرد جو وہی بدکاری کریں تو ان کو اذیت پہنچاؤ۔ پھر اگر وہ دونوں توبہ کریں اور اپنی</w:t>
      </w:r>
    </w:p>
    <w:p>
      <w:r>
        <w:rPr>
          <w:b/>
        </w:rPr>
        <w:t xml:space="preserve">[06:32] </w:t>
      </w:r>
      <w:r>
        <w:t>jo barabar gunah karte rahen, yahan tak ke jab maut un mein se kisi ke samne aa jaye tab woh kahe ke ab mein toba karta hoon. aur na aise logon ki toba hai jo is hal mein marte hain ke woh munkir hain. un ke liye to hum ne dardnak azab tayar kar rakha hai. aye imaan walo! tumhare liye jaiz nahi ke tum auraton ko zabardasti apni miras mein le lo, aur na un ko is ghraz se</w:t>
      </w:r>
    </w:p>
    <w:p>
      <w:pPr>
        <w:jc w:val="right"/>
      </w:pPr>
      <w:r>
        <w:t>اصلاح کر لیں تو ان کا خیال چھوڑ دو۔ بے شک اللہ توبہ قبول کرنے والا، مہربان ہے۔ توبہ جس کو قبول کرنا اللہ کے ذمے ہے وہ ان لوگوں کی ہے جو بری حرکت نادانی سے کر بیٹھتے ہیں، پھر جلد ہی توبہ کر لیتے ہیں۔ وہی ہیں جن کی توبہ اللہ قبول کرتا ہے، اور اللہ جاننے والا، حکمت والا ہے۔ اور ایسے لوگوں کی توبہ نہیں ہے</w:t>
      </w:r>
    </w:p>
    <w:p>
      <w:r>
        <w:rPr>
          <w:b/>
        </w:rPr>
        <w:t xml:space="preserve">[07:02] </w:t>
      </w:r>
      <w:r>
        <w:t>jo barabar gunah karte rahen, yahan tak ke jab maut un mein se kisi ke samne aa jaye</w:t>
      </w:r>
    </w:p>
    <w:p>
      <w:pPr>
        <w:jc w:val="right"/>
      </w:pPr>
      <w:r>
        <w:t>جو برابر گناہ کرتے رہیں، یہاں تک کہ جب موت ان میں سے کسی کے سامنے آ جائے</w:t>
      </w:r>
    </w:p>
    <w:p>
      <w:r>
        <w:rPr>
          <w:b/>
        </w:rPr>
        <w:t xml:space="preserve">[07:06] </w:t>
      </w:r>
      <w:r>
        <w:t>tab woh kahe ke ab mein tauba karta hoon.</w:t>
      </w:r>
    </w:p>
    <w:p>
      <w:pPr>
        <w:jc w:val="right"/>
      </w:pPr>
      <w:r>
        <w:t>تب وہ کہے کہ اب میں توبہ کرتا ہوں۔</w:t>
      </w:r>
    </w:p>
    <w:p>
      <w:r>
        <w:rPr>
          <w:b/>
        </w:rPr>
        <w:t xml:space="preserve">[07:10] </w:t>
      </w:r>
      <w:r>
        <w:t>aur na un logon ki tauba hai jo is hal mein marte hain ke woh munkir hain.</w:t>
      </w:r>
    </w:p>
    <w:p>
      <w:pPr>
        <w:jc w:val="right"/>
      </w:pPr>
      <w:r>
        <w:t>اور نہ ان لوگوں کی توبہ ہے جو اس حال میں مرتے ہیں کہ وہ منکر ہیں۔</w:t>
      </w:r>
    </w:p>
    <w:p>
      <w:r>
        <w:rPr>
          <w:b/>
        </w:rPr>
        <w:t xml:space="preserve">[07:15] </w:t>
      </w:r>
      <w:r>
        <w:t>unke liye to hum ne dardnak azab tayar kar rakha hai.</w:t>
      </w:r>
    </w:p>
    <w:p>
      <w:pPr>
        <w:jc w:val="right"/>
      </w:pPr>
      <w:r>
        <w:t>ان کے لیے تو ہم نے دردناک عذاب تیار کر رکھا ہے۔</w:t>
      </w:r>
    </w:p>
    <w:p>
      <w:r>
        <w:rPr>
          <w:b/>
        </w:rPr>
        <w:t xml:space="preserve">[07:19] </w:t>
      </w:r>
      <w:r>
        <w:t>ae iman walo!</w:t>
      </w:r>
    </w:p>
    <w:p>
      <w:pPr>
        <w:jc w:val="right"/>
      </w:pPr>
      <w:r>
        <w:t>اے ایمان والو!</w:t>
      </w:r>
    </w:p>
    <w:p>
      <w:r>
        <w:rPr>
          <w:b/>
        </w:rPr>
        <w:t xml:space="preserve">[07:23] </w:t>
      </w:r>
      <w:r>
        <w:t>tumhare liye jaiz nahi ke tum auraton ko zabardasti apni miras mein le lo, aur na unko</w:t>
      </w:r>
    </w:p>
    <w:p>
      <w:pPr>
        <w:jc w:val="right"/>
      </w:pPr>
      <w:r>
        <w:t>تمہارے لیے جائز نہیں کہ تم عورتوں کو زبردستی اپنی میراث میں لے لو، اور نہ ان کو</w:t>
      </w:r>
    </w:p>
    <w:p>
      <w:r>
        <w:rPr>
          <w:b/>
        </w:rPr>
        <w:t xml:space="preserve">[07:28] </w:t>
      </w:r>
      <w:r>
        <w:t>is gharz se</w:t>
      </w:r>
    </w:p>
    <w:p>
      <w:pPr>
        <w:jc w:val="right"/>
      </w:pPr>
      <w:r>
        <w:t>اس غرض سے</w:t>
      </w:r>
    </w:p>
    <w:p>
      <w:r>
        <w:rPr>
          <w:b/>
        </w:rPr>
        <w:t xml:space="preserve">[07:32] </w:t>
      </w:r>
      <w:r>
        <w:t>in ko us mein se kuch wapas na lo.</w:t>
      </w:r>
    </w:p>
    <w:p>
      <w:pPr>
        <w:jc w:val="right"/>
      </w:pPr>
      <w:r>
        <w:t>روکے رکھو کہ تم نے جو کچھ ان کو دیا ہے اس کا کچھ حصہ ان سے لے لو۔ مگر اس صورت میں کہ وہ کھلی ہوئی بے حیائی کریں، اور ان کے ساتھ اچھی طرح گزر بسر کرو۔ اگر وہ تم کو ناپسند ہوں تو ہو سکتا ہے کہ ایک چیز تم کو پسند نہ ہو مگر اللہ نے اس میں تمہارے لیے بہت بڑی بھلائی رکھ دی ہو۔ اور اگر تم ایک بیوی کی جگہ دوسری بیوی بدلنا چاہو اور تم اس کو بہت سا مال دے</w:t>
      </w:r>
    </w:p>
    <w:p>
      <w:r>
        <w:rPr>
          <w:b/>
        </w:rPr>
        <w:t xml:space="preserve">[08:02] </w:t>
      </w:r>
      <w:r>
        <w:t>chuke ho to tum is mein se kuch wapas na lo. kya tum is ko buhtan laga kar aur sareeh zulm kar ke wapas lo ge? aur tum kis tarah is ko lo ge jabke ek doosre se khuloat kar chuka hai, aur woh tum se pakhta ehad le chuki hain? aur un auraton se nikah mat karo jin se tumhare baap nikah kar chuke hain, magar jo pehle ho chuka. beshak yeh be-hayai hai aur nafrat ki baat hai, aur bohat</w:t>
      </w:r>
    </w:p>
    <w:p>
      <w:pPr>
        <w:jc w:val="right"/>
      </w:pPr>
      <w:r>
        <w:t>چکے ہو تو تم اس میں سے کچھ واپس نہ لو۔ کیا تم اس کو بہتان لگا کر اور صریح ظلم کر کے واپس لو گے؟ اور تم کس طرح اس کو لو گے جبکہ ایک دوسرے سے خلوت کر چکا ہے، اور وہ تم سے پختہ عہد لے چکی ہیں؟ اور ان عورتوں سے نکاح مت کرو جن سے تمہارے باپ نکاح کر چکے ہیں، مگر جو پہلے ہو چکا۔ بے شک یہ بے حیائی ہے اور نفرت کی بات ہے، اور بہت</w:t>
      </w:r>
    </w:p>
    <w:p>
      <w:r>
        <w:rPr>
          <w:b/>
        </w:rPr>
        <w:t xml:space="preserve">[08:32] </w:t>
      </w:r>
      <w:r>
        <w:t>bara tareeqa hai.</w:t>
      </w:r>
    </w:p>
    <w:p>
      <w:pPr>
        <w:jc w:val="right"/>
      </w:pPr>
      <w:r>
        <w:t>برا طریقہ ہے۔</w:t>
      </w:r>
    </w:p>
    <w:p>
      <w:r>
        <w:rPr>
          <w:b/>
        </w:rPr>
        <w:t xml:space="preserve">[08:38] </w:t>
      </w:r>
      <w:r>
        <w:t>tumhare upar haram ki gayen tumhari maen, tumhari betiyan, tumhari behnen, tumhari phuphiyan, tumhari khalaen, tumhari bhatijiyan aur</w:t>
      </w:r>
    </w:p>
    <w:p>
      <w:pPr>
        <w:jc w:val="right"/>
      </w:pPr>
      <w:r>
        <w:t>تمہارے اوپر حرام کی گئیں تمہاری مائیں، تمہاری بیٹیاں، تمہاری بہنیں، تمہاری پھوپھیاں، تمہاری خالائیں، تمہاری بھتیجیاں اور</w:t>
      </w:r>
    </w:p>
    <w:p>
      <w:r>
        <w:rPr>
          <w:b/>
        </w:rPr>
        <w:t xml:space="preserve">[08:44] </w:t>
      </w:r>
      <w:r>
        <w:t>bhanjiyan, aur tumhari woh maen jinhon ne tum ko doodh pilaya.</w:t>
      </w:r>
    </w:p>
    <w:p>
      <w:pPr>
        <w:jc w:val="right"/>
      </w:pPr>
      <w:r>
        <w:t>بھانجیاں، اور تمہاری وہ مائیں جنہوں نے تم کو دودھ پلایا۔</w:t>
      </w:r>
    </w:p>
    <w:p>
      <w:r>
        <w:rPr>
          <w:b/>
        </w:rPr>
        <w:t xml:space="preserve">[08:50] </w:t>
      </w:r>
      <w:r>
        <w:t>tumhari doodh shareek behnen, tumhari aurton ki maen aur un ki betiyan jo tumhari parwarish mein hain, jo</w:t>
      </w:r>
    </w:p>
    <w:p>
      <w:pPr>
        <w:jc w:val="right"/>
      </w:pPr>
      <w:r>
        <w:t>تمہاری دودھ شریک بہنیں، تمہاری عورتوں کی مائیں اور ان کی بیٹیاں جو تمہاری پرورش میں ہیں، جو</w:t>
      </w:r>
    </w:p>
    <w:p>
      <w:r>
        <w:rPr>
          <w:b/>
        </w:rPr>
        <w:t xml:space="preserve">[08:56] </w:t>
      </w:r>
      <w:r>
        <w:t>tumhari un biwion se hon jin se tum ne sohbat ki hai. lekin</w:t>
      </w:r>
    </w:p>
    <w:p>
      <w:pPr>
        <w:jc w:val="right"/>
      </w:pPr>
      <w:r>
        <w:t>تمہاری ان بیویوں سے ہوں جن سے تم نے صحبت کی ہے۔ لیکن</w:t>
      </w:r>
    </w:p>
    <w:p>
      <w:r>
        <w:rPr>
          <w:b/>
        </w:rPr>
        <w:t xml:space="preserve">[09:02] </w:t>
      </w:r>
      <w:r>
        <w:t>agar abhi tum ne in se sohbat na ki ho to tum par koi gunah nahin. aur tumhare sulbi beton ki biwiyan, aur yeh ke tum ikatha karo do behnon ko magar jo pehle ho chuka. beshak Allah bakhshne wala, meharban hai. aur woh auratein bhi haram hain jo kisi doosre ke nikah mein hon magar yeh ke woh jang mein tumhare haath aayen. yeh Allah ka hukum hai tumhare upar.</w:t>
      </w:r>
    </w:p>
    <w:p>
      <w:pPr>
        <w:jc w:val="right"/>
      </w:pPr>
      <w:r>
        <w:t>اگر ابھی تم نے ان سے صحبت نہ کی ہو تو تم پر کوئی گناہ نہیں۔ اور تمہارے سلبی بیٹوں کی بیویاں، اور یہ کہ تم اکٹھا کرو دو بہنوں کو مگر جو پہلے ہو چکا۔ بے شک اللہ بخشنے والا، مہربان ہے۔ اور وہ عورتیں بھی حرام ہیں جو کسی دوسرے کے نکاح میں ہوں مگر یہ کہ وہ جنگ میں تمہارے ہاتھ آئیں۔ یہ اللہ کا حکم ہے تمہارے اوپر۔</w:t>
      </w:r>
    </w:p>
    <w:p>
      <w:r>
        <w:rPr>
          <w:b/>
        </w:rPr>
        <w:t xml:space="preserve">[09:32] </w:t>
      </w:r>
      <w:r>
        <w:t>in ke ilawa jo aurten hain woh sab tumhare liye halaal hain, bashart-e-ke tum apne maal ke zariye</w:t>
      </w:r>
    </w:p>
    <w:p>
      <w:pPr>
        <w:jc w:val="right"/>
      </w:pPr>
      <w:r>
        <w:t>ان کے علاوہ جو عورتیں ہیں وہ سب تمہارے لیے حلال ہیں، بشرطیکہ تم اپنے مال کے ذریعے</w:t>
      </w:r>
    </w:p>
    <w:p>
      <w:r>
        <w:rPr>
          <w:b/>
        </w:rPr>
        <w:t xml:space="preserve">[09:36] </w:t>
      </w:r>
      <w:r>
        <w:t>se un ke talib bano.</w:t>
      </w:r>
    </w:p>
    <w:p>
      <w:pPr>
        <w:jc w:val="right"/>
      </w:pPr>
      <w:r>
        <w:t>سے ان کے طالب بنو۔</w:t>
      </w:r>
    </w:p>
    <w:p>
      <w:r>
        <w:rPr>
          <w:b/>
        </w:rPr>
        <w:t xml:space="preserve">[09:41] </w:t>
      </w:r>
      <w:r>
        <w:t>in ko qaid-e-nikah mein le kar na ke badkari ke taur par.</w:t>
      </w:r>
    </w:p>
    <w:p>
      <w:pPr>
        <w:jc w:val="right"/>
      </w:pPr>
      <w:r>
        <w:t>ان کو قید نکاح میں لے کر نہ کہ بدکاری کے طور پر۔</w:t>
      </w:r>
    </w:p>
    <w:p>
      <w:r>
        <w:rPr>
          <w:b/>
        </w:rPr>
        <w:t xml:space="preserve">[09:45] </w:t>
      </w:r>
      <w:r>
        <w:t>phir in aurton mein se jin ko tum kaam mein laye un ko un ka tay shuda mahr de do.</w:t>
      </w:r>
    </w:p>
    <w:p>
      <w:pPr>
        <w:jc w:val="right"/>
      </w:pPr>
      <w:r>
        <w:t>پھر ان عورتوں میں سے جن کو تم کام میں لائے ان کو ان کا طے شدہ مہر دے دو۔</w:t>
      </w:r>
    </w:p>
    <w:p>
      <w:r>
        <w:rPr>
          <w:b/>
        </w:rPr>
        <w:t xml:space="preserve">[09:49] </w:t>
      </w:r>
      <w:r>
        <w:t>aur mahr ke thahranay ke baad jo tum ne aapas mein razi nama kiya ho to us mein</w:t>
      </w:r>
    </w:p>
    <w:p>
      <w:pPr>
        <w:jc w:val="right"/>
      </w:pPr>
      <w:r>
        <w:t>اور مہر کے ٹھہرانے کے بعد جو تم نے آپس میں راضی نامہ کیا ہو تو اس میں</w:t>
      </w:r>
    </w:p>
    <w:p>
      <w:r>
        <w:rPr>
          <w:b/>
        </w:rPr>
        <w:t xml:space="preserve">[09:53] </w:t>
      </w:r>
      <w:r>
        <w:t>koi gunah nahin.</w:t>
      </w:r>
    </w:p>
    <w:p>
      <w:pPr>
        <w:jc w:val="right"/>
      </w:pPr>
      <w:r>
        <w:t>کوئی گناہ نہیں۔</w:t>
      </w:r>
    </w:p>
    <w:p>
      <w:r>
        <w:rPr>
          <w:b/>
        </w:rPr>
        <w:t xml:space="preserve">[09:58] </w:t>
      </w:r>
      <w:r>
        <w:t>beshak Allah janne wala, hakeem</w:t>
      </w:r>
    </w:p>
    <w:p>
      <w:pPr>
        <w:jc w:val="right"/>
      </w:pPr>
      <w:r>
        <w:t>بے شک اللہ جاننے والا، حک</w:t>
      </w:r>
    </w:p>
    <w:p>
      <w:r>
        <w:rPr>
          <w:b/>
        </w:rPr>
        <w:t xml:space="preserve">[10:02] </w:t>
      </w:r>
      <w:r>
        <w:t>wal-e-hai.</w:t>
      </w:r>
    </w:p>
    <w:p>
      <w:pPr>
        <w:jc w:val="right"/>
      </w:pPr>
      <w:r>
        <w:t>مت والا ہے۔</w:t>
      </w:r>
    </w:p>
    <w:p>
      <w:r>
        <w:rPr>
          <w:b/>
        </w:rPr>
        <w:t xml:space="preserve">[10:06] </w:t>
      </w:r>
      <w:r>
        <w:t>aur tum mein se jo shakhs qudrat na rakhta ho ke azaad musalman aurton se nikah kar sake</w:t>
      </w:r>
    </w:p>
    <w:p>
      <w:pPr>
        <w:jc w:val="right"/>
      </w:pPr>
      <w:r>
        <w:t>اور تم میں سے جو شخص قدرت نہ رکھتا ہو کہ آزاد مسلمان عورتوں سے نکاح کر سکے</w:t>
      </w:r>
    </w:p>
    <w:p>
      <w:r>
        <w:rPr>
          <w:b/>
        </w:rPr>
        <w:t xml:space="preserve">[10:10] </w:t>
      </w:r>
      <w:r>
        <w:t>to us ko chahiye ke woh tumhari un kaneezon mein se kisi ke sath nikah kar le jo</w:t>
      </w:r>
    </w:p>
    <w:p>
      <w:pPr>
        <w:jc w:val="right"/>
      </w:pPr>
      <w:r>
        <w:t>تو اس کو چاہیے کہ وہ تمہاری ان کنیزوں میں سے کسی کے ساتھ نکاح کر لے جو</w:t>
      </w:r>
    </w:p>
    <w:p>
      <w:r>
        <w:rPr>
          <w:b/>
        </w:rPr>
        <w:t xml:space="preserve">[10:13] </w:t>
      </w:r>
      <w:r>
        <w:t>tumhare qabze mein hon aur momina hon.</w:t>
      </w:r>
    </w:p>
    <w:p>
      <w:pPr>
        <w:jc w:val="right"/>
      </w:pPr>
      <w:r>
        <w:t>تمہارے قبضے میں ہوں اور مومنہ ہوں۔</w:t>
      </w:r>
    </w:p>
    <w:p>
      <w:r>
        <w:rPr>
          <w:b/>
        </w:rPr>
        <w:t xml:space="preserve">[10:17] </w:t>
      </w:r>
      <w:r>
        <w:t>Allah tumhare iman ko khoob janta hai.</w:t>
      </w:r>
    </w:p>
    <w:p>
      <w:pPr>
        <w:jc w:val="right"/>
      </w:pPr>
      <w:r>
        <w:t>اللہ تمہارے ایمان کو خوب جانتا ہے۔</w:t>
      </w:r>
    </w:p>
    <w:p>
      <w:r>
        <w:rPr>
          <w:b/>
        </w:rPr>
        <w:t xml:space="preserve">[10:21] </w:t>
      </w:r>
      <w:r>
        <w:t>tum aapas mein ek ho.</w:t>
      </w:r>
    </w:p>
    <w:p>
      <w:pPr>
        <w:jc w:val="right"/>
      </w:pPr>
      <w:r>
        <w:t>تم آپس میں ایک ہو۔</w:t>
      </w:r>
    </w:p>
    <w:p>
      <w:r>
        <w:rPr>
          <w:b/>
        </w:rPr>
        <w:t xml:space="preserve">[10:25] </w:t>
      </w:r>
      <w:r>
        <w:t>pas un ke malikon ki ijazat se un se nikah kar lo, aur maroof tareeqe se un ke</w:t>
      </w:r>
    </w:p>
    <w:p>
      <w:pPr>
        <w:jc w:val="right"/>
      </w:pPr>
      <w:r>
        <w:t>پس ان کے مالکوں کی اجازت سے ان سے نکاح کر لو، اور معروف طریقے سے ان کے</w:t>
      </w:r>
    </w:p>
    <w:p>
      <w:r>
        <w:rPr>
          <w:b/>
        </w:rPr>
        <w:t xml:space="preserve">[10:28] </w:t>
      </w:r>
      <w:r>
        <w:t>mahr ada karo. is</w:t>
      </w:r>
    </w:p>
    <w:p>
      <w:pPr>
        <w:jc w:val="right"/>
      </w:pPr>
      <w:r>
        <w:t>مہر ادا کرو۔ اس</w:t>
      </w:r>
    </w:p>
    <w:p>
      <w:r>
        <w:rPr>
          <w:b/>
        </w:rPr>
        <w:t xml:space="preserve">[10:32] </w:t>
      </w:r>
      <w:r>
        <w:t>tarah ke woh qaid-e-nikah mein layen jayen na ke azaad shahwat rani karen aur chori chhupe ashna'iyan karen.</w:t>
      </w:r>
    </w:p>
    <w:p>
      <w:pPr>
        <w:jc w:val="right"/>
      </w:pPr>
      <w:r>
        <w:t>طرح کہ وہ قید نکاح میں لائی جائیں نہ کہ آزاد شہوت رانی کریں اور چوری چھپے آشنائیاں کریں۔</w:t>
      </w:r>
    </w:p>
    <w:p>
      <w:r>
        <w:rPr>
          <w:b/>
        </w:rPr>
        <w:t xml:space="preserve">[10:37] </w:t>
      </w:r>
      <w:r>
        <w:t>phir jab woh qaid-e-nikah mein aa jayen aur is ke baad woh badkari ki murtakib hon to</w:t>
      </w:r>
    </w:p>
    <w:p>
      <w:pPr>
        <w:jc w:val="right"/>
      </w:pPr>
      <w:r>
        <w:t>پھر جب وہ قید نکاح میں آ جائیں اور اس کے بعد وہ بدکاری کی مرتکب ہوں تو</w:t>
      </w:r>
    </w:p>
    <w:p>
      <w:r>
        <w:rPr>
          <w:b/>
        </w:rPr>
        <w:t xml:space="preserve">[10:42] </w:t>
      </w:r>
      <w:r>
        <w:t>azaad aurton ke liye jo saza hai us ki nisf saza un par hai.</w:t>
      </w:r>
    </w:p>
    <w:p>
      <w:pPr>
        <w:jc w:val="right"/>
      </w:pPr>
      <w:r>
        <w:t>آزاد عورتوں کے لیے جو سزا ہے اس کی نصف سزا ان پر ہے۔</w:t>
      </w:r>
    </w:p>
    <w:p>
      <w:r>
        <w:rPr>
          <w:b/>
        </w:rPr>
        <w:t xml:space="preserve">[10:47] </w:t>
      </w:r>
      <w:r>
        <w:t>yeh is liye hai jo tum mein se badkari ka andesha rakhta ho.</w:t>
      </w:r>
    </w:p>
    <w:p>
      <w:pPr>
        <w:jc w:val="right"/>
      </w:pPr>
      <w:r>
        <w:t>یہ اس لیے ہے جو تم میں سے بدکاری کا اندیشہ رکھتا ہو۔</w:t>
      </w:r>
    </w:p>
    <w:p>
      <w:r>
        <w:rPr>
          <w:b/>
        </w:rPr>
        <w:t xml:space="preserve">[10:52] </w:t>
      </w:r>
      <w:r>
        <w:t>aur agar tum zabt se kaam lo to yeh tumhare liye zyada behtar hai.</w:t>
      </w:r>
    </w:p>
    <w:p>
      <w:pPr>
        <w:jc w:val="right"/>
      </w:pPr>
      <w:r>
        <w:t>اور اگر تم ضبط سے کام لو تو یہ تمہارے لیے زیادہ بہتر ہے۔</w:t>
      </w:r>
    </w:p>
    <w:p>
      <w:r>
        <w:rPr>
          <w:b/>
        </w:rPr>
        <w:t xml:space="preserve">[10:57] </w:t>
      </w:r>
      <w:r>
        <w:t>aur Allah bakhshne wala, ra</w:t>
      </w:r>
    </w:p>
    <w:p>
      <w:pPr>
        <w:jc w:val="right"/>
      </w:pPr>
      <w:r>
        <w:t>اور اللہ بخشنے والا، ر</w:t>
      </w:r>
    </w:p>
    <w:p>
      <w:r>
        <w:rPr>
          <w:b/>
        </w:rPr>
        <w:t xml:space="preserve">[11:02] </w:t>
      </w:r>
      <w:r>
        <w:t>ham karne wala hai. Allah chahta hai ke woh tumhare waste bayan kare aur tumhein un logon ke tareeqon ki hidayat de jo tum se pehle guzar chuke hain, aur tum par tawajjuh kare. Allah janne wala, hikmat wala hai. aur Allah chahta hai ke woh tumhare upar tawajjuh kare, aur jo log apni khwahishat ki pairwi kar rahe hain woh chahte hain ke tum rah-e-rast se bohat door nikal jao. Allah chahta hai ke</w:t>
      </w:r>
    </w:p>
    <w:p>
      <w:pPr>
        <w:jc w:val="right"/>
      </w:pPr>
      <w:r>
        <w:t>حم کرنے والا ہے۔ اللہ چاہتا ہے کہ وہ تمہارے واسطے بیان کرے اور تمہیں ان لوگوں کے طریقوں کی ہدایت دے جو تم سے پہلے گزر چکے ہیں، اور تم پر توجہ کرے۔ اللہ جاننے والا، حکمت والا ہے۔ اور اللہ چاہتا ہے کہ وہ تمہارے اوپر توجہ کرے، اور جو لوگ اپنی خواہشات کی پیروی کر رہے ہیں وہ چاہتے ہیں کہ تم راہ راست سے بہت دور نکل جاؤ۔ اللہ چاہتا ہے کہ</w:t>
      </w:r>
    </w:p>
    <w:p>
      <w:r>
        <w:rPr>
          <w:b/>
        </w:rPr>
        <w:t xml:space="preserve">[11:32] </w:t>
      </w:r>
      <w:r>
        <w:t>tum se bojh ko halka kare, aur insaan kamzor banaya gaya hai.</w:t>
      </w:r>
    </w:p>
    <w:p>
      <w:pPr>
        <w:jc w:val="right"/>
      </w:pPr>
      <w:r>
        <w:t>تم سے بوجھ کو ہلکا کرے، اور انسان کمزور بنایا گیا ہے۔</w:t>
      </w:r>
    </w:p>
    <w:p>
      <w:r>
        <w:rPr>
          <w:b/>
        </w:rPr>
        <w:t xml:space="preserve">[11:37] </w:t>
      </w:r>
      <w:r>
        <w:t>ae imaan walo!</w:t>
      </w:r>
    </w:p>
    <w:p>
      <w:pPr>
        <w:jc w:val="right"/>
      </w:pPr>
      <w:r>
        <w:t>اے ایمان والو!</w:t>
      </w:r>
    </w:p>
    <w:p>
      <w:r>
        <w:rPr>
          <w:b/>
        </w:rPr>
        <w:t xml:space="preserve">[11:41] </w:t>
      </w:r>
      <w:r>
        <w:t>aapas mein ek doosre ka maal na-haq taur par na khao, magar yeh ke tijarat ho aapas ki</w:t>
      </w:r>
    </w:p>
    <w:p>
      <w:pPr>
        <w:jc w:val="right"/>
      </w:pPr>
      <w:r>
        <w:t>آپس میں ایک دوسرے کا مال ناحق طور پر نہ کھاؤ، مگر یہ کہ تجارت ہو آپس کی</w:t>
      </w:r>
    </w:p>
    <w:p>
      <w:r>
        <w:rPr>
          <w:b/>
        </w:rPr>
        <w:t xml:space="preserve">[11:45] </w:t>
      </w:r>
      <w:r>
        <w:t>khushi se, aur khoon na karo aapas mein.</w:t>
      </w:r>
    </w:p>
    <w:p>
      <w:pPr>
        <w:jc w:val="right"/>
      </w:pPr>
      <w:r>
        <w:t>خوشی سے، اور خون نہ کرو آپس میں۔</w:t>
      </w:r>
    </w:p>
    <w:p>
      <w:r>
        <w:rPr>
          <w:b/>
        </w:rPr>
        <w:t xml:space="preserve">[11:50] </w:t>
      </w:r>
      <w:r>
        <w:t>beshak Allah tumhare upar bada meherban hai.</w:t>
      </w:r>
    </w:p>
    <w:p>
      <w:pPr>
        <w:jc w:val="right"/>
      </w:pPr>
      <w:r>
        <w:t>بے شک اللہ تمہارے اوپر بڑا مہربان ہے۔</w:t>
      </w:r>
    </w:p>
    <w:p>
      <w:r>
        <w:rPr>
          <w:b/>
        </w:rPr>
        <w:t xml:space="preserve">[11:54] </w:t>
      </w:r>
      <w:r>
        <w:t>aur jo shakhs sarkashi aur zulm se aisa karega us ko hum zaroor aag mein dalenge,</w:t>
      </w:r>
    </w:p>
    <w:p>
      <w:pPr>
        <w:jc w:val="right"/>
      </w:pPr>
      <w:r>
        <w:t>اور جو شخص سرکشی اور ظلم سے ایسا کرے گا اس کو ہم ضرور آگ میں ڈالیں گے،</w:t>
      </w:r>
    </w:p>
    <w:p>
      <w:r>
        <w:rPr>
          <w:b/>
        </w:rPr>
        <w:t xml:space="preserve">[11:58] </w:t>
      </w:r>
      <w:r>
        <w:t>aur yeh Allah ke liye</w:t>
      </w:r>
    </w:p>
    <w:p>
      <w:pPr>
        <w:jc w:val="right"/>
      </w:pPr>
      <w:r>
        <w:t>اور یہ اللہ کے لیے</w:t>
      </w:r>
    </w:p>
    <w:p>
      <w:r>
        <w:rPr>
          <w:b/>
        </w:rPr>
        <w:t xml:space="preserve">[12:03] </w:t>
      </w:r>
      <w:r>
        <w:t>aasan hai. agar tum in barhe gunahon se bachte rahe jin se tumhein mana kiya gaya hai to hum tumhari choti buraiyon ko maaf kar denge, aur tum ko izzat ki jagah dakhil karenge. aur tum aisi cheez ki tamanna na karo jis mein Allah ne tum mein se ek ko doosre par barhai di hai. mardon ke liye hissa hai apni kamai ka, aur auraton ke liye hissa hai apni kamai ka. aur Allah se is ka fazl</w:t>
      </w:r>
    </w:p>
    <w:p>
      <w:pPr>
        <w:jc w:val="right"/>
      </w:pPr>
      <w:r>
        <w:t>آسان ہے۔ اگر تم ان بڑے گناہوں سے بچتے رہے جن سے تمہیں منع کیا گیا ہے تو ہم تمہاری چھوٹی برائیوں کو معاف کر دیں گے، اور تم کو عزت کی جگہ داخل کریں گے۔ اور تم ایسی چیز کی تمنا نہ کرو جس میں اللہ نے تم میں سے ایک کو دوسرے پر بڑائی دی ہے۔ مردوں کے لیے حصہ ہے اپنی کمائی کا، اور عورتوں کے لیے حصہ ہے اپنی کمائی کا۔ اور اللہ سے اس کا فضل</w:t>
      </w:r>
    </w:p>
    <w:p>
      <w:r>
        <w:rPr>
          <w:b/>
        </w:rPr>
        <w:t xml:space="preserve">[12:33] </w:t>
      </w:r>
      <w:r>
        <w:t>mango.</w:t>
      </w:r>
    </w:p>
    <w:p>
      <w:pPr>
        <w:jc w:val="right"/>
      </w:pPr>
      <w:r>
        <w:t>مانگو۔</w:t>
      </w:r>
    </w:p>
    <w:p>
      <w:r>
        <w:rPr>
          <w:b/>
        </w:rPr>
        <w:t xml:space="preserve">[12:37] </w:t>
      </w:r>
      <w:r>
        <w:t>beshak Allah har cheez ka ilm rakhta hai.</w:t>
      </w:r>
    </w:p>
    <w:p>
      <w:pPr>
        <w:jc w:val="right"/>
      </w:pPr>
      <w:r>
        <w:t>بے شک اللہ ہر چیز کا علم رکھتا ہے۔</w:t>
      </w:r>
    </w:p>
    <w:p>
      <w:r>
        <w:rPr>
          <w:b/>
        </w:rPr>
        <w:t xml:space="preserve">[12:41] </w:t>
      </w:r>
      <w:r>
        <w:t>aur hum ne waldein aur qaraabat mandon ke chhode hue mein se har ek ke liye waarish thehra</w:t>
      </w:r>
    </w:p>
    <w:p>
      <w:pPr>
        <w:jc w:val="right"/>
      </w:pPr>
      <w:r>
        <w:t>اور ہم نے والدین اور قرابت مندوں کے چھوڑے ہوئے میں سے ہر ایک کے لیے وارث ٹھہرا</w:t>
      </w:r>
    </w:p>
    <w:p>
      <w:r>
        <w:rPr>
          <w:b/>
        </w:rPr>
        <w:t xml:space="preserve">[12:46] </w:t>
      </w:r>
      <w:r>
        <w:t>diye hain, aur jin se tum ne ahad baandh rakha ho to un ko un ka hissa de do.</w:t>
      </w:r>
    </w:p>
    <w:p>
      <w:pPr>
        <w:jc w:val="right"/>
      </w:pPr>
      <w:r>
        <w:t>دیے ہیں، اور جن سے تم نے عہد باندھ رکھا ہو تو ان کو ان کا حصہ دے دو۔</w:t>
      </w:r>
    </w:p>
    <w:p>
      <w:r>
        <w:rPr>
          <w:b/>
        </w:rPr>
        <w:t xml:space="preserve">[12:50] </w:t>
      </w:r>
      <w:r>
        <w:t>beshak Allah ke roobaroo hai har cheez.</w:t>
      </w:r>
    </w:p>
    <w:p>
      <w:pPr>
        <w:jc w:val="right"/>
      </w:pPr>
      <w:r>
        <w:t>بے شک اللہ کے روبرو ہے ہر چیز۔</w:t>
      </w:r>
    </w:p>
    <w:p>
      <w:r>
        <w:rPr>
          <w:b/>
        </w:rPr>
        <w:t xml:space="preserve">[12:54] </w:t>
      </w:r>
      <w:r>
        <w:t>mard auraton ke upar qawwam hain, is bina par ke Allah ne ek doosre par barhai di hai,</w:t>
      </w:r>
    </w:p>
    <w:p>
      <w:pPr>
        <w:jc w:val="right"/>
      </w:pPr>
      <w:r>
        <w:t>مرد عورتوں کے اوپر قوام ہیں، اس بنا پر کہ اللہ نے ایک دوسرے پر بڑائی دی ہے،</w:t>
      </w:r>
    </w:p>
    <w:p>
      <w:r>
        <w:rPr>
          <w:b/>
        </w:rPr>
        <w:t xml:space="preserve">[12:58] </w:t>
      </w:r>
      <w:r>
        <w:t>aur is bina par ke mard ne</w:t>
      </w:r>
    </w:p>
    <w:p>
      <w:pPr>
        <w:jc w:val="right"/>
      </w:pPr>
      <w:r>
        <w:t>اور اس بنا پر کہ مرد نے</w:t>
      </w:r>
    </w:p>
    <w:p>
      <w:r>
        <w:rPr>
          <w:b/>
        </w:rPr>
        <w:t xml:space="preserve">[13:03] </w:t>
      </w:r>
      <w:r>
        <w:t>apne maal kharch kiye.</w:t>
      </w:r>
    </w:p>
    <w:p>
      <w:pPr>
        <w:jc w:val="right"/>
      </w:pPr>
      <w:r>
        <w:t>اپنے مال خرچ کیے۔</w:t>
      </w:r>
    </w:p>
    <w:p>
      <w:r>
        <w:rPr>
          <w:b/>
        </w:rPr>
        <w:t xml:space="preserve">[13:08] </w:t>
      </w:r>
      <w:r>
        <w:t>pas jo nek auratein hain woh farmanbardari karne wali peeth peeche nigahbani karti hain Allah ki hifazat se.</w:t>
      </w:r>
    </w:p>
    <w:p>
      <w:pPr>
        <w:jc w:val="right"/>
      </w:pPr>
      <w:r>
        <w:t>پس جو نیک عورتیں ہیں وہ فرمانبرداری کرنے والی پیٹھ پیچھے نگہبانی کرتی ہیں اللہ کی حفاظت سے۔</w:t>
      </w:r>
    </w:p>
    <w:p>
      <w:r>
        <w:rPr>
          <w:b/>
        </w:rPr>
        <w:t xml:space="preserve">[13:13] </w:t>
      </w:r>
      <w:r>
        <w:t>aur jin auraton se tum ko sarkashi ka andesha ho un ko samjhao, aur un ko un ke</w:t>
      </w:r>
    </w:p>
    <w:p>
      <w:pPr>
        <w:jc w:val="right"/>
      </w:pPr>
      <w:r>
        <w:t>اور جن عورتوں سے تم کو سرکشی کا اندیشہ ہو ان کو سمجھاؤ، اور ان کو ان کے</w:t>
      </w:r>
    </w:p>
    <w:p>
      <w:r>
        <w:rPr>
          <w:b/>
        </w:rPr>
        <w:t xml:space="preserve">[13:18] </w:t>
      </w:r>
      <w:r>
        <w:t>bistar mein tanha chhod do, aur un ko saza do.</w:t>
      </w:r>
    </w:p>
    <w:p>
      <w:pPr>
        <w:jc w:val="right"/>
      </w:pPr>
      <w:r>
        <w:t>بستر میں تنہا چھوڑ دو، اور ان کو سزا دو۔</w:t>
      </w:r>
    </w:p>
    <w:p>
      <w:r>
        <w:rPr>
          <w:b/>
        </w:rPr>
        <w:t xml:space="preserve">[13:23] </w:t>
      </w:r>
      <w:r>
        <w:t>pas agar woh tumhari itaa'at karein to un ke khilaaf ilzaam ki raah na talash karo.</w:t>
      </w:r>
    </w:p>
    <w:p>
      <w:pPr>
        <w:jc w:val="right"/>
      </w:pPr>
      <w:r>
        <w:t>پس اگر وہ تمہاری اطاعت کریں تو ان کے خلاف الزام کی راہ نہ تلاش کرو۔</w:t>
      </w:r>
    </w:p>
    <w:p>
      <w:r>
        <w:rPr>
          <w:b/>
        </w:rPr>
        <w:t xml:space="preserve">[13:28] </w:t>
      </w:r>
      <w:r>
        <w:t>beshak Allah sab se upar hai, bahut bada hai.</w:t>
      </w:r>
    </w:p>
    <w:p>
      <w:pPr>
        <w:jc w:val="right"/>
      </w:pPr>
      <w:r>
        <w:t>بے شک اللہ سب سے اوپر ہے، بہت بڑا ہے۔</w:t>
      </w:r>
    </w:p>
    <w:p>
      <w:r>
        <w:rPr>
          <w:b/>
        </w:rPr>
        <w:t xml:space="preserve">[13:34] </w:t>
      </w:r>
      <w:r>
        <w:t>aur agar tumhein miyan biwi ke darmiyan ta'alluqaat bigadne ka andesha ho to ek munsif mard ke rishta</w:t>
      </w:r>
    </w:p>
    <w:p>
      <w:pPr>
        <w:jc w:val="right"/>
      </w:pPr>
      <w:r>
        <w:t>اور اگر تمہیں میاں بیوی کے درمیان تعلقات بگڑنے کا اندیشہ ہو تو ایک منصف مرد کے رشتہ</w:t>
      </w:r>
    </w:p>
    <w:p>
      <w:r>
        <w:rPr>
          <w:b/>
        </w:rPr>
        <w:t xml:space="preserve">[13:39] </w:t>
      </w:r>
      <w:r>
        <w:t>daaron mein se khada karo, aur ek munsif aurat ke rishta daaron mein se khada karo.</w:t>
      </w:r>
    </w:p>
    <w:p>
      <w:pPr>
        <w:jc w:val="right"/>
      </w:pPr>
      <w:r>
        <w:t>داروں میں سے کھڑا کرو، اور ایک منصف عورت کے رشتہ داروں میں سے کھڑا کرو۔</w:t>
      </w:r>
    </w:p>
    <w:p>
      <w:r>
        <w:rPr>
          <w:b/>
        </w:rPr>
        <w:t xml:space="preserve">[13:44] </w:t>
      </w:r>
      <w:r>
        <w:t>agar dono islaah chahenge to Allah un ke darmiyan mawafqat kar dega.</w:t>
      </w:r>
    </w:p>
    <w:p>
      <w:pPr>
        <w:jc w:val="right"/>
      </w:pPr>
      <w:r>
        <w:t>اگر دونوں اصلاح چاہیں گے تو اللہ ان کے درمیان موافقت کر دے گا۔</w:t>
      </w:r>
    </w:p>
    <w:p>
      <w:r>
        <w:rPr>
          <w:b/>
        </w:rPr>
        <w:t xml:space="preserve">[13:49] </w:t>
      </w:r>
      <w:r>
        <w:t>beshak Allah sab kuch jaan ne wala, khabardar hai.</w:t>
      </w:r>
    </w:p>
    <w:p>
      <w:pPr>
        <w:jc w:val="right"/>
      </w:pPr>
      <w:r>
        <w:t>بے شک اللہ سب کچھ جاننے والا، خبردار ہے۔</w:t>
      </w:r>
    </w:p>
    <w:p>
      <w:r>
        <w:rPr>
          <w:b/>
        </w:rPr>
        <w:t xml:space="preserve">[13:54] </w:t>
      </w:r>
      <w:r>
        <w:t>aur Allah ki ibaadat karo, aur kisi cheez ko uska shareek na banao.</w:t>
      </w:r>
    </w:p>
    <w:p>
      <w:pPr>
        <w:jc w:val="right"/>
      </w:pPr>
      <w:r>
        <w:t>اور اللہ کی عبادت کرو، اور کسی چیز کو اس کا شریک نہ بناؤ۔</w:t>
      </w:r>
    </w:p>
    <w:p>
      <w:r>
        <w:rPr>
          <w:b/>
        </w:rPr>
        <w:t xml:space="preserve">[13:59] </w:t>
      </w:r>
      <w:r>
        <w:t>aur achha sulook karo</w:t>
      </w:r>
    </w:p>
    <w:p>
      <w:pPr>
        <w:jc w:val="right"/>
      </w:pPr>
      <w:r>
        <w:t>اور اچھا سلوک کرو</w:t>
      </w:r>
    </w:p>
    <w:p>
      <w:r>
        <w:rPr>
          <w:b/>
        </w:rPr>
        <w:t xml:space="preserve">[14:04] </w:t>
      </w:r>
      <w:r>
        <w:t>maa baap ke saath, aur qaraabildaaron ke saath, aur yateemon aur miskeenon, aur qaraabildaar parosi aur</w:t>
      </w:r>
    </w:p>
    <w:p>
      <w:pPr>
        <w:jc w:val="right"/>
      </w:pPr>
      <w:r>
        <w:t>ماں باپ کے ساتھ، اور قرابت داروں کے ساتھ، اور یتیموں اور مسکینوں، اور قرابت دار پڑوسی اور</w:t>
      </w:r>
    </w:p>
    <w:p>
      <w:r>
        <w:rPr>
          <w:b/>
        </w:rPr>
        <w:t xml:space="preserve">[14:09] </w:t>
      </w:r>
      <w:r>
        <w:t>ajnabi parosi, aur paas baithne wale aur musafir ke saath, aur mamlook ke saath.</w:t>
      </w:r>
    </w:p>
    <w:p>
      <w:pPr>
        <w:jc w:val="right"/>
      </w:pPr>
      <w:r>
        <w:t>اجنبی پڑوسی، اور پاس بیٹھنے والے اور مسافر کے ساتھ، اور مملوک کے ساتھ۔</w:t>
      </w:r>
    </w:p>
    <w:p>
      <w:r>
        <w:rPr>
          <w:b/>
        </w:rPr>
        <w:t xml:space="preserve">[14:14] </w:t>
      </w:r>
      <w:r>
        <w:t>beshak Allah pasand nahi karta utraane wale, badhai karne wale ko, jo ke bakhil karte hain aur</w:t>
      </w:r>
    </w:p>
    <w:p>
      <w:pPr>
        <w:jc w:val="right"/>
      </w:pPr>
      <w:r>
        <w:t>بے شک اللہ پسند نہیں کرتا اترانے والے، بڑائی کرنے والے کو، جو کہ بخل کرتے ہیں اور</w:t>
      </w:r>
    </w:p>
    <w:p>
      <w:r>
        <w:rPr>
          <w:b/>
        </w:rPr>
        <w:t xml:space="preserve">[14:19] </w:t>
      </w:r>
      <w:r>
        <w:t>doosron ko bhi bakhil sikhaate hain, aur jo kuch unhein Allah ne apne fazl se de rakha hai</w:t>
      </w:r>
    </w:p>
    <w:p>
      <w:pPr>
        <w:jc w:val="right"/>
      </w:pPr>
      <w:r>
        <w:t>دوسروں کو بھی بخل سکھاتے ہیں، اور جو کچھ انہیں اللہ نے اپنے فضل سے دے رکھا ہے</w:t>
      </w:r>
    </w:p>
    <w:p>
      <w:r>
        <w:rPr>
          <w:b/>
        </w:rPr>
        <w:t xml:space="preserve">[14:24] </w:t>
      </w:r>
      <w:r>
        <w:t>us ko chhupaate hain.</w:t>
      </w:r>
    </w:p>
    <w:p>
      <w:pPr>
        <w:jc w:val="right"/>
      </w:pPr>
      <w:r>
        <w:t>اس کو چھپاتے ہیں۔</w:t>
      </w:r>
    </w:p>
    <w:p>
      <w:r>
        <w:rPr>
          <w:b/>
        </w:rPr>
        <w:t xml:space="preserve">[14:29] </w:t>
      </w:r>
      <w:r>
        <w:t>aur hum ne munkiron ke liye</w:t>
      </w:r>
    </w:p>
    <w:p>
      <w:pPr>
        <w:jc w:val="right"/>
      </w:pPr>
      <w:r>
        <w:t>اور ہم نے منکروں کے لیے</w:t>
      </w:r>
    </w:p>
    <w:p>
      <w:r>
        <w:rPr>
          <w:b/>
        </w:rPr>
        <w:t xml:space="preserve">[14:34] </w:t>
      </w:r>
      <w:r>
        <w:t>zillat ka azaab tayyar kar rakha hai.</w:t>
      </w:r>
    </w:p>
    <w:p>
      <w:pPr>
        <w:jc w:val="right"/>
      </w:pPr>
      <w:r>
        <w:t>ذلت کا عذاب تیار کر رکھا ہے۔</w:t>
      </w:r>
    </w:p>
    <w:p>
      <w:r>
        <w:rPr>
          <w:b/>
        </w:rPr>
        <w:t xml:space="preserve">[14:40] </w:t>
      </w:r>
      <w:r>
        <w:t>aur jo log apna maal logon ko dikhane ke liye kharch karte hain, aur Allah par aur aakhirat</w:t>
      </w:r>
    </w:p>
    <w:p>
      <w:pPr>
        <w:jc w:val="right"/>
      </w:pPr>
      <w:r>
        <w:t>اور جو لوگ اپنا مال لوگوں کو دکھانے کے لیے خرچ کرتے ہیں، اور اللہ پر اور آخرت</w:t>
      </w:r>
    </w:p>
    <w:p>
      <w:r>
        <w:rPr>
          <w:b/>
        </w:rPr>
        <w:t xml:space="preserve">[14:46] </w:t>
      </w:r>
      <w:r>
        <w:t>ke din par imaan nahi rakhte, aur jis ka saathi shaitan ban jaaye to woh bohat bura saathi hai.</w:t>
      </w:r>
    </w:p>
    <w:p>
      <w:pPr>
        <w:jc w:val="right"/>
      </w:pPr>
      <w:r>
        <w:t>کے دن پر ایمان نہیں رکھتے، اور جس کا ساتھی شیطان بن جائے تو وہ بہت برا ساتھی ہے۔</w:t>
      </w:r>
    </w:p>
    <w:p>
      <w:r>
        <w:rPr>
          <w:b/>
        </w:rPr>
        <w:t xml:space="preserve">[14:52] </w:t>
      </w:r>
      <w:r>
        <w:t>un ka kya nuksaan tha agar woh Allah par aur aakhirat ke din par imaan laate, aur Allah</w:t>
      </w:r>
    </w:p>
    <w:p>
      <w:pPr>
        <w:jc w:val="right"/>
      </w:pPr>
      <w:r>
        <w:t>ان کا کیا نقصان تھا اگر وہ اللہ پر اور آخرت کے دن پر ایمان لاتے، اور اللہ</w:t>
      </w:r>
    </w:p>
    <w:p>
      <w:r>
        <w:rPr>
          <w:b/>
        </w:rPr>
        <w:t xml:space="preserve">[14:58] </w:t>
      </w:r>
      <w:r>
        <w:t>ne jo kuch unhein de rakha hai us mein se kharch karte, aur Allah un se achhi tarah ba-khabar hai. beshak</w:t>
      </w:r>
    </w:p>
    <w:p>
      <w:pPr>
        <w:jc w:val="right"/>
      </w:pPr>
      <w:r>
        <w:t>نے جو کچھ انہیں دے رکھا ہے اس میں سے خرچ کرتے، اور اللہ ان سے اچھی طرح باخبر ہے۔ بے شک</w:t>
      </w:r>
    </w:p>
    <w:p>
      <w:r>
        <w:rPr>
          <w:b/>
        </w:rPr>
        <w:t xml:space="preserve">[15:04] </w:t>
      </w:r>
      <w:r>
        <w:t>Allah zara bhi kisi ki haq talfi nahi karega.</w:t>
      </w:r>
    </w:p>
    <w:p>
      <w:pPr>
        <w:jc w:val="right"/>
      </w:pPr>
      <w:r>
        <w:t>اللہ ذرا بھی کسی کی حق تلفی نہیں کرے گا۔</w:t>
      </w:r>
    </w:p>
    <w:p>
      <w:r>
        <w:rPr>
          <w:b/>
        </w:rPr>
        <w:t xml:space="preserve">[15:10] </w:t>
      </w:r>
      <w:r>
        <w:t>agar neki ho to woh us ko dugna badha deta hai, aur apne paas se bohat bada sawaab deta hai.</w:t>
      </w:r>
    </w:p>
    <w:p>
      <w:pPr>
        <w:jc w:val="right"/>
      </w:pPr>
      <w:r>
        <w:t>اگر نیکی ہو تو وہ اس کو دگنا بڑھا دیتا ہے، اور اپنے پاس سے بہت بڑا ثواب دیتا ہے۔</w:t>
      </w:r>
    </w:p>
    <w:p>
      <w:r>
        <w:rPr>
          <w:b/>
        </w:rPr>
        <w:t xml:space="preserve">[15:15] </w:t>
      </w:r>
      <w:r>
        <w:t>phir us waqt kya haal hoga jab hum har ummat mein se ek gawah laayenge, aur tum</w:t>
      </w:r>
    </w:p>
    <w:p>
      <w:pPr>
        <w:jc w:val="right"/>
      </w:pPr>
      <w:r>
        <w:t>پھر اس وقت کیا حال ہوگا جب ہم ہر امت میں سے ایک گواہ لائیں گے، اور تم</w:t>
      </w:r>
    </w:p>
    <w:p>
      <w:r>
        <w:rPr>
          <w:b/>
        </w:rPr>
        <w:t xml:space="preserve">[15:20] </w:t>
      </w:r>
      <w:r>
        <w:t>ko un logon ke upar gawah bana kar khada karenge.</w:t>
      </w:r>
    </w:p>
    <w:p>
      <w:pPr>
        <w:jc w:val="right"/>
      </w:pPr>
      <w:r>
        <w:t>کو ان لوگوں کے اوپر گواہ بنا کر کھڑا کریں گے۔</w:t>
      </w:r>
    </w:p>
    <w:p>
      <w:r>
        <w:rPr>
          <w:b/>
        </w:rPr>
        <w:t xml:space="preserve">[15:25] </w:t>
      </w:r>
      <w:r>
        <w:t>woh log jinhone inkaar kiya aur paighambar ki nafarmani ki woh is roz tamanna karenge ke</w:t>
      </w:r>
    </w:p>
    <w:p>
      <w:pPr>
        <w:jc w:val="right"/>
      </w:pPr>
      <w:r>
        <w:t>وہ لوگ جنہوں نے انکار کیا اور پیغمبر کی نافرمانی کی وہ اس روز تمنا کریں گے کہ</w:t>
      </w:r>
    </w:p>
    <w:p>
      <w:r>
        <w:rPr>
          <w:b/>
        </w:rPr>
        <w:t xml:space="preserve">[15:30] </w:t>
      </w:r>
      <w:r>
        <w:t>kaash zameen un par</w:t>
      </w:r>
    </w:p>
    <w:p>
      <w:pPr>
        <w:jc w:val="right"/>
      </w:pPr>
      <w:r>
        <w:t>کاش زمین ان پر</w:t>
      </w:r>
    </w:p>
    <w:p>
      <w:r>
        <w:rPr>
          <w:b/>
        </w:rPr>
        <w:t xml:space="preserve">[15:35] </w:t>
      </w:r>
      <w:r>
        <w:t>barabar kar di jaye, aur woh Allah se koi baat na chhupa sakenge. aye iman walo! qareeb na jao namaz ke jis waqt ke tum nashe mein ho, yahan tak ke samajhne lago jo tum kehte ho. aur na us waqt ke ghusl ki hajat ho magar rah chalte hue. yahan tak ke ghusl kar lo. aur agar tum mareez ho ya safar mein ho, ya tum mein se koi ja-e-hajat se aaye, ya tum auraton ke paas gaye ho, phir tum</w:t>
      </w:r>
    </w:p>
    <w:p>
      <w:pPr>
        <w:jc w:val="right"/>
      </w:pPr>
      <w:r>
        <w:t>برابر کر دی جائے، اور وہ اللہ سے کوئی بات نہ چھپا سکیں گے۔ اے ایمان والو! نزدیک نہ جاؤ نماز کے جس وقت کہ تم نشے میں ہو، یہاں تک کہ سمجھنے لگو جو تم کہتے ہو۔ اور نہ اس وقت کہ غسل کی حاجت ہو مگر راہ چلتے ہوئے۔ یہاں تک کہ غسل کر لو۔ اور اگر تم مریض ہو یا سفر میں ہو، یا تم میں سے کوئی جائے حاجت سے آئے، یا تم عورتوں کے پاس گئے ہو، پھر تم</w:t>
      </w:r>
    </w:p>
    <w:p>
      <w:r>
        <w:rPr>
          <w:b/>
        </w:rPr>
        <w:t xml:space="preserve">[16:05] </w:t>
      </w:r>
      <w:r>
        <w:t>ko paani na mile to tum paak mitti se tayammum kar lo, aur apne chehre aur haathon ka</w:t>
      </w:r>
    </w:p>
    <w:p>
      <w:pPr>
        <w:jc w:val="right"/>
      </w:pPr>
      <w:r>
        <w:t>کو پانی نہ ملے تو تم پاک مٹی سے تیمم کر لو، اور اپنے چہرے اور ہاتھوں کا</w:t>
      </w:r>
    </w:p>
    <w:p>
      <w:r>
        <w:rPr>
          <w:b/>
        </w:rPr>
        <w:t xml:space="preserve">[16:10] </w:t>
      </w:r>
      <w:r>
        <w:t>masah kar lo.</w:t>
      </w:r>
    </w:p>
    <w:p>
      <w:pPr>
        <w:jc w:val="right"/>
      </w:pPr>
      <w:r>
        <w:t>مسح کر لو۔</w:t>
      </w:r>
    </w:p>
    <w:p>
      <w:r>
        <w:rPr>
          <w:b/>
        </w:rPr>
        <w:t xml:space="preserve">[16:15] </w:t>
      </w:r>
      <w:r>
        <w:t>beshak Allah maaf karne wala, bakhshne wala hai.</w:t>
      </w:r>
    </w:p>
    <w:p>
      <w:pPr>
        <w:jc w:val="right"/>
      </w:pPr>
      <w:r>
        <w:t>بے شک اللہ معاف کرنے والا، بخشنے والا ہے۔</w:t>
      </w:r>
    </w:p>
    <w:p>
      <w:r>
        <w:rPr>
          <w:b/>
        </w:rPr>
        <w:t xml:space="preserve">[16:20] </w:t>
      </w:r>
      <w:r>
        <w:t>kya tum ne un logon ko nahi dekha jin ko kitaab se hissa mila tha? woh gumraahi ko</w:t>
      </w:r>
    </w:p>
    <w:p>
      <w:pPr>
        <w:jc w:val="right"/>
      </w:pPr>
      <w:r>
        <w:t>کیا تم نے ان لوگوں کو نہیں دیکھا جن کو کتاب سے حصہ ملا تھا؟ وہ گمراہی کو</w:t>
      </w:r>
    </w:p>
    <w:p>
      <w:r>
        <w:rPr>
          <w:b/>
        </w:rPr>
        <w:t xml:space="preserve">[16:25] </w:t>
      </w:r>
      <w:r>
        <w:t>mol le rahe hain, aur chahte hain ke tum bhi raah se bhatak jaao.</w:t>
      </w:r>
    </w:p>
    <w:p>
      <w:pPr>
        <w:jc w:val="right"/>
      </w:pPr>
      <w:r>
        <w:t>مول لے رہے ہیں، اور چاہتے ہیں کہ تم بھی راہ سے بھٹک جاؤ۔</w:t>
      </w:r>
    </w:p>
    <w:p>
      <w:r>
        <w:rPr>
          <w:b/>
        </w:rPr>
        <w:t xml:space="preserve">[16:30] </w:t>
      </w:r>
      <w:r>
        <w:t>Allah tumhare dushmanon ko khoob jaanta hai, aur Allah kaafi hai himayat ke liye, aur Allah kaafi hai madad ke</w:t>
      </w:r>
    </w:p>
    <w:p>
      <w:pPr>
        <w:jc w:val="right"/>
      </w:pPr>
      <w:r>
        <w:t>اللہ تمہارے دشمنوں کو خوب جانتا ہے، اور اللہ کافی ہے حمایت کے لیے، اور اللہ کافی ہے مدد کے</w:t>
      </w:r>
    </w:p>
    <w:p>
      <w:r>
        <w:rPr>
          <w:b/>
        </w:rPr>
        <w:t xml:space="preserve">[16:35] </w:t>
      </w:r>
      <w:r>
        <w:t>liye. yahood mein se ek giroh baat ko us ke mahal se hata deta hai, aur kehta hai ke hum ne suna aur na mana. aur kehta hai ke suno aur tumhein sunwaya na jaye. woh apni zuban ko mor kar kehte hain: "rah-e-na" deen mein aib lagane ke liye. aur agar woh kehte ke hum ne suna aur mana, aur suno aur hum par nazar karo to yeh un ke haq mein zyada behtar aur durust hota. magar Allah</w:t>
      </w:r>
    </w:p>
    <w:p>
      <w:pPr>
        <w:jc w:val="right"/>
      </w:pPr>
      <w:r>
        <w:t>لیے۔ یہود میں سے ایک گروہ بات کو اس کے محل سے ہٹا دیتا ہے، اور کہتا ہے کہ ہم نے سنا اور نہ مانا۔ اور کہتے ہیں کہ سنو اور تمہیں سنوایا نہ جائے۔ وہ اپنی زبان کو موڑ کر کہتے ہیں: "راہِ ناں" دین میں عیب لگانے کے لیے۔ اور اگر وہ کہتے کہ ہم نے سنا اور مانا، اور سنو اور ہم پر نظر کرو تو یہ ان کے حق میں زیادہ بہتر اور درست ہوتا۔ مگر اللہ</w:t>
      </w:r>
    </w:p>
    <w:p>
      <w:r>
        <w:rPr>
          <w:b/>
        </w:rPr>
        <w:t xml:space="preserve">[17:05] </w:t>
      </w:r>
      <w:r>
        <w:t>ne un ke inkaar ke sabab se un par laanat kar di hai.</w:t>
      </w:r>
    </w:p>
    <w:p>
      <w:pPr>
        <w:jc w:val="right"/>
      </w:pPr>
      <w:r>
        <w:t>نے ان کے انکار کے سبب سے ان پر لعنت کر دی ہے۔</w:t>
      </w:r>
    </w:p>
    <w:p>
      <w:r>
        <w:rPr>
          <w:b/>
        </w:rPr>
        <w:t xml:space="preserve">[17:08] </w:t>
      </w:r>
      <w:r>
        <w:t>pas woh imaan na layenge magar bohat kam.</w:t>
      </w:r>
    </w:p>
    <w:p>
      <w:pPr>
        <w:jc w:val="right"/>
      </w:pPr>
      <w:r>
        <w:t>پس وہ ایمان نہ لائیں گے مگر بہت کم۔</w:t>
      </w:r>
    </w:p>
    <w:p>
      <w:r>
        <w:rPr>
          <w:b/>
        </w:rPr>
        <w:t xml:space="preserve">[17:12] </w:t>
      </w:r>
      <w:r>
        <w:t>ae woh logon!</w:t>
      </w:r>
    </w:p>
    <w:p>
      <w:pPr>
        <w:jc w:val="right"/>
      </w:pPr>
      <w:r>
        <w:t>اے وہ لوگوں!</w:t>
      </w:r>
    </w:p>
    <w:p>
      <w:r>
        <w:rPr>
          <w:b/>
        </w:rPr>
        <w:t xml:space="preserve">[17:16] </w:t>
      </w:r>
      <w:r>
        <w:t>jin ko kitab di gayi is par imaan lao jo hum ne utara hai, tasdeeq karne wali is</w:t>
      </w:r>
    </w:p>
    <w:p>
      <w:pPr>
        <w:jc w:val="right"/>
      </w:pPr>
      <w:r>
        <w:t>جن کو کتاب دی گئی اس پر ایمان لاؤ جو ہم نے اتارا ہے، تصدیق کرنے والی اس</w:t>
      </w:r>
    </w:p>
    <w:p>
      <w:r>
        <w:rPr>
          <w:b/>
        </w:rPr>
        <w:t xml:space="preserve">[17:20] </w:t>
      </w:r>
      <w:r>
        <w:t>kitab ki jo tumhare paas hai.</w:t>
      </w:r>
    </w:p>
    <w:p>
      <w:pPr>
        <w:jc w:val="right"/>
      </w:pPr>
      <w:r>
        <w:t>کتاب کی جو تمہارے پاس ہے۔</w:t>
      </w:r>
    </w:p>
    <w:p>
      <w:r>
        <w:rPr>
          <w:b/>
        </w:rPr>
        <w:t xml:space="preserve">[17:24] </w:t>
      </w:r>
      <w:r>
        <w:t>is se pehle ke hum chehron ko mita dein, phir un ko ulat dein peeth ki taraf ya</w:t>
      </w:r>
    </w:p>
    <w:p>
      <w:pPr>
        <w:jc w:val="right"/>
      </w:pPr>
      <w:r>
        <w:t>اس سے پہلے کہ ہم چہروں کو مٹا دیں، پھر ان کو الٹ دیں پیٹھ کی طرف یا</w:t>
      </w:r>
    </w:p>
    <w:p>
      <w:r>
        <w:rPr>
          <w:b/>
        </w:rPr>
        <w:t xml:space="preserve">[17:27] </w:t>
      </w:r>
      <w:r>
        <w:t>un par laanat karein, jaise hum ne laanat ki sabt walon par.</w:t>
      </w:r>
    </w:p>
    <w:p>
      <w:pPr>
        <w:jc w:val="right"/>
      </w:pPr>
      <w:r>
        <w:t>ان پر لعنت کریں، جیسے ہم نے لعنت کی سبط والوں پر۔</w:t>
      </w:r>
    </w:p>
    <w:p>
      <w:r>
        <w:rPr>
          <w:b/>
        </w:rPr>
        <w:t xml:space="preserve">[17:31] </w:t>
      </w:r>
      <w:r>
        <w:t>aur Allah ka hukum pa</w:t>
      </w:r>
    </w:p>
    <w:p>
      <w:pPr>
        <w:jc w:val="right"/>
      </w:pPr>
      <w:r>
        <w:t>اور اللہ کا حکم پ</w:t>
      </w:r>
    </w:p>
    <w:p>
      <w:r>
        <w:rPr>
          <w:b/>
        </w:rPr>
        <w:t xml:space="preserve">[17:35] </w:t>
      </w:r>
      <w:r>
        <w:t>ra ho kar rehta hai.</w:t>
      </w:r>
    </w:p>
    <w:p>
      <w:pPr>
        <w:jc w:val="right"/>
      </w:pPr>
      <w:r>
        <w:t>ورا ہو کر رہتا ہے۔</w:t>
      </w:r>
    </w:p>
    <w:p>
      <w:r>
        <w:rPr>
          <w:b/>
        </w:rPr>
        <w:t xml:space="preserve">[17:39] </w:t>
      </w:r>
      <w:r>
        <w:t>beshak Allah is ko nahi bakhshega ke is ke sath shirk kiya jaye.</w:t>
      </w:r>
    </w:p>
    <w:p>
      <w:pPr>
        <w:jc w:val="right"/>
      </w:pPr>
      <w:r>
        <w:t>بے شک اللہ اس کو نہیں بخشے گا کہ اس کے ساتھ شرک کیا جائے۔</w:t>
      </w:r>
    </w:p>
    <w:p>
      <w:r>
        <w:rPr>
          <w:b/>
        </w:rPr>
        <w:t xml:space="preserve">[17:43] </w:t>
      </w:r>
      <w:r>
        <w:t>lekin is ke ilawa jo kuch hai is ko woh jis ke liye chahega bakhsh dega.</w:t>
      </w:r>
    </w:p>
    <w:p>
      <w:pPr>
        <w:jc w:val="right"/>
      </w:pPr>
      <w:r>
        <w:t>لیکن اس کے علاوہ جو کچھ ہے اس کو وہ جس کے لیے چاہے گا بخش دے گا۔</w:t>
      </w:r>
    </w:p>
    <w:p>
      <w:r>
        <w:rPr>
          <w:b/>
        </w:rPr>
        <w:t xml:space="preserve">[17:48] </w:t>
      </w:r>
      <w:r>
        <w:t>aur jis ne Allah ka shareek thahraya us ne bara toofan banda.</w:t>
      </w:r>
    </w:p>
    <w:p>
      <w:pPr>
        <w:jc w:val="right"/>
      </w:pPr>
      <w:r>
        <w:t>اور جس نے اللہ کا شریک ٹھہرایا اس نے بڑا طوفان باندھا۔</w:t>
      </w:r>
    </w:p>
    <w:p>
      <w:r>
        <w:rPr>
          <w:b/>
        </w:rPr>
        <w:t xml:space="preserve">[17:52] </w:t>
      </w:r>
      <w:r>
        <w:t>kya tum ne dekha un ko jo apne aap ko pakeeza kehte hain? balke Allah hi pakeeza karta</w:t>
      </w:r>
    </w:p>
    <w:p>
      <w:pPr>
        <w:jc w:val="right"/>
      </w:pPr>
      <w:r>
        <w:t>کیا تم نے دیکھا ان کو جو اپنے آپ کو پاکیزہ کہتے ہیں؟ بلکہ اللہ ہی پاک کرتا</w:t>
      </w:r>
    </w:p>
    <w:p>
      <w:r>
        <w:rPr>
          <w:b/>
        </w:rPr>
        <w:t xml:space="preserve">[17:56] </w:t>
      </w:r>
      <w:r>
        <w:t>hai jis ko chahta hai, aur un par zara bhi zulm na hoga.</w:t>
      </w:r>
    </w:p>
    <w:p>
      <w:pPr>
        <w:jc w:val="right"/>
      </w:pPr>
      <w:r>
        <w:t>ہے جس کو چاہتا ہے، اور ان پر ذرا بھی ظلم نہ ہوگا۔</w:t>
      </w:r>
    </w:p>
    <w:p>
      <w:r>
        <w:rPr>
          <w:b/>
        </w:rPr>
        <w:t xml:space="preserve">[18:01] </w:t>
      </w:r>
      <w:r>
        <w:t>dekh lo yeh Allah par kaisa</w:t>
      </w:r>
    </w:p>
    <w:p>
      <w:pPr>
        <w:jc w:val="right"/>
      </w:pPr>
      <w:r>
        <w:t>دیکھو یہ اللہ پر کیسا</w:t>
      </w:r>
    </w:p>
    <w:p>
      <w:r>
        <w:rPr>
          <w:b/>
        </w:rPr>
        <w:t xml:space="preserve">[18:05] </w:t>
      </w:r>
      <w:r>
        <w:t>jhoot bandh rahe hain, aur sareeh gunah hone ke liye yahi kafi hai.</w:t>
      </w:r>
    </w:p>
    <w:p>
      <w:pPr>
        <w:jc w:val="right"/>
      </w:pPr>
      <w:r>
        <w:t>جھوٹ باندھ رہے ہیں، اور صریح گناہ ہونے کے لیے یہی کافی ہے۔</w:t>
      </w:r>
    </w:p>
    <w:p>
      <w:r>
        <w:rPr>
          <w:b/>
        </w:rPr>
        <w:t xml:space="preserve">[18:11] </w:t>
      </w:r>
      <w:r>
        <w:t>kya tum ne un logon ko nahi dekha jinhein kitab se hissa mila tha? woh aamal sufliya, misal</w:t>
      </w:r>
    </w:p>
    <w:p>
      <w:pPr>
        <w:jc w:val="right"/>
      </w:pPr>
      <w:r>
        <w:t>کیا تم نے ان لوگوں کو نہیں دیکھا جنہیں کتاب سے حصہ ملا تھا؟ وہ اعمال سفلیہ، مثلاً</w:t>
      </w:r>
    </w:p>
    <w:p>
      <w:r>
        <w:rPr>
          <w:b/>
        </w:rPr>
        <w:t xml:space="preserve">[18:17] </w:t>
      </w:r>
      <w:r>
        <w:t>e.g. sehar waghera, aur taghoot, shaitani quwwat aur arwah khabeesa waghera ko mante hain, aur munkiron ke mutaliq kehte</w:t>
      </w:r>
    </w:p>
    <w:p>
      <w:pPr>
        <w:jc w:val="right"/>
      </w:pPr>
      <w:r>
        <w:t>سحر وغیرہ، اور طاغوت، شیطانی قوت اور ارواح خبیثہ وغیرہ کو مانتے ہیں، اور منکروں کے متعلق کہتے</w:t>
      </w:r>
    </w:p>
    <w:p>
      <w:r>
        <w:rPr>
          <w:b/>
        </w:rPr>
        <w:t xml:space="preserve">[18:23] </w:t>
      </w:r>
      <w:r>
        <w:t>hain ke woh musalmanon se zyada sahi raste par hain.</w:t>
      </w:r>
    </w:p>
    <w:p>
      <w:pPr>
        <w:jc w:val="right"/>
      </w:pPr>
      <w:r>
        <w:t>ہیں کہ وہ مسلمانوں سے زیادہ صحیح راستے پر ہیں۔</w:t>
      </w:r>
    </w:p>
    <w:p>
      <w:r>
        <w:rPr>
          <w:b/>
        </w:rPr>
        <w:t xml:space="preserve">[18:29] </w:t>
      </w:r>
      <w:r>
        <w:t>yahi log hain jin par Allah ne laanat ki hai, aur jis par Allah</w:t>
      </w:r>
    </w:p>
    <w:p>
      <w:pPr>
        <w:jc w:val="right"/>
      </w:pPr>
      <w:r>
        <w:t>یہی لوگ ہیں جن پر اللہ نے لعنت کی ہے، اور جس پر اللہ</w:t>
      </w:r>
    </w:p>
    <w:p>
      <w:r>
        <w:rPr>
          <w:b/>
        </w:rPr>
        <w:t xml:space="preserve">[18:35] </w:t>
      </w:r>
      <w:r>
        <w:t>laanat kare tum uska koi madadgar na paoge.</w:t>
      </w:r>
    </w:p>
    <w:p>
      <w:pPr>
        <w:jc w:val="right"/>
      </w:pPr>
      <w:r>
        <w:t>لعنت کرے تم اس کا کوئی مددگار نہ پاؤ گے۔</w:t>
      </w:r>
    </w:p>
    <w:p>
      <w:r>
        <w:rPr>
          <w:b/>
        </w:rPr>
        <w:t xml:space="preserve">[18:40] </w:t>
      </w:r>
      <w:r>
        <w:t>kya Khuda ke iqtadar mein kuch un ka bhi dakhal hai? phir to yeh logon ko ek dil</w:t>
      </w:r>
    </w:p>
    <w:p>
      <w:pPr>
        <w:jc w:val="right"/>
      </w:pPr>
      <w:r>
        <w:t>کیا خدا کے اقتدار میں کچھ ان کا بھی دخل ہے؟ پھر تو یہ لوگوں کو ایک دل</w:t>
      </w:r>
    </w:p>
    <w:p>
      <w:r>
        <w:rPr>
          <w:b/>
        </w:rPr>
        <w:t xml:space="preserve">[18:44] </w:t>
      </w:r>
      <w:r>
        <w:t>barabar bhi na dein.</w:t>
      </w:r>
    </w:p>
    <w:p>
      <w:pPr>
        <w:jc w:val="right"/>
      </w:pPr>
      <w:r>
        <w:t>برابر بھی نہ دیں۔</w:t>
      </w:r>
    </w:p>
    <w:p>
      <w:r>
        <w:rPr>
          <w:b/>
        </w:rPr>
        <w:t xml:space="preserve">[18:48] </w:t>
      </w:r>
      <w:r>
        <w:t>kya yeh logon par hasad kar rahe hain is bina par jo Allah ne un ko apne fazl</w:t>
      </w:r>
    </w:p>
    <w:p>
      <w:pPr>
        <w:jc w:val="right"/>
      </w:pPr>
      <w:r>
        <w:t>کیا یہ لوگوں پر حسد کر رہے ہیں اس بنا پر جو اللہ نے ان کو اپنے فضل</w:t>
      </w:r>
    </w:p>
    <w:p>
      <w:r>
        <w:rPr>
          <w:b/>
        </w:rPr>
        <w:t xml:space="preserve">[18:53] </w:t>
      </w:r>
      <w:r>
        <w:t>se diya hai? pas hum ne aal e Ibrahim ko kitab aur hikmat di hai, aur hum ne un</w:t>
      </w:r>
    </w:p>
    <w:p>
      <w:pPr>
        <w:jc w:val="right"/>
      </w:pPr>
      <w:r>
        <w:t>سے دیا ہے؟ پس ہم نے آل ابراہیم کو کتاب اور حکمت دی ہے، اور ہم نے ان</w:t>
      </w:r>
    </w:p>
    <w:p>
      <w:r>
        <w:rPr>
          <w:b/>
        </w:rPr>
        <w:t xml:space="preserve">[18:57] </w:t>
      </w:r>
      <w:r>
        <w:t>ko ek bari saltanat bhi de di.</w:t>
      </w:r>
    </w:p>
    <w:p>
      <w:pPr>
        <w:jc w:val="right"/>
      </w:pPr>
      <w:r>
        <w:t>کو ایک بڑی سلطنت بھی دے دی۔</w:t>
      </w:r>
    </w:p>
    <w:p>
      <w:r>
        <w:rPr>
          <w:b/>
        </w:rPr>
        <w:t xml:space="preserve">[19:01] </w:t>
      </w:r>
      <w:r>
        <w:t>in mein se kisi ne is ko mana aur koi is se ruka raha,</w:t>
      </w:r>
    </w:p>
    <w:p>
      <w:pPr>
        <w:jc w:val="right"/>
      </w:pPr>
      <w:r>
        <w:t>ان میں سے کسی نے اس کو مانا اور کوئی اس سے رکا رہا،</w:t>
      </w:r>
    </w:p>
    <w:p>
      <w:r>
        <w:rPr>
          <w:b/>
        </w:rPr>
        <w:t xml:space="preserve">[19:06] </w:t>
      </w:r>
      <w:r>
        <w:t>aur aison ke liye jahannum ki bharkti hui aag kafi hai.</w:t>
      </w:r>
    </w:p>
    <w:p>
      <w:pPr>
        <w:jc w:val="right"/>
      </w:pPr>
      <w:r>
        <w:t>اور ایسوں کے لیے جہنم کی بھڑکتی ہوئی آگ کافی ہے۔</w:t>
      </w:r>
    </w:p>
    <w:p>
      <w:r>
        <w:rPr>
          <w:b/>
        </w:rPr>
        <w:t xml:space="preserve">[19:11] </w:t>
      </w:r>
      <w:r>
        <w:t>beshak jin logon ne hamari nishaniyon ka inkar kiya un ko hum sakht aag mein dalenge.</w:t>
      </w:r>
    </w:p>
    <w:p>
      <w:pPr>
        <w:jc w:val="right"/>
      </w:pPr>
      <w:r>
        <w:t>بے شک جن لوگوں نے ہماری نشانیوں کا انکار کیا ان کو ہم سخت آگ میں ڈالیں گے۔</w:t>
      </w:r>
    </w:p>
    <w:p>
      <w:r>
        <w:rPr>
          <w:b/>
        </w:rPr>
        <w:t xml:space="preserve">[19:16] </w:t>
      </w:r>
      <w:r>
        <w:t>jab un ki jism ki khal jal jayegi to hum un ki khal ko badal kar doosri</w:t>
      </w:r>
    </w:p>
    <w:p>
      <w:pPr>
        <w:jc w:val="right"/>
      </w:pPr>
      <w:r>
        <w:t>جب ان کی جسم کی کھال جل جائے گی تو ہم ان کی کھال کو بدل کر دوسری</w:t>
      </w:r>
    </w:p>
    <w:p>
      <w:r>
        <w:rPr>
          <w:b/>
        </w:rPr>
        <w:t xml:space="preserve">[19:21] </w:t>
      </w:r>
      <w:r>
        <w:t>kar denge taakeh woh azab chhakhte rahen.</w:t>
      </w:r>
    </w:p>
    <w:p>
      <w:pPr>
        <w:jc w:val="right"/>
      </w:pPr>
      <w:r>
        <w:t>کر دیں گے تاکہ وہ عذاب چکھتے رہیں۔</w:t>
      </w:r>
    </w:p>
    <w:p>
      <w:r>
        <w:rPr>
          <w:b/>
        </w:rPr>
        <w:t xml:space="preserve">[19:26] </w:t>
      </w:r>
      <w:r>
        <w:t>beshak Allah zabardast hai, hikmat wala hai.</w:t>
      </w:r>
    </w:p>
    <w:p>
      <w:pPr>
        <w:jc w:val="right"/>
      </w:pPr>
      <w:r>
        <w:t>بے شک اللہ زبردست ہے، حکمت والا ہے۔</w:t>
      </w:r>
    </w:p>
    <w:p>
      <w:r>
        <w:rPr>
          <w:b/>
        </w:rPr>
        <w:t xml:space="preserve">[19:31] </w:t>
      </w:r>
      <w:r>
        <w:t>aur jo log iman laye aur naik kaam kiye un ko hum bagon mein dakhil karenge</w:t>
      </w:r>
    </w:p>
    <w:p>
      <w:pPr>
        <w:jc w:val="right"/>
      </w:pPr>
      <w:r>
        <w:t>اور جو لوگ ایمان لائے اور نیک کام کیے ان کو ہم باغوں میں داخل کریں گے</w:t>
      </w:r>
    </w:p>
    <w:p>
      <w:r>
        <w:rPr>
          <w:b/>
        </w:rPr>
        <w:t xml:space="preserve">[19:36] </w:t>
      </w:r>
      <w:r>
        <w:t>jis ke neeche nahrein behti hongi us mein woh hamesha rahenge.</w:t>
      </w:r>
    </w:p>
    <w:p>
      <w:pPr>
        <w:jc w:val="right"/>
      </w:pPr>
      <w:r>
        <w:t>جس کے نیچے نہریں بہتی ہوں گی اس میں وہ ہمیشہ رہیں گے۔</w:t>
      </w:r>
    </w:p>
    <w:p>
      <w:r>
        <w:rPr>
          <w:b/>
        </w:rPr>
        <w:t xml:space="preserve">[19:41] </w:t>
      </w:r>
      <w:r>
        <w:t>wahan un ke liye suthri biwiyan hongi, aur un ko hum ghani chhaon mein rakhenge.</w:t>
      </w:r>
    </w:p>
    <w:p>
      <w:pPr>
        <w:jc w:val="right"/>
      </w:pPr>
      <w:r>
        <w:t>وہاں ان کے لیے ستھری بیویاں ہوں گی، اور ان کو ہم گھنی چھاؤں میں رکھیں گے۔</w:t>
      </w:r>
    </w:p>
    <w:p>
      <w:r>
        <w:rPr>
          <w:b/>
        </w:rPr>
        <w:t xml:space="preserve">[19:46] </w:t>
      </w:r>
      <w:r>
        <w:t>Allah tum ko hukum deta hai ke amanaten un ke haqqdaroon ko pohncha do, aur jab logon ke</w:t>
      </w:r>
    </w:p>
    <w:p>
      <w:pPr>
        <w:jc w:val="right"/>
      </w:pPr>
      <w:r>
        <w:t>اللہ تم کو حکم دیتا ہے کہ امانتیں ان کے حقداروں کو پہنچا دو، اور جب لوگوں کے</w:t>
      </w:r>
    </w:p>
    <w:p>
      <w:r>
        <w:rPr>
          <w:b/>
        </w:rPr>
        <w:t xml:space="preserve">[19:51] </w:t>
      </w:r>
      <w:r>
        <w:t>darmiyan faisla karo to insaf ke sath faisla karo.</w:t>
      </w:r>
    </w:p>
    <w:p>
      <w:pPr>
        <w:jc w:val="right"/>
      </w:pPr>
      <w:r>
        <w:t>درمیان فیصلہ کرو تو انصاف کے ساتھ فیصلہ کرو۔</w:t>
      </w:r>
    </w:p>
    <w:p>
      <w:r>
        <w:rPr>
          <w:b/>
        </w:rPr>
        <w:t xml:space="preserve">[19:56] </w:t>
      </w:r>
      <w:r>
        <w:t>Allah achhi naseehat karta hai tum ko.</w:t>
      </w:r>
    </w:p>
    <w:p>
      <w:pPr>
        <w:jc w:val="right"/>
      </w:pPr>
      <w:r>
        <w:t>اللہ اچھی نصیحت کرتا ہے تم کو۔</w:t>
      </w:r>
    </w:p>
    <w:p>
      <w:r>
        <w:rPr>
          <w:b/>
        </w:rPr>
        <w:t xml:space="preserve">[20:01] </w:t>
      </w:r>
      <w:r>
        <w:t>beshak Allah sunne wala, dekhne wala hai.</w:t>
      </w:r>
    </w:p>
    <w:p>
      <w:pPr>
        <w:jc w:val="right"/>
      </w:pPr>
      <w:r>
        <w:t>بے شک اللہ سننے والا، دیکھنے والا ہے۔</w:t>
      </w:r>
    </w:p>
    <w:p>
      <w:r>
        <w:rPr>
          <w:b/>
        </w:rPr>
        <w:t xml:space="preserve">[20:06] </w:t>
      </w:r>
      <w:r>
        <w:t>ae iman walo!</w:t>
      </w:r>
    </w:p>
    <w:p>
      <w:pPr>
        <w:jc w:val="right"/>
      </w:pPr>
      <w:r>
        <w:t>اے ایمان والو!</w:t>
      </w:r>
    </w:p>
    <w:p>
      <w:r>
        <w:rPr>
          <w:b/>
        </w:rPr>
        <w:t xml:space="preserve">[20:11] </w:t>
      </w:r>
      <w:r>
        <w:t>Allah ki itaat karo, aur rasool ki itaat karo, aur apne mein ahl-e-ikhtiyar ki itaat karo.</w:t>
      </w:r>
    </w:p>
    <w:p>
      <w:pPr>
        <w:jc w:val="right"/>
      </w:pPr>
      <w:r>
        <w:t>اللہ کی اطاعت کرو، اور رسول کی اطاعت کرو، اور اپنے میں اہل اختیار کی اطاعت کرو۔</w:t>
      </w:r>
    </w:p>
    <w:p>
      <w:r>
        <w:rPr>
          <w:b/>
        </w:rPr>
        <w:t xml:space="preserve">[20:16] </w:t>
      </w:r>
      <w:r>
        <w:t>phir agar tumhare darmiyan kisi cheez mein ikhtilaf ho jaye to us ko Allah aur rasool ki taraf lotao.</w:t>
      </w:r>
    </w:p>
    <w:p>
      <w:pPr>
        <w:jc w:val="right"/>
      </w:pPr>
      <w:r>
        <w:t>پھر اگر تمہارے درمیان کسی چیز میں اختلاف ہو جائے تو اس کو اللہ اور رسول کی طرف لوٹاؤ۔</w:t>
      </w:r>
    </w:p>
    <w:p>
      <w:r>
        <w:rPr>
          <w:b/>
        </w:rPr>
        <w:t xml:space="preserve">[20:21] </w:t>
      </w:r>
      <w:r>
        <w:t>agar tum Allah par aur aakhirat ke din par iman rakhte ho.</w:t>
      </w:r>
    </w:p>
    <w:p>
      <w:pPr>
        <w:jc w:val="right"/>
      </w:pPr>
      <w:r>
        <w:t>اگر تم اللہ پر اور آخرت کے دن پر ایمان رکھتے ہو۔</w:t>
      </w:r>
    </w:p>
    <w:p>
      <w:r>
        <w:rPr>
          <w:b/>
        </w:rPr>
        <w:t xml:space="preserve">[20:26] </w:t>
      </w:r>
      <w:r>
        <w:t>yeh baat achhi hai, aur is ka anjam behtar hai.</w:t>
      </w:r>
    </w:p>
    <w:p>
      <w:pPr>
        <w:jc w:val="right"/>
      </w:pPr>
      <w:r>
        <w:t>یہ بات اچھی ہے، اور اس کا انجام بہتر ہے۔</w:t>
      </w:r>
    </w:p>
    <w:p>
      <w:r>
        <w:rPr>
          <w:b/>
        </w:rPr>
        <w:t xml:space="preserve">[20:31] </w:t>
      </w:r>
      <w:r>
        <w:t>kya tum ne un logon ko nahin dekha jo dawah karte hain ke woh iman laye hain</w:t>
      </w:r>
    </w:p>
    <w:p>
      <w:pPr>
        <w:jc w:val="right"/>
      </w:pPr>
      <w:r>
        <w:t>کیا تم نے ان لوگوں کو نہیں دیکھا جو دعویٰ کرتے ہیں کہ وہ ایمان لائے ہیں</w:t>
      </w:r>
    </w:p>
    <w:p>
      <w:r>
        <w:rPr>
          <w:b/>
        </w:rPr>
        <w:t xml:space="preserve">[20:36] </w:t>
      </w:r>
      <w:r>
        <w:t>is par jo utara gaya hai tumhari taraf, aur jo utara gaya hai tum se pehle? woh chahte</w:t>
      </w:r>
    </w:p>
    <w:p>
      <w:pPr>
        <w:jc w:val="right"/>
      </w:pPr>
      <w:r>
        <w:t>اس پر جو اتارا گیا ہے تمہاری طرف، اور جو اتارا گیا ہے تم سے پہلے؟ وہ چاہتے</w:t>
      </w:r>
    </w:p>
    <w:p>
      <w:r>
        <w:rPr>
          <w:b/>
        </w:rPr>
        <w:t xml:space="preserve">[20:41] </w:t>
      </w:r>
      <w:r>
        <w:t>hain ke qaziya le jayen shaitan ki taraf, halanke un ko hukum ho chuka hai ke us ko</w:t>
      </w:r>
    </w:p>
    <w:p>
      <w:pPr>
        <w:jc w:val="right"/>
      </w:pPr>
      <w:r>
        <w:t>ہیں کہ قضیہ لے جائیں شیطان کی طرف، حالانکہ ان کو حکم ہو چکا ہے کہ اس کو</w:t>
      </w:r>
    </w:p>
    <w:p>
      <w:r>
        <w:rPr>
          <w:b/>
        </w:rPr>
        <w:t xml:space="preserve">[20:46] </w:t>
      </w:r>
      <w:r>
        <w:t>na manen, aur shaitan chahta hai ke un ko behka kar bohat door daal de.</w:t>
      </w:r>
    </w:p>
    <w:p>
      <w:pPr>
        <w:jc w:val="right"/>
      </w:pPr>
      <w:r>
        <w:t>نہ مانیں، اور شیطان چاہتا ہے کہ ان کو بہکا کر بہت دور ڈال دے۔</w:t>
      </w:r>
    </w:p>
    <w:p>
      <w:r>
        <w:rPr>
          <w:b/>
        </w:rPr>
        <w:t xml:space="preserve">[20:51] </w:t>
      </w:r>
      <w:r>
        <w:t>aur jab un se kaha jata hai ke aao Allah ki utari hui kitab ki taraf aur rasool</w:t>
      </w:r>
    </w:p>
    <w:p>
      <w:pPr>
        <w:jc w:val="right"/>
      </w:pPr>
      <w:r>
        <w:t>اور جب ان سے کہا جاتا ہے کہ آؤ اللہ کی اتاری ہوئی کتاب کی طرف اور رسول</w:t>
      </w:r>
    </w:p>
    <w:p>
      <w:r>
        <w:rPr>
          <w:b/>
        </w:rPr>
        <w:t xml:space="preserve">[20:56] </w:t>
      </w:r>
      <w:r>
        <w:t>ki taraf to tum dekhoge ke munafiqeen tum se qatrah jate hain.</w:t>
      </w:r>
    </w:p>
    <w:p>
      <w:pPr>
        <w:jc w:val="right"/>
      </w:pPr>
      <w:r>
        <w:t>کی طرف تو تم دیکھو گے کہ منافقین تم سے قطرہ جاتے ہیں۔</w:t>
      </w:r>
    </w:p>
    <w:p>
      <w:r>
        <w:rPr>
          <w:b/>
        </w:rPr>
        <w:t xml:space="preserve">[21:01] </w:t>
      </w:r>
      <w:r>
        <w:t>phir us waqt kya</w:t>
      </w:r>
    </w:p>
    <w:p>
      <w:pPr>
        <w:jc w:val="right"/>
      </w:pPr>
      <w:r>
        <w:t>پھر اس وقت کیا</w:t>
      </w:r>
    </w:p>
    <w:p>
      <w:r>
        <w:rPr>
          <w:b/>
        </w:rPr>
        <w:t xml:space="preserve">[21:06] </w:t>
      </w:r>
      <w:r>
        <w:t>hoga jab un ke apne hathon ki lai hui museebat un par pahunche gi? is waqt yeh tumhare</w:t>
      </w:r>
    </w:p>
    <w:p>
      <w:pPr>
        <w:jc w:val="right"/>
      </w:pPr>
      <w:r>
        <w:t>ہوگا جب ان کے اپنے ہاتھوں کی لائی ہوئی مصیبت ان پر پہنچے گی؟ اس وقت یہ تمہارے</w:t>
      </w:r>
    </w:p>
    <w:p>
      <w:r>
        <w:rPr>
          <w:b/>
        </w:rPr>
        <w:t xml:space="preserve">[21:11] </w:t>
      </w:r>
      <w:r>
        <w:t>pas qasmein khate hue aayen ge ke khuda ki qasam hum ko to sirf bhalai aur milap se gharz thi.</w:t>
      </w:r>
    </w:p>
    <w:p>
      <w:pPr>
        <w:jc w:val="right"/>
      </w:pPr>
      <w:r>
        <w:t>پاس قسمیں کھاتے ہوئے آئیں گے کہ خدا کی قسم ہم کو تو صرف بھلائی اور ملاپ سے غرض تھی۔</w:t>
      </w:r>
    </w:p>
    <w:p>
      <w:r>
        <w:rPr>
          <w:b/>
        </w:rPr>
        <w:t xml:space="preserve">[21:16] </w:t>
      </w:r>
      <w:r>
        <w:t>in ke dilon mein jo kuch hai Allah is se khoob waqif hai.</w:t>
      </w:r>
    </w:p>
    <w:p>
      <w:pPr>
        <w:jc w:val="right"/>
      </w:pPr>
      <w:r>
        <w:t>ان کے دلوں میں جو کچھ ہے اللہ اس سے خوب واقف ہے۔</w:t>
      </w:r>
    </w:p>
    <w:p>
      <w:r>
        <w:rPr>
          <w:b/>
        </w:rPr>
        <w:t xml:space="preserve">[21:21] </w:t>
      </w:r>
      <w:r>
        <w:t>pas tum un se araz karo, aur un ko naseehat karo, aur un se aisi baat kaho jo</w:t>
      </w:r>
    </w:p>
    <w:p>
      <w:pPr>
        <w:jc w:val="right"/>
      </w:pPr>
      <w:r>
        <w:t>پس تم ان سے اعراض کرو، اور ان کو نصیحت کرو، اور ان سے ایسی بات کہو جو</w:t>
      </w:r>
    </w:p>
    <w:p>
      <w:r>
        <w:rPr>
          <w:b/>
        </w:rPr>
        <w:t xml:space="preserve">[21:26] </w:t>
      </w:r>
      <w:r>
        <w:t>un ke dilon mein utar jaye.</w:t>
      </w:r>
    </w:p>
    <w:p>
      <w:pPr>
        <w:jc w:val="right"/>
      </w:pPr>
      <w:r>
        <w:t>ان کے دلوں میں اتر جائے۔</w:t>
      </w:r>
    </w:p>
    <w:p>
      <w:r>
        <w:rPr>
          <w:b/>
        </w:rPr>
        <w:t xml:space="preserve">[21:32] </w:t>
      </w:r>
      <w:r>
        <w:t>aur hum ne jo rasool bheja usi liye bheja</w:t>
      </w:r>
    </w:p>
    <w:p>
      <w:pPr>
        <w:jc w:val="right"/>
      </w:pPr>
      <w:r>
        <w:t>اور ہم نے جو رسول بھیجا اسی لیے بھیجا</w:t>
      </w:r>
    </w:p>
    <w:p>
      <w:r>
        <w:rPr>
          <w:b/>
        </w:rPr>
        <w:t xml:space="preserve">[21:37] </w:t>
      </w:r>
      <w:r>
        <w:t>ke Allah ke hukum se is ki itaat ki jaye, aur agar woh jab ke unhon ne apna</w:t>
      </w:r>
    </w:p>
    <w:p>
      <w:pPr>
        <w:jc w:val="right"/>
      </w:pPr>
      <w:r>
        <w:t>کہ اللہ کے حکم سے اس کی اطاعت کی جائے، اور اگر وہ جب کہ انہوں نے اپنا</w:t>
      </w:r>
    </w:p>
    <w:p>
      <w:r>
        <w:rPr>
          <w:b/>
        </w:rPr>
        <w:t xml:space="preserve">[21:42] </w:t>
      </w:r>
      <w:r>
        <w:t>bara kiya tha woh tumhare pas aate aur Allah se maafii chahte, aur rasool bhi un ke liye</w:t>
      </w:r>
    </w:p>
    <w:p>
      <w:pPr>
        <w:jc w:val="right"/>
      </w:pPr>
      <w:r>
        <w:t>برا کیا تھا وہ تمہارے پاس آتے اور اللہ سے معافی چاہتے، اور رسول بھی ان کے لیے</w:t>
      </w:r>
    </w:p>
    <w:p>
      <w:r>
        <w:rPr>
          <w:b/>
        </w:rPr>
        <w:t xml:space="preserve">[21:47] </w:t>
      </w:r>
      <w:r>
        <w:t>maafii chahta to yaqeenan woh Allah ko bakhshne wala, reham karne wala paate.</w:t>
      </w:r>
    </w:p>
    <w:p>
      <w:pPr>
        <w:jc w:val="right"/>
      </w:pPr>
      <w:r>
        <w:t>معافی چاہتا تو یقینا وہ اللہ کو بخشنے والا، رحم کرنے والا پاتے۔</w:t>
      </w:r>
    </w:p>
    <w:p>
      <w:r>
        <w:rPr>
          <w:b/>
        </w:rPr>
        <w:t xml:space="preserve">[21:52] </w:t>
      </w:r>
      <w:r>
        <w:t>pas tere rab ki qasam woh kabhi eman wale nahi ho sakte jab tak woh apne bahami jhagde</w:t>
      </w:r>
    </w:p>
    <w:p>
      <w:pPr>
        <w:jc w:val="right"/>
      </w:pPr>
      <w:r>
        <w:t>پس تیرے رب کی قسم وہ کبھی ایمان والے نہیں ہو سکتے جب تک وہ اپنے باہمی جھگڑے</w:t>
      </w:r>
    </w:p>
    <w:p>
      <w:r>
        <w:rPr>
          <w:b/>
        </w:rPr>
        <w:t xml:space="preserve">[21:57] </w:t>
      </w:r>
      <w:r>
        <w:t>mein tum ko faisla karne wala na maan len.</w:t>
      </w:r>
    </w:p>
    <w:p>
      <w:pPr>
        <w:jc w:val="right"/>
      </w:pPr>
      <w:r>
        <w:t>میں تم کو فیصلہ کرنے والا نہ مان لیں۔</w:t>
      </w:r>
    </w:p>
    <w:p>
      <w:r>
        <w:rPr>
          <w:b/>
        </w:rPr>
        <w:t xml:space="preserve">[22:02] </w:t>
      </w:r>
      <w:r>
        <w:t>phir jo faisla tum karo us par woh</w:t>
      </w:r>
    </w:p>
    <w:p>
      <w:pPr>
        <w:jc w:val="right"/>
      </w:pPr>
      <w:r>
        <w:t>پھر جو فیصلہ تم کرو اس پر وہ</w:t>
      </w:r>
    </w:p>
    <w:p>
      <w:r>
        <w:rPr>
          <w:b/>
        </w:rPr>
        <w:t xml:space="preserve">[22:07] </w:t>
      </w:r>
      <w:r>
        <w:t>apne dilon mein koi tangi na payen, aur us ko khushi se qabool kar len.</w:t>
      </w:r>
    </w:p>
    <w:p>
      <w:pPr>
        <w:jc w:val="right"/>
      </w:pPr>
      <w:r>
        <w:t>اپنے دلوں میں کوئی تنگی نہ پائیں، اور اس کو خوشی سے قبول کر لیں۔</w:t>
      </w:r>
    </w:p>
    <w:p>
      <w:r>
        <w:rPr>
          <w:b/>
        </w:rPr>
        <w:t xml:space="preserve">[22:13] </w:t>
      </w:r>
      <w:r>
        <w:t>aur agar hum un ko hukum dete ke apne aap ko halak karo ya apne gharon se niklo</w:t>
      </w:r>
    </w:p>
    <w:p>
      <w:pPr>
        <w:jc w:val="right"/>
      </w:pPr>
      <w:r>
        <w:t>اور اگر ہم ان کو حکم دیتے کہ اپنے آپ کو ہلاک کرو یا اپنے گھروں سے نکلو</w:t>
      </w:r>
    </w:p>
    <w:p>
      <w:r>
        <w:rPr>
          <w:b/>
        </w:rPr>
        <w:t xml:space="preserve">[22:19] </w:t>
      </w:r>
      <w:r>
        <w:t>to un mein se thore hi is par amal karte, aur yeh log woh karte jis ki unhein</w:t>
      </w:r>
    </w:p>
    <w:p>
      <w:pPr>
        <w:jc w:val="right"/>
      </w:pPr>
      <w:r>
        <w:t>تو ان میں سے تھوڑے ہی اس پر عمل کرتے، اور یہ لوگ وہ کرتے جس کی انہیں</w:t>
      </w:r>
    </w:p>
    <w:p>
      <w:r>
        <w:rPr>
          <w:b/>
        </w:rPr>
        <w:t xml:space="preserve">[22:25] </w:t>
      </w:r>
      <w:r>
        <w:t>naseehat ki jati hai to un ke liye yeh baat behtar aur eman par sabit rakhne wali hoti.</w:t>
      </w:r>
    </w:p>
    <w:p>
      <w:pPr>
        <w:jc w:val="right"/>
      </w:pPr>
      <w:r>
        <w:t>نصیحت کی جاتی ہے تو ان کے لیے یہ بات بہتر اور ایمان پر ثابت رکھنے والی ہوتی۔</w:t>
      </w:r>
    </w:p>
    <w:p>
      <w:r>
        <w:rPr>
          <w:b/>
        </w:rPr>
        <w:t xml:space="preserve">[22:31] </w:t>
      </w:r>
      <w:r>
        <w:t>aur us waqt hum un ko apne pas se bara ajar dete, aur un ko seedha</w:t>
      </w:r>
    </w:p>
    <w:p>
      <w:pPr>
        <w:jc w:val="right"/>
      </w:pPr>
      <w:r>
        <w:t>اور اس وقت ہم ان کو اپنے پاس سے بڑا اجر دیتے، اور ان کو سیدھا</w:t>
      </w:r>
    </w:p>
    <w:p>
      <w:r>
        <w:rPr>
          <w:b/>
        </w:rPr>
        <w:t xml:space="preserve">[22:37] </w:t>
      </w:r>
      <w:r>
        <w:t>rasta dikhate, aur jo Allah aur rasool ki itaat kare ga woh un logo ke sath hoga jin par Allah ne inam kiya, yani peghambar aur siddiq aur shaheed aur salih. kaisi achi hai un ki rifaqat. yeh fazl hai Allah ki taraf se, aur Allah ka ilm kafi hai. aye iman walo! apni ehtiyat kar lo, phir niklo juda juda ya ekhathe ho kar. aur tum mein koi</w:t>
      </w:r>
    </w:p>
    <w:p>
      <w:pPr>
        <w:jc w:val="right"/>
      </w:pPr>
      <w:r>
        <w:t>راستہ دکھاتے، اور جو اللہ اور رسول کی اطاعت کرے گا وہ ان لوگوں کے ساتھ ہوگا جن پر اللہ نے انعام کیا، یعنی پیغمبر اور صدیق اور شہید اور صالح۔ کیسی اچھی ہے ان کی رفاقت۔ یہ فضل ہے اللہ کی طرف سے، اور اللہ کا علم کافی ہے۔ اے ایمان والو! اپنی احتیاط کر لو، پھر نکلو جدا جدا یا اکٹھے ہو کر۔ اور تم میں کوئی</w:t>
      </w:r>
    </w:p>
    <w:p>
      <w:r>
        <w:rPr>
          <w:b/>
        </w:rPr>
        <w:t xml:space="preserve">[23:07] </w:t>
      </w:r>
      <w:r>
        <w:t>aisa bhi hai jo dair laga deta hai. phir agar tum ko koi museebat pahunche to woh kehta hai ke Allah ne mujh par inam kiya ke main un ke sath na tha. aur agar tum ko Allah ka koi fazl hasil ho to kehta hai: goya tumhare aur us ke darmiyan koi rishta mohabbat hi nahi ke kaash mein bhi un ke sath hota to bari kamyabi hasil karta. pas chahiye ke laren Allah ki rah mein woh log jo akhirat ke badle</w:t>
      </w:r>
    </w:p>
    <w:p>
      <w:pPr>
        <w:jc w:val="right"/>
      </w:pPr>
      <w:r>
        <w:t>ایسا بھی ہے جو دیر لگا دیتا ہے۔ پھر اگر تم کو کوئی مصیبت پہنچے تو وہ کہتا ہے کہ اللہ نے مجھ پر انعام کیا کہ میں ان کے ساتھ نہ تھا۔ اور اگر تم کو اللہ کا کوئی فضل حاصل ہو تو کہتا ہے: گویا تمہارے اور اس کے درمیان کوئی رشتہ محبت ہی نہیں کہ کاش میں بھی ان کے ساتھ ہوتا تو بڑی کامیابی حاصل کرتا۔ پس چاہیے کہ لڑیں اللہ کی راہ میں وہ لوگ جو آخرت کے بدلے</w:t>
      </w:r>
    </w:p>
    <w:p>
      <w:r>
        <w:rPr>
          <w:b/>
        </w:rPr>
        <w:t xml:space="preserve">[23:37] </w:t>
      </w:r>
      <w:r>
        <w:t>dunya ki zindagi ko bech dete hain, aur jo shakhs Allah ki rah mein lare phir mara jaye ya ghalib ho to hum us ko bara ajar den ge. aur tum ko kya hua ke tum nahi larte Allah ki rah mein, aur un kamzor mardon aur auraton aur bachon ke liye jo kehte hain ke Khuda ya hum ko is basti se nikal jis ke bashinday zalim hain, aur hamare liye apne pas se koi himayati paida kar de, aur hamare liye apne pas se koi madadg</w:t>
      </w:r>
    </w:p>
    <w:p>
      <w:pPr>
        <w:jc w:val="right"/>
      </w:pPr>
      <w:r>
        <w:t>دنیا کی زندگی کو بیچ دیتے ہیں، اور جو شخص اللہ کی راہ میں لڑے پھر مارا جائے یا غالب ہو تو ہم اس کو بڑا اجر دیں گے۔ اور تم کو کیا ہوا کہ تم نہیں لڑتے اللہ کی راہ میں، اور ان کمزور مردوں اور عورتوں اور بچوں کے لیے جو کہتے ہیں کہ خدایا ہم کو اس بستی سے نکال جس کے باشندے ظالم ہیں، اور ہمارے لیے اپنے پاس سے کوئی حمایتی پیدا کر دے، اور ہمارے لیے اپنے پاس سے کوئی مددگ</w:t>
      </w:r>
    </w:p>
    <w:p>
      <w:r>
        <w:rPr>
          <w:b/>
        </w:rPr>
        <w:t xml:space="preserve">[24:07] </w:t>
      </w:r>
      <w:r>
        <w:t>ar khara kar de.</w:t>
      </w:r>
    </w:p>
    <w:p>
      <w:pPr>
        <w:jc w:val="right"/>
      </w:pPr>
      <w:r>
        <w:t>ار کھڑا کر دے۔</w:t>
      </w:r>
    </w:p>
    <w:p>
      <w:r>
        <w:rPr>
          <w:b/>
        </w:rPr>
        <w:t xml:space="preserve">[24:12] </w:t>
      </w:r>
      <w:r>
        <w:t>jo log eman wale hain woh Allah ki rah mein larte hain, aur jo munkir hain woh shaitan</w:t>
      </w:r>
    </w:p>
    <w:p>
      <w:pPr>
        <w:jc w:val="right"/>
      </w:pPr>
      <w:r>
        <w:t>جو لوگ ایمان والے ہیں وہ اللہ کی راہ میں لڑتے ہیں، اور جو منکر ہیں وہ شیطان</w:t>
      </w:r>
    </w:p>
    <w:p>
      <w:r>
        <w:rPr>
          <w:b/>
        </w:rPr>
        <w:t xml:space="preserve">[24:17] </w:t>
      </w:r>
      <w:r>
        <w:t>ki rah mein larte hain.</w:t>
      </w:r>
    </w:p>
    <w:p>
      <w:pPr>
        <w:jc w:val="right"/>
      </w:pPr>
      <w:r>
        <w:t>کی راہ میں لڑتے ہیں۔</w:t>
      </w:r>
    </w:p>
    <w:p>
      <w:r>
        <w:rPr>
          <w:b/>
        </w:rPr>
        <w:t xml:space="preserve">[24:22] </w:t>
      </w:r>
      <w:r>
        <w:t>pas tum shaitan ke sathiyon se lado, beshak shaitan ki chaal bohat kamzor hai.</w:t>
      </w:r>
    </w:p>
    <w:p>
      <w:pPr>
        <w:jc w:val="right"/>
      </w:pPr>
      <w:r>
        <w:t>پس تم شیطان کے ساتھیوں سے لڑو، بے شک شیطان کی چال بہت کمزور ہے۔</w:t>
      </w:r>
    </w:p>
    <w:p>
      <w:r>
        <w:rPr>
          <w:b/>
        </w:rPr>
        <w:t xml:space="preserve">[24:27] </w:t>
      </w:r>
      <w:r>
        <w:t>kya tum ne un logon ko nahi dekha jin se kaha gaya tha ke apne hath roke rakho,</w:t>
      </w:r>
    </w:p>
    <w:p>
      <w:pPr>
        <w:jc w:val="right"/>
      </w:pPr>
      <w:r>
        <w:t>کیا تم نے ان لوگوں کو نہیں دیکھا جن سے کہا گیا تھا کہ اپنے ہاتھ روکے رکھو،</w:t>
      </w:r>
    </w:p>
    <w:p>
      <w:r>
        <w:rPr>
          <w:b/>
        </w:rPr>
        <w:t xml:space="preserve">[24:32] </w:t>
      </w:r>
      <w:r>
        <w:t>aur namaz qaim karo, aur zakat do? phir jab un ko larai ka hukum diya</w:t>
      </w:r>
    </w:p>
    <w:p>
      <w:pPr>
        <w:jc w:val="right"/>
      </w:pPr>
      <w:r>
        <w:t>اور نماز قائم کرو، اور زکوٰۃ دو؟ پھر جب ان کو لڑائی کا حکم دیا</w:t>
      </w:r>
    </w:p>
    <w:p>
      <w:r>
        <w:rPr>
          <w:b/>
        </w:rPr>
        <w:t xml:space="preserve">[24:37] </w:t>
      </w:r>
      <w:r>
        <w:t>gaya to un mein se ek giroh insanon se aise darne laga jaise Allah se darna chahiye, ya</w:t>
      </w:r>
    </w:p>
    <w:p>
      <w:pPr>
        <w:jc w:val="right"/>
      </w:pPr>
      <w:r>
        <w:t>گیا تو ان میں سے ایک گروہ انسانوں سے ایسے ڈرنے لگا جیسے اللہ سے ڈرنا چاہیے، یا</w:t>
      </w:r>
    </w:p>
    <w:p>
      <w:r>
        <w:rPr>
          <w:b/>
        </w:rPr>
        <w:t xml:space="preserve">[24:41] </w:t>
      </w:r>
      <w:r>
        <w:t>us se bhi ziyada.</w:t>
      </w:r>
    </w:p>
    <w:p>
      <w:pPr>
        <w:jc w:val="right"/>
      </w:pPr>
      <w:r>
        <w:t>اس سے بھی زیادہ۔</w:t>
      </w:r>
    </w:p>
    <w:p>
      <w:r>
        <w:rPr>
          <w:b/>
        </w:rPr>
        <w:t xml:space="preserve">[24:46] </w:t>
      </w:r>
      <w:r>
        <w:t>wo kehte hain: aye hamare rab!</w:t>
      </w:r>
    </w:p>
    <w:p>
      <w:pPr>
        <w:jc w:val="right"/>
      </w:pPr>
      <w:r>
        <w:t>وہ کہتے ہیں: اے ہمارے رب!</w:t>
      </w:r>
    </w:p>
    <w:p>
      <w:r>
        <w:rPr>
          <w:b/>
        </w:rPr>
        <w:t xml:space="preserve">[24:50] </w:t>
      </w:r>
      <w:r>
        <w:t>tu ne hum par larai kyon farz kar di? kyon na chhoday rakha hum ko thori muddat tak?</w:t>
      </w:r>
    </w:p>
    <w:p>
      <w:pPr>
        <w:jc w:val="right"/>
      </w:pPr>
      <w:r>
        <w:t>تو نے ہم پر لڑائی کیوں فرض کر دی؟ کیوں نہ چھوڑے رکھا ہم کو تھوڑی مدت تک؟</w:t>
      </w:r>
    </w:p>
    <w:p>
      <w:r>
        <w:rPr>
          <w:b/>
        </w:rPr>
        <w:t xml:space="preserve">[24:54] </w:t>
      </w:r>
      <w:r>
        <w:t>keh do ke dunya ka faida thora hai, aur akhirat behtar hai us ke liye jo parhezgari kare,</w:t>
      </w:r>
    </w:p>
    <w:p>
      <w:pPr>
        <w:jc w:val="right"/>
      </w:pPr>
      <w:r>
        <w:t>کہہ دو کہ دنیا کا فائدہ تھوڑا ہے، اور آخرت بہتر ہے اس کے لیے جو پرہیزگاری کرے،</w:t>
      </w:r>
    </w:p>
    <w:p>
      <w:r>
        <w:rPr>
          <w:b/>
        </w:rPr>
        <w:t xml:space="preserve">[24:59] </w:t>
      </w:r>
      <w:r>
        <w:t>aur tumhare sath zara bhi zulm na hoga.</w:t>
      </w:r>
    </w:p>
    <w:p>
      <w:pPr>
        <w:jc w:val="right"/>
      </w:pPr>
      <w:r>
        <w:t>اور تمہارے ساتھ ذرا بھی ظلم نہ ہوگا۔</w:t>
      </w:r>
    </w:p>
    <w:p>
      <w:r>
        <w:rPr>
          <w:b/>
        </w:rPr>
        <w:t xml:space="preserve">[25:03] </w:t>
      </w:r>
      <w:r>
        <w:t>aur tum jahan bhi hoge</w:t>
      </w:r>
    </w:p>
    <w:p>
      <w:pPr>
        <w:jc w:val="right"/>
      </w:pPr>
      <w:r>
        <w:t>اور تم جہاں بھی ہو گے</w:t>
      </w:r>
    </w:p>
    <w:p>
      <w:r>
        <w:rPr>
          <w:b/>
        </w:rPr>
        <w:t xml:space="preserve">[25:07] </w:t>
      </w:r>
      <w:r>
        <w:t>maut tum ko pa le gi, agarche tum mazboot qalon mein ho. agar un ko koi bhalai pahunche to woh kehte hain ke yeh Khuda ki taraf se hai, aur agar un ko koi burai pahunche to woh kehte hain ke yeh tumhare sabab se hai. keh do ke sab kuch Allah ki taraf se hai. in logo ka kya hal hai ke lagta hai ke koi baat hi nahi samajhte. tum ko jo bhalai bhi pahunche woh Khuda ki taraf se pahuncheti hai,</w:t>
      </w:r>
    </w:p>
    <w:p>
      <w:pPr>
        <w:jc w:val="right"/>
      </w:pPr>
      <w:r>
        <w:t>موت تم کو پالے گی، اگرچہ تم مضبوط قلعوں میں ہو۔ اگر ان کو کوئی بھلائی پہنچتی ہے تو وہ کہتے ہیں کہ یہ خدا کی طرف سے ہے، اور اگر ان کو کوئی برائی پہنچتی ہے تو وہ کہتے ہیں کہ یہ تمہارے سبب سے ہے۔ کہہ دو کہ سب کچھ اللہ کی طرف سے ہے۔ ان لوگوں کا کیا حال ہے کہ لگتا ہے کہ کوئی بات ہی نہیں سمجھتے۔ تم کو جو بھلائی بھی پہنچتی ہے وہ خدا کی طرف سے پہنچتی ہے،</w:t>
      </w:r>
    </w:p>
    <w:p>
      <w:r>
        <w:rPr>
          <w:b/>
        </w:rPr>
        <w:t xml:space="preserve">[25:37] </w:t>
      </w:r>
      <w:r>
        <w:t>aur tum ko jo burai pohanchti hai wo tumhare apne hi sabab se hai.</w:t>
      </w:r>
    </w:p>
    <w:p>
      <w:pPr>
        <w:jc w:val="right"/>
      </w:pPr>
      <w:r>
        <w:t>اور تم کو جو برائی پہنچتی ہے وہ تمہارے اپنے ہی سبب سے ہے۔</w:t>
      </w:r>
    </w:p>
    <w:p>
      <w:r>
        <w:rPr>
          <w:b/>
        </w:rPr>
        <w:t xml:space="preserve">[25:42] </w:t>
      </w:r>
      <w:r>
        <w:t>aur hum ne tum ko insano ki taraf peghambar bana kar bheja hai, aur Allah ki gawahi kafi hai.</w:t>
      </w:r>
    </w:p>
    <w:p>
      <w:pPr>
        <w:jc w:val="right"/>
      </w:pPr>
      <w:r>
        <w:t>اور ہم نے تم کو انسانوں کی طرف پیغمبر بنا کر بھیجا ہے، اور اللہ کی گواہی کافی ہے۔</w:t>
      </w:r>
    </w:p>
    <w:p>
      <w:r>
        <w:rPr>
          <w:b/>
        </w:rPr>
        <w:t xml:space="preserve">[25:47] </w:t>
      </w:r>
      <w:r>
        <w:t>jis ne rasool ki itaat ki us ne Allah ki itaat ki, aur jo ulta phira to hum</w:t>
      </w:r>
    </w:p>
    <w:p>
      <w:pPr>
        <w:jc w:val="right"/>
      </w:pPr>
      <w:r>
        <w:t>جس نے رسول کی اطاعت کی اس نے اللہ کی اطاعت کی، اور جو الٹا پھرا تو ہم</w:t>
      </w:r>
    </w:p>
    <w:p>
      <w:r>
        <w:rPr>
          <w:b/>
        </w:rPr>
        <w:t xml:space="preserve">[25:52] </w:t>
      </w:r>
      <w:r>
        <w:t>ne un par tum ko nigran bana kar nahi bheja hai.</w:t>
      </w:r>
    </w:p>
    <w:p>
      <w:pPr>
        <w:jc w:val="right"/>
      </w:pPr>
      <w:r>
        <w:t>نے ان پر تم کو نگراں بنا کر نہیں بھیجا ہے۔</w:t>
      </w:r>
    </w:p>
    <w:p>
      <w:r>
        <w:rPr>
          <w:b/>
        </w:rPr>
        <w:t xml:space="preserve">[25:57] </w:t>
      </w:r>
      <w:r>
        <w:t>aur yeh log kehte hain ke hum ko qabool hai, phir jab tumhare pas se nikalte hain to</w:t>
      </w:r>
    </w:p>
    <w:p>
      <w:pPr>
        <w:jc w:val="right"/>
      </w:pPr>
      <w:r>
        <w:t>اور یہ لوگ کہتے ہیں کہ ہم کو قبول ہے، پھر جب تمہارے پاس سے نکلتے ہیں تو</w:t>
      </w:r>
    </w:p>
    <w:p>
      <w:r>
        <w:rPr>
          <w:b/>
        </w:rPr>
        <w:t xml:space="preserve">[26:02] </w:t>
      </w:r>
      <w:r>
        <w:t>un mein se aik giroh is ke khilaf mash</w:t>
      </w:r>
    </w:p>
    <w:p>
      <w:pPr>
        <w:jc w:val="right"/>
      </w:pPr>
      <w:r>
        <w:t>ان میں سے ایک گروہ اس کے خلاف مش</w:t>
      </w:r>
    </w:p>
    <w:p>
      <w:r>
        <w:rPr>
          <w:b/>
        </w:rPr>
        <w:t xml:space="preserve">[26:07] </w:t>
      </w:r>
      <w:r>
        <w:t>wara karta hai jo woh keh chuka tha, aur Allah un ki sargoshion ko likh raha hai. pas tum un se araz karo, aur Allah par bharosa rakho, aur Allah bharose ke liye kafi hai. kya yeh log Quran par ghaur nahi karte? agar yeh Allah ke siwa kisi aur ki taraf se hota to woh is ke andar bara ikhtilaf pate, aur jab un ko koi baat aman ya khof ki pahunche to woh us ko phaila dete hain, aur agar woh us</w:t>
      </w:r>
    </w:p>
    <w:p>
      <w:pPr>
        <w:jc w:val="right"/>
      </w:pPr>
      <w:r>
        <w:t>ورہ کرتا ہے جو وہ کہہ چکا تھا، اور اللہ ان کی سرگوشیوں کو لکھ رہا ہے۔ پس تم ان سے اعراض کرو، اور اللہ پر بھروسہ رکھو، اور اللہ بھروسے کے لیے کافی ہے۔ کیا یہ لوگ قرآن پر غور نہیں کرتے؟ اگر یہ اللہ کے سوا کسی اور کی طرف سے ہوتا تو وہ اس کے اندر بڑا اختلاف پاتے، اور جب ان کو کوئی بات امن یا خوف کی پہنچتی ہے تو وہ اس کو پھیلا دیتے ہیں، اور اگر وہ اس</w:t>
      </w:r>
    </w:p>
    <w:p>
      <w:r>
        <w:rPr>
          <w:b/>
        </w:rPr>
        <w:t xml:space="preserve">[26:37] </w:t>
      </w:r>
      <w:r>
        <w:t>ko rasool tak ya apne zimmedar ashaab tak pohanchate to un mein se jo log tehqeeq karne</w:t>
      </w:r>
    </w:p>
    <w:p>
      <w:pPr>
        <w:jc w:val="right"/>
      </w:pPr>
      <w:r>
        <w:t>کو رسول تک یا اپنے ذمہ دار اصحاب تک پہنچاتے تو ان میں سے جو لوگ تحقیق کرنے</w:t>
      </w:r>
    </w:p>
    <w:p>
      <w:r>
        <w:rPr>
          <w:b/>
        </w:rPr>
        <w:t xml:space="preserve">[26:41] </w:t>
      </w:r>
      <w:r>
        <w:t>walay hain wo is ki haqeeqat jaan letay.</w:t>
      </w:r>
    </w:p>
    <w:p>
      <w:pPr>
        <w:jc w:val="right"/>
      </w:pPr>
      <w:r>
        <w:t>والے ہیں وہ اس کی حقیقت جان لیتے۔</w:t>
      </w:r>
    </w:p>
    <w:p>
      <w:r>
        <w:rPr>
          <w:b/>
        </w:rPr>
        <w:t xml:space="preserve">[26:45] </w:t>
      </w:r>
      <w:r>
        <w:t>aur agar tum par Allah ka fazl aur us ki rehmat na hoti to thore logo ke siwa</w:t>
      </w:r>
    </w:p>
    <w:p>
      <w:pPr>
        <w:jc w:val="right"/>
      </w:pPr>
      <w:r>
        <w:t>اور اگر تم پر اللہ کا فضل اور اس کی رحمت نہ ہوتی تو تھوڑے لوگوں کے سوا</w:t>
      </w:r>
    </w:p>
    <w:p>
      <w:r>
        <w:rPr>
          <w:b/>
        </w:rPr>
        <w:t xml:space="preserve">[26:49] </w:t>
      </w:r>
      <w:r>
        <w:t>tum sab shaitan ke peechay lag jatay.</w:t>
      </w:r>
    </w:p>
    <w:p>
      <w:pPr>
        <w:jc w:val="right"/>
      </w:pPr>
      <w:r>
        <w:t>تم سب شیطان کے پیچھے لگ جاتے۔</w:t>
      </w:r>
    </w:p>
    <w:p>
      <w:r>
        <w:rPr>
          <w:b/>
        </w:rPr>
        <w:t xml:space="preserve">[26:53] </w:t>
      </w:r>
      <w:r>
        <w:t>pas laro Allah ki rah mein.</w:t>
      </w:r>
    </w:p>
    <w:p>
      <w:pPr>
        <w:jc w:val="right"/>
      </w:pPr>
      <w:r>
        <w:t>پس لڑو اللہ کی راہ میں۔</w:t>
      </w:r>
    </w:p>
    <w:p>
      <w:r>
        <w:rPr>
          <w:b/>
        </w:rPr>
        <w:t xml:space="preserve">[26:56] </w:t>
      </w:r>
      <w:r>
        <w:t>tum par apni jan ke siwa kisi ki zimmedari nahi.</w:t>
      </w:r>
    </w:p>
    <w:p>
      <w:pPr>
        <w:jc w:val="right"/>
      </w:pPr>
      <w:r>
        <w:t>تم پر اپنی جان کے سوا کسی کی ذمہ داری نہیں۔</w:t>
      </w:r>
    </w:p>
    <w:p>
      <w:r>
        <w:rPr>
          <w:b/>
        </w:rPr>
        <w:t xml:space="preserve">[27:00] </w:t>
      </w:r>
      <w:r>
        <w:t>aur ahle iman ko ubharo.</w:t>
      </w:r>
    </w:p>
    <w:p>
      <w:pPr>
        <w:jc w:val="right"/>
      </w:pPr>
      <w:r>
        <w:t>اور اہل ایمان کو ابھارو۔</w:t>
      </w:r>
    </w:p>
    <w:p>
      <w:r>
        <w:rPr>
          <w:b/>
        </w:rPr>
        <w:t xml:space="preserve">[27:04] </w:t>
      </w:r>
      <w:r>
        <w:t>ummeed hai ke Allah munkiron ka zor tor</w:t>
      </w:r>
    </w:p>
    <w:p>
      <w:pPr>
        <w:jc w:val="right"/>
      </w:pPr>
      <w:r>
        <w:t>امید ہے کہ اللہ منکروں کا زور توڑ</w:t>
      </w:r>
    </w:p>
    <w:p>
      <w:r>
        <w:rPr>
          <w:b/>
        </w:rPr>
        <w:t xml:space="preserve">[27:08] </w:t>
      </w:r>
      <w:r>
        <w:t>de, aur Allah bara zor wala aur bohat sakht saza dene wala hai. jo shakhs kisi achi baat ki haq mein kahe ga us ke liye us mein se hissa hai, aur jo us ki mukhalifat mein kahe ga us ke liye us mein hissa hai, aur Allah har cheez par qudrat rakhne wala hai. aur jab koi tum ko dua de to tum bhi dua do, us se behtar, ya ult kar wohi keh do. beshak Allah har cheez ka hisab lein</w:t>
      </w:r>
    </w:p>
    <w:p>
      <w:pPr>
        <w:jc w:val="right"/>
      </w:pPr>
      <w:r>
        <w:t>دے، اور اللہ بڑا زور والا اور بہت سخت سزا دینے والا ہے۔ جو شخص کسی اچھی بات کی حق میں کہے گا اس کے لیے اس میں سے حصہ ہے، اور جو اس کی مخالفت میں کہے گا اس کے لیے اس میں حصہ ہے، اور اللہ ہر چیز پر قدرت رکھنے والا ہے۔ اور جب کوئی تم کو دعا دے تو تم بھی دعا دو، اس سے بہتر، یا الٹ کر وہی کہہ دو۔ بے شک اللہ ہر چیز کا حساب لین</w:t>
      </w:r>
    </w:p>
    <w:p>
      <w:r>
        <w:rPr>
          <w:b/>
        </w:rPr>
        <w:t xml:space="preserve">[27:38] </w:t>
      </w:r>
      <w:r>
        <w:t>nay wala hai.</w:t>
      </w:r>
    </w:p>
    <w:p>
      <w:pPr>
        <w:jc w:val="right"/>
      </w:pPr>
      <w:r>
        <w:t>ے والا ہے۔</w:t>
      </w:r>
    </w:p>
    <w:p>
      <w:r>
        <w:rPr>
          <w:b/>
        </w:rPr>
        <w:t xml:space="preserve">[27:41] </w:t>
      </w:r>
      <w:r>
        <w:t>Allah hi mabood hai.</w:t>
      </w:r>
    </w:p>
    <w:p>
      <w:pPr>
        <w:jc w:val="right"/>
      </w:pPr>
      <w:r>
        <w:t>اللہ ہی معبود ہے۔</w:t>
      </w:r>
    </w:p>
    <w:p>
      <w:r>
        <w:rPr>
          <w:b/>
        </w:rPr>
        <w:t xml:space="preserve">[27:45] </w:t>
      </w:r>
      <w:r>
        <w:t>us ke siwa koi mabood nahi.</w:t>
      </w:r>
    </w:p>
    <w:p>
      <w:pPr>
        <w:jc w:val="right"/>
      </w:pPr>
      <w:r>
        <w:t>اس کے سوا کوئی معبود نہیں۔</w:t>
      </w:r>
    </w:p>
    <w:p>
      <w:r>
        <w:rPr>
          <w:b/>
        </w:rPr>
        <w:t xml:space="preserve">[27:49] </w:t>
      </w:r>
      <w:r>
        <w:t>wo tum sab ko qayamat ke din jama karega jis ke aanay mein koi shubah nahi, aur</w:t>
      </w:r>
    </w:p>
    <w:p>
      <w:pPr>
        <w:jc w:val="right"/>
      </w:pPr>
      <w:r>
        <w:t>وہ تم سب کو قیامت کے دن جمع کرے گا جس کے آنے میں کوئی شبہ نہیں، اور</w:t>
      </w:r>
    </w:p>
    <w:p>
      <w:r>
        <w:rPr>
          <w:b/>
        </w:rPr>
        <w:t xml:space="preserve">[27:53] </w:t>
      </w:r>
      <w:r>
        <w:t>Allah ki baat se barh kar sachi baat aur kis ki ho sakti hai.</w:t>
      </w:r>
    </w:p>
    <w:p>
      <w:pPr>
        <w:jc w:val="right"/>
      </w:pPr>
      <w:r>
        <w:t>اللہ کی بات سے بڑھ کر سچی بات اور کس کی ہو سکتی ہے۔</w:t>
      </w:r>
    </w:p>
    <w:p>
      <w:r>
        <w:rPr>
          <w:b/>
        </w:rPr>
        <w:t xml:space="preserve">[27:56] </w:t>
      </w:r>
      <w:r>
        <w:t>phir tum ko kya hua hai ke tum munafiqon ke moamle mein do giroh ho rahe ho, halankay</w:t>
      </w:r>
    </w:p>
    <w:p>
      <w:pPr>
        <w:jc w:val="right"/>
      </w:pPr>
      <w:r>
        <w:t>پھر تم کو کیا ہوا ہے کہ تم منافقوں کے معاملے میں دو گروہ ہو رہے ہو، حالانکہ</w:t>
      </w:r>
    </w:p>
    <w:p>
      <w:r>
        <w:rPr>
          <w:b/>
        </w:rPr>
        <w:t xml:space="preserve">[28:00] </w:t>
      </w:r>
      <w:r>
        <w:t>allah ne in ke aamaal ke sabab se in ko ulta pher diya hai.</w:t>
      </w:r>
    </w:p>
    <w:p>
      <w:pPr>
        <w:jc w:val="right"/>
      </w:pPr>
      <w:r>
        <w:t>اللہ نے ان کے اعمال کے سبب سے ان کو الٹا پھیر دیا ہے۔</w:t>
      </w:r>
    </w:p>
    <w:p>
      <w:r>
        <w:rPr>
          <w:b/>
        </w:rPr>
        <w:t xml:space="preserve">[28:04] </w:t>
      </w:r>
      <w:r>
        <w:t>kya tum chahte ho ke in ko raah par</w:t>
      </w:r>
    </w:p>
    <w:p>
      <w:pPr>
        <w:jc w:val="right"/>
      </w:pPr>
      <w:r>
        <w:t>کیا تم چاہتے ہو کہ ان کو راہ پر</w:t>
      </w:r>
    </w:p>
    <w:p>
      <w:r>
        <w:rPr>
          <w:b/>
        </w:rPr>
        <w:t xml:space="preserve">[28:08] </w:t>
      </w:r>
      <w:r>
        <w:t>lao jin ko allah ne gumrah kar diya hai? aur jis ko allah gumrah kar de tum hargiz</w:t>
      </w:r>
    </w:p>
    <w:p>
      <w:pPr>
        <w:jc w:val="right"/>
      </w:pPr>
      <w:r>
        <w:t>لاؤ جن کو اللہ نے گمراہ کر دیا ہے؟ اور جس کو اللہ گمراہ کر دے تم ہرگز</w:t>
      </w:r>
    </w:p>
    <w:p>
      <w:r>
        <w:rPr>
          <w:b/>
        </w:rPr>
        <w:t xml:space="preserve">[28:13] </w:t>
      </w:r>
      <w:r>
        <w:t>us ke liye koi raah nahi pa sakte.</w:t>
      </w:r>
    </w:p>
    <w:p>
      <w:pPr>
        <w:jc w:val="right"/>
      </w:pPr>
      <w:r>
        <w:t>اس کے لیے کوئی راہ نہیں پا سکتے۔</w:t>
      </w:r>
    </w:p>
    <w:p>
      <w:r>
        <w:rPr>
          <w:b/>
        </w:rPr>
        <w:t xml:space="preserve">[28:18] </w:t>
      </w:r>
      <w:r>
        <w:t>wo chahte hain ke jis tarah unhone inkaar kiya hai tum bhi inkaar karo taake tum sab</w:t>
      </w:r>
    </w:p>
    <w:p>
      <w:pPr>
        <w:jc w:val="right"/>
      </w:pPr>
      <w:r>
        <w:t>وہ چاہتے ہیں کہ جس طرح انہوں نے انکار کیا ہے تم بھی انکار کرو تاکہ تم سب</w:t>
      </w:r>
    </w:p>
    <w:p>
      <w:r>
        <w:rPr>
          <w:b/>
        </w:rPr>
        <w:t xml:space="preserve">[28:23] </w:t>
      </w:r>
      <w:r>
        <w:t>barabar ho jao.</w:t>
      </w:r>
    </w:p>
    <w:p>
      <w:pPr>
        <w:jc w:val="right"/>
      </w:pPr>
      <w:r>
        <w:t>برابر ہو جاؤ۔</w:t>
      </w:r>
    </w:p>
    <w:p>
      <w:r>
        <w:rPr>
          <w:b/>
        </w:rPr>
        <w:t xml:space="preserve">[28:28] </w:t>
      </w:r>
      <w:r>
        <w:t>pas tum un mein se kisi ko dost na banao jab tak wo allah ki raah mein hijrat na karein.</w:t>
      </w:r>
    </w:p>
    <w:p>
      <w:pPr>
        <w:jc w:val="right"/>
      </w:pPr>
      <w:r>
        <w:t>پس تم ان میں سے کسی کو دوست نہ بناؤ جب تک وہ اللہ کی راہ میں ہجرت نہ کریں۔</w:t>
      </w:r>
    </w:p>
    <w:p>
      <w:r>
        <w:rPr>
          <w:b/>
        </w:rPr>
        <w:t xml:space="preserve">[28:33] </w:t>
      </w:r>
      <w:r>
        <w:t>phir agar wo is ko qubool na karein to un ko pakdo aur jahan kahin un ko</w:t>
      </w:r>
    </w:p>
    <w:p>
      <w:pPr>
        <w:jc w:val="right"/>
      </w:pPr>
      <w:r>
        <w:t>پھر اگر وہ اس کو قبول نہ کریں تو ان کو پکڑو اور جہاں کہیں ان کو</w:t>
      </w:r>
    </w:p>
    <w:p>
      <w:r>
        <w:rPr>
          <w:b/>
        </w:rPr>
        <w:t xml:space="preserve">[28:38] </w:t>
      </w:r>
      <w:r>
        <w:t>paao unhein qatal karo, aur un mein se kisi ko sathi aur madadgar na banao. magar woh log jin ka taluq kisi aisi qaum se ho jin ke sath tumhara muahida hai, ya woh log jo tumhare pas is hal mein aaye ke un ke sine tang ho rahe hain tumhari larai se aur apni qaum ki larai se. aur agar Allah chahta to un ko tum par zor de deta to woh zaroor tum se larte. pas agar woh tum ko chhore rahen</w:t>
      </w:r>
    </w:p>
    <w:p>
      <w:pPr>
        <w:jc w:val="right"/>
      </w:pPr>
      <w:r>
        <w:t>پاؤ انہیں قتل کرو، اور ان میں سے کسی کو ساتھی اور مددگار نہ بناؤ۔ مگر وہ لوگ جن کا تعلق کسی ایسی قوم سے ہو جن کے ساتھ تمہارا معاہدہ ہے، یا وہ لوگ جو تمہارے پاس اس حال میں آئے کہ ان کے سینے تنگ ہو رہے ہیں تمہاری لڑائی سے اور اپنی قوم کی لڑائی سے۔ اور اگر اللہ چاہتا تو ان کو تم پر زور دے دیتا تو وہ ضرور تم سے لڑتے۔ پس اگر وہ تم کو چھوڑے رہیں</w:t>
      </w:r>
    </w:p>
    <w:p>
      <w:r>
        <w:rPr>
          <w:b/>
        </w:rPr>
        <w:t xml:space="preserve">[29:08] </w:t>
      </w:r>
      <w:r>
        <w:t>aur tum se jang na karein aur tumhare saath sulah ka rawaiyya rakhein to allah tum ko bhi</w:t>
      </w:r>
    </w:p>
    <w:p>
      <w:pPr>
        <w:jc w:val="right"/>
      </w:pPr>
      <w:r>
        <w:t>اور تم سے جنگ نہ کریں اور تمہارے ساتھ صلح کا رویہ رکھیں تو اللہ تم کو بھی</w:t>
      </w:r>
    </w:p>
    <w:p>
      <w:r>
        <w:rPr>
          <w:b/>
        </w:rPr>
        <w:t xml:space="preserve">[29:12] </w:t>
      </w:r>
      <w:r>
        <w:t>un ke khilaaf kisi qadam ki ijazat nahi deta.</w:t>
      </w:r>
    </w:p>
    <w:p>
      <w:pPr>
        <w:jc w:val="right"/>
      </w:pPr>
      <w:r>
        <w:t>ان کے خلاف کسی اقدام کی اجازت نہیں دیتا۔</w:t>
      </w:r>
    </w:p>
    <w:p>
      <w:r>
        <w:rPr>
          <w:b/>
        </w:rPr>
        <w:t xml:space="preserve">[29:16] </w:t>
      </w:r>
      <w:r>
        <w:t>doosre kuch aise logon ko bhi tum paoge jo chahte hain ke tum se bhi aman mein</w:t>
      </w:r>
    </w:p>
    <w:p>
      <w:pPr>
        <w:jc w:val="right"/>
      </w:pPr>
      <w:r>
        <w:t>دوسرے کچھ ایسے لوگوں کو بھی تم پاؤ گے جو چاہتے ہیں کہ تم سے بھی امن میں</w:t>
      </w:r>
    </w:p>
    <w:p>
      <w:r>
        <w:rPr>
          <w:b/>
        </w:rPr>
        <w:t xml:space="preserve">[29:21] </w:t>
      </w:r>
      <w:r>
        <w:t>rahein aur apni qaum se bhi aman mein rahein.</w:t>
      </w:r>
    </w:p>
    <w:p>
      <w:pPr>
        <w:jc w:val="right"/>
      </w:pPr>
      <w:r>
        <w:t>رہیں اور اپنی قوم سے بھی امن میں رہیں۔</w:t>
      </w:r>
    </w:p>
    <w:p>
      <w:r>
        <w:rPr>
          <w:b/>
        </w:rPr>
        <w:t xml:space="preserve">[29:25] </w:t>
      </w:r>
      <w:r>
        <w:t>jab kabhi wo fitne ka mauqa paayein wo is mein kood padte hain.</w:t>
      </w:r>
    </w:p>
    <w:p>
      <w:pPr>
        <w:jc w:val="right"/>
      </w:pPr>
      <w:r>
        <w:t>جب کبھی وہ فتنے کا موقع پائیں وہ اس میں کود پڑتے ہیں۔</w:t>
      </w:r>
    </w:p>
    <w:p>
      <w:r>
        <w:rPr>
          <w:b/>
        </w:rPr>
        <w:t xml:space="preserve">[29:30] </w:t>
      </w:r>
      <w:r>
        <w:t>aise log agar tum se yakso na rahein aur tumhare saath sulah ka rawaiyya na rakhein aur apne</w:t>
      </w:r>
    </w:p>
    <w:p>
      <w:pPr>
        <w:jc w:val="right"/>
      </w:pPr>
      <w:r>
        <w:t>ایسے لوگ اگر تم سے یکسو نہ رہیں اور تمہارے ساتھ صلح کا رویہ نہ رکھیں اور اپنے</w:t>
      </w:r>
    </w:p>
    <w:p>
      <w:r>
        <w:rPr>
          <w:b/>
        </w:rPr>
        <w:t xml:space="preserve">[29:34] </w:t>
      </w:r>
      <w:r>
        <w:t>haath na rokein to</w:t>
      </w:r>
    </w:p>
    <w:p>
      <w:pPr>
        <w:jc w:val="right"/>
      </w:pPr>
      <w:r>
        <w:t>ہاتھ نہ روکیں تو</w:t>
      </w:r>
    </w:p>
    <w:p>
      <w:r>
        <w:rPr>
          <w:b/>
        </w:rPr>
        <w:t xml:space="preserve">[29:38] </w:t>
      </w:r>
      <w:r>
        <w:t>tum un ko pakro aur un ko qatal karo jahan kahin paao. yeh log hain jin ke khilaf hum ne tum ko khuli hujjat di hai. aur momin ka kaam nahi ke woh momin ko qatal kare, magar yeh ke ghalati se aisa ho jaye. aur jo shakhs kisi momin ko ghalati se qatal kar de to woh ek momin ghulam ko azad kare aur maktul ke warison ko khoon baha de, illa yeh ke woh maaf kar den. phir maktul</w:t>
      </w:r>
    </w:p>
    <w:p>
      <w:pPr>
        <w:jc w:val="right"/>
      </w:pPr>
      <w:r>
        <w:t>تم ان کو پکڑو اور ان کو قتل کرو جہاں کہیں پاؤ۔ یہ لوگ ہیں جن کے خلاف ہم نے تم کو کھلی حجت دی ہے۔ اور مومن کا کام نہیں کہ وہ مومن کو قتل کرے، مگر یہ کہ غلطی سے ایسا ہو جائے۔ اور جو شخص کسی مومن کو غلطی سے قتل کر دے تو وہ ایک مومن غلام کو آزاد کرے اور مقتول کے وارثوں کو خون بہا دے، الا یہ کہ وہ معاف کر دیں۔ پھر مقتول</w:t>
      </w:r>
    </w:p>
    <w:p>
      <w:r>
        <w:rPr>
          <w:b/>
        </w:rPr>
        <w:t xml:space="preserve">[30:08] </w:t>
      </w:r>
      <w:r>
        <w:t>agar aisi qaum mein se tha jo tumhari dushman hai aur wo khud momin tha to wo ek</w:t>
      </w:r>
    </w:p>
    <w:p>
      <w:pPr>
        <w:jc w:val="right"/>
      </w:pPr>
      <w:r>
        <w:t>اگر ایسی قوم میں سے تھا جو تمہاری دشمن ہے اور وہ خود مومن تھا تو وہ ایک</w:t>
      </w:r>
    </w:p>
    <w:p>
      <w:r>
        <w:rPr>
          <w:b/>
        </w:rPr>
        <w:t xml:space="preserve">[30:13] </w:t>
      </w:r>
      <w:r>
        <w:t>momin ghulam ko azaad kare.</w:t>
      </w:r>
    </w:p>
    <w:p>
      <w:pPr>
        <w:jc w:val="right"/>
      </w:pPr>
      <w:r>
        <w:t>مومن غلام کو آزاد کرے۔</w:t>
      </w:r>
    </w:p>
    <w:p>
      <w:r>
        <w:rPr>
          <w:b/>
        </w:rPr>
        <w:t xml:space="preserve">[30:18] </w:t>
      </w:r>
      <w:r>
        <w:t>aur agar wo aisi qaum se tha ke tumhare aur is ke darmiyan ahad hai to wo is</w:t>
      </w:r>
    </w:p>
    <w:p>
      <w:pPr>
        <w:jc w:val="right"/>
      </w:pPr>
      <w:r>
        <w:t>اور اگر وہ ایسی قوم سے تھا کہ تمہارے اور اس کے درمیان عہد ہے تو وہ اس</w:t>
      </w:r>
    </w:p>
    <w:p>
      <w:r>
        <w:rPr>
          <w:b/>
        </w:rPr>
        <w:t xml:space="preserve">[30:23] </w:t>
      </w:r>
      <w:r>
        <w:t>ke waarison ko khoon baha de aur ek momin ko azaad kare.</w:t>
      </w:r>
    </w:p>
    <w:p>
      <w:pPr>
        <w:jc w:val="right"/>
      </w:pPr>
      <w:r>
        <w:t>کے وارثوں کو خون بہا دے اور ایک مومن کو آزاد کرے۔</w:t>
      </w:r>
    </w:p>
    <w:p>
      <w:r>
        <w:rPr>
          <w:b/>
        </w:rPr>
        <w:t xml:space="preserve">[30:28] </w:t>
      </w:r>
      <w:r>
        <w:t>phir jis ko mayassar na ho to wo lagaataar do mahine ke roze rakhe.</w:t>
      </w:r>
    </w:p>
    <w:p>
      <w:pPr>
        <w:jc w:val="right"/>
      </w:pPr>
      <w:r>
        <w:t>پھر جس کو میسر نہ ہو تو وہ لگاتار دو مہینے کے روزے رکھے۔</w:t>
      </w:r>
    </w:p>
    <w:p>
      <w:r>
        <w:rPr>
          <w:b/>
        </w:rPr>
        <w:t xml:space="preserve">[30:33] </w:t>
      </w:r>
      <w:r>
        <w:t>yeh tauba hai allah ki taraf se, aur allah jaan ne wala,</w:t>
      </w:r>
    </w:p>
    <w:p>
      <w:pPr>
        <w:jc w:val="right"/>
      </w:pPr>
      <w:r>
        <w:t>یہ توبہ ہے اللہ کی طرف سے، اور اللہ جاننے والا،</w:t>
      </w:r>
    </w:p>
    <w:p>
      <w:r>
        <w:rPr>
          <w:b/>
        </w:rPr>
        <w:t xml:space="preserve">[30:38] </w:t>
      </w:r>
      <w:r>
        <w:t>hakeem wala hai.</w:t>
      </w:r>
    </w:p>
    <w:p>
      <w:pPr>
        <w:jc w:val="right"/>
      </w:pPr>
      <w:r>
        <w:t>حکمت والا ہے۔</w:t>
      </w:r>
    </w:p>
    <w:p>
      <w:r>
        <w:rPr>
          <w:b/>
        </w:rPr>
        <w:t xml:space="preserve">[30:42] </w:t>
      </w:r>
      <w:r>
        <w:t>aur jo shakhs kisi momin ko jaan kar qatl kare to us ki saza jahannum hai jis mein</w:t>
      </w:r>
    </w:p>
    <w:p>
      <w:pPr>
        <w:jc w:val="right"/>
      </w:pPr>
      <w:r>
        <w:t>اور جو شخص کسی مومن کو جان کر قتل کرے تو اس کی سزا جہنم ہے جس میں</w:t>
      </w:r>
    </w:p>
    <w:p>
      <w:r>
        <w:rPr>
          <w:b/>
        </w:rPr>
        <w:t xml:space="preserve">[30:46] </w:t>
      </w:r>
      <w:r>
        <w:t>wo hamesha rahega, aur us par allah ka ghazab aur us ki laanat hai, aur allah ne</w:t>
      </w:r>
    </w:p>
    <w:p>
      <w:pPr>
        <w:jc w:val="right"/>
      </w:pPr>
      <w:r>
        <w:t>وہ ہمیشہ رہے گا، اور اس پر اللہ کا غضب اور اس کی لعنت ہے، اور اللہ نے</w:t>
      </w:r>
    </w:p>
    <w:p>
      <w:r>
        <w:rPr>
          <w:b/>
        </w:rPr>
        <w:t xml:space="preserve">[30:50] </w:t>
      </w:r>
      <w:r>
        <w:t>us ke liye bada azaab tayar kar rakha hai.</w:t>
      </w:r>
    </w:p>
    <w:p>
      <w:pPr>
        <w:jc w:val="right"/>
      </w:pPr>
      <w:r>
        <w:t>اس کے لیے بڑا عذاب تیار کر رکھا ہے۔</w:t>
      </w:r>
    </w:p>
    <w:p>
      <w:r>
        <w:rPr>
          <w:b/>
        </w:rPr>
        <w:t xml:space="preserve">[30:53] </w:t>
      </w:r>
      <w:r>
        <w:t>ae imaan walo!</w:t>
      </w:r>
    </w:p>
    <w:p>
      <w:pPr>
        <w:jc w:val="right"/>
      </w:pPr>
      <w:r>
        <w:t>اے ایمان والو!</w:t>
      </w:r>
    </w:p>
    <w:p>
      <w:r>
        <w:rPr>
          <w:b/>
        </w:rPr>
        <w:t xml:space="preserve">[30:57] </w:t>
      </w:r>
      <w:r>
        <w:t>jab tum safar karo allah ki rah mein to khoob tehqeeq kar liya karo, aur jo shakhs tum</w:t>
      </w:r>
    </w:p>
    <w:p>
      <w:pPr>
        <w:jc w:val="right"/>
      </w:pPr>
      <w:r>
        <w:t>جب تم سفر کرو اللہ کی راہ میں تو خوب تحقیق کر لیا کرو، اور جو شخص تم</w:t>
      </w:r>
    </w:p>
    <w:p>
      <w:r>
        <w:rPr>
          <w:b/>
        </w:rPr>
        <w:t xml:space="preserve">[31:01] </w:t>
      </w:r>
      <w:r>
        <w:t>ko salam kare us ko yeh na kaho ke tu momin nahin.</w:t>
      </w:r>
    </w:p>
    <w:p>
      <w:pPr>
        <w:jc w:val="right"/>
      </w:pPr>
      <w:r>
        <w:t>کو سلام کرے اس کو یہ نہ کہو کہ تو مومن نہیں۔</w:t>
      </w:r>
    </w:p>
    <w:p>
      <w:r>
        <w:rPr>
          <w:b/>
        </w:rPr>
        <w:t xml:space="preserve">[31:05] </w:t>
      </w:r>
      <w:r>
        <w:t>tum dunyaavi zindagi ka</w:t>
      </w:r>
    </w:p>
    <w:p>
      <w:pPr>
        <w:jc w:val="right"/>
      </w:pPr>
      <w:r>
        <w:t>تم دنیاوی زندگی کا</w:t>
      </w:r>
    </w:p>
    <w:p>
      <w:r>
        <w:rPr>
          <w:b/>
        </w:rPr>
        <w:t xml:space="preserve">[31:09] </w:t>
      </w:r>
      <w:r>
        <w:t>saamaan chahte ho to allah ke paas bohat saamaan ghanimat hai.</w:t>
      </w:r>
    </w:p>
    <w:p>
      <w:pPr>
        <w:jc w:val="right"/>
      </w:pPr>
      <w:r>
        <w:t>سامان چاہتے ہو تو اللہ کے پاس بہت سامان غنیمت ہے۔</w:t>
      </w:r>
    </w:p>
    <w:p>
      <w:r>
        <w:rPr>
          <w:b/>
        </w:rPr>
        <w:t xml:space="preserve">[31:15] </w:t>
      </w:r>
      <w:r>
        <w:t>tum bhi pehle aise hi thay, phir allah ne tum par fazal kiya to tehqeeq kar liya karo.</w:t>
      </w:r>
    </w:p>
    <w:p>
      <w:pPr>
        <w:jc w:val="right"/>
      </w:pPr>
      <w:r>
        <w:t>تم بھی پہلے ایسے ہی تھے، پھر اللہ نے تم پر فضل کیا تو تحقیق کر لیا کرو۔</w:t>
      </w:r>
    </w:p>
    <w:p>
      <w:r>
        <w:rPr>
          <w:b/>
        </w:rPr>
        <w:t xml:space="preserve">[31:21] </w:t>
      </w:r>
      <w:r>
        <w:t>jo kuch tum karte ho allah us se khabardar hai.</w:t>
      </w:r>
    </w:p>
    <w:p>
      <w:pPr>
        <w:jc w:val="right"/>
      </w:pPr>
      <w:r>
        <w:t>جو کچھ تم کرتے ہو اللہ اس سے خبردار ہے۔</w:t>
      </w:r>
    </w:p>
    <w:p>
      <w:r>
        <w:rPr>
          <w:b/>
        </w:rPr>
        <w:t xml:space="preserve">[31:27] </w:t>
      </w:r>
      <w:r>
        <w:t>barabar nahin ho sakte baithe rehne wale ahle imaan jin ko koi uzr nahin, aur woh ahle imaan</w:t>
      </w:r>
    </w:p>
    <w:p>
      <w:pPr>
        <w:jc w:val="right"/>
      </w:pPr>
      <w:r>
        <w:t>برابر نہیں ہو سکتے بیٹھے رہنے والے اہل ایمان جن کو کوئی عذر نہیں، اور وہ اہل ایمان</w:t>
      </w:r>
    </w:p>
    <w:p>
      <w:r>
        <w:rPr>
          <w:b/>
        </w:rPr>
        <w:t xml:space="preserve">[31:33] </w:t>
      </w:r>
      <w:r>
        <w:t>jo allah ki rah mein ladne wale hain apne maal aur apni jaan se.</w:t>
      </w:r>
    </w:p>
    <w:p>
      <w:pPr>
        <w:jc w:val="right"/>
      </w:pPr>
      <w:r>
        <w:t>جو اللہ کی راہ میں لڑنے والے ہیں اپنے مال اور اپنی جان سے۔</w:t>
      </w:r>
    </w:p>
    <w:p>
      <w:r>
        <w:rPr>
          <w:b/>
        </w:rPr>
        <w:t xml:space="preserve">[31:39] </w:t>
      </w:r>
      <w:r>
        <w:t>maal o jaan se jihad karne walon ka darja allah ne baithe rehne walon ki nisbat bara rakha</w:t>
      </w:r>
    </w:p>
    <w:p>
      <w:pPr>
        <w:jc w:val="right"/>
      </w:pPr>
      <w:r>
        <w:t>مال و جان سے جہاد کرنے والوں کا درجہ اللہ نے بیٹھ رہنے والوں کی نسبت بڑا رکھا</w:t>
      </w:r>
    </w:p>
    <w:p>
      <w:r>
        <w:rPr>
          <w:b/>
        </w:rPr>
        <w:t xml:space="preserve">[31:44] </w:t>
      </w:r>
      <w:r>
        <w:t>hai, aur har ek se allah ne bhalaai ka wada kiya hai, aur allah ne jihad karne walon</w:t>
      </w:r>
    </w:p>
    <w:p>
      <w:pPr>
        <w:jc w:val="right"/>
      </w:pPr>
      <w:r>
        <w:t>ہے، اور ہر ایک سے اللہ نے بھلائی کا وعدہ کیا ہے، اور اللہ نے جہاد کرنے والوں</w:t>
      </w:r>
    </w:p>
    <w:p>
      <w:r>
        <w:rPr>
          <w:b/>
        </w:rPr>
        <w:t xml:space="preserve">[31:49] </w:t>
      </w:r>
      <w:r>
        <w:t>ko baithe rehne walon par ajr azeem mein bartari di hai.</w:t>
      </w:r>
    </w:p>
    <w:p>
      <w:pPr>
        <w:jc w:val="right"/>
      </w:pPr>
      <w:r>
        <w:t>کو بیٹھ رہنے والوں پر اجر عظیم میں برتری دی ہے۔</w:t>
      </w:r>
    </w:p>
    <w:p>
      <w:r>
        <w:rPr>
          <w:b/>
        </w:rPr>
        <w:t xml:space="preserve">[31:54] </w:t>
      </w:r>
      <w:r>
        <w:t>un ke liye allah ki taraf se bare darje hain aur maghfirat aur rehmat hai, aur allah bakhsne</w:t>
      </w:r>
    </w:p>
    <w:p>
      <w:pPr>
        <w:jc w:val="right"/>
      </w:pPr>
      <w:r>
        <w:t>ان کے لیے اللہ کی طرف سے بڑے درجے ہیں اور مغفرت اور رحمت ہے، اور اللہ بخشنے</w:t>
      </w:r>
    </w:p>
    <w:p>
      <w:r>
        <w:rPr>
          <w:b/>
        </w:rPr>
        <w:t xml:space="preserve">[31:59] </w:t>
      </w:r>
      <w:r>
        <w:t>wala, meharban hai.</w:t>
      </w:r>
    </w:p>
    <w:p>
      <w:pPr>
        <w:jc w:val="right"/>
      </w:pPr>
      <w:r>
        <w:t>والا، مہربان ہے۔</w:t>
      </w:r>
    </w:p>
    <w:p>
      <w:r>
        <w:rPr>
          <w:b/>
        </w:rPr>
        <w:t xml:space="preserve">[32:04] </w:t>
      </w:r>
      <w:r>
        <w:t>jo log apna bura kar rahe hain jab un ki jaan</w:t>
      </w:r>
    </w:p>
    <w:p>
      <w:pPr>
        <w:jc w:val="right"/>
      </w:pPr>
      <w:r>
        <w:t>جو لوگ اپنا برا کر رہے ہیں جب ان کی جان</w:t>
      </w:r>
    </w:p>
    <w:p>
      <w:r>
        <w:rPr>
          <w:b/>
        </w:rPr>
        <w:t xml:space="preserve">[32:09] </w:t>
      </w:r>
      <w:r>
        <w:t>farishtay nikalen ge to woh un se poochhen ge ke tum kis hal mein thay? woh kahen ge ke hum zameen mein be bas thay. farishtay kahen ge: kya Khuda ki zameen kushada na thi ke tum watan chhor kar wahan chale jate? yeh woh log hain jin ka thikana jahannum hai, aur woh bohat bura thikana hai. magar woh be bas mard aur auraten aur bachay jo koi tadbeer nahi kar sakte aur na koi rah</w:t>
      </w:r>
    </w:p>
    <w:p>
      <w:pPr>
        <w:jc w:val="right"/>
      </w:pPr>
      <w:r>
        <w:t>فرشتے نکالیں گے تو وہ ان سے پوچھیں گے کہ تم کس حال میں تھے؟ وہ کہیں گے کہ ہم زمین میں بے بس تھے۔ فرشتے کہیں گے: کیا خدا کی زمین کشادہ نہ تھی کہ تم وطن چھوڑ کر وہاں چلے جاتے؟ یہ وہ لوگ ہیں جن کا ٹھکانہ جہنم ہے، اور وہ بہت برا ٹھکانہ ہے۔ مگر وہ بے بس مرد اور عورتیں اور بچے جو کوئی تدبیر نہیں کر سکتے اور نہ کوئی راہ</w:t>
      </w:r>
    </w:p>
    <w:p>
      <w:r>
        <w:rPr>
          <w:b/>
        </w:rPr>
        <w:t xml:space="preserve">[32:39] </w:t>
      </w:r>
      <w:r>
        <w:t>pa rahe hain, yeh log tawaqqo hai ke allah unhein maaf kar de ga, aur allah maaf karne</w:t>
      </w:r>
    </w:p>
    <w:p>
      <w:pPr>
        <w:jc w:val="right"/>
      </w:pPr>
      <w:r>
        <w:t>پا رہے ہیں، یہ لوگ توقع ہے کہ اللہ انہیں معاف کر دے گا، اور اللہ معاف کرنے</w:t>
      </w:r>
    </w:p>
    <w:p>
      <w:r>
        <w:rPr>
          <w:b/>
        </w:rPr>
        <w:t xml:space="preserve">[32:44] </w:t>
      </w:r>
      <w:r>
        <w:t>wala, bakhsne wala hai.</w:t>
      </w:r>
    </w:p>
    <w:p>
      <w:pPr>
        <w:jc w:val="right"/>
      </w:pPr>
      <w:r>
        <w:t>والا، بخشنے والا ہے۔</w:t>
      </w:r>
    </w:p>
    <w:p>
      <w:r>
        <w:rPr>
          <w:b/>
        </w:rPr>
        <w:t xml:space="preserve">[32:49] </w:t>
      </w:r>
      <w:r>
        <w:t>aur jo koi allah ki rah mein watan chhodega woh zameen mein bara thikana aur bari wusat</w:t>
      </w:r>
    </w:p>
    <w:p>
      <w:pPr>
        <w:jc w:val="right"/>
      </w:pPr>
      <w:r>
        <w:t>اور جو کوئی اللہ کی راہ میں وطن چھوڑے گا وہ زمین میں بڑے ٹھکانے اور بڑی وسعت</w:t>
      </w:r>
    </w:p>
    <w:p>
      <w:r>
        <w:rPr>
          <w:b/>
        </w:rPr>
        <w:t xml:space="preserve">[32:54] </w:t>
      </w:r>
      <w:r>
        <w:t>paega, aur jo shakhs apne ghar se allah aur us ke rasool ki taraf hijrat kar ke</w:t>
      </w:r>
    </w:p>
    <w:p>
      <w:pPr>
        <w:jc w:val="right"/>
      </w:pPr>
      <w:r>
        <w:t>پائے گا، اور جو شخص اپنے گھر سے اللہ اور اس کے رسول کی طرف ہجرت کر کے</w:t>
      </w:r>
    </w:p>
    <w:p>
      <w:r>
        <w:rPr>
          <w:b/>
        </w:rPr>
        <w:t xml:space="preserve">[32:59] </w:t>
      </w:r>
      <w:r>
        <w:t>nikle phir us ko maut aa jaye to uska ajr allah ke yahan muqarrar ho chuka, aur</w:t>
      </w:r>
    </w:p>
    <w:p>
      <w:pPr>
        <w:jc w:val="right"/>
      </w:pPr>
      <w:r>
        <w:t>نکلے پھر اس کو موت آ جائے تو اس کا اجر اللہ کے یہاں مقرر ہو چکا، اور</w:t>
      </w:r>
    </w:p>
    <w:p>
      <w:r>
        <w:rPr>
          <w:b/>
        </w:rPr>
        <w:t xml:space="preserve">[33:04] </w:t>
      </w:r>
      <w:r>
        <w:t>allah bakhsne wala, rahem</w:t>
      </w:r>
    </w:p>
    <w:p>
      <w:pPr>
        <w:jc w:val="right"/>
      </w:pPr>
      <w:r>
        <w:t>اللہ بخشنے والا، رحم</w:t>
      </w:r>
    </w:p>
    <w:p>
      <w:r>
        <w:rPr>
          <w:b/>
        </w:rPr>
        <w:t xml:space="preserve">[33:09] </w:t>
      </w:r>
      <w:r>
        <w:t>karne wala hai.</w:t>
      </w:r>
    </w:p>
    <w:p>
      <w:pPr>
        <w:jc w:val="right"/>
      </w:pPr>
      <w:r>
        <w:t>کرنے والا ہے۔</w:t>
      </w:r>
    </w:p>
    <w:p>
      <w:r>
        <w:rPr>
          <w:b/>
        </w:rPr>
        <w:t xml:space="preserve">[33:14] </w:t>
      </w:r>
      <w:r>
        <w:t>aur jab tum zameen mein safar karo to tum par koi gunah nahin ke tum namaz mein kami karo.</w:t>
      </w:r>
    </w:p>
    <w:p>
      <w:pPr>
        <w:jc w:val="right"/>
      </w:pPr>
      <w:r>
        <w:t>اور جب تم زمین میں سفر کرو تو تم پر کوئی گناہ نہیں کہ تم نماز میں کمی کرو۔</w:t>
      </w:r>
    </w:p>
    <w:p>
      <w:r>
        <w:rPr>
          <w:b/>
        </w:rPr>
        <w:t xml:space="preserve">[33:19] </w:t>
      </w:r>
      <w:r>
        <w:t>agar tum ko dar ho ke munkir tum ko satayenge, beshak munkir log tumhare khule hue dushman hain.</w:t>
      </w:r>
    </w:p>
    <w:p>
      <w:pPr>
        <w:jc w:val="right"/>
      </w:pPr>
      <w:r>
        <w:t>اگر تم کو ڈر ہو کہ منکر تم کو ستائیں گے، بے شک منکر لوگ تمہارے کھلے ہوئے دشمن ہیں۔</w:t>
      </w:r>
    </w:p>
    <w:p>
      <w:r>
        <w:rPr>
          <w:b/>
        </w:rPr>
        <w:t xml:space="preserve">[33:24] </w:t>
      </w:r>
      <w:r>
        <w:t>aur jab tum ahle imaan ke darmiyan ho aur un ke liye namaz qaim karo to chahiye ke</w:t>
      </w:r>
    </w:p>
    <w:p>
      <w:pPr>
        <w:jc w:val="right"/>
      </w:pPr>
      <w:r>
        <w:t>اور جب تم اہل ایمان کے درمیان ہو اور ان کے لیے نماز قائم کرو تو چاہیے کہ</w:t>
      </w:r>
    </w:p>
    <w:p>
      <w:r>
        <w:rPr>
          <w:b/>
        </w:rPr>
        <w:t xml:space="preserve">[33:29] </w:t>
      </w:r>
      <w:r>
        <w:t>un ki aik jamaat tumhare sath khari ho, aur woh apne hathyar liye hue hon.</w:t>
      </w:r>
    </w:p>
    <w:p>
      <w:pPr>
        <w:jc w:val="right"/>
      </w:pPr>
      <w:r>
        <w:t>ان کی ایک جماعت تمہارے ساتھ کھڑی ہو، اور وہ اپنے ہتھیار لیے ہوئے ہوں۔</w:t>
      </w:r>
    </w:p>
    <w:p>
      <w:r>
        <w:rPr>
          <w:b/>
        </w:rPr>
        <w:t xml:space="preserve">[33:34] </w:t>
      </w:r>
      <w:r>
        <w:t>pas jab woh sajda</w:t>
      </w:r>
    </w:p>
    <w:p>
      <w:pPr>
        <w:jc w:val="right"/>
      </w:pPr>
      <w:r>
        <w:t>پس جب وہ سجد</w:t>
      </w:r>
    </w:p>
    <w:p>
      <w:r>
        <w:rPr>
          <w:b/>
        </w:rPr>
        <w:t xml:space="preserve">[33:39] </w:t>
      </w:r>
      <w:r>
        <w:t>kar chuke to woh tumhare paas se hat jayen, aur doosri jamaat aaye jis ne abhi namaz nahin parhi hai, aur woh tumhare sath namaz padhen, aur woh bhi apne bachao ka saman aur hathiyar liye rahen. munkir log chahte hain ke tum apne hathiyaron aur saman se kisi tarah ghafil ho jao to woh tum par yakbar-gi toot paden. aur tumhare upar koi gunah nahin agar tum ko barish ke sabab se takleef ho</w:t>
      </w:r>
    </w:p>
    <w:p>
      <w:pPr>
        <w:jc w:val="right"/>
      </w:pPr>
      <w:r>
        <w:t>ہ کر چکے تو وہ تمہارے پاس سے ہٹ جائیں، اور دوسری جماعت آئے جس نے ابھی نماز نہیں پڑھی ہے، اور وہ تمہارے ساتھ نماز پڑھیں، اور وہ بھی اپنے بچاؤ کا سامان اور ہتھیار لیے رہیں۔ منکر لوگ چاہتے ہیں کہ تم اپنے ہتھیاروں اور سامان سے کسی طرح غافل ہو جاؤ تو وہ تم پر یکبارگی ٹوٹ پڑیں۔ اور تمہارے اوپر کوئی گناہ نہیں اگر تم کو بارش کے سبب سے تکلیف ہو</w:t>
      </w:r>
    </w:p>
    <w:p>
      <w:r>
        <w:rPr>
          <w:b/>
        </w:rPr>
        <w:t xml:space="preserve">[34:09] </w:t>
      </w:r>
      <w:r>
        <w:t>ya tum bimar ho to apne hathyar utar do, aur apne bachao ka saman liye raho.</w:t>
      </w:r>
    </w:p>
    <w:p>
      <w:pPr>
        <w:jc w:val="right"/>
      </w:pPr>
      <w:r>
        <w:t>یا تم بیمار ہو تو اپنے ہتھیار اتار دو، اور اپنے بچاؤ کا سامان لیے رہو۔</w:t>
      </w:r>
    </w:p>
    <w:p>
      <w:r>
        <w:rPr>
          <w:b/>
        </w:rPr>
        <w:t xml:space="preserve">[34:15] </w:t>
      </w:r>
      <w:r>
        <w:t>beshak Allah ne munkiron ke liye ruswa karne wala azab tayar kar rakha hai.</w:t>
      </w:r>
    </w:p>
    <w:p>
      <w:pPr>
        <w:jc w:val="right"/>
      </w:pPr>
      <w:r>
        <w:t>بے شک اللہ نے منکروں کے لیے رسوا کرنے والا عذاب تیار کر رکھا ہے۔</w:t>
      </w:r>
    </w:p>
    <w:p>
      <w:r>
        <w:rPr>
          <w:b/>
        </w:rPr>
        <w:t xml:space="preserve">[34:21] </w:t>
      </w:r>
      <w:r>
        <w:t>pas jab tum namaz ada kar lo to Allah ko yad karo khare aur bethe aur lete, phir</w:t>
      </w:r>
    </w:p>
    <w:p>
      <w:pPr>
        <w:jc w:val="right"/>
      </w:pPr>
      <w:r>
        <w:t>پس جب تم نماز ادا کر لو تو اللہ کو یاد کرو کھڑے اور بیٹھے اور لیٹے، پھر</w:t>
      </w:r>
    </w:p>
    <w:p>
      <w:r>
        <w:rPr>
          <w:b/>
        </w:rPr>
        <w:t xml:space="preserve">[34:27] </w:t>
      </w:r>
      <w:r>
        <w:t>jab itminan ho jaye to namaz ki iqamat karo.</w:t>
      </w:r>
    </w:p>
    <w:p>
      <w:pPr>
        <w:jc w:val="right"/>
      </w:pPr>
      <w:r>
        <w:t>جب اطمینان ہو جائے تو نماز کی اقامت کرو۔</w:t>
      </w:r>
    </w:p>
    <w:p>
      <w:r>
        <w:rPr>
          <w:b/>
        </w:rPr>
        <w:t xml:space="preserve">[34:33] </w:t>
      </w:r>
      <w:r>
        <w:t>beshak namaz ahal-e-iman par muqarrar waqtoun ke sath farz hai,</w:t>
      </w:r>
    </w:p>
    <w:p>
      <w:pPr>
        <w:jc w:val="right"/>
      </w:pPr>
      <w:r>
        <w:t>بے شک نماز اہل ایمان پر مقرر وقتوں کے ساتھ فرض ہے،</w:t>
      </w:r>
    </w:p>
    <w:p>
      <w:r>
        <w:rPr>
          <w:b/>
        </w:rPr>
        <w:t xml:space="preserve">[34:39] </w:t>
      </w:r>
      <w:r>
        <w:t>aur qaum ka peecha karne se himmat na haro. agar tum dukh uthate ho to woh bhi tumhari tarah dukh uthate hain, aur tum Allah se woh ummeed rakhte ho jo ummeed woh nahin rakhte, aur Allah janne wala, hikmat wala hai. beshak hum ne yeh kitab tumhari taraf haq ke sath utari hai ta ke tum logon ke darmiyan is ke mutabiq faisla karo jo Allah ne tum ko dikhaya hai, aur bad-diyant</w:t>
      </w:r>
    </w:p>
    <w:p>
      <w:pPr>
        <w:jc w:val="right"/>
      </w:pPr>
      <w:r>
        <w:t>اور قوم کا پیچھا کرنے سے ہمت نہ ہارو۔ اگر تم دکھ اٹھاتے ہو تو وہ بھی تمہاری طرح دکھ اٹھاتے ہیں، اور تم اللہ سے وہ امید رکھتے ہو جو امید وہ نہیں رکھتے، اور اللہ جاننے والا، حکمت والا ہے۔ بے شک ہم نے یہ کتاب تمہاری طرف حق کے ساتھ اتاری ہے تاکہ تم لوگوں کے درمیان اس کے مطابق فیصلہ کرو جو اللہ نے تم کو دکھایا ہے، اور بددیانت</w:t>
      </w:r>
    </w:p>
    <w:p>
      <w:r>
        <w:rPr>
          <w:b/>
        </w:rPr>
        <w:t xml:space="preserve">[35:09] </w:t>
      </w:r>
      <w:r>
        <w:t>logon ki taraf se jhagadne wale na bano, aur Allah se bakhshish mango.</w:t>
      </w:r>
    </w:p>
    <w:p>
      <w:pPr>
        <w:jc w:val="right"/>
      </w:pPr>
      <w:r>
        <w:t>لوگوں کی طرف سے جھگڑنے والے نہ بنو، اور اللہ سے بخشش مانگو۔</w:t>
      </w:r>
    </w:p>
    <w:p>
      <w:r>
        <w:rPr>
          <w:b/>
        </w:rPr>
        <w:t xml:space="preserve">[35:14] </w:t>
      </w:r>
      <w:r>
        <w:t>beshak Allah bakhsne wala, meherban hai.</w:t>
      </w:r>
    </w:p>
    <w:p>
      <w:pPr>
        <w:jc w:val="right"/>
      </w:pPr>
      <w:r>
        <w:t>بے شک اللہ بخشنے والا، مہربان ہے۔</w:t>
      </w:r>
    </w:p>
    <w:p>
      <w:r>
        <w:rPr>
          <w:b/>
        </w:rPr>
        <w:t xml:space="preserve">[35:20] </w:t>
      </w:r>
      <w:r>
        <w:t>aur tum un logon ki taraf se na jhagdo jo apne aap se khiyanat kar rahe hain.</w:t>
      </w:r>
    </w:p>
    <w:p>
      <w:pPr>
        <w:jc w:val="right"/>
      </w:pPr>
      <w:r>
        <w:t>اور تم ان لوگوں کی طرف سے نہ جھگڑو جو اپنے آپ سے خیانت کر رہے ہیں۔</w:t>
      </w:r>
    </w:p>
    <w:p>
      <w:r>
        <w:rPr>
          <w:b/>
        </w:rPr>
        <w:t xml:space="preserve">[35:25] </w:t>
      </w:r>
      <w:r>
        <w:t>Allah aise shakhs ko pasand nahi karta jo khiyanat wala aur gunahgar ho.</w:t>
      </w:r>
    </w:p>
    <w:p>
      <w:pPr>
        <w:jc w:val="right"/>
      </w:pPr>
      <w:r>
        <w:t>اللہ ایسے شخص کو پسند نہیں کرتا جو خیانت والا اور گناہ گار ہو۔</w:t>
      </w:r>
    </w:p>
    <w:p>
      <w:r>
        <w:rPr>
          <w:b/>
        </w:rPr>
        <w:t xml:space="preserve">[35:30] </w:t>
      </w:r>
      <w:r>
        <w:t>woh insanon se sharmate hain aur Allah se nahi sharmate, halankeh woh un ke sath hota hai jabkeh</w:t>
      </w:r>
    </w:p>
    <w:p>
      <w:pPr>
        <w:jc w:val="right"/>
      </w:pPr>
      <w:r>
        <w:t>وہ انسانوں سے شرماتے ہیں اور اللہ سے نہیں شرماتے، حالانکہ وہ ان کے ساتھ ہوتا ہے جبکہ</w:t>
      </w:r>
    </w:p>
    <w:p>
      <w:r>
        <w:rPr>
          <w:b/>
        </w:rPr>
        <w:t xml:space="preserve">[35:35] </w:t>
      </w:r>
      <w:r>
        <w:t>woh sargoshiyan karte</w:t>
      </w:r>
    </w:p>
    <w:p>
      <w:pPr>
        <w:jc w:val="right"/>
      </w:pPr>
      <w:r>
        <w:t>وہ سرگوشیاں کرتے</w:t>
      </w:r>
    </w:p>
    <w:p>
      <w:r>
        <w:rPr>
          <w:b/>
        </w:rPr>
        <w:t xml:space="preserve">[35:40] </w:t>
      </w:r>
      <w:r>
        <w:t>hain is baat ki jis se Allah razi nahi, aur jo kuch woh karte hain Allah uska</w:t>
      </w:r>
    </w:p>
    <w:p>
      <w:pPr>
        <w:jc w:val="right"/>
      </w:pPr>
      <w:r>
        <w:t>ہیں اس بات کی جس سے اللہ راضی نہیں، اور جو کچھ وہ کرتے ہیں اللہ اس کا</w:t>
      </w:r>
    </w:p>
    <w:p>
      <w:r>
        <w:rPr>
          <w:b/>
        </w:rPr>
        <w:t xml:space="preserve">[35:46] </w:t>
      </w:r>
      <w:r>
        <w:t>ahtah kiye hue hai.</w:t>
      </w:r>
    </w:p>
    <w:p>
      <w:pPr>
        <w:jc w:val="right"/>
      </w:pPr>
      <w:r>
        <w:t>احاطہ کیے ہوئے ہے۔</w:t>
      </w:r>
    </w:p>
    <w:p>
      <w:r>
        <w:rPr>
          <w:b/>
        </w:rPr>
        <w:t xml:space="preserve">[35:52] </w:t>
      </w:r>
      <w:r>
        <w:t>tum logon ne dunya ki zindagi mein to un ki taraf se jhagda kar liya, magar qayamat ke</w:t>
      </w:r>
    </w:p>
    <w:p>
      <w:pPr>
        <w:jc w:val="right"/>
      </w:pPr>
      <w:r>
        <w:t>تم لوگوں نے دنیا کی زندگی میں تو ان کی طرف سے جھگڑا کر لیا، مگر قیامت کے</w:t>
      </w:r>
    </w:p>
    <w:p>
      <w:r>
        <w:rPr>
          <w:b/>
        </w:rPr>
        <w:t xml:space="preserve">[35:58] </w:t>
      </w:r>
      <w:r>
        <w:t>din kaun un ke badle Allah se jhagda karega ya kaun hoga un ka kaam banane wala?</w:t>
      </w:r>
    </w:p>
    <w:p>
      <w:pPr>
        <w:jc w:val="right"/>
      </w:pPr>
      <w:r>
        <w:t>دن کون ان کے بدلے اللہ سے جھگڑا کرے گا یا کون ہوگا ان کا کام بنانے والا؟</w:t>
      </w:r>
    </w:p>
    <w:p>
      <w:r>
        <w:rPr>
          <w:b/>
        </w:rPr>
        <w:t xml:space="preserve">[36:04] </w:t>
      </w:r>
      <w:r>
        <w:t>aur jo shakhs burai kare ya apne aap par zulm kare phir Allah se bakhshish mange to woh Allah ko</w:t>
      </w:r>
    </w:p>
    <w:p>
      <w:pPr>
        <w:jc w:val="right"/>
      </w:pPr>
      <w:r>
        <w:t>اور جو شخص برائی کرے یا اپنے آپ پر ظلم کرے پھر اللہ سے بخشش مانگے تو وہ اللہ کو</w:t>
      </w:r>
    </w:p>
    <w:p>
      <w:r>
        <w:rPr>
          <w:b/>
        </w:rPr>
        <w:t xml:space="preserve">[36:10] </w:t>
      </w:r>
      <w:r>
        <w:t>bakhsne wala, reham karne wala paye ga.</w:t>
      </w:r>
    </w:p>
    <w:p>
      <w:pPr>
        <w:jc w:val="right"/>
      </w:pPr>
      <w:r>
        <w:t>بخشنے والا، رحم کرنے والا پائے گا۔</w:t>
      </w:r>
    </w:p>
    <w:p>
      <w:r>
        <w:rPr>
          <w:b/>
        </w:rPr>
        <w:t xml:space="preserve">[36:14] </w:t>
      </w:r>
      <w:r>
        <w:t>aur jo shakhs koi gunah karta hai to woh apne hi haq mein karta hai, aur Allah janne</w:t>
      </w:r>
    </w:p>
    <w:p>
      <w:pPr>
        <w:jc w:val="right"/>
      </w:pPr>
      <w:r>
        <w:t>اور جو شخص کوئی گناہ کرتا ہے تو وہ اپنے ہی حق میں کرتا ہے، اور اللہ جاننے</w:t>
      </w:r>
    </w:p>
    <w:p>
      <w:r>
        <w:rPr>
          <w:b/>
        </w:rPr>
        <w:t xml:space="preserve">[36:19] </w:t>
      </w:r>
      <w:r>
        <w:t>wala, hikmat wala hai.</w:t>
      </w:r>
    </w:p>
    <w:p>
      <w:pPr>
        <w:jc w:val="right"/>
      </w:pPr>
      <w:r>
        <w:t>والا، حکمت والا ہے۔</w:t>
      </w:r>
    </w:p>
    <w:p>
      <w:r>
        <w:rPr>
          <w:b/>
        </w:rPr>
        <w:t xml:space="preserve">[36:23] </w:t>
      </w:r>
      <w:r>
        <w:t>aur jo shakhs koi ghalti ya gunah kare phir us ki tohmat kisi beganah par laga de</w:t>
      </w:r>
    </w:p>
    <w:p>
      <w:pPr>
        <w:jc w:val="right"/>
      </w:pPr>
      <w:r>
        <w:t>اور جو شخص کوئی غلطی یا گناہ کرے پھر اس کی تہمت کسی بے گناہ پر لگا دے</w:t>
      </w:r>
    </w:p>
    <w:p>
      <w:r>
        <w:rPr>
          <w:b/>
        </w:rPr>
        <w:t xml:space="preserve">[36:27] </w:t>
      </w:r>
      <w:r>
        <w:t>to us ne aik bara buhtan aur khula hua gunah apne sir le liya.</w:t>
      </w:r>
    </w:p>
    <w:p>
      <w:pPr>
        <w:jc w:val="right"/>
      </w:pPr>
      <w:r>
        <w:t>تو اس نے ایک بڑا بہتان اور کھلا ہوا گناہ اپنے سر لے لیا۔</w:t>
      </w:r>
    </w:p>
    <w:p>
      <w:r>
        <w:rPr>
          <w:b/>
        </w:rPr>
        <w:t xml:space="preserve">[36:32] </w:t>
      </w:r>
      <w:r>
        <w:t>aur agar tum par Allah ka fazl aur us ki rehmat na hoti to un mein se aik</w:t>
      </w:r>
    </w:p>
    <w:p>
      <w:pPr>
        <w:jc w:val="right"/>
      </w:pPr>
      <w:r>
        <w:t>اور اگر تم پر اللہ کا فضل اور اس کی رحمت نہ ہوتی تو ان میں سے ایک</w:t>
      </w:r>
    </w:p>
    <w:p>
      <w:r>
        <w:rPr>
          <w:b/>
        </w:rPr>
        <w:t xml:space="preserve">[36:36] </w:t>
      </w:r>
      <w:r>
        <w:t>guroh ne to yeh than hi liya tha</w:t>
      </w:r>
    </w:p>
    <w:p>
      <w:pPr>
        <w:jc w:val="right"/>
      </w:pPr>
      <w:r>
        <w:t>گروہ نے تو یہ ٹھان ہی لیا تھا</w:t>
      </w:r>
    </w:p>
    <w:p>
      <w:r>
        <w:rPr>
          <w:b/>
        </w:rPr>
        <w:t xml:space="preserve">[36:40] </w:t>
      </w:r>
      <w:r>
        <w:t>keh woh tum ko behka kar rahay ga, haalankeh woh apnay aap ko behka rahay hain.</w:t>
      </w:r>
    </w:p>
    <w:p>
      <w:pPr>
        <w:jc w:val="right"/>
      </w:pPr>
      <w:r>
        <w:t>کہ وہ تم کو بہکا کر رہے گا، حالانکہ وہ اپنے آپ کو بہکا رہے ہیں۔</w:t>
      </w:r>
    </w:p>
    <w:p>
      <w:r>
        <w:rPr>
          <w:b/>
        </w:rPr>
        <w:t xml:space="preserve">[36:46] </w:t>
      </w:r>
      <w:r>
        <w:t>Woh tumhara kuch bigaar nahin saktay, aur Allah ne tum par kitaab aur hikmat utari hai, aur tum</w:t>
      </w:r>
    </w:p>
    <w:p>
      <w:pPr>
        <w:jc w:val="right"/>
      </w:pPr>
      <w:r>
        <w:t>وہ تمہارا کچھ بگاڑ نہیں سکتے، اور اللہ نے تم پر کتاب اور حکمت اتاری ہے، اور تم</w:t>
      </w:r>
    </w:p>
    <w:p>
      <w:r>
        <w:rPr>
          <w:b/>
        </w:rPr>
        <w:t xml:space="preserve">[36:52] </w:t>
      </w:r>
      <w:r>
        <w:t>ko woh cheez sikhai hai jis ko tum nahin jantay thay, aur Allah ka fazal hai tum par bohat bara.</w:t>
      </w:r>
    </w:p>
    <w:p>
      <w:pPr>
        <w:jc w:val="right"/>
      </w:pPr>
      <w:r>
        <w:t>کو وہ چیز سکھائی ہے جس کو تم نہیں جانتے تھے، اور اللہ کا فضل ہے تم پر بہت بڑا۔</w:t>
      </w:r>
    </w:p>
    <w:p>
      <w:r>
        <w:rPr>
          <w:b/>
        </w:rPr>
        <w:t xml:space="preserve">[36:59] </w:t>
      </w:r>
      <w:r>
        <w:t>Un ki aksar sargoshion mein koi bhalai nahin.</w:t>
      </w:r>
    </w:p>
    <w:p>
      <w:pPr>
        <w:jc w:val="right"/>
      </w:pPr>
      <w:r>
        <w:t>ان کی اکثر سرگوشیوں میں کوئی بھلائی نہیں۔</w:t>
      </w:r>
    </w:p>
    <w:p>
      <w:r>
        <w:rPr>
          <w:b/>
        </w:rPr>
        <w:t xml:space="preserve">[37:05] </w:t>
      </w:r>
      <w:r>
        <w:t>Bhalai wali sargoshi sirf us ki hai jo sadqa karnay ko kahay ya kisi</w:t>
      </w:r>
    </w:p>
    <w:p>
      <w:pPr>
        <w:jc w:val="right"/>
      </w:pPr>
      <w:r>
        <w:t>بھلائی والی سرگوشی صرف اس کی ہے جو صدقہ کرنے کو کہے یا کسی</w:t>
      </w:r>
    </w:p>
    <w:p>
      <w:r>
        <w:rPr>
          <w:b/>
        </w:rPr>
        <w:t xml:space="preserve">[37:11] </w:t>
      </w:r>
      <w:r>
        <w:t>nek kaam karnay ke liye kahay, ya logon mein sulah karanay ke liye kahay.</w:t>
      </w:r>
    </w:p>
    <w:p>
      <w:pPr>
        <w:jc w:val="right"/>
      </w:pPr>
      <w:r>
        <w:t>نیک کام کرنے کے لیے کہے، یا لوگوں میں صلح کرانے کے لیے کہے۔</w:t>
      </w:r>
    </w:p>
    <w:p>
      <w:r>
        <w:rPr>
          <w:b/>
        </w:rPr>
        <w:t xml:space="preserve">[37:17] </w:t>
      </w:r>
      <w:r>
        <w:t>Jo shakhs Allah ki khushi ke liye aisa karay to hum us ko bara ajr ata karain ge,</w:t>
      </w:r>
    </w:p>
    <w:p>
      <w:pPr>
        <w:jc w:val="right"/>
      </w:pPr>
      <w:r>
        <w:t>جو شخص اللہ کی خوشی کے لیے ایسا کرے تو ہم اس کو بڑا اجر عطا کریں گے،</w:t>
      </w:r>
    </w:p>
    <w:p>
      <w:r>
        <w:rPr>
          <w:b/>
        </w:rPr>
        <w:t xml:space="preserve">[37:23] </w:t>
      </w:r>
      <w:r>
        <w:t>magar jo shakhs rasool ki mukhalifat karay ga aur momineen ke rastay ke siwa kisi aur rastay par</w:t>
      </w:r>
    </w:p>
    <w:p>
      <w:pPr>
        <w:jc w:val="right"/>
      </w:pPr>
      <w:r>
        <w:t>مگر جو شخص رسول کی مخالفت کرے گا اور مومنین کے راستے کے سوا کسی اور راستے پر</w:t>
      </w:r>
    </w:p>
    <w:p>
      <w:r>
        <w:rPr>
          <w:b/>
        </w:rPr>
        <w:t xml:space="preserve">[37:29] </w:t>
      </w:r>
      <w:r>
        <w:t>chalay ga, haalankeh us par rah wazeh ho chuki, to us ko hum isi taraf chalayen ge jidhar</w:t>
      </w:r>
    </w:p>
    <w:p>
      <w:pPr>
        <w:jc w:val="right"/>
      </w:pPr>
      <w:r>
        <w:t>چلے گا، حالانکہ اس پر راہ واضح ہو چکی، تو اس کو ہم اسی طرف چلائیں گے جدھر</w:t>
      </w:r>
    </w:p>
    <w:p>
      <w:r>
        <w:rPr>
          <w:b/>
        </w:rPr>
        <w:t xml:space="preserve">[37:35] </w:t>
      </w:r>
      <w:r>
        <w:t>woh khud phir gaya, aur us ko jahannum mein dakhil karain ge, aur woh</w:t>
      </w:r>
    </w:p>
    <w:p>
      <w:pPr>
        <w:jc w:val="right"/>
      </w:pPr>
      <w:r>
        <w:t>وہ خود پھر گیا، اور اس کو جہنم میں داخل کریں گے، اور وہ</w:t>
      </w:r>
    </w:p>
    <w:p>
      <w:r>
        <w:rPr>
          <w:b/>
        </w:rPr>
        <w:t xml:space="preserve">[37:41] </w:t>
      </w:r>
      <w:r>
        <w:t>bara thikana hai.</w:t>
      </w:r>
    </w:p>
    <w:p>
      <w:pPr>
        <w:jc w:val="right"/>
      </w:pPr>
      <w:r>
        <w:t>برا ٹھکانہ ہے۔</w:t>
      </w:r>
    </w:p>
    <w:p>
      <w:r>
        <w:rPr>
          <w:b/>
        </w:rPr>
        <w:t xml:space="preserve">[37:46] </w:t>
      </w:r>
      <w:r>
        <w:t>Bay shak Allah is ko nahin bakhshay ga keh is ka shareek thahraya jaye, aur is ke siwa</w:t>
      </w:r>
    </w:p>
    <w:p>
      <w:pPr>
        <w:jc w:val="right"/>
      </w:pPr>
      <w:r>
        <w:t>بے شک اللہ اس کو نہیں بخشے گا کہ اس کا شریک ٹھہرایا جائے، اور اس کے سوا</w:t>
      </w:r>
    </w:p>
    <w:p>
      <w:r>
        <w:rPr>
          <w:b/>
        </w:rPr>
        <w:t xml:space="preserve">[37:51] </w:t>
      </w:r>
      <w:r>
        <w:t>doosray gunahon ko bakhsh dega jis ke liye chahay ga, aur jis ne Allah ka shareek thahraya</w:t>
      </w:r>
    </w:p>
    <w:p>
      <w:pPr>
        <w:jc w:val="right"/>
      </w:pPr>
      <w:r>
        <w:t>دوسرے گناہوں کو بخش دے گا جس کے لیے چاہے گا، اور جس نے اللہ کا شریک ٹھہرایا</w:t>
      </w:r>
    </w:p>
    <w:p>
      <w:r>
        <w:rPr>
          <w:b/>
        </w:rPr>
        <w:t xml:space="preserve">[37:56] </w:t>
      </w:r>
      <w:r>
        <w:t>woh behak kar bohat door ja para.</w:t>
      </w:r>
    </w:p>
    <w:p>
      <w:pPr>
        <w:jc w:val="right"/>
      </w:pPr>
      <w:r>
        <w:t>وہ بہک کر بہت دور جا پڑا۔</w:t>
      </w:r>
    </w:p>
    <w:p>
      <w:r>
        <w:rPr>
          <w:b/>
        </w:rPr>
        <w:t xml:space="preserve">[38:01] </w:t>
      </w:r>
      <w:r>
        <w:t>Woh Allah ko chhod kar pukartay hain dewiyon ko, aur woh pukartay hain sarkash shaitan ko.</w:t>
      </w:r>
    </w:p>
    <w:p>
      <w:pPr>
        <w:jc w:val="right"/>
      </w:pPr>
      <w:r>
        <w:t>وہ اللہ کو چھوڑ کر پکارتے ہیں دیویوں کو، اور وہ پکارتے ہیں سرکش شیطان کو۔</w:t>
      </w:r>
    </w:p>
    <w:p>
      <w:r>
        <w:rPr>
          <w:b/>
        </w:rPr>
        <w:t xml:space="preserve">[38:06] </w:t>
      </w:r>
      <w:r>
        <w:t>Us par Allah ne lanat ki hai, aur shaitan ne kaha tha keh main tere bandon se aik muqarrar hissa</w:t>
      </w:r>
    </w:p>
    <w:p>
      <w:pPr>
        <w:jc w:val="right"/>
      </w:pPr>
      <w:r>
        <w:t>اس پر اللہ نے لعنت کی ہے، اور شیطان نے کہا تھا کہ میں تیرے بندوں سے ایک مقرر حصہ</w:t>
      </w:r>
    </w:p>
    <w:p>
      <w:r>
        <w:rPr>
          <w:b/>
        </w:rPr>
        <w:t xml:space="preserve">[38:11] </w:t>
      </w:r>
      <w:r>
        <w:t>le kar raho ga.</w:t>
      </w:r>
    </w:p>
    <w:p>
      <w:pPr>
        <w:jc w:val="right"/>
      </w:pPr>
      <w:r>
        <w:t>لے کر رہوں گا۔</w:t>
      </w:r>
    </w:p>
    <w:p>
      <w:r>
        <w:rPr>
          <w:b/>
        </w:rPr>
        <w:t xml:space="preserve">[38:16] </w:t>
      </w:r>
      <w:r>
        <w:t>Main un ko behkaoonga, aur un ko umeedain dilaoonga, aur un ko samjhaoonga to woh</w:t>
      </w:r>
    </w:p>
    <w:p>
      <w:pPr>
        <w:jc w:val="right"/>
      </w:pPr>
      <w:r>
        <w:t>میں ان کو بہکاؤں گا، اور ان کو امیدیں دلاؤں گا، اور ان کو سمجھاؤں گا تو وہ</w:t>
      </w:r>
    </w:p>
    <w:p>
      <w:r>
        <w:rPr>
          <w:b/>
        </w:rPr>
        <w:t xml:space="preserve">[38:21] </w:t>
      </w:r>
      <w:r>
        <w:t>chaupayon ke kaan kaatain ge, aur un ko samjhaoonga to woh Allah ki banawat ko badlen ge,</w:t>
      </w:r>
    </w:p>
    <w:p>
      <w:pPr>
        <w:jc w:val="right"/>
      </w:pPr>
      <w:r>
        <w:t>چوپائیوں کے کان کاٹیں گے، اور ان کو سمجھاؤں گا تو وہ اللہ کی بناوٹ کو بدلیں گے،</w:t>
      </w:r>
    </w:p>
    <w:p>
      <w:r>
        <w:rPr>
          <w:b/>
        </w:rPr>
        <w:t xml:space="preserve">[38:26] </w:t>
      </w:r>
      <w:r>
        <w:t>aur jo shakhs Allah ke siwa shaitan ko apna dost banaye to woh khulay hue nuqsan mein par gaya.</w:t>
      </w:r>
    </w:p>
    <w:p>
      <w:pPr>
        <w:jc w:val="right"/>
      </w:pPr>
      <w:r>
        <w:t>اور جو شخص اللہ کے سوا شیطان کو اپنا دوست بنائے تو وہ کھلے ہوئے نقصان میں پڑ گیا۔</w:t>
      </w:r>
    </w:p>
    <w:p>
      <w:r>
        <w:rPr>
          <w:b/>
        </w:rPr>
        <w:t xml:space="preserve">[38:31] </w:t>
      </w:r>
      <w:r>
        <w:t>Woh un ko wada deta hai, aur un ko umeedain dilata hai, aur shaitan ke tamam waday fareb</w:t>
      </w:r>
    </w:p>
    <w:p>
      <w:pPr>
        <w:jc w:val="right"/>
      </w:pPr>
      <w:r>
        <w:t>وہ ان کو وعدہ دیتا ہے، اور ان کو امیدیں دلاتا ہے، اور شیطان کے تمام وعدے فریب</w:t>
      </w:r>
    </w:p>
    <w:p>
      <w:r>
        <w:rPr>
          <w:b/>
        </w:rPr>
        <w:t xml:space="preserve">[38:36] </w:t>
      </w:r>
      <w:r>
        <w:t>ke siwa aur</w:t>
      </w:r>
    </w:p>
    <w:p>
      <w:pPr>
        <w:jc w:val="right"/>
      </w:pPr>
      <w:r>
        <w:t>کے سوا اور</w:t>
      </w:r>
    </w:p>
    <w:p>
      <w:r>
        <w:rPr>
          <w:b/>
        </w:rPr>
        <w:t xml:space="preserve">[38:41] </w:t>
      </w:r>
      <w:r>
        <w:t>kuch nahin. aise logon ka thikana jahannum hai, aur woh is se bachne ki koi rah na payenge, aur jo log iman laye aur unhon ne nek kaam kiye un ko hum aise baghon mein dakhil karenge jin ke neeche nahrein jari hon gi. Allah ka wada sachcha hai, aur Allah se barh kar kaun apni baat mein sachcha hoga? na tumhari aarzuon par aur na ahl-e-kitab ki aarzuon par jo koi bhi bura kare</w:t>
      </w:r>
    </w:p>
    <w:p>
      <w:pPr>
        <w:jc w:val="right"/>
      </w:pPr>
      <w:r>
        <w:t>کچھ نہیں۔ ایسے لوگوں کا ٹھکانہ جہنم ہے، اور وہ اس سے بچنے کی کوئی راہ نہ پائیں گے، اور جو لوگ ایمان لائے اور انہوں نے نیک کام کیے ان کو ہم ایسے باغوں میں داخل کریں گے جن کے نیچے نہریں جاری ہوں گی۔ اللہ کا وعدہ سچا ہے، اور اللہ سے بڑھ کر کون اپنی بات میں سچا ہوگا؟ نہ تمہاری آرزوؤں پر اور نہ اہل کتاب کی آرزوؤں پر جو کوئی بھی برا کرے</w:t>
      </w:r>
    </w:p>
    <w:p>
      <w:r>
        <w:rPr>
          <w:b/>
        </w:rPr>
        <w:t xml:space="preserve">[39:11] </w:t>
      </w:r>
      <w:r>
        <w:t>ga is ka badla paye ga, aur woh na paye ga Allah ke siwa apna koi himayati aur</w:t>
      </w:r>
    </w:p>
    <w:p>
      <w:pPr>
        <w:jc w:val="right"/>
      </w:pPr>
      <w:r>
        <w:t>گا اس کا بدلہ پائے گا، اور وہ نہ پائے گا اللہ کے سوا اپنا کوئی حمایتی اور</w:t>
      </w:r>
    </w:p>
    <w:p>
      <w:r>
        <w:rPr>
          <w:b/>
        </w:rPr>
        <w:t xml:space="preserve">[39:17] </w:t>
      </w:r>
      <w:r>
        <w:t>na madadgar, aur jo shakhs koi nek kaam karay ga khwah woh mard ho ya aurat bashart-e-keh woh</w:t>
      </w:r>
    </w:p>
    <w:p>
      <w:pPr>
        <w:jc w:val="right"/>
      </w:pPr>
      <w:r>
        <w:t>نہ مددگار، اور جو شخص کوئی نیک کام کرے گا خواہ وہ مرد ہو یا عورت بشرطیکہ وہ</w:t>
      </w:r>
    </w:p>
    <w:p>
      <w:r>
        <w:rPr>
          <w:b/>
        </w:rPr>
        <w:t xml:space="preserve">[39:23] </w:t>
      </w:r>
      <w:r>
        <w:t>momin ho to aisay log jannat mein dakhil hon ge, aur un par zara bhi zulm na hoga,</w:t>
      </w:r>
    </w:p>
    <w:p>
      <w:pPr>
        <w:jc w:val="right"/>
      </w:pPr>
      <w:r>
        <w:t>مومن ہو تو ایسے لوگ جنت میں داخل ہوں گے، اور ان پر ذرا بھی ظلم نہ ہوگا،</w:t>
      </w:r>
    </w:p>
    <w:p>
      <w:r>
        <w:rPr>
          <w:b/>
        </w:rPr>
        <w:t xml:space="preserve">[39:29] </w:t>
      </w:r>
      <w:r>
        <w:t>aur is se behtar kis ka deen hai jo apna chehra Allah ki taraf jhuka de, aur woh</w:t>
      </w:r>
    </w:p>
    <w:p>
      <w:pPr>
        <w:jc w:val="right"/>
      </w:pPr>
      <w:r>
        <w:t>اور اس سے بہتر کس کا دین ہے جو اپنا چہرہ اللہ کی طرف جھکا دے، اور وہ</w:t>
      </w:r>
    </w:p>
    <w:p>
      <w:r>
        <w:rPr>
          <w:b/>
        </w:rPr>
        <w:t xml:space="preserve">[39:35] </w:t>
      </w:r>
      <w:r>
        <w:t>neki karne wala ho, aur woh chala deen ibrahim par</w:t>
      </w:r>
    </w:p>
    <w:p>
      <w:pPr>
        <w:jc w:val="right"/>
      </w:pPr>
      <w:r>
        <w:t>نیکی کرنے والا ہو، اور وہ چلے دین ابراہیم پر</w:t>
      </w:r>
    </w:p>
    <w:p>
      <w:r>
        <w:rPr>
          <w:b/>
        </w:rPr>
        <w:t xml:space="preserve">[39:42] </w:t>
      </w:r>
      <w:r>
        <w:t>jo ek taraf ka tha, aur Allah ne ibrahim ko apna dost bana liya tha, aur Allah ka</w:t>
      </w:r>
    </w:p>
    <w:p>
      <w:pPr>
        <w:jc w:val="right"/>
      </w:pPr>
      <w:r>
        <w:t>جو ایک طرف کا تھا، اور اللہ نے ابراہیم کو اپنا دوست بنا لیا تھا، اور اللہ کا</w:t>
      </w:r>
    </w:p>
    <w:p>
      <w:r>
        <w:rPr>
          <w:b/>
        </w:rPr>
        <w:t xml:space="preserve">[39:47] </w:t>
      </w:r>
      <w:r>
        <w:t>hai jo kuch aasmanon mein hai aur jo kuch zameen mein hai, aur Allah har cheez ka ahata</w:t>
      </w:r>
    </w:p>
    <w:p>
      <w:pPr>
        <w:jc w:val="right"/>
      </w:pPr>
      <w:r>
        <w:t>ہے جو کچھ آسمانوں میں ہے اور جو کچھ زمین میں ہے، اور اللہ ہر چیز کا احاطہ</w:t>
      </w:r>
    </w:p>
    <w:p>
      <w:r>
        <w:rPr>
          <w:b/>
        </w:rPr>
        <w:t xml:space="preserve">[39:52] </w:t>
      </w:r>
      <w:r>
        <w:t>kiye hue hai.</w:t>
      </w:r>
    </w:p>
    <w:p>
      <w:pPr>
        <w:jc w:val="right"/>
      </w:pPr>
      <w:r>
        <w:t>کیے ہوئے ہے۔</w:t>
      </w:r>
    </w:p>
    <w:p>
      <w:r>
        <w:rPr>
          <w:b/>
        </w:rPr>
        <w:t xml:space="preserve">[39:57] </w:t>
      </w:r>
      <w:r>
        <w:t>aur log tum se auraton ke bare mein hukum poochte hain.</w:t>
      </w:r>
    </w:p>
    <w:p>
      <w:pPr>
        <w:jc w:val="right"/>
      </w:pPr>
      <w:r>
        <w:t>اور لوگ تم سے عورتوں کے بارے میں حکم پوچھتے ہیں۔</w:t>
      </w:r>
    </w:p>
    <w:p>
      <w:r>
        <w:rPr>
          <w:b/>
        </w:rPr>
        <w:t xml:space="preserve">[40:02] </w:t>
      </w:r>
      <w:r>
        <w:t>keh do Allah tumhein un ke bare mein hukum deta hai, aur woh ayat bhi jo tumhein kitab</w:t>
      </w:r>
    </w:p>
    <w:p>
      <w:pPr>
        <w:jc w:val="right"/>
      </w:pPr>
      <w:r>
        <w:t>کہہ دو اللہ تمہیں ان کے بارے میں حکم دیتا ہے، اور وہ آیات بھی جو تمہیں کتاب</w:t>
      </w:r>
    </w:p>
    <w:p>
      <w:r>
        <w:rPr>
          <w:b/>
        </w:rPr>
        <w:t xml:space="preserve">[40:07] </w:t>
      </w:r>
      <w:r>
        <w:t>mein un yateem auraton ke bare mein parh kar sunai jati hain</w:t>
      </w:r>
    </w:p>
    <w:p>
      <w:pPr>
        <w:jc w:val="right"/>
      </w:pPr>
      <w:r>
        <w:t>میں ان یتیم عورتوں کے بارے میں پڑھ کر سنائی جاتی ہیں</w:t>
      </w:r>
    </w:p>
    <w:p>
      <w:r>
        <w:rPr>
          <w:b/>
        </w:rPr>
        <w:t xml:space="preserve">[40:12] </w:t>
      </w:r>
      <w:r>
        <w:t>jin ko tum woh nahi dete jo un ke liye likha gaya hai, aur chahte ho ke un</w:t>
      </w:r>
    </w:p>
    <w:p>
      <w:pPr>
        <w:jc w:val="right"/>
      </w:pPr>
      <w:r>
        <w:t>جن کو تم وہ نہیں دیتے جو ان کے لیے لکھا گیا ہے، اور چاہتے ہو کہ ان</w:t>
      </w:r>
    </w:p>
    <w:p>
      <w:r>
        <w:rPr>
          <w:b/>
        </w:rPr>
        <w:t xml:space="preserve">[40:18] </w:t>
      </w:r>
      <w:r>
        <w:t>ko nikah mein le aao, aur jo ayat kamzor bachon ke bare mein hain, aur yateemon ke sath</w:t>
      </w:r>
    </w:p>
    <w:p>
      <w:pPr>
        <w:jc w:val="right"/>
      </w:pPr>
      <w:r>
        <w:t>کو نکاح میں لے آؤ، اور جو آیات کمزور بچوں کے بارے میں ہیں، اور یتیموں کے ساتھ</w:t>
      </w:r>
    </w:p>
    <w:p>
      <w:r>
        <w:rPr>
          <w:b/>
        </w:rPr>
        <w:t xml:space="preserve">[40:24] </w:t>
      </w:r>
      <w:r>
        <w:t>insaf karo, aur jo bhalai tum karoge woh Allah ko khoob maloom hai, aur agar kisi aurat</w:t>
      </w:r>
    </w:p>
    <w:p>
      <w:pPr>
        <w:jc w:val="right"/>
      </w:pPr>
      <w:r>
        <w:t>انصاف کرو، اور جو بھلائی تم کرو گے وہ اللہ کو خوب معلوم ہے، اور اگر کسی عورت</w:t>
      </w:r>
    </w:p>
    <w:p>
      <w:r>
        <w:rPr>
          <w:b/>
        </w:rPr>
        <w:t xml:space="preserve">[40:30] </w:t>
      </w:r>
      <w:r>
        <w:t>ko apne shohar ki taraf se badsuluki ya be-rukkhi ka andesha ho to us mein koi harj</w:t>
      </w:r>
    </w:p>
    <w:p>
      <w:pPr>
        <w:jc w:val="right"/>
      </w:pPr>
      <w:r>
        <w:t>کو اپنے شوہر کی طرف سے بدسلوکی یا بے رخی کا اندیشہ ہو تو اس میں کوئی حرج</w:t>
      </w:r>
    </w:p>
    <w:p>
      <w:r>
        <w:rPr>
          <w:b/>
        </w:rPr>
        <w:t xml:space="preserve">[40:36] </w:t>
      </w:r>
      <w:r>
        <w:t>nahi ke dono aapas mein koi sulah kar lein, aur sulah behtar hai,</w:t>
      </w:r>
    </w:p>
    <w:p>
      <w:pPr>
        <w:jc w:val="right"/>
      </w:pPr>
      <w:r>
        <w:t>نہیں کہ دونوں آپس میں کوئی صلح کر لیں، اور صلح بہتر ہے،</w:t>
      </w:r>
    </w:p>
    <w:p>
      <w:r>
        <w:rPr>
          <w:b/>
        </w:rPr>
        <w:t xml:space="preserve">[40:43] </w:t>
      </w:r>
      <w:r>
        <w:t>aur haris insan ki tabiyat mein basi hui hai, aur agar tum acha suluk karo aur khuda trasi</w:t>
      </w:r>
    </w:p>
    <w:p>
      <w:pPr>
        <w:jc w:val="right"/>
      </w:pPr>
      <w:r>
        <w:t>اور حرص انسان کی طبیعت میں بسی ہوئی ہے، اور اگر تم اچھا سلوک کرو اور خدا ترسی</w:t>
      </w:r>
    </w:p>
    <w:p>
      <w:r>
        <w:rPr>
          <w:b/>
        </w:rPr>
        <w:t xml:space="preserve">[40:49] </w:t>
      </w:r>
      <w:r>
        <w:t>se kaam lo to jo kuch tum karoge Allah us se ba-khabar hai, aur tum har giz auraton</w:t>
      </w:r>
    </w:p>
    <w:p>
      <w:pPr>
        <w:jc w:val="right"/>
      </w:pPr>
      <w:r>
        <w:t>سے کام لو تو جو کچھ تم کرو گے اللہ اس سے باخبر ہے، اور تم ہرگز عورتوں</w:t>
      </w:r>
    </w:p>
    <w:p>
      <w:r>
        <w:rPr>
          <w:b/>
        </w:rPr>
        <w:t xml:space="preserve">[40:55] </w:t>
      </w:r>
      <w:r>
        <w:t>ko barabar nahi rakh sakte agarche tum aisa karna chaho, pas bilkul ek hi taraf na jhuk pado</w:t>
      </w:r>
    </w:p>
    <w:p>
      <w:pPr>
        <w:jc w:val="right"/>
      </w:pPr>
      <w:r>
        <w:t>کو برابر نہیں رکھ سکتے اگرچہ تم ایسا کرنا چاہو، پس بالکل ایک ہی طرف نہ جھک پڑو</w:t>
      </w:r>
    </w:p>
    <w:p>
      <w:r>
        <w:rPr>
          <w:b/>
        </w:rPr>
        <w:t xml:space="preserve">[41:01] </w:t>
      </w:r>
      <w:r>
        <w:t>ke doosri ko latki hui ki tarah chhod do, aur agar tum islaah kar lo aur daro to</w:t>
      </w:r>
    </w:p>
    <w:p>
      <w:pPr>
        <w:jc w:val="right"/>
      </w:pPr>
      <w:r>
        <w:t>کہ دوسری کو لٹکی ہوئی کی طرح چھوڑ دو، اور اگر تم اصلاح کر لو اور ڈرو تو</w:t>
      </w:r>
    </w:p>
    <w:p>
      <w:r>
        <w:rPr>
          <w:b/>
        </w:rPr>
        <w:t xml:space="preserve">[41:07] </w:t>
      </w:r>
      <w:r>
        <w:t>Allah bakhshne wala,</w:t>
      </w:r>
    </w:p>
    <w:p>
      <w:pPr>
        <w:jc w:val="right"/>
      </w:pPr>
      <w:r>
        <w:t>اللہ بخشنے والا،</w:t>
      </w:r>
    </w:p>
    <w:p>
      <w:r>
        <w:rPr>
          <w:b/>
        </w:rPr>
        <w:t xml:space="preserve">[41:13] </w:t>
      </w:r>
      <w:r>
        <w:t>meherban hai, aur agar dono juda ho jayen to Allah har ek ko apni wusat se be-ehtiyaj</w:t>
      </w:r>
    </w:p>
    <w:p>
      <w:pPr>
        <w:jc w:val="right"/>
      </w:pPr>
      <w:r>
        <w:t>مہربان ہے، اور اگر دونوں جدا ہو جائیں تو اللہ ہر ایک کو اپنی وسعت سے بے احتیاج</w:t>
      </w:r>
    </w:p>
    <w:p>
      <w:r>
        <w:rPr>
          <w:b/>
        </w:rPr>
        <w:t xml:space="preserve">[41:19] </w:t>
      </w:r>
      <w:r>
        <w:t>kar dega, aur Allah bari wusat wala, hikmat wala hai, aur Allah ka hai jo kuch aasmanon</w:t>
      </w:r>
    </w:p>
    <w:p>
      <w:pPr>
        <w:jc w:val="right"/>
      </w:pPr>
      <w:r>
        <w:t>کر دے گا، اور اللہ بڑی وسعت والا، حکمت والا ہے، اور اللہ کا ہے جو کچھ آسمانوں</w:t>
      </w:r>
    </w:p>
    <w:p>
      <w:r>
        <w:rPr>
          <w:b/>
        </w:rPr>
        <w:t xml:space="preserve">[41:25] </w:t>
      </w:r>
      <w:r>
        <w:t>mein hai aur jo kuch zameen mein hai, aur hum ne hukum diya hai un logon ko jinhein</w:t>
      </w:r>
    </w:p>
    <w:p>
      <w:pPr>
        <w:jc w:val="right"/>
      </w:pPr>
      <w:r>
        <w:t>میں ہے اور جو کچھ زمین میں ہے، اور ہم نے حکم دیا ہے ان لوگوں کو جنہیں</w:t>
      </w:r>
    </w:p>
    <w:p>
      <w:r>
        <w:rPr>
          <w:b/>
        </w:rPr>
        <w:t xml:space="preserve">[41:31] </w:t>
      </w:r>
      <w:r>
        <w:t>tum se pehle kitab di gayi aur tum ko bhi ke Allah se daro, aur agar tum ne</w:t>
      </w:r>
    </w:p>
    <w:p>
      <w:pPr>
        <w:jc w:val="right"/>
      </w:pPr>
      <w:r>
        <w:t>تم سے پہلے کتاب دی گئی اور تم کو بھی کہ اللہ سے ڈرو، اور اگر تم نے</w:t>
      </w:r>
    </w:p>
    <w:p>
      <w:r>
        <w:rPr>
          <w:b/>
        </w:rPr>
        <w:t xml:space="preserve">[41:37] </w:t>
      </w:r>
      <w:r>
        <w:t>na mana to Allah hi ka hai jo kuch aasmanon mein hai</w:t>
      </w:r>
    </w:p>
    <w:p>
      <w:pPr>
        <w:jc w:val="right"/>
      </w:pPr>
      <w:r>
        <w:t>نہ مانا تو اللہ ہی کا ہے جو کچھ آسمانوں میں ہے</w:t>
      </w:r>
    </w:p>
    <w:p>
      <w:r>
        <w:rPr>
          <w:b/>
        </w:rPr>
        <w:t xml:space="preserve">[41:43] </w:t>
      </w:r>
      <w:r>
        <w:t>aur jo kuch zameen mein hai, aur Allah be-niaz hai, sab khoobiyon wala hai, aur Allah hi ka hai jo kuch aasmanon mein hai aur jo kuch zameen mein hai, aur bharose ke liye Allah kafi hai, agar woh chahe to tum sab ko le jaye, ae logon, aur doosron ko le aaye, aur Allah is par qadir hai, jo shakhs dunya ka sawab chahta ho to Allah ke paas dunya ka sawab bhi hai aur akhirat ka sawab bhi</w:t>
      </w:r>
    </w:p>
    <w:p>
      <w:pPr>
        <w:jc w:val="right"/>
      </w:pPr>
      <w:r>
        <w:t>اور جو کچھ زمین میں ہے، اور اللہ بے نیاز ہے، سب خوبیوں والا ہے، اور اللہ ہی کا ہے جو کچھ آسمانوں میں ہے اور جو کچھ زمین میں ہے، اور بھروسے کے لیے اللہ کافی ہے، اگر وہ چاہے تو تم سب کو لے جائے، اے لوگوں، اور دوسروں کو لے آئے، اور اللہ اس پر قادر ہے، جو شخص دنیا کا ثواب چاہتا ہو تو اللہ کے پاس دنیا کا ثواب بھی ہے اور آخرت کا ثواب بھی</w:t>
      </w:r>
    </w:p>
    <w:p>
      <w:r>
        <w:rPr>
          <w:b/>
        </w:rPr>
        <w:t xml:space="preserve">[42:13] </w:t>
      </w:r>
      <w:r>
        <w:t>, aur Allah sunne wala, dekhne wala hai. ae iman walon! insaf par khoob qaim rehne wale aur Allah ke liye gawahi dene wale bano, chahe woh tumhare ya tumhare maa-baap ya azizon ke khilaf ho. agar koi maldar hai ya muhtaj to Allah tum se zyada dono ka khair-khwah hai, pas tum khwahish ki pairwi na karo ke haq se hat jao, aur agar tum kaji karoge ya pehlu t</w:t>
      </w:r>
    </w:p>
    <w:p>
      <w:pPr>
        <w:jc w:val="right"/>
      </w:pPr>
      <w:r>
        <w:t>، اور اللہ سننے والا، دیکھنے والا ہے۔ اے ایمان والوں! انصاف پر خوب قائم رہنے والے اور اللہ کے لیے گواہی دینے والے بنو، چاہے وہ تمہارے یا تمہارے ماں باپ یا عزیزوں کے خلاف ہو۔ اگر کوئی مالدار ہے یا محتاج تو اللہ تم سے زیادہ دونوں کا خیر خواہ ہے، پس تم خواہش کی پیروی نہ کرو کہ حق سے ہٹ جاؤ، اور اگر تم کجی کرو گے یا پہلو ت</w:t>
      </w:r>
    </w:p>
    <w:p>
      <w:r>
        <w:rPr>
          <w:b/>
        </w:rPr>
        <w:t xml:space="preserve">[42:43] </w:t>
      </w:r>
      <w:r>
        <w:t>hi karoge to jo kuch tum kar rahe ho Allah us se ba-khabar hai.</w:t>
      </w:r>
    </w:p>
    <w:p>
      <w:pPr>
        <w:jc w:val="right"/>
      </w:pPr>
      <w:r>
        <w:t>ہی کرو گے تو جو کچھ تم کر رہے ہو اللہ اس سے باخبر ہے۔</w:t>
      </w:r>
    </w:p>
    <w:p>
      <w:r>
        <w:rPr>
          <w:b/>
        </w:rPr>
        <w:t xml:space="preserve">[42:48] </w:t>
      </w:r>
      <w:r>
        <w:t>ae iman walon!</w:t>
      </w:r>
    </w:p>
    <w:p>
      <w:pPr>
        <w:jc w:val="right"/>
      </w:pPr>
      <w:r>
        <w:t>اے ایمان والوں!</w:t>
      </w:r>
    </w:p>
    <w:p>
      <w:r>
        <w:rPr>
          <w:b/>
        </w:rPr>
        <w:t xml:space="preserve">[42:53] </w:t>
      </w:r>
      <w:r>
        <w:t>iman lao allah par aur us ke rasool par aur us kitab par jo us ne apne rasool</w:t>
      </w:r>
    </w:p>
    <w:p>
      <w:pPr>
        <w:jc w:val="right"/>
      </w:pPr>
      <w:r>
        <w:t>ایمان لاؤ اللہ پر اور اس کے رسول پر اور اس کتاب پر جو اس نے اپنے رسول</w:t>
      </w:r>
    </w:p>
    <w:p>
      <w:r>
        <w:rPr>
          <w:b/>
        </w:rPr>
        <w:t xml:space="preserve">[42:58] </w:t>
      </w:r>
      <w:r>
        <w:t>par utari aur us kitab par jo us ne pehle nazil ki, aur jo shakhs inkar kare allah</w:t>
      </w:r>
    </w:p>
    <w:p>
      <w:pPr>
        <w:jc w:val="right"/>
      </w:pPr>
      <w:r>
        <w:t>پر اتاری اور اس کتاب پر جو اس نے پہلے نازل کی، اور جو شخص انکار کرے اللہ</w:t>
      </w:r>
    </w:p>
    <w:p>
      <w:r>
        <w:rPr>
          <w:b/>
        </w:rPr>
        <w:t xml:space="preserve">[43:03] </w:t>
      </w:r>
      <w:r>
        <w:t>ka aur us ke farishton ka aur us ki kitabon ka aur us ke rasoolon ka aur aakhirat</w:t>
      </w:r>
    </w:p>
    <w:p>
      <w:pPr>
        <w:jc w:val="right"/>
      </w:pPr>
      <w:r>
        <w:t>کا اور اس کے فرشتوں کا اور اس کی کتابوں کا اور اس کے رسولوں کا اور آخرت</w:t>
      </w:r>
    </w:p>
    <w:p>
      <w:r>
        <w:rPr>
          <w:b/>
        </w:rPr>
        <w:t xml:space="preserve">[43:08] </w:t>
      </w:r>
      <w:r>
        <w:t>ke din ka to woh behak kar door ja para. be</w:t>
      </w:r>
    </w:p>
    <w:p>
      <w:pPr>
        <w:jc w:val="right"/>
      </w:pPr>
      <w:r>
        <w:t>کے دن کا تو وہ بہک کر دور جا پڑا۔ بے</w:t>
      </w:r>
    </w:p>
    <w:p>
      <w:r>
        <w:rPr>
          <w:b/>
        </w:rPr>
        <w:t xml:space="preserve">[43:13] </w:t>
      </w:r>
      <w:r>
        <w:t>shak jo log iman laye phir inkar kiya phir iman laye phir inkar kiya phir woh inkar mein</w:t>
      </w:r>
    </w:p>
    <w:p>
      <w:pPr>
        <w:jc w:val="right"/>
      </w:pPr>
      <w:r>
        <w:t>شک جو لوگ ایمان لائے پھر انکار کیا پھر ایمان لائے پھر انکار کیا پھر وہ انکار میں</w:t>
      </w:r>
    </w:p>
    <w:p>
      <w:r>
        <w:rPr>
          <w:b/>
        </w:rPr>
        <w:t xml:space="preserve">[43:19] </w:t>
      </w:r>
      <w:r>
        <w:t>badhte gaye to allah un ko hargiz nahi bakhshega aur na un ko rah dikhayega.</w:t>
      </w:r>
    </w:p>
    <w:p>
      <w:pPr>
        <w:jc w:val="right"/>
      </w:pPr>
      <w:r>
        <w:t>بڑھتے گئے تو اللہ ان کو ہرگز نہیں بخشے گا اور نہ ان کو راہ دکھائے گا۔</w:t>
      </w:r>
    </w:p>
    <w:p>
      <w:r>
        <w:rPr>
          <w:b/>
        </w:rPr>
        <w:t xml:space="preserve">[43:25] </w:t>
      </w:r>
      <w:r>
        <w:t>munafikon ko khushkhabri de do ke un ke liye ek dardnak azab hai.</w:t>
      </w:r>
    </w:p>
    <w:p>
      <w:pPr>
        <w:jc w:val="right"/>
      </w:pPr>
      <w:r>
        <w:t>منافقوں کو خوشخبری دے دو کہ ان کے لیے ایک دردناک عذاب ہے۔</w:t>
      </w:r>
    </w:p>
    <w:p>
      <w:r>
        <w:rPr>
          <w:b/>
        </w:rPr>
        <w:t xml:space="preserve">[43:31] </w:t>
      </w:r>
      <w:r>
        <w:t>wo log jo mominon ko chhod kar munkiron ko dost banate hain kya woh un ke pas izzat</w:t>
      </w:r>
    </w:p>
    <w:p>
      <w:pPr>
        <w:jc w:val="right"/>
      </w:pPr>
      <w:r>
        <w:t>وہ لوگ جو مومنوں کو چھوڑ کر منکروں کو دوست بناتے ہیں کیا وہ ان کے پاس عزت</w:t>
      </w:r>
    </w:p>
    <w:p>
      <w:r>
        <w:rPr>
          <w:b/>
        </w:rPr>
        <w:t xml:space="preserve">[43:37] </w:t>
      </w:r>
      <w:r>
        <w:t>ki talash kar rahe hain? to izzat sari allah ke liye hai,</w:t>
      </w:r>
    </w:p>
    <w:p>
      <w:pPr>
        <w:jc w:val="right"/>
      </w:pPr>
      <w:r>
        <w:t>کی تلاش کر رہے ہیں؟ تو عزت ساری اللہ کے لیے ہے،</w:t>
      </w:r>
    </w:p>
    <w:p>
      <w:r>
        <w:rPr>
          <w:b/>
        </w:rPr>
        <w:t xml:space="preserve">[43:43] </w:t>
      </w:r>
      <w:r>
        <w:t>aur allah kitab mein tum par yeh hukum utar chuka hai ke jab tum suno ke allah ki</w:t>
      </w:r>
    </w:p>
    <w:p>
      <w:pPr>
        <w:jc w:val="right"/>
      </w:pPr>
      <w:r>
        <w:t>اور اللہ کتاب میں تم پر یہ حکم اتار چکا ہے کہ جب تم سنو کہ اللہ کی</w:t>
      </w:r>
    </w:p>
    <w:p>
      <w:r>
        <w:rPr>
          <w:b/>
        </w:rPr>
        <w:t xml:space="preserve">[43:48] </w:t>
      </w:r>
      <w:r>
        <w:t>nishaniyon ka inkar kiya ja raha hai aur un ka mazak kiya ja raha hai to tum un</w:t>
      </w:r>
    </w:p>
    <w:p>
      <w:pPr>
        <w:jc w:val="right"/>
      </w:pPr>
      <w:r>
        <w:t>نشانیوں کا انکار کیا جا رہا ہے اور ان کا مذاق کیا جا رہا ہے تو تم ان</w:t>
      </w:r>
    </w:p>
    <w:p>
      <w:r>
        <w:rPr>
          <w:b/>
        </w:rPr>
        <w:t xml:space="preserve">[43:53] </w:t>
      </w:r>
      <w:r>
        <w:t>ke sath na baitho yahan tak ke woh doosri baat mein mashgool ho jayen, warna tum bhi unhi</w:t>
      </w:r>
    </w:p>
    <w:p>
      <w:pPr>
        <w:jc w:val="right"/>
      </w:pPr>
      <w:r>
        <w:t>کے ساتھ نہ بیٹھو یہاں تک کہ وہ دوسری بات میں مشغول ہو جائیں، ورنہ تم بھی انہی</w:t>
      </w:r>
    </w:p>
    <w:p>
      <w:r>
        <w:rPr>
          <w:b/>
        </w:rPr>
        <w:t xml:space="preserve">[43:58] </w:t>
      </w:r>
      <w:r>
        <w:t>jaise ho jaoge.</w:t>
      </w:r>
    </w:p>
    <w:p>
      <w:pPr>
        <w:jc w:val="right"/>
      </w:pPr>
      <w:r>
        <w:t>جیسے ہو جاؤ گے۔</w:t>
      </w:r>
    </w:p>
    <w:p>
      <w:r>
        <w:rPr>
          <w:b/>
        </w:rPr>
        <w:t xml:space="preserve">[44:03] </w:t>
      </w:r>
      <w:r>
        <w:t>allah munafikon ko aur munkiron ko jahannum mein ek jagah ekattha karne wala hai.</w:t>
      </w:r>
    </w:p>
    <w:p>
      <w:pPr>
        <w:jc w:val="right"/>
      </w:pPr>
      <w:r>
        <w:t>اللہ منافقوں کو اور منکروں کو جہنم میں ایک جگہ اکٹھا کرنے والا ہے۔</w:t>
      </w:r>
    </w:p>
    <w:p>
      <w:r>
        <w:rPr>
          <w:b/>
        </w:rPr>
        <w:t xml:space="preserve">[44:08] </w:t>
      </w:r>
      <w:r>
        <w:t>wo munafiq tumhare</w:t>
      </w:r>
    </w:p>
    <w:p>
      <w:pPr>
        <w:jc w:val="right"/>
      </w:pPr>
      <w:r>
        <w:t>وہ منافق تمہارے</w:t>
      </w:r>
    </w:p>
    <w:p>
      <w:r>
        <w:rPr>
          <w:b/>
        </w:rPr>
        <w:t xml:space="preserve">[44:13] </w:t>
      </w:r>
      <w:r>
        <w:t>liye intezar mein rehte hain.</w:t>
      </w:r>
    </w:p>
    <w:p>
      <w:pPr>
        <w:jc w:val="right"/>
      </w:pPr>
      <w:r>
        <w:t>لیے انتظار میں رہتے ہیں۔</w:t>
      </w:r>
    </w:p>
    <w:p>
      <w:r>
        <w:rPr>
          <w:b/>
        </w:rPr>
        <w:t xml:space="preserve">[44:18] </w:t>
      </w:r>
      <w:r>
        <w:t>agar tum ko allah ki taraf se koi fatah hasil hoti hai to woh kehte hain ke kya</w:t>
      </w:r>
    </w:p>
    <w:p>
      <w:pPr>
        <w:jc w:val="right"/>
      </w:pPr>
      <w:r>
        <w:t>اگر تم کو اللہ کی طرف سے کوئی فتح حاصل ہوتی ہے تو وہ کہتے ہیں کہ کیا</w:t>
      </w:r>
    </w:p>
    <w:p>
      <w:r>
        <w:rPr>
          <w:b/>
        </w:rPr>
        <w:t xml:space="preserve">[44:23] </w:t>
      </w:r>
      <w:r>
        <w:t>hum tumhare sath na the? aur agar munkiron ko koi hissa mil jaye to un se kahenge</w:t>
      </w:r>
    </w:p>
    <w:p>
      <w:pPr>
        <w:jc w:val="right"/>
      </w:pPr>
      <w:r>
        <w:t>ہم تمہارے ساتھ نہ تھے؟ اور اگر منکروں کو کوئی حصہ مل جائے تو ان سے کہیں گے</w:t>
      </w:r>
    </w:p>
    <w:p>
      <w:r>
        <w:rPr>
          <w:b/>
        </w:rPr>
        <w:t xml:space="preserve">[44:29] </w:t>
      </w:r>
      <w:r>
        <w:t>ke kya hum tumhare khilaf ladne par qadir na the? aur phir bhi hum ne tum ko musalmanon</w:t>
      </w:r>
    </w:p>
    <w:p>
      <w:pPr>
        <w:jc w:val="right"/>
      </w:pPr>
      <w:r>
        <w:t>کہ کیا ہم تمہارے خلاف لڑنے پر قادر نہ تھے؟ اور پھر بھی ہم نے تم کو مسلمانوں</w:t>
      </w:r>
    </w:p>
    <w:p>
      <w:r>
        <w:rPr>
          <w:b/>
        </w:rPr>
        <w:t xml:space="preserve">[44:34] </w:t>
      </w:r>
      <w:r>
        <w:t>se bachaya to allah hi tum logon ke darmiyan qayamat ke din faisla karega, aur allah hargiz</w:t>
      </w:r>
    </w:p>
    <w:p>
      <w:pPr>
        <w:jc w:val="right"/>
      </w:pPr>
      <w:r>
        <w:t>سے بچایا تو اللہ ہی تم لوگوں کے درمیان قیامت کے دن فیصلہ کرے گا، اور اللہ ہرگز</w:t>
      </w:r>
    </w:p>
    <w:p>
      <w:r>
        <w:rPr>
          <w:b/>
        </w:rPr>
        <w:t xml:space="preserve">[44:39] </w:t>
      </w:r>
      <w:r>
        <w:t>munkiron ko mominon par</w:t>
      </w:r>
    </w:p>
    <w:p>
      <w:pPr>
        <w:jc w:val="right"/>
      </w:pPr>
      <w:r>
        <w:t>منکروں کو مومنوں پر</w:t>
      </w:r>
    </w:p>
    <w:p>
      <w:r>
        <w:rPr>
          <w:b/>
        </w:rPr>
        <w:t xml:space="preserve">[44:44] </w:t>
      </w:r>
      <w:r>
        <w:t>koi rah nahi dega.</w:t>
      </w:r>
    </w:p>
    <w:p>
      <w:pPr>
        <w:jc w:val="right"/>
      </w:pPr>
      <w:r>
        <w:t>کوئی راہ نہیں دے گا۔</w:t>
      </w:r>
    </w:p>
    <w:p>
      <w:r>
        <w:rPr>
          <w:b/>
        </w:rPr>
        <w:t xml:space="preserve">[44:49] </w:t>
      </w:r>
      <w:r>
        <w:t>munafiqeen allah ke sath dhoka bazi kar rahe hain halan ke allah hi ne un ko dhoke mein dal</w:t>
      </w:r>
    </w:p>
    <w:p>
      <w:pPr>
        <w:jc w:val="right"/>
      </w:pPr>
      <w:r>
        <w:t>منافقین اللہ کے ساتھ دھوکہ بازی کر رہے ہیں حالانکہ اللہ ہی نے ان کو دھوکے میں ڈال</w:t>
      </w:r>
    </w:p>
    <w:p>
      <w:r>
        <w:rPr>
          <w:b/>
        </w:rPr>
        <w:t xml:space="preserve">[44:54] </w:t>
      </w:r>
      <w:r>
        <w:t>rakha hai, aur jab woh namaz ke liye khade hote hain to kahili ke sath khade hote hain</w:t>
      </w:r>
    </w:p>
    <w:p>
      <w:pPr>
        <w:jc w:val="right"/>
      </w:pPr>
      <w:r>
        <w:t>رکھا ہے، اور جب وہ نماز کے لیے کھڑے ہوتے ہیں تو کاہلی کے ساتھ کھڑے ہوتے ہیں</w:t>
      </w:r>
    </w:p>
    <w:p>
      <w:r>
        <w:rPr>
          <w:b/>
        </w:rPr>
        <w:t xml:space="preserve">[44:59] </w:t>
      </w:r>
      <w:r>
        <w:t>mahez logon ko dikhane ke liye, aur woh allah ko kam hi yad karte hain.</w:t>
      </w:r>
    </w:p>
    <w:p>
      <w:pPr>
        <w:jc w:val="right"/>
      </w:pPr>
      <w:r>
        <w:t>محض لوگوں کو دکھانے کے لیے، اور وہ اللہ کو کم ہی یاد کرتے ہیں۔</w:t>
      </w:r>
    </w:p>
    <w:p>
      <w:r>
        <w:rPr>
          <w:b/>
        </w:rPr>
        <w:t xml:space="preserve">[45:04] </w:t>
      </w:r>
      <w:r>
        <w:t>wo dono ke beech latak rahe hain na idhar hain aur na idhar, aur jis ko Allah bhatka</w:t>
      </w:r>
    </w:p>
    <w:p>
      <w:pPr>
        <w:jc w:val="right"/>
      </w:pPr>
      <w:r>
        <w:t>وہ دونوں کے بیچ لٹک رہے ہیں نہ ادھر ہیں اور نہ ادھر، اور جس کو اللہ بھٹکا</w:t>
      </w:r>
    </w:p>
    <w:p>
      <w:r>
        <w:rPr>
          <w:b/>
        </w:rPr>
        <w:t xml:space="preserve">[45:09] </w:t>
      </w:r>
      <w:r>
        <w:t>de tum us ke liye koi ra</w:t>
      </w:r>
    </w:p>
    <w:p>
      <w:pPr>
        <w:jc w:val="right"/>
      </w:pPr>
      <w:r>
        <w:t>دے تم اس کے لیے کوئی را</w:t>
      </w:r>
    </w:p>
    <w:p>
      <w:r>
        <w:rPr>
          <w:b/>
        </w:rPr>
        <w:t xml:space="preserve">[45:14] </w:t>
      </w:r>
      <w:r>
        <w:t>h nahi pa sakte.</w:t>
      </w:r>
    </w:p>
    <w:p>
      <w:pPr>
        <w:jc w:val="right"/>
      </w:pPr>
      <w:r>
        <w:t>ہ نہیں پا سکتے۔</w:t>
      </w:r>
    </w:p>
    <w:p>
      <w:r>
        <w:rPr>
          <w:b/>
        </w:rPr>
        <w:t xml:space="preserve">[45:18] </w:t>
      </w:r>
      <w:r>
        <w:t>ae imaan walon!</w:t>
      </w:r>
    </w:p>
    <w:p>
      <w:pPr>
        <w:jc w:val="right"/>
      </w:pPr>
      <w:r>
        <w:t>اے ایمان والوں!</w:t>
      </w:r>
    </w:p>
    <w:p>
      <w:r>
        <w:rPr>
          <w:b/>
        </w:rPr>
        <w:t xml:space="preserve">[45:23] </w:t>
      </w:r>
      <w:r>
        <w:t>mominon ko chhod kar munkiron ko apna dost na banao.</w:t>
      </w:r>
    </w:p>
    <w:p>
      <w:pPr>
        <w:jc w:val="right"/>
      </w:pPr>
      <w:r>
        <w:t>مومنوں کو چھوڑ کر منکروں کو اپنا دوست نہ بناؤ۔</w:t>
      </w:r>
    </w:p>
    <w:p>
      <w:r>
        <w:rPr>
          <w:b/>
        </w:rPr>
        <w:t xml:space="preserve">[45:27] </w:t>
      </w:r>
      <w:r>
        <w:t>kya tum chahte ho ke apne upar Allah ki khuli hujjat qaim kar lo? beshak munafiqeen dozakh</w:t>
      </w:r>
    </w:p>
    <w:p>
      <w:pPr>
        <w:jc w:val="right"/>
      </w:pPr>
      <w:r>
        <w:t>کیا تم چاہتے ہو کہ اپنے اوپر اللہ کی کھلی حجت قائم کر لو؟ بے شک منافقین دوزخ</w:t>
      </w:r>
    </w:p>
    <w:p>
      <w:r>
        <w:rPr>
          <w:b/>
        </w:rPr>
        <w:t xml:space="preserve">[45:31] </w:t>
      </w:r>
      <w:r>
        <w:t>ke sab se neeche tabqe mein honge, aur tum un ka koi madadgar na paoge.</w:t>
      </w:r>
    </w:p>
    <w:p>
      <w:pPr>
        <w:jc w:val="right"/>
      </w:pPr>
      <w:r>
        <w:t>کے سب سے نیچے طبقے میں ہوں گے، اور تم ان کا کوئی مددگار نہ پاؤ گے۔</w:t>
      </w:r>
    </w:p>
    <w:p>
      <w:r>
        <w:rPr>
          <w:b/>
        </w:rPr>
        <w:t xml:space="preserve">[45:36] </w:t>
      </w:r>
      <w:r>
        <w:t>albatta jo log tauba karein aur apni islaah kar lein aur Allah ko mazbooti se pakad lein aur</w:t>
      </w:r>
    </w:p>
    <w:p>
      <w:pPr>
        <w:jc w:val="right"/>
      </w:pPr>
      <w:r>
        <w:t>البتہ جو لوگ توبہ کریں اور اپنی اصلاح کر لیں اور اللہ کو مضبوطی سے پکڑ لیں اور</w:t>
      </w:r>
    </w:p>
    <w:p>
      <w:r>
        <w:rPr>
          <w:b/>
        </w:rPr>
        <w:t xml:space="preserve">[45:40] </w:t>
      </w:r>
      <w:r>
        <w:t>apne deen ko Allah ke liye khalis kar lein</w:t>
      </w:r>
    </w:p>
    <w:p>
      <w:pPr>
        <w:jc w:val="right"/>
      </w:pPr>
      <w:r>
        <w:t>اپنے دین کو اللہ کے لیے خالص کر لیں</w:t>
      </w:r>
    </w:p>
    <w:p>
      <w:r>
        <w:rPr>
          <w:b/>
        </w:rPr>
        <w:t xml:space="preserve">[45:44] </w:t>
      </w:r>
      <w:r>
        <w:t>to yeh log imaan walon ke saath honge, aur Allah imaan walon ko bada sawab dega.</w:t>
      </w:r>
    </w:p>
    <w:p>
      <w:pPr>
        <w:jc w:val="right"/>
      </w:pPr>
      <w:r>
        <w:t>تو یہ لوگ ایمان والوں کے ساتھ ہوں گے، اور اللہ ایمان والوں کو بڑا ثواب دے گا۔</w:t>
      </w:r>
    </w:p>
    <w:p>
      <w:r>
        <w:rPr>
          <w:b/>
        </w:rPr>
        <w:t xml:space="preserve">[45:49] </w:t>
      </w:r>
      <w:r>
        <w:t>Allah tum ko azab de kar kya karega agar tum shukr guzaari karo aur imaan lao? Allah</w:t>
      </w:r>
    </w:p>
    <w:p>
      <w:pPr>
        <w:jc w:val="right"/>
      </w:pPr>
      <w:r>
        <w:t>اللہ تم کو عذاب دے کر کیا کرے گا اگر تم شکر گزاری کرو اور ایمان لاؤ؟ اللہ</w:t>
      </w:r>
    </w:p>
    <w:p>
      <w:r>
        <w:rPr>
          <w:b/>
        </w:rPr>
        <w:t xml:space="preserve">[45:54] </w:t>
      </w:r>
      <w:r>
        <w:t>bada qadrdaan hai, sab kuch janne wala hai.</w:t>
      </w:r>
    </w:p>
    <w:p>
      <w:pPr>
        <w:jc w:val="right"/>
      </w:pPr>
      <w:r>
        <w:t>بڑا قدردان ہے، سب کچھ جاننے والا ہے۔</w:t>
      </w:r>
    </w:p>
    <w:p>
      <w:r>
        <w:rPr>
          <w:b/>
        </w:rPr>
        <w:t xml:space="preserve">[45:59] </w:t>
      </w:r>
      <w:r>
        <w:t>Allah badgoi ko pasand nahi karta magar yeh ke kisi par zulm hua ho, aur Allah sunne wala,</w:t>
      </w:r>
    </w:p>
    <w:p>
      <w:pPr>
        <w:jc w:val="right"/>
      </w:pPr>
      <w:r>
        <w:t>اللہ بدگوئی کو پسند نہیں کرتا مگر یہ کہ کسی پر ظلم ہوا ہو، اور اللہ سننے والا،</w:t>
      </w:r>
    </w:p>
    <w:p>
      <w:r>
        <w:rPr>
          <w:b/>
        </w:rPr>
        <w:t xml:space="preserve">[46:04] </w:t>
      </w:r>
      <w:r>
        <w:t>janne wala hai.</w:t>
      </w:r>
    </w:p>
    <w:p>
      <w:pPr>
        <w:jc w:val="right"/>
      </w:pPr>
      <w:r>
        <w:t>جاننے والا ہے۔</w:t>
      </w:r>
    </w:p>
    <w:p>
      <w:r>
        <w:rPr>
          <w:b/>
        </w:rPr>
        <w:t xml:space="preserve">[46:09] </w:t>
      </w:r>
      <w:r>
        <w:t>agar tum bhalai ko</w:t>
      </w:r>
    </w:p>
    <w:p>
      <w:pPr>
        <w:jc w:val="right"/>
      </w:pPr>
      <w:r>
        <w:t>اگر تم بھلائی کو</w:t>
      </w:r>
    </w:p>
    <w:p>
      <w:r>
        <w:rPr>
          <w:b/>
        </w:rPr>
        <w:t xml:space="preserve">[46:14] </w:t>
      </w:r>
      <w:r>
        <w:t>zahair karo ya tum us ko chupao ya kisi burai se darguzar karo to Allah maaf karne wala,</w:t>
      </w:r>
    </w:p>
    <w:p>
      <w:pPr>
        <w:jc w:val="right"/>
      </w:pPr>
      <w:r>
        <w:t>ظاہر کرو یا تم اس کو چھپاؤ یا کسی برائی سے درگزر کرو تو اللہ معاف کرنے والا،</w:t>
      </w:r>
    </w:p>
    <w:p>
      <w:r>
        <w:rPr>
          <w:b/>
        </w:rPr>
        <w:t xml:space="preserve">[46:19] </w:t>
      </w:r>
      <w:r>
        <w:t>qudrat rakhne wala hai.</w:t>
      </w:r>
    </w:p>
    <w:p>
      <w:pPr>
        <w:jc w:val="right"/>
      </w:pPr>
      <w:r>
        <w:t>قدرت رکھنے والا ہے۔</w:t>
      </w:r>
    </w:p>
    <w:p>
      <w:r>
        <w:rPr>
          <w:b/>
        </w:rPr>
        <w:t xml:space="preserve">[46:24] </w:t>
      </w:r>
      <w:r>
        <w:t>jo log Allah aur us ke rasoolon ka inkar kar rahe hain aur chahte hain ke Allah aur</w:t>
      </w:r>
    </w:p>
    <w:p>
      <w:pPr>
        <w:jc w:val="right"/>
      </w:pPr>
      <w:r>
        <w:t>جو لوگ اللہ اور اس کے رسولوں کا انکار کر رہے ہیں اور چاہتے ہیں کہ اللہ اور</w:t>
      </w:r>
    </w:p>
    <w:p>
      <w:r>
        <w:rPr>
          <w:b/>
        </w:rPr>
        <w:t xml:space="preserve">[46:29] </w:t>
      </w:r>
      <w:r>
        <w:t>us ke rasoolon ke darmiyan tafreeq karein aur kehte hain ke hum kisi ko manenge aur kisi</w:t>
      </w:r>
    </w:p>
    <w:p>
      <w:pPr>
        <w:jc w:val="right"/>
      </w:pPr>
      <w:r>
        <w:t>اس کے رسولوں کے درمیان تفریق کریں اور کہتے ہیں کہ ہم کسی کو مانیں گے اور کسی</w:t>
      </w:r>
    </w:p>
    <w:p>
      <w:r>
        <w:rPr>
          <w:b/>
        </w:rPr>
        <w:t xml:space="preserve">[46:34] </w:t>
      </w:r>
      <w:r>
        <w:t>ko na manenge, aur woh chahte hain ke us ke beech mein ek raah nikalen, aise log</w:t>
      </w:r>
    </w:p>
    <w:p>
      <w:pPr>
        <w:jc w:val="right"/>
      </w:pPr>
      <w:r>
        <w:t>کو نہ مانیں گے، اور وہ چاہتے ہیں کہ اس کے بیچ میں ایک راہ نکالیں، ایسے لوگ</w:t>
      </w:r>
    </w:p>
    <w:p>
      <w:r>
        <w:rPr>
          <w:b/>
        </w:rPr>
        <w:t xml:space="preserve">[46:39] </w:t>
      </w:r>
      <w:r>
        <w:t>pakke munkir hain, aur</w:t>
      </w:r>
    </w:p>
    <w:p>
      <w:pPr>
        <w:jc w:val="right"/>
      </w:pPr>
      <w:r>
        <w:t>پکے منکر ہیں، اور</w:t>
      </w:r>
    </w:p>
    <w:p>
      <w:r>
        <w:rPr>
          <w:b/>
        </w:rPr>
        <w:t xml:space="preserve">[46:44] </w:t>
      </w:r>
      <w:r>
        <w:t>hum ne munkiron ke liye zillat ka azab tayar kar rakha hai. Aur jo log Allah aur us ke rasoolon par imaan laye aur un mein se kisi ko juda na kiya un ko Allah un ka ajar de ga, aur Allah ghafoor aur raheem hai. Ahl-e-kitab tum se yeh mutalba karte hain ke tum un par aasman se ek kitab utar lao. Pas Musa se woh is se bhi bari cheez ka mutalba kar chuke hain. Unhon ne kaha ke</w:t>
      </w:r>
    </w:p>
    <w:p>
      <w:pPr>
        <w:jc w:val="right"/>
      </w:pPr>
      <w:r>
        <w:t>ہم نے منکروں کے لیے ذلت کا عذاب تیار کر رکھا ہے۔ اور جو لوگ اللہ اور اس کے رسولوں پر ایمان لائے اور ان میں سے کسی کو جدا نہ کیا ان کو اللہ ان کا اجر دے گا، اور اللہ غفور اور رحیم ہے۔ اہل کتاب تم سے یہ مطالبہ کرتے ہیں کہ تم ان پر آسمان سے ایک کتاب اتار لاؤ۔ پس موسیٰ سے وہ اس سے بھی بڑی چیز کا مطالبہ کر چکے ہیں۔ انہوں نے کہا کہ</w:t>
      </w:r>
    </w:p>
    <w:p>
      <w:r>
        <w:rPr>
          <w:b/>
        </w:rPr>
        <w:t xml:space="preserve">[47:14] </w:t>
      </w:r>
      <w:r>
        <w:t>humein Allah ko bilkul saamne dikha do.</w:t>
      </w:r>
    </w:p>
    <w:p>
      <w:pPr>
        <w:jc w:val="right"/>
      </w:pPr>
      <w:r>
        <w:t>ہمیں اللہ کو بالکل سامنے دکھا دو۔</w:t>
      </w:r>
    </w:p>
    <w:p>
      <w:r>
        <w:rPr>
          <w:b/>
        </w:rPr>
        <w:t xml:space="preserve">[47:19] </w:t>
      </w:r>
      <w:r>
        <w:t>pas un ki is ziyadati ke sabab un par bijli aa padi.</w:t>
      </w:r>
    </w:p>
    <w:p>
      <w:pPr>
        <w:jc w:val="right"/>
      </w:pPr>
      <w:r>
        <w:t>پس ان کی اس زیادتی کے باعث ان پر بجلی آ پڑی۔</w:t>
      </w:r>
    </w:p>
    <w:p>
      <w:r>
        <w:rPr>
          <w:b/>
        </w:rPr>
        <w:t xml:space="preserve">[47:24] </w:t>
      </w:r>
      <w:r>
        <w:t>phir khuli nishani aa chukne ke baad unhone bichhde ko maabood bana liya.</w:t>
      </w:r>
    </w:p>
    <w:p>
      <w:pPr>
        <w:jc w:val="right"/>
      </w:pPr>
      <w:r>
        <w:t>پھر کھلی نشانی آ چکنے کے بعد انہوں نے بچھڑے کو معبود بنا لیا۔</w:t>
      </w:r>
    </w:p>
    <w:p>
      <w:r>
        <w:rPr>
          <w:b/>
        </w:rPr>
        <w:t xml:space="preserve">[47:30] </w:t>
      </w:r>
      <w:r>
        <w:t>phir hum ne us se darguzar kiya, aur Moosa ko hum ne khuli hujjat ata ki, aur hum</w:t>
      </w:r>
    </w:p>
    <w:p>
      <w:pPr>
        <w:jc w:val="right"/>
      </w:pPr>
      <w:r>
        <w:t>پھر ہم نے اس سے درگزر کیا، اور موسیٰ کو ہم نے کھلی حجت عطا کی، اور ہم</w:t>
      </w:r>
    </w:p>
    <w:p>
      <w:r>
        <w:rPr>
          <w:b/>
        </w:rPr>
        <w:t xml:space="preserve">[47:35] </w:t>
      </w:r>
      <w:r>
        <w:t>ne un ke upar koh-e-toor ko uthaya un se ehad lene ke waste, aur hum ne un</w:t>
      </w:r>
    </w:p>
    <w:p>
      <w:pPr>
        <w:jc w:val="right"/>
      </w:pPr>
      <w:r>
        <w:t>نے ان کے اوپر کوہ طور کو اٹھایا ان سے عہد لینے کے واسطے، اور ہم نے ان</w:t>
      </w:r>
    </w:p>
    <w:p>
      <w:r>
        <w:rPr>
          <w:b/>
        </w:rPr>
        <w:t xml:space="preserve">[47:40] </w:t>
      </w:r>
      <w:r>
        <w:t>se kaha ke darwaze mein dakhil ho sar jhukaye hue</w:t>
      </w:r>
    </w:p>
    <w:p>
      <w:pPr>
        <w:jc w:val="right"/>
      </w:pPr>
      <w:r>
        <w:t>سے کہا کہ دروازے میں داخل ہو سر جھکائے ہوئے</w:t>
      </w:r>
    </w:p>
    <w:p>
      <w:r>
        <w:rPr>
          <w:b/>
        </w:rPr>
        <w:t xml:space="preserve">[47:45] </w:t>
      </w:r>
      <w:r>
        <w:t>, aur un se kaha ke sabt ke muamle mein ziyadati na karna, aur hum ne un se</w:t>
      </w:r>
    </w:p>
    <w:p>
      <w:pPr>
        <w:jc w:val="right"/>
      </w:pPr>
      <w:r>
        <w:t>، اور ان سے کہا کہ سبت کے معاملے میں زیادتی نہ کرنا، اور ہم نے ان سے</w:t>
      </w:r>
    </w:p>
    <w:p>
      <w:r>
        <w:rPr>
          <w:b/>
        </w:rPr>
        <w:t xml:space="preserve">[47:50] </w:t>
      </w:r>
      <w:r>
        <w:t>mazboot ehad liya.</w:t>
      </w:r>
    </w:p>
    <w:p>
      <w:pPr>
        <w:jc w:val="right"/>
      </w:pPr>
      <w:r>
        <w:t>مضبوط عہد لیا۔</w:t>
      </w:r>
    </w:p>
    <w:p>
      <w:r>
        <w:rPr>
          <w:b/>
        </w:rPr>
        <w:t xml:space="preserve">[47:55] </w:t>
      </w:r>
      <w:r>
        <w:t>un ko jo saza mili woh is par ke unhon ne apne ehad ko toda, aur is par</w:t>
      </w:r>
    </w:p>
    <w:p>
      <w:pPr>
        <w:jc w:val="right"/>
      </w:pPr>
      <w:r>
        <w:t>ان کو جو سزا ملی وہ اس پر کہ انہوں نے اپنے عہد کو توڑا، اور اس پر</w:t>
      </w:r>
    </w:p>
    <w:p>
      <w:r>
        <w:rPr>
          <w:b/>
        </w:rPr>
        <w:t xml:space="preserve">[48:00] </w:t>
      </w:r>
      <w:r>
        <w:t>ke unhon ne Allah ki nishaniyon ka inkar kiya, aur is par ke unhon ne paighambaron ko nahak</w:t>
      </w:r>
    </w:p>
    <w:p>
      <w:pPr>
        <w:jc w:val="right"/>
      </w:pPr>
      <w:r>
        <w:t>کہ انہوں نے اللہ کی نشانیوں کا انکار کیا، اور اس پر کہ انہوں نے پیغمبروں کو ناحق</w:t>
      </w:r>
    </w:p>
    <w:p>
      <w:r>
        <w:rPr>
          <w:b/>
        </w:rPr>
        <w:t xml:space="preserve">[48:05] </w:t>
      </w:r>
      <w:r>
        <w:t>qatal kiya, aur is ke kehne par ke hamare dil to band hain, balkeh Allah ne un ke</w:t>
      </w:r>
    </w:p>
    <w:p>
      <w:pPr>
        <w:jc w:val="right"/>
      </w:pPr>
      <w:r>
        <w:t>قتل کیا، اور اس کے کہنے پر کہ ہمارے دل تو بند ہیں، بلکہ اللہ نے ان کے</w:t>
      </w:r>
    </w:p>
    <w:p>
      <w:r>
        <w:rPr>
          <w:b/>
        </w:rPr>
        <w:t xml:space="preserve">[48:10] </w:t>
      </w:r>
      <w:r>
        <w:t>inkar ke sabab se un ke dilon par mohar kar di hai to woh</w:t>
      </w:r>
    </w:p>
    <w:p>
      <w:pPr>
        <w:jc w:val="right"/>
      </w:pPr>
      <w:r>
        <w:t>انکار کے سبب سے ان کے دلوں پر مہر کر دی ہے تو وہ</w:t>
      </w:r>
    </w:p>
    <w:p>
      <w:r>
        <w:rPr>
          <w:b/>
        </w:rPr>
        <w:t xml:space="preserve">[48:15] </w:t>
      </w:r>
      <w:r>
        <w:t>kam hi imaan late hain, aur un ke inkar par aur Maryam par bara toofan bandhne par, aur un ke is kehne par ke hum ne Masih bin Maryam Allah ke rasool ko qatal kar diya halanke unhon ne na us ko qatal kiya aur na suli di, balkeh mamla un ke liye mujtaba kar diya gaya. Aur jo log is mein ikhtilaf kar rahe hain woh is ke bare mein shakk mein pade hue hain. Un ko is ka koi ilm nahi. Woh sab</w:t>
      </w:r>
    </w:p>
    <w:p>
      <w:pPr>
        <w:jc w:val="right"/>
      </w:pPr>
      <w:r>
        <w:t>کم ہی ایمان لاتے ہیں، اور ان کے انکار پر اور مریم پر بڑا طوفان باندھنے پر، اور ان کے اس کہنے پر کہ ہم نے مسیح بن مریم اللہ کے رسول کو قتل کر دیا حالانکہ انہوں نے نہ اس کو قتل کیا اور نہ سولی دی، بلکہ معاملہ ان کے لیے مجتبیٰ کر دیا گیا۔ اور جو لوگ اس میں اختلاف کر رہے ہیں وہ اس کے بارے میں شک میں پڑے ہوئے ہیں۔ ان کو اس کا کوئی علم نہیں۔ وہ ص</w:t>
      </w:r>
    </w:p>
    <w:p>
      <w:r>
        <w:rPr>
          <w:b/>
        </w:rPr>
        <w:t xml:space="preserve">[48:45] </w:t>
      </w:r>
      <w:r>
        <w:t>raft atkal par chal rahe hain.</w:t>
      </w:r>
    </w:p>
    <w:p>
      <w:pPr>
        <w:jc w:val="right"/>
      </w:pPr>
      <w:r>
        <w:t>رف اٹکل پر چل رہے ہیں۔</w:t>
      </w:r>
    </w:p>
    <w:p>
      <w:r>
        <w:rPr>
          <w:b/>
        </w:rPr>
        <w:t xml:space="preserve">[48:49] </w:t>
      </w:r>
      <w:r>
        <w:t>aur beshak unhon ne is ko qatal nahi kiya balkeh Allah ne is ko apni taraf utha</w:t>
      </w:r>
    </w:p>
    <w:p>
      <w:pPr>
        <w:jc w:val="right"/>
      </w:pPr>
      <w:r>
        <w:t>اور بے شک انہوں نے اس کو قتل نہیں کیا بلکہ اللہ نے اس کو اپنی طرف اٹھا</w:t>
      </w:r>
    </w:p>
    <w:p>
      <w:r>
        <w:rPr>
          <w:b/>
        </w:rPr>
        <w:t xml:space="preserve">[48:54] </w:t>
      </w:r>
      <w:r>
        <w:t>liya aur Allah zabardast hai, hikmat wala hai.</w:t>
      </w:r>
    </w:p>
    <w:p>
      <w:pPr>
        <w:jc w:val="right"/>
      </w:pPr>
      <w:r>
        <w:t>لیا اور اللہ زبردست ہے، حکمت والا ہے۔</w:t>
      </w:r>
    </w:p>
    <w:p>
      <w:r>
        <w:rPr>
          <w:b/>
        </w:rPr>
        <w:t xml:space="preserve">[48:58] </w:t>
      </w:r>
      <w:r>
        <w:t>aur ahle kitab mein se koi aisa nahi jo is ki maut se pehle is par iman na</w:t>
      </w:r>
    </w:p>
    <w:p>
      <w:pPr>
        <w:jc w:val="right"/>
      </w:pPr>
      <w:r>
        <w:t>اور اہل کتاب میں سے کوئی ایسا نہیں جو اس کی موت سے پہلے اس پر ایمان نہ</w:t>
      </w:r>
    </w:p>
    <w:p>
      <w:r>
        <w:rPr>
          <w:b/>
        </w:rPr>
        <w:t xml:space="preserve">[49:02] </w:t>
      </w:r>
      <w:r>
        <w:t>le aaye aur qayamat ke din woh in par gawah hoga.</w:t>
      </w:r>
    </w:p>
    <w:p>
      <w:pPr>
        <w:jc w:val="right"/>
      </w:pPr>
      <w:r>
        <w:t>لے آئے اور قیامت کے دن وہ ان پر گواہ ہوگا۔</w:t>
      </w:r>
    </w:p>
    <w:p>
      <w:r>
        <w:rPr>
          <w:b/>
        </w:rPr>
        <w:t xml:space="preserve">[49:06] </w:t>
      </w:r>
      <w:r>
        <w:t>pas yahood ke zulm ki wajah se hum ne woh pak cheezen un par haram kar din jo</w:t>
      </w:r>
    </w:p>
    <w:p>
      <w:pPr>
        <w:jc w:val="right"/>
      </w:pPr>
      <w:r>
        <w:t>پس یہود کے ظلم کی وجہ سے ہم نے وہ پاک چیزیں ان پر حرام کر دیں جو</w:t>
      </w:r>
    </w:p>
    <w:p>
      <w:r>
        <w:rPr>
          <w:b/>
        </w:rPr>
        <w:t xml:space="preserve">[49:11] </w:t>
      </w:r>
      <w:r>
        <w:t>un ke liye halaal thin aur is</w:t>
      </w:r>
    </w:p>
    <w:p>
      <w:pPr>
        <w:jc w:val="right"/>
      </w:pPr>
      <w:r>
        <w:t>ان کے لیے حلال تھیں اور اس</w:t>
      </w:r>
    </w:p>
    <w:p>
      <w:r>
        <w:rPr>
          <w:b/>
        </w:rPr>
        <w:t xml:space="preserve">[49:15] </w:t>
      </w:r>
      <w:r>
        <w:t>wajah se ke woh Allah ki rah se bohat rokte the aur is wajah se ke woh sood lete the halanke is se unhein mana kiya gaya tha aur is wajah se ke woh logon ka maal batil tareeqe se khate the aur hum ne un mein se munkiron ke liye dardnak azab tayar kar rakha hai magar un mein jo log ilm mein pakhtah aur imaan wale hain woh imaan laye hain is par jo tumhare upar utari</w:t>
      </w:r>
    </w:p>
    <w:p>
      <w:pPr>
        <w:jc w:val="right"/>
      </w:pPr>
      <w:r>
        <w:t>وجہ سے کہ وہ اللہ کی راہ سے بہت روکتے تھے اور اس وجہ سے کہ وہ سود لیتے تھے حالانکہ اس سے انہیں منع کیا گیا تھا اور اس وجہ سے کہ وہ لوگوں کا مال باطل طریقے سے کھاتے تھے اور ہم نے ان میں سے منکروں کے لیے دردناک عذاب تیار کر رکھا ہے مگر ان میں جو لوگ علم میں پختہ اور ایمان والے ہیں وہ ایمان لائے ہیں اس پر جو تمہارے اوپر اتاری</w:t>
      </w:r>
    </w:p>
    <w:p>
      <w:r>
        <w:rPr>
          <w:b/>
        </w:rPr>
        <w:t xml:space="preserve">[49:45] </w:t>
      </w:r>
      <w:r>
        <w:t>gayi aur jo tum se pehle utari gayi aur woh namaz ke paband hain aur zakat ada karne</w:t>
      </w:r>
    </w:p>
    <w:p>
      <w:pPr>
        <w:jc w:val="right"/>
      </w:pPr>
      <w:r>
        <w:t>گئی اور جو تم سے پہلے اتاری گئی اور وہ نماز کے پابند ہیں اور زکوٰۃ ادا کرنے</w:t>
      </w:r>
    </w:p>
    <w:p>
      <w:r>
        <w:rPr>
          <w:b/>
        </w:rPr>
        <w:t xml:space="preserve">[49:51] </w:t>
      </w:r>
      <w:r>
        <w:t>wale hain aur Allah par aur qayamat ke din par iman rakhne wale hain.</w:t>
      </w:r>
    </w:p>
    <w:p>
      <w:pPr>
        <w:jc w:val="right"/>
      </w:pPr>
      <w:r>
        <w:t>والے ہیں اور اللہ پر اور قیامت کے دن پر ایمان رکھنے والے ہیں۔</w:t>
      </w:r>
    </w:p>
    <w:p>
      <w:r>
        <w:rPr>
          <w:b/>
        </w:rPr>
        <w:t xml:space="preserve">[49:57] </w:t>
      </w:r>
      <w:r>
        <w:t>aise logon ko hum zaroor bada ajr denge.</w:t>
      </w:r>
    </w:p>
    <w:p>
      <w:pPr>
        <w:jc w:val="right"/>
      </w:pPr>
      <w:r>
        <w:t>ایسے لوگوں کو ہم ضرور بڑا اجر دیں گے۔</w:t>
      </w:r>
    </w:p>
    <w:p>
      <w:r>
        <w:rPr>
          <w:b/>
        </w:rPr>
        <w:t xml:space="preserve">[50:03] </w:t>
      </w:r>
      <w:r>
        <w:t>hum ne tumhari taraf wahi bheji hai jis tarah hum ne Nuh aur is ke baad ke nabiyon</w:t>
      </w:r>
    </w:p>
    <w:p>
      <w:pPr>
        <w:jc w:val="right"/>
      </w:pPr>
      <w:r>
        <w:t>ہم نے تمہاری طرف وحی بھیجی ہے جس طرح ہم نے نوح اور اس کے بعد کے نبیوں</w:t>
      </w:r>
    </w:p>
    <w:p>
      <w:r>
        <w:rPr>
          <w:b/>
        </w:rPr>
        <w:t xml:space="preserve">[50:09] </w:t>
      </w:r>
      <w:r>
        <w:t>ki taraf wahi bheji thi aur hum ne Ibrahim aur Ismail aur Ishaq aur Yaqoob aur</w:t>
      </w:r>
    </w:p>
    <w:p>
      <w:pPr>
        <w:jc w:val="right"/>
      </w:pPr>
      <w:r>
        <w:t>کی طرف وحی بھیجی تھی اور ہم نے ابراہیم اور اسماعیل اور اسحاق اور یعقوب اور</w:t>
      </w:r>
    </w:p>
    <w:p>
      <w:r>
        <w:rPr>
          <w:b/>
        </w:rPr>
        <w:t xml:space="preserve">[50:15] </w:t>
      </w:r>
      <w:r>
        <w:t>aulad Yaqoob aur Isa aur Ayub aur Yunus aur Haroon aur Sulaiman ki taraf wahi bheji thi aur</w:t>
      </w:r>
    </w:p>
    <w:p>
      <w:pPr>
        <w:jc w:val="right"/>
      </w:pPr>
      <w:r>
        <w:t>اولاد یعقوب اور عیسیٰ اور ایوب اور یونس اور ہارون اور سلیمان کی طرف وحی بھیجی تھی اور</w:t>
      </w:r>
    </w:p>
    <w:p>
      <w:r>
        <w:rPr>
          <w:b/>
        </w:rPr>
        <w:t xml:space="preserve">[50:21] </w:t>
      </w:r>
      <w:r>
        <w:t>hum ne Dawood ko Zaboor di aur hum ne aise rasool bheje jin ka haal hum tum ko</w:t>
      </w:r>
    </w:p>
    <w:p>
      <w:pPr>
        <w:jc w:val="right"/>
      </w:pPr>
      <w:r>
        <w:t>ہم نے داؤد کو زبور دی اور ہم نے ایسے رسول بھیجے جن کا حال ہم تم کو</w:t>
      </w:r>
    </w:p>
    <w:p>
      <w:r>
        <w:rPr>
          <w:b/>
        </w:rPr>
        <w:t xml:space="preserve">[50:27] </w:t>
      </w:r>
      <w:r>
        <w:t>pehle suna chuke hain aur aise rasool bhi jin ka haal hum ne tum ko nahi sunaya aur</w:t>
      </w:r>
    </w:p>
    <w:p>
      <w:pPr>
        <w:jc w:val="right"/>
      </w:pPr>
      <w:r>
        <w:t>پہلے سنا چکے ہیں اور ایسے رسول بھی جن کا حال ہم نے تم کو نہیں سنایا اور</w:t>
      </w:r>
    </w:p>
    <w:p>
      <w:r>
        <w:rPr>
          <w:b/>
        </w:rPr>
        <w:t xml:space="preserve">[50:33] </w:t>
      </w:r>
      <w:r>
        <w:t>Musa se Allah ne kalam kiya.</w:t>
      </w:r>
    </w:p>
    <w:p>
      <w:pPr>
        <w:jc w:val="right"/>
      </w:pPr>
      <w:r>
        <w:t>موسیٰ سے اللہ نے کلام کیا۔</w:t>
      </w:r>
    </w:p>
    <w:p>
      <w:r>
        <w:rPr>
          <w:b/>
        </w:rPr>
        <w:t xml:space="preserve">[50:39] </w:t>
      </w:r>
      <w:r>
        <w:t>Allah ne rasoolon ko khushkhabri dene wale aur darane wale bana kar bheja taake rasoolon ke baad</w:t>
      </w:r>
    </w:p>
    <w:p>
      <w:pPr>
        <w:jc w:val="right"/>
      </w:pPr>
      <w:r>
        <w:t>اللہ نے رسولوں کو خوشخبری دینے والے اور ڈرانے والے بنا کر بھیجا تاکہ رسولوں کے بعد</w:t>
      </w:r>
    </w:p>
    <w:p>
      <w:r>
        <w:rPr>
          <w:b/>
        </w:rPr>
        <w:t xml:space="preserve">[50:45] </w:t>
      </w:r>
      <w:r>
        <w:t>logon ke paas Allah ke muqable mein koi hujjat baqi na rahe aur Allah zabardast hai, hikmat wala hai.</w:t>
      </w:r>
    </w:p>
    <w:p>
      <w:pPr>
        <w:jc w:val="right"/>
      </w:pPr>
      <w:r>
        <w:t>لوگوں کے پاس اللہ کے مقابلے میں کوئی حجت باقی نہ رہے اور اللہ زبردست ہے، حکمت والا ہے۔</w:t>
      </w:r>
    </w:p>
    <w:p>
      <w:r>
        <w:rPr>
          <w:b/>
        </w:rPr>
        <w:t xml:space="preserve">[50:53] </w:t>
      </w:r>
      <w:r>
        <w:t>magar Allah gawah hai is par jo us ne tumhare upar utara hai ke us ne is ko</w:t>
      </w:r>
    </w:p>
    <w:p>
      <w:pPr>
        <w:jc w:val="right"/>
      </w:pPr>
      <w:r>
        <w:t>مگر اللہ گواہ ہے اس پر جو اس نے تمہارے اوپر اتارا ہے کہ اس نے اس کو</w:t>
      </w:r>
    </w:p>
    <w:p>
      <w:r>
        <w:rPr>
          <w:b/>
        </w:rPr>
        <w:t xml:space="preserve">[51:01] </w:t>
      </w:r>
      <w:r>
        <w:t>apne ilm ke sath utara hai aur farishte bhi gawahi dete hain aur Allah gawahi ke liye kafi hai.</w:t>
      </w:r>
    </w:p>
    <w:p>
      <w:pPr>
        <w:jc w:val="right"/>
      </w:pPr>
      <w:r>
        <w:t>اپنے علم کے ساتھ اتارا ہے اور فرشتے بھی گواہی دیتے ہیں اور اللہ گواہی کے لیے کافی ہے۔</w:t>
      </w:r>
    </w:p>
    <w:p>
      <w:r>
        <w:rPr>
          <w:b/>
        </w:rPr>
        <w:t xml:space="preserve">[51:08] </w:t>
      </w:r>
      <w:r>
        <w:t>jin logon ne inkar kiya aur Allah ke raste se roka wo behak kar bohat door nikal gaye. jin log</w:t>
      </w:r>
    </w:p>
    <w:p>
      <w:pPr>
        <w:jc w:val="right"/>
      </w:pPr>
      <w:r>
        <w:t>جن لوگوں نے انکار کیا اور اللہ کے راستے سے روکا وہ بہک کر بہت دور نکل گئے۔ جن لوگ</w:t>
      </w:r>
    </w:p>
    <w:p>
      <w:r>
        <w:rPr>
          <w:b/>
        </w:rPr>
        <w:t xml:space="preserve">[51:16] </w:t>
      </w:r>
      <w:r>
        <w:t>on ne inkar kiya aur zulam kiya un ko Allah hargiz nahi bakhshega aur na hi un</w:t>
      </w:r>
    </w:p>
    <w:p>
      <w:pPr>
        <w:jc w:val="right"/>
      </w:pPr>
      <w:r>
        <w:t>وں نے انکار کیا اور ظلم کیا ان کو اللہ ہرگز نہیں بخشے گا اور نہ ہی ان</w:t>
      </w:r>
    </w:p>
    <w:p>
      <w:r>
        <w:rPr>
          <w:b/>
        </w:rPr>
        <w:t xml:space="preserve">[51:21] </w:t>
      </w:r>
      <w:r>
        <w:t>ko koi rasta dikhaye ga jahannam ke raste ke siwa jis mein wo hamesha rahen ge aur Allah</w:t>
      </w:r>
    </w:p>
    <w:p>
      <w:pPr>
        <w:jc w:val="right"/>
      </w:pPr>
      <w:r>
        <w:t>کو کوئی راستہ دکھائے گا جہنم کے راستے کے سوا جس میں وہ ہمیشہ رہیں گے اور اللہ</w:t>
      </w:r>
    </w:p>
    <w:p>
      <w:r>
        <w:rPr>
          <w:b/>
        </w:rPr>
        <w:t xml:space="preserve">[51:26] </w:t>
      </w:r>
      <w:r>
        <w:t>ke liye yeh asan hai. ae logon!</w:t>
      </w:r>
    </w:p>
    <w:p>
      <w:pPr>
        <w:jc w:val="right"/>
      </w:pPr>
      <w:r>
        <w:t>کے لیے یہ آسان ہے۔ اے لوگوں!</w:t>
      </w:r>
    </w:p>
    <w:p>
      <w:r>
        <w:rPr>
          <w:b/>
        </w:rPr>
        <w:t xml:space="preserve">[51:31] </w:t>
      </w:r>
      <w:r>
        <w:t>tumhare paas rasool aa chuka tumhare rab ki theek baat le kar.</w:t>
      </w:r>
    </w:p>
    <w:p>
      <w:pPr>
        <w:jc w:val="right"/>
      </w:pPr>
      <w:r>
        <w:t>تمہارے پاس رسول آ چکا تمہارے رب کی ٹھیک بات لے کر۔</w:t>
      </w:r>
    </w:p>
    <w:p>
      <w:r>
        <w:rPr>
          <w:b/>
        </w:rPr>
        <w:t xml:space="preserve">[51:36] </w:t>
      </w:r>
      <w:r>
        <w:t>pas man lo taake tumhara bhala ho aur agar na manoge to Allah ka hai jo kuch</w:t>
      </w:r>
    </w:p>
    <w:p>
      <w:pPr>
        <w:jc w:val="right"/>
      </w:pPr>
      <w:r>
        <w:t>پس مان لو تاکہ تمہارا بھلا ہو اور اگر نہ مانو گے تو اللہ کا ہے جو کچھ</w:t>
      </w:r>
    </w:p>
    <w:p>
      <w:r>
        <w:rPr>
          <w:b/>
        </w:rPr>
        <w:t xml:space="preserve">[51:41] </w:t>
      </w:r>
      <w:r>
        <w:t>aasmanon mein aur</w:t>
      </w:r>
    </w:p>
    <w:p>
      <w:pPr>
        <w:jc w:val="right"/>
      </w:pPr>
      <w:r>
        <w:t>آسمانوں میں اور</w:t>
      </w:r>
    </w:p>
    <w:p>
      <w:r>
        <w:rPr>
          <w:b/>
        </w:rPr>
        <w:t xml:space="preserve">[51:46] </w:t>
      </w:r>
      <w:r>
        <w:t>zameen mein hai aur Allah janne wala, hikmat wala hai. Ae Ahl-e-kitab! Apne deen mein ghulu na karo aur Allah ke bare mein koi baat haq ke siwa na kaho. Masih Isa Ibn Maryam to bas Allah ke ek rasool aur is ka ek kalma hai jis ko is ne Maryam ki taraf ilqa farmaya aur is ki janib se ek rooh hai. Pas Allah aur us ke rasoolon par imaan lao aur yeh na</w:t>
      </w:r>
    </w:p>
    <w:p>
      <w:pPr>
        <w:jc w:val="right"/>
      </w:pPr>
      <w:r>
        <w:t>زمین میں ہے اور اللہ جاننے والا، حکمت والا ہے۔ اے اہل کتاب! اپنے دین میں غلو نہ کرو اور اللہ کے بارے میں کوئی بات حق کے سوا نہ کہو۔ مسیح عیسیٰ ابن مریم تو بس اللہ کے ایک رسول اور اس کا ایک کلمہ ہے جس کو اس نے مریم کی طرف القا فرمایا اور اس کی جانب سے ایک روح ہے۔ پس اللہ اور اس کے رسولوں پر ایمان لاؤ اور یہ نہ</w:t>
      </w:r>
    </w:p>
    <w:p>
      <w:r>
        <w:rPr>
          <w:b/>
        </w:rPr>
        <w:t xml:space="preserve">[52:16] </w:t>
      </w:r>
      <w:r>
        <w:t>kaho ke Khuda teen hain. Baz aa jao. Yahi tumhare haq mein behtar hai. Mabood to bas ek Allah hi hai. Woh is se pak hai ke us ki aulad ho. Isi ka hai jo kuch aasmanon mein hai aur jo kuch zameen mein hai aur Allah hi ka karsaz hona kafi hai. Masih ko hargiz Allah ka banda banne se aar na hoga aur na muqarrab farishton ko aar hoga aur jo Allah ki bandagi se aar kare ga</w:t>
      </w:r>
    </w:p>
    <w:p>
      <w:pPr>
        <w:jc w:val="right"/>
      </w:pPr>
      <w:r>
        <w:t>کہو کہ خدا تین ہیں۔ باز آ جاؤ۔ یہی تمہارے حق میں بہتر ہے۔ معبود تو بس ایک اللہ ہی ہے۔ وہ اس سے پاک ہے کہ اس کی اولاد ہو۔ اسی کا ہے جو کچھ آسمانوں میں ہے اور جو کچھ زمین میں ہے اور اللہ ہی کا کارساز ہونا کافی ہے۔ مسیح کو ہرگز اللہ کا بندہ بننے سے آر نہ ہوگا اور نہ مقرب فرشتوں کو آر ہوگا اور جو اللہ کی بندگی سے آر کرے گا</w:t>
      </w:r>
    </w:p>
    <w:p>
      <w:r>
        <w:rPr>
          <w:b/>
        </w:rPr>
        <w:t xml:space="preserve">[52:46] </w:t>
      </w:r>
      <w:r>
        <w:t>aur takabbur karega to Allah zaroor sab ko apne paas jama karega.</w:t>
      </w:r>
    </w:p>
    <w:p>
      <w:pPr>
        <w:jc w:val="right"/>
      </w:pPr>
      <w:r>
        <w:t>اور تکبر کرے گا تو اللہ ضرور سب کو اپنے پاس جمع کرے گا۔</w:t>
      </w:r>
    </w:p>
    <w:p>
      <w:r>
        <w:rPr>
          <w:b/>
        </w:rPr>
        <w:t xml:space="preserve">[52:52] </w:t>
      </w:r>
      <w:r>
        <w:t>phir jo log iman laye aur jinhon ne naik kam kiye to un ko wo pura pura ajr</w:t>
      </w:r>
    </w:p>
    <w:p>
      <w:pPr>
        <w:jc w:val="right"/>
      </w:pPr>
      <w:r>
        <w:t>پھر جو لوگ ایمان لائے اور جنہوں نے نیک کام کیے تو ان کو وہ پورا پورا اجر</w:t>
      </w:r>
    </w:p>
    <w:p>
      <w:r>
        <w:rPr>
          <w:b/>
        </w:rPr>
        <w:t xml:space="preserve">[52:58] </w:t>
      </w:r>
      <w:r>
        <w:t>dega aur apne fazal se un ko mazeed bhi dega aur jin logon ne aar aur</w:t>
      </w:r>
    </w:p>
    <w:p>
      <w:pPr>
        <w:jc w:val="right"/>
      </w:pPr>
      <w:r>
        <w:t>دے گا اور اپنے فضل سے ان کو مزید بھی دے گا اور جن لوگوں نے آر اور</w:t>
      </w:r>
    </w:p>
    <w:p>
      <w:r>
        <w:rPr>
          <w:b/>
        </w:rPr>
        <w:t xml:space="preserve">[53:04] </w:t>
      </w:r>
      <w:r>
        <w:t>takabbur kiya hoga un ko dardnak azab dega aur wo Allah ke muqable mein na kisi ko</w:t>
      </w:r>
    </w:p>
    <w:p>
      <w:pPr>
        <w:jc w:val="right"/>
      </w:pPr>
      <w:r>
        <w:t>تکبر کیا ہوگا ان کو دردناک عذاب دے گا اور وہ اللہ کے مقابلے میں نہ کسی کو</w:t>
      </w:r>
    </w:p>
    <w:p>
      <w:r>
        <w:rPr>
          <w:b/>
        </w:rPr>
        <w:t xml:space="preserve">[53:10] </w:t>
      </w:r>
      <w:r>
        <w:t>apna dost payenge aur na madadgar. ae logon! tumhare paas</w:t>
      </w:r>
    </w:p>
    <w:p>
      <w:pPr>
        <w:jc w:val="right"/>
      </w:pPr>
      <w:r>
        <w:t>اپنا دوست پائیں گے اور نہ مددگار۔ اے لوگوں! تمہارے پاس</w:t>
      </w:r>
    </w:p>
    <w:p>
      <w:r>
        <w:rPr>
          <w:b/>
        </w:rPr>
        <w:t xml:space="preserve">[53:16] </w:t>
      </w:r>
      <w:r>
        <w:t>tumhare Rab ki taraf se ek dalil aa chuki hai aur hum ne tumhare upar ek wazeh roshni utari. Pas jo log Allah par imaan laye aur is ko unhon ne mazboot pakad liya un ko zaroor Allah apni rehmat aur fazal mein dakhil kare ga aur un ko apni taraf seedha rasta dikhaye ga. Log tum se hukum puchte hain keh do. Allah tum ko kalalah woh waris jis ke bhai behan ke</w:t>
      </w:r>
    </w:p>
    <w:p>
      <w:pPr>
        <w:jc w:val="right"/>
      </w:pPr>
      <w:r>
        <w:t>تمہارے رب کی طرف سے ایک دلیل آ چکی ہے اور ہم نے تمہارے اوپر ایک واضح روشنی اتار دی۔ پس جو لوگ اللہ پر ایمان لائے اور اس کو انہوں نے مضبوط پکڑ لیا ان کو ضرور اللہ اپنی رحمت اور فضل میں داخل کرے گا اور ان کو اپنی طرف سیدھا راستہ دکھائے گا۔ لوگ تم سے حکم پوچھتے ہیں کہہ دو۔ اللہ تم کو کلالہ وہ مورث جس کے بھائی بہن کے</w:t>
      </w:r>
    </w:p>
    <w:p>
      <w:r>
        <w:rPr>
          <w:b/>
        </w:rPr>
        <w:t xml:space="preserve">[53:46] </w:t>
      </w:r>
      <w:r>
        <w:t>alahdah koi aur waris maujood na ho ke bare mein hukum batata hai.</w:t>
      </w:r>
    </w:p>
    <w:p>
      <w:pPr>
        <w:jc w:val="right"/>
      </w:pPr>
      <w:r>
        <w:t>علاوہ کوئی اور وارث موجود نہ ہو کے بارے میں حکم بتاتا ہے۔</w:t>
      </w:r>
    </w:p>
    <w:p>
      <w:r>
        <w:rPr>
          <w:b/>
        </w:rPr>
        <w:t xml:space="preserve">[53:52] </w:t>
      </w:r>
      <w:r>
        <w:t>agar koi shakhs mar jaye aur us ke koi aulad na ho aur us ke ek behan ho</w:t>
      </w:r>
    </w:p>
    <w:p>
      <w:pPr>
        <w:jc w:val="right"/>
      </w:pPr>
      <w:r>
        <w:t>اگر کوئی شخص مر جائے اور اس کے کوئی اولاد نہ ہو اور اس کے ایک بہن ہو</w:t>
      </w:r>
    </w:p>
    <w:p>
      <w:r>
        <w:rPr>
          <w:b/>
        </w:rPr>
        <w:t xml:space="preserve">[53:58] </w:t>
      </w:r>
      <w:r>
        <w:t>to us ke liye us ke tarke ka nisf hai aur wo mard us behan ka waris hoga</w:t>
      </w:r>
    </w:p>
    <w:p>
      <w:pPr>
        <w:jc w:val="right"/>
      </w:pPr>
      <w:r>
        <w:t>تو اس کے لیے اس کے ترکے کا نصف ہے اور وہ مرد اس بہن کا وارث ہوگا</w:t>
      </w:r>
    </w:p>
    <w:p>
      <w:r>
        <w:rPr>
          <w:b/>
        </w:rPr>
        <w:t xml:space="preserve">[54:04] </w:t>
      </w:r>
      <w:r>
        <w:t>agar us behan ke koi aulad na ho aur agar do behnein hon to un ke liye us</w:t>
      </w:r>
    </w:p>
    <w:p>
      <w:pPr>
        <w:jc w:val="right"/>
      </w:pPr>
      <w:r>
        <w:t>اگر اس بہن کے کوئی اولاد نہ ہو اور اگر دو بہنیں ہوں تو ان کے لیے اس</w:t>
      </w:r>
    </w:p>
    <w:p>
      <w:r>
        <w:rPr>
          <w:b/>
        </w:rPr>
        <w:t xml:space="preserve">[54:10] </w:t>
      </w:r>
      <w:r>
        <w:t>ke tarke ka do tahai hoga aur agar kai bhai behan mard auratein hon to ek mard</w:t>
      </w:r>
    </w:p>
    <w:p>
      <w:pPr>
        <w:jc w:val="right"/>
      </w:pPr>
      <w:r>
        <w:t>کے ترکے کا دو تہائی ہوگا اور اگر کئی بھائی بہن مرد عورتیں ہوں تو ایک مرد</w:t>
      </w:r>
    </w:p>
    <w:p>
      <w:r>
        <w:rPr>
          <w:b/>
        </w:rPr>
        <w:t xml:space="preserve">[54:16] </w:t>
      </w:r>
      <w:r>
        <w:t>ke liye do aurton ke barabar hissa hai. Allah tumhare liye bayan karta hai taake tum gumrah na ho aur Allah har cheez ka janne wala hai.</w:t>
      </w:r>
    </w:p>
    <w:p>
      <w:pPr>
        <w:jc w:val="right"/>
      </w:pPr>
      <w:r>
        <w:t>کے لیے دو عورتوں کے برابر حصہ ہے۔ اللہ تمہارے لیے بیان کرتا ہے تاکہ تم گمراہ نہ ہو اور اللہ ہر چیز کا جاننے والا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