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2 - Al-Baqarah</w:t>
      </w:r>
    </w:p>
    <w:p>
      <w:r>
        <w:t>https://www.youtube.com/watch?v=jDaVnBKZzik</w:t>
      </w:r>
    </w:p>
    <w:p>
      <w:r>
        <w:rPr>
          <w:b/>
        </w:rPr>
        <w:t xml:space="preserve">[00:01] </w:t>
      </w:r>
      <w:r>
        <w:t>Al-Baqarah. Shuru Allah ke naam se jo bara meherban, nihayat reham wala hai. Alif Lam Meem. Yeh Allah ki kitab hai, is mein koi shakk nahi.</w:t>
      </w:r>
    </w:p>
    <w:p>
      <w:pPr>
        <w:jc w:val="right"/>
      </w:pPr>
      <w:r>
        <w:t>البقرہ۔ شروع اللہ کے نام سے جو بڑا مہربان، نہایت رحم والا ہے۔ الف لام میم، یہ اللہ کی کتاب ہے، اس میں کوئی شک نہیں۔</w:t>
      </w:r>
    </w:p>
    <w:p>
      <w:r>
        <w:rPr>
          <w:b/>
        </w:rPr>
        <w:t xml:space="preserve">[00:14] </w:t>
      </w:r>
      <w:r>
        <w:t>rah dikhati hai, dar rakhne walon ko. Jo yaqeen karte hain bin dekhe, aur namaz qaim karte hain, aur jo kuch hum ne un ko diya hai woh is mein se kharch karte hain, aur jo imaan late hain is par jo tumhare upar utra, aur jo tum se pehle utara gaya, aur woh akhirat par yaqeen rakhte hain.</w:t>
      </w:r>
    </w:p>
    <w:p>
      <w:pPr>
        <w:jc w:val="right"/>
      </w:pPr>
      <w:r>
        <w:t>راہ دکھاتی ہے، ڈر رکھنے والوں کو۔ جو یقین کرتے ہیں بن دیکھے، اور نماز قائم کرتے ہیں، اور جو کچھ ہم نے ان کو دیا ہے وہ اس میں سے خرچ کرتے ہیں، اور جو ایمان لاتے ہیں اس پر جو تمہارے اوپر اترا، اور جو تم سے پہلے اتارا گیا، اور وہ آخرت پر یقین رکھتے ہیں۔</w:t>
      </w:r>
    </w:p>
    <w:p>
      <w:r>
        <w:rPr>
          <w:b/>
        </w:rPr>
        <w:t xml:space="preserve">[00:36] </w:t>
      </w:r>
      <w:r>
        <w:t>Unhi logon ne apne Rab ki rah pai hai, aur wohi kamiyabi ko pohnchne wale hain. Jin logon ne inkar kiya un ke liye yeksan hai: drao ya na drao.</w:t>
      </w:r>
    </w:p>
    <w:p>
      <w:pPr>
        <w:jc w:val="right"/>
      </w:pPr>
      <w:r>
        <w:t>انہی لوگوں نے اپنے رب کی راہ پائی ہے، اور وہی کامیابی کو پہنچنے والے ہیں۔ جن لوگوں نے انکار کیا ان کے لیے یکساں ہے: ڈراؤ یا نہ ڈراؤ۔</w:t>
      </w:r>
    </w:p>
    <w:p>
      <w:r>
        <w:rPr>
          <w:b/>
        </w:rPr>
        <w:t xml:space="preserve">[00:48] </w:t>
      </w:r>
      <w:r>
        <w:t>woh manne wale nahi hain. Allah ne un ke dilon par aur un ke kano par mohar laga di hai, aur un ki aankhon par parda hai, aur un ke liye bara azab hai.</w:t>
      </w:r>
    </w:p>
    <w:p>
      <w:pPr>
        <w:jc w:val="right"/>
      </w:pPr>
      <w:r>
        <w:t>وہ ماننے والے نہیں ہیں۔ اللہ نے ان کے دلوں پر اور ان کے کانوں پر مہر لگا دی ہے، اور ان کی آنکھوں پر پردہ ہے، اور ان کے لیے بڑا عذاب ہے۔</w:t>
      </w:r>
    </w:p>
    <w:p>
      <w:r>
        <w:rPr>
          <w:b/>
        </w:rPr>
        <w:t xml:space="preserve">[00:59] </w:t>
      </w:r>
      <w:r>
        <w:t>Aur logon mein kuch aise bhi hain jo kehte hain ke hum imaan laye Allah par aur akhirat ke din par, halanke woh imaan wale nahi hain.</w:t>
      </w:r>
    </w:p>
    <w:p>
      <w:pPr>
        <w:jc w:val="right"/>
      </w:pPr>
      <w:r>
        <w:t>اور لوگوں میں کچھ ایسے بھی ہیں جو کہتے ہیں کہ ہم ایمان لائے اللہ پر اور آخرت کے دن پر، حالانکہ وہ ایمان والے نہیں ہیں۔</w:t>
      </w:r>
    </w:p>
    <w:p>
      <w:r>
        <w:rPr>
          <w:b/>
        </w:rPr>
        <w:t xml:space="preserve">[01:10] </w:t>
      </w:r>
      <w:r>
        <w:t>Woh Allah ko aur momineen ko dhoka dena chahte hain, magar woh sirf apne aap ko dhoka de rahe hain, aur woh is ka shaoor nahi rakhte.</w:t>
      </w:r>
    </w:p>
    <w:p>
      <w:pPr>
        <w:jc w:val="right"/>
      </w:pPr>
      <w:r>
        <w:t>وہ اللہ کو اور مومنین کو دھوکہ دینا چاہتے ہیں، مگر وہ صرف اپنے آپ کو دھوکہ دے رہے ہیں، اور وہ اس کا شعور نہیں رکھتے۔</w:t>
      </w:r>
    </w:p>
    <w:p>
      <w:r>
        <w:rPr>
          <w:b/>
        </w:rPr>
        <w:t xml:space="preserve">[01:19] </w:t>
      </w:r>
      <w:r>
        <w:t>Un ke dilon mein rog hai, to Allah ne un ke rog ko barha diya, aur un ke liye dardnak azab hai. Is wajah se ke woh jhoot kehte the.</w:t>
      </w:r>
    </w:p>
    <w:p>
      <w:pPr>
        <w:jc w:val="right"/>
      </w:pPr>
      <w:r>
        <w:t>ان کے دلوں میں روگ ہے، تو اللہ نے ان کے روگ کو بڑھا دیا، اور ان کے لیے دردناک عذاب ہے۔ اس وجہ سے کہ وہ جھوٹ کہتے تھے۔</w:t>
      </w:r>
    </w:p>
    <w:p>
      <w:r>
        <w:rPr>
          <w:b/>
        </w:rPr>
        <w:t xml:space="preserve">[01:30] </w:t>
      </w:r>
      <w:r>
        <w:t>aur jab un se kaha jata hai ke zameen mein fasad na karo, to woh jawab dete hain ke hum to islaah karne wale hain. aaqa, yahi log fasad karne wale hain, magar woh nahi samajhte.</w:t>
      </w:r>
    </w:p>
    <w:p>
      <w:pPr>
        <w:jc w:val="right"/>
      </w:pPr>
      <w:r>
        <w:t>اور جب ان سے کہا جاتا ہے کہ زمین میں فساد نہ کرو، تو وہ جواب دیتے ہیں کہ ہم تو اصلاح کرنے والے ہیں۔ آقا، یہی لوگ فساد کرنے والے ہیں، مگر وہ نہیں سمجھتے۔</w:t>
      </w:r>
    </w:p>
    <w:p>
      <w:r>
        <w:rPr>
          <w:b/>
        </w:rPr>
        <w:t xml:space="preserve">[01:43] </w:t>
      </w:r>
      <w:r>
        <w:t>aur jab un se kaha jata hai ke tum bhi isi tarah imaan le aao jis tarah aur log imaan laye hain, to kehte hain ke kya hum is tarah imaan layein jis tarah bewaqoof log imaan laye hain?</w:t>
      </w:r>
    </w:p>
    <w:p>
      <w:pPr>
        <w:jc w:val="right"/>
      </w:pPr>
      <w:r>
        <w:t>اور جب ان سے کہا جاتا ہے کہ تم بھی اسی طرح ایمان لے آؤ جس طرح اور لوگ ایمان لائے ہیں، تو کہتے ہیں کہ کیا ہم اس طرح ایمان لائیں جس طرح بے وقوف لوگ ایمان لائے ہیں؟</w:t>
      </w:r>
    </w:p>
    <w:p>
      <w:r>
        <w:rPr>
          <w:b/>
        </w:rPr>
        <w:t xml:space="preserve">[01:57] </w:t>
      </w:r>
      <w:r>
        <w:t>aaqa, ke bewaqoof yahi log hain, magar woh nahi jante. aur jab woh imaan walon se milte hain to kehte hain ke hum imaan laye hain, aur jab apne shaitanon ki majlis mein pahunchte hain to kehte hain ke hum tumhare sath hain.</w:t>
      </w:r>
    </w:p>
    <w:p>
      <w:pPr>
        <w:jc w:val="right"/>
      </w:pPr>
      <w:r>
        <w:t>آقا، کہ بے وقوف یہی لوگ ہیں، مگر وہ نہیں جانتے۔ اور جب وہ ایمان والوں سے ملتے ہیں تو کہتے ہیں کہ ہم ایمان لائے ہیں، اور جب اپنے شیطانوں کی مجلس میں پہنچتے ہیں تو کہتے ہیں کہ ہم تمہارے ساتھ ہیں۔</w:t>
      </w:r>
    </w:p>
    <w:p>
      <w:r>
        <w:rPr>
          <w:b/>
        </w:rPr>
        <w:t xml:space="preserve">[02:14] </w:t>
      </w:r>
      <w:r>
        <w:t>hum to un se sirf hansi karte hain. Allah un se istehza kar raha hai, aur woh un ko un ki sarkashi mein dheel de raha hai.</w:t>
      </w:r>
    </w:p>
    <w:p>
      <w:pPr>
        <w:jc w:val="right"/>
      </w:pPr>
      <w:r>
        <w:t>ہم تو ان سے صرف ہنسی کرتے ہیں۔ اللہ ان سے استہزاء کر رہا ہے، اور وہ ان کو ان کی سرکشی میں ڈھیل دے رہا ہے۔</w:t>
      </w:r>
    </w:p>
    <w:p>
      <w:r>
        <w:rPr>
          <w:b/>
        </w:rPr>
        <w:t xml:space="preserve">[02:25] </w:t>
      </w:r>
      <w:r>
        <w:t>woh bhatakte phir rahe hain. yeh woh log hain jinhone rah ke badle gumrahi khareedi, to un ki tijarat mufeed sabit na hui, aur woh na hue rah pane wale.</w:t>
      </w:r>
    </w:p>
    <w:p>
      <w:pPr>
        <w:jc w:val="right"/>
      </w:pPr>
      <w:r>
        <w:t>وہ بھٹکتے پھر رہے ہیں۔ یہ وہ لوگ ہیں جنہوں نے راہ کے بدلے گمراہی خریدی، تو ان کی تجارت مفید ثابت نہ ہوئی، اور وہ نہ ہوئے راہ پانے والے۔</w:t>
      </w:r>
    </w:p>
    <w:p>
      <w:r>
        <w:rPr>
          <w:b/>
        </w:rPr>
        <w:t xml:space="preserve">[02:38] </w:t>
      </w:r>
      <w:r>
        <w:t>un ki misaal aisi hai jaise ek shakhs ne aag jalai. jab aag ne us ke ird gird ko roshan kar diya to Allah ne un ki aankh ki roshni chheen li, aur un ko andhere mein chhod diya ke un ko kuch nazar nahi aata.</w:t>
      </w:r>
    </w:p>
    <w:p>
      <w:pPr>
        <w:jc w:val="right"/>
      </w:pPr>
      <w:r>
        <w:t>ان کی مثال ایسی ہے جیسے ایک شخص نے آگ جلائی۔ جب آگ نے اس کے اردگرد کو روشن کر دیا تو اللہ نے ان کی آنکھ کی روشنی چھین لی، اور ان کو اندھیرے میں چھوڑ دیا کہ ان کو کچھ نظر نہیں آتا۔</w:t>
      </w:r>
    </w:p>
    <w:p>
      <w:r>
        <w:rPr>
          <w:b/>
        </w:rPr>
        <w:t xml:space="preserve">[02:53] </w:t>
      </w:r>
      <w:r>
        <w:t>woh behre hain, goonge hain, andhe hain. ab yeh lautne wale nahi hain. ya un ki misaal aisi hai jaise aasman se barish ho rahi ho, us mein tareeki bhi ho, aur garaj chamak bhi.</w:t>
      </w:r>
    </w:p>
    <w:p>
      <w:pPr>
        <w:jc w:val="right"/>
      </w:pPr>
      <w:r>
        <w:t>وہ بہرے ہیں، گونگے ہیں، اندھے ہیں۔ اب یہ لوٹنے والے نہیں ہیں۔ یا ان کی مثال ایسی ہے جیسے آسمان سے بارش ہو رہی ہو، اس میں تاریکی بھی ہو، اور گرج چمک بھی۔</w:t>
      </w:r>
    </w:p>
    <w:p>
      <w:r>
        <w:rPr>
          <w:b/>
        </w:rPr>
        <w:t xml:space="preserve">[03:07] </w:t>
      </w:r>
      <w:r>
        <w:t>woh kark se dar kar maut se bachne ke liye apni ungliyan apne kaanon mein thons rahe hon, halankeh Allah munkiron ko apne ghere mein liye hue hai.</w:t>
      </w:r>
    </w:p>
    <w:p>
      <w:pPr>
        <w:jc w:val="right"/>
      </w:pPr>
      <w:r>
        <w:t>وہ کڑک سے ڈر کر موت سے بچنے کے لیے اپنی انگلیاں اپنے کانوں میں ٹھونس رہے ہوں، حالانکہ اللہ منکروں کو اپنے گھیرے میں لیے ہوئے ہیں۔</w:t>
      </w:r>
    </w:p>
    <w:p>
      <w:r>
        <w:rPr>
          <w:b/>
        </w:rPr>
        <w:t xml:space="preserve">[03:18] </w:t>
      </w:r>
      <w:r>
        <w:t>qareeb hai ke bijli un ki nigaahon ko achak le. jab bhi un par bijli chamakti hai us mein woh chal padte hain, aur jab un par andhera chha jata hai to woh ruk jate hain.</w:t>
      </w:r>
    </w:p>
    <w:p>
      <w:pPr>
        <w:jc w:val="right"/>
      </w:pPr>
      <w:r>
        <w:t>قریب ہے کہ بجلی ان کی نگاہوں کو اچک لے۔ جب بھی ان پر بجلی چمکتی ہے اس میں وہ چل پڑتے ہیں، اور جب ان پر اندھیرا چھا جاتا ہے تو وہ رک جاتے ہیں۔</w:t>
      </w:r>
    </w:p>
    <w:p>
      <w:r>
        <w:rPr>
          <w:b/>
        </w:rPr>
        <w:t xml:space="preserve">[03:30] </w:t>
      </w:r>
      <w:r>
        <w:t>aur agar Allah chahe to un ke kaan aur un ki aankhon ko chheen le. Allah yaqeenan har cheez par qadir hai.</w:t>
      </w:r>
    </w:p>
    <w:p>
      <w:pPr>
        <w:jc w:val="right"/>
      </w:pPr>
      <w:r>
        <w:t>اور اگر اللہ چاہے تو ان کے کان اور ان کی آنکھوں کو چھین لے۔ اللہ یقینا ہر چیز پر قادر ہے۔</w:t>
      </w:r>
    </w:p>
    <w:p>
      <w:r>
        <w:rPr>
          <w:b/>
        </w:rPr>
        <w:t xml:space="preserve">[03:40] </w:t>
      </w:r>
      <w:r>
        <w:t>ae logon</w:t>
      </w:r>
    </w:p>
    <w:p>
      <w:pPr>
        <w:jc w:val="right"/>
      </w:pPr>
      <w:r>
        <w:t>اے لوگوں</w:t>
      </w:r>
    </w:p>
    <w:p>
      <w:r>
        <w:rPr>
          <w:b/>
        </w:rPr>
        <w:t xml:space="preserve">[03:41] </w:t>
      </w:r>
      <w:r>
        <w:t>! apne Rab ki ibadat karo jis ne tum ko paida kiya, aur un logon ko bhi jo tum se pehle guzar chuke hain, taa ke tum dozakh se bach jao.</w:t>
      </w:r>
    </w:p>
    <w:p>
      <w:pPr>
        <w:jc w:val="right"/>
      </w:pPr>
      <w:r>
        <w:t>! اپنے رب کی عبادت کرو جس نے تم کو پیدا کیا، اور ان لوگوں کو بھی جو تم سے پہلے گزر چکے ہیں، تاکہ تم دوزخ سے بچ جاؤ۔</w:t>
      </w:r>
    </w:p>
    <w:p>
      <w:r>
        <w:rPr>
          <w:b/>
        </w:rPr>
        <w:t xml:space="preserve">[03:51] </w:t>
      </w:r>
      <w:r>
        <w:t>woh zaat jis ne zameen ko tumhare liye bichona banaya, aur aasman ko chhat banaya, aur utara aasman se pani, aur us se paida kiye phal tumhari ghiza ke liye.</w:t>
      </w:r>
    </w:p>
    <w:p>
      <w:pPr>
        <w:jc w:val="right"/>
      </w:pPr>
      <w:r>
        <w:t>وہ ذات جس نے زمین کو تمہارے لیے بچھونا بنایا، اور آسمان کو چھت بنایا، اور اتارا آسمان سے پانی، اور اس سے پیدا کیے پھل تمہاری غذا کے لیے۔</w:t>
      </w:r>
    </w:p>
    <w:p>
      <w:r>
        <w:rPr>
          <w:b/>
        </w:rPr>
        <w:t xml:space="preserve">[04:03] </w:t>
      </w:r>
      <w:r>
        <w:t>pas tum kisi ko Allah ke barabar na thahrao, halankeh tum jante ho. agar tum is kalam ke bare mein shakk mein ho jo hum ne apne bande ke upar utara hai to lao us ke jaisi ek surah, aur bula lo apne madadgaron ko bhi Allah ke siwa.</w:t>
      </w:r>
    </w:p>
    <w:p>
      <w:pPr>
        <w:jc w:val="right"/>
      </w:pPr>
      <w:r>
        <w:t>پس تم کسی کو اللہ کے برابر نہ ٹھہراؤ، حالانکہ تم جانتے ہو۔ اگر تم اس کلام کے بارے میں شک میں ہو جو ہم نے اپنے بندے کے اوپر اتارا ہے تو لاؤ اس کے جیسی ایک سورہ، اور بلا لو اپنے مددگاروں کو بھی اللہ کے سوا۔</w:t>
      </w:r>
    </w:p>
    <w:p>
      <w:r>
        <w:rPr>
          <w:b/>
        </w:rPr>
        <w:t xml:space="preserve">[04:22] </w:t>
      </w:r>
      <w:r>
        <w:t>agar tum sachche ho. pas agar yeh tum na kar sako aur har giz na kar sako ge to daro us aag se jis ka endhan banen ge aadmi aur patthar.</w:t>
      </w:r>
    </w:p>
    <w:p>
      <w:pPr>
        <w:jc w:val="right"/>
      </w:pPr>
      <w:r>
        <w:t>اگر تم سچے ہو۔ پس اگر یہ تم نہ کر سکو اور ہرگز نہ کر سکو گے تو ڈرو اس آگ سے جس کا ایندھن بنیں گے آدمی اور پتھر۔</w:t>
      </w:r>
    </w:p>
    <w:p>
      <w:r>
        <w:rPr>
          <w:b/>
        </w:rPr>
        <w:t xml:space="preserve">[04:35] </w:t>
      </w:r>
      <w:r>
        <w:t>woh tayyar ki gayi hai munkiron ke liye. aur khushkhabri de do un logon ko jo imaan laye, aur jinhone nek kaam kiye is baat ki ke un ke liye aise bagh honge jin ke neeche nahrein jari hongi.</w:t>
      </w:r>
    </w:p>
    <w:p>
      <w:pPr>
        <w:jc w:val="right"/>
      </w:pPr>
      <w:r>
        <w:t>وہ تیار کی گئی ہے منکروں کے لیے۔ اور خوشخبری دے دو ان لوگوں کو جو ایمان لائے، اور جنہوں نے نیک کام کیے اس بات کی کہ ان کے لیے ایسے باغ ہوں گے جن کے نیچے نہریں جاری ہوں گی۔</w:t>
      </w:r>
    </w:p>
    <w:p>
      <w:r>
        <w:rPr>
          <w:b/>
        </w:rPr>
        <w:t xml:space="preserve">[04:50] </w:t>
      </w:r>
      <w:r>
        <w:t>jab bhi un ko in baghon mein se koi phal khane ko milega to woh kahenge yeh wohi hai jo is se pehle hum ko diya gaya tha.</w:t>
      </w:r>
    </w:p>
    <w:p>
      <w:pPr>
        <w:jc w:val="right"/>
      </w:pPr>
      <w:r>
        <w:t>جب بھی ان کو ان باغوں میں سے کوئی پھل کھانے کو ملے گا تو وہ کہیں گے یہ وہی ہے جو اس سے پہلے ہم کو دیا گیا تھا۔</w:t>
      </w:r>
    </w:p>
    <w:p>
      <w:r>
        <w:rPr>
          <w:b/>
        </w:rPr>
        <w:t xml:space="preserve">[04:59] </w:t>
      </w:r>
      <w:r>
        <w:t>aur milega un ko ek doosre se milta julta. aur un ke liye wahan pakizah jode honge, aur woh us mein hamesha rahenge.</w:t>
      </w:r>
    </w:p>
    <w:p>
      <w:pPr>
        <w:jc w:val="right"/>
      </w:pPr>
      <w:r>
        <w:t>اور ملے گا ان کو ایک دوسرے سے ملتا جلتا۔ اور ان کے لیے وہاں پاکیزہ جوڑے ہوں گے، اور وہ اس میں ہمیشہ رہیں گے۔</w:t>
      </w:r>
    </w:p>
    <w:p>
      <w:r>
        <w:rPr>
          <w:b/>
        </w:rPr>
        <w:t xml:space="preserve">[05:10] </w:t>
      </w:r>
      <w:r>
        <w:t>Allah is se nahi sharmata ke bayan kare misaal machhar ki ya us se bhi kisi chhoti cheez ki. phir jo imaan wale hain woh jante hain ke woh haq hai un ke Rab ki janib se, aur jo munkir hain woh kehte hain ke is misaal ko bayan kar ke Allah ne kya chaha hai?</w:t>
      </w:r>
    </w:p>
    <w:p>
      <w:pPr>
        <w:jc w:val="right"/>
      </w:pPr>
      <w:r>
        <w:t>اللہ اس سے نہیں شرماتا کہ بیان کرے مثال مچھر کی یا اس سے بھی کسی چھوٹی چیز کی۔ پھر جو ایمان والے ہیں وہ جانتے ہیں کہ وہ حق ہے ان کے رب کی جانب سے، اور جو منکر ہیں وہ کہتے ہیں کہ اس مثال کو بیان کر کے اللہ نے کیا چاہا ہے؟</w:t>
      </w:r>
    </w:p>
    <w:p>
      <w:r>
        <w:rPr>
          <w:b/>
        </w:rPr>
        <w:t xml:space="preserve">[05:29] </w:t>
      </w:r>
      <w:r>
        <w:t>Allah is ke zariye bohat se logon ko gumrah karta hai, aur bohat se logon ko is se rah dikhata hai, aur woh gumrah karta hai un logon ko jo nafarmani karne wale hain.</w:t>
      </w:r>
    </w:p>
    <w:p>
      <w:pPr>
        <w:jc w:val="right"/>
      </w:pPr>
      <w:r>
        <w:t>اللہ اس کے ذریعے بہت سے لوگوں کو گمراہ کرتا ہے، اور بہت سے لوگوں کو اس سے راہ دکھاتا ہے، اور وہ گمراہ کرتا ہے ان لوگوں کو جو نافرمانی کرنے والے ہیں۔</w:t>
      </w:r>
    </w:p>
    <w:p>
      <w:r>
        <w:rPr>
          <w:b/>
        </w:rPr>
        <w:t xml:space="preserve">[05:43] </w:t>
      </w:r>
      <w:r>
        <w:t>jo Allah ke ahad ko us ke bandhne ke baad todte hain, aur us cheez ko todte hain jis ko Allah ne jodne ka hukum diya hai, aur zameen mein bigad paida karte hain.</w:t>
      </w:r>
    </w:p>
    <w:p>
      <w:pPr>
        <w:jc w:val="right"/>
      </w:pPr>
      <w:r>
        <w:t>جو اللہ کے عہد کو اس کے باندھنے کے بعد توڑتے ہیں، اور اس چیز کو توڑتے ہیں جس کو اللہ نے جوڑنے کا حکم دیا ہے، اور زمین میں بگاڑ پیدا کرتے ہیں۔</w:t>
      </w:r>
    </w:p>
    <w:p>
      <w:r>
        <w:rPr>
          <w:b/>
        </w:rPr>
        <w:t xml:space="preserve">[05:54] </w:t>
      </w:r>
      <w:r>
        <w:t>yahi log hain nuksan uthane wale. tum kis tarah Allah ka inkar karte ho halankeh tum bejaan the to us ne tum ko zindagi ata ki?</w:t>
      </w:r>
    </w:p>
    <w:p>
      <w:pPr>
        <w:jc w:val="right"/>
      </w:pPr>
      <w:r>
        <w:t>یہی لوگ ہیں نقصان اٹھانے والے۔ تم کس طرح اللہ کا انکار کرتے ہو حالانکہ تم بے جان تھے تو اس نے تم کو زندگی عطا کی؟</w:t>
      </w:r>
    </w:p>
    <w:p>
      <w:r>
        <w:rPr>
          <w:b/>
        </w:rPr>
        <w:t xml:space="preserve">[06:05] </w:t>
      </w:r>
      <w:r>
        <w:t>phir woh tum ko maut de ga, phir zinda kare ga, phir tum usi ki taraf lotaye jaoge. wohi hai jis ne tumhare liye woh sab kuch paida kiya jo zameen mein hai, phir aasman ki taraf tawajjuh ki aur saat aasman durust kiye.</w:t>
      </w:r>
    </w:p>
    <w:p>
      <w:pPr>
        <w:jc w:val="right"/>
      </w:pPr>
      <w:r>
        <w:t>پھر وہ تم کو موت دے گا، پھر زندہ کرے گا، پھر تم اسی کی طرف لوٹائے جاؤ گے۔ وہی ہے جس نے تمہارے لیے وہ سب کچھ پیدا کیا جو زمین میں ہے، پھر آسمان کی طرف توجہ کی اور سات آسمان درست کیے۔</w:t>
      </w:r>
    </w:p>
    <w:p>
      <w:r>
        <w:rPr>
          <w:b/>
        </w:rPr>
        <w:t xml:space="preserve">[06:23] </w:t>
      </w:r>
      <w:r>
        <w:t>aur woh har cheez ko janne wala hai. aur jab tere Rab ne farishton se kaha ke main zameen mein ek jansheen banane wala hoon, farishton ne kaha kya tu zameen mein aise logon ko basane ga jo us mein fasad karen aur khoon bahayen?</w:t>
      </w:r>
    </w:p>
    <w:p>
      <w:pPr>
        <w:jc w:val="right"/>
      </w:pPr>
      <w:r>
        <w:t>اور وہ ہر چیز کو جاننے والا ہے۔ اور جب تیرے رب نے فرشتوں سے کہا کہ میں زمین میں ایک جانشین بنانے والا ہوں، فرشتوں نے کہا کیا تو زمین میں ایسے لوگوں کو بسائے گا جو اس میں فساد کریں اور خون بہائیں؟</w:t>
      </w:r>
    </w:p>
    <w:p>
      <w:r>
        <w:rPr>
          <w:b/>
        </w:rPr>
        <w:t xml:space="preserve">[06:41] </w:t>
      </w:r>
      <w:r>
        <w:t>aur hum teri hamd karte hain aur teri pakki bayan karte hain. Allah ne kaha main janta hoon jo tum nahi jante.</w:t>
      </w:r>
    </w:p>
    <w:p>
      <w:pPr>
        <w:jc w:val="right"/>
      </w:pPr>
      <w:r>
        <w:t>اور ہم تیری حمد کرتے ہیں اور تیری پاکی بیان کرتے ہیں۔ اللہ نے کہا میں جانتا ہوں جو تم نہیں جانتے۔</w:t>
      </w:r>
    </w:p>
    <w:p>
      <w:r>
        <w:rPr>
          <w:b/>
        </w:rPr>
        <w:t xml:space="preserve">[06:52] </w:t>
      </w:r>
      <w:r>
        <w:t>aur Allah ne sikhaye Adam ko sare naam. phir un ko farishton ke samne pesh kiya. aur kaha ke agar tum sachche ho to mujhe in logon ke naam batao.</w:t>
      </w:r>
    </w:p>
    <w:p>
      <w:pPr>
        <w:jc w:val="right"/>
      </w:pPr>
      <w:r>
        <w:t>اور اللہ نے سکھائے آدم کو سارے نام۔ پھر ان کو فرشتوں کے سامنے پیش کیا۔ اور کہا کہ اگر تم سچے ہو تو مجھے ان لوگوں کے نام بتاؤ۔</w:t>
      </w:r>
    </w:p>
    <w:p>
      <w:r>
        <w:rPr>
          <w:b/>
        </w:rPr>
        <w:t xml:space="preserve">[07:04] </w:t>
      </w:r>
      <w:r>
        <w:t>farishton ne kaha tu pak hai, hum to wohi jante hain jo tu ne hum ko bataya hai. beshak tu hi ilm wala aur hikmat wala hai.</w:t>
      </w:r>
    </w:p>
    <w:p>
      <w:pPr>
        <w:jc w:val="right"/>
      </w:pPr>
      <w:r>
        <w:t>فرشتوں نے کہا تو پاک ہے، ہم تو وہی جانتے ہیں جو تو نے ہم کو بتایا ہے۔ بے شک تو ہی علم والا اور حکمت والا ہے۔</w:t>
      </w:r>
    </w:p>
    <w:p>
      <w:r>
        <w:rPr>
          <w:b/>
        </w:rPr>
        <w:t xml:space="preserve">[07:15] </w:t>
      </w:r>
      <w:r>
        <w:t>Allah ne kaha ae Adam</w:t>
      </w:r>
    </w:p>
    <w:p>
      <w:pPr>
        <w:jc w:val="right"/>
      </w:pPr>
      <w:r>
        <w:t>اللہ نے کہا اے آدم</w:t>
      </w:r>
    </w:p>
    <w:p>
      <w:r>
        <w:rPr>
          <w:b/>
        </w:rPr>
        <w:t xml:space="preserve">[07:17] </w:t>
      </w:r>
      <w:r>
        <w:t>! un ko batao un logon ke naam. to jab Adam ne bataye un ko un logon ke naam to Allah ne kaha kya maine tum se nahi kaha tha ke aasmanon aur zamin ke bhed ko main hi janta hoon?</w:t>
      </w:r>
    </w:p>
    <w:p>
      <w:pPr>
        <w:jc w:val="right"/>
      </w:pPr>
      <w:r>
        <w:t>! ان کو بتاؤ ان لوگوں کے نام۔ تو جب آدم نے بتائے ان کو ان لوگوں کے نام تو اللہ نے کہا کیا میں نے تم سے نہیں کہا تھا کہ آسمانوں اور زمین کے بھید کو میں ہی جانتا ہوں؟</w:t>
      </w:r>
    </w:p>
    <w:p>
      <w:r>
        <w:rPr>
          <w:b/>
        </w:rPr>
        <w:t xml:space="preserve">[07:31] </w:t>
      </w:r>
      <w:r>
        <w:t>aur mujh ko maloom hai jo tum zahir karte ho aur jo tum chupate ho. aur jab hum ne farishton se kaha ke Adam ko sajda karo to unhon ne sajda kiya, magar Iblees ne na kiya.</w:t>
      </w:r>
    </w:p>
    <w:p>
      <w:pPr>
        <w:jc w:val="right"/>
      </w:pPr>
      <w:r>
        <w:t>اور مجھ کو معلوم ہے جو تم ظاہر کرتے ہو اور جو تم چھپاتے ہو۔ اور جب ہم نے فرشتوں سے کہا کہ آدم کو سجدہ کرو تو انہوں نے سجدہ کیا، مگر ابلیس نے نہ کیا۔</w:t>
      </w:r>
    </w:p>
    <w:p>
      <w:r>
        <w:rPr>
          <w:b/>
        </w:rPr>
        <w:t xml:space="preserve">[07:46] </w:t>
      </w:r>
      <w:r>
        <w:t>us ne inkar kiya aur ghamand kiya aur munkiron mein se ho gaya. aur hum ne kaha ae Adam</w:t>
      </w:r>
    </w:p>
    <w:p>
      <w:pPr>
        <w:jc w:val="right"/>
      </w:pPr>
      <w:r>
        <w:t>اس نے انکار کیا اور گھمنڈ کیا اور منکروں میں سے ہو گیا۔ اور ہم نے کہا اے آدم</w:t>
      </w:r>
    </w:p>
    <w:p>
      <w:r>
        <w:rPr>
          <w:b/>
        </w:rPr>
        <w:t xml:space="preserve">[07:53] </w:t>
      </w:r>
      <w:r>
        <w:t>! tum aur tumhari biwi dono jannat mein raho aur is mein se khao aasudgi ke sath jahan se chaho. aur us darakht ke qareeb mat jana.</w:t>
      </w:r>
    </w:p>
    <w:p>
      <w:pPr>
        <w:jc w:val="right"/>
      </w:pPr>
      <w:r>
        <w:t>! تم اور تمہاری بیوی دونوں جنت میں رہو اور اس میں سے کھاؤ آسودگی کے ساتھ جہاں سے چاہو۔ اور اس درخت کے قریب مت جانا۔</w:t>
      </w:r>
    </w:p>
    <w:p>
      <w:r>
        <w:rPr>
          <w:b/>
        </w:rPr>
        <w:t xml:space="preserve">[08:04] </w:t>
      </w:r>
      <w:r>
        <w:t>warna tum zalimon mein se ho jaoge. phir Shaitan ne is darakht ke zariye dono ko lagzish mein mubtala kar diya.</w:t>
      </w:r>
    </w:p>
    <w:p>
      <w:pPr>
        <w:jc w:val="right"/>
      </w:pPr>
      <w:r>
        <w:t>ورنہ تم ظالموں میں سے ہو جاؤ گے۔ پھر شیطان نے اس درخت کے ذریعے دونوں کو لغزش میں مبتلا کر دیا۔</w:t>
      </w:r>
    </w:p>
    <w:p>
      <w:r>
        <w:rPr>
          <w:b/>
        </w:rPr>
        <w:t xml:space="preserve">[08:13] </w:t>
      </w:r>
      <w:r>
        <w:t>aur un ko is aish se nikal diya jis mein woh the. aur hum ne kaha tum sab utro yahan se. tum ek dusre ke dushman hoge.</w:t>
      </w:r>
    </w:p>
    <w:p>
      <w:pPr>
        <w:jc w:val="right"/>
      </w:pPr>
      <w:r>
        <w:t>اور ان کو اس عیش سے نکال دیا جس میں وہ تھے۔ اور ہم نے کہا تم سب اترو یہاں سے۔ تم ایک دوسرے کے دشمن ہو گے۔</w:t>
      </w:r>
    </w:p>
    <w:p>
      <w:r>
        <w:rPr>
          <w:b/>
        </w:rPr>
        <w:t xml:space="preserve">[08:22] </w:t>
      </w:r>
      <w:r>
        <w:t>aur tumhare liye zamin mein thaharna aur kaam chalana hai ek muddat tak. phir Adam ne seekh liye apne Rab se chand bol.</w:t>
      </w:r>
    </w:p>
    <w:p>
      <w:pPr>
        <w:jc w:val="right"/>
      </w:pPr>
      <w:r>
        <w:t>اور تمہارے لیے زمین میں ٹھہرنا اور کام چلانا ہے ایک مدت تک۔ پھر آدم نے سیکھ لیے اپنے رب سے چند بول۔</w:t>
      </w:r>
    </w:p>
    <w:p>
      <w:r>
        <w:rPr>
          <w:b/>
        </w:rPr>
        <w:t xml:space="preserve">[08:32] </w:t>
      </w:r>
      <w:r>
        <w:t>to Allah is par mutawajjah hua. beshak woh tauba qabool karne wala, reham karne wala hai. hum ne kaha tum sab yahan se utro.</w:t>
      </w:r>
    </w:p>
    <w:p>
      <w:pPr>
        <w:jc w:val="right"/>
      </w:pPr>
      <w:r>
        <w:t>تو اللہ اس پر متوجہ ہوا۔ بے شک وہ توبہ قبول کرنے والا، رحم کرنے والا ہے۔ ہم نے کہا تم سب یہاں سے اترو۔</w:t>
      </w:r>
    </w:p>
    <w:p>
      <w:r>
        <w:rPr>
          <w:b/>
        </w:rPr>
        <w:t xml:space="preserve">[08:43] </w:t>
      </w:r>
      <w:r>
        <w:t>phir jab aaye tumhare paas meri taraf se koi hidayat to jo log meri hidayat ki pairwi karenge un ke liye na koi darr hoga aur na woh ghamgeen honge.</w:t>
      </w:r>
    </w:p>
    <w:p>
      <w:pPr>
        <w:jc w:val="right"/>
      </w:pPr>
      <w:r>
        <w:t>پھر جب آئے تمہارے پاس میری طرف سے کوئی ہدایت تو جو لوگ میری ہدایت کی پیروی کریں گے ان کے لیے نہ کوئی ڈر ہوگا اور نہ وہ غمگین ہوں گے۔</w:t>
      </w:r>
    </w:p>
    <w:p>
      <w:r>
        <w:rPr>
          <w:b/>
        </w:rPr>
        <w:t xml:space="preserve">[08:54] </w:t>
      </w:r>
      <w:r>
        <w:t>aur jo log inkar karenge aur hamari nishaniyon ko jhutlayenge to wohi log dozakh wale hain. woh is mein hamesha rahenge.</w:t>
      </w:r>
    </w:p>
    <w:p>
      <w:pPr>
        <w:jc w:val="right"/>
      </w:pPr>
      <w:r>
        <w:t>اور جو لوگ انکار کریں گے اور ہماری نشانیوں کو جھٹلائیں گے تو وہی لوگ دوزخ والے ہیں۔ وہ اس میں ہمیشہ رہیں گے۔</w:t>
      </w:r>
    </w:p>
    <w:p>
      <w:r>
        <w:rPr>
          <w:b/>
        </w:rPr>
        <w:t xml:space="preserve">[09:06] </w:t>
      </w:r>
      <w:r>
        <w:t>ae Bani Israel!</w:t>
      </w:r>
    </w:p>
    <w:p>
      <w:pPr>
        <w:jc w:val="right"/>
      </w:pPr>
      <w:r>
        <w:t>اے بنی اسرائیل!</w:t>
      </w:r>
    </w:p>
    <w:p>
      <w:r>
        <w:rPr>
          <w:b/>
        </w:rPr>
        <w:t xml:space="preserve">[09:08] </w:t>
      </w:r>
      <w:r>
        <w:t>yad karo mere is ehsan ko jo maine tumhare upar kiya. aur mere ahad ko pura karo. main tumhare ahad ko pura karunga.</w:t>
      </w:r>
    </w:p>
    <w:p>
      <w:pPr>
        <w:jc w:val="right"/>
      </w:pPr>
      <w:r>
        <w:t>یاد کرو میرے اس احسان کو جو میں نے تمہارے اوپر کیا۔ اور میرے عہد کو پورا کرو۔ میں تمہارے عہد کو پورا کروں گا۔</w:t>
      </w:r>
    </w:p>
    <w:p>
      <w:r>
        <w:rPr>
          <w:b/>
        </w:rPr>
        <w:t xml:space="preserve">[09:18] </w:t>
      </w:r>
      <w:r>
        <w:t>aur mera hi darr rakho. aur iman lao is cheez par jo maine utari hai. tasdeeq karti hui is cheez ki jo tumhare paas hai.</w:t>
      </w:r>
    </w:p>
    <w:p>
      <w:pPr>
        <w:jc w:val="right"/>
      </w:pPr>
      <w:r>
        <w:t>اور میرا ہی ڈر رکھو۔ اور ایمان لاؤ اس چیز پر جو میں نے اتاری ہے۔ تصدیق کرتی ہوئی اس چیز کی جو تمہارے پاس ہے۔</w:t>
      </w:r>
    </w:p>
    <w:p>
      <w:r>
        <w:rPr>
          <w:b/>
        </w:rPr>
        <w:t xml:space="preserve">[09:29] </w:t>
      </w:r>
      <w:r>
        <w:t>aur tum sab se pehle is ka inkar karne wale na bano. aur na lo meri ayaton par mol thoda. aur mujh se daro.</w:t>
      </w:r>
    </w:p>
    <w:p>
      <w:pPr>
        <w:jc w:val="right"/>
      </w:pPr>
      <w:r>
        <w:t>اور تم سب سے پہلے اس کا انکار کرنے والے نہ بنو۔ اور نہ لو میری آیتوں پر مول تھوڑا۔ اور مجھ سے ڈرو۔</w:t>
      </w:r>
    </w:p>
    <w:p>
      <w:r>
        <w:rPr>
          <w:b/>
        </w:rPr>
        <w:t xml:space="preserve">[09:39] </w:t>
      </w:r>
      <w:r>
        <w:t>aur sahi mein galat ko na milao aur sach ko na chhupao halan ke tum jante ho. aur namaz qaim karo aur zakat ada karo aur jhukne walon ke sath jhuk jao.</w:t>
      </w:r>
    </w:p>
    <w:p>
      <w:pPr>
        <w:jc w:val="right"/>
      </w:pPr>
      <w:r>
        <w:t>اور صحیح میں غلط کو نہ ملاؤ اور سچ کو نہ چھپاؤ حالانکہ تم جانتے ہو۔ اور نماز قائم کرو اور زکوۃ ادا کرو اور جھکنے والوں کے ساتھ جھک جاؤ۔</w:t>
      </w:r>
    </w:p>
    <w:p>
      <w:r>
        <w:rPr>
          <w:b/>
        </w:rPr>
        <w:t xml:space="preserve">[09:53] </w:t>
      </w:r>
      <w:r>
        <w:t>tum logon se nek kaam karne ko kehte ho aur apne aap ko bhool jate ho. halan ke tum kitab ko padhte ho.</w:t>
      </w:r>
    </w:p>
    <w:p>
      <w:pPr>
        <w:jc w:val="right"/>
      </w:pPr>
      <w:r>
        <w:t>تم لوگوں سے نیک کام کرنے کو کہتے ہو اور اپنے آپ کو بھول جاتے ہو۔ حالانکہ تم کتاب کو پڑھتے ہو۔</w:t>
      </w:r>
    </w:p>
    <w:p>
      <w:r>
        <w:rPr>
          <w:b/>
        </w:rPr>
        <w:t xml:space="preserve">[10:02] </w:t>
      </w:r>
      <w:r>
        <w:t>kya tum samajhte nahi? aur madad chaho sabr aur namaz se. aur beshak woh bhari hain magar un logon par nahi jo darne wale hain.</w:t>
      </w:r>
    </w:p>
    <w:p>
      <w:pPr>
        <w:jc w:val="right"/>
      </w:pPr>
      <w:r>
        <w:t>کیا تم سمجھتے نہیں؟ اور مدد چاہو صبر اور نماز سے۔ اور بے شک وہ بھاری ہیں۔ مگر ان لوگوں پر نہیں جو ڈرنے والے ہیں۔</w:t>
      </w:r>
    </w:p>
    <w:p>
      <w:r>
        <w:rPr>
          <w:b/>
        </w:rPr>
        <w:t xml:space="preserve">[10:14] </w:t>
      </w:r>
      <w:r>
        <w:t>jo guman rakhte hain ke un ko apne Rab se milna hai aur woh usi ki taraf lautne wale hain. ae Bani Isra</w:t>
      </w:r>
    </w:p>
    <w:p>
      <w:pPr>
        <w:jc w:val="right"/>
      </w:pPr>
      <w:r>
        <w:t>جو گمان رکھتے ہیں کہ ان کو اپنے رب سے ملنا ہے اور وہ اسی کی طرف لوٹنے والے ہیں۔ اے بنی اسرائ</w:t>
      </w:r>
    </w:p>
    <w:p>
      <w:r>
        <w:rPr>
          <w:b/>
        </w:rPr>
        <w:t xml:space="preserve">[10:24] </w:t>
      </w:r>
      <w:r>
        <w:t>il! mere is ehsan ko yad karo jo maine tumhare upar kiya. aur is baat ko maine tum ko dunya walon par fazilat di.</w:t>
      </w:r>
    </w:p>
    <w:p>
      <w:pPr>
        <w:jc w:val="right"/>
      </w:pPr>
      <w:r>
        <w:t>یل! میرے اس احسان کو یاد کرو جو میں نے تمہارے اوپر کیا۔ اور اس بات کو میں نے تم کو دنیا والوں پر فضیلت دی۔</w:t>
      </w:r>
    </w:p>
    <w:p>
      <w:r>
        <w:rPr>
          <w:b/>
        </w:rPr>
        <w:t xml:space="preserve">[10:34] </w:t>
      </w:r>
      <w:r>
        <w:t>aur daro us din se ke koi jaan kisi dusri jaan ke kuch kaam na aayegi. na us ki taraf se koi shafa'at qabool hogi aur na us se badle mein kuch liya jayega.</w:t>
      </w:r>
    </w:p>
    <w:p>
      <w:pPr>
        <w:jc w:val="right"/>
      </w:pPr>
      <w:r>
        <w:t>اور ڈرو اس دن سے کہ کوئی جان کسی دوسری جان کے کچھ کام نہ آئے گی۔ نہ اس کی طرف سے کوئی سفارش قبول ہوگی اور نہ اس سے بدلے میں کچھ لیا جائے گا۔</w:t>
      </w:r>
    </w:p>
    <w:p>
      <w:r>
        <w:rPr>
          <w:b/>
        </w:rPr>
        <w:t xml:space="preserve">[10:46] </w:t>
      </w:r>
      <w:r>
        <w:t>aur na un ki koi madad ki jayegi. aur jab hum ne tum ko Firon ke logon se chhudaya. woh tum ko badi takleef dete the.</w:t>
      </w:r>
    </w:p>
    <w:p>
      <w:pPr>
        <w:jc w:val="right"/>
      </w:pPr>
      <w:r>
        <w:t>اور نہ ان کی کوئی مدد کی جائے گی۔ اور جب ہم نے تم کو فرعون کے لوگوں سے چھڑایا۔ وہ تم کو بڑی تکلیف دیتے تھے۔</w:t>
      </w:r>
    </w:p>
    <w:p>
      <w:r>
        <w:rPr>
          <w:b/>
        </w:rPr>
        <w:t xml:space="preserve">[10:56] </w:t>
      </w:r>
      <w:r>
        <w:t>tumhare beton ko zabah karte aur tumhari auraton ko jeeti rakhte. aur is mein tumhare Rab ki taraf se bhari azmaish thi.</w:t>
      </w:r>
    </w:p>
    <w:p>
      <w:pPr>
        <w:jc w:val="right"/>
      </w:pPr>
      <w:r>
        <w:t>تمہارے بیٹوں کو ذبح کرتے اور تمہاری عورتوں کو جیتی رکھتے۔ اور اس میں تمہارے رب کی طرف سے بھاری آزمائش تھی۔</w:t>
      </w:r>
    </w:p>
    <w:p>
      <w:r>
        <w:rPr>
          <w:b/>
        </w:rPr>
        <w:t xml:space="preserve">[11:06] </w:t>
      </w:r>
      <w:r>
        <w:t>aur jab hum ne darya ko phaad kar tumhein paar karaya aur phir bachaya tum ko aur dubo diya firoun ke logon ko aur tum dekhte rahe.</w:t>
      </w:r>
    </w:p>
    <w:p>
      <w:pPr>
        <w:jc w:val="right"/>
      </w:pPr>
      <w:r>
        <w:t>اور جب ہم نے دریا کو پھاڑ کر تمہیں پار کرایا اور پھر بچایا تم کو اور ڈبو دیا فرعون کے لوگوں کو اور تم دیکھتے رہے۔</w:t>
      </w:r>
    </w:p>
    <w:p>
      <w:r>
        <w:rPr>
          <w:b/>
        </w:rPr>
        <w:t xml:space="preserve">[11:17] </w:t>
      </w:r>
      <w:r>
        <w:t>aur jab hum ne Moosa se wada kiya chaalees raat ka. phir tum ne is ke baad bachhde ko mabood bana liya. aur tum zalim the.</w:t>
      </w:r>
    </w:p>
    <w:p>
      <w:pPr>
        <w:jc w:val="right"/>
      </w:pPr>
      <w:r>
        <w:t>اور جب ہم نے موسیٰ سے وعدہ کیا چالیس رات کا۔ پھر تم نے اس کے بعد بچھڑے کو معبود بنا لیا۔ اور تم ظالم تھے۔</w:t>
      </w:r>
    </w:p>
    <w:p>
      <w:r>
        <w:rPr>
          <w:b/>
        </w:rPr>
        <w:t xml:space="preserve">[11:28] </w:t>
      </w:r>
      <w:r>
        <w:t>phir hum ne is ke baad tum ko maaf kar diya. taake tum shukr guzaar bano. aur jab hum ne Moosa ko kitaab di aur faisla karne wali cheez taake tum raah pao.</w:t>
      </w:r>
    </w:p>
    <w:p>
      <w:pPr>
        <w:jc w:val="right"/>
      </w:pPr>
      <w:r>
        <w:t>پھر ہم نے اس کے بعد تم کو معاف کر دیا۔ تاکہ تم شکر گزار بنو۔ اور جب ہم نے موسیٰ کو کتاب دی اور فیصلہ کرنے والی چیز تاکہ تم راہ پاؤ۔</w:t>
      </w:r>
    </w:p>
    <w:p>
      <w:r>
        <w:rPr>
          <w:b/>
        </w:rPr>
        <w:t xml:space="preserve">[11:41] </w:t>
      </w:r>
      <w:r>
        <w:t>aur jab Moosa ne apni qaum se kaha ke aye meri q</w:t>
      </w:r>
    </w:p>
    <w:p>
      <w:pPr>
        <w:jc w:val="right"/>
      </w:pPr>
      <w:r>
        <w:t>اور جب موسیٰ نے اپنی قوم سے کہا کہ اے میری ق</w:t>
      </w:r>
    </w:p>
    <w:p>
      <w:r>
        <w:rPr>
          <w:b/>
        </w:rPr>
        <w:t xml:space="preserve">[11:45] </w:t>
      </w:r>
      <w:r>
        <w:t>aum! tum ne bachhde ko mabood bana kar apni jaanon par zulm kiya hai. ab apne paida karne wale ki taraf mutawajjah ho.</w:t>
      </w:r>
    </w:p>
    <w:p>
      <w:pPr>
        <w:jc w:val="right"/>
      </w:pPr>
      <w:r>
        <w:t>وم! تم نے بچھڑے کو معبود بنا کر اپنی جانوں پر ظلم کیا ہے۔ اب اپنے پیدا کرنے والے کی طرف متوجہ ہو۔</w:t>
      </w:r>
    </w:p>
    <w:p>
      <w:r>
        <w:rPr>
          <w:b/>
        </w:rPr>
        <w:t xml:space="preserve">[11:54] </w:t>
      </w:r>
      <w:r>
        <w:t>aur apne mujrimon ko apne hathon se qatl karo. yeh tumhare liye tumhare paida karne wale ke nazdeek behtar hai.</w:t>
      </w:r>
    </w:p>
    <w:p>
      <w:pPr>
        <w:jc w:val="right"/>
      </w:pPr>
      <w:r>
        <w:t>اور اپنے مجرموں کو اپنے ہاتھوں سے قتل کرو۔ یہ تمہارے لیے تمہارے پیدا کرنے والے کے نزدیک بہتر ہے۔</w:t>
      </w:r>
    </w:p>
    <w:p>
      <w:r>
        <w:rPr>
          <w:b/>
        </w:rPr>
        <w:t xml:space="preserve">[12:03] </w:t>
      </w:r>
      <w:r>
        <w:t>to Allah ne tumhari tauba qubool farmayi. beshak wohi tauba qubool karne wala, reham karne wala hai. aur jab tum ne kaha ke aye Moosa!</w:t>
      </w:r>
    </w:p>
    <w:p>
      <w:pPr>
        <w:jc w:val="right"/>
      </w:pPr>
      <w:r>
        <w:t>تو اللہ نے تمہاری توبہ قبول فرمائی۔ بے شک وہی توبہ قبول کرنے والا، رحم کرنے والا ہے۔ اور جب تم نے کہا کہ اے موسیٰ!</w:t>
      </w:r>
    </w:p>
    <w:p>
      <w:r>
        <w:rPr>
          <w:b/>
        </w:rPr>
        <w:t xml:space="preserve">[12:15] </w:t>
      </w:r>
      <w:r>
        <w:t>hum tumhara yaqeen nahi karenge jab tak hum Allah ko saamne na dekh lein. to tum ko bijli ne pakad liya aur tum dekh rahe the.</w:t>
      </w:r>
    </w:p>
    <w:p>
      <w:pPr>
        <w:jc w:val="right"/>
      </w:pPr>
      <w:r>
        <w:t>ہم تمہارا یقین نہیں کریں گے جب تک ہم اللہ کو سامنے نہ دیکھ لیں۔ تو تم کو بجلی نے پکڑ لیا اور تم دیکھ رہے تھے۔</w:t>
      </w:r>
    </w:p>
    <w:p>
      <w:r>
        <w:rPr>
          <w:b/>
        </w:rPr>
        <w:t xml:space="preserve">[12:24] </w:t>
      </w:r>
      <w:r>
        <w:t>phir hum ne tumhari maut ke baad tum ko uthaya taake tum shukr guzaar bano. aur hum ne tumhare upar badliyon ka saaya kiya aur tum par man o salwa utara.</w:t>
      </w:r>
    </w:p>
    <w:p>
      <w:pPr>
        <w:jc w:val="right"/>
      </w:pPr>
      <w:r>
        <w:t>پھر ہم نے تمہاری موت کے بعد تم کو اٹھایا تاکہ تم شکر گزار بنو۔ اور ہم نے تمہارے اوپر بدلیوں کا سایہ کیا اور تم پر من و سلوٰی اتارا۔</w:t>
      </w:r>
    </w:p>
    <w:p>
      <w:r>
        <w:rPr>
          <w:b/>
        </w:rPr>
        <w:t xml:space="preserve">[12:37] </w:t>
      </w:r>
      <w:r>
        <w:t>khao paakeezah cheezon mein se jo hum ne tum ko di hain. aur unhon ne hamara kuch nuksaan nahi kiya. woh apna hi nuksaan karte rahe.</w:t>
      </w:r>
    </w:p>
    <w:p>
      <w:pPr>
        <w:jc w:val="right"/>
      </w:pPr>
      <w:r>
        <w:t>کھاؤ پاکیزہ چیزوں میں سے جو ہم نے تم کو دی ہیں۔ اور انہوں نے ہمارا کچھ نقصان نہیں کیا۔ وہ اپنا ہی نقصان کرتے رہے۔</w:t>
      </w:r>
    </w:p>
    <w:p>
      <w:r>
        <w:rPr>
          <w:b/>
        </w:rPr>
        <w:t xml:space="preserve">[12:47] </w:t>
      </w:r>
      <w:r>
        <w:t>aur jab hum ne kaha ke daakhil ho jao is shehar mein aur khao is mein se jahan se chaho faraaghat ke saath. aur daakhil ho darwaze mein sar jhukaye hue.</w:t>
      </w:r>
    </w:p>
    <w:p>
      <w:pPr>
        <w:jc w:val="right"/>
      </w:pPr>
      <w:r>
        <w:t>اور جب ہم نے کہا کہ داخل ہو جاؤ اس شہر میں اور کھاؤ اس میں سے جہاں سے چاہو فراغت کے ساتھ۔ اور داخل ہو دروازے میں سر جھکائے ہوئے۔</w:t>
      </w:r>
    </w:p>
    <w:p>
      <w:r>
        <w:rPr>
          <w:b/>
        </w:rPr>
        <w:t xml:space="preserve">[12:59] </w:t>
      </w:r>
      <w:r>
        <w:t>aur kaho ke aye Rab!</w:t>
      </w:r>
    </w:p>
    <w:p>
      <w:pPr>
        <w:jc w:val="right"/>
      </w:pPr>
      <w:r>
        <w:t>اور کہو کہ اے رب!</w:t>
      </w:r>
    </w:p>
    <w:p>
      <w:r>
        <w:rPr>
          <w:b/>
        </w:rPr>
        <w:t xml:space="preserve">[13:01] </w:t>
      </w:r>
      <w:r>
        <w:t>hamari khataon ko bakhsh de. hum tumhari khataon ko bakhsh denge. aur neki karne walon ko zyada bhi denge.</w:t>
      </w:r>
    </w:p>
    <w:p>
      <w:pPr>
        <w:jc w:val="right"/>
      </w:pPr>
      <w:r>
        <w:t>ہماری خطاؤں کو بخش دے۔ ہم تمہاری خطاؤں کو بخش دیں گے۔ اور نیکی کرنے والوں کو زیادہ بھی دیں گے۔</w:t>
      </w:r>
    </w:p>
    <w:p>
      <w:r>
        <w:rPr>
          <w:b/>
        </w:rPr>
        <w:t xml:space="preserve">[13:10] </w:t>
      </w:r>
      <w:r>
        <w:t>to unhon ne badal diya is baat ko jo un se kahi gayi thi doosri baat se. is par hum ne un logon ke upar jinhon ne zulm kiya un ki nafarmani ke sabab se aasman se azaab utara.</w:t>
      </w:r>
    </w:p>
    <w:p>
      <w:pPr>
        <w:jc w:val="right"/>
      </w:pPr>
      <w:r>
        <w:t>تو انہوں نے بدل دیا اس بات کو جو ان سے کہی گئی تھی دوسری بات سے۔ اس پر ہم نے ان لوگوں کے اوپر جنہوں نے ظلم کیا ان کی نافرمانی کے سبب سے آسمان سے عذاب اتارا۔</w:t>
      </w:r>
    </w:p>
    <w:p>
      <w:r>
        <w:rPr>
          <w:b/>
        </w:rPr>
        <w:t xml:space="preserve">[13:25] </w:t>
      </w:r>
      <w:r>
        <w:t>aur jab Moosa ne apni qaum ke liye pani manga to hum ne kaha ke apna asaa pathar par maro. to us se phoot nikle barah chashme.</w:t>
      </w:r>
    </w:p>
    <w:p>
      <w:pPr>
        <w:jc w:val="right"/>
      </w:pPr>
      <w:r>
        <w:t>اور جب موسیٰ نے اپنی قوم کے لیے پانی مانگا تو ہم نے کہا کہ اپنا عصا پتھر پر مارو۔ تو اس سے پھوٹ نکلے بارہ چشمے۔</w:t>
      </w:r>
    </w:p>
    <w:p>
      <w:r>
        <w:rPr>
          <w:b/>
        </w:rPr>
        <w:t xml:space="preserve">[13:35] </w:t>
      </w:r>
      <w:r>
        <w:t>har giroh ne apna apna ghaat pehchan liya. khao aur piyo Allah ke rizq se. aur na phiro zameen mein fasad machane wale ban kar.</w:t>
      </w:r>
    </w:p>
    <w:p>
      <w:pPr>
        <w:jc w:val="right"/>
      </w:pPr>
      <w:r>
        <w:t>ہر گروہ نے اپنا اپنا گھاٹ پہچان لیا۔ کھاؤ اور پیو اللہ کے رزق سے۔ اور نہ پھرو زمین میں فساد مچانے والے بن کر۔</w:t>
      </w:r>
    </w:p>
    <w:p>
      <w:r>
        <w:rPr>
          <w:b/>
        </w:rPr>
        <w:t xml:space="preserve">[13:45] </w:t>
      </w:r>
      <w:r>
        <w:t>aur jab tum ne kaha aye Moosa!</w:t>
      </w:r>
    </w:p>
    <w:p>
      <w:pPr>
        <w:jc w:val="right"/>
      </w:pPr>
      <w:r>
        <w:t>اور جب تم نے کہا اے موسیٰ!</w:t>
      </w:r>
    </w:p>
    <w:p>
      <w:r>
        <w:rPr>
          <w:b/>
        </w:rPr>
        <w:t xml:space="preserve">[13:48] </w:t>
      </w:r>
      <w:r>
        <w:t>hum ek hi qism ke khane par hargiz sabr nahi kar sakte. apne Rab ko hamare liye pukaaro ke woh nikale hamare liye jo ugta hai zameen se.</w:t>
      </w:r>
    </w:p>
    <w:p>
      <w:pPr>
        <w:jc w:val="right"/>
      </w:pPr>
      <w:r>
        <w:t>ہم ایک ہی قسم کے کھانے پر ہرگز صبر نہیں کر سکتے۔ اپنے رب کو ہمارے لیے پکارو کہ وہ نکالے ہمارے لیے جو اگتا ہے زمین سے۔</w:t>
      </w:r>
    </w:p>
    <w:p>
      <w:r>
        <w:rPr>
          <w:b/>
        </w:rPr>
        <w:t xml:space="preserve">[13:59] </w:t>
      </w:r>
      <w:r>
        <w:t>saag aur kookri aur gehoon aur masoor aur piyaz. Moosa ne kaha kya tum ek behtar cheez ke badle ek adna cheez lena chahte ho?</w:t>
      </w:r>
    </w:p>
    <w:p>
      <w:pPr>
        <w:jc w:val="right"/>
      </w:pPr>
      <w:r>
        <w:t>ساگ اور ککڑی اور گیہوں اور مسور اور پیاز۔ موسیٰ نے کہا کیا تم ایک بہتر چیز کے بدلے ایک ادنیٰ چیز لینا چاہتے ہو؟</w:t>
      </w:r>
    </w:p>
    <w:p>
      <w:r>
        <w:rPr>
          <w:b/>
        </w:rPr>
        <w:t xml:space="preserve">[14:10] </w:t>
      </w:r>
      <w:r>
        <w:t>kisi shehar mein utro to tum ko milegi woh cheez jo tum mangte ho. aur daal di gayi un par zalalat aur mohtaaji.</w:t>
      </w:r>
    </w:p>
    <w:p>
      <w:pPr>
        <w:jc w:val="right"/>
      </w:pPr>
      <w:r>
        <w:t>کسی شہر میں اترو تو تم کو ملے گی وہ چیز جو تم مانگتے ہو۔ اور ڈال دی گئی ان پر ذلت اور محتاجی۔</w:t>
      </w:r>
    </w:p>
    <w:p>
      <w:r>
        <w:rPr>
          <w:b/>
        </w:rPr>
        <w:t xml:space="preserve">[14:19] </w:t>
      </w:r>
      <w:r>
        <w:t>aur woh ghazab ilahi ke mustahiq ho gaye. yeh is wajah se hua ke woh Allah ki nishaniyon ka inkaar karte the. aur nabiyon ko naahaq qatl karte the.</w:t>
      </w:r>
    </w:p>
    <w:p>
      <w:pPr>
        <w:jc w:val="right"/>
      </w:pPr>
      <w:r>
        <w:t>اور وہ غضب الہی کے مستحق ہو گئے۔ یہ اس وجہ سے ہوا کہ وہ اللہ کی نشانیوں کا انکار کرتے تھے۔ اور نبیوں کو ناحق قتل کرتے تھے۔</w:t>
      </w:r>
    </w:p>
    <w:p>
      <w:r>
        <w:rPr>
          <w:b/>
        </w:rPr>
        <w:t xml:space="preserve">[14:31] </w:t>
      </w:r>
      <w:r>
        <w:t>yeh is wajah se ke unhon ne nafarmani ki aur woh had par na rehte the. yun hai ke jo log iman laye aur jo log Yahoodi hue aur Nasara aur Sabi un mein se jo shakhs iman laya Allah par aur aakhirat ke din par aur us ne nek kaam kiya to us ke liye us ke Rab ke paas ajar hai.</w:t>
      </w:r>
    </w:p>
    <w:p>
      <w:pPr>
        <w:jc w:val="right"/>
      </w:pPr>
      <w:r>
        <w:t>یہ اس وجہ سے کہ انہوں نے نافرمانی کی اور وہ حد پر نہ رہتے تھے۔ یوں ہے کہ جو لوگ ایمان لائے اور جو لوگ یہودی ہوئے اور نصاریٰ اور سابی ان میں سے جو شخص ایمان لایا اللہ پر اور آخرت کے دن پر اور اس نے نیک کام کیا تو اس کے لیے اس کے رب کے پاس اجر ہے۔</w:t>
      </w:r>
    </w:p>
    <w:p>
      <w:r>
        <w:rPr>
          <w:b/>
        </w:rPr>
        <w:t xml:space="preserve">[14:55] </w:t>
      </w:r>
      <w:r>
        <w:t>aur un ke liye na koi darr hai aur na woh ghamgeen honge. aur jab hum ne tum se tumhara ahad liya aur Toor pahad ko tumhare upar uthaya.</w:t>
      </w:r>
    </w:p>
    <w:p>
      <w:pPr>
        <w:jc w:val="right"/>
      </w:pPr>
      <w:r>
        <w:t>اور ان کے لیے نہ کوئی ڈر ہے اور نہ وہ غمگین ہوں گے۔ اور جب ہم نے تم سے تمہارا عہد لیا اور طور پہاڑ کو تمہارے اوپر اٹھایا۔</w:t>
      </w:r>
    </w:p>
    <w:p>
      <w:r>
        <w:rPr>
          <w:b/>
        </w:rPr>
        <w:t xml:space="preserve">[15:06] </w:t>
      </w:r>
      <w:r>
        <w:t>pakdo is cheez ko jo hum ne tum ko di hai mazbooti ke saath. aur jo kuch is mein hai us ko yaad rakho taake bacho.</w:t>
      </w:r>
    </w:p>
    <w:p>
      <w:pPr>
        <w:jc w:val="right"/>
      </w:pPr>
      <w:r>
        <w:t>پکڑو اس چیز کو جو ہم نے تم کو دی ہے مضبوطی کے ساتھ۔ اور جو کچھ اس میں ہے اس کو یاد رکھو تاکہ بچو۔</w:t>
      </w:r>
    </w:p>
    <w:p>
      <w:r>
        <w:rPr>
          <w:b/>
        </w:rPr>
        <w:t xml:space="preserve">[15:16] </w:t>
      </w:r>
      <w:r>
        <w:t>is ke baad tum is se phir gaye. agar Allah ka fazl aur us ki rehmat na hoti to zaroor tum halaak ho jaate.</w:t>
      </w:r>
    </w:p>
    <w:p>
      <w:pPr>
        <w:jc w:val="right"/>
      </w:pPr>
      <w:r>
        <w:t>اس کے بعد تم اس سے پھر گئے۔ اگر اللہ کا فضل اور اس کی رحمت نہ ہوتی تو ضرور تم ہلاک ہو جاتے۔</w:t>
      </w:r>
    </w:p>
    <w:p>
      <w:r>
        <w:rPr>
          <w:b/>
        </w:rPr>
        <w:t xml:space="preserve">[15:25] </w:t>
      </w:r>
      <w:r>
        <w:t>aur un logon ka haal tum jantay ho jo sab ke mamlay mein Allah ke hukum se nikal gaye. to hum ne un ko kaha ke tum log zaleel bandar ban jao.</w:t>
      </w:r>
    </w:p>
    <w:p>
      <w:pPr>
        <w:jc w:val="right"/>
      </w:pPr>
      <w:r>
        <w:t>اور ان لوگوں کا حال تم جانتے ہو جو سب کے معاملے میں اللہ کے حکم سے نکل گئے۔ تو ہم نے ان کو کہا کہ تم لوگ ذلیل بندر بن جاؤ۔</w:t>
      </w:r>
    </w:p>
    <w:p>
      <w:r>
        <w:rPr>
          <w:b/>
        </w:rPr>
        <w:t xml:space="preserve">[15:37] </w:t>
      </w:r>
      <w:r>
        <w:t>phir hum ne is ko عبرت bana diya. un logon ke liye jo is ke roobaroo thay aur un logon ke liye jo is ke baad aaye.</w:t>
      </w:r>
    </w:p>
    <w:p>
      <w:pPr>
        <w:jc w:val="right"/>
      </w:pPr>
      <w:r>
        <w:t>پھر ہم نے اس کو عبرت بنا دیا۔ ان لوگوں کے لیے جو اس کے روبرو تھے اور ان لوگوں کے لیے جو اس کے بعد آئے۔</w:t>
      </w:r>
    </w:p>
    <w:p>
      <w:r>
        <w:rPr>
          <w:b/>
        </w:rPr>
        <w:t xml:space="preserve">[15:45] </w:t>
      </w:r>
      <w:r>
        <w:t>aur is mein hum ne naseehat rakh di darr walon ke liye. aur jab Moosa ne apni qom se kaha ke Allah tum ko hukum deta hai ke tum aik bakra zabah karo.</w:t>
      </w:r>
    </w:p>
    <w:p>
      <w:pPr>
        <w:jc w:val="right"/>
      </w:pPr>
      <w:r>
        <w:t>اور اس میں ہم نے نصیحت رکھ دی ڈر والوں کے لیے۔ اور جب موسیٰ نے اپنی قوم سے کہا کہ اللہ تم کو حکم دیتا ہے کہ تم ایک بکرا ذبح کرو۔</w:t>
      </w:r>
    </w:p>
    <w:p>
      <w:r>
        <w:rPr>
          <w:b/>
        </w:rPr>
        <w:t xml:space="preserve">[15:58] </w:t>
      </w:r>
      <w:r>
        <w:t>unhon ne kaha kya tum hum se hansi kar rahay ho? Moosa ne kaha ke main Allah ki panah mangta hoon ke main aisa nadan banon.</w:t>
      </w:r>
    </w:p>
    <w:p>
      <w:pPr>
        <w:jc w:val="right"/>
      </w:pPr>
      <w:r>
        <w:t>انہوں نے کہا کیا تم ہم سے ہنسی کر رہے ہو؟ موسیٰ نے کہا کہ میں اللہ کی پناہ مانگتا ہوں کہ میں ایسا نادان بنوں۔</w:t>
      </w:r>
    </w:p>
    <w:p>
      <w:r>
        <w:rPr>
          <w:b/>
        </w:rPr>
        <w:t xml:space="preserve">[16:09] </w:t>
      </w:r>
      <w:r>
        <w:t>unhon ne kaha apne Rub se darkhwast karo ke woh hum se bayan kare ke woh bakra kaisi ho? Moosa ne kaha Allah fermata hai ke woh bakra na boodhi ho na bachay.</w:t>
      </w:r>
    </w:p>
    <w:p>
      <w:pPr>
        <w:jc w:val="right"/>
      </w:pPr>
      <w:r>
        <w:t>انہوں نے کہا اپنے رب سے درخواست کرو کہ وہ ہم سے بیان کرے کہ وہ بکرا کیسی ہو؟ موسیٰ نے کہا اللہ فرماتا ہے کہ وہ بکرا نہ بوڑھی ہو نہ بچہ۔</w:t>
      </w:r>
    </w:p>
    <w:p>
      <w:r>
        <w:rPr>
          <w:b/>
        </w:rPr>
        <w:t xml:space="preserve">[16:22] </w:t>
      </w:r>
      <w:r>
        <w:t>in ke beech ki ho. ab kar dalo jo hukum tum ko mila hai. unhon ne kaha ke apne Rub se darkhwast karo ke woh bayan kare ke is ka rang kya ho?</w:t>
      </w:r>
    </w:p>
    <w:p>
      <w:pPr>
        <w:jc w:val="right"/>
      </w:pPr>
      <w:r>
        <w:t>ان کے بیچ کی ہو۔ اب کر ڈالو جو حکم تم کو ملا ہے۔ انہوں نے کہا کہ اپنے رب سے درخواست کرو کہ وہ بیان کرے کہ اس کا رنگ کیا ہو؟</w:t>
      </w:r>
    </w:p>
    <w:p>
      <w:r>
        <w:rPr>
          <w:b/>
        </w:rPr>
        <w:t xml:space="preserve">[16:33] </w:t>
      </w:r>
      <w:r>
        <w:t>Moosa ne kaha Allah fermata hai ke woh gehre zard rang ki ho. dekhnay walon ko achi maloom hoti ho. unhon ne kaha apne Rub se darkhwast karo ke woh hum se bayan kar de ke woh kaisi ho?</w:t>
      </w:r>
    </w:p>
    <w:p>
      <w:pPr>
        <w:jc w:val="right"/>
      </w:pPr>
      <w:r>
        <w:t>موسیٰ نے کہا اللہ فرماتا ہے کہ وہ گہرے زرد رنگ کی ہو۔ دیکھنے والوں کو اچھی معلوم ہوتی ہو۔ انہوں نے کہا اپنے رب سے درخواست کرو کہ وہ ہم سے بیان کر دے کہ وہ کیسی ہو؟</w:t>
      </w:r>
    </w:p>
    <w:p>
      <w:r>
        <w:rPr>
          <w:b/>
        </w:rPr>
        <w:t xml:space="preserve">[16:47] </w:t>
      </w:r>
      <w:r>
        <w:t>kyun ke bakra mein hum ko shubah par gaya hai. aur Allah ne chaha to hum raah pa len gay. Moosa ne kaha Allah fermata hai ke woh aisi bakra ho ke mehnat karnay wali na ho.</w:t>
      </w:r>
    </w:p>
    <w:p>
      <w:pPr>
        <w:jc w:val="right"/>
      </w:pPr>
      <w:r>
        <w:t>کیونکہ بکرا میں ہم کو شبہ پڑ گیا ہے۔ اور اللہ نے چاہا تو ہم راہ پا لیں گے۔ موسیٰ نے کہا اللہ فرماتا ہے کہ وہ ایسی بکرا ہو کہ محنت کرنے والی نہ ہو۔</w:t>
      </w:r>
    </w:p>
    <w:p>
      <w:r>
        <w:rPr>
          <w:b/>
        </w:rPr>
        <w:t xml:space="preserve">[17:02] </w:t>
      </w:r>
      <w:r>
        <w:t>zameen ko jotnay wali aur khayton ko pani denay wali na ho. woh sahi salim ho aur is mein koi daagh na ho.</w:t>
      </w:r>
    </w:p>
    <w:p>
      <w:pPr>
        <w:jc w:val="right"/>
      </w:pPr>
      <w:r>
        <w:t>زمین کو جوتنے والی اور کھیتوں کو پانی دینے والی نہ ہو۔ وہ صحیح سالم ہو اور اس میں کوئی داغ نہ ہو۔</w:t>
      </w:r>
    </w:p>
    <w:p>
      <w:r>
        <w:rPr>
          <w:b/>
        </w:rPr>
        <w:t xml:space="preserve">[17:10] </w:t>
      </w:r>
      <w:r>
        <w:t>unhon ne kaha ab tum wazeh baat laye. phir unhon ne is ko zabah kiya aur woh zabah karte nazar na aate thay.</w:t>
      </w:r>
    </w:p>
    <w:p>
      <w:pPr>
        <w:jc w:val="right"/>
      </w:pPr>
      <w:r>
        <w:t>انہوں نے کہا اب تم واضح بات لائے۔ پھر انہوں نے اس کو ذبح کیا اور وہ ذبح کرتے نظر نہ آتے تھے۔</w:t>
      </w:r>
    </w:p>
    <w:p>
      <w:r>
        <w:rPr>
          <w:b/>
        </w:rPr>
        <w:t xml:space="preserve">[17:21] </w:t>
      </w:r>
      <w:r>
        <w:t>aur jab tum ne aik shakhs ko maar dala phir aik doosray par is ka ilzaam dalnay lagay halankay Allah ko zahir karna manzoor tha jo kuch tum chupana chahtay thay.</w:t>
      </w:r>
    </w:p>
    <w:p>
      <w:pPr>
        <w:jc w:val="right"/>
      </w:pPr>
      <w:r>
        <w:t>اور جب تم نے ایک شخص کو مار ڈالا پھر ایک دوسرے پر اس کا الزام ڈالنے لگے حالانکہ اللہ کو ظاہر کرنا منظور تھا جو کچھ تم چھپانا چاہتے تھے۔</w:t>
      </w:r>
    </w:p>
    <w:p>
      <w:r>
        <w:rPr>
          <w:b/>
        </w:rPr>
        <w:t xml:space="preserve">[17:33] </w:t>
      </w:r>
      <w:r>
        <w:t>pas hum ne hukum diya ke maro is murday ko is ke aik tukray se. is tarah zinda karta hai Allah murdon ko.</w:t>
      </w:r>
    </w:p>
    <w:p>
      <w:pPr>
        <w:jc w:val="right"/>
      </w:pPr>
      <w:r>
        <w:t>پس ہم نے حکم دیا کہ مارو اس مردے کو اس کے ایک ٹکڑے سے۔ اس طرح زندہ کرتا ہے اللہ مردوں کو۔</w:t>
      </w:r>
    </w:p>
    <w:p>
      <w:r>
        <w:rPr>
          <w:b/>
        </w:rPr>
        <w:t xml:space="preserve">[17:43] </w:t>
      </w:r>
      <w:r>
        <w:t>aur woh tum ko apni nishaniyan dikhata hai ta ke tum samjho. phir is ke baad tumhare dil sakht ho gaye. pas woh pathar ki manind ho gaye ya us se bhi ziyada sakht.</w:t>
      </w:r>
    </w:p>
    <w:p>
      <w:pPr>
        <w:jc w:val="right"/>
      </w:pPr>
      <w:r>
        <w:t>اور وہ تم کو اپنی نشانیاں دکھاتا ہے تاکہ تم سمجھو۔ پھر اس کے بعد تمہارے دل سخت ہو گئے۔ پس وہ پتھر کی مانند ہو گئے یا اس سے بھی زیادہ سخت۔</w:t>
      </w:r>
    </w:p>
    <w:p>
      <w:r>
        <w:rPr>
          <w:b/>
        </w:rPr>
        <w:t xml:space="preserve">[17:56] </w:t>
      </w:r>
      <w:r>
        <w:t>patharon mein baaz aisay bhi hotay hain jin se nehren phoot nikalti hain. baaz pathar phat jatay hain aur un se pani nikal aata hai.</w:t>
      </w:r>
    </w:p>
    <w:p>
      <w:pPr>
        <w:jc w:val="right"/>
      </w:pPr>
      <w:r>
        <w:t>پتھروں میں بعض ایسے بھی ہوتے ہیں جن سے نہریں پھوٹ نکلتی ہیں۔ بعض پتھر پھٹ جاتے ہیں اور ان سے پانی نکل آتا ہے۔</w:t>
      </w:r>
    </w:p>
    <w:p>
      <w:r>
        <w:rPr>
          <w:b/>
        </w:rPr>
        <w:t xml:space="preserve">[18:05] </w:t>
      </w:r>
      <w:r>
        <w:t>aur baaz pathar aisay bhi hotay hain jo Allah ke darr se gir padte hain. aur Allah is se be khabar nahi jo tum karte ho.</w:t>
      </w:r>
    </w:p>
    <w:p>
      <w:pPr>
        <w:jc w:val="right"/>
      </w:pPr>
      <w:r>
        <w:t>اور بعض پتھر ایسے بھی ہوتے ہیں جو اللہ کے ڈر سے گر پڑتے ہیں۔ اور اللہ اس سے بے خبر نہیں جو تم کرتے ہو۔</w:t>
      </w:r>
    </w:p>
    <w:p>
      <w:r>
        <w:rPr>
          <w:b/>
        </w:rPr>
        <w:t xml:space="preserve">[18:15] </w:t>
      </w:r>
      <w:r>
        <w:t>kya tum yeh umeed rakhtay ho ke yeh Yahood tumhare kehne se iman le aayen gay? halankay un mein se kuch log aisay hain ke woh Allah ka kalam suntay thay aur phir us ko badal dalte thay.</w:t>
      </w:r>
    </w:p>
    <w:p>
      <w:pPr>
        <w:jc w:val="right"/>
      </w:pPr>
      <w:r>
        <w:t>کیا تم یہ امید رکھتے ہو کہ یہ یہود تمہارے کہنے سے ایمان لے آئیں گے؟ حالانکہ ان میں سے کچھ لوگ ایسے ہیں کہ وہ اللہ کا کلام سنتے تھے اور پھر اس کو بدل ڈالتے تھے۔</w:t>
      </w:r>
    </w:p>
    <w:p>
      <w:r>
        <w:rPr>
          <w:b/>
        </w:rPr>
        <w:t xml:space="preserve">[18:30] </w:t>
      </w:r>
      <w:r>
        <w:t>samajhnay ke baad aur woh jantay hain. jab woh ahl-e-iman se milte hain to kehtay hain ke hum iman laye hue hain.</w:t>
      </w:r>
    </w:p>
    <w:p>
      <w:pPr>
        <w:jc w:val="right"/>
      </w:pPr>
      <w:r>
        <w:t>سمجھنے کے بعد اور وہ جانتے ہیں۔ جب وہ اہل ایمان سے ملتے ہیں تو کہتے ہیں کہ ہم ایمان لائے ہوئے ہیں۔</w:t>
      </w:r>
    </w:p>
    <w:p>
      <w:r>
        <w:rPr>
          <w:b/>
        </w:rPr>
        <w:t xml:space="preserve">[18:39] </w:t>
      </w:r>
      <w:r>
        <w:t>aur jab woh aapas mein aik doosray se milte hain to kehtay hain kya tum un ko woh batain batatay ho jo Allah ne tum par kholi hain ke woh tumhare Rub ke paas tum se hujjat karen?</w:t>
      </w:r>
    </w:p>
    <w:p>
      <w:pPr>
        <w:jc w:val="right"/>
      </w:pPr>
      <w:r>
        <w:t>اور جب وہ آپس میں ایک دوسرے سے ملتے ہیں تو کہتے ہیں کیا تم ان کو وہ باتیں بتاتے ہو جو اللہ نے تم پر کھولی ہیں کہ وہ تمہارے رب کے پاس تم سے حجت کریں؟</w:t>
      </w:r>
    </w:p>
    <w:p>
      <w:r>
        <w:rPr>
          <w:b/>
        </w:rPr>
        <w:t xml:space="preserve">[18:51] </w:t>
      </w:r>
      <w:r>
        <w:t>kya tum samajhtay nahi? kya woh nahi jantay ke Allah ko maloom hai jo woh chupatay hain aur jo woh zahir karte hain?</w:t>
      </w:r>
    </w:p>
    <w:p>
      <w:pPr>
        <w:jc w:val="right"/>
      </w:pPr>
      <w:r>
        <w:t>کیا تم سمجھتے نہیں؟ کیا وہ نہیں جانتے کہ اللہ کو معلوم ہے جو وہ چھپاتے ہیں اور جو وہ ظاہر کرتے ہیں؟</w:t>
      </w:r>
    </w:p>
    <w:p>
      <w:r>
        <w:rPr>
          <w:b/>
        </w:rPr>
        <w:t xml:space="preserve">[19:01] </w:t>
      </w:r>
      <w:r>
        <w:t>aur un mein ummi hain jo nahi jantay kitab ko magar aarzoon. un ke paas guman ke siwa aur kuch nahi.</w:t>
      </w:r>
    </w:p>
    <w:p>
      <w:pPr>
        <w:jc w:val="right"/>
      </w:pPr>
      <w:r>
        <w:t>اور ان میں ان پڑھ ہیں جو نہیں جانتے کتاب کو مگر آرزوئیں۔ ان کے پاس گمان کے سوا اور کچھ نہیں۔</w:t>
      </w:r>
    </w:p>
    <w:p>
      <w:r>
        <w:rPr>
          <w:b/>
        </w:rPr>
        <w:t xml:space="preserve">[19:11] </w:t>
      </w:r>
      <w:r>
        <w:t>pas kharabi hai un logon ke liye jo apne hath se kitab likhtay hain phir kehtay hain ke yeh Allah ki janib se hai ta ke is ke zariye thori si ponji hasil kar lein.</w:t>
      </w:r>
    </w:p>
    <w:p>
      <w:pPr>
        <w:jc w:val="right"/>
      </w:pPr>
      <w:r>
        <w:t>پس خرابی ہے ان لوگوں کے لیے جو اپنے ہاتھ سے کتاب لکھتے ہیں پھر کہتے ہیں کہ یہ اللہ کی جانب سے ہے تاکہ اس کے ذریعے تھوڑی سی پونجی حاصل کر لیں۔</w:t>
      </w:r>
    </w:p>
    <w:p>
      <w:r>
        <w:rPr>
          <w:b/>
        </w:rPr>
        <w:t xml:space="preserve">[19:24] </w:t>
      </w:r>
      <w:r>
        <w:t>pas kharabi hai is cheez ki badolat jo un ke hathon ne likhi aur un ke liye kharabi hai apni is kamai se. aur woh kehtay hain ke hum ko dozakh ki aag nahi chhoay gi magar ginti ke chand din.</w:t>
      </w:r>
    </w:p>
    <w:p>
      <w:pPr>
        <w:jc w:val="right"/>
      </w:pPr>
      <w:r>
        <w:t>پس خرابی ہے اس چیز کی بدولت جو ان کے ہاتھوں نے لکھی اور ان کے لیے خرابی ہے اپنی اس کمائی سے۔ اور وہ کہتے ہیں کہ ہم کو دوزخ کی آگ نہیں چھوئے گی مگر گنتی کے چند دن۔</w:t>
      </w:r>
    </w:p>
    <w:p>
      <w:r>
        <w:rPr>
          <w:b/>
        </w:rPr>
        <w:t xml:space="preserve">[19:40] </w:t>
      </w:r>
      <w:r>
        <w:t>kaho kya tum ne Allah ke paas se koi wada le liya hai ke Allah apne waday ke khilaf nahi karega? ya Allah ke oopar aisi baat kehtay ho jo tum nahi jantay?</w:t>
      </w:r>
    </w:p>
    <w:p>
      <w:pPr>
        <w:jc w:val="right"/>
      </w:pPr>
      <w:r>
        <w:t>کہو کیا تم نے اللہ کے پاس سے کوئی وعدہ لے لیا ہے کہ اللہ اپنے وعدے کے خلاف نہیں کرے گا؟ یا اللہ کے اوپر ایسی بات کہتے ہو جو تم نہیں جانتے؟</w:t>
      </w:r>
    </w:p>
    <w:p>
      <w:r>
        <w:rPr>
          <w:b/>
        </w:rPr>
        <w:t xml:space="preserve">[19:53] </w:t>
      </w:r>
      <w:r>
        <w:t>haan jis ne koi burai ki aur is ke gunah ne is ko apne gheray mein le liya to wohi log dozakh walay hain. woh is mein hamesha rahen gay.</w:t>
      </w:r>
    </w:p>
    <w:p>
      <w:pPr>
        <w:jc w:val="right"/>
      </w:pPr>
      <w:r>
        <w:t>ہاں جس نے کوئی برائی کی اور اس کے گناہ نے اس کو اپنے گھیرے میں لے لیا تو وہی لوگ دوزخ والے ہیں۔ وہ اس میں ہمیشہ رہیں گے۔</w:t>
      </w:r>
    </w:p>
    <w:p>
      <w:r>
        <w:rPr>
          <w:b/>
        </w:rPr>
        <w:t xml:space="preserve">[20:05] </w:t>
      </w:r>
      <w:r>
        <w:t>aur jo iman laye aur jinhon ne naik amal kiye woh jannat walay log hain. woh is mein hamesha rahen gay.</w:t>
      </w:r>
    </w:p>
    <w:p>
      <w:pPr>
        <w:jc w:val="right"/>
      </w:pPr>
      <w:r>
        <w:t>اور جو ایمان لائے اور جنہوں نے نیک عمل کیے وہ جنت والے لوگ ہیں۔ وہ اس میں ہمیشہ رہیں گے۔</w:t>
      </w:r>
    </w:p>
    <w:p>
      <w:r>
        <w:rPr>
          <w:b/>
        </w:rPr>
        <w:t xml:space="preserve">[20:15] </w:t>
      </w:r>
      <w:r>
        <w:t>aur jab hum ne bani israel se ehad liya ke tum Allah ke siwa kisi ki ibadat na karoge aur nek sulook karoge maa baap ke sath, qarabtdaron ke sath, yateemon aur miskeenon ke sath.</w:t>
      </w:r>
    </w:p>
    <w:p>
      <w:pPr>
        <w:jc w:val="right"/>
      </w:pPr>
      <w:r>
        <w:t>اور جب ہم نے بنی اسرائیل سے عہد لیا کہ تم اللہ کے سوا کسی کی عبادت نہ کرو گے اور نیک سلوک کرو گے ماں باپ کے ساتھ، قرابت داروں کے ساتھ، یتیموں اور مسکینوں کے ساتھ۔</w:t>
      </w:r>
    </w:p>
    <w:p>
      <w:r>
        <w:rPr>
          <w:b/>
        </w:rPr>
        <w:t xml:space="preserve">[20:30] </w:t>
      </w:r>
      <w:r>
        <w:t>aur yeh ke logon se achi baat kaho. aur namaz qaim karo aur zakat ada karo. phir tum is se phir gaye siwaye thore logon ke aur tum iqrar kar ke is se hat jane wale log ho.</w:t>
      </w:r>
    </w:p>
    <w:p>
      <w:pPr>
        <w:jc w:val="right"/>
      </w:pPr>
      <w:r>
        <w:t>اور یہ کہ لوگوں سے اچھی بات کہو۔ اور نماز قائم کرو اور زکوۃ ادا کرو۔ پھر تم اس سے پھر گئے سوائے تھوڑے لوگوں کے اور تم اقرار کر کے اس سے ہٹ جانے والے لوگ ہو۔</w:t>
      </w:r>
    </w:p>
    <w:p>
      <w:r>
        <w:rPr>
          <w:b/>
        </w:rPr>
        <w:t xml:space="preserve">[20:45] </w:t>
      </w:r>
      <w:r>
        <w:t>aur jab hum ne tum se yeh ehad liya ke tum apnon ka khoon na bahoge aur apne logon ko apni bastiyon se na nikaloge.</w:t>
      </w:r>
    </w:p>
    <w:p>
      <w:pPr>
        <w:jc w:val="right"/>
      </w:pPr>
      <w:r>
        <w:t>اور جب ہم نے تم سے یہ عہد لیا کہ تم اپنوں کا خون نہ بہاؤ گے اور اپنے لوگوں کو اپنی بستیوں سے نہ نکالو گے۔</w:t>
      </w:r>
    </w:p>
    <w:p>
      <w:r>
        <w:rPr>
          <w:b/>
        </w:rPr>
        <w:t xml:space="preserve">[20:54] </w:t>
      </w:r>
      <w:r>
        <w:t>phir tum ne iqrar kiya aur tum is ke gawah ho. phir tum hi woh ho ke apnon ko qatal karte ho aur apne hi ek giroh ko un ki bastiyon se nikalte ho.</w:t>
      </w:r>
    </w:p>
    <w:p>
      <w:pPr>
        <w:jc w:val="right"/>
      </w:pPr>
      <w:r>
        <w:t>پھر تم نے اقرار کیا اور تم اس کے گواہ ہو۔ پھر تم ہی وہ ہو کہ اپنوں کو قتل کرتے ہو اور اپنے ہی ایک گروہ کو ان کی بستیوں سے نکالتے ہو۔</w:t>
      </w:r>
    </w:p>
    <w:p>
      <w:r>
        <w:rPr>
          <w:b/>
        </w:rPr>
        <w:t xml:space="preserve">[21:06] </w:t>
      </w:r>
      <w:r>
        <w:t>un ke muqable mein un ke dushmanon ki madad karte ho. gunah aur zulm ke sath. phir agar woh tumhare pas qaid ho kar ate hain to tum fidiya de kar un ko chhudate ho.</w:t>
      </w:r>
    </w:p>
    <w:p>
      <w:pPr>
        <w:jc w:val="right"/>
      </w:pPr>
      <w:r>
        <w:t>ان کے مقابلے میں ان کے دشمنوں کی مدد کرتے ہو۔ گناہ اور ظلم کے ساتھ۔ پھر اگر وہ تمہارے پاس قید ہو کر آتے ہیں تو تم فدیہ دے کر ان کو چھڑاتے ہو۔</w:t>
      </w:r>
    </w:p>
    <w:p>
      <w:r>
        <w:rPr>
          <w:b/>
        </w:rPr>
        <w:t xml:space="preserve">[21:19] </w:t>
      </w:r>
      <w:r>
        <w:t>halanke khud un ka nikalna tumhare upar haram tha. kya tum kitab ilahi ke ek hisse ko mante ho aur ek hisse ka inkar karte ho?</w:t>
      </w:r>
    </w:p>
    <w:p>
      <w:pPr>
        <w:jc w:val="right"/>
      </w:pPr>
      <w:r>
        <w:t>حالانکہ خود ان کا نکالنا تمہارے اوپر حرام تھا۔ کیا تم کتاب الہی کے ایک حصے کو مانتے ہو اور ایک حصے کا انکار کرتے ہو؟</w:t>
      </w:r>
    </w:p>
    <w:p>
      <w:r>
        <w:rPr>
          <w:b/>
        </w:rPr>
        <w:t xml:space="preserve">[21:31] </w:t>
      </w:r>
      <w:r>
        <w:t>pas tum mein se jo log aisa karein un ki saza is ke siwa kya hai ke un ko dunya ki zindagi mein ruswai ho aur qayamat ke din un ko sakht azab mein dal diya jaye.</w:t>
      </w:r>
    </w:p>
    <w:p>
      <w:pPr>
        <w:jc w:val="right"/>
      </w:pPr>
      <w:r>
        <w:t>پس تم میں سے جو لوگ ایسا کریں ان کی سزا اس کے سوا کیا ہے کہ ان کو دنیا کی زندگی میں رسوائی ہو اور قیامت کے دن ان کو سخت عذاب میں ڈال دیا جائے۔</w:t>
      </w:r>
    </w:p>
    <w:p>
      <w:r>
        <w:rPr>
          <w:b/>
        </w:rPr>
        <w:t xml:space="preserve">[21:44] </w:t>
      </w:r>
      <w:r>
        <w:t>aur Allah is cheez se be khabar nahi jo tum kar rahe ho. yahi log hain jinhone akhirat ke badle dunya ki zindagi khareedi.</w:t>
      </w:r>
    </w:p>
    <w:p>
      <w:pPr>
        <w:jc w:val="right"/>
      </w:pPr>
      <w:r>
        <w:t>اور اللہ اس چیز سے بے خبر نہیں جو تم کر رہے ہو۔ یہی لوگ ہیں جنہوں نے آخرت کے بدلے دنیا کی زندگی خریدی۔</w:t>
      </w:r>
    </w:p>
    <w:p>
      <w:r>
        <w:rPr>
          <w:b/>
        </w:rPr>
        <w:t xml:space="preserve">[21:54] </w:t>
      </w:r>
      <w:r>
        <w:t>pas na un ka azab halka kiya jayega aur na un ko madad pahunchegi. aur hum ne Musa ko kitab di aur is ke baad pe dar pe rasool bheje.</w:t>
      </w:r>
    </w:p>
    <w:p>
      <w:pPr>
        <w:jc w:val="right"/>
      </w:pPr>
      <w:r>
        <w:t>پس نہ ان کا عذاب ہلکا کیا جائے گا اور نہ ان کو مدد پہنچے گی۔ اور ہم نے موسیٰ کو کتاب دی اور اس کے بعد پے در پے رسول بھیجے۔</w:t>
      </w:r>
    </w:p>
    <w:p>
      <w:r>
        <w:rPr>
          <w:b/>
        </w:rPr>
        <w:t xml:space="preserve">[22:05] </w:t>
      </w:r>
      <w:r>
        <w:t>aur Isa ibn Maryam ko khuli khuli nishaniyan dein. aur rooh e pak se is ki taeed ki. to jab bhi koi rasool tumhare pas woh cheez le kar aya jis ko tumhara dil nahi chahta tha to tum ne takabbur kiya.</w:t>
      </w:r>
    </w:p>
    <w:p>
      <w:pPr>
        <w:jc w:val="right"/>
      </w:pPr>
      <w:r>
        <w:t>اور عیسیٰ ابن مریم کو کھلی کھلی نشانیاں دیں۔ اور روح پاک سے اس کی تائید کی۔ تو جب بھی کوئی رسول تمہارے پاس وہ چیز لے کر آیا جس کو تمہارا دل نہیں چاہتا تھا تو تم نے تکبر کیا۔</w:t>
      </w:r>
    </w:p>
    <w:p>
      <w:r>
        <w:rPr>
          <w:b/>
        </w:rPr>
        <w:t xml:space="preserve">[22:21] </w:t>
      </w:r>
      <w:r>
        <w:t>phir ek jamaat ko jhutlaya aur ek jamaat ko maar dala. aur yehud kehte hain ke hamare dil band hain. nahi balkeh Allah ne un ke inkar ki wajah se un par lanat kar di hai.</w:t>
      </w:r>
    </w:p>
    <w:p>
      <w:pPr>
        <w:jc w:val="right"/>
      </w:pPr>
      <w:r>
        <w:t>پھر ایک جماعت کو جھٹلایا اور ایک جماعت کو مار ڈالا۔ اور یہود کہتے ہیں کہ ہمارے دل بند ہیں۔ نہیں بلکہ اللہ نے ان کے انکار کی وجہ سے ان پر لعنت کر دی ہے۔</w:t>
      </w:r>
    </w:p>
    <w:p>
      <w:r>
        <w:rPr>
          <w:b/>
        </w:rPr>
        <w:t xml:space="preserve">[22:35] </w:t>
      </w:r>
      <w:r>
        <w:t>is liye woh bohat kam iman late hain. aur jab ayi Allah ki taraf se un ke pas ek kitab jo sacha karne wali hai is ko jo un ke pas hai aur woh pehle se munkiron par fateh manga karte the.</w:t>
      </w:r>
    </w:p>
    <w:p>
      <w:pPr>
        <w:jc w:val="right"/>
      </w:pPr>
      <w:r>
        <w:t>اس لیے وہ بہت کم ایمان لاتے ہیں۔ اور جب آئی اللہ کی طرف سے ان کے پاس ایک کتاب جو سچا کرنے والی ہے اس کو جو ان کے پاس ہے اور وہ پہلے سے منکروں پر فتح مانگا کرتے تھے۔</w:t>
      </w:r>
    </w:p>
    <w:p>
      <w:r>
        <w:rPr>
          <w:b/>
        </w:rPr>
        <w:t xml:space="preserve">[22:50] </w:t>
      </w:r>
      <w:r>
        <w:t>phir jab ayi un ke pas woh cheez jis ko unhone pehchan rakha tha to unhone is ka inkar kar diya. pas Allah ki lanat hai inkar karne walon par.</w:t>
      </w:r>
    </w:p>
    <w:p>
      <w:pPr>
        <w:jc w:val="right"/>
      </w:pPr>
      <w:r>
        <w:t>پھر جب آئی ان کے پاس وہ چیز جس کو انہوں نے پہچان رکھا تھا تو انہوں نے اس کا انکار کر دیا۔ پس اللہ کی لعنت ہے انکار کرنے والوں پر۔</w:t>
      </w:r>
    </w:p>
    <w:p>
      <w:r>
        <w:rPr>
          <w:b/>
        </w:rPr>
        <w:t xml:space="preserve">[23:03] </w:t>
      </w:r>
      <w:r>
        <w:t>kaisi buri hai woh cheez jis se unhone apni janon ka mol kiya ke woh inkar kar rahe hain Allah ke utare hue kalam ka.</w:t>
      </w:r>
    </w:p>
    <w:p>
      <w:pPr>
        <w:jc w:val="right"/>
      </w:pPr>
      <w:r>
        <w:t>کیسی بری ہے وہ چیز جس سے انہوں نے اپنی جانوں کا مول کیا کہ وہ انکار کر رہے ہیں اللہ کے اتارے ہوئے کلام کا۔</w:t>
      </w:r>
    </w:p>
    <w:p>
      <w:r>
        <w:rPr>
          <w:b/>
        </w:rPr>
        <w:t xml:space="preserve">[23:12] </w:t>
      </w:r>
      <w:r>
        <w:t>is zid ki bina par ke Allah apne fazal se apne bando mein se jis par chahe utare. pas woh ghusse par ghussa kama kar laye.</w:t>
      </w:r>
    </w:p>
    <w:p>
      <w:pPr>
        <w:jc w:val="right"/>
      </w:pPr>
      <w:r>
        <w:t>اس ضد کی بنا پر کہ اللہ اپنے فضل سے اپنے بندوں میں سے جس پر چاہے اتارے۔ پس وہ غصے پر غصہ کما کر لائے۔</w:t>
      </w:r>
    </w:p>
    <w:p>
      <w:r>
        <w:rPr>
          <w:b/>
        </w:rPr>
        <w:t xml:space="preserve">[23:22] </w:t>
      </w:r>
      <w:r>
        <w:t>aur inkar karne walon ke liye zalat ka azab hai. aur jab un se kaha jata hai ke is kalam par iman lao jo Allah ne utara hai to woh kehte hain ke hum is par iman rakhte hain jo hamare upar utra hai.</w:t>
      </w:r>
    </w:p>
    <w:p>
      <w:pPr>
        <w:jc w:val="right"/>
      </w:pPr>
      <w:r>
        <w:t>اور انکار کرنے والوں کے لیے ذلت کا عذاب ہے۔ اور جب ان سے کہا جاتا ہے کہ اس کلام پر ایمان لاؤ جو اللہ نے اتارا ہے تو وہ کہتے ہیں کہ ہم اس پر ایمان رکھتے ہیں جو ہمارے اوپر اترا ہے۔</w:t>
      </w:r>
    </w:p>
    <w:p>
      <w:r>
        <w:rPr>
          <w:b/>
        </w:rPr>
        <w:t xml:space="preserve">[23:38] </w:t>
      </w:r>
      <w:r>
        <w:t>aur woh is kalam ka inkar karte hain jo is ke peechay aya hai. halanke woh haq hai aur sacha karne wala hai is ka jo un ke pas hai.</w:t>
      </w:r>
    </w:p>
    <w:p>
      <w:pPr>
        <w:jc w:val="right"/>
      </w:pPr>
      <w:r>
        <w:t>اور وہ اس کلام کا انکار کرتے ہیں جو اس کے پیچھے آیا ہے۔ حالانکہ وہ حق ہے اور سچا کرنے والا ہے اس کا جو ان کے پاس ہے۔</w:t>
      </w:r>
    </w:p>
    <w:p>
      <w:r>
        <w:rPr>
          <w:b/>
        </w:rPr>
        <w:t xml:space="preserve">[23:50] </w:t>
      </w:r>
      <w:r>
        <w:t>kaho agar tum iman wale ho to tum Allah ke paighambaron ko is se pehle kyun qatal karte rahe ho? aur Musa tumhare pas khuli nishaniyan le kar aya.</w:t>
      </w:r>
    </w:p>
    <w:p>
      <w:pPr>
        <w:jc w:val="right"/>
      </w:pPr>
      <w:r>
        <w:t>کہو اگر تم ایمان والے ہو تو تم اللہ کے پیغمبروں کو اس سے پہلے کیوں قتل کرتے رہے ہو؟ اور موسیٰ تمہارے پاس کھلی نشانیاں لے کر آیا۔</w:t>
      </w:r>
    </w:p>
    <w:p>
      <w:r>
        <w:rPr>
          <w:b/>
        </w:rPr>
        <w:t xml:space="preserve">[24:02] </w:t>
      </w:r>
      <w:r>
        <w:t>phir tum ne is ke peechay bachhde ko mabood bana liya. aur tum zulm karne wale ho. aur jab hum ne tum se ehad liya aur Toor pahad ko tumhare upar khada kiya.</w:t>
      </w:r>
    </w:p>
    <w:p>
      <w:pPr>
        <w:jc w:val="right"/>
      </w:pPr>
      <w:r>
        <w:t>پھر تم نے اس کے پیچھے بچھڑے کو معبود بنا لیا۔ اور تم ظلم کرنے والے ہو۔ اور جب ہم نے تم سے عہد لیا اور طور پہاڑ کو تمہارے اوپر کھڑا کیا۔</w:t>
      </w:r>
    </w:p>
    <w:p>
      <w:r>
        <w:rPr>
          <w:b/>
        </w:rPr>
        <w:t xml:space="preserve">[24:14] </w:t>
      </w:r>
      <w:r>
        <w:t>jo hukum hum ne tum ko diya hai us ko mazbooti ke sath pakro aur suno. unhone kaha hum ne suna aur hum ne nahi mana.</w:t>
      </w:r>
    </w:p>
    <w:p>
      <w:pPr>
        <w:jc w:val="right"/>
      </w:pPr>
      <w:r>
        <w:t>جو حکم ہم نے تم کو دیا ہے اس کو مضبوطی کے ساتھ پکڑو اور سنو۔ انہوں نے کہا ہم نے سنا اور ہم نے نہیں مانا۔</w:t>
      </w:r>
    </w:p>
    <w:p>
      <w:r>
        <w:rPr>
          <w:b/>
        </w:rPr>
        <w:t xml:space="preserve">[24:24] </w:t>
      </w:r>
      <w:r>
        <w:t>aur un ke kufr ke sabab se bachhda un ke dilon mein rach bas gaya. kaho agar tum iman wale ho to kaisi buri hai woh cheez jo tumhara iman tum ko sikhata hai.</w:t>
      </w:r>
    </w:p>
    <w:p>
      <w:pPr>
        <w:jc w:val="right"/>
      </w:pPr>
      <w:r>
        <w:t>اور ان کے کفر کے سبب سے بچھڑا ان کے دلوں میں رچ بس گیا۔ کہو اگر تم ایمان والے ہو تو کیسی بری ہے وہ چیز جو تمہارا ایمان تم کو سکھاتا ہے۔</w:t>
      </w:r>
    </w:p>
    <w:p>
      <w:r>
        <w:rPr>
          <w:b/>
        </w:rPr>
        <w:t xml:space="preserve">[24:37] </w:t>
      </w:r>
      <w:r>
        <w:t>kaho agar Allah ke yahan akhirat ka ghar khaas tumhare liye hai doosron ko chhod kar to tum marne ki aarzu karo.</w:t>
      </w:r>
    </w:p>
    <w:p>
      <w:pPr>
        <w:jc w:val="right"/>
      </w:pPr>
      <w:r>
        <w:t>کہو اگر اللہ کے یہاں آخرت کا گھر خاص تمہارے لیے ہے دوسروں کو چھوڑ کر تو تم مرنے کی آرزو کرو۔</w:t>
      </w:r>
    </w:p>
    <w:p>
      <w:r>
        <w:rPr>
          <w:b/>
        </w:rPr>
        <w:t xml:space="preserve">[24:47] </w:t>
      </w:r>
      <w:r>
        <w:t>agar tum sachhe ho. magar woh kabhi is ki aarzu na karenge. sabab is ke jo woh apne aage bhej chuke hain.</w:t>
      </w:r>
    </w:p>
    <w:p>
      <w:pPr>
        <w:jc w:val="right"/>
      </w:pPr>
      <w:r>
        <w:t>اگر تم سچے ہو۔ مگر وہ کبھی اس کی آرزو نہ کریں گے۔ بسبب اس کے جو وہ اپنے آگے بھیج چکے ہیں۔</w:t>
      </w:r>
    </w:p>
    <w:p>
      <w:r>
        <w:rPr>
          <w:b/>
        </w:rPr>
        <w:t xml:space="preserve">[24:57] </w:t>
      </w:r>
      <w:r>
        <w:t>aur Allah khoob janta hai zalimon ko. aur tum un ko zindagi ka sab se zyada haris paoge un logon se bhi zyada jo mushrik hain.</w:t>
      </w:r>
    </w:p>
    <w:p>
      <w:pPr>
        <w:jc w:val="right"/>
      </w:pPr>
      <w:r>
        <w:t>اور اللہ خوب جانتا ہے ظالموں کو۔ اور تم ان کو زندگی کا سب سے زیادہ حریص پاؤ گے ان لوگوں سے بھی زیادہ جو مشرک ہیں۔</w:t>
      </w:r>
    </w:p>
    <w:p>
      <w:r>
        <w:rPr>
          <w:b/>
        </w:rPr>
        <w:t xml:space="preserve">[25:07] </w:t>
      </w:r>
      <w:r>
        <w:t>un mein se har ek yeh chahta hai ke hazar baras ki umar paye. halanke itna jeena bhi us ko azab se bacha nahi sakta.</w:t>
      </w:r>
    </w:p>
    <w:p>
      <w:pPr>
        <w:jc w:val="right"/>
      </w:pPr>
      <w:r>
        <w:t>ان میں سے ہر ایک یہ چاہتا ہے کہ ہزار برس کی عمر پائے۔ حالانکہ اتنا جینا بھی اس کو عذاب سے بچا نہیں سکتا۔</w:t>
      </w:r>
    </w:p>
    <w:p>
      <w:r>
        <w:rPr>
          <w:b/>
        </w:rPr>
        <w:t xml:space="preserve">[25:17] </w:t>
      </w:r>
      <w:r>
        <w:t>aur allah dekhta hai jo kuch woh kar rahe hain. kaho ke jo koi jibril ka mukhalif hai to us ne is kalam ko tumhare dil par allah ke hukum se utara hai.</w:t>
      </w:r>
    </w:p>
    <w:p>
      <w:pPr>
        <w:jc w:val="right"/>
      </w:pPr>
      <w:r>
        <w:t>اور اللہ دیکھتا ہے جو کچھ وہ کر رہے ہیں۔ کہو کہ جو کوئی جبرائیل کا مخالف ہے تو اس نے اس کلام کو تمہارے دل پر اللہ کے حکم سے اتارا ہے۔</w:t>
      </w:r>
    </w:p>
    <w:p>
      <w:r>
        <w:rPr>
          <w:b/>
        </w:rPr>
        <w:t xml:space="preserve">[25:30] </w:t>
      </w:r>
      <w:r>
        <w:t>woh sacha karne wala hai is ka jo is ke aage hai aur woh hidayat aur khushkhabri hai iman walon ke liye.</w:t>
      </w:r>
    </w:p>
    <w:p>
      <w:pPr>
        <w:jc w:val="right"/>
      </w:pPr>
      <w:r>
        <w:t>وہ سچا کرنے والا ہے اس کا جو اس کے آگے ہے اور وہ ہدایت اور خوشخبری ہے ایمان والوں کے لیے۔</w:t>
      </w:r>
    </w:p>
    <w:p>
      <w:r>
        <w:rPr>
          <w:b/>
        </w:rPr>
        <w:t xml:space="preserve">[25:39] </w:t>
      </w:r>
      <w:r>
        <w:t>jo koi dushman ho allah ka aur us ke farishton ka aur us ke rasoolon ka aur jibril aur mikail ka to allah aise munkiron ka dushman hai.</w:t>
      </w:r>
    </w:p>
    <w:p>
      <w:pPr>
        <w:jc w:val="right"/>
      </w:pPr>
      <w:r>
        <w:t>جو کوئی دشمن ہو اللہ کا اور اس کے فرشتوں کا اور اس کے رسولوں کا اور جبرائیل اور میکائیل کا تو اللہ ایسے منکروں کا دشمن ہے۔</w:t>
      </w:r>
    </w:p>
    <w:p>
      <w:r>
        <w:rPr>
          <w:b/>
        </w:rPr>
        <w:t xml:space="preserve">[25:51] </w:t>
      </w:r>
      <w:r>
        <w:t>aur hum ne tumhare upar wazeh nishaniyan utari aur koi un ka inkar nahi karta. magar wohi log jo had se guzar jane wale hain.</w:t>
      </w:r>
    </w:p>
    <w:p>
      <w:pPr>
        <w:jc w:val="right"/>
      </w:pPr>
      <w:r>
        <w:t>اور ہم نے تمہارے اوپر واضح نشانیاں اتاریں اور کوئی ان کا انکار نہیں کرتا۔ مگر وہی لوگ جو حد سے گزر جانے والے ہیں۔</w:t>
      </w:r>
    </w:p>
    <w:p>
      <w:r>
        <w:rPr>
          <w:b/>
        </w:rPr>
        <w:t xml:space="preserve">[26:03] </w:t>
      </w:r>
      <w:r>
        <w:t>kya jab bhi woh koi wada karen ge to un ka ek giroh is ko tod phenke ga? balkeh un mein se aksar iman nahi rakhte.</w:t>
      </w:r>
    </w:p>
    <w:p>
      <w:pPr>
        <w:jc w:val="right"/>
      </w:pPr>
      <w:r>
        <w:t>کیا جب بھی وہ کوئی وعدہ کریں گے تو ان کا ایک گروہ اس کو توڑ پھینکے گا؟ بلکہ ان میں سے اکثر ایمان نہیں رکھتے۔</w:t>
      </w:r>
    </w:p>
    <w:p>
      <w:r>
        <w:rPr>
          <w:b/>
        </w:rPr>
        <w:t xml:space="preserve">[26:13] </w:t>
      </w:r>
      <w:r>
        <w:t>aur jab un ke paas allah ki taraf se ek rasool aya jo sacha karne wala tha is cheez ka jo un ke paas hai to un logon ne jin ko kitab di gai thi allah ki kitab ko is tarah peeth peeche phenk diya goya woh is ko jante hi nahi.</w:t>
      </w:r>
    </w:p>
    <w:p>
      <w:pPr>
        <w:jc w:val="right"/>
      </w:pPr>
      <w:r>
        <w:t>اور جب ان کے پاس اللہ کی طرف سے ایک رسول آیا جو سچا کرنے والا تھا اس چیز کا جو ان کے پاس ہے تو ان لوگوں نے جن کو کتاب دی گئی تھی اللہ کی کتاب کو اس طرح پیٹھ پیچھے پھینک دیا گویا وہ اس کو جانتے ہی نہیں۔</w:t>
      </w:r>
    </w:p>
    <w:p>
      <w:r>
        <w:rPr>
          <w:b/>
        </w:rPr>
        <w:t xml:space="preserve">[26:31] </w:t>
      </w:r>
      <w:r>
        <w:t>aur woh is cheez ke peeche pad gaye jis ko shaitin sulaiman ki saltanat par laga kar parhte the. halankeh sulaiman ne kufr nahi kiya balkeh yeh shaitin the jinhone kufr kiya.</w:t>
      </w:r>
    </w:p>
    <w:p>
      <w:pPr>
        <w:jc w:val="right"/>
      </w:pPr>
      <w:r>
        <w:t>اور وہ اس چیز کے پیچھے پڑ گئے جس کو شیاطین سلیمان کی سلطنت پر لگا کر پڑھتے تھے۔ حالانکہ سلیمان نے کفر نہیں کیا بلکہ یہ شیاطین تھے جنہوں نے کفر کیا۔</w:t>
      </w:r>
    </w:p>
    <w:p>
      <w:r>
        <w:rPr>
          <w:b/>
        </w:rPr>
        <w:t xml:space="preserve">[26:46] </w:t>
      </w:r>
      <w:r>
        <w:t>woh logon ko jadu sikhate the. aur woh is cheez mein pad gaye jo babal mein do farishton haroot aur maroot par utari gai.</w:t>
      </w:r>
    </w:p>
    <w:p>
      <w:pPr>
        <w:jc w:val="right"/>
      </w:pPr>
      <w:r>
        <w:t>وہ لوگوں کو جادو سکھاتے تھے۔ اور وہ اس چیز میں پڑ گئے جو بابل میں دو فرشتوں ہاروت اور ماروت پر اتاری گئی۔</w:t>
      </w:r>
    </w:p>
    <w:p>
      <w:r>
        <w:rPr>
          <w:b/>
        </w:rPr>
        <w:t xml:space="preserve">[26:55] </w:t>
      </w:r>
      <w:r>
        <w:t>jabke un ka haal yeh tha ke jab bhi woh kisi ko apna yeh fun sikhate to us se keh dete ke hum to azmaish ke liye hain.</w:t>
      </w:r>
    </w:p>
    <w:p>
      <w:pPr>
        <w:jc w:val="right"/>
      </w:pPr>
      <w:r>
        <w:t>جبکہ ان کا حال یہ تھا کہ جب بھی وہ کسی کو اپنا یہ فن سکھاتے تو اس سے کہہ دیتے کہ ہم تو آزمائش کے لیے ہیں۔</w:t>
      </w:r>
    </w:p>
    <w:p>
      <w:r>
        <w:rPr>
          <w:b/>
        </w:rPr>
        <w:t xml:space="preserve">[27:05] </w:t>
      </w:r>
      <w:r>
        <w:t>pas tum munkir na bano. magar woh un se woh cheez sikhte jis se mard aur us ki aurat ke darmiyan judai dalte hain.</w:t>
      </w:r>
    </w:p>
    <w:p>
      <w:pPr>
        <w:jc w:val="right"/>
      </w:pPr>
      <w:r>
        <w:t>پس تم منکر نہ بنو۔ مگر وہ ان سے وہ چیز سیکھتے جس سے مرد اور اس کی عورت کے درمیان جدائی ڈالتے ہیں۔</w:t>
      </w:r>
    </w:p>
    <w:p>
      <w:r>
        <w:rPr>
          <w:b/>
        </w:rPr>
        <w:t xml:space="preserve">[27:16] </w:t>
      </w:r>
      <w:r>
        <w:t>halankeh woh allah ke azn ke baghair is se kisi ka kuch bigar nahi sakte the. aur woh aisi cheez sikhte jo un ko nuksan pahunchaye aur nafa na de.</w:t>
      </w:r>
    </w:p>
    <w:p>
      <w:pPr>
        <w:jc w:val="right"/>
      </w:pPr>
      <w:r>
        <w:t>حالانکہ وہ اللہ کے اذن کے بغیر اس سے کسی کا کچھ بگاڑ نہیں سکتے تھے۔ اور وہ ایسی چیز سیکھتے جو ان کو نقصان پہنچائے اور نفع نہ دے۔</w:t>
      </w:r>
    </w:p>
    <w:p>
      <w:r>
        <w:rPr>
          <w:b/>
        </w:rPr>
        <w:t xml:space="preserve">[27:28] </w:t>
      </w:r>
      <w:r>
        <w:t>aur woh jante the ke jo koi is cheez ka kharidar ho akhirat mein is ka koi hissa nahi. kaisi buri cheez hai jis ke badle unhone apni janon ko bech dala.</w:t>
      </w:r>
    </w:p>
    <w:p>
      <w:pPr>
        <w:jc w:val="right"/>
      </w:pPr>
      <w:r>
        <w:t>اور وہ جانتے تھے کہ جو کوئی اس چیز کا خریدار ہو آخرت میں اس کا کوئی حصہ نہیں۔ کیسی بری چیز ہے جس کے بدلے انہوں نے اپنی جانوں کو بیچ ڈالا۔</w:t>
      </w:r>
    </w:p>
    <w:p>
      <w:r>
        <w:rPr>
          <w:b/>
        </w:rPr>
        <w:t xml:space="preserve">[27:41] </w:t>
      </w:r>
      <w:r>
        <w:t>kash woh is ko samajhte. aur agar woh momin bante aur taqwa ikhtiyar karte to allah ka badla un ke liye behtar tha.</w:t>
      </w:r>
    </w:p>
    <w:p>
      <w:pPr>
        <w:jc w:val="right"/>
      </w:pPr>
      <w:r>
        <w:t>کاش وہ اس کو سمجھتے۔ اور اگر وہ مومن بنتے اور تقویٰ اختیار کرتے تو اللہ کا بدلہ ان کے لیے بہتر تھا۔</w:t>
      </w:r>
    </w:p>
    <w:p>
      <w:r>
        <w:rPr>
          <w:b/>
        </w:rPr>
        <w:t xml:space="preserve">[27:52] </w:t>
      </w:r>
      <w:r>
        <w:t>kash woh is ko samajhte. aye iman</w:t>
      </w:r>
    </w:p>
    <w:p>
      <w:pPr>
        <w:jc w:val="right"/>
      </w:pPr>
      <w:r>
        <w:t>کاش وہ اس کو سمجھتے۔ اے ایمان</w:t>
      </w:r>
    </w:p>
    <w:p>
      <w:r>
        <w:rPr>
          <w:b/>
        </w:rPr>
        <w:t xml:space="preserve">[27:57] </w:t>
      </w:r>
      <w:r>
        <w:t>walon! tum raina na kaho balkeh anzar na kaho. aur suno. aur inkar karne walon ke liye dardnak saza hai.</w:t>
      </w:r>
    </w:p>
    <w:p>
      <w:pPr>
        <w:jc w:val="right"/>
      </w:pPr>
      <w:r>
        <w:t>والوں! تم رائنہ نہ کہو بلکہ انظر نہ کہو۔ اور سنو۔ اور انکار کرنے والوں کے لیے دردناک سزا ہے۔</w:t>
      </w:r>
    </w:p>
    <w:p>
      <w:r>
        <w:rPr>
          <w:b/>
        </w:rPr>
        <w:t xml:space="preserve">[28:08] </w:t>
      </w:r>
      <w:r>
        <w:t>jin logon ne inkar kiya chahe ahl-e-kitab hon ya mushrikin woh nahi jante ke tumhare upar tumhare rab ki taraf se koi bhalai utri.</w:t>
      </w:r>
    </w:p>
    <w:p>
      <w:pPr>
        <w:jc w:val="right"/>
      </w:pPr>
      <w:r>
        <w:t>جن لوگوں نے انکار کیا چاہے اہل کتاب ہوں یا مشرکین وہ نہیں جانتے کہ تمہارے اوپر تمہارے رب کی طرف سے کوئی بھلائی اترے۔</w:t>
      </w:r>
    </w:p>
    <w:p>
      <w:r>
        <w:rPr>
          <w:b/>
        </w:rPr>
        <w:t xml:space="preserve">[28:18] </w:t>
      </w:r>
      <w:r>
        <w:t>aur allah jis ko chahta hai apni rehmat ke liye chun leta hai. allah bare fazl wala hai. hum jis ayat ko munsukh karte hain ya bhula dete hain to us se behtar ya us ke misl doosri late hain.</w:t>
      </w:r>
    </w:p>
    <w:p>
      <w:pPr>
        <w:jc w:val="right"/>
      </w:pPr>
      <w:r>
        <w:t>اور اللہ جس کو چاہتا ہے اپنی رحمت کے لیے چن لیتا ہے۔ اللہ بڑے فضل والا ہے۔ ہم جس آیت کو ملتوی کرتے ہیں یا بھلا دیتے ہیں تو اس سے بہتر یا اس کے مثل دوسری لاتے ہیں۔</w:t>
      </w:r>
    </w:p>
    <w:p>
      <w:r>
        <w:rPr>
          <w:b/>
        </w:rPr>
        <w:t xml:space="preserve">[28:35] </w:t>
      </w:r>
      <w:r>
        <w:t>kya tum nahi jante ke allah har cheez par qudrat rakhta hai? kya tum nahi jante ke allah hi ke liye asmanon aur zameen ki badshahi hai?</w:t>
      </w:r>
    </w:p>
    <w:p>
      <w:pPr>
        <w:jc w:val="right"/>
      </w:pPr>
      <w:r>
        <w:t>کیا تم نہیں جانتے کہ اللہ ہر چیز پر قدرت رکھتا ہے؟ کیا تم نہیں جانتے کہ اللہ ہی کے لیے آسمانوں اور زمین کی بادشاہی ہے؟</w:t>
      </w:r>
    </w:p>
    <w:p>
      <w:r>
        <w:rPr>
          <w:b/>
        </w:rPr>
        <w:t xml:space="preserve">[28:46] </w:t>
      </w:r>
      <w:r>
        <w:t>aur tumhare liye allah ke siwa na koi dost hai aur na koi madadgar. kya tum chahte ho ke apne rasool se sawalat karo jis tarah is se pehle moosa se sawalat kiye gaye?</w:t>
      </w:r>
    </w:p>
    <w:p>
      <w:pPr>
        <w:jc w:val="right"/>
      </w:pPr>
      <w:r>
        <w:t>اور تمہارے لیے اللہ کے سوا نہ کوئی دوست ہے اور نہ کوئی مددگار۔ کیا تم چاہتے ہو کہ اپنے رسول سے سوالات کرو جس طرح اس سے پہلے موسیٰ سے سوالات کیے گئے؟</w:t>
      </w:r>
    </w:p>
    <w:p>
      <w:r>
        <w:rPr>
          <w:b/>
        </w:rPr>
        <w:t xml:space="preserve">[29:01] </w:t>
      </w:r>
      <w:r>
        <w:t>aur jis shakhs ne iman ko inkar se badal liya woh yaqeenan seedhi rah se bhatak gaya. bohat se ahl-e-kitab dil se chahte hain ke tumhare momin ho jane ke baad woh kisi tarah phir tum ko munkir bana den.</w:t>
      </w:r>
    </w:p>
    <w:p>
      <w:pPr>
        <w:jc w:val="right"/>
      </w:pPr>
      <w:r>
        <w:t>اور جس شخص نے ایمان کو انکار سے بدل لیا وہ یقینا سیدھی راہ سے بھٹک گیا۔ بہت سے اہل کتاب دل سے چاہتے ہیں کہ تمہارے مومن ہو جانے کے بعد وہ کسی طرح پھر تم کو منکر بنا دیں۔</w:t>
      </w:r>
    </w:p>
    <w:p>
      <w:r>
        <w:rPr>
          <w:b/>
        </w:rPr>
        <w:t xml:space="preserve">[29:18] </w:t>
      </w:r>
      <w:r>
        <w:t>apne hasad ki wajah se. bawajood yeh ke haq un ke samne wazeh ho chuka hai. pas maaf karo.</w:t>
      </w:r>
    </w:p>
    <w:p>
      <w:pPr>
        <w:jc w:val="right"/>
      </w:pPr>
      <w:r>
        <w:t>اپنے حسد کی وجہ سے۔ باوجود یہ کہ حق ان کے سامنے واضح ہو چکا ہے۔ پس معاف کرو۔</w:t>
      </w:r>
    </w:p>
    <w:p>
      <w:r>
        <w:rPr>
          <w:b/>
        </w:rPr>
        <w:t xml:space="preserve">[29:26] </w:t>
      </w:r>
      <w:r>
        <w:t>aur darguzar karo. yahan tak ke allah ka faisla aa jaye. beshak allah har cheez par qudrat rakhta hai.</w:t>
      </w:r>
    </w:p>
    <w:p>
      <w:pPr>
        <w:jc w:val="right"/>
      </w:pPr>
      <w:r>
        <w:t>اور درگزر کرو۔ یہاں تک کہ اللہ کا فیصلہ آ جائے۔ بے شک اللہ ہر چیز پر قدرت رکھتا ہے۔</w:t>
      </w:r>
    </w:p>
    <w:p>
      <w:r>
        <w:rPr>
          <w:b/>
        </w:rPr>
        <w:t xml:space="preserve">[29:35] </w:t>
      </w:r>
      <w:r>
        <w:t>aur namaz qaim karo aur zakat ada karo aur jo bhalai tum apne liye aage bhejo ge us ko tum allah ke paas pao ge.</w:t>
      </w:r>
    </w:p>
    <w:p>
      <w:pPr>
        <w:jc w:val="right"/>
      </w:pPr>
      <w:r>
        <w:t>اور نماز قائم کرو اور زکوۃ ادا کرو اور جو بھلائی تم اپنے لیے آگے بھیجو گے اس کو تم اللہ کے پاس پاؤ گے۔</w:t>
      </w:r>
    </w:p>
    <w:p>
      <w:r>
        <w:rPr>
          <w:b/>
        </w:rPr>
        <w:t xml:space="preserve">[29:45] </w:t>
      </w:r>
      <w:r>
        <w:t>jo kuch tum karte ho. allah yaqeenan us ko dekh raha hai. aur woh kehte hain ke jannat mein sirf wohi log jayen ge jo yahoodi hon ya isai hon.</w:t>
      </w:r>
    </w:p>
    <w:p>
      <w:pPr>
        <w:jc w:val="right"/>
      </w:pPr>
      <w:r>
        <w:t>جو کچھ تم کرتے ہو۔ اللہ یقینا اس کو دیکھ رہا ہے۔ اور وہ کہتے ہیں کہ جنت میں صرف وہی لوگ جائیں گے جو یہودی ہوں یا عیسائی ہوں۔</w:t>
      </w:r>
    </w:p>
    <w:p>
      <w:r>
        <w:rPr>
          <w:b/>
        </w:rPr>
        <w:t xml:space="preserve">[29:58] </w:t>
      </w:r>
      <w:r>
        <w:t>yeh mahaz un ki aarzu'en hain. kaho ke lao apni dalil. agar tum sache ho. balkeh jis ne apne aap ko allah ke hawale kar diya aur woh mukhlis bhi hai to aise shakhs ke liye ajar hai us ke rab ke paas.</w:t>
      </w:r>
    </w:p>
    <w:p>
      <w:pPr>
        <w:jc w:val="right"/>
      </w:pPr>
      <w:r>
        <w:t>یہ محض ان کی آرزوئیں ہیں۔ کہو کہ لاؤ اپنی دلیل۔ اگر تم سچے ہو۔ بلکہ جس نے اپنے آپ کو اللہ کے حوالے کر دیا اور وہ مخلص بھی ہے تو ایسے شخص کے لیے اجر ہے اس کے رب کے پاس۔</w:t>
      </w:r>
    </w:p>
    <w:p>
      <w:r>
        <w:rPr>
          <w:b/>
        </w:rPr>
        <w:t xml:space="preserve">[30:15] </w:t>
      </w:r>
      <w:r>
        <w:t>un ke liye na koi dar hai aur na koi gham. aur yahood ne kaha ke nasara kisi cheez par nahi. aur nasara ne kaha ke yahood kisi cheez par nahi.</w:t>
      </w:r>
    </w:p>
    <w:p>
      <w:pPr>
        <w:jc w:val="right"/>
      </w:pPr>
      <w:r>
        <w:t>ان کے لیے نہ کوئی ڈر ہے اور نہ کوئی غم۔ اور یہود نے کہا کہ نصاریٰ کسی چیز پر نہیں۔ اور نصاریٰ نے کہا کہ یہود کسی چیز پر نہیں۔</w:t>
      </w:r>
    </w:p>
    <w:p>
      <w:r>
        <w:rPr>
          <w:b/>
        </w:rPr>
        <w:t xml:space="preserve">[30:28] </w:t>
      </w:r>
      <w:r>
        <w:t>aur woh sab aasmani kitab padhte hain. isi tarah un logon ne kaha jin ke paas ilm nahi inhi ka sa qaul.</w:t>
      </w:r>
    </w:p>
    <w:p>
      <w:pPr>
        <w:jc w:val="right"/>
      </w:pPr>
      <w:r>
        <w:t>اور وہ سب آسمانی کتاب پڑھتے ہیں۔ اسی طرح ان لوگوں نے کہا جن کے پاس علم نہیں انہی کا سا قول۔</w:t>
      </w:r>
    </w:p>
    <w:p>
      <w:r>
        <w:rPr>
          <w:b/>
        </w:rPr>
        <w:t xml:space="preserve">[30:39] </w:t>
      </w:r>
      <w:r>
        <w:t>bas Allah qayamat ke din is baat ka faisla karega jis mein yeh jhagad rahe the. aur is se badh kar zalim aur kaun hoga jo Allah ki masjidon ko is se roke ke wahan Allah ke naam ki yaad ki jaye.</w:t>
      </w:r>
    </w:p>
    <w:p>
      <w:pPr>
        <w:jc w:val="right"/>
      </w:pPr>
      <w:r>
        <w:t>بس اللہ قیامت کے دن اس بات کا فیصلہ کرے گا جس میں یہ جھگڑ رہے تھے۔ اور اس سے بڑھ کر ظالم اور کون ہوگا جو اللہ کی مسجدوں کو اس سے روکے کہ وہاں اللہ کے نام کی یاد کی جائے۔</w:t>
      </w:r>
    </w:p>
    <w:p>
      <w:r>
        <w:rPr>
          <w:b/>
        </w:rPr>
        <w:t xml:space="preserve">[30:53] </w:t>
      </w:r>
      <w:r>
        <w:t>aur un ko ujaadne ki koshish kare. un ka haal to yeh hona chahiye tha ke masjidon mein Allah se darte hue dakhil hon.</w:t>
      </w:r>
    </w:p>
    <w:p>
      <w:pPr>
        <w:jc w:val="right"/>
      </w:pPr>
      <w:r>
        <w:t>اور ان کو اجاڑنے کی کوشش کرے۔ ان کا حال تو یہ ہونا چاہیے تھا کہ مسجدوں میں اللہ سے ڈرتے ہوئے داخل ہوں۔</w:t>
      </w:r>
    </w:p>
    <w:p>
      <w:r>
        <w:rPr>
          <w:b/>
        </w:rPr>
        <w:t xml:space="preserve">[31:03] </w:t>
      </w:r>
      <w:r>
        <w:t>un ke liye dunya mein ruswai hai aur aakhirat mein un ke liye bhaari saza hai. aur poorab aur pashim Allah hi ke liye hain.</w:t>
      </w:r>
    </w:p>
    <w:p>
      <w:pPr>
        <w:jc w:val="right"/>
      </w:pPr>
      <w:r>
        <w:t>ان کے لیے دنیا میں رسوائی ہے اور آخرت میں ان کے لیے بھاری سزا ہے۔ اور پورب اور پچھم اللہ ہی کے لیے ہیں۔</w:t>
      </w:r>
    </w:p>
    <w:p>
      <w:r>
        <w:rPr>
          <w:b/>
        </w:rPr>
        <w:t xml:space="preserve">[31:13] </w:t>
      </w:r>
      <w:r>
        <w:t>tum jidhar rukh karo usi taraf Allah hai. yaqeenan Allah wusat wala hai. ilm wala hai.</w:t>
      </w:r>
    </w:p>
    <w:p>
      <w:pPr>
        <w:jc w:val="right"/>
      </w:pPr>
      <w:r>
        <w:t>تم جدھر رخ کرو اسی طرف اللہ ہے۔ یقینا اللہ وسعت والا ہے۔ علم والا ہے۔</w:t>
      </w:r>
    </w:p>
    <w:p>
      <w:r>
        <w:rPr>
          <w:b/>
        </w:rPr>
        <w:t xml:space="preserve">[31:23] </w:t>
      </w:r>
      <w:r>
        <w:t>aur woh kehte hain ke Allah ne beta banaya hai. woh is se pak hai. balke aasmanon aur zameen mein jo kuch hai sab usi ka hai.</w:t>
      </w:r>
    </w:p>
    <w:p>
      <w:pPr>
        <w:jc w:val="right"/>
      </w:pPr>
      <w:r>
        <w:t>اور وہ کہتے ہیں کہ اللہ نے بیٹا بنایا ہے۔ وہ اس سے پاک ہے۔ بلکہ آسمانوں اور زمین میں جو کچھ ہے سب اسی کا ہے۔</w:t>
      </w:r>
    </w:p>
    <w:p>
      <w:r>
        <w:rPr>
          <w:b/>
        </w:rPr>
        <w:t xml:space="preserve">[31:34] </w:t>
      </w:r>
      <w:r>
        <w:t>usi ke hukum bardar hain saare. woh aasmanon aur zameen ko wajood mein laane wala hai. woh jab kisi kaam ka karna thehra leta hai to bas us ke liye farma deta hai ke ho ja to woh ho jata hai.</w:t>
      </w:r>
    </w:p>
    <w:p>
      <w:pPr>
        <w:jc w:val="right"/>
      </w:pPr>
      <w:r>
        <w:t>اسی کے حکم بردار ہیں سارے۔ وہ آسمانوں اور زمین کو وجود میں لانے والا ہے۔ وہ جب کسی کام کا کرنا ٹھہرا لیتا ہے تو بس اس کے لیے فرما دیتا ہے کہ ہو جا تو وہ ہو جاتا ہے۔</w:t>
      </w:r>
    </w:p>
    <w:p>
      <w:r>
        <w:rPr>
          <w:b/>
        </w:rPr>
        <w:t xml:space="preserve">[31:50] </w:t>
      </w:r>
      <w:r>
        <w:t>aur jo log ilm nahi rakhte unhone kaha Allah kyun nahi kalam karta hum se ya hamare paas koi nishani kyun nahi aati?</w:t>
      </w:r>
    </w:p>
    <w:p>
      <w:pPr>
        <w:jc w:val="right"/>
      </w:pPr>
      <w:r>
        <w:t>اور جو لوگ علم نہیں رکھتے انہوں نے کہا اللہ کیوں نہیں کلام کرتا ہم سے یا ہمارے پاس کوئی نشانی کیوں نہیں آتی؟</w:t>
      </w:r>
    </w:p>
    <w:p>
      <w:r>
        <w:rPr>
          <w:b/>
        </w:rPr>
        <w:t xml:space="preserve">[31:59] </w:t>
      </w:r>
      <w:r>
        <w:t>isi tarah un ke agle bhi unhi kisi baat keh chuke hain. in sab ke dil ek jaise hain. hum ne pesh kar di hain nishaniyan un logon ke liye jo yaqeen karne wale hain.</w:t>
      </w:r>
    </w:p>
    <w:p>
      <w:pPr>
        <w:jc w:val="right"/>
      </w:pPr>
      <w:r>
        <w:t>اسی طرح ان کے اگلے بھی انہی کسی بات کہہ چکے ہیں۔ ان سب کے دل ایک جیسے ہیں۔ ہم نے پیش کر دی ہیں نشانیاں ان لوگوں کے لیے جو یقین کرنے والے ہیں۔</w:t>
      </w:r>
    </w:p>
    <w:p>
      <w:r>
        <w:rPr>
          <w:b/>
        </w:rPr>
        <w:t xml:space="preserve">[32:14] </w:t>
      </w:r>
      <w:r>
        <w:t>hum ne tum ko theek baat le kar bheja hai. khushkhabri sunane wala aur darane wala bana kar. aur tum se dozakh mein jaane walon ki bawat koi pooch nahi hogi.</w:t>
      </w:r>
    </w:p>
    <w:p>
      <w:pPr>
        <w:jc w:val="right"/>
      </w:pPr>
      <w:r>
        <w:t>ہم نے تم کو ٹھیک بات لے کر بھیجا ہے۔ خوشخبری سنانے والا اور ڈرانے والا بنا کر۔ اور تم سے دوزخ میں جانے والوں کی بابت کوئی پوچھ نہیں ہوگی۔</w:t>
      </w:r>
    </w:p>
    <w:p>
      <w:r>
        <w:rPr>
          <w:b/>
        </w:rPr>
        <w:t xml:space="preserve">[32:28] </w:t>
      </w:r>
      <w:r>
        <w:t>aur yahood aur nasara hargiz tum se raazi na honge. jab tak tum un ki millat ke peeron na ban jao. tum kaho ke jo rah Allah dikhata hai wahi asal rah hai.</w:t>
      </w:r>
    </w:p>
    <w:p>
      <w:pPr>
        <w:jc w:val="right"/>
      </w:pPr>
      <w:r>
        <w:t>اور یہود اور نصاریٰ ہرگز تم سے راضی نہ ہوں گے۔ جب تک تم ان کی ملت کے پیروں نہ بن جاؤ۔ تم کہو کہ جو راہ اللہ دکھاتا ہے وہی اصل راہ ہے۔</w:t>
      </w:r>
    </w:p>
    <w:p>
      <w:r>
        <w:rPr>
          <w:b/>
        </w:rPr>
        <w:t xml:space="preserve">[32:41] </w:t>
      </w:r>
      <w:r>
        <w:t>aur agar baad is ilm ko jo tum ko pahunch chuka hai tum ne un ki khwahishon ki pairwi ki to Allah ke muqable mein na tumhara koi dost hoga aur na koi madadgar.</w:t>
      </w:r>
    </w:p>
    <w:p>
      <w:pPr>
        <w:jc w:val="right"/>
      </w:pPr>
      <w:r>
        <w:t>اور اگر بعد اس علم کو جو تم کو پہنچ چکا ہے تم نے ان کی خواہشوں کی پیروی کی تو اللہ کے مقابلے میں نہ تمہارا کوئی دوست ہوگا اور نہ کوئی مددگار۔</w:t>
      </w:r>
    </w:p>
    <w:p>
      <w:r>
        <w:rPr>
          <w:b/>
        </w:rPr>
        <w:t xml:space="preserve">[32:54] </w:t>
      </w:r>
      <w:r>
        <w:t>jin logon ko hum ne kitab di hai woh is ko padhte hain. jaisa ke haq hai padhne ka. yahi log iman late hain is par.</w:t>
      </w:r>
    </w:p>
    <w:p>
      <w:pPr>
        <w:jc w:val="right"/>
      </w:pPr>
      <w:r>
        <w:t>جن لوگوں کو ہم نے کتاب دی ہے وہ اس کو پڑھتے ہیں۔ جیسا کہ حق ہے پڑھنے کا۔ یہی لوگ ایمان لاتے ہیں اس پر۔</w:t>
      </w:r>
    </w:p>
    <w:p>
      <w:r>
        <w:rPr>
          <w:b/>
        </w:rPr>
        <w:t xml:space="preserve">[33:05] </w:t>
      </w:r>
      <w:r>
        <w:t>aur jo is ka inkar kare to wahi ghaate mein rehne wale hain. aye bani isra</w:t>
      </w:r>
    </w:p>
    <w:p>
      <w:pPr>
        <w:jc w:val="right"/>
      </w:pPr>
      <w:r>
        <w:t>اور جو اس کا انکار کرے تو وہی گھاٹے میں رہنے والے ہیں۔ اے بنی اسرائ</w:t>
      </w:r>
    </w:p>
    <w:p>
      <w:r>
        <w:rPr>
          <w:b/>
        </w:rPr>
        <w:t xml:space="preserve">[33:12] </w:t>
      </w:r>
      <w:r>
        <w:t>ail! mere is ehsan ko yaad karo jo main ne tumhare upar kiya. aur is baat ko ke main ne tum ko tamam dunya walon par fazilat di.</w:t>
      </w:r>
    </w:p>
    <w:p>
      <w:pPr>
        <w:jc w:val="right"/>
      </w:pPr>
      <w:r>
        <w:t>یل! میرے اس احسان کو یاد کرو جو میں نے تمہارے اوپر کیا۔ اور اس بات کو کہ میں نے تم کو تمام دنیا والوں پر فضیلت دی۔</w:t>
      </w:r>
    </w:p>
    <w:p>
      <w:r>
        <w:rPr>
          <w:b/>
        </w:rPr>
        <w:t xml:space="preserve">[33:22] </w:t>
      </w:r>
      <w:r>
        <w:t>aur us din se daro jis mein koi shakhs kisi shakhs ke kuch kaam na aayega. aur na kisi ki taraf se koi muawza qabool kiya jayega.</w:t>
      </w:r>
    </w:p>
    <w:p>
      <w:pPr>
        <w:jc w:val="right"/>
      </w:pPr>
      <w:r>
        <w:t>اور اس دن سے ڈرو جس میں کوئی شخص کسی شخص کے کچھ کام نہ آئے گا۔ اور نہ کسی کی طرف سے کوئی معاوضہ قبول کیا جائے گا۔</w:t>
      </w:r>
    </w:p>
    <w:p>
      <w:r>
        <w:rPr>
          <w:b/>
        </w:rPr>
        <w:t xml:space="preserve">[33:32] </w:t>
      </w:r>
      <w:r>
        <w:t>aur na kisi ko koi sifarish faida degi. aur na kahin se un ko koi madad pahunchegi. aur jab Ibrahim ko us ke rab ne kai baaton mein azmaya to us ne poora kar dikhaya.</w:t>
      </w:r>
    </w:p>
    <w:p>
      <w:pPr>
        <w:jc w:val="right"/>
      </w:pPr>
      <w:r>
        <w:t>اور نہ کسی کو کوئی سفارش فائدہ دے گی۔ اور نہ کہیں سے ان کو کوئی مدد پہنچے گی۔ اور جب ابراہیم کو اس کے رب نے کئی باتوں میں آزمایا تو اس نے پورا کر دکھایا۔</w:t>
      </w:r>
    </w:p>
    <w:p>
      <w:r>
        <w:rPr>
          <w:b/>
        </w:rPr>
        <w:t xml:space="preserve">[33:46] </w:t>
      </w:r>
      <w:r>
        <w:t>Allah ne kaha main tum ko sab logon ka imam banaunga. Ibrahim ne kaha aur meri aulad mein se bhi.</w:t>
      </w:r>
    </w:p>
    <w:p>
      <w:pPr>
        <w:jc w:val="right"/>
      </w:pPr>
      <w:r>
        <w:t>اللہ نے کہا میں تم کو سب لوگوں کا امام بناؤں گا۔ ابراہیم نے کہا اور میری اولاد میں سے بھی۔</w:t>
      </w:r>
    </w:p>
    <w:p>
      <w:r>
        <w:rPr>
          <w:b/>
        </w:rPr>
        <w:t xml:space="preserve">[33:55] </w:t>
      </w:r>
      <w:r>
        <w:t>Allah ne kaha mera wada zalimon tak nahi pahunchta. aur jab hum ne Kaba ko logon ke ikattha hone ki jagah aur aman ka maqam thehraya.</w:t>
      </w:r>
    </w:p>
    <w:p>
      <w:pPr>
        <w:jc w:val="right"/>
      </w:pPr>
      <w:r>
        <w:t>اللہ نے کہا میرا وعدہ ظالموں تک نہیں پہنچتا۔ اور جب ہم نے کعبہ کو لوگوں کے اکٹھا ہونے کی جگہ اور امن کا مقام ٹھہرایا۔</w:t>
      </w:r>
    </w:p>
    <w:p>
      <w:r>
        <w:rPr>
          <w:b/>
        </w:rPr>
        <w:t xml:space="preserve">[34:06] </w:t>
      </w:r>
      <w:r>
        <w:t>aur hukum diya ke maqam Ibrahim ko namaz padhne ki jagah bana lo. aur Ibrahim aur Ismail ko taqeed ki ke mere ghar ko tawaf karne walon, itikaf karne walon aur ruku aur sajda karne walon ke liye pak rakho.</w:t>
      </w:r>
    </w:p>
    <w:p>
      <w:pPr>
        <w:jc w:val="right"/>
      </w:pPr>
      <w:r>
        <w:t>اور حکم دیا کہ مقام ابراہیم کو نماز پڑھنے کی جگہ بنا لو۔ اور ابراہیم اور اسماعیل کو تاکید کی کہ میرے گھر کو طواف کرنے والوں، اعتکاف کرنے والوں اور رکوع اور سجدہ کرنے والوں کے لیے پاک رکھو۔</w:t>
      </w:r>
    </w:p>
    <w:p>
      <w:r>
        <w:rPr>
          <w:b/>
        </w:rPr>
        <w:t xml:space="preserve">[34:23] </w:t>
      </w:r>
      <w:r>
        <w:t>aur jab Ibrahim ne kaha ke aye mere rab!</w:t>
      </w:r>
    </w:p>
    <w:p>
      <w:pPr>
        <w:jc w:val="right"/>
      </w:pPr>
      <w:r>
        <w:t>اور جب ابراہیم نے کہا کہ اے میرے رب!</w:t>
      </w:r>
    </w:p>
    <w:p>
      <w:r>
        <w:rPr>
          <w:b/>
        </w:rPr>
        <w:t xml:space="preserve">[34:27] </w:t>
      </w:r>
      <w:r>
        <w:t>is shahar ko aman ka shahar bana de. aur is ke bashindon ko jo un mein se Allah aur aakhirat ke din par iman rakhen phalon ki rozi ata farma.</w:t>
      </w:r>
    </w:p>
    <w:p>
      <w:pPr>
        <w:jc w:val="right"/>
      </w:pPr>
      <w:r>
        <w:t>اس شہر کو امن کا شہر بنا دے۔ اور اس کے باشندوں کو جو ان میں سے اللہ اور آخرت کے دن پر ایمان رکھیں پھلوں کی روزی عطا فرما۔</w:t>
      </w:r>
    </w:p>
    <w:p>
      <w:r>
        <w:rPr>
          <w:b/>
        </w:rPr>
        <w:t xml:space="preserve">[34:38] </w:t>
      </w:r>
      <w:r>
        <w:t>Allah ne kaha jo inkar karega main us ko bhi thode dinon faida dunga. phir us ko aag ke azab ki taraf dhakil dunga.</w:t>
      </w:r>
    </w:p>
    <w:p>
      <w:pPr>
        <w:jc w:val="right"/>
      </w:pPr>
      <w:r>
        <w:t>اللہ نے کہا جو انکار کرے گا میں اس کو بھی تھوڑے دنوں فائدہ دوں گا۔ پھر اس کو آگ کے عذاب کی طرف دھکیل دوں گا۔</w:t>
      </w:r>
    </w:p>
    <w:p>
      <w:r>
        <w:rPr>
          <w:b/>
        </w:rPr>
        <w:t xml:space="preserve">[34:49] </w:t>
      </w:r>
      <w:r>
        <w:t>aur woh bohat bura thikana hai. aur jab Ibrahim aur Ismail Bait Allah ki deewaron utha rahe the aur yeh kehte jate the aye hamare rab!</w:t>
      </w:r>
    </w:p>
    <w:p>
      <w:pPr>
        <w:jc w:val="right"/>
      </w:pPr>
      <w:r>
        <w:t>اور وہ بہت برا ٹھکانہ ہے۔ اور جب ابراہیم اور اسماعیل بیت اللہ کی دیواریں اٹھا رہے تھے اور یہ کہتے جاتے تھے اے ہمارے رب!</w:t>
      </w:r>
    </w:p>
    <w:p>
      <w:r>
        <w:rPr>
          <w:b/>
        </w:rPr>
        <w:t xml:space="preserve">[35:01] </w:t>
      </w:r>
      <w:r>
        <w:t>qubool kar hum se yaqeenan roohi sunnay wala, jaan'nay wala hai. aye hamaray rab! hum ko apna farmanbardar bana aur hamari nasal mein se apni aik farmanbardar ummat utha aur hum ko hamari ibadat ke tareeqay bata.</w:t>
      </w:r>
    </w:p>
    <w:p>
      <w:pPr>
        <w:jc w:val="right"/>
      </w:pPr>
      <w:r>
        <w:t>قبول کر ہم سے یقینا روحی سننے والا، جاننے والا ہے۔ اے ہمارے رب! ہم کو اپنا فرمانبردار بنا اور ہماری نسل میں سے اپنی ایک فرمانبردار امت اٹھا اور ہم کو ہماری عبادت کے طریقے بتا۔</w:t>
      </w:r>
    </w:p>
    <w:p>
      <w:r>
        <w:rPr>
          <w:b/>
        </w:rPr>
        <w:t xml:space="preserve">[35:19] </w:t>
      </w:r>
      <w:r>
        <w:t>aur hum ko maaf farma. tu maaf karnay wala, reham karnay wala hai. aye ha</w:t>
      </w:r>
    </w:p>
    <w:p>
      <w:pPr>
        <w:jc w:val="right"/>
      </w:pPr>
      <w:r>
        <w:t>اور ہم کو معاف فرما۔ تو معاف کرنے والا، رحم کرنے والا ہے۔ اے ہ</w:t>
      </w:r>
    </w:p>
    <w:p>
      <w:r>
        <w:rPr>
          <w:b/>
        </w:rPr>
        <w:t xml:space="preserve">[35:28] </w:t>
      </w:r>
      <w:r>
        <w:t>maray rab! aur un mein inhi mein ka aik rasool utha jo un ko teri ayatain sunaye aur un ko kitab aur hikmat ki taleem de.</w:t>
      </w:r>
    </w:p>
    <w:p>
      <w:pPr>
        <w:jc w:val="right"/>
      </w:pPr>
      <w:r>
        <w:t>مارے رب! اور ان میں انہی میں کا ایک رسول اٹھا جو ان کو تیری آیتیں سنائے اور ان کو کتاب اور حکمت کی تعلیم دے۔</w:t>
      </w:r>
    </w:p>
    <w:p>
      <w:r>
        <w:rPr>
          <w:b/>
        </w:rPr>
        <w:t xml:space="preserve">[35:37] </w:t>
      </w:r>
      <w:r>
        <w:t>aur un ka tazkiya karay. beshak tu zabardast hai, hikmat wala hai. aur kon hai jo ibrahim ke deen ko pasand na karay?</w:t>
      </w:r>
    </w:p>
    <w:p>
      <w:pPr>
        <w:jc w:val="right"/>
      </w:pPr>
      <w:r>
        <w:t>اور ان کا تزکیہ کرے۔ بے شک تو زبردست ہے، حکمت والا ہے۔ اور کون ہے جو ابراہیم کے دین کو پسند نہ کرے؟</w:t>
      </w:r>
    </w:p>
    <w:p>
      <w:r>
        <w:rPr>
          <w:b/>
        </w:rPr>
        <w:t xml:space="preserve">[35:48] </w:t>
      </w:r>
      <w:r>
        <w:t>magar woh jis ne apnay aap ko ahmaq bana liya ho. halankay hum ne us ko dunya mein chun liya tha aur akhirat mein woh naik logon mein se hoga.</w:t>
      </w:r>
    </w:p>
    <w:p>
      <w:pPr>
        <w:jc w:val="right"/>
      </w:pPr>
      <w:r>
        <w:t>مگر وہ جس نے اپنے آپ کو احمق بنا لیا ہو۔ حالانکہ ہم نے اس کو دنیا میں چن لیا تھا اور آخرت میں وہ نیک لوگوں میں سے ہوگا۔</w:t>
      </w:r>
    </w:p>
    <w:p>
      <w:r>
        <w:rPr>
          <w:b/>
        </w:rPr>
        <w:t xml:space="preserve">[36:00] </w:t>
      </w:r>
      <w:r>
        <w:t>jab us ke rab ne kaha ke apnay aap ko hawalay kar do to us ne kaha mein ne apnay aap ko rab al-alameen ke hawalay kiya.</w:t>
      </w:r>
    </w:p>
    <w:p>
      <w:pPr>
        <w:jc w:val="right"/>
      </w:pPr>
      <w:r>
        <w:t>جب اس کے رب نے کہا کہ اپنے آپ کو حوالے کر دو تو اس نے کہا میں نے اپنے آپ کو رب العالمین کے حوالے کیا۔</w:t>
      </w:r>
    </w:p>
    <w:p>
      <w:r>
        <w:rPr>
          <w:b/>
        </w:rPr>
        <w:t xml:space="preserve">[36:10] </w:t>
      </w:r>
      <w:r>
        <w:t>aur isi ki naseehat ki ibrahim ne apni اولاد ko aur isi ki naseehat ki yaqoob ne apni اولاد ko.</w:t>
      </w:r>
    </w:p>
    <w:p>
      <w:pPr>
        <w:jc w:val="right"/>
      </w:pPr>
      <w:r>
        <w:t>اور اسی کی نصیحت کی ابراہیم نے اپنی اولاد کو اور اسی کی نصیحت کی یعقوب نے اپنی اولاد کو۔</w:t>
      </w:r>
    </w:p>
    <w:p>
      <w:r>
        <w:rPr>
          <w:b/>
        </w:rPr>
        <w:t xml:space="preserve">[36:20] </w:t>
      </w:r>
      <w:r>
        <w:t>aye meray beto!</w:t>
      </w:r>
    </w:p>
    <w:p>
      <w:pPr>
        <w:jc w:val="right"/>
      </w:pPr>
      <w:r>
        <w:t>اے میرے بیٹوں!</w:t>
      </w:r>
    </w:p>
    <w:p>
      <w:r>
        <w:rPr>
          <w:b/>
        </w:rPr>
        <w:t xml:space="preserve">[36:22] </w:t>
      </w:r>
      <w:r>
        <w:t>allah ne tumharay liye isi deen ko chun liya hai. pas iman ke siwa kisi aur halat par tum ko maut na aaye.</w:t>
      </w:r>
    </w:p>
    <w:p>
      <w:pPr>
        <w:jc w:val="right"/>
      </w:pPr>
      <w:r>
        <w:t>اللہ نے تمہارے لیے اسی دین کو چن لیا ہے۔ پس ایمان کے سوا کسی اور حالت پر تم کو موت نہ آئے۔</w:t>
      </w:r>
    </w:p>
    <w:p>
      <w:r>
        <w:rPr>
          <w:b/>
        </w:rPr>
        <w:t xml:space="preserve">[36:31] </w:t>
      </w:r>
      <w:r>
        <w:t>kya tum maujood thay jab yaqoob ki maut ka waqt aaya? jab us ne apnay beton se kaha ke meray baad tum kis ki ibadat karogay?</w:t>
      </w:r>
    </w:p>
    <w:p>
      <w:pPr>
        <w:jc w:val="right"/>
      </w:pPr>
      <w:r>
        <w:t>کیا تم موجود تھے جب یعقوب کی موت کا وقت آیا؟ جب اس نے اپنے بیٹوں سے کہا کہ میرے بعد تم کس کی عبادت کرو گے؟</w:t>
      </w:r>
    </w:p>
    <w:p>
      <w:r>
        <w:rPr>
          <w:b/>
        </w:rPr>
        <w:t xml:space="preserve">[36:41] </w:t>
      </w:r>
      <w:r>
        <w:t>unhon ne kaha hum usi khuda ki ibadat karengay jis ki ibadat aap aur aap ke abaa ibrahim, ismaeel aur ishaq kartay aaye hain.</w:t>
      </w:r>
    </w:p>
    <w:p>
      <w:pPr>
        <w:jc w:val="right"/>
      </w:pPr>
      <w:r>
        <w:t>انہوں نے کہا ہم اسی خدا کی عبادت کریں گے جس کی عبادت آپ اور آپ کے آباء ابراہیم، اسماعیل اور اسحاق کرتے آئے ہیں۔</w:t>
      </w:r>
    </w:p>
    <w:p>
      <w:r>
        <w:rPr>
          <w:b/>
        </w:rPr>
        <w:t xml:space="preserve">[36:52] </w:t>
      </w:r>
      <w:r>
        <w:t>wohi aik mabood hai aur hum us ke farmanbardar hain. yeh aik jamaat thi jo guzar gayi. us ko milay ga jo us ne kamaya aur tum ko milay ga jo tum ne kamaya.</w:t>
      </w:r>
    </w:p>
    <w:p>
      <w:pPr>
        <w:jc w:val="right"/>
      </w:pPr>
      <w:r>
        <w:t>وہی ایک معبود ہے اور ہم اس کے فرمانبردار ہیں۔ یہ ایک جماعت تھی جو گزر گئی۔ اس کو ملے گا جو اس نے کمایا اور تم کو ملے گا جو تم نے کمایا۔</w:t>
      </w:r>
    </w:p>
    <w:p>
      <w:r>
        <w:rPr>
          <w:b/>
        </w:rPr>
        <w:t xml:space="preserve">[37:06] </w:t>
      </w:r>
      <w:r>
        <w:t>aur tum se un ke aamal ki pooch na hogi. aur woh kehtay hain ke yahoodi ya nasrani bano to hidayat paogay.</w:t>
      </w:r>
    </w:p>
    <w:p>
      <w:pPr>
        <w:jc w:val="right"/>
      </w:pPr>
      <w:r>
        <w:t>اور تم سے ان کے اعمال کی پوچھ نہ ہوگی۔ اور وہ کہتے ہیں کہ یہودی یا نصرانی بن جاؤ تو ہدایت پاؤ گے۔</w:t>
      </w:r>
    </w:p>
    <w:p>
      <w:r>
        <w:rPr>
          <w:b/>
        </w:rPr>
        <w:t xml:space="preserve">[37:16] </w:t>
      </w:r>
      <w:r>
        <w:t>kaho ke nahi.</w:t>
      </w:r>
    </w:p>
    <w:p>
      <w:pPr>
        <w:jc w:val="right"/>
      </w:pPr>
      <w:r>
        <w:t>کہو کہ نہیں۔</w:t>
      </w:r>
    </w:p>
    <w:p>
      <w:r>
        <w:rPr>
          <w:b/>
        </w:rPr>
        <w:t xml:space="preserve">[37:18] </w:t>
      </w:r>
      <w:r>
        <w:t>balkay hum to pairvi karte hain ibrahim ke deen ki jo allah ki taraf yakso tha aur woh shareek karnay walon mein na tha.</w:t>
      </w:r>
    </w:p>
    <w:p>
      <w:pPr>
        <w:jc w:val="right"/>
      </w:pPr>
      <w:r>
        <w:t>بلکہ ہم تو پیروی کرتے ہیں ابراہیم کے دین کی جو اللہ کی طرف یکسو تھا اور وہ شریک کرنے والوں میں نہ تھا۔</w:t>
      </w:r>
    </w:p>
    <w:p>
      <w:r>
        <w:rPr>
          <w:b/>
        </w:rPr>
        <w:t xml:space="preserve">[37:28] </w:t>
      </w:r>
      <w:r>
        <w:t>kaho hum allah par iman laye aur us cheez par iman laye jo hamari taraf utari gayi hai. aur us par bhi jo ibrahim aur ismaeel aur ishaq aur yaqoob aur us ki اولاد par utari gayi hai.</w:t>
      </w:r>
    </w:p>
    <w:p>
      <w:pPr>
        <w:jc w:val="right"/>
      </w:pPr>
      <w:r>
        <w:t>کہو ہم اللہ پر ایمان لائے اور اس چیز پر ایمان لائے جو ہماری طرف اتاری گئی ہے۔ اور اس پر بھی جو ابراہیم اور اسماعیل اور اسحاق اور یعقوب اور اس کی اولاد پر اتاری گئی۔</w:t>
      </w:r>
    </w:p>
    <w:p>
      <w:r>
        <w:rPr>
          <w:b/>
        </w:rPr>
        <w:t xml:space="preserve">[37:43] </w:t>
      </w:r>
      <w:r>
        <w:t>aur jo mila musa aur isa ko aur jo mila sab nabiyon ko un ke rab ki taraf se. hum un mein se kisi ke darmiyan farq nahi karte.</w:t>
      </w:r>
    </w:p>
    <w:p>
      <w:pPr>
        <w:jc w:val="right"/>
      </w:pPr>
      <w:r>
        <w:t>اور جو ملا موسیٰ اور عیسیٰ کو اور جو ملا سب نبیوں کو ان کے رب کی طرف سے۔ ہم ان میں سے کسی کے درمیان فرق نہیں کرتے۔</w:t>
      </w:r>
    </w:p>
    <w:p>
      <w:r>
        <w:rPr>
          <w:b/>
        </w:rPr>
        <w:t xml:space="preserve">[37:54] </w:t>
      </w:r>
      <w:r>
        <w:t>aur hum allah hi ke farmanbardar hain. phir agar woh iman layein jis tarah tum iman laye ho to beshak woh rah pa gaye.</w:t>
      </w:r>
    </w:p>
    <w:p>
      <w:pPr>
        <w:jc w:val="right"/>
      </w:pPr>
      <w:r>
        <w:t>اور ہم اللہ ہی کے فرمانبردار ہیں۔ پھر اگر وہ ایمان لائیں جس طرح تم ایمان لائے ہو تو بے شک وہ راہ پا گئے۔</w:t>
      </w:r>
    </w:p>
    <w:p>
      <w:r>
        <w:rPr>
          <w:b/>
        </w:rPr>
        <w:t xml:space="preserve">[38:04] </w:t>
      </w:r>
      <w:r>
        <w:t>aur agar woh phir jayein to ab woh zid par hain. pas tumhari taraf se allah un ke liye kafi hai. aur woh sunnay wala, jaan'nay wala hai.</w:t>
      </w:r>
    </w:p>
    <w:p>
      <w:pPr>
        <w:jc w:val="right"/>
      </w:pPr>
      <w:r>
        <w:t>اور اگر وہ پھر جائیں تو اب وہ ضد پر ہیں۔ پس تمہاری طرف سے اللہ ان کے لیے کافی ہے۔ اور وہ سننے والا، جاننے والا ہے۔</w:t>
      </w:r>
    </w:p>
    <w:p>
      <w:r>
        <w:rPr>
          <w:b/>
        </w:rPr>
        <w:t xml:space="preserve">[38:16] </w:t>
      </w:r>
      <w:r>
        <w:t>kaho hum ne liya allah ka rang. aur allah ke rang se kis ka rang acha hai? aur hum usi ki ibadat karnay walay hain.</w:t>
      </w:r>
    </w:p>
    <w:p>
      <w:pPr>
        <w:jc w:val="right"/>
      </w:pPr>
      <w:r>
        <w:t>کہو ہم نے لیا اللہ کا رنگ۔ اور اللہ کے رنگ سے کس کا رنگ اچھا ہے؟ اور ہم اسی کی عبادت کرنے والے ہیں۔</w:t>
      </w:r>
    </w:p>
    <w:p>
      <w:r>
        <w:rPr>
          <w:b/>
        </w:rPr>
        <w:t xml:space="preserve">[38:27] </w:t>
      </w:r>
      <w:r>
        <w:t>kaho kya tum allah ke baray mein hum se jhagartay ho? halankay woh hamara rab bhi hai aur tumhara rab bhi.</w:t>
      </w:r>
    </w:p>
    <w:p>
      <w:pPr>
        <w:jc w:val="right"/>
      </w:pPr>
      <w:r>
        <w:t>کہو کیا تم اللہ کے بارے میں ہم سے جھگڑتے ہو؟ حالانکہ وہ ہمارا رب بھی ہے اور تمہارا رب بھی۔</w:t>
      </w:r>
    </w:p>
    <w:p>
      <w:r>
        <w:rPr>
          <w:b/>
        </w:rPr>
        <w:t xml:space="preserve">[38:36] </w:t>
      </w:r>
      <w:r>
        <w:t>hamaray liye hamaray aamal hain aur tumharay liye tumharay aamal hain. aur hum khalis us ke liye hain.</w:t>
      </w:r>
    </w:p>
    <w:p>
      <w:pPr>
        <w:jc w:val="right"/>
      </w:pPr>
      <w:r>
        <w:t>ہمارے لیے ہمارے اعمال ہیں اور تمہارے لیے تمہارے اعمال ہیں۔ اور ہم خالص اس کے لیے ہیں۔</w:t>
      </w:r>
    </w:p>
    <w:p>
      <w:r>
        <w:rPr>
          <w:b/>
        </w:rPr>
        <w:t xml:space="preserve">[38:45] </w:t>
      </w:r>
      <w:r>
        <w:t>kya tum kehtay ho ke ibrahim aur ismaeel aur ishaq aur yaqoob aur us ki اولاد sab yahoodi ya nasrani thay?</w:t>
      </w:r>
    </w:p>
    <w:p>
      <w:pPr>
        <w:jc w:val="right"/>
      </w:pPr>
      <w:r>
        <w:t>کیا تم کہتے ہو کہ ابراہیم اور اسماعیل اور اسحاق اور یعقوب اور اس کی اولاد سب یہودی یا نصرانی تھے؟</w:t>
      </w:r>
    </w:p>
    <w:p>
      <w:r>
        <w:rPr>
          <w:b/>
        </w:rPr>
        <w:t xml:space="preserve">[38:55] </w:t>
      </w:r>
      <w:r>
        <w:t>kaho ke tum ziyada jantay ho ya allah? aur us se bara zalim aur kon hoga jo us gawahi ko chupaye jo allah ki taraf se us ke pas aayi hui hai.</w:t>
      </w:r>
    </w:p>
    <w:p>
      <w:pPr>
        <w:jc w:val="right"/>
      </w:pPr>
      <w:r>
        <w:t>کہو کہ تم زیادہ جانتے ہو یا اللہ؟ اور اس سے بڑا ظالم اور کون ہوگا جو اس گواہی کو چھپائے جو اللہ کی طرف سے اس کے پاس آئی ہوئی ہے۔</w:t>
      </w:r>
    </w:p>
    <w:p>
      <w:r>
        <w:rPr>
          <w:b/>
        </w:rPr>
        <w:t xml:space="preserve">[39:07] </w:t>
      </w:r>
      <w:r>
        <w:t>aur jo kuch tum karte ho allah us se bekhabar nahi. yeh aik jamaat thi jo guzar gayi. us ko milay ga jo us ne kamaya.</w:t>
      </w:r>
    </w:p>
    <w:p>
      <w:pPr>
        <w:jc w:val="right"/>
      </w:pPr>
      <w:r>
        <w:t>اور جو کچھ تم کرتے ہو اللہ اس سے بے خبر نہیں۔ یہ ایک جماعت تھی جو گزر گئی۔ اس کو ملے گا جو اس نے کمایا۔</w:t>
      </w:r>
    </w:p>
    <w:p>
      <w:r>
        <w:rPr>
          <w:b/>
        </w:rPr>
        <w:t xml:space="preserve">[39:18] </w:t>
      </w:r>
      <w:r>
        <w:t>aur tum ko milega jo tum ne kamaya. aur tum se un ke kiye hue ki puchh na hogi. ab ye bewakoof log kahenge ki musalmanon ko kis cheez ne un ke qible se pher diya?</w:t>
      </w:r>
    </w:p>
    <w:p>
      <w:pPr>
        <w:jc w:val="right"/>
      </w:pPr>
      <w:r>
        <w:t>اور تم کو ملے گا جو تم نے کمایا۔ اور تم سے ان کے کیے ہوئے کی پوچھ نہ ہوگی۔ اب یہ بے وقوف لوگ کہیں گے کہ مسلمانوں کو کس چیز نے ان کے قبلے سے پھیر دیا؟</w:t>
      </w:r>
    </w:p>
    <w:p>
      <w:r>
        <w:rPr>
          <w:b/>
        </w:rPr>
        <w:t xml:space="preserve">[39:34] </w:t>
      </w:r>
      <w:r>
        <w:t>kaho ki mashriq aur maghrib Allah hi ke hain. woh jis ko chahta hai seedha rasta dikhata hai. aur is tarah hum ne tum ko beech ki ummat bana diya taake tum ho batane wale logon par aur rasool ho tum par batane wala.</w:t>
      </w:r>
    </w:p>
    <w:p>
      <w:pPr>
        <w:jc w:val="right"/>
      </w:pPr>
      <w:r>
        <w:t>کہو کہ مشرق اور مغرب اللہ ہی کے ہیں۔ وہ جس کو چاہتا ہے سیدھا راستہ دکھاتا ہے۔ اور اس طرح ہم نے تم کو بیچ کی امت بنا دیا تاکہ تم ہو بتانے والے لوگوں پر اور رسول ہو تم پر بتانے والا۔</w:t>
      </w:r>
    </w:p>
    <w:p>
      <w:r>
        <w:rPr>
          <w:b/>
        </w:rPr>
        <w:t xml:space="preserve">[39:51] </w:t>
      </w:r>
      <w:r>
        <w:t>aur jis qible par tum the hum ne us ko sirf is liye thehraya tha ki hum jaan lein ki kaun rasool ki pairwi karta hai aur kaun us se ulte paon phir jata hai.</w:t>
      </w:r>
    </w:p>
    <w:p>
      <w:pPr>
        <w:jc w:val="right"/>
      </w:pPr>
      <w:r>
        <w:t>اور جس قبلے پر تم تھے ہم نے اس کو صرف اس لیے ٹھہرایا تھا کہ ہم جان لیں کہ کون رسول کی پیروی کرتا ہے اور کون اس سے الٹے پاؤں پھر جاتا ہے۔</w:t>
      </w:r>
    </w:p>
    <w:p>
      <w:r>
        <w:rPr>
          <w:b/>
        </w:rPr>
        <w:t xml:space="preserve">[40:03] </w:t>
      </w:r>
      <w:r>
        <w:t>aur beshak ye baat bhari hai. magar un logon par jin ko Allah ne hidayat di hai. aur Allah aisa nahi ki tumhare iman ko zaya kar de.</w:t>
      </w:r>
    </w:p>
    <w:p>
      <w:pPr>
        <w:jc w:val="right"/>
      </w:pPr>
      <w:r>
        <w:t>اور بے شک یہ بات بھاری ہے۔ مگر ان لوگوں پر جن کو اللہ نے ہدایت دی ہے۔ اور اللہ ایسا نہیں کہ تمہارے ایمان کو ضائع کر دے۔</w:t>
      </w:r>
    </w:p>
    <w:p>
      <w:r>
        <w:rPr>
          <w:b/>
        </w:rPr>
        <w:t xml:space="preserve">[40:15] </w:t>
      </w:r>
      <w:r>
        <w:t>beshak Allah logon ke sath shafqat karne wala, meherban hai. hum tumhare munh ka bar bar aasman ki taraf uthna dekh rahe hain.</w:t>
      </w:r>
    </w:p>
    <w:p>
      <w:pPr>
        <w:jc w:val="right"/>
      </w:pPr>
      <w:r>
        <w:t>بے شک اللہ لوگوں کے ساتھ شفقت کرنے والا، مہربان ہے۔ ہم تمہارے منہ کا بار بار آسمان کی طرف اٹھنا دیکھ رہے ہیں۔</w:t>
      </w:r>
    </w:p>
    <w:p>
      <w:r>
        <w:rPr>
          <w:b/>
        </w:rPr>
        <w:t xml:space="preserve">[40:26] </w:t>
      </w:r>
      <w:r>
        <w:t>pas hum tum ko isi qible ki taraf pher denge jis ko tum pasand karte ho. ab apna rukh masjid haram ki taraf pher do.</w:t>
      </w:r>
    </w:p>
    <w:p>
      <w:pPr>
        <w:jc w:val="right"/>
      </w:pPr>
      <w:r>
        <w:t>پس ہم تم کو اسی قبلے کی طرف پھیر دیں گے جس کو تم پسند کرتے ہو۔ اب اپنا رخ مسجد حرام کی طرف پھیر دو۔</w:t>
      </w:r>
    </w:p>
    <w:p>
      <w:r>
        <w:rPr>
          <w:b/>
        </w:rPr>
        <w:t xml:space="preserve">[40:36] </w:t>
      </w:r>
      <w:r>
        <w:t>aur tum jahan kahin bhi ho apne rukh ko usi ki taraf kar do. aur ahle kitab khoob jante hain ki ye haq hai. aur un ke rab ki janib se hai.</w:t>
      </w:r>
    </w:p>
    <w:p>
      <w:pPr>
        <w:jc w:val="right"/>
      </w:pPr>
      <w:r>
        <w:t>اور تم جہاں کہیں بھی ہو اپنے رخ کو اسی کی طرف کر دو۔ اور اہل کتاب خوب جانتے ہیں کہ یہ حق ہے۔ اور ان کے رب کی جانب سے ہے۔</w:t>
      </w:r>
    </w:p>
    <w:p>
      <w:r>
        <w:rPr>
          <w:b/>
        </w:rPr>
        <w:t xml:space="preserve">[40:46] </w:t>
      </w:r>
      <w:r>
        <w:t>aur Allah be khabar nahi us se jo woh kar rahe hain. aur agar tum in ahle kitab ke samne tamam dalilein pesh kar do tab bhi woh tumhare qible ko na manenge.</w:t>
      </w:r>
    </w:p>
    <w:p>
      <w:pPr>
        <w:jc w:val="right"/>
      </w:pPr>
      <w:r>
        <w:t>اور اللہ بے خبر نہیں اس سے جو وہ کر رہے ہیں۔ اور اگر تم ان اہل کتاب کے سامنے تمام دلیلیں پیش کر دو تب بھی وہ تمہارے قبلے کو نہ مانیں گے۔</w:t>
      </w:r>
    </w:p>
    <w:p>
      <w:r>
        <w:rPr>
          <w:b/>
        </w:rPr>
        <w:t xml:space="preserve">[41:00] </w:t>
      </w:r>
      <w:r>
        <w:t>aur na tum un ke qible ki pairwi kar sakte ho. aur na woh khud ek dusre ke qible ko mante hain. aur is ilm ke baad jo tumhare pas aa chuka hai.</w:t>
      </w:r>
    </w:p>
    <w:p>
      <w:pPr>
        <w:jc w:val="right"/>
      </w:pPr>
      <w:r>
        <w:t>اور نہ تم ان کے قبلے کی پیروی کر سکتے ہو۔ اور نہ وہ خود ایک دوسرے کے قبلے کو مانتے ہیں۔ اور اس علم کے بعد جو تمہارے پاس آ چکا ہے۔</w:t>
      </w:r>
    </w:p>
    <w:p>
      <w:r>
        <w:rPr>
          <w:b/>
        </w:rPr>
        <w:t xml:space="preserve">[41:11] </w:t>
      </w:r>
      <w:r>
        <w:t>agar tum un ki khwahishon ki pairwi karoge to yaqinan tum zalimon mein ho jaoge. jin ko hum ne kitab di hai woh is ko isi tarah pehchante hain jis tarah woh apne beton ko pehchante hain.</w:t>
      </w:r>
    </w:p>
    <w:p>
      <w:pPr>
        <w:jc w:val="right"/>
      </w:pPr>
      <w:r>
        <w:t>اگر تم ان کی خواہشوں کی پیروی کرو گے تو یقینا تم ظالموں میں ہو جاؤ گے۔ جن کو ہم نے کتاب دی ہے وہ اس کو اسی طرح پہچانتے ہیں جس طرح وہ اپنے بیٹوں کو پہچانتے ہیں۔</w:t>
      </w:r>
    </w:p>
    <w:p>
      <w:r>
        <w:rPr>
          <w:b/>
        </w:rPr>
        <w:t xml:space="preserve">[41:25] </w:t>
      </w:r>
      <w:r>
        <w:t>aur un mein se ek giroh haq ko chhipa raha hai. halanki woh is ko janta hai. haq woh hai jo tera rab kahe.</w:t>
      </w:r>
    </w:p>
    <w:p>
      <w:pPr>
        <w:jc w:val="right"/>
      </w:pPr>
      <w:r>
        <w:t>اور ان میں سے ایک گروہ حق کو چھپا رہا ہے۔ حالانکہ وہ اس کو جانتا ہے۔ حق وہ ہے جو تیرا رب کہے۔</w:t>
      </w:r>
    </w:p>
    <w:p>
      <w:r>
        <w:rPr>
          <w:b/>
        </w:rPr>
        <w:t xml:space="preserve">[41:35] </w:t>
      </w:r>
      <w:r>
        <w:t>pas tum har giz shakk karne walon mein se na bano. har ek ke liye ek rukh hai jidhar woh munh karta hai.</w:t>
      </w:r>
    </w:p>
    <w:p>
      <w:pPr>
        <w:jc w:val="right"/>
      </w:pPr>
      <w:r>
        <w:t>پس تم ہرگز شک کرنے والوں میں سے نہ بنو۔ ہر ایک کے لیے ایک رخ ہے جدھر وہ منہ کرتا ہے۔</w:t>
      </w:r>
    </w:p>
    <w:p>
      <w:r>
        <w:rPr>
          <w:b/>
        </w:rPr>
        <w:t xml:space="preserve">[41:44] </w:t>
      </w:r>
      <w:r>
        <w:t>pas tum bhalaiyon ki taraf daudo. tum jahan kahin hoge Allah tum sab ko le aayega. beshak Allah sab kuch kar sakta hai.</w:t>
      </w:r>
    </w:p>
    <w:p>
      <w:pPr>
        <w:jc w:val="right"/>
      </w:pPr>
      <w:r>
        <w:t>پس تم بھلائیوں کی طرف دوڑو۔ تم جہاں کہیں ہو گے اللہ تم سب کو لے آئے گا۔ بے شک اللہ سب کچھ کر سکتا ہے۔</w:t>
      </w:r>
    </w:p>
    <w:p>
      <w:r>
        <w:rPr>
          <w:b/>
        </w:rPr>
        <w:t xml:space="preserve">[41:55] </w:t>
      </w:r>
      <w:r>
        <w:t>aur tum jahan se bhi niklo apna rukh masjid haram ki taraf karo. beshak ye haq hai. tumhare rab ki taraf se hai. aur jo kuch tum karte ho Allah us se be khabar nahi.</w:t>
      </w:r>
    </w:p>
    <w:p>
      <w:pPr>
        <w:jc w:val="right"/>
      </w:pPr>
      <w:r>
        <w:t>اور تم جہاں سے بھی نکلو اپنا رخ مسجد حرام کی طرف کرو۔ بے شک یہ حق ہے۔ تمہارے رب کی طرف سے ہے۔ اور جو کچھ تم کرتے ہو اللہ اس سے بے خبر نہیں۔</w:t>
      </w:r>
    </w:p>
    <w:p>
      <w:r>
        <w:rPr>
          <w:b/>
        </w:rPr>
        <w:t xml:space="preserve">[42:08] </w:t>
      </w:r>
      <w:r>
        <w:t>aur tum jahan se bhi niklo apna rukh masjid haram ki taraf karo. aur tum jahan bhi ho apne rukh usi ki taraf rakho taake logon ko tumhare upar koi hujjat baqi na rahe.</w:t>
      </w:r>
    </w:p>
    <w:p>
      <w:pPr>
        <w:jc w:val="right"/>
      </w:pPr>
      <w:r>
        <w:t>اور تم جہاں سے بھی نکلو اپنا رخ مسجد حرام کی طرف کرو۔ اور تم جہاں بھی ہو اپنے رخ اسی کی طرف رکھو تاکہ لوگوں کو تمہارے اوپر کوئی حجت باقی نہ رہے۔</w:t>
      </w:r>
    </w:p>
    <w:p>
      <w:r>
        <w:rPr>
          <w:b/>
        </w:rPr>
        <w:t xml:space="preserve">[42:22] </w:t>
      </w:r>
      <w:r>
        <w:t>siwaye un logon ke jo in mein be insaf hain. pas tum un se na daro aur mujh se daro. aur taake main apni nemmat tumhare upar poori kar doon.</w:t>
      </w:r>
    </w:p>
    <w:p>
      <w:pPr>
        <w:jc w:val="right"/>
      </w:pPr>
      <w:r>
        <w:t>سوائے ان لوگوں کے جو ان میں بے انصاف ہیں۔ پس تم ان سے نہ ڈرو اور مجھ سے ڈرو۔ اور تاکہ میں اپنی نعمت تمہارے اوپر پوری کر دوں۔</w:t>
      </w:r>
    </w:p>
    <w:p>
      <w:r>
        <w:rPr>
          <w:b/>
        </w:rPr>
        <w:t xml:space="preserve">[42:34] </w:t>
      </w:r>
      <w:r>
        <w:t>aur taake tum rah pa jao. jis tarah hum ne tumhare darmiyan ek rasool tum hi mein se bheja jo tum ko hamari ayaton ko padh kar sunata hai.</w:t>
      </w:r>
    </w:p>
    <w:p>
      <w:pPr>
        <w:jc w:val="right"/>
      </w:pPr>
      <w:r>
        <w:t>اور تاکہ تم راہ پا جاؤ۔ جس طرح ہم نے تمہارے درمیان ایک رسول تم ہی میں سے بھیجا جو تم کو ہماری آیتیں پڑھ کر سناتا ہے۔</w:t>
      </w:r>
    </w:p>
    <w:p>
      <w:r>
        <w:rPr>
          <w:b/>
        </w:rPr>
        <w:t xml:space="preserve">[42:46] </w:t>
      </w:r>
      <w:r>
        <w:t>aur tum ko pak karta hai. aur tum ko kitab ki aur hikmat ki taleem deta hai. aur tum ko woh cheezein sikhata hai jin ko tum nahi jante the.</w:t>
      </w:r>
    </w:p>
    <w:p>
      <w:pPr>
        <w:jc w:val="right"/>
      </w:pPr>
      <w:r>
        <w:t>اور تم کو پاک کرتا ہے۔ اور تم کو کتاب کی اور حکمت کی تعلیم دیتا ہے۔ اور تم کو وہ چیزیں سکھا رہا ہے جن کو تم نہیں جانتے تھے۔</w:t>
      </w:r>
    </w:p>
    <w:p>
      <w:r>
        <w:rPr>
          <w:b/>
        </w:rPr>
        <w:t xml:space="preserve">[42:58] </w:t>
      </w:r>
      <w:r>
        <w:t>pas tum mujh ko yaad rakho. main tum ko yaad rakhunga. aur mera ehsan mano. meri nashukri mat karo.</w:t>
      </w:r>
    </w:p>
    <w:p>
      <w:pPr>
        <w:jc w:val="right"/>
      </w:pPr>
      <w:r>
        <w:t>پس تم مجھ کو یاد رکھو۔ میں تم کو یاد رکھوں گا۔ اور میرا احسان مانو۔ میری ناشکری مت کرو۔</w:t>
      </w:r>
    </w:p>
    <w:p>
      <w:r>
        <w:rPr>
          <w:b/>
        </w:rPr>
        <w:t xml:space="preserve">[43:08] </w:t>
      </w:r>
      <w:r>
        <w:t>ae iman walon!</w:t>
      </w:r>
    </w:p>
    <w:p>
      <w:pPr>
        <w:jc w:val="right"/>
      </w:pPr>
      <w:r>
        <w:t>اے ایمان والوں!</w:t>
      </w:r>
    </w:p>
    <w:p>
      <w:r>
        <w:rPr>
          <w:b/>
        </w:rPr>
        <w:t xml:space="preserve">[43:10] </w:t>
      </w:r>
      <w:r>
        <w:t>sabr aur namaz se madad hasil karo. yaqinan Allah sabr karne walon ke sath hai. aur jo log Allah ki rah mein mare jayen un ko murda mat kaho.</w:t>
      </w:r>
    </w:p>
    <w:p>
      <w:pPr>
        <w:jc w:val="right"/>
      </w:pPr>
      <w:r>
        <w:t>صبر اور نماز سے مدد حاصل کرو۔ یقینا اللہ صبر کرنے والوں کے ساتھ ہے۔ اور جو لوگ اللہ کی راہ میں مارے جائیں ان کو مردہ مت کہو۔</w:t>
      </w:r>
    </w:p>
    <w:p>
      <w:r>
        <w:rPr>
          <w:b/>
        </w:rPr>
        <w:t xml:space="preserve">[43:21] </w:t>
      </w:r>
      <w:r>
        <w:t>balke woh zinda hain magar tum ko khabar nahi. aur hum zaroor tum ko azmayenge kuch darr aur bhook se aur malon aur janon aur phalon ki kami se.</w:t>
      </w:r>
    </w:p>
    <w:p>
      <w:pPr>
        <w:jc w:val="right"/>
      </w:pPr>
      <w:r>
        <w:t>بلکہ وہ زندہ ہیں مگر تم کو خبر نہیں۔ اور ہم ضرور تم کو آزمائیں گے کچھ ڈر اور بھوک سے اور مالوں اور جانوں اور پھلوں کی کمی سے۔</w:t>
      </w:r>
    </w:p>
    <w:p>
      <w:r>
        <w:rPr>
          <w:b/>
        </w:rPr>
        <w:t xml:space="preserve">[43:35] </w:t>
      </w:r>
      <w:r>
        <w:t>aur sabit qadam rehne walon ko khushkhabri de do. jin ka hal ye hai ki jab un ko koi musibat pahunche to woh kehte hain hum Allah ke hain aur hum usi ki taraf lotne wale hain.</w:t>
      </w:r>
    </w:p>
    <w:p>
      <w:pPr>
        <w:jc w:val="right"/>
      </w:pPr>
      <w:r>
        <w:t>اور ثابت قدم رہنے والوں کو خوشخبری دے دو۔ جن کا حال یہ ہے کہ جب ان کو کوئی مصیبت پہنچتی ہے تو وہ کہتے ہیں ہم اللہ کے ہیں اور ہم اسی کی طرف لوٹنے والے ہیں۔</w:t>
      </w:r>
    </w:p>
    <w:p>
      <w:r>
        <w:rPr>
          <w:b/>
        </w:rPr>
        <w:t xml:space="preserve">[43:51] </w:t>
      </w:r>
      <w:r>
        <w:t>yahi log hain jin ke upar un ke rab ki shabashiyan hain aur rehmat hai. aur yahi log hain jo rah par hain.</w:t>
      </w:r>
    </w:p>
    <w:p>
      <w:pPr>
        <w:jc w:val="right"/>
      </w:pPr>
      <w:r>
        <w:t>یہی لوگ ہیں جن کے اوپر ان کے رب کی شاباشیاں ہیں اور رحمت ہے۔ اور یہی لوگ ہیں جو راہ پر ہیں۔</w:t>
      </w:r>
    </w:p>
    <w:p>
      <w:r>
        <w:rPr>
          <w:b/>
        </w:rPr>
        <w:t xml:space="preserve">[44:01] </w:t>
      </w:r>
      <w:r>
        <w:t>safa aur marwa beshak Allah ki yadgaron mein se hain. pas jo shakhs baitullah ka hajj kare ya umra kare to us par koi harj nahi ki woh un ka tawaf kare.</w:t>
      </w:r>
    </w:p>
    <w:p>
      <w:pPr>
        <w:jc w:val="right"/>
      </w:pPr>
      <w:r>
        <w:t>صفا اور مروہ بے شک اللہ کی یادگاروں میں سے ہیں۔ پس جو شخص بیت اللہ کا حج کرے یا عمرہ کرے تو اس پر کوئی حرج نہیں کہ وہ ان کا طواف کرے۔</w:t>
      </w:r>
    </w:p>
    <w:p>
      <w:r>
        <w:rPr>
          <w:b/>
        </w:rPr>
        <w:t xml:space="preserve">[44:14] </w:t>
      </w:r>
      <w:r>
        <w:t>aur jo koi shauq se kuch neki kare to Allah qadertan hai. janne wala hai. jo log chupate hain hamari utari hui khuli nishaniyon ko aur hamari hidayat ko baad is ke ke hum is ko logon ke liye kitab mein khol chuke hain to wahi log hain jin par Allah lanat karta hai.</w:t>
      </w:r>
    </w:p>
    <w:p>
      <w:pPr>
        <w:jc w:val="right"/>
      </w:pPr>
      <w:r>
        <w:t>اور جو کوئی شوق سے کچھ نیکی کرے تو اللہ قدرتان ہے۔ جاننے والا ہے۔ جو لوگ چھپاتے ہیں ہماری اتاری ہوئی کھلی نشانیوں کو اور ہماری ہدایت کو بعد اس کے کہ ہم اس کو لوگوں کے لیے کتاب میں کھول چکے ہیں تو وہی لوگ ہیں جن پر اللہ لعنت کرتا ہے۔</w:t>
      </w:r>
    </w:p>
    <w:p>
      <w:r>
        <w:rPr>
          <w:b/>
        </w:rPr>
        <w:t xml:space="preserve">[44:36] </w:t>
      </w:r>
      <w:r>
        <w:t>aur un par lanat karne wale lanat karte hain. albatta jinhone tauba ki aur islah kar li aur wazeh taur par bayan kar diya to un ko mein maaf kar doon ga.</w:t>
      </w:r>
    </w:p>
    <w:p>
      <w:pPr>
        <w:jc w:val="right"/>
      </w:pPr>
      <w:r>
        <w:t>اور ان پر لعنت کرنے والے لعنت کرتے ہیں۔ البتہ جنہوں نے توبہ کی اور اصلاح کر لی اور واضح طور پر بیان کر دیا تو ان کو میں معاف کر دوں گا۔</w:t>
      </w:r>
    </w:p>
    <w:p>
      <w:r>
        <w:rPr>
          <w:b/>
        </w:rPr>
        <w:t xml:space="preserve">[44:49] </w:t>
      </w:r>
      <w:r>
        <w:t>aur mein hoon maaf karne wala, meharban. beshak jin logon ne inkar kiya aur wo isi hal mein mar gaye to wahi log hain ke un par Allah ki aur farishton ki aur aadmiyon ki sab ki lanat hai.</w:t>
      </w:r>
    </w:p>
    <w:p>
      <w:pPr>
        <w:jc w:val="right"/>
      </w:pPr>
      <w:r>
        <w:t>اور میں ہوں معاف کرنے والا، مہربان۔ بے شک جن لوگوں نے انکار کیا اور وہ اسی حال میں مر گئے تو وہی لوگ ہیں کہ ان پر اللہ کی اور فرشتوں کی اور آدمیوں کی سب کی لعنت ہے۔</w:t>
      </w:r>
    </w:p>
    <w:p>
      <w:r>
        <w:rPr>
          <w:b/>
        </w:rPr>
        <w:t xml:space="preserve">[45:07] </w:t>
      </w:r>
      <w:r>
        <w:t>isi hal mein wo hamesha rahen ge. un par se azab halka na kiya jae ga aur na un ko dheel di jae gi. aur tumhara maabood ek hi maabood hai.</w:t>
      </w:r>
    </w:p>
    <w:p>
      <w:pPr>
        <w:jc w:val="right"/>
      </w:pPr>
      <w:r>
        <w:t>اسی حال میں وہ ہمیشہ رہیں گے۔ ان پر سے عذاب ہلکا نہ کیا جائے گا اور نہ ان کو ڈھیل دی جائے گی۔ اور تمہارا معبود ایک ہی معبود ہے۔</w:t>
      </w:r>
    </w:p>
    <w:p>
      <w:r>
        <w:rPr>
          <w:b/>
        </w:rPr>
        <w:t xml:space="preserve">[45:19] </w:t>
      </w:r>
      <w:r>
        <w:t>is ke siwa koi maabood nahin.</w:t>
      </w:r>
    </w:p>
    <w:p>
      <w:pPr>
        <w:jc w:val="right"/>
      </w:pPr>
      <w:r>
        <w:t>اس کے سوا کوئی معبود نہیں۔</w:t>
      </w:r>
    </w:p>
    <w:p>
      <w:r>
        <w:rPr>
          <w:b/>
        </w:rPr>
        <w:t xml:space="preserve">[45:22] </w:t>
      </w:r>
      <w:r>
        <w:t>wo bara meherban hai, nihayat reham wala hai.</w:t>
      </w:r>
    </w:p>
    <w:p>
      <w:pPr>
        <w:jc w:val="right"/>
      </w:pPr>
      <w:r>
        <w:t>وہ بڑا مہربان ہے، نہایت رحم والا ہے۔</w:t>
      </w:r>
    </w:p>
    <w:p>
      <w:r>
        <w:rPr>
          <w:b/>
        </w:rPr>
        <w:t xml:space="preserve">[45:27] </w:t>
      </w:r>
      <w:r>
        <w:t>beshak aasmanon aur zameen ki banawat mein aur raat aur din ke aanay janay mein aur in</w:t>
      </w:r>
    </w:p>
    <w:p>
      <w:pPr>
        <w:jc w:val="right"/>
      </w:pPr>
      <w:r>
        <w:t>بے شک آسمانوں اور زمین کی بناوٹ میں اور رات اور دن کے آنے جانے میں اور ان</w:t>
      </w:r>
    </w:p>
    <w:p>
      <w:r>
        <w:rPr>
          <w:b/>
        </w:rPr>
        <w:t xml:space="preserve">[45:33] </w:t>
      </w:r>
      <w:r>
        <w:t>kishtiyon mein jo insanon ke kaam aanay wali cheezain le kar samandar mein chalti hain aur us pani</w:t>
      </w:r>
    </w:p>
    <w:p>
      <w:pPr>
        <w:jc w:val="right"/>
      </w:pPr>
      <w:r>
        <w:t>کشتیوں میں جو انسانوں کے کام آنے والی چیزیں لے کر سمندر میں چلتی ہیں اور اس پانی</w:t>
      </w:r>
    </w:p>
    <w:p>
      <w:r>
        <w:rPr>
          <w:b/>
        </w:rPr>
        <w:t xml:space="preserve">[45:40] </w:t>
      </w:r>
      <w:r>
        <w:t>mein jis ko Allah ne aasman se utara, phir is se murda zameen ko zindagi bakhshi aur is</w:t>
      </w:r>
    </w:p>
    <w:p>
      <w:pPr>
        <w:jc w:val="right"/>
      </w:pPr>
      <w:r>
        <w:t>میں جس کو اللہ نے آسمان سے اتارا، پھر اس سے مردہ زمین کو زندگی بخشی اور اس</w:t>
      </w:r>
    </w:p>
    <w:p>
      <w:r>
        <w:rPr>
          <w:b/>
        </w:rPr>
        <w:t xml:space="preserve">[45:46] </w:t>
      </w:r>
      <w:r>
        <w:t>ne zameen mein sab qism ke janwar phaila diye.</w:t>
      </w:r>
    </w:p>
    <w:p>
      <w:pPr>
        <w:jc w:val="right"/>
      </w:pPr>
      <w:r>
        <w:t>نے زمین میں سب قسم کے جانور پھیلا دیے۔</w:t>
      </w:r>
    </w:p>
    <w:p>
      <w:r>
        <w:rPr>
          <w:b/>
        </w:rPr>
        <w:t xml:space="preserve">[45:50] </w:t>
      </w:r>
      <w:r>
        <w:t>aur hawaon ki gardish mein aur badalon mein jo aasman aur zameen ke darmiyan hukum ke taabe hain. un logon ke liye nishaniyan hain jo aql se kaam lete hain.</w:t>
      </w:r>
    </w:p>
    <w:p>
      <w:pPr>
        <w:jc w:val="right"/>
      </w:pPr>
      <w:r>
        <w:t>اور ہواؤں کی گردش میں اور بادلوں میں جو آسمان اور زمین کے درمیان حکم کے تابع ہیں۔ ان لوگوں کے لیے نشانیاں ہیں جو عقل سے کام لیتے ہیں۔</w:t>
      </w:r>
    </w:p>
    <w:p>
      <w:r>
        <w:rPr>
          <w:b/>
        </w:rPr>
        <w:t xml:space="preserve">[46:04] </w:t>
      </w:r>
      <w:r>
        <w:t>aur kuch log aise hain jo Allah ke siwa doosron ko is ka barabar thehrate hain. un se aisi mohabbat rakhte hain jaisi mohabbat Allah se rakhna chahiye.</w:t>
      </w:r>
    </w:p>
    <w:p>
      <w:pPr>
        <w:jc w:val="right"/>
      </w:pPr>
      <w:r>
        <w:t>اور کچھ لوگ ایسے ہیں جو اللہ کے سوا دوسروں کو اس کا برابر ٹھہراتے ہیں۔ ان سے ایسی محبت رکھتے ہیں جیسی محبت اللہ سے رکھنا چاہیے۔</w:t>
      </w:r>
    </w:p>
    <w:p>
      <w:r>
        <w:rPr>
          <w:b/>
        </w:rPr>
        <w:t xml:space="preserve">[46:16] </w:t>
      </w:r>
      <w:r>
        <w:t>aur jo iman wale hain wo sab se zyada Allah se mohabbat rakhne wale hain. aur agar ye zalim is waqt ko dekh len jab ke wo azab se dochar hon ge ke zor sara ka sara Allah ka hai.</w:t>
      </w:r>
    </w:p>
    <w:p>
      <w:pPr>
        <w:jc w:val="right"/>
      </w:pPr>
      <w:r>
        <w:t>اور جو ایمان والے ہیں وہ سب سے زیادہ اللہ سے محبت رکھنے والے ہیں۔ اور اگر یہ ظالم اس وقت کو دیکھ لیں جب کہ وہ عذاب سے دوچار ہوں گے کہ زور سارا کا سارا اللہ کا ہے۔</w:t>
      </w:r>
    </w:p>
    <w:p>
      <w:r>
        <w:rPr>
          <w:b/>
        </w:rPr>
        <w:t xml:space="preserve">[46:31] </w:t>
      </w:r>
      <w:r>
        <w:t>aur Allah bara sakht azab dene wala hai. jabke wo log jin ke kehne par doosre chalte the un logon se alag ho jayen ge jo un ke kehne par chalte the.</w:t>
      </w:r>
    </w:p>
    <w:p>
      <w:pPr>
        <w:jc w:val="right"/>
      </w:pPr>
      <w:r>
        <w:t>اور اللہ بڑا سخت عذاب دینے والا ہے۔ جبکہ وہ لوگ جن کے کہنے پر دوسرے چلتے تھے ان لوگوں سے الگ ہو جائیں گے جو ان کے کہنے پر چلتے تھے۔</w:t>
      </w:r>
    </w:p>
    <w:p>
      <w:r>
        <w:rPr>
          <w:b/>
        </w:rPr>
        <w:t xml:space="preserve">[46:44] </w:t>
      </w:r>
      <w:r>
        <w:t>azab un ke samne hoga aur un ke sab taraf ke rishte bilkul toot chuke hon ge. wo log jo peechhe chale the kahen ge kaash hum ko dunya ki taraf lotna mil jata to hum bhi un se alag ho jate jaise ye hum se alag ho gaye.</w:t>
      </w:r>
    </w:p>
    <w:p>
      <w:pPr>
        <w:jc w:val="right"/>
      </w:pPr>
      <w:r>
        <w:t>عذاب ان کے سامنے ہوگا اور ان کے سب طرف کے رشتے بالکل ٹوٹ چکے ہوں گے۔ وہ لوگ جو پیچھے چلے تھے کہیں گے کاش ہم کو دنیا کی طرف لوٹنا مل جاتا تو ہم بھی ان سے الگ ہو جاتے جیسے یہ ہم سے الگ ہو گئے۔</w:t>
      </w:r>
    </w:p>
    <w:p>
      <w:r>
        <w:rPr>
          <w:b/>
        </w:rPr>
        <w:t xml:space="preserve">[47:03] </w:t>
      </w:r>
      <w:r>
        <w:t>is tarah Allah un ke aamal ko unhein hasrat bana kar dikhaye ga aur wo aag se nikal na sakenge.</w:t>
      </w:r>
    </w:p>
    <w:p>
      <w:pPr>
        <w:jc w:val="right"/>
      </w:pPr>
      <w:r>
        <w:t>اس طرح اللہ ان کے اعمال کو انہیں حسرت بنا کر دکھائے گا اور وہ آگ سے نکل نہ سکیں گے۔</w:t>
      </w:r>
    </w:p>
    <w:p>
      <w:r>
        <w:rPr>
          <w:b/>
        </w:rPr>
        <w:t xml:space="preserve">[47:12] </w:t>
      </w:r>
      <w:r>
        <w:t>logon! zameen ki cheezon mein se halaal aur pakeeza chezen khao aur shaitan ke qadmon par mat chalo. beshak wo tumhara khula hua dushman hai.</w:t>
      </w:r>
    </w:p>
    <w:p>
      <w:pPr>
        <w:jc w:val="right"/>
      </w:pPr>
      <w:r>
        <w:t>لوگوں! زمین کی چیزوں میں سے حلال اور پاکیزہ چیزیں کھاؤ اور شیطان کے قدموں پر مت چلو۔ بے شک وہ تمہارا کھلا ہوا دشمن ہے۔</w:t>
      </w:r>
    </w:p>
    <w:p>
      <w:r>
        <w:rPr>
          <w:b/>
        </w:rPr>
        <w:t xml:space="preserve">[47:23] </w:t>
      </w:r>
      <w:r>
        <w:t>wo tum ko sirf bure kaam aur be hayai ki talqeen karta hai. aur is baat ki ke tum Allah ki taraf wo baaten mansoob karo jin ke bare mein tum ko koi ilm nahin.</w:t>
      </w:r>
    </w:p>
    <w:p>
      <w:pPr>
        <w:jc w:val="right"/>
      </w:pPr>
      <w:r>
        <w:t>وہ تم کو صرف برے کام اور بے حیائی کی تلقین کرتا ہے۔ اور اس بات کی کہ تم اللہ کی طرف وہ باتیں منسوب کرو جن کے بارے میں تم کو کوئی علم نہیں۔</w:t>
      </w:r>
    </w:p>
    <w:p>
      <w:r>
        <w:rPr>
          <w:b/>
        </w:rPr>
        <w:t xml:space="preserve">[47:34] </w:t>
      </w:r>
      <w:r>
        <w:t>aur jab un se kaha jata hai ke is par chalo jo Allah ne utara hai to wo kehte hain ke hum is par chalenge jis par hum ne apne baap dada ko paya hai.</w:t>
      </w:r>
    </w:p>
    <w:p>
      <w:pPr>
        <w:jc w:val="right"/>
      </w:pPr>
      <w:r>
        <w:t>اور جب ان سے کہا جاتا ہے کہ اس پر چلو جو اللہ نے اتارا ہے تو وہ کہتے ہیں کہ ہم اس پر چلیں گے جس پر ہم نے اپنے باپ دادا کو پایا ہے۔</w:t>
      </w:r>
    </w:p>
    <w:p>
      <w:r>
        <w:rPr>
          <w:b/>
        </w:rPr>
        <w:t xml:space="preserve">[47:45] </w:t>
      </w:r>
      <w:r>
        <w:t>kya is surat mein bhi ke un ke baap dada na aql rakhte hon aur na seedhi rah jante hon? aur un munkiron ki misal aisi hai jaise koi shakhs aise janwar ke peechhe chala raha ho jo bulane aur pukarne ke siwa aur kuch nahin sunta.</w:t>
      </w:r>
    </w:p>
    <w:p>
      <w:pPr>
        <w:jc w:val="right"/>
      </w:pPr>
      <w:r>
        <w:t>کیا اس صورت میں بھی کہ ان کے باپ دادا نہ عقل رکھتے ہوں اور نہ سیدھی راہ جانتے ہوں؟ اور ان منکروں کی مثال ایسی ہے جیسے کوئی شخص ایسے جانور کے پیچھے چلا رہا ہو جو بلانے اور پکارنے کے سوا اور کچھ نہیں سنتا۔</w:t>
      </w:r>
    </w:p>
    <w:p>
      <w:r>
        <w:rPr>
          <w:b/>
        </w:rPr>
        <w:t xml:space="preserve">[48:04] </w:t>
      </w:r>
      <w:r>
        <w:t>ye behre hain, goonge hain, andhe hain. wo kuch nahin samajhte. aye iman</w:t>
      </w:r>
    </w:p>
    <w:p>
      <w:pPr>
        <w:jc w:val="right"/>
      </w:pPr>
      <w:r>
        <w:t>یہ بہرے ہیں، گونگے ہیں، اندھے ہیں۔ وہ کچھ نہیں سمجھتے۔ اے ایمان</w:t>
      </w:r>
    </w:p>
    <w:p>
      <w:r>
        <w:rPr>
          <w:b/>
        </w:rPr>
        <w:t xml:space="preserve">[48:12] </w:t>
      </w:r>
      <w:r>
        <w:t>walon! hamari di hui pak cheezon ko khao aur Allah ka shukr ada karo. agar tum us ki ibadat karne wale ho.</w:t>
      </w:r>
    </w:p>
    <w:p>
      <w:pPr>
        <w:jc w:val="right"/>
      </w:pPr>
      <w:r>
        <w:t>والوں! ہماری دی ہوئی پاک چیزوں کو کھاؤ اور اللہ کا شکر ادا کرو۔ اگر تم اس کی عبادت کرنے والے ہو۔</w:t>
      </w:r>
    </w:p>
    <w:p>
      <w:r>
        <w:rPr>
          <w:b/>
        </w:rPr>
        <w:t xml:space="preserve">[48:21] </w:t>
      </w:r>
      <w:r>
        <w:t>Allah ne tum par haram kiya hai sirf murdar ko aur khoon ko aur sur ke gosht ko aur jis par Allah ke siwa kisi aur ka naam liya gaya ho.</w:t>
      </w:r>
    </w:p>
    <w:p>
      <w:pPr>
        <w:jc w:val="right"/>
      </w:pPr>
      <w:r>
        <w:t>اللہ نے تم پر حرام کیا ہے صرف مردار کو اور خون کو اور سور کے گوشت کو اور جس پر اللہ کے سوا کسی اور کا نام لیا گیا ہو۔</w:t>
      </w:r>
    </w:p>
    <w:p>
      <w:r>
        <w:rPr>
          <w:b/>
        </w:rPr>
        <w:t xml:space="preserve">[48:33] </w:t>
      </w:r>
      <w:r>
        <w:t>phir jo shakhs majboor ho jaye, wo na khwahish mand ho aur na had se aage badhne wala ho to us par koi gunah nahin.</w:t>
      </w:r>
    </w:p>
    <w:p>
      <w:pPr>
        <w:jc w:val="right"/>
      </w:pPr>
      <w:r>
        <w:t>پھر جو شخص مجبور ہو جائے، وہ نہ خواہش مند ہو اور نہ حد سے آگے بڑھنے والا ہو تو اس پر کوئی گناہ نہیں۔</w:t>
      </w:r>
    </w:p>
    <w:p>
      <w:r>
        <w:rPr>
          <w:b/>
        </w:rPr>
        <w:t xml:space="preserve">[48:42] </w:t>
      </w:r>
      <w:r>
        <w:t>beshak Allah bakhsne wala, meharban hai. jo log is cheez ko chupate hain jo Allah ne apni kitab mein utari hai aur is ke badle mein thora mil lete hain, wo apne pait mein sirf aag bhar rahe hain.</w:t>
      </w:r>
    </w:p>
    <w:p>
      <w:pPr>
        <w:jc w:val="right"/>
      </w:pPr>
      <w:r>
        <w:t>بے شک اللہ بخشنے والا، مہربان ہے۔ جو لوگ اس چیز کو چھپاتے ہیں جو اللہ نے اپنی کتاب میں اتاری ہے اور اس کے بدلے میں تھوڑا مل لیتے ہیں، وہ اپنے پیٹ میں صرف آگ بھر رہے ہیں۔</w:t>
      </w:r>
    </w:p>
    <w:p>
      <w:r>
        <w:rPr>
          <w:b/>
        </w:rPr>
        <w:t xml:space="preserve">[48:59] </w:t>
      </w:r>
      <w:r>
        <w:t>qayamat ke din Allah na un se hum kalam hoga aur na un ko pak kare ga. aur un ke liye dardnak azab hai.</w:t>
      </w:r>
    </w:p>
    <w:p>
      <w:pPr>
        <w:jc w:val="right"/>
      </w:pPr>
      <w:r>
        <w:t>قیامت کے دن اللہ نہ ان سے ہم کلام ہوگا اور نہ ان کو پاک کرے گا۔ اور ان کے لیے دردناک عذاب ہے۔</w:t>
      </w:r>
    </w:p>
    <w:p>
      <w:r>
        <w:rPr>
          <w:b/>
        </w:rPr>
        <w:t xml:space="preserve">[49:09] </w:t>
      </w:r>
      <w:r>
        <w:t>ye wo log hain jinhone hidayat ke badle gumrahi ka sauda kiya aur bakhshish ke badle azab ka. to kaisi sahar hai un ko aag ki?</w:t>
      </w:r>
    </w:p>
    <w:p>
      <w:pPr>
        <w:jc w:val="right"/>
      </w:pPr>
      <w:r>
        <w:t>یہ وہ لوگ ہیں جنہوں نے ہدایت کے بدلے گمراہی کا سودا کیا اور بخشش کے بدلے عذاب کا۔ تو کیسی سہار ہے ان کو آگ کی؟</w:t>
      </w:r>
    </w:p>
    <w:p>
      <w:r>
        <w:rPr>
          <w:b/>
        </w:rPr>
        <w:t xml:space="preserve">[49:21] </w:t>
      </w:r>
      <w:r>
        <w:t>ye is liye ke Allah ne apni kitab ko theek theek utara magar jin logon ne kitab mein kai rahen nikal lin wo zid mein door ja pare.</w:t>
      </w:r>
    </w:p>
    <w:p>
      <w:pPr>
        <w:jc w:val="right"/>
      </w:pPr>
      <w:r>
        <w:t>یہ اس لیے کہ اللہ نے اپنی کتاب کو ٹھیک ٹھیک اتارا مگر جن لوگوں نے کتاب میں کئی راہیں نکال لیں وہ ضد میں دور جا پڑے۔</w:t>
      </w:r>
    </w:p>
    <w:p>
      <w:r>
        <w:rPr>
          <w:b/>
        </w:rPr>
        <w:t xml:space="preserve">[49:34] </w:t>
      </w:r>
      <w:r>
        <w:t>neki ye nahin ke tum apne munh purab aur pashchim ki taraf kar lo balke neki ye hai ke aadmi iman laye Allah par aur aakhirat ke din par aur farishton par aur kitab par aur peghambaron par aur maal de Allah ki mohabbat mein rishtedaron ko aur yateemon ko aur muhtajon ko aur musafiron ko aur mangne walon ko aur gardanen chhurane mein.</w:t>
      </w:r>
    </w:p>
    <w:p>
      <w:pPr>
        <w:jc w:val="right"/>
      </w:pPr>
      <w:r>
        <w:t>نیکی یہ نہیں کہ تم اپنے منہ پورب اور پچھم کی طرف کر لو بلکہ نیکی یہ ہے کہ آدمی ایمان لائے اللہ پر اور آخرت کے دن پر اور فرشتوں پر اور کتاب پر اور پیغمبروں پر اور مال دے اللہ کی محبت میں رشتہ داروں کو اور یتیموں کو اور محتاجوں کو اور مسافروں کو اور مانگنے والوں کو اور گردنیں چھڑانے میں۔</w:t>
      </w:r>
    </w:p>
    <w:p>
      <w:r>
        <w:rPr>
          <w:b/>
        </w:rPr>
        <w:t xml:space="preserve">[50:03] </w:t>
      </w:r>
      <w:r>
        <w:t>aur namaz qaim kare aur zakat ada kare aur jab ahad kar len to us ko poora karen. aur sabr karne wale sakhti aur takleef mein aur ladaai ke waqt.</w:t>
      </w:r>
    </w:p>
    <w:p>
      <w:pPr>
        <w:jc w:val="right"/>
      </w:pPr>
      <w:r>
        <w:t>اور نماز قائم کرے اور زکوٰۃ ادا کرے اور جب عہد کر لیں تو اس کو پورا کریں۔ اور صبر کرنے والے سختی اور تکلیف میں اور لڑائی کے وقت۔</w:t>
      </w:r>
    </w:p>
    <w:p>
      <w:r>
        <w:rPr>
          <w:b/>
        </w:rPr>
        <w:t xml:space="preserve">[50:17] </w:t>
      </w:r>
      <w:r>
        <w:t>yahi log hain jo sachay niklay aur yahi hain dar rakhnay walay. aye em</w:t>
      </w:r>
    </w:p>
    <w:p>
      <w:pPr>
        <w:jc w:val="right"/>
      </w:pPr>
      <w:r>
        <w:t>یہی لوگ ہیں جو سچے نکلے اور یہی ہیں ڈر رکھنے والے۔ اے ایم</w:t>
      </w:r>
    </w:p>
    <w:p>
      <w:r>
        <w:rPr>
          <w:b/>
        </w:rPr>
        <w:t xml:space="preserve">[50:26] </w:t>
      </w:r>
      <w:r>
        <w:t>an walon! tum par muqtulon ka qisas lena farz kiya jata hai. azad ke badlay azad, ghulam ke badlay ghulam, aurat ke badlay aurat.</w:t>
      </w:r>
    </w:p>
    <w:p>
      <w:pPr>
        <w:jc w:val="right"/>
      </w:pPr>
      <w:r>
        <w:t>ان والوں! تم پر مقتولوں کا قصاص لینا فرض کیا جاتا ہے۔ آزاد کے بدلے آزاد، غلام کے بدلے غلام، عورت کے بدلے عورت۔</w:t>
      </w:r>
    </w:p>
    <w:p>
      <w:r>
        <w:rPr>
          <w:b/>
        </w:rPr>
        <w:t xml:space="preserve">[50:37] </w:t>
      </w:r>
      <w:r>
        <w:t>phir jisko is ke bhai ki taraf se kuch maaf kar de to us ko chahiye ke wo maroof ki pairwi kare aur khoobi ke sath is ko ada kare.</w:t>
      </w:r>
    </w:p>
    <w:p>
      <w:pPr>
        <w:jc w:val="right"/>
      </w:pPr>
      <w:r>
        <w:t>پھر جس کو اس کے بھائی کی طرف سے کچھ معافی ہو جائے تو اس کو چاہیے کہ وہ معروف کی پیروی کرے اور خوبی کے ساتھ اس کو ادا کرے۔</w:t>
      </w:r>
    </w:p>
    <w:p>
      <w:r>
        <w:rPr>
          <w:b/>
        </w:rPr>
        <w:t xml:space="preserve">[50:47] </w:t>
      </w:r>
      <w:r>
        <w:t>yeh tumhare rab ki taraf se aik aasani aur meharbani hai. ab is ke baad bhi jo shakhs ziyadati kare us ke liye dardnak azab hai.</w:t>
      </w:r>
    </w:p>
    <w:p>
      <w:pPr>
        <w:jc w:val="right"/>
      </w:pPr>
      <w:r>
        <w:t>یہ تمہارے رب کی طرف سے ایک آسانی اور مہربانی ہے۔ اب اس کے بعد بھی جو شخص زیادتی کرے اس کے لیے دردناک عذاب ہے۔</w:t>
      </w:r>
    </w:p>
    <w:p>
      <w:r>
        <w:rPr>
          <w:b/>
        </w:rPr>
        <w:t xml:space="preserve">[50:58] </w:t>
      </w:r>
      <w:r>
        <w:t>aur aye aql wal</w:t>
      </w:r>
    </w:p>
    <w:p>
      <w:pPr>
        <w:jc w:val="right"/>
      </w:pPr>
      <w:r>
        <w:t>اور اے عقل وال</w:t>
      </w:r>
    </w:p>
    <w:p>
      <w:r>
        <w:rPr>
          <w:b/>
        </w:rPr>
        <w:t xml:space="preserve">[51:00] </w:t>
      </w:r>
      <w:r>
        <w:t>on! qisas mein tumhare liye zindagi hai ta ke tum bacho. tum par farz kiya jata hai ke jab tum mein se kisi ki maut ka waqt aa jaye aur wo apne peechay maal chhor raha ho to wo maroof ke mutabiq wasiyat kar de.</w:t>
      </w:r>
    </w:p>
    <w:p>
      <w:pPr>
        <w:jc w:val="right"/>
      </w:pPr>
      <w:r>
        <w:t>وں! قصاص میں تمہارے لیے زندگی ہے تاکہ تم بچو۔ تم پر فرض کیا جاتا ہے کہ جب تم میں سے کسی کی موت کا وقت آ جائے اور وہ اپنے پیچھے مال چھوڑ رہا ہو تو وہ معروف کے مطابق وصیت کر دے۔</w:t>
      </w:r>
    </w:p>
    <w:p>
      <w:r>
        <w:rPr>
          <w:b/>
        </w:rPr>
        <w:t xml:space="preserve">[51:17] </w:t>
      </w:r>
      <w:r>
        <w:t>apne maa baap ke liye aur apne qaraibat daron ke liye. yeh zaroori hai Allah se darne walon ke liye. phir jo koi wasiyat ko sunne ke baad is ko badal dalay to is ka gunah isi par hoga jis ne is ko badla.</w:t>
      </w:r>
    </w:p>
    <w:p>
      <w:pPr>
        <w:jc w:val="right"/>
      </w:pPr>
      <w:r>
        <w:t>اپنے ماں باپ کے لیے اور اپنے قرابت داروں کے لیے۔ یہ ضروری ہے خدا سے ڈرنے والوں کے لیے۔ پھر جو کوئی وصیت کو سننے کے بعد اس کو بدل ڈالے تو اس کا گناہ اسی پر ہوگا جس نے اس کو بدلا۔</w:t>
      </w:r>
    </w:p>
    <w:p>
      <w:r>
        <w:rPr>
          <w:b/>
        </w:rPr>
        <w:t xml:space="preserve">[51:35] </w:t>
      </w:r>
      <w:r>
        <w:t>yaqeenan Allah sunnay wala, janne wala hai. albatta jis ko wasiyat karne walay ki babat yeh andesha ho ke us ne janibdari ya haq talfi ki hai aur wo apas mein sulah kara de to is par koi gunah nahi.</w:t>
      </w:r>
    </w:p>
    <w:p>
      <w:pPr>
        <w:jc w:val="right"/>
      </w:pPr>
      <w:r>
        <w:t>یقینا اللہ سننے والا، جاننے والا ہے۔ البتہ جس کو وصیت کرنے والے کی بابت یہ اندیشہ ہو کہ اس نے جانبداری یا حق تلفی کی ہے اور وہ آپس میں صلح کرا دے تو اس پر کوئی گناہ نہیں۔</w:t>
      </w:r>
    </w:p>
    <w:p>
      <w:r>
        <w:rPr>
          <w:b/>
        </w:rPr>
        <w:t xml:space="preserve">[51:53] </w:t>
      </w:r>
      <w:r>
        <w:t>Allah maaf karne wala, reham karne wala hai. aye iman walon!</w:t>
      </w:r>
    </w:p>
    <w:p>
      <w:pPr>
        <w:jc w:val="right"/>
      </w:pPr>
      <w:r>
        <w:t>اللہ معاف کرنے والا، رحم کرنے والا ہے۔ اے ایمان والوں!</w:t>
      </w:r>
    </w:p>
    <w:p>
      <w:r>
        <w:rPr>
          <w:b/>
        </w:rPr>
        <w:t xml:space="preserve">[52:00] </w:t>
      </w:r>
      <w:r>
        <w:t>tum par roza farz kiya gaya jis tarah tum se aglon par farz kiya gaya tha ta ke tum parhezgar bano. ginti ke chand din.</w:t>
      </w:r>
    </w:p>
    <w:p>
      <w:pPr>
        <w:jc w:val="right"/>
      </w:pPr>
      <w:r>
        <w:t>تم پر روزہ فرض کیا گیا جس طرح تم سے اگلوں پر فرض کیا گیا تھا تاکہ تم پرہیزگار بنو۔ گنتی کے چند دن۔</w:t>
      </w:r>
    </w:p>
    <w:p>
      <w:r>
        <w:rPr>
          <w:b/>
        </w:rPr>
        <w:t xml:space="preserve">[52:10] </w:t>
      </w:r>
      <w:r>
        <w:t>phir jo koi tum mein beemar ho ya safar mein ho to wo doosre dinon mein tadad poori kar le. aur jo is ko bamushaqqat bardasht kar sakain to aik roze ka badla aik miskeen ka khana hai.</w:t>
      </w:r>
    </w:p>
    <w:p>
      <w:pPr>
        <w:jc w:val="right"/>
      </w:pPr>
      <w:r>
        <w:t>پھر جو کوئی تم میں بیمار ہو یا سفر میں ہو تو وہ دوسرے دنوں میں تعداد پوری کر لے۔ اور جو اس کو بامشقت برداشت کر سکیں تو ایک روزے کا بدلہ ایک مسکین کا کھانا ہے۔</w:t>
      </w:r>
    </w:p>
    <w:p>
      <w:r>
        <w:rPr>
          <w:b/>
        </w:rPr>
        <w:t xml:space="preserve">[52:25] </w:t>
      </w:r>
      <w:r>
        <w:t>jo koi mazeed neki kare to wo is ke liye behtar hai. aur tum roza rakho to yeh tumhare liye ziyada behtar hai.</w:t>
      </w:r>
    </w:p>
    <w:p>
      <w:pPr>
        <w:jc w:val="right"/>
      </w:pPr>
      <w:r>
        <w:t>جو کوئی مزید نیکی کرے تو وہ اس کے لیے بہتر ہے۔ اور تم روزہ رکھو تو یہ تمہارے لیے زیادہ بہتر ہے۔</w:t>
      </w:r>
    </w:p>
    <w:p>
      <w:r>
        <w:rPr>
          <w:b/>
        </w:rPr>
        <w:t xml:space="preserve">[52:35] </w:t>
      </w:r>
      <w:r>
        <w:t>agar tum jano. ramzan ka mahina jis mein quran utara gaya hidait hai logon ke liye aur khuli nishaniyan rastay ki aur haq aur batil ke darmiyan faisla karne wala.</w:t>
      </w:r>
    </w:p>
    <w:p>
      <w:pPr>
        <w:jc w:val="right"/>
      </w:pPr>
      <w:r>
        <w:t>اگر تم جانو۔ رمضان کا مہینہ جس میں قرآن اتارا گیا ہدایت ہے لوگوں کے لیے اور کھلی نشانیاں راستے کی اور حق اور باطل کے درمیان فیصلہ کرنے والا۔</w:t>
      </w:r>
    </w:p>
    <w:p>
      <w:r>
        <w:rPr>
          <w:b/>
        </w:rPr>
        <w:t xml:space="preserve">[52:51] </w:t>
      </w:r>
      <w:r>
        <w:t>pas tum mein se jo koi is mahine ko paye wo is ke roze rakhay. aur jo beemar ho ya safar par ho to wo doosre dinon mein ginti poori kar le.</w:t>
      </w:r>
    </w:p>
    <w:p>
      <w:pPr>
        <w:jc w:val="right"/>
      </w:pPr>
      <w:r>
        <w:t>پس تم میں سے جو کوئی اس مہینے کو پائے وہ اس کے روزے رکھے۔ اور جو بیمار ہو یا سفر پر ہو تو وہ دوسرے دنوں میں گنتی پوری کر لے۔</w:t>
      </w:r>
    </w:p>
    <w:p>
      <w:r>
        <w:rPr>
          <w:b/>
        </w:rPr>
        <w:t xml:space="preserve">[53:03] </w:t>
      </w:r>
      <w:r>
        <w:t>Allah tumhare liye aasani chahta hai. wo tumhare sath sakhti karna nahi chahta. aur is liye ke tum ginti poori kar lo aur Allah ki barhai karo.</w:t>
      </w:r>
    </w:p>
    <w:p>
      <w:pPr>
        <w:jc w:val="right"/>
      </w:pPr>
      <w:r>
        <w:t>اللہ تمہارے لیے آسانی چاہتا ہے۔ وہ تمہارے ساتھ سختی کرنا نہیں چاہتا۔ اور اس لیے کہ تم گنتی پوری کر لو اور اللہ کی بڑائی کرو۔</w:t>
      </w:r>
    </w:p>
    <w:p>
      <w:r>
        <w:rPr>
          <w:b/>
        </w:rPr>
        <w:t xml:space="preserve">[53:15] </w:t>
      </w:r>
      <w:r>
        <w:t>is par ke us ne tum ko rah batayi. aur ta ke tum is ke shukr guzar bano. aur jab mere bande tum se meri babat poochen to main nazdeek hoon.</w:t>
      </w:r>
    </w:p>
    <w:p>
      <w:pPr>
        <w:jc w:val="right"/>
      </w:pPr>
      <w:r>
        <w:t>اس پر کہ اس نے تم کو راہ بتائی۔ اور تاکہ تم اس کے شکر گزار بنو۔ اور جب میرے بندے تم سے میری بابت پوچھیں تو میں نزدیک ہوں۔</w:t>
      </w:r>
    </w:p>
    <w:p>
      <w:r>
        <w:rPr>
          <w:b/>
        </w:rPr>
        <w:t xml:space="preserve">[53:27] </w:t>
      </w:r>
      <w:r>
        <w:t>pukarne walay ki pukar ka jawab deta hoon. jabke wo mujhe pukarta hai. to chahiye ke wo mera hukum manay. aur mujh par yaqeen rakhen ta ke wo hidait paayen.</w:t>
      </w:r>
    </w:p>
    <w:p>
      <w:pPr>
        <w:jc w:val="right"/>
      </w:pPr>
      <w:r>
        <w:t>پکارنے والے کی پکار کا جواب دیتا ہوں۔ جبکہ وہ مجھے پکارتا ہے۔ تو چاہیے کہ وہ میرا حکم مانے۔ اور مجھ پر یقین رکھیں تاکہ وہ ہدایت پائیں۔</w:t>
      </w:r>
    </w:p>
    <w:p>
      <w:r>
        <w:rPr>
          <w:b/>
        </w:rPr>
        <w:t xml:space="preserve">[53:41] </w:t>
      </w:r>
      <w:r>
        <w:t>tumhare liye roze ki raat mein apni بیویوں ke paas jana jaiz kiya gaya. wo tumhare liye libas hain aur tum un ke liye libas ho.</w:t>
      </w:r>
    </w:p>
    <w:p>
      <w:pPr>
        <w:jc w:val="right"/>
      </w:pPr>
      <w:r>
        <w:t>تمہارے لیے روزے کی رات میں اپنی بیویوں کے پاس جانا جائز کیا گیا۔ وہ تمہارے لیے لباس ہیں اور تم ان کے لیے لباس ہو۔</w:t>
      </w:r>
    </w:p>
    <w:p>
      <w:r>
        <w:rPr>
          <w:b/>
        </w:rPr>
        <w:t xml:space="preserve">[53:52] </w:t>
      </w:r>
      <w:r>
        <w:t>Allah ne jana ke tum apne aap se khiyanat kar rahe thay to us ne tum par inayat ki aur tum ko maaf kar diya. to ab tum un se milo aur chaho jo Allah ne tumhare liye likh diya hai.</w:t>
      </w:r>
    </w:p>
    <w:p>
      <w:pPr>
        <w:jc w:val="right"/>
      </w:pPr>
      <w:r>
        <w:t>اللہ نے جانا کہ تم اپنے آپ سے خیانت کر رہے تھے تو اس نے تم پر عنایت کی اور تم کو معاف کر دیا۔ تو اب تم ان سے ملو اور چاہو جو اللہ نے تمہارے لیے لکھ دیا ہے۔</w:t>
      </w:r>
    </w:p>
    <w:p>
      <w:r>
        <w:rPr>
          <w:b/>
        </w:rPr>
        <w:t xml:space="preserve">[54:06] </w:t>
      </w:r>
      <w:r>
        <w:t>aur khao aur piyo. yahan tak ke subah ki safed dhari kali dhari se alag zahir ho jaye. phir poora karo roza raat tak.</w:t>
      </w:r>
    </w:p>
    <w:p>
      <w:pPr>
        <w:jc w:val="right"/>
      </w:pPr>
      <w:r>
        <w:t>اور کھاؤ اور پیو۔ یہاں تک کہ صبح کی سفید دھاری کالی دھاری سے الگ ظاہر ہو جائے۔ پھر پورا کرو روزہ رات تک۔</w:t>
      </w:r>
    </w:p>
    <w:p>
      <w:r>
        <w:rPr>
          <w:b/>
        </w:rPr>
        <w:t xml:space="preserve">[54:18] </w:t>
      </w:r>
      <w:r>
        <w:t>aur jab tum masjid mein aitkaf mein ho to بیویوں se khuloat na karo. yeh Allah ki haden hain to un ke nazdeek na jao.</w:t>
      </w:r>
    </w:p>
    <w:p>
      <w:pPr>
        <w:jc w:val="right"/>
      </w:pPr>
      <w:r>
        <w:t>اور جب تم مسجد میں اعتکاف میں ہو تو بیویوں سے خلوت نہ کرو۔ یہ اللہ کی حدیں ہیں تو ان کے نزدیک نہ جاؤ۔</w:t>
      </w:r>
    </w:p>
    <w:p>
      <w:r>
        <w:rPr>
          <w:b/>
        </w:rPr>
        <w:t xml:space="preserve">[54:28] </w:t>
      </w:r>
      <w:r>
        <w:t>is tarah Allah apni ayaten logon ke liye bayan karta hai ta ke wo bachen. aur tum apas mein aik doosre ke maal ko nahq taur par na khao aur un ko hakimoon tak na pohanchao.</w:t>
      </w:r>
    </w:p>
    <w:p>
      <w:pPr>
        <w:jc w:val="right"/>
      </w:pPr>
      <w:r>
        <w:t>اس طرح اللہ اپنی آیتیں لوگوں کے لیے بیان کرتا ہے تاکہ وہ بچیں۔ اور تم آپس میں ایک دوسرے کے مال کو ناحق طور پر نہ کھاؤ اور ان کو حاکموں تک نہ پہنچاؤ۔</w:t>
      </w:r>
    </w:p>
    <w:p>
      <w:r>
        <w:rPr>
          <w:b/>
        </w:rPr>
        <w:t xml:space="preserve">[54:43] </w:t>
      </w:r>
      <w:r>
        <w:t>ta ke doosron ke maal ka koi hissa batareek gunah kha jao. halankay tum is ko jante ho.</w:t>
      </w:r>
    </w:p>
    <w:p>
      <w:pPr>
        <w:jc w:val="right"/>
      </w:pPr>
      <w:r>
        <w:t>تاکہ دوسروں کے مال کا کوئی حصہ بطریق گناہ کھا جاؤ۔ حالانکہ تم اس کو جانتے ہو۔</w:t>
      </w:r>
    </w:p>
    <w:p>
      <w:r>
        <w:rPr>
          <w:b/>
        </w:rPr>
        <w:t xml:space="preserve">[54:52] </w:t>
      </w:r>
      <w:r>
        <w:t>wo tum se chandun ki babat poochte hain. keh do ke wo auqat hain logon ke liye aur hajj ke liye. aur neki yeh nahi ke tum gharon mein aao chhat par se balke neki yeh hai ke aadmi parhezgari kare.</w:t>
      </w:r>
    </w:p>
    <w:p>
      <w:pPr>
        <w:jc w:val="right"/>
      </w:pPr>
      <w:r>
        <w:t>وہ تم سے چاندوں کی بابت پوچھتے ہیں۔ کہہ دو کہ وہ اوقات ہیں لوگوں کے لیے اور حج کے لیے۔ اور نیکی یہ نہیں کہ تم گھروں میں آؤ چھت پر سے بلکہ نیکی یہ ہے کہ آدمی پرہیزگاری کرے۔</w:t>
      </w:r>
    </w:p>
    <w:p>
      <w:r>
        <w:rPr>
          <w:b/>
        </w:rPr>
        <w:t xml:space="preserve">[55:07] </w:t>
      </w:r>
      <w:r>
        <w:t>aur gharon mein un ke darwazon se aao aur Allah se daro ta ke tum kamyab ho. aur Allah ki rah mein un logon se lado jo ladte hain tum se.</w:t>
      </w:r>
    </w:p>
    <w:p>
      <w:pPr>
        <w:jc w:val="right"/>
      </w:pPr>
      <w:r>
        <w:t>اور گھروں میں ان کے دروازوں سے آؤ اور اللہ سے ڈرو تاکہ تم کامیاب ہو۔ اور اللہ کی راہ میں ان لوگوں سے لڑو جو لڑتے ہیں تم سے۔</w:t>
      </w:r>
    </w:p>
    <w:p>
      <w:r>
        <w:rPr>
          <w:b/>
        </w:rPr>
        <w:t xml:space="preserve">[55:19] </w:t>
      </w:r>
      <w:r>
        <w:t>aur ziyadati na karo. Allah ziyadati karne walon ko pasand nahi karta. aur qatal karo un ko jis jagah pao aur nikal do un ko jahan se unhon ne tum ko nikala hai.</w:t>
      </w:r>
    </w:p>
    <w:p>
      <w:pPr>
        <w:jc w:val="right"/>
      </w:pPr>
      <w:r>
        <w:t>اور زیادتی نہ کرو۔ اللہ زیادتی کرنے والوں کو پسند نہیں کرتا۔ اور قتل کرو ان کو جس جگہ پاؤ اور نکال دو ان کو جہاں سے انہوں نے تم کو نکالا ہے۔</w:t>
      </w:r>
    </w:p>
    <w:p>
      <w:r>
        <w:rPr>
          <w:b/>
        </w:rPr>
        <w:t xml:space="preserve">[55:33] </w:t>
      </w:r>
      <w:r>
        <w:t>aur fitna sakht tar hai qatal se. aur un se masjid haram ke paas na laro jab tak ke woh tum se is mein jang na chherain.</w:t>
      </w:r>
    </w:p>
    <w:p>
      <w:pPr>
        <w:jc w:val="right"/>
      </w:pPr>
      <w:r>
        <w:t>اور فتنہ سخت تر ہے قتل سے۔ اور ان سے مسجد حرام کے پاس نہ لڑو جب تک کہ وہ تم سے اس میں جنگ نہ چھیڑیں۔</w:t>
      </w:r>
    </w:p>
    <w:p>
      <w:r>
        <w:rPr>
          <w:b/>
        </w:rPr>
        <w:t xml:space="preserve">[55:43] </w:t>
      </w:r>
      <w:r>
        <w:t>pas agar woh tum se jang chherain to un ko qatal karo. yahi saza hai munkiron ki. phir agar woh baz aa jayen to Allah bakhshne wala, meherban hai.</w:t>
      </w:r>
    </w:p>
    <w:p>
      <w:pPr>
        <w:jc w:val="right"/>
      </w:pPr>
      <w:r>
        <w:t>پس اگر وہ تم سے جنگ چھیڑیں تو ان کو قتل کرو۔ یہی سزا ہے منکروں کی۔ پھر اگر وہ باز آ جائیں تو اللہ بخشنے والا، مہربان ہے۔</w:t>
      </w:r>
    </w:p>
    <w:p>
      <w:r>
        <w:rPr>
          <w:b/>
        </w:rPr>
        <w:t xml:space="preserve">[55:57] </w:t>
      </w:r>
      <w:r>
        <w:t>aur un se jang karo yahan tak ke fitna baqi na rahe aur deen Allah ka ho jaye. phir agar woh baz aa jayen to is ke baad sakhti nahi hai magar zalimon par.</w:t>
      </w:r>
    </w:p>
    <w:p>
      <w:pPr>
        <w:jc w:val="right"/>
      </w:pPr>
      <w:r>
        <w:t>اور ان سے جنگ کرو یہاں تک کہ فتنہ باقی نہ رہے اور دین اللہ کا ہو جائے۔ پھر اگر وہ باز آ جائیں تو اس کے بعد سختی نہیں ہے مگر ظالموں پر۔</w:t>
      </w:r>
    </w:p>
    <w:p>
      <w:r>
        <w:rPr>
          <w:b/>
        </w:rPr>
        <w:t xml:space="preserve">[56:12] </w:t>
      </w:r>
      <w:r>
        <w:t>hurmat wala mahina hurmat wale mahine ka badla hai aur hurmaton ka bhi qisas hai. pas jis ne tum par ziyadati ki tum bhi us par ziyadati karo jaisi us ne tum par ziyadati ki hai.</w:t>
      </w:r>
    </w:p>
    <w:p>
      <w:pPr>
        <w:jc w:val="right"/>
      </w:pPr>
      <w:r>
        <w:t>حرمت والا مہینہ حرمت والے مہینے کا بدلہ ہے اور حرمتوں کا بھی قصاص ہے۔ پس جس نے تم پر زیادتی کی تم بھی اس پر زیادتی کرو جیسی اس نے تم پر زیادتی کی ہے۔</w:t>
      </w:r>
    </w:p>
    <w:p>
      <w:r>
        <w:rPr>
          <w:b/>
        </w:rPr>
        <w:t xml:space="preserve">[56:26] </w:t>
      </w:r>
      <w:r>
        <w:t>aur Allah se daro aur jaan lo ke Allah parhezgaron ke sath hai. aur Allah ki rah mein kharch karo aur apne aap ko halakat mein na dalo.</w:t>
      </w:r>
    </w:p>
    <w:p>
      <w:pPr>
        <w:jc w:val="right"/>
      </w:pPr>
      <w:r>
        <w:t>اور اللہ سے ڈرو اور جان لو کہ اللہ پرہیزگاروں کے ساتھ ہے۔ اور اللہ کی راہ میں خرچ کرو اور اپنے آپ کو ہلاکت میں نہ ڈالو۔</w:t>
      </w:r>
    </w:p>
    <w:p>
      <w:r>
        <w:rPr>
          <w:b/>
        </w:rPr>
        <w:t xml:space="preserve">[56:38] </w:t>
      </w:r>
      <w:r>
        <w:t>aur kaam achhi tarah karo. beshak Allah pasand karta hai achhi tarah kaam karne walon ko. aur pura karo hajj aur umrah Allah ke liye.</w:t>
      </w:r>
    </w:p>
    <w:p>
      <w:pPr>
        <w:jc w:val="right"/>
      </w:pPr>
      <w:r>
        <w:t>اور کام اچھی طرح کرو۔ بے شک اللہ پسند کرتا ہے اچھی طرح کام کرنے والوں کو۔ اور پورا کرو حج اور عمرہ اللہ کے لیے۔</w:t>
      </w:r>
    </w:p>
    <w:p>
      <w:r>
        <w:rPr>
          <w:b/>
        </w:rPr>
        <w:t xml:space="preserve">[56:50] </w:t>
      </w:r>
      <w:r>
        <w:t>phir agar tum ghar jao to jo qurbani ka janwar mayassar ho woh pesh kar do. aur apne saron ko na mundwao jab tak ke qurbani apne thikane par na pahunch jaye.</w:t>
      </w:r>
    </w:p>
    <w:p>
      <w:pPr>
        <w:jc w:val="right"/>
      </w:pPr>
      <w:r>
        <w:t>پھر اگر تم گھر جاؤ تو جو قربانی کا جانور میسر ہو وہ پیش کر دو۔ اور اپنے سروں کو نہ منڈواؤ جب تک کہ قربانی اپنے ٹھکانے پر نہ پہنچ جائے۔</w:t>
      </w:r>
    </w:p>
    <w:p>
      <w:r>
        <w:rPr>
          <w:b/>
        </w:rPr>
        <w:t xml:space="preserve">[57:03] </w:t>
      </w:r>
      <w:r>
        <w:t>tum mein se jo bimar ho ya us ke sar mein koi takleef ho to woh fidya de roza ya sadqa ya qurbani ka. jab aman ki halat ho aur koi hajj tak umrah ka faida hasil karna chahe to woh qurbani pesh kare jo us ko mayassar aa jaye.</w:t>
      </w:r>
    </w:p>
    <w:p>
      <w:pPr>
        <w:jc w:val="right"/>
      </w:pPr>
      <w:r>
        <w:t>تم میں سے جو بیمار ہو یا اس کے سر میں کوئی تکلیف ہو تو وہ فدیہ دے روزہ یا صدقہ یا قربانی کا۔ جب امن کی حالت ہو اور کوئی حج تک عمرہ کا فائدہ حاصل کرنا چاہے تو وہ قربانی پیش کرے جو اس کو میسر آئے۔</w:t>
      </w:r>
    </w:p>
    <w:p>
      <w:r>
        <w:rPr>
          <w:b/>
        </w:rPr>
        <w:t xml:space="preserve">[57:22] </w:t>
      </w:r>
      <w:r>
        <w:t>phir jis ko mayassar na aaye to woh hajj ke ayyam mein teen din ke roze rakhe aur saat din ke roze jabke tum gharon ko lotu.</w:t>
      </w:r>
    </w:p>
    <w:p>
      <w:pPr>
        <w:jc w:val="right"/>
      </w:pPr>
      <w:r>
        <w:t>پھر جس کو میسر نہ آئے تو وہ حج کے ایام میں تین دن کے روزے رکھے اور سات دن کے روزے جبکہ تم گھروں کو لوٹو۔</w:t>
      </w:r>
    </w:p>
    <w:p>
      <w:r>
        <w:rPr>
          <w:b/>
        </w:rPr>
        <w:t xml:space="preserve">[57:32] </w:t>
      </w:r>
      <w:r>
        <w:t>yeh pure das din hue. yeh us shakhs ke liye hai jis ka khandan masjid haram ke paas abad na ho. Allah se daro aur jaan lo ke Allah sakht azab dene wala hai.</w:t>
      </w:r>
    </w:p>
    <w:p>
      <w:pPr>
        <w:jc w:val="right"/>
      </w:pPr>
      <w:r>
        <w:t>یہ پورے دس دن ہوئے۔ یہ اس شخص کے لیے ہے جس کا خاندان مسجد حرام کے پاس آباد نہ ہو۔ اللہ سے ڈرو اور جان لو کہ اللہ سخت عذاب دینے والا ہے۔</w:t>
      </w:r>
    </w:p>
    <w:p>
      <w:r>
        <w:rPr>
          <w:b/>
        </w:rPr>
        <w:t xml:space="preserve">[57:47] </w:t>
      </w:r>
      <w:r>
        <w:t>hajj ke mutayyan mahine hain. pas jis ne hajj ka azm kar liya to phir us ko hajj ke dauran na koi fash baat karni hai aur na gunah ki aur na ladai jhagde ki.</w:t>
      </w:r>
    </w:p>
    <w:p>
      <w:pPr>
        <w:jc w:val="right"/>
      </w:pPr>
      <w:r>
        <w:t>حج کے متعین مہینے ہیں۔ پس جس نے حج کا عزم کر لیا تو پھر اس کو حج کے دوران نہ کوئی فحش بات کرنی ہے اور نہ گناہ کی اور نہ لڑائی جھگڑے کی۔</w:t>
      </w:r>
    </w:p>
    <w:p>
      <w:r>
        <w:rPr>
          <w:b/>
        </w:rPr>
        <w:t xml:space="preserve">[58:01] </w:t>
      </w:r>
      <w:r>
        <w:t>aur jo naik kaam tum karo ge Allah us ko jaan le ga. aur tum zad-e-rah lo. behtareen zad-e-rah taqwa ka zad-e-rah hai.</w:t>
      </w:r>
    </w:p>
    <w:p>
      <w:pPr>
        <w:jc w:val="right"/>
      </w:pPr>
      <w:r>
        <w:t>اور جو نیک کام تم کرو گے اللہ اس کو جان لے گا۔ اور تم زاد راہ لو۔ بہترین زاد راہ تقویٰ کا زاد راہ ہے۔</w:t>
      </w:r>
    </w:p>
    <w:p>
      <w:r>
        <w:rPr>
          <w:b/>
        </w:rPr>
        <w:t xml:space="preserve">[58:12] </w:t>
      </w:r>
      <w:r>
        <w:t>aur aey aql walon! mujh se daro.</w:t>
      </w:r>
    </w:p>
    <w:p>
      <w:pPr>
        <w:jc w:val="right"/>
      </w:pPr>
      <w:r>
        <w:t>اور اے عقل وال</w:t>
      </w:r>
    </w:p>
    <w:p>
      <w:r>
        <w:rPr>
          <w:b/>
        </w:rPr>
        <w:t xml:space="preserve">[58:14] </w:t>
      </w:r>
      <w:r>
        <w:t>is mein koi gunah nahi ke tum apne rab ka fazl bhi talash karo. phir jab tum log arafat se wapas ho to Allah ko yaad karo.</w:t>
      </w:r>
    </w:p>
    <w:p>
      <w:pPr>
        <w:jc w:val="right"/>
      </w:pPr>
      <w:r>
        <w:t>وں! مجھ سے ڈرو۔ اس میں کوئی گناہ نہیں کہ تم اپنے رب کا فضل بھی تلاش کرو۔ پھر جب تم لوگ عرفات سے واپس ہو تو اللہ کو یاد کرو۔</w:t>
      </w:r>
    </w:p>
    <w:p>
      <w:r>
        <w:rPr>
          <w:b/>
        </w:rPr>
        <w:t xml:space="preserve">[58:26] </w:t>
      </w:r>
      <w:r>
        <w:t>mushar haram ke nazdeek aur us ko yaad karo jis tarah Allah ne bataya hai. is se pehle yaqeenan tum rah bhatke hue logon mein thay.</w:t>
      </w:r>
    </w:p>
    <w:p>
      <w:pPr>
        <w:jc w:val="right"/>
      </w:pPr>
      <w:r>
        <w:t>مشعر حرم کے نزدیک اور اس کو یاد کرو جس طرح اللہ نے بتایا ہے۔ اس سے پہلے یقینا تم راہ بھٹکے ہوئے لوگوں میں تھے۔</w:t>
      </w:r>
    </w:p>
    <w:p>
      <w:r>
        <w:rPr>
          <w:b/>
        </w:rPr>
        <w:t xml:space="preserve">[58:38] </w:t>
      </w:r>
      <w:r>
        <w:t>phir tawaf ko chalo jahan se sab log chalen aur Allah se maaf-i-mango. yaqeenan Allah bakhshne wala, reham karne wala hai.</w:t>
      </w:r>
    </w:p>
    <w:p>
      <w:pPr>
        <w:jc w:val="right"/>
      </w:pPr>
      <w:r>
        <w:t>پھر طواف کو چلو جہاں سے سب لوگ چلیں اور اللہ سے معافی مانگو۔ یقینا اللہ بخشنے والا، رحم کرنے والا ہے۔</w:t>
      </w:r>
    </w:p>
    <w:p>
      <w:r>
        <w:rPr>
          <w:b/>
        </w:rPr>
        <w:t xml:space="preserve">[58:50] </w:t>
      </w:r>
      <w:r>
        <w:t>phir jab tum apne hajj ke aemal pure kar lo to Allah ko yaad karo jis tarah tum pehle apne baap dada ko yaad karte thay balkeh us se bhi zyada.</w:t>
      </w:r>
    </w:p>
    <w:p>
      <w:pPr>
        <w:jc w:val="right"/>
      </w:pPr>
      <w:r>
        <w:t>پھر جب تم اپنے حج کے اعمال پورے کر لو تو اللہ کو یاد کرو جس طرح تم پہلے اپنے باپ دادا کو یاد کرتے تھے بلکہ اس سے بھی زیادہ۔</w:t>
      </w:r>
    </w:p>
    <w:p>
      <w:r>
        <w:rPr>
          <w:b/>
        </w:rPr>
        <w:t xml:space="preserve">[59:03] </w:t>
      </w:r>
      <w:r>
        <w:t>pas koi aadmi kehta hai aey hamare rab!</w:t>
      </w:r>
    </w:p>
    <w:p>
      <w:pPr>
        <w:jc w:val="right"/>
      </w:pPr>
      <w:r>
        <w:t>پس کوئی آدمی کہتا ہے اے ہمارے ر</w:t>
      </w:r>
    </w:p>
    <w:p>
      <w:r>
        <w:rPr>
          <w:b/>
        </w:rPr>
        <w:t xml:space="preserve">[59:06] </w:t>
      </w:r>
      <w:r>
        <w:t>hum ko isi dunya mein de de aur akhirat mein uska kuch hissa nahi. aur koi aadmi hai jo kehta hai ke aey hamare rab!</w:t>
      </w:r>
    </w:p>
    <w:p>
      <w:pPr>
        <w:jc w:val="right"/>
      </w:pPr>
      <w:r>
        <w:t>ب! ہم کو اسی دنیا میں دے دے اور آخرت میں اس کا کچھ حصہ نہیں۔ اور کوئی آدمی ہے جو کہتا ہے کہ اے ہمارے ر</w:t>
      </w:r>
    </w:p>
    <w:p>
      <w:r>
        <w:rPr>
          <w:b/>
        </w:rPr>
        <w:t xml:space="preserve">[59:16] </w:t>
      </w:r>
      <w:r>
        <w:t>hum ko dunya mein bhalai de aur akhirat mein bhi bhalai de aur hum ko aag ke azab se bacha. inhi logon ke liye hissa hai un ke kiye ka.</w:t>
      </w:r>
    </w:p>
    <w:p>
      <w:pPr>
        <w:jc w:val="right"/>
      </w:pPr>
      <w:r>
        <w:t>ب! ہم کو دنیا میں بھلائی دے اور آخرت میں بھی بھلائی دے اور ہم کو آگ کے عذاب سے بچا۔ انہی لوگوں کے لیے حصہ ہے ان کے کیے کا۔</w:t>
      </w:r>
    </w:p>
    <w:p>
      <w:r>
        <w:rPr>
          <w:b/>
        </w:rPr>
        <w:t xml:space="preserve">[59:27] </w:t>
      </w:r>
      <w:r>
        <w:t>aur Allah jald hisab lene wala hai. aur Allah ko yaad karo muqarrar dinon mein. phir jo shakhs jaldi kar ke do din mein makkah wapas aa jaye us par koi gunah nahi.</w:t>
      </w:r>
    </w:p>
    <w:p>
      <w:pPr>
        <w:jc w:val="right"/>
      </w:pPr>
      <w:r>
        <w:t>اور اللہ جلد حساب لینے والا ہے۔ اور اللہ کو یاد کرو مقرر دنوں میں۔ پھر جو شخص جلدی کر کے دو دن میں مکہ واپس آ جائے اس پر کوئی گناہ نہیں۔</w:t>
      </w:r>
    </w:p>
    <w:p>
      <w:r>
        <w:rPr>
          <w:b/>
        </w:rPr>
        <w:t xml:space="preserve">[59:40] </w:t>
      </w:r>
      <w:r>
        <w:t>aur jo shakhs thehar jaye us par bhi koi gunah nahi. yeh us ke liye hai jo Allah se dare. aur tum Allah se darte raho.</w:t>
      </w:r>
    </w:p>
    <w:p>
      <w:pPr>
        <w:jc w:val="right"/>
      </w:pPr>
      <w:r>
        <w:t>اور جو شخص ٹھہر جائے اس پر بھی کوئی گناہ نہیں۔ یہ اس کے لیے ہے جو اللہ سے ڈرے۔ اور تم اللہ سے ڈرتے رہو۔</w:t>
      </w:r>
    </w:p>
    <w:p>
      <w:r>
        <w:rPr>
          <w:b/>
        </w:rPr>
        <w:t xml:space="preserve">[59:51] </w:t>
      </w:r>
      <w:r>
        <w:t>aur khoob jaan lo ke tum usi ke paas ikatha kiye jao ge. aur logon mein se koi hai ke us ki baat dunya ki zindagi mein tum ko khush lagti hai.</w:t>
      </w:r>
    </w:p>
    <w:p>
      <w:pPr>
        <w:jc w:val="right"/>
      </w:pPr>
      <w:r>
        <w:t>اور خوب جان لو کہ تم اسی کے پاس اکٹھا کیے جاؤ گے۔ اور لوگوں میں سے کوئی ہے کہ اس کی بات دنیا کی زندگی میں تم کو خوش لگتی ہے۔</w:t>
      </w:r>
    </w:p>
    <w:p>
      <w:r>
        <w:rPr>
          <w:b/>
        </w:rPr>
        <w:t xml:space="preserve">[1:00:03] </w:t>
      </w:r>
      <w:r>
        <w:t>aur woh apne dil ki baat par Allah ko gawah banata hai. halankeh woh sakht jhagdaalu hai. aur jab woh peeth pherta hai to woh is koshish mein rehta hai ke zameen mein fasad phailaye aur khetiyon aur janon ko halak kare.</w:t>
      </w:r>
    </w:p>
    <w:p>
      <w:pPr>
        <w:jc w:val="right"/>
      </w:pPr>
      <w:r>
        <w:t>اور وہ اپنے دل کی بات پر اللہ کو گواہ بناتا ہے۔ حالانکہ وہ سخت جھگڑالو ہے۔ اور جب وہ پیٹھ پھیرتا ہے تو وہ اس کوشش میں رہتا ہے کہ زمین میں فساد پھیلائے اور کھیتیوں اور جانوں کو ہلاک کرے۔</w:t>
      </w:r>
    </w:p>
    <w:p>
      <w:r>
        <w:rPr>
          <w:b/>
        </w:rPr>
        <w:t xml:space="preserve">[1:00:21] </w:t>
      </w:r>
      <w:r>
        <w:t>halankeh Allah fasad ko pasand nahi karta. aur jab us se kaha jata hai ke Allah se dar to waqar is ko gunah par jama deta hai.</w:t>
      </w:r>
    </w:p>
    <w:p>
      <w:pPr>
        <w:jc w:val="right"/>
      </w:pPr>
      <w:r>
        <w:t>حالانکہ اللہ فساد کو پسند نہیں کرتا۔ اور جب اس سے کہا جاتا ہے کہ اللہ سے ڈر تو وقار اس کو گناہ پر جما دیتا ہے۔</w:t>
      </w:r>
    </w:p>
    <w:p>
      <w:r>
        <w:rPr>
          <w:b/>
        </w:rPr>
        <w:t xml:space="preserve">[1:00:31] </w:t>
      </w:r>
      <w:r>
        <w:t>pas aisay shakhs ke liye jahannum kafi hai aur woh bohat bura thikana hai. aur logon mein koi hai ke Allah ki khushi ki talash mein apni jaan ko bech deta hai.</w:t>
      </w:r>
    </w:p>
    <w:p>
      <w:pPr>
        <w:jc w:val="right"/>
      </w:pPr>
      <w:r>
        <w:t>پس ایسے شخص کے لیے جہنم کافی ہے اور وہ بہت برا ٹھکانہ ہے۔ اور لوگوں میں کوئی ہے کہ اللہ کی خوشی کی تلاش میں اپنی جان کو بیچ دیتا ہے۔</w:t>
      </w:r>
    </w:p>
    <w:p>
      <w:r>
        <w:rPr>
          <w:b/>
        </w:rPr>
        <w:t xml:space="preserve">[1:00:44] </w:t>
      </w:r>
      <w:r>
        <w:t>aur Allah apne bando par nihayat meharban hai. aye iman walon!</w:t>
      </w:r>
    </w:p>
    <w:p>
      <w:pPr>
        <w:jc w:val="right"/>
      </w:pPr>
      <w:r>
        <w:t>اور اللہ اپنے بندوں پر نہایت مہربان ہے۔ اے ایمان والوں!</w:t>
      </w:r>
    </w:p>
    <w:p>
      <w:r>
        <w:rPr>
          <w:b/>
        </w:rPr>
        <w:t xml:space="preserve">[1:00:51] </w:t>
      </w:r>
      <w:r>
        <w:t>Islam mein pooray pooray dakhil ho jao aur shaitan ke qadmon par mat chalo. woh tumhara khula hua dushman hai. agar tum phisal jao baad is ke ke tumhare paas wazeh daleelain aa chuki hain to jaan lo ke Allah zabardast hai.</w:t>
      </w:r>
    </w:p>
    <w:p>
      <w:pPr>
        <w:jc w:val="right"/>
      </w:pPr>
      <w:r>
        <w:t>اسلام میں پورے پورے داخل ہو جاؤ اور شیطان کے قدموں پر مت چلو۔ وہ تمہارا کھلا ہوا دشمن ہے۔ اگر تم پھسل جاؤ بعد اس کے کہ تمہارے پاس واضح دلیلیں آ چکی ہیں تو جان لو کہ اللہ زبردست ہے۔</w:t>
      </w:r>
    </w:p>
    <w:p>
      <w:r>
        <w:rPr>
          <w:b/>
        </w:rPr>
        <w:t xml:space="preserve">[1:01:09] </w:t>
      </w:r>
      <w:r>
        <w:t>hikmat wala hai. kya log is intazar mein hain ke Allah badal ke saibanon mein aaye aur farishtay bhi aa jayen aur mamlay ka faisla kar diya jaye.</w:t>
      </w:r>
    </w:p>
    <w:p>
      <w:pPr>
        <w:jc w:val="right"/>
      </w:pPr>
      <w:r>
        <w:t>حکمت والا ہے۔ کیا لوگ اس انتظار میں ہیں کہ اللہ بادل کے سائبانوں میں آئے اور فرشتے بھی آ جائیں اور معاملے کا فیصلہ کر دیا جائے۔</w:t>
      </w:r>
    </w:p>
    <w:p>
      <w:r>
        <w:rPr>
          <w:b/>
        </w:rPr>
        <w:t xml:space="preserve">[1:01:20] </w:t>
      </w:r>
      <w:r>
        <w:t>aur sare mamlat Allah hi ki taraf phire jatay hain. Bani Israel se poocho hum ne un ko kitni khuli khuli nishaniyan dein.</w:t>
      </w:r>
    </w:p>
    <w:p>
      <w:pPr>
        <w:jc w:val="right"/>
      </w:pPr>
      <w:r>
        <w:t>اور سارے معاملات اللہ ہی کی طرف پھیرے جاتے ہیں۔ بنی اسرائیل سے پوچھو ہم نے ان کو کتنی کھلی کھلی نشانیاں دیں۔</w:t>
      </w:r>
    </w:p>
    <w:p>
      <w:r>
        <w:rPr>
          <w:b/>
        </w:rPr>
        <w:t xml:space="preserve">[1:01:30] </w:t>
      </w:r>
      <w:r>
        <w:t>aur jo shakhs Allah ki nemat ko badal dale jab ke woh is ke paas aa chuki ho to Allah yaqeenan sakht saza denay wala hai.</w:t>
      </w:r>
    </w:p>
    <w:p>
      <w:pPr>
        <w:jc w:val="right"/>
      </w:pPr>
      <w:r>
        <w:t>اور جو شخص اللہ کی نعمت کو بدل ڈالے جبکہ وہ اس کے پاس آ چکی ہو تو اللہ یقینا سخت سزا دینے والا ہے۔</w:t>
      </w:r>
    </w:p>
    <w:p>
      <w:r>
        <w:rPr>
          <w:b/>
        </w:rPr>
        <w:t xml:space="preserve">[1:01:40] </w:t>
      </w:r>
      <w:r>
        <w:t>khushnuma kar di gayi hai dunya ki zindagi un logon ki nazar mein jo munkir hain. aur woh iman walon par hastay hain. halankeh jo parhezgar hain woh qayamat ke din un ke muqablay mein oonche hon gay.</w:t>
      </w:r>
    </w:p>
    <w:p>
      <w:pPr>
        <w:jc w:val="right"/>
      </w:pPr>
      <w:r>
        <w:t>خوشنما کر دی گئی ہے دنیا کی زندگی ان لوگوں کی نظر میں جو منکر ہیں۔ اور وہ ایمان والوں پر ہنستے ہیں۔ حالانکہ جو پرہیزگار ہیں وہ قیامت کے دن ان کے مقابلے میں اونچے ہوں گے۔</w:t>
      </w:r>
    </w:p>
    <w:p>
      <w:r>
        <w:rPr>
          <w:b/>
        </w:rPr>
        <w:t xml:space="preserve">[1:01:55] </w:t>
      </w:r>
      <w:r>
        <w:t>aur Allah jis ko chahta hai be hisab rozi de deta hai. log aik ummat thay. unhon ne ikhtilaf kiya to Allah ne peghambaron ko bheja khushkhabri denay walay aur daranay walay.</w:t>
      </w:r>
    </w:p>
    <w:p>
      <w:pPr>
        <w:jc w:val="right"/>
      </w:pPr>
      <w:r>
        <w:t>اور اللہ جس کو چاہتا ہے بے حساب روزی دے دیتا ہے۔ لوگ ایک امت تھے۔ انہوں نے اختلاف کیا تو اللہ نے پیغمبروں کو بھیجا خوشخبری دینے والے اور ڈرانے والے۔</w:t>
      </w:r>
    </w:p>
    <w:p>
      <w:r>
        <w:rPr>
          <w:b/>
        </w:rPr>
        <w:t xml:space="preserve">[1:02:10] </w:t>
      </w:r>
      <w:r>
        <w:t>aur un ke sath utari kitab haq ke sath ta ke woh faisla karte un baton ka jin mein log ikhtilaf kar rahay hain.</w:t>
      </w:r>
    </w:p>
    <w:p>
      <w:pPr>
        <w:jc w:val="right"/>
      </w:pPr>
      <w:r>
        <w:t>اور ان کے ساتھ اتاری کتاب حق کے ساتھ تاکہ وہ فیصلہ کرتے ان باتوں کا جن میں لوگ اختلاف کر رہے ہیں۔</w:t>
      </w:r>
    </w:p>
    <w:p>
      <w:r>
        <w:rPr>
          <w:b/>
        </w:rPr>
        <w:t xml:space="preserve">[1:02:19] </w:t>
      </w:r>
      <w:r>
        <w:t>aur yeh ikhtilafat unhi logon ne kiye jin ko haq diya gaya tha. baad is ke ke un ke paas khuli khuli hidayat aa chuki theen aapas ki zid ki wajah se.</w:t>
      </w:r>
    </w:p>
    <w:p>
      <w:pPr>
        <w:jc w:val="right"/>
      </w:pPr>
      <w:r>
        <w:t>اور یہ اختلافات انہی لوگوں نے کیے جن کو حق دیا گیا تھا۔ بعد اس کے کہ ان کے پاس کھلی کھلی ہدایت آ چکی تھیں آپس کی ضد کی وجہ سے۔</w:t>
      </w:r>
    </w:p>
    <w:p>
      <w:r>
        <w:rPr>
          <w:b/>
        </w:rPr>
        <w:t xml:space="preserve">[1:02:32] </w:t>
      </w:r>
      <w:r>
        <w:t>pas Allah ne apni tofeeq se haq ke mamlay mein iman walon ko rah dikhai. jis mein woh jhagad rahay thay. aur Allah jis ko chahta hai seedhi rah dikha deta hai.</w:t>
      </w:r>
    </w:p>
    <w:p>
      <w:pPr>
        <w:jc w:val="right"/>
      </w:pPr>
      <w:r>
        <w:t>پس اللہ نے اپنی توفیق سے حق کے معاملے میں ایمان والوں کو راہ دکھائی۔ جس میں وہ جھگڑ رہے تھے۔ اور اللہ جس کو چاہتا ہے سیدھی راہ دکھا دیتا ہے۔</w:t>
      </w:r>
    </w:p>
    <w:p>
      <w:r>
        <w:rPr>
          <w:b/>
        </w:rPr>
        <w:t xml:space="preserve">[1:02:45] </w:t>
      </w:r>
      <w:r>
        <w:t>kya tum ne yeh samajh rakha hai ke tum jannat mein dakhil ho jao gay? halankeh abhi tum par woh halat guzray hi nahi jo tumhare aglon par guzray thay.</w:t>
      </w:r>
    </w:p>
    <w:p>
      <w:pPr>
        <w:jc w:val="right"/>
      </w:pPr>
      <w:r>
        <w:t>کیا تم نے یہ سمجھ رکھا ہے کہ تم جنت میں داخل ہو جاؤ گے؟ حالانکہ ابھی تم پر وہ حالات گزرے ہی نہیں جو تمہارے اگلوں پر گزرے تھے۔</w:t>
      </w:r>
    </w:p>
    <w:p>
      <w:r>
        <w:rPr>
          <w:b/>
        </w:rPr>
        <w:t xml:space="preserve">[1:02:56] </w:t>
      </w:r>
      <w:r>
        <w:t>un ko sakhti aur takleef pohanchi aur woh hila maray gaye. yahan tak ke rasool aur un ke sath iman lanay walay pukar uthay ke Allah ki madad kab aaye gi?</w:t>
      </w:r>
    </w:p>
    <w:p>
      <w:pPr>
        <w:jc w:val="right"/>
      </w:pPr>
      <w:r>
        <w:t>ان کو سختی اور تکلیف پہنچی اور وہ ہلا مارے گئے۔ یہاں تک کہ رسول اور ان کے ساتھ ایمان لانے والے پکار اٹھے کہ اللہ کی مدد کب آئے گی؟</w:t>
      </w:r>
    </w:p>
    <w:p>
      <w:r>
        <w:rPr>
          <w:b/>
        </w:rPr>
        <w:t xml:space="preserve">[1:03:09] </w:t>
      </w:r>
      <w:r>
        <w:t>yad rakho Allah ki madad qareeb hai. log tum se poochte hain ke woh kya kharch karen? keh do ke jo maal tum kharch karo to is mein haq hai tumhare maa baap ka aur rishtay daron ka aur yateemon ka aur muhtajon ka aur musafiron ka.</w:t>
      </w:r>
    </w:p>
    <w:p>
      <w:pPr>
        <w:jc w:val="right"/>
      </w:pPr>
      <w:r>
        <w:t>یاد رکھو اللہ کی مدد قریب ہے۔ لوگ تم سے پوچھتے ہیں کہ وہ کیا خرچ کریں؟ کہہ دو کہ جو مال تم خرچ کرو تو اس میں حق ہے تمہارے ماں باپ کا اور رشتہ داروں کا اور یتیموں کا اور محتاجوں کا اور مسافروں کا۔</w:t>
      </w:r>
    </w:p>
    <w:p>
      <w:r>
        <w:rPr>
          <w:b/>
        </w:rPr>
        <w:t xml:space="preserve">[1:03:27] </w:t>
      </w:r>
      <w:r>
        <w:t>aur jo bhalai tum karo gay woh Allah ko maloom hai. tum par larai ka hukum hua hai aur woh tum ko giran maloom hoti hai.</w:t>
      </w:r>
    </w:p>
    <w:p>
      <w:pPr>
        <w:jc w:val="right"/>
      </w:pPr>
      <w:r>
        <w:t>اور جو بھلائی تم کرو گے وہ اللہ کو معلوم ہے۔ تم پر لڑائی کا حکم ہوا ہے اور وہ تم کو گراں معلوم ہوتی ہے۔</w:t>
      </w:r>
    </w:p>
    <w:p>
      <w:r>
        <w:rPr>
          <w:b/>
        </w:rPr>
        <w:t xml:space="preserve">[1:03:36] </w:t>
      </w:r>
      <w:r>
        <w:t>ho sakta hai tum aik cheez ko nagawar samjho aur woh tumhare liye bhali ho. aur ho sakta hai tum aik cheez ko pasand karo aur woh tumhare liye buri ho.</w:t>
      </w:r>
    </w:p>
    <w:p>
      <w:pPr>
        <w:jc w:val="right"/>
      </w:pPr>
      <w:r>
        <w:t>ہو سکتا ہے تم ایک چیز کو ناگوار سمجھو اور وہ تمہارے لیے بھلی ہو۔ اور ہو سکتا ہے تم ایک چیز کو پسند کرو اور وہ تمہارے لیے بری ہو۔</w:t>
      </w:r>
    </w:p>
    <w:p>
      <w:r>
        <w:rPr>
          <w:b/>
        </w:rPr>
        <w:t xml:space="preserve">[1:03:47] </w:t>
      </w:r>
      <w:r>
        <w:t>aur Allah janta hai. tum nahi jantay. log tum se hurmat walay mahinay ki baat poochte hain ke is mein larna kaisa hai?</w:t>
      </w:r>
    </w:p>
    <w:p>
      <w:pPr>
        <w:jc w:val="right"/>
      </w:pPr>
      <w:r>
        <w:t>اور اللہ جانتا ہے۔ تم نہیں جانتے۔ لوگ تم سے حرمت والے مہینے کی بابت پوچھتے ہیں کہ اس میں لڑنا کیسا ہے؟</w:t>
      </w:r>
    </w:p>
    <w:p>
      <w:r>
        <w:rPr>
          <w:b/>
        </w:rPr>
        <w:t xml:space="preserve">[1:03:58] </w:t>
      </w:r>
      <w:r>
        <w:t>keh do ke is mein larna bohat bura hai. magar Allah ke rastay se rokna aur is ka inkar karna aur masjid haram se rokna aur is ke logon ko is se nikalna Allah ke nazdeek is se bhi ziyada bura hai.</w:t>
      </w:r>
    </w:p>
    <w:p>
      <w:pPr>
        <w:jc w:val="right"/>
      </w:pPr>
      <w:r>
        <w:t>کہہ دو کہ اس میں لڑنا بہت برا ہے۔ مگر اللہ کے راستے سے روکنا اور اس کا انکار کرنا اور مسجد حرام سے روکنا اور اس کے لوگوں کو اس سے نکالنا اللہ کے نزدیک اس سے بھی زیادہ برا ہے۔</w:t>
      </w:r>
    </w:p>
    <w:p>
      <w:r>
        <w:rPr>
          <w:b/>
        </w:rPr>
        <w:t xml:space="preserve">[1:04:12] </w:t>
      </w:r>
      <w:r>
        <w:t>aur fitna qatal se bhi ziyada bari burai hai. aur yeh log tum se barabar ladte rahen gay yahan tak ke woh tum ko tumhare deen se pher dein agar qaboo payen.</w:t>
      </w:r>
    </w:p>
    <w:p>
      <w:pPr>
        <w:jc w:val="right"/>
      </w:pPr>
      <w:r>
        <w:t>اور فتنہ قتل سے بھی زیادہ بڑی برائی ہے۔ اور یہ لوگ تم سے برابر لڑتے رہیں گے یہاں تک کہ وہ تم کو تمہارے دین سے پھیر دیں اگر قابو پائیں۔</w:t>
      </w:r>
    </w:p>
    <w:p>
      <w:r>
        <w:rPr>
          <w:b/>
        </w:rPr>
        <w:t xml:space="preserve">[1:04:25] </w:t>
      </w:r>
      <w:r>
        <w:t>aur tum mein se jo koi apne deen se phire ga aur kufr ki halat mein mar jaye to aisay logon ke amal zaya ho gaye dunya mein aur akhirat mein.</w:t>
      </w:r>
    </w:p>
    <w:p>
      <w:pPr>
        <w:jc w:val="right"/>
      </w:pPr>
      <w:r>
        <w:t>اور تم میں سے جو کوئی اپنے دین سے پھرے گا اور کفر کی حالت میں مر جائے تو ایسے لوگوں کے عمل ضائع ہو گئے دنیا میں اور آخرت میں۔</w:t>
      </w:r>
    </w:p>
    <w:p>
      <w:r>
        <w:rPr>
          <w:b/>
        </w:rPr>
        <w:t xml:space="preserve">[1:04:36] </w:t>
      </w:r>
      <w:r>
        <w:t>aur woh aag mein parnay walay hain. woh is mein hamesha rahen gay. woh log jo iman laye aur jinhon ne hijrat ki aur Allah ki rah mein jihad kiya woh Allah ki rehmat ke umeedwar hain.</w:t>
      </w:r>
    </w:p>
    <w:p>
      <w:pPr>
        <w:jc w:val="right"/>
      </w:pPr>
      <w:r>
        <w:t>اور وہ آگ میں پڑنے والے ہیں۔ وہ اس میں ہمیشہ رہیں گے۔ وہ لوگ جو ایمان لائے اور جنہوں نے ہجرت کی اور اللہ کی راہ میں جہاد کیا وہ اللہ کی رحمت کے امیدوار ہیں۔</w:t>
      </w:r>
    </w:p>
    <w:p>
      <w:r>
        <w:rPr>
          <w:b/>
        </w:rPr>
        <w:t xml:space="preserve">[1:04:50] </w:t>
      </w:r>
      <w:r>
        <w:t>aur Allah bakhsnay wala, meharban hai. log tum se sharab aur juay ki baat poochte hain. keh do ke un dono cheezon mein bara gunah hai.</w:t>
      </w:r>
    </w:p>
    <w:p>
      <w:pPr>
        <w:jc w:val="right"/>
      </w:pPr>
      <w:r>
        <w:t>اور اللہ بخشنے والا، مہربان ہے۔ لوگ تم سے شراب اور جوئے کی بابت پوچھتے ہیں۔ کہہ دو کہ ان دونوں چیزوں میں بڑا گناہ ہے۔</w:t>
      </w:r>
    </w:p>
    <w:p>
      <w:r>
        <w:rPr>
          <w:b/>
        </w:rPr>
        <w:t xml:space="preserve">[1:05:01] </w:t>
      </w:r>
      <w:r>
        <w:t>aur logon ke liye kuch faiday bhi hain. aur un ka gunah bohat ziyada hai un ke faiday se. aur woh tum se poochte hain ke woh kya kharch karen?</w:t>
      </w:r>
    </w:p>
    <w:p>
      <w:pPr>
        <w:jc w:val="right"/>
      </w:pPr>
      <w:r>
        <w:t>اور لوگوں کے لیے کچھ فائدے بھی ہیں۔ اور ان کا گناہ بہت زیادہ ہے ان کے فائدے سے۔ اور وہ تم سے پوچھتے ہیں کہ وہ کیا خرچ کریں؟</w:t>
      </w:r>
    </w:p>
    <w:p>
      <w:r>
        <w:rPr>
          <w:b/>
        </w:rPr>
        <w:t xml:space="preserve">[1:05:11] </w:t>
      </w:r>
      <w:r>
        <w:t>keh do ke jo hajat se ziyada ho. is tarah Allah tumhare liye ahkam ko bayan karta hai ta ke tum dhiyan karo dunya aur akhirat ke mamlat mein.</w:t>
      </w:r>
    </w:p>
    <w:p>
      <w:pPr>
        <w:jc w:val="right"/>
      </w:pPr>
      <w:r>
        <w:t>کہہ دو کہ جو حاجت سے زیادہ ہو۔ اس طرح اللہ تمہارے لیے احکام کو بیان کرتا ہے تاکہ تم دھیان کرو دنیا اور آخرت کے معاملات میں۔</w:t>
      </w:r>
    </w:p>
    <w:p>
      <w:r>
        <w:rPr>
          <w:b/>
        </w:rPr>
        <w:t xml:space="preserve">[1:05:23] </w:t>
      </w:r>
      <w:r>
        <w:t>aur woh tum se yateemon ki baabat poochte hain. keh do ke jis mein un ki behbood ho woh behtar hai. aur agar tum un ko apne saath shaamil kar lo to woh tumhare bhai hain.</w:t>
      </w:r>
    </w:p>
    <w:p>
      <w:pPr>
        <w:jc w:val="right"/>
      </w:pPr>
      <w:r>
        <w:t>اور وہ تم سے یتیموں کی بابت پوچھتے ہیں۔ کہہ دو کہ جس میں ان کی بہبود ہو وہ بہتر ہے۔ اور اگر تم ان کو اپنے ساتھ شامل کر لو تو وہ تمہارے بھائی ہیں۔</w:t>
      </w:r>
    </w:p>
    <w:p>
      <w:r>
        <w:rPr>
          <w:b/>
        </w:rPr>
        <w:t xml:space="preserve">[1:05:36] </w:t>
      </w:r>
      <w:r>
        <w:t>aur Allah ko maloom hai ke kaun kharaabi paida karne wala hai aur kaun durusti paida karne wala. aur agar Allah chahta to tum ko mushkil mein daal deta.</w:t>
      </w:r>
    </w:p>
    <w:p>
      <w:pPr>
        <w:jc w:val="right"/>
      </w:pPr>
      <w:r>
        <w:t>اور اللہ کو معلوم ہے کہ کون خرابی پیدا کرنے والا ہے اور کون درستگی پیدا کرنے والا۔ اور اگر اللہ چاہتا تو تم کو مشکل میں ڈال دیتا۔</w:t>
      </w:r>
    </w:p>
    <w:p>
      <w:r>
        <w:rPr>
          <w:b/>
        </w:rPr>
        <w:t xml:space="preserve">[1:05:48] </w:t>
      </w:r>
      <w:r>
        <w:t>Allah zabardast hai. tadbeer wala hai. aur mushrik auraton se nikah na karo jab tak woh imaan na laain.</w:t>
      </w:r>
    </w:p>
    <w:p>
      <w:pPr>
        <w:jc w:val="right"/>
      </w:pPr>
      <w:r>
        <w:t>اللہ زبردست ہے۔ تدبیر والا ہے۔ اور مشرک عورتوں سے نکاح نہ کرو جب تک وہ ایمان نہ لائیں۔</w:t>
      </w:r>
    </w:p>
    <w:p>
      <w:r>
        <w:rPr>
          <w:b/>
        </w:rPr>
        <w:t xml:space="preserve">[1:05:56] </w:t>
      </w:r>
      <w:r>
        <w:t>aur momin kaneez behtar hai ek mushrik aurat se. agarche woh tum ko achhi maloom ho. aur apni auraton ko mushrik mardon ke nikah mein na do jab tak woh imaan na laain.</w:t>
      </w:r>
    </w:p>
    <w:p>
      <w:pPr>
        <w:jc w:val="right"/>
      </w:pPr>
      <w:r>
        <w:t>اور مومن کنیز بہتر ہے ایک مشرک عورت سے۔ اگرچہ وہ تم کو اچھی معلوم ہو۔ اور اپنی عورتوں کو مشرک مردوں کے نکاح میں نہ دو جب تک وہ ایمان نہ لائیں۔</w:t>
      </w:r>
    </w:p>
    <w:p>
      <w:r>
        <w:rPr>
          <w:b/>
        </w:rPr>
        <w:t xml:space="preserve">[1:06:09] </w:t>
      </w:r>
      <w:r>
        <w:t>momin ghulam behtar hai ek azaad mushrik se. agarche woh tum ko achha maloom ho. yeh log aag ki taraf bulate hain.</w:t>
      </w:r>
    </w:p>
    <w:p>
      <w:pPr>
        <w:jc w:val="right"/>
      </w:pPr>
      <w:r>
        <w:t>مومن غلام بہتر ہے ایک آزاد مشرک سے۔ اگرچہ وہ تم کو اچھا معلوم ہو۔ یہ لوگ آگ کی طرف بلاتے ہیں۔</w:t>
      </w:r>
    </w:p>
    <w:p>
      <w:r>
        <w:rPr>
          <w:b/>
        </w:rPr>
        <w:t xml:space="preserve">[1:06:18] </w:t>
      </w:r>
      <w:r>
        <w:t>aur Allah jannat ki taraf aur apni bakhshish ki taraf bulata hai. woh apne ahkaam logon ke liye khol kar bayan karta hai taake woh naseehat pakrein.</w:t>
      </w:r>
    </w:p>
    <w:p>
      <w:pPr>
        <w:jc w:val="right"/>
      </w:pPr>
      <w:r>
        <w:t>اور اللہ جنت کی طرف اور اپنی بخشش کی طرف بلاتا ہے۔ وہ اپنے احکام لوگوں کے لیے کھول کر بیان کرتا ہے تاکہ وہ نصیحت پکڑیں۔</w:t>
      </w:r>
    </w:p>
    <w:p>
      <w:r>
        <w:rPr>
          <w:b/>
        </w:rPr>
        <w:t xml:space="preserve">[1:06:30] </w:t>
      </w:r>
      <w:r>
        <w:t>aur woh tum se haiz ka hukum poochte hain. keh do ke woh ek gandagi hai. is mein auraton se alag raho aur jab tak woh paak na ho jayen un ke qareeb na jao.</w:t>
      </w:r>
    </w:p>
    <w:p>
      <w:pPr>
        <w:jc w:val="right"/>
      </w:pPr>
      <w:r>
        <w:t>اور وہ تم سے حیض کا حکم پوچھتے ہیں۔ کہہ دو کہ وہ ایک گندگی ہے۔ اس میں عورتوں سے الگ رہو اور جب تک وہ پاک نہ ہو جائیں ان کے قریب نہ جاؤ۔</w:t>
      </w:r>
    </w:p>
    <w:p>
      <w:r>
        <w:rPr>
          <w:b/>
        </w:rPr>
        <w:t xml:space="preserve">[1:06:42] </w:t>
      </w:r>
      <w:r>
        <w:t>phir jab woh achhi tarah paak ho jayen to is tareeqe se un ke paas jao jis ka Allah ne tum ko hukum diya hai. Allah dost rakhta hai tauba karne walon ko aur woh dost rakhta hai paak rehne walon ko.</w:t>
      </w:r>
    </w:p>
    <w:p>
      <w:pPr>
        <w:jc w:val="right"/>
      </w:pPr>
      <w:r>
        <w:t>پھر جب وہ اچھی طرح پاک ہو جائیں تو اس طریقے سے ان کے پاس جاؤ جس کا اللہ نے تم کو حکم دیا ہے۔ اللہ دوست رکھتا ہے توبہ کرنے والوں کو اور وہ دوست رکھتا ہے پاک رہنے والوں کو۔</w:t>
      </w:r>
    </w:p>
    <w:p>
      <w:r>
        <w:rPr>
          <w:b/>
        </w:rPr>
        <w:t xml:space="preserve">[1:06:57] </w:t>
      </w:r>
      <w:r>
        <w:t>tumhari auraten tumhari khetiyan hain. pas apni kheti mein jis tarah chaho jao aur apne liye aage bhejo aur Allah se daro aur jaan lo ke tumhein zaroor is se milna hai.</w:t>
      </w:r>
    </w:p>
    <w:p>
      <w:pPr>
        <w:jc w:val="right"/>
      </w:pPr>
      <w:r>
        <w:t>تمہاری عورتیں تمہاری کھیتیاں ہیں۔ پس اپنی کھیتی میں جس طرح چاہو جاؤ اور اپنے لیے آگے بھیجو اور اللہ سے ڈرو اور جان لو کہ تمہیں ضرور اس سے ملنا ہے۔</w:t>
      </w:r>
    </w:p>
    <w:p>
      <w:r>
        <w:rPr>
          <w:b/>
        </w:rPr>
        <w:t xml:space="preserve">[1:07:11] </w:t>
      </w:r>
      <w:r>
        <w:t>aur imaan walon ko khushkhabri de do. aur Allah ko apni qasmon ka nishana na banao ke tum bhalai na karo aur parhezgari na karo aur logon ke darmiyan sulah na karo.</w:t>
      </w:r>
    </w:p>
    <w:p>
      <w:pPr>
        <w:jc w:val="right"/>
      </w:pPr>
      <w:r>
        <w:t>اور ایمان والوں کو خوشخبری دے دو۔ اور اللہ کو اپنی قسموں کا نشانہ نہ بناؤ کہ تم بھلائی نہ کرو اور پرہیزگاری نہ کرو اور لوگوں کے درمیان صلح نہ کرو۔</w:t>
      </w:r>
    </w:p>
    <w:p>
      <w:r>
        <w:rPr>
          <w:b/>
        </w:rPr>
        <w:t xml:space="preserve">[1:07:25] </w:t>
      </w:r>
      <w:r>
        <w:t>Allah sunne wala, janne wala hai. Allah tumhari be irada qasmon par tum ko nahin pakadta.</w:t>
      </w:r>
    </w:p>
    <w:p>
      <w:pPr>
        <w:jc w:val="right"/>
      </w:pPr>
      <w:r>
        <w:t>اللہ سننے والا، جاننے والا ہے۔ اللہ تمہاری بے ارادہ قسموں پر تم کو نہیں پکڑتا۔</w:t>
      </w:r>
    </w:p>
    <w:p>
      <w:r>
        <w:rPr>
          <w:b/>
        </w:rPr>
        <w:t xml:space="preserve">[1:07:34] </w:t>
      </w:r>
      <w:r>
        <w:t>magar woh is kaam par pakadta hai jo tumhare dil karte hain. aur Allah bakhshne wala, tahammul wala hai. jo log apni biwiyon se na milne ki qasam kha lein un ke liye chaar mahine tak ki muhlat hai.</w:t>
      </w:r>
    </w:p>
    <w:p>
      <w:pPr>
        <w:jc w:val="right"/>
      </w:pPr>
      <w:r>
        <w:t>مگر وہ اس کام پر پکڑتا ہے جو تمہارے دل کرتے ہیں۔ اور اللہ بخشنے والا، تحمل والا ہے۔ جو لوگ اپنی بیویوں سے نہ ملنے کی قسم کھا لیں ان کے لیے چار مہینے تک کی مہلت ہے۔</w:t>
      </w:r>
    </w:p>
    <w:p>
      <w:r>
        <w:rPr>
          <w:b/>
        </w:rPr>
        <w:t xml:space="preserve">[1:07:49] </w:t>
      </w:r>
      <w:r>
        <w:t>phir agar woh rujoo kar lein to Allah maaf kar dene wala, meherban hai. aur agar woh talaq ka faisla karein to yaqeenan Allah sunne wala, janne wala hai.</w:t>
      </w:r>
    </w:p>
    <w:p>
      <w:pPr>
        <w:jc w:val="right"/>
      </w:pPr>
      <w:r>
        <w:t>پھر اگر وہ رجوع کر لیں تو اللہ معاف کر دینے والا، مہربان ہے۔ اور اگر وہ طلاق کا فیصلہ کریں تو یقینا اللہ سننے والا، جاننے والا ہے۔</w:t>
      </w:r>
    </w:p>
    <w:p>
      <w:r>
        <w:rPr>
          <w:b/>
        </w:rPr>
        <w:t xml:space="preserve">[1:08:01] </w:t>
      </w:r>
      <w:r>
        <w:t>aur talaq di hui auraten apne aap ko teen haiz tak roke rakhen. aur agar woh Allah par aur aakhirat ke din par imaan rakhti hain to un ke liye jaiz nahin ke woh is cheez ko chhipayen jo Allah ne paida kiya hai un ke pait mein.</w:t>
      </w:r>
    </w:p>
    <w:p>
      <w:pPr>
        <w:jc w:val="right"/>
      </w:pPr>
      <w:r>
        <w:t>اور طلاق دی ہوئی عورتیں اپنے آپ کو تین حیض تک روکے رکھیں۔ اور اگر وہ اللہ پر اور آخرت کے دن پر ایمان رکھتی ہیں تو ان کے لیے جائز نہیں کہ وہ اس چیز کو چھپائیں جو اللہ نے پیدا کیا ہے ان کے پیٹ میں۔</w:t>
      </w:r>
    </w:p>
    <w:p>
      <w:r>
        <w:rPr>
          <w:b/>
        </w:rPr>
        <w:t xml:space="preserve">[1:08:17] </w:t>
      </w:r>
      <w:r>
        <w:t>aur is darmiyan mein un ke shohar un ko phir loota lene ka haq rakhte hain. agar woh sulah karna chahen. aur un auraton ke liye dastoor ke mutabiq isi tarah huqooq hain jis tarah dastoor ke mutabiq un par zimmedariyan hain.</w:t>
      </w:r>
    </w:p>
    <w:p>
      <w:pPr>
        <w:jc w:val="right"/>
      </w:pPr>
      <w:r>
        <w:t>اور اس دوران میں ان کے شوہر ان کو پھر لوٹا لینے کا حق رکھتے ہیں۔ اگر وہ صلح کرنا چاہیں۔ اور ان عورتوں کے لیے دستور کے مطابق اسی طرح حقوق ہیں جس طرح دستور کے مطابق ان پر ذمہ داریاں ہیں۔</w:t>
      </w:r>
    </w:p>
    <w:p>
      <w:r>
        <w:rPr>
          <w:b/>
        </w:rPr>
        <w:t xml:space="preserve">[1:08:34] </w:t>
      </w:r>
      <w:r>
        <w:t>aur mardon ka un ke muqable mein kuch darja barha hua hai. aur Allah zabardast hai. tadbeer wala hai.</w:t>
      </w:r>
    </w:p>
    <w:p>
      <w:pPr>
        <w:jc w:val="right"/>
      </w:pPr>
      <w:r>
        <w:t>اور مردوں کا ان کے مقابلے میں کچھ درجہ بڑھا ہوا ہے۔ اور اللہ زبردست ہے۔ تدبیر والا ہے۔</w:t>
      </w:r>
    </w:p>
    <w:p>
      <w:r>
        <w:rPr>
          <w:b/>
        </w:rPr>
        <w:t xml:space="preserve">[1:08:44] </w:t>
      </w:r>
      <w:r>
        <w:t>talaq do baar hai. phir ya to qaide ke mutabiq rakh lena hai ya khush usloobi ke sath rukhsat kar dena. aur tumhare liye yeh baat jaiz nahin ke tum ne jo kuch in auraton ko diya hai us mein se kuch le lo.</w:t>
      </w:r>
    </w:p>
    <w:p>
      <w:pPr>
        <w:jc w:val="right"/>
      </w:pPr>
      <w:r>
        <w:t>طلاق دو بار ہے۔ پھر یا تو قاعدے کے مطابق رکھ لینا ہے یا خوش اسلوبی کے ساتھ رخصت کر دینا۔ اور تمہارے لیے یہ بات جائز نہیں کہ تم نے جو کچھ ان عورتوں کو دیا ہے اس میں سے کچھ لے لو۔</w:t>
      </w:r>
    </w:p>
    <w:p>
      <w:r>
        <w:rPr>
          <w:b/>
        </w:rPr>
        <w:t xml:space="preserve">[1:08:59] </w:t>
      </w:r>
      <w:r>
        <w:t>magar yeh ke dono ko dar ho ke woh Allah ki hadon par qaim na reh saken. phir agar tum ko yeh dar ho ke dono Allah ki hadon par qaim na reh saken to dono par gunah nahin is maal mein jis ko aurat fidya mein de.</w:t>
      </w:r>
    </w:p>
    <w:p>
      <w:pPr>
        <w:jc w:val="right"/>
      </w:pPr>
      <w:r>
        <w:t>مگر یہ کہ دونوں کو ڈر ہو کہ وہ اللہ کی حدوں پر قائم نہ رہ سکیں گے۔ پھر اگر تم کو یہ ڈر ہو کہ دونوں اللہ کی حدوں پر قائم نہ رہ سکیں گے تو دونوں پر گناہ نہیں اس مال میں جس کو عورت فدیہ میں دے۔</w:t>
      </w:r>
    </w:p>
    <w:p>
      <w:r>
        <w:rPr>
          <w:b/>
        </w:rPr>
        <w:t xml:space="preserve">[1:09:15] </w:t>
      </w:r>
      <w:r>
        <w:t>yeh Allah ki haden hain to un se bahar na niklo. aur jo shakhs Allah ki hadon se nikal jaye to wohi log zalim hain.</w:t>
      </w:r>
    </w:p>
    <w:p>
      <w:pPr>
        <w:jc w:val="right"/>
      </w:pPr>
      <w:r>
        <w:t>یہ اللہ کی حدیں ہیں تو ان سے باہر نہ نکلو۔ اور جو شخص اللہ کی حدوں سے نکل جائے تو وہی لوگ ظالم ہیں۔</w:t>
      </w:r>
    </w:p>
    <w:p>
      <w:r>
        <w:rPr>
          <w:b/>
        </w:rPr>
        <w:t xml:space="preserve">[1:09:24] </w:t>
      </w:r>
      <w:r>
        <w:t>phir agar woh is ko talaq de de to us ke baad woh aurat us ke liye halaal nahin jab tak ke woh kisi doosre mard se nikah na kar le.</w:t>
      </w:r>
    </w:p>
    <w:p>
      <w:pPr>
        <w:jc w:val="right"/>
      </w:pPr>
      <w:r>
        <w:t>پھر اگر وہ اس کو طلاق دے دے تو اس کے بعد وہ عورت اس کے لیے حلال نہیں جب تک کہ وہ کسی دوسرے مرد سے نکاح نہ کرے۔</w:t>
      </w:r>
    </w:p>
    <w:p>
      <w:r>
        <w:rPr>
          <w:b/>
        </w:rPr>
        <w:t xml:space="preserve">[1:09:34] </w:t>
      </w:r>
      <w:r>
        <w:t>phir agar woh mard us ko talaq de de tab gunah nahin dono par ke phir mil jayen. bashartiyah ke unhein Allah ki hadon par qaim rehne ki tawaqqo ho.</w:t>
      </w:r>
    </w:p>
    <w:p>
      <w:pPr>
        <w:jc w:val="right"/>
      </w:pPr>
      <w:r>
        <w:t>پھر اگر وہ مرد اس کو طلاق دے دے تب گناہ نہیں ان دونوں پر کہ پھر مل جائیں۔ بشرطیہ کہ انہیں اللہ کی حدوں پر قائم رہنے کی توقع ہو۔</w:t>
      </w:r>
    </w:p>
    <w:p>
      <w:r>
        <w:rPr>
          <w:b/>
        </w:rPr>
        <w:t xml:space="preserve">[1:09:46] </w:t>
      </w:r>
      <w:r>
        <w:t>yeh khudawandi zabte hain jin ko woh bayan kar raha hai un logon ke liye jo danishmand hain. aur jab tum auraton ko talaq de do aur woh apni iddat tak pahunch jayen to un ko ya qaide ke mutabiq rakh lo ya qaide ke mutabiq rukhsat kar do.</w:t>
      </w:r>
    </w:p>
    <w:p>
      <w:pPr>
        <w:jc w:val="right"/>
      </w:pPr>
      <w:r>
        <w:t>یہ خداوندی ضابطے ہیں جن کو وہ بیان کر رہا ہے ان لوگوں کے لیے جو دانشمند ہیں۔ اور جب تم عورتوں کو طلاق دے دو اور وہ اپنی عدت تک پہنچ جائیں تو ان کو یا قاعدے کے مطابق رکھ لو یا قاعدے کے مطابق رخصت کر دو۔</w:t>
      </w:r>
    </w:p>
    <w:p>
      <w:r>
        <w:rPr>
          <w:b/>
        </w:rPr>
        <w:t xml:space="preserve">[1:10:04] </w:t>
      </w:r>
      <w:r>
        <w:t>aur takleef pahunchane ki gharz se na roko taake un par ziyadati karo. aur jo aisa karega us ne apna hi bura kiya.</w:t>
      </w:r>
    </w:p>
    <w:p>
      <w:pPr>
        <w:jc w:val="right"/>
      </w:pPr>
      <w:r>
        <w:t>اور تکلیف پہنچانے کی غرض سے نہ روکو تاکہ ان پر زیادتی کرو۔ اور جو ایسا کرے گا اس نے اپنا ہی برا کیا۔</w:t>
      </w:r>
    </w:p>
    <w:p>
      <w:r>
        <w:rPr>
          <w:b/>
        </w:rPr>
        <w:t xml:space="preserve">[1:10:14] </w:t>
      </w:r>
      <w:r>
        <w:t>aur Allah ki ayaton ko khel na banao. aur yaad karo apne upar Allah ki nemmat ko aur is kitaab o hikmat ko jo us ne tumhari naseehat ke liye utari hai.</w:t>
      </w:r>
    </w:p>
    <w:p>
      <w:pPr>
        <w:jc w:val="right"/>
      </w:pPr>
      <w:r>
        <w:t>اور اللہ کی آیتوں کو کھیل نہ بناؤ۔ اور یاد کرو اپنے اوپر اللہ کی نعمت کو اور اس کتاب و حکمت کو جو اس نے تمہاری نصیحت کے لیے اتاری ہے۔</w:t>
      </w:r>
    </w:p>
    <w:p>
      <w:r>
        <w:rPr>
          <w:b/>
        </w:rPr>
        <w:t xml:space="preserve">[1:10:26] </w:t>
      </w:r>
      <w:r>
        <w:t>aur Allah se daro. aur jaan lo ke Allah har cheez ko janne wala hai. aur jab tum apni auraton ko talaq de do aur woh apni iddat poori kar lein to un ko na roko ke woh apne shoharon se nikah kar lein.</w:t>
      </w:r>
    </w:p>
    <w:p>
      <w:pPr>
        <w:jc w:val="right"/>
      </w:pPr>
      <w:r>
        <w:t>اور اللہ سے ڈرو۔ اور جان لو کہ اللہ ہر چیز کو جاننے والا ہے۔ اور جب تم اپنی عورتوں کو طلاق دے دو اور وہ اپنی عدت پوری کر لیں تو ان کو نہ روکو کہ وہ اپنے شوہروں سے نکاح کر لیں۔</w:t>
      </w:r>
    </w:p>
    <w:p>
      <w:r>
        <w:rPr>
          <w:b/>
        </w:rPr>
        <w:t xml:space="preserve">[1:10:42] </w:t>
      </w:r>
      <w:r>
        <w:t>jabke woh dastoor ke muafiq aapas mein raazi ho jayen. yeh naseehat ki jati hai is shakhs ko jo tum mein se Allah par aur aakhirat ke din par yaqeen rakhta ho.</w:t>
      </w:r>
    </w:p>
    <w:p>
      <w:pPr>
        <w:jc w:val="right"/>
      </w:pPr>
      <w:r>
        <w:t>جبکہ وہ دستور کے موافق آپس میں راضی ہو جائیں۔ یہ نصیحت کی جاتی ہے اس شخص کو جو تم میں سے اللہ پر اور آخرت کے دن پر یقین رکھتا ہو۔</w:t>
      </w:r>
    </w:p>
    <w:p>
      <w:r>
        <w:rPr>
          <w:b/>
        </w:rPr>
        <w:t xml:space="preserve">[1:10:55] </w:t>
      </w:r>
      <w:r>
        <w:t>yeh tumhare liye zyada pakeezah aur satthra tareeqa hai. aur Allah jaanta hai tum nahi jaante.</w:t>
      </w:r>
    </w:p>
    <w:p>
      <w:pPr>
        <w:jc w:val="right"/>
      </w:pPr>
      <w:r>
        <w:t>یہ تمہارے لیے زیادہ پاکیزہ اور ستھرا طریقہ ہے۔ اور اللہ جانتا ہے تم نہیں جانتے۔</w:t>
      </w:r>
    </w:p>
    <w:p>
      <w:r>
        <w:rPr>
          <w:b/>
        </w:rPr>
        <w:t xml:space="preserve">[1:11:04] </w:t>
      </w:r>
      <w:r>
        <w:t>aur maayein apne bachchon ko poore do saal tak doodh pilayen un logon ke liye jo poori muddat tak doodh pilana chahte hon.</w:t>
      </w:r>
    </w:p>
    <w:p>
      <w:pPr>
        <w:jc w:val="right"/>
      </w:pPr>
      <w:r>
        <w:t>اور مائیں اپنے بچوں کو پورے دو سال تک دودھ پلائیں ان لوگوں کے لیے جو پوری مدت تک دودھ پلانا چاہتے ہوں۔</w:t>
      </w:r>
    </w:p>
    <w:p>
      <w:r>
        <w:rPr>
          <w:b/>
        </w:rPr>
        <w:t xml:space="preserve">[1:11:13] </w:t>
      </w:r>
      <w:r>
        <w:t>aur jiska bachcha hai uske zimme hai un maon ka khana aur kapra dastoor ke mutabiq. kisi ko hukum nahi diya jata magar uski bardasht ke muafiq.</w:t>
      </w:r>
    </w:p>
    <w:p>
      <w:pPr>
        <w:jc w:val="right"/>
      </w:pPr>
      <w:r>
        <w:t>اور جس کا بچہ ہے اس کے ذمے ہے ان ماؤں کا کھانا اور کپڑا دستور کے مطابق۔ کسی کو حکم نہیں دیا جاتا مگر اس کی برداشت کے موافق۔</w:t>
      </w:r>
    </w:p>
    <w:p>
      <w:r>
        <w:rPr>
          <w:b/>
        </w:rPr>
        <w:t xml:space="preserve">[1:11:25] </w:t>
      </w:r>
      <w:r>
        <w:t>na kisi maa ko uske bachche ke sabab se takleef di jaye. aur na kisi baap ko uske bachche ke sabab se. aur yahi zimmedari waris par bhi hai.</w:t>
      </w:r>
    </w:p>
    <w:p>
      <w:pPr>
        <w:jc w:val="right"/>
      </w:pPr>
      <w:r>
        <w:t>نہ کسی ماں کو اس کے بچے کے سبب سے تکلیف دی جائے۔ اور نہ کسی باپ کو اس کے بچے کے سبب سے۔ اور یہی ذمہ داری وارث پر بھی ہے۔</w:t>
      </w:r>
    </w:p>
    <w:p>
      <w:r>
        <w:rPr>
          <w:b/>
        </w:rPr>
        <w:t xml:space="preserve">[1:11:37] </w:t>
      </w:r>
      <w:r>
        <w:t>phir agar dono bahami razamandi aur mashware se doodh chhudana chahein to dono par koi gunah nahi. aur agar tum chaho ke apne bachchon ko kisi aur se doodh pilwao tab bhi tum par koi gunah nahi.</w:t>
      </w:r>
    </w:p>
    <w:p>
      <w:pPr>
        <w:jc w:val="right"/>
      </w:pPr>
      <w:r>
        <w:t>پھر اگر دونوں باہمی رضامندی اور مشورے سے دودھ چھڑانا چاہیں تو دونوں پر کوئی گناہ نہیں۔ اور اگر تم چاہو کہ اپنے بچوں کو کسی اور سے دودھ پلواؤ تب بھی تم پر کوئی گناہ نہیں۔</w:t>
      </w:r>
    </w:p>
    <w:p>
      <w:r>
        <w:rPr>
          <w:b/>
        </w:rPr>
        <w:t xml:space="preserve">[1:11:52] </w:t>
      </w:r>
      <w:r>
        <w:t>basharte ke tum qaide ke mutabiq woh ada kar do jo tumne unko dena thehraya tha. aur Allah se daro aur jaan lo ke jo kuch tum karte ho Allah usko dekh raha hai.</w:t>
      </w:r>
    </w:p>
    <w:p>
      <w:pPr>
        <w:jc w:val="right"/>
      </w:pPr>
      <w:r>
        <w:t>بشرطیہ کہ تم قاعدے کے مطابق وہ ادا کر دو جو تم نے ان کو دینا ٹھہرایا تھا۔ اور اللہ سے ڈرو اور جان لو کہ جو کچھ تم کرتے ہو اللہ اس کو دیکھ رہا ہے۔</w:t>
      </w:r>
    </w:p>
    <w:p>
      <w:r>
        <w:rPr>
          <w:b/>
        </w:rPr>
        <w:t xml:space="preserve">[1:12:06] </w:t>
      </w:r>
      <w:r>
        <w:t>aur tum mein se jo log mar jayen aur biwiyan chhod jayen woh biwiyan apne aap ko chaar mahine das din tak intezar mein rakhen.</w:t>
      </w:r>
    </w:p>
    <w:p>
      <w:pPr>
        <w:jc w:val="right"/>
      </w:pPr>
      <w:r>
        <w:t>اور تم میں سے جو لوگ مر جائیں اور بیویاں چھوڑ جائیں وہ بیویاں اپنے آپ کو چار مہینے دس دن تک انتظار میں رکھیں۔</w:t>
      </w:r>
    </w:p>
    <w:p>
      <w:r>
        <w:rPr>
          <w:b/>
        </w:rPr>
        <w:t xml:space="preserve">[1:12:16] </w:t>
      </w:r>
      <w:r>
        <w:t>phir jab woh apni muddat ko pahunchen to jo kuch woh apni zaat ke bare mein qaide ke muafiq karen us ka tum par koi gunah nahi.</w:t>
      </w:r>
    </w:p>
    <w:p>
      <w:pPr>
        <w:jc w:val="right"/>
      </w:pPr>
      <w:r>
        <w:t>پھر جب وہ اپنی مدت کو پہنچیں تو جو کچھ وہ اپنی ذات کے بارے میں قاعدے کے موافق کریں اس کا تم پر کوئی گناہ نہیں۔</w:t>
      </w:r>
    </w:p>
    <w:p>
      <w:r>
        <w:rPr>
          <w:b/>
        </w:rPr>
        <w:t xml:space="preserve">[1:12:26] </w:t>
      </w:r>
      <w:r>
        <w:t>aur Allah tumhare kamon se poori tarah ba-khabar hai. aur tumhare liye is baat mein koi gunah nahi ke un auraton ko paigham dene mein koi baat isharatan kaho ya apne dil mein chhupaye rakho.</w:t>
      </w:r>
    </w:p>
    <w:p>
      <w:pPr>
        <w:jc w:val="right"/>
      </w:pPr>
      <w:r>
        <w:t>اور اللہ تمہارے کاموں سے پوری طرح باخبر ہے۔ اور تمہارے لیے اس بات میں کوئی گناہ نہیں کہ ان عورتوں کو پیغام دینے میں کوئی بات اشارتاً کہو یا اپنے دل میں چھپائے رکھو۔</w:t>
      </w:r>
    </w:p>
    <w:p>
      <w:r>
        <w:rPr>
          <w:b/>
        </w:rPr>
        <w:t xml:space="preserve">[1:12:41] </w:t>
      </w:r>
      <w:r>
        <w:t>Allah ko maloom hai ke tum zaroor unka dhyan karoge. magar chhup kar unse wada na karo. tum unse sirf dastoor ke mutabiq koi baat keh sakte ho.</w:t>
      </w:r>
    </w:p>
    <w:p>
      <w:pPr>
        <w:jc w:val="right"/>
      </w:pPr>
      <w:r>
        <w:t>اللہ کو معلوم ہے کہ تم ضرور ان کا دھیان کرو گے۔ مگر چھپ کر ان سے وعدہ نہ کرو۔ تم ان سے صرف دستور کے مطابق کوئی بات کہہ سکتے ہو۔</w:t>
      </w:r>
    </w:p>
    <w:p>
      <w:r>
        <w:rPr>
          <w:b/>
        </w:rPr>
        <w:t xml:space="preserve">[1:12:53] </w:t>
      </w:r>
      <w:r>
        <w:t>aur aqd-e-nikah ka irada is waqt tak na karo jab tak muqarrar muddat apni khatm ko na pahunch jaye. aur jaan lo ke Allah jaanta hai jo kuch tumhare dilon mein hai.</w:t>
      </w:r>
    </w:p>
    <w:p>
      <w:pPr>
        <w:jc w:val="right"/>
      </w:pPr>
      <w:r>
        <w:t>اور عقد نکاح کا ارادہ اس وقت تک نہ کرو جب تک مقررہ مدت اپنی ختم کو نہ پہنچ جائے۔ اور جان لو کہ اللہ جانتا ہے جو کچھ تمہارے دلوں میں ہے۔</w:t>
      </w:r>
    </w:p>
    <w:p>
      <w:r>
        <w:rPr>
          <w:b/>
        </w:rPr>
        <w:t xml:space="preserve">[1:13:06] </w:t>
      </w:r>
      <w:r>
        <w:t>pas is se daro aur jaan lo ke Allah bakhshne wala, tahammul wala hai. agar tum auraton ko aisi halat mein talaq do ke na unko tumne haath lagaya hai aur na unke liye kuch mahr muqarrar kiya hai to unke mahr ka tum par koi muakhza nahi.</w:t>
      </w:r>
    </w:p>
    <w:p>
      <w:pPr>
        <w:jc w:val="right"/>
      </w:pPr>
      <w:r>
        <w:t>پس اس سے ڈرو اور جان لو کہ اللہ بخشنے والا، تحمل والا ہے۔ اگر تم عورتوں کو ایسی حالت میں طلاق دو کہ نہ ان کو تم نے ہاتھ لگایا ہے اور نہ ان کے لیے کچھ مہر مقرر کیا ہے تو ان کے مہر کا تم پر کچھ مؤخذہ نہیں۔</w:t>
      </w:r>
    </w:p>
    <w:p>
      <w:r>
        <w:rPr>
          <w:b/>
        </w:rPr>
        <w:t xml:space="preserve">[1:13:25] </w:t>
      </w:r>
      <w:r>
        <w:t>albata unko dastoor ke mutabiq kuch saman de do. wus'at wale par apni hesiyat ke mutabiq hai aur tangi wale par apni hesiyat ke mutabiq.</w:t>
      </w:r>
    </w:p>
    <w:p>
      <w:pPr>
        <w:jc w:val="right"/>
      </w:pPr>
      <w:r>
        <w:t>البتہ ان کو دستور کے مطابق کچھ سامان دے دو۔ وسعت والے پر اپنی حیثیت کے مطابق ہے اور تنگی والے پر اپنی حیثیت کے مطابق۔</w:t>
      </w:r>
    </w:p>
    <w:p>
      <w:r>
        <w:rPr>
          <w:b/>
        </w:rPr>
        <w:t xml:space="preserve">[1:13:37] </w:t>
      </w:r>
      <w:r>
        <w:t>yeh neki karne walon par lazim hai. aur agar tum unko talaq do qabl is ke ke unko haath lagao aur tum unke liye kuch mahr bhi muqarrar kar chuke the to jitna mahr tumne muqarrar kiya ho us ka aadha ada kar do.</w:t>
      </w:r>
    </w:p>
    <w:p>
      <w:pPr>
        <w:jc w:val="right"/>
      </w:pPr>
      <w:r>
        <w:t>یہ نیکی کرنے والوں پر لازم ہے۔ اور اگر تم ان کو طلاق دو قبل اس کے کہ ان کو ہاتھ لگاؤ اور تم ان کے لیے کچھ مہر بھی مقرر کر چکے تھے تو جتنا مہر تم نے مقرر کیا ہو اس کا آدھا ادا کر دو۔</w:t>
      </w:r>
    </w:p>
    <w:p>
      <w:r>
        <w:rPr>
          <w:b/>
        </w:rPr>
        <w:t xml:space="preserve">[1:13:54] </w:t>
      </w:r>
      <w:r>
        <w:t>illa yeh ke woh maaf kar dein ya woh mard maaf kar de jis ke haath mein nikah ki girah hai. aur tumhara maaf kar dena zyada qareeb hai taqwa se.</w:t>
      </w:r>
    </w:p>
    <w:p>
      <w:pPr>
        <w:jc w:val="right"/>
      </w:pPr>
      <w:r>
        <w:t>الا یہ کہ وہ معاف کر دیں یا وہ مرد معاف کر دے جس کے ہاتھ میں نکاح کی گرہ ہے۔ اور تمہارا معاف کر دینا زیادہ قریب ہے تقویٰ سے۔</w:t>
      </w:r>
    </w:p>
    <w:p>
      <w:r>
        <w:rPr>
          <w:b/>
        </w:rPr>
        <w:t xml:space="preserve">[1:14:06] </w:t>
      </w:r>
      <w:r>
        <w:t>aur aapas mein ehsan karne se ghaflat mat karo. jo kuch tum karte ho Allah usko dekh raha hai. pabandi karo namazon ki aur pabandi karo beech ki namaz ki aur khade ho Allah ke samne aajiz bane hue.</w:t>
      </w:r>
    </w:p>
    <w:p>
      <w:pPr>
        <w:jc w:val="right"/>
      </w:pPr>
      <w:r>
        <w:t>اور آپس میں احسان کرنے سے غفلت مت کرو۔ جو کچھ تم کرتے ہو اللہ اس کو دیکھ رہا ہے۔ پابندی کرو نمازوں کی اور پابندی کرو بیچ کی نماز کی اور کھڑے ہو اللہ کے سامنے عاجز بنے ہوئے۔</w:t>
      </w:r>
    </w:p>
    <w:p>
      <w:r>
        <w:rPr>
          <w:b/>
        </w:rPr>
        <w:t xml:space="preserve">[1:14:23] </w:t>
      </w:r>
      <w:r>
        <w:t>agar tum ko andesha ho to paidal ya sawari par padh lo. phir jab halat-e-amn aa jaye to Allah ko is tareeqe par yaad karo jo usne tum ko sikhaya hai jis ko tum nahi jante the.</w:t>
      </w:r>
    </w:p>
    <w:p>
      <w:pPr>
        <w:jc w:val="right"/>
      </w:pPr>
      <w:r>
        <w:t>اگر تم کو اندیشہ ہو تو پیدل یا سواری پر پڑھ لو۔ پھر جب حالت امن آ جائے تو اللہ کو اس طریقے پر یاد کرو جو اس نے تم کو سکھایا ہے جس کو تم نہیں جانتے تھے۔</w:t>
      </w:r>
    </w:p>
    <w:p>
      <w:r>
        <w:rPr>
          <w:b/>
        </w:rPr>
        <w:t xml:space="preserve">[1:14:37] </w:t>
      </w:r>
      <w:r>
        <w:t>aur tum mein se jo log faut ho jayen aur biwiyan chhod rahe hon woh apni biwiyon ke bare mein wasiyat kar dein ke ek saal tak unko ghar mein rakh kar kharch diya jaye.</w:t>
      </w:r>
    </w:p>
    <w:p>
      <w:pPr>
        <w:jc w:val="right"/>
      </w:pPr>
      <w:r>
        <w:t>اور تم میں سے جو لوگ وفات پا جائیں اور بیویاں چھوڑ رہے ہوں وہ اپنی بیویوں کے بارے میں وصیت کر دیں کہ ایک سال تک ان کو گھر میں رکھ کر خرچ دیا جائے۔</w:t>
      </w:r>
    </w:p>
    <w:p>
      <w:r>
        <w:rPr>
          <w:b/>
        </w:rPr>
        <w:t xml:space="preserve">[1:14:49] </w:t>
      </w:r>
      <w:r>
        <w:t>phir agar woh khud se ghar chhod dein to jo kuch woh apni zaat ke mamle mein dastoor ke mutabiq karen us ka tum par koi ilzam nahi.</w:t>
      </w:r>
    </w:p>
    <w:p>
      <w:pPr>
        <w:jc w:val="right"/>
      </w:pPr>
      <w:r>
        <w:t>پھر اگر وہ خود سے گھر چھوڑ دیں تو جو کچھ وہ اپنی ذات کے معاملے میں دستور کے مطابق کریں اس کا تم پر کوئی الزام نہیں۔</w:t>
      </w:r>
    </w:p>
    <w:p>
      <w:r>
        <w:rPr>
          <w:b/>
        </w:rPr>
        <w:t xml:space="preserve">[1:14:59] </w:t>
      </w:r>
      <w:r>
        <w:t>Allah zabardast hai. hikmat wala hai. aur talaq di hui auraton ko bhi dastoor ke mutabiq kharch dena hai.</w:t>
      </w:r>
    </w:p>
    <w:p>
      <w:pPr>
        <w:jc w:val="right"/>
      </w:pPr>
      <w:r>
        <w:t>اللہ زبردست ہے۔ حکمت والا ہے۔ اور طلاق دی ہوئی عورتوں کو بھی دستور کے مطابق خرچ دینا ہے۔</w:t>
      </w:r>
    </w:p>
    <w:p>
      <w:r>
        <w:rPr>
          <w:b/>
        </w:rPr>
        <w:t xml:space="preserve">[1:15:09] </w:t>
      </w:r>
      <w:r>
        <w:t>yeh lazim hai parhezgaron ke liye. is tarah Allah tumhare liye apne ahkam khol kar bayan karta hai taake tum samjho.</w:t>
      </w:r>
    </w:p>
    <w:p>
      <w:pPr>
        <w:jc w:val="right"/>
      </w:pPr>
      <w:r>
        <w:t>یہ لازم ہے پرہیزگاروں کے لیے۔ اس طرح اللہ تمہارے لیے اپنے احکام کھول کر بیان کرتا ہے تاکہ تم سمجھو۔</w:t>
      </w:r>
    </w:p>
    <w:p>
      <w:r>
        <w:rPr>
          <w:b/>
        </w:rPr>
        <w:t xml:space="preserve">[1:15:19] </w:t>
      </w:r>
      <w:r>
        <w:t>kya tumne un logon ko nahi dekha jo apne gharon se bhaag khade hue maut ke dar se aur woh hazaron ki tadad mein the?</w:t>
      </w:r>
    </w:p>
    <w:p>
      <w:pPr>
        <w:jc w:val="right"/>
      </w:pPr>
      <w:r>
        <w:t>کیا تم نے ان لوگوں کو نہیں دیکھا جو اپنے گھروں سے بھاگ کھڑے ہوئے موت کے ڈر سے اور وہ ہزاروں کی تعداد میں تھے؟</w:t>
      </w:r>
    </w:p>
    <w:p>
      <w:r>
        <w:rPr>
          <w:b/>
        </w:rPr>
        <w:t xml:space="preserve">[1:15:29] </w:t>
      </w:r>
      <w:r>
        <w:t>to Allah ne unse kaha ke mar jao. phir Allah ne unko zinda kiya. beshak Allah logon par fazl karne wala hai.</w:t>
      </w:r>
    </w:p>
    <w:p>
      <w:pPr>
        <w:jc w:val="right"/>
      </w:pPr>
      <w:r>
        <w:t>تو اللہ نے ان سے کہا کہ مر جاؤ۔ پھر اللہ نے ان کو زندہ کیا۔ بے شک اللہ لوگوں پر فضل کرنے والا ہے۔</w:t>
      </w:r>
    </w:p>
    <w:p>
      <w:r>
        <w:rPr>
          <w:b/>
        </w:rPr>
        <w:t xml:space="preserve">[1:15:39] </w:t>
      </w:r>
      <w:r>
        <w:t>magar aksar log shukr nahi karte. aur Allah ki raah mein lado aur jaan lo ke Allah sunne wala, janne wala hai.</w:t>
      </w:r>
    </w:p>
    <w:p>
      <w:pPr>
        <w:jc w:val="right"/>
      </w:pPr>
      <w:r>
        <w:t>مگر اکثر لوگ شکر نہیں کرتے۔ اور اللہ کی راہ میں لڑو اور جان لو کہ اللہ سننے والا، جاننے والا ہے۔</w:t>
      </w:r>
    </w:p>
    <w:p>
      <w:r>
        <w:rPr>
          <w:b/>
        </w:rPr>
        <w:t xml:space="preserve">[1:15:49] </w:t>
      </w:r>
      <w:r>
        <w:t>kon hai jo allah ko qarz hasan de keh allah is ko barha kar is ke liye kai gunah kar de? aur allah hi tangi bhi paida karta hai aur kushadgi bhi.</w:t>
      </w:r>
    </w:p>
    <w:p>
      <w:pPr>
        <w:jc w:val="right"/>
      </w:pPr>
      <w:r>
        <w:t>کون ہے جو اللہ کو قرض حسن دے کہ اللہ اس کو بڑھا کر اس کے لیے کئی گناہ کر دے؟ اور اللہ ہی تنگی بھی پیدا کرتا ہے اور کشادگی بھی۔</w:t>
      </w:r>
    </w:p>
    <w:p>
      <w:r>
        <w:rPr>
          <w:b/>
        </w:rPr>
        <w:t xml:space="preserve">[1:16:01] </w:t>
      </w:r>
      <w:r>
        <w:t>aur tum sab usi ki taraf lotaye jaoge. kya tum ne bani israel ke sardaron ko nahi dekha moosa ke baad?</w:t>
      </w:r>
    </w:p>
    <w:p>
      <w:pPr>
        <w:jc w:val="right"/>
      </w:pPr>
      <w:r>
        <w:t>اور تم سب اسی کی طرف لوٹائے جاؤ گے۔ کیا تم نے بنی اسرائیل کے سرداروں کو نہیں دیکھا موسیٰ کے بعد؟</w:t>
      </w:r>
    </w:p>
    <w:p>
      <w:r>
        <w:rPr>
          <w:b/>
        </w:rPr>
        <w:t xml:space="preserve">[1:16:11] </w:t>
      </w:r>
      <w:r>
        <w:t>jab keh unhone apne nabi se kaha keh hamare liye ek badshah muqarrar kar dijiye taake hum allah ki rah mein ladein. nabi ne jawab diya: "aisa na ho keh tum ko ladai ka hukum diya jaye tab tum na lado." unhone kaha: "yeh kaise ho sakta hai keh hum na ladein allah ki rah mein?</w:t>
      </w:r>
    </w:p>
    <w:p>
      <w:pPr>
        <w:jc w:val="right"/>
      </w:pPr>
      <w:r>
        <w:t>جبکہ انہوں نے اپنے نبی سے کہا کہ ہمارے لیے ایک بادشاہ مقرر کر دیجئے تاکہ ہم اللہ کی راہ میں لڑیں۔ نبی نے جواب دیا: "ایسا نہ ہو کہ تم کو لڑائی کا حکم دیا جائے تب تم نہ لڑو۔" انہوں نے کہا: "یہ کیسے ہو سکتا ہے کہ ہم نہ لڑیں اللہ کی راہ میں؟</w:t>
      </w:r>
    </w:p>
    <w:p>
      <w:r>
        <w:rPr>
          <w:b/>
        </w:rPr>
        <w:t xml:space="preserve">[1:16:33] </w:t>
      </w:r>
      <w:r>
        <w:t>halankeh hum ko apne gharon se nikala gaya hai aur apne bachon se juda kiya gaya hai." phir jab un ko ladai ka hukum hua to thore logon ke siwa sab phir gaye.</w:t>
      </w:r>
    </w:p>
    <w:p>
      <w:pPr>
        <w:jc w:val="right"/>
      </w:pPr>
      <w:r>
        <w:t>حالانکہ ہم کو اپنے گھروں سے نکالا گیا ہے اور اپنے بچوں سے جدا کیا گیا ہے۔" پھر جب ان کو لڑائی کا حکم ہوا تو تھوڑے لوگوں کے سوا سب پھر گئے۔</w:t>
      </w:r>
    </w:p>
    <w:p>
      <w:r>
        <w:rPr>
          <w:b/>
        </w:rPr>
        <w:t xml:space="preserve">[1:16:45] </w:t>
      </w:r>
      <w:r>
        <w:t>aur allah zalimon ko khoob janta hai. aur un ke nabi ne un se kaha: "allah ne taloot ko tumhare liye badshah muqarrar kiya hai." unhone kaha keh is ko hamare upar badshahi kaise mil sakti hai halankeh is ke muqable mein hum badshahi ke zyada haqdar hain.</w:t>
      </w:r>
    </w:p>
    <w:p>
      <w:pPr>
        <w:jc w:val="right"/>
      </w:pPr>
      <w:r>
        <w:t>اور اللہ ظالموں کو خوب جانتا ہے۔ اور ان کے نبی نے ان سے کہا: "اللہ نے طالوت کو تمہارے لیے بادشاہ مقرر کیا ہے۔" انہوں نے کہا کہ اس کو ہمارے اوپر بادشاہی کیسے مل سکتی ہے حالانکہ اس کے مقابلے میں ہم بادشاہی کے زیادہ حقدار ہیں۔</w:t>
      </w:r>
    </w:p>
    <w:p>
      <w:r>
        <w:rPr>
          <w:b/>
        </w:rPr>
        <w:t xml:space="preserve">[1:17:06] </w:t>
      </w:r>
      <w:r>
        <w:t>aur is ko zyada daulat bhi hasil nahi. nabi ne kaha: "allah ne tumhare muqable mein is ko chuna hai aur ilm aur jism mein is ko ziyadati di hai." aur allah apni saltanat jis ko chahta hai deta hai.</w:t>
      </w:r>
    </w:p>
    <w:p>
      <w:pPr>
        <w:jc w:val="right"/>
      </w:pPr>
      <w:r>
        <w:t>اور اس کو زیادہ دولت بھی حاصل نہیں۔ نبی نے کہا: "اللہ نے تمہارے مقابلے میں اس کو چنا ہے اور علم اور جسم میں اس کو زیادتی دی ہے۔" اور اللہ اپنی سلطنت جس کو چاہتا ہے دیتا ہے۔</w:t>
      </w:r>
    </w:p>
    <w:p>
      <w:r>
        <w:rPr>
          <w:b/>
        </w:rPr>
        <w:t xml:space="preserve">[1:17:22] </w:t>
      </w:r>
      <w:r>
        <w:t>allah bari wusat wala, janne wala hai. aur un ke nabi ne un se kaha keh taloot ke badshah hone ki nishani yeh hai keh tumhare paas woh sandooq aa jayega jis mein tumhare rab ki taraf se tumhare liye taskeen hai.</w:t>
      </w:r>
    </w:p>
    <w:p>
      <w:pPr>
        <w:jc w:val="right"/>
      </w:pPr>
      <w:r>
        <w:t>اللہ بڑی وسعت والا، جاننے والا ہے۔ اور ان کے نبی نے ان سے کہا کہ طالوت کے بادشاہ ہونے کی نشانی یہ ہے کہ تمہارے پاس وہ صندوق آ جائے گا جس میں تمہارے رب کی طرف سے تمہارے لیے تسکین ہے۔</w:t>
      </w:r>
    </w:p>
    <w:p>
      <w:r>
        <w:rPr>
          <w:b/>
        </w:rPr>
        <w:t xml:space="preserve">[1:17:38] </w:t>
      </w:r>
      <w:r>
        <w:t>aur aal moosa aur aal haroon ki chhodi hui yadgari hain. is sandooq ko farishte le ayenge. is mein tumhare liye bari nishani hai.</w:t>
      </w:r>
    </w:p>
    <w:p>
      <w:pPr>
        <w:jc w:val="right"/>
      </w:pPr>
      <w:r>
        <w:t>اور آل موسیٰ اور آل ہارون کی چھوڑی ہوئی یادگاری ہیں۔ اس صندوق کو فرشتے لے آئیں گے۔ اس میں تمہارے لیے بڑی نشانی ہے۔</w:t>
      </w:r>
    </w:p>
    <w:p>
      <w:r>
        <w:rPr>
          <w:b/>
        </w:rPr>
        <w:t xml:space="preserve">[1:17:48] </w:t>
      </w:r>
      <w:r>
        <w:t>agar tum yaqeen rakhne wale ho. phir jab taloot fojon ko le kar chala to us ne kaha: "allah tum ko ek nadi ke zariye azmane wala hai." pas jis ne is ka pani piya woh mera saathi nahi aur jis ne is ko na chakha woh mera saathi hai.</w:t>
      </w:r>
    </w:p>
    <w:p>
      <w:pPr>
        <w:jc w:val="right"/>
      </w:pPr>
      <w:r>
        <w:t>اگر تم یقین رکھنے والے ہو۔ پھر جب طالوت فوجوں کو لے کر چلا تو اس نے کہا: "اللہ تم کو ایک ندی کے ذریعے آزمانے والا ہے۔" پس جس نے اس کا پانی پیا وہ میرا ساتھی نہیں اور جس نے اس کو نہ چکھا وہ میرا ساتھی ہے۔</w:t>
      </w:r>
    </w:p>
    <w:p>
      <w:r>
        <w:rPr>
          <w:b/>
        </w:rPr>
        <w:t xml:space="preserve">[1:18:08] </w:t>
      </w:r>
      <w:r>
        <w:t>magar yeh keh koi apne hath se ek chullu bhar le. to unhone is mein se khoob piya bajuz thore aadmiyon ke.</w:t>
      </w:r>
    </w:p>
    <w:p>
      <w:pPr>
        <w:jc w:val="right"/>
      </w:pPr>
      <w:r>
        <w:t>مگر یہ کہ کوئی اپنے ہاتھ سے ایک چلو بھر لے۔ تو انہوں نے اس میں سے خوب پیا بجز تھوڑے آدمیوں کے۔</w:t>
      </w:r>
    </w:p>
    <w:p>
      <w:r>
        <w:rPr>
          <w:b/>
        </w:rPr>
        <w:t xml:space="preserve">[1:18:18] </w:t>
      </w:r>
      <w:r>
        <w:t>phir jab taloot aur jo us ke sath imaan par qaim rahe they darya paar kar chuke to woh log bole keh aaj hum ko jaloot aur us ki fojon se ladne ki taqat nahi.</w:t>
      </w:r>
    </w:p>
    <w:p>
      <w:pPr>
        <w:jc w:val="right"/>
      </w:pPr>
      <w:r>
        <w:t>پھر جب طالوت اور جو اس کے ساتھ ایمان پر قائم رہے تھے دریا پار کر چکے تو وہ لوگ بولے کہ آج ہم کو جالوت اور اس کی فوجوں سے لڑنے کی طاقت نہیں۔</w:t>
      </w:r>
    </w:p>
    <w:p>
      <w:r>
        <w:rPr>
          <w:b/>
        </w:rPr>
        <w:t xml:space="preserve">[1:18:29] </w:t>
      </w:r>
      <w:r>
        <w:t>jo log yeh jante they keh woh allah se milne wale hain unhone kaha keh kitni hi choti jamaatein allah ke hukum se badi jamaaton par ghalib aayi hain aur allah sabr karne walon ke sath hai.</w:t>
      </w:r>
    </w:p>
    <w:p>
      <w:pPr>
        <w:jc w:val="right"/>
      </w:pPr>
      <w:r>
        <w:t>جو لوگ یہ جانتے تھے کہ وہ اللہ سے ملنے والے ہیں انہوں نے کہا کہ کتنی ہی چھوٹی جماعتیں اللہ کے حکم سے بڑی جماعتوں پر غالب آئی ہیں اور اللہ صبر کرنے والوں کے ساتھ ہے۔</w:t>
      </w:r>
    </w:p>
    <w:p>
      <w:r>
        <w:rPr>
          <w:b/>
        </w:rPr>
        <w:t xml:space="preserve">[1:18:44] </w:t>
      </w:r>
      <w:r>
        <w:t>aur jab jaloot aur us ki fojon se un ka samna hua to unhone kaha: "aey hamare</w:t>
      </w:r>
    </w:p>
    <w:p>
      <w:pPr>
        <w:jc w:val="right"/>
      </w:pPr>
      <w:r>
        <w:t>اور جب جالوت اور اس کی فوجوں سے ان کا سامنا ہوا تو انہوں نے کہا: "اے ہمارے</w:t>
      </w:r>
    </w:p>
    <w:p>
      <w:r>
        <w:rPr>
          <w:b/>
        </w:rPr>
        <w:t xml:space="preserve">[1:18:51] </w:t>
      </w:r>
      <w:r>
        <w:t>rab! hamare upar sabr dal de aur hamare qadmon ko jama de aur un munkiron ke muqable mein hamari madad kar." phir unhone allah ke hukum se un ko shikast di.</w:t>
      </w:r>
    </w:p>
    <w:p>
      <w:pPr>
        <w:jc w:val="right"/>
      </w:pPr>
      <w:r>
        <w:t>رب! ہمارے اوپر صبر ڈال دے اور ہمارے قدموں کو جما دے اور ان منکروں کے مقابلے میں ہماری مدد کر۔" پھر انہوں نے اللہ کے حکم سے ان کو شکست دی۔</w:t>
      </w:r>
    </w:p>
    <w:p>
      <w:r>
        <w:rPr>
          <w:b/>
        </w:rPr>
        <w:t xml:space="preserve">[1:19:05] </w:t>
      </w:r>
      <w:r>
        <w:t>aur dawood ne jaloot ko qatal kar diya. aur allah ne dawood ko badshahat aur danishmandi ata ki aur jin cheezon ka chaha ilm bakhsha.</w:t>
      </w:r>
    </w:p>
    <w:p>
      <w:pPr>
        <w:jc w:val="right"/>
      </w:pPr>
      <w:r>
        <w:t>اور داؤد نے جالوت کو قتل کر دیا۔ اور اللہ نے داؤد کو بادشاہت اور دانائی عطا کی اور جن چیزوں کا چاہا علم بخشا۔</w:t>
      </w:r>
    </w:p>
    <w:p>
      <w:r>
        <w:rPr>
          <w:b/>
        </w:rPr>
        <w:t xml:space="preserve">[1:19:15] </w:t>
      </w:r>
      <w:r>
        <w:t>aur agar allah baaz logon ko baaz logon se dafa na karta rahe to zameen fasad se bhar jaye. magar allah dunya walon par bara fazl farmane wala hai.</w:t>
      </w:r>
    </w:p>
    <w:p>
      <w:pPr>
        <w:jc w:val="right"/>
      </w:pPr>
      <w:r>
        <w:t>اور اگر اللہ بعض لوگوں کو بعض لوگوں سے دفع نہ کرتا رہے تو زمین فساد سے بھر جائے۔ مگر اللہ دنیا والوں پر بڑا فضل فرمانے والا ہے۔</w:t>
      </w:r>
    </w:p>
    <w:p>
      <w:r>
        <w:rPr>
          <w:b/>
        </w:rPr>
        <w:t xml:space="preserve">[1:19:28] </w:t>
      </w:r>
      <w:r>
        <w:t>yeh allah ki ayatein hain jo hum tum ko sunate hain theek theek. aur beshak to paighambaron mein se hai un paighambaron mein se.</w:t>
      </w:r>
    </w:p>
    <w:p>
      <w:pPr>
        <w:jc w:val="right"/>
      </w:pPr>
      <w:r>
        <w:t>یہ اللہ کی آیتیں ہیں جو ہم تم کو سناتے ہیں ٹھیک ٹھیک۔ اور بے شک تو پیغمبروں میں سے ہے ان پیغمبروں میں سے۔</w:t>
      </w:r>
    </w:p>
    <w:p>
      <w:r>
        <w:rPr>
          <w:b/>
        </w:rPr>
        <w:t xml:space="preserve">[1:19:38] </w:t>
      </w:r>
      <w:r>
        <w:t>baaz ko hum ne baaz par fazilat di. un mein se baaz se allah ne kalam kiya. aur baaz ke darje buland kiye. aur hum ne isa ibne maryam ko khuli nishaniyan dein.</w:t>
      </w:r>
    </w:p>
    <w:p>
      <w:pPr>
        <w:jc w:val="right"/>
      </w:pPr>
      <w:r>
        <w:t>بعض کو ہم نے بعض پر فضیلت دی۔ ان میں سے بعض سے اللہ نے کلام کیا۔ اور بعض کے درجے بلند کیے۔ اور ہم نے عیسیٰ ابن مریم کو کھلی نشانیاں دیں۔</w:t>
      </w:r>
    </w:p>
    <w:p>
      <w:r>
        <w:rPr>
          <w:b/>
        </w:rPr>
        <w:t xml:space="preserve">[1:19:50] </w:t>
      </w:r>
      <w:r>
        <w:t>aur hum ne is ki madad ki rooh ul quds se. aur allah agar chahta to un ke baad wale saaf hukum aa jane ke baad na ladte.</w:t>
      </w:r>
    </w:p>
    <w:p>
      <w:pPr>
        <w:jc w:val="right"/>
      </w:pPr>
      <w:r>
        <w:t>اور ہم نے اس کی مدد کی روح القدس سے۔ اور اللہ اگر چاہتا تو ان کے بعد والے صاف حکم آ جانے کے بعد نہ لڑتے۔</w:t>
      </w:r>
    </w:p>
    <w:p>
      <w:r>
        <w:rPr>
          <w:b/>
        </w:rPr>
        <w:t xml:space="preserve">[1:20:01] </w:t>
      </w:r>
      <w:r>
        <w:t>magar unhone ikhtilaf kiya. phir un mein se koi imaan laya aur kisi ne inkar kiya. aur agar allah chahta to woh na ladte.</w:t>
      </w:r>
    </w:p>
    <w:p>
      <w:pPr>
        <w:jc w:val="right"/>
      </w:pPr>
      <w:r>
        <w:t>مگر انہوں نے اختلاف کیا۔ پھر ان میں سے کوئی ایمان لایا اور کسی نے انکار کیا۔ اور اگر اللہ چاہتا تو وہ نہ لڑتے۔</w:t>
      </w:r>
    </w:p>
    <w:p>
      <w:r>
        <w:rPr>
          <w:b/>
        </w:rPr>
        <w:t xml:space="preserve">[1:20:11] </w:t>
      </w:r>
      <w:r>
        <w:t>magar allah karta hai jo woh chahta hai. aey imaan walon!</w:t>
      </w:r>
    </w:p>
    <w:p>
      <w:pPr>
        <w:jc w:val="right"/>
      </w:pPr>
      <w:r>
        <w:t>مگر اللہ کرتا ہے جو وہ چاہتا ہے۔ اے ایمان وال</w:t>
      </w:r>
    </w:p>
    <w:p>
      <w:r>
        <w:rPr>
          <w:b/>
        </w:rPr>
        <w:t xml:space="preserve">[1:20:17] </w:t>
      </w:r>
      <w:r>
        <w:t>kharch karo un cheezon se jo hum ne tum ko diya hai. is din ke aane se pehle jis mein na khareed o farokht hai aur na dosti hai aur na sifarish.</w:t>
      </w:r>
    </w:p>
    <w:p>
      <w:pPr>
        <w:jc w:val="right"/>
      </w:pPr>
      <w:r>
        <w:t>وں! خرچ کرو ان چیزوں سے جو ہم نے تم کو دیا ہے۔ اس دن کے آنے سے پہلے جس میں نہ خرید و فروخت ہے اور نہ دوستی ہے اور نہ سفارش۔</w:t>
      </w:r>
    </w:p>
    <w:p>
      <w:r>
        <w:rPr>
          <w:b/>
        </w:rPr>
        <w:t xml:space="preserve">[1:20:28] </w:t>
      </w:r>
      <w:r>
        <w:t>aur jo munkir hain wohi hain zulm karne wale. allah us ke siwa koi mabood nahi. woh zinda hai.</w:t>
      </w:r>
    </w:p>
    <w:p>
      <w:pPr>
        <w:jc w:val="right"/>
      </w:pPr>
      <w:r>
        <w:t>اور جو منکر ہیں وہی ہیں ظلم کرنے والے۔ اللہ اس کے سوا کوئی معبود نہیں۔ وہ زندہ ہے۔</w:t>
      </w:r>
    </w:p>
    <w:p>
      <w:r>
        <w:rPr>
          <w:b/>
        </w:rPr>
        <w:t xml:space="preserve">[1:20:37] </w:t>
      </w:r>
      <w:r>
        <w:t>sab ka thamne wala. us ko na oongh aati hai aur na neend. usi ka hai jo kuch aasmanon aur zameen mein hai.</w:t>
      </w:r>
    </w:p>
    <w:p>
      <w:pPr>
        <w:jc w:val="right"/>
      </w:pPr>
      <w:r>
        <w:t>سب کا تھامنے والا۔ اس کو نہ اونگھ آتی ہے اور نہ نیند۔ اسی کا ہے جو کچھ آسمانوں اور زمین میں ہے۔</w:t>
      </w:r>
    </w:p>
    <w:p>
      <w:r>
        <w:rPr>
          <w:b/>
        </w:rPr>
        <w:t xml:space="preserve">[1:20:46] </w:t>
      </w:r>
      <w:r>
        <w:t>kon hai jo is ke paas is ki ijazat ke baghair sifarish kare? woh janta hai jo kuch un ke aage hai aur jo kuch un ke peechhe hai.</w:t>
      </w:r>
    </w:p>
    <w:p>
      <w:pPr>
        <w:jc w:val="right"/>
      </w:pPr>
      <w:r>
        <w:t>کون ہے جو اس کے پاس اس کی اجازت کے بغیر سفارش کرے؟ وہ جانتا ہے جو کچھ ان کے آگے ہے اور جو کچھ ان کے پیچھے ہے۔</w:t>
      </w:r>
    </w:p>
    <w:p>
      <w:r>
        <w:rPr>
          <w:b/>
        </w:rPr>
        <w:t xml:space="preserve">[1:20:56] </w:t>
      </w:r>
      <w:r>
        <w:t>aur woh is ke ilm mein se kisi cheez ka ahata nahi kar sakte magar jo woh chahe. is ki hukoomat aasmano aur zameen par chhai hui hai.</w:t>
      </w:r>
    </w:p>
    <w:p>
      <w:pPr>
        <w:jc w:val="right"/>
      </w:pPr>
      <w:r>
        <w:t>اور وہ اس کے علم میں سے کسی چیز کا احاطہ نہیں کر سکتے مگر جو وہ چاہے۔ اس کی حکومت آسمانوں اور زمین پر چھائی ہوئی ہے۔</w:t>
      </w:r>
    </w:p>
    <w:p>
      <w:r>
        <w:rPr>
          <w:b/>
        </w:rPr>
        <w:t xml:space="preserve">[1:21:07] </w:t>
      </w:r>
      <w:r>
        <w:t>woh thakta nahi in ko thaamne se. aur wohi hai buland martaba bara. deen ke maamle mein koi zabardasti nahi.</w:t>
      </w:r>
    </w:p>
    <w:p>
      <w:pPr>
        <w:jc w:val="right"/>
      </w:pPr>
      <w:r>
        <w:t>وہ تھکتا نہیں ان کو تھامنے سے۔ اور وہی ہے بلند مرتبہ بڑا۔ دین کے معاملے میں کوئی زبردستی نہیں۔</w:t>
      </w:r>
    </w:p>
    <w:p>
      <w:r>
        <w:rPr>
          <w:b/>
        </w:rPr>
        <w:t xml:space="preserve">[1:21:18] </w:t>
      </w:r>
      <w:r>
        <w:t>hidayat gumrahi se alag ho chuki hai. pas jo shakhs shaitan ka inkar kare aur Allah par imaan laye us ne mazboot halqa pakar liya jo tootne wala nahi.</w:t>
      </w:r>
    </w:p>
    <w:p>
      <w:pPr>
        <w:jc w:val="right"/>
      </w:pPr>
      <w:r>
        <w:t>ہدایت گمراہی سے الگ ہو چکی ہے۔ پس جو شخص شیطان کا انکار کرے اور اللہ پر ایمان لائے اس نے مضبوط حلقہ پکڑ لیا جو ٹوٹنے والا نہیں۔</w:t>
      </w:r>
    </w:p>
    <w:p>
      <w:r>
        <w:rPr>
          <w:b/>
        </w:rPr>
        <w:t xml:space="preserve">[1:21:30] </w:t>
      </w:r>
      <w:r>
        <w:t>aur Allah sunne wala, janne wala hai. Allah kaam banane wala hai imaan walon ka. woh un ko andheron se nikal kar ujale ki taraf lata hai.</w:t>
      </w:r>
    </w:p>
    <w:p>
      <w:pPr>
        <w:jc w:val="right"/>
      </w:pPr>
      <w:r>
        <w:t>اور اللہ سننے والا، جاننے والا ہے۔ اللہ کام بنانے والا ہے ایمان والوں کا۔ وہ ان کو اندھیروں سے نکال کر اجالے کی طرف لاتا ہے۔</w:t>
      </w:r>
    </w:p>
    <w:p>
      <w:r>
        <w:rPr>
          <w:b/>
        </w:rPr>
        <w:t xml:space="preserve">[1:21:42] </w:t>
      </w:r>
      <w:r>
        <w:t>aur jin logon ne inkar kiya un ke dost shaitan hain. woh un ko ujale se nikal kar andheron ki taraf le jate hain.</w:t>
      </w:r>
    </w:p>
    <w:p>
      <w:pPr>
        <w:jc w:val="right"/>
      </w:pPr>
      <w:r>
        <w:t>اور جن لوگوں نے انکار کیا ان کے دوست شیطان ہیں۔ وہ ان کو اجالے سے نکال کر اندھیروں کی طرف لے جاتے ہیں۔</w:t>
      </w:r>
    </w:p>
    <w:p>
      <w:r>
        <w:rPr>
          <w:b/>
        </w:rPr>
        <w:t xml:space="preserve">[1:21:51] </w:t>
      </w:r>
      <w:r>
        <w:t>yeh aag mein jane wale log hain. woh is mein hamesha rahen ge. kya tum ne is ko nahi dekha jis ne ibrahim se us ke rab ke bare mein hujjat ki?</w:t>
      </w:r>
    </w:p>
    <w:p>
      <w:pPr>
        <w:jc w:val="right"/>
      </w:pPr>
      <w:r>
        <w:t>یہ آگ میں جانے والے لوگ ہیں۔ وہ اس میں ہمیشہ رہیں گے۔ کیا تم نے اس کو نہیں دیکھا جس نے ابراہیم سے اس کے رب کے بارے میں حجت کی؟</w:t>
      </w:r>
    </w:p>
    <w:p>
      <w:r>
        <w:rPr>
          <w:b/>
        </w:rPr>
        <w:t xml:space="preserve">[1:22:02] </w:t>
      </w:r>
      <w:r>
        <w:t>kyun ke Allah ne is ko saltanat di thi. jab ibrahim ne kaha ke mera rab woh hai jo jilata aur marta hai. woh bola ke mein bhi jilata hoon aur marta hoon.</w:t>
      </w:r>
    </w:p>
    <w:p>
      <w:pPr>
        <w:jc w:val="right"/>
      </w:pPr>
      <w:r>
        <w:t>کیونکہ اللہ نے اس کو سلطنت دی تھی۔ جب ابراہیم نے کہا کہ میرا رب وہ ہے جو جلاتا اور مارتا ہے۔ وہ بولا کہ میں بھی جلاتا ہوں اور مارتا ہوں۔</w:t>
      </w:r>
    </w:p>
    <w:p>
      <w:r>
        <w:rPr>
          <w:b/>
        </w:rPr>
        <w:t xml:space="preserve">[1:22:14] </w:t>
      </w:r>
      <w:r>
        <w:t>ibrahim ne kaha ke Allah suraj ko porab se nikalta hai. tum is ko pachim se nikal do. tab woh munkir hairaan reh gaya. aur Allah zalimon ko rah nahi dikhata.</w:t>
      </w:r>
    </w:p>
    <w:p>
      <w:pPr>
        <w:jc w:val="right"/>
      </w:pPr>
      <w:r>
        <w:t>ابراہیم نے کہا کہ اللہ سورج کو پورب سے نکالتا ہے۔ تم اس کو پچم سے نکال دو۔ تب وہ منکر حیران رہ گیا۔ اور اللہ ظالموں کو راہ نہیں دکھاتا۔</w:t>
      </w:r>
    </w:p>
    <w:p>
      <w:r>
        <w:rPr>
          <w:b/>
        </w:rPr>
        <w:t xml:space="preserve">[1:22:27] </w:t>
      </w:r>
      <w:r>
        <w:t>ya jaise woh shakhs jis ka guzar ek basti par se hua aur woh apni chhaton par giri hui thi. us ne kaha halak ho jane ke baad Allah is basti ko dobara kaise zinda karega?</w:t>
      </w:r>
    </w:p>
    <w:p>
      <w:pPr>
        <w:jc w:val="right"/>
      </w:pPr>
      <w:r>
        <w:t>یا جیسے وہ شخص جس کا گزر ایک بستی پر سے ہوا اور وہ اپنی چھتوں پر گری ہوئی تھی۔ اس نے کہا ہلاک ہو جانے کے بعد اللہ اس بستی کو دوبارہ کیسے زندہ کرے گا؟</w:t>
      </w:r>
    </w:p>
    <w:p>
      <w:r>
        <w:rPr>
          <w:b/>
        </w:rPr>
        <w:t xml:space="preserve">[1:22:41] </w:t>
      </w:r>
      <w:r>
        <w:t>phir Allah ne is par so baras tak ke liye maut taari kar di. phir is ko uthaya. Allah ne poocha tum kitni der is halat mein rahe?</w:t>
      </w:r>
    </w:p>
    <w:p>
      <w:pPr>
        <w:jc w:val="right"/>
      </w:pPr>
      <w:r>
        <w:t>پھر اللہ نے اس پر سو برس تک کے لیے موت طاری کر دی۔ پھر اس کو اٹھایا۔ اللہ نے پوچھا تم کتنی دیر اس حالت میں رہے؟</w:t>
      </w:r>
    </w:p>
    <w:p>
      <w:r>
        <w:rPr>
          <w:b/>
        </w:rPr>
        <w:t xml:space="preserve">[1:22:51] </w:t>
      </w:r>
      <w:r>
        <w:t>us ne kaha ek din ya ek din se kuch kam. Allah ne kaha nahi balkeh tum so baras rahe ho.</w:t>
      </w:r>
    </w:p>
    <w:p>
      <w:pPr>
        <w:jc w:val="right"/>
      </w:pPr>
      <w:r>
        <w:t>اس نے کہا ایک دن یا ایک دن سے کچھ کم۔ اللہ نے کہا نہیں بلکہ تم سو برس رہے ہو۔</w:t>
      </w:r>
    </w:p>
    <w:p>
      <w:r>
        <w:rPr>
          <w:b/>
        </w:rPr>
        <w:t xml:space="preserve">[1:23:00] </w:t>
      </w:r>
      <w:r>
        <w:t>ab tum apne khane peene ki cheezon ko dekho ke woh sari nahi hai aur apne gadhe ko dekho aur taake hum tum ko logon ke liye ek nishani banate hain.</w:t>
      </w:r>
    </w:p>
    <w:p>
      <w:pPr>
        <w:jc w:val="right"/>
      </w:pPr>
      <w:r>
        <w:t>اب تم اپنے کھانے پینے کی چیزوں کو دیکھو کہ وہ سڑی نہیں ہے اور اپنے گدھے کو دیکھو اور تاکہ ہم تم کو لوگوں کے لیے ایک نشانی بناتے ہیں۔</w:t>
      </w:r>
    </w:p>
    <w:p>
      <w:r>
        <w:rPr>
          <w:b/>
        </w:rPr>
        <w:t xml:space="preserve">[1:23:11] </w:t>
      </w:r>
      <w:r>
        <w:t>aur hadiyon ki taraf dekho. kis tarah hum un ka dhancha khara karte hain. phir un par gosht charhate hain. pas jab is par wazeh ho gaya to kaha mein janta hoon ke beshak Allah har cheez par qudrat rakhta hai.</w:t>
      </w:r>
    </w:p>
    <w:p>
      <w:pPr>
        <w:jc w:val="right"/>
      </w:pPr>
      <w:r>
        <w:t>اور ہڈیوں کی طرف دیکھو۔ کس طرح ہم ان کا ڈھانچہ کھڑا کرتے ہیں۔ پھر ان پر گوشت چڑھاتے ہیں۔ پس جب اس پر واضح ہو گیا تو کہا میں جانتا ہوں کہ بے شک اللہ ہر چیز پر قدرت رکھتا ہے۔</w:t>
      </w:r>
    </w:p>
    <w:p>
      <w:r>
        <w:rPr>
          <w:b/>
        </w:rPr>
        <w:t xml:space="preserve">[1:23:27] </w:t>
      </w:r>
      <w:r>
        <w:t>aur jab ibrahim ne kaha ke a mere</w:t>
      </w:r>
    </w:p>
    <w:p>
      <w:pPr>
        <w:jc w:val="right"/>
      </w:pPr>
      <w:r>
        <w:t>اور جب ابراہیم نے کہا کہ اے میرے</w:t>
      </w:r>
    </w:p>
    <w:p>
      <w:r>
        <w:rPr>
          <w:b/>
        </w:rPr>
        <w:t xml:space="preserve">[1:23:30] </w:t>
      </w:r>
      <w:r>
        <w:t>rab! mujh ko dikha de ke tu murdon ko kis tarah zinda karega? Allah ne kaha kya tum ne yaqeen nahi kiya?</w:t>
      </w:r>
    </w:p>
    <w:p>
      <w:pPr>
        <w:jc w:val="right"/>
      </w:pPr>
      <w:r>
        <w:t>رب! مجھ کو دکھا دے کہ تو مردوں کو کس طرح زندہ کرے گا؟ اللہ نے کہا کیا تم نے یقین نہیں کیا؟</w:t>
      </w:r>
    </w:p>
    <w:p>
      <w:r>
        <w:rPr>
          <w:b/>
        </w:rPr>
        <w:t xml:space="preserve">[1:23:38] </w:t>
      </w:r>
      <w:r>
        <w:t>ibrahim ne kaha kyun nahi magar is liye ke mere dil ko taskeen ho jaye. farmaya tum char parinde lo aur un ko apne se hila lo.</w:t>
      </w:r>
    </w:p>
    <w:p>
      <w:pPr>
        <w:jc w:val="right"/>
      </w:pPr>
      <w:r>
        <w:t>ابراہیم نے کہا کیوں نہیں مگر اس لیے کہ میرے دل کو تسکین ہو جائے۔ فرمایا تم چار پرندے لو اور ان کو اپنے سے ہلا لو۔</w:t>
      </w:r>
    </w:p>
    <w:p>
      <w:r>
        <w:rPr>
          <w:b/>
        </w:rPr>
        <w:t xml:space="preserve">[1:23:48] </w:t>
      </w:r>
      <w:r>
        <w:t>phir un mein se har ek ko alag alag pahadi par rakh do. phir un ko bulao. woh tumhare paas daurte hue chale ayen gi.</w:t>
      </w:r>
    </w:p>
    <w:p>
      <w:pPr>
        <w:jc w:val="right"/>
      </w:pPr>
      <w:r>
        <w:t>پھر ان میں سے ہر ایک کو الگ الگ پہاڑی پر رکھ دو۔ پھر ان کو بلاؤ۔ وہ تمہارے پاس دوڑتے ہوئے چلے آئیں گے۔</w:t>
      </w:r>
    </w:p>
    <w:p>
      <w:r>
        <w:rPr>
          <w:b/>
        </w:rPr>
        <w:t xml:space="preserve">[1:23:57] </w:t>
      </w:r>
      <w:r>
        <w:t>aur jaan lo ke Allah zabardast hai. hikmat wala hai. aur jo log apne maal ko Allah ki rah mein kharch karte hain un ki misaal aisi hai jaise ek dana ho jis se saat baali paida hon.</w:t>
      </w:r>
    </w:p>
    <w:p>
      <w:pPr>
        <w:jc w:val="right"/>
      </w:pPr>
      <w:r>
        <w:t>اور جان لو کہ اللہ زبردست ہے۔ حکمت والا ہے۔ اور جو لوگ اپنے مال کو اللہ کی راہ میں خرچ کرتے ہیں ان کی مثال ایسی ہے جیسے ایک دانہ ہو جس سے سات بالی پیدا ہوں۔</w:t>
      </w:r>
    </w:p>
    <w:p>
      <w:r>
        <w:rPr>
          <w:b/>
        </w:rPr>
        <w:t xml:space="preserve">[1:24:12] </w:t>
      </w:r>
      <w:r>
        <w:t>har baali mein so dane hon. aur Allah barhata hai jis ke liye chahta hai. aur Allah waseat wala, janne wala hai.</w:t>
      </w:r>
    </w:p>
    <w:p>
      <w:pPr>
        <w:jc w:val="right"/>
      </w:pPr>
      <w:r>
        <w:t>ہر بالی میں سو دانے ہوں۔ اور اللہ بڑھاتا ہے جس کے لیے چاہتا ہے۔ اور اللہ وسعت والا، جاننے والا ہے۔</w:t>
      </w:r>
    </w:p>
    <w:p>
      <w:r>
        <w:rPr>
          <w:b/>
        </w:rPr>
        <w:t xml:space="preserve">[1:24:22] </w:t>
      </w:r>
      <w:r>
        <w:t>jo log apne maal ko Allah ki rah mein kharch karte hain phir kharch karne ke baad na ehsan rakhte hain aur na takleef pohanchate hain.</w:t>
      </w:r>
    </w:p>
    <w:p>
      <w:pPr>
        <w:jc w:val="right"/>
      </w:pPr>
      <w:r>
        <w:t>جو لوگ اپنے مال کو اللہ کی راہ میں خرچ کرتے ہیں پھر خرچ کرنے کے بعد نہ احسان رکھتے ہیں اور نہ تکلیف پہنچاتے ہیں۔</w:t>
      </w:r>
    </w:p>
    <w:p>
      <w:r>
        <w:rPr>
          <w:b/>
        </w:rPr>
        <w:t xml:space="preserve">[1:24:31] </w:t>
      </w:r>
      <w:r>
        <w:t>un ke liye un ke rab ke paas un ka ajar hai. aur un ke liye na koi darr hai aur na woh ghamgeen hon ge. munasib baat keh dena aur darguzar karna is sadqe se behtar hai jis ke peeche satana ho.</w:t>
      </w:r>
    </w:p>
    <w:p>
      <w:pPr>
        <w:jc w:val="right"/>
      </w:pPr>
      <w:r>
        <w:t>ان کے لیے ان کے رب کے پاس ان کا اجر ہے۔ اور ان کے لیے نہ کوئی ڈر ہے اور نہ وہ غمگین ہوں گے۔ مناسب بات کہہ دینا اور درگزر کرنا اس صدقے سے بہتر ہے جس کے پیچھے ستانا ہو۔</w:t>
      </w:r>
    </w:p>
    <w:p>
      <w:r>
        <w:rPr>
          <w:b/>
        </w:rPr>
        <w:t xml:space="preserve">[1:24:47] </w:t>
      </w:r>
      <w:r>
        <w:t>aur Allah be niaz hai. tahammul wala hai. a iman walon</w:t>
      </w:r>
    </w:p>
    <w:p>
      <w:pPr>
        <w:jc w:val="right"/>
      </w:pPr>
      <w:r>
        <w:t>اور اللہ بے نیاز ہے۔ تحمل والا ہے۔ اے ایمان والوں</w:t>
      </w:r>
    </w:p>
    <w:p>
      <w:r>
        <w:rPr>
          <w:b/>
        </w:rPr>
        <w:t xml:space="preserve">[1:24:53] </w:t>
      </w:r>
      <w:r>
        <w:t>! ehsan rakh kar aur sata kar apne sadqe ko zaya na karo. jis tarah woh shakhs jo apna maal dikhawe ke liye kharch karta hai aur woh Allah par aur aakhirat ke din par imaan nahi rakhta.</w:t>
      </w:r>
    </w:p>
    <w:p>
      <w:pPr>
        <w:jc w:val="right"/>
      </w:pPr>
      <w:r>
        <w:t>! احسان رکھ کر اور ستا کر اپنے صدقے کو ضائع نہ کرو۔ جس طرح وہ شخص جو اپنا مال دکھاوے کے لیے خرچ کرتا ہے اور وہ اللہ پر اور آخرت کے دن پر ایمان نہیں رکھتا۔</w:t>
      </w:r>
    </w:p>
    <w:p>
      <w:r>
        <w:rPr>
          <w:b/>
        </w:rPr>
        <w:t xml:space="preserve">[1:25:07] </w:t>
      </w:r>
      <w:r>
        <w:t>pas is ki misaal aisi hai jaise ek chattan ho jis par kuch mitti ho. phir is par zor ka mian pade aur woh is ko bilkul saaf kar de.</w:t>
      </w:r>
    </w:p>
    <w:p>
      <w:pPr>
        <w:jc w:val="right"/>
      </w:pPr>
      <w:r>
        <w:t>پس اس کی مثال ایسی ہے جیسے ایک چٹان ہو جس پر کچھ مٹی ہو۔ پھر اس پر زور کا میاں پڑے اور وہ اس کو بالکل صاف کر دے۔</w:t>
      </w:r>
    </w:p>
    <w:p>
      <w:r>
        <w:rPr>
          <w:b/>
        </w:rPr>
        <w:t xml:space="preserve">[1:25:18] </w:t>
      </w:r>
      <w:r>
        <w:t>aise logon ko apni kamai kuch bhi hath na lage ga. aur Allah munkiron ko rah nahi dikhata. aur un logon ki misaal jo apne maal ko Allah ki raza chahne ke liye aur apne nafs mein pakhtagi ke liye kharch karte hain ek bagh ki tarah hai.</w:t>
      </w:r>
    </w:p>
    <w:p>
      <w:pPr>
        <w:jc w:val="right"/>
      </w:pPr>
      <w:r>
        <w:t>ایسے لوگوں کو اپنی کمائی کچھ بھی ہاتھ نہ لگے گی۔ اور اللہ منکروں کو راہ نہیں دکھاتا۔ اور ان لوگوں کی مثال جو اپنے مال کو اللہ کی رضا چاہنے کے لیے اور اپنے نفس میں پختگی کے لیے خرچ کرتے ہیں ایک باغ کی طرح ہے۔</w:t>
      </w:r>
    </w:p>
    <w:p>
      <w:r>
        <w:rPr>
          <w:b/>
        </w:rPr>
        <w:t xml:space="preserve">[1:25:36] </w:t>
      </w:r>
      <w:r>
        <w:t>jo bulandi par ho us par zor ka miyan pade to woh dono phal laya. aur agar zor ka miyan na pade to halki phuwar bhi kafi hai.</w:t>
      </w:r>
    </w:p>
    <w:p>
      <w:pPr>
        <w:jc w:val="right"/>
      </w:pPr>
      <w:r>
        <w:t>جو بلندی پر ہو اس پر زور کا میاں پڑے تو وہ دونوں پھل لایا۔ اور اگر زور کا میاں نہ پڑے تو ہلکی پھوار بھی کافی ہے۔</w:t>
      </w:r>
    </w:p>
    <w:p>
      <w:r>
        <w:rPr>
          <w:b/>
        </w:rPr>
        <w:t xml:space="preserve">[1:25:47] </w:t>
      </w:r>
      <w:r>
        <w:t>aur jo kuch tum karte ho Allah us ko dekh raha hai. kya tum mein se koi yeh pasand karta hai ke us ke paas khajooron aur angooron ka ek bagh ho?</w:t>
      </w:r>
    </w:p>
    <w:p>
      <w:pPr>
        <w:jc w:val="right"/>
      </w:pPr>
      <w:r>
        <w:t>اور جو کچھ تم کرتے ہو اللہ اس کو دیکھ رہا ہے۔ کیا تم میں سے کوئی یہ پسند کرتا ہے کہ اس کے پاس کھجوروں اور انگوروں کا ایک باغ ہو؟</w:t>
      </w:r>
    </w:p>
    <w:p>
      <w:r>
        <w:rPr>
          <w:b/>
        </w:rPr>
        <w:t xml:space="preserve">[1:25:57] </w:t>
      </w:r>
      <w:r>
        <w:t>us ke neeche nehren beh rahi hon. is mein us ke waste har qism ke phal hon. aur woh boorha ho jaye aur us ke bachche abhi kamzor hon.</w:t>
      </w:r>
    </w:p>
    <w:p>
      <w:pPr>
        <w:jc w:val="right"/>
      </w:pPr>
      <w:r>
        <w:t>اس کے نیچے نہریں بہہ رہی ہوں۔ اس میں اس کے واسطے ہر قسم کے پھل ہوں۔ اور وہ بوڑھا ہو جائے اور اس کے بچے ابھی کمزور ہوں۔</w:t>
      </w:r>
    </w:p>
    <w:p>
      <w:r>
        <w:rPr>
          <w:b/>
        </w:rPr>
        <w:t xml:space="preserve">[1:26:08] </w:t>
      </w:r>
      <w:r>
        <w:t>tab is bagh par ek bugola aaye jis mein aag ho phir woh bagh jal jaye. Allah is tarah tumhare liye khol kar nishaniyan bayan karta hai ta ke tum ghaur karo.</w:t>
      </w:r>
    </w:p>
    <w:p>
      <w:pPr>
        <w:jc w:val="right"/>
      </w:pPr>
      <w:r>
        <w:t>تب اس باغ پر ایک بگولا آئے جس میں آگ ہو پھر وہ باغ جل جائے۔ اللہ اس طرح تمہارے لیے کھول کر نشانیاں بیان کرتا ہے تاکہ تم غور کرو۔</w:t>
      </w:r>
    </w:p>
    <w:p>
      <w:r>
        <w:rPr>
          <w:b/>
        </w:rPr>
        <w:t xml:space="preserve">[1:26:21] </w:t>
      </w:r>
      <w:r>
        <w:t>ae imaan walon!</w:t>
      </w:r>
    </w:p>
    <w:p>
      <w:pPr>
        <w:jc w:val="right"/>
      </w:pPr>
      <w:r>
        <w:t>اے ایمان والوں!</w:t>
      </w:r>
    </w:p>
    <w:p>
      <w:r>
        <w:rPr>
          <w:b/>
        </w:rPr>
        <w:t xml:space="preserve">[1:26:23] </w:t>
      </w:r>
      <w:r>
        <w:t>kharch karo umda cheez ko apni kamai se aur is mein se jo hum ne tumhare liye zameen mein se paida kiya hai. aur raddi cheez ka qasad na karo ke is mein se kharch karo.</w:t>
      </w:r>
    </w:p>
    <w:p>
      <w:pPr>
        <w:jc w:val="right"/>
      </w:pPr>
      <w:r>
        <w:t>خرچ کرو عمدہ چیز کو اپنی کمائی سے اور اس میں سے جو ہم نے تمہارے لیے زمین میں سے پیدا کیا ہے۔ اور ردی چیز کا قصد نہ کرو کہ اس میں سے خرچ کرو۔</w:t>
      </w:r>
    </w:p>
    <w:p>
      <w:r>
        <w:rPr>
          <w:b/>
        </w:rPr>
        <w:t xml:space="preserve">[1:26:35] </w:t>
      </w:r>
      <w:r>
        <w:t>halanke tum kabhi us ko lene wale nahi. illa yeh ke chashm poshi kar jao. aur jaan lo ke Allah be niaz hai. khoobiyon wala hai.</w:t>
      </w:r>
    </w:p>
    <w:p>
      <w:pPr>
        <w:jc w:val="right"/>
      </w:pPr>
      <w:r>
        <w:t>حالانکہ تم کبھی اس کو لینے والے نہیں۔ الا یہ کہ چشم پوشی کر جاؤ۔ اور جان لو کہ اللہ بے نیاز ہے۔ خوبیوں والا ہے۔</w:t>
      </w:r>
    </w:p>
    <w:p>
      <w:r>
        <w:rPr>
          <w:b/>
        </w:rPr>
        <w:t xml:space="preserve">[1:26:45] </w:t>
      </w:r>
      <w:r>
        <w:t>Shaitan tum ko muhtaji se darta hai. aur buri baat ki talqeen karta hai. aur Allah wada deta hai apni bakhshish ka aur fazl ka aur Allah waseat wala hai.</w:t>
      </w:r>
    </w:p>
    <w:p>
      <w:pPr>
        <w:jc w:val="right"/>
      </w:pPr>
      <w:r>
        <w:t>شیطان تم کو محتاجی سے ڈراتا ہے۔ اور بری بات کی تلقین کرتا ہے۔ اور اللہ وعدہ دیتا ہے اپنی بخشش کا اور فضل کا اور اللہ وسعت والا ہے۔</w:t>
      </w:r>
    </w:p>
    <w:p>
      <w:r>
        <w:rPr>
          <w:b/>
        </w:rPr>
        <w:t xml:space="preserve">[1:26:58] </w:t>
      </w:r>
      <w:r>
        <w:t>janne wala hai. woh jis ko chahta hai hikmat de deta hai. aur jis ko hikmat mili us ko bari daulat mil gayi.</w:t>
      </w:r>
    </w:p>
    <w:p>
      <w:pPr>
        <w:jc w:val="right"/>
      </w:pPr>
      <w:r>
        <w:t>جاننے والا ہے۔ وہ جس کو چاہتا ہے حکمت دے دیتا ہے۔ اور جس کو حکمت ملی اس کو بڑی دولت مل گئی۔</w:t>
      </w:r>
    </w:p>
    <w:p>
      <w:r>
        <w:rPr>
          <w:b/>
        </w:rPr>
        <w:t xml:space="preserve">[1:27:06] </w:t>
      </w:r>
      <w:r>
        <w:t>aur naseehat wohi hasil karte hain jo aql wale hain. aur tum jo kharch karte ho ya jo nazar mante ho us ko Allah janta hai.</w:t>
      </w:r>
    </w:p>
    <w:p>
      <w:pPr>
        <w:jc w:val="right"/>
      </w:pPr>
      <w:r>
        <w:t>اور نصیحت وہی حاصل کرتے ہیں جو عقل والے ہیں۔ اور تم جو خرچ کرتے ہو یا جو نظر مانتے ہو اس کو اللہ جانتا ہے۔</w:t>
      </w:r>
    </w:p>
    <w:p>
      <w:r>
        <w:rPr>
          <w:b/>
        </w:rPr>
        <w:t xml:space="preserve">[1:27:16] </w:t>
      </w:r>
      <w:r>
        <w:t>aur zalimon ka koi madadgar nahi. agar tum apne sadqat zahir kar ke do tab bhi acha hai. aur agar tum unhein chhupa kar muhtajon ko do to yeh tumhare liye zyada behtar hai.</w:t>
      </w:r>
    </w:p>
    <w:p>
      <w:pPr>
        <w:jc w:val="right"/>
      </w:pPr>
      <w:r>
        <w:t>اور ظالموں کا کوئی مددگار نہیں۔ اگر تم اپنے صدقات ظاہر کر کے دو تب بھی اچھا ہے۔ اور اگر تم انہیں چھپا کر محتاجوں کو دو تو یہ تمہارے لیے زیادہ بہتر ہے۔</w:t>
      </w:r>
    </w:p>
    <w:p>
      <w:r>
        <w:rPr>
          <w:b/>
        </w:rPr>
        <w:t xml:space="preserve">[1:27:31] </w:t>
      </w:r>
      <w:r>
        <w:t>aur Allah tumhare gunahon ko door kar de ga. aur Allah tumhare kamon se waqif hai. un ko hidayat par lana tumhara zimma nahi.</w:t>
      </w:r>
    </w:p>
    <w:p>
      <w:pPr>
        <w:jc w:val="right"/>
      </w:pPr>
      <w:r>
        <w:t>اور اللہ تمہارے گناہوں کو دور کر دے گا۔ اور اللہ تمہارے کاموں سے واقف ہے۔ ان کو ہدایت پر لانا تمہارا ذمہ نہیں۔</w:t>
      </w:r>
    </w:p>
    <w:p>
      <w:r>
        <w:rPr>
          <w:b/>
        </w:rPr>
        <w:t xml:space="preserve">[1:27:41] </w:t>
      </w:r>
      <w:r>
        <w:t>balke Allah jis ko chahta hai hidayat deta hai. aur jo maal tum kharch karoge apne hi liye karoge. aur tum na kharch karo magar Allah ki raza chahne ke liye.</w:t>
      </w:r>
    </w:p>
    <w:p>
      <w:pPr>
        <w:jc w:val="right"/>
      </w:pPr>
      <w:r>
        <w:t>بلکہ اللہ جس کو چاہتا ہے ہدایت دیتا ہے۔ اور جو مال تم خرچ کرو گے اپنے ہی لیے کرو گے۔ اور تم نہ خرچ کرو مگر اللہ کی رضا چاہنے کے لیے۔</w:t>
      </w:r>
    </w:p>
    <w:p>
      <w:r>
        <w:rPr>
          <w:b/>
        </w:rPr>
        <w:t xml:space="preserve">[1:27:54] </w:t>
      </w:r>
      <w:r>
        <w:t>aur tum jo maal kharch karoge woh tum ko poora kar diya jayega. aur tumhare liye is mein kami na ki jayegi. sadqat un hajat mandon ke liye hain jo Allah ki rah mein ghar gaye hon.</w:t>
      </w:r>
    </w:p>
    <w:p>
      <w:pPr>
        <w:jc w:val="right"/>
      </w:pPr>
      <w:r>
        <w:t>اور تم جو مال خرچ کرو گے وہ تم کو پورا کر دیا جائے گا۔ اور تمہارے لیے اس میں کمی نہ کی جائے گی۔ صدقات ان حاجت مندوں کے لیے ہیں جو اللہ کی راہ میں گھر گئے ہوں۔</w:t>
      </w:r>
    </w:p>
    <w:p>
      <w:r>
        <w:rPr>
          <w:b/>
        </w:rPr>
        <w:t xml:space="preserve">[1:28:08] </w:t>
      </w:r>
      <w:r>
        <w:t>zameen mein doudh dhoop nahi kar sakte. na waqif aadmi un ko ghani khyal karta hai un ke na mangne ki wajah se.</w:t>
      </w:r>
    </w:p>
    <w:p>
      <w:pPr>
        <w:jc w:val="right"/>
      </w:pPr>
      <w:r>
        <w:t>زمین میں دوڑ دھوپ نہیں کر سکتے۔ نہ واقف آدمی ان کو غنی خیال کرتا ہے ان کے نہ مانگنے کی وجہ سے۔</w:t>
      </w:r>
    </w:p>
    <w:p>
      <w:r>
        <w:rPr>
          <w:b/>
        </w:rPr>
        <w:t xml:space="preserve">[1:28:17] </w:t>
      </w:r>
      <w:r>
        <w:t>tum un ko un ki surat se pehchan sakte ho. woh logon se lipat kar nahi mangte. aur jo maal tum kharch karoge woh Allah ko maloom hai.</w:t>
      </w:r>
    </w:p>
    <w:p>
      <w:pPr>
        <w:jc w:val="right"/>
      </w:pPr>
      <w:r>
        <w:t>تم ان کو ان کی صورت سے پہچان سکتے ہو۔ وہ لوگوں سے لپٹ کر نہیں مانگتے۔ اور جو مال تم خرچ کرو گے وہ اللہ کو معلوم ہے۔</w:t>
      </w:r>
    </w:p>
    <w:p>
      <w:r>
        <w:rPr>
          <w:b/>
        </w:rPr>
        <w:t xml:space="preserve">[1:28:27] </w:t>
      </w:r>
      <w:r>
        <w:t>jo log apne malon ko raat aur din chhupe aur khulle kharch karte hain un ke liye un ke rab ke paas ajr hai.</w:t>
      </w:r>
    </w:p>
    <w:p>
      <w:pPr>
        <w:jc w:val="right"/>
      </w:pPr>
      <w:r>
        <w:t>جو لوگ اپنے مالوں کو رات اور دن چھپے اور کھلے خرچ کرتے ہیں ان کے لیے ان کے رب کے پاس اجر ہے۔</w:t>
      </w:r>
    </w:p>
    <w:p>
      <w:r>
        <w:rPr>
          <w:b/>
        </w:rPr>
        <w:t xml:space="preserve">[1:28:36] </w:t>
      </w:r>
      <w:r>
        <w:t>aur un ke liye na khauf hai aur na woh ghamgeen hon ge. jo log sood khate hain woh qayamat mein na uthen ge magar is shakhs ki manind jis ko Shaitan ne chhoo kar khabti bana diya ho.</w:t>
      </w:r>
    </w:p>
    <w:p>
      <w:pPr>
        <w:jc w:val="right"/>
      </w:pPr>
      <w:r>
        <w:t>اور ان کے لیے نہ خوف ہے اور نہ وہ غمگین ہوں گے۔ جو لوگ سود کھاتے ہیں وہ قیامت میں نہ اٹھیں گے مگر اس شخص کی مانند جس کو شیطان نے چھو کر خبطی بنا دیا ہو۔</w:t>
      </w:r>
    </w:p>
    <w:p>
      <w:r>
        <w:rPr>
          <w:b/>
        </w:rPr>
        <w:t xml:space="preserve">[1:28:52] </w:t>
      </w:r>
      <w:r>
        <w:t>yeh is liye ke unhone kaha ke tijarat karna bhi waisa hi hai jaisa sood lena. halanke Allah ne tijarat ko halaal thehraya hai.</w:t>
      </w:r>
    </w:p>
    <w:p>
      <w:pPr>
        <w:jc w:val="right"/>
      </w:pPr>
      <w:r>
        <w:t>یہ اس لیے کہ انہوں نے کہا کہ تجارت کرنا بھی ویسا ہی ہے جیسا سود لینا۔ حالانکہ اللہ نے تجارت کو حلال ٹھہرایا ہے۔</w:t>
      </w:r>
    </w:p>
    <w:p>
      <w:r>
        <w:rPr>
          <w:b/>
        </w:rPr>
        <w:t xml:space="preserve">[1:29:02] </w:t>
      </w:r>
      <w:r>
        <w:t>aur sood ko haram kiya hai. phir jis shakhs ke paas us ke rab ki taraf se naseehat pohnchi aur woh paas aa gaya to jo kuch woh le chuka woh us ke liye hai.</w:t>
      </w:r>
    </w:p>
    <w:p>
      <w:pPr>
        <w:jc w:val="right"/>
      </w:pPr>
      <w:r>
        <w:t>اور سود کو حرام کیا ہے۔ پھر جس شخص کے پاس اس کے رب کی طرف سے نصیحت پہنچی اور وہ پاس آ گیا تو جو کچھ وہ لے چکا وہ اس کے لیے ہے۔</w:t>
      </w:r>
    </w:p>
    <w:p>
      <w:r>
        <w:rPr>
          <w:b/>
        </w:rPr>
        <w:t xml:space="preserve">[1:29:13] </w:t>
      </w:r>
      <w:r>
        <w:t>aur uska muamla Allah ke hawale hai. aur jo shakhs phir wahi kare to wohi log dozakhi hain. woh is mein hamesha rahen ge.</w:t>
      </w:r>
    </w:p>
    <w:p>
      <w:pPr>
        <w:jc w:val="right"/>
      </w:pPr>
      <w:r>
        <w:t>اور اس کا معاملہ اللہ کے حوالے ہے۔ اور جو شخص پھر وہی کرے تو وہی لوگ دوزخی ہیں۔ وہ اس میں ہمیشہ رہیں گے۔</w:t>
      </w:r>
    </w:p>
    <w:p>
      <w:r>
        <w:rPr>
          <w:b/>
        </w:rPr>
        <w:t xml:space="preserve">[1:29:25] </w:t>
      </w:r>
      <w:r>
        <w:t>Allah sood ko ghatata hai aur sadqat ko badhata hai. aur Allah pasand nahi karta nashukron ko gunahgaron ko.</w:t>
      </w:r>
    </w:p>
    <w:p>
      <w:pPr>
        <w:jc w:val="right"/>
      </w:pPr>
      <w:r>
        <w:t>اللہ سود کو گھٹاتا ہے اور صدقات کو بڑھاتا ہے۔ اور اللہ پسند نہیں کرتا ناشکروں کو گنہگاروں کو۔</w:t>
      </w:r>
    </w:p>
    <w:p>
      <w:r>
        <w:rPr>
          <w:b/>
        </w:rPr>
        <w:t xml:space="preserve">[1:29:35] </w:t>
      </w:r>
      <w:r>
        <w:t>beshak jo log imaan laye aur naik amal kiye aur namaz ki pabandi ki aur zakat ada ki un ke liye un ka ajr hai un ke rab ke paas.</w:t>
      </w:r>
    </w:p>
    <w:p>
      <w:pPr>
        <w:jc w:val="right"/>
      </w:pPr>
      <w:r>
        <w:t>بے شک جو لوگ ایمان لائے اور نیک عمل کیے اور نماز کی پابندی کی اور زکوۃ ادا کی ان کے لیے ان کا اجر ہے ان کے رب کے پاس۔</w:t>
      </w:r>
    </w:p>
    <w:p>
      <w:r>
        <w:rPr>
          <w:b/>
        </w:rPr>
        <w:t xml:space="preserve">[1:29:46] </w:t>
      </w:r>
      <w:r>
        <w:t>un ke liye na koi andesha hai aur na woh ghamgeen hon ge. ae imaan</w:t>
      </w:r>
    </w:p>
    <w:p>
      <w:pPr>
        <w:jc w:val="right"/>
      </w:pPr>
      <w:r>
        <w:t>ان کے لیے نہ کوئی اندیشہ ہے اور نہ وہ غمگین ہوں گے۔ اے ایم</w:t>
      </w:r>
    </w:p>
    <w:p>
      <w:r>
        <w:rPr>
          <w:b/>
        </w:rPr>
        <w:t xml:space="preserve">[1:29:52] </w:t>
      </w:r>
      <w:r>
        <w:t>walon! Allah se daro aur jo sood baqi reh gaya hai us ko chhod do. agar tum momin ho. agar tum aisa nahi karte to Allah aur us ke rasool ki taraf se ladai ke liye khabardar ho jao.</w:t>
      </w:r>
    </w:p>
    <w:p>
      <w:pPr>
        <w:jc w:val="right"/>
      </w:pPr>
      <w:r>
        <w:t>ان والوں! اللہ سے ڈرو اور جو سود باقی رہ گیا ہے اس کو چھوڑ دو۔ اگر تم مومن ہو۔ اگر تم ایسا نہیں کرتے تو اللہ اور اس کے رسول کی طرف سے لڑائی کے لیے خبردار ہو جاؤ۔</w:t>
      </w:r>
    </w:p>
    <w:p>
      <w:r>
        <w:rPr>
          <w:b/>
        </w:rPr>
        <w:t xml:space="preserve">[1:30:06] </w:t>
      </w:r>
      <w:r>
        <w:t>aur agar tum toba kar lo to asal raqam ke tum haqdar ho. na tum kisi par zulm karo aur na tum par zulm kiya jae.</w:t>
      </w:r>
    </w:p>
    <w:p>
      <w:pPr>
        <w:jc w:val="right"/>
      </w:pPr>
      <w:r>
        <w:t>اور اگر تم توبہ کر لو تو اصل رقم کے تم حقدار ہو۔ نہ تم کسی پر ظلم کرو اور نہ تم پر ظلم کیا جائے۔</w:t>
      </w:r>
    </w:p>
    <w:p>
      <w:r>
        <w:rPr>
          <w:b/>
        </w:rPr>
        <w:t xml:space="preserve">[1:30:16] </w:t>
      </w:r>
      <w:r>
        <w:t>aur agar ek shakhs tangi wala hai to us ki farakhi tak mohlat do. aur agar tum maaf kar do to yeh tumhare liye zyada behtar hai.</w:t>
      </w:r>
    </w:p>
    <w:p>
      <w:pPr>
        <w:jc w:val="right"/>
      </w:pPr>
      <w:r>
        <w:t>اور اگر ایک شخص تنگی والا ہے تو اس کی فراخی تک مہلت دو۔ اور اگر تم معاف کر دو تو یہ تمہارے لیے زیادہ بہتر ہے۔</w:t>
      </w:r>
    </w:p>
    <w:p>
      <w:r>
        <w:rPr>
          <w:b/>
        </w:rPr>
        <w:t xml:space="preserve">[1:30:27] </w:t>
      </w:r>
      <w:r>
        <w:t>agar tum samjho. aur us din se daro jis din tum Allah ki taraf lotaye jaoge. phir har shakhs ko us ka kiya hua poora poora mil jaega.</w:t>
      </w:r>
    </w:p>
    <w:p>
      <w:pPr>
        <w:jc w:val="right"/>
      </w:pPr>
      <w:r>
        <w:t>اگر تم سمجھو۔ اور اس دن سے ڈرو جس دن تم اللہ کی طرف لوٹائے جاؤ گے۔ پھر ہر شخص کو اس کا کیا ہوا پورا پورا مل جائے گا۔</w:t>
      </w:r>
    </w:p>
    <w:p>
      <w:r>
        <w:rPr>
          <w:b/>
        </w:rPr>
        <w:t xml:space="preserve">[1:30:38] </w:t>
      </w:r>
      <w:r>
        <w:t>aur un par zulm na hoga. ae iman walon!</w:t>
      </w:r>
    </w:p>
    <w:p>
      <w:pPr>
        <w:jc w:val="right"/>
      </w:pPr>
      <w:r>
        <w:t>اور ان پر ظلم نہ ہوگا۔ اے ایمان والوں!</w:t>
      </w:r>
    </w:p>
    <w:p>
      <w:r>
        <w:rPr>
          <w:b/>
        </w:rPr>
        <w:t xml:space="preserve">[1:30:43] </w:t>
      </w:r>
      <w:r>
        <w:t>jab tum kisi muqarrar muddat ke liye udhar ka len den karo to us ko likh lia karo. aur us ko likhe tumhare darmiyan koi likhne wala insaf ke sath.</w:t>
      </w:r>
    </w:p>
    <w:p>
      <w:pPr>
        <w:jc w:val="right"/>
      </w:pPr>
      <w:r>
        <w:t>جب تم کسی مقرر مدت کے لیے ادھار کا لین دین کرو تو اس کو لکھ لیا کرو۔ اور اس کو لکھے تمہارے درمیان کوئی لکھنے والا انصاف کے ساتھ۔</w:t>
      </w:r>
    </w:p>
    <w:p>
      <w:r>
        <w:rPr>
          <w:b/>
        </w:rPr>
        <w:t xml:space="preserve">[1:30:54] </w:t>
      </w:r>
      <w:r>
        <w:t>aur likhne wala likhne se inkar na kare. jaisa Allah ne us ko sikhaya isi tarah us ko chahiye ke likh de.</w:t>
      </w:r>
    </w:p>
    <w:p>
      <w:pPr>
        <w:jc w:val="right"/>
      </w:pPr>
      <w:r>
        <w:t>اور لکھنے والا لکھنے سے انکار نہ کرے۔ جیسا اللہ نے اس کو سکھایا اسی طرح اس کو چاہیے کہ لکھ دے۔</w:t>
      </w:r>
    </w:p>
    <w:p>
      <w:r>
        <w:rPr>
          <w:b/>
        </w:rPr>
        <w:t xml:space="preserve">[1:31:03] </w:t>
      </w:r>
      <w:r>
        <w:t>aur woh shakhs likhwae jis par haq aata hai. aur woh dare Allah se jo us ka rab hai aur us mein koi kami na kare.</w:t>
      </w:r>
    </w:p>
    <w:p>
      <w:pPr>
        <w:jc w:val="right"/>
      </w:pPr>
      <w:r>
        <w:t>اور وہ شخص لکھوائے جس پر حق آتا ہے۔ اور وہ ڈرے اللہ سے جو اس کا رب ہے اور اس میں کوئی کمی نہ کرے۔</w:t>
      </w:r>
    </w:p>
    <w:p>
      <w:r>
        <w:rPr>
          <w:b/>
        </w:rPr>
        <w:t xml:space="preserve">[1:31:12] </w:t>
      </w:r>
      <w:r>
        <w:t>aur agar woh shakhs jis par haq aata hai be samajh ho ya kamzor ho ya khud likhwane ki qudrat na rakhta ho to chahiye ke us ka wali insaf ke sath likhwa de.</w:t>
      </w:r>
    </w:p>
    <w:p>
      <w:pPr>
        <w:jc w:val="right"/>
      </w:pPr>
      <w:r>
        <w:t>اور اگر وہ شخص جس پر حق آتا ہے بے سمجھ ہو یا کمزور ہو یا خود لکھوانے کی قدرت نہ رکھتا ہو تو چاہیے کہ اس کا ولی انصاف کے ساتھ لکھوا دے۔</w:t>
      </w:r>
    </w:p>
    <w:p>
      <w:r>
        <w:rPr>
          <w:b/>
        </w:rPr>
        <w:t xml:space="preserve">[1:31:24] </w:t>
      </w:r>
      <w:r>
        <w:t>aur apne mardon mein se do aadmiyon ko gawah kar lo. aur agar do mard na hon to phir ek mard aur do aurtain un logon mein se jin ko tum pasand karte ho.</w:t>
      </w:r>
    </w:p>
    <w:p>
      <w:pPr>
        <w:jc w:val="right"/>
      </w:pPr>
      <w:r>
        <w:t>اور اپنے مردوں میں سے دو آدمیوں کو گواہ کر لو۔ اور اگر دو مرد نہ ہوں تو پھر ایک مرد اور دو عورتیں ان لوگوں میں سے جن کو تم پسند کرتے ہو۔</w:t>
      </w:r>
    </w:p>
    <w:p>
      <w:r>
        <w:rPr>
          <w:b/>
        </w:rPr>
        <w:t xml:space="preserve">[1:31:37] </w:t>
      </w:r>
      <w:r>
        <w:t>taake agar ek aurat bhool jae to doosri aurat us ko yaad dila de. aur gawah inkar na karen jab woh bulaye jaen.</w:t>
      </w:r>
    </w:p>
    <w:p>
      <w:pPr>
        <w:jc w:val="right"/>
      </w:pPr>
      <w:r>
        <w:t>تاکہ اگر ایک عورت بھول جائے تو دوسری عورت اس کو یاد دلا دے۔ اور گواہ انکار نہ کریں جب وہ بلائے جائیں۔</w:t>
      </w:r>
    </w:p>
    <w:p>
      <w:r>
        <w:rPr>
          <w:b/>
        </w:rPr>
        <w:t xml:space="preserve">[1:31:47] </w:t>
      </w:r>
      <w:r>
        <w:t>aur mamla chota ho ya bara miyad ke taayun ke sath us ko likhne mein kahili na karo. yeh likh lena Allah ke nazdeek zyada insaf ka tareeqa hai.</w:t>
      </w:r>
    </w:p>
    <w:p>
      <w:pPr>
        <w:jc w:val="right"/>
      </w:pPr>
      <w:r>
        <w:t>اور معاملہ چھوٹا ہو یا بڑا معیاد کے تعین کے ساتھ اس کو لکھنے میں کاہلی نہ کرو۔ یہ لکھ لینا اللہ کے نزدیک زیادہ انصاف کا طریقہ ہے۔</w:t>
      </w:r>
    </w:p>
    <w:p>
      <w:r>
        <w:rPr>
          <w:b/>
        </w:rPr>
        <w:t xml:space="preserve">[1:31:58] </w:t>
      </w:r>
      <w:r>
        <w:t>aur gawahi ko zyada durust rakhne wala hai. aur zyada qareen qayas hai ke tum shubah mein na parho. lekin agar koi sauda dast badast ho jis ka tum aapas mein len den kiya karte ho to tum par koi ilzam nahi ke tum us ko na likho.</w:t>
      </w:r>
    </w:p>
    <w:p>
      <w:pPr>
        <w:jc w:val="right"/>
      </w:pPr>
      <w:r>
        <w:t>اور گواہی کو زیادہ درست رکھنے والا ہے۔ اور زیادہ قرین قیاس ہے کہ تم شبہ میں نہ پڑو۔ لیکن اگر کوئی سودا دست بدست ہو جس کا تم آپس میں لین دین کیا کرتے ہو تو تم پر کوئی الزام نہیں کہ تم اس کو نہ لکھو۔</w:t>
      </w:r>
    </w:p>
    <w:p>
      <w:r>
        <w:rPr>
          <w:b/>
        </w:rPr>
        <w:t xml:space="preserve">[1:32:16] </w:t>
      </w:r>
      <w:r>
        <w:t>magar jab yeh sauda karo to gawah bana lia karo. aur kisi likhne wale ko ya gawah ko takleef na pahanchai jae.</w:t>
      </w:r>
    </w:p>
    <w:p>
      <w:pPr>
        <w:jc w:val="right"/>
      </w:pPr>
      <w:r>
        <w:t>مگر جب یہ سودا کرو تو گواہ بنا لیا کرو۔ اور کسی لکھنے والے کو یا گواہ کو تکلیف نہ پہنچائی جائے۔</w:t>
      </w:r>
    </w:p>
    <w:p>
      <w:r>
        <w:rPr>
          <w:b/>
        </w:rPr>
        <w:t xml:space="preserve">[1:32:25] </w:t>
      </w:r>
      <w:r>
        <w:t>aur agar aisa karoge to yeh tumhare liye gunah ki baat hogi. aur Allah se daro. Allah tum ko sikhata hai.</w:t>
      </w:r>
    </w:p>
    <w:p>
      <w:pPr>
        <w:jc w:val="right"/>
      </w:pPr>
      <w:r>
        <w:t>اور اگر ایسا کرو گے تو یہ تمہارے لیے گناہ کی بات ہوگی۔ اور اللہ سے ڈرو۔ اللہ تم کو سکھاتا ہے۔</w:t>
      </w:r>
    </w:p>
    <w:p>
      <w:r>
        <w:rPr>
          <w:b/>
        </w:rPr>
        <w:t xml:space="preserve">[1:32:34] </w:t>
      </w:r>
      <w:r>
        <w:t>aur Allah har cheez ka janne wala hai. aur agar tum safar mein ho aur koi likhne wala na pao to rehan rakhne ki cheezen qabze mein de di jaen.</w:t>
      </w:r>
    </w:p>
    <w:p>
      <w:pPr>
        <w:jc w:val="right"/>
      </w:pPr>
      <w:r>
        <w:t>اور اللہ ہر چیز کا جاننے والا ہے۔ اور اگر تم سفر میں ہو اور کوئی لکھنے والا نہ پاؤ تو رہن رکھنے کی چیزیں قبضے میں دے دی جائیں۔</w:t>
      </w:r>
    </w:p>
    <w:p>
      <w:r>
        <w:rPr>
          <w:b/>
        </w:rPr>
        <w:t xml:space="preserve">[1:32:46] </w:t>
      </w:r>
      <w:r>
        <w:t>aur agar tum mein se ek shakhs doosre shakhs ka etbaar karta ho to chahiye ke jis shakhs par etbaar kiya gaya woh etbaar ko poora kare.</w:t>
      </w:r>
    </w:p>
    <w:p>
      <w:pPr>
        <w:jc w:val="right"/>
      </w:pPr>
      <w:r>
        <w:t>اور اگر تم میں سے ایک شخص دوسرے شخص کا اعتبار کرتا ہو تو چاہیے کہ جس شخص پر اعتبار کیا گیا وہ اعتبار کو پورا کرے۔</w:t>
      </w:r>
    </w:p>
    <w:p>
      <w:r>
        <w:rPr>
          <w:b/>
        </w:rPr>
        <w:t xml:space="preserve">[1:32:56] </w:t>
      </w:r>
      <w:r>
        <w:t>aur Allah se dare jo us ka rab hai. aur gawahi ko na chhupao. aur jo shakhs chhupae ga uska dil gunahgar hoga.</w:t>
      </w:r>
    </w:p>
    <w:p>
      <w:pPr>
        <w:jc w:val="right"/>
      </w:pPr>
      <w:r>
        <w:t>اور اللہ سے ڈرے جو اس کا رب ہے۔ اور گواہی کو نہ چھپاؤ۔ اور جو شخص چھپائے گا اس کا دل گنہگار ہوگا۔</w:t>
      </w:r>
    </w:p>
    <w:p>
      <w:r>
        <w:rPr>
          <w:b/>
        </w:rPr>
        <w:t xml:space="preserve">[1:33:05] </w:t>
      </w:r>
      <w:r>
        <w:t>aur jo kuch tum karte ho Allah us ko janne wala hai. Allah ka hai jo kuch aasmanon mein hai aur jo zameen mein hai.</w:t>
      </w:r>
    </w:p>
    <w:p>
      <w:pPr>
        <w:jc w:val="right"/>
      </w:pPr>
      <w:r>
        <w:t>اور جو کچھ تم کرتے ہو اللہ اس کو جاننے والا ہے۔ اللہ کا ہے جو کچھ آسمانوں میں ہے اور جو زمین میں ہے۔</w:t>
      </w:r>
    </w:p>
    <w:p>
      <w:r>
        <w:rPr>
          <w:b/>
        </w:rPr>
        <w:t xml:space="preserve">[1:33:15] </w:t>
      </w:r>
      <w:r>
        <w:t>tum apne dil ki baaton ko zahir karo ya chhupao. Allah tum se us ka hisab le ga. phir jis ko chahe ga bakhshe ga aur jis ko chahe ga saza de ga.</w:t>
      </w:r>
    </w:p>
    <w:p>
      <w:pPr>
        <w:jc w:val="right"/>
      </w:pPr>
      <w:r>
        <w:t>تم اپنے دل کی باتوں کو ظاہر کرو یا چھپاؤ۔ اللہ تم سے اس کا حساب لے گا۔ پھر جس کو چاہے گا بخشے گا اور جس کو چاہے گا سزا دے گا۔</w:t>
      </w:r>
    </w:p>
    <w:p>
      <w:r>
        <w:rPr>
          <w:b/>
        </w:rPr>
        <w:t xml:space="preserve">[1:33:26] </w:t>
      </w:r>
      <w:r>
        <w:t>aur Allah har cheez par qudrat rakhne wala hai. rasool iman laya hai is par jo us ke rab ki taraf se us par utra hai.</w:t>
      </w:r>
    </w:p>
    <w:p>
      <w:pPr>
        <w:jc w:val="right"/>
      </w:pPr>
      <w:r>
        <w:t>اور اللہ ہر چیز پر قدرت رکھنے والا ہے۔ رسول ایمان لایا ہے اس پر جو اس کے رب کی طرف سے اس پر اترا ہے۔</w:t>
      </w:r>
    </w:p>
    <w:p>
      <w:r>
        <w:rPr>
          <w:b/>
        </w:rPr>
        <w:t xml:space="preserve">[1:33:36] </w:t>
      </w:r>
      <w:r>
        <w:t>aur musalman bhi is par iman laye hain. sab iman laye hain Allah par aur us ke farishton par aur us ki kitabon par aur us ke rasoolon par.</w:t>
      </w:r>
    </w:p>
    <w:p>
      <w:pPr>
        <w:jc w:val="right"/>
      </w:pPr>
      <w:r>
        <w:t>اور مسلمان بھی اس پر ایمان لائے ہیں۔ سب ایمان لائے ہیں اللہ پر اور اس کے فرشتوں پر اور اس کی کتابوں پر اور اس کے رسولوں پر۔</w:t>
      </w:r>
    </w:p>
    <w:p>
      <w:r>
        <w:rPr>
          <w:b/>
        </w:rPr>
        <w:t xml:space="preserve">[1:33:47] </w:t>
      </w:r>
      <w:r>
        <w:t>hum is ke rasoolon mein se kisi ke darmiyan farq nahi karte. aur woh kehte hain ke hum ne suna aur mana hum teri bakhshish chahte hain ae hamare rab aur teri hi taraf lotna hai.</w:t>
      </w:r>
    </w:p>
    <w:p>
      <w:pPr>
        <w:jc w:val="right"/>
      </w:pPr>
      <w:r>
        <w:t>ہم اس کے رسولوں میں سے کسی کے درمیان فرق نہیں کرتے۔ اور وہ کہتے ہیں کہ ہم نے سنا اور مانا ہم تیری بخشش چاہتے ہیں اے ہمارے رب اور تیری ہی طرف لوٹنا ہے۔</w:t>
      </w:r>
    </w:p>
    <w:p>
      <w:r>
        <w:rPr>
          <w:b/>
        </w:rPr>
        <w:t xml:space="preserve">[1:34:01] </w:t>
      </w:r>
      <w:r>
        <w:t>Allah kisi par zimmedari nahi dalta magar us ki taqat ke mutabiq. is ko mile ga wohi jo us ne kamaya aur us par pare ga wohi jo us ne kiya.</w:t>
      </w:r>
    </w:p>
    <w:p>
      <w:pPr>
        <w:jc w:val="right"/>
      </w:pPr>
      <w:r>
        <w:t>اللہ کسی پر ذمہ داری نہیں ڈالتا مگر اس کی طاقت کے مطابق۔ اس کو ملے گا وہی جو اس نے کمایا اور اس پر پڑے گا وہی جو اس نے کیا۔</w:t>
      </w:r>
    </w:p>
    <w:p>
      <w:r>
        <w:rPr>
          <w:b/>
        </w:rPr>
        <w:t xml:space="preserve">[1:34:13] </w:t>
      </w:r>
      <w:r>
        <w:t>ae hamare rab</w:t>
      </w:r>
    </w:p>
    <w:p>
      <w:pPr>
        <w:jc w:val="right"/>
      </w:pPr>
      <w:r>
        <w:t>اے ہمارے رب</w:t>
      </w:r>
    </w:p>
    <w:p>
      <w:r>
        <w:rPr>
          <w:b/>
        </w:rPr>
        <w:t xml:space="preserve">[1:34:15] </w:t>
      </w:r>
      <w:r>
        <w:t>! hum ko na pakar agar hum bhoolen ya ghalti kar jaen. ae hamare rab! hum par bojh na dal. jaisa bojh tu ne dala tha hum se aglon par.</w:t>
      </w:r>
    </w:p>
    <w:p>
      <w:pPr>
        <w:jc w:val="right"/>
      </w:pPr>
      <w:r>
        <w:t>! ہم کو نہ پکڑ اگر ہم بھولیں یا غلطی کر جائیں۔ اے ہمارے رب! ہم پر بوجھ نہ ڈال۔ جیسا بوجھ تو نے ڈالا تھا ہم سے اگلوں پر۔</w:t>
      </w:r>
    </w:p>
    <w:p>
      <w:r>
        <w:rPr>
          <w:b/>
        </w:rPr>
        <w:t xml:space="preserve">[1:34:27] </w:t>
      </w:r>
      <w:r>
        <w:t>ae hamare rab</w:t>
      </w:r>
    </w:p>
    <w:p>
      <w:pPr>
        <w:jc w:val="right"/>
      </w:pPr>
      <w:r>
        <w:t>اے ہمارے رب</w:t>
      </w:r>
    </w:p>
    <w:p>
      <w:r>
        <w:rPr>
          <w:b/>
        </w:rPr>
        <w:t xml:space="preserve">[1:34:28] </w:t>
      </w:r>
      <w:r>
        <w:t>! hum se woh na uthwa jis ki taqat hum ko nahin. aur darguzar kar hum se. aur hum ko bakhsh de aur hum par reham kar.</w:t>
      </w:r>
    </w:p>
    <w:p>
      <w:pPr>
        <w:jc w:val="right"/>
      </w:pPr>
      <w:r>
        <w:t>! ہم سے وہ نہ اٹھوا جس کی طاقت ہم کو نہیں۔ اور درگزر کر ہم سے۔ اور ہم کو بخش دے اور ہم پر رحم کر۔</w:t>
      </w:r>
    </w:p>
    <w:p>
      <w:r>
        <w:rPr>
          <w:b/>
        </w:rPr>
        <w:t xml:space="preserve">[1:34:38] </w:t>
      </w:r>
      <w:r>
        <w:t>tu hamara karsaz hai. pas inkar karne walon ke khilaf hamari madad kar.</w:t>
      </w:r>
    </w:p>
    <w:p>
      <w:pPr>
        <w:jc w:val="right"/>
      </w:pPr>
      <w:r>
        <w:t>تو ہمارا کارساز ہے۔ پس انکار کرنے والوں کے مقابل ہماری مدد کر۔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