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ALRISALA SEPT 2017 - AUDIO</w:t>
      </w:r>
    </w:p>
    <w:p>
      <w:r>
        <w:t>https://www.youtube.com/watch?v=Vlx5p0jF8ew</w:t>
      </w:r>
    </w:p>
    <w:p>
      <w:r>
        <w:rPr>
          <w:b/>
        </w:rPr>
        <w:t xml:space="preserve">[00:02] </w:t>
      </w:r>
      <w:r>
        <w:t>arsala, sitambar 2017. adam ki sunnat, adam aur iblis ka qissa. quran mein bar bar bayan hua hai, quran mein, allah rab ul alameen ki zuban se kaha gaya hai ke adam علیہ السلام ko jannat se nikalne wala iblis tha, al araf.</w:t>
      </w:r>
    </w:p>
    <w:p>
      <w:pPr>
        <w:jc w:val="right"/>
      </w:pPr>
      <w:r>
        <w:t>ارسالہ، ستمبر 2017۔ آدم کی سنت، آدم اور ابلیس کا قصہ۔ قرآن میں بار بار بیان ہوا ہے، قرآن میں، اللہ رب العالمین کی زبان سے کہا گیا ہے کہ آدم علیہ السلام کو جنت سے نکالنے والا ابلیس تھا، الاعراف۔</w:t>
      </w:r>
    </w:p>
    <w:p>
      <w:r>
        <w:rPr>
          <w:b/>
        </w:rPr>
        <w:t xml:space="preserve">[00:21] </w:t>
      </w:r>
      <w:r>
        <w:t>doosri taraf, quran ki kai ayaton mein adam علیہ السلام ka kirdaar bataya gaya hai, is maloom haqeeqat ke bawajood ke iblis ne adam ko behka kar jannat se nikala.</w:t>
      </w:r>
    </w:p>
    <w:p>
      <w:pPr>
        <w:jc w:val="right"/>
      </w:pPr>
      <w:r>
        <w:t>دوسری طرف، قرآن کی کئی آیتوں میں آدم علیہ السلام کا کردار بتایا گیا ہے، اس معلوم حقیقت کے باوجود کہ ابلیس نے آدم کو بہکا کر جنت سے نکالا۔</w:t>
      </w:r>
    </w:p>
    <w:p>
      <w:r>
        <w:rPr>
          <w:b/>
        </w:rPr>
        <w:t xml:space="preserve">[00:34] </w:t>
      </w:r>
      <w:r>
        <w:t>adam ne kabhi, ek bar bhi, yeh nahin kiya ke woh iblis ko dushman bata kar is ke khilaf shikayat aur ihtijaj ka toofan barpa kare, is ke khilaf bad duaen kare.</w:t>
      </w:r>
    </w:p>
    <w:p>
      <w:pPr>
        <w:jc w:val="right"/>
      </w:pPr>
      <w:r>
        <w:t>آدم نے کبھی، ایک بار بھی، یہ نہیں کیا کہ وہ ابلیس کو دشمن بتا کر اس کے خلاف شکایت اور احتجاج کا طوفان برپا کرے، اس کے خلاف بد دعائیں کرے۔</w:t>
      </w:r>
    </w:p>
    <w:p>
      <w:r>
        <w:rPr>
          <w:b/>
        </w:rPr>
        <w:t xml:space="preserve">[00:49] </w:t>
      </w:r>
      <w:r>
        <w:t>is ke bar aks, adam علیہ السلام ne jo kiya woh sirf tauba thi. unhon ne allah se yeh dua ki: "rabbana zalamna anfusana wa in lam taghfir lana wa tarhamna lanakoonanna minal khasireen" yani: "ae hamar</w:t>
      </w:r>
    </w:p>
    <w:p>
      <w:pPr>
        <w:jc w:val="right"/>
      </w:pPr>
      <w:r>
        <w:t>اس کے برعکس، آدم علیہ السلام نے جو کیا وہ صرف توبہ تھی۔ انہوں نے اللہ سے یہ دعا کی: "ربنا ظلمنا أنفسنا وإن لم تغفر لنا وترحمنا لنكونن من الخاسرين" یعنی: "اے ہمار</w:t>
      </w:r>
    </w:p>
    <w:p>
      <w:r>
        <w:rPr>
          <w:b/>
        </w:rPr>
        <w:t xml:space="preserve">[01:07] </w:t>
      </w:r>
      <w:r>
        <w:t>e rab! hum ne apni janon par zulm kiya, aur agar tu hum ko maaf na kare aur hum par reham na kare to hum ghata uthane walon mein se ho jayenge." quran ke is bayan se ek masla maloom hota hai,</w:t>
      </w:r>
    </w:p>
    <w:p>
      <w:pPr>
        <w:jc w:val="right"/>
      </w:pPr>
      <w:r>
        <w:t>ے رب! ہم نے اپنی جانوں پر ظلم کیا، اور اگر تو ہم کو معاف نہ کرے اور ہم پر رحم نہ کرے تو ہم گھاٹا اٹھانے والوں میں سے ہو جائیں گے۔" قرآن کے اس بیان سے ایک مسئلہ معلوم ہوتا ہے،</w:t>
      </w:r>
    </w:p>
    <w:p>
      <w:r>
        <w:rPr>
          <w:b/>
        </w:rPr>
        <w:t xml:space="preserve">[01:22] </w:t>
      </w:r>
      <w:r>
        <w:t>woh yeh ke agar koi sabit shuda dushman maujood ho, kisi ne sazish kar ke nuqsan pohanchaya ho, tab bhi insan ko doosre ke khilaf shikayat ya ihtijaj nahin karna hai,</w:t>
      </w:r>
    </w:p>
    <w:p>
      <w:pPr>
        <w:jc w:val="right"/>
      </w:pPr>
      <w:r>
        <w:t>وہ یہ کہ اگر کوئی ثابت شدہ دشمن موجود ہو، کسی نے سازش کر کے نقصان پہنچایا ہو، تب بھی انسان کو دوسرے کے خلاف شکایت یا احتجاج نہیں کرنا ہے،</w:t>
      </w:r>
    </w:p>
    <w:p>
      <w:r>
        <w:rPr>
          <w:b/>
        </w:rPr>
        <w:t xml:space="preserve">[01:38] </w:t>
      </w:r>
      <w:r>
        <w:t>balkeh yeh sochna hai ke main is ki sazish ka shikar kyun bana. aise mauqe par doosron ko zimmedar thahraane ke bajaye apni is ghalti ko daryaft karna chahiye ke is ke bhatakne ka sabab kya tha.</w:t>
      </w:r>
    </w:p>
    <w:p>
      <w:pPr>
        <w:jc w:val="right"/>
      </w:pPr>
      <w:r>
        <w:t>بلکہ یہ سوچنا ہے کہ میں اس کی سازش کا شکار کیوں بنا۔ ایسے موقع پر دوسروں کو ذمہ دار ٹھہرانے کے بجائے اپنی اس غلطی کو دریافت کرنا چاہیے کہ اس کے بھٹکنے کا سبب کیا تھا۔</w:t>
      </w:r>
    </w:p>
    <w:p>
      <w:r>
        <w:rPr>
          <w:b/>
        </w:rPr>
        <w:t xml:space="preserve">[01:53] </w:t>
      </w:r>
      <w:r>
        <w:t>is tarah ke mamle mein doosre ko bura batane se koi faida nahin. is ke bar aks, agar aadmi apni ghalti ko maney to is ka faida yeh hoga ke woh apni kamzori ko daryaft karega, aur is tarah us ko yeh mauqa milega ke woh apni islaah kar ke aindah apne aap ko nuqsan se bachaye.</w:t>
      </w:r>
    </w:p>
    <w:p>
      <w:pPr>
        <w:jc w:val="right"/>
      </w:pPr>
      <w:r>
        <w:t>اس طرح کے معاملے میں دوسرے کو برا بتانے سے کوئی فائدہ نہیں۔ اس کے برعکس، اگر آدمی اپنی غلطی کو مانے تو اس کا فائدہ یہ ہوگا کہ وہ اپنی کمزوری کو دریافت کرے گا، اور اس طرح اس کو یہ موقع ملے گا کہ وہ اپنی اصلاح کر کے آئندہ اپنے آپ کو نقصان سے بچائے۔</w:t>
      </w:r>
    </w:p>
    <w:p>
      <w:r>
        <w:rPr>
          <w:b/>
        </w:rPr>
        <w:t xml:space="preserve">[02:16] </w:t>
      </w:r>
      <w:r>
        <w:t>doosre ke khilaf shikayat karna baaitbar natija apne waqt ko zaya karna hai. is ke bar aks, agar aadmi apni ghalti ko maney to us ko yeh mauqa hoga ke woh apni kamzori ko shaoori taur par jaane aur us ki islaah ke zariye apne ko durust kar le.</w:t>
      </w:r>
    </w:p>
    <w:p>
      <w:pPr>
        <w:jc w:val="right"/>
      </w:pPr>
      <w:r>
        <w:t>دوسرے کے خلاف شکایت کرنا باعتبارِ نتیجہ اپنے وقت کو ضائع کرنا ہے۔ اس کے برعکس، اگر آدمی اپنی غلطی کو مانے تو اس کو یہ موقع ہوگا کہ وہ اپنی کمزوری کو شعوری طور پر جانے اور اس کی اصلاح کے ذریعے اپنے کو درست کر لے۔</w:t>
      </w:r>
    </w:p>
    <w:p>
      <w:r>
        <w:rPr>
          <w:b/>
        </w:rPr>
        <w:t xml:space="preserve">[02:35] </w:t>
      </w:r>
      <w:r>
        <w:t>kisi ko dushman bata kar is ke khilaf hangama karna koi kaam hi nahin, kaam sirf yeh hai ke aadmi apni ghalti ko maney aur us ki islaah kare.</w:t>
      </w:r>
    </w:p>
    <w:p>
      <w:pPr>
        <w:jc w:val="right"/>
      </w:pPr>
      <w:r>
        <w:t>کسی کو دشمن بتا کر اس کے خلاف ہنگامہ کرنا کوئی کام ہی نہیں، کام صرف یہ ہے کہ آدمی اپنی غلطی کو مانے اور اس کی اصلاح کرے۔</w:t>
      </w:r>
    </w:p>
    <w:p>
      <w:r>
        <w:rPr>
          <w:b/>
        </w:rPr>
        <w:t xml:space="preserve">[02:52] </w:t>
      </w:r>
      <w:r>
        <w:t>science quran ki tafseer. science kisi ki shakhsi tasneef nahin, balkeh science isi nature ka mutala hai jis ka zikr quran mein bar bar ayat yani science ke taur par kiya gaya hai.</w:t>
      </w:r>
    </w:p>
    <w:p>
      <w:pPr>
        <w:jc w:val="right"/>
      </w:pPr>
      <w:r>
        <w:t>سائنس قرآن کی تفسیر۔ سائنس کسی کی شخصی تصنیف نہیں، بلکہ سائنس اسی نیچر کا مطالعہ ہے جس کا ذکر قرآن میں بار بار آیات یعنی سائنس کے طور پر کیا گیا ہے۔</w:t>
      </w:r>
    </w:p>
    <w:p>
      <w:r>
        <w:rPr>
          <w:b/>
        </w:rPr>
        <w:t xml:space="preserve">[03:08] </w:t>
      </w:r>
      <w:r>
        <w:t>jis tarah arz quran quran ki tareekhi tafseer hai, usi tarah science juzwi taur par quran ki tabai tafseer hai.</w:t>
      </w:r>
    </w:p>
    <w:p>
      <w:pPr>
        <w:jc w:val="right"/>
      </w:pPr>
      <w:r>
        <w:t>جس طرح ارض القرآن قرآن کی تاریخی تفسیر ہے، اسی طرح سائنس جزئی طور پر قرآن کی طبیعی تفسیر ہے۔</w:t>
      </w:r>
    </w:p>
    <w:p>
      <w:r>
        <w:rPr>
          <w:b/>
        </w:rPr>
        <w:t xml:space="preserve">[03:18] </w:t>
      </w:r>
      <w:r>
        <w:t>quran aur science ke mauzu par mutadad kitaben likhi gayi hain, in mein se ek kitab yeh hai: "da bible, da quran and science" by doctor maurice bucaille.</w:t>
      </w:r>
    </w:p>
    <w:p>
      <w:pPr>
        <w:jc w:val="right"/>
      </w:pPr>
      <w:r>
        <w:t>قرآن اور سائنس کے موضوع پر متعدد کتابیں لکھی گئی ہیں، ان میں سے ایک کتاب یہ ہے: "دا بائبل، دا قرآن اینڈ سائنس" بائے ڈاکٹر مورس بوکائے۔</w:t>
      </w:r>
    </w:p>
    <w:p>
      <w:r>
        <w:rPr>
          <w:b/>
        </w:rPr>
        <w:t xml:space="preserve">[03:30] </w:t>
      </w:r>
      <w:r>
        <w:t>quran mein bohat se aise hawale aaye hain jo quran aur science aur dono ka mushtarak mauzu hain. misal ke taur par kainat ka aaghaz kaise hua, quran mein is ka hawala mukhtasar taur par in alfaz mein aaya hai:</w:t>
      </w:r>
    </w:p>
    <w:p>
      <w:pPr>
        <w:jc w:val="right"/>
      </w:pPr>
      <w:r>
        <w:t>قرآن میں بہت سے ایسے حوالے آئے ہیں جو قرآن اور سائنس اور دونوں کا مشترک موضوع ہیں۔ مثلاً کائنات کا آغاز کیسے ہوا، قرآن میں اس کا حوالہ مختصر طور پر ان الفاظ میں آیا ہے:</w:t>
      </w:r>
    </w:p>
    <w:p>
      <w:r>
        <w:rPr>
          <w:b/>
        </w:rPr>
        <w:t xml:space="preserve">[03:46] </w:t>
      </w:r>
      <w:r>
        <w:t>"awalam yarallazeena kafaroo annas samawati wal arda kanata ratqan fataftaqnahuma waja'alna minal maai kulla shaiyin hayyin afala yu'minoon?" science mein is mauzu ka tafseeli mutala kiya gaya hai.</w:t>
      </w:r>
    </w:p>
    <w:p>
      <w:pPr>
        <w:jc w:val="right"/>
      </w:pPr>
      <w:r>
        <w:t>"أولم ير الذين كفروا أن السماوات والأرض كانت رتقا ففتقناهما وجعلنا من الماء كل شيء حي أفلا يؤمنون؟" سائنس میں اس موضوع کا تفصیلی مطالعہ کیا گیا ہے۔</w:t>
      </w:r>
    </w:p>
    <w:p>
      <w:r>
        <w:rPr>
          <w:b/>
        </w:rPr>
        <w:t xml:space="preserve">[04:06] </w:t>
      </w:r>
      <w:r>
        <w:t>isi mutale ka ek hissa woh hai jis ko "the big bang theory" kaha jata hai. isi tarah science ne bohat sari cheezen daryaft ki hain jo bilawasta taur par quran ke liye karamad hain.</w:t>
      </w:r>
    </w:p>
    <w:p>
      <w:pPr>
        <w:jc w:val="right"/>
      </w:pPr>
      <w:r>
        <w:t>اسی مطالعے کا ایک حصہ وہ ہے جس کو "دی بگ بینگ تھیوری" کہا جاتا ہے۔ اسی طرح سائنس نے بہت ساری چیزیں دریافت کی ہیں جو بالواسطہ طور پر قرآن کے لیے کارآمد ہیں۔</w:t>
      </w:r>
    </w:p>
    <w:p>
      <w:r>
        <w:rPr>
          <w:b/>
        </w:rPr>
        <w:t xml:space="preserve">[04:22] </w:t>
      </w:r>
      <w:r>
        <w:t>misal ke taur par paighambar musa علیہ السلام ke ham asr firoun munipatta ki lash misr ke ek ahram mein daryaft hui to yeh sawal tha ke is ki tareekh ka taayun kaise kiya jaye.</w:t>
      </w:r>
    </w:p>
    <w:p>
      <w:pPr>
        <w:jc w:val="right"/>
      </w:pPr>
      <w:r>
        <w:t>مثلاً پیغمبر موسیٰ علیہ السلام کے ہم عصر فرعون منیپتہ کی لاش مصر کے ایک احرام میں دریافت ہوئی تو یہ سوال تھا کہ اس کی تاریخ کا تعین کیسے کیا جائے۔</w:t>
      </w:r>
    </w:p>
    <w:p>
      <w:r>
        <w:rPr>
          <w:b/>
        </w:rPr>
        <w:t xml:space="preserve">[04:36] </w:t>
      </w:r>
      <w:r>
        <w:t>yahan yeh baat science ki daryaft kardah ek tareeqa kar carbon dating ke application ke zariye maloom hui.</w:t>
      </w:r>
    </w:p>
    <w:p>
      <w:pPr>
        <w:jc w:val="right"/>
      </w:pPr>
      <w:r>
        <w:t>یہاں یہ بات سائنس کی دریافت کردہ ایک طریقہ کار کاربن ڈیٹنگ کے ایپلیکیشن کے ذریعے معلوم ہوئی۔</w:t>
      </w:r>
    </w:p>
    <w:p>
      <w:r>
        <w:rPr>
          <w:b/>
        </w:rPr>
        <w:t xml:space="preserve">[04:44] </w:t>
      </w:r>
      <w:r>
        <w:t>ilm science ka yeh pehlu khud quran mein paishgi taur par bata diya gaya tha. quran ki woh ayat yeh hai: "sanureehim ayatina fil afaqi wa fi anfusihim hatta yatabayyana lahum annahul haqq" mustaqbil mein hum un ko apni nishaniyan dikhayenge,</w:t>
      </w:r>
    </w:p>
    <w:p>
      <w:pPr>
        <w:jc w:val="right"/>
      </w:pPr>
      <w:r>
        <w:t>علمِ سائنس کا یہ پہلو خود قرآن میں پیشگی طور پر بتا دیا گیا تھا۔ قرآن کی وہ آیت یہ ہے: "سنریہم آیاتنا فی الآفاق و فی أنفسہم حتیٰ یتبین لہم أنه الحق" مستقبل میں ہم ان کو اپنی نشانیاں دکھائیں گے،</w:t>
      </w:r>
    </w:p>
    <w:p>
      <w:r>
        <w:rPr>
          <w:b/>
        </w:rPr>
        <w:t xml:space="preserve">[05:06] </w:t>
      </w:r>
      <w:r>
        <w:t>afaq mein bhi aur khud un ke andar bhi, yahan tak ke un par zahir ho jaye ga ke yeh haq hai.</w:t>
      </w:r>
    </w:p>
    <w:p>
      <w:pPr>
        <w:jc w:val="right"/>
      </w:pPr>
      <w:r>
        <w:t>آفاق میں بھی اور خود ان کے اندر بھی، یہاں تک کہ ان پر ظاہر ہو جائے گا کہ یہ حق ہے۔</w:t>
      </w:r>
    </w:p>
    <w:p>
      <w:r>
        <w:rPr>
          <w:b/>
        </w:rPr>
        <w:t xml:space="preserve">[05:18] </w:t>
      </w:r>
      <w:r>
        <w:t>allah ki roiyat. hadith ki kitabon mein ek riwayat aayi hai jo hadith jibril ke naam se mashhoor hai. is hadith ka juz yeh hai: "an ta'budallaha kaannaka tarahu fa in lam takun tarahu fa innahu yarak" sahih bukhari.</w:t>
      </w:r>
    </w:p>
    <w:p>
      <w:pPr>
        <w:jc w:val="right"/>
      </w:pPr>
      <w:r>
        <w:t>اللہ کی رویت۔ حدیث کی کتابوں میں ایک روایت آئی ہے جو حدیثِ جبریل کے نام سے مشہور ہے۔ اس حدیث کا جز یہ ہے: "أن تعبد الله كأنك تراه فإن لم تكن تراه فإنه يراك" صحیح بخاری۔</w:t>
      </w:r>
    </w:p>
    <w:p>
      <w:r>
        <w:rPr>
          <w:b/>
        </w:rPr>
        <w:t xml:space="preserve">[05:36] </w:t>
      </w:r>
      <w:r>
        <w:t>yani tum allah ki ibadat is tarah karo jaise ke tum use dekh rahe ho, aur agar tum use nahin dekhte ho to woh tum ko dekh raha hai.</w:t>
      </w:r>
    </w:p>
    <w:p>
      <w:pPr>
        <w:jc w:val="right"/>
      </w:pPr>
      <w:r>
        <w:t>یعنی تم اللہ کی عبادت اس طرح کرو جیسے کہ تم اسے دیکھ رہے ہو، اور اگر تم اس کو نہیں دیکھتے ہو تو وہ تم کو دیکھ رہا ہے۔</w:t>
      </w:r>
    </w:p>
    <w:p>
      <w:r>
        <w:rPr>
          <w:b/>
        </w:rPr>
        <w:t xml:space="preserve">[05:47] </w:t>
      </w:r>
      <w:r>
        <w:t>is hadith mein ibadat ki haqeeqat ko bataya gaya hai. isi ke sath hadith par ghaur karne se yeh maloom hota hai ke insaan ke liye agarche barah-e-raast Allah ki roiyat mumkin nahi, lekin insaan ke liye yeh mumkin hai ke woh shab-e-roiyat ke darje mein Allah ko pa sake.</w:t>
      </w:r>
    </w:p>
    <w:p>
      <w:pPr>
        <w:jc w:val="right"/>
      </w:pPr>
      <w:r>
        <w:t>اس حدیث میں عبادت کی حقیقت کو بتایا گیا ہے۔ اسی کے ساتھ حدیث پر غور کرنے سے یہ معلوم ہوتا ہے کہ انسان کے لیے اگرچہ براہِ راست اللہ کی رویت ممکن نہیں، لیکن انسان کے لیے یہ ممکن ہے کہ وہ شبہ رویت کے درجے میں اللہ کو پا سکے۔</w:t>
      </w:r>
    </w:p>
    <w:p>
      <w:r>
        <w:rPr>
          <w:b/>
        </w:rPr>
        <w:t xml:space="preserve">[06:11] </w:t>
      </w:r>
      <w:r>
        <w:t>roiyat aur shab-e-roiyat ke darmiyan agarche zaahir ke aitbaar se farq hai, lekin haqeeqat ke aitbaar se dono ke darmiyan koi farq nahi.</w:t>
      </w:r>
    </w:p>
    <w:p>
      <w:pPr>
        <w:jc w:val="right"/>
      </w:pPr>
      <w:r>
        <w:t>رویت اور شبہ رویت کے درمیان اگرچہ ظاہر کے اعتبار سے فرق ہے، لیکن حقیقت کے اعتبار سے دونوں کے درمیان کوئی فرق نہیں۔</w:t>
      </w:r>
    </w:p>
    <w:p>
      <w:r>
        <w:rPr>
          <w:b/>
        </w:rPr>
        <w:t xml:space="preserve">[06:23] </w:t>
      </w:r>
      <w:r>
        <w:t>kisi aadmi ko Allah ki shab-e-roiyat kis tarah haasil hoti hai? is ka tareeqa hai Allah ki takhleeq mein ghaur o fikr karna.</w:t>
      </w:r>
    </w:p>
    <w:p>
      <w:pPr>
        <w:jc w:val="right"/>
      </w:pPr>
      <w:r>
        <w:t>کسی آدمی کو اللہ کی شبہ رویت کس طرح حاصل ہوتی ہے؟ اس کا طریقہ ہے اللہ کی تخلیق میں غور و فکر کرنا۔</w:t>
      </w:r>
    </w:p>
    <w:p>
      <w:r>
        <w:rPr>
          <w:b/>
        </w:rPr>
        <w:t xml:space="preserve">[06:33] </w:t>
      </w:r>
      <w:r>
        <w:t>Allah apni zaat ke aitbaar se agarche hamare saamne zaahir nahi hai, lekin apni sifaat ke aitbaar se woh apni takhleeqaat mein poori tarah numayan hai.</w:t>
      </w:r>
    </w:p>
    <w:p>
      <w:pPr>
        <w:jc w:val="right"/>
      </w:pPr>
      <w:r>
        <w:t>اللہ اپنی ذات کے اعتبار سے اگرچہ ہمارے سامنے ظاہر نہیں ہے، لیکن اپنی صفات کے اعتبار سے وہ اپنی تخلیقات میں پوری طرح نمایاں ہے۔</w:t>
      </w:r>
    </w:p>
    <w:p>
      <w:r>
        <w:rPr>
          <w:b/>
        </w:rPr>
        <w:t xml:space="preserve">[06:46] </w:t>
      </w:r>
      <w:r>
        <w:t>takhleeq goya khaliq ki maarifat ka aaina hai. jis ne takhleeq ko dekha, us ne goya khaliq ko dekh liya.</w:t>
      </w:r>
    </w:p>
    <w:p>
      <w:pPr>
        <w:jc w:val="right"/>
      </w:pPr>
      <w:r>
        <w:t>تخلیق گویا خالق کی معرفت کا آئینہ ہے۔ جس نے تخلیق کو دیکھا، اس نے گویا خالق کو دیکھ لیا۔</w:t>
      </w:r>
    </w:p>
    <w:p>
      <w:r>
        <w:rPr>
          <w:b/>
        </w:rPr>
        <w:t xml:space="preserve">[06:55] </w:t>
      </w:r>
      <w:r>
        <w:t>theek isi tarah jaise kisi ne art ko dekha to us ne goya artist ko dekh liya. maujooda zamane mein ahle science ne yeh daryaft kiya hai ke kainat ek zaheen kainat yaani intelligent universe hai.</w:t>
      </w:r>
    </w:p>
    <w:p>
      <w:pPr>
        <w:jc w:val="right"/>
      </w:pPr>
      <w:r>
        <w:t>ٹھیک اسی طرح جیسے کسی نے آرٹ کو دیکھا تو اس نے گویا آرٹسٹ کو دیکھ لیا۔ موجودہ زمانے میں اہلِ سائنس نے یہ دریافت کیا ہے کہ کائنات ایک ذہین کائنات یعنی انٹیلیجنٹ یونیورس ہے۔</w:t>
      </w:r>
    </w:p>
    <w:p>
      <w:r>
        <w:rPr>
          <w:b/>
        </w:rPr>
        <w:t xml:space="preserve">[07:12] </w:t>
      </w:r>
      <w:r>
        <w:t>yeh daryaft apne aap mein batati hai ke kainat mein zehn ki karfarmaai hai. aisa hai to yaqeeni taur par yahan koi sahib-e-zehn maujood hai.</w:t>
      </w:r>
    </w:p>
    <w:p>
      <w:pPr>
        <w:jc w:val="right"/>
      </w:pPr>
      <w:r>
        <w:t>یہ دریافت اپنے آپ میں بتاتی ہے کہ کائنات میں ذہن کی کارفرمائی ہے۔ ایسا ہے تو یقینی طور پر یہاں کوئی صاحبِ ذہن موجود ہے۔</w:t>
      </w:r>
    </w:p>
    <w:p>
      <w:r>
        <w:rPr>
          <w:b/>
        </w:rPr>
        <w:t xml:space="preserve">[07:25] </w:t>
      </w:r>
      <w:r>
        <w:t>zehn ki karfarmaai se zehn ka wujood saabit hota hai, aur zehn ka wujood yeh saabit karta hai ke yahan ek sahib-e-zehn hasti maujood hai.</w:t>
      </w:r>
    </w:p>
    <w:p>
      <w:pPr>
        <w:jc w:val="right"/>
      </w:pPr>
      <w:r>
        <w:t>ذہن کی کارفرمائی سے ذہن کا وجود ثابت ہوتا ہے، اور ذہن کا وجود یہ ثابت کرتا ہے کہ یہاں ایک صاحبِ ذہن ہستی موجود ہے۔</w:t>
      </w:r>
    </w:p>
    <w:p>
      <w:r>
        <w:rPr>
          <w:b/>
        </w:rPr>
        <w:t xml:space="preserve">[07:36] </w:t>
      </w:r>
      <w:r>
        <w:t>science ki zabaan mein yeh kehna sahi hoga ke mazkoorah daryaft ke baad khaliq ka wujood probability ke darje mein saabit ho jata hai.</w:t>
      </w:r>
    </w:p>
    <w:p>
      <w:pPr>
        <w:jc w:val="right"/>
      </w:pPr>
      <w:r>
        <w:t>سائنس کی زبان میں یہ کہنا صحیح ہوگا کہ مذکورہ دریافت کے بعد خالق کا وجود پروبیبیلیٹی کے درجے میں ثابت ہو جاتا ہے۔</w:t>
      </w:r>
    </w:p>
    <w:p>
      <w:r>
        <w:rPr>
          <w:b/>
        </w:rPr>
        <w:t xml:space="preserve">[07:52] </w:t>
      </w:r>
      <w:r>
        <w:t>asfal us safileen. Quran ki surah teen mein insaan ke baare mein ek aam ailaan in alfaaz mein aaya hai: "laqad khalaqnal insana fi ahsani taqwim thumma radadnahu asfal as-safilin" yaani hum ne insaan ko behtareen saakht par paida kiya, phir us ko sab se neeche phenk diya.</w:t>
      </w:r>
    </w:p>
    <w:p>
      <w:pPr>
        <w:jc w:val="right"/>
      </w:pPr>
      <w:r>
        <w:t>اسفل السافلین۔ قرآن کی سورہ اتین میں انسان کے بارے میں ایک عمومی اعلان ان الفاظ میں آیا ہے: "لقد خلقنا الانسان فی احسن تقویم ثم رددناه اسفل السافلین" یعنی ہم نے انسان کو بہترین ساخت پر پیدا کیا، پھر اس کو سب سے نیچے پھینک دیا۔</w:t>
      </w:r>
    </w:p>
    <w:p>
      <w:r>
        <w:rPr>
          <w:b/>
        </w:rPr>
        <w:t xml:space="preserve">[08:17] </w:t>
      </w:r>
      <w:r>
        <w:t>"We have indeed created man in the best of mold, then we cast him down as the lowest of the low</w:t>
      </w:r>
    </w:p>
    <w:p>
      <w:pPr>
        <w:jc w:val="right"/>
      </w:pPr>
      <w:r>
        <w:t>"We have indeed created man in the best of mold, then we cast him down as the lowest of the low</w:t>
      </w:r>
    </w:p>
    <w:p>
      <w:r>
        <w:rPr>
          <w:b/>
        </w:rPr>
        <w:t xml:space="preserve">[08:25] </w:t>
      </w:r>
      <w:r>
        <w:t>" insaan ki saakht behtareen saakht hai. yeh ek maloom baat hai, yeh ek haqeeqat hai ke insaan ka takhleeqi naqsha tamam doosri makhlooqat se behtar soorat mein banaya gaya hai.</w:t>
      </w:r>
    </w:p>
    <w:p>
      <w:pPr>
        <w:jc w:val="right"/>
      </w:pPr>
      <w:r>
        <w:t>" انسان کی ساخت بہترین ساخت ہے۔ یہ ایک معلوم بات ہے، یہ ایک حقیقت ہے کہ انسان کا تخلیقی نقشہ تمام دوسری مخلوقات سے بہتر صورت میں بنایا گیا ہے۔</w:t>
      </w:r>
    </w:p>
    <w:p>
      <w:r>
        <w:rPr>
          <w:b/>
        </w:rPr>
        <w:t xml:space="preserve">[08:40] </w:t>
      </w:r>
      <w:r>
        <w:t>khaas taur par dimaagh yaani mind ek aisa atiya hai jo insaan ke siwa kisi bhi makhlooq ko nahi diya gaya.</w:t>
      </w:r>
    </w:p>
    <w:p>
      <w:pPr>
        <w:jc w:val="right"/>
      </w:pPr>
      <w:r>
        <w:t>خاص طور پر دماغ یعنی مائنڈ ایک ایسا عطیہ ہے جو انسان کے سوا کسی بھی مخلوق کو نہیں دیا گیا۔</w:t>
      </w:r>
    </w:p>
    <w:p>
      <w:r>
        <w:rPr>
          <w:b/>
        </w:rPr>
        <w:t xml:space="preserve">[08:50] </w:t>
      </w:r>
      <w:r>
        <w:t>ab sawal yeh hai ke asfal us safileen se kya muraad hai? woh kya cheez hai jis mein insaan doosri tamam makhlooqat ke muqable mein kamtar darje mein hai?</w:t>
      </w:r>
    </w:p>
    <w:p>
      <w:pPr>
        <w:jc w:val="right"/>
      </w:pPr>
      <w:r>
        <w:t>اب سوال یہ ہے کہ اسفل السافلین سے کیا مراد ہے؟ وہ کیا چیز ہے جس میں انسان دوسری تمام مخلوقات کے مقابلے میں کمتر درجے میں ہے؟</w:t>
      </w:r>
    </w:p>
    <w:p>
      <w:r>
        <w:rPr>
          <w:b/>
        </w:rPr>
        <w:t xml:space="preserve">[09:04] </w:t>
      </w:r>
      <w:r>
        <w:t>insaan ki hesiyat ek jandar makhlooq ki hai. scientific mutaale ke mutabiq jandar ashya ki ek zaroorat woh hai jis ko habitat kaha jata hai.</w:t>
      </w:r>
    </w:p>
    <w:p>
      <w:pPr>
        <w:jc w:val="right"/>
      </w:pPr>
      <w:r>
        <w:t>انسان کی حیثیت ایک جاندار مخلوق کی ہے۔ سائنسی مطالعے کے مطابق جاندار اشیاء کی ایک ضرورت وہ ہے جس کو ہیبیٹٹ کہا جاتا ہے۔</w:t>
      </w:r>
    </w:p>
    <w:p>
      <w:r>
        <w:rPr>
          <w:b/>
        </w:rPr>
        <w:t xml:space="preserve">[09:16] </w:t>
      </w:r>
      <w:r>
        <w:t>habitat se muraad woh fitri maskan yaani natural home hai jahan koi jandar makhlooq apni zindagi ke tamam taqazon ke sath reh sake.</w:t>
      </w:r>
    </w:p>
    <w:p>
      <w:pPr>
        <w:jc w:val="right"/>
      </w:pPr>
      <w:r>
        <w:t>ہیبیٹٹ سے مراد وہ فطری مسکن یعنی نیچرل ہوم ہے جہاں کوئی جاندار مخلوق اپنی زندگی کے تمام تقاضوں کے ساتھ رہ سکے۔</w:t>
      </w:r>
    </w:p>
    <w:p>
      <w:r>
        <w:rPr>
          <w:b/>
        </w:rPr>
        <w:t xml:space="preserve">[09:29] </w:t>
      </w:r>
      <w:r>
        <w:t>habitat is da natural home aur environment of animal, plant aur other organism. sayyarah arz yaani planet earth ke upar choti badi bohat si zinda ashya pai jati hain.</w:t>
      </w:r>
    </w:p>
    <w:p>
      <w:pPr>
        <w:jc w:val="right"/>
      </w:pPr>
      <w:r>
        <w:t>ہیبیٹٹ از دا نیچرل ہوم اور انوائرمنٹ آف اینیمل، پلانٹ اور ادر آرگینزم۔ سیارہ ارض یعنی پلینٹ ارتھ کے اوپر چھوٹی بڑی بہت سی زندہ اشیاء پائی جاتی ہیں۔</w:t>
      </w:r>
    </w:p>
    <w:p>
      <w:r>
        <w:rPr>
          <w:b/>
        </w:rPr>
        <w:t xml:space="preserve">[09:45] </w:t>
      </w:r>
      <w:r>
        <w:t>in zinda ashya ki tadad scientific mutaale ke mutabiq taqreeban ek trillion hai. in may 2016 scientist reported that one trillion species are estimated to be on earth.</w:t>
      </w:r>
    </w:p>
    <w:p>
      <w:pPr>
        <w:jc w:val="right"/>
      </w:pPr>
      <w:r>
        <w:t>ان زندہ اشیاء کی تعداد سائنسی مطالعے کے مطابق تقریباً ایک ٹریلین ہے۔ ان مئی 2016 سائنٹسٹ رپورٹڈ دیٹ ون ٹریلین سپیشیز آر ایسٹیمیٹڈ ٹو بی آن ارتھ۔</w:t>
      </w:r>
    </w:p>
    <w:p>
      <w:r>
        <w:rPr>
          <w:b/>
        </w:rPr>
        <w:t xml:space="preserve">[10:01] </w:t>
      </w:r>
      <w:r>
        <w:t>mutaala batata hai ke zameen par maujood zinda ashya mein se har ek ka habitat yahan maujood hai. misaal ke taur par machhli pani ke baghair zinda nahi reh sakti.</w:t>
      </w:r>
    </w:p>
    <w:p>
      <w:pPr>
        <w:jc w:val="right"/>
      </w:pPr>
      <w:r>
        <w:t>مطالعہ بتاتا ہے کہ زمین پر موجود زندہ اشیاء میں سے ہر ایک کا ہیبیٹٹ یہاں موجود ہے۔ مثلاً مچھلی پانی کے بغیر زندہ نہیں رہ سکتی۔</w:t>
      </w:r>
    </w:p>
    <w:p>
      <w:r>
        <w:rPr>
          <w:b/>
        </w:rPr>
        <w:t xml:space="preserve">[10:15] </w:t>
      </w:r>
      <w:r>
        <w:t>pani machhli ka habitat hai, chunache khaliq ne machhli ke sath is ka habitat darya aur samandar ki soorat mein paida kiya hai.</w:t>
      </w:r>
    </w:p>
    <w:p>
      <w:pPr>
        <w:jc w:val="right"/>
      </w:pPr>
      <w:r>
        <w:t>پانی مچھلی کا ہیبیٹٹ ہے، چنانچہ خالق نے مچھلی کے ساتھ اس کا ہیبیٹٹ دریا اور سمندر کی صورت میں پیدا کیا ہے۔</w:t>
      </w:r>
    </w:p>
    <w:p>
      <w:r>
        <w:rPr>
          <w:b/>
        </w:rPr>
        <w:t xml:space="preserve">[10:26] </w:t>
      </w:r>
      <w:r>
        <w:t>magar is duniya mein sirf insaan ek aisi makhlooq hai jis ka habitat yahan maujood nahi. yahi wajah hai ke insaan ko is duniya mein kabhi fulfillment nahi milta.</w:t>
      </w:r>
    </w:p>
    <w:p>
      <w:pPr>
        <w:jc w:val="right"/>
      </w:pPr>
      <w:r>
        <w:t>مگر اس دنیا میں صرف انسان ایک ایسی مخلوق ہے جس کا ہیبیٹٹ یہاں موجود نہیں۔ یہی وجہ ہے کہ انسان کو اس دنیا میں کبھی فلفلمنٹ نہیں ملتا۔</w:t>
      </w:r>
    </w:p>
    <w:p>
      <w:r>
        <w:rPr>
          <w:b/>
        </w:rPr>
        <w:t xml:space="preserve">[10:40] </w:t>
      </w:r>
      <w:r>
        <w:t>is ka sabab yeh hai ke insaan ko ahsan taqwim ke aitbaar se ahsan habitat darkaar hai. maujooda duniya ki mahdoodiyat yaani limitations ki wajah se yahan ahsan habitat nahi ban sakta.</w:t>
      </w:r>
    </w:p>
    <w:p>
      <w:pPr>
        <w:jc w:val="right"/>
      </w:pPr>
      <w:r>
        <w:t>اس کا سبب یہ ہے کہ انسان کو احسن تقویم کے اعتبار سے احسن ہیبیٹٹ درکار ہے۔ موجودہ دنیا کی محدودیتوں یعنی لیمیٹیشنز کی وجہ سے یہاں احسن ہیبیٹٹ نہیں بن سکتا۔</w:t>
      </w:r>
    </w:p>
    <w:p>
      <w:r>
        <w:rPr>
          <w:b/>
        </w:rPr>
        <w:t xml:space="preserve">[10:57] </w:t>
      </w:r>
      <w:r>
        <w:t>is liye khaliq ne aisa kiya ke maujooda duniya mein insaan ko baqadr-e-zarorat maskan ata kiya, aur maut ke baad ki abadi zindagi mein is ke liye is ki haqeeqi talab ke mutabiq ahsan habitat ka intezaam kiya.</w:t>
      </w:r>
    </w:p>
    <w:p>
      <w:pPr>
        <w:jc w:val="right"/>
      </w:pPr>
      <w:r>
        <w:t>اس لیے خالق نے ایسا کیا کہ موجودہ دنیا میں انسان کو بقدرِ ضرورت مسکن عطا کیا، اور موت کے بعد کی ابدی زندگی میں اس کے لیے اس کی حقیقی طلب کے مطابق احسن ہیبیٹٹ کا انتظام کیا۔</w:t>
      </w:r>
    </w:p>
    <w:p>
      <w:r>
        <w:rPr>
          <w:b/>
        </w:rPr>
        <w:t xml:space="preserve">[11:16] </w:t>
      </w:r>
      <w:r>
        <w:t>isi ahsan habitat ka naam jannat yaani paradise hai. yahi matlab hai ahkam ul hakimeen yaani the best of the judges ka yaani aala insaaf ka taqaza tha ke insaan ko is ki takhleeq ke mutabiq ek ahsan habitat diya jaye.</w:t>
      </w:r>
    </w:p>
    <w:p>
      <w:pPr>
        <w:jc w:val="right"/>
      </w:pPr>
      <w:r>
        <w:t>اسی احسن ہیبیٹٹ کا نام جنت یعنی پیراڈائز ہے۔ یہی مطلب ہے احکم الحاکمین یعنی دا بیسٹ آف دا ججز کا یعنی اعلیٰ انصاف کا تقاضا تھا کہ انسان کو اس کی تخلیق کے مطابق ایک احسن ہیبیٹٹ دیا جائے۔</w:t>
      </w:r>
    </w:p>
    <w:p>
      <w:r>
        <w:rPr>
          <w:b/>
        </w:rPr>
        <w:t xml:space="preserve">[11:35] </w:t>
      </w:r>
      <w:r>
        <w:t>is liye khaliq ne insaan ke liye jannat ko is ka habitat banaya.</w:t>
      </w:r>
    </w:p>
    <w:p>
      <w:pPr>
        <w:jc w:val="right"/>
      </w:pPr>
      <w:r>
        <w:t>اس لیے خالق نے انسان کے لیے جنت کو اس کا ہیبیٹٹ بنایا۔</w:t>
      </w:r>
    </w:p>
    <w:p>
      <w:r>
        <w:rPr>
          <w:b/>
        </w:rPr>
        <w:t xml:space="preserve">[11:44] </w:t>
      </w:r>
      <w:r>
        <w:t>ijtimai sabr. ek hadith-e-rasool in alfaaz mein aayi hai: "al momin allazi yukhalit ul nas wa yasbir ala azaahim aazam ajr min al momin allazi la yukhalit ul nas wa la yasbir ala azaahim" ibn majah.</w:t>
      </w:r>
    </w:p>
    <w:p>
      <w:pPr>
        <w:jc w:val="right"/>
      </w:pPr>
      <w:r>
        <w:t>اجتماعی صبر۔ ایک حدیثِ رسول ان الفاظ میں آئی ہے: "المؤمن الذی یخالط الناس ویصبر علی اذاہم اعظم اجرا من المؤمن الذی لا یخالط الناس ولا یصبر علی اذاہم" ابن ماجہ۔</w:t>
      </w:r>
    </w:p>
    <w:p>
      <w:r>
        <w:rPr>
          <w:b/>
        </w:rPr>
        <w:t xml:space="preserve">[12:06] </w:t>
      </w:r>
      <w:r>
        <w:t>yani woh momin jo logon ke darmiyan rehta hai aur un ki azeyaton par sabr karta hai, woh zyada ajr paata hai us momin se jo logon ke darmiyan nahi rehta aur logon ki azeyaton par sabr nahi karta.</w:t>
      </w:r>
    </w:p>
    <w:p>
      <w:pPr>
        <w:jc w:val="right"/>
      </w:pPr>
      <w:r>
        <w:t>یعنی وہ مومن جو لوگوں کے درمیان رہتا ہے اور ان کی اذیتوں پر صبر کرتا ہے، وہ زیادہ اجر پاتا ہے اس مومن سے جو لوگوں کے درمیان نہیں رہتا اور لوگوں کی اذیتوں پر صبر نہیں کرتا۔</w:t>
      </w:r>
    </w:p>
    <w:p>
      <w:r>
        <w:rPr>
          <w:b/>
        </w:rPr>
        <w:t xml:space="preserve">[12:24] </w:t>
      </w:r>
      <w:r>
        <w:t>is hadith mein infradi zindagi aur ijtimai zindagi ke farq ko bataya gaya hai. ek momin woh hai jo namaz roza jaise zaati aamal karta hai,</w:t>
      </w:r>
    </w:p>
    <w:p>
      <w:pPr>
        <w:jc w:val="right"/>
      </w:pPr>
      <w:r>
        <w:t>اس حدیث میں انفرادی زندگی اور اجتماعی زندگی کے فرق کو بتایا گیا ہے۔ ایک مومن وہ ہے جو نماز روزہ جیسے ذاتی اعمال کرتا ہے،</w:t>
      </w:r>
    </w:p>
    <w:p>
      <w:r>
        <w:rPr>
          <w:b/>
        </w:rPr>
        <w:t xml:space="preserve">[12:37] </w:t>
      </w:r>
      <w:r>
        <w:t>lekin ijtimai zindagi mein jab tak woh logon ke sath shamil na ho to us ko aise waqeyat pesh nahi ayenge jo ijtimai zindagi mein kisi ko pesh aate hain.</w:t>
      </w:r>
    </w:p>
    <w:p>
      <w:pPr>
        <w:jc w:val="right"/>
      </w:pPr>
      <w:r>
        <w:t>لیکن اجتماعی زندگی میں جب تک وہ لوگوں کے ساتھ شامل نہ ہو تو اس کو ایسے واقعات پیش نہیں آئیں گے جو اجتماعی زندگی میں کسی کو پیش آتے ہیں۔</w:t>
      </w:r>
    </w:p>
    <w:p>
      <w:r>
        <w:rPr>
          <w:b/>
        </w:rPr>
        <w:t xml:space="preserve">[12:52] </w:t>
      </w:r>
      <w:r>
        <w:t>mislan is ki ana yani ego par zarb lagna, us ko kisi se aisi baat sunne ka tajurba hona jo us ko offend karne wala ho.</w:t>
      </w:r>
    </w:p>
    <w:p>
      <w:pPr>
        <w:jc w:val="right"/>
      </w:pPr>
      <w:r>
        <w:t>مثلاً اس کی انا یعنی ایگو پر ضرب لگنا، اس کو کسی سے ایسی بات سننے کا تجربہ ہونا جو اس کو افینڈ کرنے والا ہو۔</w:t>
      </w:r>
    </w:p>
    <w:p>
      <w:r>
        <w:rPr>
          <w:b/>
        </w:rPr>
        <w:t xml:space="preserve">[13:02] </w:t>
      </w:r>
      <w:r>
        <w:t>us ko kabhi aisa sabqa pesh nahi ayega jab us ko yeh mehsoos ho ke us ki khidmat ka etraf nahi kiya gaya.</w:t>
      </w:r>
    </w:p>
    <w:p>
      <w:pPr>
        <w:jc w:val="right"/>
      </w:pPr>
      <w:r>
        <w:t>اس کو کبھی ایسا سابقہ پیش نہیں آئے گا جب اس کو یہ محسوس ہو کہ اس کی خدمات کا اعتراف نہیں کیا گیا۔</w:t>
      </w:r>
    </w:p>
    <w:p>
      <w:r>
        <w:rPr>
          <w:b/>
        </w:rPr>
        <w:t xml:space="preserve">[13:12] </w:t>
      </w:r>
      <w:r>
        <w:t>is liye us ko logon ki taraf se kisi azeeyat ka tajurba pesh nahi ayega. woh ek mo'tadil zindagi guzarega.</w:t>
      </w:r>
    </w:p>
    <w:p>
      <w:pPr>
        <w:jc w:val="right"/>
      </w:pPr>
      <w:r>
        <w:t>اس لیے اس کو لوگوں کی طرف سے کسی اذیت کا تجربہ پیش نہیں آئے گا۔ وہ ایک معتدل زندگی گزارے گا۔</w:t>
      </w:r>
    </w:p>
    <w:p>
      <w:r>
        <w:rPr>
          <w:b/>
        </w:rPr>
        <w:t xml:space="preserve">[13:21] </w:t>
      </w:r>
      <w:r>
        <w:t>us ko kabhi kisi se shikayat na hogi. magar is qism ki zindagi ka darja Allah ke haan kam hai. is ke bar aks mamla us momin ka hai jo logon ke sath mil kar kaam karta hai.</w:t>
      </w:r>
    </w:p>
    <w:p>
      <w:pPr>
        <w:jc w:val="right"/>
      </w:pPr>
      <w:r>
        <w:t>اس کو کبھی کسی سے شکایت نہ ہوگی۔ مگر اس قسم کی زندگی کا درجہ اللہ کے ہاں کم ہے۔ اس کے برعکس معاملہ اس مومن کا ہے جو لوگوں کے ساتھ مل کر کام کرتا ہے۔</w:t>
      </w:r>
    </w:p>
    <w:p>
      <w:r>
        <w:rPr>
          <w:b/>
        </w:rPr>
        <w:t xml:space="preserve">[13:37] </w:t>
      </w:r>
      <w:r>
        <w:t>us ke sath fitri taur par aisa hoga ke kabhi us ko mehsoos hoga ke mujh ko nazar andaaz kiya ja raha hai.</w:t>
      </w:r>
    </w:p>
    <w:p>
      <w:pPr>
        <w:jc w:val="right"/>
      </w:pPr>
      <w:r>
        <w:t>اس کے ساتھ فطری طور پر ایسا ہوگا کہ کبھی اس کو محسوس ہوگا کہ مجھ کو نظر انداز کیا جا رہا ہے۔</w:t>
      </w:r>
    </w:p>
    <w:p>
      <w:r>
        <w:rPr>
          <w:b/>
        </w:rPr>
        <w:t xml:space="preserve">[13:46] </w:t>
      </w:r>
      <w:r>
        <w:t>kabhi us ko mehsoos hoga ke us ki khidmat ka etraf nahi kiya ja raha hai. kabhi woh kisi ki baat par offend ho jayega.</w:t>
      </w:r>
    </w:p>
    <w:p>
      <w:pPr>
        <w:jc w:val="right"/>
      </w:pPr>
      <w:r>
        <w:t>کبھی اس کو محسوس ہوگا کہ اس کی خدمات کا اعتراف نہیں کیا جا رہا ہے۔ کبھی وہ کسی کی بات پر افینڈ ہو جائے گا۔</w:t>
      </w:r>
    </w:p>
    <w:p>
      <w:r>
        <w:rPr>
          <w:b/>
        </w:rPr>
        <w:t xml:space="preserve">[13:56] </w:t>
      </w:r>
      <w:r>
        <w:t>kabhi koi aisa waqeya pesh ayega jo us ko apni izzat-e-nafs ke aitbar se bazahir na qabil-e-bardasht mehsoos hoga.</w:t>
      </w:r>
    </w:p>
    <w:p>
      <w:pPr>
        <w:jc w:val="right"/>
      </w:pPr>
      <w:r>
        <w:t>کبھی کوئی ایسا واقعہ پیش آئے گا جو اس کو اپنی عزت نفس کے اعتبار سے بظاہر ناقابلِ برداشت محسوس ہوگا۔</w:t>
      </w:r>
    </w:p>
    <w:p>
      <w:r>
        <w:rPr>
          <w:b/>
        </w:rPr>
        <w:t xml:space="preserve">[14:06] </w:t>
      </w:r>
      <w:r>
        <w:t>kabhi us ko kisi se ana ka masla yani ego clash pesh aa jayega waghera. is ke bawajood woh Allah ki khatir aala imani rawish par qaim rahega.</w:t>
      </w:r>
    </w:p>
    <w:p>
      <w:pPr>
        <w:jc w:val="right"/>
      </w:pPr>
      <w:r>
        <w:t>کبھی اس کو کسی سے انا کا مسئلہ یعنی ایگو کلیش پیش آ جائے گا وغیرہ۔ اس کے باوجود وہ اللہ کی خاطر اعلیٰ ایمانی روش پر قائم رہے گا۔</w:t>
      </w:r>
    </w:p>
    <w:p>
      <w:r>
        <w:rPr>
          <w:b/>
        </w:rPr>
        <w:t xml:space="preserve">[14:20] </w:t>
      </w:r>
      <w:r>
        <w:t>goya ke woh azeyaton ke bawajood ek be shikayat yani complaint free insan bana rahega. in dono qism ke insano mein se doosre insan ka darja Allah ke haan bohat bada hai,</w:t>
      </w:r>
    </w:p>
    <w:p>
      <w:pPr>
        <w:jc w:val="right"/>
      </w:pPr>
      <w:r>
        <w:t>گویا کہ وہ اذیتوں کے باوجود ایک بے شکایت یعنی کمپلینٹ فری انسان بنا رہے گا۔ ان دونوں قسم کے انسانوں میں سے دوسرے انسان کا درجہ اللہ کے ہاں بہت بڑا ہے،</w:t>
      </w:r>
    </w:p>
    <w:p>
      <w:r>
        <w:rPr>
          <w:b/>
        </w:rPr>
        <w:t xml:space="preserve">[14:36] </w:t>
      </w:r>
      <w:r>
        <w:t>kyun ke woh logon ki taraf se pesh aane wali azeeyat ke bawajood normal tareeqe se iman o islam par qaim raha.</w:t>
      </w:r>
    </w:p>
    <w:p>
      <w:pPr>
        <w:jc w:val="right"/>
      </w:pPr>
      <w:r>
        <w:t>کیونکہ وہ لوگوں کی طرف سے پیش آنے والی اذیت کے باوجود نارمل طریقے سے ایمان و اسلام پر قائم رہا۔</w:t>
      </w:r>
    </w:p>
    <w:p>
      <w:r>
        <w:rPr>
          <w:b/>
        </w:rPr>
        <w:t xml:space="preserve">[14:47] </w:t>
      </w:r>
      <w:r>
        <w:t>doosron ki taraf se azeeyat pesh aane ke bawajood a'tadal par qaim rehna saada baat nahi. aisa insan banne ke liye zaroori hai ke woh iman o islam ke aitbar se ek tayyar zehn yani prepared mind ho.</w:t>
      </w:r>
    </w:p>
    <w:p>
      <w:pPr>
        <w:jc w:val="right"/>
      </w:pPr>
      <w:r>
        <w:t>دوسروں کی طرف سے اذیت پیش آنے کے باوجود اعتدال پر قائم رہنا سادہ بات نہیں۔ ایسا انسان بننے کے لیے ضروری ہے کہ وہ ایمان و اسلام کے اعتبار سے ایک تیار ذہن یعنی پریپیرڈ مائنڈ ہو۔</w:t>
      </w:r>
    </w:p>
    <w:p>
      <w:r>
        <w:rPr>
          <w:b/>
        </w:rPr>
        <w:t xml:space="preserve">[15:05] </w:t>
      </w:r>
      <w:r>
        <w:t>woh sho'ri taur par is haqeeqat ko jaanta ho ke ijtimai zindagi mein lazman khilaf-e-mizaj baatein pesh aati hain.</w:t>
      </w:r>
    </w:p>
    <w:p>
      <w:pPr>
        <w:jc w:val="right"/>
      </w:pPr>
      <w:r>
        <w:t>وہ شعوری طور پر اس حقیقت کو جانتا ہو کہ اجتماعی زندگی میں لازماً خلافِ مزاج باتیں پیش آتی ہیں۔</w:t>
      </w:r>
    </w:p>
    <w:p>
      <w:r>
        <w:rPr>
          <w:b/>
        </w:rPr>
        <w:t xml:space="preserve">[15:17] </w:t>
      </w:r>
      <w:r>
        <w:t>magar apne iman ki hifazat ke liye yeh zaroori hai ke aadmi mukammal taur par be shikayat insan ban jaye.</w:t>
      </w:r>
    </w:p>
    <w:p>
      <w:pPr>
        <w:jc w:val="right"/>
      </w:pPr>
      <w:r>
        <w:t>مگر اپنے ایمان کی حفاظت کے لیے یہ ضروری ہے کہ آدمی مکمل طور پر بے شکایت انسان بن جائے۔</w:t>
      </w:r>
    </w:p>
    <w:p>
      <w:r>
        <w:rPr>
          <w:b/>
        </w:rPr>
        <w:t xml:space="preserve">[15:26] </w:t>
      </w:r>
      <w:r>
        <w:t>yeh aala insan woh hai jo art of management ko jaanta hai, jo yeh jaanta hai ke kis tarah ghair mo'tadil waqey ko manage kar ke mo'tadil waqeya banaya jaye.</w:t>
      </w:r>
    </w:p>
    <w:p>
      <w:pPr>
        <w:jc w:val="right"/>
      </w:pPr>
      <w:r>
        <w:t>یہ اعلیٰ انسان وہ ہے جو آرٹ آف مینجمنٹ کو جانتا ہے، جو یہ جانتا ہے کہ کس طرح غیر معتدل واقعے کو مینج کر کے معتدل واقعہ بنایا جائے۔</w:t>
      </w:r>
    </w:p>
    <w:p>
      <w:r>
        <w:rPr>
          <w:b/>
        </w:rPr>
        <w:t xml:space="preserve">[15:40] </w:t>
      </w:r>
      <w:r>
        <w:t>jo yeh jaanta hai ke kis tarah manfi tajurba ko musbat tajurba mein convert kiya jaye. jo is raaz se waqif hai ke bohat si baatein aisi hoti hain jo sirf is liye hoti hain ke un ke pesh aane par aadmi foran hi un ko bhula de.</w:t>
      </w:r>
    </w:p>
    <w:p>
      <w:pPr>
        <w:jc w:val="right"/>
      </w:pPr>
      <w:r>
        <w:t>جو یہ جانتا ہے کہ کس طرح منفی تجربے کو مثبت تجربے میں کنورٹ کیا جائے۔ جو اس راز سے واقف ہے کہ بہت سی باتیں ایسی ہوتی ہیں جو صرف اس لیے ہوتی ہیں کہ ان کے پیش آنے پر آدمی فوراً ہی ان کو بھلا دے۔</w:t>
      </w:r>
    </w:p>
    <w:p>
      <w:r>
        <w:rPr>
          <w:b/>
        </w:rPr>
        <w:t xml:space="preserve">[16:00] </w:t>
      </w:r>
      <w:r>
        <w:t>woh un se koi asar qabool na kare. aisa insan woh hai jo yeh jaane ke imani zindagi mein yeh karna padta hai ke jab koi khilaf-e-mizaj baat pesh aaye to us ko apne upar na liya jaye, balkeh usi waqt us ko Allah ke khane mein daal diya jaye.</w:t>
      </w:r>
    </w:p>
    <w:p>
      <w:pPr>
        <w:jc w:val="right"/>
      </w:pPr>
      <w:r>
        <w:t>وہ ان سے کوئی اثر قبول نہ کرے۔ ایسا انسان وہ ہے جو یہ جانے کہ ایمانی زندگی میں یہ کرنا پڑتا ہے کہ جب کوئی خلافِ مزاج بات پیش آئے تو اس کو اپنے اوپر نہ لیا جائے، بلکہ اسی وقت اس کو اللہ کے خانے میں ڈال دیا جائے۔</w:t>
      </w:r>
    </w:p>
    <w:p>
      <w:r>
        <w:rPr>
          <w:b/>
        </w:rPr>
        <w:t xml:space="preserve">[16:22] </w:t>
      </w:r>
      <w:r>
        <w:t>khilaf-e-mizaj tajurba pesh aane ki soorat mein woh yeh keh sake: "yeh Allah ka mamla hai, yeh mera mamla nahi." jab aap ke sath koi khilaf-e-mizaj baat pesh aaye to us ko manfi maanein yani negative sense mein na lijiyega, balkeh us ko ek mauqa yani opportunity ke taur par dekhiye.</w:t>
      </w:r>
    </w:p>
    <w:p>
      <w:pPr>
        <w:jc w:val="right"/>
      </w:pPr>
      <w:r>
        <w:t>خلافِ مزاج تجربہ پیش آنے کی صورت میں وہ یہ کہہ سکے: "یہ اللہ کا معاملہ ہے، یہ میرا معاملہ نہیں۔" جب آپ کے ساتھ کوئی خلافِ مزاج بات پیش آئے تو اس کو منفی مانیں یعنی نیگیٹیو سینس میں نہ لیجئے، بلکہ اس کو ایک موقع یعنی اپرچونیٹی کے طور پر دیکھیے۔</w:t>
      </w:r>
    </w:p>
    <w:p>
      <w:r>
        <w:rPr>
          <w:b/>
        </w:rPr>
        <w:t xml:space="preserve">[16:46] </w:t>
      </w:r>
      <w:r>
        <w:t>yeh mauqa ke farishton yani kiraman katibeen aap ke record mein likha ke yeh woh insan tha jo Allah ki khatir har haal mein sabr o raza ke usool par qaim raha.</w:t>
      </w:r>
    </w:p>
    <w:p>
      <w:pPr>
        <w:jc w:val="right"/>
      </w:pPr>
      <w:r>
        <w:t>یہ موقع کہ فرشتوں یعنی کرامن کاتبین آپ کے ریکارڈ میں لکھا کہ یہ وہ انسان تھا جو اللہ کی خاطر ہر حال میں صبر و رضا کے اصول پر قائم رہا۔</w:t>
      </w:r>
    </w:p>
    <w:p>
      <w:r>
        <w:rPr>
          <w:b/>
        </w:rPr>
        <w:t xml:space="preserve">[17:00] </w:t>
      </w:r>
      <w:r>
        <w:t>aise insan ko Allah ke haan al nafs al mutmainnah ka darja diya jayega yani aqd-e-nafs se pak insan yani complex free soul ka darja.</w:t>
      </w:r>
    </w:p>
    <w:p>
      <w:pPr>
        <w:jc w:val="right"/>
      </w:pPr>
      <w:r>
        <w:t>ایسے انسان کو اللہ کے ہاں النفس المطمئنہ کا درجہ دیا جائے گا یعنی عقدِ نفسی سے پاک انسان یعنی کمپلیکس فری سول کا درجہ۔</w:t>
      </w:r>
    </w:p>
    <w:p>
      <w:r>
        <w:rPr>
          <w:b/>
        </w:rPr>
        <w:t xml:space="preserve">[17:13] </w:t>
      </w:r>
      <w:r>
        <w:t>yahi woh insan hai ke jab woh akhirat mein pahunchega to us ke liye jannat ke darwaze apne aap khulte chale jayenge, hatta ke koi darwaza us ke liye band na rahega.</w:t>
      </w:r>
    </w:p>
    <w:p>
      <w:pPr>
        <w:jc w:val="right"/>
      </w:pPr>
      <w:r>
        <w:t>یہی وہ انسان ہے کہ جب وہ آخرت میں پہنچے گا تو اس کے لیے جنت کے دروازے اپنے آپ کھلتے چلے جائیں گے، حتیٰ کہ کوئی دروازہ اس کے لیے بند نہ رہے گا۔</w:t>
      </w:r>
    </w:p>
    <w:p>
      <w:r>
        <w:rPr>
          <w:b/>
        </w:rPr>
        <w:t xml:space="preserve">[17:33] </w:t>
      </w:r>
      <w:r>
        <w:t>quran ka maqsad-e-nuzool. madikar muhammad bashir, jinka taluq wanam bari se hai, unhone likha: "kaha jata hai ke quran ka maqsad-e-nuzool yeh hai ke society ke kisi bhi fard par zulm na ho aur koi mazloom dad rasi aur faryad se mehroom na ho."</w:t>
      </w:r>
    </w:p>
    <w:p>
      <w:pPr>
        <w:jc w:val="right"/>
      </w:pPr>
      <w:r>
        <w:t>قرآن کا مقصدِ نزول۔ مدیکار محمد بشیر، جن کا تعلق وانم باڑی سے ہے، انہوں نے لکھا: "کہا جاتا ہے کہ قرآن کا مقصدِ نزول یہ ہے کہ سوسائٹی کے کسی بھی فرد پر ظلم نہ ہو اور کوئی مظلوم داد رسی اور فریاد سے محروم نہ ہو۔</w:t>
      </w:r>
    </w:p>
    <w:p>
      <w:r>
        <w:rPr>
          <w:b/>
        </w:rPr>
        <w:t xml:space="preserve">[17:55] </w:t>
      </w:r>
      <w:r>
        <w:t>koi shakhs bhooka na soye aur maashi aitbaar se musalmanon mein aisa tafaawut na rahe ke ek ki haalat yeh ho ke use apne maal o zar ke anbaar ke hisaab ki fursat na ho aur doosra naane joay ko tarsay.</w:t>
      </w:r>
    </w:p>
    <w:p>
      <w:pPr>
        <w:jc w:val="right"/>
      </w:pPr>
      <w:r>
        <w:t>کوئی شخص بھوکا نہ سوئے اور معاشی اعتبار سے مسلمانوں میں ایسا تفاوت نہ رہے کہ ایک کی حالت یہ ہو کہ اسے اپنے مال و زر کے انبار کے حساب کی فرصت نہ ہو اور دوسرا نانے جوے کو ترسے۔</w:t>
      </w:r>
    </w:p>
    <w:p>
      <w:r>
        <w:rPr>
          <w:b/>
        </w:rPr>
        <w:t xml:space="preserve">[18:13] </w:t>
      </w:r>
      <w:r>
        <w:t>ek ke paas kothiyon aur banglon ki bohatat ho to doosre ko sar chupanay ke liye jhonpdi bhi mayassar na ho. quran kareem ke nazool ka maqsad mukhtasaran yeh hai ke infiradi zindagi mein is ki taleemat par amal ho aur ijtimaai zindagi mein bhi.</w:t>
      </w:r>
    </w:p>
    <w:p>
      <w:pPr>
        <w:jc w:val="right"/>
      </w:pPr>
      <w:r>
        <w:t>ایک کے پاس کوٹھیوں اور بنگلوں کی بہتات ہو تو دوسرے کو سر چھپانے کے لیے جھونپڑی بھی میسر نہ ہو۔" قرآن کریم کے نزول کا مقصد مختصراً یہ ہے کہ انفرادی زندگی میں اس کی تعلیمات پر عمل ہو اور اجتماعی زندگی میں بھی۔</w:t>
      </w:r>
    </w:p>
    <w:p>
      <w:r>
        <w:rPr>
          <w:b/>
        </w:rPr>
        <w:t xml:space="preserve">[18:33] </w:t>
      </w:r>
      <w:r>
        <w:t>aur jab tak is par amal nahin, us waqt tak hamara quran kareem par imaan laanay aur is ki taazeem o takreem karnay ka daawa be jaan hai.</w:t>
      </w:r>
    </w:p>
    <w:p>
      <w:pPr>
        <w:jc w:val="right"/>
      </w:pPr>
      <w:r>
        <w:t>اور جب تک اس پر عمل نہیں، اس وقت تک ہمارا قرآن کریم پر ایمان لانے اور اس کی تعظیم و تکریم کرنے کا دعویٰ بے جان ہے۔</w:t>
      </w:r>
    </w:p>
    <w:p>
      <w:r>
        <w:rPr>
          <w:b/>
        </w:rPr>
        <w:t xml:space="preserve">[18:46] </w:t>
      </w:r>
      <w:r>
        <w:t>raaqim al huroof ke nazdeek quran ka maqsad e nazool kya hai ke sawaal ka jawaab khud quran mein dhoondna chahiye. yeh ek ghair ilmi tareeqa hai ke aadmi khud apne zehn mein ek naqsha banaye aur us ko quran ke oopar chaspana kar de.</w:t>
      </w:r>
    </w:p>
    <w:p>
      <w:pPr>
        <w:jc w:val="right"/>
      </w:pPr>
      <w:r>
        <w:t>راقم الحروف کے نزدیک قرآن کا مقصدِ نزول کیا ہے کے سوال کا جواب خود قرآن میں ڈھونڈنا چاہیے۔ یہ ایک غیر علمی طریقہ ہے کہ آدمی خود اپنے ذہن میں ایک نقشہ بنائے اور اس کو قرآن کے اوپر چسپاں کر دے۔</w:t>
      </w:r>
    </w:p>
    <w:p>
      <w:r>
        <w:rPr>
          <w:b/>
        </w:rPr>
        <w:t xml:space="preserve">[19:04] </w:t>
      </w:r>
      <w:r>
        <w:t>is pehlu se quran ko dekha jaaye to quran mein is ka jawaab un alfaaz mein milta hai: tabarak alladhi nazzal al furqan ala abdihi li yakuna lil alameen nazeera.</w:t>
      </w:r>
    </w:p>
    <w:p>
      <w:pPr>
        <w:jc w:val="right"/>
      </w:pPr>
      <w:r>
        <w:t>اس پہلو سے قرآن کو دیکھا جائے تو قرآن میں اس کا جواب ان الفاظ میں ملتا ہے: "تبارک الذی نزل الفرقان علی عبدہ لیکون للعالمین نذیرا"۔</w:t>
      </w:r>
    </w:p>
    <w:p>
      <w:r>
        <w:rPr>
          <w:b/>
        </w:rPr>
        <w:t xml:space="preserve">[19:20] </w:t>
      </w:r>
      <w:r>
        <w:t>is aayat ke mutabiq quran ke nazool ka maqsad inzaar yaani warning hai yaani yeh ke insaan apni zindagi ko sahi nishaanay par lagaye.</w:t>
      </w:r>
    </w:p>
    <w:p>
      <w:pPr>
        <w:jc w:val="right"/>
      </w:pPr>
      <w:r>
        <w:t>اس آیت کے مطابق قرآن کے نزول کا مقصد انذار یعنی وارننگ ہے یعنی یہ کہ انسان اپنی زندگی کو صحیح نشانے پر لگائے۔</w:t>
      </w:r>
    </w:p>
    <w:p>
      <w:r>
        <w:rPr>
          <w:b/>
        </w:rPr>
        <w:t xml:space="preserve">[19:33] </w:t>
      </w:r>
      <w:r>
        <w:t>yeh sahi nishaanay aakhirat ki taameer hai. yeh nishaanay haqeeqat e waqea ki bunyaad par banta hai. takhleeqi naqshay ke mutabiq maujooda duniya mein insaan ek mehdood muddat tak rehta hai.</w:t>
      </w:r>
    </w:p>
    <w:p>
      <w:pPr>
        <w:jc w:val="right"/>
      </w:pPr>
      <w:r>
        <w:t>یہ صحیح نشانہ آخرت کی تعمیر ہے۔ یہ نشانہ حقیقتِ واقعہ کی بنیاد پر بنتا ہے۔ تخلیقی نقشے کے مطابق موجودہ دنیا میں انسان ایک محدود مدت تک رہتا ہے۔</w:t>
      </w:r>
    </w:p>
    <w:p>
      <w:r>
        <w:rPr>
          <w:b/>
        </w:rPr>
        <w:t xml:space="preserve">[19:48] </w:t>
      </w:r>
      <w:r>
        <w:t>iske baad woh aakhirat ki duniya mein chala jaata hai jo ke us ki abadi qayaam gaah hai. maujooda duniya mein jo masail hain, woh masail nahin hain balkeh woh challenge hain.</w:t>
      </w:r>
    </w:p>
    <w:p>
      <w:pPr>
        <w:jc w:val="right"/>
      </w:pPr>
      <w:r>
        <w:t>اس کے بعد وہ آخرت کی دنیا میں چلا جاتا ہے جو کہ اس کی ابدی قیام گاہ ہے۔ موجودہ دنیا میں جو مسائل ہیں، وہ مسائل نہیں ہیں بلکہ وہ چیلنج ہیں۔</w:t>
      </w:r>
    </w:p>
    <w:p>
      <w:r>
        <w:rPr>
          <w:b/>
        </w:rPr>
        <w:t xml:space="preserve">[20:03] </w:t>
      </w:r>
      <w:r>
        <w:t>yeh challenge is liye hain ke insaan ko mutharrik kiya jaaye. insani zindagi mein masail is liye paish aate hain ke woh is ke liye muharrik yaani incentive ka kaam karen.</w:t>
      </w:r>
    </w:p>
    <w:p>
      <w:pPr>
        <w:jc w:val="right"/>
      </w:pPr>
      <w:r>
        <w:t>یہ چیلنج اس لیے ہیں کہ انسان کو متحرک کیا جائے۔ انسانی زندگی میں مسائل اس لیے پیش آتے ہیں کہ وہ اس کے لیے محرک یعنی انسنٹیو کا کام کریں۔</w:t>
      </w:r>
    </w:p>
    <w:p>
      <w:r>
        <w:rPr>
          <w:b/>
        </w:rPr>
        <w:t xml:space="preserve">[20:17] </w:t>
      </w:r>
      <w:r>
        <w:t>takhleeq ke mutabiq maujooda duniya jud o jahad ke usool par qaaim hai. agar jud o jahad na ho to duniya mein har taraf jamood yaani stagnation ka mahaul qaaim ho jaayega.</w:t>
      </w:r>
    </w:p>
    <w:p>
      <w:pPr>
        <w:jc w:val="right"/>
      </w:pPr>
      <w:r>
        <w:t>تخلیق کے مطابق موجودہ دنیا جدوجہد کے اصول پر قائم ہے۔ اگر جدوجہد نہ ہو تو دنیا میں ہر طرف جمود یعنی سٹیگنیشن کا ماحول قائم ہو جائے گا۔</w:t>
      </w:r>
    </w:p>
    <w:p>
      <w:r>
        <w:rPr>
          <w:b/>
        </w:rPr>
        <w:t xml:space="preserve">[20:37] </w:t>
      </w:r>
      <w:r>
        <w:t>allah se umeed. ek arab aalim nasser abdul ghafoor ne internet par apne ek mazmoon mein likha hai ke salaf ke nazdeek ziyada umeed wali aayat ke maamle mein ikhtilaaf hai.</w:t>
      </w:r>
    </w:p>
    <w:p>
      <w:pPr>
        <w:jc w:val="right"/>
      </w:pPr>
      <w:r>
        <w:t>اللہ سے امید۔ ایک عرب عالم ناصر عبدالغفور نے انٹرنیٹ پر اپنے ایک مضمون میں لکھا ہے کہ سلف کے نزدیک زیادہ امید والی آیت کے معاملے میں اختلاف ہے۔</w:t>
      </w:r>
    </w:p>
    <w:p>
      <w:r>
        <w:rPr>
          <w:b/>
        </w:rPr>
        <w:t xml:space="preserve">[20:53] </w:t>
      </w:r>
      <w:r>
        <w:t>imam suyuti ne pandrah ya solaah qaul zikr kiya hai: ikhtalaf al salaf fi arja aya ala aqwal katheera, minha al imam al suyuti khamsa ash aw sita ash qawlan arja aya fi al quran al kareem, multaqah ahl al tafsir.</w:t>
      </w:r>
    </w:p>
    <w:p>
      <w:pPr>
        <w:jc w:val="right"/>
      </w:pPr>
      <w:r>
        <w:t>امام سیوطی نے پندرہ یا سولہ قول ذکر کیا ہے: "اختلف السلف فی ارجع آیا علی اقوال کثیرہ، منہا الامام السیوطی خمس عشر او ست عشر قولا ارجع آیا فی القرآن الکریم، ملتقہ اہل التفسیر"۔</w:t>
      </w:r>
    </w:p>
    <w:p>
      <w:r>
        <w:rPr>
          <w:b/>
        </w:rPr>
        <w:t xml:space="preserve">[21:16] </w:t>
      </w:r>
      <w:r>
        <w:t>isi tarah ahadees ke zakhire mein bhi aisi hadeesein hain jin ko hadees raja kaha ja sakta hai.</w:t>
      </w:r>
    </w:p>
    <w:p>
      <w:pPr>
        <w:jc w:val="right"/>
      </w:pPr>
      <w:r>
        <w:t>اسی طرح احادیث کے ذخیرے میں بھی ایسی حدیثیں ہیں جن کو حدیث رجا کہا جا سکتا ہے۔</w:t>
      </w:r>
    </w:p>
    <w:p>
      <w:r>
        <w:rPr>
          <w:b/>
        </w:rPr>
        <w:t xml:space="preserve">[21:24] </w:t>
      </w:r>
      <w:r>
        <w:t>inhin mein se aik hadees qudsi hai:</w:t>
      </w:r>
    </w:p>
    <w:p>
      <w:pPr>
        <w:jc w:val="right"/>
      </w:pPr>
      <w:r>
        <w:t>انہی میں سے ایک حدیث قدسی ہے:</w:t>
      </w:r>
    </w:p>
    <w:p>
      <w:r>
        <w:rPr>
          <w:b/>
        </w:rPr>
        <w:t xml:space="preserve">[21:28] </w:t>
      </w:r>
      <w:r>
        <w:t>"al-musnad al-mawḍūʿī al-jāmiʿ lil-kutub al-ʿasharah" mein mu'allif kitab ne bab sa'at rahmat Allah wa maghfiratahu ke tehat mukhtalif kitabon</w:t>
      </w:r>
    </w:p>
    <w:p>
      <w:pPr>
        <w:jc w:val="right"/>
      </w:pPr>
      <w:r>
        <w:t>"المسند الموضوعی الجامع للکتب العشرہ" میں مؤلف کتاب نے باب سعت رحمت اللہ ومغفرتہ کے تحت مختلف کتابوں</w:t>
      </w:r>
    </w:p>
    <w:p>
      <w:r>
        <w:rPr>
          <w:b/>
        </w:rPr>
        <w:t xml:space="preserve">[21:41] </w:t>
      </w:r>
      <w:r>
        <w:t>se is hadees ki 24 riwayatton ko naqal kiya hai.</w:t>
      </w:r>
    </w:p>
    <w:p>
      <w:pPr>
        <w:jc w:val="right"/>
      </w:pPr>
      <w:r>
        <w:t>سے اس حدیث کی 24 روایتوں کو نقل کیا ہے۔</w:t>
      </w:r>
    </w:p>
    <w:p>
      <w:r>
        <w:rPr>
          <w:b/>
        </w:rPr>
        <w:t xml:space="preserve">[21:46] </w:t>
      </w:r>
      <w:r>
        <w:t>in mein se sahih al bukhari ke alfaaz yeh hain: lamma qada al khalq kataba fi kitabihi fa huwa indahu fawq al arshi, inna rahmatī ghalebat ghadabi.</w:t>
      </w:r>
    </w:p>
    <w:p>
      <w:pPr>
        <w:jc w:val="right"/>
      </w:pPr>
      <w:r>
        <w:t>ان میں سے صحیح البخاری کے الفاظ یہ ہیں: "لما قد اللہ الخلق کتب فی کتابہ فھو عندہ فوق العرشی، ان رحمتی غلبت غضبی"۔</w:t>
      </w:r>
    </w:p>
    <w:p>
      <w:r>
        <w:rPr>
          <w:b/>
        </w:rPr>
        <w:t xml:space="preserve">[21:59] </w:t>
      </w:r>
      <w:r>
        <w:t>sahih al bukhari. is hadees mein ghazab aur rehmat ke jo alfaaz aaye hain, us ki sharah mein al husayn ibn muhammad abdullah al taybi ne kaha: wa innaha tanaluhum min ghayri istihqaq, wa anna al ghazaba la yanaluhum illa bi istihqaq.</w:t>
      </w:r>
    </w:p>
    <w:p>
      <w:pPr>
        <w:jc w:val="right"/>
      </w:pPr>
      <w:r>
        <w:t>صحیح البخاری۔ اس حدیث میں غضب اور رحمت کے جو الفاظ آئے ہیں، اس کی شرح میں الحسین ابن محمد عبداللہ الطیبی نے کہا: "وانہا تنالہم من غیر استحقاق، وان الغضب لاینالہم الا باستحقاق"۔</w:t>
      </w:r>
    </w:p>
    <w:p>
      <w:r>
        <w:rPr>
          <w:b/>
        </w:rPr>
        <w:t xml:space="preserve">[22:21] </w:t>
      </w:r>
      <w:r>
        <w:t>umdat al qari sharah sahih al bukhari. yaani allah ki rehmat insaan ko baghair istihqaq ke milti hai aur ghazab sirf un ko milta hai jo is ka mustahiq ho.</w:t>
      </w:r>
    </w:p>
    <w:p>
      <w:pPr>
        <w:jc w:val="right"/>
      </w:pPr>
      <w:r>
        <w:t>عمدۃ القاری شرح صحیح البخاری۔ یعنی اللہ کی رحمت انسان کو بغیر استحقاق کے ملتی ہے اور غضب صرف ان کو ملتا ہے جو اس کا مستحق ہو۔</w:t>
      </w:r>
    </w:p>
    <w:p>
      <w:r>
        <w:rPr>
          <w:b/>
        </w:rPr>
        <w:t xml:space="preserve">[22:35] </w:t>
      </w:r>
      <w:r>
        <w:t>is hadees qudsi mein ahl e imaan ke liye bohat badi umeed ka saamaan hai kyunke jab allah ki rehmat us ke ghazab par ghaalib hai to banda yeh umeed kar sakta hai ke us ko allah ki maghfirat bila istihqaq bhi mil sakti hai.</w:t>
      </w:r>
    </w:p>
    <w:p>
      <w:pPr>
        <w:jc w:val="right"/>
      </w:pPr>
      <w:r>
        <w:t>اس حدیث قدسی میں اہل ایمان کے لیے بہت بڑی امید کا سامان ہے کیونکہ جب اللہ کی رحمت اس کے غضب پر غالب ہے تو بندہ یہ امید کر سکتا ہے کہ اس کو اللہ کی مغفرت بلا استحقاق بھی مل سکتی ہے۔</w:t>
      </w:r>
    </w:p>
    <w:p>
      <w:r>
        <w:rPr>
          <w:b/>
        </w:rPr>
        <w:t xml:space="preserve">[22:53] </w:t>
      </w:r>
      <w:r>
        <w:t>yeh pehlu ek momin ko yeh mauqa deta hai ke woh is hadees qudsi ke hawalay se allah se maghfirat ki aisi dua kare jo allah ki rehmat ko inook karne wali ho.</w:t>
      </w:r>
    </w:p>
    <w:p>
      <w:pPr>
        <w:jc w:val="right"/>
      </w:pPr>
      <w:r>
        <w:t>یہ پہلو ایک مومن کو یہ موقع دیتا ہے کہ وہ اس حدیث قدسی کے حوالے سے اللہ سے مغفرت کی ایسی دعا کرے جو اللہ کی رحمت کو انوک کرنے والی ہو۔</w:t>
      </w:r>
    </w:p>
    <w:p>
      <w:r>
        <w:rPr>
          <w:b/>
        </w:rPr>
        <w:t xml:space="preserve">[23:08] </w:t>
      </w:r>
      <w:r>
        <w:t>ghazab ki had ho sakti hai lekin rehmat ki koi had nahin. koi shakhs allah se ghazab nahin maange ga magar rehmat ek aisi cheez hai jis ko har aadmi allah se maang sakta hai.</w:t>
      </w:r>
    </w:p>
    <w:p>
      <w:pPr>
        <w:jc w:val="right"/>
      </w:pPr>
      <w:r>
        <w:t>غضب کی حد ہو سکتی ہے لیکن رحمت کی کوئی حد نہیں۔ کوئی شخص اللہ سے غضب نہیں مانگے گا مگر رحمت ایک ایسی چیز ہے جس کو ہر آدمی اللہ سے مانگ سکتا ہے۔</w:t>
      </w:r>
    </w:p>
    <w:p>
      <w:r>
        <w:rPr>
          <w:b/>
        </w:rPr>
        <w:t xml:space="preserve">[23:28] </w:t>
      </w:r>
      <w:r>
        <w:t>shakhsiyat insani. quran ki ek aayat woh hai jis ko aayat e amaanat kaha jaata hai. yahan is silsilay ki do aayaton ka tarjuma diya jaata hai: hum ne amaanat ko aasmanon aur zameen aur pahadon ke saamne pesh kiya to unhon ne us ko uthanay se inkaar kiya aur woh us se dar gaye aur insaan ne us ko utha liya.</w:t>
      </w:r>
    </w:p>
    <w:p>
      <w:pPr>
        <w:jc w:val="right"/>
      </w:pPr>
      <w:r>
        <w:t>شخصیت انسانی۔ قرآن کی ایک آیت وہ ہے جس کو آیت امانت کہا جاتا ہے۔ یہاں اس سلسلے کی دو آیتوں کا ترجمہ دیا جاتا ہے: "ہم نے امانت کو آسمانوں اور زمین اور پہاڑوں کے سامنے پیش کیا تو انہوں نے اس کو اٹھانے سے انکار کیا اور وہ اس سے ڈر گئے اور انسان نے اس کو اٹھا لیا۔</w:t>
      </w:r>
    </w:p>
    <w:p>
      <w:r>
        <w:rPr>
          <w:b/>
        </w:rPr>
        <w:t xml:space="preserve">[23:54] </w:t>
      </w:r>
      <w:r>
        <w:t>beshak woh zalim aur jahil tha taakeh allah munafiq mardon aur munafiq auraton ko aur mushrik mardon aur mushrik auraton ko saza de aur momin mardon aur momin auraton ki tauba qubool farmaye aur allah bakhshnay wala, meharban hai. is aayat mein insaan ki khusoosi takhleeq ke maamle ko bataya gaya hai.</w:t>
      </w:r>
    </w:p>
    <w:p>
      <w:pPr>
        <w:jc w:val="right"/>
      </w:pPr>
      <w:r>
        <w:t>بے شک وہ ظالم اور جاہل تھا تاکہ اللہ منافق مردوں اور منافق عورتوں کو اور مشرک مردوں اور مشرک عورتوں کو سزا دے اور مومن مردوں اور مومن عورتوں کی توبہ قبول فرمائے اور اللہ بخشنے والا، مہربان ہے۔" اس آیت میں انسان کی خصوصی تخلیق کے معاملے کو بتایا گیا ہے۔</w:t>
      </w:r>
    </w:p>
    <w:p>
      <w:r>
        <w:rPr>
          <w:b/>
        </w:rPr>
        <w:t xml:space="preserve">[24:20] </w:t>
      </w:r>
      <w:r>
        <w:t>amaanat ka lafzi matlab trust hai. is kainaat mein allah kaamil maanon mein ikhtiyaar rakhta hai. ikhtiyaar mein koi allah ka shareek nahin.</w:t>
      </w:r>
    </w:p>
    <w:p>
      <w:pPr>
        <w:jc w:val="right"/>
      </w:pPr>
      <w:r>
        <w:t>امانت کا لفظی مطلب ٹرسٹ ہے۔ اس کائنات میں اللہ کامل معنوں میں اختیار رکھتا ہے۔ اختیار میں کوئی اللہ کا شریک نہیں۔</w:t>
      </w:r>
    </w:p>
    <w:p>
      <w:r>
        <w:rPr>
          <w:b/>
        </w:rPr>
        <w:t xml:space="preserve">[24:31] </w:t>
      </w:r>
      <w:r>
        <w:t>is ikhtiyaar ka ek bohat chhota hissa insaan ko khusoosi taur par diya gaya hai. insaan ko yeh ikhtiyaar bator haq nahin diya gaya hai balkeh woh insaan ko bator zimmedari diya gaya hai.</w:t>
      </w:r>
    </w:p>
    <w:p>
      <w:pPr>
        <w:jc w:val="right"/>
      </w:pPr>
      <w:r>
        <w:t>اس اختیار کا ایک بہت چھوٹا حصہ انسان کو خصوصی طور پر دیا گیا ہے۔ انسان کو یہ اختیار بطور حق نہیں دیا گیا ہے بلکہ وہ انسان کو بطور ذمہ داری دیا گیا ہے۔</w:t>
      </w:r>
    </w:p>
    <w:p>
      <w:r>
        <w:rPr>
          <w:b/>
        </w:rPr>
        <w:t xml:space="preserve">[24:48] </w:t>
      </w:r>
      <w:r>
        <w:t>insaan se yeh matloob hai ke woh ikhtiyaar ke bawajood apne aap ko be ikhtiyaar bana le. woh khud aaid kardah pabandi yaani self imposed discipline ka namoona bane.</w:t>
      </w:r>
    </w:p>
    <w:p>
      <w:pPr>
        <w:jc w:val="right"/>
      </w:pPr>
      <w:r>
        <w:t>انسان سے یہ مطلوب ہے کہ وہ اختیار کے باوجود اپنے آپ کو بے اختیار بنا لے۔ وہ خود عائد کردہ پابندی یعنی سیلف امپوزڈ ڈسپلن کا نمونہ بنے۔</w:t>
      </w:r>
    </w:p>
    <w:p>
      <w:r>
        <w:rPr>
          <w:b/>
        </w:rPr>
        <w:t xml:space="preserve">[25:02] </w:t>
      </w:r>
      <w:r>
        <w:t>yahi is duniya mein insaan ka test hai aur isi test mein poora utarnay par insaan ke liye jannat muqaddar ki gayi hai.</w:t>
      </w:r>
    </w:p>
    <w:p>
      <w:pPr>
        <w:jc w:val="right"/>
      </w:pPr>
      <w:r>
        <w:t>یہی اس دنیا میں انسان کا ٹیسٹ ہے اور اسی ٹیسٹ میں پورا اترنے پر انسان کے لیے جنت مقدر کی گئی ہے۔</w:t>
      </w:r>
    </w:p>
    <w:p>
      <w:r>
        <w:rPr>
          <w:b/>
        </w:rPr>
        <w:t xml:space="preserve">[25:13] </w:t>
      </w:r>
      <w:r>
        <w:t>Amanat ka yeh muamla ek behad nazuk muamla tha. Isi liye zameen o aasman is ka hamel banne ke liye tayyar nahi hue.</w:t>
      </w:r>
    </w:p>
    <w:p>
      <w:pPr>
        <w:jc w:val="right"/>
      </w:pPr>
      <w:r>
        <w:t>امانت کا یہ معاملہ ایک بے حد نازک معاملہ تھا۔ اسی لیے زمین و آسمان اس کا حامل بننے کے لیے تیار نہیں ہوئے۔</w:t>
      </w:r>
    </w:p>
    <w:p>
      <w:r>
        <w:rPr>
          <w:b/>
        </w:rPr>
        <w:t xml:space="preserve">[25:24] </w:t>
      </w:r>
      <w:r>
        <w:t>Unhon ne zaban e haal se is zimmedari ko uthane se inkar kar diya. Is ke baad yeh zimmedari khalq ki taraf se insaan ko ata hui.</w:t>
      </w:r>
    </w:p>
    <w:p>
      <w:pPr>
        <w:jc w:val="right"/>
      </w:pPr>
      <w:r>
        <w:t>انہوں نے زبان حال سے اس ذمہ داری کو اٹھانے سے انکار کر دیا۔ اس کے بعد یہ ذمہ داری خالق کی طرف سے انسان کو عطا ہوئی۔</w:t>
      </w:r>
    </w:p>
    <w:p>
      <w:r>
        <w:rPr>
          <w:b/>
        </w:rPr>
        <w:t xml:space="preserve">[25:35] </w:t>
      </w:r>
      <w:r>
        <w:t>Tahum yeh ek behad nazuk zimmedari thi kyunke amalan yeh behad mushkil tha ke insaan kamil maanon mein is zimmedari par poora utre.</w:t>
      </w:r>
    </w:p>
    <w:p>
      <w:pPr>
        <w:jc w:val="right"/>
      </w:pPr>
      <w:r>
        <w:t>تاہم یہ ایک بے حد نازک ذمہ داری تھی کیونکہ عملاً یہ بے حد مشکل تھا کہ انسان کامل معنوں میں اس ذمہ داری پر پورا اترے۔</w:t>
      </w:r>
    </w:p>
    <w:p>
      <w:r>
        <w:rPr>
          <w:b/>
        </w:rPr>
        <w:t xml:space="preserve">[25:46] </w:t>
      </w:r>
      <w:r>
        <w:t>Khalq ne is muamle mein riayat ka tareeqa ikhtiyar kiya. Is ne yeh faisla farmaya ke jo insaan tauba ka saboot de us ke sath khalq khususi rehmat ka muamla farmaye ga.</w:t>
      </w:r>
    </w:p>
    <w:p>
      <w:pPr>
        <w:jc w:val="right"/>
      </w:pPr>
      <w:r>
        <w:t>خالق نے اس معاملے میں رعایت کا طریقہ اختیار کیا۔ اس نے یہ فیصلہ فرمایا کہ جو انسان توبہ کا ثبوت دے اس کے ساتھ خالق خصوصی رحمت کا معاملہ فرمائے گا۔</w:t>
      </w:r>
    </w:p>
    <w:p>
      <w:r>
        <w:rPr>
          <w:b/>
        </w:rPr>
        <w:t xml:space="preserve">[26:01] </w:t>
      </w:r>
      <w:r>
        <w:t>Yahi woh haqiqat hai jo ek hadith qudsi mein un alfaaz mein bayan ki gayi hai: "Ana rahmati ghalabat ghadabi".</w:t>
      </w:r>
    </w:p>
    <w:p>
      <w:pPr>
        <w:jc w:val="right"/>
      </w:pPr>
      <w:r>
        <w:t>یہی وہ حقیقت ہے جو ایک حدیث قدسی میں ان الفاظ میں بیان کی گئی ہے: "انا رحمتی غلبت غضبی"۔</w:t>
      </w:r>
    </w:p>
    <w:p>
      <w:r>
        <w:rPr>
          <w:b/>
        </w:rPr>
        <w:t xml:space="preserve">[26:11] </w:t>
      </w:r>
      <w:r>
        <w:t>Sahih Bukhari. Muzakara ayat batati hai ke insaan agar tauba ka saboot de to khalq ke nazdeek woh qabil e maafi qarar paye ga.</w:t>
      </w:r>
    </w:p>
    <w:p>
      <w:pPr>
        <w:jc w:val="right"/>
      </w:pPr>
      <w:r>
        <w:t>صحیح بخاری۔ مذکورہ آیت بتاتی ہے کہ انسان اگر توبہ کا ثبوت دے تو خالق کے نزدیک وہ قابل معافی قرار پائے گا۔</w:t>
      </w:r>
    </w:p>
    <w:p>
      <w:r>
        <w:rPr>
          <w:b/>
        </w:rPr>
        <w:t xml:space="preserve">[26:21] </w:t>
      </w:r>
      <w:r>
        <w:t>Tauba ka lafzi matlab hai lotna yani ghalti ke baad shadeed nadamat ka ehsas hona. Apni ghalti ka nihayat shadeed andaaz mein etiraf karna.</w:t>
      </w:r>
    </w:p>
    <w:p>
      <w:pPr>
        <w:jc w:val="right"/>
      </w:pPr>
      <w:r>
        <w:t>توبہ کا لفظی مطلب ہے لوٹنا یعنی غلطی کے بعد شدید ندامت کا احساس ہونا۔ اپنی غلطی کا نہایت شدید انداز میں اعتراف کرنا۔</w:t>
      </w:r>
    </w:p>
    <w:p>
      <w:r>
        <w:rPr>
          <w:b/>
        </w:rPr>
        <w:t xml:space="preserve">[26:35] </w:t>
      </w:r>
      <w:r>
        <w:t>Ghalti karne ke baad shadeed andaaz mein islaah ka talib banna. Agar insaan ke andar yeh shadeed etiraf paida ho jaye to woh khalq ke samne bande ki taraf se ek qabil e qubool uzr ban jayega.</w:t>
      </w:r>
    </w:p>
    <w:p>
      <w:pPr>
        <w:jc w:val="right"/>
      </w:pPr>
      <w:r>
        <w:t>غلطی کرنے کے بعد شدید انداز میں اصلاح کا طالب بننا۔ اگر انسان کے اندر یہ شدید اعتراف پیدا ہو جائے تو وہ خالق کے سامنے بندے کی طرف سے ایک قابل قبول عذر بن جائے گا۔</w:t>
      </w:r>
    </w:p>
    <w:p>
      <w:r>
        <w:rPr>
          <w:b/>
        </w:rPr>
        <w:t xml:space="preserve">[26:52] </w:t>
      </w:r>
      <w:r>
        <w:t>Khalq apni rehmat ke sath bande ki taraf dobara loot ayega. Yahi matlab hai is baat ka ke Allah ke ghazab ke upar us ki rehmat ghalib hai.</w:t>
      </w:r>
    </w:p>
    <w:p>
      <w:pPr>
        <w:jc w:val="right"/>
      </w:pPr>
      <w:r>
        <w:t>خالق اپنی رحمت کے ساتھ بندے کی طرف دوبارہ لوٹ آئے گا۔ یہی مطلب ہے اس بات کا کہ اللہ کے غضب کے اوپر اس کی رحمت غالب ہے۔</w:t>
      </w:r>
    </w:p>
    <w:p>
      <w:r>
        <w:rPr>
          <w:b/>
        </w:rPr>
        <w:t xml:space="preserve">[27:04] </w:t>
      </w:r>
      <w:r>
        <w:t>Tauba darasal nadamat yani repentance ka doosra naam hai. Ghalti karne ke baad jab insaan ke andar shadeed nadamat paida ho to us ki poori shakhsiyat ke liye ek dhamaka ke hum maani hoti hai.</w:t>
      </w:r>
    </w:p>
    <w:p>
      <w:pPr>
        <w:jc w:val="right"/>
      </w:pPr>
      <w:r>
        <w:t>توبہ دراصل ندامت یعنی ریپینٹنس کا دوسرا نام ہے۔ غلطی کرنے کے بعد جب انسان کے اندر شدید ندامت پیدا ہو تو اس کی پوری شخصیت کے لیے ایک دھماکہ کے ہم معنی ہوتی ہے۔</w:t>
      </w:r>
    </w:p>
    <w:p>
      <w:r>
        <w:rPr>
          <w:b/>
        </w:rPr>
        <w:t xml:space="preserve">[27:20] </w:t>
      </w:r>
      <w:r>
        <w:t>Is ke baad aadmi ka poora wajood hil jata hai. Is ke baad insaan ke andar apni islaah ka jazba himalayi spirit ke sath jaag uthta hai.</w:t>
      </w:r>
    </w:p>
    <w:p>
      <w:pPr>
        <w:jc w:val="right"/>
      </w:pPr>
      <w:r>
        <w:t>اس کے بعد آدمی کا پورا وجود ہل جاتا ہے۔ اس کے بعد انسان کے اندر اپنی اصلاح کا جذبہ ہمالیائی سپرٹ کے ساتھ جاگ اٹھتا ہے۔</w:t>
      </w:r>
    </w:p>
    <w:p>
      <w:r>
        <w:rPr>
          <w:b/>
        </w:rPr>
        <w:t xml:space="preserve">[27:32] </w:t>
      </w:r>
      <w:r>
        <w:t>Is ke baad insaan ke andar ek naya amal yani process jari hota hai jo us ki poori shakhsiyat ko ek nayi shakhsiyat bana deta hai.</w:t>
      </w:r>
    </w:p>
    <w:p>
      <w:pPr>
        <w:jc w:val="right"/>
      </w:pPr>
      <w:r>
        <w:t>اس کے بعد انسان کے اندر ایک نیا عمل یعنی پروسیس جاری ہوتا ہے جو اس کی پوری شخصیت کو ایک نئی شخصیت بنا دیتا ہے۔</w:t>
      </w:r>
    </w:p>
    <w:p>
      <w:r>
        <w:rPr>
          <w:b/>
        </w:rPr>
        <w:t xml:space="preserve">[27:43] </w:t>
      </w:r>
      <w:r>
        <w:t>Is qism ki tauba apne aap mein ek aala darje ka amal hai. Aisi tauba insaan ko pehle se bhi zyada qabil e qadar bana deti hai.</w:t>
      </w:r>
    </w:p>
    <w:p>
      <w:pPr>
        <w:jc w:val="right"/>
      </w:pPr>
      <w:r>
        <w:t>اس قسم کی توبہ اپنے آپ میں ایک اعلیٰ درجے کا عمل ہے۔ ایسی توبہ انسان کو پہلے سے بھی زیادہ قابل قدر بنا دیتی ہے۔</w:t>
      </w:r>
    </w:p>
    <w:p>
      <w:r>
        <w:rPr>
          <w:b/>
        </w:rPr>
        <w:t xml:space="preserve">[27:55] </w:t>
      </w:r>
      <w:r>
        <w:t>Is ke baad insaan ki soch, us ka bolna aur us ka kirdaar sab ek naye rang mein rang jata hai.</w:t>
      </w:r>
    </w:p>
    <w:p>
      <w:pPr>
        <w:jc w:val="right"/>
      </w:pPr>
      <w:r>
        <w:t>اس کے بعد انسان کی سوچ، اس کا بولنا اور اس کا کردار سب ایک نئے رنگ میں رنگ جاتا ہے۔</w:t>
      </w:r>
    </w:p>
    <w:p>
      <w:r>
        <w:rPr>
          <w:b/>
        </w:rPr>
        <w:t xml:space="preserve">[28:04] </w:t>
      </w:r>
      <w:r>
        <w:t>Is ke baad insaan ke andar ek nayi shakhsiyat emerge karti hai. Is ke baad insaan ke zehni irtqa yani intellectual development mein bohat zyada izafa ho jata hai.</w:t>
      </w:r>
    </w:p>
    <w:p>
      <w:pPr>
        <w:jc w:val="right"/>
      </w:pPr>
      <w:r>
        <w:t>اس کے بعد انسان کے اندر ایک نئی شخصیت ایمرج کرتی ہے۔ اس کے بعد انسان کے ذہنی ارتقاء یعنی انٹلیکچول ڈیویلپمنٹ میں بہت زیادہ اضافہ ہو جاتا ہے۔</w:t>
      </w:r>
    </w:p>
    <w:p>
      <w:r>
        <w:rPr>
          <w:b/>
        </w:rPr>
        <w:t xml:space="preserve">[28:19] </w:t>
      </w:r>
      <w:r>
        <w:t>Ab is ka zikr aala zikr ban jata hai. Ab us ki dua aala dua ban jati hai. Ab us ka shukr aala shukr ban jata hai.</w:t>
      </w:r>
    </w:p>
    <w:p>
      <w:pPr>
        <w:jc w:val="right"/>
      </w:pPr>
      <w:r>
        <w:t>اب اس کا ذکر اعلیٰ ذکر بن جاتا ہے۔ اب اس کی دعا اعلیٰ دعا بن جاتی ہے۔ اب اس کا شکر اعلیٰ شکر بن جاتا ہے۔</w:t>
      </w:r>
    </w:p>
    <w:p>
      <w:r>
        <w:rPr>
          <w:b/>
        </w:rPr>
        <w:t xml:space="preserve">[28:30] </w:t>
      </w:r>
      <w:r>
        <w:t>Ab us ke andar ek takhleeqi shakhsiyat yani creative personality jaagti hai. Is qism ki tauba jab kisi insaan ko hasil ho jaye to woh pehle se bhi zyada Rab ul Aalameen ke liye qabil e qubool insaan ban jata hai.</w:t>
      </w:r>
    </w:p>
    <w:p>
      <w:pPr>
        <w:jc w:val="right"/>
      </w:pPr>
      <w:r>
        <w:t>اب اس کے اندر ایک تخلیقی شخصیت یعنی کریٹیو پرسنیلٹی جاگتی ہے۔ اس قسم کی توبہ جب کسی انسان کو حاصل ہو جائے تو وہ پہلے سے بھی زیادہ رب العالمین کے لیے قابل قبول انسان بن جاتا ہے۔</w:t>
      </w:r>
    </w:p>
    <w:p>
      <w:r>
        <w:rPr>
          <w:b/>
        </w:rPr>
        <w:t xml:space="preserve">[28:51] </w:t>
      </w:r>
      <w:r>
        <w:t>Islami hukumat. Maujooda zamane mein Islami hukumat ka tasawwur Quran o Sunnat ki taleem ki buniyad par nahi paida hua balkey woh isi cheez ka ek zahira hai jis ko Quran mein mudahat kaha gaya hai.</w:t>
      </w:r>
    </w:p>
    <w:p>
      <w:pPr>
        <w:jc w:val="right"/>
      </w:pPr>
      <w:r>
        <w:t>اسلامی حکومت۔ موجودہ زمانے میں اسلامی حکومت کا تصور قرآن و سنت کی تعلیم کی بنیاد پر نہیں پیدا ہوا بلکہ وہ اسی چیز کا ایک ظاہرہ ہے جس کو قرآن میں مضاحات کہا گیا ہے۔</w:t>
      </w:r>
    </w:p>
    <w:p>
      <w:r>
        <w:rPr>
          <w:b/>
        </w:rPr>
        <w:t xml:space="preserve">[29:08] </w:t>
      </w:r>
      <w:r>
        <w:t>Yani kharji mahol ke asar se Islam ki tashreeh o taabeer is tarah karna ke woh kharji mayar ke mutabiq nazar aaye.</w:t>
      </w:r>
    </w:p>
    <w:p>
      <w:pPr>
        <w:jc w:val="right"/>
      </w:pPr>
      <w:r>
        <w:t>یعنی خارجی ماحول کے اثر سے اسلام کی تشریح و تعبیر اس طرح کرنا کہ وہ خارجی معیار کے مطابق نظر آئے۔</w:t>
      </w:r>
    </w:p>
    <w:p>
      <w:r>
        <w:rPr>
          <w:b/>
        </w:rPr>
        <w:t xml:space="preserve">[29:18] </w:t>
      </w:r>
      <w:r>
        <w:t>Qadeem zamane mein hukumat shakhsi hukumat ke hum maani hua karti thi. Is tasawwur hukumat ka izhar khandani badshahat yani dynasty ki soorat mein hua.</w:t>
      </w:r>
    </w:p>
    <w:p>
      <w:pPr>
        <w:jc w:val="right"/>
      </w:pPr>
      <w:r>
        <w:t>قدیم زمانے میں حکومت شخصی حکومت کے ہم معنی ہوا کرتی تھی۔ اس تصور حکومت کا اظہار خاندانی بادشاہت یعنی ڈائنسٹی کی صورت میں ہوا۔</w:t>
      </w:r>
    </w:p>
    <w:p>
      <w:r>
        <w:rPr>
          <w:b/>
        </w:rPr>
        <w:t xml:space="preserve">[29:30] </w:t>
      </w:r>
      <w:r>
        <w:t>Maujooda zamane mein socialism aur democracy ke asar se nazriyati hukumat ka tasawwur paida hua. Pehle yeh tha ke ek shakhs badshah ki nasal se taluq rakhne ki bana par badshahat ka daweydar hua karta tha.</w:t>
      </w:r>
    </w:p>
    <w:p>
      <w:pPr>
        <w:jc w:val="right"/>
      </w:pPr>
      <w:r>
        <w:t>موجودہ زمانے میں سوشلزم اور ڈیموکریسی کے اثر سے نظریاتی حکومت کا تصور پیدا ہوا۔ پہلے یہ تھا کہ ایک شخص بادشاہ کی نسل سے تعلق رکھنے کی بنا پر بادشاہت کا دعویدار ہوا کرتا تھا۔</w:t>
      </w:r>
    </w:p>
    <w:p>
      <w:r>
        <w:rPr>
          <w:b/>
        </w:rPr>
        <w:t xml:space="preserve">[29:48] </w:t>
      </w:r>
      <w:r>
        <w:t>Ab yeh hua ke olul azm logon ne political ideology ke zariye hukumat ke liye ladai karne lagay. Is ke nateejay mein mukhtalif qism ki political ideology wajood mein aayi.</w:t>
      </w:r>
    </w:p>
    <w:p>
      <w:pPr>
        <w:jc w:val="right"/>
      </w:pPr>
      <w:r>
        <w:t>اب یہ ہوا کہ اول العزم لوگوں نے پولیٹیکل آئیڈیالوجی کے ذریعے حکومت کے لیے لڑائی کرنے لگے۔ اس کے نتیجے میں مختلف قسم کی پولیٹیکل آئیڈیالوجی وجود میں آئی۔</w:t>
      </w:r>
    </w:p>
    <w:p>
      <w:r>
        <w:rPr>
          <w:b/>
        </w:rPr>
        <w:t xml:space="preserve">[30:02] </w:t>
      </w:r>
      <w:r>
        <w:t>Nazriyati hukumat ka yeh tasawwur maujooda zamane mein logon ko zyada aham maloom hone laga. Is ke asar se Muslim mufakireen ne bhi Islam ko inhi istilaahaat ki shakal mein bayan karna shuru kiya.</w:t>
      </w:r>
    </w:p>
    <w:p>
      <w:pPr>
        <w:jc w:val="right"/>
      </w:pPr>
      <w:r>
        <w:t>نظریاتی حکومت کا یہ تصور موجودہ زمانے میں لوگوں کو زیادہ اہم معلوم ہونے لگا۔ اس کے اثر سے مسلم مفکرین نے بھی اسلام کو انہی اصطلاحات کی شکل میں بیان کرنا شروع کیا۔</w:t>
      </w:r>
    </w:p>
    <w:p>
      <w:r>
        <w:rPr>
          <w:b/>
        </w:rPr>
        <w:t xml:space="preserve">[30:18] </w:t>
      </w:r>
      <w:r>
        <w:t>Unhon ne yeh sabit karne ki koshish ki ke Islam ek mukammal siyasi nizam hai aur Islam ka nizam hukumat sab se behtar nizam hukumat hai.</w:t>
      </w:r>
    </w:p>
    <w:p>
      <w:pPr>
        <w:jc w:val="right"/>
      </w:pPr>
      <w:r>
        <w:t>انہوں نے یہ ثابت کرنے کی کوشش کی کہ اسلام ایک مکمل سیاسی نظام ہے اور اسلام کا نظام حکومت سب سے بہتر نظام حکومت ہے۔</w:t>
      </w:r>
    </w:p>
    <w:p>
      <w:r>
        <w:rPr>
          <w:b/>
        </w:rPr>
        <w:t xml:space="preserve">[30:30] </w:t>
      </w:r>
      <w:r>
        <w:t>Is liye ahle Islam ko yeh haq hai ke woh Islam ke numainde ki hesiyat se is dunya mein Islam ki hukumat qaim karen.</w:t>
      </w:r>
    </w:p>
    <w:p>
      <w:pPr>
        <w:jc w:val="right"/>
      </w:pPr>
      <w:r>
        <w:t>اس لیے اہل اسلام کو یہ حق ہے کہ وہ اسلام کے نمائندے کی حیثیت سے اس دنیا میں اسلام کی حکومت قائم کریں۔</w:t>
      </w:r>
    </w:p>
    <w:p>
      <w:r>
        <w:rPr>
          <w:b/>
        </w:rPr>
        <w:t xml:space="preserve">[30:40] </w:t>
      </w:r>
      <w:r>
        <w:t>yeh nazariya quran ke naam par pesh kiya gaya magar apni haqeeqat ke aitbaar se woh mazahāt yani imitation tha.</w:t>
      </w:r>
    </w:p>
    <w:p>
      <w:pPr>
        <w:jc w:val="right"/>
      </w:pPr>
      <w:r>
        <w:t>یہ نظریہ قرآن کے نام پر پیش کیا گیا مگر اپنی حقیقت کے اعتبار سے وہ مضاحات یعنی ایمیٹیشن تھا۔</w:t>
      </w:r>
    </w:p>
    <w:p>
      <w:r>
        <w:rPr>
          <w:b/>
        </w:rPr>
        <w:t xml:space="preserve">[30:50] </w:t>
      </w:r>
      <w:r>
        <w:t>haqeeqat yeh hai ke islami hukumat ka tasawwur ek mubtadiyana tasawwur yani invented concept hai. quran mein koi bhi ayat is mazmoon ki nahi hai ke "aqim dawlat al-islam".</w:t>
      </w:r>
    </w:p>
    <w:p>
      <w:pPr>
        <w:jc w:val="right"/>
      </w:pPr>
      <w:r>
        <w:t>حقیقت یہ ہے کہ اسلامی حکومت کا تصور ایک مبتدیانہ تصور یعنی انویٹڈ کانسیپٹ ہے۔ قرآن میں کوئی بھی آیت اس مضمون کی نہیں ہے کہ "اقم دولت الاسلام"۔</w:t>
      </w:r>
    </w:p>
    <w:p>
      <w:r>
        <w:rPr>
          <w:b/>
        </w:rPr>
        <w:t xml:space="preserve">[31:04] </w:t>
      </w:r>
      <w:r>
        <w:t>islami hukumat qaim karo ya "nuffiz al-shariat al-islamia" yani islami shariat naafiz karo. yahi haal ahadees ke poore zakhire ka hai.</w:t>
      </w:r>
    </w:p>
    <w:p>
      <w:pPr>
        <w:jc w:val="right"/>
      </w:pPr>
      <w:r>
        <w:t>اسلامی حکومت قائم کرو یا "نفذ الشریعت الاسلامیہ" یعنی اسلامی شریعت نافذ کرو۔ یہی حال احادیث کے پورے ذخیرے کا ہے۔</w:t>
      </w:r>
    </w:p>
    <w:p>
      <w:r>
        <w:rPr>
          <w:b/>
        </w:rPr>
        <w:t xml:space="preserve">[31:16] </w:t>
      </w:r>
      <w:r>
        <w:t>poore zakhira hadees mein koi bhi hadees rasool is mafhoom ki nahi hai ke "ae musalmano</w:t>
      </w:r>
    </w:p>
    <w:p>
      <w:pPr>
        <w:jc w:val="right"/>
      </w:pPr>
      <w:r>
        <w:t>پورے ذخیرہ حدیث میں کوئی بھی حدیث رسول اس مفہوم کی نہیں ہے کہ "اے مسلمانوں</w:t>
      </w:r>
    </w:p>
    <w:p>
      <w:r>
        <w:rPr>
          <w:b/>
        </w:rPr>
        <w:t xml:space="preserve">[31:23] </w:t>
      </w:r>
      <w:r>
        <w:t>!tumhara mission yeh hai ke tum islam ki buniyad par siyasi inqilab lao ya hukumat qaim karo". quran ke mutale se maloom hota hai ke siyasat ke mamle mein islam ka nishana koi makhsoos nizam hukumat qaim karna nahi hai balke siyasat ke mamle mein islam ka asal nishana sirf tamkeen fi al-ard hai.</w:t>
      </w:r>
    </w:p>
    <w:p>
      <w:pPr>
        <w:jc w:val="right"/>
      </w:pPr>
      <w:r>
        <w:t>! تمہارا مشن یہ ہے کہ تم اسلام کی بنیاد پر سیاسی انقلاب لاؤ یا حکومت قائم کرو"۔ قرآن کے مطالعے سے معلوم ہوتا ہے کہ سیاست کے معاملے میں اسلام کا نشانہ کوئی مخصوص نظام حکومت قائم کرنا نہیں ہے بلکہ سیاست کے معاملے میں اسلام کا اصل نشانہ صرف تمکین فی الارض ہے۔</w:t>
      </w:r>
    </w:p>
    <w:p>
      <w:r>
        <w:rPr>
          <w:b/>
        </w:rPr>
        <w:t xml:space="preserve">[31:48] </w:t>
      </w:r>
      <w:r>
        <w:t>tamkeen se murad wahi cheez hai jis ko doosre alfaz mein siyasi istahkam ya political stability kaha jata hai. siyasi nizam form ke aitbaar se jo bhi ho, agar us ke zariye siyasi istahkam qaim ho jaye to ahl-e-islam ke liye woh qabil-e-qubool hoga, khwah bazahir us ki amli soorat jo bhi ho.</w:t>
      </w:r>
    </w:p>
    <w:p>
      <w:pPr>
        <w:jc w:val="right"/>
      </w:pPr>
      <w:r>
        <w:t>تمکین سے مراد وہی چیز ہے جس کو دوسرے الفاظ میں سیاسی استحکام یا پولیٹیکل سٹیبلٹی کہا جاتا ہے۔ سیاسی نظام فارم کے اعتبار سے جو بھی ہو، اگر اس کے ذریعے سیاسی استحکام قائم ہو جائے تو اہل اسلام کے لیے وہ قابل قبول ہوگا، خواہ بظاہر اس کی عملی صورت جو بھی ہو۔</w:t>
      </w:r>
    </w:p>
    <w:p>
      <w:r>
        <w:rPr>
          <w:b/>
        </w:rPr>
        <w:t xml:space="preserve">[32:12] </w:t>
      </w:r>
      <w:r>
        <w:t>siyasat ke bare mein is tasawwur ka ek saboot yeh hai ke rasool Allah ki fawwat ke baad jo nizam hukumat qaim hua, woh form ke aitbaar se koi wahid siyasi form par mabni nizam na tha.</w:t>
      </w:r>
    </w:p>
    <w:p>
      <w:pPr>
        <w:jc w:val="right"/>
      </w:pPr>
      <w:r>
        <w:t>سیاست کے بارے میں اس تصور کا ایک ثبوت یہ ہے کہ رسول اللہ کی وفات کے بعد جو نظام حکومت قائم ہوا، وہ فارم کے اعتبار سے کوئی واحد سیاسی فارم پر مبنی نظام نہ تھا۔</w:t>
      </w:r>
    </w:p>
    <w:p>
      <w:r>
        <w:rPr>
          <w:b/>
        </w:rPr>
        <w:t xml:space="preserve">[32:28] </w:t>
      </w:r>
      <w:r>
        <w:t>khalifa awwal ki taqreer ek mahdood shurai usool ke mutabiq hui. khalifa sani ki taqreer namzadgi yani nomination ke usool par hui.</w:t>
      </w:r>
    </w:p>
    <w:p>
      <w:pPr>
        <w:jc w:val="right"/>
      </w:pPr>
      <w:r>
        <w:t>خلیفہ اول کی تقرری ایک محدود شورائی اصول کے مطابق ہوئی۔ خلیفہ ثانی کی تقرری نامزدگی یعنی نومینیشن کے اصول پر ہوئی۔</w:t>
      </w:r>
    </w:p>
    <w:p>
      <w:r>
        <w:rPr>
          <w:b/>
        </w:rPr>
        <w:t xml:space="preserve">[32:39] </w:t>
      </w:r>
      <w:r>
        <w:t>khalifa salis ki taqreer ek board ke zariye anjam pai. khalifa chahrum ki taqreer kisi mutafiq alaih usool ki buniyad par nahi hui, is liye bohat jald baghavat ki soorat paida ho gayi.</w:t>
      </w:r>
    </w:p>
    <w:p>
      <w:pPr>
        <w:jc w:val="right"/>
      </w:pPr>
      <w:r>
        <w:t>خلیفہ ثالث کی تقرری ایک بورڈ کے ذریعے انجام پائی۔ خلیفہ چہارم کی تقرری کسی متفق علیہ اصول کی بنیاد پر نہیں ہوئی، اس لیے بہت جلد بغاوت کی صورت پیدا ہوگئی۔</w:t>
      </w:r>
    </w:p>
    <w:p>
      <w:r>
        <w:rPr>
          <w:b/>
        </w:rPr>
        <w:t xml:space="preserve">[32:54] </w:t>
      </w:r>
      <w:r>
        <w:t>umar bin abdul aziz ko agar khalifa pancham mana jaye to un ki taqreer waqt ke sultan sulaiman bin abdul malik ki wasiyat ke mutabiq hui, jo boqt-e-fawwat ek lifafe mein band kar di gayi thi.</w:t>
      </w:r>
    </w:p>
    <w:p>
      <w:pPr>
        <w:jc w:val="right"/>
      </w:pPr>
      <w:r>
        <w:t>عمر بن عبدالعزیز کو اگر خلیفہ پنجم مانا جائے تو ان کی تقرری وقت کے سلطان سلیمان بن عبدالملک کی وصیت کے مطابق ہوئی، جو بوقت وفات ایک لفافے میں بند کر دی گئی تھی۔</w:t>
      </w:r>
    </w:p>
    <w:p>
      <w:r>
        <w:rPr>
          <w:b/>
        </w:rPr>
        <w:t xml:space="preserve">[33:09] </w:t>
      </w:r>
      <w:r>
        <w:t>woh daur jis ko khilafat-e-rashida kaha jata hai, woh taqreeban 30 saal qaim raha. is ke baad muslim dunya mein khandani hukumat yani dynasty qaim ho gayi, jo agle hazar saal se ziyada arse tak jaari rahi.</w:t>
      </w:r>
    </w:p>
    <w:p>
      <w:pPr>
        <w:jc w:val="right"/>
      </w:pPr>
      <w:r>
        <w:t>وہ دور جس کو خلافت راشدہ کہا جاتا ہے، وہ تقریباً 30 سال قائم رہا۔ اس کے بعد مسلم دنیا میں خاندانی حکومت یعنی ڈائنسٹی قائم ہوگئی، جو اگلے ہزار سال سے زیادہ عرصے تک جاری رہی۔</w:t>
      </w:r>
    </w:p>
    <w:p>
      <w:r>
        <w:rPr>
          <w:b/>
        </w:rPr>
        <w:t xml:space="preserve">[33:26] </w:t>
      </w:r>
      <w:r>
        <w:t>khandani hukumat ka yeh nizam, jo bilashuba shurai model ke mutabiq na tha, lekin is daur ke tamam ulama ne is khandani nizam ko amlan tasleem kar liya.</w:t>
      </w:r>
    </w:p>
    <w:p>
      <w:pPr>
        <w:jc w:val="right"/>
      </w:pPr>
      <w:r>
        <w:t>خاندانی حکومت کا یہ نظام، جو بلاشبہ شورائی ماڈل کے مطابق نہ تھا، لیکن اس دور کے تمام علماء نے اس خاندانی نظام کو عملاً تسلیم کر لیا۔</w:t>
      </w:r>
    </w:p>
    <w:p>
      <w:r>
        <w:rPr>
          <w:b/>
        </w:rPr>
        <w:t xml:space="preserve">[33:40] </w:t>
      </w:r>
      <w:r>
        <w:t>hata ke tamam ulama ke ittefaq-e-ray se yeh masla ban gaya ke qaim shuda hukumat ke khilaf baghavat karna haram hai, khwah woh kisi ke nazdeek bazahir hukumat fasiqa kyun na ho.</w:t>
      </w:r>
    </w:p>
    <w:p>
      <w:pPr>
        <w:jc w:val="right"/>
      </w:pPr>
      <w:r>
        <w:t>حتیٰ کہ تمام علماء کے اتفاق رائے سے یہ مسئلہ بن گیا کہ قائم شدہ حکومت کے خلاف بغاوت کرنا حرام ہے، خواہ وہ کسی کے نزدیک بظاہر حکومت فاسقہ کیوں نہ ہو۔</w:t>
      </w:r>
    </w:p>
    <w:p>
      <w:r>
        <w:rPr>
          <w:b/>
        </w:rPr>
        <w:t xml:space="preserve">[33:55] </w:t>
      </w:r>
      <w:r>
        <w:t>sahih muslim ke sharah imam nawawi ne apne zamane ke ulama ke muttafiq موقف ko in alfaz mein bayan kiya hai: "wa amma al-khuruj alaihim wa qitaluhum faharamun bi ijma al-muslimeen wa in kano fasqata zalineen" yani aur jahan tak un ke khilaf khuruj ya un se qital ka mamla hai, woh musalmanon ke ijma se haram hai,</w:t>
      </w:r>
    </w:p>
    <w:p>
      <w:pPr>
        <w:jc w:val="right"/>
      </w:pPr>
      <w:r>
        <w:t>صحیح مسلم کے شارح امام النووی نے اپنے زمانے کے علماء کے متفقہ موقف کو ان الفاظ میں بیان کیا ہے: "وَأَمَّا الْخُرُوجُ عَلَيْهِمْ وَقِتَالُهُمْ فَحَرَامٌ بِإِجْمَاعِ الْمُسْلِمِينَ وَإِنْ كَانُوا فَسَقَطَا ظَالِمِينَ" یعنی اور جہاں تک ان کے خلاف خروج یا ان سے قتال کا معاملہ ہے، وہ مسلمانوں کے اجماع سے حرام ہے،</w:t>
      </w:r>
    </w:p>
    <w:p>
      <w:r>
        <w:rPr>
          <w:b/>
        </w:rPr>
        <w:t xml:space="preserve">[34:22] </w:t>
      </w:r>
      <w:r>
        <w:t>khwah bazahir woh fasiq aur zalim kyun na hon. tasleem karne wale is giroh mein sahaba, tabeen aur tabe-tabeen bhi shamil thay.</w:t>
      </w:r>
    </w:p>
    <w:p>
      <w:pPr>
        <w:jc w:val="right"/>
      </w:pPr>
      <w:r>
        <w:t>خواہ بظاہر وہ فاسق اور ظالم کیوں نہ ہوں۔ تسلیم کرنے والے اس گروہ میں صحابہ، تابعین اور تبع تابعین بھی شامل تھے۔</w:t>
      </w:r>
    </w:p>
    <w:p>
      <w:r>
        <w:rPr>
          <w:b/>
        </w:rPr>
        <w:t xml:space="preserve">[34:33] </w:t>
      </w:r>
      <w:r>
        <w:t>is ka sabab yeh hai ke khandani hukumat ka nizam agarche shurai model ke mutabiq na tha, lekin is ke zariye matloob siyasi istahkam hasil ho raha tha.</w:t>
      </w:r>
    </w:p>
    <w:p>
      <w:pPr>
        <w:jc w:val="right"/>
      </w:pPr>
      <w:r>
        <w:t>اس کا سبب یہ ہے کہ خاندانی حکومت کا نظام اگرچہ شورائی ماڈل کے مطابق نہ تھا، لیکن اس کے ذریعے مطلوب سیاسی استحکام حاصل ہو رہا تھا۔</w:t>
      </w:r>
    </w:p>
    <w:p>
      <w:r>
        <w:rPr>
          <w:b/>
        </w:rPr>
        <w:t xml:space="preserve">[34:46] </w:t>
      </w:r>
      <w:r>
        <w:t>is ke zariye aman ki halat qaim ho gayi aur yeh mumkin ho gaya ke is ke tehat har qism ki deeni sargharmiyan jaari rakhi ja saken.</w:t>
      </w:r>
    </w:p>
    <w:p>
      <w:pPr>
        <w:jc w:val="right"/>
      </w:pPr>
      <w:r>
        <w:t>اس کے ذریعے امن کی حالت قائم ہوگئی اور یہ ممکن ہو گیا کہ اس کے تحت ہر قسم کی دینی سرگرمیاں جاری رکھی جا سکیں۔</w:t>
      </w:r>
    </w:p>
    <w:p>
      <w:r>
        <w:rPr>
          <w:b/>
        </w:rPr>
        <w:t xml:space="preserve">[34:57] </w:t>
      </w:r>
      <w:r>
        <w:t>is mamle mein ulama ke is muttafiq alaih maslak ka sabab kya tha? yeh sabab practical wisdom ke usool par qaim tha, yani ziyada badi burai (greater evil) se bachne ke liye choti burai yani lesser evil par razi ho jana.</w:t>
      </w:r>
    </w:p>
    <w:p>
      <w:pPr>
        <w:jc w:val="right"/>
      </w:pPr>
      <w:r>
        <w:t>اس معاملے میں علماء کے اس متفق علیہ مسلک کا سبب کیا تھا؟ یہ سبب پریکٹیکل وزڈم کے اصول پر قائم تھا، یعنی زیادہ بڑی برائی (گریٹر ایول) سے بچنے کے لیے چھوٹی برائی یعنی لیسر ایول پر راضی ہو جانا۔</w:t>
      </w:r>
    </w:p>
    <w:p>
      <w:r>
        <w:rPr>
          <w:b/>
        </w:rPr>
        <w:t xml:space="preserve">[35:15] </w:t>
      </w:r>
      <w:r>
        <w:t>isi haqeeqat ko fuqaha "ahwan al-baliyatain" ki istalah mein bayan karte hain, yani badi musibat se bachne ke liye choti musibat par razi ho jana.</w:t>
      </w:r>
    </w:p>
    <w:p>
      <w:pPr>
        <w:jc w:val="right"/>
      </w:pPr>
      <w:r>
        <w:t>اسی حقیقت کو فقہاء "احون البلیتین" کی اصطلاح میں بیان کرتے ہیں، یعنی بڑی مصیبت سے بچنے کے لیے چھوٹی مصیبت پر راضی ہو جانا۔</w:t>
      </w:r>
    </w:p>
    <w:p>
      <w:r>
        <w:rPr>
          <w:b/>
        </w:rPr>
        <w:t xml:space="preserve">[35:27] </w:t>
      </w:r>
      <w:r>
        <w:t>magar islami hukumat ke mubtadiyana tasawwur ne maujooda zamane mein musalmanon ko itna bada nuksan pohanchaya ke itna bada nuksan islam ki poori tareekh mein shayad kisi nazariye ne nahi pohanchaya.</w:t>
      </w:r>
    </w:p>
    <w:p>
      <w:pPr>
        <w:jc w:val="right"/>
      </w:pPr>
      <w:r>
        <w:t>مگر اسلامی حکومت کے مبتدیانہ تصور نے موجودہ زمانے میں مسلمانوں کو اتنا بڑا نقصان پہنچایا کہ اتنا بڑا نقصان اسلام کی پوری تاریخ میں شاید کسی نظریے نے نہیں پہنچایا۔</w:t>
      </w:r>
    </w:p>
    <w:p>
      <w:r>
        <w:rPr>
          <w:b/>
        </w:rPr>
        <w:t xml:space="preserve">[35:44] </w:t>
      </w:r>
      <w:r>
        <w:t>islami hukumat ke is khud sakhta tasawwur ka yeh nateeja hua ke musalmanon ka deeni nishana badal gaya.</w:t>
      </w:r>
    </w:p>
    <w:p>
      <w:pPr>
        <w:jc w:val="right"/>
      </w:pPr>
      <w:r>
        <w:t>اسلامی حکومت کے اس خود ساختہ تصور کا یہ نتیجہ ہوا کہ مسلمانوں کا دینی نشانہ بدل گیا۔</w:t>
      </w:r>
    </w:p>
    <w:p>
      <w:r>
        <w:rPr>
          <w:b/>
        </w:rPr>
        <w:t xml:space="preserve">[35:52] </w:t>
      </w:r>
      <w:r>
        <w:t>quran o sunnat ke mutabiq ahl-e-islam ka deeni nishana asalān sirf ek tha: tazkiya-e-nafs yani self purification.</w:t>
      </w:r>
    </w:p>
    <w:p>
      <w:pPr>
        <w:jc w:val="right"/>
      </w:pPr>
      <w:r>
        <w:t>قرآن و سنت کے مطابق اہل اسلام کا دینی نشانہ اصلًا صرف ایک تھا: تزکیہ ذات یعنی سیلف پیوریفیکیشن۔</w:t>
      </w:r>
    </w:p>
    <w:p>
      <w:r>
        <w:rPr>
          <w:b/>
        </w:rPr>
        <w:t xml:space="preserve">[36:02] </w:t>
      </w:r>
      <w:r>
        <w:t>lekin is namnihad inqilabi nazariye ne is ke bajaye musalmanon ko yeh nishana de diya ke woh siyasi hukmaranon se larr kar un se iqtidaar ki kunjiyaan chheen len aur phir iqtidaar ke mansab par qabza kar ke apne mafroza nizam ko amlan qaim karen.</w:t>
      </w:r>
    </w:p>
    <w:p>
      <w:pPr>
        <w:jc w:val="right"/>
      </w:pPr>
      <w:r>
        <w:t>لیکن اس نام نہاد انقلابی نظریے نے اس کے بجائے مسلمانوں کو یہ نشانہ دے دیا کہ وہ سیاسی حکمرانوں سے لڑ کر ان سے اقتدار کی کنجیاں چھین لیں اور پھر اقتدار کے منصب پر قبضہ کر کے اپنے مفروضہ نظام کو عملاً قائم کریں۔</w:t>
      </w:r>
    </w:p>
    <w:p>
      <w:r>
        <w:rPr>
          <w:b/>
        </w:rPr>
        <w:t xml:space="preserve">[36:24] </w:t>
      </w:r>
      <w:r>
        <w:t>is ka ma'koos nateeja fitri taur par yeh hua ke iqtidaar ki seat par qabza to na ho saka, albatta mukhtalif qism ki buraiyan muslim muashre mein phail gayeen.</w:t>
      </w:r>
    </w:p>
    <w:p>
      <w:pPr>
        <w:jc w:val="right"/>
      </w:pPr>
      <w:r>
        <w:t>اس کا معقوس نتیجہ فطری طور پر یہ ہوا کہ اقتدار کی سیٹ پر قبضہ تو نہ ہو سکا، البتہ مختلف قسم کی برائیاں مسلم معاشرے میں پھیل گئیں۔</w:t>
      </w:r>
    </w:p>
    <w:p>
      <w:r>
        <w:rPr>
          <w:b/>
        </w:rPr>
        <w:t xml:space="preserve">[36:38] </w:t>
      </w:r>
      <w:r>
        <w:t>misal ke taur par deeni nishane ka badal jana, muslim ummat ka do mutaharib girohon mein taqseem ho jana, islam ki puraman tasweer ke bajaye pur-tashaddud tasweer yani violent image ka ban jana waghera.</w:t>
      </w:r>
    </w:p>
    <w:p>
      <w:pPr>
        <w:jc w:val="right"/>
      </w:pPr>
      <w:r>
        <w:t>مثلاً دینی نشانے کا بدل جانا، مسلم امت کا دو متحارب گروہوں میں تقسیم ہو جانا، اسلام کی پرامن تصویر کے بجائے پرتشدد تصویر یعنی وائلنٹ امیج کا بن جانا وغیرہ۔</w:t>
      </w:r>
    </w:p>
    <w:p>
      <w:r>
        <w:rPr>
          <w:b/>
        </w:rPr>
        <w:t xml:space="preserve">[36:54] </w:t>
      </w:r>
      <w:r>
        <w:t>mazeed yeh ke is naam nahad siyasi tashreeh ko quran se sabit karne ke liye quran ke sanjeeda mutaleay ka mizaj khatam ho gaya.</w:t>
      </w:r>
    </w:p>
    <w:p>
      <w:pPr>
        <w:jc w:val="right"/>
      </w:pPr>
      <w:r>
        <w:t>مزید یہ کہ اس نام نہاد سیاسی تشریح کو قرآن سے ثابت کرنے کے لیے قرآن کے سنجیدہ مطالعے کا مزاج ختم ہو گیا۔</w:t>
      </w:r>
    </w:p>
    <w:p>
      <w:r>
        <w:rPr>
          <w:b/>
        </w:rPr>
        <w:t xml:space="preserve">[37:04] </w:t>
      </w:r>
      <w:r>
        <w:t>ab musalmanon mein bade paimane par ghalat zehan aam ho gaya hai. woh quran ki azadana tafseer ko durust tafseer samajhne lage.</w:t>
      </w:r>
    </w:p>
    <w:p>
      <w:pPr>
        <w:jc w:val="right"/>
      </w:pPr>
      <w:r>
        <w:t>اب مسلمانوں میں بڑے پیمانے پر غلط ذہن عام ہو گیا ہے۔ وہ قرآن کی آزادانہ تفسیر کو درست تفسیر سمجھنے لگے۔</w:t>
      </w:r>
    </w:p>
    <w:p>
      <w:r>
        <w:rPr>
          <w:b/>
        </w:rPr>
        <w:t xml:space="preserve">[37:15] </w:t>
      </w:r>
      <w:r>
        <w:t>quran mein taghoot shaitan ke mani mein istemal hua tha, is ko siyasi leader ke mani mein liya jaane laga.</w:t>
      </w:r>
    </w:p>
    <w:p>
      <w:pPr>
        <w:jc w:val="right"/>
      </w:pPr>
      <w:r>
        <w:t>قرآن میں طاغوت شیطان کے معنی میں استعمال ہوا تھا، اس کو سیاسی لیڈر کے معنی میں لیا جانے لگا۔</w:t>
      </w:r>
    </w:p>
    <w:p>
      <w:r>
        <w:rPr>
          <w:b/>
        </w:rPr>
        <w:t xml:space="preserve">[37:24] </w:t>
      </w:r>
      <w:r>
        <w:t>quran mein hukum ka lafz fawq al-tabi'i iqtadar ya supernatural power ke mani mein istemal hua tha, ab is ko siyasi iqtadar ya political power ke mani mein le liya gaya.</w:t>
      </w:r>
    </w:p>
    <w:p>
      <w:pPr>
        <w:jc w:val="right"/>
      </w:pPr>
      <w:r>
        <w:t>قرآن میں حکم کا لفظ فوق الطبیعی اقتدار یا سپر نیچرل پاور کے معنی میں استعمال ہوا تھا، اب اس کو سیاسی اقتدار یا پولیٹیکل پاور کے معنی میں لے لیا گیا۔</w:t>
      </w:r>
    </w:p>
    <w:p>
      <w:r>
        <w:rPr>
          <w:b/>
        </w:rPr>
        <w:t xml:space="preserve">[37:39] </w:t>
      </w:r>
      <w:r>
        <w:t>quran mein deen ka lafz mazhab ke mani mein istemal hua tha, is ko state ke mani mein le liya gaya waghera.</w:t>
      </w:r>
    </w:p>
    <w:p>
      <w:pPr>
        <w:jc w:val="right"/>
      </w:pPr>
      <w:r>
        <w:t>قرآن میں دین کا لفظ مذہب کے معنی میں استعمال ہوا تھا، اس کو سٹیٹ کے معنی میں لے لیا گیا وغیرہ۔</w:t>
      </w:r>
    </w:p>
    <w:p>
      <w:r>
        <w:rPr>
          <w:b/>
        </w:rPr>
        <w:t xml:space="preserve">[37:50] </w:t>
      </w:r>
      <w:r>
        <w:t>jannat ka samaj. quran mein jannat ko dar al-salam ka naam diya gaya hai, yani aman ka ghar, home of peace.</w:t>
      </w:r>
    </w:p>
    <w:p>
      <w:pPr>
        <w:jc w:val="right"/>
      </w:pPr>
      <w:r>
        <w:t>جنت کا سماج۔ قرآن میں جنت کو دارالسلام کا نام دیا گیا ہے، یعنی امن کا گھر، ہوم آف پیس۔</w:t>
      </w:r>
    </w:p>
    <w:p>
      <w:r>
        <w:rPr>
          <w:b/>
        </w:rPr>
        <w:t xml:space="preserve">[38:00] </w:t>
      </w:r>
      <w:r>
        <w:t>isi tarah quran mein bataya gaya hai ke jannat husn rifaqat ka samaj hoga, yani achhe taluq, good relationship ka samaj.</w:t>
      </w:r>
    </w:p>
    <w:p>
      <w:pPr>
        <w:jc w:val="right"/>
      </w:pPr>
      <w:r>
        <w:t>اسی طرح قرآن میں بتایا گیا ہے کہ جنت حسن رفاقت کا سماج ہوگا، یعنی اچھے تعلق، گڈ ریلیشن شپ کا سماج۔</w:t>
      </w:r>
    </w:p>
    <w:p>
      <w:r>
        <w:rPr>
          <w:b/>
        </w:rPr>
        <w:t xml:space="preserve">[38:11] </w:t>
      </w:r>
      <w:r>
        <w:t>is se maloom hota hai ke jannat mein dakhle ki shart kya hai, woh kaun log hain jo jannat ki mayari duniya mein dakhil kiye jayenge.</w:t>
      </w:r>
    </w:p>
    <w:p>
      <w:pPr>
        <w:jc w:val="right"/>
      </w:pPr>
      <w:r>
        <w:t>اس سے معلوم ہوتا ہے کہ جنت میں داخلے کی شرط کیا ہے، وہ کون لوگ ہیں جو جنت کی معیاری دنیا میں داخل کیے جائیں گے۔</w:t>
      </w:r>
    </w:p>
    <w:p>
      <w:r>
        <w:rPr>
          <w:b/>
        </w:rPr>
        <w:t xml:space="preserve">[38:22] </w:t>
      </w:r>
      <w:r>
        <w:t>jannat mein dakhle ka faisla qaum ya giroh ki buniyad par nahi hoga, balke afraad ki buniyad par hoga.</w:t>
      </w:r>
    </w:p>
    <w:p>
      <w:pPr>
        <w:jc w:val="right"/>
      </w:pPr>
      <w:r>
        <w:t>جنت میں داخلے کا فیصلہ قوم یا گروہ کی بنیاد پر نہیں ہوگا، بلکہ افراد کی بنیاد پر ہوگا۔</w:t>
      </w:r>
    </w:p>
    <w:p>
      <w:r>
        <w:rPr>
          <w:b/>
        </w:rPr>
        <w:t xml:space="preserve">[38:31] </w:t>
      </w:r>
      <w:r>
        <w:t>poori tareekh se aisay afraad muntakhib kiye jayenge jin ke andar jannat walay akhlaq paye jayenge.</w:t>
      </w:r>
    </w:p>
    <w:p>
      <w:pPr>
        <w:jc w:val="right"/>
      </w:pPr>
      <w:r>
        <w:t>پوری تاریخ سے ایسے افراد منتخب کیے جائیں گے جن کے اندر جنت والے اخلاق پائے جائیں۔</w:t>
      </w:r>
    </w:p>
    <w:p>
      <w:r>
        <w:rPr>
          <w:b/>
        </w:rPr>
        <w:t xml:space="preserve">[38:40] </w:t>
      </w:r>
      <w:r>
        <w:t>wo afraad jin ka dil nafrat ke jazbat se khali ho, wo afraad jo doosron ke sath kamil</w:t>
      </w:r>
    </w:p>
    <w:p>
      <w:pPr>
        <w:jc w:val="right"/>
      </w:pPr>
      <w:r>
        <w:t>وہ افراد جن کا دل نفرت کے جذبات سے خالی ہو، وہ افراد جو دوسروں کے ساتھ کامل</w:t>
      </w:r>
    </w:p>
    <w:p>
      <w:r>
        <w:rPr>
          <w:b/>
        </w:rPr>
        <w:t xml:space="preserve">[38:49] </w:t>
      </w:r>
      <w:r>
        <w:t>aman ke sath reh saken, wo afraad jin ke andar doosron ke baray mein khair khwahi ka jazba</w:t>
      </w:r>
    </w:p>
    <w:p>
      <w:pPr>
        <w:jc w:val="right"/>
      </w:pPr>
      <w:r>
        <w:t>امن کے ساتھ رہ سکیں، وہ افراد جن کے اندر دوسروں کے بارے میں خیر خواہی کا جذبہ</w:t>
      </w:r>
    </w:p>
    <w:p>
      <w:r>
        <w:rPr>
          <w:b/>
        </w:rPr>
        <w:t xml:space="preserve">[38:57] </w:t>
      </w:r>
      <w:r>
        <w:t>paya jata ho, wo afraad jo shikayat ki nafsiyat se mukammal taur par khali hon, jo tamam insanon</w:t>
      </w:r>
    </w:p>
    <w:p>
      <w:pPr>
        <w:jc w:val="right"/>
      </w:pPr>
      <w:r>
        <w:t>پایا جاتا ہو، وہ افراد جو شکایت کی نفسیات سے مکمل طور پر خالی ہوں، جو تمام انسانوں</w:t>
      </w:r>
    </w:p>
    <w:p>
      <w:r>
        <w:rPr>
          <w:b/>
        </w:rPr>
        <w:t xml:space="preserve">[39:06] </w:t>
      </w:r>
      <w:r>
        <w:t>ko apna samjhen, koi insan un ko ghair dikhai na de, wo afraad jo qabil peshangoyi kirdaar yaani</w:t>
      </w:r>
    </w:p>
    <w:p>
      <w:pPr>
        <w:jc w:val="right"/>
      </w:pPr>
      <w:r>
        <w:t>کو اپنا سمجھیں، کوئی انسان ان کو غیر دکھائی نہ دے، وہ افراد جو قابل پیشنگوئی کردار یعنی</w:t>
      </w:r>
    </w:p>
    <w:p>
      <w:r>
        <w:rPr>
          <w:b/>
        </w:rPr>
        <w:t xml:space="preserve">[39:15] </w:t>
      </w:r>
      <w:r>
        <w:t>predictable character ke</w:t>
      </w:r>
    </w:p>
    <w:p>
      <w:pPr>
        <w:jc w:val="right"/>
      </w:pPr>
      <w:r>
        <w:t>پریڈکٹیبل کریکٹر کے</w:t>
      </w:r>
    </w:p>
    <w:p>
      <w:r>
        <w:rPr>
          <w:b/>
        </w:rPr>
        <w:t xml:space="preserve">[39:17] </w:t>
      </w:r>
      <w:r>
        <w:t>hamil hon. aise afraad ke majmooay se jo mayari duniya banegi, usi ko jannat kaha gaya hai. islami tehreek ka nishana state ko islamize karna ya Islamization of state nahi hai, balke islami tehreek ka nishana afraad ka Islamization hai.</w:t>
      </w:r>
    </w:p>
    <w:p>
      <w:pPr>
        <w:jc w:val="right"/>
      </w:pPr>
      <w:r>
        <w:t>حامل ہوں۔ ایسے افراد کے مجموعے سے جو معیاری دنیا بنے گی، اسی کو جنت کہا گیا ہے۔ اسلامی تحریک کا نشانہ سٹیٹ کو اسلامائز کرنا یا اسلامائزیشن آف سٹیٹ نہیں ہے، بلکہ اسلامی تحریک کا نشانہ افراد کا اسلامائزیشن ہے۔</w:t>
      </w:r>
    </w:p>
    <w:p>
      <w:r>
        <w:rPr>
          <w:b/>
        </w:rPr>
        <w:t xml:space="preserve">[39:38] </w:t>
      </w:r>
      <w:r>
        <w:t>islami tehreek ka nishana duniya mein mayari samaj banana nahi hai, balke islami tehreek ka nishana yeh hai ke aise afraad tayyar kiye jayen jin ke majmooay se akhirat mein mayari jannat ki tashkeel ki ja sake.</w:t>
      </w:r>
    </w:p>
    <w:p>
      <w:pPr>
        <w:jc w:val="right"/>
      </w:pPr>
      <w:r>
        <w:t>اسلامی تحریک کا نشانہ دنیا میں معیاری سماج بنانا نہیں ہے، بلکہ اسلامی تحریک کا نشانہ یہ ہے کہ ایسے افراد تیار کیے جائیں جن کے مجموعے سے آخرت میں معیاری جنت کی تشکیل کی جا سکے۔</w:t>
      </w:r>
    </w:p>
    <w:p>
      <w:r>
        <w:rPr>
          <w:b/>
        </w:rPr>
        <w:t xml:space="preserve">[39:56] </w:t>
      </w:r>
      <w:r>
        <w:t>jannat aala sargarmion ki jagah hai. jannat mein dakhla sirf un afraad ko milega jinhon ne maujooda duniya mein apne qaul o amal se yeh sabit kiya ho ke woh jannat ki aala sargarmion mein hissa lene ke qabil hain.</w:t>
      </w:r>
    </w:p>
    <w:p>
      <w:pPr>
        <w:jc w:val="right"/>
      </w:pPr>
      <w:r>
        <w:t>جنت اعلیٰ سرگرمیوں کی جگہ ہے۔ جنت میں داخلہ صرف ان افراد کو ملے گا جنہوں نے موجودہ دنیا میں اپنے قول و عمل سے یہ ثابت کیا ہو کہ وہ جنت کی اعلیٰ سرگرمیوں میں حصہ لینے کے قابل ہیں۔</w:t>
      </w:r>
    </w:p>
    <w:p>
      <w:r>
        <w:rPr>
          <w:b/>
        </w:rPr>
        <w:t xml:space="preserve">[40:15] </w:t>
      </w:r>
      <w:r>
        <w:t>jannat mein woh tamam misbat sargarmiyan apni kamil surat mein pai jayengi jo duniya mein pai jati thin.</w:t>
      </w:r>
    </w:p>
    <w:p>
      <w:pPr>
        <w:jc w:val="right"/>
      </w:pPr>
      <w:r>
        <w:t>جنت میں وہ تمام مثبت سرگرمیاں اپنی کامل صورت میں پائی جائیں گی جو دنیا میں پائی جاتی تھیں۔</w:t>
      </w:r>
    </w:p>
    <w:p>
      <w:r>
        <w:rPr>
          <w:b/>
        </w:rPr>
        <w:t xml:space="preserve">[40:24] </w:t>
      </w:r>
      <w:r>
        <w:t>jannat mein dakhla sirf un afraad ko milega.</w:t>
      </w:r>
    </w:p>
    <w:p>
      <w:pPr>
        <w:jc w:val="right"/>
      </w:pPr>
      <w:r>
        <w:t>جنت میں داخلہ صرف ان افراد کو ملے گا۔</w:t>
      </w:r>
    </w:p>
    <w:p>
      <w:r>
        <w:rPr>
          <w:b/>
        </w:rPr>
        <w:t xml:space="preserve">[40:33] </w:t>
      </w:r>
      <w:r>
        <w:t>maddi kainaat, insani tareekh. Allah ne do duniyan banayin: ek maddi duniya aur doosri insani duniya.</w:t>
      </w:r>
    </w:p>
    <w:p>
      <w:pPr>
        <w:jc w:val="right"/>
      </w:pPr>
      <w:r>
        <w:t>مادی کائنات، انسانی تاریخ۔ اللہ نے دو دنیایں بنائیں: ایک مادی دنیا اور دوسری انسانی دنیا۔</w:t>
      </w:r>
    </w:p>
    <w:p>
      <w:r>
        <w:rPr>
          <w:b/>
        </w:rPr>
        <w:t xml:space="preserve">[40:44] </w:t>
      </w:r>
      <w:r>
        <w:t>quran ke mutaleay se maloom hota hai ke dono duniyon ke development ke liye Allah ne process ka tareeqa ikhtiyar kiya, yani tadreej ke tehat develop karte hue nuqta inteha ya culmination tak pahunchana.</w:t>
      </w:r>
    </w:p>
    <w:p>
      <w:pPr>
        <w:jc w:val="right"/>
      </w:pPr>
      <w:r>
        <w:t>قرآن کے مطالعے سے معلوم ہوتا ہے کہ دونوں دنیاؤں کے ڈیویلپمنٹ کے لیے اللہ نے پروسیس کا طریقہ اختیار کیا، یعنی تدریج کے تحت ڈیویلپ کرتے ہوئے نقطہ انتہا یعنی کلمنیشن تک پہنچانا۔</w:t>
      </w:r>
    </w:p>
    <w:p>
      <w:r>
        <w:rPr>
          <w:b/>
        </w:rPr>
        <w:t xml:space="preserve">[41:02] </w:t>
      </w:r>
      <w:r>
        <w:t>aisa is liye hua taake insaan mutaleah kar ke tareekh ka ilm hasil kar sake aur is tarah takhleeq ki marifat se agah ho.</w:t>
      </w:r>
    </w:p>
    <w:p>
      <w:pPr>
        <w:jc w:val="right"/>
      </w:pPr>
      <w:r>
        <w:t>ایسا اس لیے ہوا تاکہ انسان مطالعہ کر کے تاریخ کا علم حاصل کر سکے اور اس طرح تخلیق کی معرفت سے آگاہ ہو۔</w:t>
      </w:r>
    </w:p>
    <w:p>
      <w:r>
        <w:rPr>
          <w:b/>
        </w:rPr>
        <w:t xml:space="preserve">[41:14] </w:t>
      </w:r>
      <w:r>
        <w:t>maddi kainaat ki takhleeq ka mamla hasb zail ayat ke mutaleay se samajh mein aata hai: ثُمَّ اسْتَوَى إِلَى السَّمَاءِ وَهِيَ دُخَانٌ فَقَالَ لَهَا وَلِلْأَرْضِ إِتِيَا تَوْعًا أو كَرْهًا قَالَتَ:</w:t>
      </w:r>
    </w:p>
    <w:p>
      <w:pPr>
        <w:jc w:val="right"/>
      </w:pPr>
      <w:r>
        <w:t>مادی کائنات کی تخلیق کا معاملہ حسب ذیل آیت کے مطالعے سے سمجھ میں آتا ہے: ثُمَّ اسْتَوَى إِلَى السَّمَاءِ وَهِيَ دُخَانٌ فَقَالَ لَهَا وَلِلْأَرْضِ إِتِيَا تَوْعًا أو كَرْهًا قَالَتَ:</w:t>
      </w:r>
    </w:p>
    <w:p>
      <w:r>
        <w:rPr>
          <w:b/>
        </w:rPr>
        <w:t xml:space="preserve">[41:33] </w:t>
      </w:r>
      <w:r>
        <w:t>أَتَيْنَا طَاعِيَيْنٍ phir woh aasman ki taraf mutawajjah hua aur woh dhuan tha. phir us ne aasman aur zameen se kaha ke tum dono aao, khushi se ya napasandgi se.</w:t>
      </w:r>
    </w:p>
    <w:p>
      <w:pPr>
        <w:jc w:val="right"/>
      </w:pPr>
      <w:r>
        <w:t>أَتَيْنَا طَاعِيَيْنٍ پھر وہ آسمان کی طرف متوجہ ہوا اور وہ دھواں تھا۔ پھر اس نے آسمان اور زمین سے کہا کہ تم دونوں آؤ، خوشی سے یا ناخوشی سے۔</w:t>
      </w:r>
    </w:p>
    <w:p>
      <w:r>
        <w:rPr>
          <w:b/>
        </w:rPr>
        <w:t xml:space="preserve">[41:47] </w:t>
      </w:r>
      <w:r>
        <w:t>donon ne kaha ke hum khushi se hazir hain. is ka matlab yeh hai ke maddi duniya ko is mamle mein zaati ikhtiyar hasil na tha.</w:t>
      </w:r>
    </w:p>
    <w:p>
      <w:pPr>
        <w:jc w:val="right"/>
      </w:pPr>
      <w:r>
        <w:t>دونوں نے کہا کہ ہم خوشی سے حاضر ہیں۔ اس کا مطلب یہ ہے کہ مادی دنیا کو اس معاملے میں ذاتی اختیار حاصل نہ تھا۔</w:t>
      </w:r>
    </w:p>
    <w:p>
      <w:r>
        <w:rPr>
          <w:b/>
        </w:rPr>
        <w:t xml:space="preserve">[41:58] </w:t>
      </w:r>
      <w:r>
        <w:t>khaliq ne jis tarah maddi duniya ko hidayat di, theek us ke mutabiq maddi duniya chalti rahi, yahan tak ke apne kamal tak pahunchi.</w:t>
      </w:r>
    </w:p>
    <w:p>
      <w:pPr>
        <w:jc w:val="right"/>
      </w:pPr>
      <w:r>
        <w:t>خالق نے جس طرح مادی دنیا کو ہدایت دی، ٹھیک اس کے مطابق مادی دنیا چلتی رہی، یہاں تک کہ اپنے کمال تک پہنچی۔</w:t>
      </w:r>
    </w:p>
    <w:p>
      <w:r>
        <w:rPr>
          <w:b/>
        </w:rPr>
        <w:t xml:space="preserve">[42:08] </w:t>
      </w:r>
      <w:r>
        <w:t>is amal ka aaghaz big bang se shuru hua aur nizam shamsi ke wajood mein aane par mukammal hua. insani duniya ka mamla is se mukhtalif tha.</w:t>
      </w:r>
    </w:p>
    <w:p>
      <w:pPr>
        <w:jc w:val="right"/>
      </w:pPr>
      <w:r>
        <w:t>اس عمل کا آغاز بگ بینگ سے شروع ہوا اور نظام شمسی کے وجود میں آنے پر مکمل ہوا۔ انسانی دنیا کا معاملہ اس سے مختلف تھا۔</w:t>
      </w:r>
    </w:p>
    <w:p>
      <w:r>
        <w:rPr>
          <w:b/>
        </w:rPr>
        <w:t xml:space="preserve">[42:20] </w:t>
      </w:r>
      <w:r>
        <w:t>insan ko Allah ne mukammal azadi di thi, is liye yahan Allah ne insan ki tareekh ko manage karne ka tareeqa ikhtiyar kiya, yani insan ki azadi ko barqarar rakhte hue tareekh ko manage karna aur us ko matloob nuqta kamal tak pahunchana.</w:t>
      </w:r>
    </w:p>
    <w:p>
      <w:pPr>
        <w:jc w:val="right"/>
      </w:pPr>
      <w:r>
        <w:t>انسان کو اللہ نے مکمل آزادی دی تھی، اس لیے یہاں اللہ نے انسان کی تاریخ کو مینج کرنے کا طریقہ اختیار کیا، یعنی انسان کی آزادی کو برقرار رکھتے ہوئے تاریخ کو مینج کرنا اور اس کو مطلوب نقطہ کمال تک پہنچانا۔</w:t>
      </w:r>
    </w:p>
    <w:p>
      <w:r>
        <w:rPr>
          <w:b/>
        </w:rPr>
        <w:t xml:space="preserve">[42:40] </w:t>
      </w:r>
      <w:r>
        <w:t>Allah ke mansoobay ke mutabiq insani tareekh mukhtalif marhalon se guzarti rahi, maslan toofan e Nuh ke baad insani abadi ka muntashir ho kar sari duniya mein abad hona,</w:t>
      </w:r>
    </w:p>
    <w:p>
      <w:pPr>
        <w:jc w:val="right"/>
      </w:pPr>
      <w:r>
        <w:t>اللہ کے منصوبے کے مطابق انسانی تاریخ مختلف مراحل سے گزرتی رہی، مثلاً طوفان نوح کے بعد انسانی آبادی کا منتشر ہو کر ساری دنیا میں آباد ہونا،</w:t>
      </w:r>
    </w:p>
    <w:p>
      <w:r>
        <w:rPr>
          <w:b/>
        </w:rPr>
        <w:t xml:space="preserve">[42:56] </w:t>
      </w:r>
      <w:r>
        <w:t>hazrat ibrahim ke zariye ek nai nasl ki tayyari, rasool aur ashaab-e-rasool ke zariye mazhabi jabr ke daur ko khatm karna, aur dunya mein azadi ka daur lana waghera.</w:t>
      </w:r>
    </w:p>
    <w:p>
      <w:pPr>
        <w:jc w:val="right"/>
      </w:pPr>
      <w:r>
        <w:t>حضرت ابراہیم کے ذریعے ایک نئی نسل کی تیاری، رسول اور اصحاب رسول کے ذریعے مذہبی جبر کے دور کو ختم کرنا، اور دنیا میں آزادی کا دور لانا وغیرہ۔</w:t>
      </w:r>
    </w:p>
    <w:p>
      <w:r>
        <w:rPr>
          <w:b/>
        </w:rPr>
        <w:t xml:space="preserve">[43:12] </w:t>
      </w:r>
      <w:r>
        <w:t>insani tareekh ke hawalay se jo kaam anjam paya, us ki aakhri misaal woh hai jis ko alamaati taur par jadeed tehzeeb ya modern civilization kaha ja sakta hai.</w:t>
      </w:r>
    </w:p>
    <w:p>
      <w:pPr>
        <w:jc w:val="right"/>
      </w:pPr>
      <w:r>
        <w:t>انسانی تاریخ کے حوالے سے جو کام انجام پایا، اس کی آخری مثال وہ ہے جس کو علامتی طور پر جدید تہذیب یا ماڈرن سویلائزیشن کہا جا سکتا ہے۔</w:t>
      </w:r>
    </w:p>
    <w:p>
      <w:r>
        <w:rPr>
          <w:b/>
        </w:rPr>
        <w:t xml:space="preserve">[43:25] </w:t>
      </w:r>
      <w:r>
        <w:t>jadeed tehzeeb kya hai? jadeed tehzeeb asal'an yeh hai ke fitrat ke andar chhupay hue raaz ko daryaft karna aur insani tareekh ko rawayati daur se nikal kar technology ke daur tak pahunchana.</w:t>
      </w:r>
    </w:p>
    <w:p>
      <w:pPr>
        <w:jc w:val="right"/>
      </w:pPr>
      <w:r>
        <w:t>جدید تہذیب کیا ہے؟ جدید تہذیب اصلًا یہ ہے کہ فطرت کے اندر چھپے ہوئے رازوں کو دریافت کرنا اور انسانی تاریخ کو روایتی دور سے نکال کر ٹیکنالوجی کے دور تک پہنچانا۔</w:t>
      </w:r>
    </w:p>
    <w:p>
      <w:r>
        <w:rPr>
          <w:b/>
        </w:rPr>
        <w:t xml:space="preserve">[43:43] </w:t>
      </w:r>
      <w:r>
        <w:t>tehzeeb ka yeh daur bazahir maadi taraqqi ka daur hai, lekin apni haqeeqat ke aitbaar se woh yeh hai ke khuda ke deen ko aalmi dawat ke daur mein pahunchaya jaye.</w:t>
      </w:r>
    </w:p>
    <w:p>
      <w:pPr>
        <w:jc w:val="right"/>
      </w:pPr>
      <w:r>
        <w:t>تہذیب کا یہ دور بظاہر مادی ترقی کا دور ہے، لیکن اپنی حقیقت کے اعتبار سے وہ یہ ہے کہ خدا کے دین کو عالمی دعوت کے دور میں پہنچایا جائے۔</w:t>
      </w:r>
    </w:p>
    <w:p>
      <w:r>
        <w:rPr>
          <w:b/>
        </w:rPr>
        <w:t xml:space="preserve">[43:57] </w:t>
      </w:r>
      <w:r>
        <w:t>is lihaaz se jadeed tehzeeb muwafiq Islam tehzeeb hai. jadeed tehzeeb aur Islam mein koi haqeeqi takrao nahin.</w:t>
      </w:r>
    </w:p>
    <w:p>
      <w:pPr>
        <w:jc w:val="right"/>
      </w:pPr>
      <w:r>
        <w:t>اس لحاظ سے جدید تہذیب موافق اسلام تہذیب ہے۔ جدید تہذیب اور اسلام میں کوئی حقیقی ٹکراؤ نہیں۔</w:t>
      </w:r>
    </w:p>
    <w:p>
      <w:r>
        <w:rPr>
          <w:b/>
        </w:rPr>
        <w:t xml:space="preserve">[44:09] </w:t>
      </w:r>
      <w:r>
        <w:t>is daur-e-tehzeeb ka aaghaz rasool aur ashaab-e-rasool ke zariye shuru hua. is ka tareeqa yeh tha ke fitrat ya nature, jo hazaron saal se parastish ka mozu yani object of worship bani hui thi, woh pehli baar tasheer ka mozu ya object of investigation bana.</w:t>
      </w:r>
    </w:p>
    <w:p>
      <w:pPr>
        <w:jc w:val="right"/>
      </w:pPr>
      <w:r>
        <w:t>اس دور تہذیب کا آغاز رسول اور اصحاب رسول کے ذریعے شروع ہوا۔ اس کا طریقہ یہ تھا کہ فطرت یا نیچر، جو ہزاروں سال سے پرستش کا موضوع یعنی آبجیکٹ آف ورشپ بنی ہوئی تھی، وہ پہلی بار تسخیر کا موضوع یا آبجیکٹ آف انویسٹیگیشن بن گئی۔</w:t>
      </w:r>
    </w:p>
    <w:p>
      <w:r>
        <w:rPr>
          <w:b/>
        </w:rPr>
        <w:t xml:space="preserve">[44:32] </w:t>
      </w:r>
      <w:r>
        <w:t>yeh insani tareekh mein ek inqilaabi tabdeeli ka moamla tha. is amal ka aaghaz rasool aur ashaab-e-rasool ke zariye Arab mein hua, aur phir taraqqi karte hue woh maghrib yani west mein apni takmeel tak pahuncha.</w:t>
      </w:r>
    </w:p>
    <w:p>
      <w:pPr>
        <w:jc w:val="right"/>
      </w:pPr>
      <w:r>
        <w:t>یہ انسانی تاریخ میں ایک انقلابی تبدیلی کا معاملہ تھا۔ اس عمل کا آغاز رسول اور اصحاب رسول کے ذریعے عرب میں ہوا، اور پھر ترقی کرتے ہوئے وہ مغرب یعنی ویسٹ میں اپنی تکمیل تک پہنچا۔</w:t>
      </w:r>
    </w:p>
    <w:p>
      <w:r>
        <w:rPr>
          <w:b/>
        </w:rPr>
        <w:t xml:space="preserve">[44:50] </w:t>
      </w:r>
      <w:r>
        <w:t>fitrat ki parastish ke bajaye fitrat ko tasheer karo, yeh usool pehli baar Quran mein bataya gaya.</w:t>
      </w:r>
    </w:p>
    <w:p>
      <w:pPr>
        <w:jc w:val="right"/>
      </w:pPr>
      <w:r>
        <w:t>فطرت کی پرستش کے بجائے فطرت کو تسخیر کرو، یہ اصول پہلی بار قرآن میں بتایا گیا۔</w:t>
      </w:r>
    </w:p>
    <w:p>
      <w:r>
        <w:rPr>
          <w:b/>
        </w:rPr>
        <w:t xml:space="preserve">[45:00] </w:t>
      </w:r>
      <w:r>
        <w:t>tasheer ka maada Quran mein nau baar istemal hua hai, magar doosre alfaaz mein Quran mein baar baar yeh baat kahi gayi hai ke ghaur-o-fikr kar ke haqaaeq-e-fitrat ko daryaft karo.</w:t>
      </w:r>
    </w:p>
    <w:p>
      <w:pPr>
        <w:jc w:val="right"/>
      </w:pPr>
      <w:r>
        <w:t>تسخیر کا مادہ قرآن میں نو بار استعمال ہوا ہے، مگر دوسرے الفاظ میں قرآن میں بار بار یہ بات کہی گئی ہے کہ غور و فکر کر کے حقائق فطرت کو دریافت کرو۔</w:t>
      </w:r>
    </w:p>
    <w:p>
      <w:r>
        <w:rPr>
          <w:b/>
        </w:rPr>
        <w:t xml:space="preserve">[45:15] </w:t>
      </w:r>
      <w:r>
        <w:t>is tarah Islam ne insani tareekh mein pehli baar scientific ghaur-o-fikr yani scientific exploration ka aaghaz kiya.</w:t>
      </w:r>
    </w:p>
    <w:p>
      <w:pPr>
        <w:jc w:val="right"/>
      </w:pPr>
      <w:r>
        <w:t>اس طرح اسلام نے انسانی تاریخ میں پہلی بار سائنسی غور و فکر یعنی سائنٹیفک ایکسپلوریشن کا آغاز کیا۔</w:t>
      </w:r>
    </w:p>
    <w:p>
      <w:r>
        <w:rPr>
          <w:b/>
        </w:rPr>
        <w:t xml:space="preserve">[45:26] </w:t>
      </w:r>
      <w:r>
        <w:t>yeh amal pehle saatveen sadi eesvi mein Arab mein shuru hua, is ke baad batadreej maghribi dunya tak pahuncha.</w:t>
      </w:r>
    </w:p>
    <w:p>
      <w:pPr>
        <w:jc w:val="right"/>
      </w:pPr>
      <w:r>
        <w:t>یہ عمل پہلے ساتویں صدی عیسوی میں عرب میں شروع ہوا، اس کے بعد بتدریج مغربی دنیا تک پہنچا۔</w:t>
      </w:r>
    </w:p>
    <w:p>
      <w:r>
        <w:rPr>
          <w:b/>
        </w:rPr>
        <w:t xml:space="preserve">[45:35] </w:t>
      </w:r>
      <w:r>
        <w:t>is scientific amal yani scientific process ka aaghaz musalmanon ne kiya. woh Makkah se shuru hua, phir woh Madinah aur Damascus pahuncha, phir Baghdad aur Andalusia is ka center bane.</w:t>
      </w:r>
    </w:p>
    <w:p>
      <w:pPr>
        <w:jc w:val="right"/>
      </w:pPr>
      <w:r>
        <w:t>اس سائنسی عمل یعنی سائنٹیفک پروسیس کا آغاز مسلمانوں نے کیا۔ وہ مکہ سے شروع ہوا، پھر وہ مدینہ اور دمشق پہنچا، پھر بغداد اور اندلس اس کا سینٹر بنے۔</w:t>
      </w:r>
    </w:p>
    <w:p>
      <w:r>
        <w:rPr>
          <w:b/>
        </w:rPr>
        <w:t xml:space="preserve">[45:50] </w:t>
      </w:r>
      <w:r>
        <w:t>pandrahveen sadi mein Andalusia ki Muslim hukoomat khatm hone ke baad Muslim dunya mein yeh process amal'an mauqoof ho gaya.</w:t>
      </w:r>
    </w:p>
    <w:p>
      <w:pPr>
        <w:jc w:val="right"/>
      </w:pPr>
      <w:r>
        <w:t>پندرہویں صدی میں اندلس کی مسلم حکومت ختم ہونے کے بعد مسلم دنیا میں یہ پروسیس عملاً موقوف ہو گیا۔</w:t>
      </w:r>
    </w:p>
    <w:p>
      <w:r>
        <w:rPr>
          <w:b/>
        </w:rPr>
        <w:t xml:space="preserve">[46:00] </w:t>
      </w:r>
      <w:r>
        <w:t>is khatme ka sab se bara sabab yeh tha ke musalman is qurbani yani sacrifice ka saboot na de sake, jo is amal ke mazeed tasalsul ke liye zaroori tha.</w:t>
      </w:r>
    </w:p>
    <w:p>
      <w:pPr>
        <w:jc w:val="right"/>
      </w:pPr>
      <w:r>
        <w:t>اس خاتمے کا سب سے بڑا سبب یہ تھا کہ مسلمان اس قربانی یعنی سیکریفائس کا ثبوت نہ دے سکے، جو اس عمل کے مزید تسلسل کے لیے ضروری تھا۔</w:t>
      </w:r>
    </w:p>
    <w:p>
      <w:r>
        <w:rPr>
          <w:b/>
        </w:rPr>
        <w:t xml:space="preserve">[46:13] </w:t>
      </w:r>
      <w:r>
        <w:t>is qurbani ka saboot maseehi qaumon ne diya. is bina par is amal ke do daur ban gaye. pehle daur mein Muslim qaumon ne is mein apna role ada kiya, doosre daur mein maseehi qaumon ne is kaam ko aage badhaya aur is ko takmeel ki had tak pahunchaya.</w:t>
      </w:r>
    </w:p>
    <w:p>
      <w:pPr>
        <w:jc w:val="right"/>
      </w:pPr>
      <w:r>
        <w:t>اس قربانی کا ثبوت مسیحی قوموں نے دیا۔ اس بنا پر اس عمل کے دو دور بن گئے۔ پہلے دور میں مسلم قوموں نے اس میں اپنا رول ادا کیا، دوسرے دور میں مسیحی قوموں نے اس کام کو آگے بڑھایا اور اس کو تکمیل کی حد تک پہنچایا۔</w:t>
      </w:r>
    </w:p>
    <w:p>
      <w:r>
        <w:rPr>
          <w:b/>
        </w:rPr>
        <w:t xml:space="preserve">[46:33] </w:t>
      </w:r>
      <w:r>
        <w:t>is qurbani se murad jaan ki qurbani nahi thi, balke ek lafz mein nai manzoobandi yani re-planning ka raasta hai.</w:t>
      </w:r>
    </w:p>
    <w:p>
      <w:pPr>
        <w:jc w:val="right"/>
      </w:pPr>
      <w:r>
        <w:t>اس قربانی سے مراد جان کی قربانی نہیں تھی، بلکہ ایک لفظ میں نئی منصوبہ بندی یعنی ری پلاننگ کا راستہ ہے۔</w:t>
      </w:r>
    </w:p>
    <w:p>
      <w:r>
        <w:rPr>
          <w:b/>
        </w:rPr>
        <w:t xml:space="preserve">[46:42] </w:t>
      </w:r>
      <w:r>
        <w:t>yani jab ek tareeqa-e-kaar mu'assir na ho raha ho to peechay hatt kar doosra tareeqa ikhtiyar karna.</w:t>
      </w:r>
    </w:p>
    <w:p>
      <w:pPr>
        <w:jc w:val="right"/>
      </w:pPr>
      <w:r>
        <w:t>یعنی جب ایک طریقہ کار مؤثر نہ ہو رہا ہو تو پیچھے ہٹ کر دوسرا طریقہ اختیار کرنا۔</w:t>
      </w:r>
    </w:p>
    <w:p>
      <w:r>
        <w:rPr>
          <w:b/>
        </w:rPr>
        <w:t xml:space="preserve">[46:52] </w:t>
      </w:r>
      <w:r>
        <w:t>jadeem zamanay mein Saleebi Jangon, Crusades ka waqia pesh aaya. yeh Muslim qaumon aur maseehi qaumon ke darmiyan taweel jang ka ek silsila tha.</w:t>
      </w:r>
    </w:p>
    <w:p>
      <w:pPr>
        <w:jc w:val="right"/>
      </w:pPr>
      <w:r>
        <w:t>قدیم زمانے میں صلیبی جنگوں، کروسیڈز کا واقعہ پیش آیا۔ یہ مسلم قوموں اور مسیحی قوموں کے درمیان طویل جنگ کا ایک سلسلہ تھا۔</w:t>
      </w:r>
    </w:p>
    <w:p>
      <w:r>
        <w:rPr>
          <w:b/>
        </w:rPr>
        <w:t xml:space="preserve">[47:04] </w:t>
      </w:r>
      <w:r>
        <w:t>iska aaghaz gyarveen sadi eesvi mein hua aur khatma solahveen sadi eesvi mein hua. murrakhineen ke bayan ke mutabiq is jang mein maseehi qaumon ko zillat aamez shikast yani humiliating defeat hui.</w:t>
      </w:r>
    </w:p>
    <w:p>
      <w:pPr>
        <w:jc w:val="right"/>
      </w:pPr>
      <w:r>
        <w:t>اس کا آغاز گیارہویں صدی عیسوی میں ہوا اور خاتمہ سولہویں صدی عیسوی میں ہوا۔ مورخین کے بیان کے مطابق اس جنگ میں مسیحی قوموں کو ذلت آمیز شکست یعنی ہیومیلیٹنگ ڈیفیٹ ہوئی۔</w:t>
      </w:r>
    </w:p>
    <w:p>
      <w:r>
        <w:rPr>
          <w:b/>
        </w:rPr>
        <w:t xml:space="preserve">[47:20] </w:t>
      </w:r>
      <w:r>
        <w:t>is shikast ke baad maseehi qaumon ne ek qabil-e-taqleed kaam kiya. unhon ne is ke baad manfi rad-e-amal yani negative reaction ka tareeqa ikhtiyar nahi kiya,</w:t>
      </w:r>
    </w:p>
    <w:p>
      <w:pPr>
        <w:jc w:val="right"/>
      </w:pPr>
      <w:r>
        <w:t>اس شکست کے بعد مسیحی قوموں نے ایک قابل تقلید کام کیا۔ انہوں نے اس کے بعد منفی ردعمل یعنی نیگیٹیو ری ایکشن کا طریقہ اختیار نہیں کیا،</w:t>
      </w:r>
    </w:p>
    <w:p>
      <w:r>
        <w:rPr>
          <w:b/>
        </w:rPr>
        <w:t xml:space="preserve">[47:33] </w:t>
      </w:r>
      <w:r>
        <w:t>balke yeh kiya ke shikast ko bhula kar apne amal ki nai manzoobandi, re-planning ki. is nai planning ko rohani Saleebi Jang ya spiritual crusades kaha jata hai.</w:t>
      </w:r>
    </w:p>
    <w:p>
      <w:pPr>
        <w:jc w:val="right"/>
      </w:pPr>
      <w:r>
        <w:t>بلکہ یہ کیا کہ شکست کو بھلا کر اپنے عمل کی نئی منصوبہ بندی، ری پلاننگ کی۔ اس نئی پلاننگ کو روحانی صلیبی جنگ یا سپرچول کروسیڈز کہا جاتا ہے۔</w:t>
      </w:r>
    </w:p>
    <w:p>
      <w:r>
        <w:rPr>
          <w:b/>
        </w:rPr>
        <w:t xml:space="preserve">[47:47] </w:t>
      </w:r>
      <w:r>
        <w:t>yeh ek lamba amal tha jis ka aakhri nateeja yeh nikla ke unhon ne tareekh mein pehli baar tehzeeb yani civilization ka ek naya daur paida kiya.</w:t>
      </w:r>
    </w:p>
    <w:p>
      <w:pPr>
        <w:jc w:val="right"/>
      </w:pPr>
      <w:r>
        <w:t>یہ ایک لمبا عمل تھا جس کا آخری نتیجہ یہ نکلا کہ انہوں نے تاریخ میں پہلی بار تہذیب یعنی سویلائزیشن کا ایک نیا دور پیدا کیا۔</w:t>
      </w:r>
    </w:p>
    <w:p>
      <w:r>
        <w:rPr>
          <w:b/>
        </w:rPr>
        <w:t xml:space="preserve">[48:00] </w:t>
      </w:r>
      <w:r>
        <w:t>maghribi tehzeeb koi inteqami tehzeeb na thi, woh kisi ke khilaaf inteqami jazbay ke tehat paida nahi hui thi.</w:t>
      </w:r>
    </w:p>
    <w:p>
      <w:pPr>
        <w:jc w:val="right"/>
      </w:pPr>
      <w:r>
        <w:t>مغربی تہذیب کوئی انتقامی تہذیب نہ تھی، وہ کسی کے خلاف انتقامی جذبے کے تحت پیدا نہیں ہوئی تھی۔</w:t>
      </w:r>
    </w:p>
    <w:p>
      <w:r>
        <w:rPr>
          <w:b/>
        </w:rPr>
        <w:t xml:space="preserve">[48:10] </w:t>
      </w:r>
      <w:r>
        <w:t>maghribi tehzeeb ka wajood is tarah hua ke maghribi qaumon ne jang ke maidan ko chhod kar fitrat ke maidan mein apna misbat amal shuru kiya.</w:t>
      </w:r>
    </w:p>
    <w:p>
      <w:pPr>
        <w:jc w:val="right"/>
      </w:pPr>
      <w:r>
        <w:t>مغربی تہذیب کا وجود اس طرح ہوا کہ مغربی قوموں نے جنگ کے میدان کو چھوڑ کر فطرت کے میدان میں اپنا مثبت عمل شروع کیا۔</w:t>
      </w:r>
    </w:p>
    <w:p>
      <w:r>
        <w:rPr>
          <w:b/>
        </w:rPr>
        <w:t xml:space="preserve">[48:22] </w:t>
      </w:r>
      <w:r>
        <w:t>unhon ne nature mein chhupay hue qawaneen ko daryaft kiya, jis ke nateeje mein jadeed science wajood mein aayi. jadeed technology ki daryaft hui, jadeed sanat zahoor mein aayi,</w:t>
      </w:r>
    </w:p>
    <w:p>
      <w:pPr>
        <w:jc w:val="right"/>
      </w:pPr>
      <w:r>
        <w:t>انہوں نے نیچر میں چھپے ہوئے قوانین کو دریافت کیا، جس کے نتیجے میں جدید سائنس وجود میں آئی۔ جدید ٹیکنالوجی کی دریافت ہوئی، جدید صنعت ظہور میں آئی،</w:t>
      </w:r>
    </w:p>
    <w:p>
      <w:r>
        <w:rPr>
          <w:b/>
        </w:rPr>
        <w:t xml:space="preserve">[48:37] </w:t>
      </w:r>
      <w:r>
        <w:t>dunya ko jadeed saman hayat ka tohfa mila. dunya mein ek naya inqalab aaya, jabke tashaddud ka tareeqa ek be nateeja tareeqa qarar paya.</w:t>
      </w:r>
    </w:p>
    <w:p>
      <w:pPr>
        <w:jc w:val="right"/>
      </w:pPr>
      <w:r>
        <w:t>دنیا کو جدید سامان حیات کا تحفہ ملا۔ دنیا میں ایک نیا انقلاب آیا، جبکہ تشدد کا طریقہ ایک بے نتیجہ طریقہ قرار پایا۔</w:t>
      </w:r>
    </w:p>
    <w:p>
      <w:r>
        <w:rPr>
          <w:b/>
        </w:rPr>
        <w:t xml:space="preserve">[48:51] </w:t>
      </w:r>
      <w:r>
        <w:t>is ke baraks aman ka tareeqa zyada muassar tareeqa kar ke taur par zahoor mein aaya. taham musalman is haqeeqat ko samajh na sake.</w:t>
      </w:r>
    </w:p>
    <w:p>
      <w:pPr>
        <w:jc w:val="right"/>
      </w:pPr>
      <w:r>
        <w:t>اس کے برعکس امن کا طریقہ زیادہ مؤثر طریقہ کار کے طور پر ظہور میں آیا۔ تاہم مسلمان اس حقیقت کو سمجھ نہ سکے۔</w:t>
      </w:r>
    </w:p>
    <w:p>
      <w:r>
        <w:rPr>
          <w:b/>
        </w:rPr>
        <w:t xml:space="preserve">[49:02] </w:t>
      </w:r>
      <w:r>
        <w:t>is bina par woh ghair danishmandana taur par maghribi tehzeeb ko apnane ke bajaye is ke khilaf ho gaye.</w:t>
      </w:r>
    </w:p>
    <w:p>
      <w:pPr>
        <w:jc w:val="right"/>
      </w:pPr>
      <w:r>
        <w:t>اس بنا پر وہ غیر دانشمندانہ طور پر مغربی تہذیب کو اپنانے کے بجائے اس کے خلاف ہو گئے۔</w:t>
      </w:r>
    </w:p>
    <w:p>
      <w:r>
        <w:rPr>
          <w:b/>
        </w:rPr>
        <w:t xml:space="preserve">[49:18] </w:t>
      </w:r>
      <w:r>
        <w:t>mishn ki ahmiyat mard aur aurat dono ki ek fitri zaroorat hai ke un ka ek qareebi saathi ho.</w:t>
      </w:r>
    </w:p>
    <w:p>
      <w:pPr>
        <w:jc w:val="right"/>
      </w:pPr>
      <w:r>
        <w:t>مشن کی اہمیت مرد اور عورت دونوں کی ایک فطری ضرورت ہے کہ ان کا ایک قریبی ساتھی ہو۔</w:t>
      </w:r>
    </w:p>
    <w:p>
      <w:r>
        <w:rPr>
          <w:b/>
        </w:rPr>
        <w:t xml:space="preserve">[49:28] </w:t>
      </w:r>
      <w:r>
        <w:t>aisa saathi jin se woh apni har baat keh sakein aur jis par poora aitmad rakh sakein. mard aur aurat dono is aitbar se ek doosre ke fitri saathi hain.</w:t>
      </w:r>
    </w:p>
    <w:p>
      <w:pPr>
        <w:jc w:val="right"/>
      </w:pPr>
      <w:r>
        <w:t>ایسا ساتھی جن سے وہ اپنی ہر بات کہہ سکیں اور جس پر پورا اعتماد رکھ سکیں۔ مرد اور عورت دونوں اس اعتبار سے ایک دوسرے کے فطری ساتھی ہیں۔</w:t>
      </w:r>
    </w:p>
    <w:p>
      <w:r>
        <w:rPr>
          <w:b/>
        </w:rPr>
        <w:t xml:space="preserve">[49:42] </w:t>
      </w:r>
      <w:r>
        <w:t>nikah ki soorat mein ek mard aur ek aurat dono ek doosre ke qareebi rafeeq ban jaate hain. magar amlan aisa hota hai ke shadi ke baad kuch muddat tak dono ke darmiyan mohabbat ke talluqat hote hain, magar dheere dheere yeh talluq ghat kar ek working relationship ban jata hai.</w:t>
      </w:r>
    </w:p>
    <w:p>
      <w:pPr>
        <w:jc w:val="right"/>
      </w:pPr>
      <w:r>
        <w:t>نکاح کی صورت میں ایک مرد اور ایک عورت دونوں ایک دوسرے کے قریبی رفیق بن جاتے ہیں۔ مگر عملاً ایسا ہوتا ہے کہ شادی کے بعد کچھ مدت تک دونوں کے درمیان محبت کے تعلقات ہوتے ہیں، مگر دھیرے دھیرے یہ تعلق گھٹ کر ایک ورکنگ ریلیشن شپ بن جاتا ہے۔</w:t>
      </w:r>
    </w:p>
    <w:p>
      <w:r>
        <w:rPr>
          <w:b/>
        </w:rPr>
        <w:t xml:space="preserve">[50:07] </w:t>
      </w:r>
      <w:r>
        <w:t>yeh soorat-e-haal mard aur aurat dono ke liye yaqeenan ek napasandeeda soorat-e-haal hai. nikah ke waqt mard o aurat dono napakhtagi ki umer yaani age of immaturity mein hote hain.</w:t>
      </w:r>
    </w:p>
    <w:p>
      <w:pPr>
        <w:jc w:val="right"/>
      </w:pPr>
      <w:r>
        <w:t>یہ صورتحال مرد اور عورت دونوں کے لیے یقیناً ایک ناپسندیدہ صورتحال ہے۔ نکاح کے وقت مرد و عورت دونوں ناپختگی کی عمر یعنی ایج آف امیچورٹی میں ہوتے ہیں۔</w:t>
      </w:r>
    </w:p>
    <w:p>
      <w:r>
        <w:rPr>
          <w:b/>
        </w:rPr>
        <w:t xml:space="preserve">[50:23] </w:t>
      </w:r>
      <w:r>
        <w:t>baad ko dheere dheere woh waqt aata hai jabke dono pakhtagi ki umer yaani age of maturity tak pahunch jaate hain.</w:t>
      </w:r>
    </w:p>
    <w:p>
      <w:pPr>
        <w:jc w:val="right"/>
      </w:pPr>
      <w:r>
        <w:t>بعد کو دھیرے دھیرے وہ وقت آتا ہے جبکہ دونوں پختگی کی عمر یعنی ایج آف میچورٹی تک پہنچ جاتے ہیں۔</w:t>
      </w:r>
    </w:p>
    <w:p>
      <w:r>
        <w:rPr>
          <w:b/>
        </w:rPr>
        <w:t xml:space="preserve">[50:32] </w:t>
      </w:r>
      <w:r>
        <w:t>pehlay dour ke muqable mein baad ke dour mein dono zyada tajrube kar, zyada danishmand, zyada sanjeeda, zyada gehri soch wale ban jaate hain.</w:t>
      </w:r>
    </w:p>
    <w:p>
      <w:pPr>
        <w:jc w:val="right"/>
      </w:pPr>
      <w:r>
        <w:t>پہلے دور کے مقابلے میں بعد کے دور میں دونوں زیادہ تجربے کار، زیادہ دانشمند، زیادہ سنجیدہ، زیادہ گہری سوچ والے بن جاتے ہیں۔</w:t>
      </w:r>
    </w:p>
    <w:p>
      <w:r>
        <w:rPr>
          <w:b/>
        </w:rPr>
        <w:t xml:space="preserve">[50:45] </w:t>
      </w:r>
      <w:r>
        <w:t>magar amlan yeh hota hai ke pehlay dour mein dono ke darmiyan zyada gehray talluqat hote hain aur baad ke dour mein dono ke talluqat ghat kar kamtar satah par qaim ho jaate hain.</w:t>
      </w:r>
    </w:p>
    <w:p>
      <w:pPr>
        <w:jc w:val="right"/>
      </w:pPr>
      <w:r>
        <w:t>مگر عملاً یہ ہوتا ہے کہ پہلے دور میں دونوں کے درمیان زیادہ گہرے تعلقات ہوتے ہیں اور بعد کے دور میں دونوں کے تعلقات گھٹ کر کمتر سطح پر قائم ہو جاتے ہیں۔</w:t>
      </w:r>
    </w:p>
    <w:p>
      <w:r>
        <w:rPr>
          <w:b/>
        </w:rPr>
        <w:t xml:space="preserve">[51:02] </w:t>
      </w:r>
      <w:r>
        <w:t>is maslay ka hal sirf ek hai, woh yeh ke dono ka ek mishn ho jo un ki aakhri umer tak qaim rahe.</w:t>
      </w:r>
    </w:p>
    <w:p>
      <w:pPr>
        <w:jc w:val="right"/>
      </w:pPr>
      <w:r>
        <w:t>اس مسئلے کا حل صرف ایک ہے، وہ یہ کہ دونوں کا ایک مشن ہو جو ان کی آخری عمر تک قائم رہے۔</w:t>
      </w:r>
    </w:p>
    <w:p>
      <w:r>
        <w:rPr>
          <w:b/>
        </w:rPr>
        <w:t xml:space="preserve">[51:11] </w:t>
      </w:r>
      <w:r>
        <w:t>misal ke taur par agar dono apni doosri masroofiyat ke sath yeh tay karein ke un ko yeh koshish karna hai ke Khuda ke mansoobay ke mutabiq Quran sari dunya mein pahunch jaye,</w:t>
      </w:r>
    </w:p>
    <w:p>
      <w:pPr>
        <w:jc w:val="right"/>
      </w:pPr>
      <w:r>
        <w:t>مثلاً اگر دونوں اپنی دوسری مصروفیات کے ساتھ یہ طے کریں کہ ان کو یہ کوشش کرنا ہے کہ خدا کے منصوبے کے مطابق قرآن ساری دنیا میں پہنچ جائے،</w:t>
      </w:r>
    </w:p>
    <w:p>
      <w:r>
        <w:rPr>
          <w:b/>
        </w:rPr>
        <w:t xml:space="preserve">[51:25] </w:t>
      </w:r>
      <w:r>
        <w:t>har insan is ko apni qabil-e-fehm zaban mein parhne ke qabil ho jaye, to yeh ek aisa mishn hoga jo hamesha jari rahega aur shohar aur biwi ke talluqat ko hamesha zinda rakhega.</w:t>
      </w:r>
    </w:p>
    <w:p>
      <w:pPr>
        <w:jc w:val="right"/>
      </w:pPr>
      <w:r>
        <w:t>ہر انسان اس کو اپنی قابل فہم زبان میں پڑھنے کے قابل ہو جائے، تو یہ ایک ایسا مشن ہوگا جو ہمیشہ جاری رہے گا اور شوہر اور بیوی کے تعلقات کو ہمیشہ زندہ رکھے گا۔</w:t>
      </w:r>
    </w:p>
    <w:p>
      <w:r>
        <w:rPr>
          <w:b/>
        </w:rPr>
        <w:t xml:space="preserve">[51:40] </w:t>
      </w:r>
      <w:r>
        <w:t>is tarah yeh hoga ke pehlay agar dono sirf husband aur wife thay to ab dono husband plus aur wife plus ban jayenge.</w:t>
      </w:r>
    </w:p>
    <w:p>
      <w:pPr>
        <w:jc w:val="right"/>
      </w:pPr>
      <w:r>
        <w:t>اس طرح یہ ہوگا کہ پہلے اگر دونوں صرف ہسبینڈ اور وائف تھے تو اب دونوں ہسبینڈ پلس اور وائف پلس بن جائیں گے۔</w:t>
      </w:r>
    </w:p>
    <w:p>
      <w:r>
        <w:rPr>
          <w:b/>
        </w:rPr>
        <w:t xml:space="preserve">[51:58] </w:t>
      </w:r>
      <w:r>
        <w:t>qabooliyat mein taakhir dua ki qabooliyat mein agar taakhir ho to insan ko mayoos nahi hona chahiye kyunke is mein bari hikmat posheeda ho sakti hai.</w:t>
      </w:r>
    </w:p>
    <w:p>
      <w:pPr>
        <w:jc w:val="right"/>
      </w:pPr>
      <w:r>
        <w:t>قبولیت میں تاخیر دعا کی قبولیت میں اگر تاخیر ہو تو انسان کو مایوس نہیں ہونا چاہیے کیونکہ اس میں بڑی حکمت پوشیدہ ہو سکتی ہے۔</w:t>
      </w:r>
    </w:p>
    <w:p>
      <w:r>
        <w:rPr>
          <w:b/>
        </w:rPr>
        <w:t xml:space="preserve">[52:12] </w:t>
      </w:r>
      <w:r>
        <w:t>is maamle mein aik hadees qudsi hai jo in alfaaz mein aayi hai:</w:t>
      </w:r>
    </w:p>
    <w:p>
      <w:pPr>
        <w:jc w:val="right"/>
      </w:pPr>
      <w:r>
        <w:t>اس معاملے میں ایک حدیث قدسی ہے جو ان الفاظ میں آئی ہے:</w:t>
      </w:r>
    </w:p>
    <w:p>
      <w:r>
        <w:rPr>
          <w:b/>
        </w:rPr>
        <w:t xml:space="preserve">[52:19] </w:t>
      </w:r>
      <w:r>
        <w:t>innal 'abda idha da'a rabbahu wa huwa yuhibbuhu qala: ya jibrā'īl lā tu'ajjil bi-qaḍā'i ḥājati 'abdī fa-innī uḥibbu an</w:t>
      </w:r>
    </w:p>
    <w:p>
      <w:pPr>
        <w:jc w:val="right"/>
      </w:pPr>
      <w:r>
        <w:t>إن العبد إذا دعا ربه وهو يحبه قال: يا جبرائيل لا تعجل بقضاء حاجة عبدي فإني أحب أن</w:t>
      </w:r>
    </w:p>
    <w:p>
      <w:r>
        <w:rPr>
          <w:b/>
        </w:rPr>
        <w:t xml:space="preserve">[52:32] </w:t>
      </w:r>
      <w:r>
        <w:t>asma'a ṣawtahu musnad al-ḥārith yaani banda jab apnay rabb ko pukaray aur wo us ko mehboob ho to</w:t>
      </w:r>
    </w:p>
    <w:p>
      <w:pPr>
        <w:jc w:val="right"/>
      </w:pPr>
      <w:r>
        <w:t>أسمع صوته مسند الحارث یعنی بندہ جب اپنے رب کو پکارے اور وہ اس کو محبوب ہو تو</w:t>
      </w:r>
    </w:p>
    <w:p>
      <w:r>
        <w:rPr>
          <w:b/>
        </w:rPr>
        <w:t xml:space="preserve">[52:41] </w:t>
      </w:r>
      <w:r>
        <w:t>Allah jibrā'īl se kehta hai:</w:t>
      </w:r>
    </w:p>
    <w:p>
      <w:pPr>
        <w:jc w:val="right"/>
      </w:pPr>
      <w:r>
        <w:t>اللہ جبرائیل سے کہتا ہے:</w:t>
      </w:r>
    </w:p>
    <w:p>
      <w:r>
        <w:rPr>
          <w:b/>
        </w:rPr>
        <w:t xml:space="preserve">[52:44] </w:t>
      </w:r>
      <w:r>
        <w:t>ya jibril</w:t>
      </w:r>
    </w:p>
    <w:p>
      <w:pPr>
        <w:jc w:val="right"/>
      </w:pPr>
      <w:r>
        <w:t>اے جبرائ</w:t>
      </w:r>
    </w:p>
    <w:p>
      <w:r>
        <w:rPr>
          <w:b/>
        </w:rPr>
        <w:t xml:space="preserve">[52:45] </w:t>
      </w:r>
      <w:r>
        <w:t>mere bande ki hajat poora karne mein jaldi na kar kyunke mujhe pasand hai ke main us ki awaz sunoon. is se murad saada taur par awaz sunna nahi hai balke is se murad yeh hai ke us waqt bande mein jo rohani amal jari hota hai,</w:t>
      </w:r>
    </w:p>
    <w:p>
      <w:pPr>
        <w:jc w:val="right"/>
      </w:pPr>
      <w:r>
        <w:t>یل! میرے بندے کی حاجت پورا کرنے میں جلدی نہ کر کیونکہ مجھے پسند ہے کہ میں اس کی آواز سنوں۔ اس سے مراد سادہ طور پر آواز سننا نہیں ہے بلکہ اس سے مراد یہ ہے کہ اس وقت بندے میں جو روحانی عمل جاری ہوتا ہے،</w:t>
      </w:r>
    </w:p>
    <w:p>
      <w:r>
        <w:rPr>
          <w:b/>
        </w:rPr>
        <w:t xml:space="preserve">[53:04] </w:t>
      </w:r>
      <w:r>
        <w:t>Allah chahta hai ke woh amal bande ke andar der tak jari rahe. asal yeh hai ke takhleeq ke naqshay yaani creation plan ke mutabiq insan ke andar zehni aur rohani irtqa ka amal mamool ke halaat mein jari nahi hota.</w:t>
      </w:r>
    </w:p>
    <w:p>
      <w:pPr>
        <w:jc w:val="right"/>
      </w:pPr>
      <w:r>
        <w:t>اللہ چاہتا ہے کہ وہ عمل بندے کے اندر دیر تک جاری رہے۔ اصل یہ ہے کہ تخلیق کے نقشے یعنی کریشن پلان کے مطابق انسان کے اندر ذہنی اور روحانی ارتقاء کا عمل معمول کے حالات میں جاری نہیں ہوتا۔</w:t>
      </w:r>
    </w:p>
    <w:p>
      <w:r>
        <w:rPr>
          <w:b/>
        </w:rPr>
        <w:t xml:space="preserve">[53:25] </w:t>
      </w:r>
      <w:r>
        <w:t>yeh amal sirf us waqt jari hota hai jabke koi aisa waqea pesh aaye jo insan ke andar zehni toofan yaani brainstorming ki halat paida kar de.</w:t>
      </w:r>
    </w:p>
    <w:p>
      <w:pPr>
        <w:jc w:val="right"/>
      </w:pPr>
      <w:r>
        <w:t>یہ عمل صرف اس وقت جاری ہوتا ہے جبکہ کوئی ایسا واقعہ پیش آئے جو انسان کے اندر ذہنی طوفان یعنی برین سٹارمنگ کی حالت پیدا کر دے۔</w:t>
      </w:r>
    </w:p>
    <w:p>
      <w:r>
        <w:rPr>
          <w:b/>
        </w:rPr>
        <w:t xml:space="preserve">[53:37] </w:t>
      </w:r>
      <w:r>
        <w:t>jab aisa hota hai to insani zehn ke tamam band darwazay khul jaate hain. woh is qabil ho jata hai ke us ko aise tajrubaat pesh aayein jo aam halaat mein pesh nahi aate.</w:t>
      </w:r>
    </w:p>
    <w:p>
      <w:pPr>
        <w:jc w:val="right"/>
      </w:pPr>
      <w:r>
        <w:t>جب ایسا ہوتا ہے تو انسانی ذہن کے تمام بند دروازے کھل جاتے ہیں۔ وہ اس قابل ہو جاتا ہے کہ اس کو ایسے تجربات پیش آئیں جو عام حالات میں پیش نہیں آتے۔</w:t>
      </w:r>
    </w:p>
    <w:p>
      <w:r>
        <w:rPr>
          <w:b/>
        </w:rPr>
        <w:t xml:space="preserve">[53:52] </w:t>
      </w:r>
      <w:r>
        <w:t>yehi woh waqt hota hai jabke us ke zehn ka jamood yaani stagnation toote aur us ke andar takhleeqiyat yaani creativity ka amal bedar ho jaye.</w:t>
      </w:r>
    </w:p>
    <w:p>
      <w:pPr>
        <w:jc w:val="right"/>
      </w:pPr>
      <w:r>
        <w:t>یہی وہ وقت ہوتا ہے جبکہ اس کے ذہن کا جمود یعنی سٹیگنیشن ٹوٹے اور اس کے اندر تخلیقیت یعنی کریٹیوٹی کا عمل بیدار ہو جائے۔</w:t>
      </w:r>
    </w:p>
    <w:p>
      <w:r>
        <w:rPr>
          <w:b/>
        </w:rPr>
        <w:t xml:space="preserve">[54:05] </w:t>
      </w:r>
      <w:r>
        <w:t>woh manfi soch se bahar aaye aur cheezon ko musbat nazar se dekhne lage. yehi woh waqt hota hai jabke us ke andar chhupay huay imkanat yaani potentials zahir ho jayein.</w:t>
      </w:r>
    </w:p>
    <w:p>
      <w:pPr>
        <w:jc w:val="right"/>
      </w:pPr>
      <w:r>
        <w:t>وہ منفی سوچ سے باہر آئے اور چیزوں کو مثبت نظر سے دیکھنے لگے۔ یہی وہ وقت ہوتا ہے جبکہ اس کے اندر چھپے ہوئے امکانات یعنی پوٹینشلز ظاہر ہو جائیں۔</w:t>
      </w:r>
    </w:p>
    <w:p>
      <w:r>
        <w:rPr>
          <w:b/>
        </w:rPr>
        <w:t xml:space="preserve">[54:19] </w:t>
      </w:r>
      <w:r>
        <w:t>us ke andar woh soch paida ho jaye jis ko buland soch ya high thinking kaha jata hai. ab tak agar woh man tha to ab woh superman ban jaye.</w:t>
      </w:r>
    </w:p>
    <w:p>
      <w:pPr>
        <w:jc w:val="right"/>
      </w:pPr>
      <w:r>
        <w:t>اس کے اندر وہ سوچ پیدا ہو جائے جس کو بلند سوچ یا ہائی تھنکنگ کہا جاتا ہے۔ اب تک اگر وہ مین تھا تو اب وہ سپر مین بن جائے۔</w:t>
      </w:r>
    </w:p>
    <w:p>
      <w:r>
        <w:rPr>
          <w:b/>
        </w:rPr>
        <w:t xml:space="preserve">[54:39] </w:t>
      </w:r>
      <w:r>
        <w:t xml:space="preserve">Allah ki madad Quran mein ek khudai qanoon ko in alfaaz mein bayan kiya gaya hai: wa la yansurannallahu man yansuruhu innallaha la qawiyyun azizun yaani aur Allah zaroor us ki madad karega jo Allah ki madad kare. </w:t>
      </w:r>
    </w:p>
    <w:p>
      <w:pPr>
        <w:jc w:val="right"/>
      </w:pPr>
      <w:r>
        <w:t>اللہ کی مدد قرآن میں ایک خدائی قانون کو ان الفاظ میں بیان کیا گیا ہے: وَلَيَنْصُرَنَّ اللَّهُ مَنْ يَنْصُرُهُ إِنَّ اللَّهَ لَقَوِيٌّ عَزِيزٌ یعنی اور اللہ ضرور اس کی مدد کرے گا جو اللہ کی مدد کرے۔</w:t>
      </w:r>
    </w:p>
    <w:p>
      <w:r>
        <w:rPr>
          <w:b/>
        </w:rPr>
        <w:t xml:space="preserve">[55:01] </w:t>
      </w:r>
      <w:r>
        <w:t>beshak Allah zabardast hai, zor wala hai. Quran ki yeh ayat insani tareekh ke baray mein aik khodai qanoon ko batati hai.</w:t>
      </w:r>
    </w:p>
    <w:p>
      <w:pPr>
        <w:jc w:val="right"/>
      </w:pPr>
      <w:r>
        <w:t>بے شک اللہ زبردست ہے، زور والا ہے۔ قرآن کی یہ آیت انسانی تاریخ کے بارے میں ایک خدائی قانون کو بتاتی ہے۔</w:t>
      </w:r>
    </w:p>
    <w:p>
      <w:r>
        <w:rPr>
          <w:b/>
        </w:rPr>
        <w:t xml:space="preserve">[55:13] </w:t>
      </w:r>
      <w:r>
        <w:t>asal yeh hai ke Allah Rabb-ul-Alameen ne insaan ko kamil aazadi di hai lekin isi ke sath woh insani tareekh ko barabar manage bhi karta hai taakeh tareekh ka safar apne sahih rukh par jari rahay.</w:t>
      </w:r>
    </w:p>
    <w:p>
      <w:pPr>
        <w:jc w:val="right"/>
      </w:pPr>
      <w:r>
        <w:t>اصل یہ ہے کہ اللہ رب العالمین نے انسان کو کامل آزادی دی ہے لیکن اسی کے ساتھ وہ انسانی تاریخ کو برابر مینج بھی کرتا ہے تاکہ تاریخ کا سفر اپنے صحیح رخ پر جاری رہے۔</w:t>
      </w:r>
    </w:p>
    <w:p>
      <w:r>
        <w:rPr>
          <w:b/>
        </w:rPr>
        <w:t xml:space="preserve">[55:32] </w:t>
      </w:r>
      <w:r>
        <w:t>mazkoora ayat mein jis mamle ka zikr hai woh yeh hai ke Allah Rabb-ul-Alameen ke is mansoobay mein insaan ka role kya hai.</w:t>
      </w:r>
    </w:p>
    <w:p>
      <w:pPr>
        <w:jc w:val="right"/>
      </w:pPr>
      <w:r>
        <w:t>مذکورہ آیت میں جس معاملے کا ذکر ہے وہ یہ ہے کہ اللہ رب العالمین کے اس منصوبے میں انسان کا رول کیا ہے۔</w:t>
      </w:r>
    </w:p>
    <w:p>
      <w:r>
        <w:rPr>
          <w:b/>
        </w:rPr>
        <w:t xml:space="preserve">[55:43] </w:t>
      </w:r>
      <w:r>
        <w:t>woh yeh hai ke insaan tareekh ke baray mein Allah ke mansha ko daryaft kare aur Allah ke mansoobay ke mutabiq tareekhi amal yani historical process mein apna hissa ada kare.</w:t>
      </w:r>
    </w:p>
    <w:p>
      <w:pPr>
        <w:jc w:val="right"/>
      </w:pPr>
      <w:r>
        <w:t>وہ یہ ہے کہ انسان تاریخ کے بارے میں اللہ کے منشا کو دریافت کرے اور اللہ کے منصوبے کے مطابق تاریخی عمل یعنی ہسٹوریکل پروسیس میں اپنا حصہ ادا کرے۔</w:t>
      </w:r>
    </w:p>
    <w:p>
      <w:r>
        <w:rPr>
          <w:b/>
        </w:rPr>
        <w:t xml:space="preserve">[56:00] </w:t>
      </w:r>
      <w:r>
        <w:t>insaan agar aisa kare to woh Allah ki madad ka yaqeeni mustahiq ban jata hai. Is mamle ki aik misaal woh hai jo Islam ke dour-e-awwal mein paish aai.</w:t>
      </w:r>
    </w:p>
    <w:p>
      <w:pPr>
        <w:jc w:val="right"/>
      </w:pPr>
      <w:r>
        <w:t>انسان اگر ایسا کرے تو وہ اللہ کی مدد کا یقینی مستحق بن جاتا ہے۔ اس معاملے کی ایک مثال وہ ہے جو اسلام کے دور اول میں پیش آئی۔</w:t>
      </w:r>
    </w:p>
    <w:p>
      <w:r>
        <w:rPr>
          <w:b/>
        </w:rPr>
        <w:t xml:space="preserve">[56:13] </w:t>
      </w:r>
      <w:r>
        <w:t>woh yeh ke Makkah se Madinah ki taraf hijrat karne ke baad Allah Ta'ala ne aisay halaat paida kiye ke ahle iman yak-tarfa sharton par fareeq-e-sani se sulah kar lein aur is tarah fareeqain ke darmiyan aman ka mahol bana kar dawat ki planning karein.</w:t>
      </w:r>
    </w:p>
    <w:p>
      <w:pPr>
        <w:jc w:val="right"/>
      </w:pPr>
      <w:r>
        <w:t>وہ یہ کہ مکہ سے مدینہ کی طرف ہجرت کرنے کے بعد اللہ تعالیٰ نے ایسے حالات پیدا کیے کہ اہل ایمان یکطرفہ شرطوں پر فریق ثانی سے صلح کر لے اور اس طرح فریقین کے درمیان امن کا ماحول بنا کر دعوت کی پلاننگ کرے۔</w:t>
      </w:r>
    </w:p>
    <w:p>
      <w:r>
        <w:rPr>
          <w:b/>
        </w:rPr>
        <w:t xml:space="preserve">[56:36] </w:t>
      </w:r>
      <w:r>
        <w:t>is zamane ke ahle iman ne is mamle ko samjha aur yak-tarfa sulah kar ke fareeqain ke darmiyan aman ka mahol qaim kiya.</w:t>
      </w:r>
    </w:p>
    <w:p>
      <w:pPr>
        <w:jc w:val="right"/>
      </w:pPr>
      <w:r>
        <w:t>اس زمانے کے اہل ایمان نے اس معاملے کو سمجھا اور یکطرفہ صلح کر کے فریقین کے درمیان امن کا ماحول قائم کیا۔</w:t>
      </w:r>
    </w:p>
    <w:p>
      <w:r>
        <w:rPr>
          <w:b/>
        </w:rPr>
        <w:t xml:space="preserve">[56:47] </w:t>
      </w:r>
      <w:r>
        <w:t>is tarah goya ahle iman ne Allah ke jari kardah process mein apna hissa ada kiya. Is ke baad woh Allah ki yaqeeni nasrat ke mustahiq ban gaye.</w:t>
      </w:r>
    </w:p>
    <w:p>
      <w:pPr>
        <w:jc w:val="right"/>
      </w:pPr>
      <w:r>
        <w:t>اس طرح گویا اہل ایمان نے اللہ کے جاری کردہ پروسیس میں اپنا حصہ ادا کیا۔ اس کے بعد وہ اللہ کی یقینی نصرت کے مستحق بن گئے۔</w:t>
      </w:r>
    </w:p>
    <w:p>
      <w:r>
        <w:rPr>
          <w:b/>
        </w:rPr>
        <w:t xml:space="preserve">[57:00] </w:t>
      </w:r>
      <w:r>
        <w:t>chunancha is ka nateeja Fatah Mubeen ki surat mein baramad hua. Mojooda zamane mein dobara isi qism ki soorat-e-haal ziyada baray paimane par paida hui hai.</w:t>
      </w:r>
    </w:p>
    <w:p>
      <w:pPr>
        <w:jc w:val="right"/>
      </w:pPr>
      <w:r>
        <w:t>چنانچہ اس کا نتیجہ فتح مبین کی صورت میں برآمد ہوا۔ موجودہ زمانے میں دوبارہ اسی قسم کی صورتحال زیادہ بڑے پیمانے پر پیدا ہوئی ہے۔</w:t>
      </w:r>
    </w:p>
    <w:p>
      <w:r>
        <w:rPr>
          <w:b/>
        </w:rPr>
        <w:t xml:space="preserve">[57:14] </w:t>
      </w:r>
      <w:r>
        <w:t>pichlay taqreeban char sau saal ke amal ke nateeje mein baray paimane par mawafeq-e-Islam halaat paida hue hain.</w:t>
      </w:r>
    </w:p>
    <w:p>
      <w:pPr>
        <w:jc w:val="right"/>
      </w:pPr>
      <w:r>
        <w:t>پچھلے تقریباً چار سو سال کے عمل کے نتیجے میں بڑے پیمانے پر موافق اسلام حالات پیدا ہوئے ہیں۔</w:t>
      </w:r>
    </w:p>
    <w:p>
      <w:r>
        <w:rPr>
          <w:b/>
        </w:rPr>
        <w:t xml:space="preserve">[57:24] </w:t>
      </w:r>
      <w:r>
        <w:t>aik taraf عالمی satah par mazhabi aazadi ko insaan ka mutlaq haq maan liya gaya hai aur doosri taraf Islami dawat ko phailanay ke itnay ziyada awqaf paida hue hain jis ko awqaf ka infijar, opportunity explosion kaha ja sakta hai.</w:t>
      </w:r>
    </w:p>
    <w:p>
      <w:pPr>
        <w:jc w:val="right"/>
      </w:pPr>
      <w:r>
        <w:t>ایک طرف عالمی سطح پر مذہبی آزادی کو انسان کا مطلق حق مان لیا گیا ہے اور دوسری طرف اسلامی دعوت کو پھیلانے کے اتنے زیادہ مواقع پیدا ہوئے ہیں جس کو مواقع کا انفجار، اپرچونیٹی ایکسپلوژن کہا جا سکتا ہے۔</w:t>
      </w:r>
    </w:p>
    <w:p>
      <w:r>
        <w:rPr>
          <w:b/>
        </w:rPr>
        <w:t xml:space="preserve">[57:44] </w:t>
      </w:r>
      <w:r>
        <w:t>ab dobara zaroorat hai ke ahle iman Allah ki nasrat karein. Is nasrat ki surat yeh hai ke ummat-e-muslima doosri qomon ke sath apne tamam naza'at ko yak-tarfa tor par khatam kar de aur apni sari tawajjah sirf aik nuqtay par laga de yani paida shuda awqaf ko pur-aman tor par dawat-e-ilallah ke liye istemal karna.</w:t>
      </w:r>
    </w:p>
    <w:p>
      <w:pPr>
        <w:jc w:val="right"/>
      </w:pPr>
      <w:r>
        <w:t>اب دوبارہ ضرورت ہے کہ اہل ایمان اللہ کی نصرت کریں۔ اس نصرت کی صورت یہ ہے کہ امت مسلمہ دوسری قوموں کے ساتھ اپنے تمام نزعات کو یکطرفہ طور پر ختم کر دے اور اپنی ساری توجہ صرف ایک نقطے پر لگا دے یعنی پیدا شدہ مواقع کو پرامن طور پر دعوت الی اللہ کے لیے استعمال کرنا۔</w:t>
      </w:r>
    </w:p>
    <w:p>
      <w:r>
        <w:rPr>
          <w:b/>
        </w:rPr>
        <w:t xml:space="preserve">[58:12] </w:t>
      </w:r>
      <w:r>
        <w:t>is tarah ahle iman Allah ke paida kardah tareekhi process mein apna hissa ada kareinge. Aisa karna ummat-e-muslima ko nasrat-e-Ilahi ka yaqeeni mustahiq bana dega aur phir dobara un ko woh kamyabi hasil hogi jis ko Quran mein Fatah Mubeen kaha gaya hai.</w:t>
      </w:r>
    </w:p>
    <w:p>
      <w:pPr>
        <w:jc w:val="right"/>
      </w:pPr>
      <w:r>
        <w:t>اس طرح اہل ایمان اللہ کے پیدا کردہ تاریخی پروسیس میں اپنا حصہ ادا کریں گے۔ ایسا کرنا امت مسلمہ کو نصرت الہی کا یقینی مستحق بنا دے گا اور پھر دوبارہ ان کو وہ کامیابی حاصل ہوگی جس کو قرآن میں فتح مبین کہا گیا ہے۔</w:t>
      </w:r>
    </w:p>
    <w:p>
      <w:r>
        <w:rPr>
          <w:b/>
        </w:rPr>
        <w:t xml:space="preserve">[58:36] </w:t>
      </w:r>
      <w:r>
        <w:t>Fatah Mubeen ki is Ilahi nasrat ko hasil karne ki sirf aik shart hai aur woh yeh hai ke ahle Islam is pooray mamle ko qaumi nuqtah-e-nazar se na dekhein balkeh khalis da'wati nuqtah-e-nazar se dekhein.</w:t>
      </w:r>
    </w:p>
    <w:p>
      <w:pPr>
        <w:jc w:val="right"/>
      </w:pPr>
      <w:r>
        <w:t>فتح مبین کی اس الہی نصرت کو حاصل کرنے کی صرف ایک شرط ہے اور وہ یہ ہے کہ اہل اسلام اس پورے معاملے کو قومی نقطہ نظر سے نہ دیکھیں بلکہ خالص دعوتی نقطہ نظر سے دیکھیں۔</w:t>
      </w:r>
    </w:p>
    <w:p>
      <w:r>
        <w:rPr>
          <w:b/>
        </w:rPr>
        <w:t xml:space="preserve">[58:55] </w:t>
      </w:r>
      <w:r>
        <w:t>yeh fitrat ka usool hai ke qaumi ta'alluqat mein hamesha aisay halaat paish aate hain jo bazahir kisi qaum ke khilaf dikhai dete hain.</w:t>
      </w:r>
    </w:p>
    <w:p>
      <w:pPr>
        <w:jc w:val="right"/>
      </w:pPr>
      <w:r>
        <w:t>یہ فطرت کا اصول ہے کہ قومی تعلقات میں ہمیشہ ایسے حالات پیش آتے ہیں جو بظاہر کسی قوم کے خلاف دکھائی دیتے ہیں۔</w:t>
      </w:r>
    </w:p>
    <w:p>
      <w:r>
        <w:rPr>
          <w:b/>
        </w:rPr>
        <w:t xml:space="preserve">[59:07] </w:t>
      </w:r>
      <w:r>
        <w:t>yeh qaum in halaat ko apne khilaf zulm samajh leti hai aur phir is ke nateeje mein us qaum ke andar manfi soch paida ho jati hai.</w:t>
      </w:r>
    </w:p>
    <w:p>
      <w:pPr>
        <w:jc w:val="right"/>
      </w:pPr>
      <w:r>
        <w:t>یہ قوم ان حالات کو اپنے خلاف ظلم سمجھ لیتی ہے اور پھر اس کے نتیجے میں اس قوم کے اندر منفی سوچ پیدا ہو جاتی ہے۔</w:t>
      </w:r>
    </w:p>
    <w:p>
      <w:r>
        <w:rPr>
          <w:b/>
        </w:rPr>
        <w:t xml:space="preserve">[59:18] </w:t>
      </w:r>
      <w:r>
        <w:t>manfi soch qaum ko is ke liye na-ahili bana deti hai ke woh halaat ke musbat pehlu ko daryaft kare aur un ko istemal karte hue apne mamle ki mansoobah bandi musbat andaaz mein kare.</w:t>
      </w:r>
    </w:p>
    <w:p>
      <w:pPr>
        <w:jc w:val="right"/>
      </w:pPr>
      <w:r>
        <w:t>منفی سوچ قوم کو اس کے لیے نااہل بنا دیتی ہے کہ وہ حالات کے مثبت پہلو کو دریافت کرے اور ان کو استعمال کرتے ہوئے اپنے معاملے کی منصوبہ بندی مثبت انداز میں کرے۔</w:t>
      </w:r>
    </w:p>
    <w:p>
      <w:r>
        <w:rPr>
          <w:b/>
        </w:rPr>
        <w:t xml:space="preserve">[59:35] </w:t>
      </w:r>
      <w:r>
        <w:t>yehi manfi zehn qomon ke liye ta'ameer mein rukawat ban jata hai. Mojooda zamane mein musalmanon ke sath yahi mamla paish aaya hai.</w:t>
      </w:r>
    </w:p>
    <w:p>
      <w:pPr>
        <w:jc w:val="right"/>
      </w:pPr>
      <w:r>
        <w:t>یہی منفی ذہن قوموں کے لیے تعمیر میں رکاوٹ بن جاتا ہے۔ موجودہ زمانے میں مسلمانوں کے ساتھ یہی معاملہ پیش آیا ہے۔</w:t>
      </w:r>
    </w:p>
    <w:p>
      <w:r>
        <w:rPr>
          <w:b/>
        </w:rPr>
        <w:t xml:space="preserve">[59:47] </w:t>
      </w:r>
      <w:r>
        <w:t>unhon ne fitri halaat ko mafroza tor par apne khilaf samajh liya aur is ka nateeja yeh hua ke woh apne aap ko mazloom samajhnay lagay.</w:t>
      </w:r>
    </w:p>
    <w:p>
      <w:pPr>
        <w:jc w:val="right"/>
      </w:pPr>
      <w:r>
        <w:t>انہوں نے فطری حالات کو مفروضہ طور پر اپنے خلاف سمجھ لیا اور اس کا نتیجہ یہ ہوا کہ وہ اپنے آپ کو مظلوم سمجھنے لگے۔</w:t>
      </w:r>
    </w:p>
    <w:p>
      <w:r>
        <w:rPr>
          <w:b/>
        </w:rPr>
        <w:t xml:space="preserve">[59:58] </w:t>
      </w:r>
      <w:r>
        <w:t>mazloomiyat ke ehsas ki musalmanon ko bohat bari qeemat ada karni pari.</w:t>
      </w:r>
    </w:p>
    <w:p>
      <w:pPr>
        <w:jc w:val="right"/>
      </w:pPr>
      <w:r>
        <w:t>مظلومیت کے احساس کی مسلمانوں کو بہت بڑی قیمت ادا کرنی پڑی۔</w:t>
      </w:r>
    </w:p>
    <w:p>
      <w:r>
        <w:rPr>
          <w:b/>
        </w:rPr>
        <w:t xml:space="preserve">[1:00:05] </w:t>
      </w:r>
      <w:r>
        <w:t>wo yeh hai ke is ehsas mazloomiyat ne musalmanon ko is baat ke liye nahil bana diya hai</w:t>
      </w:r>
    </w:p>
    <w:p>
      <w:pPr>
        <w:jc w:val="right"/>
      </w:pPr>
      <w:r>
        <w:t>وہ یہ ہے کہ اس احساس مظلومیت نے مسلمانوں کو اس بات کے لیے نااہل بنا دیا ہے</w:t>
      </w:r>
    </w:p>
    <w:p>
      <w:r>
        <w:rPr>
          <w:b/>
        </w:rPr>
        <w:t xml:space="preserve">[1:00:13] </w:t>
      </w:r>
      <w:r>
        <w:t>keh woh tareekh ke misbat pehlu ko samjhein aur is mein apna hissa ada karte hue Allah ki</w:t>
      </w:r>
    </w:p>
    <w:p>
      <w:pPr>
        <w:jc w:val="right"/>
      </w:pPr>
      <w:r>
        <w:t>کہ وہ تاریخ کے مثبت پہلو کو سمجھیں اور اس میں اپنا حصہ ادا کرتے ہوئے اللہ کی</w:t>
      </w:r>
    </w:p>
    <w:p>
      <w:r>
        <w:rPr>
          <w:b/>
        </w:rPr>
        <w:t xml:space="preserve">[1:00:20] </w:t>
      </w:r>
      <w:r>
        <w:t>nusrat ke mustahiq banen.</w:t>
      </w:r>
    </w:p>
    <w:p>
      <w:pPr>
        <w:jc w:val="right"/>
      </w:pPr>
      <w:r>
        <w:t>نصرت کے مستحق بنیں۔</w:t>
      </w:r>
    </w:p>
    <w:p>
      <w:r>
        <w:rPr>
          <w:b/>
        </w:rPr>
        <w:t xml:space="preserve">[1:00:31] </w:t>
      </w:r>
      <w:r>
        <w:t>museebat ka misbat pehlu</w:t>
      </w:r>
    </w:p>
    <w:p>
      <w:pPr>
        <w:jc w:val="right"/>
      </w:pPr>
      <w:r>
        <w:t>مصیبت کا مثبت پہلو</w:t>
      </w:r>
    </w:p>
    <w:p>
      <w:r>
        <w:rPr>
          <w:b/>
        </w:rPr>
        <w:t xml:space="preserve">[1:00:35] </w:t>
      </w:r>
      <w:r>
        <w:t>ek hadith qudsi in alfaaz mein aayi hai: ma da'a Allah al-mu'min bi da'watin illa wukkila bi hajatihi Jibra'eel fayqool</w:t>
      </w:r>
    </w:p>
    <w:p>
      <w:pPr>
        <w:jc w:val="right"/>
      </w:pPr>
      <w:r>
        <w:t>ایک حدیث قدسی ان الفاظ میں آئی ہے: ما دعا اللہ المؤمن بدعوة إلا وكل بحاجته جبرائیل فيقول</w:t>
      </w:r>
    </w:p>
    <w:p>
      <w:r>
        <w:rPr>
          <w:b/>
        </w:rPr>
        <w:t xml:space="preserve">[1:00:48] </w:t>
      </w:r>
      <w:r>
        <w:t>la ta'ajjal bi ijabatihi</w:t>
      </w:r>
    </w:p>
    <w:p>
      <w:pPr>
        <w:jc w:val="right"/>
      </w:pPr>
      <w:r>
        <w:t>لا تعجل بإجابته</w:t>
      </w:r>
    </w:p>
    <w:p>
      <w:r>
        <w:rPr>
          <w:b/>
        </w:rPr>
        <w:t xml:space="preserve">[1:00:51] </w:t>
      </w:r>
      <w:r>
        <w:t>fa inni uhibbu an asma'a sawta 'abd al-mu'min. Hilyat al-awliya' ya'ni jab koi banda Allah ko pukarta hai to</w:t>
      </w:r>
    </w:p>
    <w:p>
      <w:pPr>
        <w:jc w:val="right"/>
      </w:pPr>
      <w:r>
        <w:t>فإني أحب أن أسمع صوت عبد المؤمن حلیۃ الاولیاء یعنی جب کوئی بندہ اللہ کو پکارتا ہے تو</w:t>
      </w:r>
    </w:p>
    <w:p>
      <w:r>
        <w:rPr>
          <w:b/>
        </w:rPr>
        <w:t xml:space="preserve">[1:01:01] </w:t>
      </w:r>
      <w:r>
        <w:t>Jibra'eel farishtay ko us ki hajat rawai ke liye muqarrar kar diya jata hai aur Allah kehta hai</w:t>
      </w:r>
    </w:p>
    <w:p>
      <w:pPr>
        <w:jc w:val="right"/>
      </w:pPr>
      <w:r>
        <w:t>جبرائیل فرشتے کو اس کی حاجت براری کے لیے مقرر کر دیا جاتا ہے اور اللہ کہتا ہے</w:t>
      </w:r>
    </w:p>
    <w:p>
      <w:r>
        <w:rPr>
          <w:b/>
        </w:rPr>
        <w:t xml:space="preserve">[1:01:09] </w:t>
      </w:r>
      <w:r>
        <w:t>keh aye j</w:t>
      </w:r>
    </w:p>
    <w:p>
      <w:pPr>
        <w:jc w:val="right"/>
      </w:pPr>
      <w:r>
        <w:t>کہ اے ج</w:t>
      </w:r>
    </w:p>
    <w:p>
      <w:r>
        <w:rPr>
          <w:b/>
        </w:rPr>
        <w:t xml:space="preserve">[1:01:10] </w:t>
      </w:r>
      <w:r>
        <w:t>Jibra'eel! Uski hajat ko poora karne mein jaldi na kar kyunke mujhe yeh mehboob hai ke main momin bande ki awaz ko sunoon.</w:t>
      </w:r>
    </w:p>
    <w:p>
      <w:pPr>
        <w:jc w:val="right"/>
      </w:pPr>
      <w:r>
        <w:t>برائیل! اس کی حاجت کو پورا کرنے میں جلدی نہ کر کیونکہ مجھے یہ محبوب ہے کہ میں مومن بندے کی آواز کو سنوں۔</w:t>
      </w:r>
    </w:p>
    <w:p>
      <w:r>
        <w:rPr>
          <w:b/>
        </w:rPr>
        <w:t xml:space="preserve">[1:01:19] </w:t>
      </w:r>
      <w:r>
        <w:t>Allah aik momin bande ki saut ya awaz ko kyun pasand karta hai? Is ka sabab yeh nahi hai ke uski saut mein koi naghma ya melody hota hai balkeh is ka sabab yeh hota hai ke jab koi banda musibat ke waqt Allah ko pukarta hai to us se uski roohani irtiqaa yani spiritual development mein izafa hota hai.</w:t>
      </w:r>
    </w:p>
    <w:p>
      <w:pPr>
        <w:jc w:val="right"/>
      </w:pPr>
      <w:r>
        <w:t>اللہ ایک مومن بندے کی صوت یا آواز کو کیوں پسند کرتا ہے؟ اس کا سبب یہ نہیں ہے کہ اس کی صوت میں کوئی نغمہ یا میلوڈی ہوتا ہے بلکہ اس کا سبب یہ ہوتا ہے کہ جب کوئی بندہ مصیبت کے وقت اللہ کو پکارتا ہے تو اس سے اس کی روحانی ارتقاء یعنی سپریچول ڈیویلپمنٹ میں اضافہ ہوتا ہے۔</w:t>
      </w:r>
    </w:p>
    <w:p>
      <w:r>
        <w:rPr>
          <w:b/>
        </w:rPr>
        <w:t xml:space="preserve">[1:01:46] </w:t>
      </w:r>
      <w:r>
        <w:t>Allah Ta'ala ko yeh roohani irtiqaa pasand hai na ke saut ka naghma. Asal yeh hai ke insaan ke upar jab koi musibat aati hai to uski hassasiyat yani sensitivity ko woh barhati hai.</w:t>
      </w:r>
    </w:p>
    <w:p>
      <w:pPr>
        <w:jc w:val="right"/>
      </w:pPr>
      <w:r>
        <w:t>اللہ تعالیٰ کو یہ روحانی ارتقاء پسند ہے نہ کہ صوت کا نغمہ۔ اصل یہ ہے کہ انسان کے اوپر جب کوئی مصیبت آتی ہے تو اس کی حساسیت یعنی سینسٹیوٹی کو وہ بڑھاتی ہے۔</w:t>
      </w:r>
    </w:p>
    <w:p>
      <w:r>
        <w:rPr>
          <w:b/>
        </w:rPr>
        <w:t xml:space="preserve">[1:02:04] </w:t>
      </w:r>
      <w:r>
        <w:t>hassasiyat ka nateeja yeh hota hai ke aadmi ki quwwat-e-akhz yani grasp barh jati hai. Is bina par aisa aadmi agar woh manfi soch mein mubtala na ho to woh is qabil ho jata hai ke woh apne tajrube se ziyada se ziyada sabak le.</w:t>
      </w:r>
    </w:p>
    <w:p>
      <w:pPr>
        <w:jc w:val="right"/>
      </w:pPr>
      <w:r>
        <w:t>حساسیت کا نتیجہ یہ ہوتا ہے کہ آدمی کی قوت اخذ یعنی گراس بڑھ جاتی ہے۔ اس بنا پر ایسا آدمی اگر وہ منفی سوچ میں مبتلا نہ ہو تو وہ اس قابل ہو جاتا ہے کہ وہ اپنے تجربے سے زیادہ سے زیادہ سبق لے۔</w:t>
      </w:r>
    </w:p>
    <w:p>
      <w:r>
        <w:rPr>
          <w:b/>
        </w:rPr>
        <w:t xml:space="preserve">[1:02:24] </w:t>
      </w:r>
      <w:r>
        <w:t>woh cheezon mein chupi hui hikmat ko zyada se zyada daryaft kar sake. museebat hassasiyat ko barhati hai aur hassasiyat aadmi ki quwwat e akhiz mein izafa karti hai.</w:t>
      </w:r>
    </w:p>
    <w:p>
      <w:pPr>
        <w:jc w:val="right"/>
      </w:pPr>
      <w:r>
        <w:t>وہ چیزوں میں چھپی ہوئی حکمت کو زیادہ سے زیادہ دریافت کر سکے۔ مصیبت حساسیت کو بڑھاتی ہے اور حساسیت آدمی کی قوت اخذ میں اضافہ کرتی ہے۔</w:t>
      </w:r>
    </w:p>
    <w:p>
      <w:r>
        <w:rPr>
          <w:b/>
        </w:rPr>
        <w:t xml:space="preserve">[1:02:38] </w:t>
      </w:r>
      <w:r>
        <w:t>aur quwwat e akhiz apne nateejay ke aitbaar se aadmi ki marifat ko bohat zyada barha deti hai. museebat bajaye khud koi matloob cheez nahi magar iska nateejah yani result isko matloob bana deta hai.</w:t>
      </w:r>
    </w:p>
    <w:p>
      <w:pPr>
        <w:jc w:val="right"/>
      </w:pPr>
      <w:r>
        <w:t>اور قوت اخذ اپنے نتیجے کے اعتبار سے آدمی کی معرفت کو بہت زیادہ بڑھا دیتی ہے۔ مصیبت بجائے خود کوئی مطلوب چیز نہیں مگر اس کا نتیجہ یعنی رزلٹ اس کو مطلوب بنا دیتا ہے۔</w:t>
      </w:r>
    </w:p>
    <w:p>
      <w:r>
        <w:rPr>
          <w:b/>
        </w:rPr>
        <w:t xml:space="preserve">[1:02:57] </w:t>
      </w:r>
      <w:r>
        <w:t>marifat jismani aza ki tarah ek takhleeqi atiya nahi hai balkeh woh ek khud daryaft kardah cheez yani self discovered item hai aur daryaft ka yeh amal, process hamesha nakhushgawari ke rastay se guzarta hai.</w:t>
      </w:r>
    </w:p>
    <w:p>
      <w:pPr>
        <w:jc w:val="right"/>
      </w:pPr>
      <w:r>
        <w:t>معرفت جسمانی اعضاء کی طرح ایک تخلیقی عطیہ نہیں ہے بلکہ وہ ایک خود دریافت کردہ چیز یعنی سیلف ڈسکورڈ آئٹم ہے اور دریافت کا یہ عمل، پروسیس ہمیشہ ناخوشگواری کے راستے سے گزرتا ہے۔</w:t>
      </w:r>
    </w:p>
    <w:p>
      <w:r>
        <w:rPr>
          <w:b/>
        </w:rPr>
        <w:t xml:space="preserve">[1:03:15] </w:t>
      </w:r>
      <w:r>
        <w:t>marifat ke husool ka iske ilawa koi doosra tareeqa nahi.</w:t>
      </w:r>
    </w:p>
    <w:p>
      <w:pPr>
        <w:jc w:val="right"/>
      </w:pPr>
      <w:r>
        <w:t>معرفت کے حصول کا اس کے علاوہ کوئی دوسرا طریقہ نہیں۔</w:t>
      </w:r>
    </w:p>
    <w:p>
      <w:r>
        <w:rPr>
          <w:b/>
        </w:rPr>
        <w:t xml:space="preserve">[1:03:32] </w:t>
      </w:r>
      <w:r>
        <w:t>na-insaafi ka masla tamam muslehīn hamesha ek kaam karte rahe hain aur woh hai na-insaafi ke khilaaf awaaz uthana.</w:t>
      </w:r>
    </w:p>
    <w:p>
      <w:pPr>
        <w:jc w:val="right"/>
      </w:pPr>
      <w:r>
        <w:t>ناانصافی کا مسئلہ تمام مصلحین ہمیشہ ایک کام کرتے رہے ہیں اور وہ ہے ناانصافی کے خلاف آواز اٹھانا۔</w:t>
      </w:r>
    </w:p>
    <w:p>
      <w:r>
        <w:rPr>
          <w:b/>
        </w:rPr>
        <w:t xml:space="preserve">[1:03:44] </w:t>
      </w:r>
      <w:r>
        <w:t>lekin nateejay ke aitbaar se dekhiye toh unke ihtijaaj yani protest ka kabhi koi misbat faida nahi nikla.</w:t>
      </w:r>
    </w:p>
    <w:p>
      <w:pPr>
        <w:jc w:val="right"/>
      </w:pPr>
      <w:r>
        <w:t>لیکن نتیجے کے اعتبار سے دیکھیے تو ان کے احتجاج یعنی پروٹیسٹ کا کبھی کوئی مثبت فائدہ نہیں نکلا۔</w:t>
      </w:r>
    </w:p>
    <w:p>
      <w:r>
        <w:rPr>
          <w:b/>
        </w:rPr>
        <w:t xml:space="preserve">[1:03:52] </w:t>
      </w:r>
      <w:r>
        <w:t>ihtijaaj ki kasrat ke bawajood na-insaafi ke waqeaat mein koi kami nahi hui balkeh Misr ke haaliya waqeaat yeh batate hain ke na-insaafi ke khilaaf protest ke tareeqay ne sirf na-insaafi mein mazeed izafa kiya.</w:t>
      </w:r>
    </w:p>
    <w:p>
      <w:pPr>
        <w:jc w:val="right"/>
      </w:pPr>
      <w:r>
        <w:t>احتجاج کی کثرت کے باوجود ناانصافی کے واقعات میں کوئی کمی نہیں ہوئی بلکہ مصر کے حالیہ واقعات یہ بتاتے ہیں کہ ناانصافی کے خلاف پروٹیسٹ کے طریقے نے صرف ناانصافی میں مزید اضافہ کیا۔</w:t>
      </w:r>
    </w:p>
    <w:p>
      <w:r>
        <w:rPr>
          <w:b/>
        </w:rPr>
        <w:t xml:space="preserve">[1:04:10] </w:t>
      </w:r>
      <w:r>
        <w:t>asal yeh hai ke na-insaafi fitrat ke nizaam ka ek hissa hai. na-insaafi hamesha azaadi ke galat istemaal ka nateejah hoti hai.</w:t>
      </w:r>
    </w:p>
    <w:p>
      <w:pPr>
        <w:jc w:val="right"/>
      </w:pPr>
      <w:r>
        <w:t>اصل یہ ہے کہ ناانصافی فطرت کے نظام کا ایک حصہ ہے۔ ناانصافی ہمیشہ آزادی کے غلط استعمال کا نتیجہ ہوتی ہے۔</w:t>
      </w:r>
    </w:p>
    <w:p>
      <w:r>
        <w:rPr>
          <w:b/>
        </w:rPr>
        <w:t xml:space="preserve">[1:04:23] </w:t>
      </w:r>
      <w:r>
        <w:t>koi taaqat insani azaadi ka khataam nahi kar sakti is liye na-insaafi ka imkaan bhi kabhi khatam nahi ho sakta.</w:t>
      </w:r>
    </w:p>
    <w:p>
      <w:pPr>
        <w:jc w:val="right"/>
      </w:pPr>
      <w:r>
        <w:t>کوئی طاقت انسانی آزادی کا خاتمہ نہیں کر سکتی اس لیے ناانصافی کا امکان بھی کبھی ختم نہیں ہو سکتا۔</w:t>
      </w:r>
    </w:p>
    <w:p>
      <w:r>
        <w:rPr>
          <w:b/>
        </w:rPr>
        <w:t xml:space="preserve">[1:04:34] </w:t>
      </w:r>
      <w:r>
        <w:t>is maamle mein danishmandi ka tareeqa yeh hai ke khud apne andar itni zehni bedari yani intellectual awakening paida ki jaye ke aap na-insaafi karne walon ki na-insaafi ka shikar hone se bach jayein.</w:t>
      </w:r>
    </w:p>
    <w:p>
      <w:pPr>
        <w:jc w:val="right"/>
      </w:pPr>
      <w:r>
        <w:t>اس معاملے میں دانشمندی کا طریقہ یہ ہے کہ خود اپنے اندر اتنی ذہنی بیداری یعنی انٹلیکچول اویکننگ پیدا کی جائے کہ آپ ناانصافی کرنے والوں کی ناانصافی کا شکار ہونے سے بچ جائیں۔</w:t>
      </w:r>
    </w:p>
    <w:p>
      <w:r>
        <w:rPr>
          <w:b/>
        </w:rPr>
        <w:t xml:space="preserve">[1:04:52] </w:t>
      </w:r>
      <w:r>
        <w:t>paighambar e Islam sallallahu alaihi wasallam ki tareekh mein iski ek misaal yeh hai ke Hudaybiyah ke mauqa par qadeem Makka ke sardaron ne Rasool aur ashaab e Rasool ko Umrah ke liye Makka jaane se roka.</w:t>
      </w:r>
    </w:p>
    <w:p>
      <w:pPr>
        <w:jc w:val="right"/>
      </w:pPr>
      <w:r>
        <w:t>پیغمبر اسلام صلی اللہ علیہ وسلم کی تاریخ میں اس کی ایک مثال یہ ہے کہ حدیبیہ کے موقع پر قدیم مکہ کے سرداروں نے رسول اور اصحاب رسول کو عمرہ کے لیے مکہ جانے سے روکا۔</w:t>
      </w:r>
    </w:p>
    <w:p>
      <w:r>
        <w:rPr>
          <w:b/>
        </w:rPr>
        <w:t xml:space="preserve">[1:05:08] </w:t>
      </w:r>
      <w:r>
        <w:t>yeh sareeh taur par na-insaafi ka ek case tha lekin Paighambar e Islam ne is na-insaafi par ihtijaaj ka tareeqa ikhtiyar nahi kiya balkeh Hudaybiyah se wapas aa kar khamosh mansooba bandi ki.</w:t>
      </w:r>
    </w:p>
    <w:p>
      <w:pPr>
        <w:jc w:val="right"/>
      </w:pPr>
      <w:r>
        <w:t>یہ صریح طور پر ناانصافی کا ایک کیس تھا لیکن پیغمبر اسلام نے اس ناانصافی پر احتجاج کا طریقہ اختیار نہیں کیا بلکہ حدیبیہ سے واپس آ کر خاموش منصوبہ بندی کی۔</w:t>
      </w:r>
    </w:p>
    <w:p>
      <w:r>
        <w:rPr>
          <w:b/>
        </w:rPr>
        <w:t xml:space="preserve">[1:05:24] </w:t>
      </w:r>
      <w:r>
        <w:t>is ka nateejah yeh hua ke do saal ke andar tareekh badal gayi aur Hajj aur Umrah ka raasta abadi taur par tamam ummat ke liye khul gaya.</w:t>
      </w:r>
    </w:p>
    <w:p>
      <w:pPr>
        <w:jc w:val="right"/>
      </w:pPr>
      <w:r>
        <w:t>اس کا نتیجہ یہ ہوا کہ دو سال کے اندر تاریخ بدل گئی اور حج اور عمرہ کا راستہ ابدی طور پر تمام امت کے لیے کھل گیا۔</w:t>
      </w:r>
    </w:p>
    <w:p>
      <w:r>
        <w:rPr>
          <w:b/>
        </w:rPr>
        <w:t xml:space="preserve">[1:05:36] </w:t>
      </w:r>
      <w:r>
        <w:t>tajruba batata hai ke protest ka tareeqa hamesha counter productive saabit hota hai yani baraks nateejah paida karne wala.</w:t>
      </w:r>
    </w:p>
    <w:p>
      <w:pPr>
        <w:jc w:val="right"/>
      </w:pPr>
      <w:r>
        <w:t>تجربہ بتاتا ہے کہ پروٹیسٹ کا طریقہ ہمیشہ کاؤنٹر پروڈکٹو ثابت ہوتا ہے یعنی برعکس نتیجہ پیدا کرنے والا۔</w:t>
      </w:r>
    </w:p>
    <w:p>
      <w:r>
        <w:rPr>
          <w:b/>
        </w:rPr>
        <w:t xml:space="preserve">[1:05:46] </w:t>
      </w:r>
      <w:r>
        <w:t>woh maslay ko sirf barhata hai jabkeh ghair ihtijaaji tareeqa maslay ko khatam karne wala hai. danishmand aadmi woh hai jo nateejay ko dekh kar apne amal ka mansooba banaye.</w:t>
      </w:r>
    </w:p>
    <w:p>
      <w:pPr>
        <w:jc w:val="right"/>
      </w:pPr>
      <w:r>
        <w:t>وہ مسئلے کو صرف بڑھاتا ہے جبکہ غیر احتجاجی طریقہ مسئلے کو ختم کرنے والا ہے۔ دانشمند آدمی وہ ہے جو نتیجے کو دیکھ کر اپنے عمل کا منصوبہ بنائے۔</w:t>
      </w:r>
    </w:p>
    <w:p>
      <w:r>
        <w:rPr>
          <w:b/>
        </w:rPr>
        <w:t xml:space="preserve">[1:06:13] </w:t>
      </w:r>
      <w:r>
        <w:t>qitaal fi sabilillah, dawat ilallah.</w:t>
      </w:r>
    </w:p>
    <w:p>
      <w:pPr>
        <w:jc w:val="right"/>
      </w:pPr>
      <w:r>
        <w:t>قتال فی سبیل اللہ، دعوت الی اللہ۔</w:t>
      </w:r>
    </w:p>
    <w:p>
      <w:r>
        <w:rPr>
          <w:b/>
        </w:rPr>
        <w:t xml:space="preserve">[1:06:19] </w:t>
      </w:r>
      <w:r>
        <w:t>qitaal fi sabilillah ke baray mein Quran mein aaya hai ke Allah aisay logon ko mehboob rakhta hai jo Allah ki raah mein qitaal karein.</w:t>
      </w:r>
    </w:p>
    <w:p>
      <w:pPr>
        <w:jc w:val="right"/>
      </w:pPr>
      <w:r>
        <w:t>قتال فی سبیل اللہ کے بارے میں قرآن میں آیا ہے کہ اللہ ایسے لوگوں کو محبوب رکھتا ہے جو اللہ کی راہ میں قتال کریں۔</w:t>
      </w:r>
    </w:p>
    <w:p>
      <w:r>
        <w:rPr>
          <w:b/>
        </w:rPr>
        <w:t xml:space="preserve">[1:06:32] </w:t>
      </w:r>
      <w:r>
        <w:t>dawat ilallah ke kaam ke liye kahin yeh lafz nahi aaya hai ke Allah aisay logon ko mehboob rakhta hai. Quran mein aisay logon ke liye jo lafz aaya hai woh qaul e ahsan hai.</w:t>
      </w:r>
    </w:p>
    <w:p>
      <w:pPr>
        <w:jc w:val="right"/>
      </w:pPr>
      <w:r>
        <w:t>دعوت الی اللہ کے کام کے لیے کہیں یہ لفظ نہیں آیا ہے کہ اللہ ایسے لوگوں کو محبوب رکھتا ہے۔ قرآن میں ایسے لوگوں کے لیے جو لفظ آیا ہے وہ قول احسن ہے۔</w:t>
      </w:r>
    </w:p>
    <w:p>
      <w:r>
        <w:rPr>
          <w:b/>
        </w:rPr>
        <w:t xml:space="preserve">[1:06:46] </w:t>
      </w:r>
      <w:r>
        <w:t>khalis mawzu'i aitbaar se dekha jaye toh yeh farq bohat qabil e ghore maloom hota hai kyunke dawat ilallah ka kaam ek ijabi kaam hai.</w:t>
      </w:r>
    </w:p>
    <w:p>
      <w:pPr>
        <w:jc w:val="right"/>
      </w:pPr>
      <w:r>
        <w:t>خالص موضوعی اعتبار سے دیکھا جائے تو یہ فرق بہت قابل غور معلوم ہوتا ہے کیونکہ دعوت الی اللہ کا کام ایک ایجابی کام ہے۔</w:t>
      </w:r>
    </w:p>
    <w:p>
      <w:r>
        <w:rPr>
          <w:b/>
        </w:rPr>
        <w:t xml:space="preserve">[1:07:00] </w:t>
      </w:r>
      <w:r>
        <w:t>is ke muqable mein qitaal fi sabilillah ka kaam bazahir ek salbi kaam hai. kya yeh mumkin hai ke Allah ke nazdeek salbi kaam toh ek mehboob kaam ho lekin ijabi kaam mehboob kaam na ho?</w:t>
      </w:r>
    </w:p>
    <w:p>
      <w:pPr>
        <w:jc w:val="right"/>
      </w:pPr>
      <w:r>
        <w:t>اس کے مقابلے میں قتال فی سبیل اللہ کا کام بظاہر ایک سلبی کام ہے۔ کیا یہ ممکن ہے کہ اللہ کے نزدیک سلبی کام تو ایک محبوب کام ہو لیکن ایجابی کام محبوب کام نہ ہو؟</w:t>
      </w:r>
    </w:p>
    <w:p>
      <w:r>
        <w:rPr>
          <w:b/>
        </w:rPr>
        <w:t xml:space="preserve">[1:07:18] </w:t>
      </w:r>
      <w:r>
        <w:t>Allah ke nazdeek yeh mehboob ho ke insanon ko jang kar ke qatal kar diya jaye aur yeh mehboob na ho ke insaan ke andar Allah Rabb ul Aalameen ki marifat paida ki jaye taakeh woh jannat mein dakhle ka mustahiq qarar paaye.</w:t>
      </w:r>
    </w:p>
    <w:p>
      <w:pPr>
        <w:jc w:val="right"/>
      </w:pPr>
      <w:r>
        <w:t>اللہ کے نزدیک یہ محبوب ہو کہ انسانوں کو جنگ کر کے قتل کر دیا جائے اور یہ محبوب نہ ہو کہ انسان کے اندر اللہ رب العالمین کی معرفت پیدا کی جائے تاکہ وہ جنت میں داخلے کا مستحق قرار پائے۔</w:t>
      </w:r>
    </w:p>
    <w:p>
      <w:r>
        <w:rPr>
          <w:b/>
        </w:rPr>
        <w:t xml:space="preserve">[1:07:38] </w:t>
      </w:r>
      <w:r>
        <w:t>is maamle mein badahadan asal haqeeqat yahi hai. mazeed yeh ke agar is nuqta nazar se Islami tareekh ka mutala kiya jaye toh dawat ilallah ka kaam Rasool Allah ke ahad ke baad bazahir ek missing item nazar aata hai.</w:t>
      </w:r>
    </w:p>
    <w:p>
      <w:pPr>
        <w:jc w:val="right"/>
      </w:pPr>
      <w:r>
        <w:t>اس معاملے میں بداحداً اصل حقیقت یہی ہے۔ مزید یہ کہ اگر اس نقطہ نظر سے اسلامی تاریخ کا مطالعہ کیا جائے تو دعوت الی اللہ کا کام رسول اللہ کے عہد کے بعد بظاہر ایک مسنگ آئٹم نظر آتا ہے۔</w:t>
      </w:r>
    </w:p>
    <w:p>
      <w:r>
        <w:rPr>
          <w:b/>
        </w:rPr>
        <w:t xml:space="preserve">[1:07:58] </w:t>
      </w:r>
      <w:r>
        <w:t>is ke muqable mein qatal o qitaal ka kaam itna zyada aam hai ke Islam ki poori tareekh mein phaila hua hai aur aaj tak jaari hai.</w:t>
      </w:r>
    </w:p>
    <w:p>
      <w:pPr>
        <w:jc w:val="right"/>
      </w:pPr>
      <w:r>
        <w:t>اس کے مقابلے میں قتل و قتال کا کام اتنا زیادہ عام ہے کہ اسلام کی پوری تاریخ میں پھیلا ہوا ہے اور آج تک جاری ہے۔</w:t>
      </w:r>
    </w:p>
    <w:p>
      <w:r>
        <w:rPr>
          <w:b/>
        </w:rPr>
        <w:t xml:space="preserve">[1:08:09] </w:t>
      </w:r>
      <w:r>
        <w:t>yeh Islam ki tareekh ka bohat bara sawal hai. is sawal ka gehra ta'alluq ahyae Islam se hai. raqim ul huroof ke nazdeek dawat ilallah ka kaam bilashubah qitaal fi sabilillah ke kaam se zyada bara hai.</w:t>
      </w:r>
    </w:p>
    <w:p>
      <w:pPr>
        <w:jc w:val="right"/>
      </w:pPr>
      <w:r>
        <w:t>یہ اسلام کی تاریخ کا بہت بڑا سوال ہے۔ اس سوال کا گہرا تعلق احیائے اسلام سے ہے۔ راقم الحروف کے نزدیک دعوت الی اللہ کا کام بلاشبہ قتال فی سبیل اللہ کے کام سے زیادہ بڑا ہے۔</w:t>
      </w:r>
    </w:p>
    <w:p>
      <w:r>
        <w:rPr>
          <w:b/>
        </w:rPr>
        <w:t xml:space="preserve">[1:08:27] </w:t>
      </w:r>
      <w:r>
        <w:t>albatta dono mein yeh farq hai ke qitaal fi sabilillah ke kaam ki ahmiyat nass ke zariye maloom hoti hai. is ke muqable mein dawat ilallah ke kaam ki ahmiyat ijtihad ke zariye maloom hoti hai.</w:t>
      </w:r>
    </w:p>
    <w:p>
      <w:pPr>
        <w:jc w:val="right"/>
      </w:pPr>
      <w:r>
        <w:t>البتہ دونوں میں یہ فرق ہے کہ قتال فی سبیل اللہ کے کام کی اہمیت نس کے ذریعے معلوم ہوتی ہے۔ اس کے مقابلے میں دعوت الی اللہ کے کام کی اہمیت اجتہاد کے ذریعے معلوم ہوتی ہے۔</w:t>
      </w:r>
    </w:p>
    <w:p>
      <w:r>
        <w:rPr>
          <w:b/>
        </w:rPr>
        <w:t xml:space="preserve">[1:08:44] </w:t>
      </w:r>
      <w:r>
        <w:t>asal yeh hai ke saatveen sadi isvi mein amalan sab se bara kaam yeh tha ke dunya se fitne ka khatma kiya jaye yani mazhabi jabr, religious persecution ka khatma.</w:t>
      </w:r>
    </w:p>
    <w:p>
      <w:pPr>
        <w:jc w:val="right"/>
      </w:pPr>
      <w:r>
        <w:t>اصل یہ ہے کہ ساتویں صدی عیسوی میں عملاً سب سے بڑا کام یہ تھا کہ دنیا سے فتنے کا خاتمہ کیا جائے یعنی مذہبی جبر، ریلیجیس پرسیکیوشن کا خاتمہ۔</w:t>
      </w:r>
    </w:p>
    <w:p>
      <w:r>
        <w:rPr>
          <w:b/>
        </w:rPr>
        <w:t xml:space="preserve">[1:09:00] </w:t>
      </w:r>
      <w:r>
        <w:t>hazaron saal ke andar yeh fitna itna zyada jar pakad chuka tha ke shadeed qatal ke baghair is ka khatma nahi ho sakta tha.</w:t>
      </w:r>
    </w:p>
    <w:p>
      <w:pPr>
        <w:jc w:val="right"/>
      </w:pPr>
      <w:r>
        <w:t>ہزاروں سال کے اندر یہ فتنہ اتنا زیادہ جڑ پکڑ چکا تھا کہ شدید قتال کے بغیر اس کا خاتمہ نہیں ہو سکتا تھا۔</w:t>
      </w:r>
    </w:p>
    <w:p>
      <w:r>
        <w:rPr>
          <w:b/>
        </w:rPr>
        <w:t xml:space="preserve">[1:09:10] </w:t>
      </w:r>
      <w:r>
        <w:t>is liye zaroorat thi ke is waqt qatal ta khatm fitna par bohat zyada zor diya jaye ta ke focus hatne na paye.</w:t>
      </w:r>
    </w:p>
    <w:p>
      <w:pPr>
        <w:jc w:val="right"/>
      </w:pPr>
      <w:r>
        <w:t>اس لیے ضرورت تھی کہ اس وقت قتال تا ختم فتنہ پر بہت زیادہ زور دیا جائے تاکہ فوکس ہٹنے نہ پائے۔</w:t>
      </w:r>
    </w:p>
    <w:p>
      <w:r>
        <w:rPr>
          <w:b/>
        </w:rPr>
        <w:t xml:space="preserve">[1:09:21] </w:t>
      </w:r>
      <w:r>
        <w:t>lekin ab jabke fitne ka mukammal khatma ho chuka hai, ab zaroorat hai ke bazariya ijtihad yeh maloom kiya jaye ke Allah ka matloob ijabi kaam kya hai.</w:t>
      </w:r>
    </w:p>
    <w:p>
      <w:pPr>
        <w:jc w:val="right"/>
      </w:pPr>
      <w:r>
        <w:t>لیکن اب جبکہ فتنے کا مکمل خاتمہ ہو چکا ہے، اب ضرورت ہے کہ بذریعہ اجتہاد یہ معلوم کیا جائے کہ اللہ کا مطلوب ایجابی کام کیا ہے۔</w:t>
      </w:r>
    </w:p>
    <w:p>
      <w:r>
        <w:rPr>
          <w:b/>
        </w:rPr>
        <w:t xml:space="preserve">[1:09:36] </w:t>
      </w:r>
      <w:r>
        <w:t>jab salbi kaam ki zaroorat baqi na rahe to is ke baad apne aap ijabi kaam number ek kaam ban jata hai.</w:t>
      </w:r>
    </w:p>
    <w:p>
      <w:pPr>
        <w:jc w:val="right"/>
      </w:pPr>
      <w:r>
        <w:t>جب سلبی کام کی ضرورت باقی نہ رہے تو اس کے بعد اپنے آپ ایجابی کام نمبر ایک کام بن جاتا ہے۔</w:t>
      </w:r>
    </w:p>
    <w:p>
      <w:r>
        <w:rPr>
          <w:b/>
        </w:rPr>
        <w:t xml:space="preserve">[1:09:46] </w:t>
      </w:r>
      <w:r>
        <w:t>ab jabke dawat ilallah ke kaam ke liye tamam darwaze khul chuke hain to ab hamein bazariya ijtihad yeh maloom karna hai ke ab sari ahmiyat dawat ilallah ki hai.</w:t>
      </w:r>
    </w:p>
    <w:p>
      <w:pPr>
        <w:jc w:val="right"/>
      </w:pPr>
      <w:r>
        <w:t>اب جبکہ دعوت الی اللہ کے کام کے لیے تمام دروازے کھل چکے ہیں تو اب ہمیں بذریعہ اجتہاد یہ معلوم کرنا ہے کہ اب ساری اہمیت دعوت الی اللہ کی ہے۔</w:t>
      </w:r>
    </w:p>
    <w:p>
      <w:r>
        <w:rPr>
          <w:b/>
        </w:rPr>
        <w:t xml:space="preserve">[1:10:00] </w:t>
      </w:r>
      <w:r>
        <w:t>qadeem zamane mein qatal baraye khatm fitna aur dawat ilallah dono kaam sath sath karna padta tha.</w:t>
      </w:r>
    </w:p>
    <w:p>
      <w:pPr>
        <w:jc w:val="right"/>
      </w:pPr>
      <w:r>
        <w:t>قدیم زمانے میں قتال برائے ختم فتنہ اور دعوت الی اللہ دونوں کام ساتھ ساتھ کرنا پڑتا تھا۔</w:t>
      </w:r>
    </w:p>
    <w:p>
      <w:r>
        <w:rPr>
          <w:b/>
        </w:rPr>
        <w:t xml:space="preserve">[1:10:09] </w:t>
      </w:r>
      <w:r>
        <w:t>ab qatal baraye khatm fitna ka hukum amalan mauqoof ho chuka hai aur ab waqt aa gaya hai ke poori taqat sirf ek kaam mein laga di jaye yani dawat ilallah ke kaam mein.</w:t>
      </w:r>
    </w:p>
    <w:p>
      <w:pPr>
        <w:jc w:val="right"/>
      </w:pPr>
      <w:r>
        <w:t>اب قتال برائے ختم فتنہ کا حکم عملاً موقوف ہو چکا ہے اور اب وقت آ گیا ہے کہ پوری طاقت صرف ایک کام میں لگا دی جائے یعنی دعوت الی اللہ کے کام میں۔</w:t>
      </w:r>
    </w:p>
    <w:p>
      <w:r>
        <w:rPr>
          <w:b/>
        </w:rPr>
        <w:t xml:space="preserve">[1:10:24] </w:t>
      </w:r>
      <w:r>
        <w:t>is aitbar se dekha jaye to quran mein qatal par mohabbat mahiyat ke aitbar se nahi hai balke zaroorat ke aitbar se hai ta ke logon mein shoq paida ho aur focus hatne na paye.</w:t>
      </w:r>
    </w:p>
    <w:p>
      <w:pPr>
        <w:jc w:val="right"/>
      </w:pPr>
      <w:r>
        <w:t>اس اعتبار سے دیکھا جائے تو قرآن میں قتال پر محبت ماہیت کے اعتبار سے نہیں ہے بلکہ ضرورت کے اعتبار سے ہے تاکہ لوگوں میں شوق پیدا ہو اور فوکس ہٹنے نہ پائے۔</w:t>
      </w:r>
    </w:p>
    <w:p>
      <w:r>
        <w:rPr>
          <w:b/>
        </w:rPr>
        <w:t xml:space="preserve">[1:10:39] </w:t>
      </w:r>
      <w:r>
        <w:t>ghazwa badr ke mauqe par rasool Allah ne yeh dua ki thi: Allahumma antahlik hadhi al-asabah min ahl al-islam fala tu'bad fi al-ard abadan musnad ahmad yani aye Allah!</w:t>
      </w:r>
    </w:p>
    <w:p>
      <w:pPr>
        <w:jc w:val="right"/>
      </w:pPr>
      <w:r>
        <w:t>غزوہ بدر کے موقع پر رسول اللہ نے یہ دعا کی تھی: اللہم انک انتہلک هذه العصابۃ من اہل الاسلام فلا تعبد فی الارض ابدا مسند احمد یعنی اے اللہ!</w:t>
      </w:r>
    </w:p>
    <w:p>
      <w:r>
        <w:rPr>
          <w:b/>
        </w:rPr>
        <w:t xml:space="preserve">[1:10:57] </w:t>
      </w:r>
      <w:r>
        <w:t>agar tu ahl-e-islam ki is jamaat ko halak kar de to zameen mein phir kabhi teri ibadat na hogi. Paighambar ki is dua ko is ke pas manzar ke hawale se samjha ja sakta hai.</w:t>
      </w:r>
    </w:p>
    <w:p>
      <w:pPr>
        <w:jc w:val="right"/>
      </w:pPr>
      <w:r>
        <w:t>اگر تو اہل اسلام کی اس جماعت کو ہلاک کر دے تو زمین میں پھر کبھی تیری عبادت نہ ہوگی۔ پیغمبر کی اس دعا کو اس کے پس منظر کے حوالے سے سمجھا جا سکتا ہے۔</w:t>
      </w:r>
    </w:p>
    <w:p>
      <w:r>
        <w:rPr>
          <w:b/>
        </w:rPr>
        <w:t xml:space="preserve">[1:11:10] </w:t>
      </w:r>
      <w:r>
        <w:t>is waqt soorat-e-haal yeh thi ke mazhabi tashaddud ka nizam hukoomat ki taeed se be had pakka ho chuka tha. Yeh nizam sirf bazor taqat khatm ho sakta tha.</w:t>
      </w:r>
    </w:p>
    <w:p>
      <w:pPr>
        <w:jc w:val="right"/>
      </w:pPr>
      <w:r>
        <w:t>اس وقت صورتحال یہ تھی کہ مذہبی تشدد کا نظام حکومت کی تائید سے بے حد پختہ ہو چکا تھا۔ یہ نظام صرف بزور طاقت ختم ہو سکتا تھا۔</w:t>
      </w:r>
    </w:p>
    <w:p>
      <w:r>
        <w:rPr>
          <w:b/>
        </w:rPr>
        <w:t xml:space="preserve">[1:11:24] </w:t>
      </w:r>
      <w:r>
        <w:t>is jabrana nizam ko khatm karne ke liye ek janbaz giroh darkar tha. Ashab-e-rasool yahi janbaz giroh the jo lambi muddat ke andar tayyar kiye gaye the.</w:t>
      </w:r>
    </w:p>
    <w:p>
      <w:pPr>
        <w:jc w:val="right"/>
      </w:pPr>
      <w:r>
        <w:t>اس جابرانہ نظام کو ختم کرنے کے لیے ایک جانباز گروہ درکار تھا۔ اصحاب رسول یہی جانباز گروہ تھے جو لمبی مدت کے اندر تیار کیے گئے تھے۔</w:t>
      </w:r>
    </w:p>
    <w:p>
      <w:r>
        <w:rPr>
          <w:b/>
        </w:rPr>
        <w:t xml:space="preserve">[1:11:39] </w:t>
      </w:r>
      <w:r>
        <w:t>amalan yeh now aur never ka mamla ban gaya tha. Agar is giroh ko istemal kar ke jabr ke nizam ko khatm na kiya jata to bazahir woh kabhi khatm hone wala nahi tha.</w:t>
      </w:r>
    </w:p>
    <w:p>
      <w:pPr>
        <w:jc w:val="right"/>
      </w:pPr>
      <w:r>
        <w:t>عملی اعتبار سے یہ ناؤ اور نیور کا معاملہ بن گیا تھا۔ اگر اس گروہ کو استعمال کر کے جبر کے نظام کو ختم نہ کیا جاتا تو بظاہر وہ کبھی ختم ہونے والا نہیں تھا۔</w:t>
      </w:r>
    </w:p>
    <w:p>
      <w:r>
        <w:rPr>
          <w:b/>
        </w:rPr>
        <w:t xml:space="preserve">[1:11:55] </w:t>
      </w:r>
      <w:r>
        <w:t>rasool Allah ki dua ka matlab yeh tha ke is tareekhi mauqe ko har haal mein istemal karna zaroori hai.</w:t>
      </w:r>
    </w:p>
    <w:p>
      <w:pPr>
        <w:jc w:val="right"/>
      </w:pPr>
      <w:r>
        <w:t>رسول اللہ کی دعا کا مطلب یہ تھا کہ اس تاریخی موقع کو ہر حال میں استعمال کرنا ضروری ہے۔</w:t>
      </w:r>
    </w:p>
    <w:p>
      <w:r>
        <w:rPr>
          <w:b/>
        </w:rPr>
        <w:t xml:space="preserve">[1:12:04] </w:t>
      </w:r>
      <w:r>
        <w:t>agar yeh mauqa khoya gaya to bazahir dobara aisa mauqa milne wala nahi. Is waqt shift of emphasis ke taur par jang par zor diya gaya na ke abadi usool ke taur par.</w:t>
      </w:r>
    </w:p>
    <w:p>
      <w:pPr>
        <w:jc w:val="right"/>
      </w:pPr>
      <w:r>
        <w:t>اگر یہ موقع کھویا گیا تو بظاہر دوبارہ ایسا موقع ملنے والا نہیں۔ اس وقت شفٹ آف ایمفیسز کے طور پر جنگ پر زور دیا گیا نہ کہ ابدی اصول کے طور پر۔</w:t>
      </w:r>
    </w:p>
    <w:p>
      <w:r>
        <w:rPr>
          <w:b/>
        </w:rPr>
        <w:t xml:space="preserve">[1:12:28] </w:t>
      </w:r>
      <w:r>
        <w:t>aam tawheed ka daur islam ki dawat tawheed ki dawat thi. Yeh apni noiyat ke aitbar se ek aalmi dawat thi.</w:t>
      </w:r>
    </w:p>
    <w:p>
      <w:pPr>
        <w:jc w:val="right"/>
      </w:pPr>
      <w:r>
        <w:t>عمومی تائید کا دور اسلام کی دعوت توحید کی دعوت تھی۔ یہ اپنی نوعیت کے اعتبار سے ایک عالمی دعوت تھی۔</w:t>
      </w:r>
    </w:p>
    <w:p>
      <w:r>
        <w:rPr>
          <w:b/>
        </w:rPr>
        <w:t xml:space="preserve">[1:12:40] </w:t>
      </w:r>
      <w:r>
        <w:t>is haqeeqat ko quran mein aalmi anzar ke alfaaz mein bayan kiya gaya hai. Magar qadeem zamane mein hazaron saal tak dawat tawheed ka mission aam mukhalifat ke mahol mein karna pada.</w:t>
      </w:r>
    </w:p>
    <w:p>
      <w:pPr>
        <w:jc w:val="right"/>
      </w:pPr>
      <w:r>
        <w:t>اس حقیقت کو قرآن میں عالمی انظار کے الفاظ میں بیان کیا گیا ہے۔ مگر قدیم زمانے میں ہزاروں سال تک دعوت توحید کا مشن عمومی مخالفت کے ماحول میں کرنا پڑا۔</w:t>
      </w:r>
    </w:p>
    <w:p>
      <w:r>
        <w:rPr>
          <w:b/>
        </w:rPr>
        <w:t xml:space="preserve">[1:12:57] </w:t>
      </w:r>
      <w:r>
        <w:t>is bina par is mission ko matloob nishane ke mutabiq karna be had mushkil ho gaya. Aakhir kar Allah ko yeh matloob hua ke is manfi soorat-e-haal ko khatm kiya jaye ta ke dawat tawheed ka matloob amal kisi rukawat ke baghair anjam pa sake.</w:t>
      </w:r>
    </w:p>
    <w:p>
      <w:pPr>
        <w:jc w:val="right"/>
      </w:pPr>
      <w:r>
        <w:t>اس بنا پر اس مشن کو مطلوب نشانے کے مطابق کرنا بے حد مشکل ہو گیا۔ آخر کار اللہ کو یہ مطلوب ہوا کہ اس منفی صورتحال کو ختم کیا جائے تاکہ دعوت توحید کا مطلوب عمل کسی رکاوٹ کے بغیر انجام پا سکے۔</w:t>
      </w:r>
    </w:p>
    <w:p>
      <w:r>
        <w:rPr>
          <w:b/>
        </w:rPr>
        <w:t xml:space="preserve">[1:13:19] </w:t>
      </w:r>
      <w:r>
        <w:t>is muafiq soorat-e-haal ko zahoor mein lane ke liye Allah ne tareekh mein ek inqalabi amal jari kiya.</w:t>
      </w:r>
    </w:p>
    <w:p>
      <w:pPr>
        <w:jc w:val="right"/>
      </w:pPr>
      <w:r>
        <w:t>اس موافق صورتحال کو ظہور میں لانے کے لیے اللہ نے تاریخ میں ایک انقلابی عمل جاری کیا۔</w:t>
      </w:r>
    </w:p>
    <w:p>
      <w:r>
        <w:rPr>
          <w:b/>
        </w:rPr>
        <w:t xml:space="preserve">[1:13:30] </w:t>
      </w:r>
      <w:r>
        <w:t>yeh amal saatveen sadi mein paighambar-e-islam aur aap ke ashaab ke zariye shuru hua aur beesveen sadi mein apni aakhri takmeel tak pohanch gaya.</w:t>
      </w:r>
    </w:p>
    <w:p>
      <w:pPr>
        <w:jc w:val="right"/>
      </w:pPr>
      <w:r>
        <w:t>یہ عمل ساتویں صدی میں پیغمبر اسلام اور آپ کے اصحاب کے ذریعے شروع ہوا اور بیسویں صدی میں اپنی آخری تکمیل تک پہنچ گیا۔</w:t>
      </w:r>
    </w:p>
    <w:p>
      <w:r>
        <w:rPr>
          <w:b/>
        </w:rPr>
        <w:t xml:space="preserve">[1:13:42] </w:t>
      </w:r>
      <w:r>
        <w:t>ab ahl-e-iman ko sirf yeh karna hai ke in paida shuda mauqe yani opportunities ko dawat tawheed ke liye mansooba band andaaz mein pur aman taur par istemal karen.</w:t>
      </w:r>
    </w:p>
    <w:p>
      <w:pPr>
        <w:jc w:val="right"/>
      </w:pPr>
      <w:r>
        <w:t>اب اہل ایمان کو صرف یہ کرنا ہے کہ ان پیدا شدہ مواقع یعنی اپرچونیٹیز کو دعوت توحید کے لیے منصوبہ بند انداز میں پرامن طور پر استعمال کریں۔</w:t>
      </w:r>
    </w:p>
    <w:p>
      <w:r>
        <w:rPr>
          <w:b/>
        </w:rPr>
        <w:t xml:space="preserve">[1:13:57] </w:t>
      </w:r>
      <w:r>
        <w:t>is amal ka zikr quran mein in alfaaz mein aaya hai: Wala tastawi al-hasanatu wa la al-sayyi'ah, idfa' bi allati hi ahsan fa idha alladhi baynaka wa baynahu 'adawatun ka annahu waliyyun hamim yani bhalai aur burai dono barabar nahi.</w:t>
      </w:r>
    </w:p>
    <w:p>
      <w:pPr>
        <w:jc w:val="right"/>
      </w:pPr>
      <w:r>
        <w:t>اس عمل کا ذکر قرآن میں ان الفاظ میں آیا ہے: ولا تستوی الحسنۃ ولا السیئہ ادفع بالتی احسن فاذا الذی بینک وبینہ عداوہ کانہ ولی حمیم یعنی بھلائی اور برائی دونوں برابر نہیں۔</w:t>
      </w:r>
    </w:p>
    <w:p>
      <w:r>
        <w:rPr>
          <w:b/>
        </w:rPr>
        <w:t xml:space="preserve">[1:14:20] </w:t>
      </w:r>
      <w:r>
        <w:t>tum jawab mein woh kaho jo is se behtar ho. Phir tum dekhoge ke tum mein aur jis mein dushmani thi woh aisa ho gaya jaise koi dost qareeb wala.</w:t>
      </w:r>
    </w:p>
    <w:p>
      <w:pPr>
        <w:jc w:val="right"/>
      </w:pPr>
      <w:r>
        <w:t>تم جواب میں وہ کہو جو اس سے بہتر ہو۔ پھر تم دیکھو گے کہ تم میں اور جس میں دشمنی تھی وہ ایسا ہو گیا جیسے کوئی دوست قرابت والا۔</w:t>
      </w:r>
    </w:p>
    <w:p>
      <w:r>
        <w:rPr>
          <w:b/>
        </w:rPr>
        <w:t xml:space="preserve">[1:14:32] </w:t>
      </w:r>
      <w:r>
        <w:t>quran ki is ayat mein is haqeeqat ko infiradi imkan ke taur par bayan kiya gaya hai. Yani adawat koi mustaqil halat nahi.</w:t>
      </w:r>
    </w:p>
    <w:p>
      <w:pPr>
        <w:jc w:val="right"/>
      </w:pPr>
      <w:r>
        <w:t>قرآن کی اس آیت میں اس حقیقت کو انفرادی امکان کے طور پر بیان کیا گیا ہے۔ یعنی عداوت کوئی مستقل حالت نہیں۔</w:t>
      </w:r>
    </w:p>
    <w:p>
      <w:r>
        <w:rPr>
          <w:b/>
        </w:rPr>
        <w:t xml:space="preserve">[1:14:43] </w:t>
      </w:r>
      <w:r>
        <w:t>infiradi satah par tum aaj bhi is ka tajruba kar sakte ho ke ek shakhs jo bazahir tum ko apna mukhalif nazar aata ho us se yak tarafah yaani unilateral husn sulook karo to ain mumkin hai ke woh tumhara dost ban jae.</w:t>
      </w:r>
    </w:p>
    <w:p>
      <w:pPr>
        <w:jc w:val="right"/>
      </w:pPr>
      <w:r>
        <w:t>انفرادی سطح پر تم آج بھی اس کا تجربہ کر سکتے ہو کہ ایک شخص جو بظاہر تم کو اپنا مخالف نظر آتا ہو اس سے یکطرفہ یعنی یونی لیٹرل حسن سلوک کرو تو عین ممکن ہے کہ وہ تمہارا دوست بن جائے۔</w:t>
      </w:r>
    </w:p>
    <w:p>
      <w:r>
        <w:rPr>
          <w:b/>
        </w:rPr>
        <w:t xml:space="preserve">[1:15:01] </w:t>
      </w:r>
      <w:r>
        <w:t>is qism ka tajruba Islam ke daur awwal mein bar bar pesh aaya. yaani dawat ya husn sulook ke nateejay mein kal ka dushman aaj ka dost ban gaya.</w:t>
      </w:r>
    </w:p>
    <w:p>
      <w:pPr>
        <w:jc w:val="right"/>
      </w:pPr>
      <w:r>
        <w:t>اس قسم کا تجربہ اسلام کے دور اول میں بار بار پیش آیا۔ یعنی دعوت یا حسن سلوک کے نتیجے میں کل کا دشمن آج کا دوست بن گیا۔</w:t>
      </w:r>
    </w:p>
    <w:p>
      <w:r>
        <w:rPr>
          <w:b/>
        </w:rPr>
        <w:t xml:space="preserve">[1:15:13] </w:t>
      </w:r>
      <w:r>
        <w:t>misalan Umar ibn Khattab aur Hindah zawja Abu Sufyan. lekin itna hi kafi na tha. isi ke sath zaroorat thi ke is culture ko duniya mein aami satah par laya jae.</w:t>
      </w:r>
    </w:p>
    <w:p>
      <w:pPr>
        <w:jc w:val="right"/>
      </w:pPr>
      <w:r>
        <w:t>مثلاً عمر ابن خطاب اور ہندہ زوجہ ابو سفیان۔ لیکن اتنا ہی کافی نہ تھا۔ اسی کے ساتھ ضرورت تھی کہ اس کلچر کو دنیا میں عمومی سطح پر لایا جائے۔</w:t>
      </w:r>
    </w:p>
    <w:p>
      <w:r>
        <w:rPr>
          <w:b/>
        </w:rPr>
        <w:t xml:space="preserve">[1:15:27] </w:t>
      </w:r>
      <w:r>
        <w:t>is waqe ka doosra pehlu hadith mein peshangoi ke taur par bayan kiya gaya hai. yeh riwayat hadith ki mukhtalif kitabon mein aai hai.</w:t>
      </w:r>
    </w:p>
    <w:p>
      <w:pPr>
        <w:jc w:val="right"/>
      </w:pPr>
      <w:r>
        <w:t>اس واقعے کا دوسرا پہلو حدیث میں پیشنگوئی کے طور پر بیان کیا گیا ہے۔ یہ روایت حدیث کی مختلف کتابوں میں آئی ہے۔</w:t>
      </w:r>
    </w:p>
    <w:p>
      <w:r>
        <w:rPr>
          <w:b/>
        </w:rPr>
        <w:t xml:space="preserve">[1:15:37] </w:t>
      </w:r>
      <w:r>
        <w:t>ek riwayat ke alfaaz yeh hain: In Allah jalla wa aala layu'idul islām birijālin mā lahum min ahlihi Al-Mu'jam al-Kabir lil-Tabarani yani Allah zaroor is deen ki madad ghair ahl-e-deen ke zariye karega.</w:t>
      </w:r>
    </w:p>
    <w:p>
      <w:pPr>
        <w:jc w:val="right"/>
      </w:pPr>
      <w:r>
        <w:t>ایک روایت کے الفاظ یہ ہیں: إن الله جل وعزا لیعید الاسلام برجالم ماہم من أهله المعجم الکبیر للطبرانی یعنی اللہ ضرور اس دین کی مدد غیر اہل دین کے ذریعے کرے گا۔</w:t>
      </w:r>
    </w:p>
    <w:p>
      <w:r>
        <w:rPr>
          <w:b/>
        </w:rPr>
        <w:t xml:space="preserve">[1:15:57] </w:t>
      </w:r>
      <w:r>
        <w:t>is hadith par ghaur karne se maloom hota hai ke Allah taala ne insaan ki azadi ko barqarar rakhte hue is ka ek mansooba banaya.</w:t>
      </w:r>
    </w:p>
    <w:p>
      <w:pPr>
        <w:jc w:val="right"/>
      </w:pPr>
      <w:r>
        <w:t>اس حدیث پر غور کرنے سے معلوم ہوتا ہے کہ اللہ تعالی نے انسان کی آزادی کو برقرار رکھتے ہوئے اس کا ایک منصوبہ بنایا۔</w:t>
      </w:r>
    </w:p>
    <w:p>
      <w:r>
        <w:rPr>
          <w:b/>
        </w:rPr>
        <w:t xml:space="preserve">[1:16:09] </w:t>
      </w:r>
      <w:r>
        <w:t>woh mansooba tha ke duniya mein taeed culture ko wajood mein lana. qadeem zamane mein sari duniya mein jis dichotomy ka riwaj tha woh tha dost aur dushman ki dichotomy.</w:t>
      </w:r>
    </w:p>
    <w:p>
      <w:pPr>
        <w:jc w:val="right"/>
      </w:pPr>
      <w:r>
        <w:t>وہ منصوبہ تھا کہ دنیا میں تائید کلچر کو وجود میں لانا۔ قدیم زمانے میں ساری دنیا میں جس ڈائیکاٹمی کا رواج تھا وہ تھا دوست اور دشمن کی ڈائیکاٹمی۔</w:t>
      </w:r>
    </w:p>
    <w:p>
      <w:r>
        <w:rPr>
          <w:b/>
        </w:rPr>
        <w:t xml:space="preserve">[1:16:24] </w:t>
      </w:r>
      <w:r>
        <w:t>Allah ne insani tareekh mein aise asbab paida kiye ke insanon ke darmiyan ek nai dichotomy wajood mein aa gai.</w:t>
      </w:r>
    </w:p>
    <w:p>
      <w:pPr>
        <w:jc w:val="right"/>
      </w:pPr>
      <w:r>
        <w:t>اللہ نے انسانی تاریخ میں ایسے اسباب پیدا کیے کہ انسانوں کے درمیان ایک نئی ڈائیکاٹمی وجود میں آ گئی۔</w:t>
      </w:r>
    </w:p>
    <w:p>
      <w:r>
        <w:rPr>
          <w:b/>
        </w:rPr>
        <w:t xml:space="preserve">[1:16:33] </w:t>
      </w:r>
      <w:r>
        <w:t>woh thi dost aur mu'eed yani supporter ki dichotomy. yaani jo log dost the woh to dost the aur jo log dost na the woh amalan mu'eed yani supporter ban gaye.</w:t>
      </w:r>
    </w:p>
    <w:p>
      <w:pPr>
        <w:jc w:val="right"/>
      </w:pPr>
      <w:r>
        <w:t>وہ تھی دوست اور معید یعنی سپورٹر کی ڈائیکاٹمی۔ یعنی جو لوگ دوست تھے وہ تو دوست تھے اور جو لوگ دوست نہ تھے وہ عملاً معید یعنی سپورٹر بن گئے۔</w:t>
      </w:r>
    </w:p>
    <w:p>
      <w:r>
        <w:rPr>
          <w:b/>
        </w:rPr>
        <w:t xml:space="preserve">[1:16:46] </w:t>
      </w:r>
      <w:r>
        <w:t>yeh tabdeeli is tarah aai ke jamhooriyat ya democracy aur technology ke zariye aise halaat paida hue ke har aadmi ka mafad doosre aadmi ke sath jur gaya.</w:t>
      </w:r>
    </w:p>
    <w:p>
      <w:pPr>
        <w:jc w:val="right"/>
      </w:pPr>
      <w:r>
        <w:t>یہ تبدیلی اس طرح آئی کہ جمہوریت یا ڈیموکریسی اور ٹیکنالوجی کے ذریعے ایسے حالات پیدا ہوئے کہ ہر آدمی کا مفاد دوسرے آدمی کے ساتھ جڑ گیا۔</w:t>
      </w:r>
    </w:p>
    <w:p>
      <w:r>
        <w:rPr>
          <w:b/>
        </w:rPr>
        <w:t xml:space="preserve">[1:16:59] </w:t>
      </w:r>
      <w:r>
        <w:t>political leader ka interest voter se aur voter ka interest political leader se. businessman ka interest customer se aur customer ka interest businessman se.</w:t>
      </w:r>
    </w:p>
    <w:p>
      <w:pPr>
        <w:jc w:val="right"/>
      </w:pPr>
      <w:r>
        <w:t>پولیٹیکل لیڈر کا انٹرسٹ ووٹر سے اور ووٹر کا انٹرسٹ پولیٹیکل لیڈر سے۔ بزنس مین کا انٹرسٹ کسٹمر سے اور کسٹمر کا انٹرسٹ بزنس مین سے۔</w:t>
      </w:r>
    </w:p>
    <w:p>
      <w:r>
        <w:rPr>
          <w:b/>
        </w:rPr>
        <w:t xml:space="preserve">[1:17:12] </w:t>
      </w:r>
      <w:r>
        <w:t>teacher ka interest students se aur students ka interest teacher se waghera. is tarah duniya mein ek naya bahami inhisaar ka culture yani interdependent culture wajood mein aaya.</w:t>
      </w:r>
    </w:p>
    <w:p>
      <w:pPr>
        <w:jc w:val="right"/>
      </w:pPr>
      <w:r>
        <w:t>ٹیچر کا انٹرسٹ سٹوڈنٹس سے اور سٹوڈنٹس کا انٹرسٹ ٹیچر سے وغیرہ۔ اس طرح دنیا میں ایک نیا باہمی انحصار کا کلچر یعنی انٹرڈیپینڈنٹ کلچر وجود میں آیا۔</w:t>
      </w:r>
    </w:p>
    <w:p>
      <w:r>
        <w:rPr>
          <w:b/>
        </w:rPr>
        <w:t xml:space="preserve">[1:17:27] </w:t>
      </w:r>
      <w:r>
        <w:t>ab ek naya jabr yani compulsion paida hua jis ke tehat logon ke liye zaroori ho gaya ke woh dushman ki istilaah mein sochna chhod dein.</w:t>
      </w:r>
    </w:p>
    <w:p>
      <w:pPr>
        <w:jc w:val="right"/>
      </w:pPr>
      <w:r>
        <w:t>اب ایک نیا جبر یعنی کمپلشن پیدا ہوا جس کے تحت لوگوں کے لیے ضروری ہو گیا کہ وہ دشمن کی اصطلاح میں سوچنا چھوڑ دیں۔</w:t>
      </w:r>
    </w:p>
    <w:p>
      <w:r>
        <w:rPr>
          <w:b/>
        </w:rPr>
        <w:t xml:space="preserve">[1:17:38] </w:t>
      </w:r>
      <w:r>
        <w:t>woh tamam insanon ko ya to dost ke roop mein dekhen ya mu'eed ke roop mein. is ki ek soorat woh hai jis ko maujooda zamane mein outsourcing kaha jata hai.</w:t>
      </w:r>
    </w:p>
    <w:p>
      <w:pPr>
        <w:jc w:val="right"/>
      </w:pPr>
      <w:r>
        <w:t>وہ تمام انسانوں کو یا تو دوست کے روپ میں دیکھیں یا معید کے روپ میں۔ اس کی ایک صورت وہ ہے جس کو موجودہ زمانے میں آؤٹ سورسنگ کہا جاتا ہے۔</w:t>
      </w:r>
    </w:p>
    <w:p>
      <w:r>
        <w:rPr>
          <w:b/>
        </w:rPr>
        <w:t xml:space="preserve">[1:17:51] </w:t>
      </w:r>
      <w:r>
        <w:t>is culture ke nateejay mein aisa hua ke sari duniya mein khule pan yani openness ka daur aa gaya. ab apne aur ghair ka farq khatm ho gaya.</w:t>
      </w:r>
    </w:p>
    <w:p>
      <w:pPr>
        <w:jc w:val="right"/>
      </w:pPr>
      <w:r>
        <w:t>اس کلچر کے نتیجے میں ایسا ہوا کہ ساری دنیا میں کھلے پن یعنی اوپننس کا دور آ گیا۔ اب اپنے اور غیر کا فرق ختم ہو گیا۔</w:t>
      </w:r>
    </w:p>
    <w:p>
      <w:r>
        <w:rPr>
          <w:b/>
        </w:rPr>
        <w:t xml:space="preserve">[1:18:04] </w:t>
      </w:r>
      <w:r>
        <w:t>misalan aap agar dawat-e-tauheed ka mission chala rahe hain to zaroori nahi hoga ke aap sirf apne wasail ke daire mein apna mission chalaen.</w:t>
      </w:r>
    </w:p>
    <w:p>
      <w:pPr>
        <w:jc w:val="right"/>
      </w:pPr>
      <w:r>
        <w:t>مثلاً آپ اگر دعوت توحید کا مشن چلا رہے ہیں تو ضروری نہیں ہوگا کہ آپ صرف اپنے وسائل کے دائرے میں اپنا مشن چلائیں۔</w:t>
      </w:r>
    </w:p>
    <w:p>
      <w:r>
        <w:rPr>
          <w:b/>
        </w:rPr>
        <w:t xml:space="preserve">[1:18:16] </w:t>
      </w:r>
      <w:r>
        <w:t>balkeh har stage aur har platform aap ke liye khula hua hai. hatta ke doosre log international conference munnaqid karen to woh aap ko dawat denge ke aap wahan aayen aur un ke stage se puraman andaaz mein apne mission ka ta'aruf pesh karen.</w:t>
      </w:r>
    </w:p>
    <w:p>
      <w:pPr>
        <w:jc w:val="right"/>
      </w:pPr>
      <w:r>
        <w:t>بلکہ ہر سٹیج اور ہر پلیٹ فارم آپ کے لیے کھلا ہوا ہے۔ حتیٰ کہ دوسرے لوگ انٹرنیشنل کانفرنس منعقد کریں تو وہ آپ کو دعوت دیں گے کہ آپ وہاں آئیں اور ان کے سٹیج سے پرامن انداز میں اپنے مشن کا تعارف پیش کریں۔</w:t>
      </w:r>
    </w:p>
    <w:p>
      <w:r>
        <w:rPr>
          <w:b/>
        </w:rPr>
        <w:t xml:space="preserve">[1:18:35] </w:t>
      </w:r>
      <w:r>
        <w:t>qadeem zamane mein Muslim hukoomaton mein ghair Muslimon par jaziya yani tribute aaid kiya gaya tha. yeh zamani halaat ke mutabiq tha.</w:t>
      </w:r>
    </w:p>
    <w:p>
      <w:pPr>
        <w:jc w:val="right"/>
      </w:pPr>
      <w:r>
        <w:t>قدیم زمانے میں مسلم حکومتوں میں غیر مسلموں پر جزیہ یعنی ٹریبیوٹ عائد کیا گیا تھا۔ یہ زمانی حالات کے مطابق تھا۔</w:t>
      </w:r>
    </w:p>
    <w:p>
      <w:r>
        <w:rPr>
          <w:b/>
        </w:rPr>
        <w:t xml:space="preserve">[1:18:46] </w:t>
      </w:r>
      <w:r>
        <w:t>kuch ghair Muslim musannifeen ne is par yeh aitraaz kiya ke yeh ek imtiyazi tax yani discriminatory tax hai. Muslim musannifeen ne is ka jawab yeh diya ke yeh imtiyazi tax nahi hai balkeh woh hifazati tax yani protective tax hai.</w:t>
      </w:r>
    </w:p>
    <w:p>
      <w:pPr>
        <w:jc w:val="right"/>
      </w:pPr>
      <w:r>
        <w:t>کچھ غیر مسلم مصنفین نے اس پر یہ اعتراض کیا کہ یہ ایک امتیازی ٹیکس یعنی ڈسکریمینیٹری ٹیکس ہے۔ مسلم مصنفین نے اس کا جواب یہ دیا کہ یہ امتیازی ٹیکس نہیں ہے بلکہ وہ حفاظتی ٹیکس یعنی پروٹیکٹو ٹیکس ہے۔</w:t>
      </w:r>
    </w:p>
    <w:p>
      <w:r>
        <w:rPr>
          <w:b/>
        </w:rPr>
        <w:t xml:space="preserve">[1:19:06] </w:t>
      </w:r>
      <w:r>
        <w:t>tahum is tarah ke jawabat ke bawajood doosre hazraat ka aitraaz khatm nahi hua. maujooda zamane mein jaziya ke naam par alag tax aaid karne ki zaroorat nahi.</w:t>
      </w:r>
    </w:p>
    <w:p>
      <w:pPr>
        <w:jc w:val="right"/>
      </w:pPr>
      <w:r>
        <w:t>تاہم اس طرح کے جوابات کے باوجود دوسرے حضرات کا اعتراض ختم نہیں ہوا۔ موجودہ زمانے میں جزیہ کے نام پر علیحدہ ٹیکس عائد کرنے کی ضرورت نہیں۔</w:t>
      </w:r>
    </w:p>
    <w:p>
      <w:r>
        <w:rPr>
          <w:b/>
        </w:rPr>
        <w:t xml:space="preserve">[1:19:20] </w:t>
      </w:r>
      <w:r>
        <w:t>ab naye halaat ke mutabiq yeh mumkin ho gaya hai ke tax to sab ke liye ek hi ho. tax ke maamle mein Muslim aur ghair Muslim ka koi farq na ho.</w:t>
      </w:r>
    </w:p>
    <w:p>
      <w:pPr>
        <w:jc w:val="right"/>
      </w:pPr>
      <w:r>
        <w:t>اب نئے حالات کے مطابق یہ ممکن ہو گیا ہے کہ ٹیکس تو سب کے لیے ایک ہی ہو۔ ٹیکس کے معاملے میں مسلم اور غیر مسلم کا کوئی فرق نہ ہو۔</w:t>
      </w:r>
    </w:p>
    <w:p>
      <w:r>
        <w:rPr>
          <w:b/>
        </w:rPr>
        <w:t xml:space="preserve">[1:19:32] </w:t>
      </w:r>
      <w:r>
        <w:t>albatta ek aur usool ko ikhtiyar karte hue is maqsad ko zyada barhe pemane par hasil kiya ja sakta hai. maujooda zamane mein ek naya tasawwur barhe pemane par wajood mein aaya hai.</w:t>
      </w:r>
    </w:p>
    <w:p>
      <w:pPr>
        <w:jc w:val="right"/>
      </w:pPr>
      <w:r>
        <w:t>البتہ ایک اور اصول کو اختیار کرتے ہوئے اس مقصد کو زیادہ بڑے پیمانے پر حاصل کیا جا سکتا ہے۔ موجودہ زمانے میں ایک نیا تصور بڑے پیمانے پر وجود میں آیا ہے۔</w:t>
      </w:r>
    </w:p>
    <w:p>
      <w:r>
        <w:rPr>
          <w:b/>
        </w:rPr>
        <w:t xml:space="preserve">[1:19:46] </w:t>
      </w:r>
      <w:r>
        <w:t>is ko outsourcing kaha jata hai. outsourcing ka tareeqa is maamle ka nem ul badal hai. outsourcing ka tareeqa 1981 mein America se shuru hua.</w:t>
      </w:r>
    </w:p>
    <w:p>
      <w:pPr>
        <w:jc w:val="right"/>
      </w:pPr>
      <w:r>
        <w:t>اس کو آؤٹ سورسنگ کہا جاتا ہے۔ آؤٹ سورسنگ کا طریقہ اس معاملے کا نعم البدل ہے۔ آؤٹ سورسنگ کا طریقہ 1981 میں امریکہ سے شروع ہوا۔</w:t>
      </w:r>
    </w:p>
    <w:p>
      <w:r>
        <w:rPr>
          <w:b/>
        </w:rPr>
        <w:t xml:space="preserve">[1:19:58] </w:t>
      </w:r>
      <w:r>
        <w:t>maujooda halaat mein yeh tareeqa tijarti umoor mein istemal kiya jata hai. Outsourcing is a practice in which an individual or company performs tasks,</w:t>
      </w:r>
    </w:p>
    <w:p>
      <w:pPr>
        <w:jc w:val="right"/>
      </w:pPr>
      <w:r>
        <w:t>موجودہ حالات میں یہ طریقہ تجارتی امور میں استعمال کیا جاتا ہے۔ Outsourcing is a practice in which an individual or company performs tasks,</w:t>
      </w:r>
    </w:p>
    <w:p>
      <w:r>
        <w:rPr>
          <w:b/>
        </w:rPr>
        <w:t xml:space="preserve">[1:20:12] </w:t>
      </w:r>
      <w:r>
        <w:t>provides services, or manufactures products for another company.</w:t>
      </w:r>
    </w:p>
    <w:p>
      <w:pPr>
        <w:jc w:val="right"/>
      </w:pPr>
      <w:r>
        <w:t>provides services, or manufactures products for another company.</w:t>
      </w:r>
    </w:p>
    <w:p>
      <w:r>
        <w:rPr>
          <w:b/>
        </w:rPr>
        <w:t xml:space="preserve">[1:20:17] </w:t>
      </w:r>
      <w:r>
        <w:t>maujooda zamane mein out sourcing ka tareeqa zyada tar eqtisaadi maamle mein istemaal kiya jaata hai. Islam ek da'wati mazhab hai.</w:t>
      </w:r>
    </w:p>
    <w:p>
      <w:pPr>
        <w:jc w:val="right"/>
      </w:pPr>
      <w:r>
        <w:t>موجودہ زمانے میں آؤٹ سورسنگ کا طریقہ زیادہ تر اقتصادی معاملے میں استعمال کیا جاتا ہے۔ اسلام ایک دعوتی مذہب ہے۔</w:t>
      </w:r>
    </w:p>
    <w:p>
      <w:r>
        <w:rPr>
          <w:b/>
        </w:rPr>
        <w:t xml:space="preserve">[1:20:28] </w:t>
      </w:r>
      <w:r>
        <w:t>Ahl-e-Islam is tareeqe ko da'wat ke liye is tarah istemaal kar sakte hain ke woh doosre idaron aur doosron ke ijtima'aat ko apne paigham ki pur aman isha'at ke liye ba taur da'wa opportunity aweil karein.</w:t>
      </w:r>
    </w:p>
    <w:p>
      <w:pPr>
        <w:jc w:val="right"/>
      </w:pPr>
      <w:r>
        <w:t>اہل اسلام اس طریقے کو دعوت کے لیے اس طرح استعمال کر سکتے ہیں کہ وہ دوسرے اداروں اور دوسروں کے اجتماعات کو اپنے پیغام کی پرامن اشاعت کے لیے بطور دعویٰ اپرچونیٹی اویل کریں۔</w:t>
      </w:r>
    </w:p>
    <w:p>
      <w:r>
        <w:rPr>
          <w:b/>
        </w:rPr>
        <w:t xml:space="preserve">[1:20:51] </w:t>
      </w:r>
      <w:r>
        <w:t>Paighambar-e-Islam ka mission.</w:t>
      </w:r>
    </w:p>
    <w:p>
      <w:pPr>
        <w:jc w:val="right"/>
      </w:pPr>
      <w:r>
        <w:t>پیغمبر اسلام کا مشن۔</w:t>
      </w:r>
    </w:p>
    <w:p>
      <w:r>
        <w:rPr>
          <w:b/>
        </w:rPr>
        <w:t xml:space="preserve">[1:20:56] </w:t>
      </w:r>
      <w:r>
        <w:t>Qur'an asal mein qanoon ki kitaab nahi hai balkeh woh hikmat yaani wisdom ki kitaab hai. Qur'an agar qanoon ki kitaab hoti to Qur'an ki aayaton ka sirf tarjuma Qur'an ko samajhne ke liye kaafi hota.</w:t>
      </w:r>
    </w:p>
    <w:p>
      <w:pPr>
        <w:jc w:val="right"/>
      </w:pPr>
      <w:r>
        <w:t>قرآن اصلًا قانون کی کتاب نہیں ہے بلکہ وہ حکمت یعنی وزڈم کی کتاب ہے۔ قرآن اگر قانون کی کتاب ہوتی تو قرآن کی آیتوں کا صرف ترجمہ قرآن کو سمجھنے کے لیے کافی ہوتا۔</w:t>
      </w:r>
    </w:p>
    <w:p>
      <w:r>
        <w:rPr>
          <w:b/>
        </w:rPr>
        <w:t xml:space="preserve">[1:21:13] </w:t>
      </w:r>
      <w:r>
        <w:t>Lekin Qur'an mein yeh taleem di gayi hai ke Qur'an ko samajhne ke liye tadabbur zaroori hai. Qur'an ki aayaton mein jo hikmat hai woh sirf ghaur-o-fikr ke zariye samjhi ja sakti hai.</w:t>
      </w:r>
    </w:p>
    <w:p>
      <w:pPr>
        <w:jc w:val="right"/>
      </w:pPr>
      <w:r>
        <w:t>لیکن قرآن میں یہ تعلیم دی گئی ہے کہ قرآن کو سمجھنے کے لیے تدبر ضروری ہے۔ قرآن کی آیتوں میں جو حکمت ہے وہ صرف غور و فکر کے ذریعے سمجھی جا سکتی ہے۔</w:t>
      </w:r>
    </w:p>
    <w:p>
      <w:r>
        <w:rPr>
          <w:b/>
        </w:rPr>
        <w:t xml:space="preserve">[1:21:28] </w:t>
      </w:r>
      <w:r>
        <w:t>Ghaur-o-fikr ke baghair Qur'an ke gehre mafhoom tak pahunchna mumkin nahi. Qur'an ke mutabiq Paighambar-e-Islam (SAW) ko jo baatein ba zariya-e-wahi batai gayi woh apni noiyat ke aitbaar se do thiin:</w:t>
      </w:r>
    </w:p>
    <w:p>
      <w:pPr>
        <w:jc w:val="right"/>
      </w:pPr>
      <w:r>
        <w:t>غور و فکر کے بغیر قرآن کے گہرے مفہوم تک پہنچنا ممکن نہیں۔ قرآن کے مطابق پیغمبر اسلام صلی اللہ علیہ وسلم کو جو باتیں بذریعہ وحی بتائی گئیں وہ اپنی نوعیت کے اعتبار سے دو تھیں:</w:t>
      </w:r>
    </w:p>
    <w:p>
      <w:r>
        <w:rPr>
          <w:b/>
        </w:rPr>
        <w:t xml:space="preserve">[1:21:46] </w:t>
      </w:r>
      <w:r>
        <w:t>Al-Huda aur Ad-Deen. Yeh usloob Qur'an ki teen aayaton mein ikhtiyar kiya gaya hai. Is par ghaur karne se maloom hota hai ke Al-Huda se murad manhaj yaani method hai aur Ad-Deen se murad woh deen jo tamam nabiyon ko mushtarak taur par diya gaya hai.</w:t>
      </w:r>
    </w:p>
    <w:p>
      <w:pPr>
        <w:jc w:val="right"/>
      </w:pPr>
      <w:r>
        <w:t>الہدیٰ اور الدین۔ یہ اسلوب قرآن کی تین آیتوں میں اختیار کیا گیا ہے۔ اس پر غور کرنے سے معلوم ہوتا ہے کہ الہدیٰ سے مراد منہج یعنی میتھڈ ہے اور الدین سے مراد وہ دین جو تمام نبیوں کو مشترک طور پر دیا گیا ہے۔</w:t>
      </w:r>
    </w:p>
    <w:p>
      <w:r>
        <w:rPr>
          <w:b/>
        </w:rPr>
        <w:t xml:space="preserve">[1:22:08] </w:t>
      </w:r>
      <w:r>
        <w:t>Paighambar-e-Islam (SAW) ka mission asal mein wohi tha jo tamam nabiyon ka mission tha. Yaani insaan ko is deen-e-Islam se ba-khabar karna jo insaan ke liye dunya aur aakhirat ki sa'adat ka zaman hai.</w:t>
      </w:r>
    </w:p>
    <w:p>
      <w:pPr>
        <w:jc w:val="right"/>
      </w:pPr>
      <w:r>
        <w:t>پیغمبر اسلام صلی اللہ علیہ وسلم کا مشن اصلًا وہی تھا جو تمام پیغمبروں کا مشن تھا۔ یعنی انسان کو اس دین اسلام سے باخبر کرنا جو انسان کے لیے دنیا اور آخرت کی سعادت کا ضامن ہے۔</w:t>
      </w:r>
    </w:p>
    <w:p>
      <w:r>
        <w:rPr>
          <w:b/>
        </w:rPr>
        <w:t xml:space="preserve">[1:22:27] </w:t>
      </w:r>
      <w:r>
        <w:t>Is deen-e-mushtarak ki taleemat buniyadi taur par teen hain: Tauheed, Risalat, aur Aakhirat.</w:t>
      </w:r>
    </w:p>
    <w:p>
      <w:pPr>
        <w:jc w:val="right"/>
      </w:pPr>
      <w:r>
        <w:t>اس دین مشترک کی تعلیمات بنیادی طور پر تین ہیں: توحید، رسالت، اور آخرت۔</w:t>
      </w:r>
    </w:p>
    <w:p>
      <w:r>
        <w:rPr>
          <w:b/>
        </w:rPr>
        <w:t xml:space="preserve">[1:22:35] </w:t>
      </w:r>
      <w:r>
        <w:t>Tauheed se murad is deen ki woh ideology hai jis par deen qaim hota hai. Risalat se murad woh mustanad zariya hai jis ke zariye yeh deen insaanon tak pahunchta hai.</w:t>
      </w:r>
    </w:p>
    <w:p>
      <w:pPr>
        <w:jc w:val="right"/>
      </w:pPr>
      <w:r>
        <w:t>توحید سے مراد اس دین کی وہ آئیڈیالوجی ہے جس پر دین قائم ہوتا ہے۔ رسالت سے مراد وہ مستند ذریعہ ہے جس کے ذریعے یہ دین انسانوں تک پہنچتا ہے۔</w:t>
      </w:r>
    </w:p>
    <w:p>
      <w:r>
        <w:rPr>
          <w:b/>
        </w:rPr>
        <w:t xml:space="preserve">[1:22:49] </w:t>
      </w:r>
      <w:r>
        <w:t>Aakhirat se murad insaan ka woh abadi anjaam hai jo is deen ko ikhtiyar karne ya ikhtiyar na karne ki bina par kisi insaan par wajib hota hai.</w:t>
      </w:r>
    </w:p>
    <w:p>
      <w:pPr>
        <w:jc w:val="right"/>
      </w:pPr>
      <w:r>
        <w:t>آخرت سے مراد انسان کا وہ ابدی انجام ہے جو اس دین کو اختیار کرنے یا اختیار نہ کرنے کی بنا پر کسی انسان پر واجب ہوتا ہے۔</w:t>
      </w:r>
    </w:p>
    <w:p>
      <w:r>
        <w:rPr>
          <w:b/>
        </w:rPr>
        <w:t xml:space="preserve">[1:23:01] </w:t>
      </w:r>
      <w:r>
        <w:t>Mazeed ghaur karne se maloom hota hai ke deen apni noiyat ke aitbaar se abadi hai. Woh hamesha aur har haal mein ek hi rahega.</w:t>
      </w:r>
    </w:p>
    <w:p>
      <w:pPr>
        <w:jc w:val="right"/>
      </w:pPr>
      <w:r>
        <w:t>مزید غور کرنے سے معلوم ہوتا ہے کہ دین اپنی نوعیت کے اعتبار سے ابدی ہے۔ وہ ہمیشہ اور ہر حال میں ایک ہی رہے گا۔</w:t>
      </w:r>
    </w:p>
    <w:p>
      <w:r>
        <w:rPr>
          <w:b/>
        </w:rPr>
        <w:t xml:space="preserve">[1:23:13] </w:t>
      </w:r>
      <w:r>
        <w:t>Lekin hidayat, manhaj, ya tareeqa-e-kaar ka ta'alluq halaat se hai. Woh halaat ke tehat badalta rahega.</w:t>
      </w:r>
    </w:p>
    <w:p>
      <w:pPr>
        <w:jc w:val="right"/>
      </w:pPr>
      <w:r>
        <w:t>لیکن ہدایت، منہج، یا طریقہ کار کا تعلق حالات سے ہے۔ وہ حالات کے تحت بدلتا رہے گا۔</w:t>
      </w:r>
    </w:p>
    <w:p>
      <w:r>
        <w:rPr>
          <w:b/>
        </w:rPr>
        <w:t xml:space="preserve">[1:23:22] </w:t>
      </w:r>
      <w:r>
        <w:t>Misal ke taur par Paighambar-e-Islam (SAW) ki ba'sat saatvi sadi hijri mein hui. Woh zamana qabaili zamana yaani tribal age tha.</w:t>
      </w:r>
    </w:p>
    <w:p>
      <w:pPr>
        <w:jc w:val="right"/>
      </w:pPr>
      <w:r>
        <w:t>مثال کے طور پر پیغمبر اسلام صلی اللہ علیہ وسلم کی بعثت ساتویں صدی عیسوی میں ہوئی۔ وہ زمانہ قبائلی زمانہ یعنی ٹرائبل ایج تھا۔</w:t>
      </w:r>
    </w:p>
    <w:p>
      <w:r>
        <w:rPr>
          <w:b/>
        </w:rPr>
        <w:t xml:space="preserve">[1:23:36] </w:t>
      </w:r>
      <w:r>
        <w:t>Qabaili daur mein ikhtilaf ko tay karne ka ek hi zariya tha aur woh talwar yaani sword thi. Is bina par is zamane mein ahl-e-iman ko ba taur difa qital ke maidan mein fareeq-e-sani ka muqabla karna pada.</w:t>
      </w:r>
    </w:p>
    <w:p>
      <w:pPr>
        <w:jc w:val="right"/>
      </w:pPr>
      <w:r>
        <w:t>قبائلی دور میں اختلاف کو طے کرنے کا ایک ہی ذریعہ تھا اور وہ تلوار یعنی سورڈ تھا۔ اس بنا پر اس زمانے میں اہل ایمان کو بطور دفاع قتال کے میدان میں فریق ثانی کا مقابلہ کرنا پڑا۔</w:t>
      </w:r>
    </w:p>
    <w:p>
      <w:r>
        <w:rPr>
          <w:b/>
        </w:rPr>
        <w:t xml:space="preserve">[1:23:54] </w:t>
      </w:r>
      <w:r>
        <w:t>Lekin ab daur-e-saif yaani age of sword khatm ho chuka hai. Ab sari duniya mein maamlaat ko tay karne ki ek hi muslim buniyad hai aur woh pur aman tareeqa-e-kaar ya pur aman guft-o-shuneed yaani peaceful negotiation ka tareeqa hai.</w:t>
      </w:r>
    </w:p>
    <w:p>
      <w:pPr>
        <w:jc w:val="right"/>
      </w:pPr>
      <w:r>
        <w:t>لیکن اب دور سیف یعنی ایج آف سورڈ ختم ہو چکا ہے۔ اب ساری دنیا میں معاملات کو طے کرنے کی ایک ہی مسلم بنیاد ہے اور وہ پرامن طریقہ کار یا پرامن گفت و شنید یعنی پیس فل نیگوشی ایشن کا طریقہ ہے۔</w:t>
      </w:r>
    </w:p>
    <w:p>
      <w:r>
        <w:rPr>
          <w:b/>
        </w:rPr>
        <w:t xml:space="preserve">[1:24:12] </w:t>
      </w:r>
      <w:r>
        <w:t>Is liye ab ahl-e-iman ko kisi se ladne ki koi zaroorat nahi. Ab un ke liye adad-o-quwwat ka inbiqai mafhoom yaani applied meaning yeh hai ke woh pur aman guft-o-shuneed aur daleel ke aitbaar se apne aap ko tayyar karein.</w:t>
      </w:r>
    </w:p>
    <w:p>
      <w:pPr>
        <w:jc w:val="right"/>
      </w:pPr>
      <w:r>
        <w:t>اس لیے اب اہل ایمان کو کسی سے لڑنے کی کوئی ضرورت نہیں۔ اب ان کے لیے اعداد قوت کا انطباقی مفہوم یعنی اپلائیڈ میننگ یہ ہے کہ وہ پرامن گفت و شنید اور دلیل کے اعتبار سے اپنے آپ کو تیار کریں۔</w:t>
      </w:r>
    </w:p>
    <w:p>
      <w:r>
        <w:rPr>
          <w:b/>
        </w:rPr>
        <w:t xml:space="preserve">[1:24:31] </w:t>
      </w:r>
      <w:r>
        <w:t>Maujooda zamane mein talwar ke aitbaar se apne aap ko tayyar karna ek ghair muta'alliq yaani irrelevant baat hai.</w:t>
      </w:r>
    </w:p>
    <w:p>
      <w:pPr>
        <w:jc w:val="right"/>
      </w:pPr>
      <w:r>
        <w:t>موجودہ زمانے میں تلوار کے اعتبار سے اپنے آپ کو تیار کرنا ایک غیر متعلق یعنی ارریلیونٹ بات ہے۔</w:t>
      </w:r>
    </w:p>
    <w:p>
      <w:r>
        <w:rPr>
          <w:b/>
        </w:rPr>
        <w:t xml:space="preserve">[1:24:40] </w:t>
      </w:r>
      <w:r>
        <w:t>Yeh ek aisi haqeeqat hai jis ko duniya ki tamam qaumon ne jaan liya hai. Masalan doosri aalmi jang 1939 se 1945 ke zamane mein Bartania, Germany, France, aur Japan baqaida taur par jang mein shareek the.</w:t>
      </w:r>
    </w:p>
    <w:p>
      <w:pPr>
        <w:jc w:val="right"/>
      </w:pPr>
      <w:r>
        <w:t>یہ ایک ایسی حقیقت ہے جس کو دنیا کی تمام قوموں نے جان لیا ہے۔ مثلاً دوسری عالمی جنگ 1939 سے 1945 کے زمانے میں برطانیہ، جرمنی، فرانس، اور جاپان باقاعدہ طور پر جنگ میں شریک تھے۔</w:t>
      </w:r>
    </w:p>
    <w:p>
      <w:r>
        <w:rPr>
          <w:b/>
        </w:rPr>
        <w:t xml:space="preserve">[1:24:59] </w:t>
      </w:r>
      <w:r>
        <w:t>Lekin jang ke baad unhone yeh daryaft kiya ke ab cheezein pur aman tareeqa-e-kaar se milti hain na ke pur tashaddud tareeqa-e-kaar se.</w:t>
      </w:r>
    </w:p>
    <w:p>
      <w:pPr>
        <w:jc w:val="right"/>
      </w:pPr>
      <w:r>
        <w:t>لیکن جنگ کے بعد انہوں نے یہ دریافت کیا کہ اب چیزیں پرامن طریقہ کار سے ملتی ہیں نہ کہ پرتشدد طریقہ کار سے۔</w:t>
      </w:r>
    </w:p>
    <w:p>
      <w:r>
        <w:rPr>
          <w:b/>
        </w:rPr>
        <w:t xml:space="preserve">[1:25:09] </w:t>
      </w:r>
      <w:r>
        <w:t>Chunancha unhone jang ke is maamle mein uturn le liya. Unhone apni policy aman ki buniyad par banai na ke pehle ki tarah jang ki buniyad par.</w:t>
      </w:r>
    </w:p>
    <w:p>
      <w:pPr>
        <w:jc w:val="right"/>
      </w:pPr>
      <w:r>
        <w:t>چنانچہ انہوں نے جنگ کے اس معاملے میں یو ٹرن لے لیا۔ انہوں نے اپنی پالیسی امن کی بنیاد پر بنائی نہ کہ پہلے کی طرح جنگ کی بنیاد پر۔</w:t>
      </w:r>
    </w:p>
    <w:p>
      <w:r>
        <w:rPr>
          <w:b/>
        </w:rPr>
        <w:t xml:space="preserve">[1:25:22] </w:t>
      </w:r>
      <w:r>
        <w:t>Waqe' ka yeh pehlu batata hai ke Rasool aur Ashab-e-Rasool ke zamane mein jo ghazwaat pesh aaye woh zamani sabab yaani age factor ki buniyad par pesh aaye.</w:t>
      </w:r>
    </w:p>
    <w:p>
      <w:pPr>
        <w:jc w:val="right"/>
      </w:pPr>
      <w:r>
        <w:t>واقعے کا یہ پہلو بتاتا ہے کہ رسول اور اصحاب رسول کے زمانے میں جو غزوات پیش آئے وہ زمانی سبب یعنی ایج فیکٹر کی بنیاد پر پیش آئے۔</w:t>
      </w:r>
    </w:p>
    <w:p>
      <w:r>
        <w:rPr>
          <w:b/>
        </w:rPr>
        <w:t xml:space="preserve">[1:25:34] </w:t>
      </w:r>
      <w:r>
        <w:t>Woh abadi ma'ano mein Islam ki taleem ka hissa na the. Is aitbaar se yeh kehna sahi hoga ke Islam ke daur-e-awwal mein jo jangain pesh aayin woh Islam ki tareekh ka hissa hain na ke Islam ki abadi taleemat ka hissa.</w:t>
      </w:r>
    </w:p>
    <w:p>
      <w:pPr>
        <w:jc w:val="right"/>
      </w:pPr>
      <w:r>
        <w:t>وہ ابدی معنوں میں اسلام کی تعلیم کا حصہ نہ تھے۔ اس اعتبار سے یہ کہنا صحیح ہوگا کہ اسلام کے دور اول میں جو جنگیں پیش آئیں وہ اسلام کی تاریخ کا حصہ ہیں نہ کہ اسلام کی ابدی تعلیمات کا حصہ۔</w:t>
      </w:r>
    </w:p>
    <w:p>
      <w:r>
        <w:rPr>
          <w:b/>
        </w:rPr>
        <w:t xml:space="preserve">[1:25:53] </w:t>
      </w:r>
      <w:r>
        <w:t>Ab jang ke tareeqe ko pehle ki tarah jaari rakhna sirf khilaf-e-zamana harkat yaani anachronism ke hum ma'ani hoga na ke waqai ma'ano mein koi matloob kaam.</w:t>
      </w:r>
    </w:p>
    <w:p>
      <w:pPr>
        <w:jc w:val="right"/>
      </w:pPr>
      <w:r>
        <w:t>اب جنگ کے طریقے کو پہلے کی طرح جاری رکھنا صرف خلاف زمانہ حرکت یعنی ایناکرونزم کے ہم معنی ہوگا نہ کہ واقعی معنوں میں کوئی مطلوب کام۔</w:t>
      </w:r>
    </w:p>
    <w:p>
      <w:r>
        <w:rPr>
          <w:b/>
        </w:rPr>
        <w:t xml:space="preserve">[1:26:06] </w:t>
      </w:r>
      <w:r>
        <w:t>Muslim fuqaha jis cheez ko nasb-e-Imamat kehte hain us ka ta'alluq bhi halaat se hai na ke aqeeday ki tarah abadi taleemat se.</w:t>
      </w:r>
    </w:p>
    <w:p>
      <w:pPr>
        <w:jc w:val="right"/>
      </w:pPr>
      <w:r>
        <w:t>مسلم فقہاء جس چیز کو نصب امامت کہتے ہیں اس کا تعلق بھی حالات سے ہے نہ کہ عقیدے کی طرح ابدی تعلیمات سے۔</w:t>
      </w:r>
    </w:p>
    <w:p>
      <w:r>
        <w:rPr>
          <w:b/>
        </w:rPr>
        <w:t xml:space="preserve">[1:26:19] </w:t>
      </w:r>
      <w:r>
        <w:t>islam ki ibtidai tareekh mein nasb imamat ka waqia bator waqti zaroorat pesh aya. ab agar is ko islam ki mustaqil taleem ka hissa qarar diya jaye to yeh deen ko tareekh se akhaz karne ke hum maani hoga jabke tareekh halaat ki paidawar hoti hai na ke usooli taleemat ki paidawar.</w:t>
      </w:r>
    </w:p>
    <w:p>
      <w:pPr>
        <w:jc w:val="right"/>
      </w:pPr>
      <w:r>
        <w:t>اسلام کی ابتدائی تاریخ میں نصب امامت کا واقعہ بطور وقتی ضرورت پیش آیا۔ اب اگر اس کو اسلام کی مستقل تعلیم کا حصہ قرار دیا جائے تو یہ دین کو تاریخ سے اخذ کرنے کے ہم معنی ہوگا جبکہ تاریخ حالات کی پیداوار ہوتی ہے نہ کہ اصولی تعلیمات کی پیداوار۔</w:t>
      </w:r>
    </w:p>
    <w:p>
      <w:r>
        <w:rPr>
          <w:b/>
        </w:rPr>
        <w:t xml:space="preserve">[1:26:45] </w:t>
      </w:r>
      <w:r>
        <w:t>deen ka maakhaz abadi tor par quran o sunnat hai na ke woh cheez jo halaat ki nisbat se wajood mein ati hai.</w:t>
      </w:r>
    </w:p>
    <w:p>
      <w:pPr>
        <w:jc w:val="right"/>
      </w:pPr>
      <w:r>
        <w:t>دین کا ماخذ ابدی طور پر قرآن و سنت ہے نہ کہ وہ چیز جو حالات کی نسبت سے وجود میں آتی ہے۔</w:t>
      </w:r>
    </w:p>
    <w:p>
      <w:r>
        <w:rPr>
          <w:b/>
        </w:rPr>
        <w:t xml:space="preserve">[1:26:56] </w:t>
      </w:r>
      <w:r>
        <w:t>kuch mufakireen ne paighambar e islam ke tareeqa e kar ko teen marhalon mein taqseem kiya hai: marhala dawat, marhala hijrat, aur marhala jihad.</w:t>
      </w:r>
    </w:p>
    <w:p>
      <w:pPr>
        <w:jc w:val="right"/>
      </w:pPr>
      <w:r>
        <w:t>کچھ مفکرین نے پیغمبر اسلام کے طریقہ کار کو تین مراحل میں تقسیم کیا ہے: مرحلہ دعوت، مرحلہ ہجرت، اور مرحلہ جہاد۔</w:t>
      </w:r>
    </w:p>
    <w:p>
      <w:r>
        <w:rPr>
          <w:b/>
        </w:rPr>
        <w:t xml:space="preserve">[1:27:09] </w:t>
      </w:r>
      <w:r>
        <w:t>magar yeh paighambar ke mission ko tareekh se akhaz karne ke hum maani hoga. haqeeqat yeh hai ke paighambar ka mission sirf aik tha aur woh dawat e tauheed hai.</w:t>
      </w:r>
    </w:p>
    <w:p>
      <w:pPr>
        <w:jc w:val="right"/>
      </w:pPr>
      <w:r>
        <w:t>مگر یہ پیغمبر کے مشن کو تاریخ سے اخذ کرنے کے ہم معنی ہوگا۔ حقیقت یہ ہے کہ پیغمبر کا مشن صرف ایک تھا اور وہ دعوت توحید ہے۔</w:t>
      </w:r>
    </w:p>
    <w:p>
      <w:r>
        <w:rPr>
          <w:b/>
        </w:rPr>
        <w:t xml:space="preserve">[1:27:24] </w:t>
      </w:r>
      <w:r>
        <w:t>baqi cheezein jo paighambar ke mission mein dikhai deti hain woh halaat ke tehat paida hone wali tareekh ka hissa hain na ke asal deeni taleemat ka hissa.</w:t>
      </w:r>
    </w:p>
    <w:p>
      <w:pPr>
        <w:jc w:val="right"/>
      </w:pPr>
      <w:r>
        <w:t>بقیہ چیزیں جو پیغمبر کے مشن میں دکھائی دیتی ہیں وہ حالات کے تحت پیدا ہونے والی تاریخ کا حصہ ہیں نہ کہ اصل دینی تعلیمات کا حصہ۔</w:t>
      </w:r>
    </w:p>
    <w:p>
      <w:r>
        <w:rPr>
          <w:b/>
        </w:rPr>
        <w:t xml:space="preserve">[1:27:35] </w:t>
      </w:r>
      <w:r>
        <w:t>quran mein paighambaron ke baray mein jo kuch bataya gaya hai, nisbatan bible se jo kuch maloom hota hai, us ke mutale se pata chalta hai ke paighambaron ka mission hamesha aik tha lekin un ki tareekh mukhtalif thi.</w:t>
      </w:r>
    </w:p>
    <w:p>
      <w:pPr>
        <w:jc w:val="right"/>
      </w:pPr>
      <w:r>
        <w:t>قرآن میں پیغمبروں کے بارے میں جو کچھ بتایا گیا ہے، نیز بائبل سے جو کچھ معلوم ہوتا ہے، اس کے مطالعے سے پتہ چلتا ہے کہ پیغمبروں کا مشن ہمیشہ ایک تھا لیکن ان کی تاریخ مختلف تھی۔</w:t>
      </w:r>
    </w:p>
    <w:p>
      <w:r>
        <w:rPr>
          <w:b/>
        </w:rPr>
        <w:t xml:space="preserve">[1:27:52] </w:t>
      </w:r>
      <w:r>
        <w:t>is ka sabab yeh hai ke mission ka tasawwur abadi aqeeday se banta hai, isi liye woh hamesha aik hota hai. is ke bar aks tareekh aik do tarafah amal ya bilateral process ke tehat wajood mein ati hai.</w:t>
      </w:r>
    </w:p>
    <w:p>
      <w:pPr>
        <w:jc w:val="right"/>
      </w:pPr>
      <w:r>
        <w:t>اس کا سبب یہ ہے کہ مشن کا تصور ابدی عقیدہ سے بنتا ہے، اسی لیے وہ ہمیشہ ایک ہوتا ہے۔ اس کے برعکس تاریخ ایک دو طرفہ عمل یا بائی لیٹرل پروسیس کے تحت وجود میں آتی ہے۔</w:t>
      </w:r>
    </w:p>
    <w:p>
      <w:r>
        <w:rPr>
          <w:b/>
        </w:rPr>
        <w:t xml:space="preserve">[1:28:09] </w:t>
      </w:r>
      <w:r>
        <w:t>tareekh hamesha is aitbar se banti hai ke mukhateb yaani audience ka radd e amal dawat ke muqablay mein kya tha.</w:t>
      </w:r>
    </w:p>
    <w:p>
      <w:pPr>
        <w:jc w:val="right"/>
      </w:pPr>
      <w:r>
        <w:t>تاریخ ہمیشہ اس اعتبار سے بنتی ہے کہ مخاطب یعنی آڈینس کا ردعمل دعوت کے مقابلے میں کیا تھا۔</w:t>
      </w:r>
    </w:p>
    <w:p>
      <w:r>
        <w:rPr>
          <w:b/>
        </w:rPr>
        <w:t xml:space="preserve">[1:28:18] </w:t>
      </w:r>
      <w:r>
        <w:t>islam mein siyasi iqtadar ka taluq aqeeday se nahi hai balke amli zaroorat se hai. is ka maqsad shariat ka nafiz nahi hai balke wohi cheez hai jis ko tamkeen fi al arz kaha gaya hai,</w:t>
      </w:r>
    </w:p>
    <w:p>
      <w:pPr>
        <w:jc w:val="right"/>
      </w:pPr>
      <w:r>
        <w:t>اسلام میں سیاسی اقتدار کا تعلق عقیدے سے نہیں ہے بلکہ عملی ضرورت سے ہے۔ اس کا مقصد شریعت کا نفاذ نہیں ہے بلکہ وہی چیز ہے جس کو تمکین فی الارض کہا گیا ہے،</w:t>
      </w:r>
    </w:p>
    <w:p>
      <w:r>
        <w:rPr>
          <w:b/>
        </w:rPr>
        <w:t xml:space="preserve">[1:28:34] </w:t>
      </w:r>
      <w:r>
        <w:t>yaani samaji istahkam ka husool. islam aik peaceful mission hai. islam ka maqsad yeh hai ke pur aman andaaz mein khudaai taleemat ko logon mein phailaya jaye.</w:t>
      </w:r>
    </w:p>
    <w:p>
      <w:pPr>
        <w:jc w:val="right"/>
      </w:pPr>
      <w:r>
        <w:t>یعنی سماجی استحکام کا حصول۔ اسلام ایک پیس فل مشن ہے۔ اسلام کا مقصد یہ ہے کہ پرامن انداز میں خدائی تعلیمات کو لوگوں میں پھیلایا جائے۔</w:t>
      </w:r>
    </w:p>
    <w:p>
      <w:r>
        <w:rPr>
          <w:b/>
        </w:rPr>
        <w:t xml:space="preserve">[1:28:48] </w:t>
      </w:r>
      <w:r>
        <w:t>yeh maqsad is waqt hasil ho jata hai jabke siyasi istahkam qaim ho, khwah woh kisi bhi zariye se qaim ho jaye. yahi wajah hai ke islam mein har hukoomati form ko yaksaan tor par qabool kiya gaya hai.</w:t>
      </w:r>
    </w:p>
    <w:p>
      <w:pPr>
        <w:jc w:val="right"/>
      </w:pPr>
      <w:r>
        <w:t>یہ مقصد اس وقت حاصل ہو جاتا ہے جبکہ سیاسی استحکام قائم ہو، خواہ وہ کسی بھی ذریعے سے قائم ہو جائے۔ یہی وجہ ہے کہ اسلام میں ہر حکومتی فارم کو یکساں طور پر قبول کیا گیا ہے۔</w:t>
      </w:r>
    </w:p>
    <w:p>
      <w:r>
        <w:rPr>
          <w:b/>
        </w:rPr>
        <w:t xml:space="preserve">[1:29:04] </w:t>
      </w:r>
      <w:r>
        <w:t>aap quran o hadith ka mutala karein to aap ko hukoomat ka koi wahid mutlaq form nahi milega. islam ke ibtidai daur mein khilafat ke char mukhtalif form qaim hue.</w:t>
      </w:r>
    </w:p>
    <w:p>
      <w:pPr>
        <w:jc w:val="right"/>
      </w:pPr>
      <w:r>
        <w:t>آپ قرآن و حدیث کا مطالعہ کریں تو آپ کو حکومت کا کوئی واحد مطلق فارم نہیں ملے گا۔ اسلام کے ابتدائی دور میں خلافت کے چار مختلف فارم قائم ہوئے۔</w:t>
      </w:r>
    </w:p>
    <w:p>
      <w:r>
        <w:rPr>
          <w:b/>
        </w:rPr>
        <w:t xml:space="preserve">[1:29:18] </w:t>
      </w:r>
      <w:r>
        <w:t>is ke baad muslim mulkon mein khandan khilafat yaani dynasty ka tareeqa raij ho gaya aur is ko tamam ulama ne tasleem kar liya, hatta ke aaj bhi woh raij hai.</w:t>
      </w:r>
    </w:p>
    <w:p>
      <w:pPr>
        <w:jc w:val="right"/>
      </w:pPr>
      <w:r>
        <w:t>اس کے بعد مسلم ملکوں میں خاندانی خلافت یعنی ڈائنسٹی کا طریقہ رائج ہو گیا اور اس کو تمام علماء نے تسلیم کر لیا، حتیٰ کہ آج بھی وہ رائج ہے۔</w:t>
      </w:r>
    </w:p>
    <w:p>
      <w:r>
        <w:rPr>
          <w:b/>
        </w:rPr>
        <w:t xml:space="preserve">[1:29:31] </w:t>
      </w:r>
      <w:r>
        <w:t>is maamlay mein aik usool woh hai jo maki daur ke is waqay mein milta hai jabke sahaba ki aik jamaat ne paighambar e islam ki ijazat se hijaz se habsha ki taraf hijrat ki thi.</w:t>
      </w:r>
    </w:p>
    <w:p>
      <w:pPr>
        <w:jc w:val="right"/>
      </w:pPr>
      <w:r>
        <w:t>اس معاملے میں ایک اصول وہ ہے جو مکی دور کے اس واقعے میں ملتا ہے جبکہ صحابہ کی ایک جماعت نے پیغمبر اسلام کی اجازت سے حجاز سے حبش کی طرف ہجرت کی تھی۔</w:t>
      </w:r>
    </w:p>
    <w:p>
      <w:r>
        <w:rPr>
          <w:b/>
        </w:rPr>
        <w:t xml:space="preserve">[1:29:45] </w:t>
      </w:r>
      <w:r>
        <w:t>us waqt rasool allah sallallahu alaihi wasallam ne sahaba ko khitab karte hue farmaya tha: "lo kharajtum ila ard al habasha, fa inaha malikun la yuzlamu 'indahu ahad,</w:t>
      </w:r>
    </w:p>
    <w:p>
      <w:pPr>
        <w:jc w:val="right"/>
      </w:pPr>
      <w:r>
        <w:t>اس وقت رسول اللہ صلی اللہ علیہ وسلم نے صحابہ کو خطاب کرتے ہوئے فرمایا تھا: "لو خرجتم إلى أرض الحبشة، فإن بها ملكًا لا يظلم عنده أحد،</w:t>
      </w:r>
    </w:p>
    <w:p>
      <w:r>
        <w:rPr>
          <w:b/>
        </w:rPr>
        <w:t xml:space="preserve">[1:30:01] </w:t>
      </w:r>
      <w:r>
        <w:t>wa hi ard sidq, hatta yaj'al allahu lakum farajan mimma antum fihi" . al bidaya wa al nihaya, dar al fikr.</w:t>
      </w:r>
    </w:p>
    <w:p>
      <w:pPr>
        <w:jc w:val="right"/>
      </w:pPr>
      <w:r>
        <w:t>وهي أرض صدق، حتى يجعل الله لكم فرجًا مما أنتم فيه" ۔ البدایہ والنہایہ، دارالفکر۔</w:t>
      </w:r>
    </w:p>
    <w:p>
      <w:r>
        <w:rPr>
          <w:b/>
        </w:rPr>
        <w:t xml:space="preserve">[1:30:14] </w:t>
      </w:r>
      <w:r>
        <w:t>tum log habsha ke mulk mein chalay jao, kyunke wahan aik aisa badshah hai jis ke mulk mein kisi par zulm nahi kiya jata. woh sachai ki zameen hai, yahan tak ke allah tumhare liye ganjesh ki soorat paida kar de.</w:t>
      </w:r>
    </w:p>
    <w:p>
      <w:pPr>
        <w:jc w:val="right"/>
      </w:pPr>
      <w:r>
        <w:t>تم لوگ حبش کے ملک میں چلے جاؤ، کیونکہ وہاں ایک ایسا بادشاہ ہے جس کے ملک میں کسی پر ظلم نہیں کیا جاتا۔ وہ سچائی کی زمین ہے، یہاں تک کہ اللہ تمہارے لیے گنجائش کی صورت پیدا کر دے۔</w:t>
      </w:r>
    </w:p>
    <w:p>
      <w:r>
        <w:rPr>
          <w:b/>
        </w:rPr>
        <w:t xml:space="preserve">[1:30:31] </w:t>
      </w:r>
      <w:r>
        <w:t>rasool allah ke is irshad se maloom hota hai ke agar ghair muslim hukoomat mein bhi ahle iman ko aman hasil ho to woh hukoomat bhi ahle iman ke liye qabil e qabool hukoomat hogi.</w:t>
      </w:r>
    </w:p>
    <w:p>
      <w:pPr>
        <w:jc w:val="right"/>
      </w:pPr>
      <w:r>
        <w:t>رسول اللہ کے اس ارشاد سے معلوم ہوتا ہے کہ اگر غیر مسلم حکومت میں بھی اہل ایمان کو امن حاصل ہو تو وہ حکومت بھی اہل ایمان کے لیے قابل قبول حکومت ہوگی۔</w:t>
      </w:r>
    </w:p>
    <w:p>
      <w:r>
        <w:rPr>
          <w:b/>
        </w:rPr>
        <w:t xml:space="preserve">[1:30:51] </w:t>
      </w:r>
      <w:r>
        <w:t>qaim shuda hukoomat ke khilaf baghavat. ummat e muslima ki siyasi tareekh ka yeh aik maloom waqia hai ke taqreeban tamam ulama ne is par ittefaq kar liya ke qaim shuda hukoomat ke khilaf baghavat karna jaiz nahi.</w:t>
      </w:r>
    </w:p>
    <w:p>
      <w:pPr>
        <w:jc w:val="right"/>
      </w:pPr>
      <w:r>
        <w:t>قائم شدہ حکومت کے خلاف بغاوت۔ امت مسلمہ کی سیاسی تاریخ کا یہ ایک معلوم واقعہ ہے کہ تقریباً تمام علماء نے اس پر اتفاق کر لیا کہ قائم شدہ حکومت کے خلاف بغاوت کرنا جائز نہیں۔</w:t>
      </w:r>
    </w:p>
    <w:p>
      <w:r>
        <w:rPr>
          <w:b/>
        </w:rPr>
        <w:t xml:space="preserve">[1:31:11] </w:t>
      </w:r>
      <w:r>
        <w:t>yahi wajah hai ke rasool allah ki wafat ke taqreeban 30 saal baad khandan hukoomat yaani dynasty qaim ho gayi.</w:t>
      </w:r>
    </w:p>
    <w:p>
      <w:pPr>
        <w:jc w:val="right"/>
      </w:pPr>
      <w:r>
        <w:t>یہی وجہ ہے کہ رسول اللہ کی وفات کے تقریباً 30 سال بعد خاندانی حکومت یعنی ڈائنسٹی قائم ہو گئی۔</w:t>
      </w:r>
    </w:p>
    <w:p>
      <w:r>
        <w:rPr>
          <w:b/>
        </w:rPr>
        <w:t xml:space="preserve">[1:31:21] </w:t>
      </w:r>
      <w:r>
        <w:t>yeh khandan hukoomat bani umaya se shuru hui aur usmani turkon ki khilafat tak qaim rahi, lekin ulama e ummat ne kabhi is ke khilaf khuruj yaani baghavat nahi ki.</w:t>
      </w:r>
    </w:p>
    <w:p>
      <w:pPr>
        <w:jc w:val="right"/>
      </w:pPr>
      <w:r>
        <w:t>یہ خاندانی حکومت بنو امیہ سے شروع ہوئی اور عثمانی ترکوں کی خلافت تک قائم رہی، لیکن علمائے امت نے کبھی اس کے خلاف خروج یعنی بغاوت نہیں کیا۔</w:t>
      </w:r>
    </w:p>
    <w:p>
      <w:r>
        <w:rPr>
          <w:b/>
        </w:rPr>
        <w:t xml:space="preserve">[1:31:35] </w:t>
      </w:r>
      <w:r>
        <w:t>is se islam ka yeh siyasi usool maloom hota hai ke agar qaim shuda hukoomat bazahir logon ko ghalat hukoomat maloom hoti ho to un ke liye is ke khilaf baghavat ka option nahi hai,</w:t>
      </w:r>
    </w:p>
    <w:p>
      <w:pPr>
        <w:jc w:val="right"/>
      </w:pPr>
      <w:r>
        <w:t>اس سے اسلام کا یہ سیاسی اصول معلوم ہوتا ہے کہ اگر قائم شدہ حکومت بظاہر لوگوں کو غلط حکومت معلوم ہوتی ہو تو ان کے لیے اس کے خلاف بغاوت کا آپشن نہیں ہے،</w:t>
      </w:r>
    </w:p>
    <w:p>
      <w:r>
        <w:rPr>
          <w:b/>
        </w:rPr>
        <w:t xml:space="preserve">[1:31:51] </w:t>
      </w:r>
      <w:r>
        <w:t>balke sirf aik option hai aur woh hai naseehat. yaani hakim ko iqtadar se hatanay ki koshish karne ke bajaye khair khawhana naseehat ke zariye is ki islaah ki koshish karna.</w:t>
      </w:r>
    </w:p>
    <w:p>
      <w:pPr>
        <w:jc w:val="right"/>
      </w:pPr>
      <w:r>
        <w:t>بلکہ صرف ایک آپشن ہے اور وہ ہے نصیحت۔ یعنی حاکم کو اقتدار سے ہٹانے کی کوشش کرنے کے بجائے خیر خواہانہ نصیحت کے ذریعے اس کی اصلاح کی کوشش کرنا۔</w:t>
      </w:r>
    </w:p>
    <w:p>
      <w:r>
        <w:rPr>
          <w:b/>
        </w:rPr>
        <w:t xml:space="preserve">[1:32:06] </w:t>
      </w:r>
      <w:r>
        <w:t>is maamlay ki aik juzwi misaal yeh hai ke bani umaya ka hukmaran sulaiman bin abdul malik apne bete ko apne baad hukoomat ke liye namzad karna chahta tha, jo bazahir acha intekhab na tha.</w:t>
      </w:r>
    </w:p>
    <w:p>
      <w:pPr>
        <w:jc w:val="right"/>
      </w:pPr>
      <w:r>
        <w:t>اس معاملے کی ایک جزئی مثال یہ ہے کہ بنو امیہ کا حکمران سلیمان بن عبدالملک اپنے بیٹے کو اپنے بعد حکومت کے لیے نامزد کرنا چاہتا تھا، جو بظاہر اچھا انتخاب نہ تھا۔</w:t>
      </w:r>
    </w:p>
    <w:p>
      <w:r>
        <w:rPr>
          <w:b/>
        </w:rPr>
        <w:t xml:space="preserve">[1:32:22] </w:t>
      </w:r>
      <w:r>
        <w:t>us ke zamane ke aik aalim, raja bin hawa, ne sulaiman bin abdul malik ke khilaf koi tehreek nahi chalai, balke khamosh naseehat ke zariye is ke zehan ko badalnay ki koshish ki.</w:t>
      </w:r>
    </w:p>
    <w:p>
      <w:pPr>
        <w:jc w:val="right"/>
      </w:pPr>
      <w:r>
        <w:t>اس کے زمانے کے ایک عالم، رجا ابن حیوہ، نے سلیمان بن عبدالملک کے خلاف کوئی تحریک نہیں چلائی، بلکہ خاموش نصیحت کے ذریعے اس کے ذہن کو بدلنے کی کوشش کی۔</w:t>
      </w:r>
    </w:p>
    <w:p>
      <w:r>
        <w:rPr>
          <w:b/>
        </w:rPr>
        <w:t xml:space="preserve">[1:32:37] </w:t>
      </w:r>
      <w:r>
        <w:t>unki yeh koshish kamyab rahi, chunache sulaiman bin abdul malik ne ek baqayda tehreer ke zariye yeh wasiyat ki ke is ke baad is ke bete ke bajaye umar bin abdul aziz ko un ki jagah hakim banaya jaye, jo ke musallama taur par sulaiman ke bete se zyada ahil thay.</w:t>
      </w:r>
    </w:p>
    <w:p>
      <w:pPr>
        <w:jc w:val="right"/>
      </w:pPr>
      <w:r>
        <w:t>ان کی یہ کوشش کامیاب رہی، چنانچہ سلیمان بن عبدالملک نے ایک باقاعدہ تحریر کے ذریعے یہ وصیت کی کہ اس کے بعد اس کے بیٹے کے بجائے عمر بن عبدالعزیز کو ان کی جگہ حاکم بنایا جائے، جو کہ مسلمہ طور پر سلیمان کے بیٹے سے زیادہ اہل تھے۔</w:t>
      </w:r>
    </w:p>
    <w:p>
      <w:r>
        <w:rPr>
          <w:b/>
        </w:rPr>
        <w:t xml:space="preserve">[1:32:59] </w:t>
      </w:r>
      <w:r>
        <w:t>tareekh batati hai ke kuch ulma ne zalim hukmaran ke khilaf baghavat ko jaiz qarar diya tha, lekin baad ko tajrube se maloom hua ke is qism ki baghavat ka nateeja shadeed tar burai yani greater evil ki surat mein nikalta hai.</w:t>
      </w:r>
    </w:p>
    <w:p>
      <w:pPr>
        <w:jc w:val="right"/>
      </w:pPr>
      <w:r>
        <w:t>تاریخ بتاتی ہے کہ کچھ علماء نے ظالم حکمران کے خلاف بغاوت کو جائز قرار دیا تھا، لیکن بعد کو تجربے سے معلوم ہوا کہ اس قسم کی بغاوت کا نتیجہ شدید تر برائی یعنی گریٹر ایول کی صورت میں نکلتا ہے۔</w:t>
      </w:r>
    </w:p>
    <w:p>
      <w:r>
        <w:rPr>
          <w:b/>
        </w:rPr>
        <w:t xml:space="preserve">[1:33:17] </w:t>
      </w:r>
      <w:r>
        <w:t>is amli nateeje ko dekhne ke baad ulma ka is par ittefaq ho gaya ke kisi qaim shuda hukumat ke khilaf baghavat karna jaiz nahi.</w:t>
      </w:r>
    </w:p>
    <w:p>
      <w:pPr>
        <w:jc w:val="right"/>
      </w:pPr>
      <w:r>
        <w:t>اس عملی نتیجے کو دیکھنے کے بعد علماء کا اس پر اتفاق ہو گیا کہ کسی قائم شدہ حکومت کے خلاف بغاوت کرنا جائز نہیں۔</w:t>
      </w:r>
    </w:p>
    <w:p>
      <w:r>
        <w:rPr>
          <w:b/>
        </w:rPr>
        <w:t xml:space="preserve">[1:33:27] </w:t>
      </w:r>
      <w:r>
        <w:t>is silsilay mein yahan ek hawala naqal kiya jata hai: "Al-Hasan bin Salih kanirat al-saifa ya'ni kanirat al-khuruj</w:t>
      </w:r>
    </w:p>
    <w:p>
      <w:pPr>
        <w:jc w:val="right"/>
      </w:pPr>
      <w:r>
        <w:t>اس سلسلے میں یہاں ایک حوالہ نقل کیا جاتا ہے: "الحسن بن صالح کانیرہ الصیفہ یعنی کانیرہ الخروج</w:t>
      </w:r>
    </w:p>
    <w:p>
      <w:r>
        <w:rPr>
          <w:b/>
        </w:rPr>
        <w:t xml:space="preserve">[1:33:38] </w:t>
      </w:r>
      <w:r>
        <w:t>bil saifi 'ala a'immat al-jawr, wa hadha madhhabun lil salaf qadeem, lakin istqarr al-amr 'ala tarki dhalika lamma ra'awhu qad afda</w:t>
      </w:r>
    </w:p>
    <w:p>
      <w:pPr>
        <w:jc w:val="right"/>
      </w:pPr>
      <w:r>
        <w:t>بالصیف علی ائمۃ الجور، وھذا مذہب للسلف قدیم، لکن استقر الامر علی ترک ذالک لما رأوه قد افضی</w:t>
      </w:r>
    </w:p>
    <w:p>
      <w:r>
        <w:rPr>
          <w:b/>
        </w:rPr>
        <w:t xml:space="preserve">[1:33:51] </w:t>
      </w:r>
      <w:r>
        <w:t>ila ashadd minh, fa fi waq'at al-harr wa waq'at Ibn al-Ash'ath wa ghayrihima, 'azatun liman tadabbur".</w:t>
      </w:r>
    </w:p>
    <w:p>
      <w:pPr>
        <w:jc w:val="right"/>
      </w:pPr>
      <w:r>
        <w:t>الی اشد منہ، ففی وقعت الحر ووقعت ابن الاشعث وغیرہما، ازۃ لمن تدبر" ۔</w:t>
      </w:r>
    </w:p>
    <w:p>
      <w:r>
        <w:rPr>
          <w:b/>
        </w:rPr>
        <w:t xml:space="preserve">[1:34:01] </w:t>
      </w:r>
      <w:r>
        <w:t>tahdheeb al tahdheeb li ibn hajar al asqalani, babu alhasan ibn saleh, daira al maaref al nizamiya, alhind, altaba al awwali.</w:t>
      </w:r>
    </w:p>
    <w:p>
      <w:pPr>
        <w:jc w:val="right"/>
      </w:pPr>
      <w:r>
        <w:t>تہذیب التہذیب لابن حجر العسقلانی، بابو الحسن ابن صالح، دائرۃ المعارف النظامیہ، الحند، التباع الاولی۔</w:t>
      </w:r>
    </w:p>
    <w:p>
      <w:r>
        <w:rPr>
          <w:b/>
        </w:rPr>
        <w:t xml:space="preserve">[1:34:12] </w:t>
      </w:r>
      <w:r>
        <w:t>yani hasan bin saleh zalim hukmaranon ke khilaf musallah baghavat ko durust samajhte thay. yeh salaf ka qadeem madhhab hai, lekin baad mein is mamle mein yeh rai tay pai ke aisa na kiya jaye, kyunke ulma ne yeh dekha ke musallah baghavat ka tareeqa pehle se zyada shadeed halaat ka sabab bana.</w:t>
      </w:r>
    </w:p>
    <w:p>
      <w:pPr>
        <w:jc w:val="right"/>
      </w:pPr>
      <w:r>
        <w:t>یعنی حسن بن صالح ظالم حکمرانوں کے خلاف مسلح بغاوت کو درست سمجھتے تھے۔ یہ سلف کا قدیم مذہب ہے، لیکن بعد میں اس معاملے میں یہ رائے طے پائی کہ ایسا نہ کیا جائے، کیونکہ علماء نے یہ دیکھا کہ مسلح بغاوت کا طریقہ پہلے سے زیادہ شدید حالات کا سبب بن گیا۔</w:t>
      </w:r>
    </w:p>
    <w:p>
      <w:r>
        <w:rPr>
          <w:b/>
        </w:rPr>
        <w:t xml:space="preserve">[1:34:37] </w:t>
      </w:r>
      <w:r>
        <w:t>chunache hurra aur ibn al ashath wagairah ke waqe mein ghor karne walon ke liye naseehat ka bara saman hai. qaim shuda hukumat ke khilaf khuruj ki mamanaat ke bare mein bohat si hadithain maujood hain.</w:t>
      </w:r>
    </w:p>
    <w:p>
      <w:pPr>
        <w:jc w:val="right"/>
      </w:pPr>
      <w:r>
        <w:t>چنانچہ حرا اور ابن الاشعث وغیرہ کے واقعے میں غور کرنے والوں کے لیے نصیحت کا بڑا سامان ہے۔ قائم شدہ حکومت کے خلاف خروج کی ممانعت کے بارے میں بہت سی حدیثیں موجود ہیں۔</w:t>
      </w:r>
    </w:p>
    <w:p>
      <w:r>
        <w:rPr>
          <w:b/>
        </w:rPr>
        <w:t xml:space="preserve">[1:34:51] </w:t>
      </w:r>
      <w:r>
        <w:t>tafseel ke liye mulahiza ho arab alam abdul rehman bin maalla al laibaq ki kitab "alghulf fi aldeen" ka chapter "alkhuruj ala alhukkam", beirut.</w:t>
      </w:r>
    </w:p>
    <w:p>
      <w:pPr>
        <w:jc w:val="right"/>
      </w:pPr>
      <w:r>
        <w:t>تفصیل کے لیے ملاحظہ ہو عرب عالم عبدالرحمن بن معلہ اللبیحق کی کتاب "الغلف فی الدین" کا چیپٹر "الخروج علی الحکام"، بیروت۔</w:t>
      </w:r>
    </w:p>
    <w:p>
      <w:r>
        <w:rPr>
          <w:b/>
        </w:rPr>
        <w:t xml:space="preserve">[1:35:04] </w:t>
      </w:r>
      <w:r>
        <w:t>sareeh mamanaat ke bawajood kyun aisa hua ke kuch ulma ne qaim shuda hukumat ke khilaf baghavat ko jaiz qarar de diya?</w:t>
      </w:r>
    </w:p>
    <w:p>
      <w:pPr>
        <w:jc w:val="right"/>
      </w:pPr>
      <w:r>
        <w:t>صریح ممانعت کے باوجود کیوں ایسا ہوا کہ کچھ علماء نے قائم شدہ حکومت کے خلاف بغاوت کو جائز قرار دے دیا؟</w:t>
      </w:r>
    </w:p>
    <w:p>
      <w:r>
        <w:rPr>
          <w:b/>
        </w:rPr>
        <w:t xml:space="preserve">[1:35:14] </w:t>
      </w:r>
      <w:r>
        <w:t>un ulma mein imam abu hanifa bhi shamil hain. abubakar aljassas ne apni tafseer mein likha hai: "wakana madhhabuhu yaani abu hanifa mashhooran fi qital al zulmat wa aaimmat aljawr, ahkam al quran li jassas beirut" .</w:t>
      </w:r>
    </w:p>
    <w:p>
      <w:pPr>
        <w:jc w:val="right"/>
      </w:pPr>
      <w:r>
        <w:t>ان علماء میں امام ابو حنیفہ بھی شامل ہیں۔ ابوبکر الجساس نے اپنی تفسیر میں لکھا ہے: "وکان مذہبہ یعنی ابا حنیفۃ مشہورا فی قتال الظلمت و ائمۃ الجور، احکام القرآن لجساس بیروت" ۔</w:t>
      </w:r>
    </w:p>
    <w:p>
      <w:r>
        <w:rPr>
          <w:b/>
        </w:rPr>
        <w:t xml:space="preserve">[1:35:33] </w:t>
      </w:r>
      <w:r>
        <w:t>yani abu hanifa ka yeh maslak mashhoor hai ke woh zalim hukmaran aur aaimma jaur ke khilaf khuruj ko jaiz samajhte thay.</w:t>
      </w:r>
    </w:p>
    <w:p>
      <w:pPr>
        <w:jc w:val="right"/>
      </w:pPr>
      <w:r>
        <w:t>یعنی ابو حنیفہ کا یہ مسلک مشہور ہے کہ وہ ظالم حکمران اور ائمہ جور کے خلاف خروج کو جائز سمجھتے تھے۔</w:t>
      </w:r>
    </w:p>
    <w:p>
      <w:r>
        <w:rPr>
          <w:b/>
        </w:rPr>
        <w:t xml:space="preserve">[1:35:42] </w:t>
      </w:r>
      <w:r>
        <w:t>abu hanifa aur doosre ulma ke is maslak ko kuch logon ne ijtihadi khata qarar diya hai, magar haqeeqat yeh hai ke hadith mein sareeh taur par zulm par sirf sabr ka hukum diya gaya hai.</w:t>
      </w:r>
    </w:p>
    <w:p>
      <w:pPr>
        <w:jc w:val="right"/>
      </w:pPr>
      <w:r>
        <w:t>ابو حنیفہ اور دوسرے علماء کے اس مسلک کو کچھ لوگوں نے اجتہادی خطا قرار دیا ہے، مگر حقیقت یہ ہے کہ حدیث میں صریح طور پر ظلم پر صرف صبر کا حکم دیا گیا ہے۔</w:t>
      </w:r>
    </w:p>
    <w:p>
      <w:r>
        <w:rPr>
          <w:b/>
        </w:rPr>
        <w:t xml:space="preserve">[1:35:57] </w:t>
      </w:r>
      <w:r>
        <w:t>misal ke taur par hadith mein aaya hai ke baad ke daur mein aise log paida honge jin ke jismon mein shaitan jaisa dil hoga.</w:t>
      </w:r>
    </w:p>
    <w:p>
      <w:pPr>
        <w:jc w:val="right"/>
      </w:pPr>
      <w:r>
        <w:t>مثال کے طور پر حدیث میں آیا ہے کہ بعد کے دور میں ایسے لوگ پیدا ہوں گے جن کے جسموں میں شیطان جیسا دل ہوگا۔</w:t>
      </w:r>
    </w:p>
    <w:p>
      <w:r>
        <w:rPr>
          <w:b/>
        </w:rPr>
        <w:t xml:space="preserve">[1:36:07] </w:t>
      </w:r>
      <w:r>
        <w:t>is par sahabi huzaifa bin yaman ne sawal kiya: "ae allah ke rasool!</w:t>
      </w:r>
    </w:p>
    <w:p>
      <w:pPr>
        <w:jc w:val="right"/>
      </w:pPr>
      <w:r>
        <w:t>اس پر صحابی حذیفہ بنیمان نے سوال کیا: "اے اللہ کے رسول!</w:t>
      </w:r>
    </w:p>
    <w:p>
      <w:r>
        <w:rPr>
          <w:b/>
        </w:rPr>
        <w:t xml:space="preserve">[1:36:13] </w:t>
      </w:r>
      <w:r>
        <w:t>us waqt mein kya karoon?" aap ne farmaya: "tasma wa tati lil amir wa in daraba zahrk wa akhadha malak fasma wa ati" .</w:t>
      </w:r>
    </w:p>
    <w:p>
      <w:pPr>
        <w:jc w:val="right"/>
      </w:pPr>
      <w:r>
        <w:t>اس وقت میں کیا کروں؟" آپ نے فرمایا: "تسمع وتطيع للامير وان ضرب ظهرك واخذ مالك فاسمع واطع" ۔</w:t>
      </w:r>
    </w:p>
    <w:p>
      <w:r>
        <w:rPr>
          <w:b/>
        </w:rPr>
        <w:t xml:space="preserve">[1:36:26] </w:t>
      </w:r>
      <w:r>
        <w:t>sahih muslim. yani tum ameer ki baat suno aur un ki itaat karo, khwah woh tumhari peeth par kode mare aur tum se tumhara maal chheen le.</w:t>
      </w:r>
    </w:p>
    <w:p>
      <w:pPr>
        <w:jc w:val="right"/>
      </w:pPr>
      <w:r>
        <w:t>صحیح مسلم۔ یعنی تم امیر کی بات سنو اور ان کی اطاعت کرو، خواہ وہ تمہاری پیٹھ پر کوڑے مارے اور تم سے تمہارا مال چھین لے۔</w:t>
      </w:r>
    </w:p>
    <w:p>
      <w:r>
        <w:rPr>
          <w:b/>
        </w:rPr>
        <w:t xml:space="preserve">[1:36:38] </w:t>
      </w:r>
      <w:r>
        <w:t>tum un ki baat suno aur un ki itaat karo. is tarah ki sa</w:t>
      </w:r>
    </w:p>
    <w:p>
      <w:pPr>
        <w:jc w:val="right"/>
      </w:pPr>
      <w:r>
        <w:t>تم ان کی بات سنو اور ان کی اطاعت کرو۔ اس طرح کی 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