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Art of De-stressing May 31, 2007</w:t>
      </w:r>
    </w:p>
    <w:p>
      <w:r>
        <w:t>https://www.youtube.com/watch?v=MyaQVFeBq5g</w:t>
      </w:r>
    </w:p>
    <w:p>
      <w:r>
        <w:rPr>
          <w:b/>
        </w:rPr>
        <w:t xml:space="preserve">[00:08] </w:t>
      </w:r>
      <w:r>
        <w:t>sallallahu alaa annabi al kareem,</w:t>
      </w:r>
    </w:p>
    <w:p>
      <w:pPr>
        <w:jc w:val="right"/>
      </w:pPr>
      <w:r>
        <w:t>صلی اللہ علی النبی الکریم،</w:t>
      </w:r>
    </w:p>
    <w:p>
      <w:r>
        <w:rPr>
          <w:b/>
        </w:rPr>
        <w:t xml:space="preserve">[00:12]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[00:15]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[00:18] </w:t>
      </w:r>
      <w:r>
        <w:t>wah-lul uqdatan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[00:20] </w:t>
      </w:r>
      <w:r>
        <w:t>yefqah qawli.</w:t>
      </w:r>
    </w:p>
    <w:p>
      <w:pPr>
        <w:jc w:val="right"/>
      </w:pPr>
      <w:r>
        <w:t>یفقہ قولی.</w:t>
      </w:r>
    </w:p>
    <w:p>
      <w:r>
        <w:rPr>
          <w:b/>
        </w:rPr>
        <w:t xml:space="preserve">[00:25] </w:t>
      </w:r>
      <w:r>
        <w:t>The topic for this morning is</w:t>
      </w:r>
    </w:p>
    <w:p>
      <w:pPr>
        <w:jc w:val="right"/>
      </w:pPr>
      <w:r>
        <w:t>The topic for this morning is</w:t>
      </w:r>
    </w:p>
    <w:p>
      <w:r>
        <w:rPr>
          <w:b/>
        </w:rPr>
        <w:t xml:space="preserve">[00:31] </w:t>
      </w:r>
      <w:r>
        <w:t>Art of De-stressing.</w:t>
      </w:r>
    </w:p>
    <w:p>
      <w:pPr>
        <w:jc w:val="right"/>
      </w:pPr>
      <w:r>
        <w:t>Art of De-stressing.</w:t>
      </w:r>
    </w:p>
    <w:p>
      <w:r>
        <w:rPr>
          <w:b/>
        </w:rPr>
        <w:t xml:space="preserve">[00:36] </w:t>
      </w:r>
      <w:r>
        <w:t>Art of De</w:t>
      </w:r>
    </w:p>
    <w:p>
      <w:pPr>
        <w:jc w:val="right"/>
      </w:pPr>
      <w:r>
        <w:t>Art of De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