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May 30, 2007</w:t>
      </w:r>
    </w:p>
    <w:p>
      <w:r>
        <w:t>https://www.youtube.com/watch?v=vGj_dsCMv-M</w:t>
      </w:r>
    </w:p>
    <w:p>
      <w:r>
        <w:rPr>
          <w:b/>
        </w:rPr>
        <w:t xml:space="preserve">[00:08] </w:t>
      </w:r>
      <w:r>
        <w:t>al rehman al rehim. rabbishrah li sadri, wayassir li amri, wahluqdatan min lisani, yafqahu qawli.</w:t>
      </w:r>
    </w:p>
    <w:p>
      <w:pPr>
        <w:jc w:val="right"/>
      </w:pPr>
      <w:r>
        <w:t>الرحمن الرحیم۔ رب اشرح لی صدری، ویسر لی امری، واحل العقدۃ من لسانی، یفقہ قولی۔</w:t>
      </w:r>
    </w:p>
    <w:p>
      <w:r>
        <w:rPr>
          <w:b/>
        </w:rPr>
        <w:t xml:space="preserve">[00:25] </w:t>
      </w:r>
      <w:r>
        <w:t>the topic for this morning is "from the spiritual tree".</w:t>
      </w:r>
    </w:p>
    <w:p>
      <w:pPr>
        <w:jc w:val="right"/>
      </w:pPr>
      <w:r>
        <w:t>The topic for this morning is "From the Spiritual Tree".</w:t>
      </w:r>
    </w:p>
    <w:p>
      <w:r>
        <w:rPr>
          <w:b/>
        </w:rPr>
        <w:t xml:space="preserve">[00:38] </w:t>
      </w:r>
      <w:r>
        <w:t>from the spiritual tree.</w:t>
      </w:r>
    </w:p>
    <w:p>
      <w:pPr>
        <w:jc w:val="right"/>
      </w:pPr>
      <w:r>
        <w:t>From the Spiritual Tree.</w:t>
      </w:r>
    </w:p>
    <w:p>
      <w:r>
        <w:rPr>
          <w:b/>
        </w:rPr>
        <w:t xml:space="preserve">[00:46] </w:t>
      </w:r>
      <w:r>
        <w:t>i was sitting under my spiritual tree, and i was thinking about the humanity.</w:t>
      </w:r>
    </w:p>
    <w:p>
      <w:pPr>
        <w:jc w:val="right"/>
      </w:pPr>
      <w:r>
        <w:t>I was sitting under my Spiritual Tree, and I was thinking about the humanity.</w:t>
      </w:r>
    </w:p>
    <w:p>
      <w:r>
        <w:rPr>
          <w:b/>
        </w:rPr>
        <w:t xml:space="preserve">[00:59] </w:t>
      </w:r>
      <w:r>
        <w:t>i felt that</w:t>
      </w:r>
    </w:p>
    <w:p>
      <w:pPr>
        <w:jc w:val="right"/>
      </w:pPr>
      <w:r>
        <w:t>I felt that</w:t>
      </w:r>
    </w:p>
    <w:p>
      <w:r>
        <w:rPr>
          <w:b/>
        </w:rPr>
        <w:t xml:space="preserve">[01:07] </w:t>
      </w:r>
      <w:r>
        <w:t>i asked a question to myself: if people were asked, "what is the greatest problem of the world, of the present world?"</w:t>
      </w:r>
    </w:p>
    <w:p>
      <w:pPr>
        <w:jc w:val="right"/>
      </w:pPr>
      <w:r>
        <w:t>I asked a question to myself: If people were asked, "What is the greatest problem of the world, of the present world?"</w:t>
      </w:r>
    </w:p>
    <w:p>
      <w:r>
        <w:rPr>
          <w:b/>
        </w:rPr>
        <w:t xml:space="preserve">[01:23] </w:t>
      </w:r>
      <w:r>
        <w:t>some people would like to say that U.S. hegemony is the greatest problem</w:t>
      </w:r>
    </w:p>
    <w:p>
      <w:pPr>
        <w:jc w:val="right"/>
      </w:pPr>
      <w:r>
        <w:t>some people would like to say that U.S. hegemony is the greatest problem</w:t>
      </w:r>
    </w:p>
    <w:p>
      <w:r>
        <w:rPr>
          <w:b/>
        </w:rPr>
        <w:t xml:space="preserve">[01:34] </w:t>
      </w:r>
      <w:r>
        <w:t>of the present world. Some would like to say that</w:t>
      </w:r>
    </w:p>
    <w:p>
      <w:pPr>
        <w:jc w:val="right"/>
      </w:pPr>
      <w:r>
        <w:t>of the present world. Some would like to say that</w:t>
      </w:r>
    </w:p>
    <w:p>
      <w:r>
        <w:rPr>
          <w:b/>
        </w:rPr>
        <w:t xml:space="preserve">[01:41] </w:t>
      </w:r>
      <w:r>
        <w:t>the greatest problem of the time is that half, near about half of the humanity is living in poverty.</w:t>
      </w:r>
    </w:p>
    <w:p>
      <w:pPr>
        <w:jc w:val="right"/>
      </w:pPr>
      <w:r>
        <w:t>the greatest problem of the time is that half, near about half of the humanity is living in poverty.</w:t>
      </w:r>
    </w:p>
    <w:p>
      <w:r>
        <w:rPr>
          <w:b/>
        </w:rPr>
        <w:t xml:space="preserve">[01:57] </w:t>
      </w:r>
      <w:r>
        <w:t>Some other people would like to say that after colonialism, we are facing a new problem that is multinationalism.</w:t>
      </w:r>
    </w:p>
    <w:p>
      <w:pPr>
        <w:jc w:val="right"/>
      </w:pPr>
      <w:r>
        <w:t>Some other people would like to say that after colonialism, we are facing a new problem that is multinationalism.</w:t>
      </w:r>
    </w:p>
    <w:p>
      <w:r>
        <w:rPr>
          <w:b/>
        </w:rPr>
        <w:t xml:space="preserve">[02:09] </w:t>
      </w:r>
      <w:r>
        <w:t>But I think that all these problems are superficial problems.</w:t>
      </w:r>
    </w:p>
    <w:p>
      <w:pPr>
        <w:jc w:val="right"/>
      </w:pPr>
      <w:r>
        <w:t>But I think that all these problems are superficial problems.</w:t>
      </w:r>
    </w:p>
    <w:p>
      <w:r>
        <w:rPr>
          <w:b/>
        </w:rPr>
        <w:t xml:space="preserve">[02:18] </w:t>
      </w:r>
      <w:r>
        <w:t>The greatest problem is that all men and women are heading to a future</w:t>
      </w:r>
    </w:p>
    <w:p>
      <w:pPr>
        <w:jc w:val="right"/>
      </w:pPr>
      <w:r>
        <w:t>The greatest problem is that all men and women are heading to a future</w:t>
      </w:r>
    </w:p>
    <w:p>
      <w:r>
        <w:rPr>
          <w:b/>
        </w:rPr>
        <w:t xml:space="preserve">[02:30] </w:t>
      </w:r>
      <w:r>
        <w:t>where they will face</w:t>
      </w:r>
    </w:p>
    <w:p>
      <w:pPr>
        <w:jc w:val="right"/>
      </w:pPr>
      <w:r>
        <w:t>where they will face</w:t>
      </w:r>
    </w:p>
    <w:p>
      <w:r>
        <w:rPr>
          <w:b/>
        </w:rPr>
        <w:t xml:space="preserve">[02:36] </w:t>
      </w:r>
      <w:r>
        <w:t>their God, where they will face the Day of Judgment, where they will be presented before God, Malik-e-Yomiddin.</w:t>
      </w:r>
    </w:p>
    <w:p>
      <w:pPr>
        <w:jc w:val="right"/>
      </w:pPr>
      <w:r>
        <w:t>their God, where they will face the Day of Judgment, where they will be presented before God, Malik-e-Yomiddin.</w:t>
      </w:r>
    </w:p>
    <w:p>
      <w:r>
        <w:rPr>
          <w:b/>
        </w:rPr>
        <w:t xml:space="preserve">[02:54] </w:t>
      </w:r>
      <w:r>
        <w:t>And you know, after this presentation, what is the other step?</w:t>
      </w:r>
    </w:p>
    <w:p>
      <w:pPr>
        <w:jc w:val="right"/>
      </w:pPr>
      <w:r>
        <w:t>And you know, after this presentation, what is the other step?</w:t>
      </w:r>
    </w:p>
    <w:p>
      <w:r>
        <w:rPr>
          <w:b/>
        </w:rPr>
        <w:t xml:space="preserve">[03:04] </w:t>
      </w:r>
      <w:r>
        <w:t>What is the other</w:t>
      </w:r>
    </w:p>
    <w:p>
      <w:pPr>
        <w:jc w:val="right"/>
      </w:pPr>
      <w:r>
        <w:t>What is the other</w:t>
      </w:r>
    </w:p>
    <w:p>
      <w:r>
        <w:rPr>
          <w:b/>
        </w:rPr>
        <w:t xml:space="preserve">[03:09] </w:t>
      </w:r>
      <w:r>
        <w:t>phase of our life that is Hell and Paradise?</w:t>
      </w:r>
    </w:p>
    <w:p>
      <w:pPr>
        <w:jc w:val="right"/>
      </w:pPr>
      <w:r>
        <w:t>phase of our life that is Hell and Paradise?</w:t>
      </w:r>
    </w:p>
    <w:p>
      <w:r>
        <w:rPr>
          <w:b/>
        </w:rPr>
        <w:t xml:space="preserve">[03:18] </w:t>
      </w:r>
      <w:r>
        <w:t>So this is the most important problem. And present global warming tells us that countdown has begun.</w:t>
      </w:r>
    </w:p>
    <w:p>
      <w:pPr>
        <w:jc w:val="right"/>
      </w:pPr>
      <w:r>
        <w:t>So this is the most important problem. And present global warming tells us that countdown has begun.</w:t>
      </w:r>
    </w:p>
    <w:p>
      <w:r>
        <w:rPr>
          <w:b/>
        </w:rPr>
        <w:t xml:space="preserve">[03:36] </w:t>
      </w:r>
      <w:r>
        <w:t>We are approaching the end of the history.</w:t>
      </w:r>
    </w:p>
    <w:p>
      <w:pPr>
        <w:jc w:val="right"/>
      </w:pPr>
      <w:r>
        <w:t>We are approaching the end of the history.</w:t>
      </w:r>
    </w:p>
    <w:p>
      <w:r>
        <w:rPr>
          <w:b/>
        </w:rPr>
        <w:t xml:space="preserve">[03:44] </w:t>
      </w:r>
      <w:r>
        <w:t>Now what to do? If this is the greatest problem, then what to do?</w:t>
      </w:r>
    </w:p>
    <w:p>
      <w:pPr>
        <w:jc w:val="right"/>
      </w:pPr>
      <w:r>
        <w:t>Now what to do? If this is the greatest problem, then what to do?</w:t>
      </w:r>
    </w:p>
    <w:p>
      <w:r>
        <w:rPr>
          <w:b/>
        </w:rPr>
        <w:t xml:space="preserve">[03:56] </w:t>
      </w:r>
      <w:r>
        <w:t>What is the task ahead? That is Dawa work.</w:t>
      </w:r>
    </w:p>
    <w:p>
      <w:pPr>
        <w:jc w:val="right"/>
      </w:pPr>
      <w:r>
        <w:t>What is the task ahead? That is Dawa work.</w:t>
      </w:r>
    </w:p>
    <w:p>
      <w:r>
        <w:rPr>
          <w:b/>
        </w:rPr>
        <w:t xml:space="preserve">[04:06] </w:t>
      </w:r>
      <w:r>
        <w:t>That is conveying the message of God to all mankind. That is to make people aware of the creation plan of God</w:t>
      </w:r>
    </w:p>
    <w:p>
      <w:pPr>
        <w:jc w:val="right"/>
      </w:pPr>
      <w:r>
        <w:t>That is conveying the message of God to all mankind. That is to make people aware of the creation plan of God</w:t>
      </w:r>
    </w:p>
    <w:p>
      <w:r>
        <w:rPr>
          <w:b/>
        </w:rPr>
        <w:t xml:space="preserve">[04:23] </w:t>
      </w:r>
      <w:r>
        <w:t>so that they may reassess</w:t>
      </w:r>
    </w:p>
    <w:p>
      <w:pPr>
        <w:jc w:val="right"/>
      </w:pPr>
      <w:r>
        <w:t>so that they may reassess</w:t>
      </w:r>
    </w:p>
    <w:p>
      <w:r>
        <w:rPr>
          <w:b/>
        </w:rPr>
        <w:t xml:space="preserve">[04:30] </w:t>
      </w:r>
      <w:r>
        <w:t>their life, so may they revise their lifestyle, so that they</w:t>
      </w:r>
    </w:p>
    <w:p>
      <w:pPr>
        <w:jc w:val="right"/>
      </w:pPr>
      <w:r>
        <w:t>their life, so may they revise their lifestyle, so that they</w:t>
      </w:r>
    </w:p>
    <w:p>
      <w:r>
        <w:rPr>
          <w:b/>
        </w:rPr>
        <w:t xml:space="preserve">[04:45] </w:t>
      </w:r>
      <w:r>
        <w:t>may</w:t>
      </w:r>
    </w:p>
    <w:p>
      <w:pPr>
        <w:jc w:val="right"/>
      </w:pPr>
      <w:r>
        <w:t>may</w:t>
      </w:r>
    </w:p>
    <w:p>
      <w:r>
        <w:rPr>
          <w:b/>
        </w:rPr>
        <w:t xml:space="preserve">[04:48] </w:t>
      </w:r>
      <w:r>
        <w:t>prepare themselves</w:t>
      </w:r>
    </w:p>
    <w:p>
      <w:pPr>
        <w:jc w:val="right"/>
      </w:pPr>
      <w:r>
        <w:t>prepare themselves</w:t>
      </w:r>
    </w:p>
    <w:p>
      <w:r>
        <w:rPr>
          <w:b/>
        </w:rPr>
        <w:t xml:space="preserve">[04:53] </w:t>
      </w:r>
      <w:r>
        <w:t>for the</w:t>
      </w:r>
    </w:p>
    <w:p>
      <w:pPr>
        <w:jc w:val="right"/>
      </w:pPr>
      <w:r>
        <w:t>for the</w:t>
      </w:r>
    </w:p>
    <w:p>
      <w:r>
        <w:rPr>
          <w:b/>
        </w:rPr>
        <w:t xml:space="preserve">[04:57] </w:t>
      </w:r>
      <w:r>
        <w:t>next period of life, that is post-death period. Now who is going to perform this mission?</w:t>
      </w:r>
    </w:p>
    <w:p>
      <w:pPr>
        <w:jc w:val="right"/>
      </w:pPr>
      <w:r>
        <w:t>next period of life, that is post-death period. Now who is going to perform this mission?</w:t>
      </w:r>
    </w:p>
    <w:p>
      <w:r>
        <w:rPr>
          <w:b/>
        </w:rPr>
        <w:t xml:space="preserve">[05:13] </w:t>
      </w:r>
      <w:r>
        <w:t>It is Ummat-e-Muhammadi, that is Muslims.</w:t>
      </w:r>
    </w:p>
    <w:p>
      <w:pPr>
        <w:jc w:val="right"/>
      </w:pPr>
      <w:r>
        <w:t>It is Ummat-e-Muhammadi, that is Muslims.</w:t>
      </w:r>
    </w:p>
    <w:p>
      <w:r>
        <w:rPr>
          <w:b/>
        </w:rPr>
        <w:t xml:space="preserve">[05:20] </w:t>
      </w:r>
      <w:r>
        <w:t>Muslims are</w:t>
      </w:r>
    </w:p>
    <w:p>
      <w:pPr>
        <w:jc w:val="right"/>
      </w:pPr>
      <w:r>
        <w:t>Muslims are</w:t>
      </w:r>
    </w:p>
    <w:p>
      <w:r>
        <w:rPr>
          <w:b/>
        </w:rPr>
        <w:t xml:space="preserve">[05:26] </w:t>
      </w:r>
      <w:r>
        <w:t>that group who is</w:t>
      </w:r>
    </w:p>
    <w:p>
      <w:pPr>
        <w:jc w:val="right"/>
      </w:pPr>
      <w:r>
        <w:t>that group who is</w:t>
      </w:r>
    </w:p>
    <w:p>
      <w:r>
        <w:rPr>
          <w:b/>
        </w:rPr>
        <w:t xml:space="preserve">[05:36] </w:t>
      </w:r>
      <w:r>
        <w:t>called in the Quran and Hadith "Shahid," that is witness.</w:t>
      </w:r>
    </w:p>
    <w:p>
      <w:pPr>
        <w:jc w:val="right"/>
      </w:pPr>
      <w:r>
        <w:t>called in the Quran and Hadith "Shahid," that is witness.</w:t>
      </w:r>
    </w:p>
    <w:p>
      <w:r>
        <w:rPr>
          <w:b/>
        </w:rPr>
        <w:t xml:space="preserve">[05:47] </w:t>
      </w:r>
      <w:r>
        <w:t>There is a hadith in Sahih al-Bukhari: "Al-Muslimun Shuhadaullah fi al-Arth." Muslims are witnesses of God on the earth.</w:t>
      </w:r>
    </w:p>
    <w:p>
      <w:pPr>
        <w:jc w:val="right"/>
      </w:pPr>
      <w:r>
        <w:t>There is a hadith in Sahih al-Bukhari: "Al-Muslimun Shuhadaullah fi al-Arth." Muslims are witnesses of God on the earth.</w:t>
      </w:r>
    </w:p>
    <w:p>
      <w:r>
        <w:rPr>
          <w:b/>
        </w:rPr>
        <w:t xml:space="preserve">[06:05] </w:t>
      </w:r>
      <w:r>
        <w:t>This is the real identity of Muslims.</w:t>
      </w:r>
    </w:p>
    <w:p>
      <w:pPr>
        <w:jc w:val="right"/>
      </w:pPr>
      <w:r>
        <w:t>This is the real identity of Muslims.</w:t>
      </w:r>
    </w:p>
    <w:p>
      <w:r>
        <w:rPr>
          <w:b/>
        </w:rPr>
        <w:t xml:space="preserve">[06:14] </w:t>
      </w:r>
      <w:r>
        <w:t>They have to bear witness before people. But Muslims have forgotten their identity.</w:t>
      </w:r>
    </w:p>
    <w:p>
      <w:pPr>
        <w:jc w:val="right"/>
      </w:pPr>
      <w:r>
        <w:t>They have to bear witness before people. But Muslims have forgotten their identity.</w:t>
      </w:r>
    </w:p>
    <w:p>
      <w:r>
        <w:rPr>
          <w:b/>
        </w:rPr>
        <w:t xml:space="preserve">[06:27] </w:t>
      </w:r>
      <w:r>
        <w:t>They have lost, L-O-S-T lost, the sense of their duty.</w:t>
      </w:r>
    </w:p>
    <w:p>
      <w:pPr>
        <w:jc w:val="right"/>
      </w:pPr>
      <w:r>
        <w:t>They have lost, L-O-S-T lost, the sense of their duty.</w:t>
      </w:r>
    </w:p>
    <w:p>
      <w:r>
        <w:rPr>
          <w:b/>
        </w:rPr>
        <w:t xml:space="preserve">[06:41] </w:t>
      </w:r>
      <w:r>
        <w:t>It is a very dangerous situation.</w:t>
      </w:r>
    </w:p>
    <w:p>
      <w:pPr>
        <w:jc w:val="right"/>
      </w:pPr>
      <w:r>
        <w:t>It is a very dangerous situation.</w:t>
      </w:r>
    </w:p>
    <w:p>
      <w:r>
        <w:rPr>
          <w:b/>
        </w:rPr>
        <w:t xml:space="preserve">[06:46] </w:t>
      </w:r>
      <w:r>
        <w:t>At present, Muslims are living as a group, as a cultural group.</w:t>
      </w:r>
    </w:p>
    <w:p>
      <w:pPr>
        <w:jc w:val="right"/>
      </w:pPr>
      <w:r>
        <w:t>At present, Muslims are living as a group, as a cultural group.</w:t>
      </w:r>
    </w:p>
    <w:p>
      <w:r>
        <w:rPr>
          <w:b/>
        </w:rPr>
        <w:t xml:space="preserve">[07:02] </w:t>
      </w:r>
      <w:r>
        <w:t>Their thinking is cultural thinking. Their targets are cultural targets. Their problems are cultural problems.</w:t>
      </w:r>
    </w:p>
    <w:p>
      <w:pPr>
        <w:jc w:val="right"/>
      </w:pPr>
      <w:r>
        <w:t>Their thinking is cultural thinking. Their targets are cultural targets. Their problems are cultural problems.</w:t>
      </w:r>
    </w:p>
    <w:p>
      <w:r>
        <w:rPr>
          <w:b/>
        </w:rPr>
        <w:t xml:space="preserve">[07:19] </w:t>
      </w:r>
      <w:r>
        <w:t>They are living as a cultural group rather than</w:t>
      </w:r>
    </w:p>
    <w:p>
      <w:pPr>
        <w:jc w:val="right"/>
      </w:pPr>
      <w:r>
        <w:t>They are living as a cultural group rather than</w:t>
      </w:r>
    </w:p>
    <w:p>
      <w:r>
        <w:rPr>
          <w:b/>
        </w:rPr>
        <w:t xml:space="preserve">[07:25] </w:t>
      </w:r>
      <w:r>
        <w:t>a group of mission. This is a very dangerous situation.</w:t>
      </w:r>
    </w:p>
    <w:p>
      <w:pPr>
        <w:jc w:val="right"/>
      </w:pPr>
      <w:r>
        <w:t>a group of mission. This is a very dangerous situation.</w:t>
      </w:r>
    </w:p>
    <w:p>
      <w:r>
        <w:rPr>
          <w:b/>
        </w:rPr>
        <w:t xml:space="preserve">[07:36] </w:t>
      </w:r>
      <w:r>
        <w:t>Why? The Prophet of Islam himself was a witness.</w:t>
      </w:r>
    </w:p>
    <w:p>
      <w:pPr>
        <w:jc w:val="right"/>
      </w:pPr>
      <w:r>
        <w:t>Why? The Prophet of Islam himself was a witness.</w:t>
      </w:r>
    </w:p>
    <w:p>
      <w:r>
        <w:rPr>
          <w:b/>
        </w:rPr>
        <w:t xml:space="preserve">[07:45] </w:t>
      </w:r>
      <w:r>
        <w:t>"inna arsalnaka shahidan wa bashiran wa nadhiran." Quran says that God says in the Quran that, "We sent you as a Shahid," that is witness.</w:t>
      </w:r>
    </w:p>
    <w:p>
      <w:pPr>
        <w:jc w:val="right"/>
      </w:pPr>
      <w:r>
        <w:t>"إِنَّا أَرْسَلْنَاكَ شَاهِدًا وَبَشْرًا وَنَذِيرًا." Quran says that God says in the Quran that, "We sent you as a Shahid," that is witness.</w:t>
      </w:r>
    </w:p>
    <w:p>
      <w:r>
        <w:rPr>
          <w:b/>
        </w:rPr>
        <w:t xml:space="preserve">[08:04] </w:t>
      </w:r>
      <w:r>
        <w:t>Witness. The Prophet himself was a witness.</w:t>
      </w:r>
    </w:p>
    <w:p>
      <w:pPr>
        <w:jc w:val="right"/>
      </w:pPr>
      <w:r>
        <w:t>Witness. The Prophet himself was a witness.</w:t>
      </w:r>
    </w:p>
    <w:p>
      <w:r>
        <w:rPr>
          <w:b/>
        </w:rPr>
        <w:t xml:space="preserve">[08:13] </w:t>
      </w:r>
      <w:r>
        <w:t>Witness means Dai, Munzir, Mubashshir, Messenger. It was his duty to convey the message of God to all mankind.</w:t>
      </w:r>
    </w:p>
    <w:p>
      <w:pPr>
        <w:jc w:val="right"/>
      </w:pPr>
      <w:r>
        <w:t>Witness means Dai, Munzir, Mubashshir, Messenger. It was his duty to convey the message of God to all mankind.</w:t>
      </w:r>
    </w:p>
    <w:p>
      <w:r>
        <w:rPr>
          <w:b/>
        </w:rPr>
        <w:t xml:space="preserve">[08:31] </w:t>
      </w:r>
      <w:r>
        <w:t>There is a very relevant verse in the Quran:</w:t>
      </w:r>
    </w:p>
    <w:p>
      <w:pPr>
        <w:jc w:val="right"/>
      </w:pPr>
      <w:r>
        <w:t>There is a very relevant verse in the Quran:</w:t>
      </w:r>
    </w:p>
    <w:p>
      <w:r>
        <w:rPr>
          <w:b/>
        </w:rPr>
        <w:t xml:space="preserve">[08:40] </w:t>
      </w:r>
      <w:r>
        <w:t>"Ya ayyuha al-Rasul balligh ma unzila ilayka min rabbika wa in lam tafal fama balaghta risalatahu wallahu yaghsamuka min al-nas."</w:t>
      </w:r>
    </w:p>
    <w:p>
      <w:pPr>
        <w:jc w:val="right"/>
      </w:pPr>
      <w:r>
        <w:t>"يَا أَيُّهَا الرَّسُولُ بَلِّغْ مَا أُنْزِلَ إِلَيْكِ مِن رَبِّكَ وَإِنْ لَمْ تَفَعَلْ فَمَا بَلَّغْتَ رِسَالَتَهَا وَاللَّهُ يَغْصِمُكَ مِنَ النَّاسِ."</w:t>
      </w:r>
    </w:p>
    <w:p>
      <w:r>
        <w:rPr>
          <w:b/>
        </w:rPr>
        <w:t xml:space="preserve">[08:56] </w:t>
      </w:r>
      <w:r>
        <w:t>This verse</w:t>
      </w:r>
    </w:p>
    <w:p>
      <w:pPr>
        <w:jc w:val="right"/>
      </w:pPr>
      <w:r>
        <w:t>This verse</w:t>
      </w:r>
    </w:p>
    <w:p>
      <w:r>
        <w:rPr>
          <w:b/>
        </w:rPr>
        <w:t xml:space="preserve">[09:01] </w:t>
      </w:r>
      <w:r>
        <w:t>tells us that if the Prophet failed to perform his duty as a witness, then he will</w:t>
      </w:r>
    </w:p>
    <w:p>
      <w:pPr>
        <w:jc w:val="right"/>
      </w:pPr>
      <w:r>
        <w:t>tells us that if the Prophet failed to perform his duty as a witness, then he will</w:t>
      </w:r>
    </w:p>
    <w:p>
      <w:r>
        <w:rPr>
          <w:b/>
        </w:rPr>
        <w:t xml:space="preserve">[09:19] </w:t>
      </w:r>
      <w:r>
        <w:t>lose his identity.</w:t>
      </w:r>
    </w:p>
    <w:p>
      <w:pPr>
        <w:jc w:val="right"/>
      </w:pPr>
      <w:r>
        <w:t>lose his identity.</w:t>
      </w:r>
    </w:p>
    <w:p>
      <w:r>
        <w:rPr>
          <w:b/>
        </w:rPr>
        <w:t xml:space="preserve">[09:25] </w:t>
      </w:r>
      <w:r>
        <w:t>wa in lam tafal fama balaghta risalatahu.</w:t>
      </w:r>
    </w:p>
    <w:p>
      <w:pPr>
        <w:jc w:val="right"/>
      </w:pPr>
      <w:r>
        <w:t>وَإِنْ لَمْ تَفَعَلْ فَمَا بَلَّغْتَ رِسَالَتَهَا.</w:t>
      </w:r>
    </w:p>
    <w:p>
      <w:r>
        <w:rPr>
          <w:b/>
        </w:rPr>
        <w:t xml:space="preserve">[09:31] </w:t>
      </w:r>
      <w:r>
        <w:t>The identity of the Prophet was that he was a witness of God, a Munzir, a Mubashshir, a Dai, a Messenger.</w:t>
      </w:r>
    </w:p>
    <w:p>
      <w:pPr>
        <w:jc w:val="right"/>
      </w:pPr>
      <w:r>
        <w:t>The identity of the Prophet was that he was a witness of God, a Munzir, a Mubashshir, a Dai, a Messenger.</w:t>
      </w:r>
    </w:p>
    <w:p>
      <w:r>
        <w:rPr>
          <w:b/>
        </w:rPr>
        <w:t xml:space="preserve">[09:45] </w:t>
      </w:r>
      <w:r>
        <w:t>So it was his duty. And if</w:t>
      </w:r>
    </w:p>
    <w:p>
      <w:pPr>
        <w:jc w:val="right"/>
      </w:pPr>
      <w:r>
        <w:t>So it was his duty. And if</w:t>
      </w:r>
    </w:p>
    <w:p>
      <w:r>
        <w:rPr>
          <w:b/>
        </w:rPr>
        <w:t xml:space="preserve">[09:53] </w:t>
      </w:r>
      <w:r>
        <w:t>the Prophet fails</w:t>
      </w:r>
    </w:p>
    <w:p>
      <w:pPr>
        <w:jc w:val="right"/>
      </w:pPr>
      <w:r>
        <w:t>the Prophet fails</w:t>
      </w:r>
    </w:p>
    <w:p>
      <w:r>
        <w:rPr>
          <w:b/>
        </w:rPr>
        <w:t xml:space="preserve">[09:59] </w:t>
      </w:r>
      <w:r>
        <w:t>in performing his duty, then he will lose his identity.</w:t>
      </w:r>
    </w:p>
    <w:p>
      <w:pPr>
        <w:jc w:val="right"/>
      </w:pPr>
      <w:r>
        <w:t>in performing his duty, then he will lose his identity.</w:t>
      </w:r>
    </w:p>
    <w:p>
      <w:r>
        <w:rPr>
          <w:b/>
        </w:rPr>
        <w:t xml:space="preserve">[10:09] </w:t>
      </w:r>
      <w:r>
        <w:t>wa in lam tafal fama balaghta risalatahu. And when one loses his identity, then he is nothing.</w:t>
      </w:r>
    </w:p>
    <w:p>
      <w:pPr>
        <w:jc w:val="right"/>
      </w:pPr>
      <w:r>
        <w:t>وَإِنْ لَمْ تَفَعَلْ فَمَا بَلَّغْتَ رِسَالَتَهَا. And when one loses his identity, then he is nothing.</w:t>
      </w:r>
    </w:p>
    <w:p>
      <w:r>
        <w:rPr>
          <w:b/>
        </w:rPr>
        <w:t xml:space="preserve">[10:24] </w:t>
      </w:r>
      <w:r>
        <w:t>If the Prophet loses his identity, then he is nothing in the eyes of God.</w:t>
      </w:r>
    </w:p>
    <w:p>
      <w:pPr>
        <w:jc w:val="right"/>
      </w:pPr>
      <w:r>
        <w:t>If the Prophet loses his identity, then he is nothing in the eyes of God.</w:t>
      </w:r>
    </w:p>
    <w:p>
      <w:r>
        <w:rPr>
          <w:b/>
        </w:rPr>
        <w:t xml:space="preserve">[10:34] </w:t>
      </w:r>
      <w:r>
        <w:t>So is the case of Muslims.</w:t>
      </w:r>
    </w:p>
    <w:p>
      <w:pPr>
        <w:jc w:val="right"/>
      </w:pPr>
      <w:r>
        <w:t>So is the case of Muslims.</w:t>
      </w:r>
    </w:p>
    <w:p>
      <w:r>
        <w:rPr>
          <w:b/>
        </w:rPr>
        <w:t xml:space="preserve">[10:40] </w:t>
      </w:r>
      <w:r>
        <w:t>The Prophet of Islam once addressed to his companions.</w:t>
      </w:r>
    </w:p>
    <w:p>
      <w:pPr>
        <w:jc w:val="right"/>
      </w:pPr>
      <w:r>
        <w:t>The Prophet of Islam once addressed to his companions.</w:t>
      </w:r>
    </w:p>
    <w:p>
      <w:r>
        <w:rPr>
          <w:b/>
        </w:rPr>
        <w:t xml:space="preserve">[10:47] </w:t>
      </w:r>
      <w:r>
        <w:t>He said, "antum shuhada' Allah fil ard."</w:t>
      </w:r>
    </w:p>
    <w:p>
      <w:pPr>
        <w:jc w:val="right"/>
      </w:pPr>
      <w:r>
        <w:t>He said, "أَنْتُمْ شُهَدَاءُ اللَّهِ فِي الْأَرْضِ."</w:t>
      </w:r>
    </w:p>
    <w:p>
      <w:r>
        <w:rPr>
          <w:b/>
        </w:rPr>
        <w:t xml:space="preserve">[10:53] </w:t>
      </w:r>
      <w:r>
        <w:t>"antum shuhada' Allah fil ard."</w:t>
      </w:r>
    </w:p>
    <w:p>
      <w:pPr>
        <w:jc w:val="right"/>
      </w:pPr>
      <w:r>
        <w:t>"أَنْتُمْ شُهَدَاءُ اللَّهِ فِي الْأَرْضِ."</w:t>
      </w:r>
    </w:p>
    <w:p>
      <w:r>
        <w:rPr>
          <w:b/>
        </w:rPr>
        <w:t xml:space="preserve">[10:56] </w:t>
      </w:r>
      <w:r>
        <w:t>O my companions, you are witnesses</w:t>
      </w:r>
    </w:p>
    <w:p>
      <w:pPr>
        <w:jc w:val="right"/>
      </w:pPr>
      <w:r>
        <w:t>O my companions, you are witnesses</w:t>
      </w:r>
    </w:p>
    <w:p>
      <w:r>
        <w:rPr>
          <w:b/>
        </w:rPr>
        <w:t xml:space="preserve">[11:01] </w:t>
      </w:r>
      <w:r>
        <w:t>of God upon</w:t>
      </w:r>
    </w:p>
    <w:p>
      <w:pPr>
        <w:jc w:val="right"/>
      </w:pPr>
      <w:r>
        <w:t>of God upon</w:t>
      </w:r>
    </w:p>
    <w:p>
      <w:r>
        <w:rPr>
          <w:b/>
        </w:rPr>
        <w:t xml:space="preserve">[11:05] </w:t>
      </w:r>
      <w:r>
        <w:t>the people, upon earth.</w:t>
      </w:r>
    </w:p>
    <w:p>
      <w:pPr>
        <w:jc w:val="right"/>
      </w:pPr>
      <w:r>
        <w:t>the people, upon earth.</w:t>
      </w:r>
    </w:p>
    <w:p>
      <w:r>
        <w:rPr>
          <w:b/>
        </w:rPr>
        <w:t xml:space="preserve">[11:11] </w:t>
      </w:r>
      <w:r>
        <w:t>So the same fate is waiting for those who lose their identity.</w:t>
      </w:r>
    </w:p>
    <w:p>
      <w:pPr>
        <w:jc w:val="right"/>
      </w:pPr>
      <w:r>
        <w:t>So the same fate is waiting for those who lose their identity.</w:t>
      </w:r>
    </w:p>
    <w:p>
      <w:r>
        <w:rPr>
          <w:b/>
        </w:rPr>
        <w:t xml:space="preserve">[11:23] </w:t>
      </w:r>
      <w:r>
        <w:t>If the Prophet fails to perform his duty as a witness of God, he will lose his identity.</w:t>
      </w:r>
    </w:p>
    <w:p>
      <w:pPr>
        <w:jc w:val="right"/>
      </w:pPr>
      <w:r>
        <w:t>If the Prophet fails to perform his duty as a witness of God, he will lose his identity.</w:t>
      </w:r>
    </w:p>
    <w:p>
      <w:r>
        <w:rPr>
          <w:b/>
        </w:rPr>
        <w:t xml:space="preserve">[11:37] </w:t>
      </w:r>
      <w:r>
        <w:t>So if companions fail to perform their duty as a witness, they will also lose their identity.</w:t>
      </w:r>
    </w:p>
    <w:p>
      <w:pPr>
        <w:jc w:val="right"/>
      </w:pPr>
      <w:r>
        <w:t>So if companions fail to perform their duty as a witness, they will also lose their identity.</w:t>
      </w:r>
    </w:p>
    <w:p>
      <w:r>
        <w:rPr>
          <w:b/>
        </w:rPr>
        <w:t xml:space="preserve">[11:54] </w:t>
      </w:r>
      <w:r>
        <w:t>So is the case of the Muslim Ummah, Muslim Community.</w:t>
      </w:r>
    </w:p>
    <w:p>
      <w:pPr>
        <w:jc w:val="right"/>
      </w:pPr>
      <w:r>
        <w:t>So is the case of the Muslim Ummah, Muslim Community.</w:t>
      </w:r>
    </w:p>
    <w:p>
      <w:r>
        <w:rPr>
          <w:b/>
        </w:rPr>
        <w:t xml:space="preserve">[12:05] </w:t>
      </w:r>
      <w:r>
        <w:t>Muslims are witnesses of God on earth. "al muslimeen shuhada Allah fil ard."</w:t>
      </w:r>
    </w:p>
    <w:p>
      <w:pPr>
        <w:jc w:val="right"/>
      </w:pPr>
      <w:r>
        <w:t>Muslims are witnesses of God on earth. "الْمُسْلِمُونَ شُهَدَاءُ اللَّهِ فِي الْأَرْضِ."</w:t>
      </w:r>
    </w:p>
    <w:p>
      <w:r>
        <w:rPr>
          <w:b/>
        </w:rPr>
        <w:t xml:space="preserve">[12:19] </w:t>
      </w:r>
      <w:r>
        <w:t>This hadith you can see in Sahih al-Bukhari: "al muslimeen shuhada Allah fil ard." Muslims are witnesses of God on earth.</w:t>
      </w:r>
    </w:p>
    <w:p>
      <w:pPr>
        <w:jc w:val="right"/>
      </w:pPr>
      <w:r>
        <w:t>This hadith you can see in Sahih al-Bukhari: "الْمُسْلِمُونَ شُهَدَاءُ اللَّهِ فِي الْأَرْضِ." Muslims are witnesses of God on earth.</w:t>
      </w:r>
    </w:p>
    <w:p>
      <w:r>
        <w:rPr>
          <w:b/>
        </w:rPr>
        <w:t xml:space="preserve">[12:32] </w:t>
      </w:r>
      <w:r>
        <w:t>So this is the identity of Muslims. If Muslims fail to perform their identity,</w:t>
      </w:r>
    </w:p>
    <w:p>
      <w:pPr>
        <w:jc w:val="right"/>
      </w:pPr>
      <w:r>
        <w:t>So this is the identity of Muslims. If Muslims fail to perform their identity,</w:t>
      </w:r>
    </w:p>
    <w:p>
      <w:r>
        <w:rPr>
          <w:b/>
        </w:rPr>
        <w:t xml:space="preserve">[12:47] </w:t>
      </w:r>
      <w:r>
        <w:t>they will lose their status. Then they are nothing.</w:t>
      </w:r>
    </w:p>
    <w:p>
      <w:pPr>
        <w:jc w:val="right"/>
      </w:pPr>
      <w:r>
        <w:t>they will lose their status. Then they are nothing.</w:t>
      </w:r>
    </w:p>
    <w:p>
      <w:r>
        <w:rPr>
          <w:b/>
        </w:rPr>
        <w:t xml:space="preserve">[12:58] </w:t>
      </w:r>
      <w:r>
        <w:t>So it is a very, very dangerous situation. Now you see the present Muslims all over the world.</w:t>
      </w:r>
    </w:p>
    <w:p>
      <w:pPr>
        <w:jc w:val="right"/>
      </w:pPr>
      <w:r>
        <w:t>So it is a very, very dangerous situation. Now you see the present Muslims all over the world.</w:t>
      </w:r>
    </w:p>
    <w:p>
      <w:r>
        <w:rPr>
          <w:b/>
        </w:rPr>
        <w:t xml:space="preserve">[13:08] </w:t>
      </w:r>
      <w:r>
        <w:t>All the Muslims have</w:t>
      </w:r>
    </w:p>
    <w:p>
      <w:pPr>
        <w:jc w:val="right"/>
      </w:pPr>
      <w:r>
        <w:t>All the Muslims have</w:t>
      </w:r>
    </w:p>
    <w:p>
      <w:r>
        <w:rPr>
          <w:b/>
        </w:rPr>
        <w:t xml:space="preserve">[13:15] </w:t>
      </w:r>
      <w:r>
        <w:t>forgotten that they are witnesses of God. All the Muslims are engaged in their cultural problems, their community problems.</w:t>
      </w:r>
    </w:p>
    <w:p>
      <w:pPr>
        <w:jc w:val="right"/>
      </w:pPr>
      <w:r>
        <w:t>forgotten that they are witnesses of God. All the Muslims are engaged in their cultural problems, their community problems.</w:t>
      </w:r>
    </w:p>
    <w:p>
      <w:r>
        <w:rPr>
          <w:b/>
        </w:rPr>
        <w:t xml:space="preserve">[13:28] </w:t>
      </w:r>
      <w:r>
        <w:t>They are fighting for lands, fighting for political interests. All these things are community problems, cultural problems, not Islamic problems.</w:t>
      </w:r>
    </w:p>
    <w:p>
      <w:pPr>
        <w:jc w:val="right"/>
      </w:pPr>
      <w:r>
        <w:t>They are fighting for lands, fighting for political interests. All these things are community problems, cultural problems, not Islamic problems.</w:t>
      </w:r>
    </w:p>
    <w:p>
      <w:r>
        <w:rPr>
          <w:b/>
        </w:rPr>
        <w:t xml:space="preserve">[13:44] </w:t>
      </w:r>
      <w:r>
        <w:t>All those so-called Jihad, if you see, why this Jihad, why this fighting, why this hate?</w:t>
      </w:r>
    </w:p>
    <w:p>
      <w:pPr>
        <w:jc w:val="right"/>
      </w:pPr>
      <w:r>
        <w:t>All those so-called Jihad, if you see, why this Jihad, why this fighting, why this hate?</w:t>
      </w:r>
    </w:p>
    <w:p>
      <w:r>
        <w:rPr>
          <w:b/>
        </w:rPr>
        <w:t xml:space="preserve">[13:56] </w:t>
      </w:r>
      <w:r>
        <w:t>The only reason for all this hate, all this Jihad, all this fighting is that they want to solve their cultural problems, their political problems,</w:t>
      </w:r>
    </w:p>
    <w:p>
      <w:pPr>
        <w:jc w:val="right"/>
      </w:pPr>
      <w:r>
        <w:t>The only reason for all this hate, all this Jihad, all this fighting is that they want to solve their cultural problems, their political problems,</w:t>
      </w:r>
    </w:p>
    <w:p>
      <w:r>
        <w:rPr>
          <w:b/>
        </w:rPr>
        <w:t xml:space="preserve">[14:10] </w:t>
      </w:r>
      <w:r>
        <w:t>their community problems.</w:t>
      </w:r>
    </w:p>
    <w:p>
      <w:pPr>
        <w:jc w:val="right"/>
      </w:pPr>
      <w:r>
        <w:t>their community problems.</w:t>
      </w:r>
    </w:p>
    <w:p>
      <w:r>
        <w:rPr>
          <w:b/>
        </w:rPr>
        <w:t xml:space="preserve">[14:14] </w:t>
      </w:r>
      <w:r>
        <w:t>These activities have nothing to do with the Dawa work, with the witness, with the Shahada.</w:t>
      </w:r>
    </w:p>
    <w:p>
      <w:pPr>
        <w:jc w:val="right"/>
      </w:pPr>
      <w:r>
        <w:t>These activities have nothing to do with the Dawa work, with the witness, with the Shahada.</w:t>
      </w:r>
    </w:p>
    <w:p>
      <w:r>
        <w:rPr>
          <w:b/>
        </w:rPr>
        <w:t xml:space="preserve">[14:29] </w:t>
      </w:r>
      <w:r>
        <w:t>So present, the picture of the present Muslims is a clear evidence that they have lost their identity.</w:t>
      </w:r>
    </w:p>
    <w:p>
      <w:pPr>
        <w:jc w:val="right"/>
      </w:pPr>
      <w:r>
        <w:t>So present, the picture of the present Muslims is a clear evidence that they have lost their identity.</w:t>
      </w:r>
    </w:p>
    <w:p>
      <w:r>
        <w:rPr>
          <w:b/>
        </w:rPr>
        <w:t xml:space="preserve">[14:47] </w:t>
      </w:r>
      <w:r>
        <w:t>Their identity was that they are witnesses of God on earth.</w:t>
      </w:r>
    </w:p>
    <w:p>
      <w:pPr>
        <w:jc w:val="right"/>
      </w:pPr>
      <w:r>
        <w:t>Their identity was that they are witnesses of God on earth.</w:t>
      </w:r>
    </w:p>
    <w:p>
      <w:r>
        <w:rPr>
          <w:b/>
        </w:rPr>
        <w:t xml:space="preserve">[14:58] </w:t>
      </w:r>
      <w:r>
        <w:t>You see,</w:t>
      </w:r>
    </w:p>
    <w:p>
      <w:pPr>
        <w:jc w:val="right"/>
      </w:pPr>
      <w:r>
        <w:t>You see,</w:t>
      </w:r>
    </w:p>
    <w:p>
      <w:r>
        <w:rPr>
          <w:b/>
        </w:rPr>
        <w:t xml:space="preserve">[15:02] </w:t>
      </w:r>
      <w:r>
        <w:t>Dawa, it is Dawa. Witness means Dawa work. So Dawa work is a complete mission.</w:t>
      </w:r>
    </w:p>
    <w:p>
      <w:pPr>
        <w:jc w:val="right"/>
      </w:pPr>
      <w:r>
        <w:t>Dawa, it is Dawa. Witness means Dawa work. So Dawa work is a complete mission.</w:t>
      </w:r>
    </w:p>
    <w:p>
      <w:r>
        <w:rPr>
          <w:b/>
        </w:rPr>
        <w:t xml:space="preserve">[15:14] </w:t>
      </w:r>
      <w:r>
        <w:t>Dawa work is not simply an announcement. Dawa work is</w:t>
      </w:r>
    </w:p>
    <w:p>
      <w:pPr>
        <w:jc w:val="right"/>
      </w:pPr>
      <w:r>
        <w:t>Dawa work is not simply an announcement. Dawa work is</w:t>
      </w:r>
    </w:p>
    <w:p>
      <w:r>
        <w:rPr>
          <w:b/>
        </w:rPr>
        <w:t xml:space="preserve">[15:24] </w:t>
      </w:r>
      <w:r>
        <w:t>an independent culture. Dawa work inculcates in you Dawa spirit.</w:t>
      </w:r>
    </w:p>
    <w:p>
      <w:pPr>
        <w:jc w:val="right"/>
      </w:pPr>
      <w:r>
        <w:t>an independent culture. Dawa work inculcates in you Dawa spirit.</w:t>
      </w:r>
    </w:p>
    <w:p>
      <w:r>
        <w:rPr>
          <w:b/>
        </w:rPr>
        <w:t xml:space="preserve">[15:37] </w:t>
      </w:r>
      <w:r>
        <w:t>Dawa work</w:t>
      </w:r>
    </w:p>
    <w:p>
      <w:pPr>
        <w:jc w:val="right"/>
      </w:pPr>
      <w:r>
        <w:t>Dawa work</w:t>
      </w:r>
    </w:p>
    <w:p>
      <w:r>
        <w:rPr>
          <w:b/>
        </w:rPr>
        <w:t xml:space="preserve">[15:45] </w:t>
      </w:r>
      <w:r>
        <w:t>is a</w:t>
      </w:r>
    </w:p>
    <w:p>
      <w:pPr>
        <w:jc w:val="right"/>
      </w:pPr>
      <w:r>
        <w:t>is a</w:t>
      </w:r>
    </w:p>
    <w:p>
      <w:r>
        <w:rPr>
          <w:b/>
        </w:rPr>
        <w:t xml:space="preserve">[15:51] </w:t>
      </w:r>
      <w:r>
        <w:t>when you are engaged in Dawa work, you will be Nasir, well-wisher to all mankind.</w:t>
      </w:r>
    </w:p>
    <w:p>
      <w:pPr>
        <w:jc w:val="right"/>
      </w:pPr>
      <w:r>
        <w:t>when you are engaged in Dawa work, you will be Nasir, well-wisher to all mankind.</w:t>
      </w:r>
    </w:p>
    <w:p>
      <w:r>
        <w:rPr>
          <w:b/>
        </w:rPr>
        <w:t xml:space="preserve">[16:03] </w:t>
      </w:r>
      <w:r>
        <w:t>Dawa work means that</w:t>
      </w:r>
    </w:p>
    <w:p>
      <w:pPr>
        <w:jc w:val="right"/>
      </w:pPr>
      <w:r>
        <w:t>Dawa work means that</w:t>
      </w:r>
    </w:p>
    <w:p>
      <w:r>
        <w:rPr>
          <w:b/>
        </w:rPr>
        <w:t xml:space="preserve">[16:10] </w:t>
      </w:r>
      <w:r>
        <w:t>you have abandoned all those hate against</w:t>
      </w:r>
    </w:p>
    <w:p>
      <w:pPr>
        <w:jc w:val="right"/>
      </w:pPr>
      <w:r>
        <w:t>you have abandoned all those hate against</w:t>
      </w:r>
    </w:p>
    <w:p>
      <w:r>
        <w:rPr>
          <w:b/>
        </w:rPr>
        <w:t xml:space="preserve">[16:16] </w:t>
      </w:r>
      <w:r>
        <w:t>other nations. In Dawa work, you cannot hate against anyone.</w:t>
      </w:r>
    </w:p>
    <w:p>
      <w:pPr>
        <w:jc w:val="right"/>
      </w:pPr>
      <w:r>
        <w:t>other nations. In Dawa work, you cannot hate against anyone.</w:t>
      </w:r>
    </w:p>
    <w:p>
      <w:r>
        <w:rPr>
          <w:b/>
        </w:rPr>
        <w:t xml:space="preserve">[16:25] </w:t>
      </w:r>
      <w:r>
        <w:t>It is haram. In the religion of Dawa, it is haram to hate against anyone. So all kinds of hate, all kinds of negative thought, all kinds of intolerance, all kinds of violence,</w:t>
      </w:r>
    </w:p>
    <w:p>
      <w:pPr>
        <w:jc w:val="right"/>
      </w:pPr>
      <w:r>
        <w:t>It is haram. In the religion of Dawa, it is haram to hate against anyone. So all kinds of hate, all kinds of negative thought, all kinds of intolerance, all kinds of violence,</w:t>
      </w:r>
    </w:p>
    <w:p>
      <w:r>
        <w:rPr>
          <w:b/>
        </w:rPr>
        <w:t xml:space="preserve">[16:46] </w:t>
      </w:r>
      <w:r>
        <w:t>all these things are haram in Dawa culture. But you see, Muslims are engaged in these things, in these negative things.</w:t>
      </w:r>
    </w:p>
    <w:p>
      <w:pPr>
        <w:jc w:val="right"/>
      </w:pPr>
      <w:r>
        <w:t>all these things are haram in Dawa culture. But you see, Muslims are engaged in these things, in these negative things.</w:t>
      </w:r>
    </w:p>
    <w:p>
      <w:r>
        <w:rPr>
          <w:b/>
        </w:rPr>
        <w:t xml:space="preserve">[17:00] </w:t>
      </w:r>
      <w:r>
        <w:t>Why? Because they have lost their identity as a witness, as a Dai.</w:t>
      </w:r>
    </w:p>
    <w:p>
      <w:pPr>
        <w:jc w:val="right"/>
      </w:pPr>
      <w:r>
        <w:t>Why? Because they have lost their identity as a witness, as a Dai.</w:t>
      </w:r>
    </w:p>
    <w:p>
      <w:r>
        <w:rPr>
          <w:b/>
        </w:rPr>
        <w:t xml:space="preserve">[17:17] </w:t>
      </w:r>
      <w:r>
        <w:t>So it is very, very important. Now I think that our mission is a twofold mission.</w:t>
      </w:r>
    </w:p>
    <w:p>
      <w:pPr>
        <w:jc w:val="right"/>
      </w:pPr>
      <w:r>
        <w:t>So it is very, very important. Now I think that our mission is a twofold mission.</w:t>
      </w:r>
    </w:p>
    <w:p>
      <w:r>
        <w:rPr>
          <w:b/>
        </w:rPr>
        <w:t xml:space="preserve">[17:33] </w:t>
      </w:r>
      <w:r>
        <w:t>Our mission is a twofold mission.</w:t>
      </w:r>
    </w:p>
    <w:p>
      <w:pPr>
        <w:jc w:val="right"/>
      </w:pPr>
      <w:r>
        <w:t>Our mission is a twofold mission.</w:t>
      </w:r>
    </w:p>
    <w:p>
      <w:r>
        <w:rPr>
          <w:b/>
        </w:rPr>
        <w:t xml:space="preserve">[17:46] </w:t>
      </w:r>
      <w:r>
        <w:t>Our mission means Dawa mission. Dawa mission in present time has twofold aspects.</w:t>
      </w:r>
    </w:p>
    <w:p>
      <w:pPr>
        <w:jc w:val="right"/>
      </w:pPr>
      <w:r>
        <w:t>Our mission means Dawa mission. Dawa mission in present time has twofold aspects.</w:t>
      </w:r>
    </w:p>
    <w:p>
      <w:r>
        <w:rPr>
          <w:b/>
        </w:rPr>
        <w:t xml:space="preserve">[18:00] </w:t>
      </w:r>
      <w:r>
        <w:t>To make</w:t>
      </w:r>
    </w:p>
    <w:p>
      <w:pPr>
        <w:jc w:val="right"/>
      </w:pPr>
      <w:r>
        <w:t>To make</w:t>
      </w:r>
    </w:p>
    <w:p>
      <w:r>
        <w:rPr>
          <w:b/>
        </w:rPr>
        <w:t xml:space="preserve">[18:03] </w:t>
      </w:r>
      <w:r>
        <w:t>Islam</w:t>
      </w:r>
    </w:p>
    <w:p>
      <w:pPr>
        <w:jc w:val="right"/>
      </w:pPr>
      <w:r>
        <w:t>Islam</w:t>
      </w:r>
    </w:p>
    <w:p>
      <w:r>
        <w:rPr>
          <w:b/>
        </w:rPr>
        <w:t xml:space="preserve">[18:06] </w:t>
      </w:r>
      <w:r>
        <w:t>a discovery of non-Muslims, there are two different communities throughout the world: non-Muslims and Muslims.</w:t>
      </w:r>
    </w:p>
    <w:p>
      <w:pPr>
        <w:jc w:val="right"/>
      </w:pPr>
      <w:r>
        <w:t>a discovery of non-Muslims, there are two different communities throughout the world: non-Muslims and Muslims.</w:t>
      </w:r>
    </w:p>
    <w:p>
      <w:r>
        <w:rPr>
          <w:b/>
        </w:rPr>
        <w:t xml:space="preserve">[18:17] </w:t>
      </w:r>
      <w:r>
        <w:t>Only two communities. According to Dawa mission, there are only two communities in the world: non-Muslims and Muslims.</w:t>
      </w:r>
    </w:p>
    <w:p>
      <w:pPr>
        <w:jc w:val="right"/>
      </w:pPr>
      <w:r>
        <w:t>Only two communities. According to Dawa mission, there are only two communities in the world: non-Muslims and Muslims.</w:t>
      </w:r>
    </w:p>
    <w:p>
      <w:r>
        <w:rPr>
          <w:b/>
        </w:rPr>
        <w:t xml:space="preserve">[18:28] </w:t>
      </w:r>
      <w:r>
        <w:t>So Dawa mission has two aspects. One, to make Islam a discovery for non-Muslims.</w:t>
      </w:r>
    </w:p>
    <w:p>
      <w:pPr>
        <w:jc w:val="right"/>
      </w:pPr>
      <w:r>
        <w:t>So Dawa mission has two aspects. One, to make Islam a discovery for non-Muslims.</w:t>
      </w:r>
    </w:p>
    <w:p>
      <w:r>
        <w:rPr>
          <w:b/>
        </w:rPr>
        <w:t xml:space="preserve">[18:47] </w:t>
      </w:r>
      <w:r>
        <w:t>Two, to make Islam a discovery for non-Muslims. And</w:t>
      </w:r>
    </w:p>
    <w:p>
      <w:pPr>
        <w:jc w:val="right"/>
      </w:pPr>
      <w:r>
        <w:t>Two, to make Islam a discovery for non-Muslims. And</w:t>
      </w:r>
    </w:p>
    <w:p>
      <w:r>
        <w:rPr>
          <w:b/>
        </w:rPr>
        <w:t xml:space="preserve">[18:57] </w:t>
      </w:r>
      <w:r>
        <w:t>three, to make Islam a rediscovery of Muslims.</w:t>
      </w:r>
    </w:p>
    <w:p>
      <w:pPr>
        <w:jc w:val="right"/>
      </w:pPr>
      <w:r>
        <w:t>three, to make Islam a rediscovery of Muslims.</w:t>
      </w:r>
    </w:p>
    <w:p>
      <w:r>
        <w:rPr>
          <w:b/>
        </w:rPr>
        <w:t xml:space="preserve">[19:08] </w:t>
      </w:r>
      <w:r>
        <w:t>One group needs to discover Islam, and the second group needs to rediscover Islam.</w:t>
      </w:r>
    </w:p>
    <w:p>
      <w:pPr>
        <w:jc w:val="right"/>
      </w:pPr>
      <w:r>
        <w:t>One group needs to discover Islam, and the second group needs to rediscover Islam.</w:t>
      </w:r>
    </w:p>
    <w:p>
      <w:r>
        <w:rPr>
          <w:b/>
        </w:rPr>
        <w:t xml:space="preserve">[19:19] </w:t>
      </w:r>
      <w:r>
        <w:t>Both are unaware about Islam. So this is a twofold mission.</w:t>
      </w:r>
    </w:p>
    <w:p>
      <w:pPr>
        <w:jc w:val="right"/>
      </w:pPr>
      <w:r>
        <w:t>Both are unaware about Islam. So this is a twofold mission.</w:t>
      </w:r>
    </w:p>
    <w:p>
      <w:r>
        <w:rPr>
          <w:b/>
        </w:rPr>
        <w:t xml:space="preserve">[19:30] </w:t>
      </w:r>
      <w:r>
        <w:t>Now</w:t>
      </w:r>
    </w:p>
    <w:p>
      <w:pPr>
        <w:jc w:val="right"/>
      </w:pPr>
      <w:r>
        <w:t>Now</w:t>
      </w:r>
    </w:p>
    <w:p>
      <w:r>
        <w:rPr>
          <w:b/>
        </w:rPr>
        <w:t xml:space="preserve">[19:35] </w:t>
      </w:r>
      <w:r>
        <w:t>if you see</w:t>
      </w:r>
    </w:p>
    <w:p>
      <w:pPr>
        <w:jc w:val="right"/>
      </w:pPr>
      <w:r>
        <w:t>if you see</w:t>
      </w:r>
    </w:p>
    <w:p>
      <w:r>
        <w:rPr>
          <w:b/>
        </w:rPr>
        <w:t xml:space="preserve">[19:39] </w:t>
      </w:r>
      <w:r>
        <w:t>non-Muslims, what is their conception about Islam? I can say that all the non-Muslim nations throughout the world are negative about Islam.</w:t>
      </w:r>
    </w:p>
    <w:p>
      <w:pPr>
        <w:jc w:val="right"/>
      </w:pPr>
      <w:r>
        <w:t>non-Muslims, what is their conception about Islam? I can say that all the non-Muslim nations throughout the world are negative about Islam.</w:t>
      </w:r>
    </w:p>
    <w:p>
      <w:r>
        <w:rPr>
          <w:b/>
        </w:rPr>
        <w:t xml:space="preserve">[20:01] </w:t>
      </w:r>
      <w:r>
        <w:t>They take Islam as a religion of violence, as a religion of intolerance, as a religion of extremism.</w:t>
      </w:r>
    </w:p>
    <w:p>
      <w:pPr>
        <w:jc w:val="right"/>
      </w:pPr>
      <w:r>
        <w:t>They take Islam as a religion of violence, as a religion of intolerance, as a religion of extremism.</w:t>
      </w:r>
    </w:p>
    <w:p>
      <w:r>
        <w:rPr>
          <w:b/>
        </w:rPr>
        <w:t xml:space="preserve">[20:22] </w:t>
      </w:r>
      <w:r>
        <w:t>So it is a negative image. They don't know that Islam is a divine guidance.</w:t>
      </w:r>
    </w:p>
    <w:p>
      <w:pPr>
        <w:jc w:val="right"/>
      </w:pPr>
      <w:r>
        <w:t>So it is a negative image. They don't know that Islam is a divine guidance.</w:t>
      </w:r>
    </w:p>
    <w:p>
      <w:r>
        <w:rPr>
          <w:b/>
        </w:rPr>
        <w:t xml:space="preserve">[20:32] </w:t>
      </w:r>
      <w:r>
        <w:t>They don't know that Islam is a revealed religion. And God has revealed His creation plan to make people know about</w:t>
      </w:r>
    </w:p>
    <w:p>
      <w:pPr>
        <w:jc w:val="right"/>
      </w:pPr>
      <w:r>
        <w:t>They don't know that Islam is a revealed religion. And God has revealed His creation plan to make people know about</w:t>
      </w:r>
    </w:p>
    <w:p>
      <w:r>
        <w:rPr>
          <w:b/>
        </w:rPr>
        <w:t xml:space="preserve">[20:54] </w:t>
      </w:r>
      <w:r>
        <w:t>their life, about their present, about their future.</w:t>
      </w:r>
    </w:p>
    <w:p>
      <w:pPr>
        <w:jc w:val="right"/>
      </w:pPr>
      <w:r>
        <w:t>their life, about their present, about their future.</w:t>
      </w:r>
    </w:p>
    <w:p>
      <w:r>
        <w:rPr>
          <w:b/>
        </w:rPr>
        <w:t xml:space="preserve">[21:05] </w:t>
      </w:r>
      <w:r>
        <w:t>So they don't take Islam as a divine guidance. They take Islam as a religion of violence, a religion of intolerance.</w:t>
      </w:r>
    </w:p>
    <w:p>
      <w:pPr>
        <w:jc w:val="right"/>
      </w:pPr>
      <w:r>
        <w:t>So they don't take Islam as a divine guidance. They take Islam as a religion of violence, a religion of intolerance.</w:t>
      </w:r>
    </w:p>
    <w:p>
      <w:r>
        <w:rPr>
          <w:b/>
        </w:rPr>
        <w:t xml:space="preserve">[21:21] </w:t>
      </w:r>
      <w:r>
        <w:t>Why? Because Muslims are depicting Islam in this way.</w:t>
      </w:r>
    </w:p>
    <w:p>
      <w:pPr>
        <w:jc w:val="right"/>
      </w:pPr>
      <w:r>
        <w:t>Why? Because Muslims are depicting Islam in this way.</w:t>
      </w:r>
    </w:p>
    <w:p>
      <w:r>
        <w:rPr>
          <w:b/>
        </w:rPr>
        <w:t xml:space="preserve">[21:33] </w:t>
      </w:r>
      <w:r>
        <w:t>It is Muslims who have created this image of Islam.</w:t>
      </w:r>
    </w:p>
    <w:p>
      <w:pPr>
        <w:jc w:val="right"/>
      </w:pPr>
      <w:r>
        <w:t>It is Muslims who have created this image of Islam.</w:t>
      </w:r>
    </w:p>
    <w:p>
      <w:r>
        <w:rPr>
          <w:b/>
        </w:rPr>
        <w:t xml:space="preserve">[21:41] </w:t>
      </w:r>
      <w:r>
        <w:t>If some</w:t>
      </w:r>
    </w:p>
    <w:p>
      <w:pPr>
        <w:jc w:val="right"/>
      </w:pPr>
      <w:r>
        <w:t>If some</w:t>
      </w:r>
    </w:p>
    <w:p>
      <w:r>
        <w:rPr>
          <w:b/>
        </w:rPr>
        <w:t xml:space="preserve">[21:48] </w:t>
      </w:r>
      <w:r>
        <w:t>paper publishes a cartoon</w:t>
      </w:r>
    </w:p>
    <w:p>
      <w:pPr>
        <w:jc w:val="right"/>
      </w:pPr>
      <w:r>
        <w:t>paper publishes a cartoon</w:t>
      </w:r>
    </w:p>
    <w:p>
      <w:r>
        <w:rPr>
          <w:b/>
        </w:rPr>
        <w:t xml:space="preserve">[21:53] </w:t>
      </w:r>
      <w:r>
        <w:t>against Islam or against the Prophet of Islam, so Muslims become angry everywhere.</w:t>
      </w:r>
    </w:p>
    <w:p>
      <w:pPr>
        <w:jc w:val="right"/>
      </w:pPr>
      <w:r>
        <w:t>against Islam or against the Prophet of Islam, so Muslims become angry everywhere.</w:t>
      </w:r>
    </w:p>
    <w:p>
      <w:r>
        <w:rPr>
          <w:b/>
        </w:rPr>
        <w:t xml:space="preserve">[22:09] </w:t>
      </w:r>
      <w:r>
        <w:t>They start shouting. They demand that, "Kill this cartoonist, burn this paper." Why this?</w:t>
      </w:r>
    </w:p>
    <w:p>
      <w:pPr>
        <w:jc w:val="right"/>
      </w:pPr>
      <w:r>
        <w:t>They start shouting. They demand that, "Kill this cartoonist, burn this paper." Why this?</w:t>
      </w:r>
    </w:p>
    <w:p>
      <w:r>
        <w:rPr>
          <w:b/>
        </w:rPr>
        <w:t xml:space="preserve">[22:24] </w:t>
      </w:r>
      <w:r>
        <w:t>Why? It is this</w:t>
      </w:r>
    </w:p>
    <w:p>
      <w:pPr>
        <w:jc w:val="right"/>
      </w:pPr>
      <w:r>
        <w:t>Why? It is this</w:t>
      </w:r>
    </w:p>
    <w:p>
      <w:r>
        <w:rPr>
          <w:b/>
        </w:rPr>
        <w:t xml:space="preserve">[22:30] </w:t>
      </w:r>
      <w:r>
        <w:t>kind of behavior by Muslims that has created the negative image of Islam before non-Muslim nations.</w:t>
      </w:r>
    </w:p>
    <w:p>
      <w:pPr>
        <w:jc w:val="right"/>
      </w:pPr>
      <w:r>
        <w:t>kind of behavior by Muslims that has created the negative image of Islam before non-Muslim nations.</w:t>
      </w:r>
    </w:p>
    <w:p>
      <w:r>
        <w:rPr>
          <w:b/>
        </w:rPr>
        <w:t xml:space="preserve">[22:43] </w:t>
      </w:r>
      <w:r>
        <w:t>We have to tolerate. We have to be patient.</w:t>
      </w:r>
    </w:p>
    <w:p>
      <w:pPr>
        <w:jc w:val="right"/>
      </w:pPr>
      <w:r>
        <w:t>We have to tolerate. We have to be patient.</w:t>
      </w:r>
    </w:p>
    <w:p>
      <w:r>
        <w:rPr>
          <w:b/>
        </w:rPr>
        <w:t xml:space="preserve">[22:57] </w:t>
      </w:r>
      <w:r>
        <w:t>Now you know we are living in an age where we are living in an age when everywhere there is religious freedom.</w:t>
      </w:r>
    </w:p>
    <w:p>
      <w:pPr>
        <w:jc w:val="right"/>
      </w:pPr>
      <w:r>
        <w:t>Now you know we are living in an age where we are living in an age when everywhere there is religious freedom.</w:t>
      </w:r>
    </w:p>
    <w:p>
      <w:r>
        <w:rPr>
          <w:b/>
        </w:rPr>
        <w:t xml:space="preserve">[23:11] </w:t>
      </w:r>
      <w:r>
        <w:t>So we have to avail this religious freedom.</w:t>
      </w:r>
    </w:p>
    <w:p>
      <w:pPr>
        <w:jc w:val="right"/>
      </w:pPr>
      <w:r>
        <w:t>So we have to avail this religious freedom.</w:t>
      </w:r>
    </w:p>
    <w:p>
      <w:r>
        <w:rPr>
          <w:b/>
        </w:rPr>
        <w:t xml:space="preserve">[23:16] </w:t>
      </w:r>
      <w:r>
        <w:t>Religious freedom means we are allowed to go to dialogue, to go to discussion.</w:t>
      </w:r>
    </w:p>
    <w:p>
      <w:pPr>
        <w:jc w:val="right"/>
      </w:pPr>
      <w:r>
        <w:t>Religious freedom means we are allowed to go to dialogue, to go to discussion.</w:t>
      </w:r>
    </w:p>
    <w:p>
      <w:r>
        <w:rPr>
          <w:b/>
        </w:rPr>
        <w:t xml:space="preserve">[23:32] </w:t>
      </w:r>
      <w:r>
        <w:t>So we have to avail these opportunities. I have read so many articles about globalization.</w:t>
      </w:r>
    </w:p>
    <w:p>
      <w:pPr>
        <w:jc w:val="right"/>
      </w:pPr>
      <w:r>
        <w:t>So we have to avail these opportunities. I have read so many articles about globalization.</w:t>
      </w:r>
    </w:p>
    <w:p>
      <w:r>
        <w:rPr>
          <w:b/>
        </w:rPr>
        <w:t xml:space="preserve">[23:43] </w:t>
      </w:r>
      <w:r>
        <w:t>All the Muslim papers are saying that globalization is a Western conspiracy, a U.S.</w:t>
      </w:r>
    </w:p>
    <w:p>
      <w:pPr>
        <w:jc w:val="right"/>
      </w:pPr>
      <w:r>
        <w:t>All the Muslim papers are saying that globalization is a Western conspiracy, a U.S.</w:t>
      </w:r>
    </w:p>
    <w:p>
      <w:r>
        <w:rPr>
          <w:b/>
        </w:rPr>
        <w:t xml:space="preserve">[23:53] </w:t>
      </w:r>
      <w:r>
        <w:t>conspiracy. It is a phenomenon of enmity against Islam. All these kinds of remarks are rubbish.</w:t>
      </w:r>
    </w:p>
    <w:p>
      <w:pPr>
        <w:jc w:val="right"/>
      </w:pPr>
      <w:r>
        <w:t>conspiracy. It is a phenomenon of enmity against Islam. All these kinds of remarks are rubbish.</w:t>
      </w:r>
    </w:p>
    <w:p>
      <w:r>
        <w:rPr>
          <w:b/>
        </w:rPr>
        <w:t xml:space="preserve">[24:06] </w:t>
      </w:r>
      <w:r>
        <w:t>Rubbish. Why are Muslims saying like this? Because they</w:t>
      </w:r>
    </w:p>
    <w:p>
      <w:pPr>
        <w:jc w:val="right"/>
      </w:pPr>
      <w:r>
        <w:t>Rubbish. Why are Muslims saying like this? Because they</w:t>
      </w:r>
    </w:p>
    <w:p>
      <w:r>
        <w:rPr>
          <w:b/>
        </w:rPr>
        <w:t xml:space="preserve">[24:17] </w:t>
      </w:r>
      <w:r>
        <w:t>lost the</w:t>
      </w:r>
    </w:p>
    <w:p>
      <w:pPr>
        <w:jc w:val="right"/>
      </w:pPr>
      <w:r>
        <w:t>lost the</w:t>
      </w:r>
    </w:p>
    <w:p>
      <w:r>
        <w:rPr>
          <w:b/>
        </w:rPr>
        <w:t xml:space="preserve">[24:20] </w:t>
      </w:r>
      <w:r>
        <w:t>sense of Dawa. They don't know that they are Dai. They take themselves as a cultural group.</w:t>
      </w:r>
    </w:p>
    <w:p>
      <w:pPr>
        <w:jc w:val="right"/>
      </w:pPr>
      <w:r>
        <w:t>sense of Dawa. They don't know that they are Dai. They take themselves as a cultural group.</w:t>
      </w:r>
    </w:p>
    <w:p>
      <w:r>
        <w:rPr>
          <w:b/>
        </w:rPr>
        <w:t xml:space="preserve">[24:32] </w:t>
      </w:r>
      <w:r>
        <w:t>Otherwise, globalization is a blessing for us.</w:t>
      </w:r>
    </w:p>
    <w:p>
      <w:pPr>
        <w:jc w:val="right"/>
      </w:pPr>
      <w:r>
        <w:t>Otherwise, globalization is a blessing for us.</w:t>
      </w:r>
    </w:p>
    <w:p>
      <w:r>
        <w:rPr>
          <w:b/>
        </w:rPr>
        <w:t xml:space="preserve">[24:40] </w:t>
      </w:r>
      <w:r>
        <w:t>Globalization is a blessing for us. What is globalization? Globalization means global interaction, global communication,</w:t>
      </w:r>
    </w:p>
    <w:p>
      <w:pPr>
        <w:jc w:val="right"/>
      </w:pPr>
      <w:r>
        <w:t>Globalization is a blessing for us. What is globalization? Globalization means global interaction, global communication,</w:t>
      </w:r>
    </w:p>
    <w:p>
      <w:r>
        <w:rPr>
          <w:b/>
        </w:rPr>
        <w:t xml:space="preserve">[24:56] </w:t>
      </w:r>
      <w:r>
        <w:t>global discussion,</w:t>
      </w:r>
    </w:p>
    <w:p>
      <w:pPr>
        <w:jc w:val="right"/>
      </w:pPr>
      <w:r>
        <w:t>global discussion,</w:t>
      </w:r>
    </w:p>
    <w:p>
      <w:r>
        <w:rPr>
          <w:b/>
        </w:rPr>
        <w:t xml:space="preserve">[25:00] </w:t>
      </w:r>
      <w:r>
        <w:t>global mobility. Globalization means global mobility. All these things are blessings for us.</w:t>
      </w:r>
    </w:p>
    <w:p>
      <w:pPr>
        <w:jc w:val="right"/>
      </w:pPr>
      <w:r>
        <w:t>global mobility. Globalization means global mobility. All these things are blessings for us.</w:t>
      </w:r>
    </w:p>
    <w:p>
      <w:r>
        <w:rPr>
          <w:b/>
        </w:rPr>
        <w:t xml:space="preserve">[25:12] </w:t>
      </w:r>
      <w:r>
        <w:t>All these things are quite favorable to Dawa work. So we have to receive, we have to welcome,</w:t>
      </w:r>
    </w:p>
    <w:p>
      <w:pPr>
        <w:jc w:val="right"/>
      </w:pPr>
      <w:r>
        <w:t>All these things are quite favorable to Dawa work. So we have to receive, we have to welcome,</w:t>
      </w:r>
    </w:p>
    <w:p>
      <w:r>
        <w:rPr>
          <w:b/>
        </w:rPr>
        <w:t xml:space="preserve">[25:26] </w:t>
      </w:r>
      <w:r>
        <w:t>we have to welcome globalization.</w:t>
      </w:r>
    </w:p>
    <w:p>
      <w:pPr>
        <w:jc w:val="right"/>
      </w:pPr>
      <w:r>
        <w:t>we have to welcome globalization.</w:t>
      </w:r>
    </w:p>
    <w:p>
      <w:r>
        <w:rPr>
          <w:b/>
        </w:rPr>
        <w:t xml:space="preserve">[25:33] </w:t>
      </w:r>
      <w:r>
        <w:t>But</w:t>
      </w:r>
    </w:p>
    <w:p>
      <w:pPr>
        <w:jc w:val="right"/>
      </w:pPr>
      <w:r>
        <w:t>But</w:t>
      </w:r>
    </w:p>
    <w:p>
      <w:r>
        <w:rPr>
          <w:b/>
        </w:rPr>
        <w:t xml:space="preserve">[25:36] </w:t>
      </w:r>
      <w:r>
        <w:t>as Muslims have forgotten their duty towards humanity, they always act negatively.</w:t>
      </w:r>
    </w:p>
    <w:p>
      <w:pPr>
        <w:jc w:val="right"/>
      </w:pPr>
      <w:r>
        <w:t>as Muslims have forgotten their duty towards humanity, they always act negatively.</w:t>
      </w:r>
    </w:p>
    <w:p>
      <w:r>
        <w:rPr>
          <w:b/>
        </w:rPr>
        <w:t xml:space="preserve">[25:49] </w:t>
      </w:r>
      <w:r>
        <w:t>I can say they have lost compassion towards humanity. They see other nations as their rivals, not as their friends.</w:t>
      </w:r>
    </w:p>
    <w:p>
      <w:pPr>
        <w:jc w:val="right"/>
      </w:pPr>
      <w:r>
        <w:t>I can say they have lost compassion towards humanity. They see other nations as their rivals, not as their friends.</w:t>
      </w:r>
    </w:p>
    <w:p>
      <w:r>
        <w:rPr>
          <w:b/>
        </w:rPr>
        <w:t xml:space="preserve">[26:05] </w:t>
      </w:r>
      <w:r>
        <w:t>All the nations are our friends. All the nations are our Madhu. When they are Madhu, they are our friends.</w:t>
      </w:r>
    </w:p>
    <w:p>
      <w:pPr>
        <w:jc w:val="right"/>
      </w:pPr>
      <w:r>
        <w:t>All the nations are our friends. All the nations are our Madhu. When they are Madhu, they are our friends.</w:t>
      </w:r>
    </w:p>
    <w:p>
      <w:r>
        <w:rPr>
          <w:b/>
        </w:rPr>
        <w:t xml:space="preserve">[26:17] </w:t>
      </w:r>
      <w:r>
        <w:t>No one is an enemy. No one is our rival.</w:t>
      </w:r>
    </w:p>
    <w:p>
      <w:pPr>
        <w:jc w:val="right"/>
      </w:pPr>
      <w:r>
        <w:t>No one is an enemy. No one is our rival.</w:t>
      </w:r>
    </w:p>
    <w:p>
      <w:r>
        <w:rPr>
          <w:b/>
        </w:rPr>
        <w:t xml:space="preserve">[26:24] </w:t>
      </w:r>
      <w:r>
        <w:t>You see, in the Quran, there is a very relevant verse:</w:t>
      </w:r>
    </w:p>
    <w:p>
      <w:pPr>
        <w:jc w:val="right"/>
      </w:pPr>
      <w:r>
        <w:t>You see, in the Quran, there is a very relevant verse:</w:t>
      </w:r>
    </w:p>
    <w:p>
      <w:r>
        <w:rPr>
          <w:b/>
        </w:rPr>
        <w:t xml:space="preserve">[26:49] </w:t>
      </w:r>
      <w:r>
        <w:t>"It means that</w:t>
      </w:r>
    </w:p>
    <w:p>
      <w:pPr>
        <w:jc w:val="right"/>
      </w:pPr>
      <w:r>
        <w:t>"It means that</w:t>
      </w:r>
    </w:p>
    <w:p>
      <w:r>
        <w:rPr>
          <w:b/>
        </w:rPr>
        <w:t xml:space="preserve">[26:54] </w:t>
      </w:r>
      <w:r>
        <w:t>do good deeds in return for bad deeds,</w:t>
      </w:r>
    </w:p>
    <w:p>
      <w:pPr>
        <w:jc w:val="right"/>
      </w:pPr>
      <w:r>
        <w:t>do good deeds in return for bad deeds,</w:t>
      </w:r>
    </w:p>
    <w:p>
      <w:r>
        <w:rPr>
          <w:b/>
        </w:rPr>
        <w:t xml:space="preserve">[27:00] </w:t>
      </w:r>
      <w:r>
        <w:t>and you will see that your enemy has become your dearest friend." This is Dawa culture.</w:t>
      </w:r>
    </w:p>
    <w:p>
      <w:pPr>
        <w:jc w:val="right"/>
      </w:pPr>
      <w:r>
        <w:t>and you will see that your enemy has become your dearest friend." This is Dawa culture.</w:t>
      </w:r>
    </w:p>
    <w:p>
      <w:r>
        <w:rPr>
          <w:b/>
        </w:rPr>
        <w:t xml:space="preserve">[27:11] </w:t>
      </w:r>
      <w:r>
        <w:t>This is Dawa spirit.</w:t>
      </w:r>
    </w:p>
    <w:p>
      <w:pPr>
        <w:jc w:val="right"/>
      </w:pPr>
      <w:r>
        <w:t>This is Dawa spirit.</w:t>
      </w:r>
    </w:p>
    <w:p>
      <w:r>
        <w:rPr>
          <w:b/>
        </w:rPr>
        <w:t xml:space="preserve">[27:18] </w:t>
      </w:r>
      <w:r>
        <w:t>So if you are</w:t>
      </w:r>
    </w:p>
    <w:p>
      <w:pPr>
        <w:jc w:val="right"/>
      </w:pPr>
      <w:r>
        <w:t>So if you are</w:t>
      </w:r>
    </w:p>
    <w:p>
      <w:r>
        <w:rPr>
          <w:b/>
        </w:rPr>
        <w:t xml:space="preserve">[27:22] </w:t>
      </w:r>
      <w:r>
        <w:t>when you</w:t>
      </w:r>
    </w:p>
    <w:p>
      <w:pPr>
        <w:jc w:val="right"/>
      </w:pPr>
      <w:r>
        <w:t>when you</w:t>
      </w:r>
    </w:p>
    <w:p>
      <w:r>
        <w:rPr>
          <w:b/>
        </w:rPr>
        <w:t xml:space="preserve">[27:26] </w:t>
      </w:r>
      <w:r>
        <w:t>lose Dawa spirit, then you yourself become a negative personality.</w:t>
      </w:r>
    </w:p>
    <w:p>
      <w:pPr>
        <w:jc w:val="right"/>
      </w:pPr>
      <w:r>
        <w:t>lose Dawa spirit, then you yourself become a negative personality.</w:t>
      </w:r>
    </w:p>
    <w:p>
      <w:r>
        <w:rPr>
          <w:b/>
        </w:rPr>
        <w:t xml:space="preserve">[27:36] </w:t>
      </w:r>
      <w:r>
        <w:t>Then our scholars ridicule all those teachings of the Bible.</w:t>
      </w:r>
    </w:p>
    <w:p>
      <w:pPr>
        <w:jc w:val="right"/>
      </w:pPr>
      <w:r>
        <w:t>Then our scholars ridicule all those teachings of the Bible.</w:t>
      </w:r>
    </w:p>
    <w:p>
      <w:r>
        <w:rPr>
          <w:b/>
        </w:rPr>
        <w:t xml:space="preserve">[27:46] </w:t>
      </w:r>
      <w:r>
        <w:t>For example, Jesus Christ has said Jesus Christ said to His disciples: "Jesus Christ was a prophet." There is no doubt about it.</w:t>
      </w:r>
    </w:p>
    <w:p>
      <w:pPr>
        <w:jc w:val="right"/>
      </w:pPr>
      <w:r>
        <w:t>For example, Jesus Christ has said Jesus Christ said to His disciples: "Jesus Christ was a prophet." There is no doubt about it.</w:t>
      </w:r>
    </w:p>
    <w:p>
      <w:r>
        <w:rPr>
          <w:b/>
        </w:rPr>
        <w:t xml:space="preserve">[28:08] </w:t>
      </w:r>
      <w:r>
        <w:t>Jesus Christ was a prophet. He said to His disciples, "One who takes away your shirt, give him your coat also.</w:t>
      </w:r>
    </w:p>
    <w:p>
      <w:pPr>
        <w:jc w:val="right"/>
      </w:pPr>
      <w:r>
        <w:t>Jesus Christ was a prophet. He said to His disciples, "One who takes away your shirt, give him your coat also.</w:t>
      </w:r>
    </w:p>
    <w:p>
      <w:r>
        <w:rPr>
          <w:b/>
        </w:rPr>
        <w:t xml:space="preserve">[28:21] </w:t>
      </w:r>
      <w:r>
        <w:t>Give him your cloak also." So Muslim scholars ridiculed this. They said that this is covetous.</w:t>
      </w:r>
    </w:p>
    <w:p>
      <w:pPr>
        <w:jc w:val="right"/>
      </w:pPr>
      <w:r>
        <w:t>Give him your cloak also." So Muslim scholars ridiculed this. They said that this is covetous.</w:t>
      </w:r>
    </w:p>
    <w:p>
      <w:r>
        <w:rPr>
          <w:b/>
        </w:rPr>
        <w:t xml:space="preserve">[28:32] </w:t>
      </w:r>
      <w:r>
        <w:t>This is covetous. It is not our culture. We will fight for our rights. But it is wrong.</w:t>
      </w:r>
    </w:p>
    <w:p>
      <w:pPr>
        <w:jc w:val="right"/>
      </w:pPr>
      <w:r>
        <w:t>This is covetous. It is not our culture. We will fight for our rights. But it is wrong.</w:t>
      </w:r>
    </w:p>
    <w:p>
      <w:r>
        <w:rPr>
          <w:b/>
        </w:rPr>
        <w:t xml:space="preserve">[28:45] </w:t>
      </w:r>
      <w:r>
        <w:t>It is a culture of Dai.</w:t>
      </w:r>
    </w:p>
    <w:p>
      <w:pPr>
        <w:jc w:val="right"/>
      </w:pPr>
      <w:r>
        <w:t>It is a culture of Dai.</w:t>
      </w:r>
    </w:p>
    <w:p>
      <w:r>
        <w:rPr>
          <w:b/>
        </w:rPr>
        <w:t xml:space="preserve">[28:50] </w:t>
      </w:r>
      <w:r>
        <w:t>And the same is required in Islam also. It is not a Christian formula. It is also an Islamic formula.</w:t>
      </w:r>
    </w:p>
    <w:p>
      <w:pPr>
        <w:jc w:val="right"/>
      </w:pPr>
      <w:r>
        <w:t>And the same is required in Islam also. It is not a Christian formula. It is also an Islamic formula.</w:t>
      </w:r>
    </w:p>
    <w:p>
      <w:r>
        <w:rPr>
          <w:b/>
        </w:rPr>
        <w:t xml:space="preserve">[29:02] </w:t>
      </w:r>
      <w:r>
        <w:t>I will give you an example. After the migration of the Prophet of Islam, there was one companion who was left in Makkah.</w:t>
      </w:r>
    </w:p>
    <w:p>
      <w:pPr>
        <w:jc w:val="right"/>
      </w:pPr>
      <w:r>
        <w:t>I will give you an example. After the migration of the Prophet of Islam, there was one companion who was left in Makkah.</w:t>
      </w:r>
    </w:p>
    <w:p>
      <w:r>
        <w:rPr>
          <w:b/>
        </w:rPr>
        <w:t xml:space="preserve">[29:15] </w:t>
      </w:r>
      <w:r>
        <w:t>His name was Suhaab. So he also decided to migrate from Makkah to Madinah.</w:t>
      </w:r>
    </w:p>
    <w:p>
      <w:pPr>
        <w:jc w:val="right"/>
      </w:pPr>
      <w:r>
        <w:t>His name was Suhaab. So he also decided to migrate from Makkah to Madinah.</w:t>
      </w:r>
    </w:p>
    <w:p>
      <w:r>
        <w:rPr>
          <w:b/>
        </w:rPr>
        <w:t xml:space="preserve">[29:33] </w:t>
      </w:r>
      <w:r>
        <w:t>So when he left Makkah, some people from Makkah arrested him.</w:t>
      </w:r>
    </w:p>
    <w:p>
      <w:pPr>
        <w:jc w:val="right"/>
      </w:pPr>
      <w:r>
        <w:t>So when he left Makkah, some people from Makkah arrested him.</w:t>
      </w:r>
    </w:p>
    <w:p>
      <w:r>
        <w:rPr>
          <w:b/>
        </w:rPr>
        <w:t xml:space="preserve">[29:46] </w:t>
      </w:r>
      <w:r>
        <w:t>They said, "No.</w:t>
      </w:r>
    </w:p>
    <w:p>
      <w:pPr>
        <w:jc w:val="right"/>
      </w:pPr>
      <w:r>
        <w:t>They said, "No.</w:t>
      </w:r>
    </w:p>
    <w:p>
      <w:r>
        <w:rPr>
          <w:b/>
        </w:rPr>
        <w:t xml:space="preserve">[29:51] </w:t>
      </w:r>
      <w:r>
        <w:t>We will not allow you to go to Madinah." He said, "If I give all those dinar that</w:t>
      </w:r>
    </w:p>
    <w:p>
      <w:pPr>
        <w:jc w:val="right"/>
      </w:pPr>
      <w:r>
        <w:t>We will not allow you to go to Madinah." He said, "If I give all those dinar that</w:t>
      </w:r>
    </w:p>
    <w:p>
      <w:r>
        <w:rPr>
          <w:b/>
        </w:rPr>
        <w:t xml:space="preserve">[30:07] </w:t>
      </w:r>
      <w:r>
        <w:t>is in my pocket, then</w:t>
      </w:r>
    </w:p>
    <w:p>
      <w:pPr>
        <w:jc w:val="right"/>
      </w:pPr>
      <w:r>
        <w:t>is in my pocket, then</w:t>
      </w:r>
    </w:p>
    <w:p>
      <w:r>
        <w:rPr>
          <w:b/>
        </w:rPr>
        <w:t xml:space="preserve">[30:13] </w:t>
      </w:r>
      <w:r>
        <w:t>would you allow me to go to Madinah?" They said, "Yes. Give us all those dinars. You have kept your pocket.</w:t>
      </w:r>
    </w:p>
    <w:p>
      <w:pPr>
        <w:jc w:val="right"/>
      </w:pPr>
      <w:r>
        <w:t>would you allow me to go to Madinah?" They said, "Yes. Give us all those dinars. You have kept your pocket.</w:t>
      </w:r>
    </w:p>
    <w:p>
      <w:r>
        <w:rPr>
          <w:b/>
        </w:rPr>
        <w:t xml:space="preserve">[30:27] </w:t>
      </w:r>
      <w:r>
        <w:t>So give all those dinars and we will allow you to go to Madinah." Then what happened? Suhaab Rumi gave all those dinars to those Makkan people.</w:t>
      </w:r>
    </w:p>
    <w:p>
      <w:pPr>
        <w:jc w:val="right"/>
      </w:pPr>
      <w:r>
        <w:t>So give all those dinars and we will allow you to go to Madinah." Then what happened? Suhaab Rumi gave all those dinars to those Makkan people.</w:t>
      </w:r>
    </w:p>
    <w:p>
      <w:r>
        <w:rPr>
          <w:b/>
        </w:rPr>
        <w:t xml:space="preserve">[30:42] </w:t>
      </w:r>
      <w:r>
        <w:t>And then he left Makkah and he reached Madinah.</w:t>
      </w:r>
    </w:p>
    <w:p>
      <w:pPr>
        <w:jc w:val="right"/>
      </w:pPr>
      <w:r>
        <w:t>And then he left Makkah and he reached Madinah.</w:t>
      </w:r>
    </w:p>
    <w:p>
      <w:r>
        <w:rPr>
          <w:b/>
        </w:rPr>
        <w:t xml:space="preserve">[30:52] </w:t>
      </w:r>
      <w:r>
        <w:t>So when the Prophet of Islam was informed of this event, he said he never said that, "Oh, it was covetous.</w:t>
      </w:r>
    </w:p>
    <w:p>
      <w:pPr>
        <w:jc w:val="right"/>
      </w:pPr>
      <w:r>
        <w:t>So when the Prophet of Islam was informed of this event, he said he never said that, "Oh, it was covetous.</w:t>
      </w:r>
    </w:p>
    <w:p>
      <w:r>
        <w:rPr>
          <w:b/>
        </w:rPr>
        <w:t xml:space="preserve">[31:07] </w:t>
      </w:r>
      <w:r>
        <w:t>You have to fight. It was yourright. You have to fight for yourright." No. The Prophet of Islam has said, "Rabi has Suhaab.</w:t>
      </w:r>
    </w:p>
    <w:p>
      <w:pPr>
        <w:jc w:val="right"/>
      </w:pPr>
      <w:r>
        <w:t>You have to fight. It was yourright. You have to fight for yourright." No. The Prophet of Islam has said, "Rabi has Suhaab.</w:t>
      </w:r>
    </w:p>
    <w:p>
      <w:r>
        <w:rPr>
          <w:b/>
        </w:rPr>
        <w:t xml:space="preserve">[31:20] </w:t>
      </w:r>
      <w:r>
        <w:t>Rabi has Suhaab." The business of Suhaab was successful. Rabi has Suhaab.</w:t>
      </w:r>
    </w:p>
    <w:p>
      <w:pPr>
        <w:jc w:val="right"/>
      </w:pPr>
      <w:r>
        <w:t>Rabi has Suhaab." The business of Suhaab was successful. Rabi has Suhaab.</w:t>
      </w:r>
    </w:p>
    <w:p>
      <w:r>
        <w:rPr>
          <w:b/>
        </w:rPr>
        <w:t xml:space="preserve">[31:29] </w:t>
      </w:r>
      <w:r>
        <w:t>Rabi has Suhaab. It was a very successful business. Why?</w:t>
      </w:r>
    </w:p>
    <w:p>
      <w:pPr>
        <w:jc w:val="right"/>
      </w:pPr>
      <w:r>
        <w:t>Rabi has Suhaab. It was a very successful business. Why?</w:t>
      </w:r>
    </w:p>
    <w:p>
      <w:r>
        <w:rPr>
          <w:b/>
        </w:rPr>
        <w:t xml:space="preserve">[31:40] </w:t>
      </w:r>
      <w:r>
        <w:t>Because he gave those dinars to Makkan people and saved himself. He was a Dai.</w:t>
      </w:r>
    </w:p>
    <w:p>
      <w:pPr>
        <w:jc w:val="right"/>
      </w:pPr>
      <w:r>
        <w:t>Because he gave those dinars to Makkan people and saved himself. He was a Dai.</w:t>
      </w:r>
    </w:p>
    <w:p>
      <w:r>
        <w:rPr>
          <w:b/>
        </w:rPr>
        <w:t xml:space="preserve">[31:49] </w:t>
      </w:r>
      <w:r>
        <w:t>He was a witness. He was a Shahid. So he saved himself to do Dawa work.</w:t>
      </w:r>
    </w:p>
    <w:p>
      <w:pPr>
        <w:jc w:val="right"/>
      </w:pPr>
      <w:r>
        <w:t>He was a witness. He was a Shahid. So he saved himself to do Dawa work.</w:t>
      </w:r>
    </w:p>
    <w:p>
      <w:r>
        <w:rPr>
          <w:b/>
        </w:rPr>
        <w:t xml:space="preserve">[32:02] </w:t>
      </w:r>
      <w:r>
        <w:t>And he gave all those dinars to Makkan people. This is the true spirit of Dai. So when the Prophet Jesus said, "One who takes away your shirt,</w:t>
      </w:r>
    </w:p>
    <w:p>
      <w:pPr>
        <w:jc w:val="right"/>
      </w:pPr>
      <w:r>
        <w:t>And he gave all those dinars to Makkan people. This is the true spirit of Dai. So when the Prophet Jesus said, "One who takes away your shirt,</w:t>
      </w:r>
    </w:p>
    <w:p>
      <w:r>
        <w:rPr>
          <w:b/>
        </w:rPr>
        <w:t xml:space="preserve">[32:22] </w:t>
      </w:r>
      <w:r>
        <w:t>give him your cloak also," he was giving them theright formula, the formula of Dai, the formula of Dawa work.</w:t>
      </w:r>
    </w:p>
    <w:p>
      <w:pPr>
        <w:jc w:val="right"/>
      </w:pPr>
      <w:r>
        <w:t>give him your cloak also," he was giving them theright formula, the formula of Dai, the formula of Dawa work.</w:t>
      </w:r>
    </w:p>
    <w:p>
      <w:r>
        <w:rPr>
          <w:b/>
        </w:rPr>
        <w:t xml:space="preserve">[32:35] </w:t>
      </w:r>
      <w:r>
        <w:t>The same was adopted by Islam also. This formula is a prophetic formula.</w:t>
      </w:r>
    </w:p>
    <w:p>
      <w:pPr>
        <w:jc w:val="right"/>
      </w:pPr>
      <w:r>
        <w:t>The same was adopted by Islam also. This formula is a prophetic formula.</w:t>
      </w:r>
    </w:p>
    <w:p>
      <w:r>
        <w:rPr>
          <w:b/>
        </w:rPr>
        <w:t xml:space="preserve">[32:45] </w:t>
      </w:r>
      <w:r>
        <w:t>This formula is a Dawa formula. It is not a covetous.</w:t>
      </w:r>
    </w:p>
    <w:p>
      <w:pPr>
        <w:jc w:val="right"/>
      </w:pPr>
      <w:r>
        <w:t>This formula is a Dawa formula. It is not a covetous.</w:t>
      </w:r>
    </w:p>
    <w:p>
      <w:r>
        <w:rPr>
          <w:b/>
        </w:rPr>
        <w:t xml:space="preserve">[32:53] </w:t>
      </w:r>
      <w:r>
        <w:t>But all those people ridiculed this and said that, "We are Mujahid. We are not covetous.</w:t>
      </w:r>
    </w:p>
    <w:p>
      <w:pPr>
        <w:jc w:val="right"/>
      </w:pPr>
      <w:r>
        <w:t>But all those people ridiculed this and said that, "We are Mujahid. We are not covetous.</w:t>
      </w:r>
    </w:p>
    <w:p>
      <w:r>
        <w:rPr>
          <w:b/>
        </w:rPr>
        <w:t xml:space="preserve">[33:07] </w:t>
      </w:r>
      <w:r>
        <w:t>This formula is a formula of covetous. We are not going to adopt this formula." It is wrong. Because Muslims have</w:t>
      </w:r>
    </w:p>
    <w:p>
      <w:pPr>
        <w:jc w:val="right"/>
      </w:pPr>
      <w:r>
        <w:t>This formula is a formula of covetous. We are not going to adopt this formula." It is wrong. Because Muslims have</w:t>
      </w:r>
    </w:p>
    <w:p>
      <w:r>
        <w:rPr>
          <w:b/>
        </w:rPr>
        <w:t xml:space="preserve">[33:24] </w:t>
      </w:r>
      <w:r>
        <w:t>lost their sense of Dawa. Muslims have forgotten that they are men of mission. They are people of mission.</w:t>
      </w:r>
    </w:p>
    <w:p>
      <w:pPr>
        <w:jc w:val="right"/>
      </w:pPr>
      <w:r>
        <w:t>lost their sense of Dawa. Muslims have forgotten that they are men of mission. They are people of mission.</w:t>
      </w:r>
    </w:p>
    <w:p>
      <w:r>
        <w:rPr>
          <w:b/>
        </w:rPr>
        <w:t xml:space="preserve">[33:36] </w:t>
      </w:r>
      <w:r>
        <w:t>So this is the culture of mission. This is the culture of mission culture.</w:t>
      </w:r>
    </w:p>
    <w:p>
      <w:pPr>
        <w:jc w:val="right"/>
      </w:pPr>
      <w:r>
        <w:t>So this is the culture of mission. This is the culture of mission culture.</w:t>
      </w:r>
    </w:p>
    <w:p>
      <w:r>
        <w:rPr>
          <w:b/>
        </w:rPr>
        <w:t xml:space="preserve">[33:47] </w:t>
      </w:r>
      <w:r>
        <w:t>This is the culture of those people who are engaged in mission. But as Muslims have lost their identity as witness, as Dai, so they ridiculed this saying of the Prophet Jesus.</w:t>
      </w:r>
    </w:p>
    <w:p>
      <w:pPr>
        <w:jc w:val="right"/>
      </w:pPr>
      <w:r>
        <w:t>This is the culture of those people who are engaged in mission. But as Muslims have lost their identity as witness, as Dai, so they ridiculed this saying of the Prophet Jesus.</w:t>
      </w:r>
    </w:p>
    <w:p>
      <w:r>
        <w:rPr>
          <w:b/>
        </w:rPr>
        <w:t xml:space="preserve">[34:14] </w:t>
      </w:r>
      <w:r>
        <w:t>Then there is a hadith in Sahih al-Bukhari: "Addu ilayhim haqqahum wa salullah haqqakum." This hadith refers to the rulers.</w:t>
      </w:r>
    </w:p>
    <w:p>
      <w:pPr>
        <w:jc w:val="right"/>
      </w:pPr>
      <w:r>
        <w:t>Then there is a hadith in Sahih al-Bukhari: "Addu ilayhim haqqahum wa salullah haqqakum." This hadith refers to the rulers.</w:t>
      </w:r>
    </w:p>
    <w:p>
      <w:r>
        <w:rPr>
          <w:b/>
        </w:rPr>
        <w:t xml:space="preserve">[34:43] </w:t>
      </w:r>
      <w:r>
        <w:t>"Give their rights to them and ask your rights from God.</w:t>
      </w:r>
    </w:p>
    <w:p>
      <w:pPr>
        <w:jc w:val="right"/>
      </w:pPr>
      <w:r>
        <w:t>"Give their rights to them and ask your rights from God.</w:t>
      </w:r>
    </w:p>
    <w:p>
      <w:r>
        <w:rPr>
          <w:b/>
        </w:rPr>
        <w:t xml:space="preserve">[34:53] </w:t>
      </w:r>
      <w:r>
        <w:t>Give their rights to them and ask your rights from God." This is the Dai culture.</w:t>
      </w:r>
    </w:p>
    <w:p>
      <w:pPr>
        <w:jc w:val="right"/>
      </w:pPr>
      <w:r>
        <w:t>Give their rights to them and ask your rights from God." This is the Dai culture.</w:t>
      </w:r>
    </w:p>
    <w:p>
      <w:r>
        <w:rPr>
          <w:b/>
        </w:rPr>
        <w:t xml:space="preserve">[35:05] </w:t>
      </w:r>
      <w:r>
        <w:t>This is the spirit of Dawa.</w:t>
      </w:r>
    </w:p>
    <w:p>
      <w:pPr>
        <w:jc w:val="right"/>
      </w:pPr>
      <w:r>
        <w:t>This is the spirit of Dawa.</w:t>
      </w:r>
    </w:p>
    <w:p>
      <w:r>
        <w:rPr>
          <w:b/>
        </w:rPr>
        <w:t xml:space="preserve">[35:11] </w:t>
      </w:r>
      <w:r>
        <w:t>So this kind of thinking is not Christian thinking. It is Islamic thinking. It is not covetous. It is true jihad. It is true jihad.</w:t>
      </w:r>
    </w:p>
    <w:p>
      <w:pPr>
        <w:jc w:val="right"/>
      </w:pPr>
      <w:r>
        <w:t>So this kind of thinking is not Christian thinking. It is Islamic thinking. It is not covetous. It is true jihad. It is true jihad.</w:t>
      </w:r>
    </w:p>
    <w:p>
      <w:r>
        <w:rPr>
          <w:b/>
        </w:rPr>
        <w:t xml:space="preserve">[35:25] </w:t>
      </w:r>
      <w:r>
        <w:t>Because jihad has nothing to do with qatal, with fighting. But jihad means Dawa jihad.</w:t>
      </w:r>
    </w:p>
    <w:p>
      <w:pPr>
        <w:jc w:val="right"/>
      </w:pPr>
      <w:r>
        <w:t>Because jihad has nothing to do with qatal, with fighting. But jihad means Dawa jihad.</w:t>
      </w:r>
    </w:p>
    <w:p>
      <w:r>
        <w:rPr>
          <w:b/>
        </w:rPr>
        <w:t xml:space="preserve">[35:37] </w:t>
      </w:r>
      <w:r>
        <w:t>In the</w:t>
      </w:r>
    </w:p>
    <w:p>
      <w:pPr>
        <w:jc w:val="right"/>
      </w:pPr>
      <w:r>
        <w:t>In the</w:t>
      </w:r>
    </w:p>
    <w:p>
      <w:r>
        <w:rPr>
          <w:b/>
        </w:rPr>
        <w:t xml:space="preserve">[35:40] </w:t>
      </w:r>
      <w:r>
        <w:t>Quran,</w:t>
      </w:r>
    </w:p>
    <w:p>
      <w:pPr>
        <w:jc w:val="right"/>
      </w:pPr>
      <w:r>
        <w:t>Quran,</w:t>
      </w:r>
    </w:p>
    <w:p>
      <w:r>
        <w:rPr>
          <w:b/>
        </w:rPr>
        <w:t xml:space="preserve">[35:44] </w:t>
      </w:r>
      <w:r>
        <w:t>God says:</w:t>
      </w:r>
    </w:p>
    <w:p>
      <w:pPr>
        <w:jc w:val="right"/>
      </w:pPr>
      <w:r>
        <w:t>God says:</w:t>
      </w:r>
    </w:p>
    <w:p>
      <w:r>
        <w:rPr>
          <w:b/>
        </w:rPr>
        <w:t xml:space="preserve">[35:49] </w:t>
      </w:r>
      <w:r>
        <w:t>"Wajahid hum bihi jihadun kabira."</w:t>
      </w:r>
    </w:p>
    <w:p>
      <w:pPr>
        <w:jc w:val="right"/>
      </w:pPr>
      <w:r>
        <w:t>"Wajahid hum bihi jihadun kabira."</w:t>
      </w:r>
    </w:p>
    <w:p>
      <w:r>
        <w:rPr>
          <w:b/>
        </w:rPr>
        <w:t xml:space="preserve">[35:58] </w:t>
      </w:r>
      <w:r>
        <w:t>Do great jihad with the help of the Quran. Do great jihad with the help of the Quran. Now,</w:t>
      </w:r>
    </w:p>
    <w:p>
      <w:pPr>
        <w:jc w:val="right"/>
      </w:pPr>
      <w:r>
        <w:t>Do great jihad with the help of the Quran. Do great jihad with the help of the Quran. Now,</w:t>
      </w:r>
    </w:p>
    <w:p>
      <w:r>
        <w:rPr>
          <w:b/>
        </w:rPr>
        <w:t xml:space="preserve">[36:12] </w:t>
      </w:r>
      <w:r>
        <w:t>the Quran is a book of an ideology. The Quran is not a sword. The Quran is not a gun. The Quran is a bomb.</w:t>
      </w:r>
    </w:p>
    <w:p>
      <w:pPr>
        <w:jc w:val="right"/>
      </w:pPr>
      <w:r>
        <w:t>the Quran is a book of an ideology. The Quran is not a sword. The Quran is not a gun. The Quran is a bomb.</w:t>
      </w:r>
    </w:p>
    <w:p>
      <w:r>
        <w:rPr>
          <w:b/>
        </w:rPr>
        <w:t xml:space="preserve">[36:22] </w:t>
      </w:r>
      <w:r>
        <w:t>The Quran is not a bomb. So how can you do jihad by the help of the Quran?</w:t>
      </w:r>
    </w:p>
    <w:p>
      <w:pPr>
        <w:jc w:val="right"/>
      </w:pPr>
      <w:r>
        <w:t>The Quran is not a bomb. So how can you do jihad by the help of the Quran?</w:t>
      </w:r>
    </w:p>
    <w:p>
      <w:r>
        <w:rPr>
          <w:b/>
        </w:rPr>
        <w:t xml:space="preserve">[36:31] </w:t>
      </w:r>
      <w:r>
        <w:t>It is very clear that it is ideological jihad. It is a peaceful struggle. So here: "Wajahid hum bihi jihadun kabira." Do great jihad with the help of the Quran means do Dawa work</w:t>
      </w:r>
    </w:p>
    <w:p>
      <w:pPr>
        <w:jc w:val="right"/>
      </w:pPr>
      <w:r>
        <w:t>It is very clear that it is ideological jihad. It is a peaceful struggle. So here: "Wajahid hum bihi jihadun kabira." Do great jihad with the help of the Quran means do Dawa work</w:t>
      </w:r>
    </w:p>
    <w:p>
      <w:r>
        <w:rPr>
          <w:b/>
        </w:rPr>
        <w:t xml:space="preserve">[36:56] </w:t>
      </w:r>
      <w:r>
        <w:t>with a peaceful method.</w:t>
      </w:r>
    </w:p>
    <w:p>
      <w:pPr>
        <w:jc w:val="right"/>
      </w:pPr>
      <w:r>
        <w:t>with a peaceful method.</w:t>
      </w:r>
    </w:p>
    <w:p>
      <w:r>
        <w:rPr>
          <w:b/>
        </w:rPr>
        <w:t xml:space="preserve">[37:01] </w:t>
      </w:r>
      <w:r>
        <w:t>Do a peaceful struggle for Dawa mission.</w:t>
      </w:r>
    </w:p>
    <w:p>
      <w:pPr>
        <w:jc w:val="right"/>
      </w:pPr>
      <w:r>
        <w:t>Do a peaceful struggle for Dawa mission.</w:t>
      </w:r>
    </w:p>
    <w:p>
      <w:r>
        <w:rPr>
          <w:b/>
        </w:rPr>
        <w:t xml:space="preserve">[37:09] </w:t>
      </w:r>
      <w:r>
        <w:t>So this is the true culture of Dawa. This is the true culture of Muslim Ummah.</w:t>
      </w:r>
    </w:p>
    <w:p>
      <w:pPr>
        <w:jc w:val="right"/>
      </w:pPr>
      <w:r>
        <w:t>So this is the true culture of Dawa. This is the true culture of Muslim Ummah.</w:t>
      </w:r>
    </w:p>
    <w:p>
      <w:r>
        <w:rPr>
          <w:b/>
        </w:rPr>
        <w:t xml:space="preserve">[37:20] </w:t>
      </w:r>
      <w:r>
        <w:t>But Muslims have forgotten all these things. They are fighting for land.</w:t>
      </w:r>
    </w:p>
    <w:p>
      <w:pPr>
        <w:jc w:val="right"/>
      </w:pPr>
      <w:r>
        <w:t>But Muslims have forgotten all these things. They are fighting for land.</w:t>
      </w:r>
    </w:p>
    <w:p>
      <w:r>
        <w:rPr>
          <w:b/>
        </w:rPr>
        <w:t xml:space="preserve">[37:29] </w:t>
      </w:r>
      <w:r>
        <w:t>They are fighting for political interests. They are engaged in community work. All these things have nothing to do with Dawa work.</w:t>
      </w:r>
    </w:p>
    <w:p>
      <w:pPr>
        <w:jc w:val="right"/>
      </w:pPr>
      <w:r>
        <w:t>They are fighting for political interests. They are engaged in community work. All these things have nothing to do with Dawa work.</w:t>
      </w:r>
    </w:p>
    <w:p>
      <w:r>
        <w:rPr>
          <w:b/>
        </w:rPr>
        <w:t xml:space="preserve">[37:42] </w:t>
      </w:r>
      <w:r>
        <w:t>So the identity of Muslims is that they are witness. They are Dai.</w:t>
      </w:r>
    </w:p>
    <w:p>
      <w:pPr>
        <w:jc w:val="right"/>
      </w:pPr>
      <w:r>
        <w:t>So the identity of Muslims is that they are witness. They are Dai.</w:t>
      </w:r>
    </w:p>
    <w:p>
      <w:r>
        <w:rPr>
          <w:b/>
        </w:rPr>
        <w:t xml:space="preserve">[37:54] </w:t>
      </w:r>
      <w:r>
        <w:t>So they have to maintain their identity. If they fail to maintain their identity as Dai,</w:t>
      </w:r>
    </w:p>
    <w:p>
      <w:pPr>
        <w:jc w:val="right"/>
      </w:pPr>
      <w:r>
        <w:t>So they have to maintain their identity. If they fail to maintain their identity as Dai,</w:t>
      </w:r>
    </w:p>
    <w:p>
      <w:r>
        <w:rPr>
          <w:b/>
        </w:rPr>
        <w:t xml:space="preserve">[38:10] </w:t>
      </w:r>
      <w:r>
        <w:t>they will lose their status before God. Then they are nothing.</w:t>
      </w:r>
    </w:p>
    <w:p>
      <w:pPr>
        <w:jc w:val="right"/>
      </w:pPr>
      <w:r>
        <w:t>they will lose their status before God. Then they are nothing.</w:t>
      </w:r>
    </w:p>
    <w:p>
      <w:r>
        <w:rPr>
          <w:b/>
        </w:rPr>
        <w:t xml:space="preserve">[38:19] </w:t>
      </w:r>
      <w:r>
        <w:t>Then they are valueless. Their value will be judged by this act that is the act of Dawa.</w:t>
      </w:r>
    </w:p>
    <w:p>
      <w:pPr>
        <w:jc w:val="right"/>
      </w:pPr>
      <w:r>
        <w:t>Then they are valueless. Their value will be judged by this act that is the act of Dawa.</w:t>
      </w:r>
    </w:p>
    <w:p>
      <w:r>
        <w:rPr>
          <w:b/>
        </w:rPr>
        <w:t xml:space="preserve">[38:34] </w:t>
      </w:r>
      <w:r>
        <w:t>This is the most important duty of Muslim Ummah.</w:t>
      </w:r>
    </w:p>
    <w:p>
      <w:pPr>
        <w:jc w:val="right"/>
      </w:pPr>
      <w:r>
        <w:t>This is the most important duty of Muslim Ummah.</w:t>
      </w:r>
    </w:p>
    <w:p>
      <w:r>
        <w:rPr>
          <w:b/>
        </w:rPr>
        <w:t xml:space="preserve">[38:46] </w:t>
      </w:r>
      <w:r>
        <w:t>Then there are some other points. The most important worship in Islam is Salat.</w:t>
      </w:r>
    </w:p>
    <w:p>
      <w:pPr>
        <w:jc w:val="right"/>
      </w:pPr>
      <w:r>
        <w:t>Then there are some other points. The most important worship in Islam is Salat.</w:t>
      </w:r>
    </w:p>
    <w:p>
      <w:r>
        <w:rPr>
          <w:b/>
        </w:rPr>
        <w:t xml:space="preserve">[38:58] </w:t>
      </w:r>
      <w:r>
        <w:t>There is Namaz. Salat. There is Namaz.</w:t>
      </w:r>
    </w:p>
    <w:p>
      <w:pPr>
        <w:jc w:val="right"/>
      </w:pPr>
      <w:r>
        <w:t>There is Namaz. Salat. There is Namaz.</w:t>
      </w:r>
    </w:p>
    <w:p>
      <w:r>
        <w:rPr>
          <w:b/>
        </w:rPr>
        <w:t xml:space="preserve">[39:06] </w:t>
      </w:r>
      <w:r>
        <w:t>This is the most important worship. But there is a hadith that in the later period, what happened?</w:t>
      </w:r>
    </w:p>
    <w:p>
      <w:pPr>
        <w:jc w:val="right"/>
      </w:pPr>
      <w:r>
        <w:t>This is the most important worship. But there is a hadith that in the later period, what happened?</w:t>
      </w:r>
    </w:p>
    <w:p>
      <w:r>
        <w:rPr>
          <w:b/>
        </w:rPr>
        <w:t xml:space="preserve">[39:19] </w:t>
      </w:r>
      <w:r>
        <w:t>What will happen in the later period? The Prophet of Islam has said:</w:t>
      </w:r>
    </w:p>
    <w:p>
      <w:pPr>
        <w:jc w:val="right"/>
      </w:pPr>
      <w:r>
        <w:t>What will happen in the later period? The Prophet of Islam has said:</w:t>
      </w:r>
    </w:p>
    <w:p>
      <w:r>
        <w:rPr>
          <w:b/>
        </w:rPr>
        <w:t xml:space="preserve">[39:41] </w:t>
      </w:r>
      <w:r>
        <w:t>"You see a crowd in their mosques, a crowd of Namazis. But</w:t>
      </w:r>
    </w:p>
    <w:p>
      <w:pPr>
        <w:jc w:val="right"/>
      </w:pPr>
      <w:r>
        <w:t>"You see a crowd in their mosques, a crowd of Namaazis. But</w:t>
      </w:r>
    </w:p>
    <w:p>
      <w:r>
        <w:rPr>
          <w:b/>
        </w:rPr>
        <w:t xml:space="preserve">[39:52] </w:t>
      </w:r>
      <w:r>
        <w:t>all these crowds are spiritless. There is a crowd but without spirit." It means that they will perform Namaz, they will perform Salat as rituals.</w:t>
      </w:r>
    </w:p>
    <w:p>
      <w:pPr>
        <w:jc w:val="right"/>
      </w:pPr>
      <w:r>
        <w:t>all these crowds are spiritless. There is a crowd but without spirit." It means that they will perform Namaz, they will perform Salat as rituals.</w:t>
      </w:r>
    </w:p>
    <w:p>
      <w:r>
        <w:rPr>
          <w:b/>
        </w:rPr>
        <w:t xml:space="preserve">[40:10] </w:t>
      </w:r>
      <w:r>
        <w:t>Rituals.</w:t>
      </w:r>
    </w:p>
    <w:p>
      <w:pPr>
        <w:jc w:val="right"/>
      </w:pPr>
      <w:r>
        <w:t>Rituals.</w:t>
      </w:r>
    </w:p>
    <w:p>
      <w:r>
        <w:rPr>
          <w:b/>
        </w:rPr>
        <w:t xml:space="preserve">[40:15] </w:t>
      </w:r>
      <w:r>
        <w:t>Now you can see this scene everywhere in the mosque. Everywhere Muslims are performing Namaz.</w:t>
      </w:r>
    </w:p>
    <w:p>
      <w:pPr>
        <w:jc w:val="right"/>
      </w:pPr>
      <w:r>
        <w:t>Now you can see this scene everywhere in the mosque. Everywhere Muslims are performing Namaz.</w:t>
      </w:r>
    </w:p>
    <w:p>
      <w:r>
        <w:rPr>
          <w:b/>
        </w:rPr>
        <w:t xml:space="preserve">[40:23] </w:t>
      </w:r>
      <w:r>
        <w:t>But what is this Namaz? This is just like a puffa. It is simply a form. It is a set of rituals.</w:t>
      </w:r>
    </w:p>
    <w:p>
      <w:pPr>
        <w:jc w:val="right"/>
      </w:pPr>
      <w:r>
        <w:t>But what is this Namaz? This is just like a puffa. It is simply a form. It is a set of rituals.</w:t>
      </w:r>
    </w:p>
    <w:p>
      <w:r>
        <w:rPr>
          <w:b/>
        </w:rPr>
        <w:t xml:space="preserve">[40:38] </w:t>
      </w:r>
      <w:r>
        <w:t>The spirit is absent.</w:t>
      </w:r>
    </w:p>
    <w:p>
      <w:pPr>
        <w:jc w:val="right"/>
      </w:pPr>
      <w:r>
        <w:t>The spirit is absent.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