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Patience and Prayer Sep 17, 2017</w:t>
      </w:r>
    </w:p>
    <w:p>
      <w:r>
        <w:t>https://www.youtube.com/watch?v=G0KRz3O6TBs</w:t>
      </w:r>
    </w:p>
    <w:p>
      <w:r>
        <w:rPr>
          <w:b/>
        </w:rPr>
        <w:t xml:space="preserve">[00:13] </w:t>
      </w:r>
      <w:r>
        <w:t>bismillah al-rahman al-rahim, wa salli Allahu ala al-nabi al-karim.</w:t>
      </w:r>
    </w:p>
    <w:p>
      <w:pPr>
        <w:jc w:val="right"/>
      </w:pPr>
      <w:r>
        <w:t>ب سم  اللہ  الر ح من  الر ح یم ،  و ص لی  اللہ  علی  الن بی  ال ک ری م ۔</w:t>
      </w:r>
    </w:p>
    <w:p>
      <w:r>
        <w:rPr>
          <w:b/>
        </w:rPr>
        <w:t xml:space="preserve">[00:22] </w:t>
      </w:r>
      <w:r>
        <w:t>rabbi ishrah li sadri, wa yassir li amri, wah lul uqdatan min lisani, yafqahu qawli.</w:t>
      </w:r>
    </w:p>
    <w:p>
      <w:pPr>
        <w:jc w:val="right"/>
      </w:pPr>
      <w:r>
        <w:t xml:space="preserve"> ر ب  ا شر ح  لی  ص د ری ،  و یس ر  لی  ام ری ،  و اح ل  الع قد ۃ  من  ل س انی ،  ی ف ق ہ  ق ول ی ۔</w:t>
      </w:r>
    </w:p>
    <w:p>
      <w:r>
        <w:rPr>
          <w:b/>
        </w:rPr>
        <w:t xml:space="preserve">[00:36] </w:t>
      </w:r>
      <w:r>
        <w:t>10 september 2017.</w:t>
      </w:r>
    </w:p>
    <w:p>
      <w:pPr>
        <w:jc w:val="right"/>
      </w:pPr>
      <w:r>
        <w:t xml:space="preserve"> 1 0  س تمبر  2 0 1 7 ۔</w:t>
      </w:r>
    </w:p>
    <w:p>
      <w:r>
        <w:rPr>
          <w:b/>
        </w:rPr>
        <w:t xml:space="preserve">[00:42] </w:t>
      </w:r>
      <w:r>
        <w:t>aaj mein</w:t>
      </w:r>
    </w:p>
    <w:p>
      <w:pPr>
        <w:jc w:val="right"/>
      </w:pPr>
      <w:r>
        <w:t xml:space="preserve"> آ ج  میں</w:t>
      </w:r>
    </w:p>
    <w:p>
      <w:r>
        <w:rPr>
          <w:b/>
        </w:rPr>
        <w:t xml:space="preserve">[00:46] </w:t>
      </w:r>
      <w:r>
        <w:t>dua ke bare mein ek ayat</w:t>
      </w:r>
    </w:p>
    <w:p>
      <w:pPr>
        <w:jc w:val="right"/>
      </w:pPr>
      <w:r>
        <w:t xml:space="preserve"> د ع ا  کے  بار ے  میں  ایک  آ یت</w:t>
      </w:r>
    </w:p>
    <w:p>
      <w:r>
        <w:rPr>
          <w:b/>
        </w:rPr>
        <w:t xml:space="preserve">[00:53] </w:t>
      </w:r>
      <w:r>
        <w:t>ki kuch wazahat karna chahta hoon.</w:t>
      </w:r>
    </w:p>
    <w:p>
      <w:pPr>
        <w:jc w:val="right"/>
      </w:pPr>
      <w:r>
        <w:t xml:space="preserve"> کی  ک چھ  و ض اح ت  کر نا  چ اہ تا  ہ وں ۔</w:t>
      </w:r>
    </w:p>
    <w:p>
      <w:r>
        <w:rPr>
          <w:b/>
        </w:rPr>
        <w:t xml:space="preserve">[01:00] </w:t>
      </w:r>
      <w:r>
        <w:t>dua, aap jante hain ke har momin ka msala hai. har aadmi Allah se dua karta hai.</w:t>
      </w:r>
    </w:p>
    <w:p>
      <w:pPr>
        <w:jc w:val="right"/>
      </w:pPr>
      <w:r>
        <w:t xml:space="preserve"> د ع ا،  آپ  ج انت ے  ہیں  کہ  ہ ر  م وم ن  کا  مس ئ لہ  ہے۔  ہ ر  آ دم ی  اللہ  سے  د ع ا  کر تا  ہے۔</w:t>
      </w:r>
    </w:p>
    <w:p>
      <w:r>
        <w:rPr>
          <w:b/>
        </w:rPr>
        <w:t xml:space="preserve">[01:13] </w:t>
      </w:r>
      <w:r>
        <w:t>lekin dua ka</w:t>
      </w:r>
    </w:p>
    <w:p>
      <w:pPr>
        <w:jc w:val="right"/>
      </w:pPr>
      <w:r>
        <w:t xml:space="preserve"> لیکن  د ع ا  کا</w:t>
      </w:r>
    </w:p>
    <w:p>
      <w:r>
        <w:rPr>
          <w:b/>
        </w:rPr>
        <w:t xml:space="preserve">[01:20] </w:t>
      </w:r>
      <w:r>
        <w:t>usool kya hai?</w:t>
      </w:r>
    </w:p>
    <w:p>
      <w:pPr>
        <w:jc w:val="right"/>
      </w:pPr>
      <w:r>
        <w:t xml:space="preserve"> اص ول  کیا  ہے ؟</w:t>
      </w:r>
    </w:p>
    <w:p>
      <w:r>
        <w:rPr>
          <w:b/>
        </w:rPr>
        <w:t xml:space="preserve">[01:22] </w:t>
      </w:r>
      <w:r>
        <w:t>Allah ki taraf se muqarrar kiya hua usool dua ke bare mein kya hai? is par mujhe kuch arz karna hai.</w:t>
      </w:r>
    </w:p>
    <w:p>
      <w:pPr>
        <w:jc w:val="right"/>
      </w:pPr>
      <w:r>
        <w:t xml:space="preserve"> اللہ  کی  طرف  سے  مق ر ر  کیا  ہوا  اص ول  د ع ا  کے  بار ے  میں  کیا  ہے ؟  اس  پر  مج ھ ے  ک چھ  ع رض  کر نا  ہے۔</w:t>
      </w:r>
    </w:p>
    <w:p>
      <w:r>
        <w:rPr>
          <w:b/>
        </w:rPr>
        <w:t xml:space="preserve">[01:35] </w:t>
      </w:r>
      <w:r>
        <w:t>to sab se pehle mein</w:t>
      </w:r>
    </w:p>
    <w:p>
      <w:pPr>
        <w:jc w:val="right"/>
      </w:pPr>
      <w:r>
        <w:t xml:space="preserve"> تو  سب  سے  پہلے  میں</w:t>
      </w:r>
    </w:p>
    <w:p>
      <w:r>
        <w:rPr>
          <w:b/>
        </w:rPr>
        <w:t xml:space="preserve">[01:40] </w:t>
      </w:r>
      <w:r>
        <w:t>chahunga ke wo ayat, uska tarjuma aap ke samne aa jaye, jis ko le kar mujhe arz karna hai.</w:t>
      </w:r>
    </w:p>
    <w:p>
      <w:pPr>
        <w:jc w:val="right"/>
      </w:pPr>
      <w:r>
        <w:t xml:space="preserve"> چ اہ وں  گ ا  کہ  وہ  آ یت ،  اس  کا  تر جم ہ  آپ  کے  سام نے  آ  ج ائے ،  جس  کو  ل ے  کر  مج ھ ے  ع رض  کر نا  ہے۔</w:t>
      </w:r>
    </w:p>
    <w:p>
      <w:r>
        <w:rPr>
          <w:b/>
        </w:rPr>
        <w:t xml:space="preserve">[01:55] </w:t>
      </w:r>
      <w:r>
        <w:t>qala musa li qawmihi: ista'inu billahi wastabiru. innal arda lillahi yarithu man yashau min ibadihi, wal aqibatu lil muttaqin.</w:t>
      </w:r>
    </w:p>
    <w:p>
      <w:pPr>
        <w:jc w:val="right"/>
      </w:pPr>
      <w:r>
        <w:t xml:space="preserve"> ق ال  موسی ٰ  ل ق وم ہ :  است ع ین وا  بال لہ  و اص ب رو ا ۔  ان  ال ار ض  لل ہ  ی ور ث ہ  من  ی ش اء  من  عب ادہ ،  والع اق ب ۃ  للم ت ق ین ۔</w:t>
      </w:r>
    </w:p>
    <w:p>
      <w:r>
        <w:rPr>
          <w:b/>
        </w:rPr>
        <w:t xml:space="preserve">[02:06] </w:t>
      </w:r>
      <w:r>
        <w:t>surah al-araf, surah number saat, ayat number 128. musa ne apni qawm se kaha ke Allah se madad chaho aur sabr karo.</w:t>
      </w:r>
    </w:p>
    <w:p>
      <w:pPr>
        <w:jc w:val="right"/>
      </w:pPr>
      <w:r>
        <w:t xml:space="preserve"> س ور ہ  ال اع راف ،  س ور ہ  نم بر  س ات ،  آ یت  نم بر  1 2 8 ۔  موسی ٰ  نے  اپنی  ق وم  سے  کہ ا  کہ  اللہ  سے  مد د  چ اہ و  اور  ص بر  ک رو ۔</w:t>
      </w:r>
    </w:p>
    <w:p>
      <w:r>
        <w:rPr>
          <w:b/>
        </w:rPr>
        <w:t xml:space="preserve">[02:19] </w:t>
      </w:r>
      <w:r>
        <w:t>zameen Allah ki hai, wo apne bando mein se jis ko chahta hai uska waris bana deta hai. aur aakhri kamiyabi Allah se darne walon hi ke liye hai.</w:t>
      </w:r>
    </w:p>
    <w:p>
      <w:pPr>
        <w:jc w:val="right"/>
      </w:pPr>
      <w:r>
        <w:t xml:space="preserve"> زمین  اللہ  کی  ہے،  وہ  اپنے  ب ند وں  میں  سے  جس  کو  چ اہ تا  ہے  اس  کا  و ار ث  ب نا  د یت ا  ہے۔  اور  آ خ ری  ک امی ابی  اللہ  سے  ڈ ر نے  وال وں  ہی  کے  لیے  ہے۔</w:t>
      </w:r>
    </w:p>
    <w:p>
      <w:r>
        <w:rPr>
          <w:b/>
        </w:rPr>
        <w:t xml:space="preserve">[02:35] </w:t>
      </w:r>
      <w:r>
        <w:t>moajza: "Say to His people: Turn to God for help and be patient. The earth belongs to God.</w:t>
      </w:r>
    </w:p>
    <w:p>
      <w:pPr>
        <w:jc w:val="right"/>
      </w:pPr>
      <w:r>
        <w:t xml:space="preserve"> مع ج ز ہ :  "S ay  to  His  people :  Tur n  to  God  for  hel p  and  be  p ati ent.  The  e arth  bel ong s  to  God .</w:t>
      </w:r>
    </w:p>
    <w:p>
      <w:r>
        <w:rPr>
          <w:b/>
        </w:rPr>
        <w:t xml:space="preserve">[02:45] </w:t>
      </w:r>
      <w:r>
        <w:t>He gives it to those who are His servants, whom He chooses. And the future belongs to the God-fearing."</w:t>
      </w:r>
    </w:p>
    <w:p>
      <w:pPr>
        <w:jc w:val="right"/>
      </w:pPr>
      <w:r>
        <w:t xml:space="preserve"> He  g ives  it  to  th ose  who  are  His  serv ant s,  wh om  He  cho os es.  And  the  fut ure  bel ong s  to  the  God - fe ar ing.</w:t>
      </w:r>
    </w:p>
    <w:p>
      <w:r>
        <w:rPr>
          <w:b/>
        </w:rPr>
        <w:t xml:space="preserve">[02:54] </w:t>
      </w:r>
      <w:r>
        <w:t>dekhiye, quran ki ye jo ayat hai,</w:t>
      </w:r>
    </w:p>
    <w:p>
      <w:pPr>
        <w:jc w:val="right"/>
      </w:pPr>
      <w:r>
        <w:t>"  دیک ھی ے ،  قر آ ن  کی  یہ  جو  آ یت  ہے،</w:t>
      </w:r>
    </w:p>
    <w:p>
      <w:r>
        <w:rPr>
          <w:b/>
        </w:rPr>
        <w:t xml:space="preserve">[03:02] </w:t>
      </w:r>
      <w:r>
        <w:t>ye bani israil ke bare mein hai. is mein bataya gaya hai ke</w:t>
      </w:r>
    </w:p>
    <w:p>
      <w:pPr>
        <w:jc w:val="right"/>
      </w:pPr>
      <w:r>
        <w:t xml:space="preserve"> یہ  بنی  اس رائ یل  کے  بار ے  میں  ہے۔  اس  میں  بت ایا  گیا  ہے  کہ</w:t>
      </w:r>
    </w:p>
    <w:p>
      <w:r>
        <w:rPr>
          <w:b/>
        </w:rPr>
        <w:t xml:space="preserve">[03:14] </w:t>
      </w:r>
      <w:r>
        <w:t>hazrat musa ne jab us waqt ke misri badshah faron ke samne apni baat rakhi, phir jadu garon ke zariye muqabla hua to faron ko is mein haar hui.</w:t>
      </w:r>
    </w:p>
    <w:p>
      <w:pPr>
        <w:jc w:val="right"/>
      </w:pPr>
      <w:r>
        <w:t xml:space="preserve"> حض رت  موسی ٰ  نے  جب  اس  وقت  کے  مص ری  ب اد ش اہ  فر ع ون  کے  سام نے  اپنی  ب ات  رکھ ی،  پ ھر  ج اد و گ رو ں  کے  ذ ری ع ے  مق اب لہ  ہوا  تو  فر ع ون  کو  اس  میں  ہ ار  ہوئی ۔</w:t>
      </w:r>
    </w:p>
    <w:p>
      <w:r>
        <w:rPr>
          <w:b/>
        </w:rPr>
        <w:t xml:space="preserve">[03:31] </w:t>
      </w:r>
      <w:r>
        <w:t>is ke baad woh ghussa ho gaya aur woh bani israil par bohat ziyada zulm karne laga.</w:t>
      </w:r>
    </w:p>
    <w:p>
      <w:pPr>
        <w:jc w:val="right"/>
      </w:pPr>
      <w:r>
        <w:t xml:space="preserve"> اس  کے  بعد  وہ  غ ص ہ  ہو  گیا  اور  وہ  بنی  اس رائ یل  پر  بہت  زیادہ  ظ لم  کرنے  ل گ ا۔</w:t>
      </w:r>
    </w:p>
    <w:p>
      <w:r>
        <w:rPr>
          <w:b/>
        </w:rPr>
        <w:t xml:space="preserve">[03:40] </w:t>
      </w:r>
      <w:r>
        <w:t>us waqt</w:t>
      </w:r>
    </w:p>
    <w:p>
      <w:pPr>
        <w:jc w:val="right"/>
      </w:pPr>
      <w:r>
        <w:t xml:space="preserve"> اس  وقت</w:t>
      </w:r>
    </w:p>
    <w:p>
      <w:r>
        <w:rPr>
          <w:b/>
        </w:rPr>
        <w:t xml:space="preserve">[03:44] </w:t>
      </w:r>
      <w:r>
        <w:t>yeh baat, us waqt yeh baat kahi thi hazrat musa ne.</w:t>
      </w:r>
    </w:p>
    <w:p>
      <w:pPr>
        <w:jc w:val="right"/>
      </w:pPr>
      <w:r>
        <w:t xml:space="preserve"> یہ  ب ات ،  اس  وقت  یہ  ب ات  کہ ی  تھی  حض رت  موسی ٰ  نے ۔</w:t>
      </w:r>
    </w:p>
    <w:p>
      <w:r>
        <w:rPr>
          <w:b/>
        </w:rPr>
        <w:t xml:space="preserve">[03:49] </w:t>
      </w:r>
      <w:r>
        <w:t>yani hazrat musa ne apni qom se, yani bani israil se kaha ke allah se madad ki dua karo, allah se madad chaho aur sabar karo.</w:t>
      </w:r>
    </w:p>
    <w:p>
      <w:pPr>
        <w:jc w:val="right"/>
      </w:pPr>
      <w:r>
        <w:t xml:space="preserve"> ی ع نی  حض رت  موسی ٰ  نے  اپنی  ق وم  سے ،  ی ع نی  بنی  اس رائ یل  سے  کہ ا  کہ  اللہ  سے  مد د  کی  د ع ا  ک رو ،  اللہ  سے  مد د  چ اہ و  اور  ص بر  ک رو ۔</w:t>
      </w:r>
    </w:p>
    <w:p>
      <w:r>
        <w:rPr>
          <w:b/>
        </w:rPr>
        <w:t xml:space="preserve">[04:06] </w:t>
      </w:r>
      <w:r>
        <w:t>allah zaroor madad karta hai. lekin yahan par sochne ki baat yeh hai ke dua ke sath sabar ka kya ta'alluq hai?</w:t>
      </w:r>
    </w:p>
    <w:p>
      <w:pPr>
        <w:jc w:val="right"/>
      </w:pPr>
      <w:r>
        <w:t xml:space="preserve"> اللہ  ض ر ور  مد د  کر تا  ہے۔  لیکن  یہ اں  پر  سو چ نے  کی  ب ات  یہ  ہے  کہ  د ع ا  کے  ساتھ  ص بر  کا  کیا  تع لق  ہے ؟</w:t>
      </w:r>
    </w:p>
    <w:p>
      <w:r>
        <w:rPr>
          <w:b/>
        </w:rPr>
        <w:t xml:space="preserve">[04:22] </w:t>
      </w:r>
      <w:r>
        <w:t>kyun aisa hai ke unhon ne sirf yeh nahi kaha ke dua karo,</w:t>
      </w:r>
    </w:p>
    <w:p>
      <w:pPr>
        <w:jc w:val="right"/>
      </w:pPr>
      <w:r>
        <w:t xml:space="preserve"> کی وں  ای سا  ہے  کہ  انہوں  نے  ص رف  یہ  نہیں  کہ ا  کہ  د ع ا  ک رو ،</w:t>
      </w:r>
    </w:p>
    <w:p>
      <w:r>
        <w:rPr>
          <w:b/>
        </w:rPr>
        <w:t xml:space="preserve">[04:30] </w:t>
      </w:r>
      <w:r>
        <w:t>balkeh yeh kaha ke sabar karo?</w:t>
      </w:r>
    </w:p>
    <w:p>
      <w:pPr>
        <w:jc w:val="right"/>
      </w:pPr>
      <w:r>
        <w:t xml:space="preserve"> بل کہ  یہ  کہ ا  کہ  ص بر  ک رو ؟</w:t>
      </w:r>
    </w:p>
    <w:p>
      <w:r>
        <w:rPr>
          <w:b/>
        </w:rPr>
        <w:t xml:space="preserve">[04:34] </w:t>
      </w:r>
      <w:r>
        <w:t>to is ke andar bohat hi ek gehri hikmat ki baat hai.</w:t>
      </w:r>
    </w:p>
    <w:p>
      <w:pPr>
        <w:jc w:val="right"/>
      </w:pPr>
      <w:r>
        <w:t xml:space="preserve"> تو  اس  کے  اند ر  بہت  ہی  ایک  گ ہ ری  حک مت  کی  ب ات  ہے۔</w:t>
      </w:r>
    </w:p>
    <w:p>
      <w:r>
        <w:rPr>
          <w:b/>
        </w:rPr>
        <w:t xml:space="preserve">[04:42] </w:t>
      </w:r>
      <w:r>
        <w:t>woh yeh hai ke banda jab dua karta hai to woh apni darkhwast ko allah ke samne pesh karta hai.</w:t>
      </w:r>
    </w:p>
    <w:p>
      <w:pPr>
        <w:jc w:val="right"/>
      </w:pPr>
      <w:r>
        <w:t xml:space="preserve"> وہ  یہ  ہے  کہ  ب ند ہ  جب  د ع ا  کر تا  ہے  تو  وہ  اپنی  در خ وا ست  کو  اللہ  کے  سام نے  پیش  کر تا  ہے۔</w:t>
      </w:r>
    </w:p>
    <w:p>
      <w:r>
        <w:rPr>
          <w:b/>
        </w:rPr>
        <w:t xml:space="preserve">[04:58] </w:t>
      </w:r>
      <w:r>
        <w:t>is ke mind mein sirf apna masla hota hai, apna masla.</w:t>
      </w:r>
    </w:p>
    <w:p>
      <w:pPr>
        <w:jc w:val="right"/>
      </w:pPr>
      <w:r>
        <w:t xml:space="preserve"> اس  کے  م ائن ڈ  میں  ص رف  اپ نا  مس ئ لہ  ہوت ا  ہے،  اپ نا  مس ئ لہ ۔</w:t>
      </w:r>
    </w:p>
    <w:p>
      <w:r>
        <w:rPr>
          <w:b/>
        </w:rPr>
        <w:t xml:space="preserve">[05:07] </w:t>
      </w:r>
      <w:r>
        <w:t>apne masle ko le kar woh dua karta hai. lekin allah ka maamla aisa nahi hai ke is ke samne sirf is hi dua karne wale ka masla hai.</w:t>
      </w:r>
    </w:p>
    <w:p>
      <w:pPr>
        <w:jc w:val="right"/>
      </w:pPr>
      <w:r>
        <w:t xml:space="preserve"> اپنے  مس ئ لے  کو  ل ے  کر  وہ  د ع ا  کر تا  ہے۔  لیکن  اللہ  کا  مع امل ہ  ای سا  نہیں  ہے  کہ  اس  کے  سام نے  ص رف  اس ی  د ع ا  کرنے  والے  کا  مس ئ لہ  ہے۔</w:t>
      </w:r>
    </w:p>
    <w:p>
      <w:r>
        <w:rPr>
          <w:b/>
        </w:rPr>
        <w:t xml:space="preserve">[05:21] </w:t>
      </w:r>
      <w:r>
        <w:t>allah poori universe ki managing kar raha hai, allah poori history ko managing kar raha hai.</w:t>
      </w:r>
    </w:p>
    <w:p>
      <w:pPr>
        <w:jc w:val="right"/>
      </w:pPr>
      <w:r>
        <w:t xml:space="preserve"> اللہ  پ وری  ی ونی ورس  کی  می نج  کر  رہ ا  ہے،  اللہ  پ وری  ہ سٹ ری  کو  می نج  کر  رہ ا  ہے۔</w:t>
      </w:r>
    </w:p>
    <w:p>
      <w:r>
        <w:rPr>
          <w:b/>
        </w:rPr>
        <w:t xml:space="preserve">[05:29] </w:t>
      </w:r>
      <w:r>
        <w:t>allah musa ka bhi, is bani israil ka bhi, aur faron ka bhi sab ka maamla dekh raha hai.</w:t>
      </w:r>
    </w:p>
    <w:p>
      <w:pPr>
        <w:jc w:val="right"/>
      </w:pPr>
      <w:r>
        <w:t xml:space="preserve"> اللہ  موسی ٰ  کا  بھی ،  اس  بنی  اس رائ یل  کا  بھی ،  اور  فر ع ون  کا  بھی  سب  کا  مع امل ہ  دیک ھ  رہ ا  ہے۔</w:t>
      </w:r>
    </w:p>
    <w:p>
      <w:r>
        <w:rPr>
          <w:b/>
        </w:rPr>
        <w:t xml:space="preserve">[05:38] </w:t>
      </w:r>
      <w:r>
        <w:t>is ka matlab kya hua? is ka matlab yeh hua ke kisi ek insan ki dua ko poora karna yeh saada baat nahi hai.</w:t>
      </w:r>
    </w:p>
    <w:p>
      <w:pPr>
        <w:jc w:val="right"/>
      </w:pPr>
      <w:r>
        <w:t xml:space="preserve"> اس  کا  مط لب  کیا  ہوا ؟  اس  کا  مط لب  یہ  ہوا  کہ  کسی  ایک  ان سان  کی  د ع ا  کو  پ ور ا  کر نا  یہ  س ادہ  ب ات  نہیں  ہے۔</w:t>
      </w:r>
    </w:p>
    <w:p>
      <w:r>
        <w:rPr>
          <w:b/>
        </w:rPr>
        <w:t xml:space="preserve">[05:56] </w:t>
      </w:r>
      <w:r>
        <w:t>kyun ke ain is waqt aur bhi masail hon ge. to is insan ke masle ko, is insan ki pukar ko sunna aur us ko hal karna aisa hi hai jaise janglat mein ek rasta banana.</w:t>
      </w:r>
    </w:p>
    <w:p>
      <w:pPr>
        <w:jc w:val="right"/>
      </w:pPr>
      <w:r>
        <w:t xml:space="preserve"> کی ون کہ  ع ین  اس ی  وقت  اور  بھی  مس ائل  ہ وں  گ ے۔  تو  اس  ان سان  کے  مس ئ لے  کو ،  اس  ان سان  کی  پ کار  کو  سن نا  اور  اس  کو  ح ل  کر نا  ای سا  ہی  ہے  ج یس ے  جنگ ل  میں  ایک  را ست ہ  بن انا ۔</w:t>
      </w:r>
    </w:p>
    <w:p>
      <w:r>
        <w:rPr>
          <w:b/>
        </w:rPr>
        <w:t xml:space="preserve">[06:22] </w:t>
      </w:r>
      <w:r>
        <w:t>kyun ke</w:t>
      </w:r>
    </w:p>
    <w:p>
      <w:pPr>
        <w:jc w:val="right"/>
      </w:pPr>
      <w:r>
        <w:t xml:space="preserve"> کی ون کہ</w:t>
      </w:r>
    </w:p>
    <w:p>
      <w:r>
        <w:rPr>
          <w:b/>
        </w:rPr>
        <w:t xml:space="preserve">[06:27] </w:t>
      </w:r>
      <w:r>
        <w:t>masla paida hota hai insan ke free will se.</w:t>
      </w:r>
    </w:p>
    <w:p>
      <w:pPr>
        <w:jc w:val="right"/>
      </w:pPr>
      <w:r>
        <w:t xml:space="preserve"> مس ئ لہ  پیدا  ہوت ا  ہے  ان سان  کے  مس  ی وز  آف  ف ری ڈ م  سے ۔</w:t>
      </w:r>
    </w:p>
    <w:p>
      <w:r>
        <w:rPr>
          <w:b/>
        </w:rPr>
        <w:t xml:space="preserve">[06:32] </w:t>
      </w:r>
      <w:r>
        <w:t>to free will jo log kar rahe hain, us ko bhi allah ko dekhna hai. phir is duniya mein, is duniya mein aap jante hain ke ek law of nature hai.</w:t>
      </w:r>
    </w:p>
    <w:p>
      <w:pPr>
        <w:jc w:val="right"/>
      </w:pPr>
      <w:r>
        <w:t xml:space="preserve"> تو  مس  ی وز  آف  ف ری ڈ م  جو  لوگ  کر  رہ ے  ہیں ،  اس  کو  بھی  اللہ  کو  دیک ھ نا  ہے۔  پ ھر  اس  دنیا  میں ،  اس  دنیا  میں  آپ  ج انت ے  ہیں  کہ  ایک  لا  آف  نی چ ر  ہے۔</w:t>
      </w:r>
    </w:p>
    <w:p>
      <w:r>
        <w:rPr>
          <w:b/>
        </w:rPr>
        <w:t xml:space="preserve">[06:47] </w:t>
      </w:r>
      <w:r>
        <w:t>law of nature khud allah ne qaim kar rakha hai. to allah ko us ko bhi dekhna hai. phir dekhiye, is duniya mein insani history jo hai, human history, woh safar kar rahi hai adam se le ke qyamat tak.</w:t>
      </w:r>
    </w:p>
    <w:p>
      <w:pPr>
        <w:jc w:val="right"/>
      </w:pPr>
      <w:r>
        <w:t xml:space="preserve"> لا  آف  نی چ ر  خود  اللہ  نے  قائ م  کر  رکھ ا  ہے۔  تو  اللہ  کو  اس  کو  بھی  دیک ھ نا  ہے۔  پ ھر  دیک ھی ے ،  اس  دنیا  میں  ان س انی  ہ سٹ ری  جو  ہے،  ہی وم ن  ہ سٹ ری ،  وہ  س فر  کر  رہ ی  ہے  آ دم  سے  ل ے  کے  ق ی ام ت  تک ۔</w:t>
      </w:r>
    </w:p>
    <w:p>
      <w:r>
        <w:rPr>
          <w:b/>
        </w:rPr>
        <w:t xml:space="preserve">[07:04] </w:t>
      </w:r>
      <w:r>
        <w:t>iski bhi ra'ayat karna hai allah ta'ala ko. to in sari cheezon ke darmiyan us ko ek fard ki pukar ko sunna hai.</w:t>
      </w:r>
    </w:p>
    <w:p>
      <w:pPr>
        <w:jc w:val="right"/>
      </w:pPr>
      <w:r>
        <w:t xml:space="preserve"> اس  کی  بھی  ر ع ایت  کر نا  ہے  اللہ  تع الی ٰ  کو ۔  تو  ان  س اری  چ یز وں  کے  در می ان  اس  کو  ایک  ف رد  کی  پ کار  کو  سن نا  ہے۔</w:t>
      </w:r>
    </w:p>
    <w:p>
      <w:r>
        <w:rPr>
          <w:b/>
        </w:rPr>
        <w:t xml:space="preserve">[07:16] </w:t>
      </w:r>
      <w:r>
        <w:t>isi liye main kehta hoon ke yeh managing karne ka maamla hai. allah jab kisi ki dua ko sunta hai to us ko ek poora,</w:t>
      </w:r>
    </w:p>
    <w:p>
      <w:pPr>
        <w:jc w:val="right"/>
      </w:pPr>
      <w:r>
        <w:t xml:space="preserve"> اس ی  لیے  میں  کہ تا  ہ وں  کہ  یہ  می نج  کرنے  کا  مع امل ہ  ہے۔  اللہ  جب  کسی  کی  د ع ا  کو  سن تا  ہے  تو  اس  کو  ایک  پ ور ا،</w:t>
      </w:r>
    </w:p>
    <w:p>
      <w:r>
        <w:rPr>
          <w:b/>
        </w:rPr>
        <w:t xml:space="preserve">[07:32] </w:t>
      </w:r>
      <w:r>
        <w:t>ek game jis ko kehte hain, us ko ban'na padta hai.</w:t>
      </w:r>
    </w:p>
    <w:p>
      <w:pPr>
        <w:jc w:val="right"/>
      </w:pPr>
      <w:r>
        <w:t xml:space="preserve"> ایک  گ ی مر  جس  کو  کہ تے  ہیں ،  اس  کو  ب ان ج ھ  کر نا  پ ڑ تا  ہے۔</w:t>
      </w:r>
    </w:p>
    <w:p>
      <w:r>
        <w:rPr>
          <w:b/>
        </w:rPr>
        <w:t xml:space="preserve">[07:39] </w:t>
      </w:r>
      <w:r>
        <w:t>to is ki wajah se kya hota hai?</w:t>
      </w:r>
    </w:p>
    <w:p>
      <w:pPr>
        <w:jc w:val="right"/>
      </w:pPr>
      <w:r>
        <w:t xml:space="preserve"> تو  اس  کی  وجہ  سے  کیا  ہوت ا  ہے ؟</w:t>
      </w:r>
    </w:p>
    <w:p>
      <w:r>
        <w:rPr>
          <w:b/>
        </w:rPr>
        <w:t xml:space="preserve">[07:42] </w:t>
      </w:r>
      <w:r>
        <w:t>is ki wajah se aam taur par dua ki qabooliyat mein dair hoti hai, padhni hoti hai.</w:t>
      </w:r>
    </w:p>
    <w:p>
      <w:pPr>
        <w:jc w:val="right"/>
      </w:pPr>
      <w:r>
        <w:t xml:space="preserve"> اس  کی  وجہ  سے  عام  طور  پر  د ع ا  کی  قب ول یت  میں  د یر  ہوت ی  ہے،  پ ڑ ھ نی  ہوت ی  ہے۔</w:t>
      </w:r>
    </w:p>
    <w:p>
      <w:r>
        <w:rPr>
          <w:b/>
        </w:rPr>
        <w:t xml:space="preserve">[07:50] </w:t>
      </w:r>
      <w:r>
        <w:t>jaisay farz ki jaye keh aap apni maan say chocolate mangain aur chocolate maan kay paas maujood hai.</w:t>
      </w:r>
    </w:p>
    <w:p>
      <w:pPr>
        <w:jc w:val="right"/>
      </w:pPr>
      <w:r>
        <w:t xml:space="preserve"> ج یس ے  فر ض  کی ج ئے  کہ  آپ  اپنی  ما ں  سے  چ اک لی ٹ  مان گ یں  اور  چ اک لی ٹ  ما ں  کے  پ اس  موجود  ہے۔</w:t>
      </w:r>
    </w:p>
    <w:p>
      <w:r>
        <w:rPr>
          <w:b/>
        </w:rPr>
        <w:t xml:space="preserve">[08:01] </w:t>
      </w:r>
      <w:r>
        <w:t>to bachay nay chocolate mangi aur maan kay paas chocolate maujood hai. to instantli woh chocolate utha kar bachay ko day day gi.</w:t>
      </w:r>
    </w:p>
    <w:p>
      <w:pPr>
        <w:jc w:val="right"/>
      </w:pPr>
      <w:r>
        <w:t xml:space="preserve"> تو  ب چ ے  نے  چ اک لی ٹ  مان گی  اور  ما ں  کے  پ اس  چ اک لی ٹ  موجود  ہے۔  تو  ان سٹ نٹ لی  وہ  چ اک لی ٹ  ا ٹ ھا  کر  ب چ ے  کو  د ے  د ے  گ ی ۔</w:t>
      </w:r>
    </w:p>
    <w:p>
      <w:r>
        <w:rPr>
          <w:b/>
        </w:rPr>
        <w:t xml:space="preserve">[08:13] </w:t>
      </w:r>
      <w:r>
        <w:t>jis waqt manga, usi waqt us ko woh cheez mil bhi jaye gi. to mangnay aur panay mein koi dair nahi lagay gi.</w:t>
      </w:r>
    </w:p>
    <w:p>
      <w:pPr>
        <w:jc w:val="right"/>
      </w:pPr>
      <w:r>
        <w:t xml:space="preserve"> جس  وقت  مان گ ا،  اس ی  وقت  اس  کو  وہ  چ یز  مل  بھی  ج ائے  گ ی ۔  تو  مان گ نے  اور  پ انے  میں  کو ئی  د یر  نہیں  ل گ ے  گ ی ۔</w:t>
      </w:r>
    </w:p>
    <w:p>
      <w:r>
        <w:rPr>
          <w:b/>
        </w:rPr>
        <w:t xml:space="preserve">[08:23] </w:t>
      </w:r>
      <w:r>
        <w:t>idhar manga, idhar mil gaya. lekin aisa nahi ho sakta khuda kay muamlay mein.</w:t>
      </w:r>
    </w:p>
    <w:p>
      <w:pPr>
        <w:jc w:val="right"/>
      </w:pPr>
      <w:r>
        <w:t xml:space="preserve"> اد ھر  مان گ ا،  اد ھر  مل  گیا۔  لیکن  ای سا  نہیں  ہو  س کت ا  خ دا  کے  مع امل ے  میں ۔</w:t>
      </w:r>
    </w:p>
    <w:p>
      <w:r>
        <w:rPr>
          <w:b/>
        </w:rPr>
        <w:t xml:space="preserve">[08:33] </w:t>
      </w:r>
      <w:r>
        <w:t>kyun keh khuda sirf aap ka khuda nahi hai. khuda poori history ko manage kar raha hai, har insaan kay halaat ko dekh raha hai.</w:t>
      </w:r>
    </w:p>
    <w:p>
      <w:pPr>
        <w:jc w:val="right"/>
      </w:pPr>
      <w:r>
        <w:t xml:space="preserve"> کی ون کہ  خ دا  ص رف  آپ  کا  خ دا  نہیں  ہے۔  خ دا  پ وری  ہ سٹ ری  کو  می نج  کر  رہ ا  ہے،  ہ ر  ان سان  کے  ح الات  کو  دیک ھ  رہ ا  ہے۔</w:t>
      </w:r>
    </w:p>
    <w:p>
      <w:r>
        <w:rPr>
          <w:b/>
        </w:rPr>
        <w:t xml:space="preserve">[08:46] </w:t>
      </w:r>
      <w:r>
        <w:t>aur phir yeh keh dekhiye, aap ki dua ko poora karnay ka matlab yeh nahi hai keh woh woh</w:t>
      </w:r>
    </w:p>
    <w:p>
      <w:pPr>
        <w:jc w:val="right"/>
      </w:pPr>
      <w:r>
        <w:t xml:space="preserve"> اور  پ ھر  یہ  کہ  دیک ھی ے ،  آپ  کی  د ع ا  کو  پ ور ا  کرنے  کا  مط لب  یہ  نہیں  ہے  کہ  وہ  وہ</w:t>
      </w:r>
    </w:p>
    <w:p>
      <w:r>
        <w:rPr>
          <w:b/>
        </w:rPr>
        <w:t xml:space="preserve">[08:57] </w:t>
      </w:r>
      <w:r>
        <w:t>insani azadi ko waris kar day, law of nature ko waris kar day, woh history ka jo jo safar hai, us ko rok day.</w:t>
      </w:r>
    </w:p>
    <w:p>
      <w:pPr>
        <w:jc w:val="right"/>
      </w:pPr>
      <w:r>
        <w:t xml:space="preserve"> ان س انی  آز ادی  کو  و ار ث  کر  د ے ،  لا  آف  نی چ ر  کو  و ار ث  کر  د ے ،  وہ  ہ سٹ ری  کا  جو  جو  س فر  ہے،  اس  کو  رو ک  د ے۔</w:t>
      </w:r>
    </w:p>
    <w:p>
      <w:r>
        <w:rPr>
          <w:b/>
        </w:rPr>
        <w:t xml:space="preserve">[09:13] </w:t>
      </w:r>
      <w:r>
        <w:t>yeh sab nahi karay ga woh. to yeh bohat hi complicated issue hai keh itnay saaray, itnay saaray janglat kay darmiyan, itnay saaray janglat of masail kay darmiyan aik insaan ki dua ko poora karna.</w:t>
      </w:r>
    </w:p>
    <w:p>
      <w:pPr>
        <w:jc w:val="right"/>
      </w:pPr>
      <w:r>
        <w:t xml:space="preserve"> یہ  سب  نہیں  کر ے  گ ا  وہ ۔  تو  یہ  بہت  ہی  کم پ ل یکی ٹ ڈ  ای ش و  ہے  کہ  ات نے  س ار ے ،  ات نے  س ار ے  جنگ ل  کے  در می ان،  ات نے  س ار ے  جنگ ل  آف  مس ائل  کے  در می ان  ایک  ان سان  کی  د ع ا  کو  پ ور ا  کر نا ۔</w:t>
      </w:r>
    </w:p>
    <w:p>
      <w:r>
        <w:rPr>
          <w:b/>
        </w:rPr>
        <w:t xml:space="preserve">[09:36] </w:t>
      </w:r>
      <w:r>
        <w:t>is liye dekhiye, dua karnay walay kay andar dua kay saath aik aur baat honi chahiye.</w:t>
      </w:r>
    </w:p>
    <w:p>
      <w:pPr>
        <w:jc w:val="right"/>
      </w:pPr>
      <w:r>
        <w:t xml:space="preserve"> اس  لیے  دیک ھی ے ،  د ع ا  کرنے  والے  کے  اند ر  د ع ا  کے  ساتھ  ایک  اور  ب ات  ہ ونی  چ اہ ی ے۔</w:t>
      </w:r>
    </w:p>
    <w:p>
      <w:r>
        <w:rPr>
          <w:b/>
        </w:rPr>
        <w:t xml:space="preserve">[09:45] </w:t>
      </w:r>
      <w:r>
        <w:t>yani aap kay paas agar sirf yeh hai keh apni zaroorat hai, us kay liye aap dua kar rahay hain, to aap ho sakta hai keh mayusi ka shikar ho jayen.</w:t>
      </w:r>
    </w:p>
    <w:p>
      <w:pPr>
        <w:jc w:val="right"/>
      </w:pPr>
      <w:r>
        <w:t xml:space="preserve"> ی ع نی  آپ  کے  پ اس  اگر  ص رف  یہ  ہے  کہ  اپنی  ض ر ورت  ہے،  اس  کے  لیے  آپ  د ع ا  کر  رہ ے  ہیں ،  تو  آپ  ہو  س کت ا  ہے  کہ  م ای وسی  کا  ش کار  ہو  ج ائ یں۔</w:t>
      </w:r>
    </w:p>
    <w:p>
      <w:r>
        <w:rPr>
          <w:b/>
        </w:rPr>
        <w:t xml:space="preserve">[10:04] </w:t>
      </w:r>
      <w:r>
        <w:t>aap ko itna ziyada intellectually, itna open hona chahiye, open keh mangnay wala instantli mangay ga, lekin denay wala instantli nahi day ga.</w:t>
      </w:r>
    </w:p>
    <w:p>
      <w:pPr>
        <w:jc w:val="right"/>
      </w:pPr>
      <w:r>
        <w:t xml:space="preserve"> آپ  کو  ات نا  زیادہ  ان ٹ ل یک چ ول ی،  ات نا  او یکن  ہ ونا  چ اہ ی ے ،  او یکن  کہ  مان گ نے  وال ا  ان سٹ نٹ لی  مان گ ے  گ ا،  لیکن  د ین ے  وال ا  ان سٹ نٹ لی  نہیں  د ے  گ ا۔</w:t>
      </w:r>
    </w:p>
    <w:p>
      <w:r>
        <w:rPr>
          <w:b/>
        </w:rPr>
        <w:t xml:space="preserve">[10:23] </w:t>
      </w:r>
      <w:r>
        <w:t>yeh bohat ziyada sochne ki baat hai. yani bachay aur maan kay darmiyan jo waqia hota hai, bachay nay us instantli manga aur maan nay instantli us ko chocolate day diya,</w:t>
      </w:r>
    </w:p>
    <w:p>
      <w:pPr>
        <w:jc w:val="right"/>
      </w:pPr>
      <w:r>
        <w:t xml:space="preserve"> یہ  بہت  زیادہ  سو چ نے  کی  ب ات  ہے۔  ی ع نی  ب چ ہ  اور  ما ں  کے  در می ان  جو  واقع ہ  ہوت ا  ہے،  ب چ ے  نے  اس  ان سٹ نٹ لی  مان گ ا  اور  ما ں  نے  ان سٹ نٹ لی  اس  کو  چ اک لی ٹ  د ے  دیا ،</w:t>
      </w:r>
    </w:p>
    <w:p>
      <w:r>
        <w:rPr>
          <w:b/>
        </w:rPr>
        <w:t xml:space="preserve">[10:38] </w:t>
      </w:r>
      <w:r>
        <w:t>done and done. to aisa dua kay saath nahi ho sakta, kabhi bhi nahi ho ga.</w:t>
      </w:r>
    </w:p>
    <w:p>
      <w:pPr>
        <w:jc w:val="right"/>
      </w:pPr>
      <w:r>
        <w:t xml:space="preserve"> ڈ ن  این ڈ  د یر ۔  تو  ای سا  د ع ا  کے  ساتھ  نہیں  ہو  س کت ا،  ک ب ھی  بھی  نہیں  ہو گ ا۔</w:t>
      </w:r>
    </w:p>
    <w:p>
      <w:r>
        <w:rPr>
          <w:b/>
        </w:rPr>
        <w:t xml:space="preserve">[10:47] </w:t>
      </w:r>
      <w:r>
        <w:t>hamesha dua mein aur qabooliyat mein fasla ho ga, fasla ho ga.</w:t>
      </w:r>
    </w:p>
    <w:p>
      <w:pPr>
        <w:jc w:val="right"/>
      </w:pPr>
      <w:r>
        <w:t xml:space="preserve"> ہ می ش ہ  د ع ا  میں  اور  قب ول یت  میں  ف ا صل ہ  ہو گ ا،  ف ا صل ہ  ہو گ ا۔</w:t>
      </w:r>
    </w:p>
    <w:p>
      <w:r>
        <w:rPr>
          <w:b/>
        </w:rPr>
        <w:t xml:space="preserve">[10:58] </w:t>
      </w:r>
      <w:r>
        <w:t>yani jab aadmi mangay ga, us kay baad kis kis tareeqay say Allah manage karay ga, us ki wajah say time lagay ga.</w:t>
      </w:r>
    </w:p>
    <w:p>
      <w:pPr>
        <w:jc w:val="right"/>
      </w:pPr>
      <w:r>
        <w:t xml:space="preserve"> ی ع نی  جب  آ دم ی  مان گ ے  گ ا،  اس  کے  بعد  ک س  ک س  ط ریق ے  سے  اللہ  می نج  کر ے  گ ا،  اس  کی  وجہ  سے  ٹ ائ م  ل گ ے  گ ا۔</w:t>
      </w:r>
    </w:p>
    <w:p>
      <w:r>
        <w:rPr>
          <w:b/>
        </w:rPr>
        <w:t xml:space="preserve">[11:08] </w:t>
      </w:r>
      <w:r>
        <w:t>at required</w:t>
      </w:r>
    </w:p>
    <w:p>
      <w:pPr>
        <w:jc w:val="right"/>
      </w:pPr>
      <w:r>
        <w:t xml:space="preserve"> ا ٹ  ر یک و ائر ڈ ز</w:t>
      </w:r>
    </w:p>
    <w:p>
      <w:r>
        <w:rPr>
          <w:b/>
        </w:rPr>
        <w:t xml:space="preserve">[11:13] </w:t>
      </w:r>
      <w:r>
        <w:t>time. to main samajhta hoon keh is nuqtay ko log agar jaan lein to un kay andar mayusi nahi paida ho gi.</w:t>
      </w:r>
    </w:p>
    <w:p>
      <w:pPr>
        <w:jc w:val="right"/>
      </w:pPr>
      <w:r>
        <w:t xml:space="preserve"> ٹ ائ م ۔  تو  میں  سم ج ھ تا  ہ وں  کہ  اس  نق ط ے  کو  لوگ  اگر  جان  ل یں  تو  ان  کے  اند ر  م ای وسی  نہیں  پیدا  ہو گی ۔</w:t>
      </w:r>
    </w:p>
    <w:p>
      <w:r>
        <w:rPr>
          <w:b/>
        </w:rPr>
        <w:t xml:space="preserve">[11:26] </w:t>
      </w:r>
      <w:r>
        <w:t>kai log, main yeh kehti hain, sunti hoon, woh kehtay hain keh bhai hum nay to kehti hai dua mangi, dua poori nahi hui.</w:t>
      </w:r>
    </w:p>
    <w:p>
      <w:pPr>
        <w:jc w:val="right"/>
      </w:pPr>
      <w:r>
        <w:t xml:space="preserve"> ک ئی  لوگ ،  میں  یہ  کہ تی  ہیں ،  سن تا  ہ وں ،  وہ  کہ تے  ہیں  کہ  بھ ئی  ہ م  نے  تو  کہ تی  ہے  د ع ا  مان گی ،  د ع ا  پ وری  نہیں  ہوئی ۔</w:t>
      </w:r>
    </w:p>
    <w:p>
      <w:r>
        <w:rPr>
          <w:b/>
        </w:rPr>
        <w:t xml:space="preserve">[11:36] </w:t>
      </w:r>
      <w:r>
        <w:t>aur dekhiye, baat yeh bhi hai keh dua ka matlab yeh nahi keh jo aap mangen, woh hi aap ko mil jaye.</w:t>
      </w:r>
    </w:p>
    <w:p>
      <w:pPr>
        <w:jc w:val="right"/>
      </w:pPr>
      <w:r>
        <w:t xml:space="preserve"> اور  دیک ھی ے ،  ب ات  یہ  بھی  ہے  کہ  د ع ا  کا  مط لب  یہ  نہیں  کہ  جو  آپ  مان گ یں ،  وہ ی  آپ  کو  مل  ج ائ ے۔</w:t>
      </w:r>
    </w:p>
    <w:p>
      <w:r>
        <w:rPr>
          <w:b/>
        </w:rPr>
        <w:t xml:space="preserve">[11:46] </w:t>
      </w:r>
      <w:r>
        <w:t>yeh dosra pehlu hai keh jo aap mangen, woh hi aap ko mil jaye. kyun keh aap mangen gay apni khwahish kay mutabiq, dua aur lekin Allah day ga aap ko aap ki zaroorat kay mutabiq.</w:t>
      </w:r>
    </w:p>
    <w:p>
      <w:pPr>
        <w:jc w:val="right"/>
      </w:pPr>
      <w:r>
        <w:t xml:space="preserve"> یہ  دوس را  پہ لو  ہے  کہ  جو  آپ  مان گ یں ،  وہ ی  آپ  کو  مل  ج ائ ے۔  کی ون کہ  آپ  مان گ یں  گ ے  اپنی  خ وا ہ ش  کے  مط ابق ،  د ع ا  اور  لیکن  اللہ  د ے  گ ا  آپ  کو  آپ  کی  ض ر ورت  کے  مط ابق ۔</w:t>
      </w:r>
    </w:p>
    <w:p>
      <w:r>
        <w:rPr>
          <w:b/>
        </w:rPr>
        <w:t xml:space="preserve">[12:08] </w:t>
      </w:r>
      <w:r>
        <w:t>yeh aisay hi hai jaisay keh koi aadmi apni maan say chocolate mangay, woh aadmi sugar ka mareez ho to maan us ko chocolate nahi day gi.</w:t>
      </w:r>
    </w:p>
    <w:p>
      <w:pPr>
        <w:jc w:val="right"/>
      </w:pPr>
      <w:r>
        <w:t xml:space="preserve"> یہ  ای س ے  ہی  ہے  ج یس ے  کہ  کو ئی  آ دم ی  اپنی  ما ں  سے  چ اک لی ٹ  مان گ ے ،  وہ  آ دم ی  ش کر  کا  م ری ض  ہو  تو  ما ں  اس  کو  چ اک لی ٹ  نہیں  د ے  گ ی ۔</w:t>
      </w:r>
    </w:p>
    <w:p>
      <w:r>
        <w:rPr>
          <w:b/>
        </w:rPr>
        <w:t xml:space="preserve">[12:22] </w:t>
      </w:r>
      <w:r>
        <w:t>kyun keh woh jaanti hai keh chocolate us kay liye nuqsan karay ga. to Allah ta'ala ko zaroor aap ki dua poora karna hai, lekin aap ki chahat kay mutabiq nahi, aap kay mangnay kay mutabiq nahi, balkeh andar langar aap kay liye kam faida ho ga us kay lihaaz say.</w:t>
      </w:r>
    </w:p>
    <w:p>
      <w:pPr>
        <w:jc w:val="right"/>
      </w:pPr>
      <w:r>
        <w:t xml:space="preserve"> کی ون کہ  وہ  جان تی  ہے  کہ  چ اک لی ٹ  اس  کے  لیے  نق ص ان  کر ے  گ ا۔  تو  اللہ  تع الی ٰ  کو  ض ر ور  آپ  کی  د ع ا  پ ور ا  کر نا  ہے،  لیکن  آپ  کی  چ اہ ت  کے  مط ابق  نہیں ،  آپ  کے  مان گ نے  کے  مط ابق  نہیں ،  بل کہ  ان  دا  ل ان گ  ر ن  آپ  کے  لیے  کم  ف ید  ہو گ ا  اس  کے  ل ح ا ظ  سے ۔</w:t>
      </w:r>
    </w:p>
    <w:p>
      <w:r>
        <w:rPr>
          <w:b/>
        </w:rPr>
        <w:t xml:space="preserve">[12:50] </w:t>
      </w:r>
      <w:r>
        <w:t>to is maani hai keh aap jab dua karein to aap yeh bhi sochen keh</w:t>
      </w:r>
    </w:p>
    <w:p>
      <w:pPr>
        <w:jc w:val="right"/>
      </w:pPr>
      <w:r>
        <w:t xml:space="preserve"> تو  اس  مع نی  ہے  کہ  آپ  جب  د ع ا  ک ری ں  تو  آپ  یہ  بھی  سو چ یں  کہ</w:t>
      </w:r>
    </w:p>
    <w:p>
      <w:r>
        <w:rPr>
          <w:b/>
        </w:rPr>
        <w:t xml:space="preserve">[13:00] </w:t>
      </w:r>
      <w:r>
        <w:t>main dua karoon ga apnay lihaaz say, khuda day ga apnay lihaaz say.</w:t>
      </w:r>
    </w:p>
    <w:p>
      <w:pPr>
        <w:jc w:val="right"/>
      </w:pPr>
      <w:r>
        <w:t xml:space="preserve"> میں  د ع ا  ک رو ں  گ ا  اپنے  ل ح ا ظ  سے ،  خ دا  د ے  گ ا  اپنے  ل ح ا ظ  سے ۔</w:t>
      </w:r>
    </w:p>
    <w:p>
      <w:r>
        <w:rPr>
          <w:b/>
        </w:rPr>
        <w:t xml:space="preserve">[13:09] </w:t>
      </w:r>
      <w:r>
        <w:t>yani aap dua karein gay apnay lihaaz say, lekin khuda day ga apnay lihaaz say. apnay lihaaz ka matlab kiya hai?</w:t>
      </w:r>
    </w:p>
    <w:p>
      <w:pPr>
        <w:jc w:val="right"/>
      </w:pPr>
      <w:r>
        <w:t xml:space="preserve"> ی ع نی  آپ  د ع ا  ک ری ں  گ ے  اپنے  ل ح ا ظ  سے ،  لیکن  خ دا  د ے  گ ا  اپنے  ل ح ا ظ  سے ۔  اپنے  ل ح ا ظ  کا  مط لب  کیا  ہے ؟</w:t>
      </w:r>
    </w:p>
    <w:p>
      <w:r>
        <w:rPr>
          <w:b/>
        </w:rPr>
        <w:t xml:space="preserve">[13:19] </w:t>
      </w:r>
      <w:r>
        <w:t>khuda ko doosron insanon ki,</w:t>
      </w:r>
    </w:p>
    <w:p>
      <w:pPr>
        <w:jc w:val="right"/>
      </w:pPr>
      <w:r>
        <w:t xml:space="preserve"> خ دا  کو  دوس رو ں  ان سان وں  کی ،</w:t>
      </w:r>
    </w:p>
    <w:p>
      <w:r>
        <w:rPr>
          <w:b/>
        </w:rPr>
        <w:t xml:space="preserve">[13:26] </w:t>
      </w:r>
      <w:r>
        <w:t>doosre insanon ki freedom ko manage karte hue aap ki dua poora karna hai.</w:t>
      </w:r>
    </w:p>
    <w:p>
      <w:pPr>
        <w:jc w:val="right"/>
      </w:pPr>
      <w:r>
        <w:t xml:space="preserve"> دوس ر ے  ان سان وں  کی  ف ری ڈ م  کو  می نج  کرتے  ہوئے  آپ  کی  د ع ا  پ ور ا  کر نا  ہے۔</w:t>
      </w:r>
    </w:p>
    <w:p>
      <w:r>
        <w:rPr>
          <w:b/>
        </w:rPr>
        <w:t xml:space="preserve">[13:34] </w:t>
      </w:r>
      <w:r>
        <w:t>khuda ko doosre insanon ki freedom ko manage karte hue aap ko dena hai.</w:t>
      </w:r>
    </w:p>
    <w:p>
      <w:pPr>
        <w:jc w:val="right"/>
      </w:pPr>
      <w:r>
        <w:t xml:space="preserve"> خ دا  کو  دوس ر ے  ان سان وں  کی  ف ری ڈ م  کو  می نج  کرتے  ہوئے  آپ  کو  د ین ا  ہے۔</w:t>
      </w:r>
    </w:p>
    <w:p>
      <w:r>
        <w:rPr>
          <w:b/>
        </w:rPr>
        <w:t xml:space="preserve">[13:46] </w:t>
      </w:r>
      <w:r>
        <w:t>khuda law of nature, jo law of nature hai is duniya mein, is ka lihaz karte hue, is ko baqi rakhte hue aap ki duaon ko poora karna hai.</w:t>
      </w:r>
    </w:p>
    <w:p>
      <w:pPr>
        <w:jc w:val="right"/>
      </w:pPr>
      <w:r>
        <w:t xml:space="preserve"> خ دا  لا  آف  نی چ ر ،  جو  لا  آف  نی چ ر  ہے  اس  دنیا  میں ،  اس  کا  ل ح ا ظ  کرتے  ہوئے ،  اس  کو  با قی  رکھ تے  ہوئے  آپ  کی  د ع ا ؤ ں  کو  پ ور ا  کر نا  ہے۔</w:t>
      </w:r>
    </w:p>
    <w:p>
      <w:r>
        <w:rPr>
          <w:b/>
        </w:rPr>
        <w:t xml:space="preserve">[14:04] </w:t>
      </w:r>
      <w:r>
        <w:t>isi tarike se poori history ko khuda manage kar raha hai. to is ke mutabiq history ka ek safar jari hai.</w:t>
      </w:r>
    </w:p>
    <w:p>
      <w:pPr>
        <w:jc w:val="right"/>
      </w:pPr>
      <w:r>
        <w:t xml:space="preserve"> اس ی  ط ریق ے  سے  پ وری  ہ سٹ ری  کو  خ دا  می نج  کر  رہ ا  ہے۔  تو  اس  کے  مط ابق  ہ سٹ ری  کا  ایک  س فر  ج اری  ہے۔</w:t>
      </w:r>
    </w:p>
    <w:p>
      <w:r>
        <w:rPr>
          <w:b/>
        </w:rPr>
        <w:t xml:space="preserve">[14:15] </w:t>
      </w:r>
      <w:r>
        <w:t>is ko bhi dekhna hai Allah ta'ala ko. woh aisa nahi kar sakta ke history ke safar ko halt kar de.</w:t>
      </w:r>
    </w:p>
    <w:p>
      <w:pPr>
        <w:jc w:val="right"/>
      </w:pPr>
      <w:r>
        <w:t xml:space="preserve"> اس  کو  بھی  دیک ھ نا  ہے  اللہ  تع الی ٰ  کو ۔  وہ  ای سا  نہیں  کر  س کت ا  کہ  ہ سٹ ری  کے  س فر  کو  ہ ال ٹ  کر  د ے۔</w:t>
      </w:r>
    </w:p>
    <w:p>
      <w:r>
        <w:rPr>
          <w:b/>
        </w:rPr>
        <w:t xml:space="preserve">[14:22] </w:t>
      </w:r>
      <w:r>
        <w:t>khuda kabhi aisa nahi kare ga. woh history ke, history ke safar ko halt kar de.</w:t>
      </w:r>
    </w:p>
    <w:p>
      <w:pPr>
        <w:jc w:val="right"/>
      </w:pPr>
      <w:r>
        <w:t xml:space="preserve"> خ دا  ک ب ھی  ای سا  نہیں  کر ے  گ ا۔  وہ  ہ سٹ ری  کے ،  ہ سٹ ری  کے  س فر  کو  ہ ال ٹ  کر  د ے۔</w:t>
      </w:r>
    </w:p>
    <w:p>
      <w:r>
        <w:rPr>
          <w:b/>
        </w:rPr>
        <w:t xml:space="preserve">[14:35] </w:t>
      </w:r>
      <w:r>
        <w:t>jaise misal ke taur par dekhiye, rasool Allah ke jo ashab the Makkah mein, unhon ne Allah se ek dua ki.</w:t>
      </w:r>
    </w:p>
    <w:p>
      <w:pPr>
        <w:jc w:val="right"/>
      </w:pPr>
      <w:r>
        <w:t xml:space="preserve"> ج یس ے  مث ال  کے  طور  پر  دیک ھی ے ،  رس ول  اللہ  کے  جو  اص ح اب  تھے  مک ہ  میں ،  انہوں  نے  اللہ  سے  ایک  د ع ا  کی۔</w:t>
      </w:r>
    </w:p>
    <w:p>
      <w:r>
        <w:rPr>
          <w:b/>
        </w:rPr>
        <w:t xml:space="preserve">[14:48] </w:t>
      </w:r>
      <w:r>
        <w:t>woh dua yeh thi: "ae ae Allah! hamare liye dawat ke kaam ko aasan kar de.</w:t>
      </w:r>
    </w:p>
    <w:p>
      <w:pPr>
        <w:jc w:val="right"/>
      </w:pPr>
      <w:r>
        <w:t xml:space="preserve"> وہ  د ع ا  یہ  تھی :  " ا ے  ا ے  اللہ !  ہ مار ے  لیے  د ع وت  کے  کام  کو  آ سان  کر  د ے۔</w:t>
      </w:r>
    </w:p>
    <w:p>
      <w:r>
        <w:rPr>
          <w:b/>
        </w:rPr>
        <w:t xml:space="preserve">[14:57] </w:t>
      </w:r>
      <w:r>
        <w:t>ae Allah! hamare liye dawat ke kaam ko aasan kar de."</w:t>
      </w:r>
    </w:p>
    <w:p>
      <w:pPr>
        <w:jc w:val="right"/>
      </w:pPr>
      <w:r>
        <w:t xml:space="preserve"> ا ے  اللہ !  ہ مار ے  لیے  د ع وت  کے  کام  کو  آ سان  کر  د ے۔ "</w:t>
      </w:r>
    </w:p>
    <w:p>
      <w:r>
        <w:rPr>
          <w:b/>
        </w:rPr>
        <w:t xml:space="preserve">[15:05] </w:t>
      </w:r>
      <w:r>
        <w:t>rabbana la tahmil alaina isran kama hamaltahu allazina min qablina.</w:t>
      </w:r>
    </w:p>
    <w:p>
      <w:pPr>
        <w:jc w:val="right"/>
      </w:pPr>
      <w:r>
        <w:t xml:space="preserve"> ر ب نا  لا  تح مل  ع ل ین ا  اس را  ک ما  حمل ت  الذ ین  من  قبل نا ۔</w:t>
      </w:r>
    </w:p>
    <w:p>
      <w:r>
        <w:rPr>
          <w:b/>
        </w:rPr>
        <w:t xml:space="preserve">[15:12] </w:t>
      </w:r>
      <w:r>
        <w:t>yani pichhle logon ko kaam karna parta tha dawat ka. resistance persecution ke maamle mein, yani is ko agar precise mein hum dekhein to is dua ka matlab yeh tha ke hamare pichhle jo log the, hamare zamane se pehle,</w:t>
      </w:r>
    </w:p>
    <w:p>
      <w:pPr>
        <w:jc w:val="right"/>
      </w:pPr>
      <w:r>
        <w:t xml:space="preserve"> ی ع نی  پ چھ لے  لوگ وں  کو  کام  کر نا  پ ڑ تا  تھا  د ع وت  کا ۔  ر یز سٹ  پر س یکی و شن  کے  مع امل ے  میں ،  ی ع نی  اس  کو  اگر  پ ری س ائز  میں  ہ م  دیک ھ یں  تو  اس  د ع ا  کا  مط لب  یہ  تھا  کہ  ہ مار ے  پ چھ لے  جو  لوگ  تھے ،  ہ مار ے  زمان ے  سے  پہلے ،</w:t>
      </w:r>
    </w:p>
    <w:p>
      <w:r>
        <w:rPr>
          <w:b/>
        </w:rPr>
        <w:t xml:space="preserve">[15:33] </w:t>
      </w:r>
      <w:r>
        <w:t>un ko dawat ka kaam karna para resistance persecution ke mahol mein. to ae Allah!</w:t>
      </w:r>
    </w:p>
    <w:p>
      <w:pPr>
        <w:jc w:val="right"/>
      </w:pPr>
      <w:r>
        <w:t xml:space="preserve"> ان  کو  د ع وت  کا  کام  کر نا  پ ڑ ا  ر یز سٹ  پر س یکی و شن  کے  ما ح ول  میں ۔  تو  ا ے  اللہ !</w:t>
      </w:r>
    </w:p>
    <w:p>
      <w:r>
        <w:rPr>
          <w:b/>
        </w:rPr>
        <w:t xml:space="preserve">[15:41] </w:t>
      </w:r>
      <w:r>
        <w:t>to hum ko mauqa de ke hum dawat ka kaam kar rahe hain resistance freedom ke mahol mein. is dua ko agar mein, yani is tarike se bayan karu ke is dua ka matlab haqiqat mein kya tha, woh yeh tha ke pichhle zamane ke jo log the, aali iman,</w:t>
      </w:r>
    </w:p>
    <w:p>
      <w:pPr>
        <w:jc w:val="right"/>
      </w:pPr>
      <w:r>
        <w:t xml:space="preserve"> تو  ہ م  کو  م وقع  د ے  کہ  ہ م  د ع وت  کا  کام  کر  رہ ے  ہیں  ر یز سٹ  ف ری ڈ م  کے  ما ح ول  میں ۔  اس  د ع ا  کو  اگر  میں ،  ی ع نی  اس  ط ریق ے  سے  بی ان  ک رو ں  کہ  اس  د ع ا  کا  مط لب  ح قی قت  میں  کیا  تھا ،  وہ  یہ  تھا  کہ  پ چھ لے  زمان ے  کے  جو  لوگ  تھے ،  ع الی  ا یم ان،</w:t>
      </w:r>
    </w:p>
    <w:p>
      <w:r>
        <w:rPr>
          <w:b/>
        </w:rPr>
        <w:t xml:space="preserve">[16:07] </w:t>
      </w:r>
      <w:r>
        <w:t>unhon ne dawat ka kaam kiya. to un ko dawat ka kaam karna para resistance persecution ke mahol mein.</w:t>
      </w:r>
    </w:p>
    <w:p>
      <w:pPr>
        <w:jc w:val="right"/>
      </w:pPr>
      <w:r>
        <w:t xml:space="preserve"> انہوں  نے  د ع وت  کا  کام  کیا۔  تو  ان  کو  د ع وت  کا  کام  کر نا  پ ڑ ا  ر یز سٹ  پر س یکی و شن  کے  ما ح ول  میں ۔</w:t>
      </w:r>
    </w:p>
    <w:p>
      <w:r>
        <w:rPr>
          <w:b/>
        </w:rPr>
        <w:t xml:space="preserve">[16:16] </w:t>
      </w:r>
      <w:r>
        <w:t>to ae Allah! to tareekh mein aisi tabdiliyan paida kar de ke hum ko kaam, hamara, hum mein kaam karne ka mauqa ho peaceful aaliz freedom ke mahol mein.</w:t>
      </w:r>
    </w:p>
    <w:p>
      <w:pPr>
        <w:jc w:val="right"/>
      </w:pPr>
      <w:r>
        <w:t xml:space="preserve"> تو  ا ے  اللہ !  تو  تاریخ  میں  ای سی  ت بد یل یاں  پیدا  کر  د ے  کہ  ہ م  کو  کام ،  ہ مار ا،  ہ م یں  کام  کرنے  کا  م وقع  ہو  پی س  فل  ال یز س  ف ری ڈ م  کے  ما ح ول  میں ۔</w:t>
      </w:r>
    </w:p>
    <w:p>
      <w:r>
        <w:rPr>
          <w:b/>
        </w:rPr>
        <w:t xml:space="preserve">[16:37] </w:t>
      </w:r>
      <w:r>
        <w:t>aur yeh sahaba ne sirf apne liye nahi ki thi, poori ummat ke liye ki thi. is liye jama segha hai: poori ummat ke liye.</w:t>
      </w:r>
    </w:p>
    <w:p>
      <w:pPr>
        <w:jc w:val="right"/>
      </w:pPr>
      <w:r>
        <w:t xml:space="preserve"> اور  یہ  صح اب ہ  نے  ص رف  اپنے  لیے  نہیں  کی  تھ ی،  پ وری  ام ت  کے  لیے  کی  تھی۔  اس  لیے  جمع  ص ی غ ہ  ہے :  پ وری  ام ت  کے  لی ے۔</w:t>
      </w:r>
    </w:p>
    <w:p>
      <w:r>
        <w:rPr>
          <w:b/>
        </w:rPr>
        <w:t xml:space="preserve">[16:49] </w:t>
      </w:r>
      <w:r>
        <w:t>to aap dekhiye ke yeh kab mila sahaba ko? na Makkah daur mein mila, na Madine mein mila.</w:t>
      </w:r>
    </w:p>
    <w:p>
      <w:pPr>
        <w:jc w:val="right"/>
      </w:pPr>
      <w:r>
        <w:t xml:space="preserve"> تو  آپ  دیک ھی ے  کہ  یہ  ک ب  م لا  صح اب ہ  کو ؟  نہ  مک ے  دور  میں  م لا ،  نہ  مد ین ے  میں  م لا ۔</w:t>
      </w:r>
    </w:p>
    <w:p>
      <w:r>
        <w:rPr>
          <w:b/>
        </w:rPr>
        <w:t xml:space="preserve">[16:58] </w:t>
      </w:r>
      <w:r>
        <w:t>woh to bohat ziyada zamane mein mila. sahih ma'no mein dekha jaye to twenty century mein mila.</w:t>
      </w:r>
    </w:p>
    <w:p>
      <w:pPr>
        <w:jc w:val="right"/>
      </w:pPr>
      <w:r>
        <w:t xml:space="preserve"> وہ  تو  بہت  زیادہ  زمان ے  میں  م لا ۔  صح ی ح  مع ن وں  میں  دیک ھا  ج ائے  تو  ٹ ون ٹی  سین چ ری  میں  م لا ۔</w:t>
      </w:r>
    </w:p>
    <w:p>
      <w:r>
        <w:rPr>
          <w:b/>
        </w:rPr>
        <w:t xml:space="preserve">[17:07] </w:t>
      </w:r>
      <w:r>
        <w:t>aap ghawr kijiye ke unhon ne dua ki thi seven century mein. sahaba ne jo dua ki thi, woh seven century mein dua ki thi.</w:t>
      </w:r>
    </w:p>
    <w:p>
      <w:pPr>
        <w:jc w:val="right"/>
      </w:pPr>
      <w:r>
        <w:t xml:space="preserve"> آپ  غ ور  کی ج ئے  کہ  انہوں  نے  د ع ا  کی  تھی  سی ون  سین چ ری  میں ۔  صح اب ہ  نے  جو  د ع ا  کی  تھ ی،  وہ  سی ون  سین چ ری  میں  د ع ا  کی  تھی۔</w:t>
      </w:r>
    </w:p>
    <w:p>
      <w:r>
        <w:rPr>
          <w:b/>
        </w:rPr>
        <w:t xml:space="preserve">[17:21] </w:t>
      </w:r>
      <w:r>
        <w:t>lekin sahih ma'no mein resistance freedom jo mila hai un ko, woh twenty century mein mila hai jab United Nations, United Nations qaim hui, democracy ka daur aya,</w:t>
      </w:r>
    </w:p>
    <w:p>
      <w:pPr>
        <w:jc w:val="right"/>
      </w:pPr>
      <w:r>
        <w:t xml:space="preserve"> لیکن  صح ی ح  مع ن وں  میں  ر یز سٹ  ف ری ڈ م  جو  م لا  ہے  ان  کو ،  وہ  ٹ ون ٹی  سین چ ری  میں  م لا  ہے  جب  یون ائ ٹ ڈ  نی شن ز ،  یون ائ ٹ ڈ  نی شن ز  قائ م  ہوئی ،  ڈ یم وک ری سی  کا  دور  آ یا ،</w:t>
      </w:r>
    </w:p>
    <w:p>
      <w:r>
        <w:rPr>
          <w:b/>
        </w:rPr>
        <w:t xml:space="preserve">[17:35] </w:t>
      </w:r>
      <w:r>
        <w:t>France ka inqilab hua. to aap is tarike se jab aap sochen ge, tab aap ko Allah ki madad par yaqeen ho ga.</w:t>
      </w:r>
    </w:p>
    <w:p>
      <w:pPr>
        <w:jc w:val="right"/>
      </w:pPr>
      <w:r>
        <w:t xml:space="preserve"> فرانس  کا  ان قل اب  ہوا ۔  تو  آپ  اس  ط ریق ے  سے  جب  آپ  سو چ یں  گ ے ،  تب  آپ  کو  اللہ  کی  مد د  پر  ی ق ین  ہو گ ا۔</w:t>
      </w:r>
    </w:p>
    <w:p>
      <w:r>
        <w:rPr>
          <w:b/>
        </w:rPr>
        <w:t xml:space="preserve">[17:47] </w:t>
      </w:r>
      <w:r>
        <w:t>yeh to nahi to kya ho ga? pressure aaye ga. pressure! ab maujooda zamane ke musalman kya hain?</w:t>
      </w:r>
    </w:p>
    <w:p>
      <w:pPr>
        <w:jc w:val="right"/>
      </w:pPr>
      <w:r>
        <w:t xml:space="preserve"> یہ  تو  نہیں  تو  کیا  ہو گ ا ؟  پ ری شر  آ ئے  گ ا۔  پ ری شر !  اب  موجود ہ  زمان ے  کے  مس لمان  کیا  ہیں ؟</w:t>
      </w:r>
    </w:p>
    <w:p>
      <w:r>
        <w:rPr>
          <w:b/>
        </w:rPr>
        <w:t xml:space="preserve">[17:55] </w:t>
      </w:r>
      <w:r>
        <w:t>sab ke sab musalman jee rahe hain pressure mein. woh dua karte hain apne jalson mein, phir masjidon mein khoob khoob dua karte hain.</w:t>
      </w:r>
    </w:p>
    <w:p>
      <w:pPr>
        <w:jc w:val="right"/>
      </w:pPr>
      <w:r>
        <w:t xml:space="preserve"> سب  کے  سب  مس لمان  ج ی  رہ ے  ہیں  پ ری شر  میں ۔  وہ  د ع ا  کرتے  ہیں  اپنے  ج لس وں  میں ،  پ ھر  مس جد وں  میں  خ وب  خ وب  د ع ا  کرتے  ہیں۔</w:t>
      </w:r>
    </w:p>
    <w:p>
      <w:r>
        <w:rPr>
          <w:b/>
        </w:rPr>
        <w:t xml:space="preserve">[18:08] </w:t>
      </w:r>
      <w:r>
        <w:t>achha, dua dekhte hain ke poori ho nahi rahi to lagte hain society bhagane karne, ghan char char chalane</w:t>
      </w:r>
    </w:p>
    <w:p>
      <w:pPr>
        <w:jc w:val="right"/>
      </w:pPr>
      <w:r>
        <w:t xml:space="preserve"> ا چھ ا،  د ع ا  دیک ھ تے  ہیں  کہ  پ وری  ہو  نہیں  رہ ی  تو  ل گ تے  ہیں  س وس ائ ٹی  بھ ا گ نے  کرنے ،  گ ن  کر چ ر  چ ل انے</w:t>
      </w:r>
    </w:p>
    <w:p>
      <w:r>
        <w:rPr>
          <w:b/>
        </w:rPr>
        <w:t xml:space="preserve">[18:20] </w:t>
      </w:r>
      <w:r>
        <w:t>mein . k tni  mas jdon  mein  deek ha  aur  suna  hai  keh  imam  sahab  ke  alfaaz  bol  rah e  hain ,  wohi  alfaaz  jo  mein  ne  kaha  keh  khuda  hamare  liye  muamle  ko  aasan  kar de.</w:t>
      </w:r>
    </w:p>
    <w:p>
      <w:pPr>
        <w:jc w:val="right"/>
      </w:pPr>
      <w:r>
        <w:t xml:space="preserve"> میں ۔  ک ت نی  مس جد وں  میں  دیک ھا  اور  س نا  ہے  کہ  ام ام  ص اح ب  کے  الف ا ظ  بول  رہ ے  ہیں ،  وہ ی  الف ا ظ  جو  میں  نے  کہ ا  کہ  خ دا  ہ مار ے  لیے  مع امل ے  کو  آ سان  کر  د ے۔</w:t>
      </w:r>
    </w:p>
    <w:p>
      <w:r>
        <w:rPr>
          <w:b/>
        </w:rPr>
        <w:t xml:space="preserve">[18:31] </w:t>
      </w:r>
      <w:r>
        <w:t>aur  saare  log  ameen  ameen  keh  rah e  hain.  lekin  jab  nikalte  hain  masjid  ke  bahar  to  deekhte  hain  keh  woh  toh  pura  nahi  hua .</w:t>
      </w:r>
    </w:p>
    <w:p>
      <w:pPr>
        <w:jc w:val="right"/>
      </w:pPr>
      <w:r>
        <w:t xml:space="preserve"> اور  س ار ے  لوگ  آ مین  آ مین  کہ ہ  رہ ے  ہیں۔  لیکن  جب  ن ک لت ے  ہیں  مس جد  کے  با ہر  تو  دیک ھ تے  ہیں  کہ  وہ  تو  پ ور ا  نہیں  ہوا ۔</w:t>
      </w:r>
    </w:p>
    <w:p>
      <w:r>
        <w:rPr>
          <w:b/>
        </w:rPr>
        <w:t xml:space="preserve">[18:42] </w:t>
      </w:r>
      <w:r>
        <w:t>toh  iska  natija  kya  hota  hai ?  woh  negative  ho  jate  hain ,  gun kar char ,  bam kar char  shuru  karte  hain ,  society  baap  kar  karte  hain.</w:t>
      </w:r>
    </w:p>
    <w:p>
      <w:pPr>
        <w:jc w:val="right"/>
      </w:pPr>
      <w:r>
        <w:t xml:space="preserve"> تو  اس  کا  ن تی ج ہ  کیا  ہوت ا  ہے ؟  وہ  نی گی ٹی و  ہو  جات ے  ہیں ،  گ ن  کر چ ر ،  بم  کر چ ر  شروع  کرتے  ہیں ،  س وس ائ ٹی  ب اب ک  کرتے  ہیں۔</w:t>
      </w:r>
    </w:p>
    <w:p>
      <w:r>
        <w:rPr>
          <w:b/>
        </w:rPr>
        <w:t xml:space="preserve">[18:52] </w:t>
      </w:r>
      <w:r>
        <w:t>kyun  keh  unko  yeh  pata  nahi  hai  keh  mein  toh  dua  kar  karoon  ga  apne  jazbe  ke  tehat .</w:t>
      </w:r>
    </w:p>
    <w:p>
      <w:pPr>
        <w:jc w:val="right"/>
      </w:pPr>
      <w:r>
        <w:t xml:space="preserve"> کی ون کہ  ان  کو  یہ  پ ت ہ  نہیں  ہے  کہ  میں  تو  د ع ا  کر  ک رو ں  گ ا  اپنے  ج ذ ب ے  کے  تحت ۔</w:t>
      </w:r>
    </w:p>
    <w:p>
      <w:r>
        <w:rPr>
          <w:b/>
        </w:rPr>
        <w:t xml:space="preserve">[19:01] </w:t>
      </w:r>
      <w:r>
        <w:t>yani  keh  Allah  ta'ala  dua  qubool  kar e  ga  manage  karne  ke  baad ,  history  ko  manage  kar e  ga  Allah  ta'ala ,  tab  dua  qubool  kar e  ga  aap  ko .</w:t>
      </w:r>
    </w:p>
    <w:p>
      <w:pPr>
        <w:jc w:val="right"/>
      </w:pPr>
      <w:r>
        <w:t xml:space="preserve"> ی ع نی  کہ  اللہ  تع الی ٰ  د ع ا  قب ول  کر ے  گ ا  می نج  کرنے  کے  بعد ،  ہ سٹ ری  کو  می نج  کر ے  گ ا  اللہ  تع الی ٰ ،  تب  د ع ا  قب ول  کر ے  گ ا  آپ  کو ۔</w:t>
      </w:r>
    </w:p>
    <w:p>
      <w:r>
        <w:rPr>
          <w:b/>
        </w:rPr>
        <w:t xml:space="preserve">[19:12] </w:t>
      </w:r>
      <w:r>
        <w:t>toh  dua  deekhiye ,</w:t>
      </w:r>
    </w:p>
    <w:p>
      <w:pPr>
        <w:jc w:val="right"/>
      </w:pPr>
      <w:r>
        <w:t xml:space="preserve"> تو  د ع ا  دیک ھی ے ،</w:t>
      </w:r>
    </w:p>
    <w:p>
      <w:r>
        <w:rPr>
          <w:b/>
        </w:rPr>
        <w:t xml:space="preserve">[19:20] </w:t>
      </w:r>
      <w:r>
        <w:t>dua  bahut  hi  bada  sahara  momin  ka  hai,</w:t>
      </w:r>
    </w:p>
    <w:p>
      <w:pPr>
        <w:jc w:val="right"/>
      </w:pPr>
      <w:r>
        <w:t xml:space="preserve"> د ع ا  بہت  ہی  بڑ ا  س ہ ار ا  م وم ن  کا  ہے،</w:t>
      </w:r>
    </w:p>
    <w:p>
      <w:r>
        <w:rPr>
          <w:b/>
        </w:rPr>
        <w:t xml:space="preserve">[19:26] </w:t>
      </w:r>
      <w:r>
        <w:t>balkeh  sab  se  bada  sahara  momin  ka  sab  se  bada  sahara  hai  dua.</w:t>
      </w:r>
    </w:p>
    <w:p>
      <w:pPr>
        <w:jc w:val="right"/>
      </w:pPr>
      <w:r>
        <w:t xml:space="preserve"> بل کہ  سب  سے  بڑ ا  س ہ ار ا  م وم ن  کا  سب  سے  بڑ ا  س ہ ار ا  ہے  د ع ا۔</w:t>
      </w:r>
    </w:p>
    <w:p>
      <w:r>
        <w:rPr>
          <w:b/>
        </w:rPr>
        <w:t xml:space="preserve">[19:35] </w:t>
      </w:r>
      <w:r>
        <w:t>lekin  is  haqiqat  ko  samne  rakhna  pad e  ga  keh  dua  ke  liye  zaroori  nahi  keh  woh  ful fill  woh  poori  ho  jaae.</w:t>
      </w:r>
    </w:p>
    <w:p>
      <w:pPr>
        <w:jc w:val="right"/>
      </w:pPr>
      <w:r>
        <w:t xml:space="preserve"> لیکن  اس  ح قی قت  کو  سام نے  رکھ نا  پ ڑ ے  گ ا  کہ  د ع ا  کے  لیے  ض ر وری  نہیں  کہ  وہ  فل  ف ور  وہ  پ وری  ہو  ج ائ ے۔</w:t>
      </w:r>
    </w:p>
    <w:p>
      <w:r>
        <w:rPr>
          <w:b/>
        </w:rPr>
        <w:t xml:space="preserve">[19:48] </w:t>
      </w:r>
      <w:r>
        <w:t>idhar  aap  ne  kaha ,  idhar  idhar  ho  gayi ,  ho  gayi ,  aisa  nahi  ho  sakta.  toh  jab  aap  is  zehan  ke  saath  dua  karen  ge ,  is  zehan  ke  saath  dua  karen  ge  keh  idhar  mein  bolun ,  idhar  ho  jaae  toh  kya  ho ga ?</w:t>
      </w:r>
    </w:p>
    <w:p>
      <w:pPr>
        <w:jc w:val="right"/>
      </w:pPr>
      <w:r>
        <w:t xml:space="preserve"> اد ھر  آپ  نے  کہ ا،  اد ھر  اد ھر  ہو  گئی ،  ہو  گئی ،  ای سا  نہیں  ہو  س کت ا۔  تو  جب  آپ  اس  ذ ہ ن  کے  ساتھ  د ع ا  ک ری ں  گ ے ،  اس  ذ ہ ن  کے  ساتھ  د ع ا  ک ری ں  گ ے  کہ  اد ھر  میں  بول وں ،  اد ھر  ہو  ج ائے  تو  کیا  ہو گ ا ؟</w:t>
      </w:r>
    </w:p>
    <w:p>
      <w:r>
        <w:rPr>
          <w:b/>
        </w:rPr>
        <w:t xml:space="preserve">[20:07] </w:t>
      </w:r>
      <w:r>
        <w:t>reaction ,  frustration ,  mayusi ,  wohi  us  waqt  ho  raha  hai  musalmanon  mein .</w:t>
      </w:r>
    </w:p>
    <w:p>
      <w:pPr>
        <w:jc w:val="right"/>
      </w:pPr>
      <w:r>
        <w:t xml:space="preserve"> ری  ایک شن ،  فر سٹ ری شن ،  م ای وسی ،  وہ ی  اس  وقت  ہو  رہ ا  ہے  مس لمان وں  میں ۔</w:t>
      </w:r>
    </w:p>
    <w:p>
      <w:r>
        <w:rPr>
          <w:b/>
        </w:rPr>
        <w:t xml:space="preserve">[20:17] </w:t>
      </w:r>
      <w:r>
        <w:t>mere  bachpan  mein  mein  janta  hoon ,  khoob  duain  hoti  thin  masjdon  mein .  mere  bachpan  mein  masjdon  mein ,  madraso  mein  khoob  duain  hoti  thin.</w:t>
      </w:r>
    </w:p>
    <w:p>
      <w:pPr>
        <w:jc w:val="right"/>
      </w:pPr>
      <w:r>
        <w:t xml:space="preserve"> می ر ے  ب چ پ ن  میں  میں  ج انت ا  ہ وں ،  خ وب  د ع ائیں  ہوت ی  تھ یں  مس جد وں  میں ۔  می ر ے  ب چ پ ن  میں  مس جد وں  میں ،  مدرس وں  میں  خ وب  د ع ائیں  ہوت ی  تھ یں۔</w:t>
      </w:r>
    </w:p>
    <w:p>
      <w:r>
        <w:rPr>
          <w:b/>
        </w:rPr>
        <w:t xml:space="preserve">[20:32] </w:t>
      </w:r>
      <w:r>
        <w:t>yani  zalimon  ko  magloob  kar  de ,  Islam  ka  jhanda  buland  kar  de  waghera .</w:t>
      </w:r>
    </w:p>
    <w:p>
      <w:pPr>
        <w:jc w:val="right"/>
      </w:pPr>
      <w:r>
        <w:t xml:space="preserve"> ی ع نی  ظ الم وں  کو  مغ ل وب  کر  د ے ،  اسلام  کا  ج ھ ن ڈ ا  بل ند  کر  د ے  و غ یر ہ ۔</w:t>
      </w:r>
    </w:p>
    <w:p>
      <w:r>
        <w:rPr>
          <w:b/>
        </w:rPr>
        <w:t xml:space="preserve">[20:40] </w:t>
      </w:r>
      <w:r>
        <w:t>toh  kuch  hua  nahi .  bahut  din  tak  log  dua  karte  rahe ,  lekin  hua  nahi .</w:t>
      </w:r>
    </w:p>
    <w:p>
      <w:pPr>
        <w:jc w:val="right"/>
      </w:pPr>
      <w:r>
        <w:t xml:space="preserve"> تو  ک چھ  ہوا  نہیں ۔  بہت  دن  تک  لوگ  د ع ا  کرتے  رہ ے ،  لیکن  ہوا  نہیں ۔</w:t>
      </w:r>
    </w:p>
    <w:p>
      <w:r>
        <w:rPr>
          <w:b/>
        </w:rPr>
        <w:t xml:space="preserve">[20:47] </w:t>
      </w:r>
      <w:r>
        <w:t>zalim  magloob  nahi  hue ,  Islam  ka  jhanda ,  jhanda  parcham  auncha  nahi  hua .</w:t>
      </w:r>
    </w:p>
    <w:p>
      <w:pPr>
        <w:jc w:val="right"/>
      </w:pPr>
      <w:r>
        <w:t xml:space="preserve"> ظ الم  مغ ل وب  نہیں  ہوئے ،  اسلام  کا  ج ھ ن ڈ ا،  ج ھ ن ڈ ا  پر چ م  ا ون چ ا  نہیں  ہوا ۔</w:t>
      </w:r>
    </w:p>
    <w:p>
      <w:r>
        <w:rPr>
          <w:b/>
        </w:rPr>
        <w:t xml:space="preserve">[20:54] </w:t>
      </w:r>
      <w:r>
        <w:t>toh  mere  bachpan  mein  musalmanon  mein  daur  tha  dua  ka ,  dua  ka .</w:t>
      </w:r>
    </w:p>
    <w:p>
      <w:pPr>
        <w:jc w:val="right"/>
      </w:pPr>
      <w:r>
        <w:t xml:space="preserve"> تو  می ر ے  ب چ پ ن  میں  مس لمان وں  میں  دور  تھا  د ع ا  کا ،  د ع ا  کا ۔</w:t>
      </w:r>
    </w:p>
    <w:p>
      <w:r>
        <w:rPr>
          <w:b/>
        </w:rPr>
        <w:t xml:space="preserve">[21:02] </w:t>
      </w:r>
      <w:r>
        <w:t>ab  daur  aa  gaya  hai  reaction  ka .  yeh  meri  apni  dekhi  hui  baat  hai  keh  koi  mein  ne  khud  dekha  hai  aur  jiska  mein  witness  hoon ,  witness ,</w:t>
      </w:r>
    </w:p>
    <w:p>
      <w:pPr>
        <w:jc w:val="right"/>
      </w:pPr>
      <w:r>
        <w:t xml:space="preserve"> اب  دور  آ  گیا  ہے  ری  ایک شن  کا ۔  یہ  می ری  اپنی  دیک ھی  ہوئی  ب ات  ہے  کہ  کو ئی  میں  نے  خود  دیک ھا  ہے  اور  جس  کا  میں  و ٹ نس  ہ وں ،  و ٹ نس ،</w:t>
      </w:r>
    </w:p>
    <w:p>
      <w:r>
        <w:rPr>
          <w:b/>
        </w:rPr>
        <w:t xml:space="preserve">[21:16] </w:t>
      </w:r>
      <w:r>
        <w:t>witness</w:t>
      </w:r>
    </w:p>
    <w:p>
      <w:pPr>
        <w:jc w:val="right"/>
      </w:pPr>
      <w:r>
        <w:t xml:space="preserve"> و ٹ نس</w:t>
      </w:r>
    </w:p>
    <w:p>
      <w:r>
        <w:rPr>
          <w:b/>
        </w:rPr>
        <w:t xml:space="preserve">[21:19] </w:t>
      </w:r>
      <w:r>
        <w:t>keh  mere  bachpan  mein ,  yani  matlab  jawani ,  jawani  jab  mein  society  mein  aata  jata  tha ,  masjid  mein  aata  jata  tha ,  madraso  mein  aata  jata  tha ,  us  waqt  ki  baat  hai  keh  saare  musalman  dua  karte  the.</w:t>
      </w:r>
    </w:p>
    <w:p>
      <w:pPr>
        <w:jc w:val="right"/>
      </w:pPr>
      <w:r>
        <w:t xml:space="preserve"> کہ  می ر ے  ب چ پ ن  میں ،  ی ع نی  مط لب  ن وج و انی ،  ن وج و انی  جب  میں  س وس ائ ٹی  میں  آ تا  جاتا  تھا ،  مس جد  میں  آ تا  جاتا  تھا ،  مدرس وں  میں  آ تا  جاتا  تھا ،  اس  وقت  کی  ب ات  ہے  کہ  س ار ے  مس لمان  د ع ا  کرتے  تھے۔</w:t>
      </w:r>
    </w:p>
    <w:p>
      <w:r>
        <w:rPr>
          <w:b/>
        </w:rPr>
        <w:t xml:space="preserve">[21:39] </w:t>
      </w:r>
      <w:r>
        <w:t>kyun  keh  us  zamane  mein  unke  paas  yeh  baat  chhai  hui  thi  keh  angrez  India  mein  aaye ,  Mughal  saltanat  ko  unhone  khatam  kar  diya  aur  yeh  kya ,  woh  kya.</w:t>
      </w:r>
    </w:p>
    <w:p>
      <w:pPr>
        <w:jc w:val="right"/>
      </w:pPr>
      <w:r>
        <w:t xml:space="preserve"> کی ون کہ  اس  زمان ے  میں  ان  کے  پ اس  یہ  ب ات  چھ ائی  ہوئی  تھی  کہ  انگ ریز  انڈ یا  میں  آ ئے ،  مغ ل  سل ط نت  کو  انہوں  نے  خ تم  کر  دیا  اور  یہ  کیا ،  وہ  کیا۔</w:t>
      </w:r>
    </w:p>
    <w:p>
      <w:r>
        <w:rPr>
          <w:b/>
        </w:rPr>
        <w:t xml:space="preserve">[21:51] </w:t>
      </w:r>
      <w:r>
        <w:t>toh  dua  karte  the.</w:t>
      </w:r>
    </w:p>
    <w:p>
      <w:pPr>
        <w:jc w:val="right"/>
      </w:pPr>
      <w:r>
        <w:t xml:space="preserve"> تو  د ع ا  کرتے  تھے۔</w:t>
      </w:r>
    </w:p>
    <w:p>
      <w:r>
        <w:rPr>
          <w:b/>
        </w:rPr>
        <w:t xml:space="preserve">[21:55] </w:t>
      </w:r>
      <w:r>
        <w:t>lekin  jab  dua  unhone  dekha  keh  jo  dua  unhone  ki  thi ,  us  tarike  se  toh  woh  dua  poori  poori  hui  nahi .</w:t>
      </w:r>
    </w:p>
    <w:p>
      <w:pPr>
        <w:jc w:val="right"/>
      </w:pPr>
      <w:r>
        <w:t xml:space="preserve"> لیکن  جب  د ع ا  انہوں  نے  دیک ھا  کہ  جو  د ع ا  انہوں  نے  کی  تھ ی،  اس  ط ریق ے  سے  تو  وہ  د ع ا  پ وری  پ وری  ہوئی  نہیں ۔</w:t>
      </w:r>
    </w:p>
    <w:p>
      <w:r>
        <w:rPr>
          <w:b/>
        </w:rPr>
        <w:t xml:space="preserve">[22:04] </w:t>
      </w:r>
      <w:r>
        <w:t>toh  mein  ne  hi  doosra  daur  bhi  dekha  keh  musalmanon  mein  sakht  unka  mayusi  reaction  aa  gaya.</w:t>
      </w:r>
    </w:p>
    <w:p>
      <w:pPr>
        <w:jc w:val="right"/>
      </w:pPr>
      <w:r>
        <w:t xml:space="preserve"> تو  میں  نے  ہی  دوس را  دور  بھی  دیک ھا  کہ  مس لمان وں  میں  س خت  ان  کا  م ای وسی  ری  ایک شن  آ  گیا۔</w:t>
      </w:r>
    </w:p>
    <w:p>
      <w:r>
        <w:rPr>
          <w:b/>
        </w:rPr>
        <w:t xml:space="preserve">[22:12] </w:t>
      </w:r>
      <w:r>
        <w:t>ab  yeh  ho  gaya  keh  maro  unko ,  society  bhagni  karro ,  gun kar char  chalao ,  bam kar char  chalao .</w:t>
      </w:r>
    </w:p>
    <w:p>
      <w:pPr>
        <w:jc w:val="right"/>
      </w:pPr>
      <w:r>
        <w:t xml:space="preserve"> اب  یہ  ہو گ ا  کہ  مار و  ان  کو ،  س وس ائ ٹی  بھ ا گ نی  ک رو ،  گ ن  کر چ ر  چ لا ؤ ،  بم  کر چ ر  چ لا ؤ ۔</w:t>
      </w:r>
    </w:p>
    <w:p>
      <w:r>
        <w:rPr>
          <w:b/>
        </w:rPr>
        <w:t xml:space="preserve">[22:19] </w:t>
      </w:r>
      <w:r>
        <w:t xml:space="preserve">yeh  daur  aa  gaya.  toh  yeh  zaroori  hai  keh  aap  yeh  jaanen  keh  dua  ka , </w:t>
      </w:r>
    </w:p>
    <w:p>
      <w:pPr>
        <w:jc w:val="right"/>
      </w:pPr>
      <w:r>
        <w:t xml:space="preserve"> یہ  دور  آ  گیا۔  تو  یہ  ض ر وری  ہے  کہ  آپ  یہ  جان یں  کہ  د ع ا  کا ،</w:t>
      </w:r>
    </w:p>
    <w:p>
      <w:r>
        <w:rPr>
          <w:b/>
        </w:rPr>
        <w:t xml:space="preserve">[22:34] </w:t>
      </w:r>
      <w:r>
        <w:t>yani Allah ki taraf se tareeqa jo muqarrar kiya gaya hai, woh kiya hai.</w:t>
      </w:r>
    </w:p>
    <w:p>
      <w:pPr>
        <w:jc w:val="right"/>
      </w:pPr>
      <w:r>
        <w:t xml:space="preserve"> ی ع نی  اللہ  کی  طرف  سے  ط ریق ہ  جو  مق ر ر  کیا  گیا  ہے،  وہ  کیا  ہے۔</w:t>
      </w:r>
    </w:p>
    <w:p>
      <w:r>
        <w:rPr>
          <w:b/>
        </w:rPr>
        <w:t xml:space="preserve">[22:43] </w:t>
      </w:r>
      <w:r>
        <w:t>warna yeh hi ho ga jo musalmanon ke upar ho raha hai. To ab bani Israel ne jo bani wahid aap ki parhi likhi, parhi gayi aap ke samne.</w:t>
      </w:r>
    </w:p>
    <w:p>
      <w:pPr>
        <w:jc w:val="right"/>
      </w:pPr>
      <w:r>
        <w:t xml:space="preserve"> و رن ہ  یہ ی  ہو گ ا  جو  مس لمان وں  کے  او پر  ہو  رہ ا  ہے۔  تو  اب  بنی  اس رائ یل  نے  جو  بنی  واحد  آپ  کی  پ ڑ ھی  لکھ ی،  پ ڑ ھی  گئی  آپ  کے  سام نے ۔</w:t>
      </w:r>
    </w:p>
    <w:p>
      <w:r>
        <w:rPr>
          <w:b/>
        </w:rPr>
        <w:t xml:space="preserve">[22:56] </w:t>
      </w:r>
      <w:r>
        <w:t>To zahir hai ke bani Israel ne dua ki Hazrat Musa (AS) ke mutabiq, lekin dua kab poori hui?</w:t>
      </w:r>
    </w:p>
    <w:p>
      <w:pPr>
        <w:jc w:val="right"/>
      </w:pPr>
      <w:r>
        <w:t xml:space="preserve"> تو  ظ اہ ر  ہے  کہ  بنی  اس رائ یل  نے  د ع ا  کی  حض رت  موسی ٰ  کہ انی  کے  مط ابق ،  لیکن  د ع ا  ک ب  پ وری  ہوئی ؟</w:t>
      </w:r>
    </w:p>
    <w:p>
      <w:r>
        <w:rPr>
          <w:b/>
        </w:rPr>
        <w:t xml:space="preserve">[23:07] </w:t>
      </w:r>
      <w:r>
        <w:t>Jab zulm shuru kiya tha Firon ne, us ke muqable mein ghaliban chalis saal baad Musa, yani Allah ta'ala ne Firon ko barah amr mein gharaq kar diya.</w:t>
      </w:r>
    </w:p>
    <w:p>
      <w:pPr>
        <w:jc w:val="right"/>
      </w:pPr>
      <w:r>
        <w:t xml:space="preserve"> جب  ظ لم  شروع  کیا  تھا  فر ع ون  نے ،  اس  کے  مق اب لے  میں  غ الب اً  چ ال یس  سال  بعد  موسی ٰ ،  ی ع نی  اللہ  تع الی ٰ  نے  فر ع ون  کو  بار ہ  ا مر  میں  غ رق  کر  دیا ۔</w:t>
      </w:r>
    </w:p>
    <w:p>
      <w:r>
        <w:rPr>
          <w:b/>
        </w:rPr>
        <w:t xml:space="preserve">[23:25] </w:t>
      </w:r>
      <w:r>
        <w:t>Dekhein, barah amr gharaq karne ka matlab kiya hai? Barah amr to samandar hai, us poore samandar mein gharaq nahi hua tha.</w:t>
      </w:r>
    </w:p>
    <w:p>
      <w:pPr>
        <w:jc w:val="right"/>
      </w:pPr>
      <w:r>
        <w:t xml:space="preserve"> دیک ھ یں ،  بار ہ  ا مر  غ رق  کرنے  کا  مط لب  کیا  ہے ؟  بار ہ  ا مر  تو  سم ندر  ہے،  اس  پ ور ے  سم ندر  میں  غ رق  نہیں  ہوا  تھا۔</w:t>
      </w:r>
    </w:p>
    <w:p>
      <w:r>
        <w:rPr>
          <w:b/>
        </w:rPr>
        <w:t xml:space="preserve">[23:32] </w:t>
      </w:r>
      <w:r>
        <w:t>Woh barah amr jo hai, yani Red Sea, Red Sea ki shakal hai ke ek taraf to chaura aur doosri taraf us ke andar do singein is tareeqe se hain, yani do sing ban gayi hain.</w:t>
      </w:r>
    </w:p>
    <w:p>
      <w:pPr>
        <w:jc w:val="right"/>
      </w:pPr>
      <w:r>
        <w:t xml:space="preserve"> وہ  بار ہ  ا مر  جو  ہے،  ی ع نی  ری ڈ  سی ،  ری ڈ  سی  کی  ش کل  ہے  کہ  ایک  طرف  تو  چ و ڑ ا  اور  دوس ری  طرف  اس  کے  اند ر  دو  سین گ یں  اس  ط ریق ے  سے  ہیں ،  ی ع نی  دو  سین گ  بن  گئی  ہیں۔</w:t>
      </w:r>
    </w:p>
    <w:p>
      <w:r>
        <w:rPr>
          <w:b/>
        </w:rPr>
        <w:t xml:space="preserve">[23:47] </w:t>
      </w:r>
      <w:r>
        <w:t>Yahan beech mein desert hai, yahan se nikle the woh aur us ko jo gharaqi hui thi ek sing ke nok par, jahan bohat kam chauraai chauraai thi.</w:t>
      </w:r>
    </w:p>
    <w:p>
      <w:pPr>
        <w:jc w:val="right"/>
      </w:pPr>
      <w:r>
        <w:t xml:space="preserve"> یہ اں  بی چ  میں  ڈی زر ٹ  ہے،  یہ اں  سے  ن ک لے  تھے  وہ  اور  اس  کو  جو  غ رق ابی  ہوئی  تھی  ایک  سین گ  کے  نو ک  پر ،  جہ اں  بہت  کم  چ و ڑ ائی  چ و ڑ ائی  تھی۔</w:t>
      </w:r>
    </w:p>
    <w:p>
      <w:r>
        <w:rPr>
          <w:b/>
        </w:rPr>
        <w:t xml:space="preserve">[24:03] </w:t>
      </w:r>
      <w:r>
        <w:t>Barah amr to bohat chaura tha, woh to</w:t>
      </w:r>
    </w:p>
    <w:p>
      <w:pPr>
        <w:jc w:val="right"/>
      </w:pPr>
      <w:r>
        <w:t xml:space="preserve"> بار ہ  ا مر  تو  بہت  چ و ڑ ا  تھا ،  وہ  تو</w:t>
      </w:r>
    </w:p>
    <w:p>
      <w:r>
        <w:rPr>
          <w:b/>
        </w:rPr>
        <w:t xml:space="preserve">[24:10] </w:t>
      </w:r>
      <w:r>
        <w:t>Is maqam par Allah ta'ala ne Firon ko gharaq kar diya kyun ke Hazrat Musa ki peecha karte hue woh wahan tak pahanch gaya tha.</w:t>
      </w:r>
    </w:p>
    <w:p>
      <w:pPr>
        <w:jc w:val="right"/>
      </w:pPr>
      <w:r>
        <w:t xml:space="preserve"> اس  مقام  پر  اللہ  تع الی ٰ  نے  فر ع ون  کو  غ رق  کر  دیا  کی ون کہ  حض رت  موسی ٰ  کی  پی چھ ا  کرتے  ہوئے  وہ  وہ اں  تک  پہ ن چ  گیا  تھا۔</w:t>
      </w:r>
    </w:p>
    <w:p>
      <w:r>
        <w:rPr>
          <w:b/>
        </w:rPr>
        <w:t xml:space="preserve">[24:21] </w:t>
      </w:r>
      <w:r>
        <w:t>To aap ghaur kijiye, dua ke poora hone mein chalis saal lage taqreeban.</w:t>
      </w:r>
    </w:p>
    <w:p>
      <w:pPr>
        <w:jc w:val="right"/>
      </w:pPr>
      <w:r>
        <w:t xml:space="preserve"> تو  آپ  غ ور  کی ج ئے ،  د ع ا  کے  پ ور ا  ہونے  میں  چ ال یس  سال  ل گ ے  تق ریب اً ۔</w:t>
      </w:r>
    </w:p>
    <w:p>
      <w:r>
        <w:rPr>
          <w:b/>
        </w:rPr>
        <w:t xml:space="preserve">[24:30] </w:t>
      </w:r>
      <w:r>
        <w:t>Achha, main apne qayas ke tehat keh raha hoon ke shayad chalis lage, saal lage the.</w:t>
      </w:r>
    </w:p>
    <w:p>
      <w:pPr>
        <w:jc w:val="right"/>
      </w:pPr>
      <w:r>
        <w:t xml:space="preserve"> ا چھ ا،  میں  اپنے  ق یا س  کے  تحت  کہ ہ  رہ ا  ہ وں  کہ  ش ای د  چ ال یس  ل گ ے ،  سال  ل گ ے  تھے۔</w:t>
      </w:r>
    </w:p>
    <w:p>
      <w:r>
        <w:rPr>
          <w:b/>
        </w:rPr>
        <w:t xml:space="preserve">[24:38] </w:t>
      </w:r>
      <w:r>
        <w:t>To har surat e haal mein yeh bhi zaroori hai ke dua ke mutabiq amal.</w:t>
      </w:r>
    </w:p>
    <w:p>
      <w:pPr>
        <w:jc w:val="right"/>
      </w:pPr>
      <w:r>
        <w:t xml:space="preserve"> تو  ہ ر  صورت ح ال  میں  یہ  بھی  ض ر وری  ہے  کہ  د ع ا  کے  مط ابق  عمل ۔</w:t>
      </w:r>
    </w:p>
    <w:p>
      <w:r>
        <w:rPr>
          <w:b/>
        </w:rPr>
        <w:t xml:space="preserve">[24:48] </w:t>
      </w:r>
      <w:r>
        <w:t>Quran mein ek ayat hai ke</w:t>
      </w:r>
    </w:p>
    <w:p>
      <w:pPr>
        <w:jc w:val="right"/>
      </w:pPr>
      <w:r>
        <w:t xml:space="preserve"> قر آ ن  میں  ایک  آ یت  ہے  کہ</w:t>
      </w:r>
    </w:p>
    <w:p>
      <w:r>
        <w:rPr>
          <w:b/>
        </w:rPr>
        <w:t xml:space="preserve">[24:53] </w:t>
      </w:r>
      <w:r>
        <w:t>"إليه يصعد القلب الطيب والأمر الصالح يرفع". Is ka matlab yeh hai ke jab aadmi dua kare to woh dua ke mutabiq amal bhi kare.</w:t>
      </w:r>
    </w:p>
    <w:p>
      <w:pPr>
        <w:jc w:val="right"/>
      </w:pPr>
      <w:r>
        <w:t xml:space="preserve"> " إ لي ه  ي س د  الق لب  الط يب  والأ مر  الص ال ح  ي رف ع " ۔  اس  کا  مط لب  یہ  ہے  کہ  جب  آ دم ی  د ع ا  کر ے  تو  وہ  د ع ا  کے  مط ابق  عمل  بھی  کر ے۔</w:t>
      </w:r>
    </w:p>
    <w:p>
      <w:r>
        <w:rPr>
          <w:b/>
        </w:rPr>
        <w:t xml:space="preserve">[25:10] </w:t>
      </w:r>
      <w:r>
        <w:t>Woh jab dua kare to dua ke mutabiq amal bhi kare. Yani is is ayat ki roshni mein sabar kare, yani dua karne ke baad sabar kare.</w:t>
      </w:r>
    </w:p>
    <w:p>
      <w:pPr>
        <w:jc w:val="right"/>
      </w:pPr>
      <w:r>
        <w:t xml:space="preserve"> وہ  جب  د ع ا  کر ے  تو  د ع ا  کے  مط ابق  عمل  بھی  کر ے۔  ی ع نی  اس  اس  آ یت  کی  رو ش نی  میں  ص بر  کر ے ،  ی ع نی  د ع ا  کرنے  کے  بعد  ص بر  کر ے۔</w:t>
      </w:r>
    </w:p>
    <w:p>
      <w:r>
        <w:rPr>
          <w:b/>
        </w:rPr>
        <w:t xml:space="preserve">[25:23] </w:t>
      </w:r>
      <w:r>
        <w:t>Sabar ke maani kiya hain? Peaceful planning, reaction na karna, tashaddud na karna, ladai na chhedna,</w:t>
      </w:r>
    </w:p>
    <w:p>
      <w:pPr>
        <w:jc w:val="right"/>
      </w:pPr>
      <w:r>
        <w:t xml:space="preserve"> ص بر  کے  مع نی  کیا  ہیں ؟  پی س  فل  پ ل ان نگ ،  ری  ایک شن  نہ  کر نا ،  تش د د  نہ  کر نا ،  ل ڑ ائی  نہ  چ ھی ڑ نا ،</w:t>
      </w:r>
    </w:p>
    <w:p>
      <w:r>
        <w:rPr>
          <w:b/>
        </w:rPr>
        <w:t xml:space="preserve">[25:36] </w:t>
      </w:r>
      <w:r>
        <w:t>Balkeh bohat hi zyada peaceful planning yeh zaroori hai.</w:t>
      </w:r>
    </w:p>
    <w:p>
      <w:pPr>
        <w:jc w:val="right"/>
      </w:pPr>
      <w:r>
        <w:t xml:space="preserve"> بل کہ  بہت  ہی  زیادہ  پی س  فل  پ ل ان نگ  یہ  ض ر وری  ہے۔</w:t>
      </w:r>
    </w:p>
    <w:p>
      <w:r>
        <w:rPr>
          <w:b/>
        </w:rPr>
        <w:t xml:space="preserve">[25:44] </w:t>
      </w:r>
      <w:r>
        <w:t>To dua ke baad jaisay musalmanon ke bare mein main kahunga ke bachpan mein jo sunta tha duaein, ab woh tashaddud aa gaya musalmanon mein, nafrat aa gayi, har taraf nafrat.</w:t>
      </w:r>
    </w:p>
    <w:p>
      <w:pPr>
        <w:jc w:val="right"/>
      </w:pPr>
      <w:r>
        <w:t xml:space="preserve"> تو  د ع ا  کے  بعد  ج یس ے  مس لمان وں  کے  بار ے  میں  میں  کہ وں  گ ا  کہ  ب چ پ ن  میں  جو  سن تا  تھا  د ع ائیں ،  اب  وہ  تش د د  آ  گیا  مس لمان وں  میں ،  ن فر ت  آ  گئی ،  ہ ر  طرف  ن فر ت ۔</w:t>
      </w:r>
    </w:p>
    <w:p>
      <w:r>
        <w:rPr>
          <w:b/>
        </w:rPr>
        <w:t xml:space="preserve">[26:01] </w:t>
      </w:r>
      <w:r>
        <w:t>Kyun? Dua ke mutabiq unhone amal nahi kiya. Dua ke mutabiq amal kiya tha?</w:t>
      </w:r>
    </w:p>
    <w:p>
      <w:pPr>
        <w:jc w:val="right"/>
      </w:pPr>
      <w:r>
        <w:t xml:space="preserve"> کی وں ؟  د ع ا  کے  مط ابق  انہوں  نے  عمل  نہیں  کیا۔  د ع ا  کے  مط ابق  عمل  کیا  تھا ؟</w:t>
      </w:r>
    </w:p>
    <w:p>
      <w:r>
        <w:rPr>
          <w:b/>
        </w:rPr>
        <w:t xml:space="preserve">[26:09] </w:t>
      </w:r>
      <w:r>
        <w:t>Peaceful dua work.</w:t>
      </w:r>
    </w:p>
    <w:p>
      <w:pPr>
        <w:jc w:val="right"/>
      </w:pPr>
      <w:r>
        <w:t xml:space="preserve"> پی س  فل  د ع ا  و رک ۔</w:t>
      </w:r>
    </w:p>
    <w:p>
      <w:r>
        <w:rPr>
          <w:b/>
        </w:rPr>
        <w:t xml:space="preserve">[26:13] </w:t>
      </w:r>
      <w:r>
        <w:t>Agar angrez jab aaye India mein to unhone dawat ki azadi ko khatam nahi kiya.</w:t>
      </w:r>
    </w:p>
    <w:p>
      <w:pPr>
        <w:jc w:val="right"/>
      </w:pPr>
      <w:r>
        <w:t xml:space="preserve"> اگر  انگ ریز  جب  آ ئے  انڈ یا  میں  تو  انہوں  نے  د ع وت  کی  آز ادی  کو  خ تم  نہیں  کیا۔</w:t>
      </w:r>
    </w:p>
    <w:p>
      <w:r>
        <w:rPr>
          <w:b/>
        </w:rPr>
        <w:t xml:space="preserve">[26:22] </w:t>
      </w:r>
      <w:r>
        <w:t>Aap jaante hain ke Sufiya dawat ka kaam karte rahe, kisi ne un ko roka nahi.</w:t>
      </w:r>
    </w:p>
    <w:p>
      <w:pPr>
        <w:jc w:val="right"/>
      </w:pPr>
      <w:r>
        <w:t xml:space="preserve"> آپ  ج انت ے  ہیں  کہ  ص وف یا ء  د ع وت  کا  کام  کرتے  رہ ے ،  کسی  نے  ان  کو  رو کا  نہیں ۔</w:t>
      </w:r>
    </w:p>
    <w:p>
      <w:r>
        <w:rPr>
          <w:b/>
        </w:rPr>
        <w:t xml:space="preserve">[26:31] </w:t>
      </w:r>
      <w:r>
        <w:t>Yani do sau saal hukumat ki hai angrezon ne, do sau saal.</w:t>
      </w:r>
    </w:p>
    <w:p>
      <w:pPr>
        <w:jc w:val="right"/>
      </w:pPr>
      <w:r>
        <w:t xml:space="preserve"> ی ع نی  دو  سو  سال  حکومت  کی  ہے  انگ ریز وں  نے ،  دو  سو  سال ۔</w:t>
      </w:r>
    </w:p>
    <w:p>
      <w:r>
        <w:rPr>
          <w:b/>
        </w:rPr>
        <w:t xml:space="preserve">[26:37] </w:t>
      </w:r>
      <w:r>
        <w:t>Aur is do sau saal ke darmiyan Sufiya, Sufi logon ne bohat kaam kiya, Kashmir se le kar South India tak.</w:t>
      </w:r>
    </w:p>
    <w:p>
      <w:pPr>
        <w:jc w:val="right"/>
      </w:pPr>
      <w:r>
        <w:t xml:space="preserve"> اور  اس  دو  سو  سال  کے  در می ان  ص وف یا ء ،  ص وف ی  لوگ وں  نے  بہت  کام  کیا ،  کش م یر  سے  ل ے  کر  سا ؤ ت ھ  انڈ یا  تک ۔</w:t>
      </w:r>
    </w:p>
    <w:p>
      <w:r>
        <w:rPr>
          <w:b/>
        </w:rPr>
        <w:t xml:space="preserve">[26:49] </w:t>
      </w:r>
      <w:r>
        <w:t>To yeh tha dawat ke mutabiq amal, dua ke mutabiq amal.</w:t>
      </w:r>
    </w:p>
    <w:p>
      <w:pPr>
        <w:jc w:val="right"/>
      </w:pPr>
      <w:r>
        <w:t xml:space="preserve"> تو  یہ  تھا  د ع وت  کے  مط ابق  عمل ،  د ع ا  کے  مط ابق  عمل ۔</w:t>
      </w:r>
    </w:p>
    <w:p>
      <w:r>
        <w:rPr>
          <w:b/>
        </w:rPr>
        <w:t xml:space="preserve">[26:57] </w:t>
      </w:r>
      <w:r>
        <w:t>tum dua kar rahe ho to is ke mutabiq amal yeh hai ke tum dawat do, pesh fal dawat.</w:t>
      </w:r>
    </w:p>
    <w:p>
      <w:pPr>
        <w:jc w:val="right"/>
      </w:pPr>
      <w:r>
        <w:t xml:space="preserve"> تم  د ع ا  کر  رہ ے  ہو  تو  اس  کے  مط ابق  عمل  یہ  ہے  کہ  تم  د ع وت  دو ،  پی س  فل  د ع وت ۔</w:t>
      </w:r>
    </w:p>
    <w:p>
      <w:r>
        <w:rPr>
          <w:b/>
        </w:rPr>
        <w:t xml:space="preserve">[27:06] </w:t>
      </w:r>
      <w:r>
        <w:t>in ke dil, in ke mind ko address karo, in ke dil tak pohnchne ki koshish karo, in ke jo jis daleel se woh mutasir hote ho, woh daleel pesh karo.</w:t>
      </w:r>
    </w:p>
    <w:p>
      <w:pPr>
        <w:jc w:val="right"/>
      </w:pPr>
      <w:r>
        <w:t xml:space="preserve"> ان  کے  دل ،  ان  کے  م ائن ڈ  کو  ای ڈ ری س  ک رو ،  ان  کے  دل  تک  پہ ن چ نے  کی  کو ش ش  ک رو ،  ان  کے  جو  جس  دل یل  سے  وہ  مت ا ثر  ہوت ے  ہو ،  وہ  دل یل  پیش  ک رو ۔</w:t>
      </w:r>
    </w:p>
    <w:p>
      <w:r>
        <w:rPr>
          <w:b/>
        </w:rPr>
        <w:t xml:space="preserve">[27:23] </w:t>
      </w:r>
      <w:r>
        <w:t>jo daleel in ke liye qabil e qabool hai, us ko rakho in ke samne. aur sab phir intehai khair khwahi ke sath, bohat khair khwahi, bohat ziyada mohabbat ka jazba ho,</w:t>
      </w:r>
    </w:p>
    <w:p>
      <w:pPr>
        <w:jc w:val="right"/>
      </w:pPr>
      <w:r>
        <w:t xml:space="preserve"> جو  دل یل  ان  کے  لیے  ق ابل  قب ول  ہے،  اس  کو  رکھ و  ان  کے  سام نے ۔  اور  سب  پ ھر  انت ہ ائی  خ یر خ وا ہ ی  کے  ساتھ ،  بہت  خ یر خ وا ہ ی،  بہت  زیادہ  مح بت  کا  ج ذ ب ہ  ہو ،</w:t>
      </w:r>
    </w:p>
    <w:p>
      <w:r>
        <w:rPr>
          <w:b/>
        </w:rPr>
        <w:t xml:space="preserve">[27:42] </w:t>
      </w:r>
      <w:r>
        <w:t>khair khwahi ka jazba ho, aur dawat ka kaam karo. yeh to kiya nahi? jab kiya nahi to aakhir mein yeh hua ke ab aaj kal musalman tashaddud mein sochte hain.</w:t>
      </w:r>
    </w:p>
    <w:p>
      <w:pPr>
        <w:jc w:val="right"/>
      </w:pPr>
      <w:r>
        <w:t xml:space="preserve"> خ یر خ وا ہ ی  کا  ج ذ ب ہ  ہو ،  اور  د ع وت  کا  کام  ک رو ۔  یہ  تو  کیا  نہیں ؟  جب  کیا  نہیں  تو  آخر  میں  یہ  ہوا  کہ  اب  آ ج  کل  مس لمان  تش د د  میں  سو چ تے  ہیں۔</w:t>
      </w:r>
    </w:p>
    <w:p>
      <w:r>
        <w:rPr>
          <w:b/>
        </w:rPr>
        <w:t xml:space="preserve">[27:57] </w:t>
      </w:r>
      <w:r>
        <w:t>isi tashaddud ka ek woh hai ke woh woh sari sari bhag mag karte hain.</w:t>
      </w:r>
    </w:p>
    <w:p>
      <w:pPr>
        <w:jc w:val="right"/>
      </w:pPr>
      <w:r>
        <w:t xml:space="preserve"> اس ی  تش د د  کا  ایک  وہ  ہے  کہ  وہ  وہ  س اری  س اری  بھ ا گ م  کرتے  ہیں۔</w:t>
      </w:r>
    </w:p>
    <w:p>
      <w:r>
        <w:rPr>
          <w:b/>
        </w:rPr>
        <w:t xml:space="preserve">[28:07] </w:t>
      </w:r>
      <w:r>
        <w:t>to pehle dua aayi, phir dua ke mutabiq amal nahi kiya to kiya hua?</w:t>
      </w:r>
    </w:p>
    <w:p>
      <w:pPr>
        <w:jc w:val="right"/>
      </w:pPr>
      <w:r>
        <w:t xml:space="preserve"> تو  پہلے  د ع ا  آ ئی ،  پ ھر  د ع ا  کے  مط ابق  عمل  نہیں  کیا  تو  کیا  ہوا ؟</w:t>
      </w:r>
    </w:p>
    <w:p>
      <w:r>
        <w:rPr>
          <w:b/>
        </w:rPr>
        <w:t xml:space="preserve">[28:17] </w:t>
      </w:r>
      <w:r>
        <w:t>reaction aaya, aur reaction ke sath tashaddud aaya. aur aap jante hain ke kai bar musalmanon ne ba qaidah takrao kiya, lade angrezon se.</w:t>
      </w:r>
    </w:p>
    <w:p>
      <w:pPr>
        <w:jc w:val="right"/>
      </w:pPr>
      <w:r>
        <w:t xml:space="preserve"> ری  ایک شن  آ یا ،  اور  ری  ایک شن  کے  ساتھ  تش د د  آ یا ۔  اور  آپ  ج انت ے  ہیں  کہ  ک ئی  بار  مس لمان وں  نے  با ق اع د ہ  ٹ ک را ؤ  کیا ،  ل ڑ ے  انگ ریز وں  سے ۔</w:t>
      </w:r>
    </w:p>
    <w:p>
      <w:r>
        <w:rPr>
          <w:b/>
        </w:rPr>
        <w:t xml:space="preserve">[28:30] </w:t>
      </w:r>
      <w:r>
        <w:t>yeh sara yeh jo hua, yeh Allah ki jo scheme of things hai, us ko na samajhne ki wajah se hua.</w:t>
      </w:r>
    </w:p>
    <w:p>
      <w:pPr>
        <w:jc w:val="right"/>
      </w:pPr>
      <w:r>
        <w:t xml:space="preserve"> یہ  س ار ا  یہ  جو  ہوا ،  یہ  اللہ  کی  جو  اسک یم  آف  تھ نگ ز  ہے،  اس  کو  نہ  سم ج ھ نے  کی  وجہ  سے  ہوا ۔</w:t>
      </w:r>
    </w:p>
    <w:p>
      <w:r>
        <w:rPr>
          <w:b/>
        </w:rPr>
        <w:t xml:space="preserve">[28:48] </w:t>
      </w:r>
      <w:r>
        <w:t>jab India mein angrez aaye to pehli baat musalmanon ki yeh sochnay ki thi ke dua to sahih kiya, unhon ne dua to unhon ne sahih kiya.</w:t>
      </w:r>
    </w:p>
    <w:p>
      <w:pPr>
        <w:jc w:val="right"/>
      </w:pPr>
      <w:r>
        <w:t xml:space="preserve"> جب  انڈ یا  میں  انگ ریز  آ ئے  تو  پہ لی  ب ات  مس لمان وں  کی  یہ  سو چ نے  کی  تھی  کہ  د ع ا  تو  صح ی ح  کیا ،  انہوں  نے  د ع ا  تو  انہوں  نے  صح ی ح  کیا۔</w:t>
      </w:r>
    </w:p>
    <w:p>
      <w:r>
        <w:rPr>
          <w:b/>
        </w:rPr>
        <w:t xml:space="preserve">[29:01] </w:t>
      </w:r>
      <w:r>
        <w:t>main bad dua kar nahi keh raha hoon, main dua kar raha hoon. dua ko sahih kiya, lekin dua ke baad jo kaam unhon ne karna tha, woh dawat ki pesh fal planning.</w:t>
      </w:r>
    </w:p>
    <w:p>
      <w:pPr>
        <w:jc w:val="right"/>
      </w:pPr>
      <w:r>
        <w:t xml:space="preserve"> میں  بد  د ع ا  کر  نہیں  کہ ہ  رہ ا  ہ وں ،  میں  د ع ا  کر  رہ ا  ہ وں ۔  د ع ا  کو  صح ی ح  کیا ،  لیکن  د ع ا  کے  بعد  جو  کام  انہوں  نے  کر نا  تھا ،  وہ  د ع وت  کی  پی س  فل  پ ل ان نگ ۔</w:t>
      </w:r>
    </w:p>
    <w:p>
      <w:r>
        <w:rPr>
          <w:b/>
        </w:rPr>
        <w:t xml:space="preserve">[29:15] </w:t>
      </w:r>
      <w:r>
        <w:t>dawat ki pesh fal planning. misal ke taur par dekhiye, ek angrez tha, mont gomery watt.</w:t>
      </w:r>
    </w:p>
    <w:p>
      <w:pPr>
        <w:jc w:val="right"/>
      </w:pPr>
      <w:r>
        <w:t xml:space="preserve"> د ع وت  کی  پی س  فل  پ ل ان نگ ۔  مث ال  کے  طور  پر  دیک ھی ے ،  ایک  انگ ریز  تھا ،  مان ٹ  گ وم ری  وا ٹ ۔</w:t>
      </w:r>
    </w:p>
    <w:p>
      <w:r>
        <w:rPr>
          <w:b/>
        </w:rPr>
        <w:t xml:space="preserve">[29:27] </w:t>
      </w:r>
      <w:r>
        <w:t>mont gomery watt, us ki kitab hai seerat par, seerat rasool par.</w:t>
      </w:r>
    </w:p>
    <w:p>
      <w:pPr>
        <w:jc w:val="right"/>
      </w:pPr>
      <w:r>
        <w:t xml:space="preserve"> مان ٹ  گ وم ری  وا ٹ ،  اس  کی  کتاب  ہے  س یر ت  پر ،  س یر ت  رس ول  پر ۔</w:t>
      </w:r>
    </w:p>
    <w:p>
      <w:r>
        <w:rPr>
          <w:b/>
        </w:rPr>
        <w:t xml:space="preserve">[29:35] </w:t>
      </w:r>
      <w:r>
        <w:t>to us kitab ke aakhir mein woh likhta hai ke musalman agar Islam ko</w:t>
      </w:r>
    </w:p>
    <w:p>
      <w:pPr>
        <w:jc w:val="right"/>
      </w:pPr>
      <w:r>
        <w:t xml:space="preserve"> تو  اس  کتاب  کے  آخر  میں  وہ  لکھ تا  ہے  کہ  مس لمان  اگر  اسلام  کو</w:t>
      </w:r>
    </w:p>
    <w:p>
      <w:r>
        <w:rPr>
          <w:b/>
        </w:rPr>
        <w:t xml:space="preserve">[29:46] </w:t>
      </w:r>
      <w:r>
        <w:t>pesh fal andaz mein maghrib ke samne pesh karein to un ko maghrib mein bohat se log milenge jo un ke hamdurd hon, un ki baat sunein.</w:t>
      </w:r>
    </w:p>
    <w:p>
      <w:pPr>
        <w:jc w:val="right"/>
      </w:pPr>
      <w:r>
        <w:t xml:space="preserve"> پی س  فل  اند از  میں  مغ رب  کے  سام نے  پیش  ک ری ں  تو  ان  کو  مغ رب  میں  بہت  سے  لوگ  ملی ں  گ ے  جو  ان  کے  ہ مد رد  ہ وں ،  ان  کی  ب ات  سن یں۔</w:t>
      </w:r>
    </w:p>
    <w:p>
      <w:r>
        <w:rPr>
          <w:b/>
        </w:rPr>
        <w:t xml:space="preserve">[30:02] </w:t>
      </w:r>
      <w:r>
        <w:t>lekin kisi ne aisa kiya nahi, kisi ne aisa kiya nahi. to khulasa yeh hai ke dua bohat bari hathiyar hamara hai,</w:t>
      </w:r>
    </w:p>
    <w:p>
      <w:pPr>
        <w:jc w:val="right"/>
      </w:pPr>
      <w:r>
        <w:t xml:space="preserve"> لیکن  کسی  نے  ای سا  کیا  نہیں ،  کسی  نے  ای سا  کیا  نہیں ۔  تو  خ لا ص ہ  یہ  ہے  کہ  د ع ا  بہت  ب ڑی  ہ ت ھی ار  ہ مار ا  ہے،</w:t>
      </w:r>
    </w:p>
    <w:p>
      <w:r>
        <w:rPr>
          <w:b/>
        </w:rPr>
        <w:t xml:space="preserve">[30:18] </w:t>
      </w:r>
      <w:r>
        <w:t>pesh fal hathiyar. lekin dua ke sath jo Allah ne usool muqarrar kiye hain, us ko humein janna hai, tab hamari dua qabool hogi.</w:t>
      </w:r>
    </w:p>
    <w:p>
      <w:pPr>
        <w:jc w:val="right"/>
      </w:pPr>
      <w:r>
        <w:t xml:space="preserve"> پی س  فل  ہ ت ھی ار ۔  لیکن  د ع ا  کے  ساتھ  جو  اللہ  نے  اص ول  مق ر ر  کی ے  ہیں ،  اس  کو  ہ م یں  جان نا  ہے،  تب  ہ م اری  د ع ا  قب ول  ہو گی ۔</w:t>
      </w:r>
    </w:p>
    <w:p>
      <w:r>
        <w:rPr>
          <w:b/>
        </w:rPr>
        <w:t xml:space="preserve">[30:31] </w:t>
      </w:r>
      <w:r>
        <w:t>meri dua hai ke Allah taala hum ko aur aap ko samajh de is baat ki. Assalam o alaikum wa rehmatullah.</w:t>
      </w:r>
    </w:p>
    <w:p>
      <w:pPr>
        <w:jc w:val="right"/>
      </w:pPr>
      <w:r>
        <w:t xml:space="preserve"> می ری  د ع ا  ہے  کہ  اللہ  تع الی ٰ  ہ م  کو  اور  آپ  کو  سم ج ھ  د ے  اس  ب ات  کی۔  الس لام  ع ل یک م  و رح م ۃ  اللہ ۔</w:t>
      </w:r>
    </w:p>
    <w:p>
      <w:r>
        <w:rPr>
          <w:b/>
        </w:rPr>
        <w:t xml:space="preserve">[30:51] </w:t>
      </w:r>
      <w:r>
        <w:t>So we will start with the question answer session. All the viewers who want to send their questions can send their question either in the comment section on Facebook or on info @ cpsglobal.</w:t>
      </w:r>
    </w:p>
    <w:p>
      <w:pPr>
        <w:jc w:val="right"/>
      </w:pPr>
      <w:r>
        <w:t xml:space="preserve"> So  we  will  start  with  the  qu es tion  ans wer  s ess ion.  All  the  v iew ers  who  w ant  to  send  their  qu es tions  can  send  their  qu es tion  e ith er  in  the  com ment  sec tion  on  Face book  or  on  inf o @ c ps g lob al.</w:t>
      </w:r>
    </w:p>
    <w:p>
      <w:r>
        <w:rPr>
          <w:b/>
        </w:rPr>
        <w:t xml:space="preserve">[31:05] </w:t>
      </w:r>
      <w:r>
        <w:t>org. Maulana, sab se pehle comment lete hain. Maulana Iqbal Umri ne Chennai se comment likha hai, unhon ne kaha hai: "Dua ko Khuda manage karta hai,</w:t>
      </w:r>
    </w:p>
    <w:p>
      <w:pPr>
        <w:jc w:val="right"/>
      </w:pPr>
      <w:r>
        <w:t>org ۔  مول ان ا،  سب  سے  پہلے  com ment  ل یت ے  ہیں۔  مول انا  اق بال  عم ری  نے  چ ن ئی  سے  com ment  لکھ ا  ہے،  انہوں  نے  کہ ا  ہے :  " د ع ا  کو  خ دا  man age  کر تا  ہے،</w:t>
      </w:r>
    </w:p>
    <w:p>
      <w:r>
        <w:rPr>
          <w:b/>
        </w:rPr>
        <w:t xml:space="preserve">[31:20] </w:t>
      </w:r>
      <w:r>
        <w:t>yeh concept Khuda se mayoos nahi karta." Maulana, pehli bar is tareeqe ko maine jaana.</w:t>
      </w:r>
    </w:p>
    <w:p>
      <w:pPr>
        <w:jc w:val="right"/>
      </w:pPr>
      <w:r>
        <w:t xml:space="preserve"> یہ  con cept  خ دا  سے  م ای وس  نہیں  کر تا ۔ "  مول ان ا،  پہ لی  بار  اس  ط ریق ے  کو  میں  نے  جان ا۔</w:t>
      </w:r>
    </w:p>
    <w:p>
      <w:r>
        <w:rPr>
          <w:b/>
        </w:rPr>
        <w:t xml:space="preserve">[31:28] </w:t>
      </w:r>
      <w:r>
        <w:t>Jazak Allah. Zahoor ur Rehman Sahab ne Auckland, New Zealand se comment bheja hai, unhon ne likha hai: "Jazak Allah, Allah hum mein woh ata farmaye jo hamare liye mufeed ho.</w:t>
      </w:r>
    </w:p>
    <w:p>
      <w:pPr>
        <w:jc w:val="right"/>
      </w:pPr>
      <w:r>
        <w:t xml:space="preserve"> جز اک  اللہ ۔  ظ ہ ور  الر ح من  ص اح ب  نے  آ کل ینڈ ،  نی وز ی  ل ینڈ  سے  com ment  بھی جا  ہے،  انہوں  نے  لکھ ا  ہے :  " ج ز اک  اللہ ،  اللہ  ہ م یں  وہ  ع ط ا  فر م ائے  جو  ہ مار ے  لیے  م ف ید  ہو ۔</w:t>
      </w:r>
    </w:p>
    <w:p>
      <w:r>
        <w:rPr>
          <w:b/>
        </w:rPr>
        <w:t xml:space="preserve">[31:43] </w:t>
      </w:r>
      <w:r>
        <w:t>" Phir unhon ne likha hai: "Khuda hum mein sabr ki taqat ata farmaye aur aap ko deen ka paigham aasan feham banane ka ajar azeem ata farmaye.</w:t>
      </w:r>
    </w:p>
    <w:p>
      <w:pPr>
        <w:jc w:val="right"/>
      </w:pPr>
      <w:r>
        <w:t>"  پ ھر  انہوں  نے  لکھ ا  ہے :  " خ دا  ہ م یں  ص بر  کی  ط اق ت  ع ط ا  فر م ائے  اور  آپ  کو  د ین  کا  پی غ ام  آ سان  ف ہم  بن انے  کا  ا جر  ع ظ یم  ع ط ا  فر م ائ ے۔</w:t>
      </w:r>
    </w:p>
    <w:p>
      <w:r>
        <w:rPr>
          <w:b/>
        </w:rPr>
        <w:t xml:space="preserve">[31:54] </w:t>
      </w:r>
      <w:r>
        <w:t>" Miss Shabana Ansari ne comment aur sawal dono bheja hai, unhon ne likha hai: "Maulana Sahab, I like this dua very much which you taught us.</w:t>
      </w:r>
    </w:p>
    <w:p>
      <w:pPr>
        <w:jc w:val="right"/>
      </w:pPr>
      <w:r>
        <w:t>"  مس  ش بان ہ  ان ص اری  نے  com ment  اور  س وال  دون وں  بھی جا  ہے،  انہوں  نے  لکھ ا  ہے :  " مول انا  ص اح ب ،  آ ئی  l ike  this  د ع ا  ver y  much  which  y ou  ta ught  us ۔</w:t>
      </w:r>
    </w:p>
    <w:p>
      <w:r>
        <w:rPr>
          <w:b/>
        </w:rPr>
        <w:t xml:space="preserve">[32:07] </w:t>
      </w:r>
      <w:r>
        <w:t>Aye Allah, is duniya mein mere liye jo behtar hai, woh duniya mein mujhe ata kar aur tu janta hai mere liye jo aakhirat mein behtar hai, woh mujhe ata kar.</w:t>
      </w:r>
    </w:p>
    <w:p>
      <w:pPr>
        <w:jc w:val="right"/>
      </w:pPr>
      <w:r>
        <w:t xml:space="preserve"> ا ے  اللہ ،  اس  دنیا  میں  می ر ے  لیے  جو  بہ تر  ہے،  وہ  دنیا  میں  مج ھ ے  ع ط ا  کر  اور  تو  ج انت ا  ہے  می ر ے  لیے  جو  آ خ رت  میں  بہ تر  ہے،  وہ  مج ھ ے  ع ط ا  کر ۔</w:t>
      </w:r>
    </w:p>
    <w:p>
      <w:r>
        <w:rPr>
          <w:b/>
        </w:rPr>
        <w:t xml:space="preserve">[32:19] </w:t>
      </w:r>
      <w:r>
        <w:t>" Maulana Sahab, mera sawal yeh hai ke does this mean full trust on Allah?</w:t>
      </w:r>
    </w:p>
    <w:p>
      <w:pPr>
        <w:jc w:val="right"/>
      </w:pPr>
      <w:r>
        <w:t>"  مول انا  ص اح ب ،  می را  س وال  یہ  ہے  کہ  do es  this  me an  full  tr ust  on  اللہ ؟</w:t>
      </w:r>
    </w:p>
    <w:p>
      <w:r>
        <w:rPr>
          <w:b/>
        </w:rPr>
        <w:t xml:space="preserve">[32:28] </w:t>
      </w:r>
      <w:r>
        <w:t>dekhiye, is dua ka yeh matlab nahi hai. Aksar log yeh hi samajhte hain ke dunya ki bohat ri bhi de, aakhirat ki bohat ri bhi de.</w:t>
      </w:r>
    </w:p>
    <w:p>
      <w:pPr>
        <w:jc w:val="right"/>
      </w:pPr>
      <w:r>
        <w:t xml:space="preserve"> دیک ھی ے ،  اس  د ع ا  کا  یہ  مط لب  نہیں  ہے۔  اک ثر  لوگ  یہ ی  سم ج ھ تے  ہیں  کہ  دنیا  کی  بہت ری  بھی  د ے ،  آ خ رت  کی  بہت ری  بھی  د ے۔</w:t>
      </w:r>
    </w:p>
    <w:p>
      <w:r>
        <w:rPr>
          <w:b/>
        </w:rPr>
        <w:t xml:space="preserve">[32:39] </w:t>
      </w:r>
      <w:r>
        <w:t>hargiz, hargiz yeh dua ka matlab nahi hai. Dua ka alfaz yeh hain ke: "Rabbana atina fid dunya hasana wa fil aakhirati hasana wa qina azabannar."</w:t>
      </w:r>
    </w:p>
    <w:p>
      <w:pPr>
        <w:jc w:val="right"/>
      </w:pPr>
      <w:r>
        <w:t xml:space="preserve"> ہ ر گ ز ،  ہ ر گ ز  یہ  د ع ا  کا  مط لب  نہیں  ہے۔  د ع ا  کا  الف ا ظ  یہ  ہیں  کہ :  " رب نا  آ ت نا  فی  الد ن یا  حس ن ہ  وف ی  الآ خ رة  حس ن ہ  وق نا  ع ذ اب  الن ار ۔</w:t>
      </w:r>
    </w:p>
    <w:p>
      <w:r>
        <w:rPr>
          <w:b/>
        </w:rPr>
        <w:t xml:space="preserve">[32:54] </w:t>
      </w:r>
      <w:r>
        <w:t>"</w:t>
      </w:r>
    </w:p>
    <w:p>
      <w:pPr>
        <w:jc w:val="right"/>
      </w:pPr>
      <w:r>
        <w:t>"</w:t>
      </w:r>
    </w:p>
    <w:p>
      <w:r>
        <w:rPr>
          <w:b/>
        </w:rPr>
        <w:t xml:space="preserve">[32:57] </w:t>
      </w:r>
      <w:r>
        <w:t>momin kabhi bhi dunya ki bohat ri ke liye dua nahi karta ke mere paas bara ghar ho jaye, mere paas kai car ho jaye, mera business khoob ziyada ho jaye.</w:t>
      </w:r>
    </w:p>
    <w:p>
      <w:pPr>
        <w:jc w:val="right"/>
      </w:pPr>
      <w:r>
        <w:t xml:space="preserve"> م وم ن  ک ب ھی  بھی  دنیا  کی  بہت ری  کے  لیے  د ع ا  نہیں  کر تا  کہ  می ر ے  پ اس  بڑ ا  گ ھر  ہو  ج ائے ،  می ر ے  پ اس  ک ئی  کار  ہو  ج ائے ،  می را  business  خ وب  زیادہ  ہو  ج ائ ے۔</w:t>
      </w:r>
    </w:p>
    <w:p>
      <w:r>
        <w:rPr>
          <w:b/>
        </w:rPr>
        <w:t xml:space="preserve">[33:10] </w:t>
      </w:r>
      <w:r>
        <w:t>yeh momin ki dua hoti hi nahi. Kisi sahabi ne is tarah dua kabhi ki nahi. Yeh jo dua hai, woh Allah par trust ki baat hai ke: "Aye Allah,</w:t>
      </w:r>
    </w:p>
    <w:p>
      <w:pPr>
        <w:jc w:val="right"/>
      </w:pPr>
      <w:r>
        <w:t xml:space="preserve"> یہ  م وم ن  کی  د ع ا  ہوت ی  ہی  نہیں ۔  کسی  صح ابی  نے  اس  طرح  د ع ا  ک ب ھی  کی  نہیں ۔  یہ  جو  د ع ا  ہے،  وہ  اللہ  پر  tr ust  کی  ب ات  ہے  کہ :  " ا ے  اللہ ،</w:t>
      </w:r>
    </w:p>
    <w:p>
      <w:r>
        <w:rPr>
          <w:b/>
        </w:rPr>
        <w:t xml:space="preserve">[33:25] </w:t>
      </w:r>
      <w:r>
        <w:t>dunya mein tere liye, tere nazdeek jo behtar hai, woh mujhe dunya mein de aur aakhirat mein tere nazdeek jo behtar hai, woh dunya mein mujhe de.</w:t>
      </w:r>
    </w:p>
    <w:p>
      <w:pPr>
        <w:jc w:val="right"/>
      </w:pPr>
      <w:r>
        <w:t xml:space="preserve"> دنیا  میں  ت یر ے  لیے ،  ت یر ے  ن زد یک  جو  بہ تر  ہے،  وہ  مج ھ ے  دنیا  میں  د ے  اور  آ خ رت  میں  ت یر ے  ن زد یک  جو  بہ تر  ہے،  وہ  دنیا  میں  مج ھ ے  د ے۔</w:t>
      </w:r>
    </w:p>
    <w:p>
      <w:r>
        <w:rPr>
          <w:b/>
        </w:rPr>
        <w:t xml:space="preserve">[33:35] </w:t>
      </w:r>
      <w:r>
        <w:t>" is ka matlab kya hua? Ke aakhirat ke aitbaar se toh banda mang raha hai jannat ki wunke Allah ke nazdeek aakhirat ke aitbaar se jo achhi cheez hai, woh toh jannat hai.</w:t>
      </w:r>
    </w:p>
    <w:p>
      <w:pPr>
        <w:jc w:val="right"/>
      </w:pPr>
      <w:r>
        <w:t>"  اس  کا  مط لب  کیا  ہوا ؟  کہ  آ خ رت  کے  اعت بار  سے  تو  ب ند ہ  مان گ  رہ ا  ہے  جن ت  کی ون کہ  اللہ  کے  ن زد یک  آ خ رت  کے  اعت بار  سے  جو  ا چ ھی  چ یز  ہے،  وہ  تو  جن ت  ہے۔</w:t>
      </w:r>
    </w:p>
    <w:p>
      <w:r>
        <w:rPr>
          <w:b/>
        </w:rPr>
        <w:t xml:space="preserve">[33:48] </w:t>
      </w:r>
      <w:r>
        <w:t>toh banda mang raha hai ke: "Khudaya, aakhirat mein toh mujhe jannat de." Aur dunya mein kya mang raha hai?</w:t>
      </w:r>
    </w:p>
    <w:p>
      <w:pPr>
        <w:jc w:val="right"/>
      </w:pPr>
      <w:r>
        <w:t xml:space="preserve"> تو  ب ند ہ  مان گ  رہ ا  ہے  کہ :  " خ د ای ا،  آ خ رت  میں  تو  مج ھ ے  جن ت  د ے۔ "  اور  دنیا  میں  کیا  مان گ  رہ ا  ہے ؟</w:t>
      </w:r>
    </w:p>
    <w:p>
      <w:r>
        <w:rPr>
          <w:b/>
        </w:rPr>
        <w:t xml:space="preserve">[33:55] </w:t>
      </w:r>
      <w:r>
        <w:t>dunya mein mang raha hai: " Khuda, mujhe is amal ki taufeeq de jo mujhe jannat mein dakhal kar de.</w:t>
      </w:r>
    </w:p>
    <w:p>
      <w:pPr>
        <w:jc w:val="right"/>
      </w:pPr>
      <w:r>
        <w:t xml:space="preserve"> دنیا  میں  مان گ  رہ ا  ہے :  " خ دا ،  مج ھ ے  اس  عمل  کی  ت وف ی ق  د ے  جو  مج ھ ے  جن ت  میں  دا خل  کر  د ے۔</w:t>
      </w:r>
    </w:p>
    <w:p>
      <w:r>
        <w:rPr>
          <w:b/>
        </w:rPr>
        <w:t xml:space="preserve">[34:02] </w:t>
      </w:r>
      <w:r>
        <w:t>" yeh matlab hai is dua ka: "Rabbana atina fid dunya hasana wa fil aakhirati hasana wa qina azabannar."</w:t>
      </w:r>
    </w:p>
    <w:p>
      <w:pPr>
        <w:jc w:val="right"/>
      </w:pPr>
      <w:r>
        <w:t>"  یہ  مط لب  ہے  اس  د ع ا  کا :  " رب نا  آ ت نا  فی  الد ن یا  حس ن ہ  وف ی  الآ خ رة  حس ن ہ  وق نا  ع ذ اب  الن ار ۔</w:t>
      </w:r>
    </w:p>
    <w:p>
      <w:r>
        <w:rPr>
          <w:b/>
        </w:rPr>
        <w:t xml:space="preserve">[34:14] </w:t>
      </w:r>
      <w:r>
        <w:t>" ke: "Aye Allah, mujhe dunya mein is amal ki taufeeq de jo mujhe aakhirat mein jannat mein dakhal karne wala baney.</w:t>
      </w:r>
    </w:p>
    <w:p>
      <w:pPr>
        <w:jc w:val="right"/>
      </w:pPr>
      <w:r>
        <w:t>"  کہ :  " ا ے  اللہ ،  مج ھ ے  دنیا  میں  اس  عمل  کی  ت وف ی ق  د ے  جو  مج ھ  کو  آ خ رت  میں  جن ت  میں  دا خل  کرنے  وال ا  بن ے۔</w:t>
      </w:r>
    </w:p>
    <w:p>
      <w:r>
        <w:rPr>
          <w:b/>
        </w:rPr>
        <w:t xml:space="preserve">[34:25] </w:t>
      </w:r>
      <w:r>
        <w:t>" o aye Allah, aakhirat mein toh mujhe meri maghfirat farma de taake main jannat mein dakhla pa jaon.</w:t>
      </w:r>
    </w:p>
    <w:p>
      <w:pPr>
        <w:jc w:val="right"/>
      </w:pPr>
      <w:r>
        <w:t>"  او  ا ے  اللہ ،  آ خ رت  میں  تو  مج ھ ے  می ری  مغ فر ت  فر ما  د ے  ت اک ہ  میں  جن ت  میں  دا خ لہ  پ ا  جا ؤ ں ۔</w:t>
      </w:r>
    </w:p>
    <w:p>
      <w:r>
        <w:rPr>
          <w:b/>
        </w:rPr>
        <w:t xml:space="preserve">[34:35] </w:t>
      </w:r>
      <w:r>
        <w:t>yeh matlab hai is is ayat ka.</w:t>
      </w:r>
    </w:p>
    <w:p>
      <w:pPr>
        <w:jc w:val="right"/>
      </w:pPr>
      <w:r>
        <w:t xml:space="preserve"> یہ  مط لب  ہے  اس  اس  آ یت  کا ۔</w:t>
      </w:r>
    </w:p>
    <w:p>
      <w:r>
        <w:rPr>
          <w:b/>
        </w:rPr>
        <w:t xml:space="preserve">[34:42] </w:t>
      </w:r>
      <w:r>
        <w:t>Molana, agla sawal lene se pehle ek aur comment padhna chahein ge jo Sirajuddin sahib ne Odhuni se bheja hai, Andhra Pradesh se.</w:t>
      </w:r>
    </w:p>
    <w:p>
      <w:pPr>
        <w:jc w:val="right"/>
      </w:pPr>
      <w:r>
        <w:t xml:space="preserve"> مول ان ا،  ا گ لا  س وال  ل ین ے  سے  پہلے  ایک  اور  com ment  پ ڑ ھ نا  چ اہ یں  گ ے  جو  س راج  الد ین  ص اح ب  نے  اد ھ ونی  سے  بھی جا  ہے،  آ ند ھ را  پ رد ی ش  سے ۔</w:t>
      </w:r>
    </w:p>
    <w:p>
      <w:r>
        <w:rPr>
          <w:b/>
        </w:rPr>
        <w:t xml:space="preserve">[34:51] </w:t>
      </w:r>
      <w:r>
        <w:t>unhone likha hai: " Dua ke baad sabr karna, sabr ke maani peaceful planning."</w:t>
      </w:r>
    </w:p>
    <w:p>
      <w:pPr>
        <w:jc w:val="right"/>
      </w:pPr>
      <w:r>
        <w:t xml:space="preserve"> انہوں  نے  لکھ ا  ہے :  " د ع ا  کے  بعد  ص بر  کر نا ،  ص بر  کے  مع نی  pe ace ful  plan ning ۔</w:t>
      </w:r>
    </w:p>
    <w:p>
      <w:r>
        <w:rPr>
          <w:b/>
        </w:rPr>
        <w:t xml:space="preserve">[34:58] </w:t>
      </w:r>
      <w:r>
        <w:t>" yeh baat mere liye bohat thrilling thi. Molana, jazak Allah. Khair, Molana, agla sawal lete hain jo bheja hai Farooq sahib ne Ahmedabad se aur unhone likha hai:</w:t>
      </w:r>
    </w:p>
    <w:p>
      <w:pPr>
        <w:jc w:val="right"/>
      </w:pPr>
      <w:r>
        <w:t>"  یہ  ب ات  می ر ے  لیے  بہت  th r ill ing  تھی۔  مول ان ا،  جز اک  اللہ ۔  خ یر ،  مول ان ا،  ا گ لا  س وال  ل یت ے  ہیں  جو  بھی جا  ہے  فار وق  ص اح ب  نے  احمد  آباد  سے  اور  انہوں  نے  لکھ ا  ہے :</w:t>
      </w:r>
    </w:p>
    <w:p>
      <w:r>
        <w:rPr>
          <w:b/>
        </w:rPr>
        <w:t xml:space="preserve">[35:13] </w:t>
      </w:r>
      <w:r>
        <w:t>" Molana sahib, is there a way to find out whether the dua I am making is unreasonable dua or a just dua?</w:t>
      </w:r>
    </w:p>
    <w:p>
      <w:pPr>
        <w:jc w:val="right"/>
      </w:pPr>
      <w:r>
        <w:t xml:space="preserve"> " مول انا  ص اح ب ،  is  there  a  w ay  to  find  out  wh ether  the  د ع ا  I  am  mak ing  is  un re ason able  د ع ا  or  a  just  د ع ا ؟</w:t>
      </w:r>
    </w:p>
    <w:p>
      <w:r>
        <w:rPr>
          <w:b/>
        </w:rPr>
        <w:t xml:space="preserve">[35:23] </w:t>
      </w:r>
      <w:r>
        <w:t>" This is important as an unreasonable dua will never be accepted. And if you are not able to know the difference between a just dua and an unreasonable dua, then frustration will set in if the dua is not being accepted.</w:t>
      </w:r>
    </w:p>
    <w:p>
      <w:pPr>
        <w:jc w:val="right"/>
      </w:pPr>
      <w:r>
        <w:t>"  This  is  important  as  an  un re ason able  د ع ا  will  n ever  be  ac cept ed.  And  if  y ou  are  not  ab le  to  kn ow  the  differ ence  between  a  just  د ع ا  and  an  un re ason able  د ع ا،  then  fr ustr ation  will  set  in  if  the  د ع ا  is  not  being  ac cept ed.</w:t>
      </w:r>
    </w:p>
    <w:p>
      <w:r>
        <w:rPr>
          <w:b/>
        </w:rPr>
        <w:t xml:space="preserve">[35:40] </w:t>
      </w:r>
      <w:r>
        <w:t>Molana sahib, please advise us. Dekhiye, is ka jawab bohat aasan hai.</w:t>
      </w:r>
    </w:p>
    <w:p>
      <w:pPr>
        <w:jc w:val="right"/>
      </w:pPr>
      <w:r>
        <w:t xml:space="preserve"> مول انا  ص اح ب ،  ple ase  adv ise  us ۔  دیک ھی ے ،  اس  کا  جو اب  بہت  آ سان  ہے۔</w:t>
      </w:r>
    </w:p>
    <w:p>
      <w:r>
        <w:rPr>
          <w:b/>
        </w:rPr>
        <w:t xml:space="preserve">[35:48] </w:t>
      </w:r>
      <w:r>
        <w:t>agar aap rozana Quran padhte hon</w:t>
      </w:r>
    </w:p>
    <w:p>
      <w:pPr>
        <w:jc w:val="right"/>
      </w:pPr>
      <w:r>
        <w:t xml:space="preserve"> اگر  آپ  روز ان ہ  قر آ ن  پ ڑ ھ تے  ہ وں</w:t>
      </w:r>
    </w:p>
    <w:p>
      <w:r>
        <w:rPr>
          <w:b/>
        </w:rPr>
        <w:t xml:space="preserve">[35:54] </w:t>
      </w:r>
      <w:r>
        <w:t>toh Quran ko padhte padhte aap ka ek mind ban jaye ga.</w:t>
      </w:r>
    </w:p>
    <w:p>
      <w:pPr>
        <w:jc w:val="right"/>
      </w:pPr>
      <w:r>
        <w:t xml:space="preserve"> تو  قر آ ن  کو  پ ڑ ھ تے  پ ڑ ھ تے  آپ  کا  ایک  mind  بن  ج ائے  گ ا۔</w:t>
      </w:r>
    </w:p>
    <w:p>
      <w:r>
        <w:rPr>
          <w:b/>
        </w:rPr>
        <w:t xml:space="preserve">[35:59] </w:t>
      </w:r>
      <w:r>
        <w:t>Mind woh bataye ga ke Allah se kya mangna chahiye aur kya nahi mangna chahiye.</w:t>
      </w:r>
    </w:p>
    <w:p>
      <w:pPr>
        <w:jc w:val="right"/>
      </w:pPr>
      <w:r>
        <w:t xml:space="preserve"> Mind  وہ  بت ائے  گ ا  کہ  اللہ  سے  کیا  مان گ نا  چ اہ ی ے  اور  کیا  نہیں  مان گ نا  چ اہ ی ے۔</w:t>
      </w:r>
    </w:p>
    <w:p>
      <w:r>
        <w:rPr>
          <w:b/>
        </w:rPr>
        <w:t xml:space="preserve">[36:11] </w:t>
      </w:r>
      <w:r>
        <w:t>Doosra koi tareeqa nahi hai. Quran ka barabar padhna, Quran ko barabar study karna, is se aap ka</w:t>
      </w:r>
    </w:p>
    <w:p>
      <w:pPr>
        <w:jc w:val="right"/>
      </w:pPr>
      <w:r>
        <w:t xml:space="preserve"> دوس را  کو ئی  ط ریق ہ  نہیں  ہے۔  قر آ ن  کا  بر ابر  پ ڑ ھ نا ،  قر آ ن  کو  بر ابر  stud y  کر نا ،  اس  سے  آپ  کا</w:t>
      </w:r>
    </w:p>
    <w:p>
      <w:r>
        <w:rPr>
          <w:b/>
        </w:rPr>
        <w:t xml:space="preserve">[36:26] </w:t>
      </w:r>
      <w:r>
        <w:t>rabani mind baney ga. Mind woh rabani mind aap ko guide kare ga ke konsi dua aap karein aur konsi dua na karein.</w:t>
      </w:r>
    </w:p>
    <w:p>
      <w:pPr>
        <w:jc w:val="right"/>
      </w:pPr>
      <w:r>
        <w:t xml:space="preserve"> ر ب انی  mind  بن ے  گ ا۔  Mind  وہ  ر ب انی  mind  آپ  کو  gu ide  کر ے  گ ا  کہ  ک ون  سی  د ع ا  آپ  ک ری ں  اور  ک ون  سی  د ع ا  نہ  ک ری ں ۔</w:t>
      </w:r>
    </w:p>
    <w:p>
      <w:r>
        <w:rPr>
          <w:b/>
        </w:rPr>
        <w:t xml:space="preserve">[36:35] </w:t>
      </w:r>
      <w:r>
        <w:t>Aap koi shortcut is maamle mein nahi hai.</w:t>
      </w:r>
    </w:p>
    <w:p>
      <w:pPr>
        <w:jc w:val="right"/>
      </w:pPr>
      <w:r>
        <w:t xml:space="preserve"> آپ  کو ئی  short cut  اس  مع امل ے  میں  نہیں  ہے۔</w:t>
      </w:r>
    </w:p>
    <w:p>
      <w:r>
        <w:rPr>
          <w:b/>
        </w:rPr>
        <w:t xml:space="preserve">[36:44] </w:t>
      </w:r>
      <w:r>
        <w:t>mol an a, k ch aur comments a'e hain, woh paṛh na chah eñ ga. muhammad husain sahab ne California se likha hai : " Masha'Allah, excellent explanation.</w:t>
      </w:r>
    </w:p>
    <w:p>
      <w:pPr>
        <w:jc w:val="right"/>
      </w:pPr>
      <w:r>
        <w:t xml:space="preserve"> مول ان ا،  ک چھ  اور  com ments  آ ئے  ہیں ،  وہ  پ ڑ ھ نا  چ اہ یں  گ ے۔  محمد  حس ین  ص اح ب  نے  کی لی ف ورن یا  سے  لکھ ا  ہے :  " ما ش اء ال لہ ،  ex c ell ent  exp lan ation ۔</w:t>
      </w:r>
    </w:p>
    <w:p>
      <w:r>
        <w:rPr>
          <w:b/>
        </w:rPr>
        <w:t xml:space="preserve">[36:55] </w:t>
      </w:r>
      <w:r>
        <w:t>First time I got clarity about this dua. " wa kr ant da gr sahab ne deli se likha hai : " Maulana sahab, today only I could understand the real concept of dua.</w:t>
      </w:r>
    </w:p>
    <w:p>
      <w:pPr>
        <w:jc w:val="right"/>
      </w:pPr>
      <w:r>
        <w:t xml:space="preserve"> First  time  I  got  c lar ity  about  this  د ع ا۔ "  و کر انت  ڈ ا گر  ص اح ب  نے  د لی  سے  لکھ ا  ہے :  " مول انا  ص اح ب ،  tod ay  only  I  co uld  under stand  the  real  con cept  of  د ع ا۔</w:t>
      </w:r>
    </w:p>
    <w:p>
      <w:r>
        <w:rPr>
          <w:b/>
        </w:rPr>
        <w:t xml:space="preserve">[37:09] </w:t>
      </w:r>
      <w:r>
        <w:t>Thank you so much. "Doctor Naghma Sadiqi ne Delhi se likha hai: "Maulana, this aspect of dua is totally new to me.</w:t>
      </w:r>
    </w:p>
    <w:p>
      <w:pPr>
        <w:jc w:val="right"/>
      </w:pPr>
      <w:r>
        <w:t xml:space="preserve"> Th ank  y ou  so  mu ch. "  ڈ اک ٹر  ن غ م ہ  صدی قی  نے  د لی  سے  لکھ ا  ہے :  " مول ان ا،  this  asp ect  of  د ع ا  is  tot ally  new  to  m e.</w:t>
      </w:r>
    </w:p>
    <w:p>
      <w:r>
        <w:rPr>
          <w:b/>
        </w:rPr>
        <w:t xml:space="preserve">[37:18] </w:t>
      </w:r>
      <w:r>
        <w:t>In shaa Allah, I will be patient from now on." Maulana, agla sawal liye hain jo Bhopal se bheja hai Zabir sahab ne aur unhoñ ne likha hai:</w:t>
      </w:r>
    </w:p>
    <w:p>
      <w:pPr>
        <w:jc w:val="right"/>
      </w:pPr>
      <w:r>
        <w:t xml:space="preserve"> ان ش اء ال لہ ،  I  will  be  p ati ent  from  now  on ۔ "  مول ان ا،  ا گ لا  س وال  ل یت ے  ہیں  جو  بھ و پ ال  سے  بھی جا  ہے  ز ب یر  ص اح ب  نے  اور  انہوں  نے  لکھ ا  ہے :</w:t>
      </w:r>
    </w:p>
    <w:p>
      <w:r>
        <w:rPr>
          <w:b/>
        </w:rPr>
        <w:t xml:space="preserve">[37:33] </w:t>
      </w:r>
      <w:r>
        <w:t>"Maulana, one of my friends said to me that why do you need to make dua?</w:t>
      </w:r>
    </w:p>
    <w:p>
      <w:pPr>
        <w:jc w:val="right"/>
      </w:pPr>
      <w:r>
        <w:t xml:space="preserve"> " مول ان ا،  one  of  my  fri ends  sa id  to  me  that  wh y  do  y ou  ne ed  to  m ake  د ع ا ؟</w:t>
      </w:r>
    </w:p>
    <w:p>
      <w:r>
        <w:rPr>
          <w:b/>
        </w:rPr>
        <w:t xml:space="preserve">[37:38] </w:t>
      </w:r>
      <w:r>
        <w:t>As God Almighty knows everything, He will understand your requirement and give on His own.</w:t>
      </w:r>
    </w:p>
    <w:p>
      <w:pPr>
        <w:jc w:val="right"/>
      </w:pPr>
      <w:r>
        <w:t xml:space="preserve"> As  God  Al m ight y  kn ows  ever yth ing,  He  will  under stand  y our  re qu ire ment  and  g ive  on  His  o w n.</w:t>
      </w:r>
    </w:p>
    <w:p>
      <w:r>
        <w:rPr>
          <w:b/>
        </w:rPr>
        <w:t xml:space="preserve">[37:47] </w:t>
      </w:r>
      <w:r>
        <w:t>So making dua is like underestimating God Almighty. " molana, what is your opinion as I could not reply to this logic of my friend?</w:t>
      </w:r>
    </w:p>
    <w:p>
      <w:pPr>
        <w:jc w:val="right"/>
      </w:pPr>
      <w:r>
        <w:t xml:space="preserve"> So  mak ing  د ع ا  is  l ike  under esti mat ing  God  Al m ight y. "  مول ان ا،  wh at  is  y our  op in ion  as  I  co uld  not  rep ly  to  this  log ic  of  my  fri end ؟</w:t>
      </w:r>
    </w:p>
    <w:p>
      <w:r>
        <w:rPr>
          <w:b/>
        </w:rPr>
        <w:t xml:space="preserve">[37:57] </w:t>
      </w:r>
      <w:r>
        <w:t xml:space="preserve"> yeh  to  ek  abs urd  bat  hai  jis  jin  sahab  ne  yeh  bat  kahi  hai,  woh  abs urd  bat  hai.</w:t>
      </w:r>
    </w:p>
    <w:p>
      <w:pPr>
        <w:jc w:val="right"/>
      </w:pPr>
      <w:r>
        <w:t xml:space="preserve"> یہ  تو  ایک  ab s urd  ب ات  ہے  جس  جن  ص اح ب  نے  یہ  ب ات  کہ ی  ہے،  وہ  ab s urd  ب ات  ہے۔</w:t>
      </w:r>
    </w:p>
    <w:p>
      <w:r>
        <w:rPr>
          <w:b/>
        </w:rPr>
        <w:t xml:space="preserve">[38:08] </w:t>
      </w:r>
      <w:r>
        <w:t xml:space="preserve"> jab  quran  mein  khud  likha  hua  hai  ke  allah  se  mango ,  hadith  mein  quran  mein  to  aap  nahin  mang  ne  ke  ma ni  yeh  hain  ke  jo  dene  wala  hai,  us  se  yeh  keh  rahe  hain  ke  tum  do  ya  itna  do .</w:t>
      </w:r>
    </w:p>
    <w:p>
      <w:pPr>
        <w:jc w:val="right"/>
      </w:pPr>
      <w:r>
        <w:t xml:space="preserve"> جب  قر آ ن  میں  خود  لکھ ا  ہوا  ہے  کہ  اللہ  سے  مان گو ،  ح دی ث  میں  قر آ ن  میں  تو  آپ  نہیں  مان گ نے  کے  مع نی  یہ  ہیں  کہ  جو  د ین ے  وال ا  ہے،  اس  سے  یہ  کہ ہ  رہ ے  ہیں  کہ  تم  دو  یا  ات نا  دو ۔</w:t>
      </w:r>
    </w:p>
    <w:p>
      <w:r>
        <w:rPr>
          <w:b/>
        </w:rPr>
        <w:t xml:space="preserve">[38:25] </w:t>
      </w:r>
      <w:r>
        <w:t xml:space="preserve"> yeh  to  baṛi  hi  bal kal  hi  abs urd  bat  hai.  mujhe  yad  ata  hai  ke  jab  india  mein  azadi  ke  baad  bhakra  dam  bana  tha ,  bhakra  dam  to  jo  af sar an  the ,</w:t>
      </w:r>
    </w:p>
    <w:p>
      <w:pPr>
        <w:jc w:val="right"/>
      </w:pPr>
      <w:r>
        <w:t xml:space="preserve"> یہ  تو  ب ڑی  ہی  بال کل  ہی  ab s urd  ب ات  ہے۔  مج ھ ے  ی اد  آ تا  ہے  کہ  جب  انڈ یا  میں  آز ادی  کے  بعد  بھ ا گ ڑ ا  ڈ یم  ب نا  تھا ،  بھ ا گ ڑ ا  ڈ یم  تو  جو  اف سر ان  تھے ،</w:t>
      </w:r>
    </w:p>
    <w:p>
      <w:r>
        <w:rPr>
          <w:b/>
        </w:rPr>
        <w:t xml:space="preserve">[38:44] </w:t>
      </w:r>
      <w:r>
        <w:t xml:space="preserve"> ir rig ation  ke  af sar  log ,  to  bostr  mein  keh  diya  ke  aap  khuda  barse  ya  na  barse ,  yeh  hamara  bhakra  dam  hamari  ir rig ation  ki  zarurat  ko  pura  karne  ke  liye  kafi  hai.</w:t>
      </w:r>
    </w:p>
    <w:p>
      <w:pPr>
        <w:jc w:val="right"/>
      </w:pPr>
      <w:r>
        <w:t xml:space="preserve"> ir rig ation  کے  اف سر  لوگ ،  تو  ب وس ٹر  میں  کہ ہ  دیا  کہ  آپ  خ دا  بر س ے  یا  نہ  بر س ے ،  یہ  ہ مار ا  بھ ا گ ڑ ا  ڈ یم  ہ م اری  ir rig ation  کی  ض ر ورت  کو  پ ور ا  کرنے  کے  لیے  کا فی  ہے۔</w:t>
      </w:r>
    </w:p>
    <w:p>
      <w:r>
        <w:rPr>
          <w:b/>
        </w:rPr>
        <w:t xml:space="preserve">[39:00] </w:t>
      </w:r>
      <w:r>
        <w:t xml:space="preserve"> to  unhoñ ne  kaha  jae  ke  ab  khuda  barse  ya  na  barse .  isi  ke  baad  se  sara  mas'ala  paida  hua .</w:t>
      </w:r>
    </w:p>
    <w:p>
      <w:pPr>
        <w:jc w:val="right"/>
      </w:pPr>
      <w:r>
        <w:t xml:space="preserve"> تو  انہوں  نے  کہ ا  ج ائے  کہ  اب  خ دا  بر س ے  یا  نہ  بر س ے۔  اس ی  کے  بعد  سے  س ار ا  مس ئ لہ  پیدا  ہوا ۔</w:t>
      </w:r>
    </w:p>
    <w:p>
      <w:r>
        <w:rPr>
          <w:b/>
        </w:rPr>
        <w:t xml:space="preserve">[39:08] </w:t>
      </w:r>
      <w:r>
        <w:t xml:space="preserve"> yani  kisi  ajib  bat  hai  ke  jis  ke  pas  sab  kuch  hai  dene  ke  liye ,  us  se  aap  yeh  ummeed  rakhein  ke  woh  bas  khud  hi  khud  de  ga.</w:t>
      </w:r>
    </w:p>
    <w:p>
      <w:pPr>
        <w:jc w:val="right"/>
      </w:pPr>
      <w:r>
        <w:t xml:space="preserve"> ی ع نی  کی سی  ع جی ب  ب ات  ہے  کہ  جس  کے  پ اس  سب  ک چھ  ہے  د ین ے  کے  لیے ،  اس  سے  آپ  یہ  ام ید  رکھ یں  کہ  وہ  ب س  خود  ہی  خود  د ے  گ ا۔</w:t>
      </w:r>
    </w:p>
    <w:p>
      <w:r>
        <w:rPr>
          <w:b/>
        </w:rPr>
        <w:t xml:space="preserve">[39:18] </w:t>
      </w:r>
      <w:r>
        <w:t xml:space="preserve"> kya  aap  ka  ghulam  hai  woh ?  kyun  de  ga  aap  ko  jab  aap  mangte  bhi  nahin ?</w:t>
      </w:r>
    </w:p>
    <w:p>
      <w:pPr>
        <w:jc w:val="right"/>
      </w:pPr>
      <w:r>
        <w:t xml:space="preserve"> کیا  آپ  کا  غ لام  ہے  وہ ؟  کی وں  د ے  گ ا  آپ  کو  جب  آپ  مان گ تے  بھی  نہیں ؟</w:t>
      </w:r>
    </w:p>
    <w:p>
      <w:r>
        <w:rPr>
          <w:b/>
        </w:rPr>
        <w:t xml:space="preserve">[39:25] </w:t>
      </w:r>
      <w:r>
        <w:t xml:space="preserve"> kyun  de  ga  aap  ko ?  kam  se  kam  aap  ke  andar  yeh  to  ho  ke  aap  mangna  dekhein .</w:t>
      </w:r>
    </w:p>
    <w:p>
      <w:pPr>
        <w:jc w:val="right"/>
      </w:pPr>
      <w:r>
        <w:t xml:space="preserve"> کی وں  د ے  گ ا  آپ  کو ؟  کم  سے  کم  آپ  کے  اند ر  یہ  تو  ہو  کہ  آپ  مان گ نا  دیک ھی ے۔</w:t>
      </w:r>
    </w:p>
    <w:p>
      <w:r>
        <w:rPr>
          <w:b/>
        </w:rPr>
        <w:t xml:space="preserve">[39:34] </w:t>
      </w:r>
      <w:r>
        <w:t>is bat ka etiraf hai, is bat ko acknowledge karna hai ke koi hai jo dene wala hai, main receiver hoñ, koi aur hai jo giver hai.</w:t>
      </w:r>
    </w:p>
    <w:p>
      <w:pPr>
        <w:jc w:val="right"/>
      </w:pPr>
      <w:r>
        <w:t xml:space="preserve"> اس  ب ات  کا  اعت راف  ہے،  اس  ب ات  کو  ac k n ow led ge  کر نا  ہے  کہ  کو ئی  ہے  جو  د ین ے  وال ا  ہے،  میں  rece iver  ہ وں ،  کو ئی  اور  ہے  جو  g iver  ہے۔</w:t>
      </w:r>
    </w:p>
    <w:p>
      <w:r>
        <w:rPr>
          <w:b/>
        </w:rPr>
        <w:t xml:space="preserve">[39:49] </w:t>
      </w:r>
      <w:r>
        <w:t>yeh us ka dua ka maani yeh hai ke main receiving end par hoñ, koi giver hai aur main us ke muqable mein receiving end par hoñ.</w:t>
      </w:r>
    </w:p>
    <w:p>
      <w:pPr>
        <w:jc w:val="right"/>
      </w:pPr>
      <w:r>
        <w:t xml:space="preserve"> یہ  اس  کا  د ع ا  کا  مع نی  یہ  ہے  کہ  میں  rece iv ing  end  پر  ہ وں ،  کو ئی  g iver  ہے  اور  میں  اس  کے  مق اب لے  میں  rece iv ing  end  پر  ہ وں ۔</w:t>
      </w:r>
    </w:p>
    <w:p>
      <w:r>
        <w:rPr>
          <w:b/>
        </w:rPr>
        <w:t xml:space="preserve">[40:00] </w:t>
      </w:r>
      <w:r>
        <w:t>jab aap itna bhi acknowledge na kareñ to dene wala aap ko khud de ga, aap ko khe ga jao to aap par khud hi karo, khud hi karo jo karna hai.</w:t>
      </w:r>
    </w:p>
    <w:p>
      <w:pPr>
        <w:jc w:val="right"/>
      </w:pPr>
      <w:r>
        <w:t xml:space="preserve"> جب  آپ  ات نا  بھی  ac k n ow led ge  نہ  ک ری ں  تو  د ین ے  وال ا  آپ  کو  خود  د ے  گ ا،  آپ  کو  کہ ے  گ ا  جا ؤ  تو  آپ  پہ  خود  ہی  ک رو ،  خود  ہی  ک رو  جو  کر نا  ہے۔</w:t>
      </w:r>
    </w:p>
    <w:p>
      <w:r>
        <w:rPr>
          <w:b/>
        </w:rPr>
        <w:t xml:space="preserve">[40:10] </w:t>
      </w:r>
      <w:r>
        <w:t xml:space="preserve"> yeh  to  bahut  hi  abs urd  bat  hai  jo  aap  se  kisi  ne  kahi .</w:t>
      </w:r>
    </w:p>
    <w:p>
      <w:pPr>
        <w:jc w:val="right"/>
      </w:pPr>
      <w:r>
        <w:t xml:space="preserve"> یہ  تو  بہت  ہی  ab s urd  ب ات  ہے  جو  آپ  سے  کسی  نے  کہ ی ۔</w:t>
      </w:r>
    </w:p>
    <w:p>
      <w:r>
        <w:rPr>
          <w:b/>
        </w:rPr>
        <w:t xml:space="preserve">[40:18] </w:t>
      </w:r>
      <w:r>
        <w:t xml:space="preserve"> mol ana ,  ag la  com ment  bhi ja  hai  aur  isi  mein  ek  s wal  bhi  hai.</w:t>
      </w:r>
    </w:p>
    <w:p>
      <w:pPr>
        <w:jc w:val="right"/>
      </w:pPr>
      <w:r>
        <w:t xml:space="preserve"> مول ان ا،  ا گ لا  com ment  بھی جا  ہے  اور  اس ی  میں  ایک  س وال  بھی  ہے۔</w:t>
      </w:r>
    </w:p>
    <w:p>
      <w:r>
        <w:rPr>
          <w:b/>
        </w:rPr>
        <w:t xml:space="preserve">[40:25] </w:t>
      </w:r>
      <w:r>
        <w:t>Doctor Safin ne bhi bheja hai Saharanpur se, unhoñ ne likha hai: "Dua ka dua ke mutabiq amal kya hai, yeh baat aaj samajh aayi."</w:t>
      </w:r>
    </w:p>
    <w:p>
      <w:pPr>
        <w:jc w:val="right"/>
      </w:pPr>
      <w:r>
        <w:t xml:space="preserve"> ڈ اک ٹر  صف ین ہ  نے  بھی جا  ہے  س ہ ار ن  پ ور  سے ،  انہوں  نے  لکھ ا  ہے :  " د ع ا  کا  د ع ا  کے  مط ابق  عمل  کیا  ہے،  یہ  ب ات  آ ج  سم ج ھ  آ ئی ۔</w:t>
      </w:r>
    </w:p>
    <w:p>
      <w:r>
        <w:rPr>
          <w:b/>
        </w:rPr>
        <w:t xml:space="preserve">[40:37] </w:t>
      </w:r>
      <w:r>
        <w:t xml:space="preserve"> jaz ak  allah  mol ana .  My  qu es tion  is  that  ever y  act  of  ibadat  re qu ires  cont emp l ation  and  plan ning.</w:t>
      </w:r>
    </w:p>
    <w:p>
      <w:pPr>
        <w:jc w:val="right"/>
      </w:pPr>
      <w:r>
        <w:t xml:space="preserve"> جز اک  اللہ  مول انا ۔  My  qu es tion  is  that  ever y  act  of  عب اد ت  re qu ires  cont emp l ation  and  plan ning.</w:t>
      </w:r>
    </w:p>
    <w:p>
      <w:r>
        <w:rPr>
          <w:b/>
        </w:rPr>
        <w:t xml:space="preserve">[40:47] </w:t>
      </w:r>
      <w:r>
        <w:t xml:space="preserve"> After  dua  also  y ou  ne ed  plan ning.  Am  I right  in  my  th ink ing ?  P le ase  t ell  m e. "  hañ  thik  thik  kaha  aap  ne ,  bal kal  sahih  aap  ne  jo  kaha ,  bal kal  sahih  kaha .</w:t>
      </w:r>
    </w:p>
    <w:p>
      <w:pPr>
        <w:jc w:val="right"/>
      </w:pPr>
      <w:r>
        <w:t xml:space="preserve"> After  د ع ا  also  y ou  ne ed  plan ning.  Am  I right  in  my  th ink ing ?  P le ase  t ell  m e. "  ہ اں  ٹ ھ یک  ٹ ھ یک  کہ ا  آپ  نے ،  بال کل  صح ی ح  آپ  نے  جو  کہ ا،  بال کل  صح ی ح  کہ ا۔</w:t>
      </w:r>
    </w:p>
    <w:p>
      <w:r>
        <w:rPr>
          <w:b/>
        </w:rPr>
        <w:t xml:space="preserve">[40:59] </w:t>
      </w:r>
      <w:r>
        <w:t xml:space="preserve"> yeh  matlab  hai.  mol ana ,  do  s wal  aae  hain  jo  alm ost  similar  hain.  ek  s wal  kya  hai  sri  nagar  se  manzur  najar  sahab  ne  aur  dusra  s wal  kya  hai  lakhnau  se  muhammad  danish  sahab  ne .</w:t>
      </w:r>
    </w:p>
    <w:p>
      <w:pPr>
        <w:jc w:val="right"/>
      </w:pPr>
      <w:r>
        <w:t xml:space="preserve"> یہ  مط لب  ہے۔  مول ان ا،  دو  س وال  آ ئے  ہیں  جو  alm ost  similar  ہیں۔  ایک  س وال  کیا  ہے  سری  ن گر  سے  من ظ ور  ن جر  ص اح ب  نے  اور  دوس را  س وال  کیا  ہے  لکھ ن ؤ  سے  محمد  دانش  ص اح ب  نے ۔</w:t>
      </w:r>
    </w:p>
    <w:p>
      <w:r>
        <w:rPr>
          <w:b/>
        </w:rPr>
        <w:t xml:space="preserve">[41:16] </w:t>
      </w:r>
      <w:r>
        <w:t>to s wal is tarah hai, unhoñ ne puchha hai ke : "What is your advice for the young people in their twenties?</w:t>
      </w:r>
    </w:p>
    <w:p>
      <w:pPr>
        <w:jc w:val="right"/>
      </w:pPr>
      <w:r>
        <w:t xml:space="preserve"> تو  س وال  اس  طرح  ہے،  انہوں  نے  پ و چھ ا  ہے  کہ :  "W hat  is  y our  adv ice  for  the  yo ung  people  in  their  tw ent ies ?</w:t>
      </w:r>
    </w:p>
    <w:p>
      <w:r>
        <w:rPr>
          <w:b/>
        </w:rPr>
        <w:t xml:space="preserve">[41:24] </w:t>
      </w:r>
      <w:r>
        <w:t>How should we live our life? What should be our priorities? And how are you visualizing the future of Muslim Ummah in this chaotic and hedonistic era?</w:t>
      </w:r>
    </w:p>
    <w:p>
      <w:pPr>
        <w:jc w:val="right"/>
      </w:pPr>
      <w:r>
        <w:t xml:space="preserve"> How  sho uld  we  live  o ur  life ?  Wh at  sho uld  be  o ur  pri or ities ?  And  how  are  y ou  vis u aliz ing  the  fut ure  of  مس لم  ام ہ  in  this  cha ot ic  and  h edon ist ic  era ?</w:t>
      </w:r>
    </w:p>
    <w:p>
      <w:r>
        <w:rPr>
          <w:b/>
        </w:rPr>
        <w:t xml:space="preserve">[41:37] </w:t>
      </w:r>
      <w:r>
        <w:t>"  dekhiye ,  main  jahan  tak  main  samajhta  hoon  aur  main  is  par  likh  bhi  chuka  hoon  ke  youth  age  mein  hamare  naujawanon  ka  concern  sirf  ek  kon  sa  hai ?</w:t>
      </w:r>
    </w:p>
    <w:p>
      <w:pPr>
        <w:jc w:val="right"/>
      </w:pPr>
      <w:r>
        <w:t>"  دیک ھی ے ،  میں  جہ اں  تک  میں  سم ج ھ تا  ہ وں  اور  میں  اس  پر  لکھ  بھی  چ کا  ہ وں  کہ  yo uth  age  میں  ہ مار ے  ن وج وان وں  کا  conc ern  ص رف  ایک  ک ون  سا  ہے ؟</w:t>
      </w:r>
    </w:p>
    <w:p>
      <w:r>
        <w:rPr>
          <w:b/>
        </w:rPr>
        <w:t xml:space="preserve">[41:54] </w:t>
      </w:r>
      <w:r>
        <w:t>Education, single point formula: education, education. Is ke saath koi bhi cheez jaisay politics hai aur hawa culture jo in karna aur yeh jo love culture chalta hai,</w:t>
      </w:r>
    </w:p>
    <w:p>
      <w:pPr>
        <w:jc w:val="right"/>
      </w:pPr>
      <w:r>
        <w:t xml:space="preserve"> Educ ation ،  single  point  form ula :  educ ation,  educ ation ۔  اس  کے  ساتھ  کو ئی  بھی  چ یز  ج یس ے  polit ics  ہے  اور  ہوا  cul ture  jo in  کر نا  اور  یہ  جو  l ove  cul ture  چ لت ا  ہے،</w:t>
      </w:r>
    </w:p>
    <w:p>
      <w:r>
        <w:rPr>
          <w:b/>
        </w:rPr>
        <w:t xml:space="preserve">[42:13] </w:t>
      </w:r>
      <w:r>
        <w:t>yeh sab bilkul hi yani khilaf mein is ke hon. Entertainment culture, love culture aur jo bhi politics culture, sirf education, sirf education, sirf education.</w:t>
      </w:r>
    </w:p>
    <w:p>
      <w:pPr>
        <w:jc w:val="right"/>
      </w:pPr>
      <w:r>
        <w:t xml:space="preserve"> یہ  سب  بال کل  ہی  ی ع نی  خلاف  میں  اس  کے  ہ وں ۔  Entertainment  cul tu re,  l ove  cul ture  اور  جو  بھی  polit ics  cul ture ،  ص رف  educ ation,  ص رف  educ ation,  ص رف  educ ation ۔</w:t>
      </w:r>
    </w:p>
    <w:p>
      <w:r>
        <w:rPr>
          <w:b/>
        </w:rPr>
        <w:t xml:space="preserve">[42:28] </w:t>
      </w:r>
      <w:r>
        <w:t xml:space="preserve"> jab  aap  waqt  ke  mutabiq ,  aaj  jo  waqt ,  aaj  jo  jis  taleem  ki  zarurat  hai ,  is  taleem  ko  paalen ,  is  ki  degree  mil  jaye  aap  ko ,  tab  kisi  aur  cheez  ki  planning  ki jaye .</w:t>
      </w:r>
    </w:p>
    <w:p>
      <w:pPr>
        <w:jc w:val="right"/>
      </w:pPr>
      <w:r>
        <w:t xml:space="preserve"> جب  آپ  وقت  کے  مط ابق ،  آ ج  جو  وقت ،  آ ج  جو  جس  تعلیم  کی  ض ر ورت  ہے،  اس  تعلیم  کو  پ ال یں ،  اس  کی  ڈ گری  مل  ج ائے  آپ  کو ،  تب  کسی  اور  چ یز  کی  plan ning  کی جی ے۔</w:t>
      </w:r>
    </w:p>
    <w:p>
      <w:r>
        <w:rPr>
          <w:b/>
        </w:rPr>
        <w:t xml:space="preserve">[42:49] </w:t>
      </w:r>
      <w:r>
        <w:t xml:space="preserve"> taleem  ke  duran  na  to  love  culture  hona  chahiye ,  na  politics  culture  hona  chahiye ,  na  koi  aur  culture  hona  chahiye .</w:t>
      </w:r>
    </w:p>
    <w:p>
      <w:pPr>
        <w:jc w:val="right"/>
      </w:pPr>
      <w:r>
        <w:t xml:space="preserve"> تعلیم  کے  دوران  نہ  تو  l ove  cul ture  ہ ونا  چ اہ ی ے ،  نہ  polit ics  cul ture  ہ ونا  چ اہ ی ے ،  نہ  کو ئی  اور  cul ture  ہ ونا  چ اہ ی ے۔</w:t>
      </w:r>
    </w:p>
    <w:p>
      <w:r>
        <w:rPr>
          <w:b/>
        </w:rPr>
        <w:t xml:space="preserve">[42:57] </w:t>
      </w:r>
      <w:r>
        <w:t xml:space="preserve"> yeh  meri  raye  hai :  education  and  only  education .</w:t>
      </w:r>
    </w:p>
    <w:p>
      <w:pPr>
        <w:jc w:val="right"/>
      </w:pPr>
      <w:r>
        <w:t xml:space="preserve"> یہ  می ری  ر ائے  ہے :  educ ation  and  only  educ ation ۔</w:t>
      </w:r>
    </w:p>
    <w:p>
      <w:r>
        <w:rPr>
          <w:b/>
        </w:rPr>
        <w:t xml:space="preserve">[43:06] </w:t>
      </w:r>
      <w:r>
        <w:t>Maulana, agla comment aur sawal aaya hai Aamir Moeen sahab ka Srinagar se, unhon ne likha hai: "Jazakallah Maulana sahab for such a beautiful lecture.</w:t>
      </w:r>
    </w:p>
    <w:p>
      <w:pPr>
        <w:jc w:val="right"/>
      </w:pPr>
      <w:r>
        <w:t xml:space="preserve"> مول ان ا،  ا گ لا  com ment  اور  س وال  آ یا  ہے  عام ر  م وری  ص اح ب  کا  سری  ن گر  سے ،  انہوں  نے  لکھ ا  ہے :  "J az ak alla h  مول انا  ص اح ب  for  such  a  be au tif ul  l ec ture .</w:t>
      </w:r>
    </w:p>
    <w:p>
      <w:r>
        <w:rPr>
          <w:b/>
        </w:rPr>
        <w:t xml:space="preserve">[43:19] </w:t>
      </w:r>
      <w:r>
        <w:t>Today's lecture has further increased our hope in the mercy of God. Maulana, we have been told that there are many occasions and places where God surely accepts our dua,</w:t>
      </w:r>
    </w:p>
    <w:p>
      <w:pPr>
        <w:jc w:val="right"/>
      </w:pPr>
      <w:r>
        <w:t xml:space="preserve"> Tod ay 's  l ec ture  has  fur ther  inc re ased  o ur  h ope  in  the  mer cy  of  God .  مول ان ا،  we  have  been  t old  that  there  are  many  occ as ions  and  pla ces  where  God  sur ely  ac cep ts  o ur  د ع ا،</w:t>
      </w:r>
    </w:p>
    <w:p>
      <w:r>
        <w:rPr>
          <w:b/>
        </w:rPr>
        <w:t xml:space="preserve">[43:34] </w:t>
      </w:r>
      <w:r>
        <w:t xml:space="preserve"> like  dua  as k ed  in  Mecca.  K ind ly  gu ide  us  on  its  ess ence ."  nahin  nahin ,  main  is  ko  nahin  maanta  ke  koi  jagah  dua ,  koi  dua  karein ,  dua  qubool  ho  jayegi .</w:t>
      </w:r>
    </w:p>
    <w:p>
      <w:pPr>
        <w:jc w:val="right"/>
      </w:pPr>
      <w:r>
        <w:t xml:space="preserve"> l ike  د ع ا  as k ed  in  M ec ca.  K ind ly  gu ide  us  on  its  ess ence ."  نہیں  نہیں ،  میں  اس  کو  نہیں  م انت ا  کہ  کو ئی  ج گ ہ  د ع ا،  کو ئی  د ع ا  ک ری ں ،  د ع ا  قب ول  ہو  ج ائے  گ ی ۔</w:t>
      </w:r>
    </w:p>
    <w:p>
      <w:r>
        <w:rPr>
          <w:b/>
        </w:rPr>
        <w:t xml:space="preserve">[43:48] </w:t>
      </w:r>
      <w:r>
        <w:t xml:space="preserve"> yeh  bilkul  yeh  concept  sahih  nahin  hai .</w:t>
      </w:r>
    </w:p>
    <w:p>
      <w:pPr>
        <w:jc w:val="right"/>
      </w:pPr>
      <w:r>
        <w:t xml:space="preserve"> یہ  بال کل  یہ  con cept  صح ی ح  نہیں  ہے۔</w:t>
      </w:r>
    </w:p>
    <w:p>
      <w:r>
        <w:rPr>
          <w:b/>
        </w:rPr>
        <w:t xml:space="preserve">[43:52] </w:t>
      </w:r>
      <w:r>
        <w:t xml:space="preserve"> jagah  ka  matlab  hai  ke  woh  jagah  aap  ko  inspire  kar  ke  dua  karne  wala  banaye  gi .</w:t>
      </w:r>
    </w:p>
    <w:p>
      <w:pPr>
        <w:jc w:val="right"/>
      </w:pPr>
      <w:r>
        <w:t xml:space="preserve"> ج گ ہ  کا  مط لب  ہے  کہ  وہ  ج گ ہ  آپ  کو  insp ire  کر  کے  د ع ا  کرنے  وال ا  بن ائے  گ ی ۔</w:t>
      </w:r>
    </w:p>
    <w:p>
      <w:r>
        <w:rPr>
          <w:b/>
        </w:rPr>
        <w:t xml:space="preserve">[44:00] </w:t>
      </w:r>
      <w:r>
        <w:t xml:space="preserve"> yeh  hoga</w:t>
      </w:r>
    </w:p>
    <w:p>
      <w:pPr>
        <w:jc w:val="right"/>
      </w:pPr>
      <w:r>
        <w:t xml:space="preserve"> یہ  ہو گ ا</w:t>
      </w:r>
    </w:p>
    <w:p>
      <w:r>
        <w:rPr>
          <w:b/>
        </w:rPr>
        <w:t xml:space="preserve">[44:04] </w:t>
      </w:r>
      <w:r>
        <w:t xml:space="preserve"> jo  maqamat  hain  Makka  mein  ya  Makka  ke  aas  pas  ya  Madinah  mein  ya  Madinah  ke  aas  pas .</w:t>
      </w:r>
    </w:p>
    <w:p>
      <w:pPr>
        <w:jc w:val="right"/>
      </w:pPr>
      <w:r>
        <w:t xml:space="preserve"> جو  مقام ات  ہیں  مک ہ  میں  یا  مک ہ  کے  آس  پ اس  یا  مد ین ہ  میں  یا  مد ین ہ  کے  آس  پ اس ۔</w:t>
      </w:r>
    </w:p>
    <w:p>
      <w:r>
        <w:rPr>
          <w:b/>
        </w:rPr>
        <w:t xml:space="preserve">[44:12] </w:t>
      </w:r>
      <w:r>
        <w:t xml:space="preserve"> to  agar  aap  tareekh  ko  jaante  ho ,</w:t>
      </w:r>
    </w:p>
    <w:p>
      <w:pPr>
        <w:jc w:val="right"/>
      </w:pPr>
      <w:r>
        <w:t xml:space="preserve"> تو  اگر  آپ  تاریخ  کو  ج انت ے  ہ وں ،</w:t>
      </w:r>
    </w:p>
    <w:p>
      <w:r>
        <w:rPr>
          <w:b/>
        </w:rPr>
        <w:t xml:space="preserve">[44:15] </w:t>
      </w:r>
      <w:r>
        <w:t>history ko aap jaante ho, to jab is is part par pohanchein ge to aap ko yaad aaye ga ke yahan Rasool Allah ke saath aisa hua, Sahaba ke saath aisa hua.</w:t>
      </w:r>
    </w:p>
    <w:p>
      <w:pPr>
        <w:jc w:val="right"/>
      </w:pPr>
      <w:r>
        <w:t xml:space="preserve"> history  کو  آپ  ج انت ے  ہ وں ،  تو  جب  اس  اس  part  پر  پہ ن چ یں  گ ے  تو  آپ  کو  ی اد  آ ئے  گ ا  کہ  یہ اں  رس ول  اللہ  کے  ساتھ  ای سا  ہوا ،  صح اب ہ  کے  ساتھ  ای سا  ہوا ۔</w:t>
      </w:r>
    </w:p>
    <w:p>
      <w:r>
        <w:rPr>
          <w:b/>
        </w:rPr>
        <w:t xml:space="preserve">[44:28] </w:t>
      </w:r>
      <w:r>
        <w:t xml:space="preserve"> to  woh  yaad  jo  aap  ke  andar  is  mein  se  paida  kare  gi ,  is  ke  tehat  jo  dua  nikle  gi ,  woh  bahut  khaas  dua  hogi .</w:t>
      </w:r>
    </w:p>
    <w:p>
      <w:pPr>
        <w:jc w:val="right"/>
      </w:pPr>
      <w:r>
        <w:t xml:space="preserve"> تو  وہ  ی اد  جو  آپ  کے  اند ر  اس  میں  سے  پیدا  کر ے  گ ی،  اس  کے  تحت  جو  د ع ا  ن ک لے  گ ی،  وہ  بہت  خاص  د ع ا  ہو گی ۔</w:t>
      </w:r>
    </w:p>
    <w:p>
      <w:r>
        <w:rPr>
          <w:b/>
        </w:rPr>
        <w:t xml:space="preserve">[44:35] </w:t>
      </w:r>
      <w:r>
        <w:t xml:space="preserve"> bas  khud  maqam  mein  yeh  nahin  ke  falan  maqam  mein  khare  ho  jayein ,  dua  qubool  ho  jayegi .  yeh  bilkul  Islam  se  iska  koi  taaluq  nahin .</w:t>
      </w:r>
    </w:p>
    <w:p>
      <w:pPr>
        <w:jc w:val="right"/>
      </w:pPr>
      <w:r>
        <w:t xml:space="preserve"> ب س  خود  مقام  میں  یہ  نہیں  کہ  ف لا ں  مقام  میں  کھ ڑ ے  ہو  ج ائیں ،  د ع ا  قب ول  ہو  ج ائے  گ ی ۔  یہ  بال کل  اسلام  سے  اس  کا  کو ئی  تع لق  نہیں ۔</w:t>
      </w:r>
    </w:p>
    <w:p>
      <w:r>
        <w:rPr>
          <w:b/>
        </w:rPr>
        <w:t xml:space="preserve">[44:44] </w:t>
      </w:r>
      <w:r>
        <w:t xml:space="preserve"> yeh  awami ,  yeh  awami  culture  hai .  Maulana ,  agla  sawal  lete  hain .  yeh  sawal  bhi  ja  hai  Abdul  Qadir  sahab  ne  Sarai  Meer  Azam  garh  se ,</w:t>
      </w:r>
    </w:p>
    <w:p>
      <w:pPr>
        <w:jc w:val="right"/>
      </w:pPr>
      <w:r>
        <w:t xml:space="preserve"> یہ  ع وامی ،  یہ  ع وامی  cul ture  ہے۔  مول ان ا،  ا گ لا  س وال  ل یت ے  ہیں۔  یہ  س وال  بھی جا  ہے  عبد ال ق ادر  ص اح ب  نے  سر ائے  میل  اع ظم  گ ڑ ھ  سے ،</w:t>
      </w:r>
    </w:p>
    <w:p>
      <w:r>
        <w:rPr>
          <w:b/>
        </w:rPr>
        <w:t xml:space="preserve">[44:59] </w:t>
      </w:r>
      <w:r>
        <w:t xml:space="preserve"> unhon  ne  likha  hai :  " mera  sawal  aap  se  yeh  hai  Maulana  sahab  ke  hamare  bahut  se  milne  julne  walon  mein  hamare  ghair  muslim  bhai  hote  hain  jo  hum  ko  milte  waqt  namaste  ya  namaskar  kehte  hain .</w:t>
      </w:r>
    </w:p>
    <w:p>
      <w:pPr>
        <w:jc w:val="right"/>
      </w:pPr>
      <w:r>
        <w:t xml:space="preserve"> انہوں  نے  لکھ ا  ہے :  " می را  س وال  آپ  سے  یہ  ہے  مول انا  ص اح ب  کہ  ہ مار ے  بہت  سے  مل نے  ج ل نے  وال وں  میں  ہ مار ے  غیر  مس لم  بھ ائی  ہوت ے  ہیں  جو  ہ م  کو  م لت ے  وقت  نم ست ے  یا  نم س کار  کہ تے  ہیں۔</w:t>
      </w:r>
    </w:p>
    <w:p>
      <w:r>
        <w:rPr>
          <w:b/>
        </w:rPr>
        <w:t xml:space="preserve">[45:15] </w:t>
      </w:r>
      <w:r>
        <w:t xml:space="preserve"> to  Maulana ,  mujhe  jaanna  yeh  tha  ke  kya  return  mein  un  ko  namaste  ya  namaskar  kehna  sahih  hai  ya  nahin ?</w:t>
      </w:r>
    </w:p>
    <w:p>
      <w:pPr>
        <w:jc w:val="right"/>
      </w:pPr>
      <w:r>
        <w:t xml:space="preserve"> تو  مول ان ا،  مج ھ ے  جان نا  یہ  تھا  کہ  کیا  return  میں  ان  کو  نم ست ے  یا  نم س کار  کہ نا  صح ی ح  ہے  یا  نہیں ؟</w:t>
      </w:r>
    </w:p>
    <w:p>
      <w:r>
        <w:rPr>
          <w:b/>
        </w:rPr>
        <w:t xml:space="preserve">[45:23] </w:t>
      </w:r>
      <w:r>
        <w:t>"  bilkul  sahih  ka  zaruri  hai ,  zaruri  hai .</w:t>
      </w:r>
    </w:p>
    <w:p>
      <w:pPr>
        <w:jc w:val="right"/>
      </w:pPr>
      <w:r>
        <w:t>"  بال کل  صح ی ح  کا  ض ر وری  ہے،  ض ر وری  ہے۔</w:t>
      </w:r>
    </w:p>
    <w:p>
      <w:r>
        <w:rPr>
          <w:b/>
        </w:rPr>
        <w:t xml:space="preserve">[45:28] </w:t>
      </w:r>
      <w:r>
        <w:t xml:space="preserve"> Rasool  Allah  ke  paas  Momin  ka  kuch  log  aaye  jo  us  waqt  Islam  mein  dakhil  hue  nahin  hue  the ,  to  woh  un  ka  un  ka  tareeqa  doosra  tha .</w:t>
      </w:r>
    </w:p>
    <w:p>
      <w:pPr>
        <w:jc w:val="right"/>
      </w:pPr>
      <w:r>
        <w:t xml:space="preserve"> رس ول  اللہ  کے  پ اس یم ن  کا  ک چھ  لوگ  آ ئے  جو  اس  وقت  اسلام  میں  دا خل  ہوئے  نہیں  ہوئے  تھے ،  تو  وہ  ان  کا  ان  کا  ط ریق ہ  دوس را  تھا۔</w:t>
      </w:r>
    </w:p>
    <w:p>
      <w:r>
        <w:rPr>
          <w:b/>
        </w:rPr>
        <w:t xml:space="preserve">[45:43] </w:t>
      </w:r>
      <w:r>
        <w:t xml:space="preserve"> to  woh  aaye  to  Rasool  Allah  ne  un  se  Assalam  o  Alaikum  nahin  kaha ,  un  se  kaha  Mhm  mhm ,  jo  un  ke  han  un  ka  qabeela  raij  tha .</w:t>
      </w:r>
    </w:p>
    <w:p>
      <w:pPr>
        <w:jc w:val="right"/>
      </w:pPr>
      <w:r>
        <w:t xml:space="preserve"> تو  وہ  آ ئے  تو  رس ول  اللہ  نے  ان  سے  الس لام  ع ل یک م  نہیں  کہ ا،  ان  سے  کہ ا  م ہم  م ہم ،  جو  ان  کے  ہ اں  ان  کا  قب یل ہ  ر ائ ج  تھا۔</w:t>
      </w:r>
    </w:p>
    <w:p>
      <w:r>
        <w:rPr>
          <w:b/>
        </w:rPr>
        <w:t xml:space="preserve">[45:52] </w:t>
      </w:r>
      <w:r>
        <w:t xml:space="preserve"> Mhm  mhm ,  aaj  jo  raij  hai ,  is  ko  aap  boliye ,  bilkul  Islam  hai .  yeh  is  mein  yeh  sochna  bhi  ghalat  hai  ke  yeh  jaiz  hai  ke  najaiz . </w:t>
      </w:r>
    </w:p>
    <w:p>
      <w:pPr>
        <w:jc w:val="right"/>
      </w:pPr>
      <w:r>
        <w:t xml:space="preserve"> م ہم  م ہم ،  آ ج  جو  ر ائ ج  ہے،  اس  کو  آپ  بول ی ے ،  بال کل  اسلام  ہے۔  یہ  اس  میں  یہ  سو چ نا  بھی  غ ل ط  ہے  کہ  یہ  ج ائز  ہے  کہ  ن اج ائز ۔</w:t>
      </w:r>
    </w:p>
    <w:p>
      <w:r>
        <w:rPr>
          <w:b/>
        </w:rPr>
        <w:t xml:space="preserve">[46:05] </w:t>
      </w:r>
      <w:r>
        <w:t>rasool allah ne hum keh a, aap namaz se kar diye. is ki ye mani is sunnat ki pervi ho gayi hai.</w:t>
      </w:r>
    </w:p>
    <w:p>
      <w:pPr>
        <w:jc w:val="right"/>
      </w:pPr>
      <w:r>
        <w:t xml:space="preserve"> رس ول  اللہ  نے  م ہم  کہ ا،  آپ  نم ست ے  کر  دی ے۔  اس ی  کی  ی ع نی  اس ی  سن ت  کی  پی روی  ہو  گئی  ہے۔</w:t>
      </w:r>
    </w:p>
    <w:p>
      <w:r>
        <w:rPr>
          <w:b/>
        </w:rPr>
        <w:t xml:space="preserve">[46:19] </w:t>
      </w:r>
      <w:r>
        <w:t>molana, ek comment bhi ja hai muhammad yaqoob amri sahib ne dilli se, unhon ne likha hai: "today i discovered the great wisdom behind sabr with dua."</w:t>
      </w:r>
    </w:p>
    <w:p>
      <w:pPr>
        <w:jc w:val="right"/>
      </w:pPr>
      <w:r>
        <w:t xml:space="preserve"> مول ان ا،  ایک  com ment  بھی جا  ہے  محمد  ی ع ق وب  عم ری  ص اح ب  نے  د لی  سے ،  انہوں  نے  لکھ ا  ہے :  "T od ay  I  disc over ed  the  gre at  w is dom  beh ind  ص بر  with  د ع ا۔</w:t>
      </w:r>
    </w:p>
    <w:p>
      <w:r>
        <w:rPr>
          <w:b/>
        </w:rPr>
        <w:t xml:space="preserve">[46:30] </w:t>
      </w:r>
      <w:r>
        <w:t>jazak allah. khair, agla sawal bhi ja hai nafis siddiqi sahib ne dilli se, unhon ne likha hai: "garmiyon mein barish na hone ke karan aksar log barish hone ki duaen karte hain.</w:t>
      </w:r>
    </w:p>
    <w:p>
      <w:pPr>
        <w:jc w:val="right"/>
      </w:pPr>
      <w:r>
        <w:t xml:space="preserve"> جز اک  اللہ ۔ "  خ یر ،  ا گ لا  س وال  بھی جا  ہے  ن ف یس  صدی قی  ص اح ب  نے  د لی  سے ،  انہوں  نے  لکھ ا  ہے :  " گر می وں  میں  بار ش  نہ  ہونے  کے  कारण  اک ثر  لوگ  بار ش  ہونے  کی  د ع ائیں  کرتے  ہیں۔</w:t>
      </w:r>
    </w:p>
    <w:p>
      <w:r>
        <w:rPr>
          <w:b/>
        </w:rPr>
        <w:t xml:space="preserve">[46:44] </w:t>
      </w:r>
      <w:r>
        <w:t>main ye janna chahta hoon ke barish ke liye ki gayi dua qabool hoti hai ya nahi, jab ke barish ka ek scientific logic hai.</w:t>
      </w:r>
    </w:p>
    <w:p>
      <w:pPr>
        <w:jc w:val="right"/>
      </w:pPr>
      <w:r>
        <w:t xml:space="preserve"> میں  یہ  جان نا  چ اہ تا  ہ وں  کہ  بار ش  کے  لیے  کی  گئی  د ع ا  قب ول  ہوت ی  ہے  یا  نہیں ،  جب کہ  بار ش  کا  ایک  scient ific  log ic  ہے۔</w:t>
      </w:r>
    </w:p>
    <w:p>
      <w:r>
        <w:rPr>
          <w:b/>
        </w:rPr>
        <w:t xml:space="preserve">[46:55] </w:t>
      </w:r>
      <w:r>
        <w:t>is ke bare mein aap kiya kahein ge? "</w:t>
      </w:r>
    </w:p>
    <w:p>
      <w:pPr>
        <w:jc w:val="right"/>
      </w:pPr>
      <w:r>
        <w:t xml:space="preserve"> اس  کے  بار ے  میں  آپ  کیا  کہ یں  گ ے ؟ "</w:t>
      </w:r>
    </w:p>
    <w:p>
      <w:r>
        <w:rPr>
          <w:b/>
        </w:rPr>
        <w:t xml:space="preserve">[47:00] </w:t>
      </w:r>
      <w:r>
        <w:t>nahi, barish ka koi abhi tak daryaft nahi hua hai.</w:t>
      </w:r>
    </w:p>
    <w:p>
      <w:pPr>
        <w:jc w:val="right"/>
      </w:pPr>
      <w:r>
        <w:t xml:space="preserve"> نہیں ،  بار ش  کا  کو ئی  اب ھی  تک  دریا فت  نہیں  ہوا  ہے۔</w:t>
      </w:r>
    </w:p>
    <w:p>
      <w:r>
        <w:rPr>
          <w:b/>
        </w:rPr>
        <w:t xml:space="preserve">[47:04] </w:t>
      </w:r>
      <w:r>
        <w:t>aap jante hain ke jo mousmi pesh goiyan hain, abhi tak uncertain hain.</w:t>
      </w:r>
    </w:p>
    <w:p>
      <w:pPr>
        <w:jc w:val="right"/>
      </w:pPr>
      <w:r>
        <w:t xml:space="preserve"> آپ  ج انت ے  ہیں  کہ  جو  موس می  پیش  گ وئ یاں  ہیں ،  اب ھی  تک  un cer tain  ہیں۔</w:t>
      </w:r>
    </w:p>
    <w:p>
      <w:r>
        <w:rPr>
          <w:b/>
        </w:rPr>
        <w:t xml:space="preserve">[47:13] </w:t>
      </w:r>
      <w:r>
        <w:t>to baqi jo hadith se sabit hai, wo barish ka dua wo nahi hoti jo aap sab logon ka riwaj hai ke yun hi dua karna idhar udhar.</w:t>
      </w:r>
    </w:p>
    <w:p>
      <w:pPr>
        <w:jc w:val="right"/>
      </w:pPr>
      <w:r>
        <w:t xml:space="preserve"> تو  با قی  جو  ح دی ث  سے  ث ابت  ہے،  وہ  بار ش  کا  د ع ا  وہ  نہیں  ہوت ی  جو  آپ  سب  لوگ وں  کا  ر واج  ہے  کہ  ی وں  ہی  د ع ا  کر نا  اد ھر  اد ھر ۔</w:t>
      </w:r>
    </w:p>
    <w:p>
      <w:r>
        <w:rPr>
          <w:b/>
        </w:rPr>
        <w:t xml:space="preserve">[47:25] </w:t>
      </w:r>
      <w:r>
        <w:t>nahi, istisqa ki dua, is ko kehte hain. istisqa ki dua ye hai ke kisi ilaqe ke sare log ya kam az kam numainda log nikal kar kisi khuli khuli jagah par jaen aur khuli jagah par wohan par istisqa ki namaz parhen aur dua karen.</w:t>
      </w:r>
    </w:p>
    <w:p>
      <w:pPr>
        <w:jc w:val="right"/>
      </w:pPr>
      <w:r>
        <w:t xml:space="preserve"> نہیں ،  است س ق اء  کی  د ع ا،  اس  کو  کہ تے  ہیں۔  است س ق اء  کی  د ع ا  یہ  ہے  کہ  کسی  علاق ے  کے  س ار ے  لوگ  یا  کم  از  کم  نم ائ ند ہ  لوگ  ن کل  کر  کسی  کھ لی  کھ لی  ج گ ہ  پر  ج ائیں  اور  کھ لی  ج گ ہ  پر  وہ اں  پر  است س ق اء  کی  ن ما ز  پ ڑ ھ یں  اور  د ع ا  ک ری ں ۔</w:t>
      </w:r>
    </w:p>
    <w:p>
      <w:r>
        <w:rPr>
          <w:b/>
        </w:rPr>
        <w:t xml:space="preserve">[47:46] </w:t>
      </w:r>
      <w:r>
        <w:t>to mera tajurba ye hai ke aisi dua zaroor qabool hoti hai. misal ke taur par dekhiye, main seer ameer ke madrase mein parta tha to ye taqriban 1940 ki baat hai ke sokha pada.</w:t>
      </w:r>
    </w:p>
    <w:p>
      <w:pPr>
        <w:jc w:val="right"/>
      </w:pPr>
      <w:r>
        <w:t xml:space="preserve"> تو  می را  تج رب ہ  یہ  ہے  کہ  ای سی  د ع ا  ض ر ور  قب ول  ہوت ی  ہے۔  مث ال  کے  طور  پر  دیک ھی ے ،  میں  س یر ام یر  کے  مدرس ے  میں  پ ڑ ھ تا  تھا  تو  یہ  تق ریب اً  1 9 4 0  کی  ب ات  ہے  کہ  سو کھ ا  پ ڑ ا۔</w:t>
      </w:r>
    </w:p>
    <w:p>
      <w:r>
        <w:rPr>
          <w:b/>
        </w:rPr>
        <w:t xml:space="preserve">[48:05] </w:t>
      </w:r>
      <w:r>
        <w:t>ab ek dam barish ruk gayi, bohat pareshani hui. to ye tay hua ke istisqa ki namaz parhi jae.</w:t>
      </w:r>
    </w:p>
    <w:p>
      <w:pPr>
        <w:jc w:val="right"/>
      </w:pPr>
      <w:r>
        <w:t xml:space="preserve"> اب  ایک  د م  بار ش  ر ک  گئی ،  بہت  پ ری ش انی  ہوئی ۔  تو  یہ  ط ے  ہوا  کہ  است س ق اء  کی  ن ما ز  پ ڑ ھی  ج ائ ے۔</w:t>
      </w:r>
    </w:p>
    <w:p>
      <w:r>
        <w:rPr>
          <w:b/>
        </w:rPr>
        <w:t xml:space="preserve">[48:16] </w:t>
      </w:r>
      <w:r>
        <w:t>to is tareeqe ke mutabiq yani log niklen apne gharon se nikal kar ke maidan mein ikattha hon.</w:t>
      </w:r>
    </w:p>
    <w:p>
      <w:pPr>
        <w:jc w:val="right"/>
      </w:pPr>
      <w:r>
        <w:t xml:space="preserve"> تو  اس  ط ریق ے  کے  مط ابق  ی ع نی  لوگ  ن ک لی ں  اپنے  گ ھ رو ں  سے  ن کل  کر  کے  می دان  میں  ا کٹ ھا  ہ وں ۔</w:t>
      </w:r>
    </w:p>
    <w:p>
      <w:r>
        <w:rPr>
          <w:b/>
        </w:rPr>
        <w:t xml:space="preserve">[48:24] </w:t>
      </w:r>
      <w:r>
        <w:t>to hum sab log, main bhi is mein shareek tha, hum gaye wohan dina parah ek gaon hota tha, is ke pas ek bara sa khuli jagah thi.</w:t>
      </w:r>
    </w:p>
    <w:p>
      <w:pPr>
        <w:jc w:val="right"/>
      </w:pPr>
      <w:r>
        <w:t xml:space="preserve"> تو  ہ م  سب  لوگ ،  میں  بھی  اس  میں  شر یک  تھا ،  ہ م  گ ئے  وہ اں  د ین ا  پار ہ  ایک  گ ا ؤ ں  ہوت ا  تھا ،  اس  کے  پ اس  ایک  بڑ ا  سا  کھ لی  ج گ ہ  تھی۔</w:t>
      </w:r>
    </w:p>
    <w:p>
      <w:r>
        <w:rPr>
          <w:b/>
        </w:rPr>
        <w:t xml:space="preserve">[48:36] </w:t>
      </w:r>
      <w:r>
        <w:t>to wohan hum logon ne namaz parhi. is waqt ek the ustad Maulana Saeed Ahmed Nadvi, wo mere ustad the, unhon ne namaz parhai.</w:t>
      </w:r>
    </w:p>
    <w:p>
      <w:pPr>
        <w:jc w:val="right"/>
      </w:pPr>
      <w:r>
        <w:t xml:space="preserve"> تو  وہ اں  ہ م  لوگ وں  نے  ن ما ز  پ ڑ ھی ۔  اس  وقت  ایک  تھے  است اد  مول انا  س ع ید  احمد  ن د وی ،  وہ  می ر ے  است اد  تھے ،  انہوں  نے  ن ما ز  پ ڑ ھ ائی ۔</w:t>
      </w:r>
    </w:p>
    <w:p>
      <w:r>
        <w:rPr>
          <w:b/>
        </w:rPr>
        <w:t xml:space="preserve">[48:48] </w:t>
      </w:r>
      <w:r>
        <w:t>aur mujhe yaad hai ke hum gaye the to sakht garmi mein dhoop dhoop nikli hui thi.</w:t>
      </w:r>
    </w:p>
    <w:p>
      <w:pPr>
        <w:jc w:val="right"/>
      </w:pPr>
      <w:r>
        <w:t xml:space="preserve"> اور  مج ھ ے  ی اد  ہے  کہ  ہ م  گ ئے  تھے  تو  س خت  گر می  میں  د ھ و پ  د ھ و پ  ن ک لی  ہوئی  تھی۔</w:t>
      </w:r>
    </w:p>
    <w:p>
      <w:r>
        <w:rPr>
          <w:b/>
        </w:rPr>
        <w:t xml:space="preserve">[48:56] </w:t>
      </w:r>
      <w:r>
        <w:t>wapas aaye to hum log, wapas aate hi thi barish hone lagi aur hum log bheeg bheeg gaye.</w:t>
      </w:r>
    </w:p>
    <w:p>
      <w:pPr>
        <w:jc w:val="right"/>
      </w:pPr>
      <w:r>
        <w:t xml:space="preserve"> وا پ س  آ ئے  تو  ہ م  لوگ ،  وا پ س  آ تے  ہی  تھی  بار ش  ہونے  ل گی  اور  ہ م  لوگ  بھی گ  گ ئے۔</w:t>
      </w:r>
    </w:p>
    <w:p>
      <w:r>
        <w:rPr>
          <w:b/>
        </w:rPr>
        <w:t xml:space="preserve">[49:03] </w:t>
      </w:r>
      <w:r>
        <w:t>haan, apne apne kuon mein pahunche to bheegay hue the. to dua, istisqa ki dua ka ek tareeqa hai.</w:t>
      </w:r>
    </w:p>
    <w:p>
      <w:pPr>
        <w:jc w:val="right"/>
      </w:pPr>
      <w:r>
        <w:t xml:space="preserve"> ہ اں ،  اپنے  اپنے  ک ور وں  میں  پہ ن چ ے  تو  بھی گ ے  ہوئے  تھے۔  تو  د ع ا،  است س ق اء  کی  د ع ا  کا  ایک  ط ریق ہ  ہے۔</w:t>
      </w:r>
    </w:p>
    <w:p>
      <w:r>
        <w:rPr>
          <w:b/>
        </w:rPr>
        <w:t xml:space="preserve">[49:12] </w:t>
      </w:r>
      <w:r>
        <w:t>ye nahi ke aap kahein idhar udhar hain aur dua kar rahe hain, is is ka naam istisqa ki namaz nahi hai. aur mera yaqeen hai ke istisqa ki namaz jo sahih maani mein parhi jae to zaroor qabool hoti hai.</w:t>
      </w:r>
    </w:p>
    <w:p>
      <w:pPr>
        <w:jc w:val="right"/>
      </w:pPr>
      <w:r>
        <w:t xml:space="preserve"> یہ  نہیں  کہ  آپ  کہ یں  اد ھر  اد ھر  ہیں  اور  د ع ا  کر  رہ ے  ہیں ،  اس  اس  کا  نام  است س ق اء  کی  ن ما ز  نہیں  ہے۔  اور  می را  ی ق ین  ہے  کہ  است س ق اء  کی  ن ما ز  جو  صح ی ح  مع نی  میں  پ ڑ ھی  ج ائے  تو  ض ر ور  قب ول  ہوت ی  ہے۔</w:t>
      </w:r>
    </w:p>
    <w:p>
      <w:r>
        <w:rPr>
          <w:b/>
        </w:rPr>
        <w:t xml:space="preserve">[49:32] </w:t>
      </w:r>
      <w:r>
        <w:t>molana, agla sawal lete hain jo bhi ja hai muhammad rashid sahib ne, unhon ne location nahi likhi hai apni.</w:t>
      </w:r>
    </w:p>
    <w:p>
      <w:pPr>
        <w:jc w:val="right"/>
      </w:pPr>
      <w:r>
        <w:t xml:space="preserve"> مول ان ا،  ا گ لا  س وال  ل یت ے  ہیں  جو  بھی جا  ہے  محمد  را ش د  ص اح ب  نے ،  انہوں  نے  loc ation  نہیں  لکھ ی  ہے  اپنی ۔</w:t>
      </w:r>
    </w:p>
    <w:p>
      <w:r>
        <w:rPr>
          <w:b/>
        </w:rPr>
        <w:t xml:space="preserve">[49:39] </w:t>
      </w:r>
      <w:r>
        <w:t>un ka sawal is tarah hai: "molana, allah dene wala hai lekin allah ne hum ko is bab se jor diya aur hamara yaqeen allah se zyada is bab par hai.</w:t>
      </w:r>
    </w:p>
    <w:p>
      <w:pPr>
        <w:jc w:val="right"/>
      </w:pPr>
      <w:r>
        <w:t xml:space="preserve"> ان  کا  س وال  اس  طرح  ہے :  " مول ان ا،  اللہ  د ین ے  وال ا  ہے  لیکن  اللہ  نے  ہ م  کو  اس ب اب  سے  جو ڑ  دیا  اور  ہ مار ا  ی ق ین  اللہ  سے  زیادہ  اس ب اب  پر  ہے۔</w:t>
      </w:r>
    </w:p>
    <w:p>
      <w:r>
        <w:rPr>
          <w:b/>
        </w:rPr>
        <w:t xml:space="preserve">[49:54] </w:t>
      </w:r>
      <w:r>
        <w:t>to kis tarah allah par yaqeen kamil ho sakta hai? ye mujhe namumkin lagta hai.</w:t>
      </w:r>
    </w:p>
    <w:p>
      <w:pPr>
        <w:jc w:val="right"/>
      </w:pPr>
      <w:r>
        <w:t xml:space="preserve"> تو  ک س  طرح  اللہ  پر  ی ق ین  ک امل  ہو  س کت ا  ہے ؟  یہ  مج ھ ے  نام م کن  ل گ تا  ہے۔</w:t>
      </w:r>
    </w:p>
    <w:p>
      <w:r>
        <w:rPr>
          <w:b/>
        </w:rPr>
        <w:t xml:space="preserve">[50:01] </w:t>
      </w:r>
      <w:r>
        <w:t>is ke bare mein bataen." is par maine ek mazmoon likha tha us waqt jab ke india mein bohat pehle ki baat hai, jab roosi roos mein communist hukumat qaim thi, tab ki baat hai.</w:t>
      </w:r>
    </w:p>
    <w:p>
      <w:pPr>
        <w:jc w:val="right"/>
      </w:pPr>
      <w:r>
        <w:t xml:space="preserve"> اس  کے  بار ے  میں  بت ائ یں۔ "  اس  پر  میں  نے  ایک  مض م ون  لکھ ا  تھا  اس  وقت  جب کہ  انڈ یا  میں  بہت  پہلے  کی  ب ات  ہے،  جب  ر وسی  ر وس  میں  ک می ون سٹ  حکومت  قائ م  تھ ی،  تب  کی  ب ات  ہے۔</w:t>
      </w:r>
    </w:p>
    <w:p>
      <w:r>
        <w:rPr>
          <w:b/>
        </w:rPr>
        <w:t xml:space="preserve">[50:19] </w:t>
      </w:r>
      <w:r>
        <w:t>to ek khatoon theen jo communist theen india mein, to wo khatoon jo hain, un ko cancer ho gaya.</w:t>
      </w:r>
    </w:p>
    <w:p>
      <w:pPr>
        <w:jc w:val="right"/>
      </w:pPr>
      <w:r>
        <w:t xml:space="preserve"> تو  ایک  خ ات ون  تھ یں  جو  ک می ون سٹ  تھ یں  انڈ یا  میں ،  تو  وہ  خ ات ون  جو  ہیں ،  ان  کو  ک ین سر  ہو  گیا۔</w:t>
      </w:r>
    </w:p>
    <w:p>
      <w:r>
        <w:rPr>
          <w:b/>
        </w:rPr>
        <w:t xml:space="preserve">[50:30] </w:t>
      </w:r>
      <w:r>
        <w:t>to cancer ke liye wo roos gaeen. mashhoor tha ke wohan par ek hospital hai, wohan zaroor acha ho jata hai aadmi.</w:t>
      </w:r>
    </w:p>
    <w:p>
      <w:pPr>
        <w:jc w:val="right"/>
      </w:pPr>
      <w:r>
        <w:t xml:space="preserve"> تو  ک ین سر  کے  لیے  وہ  ر وس  گ ئ یں۔  مش ہ ور  تھا  کہ  وہ اں  پر  ایک  ہ س پ تال  ہے،  وہ اں  ض ر ور  ا چھ ا  ہو  جاتا  ہے  آ دم ی ۔</w:t>
      </w:r>
    </w:p>
    <w:p>
      <w:r>
        <w:rPr>
          <w:b/>
        </w:rPr>
        <w:t xml:space="preserve">[50:41] </w:t>
      </w:r>
      <w:r>
        <w:t>to wohan gaeen, wohin un ki death ho gayi. to aap hazaron waqiat dekhenge ke aadmi ne yani sare factors ikattha kiye, phir bhi is kamyabi nahi hui.</w:t>
      </w:r>
    </w:p>
    <w:p>
      <w:pPr>
        <w:jc w:val="right"/>
      </w:pPr>
      <w:r>
        <w:t xml:space="preserve"> تو  وہ اں  گ ئ یں ،  وہ یں  ان  کی  ڈ یت ھ  ہو  گئی ۔  تو  آپ  ہ زار وں  واقع ات  دیک ھ یں  گ ے  کہ  آ دم ی  نے  ی ع نی  س ار ے  fac tors  ا کٹ ھا  کی ے ،  پ ھر  بھی  اس  ک امی ابی  نہیں  ہوئی ۔</w:t>
      </w:r>
    </w:p>
    <w:p>
      <w:r>
        <w:rPr>
          <w:b/>
        </w:rPr>
        <w:t xml:space="preserve">[50:55] </w:t>
      </w:r>
      <w:r>
        <w:t xml:space="preserve"> to yeh factors ka matlab yeh nahi hai ke factors khud aa ke ban jaein.</w:t>
      </w:r>
    </w:p>
    <w:p>
      <w:pPr>
        <w:jc w:val="right"/>
      </w:pPr>
      <w:r>
        <w:t xml:space="preserve"> تو  یہ  fac tors  کا  مط لب  یہ  نہیں  ہے  کہ  fac tors  خود  آ  کے  بن  ج ائ یں۔</w:t>
      </w:r>
    </w:p>
    <w:p>
      <w:r>
        <w:rPr>
          <w:b/>
        </w:rPr>
        <w:t xml:space="preserve">[51:04] </w:t>
      </w:r>
      <w:r>
        <w:t xml:space="preserve"> yani factor par bhi Allah ta'ala ki hukmarani hai. bohat se waqeat aap apne aas paas dekhein ge ke factors ikattha hue lekin kamiyabi nahi hui.</w:t>
      </w:r>
    </w:p>
    <w:p>
      <w:pPr>
        <w:jc w:val="right"/>
      </w:pPr>
      <w:r>
        <w:t xml:space="preserve"> ی ع نی  fac tor  پر  بھی  اللہ  تع الی ٰ  کی  حک مر انی  ہے۔  بہت  سے  واقع ات  آپ  اپنے  آس  پ اس  دیک ھ یں  گ ے  کہ  fac tors  ا کٹ ھا  ہوئے  لیکن  ک امی ابی  نہیں  ہوئی ۔</w:t>
      </w:r>
    </w:p>
    <w:p>
      <w:r>
        <w:rPr>
          <w:b/>
        </w:rPr>
        <w:t xml:space="preserve">[51:18] </w:t>
      </w:r>
      <w:r>
        <w:t xml:space="preserve"> yeh koi aisi baat nahi hai jo aap ko pata na ho. aap ke aas paas bohat si aisi cheezein milein gi.</w:t>
      </w:r>
    </w:p>
    <w:p>
      <w:pPr>
        <w:jc w:val="right"/>
      </w:pPr>
      <w:r>
        <w:t xml:space="preserve"> یہ  کو ئی  ای سی  ب ات  نہیں  ہے  جو  آپ  کو  پ ت ہ  نہ  ہو ۔  آپ  کے  آس  پ اس  بہت  سی  ای سی  چ یز یں  ملی ں  گ ی ۔</w:t>
      </w:r>
    </w:p>
    <w:p>
      <w:r>
        <w:rPr>
          <w:b/>
        </w:rPr>
        <w:t xml:space="preserve">[51:28] </w:t>
      </w:r>
      <w:r>
        <w:t xml:space="preserve"> to factors jo hain, woh bila shubah dunya mein hain, lekin isi ke saath jo</w:t>
      </w:r>
    </w:p>
    <w:p>
      <w:pPr>
        <w:jc w:val="right"/>
      </w:pPr>
      <w:r>
        <w:t xml:space="preserve"> تو  fac tors  جو  ہیں ،  وہ  ب لا ش ب ہ  دنیا  میں  ہیں ،  لیکن  اس ی  کے  ساتھ  جو</w:t>
      </w:r>
    </w:p>
    <w:p>
      <w:r>
        <w:rPr>
          <w:b/>
        </w:rPr>
        <w:t xml:space="preserve">[51:41] </w:t>
      </w:r>
      <w:r>
        <w:t xml:space="preserve"> is ke upar jo ruler hai, woh Allah rab ul alameen hai. is liye dua ki jati hai.</w:t>
      </w:r>
    </w:p>
    <w:p>
      <w:pPr>
        <w:jc w:val="right"/>
      </w:pPr>
      <w:r>
        <w:t xml:space="preserve"> اس  کے  او پر  جو  r ul er  ہے،  وہ  اللہ  ر ب  العالم ین  ہے۔  اس  لیے  د ع ا  کی  جات ی  ہے۔</w:t>
      </w:r>
    </w:p>
    <w:p>
      <w:r>
        <w:rPr>
          <w:b/>
        </w:rPr>
        <w:t xml:space="preserve">[51:51] </w:t>
      </w:r>
      <w:r>
        <w:t xml:space="preserve"> Maulana, ek comment padhna chahein ge jo Doctor Fareeda Khanam ne Delhi se bhi jaahe.</w:t>
      </w:r>
    </w:p>
    <w:p>
      <w:pPr>
        <w:jc w:val="right"/>
      </w:pPr>
      <w:r>
        <w:t xml:space="preserve"> مول ان ا،  ایک  com ment  پ ڑ ھ نا  چ اہ یں  گ ے  جو  ڈ اک ٹر  ف ری د ہ  خان م  نے  د لی  سے  بھی جا  ہے۔</w:t>
      </w:r>
    </w:p>
    <w:p>
      <w:r>
        <w:rPr>
          <w:b/>
        </w:rPr>
        <w:t xml:space="preserve">[51:57] </w:t>
      </w:r>
      <w:r>
        <w:t xml:space="preserve"> unhon ne likha hai: "I totally agree with Maulana sahib. It is only those who are arrogant say such things as they won't ask even from God.</w:t>
      </w:r>
    </w:p>
    <w:p>
      <w:pPr>
        <w:jc w:val="right"/>
      </w:pPr>
      <w:r>
        <w:t xml:space="preserve"> انہوں  نے  لکھ ا  ہے :  "I  tot ally  ag ree  with  مول انا  ص اح ب .  It  is  only  th ose  who  are  ar rog ant  say  such  th ings  as  they  won 't  as k  even  from  God .</w:t>
      </w:r>
    </w:p>
    <w:p>
      <w:r>
        <w:rPr>
          <w:b/>
        </w:rPr>
        <w:t xml:space="preserve">[52:09] </w:t>
      </w:r>
      <w:r>
        <w:t xml:space="preserve"> The first condition of receiving anything from God is to humbly surrender ourselves before God.</w:t>
      </w:r>
    </w:p>
    <w:p>
      <w:pPr>
        <w:jc w:val="right"/>
      </w:pPr>
      <w:r>
        <w:t xml:space="preserve"> The  first  cond ition  of  rece iv ing  any th ing  from  God  is  to  h umb ly  sur r ender  o urs el ves  before  God .</w:t>
      </w:r>
    </w:p>
    <w:p>
      <w:r>
        <w:rPr>
          <w:b/>
        </w:rPr>
        <w:t xml:space="preserve">[52:18] </w:t>
      </w:r>
      <w:r>
        <w:t xml:space="preserve"> Only then our prayers can find acceptance with Him." Maulana, agla sawal aa aa Miss Bisma ne Delhi se bhi jaahe.</w:t>
      </w:r>
    </w:p>
    <w:p>
      <w:pPr>
        <w:jc w:val="right"/>
      </w:pPr>
      <w:r>
        <w:t xml:space="preserve"> On ly  then  o ur  pra y ers  can  find  ac cept ance  with  H im ."  مول ان ا،  ا گ لا  س وال  آ ہ  آ ہ  Miss  Bis ma  نے  د لی  سے  بھی جا  ہے۔</w:t>
      </w:r>
    </w:p>
    <w:p>
      <w:r>
        <w:rPr>
          <w:b/>
        </w:rPr>
        <w:t xml:space="preserve">[52:27] </w:t>
      </w:r>
      <w:r>
        <w:t xml:space="preserve"> unhon ne likha hai: "Today's talk was really inspiring, Masha Allah. I have a question from Maulana sahib which is that if one is constantly making dua for one's relatives and observing sabr yet the person is showing no improvement, then what can be done more towards that direction?</w:t>
      </w:r>
    </w:p>
    <w:p>
      <w:pPr>
        <w:jc w:val="right"/>
      </w:pPr>
      <w:r>
        <w:t xml:space="preserve"> انہوں  نے  لکھ ا  ہے :  "T od ay 's  tal k  was  re ally  insp ir ing,  ما ش اء ال لہ .  I  have  a  qu es tion  from  مول انا  ص اح ب  which  is  that  if  one  is  const ant ly  mak ing  د ع ا  for  one 's  relativ es  and  observ ing  ص بر  y et  the  person  is  show ing  no  imp rov ement ,  then  wh at  can  be  d one  more  t ow ards  that  dire ction ?</w:t>
      </w:r>
    </w:p>
    <w:p>
      <w:r>
        <w:rPr>
          <w:b/>
        </w:rPr>
        <w:t xml:space="preserve">[52:52] </w:t>
      </w:r>
      <w:r>
        <w:t xml:space="preserve"> dekhiye,</w:t>
      </w:r>
    </w:p>
    <w:p>
      <w:pPr>
        <w:jc w:val="right"/>
      </w:pPr>
      <w:r>
        <w:t>"  دیک ھی ے ،</w:t>
      </w:r>
    </w:p>
    <w:p>
      <w:r>
        <w:rPr>
          <w:b/>
        </w:rPr>
        <w:t xml:space="preserve">[52:56] </w:t>
      </w:r>
      <w:r>
        <w:t xml:space="preserve"> mera tajurba hai, mere paas bohat se waqeat hain jo aap ko bata sakta hoon ke maine dua ki aur bazahir is poori nahi hui.</w:t>
      </w:r>
    </w:p>
    <w:p>
      <w:pPr>
        <w:jc w:val="right"/>
      </w:pPr>
      <w:r>
        <w:t xml:space="preserve"> می را  تج رب ہ  ہے،  می ر ے  پ اس  بہت  سے  واقع ات  ہیں  جو  آپ  کو  ب تا  س کت ا  ہ وں  کہ  میں  نے  د ع ا  کی  اور  ب ظ اہ ر  اس  پ وری  نہیں  ہوئی ۔</w:t>
      </w:r>
    </w:p>
    <w:p>
      <w:r>
        <w:rPr>
          <w:b/>
        </w:rPr>
        <w:t xml:space="preserve">[53:07] </w:t>
      </w:r>
      <w:r>
        <w:t xml:space="preserve"> main samjha ke poori nahi hui, lekin poora na hone ka kya sabab tha, woh baat ko maloom hua ke kabhi poora na hona bhi dua ka qabool hona hota hai.</w:t>
      </w:r>
    </w:p>
    <w:p>
      <w:pPr>
        <w:jc w:val="right"/>
      </w:pPr>
      <w:r>
        <w:t xml:space="preserve"> میں  سم ج ھا  کہ  پ وری  نہیں  ہوئی ،  لیکن  پ ور ا  نہ  ہونے  کا  کیا  سب ب  تھا ،  وہ  ب ات  کو  مع لوم  ہوا  کہ  ک ب ھی  پ ور ا  نہ  ہ ونا  بھی  د ع ا  کا  قب ول  ہ ونا  ہوت ا  ہے۔</w:t>
      </w:r>
    </w:p>
    <w:p>
      <w:r>
        <w:rPr>
          <w:b/>
        </w:rPr>
        <w:t xml:space="preserve">[53:23] </w:t>
      </w:r>
      <w:r>
        <w:t xml:space="preserve"> to Khuda se aap mangte hain apne mind ke mutabiq, lekin Khuda deta hai apne mind ke mutabiq.</w:t>
      </w:r>
    </w:p>
    <w:p>
      <w:pPr>
        <w:jc w:val="right"/>
      </w:pPr>
      <w:r>
        <w:t xml:space="preserve"> تو  خ دا  سے  آپ  مان گ تے  ہیں  اپنے  mind  کے  مط ابق ،  لیکن  خ دا  د یت ا  ہے  اپنے  mind  کے  مط ابق ۔</w:t>
      </w:r>
    </w:p>
    <w:p>
      <w:r>
        <w:rPr>
          <w:b/>
        </w:rPr>
        <w:t xml:space="preserve">[53:31] </w:t>
      </w:r>
      <w:r>
        <w:t xml:space="preserve"> mera tajurba yeh hai ke hamesha ek sachi dua qabool hoti hai, lekin dene wala deta hai apne mind ke mutabiq.</w:t>
      </w:r>
    </w:p>
    <w:p>
      <w:pPr>
        <w:jc w:val="right"/>
      </w:pPr>
      <w:r>
        <w:t xml:space="preserve"> می را  تج رب ہ  یہ  ہے  کہ  ہ می ش ہ  ایک  س چی  د ع ا  قب ول  ہوت ی  ہے،  لیکن  د ین ے  وال ا  د یت ا  ہے  اپنے  mind  کے  مط ابق ۔</w:t>
      </w:r>
    </w:p>
    <w:p>
      <w:r>
        <w:rPr>
          <w:b/>
        </w:rPr>
        <w:t xml:space="preserve">[53:42] </w:t>
      </w:r>
      <w:r>
        <w:t xml:space="preserve"> aap intezar kar rahe hain apne mind ke mutabiq, is ko samjhiye to aap ko phir shubah nahi rahe ga.</w:t>
      </w:r>
    </w:p>
    <w:p>
      <w:pPr>
        <w:jc w:val="right"/>
      </w:pPr>
      <w:r>
        <w:t xml:space="preserve"> آپ  انت ظ ار  کر  رہ ے  ہیں  اپنے  mind  کے  مط ابق ،  اس  کو  سم ج ھی ے  تو  آپ  کو  پ ھر  شب ہ  نہیں  رہ ے  گ ا۔</w:t>
      </w:r>
    </w:p>
    <w:p>
      <w:r>
        <w:rPr>
          <w:b/>
        </w:rPr>
        <w:t xml:space="preserve">[53:53] </w:t>
      </w:r>
      <w:r>
        <w:t xml:space="preserve"> Maulana, agla comment padhna chahein ge jo Tariq Bader sahib ne Pakistan se bhi jaahe. unhon ne likha hai: " Maulana sahib, seeing you alone is an inspiration for us." Rafeeq Khan sahib ne bhi jaahe comment Bangalore se.</w:t>
      </w:r>
    </w:p>
    <w:p>
      <w:pPr>
        <w:jc w:val="right"/>
      </w:pPr>
      <w:r>
        <w:t xml:space="preserve"> مول ان ا،  ا گ لا  com ment  پ ڑ ھ نا  چ اہ یں  گ ے  جو  ط ار ق  ب در  ص اح ب  نے  پاکستان  سے  بھی جا  ہے۔  انہوں  نے  لکھ ا  ہے :  "M oul ana  ص اح ب ,  se e ing  y ou  al one  is  an  insp ir ation  for  us ."  ر فی ق  خان  ص اح ب  نے  بھی جا  ہے  com ment  بن گ ل ور  سے ۔</w:t>
      </w:r>
    </w:p>
    <w:p>
      <w:r>
        <w:rPr>
          <w:b/>
        </w:rPr>
        <w:t xml:space="preserve">[54:11] </w:t>
      </w:r>
      <w:r>
        <w:t xml:space="preserve"> unhon ne likha hai: " Maulana sahib, aap ki kitabein padhne ke baad maine jo tajurba kiya hai,</w:t>
      </w:r>
    </w:p>
    <w:p>
      <w:pPr>
        <w:jc w:val="right"/>
      </w:pPr>
      <w:r>
        <w:t xml:space="preserve"> انہوں  نے  لکھ ا  ہے :  "M oul ana  ص اح ب ،  آپ  کی  کتاب یں  پ ڑ ھ نے  کے  بعد  میں  نے  جو  تج رب ہ  کیا  ہے،</w:t>
      </w:r>
    </w:p>
    <w:p>
      <w:r>
        <w:rPr>
          <w:b/>
        </w:rPr>
        <w:t xml:space="preserve">[54:18] </w:t>
      </w:r>
      <w:r>
        <w:t xml:space="preserve"> woh yeh hai ke dua Khuda se mulaqat ka sab se bada zariya hai aur Khuda ke creation plan of God mein mukammal shamil hona hai.</w:t>
      </w:r>
    </w:p>
    <w:p>
      <w:pPr>
        <w:jc w:val="right"/>
      </w:pPr>
      <w:r>
        <w:t xml:space="preserve"> وہ  یہ  ہے  کہ  د ع ا  خ دا  سے  م لاق ات  کا  سب  سے  بڑ ا  ذ ری عہ  ہے  اور  خ دا  کے  cre ation  plan  of  God  میں  مک مل  شامل  ہ ونا  ہے۔</w:t>
      </w:r>
    </w:p>
    <w:p>
      <w:r>
        <w:rPr>
          <w:b/>
        </w:rPr>
        <w:t xml:space="preserve">[54:29] </w:t>
      </w:r>
      <w:r>
        <w:t>" Aamir Yusuf sahib ne bhi comment bhi jaahe.</w:t>
      </w:r>
    </w:p>
    <w:p>
      <w:pPr>
        <w:jc w:val="right"/>
      </w:pPr>
      <w:r>
        <w:t>"  عام ر  ی وس ف  ص اح ب  نے  بھی  com ment  بھی جا  ہے۔</w:t>
      </w:r>
    </w:p>
    <w:p>
      <w:r>
        <w:rPr>
          <w:b/>
        </w:rPr>
        <w:t xml:space="preserve">[54:34] </w:t>
      </w:r>
      <w:r>
        <w:t xml:space="preserve"> unhon ne likha hai ke dua ek complete package hai sabr, shukr, qanaat aur tauheed ke test ka.</w:t>
      </w:r>
    </w:p>
    <w:p>
      <w:pPr>
        <w:jc w:val="right"/>
      </w:pPr>
      <w:r>
        <w:t xml:space="preserve"> انہوں  نے  لکھ ا  ہے  کہ  د ع ا  ایک  complet e  p ack age  ہے  ص بر ،  ش کر ،  ق ن اعت  اور  تو ح ید  کے  ٹیسٹ  کا ۔</w:t>
      </w:r>
    </w:p>
    <w:p>
      <w:r>
        <w:rPr>
          <w:b/>
        </w:rPr>
        <w:t xml:space="preserve">[54:45] </w:t>
      </w:r>
      <w:r>
        <w:t xml:space="preserve"> Maulana, do logon ne similar sawal bhi jhe hain: Fazal Kareem sahib ne Delhi se aur Miss Shabana Adrees ne Raipur se.</w:t>
      </w:r>
    </w:p>
    <w:p>
      <w:pPr>
        <w:jc w:val="right"/>
      </w:pPr>
      <w:r>
        <w:t xml:space="preserve"> مول ان ا،  دو  لوگ وں  نے  similar  س وال  بھی ج ے  ہیں :  فض ل  ک ری م  ص اح ب  نے  د لی  سے  اور  Miss  ش بان ہ  اد ری س  نے  ر ائے  پ ور  سے ۔</w:t>
      </w:r>
    </w:p>
    <w:p>
      <w:r>
        <w:rPr>
          <w:b/>
        </w:rPr>
        <w:t xml:space="preserve">[54:53] </w:t>
      </w:r>
      <w:r>
        <w:t xml:space="preserve"> aur sawal yeh hai ke Musalman is baat ko kiyon nahi samajh paaye ke dua according, dua ke according planning bhi karni zaroori hai ?</w:t>
      </w:r>
    </w:p>
    <w:p>
      <w:pPr>
        <w:jc w:val="right"/>
      </w:pPr>
      <w:r>
        <w:t xml:space="preserve"> اور  س وال  یہ  ہے  کہ  مس لم ز  اس  ب ات  کو  کی وں  نہیں  سم ج ھ  پ ائے  کہ  د ع ا  acc ording ،  د ع ا  کے  acc ording  plan ning  بھی  کر نی  ض ر وری  ہے ؟</w:t>
      </w:r>
    </w:p>
    <w:p>
      <w:r>
        <w:rPr>
          <w:b/>
        </w:rPr>
        <w:t xml:space="preserve">[55:05] </w:t>
      </w:r>
      <w:r>
        <w:t xml:space="preserve"> That is we need to improve and make ourselves fit for acceptance of the dua. asal mein dekhiye, dua par aap book market mein jaen to wahan aap dekhein ke dua par bohat si kitabein bik rahi hain book market mein,</w:t>
      </w:r>
    </w:p>
    <w:p>
      <w:pPr>
        <w:jc w:val="right"/>
      </w:pPr>
      <w:r>
        <w:t xml:space="preserve"> That  is  we  ne ed  to  imp ro ve  and  m ake  o urs el ves  f it  for  ac cept ance  of  the  د ع ا۔  ا صل  میں  دیک ھی ے ،  د ع ا  پر  آپ  book  mar ket  میں  ج ائیں  تو  وہ اں  آپ  دیک ھ یں  کہ  د ع ا  پر  بہت  سی  کتاب یں  ب ک  رہ ی  ہیں  book  mar ket  میں ،</w:t>
      </w:r>
    </w:p>
    <w:p>
      <w:r>
        <w:rPr>
          <w:b/>
        </w:rPr>
        <w:t xml:space="preserve">[55:25] </w:t>
      </w:r>
      <w:r>
        <w:t xml:space="preserve"> lekin is sab mein kya hota hai? kuch yani alfaaz likhe rehte hain, bas idhar hato.</w:t>
      </w:r>
    </w:p>
    <w:p>
      <w:pPr>
        <w:jc w:val="right"/>
      </w:pPr>
      <w:r>
        <w:t xml:space="preserve"> لیکن  اس  سب  میں  کیا  ہوت ا  ہے ؟  ک چھ  ی ع نی  الف ا ظ  لکھ ے  رہ تے  ہیں ،  ب س  اد ھر  ہ ٹ و ۔</w:t>
      </w:r>
    </w:p>
    <w:p>
      <w:r>
        <w:rPr>
          <w:b/>
        </w:rPr>
        <w:t xml:space="preserve">[55:35] </w:t>
      </w:r>
      <w:r>
        <w:t xml:space="preserve"> alif lafz likhe rehte hain , un ko rat lo . jahan abhi hajj ke liye log gaye hain to sab ke hath mein dua kitaab thi, lekin kya tha ?</w:t>
      </w:r>
    </w:p>
    <w:p>
      <w:pPr>
        <w:jc w:val="right"/>
      </w:pPr>
      <w:r>
        <w:t xml:space="preserve"> الف ا ظ  لکھ ے  رہ تے  ہیں ،  ان  کو  ر ٹ  لو ۔  جہ اں  اب ھی  ح ج  کے  لیے  لوگ  گ ئے  ہیں  تو  سب  کے  ہ اتھ  میں  د ع ا  کتاب  تھ ی،  لیکن  کیا  تھا ؟</w:t>
      </w:r>
    </w:p>
    <w:p>
      <w:r>
        <w:rPr>
          <w:b/>
        </w:rPr>
        <w:t xml:space="preserve">[55:44] </w:t>
      </w:r>
      <w:r>
        <w:t xml:space="preserve"> bas kuch alfaz hain ratna . to yeh galat taur par yeh logon ne ban gaya zehan ke kuch alfaz hain , un ko rat lo to dua ho gayi , halan ke yeh dua hai hi nahi .</w:t>
      </w:r>
    </w:p>
    <w:p>
      <w:pPr>
        <w:jc w:val="right"/>
      </w:pPr>
      <w:r>
        <w:t xml:space="preserve"> ب س  ک چھ  الف ا ظ  ہیں  ر ٹ نا ۔  تو  یہ  غ ل ط  طور  پر  یہ  لوگ وں  نے  بن  گیا  ذ ہ ن  کہ  ک چھ  الف ا ظ  ہیں ،  ان  کو  ر ٹ  لو  تو  د ع ا  ہو  گئی ،  حال ان کہ  یہ  د ع ا  ہے  ہی  نہیں ۔</w:t>
      </w:r>
    </w:p>
    <w:p>
      <w:r>
        <w:rPr>
          <w:b/>
        </w:rPr>
        <w:t xml:space="preserve">[55:58] </w:t>
      </w:r>
      <w:r>
        <w:t xml:space="preserve"> dua dekhiye , split ka naam hai, na ke alfaz ko repeat karne ka naam .</w:t>
      </w:r>
    </w:p>
    <w:p>
      <w:pPr>
        <w:jc w:val="right"/>
      </w:pPr>
      <w:r>
        <w:t xml:space="preserve"> د ع ا  دیک ھی ے ،  sp lit  کا  نام  ہے،  نہ  کہ  الف ا ظ  کو  re pe at  کرنے  کا  نام ۔</w:t>
      </w:r>
    </w:p>
    <w:p>
      <w:r>
        <w:rPr>
          <w:b/>
        </w:rPr>
        <w:t xml:space="preserve">[56:06] </w:t>
      </w:r>
      <w:r>
        <w:t xml:space="preserve"> split ko is ka naam hai, na ke alfaz ko repeat karne ka naam . yeh bohat bari galat fehmi logon mein paida ho gayi hai .</w:t>
      </w:r>
    </w:p>
    <w:p>
      <w:pPr>
        <w:jc w:val="right"/>
      </w:pPr>
      <w:r>
        <w:t xml:space="preserve"> sp lit  کو  اس  کا  نام  ہے،  نہ  کہ  الف ا ظ  کو  re pe at  کرنے  کا  نام ۔  یہ  بہت  ب ڑی  غ ل ط  ف ہ می  لوگ وں  میں  پیدا  ہو  گئی  ہے۔</w:t>
      </w:r>
    </w:p>
    <w:p>
      <w:r>
        <w:rPr>
          <w:b/>
        </w:rPr>
        <w:t xml:space="preserve">[56:14] </w:t>
      </w:r>
      <w:r>
        <w:t xml:space="preserve"> ab is ko durust karna hai, hum ne door karna hai .</w:t>
      </w:r>
    </w:p>
    <w:p>
      <w:pPr>
        <w:jc w:val="right"/>
      </w:pPr>
      <w:r>
        <w:t xml:space="preserve"> اب  اس  کو  در ست  کر نا  ہے،  ہ م  نے  دور  کر نا  ہے۔</w:t>
      </w:r>
    </w:p>
    <w:p>
      <w:r>
        <w:rPr>
          <w:b/>
        </w:rPr>
        <w:t xml:space="preserve">[56:20] </w:t>
      </w:r>
      <w:r>
        <w:t xml:space="preserve"> molana abu dhobi , abu dhobi se syed ahmad sahib ne sawal bhi jaa hai .</w:t>
      </w:r>
    </w:p>
    <w:p>
      <w:pPr>
        <w:jc w:val="right"/>
      </w:pPr>
      <w:r>
        <w:t xml:space="preserve"> مول انا  ا بو  د ھ بی ،  ا بو  د ھ ابی  سے  سید  احمد  ص اح ب  نے  س وال  بھی جا  ہے۔</w:t>
      </w:r>
    </w:p>
    <w:p>
      <w:r>
        <w:rPr>
          <w:b/>
        </w:rPr>
        <w:t xml:space="preserve">[56:25] </w:t>
      </w:r>
      <w:r>
        <w:t xml:space="preserve"> unhon ne likha hai : " Maulana, how can I understand what God wants me to do ?</w:t>
      </w:r>
    </w:p>
    <w:p>
      <w:pPr>
        <w:jc w:val="right"/>
      </w:pPr>
      <w:r>
        <w:t xml:space="preserve"> انہوں  نے  لکھ ا  ہے :  "M oul ana,  how  can  I  under stand  wh at  God  w ants  me  to  do ?</w:t>
      </w:r>
    </w:p>
    <w:p>
      <w:r>
        <w:rPr>
          <w:b/>
        </w:rPr>
        <w:t xml:space="preserve">[56:32] </w:t>
      </w:r>
      <w:r>
        <w:t xml:space="preserve"> I often pray to show me the path and that I should adopt which will please Him, but I am not getting any answers.</w:t>
      </w:r>
    </w:p>
    <w:p>
      <w:pPr>
        <w:jc w:val="right"/>
      </w:pPr>
      <w:r>
        <w:t xml:space="preserve"> I  of ten  pra y  to  show  me  the  p ath  and  that  I  sho uld  ad opt  which  will  ple ase  H im,  but  I  am  not  g ett ing  any  ans w ers.</w:t>
      </w:r>
    </w:p>
    <w:p>
      <w:r>
        <w:rPr>
          <w:b/>
        </w:rPr>
        <w:t xml:space="preserve">[56:42] </w:t>
      </w:r>
      <w:r>
        <w:t xml:space="preserve"> Please Maulana, tell me how can I find out what God expects from me ? " dekhiye, mein aap ko ek misaal deta hoon .</w:t>
      </w:r>
    </w:p>
    <w:p>
      <w:pPr>
        <w:jc w:val="right"/>
      </w:pPr>
      <w:r>
        <w:t xml:space="preserve"> P le ase  مول ان ا،  t ell  me  how  can  I  find  out  wh at  God  exp ects  from  me ? "  دیک ھی ے ،  میں  آپ  کو  ایک  مث ال  د یت ا  ہ وں ۔</w:t>
      </w:r>
    </w:p>
    <w:p>
      <w:r>
        <w:rPr>
          <w:b/>
        </w:rPr>
        <w:t xml:space="preserve">[56:53] </w:t>
      </w:r>
      <w:r>
        <w:t xml:space="preserve"> meri ek kitaab hai, choti si, uska naam hai " quran ka matloob insaan " .</w:t>
      </w:r>
    </w:p>
    <w:p>
      <w:pPr>
        <w:jc w:val="right"/>
      </w:pPr>
      <w:r>
        <w:t xml:space="preserve"> می ری  ایک  کتاب  ہے،  چھ و ٹی  سی ،  اس  کا  نام  ہے  " قر آ ن  کا  مط ل وب  ان سان " ۔</w:t>
      </w:r>
    </w:p>
    <w:p>
      <w:r>
        <w:rPr>
          <w:b/>
        </w:rPr>
        <w:t xml:space="preserve">[57:02] </w:t>
      </w:r>
      <w:r>
        <w:t xml:space="preserve"> to is mein aur bhi kuch article hain, is mein ek article yeh hi hai " quran ka matloob insaan " .</w:t>
      </w:r>
    </w:p>
    <w:p>
      <w:pPr>
        <w:jc w:val="right"/>
      </w:pPr>
      <w:r>
        <w:t xml:space="preserve"> تو  اس  میں  اور  بھی  ک چھ  آر ٹ یک ل  ہیں ،  اس  میں  ایک  آر ٹ یک ل  یہ ی  ہے  " قر آ ن  کا  مط ل وب  ان سان " ۔</w:t>
      </w:r>
    </w:p>
    <w:p>
      <w:r>
        <w:rPr>
          <w:b/>
        </w:rPr>
        <w:t xml:space="preserve">[57:10] </w:t>
      </w:r>
      <w:r>
        <w:t xml:space="preserve"> to ek martaba mujh ko ek ijtima mein bulaya gaya</w:t>
      </w:r>
    </w:p>
    <w:p>
      <w:pPr>
        <w:jc w:val="right"/>
      </w:pPr>
      <w:r>
        <w:t xml:space="preserve"> تو  ایک  مرت ب ہ  مج ھ ے  ایک  اج تماع  میں  بل ایا  گیا</w:t>
      </w:r>
    </w:p>
    <w:p>
      <w:r>
        <w:rPr>
          <w:b/>
        </w:rPr>
        <w:t xml:space="preserve">[57:16] </w:t>
      </w:r>
      <w:r>
        <w:t xml:space="preserve"> ke aap yahan par taqreer karein .</w:t>
      </w:r>
    </w:p>
    <w:p>
      <w:pPr>
        <w:jc w:val="right"/>
      </w:pPr>
      <w:r>
        <w:t xml:space="preserve"> کہ  آپ  یہ اں  پر  تق ری ر  ک ری ں ۔</w:t>
      </w:r>
    </w:p>
    <w:p>
      <w:r>
        <w:rPr>
          <w:b/>
        </w:rPr>
        <w:t xml:space="preserve">[57:21] </w:t>
      </w:r>
      <w:r>
        <w:t xml:space="preserve"> to mein ne taqreer ka mozu yeh chuna : " quran ka matloob insaan " .</w:t>
      </w:r>
    </w:p>
    <w:p>
      <w:pPr>
        <w:jc w:val="right"/>
      </w:pPr>
      <w:r>
        <w:t xml:space="preserve"> تو  میں  نے  تق ری ر  کا  مو ض وع  یہ  چ نا :  " قر آ ن  کا  مط ل وب  ان سان " ۔</w:t>
      </w:r>
    </w:p>
    <w:p>
      <w:r>
        <w:rPr>
          <w:b/>
        </w:rPr>
        <w:t xml:space="preserve">[57:28] </w:t>
      </w:r>
      <w:r>
        <w:t xml:space="preserve"> to mein ne kese likha is ko ? chand din ke liye mein mutawaqqaf ho gaya aur sirf quran parhne ke liye .</w:t>
      </w:r>
    </w:p>
    <w:p>
      <w:pPr>
        <w:jc w:val="right"/>
      </w:pPr>
      <w:r>
        <w:t xml:space="preserve"> تو  میں  نے  کی س ے  لکھ ا  اس  کو ؟  چند  دن  کے  لیے  میں  مت وق ف  ہو  گیا  اور  ص رف  قر آ ن  پ ڑ ھ نے  کے  لی ے۔</w:t>
      </w:r>
    </w:p>
    <w:p>
      <w:r>
        <w:rPr>
          <w:b/>
        </w:rPr>
        <w:t xml:space="preserve">[57:39] </w:t>
      </w:r>
      <w:r>
        <w:t xml:space="preserve"> poora quran bohat hi dhyan ke sath parha, yeh far far nahi, dhyan ke sath poora quran .</w:t>
      </w:r>
    </w:p>
    <w:p>
      <w:pPr>
        <w:jc w:val="right"/>
      </w:pPr>
      <w:r>
        <w:t xml:space="preserve"> پ ور ا  قر آ ن  بہت  ہی  د ھ یان  کے  ساتھ  پ ڑ ھ ا،  یہ  فر فر  نہیں ،  د ھ یان  کے  ساتھ  پ ور ا  قر آ ن ۔</w:t>
      </w:r>
    </w:p>
    <w:p>
      <w:r>
        <w:rPr>
          <w:b/>
        </w:rPr>
        <w:t xml:space="preserve">[57:49] </w:t>
      </w:r>
      <w:r>
        <w:t xml:space="preserve"> yeh janne ke liye ke quran ka matloob insaan mujh ko likhna hai to is mein kya likhna chahiye ?</w:t>
      </w:r>
    </w:p>
    <w:p>
      <w:pPr>
        <w:jc w:val="right"/>
      </w:pPr>
      <w:r>
        <w:t xml:space="preserve"> یہ  جان نے  کے  لیے  کہ  قر آ ن  کا  مط ل وب  ان سان  مج ھ ے  لکھ نا  ہے  تو  اس  میں  کیا  لکھ نا  چ اہ ی ے ؟</w:t>
      </w:r>
    </w:p>
    <w:p>
      <w:r>
        <w:rPr>
          <w:b/>
        </w:rPr>
        <w:t xml:space="preserve">[57:57] </w:t>
      </w:r>
      <w:r>
        <w:t xml:space="preserve"> to quran mein mujh ko exact taur par woh points mil gaya. is ko parhein to aap samajh jaayen ge .</w:t>
      </w:r>
    </w:p>
    <w:p>
      <w:pPr>
        <w:jc w:val="right"/>
      </w:pPr>
      <w:r>
        <w:t xml:space="preserve"> تو  قر آ ن  میں  مج ھ ے  ex act  طور  پر  وہ  po ints  مل  گیا۔  اس  کو  پ ڑ ھ یں  تو  آپ  سم ج ھ  ج ائیں  گ ے۔</w:t>
      </w:r>
    </w:p>
    <w:p>
      <w:r>
        <w:rPr>
          <w:b/>
        </w:rPr>
        <w:t xml:space="preserve">[58:06] </w:t>
      </w:r>
      <w:r>
        <w:t xml:space="preserve"> to aap yeh hi kijiye, aap bhi .</w:t>
      </w:r>
    </w:p>
    <w:p>
      <w:pPr>
        <w:jc w:val="right"/>
      </w:pPr>
      <w:r>
        <w:t xml:space="preserve"> تو  آپ  یہ ی  کی جی ے ،  آپ  بھی ۔</w:t>
      </w:r>
    </w:p>
    <w:p>
      <w:r>
        <w:rPr>
          <w:b/>
        </w:rPr>
        <w:t xml:space="preserve">[58:11] </w:t>
      </w:r>
      <w:r>
        <w:t xml:space="preserve"> mein to samajhta hoon ke jo bhi aadmi quran se excuse ho kar, jis ko hota hai tahed,</w:t>
      </w:r>
    </w:p>
    <w:p>
      <w:pPr>
        <w:jc w:val="right"/>
      </w:pPr>
      <w:r>
        <w:t xml:space="preserve"> میں  تو  سم ج ھ تا  ہ وں  کہ  جو  بھی  آ دم ی  قر آ ن  سے  ex c use  ہو  کر ،  جس  کو  ہوت ا  ہے  تع ہ د،</w:t>
      </w:r>
    </w:p>
    <w:p>
      <w:r>
        <w:rPr>
          <w:b/>
        </w:rPr>
        <w:t xml:space="preserve">[58:20] </w:t>
      </w:r>
      <w:r>
        <w:t xml:space="preserve"> tahed ke sath quran se nahi nahi janna chahe ga to quran zaroor is ko bataye ga .</w:t>
      </w:r>
    </w:p>
    <w:p>
      <w:pPr>
        <w:jc w:val="right"/>
      </w:pPr>
      <w:r>
        <w:t xml:space="preserve"> تع ہ د  کے  ساتھ  قر آ ن  سے  نہیں  نہیں  جان نا  چ اہ ے  گ ا  تو  قر آ ن  ض ر ور  اس  کو  بت ائے  گ ا۔</w:t>
      </w:r>
    </w:p>
    <w:p>
      <w:r>
        <w:rPr>
          <w:b/>
        </w:rPr>
        <w:t xml:space="preserve">[58:32] </w:t>
      </w:r>
      <w:r>
        <w:t xml:space="preserve"> meri kitaab aap chhapi hui maujood hai " quran ka matloob insaan " . is ka ek article ka unwan yeh hi hai .</w:t>
      </w:r>
    </w:p>
    <w:p>
      <w:pPr>
        <w:jc w:val="right"/>
      </w:pPr>
      <w:r>
        <w:t xml:space="preserve"> می ری  کتاب  آپ  چھ پی  ہوئی  موجود  ہے  " قر آ ن  کا  مط ل وب  ان سان " ۔  اس  کا  ایک  آر ٹ یک ل  کا  عنوان  یہ ی  ہے۔</w:t>
      </w:r>
    </w:p>
    <w:p>
      <w:r>
        <w:rPr>
          <w:b/>
        </w:rPr>
        <w:t xml:space="preserve">[58:41] </w:t>
      </w:r>
      <w:r>
        <w:t xml:space="preserve"> is article ko parhiye aap . Maulana, do comment parhna chahein ge .</w:t>
      </w:r>
    </w:p>
    <w:p>
      <w:pPr>
        <w:jc w:val="right"/>
      </w:pPr>
      <w:r>
        <w:t xml:space="preserve"> اس  آر ٹ یک ل  کو  پ ڑ ھی ے  آپ ۔  مول ان ا،  دو  com ment  پ ڑ ھ نا  چ اہ یں  گ ے۔</w:t>
      </w:r>
    </w:p>
    <w:p>
      <w:r>
        <w:rPr>
          <w:b/>
        </w:rPr>
        <w:t xml:space="preserve">[58:49] </w:t>
      </w:r>
      <w:r>
        <w:t xml:space="preserve"> shad hussain sahib ne srinagar se likha hai : " Thank you Maulana for helping us to inculcate the etiquettes of dua.</w:t>
      </w:r>
    </w:p>
    <w:p>
      <w:pPr>
        <w:jc w:val="right"/>
      </w:pPr>
      <w:r>
        <w:t xml:space="preserve"> ش اد  حس ین  ص اح ب  نے  سری  ن گر  سے  لکھ ا  ہے :  "T h ank  y ou  مول انا  for  hel p ing  us  to  inc ul c ate  the  et i qu ett es  of  د ع ا۔</w:t>
      </w:r>
    </w:p>
    <w:p>
      <w:r>
        <w:rPr>
          <w:b/>
        </w:rPr>
        <w:t xml:space="preserve">[58:59] </w:t>
      </w:r>
      <w:r>
        <w:t xml:space="preserve"> We did not know the real meaning of joining patience with prayer. " Miss Irm Qudsiya ne saharan pur se comment bhi jaa hai . </w:t>
      </w:r>
    </w:p>
    <w:p>
      <w:pPr>
        <w:jc w:val="right"/>
      </w:pPr>
      <w:r>
        <w:t xml:space="preserve"> We  did  not  kn ow  the  real  me an ing  of  jo ining  pat ien ce  with  pra y er. "  Miss  Ir m  Q ud s ia  نے  س ہ ار ن  پ ور  سے  com ment  بھی جا  ہے۔</w:t>
      </w:r>
    </w:p>
    <w:p>
      <w:r>
        <w:rPr>
          <w:b/>
        </w:rPr>
        <w:t xml:space="preserve">[59:11] </w:t>
      </w:r>
      <w:r>
        <w:t>unho ne likha hai : "Very nice lecture Maulana Sahib. Dua is not the process of transferring responsibility to the God.</w:t>
      </w:r>
    </w:p>
    <w:p>
      <w:pPr>
        <w:jc w:val="right"/>
      </w:pPr>
      <w:r>
        <w:t xml:space="preserve"> انہوں  نے  لکھ ا  ہے :  "V ery  n ice  l ec ture  مول انا  ص اح ب ۔  D ua  is  not  the  process  of  transfer ring  respons ibil ity  to  the  God .</w:t>
      </w:r>
    </w:p>
    <w:p>
      <w:r>
        <w:rPr>
          <w:b/>
        </w:rPr>
        <w:t xml:space="preserve">[59:21] </w:t>
      </w:r>
      <w:r>
        <w:t>It is rather taking up accountability of our actions and working in a manner to make that دعا acceptable."</w:t>
      </w:r>
    </w:p>
    <w:p>
      <w:pPr>
        <w:jc w:val="right"/>
      </w:pPr>
      <w:r>
        <w:t xml:space="preserve"> It  is  r ather  tak ing  up  ac co unta bil ity  of  o ur  ac tions  and  work ing  in  a  m ann er  to  m ake  that  د ع ا  ac cep ta ble ."</w:t>
      </w:r>
    </w:p>
    <w:p>
      <w:r>
        <w:rPr>
          <w:b/>
        </w:rPr>
        <w:t xml:space="preserve">[59:33] </w:t>
      </w:r>
      <w:r>
        <w:t xml:space="preserve"> molana, ag la s wal le te hain jo bhi ja hai Cal ic ut se muhammad far han sa hib ne .</w:t>
      </w:r>
    </w:p>
    <w:p>
      <w:pPr>
        <w:jc w:val="right"/>
      </w:pPr>
      <w:r>
        <w:t xml:space="preserve"> مول ان ا،  ا گ لا  س وال  ل یت ے  ہیں  جو  بھی جا  ہے  Cal ic ut  سے  محمد  فر ح ان  ص اح ب  نے ۔</w:t>
      </w:r>
    </w:p>
    <w:p>
      <w:r>
        <w:rPr>
          <w:b/>
        </w:rPr>
        <w:t xml:space="preserve">[59:43] </w:t>
      </w:r>
      <w:r>
        <w:t>aur unho ne likha hai : "Maulana, please tell us how can we become a person of strong character?"</w:t>
      </w:r>
    </w:p>
    <w:p>
      <w:pPr>
        <w:jc w:val="right"/>
      </w:pPr>
      <w:r>
        <w:t xml:space="preserve"> اور  انہوں  نے  لکھ ا  ہے :  "M oul ana,  ple ase  t ell  us  how  can  we  bec ome  a  person  of  str ong  char acter ?</w:t>
      </w:r>
    </w:p>
    <w:p>
      <w:r>
        <w:rPr>
          <w:b/>
        </w:rPr>
        <w:t xml:space="preserve">[59:53] </w:t>
      </w:r>
      <w:r>
        <w:t xml:space="preserve"> I have he ard in one of your tal ks that God lik es str ong person alit ies. So how can I bec ome l ike one ?</w:t>
      </w:r>
    </w:p>
    <w:p>
      <w:pPr>
        <w:jc w:val="right"/>
      </w:pPr>
      <w:r>
        <w:t xml:space="preserve"> I  have  he ard  in  one  of  y our  tal ks  that  God  lik es  str ong  person alit ies.  So  how  can  I  bec ome  l ike  one ?</w:t>
      </w:r>
    </w:p>
    <w:p>
      <w:r>
        <w:rPr>
          <w:b/>
        </w:rPr>
        <w:t xml:space="preserve">[1:00:01] </w:t>
      </w:r>
      <w:r>
        <w:t>" dekhiye, sirf ek ek kaam karna hai .</w:t>
      </w:r>
    </w:p>
    <w:p>
      <w:pPr>
        <w:jc w:val="right"/>
      </w:pPr>
      <w:r>
        <w:t>"  دیک ھی ے ،  ص رف  ایک  ایک  کام  کر نا  ہے۔</w:t>
      </w:r>
    </w:p>
    <w:p>
      <w:r>
        <w:rPr>
          <w:b/>
        </w:rPr>
        <w:t xml:space="preserve">[1:00:10] </w:t>
      </w:r>
      <w:r>
        <w:t>yani aadmi aadmi jo hai, Allah ne jo paida kiya jis insaan ko, woh strong character hi ke sath paida kiya hai .</w:t>
      </w:r>
    </w:p>
    <w:p>
      <w:pPr>
        <w:jc w:val="right"/>
      </w:pPr>
      <w:r>
        <w:t xml:space="preserve"> ی ع نی  آ دم ی  آ دم ی  جو  ہے،  اللہ  نے  جو  پیدا  کیا  جس  ان سان  کو ،  وہ  str ong  char acter  ہی  کے  ساتھ  پیدا  کیا  ہے۔</w:t>
      </w:r>
    </w:p>
    <w:p>
      <w:r>
        <w:rPr>
          <w:b/>
        </w:rPr>
        <w:t xml:space="preserve">[1:00:23] </w:t>
      </w:r>
      <w:r>
        <w:t>har aadmi paidaish ke ait bar se har aadmi strong character ke sath paida kiya gaya hai.</w:t>
      </w:r>
    </w:p>
    <w:p>
      <w:pPr>
        <w:jc w:val="right"/>
      </w:pPr>
      <w:r>
        <w:t xml:space="preserve"> ہ ر  آ دم ی  پیدائش  کے  اعت بار  سے  ہ ر  آ دم ی  str ong  char acter  کے  ساتھ  پیدا  کیا  گیا  ہے۔</w:t>
      </w:r>
    </w:p>
    <w:p>
      <w:r>
        <w:rPr>
          <w:b/>
        </w:rPr>
        <w:t xml:space="preserve">[1:00:31] </w:t>
      </w:r>
      <w:r>
        <w:t>lekin hota yeh hai ke aap bar bar excuse le te rehte hain. Wohi excuse jo hai, woh aap ke andar yani we a personality banati hoti hai ke ek ek taqaza hai,</w:t>
      </w:r>
    </w:p>
    <w:p>
      <w:pPr>
        <w:jc w:val="right"/>
      </w:pPr>
      <w:r>
        <w:t xml:space="preserve"> لیکن  ہوت ا  یہ  ہے  کہ  آپ  بار  بار  ex c use  ل یت ے  رہ تے  ہیں۔  وہ ی  ex c use  جو  ہے،  وہ  آپ  کے  اند ر  ی ع نی  we ak  personal ity  بن اتی  ہوت ی  ہے  کہ  ایک  ایک  تق اض ا  ہے،</w:t>
      </w:r>
    </w:p>
    <w:p>
      <w:r>
        <w:rPr>
          <w:b/>
        </w:rPr>
        <w:t xml:space="preserve">[1:00:49] </w:t>
      </w:r>
      <w:r>
        <w:t xml:space="preserve"> aap ko dil keh raha hai ke mujhe karna chahiye. Lekin ek excuse samne aa gaya to us ko le liya aap ne .</w:t>
      </w:r>
    </w:p>
    <w:p>
      <w:pPr>
        <w:jc w:val="right"/>
      </w:pPr>
      <w:r>
        <w:t xml:space="preserve"> آپ  کو  دل  کہ ہ  رہ ا  ہے  کہ  مج ھ ے  کر نا  چ اہ ی ے۔  لیکن  ایک  ex c use  سام نے  آ  گیا  تو  اس  کو  ل ے  ل یا  آپ  نے ۔</w:t>
      </w:r>
    </w:p>
    <w:p>
      <w:r>
        <w:rPr>
          <w:b/>
        </w:rPr>
        <w:t xml:space="preserve">[1:00:56] </w:t>
      </w:r>
      <w:r>
        <w:t xml:space="preserve"> main ek misal deta hoon aap ko. Ek ek bahut bare aalim the, un ka naam main jaanta hoon, jagah bhi jaanta hoon, lekin us waqt main naam aur jagah nahi bataunga aap ko .</w:t>
      </w:r>
    </w:p>
    <w:p>
      <w:pPr>
        <w:jc w:val="right"/>
      </w:pPr>
      <w:r>
        <w:t xml:space="preserve"> میں  ایک  مث ال  د یت ا  ہ وں  آپ  کو ۔  ایک  ایک  بہت  بڑ ے  ع الم  تھے ،  ان  کا  نام  میں  ج انت ا  ہ وں ،  ج گ ہ  بھی  ج انت ا  ہ وں ،  لیکن  اس  وقت  میں  نام  اور  ج گ ہ  نہیں  ب تا ؤ ں  گ ا  آپ  کو ۔</w:t>
      </w:r>
    </w:p>
    <w:p>
      <w:r>
        <w:rPr>
          <w:b/>
        </w:rPr>
        <w:t xml:space="preserve">[1:01:12] </w:t>
      </w:r>
      <w:r>
        <w:t xml:space="preserve"> to un ko ek jalse mein bulaya gaya. Wahan unho ne mein chief guest the wahan par .</w:t>
      </w:r>
    </w:p>
    <w:p>
      <w:pPr>
        <w:jc w:val="right"/>
      </w:pPr>
      <w:r>
        <w:t xml:space="preserve"> تو  ان  کو  ایک  ج لس ے  میں  بل ایا  گیا۔  وہ اں  انہوں  نے  میں  چ ی ف  گ یسٹ  تھے  وہ اں  پر ۔</w:t>
      </w:r>
    </w:p>
    <w:p>
      <w:r>
        <w:rPr>
          <w:b/>
        </w:rPr>
        <w:t xml:space="preserve">[1:01:21] </w:t>
      </w:r>
      <w:r>
        <w:t xml:space="preserve"> woh to jab woh ghar se uthe jaane ke liye ,</w:t>
      </w:r>
    </w:p>
    <w:p>
      <w:pPr>
        <w:jc w:val="right"/>
      </w:pPr>
      <w:r>
        <w:t xml:space="preserve"> وہ  تو  جب  وہ  گ ھر  سے  ا ٹ ھ ے  جان ے  کے  لیے ،</w:t>
      </w:r>
    </w:p>
    <w:p>
      <w:r>
        <w:rPr>
          <w:b/>
        </w:rPr>
        <w:t xml:space="preserve">[1:01:27] </w:t>
      </w:r>
      <w:r>
        <w:t xml:space="preserve"> bahar car khadi thi un ko lene ke liye, to uthe to un ka beta ya pota koi tha, to us ne un ka paon pakad liya .</w:t>
      </w:r>
    </w:p>
    <w:p>
      <w:pPr>
        <w:jc w:val="right"/>
      </w:pPr>
      <w:r>
        <w:t xml:space="preserve"> با ہر  کار  کھ ڑی  تھی  ان  کو  ل ین ے  کے  لیے ،  تو  ا ٹ ھ ے  تو  ان  کا  بی ٹا  یا  پ وت ا  کو ئی  تھا ،  تو  اس  نے  ان  کا  پ ا ؤ ں  پ ک ڑ  ل یا ۔</w:t>
      </w:r>
    </w:p>
    <w:p>
      <w:r>
        <w:rPr>
          <w:b/>
        </w:rPr>
        <w:t xml:space="preserve">[1:01:42] </w:t>
      </w:r>
      <w:r>
        <w:t xml:space="preserve"> aap kahin jayenge? Hum hum aap ko nahi jaane denge. To us yani woh chhota tha, ghaliban pota ghaliban tha, woh to us ko excuse bana liya aur nahi gaye wahan .</w:t>
      </w:r>
    </w:p>
    <w:p>
      <w:pPr>
        <w:jc w:val="right"/>
      </w:pPr>
      <w:r>
        <w:t xml:space="preserve"> آپ  کہ اں  ج ائیں  گ ے ؟  ہ م  ہ م  آپ  کو  نہیں  جان ے  د یں  گ ے۔  تو  اس  ی ع نی  وہ  چھ و ٹا  تھا ،  غ الب اً  پ وت ا  غ الب اً  تھا ،  وہ  تو  اس  کو  ex c use  ب نا  ل یا  اور  نہیں  گ ئے  وہ اں ۔</w:t>
      </w:r>
    </w:p>
    <w:p>
      <w:r>
        <w:rPr>
          <w:b/>
        </w:rPr>
        <w:t xml:space="preserve">[1:01:56] </w:t>
      </w:r>
      <w:r>
        <w:t>is se un ka is tarah we a personality paida ho gayi. Yani agar bache ko maa ke hawale karte ke hat o, hat o, hum mein wahan jaana hai, to aap dekhiye, develop karte hain apne andar .</w:t>
      </w:r>
    </w:p>
    <w:p>
      <w:pPr>
        <w:jc w:val="right"/>
      </w:pPr>
      <w:r>
        <w:t xml:space="preserve"> اس  سے  ان  کا  اس  طرح  we ak  personal ity  پیدا  ہو  گئی ۔  ی ع نی  اگر  ب چ ے  کو  ما ں  کے  حوال ے  کرتے  کہ  ہ ٹ و،  ہ ٹ و،  ہ م یں  وہ اں  جان ا  ہے،  تو  آپ  دیک ھی ے ،  develop  کرتے  ہیں  اپنے  اند ر ۔</w:t>
      </w:r>
    </w:p>
    <w:p>
      <w:r>
        <w:rPr>
          <w:b/>
        </w:rPr>
        <w:t xml:space="preserve">[1:02:14] </w:t>
      </w:r>
      <w:r>
        <w:t>It is issue of development. Bar bar aise halaat pesh aate hain jab aap ko ya to aap apne andar strong personality banayein ya weak personality banayein.</w:t>
      </w:r>
    </w:p>
    <w:p>
      <w:pPr>
        <w:jc w:val="right"/>
      </w:pPr>
      <w:r>
        <w:t xml:space="preserve"> It  is  is s ue  of  develop ment ۔  بار  بار  ای س ے  ح الات  پیش  آ تے  ہیں  جب  آپ  کو  یا  تو  آپ  اپنے  اند ر  str ong  personal ity  بن ائیں  یا  we ak  personal ity  بن ائ یں۔</w:t>
      </w:r>
    </w:p>
    <w:p>
      <w:r>
        <w:rPr>
          <w:b/>
        </w:rPr>
        <w:t xml:space="preserve">[1:02:29] </w:t>
      </w:r>
      <w:r>
        <w:t>isi se develop hoti hai personality. To jin sahib ka qissa main ne bayan kiya, jab unho ne is apne is pote ko ki wajah se ek excuse de liya to apne andar us kam zor personality banai.</w:t>
      </w:r>
    </w:p>
    <w:p>
      <w:pPr>
        <w:jc w:val="right"/>
      </w:pPr>
      <w:r>
        <w:t xml:space="preserve"> اس ی  سے  develop  ہوت ی  ہے  personal ity ۔  تو  جن  ص اح ب  کا  قص ہ  میں  نے  بی ان  کیا ،  جب  انہوں  نے  اس  اپنے  اس  پ وت ے  کو  کی  وجہ  سے  ایک  ex c use  د ے  ل یا  تو  اپنے  اند ر  اس  کم ز ور  personal ity  بن ائی ۔</w:t>
      </w:r>
    </w:p>
    <w:p>
      <w:r>
        <w:rPr>
          <w:b/>
        </w:rPr>
        <w:t xml:space="preserve">[1:02:46] </w:t>
      </w:r>
      <w:r>
        <w:t>unho ne excuse na lete to strong personality banate .</w:t>
      </w:r>
    </w:p>
    <w:p>
      <w:pPr>
        <w:jc w:val="right"/>
      </w:pPr>
      <w:r>
        <w:t xml:space="preserve"> انہوں  نے  ex c use  نہ  ل یت ے  تو  str ong  personal ity  بن ات ے۔</w:t>
      </w:r>
    </w:p>
    <w:p>
      <w:r>
        <w:rPr>
          <w:b/>
        </w:rPr>
        <w:t xml:space="preserve">[1:02:51] </w:t>
      </w:r>
      <w:r>
        <w:t>to mera tajurba hai ke aadmi rozana yeh hi karta rehta hai. To isi liye main apne mission mein hum ne ek formula diya logon ko ke "If you have a good excuse, don't use it."</w:t>
      </w:r>
    </w:p>
    <w:p>
      <w:pPr>
        <w:jc w:val="right"/>
      </w:pPr>
      <w:r>
        <w:t xml:space="preserve"> تو  می را  تج رب ہ  ہے  کہ  آ دم ی  روز ان ہ  یہ ی  کر تا  رہ تا  ہے۔  تو  اس ی  لیے  میں  اپنے  م شن  میں  ہ م  نے  ایک  فار م ولا  دیا  لوگ وں  کو  کہ  "I f  y ou  have  a  go od  ex c use,  don 't  use  it .</w:t>
      </w:r>
    </w:p>
    <w:p>
      <w:r>
        <w:rPr>
          <w:b/>
        </w:rPr>
        <w:t xml:space="preserve">[1:03:06] </w:t>
      </w:r>
      <w:r>
        <w:t>"If you have a good excuse, don't use it." Yehi ek hi formula hai.</w:t>
      </w:r>
    </w:p>
    <w:p>
      <w:pPr>
        <w:jc w:val="right"/>
      </w:pPr>
      <w:r>
        <w:t xml:space="preserve"> I f  y ou  have  a  go od  ex c use,  don 't  use  it ."  یہ ی  ایک  ہی  فار م ولا  ہے۔</w:t>
      </w:r>
    </w:p>
    <w:p>
      <w:r>
        <w:rPr>
          <w:b/>
        </w:rPr>
        <w:t xml:space="preserve">[1:03:13] </w:t>
      </w:r>
      <w:r>
        <w:t>agar aap chahte hain apne andar strong personality banana to is formula ko pakdiye . "If you have a good excuse, don't use it." is se banegi aap ke andar strong personality .</w:t>
      </w:r>
    </w:p>
    <w:p>
      <w:pPr>
        <w:jc w:val="right"/>
      </w:pPr>
      <w:r>
        <w:t xml:space="preserve"> اگر  آپ  چ اہ تے  ہیں  اپنے  اند ر  str ong  personal ity  بن انا  تو  اس  فار مول ے  کو  پ ک ڑ ئی ے۔  "I f  y ou  have  a  go od  ex c use,  don 't  use  it ."  اس  سے  بن ے  گ ی  آپ  کے  اند ر  str ong  personal ity ۔</w:t>
      </w:r>
    </w:p>
    <w:p>
      <w:r>
        <w:rPr>
          <w:b/>
        </w:rPr>
        <w:t xml:space="preserve">[1:03:26] </w:t>
      </w:r>
      <w:r>
        <w:t xml:space="preserve"> aur aap agar aap excuse le te rahein ge, excuse le te rahein ge</w:t>
      </w:r>
    </w:p>
    <w:p>
      <w:pPr>
        <w:jc w:val="right"/>
      </w:pPr>
      <w:r>
        <w:t xml:space="preserve"> اور  آپ  اگر  آپ  ex c use  ل یت ے  رہ یں  گ ے ،  ex c use  ل یت ے  رہ یں  گ ے</w:t>
      </w:r>
    </w:p>
    <w:p>
      <w:r>
        <w:rPr>
          <w:b/>
        </w:rPr>
        <w:t xml:space="preserve">[1:03:33] </w:t>
      </w:r>
      <w:r>
        <w:t xml:space="preserve"> to ab main ek sahib mere paas aaye to woh woh kisi achhe idare mein the, woh mujh se aaye, kuchh baat karna tha un ko mere kisi mere liye is sue par .</w:t>
      </w:r>
    </w:p>
    <w:p>
      <w:pPr>
        <w:jc w:val="right"/>
      </w:pPr>
      <w:r>
        <w:t xml:space="preserve"> تو  اب  میں  ایک  ص اح ب  می ر ے  پ اس  آ ئے  تو  وہ  وہ  کسی  ا چھ ے  ا دار ے  میں  تھے ،  وہ  مج ھ  سے  آ ئے ،  ک چھ  ب ات  کر نا  تھا  ان  کو  می ر ے  کسی  می ر ے  لیے  is s ue  پر ۔</w:t>
      </w:r>
    </w:p>
    <w:p>
      <w:r>
        <w:rPr>
          <w:b/>
        </w:rPr>
        <w:t xml:space="preserve">[1:03:49] </w:t>
      </w:r>
      <w:r>
        <w:t xml:space="preserve"> to bar bar un ka telephone aata tha un ke bache ka aur bar bar woh us se lagte the baat karne .</w:t>
      </w:r>
    </w:p>
    <w:p>
      <w:pPr>
        <w:jc w:val="right"/>
      </w:pPr>
      <w:r>
        <w:t xml:space="preserve"> تو  بار  بار  ان  کا  ٹ یل س ف ون  آ تا  تھا  ان  کے  ب چ ے  کا  اور  بار  بار  وہ  اس  سے  ل گ تے  تھے  ب ات  کرنے ۔</w:t>
      </w:r>
    </w:p>
    <w:p>
      <w:r>
        <w:rPr>
          <w:b/>
        </w:rPr>
        <w:t xml:space="preserve">[1:03:58] </w:t>
      </w:r>
      <w:r>
        <w:t xml:space="preserve"> aakhir mein mein ne poocha keh bhai kiya baar baar telephon aata tha aap ke bachche ka? To unhon ne kaha keh is ke bachche ki birth day hai, is ke dost ekattha hain, to mujh ko bula bula raha tha.</w:t>
      </w:r>
    </w:p>
    <w:p>
      <w:pPr>
        <w:jc w:val="right"/>
      </w:pPr>
      <w:r>
        <w:t xml:space="preserve"> آخر  میں  میں  نے  پ و چھ ا  کہ  بھ ئی  کیا  بار  بار  ٹ یل س ف ون  آ تا  تھا  آپ  کے  ب چ ے  کا ؟  تو  انہوں  نے  کہ ا  کہ  اس  کے  ب چ ے  کی  birth d ay  ہے،  اس  کے  دو ست  ا کٹ ھا  ہیں ،  تو  مج ھ  کو  ب لا  ب لا  رہ ا  تھا۔</w:t>
      </w:r>
    </w:p>
    <w:p>
      <w:r>
        <w:rPr>
          <w:b/>
        </w:rPr>
        <w:t xml:space="preserve">[1:04:11] </w:t>
      </w:r>
      <w:r>
        <w:t xml:space="preserve"> woh ab bataiye, aisa aadami kahata hai is weak personality banega aur badi un ke andar.</w:t>
      </w:r>
    </w:p>
    <w:p>
      <w:pPr>
        <w:jc w:val="right"/>
      </w:pPr>
      <w:r>
        <w:t xml:space="preserve"> وہ  اب  بت ائی ے ،  ای سا  آ دم ی  کہ تا  ہے  اس  we ak  personal ity  بن ے  گ ی  اور  ب ڑی  ان  کے  اند ر ۔</w:t>
      </w:r>
    </w:p>
    <w:p>
      <w:r>
        <w:rPr>
          <w:b/>
        </w:rPr>
        <w:t xml:space="preserve">[1:04:20] </w:t>
      </w:r>
      <w:r>
        <w:t xml:space="preserve"> mujh ko pata hai, mujh ko keh achhi salahiyat ke aadami the, koi badi taraqqi nahin kar sake woh.</w:t>
      </w:r>
    </w:p>
    <w:p>
      <w:pPr>
        <w:jc w:val="right"/>
      </w:pPr>
      <w:r>
        <w:t xml:space="preserve"> مج ھ  کو  پ ت ہ  ہے،  مج ھ  کو  کہ  ا چ ھی  ص لاح یت  کے  آ دم ی  تھے ،  کو ئی  ب ڑی  تر قی  نہیں  کر  سک ے  وہ ۔</w:t>
      </w:r>
    </w:p>
    <w:p>
      <w:r>
        <w:rPr>
          <w:b/>
        </w:rPr>
        <w:t xml:space="preserve">[1:04:25] </w:t>
      </w:r>
      <w:r>
        <w:t xml:space="preserve"> to har har roz aap ko yeh karna padega keh aap excuse na len.</w:t>
      </w:r>
    </w:p>
    <w:p>
      <w:pPr>
        <w:jc w:val="right"/>
      </w:pPr>
      <w:r>
        <w:t xml:space="preserve"> تو  ہ ر  ہ ر  روز  آپ  کو  یہ  کر نا  پ ڑ ے  گ ا  کہ  آپ  ex c use  نہ  ل یں۔</w:t>
      </w:r>
    </w:p>
    <w:p>
      <w:r>
        <w:rPr>
          <w:b/>
        </w:rPr>
        <w:t xml:space="preserve">[1:04:33] </w:t>
      </w:r>
      <w:r>
        <w:t xml:space="preserve"> Excuse len ge to ek excuse na len ge to strong personality banega. Aur excuse liya aap ne to phir weak personality banega.</w:t>
      </w:r>
    </w:p>
    <w:p>
      <w:pPr>
        <w:jc w:val="right"/>
      </w:pPr>
      <w:r>
        <w:t xml:space="preserve"> Ex c use  ل یں  گ ے  تو  ایک  ex c use  نہ  ل یں  گ ے  تو  str ong  personal ity  بن ے  گ ی ۔  اور  ex c use  ل یا  آپ  نے  تو  پ ھر  we ak  personal ity  بن ے  گ ی ۔</w:t>
      </w:r>
    </w:p>
    <w:p>
      <w:r>
        <w:rPr>
          <w:b/>
        </w:rPr>
        <w:t xml:space="preserve">[1:04:43] </w:t>
      </w:r>
      <w:r>
        <w:t xml:space="preserve"> Yahi yeh ek hi formula hai.</w:t>
      </w:r>
    </w:p>
    <w:p>
      <w:pPr>
        <w:jc w:val="right"/>
      </w:pPr>
      <w:r>
        <w:t xml:space="preserve"> یہ ی  یہ  ایک  ہی  فار م ولا  ہے۔</w:t>
      </w:r>
    </w:p>
    <w:p>
      <w:r>
        <w:rPr>
          <w:b/>
        </w:rPr>
        <w:t xml:space="preserve">[1:04:50] </w:t>
      </w:r>
      <w:r>
        <w:t xml:space="preserve"> Okay, so we will end the question answer session.</w:t>
      </w:r>
    </w:p>
    <w:p>
      <w:pPr>
        <w:jc w:val="right"/>
      </w:pPr>
      <w:r>
        <w:t xml:space="preserve"> او ک ے ،  سو  we  will  end  the  qu es tion  ans wer  s ess ion ۔</w:t>
      </w:r>
    </w:p>
    <w:p>
      <w:r>
        <w:rPr>
          <w:b/>
        </w:rPr>
        <w:t xml:space="preserve">[1:04:53] </w:t>
      </w:r>
      <w:r>
        <w:t xml:space="preserve"> We will be back next Sunday same time. Thank you.</w:t>
      </w:r>
    </w:p>
    <w:p>
      <w:pPr>
        <w:jc w:val="right"/>
      </w:pPr>
      <w:r>
        <w:t xml:space="preserve"> We  will  be  back  ne xt  Sund ay  same  time ۔  Th ank  y ou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