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Principles of Islam May 21, 2007 Maulana Wahiduddin Khan</w:t>
      </w:r>
    </w:p>
    <w:p>
      <w:r>
        <w:t>https://www.youtube.com/watch?v=hW0K5h-Yj7A</w:t>
      </w:r>
    </w:p>
    <w:p>
      <w:r>
        <w:rPr>
          <w:b/>
        </w:rPr>
        <w:t xml:space="preserve">[00:10] </w:t>
      </w:r>
      <w:r>
        <w:t>ar-rehman-nir-rahim wa salla Allahu ala an-nabiyyil karim</w:t>
      </w:r>
    </w:p>
    <w:p>
      <w:pPr>
        <w:jc w:val="right"/>
      </w:pPr>
      <w:r>
        <w:t>الرحمن الرحیم وصلی اللہ علی النبی الکریم</w:t>
      </w:r>
    </w:p>
    <w:p>
      <w:r>
        <w:rPr>
          <w:b/>
        </w:rPr>
        <w:t xml:space="preserve">[00:16] </w:t>
      </w:r>
      <w:r>
        <w:t>rab ishrah li sadri</w:t>
      </w:r>
    </w:p>
    <w:p>
      <w:pPr>
        <w:jc w:val="right"/>
      </w:pPr>
      <w:r>
        <w:t>رب اشرح لی صدری</w:t>
      </w:r>
    </w:p>
    <w:p>
      <w:r>
        <w:rPr>
          <w:b/>
        </w:rPr>
        <w:t xml:space="preserve">[00:19] </w:t>
      </w:r>
      <w:r>
        <w:t>wa yassir li amri</w:t>
      </w:r>
    </w:p>
    <w:p>
      <w:pPr>
        <w:jc w:val="right"/>
      </w:pPr>
      <w:r>
        <w:t>ویسر لی امری</w:t>
      </w:r>
    </w:p>
    <w:p>
      <w:r>
        <w:rPr>
          <w:b/>
        </w:rPr>
        <w:t xml:space="preserve">[00:21] </w:t>
      </w:r>
      <w:r>
        <w:t>wah-lul uqdatan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[00:24] </w:t>
      </w:r>
      <w:r>
        <w:t>yaf-qahu qawli</w:t>
      </w:r>
    </w:p>
    <w:p>
      <w:pPr>
        <w:jc w:val="right"/>
      </w:pPr>
      <w:r>
        <w:t>یفقہ قولی</w:t>
      </w:r>
    </w:p>
    <w:p>
      <w:r>
        <w:rPr>
          <w:b/>
        </w:rPr>
        <w:t xml:space="preserve">[00:30] </w:t>
      </w:r>
      <w:r>
        <w:t>da topic for dis day</w:t>
      </w:r>
    </w:p>
    <w:p>
      <w:pPr>
        <w:jc w:val="right"/>
      </w:pPr>
      <w:r>
        <w:t>دا ٹاپک فار دس ڈے</w:t>
      </w:r>
    </w:p>
    <w:p>
      <w:r>
        <w:rPr>
          <w:b/>
        </w:rPr>
        <w:t xml:space="preserve">[00:34] </w:t>
      </w:r>
      <w:r>
        <w:t>az da principles of Islam</w:t>
      </w:r>
    </w:p>
    <w:p>
      <w:pPr>
        <w:jc w:val="right"/>
      </w:pPr>
      <w:r>
        <w:t>از دا پرنسپلز اف اسلام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