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Concept of Morality in Islam May 24, 2007</w:t>
      </w:r>
    </w:p>
    <w:p>
      <w:r>
        <w:t>https://www.youtube.com/watch?v=evy5lbG5LJM</w:t>
      </w:r>
    </w:p>
    <w:p>
      <w:r>
        <w:rPr>
          <w:b/>
        </w:rPr>
        <w:t xml:space="preserve">[00:11] </w:t>
      </w:r>
      <w:r>
        <w:t>bismillah-hir-rehman-nir-rahim,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[00:14] </w:t>
      </w:r>
      <w:r>
        <w:t>wa salla Allahu ala an-nabiyyil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[00:18]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[00:21]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[00:24] </w:t>
      </w:r>
      <w:r>
        <w:t>wah-lul uqdatan min lisani,</w:t>
      </w:r>
    </w:p>
    <w:p>
      <w:pPr>
        <w:jc w:val="right"/>
      </w:pPr>
      <w:r>
        <w:t>واحل العقدۃ من لسانی،</w:t>
      </w:r>
    </w:p>
    <w:p>
      <w:r>
        <w:rPr>
          <w:b/>
        </w:rPr>
        <w:t xml:space="preserve">[00:27]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[00:33] </w:t>
      </w:r>
      <w:r>
        <w:t>The topic for this day is</w:t>
      </w:r>
    </w:p>
    <w:p>
      <w:pPr>
        <w:jc w:val="right"/>
      </w:pPr>
      <w:r>
        <w:t>The topic for this day 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