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Message of the Quran August 20, 2017</w:t>
      </w:r>
    </w:p>
    <w:p>
      <w:r>
        <w:t>https://www.youtube.com/watch?v=BrbrZxP37pk</w:t>
      </w:r>
    </w:p>
    <w:p>
      <w:r>
        <w:rPr>
          <w:b/>
        </w:rPr>
        <w:t xml:space="preserve">[00:15] </w:t>
      </w:r>
      <w:r>
        <w:t>Bismillah hir rahman nir rahim, wa sallallahu ala nabiyyi karim.</w:t>
      </w:r>
    </w:p>
    <w:p>
      <w:pPr>
        <w:jc w:val="right"/>
      </w:pPr>
      <w:r>
        <w:t>بسم اللہ الرحمن الرحیم، وصلی اللہ علی نبی کریم۔</w:t>
      </w:r>
    </w:p>
    <w:p>
      <w:r>
        <w:rPr>
          <w:b/>
        </w:rPr>
        <w:t xml:space="preserve">[00:25] </w:t>
      </w:r>
      <w:r>
        <w:t>20 aghast 2017. Aaj hamari is mehfil mein kuch bahut hi achhe saathi maujud hain,</w:t>
      </w:r>
    </w:p>
    <w:p>
      <w:pPr>
        <w:jc w:val="right"/>
      </w:pPr>
      <w:r>
        <w:t>20 اگست 2017۔ آج ہماری اس محفل میں کچھ بہت ہی اچھے ساتھی موجود ہیں،</w:t>
      </w:r>
    </w:p>
    <w:p>
      <w:r>
        <w:rPr>
          <w:b/>
        </w:rPr>
        <w:t xml:space="preserve">[00:45] </w:t>
      </w:r>
      <w:r>
        <w:t>bhai Harpreet Singh, jin ko main samajhta hoon keh unhon ne hamare upar bahut bada ehsan kiya, unhon ne</w:t>
      </w:r>
    </w:p>
    <w:p>
      <w:pPr>
        <w:jc w:val="right"/>
      </w:pPr>
      <w:r>
        <w:t>بھائی ہرپریت سنگھ، جن کو میں سمجھتا ہوں کہ انہوں نے ہمارے اوپر بہت بڑا احسان کیا، انہوں نے</w:t>
      </w:r>
    </w:p>
    <w:p>
      <w:r>
        <w:rPr>
          <w:b/>
        </w:rPr>
        <w:t xml:space="preserve">[00:57] </w:t>
      </w:r>
      <w:r>
        <w:t>keh Quran ka tarjuma Punjabi zaban mein kiya. Doctor Muhammad Habib sahab, bahut zyada un ka hamare sath સહયોગ hai, aur unhi ke zariye se hum bhai Harpreet Singh tak pahunche.</w:t>
      </w:r>
    </w:p>
    <w:p>
      <w:pPr>
        <w:jc w:val="right"/>
      </w:pPr>
      <w:r>
        <w:t>کہ قرآن کا ترجمہ پنجابی زبان میں کیا۔ ڈاکٹر محمد حبیب صاحب، بہت زیادہ ان کا ہمارے ساتھ تعاون ہے، اور انہی کے ذریعے سے ہم بھائی ہرپریت سنگھ تک پہنچے۔</w:t>
      </w:r>
    </w:p>
    <w:p>
      <w:r>
        <w:rPr>
          <w:b/>
        </w:rPr>
        <w:t xml:space="preserve">[01:19] </w:t>
      </w:r>
      <w:r>
        <w:t>to is raaz se hamari aaj ki jo mehfil hai, ek tareekhi mehfil hai. mujhe yaad aata hai ke main bachpan mein ek gaon mein rehta tha,</w:t>
      </w:r>
    </w:p>
    <w:p>
      <w:pPr>
        <w:jc w:val="right"/>
      </w:pPr>
      <w:r>
        <w:t>تو اس راز سے ہماری آج کی جو محفل ہے، ایک تاریخی محفل ہے۔ مجھے یاد آتا ہے کہ میں بچپن میں ایک گاؤں میں رہتا تھا،</w:t>
      </w:r>
    </w:p>
    <w:p>
      <w:r>
        <w:rPr>
          <w:b/>
        </w:rPr>
        <w:t xml:space="preserve">[01:35] </w:t>
      </w:r>
      <w:r>
        <w:t>up ke ek gaon mein. to us zamane mein, yaani meri paidaish hui hai 1925 mein,</w:t>
      </w:r>
    </w:p>
    <w:p>
      <w:pPr>
        <w:jc w:val="right"/>
      </w:pPr>
      <w:r>
        <w:t>یو پی کے ایک گاؤں میں۔ تو اس زمانے میں، یعنی میری پیدائش ہوئی ہے 1925 میں،</w:t>
      </w:r>
    </w:p>
    <w:p>
      <w:r>
        <w:rPr>
          <w:b/>
        </w:rPr>
        <w:t xml:space="preserve">[01:48] </w:t>
      </w:r>
      <w:r>
        <w:t>to us zamane mein iqbal</w:t>
      </w:r>
    </w:p>
    <w:p>
      <w:pPr>
        <w:jc w:val="right"/>
      </w:pPr>
      <w:r>
        <w:t>تو اس زمانے میں اقبال</w:t>
      </w:r>
    </w:p>
    <w:p>
      <w:r>
        <w:rPr>
          <w:b/>
        </w:rPr>
        <w:t xml:space="preserve">[01:54] </w:t>
      </w:r>
      <w:r>
        <w:t>ki nazmein bohat padhi jaati theen. hum bhi jo kitabein padhte the, us mein un ki nazmein hoti theen. to iqbal ne likha tha guru night ji ke bare mein bohat hi pyari</w:t>
      </w:r>
    </w:p>
    <w:p>
      <w:pPr>
        <w:jc w:val="right"/>
      </w:pPr>
      <w:r>
        <w:t>کی نظمیں بہت پڑھی جاتی تھیں۔ ہم بھی جو کتابیں پڑھتے تھے، اس میں ان کی نظمیں ہوتی تھیں۔ تو اقبال نے لکھا تھا گرو نائٹ جی کے بارے میں بہت ہی پیاری</w:t>
      </w:r>
    </w:p>
    <w:p>
      <w:r>
        <w:rPr>
          <w:b/>
        </w:rPr>
        <w:t xml:space="preserve">[02:15] </w:t>
      </w:r>
      <w:r>
        <w:t>nazm. to unhon ne likha tha ke:</w:t>
      </w:r>
    </w:p>
    <w:p>
      <w:pPr>
        <w:jc w:val="right"/>
      </w:pPr>
      <w:r>
        <w:t>نظم۔ تو انہوں نے لکھا تھا کہ:</w:t>
      </w:r>
    </w:p>
    <w:p>
      <w:r>
        <w:rPr>
          <w:b/>
        </w:rPr>
        <w:t xml:space="preserve">[02:23] </w:t>
      </w:r>
      <w:r>
        <w:t>"nanak ne jis chaman mein wahdat ka geet gaya, mera watan wahi hai, mera watan wahi hai." nanak ne jis chaman mein wahdat ka geet gaya,</w:t>
      </w:r>
    </w:p>
    <w:p>
      <w:pPr>
        <w:jc w:val="right"/>
      </w:pPr>
      <w:r>
        <w:t>"نانک نے جس چمن میں وحدت کا گیت گایا، میرا وطن وہی ہے، میرا وطن وہی ہے۔" نانک نے جس چمن میں وحدت کا گیت گایا،</w:t>
      </w:r>
    </w:p>
    <w:p>
      <w:r>
        <w:rPr>
          <w:b/>
        </w:rPr>
        <w:t xml:space="preserve">[02:39] </w:t>
      </w:r>
      <w:r>
        <w:t>mera watan wahi hai, mera watan wahi hai. ek aur nazm mein unhon ne kaha tha: "hind ko ek mard-e-kamil ne jagaya khwab se." hindu ko ek mard-e-kamil ne jagaya khwab se.</w:t>
      </w:r>
    </w:p>
    <w:p>
      <w:pPr>
        <w:jc w:val="right"/>
      </w:pPr>
      <w:r>
        <w:t>میرا وطن وہی ہے، میرا وطن وہی ہے۔ ایک اور نظم میں انہوں نے کہا تھا: "ہند کو ایک مرد کامل نے جگایا خواب سے۔" ہندو کو ایک مرد کامل نے جگایا خواب سے۔</w:t>
      </w:r>
    </w:p>
    <w:p>
      <w:r>
        <w:rPr>
          <w:b/>
        </w:rPr>
        <w:t xml:space="preserve">[02:57] </w:t>
      </w:r>
      <w:r>
        <w:t>yeh bachpan ki baat hai, lekin yeh sab nazmein itni padh kar kehta hoon, phir lata tha ke bachpan se mera ek sapna tha ke kabhi main jaon apne misr aur wahan sur mandir ko dekhon.</w:t>
      </w:r>
    </w:p>
    <w:p>
      <w:pPr>
        <w:jc w:val="right"/>
      </w:pPr>
      <w:r>
        <w:t>یہ بچپن کی بات ہے، لیکن یہ سب نظمیں اتنی پڑھ کر کہتا ہوں، پھر لاتا تھا کہ بچپن سے میرا ایک سپنا تھا کہ کبھی میں جاؤں اپنے مصر اور وہاں سور مندر کو دیکھوں۔</w:t>
      </w:r>
    </w:p>
    <w:p>
      <w:r>
        <w:rPr>
          <w:b/>
        </w:rPr>
        <w:t xml:space="preserve">[03:21] </w:t>
      </w:r>
      <w:r>
        <w:t>phir main aaya 1967 mein dilli, to dilli se kuch saathiyon ko le kar main amritsar gaya, aur wahan par sur mandir ko dekha.</w:t>
      </w:r>
    </w:p>
    <w:p>
      <w:pPr>
        <w:jc w:val="right"/>
      </w:pPr>
      <w:r>
        <w:t>پھر میں آیا 1967 میں دلی، تو دلی سے کچھ ساتھیوں کو لے کر میں امرتسر گیا، اور وہاں پر سور مندر کو دیکھا۔</w:t>
      </w:r>
    </w:p>
    <w:p>
      <w:r>
        <w:rPr>
          <w:b/>
        </w:rPr>
        <w:t xml:space="preserve">[03:39] </w:t>
      </w:r>
      <w:r>
        <w:t>aaj jab main is din ko yaad karta hoon jab main wahan gaya tha, to meri memory mein woh sab aaj bhi, yaani vivid meri mein zinda hai.</w:t>
      </w:r>
    </w:p>
    <w:p>
      <w:pPr>
        <w:jc w:val="right"/>
      </w:pPr>
      <w:r>
        <w:t>آج جب میں اس دن کو یاد کرتا ہوں جب میں وہاں گیا تھا، تو میری میموری میں وہ سب آج بھی، یعنی ویوڈ میری میں زندہ ہے۔</w:t>
      </w:r>
    </w:p>
    <w:p>
      <w:r>
        <w:rPr>
          <w:b/>
        </w:rPr>
        <w:t xml:space="preserve">[03:54] </w:t>
      </w:r>
      <w:r>
        <w:t>wahan par aisa mahaul tha, ek dum khamoshi, har aadmi</w:t>
      </w:r>
    </w:p>
    <w:p>
      <w:pPr>
        <w:jc w:val="right"/>
      </w:pPr>
      <w:r>
        <w:t>وہاں پر ایسا ماحول تھا، ایک دم خاموشی، ہر آدمی</w:t>
      </w:r>
    </w:p>
    <w:p>
      <w:r>
        <w:rPr>
          <w:b/>
        </w:rPr>
        <w:t xml:space="preserve">[04:03] </w:t>
      </w:r>
      <w:r>
        <w:t>chup chap apne kaam mein laga hua. aisa lagta tha ke yeh log mohabbat aur spirituality ke</w:t>
      </w:r>
    </w:p>
    <w:p>
      <w:pPr>
        <w:jc w:val="right"/>
      </w:pPr>
      <w:r>
        <w:t>چپ چاپ اپنے کام میں لگا ہوا۔ ایسا لگتا تھا کہ یہ لوگ محبت اور سپرچولیٹی کے</w:t>
      </w:r>
    </w:p>
    <w:p>
      <w:r>
        <w:rPr>
          <w:b/>
        </w:rPr>
        <w:t xml:space="preserve">[04:16] </w:t>
      </w:r>
      <w:r>
        <w:t>farishte hain. wahan jo log the, to us zamane mein meri kisi se pehchan nahi thi, lekin dekhne mein bohat hi pyare lagte the, pyare,</w:t>
      </w:r>
    </w:p>
    <w:p>
      <w:pPr>
        <w:jc w:val="right"/>
      </w:pPr>
      <w:r>
        <w:t>فرشتے ہیں۔ وہاں جو لوگ تھے، تو اس زمانے میں میری کسی سے پہچان نہیں تھی، لیکن دیکھنے میں بہت ہی پیارے لگتے تھے، پیارے،</w:t>
      </w:r>
    </w:p>
    <w:p>
      <w:r>
        <w:rPr>
          <w:b/>
        </w:rPr>
        <w:t xml:space="preserve">[04:32] </w:t>
      </w:r>
      <w:r>
        <w:t>aur lagta tha ke yeh log mohabbat aur roohaniyat ke farishte hain. to yeh tha mera woh.</w:t>
      </w:r>
    </w:p>
    <w:p>
      <w:pPr>
        <w:jc w:val="right"/>
      </w:pPr>
      <w:r>
        <w:t>اور لگتا تھا کہ یہ لوگ محبت اور روحانیت کے فرشتے ہیں۔ تو یہ تھا میرا وہ۔</w:t>
      </w:r>
    </w:p>
    <w:p>
      <w:r>
        <w:rPr>
          <w:b/>
        </w:rPr>
        <w:t xml:space="preserve">[04:44] </w:t>
      </w:r>
      <w:r>
        <w:t>phir is ke baad waqt guzarta raha, yahan tak ke doctor muhammad habib sahab ke waseela se hum pahunche bhai harpreet singh tak, hamare saathi.</w:t>
      </w:r>
    </w:p>
    <w:p>
      <w:pPr>
        <w:jc w:val="right"/>
      </w:pPr>
      <w:r>
        <w:t>پھر اس کے بعد وقت گزرتا رہا، یہاں تک کہ ڈاکٹر محمد حبیب صاحب کے واسطے سے ہم پہنچے بھائی ہرپریت سنگھ تک، ہمارے ساتھی۔</w:t>
      </w:r>
    </w:p>
    <w:p>
      <w:r>
        <w:rPr>
          <w:b/>
        </w:rPr>
        <w:t xml:space="preserve">[05:00] </w:t>
      </w:r>
      <w:r>
        <w:t>to yeh bohat bara hamare mission ka ek suhagan hai ke doctor ke bhai harpreet singh tayyar ho gaye ke woh quran ka tarjuma karenge punjabi zaban mein.</w:t>
      </w:r>
    </w:p>
    <w:p>
      <w:pPr>
        <w:jc w:val="right"/>
      </w:pPr>
      <w:r>
        <w:t>تو یہ بہت بڑا ہمارے مشن کا ایک سہاگ ہے کہ ڈاکٹر کے بھائی ہرپریت سنگھ تیار ہو گئے کہ وہ قرآن کا ترجمہ کریں گے پنجابی زبان میں۔</w:t>
      </w:r>
    </w:p>
    <w:p>
      <w:r>
        <w:rPr>
          <w:b/>
        </w:rPr>
        <w:t xml:space="preserve">[05:20] </w:t>
      </w:r>
      <w:r>
        <w:t>aaj woh tarjuma chhap kar ke hamare paas maujood hai. to ek lambi tareekh hai jo gaon se shuru hoti hai aur dilli tak pahunchti hai,</w:t>
      </w:r>
    </w:p>
    <w:p>
      <w:pPr>
        <w:jc w:val="right"/>
      </w:pPr>
      <w:r>
        <w:t>آج وہ ترجمہ چھپ کر کے ہمارے پاس موجود ہے۔ تو ایک لمبی تاریخ ہے جو گاؤں سے شروع ہوتی ہے اور دلی تک پہنچتی ہے،</w:t>
      </w:r>
    </w:p>
    <w:p>
      <w:r>
        <w:rPr>
          <w:b/>
        </w:rPr>
        <w:t xml:space="preserve">[05:34] </w:t>
      </w:r>
      <w:r>
        <w:t>aur isi ka nateeja hai ke bhai harpreet singh ne quran ka tarjuma punjabi zaban mein kiya, aur hum us ko punjabi bolne walon tak pahuncha sakte hain.</w:t>
      </w:r>
    </w:p>
    <w:p>
      <w:pPr>
        <w:jc w:val="right"/>
      </w:pPr>
      <w:r>
        <w:t>اور اسی کا نتیجہ ہے کہ بھائی ہرپریت سنگھ نے قرآن کا ترجمہ پنجابی زبان میں کیا، اور ہم اس کو پنجابی بولنے والوں تک پہنچا سکتے ہیں۔</w:t>
      </w:r>
    </w:p>
    <w:p>
      <w:r>
        <w:rPr>
          <w:b/>
        </w:rPr>
        <w:t xml:space="preserve">[05:50] </w:t>
      </w:r>
      <w:r>
        <w:t>bas bataon ke main, mere paas jo kuch hai woh sirf dua hai, dua, aur kuch mere paas nahi hai.</w:t>
      </w:r>
    </w:p>
    <w:p>
      <w:pPr>
        <w:jc w:val="right"/>
      </w:pPr>
      <w:r>
        <w:t>بس بتاؤں کہ میں، میرے پاس جو کچھ ہے وہ صرف دعا ہے، دعا، اور کچھ میرے پاس نہیں ہے۔</w:t>
      </w:r>
    </w:p>
    <w:p>
      <w:r>
        <w:rPr>
          <w:b/>
        </w:rPr>
        <w:t xml:space="preserve">[06:00] </w:t>
      </w:r>
      <w:r>
        <w:t>to main dua karta hoon bhai harpreet singh ke liye, doctor muhammad habib sahab ke liye, aur un ke saathiyon ke liye ke unhon ne jo hamare saath taawun kiya hai,</w:t>
      </w:r>
    </w:p>
    <w:p>
      <w:pPr>
        <w:jc w:val="right"/>
      </w:pPr>
      <w:r>
        <w:t>تو میں دعا کرتا ہوں بھائی ہرپریت سنگھ کے لیے، ڈاکٹر محمد حبیب صاحب کے لیے، اور ان کے ساتھیوں کے لیے کہ انہوں نے جو ہمارے ساتھ تعاون کیا ہے،</w:t>
      </w:r>
    </w:p>
    <w:p>
      <w:r>
        <w:rPr>
          <w:b/>
        </w:rPr>
        <w:t xml:space="preserve">[06:14] </w:t>
      </w:r>
      <w:r>
        <w:t>to allah un ko is ka bohat acha badla de, bohat acha, un ko</w:t>
      </w:r>
    </w:p>
    <w:p>
      <w:pPr>
        <w:jc w:val="right"/>
      </w:pPr>
      <w:r>
        <w:t>تو اللہ ان کو اس کا بہت اچھا بدلہ دے، بہت اچھا، ان کو</w:t>
      </w:r>
    </w:p>
    <w:p>
      <w:r>
        <w:rPr>
          <w:b/>
        </w:rPr>
        <w:t xml:space="preserve">[06:22] </w:t>
      </w:r>
      <w:r>
        <w:t>bohat achi achi nematein un ko de.</w:t>
      </w:r>
    </w:p>
    <w:p>
      <w:pPr>
        <w:jc w:val="right"/>
      </w:pPr>
      <w:r>
        <w:t>بہت اچھی اچھی نعمتیں ان کو دے۔</w:t>
      </w:r>
    </w:p>
    <w:p>
      <w:r>
        <w:rPr>
          <w:b/>
        </w:rPr>
        <w:t xml:space="preserve">[06:28] </w:t>
      </w:r>
      <w:r>
        <w:t>un chand shabdon ke baad main kuch baat kahunga quran ke bare mein. dekhen, quran, aap jante hain ke</w:t>
      </w:r>
    </w:p>
    <w:p>
      <w:pPr>
        <w:jc w:val="right"/>
      </w:pPr>
      <w:r>
        <w:t>ان چند शब्दوں کے بعد میں کچھ بات کہوں گا قرآن کے بارے میں۔ دیکھیں، قرآن، آپ جانتے ہیں کہ</w:t>
      </w:r>
    </w:p>
    <w:p>
      <w:r>
        <w:rPr>
          <w:b/>
        </w:rPr>
        <w:t xml:space="preserve">[06:46] </w:t>
      </w:r>
      <w:r>
        <w:t>saatveen sadi isvi ke first quarter mein arab mein utra.</w:t>
      </w:r>
    </w:p>
    <w:p>
      <w:pPr>
        <w:jc w:val="right"/>
      </w:pPr>
      <w:r>
        <w:t>ساتویں صدی عیسوی کے فرسٹ کوارٹر میں عرب میں اترا۔</w:t>
      </w:r>
    </w:p>
    <w:p>
      <w:r>
        <w:rPr>
          <w:b/>
        </w:rPr>
        <w:t xml:space="preserve">[06:56] </w:t>
      </w:r>
      <w:r>
        <w:t>quran</w:t>
      </w:r>
    </w:p>
    <w:p>
      <w:pPr>
        <w:jc w:val="right"/>
      </w:pPr>
      <w:r>
        <w:t>قرآن</w:t>
      </w:r>
    </w:p>
    <w:p>
      <w:r>
        <w:rPr>
          <w:b/>
        </w:rPr>
        <w:t xml:space="preserve">[07:00] </w:t>
      </w:r>
      <w:r>
        <w:t>hamare aqeeday ke mutabiq Allah rab ul alameen ka ek message hai sare insano ke liye.</w:t>
      </w:r>
    </w:p>
    <w:p>
      <w:pPr>
        <w:jc w:val="right"/>
      </w:pPr>
      <w:r>
        <w:t>ہمارے عقیدے کے مطابق اللہ رب العالمین کا ایک مسج ہے سارے انسانوں کے لیے۔</w:t>
      </w:r>
    </w:p>
    <w:p>
      <w:r>
        <w:rPr>
          <w:b/>
        </w:rPr>
        <w:t xml:space="preserve">[07:11] </w:t>
      </w:r>
      <w:r>
        <w:t>agar main yeh kahoon ke</w:t>
      </w:r>
    </w:p>
    <w:p>
      <w:pPr>
        <w:jc w:val="right"/>
      </w:pPr>
      <w:r>
        <w:t>اگر میں یہ کہوں کہ</w:t>
      </w:r>
    </w:p>
    <w:p>
      <w:r>
        <w:rPr>
          <w:b/>
        </w:rPr>
        <w:t xml:space="preserve">[07:15] </w:t>
      </w:r>
      <w:r>
        <w:t>is message ka just kya hai to woh is ayat mein milta hai, yani Quran ke ek chapter hai Aal e Imran number teen, is mein yeh ayat hai ke: "Kaun Rabbaaniyyun?" Kaun Rabbaaniyyun ka matlab hote hain: "Rab wale bano</w:t>
      </w:r>
    </w:p>
    <w:p>
      <w:pPr>
        <w:jc w:val="right"/>
      </w:pPr>
      <w:r>
        <w:t>اس مسج کا جست کیا ہے تو وہ اس آیت میں ملتا ہے، یعنی قرآن کے ایک چیپٹر ہے آل عمران نمبر تین، اس میں یہ آیت ہے کہ: "کون ربانین؟" کون ربانین کا معنی ہوتے ہیں: "رب والے بنو</w:t>
      </w:r>
    </w:p>
    <w:p>
      <w:r>
        <w:rPr>
          <w:b/>
        </w:rPr>
        <w:t xml:space="preserve">[07:38] </w:t>
      </w:r>
      <w:r>
        <w:t>!" Ae logo, Rab wale bano! Yeh Rab wale bano ka matlab kya hua? Wahi cheez hai jisko hum aaj kehte hain spirituality, yani God based spirituality ya God oriented spirituality.</w:t>
      </w:r>
    </w:p>
    <w:p>
      <w:pPr>
        <w:jc w:val="right"/>
      </w:pPr>
      <w:r>
        <w:t>!" اے لوگوں، رب والے بنو! یہ رب والے بنو کا مطلب کیا ہوا؟ وہی چیز ہے جس کو ہم آج کہتے ہیں اسپریچولیٹی، یعنی گاڈ بیسڈ اسپریچولیٹی یا گاڈ اورینٹڈ اسپریچولیٹی۔</w:t>
      </w:r>
    </w:p>
    <w:p>
      <w:r>
        <w:rPr>
          <w:b/>
        </w:rPr>
        <w:t xml:space="preserve">[08:01] </w:t>
      </w:r>
      <w:r>
        <w:t>Spirituality kya hai? Aadmi kisi upar ke level par jeene lagta hai, yani ek hai material level, ek hai national level, ek hai political level.</w:t>
      </w:r>
    </w:p>
    <w:p>
      <w:pPr>
        <w:jc w:val="right"/>
      </w:pPr>
      <w:r>
        <w:t>اسپریچولیٹی کیا ہے؟ آدمی کسی اوپر کے لیول پر جینے لگتا ہے، یعنی ایک ہے مٹیریل لیول، ایک ہے قومی لیول، ایک ہے پولیٹیکل لیول۔</w:t>
      </w:r>
    </w:p>
    <w:p>
      <w:r>
        <w:rPr>
          <w:b/>
        </w:rPr>
        <w:t xml:space="preserve">[08:18] </w:t>
      </w:r>
      <w:r>
        <w:t>In sare jo levels hain, jab is se upar uth jaye to wahan sirf Khuda hi Khuda hota hai,</w:t>
      </w:r>
    </w:p>
    <w:p>
      <w:pPr>
        <w:jc w:val="right"/>
      </w:pPr>
      <w:r>
        <w:t>ان سارے جو لیولز ہیں، جب اس سے اوپر اٹھ جائے تو وہاں صرف خدا ہی خدا ہوتا ہے،</w:t>
      </w:r>
    </w:p>
    <w:p>
      <w:r>
        <w:rPr>
          <w:b/>
        </w:rPr>
        <w:t xml:space="preserve">[08:27] </w:t>
      </w:r>
      <w:r>
        <w:t>wahan sirf Khuda hi Khuda hota hai. Jaise aap hawai jahaz mein jo udte hain, upar pahunchte hain chalis hazar foot ki bulandi par, to wahan space hi space hoti hai.</w:t>
      </w:r>
    </w:p>
    <w:p>
      <w:pPr>
        <w:jc w:val="right"/>
      </w:pPr>
      <w:r>
        <w:t>وہاں صرف خدا ہی خدا ہوتا ہے۔ جیسے آپ ہوا جہاز میں جو اڑتے ہیں، اوپر پہنچتے ہیں چالیس ہزار فٹ کی بلندی پر، تو وہاں اسپیس ہی اسپیس ہوتی ہے۔</w:t>
      </w:r>
    </w:p>
    <w:p>
      <w:r>
        <w:rPr>
          <w:b/>
        </w:rPr>
        <w:t xml:space="preserve">[08:41] </w:t>
      </w:r>
      <w:r>
        <w:t>Upar se jab aap dekhte hain to neeche agarche shehar hain, pahad hain, samandar hain, lekin kuch dikhai nahi deta. Yeh space space dikhai deti hai.</w:t>
      </w:r>
    </w:p>
    <w:p>
      <w:pPr>
        <w:jc w:val="right"/>
      </w:pPr>
      <w:r>
        <w:t>اوپر سے جب آپ دیکھتے ہیں تو نیچے اگرچہ شہر ہیں، پہاڑ ہیں، سمندر ہیں، لیکن کچھ دکھائی نہیں دیتا۔ یہ اسپیس اسپیس دکھائی دیتی ہے۔</w:t>
      </w:r>
    </w:p>
    <w:p>
      <w:r>
        <w:rPr>
          <w:b/>
        </w:rPr>
        <w:t xml:space="preserve">[08:53] </w:t>
      </w:r>
      <w:r>
        <w:t>To main samajhta hoon ke yeh jo spirituality hai ya God oriented jo level hai zindagi ka, is mein aadmi bahut upar chala jata hai, high level,</w:t>
      </w:r>
    </w:p>
    <w:p>
      <w:pPr>
        <w:jc w:val="right"/>
      </w:pPr>
      <w:r>
        <w:t>تو میں سمجھتا ہوں کہ یہ جو اسپریچولیٹی ہے یا گاڈ اورینٹڈ جو لیول ہے زندگی کا، اس میں آدمی بہت اوپر چلا جاتا ہے، ہائی لیول،</w:t>
      </w:r>
    </w:p>
    <w:p>
      <w:r>
        <w:rPr>
          <w:b/>
        </w:rPr>
        <w:t xml:space="preserve">[09:07] </w:t>
      </w:r>
      <w:r>
        <w:t>high level. Wahan par aadmi ko sari cheezein ojhal ho jati hain, sari cheezein ojhal ho jati hain, aur sirf apne Khaliq ko yaad karta hai,</w:t>
      </w:r>
    </w:p>
    <w:p>
      <w:pPr>
        <w:jc w:val="right"/>
      </w:pPr>
      <w:r>
        <w:t>ہائی لیول۔ وہاں پر آدمی کو ساری چیزیں اوجھل ہو جاتی ہیں، ساری چیزیں اوجھل ہو جاتی ہیں، اور صرف اپنے خالق کو یاد کرتا ہے،</w:t>
      </w:r>
    </w:p>
    <w:p>
      <w:r>
        <w:rPr>
          <w:b/>
        </w:rPr>
        <w:t xml:space="preserve">[09:27] </w:t>
      </w:r>
      <w:r>
        <w:t>Khaliq ki nematein yaad karta hai. Jaise main jab pehli bar hawai jahaz mein gaya tha Europe to main ne socha ke jo Khaliq hai hamara,</w:t>
      </w:r>
    </w:p>
    <w:p>
      <w:pPr>
        <w:jc w:val="right"/>
      </w:pPr>
      <w:r>
        <w:t>خالق کی نعمتیں یاد کرتا ہے۔ جیسے میں جب پہلی بار ہوا جہاز میں گیا تھا یورپ تو میں نے سوچا کہ جو خالق ہے ہمارا،</w:t>
      </w:r>
    </w:p>
    <w:p>
      <w:r>
        <w:rPr>
          <w:b/>
        </w:rPr>
        <w:t xml:space="preserve">[09:45] </w:t>
      </w:r>
      <w:r>
        <w:t>woh kitna zyada hum se mohabbat karta hai ke hum ko aisi sawari de di, aisi sawari de di jo udti hai to jangalon ke upar, samandaron ke upar, daryaaon ke upar, pahadon ke upar, sheharon ke upar se guzarti hi guzarti hui hum ko hamara destination pahuncha deti hai.</w:t>
      </w:r>
    </w:p>
    <w:p>
      <w:pPr>
        <w:jc w:val="right"/>
      </w:pPr>
      <w:r>
        <w:t>وہ کتنا زیادہ ہم سے محبت کرتا ہے کہ ہم کو ایسی سواری دے دی، ایسی سواری دے دی جو اڑتی ہے تو جنگلوں کے اوپر، سمندروں کے اوپر، دریاؤں کے اوپر، پہاڑوں کے اوپر، شہروں کے اوپر سے گزرتی ہی گزرتی ہوئی ہم کو ہمارا ڈیسٹینیشن پہنچا دیتی ہے۔</w:t>
      </w:r>
    </w:p>
    <w:p>
      <w:r>
        <w:rPr>
          <w:b/>
        </w:rPr>
        <w:t xml:space="preserve">[10:11] </w:t>
      </w:r>
      <w:r>
        <w:t>To kaisa ajeeb Allah ka yeh ehsaan hai hamare upar. To yeh sab soch aa gayi, isi ko kehte hain spiritual soch ya God oriented soch.</w:t>
      </w:r>
    </w:p>
    <w:p>
      <w:pPr>
        <w:jc w:val="right"/>
      </w:pPr>
      <w:r>
        <w:t>تو کیسا عجیب اللہ کا یہ احسان ہے ہمارے اوپر۔ تو یہ سب سوچ آ گئی، اسی کو کہتے ہیں اسپریچول سوچ یا گاڈ اورینٹڈ سوچ۔</w:t>
      </w:r>
    </w:p>
    <w:p>
      <w:r>
        <w:rPr>
          <w:b/>
        </w:rPr>
        <w:t xml:space="preserve">[10:26] </w:t>
      </w:r>
      <w:r>
        <w:t>To main samajhta hoon ke Islam mein aur aur yeh Sikhs mein ya Guru Nanak Ji ka jo message hai insaan ke liye, is mein yeh cheez bahut common hai,</w:t>
      </w:r>
    </w:p>
    <w:p>
      <w:pPr>
        <w:jc w:val="right"/>
      </w:pPr>
      <w:r>
        <w:t>تو میں سمجھتا ہوں کہ اسلام میں اور اور یہ سکھز میں یا گرو نائٹ جی کا جو میسج ہے انسان کے لیے، اس میں یہ چیز بہت کامن ہے،</w:t>
      </w:r>
    </w:p>
    <w:p>
      <w:r>
        <w:rPr>
          <w:b/>
        </w:rPr>
        <w:t xml:space="preserve">[10:44] </w:t>
      </w:r>
      <w:r>
        <w:t>common hai. Yani Guru Nanak Ji bhi insaan ko spirituality ki taraf bulate hain aur Quran bhi insaan ko spirituality ki taraf bulata hai.</w:t>
      </w:r>
    </w:p>
    <w:p>
      <w:pPr>
        <w:jc w:val="right"/>
      </w:pPr>
      <w:r>
        <w:t>کامن ہے۔ یعنی گرو نائٹ جی بھی انسان کو اسپریچولیٹی کی طرف بلاتے ہیں اور قرآن بھی انسان کو اسپریچولیٹی کی طرف بلاتا ہے۔</w:t>
      </w:r>
    </w:p>
    <w:p>
      <w:r>
        <w:rPr>
          <w:b/>
        </w:rPr>
        <w:t xml:space="preserve">[10:58] </w:t>
      </w:r>
      <w:r>
        <w:t>To main yeh kehna chahunga ke aaj insaan ko shayad sab se zyada zaroorat hai spirituality ke liye,</w:t>
      </w:r>
    </w:p>
    <w:p>
      <w:pPr>
        <w:jc w:val="right"/>
      </w:pPr>
      <w:r>
        <w:t>تو میں یہ کہنا چاہوں گا کہ آج انسان کو شاید سب سے زیادہ ضرورت ہے اسپریچولیٹی کے لیے،</w:t>
      </w:r>
    </w:p>
    <w:p>
      <w:r>
        <w:rPr>
          <w:b/>
        </w:rPr>
        <w:t xml:space="preserve">[11:14] </w:t>
      </w:r>
      <w:r>
        <w:t>kyunki dekhein, insaan ne sab kuch hasil kar liya jisko hum kehte hain modern civilization. To is mein sab kuch mil gaya hai insaan ko, yani sari comfort wali cheezein, sari lazeez wali cheezein,</w:t>
      </w:r>
    </w:p>
    <w:p>
      <w:pPr>
        <w:jc w:val="right"/>
      </w:pPr>
      <w:r>
        <w:t>کیونکہ دیکھیں، انسان نے سب کچھ حاصل کر لیا جس کو ہم کہتے ہیں ماڈرن سویلائزیشن۔ تو اس میں سب کچھ مل گیا ہے انسان کو، یعنی ساری کمفرٹ والی چیزیں، ساری لذیذ والی چیزیں،</w:t>
      </w:r>
    </w:p>
    <w:p>
      <w:r>
        <w:rPr>
          <w:b/>
        </w:rPr>
        <w:t xml:space="preserve">[11:33] </w:t>
      </w:r>
      <w:r>
        <w:t>sare aaram wali cheezein. Lekin main duniya mein bahut ghuma hoon, main paya ke insaan ko phir bhi kahin na kahin mehsoos hota hai ke iska inner core jo hai,</w:t>
      </w:r>
    </w:p>
    <w:p>
      <w:pPr>
        <w:jc w:val="right"/>
      </w:pPr>
      <w:r>
        <w:t>سارے آرام والی چیزیں۔ لیکن میں دنیا میں بہت گھوما ہوں، میں پایا کہ انسان کو پھر بھی کہیں نہ کہیں محسوس ہوتا ہے کہ اس کا انر کور جو ہے،</w:t>
      </w:r>
    </w:p>
    <w:p>
      <w:r>
        <w:rPr>
          <w:b/>
        </w:rPr>
        <w:t xml:space="preserve">[11:47] </w:t>
      </w:r>
      <w:r>
        <w:t>address nahi ho raha hai. Kahin na kahin woh samajhta hai khala, sab kuch mil kar bhi koi cheez miss kar rahi hai, miss kar rahi hai.</w:t>
      </w:r>
    </w:p>
    <w:p>
      <w:pPr>
        <w:jc w:val="right"/>
      </w:pPr>
      <w:r>
        <w:t>ایڈریس نہیں ہو رہا ہے۔ کہیں نہ کہیں وہ سمجھتا ہے خلا، سب کچھ مل کر بھی کوئی چیز مس کر رہی ہے، مس کر رہی ہے۔</w:t>
      </w:r>
    </w:p>
    <w:p>
      <w:r>
        <w:rPr>
          <w:b/>
        </w:rPr>
        <w:t xml:space="preserve">[12:00] </w:t>
      </w:r>
      <w:r>
        <w:t>To har insaan jo main ne jana, bahut main ne parha, bahut mila logo se, bahut gaya duniya mein, to har jagah mujhe laga ke koi cheez miss kar rahi hai, koi missing item hai,</w:t>
      </w:r>
    </w:p>
    <w:p>
      <w:pPr>
        <w:jc w:val="right"/>
      </w:pPr>
      <w:r>
        <w:t>تو ہر انسان جو میں نے جانا، بہت میں نے پڑھا، بہت ملا لوگوں سے، بہت گیا دنیا میں، تو ہر جگہ مجھے لگا کہ کوئی چیز مس کر رہی ہے، کوئی مسنگ آئٹم ہے،</w:t>
      </w:r>
    </w:p>
    <w:p>
      <w:r>
        <w:rPr>
          <w:b/>
        </w:rPr>
        <w:t xml:space="preserve">[12:16] </w:t>
      </w:r>
      <w:r>
        <w:t>koi missing item hai. To main ne socha yeh missing item kya hai? Yeh missing item hai hamara Khaliq, hamara creator.</w:t>
      </w:r>
    </w:p>
    <w:p>
      <w:pPr>
        <w:jc w:val="right"/>
      </w:pPr>
      <w:r>
        <w:t>کوئی مسنگ آئٹم ہے۔ تو میں نے سوچا یہ مسنگ آئٹم کیا ہے؟ یہ مسنگ آئٹم ہے ہمارا خالق، ہمارا کریٹر۔</w:t>
      </w:r>
    </w:p>
    <w:p>
      <w:r>
        <w:rPr>
          <w:b/>
        </w:rPr>
        <w:t xml:space="preserve">[12:29] </w:t>
      </w:r>
      <w:r>
        <w:t>Missing item hamara creator hai ke dekhein, jab insaan paida hota hai to us ko maa baap ka pyar milta hai.</w:t>
      </w:r>
    </w:p>
    <w:p>
      <w:pPr>
        <w:jc w:val="right"/>
      </w:pPr>
      <w:r>
        <w:t>مسنگ آئٹم ہمارا کریٹر ہے کہ دیکھیں، جب انسان پیدا ہوتا ہے تو اس کو ماں باپ کا پیار ملتا ہے۔</w:t>
      </w:r>
    </w:p>
    <w:p>
      <w:r>
        <w:rPr>
          <w:b/>
        </w:rPr>
        <w:t xml:space="preserve">[12:42] </w:t>
      </w:r>
      <w:r>
        <w:t>To chahe consciously ya unconsciously, woh sochta hai ke kaise mujhe paida hote hi maa baap ka pyar mil gaya? Kaun hai dene wala?</w:t>
      </w:r>
    </w:p>
    <w:p>
      <w:pPr>
        <w:jc w:val="right"/>
      </w:pPr>
      <w:r>
        <w:t>تو چاہے کانشیسلی یا ان کانشیسلی، وہ سوچتا ہے کہ کیسے مجھے پیدا ہوتے ہی ماں باپ کا پیار مل گیا؟ کون ہے دینے والا؟</w:t>
      </w:r>
    </w:p>
    <w:p>
      <w:r>
        <w:rPr>
          <w:b/>
        </w:rPr>
        <w:t xml:space="preserve">[12:54] </w:t>
      </w:r>
      <w:r>
        <w:t>Paida hote hi mujh ko kaise maa baap ka pyar mil gaya? To koi to dene wala hoga, kyunke main ne to paida nahi kiya.</w:t>
      </w:r>
    </w:p>
    <w:p>
      <w:pPr>
        <w:jc w:val="right"/>
      </w:pPr>
      <w:r>
        <w:t>پیدا ہوتے ہی مجھ کو کیسے ماں باپ کا پیار مل گیا؟ تو کوئی تو دینے والا ہوگا، کیونکہ میں نے تو پیدا نہیں کیا۔</w:t>
      </w:r>
    </w:p>
    <w:p>
      <w:r>
        <w:rPr>
          <w:b/>
        </w:rPr>
        <w:t xml:space="preserve">[13:05] </w:t>
      </w:r>
      <w:r>
        <w:t>Phir dekhiye, jab aadmi bada hota hai, thoda thoda bada hone ke baad dekhta hai duniya ko ke mere liye is duniya mein pani hai, mere liye is duniya mein food hai, mere liye is duniya mein oxygen hai,</w:t>
      </w:r>
    </w:p>
    <w:p>
      <w:pPr>
        <w:jc w:val="right"/>
      </w:pPr>
      <w:r>
        <w:t>پھر دیکھیے، جب آدمی بڑا ہوتا ہے، تھوڑا تھوڑا بڑا ہونے کے بعد دیکھتا ہے دنیا کو کہ میرے لیے اس دنیا میں پانی ہے، میرے لیے اس دنیا میں فوڈ ہے، میرے لیے اس دنیا میں اکسیجن ہے،</w:t>
      </w:r>
    </w:p>
    <w:p>
      <w:r>
        <w:rPr>
          <w:b/>
        </w:rPr>
        <w:t xml:space="preserve">[13:22] </w:t>
      </w:r>
      <w:r>
        <w:t>mere liye suraj ki roshni hai, yaani mere liye ek poora, jis ko kehte hain science ki zabaan mein, custom made universe.</w:t>
      </w:r>
    </w:p>
    <w:p>
      <w:pPr>
        <w:jc w:val="right"/>
      </w:pPr>
      <w:r>
        <w:t>میرے لیے سورج کی روشنی ہے، یعنی میرے لیے ایک پورا، جس کو کہتے ہیں سائنس کی زبان میں، کسٹم میڈ یونیورس۔</w:t>
      </w:r>
    </w:p>
    <w:p>
      <w:r>
        <w:rPr>
          <w:b/>
        </w:rPr>
        <w:t xml:space="preserve">[13:34] </w:t>
      </w:r>
      <w:r>
        <w:t>main samajhta hoon ke mera bhi tajurba jo hai zindagi ka, to chahe bachpan se le kar ab tak, consciously ya unconsciously, har insaan yeh sochta hai ke yeh custom made universe kis ne mujhe de di?</w:t>
      </w:r>
    </w:p>
    <w:p>
      <w:pPr>
        <w:jc w:val="right"/>
      </w:pPr>
      <w:r>
        <w:t>میں سمجھتا ہوں کہ میرا بھی تجربہ جو ہے زندگی کا، تو چاہے بچپن سے لے کر اب تک، کانشیسلی یا ان کانشیسلی، ہر انسان یہ سوچتا ہے کہ یہ کسٹم میڈ یونیورس کس نے مجھے دے دی؟</w:t>
      </w:r>
    </w:p>
    <w:p>
      <w:r>
        <w:rPr>
          <w:b/>
        </w:rPr>
        <w:t xml:space="preserve">[13:53] </w:t>
      </w:r>
      <w:r>
        <w:t>like support system kis ne yahan rakh diya mere liye? yeh ek talash, talash. main khud isi talash mein pada.</w:t>
      </w:r>
    </w:p>
    <w:p>
      <w:pPr>
        <w:jc w:val="right"/>
      </w:pPr>
      <w:r>
        <w:t>لائک سپورٹ سسٹم کس نے یہاں رکھ دیا میرے لیے؟ یہ ایک تلاش، تلاش۔ میں خود اسی تلاش میں پڑا۔</w:t>
      </w:r>
    </w:p>
    <w:p>
      <w:r>
        <w:rPr>
          <w:b/>
        </w:rPr>
        <w:t xml:space="preserve">[14:02] </w:t>
      </w:r>
      <w:r>
        <w:t>main is waqt keh sakta hoon ke paanch saal mein dewana tha isi ki talash mein ke yeh custom made universe kis ne mujhe di hai?</w:t>
      </w:r>
    </w:p>
    <w:p>
      <w:pPr>
        <w:jc w:val="right"/>
      </w:pPr>
      <w:r>
        <w:t>میں اس وقت کہہ سکتا ہوں کہ پانچ سال میں دیوانہ تھا اسی کی تلاش میں کہ یہ کسٹم میڈ یونیورس کس نے مجھے دی ہے؟</w:t>
      </w:r>
    </w:p>
    <w:p>
      <w:r>
        <w:rPr>
          <w:b/>
        </w:rPr>
        <w:t xml:space="preserve">[14:12] </w:t>
      </w:r>
      <w:r>
        <w:t>like support system kis ne mujhe diya hai? maa baap kis ne mujhe diya hai? yeh saari nematein kis ne di hain mujhe?</w:t>
      </w:r>
    </w:p>
    <w:p>
      <w:pPr>
        <w:jc w:val="right"/>
      </w:pPr>
      <w:r>
        <w:t>لائک سپورٹ سسٹم کس نے مجھے دیا ہے؟ ماں باپ کس نے مجھے دیا ہے؟ یہ ساری نعمتیں کس نے دی ہیں مجھے؟</w:t>
      </w:r>
    </w:p>
    <w:p>
      <w:r>
        <w:rPr>
          <w:b/>
        </w:rPr>
        <w:t xml:space="preserve">[14:24] </w:t>
      </w:r>
      <w:r>
        <w:t>is zamane mein jab paanch saal mein secret bana hua tha, secret to aksar mein tanhaiyon mein bolta tha: "khawand, tu kab aayega?</w:t>
      </w:r>
    </w:p>
    <w:p>
      <w:pPr>
        <w:jc w:val="right"/>
      </w:pPr>
      <w:r>
        <w:t>اس زمانے میں جب پانچ سال میں سیکر بنا ہوا تھا، سیکر تو اکثر میں تنہائیوں میں بولتا تھا: "خداوند، تو کب آئے گا؟</w:t>
      </w:r>
    </w:p>
    <w:p>
      <w:r>
        <w:rPr>
          <w:b/>
        </w:rPr>
        <w:t xml:space="preserve">[14:36] </w:t>
      </w:r>
      <w:r>
        <w:t>main kab tak tera intezar karoon? khawand, tu kab aayega? main kab tak tera intezar karoon?" yahan tak ke phir maine apne rab ko paya.</w:t>
      </w:r>
    </w:p>
    <w:p>
      <w:pPr>
        <w:jc w:val="right"/>
      </w:pPr>
      <w:r>
        <w:t>میں کب تک تیرا انتظار کروں؟ خداوند، تو کب آئے گا؟ میں کب تک تیرا انتظار کروں؟" یہاں تک کہ پھر میں نے اپنے رب کو پایا۔</w:t>
      </w:r>
    </w:p>
    <w:p>
      <w:r>
        <w:rPr>
          <w:b/>
        </w:rPr>
        <w:t xml:space="preserve">[14:49] </w:t>
      </w:r>
      <w:r>
        <w:t>is waqt se yeh hamara mission hai, is ko kehte hain CPS, yaani center for peace and spirituality.</w:t>
      </w:r>
    </w:p>
    <w:p>
      <w:pPr>
        <w:jc w:val="right"/>
      </w:pPr>
      <w:r>
        <w:t>اس وقت سے یہ ہمارا مشن ہے، اس کو کہتے ہیں سی پی ایس، یعنی سینٹر فار پیس اینڈ اسپریچولیٹی۔</w:t>
      </w:r>
    </w:p>
    <w:p>
      <w:r>
        <w:rPr>
          <w:b/>
        </w:rPr>
        <w:t xml:space="preserve">[15:02] </w:t>
      </w:r>
      <w:r>
        <w:t>to yeh mission ek non political mission hai, totally non political mission. hamara koi ta'alluq nahi hai parties se, hamari kisi se mohabbat, kisi se nafrat nahi,</w:t>
      </w:r>
    </w:p>
    <w:p>
      <w:pPr>
        <w:jc w:val="right"/>
      </w:pPr>
      <w:r>
        <w:t>تو یہ مشن ایک نان پولیٹیکل مشن ہے، ٹوٹلی نان پولیٹیکل مشن۔ ہمارا کوئی تعلق نہیں ہے پارٹیز سے، ہماری کسی سے محبت، کسی سے نفرت نہیں،</w:t>
      </w:r>
    </w:p>
    <w:p>
      <w:r>
        <w:rPr>
          <w:b/>
        </w:rPr>
        <w:t xml:space="preserve">[15:16] </w:t>
      </w:r>
      <w:r>
        <w:t>kisi ko apna dushman nahi samajhte, kisi ko nahi samajhte ke woh hamare khilaaf kuch conspiracy kar raha hai. yeh sab hamari soch nahi hai.</w:t>
      </w:r>
    </w:p>
    <w:p>
      <w:pPr>
        <w:jc w:val="right"/>
      </w:pPr>
      <w:r>
        <w:t>کسی کو اپنا دشمن نہیں سمجھتے، کسی کو نہیں سمجھتے کہ وہ ہمارے خلاف کچھ کانسپریسی کر رہا ہے۔ یہ سب ہماری سوچ نہیں ہے۔</w:t>
      </w:r>
    </w:p>
    <w:p>
      <w:r>
        <w:rPr>
          <w:b/>
        </w:rPr>
        <w:t xml:space="preserve">[15:27] </w:t>
      </w:r>
      <w:r>
        <w:t>hamari soch bas ek hi hai, woh yeh hai ke hum kisi ke bande hain. woh banda kya hai? hamara rab hai.</w:t>
      </w:r>
    </w:p>
    <w:p>
      <w:pPr>
        <w:jc w:val="right"/>
      </w:pPr>
      <w:r>
        <w:t>ہماری سوچ بس ایک ہی ہے، وہ یہ ہے کہ ہم کسی کے بندے ہیں۔ وہ بندہ کیا ہے؟ ہمارا رب ہے۔</w:t>
      </w:r>
    </w:p>
    <w:p>
      <w:r>
        <w:rPr>
          <w:b/>
        </w:rPr>
        <w:t xml:space="preserve">[15:37] </w:t>
      </w:r>
      <w:r>
        <w:t>bas yeh hamari soch hai. to Quran mein hum ne jab padha to yahi soch Quran mein batai gayi hai: "kaun rabaneen?" aur main bohat abhari hoon bhai Harpreet Singh ka ke unhon ne hum ko yeh mauqa diya ke hum Punjabi bolne wale bhaiyon ko Quran ka tarjuma pohncha saken.</w:t>
      </w:r>
    </w:p>
    <w:p>
      <w:pPr>
        <w:jc w:val="right"/>
      </w:pPr>
      <w:r>
        <w:t>بس یہ ہماری سوچ ہے۔ تو قرآن میں ہم نے جب پڑھا تو یہی سوچ قرآن میں بتائی گئی ہے: "کون ربانین؟" اور میں بہت آભاری ہوں بھائی ہرپریت سنگھ کا کہ انہوں نے ہم کو یہ موقع دیا کہ ہم پنجابی بولنے والے بھائیوں کو قرآن کا ترجمہ پہنچا سکیں۔</w:t>
      </w:r>
    </w:p>
    <w:p>
      <w:r>
        <w:rPr>
          <w:b/>
        </w:rPr>
        <w:t xml:space="preserve">[16:07] </w:t>
      </w:r>
      <w:r>
        <w:t>to aaj ki sohbat isi ke liye hai. hum apne jo mehman log yahan par aaye hain, un sab ko hum swagat karte hain, un sab ke liye dua karte hain, aur mere dil mein aap logon ke liye sirf mohabbat hi mohabbat hai.</w:t>
      </w:r>
    </w:p>
    <w:p>
      <w:pPr>
        <w:jc w:val="right"/>
      </w:pPr>
      <w:r>
        <w:t>تو آج کی صحبت اسی کے لیے ہے۔ ہم اپنے جو مہمان لوگ یہاں پر آئے ہیں، ان سب کو ہم سہاگت کرتے ہیں، ان سب کے لیے دعا کرتے ہیں، اور میرے دل میں آپ لوگوں کے لیے صرف محبت ہی محبت ہے۔</w:t>
      </w:r>
    </w:p>
    <w:p>
      <w:r>
        <w:rPr>
          <w:b/>
        </w:rPr>
        <w:t xml:space="preserve">[16:30] </w:t>
      </w:r>
      <w:r>
        <w:t>aur kuch nahi hai. mera bachpan ka woh khwab jo maine bataya aap ko ke jab chota tha main aur Iqbal ki nazm padhta tha ke</w:t>
      </w:r>
    </w:p>
    <w:p>
      <w:pPr>
        <w:jc w:val="right"/>
      </w:pPr>
      <w:r>
        <w:t>اور کچھ نہیں ہے۔ میرا بچپن کا وہ خواب جو میں نے بتایا آپ کو کہ جب چھوٹا تھا میں اور اقبال کی نظم پڑھتا تھا کہ</w:t>
      </w:r>
    </w:p>
    <w:p>
      <w:r>
        <w:rPr>
          <w:b/>
        </w:rPr>
        <w:t xml:space="preserve">[16:46] </w:t>
      </w:r>
      <w:r>
        <w:t>Nanak ke jis chaman mein wahdat ka geet gaya: "mera watan wahi hai, mera watan wahi hai", to ek romantic tasawwur aata tha, ek romantic tasawwur.</w:t>
      </w:r>
    </w:p>
    <w:p>
      <w:pPr>
        <w:jc w:val="right"/>
      </w:pPr>
      <w:r>
        <w:t>نانک کے جس چمن میں وحدت کا گیت گایا: "میرا وطن وہی ہے، میرا وطن وہی ہے"، تو ایک رومینٹک تصور آتا تھا، ایک رومینٹک تصور۔</w:t>
      </w:r>
    </w:p>
    <w:p>
      <w:r>
        <w:rPr>
          <w:b/>
        </w:rPr>
        <w:t xml:space="preserve">[16:58] </w:t>
      </w:r>
      <w:r>
        <w:t>to aaj woh cheez rawai hui. to main aap sab logon ke liye dua karta hoon, aur meri tamanna hai ke hum aap logon ke sath mil kar insaan ko ruhaniyat ka paigham de saken.</w:t>
      </w:r>
    </w:p>
    <w:p>
      <w:pPr>
        <w:jc w:val="right"/>
      </w:pPr>
      <w:r>
        <w:t>تو آج وہ چیز روائی ہوئی۔ تو میں آپ سب لوگوں کے لیے دعا کرتا ہوں، اور میری تمنا ہے کہ ہم آپ لوگوں کے ساتھ مل کر انسان کو روحانیت کا پیغام دے سکیں۔</w:t>
      </w:r>
    </w:p>
    <w:p>
      <w:r>
        <w:rPr>
          <w:b/>
        </w:rPr>
        <w:t xml:space="preserve">[17:19] </w:t>
      </w:r>
      <w:r>
        <w:t>aap log ko hum apna saathi maante hain, apna yaani ek hi safar ke musafir hain hum aap, aur hamari tamanna hai ke aap se mil kar ke,</w:t>
      </w:r>
    </w:p>
    <w:p>
      <w:pPr>
        <w:jc w:val="right"/>
      </w:pPr>
      <w:r>
        <w:t>آپ لوگ کو ہم اپنا ساتھی مانتے ہیں، اپنا یعنی ایک ہی سفر کے مسافر ہیں ہم آپ، اور ہماری تمنا ہے کہ آپ سے مل کر کے،</w:t>
      </w:r>
    </w:p>
    <w:p>
      <w:r>
        <w:rPr>
          <w:b/>
        </w:rPr>
        <w:t xml:space="preserve">[17:34] </w:t>
      </w:r>
      <w:r>
        <w:t>aap ka sath le kar ke dunya ko paigham de saken mohabbat ka, ruhaniyat ka, spirituality ka, yaani insaniyat ka.</w:t>
      </w:r>
    </w:p>
    <w:p>
      <w:pPr>
        <w:jc w:val="right"/>
      </w:pPr>
      <w:r>
        <w:t>آپ کا ساتھ لے کر کے دنیا کو پیغام دے سکیں محبت کا، روحانیت کا، اسپریچولیٹی کا، یعنی انسانیت کا۔</w:t>
      </w:r>
    </w:p>
    <w:p>
      <w:r>
        <w:rPr>
          <w:b/>
        </w:rPr>
        <w:t xml:space="preserve">[17:46] </w:t>
      </w:r>
      <w:r>
        <w:t>yahi hamara goal hai, aur meri dua hai ke Allah taala hum ko mauqa de ke hum aap logon ke sath se faida uthayen, aur is goal mein hum aakhir tak apne ko pohncha saken.</w:t>
      </w:r>
    </w:p>
    <w:p>
      <w:pPr>
        <w:jc w:val="right"/>
      </w:pPr>
      <w:r>
        <w:t>یہی ہمارا گول ہے، اور میری دعا ہے کہ اللہ تعالیٰ ہم کو موقع دے کہ ہم آپ لوگوں کے ساتھ سے فائدہ اٹھائیں، اور اس گول میں ہم آخر تک اپنے کو پہنچا سکیں۔</w:t>
      </w:r>
    </w:p>
    <w:p>
      <w:r>
        <w:rPr>
          <w:b/>
        </w:rPr>
        <w:t xml:space="preserve">[18:12] </w:t>
      </w:r>
      <w:r>
        <w:t>Maulana, pehla sawal bheja hai Lucknow se Shehzad sahib ne.</w:t>
      </w:r>
    </w:p>
    <w:p>
      <w:pPr>
        <w:jc w:val="right"/>
      </w:pPr>
      <w:r>
        <w:t>مولانا، پہلا سوال بھیجا ہے لکھنو سے شہزاد صاحب نے۔</w:t>
      </w:r>
    </w:p>
    <w:p>
      <w:r>
        <w:rPr>
          <w:b/>
        </w:rPr>
        <w:t xml:space="preserve">[18:21] </w:t>
      </w:r>
      <w:r>
        <w:t>unhon ne likha hai: "Maulana sahib, my question is how to apply Quran in my daily life as I have a high pressure job in Lucknow?</w:t>
      </w:r>
    </w:p>
    <w:p>
      <w:pPr>
        <w:jc w:val="right"/>
      </w:pPr>
      <w:r>
        <w:t>انہوں نے لکھا ہے: "مولانا صاحب، مائی کوئسچن از ہاؤ ٹو اپلائی قرآن ان مائی ڈیلی لائف ایز ائی ہیو ا ہائی پریشر جاب ان لکھنو؟</w:t>
      </w:r>
    </w:p>
    <w:p>
      <w:r>
        <w:rPr>
          <w:b/>
        </w:rPr>
        <w:t xml:space="preserve">[18:34] </w:t>
      </w:r>
      <w:r>
        <w:t>Kindly advise me." dekhen, Quran yaani Allah ke deen ko apnana, yeh bohat hi aasan hai,</w:t>
      </w:r>
    </w:p>
    <w:p>
      <w:pPr>
        <w:jc w:val="right"/>
      </w:pPr>
      <w:r>
        <w:t>کائنڈلی ایڈوائز می۔" دیکھیں، قرآن یعنی اللہ کے دین کو اپنانا، یہ بہت ہی آسان ہے،</w:t>
      </w:r>
    </w:p>
    <w:p>
      <w:r>
        <w:rPr>
          <w:b/>
        </w:rPr>
        <w:t xml:space="preserve">[18:48] </w:t>
      </w:r>
      <w:r>
        <w:t>kyun ke aap jahan bhi hain, aap Allah ko yaad kijiye. jahan bhi hain, aap apne aap ke sath khaliq, khaliq, malik jo hai, hamara shamil kar lijiye.</w:t>
      </w:r>
    </w:p>
    <w:p>
      <w:pPr>
        <w:jc w:val="right"/>
      </w:pPr>
      <w:r>
        <w:t>کیونکہ آپ جہاں بھی ہیں، آپ اللہ کو یاد کیجئے۔ جہاں بھی ہیں، آپ اپنے آپ کے ساتھ خالق، خالق، مالک جو ہے، ہمارا شامل کر لیجئے۔</w:t>
      </w:r>
    </w:p>
    <w:p>
      <w:r>
        <w:rPr>
          <w:b/>
        </w:rPr>
        <w:t xml:space="preserve">[19:02] </w:t>
      </w:r>
      <w:r>
        <w:t>bas ho gaya. aap ko kisi alag se koi kuch karna nahi hai. dil mein rakhna hai ke ke main kis ne mujhe paida kiya hai,</w:t>
      </w:r>
    </w:p>
    <w:p>
      <w:pPr>
        <w:jc w:val="right"/>
      </w:pPr>
      <w:r>
        <w:t>بس ہو گیا۔ آپ کو کسی الگ سے کوئی کچھ کرنا نہیں ہے۔ دل میں رکھنا ہے کہ کہ میں کس نے مجھے پیدا کیا ہے،</w:t>
      </w:r>
    </w:p>
    <w:p>
      <w:r>
        <w:rPr>
          <w:b/>
        </w:rPr>
        <w:t xml:space="preserve">[19:16] </w:t>
      </w:r>
      <w:r>
        <w:t>kaun mujhe sari cheezen de raha hai, kaise main zinda hoon, kaise suraj ki roshni mujhe milti hai, kaise oxygen mujhe milti hai, kaise food mujhe milta hai.</w:t>
      </w:r>
    </w:p>
    <w:p>
      <w:pPr>
        <w:jc w:val="right"/>
      </w:pPr>
      <w:r>
        <w:t>کون مجھے ساری چیزیں دے رہا ہے، کیسے میں زندہ ہوں، کیسے سورج کی روشنی مجھے ملتی ہے، کیسے اکسیجن مجھے ملتی ہے، کیسے فوڈ مجھے ملتا ہے۔</w:t>
      </w:r>
    </w:p>
    <w:p>
      <w:r>
        <w:rPr>
          <w:b/>
        </w:rPr>
        <w:t xml:space="preserve">[19:29] </w:t>
      </w:r>
      <w:r>
        <w:t>in sab baaton ko aap sochte rahen, yaad karte rahen, aur apna mind is ke mutabiq banate rahen. bas yahi hai, is se zyada kuch nahi hai.</w:t>
      </w:r>
    </w:p>
    <w:p>
      <w:pPr>
        <w:jc w:val="right"/>
      </w:pPr>
      <w:r>
        <w:t>ان سب باتوں کو آپ سوچتے رہیں، یاد کرتے رہیں، اور اپنا مائنڈ اس کے مطابق بناتے رہیں۔ بس یہی ہے، اس سے زیادہ کچھ نہیں ہے۔</w:t>
      </w:r>
    </w:p>
    <w:p>
      <w:r>
        <w:rPr>
          <w:b/>
        </w:rPr>
        <w:t xml:space="preserve">[19:42] </w:t>
      </w:r>
      <w:r>
        <w:t>ji Maulana, agla sawal Kolkata se bheja hai. ah Mr Sanjeev Chatterjee ne jo program dekh rahe hain, to unhone likha hai: "Maulana sahib, why can't Muslims practice Islam the way you practice?</w:t>
      </w:r>
    </w:p>
    <w:p>
      <w:pPr>
        <w:jc w:val="right"/>
      </w:pPr>
      <w:r>
        <w:t>جی مولانا، اگلا سوال کلکتہ سے بھیجا ہے۔ اہ مسٹر سنجیو چیٹر جی نے جو پروگرام دیکھ رہے ہیں، تو انہوں نے لکھا ہے: "مولانا صاحب، وائی کانٹ مسلمز پریکٹس اسلام دا وے یو پریکٹس؟</w:t>
      </w:r>
    </w:p>
    <w:p>
      <w:r>
        <w:rPr>
          <w:b/>
        </w:rPr>
        <w:t xml:space="preserve">[19:58] </w:t>
      </w:r>
      <w:r>
        <w:t>if Quran is about peace, then why Muslims are so violent and killing innocent people? what is your opinion on this?" dekhen, duniya mein Khuda ne har insaan ko freedom diya hai.</w:t>
      </w:r>
    </w:p>
    <w:p>
      <w:pPr>
        <w:jc w:val="right"/>
      </w:pPr>
      <w:r>
        <w:t>اف قرآن از اباؤٹ پیس، دین وائی مسلمز ار سو وائلنٹ اینڈ کلنگ انوسنٹ پیپل؟ واٹ از یور اوپینین ان دس؟" دیکھیں، دنیا میں خدا نے ہر انسان کو فریڈم دیا ہے۔</w:t>
      </w:r>
    </w:p>
    <w:p>
      <w:r>
        <w:rPr>
          <w:b/>
        </w:rPr>
        <w:t xml:space="preserve">[20:15] </w:t>
      </w:r>
      <w:r>
        <w:t>freedom to freedom jab diya hai to aadmi chahe to freedom ko misuse kare ya us ko proper istemal kare.</w:t>
      </w:r>
    </w:p>
    <w:p>
      <w:pPr>
        <w:jc w:val="right"/>
      </w:pPr>
      <w:r>
        <w:t>فریڈم تو فریڈم جب دیا ہے تو آدمی چاہے تو فریڈم کو مس یوز کرے یا اس کو پراپر استعمال کرے۔</w:t>
      </w:r>
    </w:p>
    <w:p>
      <w:r>
        <w:rPr>
          <w:b/>
        </w:rPr>
        <w:t xml:space="preserve">[20:27] </w:t>
      </w:r>
      <w:r>
        <w:t>is ka to yeh to hoga. azadi ko koi na koi aise niklenge jo freedom ko misuse karenge.</w:t>
      </w:r>
    </w:p>
    <w:p>
      <w:pPr>
        <w:jc w:val="right"/>
      </w:pPr>
      <w:r>
        <w:t>اس کا تو یہ تو ہوگا۔ آزادی کو کوئی نہ کوئی ایسے نکلیں گے جو فریڈم کو مس یوز کریں گے۔</w:t>
      </w:r>
    </w:p>
    <w:p>
      <w:r>
        <w:rPr>
          <w:b/>
        </w:rPr>
        <w:t xml:space="preserve">[20:36] </w:t>
      </w:r>
      <w:r>
        <w:t>to woh sab baaten jo is ko aap bataya, woh freedom ko misuse karne ki misalen hain. to hum yahi mission chala rahe hain ke log jaanen ke freedom mili to hai hum ko, lekin freedom ko humein misuse nahi karna hai.</w:t>
      </w:r>
    </w:p>
    <w:p>
      <w:pPr>
        <w:jc w:val="right"/>
      </w:pPr>
      <w:r>
        <w:t>تو وہ سب باتیں جو اس کو آپ بتایا، وہ فریڈم کو مس یوز کرنے کی مثالیں ہیں۔ تو ہم یہی مشن چلا رہے ہیں کہ لوگ جانیں کہ فریڈم ملی تو ہے ہم کو، لیکن فریڈم کو ہمیں مس یوز نہیں کرنا ہے۔</w:t>
      </w:r>
    </w:p>
    <w:p>
      <w:r>
        <w:rPr>
          <w:b/>
        </w:rPr>
        <w:t xml:space="preserve">[20:54] </w:t>
      </w:r>
      <w:r>
        <w:t>freedom ko sahi tareeqe se istemal karna hai. isi par Allah ki bakhshish milegi humein, isi par Allah ki rehmat milegi.</w:t>
      </w:r>
    </w:p>
    <w:p>
      <w:pPr>
        <w:jc w:val="right"/>
      </w:pPr>
      <w:r>
        <w:t>فریڈم کو صحیح طریقے سے استعمال کرنا ہے۔ اسی پر اللہ کی بخشش ملے گی ہمیں، اسی پر اللہ کی رحمت ملے گی۔</w:t>
      </w:r>
    </w:p>
    <w:p>
      <w:r>
        <w:rPr>
          <w:b/>
        </w:rPr>
        <w:t xml:space="preserve">[21:04] </w:t>
      </w:r>
      <w:r>
        <w:t>yahi hum logon ko bata rahe hain. aur ab dekhiye, hamare bhai Harpreet Singh ne Punjabi mein tarjuma kar diya.</w:t>
      </w:r>
    </w:p>
    <w:p>
      <w:pPr>
        <w:jc w:val="right"/>
      </w:pPr>
      <w:r>
        <w:t>یہی ہم لوگوں کو بتا رہے ہیں۔ اور اب دیکھیے، ہمارے بھائی ہرپریت سنگھ نے پنجابی میں ترجمہ کر دیا۔</w:t>
      </w:r>
    </w:p>
    <w:p>
      <w:r>
        <w:rPr>
          <w:b/>
        </w:rPr>
        <w:t xml:space="preserve">[21:13] </w:t>
      </w:r>
      <w:r>
        <w:t>ab Punjabi janne walon tak bhi pahuncha rahe hain. to yeh yahi hai. duniya mein kuch log aise rahenge hamesha jo misuse karenge, lekin hamara aap ka kaam yeh hai ke hum logon ko batate rahen, batate rahen, batate rahen.</w:t>
      </w:r>
    </w:p>
    <w:p>
      <w:pPr>
        <w:jc w:val="right"/>
      </w:pPr>
      <w:r>
        <w:t>اب پنجابی جاننے والوں تک بھی پہنچا رہے ہیں۔ تو یہ یہی ہے۔ دنیا میں کچھ لوگ ایسے رہیں گے ہمیشہ جو مس یوز کریں گے، لیکن ہمارا آپ کا کام یہ ہے کہ ہم لوگوں کو بتاتے رہیں، بتاتے رہیں، بتاتے رہیں۔</w:t>
      </w:r>
    </w:p>
    <w:p>
      <w:r>
        <w:rPr>
          <w:b/>
        </w:rPr>
        <w:t xml:space="preserve">[21:32] </w:t>
      </w:r>
      <w:r>
        <w:t>Maulana, agla sawal lene se pehle hum bhai Harpreet Singh ji aur un ke sathiyon ko batana chahenge ke un ke liye bahut se messages aa rahe hain.</w:t>
      </w:r>
    </w:p>
    <w:p>
      <w:pPr>
        <w:jc w:val="right"/>
      </w:pPr>
      <w:r>
        <w:t>مولانا، اگلا سوال لینے سے پہلے ہم بھائی ہرپریت سنگھ جی اور ان کے ساتھیوں کو بتانا چاہیں گے کہ ان کے لیے بہت سے میسجز آ رہے ہیں۔</w:t>
      </w:r>
    </w:p>
    <w:p>
      <w:r>
        <w:rPr>
          <w:b/>
        </w:rPr>
        <w:t xml:space="preserve">[21:41] </w:t>
      </w:r>
      <w:r>
        <w:t>mubarakbad ke!</w:t>
      </w:r>
    </w:p>
    <w:p>
      <w:pPr>
        <w:jc w:val="right"/>
      </w:pPr>
      <w:r>
        <w:t>مبارکباد کے!</w:t>
      </w:r>
    </w:p>
    <w:p>
      <w:r>
        <w:rPr>
          <w:b/>
        </w:rPr>
        <w:t xml:space="preserve">[21:42] </w:t>
      </w:r>
      <w:r>
        <w:t>ah Muhammad Irfan Rasheed sahib, ah Huma Tamim Khan sahib, Shabana Ansari, Muhammad Irfan Rasheed, ah Abdul Rehman sahib, ah sabhi logon ne salam bheja hai aap aap logon ke liye aur aap ke sathiyon ke liye.</w:t>
      </w:r>
    </w:p>
    <w:p>
      <w:pPr>
        <w:jc w:val="right"/>
      </w:pPr>
      <w:r>
        <w:t>اہ محمد عرفان رشیدی صاحب، اہ ہما تمیم خان صاحب، شبانہ انصاری، محمد عرفان رشیدی، اہ عبدالرحمن صاحب، اہ سبھی لوگوں نے سلام بھیجا ہے آپ آپ لوگوں کے لیے اور آپ کے ساتھیوں کے لیے۔</w:t>
      </w:r>
    </w:p>
    <w:p>
      <w:r>
        <w:rPr>
          <w:b/>
        </w:rPr>
        <w:t xml:space="preserve">[21:55] </w:t>
      </w:r>
      <w:r>
        <w:t>aur Dr Safeena Tabassum ne Ajmer se likha hai ke "May Allah bless them for this noble cause." ah Muhammad Rasheed sahib ne likha hai "May Allah bless Harpreet Singh ji for the noble cause." Dr Ahmed Ali Awan sahib ne Punjabi tarjuma ki quantities mangwai hain apne ilaqe ke liye.</w:t>
      </w:r>
    </w:p>
    <w:p>
      <w:pPr>
        <w:jc w:val="right"/>
      </w:pPr>
      <w:r>
        <w:t>اور ڈاکٹر سفینہ تبسم نے اجمیر سے لکھا ہے کہ "مے اللہ بلیس دیم فار دس نوبل کاز۔" اہ محمد رشیدی صاحب نے لکھا ہے "مے اللہ بلیس ہرپریت سنگھ جی فار دا نوبل کاز۔" ڈاکٹر احمد علی اعوان صاحب نے پنجابی ترجمہ کی کوانٹٹیز منگوائی ہیں اپنے علاقے کے لیے۔</w:t>
      </w:r>
    </w:p>
    <w:p>
      <w:r>
        <w:rPr>
          <w:b/>
        </w:rPr>
        <w:t xml:space="preserve">[22:15] </w:t>
      </w:r>
      <w:r>
        <w:t>ah Atta Al Shamsi sahib ne likha hai "May Allah grant you highest reward." ah aur kafi tamam log apne mubarakbad message bhej rahe hain.</w:t>
      </w:r>
    </w:p>
    <w:p>
      <w:pPr>
        <w:jc w:val="right"/>
      </w:pPr>
      <w:r>
        <w:t>اہ عطا الشمسی صاحب نے لکھا ہے "مے اللہ گرانٹ یو ہائیسٹ ریوارڈ۔" اہ اور کافی تمام لوگ اپنے مبارکباد میسج بھیج رہے ہیں۔</w:t>
      </w:r>
    </w:p>
    <w:p>
      <w:r>
        <w:rPr>
          <w:b/>
        </w:rPr>
        <w:t xml:space="preserve">[22:27] </w:t>
      </w:r>
      <w:r>
        <w:t>Masha Allah! Maulana, agla sawal lete hain jo Guffran sahib ne bheja hai Bhopal se. unhone likha hai: "Maulana, I have many non-Muslim friends.</w:t>
      </w:r>
    </w:p>
    <w:p>
      <w:pPr>
        <w:jc w:val="right"/>
      </w:pPr>
      <w:r>
        <w:t>ماشاءاللہ! مولانا، اگلا سوال لیتے ہیں جو گفران صاحب نے بھیجا ہے بھوپال سے۔ انہوں نے لکھا ہے: "مولانا، ائی ہیو مینی نان مسلم فرینڈز۔</w:t>
      </w:r>
    </w:p>
    <w:p>
      <w:r>
        <w:rPr>
          <w:b/>
        </w:rPr>
        <w:t xml:space="preserve">[22:39] </w:t>
      </w:r>
      <w:r>
        <w:t>when news about triple talaq and jihad comes, my friends often tell me that Quran needs revision as it was revealed some 1400 years ago and therefore has become out dated.</w:t>
      </w:r>
    </w:p>
    <w:p>
      <w:pPr>
        <w:jc w:val="right"/>
      </w:pPr>
      <w:r>
        <w:t>وین نیوز اباؤٹ ٹرپل طلاق اینڈ جہاد کمز، مائی فرینڈز افن ٹیل می دیٹ قرآن نیڈز ریویژن ایز اٹ واز ریویلڈ سم 1400 ایئرز ایگو اینڈ دیر فور ہیز بیکم آؤٹ ڈیٹڈ۔</w:t>
      </w:r>
    </w:p>
    <w:p>
      <w:r>
        <w:rPr>
          <w:b/>
        </w:rPr>
        <w:t xml:space="preserve">[22:55] </w:t>
      </w:r>
      <w:r>
        <w:t>this is the reason they say that there are so many problems." Maulana sahib, how should I address this question on revision of Quran?</w:t>
      </w:r>
    </w:p>
    <w:p>
      <w:pPr>
        <w:jc w:val="right"/>
      </w:pPr>
      <w:r>
        <w:t>دس از دا ریزن دے سے دیٹ دیر ار سو مینی پرابلمز۔" مولانا صاحب، ہاؤ شوڈ ائی ایڈریس دس کوئسچن ان ریویژن اف قرآن؟</w:t>
      </w:r>
    </w:p>
    <w:p>
      <w:r>
        <w:rPr>
          <w:b/>
        </w:rPr>
        <w:t xml:space="preserve">[23:05] </w:t>
      </w:r>
      <w:r>
        <w:t>please advise me. dekhiye, Quran ko revise karne ki baat to nahi hai, main is ko nahi manunga, lekin Musalmanon ka jo behavior hai,</w:t>
      </w:r>
    </w:p>
    <w:p>
      <w:pPr>
        <w:jc w:val="right"/>
      </w:pPr>
      <w:r>
        <w:t>پلیز ایڈوائز می۔ دیکھیے، قرآن کو ریوائز کرنے کی بات تو نہیں ہے، میں اس کو نہیں مانوں گا، لیکن مسلمانوں کا جو بیہیویئر ہے،</w:t>
      </w:r>
    </w:p>
    <w:p>
      <w:r>
        <w:rPr>
          <w:b/>
        </w:rPr>
        <w:t xml:space="preserve">[23:18] </w:t>
      </w:r>
      <w:r>
        <w:t>is ko revise karna hai. you have to differentiate between Islam and Muslims. you have to judge Muslims in the light of Islamic teachings and not vice versa.</w:t>
      </w:r>
    </w:p>
    <w:p>
      <w:pPr>
        <w:jc w:val="right"/>
      </w:pPr>
      <w:r>
        <w:t>اس کو ریوائز کرنا ہے۔ یو ہیو ٹو ڈیفیشنٹ بٹوین اسلام اینڈ مسلمز۔ یو ہیو ٹو جج مسلمز ان دا لائٹ اف اسلامک ٹیچنگ اینڈ ناٹ وائس ورسا۔</w:t>
      </w:r>
    </w:p>
    <w:p>
      <w:r>
        <w:rPr>
          <w:b/>
        </w:rPr>
        <w:t xml:space="preserve">[23:31] </w:t>
      </w:r>
      <w:r>
        <w:t>to sahi baat yahi hai ke Quran to ek eternal kitab hai, is mein revise ka mauqa nahi hai.</w:t>
      </w:r>
    </w:p>
    <w:p>
      <w:pPr>
        <w:jc w:val="right"/>
      </w:pPr>
      <w:r>
        <w:t>تو صحیح بات یہی ہے کہ قرآن تو ایک ہیٹرنل کتاب ہے، اس میں ریوائز کا موقع نہیں ہے۔</w:t>
      </w:r>
    </w:p>
    <w:p>
      <w:r>
        <w:rPr>
          <w:b/>
        </w:rPr>
        <w:t xml:space="preserve">[23:41] </w:t>
      </w:r>
      <w:r>
        <w:t>jo kuch ho raha hai triple talaq ke silsile mein, woh na Quran mein likha hai na Hadith mein likha hai.</w:t>
      </w:r>
    </w:p>
    <w:p>
      <w:pPr>
        <w:jc w:val="right"/>
      </w:pPr>
      <w:r>
        <w:t>جو کچھ ہو رہا ہے ٹرپل طلاق کے سلسلے میں، وہ نہ قرآن میں لکھا ہے نہ حدیث میں لکھا ہے۔</w:t>
      </w:r>
    </w:p>
    <w:p>
      <w:r>
        <w:rPr>
          <w:b/>
        </w:rPr>
        <w:t xml:space="preserve">[23:50] </w:t>
      </w:r>
      <w:r>
        <w:t>yeh Musalmanon ka apna tareeqa hai. hum is ki Musalmanon ko koshish karen ke Musalmanon ko samajh aaye aur woh sahi rastay par chalne lagen.</w:t>
      </w:r>
    </w:p>
    <w:p>
      <w:pPr>
        <w:jc w:val="right"/>
      </w:pPr>
      <w:r>
        <w:t>یہ مسلمانوں کا اپنا طریقہ ہے۔ ہم اس کی مسلمانوں کو کوشش کریں کہ مسلمانوں کو سمجھ آئے اور وہ صحیح راستے پر چلنے لگیں۔</w:t>
      </w:r>
    </w:p>
    <w:p>
      <w:r>
        <w:rPr>
          <w:b/>
        </w:rPr>
        <w:t xml:space="preserve">[24:10] </w:t>
      </w:r>
      <w:r>
        <w:t>Maulana, agla sawal Ahmedabad se bheja hai Ashok Malik sahib ne. unhone aap se poocha hai: "Maulana sahib, what is the central message according to you given by the Holy Quran?" woh to main ne abhi bataya ke Quran ki jo Surah number teen hai,</w:t>
      </w:r>
    </w:p>
    <w:p>
      <w:pPr>
        <w:jc w:val="right"/>
      </w:pPr>
      <w:r>
        <w:t>مولانا، اگلا سوال احمد آباد سے بھیجا ہے اشوک ملک صاحب نے۔ انہوں نے آپ سے پوچھا ہے: "مولانا صاحب، واٹ از دی سینٹرل میسج اکارڈنگ ٹو یو گیون بائے دی ہولی قرآن؟" وہ تو میں نے ابھی بتایا کہ قرآن کی جو سورہ نمبر تین ہے،</w:t>
      </w:r>
    </w:p>
    <w:p>
      <w:r>
        <w:rPr>
          <w:b/>
        </w:rPr>
        <w:t xml:space="preserve">[24:34] </w:t>
      </w:r>
      <w:r>
        <w:t>Al Imran, is mein yeh ayat hai: "Kon rabbaniyin?" yani ae logon, rabbani bano, yani God oriented culture ko ikhtiyar karo.</w:t>
      </w:r>
    </w:p>
    <w:p>
      <w:pPr>
        <w:jc w:val="right"/>
      </w:pPr>
      <w:r>
        <w:t>ال عمران، اس میں یہ آیت ہے: "کون ربانین؟" یعنی اے لوگوں، ربانی بنو، یعنی گاڈ اورینٹڈ کلچر کو اختیار کرو۔</w:t>
      </w:r>
    </w:p>
    <w:p>
      <w:r>
        <w:rPr>
          <w:b/>
        </w:rPr>
        <w:t xml:space="preserve">[24:52] </w:t>
      </w:r>
      <w:r>
        <w:t>isi ko hum aaj kal kehte hain spirituality. yahi message hai Quran ka, yeh just just hai Quran ka. Maulana, agla sawal Bhopal se kiya hai Muhammad Irfan Rasheed sahib ne.</w:t>
      </w:r>
    </w:p>
    <w:p>
      <w:pPr>
        <w:jc w:val="right"/>
      </w:pPr>
      <w:r>
        <w:t>اسی کو ہم آج کل کہتے ہیں اسپریچولیٹی۔ یہی میسج ہے قرآن کا، یہ جسٹ جسٹ ہے قرآن کا۔ مولانا، اگلا سوال بھوپال سے کیا ہے محمد عرفان رشیدی صاحب نے۔</w:t>
      </w:r>
    </w:p>
    <w:p>
      <w:r>
        <w:rPr>
          <w:b/>
        </w:rPr>
        <w:t xml:space="preserve">[25:07] </w:t>
      </w:r>
      <w:r>
        <w:t>unhon ne likha hai: "molana sahib, how can one achieve high level of spirituality?" is ke bare mein bataein.</w:t>
      </w:r>
    </w:p>
    <w:p>
      <w:pPr>
        <w:jc w:val="right"/>
      </w:pPr>
      <w:r>
        <w:t>انہوں نے لکھا ہے: "مولانا صاحب، ہاؤ ون کین اچیو ہائی لیول اف سپریچولیٹی؟" اس کے بارے میں بتائیں۔</w:t>
      </w:r>
    </w:p>
    <w:p>
      <w:r>
        <w:rPr>
          <w:b/>
        </w:rPr>
        <w:t xml:space="preserve">[25:17] </w:t>
      </w:r>
      <w:r>
        <w:t>main bas kahoon ke spirituality to insan ki nature mein hai, insan ki fitrat mein hai. jo cheez aadmi ko hatati hai, us se woh hai distraction.</w:t>
      </w:r>
    </w:p>
    <w:p>
      <w:pPr>
        <w:jc w:val="right"/>
      </w:pPr>
      <w:r>
        <w:t>میں بس کہوں کہ اسپریچولیٹی تو انسان کی نیچر میں ہے، انسان کی فطرت میں ہے۔ جو چیز آدمی کو ہٹاتی ہے، اس سے وہ ہے ڈسٹریکشن۔</w:t>
      </w:r>
    </w:p>
    <w:p>
      <w:r>
        <w:rPr>
          <w:b/>
        </w:rPr>
        <w:t xml:space="preserve">[25:33] </w:t>
      </w:r>
      <w:r>
        <w:t>aap distraction se apne ko bachaiye to aapna aap hi jo fitri halat hai, woh aap par woh qaim ho jayega.</w:t>
      </w:r>
    </w:p>
    <w:p>
      <w:pPr>
        <w:jc w:val="right"/>
      </w:pPr>
      <w:r>
        <w:t>آپ ڈسٹریکشن سے اپنے کو بچائیے تو آپنا آپ ہی جو فطری حالت ہے، وہ آپ پر وہ قائم ہو جائے گی۔</w:t>
      </w:r>
    </w:p>
    <w:p>
      <w:r>
        <w:rPr>
          <w:b/>
        </w:rPr>
        <w:t xml:space="preserve">[25:46] </w:t>
      </w:r>
      <w:r>
        <w:t>to let spirituality prevail ho jayega. main bas kahoon ke sara masla apne ko distraction se bachana hai, is ke baad to apna aap hi sab theek ho jata hai.</w:t>
      </w:r>
    </w:p>
    <w:p>
      <w:pPr>
        <w:jc w:val="right"/>
      </w:pPr>
      <w:r>
        <w:t>تو لیٹ اسپریچولیٹی پریویل ہو جائے گا۔ میں بس کہوں کہ سارا مسئلہ اپنے کو ڈسٹریکشن سے بچانا ہے، اس کے بعد تو اپنا آپ ہی سب ٹھیک ہو جاتا ہے۔</w:t>
      </w:r>
    </w:p>
    <w:p>
      <w:r>
        <w:rPr>
          <w:b/>
        </w:rPr>
        <w:t xml:space="preserve">[26:04] </w:t>
      </w:r>
      <w:r>
        <w:t>meri yahi discovery hai. molana, agla sawal lene se pehle comment parhna chahenge jo ah Sameer Pre sahib ne bheja hai.</w:t>
      </w:r>
    </w:p>
    <w:p>
      <w:pPr>
        <w:jc w:val="right"/>
      </w:pPr>
      <w:r>
        <w:t>میری یہی ڈسکوری ہے۔ مولانا، اگلا سوال لینے سے پہلے کمنٹ پڑھنا چاہیں گے جو اہ سمیر پری صاحب نے بھیجا ہے۔</w:t>
      </w:r>
    </w:p>
    <w:p>
      <w:r>
        <w:rPr>
          <w:b/>
        </w:rPr>
        <w:t xml:space="preserve">[26:14] </w:t>
      </w:r>
      <w:r>
        <w:t>unki location nahi pata chal pa rahi hai. unhon ne yeh likha hai ke: "I have no words for today lecture. A very happy emotional moment." molana, agla sawal bheja hai Farooq sahib ne Doha Qatar se.</w:t>
      </w:r>
    </w:p>
    <w:p>
      <w:pPr>
        <w:jc w:val="right"/>
      </w:pPr>
      <w:r>
        <w:t>ان کی لوکیشن نہیں پتہ چل پا رہی ہے۔ انہوں نے یہ لکھا ہے کہ: "آئی ہیو نو ورڈز فار ٹوڈے لیکچر۔ ا ویری ہیپی ایموشنل مومنٹ۔" مولانا، اگلا سوال بھیجا ہے فاروق صاحب نے دوحہ قدر سے۔</w:t>
      </w:r>
    </w:p>
    <w:p>
      <w:r>
        <w:rPr>
          <w:b/>
        </w:rPr>
        <w:t xml:space="preserve">[26:34] </w:t>
      </w:r>
      <w:r>
        <w:t>unhon ne aap se poocha hai ke: "molana sahib, how can I become a strong personality? Please advise me."</w:t>
      </w:r>
    </w:p>
    <w:p>
      <w:pPr>
        <w:jc w:val="right"/>
      </w:pPr>
      <w:r>
        <w:t>انہوں نے آپ سے پوچھا ہے کہ: "مولانا صاحب، ہاؤ کین ائی بیکم ا سٹرونگ پرسنیلٹی؟ پلیز ایڈوائز می۔"</w:t>
      </w:r>
    </w:p>
    <w:p>
      <w:r>
        <w:rPr>
          <w:b/>
        </w:rPr>
        <w:t xml:space="preserve">[26:45] </w:t>
      </w:r>
      <w:r>
        <w:t>bhai, main to yahi kahoon ga ke sab se bari taqat dua hai.</w:t>
      </w:r>
    </w:p>
    <w:p>
      <w:pPr>
        <w:jc w:val="right"/>
      </w:pPr>
      <w:r>
        <w:t>بھائی، میں تو یہی کہوں گا کہ سب سے بڑی طاقت دعا ہے۔</w:t>
      </w:r>
    </w:p>
    <w:p>
      <w:r>
        <w:rPr>
          <w:b/>
        </w:rPr>
        <w:t xml:space="preserve">[26:53] </w:t>
      </w:r>
      <w:r>
        <w:t>pray-wise power, pray-wise power ko main bohat manta hoon. to aap apni niyat ko durust rakhiye aur dua karte rahiye.</w:t>
      </w:r>
    </w:p>
    <w:p>
      <w:pPr>
        <w:jc w:val="right"/>
      </w:pPr>
      <w:r>
        <w:t>پریرائز پاور، پریرائز پاور کو میں بہت مانتا ہوں۔ تو آپ اپنی نیت کو درست رکھیے اور دعا کرتے رہیے۔</w:t>
      </w:r>
    </w:p>
    <w:p>
      <w:r>
        <w:rPr>
          <w:b/>
        </w:rPr>
        <w:t xml:space="preserve">[27:06] </w:t>
      </w:r>
      <w:r>
        <w:t>bas yeh rasta hai aur koi rasta nahi hai.</w:t>
      </w:r>
    </w:p>
    <w:p>
      <w:pPr>
        <w:jc w:val="right"/>
      </w:pPr>
      <w:r>
        <w:t>بس یہ راستہ ہے اور کوئی راستہ نہیں ہے۔</w:t>
      </w:r>
    </w:p>
    <w:p>
      <w:r>
        <w:rPr>
          <w:b/>
        </w:rPr>
        <w:t xml:space="preserve">[27:13] </w:t>
      </w:r>
      <w:r>
        <w:t>molana, agla comment bheja hai Aamir Mori sahib ne Srinagar se. unhon ne likha hai: "Our mission is based on peace and God is so happy with this mission that He is assigning the angels in the form of humans to help this mission to spread across all people.</w:t>
      </w:r>
    </w:p>
    <w:p>
      <w:pPr>
        <w:jc w:val="right"/>
      </w:pPr>
      <w:r>
        <w:t>مولانا، اگلا کمنٹ بھیجا ہے عامر موری صاحب نے سری نگر سے۔ انہوں نے لکھا ہے: "اور مشن از بیسڈ ان پیس اینڈ گاڈ از سو ہیپی ود دس مشن دیٹ ہی از اسائننگ دا اینجلز ان دا فارم اف ہیومنز ٹو ہیلپ دس مشن ٹو سپریڈ اکراس ال پیپل۔</w:t>
      </w:r>
    </w:p>
    <w:p>
      <w:r>
        <w:rPr>
          <w:b/>
        </w:rPr>
        <w:t xml:space="preserve">[27:35] </w:t>
      </w:r>
      <w:r>
        <w:t>I would like to thank brother Harpreet and his friends for achieving such a noble deed. God bless you." mashallah!</w:t>
      </w:r>
    </w:p>
    <w:p>
      <w:pPr>
        <w:jc w:val="right"/>
      </w:pPr>
      <w:r>
        <w:t>ائی وڈ لائک ٹو تھینک برادر ہرپریت اینڈ ہز فرینڈز فار اچیونگ سچ ا نوبل ڈیڈ۔ گاڈ بلیس یو۔" ماشاءاللہ!</w:t>
      </w:r>
    </w:p>
    <w:p>
      <w:r>
        <w:rPr>
          <w:b/>
        </w:rPr>
        <w:t xml:space="preserve">[27:50] </w:t>
      </w:r>
      <w:r>
        <w:t>so, we will end the session now. we will be back with the next session next Sunday same time.</w:t>
      </w:r>
    </w:p>
    <w:p>
      <w:pPr>
        <w:jc w:val="right"/>
      </w:pPr>
      <w:r>
        <w:t>سو، وی ویل اینڈ دی سیشن ناؤ۔ وی ویل بی بیک ود دا نیکسٹ سیشن نیکسٹ سنڈے سیم ٹائم۔</w:t>
      </w:r>
    </w:p>
    <w:p>
      <w:r>
        <w:rPr>
          <w:b/>
        </w:rPr>
        <w:t xml:space="preserve">[27:58] </w:t>
      </w:r>
      <w:r>
        <w:t>thank you.</w:t>
      </w:r>
    </w:p>
    <w:p>
      <w:pPr>
        <w:jc w:val="right"/>
      </w:pPr>
      <w:r>
        <w:t>تھینک یو۔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