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AL RISALA AUGUST 2017 AUDIO VERSION</w:t>
      </w:r>
    </w:p>
    <w:p>
      <w:r>
        <w:t>https://www.youtube.com/watch?v=bnYqzmsK1HI</w:t>
      </w:r>
    </w:p>
    <w:p>
      <w:r>
        <w:rPr>
          <w:b/>
        </w:rPr>
        <w:t xml:space="preserve">[00:01] </w:t>
      </w:r>
      <w:r>
        <w:t>arsalah, agast 2017. maarfat-e-quran: quran mein bohat si ayatein hain jin mein fitrat ke muzahir ka hawala diya gaya hai, maslan pahaar ka hawala, barish ka hawala.</w:t>
      </w:r>
    </w:p>
    <w:p>
      <w:pPr>
        <w:jc w:val="right"/>
      </w:pPr>
      <w:r>
        <w:t>ارسالہ، اگست 2017۔ معرفتِ قرآن: قرآن میں بہت سی آیتیں ہیں جن میں فطرت کے مظاہر کا حوالہ دیا گیا ہے، مثلاً پہاڑ کا حوالہ، بارش کا حوالہ۔</w:t>
      </w:r>
    </w:p>
    <w:p>
      <w:r>
        <w:rPr>
          <w:b/>
        </w:rPr>
        <w:t xml:space="preserve">[00:15] </w:t>
      </w:r>
      <w:r>
        <w:t>in hawala ko ilmi zaban mein muzahir-e-fitrat ya phenomena of nature kaha jata hai, magar yeh hawale isharati zaban mein hain.</w:t>
      </w:r>
    </w:p>
    <w:p>
      <w:pPr>
        <w:jc w:val="right"/>
      </w:pPr>
      <w:r>
        <w:t>ان حوالوں کو علمی زبان میں مظاہرِ فطرت یا فینامینا آف نیچر کہا جاتا ہے، مگر یہ حوالے اشارے کی زبان میں ہیں۔</w:t>
      </w:r>
    </w:p>
    <w:p>
      <w:r>
        <w:rPr>
          <w:b/>
        </w:rPr>
        <w:t xml:space="preserve">[00:27] </w:t>
      </w:r>
      <w:r>
        <w:t>in ki tafseeli waqfiyat ke liye zaroori hai ke in ko insan ki daryaft kardah maloomat ki roshni mein samjha jaye, is hesiyat se insani tehqeeq ke zariye.</w:t>
      </w:r>
    </w:p>
    <w:p>
      <w:pPr>
        <w:jc w:val="right"/>
      </w:pPr>
      <w:r>
        <w:t>ان کی تفصیلی واقفیت کے لیے ضروری ہے کہ ان کو انسان کی دریافت کردہ معلومات کی روشنی میں سمجھا جائے، اس حیثیت سے انسانی تحقیق کے ذریعے۔</w:t>
      </w:r>
    </w:p>
    <w:p>
      <w:r>
        <w:rPr>
          <w:b/>
        </w:rPr>
        <w:t xml:space="preserve">[00:38] </w:t>
      </w:r>
      <w:r>
        <w:t>in fitri muzahir par jo daryaften hui hain, woh daryaften quran ki tafseer ke liye amli zaroorat ke aitbar se isi tarah aham hain jis tarah tafseer-e-quran ke doosre muttafiqa masadir, maslan shan-e-nuzool ki rawayatein wagera.</w:t>
      </w:r>
    </w:p>
    <w:p>
      <w:pPr>
        <w:jc w:val="right"/>
      </w:pPr>
      <w:r>
        <w:t>ان فطری مظاہر پر جو دریافتیں ہوئی ہیں، وہ دریافتیں قرآن کی تفسیر کے لیے عملی ضرورت کے اعتبار سے اسی طرح اہم ہیں جس طرح تفسیرِ قرآن کے دوسرے متفقہ مصادر، مثلاً شانِ نزول کی روایتیں وغیرہ۔</w:t>
      </w:r>
    </w:p>
    <w:p>
      <w:r>
        <w:rPr>
          <w:b/>
        </w:rPr>
        <w:t xml:space="preserve">[00:58] </w:t>
      </w:r>
      <w:r>
        <w:t>is silsile mein yahan quran ki do ayatein qabil-e-mutalia hain, woh ayatein yeh hain: وَأَنْ أَتْلُوَ الْقُرْآنَ فَمَنْ اهْتَدَى فَإِنَّمَا يَهْتَدِي لِنَفْسِهِ وَمَنْ ضَلَّ فَقُلْ إِنَّمَا أَنَا مِنْ الْمُنْذِرِينَ وَقُلْ الْحَمْدُ لِلّٰهِ سَيُرِيكُمْ آيَاتِهِ فَتَعْرِفُونَهَا وَمَا رَبُّكَ بِغَافِلٍ عَمَّا تَعْمَلُونَ۔</w:t>
      </w:r>
    </w:p>
    <w:p>
      <w:pPr>
        <w:jc w:val="right"/>
      </w:pPr>
      <w:r>
        <w:t>اس سلسلے میں یہاں قرآن کی دو آیتیں قابلِ مطالعہ ہیں، وہ آیتیں یہ ہیں: وَأَنْ أَتْلُوَ الْقُرْآنَ فَمَنْ اهْتَدَى فَإِنَّمَا يَهْتَدِي لِنَفْسِهِ وَمَنْ ضَلَّ فَقُلْ إِنَّمَا أَنَا مِنْ الْمُنْذِرِينَ وَقُلْ الْحَمْدُ لِلّٰهِ سَيُرِيكُمْ آيَاتِهِ فَتَعْرِفُونَهَا وَمَا رَبُّكَ بِغَافِلٍ عَمَّا تَعْمَلُونَ۔</w:t>
      </w:r>
    </w:p>
    <w:p>
      <w:r>
        <w:rPr>
          <w:b/>
        </w:rPr>
        <w:t xml:space="preserve">[01:28] </w:t>
      </w:r>
      <w:r>
        <w:t>yani aur yeh ke main quran ko sunaoon, phir jo shakhs rah par aye ga to woh apne liye rah par aye ga, aur jo gumrah hua to keh do ke main to sirf darane walon mein se hoon, aur kaho ke sab tareef Allah ke liye hai.</w:t>
      </w:r>
    </w:p>
    <w:p>
      <w:pPr>
        <w:jc w:val="right"/>
      </w:pPr>
      <w:r>
        <w:t>یعنی اور یہ کہ میں قرآن کو سناؤں، پھر جو شخص راہ پر آئے گا تو وہ اپنے لیے راہ پر آئے گا، اور جو گمراہ ہوا تو کہہ دو کہ میں تو صرف ڈرانے والوں میں سے ہوں، اور کہو کہ سب تعریف اللہ کے لیے ہے۔</w:t>
      </w:r>
    </w:p>
    <w:p>
      <w:r>
        <w:rPr>
          <w:b/>
        </w:rPr>
        <w:t xml:space="preserve">[01:45] </w:t>
      </w:r>
      <w:r>
        <w:t>woh tum ko apni nishaniyan dikhaye ga to tum un ko pehchan lo ge, aur tumhara rab is se bekhabar nahi jo tum karte ho.</w:t>
      </w:r>
    </w:p>
    <w:p>
      <w:pPr>
        <w:jc w:val="right"/>
      </w:pPr>
      <w:r>
        <w:t>وہ تم کو اپنی نشانیاں دکھائے گا تو تم ان کو پہچان لو گے، اور تمہارا رب اس سے بے خبر نہیں جو تم کرتے ہو۔</w:t>
      </w:r>
    </w:p>
    <w:p>
      <w:r>
        <w:rPr>
          <w:b/>
        </w:rPr>
        <w:t xml:space="preserve">[01:55] </w:t>
      </w:r>
      <w:r>
        <w:t>quran ke is bayan par ghor karne se samajh mein ata hai ke yahan quran ki maarfat ka ek usool bayan kiya gaya hai.</w:t>
      </w:r>
    </w:p>
    <w:p>
      <w:pPr>
        <w:jc w:val="right"/>
      </w:pPr>
      <w:r>
        <w:t>قرآن کے اس بیان پر غور کرنے سے سمجھ میں آتا ہے کہ یہاں قرآن کی معرفت کا ایک اصول بیان کیا گیا ہے۔</w:t>
      </w:r>
    </w:p>
    <w:p>
      <w:r>
        <w:rPr>
          <w:b/>
        </w:rPr>
        <w:t xml:space="preserve">[02:04] </w:t>
      </w:r>
      <w:r>
        <w:t>quran mein bohat si ayatein hain jin mein fitrat ke muzahir ka zikr kiya gaya hai, yeh zikr isharati zaban mein hai.</w:t>
      </w:r>
    </w:p>
    <w:p>
      <w:pPr>
        <w:jc w:val="right"/>
      </w:pPr>
      <w:r>
        <w:t>قرآن میں بہت سی آیتیں ہیں جن میں فطرت کے مظاہر کا ذکر کیا گیا ہے، یہ ذکر اشاراتی زبان میں ہے۔</w:t>
      </w:r>
    </w:p>
    <w:p>
      <w:r>
        <w:rPr>
          <w:b/>
        </w:rPr>
        <w:t xml:space="preserve">[02:15] </w:t>
      </w:r>
      <w:r>
        <w:t>in muzahir-e-fitrat mein jo maarfat ki baat maujood hai us ko samajhne ke liye zaroori hai ke in isharon ki tafseel maloom ki jaye.</w:t>
      </w:r>
    </w:p>
    <w:p>
      <w:pPr>
        <w:jc w:val="right"/>
      </w:pPr>
      <w:r>
        <w:t>ان مظاہرِ فطرت میں جو معرفت کی بات موجود ہے اس کو سمجھنے کے لیے ضروری ہے کہ ان اشارات کی تفصیل معلوم کی جائے۔</w:t>
      </w:r>
    </w:p>
    <w:p>
      <w:r>
        <w:rPr>
          <w:b/>
        </w:rPr>
        <w:t xml:space="preserve">[02:25] </w:t>
      </w:r>
      <w:r>
        <w:t>yeh tafseel khud quran mein mazkoor nahi, woh fitrat ke kharji ilm ka scientific mutalia karne se maloom hoti hai, goya ke fitrat ka ilm in ayaton ko samajhne ke liye in ki scientific tafseer ki hesiyat rakhta hai.</w:t>
      </w:r>
    </w:p>
    <w:p>
      <w:pPr>
        <w:jc w:val="right"/>
      </w:pPr>
      <w:r>
        <w:t>یہ تفصیل خود قرآن میں مذکور نہیں، وہ فطرت کے خارجی علم کا سائنسی مطالعہ کرنے سے معلوم ہوتی ہے، گویا کہ فطرت کا علم ان آیتوں کو سمجھنے کے لیے ان کی سائنسی تفسیر کی حیثیت رکھتا ہے۔</w:t>
      </w:r>
    </w:p>
    <w:p>
      <w:r>
        <w:rPr>
          <w:b/>
        </w:rPr>
        <w:t xml:space="preserve">[02:42] </w:t>
      </w:r>
      <w:r>
        <w:t>sayurikum ayatihi mein zameer ha ka marja ayat hai. yahan ayat se murad woh taayidi maloomat ya supporting data hain jo mustaqbil mein saensy mutalay ke zariye daryaft hongi, aur quran ki ayat mein jo cheez ishare ki zaban mein kahi gayi hai us ko insan tafseel ki zaban mein jaan le ga.</w:t>
      </w:r>
    </w:p>
    <w:p>
      <w:pPr>
        <w:jc w:val="right"/>
      </w:pPr>
      <w:r>
        <w:t>سَيُرِيكُمْ آيَاتِهِ فَتَعْرِفُونَهَا میں ضمیر ہا کا مرجع آیات ہے۔ یہاں آیات سے مراد وہ تائیدی معلومات یا سپورٹنگ ڈیٹا ہیں جو مستقبل میں سائنسی مطالعے کے ذریعے دریافت ہوں گی، اور قرآن کی آیت میں جو چیز اشارے کی زبان میں کہی گئی ہے اس کو انسان تفصیل کی زبان میں جان لے گا۔</w:t>
      </w:r>
    </w:p>
    <w:p>
      <w:r>
        <w:rPr>
          <w:b/>
        </w:rPr>
        <w:t xml:space="preserve">[03:08] </w:t>
      </w:r>
      <w:r>
        <w:t>quran ki is ayat mein sayurikum ayatihi se murad quraani bayan ka woh supporting data hai jo baat ko daryaft hoga, aur fatearufunaha ka matlab yeh hai ke quran ki bayan kardah nishaniyon se maarfat ke darjay mein waqif ho jana.</w:t>
      </w:r>
    </w:p>
    <w:p>
      <w:pPr>
        <w:jc w:val="right"/>
      </w:pPr>
      <w:r>
        <w:t>قرآن کی اس آیت میں سَيُرِيكُمْ آيَاتِهِ سے مراد قرآنی بیان کا وہ سپورٹنگ ڈیٹا ہے جو بات کو دریافت ہوگا، اور فَتَعْرِفُونَهَا کا مطلب یہ ہے کہ قرآن کی بیان کردہ نشانیوں سے معرفت کے درجے میں واقف ہو جانا۔</w:t>
      </w:r>
    </w:p>
    <w:p>
      <w:r>
        <w:rPr>
          <w:b/>
        </w:rPr>
        <w:t xml:space="preserve">[03:28] </w:t>
      </w:r>
      <w:r>
        <w:t>misalan is silsila bayan mein oopar ki ayat mein pahar ke bare mein yeh kaha gaya hai: aur tum paharon ko dekh kar guman karte ho ke woh jame hue hain magar woh chal rahe hain jaise badal chalte hain.</w:t>
      </w:r>
    </w:p>
    <w:p>
      <w:pPr>
        <w:jc w:val="right"/>
      </w:pPr>
      <w:r>
        <w:t>مثلاً اس سلسلہ بیان میں اوپر کی آیت میں پہاڑ کے بارے میں یہ کہا گیا ہے: اور تم پہاڑوں کو دیکھ کر گمان کرتے ہو کہ وہ جمے ہوئے ہیں مگر وہ چل رہے ہیں جیسے بادل چلتے ہیں۔</w:t>
      </w:r>
    </w:p>
    <w:p>
      <w:r>
        <w:rPr>
          <w:b/>
        </w:rPr>
        <w:t xml:space="preserve">[03:43] </w:t>
      </w:r>
      <w:r>
        <w:t>yeh allah ki karigari hai jis ne har cheez ko muhkam kiya hai, be shak woh janta hai jo tum karte ho. yeh ayat quran mein saatvi sadi eesvi mein nazil hui.</w:t>
      </w:r>
    </w:p>
    <w:p>
      <w:pPr>
        <w:jc w:val="right"/>
      </w:pPr>
      <w:r>
        <w:t>یہ اللہ کی کاریگری ہے جس نے ہر چیز کو محکم کیا ہے، بے شک وہ جانتا ہے جو تم کرتے ہو۔ یہ آیت قرآن میں ساتویں صدی عیسوی میں نازل ہوئی۔</w:t>
      </w:r>
    </w:p>
    <w:p>
      <w:r>
        <w:rPr>
          <w:b/>
        </w:rPr>
        <w:t xml:space="preserve">[03:56] </w:t>
      </w:r>
      <w:r>
        <w:t>is ayat mein paharon ke bare mein kaha gaya hai ke bazahir woh pahar zameen par saakin nazar aate hain magar haqeeqat ke aitbar se woh zameen ke sath chal rahe hain, jis tarah tum badalon ko chalte hue dekhte ho.</w:t>
      </w:r>
    </w:p>
    <w:p>
      <w:pPr>
        <w:jc w:val="right"/>
      </w:pPr>
      <w:r>
        <w:t>اس آیت میں پہاڑوں کے بارے میں کہا گیا ہے کہ بظاہر وہ پہاڑ زمین پر ساکن نظر آتے ہیں مگر حقیقت کے اعتبار سے وہ زمین کے ساتھ چل رہے ہیں، جس طرح تم بادلوں کو چلتے ہوئے دیکھتے ہو۔</w:t>
      </w:r>
    </w:p>
    <w:p>
      <w:r>
        <w:rPr>
          <w:b/>
        </w:rPr>
        <w:t xml:space="preserve">[04:11] </w:t>
      </w:r>
      <w:r>
        <w:t>yeh ek fitrat ya nature ka waqea hai, lekin saatvi sadi mein insan is ko nahi janta tha. baat ko falakiyati mutalay se maloom hua ke yeh ek aisa waqea hai jo zameen ki apne mahwar yaani axis par gardish karne se paish aata hai,</w:t>
      </w:r>
    </w:p>
    <w:p>
      <w:pPr>
        <w:jc w:val="right"/>
      </w:pPr>
      <w:r>
        <w:t>یہ ایک فطرت یا نیچر کا واقعہ ہے، لیکن ساتویں صدی میں انسان اس کو نہیں جانتا تھا۔ بات کو فلکیاتی مطالعے سے معلوم ہوا کہ یہ ایک ایسا واقعہ ہے جو زمین کی اپنے محور یعنی ایکسز پر گردش کرنے سے پیش آتا ہے،</w:t>
      </w:r>
    </w:p>
    <w:p>
      <w:r>
        <w:rPr>
          <w:b/>
        </w:rPr>
        <w:t xml:space="preserve">[04:31] </w:t>
      </w:r>
      <w:r>
        <w:t>goya maujooda zamane ki yeh falakiyati daryaft quran ki ayat ko maarfat ke darjay mein qabil-e-fahm bana deti hai.</w:t>
      </w:r>
    </w:p>
    <w:p>
      <w:pPr>
        <w:jc w:val="right"/>
      </w:pPr>
      <w:r>
        <w:t>گویا موجودہ زمانے کی یہ فلکیاتی دریافت قرآن کی آیت کو معرفت کے درجے میں قابلِ فہم بنا دیتی ہے۔</w:t>
      </w:r>
    </w:p>
    <w:p>
      <w:r>
        <w:rPr>
          <w:b/>
        </w:rPr>
        <w:t xml:space="preserve">[04:43] </w:t>
      </w:r>
      <w:r>
        <w:t>quran ki saensy tafseer: baaz log samajhte hain ke quran mein tamam saensy mazameen maujood hain aur un hawalo ko le kar quran ki saensy tafseer ki ja sakti hai.</w:t>
      </w:r>
    </w:p>
    <w:p>
      <w:pPr>
        <w:jc w:val="right"/>
      </w:pPr>
      <w:r>
        <w:t>قرآن کی سائنسی تفسیر: بعض لوگ سمجھتے ہیں کہ قرآن میں تمام سائنسی مضامین موجود ہیں اور ان حوالوں کو لے کر قرآن کی سائنسی تفسیر کی جا سکتی ہے۔</w:t>
      </w:r>
    </w:p>
    <w:p>
      <w:r>
        <w:rPr>
          <w:b/>
        </w:rPr>
        <w:t xml:space="preserve">[04:57] </w:t>
      </w:r>
      <w:r>
        <w:t>is mamle mein kuch log is had tak gaye hain jis ko sirf ghair ilmi nuqta nazar kaha ja sakta hai, masalan un ka yeh kehna ke alam nashrah laka sadrak mein ilm-e-tashreeh al-abdann yaani anatomy ka hawala hai, aur fakashafna anka qita'aka fabasaruk al-yawm hadeed mein ilm-e-amraz-e-chashm ka bayan hai waghera.</w:t>
      </w:r>
    </w:p>
    <w:p>
      <w:pPr>
        <w:jc w:val="right"/>
      </w:pPr>
      <w:r>
        <w:t>اس معاملے میں کچھ لوگ اس حد تک گئے ہیں جس کو صرف غیر علمی نقطہ نظر کہا جا سکتا ہے، مثلاً ان کا یہ کہنا کہ عَلَمْ نَشْرَحْ لَكَ صَدْرَكَ میں علمِ تشریح الابدان یعنی ایناٹمی کا حوالہ ہے، اور فَكَشَفْنَا عَنْكَ قِطَاعَكَ فَبَصَرُكَ الْيَوْمَ حدِيدٍ میں علمِ امراضِ چشم کا بیان ہے وغیرہ۔</w:t>
      </w:r>
    </w:p>
    <w:p>
      <w:r>
        <w:rPr>
          <w:b/>
        </w:rPr>
        <w:t xml:space="preserve">[05:27] </w:t>
      </w:r>
      <w:r>
        <w:t>quran mein saensy mazameen ka yeh nazariya beshak ek be bunyad nazariya hai. quran in maanon mein har giz koi saensy kitaab nahi, lekin ek aur aitbar se yeh baat bilkul durust hai,</w:t>
      </w:r>
    </w:p>
    <w:p>
      <w:pPr>
        <w:jc w:val="right"/>
      </w:pPr>
      <w:r>
        <w:t>قرآن میں سائنسی مضامین کا یہ نظریہ بلاشبہ ایک بے بنیاد نظریہ ہے۔ قرآن ان معنوں میں ہرگز کوئی سائنسی کتاب نہیں، لیکن ایک اور اعتبار سے یہ بات بالکل درست ہے،</w:t>
      </w:r>
    </w:p>
    <w:p>
      <w:r>
        <w:rPr>
          <w:b/>
        </w:rPr>
        <w:t xml:space="preserve">[05:43] </w:t>
      </w:r>
      <w:r>
        <w:t>woh yeh ke jadeed saensy tehqiqat fahm-e-quran mein madadgar ki hesiyat rakhti hain. masalan quran mein bataya gaya hai: waja'alna minal ma'i kullu shai'in hayyin yaani aur hum ne pani se har jandar cheez ko banaya.</w:t>
      </w:r>
    </w:p>
    <w:p>
      <w:pPr>
        <w:jc w:val="right"/>
      </w:pPr>
      <w:r>
        <w:t>وہ یہ کہ جدید سائنسی تحقیقات فہمِ قرآن میں مددگار کی حیثیت رکھتی ہیں۔ مثلاً قرآن میں بتایا گیا ہے: وَجَعَلْنَا مِنَ الْمَاءِ كُلَّ شَيْءٍ حَيٍّ یعنی اور ہم نے پانی سے ہر جاندار چیز کو بنایا۔</w:t>
      </w:r>
    </w:p>
    <w:p>
      <w:r>
        <w:rPr>
          <w:b/>
        </w:rPr>
        <w:t xml:space="preserve">[06:03] </w:t>
      </w:r>
      <w:r>
        <w:t>yeh baat pichle daur ka qari-e-quran bhi ibtidai taur par janta tha, magar maujooda zamane ka qari-e-quran jab is ayat ko science ki nai daryafton ke sath mila kar parhta hai to woh is ki mazeed tafseel jaan leta hai.</w:t>
      </w:r>
    </w:p>
    <w:p>
      <w:pPr>
        <w:jc w:val="right"/>
      </w:pPr>
      <w:r>
        <w:t>یہ بات پچھلے دور کا قاریِ قرآن بھی ابتدائی طور پر جانتا تھا، مگر موجودہ زمانے کا قاریِ قرآن جب اس آیت کو سائنس کی نئی دریافتوں کے ساتھ ملا کر پڑھتا ہے تو وہ اس کی مزید تفصیل جان لیتا ہے۔</w:t>
      </w:r>
    </w:p>
    <w:p>
      <w:r>
        <w:rPr>
          <w:b/>
        </w:rPr>
        <w:t xml:space="preserve">[06:23] </w:t>
      </w:r>
      <w:r>
        <w:t>is bana par quran ki sadaqat ke bare mein is ka yaqeen barh jata hai. isi tarah surah yaseen mein yeh ayat hai: wakullun fi falakin yasbahun yaani aur sab ek ek daryaye mein tair rahe hain.</w:t>
      </w:r>
    </w:p>
    <w:p>
      <w:pPr>
        <w:jc w:val="right"/>
      </w:pPr>
      <w:r>
        <w:t>اس بنا پر قرآن کی صداقت کے بارے میں اس کا یقین بڑھ جاتا ہے۔ اسی طرح سورہ یاسین میں یہ آیت ہے: وَكُلٌّ فِي فَلَكٍ يَسْبَحُونَ یعنی اور سب ایک ایک دائرے میں تیر رہے ہیں۔</w:t>
      </w:r>
    </w:p>
    <w:p>
      <w:r>
        <w:rPr>
          <w:b/>
        </w:rPr>
        <w:t xml:space="preserve">[06:43] </w:t>
      </w:r>
      <w:r>
        <w:t>is ayat mein ajram-e-samavi ki gardish ke bare mein jo baat kahi gayi hai us ko qadeem zamane ka qari-e-quran bhi samajh sakta tha, lekin aaj ka ek qari-e-quran jab jadeed saensy daryafton ko le kar is ayat ko parhta hai to woh mazeed izafe ke sath is ayat ko samajhne lagta hai.</w:t>
      </w:r>
    </w:p>
    <w:p>
      <w:pPr>
        <w:jc w:val="right"/>
      </w:pPr>
      <w:r>
        <w:t>اس آیت میں اجرامِ سماوی کی گردش کے بارے میں جو بات کہی گئی ہے اسے قدیم زمانے کا قاریِ قرآن بھی سمجھ سکتا تھا، لیکن آج کا ایک قاریِ قرآن جب جدید سائنسی دریافتوں کو لے کر اس آیت کو پڑھتا ہے تو وہ مزید اضافے کے ساتھ اس آیت کو سمجھنے لگتا ہے۔</w:t>
      </w:r>
    </w:p>
    <w:p>
      <w:r>
        <w:rPr>
          <w:b/>
        </w:rPr>
        <w:t xml:space="preserve">[07:08] </w:t>
      </w:r>
      <w:r>
        <w:t>is tarah quran ki sadaqat ke bare mein is ka yaqeen barh jata hai. quran ki saensy tafseer ka ek tasawwur ghulu par mabni hai to quran ki saensy tafseer ka doosra tasawwur haqeeqat par mabni hai.</w:t>
      </w:r>
    </w:p>
    <w:p>
      <w:pPr>
        <w:jc w:val="right"/>
      </w:pPr>
      <w:r>
        <w:t>اس طرح قرآن کی صداقت کے بارے میں اس کا یقین بڑھ جاتا ہے۔ قرآن کی سائنسی تفسیر کا ایک تصور غلو پر مبنی ہے تو قرآن کی سائنسی تفسیر کا دوسرا تصور حقیقت پر مبنی ہے۔</w:t>
      </w:r>
    </w:p>
    <w:p>
      <w:r>
        <w:rPr>
          <w:b/>
        </w:rPr>
        <w:t xml:space="preserve">[07:24] </w:t>
      </w:r>
      <w:r>
        <w:t>pehla tasawwur yaqeenan ghalat hai aur doosra tasawwur yaqeenan durust. daur-e-maarfat: hazrat abu zarr ghafari kehte hain ke koi chidiya bhi agar faza mein apne paron ko phadphadati thi to rasool allah salallaho alaihi wasallam is se hum ko ek ilm ki yaad dilate the.</w:t>
      </w:r>
    </w:p>
    <w:p>
      <w:pPr>
        <w:jc w:val="right"/>
      </w:pPr>
      <w:r>
        <w:t>پہلا تصور یقینی طور پر غلط ہے اور دوسرا تصور یقینی طور پر درست۔ دورِ معرفت: حضرت ابوذر غفاری کہتے ہیں کہ کوئی چڑیا بھی اگر فضا میں اپنے پروں کو پھڑپھڑاتی تھی تو رسول اللہ صلی اللہ علیہ وسلم اس سے ہم کو ایک علم کی یاد دلاتے تھے۔</w:t>
      </w:r>
    </w:p>
    <w:p>
      <w:r>
        <w:rPr>
          <w:b/>
        </w:rPr>
        <w:t xml:space="preserve">[07:49] </w:t>
      </w:r>
      <w:r>
        <w:t>wama yuqallibu tairun janahaihi fis samai illa zakkara lana minhu ilman.</w:t>
      </w:r>
    </w:p>
    <w:p>
      <w:pPr>
        <w:jc w:val="right"/>
      </w:pPr>
      <w:r>
        <w:t>وَمَا يُقَلِّبُ طَائِرٌ جَنَاحَيْهِ فِي السَّمَاءِ إِلَّا ذَكَّرَ لَنَا مِنْهُ عِلْمًا۔</w:t>
      </w:r>
    </w:p>
    <w:p>
      <w:r>
        <w:rPr>
          <w:b/>
        </w:rPr>
        <w:t xml:space="preserve">[07:59] </w:t>
      </w:r>
      <w:r>
        <w:t>al-tabaqat al-kubra li ibn sa'd: beshak chidiya ka faza mein udna qudrat-e-ilahi ki ek azim nishani hai.</w:t>
      </w:r>
    </w:p>
    <w:p>
      <w:pPr>
        <w:jc w:val="right"/>
      </w:pPr>
      <w:r>
        <w:t>الطبقات الکبریٰ لابن سعد: بلاشبہ چڑیا کا فضا میں اڑنا قدرتِ الٰہی کی ایک عظیم نشانی ہے۔</w:t>
      </w:r>
    </w:p>
    <w:p>
      <w:r>
        <w:rPr>
          <w:b/>
        </w:rPr>
        <w:t xml:space="preserve">[08:10] </w:t>
      </w:r>
      <w:r>
        <w:t>qadeem zamane mein qudrat-e-ilahi ki is nishani yaani sign ko sirf purasrar aqeeday ke tehat samjha ja sakta tha, magar aaj is ko ek saensy haqeeqat ke taur par samjha ja sakta hai.</w:t>
      </w:r>
    </w:p>
    <w:p>
      <w:pPr>
        <w:jc w:val="right"/>
      </w:pPr>
      <w:r>
        <w:t>قدیم زمانے میں قدرتِ الٰہی کی اس نشانی یعنی سائن کو صرف پراصرار عقیدے کے تحت سمجھا جا سکتا تھا، مگر آج اس کو ایک سائنسی حقیقت کے طور پر سمجھا جا سکتا ہے۔</w:t>
      </w:r>
    </w:p>
    <w:p>
      <w:r>
        <w:rPr>
          <w:b/>
        </w:rPr>
        <w:t xml:space="preserve">[08:26] </w:t>
      </w:r>
      <w:r>
        <w:t>ab saensy daur mein hum keh sakte hain ke aaj jab ek hawai jahaz faza mein ud kar ek jagah se doosri jagah pahanchta hai to is ke liye hawai jahaz se bahar ek bohat bara infrastructure darkar hota hai, take off ke maqam par bhi aur landing ke maqam par bhi.</w:t>
      </w:r>
    </w:p>
    <w:p>
      <w:pPr>
        <w:jc w:val="right"/>
      </w:pPr>
      <w:r>
        <w:t>اب سائنسی دور میں ہم کہہ سکتے ہیں کہ آج جب ایک ہوائی جہاز فضا میں اڑ کر ایک جگہ سے دوسری جگہ پہنچتا ہے تو اس کے لیے ہوائی جہاز سے باہر ایک بہت بڑا انفراسٹرکچر درکار ہوتا ہے، ٹیک آف کے مقام پر بھی اور لینڈنگ کے مقام پر بھی۔</w:t>
      </w:r>
    </w:p>
    <w:p>
      <w:r>
        <w:rPr>
          <w:b/>
        </w:rPr>
        <w:t xml:space="preserve">[08:49] </w:t>
      </w:r>
      <w:r>
        <w:t>is infrastructure ke baghair koi jahaz ek maqam se doosre maqam par nahi pahanch sakta, magar chidiya ko faza mein udne ke liye kisi kharji infrastructure ki zarorat nahi.</w:t>
      </w:r>
    </w:p>
    <w:p>
      <w:pPr>
        <w:jc w:val="right"/>
      </w:pPr>
      <w:r>
        <w:t>اس انفراسٹرکچر کے بغیر کوئی جہاز ایک مقام سے دوسرے مقام پر نہیں پہنچ سکتا، مگر چڑیا کو فضا میں اڑنے کے لیے کسی خارجی انفراسٹرکچر کی ضرورت نہیں۔</w:t>
      </w:r>
    </w:p>
    <w:p>
      <w:r>
        <w:rPr>
          <w:b/>
        </w:rPr>
        <w:t xml:space="preserve">[09:03] </w:t>
      </w:r>
      <w:r>
        <w:t>woh apne aap ek jagah se udti hai aur faza mein tairti hui doosri jagah utar jati hai. yeh beshak rab al-alameen ki ek azim nishani hai.</w:t>
      </w:r>
    </w:p>
    <w:p>
      <w:pPr>
        <w:jc w:val="right"/>
      </w:pPr>
      <w:r>
        <w:t>وہ اپنے آپ ایک جگہ سے اڑتی ہے اور فضا میں تیرتی ہوئی دوسری جگہ اتر جاتی ہے۔ یہ بلاشبہ رب العالمین کی ایک عظیم نشانی ہے۔</w:t>
      </w:r>
    </w:p>
    <w:p>
      <w:r>
        <w:rPr>
          <w:b/>
        </w:rPr>
        <w:t xml:space="preserve">[09:16] </w:t>
      </w:r>
      <w:r>
        <w:t>maujooda zamane mein saensy taraqqiyon ne ek bohat bara kaam anjam diya hai. is ne cheezon ki haqeeqat ko samajhne ke liye ek naya framework diya hai.</w:t>
      </w:r>
    </w:p>
    <w:p>
      <w:pPr>
        <w:jc w:val="right"/>
      </w:pPr>
      <w:r>
        <w:t>موجودہ زمانے میں سائنسی ترقیوں نے ایک بہت بڑا کام انجام دیا ہے۔ اس نے چیزوں کی حقیقت کو سمجھنے کے لیے ایک نیا فریم ورک دیا ہے۔</w:t>
      </w:r>
    </w:p>
    <w:p>
      <w:r>
        <w:rPr>
          <w:b/>
        </w:rPr>
        <w:t xml:space="preserve">[09:30] </w:t>
      </w:r>
      <w:r>
        <w:t>is saensy framework ki bana par yeh mumkin ho gaya hai ke jo cheez pehle sirf purasrar taur par mani jati thi, us ko ab musallama aqli bunyad yaani rationally accepted base par samjha ja sakta hai.</w:t>
      </w:r>
    </w:p>
    <w:p>
      <w:pPr>
        <w:jc w:val="right"/>
      </w:pPr>
      <w:r>
        <w:t>اس سائنسی فریم ورک کی بنا پر یہ ممکن ہو گیا ہے کہ جو چیز پہلے صرف پراصرار طور پر مانی جاتی تھی، اس کو اب مسلمہ عقلی بنیاد یعنی ریشنلی ایکسیپٹڈ بیس پر سمجھا جا سکتا ہے۔</w:t>
      </w:r>
    </w:p>
    <w:p>
      <w:r>
        <w:rPr>
          <w:b/>
        </w:rPr>
        <w:t xml:space="preserve">[09:49] </w:t>
      </w:r>
      <w:r>
        <w:t>is zamani tabdeeli ne maarfat aur yaqeen ke liye ek naya lamtanahi maidan khol diya hai.</w:t>
      </w:r>
    </w:p>
    <w:p>
      <w:pPr>
        <w:jc w:val="right"/>
      </w:pPr>
      <w:r>
        <w:t>اس زمانی تبدیلی نے معرفت اور یقین کے لیے ایک نیا لامتناہی میدان کھول دیا ہے۔</w:t>
      </w:r>
    </w:p>
    <w:p>
      <w:r>
        <w:rPr>
          <w:b/>
        </w:rPr>
        <w:t xml:space="preserve">[09:58] </w:t>
      </w:r>
      <w:r>
        <w:t>is jadeed scientific dour ki peshangoi Quran mein saatveen sadi isvi mein in alfaaz mein ki gayi thi: sanurihim ayatina fil afaqi wa fi anfusihim hatta yatabayyana lahum annahu alhaq yani aindah hum un ko apni nishaniyan dikhayen ge,</w:t>
      </w:r>
    </w:p>
    <w:p>
      <w:pPr>
        <w:jc w:val="right"/>
      </w:pPr>
      <w:r>
        <w:t>اس جدید سائنسی دور کی پیشنگوئی قرآن میں ساتویں صدی عیسوی میں ان الفاظ میں کی گئی تھی: سَنُرِيهِمْ آيَاتِنَا فِي الْآفَاقِ وَفِي أَنْفُسِهِمْ حَتَّى يَتَبَيَّنَ لَهُمْ أَنَّهُ الْحَقُّ یعنی آئندہ ہم ان کو اپنی نشانیاں دکھائیں گے،</w:t>
      </w:r>
    </w:p>
    <w:p>
      <w:r>
        <w:rPr>
          <w:b/>
        </w:rPr>
        <w:t xml:space="preserve">[10:23] </w:t>
      </w:r>
      <w:r>
        <w:t>afaq mein bhi aur un ke apne andar bhi, yahan tak ke un par zahir ho jaye ke yeh haq hai. iman bil ghaib: Quran ki Surah Baqarah mein irshad hua hai: allazeena yuminoona bil ghaibi yani hidayat yab log woh hain jo ghaib par iman rakhte hain.</w:t>
      </w:r>
    </w:p>
    <w:p>
      <w:pPr>
        <w:jc w:val="right"/>
      </w:pPr>
      <w:r>
        <w:t>آفاق میں بھی اور ان کے اپنے اندر بھی، یہاں تک کہ ان پر ظاہر ہو جائے کہ یہ حق ہے۔ ایمان بالغیب: قرآن کی سورہ بقرہ میں ارشاد ہوا ہے: الَّذِينَ يُؤْمِنُونَ بِالْغَيْبِ یعنی ہدایت یاب لوگ وہ ہیں جو غیب پر ایمان رکھتے ہیں۔</w:t>
      </w:r>
    </w:p>
    <w:p>
      <w:r>
        <w:rPr>
          <w:b/>
        </w:rPr>
        <w:t xml:space="preserve">[10:46] </w:t>
      </w:r>
      <w:r>
        <w:t>ghaib par iman ka muamla saada taur par sirf aqide ka muamla nahi hai, woh barah-e-rast taur par hidayat ke muamle se juda hua hai.</w:t>
      </w:r>
    </w:p>
    <w:p>
      <w:pPr>
        <w:jc w:val="right"/>
      </w:pPr>
      <w:r>
        <w:t>غیب پر ایمان کا معاملہ سادہ طور پر صرف عقیدے کا معاملہ نہیں ہے، وہ براہِ راست طور پر ہدایت کے معاملے سے جڑا ہوا ہے۔</w:t>
      </w:r>
    </w:p>
    <w:p>
      <w:r>
        <w:rPr>
          <w:b/>
        </w:rPr>
        <w:t xml:space="preserve">[10:58] </w:t>
      </w:r>
      <w:r>
        <w:t>jis aadmi ke andar iman bil ghaib ki sifat ho, usi ko hidayat mile gi. jo aadmi iman bil ghaib ki sifat se mehroom ho, us ko kabhi hidayat milne wali nahi.</w:t>
      </w:r>
    </w:p>
    <w:p>
      <w:pPr>
        <w:jc w:val="right"/>
      </w:pPr>
      <w:r>
        <w:t>جس آدمی کے اندر ایمان بالغیب کی صفت ہو، اسی کو ہدایت ملے گی۔ جو آدمی ایمان بالغیب کی صفت سے محروم ہو، اس کو کبھی ہدایت ملنے والی نہیں۔</w:t>
      </w:r>
    </w:p>
    <w:p>
      <w:r>
        <w:rPr>
          <w:b/>
        </w:rPr>
        <w:t xml:space="preserve">[11:14] </w:t>
      </w:r>
      <w:r>
        <w:t>jab tamam haqiqaten ghaib mein hon to aala haqiqat ki daryaft ka muamla is silsile mein istisniya yani exception nahi ho sakta.</w:t>
      </w:r>
    </w:p>
    <w:p>
      <w:pPr>
        <w:jc w:val="right"/>
      </w:pPr>
      <w:r>
        <w:t>جب تمام حقیقتیں غیب میں ہوں تو اعلیٰ حقیقت کی دریافت کا معاملہ اس سلسلے میں استثنیٰ یعنی ایکسیپشن نہیں ہو سکتا۔</w:t>
      </w:r>
    </w:p>
    <w:p>
      <w:r>
        <w:rPr>
          <w:b/>
        </w:rPr>
        <w:t xml:space="preserve">[11:26] </w:t>
      </w:r>
      <w:r>
        <w:t>ghaib ka lafz arabi zaban mein sirf ghair mashhood yani unseen ke mani mein nahi hai. ghaib ka lafz aisi cheez ke liye bola jata hai jo agarche ghair mashhood ho magar woh ghair maujood na ho.</w:t>
      </w:r>
    </w:p>
    <w:p>
      <w:pPr>
        <w:jc w:val="right"/>
      </w:pPr>
      <w:r>
        <w:t>غیب کا لفظ عربی زبان میں صرف غیر مشہود یعنی ان سین کے معنی میں نہیں ہے۔ غیب کا لفظ ایسی چیز کے لیے بولا جاتا ہے جو اگرچہ غیر مشہود ہو مگر وہ غیر موجود نہ ہو۔</w:t>
      </w:r>
    </w:p>
    <w:p>
      <w:r>
        <w:rPr>
          <w:b/>
        </w:rPr>
        <w:t xml:space="preserve">[11:44] </w:t>
      </w:r>
      <w:r>
        <w:t>yani jab ek cheez maujood hote hue dikhai na de to us ke liye ghaib ka lafz bola jayega. Allah ka muamla yahi hai.</w:t>
      </w:r>
    </w:p>
    <w:p>
      <w:pPr>
        <w:jc w:val="right"/>
      </w:pPr>
      <w:r>
        <w:t>یعنی جب ایک چیز موجود ہوتے ہوئے دکھائی نہ دے تو اس کے لیے غیب کا لفظ بولا جائے گا۔ اللہ کا معاملہ یہی ہے۔</w:t>
      </w:r>
    </w:p>
    <w:p>
      <w:r>
        <w:rPr>
          <w:b/>
        </w:rPr>
        <w:t xml:space="preserve">[11:56] </w:t>
      </w:r>
      <w:r>
        <w:t>Allah agarche bظahir ghaib mein hai magar باعتبارِ حقیقت woh tamam maujooda cheezon se zyada maujood hai.</w:t>
      </w:r>
    </w:p>
    <w:p>
      <w:pPr>
        <w:jc w:val="right"/>
      </w:pPr>
      <w:r>
        <w:t>اللہ اگرچہ بظاہر غیب میں ہے مگر باعتبارِ حقیقت وہ تمام موجودہ چیزوں سے زیادہ موجود ہے۔</w:t>
      </w:r>
    </w:p>
    <w:p>
      <w:r>
        <w:rPr>
          <w:b/>
        </w:rPr>
        <w:t xml:space="preserve">[12:06] </w:t>
      </w:r>
      <w:r>
        <w:t>is ayat mein iman bil ghaib se aslan iman billah murad hai, magar taban is mein woh tamam mutalliqat-e-iman shamil hain jin par ek momin ke liye iman lana zaroori hai,</w:t>
      </w:r>
    </w:p>
    <w:p>
      <w:pPr>
        <w:jc w:val="right"/>
      </w:pPr>
      <w:r>
        <w:t>اس آیت میں ایمان بالغیب سے اصلًا ایمان باللہ مراد ہے، مگر طبعًا اس میں وہ تمام متعلقاتِ ایمان شامل ہیں جن پر ایک مومن کے لیے ایمان لانا ضروری ہے،</w:t>
      </w:r>
    </w:p>
    <w:p>
      <w:r>
        <w:rPr>
          <w:b/>
        </w:rPr>
        <w:t xml:space="preserve">[12:24] </w:t>
      </w:r>
      <w:r>
        <w:t>maslan wahi, malaika, jannat aur jahannum waghera. asal yeh hai ke hum cheezon ko do tareeqon se jante hain: ek mushahida yani observation aur doosra istinbat yani inference.</w:t>
      </w:r>
    </w:p>
    <w:p>
      <w:pPr>
        <w:jc w:val="right"/>
      </w:pPr>
      <w:r>
        <w:t>مثلاً وحی، ملائکہ، جنت اور جہنم وغیرہ۔ اصل یہ ہے کہ ہم چیزوں کو دو طریقوں سے جانتے ہیں: ایک مشاہدہ یعنی آبزرویشن اور دوسرا استنباط یعنی انفرنس۔</w:t>
      </w:r>
    </w:p>
    <w:p>
      <w:r>
        <w:rPr>
          <w:b/>
        </w:rPr>
        <w:t xml:space="preserve">[12:40] </w:t>
      </w:r>
      <w:r>
        <w:t>scientific aitbar se yeh dono tareeqe yaksa taur par mo'tabar hain. aitbar yani validity ke lehaz se dono ke darmiyan koi farq nahi.</w:t>
      </w:r>
    </w:p>
    <w:p>
      <w:pPr>
        <w:jc w:val="right"/>
      </w:pPr>
      <w:r>
        <w:t>سائنسی اعتبار سے یہ دونوں طریقے یکساں طور پر معتبر ہیں۔ اعتباریت یعنی ویلیڈیٹی کے لحاظ سے دونوں کے درمیان کوئی فرق نہیں۔</w:t>
      </w:r>
    </w:p>
    <w:p>
      <w:r>
        <w:rPr>
          <w:b/>
        </w:rPr>
        <w:t xml:space="preserve">[12:52] </w:t>
      </w:r>
      <w:r>
        <w:t>maujooda zamane mein science ko ilmi mutale'a ka ek mo'tabar zariya samjha jata hai. science ke do hisse hain: ek hai nazri science yani theoretical science aur doosra hai fanni science yani technical science.</w:t>
      </w:r>
    </w:p>
    <w:p>
      <w:pPr>
        <w:jc w:val="right"/>
      </w:pPr>
      <w:r>
        <w:t>موجودہ زمانے میں سائنس کو علمی مطالعے کا ایک معتبر ذریعہ سمجھا جاتا ہے۔ سائنس کے دو حصے ہیں: ایک ہے نظری سائنس یعنی تھیوریٹیکل سائنس اور دوسرا ہے فنی سائنس یعنی ٹیکنیکل سائنس۔</w:t>
      </w:r>
    </w:p>
    <w:p>
      <w:r>
        <w:rPr>
          <w:b/>
        </w:rPr>
        <w:t xml:space="preserve">[13:10] </w:t>
      </w:r>
      <w:r>
        <w:t>scientific mutale'a ke mutabiq fanni science ka daira bohat mehdood hai. fanni science ke zariye cheezon ke sirf zahir yani appearance ko dekha ja sakta hai, lekin tamam cheezen jo bظahir dikhai deti hain, woh apne aakhri tajziye mein ghair mar'i yani unseen ho jati hain.</w:t>
      </w:r>
    </w:p>
    <w:p>
      <w:pPr>
        <w:jc w:val="right"/>
      </w:pPr>
      <w:r>
        <w:t>سائنسی مطالعے کے مطابق فنی سائنس کا دائرہ بہت محدود ہے۔ فنی سائنس کے ذریعے چیزوں کے صرف ظواہر یعنی اپیئرنس کو دیکھا جا سکتا ہے، لیکن تمام چیزیں جو بظاہر دکھائی دیتی ہیں، وہ اپنے آخری تجزیے میں غیر مرئی یعنی ان سین ہو جاتی ہیں۔</w:t>
      </w:r>
    </w:p>
    <w:p>
      <w:r>
        <w:rPr>
          <w:b/>
        </w:rPr>
        <w:t xml:space="preserve">[13:34] </w:t>
      </w:r>
      <w:r>
        <w:t>maslan aap phool ko dekh sakte hain, lekin phool ki khushbu ko aap nahi dekh sakte. phool ki khushbu ko kisi bhi khurdbeen, microscope ya doorbeen, telescope ke zariye dekhna mumkin nahi.</w:t>
      </w:r>
    </w:p>
    <w:p>
      <w:pPr>
        <w:jc w:val="right"/>
      </w:pPr>
      <w:r>
        <w:t>مثلاً آپ پھول کو دیکھ سکتے ہیں، لیکن پھول کی خوشبو کو آپ نہیں دیکھ سکتے۔ پھول کی خوشبو کو کسی بھی خوربین، مائیکروسکوپ یا دوربین، ٹیلیسکوپ کے ذریعے دیکھنا ممکن نہیں۔</w:t>
      </w:r>
    </w:p>
    <w:p>
      <w:r>
        <w:rPr>
          <w:b/>
        </w:rPr>
        <w:t xml:space="preserve">[13:49] </w:t>
      </w:r>
      <w:r>
        <w:t>halanke jis tarah phool ka wajood hai, usi tarah phool ki khushbu ka bhi wajood hai. scientific mutale'a ke mutabiq tamam cheezen aakhir kar atom ka majmooa hain, aur atom apne aakhri tajziye mein electron ka majmooa hai.</w:t>
      </w:r>
    </w:p>
    <w:p>
      <w:pPr>
        <w:jc w:val="right"/>
      </w:pPr>
      <w:r>
        <w:t>حالانکہ جس طرح پھول کا وجود ہے، اسی طرح پھول کی خوشبو کا بھی وجود ہے۔ سائنسی مطالعے کے مطابق تمام چیزیں آخرِ کار ایٹم کا مجموعہ ہیں، اور ایٹم اپنے آخری تجزیے میں الیکٹران کا مجموعہ ہے۔</w:t>
      </w:r>
    </w:p>
    <w:p>
      <w:r>
        <w:rPr>
          <w:b/>
        </w:rPr>
        <w:t xml:space="preserve">[14:10] </w:t>
      </w:r>
      <w:r>
        <w:t>ek scientist ne is haqiqat ka zikr karte hue likha hai ke poori kainat na qabil-e-mushahida electron ka majnoonana raqs yani mad dance of electrons hai.</w:t>
      </w:r>
    </w:p>
    <w:p>
      <w:pPr>
        <w:jc w:val="right"/>
      </w:pPr>
      <w:r>
        <w:t>ایک سائنسدان نے اس حقیقت کا ذکر کرتے ہوئے لکھا ہے کہ پوری کائنات ناقابلِ مشاہدہ الیکٹران کا مجنونانہ رقص یعنی میڈ ڈانس آف الیکٹرانز ہے۔</w:t>
      </w:r>
    </w:p>
    <w:p>
      <w:r>
        <w:rPr>
          <w:b/>
        </w:rPr>
        <w:t xml:space="preserve">[14:23] </w:t>
      </w:r>
      <w:r>
        <w:t>ek aur scientist ne kainat ki isi ghair mar'i hasiyat ki bina par kainat ko imkan ki lehron, waves of probability se ta'beer kiya hai.</w:t>
      </w:r>
    </w:p>
    <w:p>
      <w:pPr>
        <w:jc w:val="right"/>
      </w:pPr>
      <w:r>
        <w:t>ایک اور سائنسدان نے کائنات کی اسی غیر مرئی حیثیت کی بنا پر کائنات کو امکان کی لہروں، ویوز آف پروبیبیلیٹی سے تعبیر کیا ہے۔</w:t>
      </w:r>
    </w:p>
    <w:p>
      <w:r>
        <w:rPr>
          <w:b/>
        </w:rPr>
        <w:t xml:space="preserve">[14:35] </w:t>
      </w:r>
      <w:r>
        <w:t>is aitbar se yeh kehna durust hoga ke sirf bظahir ghair mashhood khalique yani creator hi ghaib mein nahi hai, balke bظahir mashhood takhleeq yani creature bhi halat-e-ghaib mein hai.</w:t>
      </w:r>
    </w:p>
    <w:p>
      <w:pPr>
        <w:jc w:val="right"/>
      </w:pPr>
      <w:r>
        <w:t>اس اعتبار سے یہ کہنا درست ہوگا کہ صرف بظاہر غیر مشہود خالق یعنی کریٹر ہی غیب میں نہیں ہے، بلکہ بظاہر مشہود تخلیق یعنی کریچر بھی حالتِ غیب میں ہے۔</w:t>
      </w:r>
    </w:p>
    <w:p>
      <w:r>
        <w:rPr>
          <w:b/>
        </w:rPr>
        <w:t xml:space="preserve">[14:52] </w:t>
      </w:r>
      <w:r>
        <w:t>British scientist Sir Arthur Eddington ne is mauzu par ek kitaab likhi hai. is kitaab ka naam hai "Science and the Unseen World" by A S Eddington Macmillan.</w:t>
      </w:r>
    </w:p>
    <w:p>
      <w:pPr>
        <w:jc w:val="right"/>
      </w:pPr>
      <w:r>
        <w:t>برٹش سائنسدان سر آرتھر ایڈنگٹن نے اس موضوع پر ایک کتاب لکھی ہے۔ اس کتاب کا نام ہے "سائنس اینڈ دا ان سین ورلڈ" بائے اے ایس ایڈنگٹن میکملن۔</w:t>
      </w:r>
    </w:p>
    <w:p>
      <w:r>
        <w:rPr>
          <w:b/>
        </w:rPr>
        <w:t xml:space="preserve">[15:04] </w:t>
      </w:r>
      <w:r>
        <w:t>haqiqat yeh hai ke is dunya mein hum jin cheezon ko dekhte hain, hum un ke sirf zahir ko dekhte hain. cheezon ki asal haqiqat hamare liye phir bhi ghair mashhood rehti hai.</w:t>
      </w:r>
    </w:p>
    <w:p>
      <w:pPr>
        <w:jc w:val="right"/>
      </w:pPr>
      <w:r>
        <w:t>حقیقت یہ ہے کہ اس دنیا میں ہم جن چیزوں کو دیکھتے ہیں، ہم ان کے صرف ظاہر کو دیکھتے ہیں۔ چیزوں کی اصل حقیقت ہمارے لیے پھر بھی غیر مشہود رہتی ہے۔</w:t>
      </w:r>
    </w:p>
    <w:p>
      <w:r>
        <w:rPr>
          <w:b/>
        </w:rPr>
        <w:t xml:space="preserve">[15:18] </w:t>
      </w:r>
      <w:r>
        <w:t>yahi muamla Khuda ka hai. Khuda apni zaat ke aitbar se bظahir ghair mashhood hai, lekin apni takhleeq ke aitbar se Khuda hamare liye mashhood ban jata hai.</w:t>
      </w:r>
    </w:p>
    <w:p>
      <w:pPr>
        <w:jc w:val="right"/>
      </w:pPr>
      <w:r>
        <w:t>یہی معاملہ خدا کا ہے۔ خدا اپنی ذات کے اعتبار سے بظاہر غیر مشہود ہے، لیکن اپنی تخلیق کے اعتبار سے خدا ہمارے لیے مشہود بن جاتا ہے۔</w:t>
      </w:r>
    </w:p>
    <w:p>
      <w:r>
        <w:rPr>
          <w:b/>
        </w:rPr>
        <w:t xml:space="preserve">[15:32] </w:t>
      </w:r>
      <w:r>
        <w:t>takhleeq ka maujood hona apne aap mein khalique ke maujood hone ka saboot hai. kainat itni zyada ba-ma'ni yani meaningful hai ke khalique ko mane baghair is ki tawjeeh saray se mumkin hi nahi.</w:t>
      </w:r>
    </w:p>
    <w:p>
      <w:pPr>
        <w:jc w:val="right"/>
      </w:pPr>
      <w:r>
        <w:t>تخلیق کا موجود ہونا اپنے آپ میں خالق کے موجود ہونے کا ثبوت ہے۔ کائنات اتنی زیادہ بامعنی یعنی میننگ فل ہے کہ خالق کو مانے بغیر اس کی توجیح سرے سے ممکن ہی نہیں۔</w:t>
      </w:r>
    </w:p>
    <w:p>
      <w:r>
        <w:rPr>
          <w:b/>
        </w:rPr>
        <w:t xml:space="preserve">[15:47] </w:t>
      </w:r>
      <w:r>
        <w:t>Allah Rabbul Alameen ka halat-e-ghaib mein hona ek aitbar se imtehan yani test ki maslehat ki bina par hai.</w:t>
      </w:r>
    </w:p>
    <w:p>
      <w:pPr>
        <w:jc w:val="right"/>
      </w:pPr>
      <w:r>
        <w:t>اللہ رب العالمین کا حالتِ غیب میں ہونا ایک اعتبار سے امتحان یعنی ٹیسٹ کی مصلحت کی بنا پر ہے۔</w:t>
      </w:r>
    </w:p>
    <w:p>
      <w:r>
        <w:rPr>
          <w:b/>
        </w:rPr>
        <w:t xml:space="preserve">[15:57] </w:t>
      </w:r>
      <w:r>
        <w:t>Allah agar ayanan dikhai de to imtehan ki maslehat khatm ho jayegi. Allah ghaib mein hai, isi liye is par iman hamare liye ek imtehani parcha yani test paper hai.</w:t>
      </w:r>
    </w:p>
    <w:p>
      <w:pPr>
        <w:jc w:val="right"/>
      </w:pPr>
      <w:r>
        <w:t>اللہ اگر عیانًا دکھائی دے تو امتحان کی مصلحت ختم ہو جائے گی۔ اللہ غیب میں ہے، اسی لیے اس پر ایمان ہمارے لیے ایک امتحانی پرچہ یعنی ٹیسٹ پیپر ہے۔</w:t>
      </w:r>
    </w:p>
    <w:p>
      <w:r>
        <w:rPr>
          <w:b/>
        </w:rPr>
        <w:t xml:space="preserve">[16:14] </w:t>
      </w:r>
      <w:r>
        <w:t>Allah agar shuhood mein hota to is par iman lana insan ke liye is ke imtehan ka parcha na banta.</w:t>
      </w:r>
    </w:p>
    <w:p>
      <w:pPr>
        <w:jc w:val="right"/>
      </w:pPr>
      <w:r>
        <w:t>اللہ اگر شہود میں ہوتا تو اس پر ایمان لانا انسان کے لیے اس کے امتحان کا پرچہ نہ بنتا۔</w:t>
      </w:r>
    </w:p>
    <w:p>
      <w:r>
        <w:rPr>
          <w:b/>
        </w:rPr>
        <w:t xml:space="preserve">[16:23] </w:t>
      </w:r>
      <w:r>
        <w:t>allah ka aur is se mutalliq imaniyat ka ghayb mein hona insan ke liye ek azeem nemat ki hesiyat rakhta hai, kyunke isi ki wajah se insan ke zehn mein ghore o fikr ka amal yaani process of thinking jari hota hai.</w:t>
      </w:r>
    </w:p>
    <w:p>
      <w:pPr>
        <w:jc w:val="right"/>
      </w:pPr>
      <w:r>
        <w:t>اللہ کا اور اس سے متعلق ایمانیات کا غیب میں ہونا انسان کے لیے ایک عظیم نعمت کی حیثیت رکھتا ہے، کیونکہ اسی کی وجہ سے انسان کے ذہن میں غور و فکر کا عمل یعنی پروسیس آف تھنکنگ جاری ہوتا ہے۔</w:t>
      </w:r>
    </w:p>
    <w:p>
      <w:r>
        <w:rPr>
          <w:b/>
        </w:rPr>
        <w:t xml:space="preserve">[16:43] </w:t>
      </w:r>
      <w:r>
        <w:t>isi ki bana par aisa hai ke hamare liye tadabbur ka ek kabhi na khatam hone wala maidan maujood hai.</w:t>
      </w:r>
    </w:p>
    <w:p>
      <w:pPr>
        <w:jc w:val="right"/>
      </w:pPr>
      <w:r>
        <w:t>اسی کی بنا پر ایسا ہے کہ ہمارے لیے تدبر کا ایک کبھی نہ ختم ہونے والا میدان موجود ہے۔</w:t>
      </w:r>
    </w:p>
    <w:p>
      <w:r>
        <w:rPr>
          <w:b/>
        </w:rPr>
        <w:t xml:space="preserve">[16:52] </w:t>
      </w:r>
      <w:r>
        <w:t>isi bana par aisa mumkin hota hai ke hum allah ko daryaft yaani discovery ke darje mein paein. isi bana par yeh mumkin hai ke khuda ki marifat hamare liye ek khud daryaft kardah haqeeqat yaani self discovered reality ho,</w:t>
      </w:r>
    </w:p>
    <w:p>
      <w:pPr>
        <w:jc w:val="right"/>
      </w:pPr>
      <w:r>
        <w:t>اسی بنا پر ایسا ممکن ہوتا ہے کہ ہم اللہ کو دریافت یعنی ڈسکوری کے درجے میں پائیں۔ اسی بنا پر یہ ممکن ہے کہ خدا کی معرفت ہمارے لیے ایک خود دریافت کردہ حقیقت یعنی سیلف ڈسکورڈ ریلیٹی ہو،</w:t>
      </w:r>
    </w:p>
    <w:p>
      <w:r>
        <w:rPr>
          <w:b/>
        </w:rPr>
        <w:t xml:space="preserve">[17:13] </w:t>
      </w:r>
      <w:r>
        <w:t>aur bilashuba yeh ek waqea hai ke khud daryaft kardah haqeeqat se ziyada badi koi aur cheez is duniya mein nahin.</w:t>
      </w:r>
    </w:p>
    <w:p>
      <w:pPr>
        <w:jc w:val="right"/>
      </w:pPr>
      <w:r>
        <w:t>اور بلاشبہ یہ ایک واقعہ ہے کہ خود دریافت کردہ حقیقت سے زیادہ بڑی کوئی اور چیز اس دنیا میں نہیں۔</w:t>
      </w:r>
    </w:p>
    <w:p>
      <w:r>
        <w:rPr>
          <w:b/>
        </w:rPr>
        <w:t xml:space="preserve">[17:23] </w:t>
      </w:r>
      <w:r>
        <w:t>allah ka aur is se mutalliq imaniyat ka insan ke liye ghayb mein hona insan ke liye zehni taraqqi yaani intellectual development ka ek la-mutnahi zariya yaani endless source ki hesiyat rakhta hai.</w:t>
      </w:r>
    </w:p>
    <w:p>
      <w:pPr>
        <w:jc w:val="right"/>
      </w:pPr>
      <w:r>
        <w:t>اللہ کا اور اس سے متعلق ایمانیات کا انسان کے لیے غیب میں ہونا انسان کے لیے ذہنی ترقی یعنی انٹلیکچول ڈیویلپمنٹ کا ایک لامتناہی ذریعہ یعنی اینڈ لیس سورس کی حیثیت رکھتا ہے۔</w:t>
      </w:r>
    </w:p>
    <w:p>
      <w:r>
        <w:rPr>
          <w:b/>
        </w:rPr>
        <w:t xml:space="preserve">[17:39] </w:t>
      </w:r>
      <w:r>
        <w:t>hidayat ke liye iman bilghayb ki shart koi tahakumi ya arbitrary shart nahin hai, balke woh insan jaisi makhlooq ke liye ek nihayat ma'qool shart hai.</w:t>
      </w:r>
    </w:p>
    <w:p>
      <w:pPr>
        <w:jc w:val="right"/>
      </w:pPr>
      <w:r>
        <w:t>ہدایت کے لیے ایمان بالغیب کی شرط کوئی تحکمی یا آربیٹریری شرط نہیں ہے، بلکہ وہ انسان جیسی مخلوق کے لیے ایک نہایت معقول شرط ہے۔</w:t>
      </w:r>
    </w:p>
    <w:p>
      <w:r>
        <w:rPr>
          <w:b/>
        </w:rPr>
        <w:t xml:space="preserve">[17:53] </w:t>
      </w:r>
      <w:r>
        <w:t>kisi bhi badi haqeeqat ko samajhne ke liye hamesha bedaar shaoor yaani awake mind darkaar hota hai. jis insan ka shaoor bedaar ho, wahi is qabil hota hai ke woh kisi badi haqeeqat ko samajh sake.</w:t>
      </w:r>
    </w:p>
    <w:p>
      <w:pPr>
        <w:jc w:val="right"/>
      </w:pPr>
      <w:r>
        <w:t>کسی بھی بڑی حقیقت کو سمجھنے کے لیے ہمیشہ بیدار شعور یعنی اویکن مائنڈ درکار ہوتا ہے۔ جس انسان کا شعور بیدار ہو، وہی اس قابل ہوتا ہے کہ وہ کسی بڑی حقیقت کو سمجھ سکے۔</w:t>
      </w:r>
    </w:p>
    <w:p>
      <w:r>
        <w:rPr>
          <w:b/>
        </w:rPr>
        <w:t xml:space="preserve">[18:10] </w:t>
      </w:r>
      <w:r>
        <w:t>khuda bilashuba sab se badi haqeeqat hai, is liye khuda par iman ya khuda ki marifat haqeeqi taur par sirf us insan ko hasil hogi jo mutala aur ghore o fikr ke zariye apne shaoor ko bedaar kar chuka ho.</w:t>
      </w:r>
    </w:p>
    <w:p>
      <w:pPr>
        <w:jc w:val="right"/>
      </w:pPr>
      <w:r>
        <w:t>خدا بلاشبہ سب سے بڑی حقیقت ہے، اس لیے خدا پر ایمان یا خدا کی معرفت حقیقی طور پر صرف اس انسان کو حاصل ہوگی جو مطالعہ اور غور و فکر کے ذریعے اپنے شعور کو بیدار کر چکا ہو۔</w:t>
      </w:r>
    </w:p>
    <w:p>
      <w:r>
        <w:rPr>
          <w:b/>
        </w:rPr>
        <w:t xml:space="preserve">[18:30] </w:t>
      </w:r>
      <w:r>
        <w:t>jis insan ka shaoor bedaar na ho, woh goya zehni andhe pan yaani intellectual blindness mein mubtala hai, aur bilashuba zehni andhe pan ke sath khawand e alam ki marifat kisi insan ko nahin mil sakti.</w:t>
      </w:r>
    </w:p>
    <w:p>
      <w:pPr>
        <w:jc w:val="right"/>
      </w:pPr>
      <w:r>
        <w:t>جس انسان کا شعور بیدار نہ ہو، وہ گویا ذہنی اندھے پن یعنی انٹلیکچول بلائنڈنس میں مبتلا ہے، اور بلاشبہ ذہنی اندھے پن کے ساتھ خداوند عالم کی معرفت کسی انسان کو نہیں مل سکتی۔</w:t>
      </w:r>
    </w:p>
    <w:p>
      <w:r>
        <w:rPr>
          <w:b/>
        </w:rPr>
        <w:t xml:space="preserve">[18:49] </w:t>
      </w:r>
      <w:r>
        <w:t>kainati ibadat: quran ki ek ayat yeh hai: وَسَخَّرَ لَكُمْ مَا فِي السَّمَاوَاتِ وَمَا فِي الْأَرْضِ جَمِيعًا مِنْهُ إِنَّ فِي ذَلِكَ لَآيَاتٍ لِقَوْمٍ يَتَفَكَّرُونَ yaani allah ne aasmanon aur zameen ki tamam cheezon ko tumhare liye musakhkhar kar diya, sab ko apni taraf se.</w:t>
      </w:r>
    </w:p>
    <w:p>
      <w:pPr>
        <w:jc w:val="right"/>
      </w:pPr>
      <w:r>
        <w:t>کائناتی عبادت: قرآن کی ایک آیت یہ ہے: وَسَخَّرَ لَكُمْ مَا فِي السَّمَاوَاتِ وَمَا فِي الْأَرْضِ جَمِيعًا مِنْهُ إِنَّ فِي ذَلِكَ لَآيَاتٍ لِقَوْمٍ يَتَفَكَّرُونَ یعنی اللہ نے آسمانوں اور زمین کی تمام چیزوں کو تمہارے لیے مسخر کر دیا، سب کو اپنی طرف سے۔</w:t>
      </w:r>
    </w:p>
    <w:p>
      <w:r>
        <w:rPr>
          <w:b/>
        </w:rPr>
        <w:t xml:space="preserve">[19:17] </w:t>
      </w:r>
      <w:r>
        <w:t>beshak is mein nishaniyan hain un logon ke liye jo ghore karte hain. quran ki is ayat se maloom hota hai ke sari kainat insan ke liye banai gayi hai.</w:t>
      </w:r>
    </w:p>
    <w:p>
      <w:pPr>
        <w:jc w:val="right"/>
      </w:pPr>
      <w:r>
        <w:t>بے شک اس میں نشانیاں ہیں ان لوگوں کے لیے جو غور کرتے ہیں۔ قرآن کی اس آیت سے معلوم ہوتا ہے کہ ساری کائنات انسان کے لیے بنائی گئی ہے۔</w:t>
      </w:r>
    </w:p>
    <w:p>
      <w:r>
        <w:rPr>
          <w:b/>
        </w:rPr>
        <w:t xml:space="preserve">[19:30] </w:t>
      </w:r>
      <w:r>
        <w:t>yahan yeh sawal hai ke is kainati taskheer ka maqsad kya hai? jaisa ke maloom hai, kainat ki wusat la-mehood had tak ziyada hai.</w:t>
      </w:r>
    </w:p>
    <w:p>
      <w:pPr>
        <w:jc w:val="right"/>
      </w:pPr>
      <w:r>
        <w:t>یہاں یہ سوال ہے کہ اس کائناتی تسخیر کا مقصد کیا ہے؟ جیسا کہ معلوم ہے، کائنات کی وسعت لامحدود حد تک زیادہ ہے۔</w:t>
      </w:r>
    </w:p>
    <w:p>
      <w:r>
        <w:rPr>
          <w:b/>
        </w:rPr>
        <w:t xml:space="preserve">[19:42] </w:t>
      </w:r>
      <w:r>
        <w:t>itni badi kainat insan ki rehaish gaah nahin ho sakti. yeh bhi namumkin hai ke insan itni badi kainat ko apna rizq banaye.</w:t>
      </w:r>
    </w:p>
    <w:p>
      <w:pPr>
        <w:jc w:val="right"/>
      </w:pPr>
      <w:r>
        <w:t>اتنی بڑی کائنات انسان کی رہائش گاہ نہیں ہو سکتی۔ یہ بھی ناممکن ہے کہ انسان اتنی بڑی کائنات کو اپنا رزق بنائے۔</w:t>
      </w:r>
    </w:p>
    <w:p>
      <w:r>
        <w:rPr>
          <w:b/>
        </w:rPr>
        <w:t xml:space="preserve">[19:53] </w:t>
      </w:r>
      <w:r>
        <w:t>phir is tarah kehne ka kya matlab hai ke sari kainat insan ke liye banai gayi hai? quran ki doosri ayaton, maslan surah al imran ke aakhri ruku ke mutalliq se maloom hota hai ke kainat is liye banai gayi hai taake insan is par ghore kare.</w:t>
      </w:r>
    </w:p>
    <w:p>
      <w:pPr>
        <w:jc w:val="right"/>
      </w:pPr>
      <w:r>
        <w:t>پھر اس طرح کہنے کا کیا مطلب ہے کہ ساری کائنات انسان کے لیے بنائی گئی ہے؟ قرآن کی دوسری آیتوں، مثلاً سورہ آل عمران کے آخری رکوع کے متعلق سے معلوم ہوتا ہے کہ کائنات اس لیے بنائی گئی ہے تاکہ انسان اس پر غور کرے۔</w:t>
      </w:r>
    </w:p>
    <w:p>
      <w:r>
        <w:rPr>
          <w:b/>
        </w:rPr>
        <w:t xml:space="preserve">[20:13] </w:t>
      </w:r>
      <w:r>
        <w:t>yeh ghore karna aql yaani aqal ke zariye hota hai, na ke kisi jismani amal ke zariye. quran ki doosri ayaton se maloom hota hai ke allah ki nishaniyan yaani science itni ziyada hain ke un ki koi ginti nahin ho sakti.</w:t>
      </w:r>
    </w:p>
    <w:p>
      <w:pPr>
        <w:jc w:val="right"/>
      </w:pPr>
      <w:r>
        <w:t>یہ غور کرنا لب یعنی عقل کے ذریعے ہوتا ہے، نہ کہ کسی جسمانی عمل کے ذریعے۔ قرآن کی دوسری آیتوں سے معلوم ہوتا ہے کہ اللہ کی نشانیاں یعنی سائنس اتنی زیادہ ہیں کہ ان کی کوئی گنتی نہیں ہو سکتی۔</w:t>
      </w:r>
    </w:p>
    <w:p>
      <w:r>
        <w:rPr>
          <w:b/>
        </w:rPr>
        <w:t xml:space="preserve">[20:33] </w:t>
      </w:r>
      <w:r>
        <w:t>yehi woh la-mehood kainati nishaniyan hain jin par aql se tadabbur kar ke insan apne rab ki kainati ibadat karta hai.</w:t>
      </w:r>
    </w:p>
    <w:p>
      <w:pPr>
        <w:jc w:val="right"/>
      </w:pPr>
      <w:r>
        <w:t>یہی وہ لامحدود کائناتی نشانیاں ہیں جن پر عقل سے تدبر کر کے انسان اپنے رب کی کائناتی عبادت کرتا ہے۔</w:t>
      </w:r>
    </w:p>
    <w:p>
      <w:r>
        <w:rPr>
          <w:b/>
        </w:rPr>
        <w:t xml:space="preserve">[20:44] </w:t>
      </w:r>
      <w:r>
        <w:t>yeh sirf insan hai jo yeh salahiyat rakhta hai ke woh kainati nishaniyon mein tadabbur yaani contemplation kare.</w:t>
      </w:r>
    </w:p>
    <w:p>
      <w:pPr>
        <w:jc w:val="right"/>
      </w:pPr>
      <w:r>
        <w:t>یہ صرف انسان ہے جو یہ صلاحیت رکھتا ہے کہ وہ کائناتی نشانیوں میں تدبر یعنی کنٹمپلیشن کرے۔</w:t>
      </w:r>
    </w:p>
    <w:p>
      <w:r>
        <w:rPr>
          <w:b/>
        </w:rPr>
        <w:t xml:space="preserve">[20:54] </w:t>
      </w:r>
      <w:r>
        <w:t>yeh tadabbur pehle riwayati framework mein kiya ja sakta tha, ab tadabbur ka yeh amal scientific framework mein karna mumkin ho gaya hai.</w:t>
      </w:r>
    </w:p>
    <w:p>
      <w:pPr>
        <w:jc w:val="right"/>
      </w:pPr>
      <w:r>
        <w:t>یہ تدبر پہلے روایتی فریم ورک میں کیا جا سکتا تھا، اب تدبر کا یہ عمل سائنسی فریم ورک میں کرنا ممکن ہو گیا ہے۔</w:t>
      </w:r>
    </w:p>
    <w:p>
      <w:r>
        <w:rPr>
          <w:b/>
        </w:rPr>
        <w:t xml:space="preserve">[21:06] </w:t>
      </w:r>
      <w:r>
        <w:t>is tarah insan allah ki be-paya azmat ko daryaft karta hai. woh allah se hubb-e-shadeed aur khauf-e-shadeed ka talluq qaim karta hai.</w:t>
      </w:r>
    </w:p>
    <w:p>
      <w:pPr>
        <w:jc w:val="right"/>
      </w:pPr>
      <w:r>
        <w:t>اس طرح انسان اللہ کی بے پایا عظمت کو دریافت کرتا ہے۔ وہ اللہ سے حب شدید اور خوف شدید کا تعلق قائم کرتا ہے۔</w:t>
      </w:r>
    </w:p>
    <w:p>
      <w:r>
        <w:rPr>
          <w:b/>
        </w:rPr>
        <w:t xml:space="preserve">[21:19] </w:t>
      </w:r>
      <w:r>
        <w:t>woh akhirat ki abadi jannat ko apne tasawwur mein lata hai. yehi tadabbur hai, aur isi tadabbur ko kainati ibadat kaha gaya hai.</w:t>
      </w:r>
    </w:p>
    <w:p>
      <w:pPr>
        <w:jc w:val="right"/>
      </w:pPr>
      <w:r>
        <w:t>وہ آخرت کی ابدی جنت کو اپنے تصور میں لاتا ہے۔ یہی تدبر ہے، اور اسی تدبر کو کائناتی عبادت کہا گیا ہے۔</w:t>
      </w:r>
    </w:p>
    <w:p>
      <w:r>
        <w:rPr>
          <w:b/>
        </w:rPr>
        <w:t xml:space="preserve">[21:31] </w:t>
      </w:r>
      <w:r>
        <w:t>sab se bada almiya insani tareekh ka, shayad sab se bada almiya ya tragedy yeh hai ke insan marifat-e-aala ke husool se mehroom raha.</w:t>
      </w:r>
    </w:p>
    <w:p>
      <w:pPr>
        <w:jc w:val="right"/>
      </w:pPr>
      <w:r>
        <w:t>سب سے بڑا المیہ انسانی تاریخ کا، شاید سب سے بڑا المیہ یا ٹریجڈی یہ ہے کہ انسان معرفتِ اعلیٰ کے حصول سے محروم رہا۔</w:t>
      </w:r>
    </w:p>
    <w:p>
      <w:r>
        <w:rPr>
          <w:b/>
        </w:rPr>
        <w:t xml:space="preserve">[21:44] </w:t>
      </w:r>
      <w:r>
        <w:t>khuda ki marifat ka zariya khuda ki takhleeqat mein ghore o fikr karna hai. jadeed scientific daur se pehle insan takhleeqat-e-ilahi ke baray mein bohat kam janta tha, chunache qadeem zamane mein marifat-e-aala tak pohnchne ke liye framework hi maujood na tha.</w:t>
      </w:r>
    </w:p>
    <w:p>
      <w:pPr>
        <w:jc w:val="right"/>
      </w:pPr>
      <w:r>
        <w:t>خدا کی معرفت کا ذریعہ خدا کی تخلیقات میں غور و فکر کرنا ہے۔ جدید سائنسی دور سے پہلے انسان تخلیقاتِ الہی کے بارے میں بہت کم جانتا تھا، چنانچہ قدیم زمانے میں معرفتِ اعلیٰ تک پہنچنے کے لیے فریم ورک ہی موجود نہ تھا۔</w:t>
      </w:r>
    </w:p>
    <w:p>
      <w:r>
        <w:rPr>
          <w:b/>
        </w:rPr>
        <w:t xml:space="preserve">[22:07] </w:t>
      </w:r>
      <w:r>
        <w:t>maujooda zamanay mein sainsi inqilab ke baad insaan ko aala framework hasil hua, jis ki peshgi khabar</w:t>
      </w:r>
    </w:p>
    <w:p>
      <w:pPr>
        <w:jc w:val="right"/>
      </w:pPr>
      <w:r>
        <w:t>موجودہ زمانے میں سائنسی انقلاب کے بعد انسان کو اعلیٰ فریم ورک حاصل ہوا، جس کی پیشگی خبر</w:t>
      </w:r>
    </w:p>
    <w:p>
      <w:r>
        <w:rPr>
          <w:b/>
        </w:rPr>
        <w:t xml:space="preserve">[22:16] </w:t>
      </w:r>
      <w:r>
        <w:t>Quran mein in alfaaz mein di gayi hai: sanurihim ayatina fil afaqi wa fi anfusihim hatta yatabayyana lahum</w:t>
      </w:r>
    </w:p>
    <w:p>
      <w:pPr>
        <w:jc w:val="right"/>
      </w:pPr>
      <w:r>
        <w:t>قرآن میں ان الفاظ میں دی گئی ہے: سنوریہم آیاتنا فی الآفاق و فی أنفسہم حتیٰ یتبین لہم</w:t>
      </w:r>
    </w:p>
    <w:p>
      <w:r>
        <w:rPr>
          <w:b/>
        </w:rPr>
        <w:t xml:space="preserve">[22:27] </w:t>
      </w:r>
      <w:r>
        <w:t>annahu al-haqq. Lekin maujooda zamanay mein jab yeh afaqi ya sainsi framework zahoor mein aaya to ayn</w:t>
      </w:r>
    </w:p>
    <w:p>
      <w:pPr>
        <w:jc w:val="right"/>
      </w:pPr>
      <w:r>
        <w:t>أنہ الحق لیکن موجودہ زمانے میں جب یہ آفاقی یا سائنسی فریم ورک ظہور میں آیا تو عین</w:t>
      </w:r>
    </w:p>
    <w:p>
      <w:r>
        <w:rPr>
          <w:b/>
        </w:rPr>
        <w:t xml:space="preserve">[22:36] </w:t>
      </w:r>
      <w:r>
        <w:t>isi waqt tamam dunya ke musalman siyasat radd-e-amal ke nateeje mein manfi soch ka shikar ho gaye.</w:t>
      </w:r>
    </w:p>
    <w:p>
      <w:pPr>
        <w:jc w:val="right"/>
      </w:pPr>
      <w:r>
        <w:t>اسی وقت تمام دنیا کے مسلمان سیاسی ردعمل کے نتیجے میں منفی سوچ کا شکار ہو گئے۔</w:t>
      </w:r>
    </w:p>
    <w:p>
      <w:r>
        <w:rPr>
          <w:b/>
        </w:rPr>
        <w:t xml:space="preserve">[22:46] </w:t>
      </w:r>
      <w:r>
        <w:t>is tarah woh musbat soch se mehroom rahe. qadeem zamane ke insan ke liye scientific framework na hone ki bina par marifat-e-aala tak pohnchna mushkil tha.</w:t>
      </w:r>
    </w:p>
    <w:p>
      <w:pPr>
        <w:jc w:val="right"/>
      </w:pPr>
      <w:r>
        <w:t>اس طرح وہ مثبت سوچ سے محروم رہے۔ قدیم زمانے کے انسان کے لیے سائنسی فریم ورک نہ ہونے کی بنا پر معرفتِ اعلیٰ تک پہنچنا مشکل تھا۔</w:t>
      </w:r>
    </w:p>
    <w:p>
      <w:r>
        <w:rPr>
          <w:b/>
        </w:rPr>
        <w:t xml:space="preserve">[22:58] </w:t>
      </w:r>
      <w:r>
        <w:t>maujooda zamane mein scientific framework ke zahoor ke bawajood insan marifat-e-aala tak nahin pohncha, aur is ka sabab yeh tha ke maujooda zamane ka insan musbat soch se mehroom ho gaya.</w:t>
      </w:r>
    </w:p>
    <w:p>
      <w:pPr>
        <w:jc w:val="right"/>
      </w:pPr>
      <w:r>
        <w:t>موجودہ زمانے میں سائنسی فریم ورک کے ظہور کے باوجود انسان معرفتِ اعلیٰ تک نہیں پہنچا، اور اس کا سبب یہ تھا کہ موجودہ زمانے کا انسان مثبت سوچ سے محروم ہو گیا۔</w:t>
      </w:r>
    </w:p>
    <w:p>
      <w:r>
        <w:rPr>
          <w:b/>
        </w:rPr>
        <w:t xml:space="preserve">[23:13] </w:t>
      </w:r>
      <w:r>
        <w:t>yeh bilashubah insaan ki sab se bari mehroomi thi. Allah ki marifat-e-aala kisi insaan ke liye sab se bari nemat hai.</w:t>
      </w:r>
    </w:p>
    <w:p>
      <w:pPr>
        <w:jc w:val="right"/>
      </w:pPr>
      <w:r>
        <w:t>یہ بلاشبہ انسان کی سب سے بڑی محرومی تھی۔ اللہ کی معرفتِ اعلیٰ کسی انسان کے لیے سب سے بڑی نعمت ہے۔</w:t>
      </w:r>
    </w:p>
    <w:p>
      <w:r>
        <w:rPr>
          <w:b/>
        </w:rPr>
        <w:t xml:space="preserve">[23:23] </w:t>
      </w:r>
      <w:r>
        <w:t>Har insaan ke liye yeh mumkin hai ke woh marifat-e-aala tak pohnch sake, lekin is ki shart yeh hai ke woh apne aap ko manfi soch se mukammal taur par bachaye.</w:t>
      </w:r>
    </w:p>
    <w:p>
      <w:pPr>
        <w:jc w:val="right"/>
      </w:pPr>
      <w:r>
        <w:t>ہر انسان کے لیے یہ ممکن ہے کہ وہ معرفتِ اعلیٰ تک پہنچ سکے، لیکن اس کی شرط یہ ہے کہ وہ اپنے آپ کو منفی سوچ سے مکمل طور پر بچائے۔</w:t>
      </w:r>
    </w:p>
    <w:p>
      <w:r>
        <w:rPr>
          <w:b/>
        </w:rPr>
        <w:t xml:space="preserve">[23:36] </w:t>
      </w:r>
      <w:r>
        <w:t>Woh har haal mein musbat soch mein jeene wala bane. Jo log is shart ko poora karein, woh yaqeenan marifat-e-aala tak pohnchne mein kamyab honge.</w:t>
      </w:r>
    </w:p>
    <w:p>
      <w:pPr>
        <w:jc w:val="right"/>
      </w:pPr>
      <w:r>
        <w:t>وہ ہر حال میں مثبت سوچ میں جینے والا بنے۔ جو لوگ اس شرط کو پورا کریں، وہ یقیناً معرفتِ اعلیٰ تک پہنچنے میں کامیاب ہوں گے۔</w:t>
      </w:r>
    </w:p>
    <w:p>
      <w:r>
        <w:rPr>
          <w:b/>
        </w:rPr>
        <w:t xml:space="preserve">[23:49] </w:t>
      </w:r>
      <w:r>
        <w:t>Yeh tareekh ka almiya hai ke beshtar insaan kisi na kisi baat ko le kar manfi soch ka shikar ho gaye. Woh musbat soch yaani positive thinking par qaim na reh sake.</w:t>
      </w:r>
    </w:p>
    <w:p>
      <w:pPr>
        <w:jc w:val="right"/>
      </w:pPr>
      <w:r>
        <w:t>یہ تاریخ کا المیہ ہے کہ بیشتر انسان کسی نہ کسی بات کو لے کر منفی سوچ کا شکار ہو گئے۔ وہ مثبت سوچ یعنی پازیٹیو تھنکنگ پر قائم نہ رہ سکے۔</w:t>
      </w:r>
    </w:p>
    <w:p>
      <w:r>
        <w:rPr>
          <w:b/>
        </w:rPr>
        <w:t xml:space="preserve">[24:02] </w:t>
      </w:r>
      <w:r>
        <w:t>Is bana par woh marifat ka ba'iya yaani container nahi bane. Marifat-e-aala se mehroomi ki yahi sab se bari wajah hai.</w:t>
      </w:r>
    </w:p>
    <w:p>
      <w:pPr>
        <w:jc w:val="right"/>
      </w:pPr>
      <w:r>
        <w:t>اس بنا پر وہ معرفت کا بعایہ یعنی کنٹینر نہیں بنے۔ معرفتِ اعلیٰ سے محرومی کی یہی سب سے بڑی وجہ ہے۔</w:t>
      </w:r>
    </w:p>
    <w:p>
      <w:r>
        <w:rPr>
          <w:b/>
        </w:rPr>
        <w:t xml:space="preserve">[24:12] </w:t>
      </w:r>
      <w:r>
        <w:t>Nature worship tawheed kya hai? Is ka zikr Quran ki ek ayat mein in alfaaz mein kiya gaya</w:t>
      </w:r>
    </w:p>
    <w:p>
      <w:pPr>
        <w:jc w:val="right"/>
      </w:pPr>
      <w:r>
        <w:t>نیچر ورشپ توحید کیا ہے؟ اس کا ذکر قرآن کی ایک آیت میں ان الفاظ میں کیا گیا</w:t>
      </w:r>
    </w:p>
    <w:p>
      <w:r>
        <w:rPr>
          <w:b/>
        </w:rPr>
        <w:t xml:space="preserve">[24:20] </w:t>
      </w:r>
      <w:r>
        <w:t>hai: wa min ayatihi al-laylu wa al-naharu wa al-shamsu wa al-qamaru</w:t>
      </w:r>
    </w:p>
    <w:p>
      <w:pPr>
        <w:jc w:val="right"/>
      </w:pPr>
      <w:r>
        <w:t>ہے: ومن آياته الليل والنهار والشمس والقمر</w:t>
      </w:r>
    </w:p>
    <w:p>
      <w:r>
        <w:rPr>
          <w:b/>
        </w:rPr>
        <w:t xml:space="preserve">[24:27] </w:t>
      </w:r>
      <w:r>
        <w:t>la tasjudu lil shamsi wa la lil qamari wasjudu li Allah alladhi khalaqahunna</w:t>
      </w:r>
    </w:p>
    <w:p>
      <w:pPr>
        <w:jc w:val="right"/>
      </w:pPr>
      <w:r>
        <w:t>لا تسجدوا للشمس ولا للقمر واسجدوا لله الذي خلقهن</w:t>
      </w:r>
    </w:p>
    <w:p>
      <w:r>
        <w:rPr>
          <w:b/>
        </w:rPr>
        <w:t xml:space="preserve">[24:35] </w:t>
      </w:r>
      <w:r>
        <w:t>in kuntum iyyahu ta'budun. Ya'ni aur us ki nishaniyon mein se hai raat aur din aur suraj aur</w:t>
      </w:r>
    </w:p>
    <w:p>
      <w:pPr>
        <w:jc w:val="right"/>
      </w:pPr>
      <w:r>
        <w:t>إن كنتم إياه تعبدون یعنی اور اس کی نشانیوں میں سے ہے رات اور دن اور سورج اور</w:t>
      </w:r>
    </w:p>
    <w:p>
      <w:r>
        <w:rPr>
          <w:b/>
        </w:rPr>
        <w:t xml:space="preserve">[24:44] </w:t>
      </w:r>
      <w:r>
        <w:t>chaand.</w:t>
      </w:r>
    </w:p>
    <w:p>
      <w:pPr>
        <w:jc w:val="right"/>
      </w:pPr>
      <w:r>
        <w:t>چاند۔</w:t>
      </w:r>
    </w:p>
    <w:p>
      <w:r>
        <w:rPr>
          <w:b/>
        </w:rPr>
        <w:t xml:space="preserve">[24:45] </w:t>
      </w:r>
      <w:r>
        <w:t>Tum suraj aur chand ko sajda na karo, balke us Allah ko sajda karo jis ne in sab ko paida kiya. Agar tum usi ki ibadat karne wale ho.</w:t>
      </w:r>
    </w:p>
    <w:p>
      <w:pPr>
        <w:jc w:val="right"/>
      </w:pPr>
      <w:r>
        <w:t>تم سورج اور چاند کو سجدہ نہ کرو، بلکہ اس اللہ کو سجدہ کرو جس نے ان سب کو پیدا کیا۔ اگر تم اسی کی عبادت کرنے والے ہو۔</w:t>
      </w:r>
    </w:p>
    <w:p>
      <w:r>
        <w:rPr>
          <w:b/>
        </w:rPr>
        <w:t xml:space="preserve">[24:56] </w:t>
      </w:r>
      <w:r>
        <w:t>Qadeem zamane mein nature worship ka riwaj chhaya hua tha. Nature worship ke culture mein qadeem insaan itna zyada mashhoor ho gaya tha ke woh paighambaron ki lambi koshish ke bawajood is ke sahar se na nikal saka.</w:t>
      </w:r>
    </w:p>
    <w:p>
      <w:pPr>
        <w:jc w:val="right"/>
      </w:pPr>
      <w:r>
        <w:t>قدیم زمانے میں نیچر ورشپ کا رواج چھایا ہوا تھا۔ نیچر ورشپ کے کلچر میں قدیم انسان اتنا زیادہ مشہور ہو گیا تھا کہ وہ پیغمبروں کی لمبی کوشش کے باوجود اس کے سحر سے نہ نکل سکا۔</w:t>
      </w:r>
    </w:p>
    <w:p>
      <w:r>
        <w:rPr>
          <w:b/>
        </w:rPr>
        <w:t xml:space="preserve">[25:14] </w:t>
      </w:r>
      <w:r>
        <w:t>Is manfi tajrube ke baad Allah ke hukum ke mutabiq paighambar Ibrahim (AS) ne ek naya mansooba banaya.</w:t>
      </w:r>
    </w:p>
    <w:p>
      <w:pPr>
        <w:jc w:val="right"/>
      </w:pPr>
      <w:r>
        <w:t>اس منفی تجربے کے بعد اللہ کے حکم کے مطابق پیغمبر ابراہیم علیہ السلام نے ایک نیا منصوبہ بنایا۔</w:t>
      </w:r>
    </w:p>
    <w:p>
      <w:r>
        <w:rPr>
          <w:b/>
        </w:rPr>
        <w:t xml:space="preserve">[25:24] </w:t>
      </w:r>
      <w:r>
        <w:t>Woh mansooba yeh tha ke khusoosi tarbiyat ke zariye ek nayi qaum banai jaye jo apni fitrat par qaim ho.</w:t>
      </w:r>
    </w:p>
    <w:p>
      <w:pPr>
        <w:jc w:val="right"/>
      </w:pPr>
      <w:r>
        <w:t>وہ منصوبہ یہ تھا کہ خصوصی تربیت کے ذریعے ایک نئی قوم بنائی جائے جو اپنی فطرت پر قائم ہو۔</w:t>
      </w:r>
    </w:p>
    <w:p>
      <w:r>
        <w:rPr>
          <w:b/>
        </w:rPr>
        <w:t xml:space="preserve">[25:33] </w:t>
      </w:r>
      <w:r>
        <w:t>Woh mansooba yeh tha ke Hazrat Ibrahim Iraq ko chhod kar is sehrai maqam par jayein jahan ab Makkah abad hai, aur yahan apne bete Ismail aur apni biwi Hajra ko abad karein.</w:t>
      </w:r>
    </w:p>
    <w:p>
      <w:pPr>
        <w:jc w:val="right"/>
      </w:pPr>
      <w:r>
        <w:t>وہ منصوبہ یہ تھا کہ حضرت ابراہیم عراق کو چھوڑ کر اس صحرائی مقام پر جائیں جہاں اب مکہ آباد ہے، اور یہاں اپنے بیٹے اسماعیل اور اپنی بیوی ہاجرہ کو آباد کریں۔</w:t>
      </w:r>
    </w:p>
    <w:p>
      <w:r>
        <w:rPr>
          <w:b/>
        </w:rPr>
        <w:t xml:space="preserve">[25:48] </w:t>
      </w:r>
      <w:r>
        <w:t>yeh maqam is zamane mein nature worship ke mahol se bohat door tha.</w:t>
      </w:r>
    </w:p>
    <w:p>
      <w:pPr>
        <w:jc w:val="right"/>
      </w:pPr>
      <w:r>
        <w:t>یہ مقام اس زمانے میں نیچر ورشپ کے ماحول سے بہت دور تھا۔</w:t>
      </w:r>
    </w:p>
    <w:p>
      <w:r>
        <w:rPr>
          <w:b/>
        </w:rPr>
        <w:t xml:space="preserve">[25:54] </w:t>
      </w:r>
      <w:r>
        <w:t>is haqeeqat ka zikr peghambar ibrahim alaihissalam ki dua mein in alfaaz mein milta hai: rab-e-aj'al</w:t>
      </w:r>
    </w:p>
    <w:p>
      <w:pPr>
        <w:jc w:val="right"/>
      </w:pPr>
      <w:r>
        <w:t>اس حقیقت کا ذکر پیغمبر ابراہیم علیہ السلام کی دعا میں ان الفاظ میں ملتا ہے: رب اجعل</w:t>
      </w:r>
    </w:p>
    <w:p>
      <w:r>
        <w:rPr>
          <w:b/>
        </w:rPr>
        <w:t xml:space="preserve">[26:01] </w:t>
      </w:r>
      <w:r>
        <w:t>haza al-balada aaminan waj-anibni wa bani an nabud-al-asnam rabbi innahun adallana katheeran min an-nas yaani aye mere rab,</w:t>
      </w:r>
    </w:p>
    <w:p>
      <w:pPr>
        <w:jc w:val="right"/>
      </w:pPr>
      <w:r>
        <w:t>هذا البلد آمنًا واجنبني وبني أن نعبد الأصنام ربي إنهن أضللنا كثيرًا من الناس یعنی اے میرے رب،</w:t>
      </w:r>
    </w:p>
    <w:p>
      <w:r>
        <w:rPr>
          <w:b/>
        </w:rPr>
        <w:t xml:space="preserve">[26:15] </w:t>
      </w:r>
      <w:r>
        <w:t>is shehar ko aman wala bana aur mujh ko aur meri aulaad ko is se door rakh ke</w:t>
      </w:r>
    </w:p>
    <w:p>
      <w:pPr>
        <w:jc w:val="right"/>
      </w:pPr>
      <w:r>
        <w:t>اس شہر کو امن والا بنا اور مجھ کو اور میری اولاد کو اس سے دور رکھ کہ</w:t>
      </w:r>
    </w:p>
    <w:p>
      <w:r>
        <w:rPr>
          <w:b/>
        </w:rPr>
        <w:t xml:space="preserve">[26:22] </w:t>
      </w:r>
      <w:r>
        <w:t>hum buton ki ibadat karein.</w:t>
      </w:r>
    </w:p>
    <w:p>
      <w:pPr>
        <w:jc w:val="right"/>
      </w:pPr>
      <w:r>
        <w:t>ہم بتوں کی عبادت کریں۔</w:t>
      </w:r>
    </w:p>
    <w:p>
      <w:r>
        <w:rPr>
          <w:b/>
        </w:rPr>
        <w:t xml:space="preserve">[26:25] </w:t>
      </w:r>
      <w:r>
        <w:t>Aye mere rab, in buton ne bohat logon ko gumrah kar diya. Yeh nature worship us waqt poori tarah khatm ho gayi jabke science ki tehqiqat ne yeh sabit kiya ke nature amil nahi hai balke woh ma'mool hai.</w:t>
      </w:r>
    </w:p>
    <w:p>
      <w:pPr>
        <w:jc w:val="right"/>
      </w:pPr>
      <w:r>
        <w:t>اے میرے رب، ان بتوں نے بہت لوگوں کو گمراہ کر دیا۔ یہ نیچر ورشپ اس وقت پوری طرح ختم ہو گئی جبکہ سائنس کی تحقیقات نے یہ ثابت کیا کہ نیچر عامل نہیں ہے بلکہ وہ معمول ہے۔</w:t>
      </w:r>
    </w:p>
    <w:p>
      <w:r>
        <w:rPr>
          <w:b/>
        </w:rPr>
        <w:t xml:space="preserve">[26:41] </w:t>
      </w:r>
      <w:r>
        <w:t>Yaani nature ya fitrat kisi bari taqat ke control mein hai, is ki apni koi taqat nahi. Is tehqiq ne nature ko ma'boodiyat ke maqam se abadi taur par hata diya.</w:t>
      </w:r>
    </w:p>
    <w:p>
      <w:pPr>
        <w:jc w:val="right"/>
      </w:pPr>
      <w:r>
        <w:t>یعنی نیچر یا فطرت کسی بڑی طاقت کے کنٹرول میں ہے، اس کی اپنی کوئی طاقت نہیں۔ اس تحقیق نے نیچر کو معبودیت کے مقام سے ابدی طور پر ہٹا دیا۔</w:t>
      </w:r>
    </w:p>
    <w:p>
      <w:r>
        <w:rPr>
          <w:b/>
        </w:rPr>
        <w:t xml:space="preserve">[26:56] </w:t>
      </w:r>
      <w:r>
        <w:t>Kainat par control: Quran ki pehli ayat yeh hai: Alhamdu lillahi Rabbil 'alamin yaani sari hamd Allah Rabbil 'alamin ke liye hai.</w:t>
      </w:r>
    </w:p>
    <w:p>
      <w:pPr>
        <w:jc w:val="right"/>
      </w:pPr>
      <w:r>
        <w:t>کائنات پر کنٹرول: قرآن کی پہلی آیت یہ ہے: الحمد لله رب العالمين یعنی ساری حمد اللہ رب العالمین کے لیے ہے۔</w:t>
      </w:r>
    </w:p>
    <w:p>
      <w:r>
        <w:rPr>
          <w:b/>
        </w:rPr>
        <w:t xml:space="preserve">[27:07] </w:t>
      </w:r>
      <w:r>
        <w:t>Yeh darasal woh kalma hai jo aadmi ki zuban se is waqt be ikhtiyarana taur par nikal padta hai jabke woh kainat ka mushahida kare.</w:t>
      </w:r>
    </w:p>
    <w:p>
      <w:pPr>
        <w:jc w:val="right"/>
      </w:pPr>
      <w:r>
        <w:t>یہ دراصل وہ کلمہ ہے جو آدمی کی زبان سے اس وقت بے اختیارانہ طور پر نکل پڑتا ہے جبکہ وہ کائنات کا مشاہدہ کرے۔</w:t>
      </w:r>
    </w:p>
    <w:p>
      <w:r>
        <w:rPr>
          <w:b/>
        </w:rPr>
        <w:t xml:space="preserve">[27:19] </w:t>
      </w:r>
      <w:r>
        <w:t>Doorbeen mushahida batata hai ke kainat na qabil-e-qayas had tak wasee' aur azeem hai. Dusri taraf, khurdbeen mutala batata hai ke na qabil-e-mushahida kainat bhi itna hi zyada azeem hai jitna ke qabil-e-mushahida kainat.</w:t>
      </w:r>
    </w:p>
    <w:p>
      <w:pPr>
        <w:jc w:val="right"/>
      </w:pPr>
      <w:r>
        <w:t>دوربینی مشاہدہ بتاتا ہے کہ کائنات ناقابلِ قیاس حد تک وسیع اور عظیم ہے۔ دوسری طرف، خور بینی مطالعہ بتاتا ہے کہ ناقابلِ مشاہدہ کائنات بھی اتنا ہی زیادہ عظیم ہے جتنا کہ قابلِ مشاہدہ کائنات۔</w:t>
      </w:r>
    </w:p>
    <w:p>
      <w:r>
        <w:rPr>
          <w:b/>
        </w:rPr>
        <w:t xml:space="preserve">[27:40] </w:t>
      </w:r>
      <w:r>
        <w:t>Sari taraqqiyon ke bawajood, abhi tak insaan na kainat ki was'aton ka andaza kar saka hai aur na woh kainat ki azmaton ko daryaft karne mein kamyab ho saka hai.</w:t>
      </w:r>
    </w:p>
    <w:p>
      <w:pPr>
        <w:jc w:val="right"/>
      </w:pPr>
      <w:r>
        <w:t>ساری ترقیوں کے باوجود، ابھی تک انسان نہ کائنات کی وسعتوں کا اندازہ کر سکا ہے اور نہ وہ کائنات کی عظمتوں کو دریافت کرنے میں کامیاب ہو سکا ہے۔</w:t>
      </w:r>
    </w:p>
    <w:p>
      <w:r>
        <w:rPr>
          <w:b/>
        </w:rPr>
        <w:t xml:space="preserve">[27:53] </w:t>
      </w:r>
      <w:r>
        <w:t>Yeh wasee' aur azeem kainat musalsal taur par mutharrik hai. Is ke andar har lamha intehai ba'mani qism ki sar'garmiyan yaani meaningful activities jari hain.</w:t>
      </w:r>
    </w:p>
    <w:p>
      <w:pPr>
        <w:jc w:val="right"/>
      </w:pPr>
      <w:r>
        <w:t>یہ وسیع اور عظیم کائنات مسلسل طور پر متحرک ہے۔ اس کے اندر ہر لمحہ انتہائی بامعنی قسم کی سرگرمیاں یعنی meaningful activities جاری ہیں۔</w:t>
      </w:r>
    </w:p>
    <w:p>
      <w:r>
        <w:rPr>
          <w:b/>
        </w:rPr>
        <w:t xml:space="preserve">[28:08] </w:t>
      </w:r>
      <w:r>
        <w:t>Mutala mazeed batata hai ke yeh ataha kainat mukammal taur par ek be-nuqs kainat ya faultless universe hai.</w:t>
      </w:r>
    </w:p>
    <w:p>
      <w:pPr>
        <w:jc w:val="right"/>
      </w:pPr>
      <w:r>
        <w:t>مطالعہ مزید بتاتا ہے کہ یہ اتھا کائنات مکمل طور پر ایک بے نقص کائنات یا faultless universe ہے۔</w:t>
      </w:r>
    </w:p>
    <w:p>
      <w:r>
        <w:rPr>
          <w:b/>
        </w:rPr>
        <w:t xml:space="preserve">[28:18] </w:t>
      </w:r>
      <w:r>
        <w:t>Be-nuqs halat mein kainat ka is tarah qaim rehna sirf is waqt mumkin hai jabke is nizam mein koi adna taghayur yaani alteration na aaye.</w:t>
      </w:r>
    </w:p>
    <w:p>
      <w:pPr>
        <w:jc w:val="right"/>
      </w:pPr>
      <w:r>
        <w:t>بے نقص حالت میں کائنات کا اس طرح قائم رہنا صرف اس وقت ممکن ہے جبکہ اس نظام میں کوئی ادنیٰ تغیر یعنی alteration نہ آئے۔</w:t>
      </w:r>
    </w:p>
    <w:p>
      <w:r>
        <w:rPr>
          <w:b/>
        </w:rPr>
        <w:t xml:space="preserve">[28:31] </w:t>
      </w:r>
      <w:r>
        <w:t>Kainat ke andar ek adna taghayur bhi is ke poore nizam ko darham barham kar sakta hai. Jadeed mutala batata hai ke kainat na qabil-e-qayas had tak wasee' hone ke bawajood aakhri had tak ek ham'ahang yaani harmonious kainat hai.</w:t>
      </w:r>
    </w:p>
    <w:p>
      <w:pPr>
        <w:jc w:val="right"/>
      </w:pPr>
      <w:r>
        <w:t>کائنات کے اندر ایک ادنیٰ تغیر بھی اس کے پورے نظام کو درہم برہم کر سکتا ہے۔ جدید مطالعہ بتاتا ہے کہ کائنات ناقابلِ قیاس حد تک وسیع ہونے کے باوجود آخری حد تک ایک ہم آہنگ یعنی harmonious کائنات ہے۔</w:t>
      </w:r>
    </w:p>
    <w:p>
      <w:r>
        <w:rPr>
          <w:b/>
        </w:rPr>
        <w:t xml:space="preserve">[28:52] </w:t>
      </w:r>
      <w:r>
        <w:t>Woh mukammal taur par ek waahid force se control ho rahi hai. Is ke tamam ajza' ek doosre se kamil taur par jude hue hain.</w:t>
      </w:r>
    </w:p>
    <w:p>
      <w:pPr>
        <w:jc w:val="right"/>
      </w:pPr>
      <w:r>
        <w:t>وہ مکمل طور پر ایک واحد force سے کنٹرول ہو رہی ہے۔ اس کے تمام اجزاء ایک دوسرے سے کامل طور پر جڑے ہوئے ہیں۔</w:t>
      </w:r>
    </w:p>
    <w:p>
      <w:r>
        <w:rPr>
          <w:b/>
        </w:rPr>
        <w:t xml:space="preserve">[29:03] </w:t>
      </w:r>
      <w:r>
        <w:t>Kainat ki is 'alami ham'ahangi par tamam scientists hairaan hain. Un ki samajh mein nahi aata ke is ghair ma'mooli ham'ahangi ki tawjeeh kis tarah ki jaye.</w:t>
      </w:r>
    </w:p>
    <w:p>
      <w:pPr>
        <w:jc w:val="right"/>
      </w:pPr>
      <w:r>
        <w:t>کائنات کی اس عالمی ہم آہنگی پر تمام سائنسدان حیرت زدہ ہیں۔ ان کی سمجھ میں نہیں آتا کہ اس غیر معمولی ہم آہنگی کی توجیح کس طرح کی جائے۔</w:t>
      </w:r>
    </w:p>
    <w:p>
      <w:r>
        <w:rPr>
          <w:b/>
        </w:rPr>
        <w:t xml:space="preserve">[29:16] </w:t>
      </w:r>
      <w:r>
        <w:t>Kainat ke andar yeh be-panah nizam is baat ka saboot hai ke yeh kainat ek qadir-e-mutlaq Khuda ke zair-e-intizam hai.</w:t>
      </w:r>
    </w:p>
    <w:p>
      <w:pPr>
        <w:jc w:val="right"/>
      </w:pPr>
      <w:r>
        <w:t>کائنات کے اندر یہ بے پناہ نظم اس بات کا ثبوت ہے کہ یہ کائنات ایک قادر مطلق خدا کے زیرِ انتظام ہے۔</w:t>
      </w:r>
    </w:p>
    <w:p>
      <w:r>
        <w:rPr>
          <w:b/>
        </w:rPr>
        <w:t xml:space="preserve">[29:27] </w:t>
      </w:r>
      <w:r>
        <w:t>agar aisa na ho to poori kainat aik lamhe ke andar muntashir ho kar reh jae. kainat ke andar yeh kamil ham-aahangi sirf us waqt mumkin hai jabkeh is ka nazim apne andar qudrat-e-kamilah ki sifat rakhta ho.</w:t>
      </w:r>
    </w:p>
    <w:p>
      <w:pPr>
        <w:jc w:val="right"/>
      </w:pPr>
      <w:r>
        <w:t>اگر ایسا نہ ہو تو پوری کائنات ایک لمحے کے اندر منتشر ہو کر رہ جائے۔ کائنات کے اندر یہ کامل ہم آہنگی صرف اس وقت ممکن ہے جبکہ اس کا ناظم اپنے اندر قدرتِ کاملہ کی صفت رکھتا ہو۔</w:t>
      </w:r>
    </w:p>
    <w:p>
      <w:r>
        <w:rPr>
          <w:b/>
        </w:rPr>
        <w:t xml:space="preserve">[29:46] </w:t>
      </w:r>
      <w:r>
        <w:t>insan ki be-ikhtiyari: british scientist sir james jeans ne apni kitab "prasrar kainat: da mysterious universe" mein insan aur kainat ke ta'alluq ke bare mein likha hai.</w:t>
      </w:r>
    </w:p>
    <w:p>
      <w:pPr>
        <w:jc w:val="right"/>
      </w:pPr>
      <w:r>
        <w:t>انسان کی بے اختیاری: برٹش سائنسدان سر جیمز جینز نے اپنی کتاب "پراصرار کائنات: دا مسٹیریس یونیورس" میں انسان اور کائنات کے تعلق کے بارے میں لکھا ہے۔</w:t>
      </w:r>
    </w:p>
    <w:p>
      <w:r>
        <w:rPr>
          <w:b/>
        </w:rPr>
        <w:t xml:space="preserve">[30:02] </w:t>
      </w:r>
      <w:r>
        <w:t>aisa maloom hota hai ke insaan bhatak kar ek aisi duniya mein aa gaya hai jo is ke</w:t>
      </w:r>
    </w:p>
    <w:p>
      <w:pPr>
        <w:jc w:val="right"/>
      </w:pPr>
      <w:r>
        <w:t>ایسا معلوم ہوتا ہے کہ انسان بھٹک کر ایک ایسی دنیا میں آ گیا ہے جو اس کے</w:t>
      </w:r>
    </w:p>
    <w:p>
      <w:r>
        <w:rPr>
          <w:b/>
        </w:rPr>
        <w:t xml:space="preserve">[30:09] </w:t>
      </w:r>
      <w:r>
        <w:t>liye banai nahi gayi thi.</w:t>
      </w:r>
    </w:p>
    <w:p>
      <w:pPr>
        <w:jc w:val="right"/>
      </w:pPr>
      <w:r>
        <w:t>لیے بنائی نہیں گئی تھی۔</w:t>
      </w:r>
    </w:p>
    <w:p>
      <w:r>
        <w:rPr>
          <w:b/>
        </w:rPr>
        <w:t xml:space="preserve">[30:11] </w:t>
      </w:r>
      <w:r>
        <w:t>It appears that man has strayed in a world which was not made for him magar zyada sahih</w:t>
      </w:r>
    </w:p>
    <w:p>
      <w:pPr>
        <w:jc w:val="right"/>
      </w:pPr>
      <w:r>
        <w:t>It appears that man has strayed in a world which was not made for him مگر زیادہ صحیح</w:t>
      </w:r>
    </w:p>
    <w:p>
      <w:r>
        <w:rPr>
          <w:b/>
        </w:rPr>
        <w:t xml:space="preserve">[30:18] </w:t>
      </w:r>
      <w:r>
        <w:t>baat yeh hogi ke yeh kaha jaye ke insaan bhatak kar ek aisi duniya mein aa gaya hai</w:t>
      </w:r>
    </w:p>
    <w:p>
      <w:pPr>
        <w:jc w:val="right"/>
      </w:pPr>
      <w:r>
        <w:t>بات یہ ہوگی کہ یہ کہا جائے کہ انسان بھٹک کر ایک ایسی دنیا میں آ گیا ہے</w:t>
      </w:r>
    </w:p>
    <w:p>
      <w:r>
        <w:rPr>
          <w:b/>
        </w:rPr>
        <w:t xml:space="preserve">[30:26] </w:t>
      </w:r>
      <w:r>
        <w:t>jis ko is ne khud nahi banaya aur na woh is duniya ko control karne wala hai.</w:t>
      </w:r>
    </w:p>
    <w:p>
      <w:pPr>
        <w:jc w:val="right"/>
      </w:pPr>
      <w:r>
        <w:t>جس کو اس نے خود نہیں بنایا اور نہ وہ اس دنیا کو کنٹرول کرنے والا ہے۔</w:t>
      </w:r>
    </w:p>
    <w:p>
      <w:r>
        <w:rPr>
          <w:b/>
        </w:rPr>
        <w:t xml:space="preserve">[30:33] </w:t>
      </w:r>
      <w:r>
        <w:t>It appears that man has strayed in a world which was not made by him and nor is he its controller is duniya mein insan ka muamla bohat ajeeb hai.</w:t>
      </w:r>
    </w:p>
    <w:p>
      <w:pPr>
        <w:jc w:val="right"/>
      </w:pPr>
      <w:r>
        <w:t>It appears that man has strayed in a world which was not made by him and nor is he its controller اس دنیا میں انسان کا معاملہ بہت عجیب ہے۔</w:t>
      </w:r>
    </w:p>
    <w:p>
      <w:r>
        <w:rPr>
          <w:b/>
        </w:rPr>
        <w:t xml:space="preserve">[30:46] </w:t>
      </w:r>
      <w:r>
        <w:t>insan apne aap ko is duniya mein aik zinda wajood ki hesiyat se pata hai lekin yeh wajood aik atiya hai.</w:t>
      </w:r>
    </w:p>
    <w:p>
      <w:pPr>
        <w:jc w:val="right"/>
      </w:pPr>
      <w:r>
        <w:t>انسان اپنے آپ کو اس دنیا میں ایک زندہ وجود کی حیثیت سے پاتا ہے لیکن یہ وجود ایک عطیہ ہے۔</w:t>
      </w:r>
    </w:p>
    <w:p>
      <w:r>
        <w:rPr>
          <w:b/>
        </w:rPr>
        <w:t xml:space="preserve">[30:56] </w:t>
      </w:r>
      <w:r>
        <w:t>is ne khud apne aap ko wajood nahi bakhsha. insan ko sehatmand jism chahiye. sehatmand jism ho to woh bharpoor zindagi guzarta hai lekin sehatmand jism is ke apne bas mein nahi.</w:t>
      </w:r>
    </w:p>
    <w:p>
      <w:pPr>
        <w:jc w:val="right"/>
      </w:pPr>
      <w:r>
        <w:t>اس نے خود اپنے آپ کو وجود نہیں بخشا۔ انسان کو صحت مند جسم چاہیے۔ صحت مند جسم ہو تو وہ بھرپور زندگی گزارتا ہے لیکن صحت مند جسم اس کے اپنے بس میں نہیں۔</w:t>
      </w:r>
    </w:p>
    <w:p>
      <w:r>
        <w:rPr>
          <w:b/>
        </w:rPr>
        <w:t xml:space="preserve">[31:10] </w:t>
      </w:r>
      <w:r>
        <w:t>insan ko woh tamam cheezein chahiye jin ko life support system kaha jata hai. yeh system ho to insan kamyab zindagi guzarega lekin is system ko qaim karna is ke apne bas mein nahi.</w:t>
      </w:r>
    </w:p>
    <w:p>
      <w:pPr>
        <w:jc w:val="right"/>
      </w:pPr>
      <w:r>
        <w:t>انسان کو وہ تمام چیزیں چاہیے جن کو life support system کہا جاتا ہے۔ یہ سسٹم ہو تو انسان کامیاب زندگی گزارے گا لیکن اس سسٹم کو قائم کرنا اس کے اپنے بس میں نہیں۔</w:t>
      </w:r>
    </w:p>
    <w:p>
      <w:r>
        <w:rPr>
          <w:b/>
        </w:rPr>
        <w:t xml:space="preserve">[31:26] </w:t>
      </w:r>
      <w:r>
        <w:t>insan ko muafiq mausam darkar hai. muafiq mausam ho to insan aman o aafiyat ke sath zindagi guzarega lekin muafiq mausam ko qaim karna insan ke ikhtiyar mein nahi.</w:t>
      </w:r>
    </w:p>
    <w:p>
      <w:pPr>
        <w:jc w:val="right"/>
      </w:pPr>
      <w:r>
        <w:t>انسان کو موافق موسم درکار ہے۔ موافق موسم ہو تو انسان امن و عافیت کے ساتھ زندگی گزارے گا لیکن موافق موسم کو قائم کرنا انسان کے اختیار میں نہیں۔</w:t>
      </w:r>
    </w:p>
    <w:p>
      <w:r>
        <w:rPr>
          <w:b/>
        </w:rPr>
        <w:t xml:space="preserve">[31:41] </w:t>
      </w:r>
      <w:r>
        <w:t>insan apni khwahish ke mutabiq abdi zindagi chahta hai lekin har insan jo paida ho kar is duniya mein aata hai woh aik muqarrar waqt par mar jata hai.</w:t>
      </w:r>
    </w:p>
    <w:p>
      <w:pPr>
        <w:jc w:val="right"/>
      </w:pPr>
      <w:r>
        <w:t>انسان اپنی خواہش کے مطابق ابدی زندگی چاہتا ہے لیکن ہر انسان جو پیدا ہو کر اس دنیا میں آتا ہے وہ ایک مقرر وقت پر مر جاتا ہے۔</w:t>
      </w:r>
    </w:p>
    <w:p>
      <w:r>
        <w:rPr>
          <w:b/>
        </w:rPr>
        <w:t xml:space="preserve">[31:53] </w:t>
      </w:r>
      <w:r>
        <w:t>yeh insan ki taqat se bahar hai ke woh apne aap par maut ko ward hone se rok de. insan mukammal taur par aik zarooratmand hasti hai lekin apni zarooraton ki takmeel ke liye woh mukammal taur par aik kharji taqat ka mohtaj hai.</w:t>
      </w:r>
    </w:p>
    <w:p>
      <w:pPr>
        <w:jc w:val="right"/>
      </w:pPr>
      <w:r>
        <w:t>یہ انسان کی طاقت سے باہر ہے کہ وہ اپنے آپ پر موت کو وارد ہونے سے روک دے۔ انسان مکمل طور پر ایک ضرورت مند ہستی ہے لیکن اپنی ضرورتوں کی تکمیل کے لیے وہ مکمل طور پر ایک خارجی طاقت کا محتاج ہے۔</w:t>
      </w:r>
    </w:p>
    <w:p>
      <w:r>
        <w:rPr>
          <w:b/>
        </w:rPr>
        <w:t xml:space="preserve">[32:14] </w:t>
      </w:r>
      <w:r>
        <w:t>insani zindagi ka yeh pehlu be had qabil-e-ghor hai. insan apni takhleeq ke aitbar se kamil ma'non mein aik sahib-e-ikhtiyar makhlooq hai lekin isi ke sath is ka haal yeh hai ke woh apni kisi zaroorat ko khud pura karne par qadir nahi.</w:t>
      </w:r>
    </w:p>
    <w:p>
      <w:pPr>
        <w:jc w:val="right"/>
      </w:pPr>
      <w:r>
        <w:t>انسانی زندگی کا یہ پہلو بے حد قابلِ غور ہے۔ انسان اپنی تخلیق کے اعتبار سے کامل معنوں میں ایک صاحبِ اختیار مخلوق ہے لیکن اسی کے ساتھ اس کا حال یہ ہے کہ وہ اپنی کسی ضرورت کو خود پورا کرنے پر قادر نہیں۔</w:t>
      </w:r>
    </w:p>
    <w:p>
      <w:r>
        <w:rPr>
          <w:b/>
        </w:rPr>
        <w:t xml:space="preserve">[32:34] </w:t>
      </w:r>
      <w:r>
        <w:t>insan ki zindagi ke yeh do mutzad pehlu, two contradictory aspects, insan ko yeh sochne par majboor karte hain ke woh sanjeedgi ke sath ghor kar ke is muamle ki haqeeqat ko daryaft kare aur is daryaft ke mutabiq apni zindagi ki ta'meer ka naqsha banae.</w:t>
      </w:r>
    </w:p>
    <w:p>
      <w:pPr>
        <w:jc w:val="right"/>
      </w:pPr>
      <w:r>
        <w:t>انسان کی زندگی کے یہ دو متضاد پہلو، two contradictory aspects، انسان کو یہ سوچنے پر مجبور کرتے ہیں کہ وہ سنجیدگی کے ساتھ غور کر کے اس معاملے کی حقیقت کو دریافت کرے اور اس دریافت کے مطابق اپنی زندگی کی تعمیر کا نقشہ بنائے۔</w:t>
      </w:r>
    </w:p>
    <w:p>
      <w:r>
        <w:rPr>
          <w:b/>
        </w:rPr>
        <w:t xml:space="preserve">[32:57] </w:t>
      </w:r>
      <w:r>
        <w:t>insan ka tajruba is ko batata hai ke is duniya mein woh sirf aik panay wala yani taker hai aur doosri taraf koi hai jo sirf denay wala yani giver hai.</w:t>
      </w:r>
    </w:p>
    <w:p>
      <w:pPr>
        <w:jc w:val="right"/>
      </w:pPr>
      <w:r>
        <w:t>انسان کا تجربہ اس کو بتاتا ہے کہ اس دنیا میں وہ صرف ایک پانے والا یعنی taker ہے اور دوسری طرف کوئی ہے جو صرف دینے والا یعنی giver ہے۔</w:t>
      </w:r>
    </w:p>
    <w:p>
      <w:r>
        <w:rPr>
          <w:b/>
        </w:rPr>
        <w:t xml:space="preserve">[33:10] </w:t>
      </w:r>
      <w:r>
        <w:t>yeh nisbat insan ko majboor karti hai ke woh apni haqeeqat ke bare mein soche. woh apni zindagi ko haqeeqat-e-waqa ke mutabiq banae.</w:t>
      </w:r>
    </w:p>
    <w:p>
      <w:pPr>
        <w:jc w:val="right"/>
      </w:pPr>
      <w:r>
        <w:t>یہ نسبت انسان کو مجبور کرتی ہے کہ وہ اپنی حقیقت کے بارے میں سوچے۔ وہ اپنی زندگی کو حقیقتِ واقعہ کے مطابق بنائے۔</w:t>
      </w:r>
    </w:p>
    <w:p>
      <w:r>
        <w:rPr>
          <w:b/>
        </w:rPr>
        <w:t xml:space="preserve">[33:21] </w:t>
      </w:r>
      <w:r>
        <w:t>woh apne aap ko is maqam par rakhe jahan woh haqeeqatan hai aur doosri hasti ke liye is maqam ka aitraf kare jis ka woh haqdar hai.</w:t>
      </w:r>
    </w:p>
    <w:p>
      <w:pPr>
        <w:jc w:val="right"/>
      </w:pPr>
      <w:r>
        <w:t>وہ اپنے آپ کو اس مقام پر رکھے جہاں وہ حقیقتاً ہے اور دوسری ہستی کے لیے اس مقام کا اعتراف کرے جس کا وہ حقدار ہے۔</w:t>
      </w:r>
    </w:p>
    <w:p>
      <w:r>
        <w:rPr>
          <w:b/>
        </w:rPr>
        <w:t xml:space="preserve">[33:34] </w:t>
      </w:r>
      <w:r>
        <w:t>mukhtasar alfaaz mein yeh ke insan agar sanjeedgi ke sath apne har muamle par ghor karega to woh payega ke woh khud is duniya mein abd ke maqam par hai aur doosri hasti ma'bood ke maqam par.</w:t>
      </w:r>
    </w:p>
    <w:p>
      <w:pPr>
        <w:jc w:val="right"/>
      </w:pPr>
      <w:r>
        <w:t>مختصر الفاظ میں یہ کہ انسان اگر سنجیدگی کے ساتھ اپنے ہر معاملے پر غور کرے گا تو وہ پائے گا کہ وہ خود اس دنیا میں عبد کے مقام پر ہے اور دوسری ہستی معبود کے مقام پر۔</w:t>
      </w:r>
    </w:p>
    <w:p>
      <w:r>
        <w:rPr>
          <w:b/>
        </w:rPr>
        <w:t xml:space="preserve">[33:50] </w:t>
      </w:r>
      <w:r>
        <w:t>yahi daryaft insan ki kamyabi ka asal raaz hai. jo insan apni zehnni salahiyaton ko istemal kar ke is haqeeqat ko daryaft kar le, wohi insan insan hai.</w:t>
      </w:r>
    </w:p>
    <w:p>
      <w:pPr>
        <w:jc w:val="right"/>
      </w:pPr>
      <w:r>
        <w:t>یہی دریافت انسان کی کامیابی کا اصل راز ہے۔ جو انسان اپنی ذہنی صلاحیتوں کو استعمال کر کے اس حقیقت کو دریافت کر لے، وہی انسان انسان ہے۔</w:t>
      </w:r>
    </w:p>
    <w:p>
      <w:r>
        <w:rPr>
          <w:b/>
        </w:rPr>
        <w:t xml:space="preserve">[34:06] </w:t>
      </w:r>
      <w:r>
        <w:t>is ke liye tamam abdi kamyabiyaan muqaddar hain. is ke baraks, jo shakhs is haqeeqat ki daryaft mein nakaam rahe, woh insan ki soorat mein aik haiwan hai.</w:t>
      </w:r>
    </w:p>
    <w:p>
      <w:pPr>
        <w:jc w:val="right"/>
      </w:pPr>
      <w:r>
        <w:t>اس کے لیے تمام ابدی کامیابیاں مقدر ہیں۔ اس کے برعکس، جو شخص اس حقیقت کی دریافت میں ناکام رہے، وہ انسان کی صورت میں ایک حیوان ہے۔</w:t>
      </w:r>
    </w:p>
    <w:p>
      <w:r>
        <w:rPr>
          <w:b/>
        </w:rPr>
        <w:t xml:space="preserve">[34:20] </w:t>
      </w:r>
      <w:r>
        <w:t>is ke liye is duniya mein abdi khusran yani eternal loss ke siwa aur kuch nahi. jo shakhs is haqeeqat ko daryaft kar le, fitri taur par is ka response wohi hoga jis ka zikr quran ki ibtida mein in alfaaz mein aaya hai:</w:t>
      </w:r>
    </w:p>
    <w:p>
      <w:pPr>
        <w:jc w:val="right"/>
      </w:pPr>
      <w:r>
        <w:t>اس کے لیے اس دنیا میں ابدی خسران یعنی eternal loss کے سوا اور کچھ نہیں۔ جو شخص اس حقیقت کو دریافت کر لے، فطری طور پر اس کا response وہی ہوگا جس کا ذکر قرآن کی ابتداء میں ان الفاظ میں آیا ہے:</w:t>
      </w:r>
    </w:p>
    <w:p>
      <w:r>
        <w:rPr>
          <w:b/>
        </w:rPr>
        <w:t xml:space="preserve">[34:40] </w:t>
      </w:r>
      <w:r>
        <w:t>Alhamdulillah Rabbil 'alamin yani is bartar hasti ka shukr jo sare alam ka rab hai, jo insan ki tamam kamiyon ki talafi karne wala hai.</w:t>
      </w:r>
    </w:p>
    <w:p>
      <w:pPr>
        <w:jc w:val="right"/>
      </w:pPr>
      <w:r>
        <w:t>الحمد لله رب العالمين یعنی اس برتر ہستی کا شکر جو سارے عالم کا رب ہے، جو انسان کی تمام کمیوں کی تلافی کرنے والا ہے۔</w:t>
      </w:r>
    </w:p>
    <w:p>
      <w:r>
        <w:rPr>
          <w:b/>
        </w:rPr>
        <w:t xml:space="preserve">[34:53] </w:t>
      </w:r>
      <w:r>
        <w:t>yeh aitraf insan ke andar woh inqilab paida karega jabkeh is ke andar apne rab ke liye hub-e-shadeed aur khashiyat-e-shadeed paida ho jae.</w:t>
      </w:r>
    </w:p>
    <w:p>
      <w:pPr>
        <w:jc w:val="right"/>
      </w:pPr>
      <w:r>
        <w:t>یہ اعتراف انسان کے اندر وہ انقلاب پیدا کرے گا جبکہ اس کے اندر اپنے رب کے لیے حبِ شدید اور خشیتِ شدید پیدا ہو جائے۔</w:t>
      </w:r>
    </w:p>
    <w:p>
      <w:r>
        <w:rPr>
          <w:b/>
        </w:rPr>
        <w:t xml:space="preserve">[35:06] </w:t>
      </w:r>
      <w:r>
        <w:t>yahi woh fard hai jis ko quran mein momin kaha gaya hai. God particle. God particle kya hai? God particle ka matlab khudai zarra nahi.</w:t>
      </w:r>
    </w:p>
    <w:p>
      <w:pPr>
        <w:jc w:val="right"/>
      </w:pPr>
      <w:r>
        <w:t>یہی وہ فرد ہے جس کو قرآن میں مومن کہا گیا ہے۔ God particle. God particle کیا ہے؟ God particle کا مطلب خدائی ذرہ نہیں۔</w:t>
      </w:r>
    </w:p>
    <w:p>
      <w:r>
        <w:rPr>
          <w:b/>
        </w:rPr>
        <w:t xml:space="preserve">[35:18] </w:t>
      </w:r>
      <w:r>
        <w:t>God particle darasal aik scientific masle ki scientific tashreeh yani scientific description hai. God particle ka tasawwur darasal Khuda ka mashini badal yani mechanical substitute of God hai.</w:t>
      </w:r>
    </w:p>
    <w:p>
      <w:pPr>
        <w:jc w:val="right"/>
      </w:pPr>
      <w:r>
        <w:t>God particle دراصل ایک سائنسی مسئلے کی سائنسی تشریح یعنی scientific description ہے۔ God particle کا تصور دراصل خدا کا مشینی بدل یعنی mechanical substitute of God ہے۔</w:t>
      </w:r>
    </w:p>
    <w:p>
      <w:r>
        <w:rPr>
          <w:b/>
        </w:rPr>
        <w:t xml:space="preserve">[35:34] </w:t>
      </w:r>
      <w:r>
        <w:t>God particle ki daryaft ka barah-e-rast taur par mazhabi aqeeday se koi ta'alluq nahi. God particle: The standard model of physics is used by scientists to explain the building blocks of the universe.</w:t>
      </w:r>
    </w:p>
    <w:p>
      <w:pPr>
        <w:jc w:val="right"/>
      </w:pPr>
      <w:r>
        <w:t>God particle کی دریافت کا براہِ راست طور پر مذہبی عقیدے سے کوئی تعلق نہیں۔ God particle: The standard model of physics is used by scientists to explain the building blocks of the universe.</w:t>
      </w:r>
    </w:p>
    <w:p>
      <w:r>
        <w:rPr>
          <w:b/>
        </w:rPr>
        <w:t xml:space="preserve">[35:50] </w:t>
      </w:r>
      <w:r>
        <w:t>According to this model, the universe began with the Big Bang. The Big Bang theory is widely accepted within the scientific community.</w:t>
      </w:r>
    </w:p>
    <w:p>
      <w:pPr>
        <w:jc w:val="right"/>
      </w:pPr>
      <w:r>
        <w:t>According to this model, the universe began with the Big Bang. The Big Bang theory is widely accepted within the scientific community.</w:t>
      </w:r>
    </w:p>
    <w:p>
      <w:r>
        <w:rPr>
          <w:b/>
        </w:rPr>
        <w:t xml:space="preserve">[36:02] </w:t>
      </w:r>
      <w:r>
        <w:t>This theory states that</w:t>
      </w:r>
    </w:p>
    <w:p>
      <w:pPr>
        <w:jc w:val="right"/>
      </w:pPr>
      <w:r>
        <w:t>This theory states that</w:t>
      </w:r>
    </w:p>
    <w:p>
      <w:r>
        <w:rPr>
          <w:b/>
        </w:rPr>
        <w:t xml:space="preserve">[36:04] </w:t>
      </w:r>
      <w:r>
        <w:t>13.7 billion years ago, the universe was in the shape of a very dense and compact cosmic ball.</w:t>
      </w:r>
    </w:p>
    <w:p>
      <w:pPr>
        <w:jc w:val="right"/>
      </w:pPr>
      <w:r>
        <w:t>13.7 billion years ago, the universe was in the shape of a very dense and compact cosmic ball.</w:t>
      </w:r>
    </w:p>
    <w:p>
      <w:r>
        <w:rPr>
          <w:b/>
        </w:rPr>
        <w:t xml:space="preserve">[36:13] </w:t>
      </w:r>
      <w:r>
        <w:t>Then an explosion occurred in this compact ball, and all its constituents started flying apart with the speed of light</w:t>
      </w:r>
    </w:p>
    <w:p>
      <w:pPr>
        <w:jc w:val="right"/>
      </w:pPr>
      <w:r>
        <w:t>Then an explosion occurred in this compact ball, and all its constituents started flying apart with the speed of light</w:t>
      </w:r>
    </w:p>
    <w:p>
      <w:r>
        <w:rPr>
          <w:b/>
        </w:rPr>
        <w:t xml:space="preserve">[36:25] </w:t>
      </w:r>
      <w:r>
        <w:t>. All the particles released from this cosmic ball were drifting apart from each other at the speed of light, which is the maximum speed of any object in the universe.</w:t>
      </w:r>
    </w:p>
    <w:p>
      <w:pPr>
        <w:jc w:val="right"/>
      </w:pPr>
      <w:r>
        <w:t>. All the particles released from this cosmic ball were drifting apart from each other at the speed of light, which is the maximum speed of any object in the universe.</w:t>
      </w:r>
    </w:p>
    <w:p>
      <w:r>
        <w:rPr>
          <w:b/>
        </w:rPr>
        <w:t xml:space="preserve">[36:40] </w:t>
      </w:r>
      <w:r>
        <w:t>Everything in the universe is made up of atoms. These atoms are, in turn, made up of electrons and protons.</w:t>
      </w:r>
    </w:p>
    <w:p>
      <w:pPr>
        <w:jc w:val="right"/>
      </w:pPr>
      <w:r>
        <w:t>Everything in the universe is made up of atoms. These atoms are, in turn, made up of electrons and protons.</w:t>
      </w:r>
    </w:p>
    <w:p>
      <w:r>
        <w:rPr>
          <w:b/>
        </w:rPr>
        <w:t xml:space="preserve">[36:50] </w:t>
      </w:r>
      <w:r>
        <w:t>But after the explosion of the Big Bang, electrons and protons were speeding away from each other. These particles could bind together to form atoms only if their speed was decreased, and their speed could be decreased only by being given mass.</w:t>
      </w:r>
    </w:p>
    <w:p>
      <w:pPr>
        <w:jc w:val="right"/>
      </w:pPr>
      <w:r>
        <w:t>But after the explosion of the Big Bang, electrons and protons were speeding away from each other. These particles could bind together to form atoms only if their speed was decreased, and their speed could be decreased only by being given mass.</w:t>
      </w:r>
    </w:p>
    <w:p>
      <w:r>
        <w:rPr>
          <w:b/>
        </w:rPr>
        <w:t xml:space="preserve">[37:10] </w:t>
      </w:r>
      <w:r>
        <w:t>This is why the Higgs boson is so important. Higgs boson is a subatomic particle. Physicists say its job is to give mass to the particles that make up atoms.</w:t>
      </w:r>
    </w:p>
    <w:p>
      <w:pPr>
        <w:jc w:val="right"/>
      </w:pPr>
      <w:r>
        <w:t>This is why the Higgs boson is so important. Higgs boson is a subatomic particle. Physicists say its job is to give mass to the particles that make up atoms.</w:t>
      </w:r>
    </w:p>
    <w:p>
      <w:r>
        <w:rPr>
          <w:b/>
        </w:rPr>
        <w:t xml:space="preserve">[37:26] </w:t>
      </w:r>
      <w:r>
        <w:t>Atoms then combined to form molecules, then molecules combined to form compounds, and these compounds gave rise to all the constituents of the universe as it exists today.</w:t>
      </w:r>
    </w:p>
    <w:p>
      <w:pPr>
        <w:jc w:val="right"/>
      </w:pPr>
      <w:r>
        <w:t>Atoms then combined to form molecules, then molecules combined to form compounds, and these compounds gave rise to all the constituents of the universe as it exists today.</w:t>
      </w:r>
    </w:p>
    <w:p>
      <w:r>
        <w:rPr>
          <w:b/>
        </w:rPr>
        <w:t xml:space="preserve">[37:41] </w:t>
      </w:r>
      <w:r>
        <w:t>If the Higgs boson were taken away, the particles which make up atoms would have zipped through the cosmos at the speed of light, unable to join together to form the atoms that make up everything in the universe, from planets to people.</w:t>
      </w:r>
    </w:p>
    <w:p>
      <w:pPr>
        <w:jc w:val="right"/>
      </w:pPr>
      <w:r>
        <w:t>If the Higgs boson were taken away, the particles which make up atoms would have zipped through the cosmos at the speed of light, unable to join together to form the atoms that make up everything in the universe, from planets to people.</w:t>
      </w:r>
    </w:p>
    <w:p>
      <w:r>
        <w:rPr>
          <w:b/>
        </w:rPr>
        <w:t xml:space="preserve">[38:00] </w:t>
      </w:r>
      <w:r>
        <w:t>Then all creation would be unthinkable. 4 julaai 2012 ko science daanon ne ek daryaft ka ailaan kiya.</w:t>
      </w:r>
    </w:p>
    <w:p>
      <w:pPr>
        <w:jc w:val="right"/>
      </w:pPr>
      <w:r>
        <w:t>Then all creation would be unthinkable. 4 جولائی 2012 کو سائنسدانوں نے ایک دریافت کا اعلان کیا۔</w:t>
      </w:r>
    </w:p>
    <w:p>
      <w:r>
        <w:rPr>
          <w:b/>
        </w:rPr>
        <w:t xml:space="preserve">[38:09] </w:t>
      </w:r>
      <w:r>
        <w:t>Is ko near discovery kaha jaata hai. Yeh darasal ek subatomic particle ki daryaft hai, jis ke baray mein pichlay taqreeban 50 saal se research ho rahi thi.</w:t>
      </w:r>
    </w:p>
    <w:p>
      <w:pPr>
        <w:jc w:val="right"/>
      </w:pPr>
      <w:r>
        <w:t>اس کو near discovery کہا جاتا ہے۔ یہ دراصل ایک subatomic particle کی دریافت ہے، جس کے بارے میں پچھلے تقریباً 50 سال سے research ہو رہی تھی۔</w:t>
      </w:r>
    </w:p>
    <w:p>
      <w:r>
        <w:rPr>
          <w:b/>
        </w:rPr>
        <w:t xml:space="preserve">[38:22] </w:t>
      </w:r>
      <w:r>
        <w:t>Isi darmiyan, 1993 mein ek Amriki science daan, Leon Lederman, ne ek kitaab tayyar ki. Is ka title us ne "God damn particle" tajweez kiya.</w:t>
      </w:r>
    </w:p>
    <w:p>
      <w:pPr>
        <w:jc w:val="right"/>
      </w:pPr>
      <w:r>
        <w:t>اسی درمیان، 1993 میں ایک امریکی سائنسدان، لیون لیڈرمین، نے ایک کتاب تیار کی۔ اس کا ٹائٹل اس نے "God damn particle" تجویز کیا۔</w:t>
      </w:r>
    </w:p>
    <w:p>
      <w:r>
        <w:rPr>
          <w:b/>
        </w:rPr>
        <w:t xml:space="preserve">[38:35] </w:t>
      </w:r>
      <w:r>
        <w:t>Us waqt tak yeh particle ek purasraar particle bana hua tha. Leon Lederman apni kitaab mein is particle ka koi wazeh tasawwur nahi de saka tha.</w:t>
      </w:r>
    </w:p>
    <w:p>
      <w:pPr>
        <w:jc w:val="right"/>
      </w:pPr>
      <w:r>
        <w:t>اس وقت تک یہ particle ایک پراسرار particle بنا ہوا تھا۔ لیون لیڈرمین اپنی کتاب میں اس particle کا کوئی واضح تصور نہیں دے سکا تھا۔</w:t>
      </w:r>
    </w:p>
    <w:p>
      <w:r>
        <w:rPr>
          <w:b/>
        </w:rPr>
        <w:t xml:space="preserve">[38:47] </w:t>
      </w:r>
      <w:r>
        <w:t>Us ne jhanjhlahat mein apni is kitaab ka naam "God damn particle" rakh diya. "God damn" ek bigra hua naam hai. Urdu mein kehte hain "Khuda ki laanat".</w:t>
      </w:r>
    </w:p>
    <w:p>
      <w:pPr>
        <w:jc w:val="right"/>
      </w:pPr>
      <w:r>
        <w:t>اس نے جھنجھلاہٹ میں اپنی اس کتاب کا نام "God damn particle" رکھ دیا۔ "God damn" ایک بگڑا ہوا نام ہے۔ اردو میں کہتے ہیں "خدا کی لعنت"۔</w:t>
      </w:r>
    </w:p>
    <w:p>
      <w:r>
        <w:rPr>
          <w:b/>
        </w:rPr>
        <w:t xml:space="preserve">[38:59] </w:t>
      </w:r>
      <w:r>
        <w:t>Kharab mausam ho to kaha jaayega "God damn weather". Publisher ko kitaab ka yeh naam pasand nahi aaya. Us ne basham-e-khud "damn" ka lafz nikaal diya aur kitaab ko "God particle" ke naam se chhaap diya.</w:t>
      </w:r>
    </w:p>
    <w:p>
      <w:pPr>
        <w:jc w:val="right"/>
      </w:pPr>
      <w:r>
        <w:t>خراب موسم ہو تو کہا جائے گا "God damn weather"۔ Publisher کو کتاب کا یہ نام پسند نہیں آیا۔ اس نے بطور خود "damn" کا لفظ نکال دیا اور کتاب کو "God particle" کے نام سے چھاپ دیا۔</w:t>
      </w:r>
    </w:p>
    <w:p>
      <w:r>
        <w:rPr>
          <w:b/>
        </w:rPr>
        <w:t xml:space="preserve">[39:14] </w:t>
      </w:r>
      <w:r>
        <w:t>Us waqt se awami taur par is zarray ko "God particle" kaha jaane laga. Haalaankeh science daanon ke nazdeek is zarray ka naam Higgs boson hai.</w:t>
      </w:r>
    </w:p>
    <w:p>
      <w:pPr>
        <w:jc w:val="right"/>
      </w:pPr>
      <w:r>
        <w:t>اس وقت سے عوامی طور پر اس ذرے کو "God particle" کہا جانے لگا۔ تاہم سائنسدانوں کے نزدیک اس ذرے کا نام Higgs boson ہے۔</w:t>
      </w:r>
    </w:p>
    <w:p>
      <w:r>
        <w:rPr>
          <w:b/>
        </w:rPr>
        <w:t xml:space="preserve">[39:25] </w:t>
      </w:r>
      <w:r>
        <w:t>Boson ka lafz darasal Bose ke naam se liya gaya hai. Satyendra Nath Bose ek Indian science daan thay. Un ki wafat 1974 mein hui.</w:t>
      </w:r>
    </w:p>
    <w:p>
      <w:pPr>
        <w:jc w:val="right"/>
      </w:pPr>
      <w:r>
        <w:t>Boson کا لفظ دراصل بوس کے نام سے لیا گیا ہے۔ ستندر ناتھ بوس ایک انڈین سائنسدان تھے۔ ان کی وفات 1974 میں ہوئی۔</w:t>
      </w:r>
    </w:p>
    <w:p>
      <w:r>
        <w:rPr>
          <w:b/>
        </w:rPr>
        <w:t xml:space="preserve">[39:36] </w:t>
      </w:r>
      <w:r>
        <w:t>Unhon ne 1924 mein "Subatomic particle: Behavior of Subatomic particles" ke baray mein ek paper tayyar kiya tha.</w:t>
      </w:r>
    </w:p>
    <w:p>
      <w:pPr>
        <w:jc w:val="right"/>
      </w:pPr>
      <w:r>
        <w:t>انہوں نے 1924 میں "Subatomic particle: Behavior of Subatomic particles" کے بارے میں ایک paper تیار کیا تھا۔</w:t>
      </w:r>
    </w:p>
    <w:p>
      <w:r>
        <w:rPr>
          <w:b/>
        </w:rPr>
        <w:t xml:space="preserve">[39:45] </w:t>
      </w:r>
      <w:r>
        <w:t>Is paper ko Albert Einstein, wafat 1955, aur doosray science daanon ne bohat pasand kiya tha. Us waqt se is particle ka naam boson par gaya hai.</w:t>
      </w:r>
    </w:p>
    <w:p>
      <w:pPr>
        <w:jc w:val="right"/>
      </w:pPr>
      <w:r>
        <w:t>اس paper کو البرٹ آئنسٹائن، وفات 1955، اور دوسرے سائنسدانوں نے بہت پسند کیا تھا۔ اس وقت سے اس particle کا نام boson پڑ گیا ہے۔</w:t>
      </w:r>
    </w:p>
    <w:p>
      <w:r>
        <w:rPr>
          <w:b/>
        </w:rPr>
        <w:t xml:space="preserve">[40:00] </w:t>
      </w:r>
      <w:r>
        <w:t>Is makhsoos particle ko boson ka naam sab se pehle British science daan Paul Dirac ne diya tha. Scotland ke ek science daan, Peter Higgs, ne 1964 mein is mozu par ziyada wazeh andaaz mein ek mufassal paper tayyar kiya, jis ka title yeh tha "Broken Symmetries and the Masses of Gauge Boson".</w:t>
      </w:r>
    </w:p>
    <w:p>
      <w:pPr>
        <w:jc w:val="right"/>
      </w:pPr>
      <w:r>
        <w:t>اس مخصوص particle کو boson کا نام سب سے پہلے برٹش سائنسدان پال ڈیریک نے دیا تھا۔ اسکاٹ لینڈ کے ایک سائنسدان، پیٹر ہگز، نے 1964 میں اس موضوع پر زیادہ واضح انداز میں ایک مفصل paper تیار کیا، جس کا ٹائٹل یہ تھا "Broken Symmetries and the Masses of Gauge Boson" ۔</w:t>
      </w:r>
    </w:p>
    <w:p>
      <w:r>
        <w:rPr>
          <w:b/>
        </w:rPr>
        <w:t xml:space="preserve">[40:25] </w:t>
      </w:r>
      <w:r>
        <w:t>Us waqt se zer-e-talash particle ko Higgs boson kaha jaane laga. Saansani nuqta-e-nazar se Higgs boson ki ahmiyat bohat ziyada thi, is liye woh saari duniya ke science daanon ke liye talash ka mozu ban gaya.</w:t>
      </w:r>
    </w:p>
    <w:p>
      <w:pPr>
        <w:jc w:val="right"/>
      </w:pPr>
      <w:r>
        <w:t>اس وقت سے زیرِ تلاش particle کو Higgs boson کہا جانے لگا۔ سائنسی نقطہ نظر سے Higgs boson کی اہمیت بہت زیادہ تھی، اس لیے وہ ساری دنیا کے سائنسدانوں کے لیے تلاش کا موضوع بن گیا۔</w:t>
      </w:r>
    </w:p>
    <w:p>
      <w:r>
        <w:rPr>
          <w:b/>
        </w:rPr>
        <w:t xml:space="preserve">[40:41] </w:t>
      </w:r>
      <w:r>
        <w:t>Aakhir kaar, 1998 mein is mozu ki tehqeeq ke liye ek khaas sirang banai gayi. Is sirang ko ek European idaray ne tayyar kiya tha.</w:t>
      </w:r>
    </w:p>
    <w:p>
      <w:pPr>
        <w:jc w:val="right"/>
      </w:pPr>
      <w:r>
        <w:t>آخر کار، 1998 میں اس موضوع کی تحقیق کے لیے ایک خصوصی سرنگ بنائی گئی۔ اس سرنگ کو ایک یورپین ادارے نے تیار کیا تھا۔</w:t>
      </w:r>
    </w:p>
    <w:p>
      <w:r>
        <w:rPr>
          <w:b/>
        </w:rPr>
        <w:t xml:space="preserve">[40:52] </w:t>
      </w:r>
      <w:r>
        <w:t>Is ka naam yeh hai European Organization for Nuclear Research. Is sirang ka naam yeh hai "Large Hadron Collider".</w:t>
      </w:r>
    </w:p>
    <w:p>
      <w:pPr>
        <w:jc w:val="right"/>
      </w:pPr>
      <w:r>
        <w:t>اس کا نام یہ ہے European Organization for Nuclear Research ۔ اس سرنگ کا نام یہ ہے "Large Hadron Collider"۔</w:t>
      </w:r>
    </w:p>
    <w:p>
      <w:r>
        <w:rPr>
          <w:b/>
        </w:rPr>
        <w:t xml:space="preserve">[41:01] </w:t>
      </w:r>
      <w:r>
        <w:t>Is project mein duniya ke 100 mulk shareek hue aur 10,000 science daanon aur engineeron ne is mein kaam kiya.</w:t>
      </w:r>
    </w:p>
    <w:p>
      <w:pPr>
        <w:jc w:val="right"/>
      </w:pPr>
      <w:r>
        <w:t>اس پروجیکٹ میں دنیا کے 100 ملک شریک ہوئے اور 10,000 سائنسدانوں اور انجینئروں نے اس میں کام کیا۔</w:t>
      </w:r>
    </w:p>
    <w:p>
      <w:r>
        <w:rPr>
          <w:b/>
        </w:rPr>
        <w:t xml:space="preserve">[41:12] </w:t>
      </w:r>
      <w:r>
        <w:t>4 julaai 2012 ko is project ke nateeje yaani result ka ailaan kiya gaya. Science daanon ne ailaan kiya ke is tehqeeq mein woh near discovery tak pahunch gaye hain.</w:t>
      </w:r>
    </w:p>
    <w:p>
      <w:pPr>
        <w:jc w:val="right"/>
      </w:pPr>
      <w:r>
        <w:t>4 جولائی 2012 کو اس پروجیکٹ کے نتیجے یعنی result کا اعلان کیا گیا۔ سائنسدانوں نے اعلان کیا کہ اس تحقیق میں وہ near discovery تک پہنچ گئے ہیں۔</w:t>
      </w:r>
    </w:p>
    <w:p>
      <w:r>
        <w:rPr>
          <w:b/>
        </w:rPr>
        <w:t xml:space="preserve">[41:24] </w:t>
      </w:r>
      <w:r>
        <w:t>Higgs boson darasal physics ke standard model ka ek gumshuda particle hai, jo is baat ki tojiih karta hai ke ibtidaai infijar ke baad kainat kaise wajood mein aai.</w:t>
      </w:r>
    </w:p>
    <w:p>
      <w:pPr>
        <w:jc w:val="right"/>
      </w:pPr>
      <w:r>
        <w:t>Higgs boson دراصل physics کے standard model کا ایک گمشدہ particle ہے، جو اس بات کی توجیح کرتا ہے کہ ابتدائی انفجار کے بعد کائنات کیسے وجود میں آئی۔</w:t>
      </w:r>
    </w:p>
    <w:p>
      <w:r>
        <w:rPr>
          <w:b/>
        </w:rPr>
        <w:t xml:space="preserve">[41:39] </w:t>
      </w:r>
      <w:r>
        <w:t>Physics ke standard model ko science daan kainat ke building block ki tojiih karne ke liye istemaal karte hain. Is model ke mutabiq kainat ka aaghaz Big Bang se hua.</w:t>
      </w:r>
    </w:p>
    <w:p>
      <w:pPr>
        <w:jc w:val="right"/>
      </w:pPr>
      <w:r>
        <w:t>Physics کے standard model کو سائنسدان کائنات کے building block کی توجیح کرنے کے لیے استعمال کرتے ہیں۔ اس model کے مطابق کائنات کا آغاز Big Bang سے ہوا۔</w:t>
      </w:r>
    </w:p>
    <w:p>
      <w:r>
        <w:rPr>
          <w:b/>
        </w:rPr>
        <w:t xml:space="preserve">[41:52] </w:t>
      </w:r>
      <w:r>
        <w:t>Big Bang ka nazariya science daanon ke nazdeek aam taur par tasleem kar liya gaya hai. Yeh nazariya batata hai ke 13 billion saal pehle kainat ek bohat bade cosmic ball ki soorat mein thi.</w:t>
      </w:r>
    </w:p>
    <w:p>
      <w:pPr>
        <w:jc w:val="right"/>
      </w:pPr>
      <w:r>
        <w:t>Big Bang کا نظریہ سائنسدانوں کے نزدیک عمومی طور پر تسلیم کر لیا گیا ہے۔ یہ نظریہ بتاتا ہے کہ 13 billion سال پہلے کائنات ایک بہت بڑے cosmic ball کی صورت میں تھی۔</w:t>
      </w:r>
    </w:p>
    <w:p>
      <w:r>
        <w:rPr>
          <w:b/>
        </w:rPr>
        <w:t xml:space="preserve">[42:08] </w:t>
      </w:r>
      <w:r>
        <w:t>Kainat ke tamam particle is ke andar shiddat se baham pevast the. Phir is cosmic ball mein infijar hua aur is ke tamam ajza charon taraf roshni ki raftaar se safar karne lage.</w:t>
      </w:r>
    </w:p>
    <w:p>
      <w:pPr>
        <w:jc w:val="right"/>
      </w:pPr>
      <w:r>
        <w:t>کائنات کے تمام particle اس کے اندر شدت سے باہم پیوست تھے۔ پھر اس cosmic ball میں انفجار ہوا اور اس کے تمام اجزاء چاروں طرف روشنی کی رفتار سے سفر کرنے لگے۔</w:t>
      </w:r>
    </w:p>
    <w:p>
      <w:r>
        <w:rPr>
          <w:b/>
        </w:rPr>
        <w:t xml:space="preserve">[42:24] </w:t>
      </w:r>
      <w:r>
        <w:t>Roshni ki raftaar maloom taur par sab se zyada hai, jo 186,000 mil fi second hoti hai.</w:t>
      </w:r>
    </w:p>
    <w:p>
      <w:pPr>
        <w:jc w:val="right"/>
      </w:pPr>
      <w:r>
        <w:t>روشنی کی رفتار معلوم طور پر سب سے زیادہ ہے، جو 186,000 میل فی سیکنڈ ہوتی ہے۔</w:t>
      </w:r>
    </w:p>
    <w:p>
      <w:r>
        <w:rPr>
          <w:b/>
        </w:rPr>
        <w:t xml:space="preserve">[42:34] </w:t>
      </w:r>
      <w:r>
        <w:t>Cosmic ball se jo particle kharij hue, woh nihayat tezi ke sath ek doosre se door bhaag rahe the. Har cheez jo is kainat mein hai, woh atom se bani hai.</w:t>
      </w:r>
    </w:p>
    <w:p>
      <w:pPr>
        <w:jc w:val="right"/>
      </w:pPr>
      <w:r>
        <w:t>Cosmic ball سے جو particle خارج ہوئے، وہ نہایت تیزی کے ساتھ ایک دوسرے سے دور بھاگ رہے تھے۔ ہر چیز جو اس کائنات میں ہے، وہ atom سے بنی ہے۔</w:t>
      </w:r>
    </w:p>
    <w:p>
      <w:r>
        <w:rPr>
          <w:b/>
        </w:rPr>
        <w:t xml:space="preserve">[42:47] </w:t>
      </w:r>
      <w:r>
        <w:t>Yeh tamam atom electron aur proton ke milne se bante hain. Zaroorat thi ke yeh tamam particle baham milein, lekin Big Bang ke infijar ke baad electron aur proton bhaag rahe the kyunke un mein kamiyat nahi thi.</w:t>
      </w:r>
    </w:p>
    <w:p>
      <w:pPr>
        <w:jc w:val="right"/>
      </w:pPr>
      <w:r>
        <w:t>یہ تمام atom electron اور proton کے ملنے سے بنتے ہیں۔ ضرورت تھی کہ یہ تمام particle باہم ملیں، لیکن Big Bang کے انفجار کے بعد electron اور proton بھاگ رہے تھے کیونکہ ان میں کمیت نہیں تھی۔</w:t>
      </w:r>
    </w:p>
    <w:p>
      <w:r>
        <w:rPr>
          <w:b/>
        </w:rPr>
        <w:t xml:space="preserve">[43:05] </w:t>
      </w:r>
      <w:r>
        <w:t>Yeh zarrat baham mil kar atom ko sirf is waqt bana sakte the jabke un ki raftaar kam ho, aur un ki raftaar sirf is waqt kam ho sakti thi jabke un ke andar kamiyat paida ho jaye.</w:t>
      </w:r>
    </w:p>
    <w:p>
      <w:pPr>
        <w:jc w:val="right"/>
      </w:pPr>
      <w:r>
        <w:t>یہ ذرات باہم مل کر atom کو صرف اس وقت بنا سکتے تھے جبکہ ان کی رفتار کم ہو، اور ان کی رفتار صرف اس وقت کم ہو سکتی تھی جبکہ ان کے اندر کمیت پیدا ہو جائے۔</w:t>
      </w:r>
    </w:p>
    <w:p>
      <w:r>
        <w:rPr>
          <w:b/>
        </w:rPr>
        <w:t xml:space="preserve">[43:20] </w:t>
      </w:r>
      <w:r>
        <w:t>Higgs boson ki ahmiyat yeh hai ke woh is scientific masle ka jawab faraham karta hai. Higgs boson ek subatomic particle ka naam hai.</w:t>
      </w:r>
    </w:p>
    <w:p>
      <w:pPr>
        <w:jc w:val="right"/>
      </w:pPr>
      <w:r>
        <w:t>Higgs boson کی اہمیت یہ ہے کہ وہ اس سائنسی مسئلے کا جواب فراہم کرتا ہے۔ Higgs boson ایک subatomic particle کا نام ہے۔</w:t>
      </w:r>
    </w:p>
    <w:p>
      <w:r>
        <w:rPr>
          <w:b/>
        </w:rPr>
        <w:t xml:space="preserve">[43:30] </w:t>
      </w:r>
      <w:r>
        <w:t>Science daanon ke mutabiq Higgs boson ka kaam yeh hai ke woh atom ke particle ko kamiyat ata kare. Is ke baad hi yeh mumkin hota hai ke atom mil kar molecule banayein, aur phir molecule ke banne se compound bane.</w:t>
      </w:r>
    </w:p>
    <w:p>
      <w:pPr>
        <w:jc w:val="right"/>
      </w:pPr>
      <w:r>
        <w:t>سائنسدانوں کے مطابق Higgs boson کا کام یہ ہے کہ وہ atom کے particle کو کمیت عطا کرے۔ اس کے بعد ہی یہ ممکن ہوتا ہے کہ atom مل کر molecule بنائیں، اور پھر molecule کے بننے سے compound بنے۔</w:t>
      </w:r>
    </w:p>
    <w:p>
      <w:r>
        <w:rPr>
          <w:b/>
        </w:rPr>
        <w:t xml:space="preserve">[43:46] </w:t>
      </w:r>
      <w:r>
        <w:t>Phir compound ke milne se woh tamam cheezein banti hain jo ke is waqt kainat mein maujood hain. Agar Higgs boson na hote to particle mein kamiyat paida na hoti, jo ke baham mil kar atom banate hain.</w:t>
      </w:r>
    </w:p>
    <w:p>
      <w:pPr>
        <w:jc w:val="right"/>
      </w:pPr>
      <w:r>
        <w:t>پھر compound کے ملنے سے وہ تمام چیزیں بنتی ہیں جو کہ اس وقت کائنات میں موجود ہیں۔ اگر Higgs boson نہ ہوتے تو particle میں کمیت پیدا نہ ہوتی، جو کہ باہم مل کر atom بناتے ہیں۔</w:t>
      </w:r>
    </w:p>
    <w:p>
      <w:r>
        <w:rPr>
          <w:b/>
        </w:rPr>
        <w:t xml:space="preserve">[44:02] </w:t>
      </w:r>
      <w:r>
        <w:t>Is ka nateeja yeh hota hai ke tamam particle roshni ki raftaar se khala mein safar karne lagte. Phir yeh namumkin ho jata ke woh baham mil kar atom banayein, aur is ke baad kainat ki tamam cheezein wajood mein aaein, sitaron se le kar sayaron tak, aur ghair zii rooh ashya se le kar zii rooh ashya tak.</w:t>
      </w:r>
    </w:p>
    <w:p>
      <w:pPr>
        <w:jc w:val="right"/>
      </w:pPr>
      <w:r>
        <w:t>اس کا نتیجہ یہ ہوتا ہے کہ تمام particle روشنی کی رفتار سے خلا میں سفر کرنے لگتے۔ پھر یہ ناممکن ہو جاتا کہ وہ باہم مل کر atom بنائیں، اور اس کے بعد کائنات کی تمام چیزیں وجود میں آئیں، ستاروں سے لے کر سیاروں تک، اور غیر ذی روح اشیاء سے لے کر ذی روح اشیاء تک۔</w:t>
      </w:r>
    </w:p>
    <w:p>
      <w:r>
        <w:rPr>
          <w:b/>
        </w:rPr>
        <w:t xml:space="preserve">[44:25] </w:t>
      </w:r>
      <w:r>
        <w:t>Quran ki tasdeeq. Quran ki ek aayat hai afala yataadabbaroon al-quran wa law kaana min 'indi ghayri allahi la wajadoo feehi ikhtilafan katheeran.</w:t>
      </w:r>
    </w:p>
    <w:p>
      <w:pPr>
        <w:jc w:val="right"/>
      </w:pPr>
      <w:r>
        <w:t>قرآن کی تصدیق۔ قرآن کی ایک آیت ہے أفلا يتدبرون القرآن ولو كان من عند غير الله لوجدوا فيه اختلافا كثيرا ۔</w:t>
      </w:r>
    </w:p>
    <w:p>
      <w:r>
        <w:rPr>
          <w:b/>
        </w:rPr>
        <w:t xml:space="preserve">[44:39] </w:t>
      </w:r>
      <w:r>
        <w:t>Yaani kya yeh log Quran par ghaur nahi karte? Agar yeh Quran Allah ke siwa kisi aur ki taraf se hota to woh is mein bohat zyada ikhtilaf paate.</w:t>
      </w:r>
    </w:p>
    <w:p>
      <w:pPr>
        <w:jc w:val="right"/>
      </w:pPr>
      <w:r>
        <w:t>یعنی کیا یہ لوگ قرآن پر غور نہیں کرتے؟ اگر یہ قرآن اللہ کے سوا کسی اور کی طرف سے ہوتا تو وہ اس میں بہت زیادہ اختلاف پاتے۔</w:t>
      </w:r>
    </w:p>
    <w:p>
      <w:r>
        <w:rPr>
          <w:b/>
        </w:rPr>
        <w:t xml:space="preserve">[44:50] </w:t>
      </w:r>
      <w:r>
        <w:t>Quran saatveen sadi eesvi ke rub'a awwal mein utra. Yeh science ki daryafton se bohat pehle ka zamana tha. Is qabl daryaft zamane mein Quran ki is aayat ka utarna goya yeh daawa karna tha ke baad ki daryaft shuda haqiqatein Quran ke aeen mutabiq hongi.</w:t>
      </w:r>
    </w:p>
    <w:p>
      <w:pPr>
        <w:jc w:val="right"/>
      </w:pPr>
      <w:r>
        <w:t>قرآن ساتویں صدی عیسوی کے ربع اول میں اترا۔ یہ سائنس کی دریافتوں سے بہت پہلے کا زمانہ تھا۔ اس قبل دریافت زمانے میں قرآن کی اس آیت کا اترنا گویا یہ دعویٰ کرنا تھا کہ بعد کی دریافت شدہ حقیقتیں قرآن کے عین مطابق ہوں گی۔</w:t>
      </w:r>
    </w:p>
    <w:p>
      <w:r>
        <w:rPr>
          <w:b/>
        </w:rPr>
        <w:t xml:space="preserve">[45:08] </w:t>
      </w:r>
      <w:r>
        <w:t>Urani bayanaat aur daryafton ke darmiyan kabhi adam mutabiqat yaani inconsistency nahi hogi. Is tarah yeh waqea is baat ki tasdeeq hoga ke Quran alam al-ghayb ki kitaab hai, kyunke alam al-ghayb ke siwa koi bhi peshgi taur par in haqiqaton ko nahi bata sakta.</w:t>
      </w:r>
    </w:p>
    <w:p>
      <w:pPr>
        <w:jc w:val="right"/>
      </w:pPr>
      <w:r>
        <w:t>قرآنی بیانات اور دریافتوں کے درمیان کبھی عدم مطابقت یعنی inconsistency نہیں ہوگی۔ اس طرح یہ واقعہ اس بات کی تصدیق ہوگا کہ قرآن عالم الغیب کی کتاب ہے، کیونکہ عالم الغیب کے سوا کوئی بھی پیشگی طور پر ان حقیقتوں کو نہیں بتا سکتا۔</w:t>
      </w:r>
    </w:p>
    <w:p>
      <w:r>
        <w:rPr>
          <w:b/>
        </w:rPr>
        <w:t xml:space="preserve">[45:30] </w:t>
      </w:r>
      <w:r>
        <w:t>Is aitbaar se ghaur kiya jaye to maloom hota hai ke Big Bang ka tasawwur aur Higgs boson ka tasawwur peshgi taur par Quran mein maujood tha.</w:t>
      </w:r>
    </w:p>
    <w:p>
      <w:pPr>
        <w:jc w:val="right"/>
      </w:pPr>
      <w:r>
        <w:t>اس اعتبار سے غور کیا جائے تو معلوم ہوتا ہے کہ Big Bang کا تصور اور Higgs boson کا تصور پیشگی طور پر قرآن میں موجود تھا۔</w:t>
      </w:r>
    </w:p>
    <w:p>
      <w:r>
        <w:rPr>
          <w:b/>
        </w:rPr>
        <w:t xml:space="preserve">[45:40] </w:t>
      </w:r>
      <w:r>
        <w:t>Is silsile mein Quran ki Surah Anbiya ki darj zail aayat ka mutala kijiye: awalam yara allatheena kafaroo anna al-samawati wal-ardi kanata ratqan fafataqnahuma waja'alna mina al-ma'i kulla shay'in hayyin afala yu'minoona.</w:t>
      </w:r>
    </w:p>
    <w:p>
      <w:pPr>
        <w:jc w:val="right"/>
      </w:pPr>
      <w:r>
        <w:t>اس سلسلے میں قرآن کی سورہ انبیاء کی درج ذیل آیت کا مطالعہ کیجیے: أولمیر الذین کفروا أن السماوات والأرض كانتا رتقا ففتقناهما وجعلنا من الماء كل شيء حي أفلا یؤمنون ۔</w:t>
      </w:r>
    </w:p>
    <w:p>
      <w:r>
        <w:rPr>
          <w:b/>
        </w:rPr>
        <w:t xml:space="preserve">[46:03] </w:t>
      </w:r>
      <w:r>
        <w:t>Yaani kya inkaar karne walon ne nahi dekha ke aasman aur zameen dono band the, phir hum ne un ko khol diya, aur hum ne pani se har jaan daar cheez ko banaya?</w:t>
      </w:r>
    </w:p>
    <w:p>
      <w:pPr>
        <w:jc w:val="right"/>
      </w:pPr>
      <w:r>
        <w:t>یعنی کیا انکار کرنے والوں نے نہیں دیکھا کہ آسمان اور زمین دونوں بند تھے، پھر ہم نے ان کو کھول دیا، اور ہم نے پانی سے ہر جاندار چیز کو بنایا؟</w:t>
      </w:r>
    </w:p>
    <w:p>
      <w:r>
        <w:rPr>
          <w:b/>
        </w:rPr>
        <w:t xml:space="preserve">[46:16] </w:t>
      </w:r>
      <w:r>
        <w:t>Kya phir bhi yeh log imaan nahi laate? Quran ki is aayat mein takhleeq ke teen marhalon ka zikr hai. Pehle marhale ko ratq kaha gaya hai.</w:t>
      </w:r>
    </w:p>
    <w:p>
      <w:pPr>
        <w:jc w:val="right"/>
      </w:pPr>
      <w:r>
        <w:t>کیا پھر بھی یہ لوگ ایمان نہیں لاتے؟ قرآن کی اس آیت میں تخلیق کے تین مرحلوں کا ذکر ہے۔ پہلے مرحلے کو رتق کہا گیا ہے۔</w:t>
      </w:r>
    </w:p>
    <w:p>
      <w:r>
        <w:rPr>
          <w:b/>
        </w:rPr>
        <w:t xml:space="preserve">[46:27] </w:t>
      </w:r>
      <w:r>
        <w:t>Ratq ka matlab hai munazzam ajza yaani kainat ke tamam particle ka baham juda hua hona. Is mein cosmic ball ki taraf ishara milta hai.</w:t>
      </w:r>
    </w:p>
    <w:p>
      <w:pPr>
        <w:jc w:val="right"/>
      </w:pPr>
      <w:r>
        <w:t>رتق کا مطلب ہے منظم الاجزاء یعنی کائنات کے تمام particle کا باہم جڑا ہوا ہونا۔ اس میں cosmic ball کی طرف اشارہ ملتا ہے۔</w:t>
      </w:r>
    </w:p>
    <w:p>
      <w:r>
        <w:rPr>
          <w:b/>
        </w:rPr>
        <w:t xml:space="preserve">[46:38] </w:t>
      </w:r>
      <w:r>
        <w:t>Doosre marhale ko Quran mein fatq se taabeer kiya gaya hai. Fatq ka matlab hai al-faslu bayna al-mutasilayn yaani baham mili hui cheezon ka ek doosre se alag ho jana.</w:t>
      </w:r>
    </w:p>
    <w:p>
      <w:pPr>
        <w:jc w:val="right"/>
      </w:pPr>
      <w:r>
        <w:t>دوسرے مرحلے کو قرآن میں فتق سے تعبیر کیا گیا ہے۔ فتق کا مطلب ہے الفصل بین المتصلین یعنی باہم ملی ہوئی چیزوں کا ایک دوسرے سے الگ ہو جانا۔</w:t>
      </w:r>
    </w:p>
    <w:p>
      <w:r>
        <w:rPr>
          <w:b/>
        </w:rPr>
        <w:t xml:space="preserve">[46:53] </w:t>
      </w:r>
      <w:r>
        <w:t>Is mein Big Bang ke waqeye ki taraf ek ishara hai. Is ke baad teesre marhale mein pani ke banne ka zikr hai. Yahan pani ka zikr ilamati taur par hai, yaani pani aur doosri tamam cheezein.</w:t>
      </w:r>
    </w:p>
    <w:p>
      <w:pPr>
        <w:jc w:val="right"/>
      </w:pPr>
      <w:r>
        <w:t>اس میں Big Bang کے واقعے کی طرف ایک اشارہ ہے۔ اس کے بعد تیسرے مرحلے میں پانی کے بننے کا ذکر ہے۔ یہاں پانی کا ذکر علامتی طور پر ہے، یعنی پانی اور دوسری تمام چیزیں۔</w:t>
      </w:r>
    </w:p>
    <w:p>
      <w:r>
        <w:rPr>
          <w:b/>
        </w:rPr>
        <w:t xml:space="preserve">[47:07] </w:t>
      </w:r>
      <w:r>
        <w:t>Pani ek johri maada yaani substance hai. Is tarah ke bohat se johri maade kainat mein paaye jate hain. Pani hydrogen ke do atom aur oxygen ke ek atom ke milne se banta hai.</w:t>
      </w:r>
    </w:p>
    <w:p>
      <w:pPr>
        <w:jc w:val="right"/>
      </w:pPr>
      <w:r>
        <w:t>پانی ایک جوہری مادہ یعنی substance ہے۔ اس طرح کے بہت سے جوہری مادے کائنات میں پائے جاتے ہیں۔ پانی ہائیڈروجن کے دو atom اور آکسیجن کے ایک atom کے ملنے سے بنتا ہے۔</w:t>
      </w:r>
    </w:p>
    <w:p>
      <w:r>
        <w:rPr>
          <w:b/>
        </w:rPr>
        <w:t xml:space="preserve">[47:22] </w:t>
      </w:r>
      <w:r>
        <w:t>Yahi maamla doosri tamam maadi cheezon ka hai. Har cheez atom ke milne se bani hai, aur atom is waqt bana jabke is ke particle mein kamiyat paida hui.</w:t>
      </w:r>
    </w:p>
    <w:p>
      <w:pPr>
        <w:jc w:val="right"/>
      </w:pPr>
      <w:r>
        <w:t>یہی معاملہ دوسری تمام مادی چیزوں کا ہے۔ ہر چیز atom کے ملنے سے بنی ہے، اور atom اس وقت بنا جبکہ اس کے particle میں کمیت پیدا ہوئی۔</w:t>
      </w:r>
    </w:p>
    <w:p>
      <w:r>
        <w:rPr>
          <w:b/>
        </w:rPr>
        <w:t xml:space="preserve">[47:35] </w:t>
      </w:r>
      <w:r>
        <w:t>is tarah is ayat mein pani ka zikr kar ke is noiyat ki doosri tamam madi cheezon ki taraf ishara kar diya gaya hai, yani faqt ke waqe ke baad tamam particle mein kamiyat ka paida hona, aur phir particle ka mujtame ho kar tamam cheezon ka wajood mein aana.</w:t>
      </w:r>
    </w:p>
    <w:p>
      <w:pPr>
        <w:jc w:val="right"/>
      </w:pPr>
      <w:r>
        <w:t>اس طرح اس آیت میں پانی کا ذکر کر کے اس نوعیت کی دوسری تمام مادی چیزوں کی طرف اشارہ کر دیا گیا ہے، یعنی فتق کے واقعے کے بعد تمام particle میں کمیت کا پیدا ہونا، اور پھر particle کا مجتمع ہو کر تمام چیزوں کا وجود میں آنا۔</w:t>
      </w:r>
    </w:p>
    <w:p>
      <w:r>
        <w:rPr>
          <w:b/>
        </w:rPr>
        <w:t xml:space="preserve">[47:56] </w:t>
      </w:r>
      <w:r>
        <w:t>quran science ki kitab nahi hai. albatta quran mein mazahir-e-fitrat ke bohat se hawale diye gaye hain, jo ke science ka mozu-e-tahqeeq hai.</w:t>
      </w:r>
    </w:p>
    <w:p>
      <w:pPr>
        <w:jc w:val="right"/>
      </w:pPr>
      <w:r>
        <w:t>قرآن سائنس کی کتاب نہیں ہے۔ البتہ قرآن میں مظاہر فطرت کے بہت سے حوالے دیے گئے ہیں، جو کہ سائنس کا موضوع تحقیق ہے۔</w:t>
      </w:r>
    </w:p>
    <w:p>
      <w:r>
        <w:rPr>
          <w:b/>
        </w:rPr>
        <w:t xml:space="preserve">[48:07] </w:t>
      </w:r>
      <w:r>
        <w:t>quran ka maqsad sirf yeh hai ke fitrat mein maujood ayat yani science ka hawala de kar quran ki ideology ko ilmi taur par sabit karna.</w:t>
      </w:r>
    </w:p>
    <w:p>
      <w:pPr>
        <w:jc w:val="right"/>
      </w:pPr>
      <w:r>
        <w:t>قرآن کا مقصد صرف یہ ہے کہ فطرت میں موجود آیات یعنی سائنس کا حوالہ دے کر قرآن کی ideology کو علمی طور پر ثابت کرنا۔</w:t>
      </w:r>
    </w:p>
    <w:p>
      <w:r>
        <w:rPr>
          <w:b/>
        </w:rPr>
        <w:t xml:space="preserve">[48:18] </w:t>
      </w:r>
      <w:r>
        <w:t>is tarah quran mein fitrat ke bohat se mazahir ke mutfarriq hawale yani fragmentary references diye gaye hain.</w:t>
      </w:r>
    </w:p>
    <w:p>
      <w:pPr>
        <w:jc w:val="right"/>
      </w:pPr>
      <w:r>
        <w:t>اس طرح قرآن میں فطرت کے بہت سے مظاہر کے متفرق حوالے یعنی fragmentary references دیے گئے ہیں۔</w:t>
      </w:r>
    </w:p>
    <w:p>
      <w:r>
        <w:rPr>
          <w:b/>
        </w:rPr>
        <w:t xml:space="preserve">[48:27] </w:t>
      </w:r>
      <w:r>
        <w:t>in hawalo ke bare mein qadeem zamane mein kuch maloom na tha. goya ke quran mein yeh hawale mustaqbil ki insani naslon ko shamil karte hue diye gaye the.</w:t>
      </w:r>
    </w:p>
    <w:p>
      <w:pPr>
        <w:jc w:val="right"/>
      </w:pPr>
      <w:r>
        <w:t>ان حوالوں کے بارے میں قدیم زمانے میں کچھ معلوم نہ تھا۔ گویا کہ قرآن میں یہ حوالے مستقبل کی انسانی نسلوں کو شامل کرتے ہوئے دیے گئے تھے۔</w:t>
      </w:r>
    </w:p>
    <w:p>
      <w:r>
        <w:rPr>
          <w:b/>
        </w:rPr>
        <w:t xml:space="preserve">[48:40] </w:t>
      </w:r>
      <w:r>
        <w:t>is tarah insaan ke liye yeh mumkin ho gaya ke woh quran ke in hawalo ka taqabul baad ke halaat se kar ke quran ki sadaqat ki tasdeeq hasil kar.</w:t>
      </w:r>
    </w:p>
    <w:p>
      <w:pPr>
        <w:jc w:val="right"/>
      </w:pPr>
      <w:r>
        <w:t>اس طرح انسان کے لیے یہ ممکن ہو گیا کہ وہ قرآن کے ان حوالوں کا تقابل بعد کے حالات سے کر کے قرآن کی صداقت کی تصدیق حاصل کرے۔</w:t>
      </w:r>
    </w:p>
    <w:p>
      <w:r>
        <w:rPr>
          <w:b/>
        </w:rPr>
        <w:t xml:space="preserve">[48:52] </w:t>
      </w:r>
      <w:r>
        <w:t>khuda ki azmat, khuda ki marifat, imaan aur islam ki asaas yani basis hai. jitni aala marifat, itna hi aala imaan.</w:t>
      </w:r>
    </w:p>
    <w:p>
      <w:pPr>
        <w:jc w:val="right"/>
      </w:pPr>
      <w:r>
        <w:t>خدا کی عظمت، خدا کی معرفت، ایمان اور اسلام کی اثاث یعنی basis ہے۔ جتنی اعلیٰ معرفت، اتنا ہی اعلیٰ ایمان۔</w:t>
      </w:r>
    </w:p>
    <w:p>
      <w:r>
        <w:rPr>
          <w:b/>
        </w:rPr>
        <w:t xml:space="preserve">[49:04] </w:t>
      </w:r>
      <w:r>
        <w:t>is marifat ki takmeel is waqt hoti hai jabke aap khuda ko us ke kamal azmat ke sath daryaft karen.</w:t>
      </w:r>
    </w:p>
    <w:p>
      <w:pPr>
        <w:jc w:val="right"/>
      </w:pPr>
      <w:r>
        <w:t>اس معرفت کی تکمیل اس وقت ہوتی ہے جبکہ آپ خدا کو اس کے کمال عظمت کے ساتھ دریافت کریں۔</w:t>
      </w:r>
    </w:p>
    <w:p>
      <w:r>
        <w:rPr>
          <w:b/>
        </w:rPr>
        <w:t xml:space="preserve">[49:13] </w:t>
      </w:r>
      <w:r>
        <w:t>ek banda jab khuda ko us ki azmaton ke sath daryaft karta hai to is ka wohi haal ho jata hai jis ko quran mein in alfaz mein bayan kiya gaya hai: al-lazina idha dhukir allahu wajilat qulubuhum.</w:t>
      </w:r>
    </w:p>
    <w:p>
      <w:pPr>
        <w:jc w:val="right"/>
      </w:pPr>
      <w:r>
        <w:t>ایک بندہ جب خدا کو اس کی عظمتوں کے ساتھ دریافت کرتا ہے تو اس کا وہی حال ہو جاتا ہے جس کو قرآن میں ان الفاظ میں بیان کیا گیا ہے: الذین اذا ذکر اللہ وجلت قلوبہم ۔</w:t>
      </w:r>
    </w:p>
    <w:p>
      <w:r>
        <w:rPr>
          <w:b/>
        </w:rPr>
        <w:t xml:space="preserve">[49:31] </w:t>
      </w:r>
      <w:r>
        <w:t>yani khuda ki yaad se un ke dil dahal uthte hain. jadeed falakiyati science yani modern astronomy ka is mamle mein ek misbat contribution yeh hai ke is ne khaliq ki na qabil-e-qayas azmat ka idrak karne ke liye ek framework de diya hai.</w:t>
      </w:r>
    </w:p>
    <w:p>
      <w:pPr>
        <w:jc w:val="right"/>
      </w:pPr>
      <w:r>
        <w:t>یعنی خدا کی یاد سے ان کے دل دہل اٹھتے ہیں۔ جدید فلکیاتی سائنس یعنی modern astronomy کا اس معاملے میں ایک مثبت contribution یہ ہے کہ اس نے خالق کی ناقابلِ قیاس عظمت کا ادراک کرنے کے لیے ایک framework دے دیا ہے۔</w:t>
      </w:r>
    </w:p>
    <w:p>
      <w:r>
        <w:rPr>
          <w:b/>
        </w:rPr>
        <w:t xml:space="preserve">[49:51] </w:t>
      </w:r>
      <w:r>
        <w:t>is framework ki madad se insaan khawand-e-zuljalal ki na qabil-e-bayan azmat ka ek tasawwur apne zehan mein la sakta hai.</w:t>
      </w:r>
    </w:p>
    <w:p>
      <w:pPr>
        <w:jc w:val="right"/>
      </w:pPr>
      <w:r>
        <w:t>اس framework کی مدد سے انسان خداوند ذوالجلال کی ناقابلِ بیان عظمت کا ایک تصور اپنے ذہن میں لا سکتا ہے۔</w:t>
      </w:r>
    </w:p>
    <w:p>
      <w:r>
        <w:rPr>
          <w:b/>
        </w:rPr>
        <w:t xml:space="preserve">[50:02] </w:t>
      </w:r>
      <w:r>
        <w:t>jadeed science kai so saal se falakiyat ka mutala kar rahi hai. 1608 mein durbin yani telescope ki ijad hui, aur 1609 mein pehli bar italy ke scientist galileo ne khala ka durbini mushahida kiya.</w:t>
      </w:r>
    </w:p>
    <w:p>
      <w:pPr>
        <w:jc w:val="right"/>
      </w:pPr>
      <w:r>
        <w:t>جدید سائنس کئی سو سال سے فلکیات کا مطالعہ کر رہی ہے۔ 1608 میں دوربین یعنی telescope کی ایجاد ہوئی، اور 1609 میں پہلی بار اٹلی کے سائنسدان گیلیلیو نے خلا کا دوربینی مشاہدہ کیا۔</w:t>
      </w:r>
    </w:p>
    <w:p>
      <w:r>
        <w:rPr>
          <w:b/>
        </w:rPr>
        <w:t xml:space="preserve">[50:20] </w:t>
      </w:r>
      <w:r>
        <w:t>yeh falakiyati mushahida barabar barhta raha. pichle zamane mein durbini rasadgah kisi pahad par nasb ki jati thi.</w:t>
      </w:r>
    </w:p>
    <w:p>
      <w:pPr>
        <w:jc w:val="right"/>
      </w:pPr>
      <w:r>
        <w:t>یہ فلکیاتی مشاہدہ برابر بڑھتا رہا۔ پچھلے زمانے میں دوربینی رصدگاہ کسی پہاڑ پر نصب کی جاتی تھی۔</w:t>
      </w:r>
    </w:p>
    <w:p>
      <w:r>
        <w:rPr>
          <w:b/>
        </w:rPr>
        <w:t xml:space="preserve">[50:31] </w:t>
      </w:r>
      <w:r>
        <w:t>ab khalaai science ka zamana aa gaya hai. ab insaan ne khalaai rasadgah ya space observatory bana li hai. is ke zareeye kainat ka mushahida itni zyada door tak karna mumkin ho gaya hai,</w:t>
      </w:r>
    </w:p>
    <w:p>
      <w:pPr>
        <w:jc w:val="right"/>
      </w:pPr>
      <w:r>
        <w:t>اب خلائی سائنس کا زمانہ آ گیا ہے۔ اب انسان نے خلائی رصدگاہ یا space observatory بنا لی ہے۔ اس کے ذریعے کائنات کا مشاہدہ اتنی زیادہ دور تک کرنا ممکن ہو گیا ہے،</w:t>
      </w:r>
    </w:p>
    <w:p>
      <w:r>
        <w:rPr>
          <w:b/>
        </w:rPr>
        <w:t xml:space="preserve">[50:46] </w:t>
      </w:r>
      <w:r>
        <w:t>jis ki doori ko sirf saal-e-noor yani light year ki istalah mein bayan kiya ja sakta hai. is tarah khuda ki azmat ko tasawwur mein lane ke liye ek naya wasee tar dairah insaan ke ilm mein aa gaya hai.</w:t>
      </w:r>
    </w:p>
    <w:p>
      <w:pPr>
        <w:jc w:val="right"/>
      </w:pPr>
      <w:r>
        <w:t>جس کی دوری کو صرف سالِ نور یعنی light year کی اصطلاح میں بیان کیا جا سکتا ہے۔ اس طرح خدا کی عظمت کو تصور میں لانے کے لیے ایک نیا وسیع تر دائرہ انسان کے علم میں آ گیا ہے۔</w:t>
      </w:r>
    </w:p>
    <w:p>
      <w:r>
        <w:rPr>
          <w:b/>
        </w:rPr>
        <w:t xml:space="preserve">[51:02] </w:t>
      </w:r>
      <w:r>
        <w:t>is silsile mein ek taza tareen falakiyati daryaft yani discovery samne aai hai. is mein bataya gaya hai ke khala mein nasb electronic durbino ke zareeye ek bohat bara black hole daryaft hua hai.</w:t>
      </w:r>
    </w:p>
    <w:p>
      <w:pPr>
        <w:jc w:val="right"/>
      </w:pPr>
      <w:r>
        <w:t>اس سلسلے میں ایک تازہ ترین فلکیاتی دریافت یعنی discovery سامنے آئی ہے۔ اس میں بتایا گیا ہے کہ خلا میں نصب electronic دوربینوں کے ذریعے ایک بہت بڑا black hole دریافت ہوا ہے۔</w:t>
      </w:r>
    </w:p>
    <w:p>
      <w:r>
        <w:rPr>
          <w:b/>
        </w:rPr>
        <w:t xml:space="preserve">[51:17] </w:t>
      </w:r>
      <w:r>
        <w:t>yeh black hole pure nizam-e-shamsi yani solar system ko nigal sakta hai. nizam-e-shamsi ka dairah kitna zyada bara hai, is ka andaza is baat se lagaya ja sakta hai.</w:t>
      </w:r>
    </w:p>
    <w:p>
      <w:pPr>
        <w:jc w:val="right"/>
      </w:pPr>
      <w:r>
        <w:t>یہ black hole پورے نظام شمسی یعنی solar system کو نگل سکتا ہے۔ نظام شمسی کا دائرہ کتنا زیادہ بڑا ہے، اس کا اندازہ اس بات سے کیا جا سکتا ہے۔</w:t>
      </w:r>
    </w:p>
    <w:p>
      <w:r>
        <w:rPr>
          <w:b/>
        </w:rPr>
        <w:t xml:space="preserve">[51:31] </w:t>
      </w:r>
      <w:r>
        <w:t>is nizam ka baeed tareen sayarah pluto hai, jo suraj ke gird beizwi dairay mein chakkar laga raha hai.</w:t>
      </w:r>
    </w:p>
    <w:p>
      <w:pPr>
        <w:jc w:val="right"/>
      </w:pPr>
      <w:r>
        <w:t>اس نظام کا بعید ترین سیارہ پلوٹو ہے، جو سورج کے گرد بیضوی دائرے میں چکر لگا رہا ہے۔</w:t>
      </w:r>
    </w:p>
    <w:p>
      <w:r>
        <w:rPr>
          <w:b/>
        </w:rPr>
        <w:t xml:space="preserve">[51:40] </w:t>
      </w:r>
      <w:r>
        <w:t>yeh dairah saade saat billion mile par mushtamil hai. muzkurah black hole ab tak ke daryaft kardah tamam black hole se zyada bara hai.</w:t>
      </w:r>
    </w:p>
    <w:p>
      <w:pPr>
        <w:jc w:val="right"/>
      </w:pPr>
      <w:r>
        <w:t>یہ دائرہ ساڑھے سات billion میل پر مشتمل ہے۔ مذکورہ black hole اب تک کے دریافت کردہ تمام black hole سے زیادہ بڑا ہے۔</w:t>
      </w:r>
    </w:p>
    <w:p>
      <w:r>
        <w:rPr>
          <w:b/>
        </w:rPr>
        <w:t xml:space="preserve">[51:50] </w:t>
      </w:r>
      <w:r>
        <w:t>is ka hujm chah billion suraj se bhi zyada hai. is black hole ka naam M87 rakha gaya hai. yeh black hole hamari kahkashan yani milky way se pachas million saal-e-noor ki doori par waqe hai.</w:t>
      </w:r>
    </w:p>
    <w:p>
      <w:pPr>
        <w:jc w:val="right"/>
      </w:pPr>
      <w:r>
        <w:t>اس کا حجم چھ billion سورج سے بھی زیادہ ہے۔ اس black hole کا نام M87 رکھا گیا ہے۔ یہ black hole ہماری کہکشاں یعنی ملکی وے سے پچاس ملین سالِ نور کی دوری پر واقع ہے۔</w:t>
      </w:r>
    </w:p>
    <w:p>
      <w:r>
        <w:rPr>
          <w:b/>
        </w:rPr>
        <w:t xml:space="preserve">[52:06] </w:t>
      </w:r>
      <w:r>
        <w:t>This black hole can eat the solar system. Astronomers have discovered what they say is the biggest ever black hole, which weighs the same as 6.8 billion suns and could swallow our entire solar system.</w:t>
      </w:r>
    </w:p>
    <w:p>
      <w:pPr>
        <w:jc w:val="right"/>
      </w:pPr>
      <w:r>
        <w:t>This black hole can eat the solar system. Astronomers have discovered what they say is the biggest ever black hole, which weighs the same as 6.8 billion suns and could swallow our entire solar system.</w:t>
      </w:r>
    </w:p>
    <w:p>
      <w:r>
        <w:rPr>
          <w:b/>
        </w:rPr>
        <w:t xml:space="preserve">[52:24] </w:t>
      </w:r>
      <w:r>
        <w:t>According to the scientists, the black hole identified as M87 is as large as the orbit of Neptune and is by far the largest and most distant galaxy in the nearby universe.</w:t>
      </w:r>
    </w:p>
    <w:p>
      <w:pPr>
        <w:jc w:val="right"/>
      </w:pPr>
      <w:r>
        <w:t>According to the scientists, the black hole identified as M87 is as large as the orbit of Neptune and is by far the largest and most distant galaxy in the nearby universe.</w:t>
      </w:r>
    </w:p>
    <w:p>
      <w:r>
        <w:rPr>
          <w:b/>
        </w:rPr>
        <w:t xml:space="preserve">[52:40] </w:t>
      </w:r>
      <w:r>
        <w:t>As a point of comparison, the black hole at the center of the Milky Way is one thousand times smaller than this one, which has been observed some fifty million light years away</w:t>
      </w:r>
    </w:p>
    <w:p>
      <w:pPr>
        <w:jc w:val="right"/>
      </w:pPr>
      <w:r>
        <w:t>As a point of comparison, the black hole at the center of the Milky Way is one thousand times smaller than this one, which has been observed some fifty million light years away</w:t>
      </w:r>
    </w:p>
    <w:p>
      <w:r>
        <w:rPr>
          <w:b/>
        </w:rPr>
        <w:t xml:space="preserve">[52:54] </w:t>
      </w:r>
      <w:r>
        <w:t>. The Times of India, New Delhi. yeh waqe aur is tarah ke doosre waqeat marifat-e-ilahi ke liye azeem khazane ki hesiyat rakhte hain.</w:t>
      </w:r>
    </w:p>
    <w:p>
      <w:pPr>
        <w:jc w:val="right"/>
      </w:pPr>
      <w:r>
        <w:t>. The Times of India, New Delhi. یہ واقعہ اور اس طرح کے دوسرے واقعات معرفتِ الٰہی کے لیے عظیم خزانے کی حیثیت رکھتے ہیں۔</w:t>
      </w:r>
    </w:p>
    <w:p>
      <w:r>
        <w:rPr>
          <w:b/>
        </w:rPr>
        <w:t xml:space="preserve">[53:05] </w:t>
      </w:r>
      <w:r>
        <w:t>yeh waqeat khuda ki qudrat ko na qabil-e-qayas had tak azeem bana dete hain. jo aadmi in waqeat par sochega, is ka dil khuda ki azmat ke tasawwur se dahal uthe ga, is ke badan ke rongte khare ho jayen ge.</w:t>
      </w:r>
    </w:p>
    <w:p>
      <w:pPr>
        <w:jc w:val="right"/>
      </w:pPr>
      <w:r>
        <w:t>یہ واقعات خدا کی قدرت کو ناقابلِ قیاس حد تک عظیم بنا دیتے ہیں۔ جو آدمی ان واقعات پر سوچے گا، اس کا دل خدا کی عظمت کے تصور سے دہل اٹھے گا، اس کے بدن کے رونگٹے کھڑے ہو جائیں گے۔</w:t>
      </w:r>
    </w:p>
    <w:p>
      <w:r>
        <w:rPr>
          <w:b/>
        </w:rPr>
        <w:t xml:space="preserve">[53:23] </w:t>
      </w:r>
      <w:r>
        <w:t>yeh waqiat ek insan ko apne bare mein intehai uzr aur Khuda ke bare mein intehai qudrat ki yaad dilate hain.</w:t>
      </w:r>
    </w:p>
    <w:p>
      <w:pPr>
        <w:jc w:val="right"/>
      </w:pPr>
      <w:r>
        <w:t>یہ واقعات ایک انسان کو اپنے بارے میں انتہائی عجز اور خدا کے بارے میں انتہائی قدرت کی یاد دلاتے ہیں۔</w:t>
      </w:r>
    </w:p>
    <w:p>
      <w:r>
        <w:rPr>
          <w:b/>
        </w:rPr>
        <w:t xml:space="preserve">[53:33] </w:t>
      </w:r>
      <w:r>
        <w:t>in waqiat par ghaur karna bilashuba aala marifat ke husool ka kainaati khazana hai. marifat yeh hai ke aadmi ek taraf apni mahdoodiyat yaani limitation ko jaane aur doosri taraf woh Khuda ki la-mahdoodiyat ko daryaft kare.</w:t>
      </w:r>
    </w:p>
    <w:p>
      <w:pPr>
        <w:jc w:val="right"/>
      </w:pPr>
      <w:r>
        <w:t>ان واقعات پر غور کرنا بلاشبہ اعلیٰ معرفت کے حصول کا کائناتی خزانہ ہے۔ معرفت یہ ہے کہ آدمی ایک طرف اپنی محدودیت یعنی limitation کو جانے اور دوسری طرف وہ خدا کی لامحدودیت کو دریافت کرے۔</w:t>
      </w:r>
    </w:p>
    <w:p>
      <w:r>
        <w:rPr>
          <w:b/>
        </w:rPr>
        <w:t xml:space="preserve">[53:52] </w:t>
      </w:r>
      <w:r>
        <w:t>is daryaft ke nateejay mein jo kaifiyat aadmi ke andar paida hoti hai, usi ka naam marifat hai. yeh marifat jis ko haasil ho jaye, us ke liye goya dunya aur akhirat ki tamam sa'adaton ke darwazay khul gaye.</w:t>
      </w:r>
    </w:p>
    <w:p>
      <w:pPr>
        <w:jc w:val="right"/>
      </w:pPr>
      <w:r>
        <w:t>اس دریافت کے نتیجے میں جو کیفیت آدمی کے اندر پیدا ہوتی ہے، اسی کا نام معرفت ہے۔ یہ معرفت جس کو حاصل ہو جائے، اس کے لیے گویا دنیا اور آخرت کی تمام سعادتوں کے دروازے کھل گئے۔</w:t>
      </w:r>
    </w:p>
    <w:p>
      <w:r>
        <w:rPr>
          <w:b/>
        </w:rPr>
        <w:t xml:space="preserve">[54:10] </w:t>
      </w:r>
      <w:r>
        <w:t>yehhi woh khush qismat insan hai jis ke bare mein akhirat mein kaha jaye ga: "tum jannat ke darwazon mein se jis darwazay se chaho jannat mein dakhil ho jao.</w:t>
      </w:r>
    </w:p>
    <w:p>
      <w:pPr>
        <w:jc w:val="right"/>
      </w:pPr>
      <w:r>
        <w:t>یہی وہ خوش قسمت انسان ہے جس کے بارے میں آخرت میں کہا جائے گا: "تم جنت کے دروازوں میں سے جس دروازے سے چاہو جنت میں داخل ہو جاؤ۔</w:t>
      </w:r>
    </w:p>
    <w:p>
      <w:r>
        <w:rPr>
          <w:b/>
        </w:rPr>
        <w:t xml:space="preserve">[54:22] </w:t>
      </w:r>
      <w:r>
        <w:t>aaj ke baad tumhare liye na koi khauf hai aur na koi huzzn." do intizamat. insan ko Allah taala ne khusoosi inayat ke sath paida kiya.</w:t>
      </w:r>
    </w:p>
    <w:p>
      <w:pPr>
        <w:jc w:val="right"/>
      </w:pPr>
      <w:r>
        <w:t>آج کے بعد تمہارے لیے نہ کوئی خوف ہے اور نہ کوئی حزن۔" دو انتظامات۔ انسان کو اللہ تعالیٰ نے خصوصی عنایات کے ساتھ پیدا کیا۔</w:t>
      </w:r>
    </w:p>
    <w:p>
      <w:r>
        <w:rPr>
          <w:b/>
        </w:rPr>
        <w:t xml:space="preserve">[54:36] </w:t>
      </w:r>
      <w:r>
        <w:t>yeh inayatain buniyadi taur par do qism ki hain. in mein se ek ko Quran mein ahsan-e-taqweem kaha gaya hai, aur doosri inayat ke liye Quran ki is ayat mein ishara hai:</w:t>
      </w:r>
    </w:p>
    <w:p>
      <w:pPr>
        <w:jc w:val="right"/>
      </w:pPr>
      <w:r>
        <w:t>یہ عنایتیں بنیادی طور پر دو قسم کی ہیں۔ ان میں سے ایک کو قرآن میں احسن تقویم کہا گیا ہے، اور دوسری عنایت کے لیے قرآن کی اس آیت میں اشارہ ہے:</w:t>
      </w:r>
    </w:p>
    <w:p>
      <w:r>
        <w:rPr>
          <w:b/>
        </w:rPr>
        <w:t xml:space="preserve">[54:52] </w:t>
      </w:r>
      <w:r>
        <w:t>wa atakum min kulli ma salatum. yaani Khuda ne tum ko woh sab kuch diya jo tum ne us se manga.</w:t>
      </w:r>
    </w:p>
    <w:p>
      <w:pPr>
        <w:jc w:val="right"/>
      </w:pPr>
      <w:r>
        <w:t>وَأَعْطَاكُمْ مِنْ كُلِّ مَا سَالْتُمُو ۔ یعنی خدا نے تم کو وہ سب کچھ دیا جو تم نے اس سے مانگا۔</w:t>
      </w:r>
    </w:p>
    <w:p>
      <w:r>
        <w:rPr>
          <w:b/>
        </w:rPr>
        <w:t xml:space="preserve">[55:02] </w:t>
      </w:r>
      <w:r>
        <w:t>ahsan-e-taqweem ko Quran mein doosri jagah surah ahsan ke lafz mein bayan kiya gaya hai. is se murad yeh hai ke insan ko nihayat mozu jism diya gaya hai.</w:t>
      </w:r>
    </w:p>
    <w:p>
      <w:pPr>
        <w:jc w:val="right"/>
      </w:pPr>
      <w:r>
        <w:t>احسن تقویم کو قرآن میں دوسری جگہ سورۃ احسن کے لفظ میں بیان کیا گیا ہے۔ اس سے مراد یہ ہے کہ انسان کو نہایت موضوع جسم دیا گیا ہے۔</w:t>
      </w:r>
    </w:p>
    <w:p>
      <w:r>
        <w:rPr>
          <w:b/>
        </w:rPr>
        <w:t xml:space="preserve">[55:15] </w:t>
      </w:r>
      <w:r>
        <w:t>insani jism bohat se organs ya nizamāt ka majmooa hai. maslan dekhne ka nizam, sunne ka nizam, saans lene ka nizam,</w:t>
      </w:r>
    </w:p>
    <w:p>
      <w:pPr>
        <w:jc w:val="right"/>
      </w:pPr>
      <w:r>
        <w:t>انسانی جسم بہت سے organs یا نظامات کا مجموعہ ہے۔ مثلاً دیکھنے کا نظام، سننے کا نظام، سانس لینے کا نظام،</w:t>
      </w:r>
    </w:p>
    <w:p>
      <w:r>
        <w:rPr>
          <w:b/>
        </w:rPr>
        <w:t xml:space="preserve">[55:28] </w:t>
      </w:r>
      <w:r>
        <w:t>bolne ka nizam, hazam ka nizam, gardish-e-khoon ka nizam, harkat ka nizam waghera.</w:t>
      </w:r>
    </w:p>
    <w:p>
      <w:pPr>
        <w:jc w:val="right"/>
      </w:pPr>
      <w:r>
        <w:t>بولنے کا نظام، ہضم کا نظام، گردشِ خون کا نظام، حرکت کا نظام وغیرہ۔</w:t>
      </w:r>
    </w:p>
    <w:p>
      <w:r>
        <w:rPr>
          <w:b/>
        </w:rPr>
        <w:t xml:space="preserve">[55:37] </w:t>
      </w:r>
      <w:r>
        <w:t>insan ki umar jab barhti hai to ek ek nizam moattal hone lagta hai, yahan tak ke saare nizam moattal ho jatay hain aur insan ki maut waqe ho jati hai.</w:t>
      </w:r>
    </w:p>
    <w:p>
      <w:pPr>
        <w:jc w:val="right"/>
      </w:pPr>
      <w:r>
        <w:t>انسان کی عمر جب بڑھتی ہے تو ایک ایک نظام معطل ہونے لگتا ہے، یہاں تک کہ سارے نظام معطل ہو جاتے ہیں اور انسان کی موت واقع ہو جاتی ہے۔</w:t>
      </w:r>
    </w:p>
    <w:p>
      <w:r>
        <w:rPr>
          <w:b/>
        </w:rPr>
        <w:t xml:space="preserve">[55:50] </w:t>
      </w:r>
      <w:r>
        <w:t>doosra intizam woh hai jo insani wujood ke bahir, kharji dunya mein kiya gaya hai. maslan roshni aur hararat ka nizam, hawa ka nizam, oxygen ki supply ka nizam,</w:t>
      </w:r>
    </w:p>
    <w:p>
      <w:pPr>
        <w:jc w:val="right"/>
      </w:pPr>
      <w:r>
        <w:t>دوسرا انتظام وہ ہے جو انسانی وجود کے باہر، خارجی دنیا میں کیا گیا ہے۔ مثلاً روشنی اور حرارت کا نظام، ہوا کا نظام، آکسیجن کی سپلائی کا نظام،</w:t>
      </w:r>
    </w:p>
    <w:p>
      <w:r>
        <w:rPr>
          <w:b/>
        </w:rPr>
        <w:t xml:space="preserve">[56:06] </w:t>
      </w:r>
      <w:r>
        <w:t>pani aur barish ka nizam, zira'at ka nizam waghera. yeh kharji nizamāt insani zindagi ke liye lazmi taur par zaroori hain.</w:t>
      </w:r>
    </w:p>
    <w:p>
      <w:pPr>
        <w:jc w:val="right"/>
      </w:pPr>
      <w:r>
        <w:t>پانی اور بارش کا نظام، زراعت کا نظام وغیرہ۔ یہ خارجی نظامات انسانی زندگی کے لیے لازمی طور پر ضروری ہیں۔</w:t>
      </w:r>
    </w:p>
    <w:p>
      <w:r>
        <w:rPr>
          <w:b/>
        </w:rPr>
        <w:t xml:space="preserve">[56:17] </w:t>
      </w:r>
      <w:r>
        <w:t>yeh nizamāt agar juzwi ya kulli taur par moattal ho jayen to insani zindagi ka khatma ho jaye.</w:t>
      </w:r>
    </w:p>
    <w:p>
      <w:pPr>
        <w:jc w:val="right"/>
      </w:pPr>
      <w:r>
        <w:t>یہ نظامات اگر جزئی یا کلی طور پر معطل ہو جائیں تو انسانی زندگی کا خاتمہ ہو جائے۔</w:t>
      </w:r>
    </w:p>
    <w:p>
      <w:r>
        <w:rPr>
          <w:b/>
        </w:rPr>
        <w:t xml:space="preserve">[56:26] </w:t>
      </w:r>
      <w:r>
        <w:t>mazkoora taqseem mein doosre nizam ko life support system kaha jata hai. isi tarah pehle nizam ko organ support system kaha ja sakta hai.</w:t>
      </w:r>
    </w:p>
    <w:p>
      <w:pPr>
        <w:jc w:val="right"/>
      </w:pPr>
      <w:r>
        <w:t>مذکورہ تقسیم میں دوسرے نظام کو life support system کہا جاتا ہے۔ اسی طرح پہلے نظام کو organ support system کہا جا سکتا ہے۔</w:t>
      </w:r>
    </w:p>
    <w:p>
      <w:r>
        <w:rPr>
          <w:b/>
        </w:rPr>
        <w:t xml:space="preserve">[56:38] </w:t>
      </w:r>
      <w:r>
        <w:t>inehi dono intizamat par insan ki zindagi qaim hai. in dono intizamat ko gehrai ke sath janna aadmi ke liye marifat ka darwaza kholta hai.</w:t>
      </w:r>
    </w:p>
    <w:p>
      <w:pPr>
        <w:jc w:val="right"/>
      </w:pPr>
      <w:r>
        <w:t>انہی دونوں انتظامات پر انسان کی زندگی قائم ہے۔ ان دونوں انتظامات کو گہرائی کے ساتھ جاننا آدمی کے لیے معرفت کا دروازہ کھولتا ہے۔</w:t>
      </w:r>
    </w:p>
    <w:p>
      <w:r>
        <w:rPr>
          <w:b/>
        </w:rPr>
        <w:t xml:space="preserve">[56:51] </w:t>
      </w:r>
      <w:r>
        <w:t>is ke nateejay mein shukr ke aala jazbat paida hotay hain. is se aadmi ke andar tamam musbat sifaat paida hoti hain.</w:t>
      </w:r>
    </w:p>
    <w:p>
      <w:pPr>
        <w:jc w:val="right"/>
      </w:pPr>
      <w:r>
        <w:t>اس کے نتیجے میں شکر کے اعلیٰ جذبات پیدا ہوتے ہیں۔ اس سے آدمی کے اندر تمام مثبت صفات پیدا ہوتی ہیں۔</w:t>
      </w:r>
    </w:p>
    <w:p>
      <w:r>
        <w:rPr>
          <w:b/>
        </w:rPr>
        <w:t xml:space="preserve">[57:01] </w:t>
      </w:r>
      <w:r>
        <w:t>maslan tawazu, sanjeedgi, itiraf-e-haq waghera. grahan Khudaai moajza. grahan yaani eclipse ek falakiyati zahira hai.</w:t>
      </w:r>
    </w:p>
    <w:p>
      <w:pPr>
        <w:jc w:val="right"/>
      </w:pPr>
      <w:r>
        <w:t>مثلاً تواضع، سنجیدگی، اعترافِ حق وغیرہ۔ گرہن خدائی معجزہ۔ گرہن یعنی eclipse ایک فلکیاتی ظاہرہ ہے۔</w:t>
      </w:r>
    </w:p>
    <w:p>
      <w:r>
        <w:rPr>
          <w:b/>
        </w:rPr>
        <w:t xml:space="preserve">[57:14] </w:t>
      </w:r>
      <w:r>
        <w:t>eclipse ka lafz qadeem yunani zaban ke lafz eclipsis se maakhuz hai. khala mein grahan ke mukhtalif waqiat hotay rehte hain, lekin maroof taur par do qism ke grahan ko grahan kaha jata hai.</w:t>
      </w:r>
    </w:p>
    <w:p>
      <w:pPr>
        <w:jc w:val="right"/>
      </w:pPr>
      <w:r>
        <w:t>eclipse کا لفظ قدیم یونانی زبان کے لفظ eclipsis سے ماخوذ ہے۔ خلا میں گرہن کے مختلف واقعات ہوتے رہتے ہیں، لیکن معروف طور پر دو قسم کے گرہن کو گرہن کہا جاتا ہے۔</w:t>
      </w:r>
    </w:p>
    <w:p>
      <w:r>
        <w:rPr>
          <w:b/>
        </w:rPr>
        <w:t xml:space="preserve">[57:30] </w:t>
      </w:r>
      <w:r>
        <w:t>ek suraj grahan yaani solar eclipse aur doosra chand grahan yaani lunar eclipse. aam taur par suraj grahan saal mein do bar ya teen bar hota hai, aur chand grahan saal mein do bar waqe hota hai.</w:t>
      </w:r>
    </w:p>
    <w:p>
      <w:pPr>
        <w:jc w:val="right"/>
      </w:pPr>
      <w:r>
        <w:t>ایک سورج گرہن یعنی solar eclipse اور دوسرا چاند گرہن یعنی lunar eclipse۔ عام طور پر سورج گرہن سال میں دو بار یا تین بار ہوتا ہے، اور چاند گرہن سال میں دو بار واقع ہوتا ہے۔</w:t>
      </w:r>
    </w:p>
    <w:p>
      <w:r>
        <w:rPr>
          <w:b/>
        </w:rPr>
        <w:t xml:space="preserve">[57:48] </w:t>
      </w:r>
      <w:r>
        <w:t>chand grahan chand ghanton tak rehta hai, jab ke kamil suraj grahan kuch minute tak rehta hai. A lunar eclipse lasts for a few hours, whereas a total solar eclipse lasts for only a few minutes at any given place.</w:t>
      </w:r>
    </w:p>
    <w:p>
      <w:pPr>
        <w:jc w:val="right"/>
      </w:pPr>
      <w:r>
        <w:t>چاند گرہن چند گھنٹوں تک رہتا ہے، جبکہ کامل سورج گرہن کچھ منٹ تک رہتا ہے۔ A lunar eclipse lasts for a few hours, whereas a total solar eclipse lasts for only a few minutes at any given place.</w:t>
      </w:r>
    </w:p>
    <w:p>
      <w:r>
        <w:rPr>
          <w:b/>
        </w:rPr>
        <w:t xml:space="preserve">[58:08] </w:t>
      </w:r>
      <w:r>
        <w:t>grahan ka yeh waqia muhkam falakiyati qanoon ke tehat paish aata hai, yahan tak ke bohat pehle in ki qat'i peshangoi ki ja sakti hai.</w:t>
      </w:r>
    </w:p>
    <w:p>
      <w:pPr>
        <w:jc w:val="right"/>
      </w:pPr>
      <w:r>
        <w:t>گرہن کا یہ واقعہ محکم فلکیاتی قانون کے تحت پیش آتا ہے، یہاں تک کہ بہت پہلے ان کی قطعی پیشنگوئی کی جا سکتی ہے۔</w:t>
      </w:r>
    </w:p>
    <w:p>
      <w:r>
        <w:rPr>
          <w:b/>
        </w:rPr>
        <w:t xml:space="preserve">[58:21] </w:t>
      </w:r>
      <w:r>
        <w:t>misal ke taur par 2010 mein 15 January ko suraj grahan hua. ulama-e-falakiyat yaani astronomer ki peshagi khabar ke mutabiq pehle se logon ko is grahan ka ilm tha.</w:t>
      </w:r>
    </w:p>
    <w:p>
      <w:pPr>
        <w:jc w:val="right"/>
      </w:pPr>
      <w:r>
        <w:t>مثال کے طور پر 2010 میں 15 جنوری کو سورج گرہن ہوا۔ علمائے فلکیات یعنی astronomer کی پیشگی خبر کے مطابق پہلے سے لوگوں کو اس گرہن کا علم تھا۔</w:t>
      </w:r>
    </w:p>
    <w:p>
      <w:r>
        <w:rPr>
          <w:b/>
        </w:rPr>
        <w:t xml:space="preserve">[58:36] </w:t>
      </w:r>
      <w:r>
        <w:t>grahan kya hai? grahan darasal saya par janay ka doosra naam hai. gardish ke douran jab chand zameen aur suraj ke darmiyan aa jaye to suraj is aad ki bina par juzwi ya kulli taur par dikhai nahi de ga.</w:t>
      </w:r>
    </w:p>
    <w:p>
      <w:pPr>
        <w:jc w:val="right"/>
      </w:pPr>
      <w:r>
        <w:t>گرہن کیا ہے؟ گرہن دراصل سایہ پڑ جانے کا دوسرا نام ہے۔ گردش کے دوران جب چاند زمین اور سورج کے درمیان آ جائے تو سورج اس آڑ کی بنا پر جزئی یا کلی طور پر دکھائی نہیں دے گا۔</w:t>
      </w:r>
    </w:p>
    <w:p>
      <w:r>
        <w:rPr>
          <w:b/>
        </w:rPr>
        <w:t xml:space="preserve">[58:58] </w:t>
      </w:r>
      <w:r>
        <w:t>isi ka naam suraj grahan hai. aur jab zameen chand aur suraj ke darmiyan aa jaye to chand par juzwi ya kulli taur par zameen ka saya par jaye ga.</w:t>
      </w:r>
    </w:p>
    <w:p>
      <w:pPr>
        <w:jc w:val="right"/>
      </w:pPr>
      <w:r>
        <w:t>اسی کا نام سورج گرہن ہے۔ اور جب زمین چاند اور سورج کے درمیان آ جائے تو چاند پر جزئی یا کلی طور پر زمین کا سایہ پڑ جائے گا۔</w:t>
      </w:r>
    </w:p>
    <w:p>
      <w:r>
        <w:rPr>
          <w:b/>
        </w:rPr>
        <w:t xml:space="preserve">[59:12] </w:t>
      </w:r>
      <w:r>
        <w:t>isi ka naam chand grehan hai. In astronomy, partial or complete obscuring of one celestial body by another is viewed from a fixed point.</w:t>
      </w:r>
    </w:p>
    <w:p>
      <w:pPr>
        <w:jc w:val="right"/>
      </w:pPr>
      <w:r>
        <w:t>اسی کا نام چاند گرہن ہے۔ In astronomy, partial or complete obscuring of one celestial body by another is viewed from a fixed point.</w:t>
      </w:r>
    </w:p>
    <w:p>
      <w:r>
        <w:rPr>
          <w:b/>
        </w:rPr>
        <w:t xml:space="preserve">[59:26] </w:t>
      </w:r>
      <w:r>
        <w:t>Solar eclipses occur when shadow of the moon falls on Earth, which happens two or three times per year.</w:t>
      </w:r>
    </w:p>
    <w:p>
      <w:pPr>
        <w:jc w:val="right"/>
      </w:pPr>
      <w:r>
        <w:t>Solar eclipses occur when shadow of the moon falls on Earth, which happens two or three times per year.</w:t>
      </w:r>
    </w:p>
    <w:p>
      <w:r>
        <w:rPr>
          <w:b/>
        </w:rPr>
        <w:t xml:space="preserve">[59:35] </w:t>
      </w:r>
      <w:r>
        <w:t>Lunar eclipses occur when shadow of the Earth falls on the moon, at most two scenes per year. qadeem zamanay mein grehan ke baray mein ajeeb qism ke tahmati aqaaid qaim thay.</w:t>
      </w:r>
    </w:p>
    <w:p>
      <w:pPr>
        <w:jc w:val="right"/>
      </w:pPr>
      <w:r>
        <w:t>Lunar eclipses occur when shadow of the Earth falls on the moon, at most two scenes per year. قدیم زمانے میں گرہن کے بارے میں عجیب قسم کے تہماتی عقائد قائم تھے۔</w:t>
      </w:r>
    </w:p>
    <w:p>
      <w:r>
        <w:rPr>
          <w:b/>
        </w:rPr>
        <w:t xml:space="preserve">[59:51] </w:t>
      </w:r>
      <w:r>
        <w:t>mislan kuch log yeh samajhte thay ke aasman mein aik bohat bara ajdaha hai, woh kabhi ghusay ho kar chand ko nigal leta hai, us waqt chand grehan parta hai.</w:t>
      </w:r>
    </w:p>
    <w:p>
      <w:pPr>
        <w:jc w:val="right"/>
      </w:pPr>
      <w:r>
        <w:t>مثلاً کچھ لوگ یہ سمجھتے تھے کہ آسمان میں ایک بہت بڑا اجدہا ہے، وہ کبھی غصے ہو کر چاند کو نگل لیتا ہے، اس وقت چاند گرہن پڑتا ہے۔</w:t>
      </w:r>
    </w:p>
    <w:p>
      <w:r>
        <w:rPr>
          <w:b/>
        </w:rPr>
        <w:t xml:space="preserve">[1:00:04] </w:t>
      </w:r>
      <w:r>
        <w:t>isi tarah kuch log yeh samajhte thay ke zameen par jab kisi badshah ya kisi baray aadmi ki maut hoti hai to us ki wajah se suraj par andhera chha jata hai, isi ka naam suraj grehan hai waghera.</w:t>
      </w:r>
    </w:p>
    <w:p>
      <w:pPr>
        <w:jc w:val="right"/>
      </w:pPr>
      <w:r>
        <w:t>اسی طرح کچھ لوگ یہ سمجھتے تھے کہ زمین پر جب کسی بادشاہ یا کسی بڑے آدمی کی موت ہوتی ہے تو اس کی وجہ سے سورج پر اندھیرا چھا جاتا ہے، اسی کا نام سورج گرہن ہے وغیرہ۔</w:t>
      </w:r>
    </w:p>
    <w:p>
      <w:r>
        <w:rPr>
          <w:b/>
        </w:rPr>
        <w:t xml:space="preserve">[1:00:21] </w:t>
      </w:r>
      <w:r>
        <w:t>is qism ke tahmati tasawwurat hazaron saal tak qomon mein raaij thay, yahan tak ke دوربین yani telescope ijad hui.</w:t>
      </w:r>
    </w:p>
    <w:p>
      <w:pPr>
        <w:jc w:val="right"/>
      </w:pPr>
      <w:r>
        <w:t>اس قسم کے تہماتی تصورات ہزاروں سال تک قوموں میں رائج تھے، یہاں تک کہ دوربین یعنی telescope ایجاد ہوئی۔</w:t>
      </w:r>
    </w:p>
    <w:p>
      <w:r>
        <w:rPr>
          <w:b/>
        </w:rPr>
        <w:t xml:space="preserve">[1:00:31] </w:t>
      </w:r>
      <w:r>
        <w:t>Galileo ne pehli baar 1609 eesvi mein دوربین ke zariye sayarati nizam yani planetary system ka mushahida kiya.</w:t>
      </w:r>
    </w:p>
    <w:p>
      <w:pPr>
        <w:jc w:val="right"/>
      </w:pPr>
      <w:r>
        <w:t>گیلیلیو نے پہلی بار 1609 عیسوی میں دوربین کے ذریعے سیاراتی نظام یعنی planetary system کا مشاہدہ کیا۔</w:t>
      </w:r>
    </w:p>
    <w:p>
      <w:r>
        <w:rPr>
          <w:b/>
        </w:rPr>
        <w:t xml:space="preserve">[1:00:42] </w:t>
      </w:r>
      <w:r>
        <w:t>is ke baad دوربین ko taraqqi hui aur mazeed mushahidaat kiye gaye. Yahan tak ke maloom hua ke suraj grehan aur chand grehan ka talluq mazkoora qism ke tahmati tasawwurat se nahi hai.</w:t>
      </w:r>
    </w:p>
    <w:p>
      <w:pPr>
        <w:jc w:val="right"/>
      </w:pPr>
      <w:r>
        <w:t>اس کے بعد دوربین کو ترقی ہوئی اور مزید مشاہدات کیے گئے۔ یہاں تک کہ معلوم ہوا کہ سورج گرہن اور چاند گرہن کا تعلق مذکورہ قسم کے تہماتی تصورات سے نہیں ہے۔</w:t>
      </w:r>
    </w:p>
    <w:p>
      <w:r>
        <w:rPr>
          <w:b/>
        </w:rPr>
        <w:t xml:space="preserve">[1:00:58] </w:t>
      </w:r>
      <w:r>
        <w:t>yeh tamam tar aik falakiyati mazhar hai. Woh sirf is liye waqe hota hai ke gardish ke douran do khalaai ajsaam yani celestial bodies ke darmiyan teesra jism aa jata hai.</w:t>
      </w:r>
    </w:p>
    <w:p>
      <w:pPr>
        <w:jc w:val="right"/>
      </w:pPr>
      <w:r>
        <w:t>یہ تمام تر ایک فلکیاتی مظہر ہے۔ وہ صرف اس لیے واقع ہوتا ہے کہ گردش کے دوران دو خلائی اجسام یعنی celestial bodies کے درمیان تیسرا جسم آ جاتا ہے۔</w:t>
      </w:r>
    </w:p>
    <w:p>
      <w:r>
        <w:rPr>
          <w:b/>
        </w:rPr>
        <w:t xml:space="preserve">[1:01:12] </w:t>
      </w:r>
      <w:r>
        <w:t>is ki bana par wahan aik aad dhal jati hai. Isi aad ki bana par paish aane walay waqayay ka naam grehan hai.</w:t>
      </w:r>
    </w:p>
    <w:p>
      <w:pPr>
        <w:jc w:val="right"/>
      </w:pPr>
      <w:r>
        <w:t>اس کی بنا پر وہاں ایک آڑ قائم ہو جاتی ہے۔ اسی آڑ کی بنا پر پیش آنے والے واقعے کا نام گرہن ہے۔</w:t>
      </w:r>
    </w:p>
    <w:p>
      <w:r>
        <w:rPr>
          <w:b/>
        </w:rPr>
        <w:t xml:space="preserve">[1:01:22] </w:t>
      </w:r>
      <w:r>
        <w:t>qadeem zamanay mein grehan sirf aik tahmati yani superstitious waqia bana hua tha. Unniswin sadi eesvi mein saansi mushahiday ke zariye maloom hua ke yeh saada noiyat ka aik khalaai waqia hai.</w:t>
      </w:r>
    </w:p>
    <w:p>
      <w:pPr>
        <w:jc w:val="right"/>
      </w:pPr>
      <w:r>
        <w:t>قدیم زمانے میں گرہن صرف ایک تہماتی یعنی superstitious واقعہ بنا ہوا تھا۔ انیسویں صدی عیسوی میں سائنسی مشاہدے کے ذریعے معلوم ہوا کہ یہ سادہ نوعیت کا ایک خلائی واقعہ ہے۔</w:t>
      </w:r>
    </w:p>
    <w:p>
      <w:r>
        <w:rPr>
          <w:b/>
        </w:rPr>
        <w:t xml:space="preserve">[1:01:38] </w:t>
      </w:r>
      <w:r>
        <w:t>is waqayay mein koi purasrarit shamil nahi. Grehan ke mozu par maujooda zamanay mein kaseer tadad mein kitabein shaya hui hain.</w:t>
      </w:r>
    </w:p>
    <w:p>
      <w:pPr>
        <w:jc w:val="right"/>
      </w:pPr>
      <w:r>
        <w:t>اس واقعے میں کوئی پراصراریت شامل نہیں۔ گرہن کے موضوع پر موجودہ زمانے میں کثیر تعداد میں کتابیں شائع ہوئی ہیں۔</w:t>
      </w:r>
    </w:p>
    <w:p>
      <w:r>
        <w:rPr>
          <w:b/>
        </w:rPr>
        <w:t xml:space="preserve">[1:01:50] </w:t>
      </w:r>
      <w:r>
        <w:t>chand kitabon ke naam yeh hain: Eclipses of the Sun and Moon 1937 by Sir F.</w:t>
      </w:r>
    </w:p>
    <w:p>
      <w:pPr>
        <w:jc w:val="right"/>
      </w:pPr>
      <w:r>
        <w:t>چند کتابوں کے نام یہ ہیں: Eclipses of the Sun and Moon 1937 by Sir F.</w:t>
      </w:r>
    </w:p>
    <w:p>
      <w:r>
        <w:rPr>
          <w:b/>
        </w:rPr>
        <w:t xml:space="preserve">[1:01:58] </w:t>
      </w:r>
      <w:r>
        <w:t>D. Dyson. Eclipse Phenomena in Astronomy 1969 by F. Link.</w:t>
      </w:r>
    </w:p>
    <w:p>
      <w:pPr>
        <w:jc w:val="right"/>
      </w:pPr>
      <w:r>
        <w:t>D. Dyson. Eclipse Phenomena in Astronomy 1969 by F. Link.</w:t>
      </w:r>
    </w:p>
    <w:p>
      <w:r>
        <w:rPr>
          <w:b/>
        </w:rPr>
        <w:t xml:space="preserve">[1:02:06] </w:t>
      </w:r>
      <w:r>
        <w:t>Eclipses in the Second Millennium BC 1954 by G. Van Burk. Insani tareekh mein grehan ke talluq se teen dour hain.</w:t>
      </w:r>
    </w:p>
    <w:p>
      <w:pPr>
        <w:jc w:val="right"/>
      </w:pPr>
      <w:r>
        <w:t>Eclipses in the Second Millennium BC 1954 by G. Van Burk. انسانی تاریخ میں گرہن کے تعلق سے تین دور ہیں۔</w:t>
      </w:r>
    </w:p>
    <w:p>
      <w:r>
        <w:rPr>
          <w:b/>
        </w:rPr>
        <w:t xml:space="preserve">[1:02:18] </w:t>
      </w:r>
      <w:r>
        <w:t>grehan ki tareekh ka pehla dour woh hai jabke is mamlay mein tahmati aqaaid ka riwaj tha. Grehan ka doosra dour Islam ke zariye insaan ke ilm mein aaya.</w:t>
      </w:r>
    </w:p>
    <w:p>
      <w:pPr>
        <w:jc w:val="right"/>
      </w:pPr>
      <w:r>
        <w:t>گرہن کی تاریخ کا پہلا دور وہ ہے جبکہ اس معاملے میں تہماتی عقائد کا رواج تھا۔ گرہن کا دوسرا دور اسلام کے ذریعے انسان کے علم میں آیا۔</w:t>
      </w:r>
    </w:p>
    <w:p>
      <w:r>
        <w:rPr>
          <w:b/>
        </w:rPr>
        <w:t xml:space="preserve">[1:02:32] </w:t>
      </w:r>
      <w:r>
        <w:t>grehan ki tareekh ka teesra dour woh hai jo maujooda zamanay mein دوربین ki ijad 1608 ke baad shuru hua. Islam ne grehan ke talluq se jo baat batayi, us ke mutabiq grehan ka talluq na tahmat se hai aur na woh sirf aik maadi noiyat ka falakiyati waqia hai, balke woh khaliq e kainat ke bashaoor takhleeqi nizam ka aik hissa hai.</w:t>
      </w:r>
    </w:p>
    <w:p>
      <w:pPr>
        <w:jc w:val="right"/>
      </w:pPr>
      <w:r>
        <w:t>گرہن کی تاریخ کا تیسرا دور وہ ہے جو موجودہ زمانے میں دوربین کی ایجاد 1608 کے بعد شروع ہوا۔ اسلام نے گرہن کے تعلق سے جو بات بتائی، اس کے مطابق گرہن کا تعلق نہ تہمات سے ہے اور نہ وہ صرف ایک مادی نوعیت کا فلکیاتی واقعہ ہے، بلکہ وہ خالقِ کائنات کے باشعور تخلیقی نظام کا ایک حصہ ہے۔</w:t>
      </w:r>
    </w:p>
    <w:p>
      <w:r>
        <w:rPr>
          <w:b/>
        </w:rPr>
        <w:t xml:space="preserve">[1:03:01] </w:t>
      </w:r>
      <w:r>
        <w:t>woh Khuda ki qudrat e kamilah ka aik mazhar hai. Woh insaan ke liye Khawand e alam ka aik taaruf hai.</w:t>
      </w:r>
    </w:p>
    <w:p>
      <w:pPr>
        <w:jc w:val="right"/>
      </w:pPr>
      <w:r>
        <w:t>وہ خدا کی قدرتِ کاملہ کا ایک مظہر ہے۔ وہ انسان کے لیے خداوندِ عالم کا ایک تعارف ہے۔</w:t>
      </w:r>
    </w:p>
    <w:p>
      <w:r>
        <w:rPr>
          <w:b/>
        </w:rPr>
        <w:t xml:space="preserve">[1:03:12] </w:t>
      </w:r>
      <w:r>
        <w:t>grehan khamosh zaban mein Khuda ki hakeemana takhleeq ka elaan kar raha hai. Hijrat ke baad ka waqia hai. Paighambar e Islam SAWW ke sahibzaday Ibrahim Madina mein paida hue.</w:t>
      </w:r>
    </w:p>
    <w:p>
      <w:pPr>
        <w:jc w:val="right"/>
      </w:pPr>
      <w:r>
        <w:t>گرہن خاموش زبان میں خدا کی حکیمانہ تخلیق کا اعلان کر رہا ہے۔ ہجرت کے بعد کا واقعہ ہے۔ پیغمبرِ اسلام صلی اللہ علیہ وسلم کے صاحبزادے ابراہیم مدینہ میں پیدا ہوئے۔</w:t>
      </w:r>
    </w:p>
    <w:p>
      <w:r>
        <w:rPr>
          <w:b/>
        </w:rPr>
        <w:t xml:space="preserve">[1:03:28] </w:t>
      </w:r>
      <w:r>
        <w:t>deedh saal ki umar mein Shawwal 10 Hijri mein un ka inteqal ho gaya. Ittefaq se usi din suraj grehan par gaya.</w:t>
      </w:r>
    </w:p>
    <w:p>
      <w:pPr>
        <w:jc w:val="right"/>
      </w:pPr>
      <w:r>
        <w:t>ڈیڑھ سال کی عمر میں شوال 10 ہجری میں ان کا انتقال ہو گیا۔ اتفاق سے اسی دن سورج گرہن پڑا۔</w:t>
      </w:r>
    </w:p>
    <w:p>
      <w:r>
        <w:rPr>
          <w:b/>
        </w:rPr>
        <w:t xml:space="preserve">[1:03:38] </w:t>
      </w:r>
      <w:r>
        <w:t>qadeem tahmati riwaj ke mutabiq Madina ke kuch logon ne kaha ke yeh suraj grehan paighambar ke bete ki maut ki wajah se hua hai.</w:t>
      </w:r>
    </w:p>
    <w:p>
      <w:pPr>
        <w:jc w:val="right"/>
      </w:pPr>
      <w:r>
        <w:t>قدیم تہماتی رواج کے مطابق مدینہ کے کچھ لوگوں نے کہا کہ یہ سورج گرہن پیغمبر کے بیٹے کی موت کی وجہ سے ہوا ہے۔</w:t>
      </w:r>
    </w:p>
    <w:p>
      <w:r>
        <w:rPr>
          <w:b/>
        </w:rPr>
        <w:t xml:space="preserve">[1:03:48] </w:t>
      </w:r>
      <w:r>
        <w:t>Rasool Allah SAWW ko yeh baat bohat napasand hui. Aap ne logon ko jama kar ke taqreer ki. Aap ne farmaya: إن الشمس والقمر لا يخسفان لموت أحد ولا لحياته ولكنهما آيتان من آيات الله فإذا رأيتموها فصلوا Sahih Bukhari.</w:t>
      </w:r>
    </w:p>
    <w:p>
      <w:pPr>
        <w:jc w:val="right"/>
      </w:pPr>
      <w:r>
        <w:t>رسول اللہ صلی اللہ علیہ وسلم کو یہ بات بہت ناپسند ہوئی۔ آپ نے لوگوں کو جمع کر کے تقریر کی۔ آپ نے فرمایا: إن الشمس والقمر لا يخسفان لموت أحد ولا لحياته ولكنهما آيتان من آيات الله فإذا رأيتموها فصلوا صحیح بخاری۔</w:t>
      </w:r>
    </w:p>
    <w:p>
      <w:r>
        <w:rPr>
          <w:b/>
        </w:rPr>
        <w:t xml:space="preserve">[1:04:16] </w:t>
      </w:r>
      <w:r>
        <w:t>yani suraj aur chand mein kisi insaan ki maut se grehan nahi lagta, na hi kisi ki zindagi se. Woh dono Allah ki nishaniyon mein se do nishaniyan hain.</w:t>
      </w:r>
    </w:p>
    <w:p>
      <w:pPr>
        <w:jc w:val="right"/>
      </w:pPr>
      <w:r>
        <w:t>یعنی سورج اور چاند میں کسی انسان کی موت سے گرہن نہیں لگتا، نہ ہی کسی کی زندگی سے۔ وہ دونوں اللہ کی نشانیوں میں سے دو نشانیاں ہیں۔</w:t>
      </w:r>
    </w:p>
    <w:p>
      <w:r>
        <w:rPr>
          <w:b/>
        </w:rPr>
        <w:t xml:space="preserve">[1:04:29] </w:t>
      </w:r>
      <w:r>
        <w:t>jab tum aisa dekho to namaz parho. Chand grehan aur suraj grehan Khuda ki nishaniyon mein se do nishaniyan hain.</w:t>
      </w:r>
    </w:p>
    <w:p>
      <w:pPr>
        <w:jc w:val="right"/>
      </w:pPr>
      <w:r>
        <w:t>جب تم ایسا دیکھو تو نماز پڑھو۔ چاند گرہن اور سورج گرہن خدا کی نشانیوں میں سے دو نشانیاں ہیں۔</w:t>
      </w:r>
    </w:p>
    <w:p>
      <w:r>
        <w:rPr>
          <w:b/>
        </w:rPr>
        <w:t xml:space="preserve">[1:04:38] </w:t>
      </w:r>
      <w:r>
        <w:t>yeh koi saada baat nahi. Yeh darasal is mamlay ke asal maanwi pehlu ki taraf ishara hai. Is ka matlab yeh hai ke chand grehan aur suraj grehan jis tarah hota hai,</w:t>
      </w:r>
    </w:p>
    <w:p>
      <w:pPr>
        <w:jc w:val="right"/>
      </w:pPr>
      <w:r>
        <w:t>یہ کوئی سادہ بات نہیں۔ یہ دراصل اس معاملے کے اصل معنوی پہلو کی طرف اشارہ ہے۔ اس کا مطلب یہ ہے کہ چاند گرہن اور سورج گرہن جس طرح ہوتا ہے،</w:t>
      </w:r>
    </w:p>
    <w:p>
      <w:r>
        <w:rPr>
          <w:b/>
        </w:rPr>
        <w:t xml:space="preserve">[1:04:53] </w:t>
      </w:r>
      <w:r>
        <w:t>is par ghhor kiya jaye to woh aadmi ke liye khuda ki daryaft ka zariya ban jaye ga. woh saada tor par falakyati nishani ke bajaye zyada gehre maanon mein khodai nishani sabit hoga.</w:t>
      </w:r>
    </w:p>
    <w:p>
      <w:pPr>
        <w:jc w:val="right"/>
      </w:pPr>
      <w:r>
        <w:t>اس پر غور کیا جائے تو وہ آدمی کے لیے خدا کی دریافت کا ذریعہ بن جائے گا۔ وہ سادہ طور پر فلکیاتی نشانی کے بجائے زیادہ گہرے معنوں میں خدائی نشانی ثابت ہوگا۔</w:t>
      </w:r>
    </w:p>
    <w:p>
      <w:r>
        <w:rPr>
          <w:b/>
        </w:rPr>
        <w:t xml:space="preserve">[1:05:09] </w:t>
      </w:r>
      <w:r>
        <w:t>chand grahan ya suraj grahan aik anokha takhleeqi moajza hai. is ke peechay khaliq-e-kainat ki moajzaana sanai nazar aati hai.</w:t>
      </w:r>
    </w:p>
    <w:p>
      <w:pPr>
        <w:jc w:val="right"/>
      </w:pPr>
      <w:r>
        <w:t>چاند گرہن یا سورج گرہن ایک انوکھا تخلیقی معجزہ ہے۔ اس کے پیچھے خالقِ کائنات کی معجزانہ صنائی نظر آتی ہے۔</w:t>
      </w:r>
    </w:p>
    <w:p>
      <w:r>
        <w:rPr>
          <w:b/>
        </w:rPr>
        <w:t xml:space="preserve">[1:05:21] </w:t>
      </w:r>
      <w:r>
        <w:t>jaisa ke arz kiya gaya, grahan is waqt paish aata hai jabkay teen khalayi ajssam zameen, chand, suraj gardish karte hue aik seedh mein aa jayen.</w:t>
      </w:r>
    </w:p>
    <w:p>
      <w:pPr>
        <w:jc w:val="right"/>
      </w:pPr>
      <w:r>
        <w:t>جیسا کہ عرض کیا گیا، گرہن اس وقت پیش آتا ہے جبکہ تین خلائی اجسام زمین، چاند، سورج گردش کرتے ہوئے ایک سیدھ میں آ جائیں۔</w:t>
      </w:r>
    </w:p>
    <w:p>
      <w:r>
        <w:rPr>
          <w:b/>
        </w:rPr>
        <w:t xml:space="preserve">[1:05:35] </w:t>
      </w:r>
      <w:r>
        <w:t>teenon ke size mein bohat zyada farq hai. chand ko agar sarson ke danay ke barabar samjha jaye to is ke muqable mein zameen football ke barabar hogi, aur suraj himalaya pahaar se bhi zyada bara hoga.</w:t>
      </w:r>
    </w:p>
    <w:p>
      <w:pPr>
        <w:jc w:val="right"/>
      </w:pPr>
      <w:r>
        <w:t>تینوں کے سائز میں بہت زیادہ فرق ہے۔ چاند کو اگر سرسوں کے دانے کے برابر سمجھا جائے تو اس کے مقابلے میں زمین فٹبال کے برابر ہوگی، اور سورج ہمالیہ پہاڑ سے بھی زیادہ بڑا ہوگا۔</w:t>
      </w:r>
    </w:p>
    <w:p>
      <w:r>
        <w:rPr>
          <w:b/>
        </w:rPr>
        <w:t xml:space="preserve">[1:05:51] </w:t>
      </w:r>
      <w:r>
        <w:t>yeh teen mukhtalif size ke ajssam harkat karte hue aisay tanasub se aik seedh mein aa jatay hain ke zameen se dekhnay wala un ko yaksaan size mein dekhnay lagay.</w:t>
      </w:r>
    </w:p>
    <w:p>
      <w:pPr>
        <w:jc w:val="right"/>
      </w:pPr>
      <w:r>
        <w:t>یہ تین مختلف سائز کے اجسام حرکت کرتے ہوئے ایسے تناسب سے ایک سیدھ میں آ جاتے ہیں کہ زمین سے دیکھنے والا ان کو یکساں سائز میں دیکھنے لگے۔</w:t>
      </w:r>
    </w:p>
    <w:p>
      <w:r>
        <w:rPr>
          <w:b/>
        </w:rPr>
        <w:t xml:space="preserve">[1:06:04] </w:t>
      </w:r>
      <w:r>
        <w:t>jab teenon ke darmiyan chand ho to suraj grahan waqe hoga, aur jab un ke darmiyan zameen ho to chand grahan waqe hoga.</w:t>
      </w:r>
    </w:p>
    <w:p>
      <w:pPr>
        <w:jc w:val="right"/>
      </w:pPr>
      <w:r>
        <w:t>جب تینوں کے درمیان چاند ہو تو سورج گرہن واقع ہوگا، اور جب ان کے درمیان زمین ہو تو چاند گرہن واقع ہوگا۔</w:t>
      </w:r>
    </w:p>
    <w:p>
      <w:r>
        <w:rPr>
          <w:b/>
        </w:rPr>
        <w:t xml:space="preserve">[1:06:15] </w:t>
      </w:r>
      <w:r>
        <w:t>yeh wasee khala mein aik intehai anokhi positioning ka moamla hai. It is a uniquely well-calculated positioning of three moving bodies highly unequal in size in the vast space.</w:t>
      </w:r>
    </w:p>
    <w:p>
      <w:pPr>
        <w:jc w:val="right"/>
      </w:pPr>
      <w:r>
        <w:t>یہ وسیع خلا میں ایک انتہائی انوکھی پوزیشننگ کا معاملہ ہے۔ It is a uniquely well-calculated positioning of three moving bodies highly unequal in size in the vast sp</w:t>
      </w:r>
    </w:p>
    <w:p>
      <w:r>
        <w:rPr>
          <w:b/>
        </w:rPr>
        <w:t xml:space="preserve">[1:06:30] </w:t>
      </w:r>
      <w:r>
        <w:t>ace. grahan (eclipse) is waqt waqe hota hai jabkay wasee khala ke teen ajram zameen, chand, suraj intehai mutanasib doori ke sath bilkul aik seedh mein aa jayen.</w:t>
      </w:r>
    </w:p>
    <w:p>
      <w:pPr>
        <w:jc w:val="right"/>
      </w:pPr>
      <w:r>
        <w:t>ace. گرہن (ایکلپس) اس وقت واقع ہوتا ہے جبکہ وسیع خلا کے تین اجرام زمین، چاند، سورج انتہائی متناسب دوری کے ساتھ بالکل ایک سیدھ میں آ جائیں۔</w:t>
      </w:r>
    </w:p>
    <w:p>
      <w:r>
        <w:rPr>
          <w:b/>
        </w:rPr>
        <w:t xml:space="preserve">[1:06:45] </w:t>
      </w:r>
      <w:r>
        <w:t>yeh ek intehai herat nak zahira hai.</w:t>
      </w:r>
    </w:p>
    <w:p>
      <w:pPr>
        <w:jc w:val="right"/>
      </w:pPr>
      <w:r>
        <w:t>یہ ایک انتہائی حیرت ناک ظاہرہ ہے۔</w:t>
      </w:r>
    </w:p>
    <w:p>
      <w:r>
        <w:rPr>
          <w:b/>
        </w:rPr>
        <w:t xml:space="preserve">[1:06:49] </w:t>
      </w:r>
      <w:r>
        <w:t>is ka zikr karte hue encyclopedia britannica ke maqala nigar ne likha hai: "ek intehai ghair mamooli tawafuq</w:t>
      </w:r>
    </w:p>
    <w:p>
      <w:pPr>
        <w:jc w:val="right"/>
      </w:pPr>
      <w:r>
        <w:t>اس کا ذکر کرتے ہوئے انسائیکلوپیڈیا برٹینیکا کے مقالہ نگار نے لکھا ہے: "ایک انتہائی غیر معمولی توافق</w:t>
      </w:r>
    </w:p>
    <w:p>
      <w:r>
        <w:rPr>
          <w:b/>
        </w:rPr>
        <w:t xml:space="preserve">[1:06:57] </w:t>
      </w:r>
      <w:r>
        <w:t>ki bina par suraj aur chaand ka size aur doori aise ho jate hain ke zameen se bazahir</w:t>
      </w:r>
    </w:p>
    <w:p>
      <w:pPr>
        <w:jc w:val="right"/>
      </w:pPr>
      <w:r>
        <w:t>کی بنا پر سورج اور چاند کا سائز اور دوری ایسے ہو جاتے ہیں کہ زمین سے بظاہر</w:t>
      </w:r>
    </w:p>
    <w:p>
      <w:r>
        <w:rPr>
          <w:b/>
        </w:rPr>
        <w:t xml:space="preserve">[1:07:05] </w:t>
      </w:r>
      <w:r>
        <w:t>aisa dikhai deta hai goya ke dono bilkul barabar hon."</w:t>
      </w:r>
    </w:p>
    <w:p>
      <w:pPr>
        <w:jc w:val="right"/>
      </w:pPr>
      <w:r>
        <w:t>ایسا دکھائی دیتا ہے گویا کہ دونوں بالکل برابر ہوں۔"</w:t>
      </w:r>
    </w:p>
    <w:p>
      <w:r>
        <w:rPr>
          <w:b/>
        </w:rPr>
        <w:t xml:space="preserve">[1:07:10] </w:t>
      </w:r>
      <w:r>
        <w:t>By a remarkable coincidence, the sizes and distances of the Sun and Moon are such that they appear</w:t>
      </w:r>
    </w:p>
    <w:p>
      <w:pPr>
        <w:jc w:val="right"/>
      </w:pPr>
      <w:r>
        <w:t>By a remarkable coincidence, the sizes and distances of the Sun and Moon are such that they appear</w:t>
      </w:r>
    </w:p>
    <w:p>
      <w:r>
        <w:rPr>
          <w:b/>
        </w:rPr>
        <w:t xml:space="preserve">[1:07:19] </w:t>
      </w:r>
      <w:r>
        <w:t>as very nearly the same angular size as the Earth</w:t>
      </w:r>
    </w:p>
    <w:p>
      <w:pPr>
        <w:jc w:val="right"/>
      </w:pPr>
      <w:r>
        <w:t>as very nearly the same angular size as the Earth</w:t>
      </w:r>
    </w:p>
    <w:p>
      <w:r>
        <w:rPr>
          <w:b/>
        </w:rPr>
        <w:t xml:space="preserve">[1:07:24] </w:t>
      </w:r>
      <w:r>
        <w:t>. grahan ke is ajeeb waqey ko maqala nigar ne sirf ittifaq yaani coincidence qarar diya hai, magar yeh bilkul ghair mantiqi baat hai.</w:t>
      </w:r>
    </w:p>
    <w:p>
      <w:pPr>
        <w:jc w:val="right"/>
      </w:pPr>
      <w:r>
        <w:t>. گرہن کے اس عجیب واقعے کو مقالہ نگار نے محض اتفاق یعنی coincidence قرار دیا ہے، مگر یہ بالکل غیر منطقی بات ہے۔</w:t>
      </w:r>
    </w:p>
    <w:p>
      <w:r>
        <w:rPr>
          <w:b/>
        </w:rPr>
        <w:t xml:space="preserve">[1:07:36] </w:t>
      </w:r>
      <w:r>
        <w:t>is qism ka nadir ittifaq awwal to mumkin nahi, aur balfarz agar aisa ho jaye to woh ba mushkil aik bar ho sakta hai.</w:t>
      </w:r>
    </w:p>
    <w:p>
      <w:pPr>
        <w:jc w:val="right"/>
      </w:pPr>
      <w:r>
        <w:t>اس قسم کا نادر اتفاق اول تو ممکن نہیں، اور بالفرض اگر ایسا ہو جائے تو وہ بمشکل ایک بار ہو سکتا ہے۔</w:t>
      </w:r>
    </w:p>
    <w:p>
      <w:r>
        <w:rPr>
          <w:b/>
        </w:rPr>
        <w:t xml:space="preserve">[1:07:45] </w:t>
      </w:r>
      <w:r>
        <w:t>lekan falakyati tareekh batati hai ke grahan ka yeh waqea lakhon baras se isi tarah pabandi yaani regularity ke sath har saal paish aa raha hai.</w:t>
      </w:r>
    </w:p>
    <w:p>
      <w:pPr>
        <w:jc w:val="right"/>
      </w:pPr>
      <w:r>
        <w:t>لیکن فلکیاتی تاریخ بتاتی ہے کہ گرہن کا یہ واقعہ لاکھوں برس سے اسی طرح پابندی یعنی regularity کے ساتھ ہر سال پیش آ رہا ہے۔</w:t>
      </w:r>
    </w:p>
    <w:p>
      <w:r>
        <w:rPr>
          <w:b/>
        </w:rPr>
        <w:t xml:space="preserve">[1:07:58] </w:t>
      </w:r>
      <w:r>
        <w:t>is qism ki kamil bazabtgi hargiz ittifaqan nahi ho sakti. yaqeenan woh aik qadir-e-mutlaq hasti ki musalsal karfarmayi ke sabab hi mumkin hai.</w:t>
      </w:r>
    </w:p>
    <w:p>
      <w:pPr>
        <w:jc w:val="right"/>
      </w:pPr>
      <w:r>
        <w:t>اس قسم کی کامل باضابطگی ہرگز اتفاقاً نہیں ہو سکتی۔ یقینی طور پر وہ ایک قادرِ مطلق ہستی کی مسلسل کارفرمائی کے باعث ہی ممکن ہے۔</w:t>
      </w:r>
    </w:p>
    <w:p>
      <w:r>
        <w:rPr>
          <w:b/>
        </w:rPr>
        <w:t xml:space="preserve">[1:08:10] </w:t>
      </w:r>
      <w:r>
        <w:t>ittifaq ka lafz is herat nak falakyati zahire ki tawjeeh ke liye aakhri had tak nakafi hai. grahan khala mein paish aanay walay un beshumar moajzati waqeyat mein se aik hai jin ke baray mein quran mein yeh alfaaz aaye hain: ذٰلِكَ تَقْدِيرُ الْعَزِيزِ الْعَلِيمِ yani yeh azeez aur aleem khuda ka muqarrar shuda andaaza hai.</w:t>
      </w:r>
    </w:p>
    <w:p>
      <w:pPr>
        <w:jc w:val="right"/>
      </w:pPr>
      <w:r>
        <w:t>اتفاق کا لفظ اس حیرت ناک فلکیاتی ظاہرے کی توجیح کے لیے آخری حد تک ناکافی ہے۔ گرہن خلا میں پیش آنے والے ان بے شمار معجزاتی واقعات میں سے ایک ہے جن کے بارے میں قرآن میں یہ الفاظ آئے ہیں: ذٰلِكَ تَقْدِيرُ الْعَزِيزِ الْعَلِيمِ یعنی یہ عزیز اور علیم خدا کا مقرر کیا ہوا اندازہ ہے۔</w:t>
      </w:r>
    </w:p>
    <w:p>
      <w:r>
        <w:rPr>
          <w:b/>
        </w:rPr>
        <w:t xml:space="preserve">[1:08:39] </w:t>
      </w:r>
      <w:r>
        <w:t>That is the disposition of the Almighty, the All-Knowing. wasee khala mein beshumar ajza hain. yeh tamam ajza mukammal tor par khudaوند-e-alam ke control mein hain.</w:t>
      </w:r>
    </w:p>
    <w:p>
      <w:pPr>
        <w:jc w:val="right"/>
      </w:pPr>
      <w:r>
        <w:t>That is the disposition of the Almighty, the All-Knowing. وسیع خلا میں بے شمار اجزاء ہیں۔ یہ تمام اجزاء مکمل طور پر خداوندِ عالم کے کنٹرول میں ہیں۔</w:t>
      </w:r>
    </w:p>
    <w:p>
      <w:r>
        <w:rPr>
          <w:b/>
        </w:rPr>
        <w:t xml:space="preserve">[1:08:53] </w:t>
      </w:r>
      <w:r>
        <w:t>sayaron aur sitaron ki gardish intehai had tak khuda ke muqarrar zabtay ki pabandi mein hoti hai. shamsi nizam isi ka aik namona hai jis ke andar hamari zameen waqe hai.</w:t>
      </w:r>
    </w:p>
    <w:p>
      <w:pPr>
        <w:jc w:val="right"/>
      </w:pPr>
      <w:r>
        <w:t>سیاروں اور ستاروں کی گردش انتہائی حد تک خدا کے مقرر ضابطے کی پابندی میں ہوتی ہے۔ شمسی نظام اسی کا ایک نمونہ ہے جس کے اندر ہماری زمین واقع ہے۔</w:t>
      </w:r>
    </w:p>
    <w:p>
      <w:r>
        <w:rPr>
          <w:b/>
        </w:rPr>
        <w:t xml:space="preserve">[1:09:08] </w:t>
      </w:r>
      <w:r>
        <w:t>yeh nizam apni khamosh zaban mein elaan kar raha hai ke is kainat ka aik qadir-e-mutlaq khuda hai jo wasee khala mein un par kamil control kiye hue hai.</w:t>
      </w:r>
    </w:p>
    <w:p>
      <w:pPr>
        <w:jc w:val="right"/>
      </w:pPr>
      <w:r>
        <w:t>یہ نظام اپنی خاموش زبان میں اعلان کر رہا ہے کہ اس کائنات کا ایک قادرِ مطلق خدا ہے جو وسیع خلا میں ان پر کامل کنٹرول کیے ہوئے ہے۔</w:t>
      </w:r>
    </w:p>
    <w:p>
      <w:r>
        <w:rPr>
          <w:b/>
        </w:rPr>
        <w:t xml:space="preserve">[1:09:22] </w:t>
      </w:r>
      <w:r>
        <w:t>inhi moajzati waqeyat mein se aik grahan ka waqea hai. suraj grahan aur chand grahan hamaray qareebi mushahiday ki cheezen hain.</w:t>
      </w:r>
    </w:p>
    <w:p>
      <w:pPr>
        <w:jc w:val="right"/>
      </w:pPr>
      <w:r>
        <w:t>انہی معجزاتی واقعات میں سے ایک گرہن کا واقعہ ہے۔ سورج گرہن اور چاند گرہن ہمارے قریبی مشاہدے کی چیزیں ہیں۔</w:t>
      </w:r>
    </w:p>
    <w:p>
      <w:r>
        <w:rPr>
          <w:b/>
        </w:rPr>
        <w:t xml:space="preserve">[1:09:32] </w:t>
      </w:r>
      <w:r>
        <w:t>log is ko ajubay ke tor par ya zyada se zyada aik falakyati course ke tor par dekhte hain, magar haqeeqat yeh hai ke paighambar-e-islam ke alfaaz hain: "woh khuda ki aik azeem nishani hai, isi liye islam mein yeh taleem di gayi hai ke jab grahan waqe ho to log khuda ki ibadat karein." is ibadat ko salat kusuf aur salat khusuf kaha jata hai.</w:t>
      </w:r>
    </w:p>
    <w:p>
      <w:pPr>
        <w:jc w:val="right"/>
      </w:pPr>
      <w:r>
        <w:t>لوگ اس کو عجوبے کے طور پر یا زیادہ سے زیادہ ایک فلکیاتی کورس کے طور پر دیکھتے ہیں، مگر حقیقت یہ ہے کہ پیغمبرِ اسلام کے الفاظ ہیں: "وہ خدا کی ایک عظیم نشانی ہے، اسی لیے اسلام میں یہ تعلیم دی گئی ہے کہ جب گرہن واقع ہو تو لوگ خدا کی عبادت کریں۔" اس عبادت کو صلاۃ کسوف اور صلاۃ خسوف کہا جاتا ہے۔</w:t>
      </w:r>
    </w:p>
    <w:p>
      <w:r>
        <w:rPr>
          <w:b/>
        </w:rPr>
        <w:t xml:space="preserve">[1:09:59] </w:t>
      </w:r>
      <w:r>
        <w:t>grahan ke waqt khuda ki ibadat karna is baat ka eteraf hai ke grahan aik khodai zahira hai, na ke sirf aik falakyati zahira.</w:t>
      </w:r>
    </w:p>
    <w:p>
      <w:pPr>
        <w:jc w:val="right"/>
      </w:pPr>
      <w:r>
        <w:t>گرہن کے وقت خدا کی عبادت کرنا اس بات کا اعتراف ہے کہ گرہن ایک خدائی ظاہرہ ہے، نہ کہ محض ایک فلکیاتی ظاہرہ۔</w:t>
      </w:r>
    </w:p>
    <w:p>
      <w:r>
        <w:rPr>
          <w:b/>
        </w:rPr>
        <w:t xml:space="preserve">[1:10:12] </w:t>
      </w:r>
      <w:r>
        <w:t>kishti-e-nooh ki daryaft Hazrat Nooh ibtedai daur ke paighambar hain. woh iraq ke ilaqay mesopotamia mein mabaoos hue thay.</w:t>
      </w:r>
    </w:p>
    <w:p>
      <w:pPr>
        <w:jc w:val="right"/>
      </w:pPr>
      <w:r>
        <w:t>کشتی نوح کی دریافت حضرت نوح ابتدائی دور کے پیغمبر ہیں۔ وہ عراق کے علاقے میسوپوٹیمیا میں مبعوث ہوئے تھے۔</w:t>
      </w:r>
    </w:p>
    <w:p>
      <w:r>
        <w:rPr>
          <w:b/>
        </w:rPr>
        <w:t xml:space="preserve">[1:10:22] </w:t>
      </w:r>
      <w:r>
        <w:t>lambi muddat tak dawat-o-tablegh ke bawajood bohat kam log un par iman laye, yahan tak ke aik azeem toofan ke zariye poori qaum ko tabah kar diya gaya.</w:t>
      </w:r>
    </w:p>
    <w:p>
      <w:pPr>
        <w:jc w:val="right"/>
      </w:pPr>
      <w:r>
        <w:t>لمبی مدت تک دعوت و تبلیغ کے باوجود بہت کم لوگ ان پر ایمان لائے، یہاں تک کہ ایک عظیم طوفان کے ذریعے پوری قوم کو تباہ کر دیا گیا۔</w:t>
      </w:r>
    </w:p>
    <w:p>
      <w:r>
        <w:rPr>
          <w:b/>
        </w:rPr>
        <w:t xml:space="preserve">[1:10:36] </w:t>
      </w:r>
      <w:r>
        <w:t>is waqt Allah ke hukum se Hazrat Nooh ne aik bari kashti banai. Hazrat Nooh ne is kashti mein us waqt ke tamam ahle iman ko bithaya.</w:t>
      </w:r>
    </w:p>
    <w:p>
      <w:pPr>
        <w:jc w:val="right"/>
      </w:pPr>
      <w:r>
        <w:t>اس وقت اللہ کے حکم سے حضرت نوح نے ایک بڑی کشتی بنائی۔ حضرت نوح نے اس کشتی میں اس وقت کے تمام اہلِ ایمان کو بٹھایا۔</w:t>
      </w:r>
    </w:p>
    <w:p>
      <w:r>
        <w:rPr>
          <w:b/>
        </w:rPr>
        <w:t xml:space="preserve">[1:10:47] </w:t>
      </w:r>
      <w:r>
        <w:t>toofan mein behti hui yeh kashti aakhir kar mashriqi turkey ke pahaar ararat par thehar gayi. is ke baad is mein bethay hue tamam log kashti se nikal kar mukhtalif ilaqon mein abad ho gaye.</w:t>
      </w:r>
    </w:p>
    <w:p>
      <w:pPr>
        <w:jc w:val="right"/>
      </w:pPr>
      <w:r>
        <w:t>طوفان میں بہتی ہوئی یہ کشتی آخر کار مشرقی ترکی کے پہاڑ ارارات پر ٹھہر گئی۔ اس کے بعد اس میں بیٹھے ہوئے تمام لوگ کشتی سے نکل کر مختلف علاقوں میں آباد ہو گئے۔</w:t>
      </w:r>
    </w:p>
    <w:p>
      <w:r>
        <w:rPr>
          <w:b/>
        </w:rPr>
        <w:t xml:space="preserve">[1:11:03] </w:t>
      </w:r>
      <w:r>
        <w:t>yeh waqea paanch hazar saal pehle ka hai. quran mein bataya gaya tha ke yeh kashti mehfooz rahe gi aur baad ke zamanay mein daryaft ho kar logon ke liye nishani yaani sign ban jaye gi.</w:t>
      </w:r>
    </w:p>
    <w:p>
      <w:pPr>
        <w:jc w:val="right"/>
      </w:pPr>
      <w:r>
        <w:t>یہ واقعہ پانچ ہزار سال پہلے کا ہے۔ قرآن میں بتایا گیا تھا کہ یہ کشتی محفوظ رہے گی اور بعد کے زمانے میں دریافت ہو کر لوگوں کے لیے نشانی یعنی سائن بن جائے گی۔</w:t>
      </w:r>
    </w:p>
    <w:p>
      <w:r>
        <w:rPr>
          <w:b/>
        </w:rPr>
        <w:t xml:space="preserve">[1:11:18] </w:t>
      </w:r>
      <w:r>
        <w:t>surah qaf mein hazrat nooh ke tazkire ke baad yeh ayat aayi hai: walaqad taraknaha ayatan fahal min mudakkar yani hum ne is kashti ko nishani ke liye chhod diya.</w:t>
      </w:r>
    </w:p>
    <w:p>
      <w:pPr>
        <w:jc w:val="right"/>
      </w:pPr>
      <w:r>
        <w:t>سورہ قمر میں حضرت نوح کے تذکرے کے بعد یہ آیت آئی ہے: ولقد تركناها آية فهل من مدكر یعنی ہم نے اس کشتی کو نشانی کے لیے چھوڑ دیا۔</w:t>
      </w:r>
    </w:p>
    <w:p>
      <w:r>
        <w:rPr>
          <w:b/>
        </w:rPr>
        <w:t xml:space="preserve">[1:11:33] </w:t>
      </w:r>
      <w:r>
        <w:t>phir koi hai sochne wala? yahi baat surah ankaboot mein un alfaaz mein aayi hai: wajaalnahaha ayatan lilalameen yani phir hum ne is kashti ko duniya walon ke liye ek nishani bana diya.</w:t>
      </w:r>
    </w:p>
    <w:p>
      <w:pPr>
        <w:jc w:val="right"/>
      </w:pPr>
      <w:r>
        <w:t>پھر کوئی ہے سوچنے والا؟ یہی بات سورہ عنکبوت میں ان الفاظ میں آئی ہے: وجعلناها آية للعالمين یعنی پھر ہم نے اس کشتی کو دنیا والوں کے لیے ایک نشانی بنا دیا۔</w:t>
      </w:r>
    </w:p>
    <w:p>
      <w:r>
        <w:rPr>
          <w:b/>
        </w:rPr>
        <w:t xml:space="preserve">[1:11:51] </w:t>
      </w:r>
      <w:r>
        <w:t>unnisveen sadi ke aakhir mein jab hawai parwaz ka zamana aaya to kuch logon ne ararat pahaad ke upar parwaz karte hue barf ke zakhair yani glacier ke andar chhupi hui ek kashti ke asaar dekhe, lekin bar bar koshish ke bawajood is maamle mein kuch zyada maloomat hasil na ho saki.</w:t>
      </w:r>
    </w:p>
    <w:p>
      <w:pPr>
        <w:jc w:val="right"/>
      </w:pPr>
      <w:r>
        <w:t>انیسویں صدی کے آخر میں جب ہوائی پرواز کا زمانہ آیا تو کچھ لوگوں نے ارارات پہاڑ کے اوپر پرواز کرتے ہوئے برف کے ذخائر یعنی گلیشیئر کے اندر چھپی ہوئی ایک کشتی کے آثار دیکھے، لیکن بار بار کوشش کے باوجود اس معاملے میں کچھ زیادہ معلومات حاصل نہ ہو سکیں۔</w:t>
      </w:r>
    </w:p>
    <w:p>
      <w:r>
        <w:rPr>
          <w:b/>
        </w:rPr>
        <w:t xml:space="preserve">[1:12:15] </w:t>
      </w:r>
      <w:r>
        <w:t>ikessveen sadi mein jab global warming ke nateejay mein barf ke zakhair yani glacier pighalne lage to hawai parwaz ke dauran maloom hua ke koh ararat par ek poori kashti maujood hai.</w:t>
      </w:r>
    </w:p>
    <w:p>
      <w:pPr>
        <w:jc w:val="right"/>
      </w:pPr>
      <w:r>
        <w:t>اکیسویں صدی میں جب گلوبل وارمنگ کے نتیجے میں برف کے ذخائر یعنی گلیشیئر پگھلنے لگے تو ہوائی پرواز کے دوران معلوم ہوا کہ کوہ ارارات پر ایک پوری کشتی موجود ہے۔</w:t>
      </w:r>
    </w:p>
    <w:p>
      <w:r>
        <w:rPr>
          <w:b/>
        </w:rPr>
        <w:t xml:space="preserve">[1:12:30] </w:t>
      </w:r>
      <w:r>
        <w:t>is ke baad wahan cheen aur turki ke masihion ka ek group pahuncha. unhon ne jadeed aalaat ki madad se carbon dating ke zariye mazkoorah kashti ki umar maloom ki.</w:t>
      </w:r>
    </w:p>
    <w:p>
      <w:pPr>
        <w:jc w:val="right"/>
      </w:pPr>
      <w:r>
        <w:t>اس کے بعد وہاں چین اور ترکی کے مسیحیوں کا ایک گروپ پہنچا۔ انہوں نے جدید آلات کی مدد سے کاربن ڈیٹنگ کے ذریعے مذکورہ کشتی کی عمر معلوم کی۔</w:t>
      </w:r>
    </w:p>
    <w:p>
      <w:r>
        <w:rPr>
          <w:b/>
        </w:rPr>
        <w:t xml:space="preserve">[1:12:43] </w:t>
      </w:r>
      <w:r>
        <w:t>ab maloom hua ke yeh kashti ain usi zamane ki hai jabke yahan toofan-e-nooh aaya. is daryaft ki report media mein aa chuki hai.</w:t>
      </w:r>
    </w:p>
    <w:p>
      <w:pPr>
        <w:jc w:val="right"/>
      </w:pPr>
      <w:r>
        <w:t>اب معلوم ہوا کہ یہ کشتی عین اسی زمانے کی ہے جبکہ یہاں طوفانِ نوح آیا۔ اس دریافت کی رپورٹ میڈیا میں آ چکی ہے۔</w:t>
      </w:r>
    </w:p>
    <w:p>
      <w:r>
        <w:rPr>
          <w:b/>
        </w:rPr>
        <w:t xml:space="preserve">[1:12:55] </w:t>
      </w:r>
      <w:r>
        <w:t>nai dilli ke angrezi akhbar times of india mein is ki tafseel hasb-e-zail alfaaz mein shaya hui hai: Hong Kong: A group of Chinese and Turkish evangelical explorers said they believe they may have found Noah's Ark 4,000 meters up a mountain in Turkey.</w:t>
      </w:r>
    </w:p>
    <w:p>
      <w:pPr>
        <w:jc w:val="right"/>
      </w:pPr>
      <w:r>
        <w:t>نئی دہلی کے انگریزی اخبار ٹائمز آف انڈیا میں اس کی تفصیل حسبِ ذیل الفاظ میں شائع ہوئی ہے: Hong Kong: A group of Chinese and Turkish evangelical explorers said they believe they may have found Noah's Ark 4,000 meters up a mountain in Turkey.</w:t>
      </w:r>
    </w:p>
    <w:p>
      <w:r>
        <w:rPr>
          <w:b/>
        </w:rPr>
        <w:t xml:space="preserve">[1:13:16] </w:t>
      </w:r>
      <w:r>
        <w:t>The team said they recovered wooden specimens from a structure on Mount Ararat in eastern Turkey that carbon dating proved was 4,800 years old.</w:t>
      </w:r>
    </w:p>
    <w:p>
      <w:pPr>
        <w:jc w:val="right"/>
      </w:pPr>
      <w:r>
        <w:t>The team said they recovered wooden specimens from a structure on Mount Ararat in eastern Turkey that carbon dating proved was 4,800 years old.</w:t>
      </w:r>
    </w:p>
    <w:p>
      <w:r>
        <w:rPr>
          <w:b/>
        </w:rPr>
        <w:t xml:space="preserve">[1:13:31] </w:t>
      </w:r>
      <w:r>
        <w:t>Around the same time, the Ark is said to have been afloat. It is not 100% that it is Noah's Ark, but we think it is 99.9% that this is it.</w:t>
      </w:r>
    </w:p>
    <w:p>
      <w:pPr>
        <w:jc w:val="right"/>
      </w:pPr>
      <w:r>
        <w:t>Around the same time, the Ark is said to have been afloat. It is not 100% that it is Noah's Ark, but we think it is 99.9% that this is it.</w:t>
      </w:r>
    </w:p>
    <w:p>
      <w:r>
        <w:rPr>
          <w:b/>
        </w:rPr>
        <w:t xml:space="preserve">[1:13:45] </w:t>
      </w:r>
      <w:r>
        <w:t>Yong Wing Cheong, a Hong Kong documentary filmmaker and member of the 15-strong team from Noah's Ark Ministries International, said the structure had several compartments, some with wooden beams which were believed to house animals.</w:t>
      </w:r>
    </w:p>
    <w:p>
      <w:pPr>
        <w:jc w:val="right"/>
      </w:pPr>
      <w:r>
        <w:t>Yong Wing Cheong, a Hong Kong documentary filmmaker and member of the 15-strong team from Noah's Ark Ministries International, said the structure had several compartments, some with wooden beams which were believed to house animals.</w:t>
      </w:r>
    </w:p>
    <w:p>
      <w:r>
        <w:rPr>
          <w:b/>
        </w:rPr>
        <w:t xml:space="preserve">[1:14:02] </w:t>
      </w:r>
      <w:r>
        <w:t>He said the group of archaeologists ruled out and established human settlement on the grounds that one had never been found above 3,500 meters in the vicinity.</w:t>
      </w:r>
    </w:p>
    <w:p>
      <w:pPr>
        <w:jc w:val="right"/>
      </w:pPr>
      <w:r>
        <w:t>He said the group of archaeologists ruled out and established human settlement on the grounds that one had never been found above 3,500 meters in the vicinity.</w:t>
      </w:r>
    </w:p>
    <w:p>
      <w:r>
        <w:rPr>
          <w:b/>
        </w:rPr>
        <w:t xml:space="preserve">[1:14:16] </w:t>
      </w:r>
      <w:r>
        <w:t>qareb-e-qayamat ki nishaniyon mein ghaliban yeh sab se zyada wazeh nishani hai. insaan hazaron saal se lakdi ki kashti bana raha hai.</w:t>
      </w:r>
    </w:p>
    <w:p>
      <w:pPr>
        <w:jc w:val="right"/>
      </w:pPr>
      <w:r>
        <w:t>قربِ قیامت کی نشانیوں میں غالباً یہ سب سے زیادہ واضح نشانی ہے۔ انسان ہزاروں سال سے لکڑی کی کشتی بنا رہا ہے۔</w:t>
      </w:r>
    </w:p>
    <w:p>
      <w:r>
        <w:rPr>
          <w:b/>
        </w:rPr>
        <w:t xml:space="preserve">[1:14:27] </w:t>
      </w:r>
      <w:r>
        <w:t>qadeem zamane ki kashtiyon mein se ab koi bhi kashti duniya mein mehfooz nahi kyunke lakdi kuch dinon ke baad fitri taur par boseeda ho kar khatm ho jati hai.</w:t>
      </w:r>
    </w:p>
    <w:p>
      <w:pPr>
        <w:jc w:val="right"/>
      </w:pPr>
      <w:r>
        <w:t>قدیم زمانے کی کشتیوں میں سے اب کوئی بھی کشتی دنیا میں محفوظ نہیں کیونکہ لکڑی کچھ دنوں کے بعد فطری طور پر بوسیدہ ہو کر ختم ہو جاتی ہے۔</w:t>
      </w:r>
    </w:p>
    <w:p>
      <w:r>
        <w:rPr>
          <w:b/>
        </w:rPr>
        <w:t xml:space="preserve">[1:14:38] </w:t>
      </w:r>
      <w:r>
        <w:t>kashtiyon ki tareekh mein hazrat nooh alaihissalam ki kashti ek exception hai. is istisnah ka ilm sirf Allah taala ko tha.</w:t>
      </w:r>
    </w:p>
    <w:p>
      <w:pPr>
        <w:jc w:val="right"/>
      </w:pPr>
      <w:r>
        <w:t>کشتیوں کی تاریخ میں حضرت نوح علیہ السلام کی کشتی ایک ایکسیپشن ہے۔ اس استثنیٰ کا علم صرف اللہ تعالیٰ کو تھا۔</w:t>
      </w:r>
    </w:p>
    <w:p>
      <w:r>
        <w:rPr>
          <w:b/>
        </w:rPr>
        <w:t xml:space="preserve">[1:14:47] </w:t>
      </w:r>
      <w:r>
        <w:t>sirf Allah ko maloom tha ke yeh kashti toofan mein behti hui pahaad ke upar pahunch jayegi. phir fitri amal ke tehat woh glacier ke neeche dab jayegi aur is tarah woh mehfooz rahegi.</w:t>
      </w:r>
    </w:p>
    <w:p>
      <w:pPr>
        <w:jc w:val="right"/>
      </w:pPr>
      <w:r>
        <w:t>صرف اللہ کو معلوم تھا کہ یہ کشتی طوفان میں بہتی ہوئی پہاڑ کے اوپر پہنچ جائے گی۔ پھر فطری عمل کے تحت وہ گلیشیئر کے نیچے دب جائے گی اور اس طرح وہ محفوظ رہے گی۔</w:t>
      </w:r>
    </w:p>
    <w:p>
      <w:r>
        <w:rPr>
          <w:b/>
        </w:rPr>
        <w:t xml:space="preserve">[1:15:01] </w:t>
      </w:r>
      <w:r>
        <w:t>yeh bhi sirf Allah taala ko maloom tha ke beesveen sadi ke aakhir mein global warming ka maamla pesh aayega aur pahaad ke upar barf pighalna shuru ho jayegi, yahan tak ke kashti-e-nooh saaf dikhai dene lagegi.</w:t>
      </w:r>
    </w:p>
    <w:p>
      <w:pPr>
        <w:jc w:val="right"/>
      </w:pPr>
      <w:r>
        <w:t>یہ بھی صرف اللہ تعالیٰ کو معلوم تھا کہ بیسویں صدی کے آخر میں گلوبل وارمنگ کا معاملہ پیش آئے گا اور پہاڑ کے اوپر برف پگھلنا شروع ہو جائے گی، یہاں تک کہ کشتیِ نوح صاف دکھائی دینے لگے گی۔</w:t>
      </w:r>
    </w:p>
    <w:p>
      <w:r>
        <w:rPr>
          <w:b/>
        </w:rPr>
        <w:t xml:space="preserve">[1:15:18] </w:t>
      </w:r>
      <w:r>
        <w:t>ikaisween sadi mein kashti-e-nooh ka samne aa jana is baat ki nishani hai ke jis tarah paanch</w:t>
      </w:r>
    </w:p>
    <w:p>
      <w:pPr>
        <w:jc w:val="right"/>
      </w:pPr>
      <w:r>
        <w:t>اکیسویں صدی میں کشتیِ نوح کا سامنے آ جانا اس بات کی علامت ہے کہ جس طرح پانچ</w:t>
      </w:r>
    </w:p>
    <w:p>
      <w:r>
        <w:rPr>
          <w:b/>
        </w:rPr>
        <w:t xml:space="preserve">[1:15:26] </w:t>
      </w:r>
      <w:r>
        <w:t>hazaar saal pehle ek bade toofan ke zariye is waqt ki abadi khatam ho gayi thi, isi tarah</w:t>
      </w:r>
    </w:p>
    <w:p>
      <w:pPr>
        <w:jc w:val="right"/>
      </w:pPr>
      <w:r>
        <w:t>ہزار سال پہلے ایک بڑے طوفان کے ذریعے اس وقت کی آبادی ختم ہو گئی تھی، اسی طرح</w:t>
      </w:r>
    </w:p>
    <w:p>
      <w:r>
        <w:rPr>
          <w:b/>
        </w:rPr>
        <w:t xml:space="preserve">[1:15:33] </w:t>
      </w:r>
      <w:r>
        <w:t>ab ek aur zyada bada toofan aane wala hai jis mein tamam insaan khatam ho jayenge aur</w:t>
      </w:r>
    </w:p>
    <w:p>
      <w:pPr>
        <w:jc w:val="right"/>
      </w:pPr>
      <w:r>
        <w:t>اب ایک اور زیادہ بڑا طوفان آنے والا ہے جس میں تمام انسان ختم ہو جائیں گے اور</w:t>
      </w:r>
    </w:p>
    <w:p>
      <w:r>
        <w:rPr>
          <w:b/>
        </w:rPr>
        <w:t xml:space="preserve">[1:15:41] </w:t>
      </w:r>
      <w:r>
        <w:t>sirf woh log bachenge jin ko Allah apni jannat mein abad karne ke liye muntakhib karega.</w:t>
      </w:r>
    </w:p>
    <w:p>
      <w:pPr>
        <w:jc w:val="right"/>
      </w:pPr>
      <w:r>
        <w:t>صرف وہ لوگ بچیں گے جن کو اللہ اپنی جنت میں آباد کرنے کے لیے منتخب کرے گا۔</w:t>
      </w:r>
    </w:p>
    <w:p>
      <w:r>
        <w:rPr>
          <w:b/>
        </w:rPr>
        <w:t xml:space="preserve">[1:15:49] </w:t>
      </w:r>
      <w:r>
        <w:t>america mein ek international scientific idarah qaim hai. is idarah ka maqsad bachchon ke maamlaat ki scientific tehqeeq karna hai.</w:t>
      </w:r>
    </w:p>
    <w:p>
      <w:pPr>
        <w:jc w:val="right"/>
      </w:pPr>
      <w:r>
        <w:t>امریکہ میں ایک انٹرنیشنل سائنسی ادارہ قائم ہے۔ اس ادارے کا مقصد بچوں کے معاملات کی سائنسی تحقیق کرنا ہے۔</w:t>
      </w:r>
    </w:p>
    <w:p>
      <w:r>
        <w:rPr>
          <w:b/>
        </w:rPr>
        <w:t xml:space="preserve">[1:16:00] </w:t>
      </w:r>
      <w:r>
        <w:t>is idarah ka naam yeh hai: Infant Cognition Center, Yale University, Connecticut. is idarah ke tehat haal mein ek research hui hai.</w:t>
      </w:r>
    </w:p>
    <w:p>
      <w:pPr>
        <w:jc w:val="right"/>
      </w:pPr>
      <w:r>
        <w:t>اس ادارے کا نام یہ ہے: انفنٹ کاگنیشن سینٹر، ییل یونیورسٹی، کنیکٹیکٹ۔ اس ادارے کے تحت حال میں ایک ریسرچ ہوئی ہے۔</w:t>
      </w:r>
    </w:p>
    <w:p>
      <w:r>
        <w:rPr>
          <w:b/>
        </w:rPr>
        <w:t xml:space="preserve">[1:16:11] </w:t>
      </w:r>
      <w:r>
        <w:t>yeh research nafsiyaat ke professor Paul Bloom ki rehnumai mein hui hai. is research ke nataij akhbarat mein shaya hue hain.</w:t>
      </w:r>
    </w:p>
    <w:p>
      <w:pPr>
        <w:jc w:val="right"/>
      </w:pPr>
      <w:r>
        <w:t>یہ ریسرچ نفسیات کے پروفیسر پال بلوم کی رہنمائی میں ہوئی ہے۔ اس ریسرچ کے نتائج اخبارات میں شائع ہوئے ہیں۔</w:t>
      </w:r>
    </w:p>
    <w:p>
      <w:r>
        <w:rPr>
          <w:b/>
        </w:rPr>
        <w:t xml:space="preserve">[1:16:21] </w:t>
      </w:r>
      <w:r>
        <w:t>is ki tafseel internet par dekhi ja sakti hai. agle safhe par is research ka woh khulasa shaya kiya ja raha hai jo nai dilli ke angrezi akhbar times of india mein chhaapa hai.</w:t>
      </w:r>
    </w:p>
    <w:p>
      <w:pPr>
        <w:jc w:val="right"/>
      </w:pPr>
      <w:r>
        <w:t>اس کی تفصیل انٹرنیٹ پر دیکھی جا سکتی ہے۔ اگلے صفحے پر اس ریسرچ کا وہ خلاصہ شائع کیا جا رہا ہے جو نئی دہلی کے انگریزی اخبار ٹائمز آف انڈیا میں چھپا ہے۔</w:t>
      </w:r>
    </w:p>
    <w:p>
      <w:r>
        <w:rPr>
          <w:b/>
        </w:rPr>
        <w:t xml:space="preserve">[1:16:34] </w:t>
      </w:r>
      <w:r>
        <w:t>qadeem zamane se yeh tasawwur chala aa raha tha ke insaan ki fitrat mein naik aur bad ki tameez maujood hai. yeh baat quran ki ek ayat mein is tarah bayan hui hai:</w:t>
      </w:r>
    </w:p>
    <w:p>
      <w:pPr>
        <w:jc w:val="right"/>
      </w:pPr>
      <w:r>
        <w:t>قدیم زمانے سے یہ تصور چلا آ رہا تھا کہ انسان کی فطرت میں نیک اور بد کی تمیز موجود ہے۔ یہ بات قرآن کی ایک آیت میں اس طرح بیان ہوئی ہے:</w:t>
      </w:r>
    </w:p>
    <w:p>
      <w:r>
        <w:rPr>
          <w:b/>
        </w:rPr>
        <w:t xml:space="preserve">[1:16:48] </w:t>
      </w:r>
      <w:r>
        <w:t>fa alhamaha fujooraha wa taqwaha maujoodah zamane mein maghrib mein kuch mufakireen paida hue jinhon ne is ke baraks nazariya pesh kiya.</w:t>
      </w:r>
    </w:p>
    <w:p>
      <w:pPr>
        <w:jc w:val="right"/>
      </w:pPr>
      <w:r>
        <w:t>فَأَلْهَمَهَا فُجُورَهَا وَتَقْوَاهَا موجودہ زمانے میں مغرب میں کچھ مفکرین پیدا ہوئے جنہوں نے اس کے برعکس نظریہ پیش کیا۔</w:t>
      </w:r>
    </w:p>
    <w:p>
      <w:r>
        <w:rPr>
          <w:b/>
        </w:rPr>
        <w:t xml:space="preserve">[1:16:59] </w:t>
      </w:r>
      <w:r>
        <w:t>misal ke taur par Sigmund Freud, wafat 1949 waghera. in logon ne apne khud-saakhtah nafsiyaati mutaale ke hawale se bataya ke insaan ki fitrat paidaish tor par ek saada plate ki manind hoti hai.</w:t>
      </w:r>
    </w:p>
    <w:p>
      <w:pPr>
        <w:jc w:val="right"/>
      </w:pPr>
      <w:r>
        <w:t>مثال کے طور پر سگمنٹ فرائیڈ، وفات 1949 وغیرہ۔ ان لوگوں نے اپنے خود ساختہ نفسیاتی مطالعے کے حوالے سے بتایا کہ انسان کی فطرت پیدائشی طور پر ایک سادہ پلیٹ کی مانند ہوتی ہے۔</w:t>
      </w:r>
    </w:p>
    <w:p>
      <w:r>
        <w:rPr>
          <w:b/>
        </w:rPr>
        <w:t xml:space="preserve">[1:17:15] </w:t>
      </w:r>
      <w:r>
        <w:t>is ke andar kisi cheez ko achha aur kisi cheez ko bura samajhne ka koi shaoor maujood nahi hota. is qism ka shaoor tamam tar samaaj ke asar yani social conditioning se paida hota hai.</w:t>
      </w:r>
    </w:p>
    <w:p>
      <w:pPr>
        <w:jc w:val="right"/>
      </w:pPr>
      <w:r>
        <w:t>اس کے اندر کسی چیز کو اچھا اور کسی چیز کو برا سمجھنے کا کوئی شعور موجود نہیں ہوتا۔ اس قسم کا شعور تمام تر سماج کے اثر یعنی سوشل کنڈیشننگ سے پیدا ہوتا ہے۔</w:t>
      </w:r>
    </w:p>
    <w:p>
      <w:r>
        <w:rPr>
          <w:b/>
        </w:rPr>
        <w:t xml:space="preserve">[1:17:29] </w:t>
      </w:r>
      <w:r>
        <w:t>baisveen sadi mein yahi nazariya taleem yafta tabqe par chhaya raha, magar ikkeesveen sadi mein jo nafasiyati tehqeeqat hui hain, unhon ne is nazariye ko be buniyad sabit kar diya hai.</w:t>
      </w:r>
    </w:p>
    <w:p>
      <w:pPr>
        <w:jc w:val="right"/>
      </w:pPr>
      <w:r>
        <w:t>بیسویں صدی میں یہی نظریہ تعلیم یافتہ طبقے پر چھایا رہا، مگر اکیسویں صدی میں جو نفسیاتی تحقیقات ہوئی ہیں، انہوں نے اس نظریے کو بے بنیاد ثابت کر دیا ہے۔</w:t>
      </w:r>
    </w:p>
    <w:p>
      <w:r>
        <w:rPr>
          <w:b/>
        </w:rPr>
        <w:t xml:space="preserve">[1:17:43] </w:t>
      </w:r>
      <w:r>
        <w:t>is tehqeeq se yeh sabit hua hai ke insaan apne aamaal ke liye jawab deh hai, kyunke jab woh koi khilaf-e-adl kaam karta hai to woh apne shaoor-e-fitrat se inhiraf kar ke aisa karta hai.</w:t>
      </w:r>
    </w:p>
    <w:p>
      <w:pPr>
        <w:jc w:val="right"/>
      </w:pPr>
      <w:r>
        <w:t>اس تحقیق سے یہ ثابت ہوا ہے کہ انسان اپنے اعمال کے لیے جواب دہ ہے، کیونکہ جب وہ کوئی خلافِ عدل کام کرتا ہے تو وہ اپنے شعورِ فطرت سے انحراف کر کے ایسا کرتا ہے۔</w:t>
      </w:r>
    </w:p>
    <w:p>
      <w:r>
        <w:rPr>
          <w:b/>
        </w:rPr>
        <w:t xml:space="preserve">[1:17:56] </w:t>
      </w:r>
      <w:r>
        <w:t>insaan ka akhlaqi ehsas us ki dakhili fitrat par mabni hai. woh mahaz kharji asraat ka nateeja nahin.</w:t>
      </w:r>
    </w:p>
    <w:p>
      <w:pPr>
        <w:jc w:val="right"/>
      </w:pPr>
      <w:r>
        <w:t>انسان کا اخلاقی احساس اس کی داخلی فطرت پر مبنی ہے۔ وہ محض خارجی اثرات کا نتیجہ نہیں۔</w:t>
      </w:r>
    </w:p>
    <w:p>
      <w:r>
        <w:rPr>
          <w:b/>
        </w:rPr>
        <w:t xml:space="preserve">[1:18:05] </w:t>
      </w:r>
      <w:r>
        <w:t>is tarah is mamle mein mazhabi nuqta nazar dobara tareekh mein wapas aa gaya hai. Infants can make value judgments.</w:t>
      </w:r>
    </w:p>
    <w:p>
      <w:pPr>
        <w:jc w:val="right"/>
      </w:pPr>
      <w:r>
        <w:t>اس طرح اس معاملے میں مذہبی نقطہ نظر دوبارہ تاریخ میں واپس آ گیا ہے۔ Infants can make value judgments.</w:t>
      </w:r>
    </w:p>
    <w:p>
      <w:r>
        <w:rPr>
          <w:b/>
        </w:rPr>
        <w:t xml:space="preserve">[1:18:15] </w:t>
      </w:r>
      <w:r>
        <w:t>Finds American research contrary to the Freudian theory that humans start their lives with a moral blank slate.</w:t>
      </w:r>
    </w:p>
    <w:p>
      <w:pPr>
        <w:jc w:val="right"/>
      </w:pPr>
      <w:r>
        <w:t>Finds American research contrary to the Freudian theory that humans start their lives with a moral blank slate.</w:t>
      </w:r>
    </w:p>
    <w:p>
      <w:r>
        <w:rPr>
          <w:b/>
        </w:rPr>
        <w:t xml:space="preserve">[1:18:24] </w:t>
      </w:r>
      <w:r>
        <w:t>Children may be born with the ability to tell good from bad. According to a new study, newly born babies apparently start making moral judgments by the time they are six months old.</w:t>
      </w:r>
    </w:p>
    <w:p>
      <w:pPr>
        <w:jc w:val="right"/>
      </w:pPr>
      <w:r>
        <w:t>Children may be born with the ability to tell good from bad. According to a new study, newly born babies apparently start making moral judgments by the time they are six months old.</w:t>
      </w:r>
    </w:p>
    <w:p>
      <w:r>
        <w:rPr>
          <w:b/>
        </w:rPr>
        <w:t xml:space="preserve">[1:18:40] </w:t>
      </w:r>
      <w:r>
        <w:t>Claims a team of psychologists at the Infant Cognition Center at Yale University in Connecticut. The scientists used the ability to tell helpful from unhelpful behavior as an indication of moral judgment.</w:t>
      </w:r>
    </w:p>
    <w:p>
      <w:pPr>
        <w:jc w:val="right"/>
      </w:pPr>
      <w:r>
        <w:t>Claims a team of psychologists at the Infant Cognition Center at Yale University in Connecticut. The scientists used the ability to tell helpful from unhelpful behavior as an indication of moral judgment.</w:t>
      </w:r>
    </w:p>
    <w:p>
      <w:r>
        <w:rPr>
          <w:b/>
        </w:rPr>
        <w:t xml:space="preserve">[1:18:58] </w:t>
      </w:r>
      <w:r>
        <w:t>Infants can even act as judge and jury in the nursery. Researchers who asked one-year-old babies to take away treats from a naughty puppet found they were sometimes also leaning over and smacking the figure on the head.</w:t>
      </w:r>
    </w:p>
    <w:p>
      <w:pPr>
        <w:jc w:val="right"/>
      </w:pPr>
      <w:r>
        <w:t>Infants can even act as judge and jury in the nursery. Researchers who asked one-year-old babies to take away treats from a naughty puppet found they were sometimes also leaning over and smacking the figure on the head.</w:t>
      </w:r>
    </w:p>
    <w:p>
      <w:r>
        <w:rPr>
          <w:b/>
        </w:rPr>
        <w:t xml:space="preserve">[1:19:16] </w:t>
      </w:r>
      <w:r>
        <w:t>As part of the study, they conducted multiple tests on infants less than a year old.</w:t>
      </w:r>
    </w:p>
    <w:p>
      <w:pPr>
        <w:jc w:val="right"/>
      </w:pPr>
      <w:r>
        <w:t>As part of the study, they conducted multiple tests on infants less than a year old.</w:t>
      </w:r>
    </w:p>
    <w:p>
      <w:r>
        <w:rPr>
          <w:b/>
        </w:rPr>
        <w:t xml:space="preserve">[1:19:23] </w:t>
      </w:r>
      <w:r>
        <w:t>Firstly, an animated film of simple geometric shapes was screened for the kids to watch. It showed a red ball with eyes trying to climb a hill.</w:t>
      </w:r>
    </w:p>
    <w:p>
      <w:pPr>
        <w:jc w:val="right"/>
      </w:pPr>
      <w:r>
        <w:t>Firstly, an animated film of simple geometric shapes was screened for the kids to watch. It showed a red ball with eyes trying to climb a hill.</w:t>
      </w:r>
    </w:p>
    <w:p>
      <w:r>
        <w:rPr>
          <w:b/>
        </w:rPr>
        <w:t xml:space="preserve">[1:19:34] </w:t>
      </w:r>
      <w:r>
        <w:t>A yellow square helped pushing it up while a green triangle forced it back down.</w:t>
      </w:r>
    </w:p>
    <w:p>
      <w:pPr>
        <w:jc w:val="right"/>
      </w:pPr>
      <w:r>
        <w:t>A yellow square helped pushing it up while a green triangle forced it back down.</w:t>
      </w:r>
    </w:p>
    <w:p>
      <w:r>
        <w:rPr>
          <w:b/>
        </w:rPr>
        <w:t xml:space="preserve">[1:19:41] </w:t>
      </w:r>
      <w:r>
        <w:t>Later, the children were asked to choose between the good guy square and the bad guy triangle. In 80% of cases, the infants chose the square over the triangle.</w:t>
      </w:r>
    </w:p>
    <w:p>
      <w:pPr>
        <w:jc w:val="right"/>
      </w:pPr>
      <w:r>
        <w:t>Later, the children were asked to choose between the good guy square and the bad guy triangle. In 80% of cases, the infants chose the square over the triangle.</w:t>
      </w:r>
    </w:p>
    <w:p>
      <w:r>
        <w:rPr>
          <w:b/>
        </w:rPr>
        <w:t xml:space="preserve">[1:19:54] </w:t>
      </w:r>
      <w:r>
        <w:t>In a second study, the children were shown a toy dog trying to open a box. One teddy bear helped him while another sat on it to stop him getting inside.</w:t>
      </w:r>
    </w:p>
    <w:p>
      <w:pPr>
        <w:jc w:val="right"/>
      </w:pPr>
      <w:r>
        <w:t>In a second study, the children were shown a toy dog trying to open a box. One teddy bear helped him while another sat on it to stop him getting inside.</w:t>
      </w:r>
    </w:p>
    <w:p>
      <w:r>
        <w:rPr>
          <w:b/>
        </w:rPr>
        <w:t xml:space="preserve">[1:20:07] </w:t>
      </w:r>
      <w:r>
        <w:t>The observers found that most babies opted for the friendly teddy bear. To further confirm that the babies were responding niceness and naughtiness, the scientists devised another test.</w:t>
      </w:r>
    </w:p>
    <w:p>
      <w:pPr>
        <w:jc w:val="right"/>
      </w:pPr>
      <w:r>
        <w:t>The observers found that most babies opted for the friendly teddy bear. To further confirm that the babies were responding niceness and naughtiness, the scientists devised another test.</w:t>
      </w:r>
    </w:p>
    <w:p>
      <w:r>
        <w:rPr>
          <w:b/>
        </w:rPr>
        <w:t xml:space="preserve">[1:20:21] </w:t>
      </w:r>
      <w:r>
        <w:t>A toy cat played with a ball while a cuddly rabbit puppet stood on either side. When the cat lost the ball, the rabbit on theright side returned it to him while the rabbit on the left side picked it up and ran away with it.</w:t>
      </w:r>
    </w:p>
    <w:p>
      <w:pPr>
        <w:jc w:val="right"/>
      </w:pPr>
      <w:r>
        <w:t>A toy cat played with a ball while a cuddly rabbit puppet stood on either side. When the cat lost the ball, the rabbit on theright side returned it to him while the rabbit on the left side picked it up and ran away with it.</w:t>
      </w:r>
    </w:p>
    <w:p>
      <w:r>
        <w:rPr>
          <w:b/>
        </w:rPr>
        <w:t xml:space="preserve">[1:20:36] </w:t>
      </w:r>
      <w:r>
        <w:t>The children were asked to handle any one puppet.</w:t>
      </w:r>
    </w:p>
    <w:p>
      <w:pPr>
        <w:jc w:val="right"/>
      </w:pPr>
      <w:r>
        <w:t>The children were asked to handle any one puppet.</w:t>
      </w:r>
    </w:p>
    <w:p>
      <w:r>
        <w:rPr>
          <w:b/>
        </w:rPr>
        <w:t xml:space="preserve">[1:20:40] </w:t>
      </w:r>
      <w:r>
        <w:t>Most picked the naughty rabbit and smacked it on the head.</w:t>
      </w:r>
    </w:p>
    <w:p>
      <w:pPr>
        <w:jc w:val="right"/>
      </w:pPr>
      <w:r>
        <w:t>Most picked the naughty rabbit and smacked it on the head.</w:t>
      </w:r>
    </w:p>
    <w:p>
      <w:r>
        <w:rPr>
          <w:b/>
        </w:rPr>
        <w:t xml:space="preserve">[1:20:44] </w:t>
      </w:r>
      <w:r>
        <w:t>Paul Blum, professor of psychology who led the study, said the research counters theories of psychologists such as</w:t>
      </w:r>
    </w:p>
    <w:p>
      <w:pPr>
        <w:jc w:val="right"/>
      </w:pPr>
      <w:r>
        <w:t>Paul Blum, professor of psychology who led the study, said the research counters theories of psychologists such as</w:t>
      </w:r>
    </w:p>
    <w:p>
      <w:r>
        <w:rPr>
          <w:b/>
        </w:rPr>
        <w:t xml:space="preserve">[1:20:53] </w:t>
      </w:r>
      <w:r>
        <w:t>Sigmund Freud, who believed humans began life as amoral animals, and William James, who described a baby's mental</w:t>
      </w:r>
    </w:p>
    <w:p>
      <w:pPr>
        <w:jc w:val="right"/>
      </w:pPr>
      <w:r>
        <w:t>Sigmund Freud, who believed humans began life as amoral animals, and William James, who described a baby's mental</w:t>
      </w:r>
    </w:p>
    <w:p>
      <w:r>
        <w:rPr>
          <w:b/>
        </w:rPr>
        <w:t xml:space="preserve">[1:21:01] </w:t>
      </w:r>
      <w:r>
        <w:t>life as one great, blooming, buzzing confusion.</w:t>
      </w:r>
    </w:p>
    <w:p>
      <w:pPr>
        <w:jc w:val="right"/>
      </w:pPr>
      <w:r>
        <w:t>life as one great, blooming, buzzing confusion.</w:t>
      </w:r>
    </w:p>
    <w:p>
      <w:r>
        <w:rPr>
          <w:b/>
        </w:rPr>
        <w:t xml:space="preserve">[1:21:06] </w:t>
      </w:r>
      <w:r>
        <w:t>"There is a growing body of scientific evidence that supports the idea that perhaps some sense of good and evil is bred in the bone," the Times quoted.</w:t>
      </w:r>
    </w:p>
    <w:p>
      <w:pPr>
        <w:jc w:val="right"/>
      </w:pPr>
      <w:r>
        <w:t>"There is a growing body of scientific evidence that supports the idea that perhaps some sense of good and evil is bred in the bone," the Times quoted.</w:t>
      </w:r>
    </w:p>
    <w:p>
      <w:r>
        <w:rPr>
          <w:b/>
        </w:rPr>
        <w:t xml:space="preserve">[1:21:17] </w:t>
      </w:r>
      <w:r>
        <w:t>Blum, as saying Kyle Hamlin, author of the team's Infant Morality Report, said, "We spend a lot of time worrying about teaching the difference between good guys and bad guys in the world, but this might be something that infants come to the world with." Peter Vilatz, a lecturer in psychology at the Dandy University, said, "You cannot get inside the mind of the baby.</w:t>
      </w:r>
    </w:p>
    <w:p>
      <w:pPr>
        <w:jc w:val="right"/>
      </w:pPr>
      <w:r>
        <w:t>Blum, as saying Kyle Hamlin, author of the team's Infant Morality Report, said, "We spend a lot of time worrying about teaching the difference between good guys and bad guys in the world, but this might be something that infants come to the world with." Peter Vilatz, a lecturer in psychology at the Dandy University, said, "You cannot get inside the mind of the baby.</w:t>
      </w:r>
    </w:p>
    <w:p>
      <w:r>
        <w:rPr>
          <w:b/>
        </w:rPr>
        <w:t xml:space="preserve">[1:21:45] </w:t>
      </w:r>
      <w:r>
        <w:t>You cannot ask them. You have to go on what most attracts their attention." "We now know that in the first six months, babies learn things much quicker than we thought</w:t>
      </w:r>
    </w:p>
    <w:p>
      <w:pPr>
        <w:jc w:val="right"/>
      </w:pPr>
      <w:r>
        <w:t>You cannot ask them. You have to go on what most attracts their attention." "We now know that in the first six months, babies learn things much quicker than we thought</w:t>
      </w:r>
    </w:p>
    <w:p>
      <w:r>
        <w:rPr>
          <w:b/>
        </w:rPr>
        <w:t xml:space="preserve">[1:21:58] </w:t>
      </w:r>
      <w:r>
        <w:t>possible. What they are born with and what they learn is difficult to divide," he added, the Times of India, New Delhi.</w:t>
      </w:r>
    </w:p>
    <w:p>
      <w:pPr>
        <w:jc w:val="right"/>
      </w:pPr>
      <w:r>
        <w:t>possible. What they are born with and what they learn is difficult to divide," he added, the Times of India, New Delhi.</w:t>
      </w:r>
    </w:p>
    <w:p>
      <w:r>
        <w:rPr>
          <w:b/>
        </w:rPr>
        <w:t xml:space="preserve">[1:22:06] </w:t>
      </w:r>
      <w:r>
        <w:t>dour-e-shirk, dour-e-ilhad. mazhabi nuqta nazar se tareekh ke do dour hain: dour-e-shirk aur dour-e-ilhad.</w:t>
      </w:r>
    </w:p>
    <w:p>
      <w:pPr>
        <w:jc w:val="right"/>
      </w:pPr>
      <w:r>
        <w:t>دورِ شرک، دورِ الحاد۔ مذہبی نقطہ نظر سے تاریخ کے دو دور ہیں: دورِ شرک اور دورِ الحاد۔</w:t>
      </w:r>
    </w:p>
    <w:p>
      <w:r>
        <w:rPr>
          <w:b/>
        </w:rPr>
        <w:t xml:space="preserve">[1:22:15] </w:t>
      </w:r>
      <w:r>
        <w:t>paighambar-e-islam sallallahu alaihi wasallam ke zuhoor se pehle hazaron saal tak duniya mein shirk yaani polytheism ka ghalba tha.</w:t>
      </w:r>
    </w:p>
    <w:p>
      <w:pPr>
        <w:jc w:val="right"/>
      </w:pPr>
      <w:r>
        <w:t>پیغمبر اسلام صلی اللہ علیہ وسلم کے ظہور سے پہلے ہزاروں سال تک دنیا میں شرک یعنی پولیتھیزم کا غلبہ تھا۔</w:t>
      </w:r>
    </w:p>
    <w:p>
      <w:r>
        <w:rPr>
          <w:b/>
        </w:rPr>
        <w:t xml:space="preserve">[1:22:25] </w:t>
      </w:r>
      <w:r>
        <w:t>maujooda zamana aam taqseem ke aitbar se ilhad yaani atheism ka zamana hai. taham, ilhad inkar-e-mazhab ka nazariya hai, jabke secularism mazhab ke bare mein amal'an na-tarafdari ka nazariya hai.</w:t>
      </w:r>
    </w:p>
    <w:p>
      <w:pPr>
        <w:jc w:val="right"/>
      </w:pPr>
      <w:r>
        <w:t>موجودہ زمانہ عمومی تقسیم کے اعتبار سے الحاد یعنی ایتھیزم کا زمانہ ہے۔ تاہم، الحاد انکارِ مذہب کا نظریہ ہے، جبکہ سیکولرزم مذہب کے بارے میں عملاً ناطرفداری کا نظریہ ہے۔</w:t>
      </w:r>
    </w:p>
    <w:p>
      <w:r>
        <w:rPr>
          <w:b/>
        </w:rPr>
        <w:t xml:space="preserve">[1:22:43] </w:t>
      </w:r>
      <w:r>
        <w:t>dour-e-shirk aur dour-e-ilhad ke darmiyan ek cheez mushtarak hai, aur wahi cheez hai jis ko quran ki darj zail ayat mein khars kaha gaya hai: wa qalu law shaa' al-rahman ma 'abadnahum ma lahum bidhalika min 'ilmin in hum illa yakhrosoon yani woh kehte hain ke agar rehman chahta to hum un ki ibadat na karte.</w:t>
      </w:r>
    </w:p>
    <w:p>
      <w:pPr>
        <w:jc w:val="right"/>
      </w:pPr>
      <w:r>
        <w:t>دورِ شرک اور دورِ الحاد کے درمیان ایک چیز مشترک ہے، اور وہی چیز ہے جس کو قرآن کی درج ذیل آیت میں خرص کہا گیا ہے: وقالوا لو شاء الرحمن ما عبدناهم ما لہم بذالک من علم انہم الا یخرسون یعنی وہ کہتے ہیں کہ اگر رحمان چاہتا تو ہم ان کی عبادت نہ کرتے۔</w:t>
      </w:r>
    </w:p>
    <w:p>
      <w:r>
        <w:rPr>
          <w:b/>
        </w:rPr>
        <w:t xml:space="preserve">[1:23:11] </w:t>
      </w:r>
      <w:r>
        <w:t>un ko is ka koi ilm nahin, woh mahaz atkal se baat kar rahe hain. khars ka lafzi matlab hai atkal se baat karna. is se murad darasal cheezon ki qiyasi ta'beer, yaani speculative interpretation hai.</w:t>
      </w:r>
    </w:p>
    <w:p>
      <w:pPr>
        <w:jc w:val="right"/>
      </w:pPr>
      <w:r>
        <w:t>ان کو اس کا کوئی علم نہیں، وہ محض اٹکل سے بات کر رہے ہیں۔ خرص کا لفظی مطلب ہے اٹکل سے بات کرنا۔ اس سے مراد دراصل چیزوں کی قیاسی تعبیر، یعنی سپیکولیٹیو انٹرپریٹیشن ہے۔</w:t>
      </w:r>
    </w:p>
    <w:p>
      <w:r>
        <w:rPr>
          <w:b/>
        </w:rPr>
        <w:t xml:space="preserve">[1:23:26] </w:t>
      </w:r>
      <w:r>
        <w:t>qadeem zamanay mein mushrikeen ne yahi ghalti ki thi. unhon ne yeh kiya ke fitrat ka jo zahira un ko bara yani great nazar aaya, us ko unhon ne ila yani god ka darja de diya.</w:t>
      </w:r>
    </w:p>
    <w:p>
      <w:pPr>
        <w:jc w:val="right"/>
      </w:pPr>
      <w:r>
        <w:t>قدیم زمانے میں مشرکین نے یہی غلطی کی تھی۔ انہوں نے یہ کیا کہ فطرت کا جو ظاہرہ ان کو بڑا یعنی گریٹ نظر آیا، اس کو انہوں نے الہ یعنی گاڈ کا درجہ دے دیا۔</w:t>
      </w:r>
    </w:p>
    <w:p>
      <w:r>
        <w:rPr>
          <w:b/>
        </w:rPr>
        <w:t xml:space="preserve">[1:23:40] </w:t>
      </w:r>
      <w:r>
        <w:t>yahi cheez hai jis ki taraf quran mein in alfaaz mein ishara kiya gaya hai: hadha rabbi hadha akbar yani yeh mera rab hai, yeh sab se bara hai.</w:t>
      </w:r>
    </w:p>
    <w:p>
      <w:pPr>
        <w:jc w:val="right"/>
      </w:pPr>
      <w:r>
        <w:t>یہی چیز ہے جس کی طرف قرآن میں ان الفاظ میں اشارہ کیا گیا ہے: هذا ربي هذا اکبر یعنی یہ میرا رب ہے، یہ سب سے بڑا ہے۔</w:t>
      </w:r>
    </w:p>
    <w:p>
      <w:r>
        <w:rPr>
          <w:b/>
        </w:rPr>
        <w:t xml:space="preserve">[1:23:52] </w:t>
      </w:r>
      <w:r>
        <w:t>mojudah zamanay mein science ka sab se bara kar nama yeh hai ke is ne is qadeem myth ko tod diya. science ne apne tajrubaat ke zariye sabit kiya ke jin cheezon ko insan ne khuda samajh liya tha, un ke andar koi khudaai yani divinity nahi hai.</w:t>
      </w:r>
    </w:p>
    <w:p>
      <w:pPr>
        <w:jc w:val="right"/>
      </w:pPr>
      <w:r>
        <w:t>موجودہ زمانے میں سائنس کا سب سے بڑا کارنامہ یہ ہے کہ اس نے اس قدیم متھ کو توڑ دیا۔ سائنس نے اپنے تجربات کے ذریعے ثابت کیا کہ جن چیزوں کو انسان نے خدا سمجھ لیا تھا، ان کے اندر کوئی خدایت یعنی ڈیوینیٹی نہیں ہے۔</w:t>
      </w:r>
    </w:p>
    <w:p>
      <w:r>
        <w:rPr>
          <w:b/>
        </w:rPr>
        <w:t xml:space="preserve">[1:24:11] </w:t>
      </w:r>
      <w:r>
        <w:t>tamam cheezein sirf fitrat yani nature ke ajza hain. baalfaaz deegar, kainat ki tamam cheezein sirf makhlooq hain.</w:t>
      </w:r>
    </w:p>
    <w:p>
      <w:pPr>
        <w:jc w:val="right"/>
      </w:pPr>
      <w:r>
        <w:t>تمام چیزیں صرف فطرت یعنی نیچر کے اجزاء ہیں۔ باالفاظ دیگر، کائنات کی تمام چیزیں صرف مخلوق ہیں۔</w:t>
      </w:r>
    </w:p>
    <w:p>
      <w:r>
        <w:rPr>
          <w:b/>
        </w:rPr>
        <w:t xml:space="preserve">[1:24:21] </w:t>
      </w:r>
      <w:r>
        <w:t>woh kisi bhi darjay mein khaliq nahi. mushrikana culture ke nazriati khatmay ka aakhri din 20 jullai 1969 tha, jabkay amriki astronaut neil armstrong chaar roza khalaai safar tay kar ke chand tak pohncha, aur chand ki satah par is ne apna qadam rakha.</w:t>
      </w:r>
    </w:p>
    <w:p>
      <w:pPr>
        <w:jc w:val="right"/>
      </w:pPr>
      <w:r>
        <w:t>وہ کسی بھی درجے میں خالق نہیں۔ مشرکانہ کلچر کے نظریاتی خاتمے کا آخری دن 20 جولائی 1969 تھا، جبکہ امریکی ایسٹروناٹ نیل آرمسٹرانگ چار روزہ خلائی سفر طے کر کے چاند تک پہنچا، اور چاند کی سطح پر اس نے اپنا قدم رکھ دیا۔</w:t>
      </w:r>
    </w:p>
    <w:p>
      <w:r>
        <w:rPr>
          <w:b/>
        </w:rPr>
        <w:t xml:space="preserve">[1:24:43] </w:t>
      </w:r>
      <w:r>
        <w:t>ilhad ka daur. shirk ka matlab hai kisi ghair khuda ko khuda ka shareek yani partner qarar de kar us ki ta'zeem ya ibadat karna.</w:t>
      </w:r>
    </w:p>
    <w:p>
      <w:pPr>
        <w:jc w:val="right"/>
      </w:pPr>
      <w:r>
        <w:t>الحاد کا دور۔ شرک کا مطلب ہے کسی غیر خدا کو خدا کا شریک یعنی پارٹنر قرار دے کر اس کی تعظیم یا عبادت کرنا۔</w:t>
      </w:r>
    </w:p>
    <w:p>
      <w:r>
        <w:rPr>
          <w:b/>
        </w:rPr>
        <w:t xml:space="preserve">[1:24:54] </w:t>
      </w:r>
      <w:r>
        <w:t>mojudah zamanay mein jab shirk ka daur khatam hua to is ke baad yeh hona chahiye tha ke dunya mein tauheed ka daur aa jaye. lekin is waqt ahle maghrib dunya ke fikri qaid banay hue thay.</w:t>
      </w:r>
    </w:p>
    <w:p>
      <w:pPr>
        <w:jc w:val="right"/>
      </w:pPr>
      <w:r>
        <w:t>موجودہ زمانے میں جب شرک کا دور ختم ہوا تو اس کے بعد یہ ہونا چاہیے تھا کہ دنیا میں توحید کا دور آ جائے۔ لیکن اس وقت اہلِ مغرب دنیا کے فکری قائد بنے ہوئے تھے۔</w:t>
      </w:r>
    </w:p>
    <w:p>
      <w:r>
        <w:rPr>
          <w:b/>
        </w:rPr>
        <w:t xml:space="preserve">[1:25:08] </w:t>
      </w:r>
      <w:r>
        <w:t>aur jaisa ke maloom hai, quroon e wasta yani middle ages ke zamanay mein maghrib ke ahle ilm aur church ke darmiyan shadeed takrao hua.</w:t>
      </w:r>
    </w:p>
    <w:p>
      <w:pPr>
        <w:jc w:val="right"/>
      </w:pPr>
      <w:r>
        <w:t>اور جیسا کہ معلوم ہے، قرونِ وسطیٰ یعنی مڈل ایجز کے زمانے میں مغرب کے اہلِ علم اور چرچ کے درمیان شدید ٹکراؤ ہوا۔</w:t>
      </w:r>
    </w:p>
    <w:p>
      <w:r>
        <w:rPr>
          <w:b/>
        </w:rPr>
        <w:t xml:space="preserve">[1:25:19] </w:t>
      </w:r>
      <w:r>
        <w:t>is takrao ki tafseel jaan william draper ki darj zail kitaab mein dekhi ja sakti hai: History of the Conflict Between Religion and Science quroon e wasta ke baad europe mein uneesween sadi mein jadeed ilhadi fikr ka daur aaya.</w:t>
      </w:r>
    </w:p>
    <w:p>
      <w:pPr>
        <w:jc w:val="right"/>
      </w:pPr>
      <w:r>
        <w:t>اس ٹکراؤ کی تفصیل جان ولیم ڈریپر کی درج ذیل کتاب میں دیکھی جا سکتی ہے: History of the Conflict Between Religion and Science قرونِ وسطیٰ کے بعد یورپ میں انیسویں صدی میں جدید الحادی فکر کا دور آیا۔</w:t>
      </w:r>
    </w:p>
    <w:p>
      <w:r>
        <w:rPr>
          <w:b/>
        </w:rPr>
        <w:t xml:space="preserve">[1:25:36] </w:t>
      </w:r>
      <w:r>
        <w:t>yeh daur kisi ilmi tehqeeq ka nateeja na tha, balkay woh tamam tar radd e amal yani reaction ke nateejay mein pesh aaya.</w:t>
      </w:r>
    </w:p>
    <w:p>
      <w:pPr>
        <w:jc w:val="right"/>
      </w:pPr>
      <w:r>
        <w:t>یہ دور کسی علمی تحقیق کا نتیجہ نہ تھا، بلکہ وہ تمام تر ردِ عمل یعنی ری ایکشن کے نتیجے میں پیش آیا۔</w:t>
      </w:r>
    </w:p>
    <w:p>
      <w:r>
        <w:rPr>
          <w:b/>
        </w:rPr>
        <w:t xml:space="preserve">[1:25:46] </w:t>
      </w:r>
      <w:r>
        <w:t>is zamanay mein ilmi tehqeeq ka mayar yeh qarar paya ke woh tamam tar secular andaaz mein ho, yani khuda ko hadaf kar ke waqeaat ki tawjeeh karna.</w:t>
      </w:r>
    </w:p>
    <w:p>
      <w:pPr>
        <w:jc w:val="right"/>
      </w:pPr>
      <w:r>
        <w:t>اس زمانے میں علمی تحقیق کا معیار یہ قرار پایا کہ وہ تمام تر سیکولر انداز میں ہو، یعنی خدا کو حذف کر کے واقعات کی توجیح کرنا۔</w:t>
      </w:r>
    </w:p>
    <w:p>
      <w:r>
        <w:rPr>
          <w:b/>
        </w:rPr>
        <w:t xml:space="preserve">[1:25:59] </w:t>
      </w:r>
      <w:r>
        <w:t>is tarz e fikr ke nateejay mein woh ghair mazhabi falsafa paida hua jis ko ilhad yani atheism kaha jata hai.</w:t>
      </w:r>
    </w:p>
    <w:p>
      <w:pPr>
        <w:jc w:val="right"/>
      </w:pPr>
      <w:r>
        <w:t>اس طرزِ فکر کے نتیجے میں وہ غیر مذہبی فلسفہ پیدا ہوا جس کو الحاد یعنی ایتھیزم کہا جاتا ہے۔</w:t>
      </w:r>
    </w:p>
    <w:p>
      <w:r>
        <w:rPr>
          <w:b/>
        </w:rPr>
        <w:t xml:space="preserve">[1:26:08] </w:t>
      </w:r>
      <w:r>
        <w:t>insan apni fitrat ke aitbaar se aik tawjeeh talab haiwan yani explanation seeking animal hai. qadeem mushrikana daur mein yeh tawjeeh qiyasi buniyad par ki jati thi.</w:t>
      </w:r>
    </w:p>
    <w:p>
      <w:pPr>
        <w:jc w:val="right"/>
      </w:pPr>
      <w:r>
        <w:t>انسان اپنی فطرت کے اعتبار سے ایک توجیح طلب حیوان یعنی ایکسپلینیشن سیکنگ اینیمل ہے۔ قدیم مشرکانہ دور میں یہ توجیح قیاسی بنیاد پر کی جاتی تھی۔</w:t>
      </w:r>
    </w:p>
    <w:p>
      <w:r>
        <w:rPr>
          <w:b/>
        </w:rPr>
        <w:t xml:space="preserve">[1:26:21] </w:t>
      </w:r>
      <w:r>
        <w:t>mojudah mulhidana daur mein yeh tawjeeh ilmi tehqeeq ke naam par ki janay lagi. is naye daur mein maghribi dunya mein bohat se mufakkir paida hue jo khuda ko hadaf kar ke hayat aur kainat ki tawjeeh karte thay.</w:t>
      </w:r>
    </w:p>
    <w:p>
      <w:pPr>
        <w:jc w:val="right"/>
      </w:pPr>
      <w:r>
        <w:t>موجودہ ملحدانہ دور میں یہ توجیح علمی تحقیق کے نام پر کی جانے لگی۔ اس نئے دور میں مغربی دنیا میں بہت سے مفکر پیدا ہوئے جو خدا کو حذف کر کے حیات اور کائنات کی توجیح کرتے تھے۔</w:t>
      </w:r>
    </w:p>
    <w:p>
      <w:r>
        <w:rPr>
          <w:b/>
        </w:rPr>
        <w:t xml:space="preserve">[1:26:36] </w:t>
      </w:r>
      <w:r>
        <w:t>is tareeqa e tehqeeq ke nateejay mein aik naya daur paida hua. mazeed yeh ke isi daur mein printing press bhi wajood mein aaya.</w:t>
      </w:r>
    </w:p>
    <w:p>
      <w:pPr>
        <w:jc w:val="right"/>
      </w:pPr>
      <w:r>
        <w:t>اس طریقۂ تحقیق کے نتیجے میں ایک نیا دور پیدا ہوا۔ مزید یہ کہ اسی دور میں پرنٹنگ پریس بھی وجود میں آیا۔</w:t>
      </w:r>
    </w:p>
    <w:p>
      <w:r>
        <w:rPr>
          <w:b/>
        </w:rPr>
        <w:t xml:space="preserve">[1:26:46] </w:t>
      </w:r>
      <w:r>
        <w:t>pehlay kitabein mehdood tor par haath se likhi jati theen, ab woh chhap kar aam tor par phailnay lageen. is tarah yeh hua ke jadeed ilhad matboo'a kitabon mein muntaqil ho kar tamam dunya ki fikr par chha gaya.</w:t>
      </w:r>
    </w:p>
    <w:p>
      <w:pPr>
        <w:jc w:val="right"/>
      </w:pPr>
      <w:r>
        <w:t>پہلے کتابیں محدود طور پر ہاتھ سے لکھی جاتی تھیں، اب وہ چھپ کر عمومی طور پر پھیلنے لگیں۔ اس طرح یہ ہوا کہ جدید الحاد مطبوعہ کتابوں میں منتقل ہو کر تمام دنیا کی فکر پر چھا گیا۔</w:t>
      </w:r>
    </w:p>
    <w:p>
      <w:r>
        <w:rPr>
          <w:b/>
        </w:rPr>
        <w:t xml:space="preserve">[1:27:03] </w:t>
      </w:r>
      <w:r>
        <w:t>jadeed mulhidana daur mein jo mufakkireen paida hue aur un ke zariye jo ghair mazhabi tarz e fikr wajood mein aaya, us ke peechay bohat se zehn karfarma thay.</w:t>
      </w:r>
    </w:p>
    <w:p>
      <w:pPr>
        <w:jc w:val="right"/>
      </w:pPr>
      <w:r>
        <w:t>جدید ملحدانہ دور میں جو مفکرین پیدا ہوئے اور ان کے ذریعے جو غیر مذہبی طرزِ فکر وجود میں آیا، اس کے پیچھے بہت سے ذہن کارفرما تھے۔</w:t>
      </w:r>
    </w:p>
    <w:p>
      <w:r>
        <w:rPr>
          <w:b/>
        </w:rPr>
        <w:t xml:space="preserve">[1:27:17] </w:t>
      </w:r>
      <w:r>
        <w:t>tahum, alamati tor par chaar afraad ko is maamlay mein buniyadi ahmiyat hasil hai. un chaar afraad ne insani tareekh ko aik naya rukh ya ilhadi rukh diya.</w:t>
      </w:r>
    </w:p>
    <w:p>
      <w:pPr>
        <w:jc w:val="right"/>
      </w:pPr>
      <w:r>
        <w:t>تاہم، علامتی طور پر چار افراد کو اس معاملے میں بنیادی اہمیت حاصل ہے۔ ان چار افراد نے انسانی تاریخ کو ایک نیا رخ یا الحادی رخ دیا۔</w:t>
      </w:r>
    </w:p>
    <w:p>
      <w:r>
        <w:rPr>
          <w:b/>
        </w:rPr>
        <w:t xml:space="preserve">[1:27:31] </w:t>
      </w:r>
      <w:r>
        <w:t>un ke naam yeh hain: Isaac Newton, Charles Darwin, Sigmund Freud, Karl Marx. Isaac Newton: From Divine Interpretation to Mechanical Interpretation.</w:t>
      </w:r>
    </w:p>
    <w:p>
      <w:pPr>
        <w:jc w:val="right"/>
      </w:pPr>
      <w:r>
        <w:t>ان کے نام یہ ہیں: آئزک نیوٹن، چارلس ڈوون، سگمنٹ فرائیڈ، کارل مارکس۔ Isaac Newton: From Divine Interpretation to Mechanical Interpretation.</w:t>
      </w:r>
    </w:p>
    <w:p>
      <w:r>
        <w:rPr>
          <w:b/>
        </w:rPr>
        <w:t xml:space="preserve">[1:27:45] </w:t>
      </w:r>
      <w:r>
        <w:t>Charles Darwin: From Special Creation to Natural Selection. Sigmund Freud: From Harnessing Desires to Following Desires.</w:t>
      </w:r>
    </w:p>
    <w:p>
      <w:pPr>
        <w:jc w:val="right"/>
      </w:pPr>
      <w:r>
        <w:t>چارلس ڈوون: From Special Creation to Natural Selection. سگمنٹ فرائیڈ: From Harnessing Desires to Following Desires.</w:t>
      </w:r>
    </w:p>
    <w:p>
      <w:r>
        <w:rPr>
          <w:b/>
        </w:rPr>
        <w:t xml:space="preserve">[1:27:55] </w:t>
      </w:r>
      <w:r>
        <w:t>Karl Marx: From Duty Conscious Society to Right Conscious Society. British scientist Isaac Newton asal mein sirf aik scientist tha.</w:t>
      </w:r>
    </w:p>
    <w:p>
      <w:pPr>
        <w:jc w:val="right"/>
      </w:pPr>
      <w:r>
        <w:t>کارل مارکس: From Duty Conscious Society to Right Conscious Society. برٹش سائنسدان آئزک نیوٹن اصلًا صرف ایک سائنسدان تھا۔</w:t>
      </w:r>
    </w:p>
    <w:p>
      <w:r>
        <w:rPr>
          <w:b/>
        </w:rPr>
        <w:t xml:space="preserve">[1:28:06] </w:t>
      </w:r>
      <w:r>
        <w:t>is ka mozu tha maadi dunya mein harkat yani motion ki tawjeeh karna. is ne daryaft kiya ke maadi dunya mein harkat ka nizaam mechanical qawaneen yani mechanical laws ke tehat hota hai, mislan shamsi nizaam mein sayaron ki gardish ka qanoon.</w:t>
      </w:r>
    </w:p>
    <w:p>
      <w:pPr>
        <w:jc w:val="right"/>
      </w:pPr>
      <w:r>
        <w:t>اس کا موضوع تھا مادی دنیا میں حرکت یعنی موشن کی توجیح کرنا۔ اس نے دریافت کیا کہ مادی دنیا میں حرکت کا نظام میکینیکل قوانین یعنی میکینیکل لاز کے تحت ہوتا ہے، مثلاً شمسی نظام میں سیاروں کی گردش کا قانون۔</w:t>
      </w:r>
    </w:p>
    <w:p>
      <w:r>
        <w:rPr>
          <w:b/>
        </w:rPr>
        <w:t xml:space="preserve">[1:28:23] </w:t>
      </w:r>
      <w:r>
        <w:t>Newton ki daryaft ka koi talluq mazhabi aqaaid se na tha, lekin mulhid mufakkireen ne is daryaft ko ilhad ke haq mein istemal kiya.</w:t>
      </w:r>
    </w:p>
    <w:p>
      <w:pPr>
        <w:jc w:val="right"/>
      </w:pPr>
      <w:r>
        <w:t>نیوٹن کی دریافت کا کوئی تعلق مذہبی عقائد سے نہ تھا، لیکن ملحد مفکرین نے اس دریافت کو الحاد کے حق میں استعمال کیا۔</w:t>
      </w:r>
    </w:p>
    <w:p>
      <w:r>
        <w:rPr>
          <w:b/>
        </w:rPr>
        <w:t xml:space="preserve">[1:28:34] </w:t>
      </w:r>
      <w:r>
        <w:t>unhon ne kaha ke agar waqeaat fitri asbaab ke tehat paish aate hain to woh fuq ul fitri sabab ke tehat nahi ho saktay. If events are due to natural causes, they are not due to supernatural causes.</w:t>
      </w:r>
    </w:p>
    <w:p>
      <w:pPr>
        <w:jc w:val="right"/>
      </w:pPr>
      <w:r>
        <w:t>انہوں نے کہا کہ اگر واقعات فطری اسباب کے تحت پیش آتے ہیں تو وہ فوق الفطری سبب کے تحت نہیں ہو سکتے۔ If events are due to natural causes, they are not due to supernatural causes.</w:t>
      </w:r>
    </w:p>
    <w:p>
      <w:r>
        <w:rPr>
          <w:b/>
        </w:rPr>
        <w:t xml:space="preserve">[1:28:47] </w:t>
      </w:r>
      <w:r>
        <w:t>yeh istidlal bilashuba aik ghair lajiki istidlal tha, kyunkay Newton ki tashreeh jis cheez ko bata rahi thi woh sirf zahiri sabab tha.</w:t>
      </w:r>
    </w:p>
    <w:p>
      <w:pPr>
        <w:jc w:val="right"/>
      </w:pPr>
      <w:r>
        <w:t>یہ استدلال بلاشبہ ایک غیر منطقی استدلال تھا، کیونکہ نیوٹن کی تشریح جس چیز کو بتا رہی تھی وہ صرف ظاہری سبب تھا۔</w:t>
      </w:r>
    </w:p>
    <w:p>
      <w:r>
        <w:rPr>
          <w:b/>
        </w:rPr>
        <w:t xml:space="preserve">[1:28:58] </w:t>
      </w:r>
      <w:r>
        <w:t>is ke baad bhi yeh sawal tha ke asbab ke peeche musabbib yani Cause of the Causes kon hai. is maamle mein mulhidin ka istidlal tamam tar ek mughalte par mabni tha.</w:t>
      </w:r>
    </w:p>
    <w:p>
      <w:pPr>
        <w:jc w:val="right"/>
      </w:pPr>
      <w:r>
        <w:t>اس کے بعد بھی یہ سوال تھا کہ اسباب کے پیچھے مسبب یعنی Cause of the Causes کون ہے۔ اس معاملے میں ملحدین کا استدلال تمام تر ایک مغالطے پر مبنی تھا۔</w:t>
      </w:r>
    </w:p>
    <w:p>
      <w:r>
        <w:rPr>
          <w:b/>
        </w:rPr>
        <w:t xml:space="preserve">[1:29:10] </w:t>
      </w:r>
      <w:r>
        <w:t>woh koi saensy istidlal na tha, lekin mulhid mufakireen ki yeh tojeeh waqt ke zawoq ke mutabiq thi, is liye woh aam taur par phail gaya.</w:t>
      </w:r>
    </w:p>
    <w:p>
      <w:pPr>
        <w:jc w:val="right"/>
      </w:pPr>
      <w:r>
        <w:t>وہ کوئی سائنسی استدلال نہ تھا، لیکن ملحد مفکرین کی یہ توجیح وقت کے ذوق کے مطابق تھی، اس لیے وہ عمومی طور پر پھیل گئی۔</w:t>
      </w:r>
    </w:p>
    <w:p>
      <w:r>
        <w:rPr>
          <w:b/>
        </w:rPr>
        <w:t xml:space="preserve">[1:29:22] </w:t>
      </w:r>
      <w:r>
        <w:t>charles darwin ka irtiqai nazriya buniyadi taur par intikhab-e-tabai yani Natural Selection ke usool par mabni hai. darwin ne aur is ke satheeon ne apni kitabon ke zariye yeh taassur diya ke irtiqaa yani Evolution ka yeh nazriya ek saensy nazriya hai, magar ilmi tareef (Definition) ke mutabiq irtiqaa ka nazriya har giz saensy nazriya yani Scientific Theory na tha.</w:t>
      </w:r>
    </w:p>
    <w:p>
      <w:pPr>
        <w:jc w:val="right"/>
      </w:pPr>
      <w:r>
        <w:t>چارلس ڈوون کا ارتقائی نظریہ بنیادی طور پر انتخابِ طبیعی یعنی Natural Selection کے اصول پر مبنی ہے۔ ڈوون نے اور اس کے ساتھیوں نے اپنی کتابوں کے ذریعے یہ تاثر دیا کہ ارتقاء یعنی Evolution کا یہ نظریہ ایک سائنسی نظریہ ہے، مگر علمی تعریف (Definition) کے مطابق ارتقاء کا نظریہ ہرگز سائنسی نظریہ یعنی Scientific Theory نہ تھا۔</w:t>
      </w:r>
    </w:p>
    <w:p>
      <w:r>
        <w:rPr>
          <w:b/>
        </w:rPr>
        <w:t xml:space="preserve">[1:29:49] </w:t>
      </w:r>
      <w:r>
        <w:t>woh sirf ek qiyasi nazriya yani Speculative Theory ki hesiyat rakhta tha, magar waqt ke aam zawoq ki bina par hayatiyati irtiqaa ke is nazriye ko aam maqbooliyat hasil ho gayi.</w:t>
      </w:r>
    </w:p>
    <w:p>
      <w:pPr>
        <w:jc w:val="right"/>
      </w:pPr>
      <w:r>
        <w:t>وہ صرف ایک قیاسی نظریہ یعنی Speculative Theory کی حیثیت رکھتا تھا، مگر وقت کے عمومی ذوق کی بنا پر حیاتیاتی ارتقاء کے اس نظریے کو عام مقبولیت حاصل ہو گئی۔</w:t>
      </w:r>
    </w:p>
    <w:p>
      <w:r>
        <w:rPr>
          <w:b/>
        </w:rPr>
        <w:t xml:space="preserve">[1:30:04] </w:t>
      </w:r>
      <w:r>
        <w:t>yeh samajh liya gaya ke hayatiyati muzahir ki tojeeh ke liye ab khaliq ko mannay ki koi zaroorat nahin. khaliq ke wujood ko mannay ke baghair tamam hayatiyati muzahir ki tojeeh mumken hai, magar yeh sirf ek mughalta tha.</w:t>
      </w:r>
    </w:p>
    <w:p>
      <w:pPr>
        <w:jc w:val="right"/>
      </w:pPr>
      <w:r>
        <w:t>یہ سمجھ لیا گیا کہ حیاتیاتی مظاہر کی توجیح کے لیے اب خالق کو ماننے کی کوئی ضرورت نہیں۔ خالق کے وجود کو مانے بغیر تمام حیاتیاتی مظاہر کی توجیح ممکن ہے، مگر یہ صرف ایک مغالطہ تھا۔</w:t>
      </w:r>
    </w:p>
    <w:p>
      <w:r>
        <w:rPr>
          <w:b/>
        </w:rPr>
        <w:t xml:space="preserve">[1:30:22] </w:t>
      </w:r>
      <w:r>
        <w:t>saens ki mazeed daryafton ne yeh sabit kar diya ke irtiqaa ka yeh nazriya ilmi aitbar se bilkul be buniyad hai.</w:t>
      </w:r>
    </w:p>
    <w:p>
      <w:pPr>
        <w:jc w:val="right"/>
      </w:pPr>
      <w:r>
        <w:t>سائنس کی مزید دریافتوں نے یہ ثابت کر دیا کہ ارتقاء کا یہ نظریہ علمی اعتبار سے بالکل بے بنیاد ہے۔</w:t>
      </w:r>
    </w:p>
    <w:p>
      <w:r>
        <w:rPr>
          <w:b/>
        </w:rPr>
        <w:t xml:space="preserve">[1:30:31] </w:t>
      </w:r>
      <w:r>
        <w:t>saens ki jadeed daryaft batati hai ke fitrat mein kamil darje ki zaheen design yani Intelligent Design hai. is daryaft ne ilmi taur par nazriya-e-irtiqaa ka khatma kar diya hai,</w:t>
      </w:r>
    </w:p>
    <w:p>
      <w:pPr>
        <w:jc w:val="right"/>
      </w:pPr>
      <w:r>
        <w:t>سائنس کی جدید دریافت بتاتی ہے کہ فطرت میں کامل درجے کی ذہین ڈیزائن یعنی Intelligent Design ہے۔ اس دریافت نے علمی طور پر نظریۂ ارتقاء کا خاتمہ کر دیا ہے،</w:t>
      </w:r>
    </w:p>
    <w:p>
      <w:r>
        <w:rPr>
          <w:b/>
        </w:rPr>
        <w:t xml:space="preserve">[1:30:45] </w:t>
      </w:r>
      <w:r>
        <w:t>kyun ke zaheen design ek zaheen designer ki mojoodgi ko sabit karti hai. woh be shaoor qism ke intikhab-e-tabai ka nateeja nahin ho sakti.</w:t>
      </w:r>
    </w:p>
    <w:p>
      <w:pPr>
        <w:jc w:val="right"/>
      </w:pPr>
      <w:r>
        <w:t>کیونکہ ذہین ڈیزائن ایک ذہین ڈیزائنر کی موجودگی کو ثابت کرتی ہے۔ وہ بے شعور قسم کے انتخابِ طبیعی کا نتیجہ نہیں ہو سکتی۔</w:t>
      </w:r>
    </w:p>
    <w:p>
      <w:r>
        <w:rPr>
          <w:b/>
        </w:rPr>
        <w:t xml:space="preserve">[1:30:55] </w:t>
      </w:r>
      <w:r>
        <w:t>sigmund freud ka nazriya yeh tha ke insaan ki zehni taraqqi is tarah mumken hai ke us ko azad chhod diya jaye ke woh apni khwahishon ko be rokk tok poora kar sake.</w:t>
      </w:r>
    </w:p>
    <w:p>
      <w:pPr>
        <w:jc w:val="right"/>
      </w:pPr>
      <w:r>
        <w:t>سگمنٹ فرائیڈ کا نظریہ یہ تھا کہ انسان کی ذہنی ترقی اس طرح ممکن ہے کہ اس کو آزاد چھوڑ دیا جائے کہ وہ اپنی خواہشوں کو بے روک ٹوک پورا کر سکے۔</w:t>
      </w:r>
    </w:p>
    <w:p>
      <w:r>
        <w:rPr>
          <w:b/>
        </w:rPr>
        <w:t xml:space="preserve">[1:31:07] </w:t>
      </w:r>
      <w:r>
        <w:t>freud ke is nazriye ka nateeja yeh hua ke mazhabi tasawwur ke mutabiq haram o halal ki pabandiyan khatm ho gayeen. insaan azad ho gaya ke woh khud apni khwahish ke tehat jo chahe kare aur jo chahe na kare.</w:t>
      </w:r>
    </w:p>
    <w:p>
      <w:pPr>
        <w:jc w:val="right"/>
      </w:pPr>
      <w:r>
        <w:t>فرائیڈ کے اس نظریے کا نتیجہ یہ ہوا کہ مذہبی تصور کے مطابق حرام و حلال کی پابندیاں ختم ہو گئیں۔ انسان آزاد ہو گیا کہ وہ خود اپنی خواہش کے تحت جو چاہے کرے اور جو چاہے نہ کرے۔</w:t>
      </w:r>
    </w:p>
    <w:p>
      <w:r>
        <w:rPr>
          <w:b/>
        </w:rPr>
        <w:t xml:space="preserve">[1:31:22] </w:t>
      </w:r>
      <w:r>
        <w:t>lekin baad ki tehqiqat se yeh sabit hua ke freud ka yeh nazriya ek ghair fitri nazriya hai. chunancha woh insaan ki zehni taraqqi mein maan'e hai, na ke madadgar.</w:t>
      </w:r>
    </w:p>
    <w:p>
      <w:pPr>
        <w:jc w:val="right"/>
      </w:pPr>
      <w:r>
        <w:t>لیکن بعد کی تحقیقات سے یہ ثابت ہوا کہ فرائیڈ کا یہ نظریہ ایک غیر فطری نظریہ ہے۔ چنانچہ وہ انسان کی ذہنی ترقی میں مانع ہے، نہ کہ مددگار۔</w:t>
      </w:r>
    </w:p>
    <w:p>
      <w:r>
        <w:rPr>
          <w:b/>
        </w:rPr>
        <w:t xml:space="preserve">[1:31:35] </w:t>
      </w:r>
      <w:r>
        <w:t>nafsiyat ka jadeed mutalia batata hai ke insaan ki zehni taraqqi challenge ke zariye hoti hai, na ke be qaid azadi ke zariye.</w:t>
      </w:r>
    </w:p>
    <w:p>
      <w:pPr>
        <w:jc w:val="right"/>
      </w:pPr>
      <w:r>
        <w:t>نفسیات کا جدید مطالعہ بتاتا ہے کہ انسان کی ذہنی ترقی چیلنج کے ذریعے ہوتی ہے، نہ کہ بے قید آزادی کے ذریعے۔</w:t>
      </w:r>
    </w:p>
    <w:p>
      <w:r>
        <w:rPr>
          <w:b/>
        </w:rPr>
        <w:t xml:space="preserve">[1:31:44] </w:t>
      </w:r>
      <w:r>
        <w:t>mazhab ki aaid karda akhlaqi pabandiyan ek challenge ki hesiyat rakhti hain. is challenge ke zariye insaan ke andar takhleeqi fikr yani Creative Thinking paida hoti hai.</w:t>
      </w:r>
    </w:p>
    <w:p>
      <w:pPr>
        <w:jc w:val="right"/>
      </w:pPr>
      <w:r>
        <w:t>مذہب کی عائد کردہ اخلاقی پابندیاں ایک چیلنج کی حیثیت رکھتی ہیں۔ اس چیلنج کے ذریعے انسان کے اندر تخلیقی فکر یعنی Creative Thinking پیدا ہوتی ہے۔</w:t>
      </w:r>
    </w:p>
    <w:p>
      <w:r>
        <w:rPr>
          <w:b/>
        </w:rPr>
        <w:t xml:space="preserve">[1:31:56] </w:t>
      </w:r>
      <w:r>
        <w:t>is tarah insaan apni tawanaai ke ziya se bachte hue zehni taraqqi ke rastay par safar karta rehta hai. karl marx ne zindagi ka jo falsafa diya, woh apni amli tadbeer ke aitbar se yeh tha ke iqtisadi zarraya ko infiradi control se nikal kar samaji control mein de diya jaye.</w:t>
      </w:r>
    </w:p>
    <w:p>
      <w:pPr>
        <w:jc w:val="right"/>
      </w:pPr>
      <w:r>
        <w:t>اس طرح انسان اپنی توانائی کے ضیاع سے بچتے ہوئے ذہنی ترقی کے راستے پر سفر کرتا رہتا ہے۔ کارل مارکس نے زندگی کا جو فلسفہ دیا، وہ اپنی عملی تدبیر کے اعتبار سے یہ تھا کہ اقتصادی ذرائع کو انفرادی کنٹرول سے نکال کر سماجی کنٹرول میں دے دیا جائے۔</w:t>
      </w:r>
    </w:p>
    <w:p>
      <w:r>
        <w:rPr>
          <w:b/>
        </w:rPr>
        <w:t xml:space="preserve">[1:32:18] </w:t>
      </w:r>
      <w:r>
        <w:t>marx ke nazdeek insani huqooq ke tahaffuz ka yahi wahid rasta tha, magar amli tajrube ke lehaz se is falsafe ka matlab yeh tha ke tamam iqtisadi zarraya ko State ke control mein de diya jaye.</w:t>
      </w:r>
    </w:p>
    <w:p>
      <w:pPr>
        <w:jc w:val="right"/>
      </w:pPr>
      <w:r>
        <w:t>مارکس کے نزدیک انسانی حقوق کے تحفظ کا یہی واحد راستہ تھا، مگر عملی تجربے کے لحاظ سے اس فلسفے کا مطلب یہ تھا کہ تمام اقتصادی ذرائع کو State کے کنٹرول میں دے دیا جائے۔</w:t>
      </w:r>
    </w:p>
    <w:p>
      <w:r>
        <w:rPr>
          <w:b/>
        </w:rPr>
        <w:t xml:space="preserve">[1:32:35] </w:t>
      </w:r>
      <w:r>
        <w:t>is nazriye ka maqsad bazahir ek ghair tibqati samaj yani Classless Society paida karna tha, magar amlan is ka nateeja yeh hua ke do shadeed qism ke mutaharib tabqe paida ho gaye.</w:t>
      </w:r>
    </w:p>
    <w:p>
      <w:pPr>
        <w:jc w:val="right"/>
      </w:pPr>
      <w:r>
        <w:t>اس نظریے کا مقصد بظاہر ایک غیر طبقاتی سماج یعنی Classless Society پیدا کرنا تھا، مگر عملاً اس کا نتیجہ یہ ہوا کہ دو شدید قسم کے متحارب طبقے پیدا ہو گئے۔</w:t>
      </w:r>
    </w:p>
    <w:p>
      <w:r>
        <w:rPr>
          <w:b/>
        </w:rPr>
        <w:t xml:space="preserve">[1:32:51] </w:t>
      </w:r>
      <w:r>
        <w:t>is nazriye se do bari buraiyan paida huin. ek yeh ke musabiqat yani Competition ka khatm ho jana, jo ke tamam taraqqiyon ke liye fitri muharrik ki hesiyat rakhta hai.</w:t>
      </w:r>
    </w:p>
    <w:p>
      <w:pPr>
        <w:jc w:val="right"/>
      </w:pPr>
      <w:r>
        <w:t>اس نظریے سے دو بڑی برائیاں پیدا ہوئیں۔ ایک یہ کہ مسابقت یعنی Competition کا ختم ہو جانا، جو کہ تمام ترقیوں کے لیے فطری محرک کی حیثیت رکھتا ہے۔</w:t>
      </w:r>
    </w:p>
    <w:p>
      <w:r>
        <w:rPr>
          <w:b/>
        </w:rPr>
        <w:t xml:space="preserve">[1:33:04] </w:t>
      </w:r>
      <w:r>
        <w:t>dosri burai jo ishtiraki nazriye ke tehat paida hui, woh yeh ke log aam taur par Right Conscious ban gaye, jab ke kisi society ki kamyabi ka raaz yeh hai ke is ke afraad Duty Conscious hon.</w:t>
      </w:r>
    </w:p>
    <w:p>
      <w:pPr>
        <w:jc w:val="right"/>
      </w:pPr>
      <w:r>
        <w:t>دوسری برائی جو اشتراکی نظریے کے تحت پیدا ہوئی، وہ یہ کہ لوگ عمومی طور پر Right Conscious بن گئے، جبکہ کسی سوسائٹی کی کامیابی کا راز یہ ہے کہ اس کے افراد ڈیوٹی Conscious ہوں۔</w:t>
      </w:r>
    </w:p>
    <w:p>
      <w:r>
        <w:rPr>
          <w:b/>
        </w:rPr>
        <w:t xml:space="preserve">[1:33:21] </w:t>
      </w:r>
      <w:r>
        <w:t>yahan pahunch kar tibqati kashmakash ne ek aisi surat ikhtiyar kar li jo kabhi khatm hone wali nahin, kyun ke zindagi mein duty ka taayun ho sakta hai, lekin right ka koi taayun nahin.</w:t>
      </w:r>
    </w:p>
    <w:p>
      <w:pPr>
        <w:jc w:val="right"/>
      </w:pPr>
      <w:r>
        <w:t>یہاں پہنچ کر طبقاتی کشمکش نے ایک ایسی صورت اختیار کر لی جو کبھی ختم ہونے والی نہیں، کیونکہ زندگی میں ڈیوٹی کا تعین ہو سکتا ہے، لیکن رائٹ کا کوئی تعین نہیں۔</w:t>
      </w:r>
    </w:p>
    <w:p>
      <w:r>
        <w:rPr>
          <w:b/>
        </w:rPr>
        <w:t xml:space="preserve">[1:33:36] </w:t>
      </w:r>
      <w:r>
        <w:t>khulasa kalam: qadeem daur-e-shirk ka bigaad yeh tha ke woh Khuda aur bande ke darmiyan taalluq ko sahi buniyad par qaim karne mein maan'e ban gaya.</w:t>
      </w:r>
    </w:p>
    <w:p>
      <w:pPr>
        <w:jc w:val="right"/>
      </w:pPr>
      <w:r>
        <w:t>خلاصہ کلام: قدیم دورِ شرک کا بگاڑ یہ تھا کہ وہ خدا اور بندے کے درمیان تعلق کو صحیح بنیاد پر قائم کرنے میں مانع بن گیا۔</w:t>
      </w:r>
    </w:p>
    <w:p>
      <w:r>
        <w:rPr>
          <w:b/>
        </w:rPr>
        <w:t xml:space="preserve">[1:33:48] </w:t>
      </w:r>
      <w:r>
        <w:t>insaan ko yeh karna tha ke woh apni soch ko aur mohabbat aur khauf ke jazbat ko mukammal taur par Khuda se wabasta kare.</w:t>
      </w:r>
    </w:p>
    <w:p>
      <w:pPr>
        <w:jc w:val="right"/>
      </w:pPr>
      <w:r>
        <w:t>انسان کو یہ کرنا تھا کہ وہ اپنی سوچ کو اور محبت اور خوف کے جذبات کو مکمل طور پر خدا سے وابستہ کرے۔</w:t>
      </w:r>
    </w:p>
    <w:p>
      <w:r>
        <w:rPr>
          <w:b/>
        </w:rPr>
        <w:t xml:space="preserve">[1:33:58] </w:t>
      </w:r>
      <w:r>
        <w:t>isi ka naam tauheed hai, aur isi tauheed se insaan ke andar tamam aala sifaat paida hoti hain. lekin mushrikana culture ne Khuda ke shirka yani Partners qarar de kar insaan ko us ke markaz-e-asli se hata diya.</w:t>
      </w:r>
    </w:p>
    <w:p>
      <w:pPr>
        <w:jc w:val="right"/>
      </w:pPr>
      <w:r>
        <w:t>اسی کا نام توحید ہے، اور اسی توحید سے انسان کے اندر تمام اعلیٰ صفات پیدا ہوتی ہیں۔ لیکن مشرکانہ کلچر نے خدا کے شرکاء یعنی Partners قرار دے کر انسان کو اس کے مرکزِ اصلی سے ہٹا دیا۔</w:t>
      </w:r>
    </w:p>
    <w:p>
      <w:r>
        <w:rPr>
          <w:b/>
        </w:rPr>
        <w:t xml:space="preserve">[1:34:16] </w:t>
      </w:r>
      <w:r>
        <w:t>nateja yeh hua ke insaan apne matloob irtiqaa se mehroom ho kar reh gaya. insaan apni fitrat ke aitbar se ek markaz-e-wabastagi chahta hai.</w:t>
      </w:r>
    </w:p>
    <w:p>
      <w:pPr>
        <w:jc w:val="right"/>
      </w:pPr>
      <w:r>
        <w:t>نتیجہ یہ ہوا کہ انسان اپنے مطلوب ارتقاء سے محروم ہو کر رہ گیا۔ انسان اپنی فطرت کے اعتبار سے ایک مرکزِ وابستگی چاہتا ہے۔</w:t>
      </w:r>
    </w:p>
    <w:p>
      <w:r>
        <w:rPr>
          <w:b/>
        </w:rPr>
        <w:t xml:space="preserve">[1:34:28] </w:t>
      </w:r>
      <w:r>
        <w:t>insaan ki is fitri talab ka marja sirf ek hai, aur woh is ka khaliq hai. bande ka khaliq se taalluq qaim hona aisa hi hai jaise bijli ke bulb ka power house se taalluq qaim hona.</w:t>
      </w:r>
    </w:p>
    <w:p>
      <w:pPr>
        <w:jc w:val="right"/>
      </w:pPr>
      <w:r>
        <w:t>انسان کی اس فطری طلب کا مرجع صرف ایک ہے، اور وہ اس کا خالق ہے۔ بندے کا خالق سے تعلق قائم ہونا ایسا ہی ہے جیسے بجلی کے بلب کا پاور ہاؤس سے تعلق قائم ہونا۔</w:t>
      </w:r>
    </w:p>
    <w:p>
      <w:r>
        <w:rPr>
          <w:b/>
        </w:rPr>
        <w:t xml:space="preserve">[1:34:43] </w:t>
      </w:r>
      <w:r>
        <w:t>shirk ki burai yeh thi ke is ne insaan ki is talab ke liye us ko ek ghair waqai badal yani False Substitute de diya.</w:t>
      </w:r>
    </w:p>
    <w:p>
      <w:pPr>
        <w:jc w:val="right"/>
      </w:pPr>
      <w:r>
        <w:t>شرک کی برائی یہ تھی کہ اس نے انسان کی اس طلب کے لیے اس کو ایک غیر واقعی بدل یعنی False Substitute دے دیا۔</w:t>
      </w:r>
    </w:p>
    <w:p>
      <w:r>
        <w:rPr>
          <w:b/>
        </w:rPr>
        <w:t xml:space="preserve">[1:34:53] </w:t>
      </w:r>
      <w:r>
        <w:t>is bina par aisa hua ke insaan ko is ki fitri talab ka markaz nahi mila, aur nateejatan insaan apni shakhsiyat ke is irtaqa se mehroom ho gaya jo is ke liye paidaishi tor par muqaddar tha.</w:t>
      </w:r>
    </w:p>
    <w:p>
      <w:pPr>
        <w:jc w:val="right"/>
      </w:pPr>
      <w:r>
        <w:t>اس بنا پر ایسا ہوا کہ انسان کو اس کی فطری طلب کا مرکز نہیں ملا، اور نتیجتاً انسان اپنی شخصیت کے اس ارتقاء سے محروم ہو گیا جو اس کے لیے پیدائشی طور پر مقدر تھا۔</w:t>
      </w:r>
    </w:p>
    <w:p>
      <w:r>
        <w:rPr>
          <w:b/>
        </w:rPr>
        <w:t xml:space="preserve">[1:35:09] </w:t>
      </w:r>
      <w:r>
        <w:t>jadeed ilhad ke daur mein dobara insaan aik aur aitbaar se isi mehroomi ka shikaar ho gaya. quran mein bataya gaya hai ke insaan ko ilm-e-qalil diya gaya.</w:t>
      </w:r>
    </w:p>
    <w:p>
      <w:pPr>
        <w:jc w:val="right"/>
      </w:pPr>
      <w:r>
        <w:t>جدید الحاد کے دور میں دوبارہ انسان ایک اور اعتبار سے اسی محرومی کا شکار ہو گیا۔ قرآن میں بتایا گیا ہے کہ انسان کو علمِ قلیل دیا گیا۔</w:t>
      </w:r>
    </w:p>
    <w:p>
      <w:r>
        <w:rPr>
          <w:b/>
        </w:rPr>
        <w:t xml:space="preserve">[1:35:22] </w:t>
      </w:r>
      <w:r>
        <w:t>insaan ke liye azadi bohat achi cheez hai, lekin insaan apni fitri saakht ke aitbaar se kamil azadi ka tahammul nahi kar sakta.</w:t>
      </w:r>
    </w:p>
    <w:p>
      <w:pPr>
        <w:jc w:val="right"/>
      </w:pPr>
      <w:r>
        <w:t>انسان کے لیے آزادی بہت اچھی چیز ہے، لیکن انسان اپنی فطری ساخت کے اعتبار سے کامل آزادی کا تحمل نہیں کر سکتا۔</w:t>
      </w:r>
    </w:p>
    <w:p>
      <w:r>
        <w:rPr>
          <w:b/>
        </w:rPr>
        <w:t xml:space="preserve">[1:35:33] </w:t>
      </w:r>
      <w:r>
        <w:t>insaan ke liye haqeeqat pasandi yeh hai ke woh apni is mahdoodiyat yaani Limitation ko jaane aur muqayyed azadi yaani Guided Freedom par raazi ho jaye.</w:t>
      </w:r>
    </w:p>
    <w:p>
      <w:pPr>
        <w:jc w:val="right"/>
      </w:pPr>
      <w:r>
        <w:t>انسان کے لیے حقیقت پسندی یہ ہے کہ وہ اپنی اس محدودیت یعنی Limitation کو جانے اور مقید آزادی یعنی Guided Freedom پر راضی ہو جائے۔</w:t>
      </w:r>
    </w:p>
    <w:p>
      <w:r>
        <w:rPr>
          <w:b/>
        </w:rPr>
        <w:t xml:space="preserve">[1:35:45] </w:t>
      </w:r>
      <w:r>
        <w:t>jadeed ilhad ne azadi ko khair-e-mutlaq yaani Samam Bonum qarar de kar insaan ko is ki fitrat ke rastay se hata diya.</w:t>
      </w:r>
    </w:p>
    <w:p>
      <w:pPr>
        <w:jc w:val="right"/>
      </w:pPr>
      <w:r>
        <w:t>جدید الحاد نے آزادی کو خیرِ مطلق یعنی سمم بونم قرار دے کر انسان کو اس کی فطرت کے راستے سے ہٹا دیا۔</w:t>
      </w:r>
    </w:p>
    <w:p>
      <w:r>
        <w:rPr>
          <w:b/>
        </w:rPr>
        <w:t xml:space="preserve">[1:35:55] </w:t>
      </w:r>
      <w:r>
        <w:t>yahi wajah hai ke bazahir har qism ki taraqqiyon ke bawajood insaan is aham tareen cheez se mehroom ho gaya jis ko zehni sukoon yaani Peace of Mind kaha jata hai.</w:t>
      </w:r>
    </w:p>
    <w:p>
      <w:pPr>
        <w:jc w:val="right"/>
      </w:pPr>
      <w:r>
        <w:t>یہی وجہ ہے کہ بظاہر ہر قسم کی ترقیوں کے باوجود انسان اس اہم ترین چیز سے محروم ہو گیا جس کو ذہنی سکون یعنی Peace of Mind کہا جاتا ہے۔</w:t>
      </w:r>
    </w:p>
    <w:p>
      <w:r>
        <w:rPr>
          <w:b/>
        </w:rPr>
        <w:t xml:space="preserve">[1:36:08] </w:t>
      </w:r>
      <w:r>
        <w:t>daur-e-mowaslat: quran ki surah bani israel mein aik ayat aayi hai. is ke alfaaz yeh hain: wa laqad karramna bani aadama wa hamalnahum fil barri wal bahri hum ne aadam ki aulaad ko izzat di aur hum ne un ko khushki aur darya mein sawar kiya.</w:t>
      </w:r>
    </w:p>
    <w:p>
      <w:pPr>
        <w:jc w:val="right"/>
      </w:pPr>
      <w:r>
        <w:t>دورِ مواصلت: قرآن کی سورہ بنی اسرائیل میں ایک آیت آئی ہے۔ اس کے الفاظ یہ ہیں: ولقد كرمنا بنی آدم وأحملناهم في البر والبحر ہم نے آدم کی اولاد کو عزت دی اور ہم نے ان کو خشکی اور دریا میں سوار کیا۔</w:t>
      </w:r>
    </w:p>
    <w:p>
      <w:r>
        <w:rPr>
          <w:b/>
        </w:rPr>
        <w:t xml:space="preserve">[1:36:28] </w:t>
      </w:r>
      <w:r>
        <w:t>is dunya mein maujood tamam haiwan apne pairon ke zariye safar karte hain. chidiya ka safar apne par ke zariye hota hai.</w:t>
      </w:r>
    </w:p>
    <w:p>
      <w:pPr>
        <w:jc w:val="right"/>
      </w:pPr>
      <w:r>
        <w:t>اس دنیا میں موجود تمام حیوان اپنے پیروں کے ذریعے سفر کرتے ہیں۔ چڑیا کا سفر اپنے پر کے ذریعے ہوتا ہے۔</w:t>
      </w:r>
    </w:p>
    <w:p>
      <w:r>
        <w:rPr>
          <w:b/>
        </w:rPr>
        <w:t xml:space="preserve">[1:36:39] </w:t>
      </w:r>
      <w:r>
        <w:t>yeh insaan ki aik imtiyazi khusoosiyat hai ke woh kharji sawari ke zariye apna safar kar sakta hai. maujooda zamanay mein jadeed mowaslat yaani Modern Communication ki ijad ne sawari (Transportation) ke tasawwur ko bohat barha diya hai.</w:t>
      </w:r>
    </w:p>
    <w:p>
      <w:pPr>
        <w:jc w:val="right"/>
      </w:pPr>
      <w:r>
        <w:t>یہ انسان کی ایک امتیازی خصوصیت ہے کہ وہ خارجی سواری کے ذریعے اپنا سفر کر سکتا ہے۔ موجودہ زمانے میں جدید مواصلات یعنی Modern Communication کی ایجاد نے سواری (Transportation) کے تصور کو بہت بڑھا دیا ہے۔</w:t>
      </w:r>
    </w:p>
    <w:p>
      <w:r>
        <w:rPr>
          <w:b/>
        </w:rPr>
        <w:t xml:space="preserve">[1:36:57] </w:t>
      </w:r>
      <w:r>
        <w:t>aaj ke insaan ke liye yeh mumkin ho gaya hai ke woh jismani haml-o-naql yaani Physical Transportation se ziyada tez raftari ke sath safar kare, aur isi ke sath afkaar ke haml-o-naql yaani Transportation of Ideas ko bhi nihayat sur'at-e-raftaar se anjaam de sake.</w:t>
      </w:r>
    </w:p>
    <w:p>
      <w:pPr>
        <w:jc w:val="right"/>
      </w:pPr>
      <w:r>
        <w:t>آج کے انسان کے لیے یہ ممکن ہو گیا ہے کہ وہ جسمانی حمل و نقل یعنی Physical Transportation سے زیادہ تیز رفتاری کے ساتھ سفر کرے، اور اسی کے ساتھ افکار کے حمل و نقل یعنی Transportation of Ideas کو بھی نہایت سُرعتِ رفتار سے انجام دے سکے۔</w:t>
      </w:r>
    </w:p>
    <w:p>
      <w:r>
        <w:rPr>
          <w:b/>
        </w:rPr>
        <w:t xml:space="preserve">[1:37:18] </w:t>
      </w:r>
      <w:r>
        <w:t>quran ki mazkoora ayat mein barah-e-raast taur par sirf haiwani mowaslat ka zikr hai, magar bil-wasta taur par is mein har qism ke mowaslat, bashمول mowaslat bazariya technology ka ishara maujood hai.</w:t>
      </w:r>
    </w:p>
    <w:p>
      <w:pPr>
        <w:jc w:val="right"/>
      </w:pPr>
      <w:r>
        <w:t>قرآن کی مذکورہ آیت میں براہِ راست طور پر صرف حیوانی مواصلات کا ذکر ہے، مگر بالواسطہ طور پر اس میں ہر قسم کے مواصلات، بشمول مواصلات بذریعہ ٹیکنالوجی کا اشارہ موجود ہے۔</w:t>
      </w:r>
    </w:p>
    <w:p>
      <w:r>
        <w:rPr>
          <w:b/>
        </w:rPr>
        <w:t xml:space="preserve">[1:37:36] </w:t>
      </w:r>
      <w:r>
        <w:t>aadmi agar is ayat ko is ke toosi'i mafhoom yaani Extended Meaning ke sath parhe to yeh ayat is ke liye kainati marifat ka zariya ban jayegi.</w:t>
      </w:r>
    </w:p>
    <w:p>
      <w:pPr>
        <w:jc w:val="right"/>
      </w:pPr>
      <w:r>
        <w:t>آدمی اگر اس آیت کو اس کے توسیعی مفہوم یعنی Extended Meaning کے ساتھ پڑھے تو یہ آیت اس کے لیے کائناتی معرفت کا ذریعہ بن جائے گی۔</w:t>
      </w:r>
    </w:p>
    <w:p>
      <w:r>
        <w:rPr>
          <w:b/>
        </w:rPr>
        <w:t xml:space="preserve">[1:37:48] </w:t>
      </w:r>
      <w:r>
        <w:t>is ayat mein woh Allah ki kainati nemat ko daryaft karega. yeh aik ayat is ke liye billion trillion se bhi ziyada maani ka khazana ban jayegi.</w:t>
      </w:r>
    </w:p>
    <w:p>
      <w:pPr>
        <w:jc w:val="right"/>
      </w:pPr>
      <w:r>
        <w:t>اس آیت میں وہ اللہ کی کائناتی نعمت کو دریافت کرے گا۔ یہ ایک آیت اس کے لیے بلین ٹریلین سے بھی زیادہ معنی کا خزانہ بن جائے گی۔</w:t>
      </w:r>
    </w:p>
    <w:p>
      <w:r>
        <w:rPr>
          <w:b/>
        </w:rPr>
        <w:t xml:space="preserve">[1:38:01] </w:t>
      </w:r>
      <w:r>
        <w:t>quran maroof maanon mein koi maloomati kitaab nahi, lekin quran ke andar woh tamam maloomat maujood hain jin ka talluq marifat se hai.</w:t>
      </w:r>
    </w:p>
    <w:p>
      <w:pPr>
        <w:jc w:val="right"/>
      </w:pPr>
      <w:r>
        <w:t>قرآن معروف معنوں میں کوئی معلوماتی کتاب نہیں، لیکن قرآن کے اندر وہ تمام معلومات موجود ہیں جن کا تعلق معرفت سے ہے۔</w:t>
      </w:r>
    </w:p>
    <w:p>
      <w:r>
        <w:rPr>
          <w:b/>
        </w:rPr>
        <w:t xml:space="preserve">[1:38:12] </w:t>
      </w:r>
      <w:r>
        <w:t>yeh maloomat ziyada tar isharat ki soorat mein hain. in ayaton par ghaur kar ke in ke andar chhpe hue maani ko daryaft kiya ja sakta hai.</w:t>
      </w:r>
    </w:p>
    <w:p>
      <w:pPr>
        <w:jc w:val="right"/>
      </w:pPr>
      <w:r>
        <w:t>یہ معلومات زیادہ تر اشارات کی صورت میں ہیں۔ ان آیتوں پر غور کر کے ان کے اندر چھپے ہوئے معنی کو دریافت کیا جا سکتا ہے۔</w:t>
      </w:r>
    </w:p>
    <w:p>
      <w:r>
        <w:rPr>
          <w:b/>
        </w:rPr>
        <w:t xml:space="preserve">[1:38:24] </w:t>
      </w:r>
      <w:r>
        <w:t>yahi woh tadabbur aur tafakkur hai jis se marifat mein izafa hota hai. yahi woh cheez hai jo aadmi ke imaan ko yaqeen ke darjay tak pohncha deti hai.</w:t>
      </w:r>
    </w:p>
    <w:p>
      <w:pPr>
        <w:jc w:val="right"/>
      </w:pPr>
      <w:r>
        <w:t>یہی وہ تدبر اور تفکر ہے جس سے معرفت میں اضافہ ہوتا ہے۔ یہی وہ چیز ہے جو آدمی کے ایمان کو یقین کے درجے تک پہنچا دیتی ہے۔</w:t>
      </w:r>
    </w:p>
    <w:p>
      <w:r>
        <w:rPr>
          <w:b/>
        </w:rPr>
        <w:t xml:space="preserve">[1:38:37] </w:t>
      </w:r>
      <w:r>
        <w:t>yahi wajah hai ke quran mein tadabbur ko naseehat ka zariya bataya gaya hai. posheeda jannat: quran mein hai ke jo log imaan wali zindagi guzarein, un ke liye akhirat mein jannat ka inaam hai.</w:t>
      </w:r>
    </w:p>
    <w:p>
      <w:pPr>
        <w:jc w:val="right"/>
      </w:pPr>
      <w:r>
        <w:t>یہی وجہ ہے کہ قرآن میں تدبر کو نصیحت کا ذریعہ بتایا گیا ہے۔ پوشیدہ جنت: قرآن میں ہے کہ جو لوگ ایمان والی زندگی گزاریں، ان کے لیے آخرت میں جنت کا انعام ہے۔</w:t>
      </w:r>
    </w:p>
    <w:p>
      <w:r>
        <w:rPr>
          <w:b/>
        </w:rPr>
        <w:t xml:space="preserve">[1:38:54] </w:t>
      </w:r>
      <w:r>
        <w:t>is silsilay ki aik ayat yeh hai: fala ta'lamu nafsun ma ukhfiya lahum min qurrati a'yunin jazaa'an bima kanu ya'malun to kisi ko nahi maloom ke in logon ke liye un ke a'maal ke sile mein aankhon ki kya thandak chhupa kar rakhi gayi hai.</w:t>
      </w:r>
    </w:p>
    <w:p>
      <w:pPr>
        <w:jc w:val="right"/>
      </w:pPr>
      <w:r>
        <w:t>اس سلسلے کی ایک آیت یہ ہے: فلا تعلموا نفس ما أخفي لهم من قرة أعين جزاء بما كانوا يعملون تو کسی کو نہیں معلوم کہ ان لوگوں کے لیے ان کے اعمال کے صلے میں آنکھوں کی کیا ٹھنڈک چھپا کر رکھی گئی ہے۔</w:t>
      </w:r>
    </w:p>
    <w:p>
      <w:r>
        <w:rPr>
          <w:b/>
        </w:rPr>
        <w:t xml:space="preserve">[1:39:13] </w:t>
      </w:r>
      <w:r>
        <w:t>is ayat mein "ukhfia lahum" ka lafz bohat ba-ma'ni hai. is ka lafzi matlab hai un ke liye chhupa kar rakhna, kept hidden for them .</w:t>
      </w:r>
    </w:p>
    <w:p>
      <w:pPr>
        <w:jc w:val="right"/>
      </w:pPr>
      <w:r>
        <w:t>اس آیت میں "أخفي لهم" کا لفظ بہت بامعنی ہے۔ اس کا لفظی مطلب ہے ان کے لیے چھپا کر رکھنا، kept hidden for them ۔</w:t>
      </w:r>
    </w:p>
    <w:p>
      <w:r>
        <w:rPr>
          <w:b/>
        </w:rPr>
        <w:t xml:space="preserve">[1:39:24] </w:t>
      </w:r>
      <w:r>
        <w:t>is se maloom hota hai ke jannat mustaqbil mein banai jane wali dunya nahi hai, balke aaj hi banai hui maujood hai.</w:t>
      </w:r>
    </w:p>
    <w:p>
      <w:pPr>
        <w:jc w:val="right"/>
      </w:pPr>
      <w:r>
        <w:t>اس سے معلوم ہوتا ہے کہ جنت مستقبل میں بنائی جانے والی دنیا نہیں ہے، بلکہ آج ہی بنائی ہوئی موجود ہے۔</w:t>
      </w:r>
    </w:p>
    <w:p>
      <w:r>
        <w:rPr>
          <w:b/>
        </w:rPr>
        <w:t xml:space="preserve">[1:39:34] </w:t>
      </w:r>
      <w:r>
        <w:t>jis tarah hamari zameen aik bil-fi'l maujood dunya hai, usi tarah jannat aik aisi dunya hai jo bil-fi'l maujood hai.</w:t>
      </w:r>
    </w:p>
    <w:p>
      <w:pPr>
        <w:jc w:val="right"/>
      </w:pPr>
      <w:r>
        <w:t>جس طرح ہماری زمین ایک بالفعل موجود دنیا ہے، اسی طرح جنت ایک ایسی دنیا ہے جو بالفعل موجود ہے۔</w:t>
      </w:r>
    </w:p>
    <w:p>
      <w:r>
        <w:rPr>
          <w:b/>
        </w:rPr>
        <w:t xml:space="preserve">[1:39:45] </w:t>
      </w:r>
      <w:r>
        <w:t>sayyarah arz ke baray mein hum jante hain ke woh shamsi nizam yaani Solar System ka aik sayyarah hai jo hamare liye bazariya durbin (Telescope) qabil-e-mushahida hai.</w:t>
      </w:r>
    </w:p>
    <w:p>
      <w:pPr>
        <w:jc w:val="right"/>
      </w:pPr>
      <w:r>
        <w:t>سیارہ ارض کے بارے میں ہم جانتے ہیں کہ وہ شمسی نظام یعنی Solar System کا ایک سیارہ ہے جو ہمارے لیے بذریعہ دوربین (Telescope) قابلِ مشاہدہ ہے۔</w:t>
      </w:r>
    </w:p>
    <w:p>
      <w:r>
        <w:rPr>
          <w:b/>
        </w:rPr>
        <w:t xml:space="preserve">[1:39:59] </w:t>
      </w:r>
      <w:r>
        <w:t>lekin jannat is tarah hamare liye qabil-e-mushahida nahi, kisi bhi durbin ke zariye hum jannat ko nahi dekh sakte.</w:t>
      </w:r>
    </w:p>
    <w:p>
      <w:pPr>
        <w:jc w:val="right"/>
      </w:pPr>
      <w:r>
        <w:t>لیکن جنت اس طرح ہمارے لیے قابلِ مشاہدہ نہیں، کسی بھی دوربین کے ذریعے ہم جنت کو نہیں دیکھ سکتے۔</w:t>
      </w:r>
    </w:p>
    <w:p>
      <w:r>
        <w:rPr>
          <w:b/>
        </w:rPr>
        <w:t xml:space="preserve">[1:40:07] </w:t>
      </w:r>
      <w:r>
        <w:t>albata sa'insi daryaft ne hamare liye aik qiyas ka mauqa faraham kiya hai. sa'insi daryaft yeh kehti hai ke space ka bara hissa dark matter ki soorat mein hai.</w:t>
      </w:r>
    </w:p>
    <w:p>
      <w:pPr>
        <w:jc w:val="right"/>
      </w:pPr>
      <w:r>
        <w:t>البتہ سائنسی دریافت نے ہمارے لیے ایک قیاس کا موقع فراہم کیا ہے۔ سائنسی دریافت یہ کہتی ہے کہ اسپیس کا بڑا حصہ ڈارک میٹر کی صورت میں ہے۔</w:t>
      </w:r>
    </w:p>
    <w:p>
      <w:r>
        <w:rPr>
          <w:b/>
        </w:rPr>
        <w:t xml:space="preserve">[1:40:21] </w:t>
      </w:r>
      <w:r>
        <w:t>yaani woh space mein maujood hai, lekin hum us ko apni aankhon se dekh nahi sakte. ab jannat par yaqeen karne ke liye yeh qiyas qaim kiya ja sakta hai ke jannat ki dunya ghaleban dark matter ke darmiyan space mein kisi maqam par chhupi hui maujood hai.</w:t>
      </w:r>
    </w:p>
    <w:p>
      <w:pPr>
        <w:jc w:val="right"/>
      </w:pPr>
      <w:r>
        <w:t>یعنی وہ اسپیس میں موجود ہے، لیکن ہم اس کو اپنی آنکھوں سے دیکھ نہیں سکتے۔ اب جنت پر یقین کرنے کے لیے یہ قیاس قائم کیا جا سکتا ہے کہ جنت کی دنیا غالباً ڈارک میٹر کے درمیان اسپیس میں کسی مقام پر چھپی ہوئی موجود ہے۔</w:t>
      </w:r>
    </w:p>
    <w:p>
      <w:r>
        <w:rPr>
          <w:b/>
        </w:rPr>
        <w:t xml:space="preserve">[1:40:42] </w:t>
      </w:r>
      <w:r>
        <w:t>quran mein bataya gaya hai ke is dunya mein har cheez jore ki shakal mein paida ki gayi hai, al-zariyat. is mein yeh ishara milta hai ke hamari zameen ka bhi aik jora yani Pair hai.</w:t>
      </w:r>
    </w:p>
    <w:p>
      <w:pPr>
        <w:jc w:val="right"/>
      </w:pPr>
      <w:r>
        <w:t>قرآن میں بتایا گیا ہے کہ اس دنیا میں ہر چیز جوڑے کی شکل میں پیدا کی گئی ہے، الزاریات۔ اس میں یہ اشارہ ملتا ہے کہ ہماری زمین کا بھی ایک جوڑا یعنی Pair ہے۔</w:t>
      </w:r>
    </w:p>
    <w:p>
      <w:r>
        <w:rPr>
          <w:b/>
        </w:rPr>
        <w:t xml:space="preserve">[1:40:55] </w:t>
      </w:r>
      <w:r>
        <w:t>isi se yeh qayas kiya ja sakta hai ke doosri dunya maujooda zameen ki takmeel hai. maujooda dunya mein kisi bhi insaan ki aarzooein poori nahi hoti.</w:t>
      </w:r>
    </w:p>
    <w:p>
      <w:pPr>
        <w:jc w:val="right"/>
      </w:pPr>
      <w:r>
        <w:t>اسی سے یہ قیاس کیا جا سکتا ہے کہ دوسری دنیا موجودہ زمین کی تکمیل ہے۔ موجودہ دنیا میں کسی بھی انسان کی آرزوئیں پوری نہیں ہوتیں۔</w:t>
      </w:r>
    </w:p>
    <w:p>
      <w:r>
        <w:rPr>
          <w:b/>
        </w:rPr>
        <w:t xml:space="preserve">[1:41:07] </w:t>
      </w:r>
      <w:r>
        <w:t>yahan kisi bhi insaan ko us ki khwahish ke aitbar se Fulfillment nahi milta. yeh surat-e-haal is baat ka qareena hai ke yahi doosri dunya shayad woh dunya hai jis ko abadi jannat ka naam diya gaya, zawj ya Habitat.</w:t>
      </w:r>
    </w:p>
    <w:p>
      <w:pPr>
        <w:jc w:val="right"/>
      </w:pPr>
      <w:r>
        <w:t>یہاں کسی بھی انسان کو اس کی خواہش کے اعتبار سے Fulfillment نہیں ملتا۔ یہ صورتِ حال اس بات کا قرینہ ہے کہ یہی دوسری دنیا شاید وہ دنیا ہے جس کو ابدی جنت کا نام دیا گیا، زوج یا Habitat۔</w:t>
      </w:r>
    </w:p>
    <w:p>
      <w:r>
        <w:rPr>
          <w:b/>
        </w:rPr>
        <w:t xml:space="preserve">[1:41:25] </w:t>
      </w:r>
      <w:r>
        <w:t>quran mein aik ayat in alfaaz mein aayi hai: wa min kulli shay'in khalaqna zawjain la'allakum tadhakkarun.</w:t>
      </w:r>
    </w:p>
    <w:p>
      <w:pPr>
        <w:jc w:val="right"/>
      </w:pPr>
      <w:r>
        <w:t>قرآن میں ایک آیت ان الفاظ میں آئی ہے: ومن كل شيء خلقنا زوجين لعلكم تذكرون ۔</w:t>
      </w:r>
    </w:p>
    <w:p>
      <w:r>
        <w:rPr>
          <w:b/>
        </w:rPr>
        <w:t xml:space="preserve">[1:41:36] </w:t>
      </w:r>
      <w:r>
        <w:t>yani: aur hum ne har cheez se jore jore banaye ta ke tum naseehat hasil karo. We have created everything in pairs so that perhaps you may take heat.</w:t>
      </w:r>
    </w:p>
    <w:p>
      <w:pPr>
        <w:jc w:val="right"/>
      </w:pPr>
      <w:r>
        <w:t>یعنی: اور ہم نے ہر چیز سے جوڑے جوڑے بنائے تاکہ تم نصیحت حاصل کرو۔ We have created everything in pairs so that perhaps you may take heat.</w:t>
      </w:r>
    </w:p>
    <w:p>
      <w:r>
        <w:rPr>
          <w:b/>
        </w:rPr>
        <w:t xml:space="preserve">[1:41:48] </w:t>
      </w:r>
      <w:r>
        <w:t>quran ki is ayat ka khitab un logon se hai jo tazakkur ki salahiyat rakhte hain, yani ghaur o fikr karna aur naseehat lena.</w:t>
      </w:r>
    </w:p>
    <w:p>
      <w:pPr>
        <w:jc w:val="right"/>
      </w:pPr>
      <w:r>
        <w:t>قرآن کی اس آیت کا خطاب ان لوگوں سے ہے جو تذکر کی صلاحیت رکھتے ہیں، یعنی غور و فکر کرنا اور نصیحت لینا۔</w:t>
      </w:r>
    </w:p>
    <w:p>
      <w:r>
        <w:rPr>
          <w:b/>
        </w:rPr>
        <w:t xml:space="preserve">[1:41:57] </w:t>
      </w:r>
      <w:r>
        <w:t>is se wazeh hai ke is ayat ka khitab insaan se hai. woh insaan se keh rahi hai ke tum takhleeq par ghaur karo aur is se naseehat hasil karo.</w:t>
      </w:r>
    </w:p>
    <w:p>
      <w:pPr>
        <w:jc w:val="right"/>
      </w:pPr>
      <w:r>
        <w:t>اس سے واضح ہے کہ اس آیت کا خطاب انسان سے ہے۔ وہ انسان سے کہہ رہی ہے کہ تم تخلیق پر غور کرو اور اس سے نصیحت حاصل کرو۔</w:t>
      </w:r>
    </w:p>
    <w:p>
      <w:r>
        <w:rPr>
          <w:b/>
        </w:rPr>
        <w:t xml:space="preserve">[1:42:07] </w:t>
      </w:r>
      <w:r>
        <w:t>mazeed ghaur karne se maloom hota hai ke yahan zawj se murad wohi cheez hai jis ko Habitat kaha jata hai. is dunya mein jitni cheezein hain, sab ke liye yahan un ka muwafiq Habitat maujood hai.</w:t>
      </w:r>
    </w:p>
    <w:p>
      <w:pPr>
        <w:jc w:val="right"/>
      </w:pPr>
      <w:r>
        <w:t>مزید غور کرنے سے معلوم ہوتا ہے کہ یہاں زوج سے مراد وہی چیز ہے جس کو Habitat کہا جاتا ہے۔ اس دنیا میں جتنی چیزیں ہیں، سب کے لیے یہاں ان کا موافق Habitat موجود ہے۔</w:t>
      </w:r>
    </w:p>
    <w:p>
      <w:r>
        <w:rPr>
          <w:b/>
        </w:rPr>
        <w:t xml:space="preserve">[1:42:22] </w:t>
      </w:r>
      <w:r>
        <w:t>misalan: gardish karte hue sitaron ke liye wasee' khala yani Vast Space, nabatat ke liye muwafiq zameen yani Soil, haiwanat ke liye janglat, machhli ke liye pani waghera.</w:t>
      </w:r>
    </w:p>
    <w:p>
      <w:pPr>
        <w:jc w:val="right"/>
      </w:pPr>
      <w:r>
        <w:t>مثلاً: گردش کرتے ہوئے ستاروں کے لیے وسیع خلا یعنی Vast Space، نباتات کے لیے موافق زمین یعنی Soil، حیوانات کے لیے جنگل، مچھلی کے لیے پانی وغیرہ۔</w:t>
      </w:r>
    </w:p>
    <w:p>
      <w:r>
        <w:rPr>
          <w:b/>
        </w:rPr>
        <w:t xml:space="preserve">[1:42:36] </w:t>
      </w:r>
      <w:r>
        <w:t>is tarah kainat mein maujood har makhlooq ke liye is ka muwafiq Habitat maujood hai. magar yahan sirf insaan aik aisi makhlooq hai jis ko is ka matloob Habitat hasil nahi.</w:t>
      </w:r>
    </w:p>
    <w:p>
      <w:pPr>
        <w:jc w:val="right"/>
      </w:pPr>
      <w:r>
        <w:t>اس طرح کائنات میں موجود ہر مخلوق کے لیے اس کا موافق Habitat موجود ہے۔ مگر یہاں صرف انسان ایک ایسی مخلوق ہے جس کو اس کا مطلوب Habitat حاصل نہیں۔</w:t>
      </w:r>
    </w:p>
    <w:p>
      <w:r>
        <w:rPr>
          <w:b/>
        </w:rPr>
        <w:t xml:space="preserve">[1:42:49] </w:t>
      </w:r>
      <w:r>
        <w:t>insaan ko aisi dunya mili hai jahan woh zinda reh sake, lekin insaan ko aisi dunya hasil nahi jahan is ke liye har aitbar se Fulfillment ka saman maujood ho.</w:t>
      </w:r>
    </w:p>
    <w:p>
      <w:pPr>
        <w:jc w:val="right"/>
      </w:pPr>
      <w:r>
        <w:t>انسان کو ایسی دنیا ملی ہے جہاں وہ زندہ رہ سکے، لیکن انسان کو ایسی دنیا حاصل نہیں جہاں اس کے لیے ہر اعتبار سے Fulfillment کا سامان موجود ہو۔</w:t>
      </w:r>
    </w:p>
    <w:p>
      <w:r>
        <w:rPr>
          <w:b/>
        </w:rPr>
        <w:t xml:space="preserve">[1:43:02] </w:t>
      </w:r>
      <w:r>
        <w:t>yahi wajah hai ke insaan is dunya mein is tarah rehta hai ke woh hamesha maahiye be aab ki tarah tadapta rehta hai.</w:t>
      </w:r>
    </w:p>
    <w:p>
      <w:pPr>
        <w:jc w:val="right"/>
      </w:pPr>
      <w:r>
        <w:t>یہی وجہ ہے کہ انسان اس دنیا میں اس طرح رہتا ہے کہ وہ ہمیشہ ماہیے بے آب کی طرح تڑپتا رہتا ہے۔</w:t>
      </w:r>
    </w:p>
    <w:p>
      <w:r>
        <w:rPr>
          <w:b/>
        </w:rPr>
        <w:t xml:space="preserve">[1:43:11] </w:t>
      </w:r>
      <w:r>
        <w:t>is ko kabhi apne wajood ka zawj yani Habitat hasil nahi hota. insaan is farq par ghaur kare to woh jannat ko daryaft karega aur apni zindagi ki mansooba bandi is tarah karega jo is ko jannat ki manzil tak pounchaney wala ho.</w:t>
      </w:r>
    </w:p>
    <w:p>
      <w:pPr>
        <w:jc w:val="right"/>
      </w:pPr>
      <w:r>
        <w:t>اس کو کبھی اپنے وجود کا زوج یعنی Habitat حاصل نہیں ہوتا۔ انسان اس فرق پر غور کرے تو وہ جنت کو دریافت کرے گا اور اپنی زندگی کی منصوبہ بندی اس طرح کرے گا جو اس کو جنت کی منزل تک پہنچانے والا ہو۔</w:t>
      </w:r>
    </w:p>
    <w:p>
      <w:r>
        <w:rPr>
          <w:b/>
        </w:rPr>
        <w:t xml:space="preserve">[1:43:31] </w:t>
      </w:r>
      <w:r>
        <w:t>jannat ki daryaft takhleeq ki hikmat ki daryaft hai. yahi matlab hai farrru ila Allah yani: pas daudo Allah ki taraf, al-zariyat.</w:t>
      </w:r>
    </w:p>
    <w:p>
      <w:pPr>
        <w:jc w:val="right"/>
      </w:pPr>
      <w:r>
        <w:t>جنت کی دریافت تخلیق کی حکمت کی دریافت ہے۔ یہی مطلب ہے ففروا إلى الله یعنی: پس دوڑو اللہ کی طرف، الزاریات۔</w:t>
      </w:r>
    </w:p>
    <w:p>
      <w:r>
        <w:rPr>
          <w:b/>
        </w:rPr>
        <w:t xml:space="preserve">[1:43:42] </w:t>
      </w:r>
      <w:r>
        <w:t>kainat ki ma'nawiyat science fitrat yani Nature ke mutale'a ka naam hai. fitrat mein woh tamam cheezein shamil hain jin ko hum kainat kehte hain.</w:t>
      </w:r>
    </w:p>
    <w:p>
      <w:pPr>
        <w:jc w:val="right"/>
      </w:pPr>
      <w:r>
        <w:t>کائنات کی معنویت سائنس فطرت یعنی Nature کے مطالعے کا نام ہے۔ فطرت میں وہ تمام چیزیں شامل ہیں جن کو ہم کائنات کہتے ہیں۔</w:t>
      </w:r>
    </w:p>
    <w:p>
      <w:r>
        <w:rPr>
          <w:b/>
        </w:rPr>
        <w:t xml:space="preserve">[1:43:54] </w:t>
      </w:r>
      <w:r>
        <w:t>scientific mutale'a ka aghaz kuch ibtidai baaton se hua, lekin yeh mutale'a jitna zyada barhta gaya utna hi yeh zahir hota gaya ke kainat aik be had ba'mani kainat hai.</w:t>
      </w:r>
    </w:p>
    <w:p>
      <w:pPr>
        <w:jc w:val="right"/>
      </w:pPr>
      <w:r>
        <w:t>سائنسی مطالعے کا آغاز کچھ ابتدائی باتوں سے ہوا، لیکن یہ مطالعہ جتنا زیادہ بڑھتا گیا اتنا ہی یہ ظاہر ہوتا گیا کہ کائنات ایک بے حد بامعنی کائنات ہے۔</w:t>
      </w:r>
    </w:p>
    <w:p>
      <w:r>
        <w:rPr>
          <w:b/>
        </w:rPr>
        <w:t xml:space="preserve">[1:44:07] </w:t>
      </w:r>
      <w:r>
        <w:t>kainat ki koi bhi aisi tashreeh jo kainat ki ma'nawiyat ke etiraf par qaim na ho, woh scientific tehqeeqat se mutabiqat nahi rakhti.</w:t>
      </w:r>
    </w:p>
    <w:p>
      <w:pPr>
        <w:jc w:val="right"/>
      </w:pPr>
      <w:r>
        <w:t>کائنات کی کوئی بھی ایسی تشریح جو کائنات کی معنویت کے اعتراف پر قائم نہ ہو، وہ سائنسی تحقیقات سے مطابقت نہیں رکھتی۔</w:t>
      </w:r>
    </w:p>
    <w:p>
      <w:r>
        <w:rPr>
          <w:b/>
        </w:rPr>
        <w:t xml:space="preserve">[1:44:19] </w:t>
      </w:r>
      <w:r>
        <w:t>misalan: scientific mutale'a ke zariye maloom hua ke kainat ke andar aik zaheen design yani Intelligent Design hai.</w:t>
      </w:r>
    </w:p>
    <w:p>
      <w:pPr>
        <w:jc w:val="right"/>
      </w:pPr>
      <w:r>
        <w:t>مثلاً: سائنسی مطالعے کے ذریعے معلوم ہوا کہ کائنات کے اندر ایک ذہین ڈیزائن یعنی Intelligent Design ہے۔</w:t>
      </w:r>
    </w:p>
    <w:p>
      <w:r>
        <w:rPr>
          <w:b/>
        </w:rPr>
        <w:t xml:space="preserve">[1:44:28] </w:t>
      </w:r>
      <w:r>
        <w:t>ab agar yeh na mana jaye ke kainat ka aik zaheen designer yani Intelligent Designer hai, to kainat ka nadir zahra na-qabil-e-tojeeh ban jata hai.</w:t>
      </w:r>
    </w:p>
    <w:p>
      <w:pPr>
        <w:jc w:val="right"/>
      </w:pPr>
      <w:r>
        <w:t>اب اگر یہ نہ مانا جائے کہ کائنات کا ایک ذہین ڈیزائنر یعنی Intelligent Designer ہے، تو کائنات کا نادر ظاہرہ ناقابلِ توجیح بن جاتا ہے۔</w:t>
      </w:r>
    </w:p>
    <w:p>
      <w:r>
        <w:rPr>
          <w:b/>
        </w:rPr>
        <w:t xml:space="preserve">[1:44:40] </w:t>
      </w:r>
      <w:r>
        <w:t>isi tarah science ke mutale'a ne bataya ke hamari kainat aik Custom Made kainat hai, yani woh insaan ki zarooraton ke aeen mutabiq hai.</w:t>
      </w:r>
    </w:p>
    <w:p>
      <w:pPr>
        <w:jc w:val="right"/>
      </w:pPr>
      <w:r>
        <w:t>اسی طرح سائنس کے مطالعے نے بتایا کہ ہماری کائنات ایک Custom Made کائنات ہے، یعنی وہ انسان کی ضرورتوں کے عین مطابق ہے۔</w:t>
      </w:r>
    </w:p>
    <w:p>
      <w:r>
        <w:rPr>
          <w:b/>
        </w:rPr>
        <w:t xml:space="preserve">[1:44:51] </w:t>
      </w:r>
      <w:r>
        <w:t>ab agar aik aisay khalique ko na mana jaye jis ne do alag alag cheezon ke darmiyan is mutabiqat ko qaim kiya, to is zahra ki koi qabil-e-fahm tojeeh mumkin nahi.</w:t>
      </w:r>
    </w:p>
    <w:p>
      <w:pPr>
        <w:jc w:val="right"/>
      </w:pPr>
      <w:r>
        <w:t>اب اگر ایک ایسے خالق کو نہ مانا جائے جس نے دو الگ الگ چیزوں کے درمیان اس مطابقت کو قائم کیا، تو اس ظاہرے کی کوئی قابلِ فہم توجیح ممکن نہیں۔</w:t>
      </w:r>
    </w:p>
    <w:p>
      <w:r>
        <w:rPr>
          <w:b/>
        </w:rPr>
        <w:t xml:space="preserve">[1:45:05] </w:t>
      </w:r>
      <w:r>
        <w:t>isi tarah mukhtalif shobon mein science ka mutale'a batata hai ke kainat ke mukhtalif ajza aapas mein be had marboot hain aur un ke darmiyan aik intehai Fine Tuning pai jati hai.</w:t>
      </w:r>
    </w:p>
    <w:p>
      <w:pPr>
        <w:jc w:val="right"/>
      </w:pPr>
      <w:r>
        <w:t>اسی طرح مختلف شعبوں میں سائنس کا مطالعہ بتاتا ہے کہ کائنات کے مختلف اجزاء آپس میں بے حد مربوط ہیں اور ان کے درمیان ایک انتہائی Fine Tuning پائی جاتی ہے۔</w:t>
      </w:r>
    </w:p>
    <w:p>
      <w:r>
        <w:rPr>
          <w:b/>
        </w:rPr>
        <w:t xml:space="preserve">[1:45:20] </w:t>
      </w:r>
      <w:r>
        <w:t>to is Mind-Boggling zahra ki zaroor koi tojeeh honi chahiye. science koi mazhabi subject nahi. science ka mozu' khalique ki daryaft nahi.</w:t>
      </w:r>
    </w:p>
    <w:p>
      <w:pPr>
        <w:jc w:val="right"/>
      </w:pPr>
      <w:r>
        <w:t>تو اس Mind-Boggling ظاہرے کی ضرور کوئی توجیح ہونی چاہیے۔ سائنس کوئی مذہبی سبجیکٹ نہیں۔ سائنس کا موضوع خالق کی دریافت نہیں۔</w:t>
      </w:r>
    </w:p>
    <w:p>
      <w:r>
        <w:rPr>
          <w:b/>
        </w:rPr>
        <w:t xml:space="preserve">[1:45:31] </w:t>
      </w:r>
      <w:r>
        <w:t>science ka mozu' takhleeq yani Creation ki daryaft hai, lekin khalique yani Creator takhleeq se juda na tha, is liye takhleeq ka mutale'a amalan khalique ka mutale'a ban gaya.</w:t>
      </w:r>
    </w:p>
    <w:p>
      <w:pPr>
        <w:jc w:val="right"/>
      </w:pPr>
      <w:r>
        <w:t>سائنس کا موضوع تخلیق یعنی Creation کی دریافت ہے، لیکن خالق یعنی Creator تخلیق سے جدا نہ تھا، اس لیے تخلیق کا مطالعہ عملاً خالق کا مطالعہ بن گیا۔</w:t>
      </w:r>
    </w:p>
    <w:p>
      <w:r>
        <w:rPr>
          <w:b/>
        </w:rPr>
        <w:t xml:space="preserve">[1:45:46] </w:t>
      </w:r>
      <w:r>
        <w:t>science ne apne mutale'a ke zariye jo cheezein daryaft ki, woh sab khudaai nishaniyon ka izhar ban gayeen jin ko quran mein ayat-ullah ya Signs of God kaha gaya hai.</w:t>
      </w:r>
    </w:p>
    <w:p>
      <w:pPr>
        <w:jc w:val="right"/>
      </w:pPr>
      <w:r>
        <w:t>سائنس نے اپنے مطالعے کے ذریعے جو چیزیں دریافت کیں، وہ سب خدائی نشانیوں کا اظہار بن گئیں جن کو قرآن میں آیاتِ اللہ یا Signs of God کہا گیا ہے۔</w:t>
      </w:r>
    </w:p>
    <w:p>
      <w:r>
        <w:rPr>
          <w:b/>
        </w:rPr>
        <w:t xml:space="preserve">[1:45:58] </w:t>
      </w:r>
      <w:r>
        <w:t>is aitbaar se yeh kehna durust hoga ke takhleeq ki ma'nawiyat ki daryaft khaliq ki ma'nawiyat ki daryaft ke hum ma'ni hai.</w:t>
      </w:r>
    </w:p>
    <w:p>
      <w:pPr>
        <w:jc w:val="right"/>
      </w:pPr>
      <w:r>
        <w:t>اس اعتبار سے یہ کہنا درست ہوگا کہ تخلیق کی معنویت کی دریافت خالق کی معنویت کی دریافت کے ہم معنی ہے۔</w:t>
      </w:r>
    </w:p>
    <w:p>
      <w:r>
        <w:rPr>
          <w:b/>
        </w:rPr>
        <w:t xml:space="preserve">[1:46:09] </w:t>
      </w:r>
      <w:r>
        <w:t>zameen ki hifazat: maujooda zamane mein jo aalat daryaft hue hain, un ke zariye yeh mumkin ho gaya hai ke khalaai waqeaat ka nihayat sehat ke sath mushahida kiya ja sake.</w:t>
      </w:r>
    </w:p>
    <w:p>
      <w:pPr>
        <w:jc w:val="right"/>
      </w:pPr>
      <w:r>
        <w:t>زمین کی حفاظت: موجودہ زمانے میں جو آلات دریافت ہوئے ہیں، ان کے ذریعے یہ ممکن ہو گیا ہے کہ خلائی واقعات کا نہایت صحت کے ساتھ مشاہدہ کیا جا سکے۔</w:t>
      </w:r>
    </w:p>
    <w:p>
      <w:r>
        <w:rPr>
          <w:b/>
        </w:rPr>
        <w:t xml:space="preserve">[1:46:23] </w:t>
      </w:r>
      <w:r>
        <w:t>inhi mein se aik waqea yeh hai ke 23 jullai 2012 ko suraj ki satah par aik maqnateesi toofan aaya tha.</w:t>
      </w:r>
    </w:p>
    <w:p>
      <w:pPr>
        <w:jc w:val="right"/>
      </w:pPr>
      <w:r>
        <w:t>انہی میں سے ایک واقعہ یہ ہے کہ 23 جولائی 2012 کو سورج کی سطح پر ایک مقناطیسی طوفان آیا تھا۔</w:t>
      </w:r>
    </w:p>
    <w:p>
      <w:r>
        <w:rPr>
          <w:b/>
        </w:rPr>
        <w:t xml:space="preserve">[1:46:31] </w:t>
      </w:r>
      <w:r>
        <w:t>yeh toofan zameen ke oopar bohat bari tabahi yaani hebat barpa kar sakta tha, magar aisa nahi hua kyunke yeh toofan suraj ki aik simt mein aaya tha jabke zameen apni gardish ke aitbaar se us waqt suraj ke doosre simt mein thi.</w:t>
      </w:r>
    </w:p>
    <w:p>
      <w:pPr>
        <w:jc w:val="right"/>
      </w:pPr>
      <w:r>
        <w:t>یہ طوفان زمین کے اوپر بہت بڑی تباہی یعنی ہیبت برپا کر سکتا تھا، مگر ایسا نہیں ہوا کیونکہ یہ طوفان سورج کی ایک سمت میں آیا تھا جبکہ زمین اپنی گردش کے اعتبار سے اس وقت سورج کے دوسرے سمت میں تھی۔</w:t>
      </w:r>
    </w:p>
    <w:p>
      <w:r>
        <w:rPr>
          <w:b/>
        </w:rPr>
        <w:t xml:space="preserve">[1:46:51] </w:t>
      </w:r>
      <w:r>
        <w:t>is tarah ke waqeaat hamari duniya mein rozana pesh aa rahe hain. yeh waqeaat quran ki is ayat ki tafseer hain jis mein kaha gaya hai: qul man yaqla ukum bil laili wan nahari minar rahmani bal hum an zikri rabbihim mu'rizun.</w:t>
      </w:r>
    </w:p>
    <w:p>
      <w:pPr>
        <w:jc w:val="right"/>
      </w:pPr>
      <w:r>
        <w:t>اس طرح کے واقعات ہماری دنیا میں روزانہ پیش آ رہے ہیں۔ یہ واقعات قرآن کی اس آیت کی تفسیر ہیں جس میں کہا گیا ہے: قُلْ مَنْ يَقْلَ أُكُمْ بِاللَّيْلِ وَالنَّهَارِ مِنَ الرَّحْمَانِ بَلْ هُمْ عَنْ ذِكْرِ رَبِّهِمْ مُعْرِضُونَ ۔</w:t>
      </w:r>
    </w:p>
    <w:p>
      <w:r>
        <w:rPr>
          <w:b/>
        </w:rPr>
        <w:t xml:space="preserve">[1:47:12] </w:t>
      </w:r>
      <w:r>
        <w:t>kainaat mein insaan ki hifazat ka yeh intezam batata hai ke Allah kitne zyada barhe peimane par insaan ke sath rehmat ka muamla kar raha hai.</w:t>
      </w:r>
    </w:p>
    <w:p>
      <w:pPr>
        <w:jc w:val="right"/>
      </w:pPr>
      <w:r>
        <w:t>کائنات میں انسان کی حفاظت کا یہ انتظام بتاتا ہے کہ اللہ کتنے زیادہ بڑے پیمانے پر انسان کے ساتھ رحمت کا معاملہ کر رہا ہے۔</w:t>
      </w:r>
    </w:p>
    <w:p>
      <w:r>
        <w:rPr>
          <w:b/>
        </w:rPr>
        <w:t xml:space="preserve">[1:47:25] </w:t>
      </w:r>
      <w:r>
        <w:t>insaan apni ghaflat ki bina par is haqeeqat se bekhabar rehta hai. agar insaan is haqeeqat ko jaane to bilashuba is ki zindagi mein aik rabani inqilab aa jaye.</w:t>
      </w:r>
    </w:p>
    <w:p>
      <w:pPr>
        <w:jc w:val="right"/>
      </w:pPr>
      <w:r>
        <w:t>انسان اپنی غفلت کی بنا پر اس حقیقت سے بے خبر رہتا ہے۔ اگر انسان اس حقیقت کو جانے تو بلاشبہ اس کی زندگی میں ایک ربانی انقلاب آ جائے۔</w:t>
      </w:r>
    </w:p>
    <w:p>
      <w:r>
        <w:rPr>
          <w:b/>
        </w:rPr>
        <w:t xml:space="preserve">[1:47:37] </w:t>
      </w:r>
      <w:r>
        <w:t>Massive Solar Storm Almost Hit Earth in 2012.</w:t>
      </w:r>
    </w:p>
    <w:p>
      <w:pPr>
        <w:jc w:val="right"/>
      </w:pPr>
      <w:r>
        <w:t>Massive Solar Storm Almost Hit Earth in 2012.</w:t>
      </w:r>
    </w:p>
    <w:p>
      <w:r>
        <w:rPr>
          <w:b/>
        </w:rPr>
        <w:t xml:space="preserve">[1:47:42] </w:t>
      </w:r>
      <w:r>
        <w:t>London, a massive magnetic storm with a speed of 3,000 km/s enough to circle Earth five times in one minute, and the likes of, which has not been seen in the past 150 years, almost hit the world in 2012.</w:t>
      </w:r>
    </w:p>
    <w:p>
      <w:pPr>
        <w:jc w:val="right"/>
      </w:pPr>
      <w:r>
        <w:t>London, a massive magnetic storm with a speed of 3,000 km/s enough to circle Earth five times in one minute, and the likes of, which has not been seen in the past 150 years, almost hit the world in 2012.</w:t>
      </w:r>
    </w:p>
    <w:p>
      <w:r>
        <w:rPr>
          <w:b/>
        </w:rPr>
        <w:t xml:space="preserve">[1:48:02] </w:t>
      </w:r>
      <w:r>
        <w:t>But as it tore through Earth's orbit, releasing energy equivalent to that of about a billion hydrogen bombs, good fortune prevailed on the blue planet, which was placed on the other side of the Sun at the time.</w:t>
      </w:r>
    </w:p>
    <w:p>
      <w:pPr>
        <w:jc w:val="right"/>
      </w:pPr>
      <w:r>
        <w:t>But as it tore through Earth's orbit, releasing energy equivalent to that of about a billion hydrogen bombs, good fortune prevailed on the blue planet, which was placed on the other side of the Sun at the time.</w:t>
      </w:r>
    </w:p>
    <w:p>
      <w:r>
        <w:rPr>
          <w:b/>
        </w:rPr>
        <w:t xml:space="preserve">[1:48:18] </w:t>
      </w:r>
      <w:r>
        <w:t>Had the eruption come nine days earlier, it would have hit Earth, potentially destroying our electrical grid, disabling satellites and GPS, and disrupting our increasingly electronic lives, wrecking havoc and causing fireworks.</w:t>
      </w:r>
    </w:p>
    <w:p>
      <w:pPr>
        <w:jc w:val="right"/>
      </w:pPr>
      <w:r>
        <w:t>Had the eruption come nine days earlier, it would have hit Earth, potentially destroying our electrical grid, disabling satellites and GPS, and disrupting our increasingly electronic lives, wrecking havoc and causing fireworks.</w:t>
      </w:r>
    </w:p>
    <w:p>
      <w:r>
        <w:rPr>
          <w:b/>
        </w:rPr>
        <w:t xml:space="preserve">[1:48:35] </w:t>
      </w:r>
      <w:r>
        <w:t>Experts confirmed on Wednesday that a fierce solar eruption, known as coronal mass ejections, blasted away from the Sun and sent a pulse of magnetized plasma barreling into space and through Earth's orbit</w:t>
      </w:r>
    </w:p>
    <w:p>
      <w:pPr>
        <w:jc w:val="right"/>
      </w:pPr>
      <w:r>
        <w:t>Experts confirmed on Wednesday that a fierce solar eruption, known as coronal mass ejections, blasted away from the Sun and sent a pulse of magnetized plasma barreling into space and through Earth's orbit</w:t>
      </w:r>
    </w:p>
    <w:p>
      <w:r>
        <w:rPr>
          <w:b/>
        </w:rPr>
        <w:t xml:space="preserve">[1:48:52] </w:t>
      </w:r>
      <w:r>
        <w:t>. The Times of India, New Delhi. kainaat ki wus'at: jab se khala ke durbini mushahide ka daur aaya hai, nayi kahkashan aur naye sitaron ka inkishaf hota rehta hai.</w:t>
      </w:r>
    </w:p>
    <w:p>
      <w:pPr>
        <w:jc w:val="right"/>
      </w:pPr>
      <w:r>
        <w:t>. The Times of India, New Delhi. کائنات کی وسعت: جب سے خلا کے دوربینی مشاہدے کا دور آیا ہے، نئی کہکشاؤں اور نئے ستاروں کا انکشاف ہوتا رہتا ہے۔</w:t>
      </w:r>
    </w:p>
    <w:p>
      <w:r>
        <w:rPr>
          <w:b/>
        </w:rPr>
        <w:t xml:space="preserve">[1:49:07] </w:t>
      </w:r>
      <w:r>
        <w:t>kuch dinon pehle is qism ka aik khalaai inkishaf samne aaya hai. maghribi science daanon ki aik team France ki rasadgah court d'azur ke tehat khalaai mushahida kar rahi thi.</w:t>
      </w:r>
    </w:p>
    <w:p>
      <w:pPr>
        <w:jc w:val="right"/>
      </w:pPr>
      <w:r>
        <w:t>کچھ دنوں پہلے اس قسم کا ایک خلائی انکشاف سامنے آیا ہے۔ مغربی سائنسدانوں کی ایک ٹیم فرانس کی رصدگاہ کورٹ دزیرا کے تحت خلائی مشاہدہ کر رہی تھی۔</w:t>
      </w:r>
    </w:p>
    <w:p>
      <w:r>
        <w:rPr>
          <w:b/>
        </w:rPr>
        <w:t xml:space="preserve">[1:49:21] </w:t>
      </w:r>
      <w:r>
        <w:t>is team ne aik aisa naya sitara daryaft kiya hai jo hamare suraj se 1,300 guna bara hai aur zameen se 12,000 saal noor ke faasle par waqe hai.</w:t>
      </w:r>
    </w:p>
    <w:p>
      <w:pPr>
        <w:jc w:val="right"/>
      </w:pPr>
      <w:r>
        <w:t>اس ٹیم نے ایک ایسا نیا ستارہ دریافت کیا ہے جو ہمارے سورج سے 1,300 گنا بڑا ہے اور زمین سے 12,000 سال نور کے فاصلے پر واقع ہے۔</w:t>
      </w:r>
    </w:p>
    <w:p>
      <w:r>
        <w:rPr>
          <w:b/>
        </w:rPr>
        <w:t xml:space="preserve">[1:49:34] </w:t>
      </w:r>
      <w:r>
        <w:t>woh suraj se taqreeban aik million guna zyada roshan hai. khurbeen aur durbain jaise aalat ki daryaft se pehle insaan ko duniya ke ajayeb ke bare mein bohat kam maloom tha.</w:t>
      </w:r>
    </w:p>
    <w:p>
      <w:pPr>
        <w:jc w:val="right"/>
      </w:pPr>
      <w:r>
        <w:t>وہ سورج سے تقریباً ایک ملین گنا زیادہ روشن ہے۔ خوربین اور دوربین جیسے آلات کی دریافت سے پہلے انسان کو دنیا کے عجائبات کے بارے میں بہت کم معلوم تھا۔</w:t>
      </w:r>
    </w:p>
    <w:p>
      <w:r>
        <w:rPr>
          <w:b/>
        </w:rPr>
        <w:t xml:space="preserve">[1:49:49] </w:t>
      </w:r>
      <w:r>
        <w:t>beesveen sadi ka zamana itlaati infijar yaani Knowledge Explosion ka zamana hai. is daur mein kainaat ke bare mein beshumar anokhi baatein daryaft huin jin ka silsila ab tak jari hai.</w:t>
      </w:r>
    </w:p>
    <w:p>
      <w:pPr>
        <w:jc w:val="right"/>
      </w:pPr>
      <w:r>
        <w:t>بیسویں صدی کا زمانہ معلوماتی انفجار یعنی Knowledge Explosion کا زمانہ ہے۔ اس دور میں کائنات کے بارے میں بے شمار انوکھی باتیں دریافت ہوئیں جن کا سلسلہ اب تک جاری ہے۔</w:t>
      </w:r>
    </w:p>
    <w:p>
      <w:r>
        <w:rPr>
          <w:b/>
        </w:rPr>
        <w:t xml:space="preserve">[1:50:03] </w:t>
      </w:r>
      <w:r>
        <w:t>ab woh waqt aa gaya hai ke insaan khaliq ki marifat ko zyada barhe peimane par daryaft kare. woh khaliq ki azmaton ka naya, bartar idrak hasil kare.</w:t>
      </w:r>
    </w:p>
    <w:p>
      <w:pPr>
        <w:jc w:val="right"/>
      </w:pPr>
      <w:r>
        <w:t>اب وہ وقت آ گیا ہے کہ انسان خالق کی معرفت کو زیادہ بڑے پیمانے پر دریافت کرے۔ وہ خالق کی عظمتوں کا نیا، برتر ادراک حاصل کرے۔</w:t>
      </w:r>
    </w:p>
    <w:p>
      <w:r>
        <w:rPr>
          <w:b/>
        </w:rPr>
        <w:t xml:space="preserve">[1:50:16] </w:t>
      </w:r>
      <w:r>
        <w:t>woh ayatullah yaani Signs of God aur aalatullah, Wonders of God ke naye pehluon ko daryaft kare.</w:t>
      </w:r>
    </w:p>
    <w:p>
      <w:pPr>
        <w:jc w:val="right"/>
      </w:pPr>
      <w:r>
        <w:t>وہ آیاتِ اللہ یعنی Signs of God اور آلاتِ اللہ، Wonders of God کے نئے پہلوؤں کو دریافت کرے۔</w:t>
      </w:r>
    </w:p>
    <w:p>
      <w:r>
        <w:rPr>
          <w:b/>
        </w:rPr>
        <w:t xml:space="preserve">[1:50:26] </w:t>
      </w:r>
      <w:r>
        <w:t>woh azmat-e-khudawandi ke naye ehsas ke tehat yeh keh uthe: alhamdulillah rabbil alameen. aik hadith mein quran ke bare mein aaya hai: la tanqadi aja'ibuhu.</w:t>
      </w:r>
    </w:p>
    <w:p>
      <w:pPr>
        <w:jc w:val="right"/>
      </w:pPr>
      <w:r>
        <w:t>وہ عظمتِ خداوندی کے نئے احساس کے تحت یہ کہہ اٹھے: الحمد لله رب العالمین ۔ ایک حدیث میں قرآن کے بارے میں آیا ہے: لا تنقضي عجائبه ۔</w:t>
      </w:r>
    </w:p>
    <w:p>
      <w:r>
        <w:rPr>
          <w:b/>
        </w:rPr>
        <w:t xml:space="preserve">[1:50:40] </w:t>
      </w:r>
      <w:r>
        <w:t>yaani quran ke ajayeb kabhi khatam na honge. sunan al-tirmidhi: yeh ajayeb kitab ke ajayeb nahi hain balke woh sahib-e-kitab ke ajayeb hain.</w:t>
      </w:r>
    </w:p>
    <w:p>
      <w:pPr>
        <w:jc w:val="right"/>
      </w:pPr>
      <w:r>
        <w:t>یعنی قرآن کے عجائب کبھی ختم نہ ہوں گے۔ سنن الترمذی: یہ عجائب کتاب کے عجائب نہیں ہیں بلکہ وہ صاحبِ کتاب کے عجائب ہیں۔</w:t>
      </w:r>
    </w:p>
    <w:p>
      <w:r>
        <w:rPr>
          <w:b/>
        </w:rPr>
        <w:t xml:space="preserve">[1:50:51] </w:t>
      </w:r>
      <w:r>
        <w:t>baad ke zamane ki tamam kainaati daryaften isi peshangoi ki tafseel hain. woh khaliq ki lamhudood azmat ka bayan hai.</w:t>
      </w:r>
    </w:p>
    <w:p>
      <w:pPr>
        <w:jc w:val="right"/>
      </w:pPr>
      <w:r>
        <w:t>بعد کے زمانے کی تمام کائناتی دریافتیں اسی پیشنگوئی کی تفصیل ہیں۔ وہ خالق کی لامحدود عظمت کا بیان ہے۔</w:t>
      </w:r>
    </w:p>
    <w:p>
      <w:r>
        <w:rPr>
          <w:b/>
        </w:rPr>
        <w:t xml:space="preserve">[1:51:02] </w:t>
      </w:r>
      <w:r>
        <w:t>is khalaai daryaft ka aik aham pehlu yeh hai ke naya daryaft shuda sitara aur suraj dono aik hi family se ta'alluq rakhte hain.</w:t>
      </w:r>
    </w:p>
    <w:p>
      <w:pPr>
        <w:jc w:val="right"/>
      </w:pPr>
      <w:r>
        <w:t>اس خلائی دریافت کا ایک اہم پہلو یہ ہے کہ نیا دریافت شدہ ستارہ اور سورج دونوں ایک ہی فیملی سے تعلق رکھتے ہیں۔</w:t>
      </w:r>
    </w:p>
    <w:p>
      <w:r>
        <w:rPr>
          <w:b/>
        </w:rPr>
        <w:t xml:space="preserve">[1:51:13] </w:t>
      </w:r>
      <w:r>
        <w:t>naya daryaft shuda sitara jis tarah aik sitara hai, usi tarah suraj bhi aik sitara hai. albatta naya daryaft shuda sitara suraj ke muqable mein 1,300 guna zyada bara hai.</w:t>
      </w:r>
    </w:p>
    <w:p>
      <w:pPr>
        <w:jc w:val="right"/>
      </w:pPr>
      <w:r>
        <w:t>نیا دریافت شدہ ستارہ جس طرح ایک ستارہ ہے، اسی طرح سورج بھی ایک ستارہ ہے۔ البتہ نیا دریافت شدہ ستارہ سورج کے مقابلے میں 1,300 گنا زیادہ بڑا ہے۔</w:t>
      </w:r>
    </w:p>
    <w:p>
      <w:r>
        <w:rPr>
          <w:b/>
        </w:rPr>
        <w:t xml:space="preserve">[1:51:27] </w:t>
      </w:r>
      <w:r>
        <w:t>agar aisa hota ke naya daryaft shuda sitara suraj ki jagah par hota aur suraj naye sitare ki jagah par, to zameen par itni zyada garmi hoti ke zindagi ki koi bhi qism yahan maujood na hoti: na pani, na nabatat, na haiwanat, na insaan.</w:t>
      </w:r>
    </w:p>
    <w:p>
      <w:pPr>
        <w:jc w:val="right"/>
      </w:pPr>
      <w:r>
        <w:t>اگر ایسا ہوتا کہ نیا دریافت شدہ ستارہ سورج کی جگہ پر ہوتا اور سورج نئے ستارے کی جگہ پر، تو زمین پر اتنی زیادہ گرمی ہوتی کہ زندگی کی کوئی بھی قسم یہاں موجود نہ ہوتی: نہ پانی، نہ نباتات، نہ حیوانات، نہ انسان۔</w:t>
      </w:r>
    </w:p>
    <w:p>
      <w:r>
        <w:rPr>
          <w:b/>
        </w:rPr>
        <w:t xml:space="preserve">[1:51:49] </w:t>
      </w:r>
      <w:r>
        <w:t>sitaron ki yeh position nihayat ba-mani hai. Quran mein is khalai haqeeqat ko in alfaz mein bayan kiya gaya hai: fala uqsimu bimawaqi an-nujumi wa innahu laqasamun law ta'lamuna 'azeem.</w:t>
      </w:r>
    </w:p>
    <w:p>
      <w:pPr>
        <w:jc w:val="right"/>
      </w:pPr>
      <w:r>
        <w:t>ستاروں کی یہ پوزیشن نہایت بامعنی ہے۔ قرآن میں اس خلائی حقیقت کو ان الفاظ میں بیان کیا گیا ہے: فلا أقسم بمواقع النجوم وإنه لقسم لو تعلمون عظيم ۔</w:t>
      </w:r>
    </w:p>
    <w:p>
      <w:r>
        <w:rPr>
          <w:b/>
        </w:rPr>
        <w:t xml:space="preserve">[1:52:07] </w:t>
      </w:r>
      <w:r>
        <w:t>yani: pas nahi, main qasam khata hoon sitaron ke mawaqe ki, aur agar tum jano, yeh bohat bari qasam hai. Is ayat mein qasam ka matlab gawahi hai aur mawaqe ka matlab waqe yani Placement hai.</w:t>
      </w:r>
    </w:p>
    <w:p>
      <w:pPr>
        <w:jc w:val="right"/>
      </w:pPr>
      <w:r>
        <w:t>یعنی: پس نہیں، میں قسم کھاتا ہوں ستاروں کے مواقع کی، اور اگر تم جانو، یہ بہت بڑی قسم ہے۔ اس آیت میں قسم کا مطلب گواہی ہے اور مواقع کا مطلب وقوع یعنی Placement ہے۔</w:t>
      </w:r>
    </w:p>
    <w:p>
      <w:r>
        <w:rPr>
          <w:b/>
        </w:rPr>
        <w:t xml:space="preserve">[1:52:23] </w:t>
      </w:r>
      <w:r>
        <w:t>yani wasee' khala mein sitaron ko nihayat durust maqam par rakhna aik azeem shahadat hai jo khaliq ki be-panah qudrat aur be-panah hikmat ko batati hai.</w:t>
      </w:r>
    </w:p>
    <w:p>
      <w:pPr>
        <w:jc w:val="right"/>
      </w:pPr>
      <w:r>
        <w:t>یعنی وسیع خلا میں ستاروں کو نہایت درست مقام پر رکھنا ایک عظیم شہادت ہے جو خالق کی بے پناہ قدرت اور بے پناہ حکمت کو بتاتی ہے۔</w:t>
      </w:r>
    </w:p>
    <w:p>
      <w:r>
        <w:rPr>
          <w:b/>
        </w:rPr>
        <w:t xml:space="preserve">[1:52:36] </w:t>
      </w:r>
      <w:r>
        <w:t>wasee' khala mein sitaron ka waqe ittifaqan nahi ho sakta. Yeh ba-mani waqe yani Meaningful Placement gawahi de raha hai ke is kainat ka khaliq aik azeem hasti hai aur us ne azeem qudrat ke zariye yeh nizam qaim kiya hai.</w:t>
      </w:r>
    </w:p>
    <w:p>
      <w:pPr>
        <w:jc w:val="right"/>
      </w:pPr>
      <w:r>
        <w:t>وسیع خلا میں ستاروں کا وقوع اتفاقاً نہیں ہو سکتا۔ یہ بامعنی وقوع یعنی Meaningful Placement گواہی دے رہا ہے کہ اس کائنات کا خالق ایک عظیم ہستی ہے اور اس نے عظیم قدرت کے ذریعے یہ نظام قائم کیا ہے۔</w:t>
      </w:r>
    </w:p>
    <w:p>
      <w:r>
        <w:rPr>
          <w:b/>
        </w:rPr>
        <w:t xml:space="preserve">[1:52:55] </w:t>
      </w:r>
      <w:r>
        <w:t>is azeem kainaati waqe ki is ke siwa koi aur tawjeeh mumkin nahi. Found a yellow star that is 1,300 times bigger than the Sun</w:t>
      </w:r>
    </w:p>
    <w:p>
      <w:pPr>
        <w:jc w:val="right"/>
      </w:pPr>
      <w:r>
        <w:t>اس عظیم کائناتی واقعے کی اس کے سوا کوئی اور توجیح ممکن نہیں۔ Found a yellow star that is 1,300 times bigger than the Sun</w:t>
      </w:r>
    </w:p>
    <w:p>
      <w:r>
        <w:rPr>
          <w:b/>
        </w:rPr>
        <w:t xml:space="preserve">[1:53:07] </w:t>
      </w:r>
      <w:r>
        <w:t>. The largest ever yellow star, measuring 1,300 times the size of our Sun, has been discovered nearly 12,000 light-years from Earth.</w:t>
      </w:r>
    </w:p>
    <w:p>
      <w:pPr>
        <w:jc w:val="right"/>
      </w:pPr>
      <w:r>
        <w:t>. The largest ever yellow star, measuring 1,300 times the size of our Sun, has been discovered nearly 12,000 light-years from Earth.</w:t>
      </w:r>
    </w:p>
    <w:p>
      <w:r>
        <w:rPr>
          <w:b/>
        </w:rPr>
        <w:t xml:space="preserve">[1:53:20] </w:t>
      </w:r>
      <w:r>
        <w:t>The star dubbed HR 5171A, located in the constellation Centaurus, is the largest known member of the family of yellow stars to which our Sun belongs.</w:t>
      </w:r>
    </w:p>
    <w:p>
      <w:pPr>
        <w:jc w:val="right"/>
      </w:pPr>
      <w:r>
        <w:t>The star dubbed HR 5171A, located in the constellation Centaurus, is the largest known member of the family of yellow stars to which our Sun belongs.</w:t>
      </w:r>
    </w:p>
    <w:p>
      <w:r>
        <w:rPr>
          <w:b/>
        </w:rPr>
        <w:t xml:space="preserve">[1:53:33] </w:t>
      </w:r>
      <w:r>
        <w:t>It is also one of the ten largest stars found so far, 50% larger than the famous red supergiant Betelgeuse, and about one million times brighter than the</w:t>
      </w:r>
    </w:p>
    <w:p>
      <w:pPr>
        <w:jc w:val="right"/>
      </w:pPr>
      <w:r>
        <w:t>It is also one of the ten largest stars found so far, 50% larger than the famous red supergiant Betelgeuse, and about one million times brighter than the</w:t>
      </w:r>
    </w:p>
    <w:p>
      <w:r>
        <w:rPr>
          <w:b/>
        </w:rPr>
        <w:t xml:space="preserve">[1:53:48] </w:t>
      </w:r>
      <w:r>
        <w:t>Sun. The team, led by Oliver Chesnou of the Côte d'Azur Observatory in Nice, France, found that the yellow hypergiant star is much bigger, measuring 1,300 times the diameter of the Sun</w:t>
      </w:r>
    </w:p>
    <w:p>
      <w:pPr>
        <w:jc w:val="right"/>
      </w:pPr>
      <w:r>
        <w:t>Sun. The team, led by Oliver Chesnou of the Côte d'Azur Observatory in Nice, France, found that the yellow hypergiant star is much bigger, measuring 1,300 times the diameter of the Sun</w:t>
      </w:r>
    </w:p>
    <w:p>
      <w:r>
        <w:rPr>
          <w:b/>
        </w:rPr>
        <w:t xml:space="preserve">[1:54:05] </w:t>
      </w:r>
      <w:r>
        <w:t>. The Times of India, New Delhi. taskheer-e-kainat: insaan ke liye Allah ki aik nemat woh hai jis ko taskheer kaha gaya hai.</w:t>
      </w:r>
    </w:p>
    <w:p>
      <w:pPr>
        <w:jc w:val="right"/>
      </w:pPr>
      <w:r>
        <w:t>. The Times of India, New Delhi. تسخیرِ کائنات: انسان کے لیے اللہ کی ایک نعمت وہ ہے جس کو تسخیر کہا گیا ہے۔</w:t>
      </w:r>
    </w:p>
    <w:p>
      <w:r>
        <w:rPr>
          <w:b/>
        </w:rPr>
        <w:t xml:space="preserve">[1:54:14] </w:t>
      </w:r>
      <w:r>
        <w:t>is silsile mein Quran ki do ayatein yeh hain: Allahu alladhi sakhkhara lakumul bahra litajriyal fulku fihi bi'amrihi walitabtagu min fadlihi wal'allakum tashkurun. Wa sakhkhara lakum ma fis samawati wama fil ardi jami'an minh. Inna fi dhalika la'ayatil liqawmin yatafakkarun.</w:t>
      </w:r>
    </w:p>
    <w:p>
      <w:pPr>
        <w:jc w:val="right"/>
      </w:pPr>
      <w:r>
        <w:t>اس سلسلے میں قرآن کی دو آیتیں یہ ہیں: اللَّهُ الَّذِي سَخَّرَ لَكُمُ الْبَحْرَ لِتَجْرِيَ الْفُلْكُ فِيهِ بِأَمْرِهِ وَلِتَبْتَغُوا مِنْ فَضْلِهِ وَلَعَلَّكُمْ تَشْكُرُونَ وَسَخَّرَ لَكُمْ مَا فِي السَّمَاوَاتِ وَمَا فِي الْأَرْضِ جَمِيعًا مِنْهُ إِنَّ فِي ذَلِكَ لَآيَاتٍ لِقَوْمٍ يَتَفَكَّرُونَ ۔</w:t>
      </w:r>
    </w:p>
    <w:p>
      <w:r>
        <w:rPr>
          <w:b/>
        </w:rPr>
        <w:t xml:space="preserve">[1:54:42] </w:t>
      </w:r>
      <w:r>
        <w:t>yani: Allah hi hai jis ne tumhare liye samandar ko musakhkhar kar diya taake us ke hukum se is mein kashtiyan chalen aur taake tum us ka fazl talash karo aur taake tum shukr karo.</w:t>
      </w:r>
    </w:p>
    <w:p>
      <w:pPr>
        <w:jc w:val="right"/>
      </w:pPr>
      <w:r>
        <w:t>یعنی: اللہ ہی ہے جس نے تمہارے لیے سمندر کو مسخر کر دیا تاکہ اس کے حکم سے اس میں کشتیاں چلیں اور تاکہ تم اس کا فضل تلاش کرو اور تاکہ تم شکر کرو۔</w:t>
      </w:r>
    </w:p>
    <w:p>
      <w:r>
        <w:rPr>
          <w:b/>
        </w:rPr>
        <w:t xml:space="preserve">[1:54:57] </w:t>
      </w:r>
      <w:r>
        <w:t>aur Allah ne aasmanon aur zameen ki tamam cheezon ko tumhare liye musakhkhar kar diya, sab ko apni taraf se.</w:t>
      </w:r>
    </w:p>
    <w:p>
      <w:pPr>
        <w:jc w:val="right"/>
      </w:pPr>
      <w:r>
        <w:t>اور اللہ نے آسمانوں اور زمین کی تمام چیزوں کو تمہارے لیے مسخر کر دیا، سب کو اپنی طرف سے۔</w:t>
      </w:r>
    </w:p>
    <w:p>
      <w:r>
        <w:rPr>
          <w:b/>
        </w:rPr>
        <w:t xml:space="preserve">[1:55:07] </w:t>
      </w:r>
      <w:r>
        <w:t>beshak is mein nishaniyan hain un logon ke liye jo ghore karte hain. Taskheer ka matlab hai kisi cheez ko bazor qabil-e-istemal ya qabil-e-intifaa' banana.</w:t>
      </w:r>
    </w:p>
    <w:p>
      <w:pPr>
        <w:jc w:val="right"/>
      </w:pPr>
      <w:r>
        <w:t>بے شک اس میں نشانیاں ہیں ان لوگوں کے لیے جو غور کرتے ہیں۔ تسخیر کا مطلب ہے کسی چیز کو بزور قابلِ استعمال یا قابلِ انتفاع بنانا۔</w:t>
      </w:r>
    </w:p>
    <w:p>
      <w:r>
        <w:rPr>
          <w:b/>
        </w:rPr>
        <w:t xml:space="preserve">[1:55:21] </w:t>
      </w:r>
      <w:r>
        <w:t>Allah, jo poori kainat ka khaliq hai, is ne kainat ke har juz ko qawaneen-e-fitrat yani Laws of Nature ka paband bana rakha hai.</w:t>
      </w:r>
    </w:p>
    <w:p>
      <w:pPr>
        <w:jc w:val="right"/>
      </w:pPr>
      <w:r>
        <w:t>اللہ، جو پوری کائنات کا خالق ہے، اس نے کائنات کے ہر جز کو قوانینِ فطرت یعنی Laws of Nature کا پابند بنا رکھا ہے۔</w:t>
      </w:r>
    </w:p>
    <w:p>
      <w:r>
        <w:rPr>
          <w:b/>
        </w:rPr>
        <w:t xml:space="preserve">[1:55:32] </w:t>
      </w:r>
      <w:r>
        <w:t>is bana par yeh mumkin ho gaya hai ke insaan makhlooqat ko apne maqsad ke liye istemal kar sake. Khudai qawaneen ke zariye kainat agar is tarah musakhkhar na hoti to insaan ke liye is ko istemal karna namumkin ho jata.</w:t>
      </w:r>
    </w:p>
    <w:p>
      <w:pPr>
        <w:jc w:val="right"/>
      </w:pPr>
      <w:r>
        <w:t>اس بنا پر یہ ممکن ہو گیا ہے کہ انسان مخلوقات کو اپنے مقصد کے لیے استعمال کرے۔ خدائی قوانین کے ذریعے کائنات اگر اس طرح مسخر نہ ہوتی تو انسان کے لیے اس کو استعمال کرنا ناممکن ہو جاتا۔</w:t>
      </w:r>
    </w:p>
    <w:p>
      <w:r>
        <w:rPr>
          <w:b/>
        </w:rPr>
        <w:t xml:space="preserve">[1:55:51] </w:t>
      </w:r>
      <w:r>
        <w:t>is ki aik misaal samandar ki hai. Samandaron ki shakal mein pani ke jo qudrati zakhair hain, woh zameen ke taqreeban tihai hisse yani 71% par phailay hue hain.</w:t>
      </w:r>
    </w:p>
    <w:p>
      <w:pPr>
        <w:jc w:val="right"/>
      </w:pPr>
      <w:r>
        <w:t>اس کی ایک مثال سمندر کی ہے۔ سمندروں کی شکل میں پانی کے جو قدرتی ذخائر ہیں، وہ زمین کے تقریباً تہائی حصے یعنی 71% پر پھیلے ہوئے ہیں۔</w:t>
      </w:r>
    </w:p>
    <w:p>
      <w:r>
        <w:rPr>
          <w:b/>
        </w:rPr>
        <w:t xml:space="preserve">[1:56:05] </w:t>
      </w:r>
      <w:r>
        <w:t>zameen aik gol kura hai jo musalsal taur par gardish kar raha hai. Jadeed scientific tehqeeq se maloom hua hai ke aik zabardast qanoon-e-fitrat pani ke in zakhair ko zameen par qaim kiye hue hai.</w:t>
      </w:r>
    </w:p>
    <w:p>
      <w:pPr>
        <w:jc w:val="right"/>
      </w:pPr>
      <w:r>
        <w:t>زمین ایک گول کرہ ہے جو مسلسل طور پر گردش کر رہا ہے۔ جدید سائنسی تحقیق سے معلوم ہوا ہے کہ ایک زبردست قانونِ فطرت پانی کے ان ذخائر کو زمین پر قائم کیے ہوئے ہے۔</w:t>
      </w:r>
    </w:p>
    <w:p>
      <w:r>
        <w:rPr>
          <w:b/>
        </w:rPr>
        <w:t xml:space="preserve">[1:56:22] </w:t>
      </w:r>
      <w:r>
        <w:t>aik taraf zameen ki ghair-ma'mooli kashish zameen ke zakhair ko apni taraf kheenche hue hai aur doosri taraf samandar ke oopar hawa ka taqreeban paanch meel mota ghalaf hai jo samandar ke oopar dabaao banaye hue hai.</w:t>
      </w:r>
    </w:p>
    <w:p>
      <w:pPr>
        <w:jc w:val="right"/>
      </w:pPr>
      <w:r>
        <w:t>ایک طرف زمین کی غیر معمولی کشش زمین کے ذخائر کو اپنی طرف کھینچے ہوئے ہے اور دوسری طرف سمندر کے اوپر ہوا کا تقریباً پانچ میل موٹا غلاف ہے جو سمندر کے اوپر دباؤ بنائے ہوئے ہے۔</w:t>
      </w:r>
    </w:p>
    <w:p>
      <w:r>
        <w:rPr>
          <w:b/>
        </w:rPr>
        <w:t xml:space="preserve">[1:56:40] </w:t>
      </w:r>
      <w:r>
        <w:t>in do tarafah asbab ki bana par aisa hai ke samandaron ki gehrai mein pani musalsal taur par maujood hai, warna poora zakhira-e-aab uṛ kar faza mein tahleel ho jata.</w:t>
      </w:r>
    </w:p>
    <w:p>
      <w:pPr>
        <w:jc w:val="right"/>
      </w:pPr>
      <w:r>
        <w:t>ان دو طرفہ اسباب کی بنا پر ایسا ہے کہ سمندروں کی گہرائی میں پانی مسلسل طور پر موجود ہے، ورنہ پورا ذخیرہ آب اڑ کر فضا میں تحلیل ہو جاتا۔</w:t>
      </w:r>
    </w:p>
    <w:p>
      <w:r>
        <w:rPr>
          <w:b/>
        </w:rPr>
        <w:t xml:space="preserve">[1:56:54] </w:t>
      </w:r>
      <w:r>
        <w:t>yahi muamla samandar mein chalne wali kashtiyon ka hai. Yahan bhi Khuda ka muqarrar kiya hua aik qanoon-e-fitrat kaam kar raha hai.</w:t>
      </w:r>
    </w:p>
    <w:p>
      <w:pPr>
        <w:jc w:val="right"/>
      </w:pPr>
      <w:r>
        <w:t>یہی معاملہ سمندر میں چلنے والی کشتیوں کا ہے۔ یہاں بھی خدا کا مقرر کیا ہوا ایک قانونِ فطرت کام کر رہا ہے۔</w:t>
      </w:r>
    </w:p>
    <w:p>
      <w:r>
        <w:rPr>
          <w:b/>
        </w:rPr>
        <w:t xml:space="preserve">[1:57:03] </w:t>
      </w:r>
      <w:r>
        <w:t>yeh aik aabi qanoon hai jis ko aaj kal ki zaban mein hydrostatics kaha jata hai, jis ka aik shoba buoyancy hai.</w:t>
      </w:r>
    </w:p>
    <w:p>
      <w:pPr>
        <w:jc w:val="right"/>
      </w:pPr>
      <w:r>
        <w:t>یہ ایک آبی قانون ہے جس کو آج کل کی زبان میں ہائیڈرو اسٹیٹکس کہا جاتا ہے، جس کا ایک شعبہ بوئینسی ہے۔</w:t>
      </w:r>
    </w:p>
    <w:p>
      <w:r>
        <w:rPr>
          <w:b/>
        </w:rPr>
        <w:t xml:space="preserve">[1:57:13] </w:t>
      </w:r>
      <w:r>
        <w:t>buoyancy se murad pani ka yeh anokha qanoon hai ke jab koi cheez pani mein dali jati hai to woh pani ke andar jitni jagah gherti hai, usi ke baqadr wahan upward pressure paida hota hai, jis ke nateejay mein kashti pani ki satah par tairne lagti hai.</w:t>
      </w:r>
    </w:p>
    <w:p>
      <w:pPr>
        <w:jc w:val="right"/>
      </w:pPr>
      <w:r>
        <w:t>بوئینسی سے مراد پانی کا یہ انوکھا قانون ہے کہ جب کوئی چیز پانی میں ڈالی جاتی ہے تو وہ پانی کے اندر جتنی جگہ گھیرتی ہے، اسی کے بقدر وہاں اپورڈ پریشر پیدا ہوتا ہے، جس کے نتیجے میں کشتی پانی کی سطح پر تیرنے لگتی ہے۔</w:t>
      </w:r>
    </w:p>
    <w:p>
      <w:r>
        <w:rPr>
          <w:b/>
        </w:rPr>
        <w:t xml:space="preserve">[1:57:33] </w:t>
      </w:r>
      <w:r>
        <w:t>buoyancy The upward pressure by any fluid on a body partly or wholly immersed therein is equal to the weight of the fluid displa</w:t>
      </w:r>
    </w:p>
    <w:p>
      <w:pPr>
        <w:jc w:val="right"/>
      </w:pPr>
      <w:r>
        <w:t>بوئینسی The upward pressure by any fluid on a body partly or wholly immersed therein is equal to the weight of the fluid displa</w:t>
      </w:r>
    </w:p>
    <w:p>
      <w:r>
        <w:rPr>
          <w:b/>
        </w:rPr>
        <w:t xml:space="preserve">[1:57:44] </w:t>
      </w:r>
      <w:r>
        <w:t>ced. Taskheer ka doosra waqe woh hai jis ka talluq balai khala se hai. Zameen ke oopar jo wasee' khala hai, woh bohat bare bare nihayat garam sitaron se bhara hua hai,</w:t>
      </w:r>
    </w:p>
    <w:p>
      <w:pPr>
        <w:jc w:val="right"/>
      </w:pPr>
      <w:r>
        <w:t>ced. تسخیر کا دوسرا واقعہ وہ ہے جس کا تعلق بالائی خلا سے ہے۔ زمین کے اوپر جو وسیع خلا ہے، وہ بہت بڑے بڑے نہایت گرم ستاروں سے بھرا ہوا ہے،</w:t>
      </w:r>
    </w:p>
    <w:p>
      <w:r>
        <w:rPr>
          <w:b/>
        </w:rPr>
        <w:t xml:space="preserve">[1:57:57] </w:t>
      </w:r>
      <w:r>
        <w:t>is liye is ko sitaron ki dunya ya stary universe kaha jata hai. yeh tamam sitare hamari zameen se aik muqarar dori par waqe hain.</w:t>
      </w:r>
    </w:p>
    <w:p>
      <w:pPr>
        <w:jc w:val="right"/>
      </w:pPr>
      <w:r>
        <w:t>اس لیے اس کو ستاروں کی دنیا یا اسٹاری یونیورس کہا جاتا ہے۔ یہ تمام ستارے ہماری زمین سے ایک مقرر دوری پر واقع ہیں۔</w:t>
      </w:r>
    </w:p>
    <w:p>
      <w:r>
        <w:rPr>
          <w:b/>
        </w:rPr>
        <w:t xml:space="preserve">[1:58:08] </w:t>
      </w:r>
      <w:r>
        <w:t>yeh muqarar dori agar qaim na rahe to hamari poori zameen jal kar</w:t>
      </w:r>
    </w:p>
    <w:p>
      <w:pPr>
        <w:jc w:val="right"/>
      </w:pPr>
      <w:r>
        <w:t>یہ مقرر دوری اگر قائم نہ رہے تو ہماری پوری زمین جل کر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