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Tawheed in Islam May 08, 2007</w:t>
      </w:r>
    </w:p>
    <w:p>
      <w:r>
        <w:t>https://www.youtube.com/watch?v=FpogqzpAZVk</w:t>
      </w:r>
    </w:p>
    <w:p>
      <w:r>
        <w:rPr>
          <w:b/>
        </w:rPr>
        <w:t xml:space="preserve">[00:10] </w:t>
      </w:r>
      <w:r>
        <w:t>bismillah hir rahman nir rahim, wa salallahu ala nabiyyi al-karim. rab ishrah li sadri, wa yassir li amri, wah lul uqdatan min lisani,</w:t>
      </w:r>
    </w:p>
    <w:p>
      <w:pPr>
        <w:jc w:val="right"/>
      </w:pPr>
      <w:r>
        <w:t>بسم اللہ الرحمن الرحیم، وصلی اللہ علی النبی الکریم۔ رب اشرح لی صدری، ویسر لی امری، واحل العقدۃ من لسانی،</w:t>
      </w:r>
    </w:p>
    <w:p>
      <w:r>
        <w:rPr>
          <w:b/>
        </w:rPr>
        <w:t xml:space="preserve">[00:27] </w:t>
      </w:r>
      <w:r>
        <w:t>yaf 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[00:32] </w:t>
      </w:r>
      <w:r>
        <w:t>The topic for this day is the concept of tauheed in Islam, or the concept of God in Islam.</w:t>
      </w:r>
    </w:p>
    <w:p>
      <w:pPr>
        <w:jc w:val="right"/>
      </w:pPr>
      <w:r>
        <w:t>دا ٹاپک فار دس ڈے از دا کانسیپٹ آف توحید ان اسلام، اور دا کانسیپٹ آف گاڈ ان اسلام۔</w:t>
      </w:r>
    </w:p>
    <w:p>
      <w:r>
        <w:rPr>
          <w:b/>
        </w:rPr>
        <w:t xml:space="preserve">[00:52] </w:t>
      </w:r>
      <w:r>
        <w:t>der is a hadith</w:t>
      </w:r>
    </w:p>
    <w:p>
      <w:pPr>
        <w:jc w:val="right"/>
      </w:pPr>
      <w:r>
        <w:t>دیر از اے حدیث</w:t>
      </w:r>
    </w:p>
    <w:p>
      <w:r>
        <w:rPr>
          <w:b/>
        </w:rPr>
        <w:t xml:space="preserve">[00:57] </w:t>
      </w:r>
      <w:r>
        <w:t>narrated by al-Bukhari.</w:t>
      </w:r>
    </w:p>
    <w:p>
      <w:pPr>
        <w:jc w:val="right"/>
      </w:pPr>
      <w:r>
        <w:t>نریٹڈ بائی البخاری۔</w:t>
      </w:r>
    </w:p>
    <w:p>
      <w:r>
        <w:rPr>
          <w:b/>
        </w:rPr>
        <w:t xml:space="preserve">[01:03] </w:t>
      </w:r>
      <w:r>
        <w:t>according to this hadith, the prophet of Islam has said: "Buni al-Islam ala khams, shahadat la ilaha illallah, wa Muhammad abduhu wa Rasuluh,</w:t>
      </w:r>
    </w:p>
    <w:p>
      <w:pPr>
        <w:jc w:val="right"/>
      </w:pPr>
      <w:r>
        <w:t>اکارڈنگ ٹو دس حدیث، دا پرافٹ آف اسلام ہیز سیڈ: "بنی الاسلام علی خمس، شہادت لا الہ الا اللہ، وان محمد عبدہ ورسولہ،</w:t>
      </w:r>
    </w:p>
    <w:p>
      <w:r>
        <w:rPr>
          <w:b/>
        </w:rPr>
        <w:t xml:space="preserve">[01:26] </w:t>
      </w:r>
      <w:r>
        <w:t>wa iqam as-salat, wa itaz-zakat, wal hajj, wa sawm Ramadan."</w:t>
      </w:r>
    </w:p>
    <w:p>
      <w:pPr>
        <w:jc w:val="right"/>
      </w:pPr>
      <w:r>
        <w:t>واقام الصلاۃ، بیت الزکوۃ، والحج، وصوم رمضان۔"</w:t>
      </w:r>
    </w:p>
    <w:p>
      <w:r>
        <w:rPr>
          <w:b/>
        </w:rPr>
        <w:t xml:space="preserve">[01:38] </w:t>
      </w:r>
      <w:r>
        <w:t>it means that</w:t>
      </w:r>
    </w:p>
    <w:p>
      <w:pPr>
        <w:jc w:val="right"/>
      </w:pPr>
      <w:r>
        <w:t>اٹ مینز دیٹ</w:t>
      </w:r>
    </w:p>
    <w:p>
      <w:r>
        <w:rPr>
          <w:b/>
        </w:rPr>
        <w:t xml:space="preserve">[01:43] </w:t>
      </w:r>
      <w:r>
        <w:t>There are basic teachings, there are five basic teachings of Islam.</w:t>
      </w:r>
    </w:p>
    <w:p>
      <w:pPr>
        <w:jc w:val="right"/>
      </w:pPr>
      <w:r>
        <w:t>دیر ار بیسک ٹیچنگز، دیر ار فائیو بیسک ٹیچنگز آف اسلام۔</w:t>
      </w:r>
    </w:p>
    <w:p>
      <w:r>
        <w:rPr>
          <w:b/>
        </w:rPr>
        <w:t xml:space="preserve">[01:54] </w:t>
      </w:r>
      <w:r>
        <w:t>There are five basic teachings of Islam.</w:t>
      </w:r>
    </w:p>
    <w:p>
      <w:pPr>
        <w:jc w:val="right"/>
      </w:pPr>
      <w:r>
        <w:t>دیر ار فائیو بیسک ٹیچنگز آف اسلام۔</w:t>
      </w:r>
    </w:p>
    <w:p>
      <w:r>
        <w:rPr>
          <w:b/>
        </w:rPr>
        <w:t xml:space="preserve">[02:03] </w:t>
      </w:r>
      <w:r>
        <w:t>first is to witness that there is no God but one God, and Muhammad is his prophet and his abd.</w:t>
      </w:r>
    </w:p>
    <w:p>
      <w:pPr>
        <w:jc w:val="right"/>
      </w:pPr>
      <w:r>
        <w:t>فرسٹ از ٹو وٹنس دیٹ دیر از نو گاڈ بٹ ون گاڈ، اینڈ محمد از ہز پرافٹ اینڈ ہز عبد۔</w:t>
      </w:r>
    </w:p>
    <w:p>
      <w:r>
        <w:rPr>
          <w:b/>
        </w:rPr>
        <w:t xml:space="preserve">[02:24] </w:t>
      </w:r>
      <w:r>
        <w:t>second, to perform salat, that is five time prayer.</w:t>
      </w:r>
    </w:p>
    <w:p>
      <w:pPr>
        <w:jc w:val="right"/>
      </w:pPr>
      <w:r>
        <w:t>سیکنڈ، ٹو پرفارم صلاۃ، دیٹ از فائیو ٹائم پریر۔</w:t>
      </w:r>
    </w:p>
    <w:p>
      <w:r>
        <w:rPr>
          <w:b/>
        </w:rPr>
        <w:t xml:space="preserve">[02:38] </w:t>
      </w:r>
      <w:r>
        <w:t>third,</w:t>
      </w:r>
    </w:p>
    <w:p>
      <w:pPr>
        <w:jc w:val="right"/>
      </w:pPr>
      <w:r>
        <w:t>تھرڈ،</w:t>
      </w:r>
    </w:p>
    <w:p>
      <w:r>
        <w:rPr>
          <w:b/>
        </w:rPr>
        <w:t xml:space="preserve">[02:43] </w:t>
      </w:r>
      <w:r>
        <w:t>to</w:t>
      </w:r>
    </w:p>
    <w:p>
      <w:pPr>
        <w:jc w:val="right"/>
      </w:pPr>
      <w:r>
        <w:t>ٹو</w:t>
      </w:r>
    </w:p>
    <w:p>
      <w:r>
        <w:rPr>
          <w:b/>
        </w:rPr>
        <w:t xml:space="preserve">[02:47] </w:t>
      </w:r>
      <w:r>
        <w:t>act on zakat, to pay, to pay zakat. Then fasting of month of Ramadan,</w:t>
      </w:r>
    </w:p>
    <w:p>
      <w:pPr>
        <w:jc w:val="right"/>
      </w:pPr>
      <w:r>
        <w:t>ایکٹ ان زکوۃ، ٹو پے، ٹو پے زکوۃ۔ دین فاسٹنگ آف منتھ آف رمضان،</w:t>
      </w:r>
    </w:p>
    <w:p>
      <w:r>
        <w:rPr>
          <w:b/>
        </w:rPr>
        <w:t xml:space="preserve">[03:03] </w:t>
      </w:r>
      <w:r>
        <w:t>and hajj, that is annual worship.</w:t>
      </w:r>
    </w:p>
    <w:p>
      <w:pPr>
        <w:jc w:val="right"/>
      </w:pPr>
      <w:r>
        <w:t>اینڈ حج، دیٹ از اینول ورشپ۔</w:t>
      </w:r>
    </w:p>
    <w:p>
      <w:r>
        <w:rPr>
          <w:b/>
        </w:rPr>
        <w:t xml:space="preserve">[03:14] </w:t>
      </w:r>
      <w:r>
        <w:t>now, today I would like to say a few words about the first tenet, that is kalma, or tauheed, or concept of God.</w:t>
      </w:r>
    </w:p>
    <w:p>
      <w:pPr>
        <w:jc w:val="right"/>
      </w:pPr>
      <w:r>
        <w:t>ناؤ، ٹوڈے آئی وڈ لائک ٹو سے ا فیو ورڈز اباؤٹ دی فرسٹ ٹینٹ، دیٹ از کلمہ، اور توحید، اور کانسیپٹ آف گاڈ۔</w:t>
      </w:r>
    </w:p>
    <w:p>
      <w:r>
        <w:rPr>
          <w:b/>
        </w:rPr>
        <w:t xml:space="preserve">[03:32] </w:t>
      </w:r>
      <w:r>
        <w:t>it begins from shahadat. shahadat, shahadat means to witness.</w:t>
      </w:r>
    </w:p>
    <w:p>
      <w:pPr>
        <w:jc w:val="right"/>
      </w:pPr>
      <w:r>
        <w:t>اٹ بگنز فرام شہادت۔ شہادت، شہادت مینز ٹو وٹنس۔</w:t>
      </w:r>
    </w:p>
    <w:p>
      <w:r>
        <w:rPr>
          <w:b/>
        </w:rPr>
        <w:t xml:space="preserve">[03:45] </w:t>
      </w:r>
      <w:r>
        <w:t>So what is shahadat, or what is witness?</w:t>
      </w:r>
    </w:p>
    <w:p>
      <w:pPr>
        <w:jc w:val="right"/>
      </w:pPr>
      <w:r>
        <w:t>سو واٹ از شہادت، اور واٹ از وٹنس؟</w:t>
      </w:r>
    </w:p>
    <w:p>
      <w:r>
        <w:rPr>
          <w:b/>
        </w:rPr>
        <w:t xml:space="preserve">[03:50] </w:t>
      </w:r>
      <w:r>
        <w:t>witness is testifying to an event on the basis of direct knowledge.</w:t>
      </w:r>
    </w:p>
    <w:p>
      <w:pPr>
        <w:jc w:val="right"/>
      </w:pPr>
      <w:r>
        <w:t>وٹنس از ٹیسٹیفائنگ ٹو این ایونٹ ان دا بیسس آف ڈائریکٹ نالج۔</w:t>
      </w:r>
    </w:p>
    <w:p>
      <w:r>
        <w:rPr>
          <w:b/>
        </w:rPr>
        <w:t xml:space="preserve">[04:09] </w:t>
      </w:r>
      <w:r>
        <w:t>this is shahadat.</w:t>
      </w:r>
    </w:p>
    <w:p>
      <w:pPr>
        <w:jc w:val="right"/>
      </w:pPr>
      <w:r>
        <w:t>دس از شہادت۔</w:t>
      </w:r>
    </w:p>
    <w:p>
      <w:r>
        <w:rPr>
          <w:b/>
        </w:rPr>
        <w:t xml:space="preserve">[04:14] </w:t>
      </w:r>
      <w:r>
        <w:t>shahadat literally means witness, and witness means</w:t>
      </w:r>
    </w:p>
    <w:p>
      <w:pPr>
        <w:jc w:val="right"/>
      </w:pPr>
      <w:r>
        <w:t>شہادت لٹرلی مینز وٹنس، اینڈ وٹنس مینز</w:t>
      </w:r>
    </w:p>
    <w:p>
      <w:r>
        <w:rPr>
          <w:b/>
        </w:rPr>
        <w:t xml:space="preserve">[04:22] </w:t>
      </w:r>
      <w:r>
        <w:t>testifying to an event on the basis of direct knowledge.</w:t>
      </w:r>
    </w:p>
    <w:p>
      <w:pPr>
        <w:jc w:val="right"/>
      </w:pPr>
      <w:r>
        <w:t>ٹیسٹیفائنگ ٹو این ایونٹ ان دا بیسس آف ڈائریکٹ نالج۔</w:t>
      </w:r>
    </w:p>
    <w:p>
      <w:r>
        <w:rPr>
          <w:b/>
        </w:rPr>
        <w:t xml:space="preserve">[04:36] </w:t>
      </w:r>
      <w:r>
        <w:t>So the word shahadat is very important.</w:t>
      </w:r>
    </w:p>
    <w:p>
      <w:pPr>
        <w:jc w:val="right"/>
      </w:pPr>
      <w:r>
        <w:t>سو ورڈ شہادت از ویری امپورٹنٹ۔</w:t>
      </w:r>
    </w:p>
    <w:p>
      <w:r>
        <w:rPr>
          <w:b/>
        </w:rPr>
        <w:t xml:space="preserve">[04:44] </w:t>
      </w:r>
      <w:r>
        <w:t>it tells us that simply</w:t>
      </w:r>
    </w:p>
    <w:p>
      <w:pPr>
        <w:jc w:val="right"/>
      </w:pPr>
      <w:r>
        <w:t>اٹ ٹیلز اس دیٹ سمپلی</w:t>
      </w:r>
    </w:p>
    <w:p>
      <w:r>
        <w:rPr>
          <w:b/>
        </w:rPr>
        <w:t xml:space="preserve">[04:51] </w:t>
      </w:r>
      <w:r>
        <w:t>recitation of kalma is not shahadat. simply lip service is not shahadat. simply uttering these words: la ilaha illallah muhammadur rasulullah, it is not shahadat.</w:t>
      </w:r>
    </w:p>
    <w:p>
      <w:pPr>
        <w:jc w:val="right"/>
      </w:pPr>
      <w:r>
        <w:t>ریسٹیشن آف کلمہ از ناٹ شہادت۔ سمپلی لپ سروس از ناٹ شہادت۔ سمپلی اٹرنگ دیز ورڈز: لا الہ الا اللہ محمد رسول اللہ، اٹ از ناٹ شہادت۔</w:t>
      </w:r>
    </w:p>
    <w:p>
      <w:r>
        <w:rPr>
          <w:b/>
        </w:rPr>
        <w:t xml:space="preserve">[05:10] </w:t>
      </w:r>
      <w:r>
        <w:t>shahadat means</w:t>
      </w:r>
    </w:p>
    <w:p>
      <w:pPr>
        <w:jc w:val="right"/>
      </w:pPr>
      <w:r>
        <w:t>شہادت مینز</w:t>
      </w:r>
    </w:p>
    <w:p>
      <w:r>
        <w:rPr>
          <w:b/>
        </w:rPr>
        <w:t xml:space="preserve">[05:14] </w:t>
      </w:r>
      <w:r>
        <w:t>there is, there is deeper meaning of shahadat. That is first of all, you have to gain direct knowledge.</w:t>
      </w:r>
    </w:p>
    <w:p>
      <w:pPr>
        <w:jc w:val="right"/>
      </w:pPr>
      <w:r>
        <w:t>دیر از، دیر از ڈیپر میننگ آف شہادت۔ دیٹ از فرسٹ آف آل، یو ہیو ٹو گین ڈائریکٹ نالج۔</w:t>
      </w:r>
    </w:p>
    <w:p>
      <w:r>
        <w:rPr>
          <w:b/>
        </w:rPr>
        <w:t xml:space="preserve">[05:27] </w:t>
      </w:r>
      <w:r>
        <w:t>without direct knowledge, you cannot be a witness.</w:t>
      </w:r>
    </w:p>
    <w:p>
      <w:pPr>
        <w:jc w:val="right"/>
      </w:pPr>
      <w:r>
        <w:t>وداؤٹ ڈائریکٹ نالج، یو کین ناٹ بی ا وٹنس۔</w:t>
      </w:r>
    </w:p>
    <w:p>
      <w:r>
        <w:rPr>
          <w:b/>
        </w:rPr>
        <w:t xml:space="preserve">[05:35] </w:t>
      </w:r>
      <w:r>
        <w:t>without direct knowledge, you cannot be a witness. so</w:t>
      </w:r>
    </w:p>
    <w:p>
      <w:pPr>
        <w:jc w:val="right"/>
      </w:pPr>
      <w:r>
        <w:t>وداؤٹ ڈائریکٹ نالج، یو کین ناٹ بی ا وٹنس। سو</w:t>
      </w:r>
    </w:p>
    <w:p>
      <w:r>
        <w:rPr>
          <w:b/>
        </w:rPr>
        <w:t xml:space="preserve">[05:48] </w:t>
      </w:r>
      <w:r>
        <w:t>it means that</w:t>
      </w:r>
    </w:p>
    <w:p>
      <w:pPr>
        <w:jc w:val="right"/>
      </w:pPr>
      <w:r>
        <w:t>اٹ مینز دیٹ</w:t>
      </w:r>
    </w:p>
    <w:p>
      <w:r>
        <w:rPr>
          <w:b/>
        </w:rPr>
        <w:t xml:space="preserve">[05:52] </w:t>
      </w:r>
      <w:r>
        <w:t>The starting point is not recitation.</w:t>
      </w:r>
    </w:p>
    <w:p>
      <w:pPr>
        <w:jc w:val="right"/>
      </w:pPr>
      <w:r>
        <w:t>دا سٹارٹنگ پوائنٹ از ناٹ ریسٹیشن۔</w:t>
      </w:r>
    </w:p>
    <w:p>
      <w:r>
        <w:rPr>
          <w:b/>
        </w:rPr>
        <w:t xml:space="preserve">[05:58] </w:t>
      </w:r>
      <w:r>
        <w:t>starting point is discovery, realization, marifah. first of all, when you are going to say: "there is no god but one god, and muhammad is his prophet", before recitation this kalma,</w:t>
      </w:r>
    </w:p>
    <w:p>
      <w:pPr>
        <w:jc w:val="right"/>
      </w:pPr>
      <w:r>
        <w:t>سٹارٹنگ پوائنٹ از ڈسکوری، ریلائزیشن، معرفہ۔ فرسٹ آف آل، وین یو آر گوئنگ ٹو سے: "دیر از نو گاڈ بٹ ون گاڈ، اینڈ محمد از ہز پرافٹ"، بیفور ریسٹیشن دس کلمہ،</w:t>
      </w:r>
    </w:p>
    <w:p>
      <w:r>
        <w:rPr>
          <w:b/>
        </w:rPr>
        <w:t xml:space="preserve">[06:23] </w:t>
      </w:r>
      <w:r>
        <w:t>you have to gain direct knowledge, so that you can say this kalma with conviction, with conviction, as a witness.</w:t>
      </w:r>
    </w:p>
    <w:p>
      <w:pPr>
        <w:jc w:val="right"/>
      </w:pPr>
      <w:r>
        <w:t>یو ہیو ٹو گین ڈائریکٹ نالج، سو دیٹ یو کین سے دس کلمہ ود کنوکشن، ود کنوکشن، ایز ا وٹنس۔</w:t>
      </w:r>
    </w:p>
    <w:p>
      <w:r>
        <w:rPr>
          <w:b/>
        </w:rPr>
        <w:t xml:space="preserve">[06:37] </w:t>
      </w:r>
      <w:r>
        <w:t>you not simply saying, but it is shahadat, there is witness.</w:t>
      </w:r>
    </w:p>
    <w:p>
      <w:pPr>
        <w:jc w:val="right"/>
      </w:pPr>
      <w:r>
        <w:t>یو ناٹ سمپلی سیئنگ، بٹ اٹ از شہادت، دیر از وٹنس۔</w:t>
      </w:r>
    </w:p>
    <w:p>
      <w:r>
        <w:rPr>
          <w:b/>
        </w:rPr>
        <w:t xml:space="preserve">[06:47] </w:t>
      </w:r>
      <w:r>
        <w:t>so it is a journey, it is a process.</w:t>
      </w:r>
    </w:p>
    <w:p>
      <w:pPr>
        <w:jc w:val="right"/>
      </w:pPr>
      <w:r>
        <w:t>سو اٹ از ا جرنی، اٹ از ا پروسیس۔</w:t>
      </w:r>
    </w:p>
    <w:p>
      <w:r>
        <w:rPr>
          <w:b/>
        </w:rPr>
        <w:t xml:space="preserve">[06:57] </w:t>
      </w:r>
      <w:r>
        <w:t>kalma is a journey, it is a process.</w:t>
      </w:r>
    </w:p>
    <w:p>
      <w:pPr>
        <w:jc w:val="right"/>
      </w:pPr>
      <w:r>
        <w:t>کلمہ از ا جرنی، اٹ از ا پروسیس۔</w:t>
      </w:r>
    </w:p>
    <w:p>
      <w:r>
        <w:rPr>
          <w:b/>
        </w:rPr>
        <w:t xml:space="preserve">[07:04] </w:t>
      </w:r>
      <w:r>
        <w:t>this process begins from inquiry, from study, from observation.</w:t>
      </w:r>
    </w:p>
    <w:p>
      <w:pPr>
        <w:jc w:val="right"/>
      </w:pPr>
      <w:r>
        <w:t>دس پروسیس بگنز فرام انکوائری، فرام اسٹڈی، فرام ابزرویشن۔</w:t>
      </w:r>
    </w:p>
    <w:p>
      <w:r>
        <w:rPr>
          <w:b/>
        </w:rPr>
        <w:t xml:space="preserve">[07:16] </w:t>
      </w:r>
      <w:r>
        <w:t>after a long observation, you become a seeker, a sincere seeker.</w:t>
      </w:r>
    </w:p>
    <w:p>
      <w:pPr>
        <w:jc w:val="right"/>
      </w:pPr>
      <w:r>
        <w:t>افٹر ا لانگ ابزرویشن، یو بیکم ا سیکر، ا سنسر سیکر۔</w:t>
      </w:r>
    </w:p>
    <w:p>
      <w:r>
        <w:rPr>
          <w:b/>
        </w:rPr>
        <w:t xml:space="preserve">[07:27] </w:t>
      </w:r>
      <w:r>
        <w:t>then after seeker, you become a believer. then you can say: "la ilaha illallah", as a witness.</w:t>
      </w:r>
    </w:p>
    <w:p>
      <w:pPr>
        <w:jc w:val="right"/>
      </w:pPr>
      <w:r>
        <w:t>دین افٹر سیکر، یو بیکم ا بیلیور۔ دین یو کین سے: "لا الہ الا اللہ"، ایز ا وٹنس۔</w:t>
      </w:r>
    </w:p>
    <w:p>
      <w:r>
        <w:rPr>
          <w:b/>
        </w:rPr>
        <w:t xml:space="preserve">[07:42] </w:t>
      </w:r>
      <w:r>
        <w:t>shahadat,</w:t>
      </w:r>
    </w:p>
    <w:p>
      <w:pPr>
        <w:jc w:val="right"/>
      </w:pPr>
      <w:r>
        <w:t>شہادت،</w:t>
      </w:r>
    </w:p>
    <w:p>
      <w:r>
        <w:rPr>
          <w:b/>
        </w:rPr>
        <w:t xml:space="preserve">[07:45] </w:t>
      </w:r>
      <w:r>
        <w:t>it is a natural process.</w:t>
      </w:r>
    </w:p>
    <w:p>
      <w:pPr>
        <w:jc w:val="right"/>
      </w:pPr>
      <w:r>
        <w:t>اٹ از ا نیچرل پروسیس۔</w:t>
      </w:r>
    </w:p>
    <w:p>
      <w:r>
        <w:rPr>
          <w:b/>
        </w:rPr>
        <w:t xml:space="preserve">[07:53] </w:t>
      </w:r>
      <w:r>
        <w:t>it is a natural process. you know, everyone is born with, with a,</w:t>
      </w:r>
    </w:p>
    <w:p>
      <w:pPr>
        <w:jc w:val="right"/>
      </w:pPr>
      <w:r>
        <w:t>اٹ از ا نیچرل پروسیس۔ یو نو، ایوری ون از بورن ود، ود اے،</w:t>
      </w:r>
    </w:p>
    <w:p>
      <w:r>
        <w:rPr>
          <w:b/>
        </w:rPr>
        <w:t xml:space="preserve">[08:07] </w:t>
      </w:r>
      <w:r>
        <w:t>with the consciousness of god.</w:t>
      </w:r>
    </w:p>
    <w:p>
      <w:pPr>
        <w:jc w:val="right"/>
      </w:pPr>
      <w:r>
        <w:t>ود دی کانشیسنس آف گاڈ۔</w:t>
      </w:r>
    </w:p>
    <w:p>
      <w:r>
        <w:rPr>
          <w:b/>
        </w:rPr>
        <w:t xml:space="preserve">[08:13] </w:t>
      </w:r>
      <w:r>
        <w:t>everyone, there is no exception.</w:t>
      </w:r>
    </w:p>
    <w:p>
      <w:pPr>
        <w:jc w:val="right"/>
      </w:pPr>
      <w:r>
        <w:t>ایوری ون، دیر از نو ایکسیپشن۔</w:t>
      </w:r>
    </w:p>
    <w:p>
      <w:r>
        <w:rPr>
          <w:b/>
        </w:rPr>
        <w:t xml:space="preserve">[08:23] </w:t>
      </w:r>
      <w:r>
        <w:t>so everyone is, is a born seeker.</w:t>
      </w:r>
    </w:p>
    <w:p>
      <w:pPr>
        <w:jc w:val="right"/>
      </w:pPr>
      <w:r>
        <w:t>سو ایوری ون از، از ا بورن سیکر۔</w:t>
      </w:r>
    </w:p>
    <w:p>
      <w:r>
        <w:rPr>
          <w:b/>
        </w:rPr>
        <w:t xml:space="preserve">[08:30] </w:t>
      </w:r>
      <w:r>
        <w:t>everyone is seeker by birth.</w:t>
      </w:r>
    </w:p>
    <w:p>
      <w:pPr>
        <w:jc w:val="right"/>
      </w:pPr>
      <w:r>
        <w:t>ایوری ون از سیکر بائی برتھ۔</w:t>
      </w:r>
    </w:p>
    <w:p>
      <w:r>
        <w:rPr>
          <w:b/>
        </w:rPr>
        <w:t xml:space="preserve">[08:35] </w:t>
      </w:r>
      <w:r>
        <w:t>in our present age,</w:t>
      </w:r>
    </w:p>
    <w:p>
      <w:pPr>
        <w:jc w:val="right"/>
      </w:pPr>
      <w:r>
        <w:t>ان اور پریزنٹ ایج،</w:t>
      </w:r>
    </w:p>
    <w:p>
      <w:r>
        <w:rPr>
          <w:b/>
        </w:rPr>
        <w:t xml:space="preserve">[08:39] </w:t>
      </w:r>
      <w:r>
        <w:t>under anthropology, you know, anthropology means ilm-e-insaan. under anthropology, they, they scholars conducted survey, survey of human society, survey of human society, survey of human institutions,</w:t>
      </w:r>
    </w:p>
    <w:p>
      <w:pPr>
        <w:jc w:val="right"/>
      </w:pPr>
      <w:r>
        <w:t>انڈر انتھروپولوجی، یو نو، انتھروپولوجی مینز علم الانسان۔ انڈر انتھروپولوجی، دے، دے سکالرز کنڈکٹڈ سروے، سروے آف ہیومن سوسائٹی، سروے آف ہیومن سوسائٹی، سروے آف ہیومن انسٹیٹیوشنز،</w:t>
      </w:r>
    </w:p>
    <w:p>
      <w:r>
        <w:rPr>
          <w:b/>
        </w:rPr>
        <w:t xml:space="preserve">[09:04] </w:t>
      </w:r>
      <w:r>
        <w:t>survey of human nature. so under this discipline, that is called ilm-e-insaan, or anthropology.</w:t>
      </w:r>
    </w:p>
    <w:p>
      <w:pPr>
        <w:jc w:val="right"/>
      </w:pPr>
      <w:r>
        <w:t>سروے آف ہیومن نیچر۔ سو انڈر دس ڈسپلن، دیٹ از کالڈ علم الانسان، اور انتھروپولوجی۔</w:t>
      </w:r>
    </w:p>
    <w:p>
      <w:r>
        <w:rPr>
          <w:b/>
        </w:rPr>
        <w:t xml:space="preserve">[09:18] </w:t>
      </w:r>
      <w:r>
        <w:t>anthropology is relatively a recent discipline. so under anthropology, after long long survey, they have found that the concept of God is inborn in the human, in human nature.</w:t>
      </w:r>
    </w:p>
    <w:p>
      <w:pPr>
        <w:jc w:val="right"/>
      </w:pPr>
      <w:r>
        <w:t>انتھروپولوجی از ریلیٹولی ا ریسنٹ ڈسپلن۔ سو انڈر انتھروپولوجی، افٹر لانگ لانگ سروے، دے ہیو فاؤنڈ دیٹ دا کانسیپٹ آف گاڈ از انٹربورن ان دا ہیومن، ان ہیومن نیچر۔</w:t>
      </w:r>
    </w:p>
    <w:p>
      <w:r>
        <w:rPr>
          <w:b/>
        </w:rPr>
        <w:t xml:space="preserve">[09:46] </w:t>
      </w:r>
      <w:r>
        <w:t>concept of God is inborn in</w:t>
      </w:r>
    </w:p>
    <w:p>
      <w:pPr>
        <w:jc w:val="right"/>
      </w:pPr>
      <w:r>
        <w:t>کانسیپٹ آف گاڈ از انٹربورن ان</w:t>
      </w:r>
    </w:p>
    <w:p>
      <w:r>
        <w:rPr>
          <w:b/>
        </w:rPr>
        <w:t xml:space="preserve">[09:52] </w:t>
      </w:r>
      <w:r>
        <w:t>the concept of God is inborn in human nature.</w:t>
      </w:r>
    </w:p>
    <w:p>
      <w:pPr>
        <w:jc w:val="right"/>
      </w:pPr>
      <w:r>
        <w:t>دا کانسیپٹ آف گاڈ از انٹربورن ان ہیومن نیچر۔</w:t>
      </w:r>
    </w:p>
    <w:p>
      <w:r>
        <w:rPr>
          <w:b/>
        </w:rPr>
        <w:t xml:space="preserve">[10:00] </w:t>
      </w:r>
      <w:r>
        <w:t>you cannot find any society throughout the history of mankind that was unbeliever.</w:t>
      </w:r>
    </w:p>
    <w:p>
      <w:pPr>
        <w:jc w:val="right"/>
      </w:pPr>
      <w:r>
        <w:t>یو کین ناٹ فائنڈ اینی سوسائٹی تھروؤٹ دا ہسٹری آف مین کائنڈ دیٹ واز ان بیلیور۔</w:t>
      </w:r>
    </w:p>
    <w:p>
      <w:r>
        <w:rPr>
          <w:b/>
        </w:rPr>
        <w:t xml:space="preserve">[10:12] </w:t>
      </w:r>
      <w:r>
        <w:t>no, not at all.</w:t>
      </w:r>
    </w:p>
    <w:p>
      <w:pPr>
        <w:jc w:val="right"/>
      </w:pPr>
      <w:r>
        <w:t>نو، ناٹ ایٹ آل۔</w:t>
      </w:r>
    </w:p>
    <w:p>
      <w:r>
        <w:rPr>
          <w:b/>
        </w:rPr>
        <w:t xml:space="preserve">[10:17] </w:t>
      </w:r>
      <w:r>
        <w:t>the only problem was that in previous centuries, people were, the majority of people were believing in shirk, that is polytheism.</w:t>
      </w:r>
    </w:p>
    <w:p>
      <w:pPr>
        <w:jc w:val="right"/>
      </w:pPr>
      <w:r>
        <w:t>دا اونلی پرابلم واز دیٹ ان پریویس سینچریز، پیپل وار، دا میجورٹی آف پیپل وار بیلیونگ ان شرک، دیٹ از پولیتھیزم۔</w:t>
      </w:r>
    </w:p>
    <w:p>
      <w:r>
        <w:rPr>
          <w:b/>
        </w:rPr>
        <w:t xml:space="preserve">[10:37] </w:t>
      </w:r>
      <w:r>
        <w:t>shirk means believing in the existence of God, at the same time accept this theory that there are partners of God.</w:t>
      </w:r>
    </w:p>
    <w:p>
      <w:pPr>
        <w:jc w:val="right"/>
      </w:pPr>
      <w:r>
        <w:t>شرک مینز بیلیونگ ان دا ایگزسٹنس آف گاڈ، ایٹ دا سیم ٹائم ایکسیپٹ دس تھیوری دیٹ دیر آر پارٹنرز آف گاڈ۔</w:t>
      </w:r>
    </w:p>
    <w:p>
      <w:r>
        <w:rPr>
          <w:b/>
        </w:rPr>
        <w:t xml:space="preserve">[10:52] </w:t>
      </w:r>
      <w:r>
        <w:t>although there is God, a supreme God, but at the same time there are shirkaa, that is partners of God.</w:t>
      </w:r>
    </w:p>
    <w:p>
      <w:pPr>
        <w:jc w:val="right"/>
      </w:pPr>
      <w:r>
        <w:t>الدو دیر از گاڈ، ا سپریم گاڈ، بٹ ایٹ دا سیم ٹائم دیر آر شرکاء، دیٹ از پارٹنرز آف گاڈ۔</w:t>
      </w:r>
    </w:p>
    <w:p>
      <w:r>
        <w:rPr>
          <w:b/>
        </w:rPr>
        <w:t xml:space="preserve">[11:05] </w:t>
      </w:r>
      <w:r>
        <w:t>so in every period of history, man was believing in God, but at the same time he was believing in, in partners, in shirkaa.</w:t>
      </w:r>
    </w:p>
    <w:p>
      <w:pPr>
        <w:jc w:val="right"/>
      </w:pPr>
      <w:r>
        <w:t>سو ان ایوری پیریڈ آف ہسٹری، مین واز بیلیونگ ان گاڈ، بٹ ایٹ دا سیم ٹائم ہی واز بیلیونگ ان، ان پارٹنرز، ان شرکاء۔</w:t>
      </w:r>
    </w:p>
    <w:p>
      <w:r>
        <w:rPr>
          <w:b/>
        </w:rPr>
        <w:t xml:space="preserve">[11:22] </w:t>
      </w:r>
      <w:r>
        <w:t>so God is an accepted</w:t>
      </w:r>
    </w:p>
    <w:p>
      <w:pPr>
        <w:jc w:val="right"/>
      </w:pPr>
      <w:r>
        <w:t>سو گاڈ از این ایکسیپٹڈ</w:t>
      </w:r>
    </w:p>
    <w:p>
      <w:r>
        <w:rPr>
          <w:b/>
        </w:rPr>
        <w:t xml:space="preserve">[11:28] </w:t>
      </w:r>
      <w:r>
        <w:t>belief throughout the human history.</w:t>
      </w:r>
    </w:p>
    <w:p>
      <w:pPr>
        <w:jc w:val="right"/>
      </w:pPr>
      <w:r>
        <w:t>بیلیف تھروؤٹ دا ہیومن ہسٹری۔</w:t>
      </w:r>
    </w:p>
    <w:p>
      <w:r>
        <w:rPr>
          <w:b/>
        </w:rPr>
        <w:t xml:space="preserve">[11:34] </w:t>
      </w:r>
      <w:r>
        <w:t>God was an accepted belief throughout the human history.</w:t>
      </w:r>
    </w:p>
    <w:p>
      <w:pPr>
        <w:jc w:val="right"/>
      </w:pPr>
      <w:r>
        <w:t>گاڈ واز این ایکسیپٹڈ بیلیف تھروؤٹ دا ہیومن ہسٹری۔</w:t>
      </w:r>
    </w:p>
    <w:p>
      <w:r>
        <w:rPr>
          <w:b/>
        </w:rPr>
        <w:t xml:space="preserve">[11:45] </w:t>
      </w:r>
      <w:r>
        <w:t>so it is but natural that</w:t>
      </w:r>
    </w:p>
    <w:p>
      <w:pPr>
        <w:jc w:val="right"/>
      </w:pPr>
      <w:r>
        <w:t>سو اٹ از بٹ نیچرل دیٹ</w:t>
      </w:r>
    </w:p>
    <w:p>
      <w:r>
        <w:rPr>
          <w:b/>
        </w:rPr>
        <w:t xml:space="preserve">[11:50] </w:t>
      </w:r>
      <w:r>
        <w:t>when man becomes mature,</w:t>
      </w:r>
    </w:p>
    <w:p>
      <w:pPr>
        <w:jc w:val="right"/>
      </w:pPr>
      <w:r>
        <w:t>وین مین بیکمز میچور،</w:t>
      </w:r>
    </w:p>
    <w:p>
      <w:r>
        <w:rPr>
          <w:b/>
        </w:rPr>
        <w:t xml:space="preserve">[11:55] </w:t>
      </w:r>
      <w:r>
        <w:t>he faces some questions:</w:t>
      </w:r>
    </w:p>
    <w:p>
      <w:pPr>
        <w:jc w:val="right"/>
      </w:pPr>
      <w:r>
        <w:t>ہی فیسز سم کوئسچنز:</w:t>
      </w:r>
    </w:p>
    <w:p>
      <w:r>
        <w:rPr>
          <w:b/>
        </w:rPr>
        <w:t xml:space="preserve">[12:00] </w:t>
      </w:r>
      <w:r>
        <w:t>"Who am I?" "Who is my creator?"</w:t>
      </w:r>
    </w:p>
    <w:p>
      <w:pPr>
        <w:jc w:val="right"/>
      </w:pPr>
      <w:r>
        <w:t>"ہو ایم ائی؟" "ہو از مائی کریٹر؟"</w:t>
      </w:r>
    </w:p>
    <w:p>
      <w:r>
        <w:rPr>
          <w:b/>
        </w:rPr>
        <w:t xml:space="preserve">[12:04] </w:t>
      </w:r>
      <w:r>
        <w:t>"what is the definition of creator?"</w:t>
      </w:r>
    </w:p>
    <w:p>
      <w:pPr>
        <w:jc w:val="right"/>
      </w:pPr>
      <w:r>
        <w:t>"واٹ از دا ڈیفینیشن آف کریٹر؟"</w:t>
      </w:r>
    </w:p>
    <w:p>
      <w:r>
        <w:rPr>
          <w:b/>
        </w:rPr>
        <w:t xml:space="preserve">[12:08] </w:t>
      </w:r>
      <w:r>
        <w:t>"what is the definition of god?"</w:t>
      </w:r>
    </w:p>
    <w:p>
      <w:pPr>
        <w:jc w:val="right"/>
      </w:pPr>
      <w:r>
        <w:t>"واٹ از دا ڈیفینیشن آف گاڈ؟"</w:t>
      </w:r>
    </w:p>
    <w:p>
      <w:r>
        <w:rPr>
          <w:b/>
        </w:rPr>
        <w:t xml:space="preserve">[12:12] </w:t>
      </w:r>
      <w:r>
        <w:t>"what is the,</w:t>
      </w:r>
    </w:p>
    <w:p>
      <w:pPr>
        <w:jc w:val="right"/>
      </w:pPr>
      <w:r>
        <w:t>"واٹ از دا،</w:t>
      </w:r>
    </w:p>
    <w:p>
      <w:r>
        <w:rPr>
          <w:b/>
        </w:rPr>
        <w:t xml:space="preserve">[12:18] </w:t>
      </w:r>
      <w:r>
        <w:t>what is the pre-death period?" "and what is the post-death period?" so what is the relationship between man and God?</w:t>
      </w:r>
    </w:p>
    <w:p>
      <w:pPr>
        <w:jc w:val="right"/>
      </w:pPr>
      <w:r>
        <w:t>واٹ از دا پری ڈیتھ پیریڈ؟" "اینڈ واٹ از دا پوسٹ ڈیتھ پیریڈ؟" سو واٹ از دا ریلیشن شپ بٹوین مین اینڈ گاڈ؟</w:t>
      </w:r>
    </w:p>
    <w:p>
      <w:r>
        <w:rPr>
          <w:b/>
        </w:rPr>
        <w:t xml:space="preserve">[12:33] </w:t>
      </w:r>
      <w:r>
        <w:t>this is a natural question. what is the relationship between man and God? this is a natural question.</w:t>
      </w:r>
    </w:p>
    <w:p>
      <w:pPr>
        <w:jc w:val="right"/>
      </w:pPr>
      <w:r>
        <w:t>دس از ا نیچرل کوئسچن۔ واٹ از دا ریلیشن شپ بٹوین مین اینڈ گاڈ؟ دس از ا نیچرل کوئسچن۔</w:t>
      </w:r>
    </w:p>
    <w:p>
      <w:r>
        <w:rPr>
          <w:b/>
        </w:rPr>
        <w:t xml:space="preserve">[12:43] </w:t>
      </w:r>
      <w:r>
        <w:t>so everyone, in this sense, everyone is a seeker.</w:t>
      </w:r>
    </w:p>
    <w:p>
      <w:pPr>
        <w:jc w:val="right"/>
      </w:pPr>
      <w:r>
        <w:t>سو ایوری ون، ان دس سینس، ایوری ون از ا سیکر۔</w:t>
      </w:r>
    </w:p>
    <w:p>
      <w:r>
        <w:rPr>
          <w:b/>
        </w:rPr>
        <w:t xml:space="preserve">[12:50] </w:t>
      </w:r>
      <w:r>
        <w:t>everyone is a seeker by birth. so here you can find a starting point.</w:t>
      </w:r>
    </w:p>
    <w:p>
      <w:pPr>
        <w:jc w:val="right"/>
      </w:pPr>
      <w:r>
        <w:t>ایوری ون از ا سیکر بائی برتھ۔ سو ہیر یو کین فائنڈ اے سٹارٹنگ پوائنٹ۔</w:t>
      </w:r>
    </w:p>
    <w:p>
      <w:r>
        <w:rPr>
          <w:b/>
        </w:rPr>
        <w:t xml:space="preserve">[13:02] </w:t>
      </w:r>
      <w:r>
        <w:t>then you want to, this, this seeking spirit is sometime, something as this seeking spirit is an unconscious spirit.</w:t>
      </w:r>
    </w:p>
    <w:p>
      <w:pPr>
        <w:jc w:val="right"/>
      </w:pPr>
      <w:r>
        <w:t>دین یو وانٹ ٹو، دس، دس سیکنگ اسپیٹ از سم ٹائم، سم تھنگ ایز دس سیکنگ اسپیٹ از ا انکانسیس اسپیٹ۔</w:t>
      </w:r>
    </w:p>
    <w:p>
      <w:r>
        <w:rPr>
          <w:b/>
        </w:rPr>
        <w:t xml:space="preserve">[13:21] </w:t>
      </w:r>
      <w:r>
        <w:t>it is an unconscious concept. so when you try to inquire, it means that you are trying to turn your unconscious into conscious.</w:t>
      </w:r>
    </w:p>
    <w:p>
      <w:pPr>
        <w:jc w:val="right"/>
      </w:pPr>
      <w:r>
        <w:t>اٹ از این انکانسیس کانسیپٹ۔ سو وین یو ٹرائی ٹو انکوائر، اٹ مینز دیٹ یو آر ٹرائینگ ٹو ٹرن یور انکانسیس انٹو کانشیس۔</w:t>
      </w:r>
    </w:p>
    <w:p>
      <w:r>
        <w:rPr>
          <w:b/>
        </w:rPr>
        <w:t xml:space="preserve">[13:38] </w:t>
      </w:r>
      <w:r>
        <w:t>this is seeking. this is seeking. every seeker tries to turn his unconscious mind into conscious mind.</w:t>
      </w:r>
    </w:p>
    <w:p>
      <w:pPr>
        <w:jc w:val="right"/>
      </w:pPr>
      <w:r>
        <w:t>دس از سیکنگ۔ دس از سیکنگ۔ ایوری سیکر ٹرائز ٹو ٹرن ہز انکانسیس مائنڈ انٹو کانشیس مائنڈ۔</w:t>
      </w:r>
    </w:p>
    <w:p>
      <w:r>
        <w:rPr>
          <w:b/>
        </w:rPr>
        <w:t xml:space="preserve">[13:59] </w:t>
      </w:r>
      <w:r>
        <w:t>this is seeking spirit. so here is the beginning. then after, after study, after observations,</w:t>
      </w:r>
    </w:p>
    <w:p>
      <w:pPr>
        <w:jc w:val="right"/>
      </w:pPr>
      <w:r>
        <w:t>دس از سیکنگ اسپیٹ۔ سو ہیر از دا بگننگ۔ دین افٹر، افٹر اسٹڈی، افٹر ابزرویشنز،</w:t>
      </w:r>
    </w:p>
    <w:p>
      <w:r>
        <w:rPr>
          <w:b/>
        </w:rPr>
        <w:t xml:space="preserve">[14:13] </w:t>
      </w:r>
      <w:r>
        <w:t>after discussions, after pursuit, one reaches to the end.</w:t>
      </w:r>
    </w:p>
    <w:p>
      <w:pPr>
        <w:jc w:val="right"/>
      </w:pPr>
      <w:r>
        <w:t>افٹر ڈسکشنز، افٹر پرسوٹ، ون ریچز ٹو دی اینڈ۔</w:t>
      </w:r>
    </w:p>
    <w:p>
      <w:r>
        <w:rPr>
          <w:b/>
        </w:rPr>
        <w:t xml:space="preserve">[14:24] </w:t>
      </w:r>
      <w:r>
        <w:t>one reaches to the goal, to intellectual goal. that is he finds God, he discovers God, he realizes God consciously.</w:t>
      </w:r>
    </w:p>
    <w:p>
      <w:pPr>
        <w:jc w:val="right"/>
      </w:pPr>
      <w:r>
        <w:t>ون ریچز ٹو دا گول، ٹو انٹلیکچول گول۔ دیٹ از ہی فائنڈز گاڈ، ہی ڈسکورز گاڈ، ہی ریلائزز گاڈ کانشیسلی۔</w:t>
      </w:r>
    </w:p>
    <w:p>
      <w:r>
        <w:rPr>
          <w:b/>
        </w:rPr>
        <w:t xml:space="preserve">[14:44] </w:t>
      </w:r>
      <w:r>
        <w:t>Although God was in his soul by birth, but it was unconsciously.</w:t>
      </w:r>
    </w:p>
    <w:p>
      <w:pPr>
        <w:jc w:val="right"/>
      </w:pPr>
      <w:r>
        <w:t>الدو گاڈ واز ان ہز سول بائی برتھ، بٹ اٹ واز انکانسیسلی۔</w:t>
      </w:r>
    </w:p>
    <w:p>
      <w:r>
        <w:rPr>
          <w:b/>
        </w:rPr>
        <w:t xml:space="preserve">[14:54] </w:t>
      </w:r>
      <w:r>
        <w:t>now, after, after all these effort, it becomes a conscious belief.</w:t>
      </w:r>
    </w:p>
    <w:p>
      <w:pPr>
        <w:jc w:val="right"/>
      </w:pPr>
      <w:r>
        <w:t>ناؤ، افٹر، افٹر ال دیز ایفرٹ، اٹ بیکمز ا کانشیس بیلیف۔</w:t>
      </w:r>
    </w:p>
    <w:p>
      <w:r>
        <w:rPr>
          <w:b/>
        </w:rPr>
        <w:t xml:space="preserve">[15:07] </w:t>
      </w:r>
      <w:r>
        <w:t>at this juncture, he sees: "la ilaha illallah". after, so "la ilaha" is a end of a journey,</w:t>
      </w:r>
    </w:p>
    <w:p>
      <w:pPr>
        <w:jc w:val="right"/>
      </w:pPr>
      <w:r>
        <w:t>ایٹ دس جنکچر، ہی سیز: "لا الہ الا اللہ"۔ افٹر، سو "لا الہ" از ا اینڈ اف ا جرنی،</w:t>
      </w:r>
    </w:p>
    <w:p>
      <w:r>
        <w:rPr>
          <w:b/>
        </w:rPr>
        <w:t xml:space="preserve">[15:19] </w:t>
      </w:r>
      <w:r>
        <w:t>journey towards pursuit.</w:t>
      </w:r>
    </w:p>
    <w:p>
      <w:pPr>
        <w:jc w:val="right"/>
      </w:pPr>
      <w:r>
        <w:t>جرنی ٹورڈز پرسوٹ۔</w:t>
      </w:r>
    </w:p>
    <w:p>
      <w:r>
        <w:rPr>
          <w:b/>
        </w:rPr>
        <w:t xml:space="preserve">[15:25] </w:t>
      </w:r>
      <w:r>
        <w:t>"la ilaha illallah" is not a lip service. it is not any kind of month.</w:t>
      </w:r>
    </w:p>
    <w:p>
      <w:pPr>
        <w:jc w:val="right"/>
      </w:pPr>
      <w:r>
        <w:t>"لا الہ الا اللہ" از ناٹ ا لپ سروس۔ اٹ از ناٹ اینی کائنڈ اف منتھ۔</w:t>
      </w:r>
    </w:p>
    <w:p>
      <w:r>
        <w:rPr>
          <w:b/>
        </w:rPr>
        <w:t xml:space="preserve">[15:36] </w:t>
      </w:r>
      <w:r>
        <w:t>it is not a lip service. it is, it is the culmination of a intellectual, of an intellectual journey.</w:t>
      </w:r>
    </w:p>
    <w:p>
      <w:pPr>
        <w:jc w:val="right"/>
      </w:pPr>
      <w:r>
        <w:t>اٹ از ناٹ ا لپ سروس۔ اٹ از، اٹ از دا کلمنیشن اف ا انٹلیکچول، اف این انٹلیکچول جرنی۔</w:t>
      </w:r>
    </w:p>
    <w:p>
      <w:r>
        <w:rPr>
          <w:b/>
        </w:rPr>
        <w:t xml:space="preserve">[15:55] </w:t>
      </w:r>
      <w:r>
        <w:t>seeing "la ilaha illallah" is a culmination of an intellectual journey. this kalma, this shahadat.</w:t>
      </w:r>
    </w:p>
    <w:p>
      <w:pPr>
        <w:jc w:val="right"/>
      </w:pPr>
      <w:r>
        <w:t>سیئنگ "لا الہ الا اللہ" از ا کلمنیشن اف این انٹلیکچول جرنی۔ دس کلمہ، دس شہادت۔</w:t>
      </w:r>
    </w:p>
    <w:p>
      <w:r>
        <w:rPr>
          <w:b/>
        </w:rPr>
        <w:t xml:space="preserve">[16:10] </w:t>
      </w:r>
      <w:r>
        <w:t>when you say "la ilaha illallah muhammad rasulullah", in other words, you are saying that i bear witness.</w:t>
      </w:r>
    </w:p>
    <w:p>
      <w:pPr>
        <w:jc w:val="right"/>
      </w:pPr>
      <w:r>
        <w:t>وین یو سے "لا الہ الا اللہ محمد رسول اللہ"، ان ادر ورڈز، یو آر سیئنگ دیٹ ائی بیئر وٹنس۔</w:t>
      </w:r>
    </w:p>
    <w:p>
      <w:r>
        <w:rPr>
          <w:b/>
        </w:rPr>
        <w:t xml:space="preserve">[16:24] </w:t>
      </w:r>
      <w:r>
        <w:t>after a long long discover, i bear witness. after a long survey, after long pursuit, that there is no god but one god.</w:t>
      </w:r>
    </w:p>
    <w:p>
      <w:pPr>
        <w:jc w:val="right"/>
      </w:pPr>
      <w:r>
        <w:t>افٹر ا لانگ لانگ ڈسکور، ائی بیئر وٹنس۔ افٹر ا لانگ سروے، افٹر لانگ پرسوٹ، دیٹ دیر از نو گاڈ بٹ ون گاڈ۔</w:t>
      </w:r>
    </w:p>
    <w:p>
      <w:r>
        <w:rPr>
          <w:b/>
        </w:rPr>
        <w:t xml:space="preserve">[16:40] </w:t>
      </w:r>
      <w:r>
        <w:t>when you say, i will repeat, when you say "la ilaha illallah muhammad rasulullah", in other words, you are saying that</w:t>
      </w:r>
    </w:p>
    <w:p>
      <w:pPr>
        <w:jc w:val="right"/>
      </w:pPr>
      <w:r>
        <w:t>وین یو سے، ائی ویل ریپیٹ، وین یو سے "لا الہ الا اللہ محمد رسول اللہ"، ان ادر ورڈز، یو آر سیئنگ دیٹ</w:t>
      </w:r>
    </w:p>
    <w:p>
      <w:r>
        <w:rPr>
          <w:b/>
        </w:rPr>
        <w:t xml:space="preserve">[17:00] </w:t>
      </w:r>
      <w:r>
        <w:t>i bear witness. that after a long pursuit, i have discovered, i have realized that there is no god but one god.</w:t>
      </w:r>
    </w:p>
    <w:p>
      <w:pPr>
        <w:jc w:val="right"/>
      </w:pPr>
      <w:r>
        <w:t>ائی بیئر وٹنس۔ دیٹ افٹر ا لانگ پرسوٹ، ائی ہیو ڈسکورڈ، ائی ہیو ریلائزڈ دیٹ دیر از نو گاڈ بٹ ون گاڈ۔</w:t>
      </w:r>
    </w:p>
    <w:p>
      <w:r>
        <w:rPr>
          <w:b/>
        </w:rPr>
        <w:t xml:space="preserve">[17:25] </w:t>
      </w:r>
      <w:r>
        <w:t>then god in islam is not a symbolic figure. no, god is a living being.</w:t>
      </w:r>
    </w:p>
    <w:p>
      <w:pPr>
        <w:jc w:val="right"/>
      </w:pPr>
      <w:r>
        <w:t>دین گاڈ ان اسلام از ناٹ ا سمبولک فیگر۔ نو، گاڈ از ا لیونگ بینگ۔</w:t>
      </w:r>
    </w:p>
    <w:p>
      <w:r>
        <w:rPr>
          <w:b/>
        </w:rPr>
        <w:t xml:space="preserve">[17:37] </w:t>
      </w:r>
      <w:r>
        <w:t>god is a person like ours, a living person. aldu his personality is quite different.</w:t>
      </w:r>
    </w:p>
    <w:p>
      <w:pPr>
        <w:jc w:val="right"/>
      </w:pPr>
      <w:r>
        <w:t>گاڈ از ا پرسن لائک اورز، ا لیونگ پرسن۔ الدو ہز پرسنیلٹی از کوائٹ ڈفرنٹ۔</w:t>
      </w:r>
    </w:p>
    <w:p>
      <w:r>
        <w:rPr>
          <w:b/>
        </w:rPr>
        <w:t xml:space="preserve">[17:50] </w:t>
      </w:r>
      <w:r>
        <w:t>we are limited, god is unlimited,</w:t>
      </w:r>
    </w:p>
    <w:p>
      <w:pPr>
        <w:jc w:val="right"/>
      </w:pPr>
      <w:r>
        <w:t>وی آر لمیٹڈ، گاڈ از ان لمیٹڈ،</w:t>
      </w:r>
    </w:p>
    <w:p>
      <w:r>
        <w:rPr>
          <w:b/>
        </w:rPr>
        <w:t xml:space="preserve">[17:55] </w:t>
      </w:r>
      <w:r>
        <w:t>but</w:t>
      </w:r>
    </w:p>
    <w:p>
      <w:pPr>
        <w:jc w:val="right"/>
      </w:pPr>
      <w:r>
        <w:t>بٹ</w:t>
      </w:r>
    </w:p>
    <w:p>
      <w:r>
        <w:rPr>
          <w:b/>
        </w:rPr>
        <w:t xml:space="preserve">[18:00] </w:t>
      </w:r>
      <w:r>
        <w:t>he is a person. he has a personality. aldu his personality is unlimited, undiscoverable, unobservable,</w:t>
      </w:r>
    </w:p>
    <w:p>
      <w:pPr>
        <w:jc w:val="right"/>
      </w:pPr>
      <w:r>
        <w:t>ہی از ا پرسن۔ ہی ہیز ا پرسنیلٹی۔ الدو ہز پرسنیلٹی از ان لمیٹڈ، ان ڈسکوریبل، ان ابزرویبل،</w:t>
      </w:r>
    </w:p>
    <w:p>
      <w:r>
        <w:rPr>
          <w:b/>
        </w:rPr>
        <w:t xml:space="preserve">[18:15] </w:t>
      </w:r>
      <w:r>
        <w:t>but he is. then it is god who has created the cosmos, the universe, the solar system, all the planets and stars, everything.</w:t>
      </w:r>
    </w:p>
    <w:p>
      <w:pPr>
        <w:jc w:val="right"/>
      </w:pPr>
      <w:r>
        <w:t>بٹ ہی از۔ دین اٹ از گاڈ ہو ہیز کریٹڈ دا کاسموس، دا یونیورس، دا سولر سسٹم، ال دا پلینٹس اینڈ سٹارز، ایوری تھنگ۔</w:t>
      </w:r>
    </w:p>
    <w:p>
      <w:r>
        <w:rPr>
          <w:b/>
        </w:rPr>
        <w:t xml:space="preserve">[18:32] </w:t>
      </w:r>
      <w:r>
        <w:t>then god is the only sustainer. he is the only sustainer, rabb al-samawat wa al-ard.</w:t>
      </w:r>
    </w:p>
    <w:p>
      <w:pPr>
        <w:jc w:val="right"/>
      </w:pPr>
      <w:r>
        <w:t>دین گاڈ از دا اونلی سسٹینر۔ ہی از دا اونلی سسٹینر، رب السماوات والارض۔</w:t>
      </w:r>
    </w:p>
    <w:p>
      <w:r>
        <w:rPr>
          <w:b/>
        </w:rPr>
        <w:t xml:space="preserve">[18:44] </w:t>
      </w:r>
      <w:r>
        <w:t>everything is under his direct control.</w:t>
      </w:r>
    </w:p>
    <w:p>
      <w:pPr>
        <w:jc w:val="right"/>
      </w:pPr>
      <w:r>
        <w:t>ایوری تھنگ از انڈر ہز ڈائریکٹ کنٹرول۔</w:t>
      </w:r>
    </w:p>
    <w:p>
      <w:r>
        <w:rPr>
          <w:b/>
        </w:rPr>
        <w:t xml:space="preserve">[18:52] </w:t>
      </w:r>
      <w:r>
        <w:t>everything in this, in this universe is in his direct control.</w:t>
      </w:r>
    </w:p>
    <w:p>
      <w:pPr>
        <w:jc w:val="right"/>
      </w:pPr>
      <w:r>
        <w:t>ایوری تھنگ ان دس، ان دس یونیورس از ان ہز ڈائریکٹ کنٹرول۔</w:t>
      </w:r>
    </w:p>
    <w:p>
      <w:r>
        <w:rPr>
          <w:b/>
        </w:rPr>
        <w:t xml:space="preserve">[19:02] </w:t>
      </w:r>
      <w:r>
        <w:t>then he is the lord of the day of judgment, malik yawm al-din.</w:t>
      </w:r>
    </w:p>
    <w:p>
      <w:pPr>
        <w:jc w:val="right"/>
      </w:pPr>
      <w:r>
        <w:t>دین ہی از دا لارڈ اف دا ڈے اف ججمنٹ، مالک یوم الدین۔</w:t>
      </w:r>
    </w:p>
    <w:p>
      <w:r>
        <w:rPr>
          <w:b/>
        </w:rPr>
        <w:t xml:space="preserve">[19:11] </w:t>
      </w:r>
      <w:r>
        <w:t>he is the lord of the day of judgment. so all these things are included in kalma.</w:t>
      </w:r>
    </w:p>
    <w:p>
      <w:pPr>
        <w:jc w:val="right"/>
      </w:pPr>
      <w:r>
        <w:t>ہی از دا لارڈ اف دا ڈے اف ججمنٹ۔ سو ال دیز تھنگز ار انکلوڈڈ ان کلمہ۔</w:t>
      </w:r>
    </w:p>
    <w:p>
      <w:r>
        <w:rPr>
          <w:b/>
        </w:rPr>
        <w:t xml:space="preserve">[19:20] </w:t>
      </w:r>
      <w:r>
        <w:t>all these things are included in kalma.</w:t>
      </w:r>
    </w:p>
    <w:p>
      <w:pPr>
        <w:jc w:val="right"/>
      </w:pPr>
      <w:r>
        <w:t>ال دیز تھنگز ار انکلوڈڈ ان کلمہ۔</w:t>
      </w:r>
    </w:p>
    <w:p>
      <w:r>
        <w:rPr>
          <w:b/>
        </w:rPr>
        <w:t xml:space="preserve">[19:26] </w:t>
      </w:r>
      <w:r>
        <w:t>here i would like to add that historically there are two different concept of god.</w:t>
      </w:r>
    </w:p>
    <w:p>
      <w:pPr>
        <w:jc w:val="right"/>
      </w:pPr>
      <w:r>
        <w:t>ہیر ائی وڈ لائک ٹو ایڈ دیٹ ہسٹوریکلی دیر ار ٹو ڈفرنٹ کانسیپٹ اف گاڈ۔</w:t>
      </w:r>
    </w:p>
    <w:p>
      <w:r>
        <w:rPr>
          <w:b/>
        </w:rPr>
        <w:t xml:space="preserve">[19:37] </w:t>
      </w:r>
      <w:r>
        <w:t>according to the history, there are two different concept of god.</w:t>
      </w:r>
    </w:p>
    <w:p>
      <w:pPr>
        <w:jc w:val="right"/>
      </w:pPr>
      <w:r>
        <w:t>اکارڈنگ ٹو دا ہسٹری، دیر ار ٹو ڈفرنٹ کانسیپٹ اف گاڈ۔</w:t>
      </w:r>
    </w:p>
    <w:p>
      <w:r>
        <w:rPr>
          <w:b/>
        </w:rPr>
        <w:t xml:space="preserve">[19:46] </w:t>
      </w:r>
      <w:r>
        <w:t>one is called monism, m o n i s m, monism. the second is called monotheism.</w:t>
      </w:r>
    </w:p>
    <w:p>
      <w:pPr>
        <w:jc w:val="right"/>
      </w:pPr>
      <w:r>
        <w:t>ون از کالڈ مونزم، ایم او این ائی ایس ایم، مونزم۔ دا سیکنڈ از کالڈ مونوتھیزم۔</w:t>
      </w:r>
    </w:p>
    <w:p>
      <w:r>
        <w:rPr>
          <w:b/>
        </w:rPr>
        <w:t xml:space="preserve">[20:01] </w:t>
      </w:r>
      <w:r>
        <w:t>monism means although monist people believe in the oneness of god, but their god is impersonal, quite different.</w:t>
      </w:r>
    </w:p>
    <w:p>
      <w:pPr>
        <w:jc w:val="right"/>
      </w:pPr>
      <w:r>
        <w:t>مونزم مینز الدو مونسٹ پیپل بیلیو ان دا وننس اف گاڈ، بٹ دیر گاڈ از امپرسنل، کوائٹ ڈفرنٹ۔</w:t>
      </w:r>
    </w:p>
    <w:p>
      <w:r>
        <w:rPr>
          <w:b/>
        </w:rPr>
        <w:t xml:space="preserve">[20:17] </w:t>
      </w:r>
      <w:r>
        <w:t>monist people don't believe in personal god. their god is impersonal, just like spirit, just like cosmic rays, just like gravity.</w:t>
      </w:r>
    </w:p>
    <w:p>
      <w:pPr>
        <w:jc w:val="right"/>
      </w:pPr>
      <w:r>
        <w:t>مونسٹ پیپل ڈونٹ بیلیو ان پرسنل گاڈ۔ دیر گاڈ از امپرسنل، جسٹ لائک اسپیٹ، جسٹ لائک کاسمک ریز، جسٹ لائک گریویٹی۔</w:t>
      </w:r>
    </w:p>
    <w:p>
      <w:r>
        <w:rPr>
          <w:b/>
        </w:rPr>
        <w:t xml:space="preserve">[20:36] </w:t>
      </w:r>
      <w:r>
        <w:t>so monism, monist school believes in god, but their god is not a personal god.</w:t>
      </w:r>
    </w:p>
    <w:p>
      <w:pPr>
        <w:jc w:val="right"/>
      </w:pPr>
      <w:r>
        <w:t>سو مونزم، مونسٹ سکول بیلیوز ان گاڈ، بٹ دیر گاڈ از ناٹ ا پرسنل گاڈ۔</w:t>
      </w:r>
    </w:p>
    <w:p>
      <w:r>
        <w:rPr>
          <w:b/>
        </w:rPr>
        <w:t xml:space="preserve">[20:48] </w:t>
      </w:r>
      <w:r>
        <w:t>their god is an impersonal god. so god is not a creator. he is not a sustainer.</w:t>
      </w:r>
    </w:p>
    <w:p>
      <w:pPr>
        <w:jc w:val="right"/>
      </w:pPr>
      <w:r>
        <w:t>دیر گاڈ از این امپرسنل گاڈ۔ سو گاڈ از ناٹ ا کریٹر۔ ہی از ناٹ ا سسٹینر۔</w:t>
      </w:r>
    </w:p>
    <w:p>
      <w:r>
        <w:rPr>
          <w:b/>
        </w:rPr>
        <w:t xml:space="preserve">[20:58] </w:t>
      </w:r>
      <w:r>
        <w:t>he is not a lord of judgment. all these things are quite irrelevant to that concept. according to this concept, god exists, but it existence is like gravity, like cosmic rays.</w:t>
      </w:r>
    </w:p>
    <w:p>
      <w:pPr>
        <w:jc w:val="right"/>
      </w:pPr>
      <w:r>
        <w:t>ہی از ناٹ ا لارڈ اف ججمنٹ۔ ال دیز تھنگز ار کوائٹ اریلیونٹ ٹو دیٹ کانسیپٹ۔ اکارڈنگ ٹو دس کانسیپٹ، گاڈ ایگزسٹ، بٹ اٹ ایگزسٹنس از لائک گریویٹی، لائک کاسمک ریز۔</w:t>
      </w:r>
    </w:p>
    <w:p>
      <w:r>
        <w:rPr>
          <w:b/>
        </w:rPr>
        <w:t xml:space="preserve">[21:22] </w:t>
      </w:r>
      <w:r>
        <w:t>so they don't believe that god is a creator, god is a sustainer. no,</w:t>
      </w:r>
    </w:p>
    <w:p>
      <w:pPr>
        <w:jc w:val="right"/>
      </w:pPr>
      <w:r>
        <w:t>سو دے ڈونٹ بیلیو دیٹ گاڈ از ا کریٹر، گاڈ از ا سسٹینر۔ نو،</w:t>
      </w:r>
    </w:p>
    <w:p>
      <w:r>
        <w:rPr>
          <w:b/>
        </w:rPr>
        <w:t xml:space="preserve">[21:33] </w:t>
      </w:r>
      <w:r>
        <w:t>but monotheism or monotheistic concept is quite different.</w:t>
      </w:r>
    </w:p>
    <w:p>
      <w:pPr>
        <w:jc w:val="right"/>
      </w:pPr>
      <w:r>
        <w:t>بٹ مونوتھیزم اور مونوتھیسٹک کانسیپٹ از کوائٹ ڈفرنٹ۔</w:t>
      </w:r>
    </w:p>
    <w:p>
      <w:r>
        <w:rPr>
          <w:b/>
        </w:rPr>
        <w:t xml:space="preserve">[21:44] </w:t>
      </w:r>
      <w:r>
        <w:t>under this theory, under this ideology, we believe that god is a person.</w:t>
      </w:r>
    </w:p>
    <w:p>
      <w:pPr>
        <w:jc w:val="right"/>
      </w:pPr>
      <w:r>
        <w:t>انڈر دس تھیوری، اندر دس ائیڈیالوجی، وی بیلیو دیٹ گاڈ از ا پرسن۔</w:t>
      </w:r>
    </w:p>
    <w:p>
      <w:r>
        <w:rPr>
          <w:b/>
        </w:rPr>
        <w:t xml:space="preserve">[21:54] </w:t>
      </w:r>
      <w:r>
        <w:t>god is a different being. god is all powerful.</w:t>
      </w:r>
    </w:p>
    <w:p>
      <w:pPr>
        <w:jc w:val="right"/>
      </w:pPr>
      <w:r>
        <w:t>گاڈ از ا ڈفرنٹ بینگ۔ گاڈ از ال پاور فل۔</w:t>
      </w:r>
    </w:p>
    <w:p>
      <w:r>
        <w:rPr>
          <w:b/>
        </w:rPr>
        <w:t xml:space="preserve">[22:07] </w:t>
      </w:r>
      <w:r>
        <w:t>god is the creator. he is the sustainer. he is the lord of the judgment.</w:t>
      </w:r>
    </w:p>
    <w:p>
      <w:pPr>
        <w:jc w:val="right"/>
      </w:pPr>
      <w:r>
        <w:t>گاڈ از دا کریٹر۔ ہی از دا سسٹینر۔ ہی از دا لارڈ اف دا ججمنٹ۔</w:t>
      </w:r>
    </w:p>
    <w:p>
      <w:r>
        <w:rPr>
          <w:b/>
        </w:rPr>
        <w:t xml:space="preserve">[22:18] </w:t>
      </w:r>
      <w:r>
        <w:t>so although monist school or monotheistic school both believe in god, but the concept is quite different, quite different.</w:t>
      </w:r>
    </w:p>
    <w:p>
      <w:pPr>
        <w:jc w:val="right"/>
      </w:pPr>
      <w:r>
        <w:t>سو الدو مونسٹ سکول اور مونوتھیسٹک سکول بوتھ بیلیو ان گاڈ، بٹ دا کانسیپٹ از کوائٹ ڈفرنٹ، کوائٹ ڈفرنٹ۔</w:t>
      </w:r>
    </w:p>
    <w:p>
      <w:r>
        <w:rPr>
          <w:b/>
        </w:rPr>
        <w:t xml:space="preserve">[22:32] </w:t>
      </w:r>
      <w:r>
        <w:t>according to my study, i can say that monism is a philosophical concept of god.</w:t>
      </w:r>
    </w:p>
    <w:p>
      <w:pPr>
        <w:jc w:val="right"/>
      </w:pPr>
      <w:r>
        <w:t>اکارڈنگ ٹو مائی سٹڈی، ائی کین سے دیٹ مونزم از ا فلاسفیکل کانسیپٹ اف گاڈ۔</w:t>
      </w:r>
    </w:p>
    <w:p>
      <w:r>
        <w:rPr>
          <w:b/>
        </w:rPr>
        <w:t xml:space="preserve">[22:45] </w:t>
      </w:r>
      <w:r>
        <w:t>according to my study, i can say that monism is nothing but a philosophical concept of god, but monotheism is based on revelation.</w:t>
      </w:r>
    </w:p>
    <w:p>
      <w:pPr>
        <w:jc w:val="right"/>
      </w:pPr>
      <w:r>
        <w:t>اکارڈنگ ٹو مائی سٹڈی، ائی کین سے دیٹ مونزم از نتھنگ بٹ ا فلاسفیکل کانسیپٹ اف گاڈ، بٹ مونوتھیزم از بیسڈ ان ریولیشن۔</w:t>
      </w:r>
    </w:p>
    <w:p>
      <w:r>
        <w:rPr>
          <w:b/>
        </w:rPr>
        <w:t xml:space="preserve">[23:06] </w:t>
      </w:r>
      <w:r>
        <w:t>monotheism is based on, on the, on that ideology which was revealed to the prophets.</w:t>
      </w:r>
    </w:p>
    <w:p>
      <w:pPr>
        <w:jc w:val="right"/>
      </w:pPr>
      <w:r>
        <w:t>مونوتھیزم از بیسڈ ان، ان دا، ان دیٹ ائیڈیالوجی وچ واز ریویلڈ ٹو دا پرافٹس۔</w:t>
      </w:r>
    </w:p>
    <w:p>
      <w:r>
        <w:rPr>
          <w:b/>
        </w:rPr>
        <w:t xml:space="preserve">[23:20] </w:t>
      </w:r>
      <w:r>
        <w:t>and quran is a preserved account of that revelations.</w:t>
      </w:r>
    </w:p>
    <w:p>
      <w:pPr>
        <w:jc w:val="right"/>
      </w:pPr>
      <w:r>
        <w:t>اینڈ قران از ا پریزروڈ اکاؤنٹ اف دیٹ ریولیشنز۔</w:t>
      </w:r>
    </w:p>
    <w:p>
      <w:r>
        <w:rPr>
          <w:b/>
        </w:rPr>
        <w:t xml:space="preserve">[23:31] </w:t>
      </w:r>
      <w:r>
        <w:t>quran is not new book. quran is just a preserved account of</w:t>
      </w:r>
    </w:p>
    <w:p>
      <w:pPr>
        <w:jc w:val="right"/>
      </w:pPr>
      <w:r>
        <w:t>قران از ناٹ نیو بک۔ قران از جسٹ ا پریزروڈ اکاؤنٹ اف</w:t>
      </w:r>
    </w:p>
    <w:p>
      <w:r>
        <w:rPr>
          <w:b/>
        </w:rPr>
        <w:t xml:space="preserve">[23:43] </w:t>
      </w:r>
      <w:r>
        <w:t>revelation.</w:t>
      </w:r>
    </w:p>
    <w:p>
      <w:pPr>
        <w:jc w:val="right"/>
      </w:pPr>
      <w:r>
        <w:t>ریولیشن۔</w:t>
      </w:r>
    </w:p>
    <w:p>
      <w:r>
        <w:rPr>
          <w:b/>
        </w:rPr>
        <w:t xml:space="preserve">[23:50] </w:t>
      </w:r>
      <w:r>
        <w:t>so it is not a new religion, but it is a divine religion</w:t>
      </w:r>
    </w:p>
    <w:p>
      <w:pPr>
        <w:jc w:val="right"/>
      </w:pPr>
      <w:r>
        <w:t>سو اٹ از ناٹ ا نیو ریلیجن، بٹ اٹ از ا ڈیوائن ریلیجن</w:t>
      </w:r>
    </w:p>
    <w:p>
      <w:r>
        <w:rPr>
          <w:b/>
        </w:rPr>
        <w:t xml:space="preserve">[24:00] </w:t>
      </w:r>
      <w:r>
        <w:t>that was revealed to all the prophets of god. now,</w:t>
      </w:r>
    </w:p>
    <w:p>
      <w:pPr>
        <w:jc w:val="right"/>
      </w:pPr>
      <w:r>
        <w:t>دیٹ واز ریویلڈ ٹو ال دا پرافٹس اف گاڈ۔ ناو،</w:t>
      </w:r>
    </w:p>
    <w:p>
      <w:r>
        <w:rPr>
          <w:b/>
        </w:rPr>
        <w:t xml:space="preserve">[24:07] </w:t>
      </w:r>
      <w:r>
        <w:t>why we need god? why we need god?</w:t>
      </w:r>
    </w:p>
    <w:p>
      <w:pPr>
        <w:jc w:val="right"/>
      </w:pPr>
      <w:r>
        <w:t>وائی وی نیڈ گاڈ؟ وائی وی نیڈ گاڈ؟</w:t>
      </w:r>
    </w:p>
    <w:p>
      <w:r>
        <w:rPr>
          <w:b/>
        </w:rPr>
        <w:t xml:space="preserve">[24:16] </w:t>
      </w:r>
      <w:r>
        <w:t>first of all, to explain the,</w:t>
      </w:r>
    </w:p>
    <w:p>
      <w:pPr>
        <w:jc w:val="right"/>
      </w:pPr>
      <w:r>
        <w:t>فرسٹ اف ال، ٹو ایکسپلین دا،</w:t>
      </w:r>
    </w:p>
    <w:p>
      <w:r>
        <w:rPr>
          <w:b/>
        </w:rPr>
        <w:t xml:space="preserve">[24:24] </w:t>
      </w:r>
      <w:r>
        <w:t>the,</w:t>
      </w:r>
    </w:p>
    <w:p>
      <w:pPr>
        <w:jc w:val="right"/>
      </w:pPr>
      <w:r>
        <w:t>دا،</w:t>
      </w:r>
    </w:p>
    <w:p>
      <w:r>
        <w:rPr>
          <w:b/>
        </w:rPr>
        <w:t xml:space="preserve">[24:28] </w:t>
      </w:r>
      <w:r>
        <w:t>to explain the world, to explain the universe,</w:t>
      </w:r>
    </w:p>
    <w:p>
      <w:pPr>
        <w:jc w:val="right"/>
      </w:pPr>
      <w:r>
        <w:t>ٹو ایکسپلین دا ورلڈ، ٹو ایکسپلین دا یونیورس،</w:t>
      </w:r>
    </w:p>
    <w:p>
      <w:r>
        <w:rPr>
          <w:b/>
        </w:rPr>
        <w:t xml:space="preserve">[24:35] </w:t>
      </w:r>
      <w:r>
        <w:t>to explain the all natural phenomena.</w:t>
      </w:r>
    </w:p>
    <w:p>
      <w:pPr>
        <w:jc w:val="right"/>
      </w:pPr>
      <w:r>
        <w:t>ٹو ایکسپلین دا ال نیچرل فیناومینا۔</w:t>
      </w:r>
    </w:p>
    <w:p>
      <w:r>
        <w:rPr>
          <w:b/>
        </w:rPr>
        <w:t xml:space="preserve">[24:47] </w:t>
      </w:r>
      <w:r>
        <w:t>we know directly that there is a universe, there is a nature, there are activities,</w:t>
      </w:r>
    </w:p>
    <w:p>
      <w:pPr>
        <w:jc w:val="right"/>
      </w:pPr>
      <w:r>
        <w:t>وی نو ڈائریکٹلی دیٹ دیر از ا یونیورس، دیر از ا نیچر، دیر ار ایکٹیویٹیز،</w:t>
      </w:r>
    </w:p>
    <w:p>
      <w:r>
        <w:rPr>
          <w:b/>
        </w:rPr>
        <w:t xml:space="preserve">[25:01] </w:t>
      </w:r>
      <w:r>
        <w:t>there are creatures. all these things are observable, but who created these things?</w:t>
      </w:r>
    </w:p>
    <w:p>
      <w:pPr>
        <w:jc w:val="right"/>
      </w:pPr>
      <w:r>
        <w:t>دیر ار کریچرز۔ ال دیز تھنگز ار ابزرویبل، بٹ ہو کریٹڈ دیز تھنگز؟</w:t>
      </w:r>
    </w:p>
    <w:p>
      <w:r>
        <w:rPr>
          <w:b/>
        </w:rPr>
        <w:t xml:space="preserve">[25:11] </w:t>
      </w:r>
      <w:r>
        <w:t>this is not observable.</w:t>
      </w:r>
    </w:p>
    <w:p>
      <w:pPr>
        <w:jc w:val="right"/>
      </w:pPr>
      <w:r>
        <w:t>دس از ناٹ ابزرویبل۔</w:t>
      </w:r>
    </w:p>
    <w:p>
      <w:r>
        <w:rPr>
          <w:b/>
        </w:rPr>
        <w:t xml:space="preserve">[25:15] </w:t>
      </w:r>
      <w:r>
        <w:t>so believer is one who discovers this fact that there is a god who created all these things.</w:t>
      </w:r>
    </w:p>
    <w:p>
      <w:pPr>
        <w:jc w:val="right"/>
      </w:pPr>
      <w:r>
        <w:t>سو بیلیور از ون ہو ڈسکورز دس فیکٹ دیٹ دیر از ا گاڈ ہو کریٹڈ ال دیز تھنگز۔</w:t>
      </w:r>
    </w:p>
    <w:p>
      <w:r>
        <w:rPr>
          <w:b/>
        </w:rPr>
        <w:t xml:space="preserve">[25:29] </w:t>
      </w:r>
      <w:r>
        <w:t>in this sense, imaan is a discovery. nature is there, solar system is there, man and animal are there, ocean and mountain are there,</w:t>
      </w:r>
    </w:p>
    <w:p>
      <w:pPr>
        <w:jc w:val="right"/>
      </w:pPr>
      <w:r>
        <w:t>ان دس سینس، ایمان از ا ڈسکوری۔ نیچر از دیر، سولر سسٹم از دیر، مین اینڈ اینیمل ار دیر، اوشن اینڈ ماؤنٹین ار دیر،</w:t>
      </w:r>
    </w:p>
    <w:p>
      <w:r>
        <w:rPr>
          <w:b/>
        </w:rPr>
        <w:t xml:space="preserve">[25:44] </w:t>
      </w:r>
      <w:r>
        <w:t>whole world of nature is there, but who is a creator? when we discover this fact that it is god almighty who created all these things, then</w:t>
      </w:r>
    </w:p>
    <w:p>
      <w:pPr>
        <w:jc w:val="right"/>
      </w:pPr>
      <w:r>
        <w:t>ہول ورلڈ اف نیچر از دیر، بٹ ہو از ا کریٹر؟ وین وی ڈسکور دس فیکٹ دیٹ اٹ از گاڈ المائٹی ہو کریٹڈ ال دیز تھنگز، دین</w:t>
      </w:r>
    </w:p>
    <w:p>
      <w:r>
        <w:rPr>
          <w:b/>
        </w:rPr>
        <w:t xml:space="preserve">[26:06] </w:t>
      </w:r>
      <w:r>
        <w:t>we can say: "la ilaha illallah". this is the beginning of faith, this is the beginning of imaan. so the first aspect of kalma is</w:t>
      </w:r>
    </w:p>
    <w:p>
      <w:pPr>
        <w:jc w:val="right"/>
      </w:pPr>
      <w:r>
        <w:t>وی کین سے: "لا الہ الا اللہ"۔ دس از دا بگننگ اف فیتھ، دس از دا بگننگ اف ایمان۔ سو دا فرسٹ اسپیکٹ اف کلمہ از</w:t>
      </w:r>
    </w:p>
    <w:p>
      <w:r>
        <w:rPr>
          <w:b/>
        </w:rPr>
        <w:t xml:space="preserve">[26:25] </w:t>
      </w:r>
      <w:r>
        <w:t>through this kalma, we can explain the world, the existing world, the expanding universe,</w:t>
      </w:r>
    </w:p>
    <w:p>
      <w:pPr>
        <w:jc w:val="right"/>
      </w:pPr>
      <w:r>
        <w:t>تھرو دس کلمہ، وی کین ایکسپلین دا ورلڈ، دا ایگزسٹنگ ورلڈ، دا ایکسپینڈنگ یونیورس،</w:t>
      </w:r>
    </w:p>
    <w:p>
      <w:r>
        <w:rPr>
          <w:b/>
        </w:rPr>
        <w:t xml:space="preserve">[26:41] </w:t>
      </w:r>
      <w:r>
        <w:t>all the phenomena. all the phenomena is called nature.</w:t>
      </w:r>
    </w:p>
    <w:p>
      <w:pPr>
        <w:jc w:val="right"/>
      </w:pPr>
      <w:r>
        <w:t>ال دو فیناومینا۔ الدو فیناومینا از کالڈ نیچر۔</w:t>
      </w:r>
    </w:p>
    <w:p>
      <w:r>
        <w:rPr>
          <w:b/>
        </w:rPr>
        <w:t xml:space="preserve">[26:48] </w:t>
      </w:r>
      <w:r>
        <w:t>so this kalma gives us an ideology by which we can explain all these things.</w:t>
      </w:r>
    </w:p>
    <w:p>
      <w:pPr>
        <w:jc w:val="right"/>
      </w:pPr>
      <w:r>
        <w:t>سو دس کلمہ گیوز اس این ائیڈیالوجی بائے وچ وی کین ایکسپلین ال دیز تھنگز۔</w:t>
      </w:r>
    </w:p>
    <w:p>
      <w:r>
        <w:rPr>
          <w:b/>
        </w:rPr>
        <w:t xml:space="preserve">[27:02] </w:t>
      </w:r>
      <w:r>
        <w:t>then we need a source of conviction. in this world, we find our self alone,</w:t>
      </w:r>
    </w:p>
    <w:p>
      <w:pPr>
        <w:jc w:val="right"/>
      </w:pPr>
      <w:r>
        <w:t>دین وی نیڈ ا سورس اف کنوکشن۔ ان دس ورلڈ، وی فائنڈ اور سیلف الون،</w:t>
      </w:r>
    </w:p>
    <w:p>
      <w:r>
        <w:rPr>
          <w:b/>
        </w:rPr>
        <w:t xml:space="preserve">[27:13] </w:t>
      </w:r>
      <w:r>
        <w:t>helpless. every time, we need a source of conviction.</w:t>
      </w:r>
    </w:p>
    <w:p>
      <w:pPr>
        <w:jc w:val="right"/>
      </w:pPr>
      <w:r>
        <w:t>ہیلپ لیس۔ ایوری ٹائم، وی نیڈ ا سورس اف کنوکشن۔</w:t>
      </w:r>
    </w:p>
    <w:p>
      <w:r>
        <w:rPr>
          <w:b/>
        </w:rPr>
        <w:t xml:space="preserve">[27:22] </w:t>
      </w:r>
      <w:r>
        <w:t>without source of conviction, we cannot sustain our efforts. here i would like to give some examples.</w:t>
      </w:r>
    </w:p>
    <w:p>
      <w:pPr>
        <w:jc w:val="right"/>
      </w:pPr>
      <w:r>
        <w:t>وداؤٹ سورس اف کنوکشن، وی کین ناٹ سسٹین اور ایفرٹس۔ ہیر ائی وڈ لائک ٹو گیو سم ایگزامپلز۔</w:t>
      </w:r>
    </w:p>
    <w:p>
      <w:r>
        <w:rPr>
          <w:b/>
        </w:rPr>
        <w:t xml:space="preserve">[27:34] </w:t>
      </w:r>
      <w:r>
        <w:t>when</w:t>
      </w:r>
    </w:p>
    <w:p>
      <w:pPr>
        <w:jc w:val="right"/>
      </w:pPr>
      <w:r>
        <w:t>وین</w:t>
      </w:r>
    </w:p>
    <w:p>
      <w:r>
        <w:rPr>
          <w:b/>
        </w:rPr>
        <w:t xml:space="preserve">[27:39] </w:t>
      </w:r>
      <w:r>
        <w:t>prophet ibrahim</w:t>
      </w:r>
    </w:p>
    <w:p>
      <w:pPr>
        <w:jc w:val="right"/>
      </w:pPr>
      <w:r>
        <w:t>پرافٹ ابراہم</w:t>
      </w:r>
    </w:p>
    <w:p>
      <w:r>
        <w:rPr>
          <w:b/>
        </w:rPr>
        <w:t xml:space="preserve">[27:43] </w:t>
      </w:r>
      <w:r>
        <w:t>proceeded from his homeland</w:t>
      </w:r>
    </w:p>
    <w:p>
      <w:pPr>
        <w:jc w:val="right"/>
      </w:pPr>
      <w:r>
        <w:t>پروسیڈڈ فرام ہز ہوم لینڈ</w:t>
      </w:r>
    </w:p>
    <w:p>
      <w:r>
        <w:rPr>
          <w:b/>
        </w:rPr>
        <w:t xml:space="preserve">[27:49] </w:t>
      </w:r>
      <w:r>
        <w:t>with his wife hajar and</w:t>
      </w:r>
    </w:p>
    <w:p>
      <w:pPr>
        <w:jc w:val="right"/>
      </w:pPr>
      <w:r>
        <w:t>ود ہز وائف ہاجرہ اینڈ</w:t>
      </w:r>
    </w:p>
    <w:p>
      <w:r>
        <w:rPr>
          <w:b/>
        </w:rPr>
        <w:t xml:space="preserve">[27:56] </w:t>
      </w:r>
      <w:r>
        <w:t>and son ismail, he left his homeland and settled his family in the desert near mecca.</w:t>
      </w:r>
    </w:p>
    <w:p>
      <w:pPr>
        <w:jc w:val="right"/>
      </w:pPr>
      <w:r>
        <w:t>اینڈ سن اسماعیل، ہی لیفٹ ہز ہوم لینڈ اینڈ سیٹل ہز فیملی ان دی ان ڈیزرٹ نیئر مکہ۔</w:t>
      </w:r>
    </w:p>
    <w:p>
      <w:r>
        <w:rPr>
          <w:b/>
        </w:rPr>
        <w:t xml:space="preserve">[28:10] </w:t>
      </w:r>
      <w:r>
        <w:t>at that time, mecca was completely a desert, a deserted area. so how was it possible?</w:t>
      </w:r>
    </w:p>
    <w:p>
      <w:pPr>
        <w:jc w:val="right"/>
      </w:pPr>
      <w:r>
        <w:t>ایٹ دیٹ ٹائم، مکہ واز کمپلیٹلی ا ڈیزرٹ، ا ڈیزرٹڈ ایریا۔ سو ہاؤ واز اٹ پاسیبل؟</w:t>
      </w:r>
    </w:p>
    <w:p>
      <w:r>
        <w:rPr>
          <w:b/>
        </w:rPr>
        <w:t xml:space="preserve">[28:21] </w:t>
      </w:r>
      <w:r>
        <w:t>how it was possible? it was possible because he was having great faith in god.</w:t>
      </w:r>
    </w:p>
    <w:p>
      <w:pPr>
        <w:jc w:val="right"/>
      </w:pPr>
      <w:r>
        <w:t>ہاؤ اٹ واز پاسیبل؟ اٹ واز پاسیبل بیکاز ہی واز ہیونگ گریٹ فیتھ ان گاڈ۔</w:t>
      </w:r>
    </w:p>
    <w:p>
      <w:r>
        <w:rPr>
          <w:b/>
        </w:rPr>
        <w:t xml:space="preserve">[28:30] </w:t>
      </w:r>
      <w:r>
        <w:t>it was trust in god concept</w:t>
      </w:r>
    </w:p>
    <w:p>
      <w:pPr>
        <w:jc w:val="right"/>
      </w:pPr>
      <w:r>
        <w:t>اٹ واز ٹرسٹ ان گاڈ کانسیپٹ</w:t>
      </w:r>
    </w:p>
    <w:p>
      <w:r>
        <w:rPr>
          <w:b/>
        </w:rPr>
        <w:t xml:space="preserve">[28:37] </w:t>
      </w:r>
      <w:r>
        <w:t>that was his guide. without this trust, it is impossible for a man to settle in a place at a place where there is no water, no greenery, no food,</w:t>
      </w:r>
    </w:p>
    <w:p>
      <w:pPr>
        <w:jc w:val="right"/>
      </w:pPr>
      <w:r>
        <w:t>دیٹ واز ہز گائیڈ۔ وداؤٹ دس ٹرسٹ، اٹ از امپاسیبل فار ا مین ٹو سیٹل ان ا پلیس ایٹ ا پلیس ویر دیر از نو واٹر، نو گرینری، نو فوڈ،</w:t>
      </w:r>
    </w:p>
    <w:p>
      <w:r>
        <w:rPr>
          <w:b/>
        </w:rPr>
        <w:t xml:space="preserve">[28:57] </w:t>
      </w:r>
      <w:r>
        <w:t>nothing,</w:t>
      </w:r>
    </w:p>
    <w:p>
      <w:pPr>
        <w:jc w:val="right"/>
      </w:pPr>
      <w:r>
        <w:t>نتھنگ،</w:t>
      </w:r>
    </w:p>
    <w:p>
      <w:r>
        <w:rPr>
          <w:b/>
        </w:rPr>
        <w:t xml:space="preserve">[29:01] </w:t>
      </w:r>
      <w:r>
        <w:t>but</w:t>
      </w:r>
    </w:p>
    <w:p>
      <w:pPr>
        <w:jc w:val="right"/>
      </w:pPr>
      <w:r>
        <w:t>بٹ</w:t>
      </w:r>
    </w:p>
    <w:p>
      <w:r>
        <w:rPr>
          <w:b/>
        </w:rPr>
        <w:t xml:space="preserve">[29:06] </w:t>
      </w:r>
      <w:r>
        <w:t>he was having great faith. when he left hajar and ismail at the desert and and then he wanted to return, hajar asked: "why you are leaving us here where there is nothing?"</w:t>
      </w:r>
    </w:p>
    <w:p>
      <w:pPr>
        <w:jc w:val="right"/>
      </w:pPr>
      <w:r>
        <w:t>ہی واز ہیونگ گریٹ فیتھ۔ وین ہی لیفٹ ہاجرہ اینڈ اسماعیل ایٹ دا ڈیزرٹ اینڈ اینڈ دین ہی وانٹڈ ٹو ریٹرن، ہاجرہ اسکڈ: "وائی یو ار لیونگ اس ہیر ویر دیر از نتھنگ؟</w:t>
      </w:r>
    </w:p>
    <w:p>
      <w:r>
        <w:rPr>
          <w:b/>
        </w:rPr>
        <w:t xml:space="preserve">[29:29] </w:t>
      </w:r>
      <w:r>
        <w:t>der az no life support system?</w:t>
      </w:r>
    </w:p>
    <w:p>
      <w:pPr>
        <w:jc w:val="right"/>
      </w:pPr>
      <w:r>
        <w:t>دیر از نو لائف سپورٹ سسٹم؟"</w:t>
      </w:r>
    </w:p>
    <w:p>
      <w:r>
        <w:rPr>
          <w:b/>
        </w:rPr>
        <w:t xml:space="preserve">[29:35] </w:t>
      </w:r>
      <w:r>
        <w:t>he said:</w:t>
      </w:r>
    </w:p>
    <w:p>
      <w:pPr>
        <w:jc w:val="right"/>
      </w:pPr>
      <w:r>
        <w:t>ہی سیڈ:</w:t>
      </w:r>
    </w:p>
    <w:p>
      <w:r>
        <w:rPr>
          <w:b/>
        </w:rPr>
        <w:t xml:space="preserve">[29:39] </w:t>
      </w:r>
      <w:r>
        <w:t>"do you have received commandment from god? are you doing this under the commandment of god?" abraham said: "yes." then hajjara said:</w:t>
      </w:r>
    </w:p>
    <w:p>
      <w:pPr>
        <w:jc w:val="right"/>
      </w:pPr>
      <w:r>
        <w:t>"ڈو یو ہیو ریسیوڈ کمانڈمنٹ فرام گاڈ؟ ار یو ڈوئنگ دس انڈر دی کمانڈمنٹ اف گاڈ؟" ابراہم سیڈ: "یس۔" دین ہاجرہ سیڈ:</w:t>
      </w:r>
    </w:p>
    <w:p>
      <w:r>
        <w:rPr>
          <w:b/>
        </w:rPr>
        <w:t xml:space="preserve">[29:57] </w:t>
      </w:r>
      <w:r>
        <w:t>"god will not waste us. his end life is your na." this was trust in god.</w:t>
      </w:r>
    </w:p>
    <w:p>
      <w:pPr>
        <w:jc w:val="right"/>
      </w:pPr>
      <w:r>
        <w:t>"گاڈ ول ناٹ ویسٹ اس۔ ہز اینڈ لائف از یور نا۔" دس واز ٹرسٹ ان گاڈ۔</w:t>
      </w:r>
    </w:p>
    <w:p>
      <w:r>
        <w:rPr>
          <w:b/>
        </w:rPr>
        <w:t xml:space="preserve">[30:06] </w:t>
      </w:r>
      <w:r>
        <w:t>this was this. the trust in god was the oldest source of conviction for hajjara, for ismail, for abraham.</w:t>
      </w:r>
    </w:p>
    <w:p>
      <w:pPr>
        <w:jc w:val="right"/>
      </w:pPr>
      <w:r>
        <w:t>دس واز دس۔ دا ٹرسٹ ان گاڈ واز دا اولڈسٹ سورس اف کنوکشن فار ہاجرہ، فار اسماعیل، فار ابراہم۔</w:t>
      </w:r>
    </w:p>
    <w:p>
      <w:r>
        <w:rPr>
          <w:b/>
        </w:rPr>
        <w:t xml:space="preserve">[30:21] </w:t>
      </w:r>
      <w:r>
        <w:t>it was this act which was like opening a new history. it was this act which was like opening a new chapter in the human history.</w:t>
      </w:r>
    </w:p>
    <w:p>
      <w:pPr>
        <w:jc w:val="right"/>
      </w:pPr>
      <w:r>
        <w:t>اٹ واز دس ایکٹ وچ واز لائک اوپننگ ا نیو ہسٹری۔ اٹ واز دس ایکٹ وچ واز لائک اوپننگ ا نیو چیپٹر ان دی ہیومن ہسٹری۔</w:t>
      </w:r>
    </w:p>
    <w:p>
      <w:r>
        <w:rPr>
          <w:b/>
        </w:rPr>
        <w:t xml:space="preserve">[30:35] </w:t>
      </w:r>
      <w:r>
        <w:t>from this act, from this act, from this settlement, a new history began. but it was not possible without this source of conviction.</w:t>
      </w:r>
    </w:p>
    <w:p>
      <w:pPr>
        <w:jc w:val="right"/>
      </w:pPr>
      <w:r>
        <w:t>فرام دس ایکٹ، فرام دس ایکٹ، فرام دس سیٹلمنٹ، ا نیو ہسٹری بیگن۔ بٹ اٹ واز ناٹ پاسیبل وداؤٹ دس سورس اف کنوکشن۔</w:t>
      </w:r>
    </w:p>
    <w:p>
      <w:r>
        <w:rPr>
          <w:b/>
        </w:rPr>
        <w:t xml:space="preserve">[30:53] </w:t>
      </w:r>
      <w:r>
        <w:t>then you can see that moses left egypt with his community and settled in sinai that was desert.</w:t>
      </w:r>
    </w:p>
    <w:p>
      <w:pPr>
        <w:jc w:val="right"/>
      </w:pPr>
      <w:r>
        <w:t>دین یو کین سی دیٹ موسی لیفٹ ایجپٹ ود ہز کمیونٹی اینڈ سیٹلڈ ان سنائی دیٹ واز ڈیزرٹ۔</w:t>
      </w:r>
    </w:p>
    <w:p>
      <w:r>
        <w:rPr>
          <w:b/>
        </w:rPr>
        <w:t xml:space="preserve">[31:07] </w:t>
      </w:r>
      <w:r>
        <w:t>again, there was nothing to leave. so what was, what was the, what was the source?</w:t>
      </w:r>
    </w:p>
    <w:p>
      <w:pPr>
        <w:jc w:val="right"/>
      </w:pPr>
      <w:r>
        <w:t>اگین، دیر واز نتھنگ ٹو لیو۔ سو واٹ واز، واٹ واز دا، واٹ واز دا سورس؟</w:t>
      </w:r>
    </w:p>
    <w:p>
      <w:r>
        <w:rPr>
          <w:b/>
        </w:rPr>
        <w:t xml:space="preserve">[31:21] </w:t>
      </w:r>
      <w:r>
        <w:t>why moses dare to go to that desert with his community? it was again</w:t>
      </w:r>
    </w:p>
    <w:p>
      <w:pPr>
        <w:jc w:val="right"/>
      </w:pPr>
      <w:r>
        <w:t>وائی موسی ڈیئر ٹو گو ٹو دیٹ ڈیزرٹ ود ہز کمیونٹی؟ اٹ واز اگین</w:t>
      </w:r>
    </w:p>
    <w:p>
      <w:r>
        <w:rPr>
          <w:b/>
        </w:rPr>
        <w:t xml:space="preserve">[31:34] </w:t>
      </w:r>
      <w:r>
        <w:t>trust in god. trust in god was the oldest source of conviction for moses.</w:t>
      </w:r>
    </w:p>
    <w:p>
      <w:pPr>
        <w:jc w:val="right"/>
      </w:pPr>
      <w:r>
        <w:t>ٹرسٹ ان گاڈ۔ ٹرسٹ ان گاڈ واز دا اولڈسٹ سورس اف کنوکشن فار موسی۔</w:t>
      </w:r>
    </w:p>
    <w:p>
      <w:r>
        <w:rPr>
          <w:b/>
        </w:rPr>
        <w:t xml:space="preserve">[31:46] </w:t>
      </w:r>
      <w:r>
        <w:t>trust in god was the oldest source of conviction of moses. then there is example of prophet masih, jesus christ.</w:t>
      </w:r>
    </w:p>
    <w:p>
      <w:pPr>
        <w:jc w:val="right"/>
      </w:pPr>
      <w:r>
        <w:t>ٹرسٹ ان گاڈ واز دا اولڈسٹ سورس اف کنوکشن اف موسی۔ دین دیر از ایگزامپل اف پرافٹ مسیح، جیسس کرائسٹ۔</w:t>
      </w:r>
    </w:p>
    <w:p>
      <w:r>
        <w:rPr>
          <w:b/>
        </w:rPr>
        <w:t xml:space="preserve">[32:03] </w:t>
      </w:r>
      <w:r>
        <w:t>he said to his disciples: "go out of palestine and convey by message to all nations." these disciples were poor, poor people.</w:t>
      </w:r>
    </w:p>
    <w:p>
      <w:pPr>
        <w:jc w:val="right"/>
      </w:pPr>
      <w:r>
        <w:t>ہی سیڈ ٹو ہز ڈسائپلز: "گو اؤٹ اف پیلسٹائن اینڈ کنوے بائے میسج ٹو ال نیشنز۔" دیز ڈسائپلز ویر پور، پور پیپل۔</w:t>
      </w:r>
    </w:p>
    <w:p>
      <w:r>
        <w:rPr>
          <w:b/>
        </w:rPr>
        <w:t xml:space="preserve">[32:21] </w:t>
      </w:r>
      <w:r>
        <w:t>they have no source. even they were unaware of the language of those nations, but they went out palestine.</w:t>
      </w:r>
    </w:p>
    <w:p>
      <w:pPr>
        <w:jc w:val="right"/>
      </w:pPr>
      <w:r>
        <w:t>دے ہیو نو سورس۔ ایون دے ویر ان اویئر اف دا لینگویج اف دو نیشنز، بٹ دے وینٹ اؤٹ پیلسٹائن۔</w:t>
      </w:r>
    </w:p>
    <w:p>
      <w:r>
        <w:rPr>
          <w:b/>
        </w:rPr>
        <w:t xml:space="preserve">[32:35] </w:t>
      </w:r>
      <w:r>
        <w:t>and the result was in our was, and the result was miraculous. they were able to crystallize a large area of the world.</w:t>
      </w:r>
    </w:p>
    <w:p>
      <w:pPr>
        <w:jc w:val="right"/>
      </w:pPr>
      <w:r>
        <w:t>اینڈ دا رزلٹ واز ان اور واز، اینڈ دا رزلٹ واز میریکولس۔ دے ویر ایبل ٹو کرسٹرلائز ا لارج ایریا اف دا ورلڈ۔</w:t>
      </w:r>
    </w:p>
    <w:p>
      <w:r>
        <w:rPr>
          <w:b/>
        </w:rPr>
        <w:t xml:space="preserve">[32:47] </w:t>
      </w:r>
      <w:r>
        <w:t>so what was the source of these disciples? this was again trust in god.</w:t>
      </w:r>
    </w:p>
    <w:p>
      <w:pPr>
        <w:jc w:val="right"/>
      </w:pPr>
      <w:r>
        <w:t>سو واٹ واز دا سورس اف دیز ڈسائپلز؟ دس واز اگین ٹرسٹ ان گاڈ۔</w:t>
      </w:r>
    </w:p>
    <w:p>
      <w:r>
        <w:rPr>
          <w:b/>
        </w:rPr>
        <w:t xml:space="preserve">[32:59] </w:t>
      </w:r>
      <w:r>
        <w:t>so trust in god is the oldest source of conviction for a man, for a nation, for a community.</w:t>
      </w:r>
    </w:p>
    <w:p>
      <w:pPr>
        <w:jc w:val="right"/>
      </w:pPr>
      <w:r>
        <w:t>سو ٹرسٹ ان گاڈ از دا اولڈسٹ سورس اف کنوکشن فار ا مین، فار ا نیشن، فار ا کمیونٹی۔</w:t>
      </w:r>
    </w:p>
    <w:p>
      <w:r>
        <w:rPr>
          <w:b/>
        </w:rPr>
        <w:t xml:space="preserve">[33:10] </w:t>
      </w:r>
      <w:r>
        <w:t>in every daily life, we face situation, such situation every day, every day, every day. you know, some people commit suicide.</w:t>
      </w:r>
    </w:p>
    <w:p>
      <w:pPr>
        <w:jc w:val="right"/>
      </w:pPr>
      <w:r>
        <w:t>ان ایوری ڈیلی لائف، وی فیس سچویشن، سچ سچویشن ایوری ڈے، ایوری ڈے، ایوری ڈے۔ یو نو، سم پیپل کمٹ سوسائیڈ۔</w:t>
      </w:r>
    </w:p>
    <w:p>
      <w:r>
        <w:rPr>
          <w:b/>
        </w:rPr>
        <w:t xml:space="preserve">[33:25] </w:t>
      </w:r>
      <w:r>
        <w:t>and you know, in our present time, the majority of people is living in tension and stress.</w:t>
      </w:r>
    </w:p>
    <w:p>
      <w:pPr>
        <w:jc w:val="right"/>
      </w:pPr>
      <w:r>
        <w:t>اینڈ یو نو، ان اور پریزنٹ ٹائم، دا میجورٹی اف پیپل از لیونگ ان ٹینشن اینڈ اسٹریس۔</w:t>
      </w:r>
    </w:p>
    <w:p>
      <w:r>
        <w:rPr>
          <w:b/>
        </w:rPr>
        <w:t xml:space="preserve">[33:35] </w:t>
      </w:r>
      <w:r>
        <w:t>our welling majority of the people is living in tension and stress and frustration. why?</w:t>
      </w:r>
    </w:p>
    <w:p>
      <w:pPr>
        <w:jc w:val="right"/>
      </w:pPr>
      <w:r>
        <w:t>اور ویلمنگ میجورٹی اف دا پیپل از لیونگ ان ٹینشن اینڈ اسٹریس اینڈ فرسٹریشن۔ وائی؟</w:t>
      </w:r>
    </w:p>
    <w:p>
      <w:r>
        <w:rPr>
          <w:b/>
        </w:rPr>
        <w:t xml:space="preserve">[33:45] </w:t>
      </w:r>
      <w:r>
        <w:t>because they have lost conviction in god. they have lost trust in god.</w:t>
      </w:r>
    </w:p>
    <w:p>
      <w:pPr>
        <w:jc w:val="right"/>
      </w:pPr>
      <w:r>
        <w:t>بیکاز دے ہیو لاسٹ کنوکشن ان گاڈ۔ دے ہیو لاسٹ ٹرسٹ ان گاڈ۔</w:t>
      </w:r>
    </w:p>
    <w:p>
      <w:r>
        <w:rPr>
          <w:b/>
        </w:rPr>
        <w:t xml:space="preserve">[33:57] </w:t>
      </w:r>
      <w:r>
        <w:t>so god is our need. without god, we cannot live.</w:t>
      </w:r>
    </w:p>
    <w:p>
      <w:pPr>
        <w:jc w:val="right"/>
      </w:pPr>
      <w:r>
        <w:t>سو گاڈ از اور نیڈ۔ وداؤٹ گاڈ، وی کین ناٹ لیو۔</w:t>
      </w:r>
    </w:p>
    <w:p>
      <w:r>
        <w:rPr>
          <w:b/>
        </w:rPr>
        <w:t xml:space="preserve">[34:04] </w:t>
      </w:r>
      <w:r>
        <w:t>without god, we have no option other. without god, we have no option other than to commit suicide.</w:t>
      </w:r>
    </w:p>
    <w:p>
      <w:pPr>
        <w:jc w:val="right"/>
      </w:pPr>
      <w:r>
        <w:t>وداؤٹ گاڈ، وی ہیو نو اپشن ادر۔ وداؤٹ گاڈ، وی ہیو نو اپشن ادر دین ٹو کمٹ سوسائیڈ۔</w:t>
      </w:r>
    </w:p>
    <w:p>
      <w:r>
        <w:rPr>
          <w:b/>
        </w:rPr>
        <w:t xml:space="preserve">[34:15] </w:t>
      </w:r>
      <w:r>
        <w:t>tension means intellectual suicide. to some people commit physical suicide, the majority is committing intellectual suicide.</w:t>
      </w:r>
    </w:p>
    <w:p>
      <w:pPr>
        <w:jc w:val="right"/>
      </w:pPr>
      <w:r>
        <w:t>ٹینشن مینز انٹلیکچول سوسائیڈ۔ ٹو سم پیپل کمٹ فزیکل سوسائیڈ، دا میجورٹی از کمٹنگ انٹلیکچول سوسائیڈ۔</w:t>
      </w:r>
    </w:p>
    <w:p>
      <w:r>
        <w:rPr>
          <w:b/>
        </w:rPr>
        <w:t xml:space="preserve">[34:28] </w:t>
      </w:r>
      <w:r>
        <w:t>why? because they have lost faith in god.</w:t>
      </w:r>
    </w:p>
    <w:p>
      <w:pPr>
        <w:jc w:val="right"/>
      </w:pPr>
      <w:r>
        <w:t>وائی؟ بیکاز دے ہیو لاسٹ فیتھ ان گاڈ۔</w:t>
      </w:r>
    </w:p>
    <w:p>
      <w:r>
        <w:rPr>
          <w:b/>
        </w:rPr>
        <w:t xml:space="preserve">[34:37] </w:t>
      </w:r>
      <w:r>
        <w:t>so faith in god is the oldest source of conviction for a man or woman or a nation or a community.</w:t>
      </w:r>
    </w:p>
    <w:p>
      <w:pPr>
        <w:jc w:val="right"/>
      </w:pPr>
      <w:r>
        <w:t>سو فیتھ ان گاڈ از دا اولڈسٹ سورس اف کنوکشن فار ا مین اور وومن اور ا نیشن اور ا کمیونٹی۔</w:t>
      </w:r>
    </w:p>
    <w:p>
      <w:r>
        <w:rPr>
          <w:b/>
        </w:rPr>
        <w:t xml:space="preserve">[34:49] </w:t>
      </w:r>
      <w:r>
        <w:t>this is very important point.</w:t>
      </w:r>
    </w:p>
    <w:p>
      <w:pPr>
        <w:jc w:val="right"/>
      </w:pPr>
      <w:r>
        <w:t>دس از ویری امپورٹنٹ پوائنٹ۔</w:t>
      </w:r>
    </w:p>
    <w:p>
      <w:r>
        <w:rPr>
          <w:b/>
        </w:rPr>
        <w:t xml:space="preserve">[34:58] </w:t>
      </w:r>
      <w:r>
        <w:t>then there is the other part: Muhammad Rasool Allah. Muhammad abduh wa rasooluh. this is the second part of kalma.</w:t>
      </w:r>
    </w:p>
    <w:p>
      <w:pPr>
        <w:jc w:val="right"/>
      </w:pPr>
      <w:r>
        <w:t>دین دیر از دی ادر پارٹ: محمد رسول اللہ۔ محمد عبدہ ورسولہ۔ دس از دا سیکنڈ پارٹ اف کلمہ۔</w:t>
      </w:r>
    </w:p>
    <w:p>
      <w:r>
        <w:rPr>
          <w:b/>
        </w:rPr>
        <w:t xml:space="preserve">[35:10] </w:t>
      </w:r>
      <w:r>
        <w:t>you know, Muhammad was born in the first, in the, in the first quarter of seven century in Mecca.</w:t>
      </w:r>
    </w:p>
    <w:p>
      <w:pPr>
        <w:jc w:val="right"/>
      </w:pPr>
      <w:r>
        <w:t>یو نو، محمد واز born ان دا فرسٹ، ان دا، ان دا فرسٹ کوارٹر اف سیون سینچری ان مکہ۔</w:t>
      </w:r>
    </w:p>
    <w:p>
      <w:r>
        <w:rPr>
          <w:b/>
        </w:rPr>
        <w:t xml:space="preserve">[35:22] </w:t>
      </w:r>
      <w:r>
        <w:t>God appointed him as a prophet. he was the final prophet of God. God revealed upon him that book which is called Al-Quran.</w:t>
      </w:r>
    </w:p>
    <w:p>
      <w:pPr>
        <w:jc w:val="right"/>
      </w:pPr>
      <w:r>
        <w:t>گاڈ اپوائنٹڈ ہم ایز ا پرافٹ۔ ہی واز دا فائنل پرافٹ اف گاڈ۔ گاڈ ریویلڈ اپون ہم دیٹ بک وچ از کالڈ القران۔</w:t>
      </w:r>
    </w:p>
    <w:p>
      <w:r>
        <w:rPr>
          <w:b/>
        </w:rPr>
        <w:t xml:space="preserve">[35:39] </w:t>
      </w:r>
      <w:r>
        <w:t>Al-Quran is a preserved form of those revelations.</w:t>
      </w:r>
    </w:p>
    <w:p>
      <w:pPr>
        <w:jc w:val="right"/>
      </w:pPr>
      <w:r>
        <w:t>القران از ا پریزروڈ فارم اف دو ریولیشنز۔</w:t>
      </w:r>
    </w:p>
    <w:p>
      <w:r>
        <w:rPr>
          <w:b/>
        </w:rPr>
        <w:t xml:space="preserve">[35:47] </w:t>
      </w:r>
      <w:r>
        <w:t>so its very important. Muhammad bin Abdullah sallallahu alaihi wasallam is the oldest source of divine guide, divine guidance.</w:t>
      </w:r>
    </w:p>
    <w:p>
      <w:pPr>
        <w:jc w:val="right"/>
      </w:pPr>
      <w:r>
        <w:t>سو اٹس ویری امپورٹنٹ۔ محمد بن عبداللہ صلی اللہ علیہ وسلم از دا اولڈسٹ سورس اف ڈیوائن گائیڈ، ڈیوائن گائیڈنس۔</w:t>
      </w:r>
    </w:p>
    <w:p>
      <w:r>
        <w:rPr>
          <w:b/>
        </w:rPr>
        <w:t xml:space="preserve">[36:04] </w:t>
      </w:r>
      <w:r>
        <w:t>al-do there were</w:t>
      </w:r>
    </w:p>
    <w:p>
      <w:pPr>
        <w:jc w:val="right"/>
      </w:pPr>
      <w:r>
        <w:t>الدو دیر ویر</w:t>
      </w:r>
    </w:p>
    <w:p>
      <w:r>
        <w:rPr>
          <w:b/>
        </w:rPr>
        <w:t xml:space="preserve">[36:11] </w:t>
      </w:r>
      <w:r>
        <w:t>several prophets,</w:t>
      </w:r>
    </w:p>
    <w:p>
      <w:pPr>
        <w:jc w:val="right"/>
      </w:pPr>
      <w:r>
        <w:t>سیورل پرافٹس،</w:t>
      </w:r>
    </w:p>
    <w:p>
      <w:r>
        <w:rPr>
          <w:b/>
        </w:rPr>
        <w:t xml:space="preserve">[36:15] </w:t>
      </w:r>
      <w:r>
        <w:t>more than one lakh prophets in every time, in every places. all these prophets were prophet of God.</w:t>
      </w:r>
    </w:p>
    <w:p>
      <w:pPr>
        <w:jc w:val="right"/>
      </w:pPr>
      <w:r>
        <w:t>مور دین ون لاکھ پرافٹس ان ایوری ٹائم، ان ایوری پلیسز۔ الدیز پرافٹس ویر پرافٹ اف گاڈ۔</w:t>
      </w:r>
    </w:p>
    <w:p>
      <w:r>
        <w:rPr>
          <w:b/>
        </w:rPr>
        <w:t xml:space="preserve">[36:25] </w:t>
      </w:r>
      <w:r>
        <w:t>they received revelations from God. but at present, we have no authentic account of their life, of their teaching, of their history.</w:t>
      </w:r>
    </w:p>
    <w:p>
      <w:pPr>
        <w:jc w:val="right"/>
      </w:pPr>
      <w:r>
        <w:t>دے ریسیوڈ ریولیشنز فرام گاڈ۔ بٹ ایٹ پریزنٹ، وی ہیو نو اتھینٹک اکاؤنٹ اف دیر لائف، اف دیر ٹیچنگ، اف دیر ہسٹری۔</w:t>
      </w:r>
    </w:p>
    <w:p>
      <w:r>
        <w:rPr>
          <w:b/>
        </w:rPr>
        <w:t xml:space="preserve">[36:44] </w:t>
      </w:r>
      <w:r>
        <w:t>we believe that they were prophet of God. we believe that they were prophet of God.</w:t>
      </w:r>
    </w:p>
    <w:p>
      <w:pPr>
        <w:jc w:val="right"/>
      </w:pPr>
      <w:r>
        <w:t>وی بیلیو دیٹ دے ویر پرافٹ اف گاڈ۔ وی بیلیو دیٹ دے ویر پرافٹ اف گاڈ۔</w:t>
      </w:r>
    </w:p>
    <w:p>
      <w:r>
        <w:rPr>
          <w:b/>
        </w:rPr>
        <w:t xml:space="preserve">[36:56] </w:t>
      </w:r>
      <w:r>
        <w:t>also, we believe that they were, that they received revelations from God.</w:t>
      </w:r>
    </w:p>
    <w:p>
      <w:pPr>
        <w:jc w:val="right"/>
      </w:pPr>
      <w:r>
        <w:t>السو، وی بیلیو دیٹ دے ویر، دیٹ دے ریسیوڈ ریولیشنز فرام گاڈ۔</w:t>
      </w:r>
    </w:p>
    <w:p>
      <w:r>
        <w:rPr>
          <w:b/>
        </w:rPr>
        <w:t xml:space="preserve">[37:05] </w:t>
      </w:r>
      <w:r>
        <w:t>but the problem is that at present, there is no authentic account to know</w:t>
      </w:r>
    </w:p>
    <w:p>
      <w:pPr>
        <w:jc w:val="right"/>
      </w:pPr>
      <w:r>
        <w:t>بٹ دا پرابلم از دیٹ ایٹ پریزنٹ، دیر از نو اتھینٹک اکاؤنٹ ٹو نو</w:t>
      </w:r>
    </w:p>
    <w:p>
      <w:r>
        <w:rPr>
          <w:b/>
        </w:rPr>
        <w:t xml:space="preserve">[37:19] </w:t>
      </w:r>
      <w:r>
        <w:t>about their revelations, about their life, about their history. so now, in our present time,</w:t>
      </w:r>
    </w:p>
    <w:p>
      <w:pPr>
        <w:jc w:val="right"/>
      </w:pPr>
      <w:r>
        <w:t>اباؤٹ دیر ریولیشنز، اباؤٹ دیر لائف، اباؤٹ دیر ہسٹری۔ سو ناو، ان اور پریزنٹ ٹائم،</w:t>
      </w:r>
    </w:p>
    <w:p>
      <w:r>
        <w:rPr>
          <w:b/>
        </w:rPr>
        <w:t xml:space="preserve">[37:33] </w:t>
      </w:r>
      <w:r>
        <w:t>we have no option other than to believe in Muhammad guidance. he is the oldest authentic source of divine guidance.</w:t>
      </w:r>
    </w:p>
    <w:p>
      <w:pPr>
        <w:jc w:val="right"/>
      </w:pPr>
      <w:r>
        <w:t>وی ہیو نو اپشن ادر دین ٹو بیلیو ان محمد گائیڈنس۔ ہی از دا اولڈسٹ اتھینٹک سورس اف ڈیوائن گائیڈنس۔</w:t>
      </w:r>
    </w:p>
    <w:p>
      <w:r>
        <w:rPr>
          <w:b/>
        </w:rPr>
        <w:t xml:space="preserve">[37:49] </w:t>
      </w:r>
      <w:r>
        <w:t>but it is not simply a claim. it is not simply a claim. it is not simply a literal statement.</w:t>
      </w:r>
    </w:p>
    <w:p>
      <w:pPr>
        <w:jc w:val="right"/>
      </w:pPr>
      <w:r>
        <w:t>بٹ اٹ از ناٹ سمپلی ا کلیم۔ اٹ از ناٹ سمپلی ا کلیم۔ اٹ از ناٹ سمپلی ا لٹرل سٹیٹمنٹ۔</w:t>
      </w:r>
    </w:p>
    <w:p>
      <w:r>
        <w:rPr>
          <w:b/>
        </w:rPr>
        <w:t xml:space="preserve">[38:01] </w:t>
      </w:r>
      <w:r>
        <w:t>again, you have to discover Muhammad as the prophet of God. just like God, you have discovered God as your creator.</w:t>
      </w:r>
    </w:p>
    <w:p>
      <w:pPr>
        <w:jc w:val="right"/>
      </w:pPr>
      <w:r>
        <w:t>اگین، یو ہیو ٹو ڈسکور محمد ایز دا پرافٹ اف گاڈ۔ جسٹ لائک گاڈ، یو ہیو ڈسکورڈ گاڈ ایز یور کریٹر۔</w:t>
      </w:r>
    </w:p>
    <w:p>
      <w:r>
        <w:rPr>
          <w:b/>
        </w:rPr>
        <w:t xml:space="preserve">[38:17] </w:t>
      </w:r>
      <w:r>
        <w:t>then you are able to say: "La ilaha illallah." when you say: "La ilaha illallah," you are declaring your discovery.</w:t>
      </w:r>
    </w:p>
    <w:p>
      <w:pPr>
        <w:jc w:val="right"/>
      </w:pPr>
      <w:r>
        <w:t>دین یو ار ایبل ٹو سے: "لا الہ الا اللہ۔" وین یو سے: "لا الہ الا اللہ،" یو ار ڈیکلیئرنگ یور ڈسکوری۔</w:t>
      </w:r>
    </w:p>
    <w:p>
      <w:r>
        <w:rPr>
          <w:b/>
        </w:rPr>
        <w:t xml:space="preserve">[38:31] </w:t>
      </w:r>
      <w:r>
        <w:t>you are giving an statement of your discovery. again, this is required about Muhammad sallallahu alaihi wasallam.</w:t>
      </w:r>
    </w:p>
    <w:p>
      <w:pPr>
        <w:jc w:val="right"/>
      </w:pPr>
      <w:r>
        <w:t>یو ار گیونگ این سٹیٹمنٹ اف یور ڈسکوری۔ اگین، دس از ریکوائرڈ اباؤٹ محمد صلی اللہ علیہ وسلم۔</w:t>
      </w:r>
    </w:p>
    <w:p>
      <w:r>
        <w:rPr>
          <w:b/>
        </w:rPr>
        <w:t xml:space="preserve">[38:41] </w:t>
      </w:r>
      <w:r>
        <w:t>you have to discover Muhammad as a prophet of God in rational ground, in logical ground, in scientific ground, in historical ground.</w:t>
      </w:r>
    </w:p>
    <w:p>
      <w:pPr>
        <w:jc w:val="right"/>
      </w:pPr>
      <w:r>
        <w:t>یو ہیو ٹو ڈسکور محمد ایز ا پرافٹ اف گاڈ ان ریشنل گراؤنڈ، ان لاجیکل گراؤنڈ، ان سائنٹیفک گراؤنڈ، ان ہسٹاریکل گراؤنڈ۔</w:t>
      </w:r>
    </w:p>
    <w:p>
      <w:r>
        <w:rPr>
          <w:b/>
        </w:rPr>
        <w:t xml:space="preserve">[39:00] </w:t>
      </w:r>
      <w:r>
        <w:t>without this kind of discovery, you can not say: "Muhammad Rasool Allah."</w:t>
      </w:r>
    </w:p>
    <w:p>
      <w:pPr>
        <w:jc w:val="right"/>
      </w:pPr>
      <w:r>
        <w:t>وداؤٹ دس کائنڈ اف ڈسکوری، یو کین ناٹ سے: "محمد رسول اللہ۔"</w:t>
      </w:r>
    </w:p>
    <w:p>
      <w:r>
        <w:rPr>
          <w:b/>
        </w:rPr>
        <w:t xml:space="preserve">[39:10] </w:t>
      </w:r>
      <w:r>
        <w:t>without this discovery, it is just a lip service. lip service is nothing. lip service is nothing.</w:t>
      </w:r>
    </w:p>
    <w:p>
      <w:pPr>
        <w:jc w:val="right"/>
      </w:pPr>
      <w:r>
        <w:t>وداؤٹ دس ڈسکوری، اٹ از جسٹ ا لپ سروس۔ لپ سروس از نتھنگ۔ لپ سروس از نتھنگ۔</w:t>
      </w:r>
    </w:p>
    <w:p>
      <w:r>
        <w:rPr>
          <w:b/>
        </w:rPr>
        <w:t xml:space="preserve">[39:24] </w:t>
      </w:r>
      <w:r>
        <w:t>so when you read prophet Muhammad life, when you read prophet Muhammad sayings, when you read prophet Muhammad history,</w:t>
      </w:r>
    </w:p>
    <w:p>
      <w:pPr>
        <w:jc w:val="right"/>
      </w:pPr>
      <w:r>
        <w:t>سو وین یو ریڈ پرافٹ محمد لائف، وین یو ریڈ پرافٹ محمد سینگز، وین یو ریڈ پرافٹ محمد ہسٹری،</w:t>
      </w:r>
    </w:p>
    <w:p>
      <w:r>
        <w:rPr>
          <w:b/>
        </w:rPr>
        <w:t xml:space="preserve">[39:39] </w:t>
      </w:r>
      <w:r>
        <w:t>when you read prophet Muhammad teachings, when you study all these things</w:t>
      </w:r>
    </w:p>
    <w:p>
      <w:pPr>
        <w:jc w:val="right"/>
      </w:pPr>
      <w:r>
        <w:t>وین یو ریڈ پرافٹ محمد ٹیچنگز، وین یو سٹڈی ال دیز تھنگز</w:t>
      </w:r>
    </w:p>
    <w:p>
      <w:r>
        <w:rPr>
          <w:b/>
        </w:rPr>
        <w:t xml:space="preserve">[39:50] </w:t>
      </w:r>
      <w:r>
        <w:t>is a seeker, is a true seeker, when you study all these materials as a true seeker, then you discover that Muhammad is Muhammad was the prophet of God.</w:t>
      </w:r>
    </w:p>
    <w:p>
      <w:pPr>
        <w:jc w:val="right"/>
      </w:pPr>
      <w:r>
        <w:t>ایز ا سیکر، ایز ا ٹرو سیکر، وین یو سٹڈی ال دیز مٹیریلز ایز ا ٹرو سیکر، دین یو ڈسکور دیٹ محمد از محمد واز دا پرافٹ اف گاڈ۔</w:t>
      </w:r>
    </w:p>
    <w:p>
      <w:r>
        <w:rPr>
          <w:b/>
        </w:rPr>
        <w:t xml:space="preserve">[40:15] </w:t>
      </w:r>
      <w:r>
        <w:t>There is no doubt about it. When you can say that: "Are you discovered Muhammad as a prophet of God?" Then you have right to say: "Muhammad Rasul Allah." Ashhadu anna Muhammadan abdahu wa rasuluh.</w:t>
      </w:r>
    </w:p>
    <w:p>
      <w:pPr>
        <w:jc w:val="right"/>
      </w:pPr>
      <w:r>
        <w:t>دیر نو ڈاؤٹ اباؤٹ اٹ۔ وین یو کین سے دیٹ: "ار یو ڈسکورڈ محمد ایز ا پرافٹ اف گاڈ؟" دین یو ہیو رائٹ ٹو سے: "محمد رسول اللہ۔" اشھد ان محمد عبدہ ورسولہ۔</w:t>
      </w:r>
    </w:p>
    <w:p>
      <w:r>
        <w:rPr>
          <w:b/>
        </w:rPr>
        <w:t xml:space="preserve">[40:37] </w:t>
      </w:r>
      <w:r>
        <w:t>So</w:t>
      </w:r>
    </w:p>
    <w:p>
      <w:pPr>
        <w:jc w:val="right"/>
      </w:pPr>
      <w:r>
        <w:t>سو</w:t>
      </w:r>
    </w:p>
    <w:p>
      <w:r>
        <w:rPr>
          <w:b/>
        </w:rPr>
        <w:t xml:space="preserve">[40:41] </w:t>
      </w:r>
      <w:r>
        <w:t>I bear witness that Muhammad is the prophet of God and abd of God.</w:t>
      </w:r>
    </w:p>
    <w:p>
      <w:pPr>
        <w:jc w:val="right"/>
      </w:pPr>
      <w:r>
        <w:t>ائی بیئر وٹنس دیٹ محمد از دا پرافٹ اف گاڈ اینڈ عبد اف گاڈ۔</w:t>
      </w:r>
    </w:p>
    <w:p>
      <w:r>
        <w:rPr>
          <w:b/>
        </w:rPr>
        <w:t xml:space="preserve">[40:52] </w:t>
      </w:r>
      <w:r>
        <w:t>So Ashhadu an la ilaha illallah</w:t>
      </w:r>
    </w:p>
    <w:p>
      <w:pPr>
        <w:jc w:val="right"/>
      </w:pPr>
      <w:r>
        <w:t>سو اشھد ان لا الہ الا اللہ</w:t>
      </w:r>
    </w:p>
    <w:p>
      <w:r>
        <w:rPr>
          <w:b/>
        </w:rPr>
        <w:t xml:space="preserve">[40:57] </w:t>
      </w:r>
      <w:r>
        <w:t>is</w:t>
      </w:r>
    </w:p>
    <w:p>
      <w:pPr>
        <w:jc w:val="right"/>
      </w:pPr>
      <w:r>
        <w:t>از</w:t>
      </w:r>
    </w:p>
    <w:p>
      <w:r>
        <w:rPr>
          <w:b/>
        </w:rPr>
        <w:t xml:space="preserve">[41:00] </w:t>
      </w:r>
      <w:r>
        <w:t>not a lip service. So is the case of the other part of this kalma: Ashhadu anna Muhammadan abdahu wa rasuluh is not simply an act of recitation.</w:t>
      </w:r>
    </w:p>
    <w:p>
      <w:pPr>
        <w:jc w:val="right"/>
      </w:pPr>
      <w:r>
        <w:t>ناٹ ا لپ سروس۔ سو از دا کیس اف دی ادر پارٹ اف دس کلمہ: اشھد ان محمد عبدہ ورسولہ از ناٹ سمپلی این ایکٹ اف ریسیٹیشن۔</w:t>
      </w:r>
    </w:p>
    <w:p>
      <w:r>
        <w:rPr>
          <w:b/>
        </w:rPr>
        <w:t xml:space="preserve">[41:16] </w:t>
      </w:r>
      <w:r>
        <w:t>No, it is not a lip service. It is a matter of discovery.</w:t>
      </w:r>
    </w:p>
    <w:p>
      <w:pPr>
        <w:jc w:val="right"/>
      </w:pPr>
      <w:r>
        <w:t>نو، اٹ از ناٹ ا لپ سروس۔ اٹ از ا میٹر اف ڈسکوری۔</w:t>
      </w:r>
    </w:p>
    <w:p>
      <w:r>
        <w:rPr>
          <w:b/>
        </w:rPr>
        <w:t xml:space="preserve">[41:25] </w:t>
      </w:r>
      <w:r>
        <w:t>It is a matter of realization.</w:t>
      </w:r>
    </w:p>
    <w:p>
      <w:pPr>
        <w:jc w:val="right"/>
      </w:pPr>
      <w:r>
        <w:t>اٹ از ا میٹر اف ریلائزیشن۔</w:t>
      </w:r>
    </w:p>
    <w:p>
      <w:r>
        <w:rPr>
          <w:b/>
        </w:rPr>
        <w:t xml:space="preserve">[41:32] </w:t>
      </w:r>
      <w:r>
        <w:t>It is a logical statement. It is a rational statement. It is statement of a conviction.</w:t>
      </w:r>
    </w:p>
    <w:p>
      <w:pPr>
        <w:jc w:val="right"/>
      </w:pPr>
      <w:r>
        <w:t>اٹ از ا لاجیکل سٹیٹمنٹ۔ اٹ از ا ریشنل سٹیٹمنٹ۔ اٹ از سٹیٹمنٹ اف ا کنوکشن۔</w:t>
      </w:r>
    </w:p>
    <w:p>
      <w:r>
        <w:rPr>
          <w:b/>
        </w:rPr>
        <w:t xml:space="preserve">[41:46] </w:t>
      </w:r>
      <w:r>
        <w:t>So here again,</w:t>
      </w:r>
    </w:p>
    <w:p>
      <w:pPr>
        <w:jc w:val="right"/>
      </w:pPr>
      <w:r>
        <w:t>سو ہیر اگین،</w:t>
      </w:r>
    </w:p>
    <w:p>
      <w:r>
        <w:rPr>
          <w:b/>
        </w:rPr>
        <w:t xml:space="preserve">[41:52] </w:t>
      </w:r>
      <w:r>
        <w:t>the kalma, the second part of kalma: Ashhadu anna Muhammadan abdahu wa rasuluh, begins from discovery, begins from marifa, begins from realization,</w:t>
      </w:r>
    </w:p>
    <w:p>
      <w:pPr>
        <w:jc w:val="right"/>
      </w:pPr>
      <w:r>
        <w:t>دا کلمہ، دا سیکنڈ پارٹ اف کلمہ: اشھد ان محمد عبدہ ورسولہ، بیگنز فرام ڈسکوری، بیگنز فرام معرفہ، بیگنز فرام ریلائزیشن،</w:t>
      </w:r>
    </w:p>
    <w:p>
      <w:r>
        <w:rPr>
          <w:b/>
        </w:rPr>
        <w:t xml:space="preserve">[42:10] </w:t>
      </w:r>
      <w:r>
        <w:t>begins from seeker spirit. Otherwise, it is not kalma. Otherwise, it is simply lip service.</w:t>
      </w:r>
    </w:p>
    <w:p>
      <w:pPr>
        <w:jc w:val="right"/>
      </w:pPr>
      <w:r>
        <w:t>بیگنز فرام سیکر اسپرٹ۔ ادروائز، اٹ از ناٹ کلمہ۔ ادروائز، اٹ از سمپلی لپ سروس۔</w:t>
      </w:r>
    </w:p>
    <w:p>
      <w:r>
        <w:rPr>
          <w:b/>
        </w:rPr>
        <w:t xml:space="preserve">[42:26] </w:t>
      </w:r>
      <w:r>
        <w:t>About myself, I can say that</w:t>
      </w:r>
    </w:p>
    <w:p>
      <w:pPr>
        <w:jc w:val="right"/>
      </w:pPr>
      <w:r>
        <w:t>اباؤٹ مائی سیلف، ائی کین سے دیٹ</w:t>
      </w:r>
    </w:p>
    <w:p>
      <w:r>
        <w:rPr>
          <w:b/>
        </w:rPr>
        <w:t xml:space="preserve">[42:32] </w:t>
      </w:r>
      <w:r>
        <w:t>when I started reading those hadith literature</w:t>
      </w:r>
    </w:p>
    <w:p>
      <w:pPr>
        <w:jc w:val="right"/>
      </w:pPr>
      <w:r>
        <w:t>وین ائی سٹارٹڈ ریڈنگ دو حدیث لٹریچر</w:t>
      </w:r>
    </w:p>
    <w:p>
      <w:r>
        <w:rPr>
          <w:b/>
        </w:rPr>
        <w:t xml:space="preserve">[42:41] </w:t>
      </w:r>
      <w:r>
        <w:t>and the sirah literature,</w:t>
      </w:r>
    </w:p>
    <w:p>
      <w:pPr>
        <w:jc w:val="right"/>
      </w:pPr>
      <w:r>
        <w:t>اینڈ دی سیرہ لٹریچر،</w:t>
      </w:r>
    </w:p>
    <w:p>
      <w:r>
        <w:rPr>
          <w:b/>
        </w:rPr>
        <w:t xml:space="preserve">[42:46] </w:t>
      </w:r>
      <w:r>
        <w:t>when I started</w:t>
      </w:r>
    </w:p>
    <w:p>
      <w:pPr>
        <w:jc w:val="right"/>
      </w:pPr>
      <w:r>
        <w:t>وین ائی سٹارٹڈ</w:t>
      </w:r>
    </w:p>
    <w:p>
      <w:r>
        <w:rPr>
          <w:b/>
        </w:rPr>
        <w:t xml:space="preserve">[42:51] </w:t>
      </w:r>
      <w:r>
        <w:t>to read, to study all those sirah literature and hadith literature,</w:t>
      </w:r>
    </w:p>
    <w:p>
      <w:pPr>
        <w:jc w:val="right"/>
      </w:pPr>
      <w:r>
        <w:t>ٹو ریڈ، ٹو سٹڈی ال دو سیرہ لٹریچر اینڈ حدیث لٹریچر،</w:t>
      </w:r>
    </w:p>
    <w:p>
      <w:r>
        <w:rPr>
          <w:b/>
        </w:rPr>
        <w:t xml:space="preserve">[43:02] </w:t>
      </w:r>
      <w:r>
        <w:t>so after studying all these literatures, I cried just like Archimedes.</w:t>
      </w:r>
    </w:p>
    <w:p>
      <w:pPr>
        <w:jc w:val="right"/>
      </w:pPr>
      <w:r>
        <w:t>سو افٹر سٹڈینگ ال دیز لٹریچرز، ائی کرائیڈ جسٹ لائک ارشمیش۔</w:t>
      </w:r>
    </w:p>
    <w:p>
      <w:r>
        <w:rPr>
          <w:b/>
        </w:rPr>
        <w:t xml:space="preserve">[43:13] </w:t>
      </w:r>
      <w:r>
        <w:t>He said: "Eureka, Eureka!"</w:t>
      </w:r>
    </w:p>
    <w:p>
      <w:pPr>
        <w:jc w:val="right"/>
      </w:pPr>
      <w:r>
        <w:t>ہی سیڈ: "یوریکا، یوریکا!"</w:t>
      </w:r>
    </w:p>
    <w:p>
      <w:r>
        <w:rPr>
          <w:b/>
        </w:rPr>
        <w:t xml:space="preserve">[43:15] </w:t>
      </w:r>
      <w:r>
        <w:t>I said that this account of Muhammad is itself is a proof that Muhammad was a prophet of God.</w:t>
      </w:r>
    </w:p>
    <w:p>
      <w:pPr>
        <w:jc w:val="right"/>
      </w:pPr>
      <w:r>
        <w:t>ائی سیڈ دیٹ دس اکاؤنٹ اف محمد از اٹ سیلف از ا پروف دیٹ محمد واز ا پرافٹ اف گاڈ۔</w:t>
      </w:r>
    </w:p>
    <w:p>
      <w:r>
        <w:rPr>
          <w:b/>
        </w:rPr>
        <w:t xml:space="preserve">[43:28] </w:t>
      </w:r>
      <w:r>
        <w:t>This historical account sirah literature is a historical account. Hadith literature is a historical account of Prophet Muhammad Sallallahu Alaihi Wasallam.</w:t>
      </w:r>
    </w:p>
    <w:p>
      <w:pPr>
        <w:jc w:val="right"/>
      </w:pPr>
      <w:r>
        <w:t>دس ہسٹاریکل اکاؤنٹ سیرہ لٹریچر از ا ہسٹاریکل اکاؤنٹ۔ حدیث لٹریچر از ا ہسٹاریکل اکاؤنٹ اف پرافٹ محمد صلی اللہ علیہ وسلم۔</w:t>
      </w:r>
    </w:p>
    <w:p>
      <w:r>
        <w:rPr>
          <w:b/>
        </w:rPr>
        <w:t xml:space="preserve">[43:43] </w:t>
      </w:r>
      <w:r>
        <w:t>So when I read this literature,</w:t>
      </w:r>
    </w:p>
    <w:p>
      <w:pPr>
        <w:jc w:val="right"/>
      </w:pPr>
      <w:r>
        <w:t>سو وین ائی ریڈ دس لٹریچر،</w:t>
      </w:r>
    </w:p>
    <w:p>
      <w:r>
        <w:rPr>
          <w:b/>
        </w:rPr>
        <w:t xml:space="preserve">[43:49] </w:t>
      </w:r>
      <w:r>
        <w:t>I was compelled to say: "I was cried."</w:t>
      </w:r>
    </w:p>
    <w:p>
      <w:pPr>
        <w:jc w:val="right"/>
      </w:pPr>
      <w:r>
        <w:t>ائی واز کمپل ٹو سے: "ائی واز کرائیڈ۔"</w:t>
      </w:r>
    </w:p>
    <w:p>
      <w:r>
        <w:rPr>
          <w:b/>
        </w:rPr>
        <w:t xml:space="preserve">[44:01] </w:t>
      </w:r>
      <w:r>
        <w:t>I said that like: "Eureka, Eureka!</w:t>
      </w:r>
    </w:p>
    <w:p>
      <w:pPr>
        <w:jc w:val="right"/>
      </w:pPr>
      <w:r>
        <w:t>ائی سیڈ دیٹ لائک: "یوریکا، یوریکا!</w:t>
      </w:r>
    </w:p>
    <w:p>
      <w:r>
        <w:rPr>
          <w:b/>
        </w:rPr>
        <w:t xml:space="preserve">[44:05] </w:t>
      </w:r>
      <w:r>
        <w:t>i said that this account, this historical account is</w:t>
      </w:r>
    </w:p>
    <w:p>
      <w:pPr>
        <w:jc w:val="right"/>
      </w:pPr>
      <w:r>
        <w:t>" ائی سیڈ دیٹ دس اکاؤنٹ، دس ہسٹاریکل اکاؤنٹ از</w:t>
      </w:r>
    </w:p>
    <w:p>
      <w:r>
        <w:rPr>
          <w:b/>
        </w:rPr>
        <w:t xml:space="preserve">[44:15] </w:t>
      </w:r>
      <w:r>
        <w:t>an evidence, a proof that Muhammad was the prophet of God.</w:t>
      </w:r>
    </w:p>
    <w:p>
      <w:pPr>
        <w:jc w:val="right"/>
      </w:pPr>
      <w:r>
        <w:t>این ایویڈنس، ا پروف دیٹ محمد واز دا پرافٹ اف گاڈ۔</w:t>
      </w:r>
    </w:p>
    <w:p>
      <w:r>
        <w:rPr>
          <w:b/>
        </w:rPr>
        <w:t xml:space="preserve">[44:25] </w:t>
      </w:r>
      <w:r>
        <w:t>there is no doubt about it. la ilaha illallah. la ilaha illallah.</w:t>
      </w:r>
    </w:p>
    <w:p>
      <w:pPr>
        <w:jc w:val="right"/>
      </w:pPr>
      <w:r>
        <w:t>دیر از نو ڈاؤٹ اباؤٹ اٹ۔ لا ایور فی۔ لا ایور فی۔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