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Prophetic Guidance Aug 13, 2017</w:t>
      </w:r>
    </w:p>
    <w:p>
      <w:r>
        <w:t>https://www.youtube.com/watch?v=kRWf11h-acQ</w:t>
      </w:r>
    </w:p>
    <w:p>
      <w:r>
        <w:rPr>
          <w:b/>
        </w:rPr>
        <w:t xml:space="preserve">[00:14] </w:t>
      </w:r>
      <w:r>
        <w:t>bismillah hir rahman nir rahim, wa sallallahu ala nabiyyi al-karim.</w:t>
      </w:r>
    </w:p>
    <w:p>
      <w:pPr>
        <w:jc w:val="right"/>
      </w:pPr>
      <w:r>
        <w:t>بسم اللہ الرحمن الرحیم، وصلی اللہ علی نبی الکریم۔</w:t>
      </w:r>
    </w:p>
    <w:p>
      <w:r>
        <w:rPr>
          <w:b/>
        </w:rPr>
        <w:t xml:space="preserve">[00:23]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[00:38] </w:t>
      </w:r>
      <w:r>
        <w:t>13 august 2017.</w:t>
      </w:r>
    </w:p>
    <w:p>
      <w:pPr>
        <w:jc w:val="right"/>
      </w:pPr>
      <w:r>
        <w:t>13 اگست 2017۔</w:t>
      </w:r>
    </w:p>
    <w:p>
      <w:r>
        <w:rPr>
          <w:b/>
        </w:rPr>
        <w:t xml:space="preserve">[00:47] </w:t>
      </w:r>
      <w:r>
        <w:t>aaj aisa hua ke main apne office ke bahar,</w:t>
      </w:r>
    </w:p>
    <w:p>
      <w:pPr>
        <w:jc w:val="right"/>
      </w:pPr>
      <w:r>
        <w:t>آج ایسا ہوا کہ میں اپنے آفس کے باہر،</w:t>
      </w:r>
    </w:p>
    <w:p>
      <w:r>
        <w:rPr>
          <w:b/>
        </w:rPr>
        <w:t xml:space="preserve">[00:56] </w:t>
      </w:r>
      <w:r>
        <w:t>jaisa ke rozana baithta hoon, wahan baitha hua tha. mere samne nature ka scene tha, phaila hua, door tak.</w:t>
      </w:r>
    </w:p>
    <w:p>
      <w:pPr>
        <w:jc w:val="right"/>
      </w:pPr>
      <w:r>
        <w:t>جیسا کہ روزانہ بیٹھتا ہوں، وہاں بیٹھا ہوا تھا۔ میرے سامنے نیچر کا سین تھا، پھیلا ہوا، دور تک۔</w:t>
      </w:r>
    </w:p>
    <w:p>
      <w:r>
        <w:rPr>
          <w:b/>
        </w:rPr>
        <w:t xml:space="preserve">[01:10] </w:t>
      </w:r>
      <w:r>
        <w:t>to main is mein soch mein gum tha. beech mein kisi wajah se mujhe ek aur baat yaad aayi.</w:t>
      </w:r>
    </w:p>
    <w:p>
      <w:pPr>
        <w:jc w:val="right"/>
      </w:pPr>
      <w:r>
        <w:t>تو میں اس میں سوچ میں گم تھا۔ بیچ میں کسی وجہ سے مجھے ایک اور بات یاد آئی۔</w:t>
      </w:r>
    </w:p>
    <w:p>
      <w:r>
        <w:rPr>
          <w:b/>
        </w:rPr>
        <w:t xml:space="preserve">[01:21] </w:t>
      </w:r>
      <w:r>
        <w:t>woh thi Maulana Shibli Nomani ki kitab, Seerat un Nabi.</w:t>
      </w:r>
    </w:p>
    <w:p>
      <w:pPr>
        <w:jc w:val="right"/>
      </w:pPr>
      <w:r>
        <w:t>وہ تھی مولانا شبری نعمانی کی کتاب، سیرت النبی۔</w:t>
      </w:r>
    </w:p>
    <w:p>
      <w:r>
        <w:rPr>
          <w:b/>
        </w:rPr>
        <w:t xml:space="preserve">[01:33] </w:t>
      </w:r>
      <w:r>
        <w:t>Maulana Shibli Nomani ne apni zindagi ke aakhir mein Seerat un Nabi likhi thi.</w:t>
      </w:r>
    </w:p>
    <w:p>
      <w:pPr>
        <w:jc w:val="right"/>
      </w:pPr>
      <w:r>
        <w:t>مولانا شبری نعمانی نے اپنی زندگی کے آخر میں سیرت النبی لکھی تھی۔</w:t>
      </w:r>
    </w:p>
    <w:p>
      <w:r>
        <w:rPr>
          <w:b/>
        </w:rPr>
        <w:t xml:space="preserve">[01:44] </w:t>
      </w:r>
      <w:r>
        <w:t>iski pehli jild,</w:t>
      </w:r>
    </w:p>
    <w:p>
      <w:pPr>
        <w:jc w:val="right"/>
      </w:pPr>
      <w:r>
        <w:t>اس کی پہلی جلد،</w:t>
      </w:r>
    </w:p>
    <w:p>
      <w:r>
        <w:rPr>
          <w:b/>
        </w:rPr>
        <w:t xml:space="preserve">[01:50] </w:t>
      </w:r>
      <w:r>
        <w:t>unki death ke baad, pehli baar 1917 mein.</w:t>
      </w:r>
    </w:p>
    <w:p>
      <w:pPr>
        <w:jc w:val="right"/>
      </w:pPr>
      <w:r>
        <w:t>ان کی ڈیتھ کے بعد، پہلی بار 1917 میں۔</w:t>
      </w:r>
    </w:p>
    <w:p>
      <w:r>
        <w:rPr>
          <w:b/>
        </w:rPr>
        <w:t xml:space="preserve">[02:00] </w:t>
      </w:r>
      <w:r>
        <w:t>1917. 1917. 1917. yani meri paidaish se 7 saal pehle. to badi naujawan ki umr mein yeh kitab bahut padhi jati thi.</w:t>
      </w:r>
    </w:p>
    <w:p>
      <w:pPr>
        <w:jc w:val="right"/>
      </w:pPr>
      <w:r>
        <w:t>1917۔ 1917۔ 1917۔ یعنی میری پیدائش سے 7 سال پہلے۔ تو بڑی نوجوانی کی عمر میں یہ کتاب بہت پڑھی جاتی تھی۔</w:t>
      </w:r>
    </w:p>
    <w:p>
      <w:r>
        <w:rPr>
          <w:b/>
        </w:rPr>
        <w:t xml:space="preserve">[02:15] </w:t>
      </w:r>
      <w:r>
        <w:t>iska charcha tha. kyunke us zamane mein ek nayi cheez thi. to maine bhi usi zamane mein ek kitab padhi.</w:t>
      </w:r>
    </w:p>
    <w:p>
      <w:pPr>
        <w:jc w:val="right"/>
      </w:pPr>
      <w:r>
        <w:t>اس کا چرچہ تھا۔ کیونکہ اس زمانے میں ایک نئی چیز تھی۔ تو میں نے بھی اسی زمانے میں ایک کتاب پڑھی۔</w:t>
      </w:r>
    </w:p>
    <w:p>
      <w:r>
        <w:rPr>
          <w:b/>
        </w:rPr>
        <w:t xml:space="preserve">[02:27] </w:t>
      </w:r>
      <w:r>
        <w:t>is kitab mein sab se pehle ek poora safha hai. yeh kitab lambe size mein chhapi thi.</w:t>
      </w:r>
    </w:p>
    <w:p>
      <w:pPr>
        <w:jc w:val="right"/>
      </w:pPr>
      <w:r>
        <w:t>اس کتاب میں سب سے پہلے ایک پورا صفحہ ہے۔ یہ کتاب لمبے سائز میں چھپی تھی۔</w:t>
      </w:r>
    </w:p>
    <w:p>
      <w:r>
        <w:rPr>
          <w:b/>
        </w:rPr>
        <w:t xml:space="preserve">[02:37] </w:t>
      </w:r>
      <w:r>
        <w:t>to ek bada safha hai, uske andar chand satrein likhi hui thin. uska title tha "Sar-nama".</w:t>
      </w:r>
    </w:p>
    <w:p>
      <w:pPr>
        <w:jc w:val="right"/>
      </w:pPr>
      <w:r>
        <w:t>تو ایک بڑا صفحہ ہے، اس کے اندر چند سطریں لکھی ہوئی تھیں۔ اس کا ٹائٹل تھا "سرنامہ"۔</w:t>
      </w:r>
    </w:p>
    <w:p>
      <w:r>
        <w:rPr>
          <w:b/>
        </w:rPr>
        <w:t xml:space="preserve">[02:49] </w:t>
      </w:r>
      <w:r>
        <w:t>Sar-nama. to us mein likha tha ke ek gadaye behnawa, shahanshah-e-konain ke darbar mein, ikhlas o aqeedat ki nazar le kar aaya hai.</w:t>
      </w:r>
    </w:p>
    <w:p>
      <w:pPr>
        <w:jc w:val="right"/>
      </w:pPr>
      <w:r>
        <w:t>سرنامہ۔ تو اس میں لکھا تھا کہ ایک گدائے بہنوا، شاہنشاہ کونین کے دربار میں، اخلاص و عقیدت کی نظر لے کر آیا ہے۔</w:t>
      </w:r>
    </w:p>
    <w:p>
      <w:r>
        <w:rPr>
          <w:b/>
        </w:rPr>
        <w:t xml:space="preserve">[03:07] </w:t>
      </w:r>
      <w:r>
        <w:t>yeh maine jab padha aur kaha yeh sar-nama, to mera mahol mukhtalif tha. unhon ne yeh sar-nama likha hoga kisi office mein.</w:t>
      </w:r>
    </w:p>
    <w:p>
      <w:pPr>
        <w:jc w:val="right"/>
      </w:pPr>
      <w:r>
        <w:t>یہ میں نے جب پڑھا اور کہا یہ سرنامہ، تو میرا ماحول مختلف تھا۔ انہوں نے یہ سرنامہ لکھا ہوگا کسی آفس میں۔</w:t>
      </w:r>
    </w:p>
    <w:p>
      <w:r>
        <w:rPr>
          <w:b/>
        </w:rPr>
        <w:t xml:space="preserve">[03:21] </w:t>
      </w:r>
      <w:r>
        <w:t>mera mahol tha nature.</w:t>
      </w:r>
    </w:p>
    <w:p>
      <w:pPr>
        <w:jc w:val="right"/>
      </w:pPr>
      <w:r>
        <w:t>میرا ماحول تھا نیچر۔</w:t>
      </w:r>
    </w:p>
    <w:p>
      <w:r>
        <w:rPr>
          <w:b/>
        </w:rPr>
        <w:t xml:space="preserve">[03:27] </w:t>
      </w:r>
      <w:r>
        <w:t>to nature ke mahol ki wajah se mera mind ek nayi taraf chala gaya. unhon ne likha tha ke ek gadaye behnawa, shahanshah-e-konain ke darbar mein, ikhlas o aqeedat ki nazar le kar aaya hai.</w:t>
      </w:r>
    </w:p>
    <w:p>
      <w:pPr>
        <w:jc w:val="right"/>
      </w:pPr>
      <w:r>
        <w:t>تو نیچر کے ماحول کی وجہ سے میرا مائنڈ ایک نئی طرف چلا گیا۔ انہوں نے لکھا تھا کہ ایک گدائے بہنوا، شاہنشاہ کونین کے دربار میں، اخلاص و عقیدت کی نظر لے کر آیا ہے۔</w:t>
      </w:r>
    </w:p>
    <w:p>
      <w:r>
        <w:rPr>
          <w:b/>
        </w:rPr>
        <w:t xml:space="preserve">[03:46] </w:t>
      </w:r>
      <w:r>
        <w:t>mere mind mein ek aur sentence aa gaya, apne mahol ke aitbar se. ke ek gadaye behnawa, Rab-ul-alameen ke darbar mein,</w:t>
      </w:r>
    </w:p>
    <w:p>
      <w:pPr>
        <w:jc w:val="right"/>
      </w:pPr>
      <w:r>
        <w:t>میرے مائنڈ میں ایک اور سینٹنس آ گیا، اپنے ماحول کے اعتبار سے۔ کہ ایک گدائے بہنوا، رب العالمین کے دربار میں،</w:t>
      </w:r>
    </w:p>
    <w:p>
      <w:r>
        <w:rPr>
          <w:b/>
        </w:rPr>
        <w:t xml:space="preserve">[04:04] </w:t>
      </w:r>
      <w:r>
        <w:t>izzt ka</w:t>
      </w:r>
    </w:p>
    <w:p>
      <w:pPr>
        <w:jc w:val="right"/>
      </w:pPr>
      <w:r>
        <w:t>عزت کا</w:t>
      </w:r>
    </w:p>
    <w:p>
      <w:r>
        <w:rPr>
          <w:b/>
        </w:rPr>
        <w:t xml:space="preserve">[04:07] </w:t>
      </w:r>
      <w:r>
        <w:t>sarmaya le kar aya hai.</w:t>
      </w:r>
    </w:p>
    <w:p>
      <w:pPr>
        <w:jc w:val="right"/>
      </w:pPr>
      <w:r>
        <w:t>سرمایہ لے کر آیا ہے۔</w:t>
      </w:r>
    </w:p>
    <w:p>
      <w:r>
        <w:rPr>
          <w:b/>
        </w:rPr>
        <w:t xml:space="preserve">[04:13] </w:t>
      </w:r>
      <w:r>
        <w:t>phir mujhe, mera mind trigger hua. aur bohat si baatein zehn mein aaein.</w:t>
      </w:r>
    </w:p>
    <w:p>
      <w:pPr>
        <w:jc w:val="right"/>
      </w:pPr>
      <w:r>
        <w:t>پھر مجھے، میرا مائنڈ ٹریگر ہوا۔ اور بہت سی باتیں ذہن میں آئیں۔</w:t>
      </w:r>
    </w:p>
    <w:p>
      <w:r>
        <w:rPr>
          <w:b/>
        </w:rPr>
        <w:t xml:space="preserve">[04:22] </w:t>
      </w:r>
      <w:r>
        <w:t>misalan dekhiye, Shibli ke zamane mein Turki ki khilafat ko zawal hua. to sari dunya ke Musalmanon ne is par bohat</w:t>
      </w:r>
    </w:p>
    <w:p>
      <w:pPr>
        <w:jc w:val="right"/>
      </w:pPr>
      <w:r>
        <w:t>مثلاً دیکھیے، شبلی کے زمانے میں ترکی کی خلافت کو زوال ہوا۔ تو ساری دنیا کے مسلمانوں نے اس پر بہت</w:t>
      </w:r>
    </w:p>
    <w:p>
      <w:r>
        <w:rPr>
          <w:b/>
        </w:rPr>
        <w:t xml:space="preserve">[04:37] </w:t>
      </w:r>
      <w:r>
        <w:t>nauha ke andaaz mein, kisi ne mazmoon likha, kisi ne nazm likhi.</w:t>
      </w:r>
    </w:p>
    <w:p>
      <w:pPr>
        <w:jc w:val="right"/>
      </w:pPr>
      <w:r>
        <w:t>نوحہ کے انداز میں، کسی نے مضمون لکھا، کسی نے نظم لکھی۔</w:t>
      </w:r>
    </w:p>
    <w:p>
      <w:r>
        <w:rPr>
          <w:b/>
        </w:rPr>
        <w:t xml:space="preserve">[04:46] </w:t>
      </w:r>
      <w:r>
        <w:t>to Iqbal ka, to Shibli ka sher tha ke "zawal daulat azma, zawal sar o millat hai, aziz o fikr farzand o aiyal o khan meh kab tak".</w:t>
      </w:r>
    </w:p>
    <w:p>
      <w:pPr>
        <w:jc w:val="right"/>
      </w:pPr>
      <w:r>
        <w:t>تو اقبال کا، تو شبلی کا شعر تھا کہ "زوال دولت عظمیٰ، زوال سر و ملت ہے، عزیز و فکر فرزند و عیال و خانمہ کب تک"۔</w:t>
      </w:r>
    </w:p>
    <w:p>
      <w:r>
        <w:rPr>
          <w:b/>
        </w:rPr>
        <w:t xml:space="preserve">[05:07] </w:t>
      </w:r>
      <w:r>
        <w:t>to maine socha ke Shibli agar nature mein</w:t>
      </w:r>
    </w:p>
    <w:p>
      <w:pPr>
        <w:jc w:val="right"/>
      </w:pPr>
      <w:r>
        <w:t>تو میں نے سوچا کہ شبلی اگر نیچر میں</w:t>
      </w:r>
    </w:p>
    <w:p>
      <w:r>
        <w:rPr>
          <w:b/>
        </w:rPr>
        <w:t xml:space="preserve">[05:17] </w:t>
      </w:r>
      <w:r>
        <w:t>baithte, nature ko apna mahaul banate. to</w:t>
      </w:r>
    </w:p>
    <w:p>
      <w:pPr>
        <w:jc w:val="right"/>
      </w:pPr>
      <w:r>
        <w:t>بیٹھتے، نیچر کو اپنا ماحول بناتے۔ تو</w:t>
      </w:r>
    </w:p>
    <w:p>
      <w:r>
        <w:rPr>
          <w:b/>
        </w:rPr>
        <w:t xml:space="preserve">[05:28] </w:t>
      </w:r>
      <w:r>
        <w:t>yeh jumla unki nazm karta hoon, unki zuban se.</w:t>
      </w:r>
    </w:p>
    <w:p>
      <w:pPr>
        <w:jc w:val="right"/>
      </w:pPr>
      <w:r>
        <w:t>یہ جملہ ان کی نظم کرتا ہوں، ان کی زبان سے۔</w:t>
      </w:r>
    </w:p>
    <w:p>
      <w:r>
        <w:rPr>
          <w:b/>
        </w:rPr>
        <w:t xml:space="preserve">[05:36] </w:t>
      </w:r>
      <w:r>
        <w:t>kyunke Turki ki saltanat chali gayi, lekin Allah Rabbul Alameen ki saltanat baqi hai.</w:t>
      </w:r>
    </w:p>
    <w:p>
      <w:pPr>
        <w:jc w:val="right"/>
      </w:pPr>
      <w:r>
        <w:t>کیونکہ ترکی کی سلطنت چلی گئی، لیکن اللہ رب العالمین کی سلطنت باقی ہے۔</w:t>
      </w:r>
    </w:p>
    <w:p>
      <w:r>
        <w:rPr>
          <w:b/>
        </w:rPr>
        <w:t xml:space="preserve">[05:48] </w:t>
      </w:r>
      <w:r>
        <w:t>to jo aadmi Allah Rabbul Alameen ki saltanat ko jaane, woh aise hi alfaaz nahi bol sakta.</w:t>
      </w:r>
    </w:p>
    <w:p>
      <w:pPr>
        <w:jc w:val="right"/>
      </w:pPr>
      <w:r>
        <w:t>تو جو آدمی اللہ رب العالمین کی سلطنت کو جانے، وہ ایسے ہی الفاظ نہیں بول سکتا۔</w:t>
      </w:r>
    </w:p>
    <w:p>
      <w:r>
        <w:rPr>
          <w:b/>
        </w:rPr>
        <w:t xml:space="preserve">[05:58] </w:t>
      </w:r>
      <w:r>
        <w:t>phir mera mind mazeed trigger hua. mujhe ek hadith yaad aayi, jo Bukhari mein hai, Muslim mein hai, aur doosri kitabon mein hai.</w:t>
      </w:r>
    </w:p>
    <w:p>
      <w:pPr>
        <w:jc w:val="right"/>
      </w:pPr>
      <w:r>
        <w:t>پھر میرا مائنڈ مزید ٹریگر ہوا۔ مجھے ایک حدیث یاد آئی، جو بخاری میں ہے، مسلم میں ہے، اور دوسری کتابوں میں ہے۔</w:t>
      </w:r>
    </w:p>
    <w:p>
      <w:r>
        <w:rPr>
          <w:b/>
        </w:rPr>
        <w:t xml:space="preserve">[06:10] </w:t>
      </w:r>
      <w:r>
        <w:t>Rasool Allah Sal Allahu Alaihi Wasallam ne farmaya, nusrat bir rabb, masjidi taysar.</w:t>
      </w:r>
    </w:p>
    <w:p>
      <w:pPr>
        <w:jc w:val="right"/>
      </w:pPr>
      <w:r>
        <w:t>رسول اللہ صلی اللہ علیہ وسلم نے فرمایا، نصرت بالرب، مسجد تیسر۔</w:t>
      </w:r>
    </w:p>
    <w:p>
      <w:r>
        <w:rPr>
          <w:b/>
        </w:rPr>
        <w:t xml:space="preserve">[06:20] </w:t>
      </w:r>
      <w:r>
        <w:t>aur yeh kaha ke "julat larzad kull bجد".</w:t>
      </w:r>
    </w:p>
    <w:p>
      <w:pPr>
        <w:jc w:val="right"/>
      </w:pPr>
      <w:r>
        <w:t>اور یہ کہا کہ "جولت لرزد کل بجد"۔</w:t>
      </w:r>
    </w:p>
    <w:p>
      <w:r>
        <w:rPr>
          <w:b/>
        </w:rPr>
        <w:t xml:space="preserve">[06:27] </w:t>
      </w:r>
      <w:r>
        <w:t>mujhe madad di gayi hai, ek mahine ki masafat tak. main rob ek mahine ki masafat tak pahuncha tha.</w:t>
      </w:r>
    </w:p>
    <w:p>
      <w:pPr>
        <w:jc w:val="right"/>
      </w:pPr>
      <w:r>
        <w:t>مجھے مدد دی گئی ہے، ایک مہینے کی مسافت تک۔ میں رعب ایک مہینے کی مسافت تک پہنچا تھا۔</w:t>
      </w:r>
    </w:p>
    <w:p>
      <w:r>
        <w:rPr>
          <w:b/>
        </w:rPr>
        <w:t xml:space="preserve">[06:36] </w:t>
      </w:r>
      <w:r>
        <w:t>yani main rob ek mahine ki doori tak pahunchta hoon. yani ek sawar chale sawari par, to ek mahine ke baad woh jahan pahunchega, main rob wahan tak pahunchta hoon.</w:t>
      </w:r>
    </w:p>
    <w:p>
      <w:pPr>
        <w:jc w:val="right"/>
      </w:pPr>
      <w:r>
        <w:t>یعنی میں رعب ایک مہینے کی دوری تک پہنچتا ہوں۔ یعنی ایک سوار چلے سواری پر، تو ایک مہینے کے بعد وہ جہاں پہنچے گا، میں رعب وہاں تک پہنچتا ہوں۔</w:t>
      </w:r>
    </w:p>
    <w:p>
      <w:r>
        <w:rPr>
          <w:b/>
        </w:rPr>
        <w:t xml:space="preserve">[06:52] </w:t>
      </w:r>
      <w:r>
        <w:t>aise hi hai ke "julat larzad kull masjid". yani zameen sari ki sari mere liye masjid bana di gayi.</w:t>
      </w:r>
    </w:p>
    <w:p>
      <w:pPr>
        <w:jc w:val="right"/>
      </w:pPr>
      <w:r>
        <w:t>ایسے ہی ہے کہ "جولت لرزد کل مسجد"۔ یعنی زمین ساری کی ساری میرے لیے مسجد بنا دی گئی۔</w:t>
      </w:r>
    </w:p>
    <w:p>
      <w:r>
        <w:rPr>
          <w:b/>
        </w:rPr>
        <w:t xml:space="preserve">[07:03] </w:t>
      </w:r>
      <w:r>
        <w:t>to aam taur par is hadith ko log lete hain, Nabi ki fazilat ke taur par.</w:t>
      </w:r>
    </w:p>
    <w:p>
      <w:pPr>
        <w:jc w:val="right"/>
      </w:pPr>
      <w:r>
        <w:t>تو عام طور پر اس حدیث کو لوگ لیتے ہیں، نبی کی فضیلت کے طور پر۔</w:t>
      </w:r>
    </w:p>
    <w:p>
      <w:r>
        <w:rPr>
          <w:b/>
        </w:rPr>
        <w:t xml:space="preserve">[07:13] </w:t>
      </w:r>
      <w:r>
        <w:t>Nabi ki fazilat ke taur par. main sochta raha, sochta raha. to maine socha, meri samajh mein aaya ke ummat kitni badi bhool mein mubtala hai.</w:t>
      </w:r>
    </w:p>
    <w:p>
      <w:pPr>
        <w:jc w:val="right"/>
      </w:pPr>
      <w:r>
        <w:t>نبی کی فضیلت کے طور پر۔ میں سوچتا رہا، سوچتا رہا۔ تو میں نے سوچا، میری سمجھ میں آیا کہ امت کتنی بڑی بھول میں مبتلا ہے۔</w:t>
      </w:r>
    </w:p>
    <w:p>
      <w:r>
        <w:rPr>
          <w:b/>
        </w:rPr>
        <w:t xml:space="preserve">[07:29] </w:t>
      </w:r>
      <w:r>
        <w:t>sari ummat kitni badi bhool mein mubtala hai. dekhiye, Rasool Allah ne jo baatein kahi hain, woh sab ki sab azma ke taur par hain,</w:t>
      </w:r>
    </w:p>
    <w:p>
      <w:pPr>
        <w:jc w:val="right"/>
      </w:pPr>
      <w:r>
        <w:t>ساری امت کتنی بڑی بھول میں مبتلا ہے۔ دیکھیے، رسول اللہ نے جو باتیں کہی ہیں، وہ سب کی سب عظمیٰ کے طور پر ہیں،</w:t>
      </w:r>
    </w:p>
    <w:p>
      <w:r>
        <w:rPr>
          <w:b/>
        </w:rPr>
        <w:t xml:space="preserve">[07:44] </w:t>
      </w:r>
      <w:r>
        <w:t>fazilat ke taur par nahi. baad ke logon ne is ko fazilat ke haal mein daal diya. warna wahan kaha tha, "laqad kana lakum fi Rasool Allah".</w:t>
      </w:r>
    </w:p>
    <w:p>
      <w:pPr>
        <w:jc w:val="right"/>
      </w:pPr>
      <w:r>
        <w:t>فضیلت کے طور پر نہیں۔ بعد کے لوگوں نے اس کو فضیلت کے حال میں ڈال دیا۔ ورنہ وہاں کہا تھا، "لقد کان لکم فی رسول اللہ"۔</w:t>
      </w:r>
    </w:p>
    <w:p>
      <w:r>
        <w:rPr>
          <w:b/>
        </w:rPr>
        <w:t xml:space="preserve">[07:59] </w:t>
      </w:r>
      <w:r>
        <w:t>fazilat ki baat na Quran mein hai, na hadith mein hai. woh sirf azma ki baat hai. to yeh sari baatein jo hain, azma ke mani mein,</w:t>
      </w:r>
    </w:p>
    <w:p>
      <w:pPr>
        <w:jc w:val="right"/>
      </w:pPr>
      <w:r>
        <w:t>فضیلت کی بات نہ قرآن میں ہے، نہ حدیث میں ہے۔ وہ صرف عظمیٰ کی بات ہے۔ تو یہ ساری باتیں جو ہیں، عظمیٰ کے معنی میں،</w:t>
      </w:r>
    </w:p>
    <w:p>
      <w:r>
        <w:rPr>
          <w:b/>
        </w:rPr>
        <w:t xml:space="preserve">[08:13] </w:t>
      </w:r>
      <w:r>
        <w:t>example ke mani mein, ek historical fact ke mani mein, woh kisi ek fard ki fazilat ke mani mein nahi hain.</w:t>
      </w:r>
    </w:p>
    <w:p>
      <w:pPr>
        <w:jc w:val="right"/>
      </w:pPr>
      <w:r>
        <w:t>ایگزیمپل کے معنی میں، ایک ہسٹاریکل فیکٹ کے معنی میں، وہ کسی ایک فرد کی فضیلت کے معنی میں نہیں ہیں۔</w:t>
      </w:r>
    </w:p>
    <w:p>
      <w:r>
        <w:rPr>
          <w:b/>
        </w:rPr>
        <w:t xml:space="preserve">[08:25] </w:t>
      </w:r>
      <w:r>
        <w:t>ab dekhiye ke jab main is tarah sochne laga, is tarah sochne laga, to ajeeb o ghareeb tareeqe se mera mind badi badi baatein sochne laga.</w:t>
      </w:r>
    </w:p>
    <w:p>
      <w:pPr>
        <w:jc w:val="right"/>
      </w:pPr>
      <w:r>
        <w:t>اب دیکھیے کہ جب میں اس طرح سوچنے لگا، اس طرح سوچنے لگا، تو عجیب و غریب طریقے سے میرا مائنڈ بڑی بڑی باتیں سوچنے لگا۔</w:t>
      </w:r>
    </w:p>
    <w:p>
      <w:r>
        <w:rPr>
          <w:b/>
        </w:rPr>
        <w:t xml:space="preserve">[08:40] </w:t>
      </w:r>
      <w:r>
        <w:t>misalan yeh jo farmaya aap ne ke</w:t>
      </w:r>
    </w:p>
    <w:p>
      <w:pPr>
        <w:jc w:val="right"/>
      </w:pPr>
      <w:r>
        <w:t>مثلاً یہ جو فرمایا آپ نے کہ</w:t>
      </w:r>
    </w:p>
    <w:p>
      <w:r>
        <w:rPr>
          <w:b/>
        </w:rPr>
        <w:t xml:space="preserve">[08:47] </w:t>
      </w:r>
      <w:r>
        <w:t>yeh jo maine aap ke samne suna ke "main roab ek mahine ki masafat tak pohanchta hoon"۔ mere liye sari zameen masjid hai.</w:t>
      </w:r>
    </w:p>
    <w:p>
      <w:pPr>
        <w:jc w:val="right"/>
      </w:pPr>
      <w:r>
        <w:t>یہ جو میں نے آپ کے سامنے سنا کہ "میں رعب ایک مہینے کی مسافت تک پہنچتا ہوں"۔ میرے لیے ساری زمین مسجد ہے۔</w:t>
      </w:r>
    </w:p>
    <w:p>
      <w:r>
        <w:rPr>
          <w:b/>
        </w:rPr>
        <w:t xml:space="preserve">[08:56] </w:t>
      </w:r>
      <w:r>
        <w:t>yeh yeh mere liye nahi hai. yeh sari ummat ke liye, sare insaan ke liye.</w:t>
      </w:r>
    </w:p>
    <w:p>
      <w:pPr>
        <w:jc w:val="right"/>
      </w:pPr>
      <w:r>
        <w:t>یہ یہ میرے لیے نہیں ہے۔ یہ ساری امت کے لیے، سارے انسان کے لیے۔</w:t>
      </w:r>
    </w:p>
    <w:p>
      <w:r>
        <w:rPr>
          <w:b/>
        </w:rPr>
        <w:t xml:space="preserve">[09:05] </w:t>
      </w:r>
      <w:r>
        <w:t>is ka matlab yeh hai ke rasool Allah ne jo baat kahi, woh khatam nabuwat ke aitbar se thi. yani chounke main final prophet hoon, aur meri nabuwat ka zamana qayamat tak chalega.</w:t>
      </w:r>
    </w:p>
    <w:p>
      <w:pPr>
        <w:jc w:val="right"/>
      </w:pPr>
      <w:r>
        <w:t>اس کا مطلب یہ ہے کہ رسول اللہ نے جو بات کہی، وہ ختم نبوت کے اعتبار سے تھی۔ یعنی چونکہ میں فائنل پرافٹ ہوں، اور میری نبوت کا زمانہ قیامت تک چلے گا۔</w:t>
      </w:r>
    </w:p>
    <w:p>
      <w:r>
        <w:rPr>
          <w:b/>
        </w:rPr>
        <w:t xml:space="preserve">[09:23] </w:t>
      </w:r>
      <w:r>
        <w:t>to qayamat tak jo revolution aayenge, jo dunya mein bari bari opportunity khulegi, woh sab ko meri nabuwat cover kar rahi hai.</w:t>
      </w:r>
    </w:p>
    <w:p>
      <w:pPr>
        <w:jc w:val="right"/>
      </w:pPr>
      <w:r>
        <w:t>تو قیامت تک جو ریولوشن آئیں گے، جو دنیا میں بڑی بڑی اپرچونیٹی کھلے گی، وہ سب کو میری نبوت کور کر رہی ہے۔</w:t>
      </w:r>
    </w:p>
    <w:p>
      <w:r>
        <w:rPr>
          <w:b/>
        </w:rPr>
        <w:t xml:space="preserve">[09:37] </w:t>
      </w:r>
      <w:r>
        <w:t>meri ummat ke liye woh sari is hisse mein aa jayengi.</w:t>
      </w:r>
    </w:p>
    <w:p>
      <w:pPr>
        <w:jc w:val="right"/>
      </w:pPr>
      <w:r>
        <w:t>میری امت کے لیے وہ ساری اس حصے میں آ جائیں گی۔</w:t>
      </w:r>
    </w:p>
    <w:p>
      <w:r>
        <w:rPr>
          <w:b/>
        </w:rPr>
        <w:t xml:space="preserve">[09:44] </w:t>
      </w:r>
      <w:r>
        <w:t>dusra lafz yeh ke aap ne yeh kaha ke yani shakhsi fazilat ki baat nahi ki,</w:t>
      </w:r>
    </w:p>
    <w:p>
      <w:pPr>
        <w:jc w:val="right"/>
      </w:pPr>
      <w:r>
        <w:t>دوسرا لفظ یہ کہ آپ نے یہ کہا کہ یعنی شخصی فضیلت کی بات نہیں کی،</w:t>
      </w:r>
    </w:p>
    <w:p>
      <w:r>
        <w:rPr>
          <w:b/>
        </w:rPr>
        <w:t xml:space="preserve">[10:00] </w:t>
      </w:r>
      <w:r>
        <w:t>balke yeh kaha ke</w:t>
      </w:r>
    </w:p>
    <w:p>
      <w:pPr>
        <w:jc w:val="right"/>
      </w:pPr>
      <w:r>
        <w:t>بلکہ یہ کہا کہ</w:t>
      </w:r>
    </w:p>
    <w:p>
      <w:r>
        <w:rPr>
          <w:b/>
        </w:rPr>
        <w:t xml:space="preserve">[10:04] </w:t>
      </w:r>
      <w:r>
        <w:t>"my prophethood will cover that age</w:t>
      </w:r>
    </w:p>
    <w:p>
      <w:pPr>
        <w:jc w:val="right"/>
      </w:pPr>
      <w:r>
        <w:t>"مائی پرافٹ ہڈ ویل کور دیٹ ایج</w:t>
      </w:r>
    </w:p>
    <w:p>
      <w:r>
        <w:rPr>
          <w:b/>
        </w:rPr>
        <w:t xml:space="preserve">[10:17] </w:t>
      </w:r>
      <w:r>
        <w:t>in which</w:t>
      </w:r>
    </w:p>
    <w:p>
      <w:pPr>
        <w:jc w:val="right"/>
      </w:pPr>
      <w:r>
        <w:t>ان وچ</w:t>
      </w:r>
    </w:p>
    <w:p>
      <w:r>
        <w:rPr>
          <w:b/>
        </w:rPr>
        <w:t xml:space="preserve">[10:21] </w:t>
      </w:r>
      <w:r>
        <w:t>global planning will become a possibility"۔ yani meri nabuwat is daur ko cover karegi.</w:t>
      </w:r>
    </w:p>
    <w:p>
      <w:pPr>
        <w:jc w:val="right"/>
      </w:pPr>
      <w:r>
        <w:t>گلوبل پلاننگ ویل بیکم ا پوسیبلیٹی"۔ یعنی میری نبوت اس دور کو کور کرے گی۔</w:t>
      </w:r>
    </w:p>
    <w:p>
      <w:r>
        <w:rPr>
          <w:b/>
        </w:rPr>
        <w:t xml:space="preserve">[10:34] </w:t>
      </w:r>
      <w:r>
        <w:t>meri nabuwat mere manne walon ke liye</w:t>
      </w:r>
    </w:p>
    <w:p>
      <w:pPr>
        <w:jc w:val="right"/>
      </w:pPr>
      <w:r>
        <w:t>میری نبوت میرے ماننے والوں کے لیے</w:t>
      </w:r>
    </w:p>
    <w:p>
      <w:r>
        <w:rPr>
          <w:b/>
        </w:rPr>
        <w:t xml:space="preserve">[10:41] </w:t>
      </w:r>
      <w:r>
        <w:t>woh daur tak cover ho jayega. jabke dunya mein itne zyada changes aayenge, itne zyada changes aayenge ke global planning mumkin ho jayegi.</w:t>
      </w:r>
    </w:p>
    <w:p>
      <w:pPr>
        <w:jc w:val="right"/>
      </w:pPr>
      <w:r>
        <w:t>وہ دور تک کور ہو جائے گا۔ جبکہ دنیا میں اتنے زیادہ چینجز آئیں گے، اتنے زیادہ چینجز آئیں گے کہ گلوبل پلاننگ ممکن ہو جائے گی۔</w:t>
      </w:r>
    </w:p>
    <w:p>
      <w:r>
        <w:rPr>
          <w:b/>
        </w:rPr>
        <w:t xml:space="preserve">[10:57] </w:t>
      </w:r>
      <w:r>
        <w:t>ab ghor kijiye ke is stage mein, is stage mein kitna farq hai. aap sochein ke ek paighambar jo aaya tha, seventh century AD mein, us ki death ho gayi usi sadi mein.</w:t>
      </w:r>
    </w:p>
    <w:p>
      <w:pPr>
        <w:jc w:val="right"/>
      </w:pPr>
      <w:r>
        <w:t>اب غور کیجیے کہ اس سٹیج میں، اس سٹیج میں کتنا فرق ہے۔ آپ سوچیں کہ ایک پیغمبر جو آیا تھا، سیونتھ سینچری اے ڈی میں، اس کی ڈیتھ ہو گئی اسی صدی میں۔</w:t>
      </w:r>
    </w:p>
    <w:p>
      <w:r>
        <w:rPr>
          <w:b/>
        </w:rPr>
        <w:t xml:space="preserve">[11:15] </w:t>
      </w:r>
      <w:r>
        <w:t>to woh to chala gaya. ab usi ke sath fazilat bhi chali gayi. lekin yeh jo main arz kiya, main ne woh soch agar aap ki ho to aap ke andar yeh ek universal thinking aayegi.</w:t>
      </w:r>
    </w:p>
    <w:p>
      <w:pPr>
        <w:jc w:val="right"/>
      </w:pPr>
      <w:r>
        <w:t>تو وہ تو چلا گیا۔ اب اسی کے ساتھ فضیلت بھی چلی گئی۔ لیکن یہ جو میں عرض کیا، میں نے وہ سوچ اگر آپ کی ہو تو آپ کے اندر یہ ایک یونیورسل تھنکنگ آئے گی۔</w:t>
      </w:r>
    </w:p>
    <w:p>
      <w:r>
        <w:rPr>
          <w:b/>
        </w:rPr>
        <w:t xml:space="preserve">[11:28] </w:t>
      </w:r>
      <w:r>
        <w:t>universal,</w:t>
      </w:r>
    </w:p>
    <w:p>
      <w:pPr>
        <w:jc w:val="right"/>
      </w:pPr>
      <w:r>
        <w:t>یونیورسل،</w:t>
      </w:r>
    </w:p>
    <w:p>
      <w:r>
        <w:rPr>
          <w:b/>
        </w:rPr>
        <w:t xml:space="preserve">[11:33] </w:t>
      </w:r>
      <w:r>
        <w:t>unlimited ho payegi aap ke andar. aap ke andar se negative thinking bilkul khatam ho jayegi.</w:t>
      </w:r>
    </w:p>
    <w:p>
      <w:pPr>
        <w:jc w:val="right"/>
      </w:pPr>
      <w:r>
        <w:t>ان لمیٹڈ ہو پائے گی آپ کے اندر۔ آپ کے اندر سے نیگیٹیو تھنکنگ بالکل ختم ہو جائے گی۔</w:t>
      </w:r>
    </w:p>
    <w:p>
      <w:r>
        <w:rPr>
          <w:b/>
        </w:rPr>
        <w:t xml:space="preserve">[11:43] </w:t>
      </w:r>
      <w:r>
        <w:t>mayusi bilkul khatam ho jayegi. shikayat bilkul khatam ho jayegi.</w:t>
      </w:r>
    </w:p>
    <w:p>
      <w:pPr>
        <w:jc w:val="right"/>
      </w:pPr>
      <w:r>
        <w:t>مایوسی بالکل ختم ہو جائے گی۔ شکایت بالکل ختم ہو جائے گی۔</w:t>
      </w:r>
    </w:p>
    <w:p>
      <w:r>
        <w:rPr>
          <w:b/>
        </w:rPr>
        <w:t xml:space="preserve">[11:50] </w:t>
      </w:r>
      <w:r>
        <w:t>nafrat bilkul khatam ho jayegi. tashaddud bilkul khatam ho jayega. tashaddud kis liye? tashaddud kis liye? jab sari dunya meri hai to kis liye tashaddud?</w:t>
      </w:r>
    </w:p>
    <w:p>
      <w:pPr>
        <w:jc w:val="right"/>
      </w:pPr>
      <w:r>
        <w:t>نفرت بالکل ختم ہو جائے گی۔ تشدد بالکل ختم ہو جائے گا۔ تشدد کس لیے؟ تشدد کس لیے؟ جب ساری دنیا میری ہے تو کس لیے تشدد؟</w:t>
      </w:r>
    </w:p>
    <w:p>
      <w:r>
        <w:rPr>
          <w:b/>
        </w:rPr>
        <w:t xml:space="preserve">[12:03] </w:t>
      </w:r>
      <w:r>
        <w:t>aur phir badi sochein, aap badi sochein to is mein kya niklega? ke Shibli aur us ke jo hain doosre log rote the Turkish empire ke khatam hone par.</w:t>
      </w:r>
    </w:p>
    <w:p>
      <w:pPr>
        <w:jc w:val="right"/>
      </w:pPr>
      <w:r>
        <w:t>اور پھر بدی سوچیں، آپ بدی سوچیں تو اس میں کیا نکلے گا؟ کہ شبلی اور اس کے جو ہیں دوسرے لوگ روتے تھے ٹرکش ایمپائر کے ختم ہونے پر۔</w:t>
      </w:r>
    </w:p>
    <w:p>
      <w:r>
        <w:rPr>
          <w:b/>
        </w:rPr>
        <w:t xml:space="preserve">[12:19] </w:t>
      </w:r>
      <w:r>
        <w:t>yahan rasool Allah bata rahe hain ke ek daur aayega jab ke super empire banne ka mauqa hoga. chand mulkon tak un ki empire thi.</w:t>
      </w:r>
    </w:p>
    <w:p>
      <w:pPr>
        <w:jc w:val="right"/>
      </w:pPr>
      <w:r>
        <w:t>یہاں رسول اللہ بتا رہے ہیں کہ ایک دور آئے گا جب کہ سپر ایمپائر بننے کا موقع ہوگا۔ چند ملکوں تک ان کی ایمپائر تھی۔</w:t>
      </w:r>
    </w:p>
    <w:p>
      <w:r>
        <w:rPr>
          <w:b/>
        </w:rPr>
        <w:t xml:space="preserve">[12:32] </w:t>
      </w:r>
      <w:r>
        <w:t>Turkish empire ya Abasid empire ya Mughal empire, jo bhi Spanish empire, chand mulkon tak thi woh.</w:t>
      </w:r>
    </w:p>
    <w:p>
      <w:pPr>
        <w:jc w:val="right"/>
      </w:pPr>
      <w:r>
        <w:t>ٹرکش ایمپائر یا اباسد ایمپائر یا مغل ایمپائر، جو بھی اسپینش ایمپائر، چند ملکوں تک تھی وہ۔</w:t>
      </w:r>
    </w:p>
    <w:p>
      <w:r>
        <w:rPr>
          <w:b/>
        </w:rPr>
        <w:t xml:space="preserve">[12:46] </w:t>
      </w:r>
      <w:r>
        <w:t>lekin rasool Allah ne prediction ke upar kaha ke ek daur aane wala hai jab ke meri ummat ke liye sari zameen mein super empire banana qaim mumkin ho jayega.</w:t>
      </w:r>
    </w:p>
    <w:p>
      <w:pPr>
        <w:jc w:val="right"/>
      </w:pPr>
      <w:r>
        <w:t>لیکن رسول اللہ نے پریڈیشن کے اوپر کہا کہ ایک دور آنے والا ہے جب کہ میری امت کے لیے ساری زمین میں سپر ایمپائر بنانا قائم ممکن ہو جائے گا۔</w:t>
      </w:r>
    </w:p>
    <w:p>
      <w:r>
        <w:rPr>
          <w:b/>
        </w:rPr>
        <w:t xml:space="preserve">[12:59] </w:t>
      </w:r>
      <w:r>
        <w:t>ideological empire, hathiyar wala nahi, political wala nahi. ideological empire.</w:t>
      </w:r>
    </w:p>
    <w:p>
      <w:pPr>
        <w:jc w:val="right"/>
      </w:pPr>
      <w:r>
        <w:t>آئیڈیلوجیکل ایمپائر، ہتھیار والا نہیں، پولیٹیکل والا نہیں۔ آئیڈیلوجیکل ایمپائر۔</w:t>
      </w:r>
    </w:p>
    <w:p>
      <w:r>
        <w:rPr>
          <w:b/>
        </w:rPr>
        <w:t xml:space="preserve">[13:09] </w:t>
      </w:r>
      <w:r>
        <w:t>to aap ghor kijiye ke agar log is tarike se rasool Allah ke upar sochein to kitna un ke zehan andar kitna bara change aayega.</w:t>
      </w:r>
    </w:p>
    <w:p>
      <w:pPr>
        <w:jc w:val="right"/>
      </w:pPr>
      <w:r>
        <w:t>تو آپ غور کیجیے کہ اگر لوگ اس طریقے سے رسول اللہ کے اوپر سوچیں تو کتنا ان کے ذہن اندر کتنا بڑا چینج آئے گا۔</w:t>
      </w:r>
    </w:p>
    <w:p>
      <w:r>
        <w:rPr>
          <w:b/>
        </w:rPr>
        <w:t xml:space="preserve">[13:22] </w:t>
      </w:r>
      <w:r>
        <w:t>lekin baad ke zamane mein, yani rasool Allah ke zamane mein nahi tha yeh culture jis ko hum kehte hain naatia culture. naat khwani ka jo culture aaj kal bohat raij hai, woh na rasool Allah ke zamane mein tha, na sabiq zamane mein tha,</w:t>
      </w:r>
    </w:p>
    <w:p>
      <w:pPr>
        <w:jc w:val="right"/>
      </w:pPr>
      <w:r>
        <w:t>لیکن بعد کے زمانے میں، یعنی رسول اللہ کے زمانے میں نہیں تھا یہ کلچر جس کو ہم کہتے ہیں نعتیہ کلچر۔ نعت خوانی کا جو کلچر آج کل بہت رائج ہے، وہ نہ رسول اللہ کے زمانے میں تھا، نہ سابق زمانے میں تھا،</w:t>
      </w:r>
    </w:p>
    <w:p>
      <w:r>
        <w:rPr>
          <w:b/>
        </w:rPr>
        <w:t xml:space="preserve">[13:36] </w:t>
      </w:r>
      <w:r>
        <w:t>nah tabai ke zamane mein tha, nah tabe tabai ke zamane mein tha. woh to is zamane mein phaila zyada tar. to naat khwani ke culture ne musalmanon ke zehan ko bilkul hi bilkul bilkul mehdood kar diya.</w:t>
      </w:r>
    </w:p>
    <w:p>
      <w:pPr>
        <w:jc w:val="right"/>
      </w:pPr>
      <w:r>
        <w:t>نہ تابعی کے زمانے میں تھا، نہ تبع تابعی کے زمانے میں تھا۔ وہ تو اس زمانے میں پھیلا زیادہ تر۔ تو نعت خوانی کے کلچر نے مسلمانوں کے ذہن کو بالکل ہی بالکل بالکل محدود کر دیا۔</w:t>
      </w:r>
    </w:p>
    <w:p>
      <w:r>
        <w:rPr>
          <w:b/>
        </w:rPr>
        <w:t xml:space="preserve">[13:50] </w:t>
      </w:r>
      <w:r>
        <w:t>apne liye kuch nahi raha. bas peghambar ke liye bare bare alfaaz bole, "shahanshah-e-konain, sarwar-e-alam, wazir reh gaya".</w:t>
      </w:r>
    </w:p>
    <w:p>
      <w:pPr>
        <w:jc w:val="right"/>
      </w:pPr>
      <w:r>
        <w:t>اپنے لیے کچھ نہیں رہا۔ بس پیغمبر کے لیے بڑے بڑے الفاظ بولے، "شاہنشاہ کونین، سرور عالم، وزیر رہ گیا"۔</w:t>
      </w:r>
    </w:p>
    <w:p>
      <w:r>
        <w:rPr>
          <w:b/>
        </w:rPr>
        <w:t xml:space="preserve">[14:05] </w:t>
      </w:r>
      <w:r>
        <w:t>kitna bara yeh loss hai. kitni bari yeh mehroomi hai.</w:t>
      </w:r>
    </w:p>
    <w:p>
      <w:pPr>
        <w:jc w:val="right"/>
      </w:pPr>
      <w:r>
        <w:t>کتنا بڑا یہ لاس ہے۔ کتنی بڑی یہ محرومی ہے۔</w:t>
      </w:r>
    </w:p>
    <w:p>
      <w:r>
        <w:rPr>
          <w:b/>
        </w:rPr>
        <w:t xml:space="preserve">[14:15] </w:t>
      </w:r>
      <w:r>
        <w:t>sach poochien to Allah Rasool Allah ne jo baat kahi thi, woh ummat ko aap ne future ka target diya. future ka mind diya.</w:t>
      </w:r>
    </w:p>
    <w:p>
      <w:pPr>
        <w:jc w:val="right"/>
      </w:pPr>
      <w:r>
        <w:t>سچ پوچھیں تو اللہ رسول اللہ نے جو بات کہی تھی، وہ امت کو آپ نے فیوچر کا ٹارگٹ دیا۔ فیوچر کا مائنڈ دیا۔</w:t>
      </w:r>
    </w:p>
    <w:p>
      <w:r>
        <w:rPr>
          <w:b/>
        </w:rPr>
        <w:t xml:space="preserve">[14:28] </w:t>
      </w:r>
      <w:r>
        <w:t>aanay walay daur mein woh kaise planning karein, is ka naqsha diya.</w:t>
      </w:r>
    </w:p>
    <w:p>
      <w:pPr>
        <w:jc w:val="right"/>
      </w:pPr>
      <w:r>
        <w:t>آنے والے دور میں وہ کیسے پلاننگ کریں، اس کا نقشہ دیا۔</w:t>
      </w:r>
    </w:p>
    <w:p>
      <w:r>
        <w:rPr>
          <w:b/>
        </w:rPr>
        <w:t xml:space="preserve">[14:39] </w:t>
      </w:r>
      <w:r>
        <w:t>aanay walay daur mein kuch bhi hua kare, kuch kuch political challenges hon, political kuch tabdiliyan hon, hone dijiye.</w:t>
      </w:r>
    </w:p>
    <w:p>
      <w:pPr>
        <w:jc w:val="right"/>
      </w:pPr>
      <w:r>
        <w:t>آنے والے دور میں کچھ بھی ہوا کرے، کچھ کچھ پولیٹیکل چیلنجز ہوں، پولیٹیکل کچھ تبدیلیاں ہوں، ہونے دیجیے۔</w:t>
      </w:r>
    </w:p>
    <w:p>
      <w:r>
        <w:rPr>
          <w:b/>
        </w:rPr>
        <w:t xml:space="preserve">[14:49] </w:t>
      </w:r>
      <w:r>
        <w:t>larai ho to hone dijiye. so called conspiracy duniya mein hone dijiye. so called Islamophobia ho to hone dijiye.</w:t>
      </w:r>
    </w:p>
    <w:p>
      <w:pPr>
        <w:jc w:val="right"/>
      </w:pPr>
      <w:r>
        <w:t>لڑائی ہو تو ہونے دیجیے۔ سو کالڈ کانسپریسی دنیا میں ہونے دیجیے۔ سو کالڈ اسلامک فوبیا ہو تو ہونے دیجیے۔</w:t>
      </w:r>
    </w:p>
    <w:p>
      <w:r>
        <w:rPr>
          <w:b/>
        </w:rPr>
        <w:t xml:space="preserve">[15:01] </w:t>
      </w:r>
      <w:r>
        <w:t>is se kuch nahi farq padega. aap ko to yeh karna hai ke aanay walay zamane mein jo global opportunities khulegi,</w:t>
      </w:r>
    </w:p>
    <w:p>
      <w:pPr>
        <w:jc w:val="right"/>
      </w:pPr>
      <w:r>
        <w:t>اس سے کچھ نہیں فرق پڑے گا۔ آپ کو تو یہ کرنا ہے کہ آنے والے زمانے میں جو گلوبل اپرچونیٹیز کھلیں گی،</w:t>
      </w:r>
    </w:p>
    <w:p>
      <w:r>
        <w:rPr>
          <w:b/>
        </w:rPr>
        <w:t xml:space="preserve">[15:14] </w:t>
      </w:r>
      <w:r>
        <w:t>is ko pehchanien.</w:t>
      </w:r>
    </w:p>
    <w:p>
      <w:pPr>
        <w:jc w:val="right"/>
      </w:pPr>
      <w:r>
        <w:t>اس کو پہچانیں۔</w:t>
      </w:r>
    </w:p>
    <w:p>
      <w:r>
        <w:rPr>
          <w:b/>
        </w:rPr>
        <w:t xml:space="preserve">[15:20] </w:t>
      </w:r>
      <w:r>
        <w:t>nusrat bil rabb, ala maseer taysar. yaani mera rob, mera mission poori zameen ko cover karega.</w:t>
      </w:r>
    </w:p>
    <w:p>
      <w:pPr>
        <w:jc w:val="right"/>
      </w:pPr>
      <w:r>
        <w:t>نصرت بالرب، علی مسیر تیسر۔ یعنی میرا رعب، میرا مشن پوری زمین کو کور کرے گا۔</w:t>
      </w:r>
    </w:p>
    <w:p>
      <w:r>
        <w:rPr>
          <w:b/>
        </w:rPr>
        <w:t xml:space="preserve">[15:33] </w:t>
      </w:r>
      <w:r>
        <w:t>baghair larai ke. is mein larai ki koi baat nahi hai. political government ki koi baat nahi hai. spirit of age ki baat hai.</w:t>
      </w:r>
    </w:p>
    <w:p>
      <w:pPr>
        <w:jc w:val="right"/>
      </w:pPr>
      <w:r>
        <w:t>بغیر لڑائی کے۔ اس میں لڑائی کی کوئی بات نہیں ہے۔ پولیٹیکل گورنمنٹ کی کوئی بات نہیں ہے۔ اسپیٹ آف ایج کی بات ہے۔</w:t>
      </w:r>
    </w:p>
    <w:p>
      <w:r>
        <w:rPr>
          <w:b/>
        </w:rPr>
        <w:t xml:space="preserve">[15:44] </w:t>
      </w:r>
      <w:r>
        <w:t>dekhiye, ek hai spirit of the age aur ek hai larai bhirhai, jang, hathiyar. to yeh baat jo farmayi aap ne, woh spirit of the age ke sense mein hai.</w:t>
      </w:r>
    </w:p>
    <w:p>
      <w:pPr>
        <w:jc w:val="right"/>
      </w:pPr>
      <w:r>
        <w:t>دیکھیے، ایک ہے اسپیٹ آف دی ایج اور ایک ہے لڑائی بھڑائی، جنگ، ہتھیار۔ تو یہ بات جو فرمائی آپ نے، وہ اسپیٹ آف دی ایج کے سینس میں ہے۔</w:t>
      </w:r>
    </w:p>
    <w:p>
      <w:r>
        <w:rPr>
          <w:b/>
        </w:rPr>
        <w:t xml:space="preserve">[15:57] </w:t>
      </w:r>
      <w:r>
        <w:t>yaani peaceful method se yeh passport ho jayega ke ummat-e-Muhammadi global level ki planning kare Islami mission ke liye,</w:t>
      </w:r>
    </w:p>
    <w:p>
      <w:pPr>
        <w:jc w:val="right"/>
      </w:pPr>
      <w:r>
        <w:t>یعنی پیس فل میتھڈ سے یہ پاسپورٹ ہو جائے گا کہ امت محمدی گلوبل لیول کی پلاننگ کریں اسلامی مشن کے لیے،</w:t>
      </w:r>
    </w:p>
    <w:p>
      <w:r>
        <w:rPr>
          <w:b/>
        </w:rPr>
        <w:t xml:space="preserve">[16:13] </w:t>
      </w:r>
      <w:r>
        <w:t>Muhammadi mission ke liye, Islami mission ke liye, divine mission ke liye.</w:t>
      </w:r>
    </w:p>
    <w:p>
      <w:pPr>
        <w:jc w:val="right"/>
      </w:pPr>
      <w:r>
        <w:t>محمدی مشن کے لیے، اسلامی مشن کے لیے، ڈیوائن مشن کے لیے۔</w:t>
      </w:r>
    </w:p>
    <w:p>
      <w:r>
        <w:rPr>
          <w:b/>
        </w:rPr>
        <w:t xml:space="preserve">[16:24] </w:t>
      </w:r>
      <w:r>
        <w:t>peaceful mission, peaceful method ke zariye global planning, is ki peshin goi hai is hadith mein. to baad ke zamane mein sari ummat naat khwani mein gum ho gayi.</w:t>
      </w:r>
    </w:p>
    <w:p>
      <w:pPr>
        <w:jc w:val="right"/>
      </w:pPr>
      <w:r>
        <w:t>پیس فل مشن، پیس فل میتھڈ کے ذریعے گلوبل پلاننگ، اس کی پیشین گوئی ہے اس حدیث میں۔ تو بعد کے زمانے میں ساری امت نعت خوانی میں گم ہو گئی۔</w:t>
      </w:r>
    </w:p>
    <w:p>
      <w:r>
        <w:rPr>
          <w:b/>
        </w:rPr>
        <w:t xml:space="preserve">[16:39] </w:t>
      </w:r>
      <w:r>
        <w:t>naat khwani kya hai? hadith mein aata hai ke Rasool Allah ne farmaya tha ummat ko khitab karte hue, "la tutruni kama utrat al-nisa min qabl".</w:t>
      </w:r>
    </w:p>
    <w:p>
      <w:pPr>
        <w:jc w:val="right"/>
      </w:pPr>
      <w:r>
        <w:t>نعت خوانی کیا ہے؟ حدیث میں آتا ہے کہ رسول اللہ نے فرمایا تھا امت کو خطاب کرتے ہوئے، "لا تترنی کما اتت النساء من قبل"۔</w:t>
      </w:r>
    </w:p>
    <w:p>
      <w:r>
        <w:rPr>
          <w:b/>
        </w:rPr>
        <w:t xml:space="preserve">[16:50] </w:t>
      </w:r>
      <w:r>
        <w:t>yaani mujh ko barha charha kar mat bayan karna. yeh barha charha kar yahi to hai madah khwani, yahi to hai naat khwani.</w:t>
      </w:r>
    </w:p>
    <w:p>
      <w:pPr>
        <w:jc w:val="right"/>
      </w:pPr>
      <w:r>
        <w:t>یعنی مجھ کو بڑھا چڑھا کر مت بیان کرنا۔ یہ بڑھا چڑھا کر یہی تو ہے مدہ خوانی، یہی تو ہے نعت خوانی۔</w:t>
      </w:r>
    </w:p>
    <w:p>
      <w:r>
        <w:rPr>
          <w:b/>
        </w:rPr>
        <w:t xml:space="preserve">[17:05] </w:t>
      </w:r>
      <w:r>
        <w:t>"la tutruni" yaani mujh ko barha charha kar, barha charha kar mat bayan karna. "shahanshah-e-konain, sarwar-e-alam" waghera.</w:t>
      </w:r>
    </w:p>
    <w:p>
      <w:pPr>
        <w:jc w:val="right"/>
      </w:pPr>
      <w:r>
        <w:t>"لا تترونی" یعنی مجھ کو بڑھا چڑھا کر، بڑھا چڑھا کر مت بیان کرنا۔ "شاہنشاہ کونین، سرور عالم" وغیرہ۔</w:t>
      </w:r>
    </w:p>
    <w:p>
      <w:r>
        <w:rPr>
          <w:b/>
        </w:rPr>
        <w:t xml:space="preserve">[17:15] </w:t>
      </w:r>
      <w:r>
        <w:t>naat khwani mat karna. yaani sach poochien to "la tutruni" ka matlab hai mere liye naat khwani mat karna. main main jo wisdom de raha hoon, is wisdom ko lekar sochna.</w:t>
      </w:r>
    </w:p>
    <w:p>
      <w:pPr>
        <w:jc w:val="right"/>
      </w:pPr>
      <w:r>
        <w:t>نعت خوانی مت کرنا۔ یعنی سچ پوچھیں تو "لا تترونی" کا مطلب ہے میرے لیے نعت خوانی مت کرنا۔ میں میں جو وزڈم دے رہا ہوں، اس وزڈم کو لے کر سوچنا۔</w:t>
      </w:r>
    </w:p>
    <w:p>
      <w:r>
        <w:rPr>
          <w:b/>
        </w:rPr>
        <w:t xml:space="preserve">[17:27] </w:t>
      </w:r>
      <w:r>
        <w:t>"la tutruni" jo hai, hadith sahi hai, sahi Bukhari mein hai ke mujh ko barha charha kar mat bayan karna. yeh kya hai?</w:t>
      </w:r>
    </w:p>
    <w:p>
      <w:pPr>
        <w:jc w:val="right"/>
      </w:pPr>
      <w:r>
        <w:t>"لا تترونی" جو ہے، حدیث صحیح ہے، صحیح بخاری میں ہے کہ مجھ کو بڑھا چڑھا کر مت بیان کرنا۔ یہ کیا ہے؟</w:t>
      </w:r>
    </w:p>
    <w:p>
      <w:r>
        <w:rPr>
          <w:b/>
        </w:rPr>
        <w:t xml:space="preserve">[17:36] </w:t>
      </w:r>
      <w:r>
        <w:t>mere liye naat khwani mat karna. naat khwani kya hai? lafzi, lafzi aitbar se barhana charhana. ke aap zameen o asman hain, aap shahanshah-e-konain hain, aap sarwar-e-alam hain.</w:t>
      </w:r>
    </w:p>
    <w:p>
      <w:pPr>
        <w:jc w:val="right"/>
      </w:pPr>
      <w:r>
        <w:t>میرے لیے نعت خوانی مت کرنا۔ نعت خوانی کیا ہے؟ لفظی، لفظی اعتبار سے بڑھانا چڑھانا۔ کہ آپ زمین و آسمان ہیں، آپ شاہنشاہ کونین ہیں، آپ سرور عالم ہیں۔</w:t>
      </w:r>
    </w:p>
    <w:p>
      <w:r>
        <w:rPr>
          <w:b/>
        </w:rPr>
        <w:t xml:space="preserve">[17:49] </w:t>
      </w:r>
      <w:r>
        <w:t>lafzi, lafzi. jaise badshahon ke liye qaid khwani hua karti thi. jaise ek ek ek badshah par ek shayar ne kaha tha, "nau kursi falak nihayat andesha zer paaye,</w:t>
      </w:r>
    </w:p>
    <w:p>
      <w:pPr>
        <w:jc w:val="right"/>
      </w:pPr>
      <w:r>
        <w:t>لفظی، لفظی۔ جیسے بادشاہوں کے لیے قید خوانی ہوا کرتی تھی۔ جیسے ایک ایک ایک بادشاہ پر ایک شاعر نے کہا تھا، "نو کرسی فلک نہایت اندیشہ زیر پائے،</w:t>
      </w:r>
    </w:p>
    <w:p>
      <w:r>
        <w:rPr>
          <w:b/>
        </w:rPr>
        <w:t xml:space="preserve">[18:04] </w:t>
      </w:r>
      <w:r>
        <w:t>ta boosa par raqab qazal asnad". qazal asnad hai. yeh kya lafzi baat hai? koi is ki haqeeqat nahi hai. lafzi, hawai baat, hawai.</w:t>
      </w:r>
    </w:p>
    <w:p>
      <w:pPr>
        <w:jc w:val="right"/>
      </w:pPr>
      <w:r>
        <w:t>تا بوسہ پر رقاب قضل اسناد"۔ قضل اسناد ہے۔ یہ کیا لفظی بات ہے؟ کوئی اس کی حقیقت نہیں ہے۔ لفظی، ہوائی بات، ہوائی۔</w:t>
      </w:r>
    </w:p>
    <w:p>
      <w:r>
        <w:rPr>
          <w:b/>
        </w:rPr>
        <w:t xml:space="preserve">[18:16] </w:t>
      </w:r>
      <w:r>
        <w:t>to aap ne farmaya ke yeh sab mat karna ke meri hawai baatein karo, naat khwani karo, qaid khwani karo. nahi, main ne jo wisdom diya hai, is wisdom ko discover karna,</w:t>
      </w:r>
    </w:p>
    <w:p>
      <w:pPr>
        <w:jc w:val="right"/>
      </w:pPr>
      <w:r>
        <w:t>تو آپ نے فرمایا کہ یہ سب مت کرنا کہ میری ہوائی باتیں کرو، نعت خوانی کرو، قید خوانی کرو۔ نہیں، میں نے جو وزڈم دیا ہے، اس وزڈم کو ڈسکور کرنا،</w:t>
      </w:r>
    </w:p>
    <w:p>
      <w:r>
        <w:rPr>
          <w:b/>
        </w:rPr>
        <w:t xml:space="preserve">[18:31] </w:t>
      </w:r>
      <w:r>
        <w:t>is wisdom ko lekar apni planning karna, is wisdom ko lekar tum Islam ko chalana. yeh matlab hai is ka.</w:t>
      </w:r>
    </w:p>
    <w:p>
      <w:pPr>
        <w:jc w:val="right"/>
      </w:pPr>
      <w:r>
        <w:t>اس وزڈم کو لے کر اپنی پلاننگ کرنا، اس وزڈم کو لے کر تم اسلام کو چلانا۔ یہ مطلب ہے اس کا۔</w:t>
      </w:r>
    </w:p>
    <w:p>
      <w:r>
        <w:rPr>
          <w:b/>
        </w:rPr>
        <w:t xml:space="preserve">[18:42] </w:t>
      </w:r>
      <w:r>
        <w:t>lekin jaisa ke doosre mamlaat mein ummat ke andar derailment hua, derailment aise yahan pe hua</w:t>
      </w:r>
    </w:p>
    <w:p>
      <w:pPr>
        <w:jc w:val="right"/>
      </w:pPr>
      <w:r>
        <w:t>لیکن جیسا کہ دوسرے معاملات میں امت کے اندر ڈی ریلیمنٹ ہوا، ڈی ریلیمنٹ ایسے یہاں پہ ہوا</w:t>
      </w:r>
    </w:p>
    <w:p>
      <w:r>
        <w:rPr>
          <w:b/>
        </w:rPr>
        <w:t xml:space="preserve">[18:55] </w:t>
      </w:r>
      <w:r>
        <w:t>ke jis cheez se roka tha Allah Rasool Allah ne, "la tatrooni" wahi kiya. Madah khwani kiya? Yahi hai. Naat khwani, naat khwani yahi hai.</w:t>
      </w:r>
    </w:p>
    <w:p>
      <w:pPr>
        <w:jc w:val="right"/>
      </w:pPr>
      <w:r>
        <w:t>کہ جس چیز سے روکا تھا اللہ رسول اللہ نے، "لا تترونی" وہی کیا۔ مدہ خوانی کیا؟ یہی ہے۔ نعت خوانی، نعت خوانی یہی ہے۔</w:t>
      </w:r>
    </w:p>
    <w:p>
      <w:r>
        <w:rPr>
          <w:b/>
        </w:rPr>
        <w:t xml:space="preserve">[19:12] </w:t>
      </w:r>
      <w:r>
        <w:t>ek shair ne kaha. Rasool Allah par naat khwani karte hue</w:t>
      </w:r>
    </w:p>
    <w:p>
      <w:pPr>
        <w:jc w:val="right"/>
      </w:pPr>
      <w:r>
        <w:t>ایک شاعر نے کہا۔ رسول اللہ پر نعت خوانی کرتے ہوئے</w:t>
      </w:r>
    </w:p>
    <w:p>
      <w:r>
        <w:rPr>
          <w:b/>
        </w:rPr>
        <w:t xml:space="preserve">[19:19] </w:t>
      </w:r>
      <w:r>
        <w:t>log mehshar mein hairaan reh jayenge. Khuda kaun hai? Mustafa kaun hai? Yeh Mustafa ka darja itna bada, itna bada darja hai ke log pehchanen nahin ke Khuda yeh hai ke Khuda woh hai.</w:t>
      </w:r>
    </w:p>
    <w:p>
      <w:pPr>
        <w:jc w:val="right"/>
      </w:pPr>
      <w:r>
        <w:t>لوگ محشر میں حیران رہ جائیں گے۔ خدا کون ہے؟ مصطفی کون ہے؟ یہ مصطفی کا درجہ اتنا بڑا، اتنا بڑا درجہ ہے کہ لوگ پہچانیں نہیں کہ خدا یہ ہے کہ خدا وہ ہے۔</w:t>
      </w:r>
    </w:p>
    <w:p>
      <w:r>
        <w:rPr>
          <w:b/>
        </w:rPr>
        <w:t xml:space="preserve">[19:33] </w:t>
      </w:r>
      <w:r>
        <w:t>yeh to shaitani baatein hain. Isi wajah se Musalmanon ke andar creative thinking khatm ho gayi.</w:t>
      </w:r>
    </w:p>
    <w:p>
      <w:pPr>
        <w:jc w:val="right"/>
      </w:pPr>
      <w:r>
        <w:t>یہ تو شیطانی باتیں ہیں۔ اسی وجہ سے مسلمانوں کے اندر کریٹیو تھنکنگ ختم ہو گئی۔</w:t>
      </w:r>
    </w:p>
    <w:p>
      <w:r>
        <w:rPr>
          <w:b/>
        </w:rPr>
        <w:t xml:space="preserve">[19:45] </w:t>
      </w:r>
      <w:r>
        <w:t>Musalmanon ke andar creative thinking bilkul khatm ho gayi. Aaj ka Musalman jab sirf yeh jaanta hai, bas kamao khao, kamao khao.</w:t>
      </w:r>
    </w:p>
    <w:p>
      <w:pPr>
        <w:jc w:val="right"/>
      </w:pPr>
      <w:r>
        <w:t>مسلمانوں کے اندر کریٹیو تھنکنگ بالکل ختم ہو گئی۔ آج کا مسلمان جب صرف یہ جانتا ہے، بس کماؤ کھاؤ، کماؤ کھاؤ۔</w:t>
      </w:r>
    </w:p>
    <w:p>
      <w:r>
        <w:rPr>
          <w:b/>
        </w:rPr>
        <w:t xml:space="preserve">[19:59] </w:t>
      </w:r>
      <w:r>
        <w:t>hamare jamea mein ek aalim the, woh Islamic Islamic department mein ustaad the. To woh apne ko ek kehte the ke hum log haiwan kasab hain,</w:t>
      </w:r>
    </w:p>
    <w:p>
      <w:pPr>
        <w:jc w:val="right"/>
      </w:pPr>
      <w:r>
        <w:t>ہمارے جامعہ میں ایک عالم تھے، وہ اسلامک اسلامک ڈیپارٹمنٹ میں استاد تھے۔ تو وہ اپنے کو ایک کہتے تھے کہ ہم لوگ حیوان کاسب ہیں،</w:t>
      </w:r>
    </w:p>
    <w:p>
      <w:r>
        <w:rPr>
          <w:b/>
        </w:rPr>
        <w:t xml:space="preserve">[20:16] </w:t>
      </w:r>
      <w:r>
        <w:t>hum log earning animal hain. To saare Musalman earning animal ban gaye. Yahan se le ke America tak earning animal hain, haiwan kasab.</w:t>
      </w:r>
    </w:p>
    <w:p>
      <w:pPr>
        <w:jc w:val="right"/>
      </w:pPr>
      <w:r>
        <w:t>ہم لوگ ارننگ اینیمل ہیں۔ تو سارے مسلمان ارننگ اینیمل بن گئے۔ یہاں سے لے کے امریکہ تک ارننگ اینیمل ہیں، حیوان کاسب۔</w:t>
      </w:r>
    </w:p>
    <w:p>
      <w:r>
        <w:rPr>
          <w:b/>
        </w:rPr>
        <w:t xml:space="preserve">[20:29] </w:t>
      </w:r>
      <w:r>
        <w:t>aur bahut jo Rasool Allah sallallahu alaihi wasallam ne jo guidance di thi, woh guidance se bekhabar ho gaye.</w:t>
      </w:r>
    </w:p>
    <w:p>
      <w:pPr>
        <w:jc w:val="right"/>
      </w:pPr>
      <w:r>
        <w:t>اور بہت جو رسول اللہ صلی اللہ علیہ وسلم نے جو گائیڈنس دی تھی، وہ گائیڈنس سے بے خبر ہو گئے۔</w:t>
      </w:r>
    </w:p>
    <w:p>
      <w:r>
        <w:rPr>
          <w:b/>
        </w:rPr>
        <w:t xml:space="preserve">[20:43] </w:t>
      </w:r>
      <w:r>
        <w:t>ek hadith mein kaha gaya hai baad ke zamane ke Musalmanon ke baare mein ke "tanzo anhum ma'qool". Baad ke Musalmanon ke baare mein hadith hai bator peshangoyi ke "tanzo anhum ma'qool".</w:t>
      </w:r>
    </w:p>
    <w:p>
      <w:pPr>
        <w:jc w:val="right"/>
      </w:pPr>
      <w:r>
        <w:t>ایک حدیث میں کہا گیا ہے بعد کے زمانے کے مسلمانوں کے بارے میں کہ "تنذو عنہم مقول"۔ بعد کے مسلمانوں کے بارے میں حدیث ہے بطور پیشنگوئی کہ "تنذو عنہم مقول"۔</w:t>
      </w:r>
    </w:p>
    <w:p>
      <w:r>
        <w:rPr>
          <w:b/>
        </w:rPr>
        <w:t xml:space="preserve">[21:02] </w:t>
      </w:r>
      <w:r>
        <w:t>unki aqlein chhin jayengi, unse aqal chhin jayegi. Main ne socha ke aakhir kaise aisa hoga? Yahi to hai ke naat khwani karenge, aqal se istemal nahin karenge.</w:t>
      </w:r>
    </w:p>
    <w:p>
      <w:pPr>
        <w:jc w:val="right"/>
      </w:pPr>
      <w:r>
        <w:t>ان کی عقلیں چھن جائیں گی، ان سے عقل چھن جائے گی۔ میں نے سوچا کہ آخر کیسے ایسا ہوگا؟ یہی تو ہے کہ نعت خوانی کریں گے، عقل سے استعمال نہیں کریں گے۔</w:t>
      </w:r>
    </w:p>
    <w:p>
      <w:r>
        <w:rPr>
          <w:b/>
        </w:rPr>
        <w:t xml:space="preserve">[21:18] </w:t>
      </w:r>
      <w:r>
        <w:t>lafzi, lafzi qida khwani. Naat kya hai? Naat hai lafzi qida khwani. Naat hai lafzi qida khwani.</w:t>
      </w:r>
    </w:p>
    <w:p>
      <w:pPr>
        <w:jc w:val="right"/>
      </w:pPr>
      <w:r>
        <w:t>لفظی، لفظی قیدہ خوانی۔ نعت کیا ہے؟ نعت ہے لفظی قیدہ خوانی۔ نعت ہے لفظی قیدہ خوانی۔</w:t>
      </w:r>
    </w:p>
    <w:p>
      <w:r>
        <w:rPr>
          <w:b/>
        </w:rPr>
        <w:t xml:space="preserve">[21:32] </w:t>
      </w:r>
      <w:r>
        <w:t>to jab ummat ke andar lafzi qida khwani ka culture aa jaye naat khwani ke naam par, to iska nateeja yahi hoga ke logon ki aqlein chhin jayengi.</w:t>
      </w:r>
    </w:p>
    <w:p>
      <w:pPr>
        <w:jc w:val="right"/>
      </w:pPr>
      <w:r>
        <w:t>تو جب امت کے اندر لفظی قیدہ خوانی کا کلچر آ جائے نعت خوانی کے نام پر، تو اس کا نتیجہ یہی ہوگا کہ لوگوں کی عقلیں چھن جائیں گی۔</w:t>
      </w:r>
    </w:p>
    <w:p>
      <w:r>
        <w:rPr>
          <w:b/>
        </w:rPr>
        <w:t xml:space="preserve">[21:44] </w:t>
      </w:r>
      <w:r>
        <w:t>yani rational thinking khatm ho jayegi, intellectual development khatm ho jayega. Phir yahi sab karenge, bait baazi karenge, alfaaz ka maal khada karenge,</w:t>
      </w:r>
    </w:p>
    <w:p>
      <w:pPr>
        <w:jc w:val="right"/>
      </w:pPr>
      <w:r>
        <w:t>یعنی ریشنل تھنکنگ ختم ہو جائے گی، انٹلیکچول ڈیویلپمنٹ ختم ہو جائے گا۔ پھر یہی سب کریں گے، بیعت بازی کریں گے، الفاظ کا مال کھڑا کریں گے،</w:t>
      </w:r>
    </w:p>
    <w:p>
      <w:r>
        <w:rPr>
          <w:b/>
        </w:rPr>
        <w:t xml:space="preserve">[22:01] </w:t>
      </w:r>
      <w:r>
        <w:t>yahi sab karenge.</w:t>
      </w:r>
    </w:p>
    <w:p>
      <w:pPr>
        <w:jc w:val="right"/>
      </w:pPr>
      <w:r>
        <w:t>یہی سب کریں گے۔</w:t>
      </w:r>
    </w:p>
    <w:p>
      <w:r>
        <w:rPr>
          <w:b/>
        </w:rPr>
        <w:t xml:space="preserve">[22:05] </w:t>
      </w:r>
      <w:r>
        <w:t>main bachpan mein jab tha, main naujawani ki umar mein, is zamane mein ek natiya qida khwani tha. Hum padhte the isko to hum bhi us waqt hamari sahibiyat thi, maturity thi nahin.</w:t>
      </w:r>
    </w:p>
    <w:p>
      <w:pPr>
        <w:jc w:val="right"/>
      </w:pPr>
      <w:r>
        <w:t>میں بچپن میں جب تھا، میں نوجوانی کی عمر میں، اس زمانے میں ایک نعتیہ قیدہ خوانی تھا۔ ہم پڑھتے تھے اس کو تو ہم بھی اس وقت ہماری صاحبیت تھی، میچورٹی تھی نہیں۔</w:t>
      </w:r>
    </w:p>
    <w:p>
      <w:r>
        <w:rPr>
          <w:b/>
        </w:rPr>
        <w:t xml:space="preserve">[22:21] </w:t>
      </w:r>
      <w:r>
        <w:t>to is ne naqsha kheencha tha, unhon ne meraj ka. Rasool Allah safar karte karte pahunche hain wahan par, ek dibu par jahan Allah Rab ul Alameen ne.</w:t>
      </w:r>
    </w:p>
    <w:p>
      <w:pPr>
        <w:jc w:val="right"/>
      </w:pPr>
      <w:r>
        <w:t>تو اس نے نقشہ کھینچا تھا، انہوں نے معراج کا۔ رسول اللہ سفر کرتے کرتے پہنچے ہیں وہاں پر، ایک دبو پر جہاں اللہ رب العالمین نے۔</w:t>
      </w:r>
    </w:p>
    <w:p>
      <w:r>
        <w:rPr>
          <w:b/>
        </w:rPr>
        <w:t xml:space="preserve">[22:33] </w:t>
      </w:r>
      <w:r>
        <w:t>to is mein tha ke kisi ne khud libb kar le liya aaghosh rehmat mein. Yani Allah jab Rasool Allah wahan pahunche to jaise maayein apne bachche ko lipp le leti hain god mein, to nauzubillah, Allah ne libb kar aap ko apni god mein liya.</w:t>
      </w:r>
    </w:p>
    <w:p>
      <w:pPr>
        <w:jc w:val="right"/>
      </w:pPr>
      <w:r>
        <w:t>تو اس میں تھا کہ کسی نے خود لبک کر لے لیا آغوش رحمت میں۔ یعنی اللہ جب رسول اللہ وہاں پہنچے تو جیسے مائیں اپنے بچے کو لپک لے لیتی ہیں گود میں، تو نعوذ باللہ، اللہ نے لبک کر آپ کو اپنی گود میں لیا۔</w:t>
      </w:r>
    </w:p>
    <w:p>
      <w:r>
        <w:rPr>
          <w:b/>
        </w:rPr>
        <w:t xml:space="preserve">[22:49] </w:t>
      </w:r>
      <w:r>
        <w:t>yeh sab shaitani baatein hain.</w:t>
      </w:r>
    </w:p>
    <w:p>
      <w:pPr>
        <w:jc w:val="right"/>
      </w:pPr>
      <w:r>
        <w:t>یہ سب شیطانی باتیں ہیں۔</w:t>
      </w:r>
    </w:p>
    <w:p>
      <w:r>
        <w:rPr>
          <w:b/>
        </w:rPr>
        <w:t xml:space="preserve">[22:55] </w:t>
      </w:r>
      <w:r>
        <w:t>kisi ne libb, kisi ne khud libb kar le liya aaghosh rehmat mein. Hua mulk qadam khulwat saraye husn imkani.</w:t>
      </w:r>
    </w:p>
    <w:p>
      <w:pPr>
        <w:jc w:val="right"/>
      </w:pPr>
      <w:r>
        <w:t>کسی نے لبک، کسی نے خود لبک کر لے لیا آغوش رحمت میں۔ ہوا ملک قدم خلوت سرائے حسن امکانی۔</w:t>
      </w:r>
    </w:p>
    <w:p>
      <w:r>
        <w:rPr>
          <w:b/>
        </w:rPr>
        <w:t xml:space="preserve">[23:05] </w:t>
      </w:r>
      <w:r>
        <w:t>to pichhle kai so saal se Musalman isi qism ki baaton mein phanse hue hain. Is ne unki aqal par pathar maar diya.</w:t>
      </w:r>
    </w:p>
    <w:p>
      <w:pPr>
        <w:jc w:val="right"/>
      </w:pPr>
      <w:r>
        <w:t>تو پچھلے کئی سو سال سے مسلمان اسی قسم کی باتوں میں پھنسے ہوئے ہیں۔ اس نے ان کی عقل پر پتھر مار دیا۔</w:t>
      </w:r>
    </w:p>
    <w:p>
      <w:r>
        <w:rPr>
          <w:b/>
        </w:rPr>
        <w:t xml:space="preserve">[23:16] </w:t>
      </w:r>
      <w:r>
        <w:t>aqal khatm ho gayi, stagnation aa gaya, creative thinking baqi nahin rahi. Intellectual development ke bajaye intellectual stagnation aa gaya.</w:t>
      </w:r>
    </w:p>
    <w:p>
      <w:pPr>
        <w:jc w:val="right"/>
      </w:pPr>
      <w:r>
        <w:t>عقل ختم ہوگئی، اسٹیگنیشن آ گیا، کریٹیو تھنکنگ باقی نہیں رہی۔ انٹلیکچول ڈیویلپمنٹ کے بجائے انٹلیکچول اسٹیگنیشن آ گیا۔</w:t>
      </w:r>
    </w:p>
    <w:p>
      <w:r>
        <w:rPr>
          <w:b/>
        </w:rPr>
        <w:t xml:space="preserve">[23:29] </w:t>
      </w:r>
      <w:r>
        <w:t>to isi ko hadith mein kaha ke "tanzo anhum ma'qool" ke unki aqlein chhin jayengi. Ab itni badi baat Rasool Allah ne farmai thi ke mere baad jo daur aayega, woh daur tum ko mawaqe dega, global mawaqe.</w:t>
      </w:r>
    </w:p>
    <w:p>
      <w:pPr>
        <w:jc w:val="right"/>
      </w:pPr>
      <w:r>
        <w:t>تو اسی کو حدیث میں کہا کہ "تنذو عنہم مقول" کہ ان کی عقلیں چھن جائیں گی۔ اب اتنی بڑی بات رسول اللہ نے فرمائی تھی کہ میرے بعد جو دور آئے گا، وہ دور تم کو مواقع دے گا، گلوبل مواقع۔</w:t>
      </w:r>
    </w:p>
    <w:p>
      <w:r>
        <w:rPr>
          <w:b/>
        </w:rPr>
        <w:t xml:space="preserve">[23:48] </w:t>
      </w:r>
      <w:r>
        <w:t>yeh jo hai ke</w:t>
      </w:r>
    </w:p>
    <w:p>
      <w:pPr>
        <w:jc w:val="right"/>
      </w:pPr>
      <w:r>
        <w:t>یہ جو ہے کہ</w:t>
      </w:r>
    </w:p>
    <w:p>
      <w:r>
        <w:rPr>
          <w:b/>
        </w:rPr>
        <w:t xml:space="preserve">[23:52] </w:t>
      </w:r>
      <w:r>
        <w:t>nusrat bir rabb, basarat sar ke ek saal ki, ek mahine ki masawat tak meri, meri, mera Rab pahunchta hai</w:t>
      </w:r>
    </w:p>
    <w:p>
      <w:pPr>
        <w:jc w:val="right"/>
      </w:pPr>
      <w:r>
        <w:t>نصرت بالرب، بصیرت سر کہ ایک سال کی، ایک مہینے کی مساوت تک میری، میری، میرا رب پہنچتا ہے</w:t>
      </w:r>
    </w:p>
    <w:p>
      <w:r>
        <w:rPr>
          <w:b/>
        </w:rPr>
        <w:t xml:space="preserve">[24:05] </w:t>
      </w:r>
      <w:r>
        <w:t>aur sari, sari dunya mere liye masjid hai. yeh sab baatein kya hain? yeh, yeh mutafiq aap ne chaha ke musalmanon ke andar, millat-e-muslima ke andar universal soch aaye, global thinking aaye,</w:t>
      </w:r>
    </w:p>
    <w:p>
      <w:pPr>
        <w:jc w:val="right"/>
      </w:pPr>
      <w:r>
        <w:t>اور ساری، ساری دنیا میرے لیے مسجد ہے۔ یہ سب باتیں کیا ہیں؟ یہ، یہ متفق آپ نے چاہا کہ مسلمانوں کے اندر، ملت مسلمہ کے اندر یونیورسل سوچ آئے، گلوبل تھنکنگ آئے،</w:t>
      </w:r>
    </w:p>
    <w:p>
      <w:r>
        <w:rPr>
          <w:b/>
        </w:rPr>
        <w:t xml:space="preserve">[24:23] </w:t>
      </w:r>
      <w:r>
        <w:t>bade zehan se sochna jaane ho.</w:t>
      </w:r>
    </w:p>
    <w:p>
      <w:pPr>
        <w:jc w:val="right"/>
      </w:pPr>
      <w:r>
        <w:t>بڑے ذہن سے سوچنا جانے ہو۔</w:t>
      </w:r>
    </w:p>
    <w:p>
      <w:r>
        <w:rPr>
          <w:b/>
        </w:rPr>
        <w:t xml:space="preserve">[24:30] </w:t>
      </w:r>
      <w:r>
        <w:t>yaani ek, ek, ek waqt, ek daur aayega jab ke aise mauqe khulenge, aisi opportunities khulengi jab ke yeh mumkin ho jayega ke Islam ke mission ke liye global planning ki jaye.</w:t>
      </w:r>
    </w:p>
    <w:p>
      <w:pPr>
        <w:jc w:val="right"/>
      </w:pPr>
      <w:r>
        <w:t>یعنی ایک، ایک، ایک وقت، ایک دور آئے گا جب کہ ایسے مواقع کھلیں گے، ایسی اپرچونیٹیز کھلیں گی جب کہ یہ ممکن ہو جائے گا کہ اسلام کے مشن کے لیے گلوبل پلاننگ کی جائے۔</w:t>
      </w:r>
    </w:p>
    <w:p>
      <w:r>
        <w:rPr>
          <w:b/>
        </w:rPr>
        <w:t xml:space="preserve">[24:49] </w:t>
      </w:r>
      <w:r>
        <w:t>is hadith ka matlab is mein kisi fazilat ko nahi bataya gaya, balke historical fact ko bataya gaya. yeh fazilat nahi hai,</w:t>
      </w:r>
    </w:p>
    <w:p>
      <w:pPr>
        <w:jc w:val="right"/>
      </w:pPr>
      <w:r>
        <w:t>اس حدیث کا مطلب اس میں کسی فضیلت کو نہیں بتایا گیا، بلکہ ہسٹاریکل فیکٹ کو بتایا گیا۔ یہ فضیلت نہیں ہے،</w:t>
      </w:r>
    </w:p>
    <w:p>
      <w:r>
        <w:rPr>
          <w:b/>
        </w:rPr>
        <w:t xml:space="preserve">[25:04] </w:t>
      </w:r>
      <w:r>
        <w:t>historical fact</w:t>
      </w:r>
    </w:p>
    <w:p>
      <w:pPr>
        <w:jc w:val="right"/>
      </w:pPr>
      <w:r>
        <w:t>ہسٹاریکل فیکٹ</w:t>
      </w:r>
    </w:p>
    <w:p>
      <w:r>
        <w:rPr>
          <w:b/>
        </w:rPr>
        <w:t xml:space="preserve">[25:08] </w:t>
      </w:r>
      <w:r>
        <w:t>ke aage woh daur aane wala hai jab ke ummat-e-muslima ke liye global planning passport ho jayegi. aur is mein yeh cheez implicit hai ke peaceful taur par ladne ki zaroorat nahi hogi.</w:t>
      </w:r>
    </w:p>
    <w:p>
      <w:pPr>
        <w:jc w:val="right"/>
      </w:pPr>
      <w:r>
        <w:t>کہ آگے وہ دور آنے والا ہے جب کہ امت مسلمہ کے لیے گلوبل پلاننگ پاسپورٹ ہو جائے گی۔ اور اس میں یہ چیز ایمپلیسیٹ ہے کہ پیس فل طور پر لڑنے کی ضرورت نہیں ہوگی۔</w:t>
      </w:r>
    </w:p>
    <w:p>
      <w:r>
        <w:rPr>
          <w:b/>
        </w:rPr>
        <w:t xml:space="preserve">[25:24] </w:t>
      </w:r>
      <w:r>
        <w:t>dekhiye, ek hai ke lad kar ke aap empire banayein, ek hai spirit of the age hi aap ko mauqa de ke aap apna empire khada karein.</w:t>
      </w:r>
    </w:p>
    <w:p>
      <w:pPr>
        <w:jc w:val="right"/>
      </w:pPr>
      <w:r>
        <w:t>دیکھیے، ایک ہے کہ لڑ کر کے آپ ایمپائر بنائیں، ایک ہے اسپیٹ آف دی ایج ہی آپ کو موقع دے کہ آپ اپنا ایمپائر کھڑا کریں۔</w:t>
      </w:r>
    </w:p>
    <w:p>
      <w:r>
        <w:rPr>
          <w:b/>
        </w:rPr>
        <w:t xml:space="preserve">[25:35] </w:t>
      </w:r>
      <w:r>
        <w:t>peaceful empire bahut fark hai dono mein. lad kar do chaar mulk par qabza karna aur empire banana, woh toh bahut hi mamooli cheez hai.</w:t>
      </w:r>
    </w:p>
    <w:p>
      <w:pPr>
        <w:jc w:val="right"/>
      </w:pPr>
      <w:r>
        <w:t>پیس فل ایمپائر بہت فرق ہے دونوں میں۔ لڑ کر دو چار ملک پر قبضہ کرنا اور ایمپائر بنانا، وہ تو بہت ہی معمولی چیز ہے۔</w:t>
      </w:r>
    </w:p>
    <w:p>
      <w:r>
        <w:rPr>
          <w:b/>
        </w:rPr>
        <w:t xml:space="preserve">[25:47] </w:t>
      </w:r>
      <w:r>
        <w:t>lekin aisa ho jaye ke spirit of age jo hai, aap ko mauqa de</w:t>
      </w:r>
    </w:p>
    <w:p>
      <w:pPr>
        <w:jc w:val="right"/>
      </w:pPr>
      <w:r>
        <w:t>لیکن ایسا ہو جائے کہ اسپیٹ آف ایج جو ہے، آپ کو موقع دے</w:t>
      </w:r>
    </w:p>
    <w:p>
      <w:r>
        <w:rPr>
          <w:b/>
        </w:rPr>
        <w:t xml:space="preserve">[25:55] </w:t>
      </w:r>
      <w:r>
        <w:t>toh aap ke liye global level par mauqa mil jayega aap ko ke peaceful empire aap log khada karein, ideological empire.</w:t>
      </w:r>
    </w:p>
    <w:p>
      <w:pPr>
        <w:jc w:val="right"/>
      </w:pPr>
      <w:r>
        <w:t>تو آپ کے لیے گلوبل لیول پر موقع مل جائے گا آپ کو کہ پیس فل ایمپائر آپ لوگ کھڑا کریں، آئیڈیلوجیکل ایمپائر۔</w:t>
      </w:r>
    </w:p>
    <w:p>
      <w:r>
        <w:rPr>
          <w:b/>
        </w:rPr>
        <w:t xml:space="preserve">[26:06] </w:t>
      </w:r>
      <w:r>
        <w:t>ab dekhiye, main ek aur baat arz karunga isi se mutalliq. kal hamare paas ek, ek angrezi akhbar ke correspondent aaye the kal shaam ko</w:t>
      </w:r>
    </w:p>
    <w:p>
      <w:pPr>
        <w:jc w:val="right"/>
      </w:pPr>
      <w:r>
        <w:t>اب دیکھیے، میں ایک اور بات عرض کروں گا اسی سے متعلق۔ کل ہمارے پاس ایک، ایک انگریزی اخبار کے کرسپانڈنٹ آئے تھے کل شام کو</w:t>
      </w:r>
    </w:p>
    <w:p>
      <w:r>
        <w:rPr>
          <w:b/>
        </w:rPr>
        <w:t xml:space="preserve">[26:20] </w:t>
      </w:r>
      <w:r>
        <w:t>toh unhone kai tarah ke question kiye. Mr. Rajat bhi the maujood yahan.</w:t>
      </w:r>
    </w:p>
    <w:p>
      <w:pPr>
        <w:jc w:val="right"/>
      </w:pPr>
      <w:r>
        <w:t>تو انہوں نے کئی طرح کے کوئسچن کیے۔ مسٹر رجت بھی تھے موجود یہاں۔</w:t>
      </w:r>
    </w:p>
    <w:p>
      <w:r>
        <w:rPr>
          <w:b/>
        </w:rPr>
        <w:t xml:space="preserve">[26:30] </w:t>
      </w:r>
      <w:r>
        <w:t>ek sawal unka yeh tha ke aap ke paas fund kahan se aata hai? aap jo itna bada kaam kar rahe hain shayad dunya mein, toh fund kahan se aata hai aap ke paas?</w:t>
      </w:r>
    </w:p>
    <w:p>
      <w:pPr>
        <w:jc w:val="right"/>
      </w:pPr>
      <w:r>
        <w:t>ایک سوال ان کا یہ تھا کہ آپ کے پاس فنڈ کہاں سے آتا ہے؟ آپ جو اتنا بڑا کام کر رہے ہیں شاید دنیا میں، تو فنڈ کہاں سے آتا ہے آپ کے پاس؟</w:t>
      </w:r>
    </w:p>
    <w:p>
      <w:r>
        <w:rPr>
          <w:b/>
        </w:rPr>
        <w:t xml:space="preserve">[26:44] </w:t>
      </w:r>
      <w:r>
        <w:t>toh aqeed kijiye ke mujhe koi is par bura nahi laga. bahut hi thande mind ke sath maine kaha ke dekhiye, bilkul understandable baat hai yeh.</w:t>
      </w:r>
    </w:p>
    <w:p>
      <w:pPr>
        <w:jc w:val="right"/>
      </w:pPr>
      <w:r>
        <w:t>تو عقید کیجئے کہ مجھے کوئی اس پر برا نہیں لگا۔ بہت ہی ٹھنڈے مائنڈ کے ساتھ میں نے کہا کہ دیکھیے، بالکل انڈرسٹڈیبل بات ہے یہ۔</w:t>
      </w:r>
    </w:p>
    <w:p>
      <w:r>
        <w:rPr>
          <w:b/>
        </w:rPr>
        <w:t xml:space="preserve">[26:59] </w:t>
      </w:r>
      <w:r>
        <w:t>yeh koi mysterious baat nahi hai. is ka sabab yeh hai ke hamara jo tareeqa hai, woh hai low profile ka tareeqa, high profile ka tareeqa nahi hai.</w:t>
      </w:r>
    </w:p>
    <w:p>
      <w:pPr>
        <w:jc w:val="right"/>
      </w:pPr>
      <w:r>
        <w:t>یہ کوئی مسٹیرینس بات نہیں ہے۔ اس کا سبب یہ ہے کہ ہمارا جو طریقہ ہے، وہ ہے لو پروفائل کا طریقہ، ہائی پروفائل کا طریقہ نہیں ہے۔</w:t>
      </w:r>
    </w:p>
    <w:p>
      <w:r>
        <w:rPr>
          <w:b/>
        </w:rPr>
        <w:t xml:space="preserve">[27:14] </w:t>
      </w:r>
      <w:r>
        <w:t>hum jo kaam kar rahe hain, woh sara ka sara low profile mein hai, high profile mein nahi hai. phir maine misaal di ke high profile kya hai?</w:t>
      </w:r>
    </w:p>
    <w:p>
      <w:pPr>
        <w:jc w:val="right"/>
      </w:pPr>
      <w:r>
        <w:t>ہم جو کام کر رہے ہیں، وہ سارا کا سارا لو پروفائل میں ہے، ہائی پروفائل میں نہیں ہے۔ پھر میں نے مثال دی کہ ہائی پروفائل کیا ہے؟</w:t>
      </w:r>
    </w:p>
    <w:p>
      <w:r>
        <w:rPr>
          <w:b/>
        </w:rPr>
        <w:t xml:space="preserve">[27:27] </w:t>
      </w:r>
      <w:r>
        <w:t>aap bahut badi raqam kharch karein, sare dunya ke logon ko bulayein, ek all India, ek all world samurdar karein.</w:t>
      </w:r>
    </w:p>
    <w:p>
      <w:pPr>
        <w:jc w:val="right"/>
      </w:pPr>
      <w:r>
        <w:t>آپ بہت بڑی رقم خرچ کریں، سارے دنیا کے لوگوں کو بلائیں، ایک آل انڈیا، ایک آل ورلڈ سمردار کریں۔</w:t>
      </w:r>
    </w:p>
    <w:p>
      <w:r>
        <w:rPr>
          <w:b/>
        </w:rPr>
        <w:t xml:space="preserve">[27:36] </w:t>
      </w:r>
      <w:r>
        <w:t>all world samurdar, bahut bade hall mein log ikattha hon, is par lakhon nahi, bade karoron par kharch karein. aap yeh hai high profile mein kaam karna.</w:t>
      </w:r>
    </w:p>
    <w:p>
      <w:pPr>
        <w:jc w:val="right"/>
      </w:pPr>
      <w:r>
        <w:t>آل ورلڈ سمردار، بہت بڑے حال میں لوگ اکٹھا ہوں، اس پر لاکھوں نہیں، بڑے کروڑوں پر خرچ کریں۔ آپ یہ ہے ہائی پروفائل میں کام کرنا۔</w:t>
      </w:r>
    </w:p>
    <w:p>
      <w:r>
        <w:rPr>
          <w:b/>
        </w:rPr>
        <w:t xml:space="preserve">[27:49] </w:t>
      </w:r>
      <w:r>
        <w:t>hamare log kya karte hain? hum log aisa nahi karte, hum is tarah ke koi bade bade jalse nahi karte. hamare logon ne kya kiya hai?</w:t>
      </w:r>
    </w:p>
    <w:p>
      <w:pPr>
        <w:jc w:val="right"/>
      </w:pPr>
      <w:r>
        <w:t>ہمارے لوگ کیا کرتے ہیں؟ ہم لوگ ایسا نہیں کرتے، ہم اس طرح کے کوئی بڑے بڑے جلسے نہیں کرتے۔ ہمارے لوگوں نے کیا کیا ہے؟</w:t>
      </w:r>
    </w:p>
    <w:p>
      <w:r>
        <w:rPr>
          <w:b/>
        </w:rPr>
        <w:t xml:space="preserve">[28:00] </w:t>
      </w:r>
      <w:r>
        <w:t>bahut hi, yaani bahut hi impressive andaaz mein, bahut hi creative andaaz mein pamphlet tayyar kiye hain</w:t>
      </w:r>
    </w:p>
    <w:p>
      <w:pPr>
        <w:jc w:val="right"/>
      </w:pPr>
      <w:r>
        <w:t>بہت ہی، یعنی بہت ہی ایمپریسیو انداز میں، بہت ہی کریٹیو انداز میں پمفلیٹ تیار کیے ہیں</w:t>
      </w:r>
    </w:p>
    <w:p>
      <w:r>
        <w:rPr>
          <w:b/>
        </w:rPr>
        <w:t xml:space="preserve">[28:12] </w:t>
      </w:r>
      <w:r>
        <w:t>jo sab ke liye readable hain. is ke, is ke chhote chhote pamphlet chhapte hain aur us ko le ke pahunch jaate hain wahan seminar mein.</w:t>
      </w:r>
    </w:p>
    <w:p>
      <w:pPr>
        <w:jc w:val="right"/>
      </w:pPr>
      <w:r>
        <w:t>جو سب کے لیے ریڈیبل ہیں۔ اس کے، اس کے چھوٹے چھوٹے پمفلیٹ چھاپتے ہیں اور اس کو لے کے پہنچ جاتے ہیں وہاں سیمینار میں۔</w:t>
      </w:r>
    </w:p>
    <w:p>
      <w:r>
        <w:rPr>
          <w:b/>
        </w:rPr>
        <w:t xml:space="preserve">[28:25] </w:t>
      </w:r>
      <w:r>
        <w:t>aur wahan bahut hi khamoshi ke sath distribute karte hain stage par, stage ke bahar, audience mein. aur badi khushi se lete hain kyunke woh pocket mein rakh sakte hain, woh jab chahein padhein toh bahut khushi se lete hain.</w:t>
      </w:r>
    </w:p>
    <w:p>
      <w:pPr>
        <w:jc w:val="right"/>
      </w:pPr>
      <w:r>
        <w:t>اور وہاں بہت ہی خاموشی کے ساتھ ڈسٹریبیوٹ کرتے ہیں اسٹیج پر، اسٹیج کے باہر، آڈینس میں۔ اور بڑی خوشی سے لیتے ہیں کیونکہ وہ پاکٹ میں رکھ سکتے ہیں، وہ جب چاہیں پڑھیں تو بہت خوشی سے لیتے ہیں۔</w:t>
      </w:r>
    </w:p>
    <w:p>
      <w:r>
        <w:rPr>
          <w:b/>
        </w:rPr>
        <w:t xml:space="preserve">[28:43] </w:t>
      </w:r>
      <w:r>
        <w:t>Quran ka transition pocket size mein, pamphlet pocket size mein.</w:t>
      </w:r>
    </w:p>
    <w:p>
      <w:pPr>
        <w:jc w:val="right"/>
      </w:pPr>
      <w:r>
        <w:t>قرآن کا ٹرانسیشن پاکٹ سائز میں، پمفلیٹ پاکٹ سائز میں۔</w:t>
      </w:r>
    </w:p>
    <w:p>
      <w:r>
        <w:rPr>
          <w:b/>
        </w:rPr>
        <w:t xml:space="preserve">[28:52] </w:t>
      </w:r>
      <w:r>
        <w:t>aur yeh pure pura kaam hamare is andaaz mein ho raha hai. isi ko main kehta hoon ke low profile mein, high profile mein nahi.</w:t>
      </w:r>
    </w:p>
    <w:p>
      <w:pPr>
        <w:jc w:val="right"/>
      </w:pPr>
      <w:r>
        <w:t>اور یہ پورے پورا کام ہمارے اس انداز میں ہو رہا ہے۔ اسی کو میں کہتا ہوں کہ لو پروفائل میں، ہائی پروفائل میں نہیں۔</w:t>
      </w:r>
    </w:p>
    <w:p>
      <w:r>
        <w:rPr>
          <w:b/>
        </w:rPr>
        <w:t xml:space="preserve">[29:07] </w:t>
      </w:r>
      <w:r>
        <w:t>aur phir dekhiye, main aap ko abhi ka ek waqea batata hoon. kal parson hamare mission ke ek member, Sofia Khan, Delhi se Bombay gayi toh hawai jahaz mein un ke paas ke seat par ek aadmi baitha hua tha.</w:t>
      </w:r>
    </w:p>
    <w:p>
      <w:pPr>
        <w:jc w:val="right"/>
      </w:pPr>
      <w:r>
        <w:t>اور پھر دیکھیے، میں آپ کو ابھی کا ایک واقعہ بتاتا ہوں۔ کل پرسوں ہمارے مشن کے ایک ممبر، صوفیا خان، دلی سے بمبئی گئی تو ہوائی جہاز میں ان کے پاس کے سیٹ پر ایک آدمی بیٹھا ہوا تھا۔</w:t>
      </w:r>
    </w:p>
    <w:p>
      <w:r>
        <w:rPr>
          <w:b/>
        </w:rPr>
        <w:t xml:space="preserve">[29:28] </w:t>
      </w:r>
      <w:r>
        <w:t>likhta tha ke bohat educated aadmi hai. to us ko unhon ne nikaal kar ke ek quran ka english translation diya.</w:t>
      </w:r>
    </w:p>
    <w:p>
      <w:pPr>
        <w:jc w:val="right"/>
      </w:pPr>
      <w:r>
        <w:t>لکھتا تھا کہ بہت ایجوکیٹڈ آدمی ہے۔ تو اس کو انہوں نے نکال کر کے ایک قرآن کا انگلش ٹرانسلیشن دیا۔</w:t>
      </w:r>
    </w:p>
    <w:p>
      <w:r>
        <w:rPr>
          <w:b/>
        </w:rPr>
        <w:t xml:space="preserve">[29:38] </w:t>
      </w:r>
      <w:r>
        <w:t>us ne dekha, is mein bara naam likha hua tha. kaha acha, yeh un ko to hum saare sab parhte rehte hain. bare shauq se le liya us ne.</w:t>
      </w:r>
    </w:p>
    <w:p>
      <w:pPr>
        <w:jc w:val="right"/>
      </w:pPr>
      <w:r>
        <w:t>اس نے دیکھا، اس میں بڑا نام لکھا ہوا تھا۔ کہا اچھا، یہ ان کو تو ہم سارے سب پڑھتے رہتے ہیں۔ بڑے شوق سے لے لیا اس نے۔</w:t>
      </w:r>
    </w:p>
    <w:p>
      <w:r>
        <w:rPr>
          <w:b/>
        </w:rPr>
        <w:t xml:space="preserve">[29:50] </w:t>
      </w:r>
      <w:r>
        <w:t>is mein dekhiye, bohat bara sabak hai. yeh daur jo hai, yeh age jo hai, ek bilkul different age hai. is daur ko mein kehta hoon age of mobility.</w:t>
      </w:r>
    </w:p>
    <w:p>
      <w:pPr>
        <w:jc w:val="right"/>
      </w:pPr>
      <w:r>
        <w:t>اس میں دیکھیے، بہت بڑا سبق ہے۔ یہ دور جو ہے، یہ ایج جو ہے، ایک بالکل ڈفرنٹ ایج ہے۔ اس دور کو میں کہتا ہوں ایج آف موبیلٹی۔</w:t>
      </w:r>
    </w:p>
    <w:p>
      <w:r>
        <w:rPr>
          <w:b/>
        </w:rPr>
        <w:t xml:space="preserve">[30:02] </w:t>
      </w:r>
      <w:r>
        <w:t>is saari duniya ke umar log yahan se wahan ja rahe hain, wahan se wahan ja rahe hain. age of communication.</w:t>
      </w:r>
    </w:p>
    <w:p>
      <w:pPr>
        <w:jc w:val="right"/>
      </w:pPr>
      <w:r>
        <w:t>اس ساری دنیا کے عمر لوگ یہاں سے وہاں جا رہے ہیں، وہاں سے وہاں جا رہے ہیں۔ ایج آف کمیونیکیشن۔</w:t>
      </w:r>
    </w:p>
    <w:p>
      <w:r>
        <w:rPr>
          <w:b/>
        </w:rPr>
        <w:t xml:space="preserve">[30:12] </w:t>
      </w:r>
      <w:r>
        <w:t>ab dekhiye, mein likhta hoon aur regular basis par time of india chhappta hai. aaj ka parcha jo hai, aaj ka is mein bhi hamare ek article chhaapa hai.</w:t>
      </w:r>
    </w:p>
    <w:p>
      <w:pPr>
        <w:jc w:val="right"/>
      </w:pPr>
      <w:r>
        <w:t>اب دیکھیے، میں لکھتا ہوں اور ریگولر بیسس پر ٹائم آف انڈیا چھپتا ہے۔ آج کا پرچہ جو ہے، آج کا اس میں بھی ہمارے ایک آرٹیکل چھپا ہے۔</w:t>
      </w:r>
    </w:p>
    <w:p>
      <w:r>
        <w:rPr>
          <w:b/>
        </w:rPr>
        <w:t xml:space="preserve">[30:23] </w:t>
      </w:r>
      <w:r>
        <w:t>aaj ka time of india, time of india ka jo aaj ka edition hai, is mein hamara ek article chhaapa hua hai. to aap jante hain ke time of india india mein bohat padhaya jata hai.</w:t>
      </w:r>
    </w:p>
    <w:p>
      <w:pPr>
        <w:jc w:val="right"/>
      </w:pPr>
      <w:r>
        <w:t>آج کا ٹائم آف انڈیا، ٹائم آف انڈیا کا جو آج کا ایڈیشن ہے، اس میں ہمارا ایک آرٹیکل چھپا ہوا ہے۔ تو آپ جانتے ہیں کہ ٹائم آف انڈیا انڈیا میں بہت پڑھایا جاتا ہے۔</w:t>
      </w:r>
    </w:p>
    <w:p>
      <w:r>
        <w:rPr>
          <w:b/>
        </w:rPr>
        <w:t xml:space="preserve">[30:35] </w:t>
      </w:r>
      <w:r>
        <w:t>saare parhe likhe log is ko parhte hain. to log mere naam ko se favorite ho gaye hain. aksar aisa hota hai ke mein kahoon jata hoon, agar doctor kahan jaon, woh bhi kahega acha aap, aap ko to parhte rehte hain time of india mein.</w:t>
      </w:r>
    </w:p>
    <w:p>
      <w:pPr>
        <w:jc w:val="right"/>
      </w:pPr>
      <w:r>
        <w:t>سارے پڑھے لکھے لوگ اس کو پڑھتے ہیں۔ تو لوگ میرے نام کو سے فیورٹ ہو گئے ہیں۔ اکثر ایسا ہوتا ہے کہ میں کہوں جاتا ہوں، اگر ڈاکٹر کہاں جاؤں، وہ بھی کہے گا اچھا آپ، آپ کو تو پڑھتے رہتے ہیں ٹائم آف انڈیا میں۔</w:t>
      </w:r>
    </w:p>
    <w:p>
      <w:r>
        <w:rPr>
          <w:b/>
        </w:rPr>
        <w:t xml:space="preserve">[30:53] </w:t>
      </w:r>
      <w:r>
        <w:t>is tarah sofia khan ka woh aadmi jo tha hawai jahaz mein, us ne naam dekha to kaha acha ji, in ko to hum parhte rehte hain. yeh kya? yeh bhi age ki baat hai.</w:t>
      </w:r>
    </w:p>
    <w:p>
      <w:pPr>
        <w:jc w:val="right"/>
      </w:pPr>
      <w:r>
        <w:t>اس طرح صوفیا خان کا وہ آدمی جو تھا ہوائی جہاز میں، اس نے نام دیکھا تو کہا اچھا جی، ان کو تو ہم پڑھتے رہتے ہیں۔ یہ کیا؟ یہ بھی ایج کی بات ہے۔</w:t>
      </w:r>
    </w:p>
    <w:p>
      <w:r>
        <w:rPr>
          <w:b/>
        </w:rPr>
        <w:t xml:space="preserve">[31:04] </w:t>
      </w:r>
      <w:r>
        <w:t>hum ne koi ladai nahi ki, hum ne koi empire nahi banaya, bas ek simple tareeqe se word "spirit of world" ko istemal kiya.</w:t>
      </w:r>
    </w:p>
    <w:p>
      <w:pPr>
        <w:jc w:val="right"/>
      </w:pPr>
      <w:r>
        <w:t>ہم نے کوئی لڑائی نہیں کی، ہم نے کوئی ایمپائر نہیں بنایا، بس ایک سمپل طریقے سے ورڈ "اسپیٹ آف ورلڈ" کو استعمال کیا۔</w:t>
      </w:r>
    </w:p>
    <w:p>
      <w:r>
        <w:rPr>
          <w:b/>
        </w:rPr>
        <w:t xml:space="preserve">[31:22] </w:t>
      </w:r>
      <w:r>
        <w:t>aaj ka jo norm hai, aaj ka jo spirit hai, aaj ka jo culture hai, is ko istemal kiya peaceful tareeqe se. aur har jagah, jahan bhi jaen, hatta ke bahar bhi, mere naam ko log jaan gaye hain.</w:t>
      </w:r>
    </w:p>
    <w:p>
      <w:pPr>
        <w:jc w:val="right"/>
      </w:pPr>
      <w:r>
        <w:t>آج کا جو نارم ہے، آج کا جو اسپرٹ ہے، آج کا جو کلچر ہے، اس کو استعمال کیا پیس فل طریقے سے۔ اور ہر جگہ، جہاں بھی جائیں، حتیٰ کہ باہر بھی، میرے نام کو لوگ جان گئے ہیں۔</w:t>
      </w:r>
    </w:p>
    <w:p>
      <w:r>
        <w:rPr>
          <w:b/>
        </w:rPr>
        <w:t xml:space="preserve">[31:35] </w:t>
      </w:r>
      <w:r>
        <w:t>ab hamare saathi jab un se baat karte hain to kehte hain acha, in ki kitaab hai, hum parhenge is ko. yeh matlab hai rasool Allah ke hukum karne ka ke "nusrat bil basirat al sharaeen".</w:t>
      </w:r>
    </w:p>
    <w:p>
      <w:pPr>
        <w:jc w:val="right"/>
      </w:pPr>
      <w:r>
        <w:t>اب ہمارے ساتھی جب ان سے بات کرتے ہیں تو کہتے ہیں اچھا، ان کی کتاب ہے، ہم پڑھیں گے اس کو۔ یہ مطلب ہے رسول اللہ کے حکم کرنے کا کہ "نصرت بالرب بصیرت الشارعین"۔</w:t>
      </w:r>
    </w:p>
    <w:p>
      <w:r>
        <w:rPr>
          <w:b/>
        </w:rPr>
        <w:t xml:space="preserve">[31:48] </w:t>
      </w:r>
      <w:r>
        <w:t>mera rab ek mahine ki masafat tak pahunchega, yani saari zameen tak pahunchega. mera mission global mission hoga.</w:t>
      </w:r>
    </w:p>
    <w:p>
      <w:pPr>
        <w:jc w:val="right"/>
      </w:pPr>
      <w:r>
        <w:t>میرا رب ایک مہینے کی مسافت تک پہنچے گا، یعنی ساری زمین تک پہنچے گا۔ میرا مشن گلوبل مشن ہوگا۔</w:t>
      </w:r>
    </w:p>
    <w:p>
      <w:r>
        <w:rPr>
          <w:b/>
        </w:rPr>
        <w:t xml:space="preserve">[32:01] </w:t>
      </w:r>
      <w:r>
        <w:t>to yeh, yeh apni ummat ko aap ne yeh, yeh wisdom diya. future ki wisdom apni ummat ko rasool Allah sallallahu alaihi wasallam ne future ki wisdom diya ke dekho,</w:t>
      </w:r>
    </w:p>
    <w:p>
      <w:pPr>
        <w:jc w:val="right"/>
      </w:pPr>
      <w:r>
        <w:t>تو یہ، یہ اپنی امت کو آپ نے یہ، یہ وزڈم دیا۔ فیوچر کی وزڈم اپنی امت کو رسول اللہ صلی اللہ علیہ وسلم نے فیوچر کی وزڈم دیا کہ دیکھو،</w:t>
      </w:r>
    </w:p>
    <w:p>
      <w:r>
        <w:rPr>
          <w:b/>
        </w:rPr>
        <w:t xml:space="preserve">[32:16] </w:t>
      </w:r>
      <w:r>
        <w:t>future mein tum ko ladna nahi hoga, ladne ki koi zaroorat hi nahi rahegi. future ka daur jo hoga, woh media ka daur hoga, woh conference seminar ka daur hoga, library ka daur hoga,</w:t>
      </w:r>
    </w:p>
    <w:p>
      <w:pPr>
        <w:jc w:val="right"/>
      </w:pPr>
      <w:r>
        <w:t>فیوچر میں تم کو لڑنا نہیں ہوگا، لڑنے کی کوئی ضرورت ہی نہیں رہے گی۔ فیوچر کا دور جو ہوگا، وہ میڈیا کا دور ہوگا، وہ کانفرنس سیمینار کا دور ہوگا، لائبریری کا دور ہوگا،</w:t>
      </w:r>
    </w:p>
    <w:p>
      <w:r>
        <w:rPr>
          <w:b/>
        </w:rPr>
        <w:t xml:space="preserve">[32:33] </w:t>
      </w:r>
      <w:r>
        <w:t>universityon ka daur hoga, tourism ka daur hoga. har jagah tum ko milenge maud. yani maud har jagah, jahan se wahan jayega.</w:t>
      </w:r>
    </w:p>
    <w:p>
      <w:pPr>
        <w:jc w:val="right"/>
      </w:pPr>
      <w:r>
        <w:t>یونیورسٹیوں کا دور ہوگا، ٹورزم کا دور ہوگا۔ ہر جگہ تم کو ملیں گے معدو۔ یعنی معدو ہر جگہ، جہاں سے وہاں جائے گا۔</w:t>
      </w:r>
    </w:p>
    <w:p>
      <w:r>
        <w:rPr>
          <w:b/>
        </w:rPr>
        <w:t xml:space="preserve">[32:44] </w:t>
      </w:r>
      <w:r>
        <w:t>woh age of mobility hoga. jahan jao ge, wohin tum ko insaan mil jayenge. train mein, bus mein, hawai jahaz mein, park mein, library mein, har jagah, har taraf ek insaan ubhar chuke honge.</w:t>
      </w:r>
    </w:p>
    <w:p>
      <w:pPr>
        <w:jc w:val="right"/>
      </w:pPr>
      <w:r>
        <w:t>وہ ایج آف موبیلٹی ہوگا۔ جہاں جاؤ گے، وہیں تم کو انسان مل جائیں گے۔ ٹرین میں، بس میں، ہوائی جہاز میں، پارک میں، لائبریری میں، ہر جگہ، ہر طرف ایک انسان ابھر چکے ہوں گے۔</w:t>
      </w:r>
    </w:p>
    <w:p>
      <w:r>
        <w:rPr>
          <w:b/>
        </w:rPr>
        <w:t xml:space="preserve">[33:02] </w:t>
      </w:r>
      <w:r>
        <w:t>tum ko peaceful tareeqe se un ko apne mission pahuncha sakte ho world level par. aaj kal is ko kehte hain outsourcing.</w:t>
      </w:r>
    </w:p>
    <w:p>
      <w:pPr>
        <w:jc w:val="right"/>
      </w:pPr>
      <w:r>
        <w:t>تم کو پیس فل طریقے سے ان کو اپنے مشن پہنچا سکتے ہو ورلڈ لیول پر۔ آج کل اس کو کہتے ہیں آؤٹ سورسنگ۔</w:t>
      </w:r>
    </w:p>
    <w:p>
      <w:r>
        <w:rPr>
          <w:b/>
        </w:rPr>
        <w:t xml:space="preserve">[33:13] </w:t>
      </w:r>
      <w:r>
        <w:t>to rasool Allah ne bataya ke aye meri ummat, woh zamana aayega jab tum global level par outsourcing karo, tamam industries se barh kar karo.</w:t>
      </w:r>
    </w:p>
    <w:p>
      <w:pPr>
        <w:jc w:val="right"/>
      </w:pPr>
      <w:r>
        <w:t>تو رسول اللہ نے بتایا کہ اے میری امت، وہ زمانہ آئے گا جب تم گلوبل لیول پر آؤٹ سورسنگ کرو، تمام انڈسٹریز سے بڑھ کر کرو۔</w:t>
      </w:r>
    </w:p>
    <w:p>
      <w:r>
        <w:rPr>
          <w:b/>
        </w:rPr>
        <w:t xml:space="preserve">[33:27] </w:t>
      </w:r>
      <w:r>
        <w:t>industries jo karti hain, bohat chote paimane par karti hain. aap jante hain ke industries mein ek culture hai jo kehte hain outsourcing, lekin un ka kya hai?</w:t>
      </w:r>
    </w:p>
    <w:p>
      <w:pPr>
        <w:jc w:val="right"/>
      </w:pPr>
      <w:r>
        <w:t>انڈسٹریز جو کرتی ہیں، بہت چھوٹے پیمانے پر کرتی ہیں۔ آپ جانتے ہیں کہ انڈسٹریز میں ایک کلچر ہے جو کہتے ہیں آؤٹ سورسنگ، لیکن ان کا کیا ہے؟</w:t>
      </w:r>
    </w:p>
    <w:p>
      <w:r>
        <w:rPr>
          <w:b/>
        </w:rPr>
        <w:t xml:space="preserve">[33:38] </w:t>
      </w:r>
      <w:r>
        <w:t>bohat chota sa dayera hota hai. rasool Allah ne jo bataya ummat ko, woh global dayera. poore global level par tum outsourcing karo ge, peaceful outsourcing.</w:t>
      </w:r>
    </w:p>
    <w:p>
      <w:pPr>
        <w:jc w:val="right"/>
      </w:pPr>
      <w:r>
        <w:t>بہت چھوٹا سا دائرہ ہوتا ہے۔ رسول اللہ نے جو بتایا امت کو، وہ گلوبل دائرہ۔ پورے گلوبل لیول پر تم آؤٹ سورسنگ کرو گے، پیس فل آؤٹ سورسنگ۔</w:t>
      </w:r>
    </w:p>
    <w:p>
      <w:r>
        <w:rPr>
          <w:b/>
        </w:rPr>
        <w:t xml:space="preserve">[33:54] </w:t>
      </w:r>
      <w:r>
        <w:t>to aap ghor kijiye ke rasool Allah ne to insaan musalmanon ko ek universal mind diya tha. aur hamare nath khanonn ne kya kiya?</w:t>
      </w:r>
    </w:p>
    <w:p>
      <w:pPr>
        <w:jc w:val="right"/>
      </w:pPr>
      <w:r>
        <w:t>تو آپ غور کیجئے کہ رسول اللہ نے تو انسان مسلمانوں کو ایک یونیورسل مائنڈ دیا تھا۔ اور ہمارے ناتھ خانوں نے کیا کیا؟</w:t>
      </w:r>
    </w:p>
    <w:p>
      <w:r>
        <w:rPr>
          <w:b/>
        </w:rPr>
        <w:t xml:space="preserve">[34:04] </w:t>
      </w:r>
      <w:r>
        <w:t>un ko is mein dabe mein band kar diya.</w:t>
      </w:r>
    </w:p>
    <w:p>
      <w:pPr>
        <w:jc w:val="right"/>
      </w:pPr>
      <w:r>
        <w:t>ان کو اس میں ڈبے میں بند کر دیا۔</w:t>
      </w:r>
    </w:p>
    <w:p>
      <w:r>
        <w:rPr>
          <w:b/>
        </w:rPr>
        <w:t xml:space="preserve">[34:12] </w:t>
      </w:r>
      <w:r>
        <w:t>yeh jo nath khan jo jalson mein parhte hain, un ko wah wah hoti hai, un ke liye bohat un ki shabashi di jati hai.</w:t>
      </w:r>
    </w:p>
    <w:p>
      <w:pPr>
        <w:jc w:val="right"/>
      </w:pPr>
      <w:r>
        <w:t>یہ جو ناتھ خان جو جلسوں میں پڑھتے ہیں، ان کو واہ واہ ہوتی ہے، ان کے لیے بہت ان کی شاباشی دی جاتی ہے۔</w:t>
      </w:r>
    </w:p>
    <w:p>
      <w:r>
        <w:rPr>
          <w:b/>
        </w:rPr>
        <w:t xml:space="preserve">[34:21] </w:t>
      </w:r>
      <w:r>
        <w:t>yeh musalmanon ke dushman hain.</w:t>
      </w:r>
    </w:p>
    <w:p>
      <w:pPr>
        <w:jc w:val="right"/>
      </w:pPr>
      <w:r>
        <w:t>یہ مسلمانوں کے دشمن ہیں۔</w:t>
      </w:r>
    </w:p>
    <w:p>
      <w:r>
        <w:rPr>
          <w:b/>
        </w:rPr>
        <w:t xml:space="preserve">[34:27] </w:t>
      </w:r>
      <w:r>
        <w:t>musalmanon ka dost woh hai jo rasool Allah ki batai hui global baaton ko phailaye, un ko bataye ke tum is zamane mein kisi ladai ke baghair, kisi jang ke baghair,</w:t>
      </w:r>
    </w:p>
    <w:p>
      <w:pPr>
        <w:jc w:val="right"/>
      </w:pPr>
      <w:r>
        <w:t>مسلمانوں کا دوست وہ ہے جو رسول اللہ کی بتائی ہوئی گلوبل باتوں کو پھیلائے، ان کو بتائے کہ تم اس زمانے میں کسی لڑائی کے بغیر، کسی جنگ کے بغیر،</w:t>
      </w:r>
    </w:p>
    <w:p>
      <w:r>
        <w:rPr>
          <w:b/>
        </w:rPr>
        <w:t xml:space="preserve">[34:45] </w:t>
      </w:r>
      <w:r>
        <w:t>aal yaani global level par apna kaam kar sakte ho. kai koi rukawat nahi, koi sarhad nahi tumhare liye. rukawat hai, koi sarhad nahi, koi sarhad tumhare liye.</w:t>
      </w:r>
    </w:p>
    <w:p>
      <w:pPr>
        <w:jc w:val="right"/>
      </w:pPr>
      <w:r>
        <w:t>آل یعنی گلوبل لیول پر اپنا کام کر سکتے ہو۔ کئی کوئی رکاوٹ نہیں، کوئی سرحد نہیں تمہارے لیے۔ رکاوٹ ہے، کوئی سرحد نہیں، کوئی سرحد تمہارے لیے۔</w:t>
      </w:r>
    </w:p>
    <w:p>
      <w:r>
        <w:rPr>
          <w:b/>
        </w:rPr>
        <w:t xml:space="preserve">[34:58] </w:t>
      </w:r>
      <w:r>
        <w:t>rukawat nahi, tum sari dunya mein outsourcing kar sakte ho mission ki. sari dunya mein jo</w:t>
      </w:r>
    </w:p>
    <w:p>
      <w:pPr>
        <w:jc w:val="right"/>
      </w:pPr>
      <w:r>
        <w:t>رکاوٹ نہیں، تم ساری دنیا میں آؤٹ سورسنگ کر سکتے ہو مشن کی۔ ساری دنیا میں جو</w:t>
      </w:r>
    </w:p>
    <w:p>
      <w:r>
        <w:rPr>
          <w:b/>
        </w:rPr>
        <w:t xml:space="preserve">[35:09] </w:t>
      </w:r>
      <w:r>
        <w:t>jo culture hai, yaani conference culture aur seminar culture, library culture, university culture, organization culture, woh sab tumhare liye outsourcing ka maidan hai.</w:t>
      </w:r>
    </w:p>
    <w:p>
      <w:pPr>
        <w:jc w:val="right"/>
      </w:pPr>
      <w:r>
        <w:t>جو کلچر ہے، یعنی کانفرنس کلچر اور سیمینار کلچر، لائبریری کلچر، یونیورسٹی کلچر، آرگنائزیشن کلچر، وہ سب تمہارے لیے آؤٹ سورسنگ کا میدان ہے۔</w:t>
      </w:r>
    </w:p>
    <w:p>
      <w:r>
        <w:rPr>
          <w:b/>
        </w:rPr>
        <w:t xml:space="preserve">[35:24] </w:t>
      </w:r>
      <w:r>
        <w:t>woh sab tumhare liye outsourcing ka maidan hai. jaise Sofia Khan, hawai jahaz safar karein Dilli se Bombay, wahan bhi unko outsourcing ka mauqa hai ke apne ko professor ko ek kitaab de dein.</w:t>
      </w:r>
    </w:p>
    <w:p>
      <w:pPr>
        <w:jc w:val="right"/>
      </w:pPr>
      <w:r>
        <w:t>وہ سب تمہارے لیے آؤٹ سورسنگ کا میدان ہے۔ جیسے صوفیا خان، ہوا جہاز سفر کریں دلی سے بمبئی، وہاں بھی ان کو آؤٹ سورسنگ کا موقع ہے کہ اپنے کو پروفیسر کو ایک کتاب دے دیں۔</w:t>
      </w:r>
    </w:p>
    <w:p>
      <w:r>
        <w:rPr>
          <w:b/>
        </w:rPr>
        <w:t xml:space="preserve">[35:40] </w:t>
      </w:r>
      <w:r>
        <w:t>yeh sab hai outsourcing. toh Rasool Allah ka jo yeh sab jo jo farmaya Rasool Allah ne, woh aap ne ummat ko mission diya ke ek daur aayega jab tum global level par outsourcing kar sakte ho.</w:t>
      </w:r>
    </w:p>
    <w:p>
      <w:pPr>
        <w:jc w:val="right"/>
      </w:pPr>
      <w:r>
        <w:t>یہ سب ہے آؤٹ سورسنگ۔ تو رسول اللہ کا جو یہ سب جو جو فرمایا رسول اللہ نے، وہ آپ نے امت کو مشن دیا کہ ایک دور آئے گا جب تم گلوبل لیول پر آؤٹ سورسنگ کر سکتے ہو۔</w:t>
      </w:r>
    </w:p>
    <w:p>
      <w:r>
        <w:rPr>
          <w:b/>
        </w:rPr>
        <w:t xml:space="preserve">[35:56] </w:t>
      </w:r>
      <w:r>
        <w:t>global level par outsourcing kar sakte ho. kisi se nafrat ki zaroorat, zaroorat nahi hai. kisi ko dushman samajhne ki zaroorat nahi hai. kisi se ladne ki zaroorat nahi hai.</w:t>
      </w:r>
    </w:p>
    <w:p>
      <w:pPr>
        <w:jc w:val="right"/>
      </w:pPr>
      <w:r>
        <w:t>گلوبل لیول پر آؤٹ سورسنگ کر سکتے ہو۔ کسی سے نفرت کی ضرورت، ضرورت نہیں ہے۔ کسی کو دشمن سمجھنے کی ضرورت نہیں ہے۔ کسی سے لڑنے کی ضرورت نہیں ہے۔</w:t>
      </w:r>
    </w:p>
    <w:p>
      <w:r>
        <w:rPr>
          <w:b/>
        </w:rPr>
        <w:t xml:space="preserve">[36:07] </w:t>
      </w:r>
      <w:r>
        <w:t>na nafrat karna hai, na kisi ko dushman samajhna hai, na ladai karna hai, na kisi ko ghair samajhna hai. bas jo opportunities hain, global opportunities, unko istemal karo.</w:t>
      </w:r>
    </w:p>
    <w:p>
      <w:pPr>
        <w:jc w:val="right"/>
      </w:pPr>
      <w:r>
        <w:t>نہ نفرت کرنا ہے، نہ کسی کو دشمن سمجھنا ہے، نہ لڑائی کرنا ہے، نہ کسی کو غیر سمجھنا ہے۔ بس جو اپرچونیٹیز ہیں، گلوبل اپرچونیٹیز، ان کو استعمال کرو۔</w:t>
      </w:r>
    </w:p>
    <w:p>
      <w:r>
        <w:rPr>
          <w:b/>
        </w:rPr>
        <w:t xml:space="preserve">[36:22] </w:t>
      </w:r>
      <w:r>
        <w:t>global opportunities ko khoob istemal karo, outsourcing karo.</w:t>
      </w:r>
    </w:p>
    <w:p>
      <w:pPr>
        <w:jc w:val="right"/>
      </w:pPr>
      <w:r>
        <w:t>گلوبل اپرچونیٹیز کو خوب استعمال کرو، آؤٹ سورسنگ کرو۔</w:t>
      </w:r>
    </w:p>
    <w:p>
      <w:r>
        <w:rPr>
          <w:b/>
        </w:rPr>
        <w:t xml:space="preserve">[36:32] </w:t>
      </w:r>
      <w:r>
        <w:t>hamare saathi Allah ke fazl se jahan bhi jaate hain, unke paas kitaabein hoti hain. Quran ka translation ya kitaabein bohat khamoshi se woh logon ko dete rehte hain.</w:t>
      </w:r>
    </w:p>
    <w:p>
      <w:pPr>
        <w:jc w:val="right"/>
      </w:pPr>
      <w:r>
        <w:t>ہمارے ساتھی اللہ کے فضل سے جہاں بھی جاتے ہیں، ان کے پاس کتابیں ہوتی ہیں۔ قرآن کا ٹرانسلیشن یا کتابیں بہت خاموشی سے وہ لوگوں کو دیتے رہتے ہیں۔</w:t>
      </w:r>
    </w:p>
    <w:p>
      <w:r>
        <w:rPr>
          <w:b/>
        </w:rPr>
        <w:t xml:space="preserve">[36:46] </w:t>
      </w:r>
      <w:r>
        <w:t>har jagah, safar mein hoon ya kahin bhi hoon,</w:t>
      </w:r>
    </w:p>
    <w:p>
      <w:pPr>
        <w:jc w:val="right"/>
      </w:pPr>
      <w:r>
        <w:t>ہر جگہ، سفر میں ہوں یا کہیں بھی ہوں،</w:t>
      </w:r>
    </w:p>
    <w:p>
      <w:r>
        <w:rPr>
          <w:b/>
        </w:rPr>
        <w:t xml:space="preserve">[36:51] </w:t>
      </w:r>
      <w:r>
        <w:t>yeh hai outsourcing.</w:t>
      </w:r>
    </w:p>
    <w:p>
      <w:pPr>
        <w:jc w:val="right"/>
      </w:pPr>
      <w:r>
        <w:t>یہ ہے آؤٹ سورسنگ۔</w:t>
      </w:r>
    </w:p>
    <w:p>
      <w:r>
        <w:rPr>
          <w:b/>
        </w:rPr>
        <w:t xml:space="preserve">[36:53] </w:t>
      </w:r>
      <w:r>
        <w:t>global outsourcing,</w:t>
      </w:r>
    </w:p>
    <w:p>
      <w:pPr>
        <w:jc w:val="right"/>
      </w:pPr>
      <w:r>
        <w:t>گلوبل آؤٹ سورسنگ،</w:t>
      </w:r>
    </w:p>
    <w:p>
      <w:r>
        <w:rPr>
          <w:b/>
        </w:rPr>
        <w:t xml:space="preserve">[36:56] </w:t>
      </w:r>
      <w:r>
        <w:t>yani har jagah aap, hum, hamare saathi, yani chahe railway station ho ya bus station ho, hawai jahaz</w:t>
      </w:r>
    </w:p>
    <w:p>
      <w:pPr>
        <w:jc w:val="right"/>
      </w:pPr>
      <w:r>
        <w:t>یعنی ہر جگہ آپ، ہم، ہمارے ساتھی، یعنی چاہے ریلوے اسٹیشن ہو یا بس اسٹیشن ہو، ہوائی جہاز</w:t>
      </w:r>
    </w:p>
    <w:p>
      <w:r>
        <w:rPr>
          <w:b/>
        </w:rPr>
        <w:t xml:space="preserve">[37:04] </w:t>
      </w:r>
      <w:r>
        <w:t>ka airport ho ya koi library ho, koi university ho, koi conference ho, har jagah woh apna, in</w:t>
      </w:r>
    </w:p>
    <w:p>
      <w:pPr>
        <w:jc w:val="right"/>
      </w:pPr>
      <w:r>
        <w:t>کا ایئرپورٹ ہو یا کوئی لائبریری ہو، کوئی یونیورسٹی ہو، کوئی کانفرنس ہو، ہر جگہ وہ اپنا، ان</w:t>
      </w:r>
    </w:p>
    <w:p>
      <w:r>
        <w:rPr>
          <w:b/>
        </w:rPr>
        <w:t xml:space="preserve">[37:12] </w:t>
      </w:r>
      <w:r>
        <w:t>ke pocket mein literature hota hai, quran ka translation hota hai, woh logon ko khamoshi se dete rehte</w:t>
      </w:r>
    </w:p>
    <w:p>
      <w:pPr>
        <w:jc w:val="right"/>
      </w:pPr>
      <w:r>
        <w:t>کے پاکٹ میں لٹریچر ہوتا ہے، قرآن کا ٹرانسلیشن ہوتا ہے، وہ لوگوں کو خاموشی سے دیتے رہتے</w:t>
      </w:r>
    </w:p>
    <w:p>
      <w:r>
        <w:rPr>
          <w:b/>
        </w:rPr>
        <w:t xml:space="preserve">[37:19] </w:t>
      </w:r>
      <w:r>
        <w:t>hain.</w:t>
      </w:r>
    </w:p>
    <w:p>
      <w:pPr>
        <w:jc w:val="right"/>
      </w:pPr>
      <w:r>
        <w:t>ہیں۔</w:t>
      </w:r>
    </w:p>
    <w:p>
      <w:r>
        <w:rPr>
          <w:b/>
        </w:rPr>
        <w:t xml:space="preserve">[37:19] </w:t>
      </w:r>
      <w:r>
        <w:t>yeh hai global outsourcing jo kisi industry ko hasil nahi hai. jo industries hain, bari bari companies, woh jo outsourcing karti hain, woh toh bohat choti hai, bohat choti hai.</w:t>
      </w:r>
    </w:p>
    <w:p>
      <w:pPr>
        <w:jc w:val="right"/>
      </w:pPr>
      <w:r>
        <w:t>یہ ہے گلوبل آؤٹ سورسنگ جو کسی انڈسٹری کو حاصل نہیں ہے۔ جو انڈسٹریز ہیں، بڑی بڑی کمپنیاں، وہ جو آؤٹ سورسنگ کرتی ہیں، وہ تو بہت چھوٹی ہے، بہت چھوٹی ہے۔</w:t>
      </w:r>
    </w:p>
    <w:p>
      <w:r>
        <w:rPr>
          <w:b/>
        </w:rPr>
        <w:t xml:space="preserve">[37:35] </w:t>
      </w:r>
      <w:r>
        <w:t>aur Islam ka jo mission hai, Rasool Allah Sallallahu Alaihi Wasallam ka jo mission hai, usne aap ko jo mauqa diya hai outsourcing ka, woh toh global hai.</w:t>
      </w:r>
    </w:p>
    <w:p>
      <w:pPr>
        <w:jc w:val="right"/>
      </w:pPr>
      <w:r>
        <w:t>اور اسلام کا جو مشن ہے، رسول اللہ صلی اللہ علیہ وسلم کا جو مشن ہے، اس نے آپ کو جو موقع دیا ہے آؤٹ سورسنگ کا، وہ تو گلوبل ہے۔</w:t>
      </w:r>
    </w:p>
    <w:p>
      <w:r>
        <w:rPr>
          <w:b/>
        </w:rPr>
        <w:t xml:space="preserve">[37:46] </w:t>
      </w:r>
      <w:r>
        <w:t>global.</w:t>
      </w:r>
    </w:p>
    <w:p>
      <w:pPr>
        <w:jc w:val="right"/>
      </w:pPr>
      <w:r>
        <w:t>گلوبل۔</w:t>
      </w:r>
    </w:p>
    <w:p>
      <w:r>
        <w:rPr>
          <w:b/>
        </w:rPr>
        <w:t xml:space="preserve">[37:52] </w:t>
      </w:r>
      <w:r>
        <w:t>toh main chahta hoon ke aap hazraat is tarah sochein, yaani universal mind ke sath dunya mein jeena seekhein.</w:t>
      </w:r>
    </w:p>
    <w:p>
      <w:pPr>
        <w:jc w:val="right"/>
      </w:pPr>
      <w:r>
        <w:t>تو میں چاہتا ہوں کہ آپ حضرات اس طرح سوچیں، یعنی یونیورسل مائنڈ کے ساتھ دنیا میں جینا سیکھیں۔</w:t>
      </w:r>
    </w:p>
    <w:p>
      <w:r>
        <w:rPr>
          <w:b/>
        </w:rPr>
        <w:t xml:space="preserve">[38:04] </w:t>
      </w:r>
      <w:r>
        <w:t>global level par apne soch ko badhaayein aur yeh samjhein ke Rasool Allah Sallallahu Alaihi Wasallam ne jo baatein kahi hain, woh woh fazilat ki baatein nahi hain, woh opportunities ki baatein hain,</w:t>
      </w:r>
    </w:p>
    <w:p>
      <w:pPr>
        <w:jc w:val="right"/>
      </w:pPr>
      <w:r>
        <w:t>گلوبل لیول پر اپنے سوچ کو بڑھائیں اور یہ سمجھیں کہ رسول اللہ صلی اللہ علیہ وسلم نے جو باتیں کہی ہیں، وہ وہ فضیلت کی باتیں نہیں ہیں، وہ اپرچونیٹیز کی باتیں ہیں،</w:t>
      </w:r>
    </w:p>
    <w:p>
      <w:r>
        <w:rPr>
          <w:b/>
        </w:rPr>
        <w:t xml:space="preserve">[38:19] </w:t>
      </w:r>
      <w:r>
        <w:t>woh poori ummat ke liye target ki baatein hain.</w:t>
      </w:r>
    </w:p>
    <w:p>
      <w:pPr>
        <w:jc w:val="right"/>
      </w:pPr>
      <w:r>
        <w:t>وہ پوری امت کے لیے ٹارگٹ کی باتیں ہیں۔</w:t>
      </w:r>
    </w:p>
    <w:p>
      <w:r>
        <w:rPr>
          <w:b/>
        </w:rPr>
        <w:t xml:space="preserve">[38:29] </w:t>
      </w:r>
      <w:r>
        <w:t>jab aap ne kaha ke "jahalat larzat kul masjid", sari zameen mere liye masjid bana di gayi, yeh zehen hoga toh aap kisi ki ladhein, kisi ke liye.</w:t>
      </w:r>
    </w:p>
    <w:p>
      <w:pPr>
        <w:jc w:val="right"/>
      </w:pPr>
      <w:r>
        <w:t>جب آپ نے کہا کہ "جہلت لرزت کل مسجد"، ساری زمین میرے لیے مسجد بنا دی گئی، یہ ذہن ہوگا تو آپ کسی کی لڑیں، کسی کے لیے۔</w:t>
      </w:r>
    </w:p>
    <w:p>
      <w:r>
        <w:rPr>
          <w:b/>
        </w:rPr>
        <w:t xml:space="preserve">[38:40] </w:t>
      </w:r>
      <w:r>
        <w:t>musalman kahin lad raha hai qabristan ke liye, kahin masjid ke liye, kahin dargah ke liye, kahin eidgah ke liye, yeh ladai apne aap khatam ho jaye.</w:t>
      </w:r>
    </w:p>
    <w:p>
      <w:pPr>
        <w:jc w:val="right"/>
      </w:pPr>
      <w:r>
        <w:t>مسلمان کہیں لڑ رہا ہے قبرستان کے لیے، کہیں مسجد کے لیے، کہیں درگاہ کے لیے، کہیں عید گاہ کے لیے، یہ لڑائی اپنے آپ ختم ہو جائے۔</w:t>
      </w:r>
    </w:p>
    <w:p>
      <w:r>
        <w:rPr>
          <w:b/>
        </w:rPr>
        <w:t xml:space="preserve">[38:54] </w:t>
      </w:r>
      <w:r>
        <w:t>aap sochein ke agar koi hum se ek building chheene toh pehle toh sari dunya hi meri hai, meri hai. dunya ki sari buildingein meri hain.</w:t>
      </w:r>
    </w:p>
    <w:p>
      <w:pPr>
        <w:jc w:val="right"/>
      </w:pPr>
      <w:r>
        <w:t>آپ سوچیں کہ اگر کوئی ہم سے ایک بلڈنگ چھینے تو پہلے تو ساری دنیا ہی میری ہے، میری ہے۔ دنیا کی ساری بلڈنگیں میری ہیں۔</w:t>
      </w:r>
    </w:p>
    <w:p>
      <w:r>
        <w:rPr>
          <w:b/>
        </w:rPr>
        <w:t xml:space="preserve">[39:05] </w:t>
      </w:r>
      <w:r>
        <w:t>toh kya kya use koi chheene ga?</w:t>
      </w:r>
    </w:p>
    <w:p>
      <w:pPr>
        <w:jc w:val="right"/>
      </w:pPr>
      <w:r>
        <w:t>تو کیا کیا اسے کوئی چھینے گا؟</w:t>
      </w:r>
    </w:p>
    <w:p>
      <w:r>
        <w:rPr>
          <w:b/>
        </w:rPr>
        <w:t xml:space="preserve">[39:12] </w:t>
      </w:r>
      <w:r>
        <w:t>kya chheene ga?</w:t>
      </w:r>
    </w:p>
    <w:p>
      <w:pPr>
        <w:jc w:val="right"/>
      </w:pPr>
      <w:r>
        <w:t>کیا چھینے گا؟</w:t>
      </w:r>
    </w:p>
    <w:p>
      <w:r>
        <w:rPr>
          <w:b/>
        </w:rPr>
        <w:t xml:space="preserve">[39:19] </w:t>
      </w:r>
      <w:r>
        <w:t>main ne ek martaba aap se ek qissa bayan kiya tha, shayad aap ko yaad ho ke ek din mere sath do qisse pesh aaye. ek sahib milne aaye rickshaw se, toh jab utre woh toh der tak rickshaw wale se unki behas hui.</w:t>
      </w:r>
    </w:p>
    <w:p>
      <w:pPr>
        <w:jc w:val="right"/>
      </w:pPr>
      <w:r>
        <w:t>میں نے ایک مرتبہ آپ سے ایک قصہ بیان کیا تھا، شاید آپ کو یاد ہو کہ ایک دن میرے ساتھ دو قصے پیش آئے۔ ایک صاحب ملنے آئے رکشے سے، تو جب اترے وہ تو دیر تک رکشے والے سے ان کی بحث ہوئی۔</w:t>
      </w:r>
    </w:p>
    <w:p>
      <w:r>
        <w:rPr>
          <w:b/>
        </w:rPr>
        <w:t xml:space="preserve">[39:38] </w:t>
      </w:r>
      <w:r>
        <w:t>unhone kaha itna paisa, unka itna paisa, itna paisa, itna paisa.</w:t>
      </w:r>
    </w:p>
    <w:p>
      <w:pPr>
        <w:jc w:val="right"/>
      </w:pPr>
      <w:r>
        <w:t>انہوں نے کہا اتنا پیسہ، ان کا اتنا پیسہ، اتنا پیسہ، اتنا پیسہ۔</w:t>
      </w:r>
    </w:p>
    <w:p>
      <w:r>
        <w:rPr>
          <w:b/>
        </w:rPr>
        <w:t xml:space="preserve">[39:44] </w:t>
      </w:r>
      <w:r>
        <w:t>usi din ek aur waqia hua. ek sahib taxi se aaye, woh utre toh taxi driver ne jo paisa manga, usi waqt nikaal ke de diya.</w:t>
      </w:r>
    </w:p>
    <w:p>
      <w:pPr>
        <w:jc w:val="right"/>
      </w:pPr>
      <w:r>
        <w:t>اسی دن ایک اور واقعہ ہوا۔ ایک صاحب ٹیکسی سے آئے، وہ اترے تو ٹیکسی ڈرائیور نے جو پیسہ مانگا، اسی وقت نکال کے دے دیا۔</w:t>
      </w:r>
    </w:p>
    <w:p>
      <w:r>
        <w:rPr>
          <w:b/>
        </w:rPr>
        <w:t xml:space="preserve">[39:57] </w:t>
      </w:r>
      <w:r>
        <w:t>unhone kuch poocha bhi nahi ke itna kyun mangte ho. jeb mein haath daala aur usko note de diya. toh main ne socha ke aisa kyun hua?</w:t>
      </w:r>
    </w:p>
    <w:p>
      <w:pPr>
        <w:jc w:val="right"/>
      </w:pPr>
      <w:r>
        <w:t>انہوں نے کچھ پوچھا بھی نہیں کہ اتنا کیوں مانگتے ہو۔ جیب میں ہاتھ ڈالا اور اس کو نوٹ دے دیا۔ تو میں نے سوچا کہ ایسا کیوں ہوا؟</w:t>
      </w:r>
    </w:p>
    <w:p>
      <w:r>
        <w:rPr>
          <w:b/>
        </w:rPr>
        <w:t xml:space="preserve">[40:11] </w:t>
      </w:r>
      <w:r>
        <w:t>kyun hua? to meri samajh mein aaya ke jo aadmi rikshay se aaya tha, us bechare ke paas thori raqam thi, us ko lotna bhi tha.</w:t>
      </w:r>
    </w:p>
    <w:p>
      <w:pPr>
        <w:jc w:val="right"/>
      </w:pPr>
      <w:r>
        <w:t>کیوں ہوا؟ تو میری سمجھ میں آیا کہ جو آدمی رکشے سے آیا تھا، اس بیچارے کے پاس تھوڑی رقم تھی، اس کو لوٹنا بھی تھا۔</w:t>
      </w:r>
    </w:p>
    <w:p>
      <w:r>
        <w:rPr>
          <w:b/>
        </w:rPr>
        <w:t xml:space="preserve">[40:21] </w:t>
      </w:r>
      <w:r>
        <w:t>to us ne chaha ke wahan kam paisa dena paray taake lotna aasan ho mere liye. aur jo aadmi aaya tha taxi se, us ki jeb mein bohat paise thay.</w:t>
      </w:r>
    </w:p>
    <w:p>
      <w:pPr>
        <w:jc w:val="right"/>
      </w:pPr>
      <w:r>
        <w:t>تو اس نے چاہا کہ وہاں کم پیسہ دینا پڑے تاکہ لوٹنا آسان ہو میرے لیے۔ اور جو آدمی آیا تھا ٹیکسی سے، اس کی جیب میں بہت پیسے تھے۔</w:t>
      </w:r>
    </w:p>
    <w:p>
      <w:r>
        <w:rPr>
          <w:b/>
        </w:rPr>
        <w:t xml:space="preserve">[40:33] </w:t>
      </w:r>
      <w:r>
        <w:t>us ko kya hai? so ka note de diya, do so ka note de diya, us se koi farq nahi parta. to jab aap ko rasool Allah ki yeh taleem aap ke mind mein ho ke sari dunya mere liye masjid hai,</w:t>
      </w:r>
    </w:p>
    <w:p>
      <w:pPr>
        <w:jc w:val="right"/>
      </w:pPr>
      <w:r>
        <w:t>اس کو کیا ہے؟ سو کا نوٹ دے دیا، دو سو کا نوٹ دے دیا، اس سے کوئی فرق نہیں پڑتا۔ تو جب آپ کو رسول اللہ کی یہ تعلیم آپ کے مائنڈ میں ہو کہ ساری دنیا میرے لیے مسجد ہے،</w:t>
      </w:r>
    </w:p>
    <w:p>
      <w:r>
        <w:rPr>
          <w:b/>
        </w:rPr>
        <w:t xml:space="preserve">[40:49] </w:t>
      </w:r>
      <w:r>
        <w:t>sari dunya mere liye maidan hai, mujhe mauqa hai ke main global level par planning karoon apni aur koi rukawat na ho, koi rukawat na ho,</w:t>
      </w:r>
    </w:p>
    <w:p>
      <w:pPr>
        <w:jc w:val="right"/>
      </w:pPr>
      <w:r>
        <w:t>ساری دنیا میرے لیے میدان ہے، مجھے موقع ہے کہ میں گلوبل لیول پر پلاننگ کروں اپنی اور کوئی رکاوٹ نہ ہو، کوئی رکاوٹ نہ ہو،</w:t>
      </w:r>
    </w:p>
    <w:p>
      <w:r>
        <w:rPr>
          <w:b/>
        </w:rPr>
        <w:t xml:space="preserve">[41:03] </w:t>
      </w:r>
      <w:r>
        <w:t>to aap ghhor kijiye ke kitni himmat aap ke andar aaye gi, kitni positive thinking aap ke andar aaye gi. Allah ka shukar ka darja barhe ga aap ka, Allah rab ul alameen ka shukar ka darja barhe ga.</w:t>
      </w:r>
    </w:p>
    <w:p>
      <w:pPr>
        <w:jc w:val="right"/>
      </w:pPr>
      <w:r>
        <w:t>تو آپ غور کیجئے کہ کتنی ہمت آپ کے اندر آئے گی، کتنی پازیٹیو تھنکنگ آپ کے اندر آئے گی۔ اللہ کا شکر کا درجہ بڑھے گا آپ کا، اللہ رب العالمین کا شکر کا درجہ بڑھے گا۔</w:t>
      </w:r>
    </w:p>
    <w:p>
      <w:r>
        <w:rPr>
          <w:b/>
        </w:rPr>
        <w:t xml:space="preserve">[41:14] </w:t>
      </w:r>
      <w:r>
        <w:t>shukar.</w:t>
      </w:r>
    </w:p>
    <w:p>
      <w:pPr>
        <w:jc w:val="right"/>
      </w:pPr>
      <w:r>
        <w:t>شکر۔</w:t>
      </w:r>
    </w:p>
    <w:p>
      <w:r>
        <w:rPr>
          <w:b/>
        </w:rPr>
        <w:t xml:space="preserve">[41:20] </w:t>
      </w:r>
      <w:r>
        <w:t>to is lihaaz se main aap se kahoon ga ke aap rethinking karen, re phir se sochen ke "where we miss the train?" "where we miss the bus?" phir se sochen aur apne aap ko right track par layen.</w:t>
      </w:r>
    </w:p>
    <w:p>
      <w:pPr>
        <w:jc w:val="right"/>
      </w:pPr>
      <w:r>
        <w:t>تو اس لحاظ سے میں آپ سے کہوں گا کہ آپ ری تھنکنگ کریں، ری پھر سے سوچیں کہ "ویئر وی مس دا ٹرین؟" "ویئر وی مس دا بس؟" پھر سے سوچیں اور اپنے آپ کو رائٹ ٹریک پر لائیں۔</w:t>
      </w:r>
    </w:p>
    <w:p>
      <w:r>
        <w:rPr>
          <w:b/>
        </w:rPr>
        <w:t xml:space="preserve">[41:43] </w:t>
      </w:r>
      <w:r>
        <w:t>hamara qafila jo derail ho gaya hai, us ko do bar right track par layen</w:t>
      </w:r>
    </w:p>
    <w:p>
      <w:pPr>
        <w:jc w:val="right"/>
      </w:pPr>
      <w:r>
        <w:t>ہمارا قافلہ جو ڈیریل ہو گیا ہے، اس کو دو بار رائٹ ٹریک پر لائیں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