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 from the Quran and Hadith April 21, 2007</w:t>
      </w:r>
    </w:p>
    <w:p>
      <w:r>
        <w:t>https://www.youtube.com/watch?v=1i5mTxg17FI</w:t>
      </w:r>
    </w:p>
    <w:p>
      <w:r>
        <w:rPr>
          <w:b/>
        </w:rPr>
        <w:t xml:space="preserve">[00:12] </w:t>
      </w:r>
      <w:r>
        <w:t>al rahim rab ishrah li sadri wa yassir li amri wah lul uqdatan min lisani yafqahu qawli aaj mein Islam ke baray mein kuch baatein kahoon ga</w:t>
      </w:r>
    </w:p>
    <w:p>
      <w:pPr>
        <w:jc w:val="right"/>
      </w:pPr>
      <w:r>
        <w:t>الرحیم رب اشرح لی صدری ویسر لی امری واحل العقدۃ من لسانی یفقہ قولی آج میں اسلام کے بارے میں کچھ باتیں کہوں گا</w:t>
      </w:r>
    </w:p>
    <w:p>
      <w:r>
        <w:rPr>
          <w:b/>
        </w:rPr>
        <w:t xml:space="preserve">[00:37] </w:t>
      </w:r>
      <w:r>
        <w:t>quran mein ek ayat hai</w:t>
      </w:r>
    </w:p>
    <w:p>
      <w:pPr>
        <w:jc w:val="right"/>
      </w:pPr>
      <w:r>
        <w:t>قرآن میں ایک آیت ہے</w:t>
      </w:r>
    </w:p>
    <w:p>
      <w:r>
        <w:rPr>
          <w:b/>
        </w:rPr>
        <w:t xml:space="preserve">[00:40] </w:t>
      </w:r>
      <w:r>
        <w:t>adkhalu fis-silmi kaffah</w:t>
      </w:r>
    </w:p>
    <w:p>
      <w:pPr>
        <w:jc w:val="right"/>
      </w:pPr>
      <w:r>
        <w:t>ادخلوا فی السلم کافہ</w:t>
      </w:r>
    </w:p>
    <w:p>
      <w:r>
        <w:rPr>
          <w:b/>
        </w:rPr>
        <w:t xml:space="preserve">[00:46] </w:t>
      </w:r>
      <w:r>
        <w:t>islam mein pure ke pure aa jao</w:t>
      </w:r>
    </w:p>
    <w:p>
      <w:pPr>
        <w:jc w:val="right"/>
      </w:pPr>
      <w:r>
        <w:t>اسلام میں پورے کے پورے آ جاؤ</w:t>
      </w:r>
    </w:p>
    <w:p>
      <w:r>
        <w:rPr>
          <w:b/>
        </w:rPr>
        <w:t xml:space="preserve">[00:52] </w:t>
      </w:r>
      <w:r>
        <w:t>islam mein pure ke pure dakhil ho jao</w:t>
      </w:r>
    </w:p>
    <w:p>
      <w:pPr>
        <w:jc w:val="right"/>
      </w:pPr>
      <w:r>
        <w:t>اسلام میں پورے کے پورے داخل ہو جاؤ</w:t>
      </w:r>
    </w:p>
    <w:p>
      <w:r>
        <w:rPr>
          <w:b/>
        </w:rPr>
        <w:t xml:space="preserve">[00:57] </w:t>
      </w:r>
      <w:r>
        <w:t>kuch log iska matlab yeh batate hain ke saare islami ahkam ko</w:t>
      </w:r>
    </w:p>
    <w:p>
      <w:pPr>
        <w:jc w:val="right"/>
      </w:pPr>
      <w:r>
        <w:t>کچھ لوگ اس کا مطلب یہ بتاتے ہیں کہ سارے اسلامی احکام کو</w:t>
      </w:r>
    </w:p>
    <w:p>
      <w:r>
        <w:rPr>
          <w:b/>
        </w:rPr>
        <w:t xml:space="preserve">[01:03] </w:t>
      </w:r>
      <w:r>
        <w:t>implement karo matlab hai ke namaz roza bhi karo aur chor ka hath bhi kaato logon ko kode</w:t>
      </w:r>
    </w:p>
    <w:p>
      <w:pPr>
        <w:jc w:val="right"/>
      </w:pPr>
      <w:r>
        <w:t>امپلیمنٹ کرو مطلب ہے کہ نماز روزہ بھی کرو اور چور کا ہاتھ بھی کاٹو لوگوں کو کوڑے</w:t>
      </w:r>
    </w:p>
    <w:p>
      <w:r>
        <w:rPr>
          <w:b/>
        </w:rPr>
        <w:t xml:space="preserve">[01:10] </w:t>
      </w:r>
      <w:r>
        <w:t>maaro yani islam ko ek political system ek complete political system ke tarike se</w:t>
      </w:r>
    </w:p>
    <w:p>
      <w:pPr>
        <w:jc w:val="right"/>
      </w:pPr>
      <w:r>
        <w:t>مارو یعنی اسلام کو ایک پولیٹیکل سسٹم ایک کمپلیٹ پولیٹیکل سسٹم کے طریقے سے</w:t>
      </w:r>
    </w:p>
    <w:p>
      <w:r>
        <w:rPr>
          <w:b/>
        </w:rPr>
        <w:t xml:space="preserve">[01:19] </w:t>
      </w:r>
      <w:r>
        <w:t>naafiz karo nahi to tumhara islam adhura rahega dekhein</w:t>
      </w:r>
    </w:p>
    <w:p>
      <w:pPr>
        <w:jc w:val="right"/>
      </w:pPr>
      <w:r>
        <w:t>نافذ کرو نہیں تو تمہارا اسلام ادھورا رہے گا دیکھیں</w:t>
      </w:r>
    </w:p>
    <w:p>
      <w:r>
        <w:rPr>
          <w:b/>
        </w:rPr>
        <w:t xml:space="preserve">[01:23] </w:t>
      </w:r>
      <w:r>
        <w:t>yeh absurd baat hai</w:t>
      </w:r>
    </w:p>
    <w:p>
      <w:pPr>
        <w:jc w:val="right"/>
      </w:pPr>
      <w:r>
        <w:t>یہ ایبسرڈ بات ہے</w:t>
      </w:r>
    </w:p>
    <w:p>
      <w:r>
        <w:rPr>
          <w:b/>
        </w:rPr>
        <w:t xml:space="preserve">[01:26] </w:t>
      </w:r>
      <w:r>
        <w:t>yeh bilkul absurd baat hai</w:t>
      </w:r>
    </w:p>
    <w:p>
      <w:pPr>
        <w:jc w:val="right"/>
      </w:pPr>
      <w:r>
        <w:t>یہ بالکل ایبسرڈ بات ہے</w:t>
      </w:r>
    </w:p>
    <w:p>
      <w:r>
        <w:rPr>
          <w:b/>
        </w:rPr>
        <w:t xml:space="preserve">[01:28] </w:t>
      </w:r>
      <w:r>
        <w:t>ek principle islam ka yaad rakhiye</w:t>
      </w:r>
    </w:p>
    <w:p>
      <w:pPr>
        <w:jc w:val="right"/>
      </w:pPr>
      <w:r>
        <w:t>ایک پرنسپل اسلام کا یاد رکھیے</w:t>
      </w:r>
    </w:p>
    <w:p>
      <w:r>
        <w:rPr>
          <w:b/>
        </w:rPr>
        <w:t xml:space="preserve">[01:32] </w:t>
      </w:r>
      <w:r>
        <w:t>ke islam address karta hai individual ko</w:t>
      </w:r>
    </w:p>
    <w:p>
      <w:pPr>
        <w:jc w:val="right"/>
      </w:pPr>
      <w:r>
        <w:t>کہ اسلام ایڈریس کرتا ہے انڈیویجول کو</w:t>
      </w:r>
    </w:p>
    <w:p>
      <w:r>
        <w:rPr>
          <w:b/>
        </w:rPr>
        <w:t xml:space="preserve">[01:36] </w:t>
      </w:r>
      <w:r>
        <w:t>system ko ya society ko address nahi karta</w:t>
      </w:r>
    </w:p>
    <w:p>
      <w:pPr>
        <w:jc w:val="right"/>
      </w:pPr>
      <w:r>
        <w:t>سسٹم کو یا سوسائٹی کو ایڈریس نہیں کرتا</w:t>
      </w:r>
    </w:p>
    <w:p>
      <w:r>
        <w:rPr>
          <w:b/>
        </w:rPr>
        <w:t xml:space="preserve">[01:41] </w:t>
      </w:r>
      <w:r>
        <w:t>yeh bohat important baat samajhna chahiye</w:t>
      </w:r>
    </w:p>
    <w:p>
      <w:pPr>
        <w:jc w:val="right"/>
      </w:pPr>
      <w:r>
        <w:t>یہ بہت امپورٹنٹ بات سمجھنا چاہیے</w:t>
      </w:r>
    </w:p>
    <w:p>
      <w:r>
        <w:rPr>
          <w:b/>
        </w:rPr>
        <w:t xml:space="preserve">[01:44] </w:t>
      </w:r>
      <w:r>
        <w:t>ke islam address karta hai individual ko yani ek individual se kaha ja raha hai</w:t>
      </w:r>
    </w:p>
    <w:p>
      <w:pPr>
        <w:jc w:val="right"/>
      </w:pPr>
      <w:r>
        <w:t>کہ اسلام ایڈریس کرتا ہے انڈیویجول کو یعنی ایک انڈیویجول سے کہا جا رہا ہے</w:t>
      </w:r>
    </w:p>
    <w:p>
      <w:r>
        <w:rPr>
          <w:b/>
        </w:rPr>
        <w:t xml:space="preserve">[01:50] </w:t>
      </w:r>
      <w:r>
        <w:t>ke tum poore ke poore islam mein aa jao</w:t>
      </w:r>
    </w:p>
    <w:p>
      <w:pPr>
        <w:jc w:val="right"/>
      </w:pPr>
      <w:r>
        <w:t>کہ تم پورے کے پورے اسلام میں آ جاؤ</w:t>
      </w:r>
    </w:p>
    <w:p>
      <w:r>
        <w:rPr>
          <w:b/>
        </w:rPr>
        <w:t xml:space="preserve">[01:54] </w:t>
      </w:r>
      <w:r>
        <w:t>is ka matlab kya hua</w:t>
      </w:r>
    </w:p>
    <w:p>
      <w:pPr>
        <w:jc w:val="right"/>
      </w:pPr>
      <w:r>
        <w:t>اس کا مطلب کیا ہوا</w:t>
      </w:r>
    </w:p>
    <w:p>
      <w:r>
        <w:rPr>
          <w:b/>
        </w:rPr>
        <w:t xml:space="preserve">[01:57] </w:t>
      </w:r>
      <w:r>
        <w:t>ke ek individual apni zindagi ko</w:t>
      </w:r>
    </w:p>
    <w:p>
      <w:pPr>
        <w:jc w:val="right"/>
      </w:pPr>
      <w:r>
        <w:t>کہ ایک انڈیویجول اپنی زندگی کو</w:t>
      </w:r>
    </w:p>
    <w:p>
      <w:r>
        <w:rPr>
          <w:b/>
        </w:rPr>
        <w:t xml:space="preserve">[02:01] </w:t>
      </w:r>
      <w:r>
        <w:t>apni daily life ko</w:t>
      </w:r>
    </w:p>
    <w:p>
      <w:pPr>
        <w:jc w:val="right"/>
      </w:pPr>
      <w:r>
        <w:t>اپنی ڈیلی لائف کو</w:t>
      </w:r>
    </w:p>
    <w:p>
      <w:r>
        <w:rPr>
          <w:b/>
        </w:rPr>
        <w:t xml:space="preserve">[02:06] </w:t>
      </w:r>
      <w:r>
        <w:t>apni poori</w:t>
      </w:r>
    </w:p>
    <w:p>
      <w:pPr>
        <w:jc w:val="right"/>
      </w:pPr>
      <w:r>
        <w:t>اپنی پوری</w:t>
      </w:r>
    </w:p>
    <w:p>
      <w:r>
        <w:rPr>
          <w:b/>
        </w:rPr>
        <w:t xml:space="preserve">[02:08] </w:t>
      </w:r>
      <w:r>
        <w:t>hasti ko Islam mein dakhil kar de yeh matlab hai is ka</w:t>
      </w:r>
    </w:p>
    <w:p>
      <w:pPr>
        <w:jc w:val="right"/>
      </w:pPr>
      <w:r>
        <w:t>ہستی کو اسلام میں داخل کر دے یہ مطلب ہے اس کا</w:t>
      </w:r>
    </w:p>
    <w:p>
      <w:r>
        <w:rPr>
          <w:b/>
        </w:rPr>
        <w:t xml:space="preserve">[02:19] </w:t>
      </w:r>
      <w:r>
        <w:t>yani</w:t>
      </w:r>
    </w:p>
    <w:p>
      <w:pPr>
        <w:jc w:val="right"/>
      </w:pPr>
      <w:r>
        <w:t>یعنی</w:t>
      </w:r>
    </w:p>
    <w:p>
      <w:r>
        <w:rPr>
          <w:b/>
        </w:rPr>
        <w:t xml:space="preserve">[02:22] </w:t>
      </w:r>
      <w:r>
        <w:t>letter aur spirit dono ke aitbar se Islam ko pakar lo</w:t>
      </w:r>
    </w:p>
    <w:p>
      <w:pPr>
        <w:jc w:val="right"/>
      </w:pPr>
      <w:r>
        <w:t>لیٹر اور اسپرٹ دونوں کے اعتبار سے اسلام کو پکڑ لو</w:t>
      </w:r>
    </w:p>
    <w:p>
      <w:r>
        <w:rPr>
          <w:b/>
        </w:rPr>
        <w:t xml:space="preserve">[02:31] </w:t>
      </w:r>
      <w:r>
        <w:t>yeh matlab hai is ka aik aur ayat li jiye quran ki sibghatallah wa man ahsan minallahi sibghatan yani Allah ke rang mein rang jao aur Allah ke rang se acha rang kaun hai</w:t>
      </w:r>
    </w:p>
    <w:p>
      <w:pPr>
        <w:jc w:val="right"/>
      </w:pPr>
      <w:r>
        <w:t>یہ مطلب ہے اس کا ایک اور آیت لیجئے قرآن کی سبغۃ اللہ ومن احسن من اللہ سبغہ یعنی اللہ کے رنگ میں رنگ جاؤ اور اللہ کے رنگ سے اچھا رنگ کون ہے</w:t>
      </w:r>
    </w:p>
    <w:p>
      <w:r>
        <w:rPr>
          <w:b/>
        </w:rPr>
        <w:t xml:space="preserve">[02:53] </w:t>
      </w:r>
      <w:r>
        <w:t>dye in color of Allah</w:t>
      </w:r>
    </w:p>
    <w:p>
      <w:pPr>
        <w:jc w:val="right"/>
      </w:pPr>
      <w:r>
        <w:t>ڈائی ان کلر آف گاڈ</w:t>
      </w:r>
    </w:p>
    <w:p>
      <w:r>
        <w:rPr>
          <w:b/>
        </w:rPr>
        <w:t xml:space="preserve">[03:02] </w:t>
      </w:r>
      <w:r>
        <w:t>and which color is better than gods color</w:t>
      </w:r>
    </w:p>
    <w:p>
      <w:pPr>
        <w:jc w:val="right"/>
      </w:pPr>
      <w:r>
        <w:t>اینڈ وچ کلر از بیٹر دین گاڈز کلر</w:t>
      </w:r>
    </w:p>
    <w:p>
      <w:r>
        <w:rPr>
          <w:b/>
        </w:rPr>
        <w:t xml:space="preserve">[03:08] </w:t>
      </w:r>
      <w:r>
        <w:t>isko samajhne ke liye yun samjhiye ke jaise yeh pani ka glass hai</w:t>
      </w:r>
    </w:p>
    <w:p>
      <w:pPr>
        <w:jc w:val="right"/>
      </w:pPr>
      <w:r>
        <w:t>اس کو سمجھنے کے لیے یوں سمجھئے کہ جیسے یہ پانی کا گلاس ہے</w:t>
      </w:r>
    </w:p>
    <w:p>
      <w:r>
        <w:rPr>
          <w:b/>
        </w:rPr>
        <w:t xml:space="preserve">[03:14] </w:t>
      </w:r>
      <w:r>
        <w:t>iske andar pani hai</w:t>
      </w:r>
    </w:p>
    <w:p>
      <w:pPr>
        <w:jc w:val="right"/>
      </w:pPr>
      <w:r>
        <w:t>اس کے اندر پانی ہے</w:t>
      </w:r>
    </w:p>
    <w:p>
      <w:r>
        <w:rPr>
          <w:b/>
        </w:rPr>
        <w:t xml:space="preserve">[03:18] </w:t>
      </w:r>
      <w:r>
        <w:t>agar aap is mein ek</w:t>
      </w:r>
    </w:p>
    <w:p>
      <w:pPr>
        <w:jc w:val="right"/>
      </w:pPr>
      <w:r>
        <w:t>اگر آپ اس میں ایک</w:t>
      </w:r>
    </w:p>
    <w:p>
      <w:r>
        <w:rPr>
          <w:b/>
        </w:rPr>
        <w:t xml:space="preserve">[03:21] </w:t>
      </w:r>
      <w:r>
        <w:t>ek stone dalen</w:t>
      </w:r>
    </w:p>
    <w:p>
      <w:pPr>
        <w:jc w:val="right"/>
      </w:pPr>
      <w:r>
        <w:t>ایک اسٹون ڈالیں</w:t>
      </w:r>
    </w:p>
    <w:p>
      <w:r>
        <w:rPr>
          <w:b/>
        </w:rPr>
        <w:t xml:space="preserve">[03:24] </w:t>
      </w:r>
      <w:r>
        <w:t>stone ka tukra dalen</w:t>
      </w:r>
    </w:p>
    <w:p>
      <w:pPr>
        <w:jc w:val="right"/>
      </w:pPr>
      <w:r>
        <w:t>اسٹون کا ٹکڑا ڈالیں</w:t>
      </w:r>
    </w:p>
    <w:p>
      <w:r>
        <w:rPr>
          <w:b/>
        </w:rPr>
        <w:t xml:space="preserve">[03:27] </w:t>
      </w:r>
      <w:r>
        <w:t>to pani alag rahega stone alag rahega</w:t>
      </w:r>
    </w:p>
    <w:p>
      <w:pPr>
        <w:jc w:val="right"/>
      </w:pPr>
      <w:r>
        <w:t>تو پانی الگ رہے گا اسٹون الگ رہے گا</w:t>
      </w:r>
    </w:p>
    <w:p>
      <w:r>
        <w:rPr>
          <w:b/>
        </w:rPr>
        <w:t xml:space="preserve">[03:35] </w:t>
      </w:r>
      <w:r>
        <w:t>dono alag alag rahen ge</w:t>
      </w:r>
    </w:p>
    <w:p>
      <w:pPr>
        <w:jc w:val="right"/>
      </w:pPr>
      <w:r>
        <w:t>دونوں الگ الگ رہیں گے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