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Decondition One's Mind 27 December, 2009</w:t>
      </w:r>
    </w:p>
    <w:p>
      <w:r>
        <w:t>https://youtu.be/BGMkpCzMxB0</w:t>
      </w:r>
    </w:p>
    <w:p>
      <w:r>
        <w:rPr>
          <w:b/>
        </w:rPr>
        <w:t xml:space="preserve">[00:28] </w:t>
      </w:r>
      <w:r>
        <w:t>wa'hallil 'uqdata min lisani, yafqahu qawli. aaj ka topic hai: how to decondition one's mind.</w:t>
      </w:r>
    </w:p>
    <w:p>
      <w:pPr>
        <w:jc w:val="right"/>
      </w:pPr>
      <w:r>
        <w:t>واحل العقدۃ من لسانی، یفقہ قولی۔ آج کا ٹاپک ہے: ہاؤ ٹو ڈی کنڈیشن ونز مائنڈ۔</w:t>
      </w:r>
    </w:p>
    <w:p>
      <w:r>
        <w:rPr>
          <w:b/>
        </w:rPr>
        <w:t xml:space="preserve">[00:40] </w:t>
      </w:r>
      <w:r>
        <w:t>koi aadmi apne zehan ki deconditioning kaise kare?</w:t>
      </w:r>
    </w:p>
    <w:p>
      <w:pPr>
        <w:jc w:val="right"/>
      </w:pPr>
      <w:r>
        <w:t>کوئی آدمی اپنے ذہن کی ڈی کنڈیشننگ کیسے کرے؟</w:t>
      </w:r>
    </w:p>
    <w:p>
      <w:r>
        <w:rPr>
          <w:b/>
        </w:rPr>
        <w:t xml:space="preserve">[00:51] </w:t>
      </w:r>
      <w:r>
        <w:t>ye hai aaj ka topic.</w:t>
      </w:r>
    </w:p>
    <w:p>
      <w:pPr>
        <w:jc w:val="right"/>
      </w:pPr>
      <w:r>
        <w:t>یہ ہے آج کا ٹاپک۔</w:t>
      </w:r>
    </w:p>
    <w:p>
      <w:r>
        <w:rPr>
          <w:b/>
        </w:rPr>
        <w:t xml:space="preserve">[00:53] </w:t>
      </w:r>
      <w:r>
        <w:t>main samajhta hoon ke kisi bhi shakhs ki zindagi ka sab se pehla jo kaam hai wo yahi hai: apni deconditioning karna.</w:t>
      </w:r>
    </w:p>
    <w:p>
      <w:pPr>
        <w:jc w:val="right"/>
      </w:pPr>
      <w:r>
        <w:t>میں سمجھتا ہوں کہ کسی بھی شخص کی زندگی کا سب سے پہلا جو کام ہے وہ یہی ہے: اپنی ڈی کنڈیشننگ کرنا۔</w:t>
      </w:r>
    </w:p>
    <w:p>
      <w:r>
        <w:rPr>
          <w:b/>
        </w:rPr>
        <w:t xml:space="preserve">[01:06] </w:t>
      </w:r>
      <w:r>
        <w:t>kyunke har aadmi,</w:t>
      </w:r>
    </w:p>
    <w:p>
      <w:pPr>
        <w:jc w:val="right"/>
      </w:pPr>
      <w:r>
        <w:t>کیونکہ ہر آدمی،</w:t>
      </w:r>
    </w:p>
    <w:p>
      <w:r>
        <w:rPr>
          <w:b/>
        </w:rPr>
        <w:t xml:space="preserve">[01:10] </w:t>
      </w:r>
      <w:r>
        <w:t>chahe wo koi bhi ho, ghareeb ho ya ameer ho, ek mazhab ka manane wala ho ya doosre mazhab ka manane wala ho, wo</w:t>
      </w:r>
    </w:p>
    <w:p>
      <w:pPr>
        <w:jc w:val="right"/>
      </w:pPr>
      <w:r>
        <w:t>چاہے وہ کوئی بھی ہو، غریب ہو یا امیر ہو، ایک مذہب کا ماننے والا ہو یا دوسرے مذہب کا ماننے والا ہو، وہ</w:t>
      </w:r>
    </w:p>
    <w:p>
      <w:r>
        <w:rPr>
          <w:b/>
        </w:rPr>
        <w:t xml:space="preserve">[01:24] </w:t>
      </w:r>
      <w:r>
        <w:t>case of conditioning hota hai. conditioning har aadmi ki hoti hi hoti hai. jaise abhi main ek baat mere zehan mein aayi, hamare saathi ne abhi ailan kiya ke jo log der mein aate hain to un ko aap bata dein ke apna switch off kar lein, apna mobile ka.</w:t>
      </w:r>
    </w:p>
    <w:p>
      <w:pPr>
        <w:jc w:val="right"/>
      </w:pPr>
      <w:r>
        <w:t>کیس آف کنڈیشننگ ہوتا ہے۔ کنڈیشننگ ہر آدمی کی ہوتی ہی ہوتی ہے۔ جیسے ابھی میں ایک بات میرے ذہن میں آئی، ہمارے ساتھی نے ابھی اعلان کیا کہ جو لوگ دیر میں آتے ہیں تو ان کو آپ بتا دیں کہ اپنا سوئچ آف کر لیں، اپنا موبائل کا۔</w:t>
      </w:r>
    </w:p>
    <w:p>
      <w:r>
        <w:rPr>
          <w:b/>
        </w:rPr>
        <w:t xml:space="preserve">[01:44] </w:t>
      </w:r>
      <w:r>
        <w:t>to main ne socha ke log der mein kyun aate hain? isi liye ke unhon ne apni deconditioning nahi ki.</w:t>
      </w:r>
    </w:p>
    <w:p>
      <w:pPr>
        <w:jc w:val="right"/>
      </w:pPr>
      <w:r>
        <w:t>تو میں نے سوچا کہ لوگ دیر میں کیوں آتے ہیں؟ اسی لیے کہ انہوں نے اپنی ڈی کنڈیشننگ نہیں کی۔</w:t>
      </w:r>
    </w:p>
    <w:p>
      <w:r>
        <w:rPr>
          <w:b/>
        </w:rPr>
        <w:t xml:space="preserve">[01:51] </w:t>
      </w:r>
      <w:r>
        <w:t>log sunte aaye hain ke namaz mein takbeer e awwal bohat na ho to bohat sawab hai. main abhi gaya tha ek muslim college mein, maghrib ki azan hui to log daure chale aa rahe the har taraf se.</w:t>
      </w:r>
    </w:p>
    <w:p>
      <w:pPr>
        <w:jc w:val="right"/>
      </w:pPr>
      <w:r>
        <w:t>لوگ سنتے آئے ہیں کہ نماز میں تکبیر اولی بہت نہ ہو تو بہت ثواب ہے۔ میں ابھی گیا تھا ایک مسلم کالج میں، مغرب کی اذان ہوئی تو لوگ دوڑے چلے آ رہے تھے ہر طرف سے۔</w:t>
      </w:r>
    </w:p>
    <w:p>
      <w:r>
        <w:rPr>
          <w:b/>
        </w:rPr>
        <w:t xml:space="preserve">[02:08] </w:t>
      </w:r>
      <w:r>
        <w:t>wo muslim college thi, wo dilli mein. kyun? takbeer e awwal faut na ho.</w:t>
      </w:r>
    </w:p>
    <w:p>
      <w:pPr>
        <w:jc w:val="right"/>
      </w:pPr>
      <w:r>
        <w:t>وہ مسلم کالج تھی، وہ دلی میں۔ کیوں؟ تکبیر اولی فوت نہ ہو۔</w:t>
      </w:r>
    </w:p>
    <w:p>
      <w:r>
        <w:rPr>
          <w:b/>
        </w:rPr>
        <w:t xml:space="preserve">[02:15] </w:t>
      </w:r>
      <w:r>
        <w:t>to takbeer e awwal faut na ho, is ka logon ko pata hai. lekin ek program ho raha hai, is mein spirituality ki baatein hon gi, rabbaniyat ki baatein hon gi, islam ka ko modern idiom mein bataya jayega,</w:t>
      </w:r>
    </w:p>
    <w:p>
      <w:pPr>
        <w:jc w:val="right"/>
      </w:pPr>
      <w:r>
        <w:t>تو تکبیر اولی فوت نہ ہو، اس کا لوگوں کو پتہ ہے۔ لیکن ایک پروگرام ہو رہا ہے، اس میں سپریچولیٹی کی باتیں ہوں گی، ربانیت کی باتیں ہوں گی، اسلام کا کو ماڈرن ایڈیم میں بتایا جائے گا،</w:t>
      </w:r>
    </w:p>
    <w:p>
      <w:r>
        <w:rPr>
          <w:b/>
        </w:rPr>
        <w:t xml:space="preserve">[02:31] </w:t>
      </w:r>
      <w:r>
        <w:t>is ki importance nahi maloom un ko. to chale aa rahe hain, bas der mein aa rahe hain to koi farq nahi parta. ye hai deconditioning.</w:t>
      </w:r>
    </w:p>
    <w:p>
      <w:pPr>
        <w:jc w:val="right"/>
      </w:pPr>
      <w:r>
        <w:t>اس کی امپورٹنس نہیں معلوم ان کو۔ تو چلے آ رہے ہیں، بس دیر میں آ رہے ہیں تو کوئی فرق نہیں پڑتا۔ یہ ہے ڈی کنڈیشننگ۔</w:t>
      </w:r>
    </w:p>
    <w:p>
      <w:r>
        <w:rPr>
          <w:b/>
        </w:rPr>
        <w:t xml:space="preserve">[02:43] </w:t>
      </w:r>
      <w:r>
        <w:t>yani sainkaron saal se aap ne sunte sunte jana ke namaz mein takbeer e awwal faut na ho to ye bohat bara sawab milega, is mein daud kar pahuncho wahan.</w:t>
      </w:r>
    </w:p>
    <w:p>
      <w:pPr>
        <w:jc w:val="right"/>
      </w:pPr>
      <w:r>
        <w:t>یعنی سینکڑوں سال سے آپ نے سنتے سنتے جانا کہ نماز میں تکبیر اولی فوت نہ ہو تو یہ بہت بڑا ثواب ملے گا، اس میں دوڑ کر پہنچو وہاں۔</w:t>
      </w:r>
    </w:p>
    <w:p>
      <w:r>
        <w:rPr>
          <w:b/>
        </w:rPr>
        <w:t xml:space="preserve">[02:57] </w:t>
      </w:r>
      <w:r>
        <w:t>lekin aise ek spiritual class mein bhi hum foran pahunche time par to humein is ka faida hoga, is ka unhein pata nahi.</w:t>
      </w:r>
    </w:p>
    <w:p>
      <w:pPr>
        <w:jc w:val="right"/>
      </w:pPr>
      <w:r>
        <w:t>لیکن ایسے ایک سپریچول کلاس میں بھی ہم فوراً پہنچے ٹائم پر تو ہمیں اس کا فائدہ ہوگا، اس کا انہیں پتہ نہیں۔</w:t>
      </w:r>
    </w:p>
    <w:p>
      <w:r>
        <w:rPr>
          <w:b/>
        </w:rPr>
        <w:t xml:space="preserve">[03:06] </w:t>
      </w:r>
      <w:r>
        <w:t>kyunke unhon ne deconditioning apni nahi ki.</w:t>
      </w:r>
    </w:p>
    <w:p>
      <w:pPr>
        <w:jc w:val="right"/>
      </w:pPr>
      <w:r>
        <w:t>کیونکہ انہوں نے ڈی کنڈیشننگ اپنی نہیں کی۔</w:t>
      </w:r>
    </w:p>
    <w:p>
      <w:r>
        <w:rPr>
          <w:b/>
        </w:rPr>
        <w:t xml:space="preserve">[03:11] </w:t>
      </w:r>
      <w:r>
        <w:t>jo traditional soch ban gayi thi, usi mein wo jee rahe hain. is traditional soch ko pharna, phir se sochna, reassess karna,</w:t>
      </w:r>
    </w:p>
    <w:p>
      <w:pPr>
        <w:jc w:val="right"/>
      </w:pPr>
      <w:r>
        <w:t>جو ٹریڈیشنل سوچ بن گئی تھی، اسی میں وہ جی رہے ہیں۔ اس ٹریڈیشنل سوچ کو پھاڑنا، پھر سے سوچنا، ری اسس کرنا،</w:t>
      </w:r>
    </w:p>
    <w:p>
      <w:r>
        <w:rPr>
          <w:b/>
        </w:rPr>
        <w:t xml:space="preserve">[03:26] </w:t>
      </w:r>
      <w:r>
        <w:t>apni personality ko phir se redesign karna, ye kya nahi unhon ne? warna wo jante hain ke jis takbeer e awwal jo hai, sirf masjid ke liye nahi, yahan ke liye bhi takbeer e awwal hai.</w:t>
      </w:r>
    </w:p>
    <w:p>
      <w:pPr>
        <w:jc w:val="right"/>
      </w:pPr>
      <w:r>
        <w:t>اپنی پرسنیلٹی کو پھر سے ری ڈیزائن کرنا، یہ کیا نہیں انہوں نے؟ ورنہ وہ جانتے ہیں کہ جس تکبیر اولی جو ہے، صرف مسجد کے لیے نہیں، یہاں کے لیے بھی تکبیر اولی ہے۔</w:t>
      </w:r>
    </w:p>
    <w:p>
      <w:r>
        <w:rPr>
          <w:b/>
        </w:rPr>
        <w:t xml:space="preserve">[03:38] </w:t>
      </w:r>
      <w:r>
        <w:t>takbeer e awwal poori zindagi ka ek qanoon hai,</w:t>
      </w:r>
    </w:p>
    <w:p>
      <w:pPr>
        <w:jc w:val="right"/>
      </w:pPr>
      <w:r>
        <w:t>تکبیر اولی پوری زندگی کا ایک قانون ہے،</w:t>
      </w:r>
    </w:p>
    <w:p>
      <w:r>
        <w:rPr>
          <w:b/>
        </w:rPr>
        <w:t xml:space="preserve">[03:41] </w:t>
      </w:r>
      <w:r>
        <w:t>har jagah.</w:t>
      </w:r>
    </w:p>
    <w:p>
      <w:pPr>
        <w:jc w:val="right"/>
      </w:pPr>
      <w:r>
        <w:t>ہر جگہ۔</w:t>
      </w:r>
    </w:p>
    <w:p>
      <w:r>
        <w:rPr>
          <w:b/>
        </w:rPr>
        <w:t xml:space="preserve">[03:45] </w:t>
      </w:r>
      <w:r>
        <w:t>log takbeer e awwal ko samajhte hain ke masjid ki rakat mein jaldi se ja kar khare ho jao. nahi, ye ek usool hai, ek law of nature hai, ek principle of life hai.</w:t>
      </w:r>
    </w:p>
    <w:p>
      <w:pPr>
        <w:jc w:val="right"/>
      </w:pPr>
      <w:r>
        <w:t>لوگ تکبیر اولی کو سمجھتے ہیں کہ مسجد کی رکعت میں جلدی سے جا کر کھڑے ہو جاؤ۔ نہیں، یہ ایک اصول ہے، ایک لاء آف نیچر ہے، ایک پرنسپل آف لائف ہے۔</w:t>
      </w:r>
    </w:p>
    <w:p>
      <w:r>
        <w:rPr>
          <w:b/>
        </w:rPr>
        <w:t xml:space="preserve">[03:57] </w:t>
      </w:r>
      <w:r>
        <w:t>har mamle mein dekhiye, aap agar aap pehle marhale mein wahan pahunch jayen, pehle mauqe par kaam shuru kar den to aap kamyab hote hain.</w:t>
      </w:r>
    </w:p>
    <w:p>
      <w:pPr>
        <w:jc w:val="right"/>
      </w:pPr>
      <w:r>
        <w:t>ہر معاملے میں دیکھیے، آپ اگر آپ پہلے مرحلے میں وہاں پہنچ جائیں، پہلے موقع پر کام شروع کر دیں تو آپ کامیاب ہوتے ہیں۔</w:t>
      </w:r>
    </w:p>
    <w:p>
      <w:r>
        <w:rPr>
          <w:b/>
        </w:rPr>
        <w:t xml:space="preserve">[04:09] </w:t>
      </w:r>
      <w:r>
        <w:t>to takbeer e awwali ko is se traditional maani mein lete hain, lekin takbeer e awwali ko ek general sense mein nahi le sake, ek qanoon e aam ke taur par daryaft nahi kar sake.</w:t>
      </w:r>
    </w:p>
    <w:p>
      <w:pPr>
        <w:jc w:val="right"/>
      </w:pPr>
      <w:r>
        <w:t>تو تکبیر اولی کو اس سے ٹریڈیشنل معنی میں لیتے ہیں، لیکن تکبیر اولی کو ایک جنرل سینس میں نہیں لے سکے، ایک قانون عام کے طور پر دریافت نہیں کر سکے۔</w:t>
      </w:r>
    </w:p>
    <w:p>
      <w:r>
        <w:rPr>
          <w:b/>
        </w:rPr>
        <w:t xml:space="preserve">[04:22] </w:t>
      </w:r>
      <w:r>
        <w:t>har cheez mein hai takbeer e awwali.</w:t>
      </w:r>
    </w:p>
    <w:p>
      <w:pPr>
        <w:jc w:val="right"/>
      </w:pPr>
      <w:r>
        <w:t>ہر چیز میں ہے تکبیر اولی۔</w:t>
      </w:r>
    </w:p>
    <w:p>
      <w:r>
        <w:rPr>
          <w:b/>
        </w:rPr>
        <w:t xml:space="preserve">[04:27] </w:t>
      </w:r>
      <w:r>
        <w:t>har cheez mein hai. first chance jo hota hai, first chance, isi mein sab se bari kamyabi hoti hai.</w:t>
      </w:r>
    </w:p>
    <w:p>
      <w:pPr>
        <w:jc w:val="right"/>
      </w:pPr>
      <w:r>
        <w:t>ہر چیز میں ہے۔ فرسٹ چانس جو ہوتا ہے، فرسٹ چانس، اسی میں سب سے بڑی کامیابی ہوتی ہے۔</w:t>
      </w:r>
    </w:p>
    <w:p>
      <w:r>
        <w:rPr>
          <w:b/>
        </w:rPr>
        <w:t xml:space="preserve">[04:40] </w:t>
      </w:r>
      <w:r>
        <w:t>first chance jis ne khoya to baad ko to koi bari kamyabi nahi mile gi us ko. kisi business mein ho, chahe social work mein ho, education mein ho.</w:t>
      </w:r>
    </w:p>
    <w:p>
      <w:pPr>
        <w:jc w:val="right"/>
      </w:pPr>
      <w:r>
        <w:t>فرسٹ چانس جس نے کھویا تو بعد کو تو کوئی بڑی کامیابی نہیں ملے گی اس کو۔ کسی بزنس میں ہو، چاہے سوشل ورک میں ہو، ایجوکیشن میں ہو۔</w:t>
      </w:r>
    </w:p>
    <w:p>
      <w:r>
        <w:rPr>
          <w:b/>
        </w:rPr>
        <w:t xml:space="preserve">[04:52] </w:t>
      </w:r>
      <w:r>
        <w:t>jis zamane mein India mein engineering ki taleem shuru mein hui thi to bohat kam engineer hua karte thay, bohat kam doctor hua karte thay.</w:t>
      </w:r>
    </w:p>
    <w:p>
      <w:pPr>
        <w:jc w:val="right"/>
      </w:pPr>
      <w:r>
        <w:t>جس زمانے میں انڈیا میں انجینئرنگ کی تعلیم شروع میں ہوئی تھی تو بہت کم انجینئر ہوا کرتے تھے، بہت کم ڈاکٹر ہوا کرتے تھے۔</w:t>
      </w:r>
    </w:p>
    <w:p>
      <w:r>
        <w:rPr>
          <w:b/>
        </w:rPr>
        <w:t xml:space="preserve">[05:02] </w:t>
      </w:r>
      <w:r>
        <w:t>jin logon ne parh liya doctory ya engineering to bohat zabardast un ko kamyabi mil gayi.</w:t>
      </w:r>
    </w:p>
    <w:p>
      <w:pPr>
        <w:jc w:val="right"/>
      </w:pPr>
      <w:r>
        <w:t>جن لوگوں نے پڑھ لیا ڈاکٹری یا انجینئرنگ تو بہت زبردست ان کو کامیابی مل گئی۔</w:t>
      </w:r>
    </w:p>
    <w:p>
      <w:r>
        <w:rPr>
          <w:b/>
        </w:rPr>
        <w:t xml:space="preserve">[05:07] </w:t>
      </w:r>
      <w:r>
        <w:t>ab wohi log parhte hain, ab in degreeon ki koi value nahi. kyunke ab woh second chance aur third chance ka maamla hai. takbeer e awwali ka matlab hai first chance ko na kho.</w:t>
      </w:r>
    </w:p>
    <w:p>
      <w:pPr>
        <w:jc w:val="right"/>
      </w:pPr>
      <w:r>
        <w:t>اب وہی لوگ پڑھتے ہیں، اب ان ڈگریوں کی کوئی ویلیو نہیں۔ کیونکہ اب وہ سیکنڈ چانس اور تھرڈ چانس کا معاملہ ہے۔ تکبیر اولی کا مطلب ہے فرسٹ چانس کو نہ کھو۔</w:t>
      </w:r>
    </w:p>
    <w:p>
      <w:r>
        <w:rPr>
          <w:b/>
        </w:rPr>
        <w:t xml:space="preserve">[05:20] </w:t>
      </w:r>
      <w:r>
        <w:t>first chance ko khoya to bari taraqqi se mehroom ho gaye. takbeer e awwali ko aap general sense mein lijiye, is ko sirf namaz mein khare hone ke maani mein na lijiye.</w:t>
      </w:r>
    </w:p>
    <w:p>
      <w:pPr>
        <w:jc w:val="right"/>
      </w:pPr>
      <w:r>
        <w:t>فرسٹ چانس کو کھویا تو بڑی ترقی سے محروم ہو گئے۔ تکبیر اولی کو آپ جنرل سینس میں لیجئے، اس کو صرف نماز میں کھڑے ہونے کے معنی میں نہ لیجئے۔</w:t>
      </w:r>
    </w:p>
    <w:p>
      <w:r>
        <w:rPr>
          <w:b/>
        </w:rPr>
        <w:t xml:space="preserve">[05:34] </w:t>
      </w:r>
      <w:r>
        <w:t>Islam ki tamam taleemat ka ek particular sense hai, is ka ek general sense hai. tamam taleemat ka. koi bhi taleem ho.</w:t>
      </w:r>
    </w:p>
    <w:p>
      <w:pPr>
        <w:jc w:val="right"/>
      </w:pPr>
      <w:r>
        <w:t>اسلام کی تمام تعلیمات کا ایک پرٹیکولر سینس ہے، اس کا ایک جنرل سینس ہے۔ تمام تعلیمات کا۔ کوئی بھی تعلیم ہو۔</w:t>
      </w:r>
    </w:p>
    <w:p>
      <w:r>
        <w:rPr>
          <w:b/>
        </w:rPr>
        <w:t xml:space="preserve">[05:47] </w:t>
      </w:r>
      <w:r>
        <w:t>isi tarah takbeer e awwali ka maamla bhi hai. takbeer e awwali ka matlab yeh hai ke first chance, sari koshish karo ke first chance na khone paye tum se. sari koshish karo.</w:t>
      </w:r>
    </w:p>
    <w:p>
      <w:pPr>
        <w:jc w:val="right"/>
      </w:pPr>
      <w:r>
        <w:t>اسی طرح تکبیر اولی کا معاملہ بھی ہے۔ تکبیر اولی کا مطلب یہ ہے کہ فرسٹ چانس، ساری کوشش کرو کہ فرسٹ چانس نہ کھونے پائے تم سے۔ ساری کوشش کرو۔</w:t>
      </w:r>
    </w:p>
    <w:p>
      <w:r>
        <w:rPr>
          <w:b/>
        </w:rPr>
        <w:t xml:space="preserve">[05:57] </w:t>
      </w:r>
      <w:r>
        <w:t>first chance gaya to second chance aur third chance mein bari kamyabi nahi pao ge tum.</w:t>
      </w:r>
    </w:p>
    <w:p>
      <w:pPr>
        <w:jc w:val="right"/>
      </w:pPr>
      <w:r>
        <w:t>فرسٹ چانس گیا تو سیکنڈ چانس اور تھرڈ چانس میں بڑی کامیابی نہیں پاؤ گے تم۔</w:t>
      </w:r>
    </w:p>
    <w:p>
      <w:r>
        <w:rPr>
          <w:b/>
        </w:rPr>
        <w:t xml:space="preserve">[06:03] </w:t>
      </w:r>
      <w:r>
        <w:t>aise hi maamla yahan ka bhi hai. yeh hai deconditioning.</w:t>
      </w:r>
    </w:p>
    <w:p>
      <w:pPr>
        <w:jc w:val="right"/>
      </w:pPr>
      <w:r>
        <w:t>ایسے ہی معاملہ یہاں کا بھی ہے۔ یہ ہے ڈی کنڈیشننگ۔</w:t>
      </w:r>
    </w:p>
    <w:p>
      <w:r>
        <w:rPr>
          <w:b/>
        </w:rPr>
        <w:t xml:space="preserve">[06:11] </w:t>
      </w:r>
      <w:r>
        <w:t>sainkaron saal se sunte aaye hain ke takbeer e awwali ka mein sawab hai, takbeer e awwali mein sawab hai. bari bari jamaatein aisi ke liye mutharrik hain batane ke liye ke takbeer e awwali ka bohat mein bari afzaliyat hai.</w:t>
      </w:r>
    </w:p>
    <w:p>
      <w:pPr>
        <w:jc w:val="right"/>
      </w:pPr>
      <w:r>
        <w:t>سینکڑوں سال سے سنتے آئے ہیں کہ تکبیر اولی کا میں ثواب ہے، تکبیر اولی میں ثواب ہے۔ بڑی بڑی جماعتیں ایسی کے لیے متحرک ہیں بتانے کے لیے کہ تکبیر اولی کا بہت میں بڑی افضلیت ہے۔</w:t>
      </w:r>
    </w:p>
    <w:p>
      <w:r>
        <w:rPr>
          <w:b/>
        </w:rPr>
        <w:t xml:space="preserve">[06:25] </w:t>
      </w:r>
      <w:r>
        <w:t>to is mein un ki conditioning ho gayi hai, conditioning.</w:t>
      </w:r>
    </w:p>
    <w:p>
      <w:pPr>
        <w:jc w:val="right"/>
      </w:pPr>
      <w:r>
        <w:t>تو اس میں ان کی کنڈیشننگ ہو گئی ہے، کنڈیشننگ۔</w:t>
      </w:r>
    </w:p>
    <w:p>
      <w:r>
        <w:rPr>
          <w:b/>
        </w:rPr>
        <w:t xml:space="preserve">[06:31] </w:t>
      </w:r>
      <w:r>
        <w:t>to woh jo un ka jo framework ban gaya, jo mindset ban gaya, us se bahar aa kar sochna, yahi hai deconditioning. to takbeer e awwali ko agar aap sirf namaz se le kar jorein to us maani ke aap conditioning mein jee rahe hain.</w:t>
      </w:r>
    </w:p>
    <w:p>
      <w:pPr>
        <w:jc w:val="right"/>
      </w:pPr>
      <w:r>
        <w:t>تو وہ جو ان کا جو فریم ورک بن گیا، جو مائنڈ سیٹ بن گیا، اس سے باہر آ کر سوچنا، یہی ہے ڈی کنڈیشننگ۔ تو تکبیر اولی کو اگر آپ صرف نماز سے لے کر جوڑیں تو اس معنی کہ آپ کنڈیشننگ میں جی رہے ہیں۔</w:t>
      </w:r>
    </w:p>
    <w:p>
      <w:r>
        <w:rPr>
          <w:b/>
        </w:rPr>
        <w:t xml:space="preserve">[06:44] </w:t>
      </w:r>
      <w:r>
        <w:t>aur us se bahar nikal kar sochen aap to matlab hai ke aap ne apni deconditioning kar dali hai.</w:t>
      </w:r>
    </w:p>
    <w:p>
      <w:pPr>
        <w:jc w:val="right"/>
      </w:pPr>
      <w:r>
        <w:t>اور اس سے باہر نکل کر سوچیں آپ تو کا مطلب ہے کہ آپ نے اپنی ڈی کنڈیشننگ کر ڈالی ہے۔</w:t>
      </w:r>
    </w:p>
    <w:p>
      <w:r>
        <w:rPr>
          <w:b/>
        </w:rPr>
        <w:t xml:space="preserve">[06:54] </w:t>
      </w:r>
      <w:r>
        <w:t>yeh hai ek saada si misaal se aap soch sakte hain ke what is conditioning aur what is de</w:t>
      </w:r>
    </w:p>
    <w:p>
      <w:pPr>
        <w:jc w:val="right"/>
      </w:pPr>
      <w:r>
        <w:t>یہ ہے ایک سادہ سی مثال سے آپ سوچ سکتے ہیں کہ واٹ از کنڈیشننگ اور واٹ از ڈی</w:t>
      </w:r>
    </w:p>
    <w:p>
      <w:r>
        <w:rPr>
          <w:b/>
        </w:rPr>
        <w:t xml:space="preserve">[07:00] </w:t>
      </w:r>
      <w:r>
        <w:t>conditioning. abhi jab mein yahan aaya to sab se pehli cheez jo mujhe mili woh yeh Quran tha.</w:t>
      </w:r>
    </w:p>
    <w:p>
      <w:pPr>
        <w:jc w:val="right"/>
      </w:pPr>
      <w:r>
        <w:t>کنڈیشننگ۔ ابھی جب میں یہاں آیا تو سب سے پہلی چیز جو مجھے ملی وہ یہ قرآن تھا۔</w:t>
      </w:r>
    </w:p>
    <w:p>
      <w:r>
        <w:rPr>
          <w:b/>
        </w:rPr>
        <w:t xml:space="preserve">[07:09] </w:t>
      </w:r>
      <w:r>
        <w:t>mein is ko dekh kar rone laga. ab kahin rone ki kya baat hai is mein?</w:t>
      </w:r>
    </w:p>
    <w:p>
      <w:pPr>
        <w:jc w:val="right"/>
      </w:pPr>
      <w:r>
        <w:t>میں اس کو دیکھ کر رونے لگا۔ اب کہیں رونے کی کیا بات ہے اس میں؟</w:t>
      </w:r>
    </w:p>
    <w:p>
      <w:r>
        <w:rPr>
          <w:b/>
        </w:rPr>
        <w:t xml:space="preserve">[07:17] </w:t>
      </w:r>
      <w:r>
        <w:t>itna khoobsurat chapa hua, itna ek ek cheez is ki beautiful.</w:t>
      </w:r>
    </w:p>
    <w:p>
      <w:pPr>
        <w:jc w:val="right"/>
      </w:pPr>
      <w:r>
        <w:t>اتنا خوبصورت چھپا ہوا، اتنا ایک ایک چیز اس کی بیوٹی فل۔</w:t>
      </w:r>
    </w:p>
    <w:p>
      <w:r>
        <w:rPr>
          <w:b/>
        </w:rPr>
        <w:t xml:space="preserve">[07:30] </w:t>
      </w:r>
      <w:r>
        <w:t>mein samajhta hoon ke itna beautiful Quran ka tarjuma abhi tak chapa nahi gaya.</w:t>
      </w:r>
    </w:p>
    <w:p>
      <w:pPr>
        <w:jc w:val="right"/>
      </w:pPr>
      <w:r>
        <w:t>میں سمجھتا ہوں کہ اتنا بیوٹی فل قرآن کا ترجمہ ابھی تک چھاپا نہیں گیا۔</w:t>
      </w:r>
    </w:p>
    <w:p>
      <w:r>
        <w:rPr>
          <w:b/>
        </w:rPr>
        <w:t xml:space="preserve">[07:39] </w:t>
      </w:r>
      <w:r>
        <w:t>English mein jo ke international language hai, us mein pehli baar aisa hua hai ke itna beautiful Quran ka tarjuma, itna acha chapa hua, itni achi binding ke sath samne aaya hai.</w:t>
      </w:r>
    </w:p>
    <w:p>
      <w:pPr>
        <w:jc w:val="right"/>
      </w:pPr>
      <w:r>
        <w:t>انگلش میں جو کہ انٹرنیشنل لینگویج ہے، اس میں پہلی بار ایسا ہوا ہے کہ اتنا بیوٹی فل قرآن کا ترجمہ، اتنا اچھا چھپا ہوا، اتنی اچھی بائنڈنگ کے ساتھ سامنے آیا ہے۔</w:t>
      </w:r>
    </w:p>
    <w:p>
      <w:r>
        <w:rPr>
          <w:b/>
        </w:rPr>
        <w:t xml:space="preserve">[08:00] </w:t>
      </w:r>
      <w:r>
        <w:t>yeh mera ek bohat hi purana khwab tha.</w:t>
      </w:r>
    </w:p>
    <w:p>
      <w:pPr>
        <w:jc w:val="right"/>
      </w:pPr>
      <w:r>
        <w:t>یہ میرا ایک بہت ہی پرانا خواب تھا۔</w:t>
      </w:r>
    </w:p>
    <w:p>
      <w:r>
        <w:rPr>
          <w:b/>
        </w:rPr>
        <w:t xml:space="preserve">[08:06] </w:t>
      </w:r>
      <w:r>
        <w:t>bohat purana khwab.</w:t>
      </w:r>
    </w:p>
    <w:p>
      <w:pPr>
        <w:jc w:val="right"/>
      </w:pPr>
      <w:r>
        <w:t>بہت پرانا خواب۔</w:t>
      </w:r>
    </w:p>
    <w:p>
      <w:r>
        <w:rPr>
          <w:b/>
        </w:rPr>
        <w:t xml:space="preserve">[08:09] </w:t>
      </w:r>
      <w:r>
        <w:t>mein meri parhai hui ek madrase mein, yaani formal education ke aitbaar se mein ek molvi hoon.</w:t>
      </w:r>
    </w:p>
    <w:p>
      <w:pPr>
        <w:jc w:val="right"/>
      </w:pPr>
      <w:r>
        <w:t>میں میری پڑھائی ہوئی ایک مدرسے میں، یعنی فارمل ایجوکیشن کے اعتبار سے میں ایک مولوی ہوں۔</w:t>
      </w:r>
    </w:p>
    <w:p>
      <w:r>
        <w:rPr>
          <w:b/>
        </w:rPr>
        <w:t xml:space="preserve">[08:23] </w:t>
      </w:r>
      <w:r>
        <w:t>yeh dekhiye, aisa tarjuma abhi tak chapa hi nahi tha. aur simple language, easily understandable language, clarity jis ke andar ho, koi ek bhi maujood nahi tha.</w:t>
      </w:r>
    </w:p>
    <w:p>
      <w:pPr>
        <w:jc w:val="right"/>
      </w:pPr>
      <w:r>
        <w:t>یہ دیکھیے، ایسا ترجمہ ابھی تک چھپا ہی نہیں تھا۔ اور سمپل لینگویج، ایزیلی انڈرسٹینڈیبل لینگویج، کلیرٹی جس کے اندر ہو، کوئی ایک بھی موجود نہیں تھا۔</w:t>
      </w:r>
    </w:p>
    <w:p>
      <w:r>
        <w:rPr>
          <w:b/>
        </w:rPr>
        <w:t xml:space="preserve">[08:37] </w:t>
      </w:r>
      <w:r>
        <w:t>toh mein madrase mein parh kar nikla toh mein arabi toh jaanta tha, english nahi jaanta tha. toh woh bhi conditioning thi.</w:t>
      </w:r>
    </w:p>
    <w:p>
      <w:pPr>
        <w:jc w:val="right"/>
      </w:pPr>
      <w:r>
        <w:t>تو میں مدرسے میں پڑھ کر نکلا تو میں عربی تو جانتا تھا، انگلش نہیں جانتا تھا۔ تو وہ بھی کنڈیشننگ تھی۔</w:t>
      </w:r>
    </w:p>
    <w:p>
      <w:r>
        <w:rPr>
          <w:b/>
        </w:rPr>
        <w:t xml:space="preserve">[08:49] </w:t>
      </w:r>
      <w:r>
        <w:t>madrase mein jo conditioning hui thi meri, woh kya thi? quran parho, hadith parho, namaz parho, roza rakho. is conditioning ko kaise maine toda?</w:t>
      </w:r>
    </w:p>
    <w:p>
      <w:pPr>
        <w:jc w:val="right"/>
      </w:pPr>
      <w:r>
        <w:t>مدرسے میں جو کنڈیشننگ ہوئی تھی میری، وہ کیا تھی؟ قرآن پڑھو، حدیث پڑھو، نماز پڑھو، روزہ رکھو۔ اس کنڈیشننگ کو کیسے میں نے توڑا؟</w:t>
      </w:r>
    </w:p>
    <w:p>
      <w:r>
        <w:rPr>
          <w:b/>
        </w:rPr>
        <w:t xml:space="preserve">[09:01] </w:t>
      </w:r>
      <w:r>
        <w:t>meri family mein saare log english wale log the.</w:t>
      </w:r>
    </w:p>
    <w:p>
      <w:pPr>
        <w:jc w:val="right"/>
      </w:pPr>
      <w:r>
        <w:t>میری فیملی میں سارے لوگ انگلش والے لوگ تھے۔</w:t>
      </w:r>
    </w:p>
    <w:p>
      <w:r>
        <w:rPr>
          <w:b/>
        </w:rPr>
        <w:t xml:space="preserve">[09:06] </w:t>
      </w:r>
      <w:r>
        <w:t>zamana bhi english ka zamana tha woh. dhoom thi, english parho, english parho, english parho. toh jab mein bahar aaya parh kar ke toh maine mehsoos kiya ke mein abhi tak goonga hoon.</w:t>
      </w:r>
    </w:p>
    <w:p>
      <w:pPr>
        <w:jc w:val="right"/>
      </w:pPr>
      <w:r>
        <w:t>زمانہ بھی انگلش کا زمانہ تھا وہ۔ تھوم تھی، انگلش پڑھو، انگلش پڑھو، انگلش پڑھو۔ تو جب میں باہر آیا پڑھ کر کے تو میں نے محسوس کیا کہ میں ابھی تک گونگا ہوں۔</w:t>
      </w:r>
    </w:p>
    <w:p>
      <w:r>
        <w:rPr>
          <w:b/>
        </w:rPr>
        <w:t xml:space="preserve">[09:21] </w:t>
      </w:r>
      <w:r>
        <w:t>madrase mein mein taqreer karta tha, likhta tha. yahan mein goonga ho gaya. kyunke modern mind ko address nahi kar sakta tha mein.</w:t>
      </w:r>
    </w:p>
    <w:p>
      <w:pPr>
        <w:jc w:val="right"/>
      </w:pPr>
      <w:r>
        <w:t>مدرسے میں میں تقریر کرتا تھا، لکھتا تھا۔ یہاں میں گونگا ہو گیا۔ کیونکہ ماڈرن مائنڈ کو ایڈریس نہیں کر سکتا تھا میں۔</w:t>
      </w:r>
    </w:p>
    <w:p>
      <w:r>
        <w:rPr>
          <w:b/>
        </w:rPr>
        <w:t xml:space="preserve">[09:35] </w:t>
      </w:r>
      <w:r>
        <w:t>jo traditional mind tha, us ko address karne ke liye mere paas bohat se baatein thi, bohat se alfaaz the. modern mind ko mein address nahi kar sakta tha.</w:t>
      </w:r>
    </w:p>
    <w:p>
      <w:pPr>
        <w:jc w:val="right"/>
      </w:pPr>
      <w:r>
        <w:t>جو ٹریڈیشنل مائنڈ تھا، اس کو ایڈریس کرنے کے لیے میرے پاس بہت سے باتیں تھیں، بہت سے الفاظ تھے۔ ماڈرن مائنڈ کو میں ایڈریس نہیں کر سکتا تھا۔</w:t>
      </w:r>
    </w:p>
    <w:p>
      <w:r>
        <w:rPr>
          <w:b/>
        </w:rPr>
        <w:t xml:space="preserve">[09:49] </w:t>
      </w:r>
      <w:r>
        <w:t>yeh ek shock laga. aap shock ko jab ek tajrube ke taur par lein, tab yahan se from here starts deconditioning.</w:t>
      </w:r>
    </w:p>
    <w:p>
      <w:pPr>
        <w:jc w:val="right"/>
      </w:pPr>
      <w:r>
        <w:t>یہ ایک شاک لگا۔ آپ شاک کو جب ایک تجربے کے طور پر لیں، تب یہاں سے فرام ہیر سٹارٹس ڈی کنڈیشننگ۔</w:t>
      </w:r>
    </w:p>
    <w:p>
      <w:r>
        <w:rPr>
          <w:b/>
        </w:rPr>
        <w:t xml:space="preserve">[10:02] </w:t>
      </w:r>
      <w:r>
        <w:t>har aadmi ki zindagi mein shock lagte hain</w:t>
      </w:r>
    </w:p>
    <w:p>
      <w:pPr>
        <w:jc w:val="right"/>
      </w:pPr>
      <w:r>
        <w:t>ہر آدمی کی زندگی میں شاک لگتے ہیں</w:t>
      </w:r>
    </w:p>
    <w:p>
      <w:r>
        <w:rPr>
          <w:b/>
        </w:rPr>
        <w:t xml:space="preserve">[10:04] </w:t>
      </w:r>
      <w:r>
        <w:t>, har aadmi ke negative experience hote hain. lekin woh bas us ko complain ke sense mein le leta hai. doosron ko bura kehne lagta hai.</w:t>
      </w:r>
    </w:p>
    <w:p>
      <w:pPr>
        <w:jc w:val="right"/>
      </w:pPr>
      <w:r>
        <w:t>، ہر آدمی کے نیگیٹیو ایکسپیرینس ہوتے ہیں۔ لیکن وہ بس اس کو کمپلین کے سینس میں لے لیتا ہے۔ دوسروں کو برا کہنے لگتا ہے۔</w:t>
      </w:r>
    </w:p>
    <w:p>
      <w:r>
        <w:rPr>
          <w:b/>
        </w:rPr>
        <w:t xml:space="preserve">[10:16] </w:t>
      </w:r>
      <w:r>
        <w:t>toh mein jin logon se milta tha, angrez daanon se, aur un se mujhe jo shock lagta tha, toh ek shakal thi ke mein un ko bura samajhta tha. jaise ke bohat se logon ne samjha ke murtad hain, aur yeh fasaq hain, yeh gumrah hain.</w:t>
      </w:r>
    </w:p>
    <w:p>
      <w:pPr>
        <w:jc w:val="right"/>
      </w:pPr>
      <w:r>
        <w:t>تو میں جن لوگوں سے ملتا تھا، انگریز دانوں سے، اور ان سے مجھے جو شاک لگتا تھا، تو ایک شکل تھی کہ میں ان کو برا سمجھتا تھا۔ جیسے کہ بہت سے لوگوں نے سمجھا کہ مرتد ہیں، اور یہ فاسق ہیں، یہ گمراہ ہیں۔</w:t>
      </w:r>
    </w:p>
    <w:p>
      <w:r>
        <w:rPr>
          <w:b/>
        </w:rPr>
        <w:t xml:space="preserve">[10:31] </w:t>
      </w:r>
      <w:r>
        <w:t>saare log isi matlab mein lete the un logon ko ke nechri hain.</w:t>
      </w:r>
    </w:p>
    <w:p>
      <w:pPr>
        <w:jc w:val="right"/>
      </w:pPr>
      <w:r>
        <w:t>سارے لوگ اسی معنی میں لیتے تھے ان لوگوں کو کہ نیچری ہیں۔</w:t>
      </w:r>
    </w:p>
    <w:p>
      <w:r>
        <w:rPr>
          <w:b/>
        </w:rPr>
        <w:t xml:space="preserve">[10:37] </w:t>
      </w:r>
      <w:r>
        <w:t>lekin maine introspection kiya ke kyun aisa hai ke mein parh kar nikla hoon aur un ko mein address nahi kar sakta?</w:t>
      </w:r>
    </w:p>
    <w:p>
      <w:pPr>
        <w:jc w:val="right"/>
      </w:pPr>
      <w:r>
        <w:t>لیکن میں نے انٹروسپیکشن کیا کہ کیوں ایسا ہے کہ میں پڑھ کر نکلا ہوں اور ان کو میں ایڈریس نہیں کر سکتا؟</w:t>
      </w:r>
    </w:p>
    <w:p>
      <w:r>
        <w:rPr>
          <w:b/>
        </w:rPr>
        <w:t xml:space="preserve">[10:49] </w:t>
      </w:r>
      <w:r>
        <w:t>tab maine is hadith se rehnumai mujhe mili ke in yakoon baseera be zamani.</w:t>
      </w:r>
    </w:p>
    <w:p>
      <w:pPr>
        <w:jc w:val="right"/>
      </w:pPr>
      <w:r>
        <w:t>تب میں نے اس حدیث سے رہنمائی مجھے ملی کہ ان یکون بصیرا بے زمانی۔</w:t>
      </w:r>
    </w:p>
    <w:p>
      <w:r>
        <w:rPr>
          <w:b/>
        </w:rPr>
        <w:t xml:space="preserve">[10:57] </w:t>
      </w:r>
      <w:r>
        <w:t>ke momin ko chahiye ke ek taraf woh deen ko jaane aur saath saath woh zamane ko jaane. in yakoon baseera be zamani. toh maine kaha madrase mein maine, maine socha ke madrase mein maine deen ko toh jaana, lekin zamane se bekhabar reh gaya.</w:t>
      </w:r>
    </w:p>
    <w:p>
      <w:pPr>
        <w:jc w:val="right"/>
      </w:pPr>
      <w:r>
        <w:t>کہ مومن کو چاہیے کہ ایک طرف وہ دین کو جانے اور ساتھ ساتھ وہ زمانے کو جانے۔ ان یکون بصیرا بے زمانی۔ تو میں نے کہا مدرسے میں میں نے، میں نے سوچا کہ مدرسے میں میں نے دین کو تو جانا، لیکن زمانے سے بے خبر رہ گیا۔</w:t>
      </w:r>
    </w:p>
    <w:p>
      <w:r>
        <w:rPr>
          <w:b/>
        </w:rPr>
        <w:t xml:space="preserve">[11:15] </w:t>
      </w:r>
      <w:r>
        <w:t>yeh bhi ek bari daryaft thi ke log taqseem karte hain deen aur duniya. ek parcha nikalta tha is zamane mein, falan deen duniya, falan deen duniya.</w:t>
      </w:r>
    </w:p>
    <w:p>
      <w:pPr>
        <w:jc w:val="right"/>
      </w:pPr>
      <w:r>
        <w:t>یہ بھی ایک بڑی دریافت تھی کہ لوگ تقسیم کرتے ہیں دین اور دنیا۔ ایک پرچہ نکلتا تھا اس زمانے میں، فلاں دین دنیا، فلاں دین دنیا۔</w:t>
      </w:r>
    </w:p>
    <w:p>
      <w:r>
        <w:rPr>
          <w:b/>
        </w:rPr>
        <w:t xml:space="preserve">[11:25] </w:t>
      </w:r>
      <w:r>
        <w:t>yeh</w:t>
      </w:r>
    </w:p>
    <w:p>
      <w:pPr>
        <w:jc w:val="right"/>
      </w:pPr>
      <w:r>
        <w:t>یہ</w:t>
      </w:r>
    </w:p>
    <w:p>
      <w:r>
        <w:rPr>
          <w:b/>
        </w:rPr>
        <w:t xml:space="preserve">[11:26] </w:t>
      </w:r>
      <w:r>
        <w:t>taqseem sahi nahi hai. sahi taqseem deen aur zamana. madrase mein hum sunte the ke ek deen hai, ek duniya hai, ek deen hai, ek duniya hai.</w:t>
      </w:r>
    </w:p>
    <w:p>
      <w:pPr>
        <w:jc w:val="right"/>
      </w:pPr>
      <w:r>
        <w:t>تقسیم صحیح نہیں ہے۔ صحیح تقسیم دین اور زمانہ۔ مدرسے میں ہم سنتے تھے کہ ایک دین ہے، ایک دنیا ہے، ایک دین ہے، ایک دنیا ہے۔</w:t>
      </w:r>
    </w:p>
    <w:p>
      <w:r>
        <w:rPr>
          <w:b/>
        </w:rPr>
        <w:t xml:space="preserve">[11:36] </w:t>
      </w:r>
      <w:r>
        <w:t>ek teesri cheez hai jo zamana, us se hum bekhabar the.</w:t>
      </w:r>
    </w:p>
    <w:p>
      <w:pPr>
        <w:jc w:val="right"/>
      </w:pPr>
      <w:r>
        <w:t>ایک تیسری چیز ہے جو زمانہ، اس سے ہم بے خبر تھے۔</w:t>
      </w:r>
    </w:p>
    <w:p>
      <w:r>
        <w:rPr>
          <w:b/>
        </w:rPr>
        <w:t xml:space="preserve">[11:41] </w:t>
      </w:r>
      <w:r>
        <w:t>samajhte the deen achi cheez hai, duniya duniyadari buri cheez hai. isi conditioning mein hum jeete the. yaani us ko kehte hain woh, yaani ek ek duality, galat qism ki woh sanviyat mein ke deen hai, duniya hai, deen hai aur duniya hai.</w:t>
      </w:r>
    </w:p>
    <w:p>
      <w:pPr>
        <w:jc w:val="right"/>
      </w:pPr>
      <w:r>
        <w:t>سمجھتے تھے دین اچھی چیز ہے، دنیا دنیا داری بری چیز ہے۔ اسی کنڈیشننگ میں ہم جیتے تھے۔ یعنی اس کو کہتے ہیں وہ، یعنی ایک ایک ڈویلٹی، غلط قسم کی وہ ثانویت میں کہ دین ہے، دنیا ہے، دین ہے اور دنیا ہے۔</w:t>
      </w:r>
    </w:p>
    <w:p>
      <w:r>
        <w:rPr>
          <w:b/>
        </w:rPr>
        <w:t xml:space="preserve">[12:00] </w:t>
      </w:r>
      <w:r>
        <w:t>nahi, ek teesri cheez bhi hai, woh zamana hai. yeh yeh daryaft thi meri, discovery thi us ko</w:t>
      </w:r>
    </w:p>
    <w:p>
      <w:pPr>
        <w:jc w:val="right"/>
      </w:pPr>
      <w:r>
        <w:t>نہیں، ایک تیسری چیز بھی ہے، وہ زمانہ ہے۔ یہ یہ دریافت تھی میری، ڈسکوری تھی اس کو</w:t>
      </w:r>
    </w:p>
    <w:p>
      <w:r>
        <w:rPr>
          <w:b/>
        </w:rPr>
        <w:t xml:space="preserve">[12:10] </w:t>
      </w:r>
      <w:r>
        <w:t>ke duniyadari toh hamein nahi karna hai, lekin zamane ko toh jaanna hai humein.</w:t>
      </w:r>
    </w:p>
    <w:p>
      <w:pPr>
        <w:jc w:val="right"/>
      </w:pPr>
      <w:r>
        <w:t>کہ دنیا داری تو ہمیں نہیں کرنا ہے، لیکن زمانے کو تو جاننا ہے ہمیں۔</w:t>
      </w:r>
    </w:p>
    <w:p>
      <w:r>
        <w:rPr>
          <w:b/>
        </w:rPr>
        <w:t xml:space="preserve">[12:15] </w:t>
      </w:r>
      <w:r>
        <w:t>zamane ko nahi janenge toh hum dawat ka kaam kaise karenge? islam ko yaqeen kaise apna bahal karenge?</w:t>
      </w:r>
    </w:p>
    <w:p>
      <w:pPr>
        <w:jc w:val="right"/>
      </w:pPr>
      <w:r>
        <w:t>زمانے کو نہیں جانیں گے تو ہم دعوت کا کام کیسے کریں گے؟ اسلام کو یقین کیسے اپنا بحال کریں گے؟</w:t>
      </w:r>
    </w:p>
    <w:p>
      <w:r>
        <w:rPr>
          <w:b/>
        </w:rPr>
        <w:t xml:space="preserve">[12:28] </w:t>
      </w:r>
      <w:r>
        <w:t>zamane ka matlab hai ke you have to re discover your religion in modern terms.</w:t>
      </w:r>
    </w:p>
    <w:p>
      <w:pPr>
        <w:jc w:val="right"/>
      </w:pPr>
      <w:r>
        <w:t>زمانے کا مطلب ہے کہ یو ہیو ٹو ری ڈسکور یور ریلیجن ان ماڈرن ٹرم۔</w:t>
      </w:r>
    </w:p>
    <w:p>
      <w:r>
        <w:rPr>
          <w:b/>
        </w:rPr>
        <w:t xml:space="preserve">[12:39] </w:t>
      </w:r>
      <w:r>
        <w:t>yeh aik bohat bari daryaft thi mere liye ke taqseem jo hai, woh deen dunya ki nahi hai,</w:t>
      </w:r>
    </w:p>
    <w:p>
      <w:pPr>
        <w:jc w:val="right"/>
      </w:pPr>
      <w:r>
        <w:t>یہ ایک بہت بڑی دریافت تھی میرے لیے کہ تقسیم جو ہے، وہ دین دنیا کی نہیں ہے،</w:t>
      </w:r>
    </w:p>
    <w:p>
      <w:r>
        <w:rPr>
          <w:b/>
        </w:rPr>
        <w:t xml:space="preserve">[12:44] </w:t>
      </w:r>
      <w:r>
        <w:t>deen aur zamanay ki hai.</w:t>
      </w:r>
    </w:p>
    <w:p>
      <w:pPr>
        <w:jc w:val="right"/>
      </w:pPr>
      <w:r>
        <w:t>دین اور زمانے کی ہے۔</w:t>
      </w:r>
    </w:p>
    <w:p>
      <w:r>
        <w:rPr>
          <w:b/>
        </w:rPr>
        <w:t xml:space="preserve">[12:52] </w:t>
      </w:r>
      <w:r>
        <w:t>is ko kehte hain angrezi mein dichotomy. woh dichotomy galat thi. madrasay ki taleem ne jo dichotomy hamare andar paida ki thi, woh yeh thi ke yeh deen hai, baqi sab dunya hai.</w:t>
      </w:r>
    </w:p>
    <w:p>
      <w:pPr>
        <w:jc w:val="right"/>
      </w:pPr>
      <w:r>
        <w:t>اس کو کہتے ہیں انگریزی میں ڈائیکاٹمی۔ وہ ڈائیکاٹمی غلط تھی۔ مدرسے کی تعلیم نے جو ڈائیکاٹمی ہمارے اندر پیدا کی تھی، وہ یہ تھی کہ یہ دین ہے، باقی سب دنیا ہے۔</w:t>
      </w:r>
    </w:p>
    <w:p>
      <w:r>
        <w:rPr>
          <w:b/>
        </w:rPr>
        <w:t xml:space="preserve">[13:04] </w:t>
      </w:r>
      <w:r>
        <w:t>to dunya ko chhoro, woh to bekar cheez hai. nahi, maloom hai ke deen hai, woh doosra zamana hai. to</w:t>
      </w:r>
    </w:p>
    <w:p>
      <w:pPr>
        <w:jc w:val="right"/>
      </w:pPr>
      <w:r>
        <w:t>تو دنیا کو چھوڑو، وہ تو بیکار چیز ہے۔ نہیں، معلوم ہے کہ دین ہے، وہ دوسرا زمانہ ہے۔ تو</w:t>
      </w:r>
    </w:p>
    <w:p>
      <w:r>
        <w:rPr>
          <w:b/>
        </w:rPr>
        <w:t xml:space="preserve">[13:13] </w:t>
      </w:r>
      <w:r>
        <w:t>yeh galat dichotomy mein jee raha tha mein. lekin jab mujhe shock laga to mein ne socha, sochte sochte mein ne samjha ke yeh to galat dichotomy thi. deen aur dunya ki dichotomy nahi, deen aur zamanay ki dichotomy.</w:t>
      </w:r>
    </w:p>
    <w:p>
      <w:pPr>
        <w:jc w:val="right"/>
      </w:pPr>
      <w:r>
        <w:t>یہ غلط ڈائیکاٹمی میں جی رہا تھا میں۔ لیکن جب مجھے شاک لگا تو میں نے سوچا، سوچتے سوچتے میں نے سمجھا کہ یہ تو غلط ڈائیکاٹمی تھی۔ دین اور دنیا کی ڈائیکاٹمی نہیں، دین اور زمانے کی ڈائیکاٹمی۔</w:t>
      </w:r>
    </w:p>
    <w:p>
      <w:r>
        <w:rPr>
          <w:b/>
        </w:rPr>
        <w:t xml:space="preserve">[13:28] </w:t>
      </w:r>
      <w:r>
        <w:t>to is ke baad mein ne angrezi parhna shuru kiya. aur bees baras tak mein angrezi mein ghark raha. ab mera khwab kya tha</w:t>
      </w:r>
    </w:p>
    <w:p>
      <w:pPr>
        <w:jc w:val="right"/>
      </w:pPr>
      <w:r>
        <w:t>تو اس کے بعد میں نے انگریزی پڑھنا شروع کیا۔ اور بیس برس تک میں انگریزی میں غرق رہا۔ اب میرا خواب کیا تھا</w:t>
      </w:r>
    </w:p>
    <w:p>
      <w:r>
        <w:rPr>
          <w:b/>
        </w:rPr>
        <w:t xml:space="preserve">[13:37] </w:t>
      </w:r>
      <w:r>
        <w:t>? mera khwab yeh tha ke yeh Allah ka jo kalam hai, mein ne jis madrasay mein parha, wahan par poora quran parhaya jata tha. kisi bhi madrasay mein, madrasay mein poora quran nahi parhaya jata.</w:t>
      </w:r>
    </w:p>
    <w:p>
      <w:pPr>
        <w:jc w:val="right"/>
      </w:pPr>
      <w:r>
        <w:t>؟ میرا خواب یہ تھا کہ یہ اللہ کا جو کلام ہے، میں نے جس مدرسے میں پڑھا، وہاں پر پورا قرآن پڑھایا جاتا تھا۔ کسی بھی مدرسے میں، مدرسے میں پورا قرآن نہیں پڑھایا جاتا۔</w:t>
      </w:r>
    </w:p>
    <w:p>
      <w:r>
        <w:rPr>
          <w:b/>
        </w:rPr>
        <w:t xml:space="preserve">[13:49] </w:t>
      </w:r>
      <w:r>
        <w:t>hadith aur fiqh aur adab yeh sab parhaye jatay hain, lekin poora poora quran wahan syllabus mein dakhil ho, aisa koi madrasa nahi hai. isi wahi tha jahan mein parha banay.</w:t>
      </w:r>
    </w:p>
    <w:p>
      <w:pPr>
        <w:jc w:val="right"/>
      </w:pPr>
      <w:r>
        <w:t>حدیث اور فقہ اور ادب یہ سب پڑھائے جاتے ہیں، لیکن پورا پورا قرآن وہاں سلیبس میں داخل ہو، ایسا کوئی مدرسہ نہیں ہے۔ اسی وہی تھا جہاں میں پڑھا بنے۔</w:t>
      </w:r>
    </w:p>
    <w:p>
      <w:r>
        <w:rPr>
          <w:b/>
        </w:rPr>
        <w:t xml:space="preserve">[14:01] </w:t>
      </w:r>
      <w:r>
        <w:t>lekin yeh parha, quran ko parha, aur phir quran ko doosron ko pata nahi sakta.</w:t>
      </w:r>
    </w:p>
    <w:p>
      <w:pPr>
        <w:jc w:val="right"/>
      </w:pPr>
      <w:r>
        <w:t>لیکن یہ پڑھا، قرآن کو پڑھا، اور پھر قرآن کو دوسروں کو پتہ نہیں سکتا۔</w:t>
      </w:r>
    </w:p>
    <w:p>
      <w:r>
        <w:rPr>
          <w:b/>
        </w:rPr>
        <w:t xml:space="preserve">[14:06] </w:t>
      </w:r>
      <w:r>
        <w:t>zaban yar man turki o turki rami danum.</w:t>
      </w:r>
    </w:p>
    <w:p>
      <w:pPr>
        <w:jc w:val="right"/>
      </w:pPr>
      <w:r>
        <w:t>زبان یار من ترکی و ترکی رمی دانم۔</w:t>
      </w:r>
    </w:p>
    <w:p>
      <w:r>
        <w:rPr>
          <w:b/>
        </w:rPr>
        <w:t xml:space="preserve">[14:12] </w:t>
      </w:r>
      <w:r>
        <w:t>the language of my friend is turkish and i don't know turkish. to international language jo thi, angrezi thi, us mein quran ko pesh karna tha.</w:t>
      </w:r>
    </w:p>
    <w:p>
      <w:pPr>
        <w:jc w:val="right"/>
      </w:pPr>
      <w:r>
        <w:t>دا لینگویج اف مائی فرینڈ از ٹرکش اینڈ ائی ڈونٹ نو ٹرکش۔ تو انٹرنیشنل لینگویج جو تھی، انگریزی تھی، اس میں قرآن کو پیش کرنا تھا۔</w:t>
      </w:r>
    </w:p>
    <w:p>
      <w:r>
        <w:rPr>
          <w:b/>
        </w:rPr>
        <w:t xml:space="preserve">[14:22] </w:t>
      </w:r>
      <w:r>
        <w:t>yani quran ko parha mein ne, lekin mein jab aaya doosron ka andar to mein goonga ban gaya. kyunke woh samajhte thay english mein.</w:t>
      </w:r>
    </w:p>
    <w:p>
      <w:pPr>
        <w:jc w:val="right"/>
      </w:pPr>
      <w:r>
        <w:t>یعنی قرآن کو پڑھا میں نے، لیکن میں جب آیا دوسروں کا اندر تو میں گونگا بن گیا۔ کیونکہ وہ سمجھتے تھے انگلش میں۔</w:t>
      </w:r>
    </w:p>
    <w:p>
      <w:r>
        <w:rPr>
          <w:b/>
        </w:rPr>
        <w:t xml:space="preserve">[14:34] </w:t>
      </w:r>
      <w:r>
        <w:t>to mere andar yeh jazba paida hua ke quran ka english tarjuma kiya jaye. ab jo mein ne parha, jo tarjume, taqreeban pachas translation already maujood hain english ke, pachas.</w:t>
      </w:r>
    </w:p>
    <w:p>
      <w:pPr>
        <w:jc w:val="right"/>
      </w:pPr>
      <w:r>
        <w:t>تو میرے اندر یہ جذبہ پیدا ہوا کہ قرآن کا انگلش ترجمہ کیا جائے۔ اب جو میں نے پڑھا، جو ترجمے، تقریباً پچاس ٹرانسلیشن الریڈی موجود ہیں انگلش کے، پچاس۔</w:t>
      </w:r>
    </w:p>
    <w:p>
      <w:r>
        <w:rPr>
          <w:b/>
        </w:rPr>
        <w:t xml:space="preserve">[14:46] </w:t>
      </w:r>
      <w:r>
        <w:t>lekin sab mein kya hai? confusion, clarity nahi kisi mein.</w:t>
      </w:r>
    </w:p>
    <w:p>
      <w:pPr>
        <w:jc w:val="right"/>
      </w:pPr>
      <w:r>
        <w:t>لیکن سب میں کیا ہے؟ کنفیوژن، کلیرٹی نہیں کسی میں۔</w:t>
      </w:r>
    </w:p>
    <w:p>
      <w:r>
        <w:rPr>
          <w:b/>
        </w:rPr>
        <w:t xml:space="preserve">[14:53] </w:t>
      </w:r>
      <w:r>
        <w:t>aaj hi angrezi akhbar jo aaya hai, us mein aik bohat achhay mashhoor well known writer ka aik article hai. to mein ne us ko parhwaya.</w:t>
      </w:r>
    </w:p>
    <w:p>
      <w:pPr>
        <w:jc w:val="right"/>
      </w:pPr>
      <w:r>
        <w:t>آج ہی انگریزی اخبار جو آیا ہے، اس میں ایک بہت اچھے مشہور ویل نون رائٹر کا ایک آرٹیکل ہے۔ تو میں نے اس کو پڑھوایا۔</w:t>
      </w:r>
    </w:p>
    <w:p>
      <w:r>
        <w:rPr>
          <w:b/>
        </w:rPr>
        <w:t xml:space="preserve">[15:06] </w:t>
      </w:r>
      <w:r>
        <w:t>jis ne parha, woh bohat achhi angrezi janne wala tha. to mein ne us se poocha ke kya matlab hai is ka? koi matlab to koi samajh mein nahi aaya. achhi english hai lekin confusion hi confusion hai sab.</w:t>
      </w:r>
    </w:p>
    <w:p>
      <w:pPr>
        <w:jc w:val="right"/>
      </w:pPr>
      <w:r>
        <w:t>جس نے پڑھا، وہ بہت اچھی انگریزی جاننے والا تھا۔ تو میں نے اس سے پوچھا کہ کیا مطلب ہے اس کا؟ کوئی مطلب تو کوئی سمجھ میں نہیں آیا۔ اچھی انگلش ہے لیکن کنفیوژن ہی کنفیوژن ہے سب۔</w:t>
      </w:r>
    </w:p>
    <w:p>
      <w:r>
        <w:rPr>
          <w:b/>
        </w:rPr>
        <w:t xml:space="preserve">[15:19] </w:t>
      </w:r>
      <w:r>
        <w:t>jitne chaptay hain aaj kal english paper mein article, taqreeban without any exception mein kahunga ke sab mein confusion hota hai.</w:t>
      </w:r>
    </w:p>
    <w:p>
      <w:pPr>
        <w:jc w:val="right"/>
      </w:pPr>
      <w:r>
        <w:t>جتنے چھپتے ہیں آج کل انگلش پیپر میں آرٹیکل، تقریباً ودا آؤٹ اینی ایکسیپشن میں کہوں گا کہ سب میں کنفیوژن ہوتا ہے۔</w:t>
      </w:r>
    </w:p>
    <w:p>
      <w:r>
        <w:rPr>
          <w:b/>
        </w:rPr>
        <w:t xml:space="preserve">[15:29] </w:t>
      </w:r>
      <w:r>
        <w:t>clarity nahi hoti hai. wahi haal quran ka tha. wahi haal quran ka tha ke logon ne pachas tarjume kaat daale quran ke, lekin clarity kisi mein nahi.</w:t>
      </w:r>
    </w:p>
    <w:p>
      <w:pPr>
        <w:jc w:val="right"/>
      </w:pPr>
      <w:r>
        <w:t>کلیرٹی نہیں ہوتی ہے۔ وہی حال قرآن کا تھا۔ وہی حال قرآن کا تھا کہ لوگوں نے پچاس ترجمے کاٹ ڈالے قرآن کے، لیکن کلیرٹی کسی میں نہیں۔</w:t>
      </w:r>
    </w:p>
    <w:p>
      <w:r>
        <w:rPr>
          <w:b/>
        </w:rPr>
        <w:t xml:space="preserve">[15:44] </w:t>
      </w:r>
      <w:r>
        <w:t>jab clarity nahi to aap samjhen kaise ho?</w:t>
      </w:r>
    </w:p>
    <w:p>
      <w:pPr>
        <w:jc w:val="right"/>
      </w:pPr>
      <w:r>
        <w:t>جب کلیرٹی نہیں تو آپ سمجھیں کیسے ہو؟</w:t>
      </w:r>
    </w:p>
    <w:p>
      <w:r>
        <w:rPr>
          <w:b/>
        </w:rPr>
        <w:t xml:space="preserve">[15:47] </w:t>
      </w:r>
      <w:r>
        <w:t>dekhen, translation ki kya definition hai? woh easily understandable ho. parhte jaiye, samajhte jaiye, parhte jaiye, samajhte jaiye.</w:t>
      </w:r>
    </w:p>
    <w:p>
      <w:pPr>
        <w:jc w:val="right"/>
      </w:pPr>
      <w:r>
        <w:t>دیکھیں، ٹرانسلیشن کی کیا ڈیفینیشن ہے؟ وہ ایزیلی انڈرسٹینڈیبل ہو۔ پڑھتے جائیے، سمجھتے جائیے، پڑھتے جائیے، سمجھتے جائیے۔</w:t>
      </w:r>
    </w:p>
    <w:p>
      <w:r>
        <w:rPr>
          <w:b/>
        </w:rPr>
        <w:t xml:space="preserve">[15:58] </w:t>
      </w:r>
      <w:r>
        <w:t>easily understandable hai to woh translation hai, nahi to woh kuch bhi nahi hai. to koi aik bhi translation aisa nahi tha jo easily understandable ho. to mere andar yeh talab thi ke quran ka aisa translation kiya jaye.</w:t>
      </w:r>
    </w:p>
    <w:p>
      <w:pPr>
        <w:jc w:val="right"/>
      </w:pPr>
      <w:r>
        <w:t>ایزیلی انڈرسٹینڈیبل ہے تو وہ ٹرانسلیشن ہے، نہیں تو وہ کچھ بھی نہیں ہے۔ تو کوئی ایک بھی ٹرانسلیشن ایسا نہیں تھا جو ایزیلی انڈرسٹینڈیبل ہو۔ تو میرے اندر یہ طلب تھی کہ قرآن کا ایسا ٹرانسلیشن کیا جائے۔</w:t>
      </w:r>
    </w:p>
    <w:p>
      <w:r>
        <w:rPr>
          <w:b/>
        </w:rPr>
        <w:t xml:space="preserve">[16:12] </w:t>
      </w:r>
      <w:r>
        <w:t>to</w:t>
      </w:r>
    </w:p>
    <w:p>
      <w:pPr>
        <w:jc w:val="right"/>
      </w:pPr>
      <w:r>
        <w:t>تو</w:t>
      </w:r>
    </w:p>
    <w:p>
      <w:r>
        <w:rPr>
          <w:b/>
        </w:rPr>
        <w:t xml:space="preserve">[16:13] </w:t>
      </w:r>
      <w:r>
        <w:t>mere rishtedaron mein kuch thay angrezi janne walay, un ko mein ne chaha ke woh aik kaam karen. mere apnay janne walon mein, qareebi logon mein, bohat hi qareebi logon mein angrezi janne walay thay, un se mein ne kaha yeh tarjuma karen aisa.</w:t>
      </w:r>
    </w:p>
    <w:p>
      <w:pPr>
        <w:jc w:val="right"/>
      </w:pPr>
      <w:r>
        <w:t>میرے رشتہ داروں میں کچھ تھے انگریزی جاننے والے، ان کو میں نے چاہا کہ وہ ایک کام کریں۔ میرے اپنے جاننے والوں میں، قریبی لوگوں میں، بہت ہی قریبی لوگوں میں انگریزی جاننے والے تھے، ان سے میں نے کہا یہ ترجمہ کریں ایسا۔</w:t>
      </w:r>
    </w:p>
    <w:p>
      <w:r>
        <w:rPr>
          <w:b/>
        </w:rPr>
        <w:t xml:space="preserve">[16:30] </w:t>
      </w:r>
      <w:r>
        <w:t>to aap samjhen ke pachas saal beet gaye is khwab mein ke english mein achha translation banay quran majeed ka.</w:t>
      </w:r>
    </w:p>
    <w:p>
      <w:pPr>
        <w:jc w:val="right"/>
      </w:pPr>
      <w:r>
        <w:t>تو آپ سمجھیں کہ پچاس سال بیت گئے اس خواب میں کہ انگلش میں اچھا ٹرانسلیشن بنے قرآن مجید کا۔</w:t>
      </w:r>
    </w:p>
    <w:p>
      <w:r>
        <w:rPr>
          <w:b/>
        </w:rPr>
        <w:t xml:space="preserve">[16:39] </w:t>
      </w:r>
      <w:r>
        <w:t>koi kya janay ke mein kis talab mein jeeta raha hoon pachas saal se ke international language mein bohat achha translation, bohat achha chha hua.</w:t>
      </w:r>
    </w:p>
    <w:p>
      <w:pPr>
        <w:jc w:val="right"/>
      </w:pPr>
      <w:r>
        <w:t>کوئی کیا جانے کہ میں کس طلب میں جیتا رہا ہوں پچاس سال سے کہ انٹرنیشنل لینگویج میں بہت اچھا ٹرانسلیشن، بہت اچھا چھپا ہوا۔</w:t>
      </w:r>
    </w:p>
    <w:p>
      <w:r>
        <w:rPr>
          <w:b/>
        </w:rPr>
        <w:t xml:space="preserve">[16:54] </w:t>
      </w:r>
      <w:r>
        <w:t>aakhir mein kya hua? ke maine socha ke main khud hi karunga.</w:t>
      </w:r>
    </w:p>
    <w:p>
      <w:pPr>
        <w:jc w:val="right"/>
      </w:pPr>
      <w:r>
        <w:t>آخر میں کیا ہوا؟ کہ میں نے سوچا کہ میں خود ہی کروں گا۔</w:t>
      </w:r>
    </w:p>
    <w:p>
      <w:r>
        <w:rPr>
          <w:b/>
        </w:rPr>
        <w:t xml:space="preserve">[17:02] </w:t>
      </w:r>
      <w:r>
        <w:t>main ne Khuda se kaha, Khudaya tujh ko likhna hai, haath mera hoga, qalam tera hoga.</w:t>
      </w:r>
    </w:p>
    <w:p>
      <w:pPr>
        <w:jc w:val="right"/>
      </w:pPr>
      <w:r>
        <w:t>میں نے خدا سے کہا، خدایا تجھ کو لکھنا ہے، ہاتھ میرا ہوگا، قلم تیرا ہوگا۔</w:t>
      </w:r>
    </w:p>
    <w:p>
      <w:r>
        <w:rPr>
          <w:b/>
        </w:rPr>
        <w:t xml:space="preserve">[17:13] </w:t>
      </w:r>
      <w:r>
        <w:t>mere Quran, Khudaya itne saare angrezi janne wale hain, kisi koi bhi tayyar nahin hai is kaam mein apne aap ko dene ke liye.</w:t>
      </w:r>
    </w:p>
    <w:p>
      <w:pPr>
        <w:jc w:val="right"/>
      </w:pPr>
      <w:r>
        <w:t>میرے قرآن، خدایا اتنے سارے انگریزی جاننے والے ہیں، کسی کوئی بھی تیار نہیں ہے اس کام میں اپنے آپ کو دینے کے لیے۔</w:t>
      </w:r>
    </w:p>
    <w:p>
      <w:r>
        <w:rPr>
          <w:b/>
        </w:rPr>
        <w:t xml:space="preserve">[17:23] </w:t>
      </w:r>
      <w:r>
        <w:t>log daud rahe hain kis ke peeche? paise ke peeche, paise ke peeche, paise ke peeche.</w:t>
      </w:r>
    </w:p>
    <w:p>
      <w:pPr>
        <w:jc w:val="right"/>
      </w:pPr>
      <w:r>
        <w:t>لوگ دوڑ رہے ہیں کس کے پیچھے؟ پیسے کے پیچھے، پیسے کے پیچھے، پیسے کے پیچھے۔</w:t>
      </w:r>
    </w:p>
    <w:p>
      <w:r>
        <w:rPr>
          <w:b/>
        </w:rPr>
        <w:t xml:space="preserve">[17:33] </w:t>
      </w:r>
      <w:r>
        <w:t>to maine kaha, Khudaya ab mujhe hi koi tarjuma karna hai, lekin haath mera hoga, qalam tera hoga.</w:t>
      </w:r>
    </w:p>
    <w:p>
      <w:pPr>
        <w:jc w:val="right"/>
      </w:pPr>
      <w:r>
        <w:t>تو میں نے کہا، خدایا اب مجھے ہی کوئی ترجمہ کرنا ہے، لیکن ہاتھ میرا ہوگا، قلم تیرا ہوگا۔</w:t>
      </w:r>
    </w:p>
    <w:p>
      <w:r>
        <w:rPr>
          <w:b/>
        </w:rPr>
        <w:t xml:space="preserve">[17:43] </w:t>
      </w:r>
      <w:r>
        <w:t>ab yeh tarjuma jo bana hai, aap dekhiye kitni achhi safai is ki hai. har aitbaar se bilkul yeh aaj ka cheez maloom hota hai.</w:t>
      </w:r>
    </w:p>
    <w:p>
      <w:pPr>
        <w:jc w:val="right"/>
      </w:pPr>
      <w:r>
        <w:t>اب یہ ترجمہ جو بنا ہے، آپ دیکھیے کتنی اچھی صفائی اس کی ہے۔ ہر اعتبار سے بالکل یہ آج کا چیز معلوم ہوتا ہے۔</w:t>
      </w:r>
    </w:p>
    <w:p>
      <w:r>
        <w:rPr>
          <w:b/>
        </w:rPr>
        <w:t xml:space="preserve">[17:59] </w:t>
      </w:r>
      <w:r>
        <w:t>up to the standard hai ke jab maine is ko dekha abhi to mujhe ek qissa yaad aaya.</w:t>
      </w:r>
    </w:p>
    <w:p>
      <w:pPr>
        <w:jc w:val="right"/>
      </w:pPr>
      <w:r>
        <w:t>اپ ٹو دا سٹینڈرڈ ہے کہ جب میں نے اس کو دیکھا ابھی تو مجھے ایک قصہ یاد آیا۔</w:t>
      </w:r>
    </w:p>
    <w:p>
      <w:r>
        <w:rPr>
          <w:b/>
        </w:rPr>
        <w:t xml:space="preserve">[18:12] </w:t>
      </w:r>
      <w:r>
        <w:t>ek parcha nikalta hai America se, digest teasers, digest.</w:t>
      </w:r>
    </w:p>
    <w:p>
      <w:pPr>
        <w:jc w:val="right"/>
      </w:pPr>
      <w:r>
        <w:t>ایک پرچہ نکلتا ہے امریکہ سے، ڈائجسٹ ٹیزرز، ڈائجسٹ۔</w:t>
      </w:r>
    </w:p>
    <w:p>
      <w:r>
        <w:rPr>
          <w:b/>
        </w:rPr>
        <w:t xml:space="preserve">[18:17] </w:t>
      </w:r>
      <w:r>
        <w:t>is mein ek qissa likha tha ke Arab mein jab petrol aaya, achaanak paisa. ab kisi ke paas ek ek khet hai, wahan tel ka kunwaan nikal aaya.</w:t>
      </w:r>
    </w:p>
    <w:p>
      <w:pPr>
        <w:jc w:val="right"/>
      </w:pPr>
      <w:r>
        <w:t>اس میں ایک قصہ لکھا تھا کہ عرب میں جب پٹرول آیا، اچانک پیسہ۔ اب کسی کے پاس ایک ایک کھیت ہے، وہاں تیل کا کنواں نکل آیا۔</w:t>
      </w:r>
    </w:p>
    <w:p>
      <w:r>
        <w:rPr>
          <w:b/>
        </w:rPr>
        <w:t xml:space="preserve">[18:31] </w:t>
      </w:r>
      <w:r>
        <w:t>ab is ko arbon rupay mil gaye, is ke government ne khareeda is ko. to is mein likha tha ke ek ek ek badu jis ke achaanak paisa mil gaya tha,</w:t>
      </w:r>
    </w:p>
    <w:p>
      <w:pPr>
        <w:jc w:val="right"/>
      </w:pPr>
      <w:r>
        <w:t>اب اس کو اربوں روپے مل گئے، اس کے گورنمنٹ نے خریدا اس کو۔ تو اس میں لکھا تھا کہ ایک ایک ایک بدو جس کے اچانک پیسہ مل گیا تھا،</w:t>
      </w:r>
    </w:p>
    <w:p>
      <w:r>
        <w:rPr>
          <w:b/>
        </w:rPr>
        <w:t xml:space="preserve">[18:44] </w:t>
      </w:r>
      <w:r>
        <w:t>to is ke dost ne kaha ke main tumhare liye, woh dost is ka aata jaata tha Europe, ke mujhe paisa do, main tumhari Switzerland mein ek ghar khareedunga.</w:t>
      </w:r>
    </w:p>
    <w:p>
      <w:pPr>
        <w:jc w:val="right"/>
      </w:pPr>
      <w:r>
        <w:t>تو اس کے دوست نے کہا کہ میں تمہارے لیے، وہ دوست اس کا آتا جاتا تھا یورپ، کہ مجھے پیسہ دو، میں تمہاری سویٹزرلینڈ میں ایک گھر خریدوں گا۔</w:t>
      </w:r>
    </w:p>
    <w:p>
      <w:r>
        <w:rPr>
          <w:b/>
        </w:rPr>
        <w:t xml:space="preserve">[18:53] </w:t>
      </w:r>
      <w:r>
        <w:t>yeh bahut hi beautiful country hai. is ne paisa de diya aur Switzerland mein is ne ek ghar khareeda is aadmi ke liye. yeh sachha qissa hai.</w:t>
      </w:r>
    </w:p>
    <w:p>
      <w:pPr>
        <w:jc w:val="right"/>
      </w:pPr>
      <w:r>
        <w:t>یہ بہت ہی بیوٹی فل کنٹری ہے۔ اس نے پیسہ دے دیا اور سویٹزرلینڈ میں اس نے ایک گھر خریدا اس آدمی کے لیے۔ یہ سچا قصہ ہے۔</w:t>
      </w:r>
    </w:p>
    <w:p>
      <w:r>
        <w:rPr>
          <w:b/>
        </w:rPr>
        <w:t xml:space="preserve">[19:02] </w:t>
      </w:r>
      <w:r>
        <w:t>yeh jab ghar woh ban gaya, wahan woh aadmi aaya ke chalo ab tumhara ghar wahan tayyar hai. to hawai jahaaz pe le gaya is ko.</w:t>
      </w:r>
    </w:p>
    <w:p>
      <w:pPr>
        <w:jc w:val="right"/>
      </w:pPr>
      <w:r>
        <w:t>یہ جب گھر وہ بن گیا، وہاں وہ آدمی آیا کہ چلو اب تمہارا گھر وہاں تیار ہے۔ تو ہوائی جہاز پہ لے گیا اس کو۔</w:t>
      </w:r>
    </w:p>
    <w:p>
      <w:r>
        <w:rPr>
          <w:b/>
        </w:rPr>
        <w:t xml:space="preserve">[19:13] </w:t>
      </w:r>
      <w:r>
        <w:t>is mein likha tha ke jab woh ghar mein daakhil hua, woh badu to haath se chhoo kar dekhta tha deewaron ko, kya yeh mera ghar hai?</w:t>
      </w:r>
    </w:p>
    <w:p>
      <w:pPr>
        <w:jc w:val="right"/>
      </w:pPr>
      <w:r>
        <w:t>اس میں لکھا تھا کہ جب وہ گھر میں داخل ہوا، وہ بدو تو ہاتھ سے چھو کر دیکھتا تھا دیواروں کو، کیا یہ میرا گھر ہے؟</w:t>
      </w:r>
    </w:p>
    <w:p>
      <w:r>
        <w:rPr>
          <w:b/>
        </w:rPr>
        <w:t xml:space="preserve">[19:25] </w:t>
      </w:r>
      <w:r>
        <w:t>isi ka tha. woh furniture ko chhoota tha, deewar ko chhoota tha, door ko chhoota tha ke kya yeh mera hi hai?</w:t>
      </w:r>
    </w:p>
    <w:p>
      <w:pPr>
        <w:jc w:val="right"/>
      </w:pPr>
      <w:r>
        <w:t>اسی کا تھا۔ وہ فرنیچر کو چھوتا تھا، دیوار کو چھوتا تھا، ڈور کو چھوتا تھا کہ کیا یہ میرا ہی ہے؟</w:t>
      </w:r>
    </w:p>
    <w:p>
      <w:r>
        <w:rPr>
          <w:b/>
        </w:rPr>
        <w:t xml:space="preserve">[19:34] </w:t>
      </w:r>
      <w:r>
        <w:t>yeh main khwaab to nahin dekh raha hoon?</w:t>
      </w:r>
    </w:p>
    <w:p>
      <w:pPr>
        <w:jc w:val="right"/>
      </w:pPr>
      <w:r>
        <w:t>یہ میں خواب تو نہیں دیکھ رہا ہوں؟</w:t>
      </w:r>
    </w:p>
    <w:p>
      <w:r>
        <w:rPr>
          <w:b/>
        </w:rPr>
        <w:t xml:space="preserve">[19:39] </w:t>
      </w:r>
      <w:r>
        <w:t>yeh khwaab to nahin hai? yaani ke yeh yahi mera haal hua ke yeh khwaab to nahin hai? maine chhoo kar dekha ke yeh Quran majeed hai ya koi khwaab hai?</w:t>
      </w:r>
    </w:p>
    <w:p>
      <w:pPr>
        <w:jc w:val="right"/>
      </w:pPr>
      <w:r>
        <w:t>یہ خواب تو نہیں ہے؟ یعنی کہ یہ یہی میرا حال ہوا کہ یہ خواب تو نہیں ہے؟ میں نے چھو کر دیکھا کہ یہ قرآن مجید ہے یا کوئی خواب ہے؟</w:t>
      </w:r>
    </w:p>
    <w:p>
      <w:r>
        <w:rPr>
          <w:b/>
        </w:rPr>
        <w:t xml:space="preserve">[19:59] </w:t>
      </w:r>
      <w:r>
        <w:t>kitni badi deconditioning karni padi mujhe, tab ja kar yeh Quran wajood mein aaya hai. pachas saal lag gaye hain is mein.</w:t>
      </w:r>
    </w:p>
    <w:p>
      <w:pPr>
        <w:jc w:val="right"/>
      </w:pPr>
      <w:r>
        <w:t>کتنی بڑی ڈی کنڈیشننگ کرنی پڑی مجھے، تب جا کر یہ قرآن وجود میں آیا ہے۔ پچاس سال لگ گئے ہیں اس میں۔</w:t>
      </w:r>
    </w:p>
    <w:p>
      <w:r>
        <w:rPr>
          <w:b/>
        </w:rPr>
        <w:t xml:space="preserve">[20:08] </w:t>
      </w:r>
      <w:r>
        <w:t>ek zamane mein main sochta tha ke angrezi se mujhe koi matlab hi nahin hai, angrezi mein mujhe koi kaam karna hi nahin hai. yaani unthinkable tha ke main yeh sochun ke angrezi mein ek line mein likhun.</w:t>
      </w:r>
    </w:p>
    <w:p>
      <w:pPr>
        <w:jc w:val="right"/>
      </w:pPr>
      <w:r>
        <w:t>ایک زمانے میں میں سوچتا تھا کہ انگریزی سے مجھے کوئی مطلب ہی نہیں ہے، انگریزی میں مجھے کوئی کام کرنا ہی نہیں ہے۔ یعنی ان تھنکیبل تھا کہ میں یہ سوچوں کہ انگریزی میں ایک لائن میں لکھوں۔</w:t>
      </w:r>
    </w:p>
    <w:p>
      <w:r>
        <w:rPr>
          <w:b/>
        </w:rPr>
        <w:t xml:space="preserve">[20:23] </w:t>
      </w:r>
      <w:r>
        <w:t>mujhe yaad hai ke isi Delhi mein mujhe ek martaba ek All India Radio ko ek do line likhna tha shukre ka. to wahan ek sahib ke paas mein gaya do line likhwane ke liye angrezi ki, kyunke main do line nahin likh sakta tha us waqt.</w:t>
      </w:r>
    </w:p>
    <w:p>
      <w:pPr>
        <w:jc w:val="right"/>
      </w:pPr>
      <w:r>
        <w:t>مجھے یاد ہے کہ اسی دلی میں مجھے ایک مرتبہ ایک ال انڈیا ریڈیو کو ایک دو لائن لکھنا تھا شکریے کا۔ تو وہاں ایک صاحب کے پاس میں گیا دو لائن لکھوانے کے لیے انگریزی کی، کیونکہ میں دو لائن نہیں لکھ سکتا تھا اس وقت۔</w:t>
      </w:r>
    </w:p>
    <w:p>
      <w:r>
        <w:rPr>
          <w:b/>
        </w:rPr>
        <w:t xml:space="preserve">[20:43] </w:t>
      </w:r>
      <w:r>
        <w:t>yeh baat hai 1968 ki ghaliban. to unthinkable tha ke</w:t>
      </w:r>
    </w:p>
    <w:p>
      <w:pPr>
        <w:jc w:val="right"/>
      </w:pPr>
      <w:r>
        <w:t>یہ بات ہے 1960 ایٹ کی غالباً۔ تو ان تھنکیبل تھا کہ</w:t>
      </w:r>
    </w:p>
    <w:p>
      <w:r>
        <w:rPr>
          <w:b/>
        </w:rPr>
        <w:t xml:space="preserve">[20:55] </w:t>
      </w:r>
      <w:r>
        <w:t>lekin Allah taala ne dekha ke kal mein ek sahib se keh raha tha ke ek ek sher hai Arabi ka: "kabarni maut al-kabara" to maine kaha ke is mein ek lafz badal dijiye,</w:t>
      </w:r>
    </w:p>
    <w:p>
      <w:pPr>
        <w:jc w:val="right"/>
      </w:pPr>
      <w:r>
        <w:t>لیکن اللہ تعالی نے دیکھا کہ کل میں ایک صاحب سے کہہ رہا تھا کہ ایک ایک شعر ہے عربی کا: "کبرنی موت الکبرائی" تو میں نے کہا کہ اس میں ایک لفظ بدل دیجئے،</w:t>
      </w:r>
    </w:p>
    <w:p>
      <w:r>
        <w:rPr>
          <w:b/>
        </w:rPr>
        <w:t xml:space="preserve">[21:09] </w:t>
      </w:r>
      <w:r>
        <w:t>maut ki bajaye fuqd kar dijiye. "kabarni fuqd al-kabara" ke jo kisi ne nahin kiya to Allah taala ne kaha ke chalo isi se karwate hain.</w:t>
      </w:r>
    </w:p>
    <w:p>
      <w:pPr>
        <w:jc w:val="right"/>
      </w:pPr>
      <w:r>
        <w:t>موت کی بجائے فقد کر دیجئے۔ "کبرنی فقد الکبرائی" کہ جو کسی نے نہیں کیا تو اللہ تعالی نے کہا کہ چلو اسی سے کرواتے ہیں۔</w:t>
      </w:r>
    </w:p>
    <w:p>
      <w:r>
        <w:rPr>
          <w:b/>
        </w:rPr>
        <w:t xml:space="preserve">[21:25] </w:t>
      </w:r>
      <w:r>
        <w:t>ab is ki wajah se hamare saathiyon ko itni himmat ban gayi hai. kal mere paas telephone aaya, wahan se Dhampur se, wahan hamare ek saathi hain.</w:t>
      </w:r>
    </w:p>
    <w:p>
      <w:pPr>
        <w:jc w:val="right"/>
      </w:pPr>
      <w:r>
        <w:t>اب اس کی وجہ سے ہمارے ساتھیوں کو اتنی ہمت بن گئی ہے۔ کل میرے پاس ٹیلی فون آیا، وہاں سے دھامپور سے، وہاں ہمارے ایک ساتھی ہیں۔</w:t>
      </w:r>
    </w:p>
    <w:p>
      <w:r>
        <w:rPr>
          <w:b/>
        </w:rPr>
        <w:t xml:space="preserve">[21:36] </w:t>
      </w:r>
      <w:r>
        <w:t>kal shaam ko telephone aaya, unhone kaha ke mere haan sweet ki dukan hai, mere ghar ke saamne, mere dukan ke ek dum theek saamne ek dukan khaali hui.</w:t>
      </w:r>
    </w:p>
    <w:p>
      <w:pPr>
        <w:jc w:val="right"/>
      </w:pPr>
      <w:r>
        <w:t>کل شام کو ٹیلی فون آیا، انہوں نے کہا کہ میرے ہاں سویٹ کی دکان ہے، میرے گھر کے سامنے، میرے دکان کے ایک دم ٹھیک سامنے ایک دکان خالی ہوئی۔</w:t>
      </w:r>
    </w:p>
    <w:p>
      <w:r>
        <w:rPr>
          <w:b/>
        </w:rPr>
        <w:t xml:space="preserve">[21:48] </w:t>
      </w:r>
      <w:r>
        <w:t>to mein ne is ko le liya, aankh band kar ke is ko le liya. is dukaan ko wahan mein ne aik khol diya, aik aik board laga diya: "quran book house".</w:t>
      </w:r>
    </w:p>
    <w:p>
      <w:pPr>
        <w:jc w:val="right"/>
      </w:pPr>
      <w:r>
        <w:t>تو میں نے اس کو لے لیا، آنکھ بند کر کے اس کو لے لیا۔ اس دکان کو وہاں میں نے ایک کھول دیا، ایک ایک بورڈ لگا دیا: "قرآن بک ہاؤس"۔</w:t>
      </w:r>
    </w:p>
    <w:p>
      <w:r>
        <w:rPr>
          <w:b/>
        </w:rPr>
        <w:t xml:space="preserve">[21:59] </w:t>
      </w:r>
      <w:r>
        <w:t>quran book house. aur wahan par mein sab yeh sara literature jo hai ka cps ka yeh aur yeh quran ka translation waghera wahan rakhun ga.</w:t>
      </w:r>
    </w:p>
    <w:p>
      <w:pPr>
        <w:jc w:val="right"/>
      </w:pPr>
      <w:r>
        <w:t>قرآن بک ہاؤس۔ اور وہاں پر میں سب یہ سارا لٹریچر جو ہے کا سی پی ایس کا یہ اور یہ قرآن کا ٹرانسلیشن وغیرہ وہاں رکھوں گا۔</w:t>
      </w:r>
    </w:p>
    <w:p>
      <w:r>
        <w:rPr>
          <w:b/>
        </w:rPr>
        <w:t xml:space="preserve">[22:10] </w:t>
      </w:r>
      <w:r>
        <w:t>balkay rakh shuru kar diya unhon ne.</w:t>
      </w:r>
    </w:p>
    <w:p>
      <w:pPr>
        <w:jc w:val="right"/>
      </w:pPr>
      <w:r>
        <w:t>بلکہ رکھ شروع کر دیا انہوں نے۔</w:t>
      </w:r>
    </w:p>
    <w:p>
      <w:r>
        <w:rPr>
          <w:b/>
        </w:rPr>
        <w:t xml:space="preserve">[22:13] </w:t>
      </w:r>
      <w:r>
        <w:t>to logon mein allah taala ne is ko, mujhe lagta hai ke hamari team ke andar aik aik junoon paida ho chuka hai, already already.</w:t>
      </w:r>
    </w:p>
    <w:p>
      <w:pPr>
        <w:jc w:val="right"/>
      </w:pPr>
      <w:r>
        <w:t>تو لوگوں میں اللہ تعالی نے اس کو، مجھے لگتا ہے کہ ہماری ٹیم کے اندر ایک ایک جنون پیدا ہو چکا ہے، الریڈی الریڈی۔</w:t>
      </w:r>
    </w:p>
    <w:p>
      <w:r>
        <w:rPr>
          <w:b/>
        </w:rPr>
        <w:t xml:space="preserve">[22:26] </w:t>
      </w:r>
      <w:r>
        <w:t>aaj hi aik sahib yahan par aaye hain, woh raat ko chale</w:t>
      </w:r>
    </w:p>
    <w:p>
      <w:pPr>
        <w:jc w:val="right"/>
      </w:pPr>
      <w:r>
        <w:t>آج ہی ایک صاحب یہاں پر آئے ہیں، وہ رات کو چلے</w:t>
      </w:r>
    </w:p>
    <w:p>
      <w:r>
        <w:rPr>
          <w:b/>
        </w:rPr>
        <w:t xml:space="preserve">[22:33] </w:t>
      </w:r>
      <w:r>
        <w:t>bus se, raat ko paanch bajay, shaam subah ko paanch bajay, aur bus se safar kar ke ab yahan pohanchay hain.</w:t>
      </w:r>
    </w:p>
    <w:p>
      <w:pPr>
        <w:jc w:val="right"/>
      </w:pPr>
      <w:r>
        <w:t>بس سے، رات کو پانچ بجے، شام صبح کو پانچ بجے، اور بس سے سفر کر کے اب یہاں پہنچے ہیں۔</w:t>
      </w:r>
    </w:p>
    <w:p>
      <w:r>
        <w:rPr>
          <w:b/>
        </w:rPr>
        <w:t xml:space="preserve">[22:43] </w:t>
      </w:r>
      <w:r>
        <w:t>to allah taala ne kuch logon ke andar yeh junoon paida kar diya hai ke daurho, quran ko dunya mein pohanchana hai. hamaray saathi dilli mein aik aik baray scholar se milay, abhi do chaar din ki baat hai,</w:t>
      </w:r>
    </w:p>
    <w:p>
      <w:pPr>
        <w:jc w:val="right"/>
      </w:pPr>
      <w:r>
        <w:t>تو اللہ تعالی نے کچھ لوگوں کے اندر یہ جنون پیدا کر دیا ہے کہ دوڑو، قرآن کو دنیا میں پہنچانا ہے۔ ہمارے ساتھی دلی میں ایک ایک بڑے سکالر سے ملے، ابھی دو چار دن کی بات ہے،</w:t>
      </w:r>
    </w:p>
    <w:p>
      <w:r>
        <w:rPr>
          <w:b/>
        </w:rPr>
        <w:t xml:space="preserve">[22:58] </w:t>
      </w:r>
      <w:r>
        <w:t>aur unhon ne quran ka translation un ko diya. to woh well known scholar hain, dilli mein rehtay hain. woh to is ko letay huay unhon ne kaha ke "quran is in the news".</w:t>
      </w:r>
    </w:p>
    <w:p>
      <w:pPr>
        <w:jc w:val="right"/>
      </w:pPr>
      <w:r>
        <w:t>اور انہوں نے قرآن کا ٹرانسلیشن ان کو دیا۔ تو وہ ویل نون سکالر ہیں، دلی میں رہتے ہیں۔ وہ تو اس کو لیتے ہوئے انہوں نے کہا کہ "قرآن از ان دا نیوز"۔</w:t>
      </w:r>
    </w:p>
    <w:p>
      <w:r>
        <w:rPr>
          <w:b/>
        </w:rPr>
        <w:t xml:space="preserve">[23:11] </w:t>
      </w:r>
      <w:r>
        <w:t>aaj kal quran jo hai news mein hai, mein to zaroor parhun ga is ko. to allah taala ne quran ko news mein daal diya hai.</w:t>
      </w:r>
    </w:p>
    <w:p>
      <w:pPr>
        <w:jc w:val="right"/>
      </w:pPr>
      <w:r>
        <w:t>آج کل قرآن جو ہے نیوز میں ہے، میں تو ضرور پڑھوں گا اس کو۔ تو اللہ تعالی نے قرآن کو نیوز میں ڈال دیا ہے۔</w:t>
      </w:r>
    </w:p>
    <w:p>
      <w:r>
        <w:rPr>
          <w:b/>
        </w:rPr>
        <w:t xml:space="preserve">[23:23] </w:t>
      </w:r>
      <w:r>
        <w:t>ab in logon ko aik inquiry, spirit of inquiry jaag pari hai: quran hai kya? aik tajassus, aik inquiry ke kya cheez hai quran?</w:t>
      </w:r>
    </w:p>
    <w:p>
      <w:pPr>
        <w:jc w:val="right"/>
      </w:pPr>
      <w:r>
        <w:t>اب ان لوگوں کو ایک انکوائری، اسپرٹ آف انکوائری جاگ پڑی ہے: قرآن ہے کیا؟ ایک تجسس، ایک انکوائری کہ کیا چیز ہے قرآن؟</w:t>
      </w:r>
    </w:p>
    <w:p>
      <w:r>
        <w:rPr>
          <w:b/>
        </w:rPr>
        <w:t xml:space="preserve">[23:33] </w:t>
      </w:r>
      <w:r>
        <w:t>log parhna chahtay hain.</w:t>
      </w:r>
    </w:p>
    <w:p>
      <w:pPr>
        <w:jc w:val="right"/>
      </w:pPr>
      <w:r>
        <w:t>لوگ پڑھنا چاہتے ہیں۔</w:t>
      </w:r>
    </w:p>
    <w:p>
      <w:r>
        <w:rPr>
          <w:b/>
        </w:rPr>
        <w:t xml:space="preserve">[23:36] </w:t>
      </w:r>
      <w:r>
        <w:t>to aik taraf allah taala ne tajassus paida kiya, spirit of inquiry. doosri taraf allah taala ne is ko itnay shandar tareeqay par tarjuma kar ke, is ka shandar safai kar ke la diya logon ke samnay.</w:t>
      </w:r>
    </w:p>
    <w:p>
      <w:pPr>
        <w:jc w:val="right"/>
      </w:pPr>
      <w:r>
        <w:t>تو ایک طرف اللہ تعالی نے تجسس پیدا کیا، اسپرٹ آف انکوائری۔ دوسری طرف اللہ تعالی نے اس کو اتنے شاندار طریقے پر ترجمہ کر کے، اس کا شاندار صفائی کر کے لا دیا لوگوں کے سامنے۔</w:t>
      </w:r>
    </w:p>
    <w:p>
      <w:r>
        <w:rPr>
          <w:b/>
        </w:rPr>
        <w:t xml:space="preserve">[23:59] </w:t>
      </w:r>
      <w:r>
        <w:t>yahan par mujhe aik aur baat bohat hi important kehna hai,</w:t>
      </w:r>
    </w:p>
    <w:p>
      <w:pPr>
        <w:jc w:val="right"/>
      </w:pPr>
      <w:r>
        <w:t>یہاں پر مجھے ایک اور بات بہت ہی امپورٹنٹ کہنا ہے،</w:t>
      </w:r>
    </w:p>
    <w:p>
      <w:r>
        <w:rPr>
          <w:b/>
        </w:rPr>
        <w:t xml:space="preserve">[24:04] </w:t>
      </w:r>
      <w:r>
        <w:t>woh yeh hai ke quran ka translation baghair text ke, yeh aik aik khud aik jihad karna tha. ajeeb ghareeb fatway de rakhay thay logon ne ke baghair text ke quran nahi chhap sakta, is ka matan ke baghair nahi chhap sakta.</w:t>
      </w:r>
    </w:p>
    <w:p>
      <w:pPr>
        <w:jc w:val="right"/>
      </w:pPr>
      <w:r>
        <w:t>وہ یہ ہے کہ قرآن کا ٹرانسلیشن بغیر ٹیکسٹ کے، یہ ایک ایک خود ایک جہاد کرنا تھا۔ عجیب غریب فتوے دے رکھے تھے لوگوں نے کہ بغیر ٹیکسٹ کے قرآن نہیں چھپ سکتا، اس کا متن کے بغیر نہیں چھپ سکتا۔</w:t>
      </w:r>
    </w:p>
    <w:p>
      <w:r>
        <w:rPr>
          <w:b/>
        </w:rPr>
        <w:t xml:space="preserve">[24:19] </w:t>
      </w:r>
      <w:r>
        <w:t>yeh bhi aik condition ka maamla. logon ne fatway de rakhay thay ke text ke baghair quran chhapna hi jaiz nahi hai. text shamil karo, tab chhapao.</w:t>
      </w:r>
    </w:p>
    <w:p>
      <w:pPr>
        <w:jc w:val="right"/>
      </w:pPr>
      <w:r>
        <w:t>یہ بھی ایک کنڈیشن کا معاملہ۔ لوگوں نے فتوے دے رکھے تھے کہ ٹیکسٹ کے بغیر قرآن چھاپنا ہی جائز نہیں ہے۔ ٹیکسٹ شامل کرو، تب چھاپو۔</w:t>
      </w:r>
    </w:p>
    <w:p>
      <w:r>
        <w:rPr>
          <w:b/>
        </w:rPr>
        <w:t xml:space="preserve">[24:30] </w:t>
      </w:r>
      <w:r>
        <w:t>aik taraf yeh fatwa tha, doosri taraf yeh fatwa tha ke is ko agar do go kisi non muslim ko to woh chhuay ga to be-hurmati ho jaye gi. yeh double museebat thi.</w:t>
      </w:r>
    </w:p>
    <w:p>
      <w:pPr>
        <w:jc w:val="right"/>
      </w:pPr>
      <w:r>
        <w:t>ایک طرف یہ فتویٰ تھا، دوسری طرف یہ فتویٰ تھا کہ اس کو اگر دو گو کسی نان مسلم کو تو وہ چھوئے گا تو بے حرمتی ہو جائے گی۔ یہ ڈبل مصیبت تھی۔</w:t>
      </w:r>
    </w:p>
    <w:p>
      <w:r>
        <w:rPr>
          <w:b/>
        </w:rPr>
        <w:t xml:space="preserve">[24:41] </w:t>
      </w:r>
      <w:r>
        <w:t>aik taraf to baghair text ke aap quran chhap nahi saktay, aur text agar dein kisi non muslim ko to woh kahin neeche na rakh day, kahin baghair wuzu ke na chhu day is ko, ke is ki be-hurmati na karein.</w:t>
      </w:r>
    </w:p>
    <w:p>
      <w:pPr>
        <w:jc w:val="right"/>
      </w:pPr>
      <w:r>
        <w:t>ایک طرف تو بغیر ٹیکسٹ کے آپ قرآن چھاپ نہیں سکتے، اور ٹیکسٹ اگر دیں کسی نان مسلم کو تو وہ کہیں نیچے نہ رکھ دے، کہیں بغیر وضو کے نہ چھو دے اس کو، کہ اس کی بے حرمتی نہ کریں۔</w:t>
      </w:r>
    </w:p>
    <w:p>
      <w:r>
        <w:rPr>
          <w:b/>
        </w:rPr>
        <w:t xml:space="preserve">[24:56] </w:t>
      </w:r>
      <w:r>
        <w:t>to kar dein ke dawat ka darwaza band.</w:t>
      </w:r>
    </w:p>
    <w:p>
      <w:pPr>
        <w:jc w:val="right"/>
      </w:pPr>
      <w:r>
        <w:t>تو کر دیں کہ دعوت کا دروازہ بند۔</w:t>
      </w:r>
    </w:p>
    <w:p>
      <w:r>
        <w:rPr>
          <w:b/>
        </w:rPr>
        <w:t xml:space="preserve">[24:59] </w:t>
      </w:r>
      <w:r>
        <w:t>aap ghor kijiye ke allah taala ne, allah taala ne rasool allah sal allaho alaihe wasallam ne farmaya hai ke aakhri zamanay mein khuda ka kalma ghar ghar mein dakhil ho jaye ga.</w:t>
      </w:r>
    </w:p>
    <w:p>
      <w:pPr>
        <w:jc w:val="right"/>
      </w:pPr>
      <w:r>
        <w:t>آپ غور کیجئے کہ اللہ تعالی نے، اللہ تعالی نے رسول اللہ صلی اللہ علیہ وسلم نے فرمایا ہے کہ آخری زمانے میں خدا کا کلمہ گھر گھر میں داخل ہو جائے گا۔</w:t>
      </w:r>
    </w:p>
    <w:p>
      <w:r>
        <w:rPr>
          <w:b/>
        </w:rPr>
        <w:t xml:space="preserve">[25:12] </w:t>
      </w:r>
      <w:r>
        <w:t>zahir hai khuda ka kalma yahi hai, word of god yahi hai. to kaisay pohanchay? yeh kaisay pohanchay?</w:t>
      </w:r>
    </w:p>
    <w:p>
      <w:pPr>
        <w:jc w:val="right"/>
      </w:pPr>
      <w:r>
        <w:t>ظاہر ہے خدا کا کلمہ یہی ہے، ورڈ آف گاڈ یہی ہے۔ تو کیسے پہنچے؟ یہ کیسے پہنچے؟</w:t>
      </w:r>
    </w:p>
    <w:p>
      <w:r>
        <w:rPr>
          <w:b/>
        </w:rPr>
        <w:t xml:space="preserve">[25:21] </w:t>
      </w:r>
      <w:r>
        <w:t>tarjumay ke sath text zaroori hai, aur text jo hai to aap ghair muslim ke haath mein day nahi saktay, woh be-hurmati kare ga.</w:t>
      </w:r>
    </w:p>
    <w:p>
      <w:pPr>
        <w:jc w:val="right"/>
      </w:pPr>
      <w:r>
        <w:t>ترجمے کے ساتھ ٹیکسٹ ضروری ہے، اور ٹیکسٹ جو ہے تو آپ غیر مسلم کے ہاتھ میں دے نہیں سکتے، وہ بے حرمتی کرے گا۔</w:t>
      </w:r>
    </w:p>
    <w:p>
      <w:r>
        <w:rPr>
          <w:b/>
        </w:rPr>
        <w:t xml:space="preserve">[25:30] </w:t>
      </w:r>
      <w:r>
        <w:t>yeh kitnay ziyada jahili khayalat hain jo logon pe chhayay huay thay, aur sainkaron saal se chhayay huay thay.</w:t>
      </w:r>
    </w:p>
    <w:p>
      <w:pPr>
        <w:jc w:val="right"/>
      </w:pPr>
      <w:r>
        <w:t>یہ کتنے زیادہ جاہلی خیالات ہیں جو لوگوں پہ چھائے ہوئے تھے، اور سینکڑوں سال سے چھائے ہوئے تھے۔</w:t>
      </w:r>
    </w:p>
    <w:p>
      <w:r>
        <w:rPr>
          <w:b/>
        </w:rPr>
        <w:t xml:space="preserve">[25:39] </w:t>
      </w:r>
      <w:r>
        <w:t>yeh bhi bohat bari universal deconditioning thi jis ki zaroorat thi. yeh kaisay hua? yeh is ke peechay bohat gehri baat hai. dekhiye,</w:t>
      </w:r>
    </w:p>
    <w:p>
      <w:pPr>
        <w:jc w:val="right"/>
      </w:pPr>
      <w:r>
        <w:t>یہ بھی بہت بڑی یونیورسل ڈی کنڈیشننگ تھی جس کی ضرورت تھی۔ یہ کیسے ہوا؟ یہ اس کے پیچھے بہت گہری بات ہے۔ دیکھیے،</w:t>
      </w:r>
    </w:p>
    <w:p>
      <w:r>
        <w:rPr>
          <w:b/>
        </w:rPr>
        <w:t xml:space="preserve">[25:51] </w:t>
      </w:r>
      <w:r>
        <w:t>rasool allah sal allaho alaihe wasallam par jab quran utra to aap quran sab ke samnay pesh kartay thay.</w:t>
      </w:r>
    </w:p>
    <w:p>
      <w:pPr>
        <w:jc w:val="right"/>
      </w:pPr>
      <w:r>
        <w:t>رسول اللہ صلی اللہ علیہ وسلم پر جب قرآن اترا تو آپ قرآن سب کے سامنے پیش کرتے تھے۔</w:t>
      </w:r>
    </w:p>
    <w:p>
      <w:r>
        <w:rPr>
          <w:b/>
        </w:rPr>
        <w:t xml:space="preserve">[25:58] </w:t>
      </w:r>
      <w:r>
        <w:t>aik yeh aap ka kaam tha ke logon ko quran sunaein. itna hi tha ke logon ko sunao, is ko logon ko batao, is ko. lekin woh zamanay jo tha, woh printing press se pehlay ka zamanay tha.</w:t>
      </w:r>
    </w:p>
    <w:p>
      <w:pPr>
        <w:jc w:val="right"/>
      </w:pPr>
      <w:r>
        <w:t>ایک یہ آپ کا کام تھا کہ لوگوں کو قرآن سنائیں۔ اتنا ہی تھا کہ لوگوں کو سناؤ، اس کو لوگوں کو بتاؤ، اس کو۔ لیکن وہ زمانہ جو تھا، وہ پرنٹنگ پریس سے پہلے کا زمانہ تھا۔</w:t>
      </w:r>
    </w:p>
    <w:p>
      <w:r>
        <w:rPr>
          <w:b/>
        </w:rPr>
        <w:t xml:space="preserve">[26:14] </w:t>
      </w:r>
      <w:r>
        <w:t>aur chunaanche ek riwayat chali aa rahi thi har mazhab mein ke is zamane mein kaghaz bohat hi ek rare commodity hua karti thi, bohat hi kam.</w:t>
      </w:r>
    </w:p>
    <w:p>
      <w:pPr>
        <w:jc w:val="right"/>
      </w:pPr>
      <w:r>
        <w:t>اور چونکہ ایک روایت چلی آ رہی تھی ہر مذہب میں کہ اس زمانے میں کاغذ بہت ہی ایک ریئر کموڈیٹی ہوا کرتی تھی، بہت ہی کم۔</w:t>
      </w:r>
    </w:p>
    <w:p>
      <w:r>
        <w:rPr>
          <w:b/>
        </w:rPr>
        <w:t xml:space="preserve">[26:24] </w:t>
      </w:r>
      <w:r>
        <w:t>to saleh log jo thay, woh apni book likhte thay, yaani isi mein apni baat bhi likh dete thay, commentary likh dete thay, uski koi uska matlab likh dete thay, koi us mein shamil kar dete thay.</w:t>
      </w:r>
    </w:p>
    <w:p>
      <w:pPr>
        <w:jc w:val="right"/>
      </w:pPr>
      <w:r>
        <w:t>تو صالح لوگ جو تھے، وہ اپنی بک لکھتے تھے، یعنی اسی میں اپنی بات بھی لکھ دیتے تھے، کمنٹری لکھ دیتے تھے، اس کی کوئی اس کا مطلب لکھ دیتے تھے، کوئی اس میں شامل کر دیتے تھے۔</w:t>
      </w:r>
    </w:p>
    <w:p>
      <w:r>
        <w:rPr>
          <w:b/>
        </w:rPr>
        <w:t xml:space="preserve">[26:37] </w:t>
      </w:r>
      <w:r>
        <w:t>to quran, yaani khuda ke kalam mein insani kalam shamil ho gaya.</w:t>
      </w:r>
    </w:p>
    <w:p>
      <w:pPr>
        <w:jc w:val="right"/>
      </w:pPr>
      <w:r>
        <w:t>تو قرآن، یعنی خدا کے کلام میں انسانی کلام شامل ہو گیا۔</w:t>
      </w:r>
    </w:p>
    <w:p>
      <w:r>
        <w:rPr>
          <w:b/>
        </w:rPr>
        <w:t xml:space="preserve">[26:43] </w:t>
      </w:r>
      <w:r>
        <w:t>jitni bhi aasmani kitabein aaein Allah ki taraf se, sab mein milawat ho gayi, sab mein milawat ho gayi. isi liye ke quran, yaani khuda ka kalam likhte thay, apni baat isi mein shamil kar diya, kuch uski meaning, uska explanation, uska kuch commentary.</w:t>
      </w:r>
    </w:p>
    <w:p>
      <w:pPr>
        <w:jc w:val="right"/>
      </w:pPr>
      <w:r>
        <w:t>جتنی بھی آسمانی کتابیں آئیں اللہ کی طرف سے، سب میں ملاوٹ ہو گئی، سب میں ملاوٹ ہو گئی۔ اسی لیے کہ قرآن، یعنی خدا کا کلام لکھتے تھے، اپنی بات اسی میں شامل کر دیا، کچھ اس کی میننگ، اس کا ایکسپلینیشن، اس کا کچھ کمنٹری۔</w:t>
      </w:r>
    </w:p>
    <w:p>
      <w:r>
        <w:rPr>
          <w:b/>
        </w:rPr>
        <w:t xml:space="preserve">[27:01] </w:t>
      </w:r>
      <w:r>
        <w:t>to rasool Allah ne farmaya tha isi mahaul ki bina par ke "la takhtubu anni ghair al-quran".</w:t>
      </w:r>
    </w:p>
    <w:p>
      <w:pPr>
        <w:jc w:val="right"/>
      </w:pPr>
      <w:r>
        <w:t>تو رسول اللہ نے فرمایا تھا اسی ماحول کی بنا پر کہ "لا تكتبوا عنی غیر القرآن"۔</w:t>
      </w:r>
    </w:p>
    <w:p>
      <w:r>
        <w:rPr>
          <w:b/>
        </w:rPr>
        <w:t xml:space="preserve">[27:08] </w:t>
      </w:r>
      <w:r>
        <w:t>yahan par ek matlab uska matlab yeh nahi ke quran ke siwa kuch na likho, nahi, same kaghaz par na likho. aap ne sakht logon ko hidayat ki ke isi kaghaz par quran likho, isi quran par hadith likh do, aisa mat karna, apna matlab likh do, yeh mat likhna.</w:t>
      </w:r>
    </w:p>
    <w:p>
      <w:pPr>
        <w:jc w:val="right"/>
      </w:pPr>
      <w:r>
        <w:t>یہاں پر ایک مطلب اس کا مطلب یہ نہیں کہ قرآن کے سوا کچھ نہ لکھو، نہیں، سیم کاغذ پر نہ لکھو۔ آپ نے سخت لوگوں کو ہدایت کی کہ اسی کاغذ پر قرآن لکھو، اسی قرآن پر حدیث لکھ دو، ایسا مت کرنا، اپنا مطلب لکھ دو، یہ مت لکھنا۔</w:t>
      </w:r>
    </w:p>
    <w:p>
      <w:r>
        <w:rPr>
          <w:b/>
        </w:rPr>
        <w:t xml:space="preserve">[27:27] </w:t>
      </w:r>
      <w:r>
        <w:t>to yeh bhi log ghalat samajhte hain isko ke "la takhtubu anni ghair al-quran" ka matlab yeh samajhte hain ke rasool Allah ne kaha tha ke sab quran likho, baqi jo hai likho hi mat. nahi, same kaghaz par mat likh</w:t>
      </w:r>
    </w:p>
    <w:p>
      <w:pPr>
        <w:jc w:val="right"/>
      </w:pPr>
      <w:r>
        <w:t>تو یہ بھی لوگ غلط سمجھتے ہیں اس کو کہ "لا تکتبوا عنی غیر القرآن" کا مطلب یہ سمجھتے ہیں کہ رسول اللہ نے کہا تھا کہ سب قرآن لکھو، باقی جو ہے لکھو ہی مت۔ نہیں، سیم کاغذ پر مت لکھ</w:t>
      </w:r>
    </w:p>
    <w:p>
      <w:r>
        <w:rPr>
          <w:b/>
        </w:rPr>
        <w:t xml:space="preserve">[27:37] </w:t>
      </w:r>
      <w:r>
        <w:t>wo. doosri cheez hai, ek kaghaz par sirf quran hi quran ho. yeh ehtiyat ki gayi. phir hazaron hazar log isko memory mein jama karne lage.</w:t>
      </w:r>
    </w:p>
    <w:p>
      <w:pPr>
        <w:jc w:val="right"/>
      </w:pPr>
      <w:r>
        <w:t>و۔ دوسری چیز ہے، ایک کاغذ پر صرف قرآن ہی قرآن ہو۔ یہ احتیاط کی گئی۔ پھر ہزاروں ہزار لوگ اس کو ممبری میں جمع کرنے لگے۔</w:t>
      </w:r>
    </w:p>
    <w:p>
      <w:r>
        <w:rPr>
          <w:b/>
        </w:rPr>
        <w:t xml:space="preserve">[27:49] </w:t>
      </w:r>
      <w:r>
        <w:t>is ke baad kya hua ke jald hi islam ko muqabla pesh aaya. arab mein logon ne attack kiye. is ke baad iran room ki hukumatain jo hain, woh tal gayeen ke mita dein islam ko.</w:t>
      </w:r>
    </w:p>
    <w:p>
      <w:pPr>
        <w:jc w:val="right"/>
      </w:pPr>
      <w:r>
        <w:t>اس کے بعد کیا ہوا کہ جلد ہی اسلام کو مقابلہ پیش آیا۔ عرب میں لوگوں نے اٹیک کیے۔ اس کے بعد ایران روم کی حکومتیں جو ہیں، وہ تل گئیں کہ مٹا دیں اسلام کو۔</w:t>
      </w:r>
    </w:p>
    <w:p>
      <w:r>
        <w:rPr>
          <w:b/>
        </w:rPr>
        <w:t xml:space="preserve">[28:02] </w:t>
      </w:r>
      <w:r>
        <w:t>to ladai pesh aa gayi, ladai pesh aa gayi,</w:t>
      </w:r>
    </w:p>
    <w:p>
      <w:pPr>
        <w:jc w:val="right"/>
      </w:pPr>
      <w:r>
        <w:t>تو لڑائی پیش آ گئی، لڑائی پیش آ گئی،</w:t>
      </w:r>
    </w:p>
    <w:p>
      <w:r>
        <w:rPr>
          <w:b/>
        </w:rPr>
        <w:t xml:space="preserve">[28:06] </w:t>
      </w:r>
      <w:r>
        <w:t>aur ladai bohat din chalti rahi. phir crusades ki jangain huain. in jangon ki wajah se kya hua ke ek musalmanon ki amomi conditioning ek ho gayi.</w:t>
      </w:r>
    </w:p>
    <w:p>
      <w:pPr>
        <w:jc w:val="right"/>
      </w:pPr>
      <w:r>
        <w:t>اور لڑائی بہت دن چلتی رہی۔ پھر کروسیڈز کی جنگیں ہوئیں۔ ان جنگوں کی وجہ سے کیا ہوا کہ ایک مسلمانوں کی عمومی کنڈیشننگ ایک ہو گئی۔</w:t>
      </w:r>
    </w:p>
    <w:p>
      <w:r>
        <w:rPr>
          <w:b/>
        </w:rPr>
        <w:t xml:space="preserve">[28:15] </w:t>
      </w:r>
      <w:r>
        <w:t>sare ulama ki, sare logon ki ke sab se bara kaam hai jihad, sab se bara kaam hai ladai ladna, sab se bara kaam hai dushmanon ko zer karna.</w:t>
      </w:r>
    </w:p>
    <w:p>
      <w:pPr>
        <w:jc w:val="right"/>
      </w:pPr>
      <w:r>
        <w:t>سارے علماء کی، سارے لوگوں کی کہ سب سے بڑا کام ہے جہاد، سب سے بڑا کام ہے لڑائی لڑنا، سب سے بڑا کام ہے دشمنوں کو زیر کرنا۔</w:t>
      </w:r>
    </w:p>
    <w:p>
      <w:r>
        <w:rPr>
          <w:b/>
        </w:rPr>
        <w:t xml:space="preserve">[28:25] </w:t>
      </w:r>
      <w:r>
        <w:t>yeh jaise hi islam madine pohncha, yeh shuru ho gaya, aur phir chalta hi raha sainkaron saal tak. kyunke do do doosri qaumein thi, unko shaitan ne wargala rakha tha ke yeh khuda ka kalam jo hai, khuda ka sacha deen jo hai, yeh yeh mitao, isko mitao, isko.</w:t>
      </w:r>
    </w:p>
    <w:p>
      <w:pPr>
        <w:jc w:val="right"/>
      </w:pPr>
      <w:r>
        <w:t>یہ جیسے ہی اسلام مدینے پہنچا، یہ شروع ہو گیا، اور پھر چلتا ہی رہا سینکڑوں سال تک۔ کیونکہ دو دو دوسری قومیں تھیں، ان کو شیطان نے ورغلا رکھا تھا کہ یہ خدا کا کلام جو ہے، خدا کا سچا دین جو ہے، یہ یہ مٹاؤ، اس کو مٹاؤ، اس کو۔</w:t>
      </w:r>
    </w:p>
    <w:p>
      <w:r>
        <w:rPr>
          <w:b/>
        </w:rPr>
        <w:t xml:space="preserve">[28:48] </w:t>
      </w:r>
      <w:r>
        <w:t>to sab se pehle arab mein jo mushrikeen thay, unhone hamle kiye.</w:t>
      </w:r>
    </w:p>
    <w:p>
      <w:pPr>
        <w:jc w:val="right"/>
      </w:pPr>
      <w:r>
        <w:t>تو سب سے پہلے عرب میں جو مشرکین تھے، انہوں نے حملے کیے۔</w:t>
      </w:r>
    </w:p>
    <w:p>
      <w:r>
        <w:rPr>
          <w:b/>
        </w:rPr>
        <w:t xml:space="preserve">[28:53] </w:t>
      </w:r>
      <w:r>
        <w:t>phir arab ke atraf mein jo hukumatain thi, roman empire aur sasani empire, unhone aggression kiya. is tarah se islam, yaani ahl-e-islam jo thay, unka pehle hi marhale mein takrao pesh aa gaya.</w:t>
      </w:r>
    </w:p>
    <w:p>
      <w:pPr>
        <w:jc w:val="right"/>
      </w:pPr>
      <w:r>
        <w:t>پھر عرب کے اطراف میں جو حکومتیں تھیں، رومن ایمپائر اور ساسانی ایمپائر، انہوں نے اگریشن کیا۔ اس طرح سے اسلام، یعنی اہل اسلام جو تھے، ان کا پہلے ہی مرحلے میں ٹکراؤ پیش آ گیا۔</w:t>
      </w:r>
    </w:p>
    <w:p>
      <w:r>
        <w:rPr>
          <w:b/>
        </w:rPr>
        <w:t xml:space="preserve">[29:12] </w:t>
      </w:r>
      <w:r>
        <w:t>aur phir chalta raha, chalta raha, chalta raha. to logon ne samjha ke sab se bara kaam jihad karna hai. dawat ghayab ho gayi. rasool Allah sallallahu alaihi wasallam daai Allah thay, daai ke hasiyat se bheje gaye thay,</w:t>
      </w:r>
    </w:p>
    <w:p>
      <w:pPr>
        <w:jc w:val="right"/>
      </w:pPr>
      <w:r>
        <w:t>اور پھر چلتا رہا، چلتا رہا، چلتا رہا۔ تو لوگوں نے سمجھا کہ سب سے بڑا کام جہاد کرنا ہے۔ دعوت غائب ہو گئی۔ رسول اللہ صلی اللہ علیہ وسلم داعی اللہ تھے، داعی کے حیثیت سے بھیجے گئے تھے،</w:t>
      </w:r>
    </w:p>
    <w:p>
      <w:r>
        <w:rPr>
          <w:b/>
        </w:rPr>
        <w:t xml:space="preserve">[29:26] </w:t>
      </w:r>
      <w:r>
        <w:t>lekin dawat hadaf ho gayi. dawat itna hadaf hui, itna hadaf hui. is zamane mein jo uloom bane, un sab mein dawat hi hadaf hai bilkul. yaani quran is zamane mein jo quran ki tafaseer likhi gayi hain, us mein dawat hadaf hai.</w:t>
      </w:r>
    </w:p>
    <w:p>
      <w:pPr>
        <w:jc w:val="right"/>
      </w:pPr>
      <w:r>
        <w:t>لیکن دعوت ہدف ہو گئی۔ دعوت اتنا ہدف ہوئی، اتنا ہدف ہوئی۔ اس زمانے میں جو علوم بنے، ان سب میں دعوت ہی ہدف ہے بالکل۔ یعنی قرآن اس زمانے میں جو قرآن کی تفسیریں لکھی گئی ہیں، اس میں دعوت ہدف ہے۔</w:t>
      </w:r>
    </w:p>
    <w:p>
      <w:r>
        <w:rPr>
          <w:b/>
        </w:rPr>
        <w:t xml:space="preserve">[29:39] </w:t>
      </w:r>
      <w:r>
        <w:t>hadith hai jo madawwan ki gayi, us mein kitab al-dawa hadaf hai. jo fiqh likhi gayi, us mein kitab</w:t>
      </w:r>
    </w:p>
    <w:p>
      <w:pPr>
        <w:jc w:val="right"/>
      </w:pPr>
      <w:r>
        <w:t>حدیث ہے جو مدون کی گئی، اس میں کتاب الدعویٰ ہدف ہے۔ جو فقہ لکھی گئی، اس میں کتاب</w:t>
      </w:r>
    </w:p>
    <w:p>
      <w:r>
        <w:rPr>
          <w:b/>
        </w:rPr>
        <w:t xml:space="preserve">[29:45] </w:t>
      </w:r>
      <w:r>
        <w:t>kitab al-dawa aur tabligh hadaf hai. sari kitabon mein hadaf hai dawat. kyun? dham machi hui thi ke dushmanon se ladna hai, dushmanon ko zer karna hai.</w:t>
      </w:r>
    </w:p>
    <w:p>
      <w:pPr>
        <w:jc w:val="right"/>
      </w:pPr>
      <w:r>
        <w:t>کتاب الدعویٰ اور تبلیغ ہدف ہے۔ ساری کتابوں میں ہدف ہے دعوت۔ کیوں؟ دھم مچی ہوئی تھی کہ دشمنوں سے لڑنا ہے، دشمنوں کو زیر کرنا ہے۔</w:t>
      </w:r>
    </w:p>
    <w:p>
      <w:r>
        <w:rPr>
          <w:b/>
        </w:rPr>
        <w:t xml:space="preserve">[29:58] </w:t>
      </w:r>
      <w:r>
        <w:t>yeh ek ek ek universal conditioning ho gayi musalmanon ki. aap jante hain, tafseel aap jante hain kya hua ke madine mein bhi islam par attack kiya gaya.</w:t>
      </w:r>
    </w:p>
    <w:p>
      <w:pPr>
        <w:jc w:val="right"/>
      </w:pPr>
      <w:r>
        <w:t>یہ ایک ایک ایک یونیورسل کنڈیشننگ ہو گئی مسلمانوں کی۔ آپ جانتے ہیں، تفصیل آپ جانتے ہیں کیا ہوا کہ مدینے میں بھی اسلام پر اٹیک کیا گیا۔</w:t>
      </w:r>
    </w:p>
    <w:p>
      <w:r>
        <w:rPr>
          <w:b/>
        </w:rPr>
        <w:t xml:space="preserve">[30:11] </w:t>
      </w:r>
      <w:r>
        <w:t>is ke baad islam jo phaila, atraf mein har jagah attack hi attack hota raha. is par roman empire, sasani empire, do bari taqatein thi, woh tal gayeen, zer karne pade islam ko.</w:t>
      </w:r>
    </w:p>
    <w:p>
      <w:pPr>
        <w:jc w:val="right"/>
      </w:pPr>
      <w:r>
        <w:t>اس کے بعد اسلام جو پھیلا، اطراف میں ہر جگہ اٹیک ہی اٹیک ہوتا رہا۔ اس پر رومن ایمپائر، ساسانی ایمپائر، دو بڑی طاقتیں تھیں، وہ ٹل گئیں، زیر کرنے پڑے اسلام کو۔</w:t>
      </w:r>
    </w:p>
    <w:p>
      <w:r>
        <w:rPr>
          <w:b/>
        </w:rPr>
        <w:t xml:space="preserve">[30:21] </w:t>
      </w:r>
      <w:r>
        <w:t>to zahir hai ke is tarah se ladai pesh aayegi. lekin is ladai se conditioning ho gayi musalmanon ki ke sab se bara kaam hai ladna, ladna sab se bara kaam hai jihad karna.</w:t>
      </w:r>
    </w:p>
    <w:p>
      <w:pPr>
        <w:jc w:val="right"/>
      </w:pPr>
      <w:r>
        <w:t>تو ظاہر ہے کہ اس طرح سے لڑائی پیش آئے گی۔ لیکن اس لڑائی سے کنڈیشننگ ہو گئی مسلمانوں کی کہ سب سے بڑا کام ہے لڑنا، لڑنا سب سے بڑا کام ہے جہاد کرنا۔</w:t>
      </w:r>
    </w:p>
    <w:p>
      <w:r>
        <w:rPr>
          <w:b/>
        </w:rPr>
        <w:t xml:space="preserve">[30:32] </w:t>
      </w:r>
      <w:r>
        <w:t>to asal jo kaam tha dawat, woh hadaf ho gaya. poora literature bhi hadaf ho gaya,</w:t>
      </w:r>
    </w:p>
    <w:p>
      <w:pPr>
        <w:jc w:val="right"/>
      </w:pPr>
      <w:r>
        <w:t>تو اصل جو کام تھا دعوت، وہ ہدف ہو گیا۔ پورا لٹریچر بھی ہدف ہو گیا،</w:t>
      </w:r>
    </w:p>
    <w:p>
      <w:r>
        <w:rPr>
          <w:b/>
        </w:rPr>
        <w:t xml:space="preserve">[30:39] </w:t>
      </w:r>
      <w:r>
        <w:t>hazar saal ka literature bhi hadaf ho gaya dawat ka, aur jihad bhara hua hai.</w:t>
      </w:r>
    </w:p>
    <w:p>
      <w:pPr>
        <w:jc w:val="right"/>
      </w:pPr>
      <w:r>
        <w:t>ہزار سال کا لٹریچر بھی ہدف ہو گیا دعوت کا، اور جہاد بھرا ہوا ہے۔</w:t>
      </w:r>
    </w:p>
    <w:p>
      <w:r>
        <w:rPr>
          <w:b/>
        </w:rPr>
        <w:t xml:space="preserve">[30:46] </w:t>
      </w:r>
      <w:r>
        <w:t>to mujh ko ek jahan ek bohat bara, yaani jihadi deconditioning karna pada. jihadi deconditioning ke is se main is se ab bahar aaun apne aap ko, aur sare musalmanon ko karna hai yeh kaam.</w:t>
      </w:r>
    </w:p>
    <w:p>
      <w:pPr>
        <w:jc w:val="right"/>
      </w:pPr>
      <w:r>
        <w:t>تو مجھ کو ایک جہاں ایک بہت بڑا، یعنی جہادی ڈی کنڈیشننگ کرنا پڑا۔ جہادی ڈی کنڈیشننگ کہ اس سے میں اس سے اب باہر آؤں اپنے آپ کو، اور سارے مسلمانوں کو کرنا ہے یہ کام۔</w:t>
      </w:r>
    </w:p>
    <w:p>
      <w:r>
        <w:rPr>
          <w:b/>
        </w:rPr>
        <w:t xml:space="preserve">[31:00] </w:t>
      </w:r>
      <w:r>
        <w:t>aaj bhi musalman dekhen, khwamkhwah lad rahe hain, har jagah ladai jari hai. kyon?</w:t>
      </w:r>
    </w:p>
    <w:p>
      <w:pPr>
        <w:jc w:val="right"/>
      </w:pPr>
      <w:r>
        <w:t>آج بھی مسلمان دیکھیں، خوامخواہ لڑ رہے ہیں، ہر جگہ لڑائی جاری ہے۔ کیوں؟</w:t>
      </w:r>
    </w:p>
    <w:p>
      <w:r>
        <w:rPr>
          <w:b/>
        </w:rPr>
        <w:t xml:space="preserve">[31:06] </w:t>
      </w:r>
      <w:r>
        <w:t>abhi tak isi conditioning mein jee rahe hain woh. yeh zamana badal gaya, duniya mein mazhabi azadi aa gayi, duniya mein peaceful method ki ahmiyat badh gayi, duniya mein tolerance aa gaya,</w:t>
      </w:r>
    </w:p>
    <w:p>
      <w:pPr>
        <w:jc w:val="right"/>
      </w:pPr>
      <w:r>
        <w:t>ابھی تک اسی کنڈیشننگ میں جی رہے ہیں وہ۔ یہ زمانہ بدل گیا، دنیا میں مذہبی آزادی آ گئی، دنیا میں پیس فل میتھڈ کی اہمیت بڑھ گئی، دنیا میں ٹولرنس آ گیا،</w:t>
      </w:r>
    </w:p>
    <w:p>
      <w:r>
        <w:rPr>
          <w:b/>
        </w:rPr>
        <w:t xml:space="preserve">[31:19] </w:t>
      </w:r>
      <w:r>
        <w:t>duniya mein har taraf yeh hai ke doosre mazahib wale jo aap ki baaton ko phailane lage, isi quran ko doosre mazhab ke log phaila rahe hain. ek dam zamana badal chuka hai, ab koi rukawat nahi hai, kisi ki taraf se koi aggression nahi hai, kisi ki taraf se koi at</w:t>
      </w:r>
    </w:p>
    <w:p>
      <w:pPr>
        <w:jc w:val="right"/>
      </w:pPr>
      <w:r>
        <w:t>دنیا میں ہر طرف یہ ہے کہ دوسرے مذاہب والے جو آپ کی باتوں کو پھیلانے لگے، اسی قرآن کو دوسرے مذہب کے لوگ پھیلا رہے ہیں۔ ایک دم زمانہ بدل چکا ہے، اب کوئی رکاوٹ نہیں ہے، کسی کی طرف سے کوئی اگریشن نہیں ہے، کسی کی طرف سے کوئی اٹ</w:t>
      </w:r>
    </w:p>
    <w:p>
      <w:r>
        <w:rPr>
          <w:b/>
        </w:rPr>
        <w:t xml:space="preserve">[31:35] </w:t>
      </w:r>
      <w:r>
        <w:t>tak nahi hai, kahin bhi nahi hai. yeh khwamkhwah lad rahe hain. kyon? conditioning ki wajah se. hazar saal ke douran jo conditioning un ki hui ke dushmanon se ladna hai, dushmanon ko zer karna hai, dushmanon ki khwahishon ko khatm karna hai,</w:t>
      </w:r>
    </w:p>
    <w:p>
      <w:pPr>
        <w:jc w:val="right"/>
      </w:pPr>
      <w:r>
        <w:t>یک نہیں ہے، کہیں بھی نہیں ہے۔ یہ خوامخواہ لڑ رہے ہیں۔ کیوں؟ کنڈیشننگ کی وجہ سے۔ ہزار سال کے دوران جو کنڈیشننگ ان کی ہوئی کہ دشمنوں سے لڑنا ہے، دشمنوں کو زیر کرنا ہے، دشمنوں کی خواہشوں کو ختم کرنا ہے،</w:t>
      </w:r>
    </w:p>
    <w:p>
      <w:r>
        <w:rPr>
          <w:b/>
        </w:rPr>
        <w:t xml:space="preserve">[31:52] </w:t>
      </w:r>
      <w:r>
        <w:t>yeh hazar saala conditioning hai. yeh is ko todna.</w:t>
      </w:r>
    </w:p>
    <w:p>
      <w:pPr>
        <w:jc w:val="right"/>
      </w:pPr>
      <w:r>
        <w:t>یہ ہزار سالہ کنڈیشننگ ہے۔ یہ اس کو توڑنا۔</w:t>
      </w:r>
    </w:p>
    <w:p>
      <w:r>
        <w:rPr>
          <w:b/>
        </w:rPr>
        <w:t xml:space="preserve">[31:58] </w:t>
      </w:r>
      <w:r>
        <w:t>main samajhta hoon ke mujhe, yani, yani woh peace, woh hum everest ki charhai se zyada bara kaam karna pada is ki deconditioning ko todne ke liye.</w:t>
      </w:r>
    </w:p>
    <w:p>
      <w:pPr>
        <w:jc w:val="right"/>
      </w:pPr>
      <w:r>
        <w:t>میں سمجھتا ہوں کہ مجھے، یعنی، یعنی وہ پیس، وہ ہم ایورسٹ کی چڑھائی سے زیادہ بڑا کام کرنا پڑا اس کی ڈی کنڈیشن کو توڑنے کے لیے۔</w:t>
      </w:r>
    </w:p>
    <w:p>
      <w:r>
        <w:rPr>
          <w:b/>
        </w:rPr>
        <w:t xml:space="preserve">[32:10] </w:t>
      </w:r>
      <w:r>
        <w:t>to main aap se arz karna chahta hoon ke dekhen, conditioning ke do level hain, deconditioning ke do level hain. ek hai individual level, individual level, ek hai national level, aammi level, general level.</w:t>
      </w:r>
    </w:p>
    <w:p>
      <w:pPr>
        <w:jc w:val="right"/>
      </w:pPr>
      <w:r>
        <w:t>تو میں آپ سے عرض کرنا چاہتا ہوں کہ دیکھیں، کنڈیشننگ کے دو لیول ہیں، ڈی کنڈیشننگ کے دو لیول ہیں۔ ایک ہے انڈیویجول لیول، انڈیویجول لیول، ایک ہے نیشنل لیول، عمومی لیول، جنرل لیول۔</w:t>
      </w:r>
    </w:p>
    <w:p>
      <w:r>
        <w:rPr>
          <w:b/>
        </w:rPr>
        <w:t xml:space="preserve">[32:28] </w:t>
      </w:r>
      <w:r>
        <w:t>to individual level par conditioning kya hai, aur is ki deconditioning kaise ki jati hai? quran mein hai ke "laqad khalaqnal insana fi asali taqwim, thumma rudna asfal safirin".</w:t>
      </w:r>
    </w:p>
    <w:p>
      <w:pPr>
        <w:jc w:val="right"/>
      </w:pPr>
      <w:r>
        <w:t>تو انڈیویجول لیول پر کنڈیشننگ کیا ہے، اور اس کی ڈی کنڈیشننگ کیسے کی جاتی ہے؟ قرآن میں ہے کہ "لقد خلقنا الانسان فی اصل تقویم، ثم ردنا اسفل سافرین"۔</w:t>
      </w:r>
    </w:p>
    <w:p>
      <w:r>
        <w:rPr>
          <w:b/>
        </w:rPr>
        <w:t xml:space="preserve">[32:40] </w:t>
      </w:r>
      <w:r>
        <w:t>hum ne insaan ko paida kiya bohat achhe taqwim ke sath, bohat achhi shakhsiyat ke sath, phir is ko daal diya, is ko, yani, bilkul pasti mein,</w:t>
      </w:r>
    </w:p>
    <w:p>
      <w:pPr>
        <w:jc w:val="right"/>
      </w:pPr>
      <w:r>
        <w:t>ہم نے انسان کو پیدا کیا بہت اچھے تقویم کے ساتھ، بہت اچھی شخصیت کے ساتھ، پھر اس کو ڈال دیا، اس کو، یعنی، بالکل پستی میں،</w:t>
      </w:r>
    </w:p>
    <w:p>
      <w:r>
        <w:rPr>
          <w:b/>
        </w:rPr>
        <w:t xml:space="preserve">[32:55] </w:t>
      </w:r>
      <w:r>
        <w:t>pasti mein daal diya. pasti ka matlab kya hai?</w:t>
      </w:r>
    </w:p>
    <w:p>
      <w:pPr>
        <w:jc w:val="right"/>
      </w:pPr>
      <w:r>
        <w:t>پستی میں ڈال دیا۔ پستی کا مطلب کیا ہے؟</w:t>
      </w:r>
    </w:p>
    <w:p>
      <w:r>
        <w:rPr>
          <w:b/>
        </w:rPr>
        <w:t xml:space="preserve">[32:58] </w:t>
      </w:r>
      <w:r>
        <w:t>dekhen, aap insaan kitna ajib o ghareeb makhlooq hai. aaj main soch raha tha ke Allah taala ne material world banai, stars, planet ka, phir Allah taala ne</w:t>
      </w:r>
    </w:p>
    <w:p>
      <w:pPr>
        <w:jc w:val="right"/>
      </w:pPr>
      <w:r>
        <w:t>دیکھیں، آپ انسان کتنا عجیب و غریب مخلوق ہے۔ آج میں سوچ رہا تھا کہ اللہ تعالی نے مٹیریل ورلڈ بنائی، اسٹارز، پلینٹ کا، پھر اللہ تعالی نے</w:t>
      </w:r>
    </w:p>
    <w:p>
      <w:r>
        <w:rPr>
          <w:b/>
        </w:rPr>
        <w:t xml:space="preserve">[33:14] </w:t>
      </w:r>
      <w:r>
        <w:t>solar system banaya, zameen banai, phir farishte banaye, phir jin banaye, phir insaan banaya. sab se ajib o ghareeb cheez hai insaan.</w:t>
      </w:r>
    </w:p>
    <w:p>
      <w:pPr>
        <w:jc w:val="right"/>
      </w:pPr>
      <w:r>
        <w:t>سولر سسٹم بنایا، زمین بنائی، پھر فرشتے بنائے، پھر جن بنائے، پھر انسان بنایا۔ سب سے عجیب و غریب چیز ہے انسان۔</w:t>
      </w:r>
    </w:p>
    <w:p>
      <w:r>
        <w:rPr>
          <w:b/>
        </w:rPr>
        <w:t xml:space="preserve">[33:26] </w:t>
      </w:r>
      <w:r>
        <w:t>ajib o ghareeb quality is ke andar hai,</w:t>
      </w:r>
    </w:p>
    <w:p>
      <w:pPr>
        <w:jc w:val="right"/>
      </w:pPr>
      <w:r>
        <w:t>عجیب و غریب کوالٹی اس کے اندر ہے،</w:t>
      </w:r>
    </w:p>
    <w:p>
      <w:r>
        <w:rPr>
          <w:b/>
        </w:rPr>
        <w:t xml:space="preserve">[33:30] </w:t>
      </w:r>
      <w:r>
        <w:t>ajib o ghareeb quality. apni aqal ko istemal kar ke woh 15 billion saal peechhe tak dekh sakta hai. apni aqal ko istemal kar ke kisi cheez ko million time magnify kar ke dekh sakta hai.</w:t>
      </w:r>
    </w:p>
    <w:p>
      <w:pPr>
        <w:jc w:val="right"/>
      </w:pPr>
      <w:r>
        <w:t>عجیب و غریب کوالٹی۔ اپنی عقل کو استعمال کر کے وہ 15 بلین سال پیچھے تک دیکھ سکتا ہے۔ اپنی عقل کو استعمال کر کے کسی چیز کو ملین ٹائم میگنیفائی کر کے دیکھ سکتا ہے۔</w:t>
      </w:r>
    </w:p>
    <w:p>
      <w:r>
        <w:rPr>
          <w:b/>
        </w:rPr>
        <w:t xml:space="preserve">[33:42] </w:t>
      </w:r>
      <w:r>
        <w:t>dekhen, kaisi ajib o ghareeb aqal hai insaan ki. woh pani mein daudta hai, hawaon mein parwaz karta hai, lekin daal diya is ko pasti mein.</w:t>
      </w:r>
    </w:p>
    <w:p>
      <w:pPr>
        <w:jc w:val="right"/>
      </w:pPr>
      <w:r>
        <w:t>دیکھیں، کیسی عجیب و غریب عقل ہے انسان کی۔ وہ پانی میں دوڑتا ہے، ہواؤں میں پرواز کرتا ہے، لیکن ڈال دیا اس کو پستی میں۔</w:t>
      </w:r>
    </w:p>
    <w:p>
      <w:r>
        <w:rPr>
          <w:b/>
        </w:rPr>
        <w:t xml:space="preserve">[33:54] </w:t>
      </w:r>
      <w:r>
        <w:t>kya matlab is ka hai? pasti ka</w:t>
      </w:r>
    </w:p>
    <w:p>
      <w:pPr>
        <w:jc w:val="right"/>
      </w:pPr>
      <w:r>
        <w:t>کیا مطلب اس کا ہے؟ پستی کا</w:t>
      </w:r>
    </w:p>
    <w:p>
      <w:r>
        <w:rPr>
          <w:b/>
        </w:rPr>
        <w:t xml:space="preserve">[33:57] </w:t>
      </w:r>
      <w:r>
        <w:t>matlab hai ke insaan ko paida kiya Allah taala ne desire ke sath, temptation ke sath. is ka shikar ho jata hai insaan, insaan is ka shikar ho jata hai.</w:t>
      </w:r>
    </w:p>
    <w:p>
      <w:pPr>
        <w:jc w:val="right"/>
      </w:pPr>
      <w:r>
        <w:t>مطلب ہے کہ انسان کو پیدا کیا اللہ تعالی نے ڈیزائر کے ساتھ، ٹیمپریشن کے ساتھ۔ اس کا شکار ہو جاتا ہے انسان، انسان اس کا شکار ہو جاتا ہے۔</w:t>
      </w:r>
    </w:p>
    <w:p>
      <w:r>
        <w:rPr>
          <w:b/>
        </w:rPr>
        <w:t xml:space="preserve">[34:11] </w:t>
      </w:r>
      <w:r>
        <w:t>yeh bohat zabardast salahiyaten is ke andar, insaan ke andar hain, bohat zabardast salahiyaten hain. lekin desire ka shikar ho kar ke bhag jata hai, temptation ka shikar ho kar bhag jata hai, shaitan ke behkawe ka shikar ho kar bhag jata hai.</w:t>
      </w:r>
    </w:p>
    <w:p>
      <w:pPr>
        <w:jc w:val="right"/>
      </w:pPr>
      <w:r>
        <w:t>یہ بہت زبردست صلاحیتیں اس کے اندر، انسان کے اندر ہیں، بہت زبردست صلاحیتیں ہیں۔ لیکن ڈیزائر کا شکار ہو کر کے بھاگ جاتا ہے، ٹیمپریشن کا شکار ہو کر بھاگ جاتا ہے، شیطان کے بہکاوے کا شکار ہو کر بھاگ جاتا ہے۔</w:t>
      </w:r>
    </w:p>
    <w:p>
      <w:r>
        <w:rPr>
          <w:b/>
        </w:rPr>
        <w:t xml:space="preserve">[34:24] </w:t>
      </w:r>
      <w:r>
        <w:t>to jo deviation hota hai, deviation isi ko kaha gaya hai.</w:t>
      </w:r>
    </w:p>
    <w:p>
      <w:pPr>
        <w:jc w:val="right"/>
      </w:pPr>
      <w:r>
        <w:t>تو جو ڈیوی ایشن ہوتا ہے، ڈیوی ایشن اسی کو کہا گیا ہے۔</w:t>
      </w:r>
    </w:p>
    <w:p>
      <w:r>
        <w:rPr>
          <w:b/>
        </w:rPr>
        <w:t xml:space="preserve">[34:28] </w:t>
      </w:r>
      <w:r>
        <w:t>pasti mein daal diya, jo distraction hota hai, jo deviation hota hai,</w:t>
      </w:r>
    </w:p>
    <w:p>
      <w:pPr>
        <w:jc w:val="right"/>
      </w:pPr>
      <w:r>
        <w:t>پستی میں ڈال دیا، جو ڈسٹریکشن ہوتا ہے، جو ڈیوی ایشن ہوتا ہے،</w:t>
      </w:r>
    </w:p>
    <w:p>
      <w:r>
        <w:rPr>
          <w:b/>
        </w:rPr>
        <w:t xml:space="preserve">[34:36] </w:t>
      </w:r>
      <w:r>
        <w:t>pasti mein daalne ka matlab koi material sense mein nahi hai ke garhe mein daal diya. nahi, sari behtareen qualities ke sath paida kiya, lekin is ke baad kya hai?</w:t>
      </w:r>
    </w:p>
    <w:p>
      <w:pPr>
        <w:jc w:val="right"/>
      </w:pPr>
      <w:r>
        <w:t>پستی میں ڈالنے کا معنی کوئی مٹیریل سینس میں نہیں ہے کہ گڑھے میں ڈال دیا۔ نہیں، ساری بہترین کوالٹیز کے ساتھ پیدا کیا، لیکن اس کے بعد کیا ہے؟</w:t>
      </w:r>
    </w:p>
    <w:p>
      <w:r>
        <w:rPr>
          <w:b/>
        </w:rPr>
        <w:t xml:space="preserve">[34:46] </w:t>
      </w:r>
      <w:r>
        <w:t>is ko is ke dil mein desire daal di, is ke andar temptation daal diya, is paas ke shaitan daudne lage</w:t>
      </w:r>
    </w:p>
    <w:p>
      <w:pPr>
        <w:jc w:val="right"/>
      </w:pPr>
      <w:r>
        <w:t>اس کو اس کے دل میں ڈیزائر ڈال دی، اس کے اندر ٹیمپریشن ڈال دیا، اس پاس کے شیطان دوڑنے لگے</w:t>
      </w:r>
    </w:p>
    <w:p>
      <w:r>
        <w:rPr>
          <w:b/>
        </w:rPr>
        <w:t xml:space="preserve">[34:54] </w:t>
      </w:r>
      <w:r>
        <w:t>taake is ko deviate karen, taake woh distract karen, is ko sachai se hata kar batil ke raste par dauren. is ko yeh matlab hai is ka.</w:t>
      </w:r>
    </w:p>
    <w:p>
      <w:pPr>
        <w:jc w:val="right"/>
      </w:pPr>
      <w:r>
        <w:t>تاکہ اس کو ڈیوی ایٹ کریں، تاکہ وہ ڈسٹریکٹ کریں، اس کو سچائی سے ہٹا کر باطل کے راستے پر دوڑائیں۔ اس کو یہ مطلب ہے اس کا۔</w:t>
      </w:r>
    </w:p>
    <w:p>
      <w:r>
        <w:rPr>
          <w:b/>
        </w:rPr>
        <w:t xml:space="preserve">[35:05] </w:t>
      </w:r>
      <w:r>
        <w:t>to yeh hai individual level ki deconditioning. individual level ki deconditioning hai ke aap, aap jaise hi aap ko shaitan behkaye, jaldi se aap jaan len ke yahan shaitan behka raha hai.</w:t>
      </w:r>
    </w:p>
    <w:p>
      <w:pPr>
        <w:jc w:val="right"/>
      </w:pPr>
      <w:r>
        <w:t>تو یہ ہے انڈیویجول لیول کی ڈی کنڈیشننگ۔ انڈیویجول لیول کی ڈی کنڈیشننگ ہے کہ آپ، آپ جیسے ہی آپ کو شیطان بہکائے، جلدی سے آپ جان لیں کہ یہاں شیطان بہکا رہا ہے۔</w:t>
      </w:r>
    </w:p>
    <w:p>
      <w:r>
        <w:rPr>
          <w:b/>
        </w:rPr>
        <w:t xml:space="preserve">[35:18] </w:t>
      </w:r>
      <w:r>
        <w:t>jaise desire aap ko kahin idhar le jayen to aap jaan len ke mujhe desire idhar le ja rahi hai.</w:t>
      </w:r>
    </w:p>
    <w:p>
      <w:pPr>
        <w:jc w:val="right"/>
      </w:pPr>
      <w:r>
        <w:t>جیسے ڈیزائر آپ کو کہیں ادھر لے جائیں تو آپ جان لیں کہ مجھے ڈیزائر ادھر لے جا رہی ہے۔</w:t>
      </w:r>
    </w:p>
    <w:p>
      <w:r>
        <w:rPr>
          <w:b/>
        </w:rPr>
        <w:t xml:space="preserve">[35:23] </w:t>
      </w:r>
      <w:r>
        <w:t>jaise aap ka temptation aap ko deviate kar raha hai to jaan lein aap ke temptation mujhe deviate kar raha hai. to apne ko control karein, apni khwahishon ko kill karein, apne negative jazbat ko khatm karein,</w:t>
      </w:r>
    </w:p>
    <w:p>
      <w:pPr>
        <w:jc w:val="right"/>
      </w:pPr>
      <w:r>
        <w:t>جیسے آپ کا ٹیمپریشن آپ کو ڈیوی ایٹ کر رہا ہے تو جان لیں آپ کہ ٹیمپریشن مجھے ڈیوی ایٹ کر رہا ہے۔ تو اپنے کو کنٹرول کریں، اپنی خواہشوں کو کل کریں، اپنے نیگیٹیو جذبات کو ختم کریں،</w:t>
      </w:r>
    </w:p>
    <w:p>
      <w:r>
        <w:rPr>
          <w:b/>
        </w:rPr>
        <w:t xml:space="preserve">[35:41] </w:t>
      </w:r>
      <w:r>
        <w:t>shaitan ko bhagayein, maar kar apne door se, apne se door bhagayein. yeh hai deconditioning, yani apne ko padhna.</w:t>
      </w:r>
    </w:p>
    <w:p>
      <w:pPr>
        <w:jc w:val="right"/>
      </w:pPr>
      <w:r>
        <w:t>شیطان کو بھگائیں، مار کر اپنے دور سے، اپنے سے دور بھگائیں۔ یہ ہے ڈی کنڈیشننگ، یعنی اپنے کو پڑھنا۔</w:t>
      </w:r>
    </w:p>
    <w:p>
      <w:r>
        <w:rPr>
          <w:b/>
        </w:rPr>
        <w:t xml:space="preserve">[35:51] </w:t>
      </w:r>
      <w:r>
        <w:t>mein ab ek misaal de deta hoon ke kis tarah kitni mushkil hai deconditioning. hamare khandan mein ek sahab the, hamare chacha the, woh to woh sufi sahab kehelate the.</w:t>
      </w:r>
    </w:p>
    <w:p>
      <w:pPr>
        <w:jc w:val="right"/>
      </w:pPr>
      <w:r>
        <w:t>میں اب ایک مثال دے دیتا ہوں کہ کس طرح کتنی مشکل ہے ڈی کنڈیشننگ۔ ہمارے خاندان میں ایک صاحب تھے، ہمارے چچا تھے، وہ تو وہ صوفی صاحب کہلاتے تھے۔</w:t>
      </w:r>
    </w:p>
    <w:p>
      <w:r>
        <w:rPr>
          <w:b/>
        </w:rPr>
        <w:t xml:space="preserve">[36:01] </w:t>
      </w:r>
      <w:r>
        <w:t>sufi sahab, hamara poora khandan jo hai, woh modern type ka tha. poora khandan yeh the sufi ke pajama ooncha pehno aur dadi rakho aur panch waqt ki namaz padho.</w:t>
      </w:r>
    </w:p>
    <w:p>
      <w:pPr>
        <w:jc w:val="right"/>
      </w:pPr>
      <w:r>
        <w:t>صوفی صاحب، ہمارا پورا خاندان جو ہے، وہ ماڈرن ٹائپ کا تھا۔ پورا خاندان یہ تھے صوفی کہ پاجامہ اونچا پہنو اور داڑھی رکھو اور پانچ وقت کی نماز پڑھو۔</w:t>
      </w:r>
    </w:p>
    <w:p>
      <w:r>
        <w:rPr>
          <w:b/>
        </w:rPr>
        <w:t xml:space="preserve">[36:16] </w:t>
      </w:r>
      <w:r>
        <w:t>yeh ek poore khandan mein ek ek sufi type ke ek aadmi the. yeh</w:t>
      </w:r>
    </w:p>
    <w:p>
      <w:pPr>
        <w:jc w:val="right"/>
      </w:pPr>
      <w:r>
        <w:t>یہ ایک پورے خاندان میں ایک ایک صوفی ٹائپ کے ایک آدمی تھے۔ یہ</w:t>
      </w:r>
    </w:p>
    <w:p>
      <w:r>
        <w:rPr>
          <w:b/>
        </w:rPr>
        <w:t xml:space="preserve">[36:20] </w:t>
      </w:r>
      <w:r>
        <w:t>to unke bare mein sab log negative rai diya karte the, yani poore khandan mein unke bare mein hum bachpan se sunte the, bachpan se: "arey sufi sahab, woh to aise hain!" to meri bhi conditioning ho gayi ke sufi sahab ko bas samajh laga ke yeh theek aadmi nahi hai.</w:t>
      </w:r>
    </w:p>
    <w:p>
      <w:pPr>
        <w:jc w:val="right"/>
      </w:pPr>
      <w:r>
        <w:t>تو ان کے بارے میں سب لوگ نیگیٹیو رائے دیا کرتے تھے، یعنی پورے خاندان میں ان کے بارے میں ہم بچپن سے سنتے تھے، بچپن سے: "ارے صوفی صاحب، وہ تو ایسے ہیں!" تو میری بھی کنڈیشننگ ہو گئی کہ صوفی صاحب کو بس سمجھ لگا کہ یہ ٹھیک آدمی نہیں ہے۔</w:t>
      </w:r>
    </w:p>
    <w:p>
      <w:r>
        <w:rPr>
          <w:b/>
        </w:rPr>
        <w:t xml:space="preserve">[36:40] </w:t>
      </w:r>
      <w:r>
        <w:t>yani khandan mein koi shakhs in ko positive andaaz mein tazkira nahi karta tha.</w:t>
      </w:r>
    </w:p>
    <w:p>
      <w:pPr>
        <w:jc w:val="right"/>
      </w:pPr>
      <w:r>
        <w:t>یعنی خاندان میں کوئی شخص ان کو پازیٹیو انداز میں تذکرہ نہیں کرتا تھا۔</w:t>
      </w:r>
    </w:p>
    <w:p>
      <w:r>
        <w:rPr>
          <w:b/>
        </w:rPr>
        <w:t xml:space="preserve">[36:46] </w:t>
      </w:r>
      <w:r>
        <w:t>to unhone mere sath bohat bara kaam kiya tha aur mein jaan nahi saka is ko. woh kya? unhi ne mujhe madrasay mein padhaya jabke poore khandan mein log english education ke ja rahe the.</w:t>
      </w:r>
    </w:p>
    <w:p>
      <w:pPr>
        <w:jc w:val="right"/>
      </w:pPr>
      <w:r>
        <w:t>تو انہوں نے میرے ساتھ بہت بڑا کام کیا تھا اور میں جان نہیں سکا اس کو۔ وہ کیا؟ انہی نے مجھے مدرسے میں پڑھایا جبکہ پورے خاندان میں لوگ انگلش ایجوکیشن کے جا رہے تھے۔</w:t>
      </w:r>
    </w:p>
    <w:p>
      <w:r>
        <w:rPr>
          <w:b/>
        </w:rPr>
        <w:t xml:space="preserve">[37:01] </w:t>
      </w:r>
      <w:r>
        <w:t>unhone yeh socha ke mere meri family mein ek aadmi molvi hona chahiye.</w:t>
      </w:r>
    </w:p>
    <w:p>
      <w:pPr>
        <w:jc w:val="right"/>
      </w:pPr>
      <w:r>
        <w:t>انہوں نے یہ سوچا کہ میرے میری فیملی میں ایک آدمی مولوی ہونا چاہیے۔</w:t>
      </w:r>
    </w:p>
    <w:p>
      <w:r>
        <w:rPr>
          <w:b/>
        </w:rPr>
        <w:t xml:space="preserve">[37:06] </w:t>
      </w:r>
      <w:r>
        <w:t>to mein chunke yateem tha, agar mera baap hota to shayad mujh ko bhi na pakad paata. woh yateem tha, mein to unhone kaha: "bhai, yeh theek hai!" mujh ko unhone apne kharch par, apne kharch par madrasay mein bhijwa diya.</w:t>
      </w:r>
    </w:p>
    <w:p>
      <w:pPr>
        <w:jc w:val="right"/>
      </w:pPr>
      <w:r>
        <w:t>تو میں چونکہ یتیم تھا، اگر میرا باپ ہوتا تو شاید مجھ کو بھی نہ پکڑ پاتے۔ وہ یتیم تھا، میں تو انہوں نے کہا: "بھئی، یہ ٹھیک ہے!" مجھ کو انہوں نے اپنے خرچ پر، اپنے خرچ پر مدرسے میں بھجوا دیا۔</w:t>
      </w:r>
    </w:p>
    <w:p>
      <w:r>
        <w:rPr>
          <w:b/>
        </w:rPr>
        <w:t xml:space="preserve">[37:22] </w:t>
      </w:r>
      <w:r>
        <w:t>agar yeh hamare sufi sahab jo the, mere chacha, unhone nahi bheja hota madrasay mein to mein yahan aaj baitha hua na hota. mein kahin kahin paisa kama raha hota, baith kar ke jaise hum log paisa kamate hain.</w:t>
      </w:r>
    </w:p>
    <w:p>
      <w:pPr>
        <w:jc w:val="right"/>
      </w:pPr>
      <w:r>
        <w:t>اگر یہ ہمارے صوفی صاحب جو تھے، میرے چچا، انہوں نے نہیں بھیجا ہوتا مدرسے میں تو میں یہاں آج بیٹھا ہوا نہ ہوتا۔ میں کہیں کہیں پیسہ کما رہا ہوتا، بیٹھ کر کے جیسے ہم لوگ پیسہ کماتے ہیں۔</w:t>
      </w:r>
    </w:p>
    <w:p>
      <w:r>
        <w:rPr>
          <w:b/>
        </w:rPr>
        <w:t xml:space="preserve">[37:34] </w:t>
      </w:r>
      <w:r>
        <w:t>matlab hewani kasab bana hua hota, earning animal. kisi ne kaha ke madrasay ke padhne wale kya hain? aaj kal hewani kasab ban gaye hain, sab ke sab jaise college wale aaye hain, waise yeh bhi hain, earning, earning animal bane hue hain.</w:t>
      </w:r>
    </w:p>
    <w:p>
      <w:pPr>
        <w:jc w:val="right"/>
      </w:pPr>
      <w:r>
        <w:t>مطلب حیوانی کاسب بنا ہوا ہوتا، ارننگ اینیمل۔ کسی نے کہا کہ مدرسے کے پڑھنے والے کیا ہیں؟ آج کل حیوانی کاسب بن گئے ہیں، سب کے سب جیسے کالج والے آئے ہیں، ویسے یہ بھی ہیں، ارننگ، ارننگ اینیمل بنے ہوئے ہیں۔</w:t>
      </w:r>
    </w:p>
    <w:p>
      <w:r>
        <w:rPr>
          <w:b/>
        </w:rPr>
        <w:t xml:space="preserve">[37:48] </w:t>
      </w:r>
      <w:r>
        <w:t>to mein bhi bana hua hota ke. to unhone mujh se parhwaya to kitna bara ehsan un ka tha mere upar. lekin yaqeen kijiye ke mein woh jaan nahi saka.</w:t>
      </w:r>
    </w:p>
    <w:p>
      <w:pPr>
        <w:jc w:val="right"/>
      </w:pPr>
      <w:r>
        <w:t>تو میں بھی بنا ہوا ہوتا کہیں۔ تو انہوں نے مجھ سے پڑھوایا تو کتنا بڑا احسان ان کا تھا میرے اوپر۔ لیکن یقین کیجئے کہ میں وہ جان نہیں سکا۔</w:t>
      </w:r>
    </w:p>
    <w:p>
      <w:r>
        <w:rPr>
          <w:b/>
        </w:rPr>
        <w:t xml:space="preserve">[37:58] </w:t>
      </w:r>
      <w:r>
        <w:t>is ko</w:t>
      </w:r>
    </w:p>
    <w:p>
      <w:pPr>
        <w:jc w:val="right"/>
      </w:pPr>
      <w:r>
        <w:t>اس کو</w:t>
      </w:r>
    </w:p>
    <w:p>
      <w:r>
        <w:rPr>
          <w:b/>
        </w:rPr>
        <w:t xml:space="preserve">[37:59] </w:t>
      </w:r>
      <w:r>
        <w:t>un ki death hui thi 1948 mein. 1948 mein to jab tak woh zinda the, tab bhi mein nahi jana, baad ko bhi nahi jana.</w:t>
      </w:r>
    </w:p>
    <w:p>
      <w:pPr>
        <w:jc w:val="right"/>
      </w:pPr>
      <w:r>
        <w:t>ان کی ڈیتھ ہوئی تھی 1948 میں۔ 1948 میں تو جب تک وہ زندہ تھے، تب بھی میں نہیں جانا، بعد کو بھی نہیں جانا۔</w:t>
      </w:r>
    </w:p>
    <w:p>
      <w:r>
        <w:rPr>
          <w:b/>
        </w:rPr>
        <w:t xml:space="preserve">[38:10] </w:t>
      </w:r>
      <w:r>
        <w:t>abhi haal mein pichle saal mein ne discover kiya is ko ke meri zindagi mein sab se bara ehsan to mere chacha ka hai, sufi sahab ka. to is ki conditioning karte karte mujhe chalis saal beet gaye kyunke family ka sara aadmi un ko negative andaaz mein tazkira karta tha,</w:t>
      </w:r>
    </w:p>
    <w:p>
      <w:pPr>
        <w:jc w:val="right"/>
      </w:pPr>
      <w:r>
        <w:t>ابھی حال میں پچھلے سال میں نے ڈسکور کیا اس کو کہ میری زندگی میں سب سے بڑا احسان تو میرے چچا کا ہے، صوفی صاحب کا۔ تو اس کی کنڈیشننگ کرتے کرتے مجھے چالیس سال بیت گئے کیونکہ فیملی کا سارا آدمی ان کو نیگیٹیو انداز میں تذکرہ کرتا تھا،</w:t>
      </w:r>
    </w:p>
    <w:p>
      <w:r>
        <w:rPr>
          <w:b/>
        </w:rPr>
        <w:t xml:space="preserve">[38:28] </w:t>
      </w:r>
      <w:r>
        <w:t>ridicule karta tha un ko.</w:t>
      </w:r>
    </w:p>
    <w:p>
      <w:pPr>
        <w:jc w:val="right"/>
      </w:pPr>
      <w:r>
        <w:t>ریڈیکیول کرتا تھا ان کو۔</w:t>
      </w:r>
    </w:p>
    <w:p>
      <w:r>
        <w:rPr>
          <w:b/>
        </w:rPr>
        <w:t xml:space="preserve">[38:34] </w:t>
      </w:r>
      <w:r>
        <w:t>to bohat dinon mein mein yeh apne apne mind ko deconditioning kar saka. deconditioning ka lafz jo hai, jo log hamari majlis mein naye hon, un ko kahunga ke deconditioning wahi matlab hai jo tazkiya ka matlab hai.</w:t>
      </w:r>
    </w:p>
    <w:p>
      <w:pPr>
        <w:jc w:val="right"/>
      </w:pPr>
      <w:r>
        <w:t>تو بہت دنوں میں میں یہ اپنے اپنے مائنڈ کو ڈی کنڈیشننگ کر سکا۔ ڈی کنڈیشننگ کا لفظ جو ہے، جو لوگ ہماری مجلس میں نئے ہوں، ان کو کہوں گا کہ ڈی کنڈیشننگ وہی مطلب ہے جو تزکیہ کا مطلب ہے۔</w:t>
      </w:r>
    </w:p>
    <w:p>
      <w:r>
        <w:rPr>
          <w:b/>
        </w:rPr>
        <w:t xml:space="preserve">[38:49] </w:t>
      </w:r>
      <w:r>
        <w:t>deconditioning koi nayi cheez nahi hai jis ko Quran mein ya hadith mein tazkiya kaha gaya hai, wahi deconditioning hai.</w:t>
      </w:r>
    </w:p>
    <w:p>
      <w:pPr>
        <w:jc w:val="right"/>
      </w:pPr>
      <w:r>
        <w:t>ڈی کنڈیشننگ کوئی نئی چیز نہیں ہے جس کو قرآن میں یا حدیث میں تزکیہ کہا گیا ہے، وہی ڈی کنڈیشننگ ہے۔</w:t>
      </w:r>
    </w:p>
    <w:p>
      <w:r>
        <w:rPr>
          <w:b/>
        </w:rPr>
        <w:t xml:space="preserve">[38:59] </w:t>
      </w:r>
      <w:r>
        <w:t>to mein apna zehni tazkiya jab kar kar liya, mein ne poora, tab mein jana ke sufi sahab ka mere upar bohat bara ehsan hai. that was deconditioning of my mind in this regard.</w:t>
      </w:r>
    </w:p>
    <w:p>
      <w:pPr>
        <w:jc w:val="right"/>
      </w:pPr>
      <w:r>
        <w:t>تو میں اپنا ذہنی تزکیہ جب کر کر لیا، میں نے پورا، تب میں جانا کہ صوفی صاحب کا میرے اوپر بہت بڑا احسان ہے۔ دیٹ واز ڈی کنڈیشن آف مائی مائنڈ ان دس ریگارڈ۔</w:t>
      </w:r>
    </w:p>
    <w:p>
      <w:r>
        <w:rPr>
          <w:b/>
        </w:rPr>
        <w:t xml:space="preserve">[39:11] </w:t>
      </w:r>
      <w:r>
        <w:t>ab dekhein, tazkiya jo hai, itna zabardast ahmiyat Quran majeed mein hai. is ki qad aflaha man zakahu wa qad khaba man dassaha. Quran ki yeh ayat hai,</w:t>
      </w:r>
    </w:p>
    <w:p>
      <w:pPr>
        <w:jc w:val="right"/>
      </w:pPr>
      <w:r>
        <w:t>اب دیکھیں، تزکیہ جو ہے، اتنا زبردست اہمیت قرآن مجید میں ہے۔ اس کی قد افلا من زکاح وقت خواہ من دسہ۔ قرآن کی یہ آیت ہے،</w:t>
      </w:r>
    </w:p>
    <w:p>
      <w:r>
        <w:rPr>
          <w:b/>
        </w:rPr>
        <w:t xml:space="preserve">[39:25] </w:t>
      </w:r>
      <w:r>
        <w:t>yeh chapter number 91 ki ayat hai. yeh qad aflaha man zakahu wa qad khaba man dassaha.</w:t>
      </w:r>
    </w:p>
    <w:p>
      <w:pPr>
        <w:jc w:val="right"/>
      </w:pPr>
      <w:r>
        <w:t>یہ چیپٹر نمبر 91 کی آیت ہے۔ یہ قد افلا من زکاح وقت خواہ من دسہ۔</w:t>
      </w:r>
    </w:p>
    <w:p>
      <w:r>
        <w:rPr>
          <w:b/>
        </w:rPr>
        <w:t xml:space="preserve">[39:34] </w:t>
      </w:r>
      <w:r>
        <w:t>is ka matlab kya hai? is ka matlab yeh hai ke he field ho, who polluted his soul.</w:t>
      </w:r>
    </w:p>
    <w:p>
      <w:pPr>
        <w:jc w:val="right"/>
      </w:pPr>
      <w:r>
        <w:t>اس کا مطلب کیا ہے؟ اس کا مطلب یہ ہے کہ ہی فیلڈ ہو، ہو پولیوٹڈ ہز سول۔</w:t>
      </w:r>
    </w:p>
    <w:p>
      <w:r>
        <w:rPr>
          <w:b/>
        </w:rPr>
        <w:t xml:space="preserve">[39:46] </w:t>
      </w:r>
      <w:r>
        <w:t>he field ho, polluted his soul, and he successful ho, purified his soul.</w:t>
      </w:r>
    </w:p>
    <w:p>
      <w:pPr>
        <w:jc w:val="right"/>
      </w:pPr>
      <w:r>
        <w:t>ہی فیلڈ ہو، پولیوٹڈ ہز سول، اینڈ ہی سکسیس فل ہو، پیریفائز ہز سول۔</w:t>
      </w:r>
    </w:p>
    <w:p>
      <w:r>
        <w:rPr>
          <w:b/>
        </w:rPr>
        <w:t xml:space="preserve">[39:53] </w:t>
      </w:r>
      <w:r>
        <w:t>yeh hai deconditioning aur conditioning. yani Allah ne paida kiya aap ke nature ko bilkul hi angel ki tarah, farishte ki tarah.</w:t>
      </w:r>
    </w:p>
    <w:p>
      <w:pPr>
        <w:jc w:val="right"/>
      </w:pPr>
      <w:r>
        <w:t>یہ ہے ڈی کنڈیشننگ اور کنڈیشننگ۔ یعنی اللہ نے پیدا کیا آپ کے نیچر کو بالکل ہی اینجل کی طرح، فرشتے کی طرح۔</w:t>
      </w:r>
    </w:p>
    <w:p>
      <w:r>
        <w:rPr>
          <w:b/>
        </w:rPr>
        <w:t xml:space="preserve">[40:02] </w:t>
      </w:r>
      <w:r>
        <w:t>insan by birth aik angel hai. jab bachcha paida hota hai, tarts tur ne aik kitaab likhi hai jo bohat mashhoor hui.</w:t>
      </w:r>
    </w:p>
    <w:p>
      <w:pPr>
        <w:jc w:val="right"/>
      </w:pPr>
      <w:r>
        <w:t>انسان بائے برتھ ایک اینجل ہے۔ جب بچہ پیدا ہوتا ہے، ٹارٹسٹر نے ایک کتاب لکھی ہے جو بہت مشہور ہوئی۔</w:t>
      </w:r>
    </w:p>
    <w:p>
      <w:r>
        <w:rPr>
          <w:b/>
        </w:rPr>
        <w:t xml:space="preserve">[40:11] </w:t>
      </w:r>
      <w:r>
        <w:t>is ki kitaab woh isi par base karti hai ke bachche jaise ban jao, return to boyhood. yeh yeh masle ka hal hai.</w:t>
      </w:r>
    </w:p>
    <w:p>
      <w:pPr>
        <w:jc w:val="right"/>
      </w:pPr>
      <w:r>
        <w:t>اس کی کتاب وہ اسی پر بیس کرتی ہے کہ بچے جیسے بن جاؤ، ریٹرن ٹو بوائے ہڈ۔ یہ یہ مسئلے کا حل ہے۔</w:t>
      </w:r>
    </w:p>
    <w:p>
      <w:r>
        <w:rPr>
          <w:b/>
        </w:rPr>
        <w:t xml:space="preserve">[40:21] </w:t>
      </w:r>
      <w:r>
        <w:t>bachcha kitna masoom hota hai, kitna masoom, bilkul aik aik phool ki tarah maloom hota hai. woh hai nature insan ka.</w:t>
      </w:r>
    </w:p>
    <w:p>
      <w:pPr>
        <w:jc w:val="right"/>
      </w:pPr>
      <w:r>
        <w:t>بچہ کتنا معصوم ہوتا ہے، کتنا معصوم، بالکل ایک ایک پھول کی طرح معلوم ہوتا ہے۔ وہ ہے نیچر انسان کا۔</w:t>
      </w:r>
    </w:p>
    <w:p>
      <w:r>
        <w:rPr>
          <w:b/>
        </w:rPr>
        <w:t xml:space="preserve">[40:31] </w:t>
      </w:r>
      <w:r>
        <w:t>phir mahaul mein, society mein, ghar mein, aur bohat saari baaton ke beech mein jo insan jeeta hai, to us se us par kya hota hai?</w:t>
      </w:r>
    </w:p>
    <w:p>
      <w:pPr>
        <w:jc w:val="right"/>
      </w:pPr>
      <w:r>
        <w:t>پھر ماحول میں، سوسائٹی میں، گھر میں، اور بہت ساری باتوں کے بیچ میں جو انسان جیتا ہے، تو اس سے اس پر کیا ہوتا ہے؟</w:t>
      </w:r>
    </w:p>
    <w:p>
      <w:r>
        <w:rPr>
          <w:b/>
        </w:rPr>
        <w:t xml:space="preserve">[40:40] </w:t>
      </w:r>
      <w:r>
        <w:t>is ki conditioning hoti hai. parde chartay rehte hain, parde chartay rehte hain. isi ko hatana, isi ko kaha laqad aflaha man dasaha.</w:t>
      </w:r>
    </w:p>
    <w:p>
      <w:pPr>
        <w:jc w:val="right"/>
      </w:pPr>
      <w:r>
        <w:t>اس کی کنڈیشننگ ہوتی ہے۔ پردے چڑھتے رہتے ہیں، پردے چڑھتے رہتے ہیں۔ اسی کو ہٹانا، اسی کو کہا لقد خواہ من دسہ۔</w:t>
      </w:r>
    </w:p>
    <w:p>
      <w:r>
        <w:rPr>
          <w:b/>
        </w:rPr>
        <w:t xml:space="preserve">[40:52] </w:t>
      </w:r>
      <w:r>
        <w:t>yaani woh nakaam ho gaya jis ne apni nature par parde daal liye. ghar ka parda, mahaul ka parda, idaron ka parda, political halaat ka parda, yaani sab parde hi daal hain.</w:t>
      </w:r>
    </w:p>
    <w:p>
      <w:pPr>
        <w:jc w:val="right"/>
      </w:pPr>
      <w:r>
        <w:t>یعنی وہ ناکام ہو گیا جس نے اپنی نیچر پر پردے ڈال لیے۔ گھر کا پردہ، ماحول کا پردہ، اداروں کا پردہ، پولیٹیکل حالات کا پردہ، یعنی سب پردے ہی ڈال ہیں۔</w:t>
      </w:r>
    </w:p>
    <w:p>
      <w:r>
        <w:rPr>
          <w:b/>
        </w:rPr>
        <w:t xml:space="preserve">[41:09] </w:t>
      </w:r>
      <w:r>
        <w:t>is se us ke andar negative soch aayi, us ke andar revenge aaya, tashaddud aaya. yeh sab kya hai? yeh sab out of conditioning hota hai.</w:t>
      </w:r>
    </w:p>
    <w:p>
      <w:pPr>
        <w:jc w:val="right"/>
      </w:pPr>
      <w:r>
        <w:t>اس سے اس کے اندر نیگیٹیو سوچ آئی، اس کے اندر ریونج آیا، تشدد آیا۔ یہ سب کیا ہے؟ یہ سب آؤٹ آف کنڈیشننگ ہوتا ہے۔</w:t>
      </w:r>
    </w:p>
    <w:p>
      <w:r>
        <w:rPr>
          <w:b/>
        </w:rPr>
        <w:t xml:space="preserve">[41:19] </w:t>
      </w:r>
      <w:r>
        <w:t>ke aap kisi ko suntay hain bachpan se, dost hain, dushman hain, dushman, ab gun le ke khare ho gaye marne ke liye. is ko woh hai out of conditioning. to woh aadmi fail ho gaya jis ne apne apne soul ko, apni shakhsiyat ko pollute kiya,</w:t>
      </w:r>
    </w:p>
    <w:p>
      <w:pPr>
        <w:jc w:val="right"/>
      </w:pPr>
      <w:r>
        <w:t>کہ آپ کسی کو سنتے ہیں بچپن سے، دوست ہیں، دشمن ہیں، دشمن، اب گن لے کے کھڑے ہو گئے مارنے کے لیے۔ اس کو وہ ہے آؤٹ آف کنڈیشننگ۔ تو وہ آدمی فیل ہو گیا جس نے اپنے اپنے سول کو، اپنی شخصیت کو پولیوٹ کیا،</w:t>
      </w:r>
    </w:p>
    <w:p>
      <w:r>
        <w:rPr>
          <w:b/>
        </w:rPr>
        <w:t xml:space="preserve">[41:39] </w:t>
      </w:r>
      <w:r>
        <w:t>aur woh pass ho gaya, woh kaamyaab raha. is ko jannat mile gi jis ne apne soul ko purify kiya. yahi tazkiya hai.</w:t>
      </w:r>
    </w:p>
    <w:p>
      <w:pPr>
        <w:jc w:val="right"/>
      </w:pPr>
      <w:r>
        <w:t>اور وہ پاس ہو گیا، وہ کامیاب رہا۔ اس کو جنت ملے گی جس نے اپنے سول کو پیریفائی کیا۔ یہی تزکیہ ہے۔</w:t>
      </w:r>
    </w:p>
    <w:p>
      <w:r>
        <w:rPr>
          <w:b/>
        </w:rPr>
        <w:t xml:space="preserve">[41:48] </w:t>
      </w:r>
      <w:r>
        <w:t>to purify kya hai? aap apne muhasib ban jao, introspection karo apne ko. jaise piaz hoti hai, piaz ka chhilka jo onion hota hai, us par chhilka hota hai.</w:t>
      </w:r>
    </w:p>
    <w:p>
      <w:pPr>
        <w:jc w:val="right"/>
      </w:pPr>
      <w:r>
        <w:t>تو پیریفائی کیا ہے؟ آپ اپنے محاسب بن جائیں، انٹراسپیکشن کریں اپنے کو۔ جیسے پیاز ہوتی ہے، پیاز کا چھلکا جو انین ہوتا ہے، اس پر چھلکا ہوتا ہے۔</w:t>
      </w:r>
    </w:p>
    <w:p>
      <w:r>
        <w:rPr>
          <w:b/>
        </w:rPr>
        <w:t xml:space="preserve">[42:01] </w:t>
      </w:r>
      <w:r>
        <w:t>apni is personality ko is chhilke ki tarah, us ko purify karen. ab aap aik piaz lijiye, aik onion, us ka us ke chhilke nikaliye.</w:t>
      </w:r>
    </w:p>
    <w:p>
      <w:pPr>
        <w:jc w:val="right"/>
      </w:pPr>
      <w:r>
        <w:t>اپنی اس پرسنیلٹی کو اس چھلکے کی طرح، اس کو پیوریفائی کریں۔ اب آپ ایک پیاز لیجئے، ایک انین، اس کا اس کے چھلکے نکالیے۔</w:t>
      </w:r>
    </w:p>
    <w:p>
      <w:r>
        <w:rPr>
          <w:b/>
        </w:rPr>
        <w:t xml:space="preserve">[42:11] </w:t>
      </w:r>
      <w:r>
        <w:t>aakhir mein aik core jo hai, woh mile ga. us ko ab chhota sa core, woh hai nature insan ka</w:t>
      </w:r>
    </w:p>
    <w:p>
      <w:pPr>
        <w:jc w:val="right"/>
      </w:pPr>
      <w:r>
        <w:t>آخر میں ایک کور جو ہے، وہ ملے گا۔ اس کو اب چھوٹا سا کور، وہ ہے نیچر انسان کا</w:t>
      </w:r>
    </w:p>
    <w:p>
      <w:r>
        <w:rPr>
          <w:b/>
        </w:rPr>
        <w:t xml:space="preserve">[42:16] </w:t>
      </w:r>
      <w:r>
        <w:t>. to nature ke upar is tarah pollution hota rehta hai. is pollution ko jab khatam karte jayen to aakhir mein nature reh jaye ga.</w:t>
      </w:r>
    </w:p>
    <w:p>
      <w:pPr>
        <w:jc w:val="right"/>
      </w:pPr>
      <w:r>
        <w:t>۔ تو نیچر کے اوپر اس طرح پولیوشن ہوتا رہتا ہے۔ اس پولیوشن کو جب ختم کرتے جائیں تو آخر میں نیچر رہ جائے گا۔</w:t>
      </w:r>
    </w:p>
    <w:p>
      <w:r>
        <w:rPr>
          <w:b/>
        </w:rPr>
        <w:t xml:space="preserve">[42:25] </w:t>
      </w:r>
      <w:r>
        <w:t>that is purified soul. ab isi soul ke liye jannat hai. to individual level par yeh hai, individual level par yeh hai, jis ka nuskha Quran mein yeh bataya gaya:</w:t>
      </w:r>
    </w:p>
    <w:p>
      <w:pPr>
        <w:jc w:val="right"/>
      </w:pPr>
      <w:r>
        <w:t>دیٹ از پیریفائیڈ سول۔ اب اسی سول کے لیے جنت ہے۔ تو انڈیویجول لیول پر یہ ہے، انڈیویجول لیول پر یہ ہے، جس کا نسخہ قرآن میں یہ بتایا گیا:</w:t>
      </w:r>
    </w:p>
    <w:p>
      <w:r>
        <w:rPr>
          <w:b/>
        </w:rPr>
        <w:t xml:space="preserve">[42:40] </w:t>
      </w:r>
      <w:r>
        <w:t>qad aflaha man dasaha. to aap jahan bhi rahen ge, is ghar mein rahen, tab bhi aap ki conditioning ho rahi hai.</w:t>
      </w:r>
    </w:p>
    <w:p>
      <w:pPr>
        <w:jc w:val="right"/>
      </w:pPr>
      <w:r>
        <w:t>قد افلا مند کہا وقت خواہ مندہ۔ تو آپ جہاں بھی رہیں گے، اس گھر میں رہیں، تب بھی آپ کی کنڈیشننگ ہو رہی ہے۔</w:t>
      </w:r>
    </w:p>
    <w:p>
      <w:r>
        <w:rPr>
          <w:b/>
        </w:rPr>
        <w:t xml:space="preserve">[42:48] </w:t>
      </w:r>
      <w:r>
        <w:t>jaise mein apne ghar mein tha, wohin meri conditioning ho gayi ke mein chacha ke baray mein negative ho gaya. mahaul mein ayen ge, school mein jayen ge, college mein jayen ge, har jagah aap ki conditioning hoti rahe gi.</w:t>
      </w:r>
    </w:p>
    <w:p>
      <w:pPr>
        <w:jc w:val="right"/>
      </w:pPr>
      <w:r>
        <w:t>جیسے میں اپنے گھر میں تھا، وہیں میری کنڈیشننگ ہو گئی کہ میں چچا کے بارے میں نیگیٹیو ہو گیا۔ ماحول میں آئیں گے، اسکول میں جائیں گے، کالج میں جائیں گے، ہر جگہ آپ کی کنڈیشننگ ہوتی رہے گی۔</w:t>
      </w:r>
    </w:p>
    <w:p>
      <w:r>
        <w:rPr>
          <w:b/>
        </w:rPr>
        <w:t xml:space="preserve">[43:00] </w:t>
      </w:r>
      <w:r>
        <w:t>akhbar parhen ge, is se hoti rahe gi, har cheez se. to aap ko apne aap ko purify karna hai.</w:t>
      </w:r>
    </w:p>
    <w:p>
      <w:pPr>
        <w:jc w:val="right"/>
      </w:pPr>
      <w:r>
        <w:t>اخبار پڑھیں گے، اس سے ہوتی رہے گی، ہر چیز سے۔ تو آپ کو اپنے آپ کو پیریفائی کرنا ہے۔</w:t>
      </w:r>
    </w:p>
    <w:p>
      <w:r>
        <w:rPr>
          <w:b/>
        </w:rPr>
        <w:t xml:space="preserve">[43:10] </w:t>
      </w:r>
      <w:r>
        <w:t>pichlay zamanay mein log samajhte thay ke yeh tazkiya jo hai, is ko aik qalb-e-salim samajhte thay, yaani heart based practice samajhte thay.</w:t>
      </w:r>
    </w:p>
    <w:p>
      <w:pPr>
        <w:jc w:val="right"/>
      </w:pPr>
      <w:r>
        <w:t>پچھلے زمانے میں لوگ سمجھتے تھے کہ یہ تزکیہ جو ہے، اس کو ایک ببری برقلب سمجھتے تھے، یعنی ہارٹ بیسڈ پریکٹس سمجھتے تھے۔</w:t>
      </w:r>
    </w:p>
    <w:p>
      <w:r>
        <w:rPr>
          <w:b/>
        </w:rPr>
        <w:t xml:space="preserve">[43:20] </w:t>
      </w:r>
      <w:r>
        <w:t>saaray sufia aur saaray ulama hi samajhte rahay ke dil mein aati hai burai, is dil ko saaf karo. to woh sufiyana aur mashaghal raaij hue hamaray haan.</w:t>
      </w:r>
    </w:p>
    <w:p>
      <w:pPr>
        <w:jc w:val="right"/>
      </w:pPr>
      <w:r>
        <w:t>سارے صوفیاء اور سارے علماء ہی سمجھتے رہے کہ دل میں آتی ہے برائی، اس دل کو صاف کرو۔ تو وہ صوفیانہ اور مشاغل رائج ہوئے ہمارے ہاں۔</w:t>
      </w:r>
    </w:p>
    <w:p>
      <w:r>
        <w:rPr>
          <w:b/>
        </w:rPr>
        <w:t xml:space="preserve">[43:34] </w:t>
      </w:r>
      <w:r>
        <w:t>lekin is zamanay mein yeh sabit ho chuka hai ke dil jo hai, sirf yaani circulation of blood ka zariya hai. dil mein koi sentiment nahi, koi jazbaat nahi, koi aqal nahi, koi soch nahi.</w:t>
      </w:r>
    </w:p>
    <w:p>
      <w:pPr>
        <w:jc w:val="right"/>
      </w:pPr>
      <w:r>
        <w:t>لیکن اس زمانے میں یہ ثابت ہو چکا ہے کہ دل جو ہے، صرف یعنی سرکولیشن آف بلڈ کا ذریعہ ہے۔ دل میں کوئی سینٹیمنٹ نہیں، کوئی جذبات نہیں، کوئی عقل نہیں، کوئی سوچ نہیں۔</w:t>
      </w:r>
    </w:p>
    <w:p>
      <w:r>
        <w:rPr>
          <w:b/>
        </w:rPr>
        <w:t xml:space="preserve">[43:48] </w:t>
      </w:r>
      <w:r>
        <w:t>lekin ab jo kuch soch hai, jo kuch jazbaat hain, woh sab is ka ta'alluq mind se hai. to deconditioning ka matlab hota hai mind ki deconditioning.</w:t>
      </w:r>
    </w:p>
    <w:p>
      <w:pPr>
        <w:jc w:val="right"/>
      </w:pPr>
      <w:r>
        <w:t>لیکن اب جو کچھ سوچ ہے، جو کچھ جذبات ہیں، وہ سب اس کا تعلق مائنڈ سے ہے۔ تو ڈی کنڈیشننگ کا مطلب ہوتا ہے مائنڈ کی ڈی کنڈیشننگ۔</w:t>
      </w:r>
    </w:p>
    <w:p>
      <w:r>
        <w:rPr>
          <w:b/>
        </w:rPr>
        <w:t xml:space="preserve">[44:00] </w:t>
      </w:r>
      <w:r>
        <w:t>to</w:t>
      </w:r>
    </w:p>
    <w:p>
      <w:pPr>
        <w:jc w:val="right"/>
      </w:pPr>
      <w:r>
        <w:t>تو</w:t>
      </w:r>
    </w:p>
    <w:p>
      <w:r>
        <w:rPr>
          <w:b/>
        </w:rPr>
        <w:t xml:space="preserve">[44:01] </w:t>
      </w:r>
      <w:r>
        <w:t>hazaar saal se log qalb par tawajjuh detay rahay, woh bilkul be faida, is se koi faida nahi hua. is ka misaal mein hi de raha hoon aap ko ke hazaar saal se aik conditioning hui ke Rasool Allah Sal Allahu Alaihi Wasallam ne dawat ka kaam kiya.</w:t>
      </w:r>
    </w:p>
    <w:p>
      <w:pPr>
        <w:jc w:val="right"/>
      </w:pPr>
      <w:r>
        <w:t>ہزار سال سے لوگ قلب پر توجہ دے دیتے رہے، وہ بالکل بے فائدہ، اس سے کوئی فائدہ نہیں ہوا۔ اس کا مثال میں ہی دے رہا ہوں آپ کو کہ ہزار سال سے ایک کنڈیشننگ ہوئی کہ رسول اللہ صلی اللہ علیہ وسلم نے دعوتی کام کیا۔</w:t>
      </w:r>
    </w:p>
    <w:p>
      <w:r>
        <w:rPr>
          <w:b/>
        </w:rPr>
        <w:t xml:space="preserve">[44:16] </w:t>
      </w:r>
      <w:r>
        <w:t>saara dawat-e-jahad aap ki thi, aap daa'i ila Allah thay. lekin is ke baad jab laraiyan shuru ho gayeen aur logon ki taraf se hamlay hue,</w:t>
      </w:r>
    </w:p>
    <w:p>
      <w:pPr>
        <w:jc w:val="right"/>
      </w:pPr>
      <w:r>
        <w:t>سارا دعوتی جدوجہد آپ کی تھی، آپ داعی علی اللہ تھے۔ لیکن اس کے بعد جب لڑائیاں شروع ہوگئیں اور لوگوں کی طرف سے حملے ہوئے،</w:t>
      </w:r>
    </w:p>
    <w:p>
      <w:r>
        <w:rPr>
          <w:b/>
        </w:rPr>
        <w:t xml:space="preserve">[44:30] </w:t>
      </w:r>
      <w:r>
        <w:t>aur hazaar saal tak silsila chalta raha, to musalmanon ki conditioning ho gayi. samajh len ke bas larai bhirayi asal kaam hai, sab dushman hain, sab dar-ul-harb hain, sab dar-ul-kufr hain, sab se larna hai, sab sazishain kar rahay hain, sab conspiracies kar rahay hain.</w:t>
      </w:r>
    </w:p>
    <w:p>
      <w:pPr>
        <w:jc w:val="right"/>
      </w:pPr>
      <w:r>
        <w:t>اور ہزار سال تک سلسلہ چلتا رہا، تو مسلمانوں کی کنڈیشننگ ہو گئی۔ سمجھ لیں کہ بس لڑائی بھڑائی اصل کام ہے، سب دشمن ہیں، سب داؤ الحرب ہیں، سب داؤ الکفر ہیں، سب سے لڑنا ہے، سب سازشیں کر رہے ہیں، سب کانسپریسی کر رہے ہیں۔</w:t>
      </w:r>
    </w:p>
    <w:p>
      <w:r>
        <w:rPr>
          <w:b/>
        </w:rPr>
        <w:t xml:space="preserve">[44:45] </w:t>
      </w:r>
      <w:r>
        <w:t>yeh thi universal conditioning musalmanon ki, is se bahar nahi aa sake woh. kyun? qalb par dhoom machaye hue thay.</w:t>
      </w:r>
    </w:p>
    <w:p>
      <w:pPr>
        <w:jc w:val="right"/>
      </w:pPr>
      <w:r>
        <w:t>یہ تھی یونیورسل کنڈیشننگ مسلمانوں کی، اس سے باہر نہیں آ سکے وہ۔ کیوں؟ قلب پر دھوم مچائے ہوئے تھے۔</w:t>
      </w:r>
    </w:p>
    <w:p>
      <w:r>
        <w:rPr>
          <w:b/>
        </w:rPr>
        <w:t xml:space="preserve">[44:55] </w:t>
      </w:r>
      <w:r>
        <w:t>woh yeh sara jo tazkiya ka amal tha, woh qalb base tha, mabni bar heart tha. mujhe Allah ke fazl se yeh yeh mein jaan paya ke qalb ka talluq condition, de condition kuch bhi nahi hai, tazkiya se kuch bhi nahi hai.</w:t>
      </w:r>
    </w:p>
    <w:p>
      <w:pPr>
        <w:jc w:val="right"/>
      </w:pPr>
      <w:r>
        <w:t>وہ یہ سارا جو تزکیہ کا عمل تھا، وہ قلب بیس تھا، مبنی بر ہارٹ تھا۔ مجھے اللہ کے فضل سے یہ یہ میں جان پایا کہ قلب کا تعلق کنڈیشن، ڈی کنڈیشن کچھ بھی نہیں ہے، تزکیہ سے کچھ بھی نہیں ہے۔</w:t>
      </w:r>
    </w:p>
    <w:p>
      <w:r>
        <w:rPr>
          <w:b/>
        </w:rPr>
        <w:t xml:space="preserve">[45:13] </w:t>
      </w:r>
      <w:r>
        <w:t>tazkiya ka process is ka qalb se kuch nahi talluq hai, is ka mind se talluq hai. yaani mabni bar qalb tazkiya se bahar aaya hai mein, aur mabni bar mind tazkiya yeh maine is ko discover kiya.</w:t>
      </w:r>
    </w:p>
    <w:p>
      <w:pPr>
        <w:jc w:val="right"/>
      </w:pPr>
      <w:r>
        <w:t>تزکیہ کا پراسیس اس کا قلب سے کچھ نہیں تعلق ہے، اس کا مائنڈ سے تعلق ہے۔ یعنی مبنی بر قلب تزکیہ سے باہر آیا ہے میں، اور مبنی بر مائنڈ تزکیہ یہ میں نے اس کو ڈسکور کیا۔</w:t>
      </w:r>
    </w:p>
    <w:p>
      <w:r>
        <w:rPr>
          <w:b/>
        </w:rPr>
        <w:t xml:space="preserve">[45:28] </w:t>
      </w:r>
      <w:r>
        <w:t>to hazar saala conditioning se log bahar nahi aa paye abhi tak, kyunke woh dil mein tazkiya dhoond rahe hain, aur yeh kaam to mind se hona hai.</w:t>
      </w:r>
    </w:p>
    <w:p>
      <w:pPr>
        <w:jc w:val="right"/>
      </w:pPr>
      <w:r>
        <w:t>تو ہزار سالہ کنڈیشننگ سے لوگ باہر نہیں آ پائے ابھی تک، کیونکہ وہ دل میں تزکیہ ڈھونڈ رہے ہیں، اور یہ کام تو مائنڈ سے ہونا ہے۔</w:t>
      </w:r>
    </w:p>
    <w:p>
      <w:r>
        <w:rPr>
          <w:b/>
        </w:rPr>
        <w:t xml:space="preserve">[45:38] </w:t>
      </w:r>
      <w:r>
        <w:t>yeh sochne ki baat hai ke Rasool Allah ke zamane mein dekho, aur baad ke zamane mein is ko compare kar ke dekho, compare kar ke dekho.</w:t>
      </w:r>
    </w:p>
    <w:p>
      <w:pPr>
        <w:jc w:val="right"/>
      </w:pPr>
      <w:r>
        <w:t>یہ سوچنے کی بات ہے کہ رسول اللہ کے زمانے میں دیکھو، اور بعد کے زمانے میں اس کو کمپیئر کر کے دیکھو، کمپیئر کر کے دیکھو۔</w:t>
      </w:r>
    </w:p>
    <w:p>
      <w:r>
        <w:rPr>
          <w:b/>
        </w:rPr>
        <w:t xml:space="preserve">[45:48] </w:t>
      </w:r>
      <w:r>
        <w:t>in comparison that we understand. to asal Islam woh hai jo Rasool Allah ke zamane mein tha: dawat, dawat, dawat, dawat, dawat, inzar o tafseer, inzar o tafseer, inzar o tafseer.</w:t>
      </w:r>
    </w:p>
    <w:p>
      <w:pPr>
        <w:jc w:val="right"/>
      </w:pPr>
      <w:r>
        <w:t>ان کمپیریزن دیٹ وی انڈرسٹینڈ۔ تو اصل اسلام وہ ہے جو رسول اللہ کے زمانے میں تھا: دعوت، دعوت، دعوت، دعوت، دعوت، انظار و تفسیر، انظار و تفسیر، انظار و تفسیر۔</w:t>
      </w:r>
    </w:p>
    <w:p>
      <w:r>
        <w:rPr>
          <w:b/>
        </w:rPr>
        <w:t xml:space="preserve">[45:59] </w:t>
      </w:r>
      <w:r>
        <w:t>to baad ko jo pesh aaya, woh halaat ki wajah se tha. logon ne attack kiya, logon ne hamle kiye, logon ne Islam ko mitana chaha, logon ne Quran ko mitana chaha, to laraiyan pesh aa gayeen.</w:t>
      </w:r>
    </w:p>
    <w:p>
      <w:pPr>
        <w:jc w:val="right"/>
      </w:pPr>
      <w:r>
        <w:t>تو بعد کو جو پیش آیا، وہ حالات کی وجہ سے تھا۔ لوگوں نے اٹیک کیا، لوگوں نے حملے کیے، لوگوں نے اسلام کو مٹانا چاہا، لوگوں نے قرآن کو مٹانا چاہا، تو لڑائیاں پیش آ گئیں۔</w:t>
      </w:r>
    </w:p>
    <w:p>
      <w:r>
        <w:rPr>
          <w:b/>
        </w:rPr>
        <w:t xml:space="preserve">[46:11] </w:t>
      </w:r>
      <w:r>
        <w:t>that was but natural. to mind ko aap mutharrik karte to samajhte ke bhai to woh to temporary phase tha Islam ka.</w:t>
      </w:r>
    </w:p>
    <w:p>
      <w:pPr>
        <w:jc w:val="right"/>
      </w:pPr>
      <w:r>
        <w:t>دیٹ واز بٹ نیچرل۔ تو مائنڈ کو آپ متحرک کرتے تو سمجھتے کہ بھئی تو وہ تو ٹیمپرری فیز تھا اسلام کا۔</w:t>
      </w:r>
    </w:p>
    <w:p>
      <w:r>
        <w:rPr>
          <w:b/>
        </w:rPr>
        <w:t xml:space="preserve">[46:19] </w:t>
      </w:r>
      <w:r>
        <w:t>asal phase to wohi hai jo Rasool Allah ke zamane mein tha. jo phase Rasool Allah ke zamane mein tha, inzar ka, tafseer ka, dawat ka, tablegh ka, wohi asal phase hai.</w:t>
      </w:r>
    </w:p>
    <w:p>
      <w:pPr>
        <w:jc w:val="right"/>
      </w:pPr>
      <w:r>
        <w:t>اصل فیز تو وہی ہے جو رسول اللہ کے زمانے میں تھا۔ جو فیز رسول اللہ کے زمانے میں تھا، انظار کا، تفسیر کا، دعوت کا، تبلیغ کا، وہی اصل فیز ہے۔</w:t>
      </w:r>
    </w:p>
    <w:p>
      <w:r>
        <w:rPr>
          <w:b/>
        </w:rPr>
        <w:t xml:space="preserve">[46:30] </w:t>
      </w:r>
      <w:r>
        <w:t>baad ko jo ladai bhadai shuru ho gayi, woh to temporary phase tha. ab ladai khatam ho gayi</w:t>
      </w:r>
    </w:p>
    <w:p>
      <w:pPr>
        <w:jc w:val="right"/>
      </w:pPr>
      <w:r>
        <w:t>بعد کو جو لڑائی بھڑائی شروع ہوگئی، وہ تو ٹیمپرری فیز تھا۔ اب لڑائی ختم ہوگئی</w:t>
      </w:r>
    </w:p>
    <w:p>
      <w:r>
        <w:rPr>
          <w:b/>
        </w:rPr>
        <w:t xml:space="preserve">[46:39] </w:t>
      </w:r>
      <w:r>
        <w:t>to chunke mind ko mutharrik nahi kar sake, is liye is ki conditioning bhi baqi rahi. is ko de condition karna mumkin nahi hua. woh</w:t>
      </w:r>
    </w:p>
    <w:p>
      <w:pPr>
        <w:jc w:val="right"/>
      </w:pPr>
      <w:r>
        <w:t>تو چونکہ مائنڈ کو متحرک نہیں کر سکے، اس لیے اس کی کنڈیشننگ بھی باقی رہی۔ اس کو ڈی کنڈیشن کرنا ممکن نہیں ہوا۔ وہ</w:t>
      </w:r>
    </w:p>
    <w:p>
      <w:r>
        <w:rPr>
          <w:b/>
        </w:rPr>
        <w:t xml:space="preserve">[46:48] </w:t>
      </w:r>
      <w:r>
        <w:t>saare literature, saari tehreekein, sab kuch mein bhara hua hai, yahi jihad waghera, aur dawat se khali hai. yahan tak ke dawat ke jo aham cheezein hain, jaise sabr hai, woh bhi hadaf kar diya gaya.</w:t>
      </w:r>
    </w:p>
    <w:p>
      <w:pPr>
        <w:jc w:val="right"/>
      </w:pPr>
      <w:r>
        <w:t>سارے لٹریچر، ساری تحریکیں، سب کچھ میں بھرا ہوا ہے، یہی جہاد وغیرہ، اور دعوت سے خالی ہے۔ یہاں تک کہ دعوت کے جو اہم چیزیں ہیں، جیسے صبر ہے، وہ بھی حذف کر دیا گیا۔</w:t>
      </w:r>
    </w:p>
    <w:p>
      <w:r>
        <w:rPr>
          <w:b/>
        </w:rPr>
        <w:t xml:space="preserve">[47:05] </w:t>
      </w:r>
      <w:r>
        <w:t>talif e qalb hai, woh bhi hadaf kar diya gaya. doosron se mohabbat karna hai, yeh bhi hadaf kar diya gaya. dawat ka taqaza kya hai?</w:t>
      </w:r>
    </w:p>
    <w:p>
      <w:pPr>
        <w:jc w:val="right"/>
      </w:pPr>
      <w:r>
        <w:t>تالیف قلب ہے، وہ بھی حذف کر دیا گیا۔ دوسروں سے محبت کرنا ہے، یہ بھی حذف کر دیا گیا۔ دعوت کا تقاضا کیا ہے؟</w:t>
      </w:r>
    </w:p>
    <w:p>
      <w:r>
        <w:rPr>
          <w:b/>
        </w:rPr>
        <w:t xml:space="preserve">[47:13] </w:t>
      </w:r>
      <w:r>
        <w:t>aap sabr karen. dawat ka taqaza kya hai? aap logon ki talif e qalb karen. dawat ka taqaza kya hai? doosron se mohabbat karen. aap dawat ka taqaza kya hai?</w:t>
      </w:r>
    </w:p>
    <w:p>
      <w:pPr>
        <w:jc w:val="right"/>
      </w:pPr>
      <w:r>
        <w:t>آپ صبر کریں۔ دعوت کا تقاضا کیا ہے؟ آپ لوگوں کی تالیف قلب کریں۔ دعوت کا تقاضا کیا ہے؟ دوسروں سے محبت کریں۔ آپ دعوت کا تقاضا کیا ہے؟</w:t>
      </w:r>
    </w:p>
    <w:p>
      <w:r>
        <w:rPr>
          <w:b/>
        </w:rPr>
        <w:t xml:space="preserve">[47:22] </w:t>
      </w:r>
      <w:r>
        <w:t>logon ke khair khwah banen. aap lekin jab aap ladai karte hain to yeh sab khatam ho jati hain. cheezein ladai ke maidan mein na sabr karna hai, na khair khwah banna hai, to gardanein marna hai.</w:t>
      </w:r>
    </w:p>
    <w:p>
      <w:pPr>
        <w:jc w:val="right"/>
      </w:pPr>
      <w:r>
        <w:t>لوگوں کے خیر خواہ بنیں۔ آپ لیکن جب آپ لڑائی کرتے ہیں تو یہ سب ختم ہو جاتی ہیں۔ چیزیں لڑائی کے میدان میں نہ صبر کرنا ہے، نہ خیر خواہ بننا ہے، تو گردنیں مارنا ہے۔</w:t>
      </w:r>
    </w:p>
    <w:p>
      <w:r>
        <w:rPr>
          <w:b/>
        </w:rPr>
        <w:t xml:space="preserve">[47:36] </w:t>
      </w:r>
      <w:r>
        <w:t>to qalb ke satah par log tazkiya kar rahe hain, mind ke satah par kuch bhi nahi ho raha hai. is liye woh tazkiya na hua, na de conditioning hui.</w:t>
      </w:r>
    </w:p>
    <w:p>
      <w:pPr>
        <w:jc w:val="right"/>
      </w:pPr>
      <w:r>
        <w:t>تو قلب کے سطح پر لوگ تزکیہ کر رہے ہیں، مائنڈ کے سطح پر کچھ بھی نہیں ہو رہا ہے۔ اس لیے وہ تزکیہ نہ ہوا، نہ ڈی کنڈیشننگ ہوئی۔</w:t>
      </w:r>
    </w:p>
    <w:p>
      <w:r>
        <w:rPr>
          <w:b/>
        </w:rPr>
        <w:t xml:space="preserve">[47:50] </w:t>
      </w:r>
      <w:r>
        <w:t>ab zaroorat hai ke hum, zaroorat thi ke log samjhen ke zamana badal chuka hai. ab koi hamla karne wala nahi hai. woh zamana tha delich presscution ka zamana.</w:t>
      </w:r>
    </w:p>
    <w:p>
      <w:pPr>
        <w:jc w:val="right"/>
      </w:pPr>
      <w:r>
        <w:t>اب ضرورت ہے کہ ہم، ضرورت تھی کہ لوگ سمجھیں کہ زمانہ بدل چکا ہے۔ اب کوئی حملہ کرنے والا نہیں ہے۔ وہ زمانہ تھا ڈیلچس پرسیکیوشن کا زمانہ۔</w:t>
      </w:r>
    </w:p>
    <w:p>
      <w:r>
        <w:rPr>
          <w:b/>
        </w:rPr>
        <w:t xml:space="preserve">[48:01] </w:t>
      </w:r>
      <w:r>
        <w:t>woh zamana tha ke log chahte the ke doosre deenon ko mita diya jaay</w:t>
      </w:r>
    </w:p>
    <w:p>
      <w:pPr>
        <w:jc w:val="right"/>
      </w:pPr>
      <w:r>
        <w:t>وہ زمانہ تھا کہ لوگ چاہتے تھے کہ دوسرے دینوں کو مٹا دیا جائ</w:t>
      </w:r>
    </w:p>
    <w:p>
      <w:r>
        <w:rPr>
          <w:b/>
        </w:rPr>
        <w:t xml:space="preserve">[48:04] </w:t>
      </w:r>
      <w:r>
        <w:t>e. ek hi deen rahe duniya mein: anas waldein malookahum. jo badshah ka deen hota tha, usi usi ko zinda rehne ka haq tha.</w:t>
      </w:r>
    </w:p>
    <w:p>
      <w:pPr>
        <w:jc w:val="right"/>
      </w:pPr>
      <w:r>
        <w:t>ے۔ ایک ہی دین رہے دنیا میں: اناس والدین ملوکہم۔ جو بادشاہ کا دین ہوتا تھا، اسی اسی کو زندہ رہنے کا حق تھا۔</w:t>
      </w:r>
    </w:p>
    <w:p>
      <w:r>
        <w:rPr>
          <w:b/>
        </w:rPr>
        <w:t xml:space="preserve">[48:12] </w:t>
      </w:r>
      <w:r>
        <w:t>baqi sab mita do. ab to religious freedom hai.</w:t>
      </w:r>
    </w:p>
    <w:p>
      <w:pPr>
        <w:jc w:val="right"/>
      </w:pPr>
      <w:r>
        <w:t>باقی سب مٹا دو۔ اب تو ریلیجس فریڈم ہے۔</w:t>
      </w:r>
    </w:p>
    <w:p>
      <w:r>
        <w:rPr>
          <w:b/>
        </w:rPr>
        <w:t xml:space="preserve">[48:19] </w:t>
      </w:r>
      <w:r>
        <w:t>moza jo Quomi Mutahida hai, Nations, is ke 192 member hain, 192 countries is ke member hain, aur sab ne dastakhat kiya hai ke hamare mulkon mein poori poori mazhabi azadi rahe gi.</w:t>
      </w:r>
    </w:p>
    <w:p>
      <w:pPr>
        <w:jc w:val="right"/>
      </w:pPr>
      <w:r>
        <w:t>موزہ جو اقوام متحدہ ہے، نیشنز، اس کے 192 ممبر ہیں، 192 کنٹریز اس کے ممبر ہیں، اور سب نے دستخط کیا ہے کہ ہمارے ملکوں میں پوری پوری مذہبی آزادی رہے گی۔</w:t>
      </w:r>
    </w:p>
    <w:p>
      <w:r>
        <w:rPr>
          <w:b/>
        </w:rPr>
        <w:t xml:space="preserve">[48:33] </w:t>
      </w:r>
      <w:r>
        <w:t>India mein bhi hai,</w:t>
      </w:r>
    </w:p>
    <w:p>
      <w:pPr>
        <w:jc w:val="right"/>
      </w:pPr>
      <w:r>
        <w:t>انڈیا میں بھی ہے،</w:t>
      </w:r>
    </w:p>
    <w:p>
      <w:r>
        <w:rPr>
          <w:b/>
        </w:rPr>
        <w:t xml:space="preserve">[48:35] </w:t>
      </w:r>
      <w:r>
        <w:t>India ke constitution mein bhi likha hua hai: mukammal mazhabi azadi, hatta ke tablegh ki bhi azadi. jo mazhab chahe pakriye, jis mazhab ko follow kijiye, jis mazhab ko discipline kijiye, us ki tablegh kijiye.</w:t>
      </w:r>
    </w:p>
    <w:p>
      <w:pPr>
        <w:jc w:val="right"/>
      </w:pPr>
      <w:r>
        <w:t>انڈیا کے کانسٹیٹیوشن میں بھی لکھا ہوا ہے: مکمل مذہبی آزادی، حتی کہ تبلیغ کی بھی آزادی۔ جو مذہب چاہے پکڑیے، جس مذہب کو فالو کیجئے، جس مذہب کو ڈسپلینیٹ کیجئے، اس کی تبلیغ کیجئے۔</w:t>
      </w:r>
    </w:p>
    <w:p>
      <w:r>
        <w:rPr>
          <w:b/>
        </w:rPr>
        <w:t xml:space="preserve">[48:49] </w:t>
      </w:r>
      <w:r>
        <w:t>azadi hai, mukammal azadi hai. hamare concept mein likha hua hai yeh. to saare countries jin ki tadad 192 hoti hai, unhon ne wahan sign kiya.</w:t>
      </w:r>
    </w:p>
    <w:p>
      <w:pPr>
        <w:jc w:val="right"/>
      </w:pPr>
      <w:r>
        <w:t>آزادی ہے، مکمل آزادی ہے۔ ہمارے کنسیپٹ میں لکھا ہوا ہے یہ۔ تو سارے کنٹریز جن کی تعداد 192 ہوتی ہے، انہوں نے وہاں سائن کیا۔</w:t>
      </w:r>
    </w:p>
    <w:p>
      <w:r>
        <w:rPr>
          <w:b/>
        </w:rPr>
        <w:t xml:space="preserve">[49:02] </w:t>
      </w:r>
      <w:r>
        <w:t>to ab to azadi ka daur aa gaya,</w:t>
      </w:r>
    </w:p>
    <w:p>
      <w:pPr>
        <w:jc w:val="right"/>
      </w:pPr>
      <w:r>
        <w:t>تو اب تو آزادی کا دور آ گیا،</w:t>
      </w:r>
    </w:p>
    <w:p>
      <w:r>
        <w:rPr>
          <w:b/>
        </w:rPr>
        <w:t xml:space="preserve">[49:04] </w:t>
      </w:r>
      <w:r>
        <w:t>mazhabi azadi ka zamana aa gaya, aur quom-e-mutahida ka yeh bhi faisla ho gaya ke koi kisi ko haq nahi ke doosre par hamla kare, woh siwaye defense ke.</w:t>
      </w:r>
    </w:p>
    <w:p>
      <w:pPr>
        <w:jc w:val="right"/>
      </w:pPr>
      <w:r>
        <w:t>مذہبی آزادی کا زمانہ آ گیا، اور اقوام متحدہ کا یہ بھی فیصلہ ہو گیا کہ کوئی کسی کو حق نہیں کہ دوسرے پر حملہ کرے، وہ سوائے ڈیفنس کے۔</w:t>
      </w:r>
    </w:p>
    <w:p>
      <w:r>
        <w:rPr>
          <w:b/>
        </w:rPr>
        <w:t xml:space="preserve">[49:16] </w:t>
      </w:r>
      <w:r>
        <w:t>to ab ab kis baat ke liye jihad? kis baat ke liye larai? kis baat ke liye takrao? ab to da'wati kaam karo, magar us ke liye zaroorat thi deconditioning ki.</w:t>
      </w:r>
    </w:p>
    <w:p>
      <w:pPr>
        <w:jc w:val="right"/>
      </w:pPr>
      <w:r>
        <w:t>تو اب اب کس بات کے لیے جہاد؟ کس بات کے لیے لڑائی؟ کس بات کے لیے ٹکراؤ؟ اب تو دعوتی کام کرو، مگر اس کے لیے ضرورت تھی ڈی کنڈیشننگ کی۔</w:t>
      </w:r>
    </w:p>
    <w:p>
      <w:r>
        <w:rPr>
          <w:b/>
        </w:rPr>
        <w:t xml:space="preserve">[49:27] </w:t>
      </w:r>
      <w:r>
        <w:t>hazaar saala jo zehn par rawayati jo pada hua tha, woh is ko, woh to hatana,</w:t>
      </w:r>
    </w:p>
    <w:p>
      <w:pPr>
        <w:jc w:val="right"/>
      </w:pPr>
      <w:r>
        <w:t>ہزار سالہ جو ذہن پر روایتی جو پڑا ہوا تھا، وہ اس کو، وہ تو ہٹانا،</w:t>
      </w:r>
    </w:p>
    <w:p>
      <w:r>
        <w:rPr>
          <w:b/>
        </w:rPr>
        <w:t xml:space="preserve">[49:34] </w:t>
      </w:r>
      <w:r>
        <w:t>aur phir lot lotna Rasool Allah ke zamane ki taraf. ke yeh sab jo tasawwurat bane, yeh bane is liye ke log attack karte the, log hamla karte the, mazhabi azadi nahi thi, is liye bane.</w:t>
      </w:r>
    </w:p>
    <w:p>
      <w:pPr>
        <w:jc w:val="right"/>
      </w:pPr>
      <w:r>
        <w:t>اور پھر لوٹ لوٹنا رسول اللہ کے زمانے کی طرف۔ کہ یہ سب جو تصورات بنے، یہ بنے اس لیے کہ لوگ اٹیک کرتے تھے، لوگ حملہ کرتے تھے، مذہبی آزادی نہیں تھی، اس لیے بنے۔</w:t>
      </w:r>
    </w:p>
    <w:p>
      <w:r>
        <w:rPr>
          <w:b/>
        </w:rPr>
        <w:t xml:space="preserve">[49:47] </w:t>
      </w:r>
      <w:r>
        <w:t>ab to mazhabi azadi hai, ab democracy hai,</w:t>
      </w:r>
    </w:p>
    <w:p>
      <w:pPr>
        <w:jc w:val="right"/>
      </w:pPr>
      <w:r>
        <w:t>اب تو مذہبی آزادی ہے، اب ڈیموکریسی ہے،</w:t>
      </w:r>
    </w:p>
    <w:p>
      <w:r>
        <w:rPr>
          <w:b/>
        </w:rPr>
        <w:t xml:space="preserve">[49:52] </w:t>
      </w:r>
      <w:r>
        <w:t>ab larna phirna kis liye? aur doosri taraf communication ka zamana aa gaya, printing press ka zamana aa gaya.</w:t>
      </w:r>
    </w:p>
    <w:p>
      <w:pPr>
        <w:jc w:val="right"/>
      </w:pPr>
      <w:r>
        <w:t>اب لڑنا پھرنا کس لیے؟ اور دوسری طرف کمیونیکیشن کا زمانہ آ گیا، پرنٹنگ پریس کا زمانہ آ گیا۔</w:t>
      </w:r>
    </w:p>
    <w:p>
      <w:r>
        <w:rPr>
          <w:b/>
        </w:rPr>
        <w:t xml:space="preserve">[50:02] </w:t>
      </w:r>
      <w:r>
        <w:t>yani pehle zamane mein badshah bhi aisa Quran nahi chhaap sakta tha. Musalmanon ke bade bade empire qaim the, lekin empire ke liye mumkin nahi tha aisa Quran chhaapein.</w:t>
      </w:r>
    </w:p>
    <w:p>
      <w:pPr>
        <w:jc w:val="right"/>
      </w:pPr>
      <w:r>
        <w:t>یعنی پہلے زمانے میں بادشاہ بھی ایسا قرآن نہیں چھاپ سکتا تھا۔ مسلمانوں کے بڑے بڑے ایمپائر قائم تھے، لیکن ایمپائر کے لیے ممکن نہیں تھا ایسا قرآن چھاپیں۔</w:t>
      </w:r>
    </w:p>
    <w:p>
      <w:r>
        <w:rPr>
          <w:b/>
        </w:rPr>
        <w:t xml:space="preserve">[50:13] </w:t>
      </w:r>
      <w:r>
        <w:t>woh Mughal empire, Ottoman empire, yeh empire, woh empire, koi empire aisa nahi chhaap sakta tha. kyun? ek technology nahi thi, yeh technology maujood nahi thi.</w:t>
      </w:r>
    </w:p>
    <w:p>
      <w:pPr>
        <w:jc w:val="right"/>
      </w:pPr>
      <w:r>
        <w:t>وہ مغل ایمپائر، اٹمان ایمپائر، یہ ایمپائر، وہ ایمپائر، کوئی ایمپائر ایسا نہیں چھاپ سکتا تھا۔ کیوں؟ ایک ٹیکنالوجی نہیں تھی، یہ ٹیکنالوجی موجود نہیں تھی۔</w:t>
      </w:r>
    </w:p>
    <w:p>
      <w:r>
        <w:rPr>
          <w:b/>
        </w:rPr>
        <w:t xml:space="preserve">[50:26] </w:t>
      </w:r>
      <w:r>
        <w:t>to aaj jo hai, bas samajhta hoon ke Mughal empire ke liye rote hain log, aur Ottoman empire rote hain. is se bari cheez mil chuki hai, bari cheez, is se bari cheez ke hum aisa Quran chhaap kar duniya mein phaila sakein.</w:t>
      </w:r>
    </w:p>
    <w:p>
      <w:pPr>
        <w:jc w:val="right"/>
      </w:pPr>
      <w:r>
        <w:t>تو آج جو ہے، بس سمجھتا ہوں کہ مغل ایمپائر کے لیے روتے ہیں لوگ، اور اٹمان ایمپائر روتے ہیں۔ اس سے بڑی چیز مل چکی ہے، بڑی چیز، اس سے بڑی چیز کہ ہم ایسا قرآن چھاپ کر دنیا میں پھیلا سکیں۔</w:t>
      </w:r>
    </w:p>
    <w:p>
      <w:r>
        <w:rPr>
          <w:b/>
        </w:rPr>
        <w:t xml:space="preserve">[50:40] </w:t>
      </w:r>
      <w:r>
        <w:t>kaise ajeeb log hain!</w:t>
      </w:r>
    </w:p>
    <w:p>
      <w:pPr>
        <w:jc w:val="right"/>
      </w:pPr>
      <w:r>
        <w:t>کیسے عجیب لوگ ہیں!</w:t>
      </w:r>
    </w:p>
    <w:p>
      <w:r>
        <w:rPr>
          <w:b/>
        </w:rPr>
        <w:t xml:space="preserve">[50:44] </w:t>
      </w:r>
      <w:r>
        <w:t>aaj tak koi isi ko rote hain: Mughal empire ko, Ottoman empire ko, aur Spanish, Andalus empire ko. is mein kya nahi?</w:t>
      </w:r>
    </w:p>
    <w:p>
      <w:pPr>
        <w:jc w:val="right"/>
      </w:pPr>
      <w:r>
        <w:t>آج تک کوئی اسی کو روتے ہیں: مغل ایمپائر کو، اٹمان ایمپائر کو، اور اسپینی، اندلس ایمپائر کو۔ اس میں کیا نہیں؟</w:t>
      </w:r>
    </w:p>
    <w:p>
      <w:r>
        <w:rPr>
          <w:b/>
        </w:rPr>
        <w:t xml:space="preserve">[50:54] </w:t>
      </w:r>
      <w:r>
        <w:t>aap ke paas kya tha is zamane</w:t>
      </w:r>
    </w:p>
    <w:p>
      <w:pPr>
        <w:jc w:val="right"/>
      </w:pPr>
      <w:r>
        <w:t>آپ کے پاس کیا تھا اس زمانے</w:t>
      </w:r>
    </w:p>
    <w:p>
      <w:r>
        <w:rPr>
          <w:b/>
        </w:rPr>
        <w:t xml:space="preserve">[50:55] </w:t>
      </w:r>
      <w:r>
        <w:t>mein? kuch bhi nahi tha. Khuda ki kitab, jo sab se bari cheez hai is aasman ke neeche, sab se bari cheez jo hai is aasman ke neeche, woh Khuda ki kitab hai.</w:t>
      </w:r>
    </w:p>
    <w:p>
      <w:pPr>
        <w:jc w:val="right"/>
      </w:pPr>
      <w:r>
        <w:t>میں؟ کچھ بھی نہیں تھا۔ خدا کی کتاب، جو سب سے بڑی چیز ہے اس آسمان کے نیچے، سب سے بڑی چیز جو ہے اس آسمان کے نیچے، وہ خدا کی کتاب ہے۔</w:t>
      </w:r>
    </w:p>
    <w:p>
      <w:r>
        <w:rPr>
          <w:b/>
        </w:rPr>
        <w:t xml:space="preserve">[51:06] </w:t>
      </w:r>
      <w:r>
        <w:t>is ko itna beautiful tareeqe se chhaap kar ke international language mein duniya mein pahunchana, is se bara koi kaam ho sakta hai? hazaron empire is ke muqabil kuch bhi nahi, hazaron empire ki koi qeemat nahi hai.</w:t>
      </w:r>
    </w:p>
    <w:p>
      <w:pPr>
        <w:jc w:val="right"/>
      </w:pPr>
      <w:r>
        <w:t>اس کو اتنا بیوٹی فل طریقے سے چھاپ کر کے انٹرنیشنل لینگویج میں دنیا میں پہنچانا، اس سے بڑا کوئی کام ہو سکتا ہے؟ ہزاروں ایمپائر اس کے مقابل کچھ بھی نہیں، ہزاروں ایمپائر کی کوئی قیمت نہیں ہے۔</w:t>
      </w:r>
    </w:p>
    <w:p>
      <w:r>
        <w:rPr>
          <w:b/>
        </w:rPr>
        <w:t xml:space="preserve">[51:23] </w:t>
      </w:r>
      <w:r>
        <w:t>itni bari cheez mili hui hai, lekin phir bhi shikayat, phir bhi complaint, phir bhi protest. kyun? hum jee rahe hain isi isi zamane mein. abhi tak hamari soch jo hai, yahi hai ke log sazishain karte hain, log conspiracy karte hain, log dushman bane hue hain, log hum ko mitana chahte hain.</w:t>
      </w:r>
    </w:p>
    <w:p>
      <w:pPr>
        <w:jc w:val="right"/>
      </w:pPr>
      <w:r>
        <w:t>اتنی بڑی چیز ملی ہوئی ہے، لیکن پھر بھی شکایت، پھر بھی کمپلینٹ، پھر بھی پروٹیسٹ۔ کیوں؟ ہم جی رہے ہیں اسی اسی زمانے میں۔ ابھی تک ہماری سوچ جو ہے، یہی ہے کہ لوگ سازشیں کرتے ہیں، لوگ کانسپریسی کرتے ہیں، لوگ دشمن بنے ہوئے ہیں، لوگ ہم کو مٹانا چاہتے ہیں۔</w:t>
      </w:r>
    </w:p>
    <w:p>
      <w:r>
        <w:rPr>
          <w:b/>
        </w:rPr>
        <w:t xml:space="preserve">[51:42] </w:t>
      </w:r>
      <w:r>
        <w:t>yani jhoot hai! Musalman besieged mentality mein jee rahe hain, azadi ke daur mein, democracy ke daur mein.</w:t>
      </w:r>
    </w:p>
    <w:p>
      <w:pPr>
        <w:jc w:val="right"/>
      </w:pPr>
      <w:r>
        <w:t>یعنی جھوٹ ہے! مسلمان بسیج مینٹیلٹی میں جی رہے ہیں، آزادی کے دور میں، ڈیموکریسی کے دور میں۔</w:t>
      </w:r>
    </w:p>
    <w:p>
      <w:r>
        <w:rPr>
          <w:b/>
        </w:rPr>
        <w:t xml:space="preserve">[51:51] </w:t>
      </w:r>
      <w:r>
        <w:t>main kisi mubalaghe ke baghair kehta hoon ke saare empire ek taraf, aur Quran ko itna shandar tareeqe mein chhaap kar ke communication ke zariye ko istemal kar ke duniya mein pahunchana, yeh sab doosri taraf.</w:t>
      </w:r>
    </w:p>
    <w:p>
      <w:pPr>
        <w:jc w:val="right"/>
      </w:pPr>
      <w:r>
        <w:t>میں کسی مبالغے کے بغیر کہتا ہوں کہ سارے ایمپائر ایک طرف، اور قرآن کو اتنا شاندار طریقے میں چھاپ کر کے کمیونیکیشن کے ذرائع کو استعمال کر کے دنیا میں پہنچانا، یہ سب دوسری طرف۔</w:t>
      </w:r>
    </w:p>
    <w:p>
      <w:r>
        <w:rPr>
          <w:b/>
        </w:rPr>
        <w:t xml:space="preserve">[52:05] </w:t>
      </w:r>
      <w:r>
        <w:t>communication, communication na aata to hum kaise pahunchate logon ko? tak is ko</w:t>
      </w:r>
    </w:p>
    <w:p>
      <w:pPr>
        <w:jc w:val="right"/>
      </w:pPr>
      <w:r>
        <w:t>کمیونیکیشن، کمیونیکیشن نہ آتا تو ہم کیسے پہنچاتے لوگوں کو؟ تک اس کو</w:t>
      </w:r>
    </w:p>
    <w:p>
      <w:r>
        <w:rPr>
          <w:b/>
        </w:rPr>
        <w:t xml:space="preserve">[52:10] </w:t>
      </w:r>
      <w:r>
        <w:t>to printing press aaya, communication aaya,</w:t>
      </w:r>
    </w:p>
    <w:p>
      <w:pPr>
        <w:jc w:val="right"/>
      </w:pPr>
      <w:r>
        <w:t>تو پرنٹنگ پریس آیا، کمیونیکیشن آیا،</w:t>
      </w:r>
    </w:p>
    <w:p>
      <w:r>
        <w:rPr>
          <w:b/>
        </w:rPr>
        <w:t xml:space="preserve">[52:16] </w:t>
      </w:r>
      <w:r>
        <w:t>duniya mein har taraf ek naya spirit of inquiry jaag padi. yeh mumkin hoga ke har jagah aap pahunchayein Khuda ke kalam ko.</w:t>
      </w:r>
    </w:p>
    <w:p>
      <w:pPr>
        <w:jc w:val="right"/>
      </w:pPr>
      <w:r>
        <w:t>دنیا میں ہر طرف ایک نیا اسپرٹ اف انکوائری جاگ پڑی۔ یہ ممکن ہوگا کہ ہر جگہ آپ پہنچائیں خدا کے کلام کو۔</w:t>
      </w:r>
    </w:p>
    <w:p>
      <w:r>
        <w:rPr>
          <w:b/>
        </w:rPr>
        <w:t xml:space="preserve">[52:28] </w:t>
      </w:r>
      <w:r>
        <w:t>hamare hum log jaate hain jalson mein, hamari team wahan le kar jaati hai Quran ko, woh khud hi khud le kar ke phailane lagte hain. woh humein diya, hum hum hum pahunchayein, pahunchane lagte hain.</w:t>
      </w:r>
    </w:p>
    <w:p>
      <w:pPr>
        <w:jc w:val="right"/>
      </w:pPr>
      <w:r>
        <w:t>ہمارے ہم لوگ جاتے ہیں جلسوں میں، ہماری ٹیم وہاں لے کر جاتی ہے قرآن کو، وہ خود ہی خود لے کر کے پھیلانے لگتے ہیں۔ وہ ہمیں دیا، ہم ہم ہم پہنچائیں، پہنچانے لگتے ہیں۔</w:t>
      </w:r>
    </w:p>
    <w:p>
      <w:r>
        <w:rPr>
          <w:b/>
        </w:rPr>
        <w:t xml:space="preserve">[52:37] </w:t>
      </w:r>
      <w:r>
        <w:t>yani ghair Muslim</w:t>
      </w:r>
    </w:p>
    <w:p>
      <w:pPr>
        <w:jc w:val="right"/>
      </w:pPr>
      <w:r>
        <w:t>یعنی غیر مسلم</w:t>
      </w:r>
    </w:p>
    <w:p>
      <w:r>
        <w:rPr>
          <w:b/>
        </w:rPr>
        <w:t xml:space="preserve">[52:38] </w:t>
      </w:r>
      <w:r>
        <w:t>log</w:t>
      </w:r>
    </w:p>
    <w:p>
      <w:pPr>
        <w:jc w:val="right"/>
      </w:pPr>
      <w:r>
        <w:t>لوگ</w:t>
      </w:r>
    </w:p>
    <w:p>
      <w:r>
        <w:rPr>
          <w:b/>
        </w:rPr>
        <w:t xml:space="preserve">[52:41] </w:t>
      </w:r>
      <w:r>
        <w:t>India mein bhi, India ke bahar bhi. to hazaron empire se zyada bari baat yeh hai, yeh opportunity hai. lekin hum kyun nahi samajh paate?</w:t>
      </w:r>
    </w:p>
    <w:p>
      <w:pPr>
        <w:jc w:val="right"/>
      </w:pPr>
      <w:r>
        <w:t>انڈیا میں بھی، انڈیا کے باہر بھی۔ تو ہزاروں ایمپائر سے زیادہ بڑی بات یہ ہے، یہ اپرچونیٹی ہے۔ لیکن ہم کیوں نہیں سمجھ پاتے؟</w:t>
      </w:r>
    </w:p>
    <w:p>
      <w:r>
        <w:rPr>
          <w:b/>
        </w:rPr>
        <w:t xml:space="preserve">[52:51] </w:t>
      </w:r>
      <w:r>
        <w:t>conditioning, conditioning! yani pichhle kai so saal mein hum yeh sochte rahe: yeh hamara dushman hai, woh hamare upar conspiracy kar raha hai, us ne hamare land par qabza kar liya hai.</w:t>
      </w:r>
    </w:p>
    <w:p>
      <w:pPr>
        <w:jc w:val="right"/>
      </w:pPr>
      <w:r>
        <w:t>کنڈیشننگ، کنڈیشننگ! یعنی پچھلے کئی سو سال میں ہم یہ سوچتے رہے: یہ ہمارا دشمن ہے، وہ ہمارے اوپر کانسپریسی کر رہا ہے، اس نے ہمارے لینڈ پر قبضہ کر لیا ہے۔</w:t>
      </w:r>
    </w:p>
    <w:p>
      <w:r>
        <w:rPr>
          <w:b/>
        </w:rPr>
        <w:t xml:space="preserve">[53:03] </w:t>
      </w:r>
      <w:r>
        <w:t>isi mein jeete rahe.</w:t>
      </w:r>
    </w:p>
    <w:p>
      <w:pPr>
        <w:jc w:val="right"/>
      </w:pPr>
      <w:r>
        <w:t>اسی میں جیتے رہے۔</w:t>
      </w:r>
    </w:p>
    <w:p>
      <w:r>
        <w:rPr>
          <w:b/>
        </w:rPr>
        <w:t xml:space="preserve">[53:07] </w:t>
      </w:r>
      <w:r>
        <w:t>jaise india mein mughal empire thi, angrezon ne is par qabza kiya, to sari dunya ke musalmanon ne bas dekho, dekho, yeh aggressor hai, dekho, dekho, hamare empire ko khatm kar diya unhon ne.</w:t>
      </w:r>
    </w:p>
    <w:p>
      <w:pPr>
        <w:jc w:val="right"/>
      </w:pPr>
      <w:r>
        <w:t>جیسے انڈیا میں مغل ایمپائر تھی، انگریزوں نے اس پر قبضہ کیا، تو ساری دنیا کے مسلمانوں نے بس دیکھو، دیکھو، یہ ایگریسر ہے، دیکھو، دیکھو، ہمارے ایمپائر کو ختم کر دیا انہوں نے۔</w:t>
      </w:r>
    </w:p>
    <w:p>
      <w:r>
        <w:rPr>
          <w:b/>
        </w:rPr>
        <w:t xml:space="preserve">[53:19] </w:t>
      </w:r>
      <w:r>
        <w:t>aise hi jo turki bhi thi, usmani empire, us ko khatm kar diya europi qomon ne, aur is par ro rahe hain is ke liye.</w:t>
      </w:r>
    </w:p>
    <w:p>
      <w:pPr>
        <w:jc w:val="right"/>
      </w:pPr>
      <w:r>
        <w:t>ایسے ہی جو ترکی بھی تھی، عثمانی ایمپائر، اس کو ختم کر دیا یورپی قوموں نے، اور اس پر رو رہے ہیں اس کے لیے۔</w:t>
      </w:r>
    </w:p>
    <w:p>
      <w:r>
        <w:rPr>
          <w:b/>
        </w:rPr>
        <w:t xml:space="preserve">[53:30] </w:t>
      </w:r>
      <w:r>
        <w:t>aur aaj tak isi mein jee rahe hain ke hamare empire ko khatm kar diya un log</w:t>
      </w:r>
    </w:p>
    <w:p>
      <w:pPr>
        <w:jc w:val="right"/>
      </w:pPr>
      <w:r>
        <w:t>اور آج تک اسی میں جی رہے ہیں کہ ہمارے ایمپائر کو ختم کر دیا ان لوگ</w:t>
      </w:r>
    </w:p>
    <w:p>
      <w:r>
        <w:rPr>
          <w:b/>
        </w:rPr>
        <w:t xml:space="preserve">[53:36] </w:t>
      </w:r>
      <w:r>
        <w:t>on ne, hamari hukumaton ko khatm kar diya un logon ne, hamare power ko khatm kar diya un logon ne. phir khatm kar ke is se bari cheez de di aap ko: jhonpra, chheena, aur maal de diya aap ko.</w:t>
      </w:r>
    </w:p>
    <w:p>
      <w:pPr>
        <w:jc w:val="right"/>
      </w:pPr>
      <w:r>
        <w:t>وں نے، ہماری حکومتوں کو ختم کر دیا ان لوگوں نے، ہمارے پاور کو ختم کر دیا ان لوگوں نے۔ پھر ختم کر کے اس سے بڑی چیز دے دی آپ کو: جھونپڑا، چھینا، اور مال دے دیا آپ کو۔</w:t>
      </w:r>
    </w:p>
    <w:p>
      <w:r>
        <w:rPr>
          <w:b/>
        </w:rPr>
        <w:t xml:space="preserve">[53:50] </w:t>
      </w:r>
      <w:r>
        <w:t>jhonpra, chheena, aur maal de diya aap ko.</w:t>
      </w:r>
    </w:p>
    <w:p>
      <w:pPr>
        <w:jc w:val="right"/>
      </w:pPr>
      <w:r>
        <w:t>جھونپڑا، چھینا، اور مال دے دیا آپ کو۔</w:t>
      </w:r>
    </w:p>
    <w:p>
      <w:r>
        <w:rPr>
          <w:b/>
        </w:rPr>
        <w:t xml:space="preserve">[53:55] </w:t>
      </w:r>
      <w:r>
        <w:t>modern communication, modern printing technology, modern yeh zarraye jo hain, woh is se hazaron guna, lakhon guna, billion time zyada bari cheezen hain.</w:t>
      </w:r>
    </w:p>
    <w:p>
      <w:pPr>
        <w:jc w:val="right"/>
      </w:pPr>
      <w:r>
        <w:t>ماڈرن کمیونیکیشن، ماڈرن پرنٹنگ ٹیکنالوجی، ماڈرن یہ ذرائع جو ہیں، وہ اس سے ہزاروں گنا، لاکھوں گنا، بلین ٹائم زیادہ بڑی چیزیں ہیں۔</w:t>
      </w:r>
    </w:p>
    <w:p>
      <w:r>
        <w:rPr>
          <w:b/>
        </w:rPr>
        <w:t xml:space="preserve">[54:05] </w:t>
      </w:r>
      <w:r>
        <w:t>yeh agar aap ko daawati zehn ho, kyunke daawati zehn nahi hai,</w:t>
      </w:r>
    </w:p>
    <w:p>
      <w:pPr>
        <w:jc w:val="right"/>
      </w:pPr>
      <w:r>
        <w:t>یہ اگر آپ کو دعوتی ذہن ہو، کیونکہ دعوتی ذہن نہیں ہے،</w:t>
      </w:r>
    </w:p>
    <w:p>
      <w:r>
        <w:rPr>
          <w:b/>
        </w:rPr>
        <w:t xml:space="preserve">[54:14] </w:t>
      </w:r>
      <w:r>
        <w:t>to log conditioning ko sirf isi sach pe lete hain ke ek fard ki conditioning, ek fard ka tazkiya.</w:t>
      </w:r>
    </w:p>
    <w:p>
      <w:pPr>
        <w:jc w:val="right"/>
      </w:pPr>
      <w:r>
        <w:t>تو لوگ کنڈیشننگ کو صرف اسی سچ پہ لیتے ہیں کہ ایک فرد کی کنڈیشننگ، ایک فرد کا تزکیہ۔</w:t>
      </w:r>
    </w:p>
    <w:p>
      <w:r>
        <w:rPr>
          <w:b/>
        </w:rPr>
        <w:t xml:space="preserve">[54:21] </w:t>
      </w:r>
      <w:r>
        <w:t>conditioning ke mani de de conditioning ke mani tazkiya. to ek tazkiya hai individual level par, ek hai universal level par.</w:t>
      </w:r>
    </w:p>
    <w:p>
      <w:pPr>
        <w:jc w:val="right"/>
      </w:pPr>
      <w:r>
        <w:t>کنڈیشننگ کے معنی ڈی ڈی کنڈیشننگ کے معنی تزکیہ۔ تو ایک تزکیہ ہے انڈیویجول لیول پر، ایک ہے یونیورسل لیول پر۔</w:t>
      </w:r>
    </w:p>
    <w:p>
      <w:r>
        <w:rPr>
          <w:b/>
        </w:rPr>
        <w:t xml:space="preserve">[54:31] </w:t>
      </w:r>
      <w:r>
        <w:t>sare musalmanon ko tazkiya karna hai apna ke woh is afsees se niklen, bahar ayen ke log hamare dushman hain, log log hamare khilaf, khilaf islam ko mitana chahte hain.</w:t>
      </w:r>
    </w:p>
    <w:p>
      <w:pPr>
        <w:jc w:val="right"/>
      </w:pPr>
      <w:r>
        <w:t>سارے مسلمانوں کو تزکیہ کرنا ہے اپنا کہ وہ اس افسیس سے نکلیں، باہر آئیں کہ لوگ ہمارے دشمن ہیں، لوگ لوگ ہمارے خلاف، خلاف اسلام کو مٹانا چاہتے ہیں۔</w:t>
      </w:r>
    </w:p>
    <w:p>
      <w:r>
        <w:rPr>
          <w:b/>
        </w:rPr>
        <w:t xml:space="preserve">[54:41] </w:t>
      </w:r>
      <w:r>
        <w:t>yeh jhooti baaten hain, yeh sab hain. koi islam ko mitana nahi chahta hai. woh zamana khatm ho gaya jab koi mitana chahta tha kisi ko.</w:t>
      </w:r>
    </w:p>
    <w:p>
      <w:pPr>
        <w:jc w:val="right"/>
      </w:pPr>
      <w:r>
        <w:t>یہ جھوٹی باتیں ہیں، یہ سب ہیں۔ کوئی اسلام کو مٹانا نہیں چاہتا ہے۔ وہ زمانہ ختم ہو گیا جب کوئی مٹانا چاہتا تھا کسی کو۔</w:t>
      </w:r>
    </w:p>
    <w:p>
      <w:r>
        <w:rPr>
          <w:b/>
        </w:rPr>
        <w:t xml:space="preserve">[54:52] </w:t>
      </w:r>
      <w:r>
        <w:t>yeh purane zamane ki baaten hain, yeh pichle zamane ki baaten hain jo jab log mitana chahte the kisi deen ko, kisi mazhab ko. ab to azadi hai, lekin hazar saal ki conditioning ne logon ko aisa kar diya hai ke woh soch nahi paate.</w:t>
      </w:r>
    </w:p>
    <w:p>
      <w:pPr>
        <w:jc w:val="right"/>
      </w:pPr>
      <w:r>
        <w:t>یہ پرانے زمانے کی باتیں ہیں، یہ پچھلے زمانے کی باتیں ہیں جو جب لوگ مٹانا چاہتے تھے کسی دین کو، کسی مذہب کو۔ اب تو آزادی ہے، لیکن ہزار سال کی کنڈیشننگ نے لوگوں کو ایسا کر دیا ہے کہ وہ سوچ نہیں پاتے۔</w:t>
      </w:r>
    </w:p>
    <w:p>
      <w:r>
        <w:rPr>
          <w:b/>
        </w:rPr>
        <w:t xml:space="preserve">[55:09] </w:t>
      </w:r>
      <w:r>
        <w:t>isi mein jee rahe hain aaj bhi.</w:t>
      </w:r>
    </w:p>
    <w:p>
      <w:pPr>
        <w:jc w:val="right"/>
      </w:pPr>
      <w:r>
        <w:t>اسی میں جی رہے ہیں آج بھی۔</w:t>
      </w:r>
    </w:p>
    <w:p>
      <w:r>
        <w:rPr>
          <w:b/>
        </w:rPr>
        <w:t xml:space="preserve">[55:13] </w:t>
      </w:r>
      <w:r>
        <w:t>yeh dilli mein ek bohat zabardast qism ka jalsa tha, aur top ke musalman wahan the, top ke parhe hue musalman</w:t>
      </w:r>
    </w:p>
    <w:p>
      <w:pPr>
        <w:jc w:val="right"/>
      </w:pPr>
      <w:r>
        <w:t>یہ دلی میں ایک بہت زبردست قسم کا جلسہ تھا، اور ٹاپ کے مسلمان وہاں تھے، ٹاپ کے پڑھے ہوئے مسلمان</w:t>
      </w:r>
    </w:p>
    <w:p>
      <w:r>
        <w:rPr>
          <w:b/>
        </w:rPr>
        <w:t xml:space="preserve">[55:19] </w:t>
      </w:r>
      <w:r>
        <w:t>. wahan ek bohat mashhoor aadmi taqreer ki to kya kaha ke musalman sahib muhasre mein jee rahe hain, ek siege mein jee rahe hain.</w:t>
      </w:r>
    </w:p>
    <w:p>
      <w:pPr>
        <w:jc w:val="right"/>
      </w:pPr>
      <w:r>
        <w:t>۔ وہاں ایک بہت مشہور آدمی تقریر کی تو کیا کہا کہ مسلمان صاحب محاصرے میں جی رہے ہیں، ایک سیج میں جی رہے ہیں۔</w:t>
      </w:r>
    </w:p>
    <w:p>
      <w:r>
        <w:rPr>
          <w:b/>
        </w:rPr>
        <w:t xml:space="preserve">[55:27] </w:t>
      </w:r>
      <w:r>
        <w:t>siege hai, hum hum hamara hum ko gher liya gaya hai. yeh bilkul laf baat hai, hamare darwaze khol diye gaye hain.</w:t>
      </w:r>
    </w:p>
    <w:p>
      <w:pPr>
        <w:jc w:val="right"/>
      </w:pPr>
      <w:r>
        <w:t>سیج ہے، ہم ہم ہمارا ہم کو گھیر لیا گیا ہے۔ یہ بالکل لاف بات ہے، ہمارے دروازے کھول دیے گئے ہیں۔</w:t>
      </w:r>
    </w:p>
    <w:p>
      <w:r>
        <w:rPr>
          <w:b/>
        </w:rPr>
        <w:t xml:space="preserve">[55:39] </w:t>
      </w:r>
      <w:r>
        <w:t>to ek taraf hum ko dekhiye, apni jo zaati satah par jo conditioning hamari hai, us se nikalna ke apne ko positive thinker banna, apni negativity ko khatm karna, apne andar range ki nafsiyat ko khatm karna,</w:t>
      </w:r>
    </w:p>
    <w:p>
      <w:pPr>
        <w:jc w:val="right"/>
      </w:pPr>
      <w:r>
        <w:t>تو ایک طرف ہم کو دیکھیے، اپنی جو ذاتی سطح پر جو کنڈیشننگ ہماری ہے، اس سے نکلنا کہ اپنے کو پازیٹیو تھنکر بننا، اپنی نیگیٹیوٹی کو ختم کرنا، اپنے اندر رینج کی نفسیات کو ختم کرنا،</w:t>
      </w:r>
    </w:p>
    <w:p>
      <w:r>
        <w:rPr>
          <w:b/>
        </w:rPr>
        <w:t xml:space="preserve">[55:56] </w:t>
      </w:r>
      <w:r>
        <w:t>apne andar jo khwahishon se hum maghloob ho jate hain, us ko khatm karna.</w:t>
      </w:r>
    </w:p>
    <w:p>
      <w:pPr>
        <w:jc w:val="right"/>
      </w:pPr>
      <w:r>
        <w:t>اپنے اندر جو خواہشوں سے ہم مغلوب ہو جاتے ہیں، اس کو ختم کرنا۔</w:t>
      </w:r>
    </w:p>
    <w:p>
      <w:r>
        <w:rPr>
          <w:b/>
        </w:rPr>
        <w:t xml:space="preserve">[56:03] </w:t>
      </w:r>
      <w:r>
        <w:t>yeh hai individual level par, aur poori community ke level par jo cheez hai, woh hai ke aap is is hazar saala conditioning ko khatm karen ke dunya mein koi hamara dushman nahi hai.</w:t>
      </w:r>
    </w:p>
    <w:p>
      <w:pPr>
        <w:jc w:val="right"/>
      </w:pPr>
      <w:r>
        <w:t>یہ ہے انڈیویجول لیول پر، اور پوری کمیونٹی کے لیول پر جو چیز ہے، وہ ہے کہ آپ اس اس ہزار سالہ کنڈیشننگ کو ختم کریں کہ دنیا میں کوئی ہمارا دشمن نہیں ہے۔</w:t>
      </w:r>
    </w:p>
    <w:p>
      <w:r>
        <w:rPr>
          <w:b/>
        </w:rPr>
        <w:t xml:space="preserve">[56:15] </w:t>
      </w:r>
      <w:r>
        <w:t>dunya abhi mein kal parson TV mein mein gaya to woh mujh se poocha gaya: kafir ke ka matlab kya hai?</w:t>
      </w:r>
    </w:p>
    <w:p>
      <w:pPr>
        <w:jc w:val="right"/>
      </w:pPr>
      <w:r>
        <w:t>دنیا ابھی میں کل پرسوں ٹی وی میں میں گیا تو وہ مجھ سے پوچھا گیا: کافر کے کا مطلب کیا ہے؟</w:t>
      </w:r>
    </w:p>
    <w:p>
      <w:r>
        <w:rPr>
          <w:b/>
        </w:rPr>
        <w:t xml:space="preserve">[56:24] </w:t>
      </w:r>
      <w:r>
        <w:t>kafir? main ne kaha: kafir koi hai hi nahi. abhi abhi ki baat hai,</w:t>
      </w:r>
    </w:p>
    <w:p>
      <w:pPr>
        <w:jc w:val="right"/>
      </w:pPr>
      <w:r>
        <w:t>کافر؟ میں نے کہا: کافر کوئی ہے ہی نہیں۔ ابھی ابھی کی بات ہے،</w:t>
      </w:r>
    </w:p>
    <w:p>
      <w:r>
        <w:rPr>
          <w:b/>
        </w:rPr>
        <w:t xml:space="preserve">[56:31] </w:t>
      </w:r>
      <w:r>
        <w:t>kafir koi nahi, sab insaan hain, sab insaan hain, sab insaan hain. rasool Allah ke jo munakreen the, to munkir munkir nubuwat ko kafir kaha gaya.</w:t>
      </w:r>
    </w:p>
    <w:p>
      <w:pPr>
        <w:jc w:val="right"/>
      </w:pPr>
      <w:r>
        <w:t>کافر کوئی نہیں، سب انسان ہیں، سب انسان ہیں، سب انسان ہیں۔ رسول اللہ کے جو منکرین تھے، تو منکر منکر نبوت کو کافر کہا گیا۔</w:t>
      </w:r>
    </w:p>
    <w:p>
      <w:r>
        <w:rPr>
          <w:b/>
        </w:rPr>
        <w:t xml:space="preserve">[56:41] </w:t>
      </w:r>
      <w:r>
        <w:t>quran majeed mein yaad rakhiye: kafir koi qom nahi hai, kafir koi community nahi hai, kafir koi race nahi hai, kafir koi ek ek alag koi nation nahi hai.</w:t>
      </w:r>
    </w:p>
    <w:p>
      <w:pPr>
        <w:jc w:val="right"/>
      </w:pPr>
      <w:r>
        <w:t>قرآن مجید میں یاد رکھیے: کافر کوئی قوم نہیں ہے، کافر کوئی کمیونٹی نہیں ہے، کافر کوئی ریس نہیں ہے، کافر کوئی ایک ایک الگ کوئی نیشن نہیں ہے۔</w:t>
      </w:r>
    </w:p>
    <w:p>
      <w:r>
        <w:rPr>
          <w:b/>
        </w:rPr>
        <w:t xml:space="preserve">[56:52] </w:t>
      </w:r>
      <w:r>
        <w:t>rasool Allah ke jo jo contemporary the, contemporary jo maasreen, un mein jin logon ne direct taur par rasool Allah ki baat suni</w:t>
      </w:r>
    </w:p>
    <w:p>
      <w:pPr>
        <w:jc w:val="right"/>
      </w:pPr>
      <w:r>
        <w:t>رسول اللہ کے جو جو کنٹیمپریری تھے، کنٹیمپریری جو معاصرین، ان میں جن لوگوں نے ڈائریکٹ طور پر رسول اللہ کی بات سنی</w:t>
      </w:r>
    </w:p>
    <w:p>
      <w:r>
        <w:rPr>
          <w:b/>
        </w:rPr>
        <w:t xml:space="preserve">[57:01] </w:t>
      </w:r>
      <w:r>
        <w:t>aur phir bhi inkar kiya, unhon ne woh munkir ban gaye. to munkir ke liye arbi mein kaafir hai. to kaafir ka matlab hota hai munkir-e-nubowat.</w:t>
      </w:r>
    </w:p>
    <w:p>
      <w:pPr>
        <w:jc w:val="right"/>
      </w:pPr>
      <w:r>
        <w:t>، اور پھر بھی انکار کیا، انہوں نے وہ منکر بن گئے۔ تو منکر کے لیے عربی میں کافر ہے۔ تو کافر کا مطلب ہوتا ہے منکر نبوت۔</w:t>
      </w:r>
    </w:p>
    <w:p>
      <w:r>
        <w:rPr>
          <w:b/>
        </w:rPr>
        <w:t xml:space="preserve">[57:09] </w:t>
      </w:r>
      <w:r>
        <w:t>bas aap ab jo insaan hain, ab na koi nabi hai, na koi nabi ki satah par koi iske muasir hain. ab to sab insaan hain, sab insaan hain, sab insaan hain.</w:t>
      </w:r>
    </w:p>
    <w:p>
      <w:pPr>
        <w:jc w:val="right"/>
      </w:pPr>
      <w:r>
        <w:t>بس آپ اب جو انسان ہیں، اب نہ کوئی نبی ہے، نہ کوئی نبی کی سطح پر کوئی اس کے معاصر ہیں۔ اب تو سب انسان ہیں، سب انسان ہیں، سب انسان ہیں۔</w:t>
      </w:r>
    </w:p>
    <w:p>
      <w:r>
        <w:rPr>
          <w:b/>
        </w:rPr>
        <w:t xml:space="preserve">[57:20] </w:t>
      </w:r>
      <w:r>
        <w:t>lekin log samajh nahin paate is baat ko conditioning ki wajah se. ab koi kaafir nahin hai, sab bilkul absurd baat</w:t>
      </w:r>
    </w:p>
    <w:p>
      <w:pPr>
        <w:jc w:val="right"/>
      </w:pPr>
      <w:r>
        <w:t>لیکن لوگ سمجھ نہیں پاتے اس بات کو کنڈیشننگ کی وجہ سے۔ اب کوئی کافر نہیں ہے، سب بالکل ابسٹرڈ بات</w:t>
      </w:r>
    </w:p>
    <w:p>
      <w:r>
        <w:rPr>
          <w:b/>
        </w:rPr>
        <w:t xml:space="preserve">[57:30] </w:t>
      </w:r>
      <w:r>
        <w:t>hai. ek ek aaya ke yeh musalman hain, woh kaafir hain, sab ke sab insaan hain. to is conditioning ko todna, jo is par yeh jo universal conditioning hui hai, poori poori community ki, poori poori nasal ki, saare saare musalmanon ki,</w:t>
      </w:r>
    </w:p>
    <w:p>
      <w:pPr>
        <w:jc w:val="right"/>
      </w:pPr>
      <w:r>
        <w:t>ہے۔ ایک ایک آیا کہ یہ مسلمان ہیں، وہ کافر ہیں، سب کے سب انسان ہیں۔ تو اس کنڈیشننگ کو توڑنا، جو اس پر یہ جو یونیورسل کنڈیشننگ ہوئی ہے، پوری پوری کمیونٹی کی، پوری پوری نسل کی، سارے سارے مسلمانوں کی،</w:t>
      </w:r>
    </w:p>
    <w:p>
      <w:r>
        <w:rPr>
          <w:b/>
        </w:rPr>
        <w:t xml:space="preserve">[57:47] </w:t>
      </w:r>
      <w:r>
        <w:t>tab ja kar ke aisa hoga ke hum dawat ke qabil ho gaye. tab ja kar aisa hoga ke hum Khuda ki dawati zimmedari ko poora kar saken ge. tab ja kar aisa hoga ke hum samajh sake ge ke Quran ko pahunchana yeh kitna bara.</w:t>
      </w:r>
    </w:p>
    <w:p>
      <w:pPr>
        <w:jc w:val="right"/>
      </w:pPr>
      <w:r>
        <w:t>تب جا کر کے ایسا ہوگا کہ ہم دعوت کے قابل ہو گئے۔ تب جا کر ایسا ہوگا کہ ہم خدا کی دعوتی ذمہ داری کو پورا کر سکیں گے۔ تب جا کر ایسا ہوگا کہ ہم سمجھ سکیں گے کہ قرآن کو پہنچانا یہ کتنا بڑا۔</w:t>
      </w:r>
    </w:p>
    <w:p>
      <w:r>
        <w:rPr>
          <w:b/>
        </w:rPr>
        <w:t xml:space="preserve">[58:00] </w:t>
      </w:r>
      <w:r>
        <w:t>sab se bari fatah to yahi hai,</w:t>
      </w:r>
    </w:p>
    <w:p>
      <w:pPr>
        <w:jc w:val="right"/>
      </w:pPr>
      <w:r>
        <w:t>سب سے بڑی فتح تو یہی ہے،</w:t>
      </w:r>
    </w:p>
    <w:p>
      <w:r>
        <w:rPr>
          <w:b/>
        </w:rPr>
        <w:t xml:space="preserve">[58:03] </w:t>
      </w:r>
      <w:r>
        <w:t>sab se bari fatah yeh hai ke aap Quran ko pahunchane ke qabil ho jayen logon ke samne. is se bari fatah koi bhi nahin.</w:t>
      </w:r>
    </w:p>
    <w:p>
      <w:pPr>
        <w:jc w:val="right"/>
      </w:pPr>
      <w:r>
        <w:t>سب سے بڑی فتح یہ ہے کہ آپ قرآن کو پہنچانے کے قابل ہو جائیں لوگوں کے سامنے۔ اس سے بڑی فتح کوئی بھی نہیں۔</w:t>
      </w:r>
    </w:p>
    <w:p>
      <w:r>
        <w:rPr>
          <w:b/>
        </w:rPr>
        <w:t xml:space="preserve">[58:14] </w:t>
      </w:r>
      <w:r>
        <w:t>but it requires a great deconditioning at universal level. to ek taraf hamein apni zaat ki deconditioning karni hai,</w:t>
      </w:r>
    </w:p>
    <w:p>
      <w:pPr>
        <w:jc w:val="right"/>
      </w:pPr>
      <w:r>
        <w:t>بٹ اٹ ریکوائرڈس ا گریٹ ڈی کنڈیشننگ ایٹ یونیورسل لیول۔ تو ایک طرف ہمیں اپنی ذات کی ڈی کنڈیشننگ کرنی ہے،</w:t>
      </w:r>
    </w:p>
    <w:p>
      <w:r>
        <w:rPr>
          <w:b/>
        </w:rPr>
        <w:t xml:space="preserve">[58:25] </w:t>
      </w:r>
      <w:r>
        <w:t>woh apna introspection kar ke, apna muhasba kar ke, apne khilaf soch kar ke, apne apne aap ko re-examine kar ke.</w:t>
      </w:r>
    </w:p>
    <w:p>
      <w:pPr>
        <w:jc w:val="right"/>
      </w:pPr>
      <w:r>
        <w:t>وہ اپنا انٹراسپیکشن کر کے، اپنا محاسبہ کر کے، اپنے خلاف سوچ کر کے، اپنے اپنے آپ کو ری ایگزامن کر کے۔</w:t>
      </w:r>
    </w:p>
    <w:p>
      <w:r>
        <w:rPr>
          <w:b/>
        </w:rPr>
        <w:t xml:space="preserve">[58:36] </w:t>
      </w:r>
      <w:r>
        <w:t>aur doosri taraf yeh jo conditioning hai, jis ko universal conditioning hai, saare musalman is waqt utra hain ke dawati zehan khatam ho gaya aur harifana zehan paida ho gaya.</w:t>
      </w:r>
    </w:p>
    <w:p>
      <w:pPr>
        <w:jc w:val="right"/>
      </w:pPr>
      <w:r>
        <w:t>اور دوسری طرف یہ جو کنڈیشننگ ہے، جس کو یونیورسل کنڈیشننگ ہے، سارے مسلمان اس وقت اترا ہیں کہ دعوتی ذہن ختم ہو گیا اور حریفانہ ذہن پیدا ہو گیا۔</w:t>
      </w:r>
    </w:p>
    <w:p>
      <w:r>
        <w:rPr>
          <w:b/>
        </w:rPr>
        <w:t xml:space="preserve">[58:48] </w:t>
      </w:r>
      <w:r>
        <w:t>qaumi zehan is waqt musalmanon ke zehan dawati zehan nahin hai, qaumi zehan hai.</w:t>
      </w:r>
    </w:p>
    <w:p>
      <w:pPr>
        <w:jc w:val="right"/>
      </w:pPr>
      <w:r>
        <w:t>قومی ذہن اس وقت مسلمانوں کے ذہن دعوتی ذہن نہیں ہے، قومی ذہن ہے۔</w:t>
      </w:r>
    </w:p>
    <w:p>
      <w:r>
        <w:rPr>
          <w:b/>
        </w:rPr>
        <w:t xml:space="preserve">[58:54] </w:t>
      </w:r>
      <w:r>
        <w:t>to qaumi zehan ko khatam karna yeh hai deconditioning.</w:t>
      </w:r>
    </w:p>
    <w:p>
      <w:pPr>
        <w:jc w:val="right"/>
      </w:pPr>
      <w:r>
        <w:t>تو قومی ذہن کو ختم کرنا یہ ہے ڈی کنڈیشننگ۔</w:t>
      </w:r>
    </w:p>
    <w:p>
      <w:r>
        <w:rPr>
          <w:b/>
        </w:rPr>
        <w:t xml:space="preserve">[59:00] </w:t>
      </w:r>
      <w:r>
        <w:t>is ke baghair dawat ka kaam nahin ho sakta. to main Allah taala se dua karta hoon ke woh mujh ko aap ko tofeeq de ke hum sahih andaaz se sochein aur Allah ke daai ban kar duniya mein jeen aur Allah ke daai ban kar duniya mein se jayen.</w:t>
      </w:r>
    </w:p>
    <w:p>
      <w:pPr>
        <w:jc w:val="right"/>
      </w:pPr>
      <w:r>
        <w:t>اس کے بغیر دعوت کا کام نہیں ہو سکتا۔ تو میں اللہ تعالی سے دعا کرتا ہوں کہ وہ مجھ کو آپ کو توفیق دے کہ ہم صحیح انداز سے سوچیں اور اللہ کے داعی بن کر دنیا میں جیئیں اور اللہ کے داعی بن کر دنیا میں سے جائیں۔</w:t>
      </w:r>
    </w:p>
    <w:p>
      <w:r>
        <w:rPr>
          <w:b/>
        </w:rPr>
        <w:t xml:space="preserve">[59:15] </w:t>
      </w:r>
      <w:r>
        <w:t>naqool qawlahu hadha wastaghfirullaha lakum ajmaeen.</w:t>
      </w:r>
    </w:p>
    <w:p>
      <w:pPr>
        <w:jc w:val="right"/>
      </w:pPr>
      <w:r>
        <w:t>نقول قولھذا واستغفراللہ علیکم اجمعین۔</w:t>
      </w:r>
    </w:p>
    <w:p>
      <w:r>
        <w:rPr>
          <w:b/>
        </w:rPr>
        <w:t xml:space="preserve">[59:32] </w:t>
      </w:r>
      <w:r>
        <w:t>this question is from Mr Khalid Ansari from Delhi. Adam the first man while inhabiting in paradise couldn't resist the temptation and violated God's instructions of don'ts which led to his ouster from heaven.</w:t>
      </w:r>
    </w:p>
    <w:p>
      <w:pPr>
        <w:jc w:val="right"/>
      </w:pPr>
      <w:r>
        <w:t>دس کوئسچن از فرام مسٹر خالد انصاری فرام ڈلی۔ ایڈم دا فرسٹ مین وائل انہیبٹنگ ان پیراڈائز کڈنٹ ریزسٹ دا ٹیمپٹیشن اینڈ وائلیٹڈ گاڈز انسٹرکشنز اف ڈونٹس وچ لیڈ ٹو ہز اوسٹر فرام ہیون۔</w:t>
      </w:r>
    </w:p>
    <w:p>
      <w:r>
        <w:rPr>
          <w:b/>
        </w:rPr>
        <w:t xml:space="preserve">[59:52] </w:t>
      </w:r>
      <w:r>
        <w:t>do you think Adam also lost the first chance</w:t>
      </w:r>
    </w:p>
    <w:p>
      <w:pPr>
        <w:jc w:val="right"/>
      </w:pPr>
      <w:r>
        <w:t>ڈو یو تھنک ایڈم السو لاسٹ دا فرسٹ چانس</w:t>
      </w:r>
    </w:p>
    <w:p>
      <w:r>
        <w:rPr>
          <w:b/>
        </w:rPr>
        <w:t xml:space="preserve">[59:56] </w:t>
      </w:r>
      <w:r>
        <w:t>? also had he not lost the first chance? what would have been the greater success due to availing of the first chance? haan, dekhiye yeh baat jo aap ki hai to is ka jawab Quran mein maujood hai ke Allah taala ne Adam ne toba ki.</w:t>
      </w:r>
    </w:p>
    <w:p>
      <w:pPr>
        <w:jc w:val="right"/>
      </w:pPr>
      <w:r>
        <w:t>؟ السو ہیڈ ہی ناٹ لاسٹ دا فرسٹ چانس؟ واٹ وڈ ہیو بین دا گریٹر سکسیس ڈیو ٹو اویلنگ اف دا فرسٹ چانس؟ ہاں، دیکھیے یہ بات جو آپ کی ہے تو اس کا جواب قرآن میں موجود ہے کہ اللہ تعالی نے آدم نے توبہ کیا۔</w:t>
      </w:r>
    </w:p>
    <w:p>
      <w:r>
        <w:rPr>
          <w:b/>
        </w:rPr>
        <w:t xml:space="preserve">[1:00:19] </w:t>
      </w:r>
      <w:r>
        <w:t>toba karne ke baad Allah taala ne phir Adam ko wahin pahuncha diya jahan par thay, woh</w:t>
      </w:r>
    </w:p>
    <w:p>
      <w:pPr>
        <w:jc w:val="right"/>
      </w:pPr>
      <w:r>
        <w:t>توبہ کرنے کے بعد اللہ تعالی نے پھر آدم کو وہیں پہنچا دیا جہاں پر تھے، وہ</w:t>
      </w:r>
    </w:p>
    <w:p>
      <w:r>
        <w:rPr>
          <w:b/>
        </w:rPr>
        <w:t xml:space="preserve">[1:00:25] </w:t>
      </w:r>
      <w:r>
        <w:t>goya ke first chance phir unhein ab available ho gaya. to toba ek bohat bari cheez hai, is ko musalman nahin jante. woh toba ka matlab samajhte hain: toba, toba, toba</w:t>
      </w:r>
    </w:p>
    <w:p>
      <w:pPr>
        <w:jc w:val="right"/>
      </w:pPr>
      <w:r>
        <w:t>گویا کہ فرسٹ چانس پھر انہیں اب اویلیبل ہو گیا۔ تو توبہ ایک بہت بڑی چیز ہے، اس کو مسلمان نہیں جانتے۔ وہ توبہ کا مطلب سمجھتے ہیں: توبہ، توبہ، توب</w:t>
      </w:r>
    </w:p>
    <w:p>
      <w:r>
        <w:rPr>
          <w:b/>
        </w:rPr>
        <w:t xml:space="preserve">[1:00:37] </w:t>
      </w:r>
      <w:r>
        <w:t>! yeh to mazak hai. toba ke maani hain sachcha repentance, true, true repentance.</w:t>
      </w:r>
    </w:p>
    <w:p>
      <w:pPr>
        <w:jc w:val="right"/>
      </w:pPr>
      <w:r>
        <w:t>ہ! یہ تو مذاق ہے۔ توبہ کے معنی ہیں سچا ریپنٹنس، ٹرو، ٹرو ریپنٹنس۔</w:t>
      </w:r>
    </w:p>
    <w:p>
      <w:r>
        <w:rPr>
          <w:b/>
        </w:rPr>
        <w:t xml:space="preserve">[1:00:48] </w:t>
      </w:r>
      <w:r>
        <w:t>to hadith mein aata hai ke Islam yahdimu ma qabla, yaani Allah taala ki yeh bohat bari rehmat hai, bohat bari rehmat hai ke agar koi shakhs first chance ko khoye aur us ke paas sach much us ke andar repentance aa jaye,</w:t>
      </w:r>
    </w:p>
    <w:p>
      <w:pPr>
        <w:jc w:val="right"/>
      </w:pPr>
      <w:r>
        <w:t>تو حدیث میں آتا ہے کہ الاسلام یحدم ما قبلہ، یعنی اللہ تعالی کی یہ بہت بڑی رحمت ہے، بہت بڑی رحمت ہے کہ اگر کوئی شخص فرسٹ چانس کو کھوئے اور اس کے پاس سچ مچ اس کے اندر ریپنٹنس آ جائے،</w:t>
      </w:r>
    </w:p>
    <w:p>
      <w:r>
        <w:rPr>
          <w:b/>
        </w:rPr>
        <w:t xml:space="preserve">[1:01:03] </w:t>
      </w:r>
      <w:r>
        <w:t>true repentance, to us ko phir se woh woh woh baat de di jati hai jo pehle chance ke qabl milti hai. us ko yeh Allah taala ki khususi rehmat hai, bohat bari rehmat hai.</w:t>
      </w:r>
    </w:p>
    <w:p>
      <w:pPr>
        <w:jc w:val="right"/>
      </w:pPr>
      <w:r>
        <w:t>ٹرو ریپنٹنس، تو اس کو پھر سے وہ وہ وہ بات دے دی جاتی ہے جو پہلے چانس کے قبل ملتی ہے۔ اس کو یہ اللہ تعالی کی خصوصی رحمت ہے، بہت بڑی رحمت ہے۔</w:t>
      </w:r>
    </w:p>
    <w:p>
      <w:r>
        <w:rPr>
          <w:b/>
        </w:rPr>
        <w:t xml:space="preserve">[1:01:15] </w:t>
      </w:r>
      <w:r>
        <w:t>yeh to first chance ko khona is ke liye khona hai jo bas kho kho kar ke reh jaye, wohi phir pada reh jaye.</w:t>
      </w:r>
    </w:p>
    <w:p>
      <w:pPr>
        <w:jc w:val="right"/>
      </w:pPr>
      <w:r>
        <w:t>یہ تو فرسٹ چانس کو کھونا اس کے لیے کھونا ہے جو بس کھو کھو کر کے رہ جائے، وہی پھر پڑا رہ جائے۔</w:t>
      </w:r>
    </w:p>
    <w:p>
      <w:r>
        <w:rPr>
          <w:b/>
        </w:rPr>
        <w:t xml:space="preserve">[1:01:25] </w:t>
      </w:r>
      <w:r>
        <w:t>lekin jo first chance khone ke baad toba kare, misaal ke taur par main ne yahan misaal di thi ke namaz mein ek baar takbeer-e-ula fote ho jaye to aadmi doosri baar daudta hai ke na fote hone paye.</w:t>
      </w:r>
    </w:p>
    <w:p>
      <w:pPr>
        <w:jc w:val="right"/>
      </w:pPr>
      <w:r>
        <w:t>لیکن جو فرسٹ چانس کھونے کے بعد توبہ کرے، مثال کے طور پر میں نے یہاں مثال دی تھی کہ نماز میں ایک بار تکبیر اللہ فوت ہو جائے تو آدمی دوسری بار دوڑتا ہے کہ نہ فوت ہونے پائے۔</w:t>
      </w:r>
    </w:p>
    <w:p>
      <w:r>
        <w:rPr>
          <w:b/>
        </w:rPr>
        <w:t xml:space="preserve">[1:01:39] </w:t>
      </w:r>
      <w:r>
        <w:t>bas yahan aane mein ek baar kisi ko chhoot jaye to dobara agle Sunday ko daude ke dobara na chhootne paye. yeh hai repentance, yeh hai toba.</w:t>
      </w:r>
    </w:p>
    <w:p>
      <w:pPr>
        <w:jc w:val="right"/>
      </w:pPr>
      <w:r>
        <w:t>بس یہاں آنے میں ایک بار کسی کو چھوٹ جائے تو دوبارہ اگلے سنڈے کو دوڑے کہ دوبارہ نہ چھوٹنے پائے۔ یہ ہے ریپنٹنس، یہ ہے توبہ۔</w:t>
      </w:r>
    </w:p>
    <w:p>
      <w:r>
        <w:rPr>
          <w:b/>
        </w:rPr>
        <w:t xml:space="preserve">[1:01:51] </w:t>
      </w:r>
      <w:r>
        <w:t>tauba ki tareef hi ki jati hai kitabon mein ke yeh aadmi yaani ahad kare ke dobara mein yeh galati nahi karunga.</w:t>
      </w:r>
    </w:p>
    <w:p>
      <w:pPr>
        <w:jc w:val="right"/>
      </w:pPr>
      <w:r>
        <w:t>توبہ کی تعریف ہی کی جاتی ہے کتابوں میں کہ یہ آدمی یعنی عہد کرے کہ دوبارہ میں یہ غلطی نہیں کروں گا۔</w:t>
      </w:r>
    </w:p>
    <w:p>
      <w:r>
        <w:rPr>
          <w:b/>
        </w:rPr>
        <w:t xml:space="preserve">[1:02:03] </w:t>
      </w:r>
      <w:r>
        <w:t>pakka ahad kare ke ab mein aik baat ho gaya, dobara nahi karne wala hoon. Aisa mein yeh tauba ki condition batai jati hai kitabon mein. To woh first chance khona is ke liye khona hai jo jiske andar repentance na jaage,</w:t>
      </w:r>
    </w:p>
    <w:p>
      <w:pPr>
        <w:jc w:val="right"/>
      </w:pPr>
      <w:r>
        <w:t>پکا عہد کرے کہ اب میں ایک بات ہو گیا، دوبارہ نہیں کرنے والا ہوں۔ ایسا میں یہ توبہ کی کنڈیشن بتائی جاتی ہے کتابوں میں۔ تو وہ فرسٹ چانس کھونا اس کے لیے کھونا ہے جو جس کے اندر ریپنٹنس نہ جا گئے،</w:t>
      </w:r>
    </w:p>
    <w:p>
      <w:r>
        <w:rPr>
          <w:b/>
        </w:rPr>
        <w:t xml:space="preserve">[1:02:20] </w:t>
      </w:r>
      <w:r>
        <w:t>aur yeh repentance jaage, true repentance, aur yeh is sense mein jaage ke woh yeh yaani bohat hi zabardast determination ke sath soche: ab mein aisa dobara nahi hone dunga.</w:t>
      </w:r>
    </w:p>
    <w:p>
      <w:pPr>
        <w:jc w:val="right"/>
      </w:pPr>
      <w:r>
        <w:t>اور یہ ریپنٹنس جا گئے، ٹرو ریپنٹنس، اور یہ اس سینس میں جا گئے کہ وہ یہ یعنی بہت ہی زبردست ڈیٹرمننس کے ساتھ سوچے: اب میں ایسا دوبارہ نہیں ہونے دوں گا۔</w:t>
      </w:r>
    </w:p>
    <w:p>
      <w:r>
        <w:rPr>
          <w:b/>
        </w:rPr>
        <w:t xml:space="preserve">[1:02:33] </w:t>
      </w:r>
      <w:r>
        <w:t>to phir woh Allah taala ki rehmat khaas se is ko woh sari cheezein mil jati hain jo first chance ko avail karne ke shukr mein milti hain.</w:t>
      </w:r>
    </w:p>
    <w:p>
      <w:pPr>
        <w:jc w:val="right"/>
      </w:pPr>
      <w:r>
        <w:t>تو پھر وہ اللہ تعالی کی رحمت خاص سے اس کو وہ ساری چیزیں مل جاتی ہیں جو فرسٹ چانس کو اویل کرنے کے شکر میں ملتی ہیں۔</w:t>
      </w:r>
    </w:p>
    <w:p>
      <w:r>
        <w:rPr>
          <w:b/>
        </w:rPr>
        <w:t xml:space="preserve">[1:02:41] </w:t>
      </w:r>
      <w:r>
        <w:t>isko</w:t>
      </w:r>
    </w:p>
    <w:p>
      <w:pPr>
        <w:jc w:val="right"/>
      </w:pPr>
      <w:r>
        <w:t>اس کو</w:t>
      </w:r>
    </w:p>
    <w:p>
      <w:r>
        <w:rPr>
          <w:b/>
        </w:rPr>
        <w:t xml:space="preserve">[1:02:45] </w:t>
      </w:r>
      <w:r>
        <w:t>das question is from Mr Muhammad Asif Riyaz from Patna. Maulana, you mentioned that it is mind and not heart, which does the deconditioning.</w:t>
      </w:r>
    </w:p>
    <w:p>
      <w:pPr>
        <w:jc w:val="right"/>
      </w:pPr>
      <w:r>
        <w:t>دس کوئسچن از فرام مسٹر محمد اصف ریاض فرام پٹنہ۔ مولانا، یو مینشن دیٹ اٹ از مائنڈ اینڈ ناٹ ہارٹ، وچ ڈز دا ڈی کنڈیشننگ۔</w:t>
      </w:r>
    </w:p>
    <w:p>
      <w:r>
        <w:rPr>
          <w:b/>
        </w:rPr>
        <w:t xml:space="preserve">[1:02:58] </w:t>
      </w:r>
      <w:r>
        <w:t>but in the Quran there are references to heart.</w:t>
      </w:r>
    </w:p>
    <w:p>
      <w:pPr>
        <w:jc w:val="right"/>
      </w:pPr>
      <w:r>
        <w:t>بٹ ان دا قرآن دیر ار ریفرنسز ٹو ہارٹ۔</w:t>
      </w:r>
    </w:p>
    <w:p>
      <w:r>
        <w:rPr>
          <w:b/>
        </w:rPr>
        <w:t xml:space="preserve">[1:03:02] </w:t>
      </w:r>
      <w:r>
        <w:t>for example, there is a verse in Quran which says: "I did not give to hearts to anyone." Maulana, what does it mean?</w:t>
      </w:r>
    </w:p>
    <w:p>
      <w:pPr>
        <w:jc w:val="right"/>
      </w:pPr>
      <w:r>
        <w:t>فار ایگزیمپل، دیر از ا ورس ان قرآن وچ سیز: "آئی ڈیڈ ناٹ گیو ٹو ہارٹس ٹو اینی ون۔" مولانا، واٹ ڈز اٹ مین؟</w:t>
      </w:r>
    </w:p>
    <w:p>
      <w:r>
        <w:rPr>
          <w:b/>
        </w:rPr>
        <w:t xml:space="preserve">[1:03:11] </w:t>
      </w:r>
      <w:r>
        <w:t>kindly clarify. Dekhiye, literary language hai. Yaad rakhiye, zaban mein jo ek literary style ban jata hai, woh chalta rehta hai, chalta rehta hai.</w:t>
      </w:r>
    </w:p>
    <w:p>
      <w:pPr>
        <w:jc w:val="right"/>
      </w:pPr>
      <w:r>
        <w:t>کائنڈلی کلیریفائی۔ دیکھیے، لٹریری لینگویج ہے۔ یاد رکھیے، زبان میں جو ایک لٹریری سٹائل بن جاتا ہے، وہ چلتا رہتا ہے، چلتا رہتا ہے۔</w:t>
      </w:r>
    </w:p>
    <w:p>
      <w:r>
        <w:rPr>
          <w:b/>
        </w:rPr>
        <w:t xml:space="preserve">[1:03:23] </w:t>
      </w:r>
      <w:r>
        <w:t>jaise misaal ke taur par angrezi zaban mein sare log jante hain, sare Europe mein ke heart se aadmi nahi sochta, heart mein jazbat nahi hote.</w:t>
      </w:r>
    </w:p>
    <w:p>
      <w:pPr>
        <w:jc w:val="right"/>
      </w:pPr>
      <w:r>
        <w:t>جیسے مثال کے طور پر انگریزی زبان میں سارے لوگ جانتے ہیں، سارے یورپ میں کہ ہارٹ سے آدمی نہیں سوچتا، ہارٹ میں جذبات نہیں ہوتے۔</w:t>
      </w:r>
    </w:p>
    <w:p>
      <w:r>
        <w:rPr>
          <w:b/>
        </w:rPr>
        <w:t xml:space="preserve">[1:03:34] </w:t>
      </w:r>
      <w:r>
        <w:t>lekin angrezi mein jo hai, whole heartedly kaha jata hai. Koi nahi milega aap ko angrezi mein kaha hai: "whole mindedly". Koi aisa nahi kahega.</w:t>
      </w:r>
    </w:p>
    <w:p>
      <w:pPr>
        <w:jc w:val="right"/>
      </w:pPr>
      <w:r>
        <w:t>لیکن انگریزی میں جو ہے، ہول ہارٹڈلی کہا جاتا ہے۔ کوئی نہیں ملے گا آپ کو انگریزی میں کہا ہے: "ہول مائنڈڈلی"۔ کوئی ایسا نہیں کہے گا۔</w:t>
      </w:r>
    </w:p>
    <w:p>
      <w:r>
        <w:rPr>
          <w:b/>
        </w:rPr>
        <w:t xml:space="preserve">[1:03:43] </w:t>
      </w:r>
      <w:r>
        <w:t>woh janta hai ke heart se ka taluq sirf circulation of blood se hai, lekin phir bhi whole mindedly woh kabhi nahi bolega.</w:t>
      </w:r>
    </w:p>
    <w:p>
      <w:pPr>
        <w:jc w:val="right"/>
      </w:pPr>
      <w:r>
        <w:t>وہ جانتا ہے کہ ہارٹ سے کا تعلق صرف سرکولیشن آف بلڈ سے ہے، لیکن پھر بھی ہول مائنڈڈلی وہ کبھی نہیں بولے گا۔</w:t>
      </w:r>
    </w:p>
    <w:p>
      <w:r>
        <w:rPr>
          <w:b/>
        </w:rPr>
        <w:t xml:space="preserve">[1:03:52] </w:t>
      </w:r>
      <w:r>
        <w:t>woh</w:t>
      </w:r>
    </w:p>
    <w:p>
      <w:pPr>
        <w:jc w:val="right"/>
      </w:pPr>
      <w:r>
        <w:t>وہ</w:t>
      </w:r>
    </w:p>
    <w:p>
      <w:r>
        <w:rPr>
          <w:b/>
        </w:rPr>
        <w:t xml:space="preserve">[1:03:54] </w:t>
      </w:r>
      <w:r>
        <w:t>to Quran mein jo literary literary style ban chuka tha, usi ko istemal kiya gaya hai.</w:t>
      </w:r>
    </w:p>
    <w:p>
      <w:pPr>
        <w:jc w:val="right"/>
      </w:pPr>
      <w:r>
        <w:t>تو قرآن میں جو لٹریچری لٹری سٹائل بن چکا تھا، اسی کو استعمال کیا گیا ہے۔</w:t>
      </w:r>
    </w:p>
    <w:p>
      <w:r>
        <w:rPr>
          <w:b/>
        </w:rPr>
        <w:t xml:space="preserve">[1:04:02] </w:t>
      </w:r>
      <w:r>
        <w:t>is ka matlab harghiz yeh nahi hai ke Quran ke mutabiq dil jo hai, barakat thinking hai, thinking ka barakat hai. Harghiz yeh matlab nahi hai is ka. Woh literary style hai, yeh har zaban mein hota hai aur Quran mein bhi hai.</w:t>
      </w:r>
    </w:p>
    <w:p>
      <w:pPr>
        <w:jc w:val="right"/>
      </w:pPr>
      <w:r>
        <w:t>اس کا مطلب ہرگز یہ نہیں ہے کہ قرآن کے مطابق دل جو ہے، برکت تھنکنگ ہے، تھنکنگ کا برکت ہے۔ ہرگز یہ مطلب نہیں ہے اس کا۔ وہ لٹری سٹائل ہے، یہ ہر زبان میں ہوتا ہے اور قرآن میں بھی ہے۔</w:t>
      </w:r>
    </w:p>
    <w:p>
      <w:r>
        <w:rPr>
          <w:b/>
        </w:rPr>
        <w:t xml:space="preserve">[1:04:15] </w:t>
      </w:r>
      <w:r>
        <w:t>yaad rahiye, Quran Khuda kalam hai, lekin insan ki zaban mein utra hai. Woh woh aasmani zaban mein nahi hai.</w:t>
      </w:r>
    </w:p>
    <w:p>
      <w:pPr>
        <w:jc w:val="right"/>
      </w:pPr>
      <w:r>
        <w:t>یاد رہیے، قرآن خدا کلام ہے، لیکن انسان کی زبان میں اترا ہے۔ وہ وہ آسمانی زبان میں نہیں ہے۔</w:t>
      </w:r>
    </w:p>
    <w:p>
      <w:r>
        <w:rPr>
          <w:b/>
        </w:rPr>
        <w:t xml:space="preserve">[1:04:23] </w:t>
      </w:r>
      <w:r>
        <w:t>Quran agar aasmani zaban mein hota to aap samajhte hi nahi is ko. To Khuda kalam hai, lekin woh aya hai insan ki zaban mein.</w:t>
      </w:r>
    </w:p>
    <w:p>
      <w:pPr>
        <w:jc w:val="right"/>
      </w:pPr>
      <w:r>
        <w:t>قرآن اگر آسمانی زبان میں ہوتا تو آپ سمجھتے ہی نہیں اس کو۔ تو خدا کلام ہے، لیکن وہ آیا ہے انسان کی زبان میں۔</w:t>
      </w:r>
    </w:p>
    <w:p>
      <w:r>
        <w:rPr>
          <w:b/>
        </w:rPr>
        <w:t xml:space="preserve">[1:04:31] </w:t>
      </w:r>
      <w:r>
        <w:t>to insan ka idiom, literary style is mein zaroor rahega, warna woh kuch samjhega nahi aadmi kya kya keh rahe hain. Jaise English mein koi kitab likha, us ne likha: "whole mindedly", to koi samjhega nahi is baat ko.</w:t>
      </w:r>
    </w:p>
    <w:p>
      <w:pPr>
        <w:jc w:val="right"/>
      </w:pPr>
      <w:r>
        <w:t>تو انسان کا ایڈیم، لٹری سٹائل اس میں ضرور رہے گا، ورنہ وہ کچھ سمجھے گا نہیں آدمی کیا کیا کہہ رہے ہیں۔ جیسے انگلش میں کوئی کتاب لکھا، اس نے لکھا: "ہول مائنڈڈلی"، تو کوئی سمجھے گا نہیں اس بات کو۔</w:t>
      </w:r>
    </w:p>
    <w:p>
      <w:r>
        <w:rPr>
          <w:b/>
        </w:rPr>
        <w:t xml:space="preserve">[1:04:45] </w:t>
      </w:r>
      <w:r>
        <w:t>to woh jante hue ke mind hi center hai soch ka, aap wahan par heart istemal karenge,</w:t>
      </w:r>
    </w:p>
    <w:p>
      <w:pPr>
        <w:jc w:val="right"/>
      </w:pPr>
      <w:r>
        <w:t>تو وہ جانتے ہوئے کہ مائنڈ ہی سینٹر ہے سوچ کا، آپ وہاں پر ہارٹ استعمال کریں گے،</w:t>
      </w:r>
    </w:p>
    <w:p>
      <w:r>
        <w:rPr>
          <w:b/>
        </w:rPr>
        <w:t xml:space="preserve">[1:04:52] </w:t>
      </w:r>
      <w:r>
        <w:t>whole heartedly likhenge. Yeh hai is ka matlab. Das question is from Mr Khwaja Kaleemuddin from Pennsylvania.</w:t>
      </w:r>
    </w:p>
    <w:p>
      <w:pPr>
        <w:jc w:val="right"/>
      </w:pPr>
      <w:r>
        <w:t>ہول ہارٹڈلی لکھیں گے۔ یہ ہے اس کا مطلب۔ دس کوئسچن از فرام مسٹر خواجہ کلیم الدین فرام پینسلوینیا۔</w:t>
      </w:r>
    </w:p>
    <w:p>
      <w:r>
        <w:rPr>
          <w:b/>
        </w:rPr>
        <w:t xml:space="preserve">[1:05:03] </w:t>
      </w:r>
      <w:r>
        <w:t>Maulana sahib, is there any hadith of Prophet Muhammad where he said to have said that the value of jihad is so much that a momin would want to be born again, even hundred times to do it and become shaheed hundred times in the battlefield?</w:t>
      </w:r>
    </w:p>
    <w:p>
      <w:pPr>
        <w:jc w:val="right"/>
      </w:pPr>
      <w:r>
        <w:t>مولانا صاحب، از دیر اینی حدیث آف پرافٹ محمد ویئر ہی سیڈ ٹو ہیو سیڈ دیٹ دا ویلیو آف جہاد از سو مچ دیٹ ا مومن وڈ وانٹ ٹو بی بورن اگین، ایون ہنڈرڈ ٹائمز ٹو ڈو اٹ اینڈ بیکم شہید ہنڈرڈ ٹائمز ان دا بیٹل فیلڈ؟</w:t>
      </w:r>
    </w:p>
    <w:p>
      <w:r>
        <w:rPr>
          <w:b/>
        </w:rPr>
        <w:t xml:space="preserve">[1:05:23] </w:t>
      </w:r>
      <w:r>
        <w:t>if he did say this, then what is its implication? Sahi, yeh hadith hai, maujood hai yeh hadith</w:t>
      </w:r>
    </w:p>
    <w:p>
      <w:pPr>
        <w:jc w:val="right"/>
      </w:pPr>
      <w:r>
        <w:t>اف ہی ڈیڈ سے دس، دین واٹ از اٹس ایمپلیکیشن؟ صحیح، یہ حدیث ہے، موجود ہے یہ حدیث</w:t>
      </w:r>
    </w:p>
    <w:p>
      <w:r>
        <w:rPr>
          <w:b/>
        </w:rPr>
        <w:t xml:space="preserve">[1:05:30] </w:t>
      </w:r>
      <w:r>
        <w:t>, lekin yeh hadith jo hai, yeh woh hai yaani absolute sense mein nahi hai. Jis waqt ladai ho rahi thi, jis waqt Islam par attack kiya kiya gaya tha, Islam ko mitane mitaya ja raha tha, us waqt wahi tha jihad ka istemal.</w:t>
      </w:r>
    </w:p>
    <w:p>
      <w:pPr>
        <w:jc w:val="right"/>
      </w:pPr>
      <w:r>
        <w:t>، لیکن یہ حدیث جو ہے، یہ وہ ہے یعنی ابسولیوٹ سینس میں نہیں ہے۔ جس وقت لڑائی ہو رہی تھی، جس وقت اسلام پر اٹیک کیا کیا گیا تھا، اسلام کو مٹانے مٹایا جا رہا تھا، اس وقت وہی تھا جہاد کا استعمال۔</w:t>
      </w:r>
    </w:p>
    <w:p>
      <w:r>
        <w:rPr>
          <w:b/>
        </w:rPr>
        <w:t xml:space="preserve">[1:05:49] </w:t>
      </w:r>
      <w:r>
        <w:t>aaj nahi hai woh. Aaj is hadith ko hum redefine karenge.</w:t>
      </w:r>
    </w:p>
    <w:p>
      <w:pPr>
        <w:jc w:val="right"/>
      </w:pPr>
      <w:r>
        <w:t>آج نہیں ہے وہ۔ آج اس حدیث کو ہم ری ڈیفائن کریں گے۔</w:t>
      </w:r>
    </w:p>
    <w:p>
      <w:r>
        <w:rPr>
          <w:b/>
        </w:rPr>
        <w:t xml:space="preserve">[1:05:55] </w:t>
      </w:r>
      <w:r>
        <w:t>us waqt hadith ka application Badr aur Uhud ke reference mein hota tha, ab is hadith ka reference hoga dawat ke is mein hoga, aaj dedication ke sense mein hoga, apne aap ko Islam ki dawat ke liye sacrifice karne ke sense mein hoga.</w:t>
      </w:r>
    </w:p>
    <w:p>
      <w:pPr>
        <w:jc w:val="right"/>
      </w:pPr>
      <w:r>
        <w:t>اس وقت حدیث کا ایپلیکیشن بدر اور عرین کے ریفرنس میں ہوتا تھا، اب اس حدیث کا ریفرنس ہوگا دعوت کے اس میں ہوگا، آج ڈیڈیکیشن کے سینس میں ہوگا، اپنے آپ کو اسلام کی دعوت کے لیے سیکریفائس کرنے کے سینس میں ہوگا۔</w:t>
      </w:r>
    </w:p>
    <w:p>
      <w:r>
        <w:rPr>
          <w:b/>
        </w:rPr>
        <w:t xml:space="preserve">[1:06:13] </w:t>
      </w:r>
      <w:r>
        <w:t>to hadith sahih hai, main manta hoon woh sahih hai hadith, lekin woh absolute sense mein nahi hai. is ko redefine karna hoga aur redefine karne ka kaam hamesha kiya gaya hai.</w:t>
      </w:r>
    </w:p>
    <w:p>
      <w:pPr>
        <w:jc w:val="right"/>
      </w:pPr>
      <w:r>
        <w:t>تو حدیث صحیح ہے، میں مانتا ہوں وہ صحیح ہے حدیث، لیکن وہ ابسولیوٹ سینس میں نہیں ہے۔ اس کو ری ڈیفائن کرنا ہوگا اور ری ڈیفائن کرنے کا کام ہمیشہ کیا گیا ہے۔</w:t>
      </w:r>
    </w:p>
    <w:p>
      <w:r>
        <w:rPr>
          <w:b/>
        </w:rPr>
        <w:t xml:space="preserve">[1:06:24] </w:t>
      </w:r>
      <w:r>
        <w:t>main misaal deta hoon aap ko ke quran mein hai ke woh man rasool Allah ne farmaya ke tum jante ho quwwat kya hai?</w:t>
      </w:r>
    </w:p>
    <w:p>
      <w:pPr>
        <w:jc w:val="right"/>
      </w:pPr>
      <w:r>
        <w:t>میں مثال دیتا ہوں آپ کو کہ قرآن میں ہے کہ وہ من رسول اللہ نے فرمایا کہ تم جانتے ہو قوت کیا ہے؟</w:t>
      </w:r>
    </w:p>
    <w:p>
      <w:r>
        <w:rPr>
          <w:b/>
        </w:rPr>
        <w:t xml:space="preserve">[1:06:37] </w:t>
      </w:r>
      <w:r>
        <w:t>aap ne farmaya: "ala in al-quwwat al-ram". Allah "ala in al-quwwat al-ram" yaani quran mein kaha gaya hai ke tum log apne apne mukhalifeen ke muqable mein quwwat faraham karo, taqat faraham karo.</w:t>
      </w:r>
    </w:p>
    <w:p>
      <w:pPr>
        <w:jc w:val="right"/>
      </w:pPr>
      <w:r>
        <w:t>آپ نے فرمایا: "الا ان القوۃ الرم"۔ اللہ "الا ان القوۃ الرم" یعنی قرآن میں کہا گیا ہے کہ تم لوگ اپنے اپنے مخالفین کے مقابلے میں قوت فراہم کرو، طاقت فراہم کرو۔</w:t>
      </w:r>
    </w:p>
    <w:p>
      <w:r>
        <w:rPr>
          <w:b/>
        </w:rPr>
        <w:t xml:space="preserve">[1:06:52] </w:t>
      </w:r>
      <w:r>
        <w:t>aur hadith mein kaha gaya hai ke taqat ka matlab kya hai? teer maarna, teer maarna, teer maarna. to aaj koi karega is ko ke teer kaman le kar ke apne fouj ko musallah kare?</w:t>
      </w:r>
    </w:p>
    <w:p>
      <w:pPr>
        <w:jc w:val="right"/>
      </w:pPr>
      <w:r>
        <w:t>اور حدیث میں کہا گیا ہے کہ طاقت کا مطلب کیا ہے؟ تیر مارنا، تیر مارنا، تیر مارنا۔ تو آج کوئی کرے گا اس کو کہ تیر کمان لے کر کے اپنے فوج کو مسلح کرے؟</w:t>
      </w:r>
    </w:p>
    <w:p>
      <w:r>
        <w:rPr>
          <w:b/>
        </w:rPr>
        <w:t xml:space="preserve">[1:07:03] </w:t>
      </w:r>
      <w:r>
        <w:t>is se kaun karta hai aisa? aaj koi dunya ki country aisa nahi hai, muslim country jo apni fouj ko teer kaman se musallah kare.</w:t>
      </w:r>
    </w:p>
    <w:p>
      <w:pPr>
        <w:jc w:val="right"/>
      </w:pPr>
      <w:r>
        <w:t>اس سے کون کرتا ہے ایسا؟ آج کوئی دنیا کی کنٹری ایسا نہیں ہے، مسلم کنٹری جو اپنی فوج کو تیر کمان سے مسلح کرے۔</w:t>
      </w:r>
    </w:p>
    <w:p>
      <w:r>
        <w:rPr>
          <w:b/>
        </w:rPr>
        <w:t xml:space="preserve">[1:07:13] </w:t>
      </w:r>
      <w:r>
        <w:t>to wahan unhon ne redefine kiya is hadith ko, redefine kiya.</w:t>
      </w:r>
    </w:p>
    <w:p>
      <w:pPr>
        <w:jc w:val="right"/>
      </w:pPr>
      <w:r>
        <w:t>تو وہاں انہوں نے ری ڈیفائن کیا اس حدیث کو، ری ڈیفائن کیا۔</w:t>
      </w:r>
    </w:p>
    <w:p>
      <w:r>
        <w:rPr>
          <w:b/>
        </w:rPr>
        <w:t xml:space="preserve">[1:07:19] </w:t>
      </w:r>
      <w:r>
        <w:t>to hadithon ko redefine karne ka kaam sabhi log karte hain, lekin collective sense mein karte hain, kahin karte hain, kahin nahi karte.</w:t>
      </w:r>
    </w:p>
    <w:p>
      <w:pPr>
        <w:jc w:val="right"/>
      </w:pPr>
      <w:r>
        <w:t>تو حدیثوں کو ری ڈیفائن کرنے کا کام سبھی لوگ کرتے ہیں، لیکن کلیکٹیو سینس میں کرتے ہیں، کہیں کرتے ہیں، کہیں نہیں کرتے۔</w:t>
      </w:r>
    </w:p>
    <w:p>
      <w:r>
        <w:rPr>
          <w:b/>
        </w:rPr>
        <w:t xml:space="preserve">[1:07:30] </w:t>
      </w:r>
      <w:r>
        <w:t>main kehta hoon ke jis tarah se aap ne wahan redefine kiya, "ala in al-quwwat al-ram" ke is mein redefine kiya ke aaj aap aap ko maloom hai turkey mein yeh pesh aa chuka hai.</w:t>
      </w:r>
    </w:p>
    <w:p>
      <w:pPr>
        <w:jc w:val="right"/>
      </w:pPr>
      <w:r>
        <w:t>میں کہتا ہوں کہ جس طرح سے آپ نے وہاں ری ڈیفائن کیا، "الا ان القوۃ الرم" کے اس میں ری ڈیفائن کیا کہ آج آپ آپ کو معلوم ہے ترکی میں یہ پیش آ چکا ہے۔</w:t>
      </w:r>
    </w:p>
    <w:p>
      <w:r>
        <w:rPr>
          <w:b/>
        </w:rPr>
        <w:t xml:space="preserve">[1:07:41] </w:t>
      </w:r>
      <w:r>
        <w:t>turkey mein aisa hua ke wahan ke ulama, jo traditional ulama the, riwayat parast, unhon ne keh diya ke nahi, hum to wohi talwar wali ladaai ladenge. bada hungama hua hua, aakhir fatwa diya gaya ke nahi, hum is ko aaj ke hathyar se apni fouj ko musallah karenge.</w:t>
      </w:r>
    </w:p>
    <w:p>
      <w:pPr>
        <w:jc w:val="right"/>
      </w:pPr>
      <w:r>
        <w:t>ترکی میں ایسا ہوا کہ وہاں کے علماء، جو ٹریڈیشنل علماء تھے، روایت پرست، انہوں نے کہہ دیا کہ نہیں، ہم تو وہی تلوار والی لڑائی لڑیں گے۔ بڑا ہنگامہ ہوا ہوا، آخر فتوی دیا گیا کہ نہیں، ہم اس کو آج کے ہتھیار سے اپنی فوج کو مسلح کریں گے۔</w:t>
      </w:r>
    </w:p>
    <w:p>
      <w:r>
        <w:rPr>
          <w:b/>
        </w:rPr>
        <w:t xml:space="preserve">[1:08:02] </w:t>
      </w:r>
      <w:r>
        <w:t>to chunancha wahan ki, wahan ke, wahan ki fouj jo thi turkey ki, woh is ko modernize kiya gaya.</w:t>
      </w:r>
    </w:p>
    <w:p>
      <w:pPr>
        <w:jc w:val="right"/>
      </w:pPr>
      <w:r>
        <w:t>تو چنانچہ وہاں کی، وہاں کے، وہاں کی فوج جو تھی ترکی کی، وہ اس کو ماڈرنائز کیا گیا۔</w:t>
      </w:r>
    </w:p>
    <w:p>
      <w:r>
        <w:rPr>
          <w:b/>
        </w:rPr>
        <w:t xml:space="preserve">[1:08:08] </w:t>
      </w:r>
      <w:r>
        <w:t>to yeh jab aap redefine karne ke principle ko apply karte hain, doosre mamlaat yahan pe apply kijiye. to behal main yeh kahunga ke jab jang pesh aa rahi thi, jab islam ko mitane ke liye log tal gaye the,</w:t>
      </w:r>
    </w:p>
    <w:p>
      <w:pPr>
        <w:jc w:val="right"/>
      </w:pPr>
      <w:r>
        <w:t>تو یہ جب آپ ری ڈیفائن کرنے کے پرنسپل کو اپلائی کرتے ہیں، دوسرے معاملات یہاں پہ اپلائی کیجئے۔ تو بہرحال میں یہ کہوں گا کہ جب جنگ پیش آ رہی تھی، جب اسلام کو مٹانے کے لیے لوگ تل گئے تھے،</w:t>
      </w:r>
    </w:p>
    <w:p>
      <w:r>
        <w:rPr>
          <w:b/>
        </w:rPr>
        <w:t xml:space="preserve">[1:08:25] </w:t>
      </w:r>
      <w:r>
        <w:t>us waqt is ka application woh tha. aaj application doosra hai. aaj dawat ke rastay mein aap ko dedicate karna hai, apne aap ko dawat ke liye, apne aap ko sacrifice dena hai, dawat ke liye apni apni energy ko</w:t>
      </w:r>
    </w:p>
    <w:p>
      <w:pPr>
        <w:jc w:val="right"/>
      </w:pPr>
      <w:r>
        <w:t>اس وقت اس کا ایپلیکیشن وہ تھا۔ آج ایپلیکیشن دوسرا ہے۔ آج دعوت کے راستے میں آپ کو ڈیڈیکیٹ کرنا ہے، اپنے آپ کو دعوت کے لیے، اپنے آپ کو سیکریفائس دینا ہے، دعوت کے لیے اپنی اپنی انرجی کو</w:t>
      </w:r>
    </w:p>
    <w:p>
      <w:r>
        <w:rPr>
          <w:b/>
        </w:rPr>
        <w:t xml:space="preserve">[1:08:37] </w:t>
      </w:r>
      <w:r>
        <w:t>kharch karna hai. yeh aaj ke lehaz se hoga. is ka matlab</w:t>
      </w:r>
    </w:p>
    <w:p>
      <w:pPr>
        <w:jc w:val="right"/>
      </w:pPr>
      <w:r>
        <w:t>خرچ کرنا ہے۔ یہ آج کے لحاظ سے ہوگا۔ اس کا مطلب</w:t>
      </w:r>
    </w:p>
    <w:p>
      <w:r>
        <w:rPr>
          <w:b/>
        </w:rPr>
        <w:t xml:space="preserve">[1:08:44] </w:t>
      </w:r>
      <w:r>
        <w:t>das question is from mr athar shamsi from delhi. maulana, is criticism a blessing? kindly explain.</w:t>
      </w:r>
    </w:p>
    <w:p>
      <w:pPr>
        <w:jc w:val="right"/>
      </w:pPr>
      <w:r>
        <w:t>دس کوئسچن از فرام مسٹر اطہر شمسی فرام ڈلی۔ مولانا، از کریٹیسزم ا بلیسنگ؟ کائنڈلی ایکسپلین۔</w:t>
      </w:r>
    </w:p>
    <w:p>
      <w:r>
        <w:rPr>
          <w:b/>
        </w:rPr>
        <w:t xml:space="preserve">[1:08:55] </w:t>
      </w:r>
      <w:r>
        <w:t>main to kahunga super blessing hai,</w:t>
      </w:r>
    </w:p>
    <w:p>
      <w:pPr>
        <w:jc w:val="right"/>
      </w:pPr>
      <w:r>
        <w:t>میں تو کہوں گا سپر بلیسنگ ہے،</w:t>
      </w:r>
    </w:p>
    <w:p>
      <w:r>
        <w:rPr>
          <w:b/>
        </w:rPr>
        <w:t xml:space="preserve">[1:09:00] </w:t>
      </w:r>
      <w:r>
        <w:t>kyun ke criticism jo hai, wohi to aap ko batati hai ke aap kaise apne ko decondition karein.</w:t>
      </w:r>
    </w:p>
    <w:p>
      <w:pPr>
        <w:jc w:val="right"/>
      </w:pPr>
      <w:r>
        <w:t>کیونکہ کریٹیسزم جو ہے، وہی تو آپ کو بتاتی ہے کہ آپ کیسے اپنے کو ڈی کنڈیشن کریں۔</w:t>
      </w:r>
    </w:p>
    <w:p>
      <w:r>
        <w:rPr>
          <w:b/>
        </w:rPr>
        <w:t xml:space="preserve">[1:09:07] </w:t>
      </w:r>
      <w:r>
        <w:t>jaise ek aaina hai, aaine mein aap ne dekha apne chehre ko, aur aaine mein laga ke aap ko yahan par ek dhabba pad gaya hai kisi cheez ka, to aap aaine ko bohat hi shukriya ada karte hain ke is ne bata diya, aur jaldi se aap ko safai karte hain.</w:t>
      </w:r>
    </w:p>
    <w:p>
      <w:pPr>
        <w:jc w:val="right"/>
      </w:pPr>
      <w:r>
        <w:t>جیسے ایک آئینہ ہے، آئینے میں آپ نے دیکھا اپنے چہرے کو، اور آئینے میں لگا کہ آپ کو یہاں پر ایک دھبہ پڑ گیا ہے کسی چیز کا، تو آپ آئینے کو بہت ہی شکریہ ادا کرتے ہیں کہ اس نے بتا دیا، اور جلدی سے آپ کو صفائی کرتے ہیں۔</w:t>
      </w:r>
    </w:p>
    <w:p>
      <w:r>
        <w:rPr>
          <w:b/>
        </w:rPr>
        <w:t xml:space="preserve">[1:09:24] </w:t>
      </w:r>
      <w:r>
        <w:t>is ki aisi aap ko jo critic hai, jo naqid hai, uska shukriya karna chahiye ke is ne aap ki ek kamzori ko bataya.</w:t>
      </w:r>
    </w:p>
    <w:p>
      <w:pPr>
        <w:jc w:val="right"/>
      </w:pPr>
      <w:r>
        <w:t>اس کی ایسی آپ کو جو کریٹیک ہے، جو ناقد ہے، اس کا شکریہ کرنا چاہیے کہ اس نے آپ کی ایک کمزوری کو بتایا۔</w:t>
      </w:r>
    </w:p>
    <w:p>
      <w:r>
        <w:rPr>
          <w:b/>
        </w:rPr>
        <w:t xml:space="preserve">[1:09:36] </w:t>
      </w:r>
      <w:r>
        <w:t>hazrat umar ne kaha tha ke woh rahimullah imran aayubi,</w:t>
      </w:r>
    </w:p>
    <w:p>
      <w:pPr>
        <w:jc w:val="right"/>
      </w:pPr>
      <w:r>
        <w:t>حضرت عمر نے کہا تھا کہ وہ رحم اللہ عمران اعدی ایوبی،</w:t>
      </w:r>
    </w:p>
    <w:p>
      <w:r>
        <w:rPr>
          <w:b/>
        </w:rPr>
        <w:t xml:space="preserve">[1:09:45] </w:t>
      </w:r>
      <w:r>
        <w:t>Allah is par reham kare jo mere aib ka tohfa mujhe bhejhe. yaani critic ko unhon ne aisa darja diya ke woh mere aib ka tohfa mujhe bhej raha hai.</w:t>
      </w:r>
    </w:p>
    <w:p>
      <w:pPr>
        <w:jc w:val="right"/>
      </w:pPr>
      <w:r>
        <w:t>اللہ اس پر رحم کرے جو میرے عیب کا تحفہ مجھے بھیجے۔ یعنی کریٹیک کو انہوں نے ایسا درجہ دیا کہ وہ اپنے میرے عیب کا تحفہ مجھے بھیج رہا ہے۔</w:t>
      </w:r>
    </w:p>
    <w:p>
      <w:r>
        <w:rPr>
          <w:b/>
        </w:rPr>
        <w:t xml:space="preserve">[1:09:57] </w:t>
      </w:r>
      <w:r>
        <w:t>to jis tarah se aap aaine ka shukriya ada karte hain aur jaldi se is ki criticism ko maan lete hain, aise hi doosre mamlaat mein se kijiye.</w:t>
      </w:r>
    </w:p>
    <w:p>
      <w:pPr>
        <w:jc w:val="right"/>
      </w:pPr>
      <w:r>
        <w:t>تو جس طرح سے آپ آئینے کا شکریہ ادا کرتے ہیں اور جلدی سے اس کی کریٹیسزم کو مان لیتے ہیں، ایسے ہی دوسرے معاملات میں سے کیجئے۔</w:t>
      </w:r>
    </w:p>
    <w:p>
      <w:r>
        <w:rPr>
          <w:b/>
        </w:rPr>
        <w:t xml:space="preserve">[1:10:07] </w:t>
      </w:r>
      <w:r>
        <w:t>arabi mein maqoola hai ke "man huwa naas huwa ka khair laga man man huwa maad huwa ka". jo tumhari naseehat kare, woh behtar hai us se jo tumhari tareef kare.</w:t>
      </w:r>
    </w:p>
    <w:p>
      <w:pPr>
        <w:jc w:val="right"/>
      </w:pPr>
      <w:r>
        <w:t>عربی میں مقولہ ہے کہ "من ہوا ناس ہو کا خیر لگا من من ہوا ماد ہو کا"۔ جو تمہاری نصیحت کرے، وہ بہتر ہے اس سے جو تمہاری تعریف کرے۔</w:t>
      </w:r>
    </w:p>
    <w:p>
      <w:r>
        <w:rPr>
          <w:b/>
        </w:rPr>
        <w:t xml:space="preserve">[1:10:20] </w:t>
      </w:r>
      <w:r>
        <w:t>agar koi shakhs farz kiye galat tanqeed karta hai to woh jaane, uska kaam jaane. hamein kya is ke peeche padne ki kya zaroorat hai?</w:t>
      </w:r>
    </w:p>
    <w:p>
      <w:pPr>
        <w:jc w:val="right"/>
      </w:pPr>
      <w:r>
        <w:t>اگر کوئی شخص فرض کیے غلط تنقید کرتا ہے تو وہ جانے، اس کا کام جانے۔ ہمیں کیا اس کے پیچھے پڑھنے کی کیا ضرورت ہے؟</w:t>
      </w:r>
    </w:p>
    <w:p>
      <w:r>
        <w:rPr>
          <w:b/>
        </w:rPr>
        <w:t xml:space="preserve">[1:10:29] </w:t>
      </w:r>
      <w:r>
        <w:t>kisi ki tanqeed agar sahih hai to aap le lijiye.</w:t>
      </w:r>
    </w:p>
    <w:p>
      <w:pPr>
        <w:jc w:val="right"/>
      </w:pPr>
      <w:r>
        <w:t>کسی کی تنقید اگر صحیح ہے تو آپ لے لیجئے۔</w:t>
      </w:r>
    </w:p>
    <w:p>
      <w:r>
        <w:rPr>
          <w:b/>
        </w:rPr>
        <w:t xml:space="preserve">[1:10:33] </w:t>
      </w:r>
      <w:r>
        <w:t>agar woh jhooti tanqeed kar raha hai, mislan woh aib zani kar raha hai, woh character assassination kar raha hai, woh abuse kar raha hai, to aap avoid kijiye is ko.</w:t>
      </w:r>
    </w:p>
    <w:p>
      <w:pPr>
        <w:jc w:val="right"/>
      </w:pPr>
      <w:r>
        <w:t>اگر وہ جھوٹی تنقید کر رہا ہے، مثلاً وہ عیب زنی کر رہا ہے، وہ کریکٹر اسیسین کر رہا ہے، وہ ابیوز کر رہا ہے، تو آپ اوائڈ کیجئے اس کو۔</w:t>
      </w:r>
    </w:p>
    <w:p>
      <w:r>
        <w:rPr>
          <w:b/>
        </w:rPr>
        <w:t xml:space="preserve">[1:10:44] </w:t>
      </w:r>
      <w:r>
        <w:t>khud ma safa ta ma qadr ka ka mamla kijiye is ke sath. to behal main samajhta hoon ke criticism bohat hi aam cheez hai, aur kisi samaj mein, kisi idare mein criticism ka hona aik bohat hi healthy alamat hai, healthy sehatmand alamat hai,</w:t>
      </w:r>
    </w:p>
    <w:p>
      <w:pPr>
        <w:jc w:val="right"/>
      </w:pPr>
      <w:r>
        <w:t>خود ما صفا تا ما قدر کا کا معاملہ کیجئے اس کے ساتھ۔ تو بہرحال میں سمجھتا ہوں کہ کریٹیسزم بہت ہی عام چیز ہے، اور کسی سماج میں، کسی ادارے میں کریٹیسزم کا ہونا ایک بہت ہی ہیلدی علامت ہے، ہیلدی صحت مند علامت ہے،</w:t>
      </w:r>
    </w:p>
    <w:p>
      <w:r>
        <w:rPr>
          <w:b/>
        </w:rPr>
        <w:t xml:space="preserve">[1:11:04] </w:t>
      </w:r>
      <w:r>
        <w:t>healthy sign hai. das question is from Mr Nafees Shiraz from Delhi. baraye karam aqeeday ki wazahat farmayen, yani aqeedah kise kehte hain, aur yeh bhi batayen ke Islam mein amal ki ahmiyat zyada hai ya aqeeday ki?</w:t>
      </w:r>
    </w:p>
    <w:p>
      <w:pPr>
        <w:jc w:val="right"/>
      </w:pPr>
      <w:r>
        <w:t>ہیلدی سائن ہے۔ دس کوئسچن از فرام مسٹر نفیس شیراز فرام ڈلی۔ برائے کرم عقیدے کی وضاحت فرمائیں، یعنی عقیدہ کسے کہتے ہیں، اور یہ بھی بتائیں کہ اسلام میں عمل کی اہمیت زیادہ ہے یا عقیدے کی؟</w:t>
      </w:r>
    </w:p>
    <w:p>
      <w:r>
        <w:rPr>
          <w:b/>
        </w:rPr>
        <w:t xml:space="preserve">[1:11:28] </w:t>
      </w:r>
      <w:r>
        <w:t>aqeedah koi purasrar cheez nahi hai, jise hum kehte hain theory aur practice.</w:t>
      </w:r>
    </w:p>
    <w:p>
      <w:pPr>
        <w:jc w:val="right"/>
      </w:pPr>
      <w:r>
        <w:t>عقیدہ کوئی پراسرار چیز نہیں ہے، جسے ہم کہتے ہیں تھیوری اور پریکٹس۔</w:t>
      </w:r>
    </w:p>
    <w:p>
      <w:r>
        <w:rPr>
          <w:b/>
        </w:rPr>
        <w:t xml:space="preserve">[1:11:34] </w:t>
      </w:r>
      <w:r>
        <w:t>wohi hai aqeedah aur amal. har cheez ko log mysterious banate hain, mysterious. ise samajh mein baaten nahi aati. to har cheez mein aik hoti hai, ideology hoti hai, aik uska usko bataya over karna hota hai.</w:t>
      </w:r>
    </w:p>
    <w:p>
      <w:pPr>
        <w:jc w:val="right"/>
      </w:pPr>
      <w:r>
        <w:t>وہی ہے عقیدہ اور عمل۔ ہر چیز کو لوگ مسیرس بناتے ہیں، مسیرس۔ اسے سمجھ میں باتیں نہیں آتی۔ تو ہر چیز میں ایک ہوتی ہے، آئیڈیالوجی ہوتی ہے، ایک اس کا اس کو بتایا اوور کرنا ہوتا ہے۔</w:t>
      </w:r>
    </w:p>
    <w:p>
      <w:r>
        <w:rPr>
          <w:b/>
        </w:rPr>
        <w:t xml:space="preserve">[1:11:49] </w:t>
      </w:r>
      <w:r>
        <w:t>to aqeedah ko aap theory keh sakte hain, ideology keh sakte hain. misaal ke taur par Allah ko aik manna yeh aqeedah hai, Rasool Allah ko Khatam un Nabiyyin manna yeh aqeedah hai, jannat dozakh ko manna yeh aqeedah hai,</w:t>
      </w:r>
    </w:p>
    <w:p>
      <w:pPr>
        <w:jc w:val="right"/>
      </w:pPr>
      <w:r>
        <w:t>تو عقیدہ کو آپ تھیوری کہہ سکتے ہیں، آئیڈیالوجی کہہ سکتے ہیں۔ مثلاً اللہ کو ایک ماننا یہ عقیدہ ہے، رسول اللہ کو خاتم النبین ماننا یہ عقیدہ ہے، جنت دوزخ کو ماننا یہ عقیدہ ہے،</w:t>
      </w:r>
    </w:p>
    <w:p>
      <w:r>
        <w:rPr>
          <w:b/>
        </w:rPr>
        <w:t xml:space="preserve">[1:12:04] </w:t>
      </w:r>
      <w:r>
        <w:t>yom hisab ko manna yeh aqeedah hai. to yeh saari cheezen mil kar ke Islam ki ideology banati hain. aur phir woh jab aap ki zindagi mein translate ho to woh amal ban jata hai.</w:t>
      </w:r>
    </w:p>
    <w:p>
      <w:pPr>
        <w:jc w:val="right"/>
      </w:pPr>
      <w:r>
        <w:t>یوم حساب کو ماننا یہ عقیدہ ہے۔ تو یہ ساری چیزیں مل کر کے اسلام کی آئیڈیالوجی بناتی ہیں۔ اور پھر وہ جب آپ کی زندگی میں ٹرانسلیٹ ہو تو وہ عمل بن جاتا ہے۔</w:t>
      </w:r>
    </w:p>
    <w:p>
      <w:r>
        <w:rPr>
          <w:b/>
        </w:rPr>
        <w:t xml:space="preserve">[1:12:16] </w:t>
      </w:r>
      <w:r>
        <w:t>to yahan tak maine samjha hai ke aqeeday ke mamle mein aap ko behal perfect banna hai. aqeeday mein koi rukhsat nahi hai, amal mein rukhsat hai.</w:t>
      </w:r>
    </w:p>
    <w:p>
      <w:pPr>
        <w:jc w:val="right"/>
      </w:pPr>
      <w:r>
        <w:t>تو یہاں تک میں نے سمجھا ہے کہ عقیدے کے معاملے میں آپ کو بہرحال پرفیکٹ بننا ہے۔ عقیدے میں کوئی رخصت نہیں ہے، عمل میں رخصت ہے۔</w:t>
      </w:r>
    </w:p>
    <w:p>
      <w:r>
        <w:rPr>
          <w:b/>
        </w:rPr>
        <w:t xml:space="preserve">[1:12:31] </w:t>
      </w:r>
      <w:r>
        <w:t>aqeeday mein rukhsat hargiz nahi hai.</w:t>
      </w:r>
    </w:p>
    <w:p>
      <w:pPr>
        <w:jc w:val="right"/>
      </w:pPr>
      <w:r>
        <w:t>عقیدے میں رخصت ہرگز نہیں ہے۔</w:t>
      </w:r>
    </w:p>
    <w:p>
      <w:r>
        <w:rPr>
          <w:b/>
        </w:rPr>
        <w:t xml:space="preserve">[1:12:34] </w:t>
      </w:r>
      <w:r>
        <w:t>aap ko aik Khuda ko manna hai to doosre Khudaon ka inkar bhi karna hai.</w:t>
      </w:r>
    </w:p>
    <w:p>
      <w:pPr>
        <w:jc w:val="right"/>
      </w:pPr>
      <w:r>
        <w:t>آپ کو ایک خدا کو ماننا ہے تو دوسرے خداؤں کا انکار بھی کرنا ہے۔</w:t>
      </w:r>
    </w:p>
    <w:p>
      <w:r>
        <w:rPr>
          <w:b/>
        </w:rPr>
        <w:t xml:space="preserve">[1:12:42] </w:t>
      </w:r>
      <w:r>
        <w:t>yeh namumkin baat hai ke aqeedah yani aik Khuda ko aik manen, sath sath doosron ka bhi is mein hissa diye rahen. to yeh yeh yeh cheez nahi qabool ki jayegi.</w:t>
      </w:r>
    </w:p>
    <w:p>
      <w:pPr>
        <w:jc w:val="right"/>
      </w:pPr>
      <w:r>
        <w:t>یہ ناممکن بات ہے کہ عقیدہ یعنی ایک خدا کو ایک مانیں، ساتھ ساتھ دوسروں کا بھی اس میں حصہ دیے رہیں۔ تو یہ یہ یہ چیز نہیں قبول کی جائے گی۔</w:t>
      </w:r>
    </w:p>
    <w:p>
      <w:r>
        <w:rPr>
          <w:b/>
        </w:rPr>
        <w:t xml:space="preserve">[1:12:51] </w:t>
      </w:r>
      <w:r>
        <w:t>lekin amal ka jahan ta'alluq hai, amal ka to is mein bohat rukhsat hai, bohat zyada concession hai.</w:t>
      </w:r>
    </w:p>
    <w:p>
      <w:pPr>
        <w:jc w:val="right"/>
      </w:pPr>
      <w:r>
        <w:t>لیکن عمل کا جہاں تعلق ہے، عمل کا تو اس میں بہت رخصت ہے، بہت زیادہ کنسیشن ہے۔</w:t>
      </w:r>
    </w:p>
    <w:p>
      <w:r>
        <w:rPr>
          <w:b/>
        </w:rPr>
        <w:t xml:space="preserve">[1:12:59] </w:t>
      </w:r>
      <w:r>
        <w:t>to aqeeday ke mamle mein aap bilkul perfect baniye, ideal baniye. amal ke bare mein koshish kijiye ke wahan bhi aap sab sab cheez par amal karen.</w:t>
      </w:r>
    </w:p>
    <w:p>
      <w:pPr>
        <w:jc w:val="right"/>
      </w:pPr>
      <w:r>
        <w:t>تو عقیدے کے معاملے میں آپ بالکل پرفیکٹ بنیے، آئیڈیل بنیے۔ عمل کے بارے میں کوشش کیجئے کہ وہاں بھی آپ سب سب چیز پر عمل کریں۔</w:t>
      </w:r>
    </w:p>
    <w:p>
      <w:r>
        <w:rPr>
          <w:b/>
        </w:rPr>
        <w:t xml:space="preserve">[1:13:10] </w:t>
      </w:r>
      <w:r>
        <w:t>agar kotahi ho jati hai to Allah se maafii mangiye. yeh maine samjhaya. das question is from Mr Khalid Ansari from Delhi.</w:t>
      </w:r>
    </w:p>
    <w:p>
      <w:pPr>
        <w:jc w:val="right"/>
      </w:pPr>
      <w:r>
        <w:t>اگر کوتاہی ہو جاتی ہے تو اللہ سے معافی مانگیے۔ یہ میں نے سمجھایا۔ دس کوئسچن از فرام مسٹر خالد انصاری فرام ڈلی۔</w:t>
      </w:r>
    </w:p>
    <w:p>
      <w:r>
        <w:rPr>
          <w:b/>
        </w:rPr>
        <w:t xml:space="preserve">[1:13:22] </w:t>
      </w:r>
      <w:r>
        <w:t>according to Quran, in chapter 87, it is mentioned that he who remembers his Lord and prays to Him will be successful.</w:t>
      </w:r>
    </w:p>
    <w:p>
      <w:pPr>
        <w:jc w:val="right"/>
      </w:pPr>
      <w:r>
        <w:t>اکارڈنگ ٹو قرآن، ان چیپٹر 87، اٹ از مینشنڈ دیٹ ہی ہو ریممبرز ہز لارڈ اینڈ پریز ٹو ہم ول بی سکسیس فل۔</w:t>
      </w:r>
    </w:p>
    <w:p>
      <w:r>
        <w:rPr>
          <w:b/>
        </w:rPr>
        <w:t xml:space="preserve">[1:13:34] </w:t>
      </w:r>
      <w:r>
        <w:t>Maulana, how can remembrance or prayer lead to purification? Could you explain this verse? And is there any role of mind in this reference?</w:t>
      </w:r>
    </w:p>
    <w:p>
      <w:pPr>
        <w:jc w:val="right"/>
      </w:pPr>
      <w:r>
        <w:t>مولانا، ہاؤ کین ریممبرنس اور پریئر لیڈ ٹو پیوریفیکیشن؟ کڈ یو ایکسپلین دس ورس؟ اینڈ از دیر اینی رول آف مائنڈ ان دس ریفرنس؟</w:t>
      </w:r>
    </w:p>
    <w:p>
      <w:r>
        <w:rPr>
          <w:b/>
        </w:rPr>
        <w:t xml:space="preserve">[1:13:47] </w:t>
      </w:r>
      <w:r>
        <w:t>dekhen, zikr aur ibadat ko log form ke ma'ne mein le lete hain.</w:t>
      </w:r>
    </w:p>
    <w:p>
      <w:pPr>
        <w:jc w:val="right"/>
      </w:pPr>
      <w:r>
        <w:t>دیکھیں، ذکر اور عبادت کو لوگ فارب کے معنی میں لے لیتے ہیں۔</w:t>
      </w:r>
    </w:p>
    <w:p>
      <w:r>
        <w:rPr>
          <w:b/>
        </w:rPr>
        <w:t xml:space="preserve">[1:13:51] </w:t>
      </w:r>
      <w:r>
        <w:t>zikr ka matlab samajhte hain ke Allah Allah Allah Allah Allah Allah karna. yeh zikr nahi hai. zikr ka ta'alluq spirit se hai, ibadat ka ta'alluq spirit se hai.</w:t>
      </w:r>
    </w:p>
    <w:p>
      <w:pPr>
        <w:jc w:val="right"/>
      </w:pPr>
      <w:r>
        <w:t>ذکر کا مطلب سمجھتے ہیں کہ اللہ اللہ اللہ اللہ اللہ اللہ کرنا۔ یہ ذکر نہیں ہے۔ ذکر کا تعلق اسپرٹ سے ہے، عبادت کا تعلق اسپرٹ سے ہے۔</w:t>
      </w:r>
    </w:p>
    <w:p>
      <w:r>
        <w:rPr>
          <w:b/>
        </w:rPr>
        <w:t xml:space="preserve">[1:14:02] </w:t>
      </w:r>
      <w:r>
        <w:t>to jab aap spirit ke sath Khuda ko yaad karenge to that is deconditioning. jab aap ke andar Khuda ki pakad ka ehsas aayega, Khuda ki Khuda ki azmaton ka ehsas aayega to is to wahi to deconditioning hai.</w:t>
      </w:r>
    </w:p>
    <w:p>
      <w:pPr>
        <w:jc w:val="right"/>
      </w:pPr>
      <w:r>
        <w:t>تو جب آپ اسپرٹ کے ساتھ خدا کو یاد کریں گے تو دیٹ از ڈی کنڈیشننگ۔ جب آپ کے اندر خدا کی پکڑ کا احساس آئے گا، خدا کی خدا کی عظمتوں کا احساس آئے گا تو اس تو وہی تو ڈی کنڈیشننگ ہے۔</w:t>
      </w:r>
    </w:p>
    <w:p>
      <w:r>
        <w:rPr>
          <w:b/>
        </w:rPr>
        <w:t xml:space="preserve">[1:14:26] </w:t>
      </w:r>
      <w:r>
        <w:t>misaal ke taur par aap jee rahe hain is mein ke main to Usman ghar mein paida ho gaya hoon, meri jannat to pakki hai.</w:t>
      </w:r>
    </w:p>
    <w:p>
      <w:pPr>
        <w:jc w:val="right"/>
      </w:pPr>
      <w:r>
        <w:t>مثال کے طور پر آپ جی رہے ہیں اس میں کہ میں تو عثمان گھر میں پیدا ہوگیا ہوں، میری جنت تو پکی ہے۔</w:t>
      </w:r>
    </w:p>
    <w:p>
      <w:r>
        <w:rPr>
          <w:b/>
        </w:rPr>
        <w:t xml:space="preserve">[1:14:33] </w:t>
      </w:r>
      <w:r>
        <w:t>ab aap jab Allah Ta'ala ka yaad karenge ke woh muhasib aur majazi hai to woh woh is woh is soch toot jayegi, woh soch bilkul khatam ho jayegi.</w:t>
      </w:r>
    </w:p>
    <w:p>
      <w:pPr>
        <w:jc w:val="right"/>
      </w:pPr>
      <w:r>
        <w:t>اب آپ جب اللہ تعالی کا یاد کریں گے کہ وہ محاسب اور مجازی ہے تو وہ وہ اس وہ اس سوچ ٹوٹ جائے گی، وہ سوچ بالکل ختم ہو جائے گی۔</w:t>
      </w:r>
    </w:p>
    <w:p>
      <w:r>
        <w:rPr>
          <w:b/>
        </w:rPr>
        <w:t xml:space="preserve">[1:14:43] </w:t>
      </w:r>
      <w:r>
        <w:t>woh soch to zikr aur ibadat ko agar form ke ma'ne mein le len to woh to koi effect is ki zindagi mein nahi hai, na is ki wajah se koi soch badal sakti hai aadmi ki.</w:t>
      </w:r>
    </w:p>
    <w:p>
      <w:pPr>
        <w:jc w:val="right"/>
      </w:pPr>
      <w:r>
        <w:t>وہ سوچ تو ذکر اور عبادت کو اگر فارم کے معنی میں لے لیں تو وہ تو کوئی ایفیکٹ اس کی زندگی میں نہیں ہے، نہ اس کی وجہ سے کوئی سوچ بدل سکتی ہے آدمی کی۔</w:t>
      </w:r>
    </w:p>
    <w:p>
      <w:r>
        <w:rPr>
          <w:b/>
        </w:rPr>
        <w:t xml:space="preserve">[1:14:57] </w:t>
      </w:r>
      <w:r>
        <w:t>to mere nazdeek ibadat aur zikr dono ka ta'alluq m</w:t>
      </w:r>
    </w:p>
    <w:p>
      <w:pPr>
        <w:jc w:val="right"/>
      </w:pPr>
      <w:r>
        <w:t>تو میرے نزدیک عبادت اور ذکر دونوں کا تعلق م</w:t>
      </w:r>
    </w:p>
    <w:p>
      <w:r>
        <w:rPr>
          <w:b/>
        </w:rPr>
        <w:t xml:space="preserve">[1:15:00] </w:t>
      </w:r>
      <w:r>
        <w:t>ind se hai. is soch ka zikr hota hai, soch ka ibadat hoti hai. woh form nahi hai. jaise aap sajde mein gaye to aik form ke taur par sajde mein gaye to to woh aik ritual ho gaya.</w:t>
      </w:r>
    </w:p>
    <w:p>
      <w:pPr>
        <w:jc w:val="right"/>
      </w:pPr>
      <w:r>
        <w:t>ائنڈ سے ہے۔ اس سوچ کا ذکر ہوتا ہے، سوچ کا عبادت ہوتی ہے۔ وہ فارم نہیں ہے۔ جیسے آپ سجدے میں گئے تو ایک فارم کے طور پر سجدے میں گئے تو تو وہ ایک ریچول ہو گیا۔</w:t>
      </w:r>
    </w:p>
    <w:p>
      <w:r>
        <w:rPr>
          <w:b/>
        </w:rPr>
        <w:t xml:space="preserve">[1:15:13] </w:t>
      </w:r>
      <w:r>
        <w:t>ritual is ka koi zindagi se koi ta'alluq is ka nahi hai. that is like appendix. lekin aap soch jayen ke main Khuda ke aage surrender kar raha hoon,</w:t>
      </w:r>
    </w:p>
    <w:p>
      <w:pPr>
        <w:jc w:val="right"/>
      </w:pPr>
      <w:r>
        <w:t>ریچول اس کا کوئی زندگی سے کوئی تعلق اس کا نہیں ہے۔ دیٹ از لائک اپینڈکس۔ لیکن آپ سوچ جائیں کہ میں خدا کے آگے سرینڈر کر رہا ہوں،</w:t>
      </w:r>
    </w:p>
    <w:p>
      <w:r>
        <w:rPr>
          <w:b/>
        </w:rPr>
        <w:t xml:space="preserve">[1:15:24] </w:t>
      </w:r>
      <w:r>
        <w:t>main Khuda ke aage apne aap ko woh aik aik submission kar raha hoon, Khuda ke aage apne ko daal raha hoon to poori shakhsiyat ki deconditioning ho jayegi.</w:t>
      </w:r>
    </w:p>
    <w:p>
      <w:pPr>
        <w:jc w:val="right"/>
      </w:pPr>
      <w:r>
        <w:t>میں خدا کے آگے اپنے آپ کو وہ ایک ایک سبمیشن کر رہا ہوں، خدا کے آگے اپنے کو ڈال رہا ہوں تو پوری شخصیت کی ڈی کنڈیشن ہو جائے گی۔</w:t>
      </w:r>
    </w:p>
    <w:p>
      <w:r>
        <w:rPr>
          <w:b/>
        </w:rPr>
        <w:t xml:space="preserve">[1:15:33] </w:t>
      </w:r>
      <w:r>
        <w:t>is waqt yani agar poori spirit ke sath sajda kiya jaye to sajda jo hai poori poori shakhsiyat ki, poori personality ki ki ko ke liye ek naya emergence hota hai.</w:t>
      </w:r>
    </w:p>
    <w:p>
      <w:pPr>
        <w:jc w:val="right"/>
      </w:pPr>
      <w:r>
        <w:t>اس وقت یعنی اگر پوری اسپرٹ کے ساتھ سجدہ کیا جائے تو سجدہ جو ہے پوری پوری شخصیت کی، پوری پرسنیلٹی کی کی کو کے لیے ایک نیا ایورجنس ہوتا ہے۔</w:t>
      </w:r>
    </w:p>
    <w:p>
      <w:r>
        <w:rPr>
          <w:b/>
        </w:rPr>
        <w:t xml:space="preserve">[1:15:45] </w:t>
      </w:r>
      <w:r>
        <w:t>is ke baad</w:t>
      </w:r>
    </w:p>
    <w:p>
      <w:pPr>
        <w:jc w:val="right"/>
      </w:pPr>
      <w:r>
        <w:t>اس کے بعد</w:t>
      </w:r>
    </w:p>
    <w:p>
      <w:r>
        <w:rPr>
          <w:b/>
        </w:rPr>
        <w:t xml:space="preserve">[1:15:49] </w:t>
      </w:r>
      <w:r>
        <w:t>to khulasa yeh hai ke zikr ho ya ibadat ho,</w:t>
      </w:r>
    </w:p>
    <w:p>
      <w:pPr>
        <w:jc w:val="right"/>
      </w:pPr>
      <w:r>
        <w:t>تو خلاصہ یہ ہے کہ ذکر ہو یا عبادت ہو،</w:t>
      </w:r>
    </w:p>
    <w:p>
      <w:r>
        <w:rPr>
          <w:b/>
        </w:rPr>
        <w:t xml:space="preserve">[1:15:53] </w:t>
      </w:r>
      <w:r>
        <w:t>agar form ke sense mein kiya jaye to is ka koi is se koi bhi yani deconditioning nahi hoti. lekin agar is ko spirit ke sense mein kiya jaye to poora overhaul ho jata hai, overhaul aur is aadmi ki personality ek dam badal jati hai.</w:t>
      </w:r>
    </w:p>
    <w:p>
      <w:pPr>
        <w:jc w:val="right"/>
      </w:pPr>
      <w:r>
        <w:t>اگر فارم کے سینس میں کیا جائے تو اس کا کوئی اس سے کوئی بھی یعنی ڈی کنڈیشننگ نہیں ہوتی۔ لیکن اگر اس کو اسپرٹ کے سینس میں کیا جائے تو پورا اوور ہال ہو جاتا ہے، اوور ہال اور اس آدمی کی پرسنیلٹی ایک دم بدل جاتی ہے۔</w:t>
      </w:r>
    </w:p>
    <w:p>
      <w:r>
        <w:rPr>
          <w:b/>
        </w:rPr>
        <w:t xml:space="preserve">[1:16:12] </w:t>
      </w:r>
      <w:r>
        <w:t>to main samajhta hoon ke chahe zikr ho ya ibadat ho, agar spirit hai tab is ki koi value hai, nahi to is ki koi value nahi hai.</w:t>
      </w:r>
    </w:p>
    <w:p>
      <w:pPr>
        <w:jc w:val="right"/>
      </w:pPr>
      <w:r>
        <w:t>تو میں سمجھتا ہوں کہ چاہے ذکر ہو یا عبادت ہو، اگر اسپرٹ ہے تب اس کی کوئی ویلیو ہے، نہیں تو اس کی کوئی ویلیو نہیں ہے۔</w:t>
      </w:r>
    </w:p>
    <w:p>
      <w:r>
        <w:rPr>
          <w:b/>
        </w:rPr>
        <w:t xml:space="preserve">[1:16:21] </w:t>
      </w:r>
      <w:r>
        <w:t>la salata liman lam yakhsha.</w:t>
      </w:r>
    </w:p>
    <w:p>
      <w:pPr>
        <w:jc w:val="right"/>
      </w:pPr>
      <w:r>
        <w:t>لا صلاۃ لملم تخش۔</w:t>
      </w:r>
    </w:p>
    <w:p>
      <w:r>
        <w:rPr>
          <w:b/>
        </w:rPr>
        <w:t xml:space="preserve">[1:16:26] </w:t>
      </w:r>
      <w:r>
        <w:t>das question is from Maulana Abdul Basit Omri from Qatar. Qayamat ki ek nishani Dajjal ka zahoor hai.</w:t>
      </w:r>
    </w:p>
    <w:p>
      <w:pPr>
        <w:jc w:val="right"/>
      </w:pPr>
      <w:r>
        <w:t>دس کوئسچن از فرام مولانا عبدالباسط عمری فرام قطر۔ قیامت کی ایک نشانی دجال کا ظہور ہے۔</w:t>
      </w:r>
    </w:p>
    <w:p>
      <w:r>
        <w:rPr>
          <w:b/>
        </w:rPr>
        <w:t xml:space="preserve">[1:16:36] </w:t>
      </w:r>
      <w:r>
        <w:t>Hadees mein aaya hai ke is ki peshani par kaf fa ra likha hoga, jis ko parha likha aur jis ko parha likha aur un parh dono parh sakenge.</w:t>
      </w:r>
    </w:p>
    <w:p>
      <w:pPr>
        <w:jc w:val="right"/>
      </w:pPr>
      <w:r>
        <w:t>حدیث میں آیا ہے کہ اس کی پیشانی پر کف فا را لکھا ہوگا، جس کو پڑھا لکھا اور جس کو پڑھا لکھا اور ان پڑھ دونوں پڑھ سکیں گے۔</w:t>
      </w:r>
    </w:p>
    <w:p>
      <w:r>
        <w:rPr>
          <w:b/>
        </w:rPr>
        <w:t xml:space="preserve">[1:16:51] </w:t>
      </w:r>
      <w:r>
        <w:t>sawal yeh hai ke un parh aadmi is ko kaise parh sakega? Isi mein jawab hai. Agar sach mein kaf f r likha ho to kaise parhega un parh aadmi?</w:t>
      </w:r>
    </w:p>
    <w:p>
      <w:pPr>
        <w:jc w:val="right"/>
      </w:pPr>
      <w:r>
        <w:t>سوال یہ ہے کہ ان پڑھ آدمی اس کو کیسے پڑھ سکے گا؟ اسی میں جواب ہے۔ اگر سچ میں کف ف ر لکھا ہو تو کیسے پڑھے گا ان پڑھ آدمی؟</w:t>
      </w:r>
    </w:p>
    <w:p>
      <w:r>
        <w:rPr>
          <w:b/>
        </w:rPr>
        <w:t xml:space="preserve">[1:17:04] </w:t>
      </w:r>
      <w:r>
        <w:t>is ke mani ke woh wahan par tamseeli zaban mein hai. Woh baat ke kaf f likha hoga, yani letter mein nahi likha hoga.</w:t>
      </w:r>
    </w:p>
    <w:p>
      <w:pPr>
        <w:jc w:val="right"/>
      </w:pPr>
      <w:r>
        <w:t>اس کے معنی کہ وہ وہاں پر تمثیلی زبان میں ہے۔ وہ بات کہ کف ف لکھا ہوگا، یعنی لیٹر میں نہیں لکھا ہوگا۔</w:t>
      </w:r>
    </w:p>
    <w:p>
      <w:r>
        <w:rPr>
          <w:b/>
        </w:rPr>
        <w:t xml:space="preserve">[1:17:16] </w:t>
      </w:r>
      <w:r>
        <w:t>is ke baad is ka andaz, is ka behavior bol rahe hon ke yeh Dajjal hai. Is ki har cheez mein jaise ek jaise hamare haan French lady aayi thi, abhi aaj hi gayi hain wapas ya aati thi'n Sunday ke jalse mein jo you little lady kaha tha tha.</w:t>
      </w:r>
    </w:p>
    <w:p>
      <w:pPr>
        <w:jc w:val="right"/>
      </w:pPr>
      <w:r>
        <w:t>اس کے بعد اس کا انداز، اس کا بیہیویئر بول رہے ہوں کہ یہ دجال ہے۔ اس کی ہر چیز میں جیسے ایک جیسے ہمارے ہاں فرنچ لیڈی آئی تھی، ابھی آج ہی گئی ہیں واپس یا آتی تھیں سن سنڈے کے جلسے میں جو یو لٹل لیڈی کہا تھا تھا۔</w:t>
      </w:r>
    </w:p>
    <w:p>
      <w:r>
        <w:rPr>
          <w:b/>
        </w:rPr>
        <w:t xml:space="preserve">[1:17:42] </w:t>
      </w:r>
      <w:r>
        <w:t>to un ka chehra dekhen, ek tarah jaise masoom chehra, innocence, yani innocence ka ek dam manifestation thi. Woh ek dam innocent.</w:t>
      </w:r>
    </w:p>
    <w:p>
      <w:pPr>
        <w:jc w:val="right"/>
      </w:pPr>
      <w:r>
        <w:t>تو ان کا چہرہ دیکھیں، ایک طرح جیسے معصوم چہرہ، انوسنس، یعنی انوسنس کا ایک دم مینیفیسٹیشن تھی۔ وہ ایک دم انوسنٹ۔</w:t>
      </w:r>
    </w:p>
    <w:p>
      <w:r>
        <w:rPr>
          <w:b/>
        </w:rPr>
        <w:t xml:space="preserve">[1:17:53] </w:t>
      </w:r>
      <w:r>
        <w:t>ek aur aadmi dekhte hain, aap bilkul is ke munh se niklta hai ke to bilkul sharir hai. Bahut hi is ke chehre se, is ke chehre se, is ke behavior se, is ke tone se, is ke har cheez se lagta hai ke bahut hi sharir aadmi hai.</w:t>
      </w:r>
    </w:p>
    <w:p>
      <w:pPr>
        <w:jc w:val="right"/>
      </w:pPr>
      <w:r>
        <w:t>ایک اور آدمی دیکھتے ہیں، آپ بالکل اس کے منہ سے نکلتا ہے کہ تو بالکل شریر ہے۔ بہت ہی اس کے چہرے سے، اس کے چہرے سے، اس کے بیہیویئر سے، اس کے ٹون سے، اس کے ہر چیز سے لگتا ہے کہ بہت ہی شریر آدمی ہے۔</w:t>
      </w:r>
    </w:p>
    <w:p>
      <w:r>
        <w:rPr>
          <w:b/>
        </w:rPr>
        <w:t xml:space="preserve">[1:18:06] </w:t>
      </w:r>
      <w:r>
        <w:t>yeh matlab hai is ka. Warna agar kaf f r likha hua ho letter mein to un parh kaise parhega? Is ko</w:t>
      </w:r>
    </w:p>
    <w:p>
      <w:pPr>
        <w:jc w:val="right"/>
      </w:pPr>
      <w:r>
        <w:t>یہ مطلب ہے اس کا۔ ورنہ اگر کف ف ر لکھا ہوا ہو لیٹر میں تو ان پڑھ کیسے پڑھے گا؟ اس کو</w:t>
      </w:r>
    </w:p>
    <w:p>
      <w:r>
        <w:rPr>
          <w:b/>
        </w:rPr>
        <w:t xml:space="preserve">[1:18:18] </w:t>
      </w:r>
      <w:r>
        <w:t>kaf f r yani ka matlab yeh hai ke is ki poori shakhsiyat jo hai bata rahi hogi ke yeh to bahut hi yani evil ka pekar hai, yeh to burai phaila raha hai.</w:t>
      </w:r>
    </w:p>
    <w:p>
      <w:pPr>
        <w:jc w:val="right"/>
      </w:pPr>
      <w:r>
        <w:t>کف ف ر یعنی کا مطلب یہ ہے کہ اس کی پوری شخصیت جو ہے بتا رہی ہوگی کہ یہ تو بہت ہی یعنی ایول کا پیکر ہے، یہ تو برائی پھیلا رہا ہے۔</w:t>
      </w:r>
    </w:p>
    <w:p>
      <w:r>
        <w:rPr>
          <w:b/>
        </w:rPr>
        <w:t xml:space="preserve">[1:18:31] </w:t>
      </w:r>
      <w:r>
        <w:t>is ka is ka style, is ka is ki language, is ka lehja, is ki personality, is ka behavior, har cheez se har cheez pukaar rahi hogi ke yeh Dajjal aadmi hai.</w:t>
      </w:r>
    </w:p>
    <w:p>
      <w:pPr>
        <w:jc w:val="right"/>
      </w:pPr>
      <w:r>
        <w:t>اس کا اس کا اسٹائل، اس کا اس کی لینگویج، اس کا لہجہ، اس کی پرسنیلٹی، اس کا بیہیویئر، ہر چیز سے ہر چیز پکار رہی ہوگی کہ یہ دجالی آدمی ہے۔</w:t>
      </w:r>
    </w:p>
    <w:p>
      <w:r>
        <w:rPr>
          <w:b/>
        </w:rPr>
        <w:t xml:space="preserve">[1:18:43] </w:t>
      </w:r>
      <w:r>
        <w:t>yeh matlab hai.</w:t>
      </w:r>
    </w:p>
    <w:p>
      <w:pPr>
        <w:jc w:val="right"/>
      </w:pPr>
      <w:r>
        <w:t>یہ مطلب ہے۔</w:t>
      </w:r>
    </w:p>
    <w:p>
      <w:r>
        <w:rPr>
          <w:b/>
        </w:rPr>
        <w:t xml:space="preserve">[1:18:49] </w:t>
      </w:r>
      <w:r>
        <w:t>Why Maulana, why is the Quran so strict regarding Zina? Is there forgiveness for this crime?</w:t>
      </w:r>
    </w:p>
    <w:p>
      <w:pPr>
        <w:jc w:val="right"/>
      </w:pPr>
      <w:r>
        <w:t>وائی مولانا، وائی از دی قرآن سو سٹریکٹ ریگارڈنگ زینہ؟ از دیر فورگیونس فار دس کرائم؟</w:t>
      </w:r>
    </w:p>
    <w:p>
      <w:r>
        <w:rPr>
          <w:b/>
        </w:rPr>
        <w:t xml:space="preserve">[1:19:01] </w:t>
      </w:r>
      <w:r>
        <w:t>kai cheezein aisi hain jo jo kabair mein shumar hoti hain. Kabair jo hai woh bahut bada yani super woh super deviation hai.</w:t>
      </w:r>
    </w:p>
    <w:p>
      <w:pPr>
        <w:jc w:val="right"/>
      </w:pPr>
      <w:r>
        <w:t>کئی چیزیں ایسی ہیں جو جو کبائر میں شمار ہوتی ہیں۔ کبائر جو ہے وہ بہت بڑا یعنی سپر وہ سپر ڈیوی ایشن ہے۔</w:t>
      </w:r>
    </w:p>
    <w:p>
      <w:r>
        <w:rPr>
          <w:b/>
        </w:rPr>
        <w:t xml:space="preserve">[1:19:13] </w:t>
      </w:r>
      <w:r>
        <w:t>Allah taala ne jo jo jo Allah taala ko jo jo samajh banana hai, jo samajh banana hai, us mein kuch cheezein kabair ka darja rakhti hain aur is ki sakht saza di gayi hai is ke liye.</w:t>
      </w:r>
    </w:p>
    <w:p>
      <w:pPr>
        <w:jc w:val="right"/>
      </w:pPr>
      <w:r>
        <w:t>اللہ تعالی نے جو جو جو اللہ تعالی کو جو جو سماج بنانا ہے، جو سماج بنانا ہے، اس میں کچھ چیزیں کبائر کا درجہ رکھتی ہیں اور اس کی سخت سزا دی گئی ہے اس کے لیے۔</w:t>
      </w:r>
    </w:p>
    <w:p>
      <w:r>
        <w:rPr>
          <w:b/>
        </w:rPr>
        <w:t xml:space="preserve">[1:19:28] </w:t>
      </w:r>
      <w:r>
        <w:t>to baharhal yeh to Allah taala ka, Allah taala ka jo divine values hai, divine values mein ka yeh mamla hai ke doosri khatoon ko aap ek ehtram ki nazar se dekhen,</w:t>
      </w:r>
    </w:p>
    <w:p>
      <w:pPr>
        <w:jc w:val="right"/>
      </w:pPr>
      <w:r>
        <w:t>تو بہرحال یہ تو اللہ تعالی کا، اللہ تعالی کا جو ڈیوائن ویلوز ہے، ڈیوائن ویلوز میں کا یہ معاملہ ہے کہ دوسری خاتون کو آپ ایک احترام کی نظر سے دیکھیں،</w:t>
      </w:r>
    </w:p>
    <w:p>
      <w:r>
        <w:rPr>
          <w:b/>
        </w:rPr>
        <w:t xml:space="preserve">[1:19:48] </w:t>
      </w:r>
      <w:r>
        <w:t>doosri khatoon ko aap pakiza nazar se dekhen, doosri khatoon ko aap farishte ki nazar se dekhen. Yeh to bilkul warna</w:t>
      </w:r>
    </w:p>
    <w:p>
      <w:pPr>
        <w:jc w:val="right"/>
      </w:pPr>
      <w:r>
        <w:t>دوسری خاتون کو آپ پاکیزہ نظر سے دیکھیں، دوسری خاتون کو آپ فرشتے کی نظر سے دیکھیں۔ یہ تو بالکل ورنہ</w:t>
      </w:r>
    </w:p>
    <w:p>
      <w:r>
        <w:rPr>
          <w:b/>
        </w:rPr>
        <w:t xml:space="preserve">[1:19:58] </w:t>
      </w:r>
      <w:r>
        <w:t>woh samajh kya hai? Woh hawari samajh hoga? Woh</w:t>
      </w:r>
    </w:p>
    <w:p>
      <w:pPr>
        <w:jc w:val="right"/>
      </w:pPr>
      <w:r>
        <w:t>وہ سماج کیا ہے؟ وہ حواری سماج ہوگا۔ وہ</w:t>
      </w:r>
    </w:p>
    <w:p>
      <w:r>
        <w:rPr>
          <w:b/>
        </w:rPr>
        <w:t xml:space="preserve">[1:20:03] </w:t>
      </w:r>
      <w:r>
        <w:t>to baharhal kuch cheezein aisi hain jo kabair mein aati hain, un ke liye un ke liye maaf nahi hai. Illa yeh ke aadmi tauba kare. Tauba ke baad har cheez maaf ho jati hai.</w:t>
      </w:r>
    </w:p>
    <w:p>
      <w:pPr>
        <w:jc w:val="right"/>
      </w:pPr>
      <w:r>
        <w:t>تو بہرحال کچھ چیزیں ایسی ہیں جو کبائر میں آتی ہیں، ان کے لیے ان کے لیے معافی نہیں ہے۔ الا یہ کہ آدمی توبہ کرے۔ توبہ کے بعد ہر چیز معاف ہو جاتی ہے۔</w:t>
      </w:r>
    </w:p>
    <w:p>
      <w:r>
        <w:rPr>
          <w:b/>
        </w:rPr>
        <w:t xml:space="preserve">[1:20:14] </w:t>
      </w:r>
      <w:r>
        <w:t>tauba nahi kiya hai to phir maaf nahi kisi cheez ki.</w:t>
      </w:r>
    </w:p>
    <w:p>
      <w:pPr>
        <w:jc w:val="right"/>
      </w:pPr>
      <w:r>
        <w:t>توبہ نہیں کیا ہے تو پھر معافی نہیں کسی چیز کی۔</w:t>
      </w:r>
    </w:p>
    <w:p>
      <w:r>
        <w:rPr>
          <w:b/>
        </w:rPr>
        <w:t xml:space="preserve">[1:20:20] </w:t>
      </w:r>
      <w:r>
        <w:t>to bohat clear baat hai. das question is from mr zubair from delhi.</w:t>
      </w:r>
    </w:p>
    <w:p>
      <w:pPr>
        <w:jc w:val="right"/>
      </w:pPr>
      <w:r>
        <w:t>تو بہت کلیئر بات ہے۔ دس کوئسچن از فرام مسٹر زبیر فرام ڈلی۔</w:t>
      </w:r>
    </w:p>
    <w:p>
      <w:r>
        <w:rPr>
          <w:b/>
        </w:rPr>
        <w:t xml:space="preserve">[1:20:28] </w:t>
      </w:r>
      <w:r>
        <w:t>maulana, how can you say that your translation of the quran is accurate and correct? aap aap compare kar ke dekh lijiye, koi bhi tarjuma aap ke paas hoga, use compare kijiye.</w:t>
      </w:r>
    </w:p>
    <w:p>
      <w:pPr>
        <w:jc w:val="right"/>
      </w:pPr>
      <w:r>
        <w:t>مولانا، ہاؤ کین یو سے دیٹ یور ٹرانسلیشن اف دا قرآن از ایکوریٹ اینڈ کریکٹ؟ آپ آپ کمپیئر کر کے دیکھ لیجئے، کوئی بھی ترجمہ آپ کے پاس ہوگا، اسے کمپیئر کیجئے۔</w:t>
      </w:r>
    </w:p>
    <w:p>
      <w:r>
        <w:rPr>
          <w:b/>
        </w:rPr>
        <w:t xml:space="preserve">[1:20:44] </w:t>
      </w:r>
      <w:r>
        <w:t>in comparison that we understand. yeh baat woh hai jo comparison samajh mein aati hai.</w:t>
      </w:r>
    </w:p>
    <w:p>
      <w:pPr>
        <w:jc w:val="right"/>
      </w:pPr>
      <w:r>
        <w:t>ان کمپیریزن دیٹ وی انڈرسٹینڈ۔ یہ بات وہ ہے جو کمپیریزن سمجھ میں آتی ہے۔</w:t>
      </w:r>
    </w:p>
    <w:p>
      <w:r>
        <w:rPr>
          <w:b/>
        </w:rPr>
        <w:t xml:space="preserve">[1:20:53] </w:t>
      </w:r>
      <w:r>
        <w:t>aap koi bhi quran le lijiye jo aap ke paas ho, translation is compare kar ke dekh lijiye. aap jaise ek misaal mein doonga aap ko ke wajahidhum bi jahada kabira aur un se jihad karo quran ke zariye.</w:t>
      </w:r>
    </w:p>
    <w:p>
      <w:pPr>
        <w:jc w:val="right"/>
      </w:pPr>
      <w:r>
        <w:t>آپ کوئی بھی قرآن لے لیجئے جو آپ کے پاس ہو، ٹرانسلیشن اس کمپیئر کر کے دیکھ لیجئے۔ آپ جیسے ایک مثال میں دوں گا آپ کو کہ وجاہدہم بہ جہادا کبیرہ اور ان سے جہاد کرو قرآن کے ذریعے۔</w:t>
      </w:r>
    </w:p>
    <w:p>
      <w:r>
        <w:rPr>
          <w:b/>
        </w:rPr>
        <w:t xml:space="preserve">[1:21:07] </w:t>
      </w:r>
      <w:r>
        <w:t>bada jihad aur is ka tarjuma kuch logon ne kar diya ke fight karo quran quran ke zariye fight karo. yeh sahi tarjuma ho sakta hai.</w:t>
      </w:r>
    </w:p>
    <w:p>
      <w:pPr>
        <w:jc w:val="right"/>
      </w:pPr>
      <w:r>
        <w:t>بڑا جہاد اور اس کا ترجمہ کچھ لوگوں نے کر دیا کہ فائٹ کرو قرآن قرآن کے ذریعے فائٹ کرو۔ یہ صحیح ترجمہ ہو سکتا ہے۔</w:t>
      </w:r>
    </w:p>
    <w:p>
      <w:r>
        <w:rPr>
          <w:b/>
        </w:rPr>
        <w:t xml:space="preserve">[1:21:17] </w:t>
      </w:r>
      <w:r>
        <w:t>is se pehle jo shaban ka qissa tha to itna dhoom machi, itni dhoom machi. woh ek galat translation ka mamla tha. woh yaani quran mein ek lafz hai mata, is ka translation hona chahiye provision.</w:t>
      </w:r>
    </w:p>
    <w:p>
      <w:pPr>
        <w:jc w:val="right"/>
      </w:pPr>
      <w:r>
        <w:t>اس سے پہلے جو شعبان کا قصہ تھا تو اتنا دھوم مچی، اتنی دھوم مچی۔ وہ ایک غلط ٹرانسلیشن کا معاملہ تھا۔ وہ یعنی قرآن میں ایک لفظ ہے متا، اس کا ٹرانسلیشن ہونا چاہیے پروویژن۔</w:t>
      </w:r>
    </w:p>
    <w:p>
      <w:r>
        <w:rPr>
          <w:b/>
        </w:rPr>
        <w:t xml:space="preserve">[1:21:34] </w:t>
      </w:r>
      <w:r>
        <w:t>unhon ne tarjuma kar diya maintenance. isi par church ne fatwa diya tha, woh faisla diya tha apna.</w:t>
      </w:r>
    </w:p>
    <w:p>
      <w:pPr>
        <w:jc w:val="right"/>
      </w:pPr>
      <w:r>
        <w:t>انہوں نے ترجمہ کر دیا مینٹیننس۔ اسی پر چرچ نے فتوی دیا تھا، وہ فیصلہ دیا تھا اپنا۔</w:t>
      </w:r>
    </w:p>
    <w:p>
      <w:r>
        <w:rPr>
          <w:b/>
        </w:rPr>
        <w:t xml:space="preserve">[1:21:43] </w:t>
      </w:r>
      <w:r>
        <w:t>to basically kya hai? ya to galat tarjume hain ya clarity nahi hai ya modern idiom mein nahi hai. aap ko shaq ho to aap compare kar ke dekh lijiye.</w:t>
      </w:r>
    </w:p>
    <w:p>
      <w:pPr>
        <w:jc w:val="right"/>
      </w:pPr>
      <w:r>
        <w:t>تو بیسیکلی کیا ہے؟ یا تو غلط ترجمے ہیں یا کلیرٹی نہیں ہے یا ماڈرن ایڈیئم میں نہیں ہے۔ آپ کو شک ہو تو آپ کمپیئر کر کے دیکھ لیجئے۔</w:t>
      </w:r>
    </w:p>
    <w:p>
      <w:r>
        <w:rPr>
          <w:b/>
        </w:rPr>
        <w:t xml:space="preserve">[1:21:57] </w:t>
      </w:r>
      <w:r>
        <w:t>das question is from miss raziya from delhi. if god has cast man in the lowest of the lows, then it means that man would invariably succumb to temptations.</w:t>
      </w:r>
    </w:p>
    <w:p>
      <w:pPr>
        <w:jc w:val="right"/>
      </w:pPr>
      <w:r>
        <w:t>دس کوئسچن از فرام مس راضیہ فرام ڈلی۔ اف گاڈ ہیز کاسٹ مین ان دا لوئسٹ اف دا لوز، دین اٹ مینز دیٹ مین وڈ انویریبلی سکم ٹو ٹیمٹیشنز۔</w:t>
      </w:r>
    </w:p>
    <w:p>
      <w:r>
        <w:rPr>
          <w:b/>
        </w:rPr>
        <w:t xml:space="preserve">[1:22:11] </w:t>
      </w:r>
      <w:r>
        <w:t>how can then man go against nature and learn to exercise restraint over his desires? dekhen, yahi to test hai.</w:t>
      </w:r>
    </w:p>
    <w:p>
      <w:pPr>
        <w:jc w:val="right"/>
      </w:pPr>
      <w:r>
        <w:t>ہاؤ کین دین مین گو اگینسٹ نیچر اینڈ لرن ٹو ایکسرسائز ریسٹرنٹ اوور ہز ڈیزائرز؟ دیکھیں، یہی تو ٹیسٹ ہے۔</w:t>
      </w:r>
    </w:p>
    <w:p>
      <w:r>
        <w:rPr>
          <w:b/>
        </w:rPr>
        <w:t xml:space="preserve">[1:22:22] </w:t>
      </w:r>
      <w:r>
        <w:t>agar yeh baat na hoti to test kis baat ka tha? dekhen, allah taala ne ek taraf insan ko daal diya aisi duniya mein jahan desires hain, temptations hain, shaitan ke behkawe hain.</w:t>
      </w:r>
    </w:p>
    <w:p>
      <w:pPr>
        <w:jc w:val="right"/>
      </w:pPr>
      <w:r>
        <w:t>اگر یہ بات نہ ہوتی تو ٹیسٹ کس بات کا تھا؟ دیکھیں، اللہ تعالی نے ایک طرف انسان کو ڈال دیا ایسی دنیا میں جہاں ڈیزائر ہیں، ٹیمٹیشن ہیں، شیطان کے بہکاوے ہیں۔</w:t>
      </w:r>
    </w:p>
    <w:p>
      <w:r>
        <w:rPr>
          <w:b/>
        </w:rPr>
        <w:t xml:space="preserve">[1:22:35] </w:t>
      </w:r>
      <w:r>
        <w:t>aql bhi di, aql itni zabardast aql di hai insan ko.</w:t>
      </w:r>
    </w:p>
    <w:p>
      <w:pPr>
        <w:jc w:val="right"/>
      </w:pPr>
      <w:r>
        <w:t>عقل بھی دی، عقل اتنی زبردست عقل دی ہے انسان کو۔</w:t>
      </w:r>
    </w:p>
    <w:p>
      <w:r>
        <w:rPr>
          <w:b/>
        </w:rPr>
        <w:t xml:space="preserve">[1:22:39] </w:t>
      </w:r>
      <w:r>
        <w:t>jaise maine arz kiya ke aql se insan kya karta hai? ke billion years peeche dekh sakta hai. big bang kab hua tha?</w:t>
      </w:r>
    </w:p>
    <w:p>
      <w:pPr>
        <w:jc w:val="right"/>
      </w:pPr>
      <w:r>
        <w:t>جیسے میں نے عرض کیا کہ عقل سے انسان کیا کرتا ہے؟ کہ بلین ایئرز پیچھے دیکھ سکتا ہے۔ بگ بینگ کب ہوا تھا؟</w:t>
      </w:r>
    </w:p>
    <w:p>
      <w:r>
        <w:rPr>
          <w:b/>
        </w:rPr>
        <w:t xml:space="preserve">[1:22:48] </w:t>
      </w:r>
      <w:r>
        <w:t>billion years pehle hua tha, 15 billion years pehle. aur is ki ripples is ne dekh liya. ripples ko jo waqea hua 15 billion saal pehle to is ki ripples is ne aaj dekh liya.</w:t>
      </w:r>
    </w:p>
    <w:p>
      <w:pPr>
        <w:jc w:val="right"/>
      </w:pPr>
      <w:r>
        <w:t>بلین ایئرز پہلے ہوا تھا، 15 بلین ایئرز پہلے۔ اور اس کی ریپلس اس نے دیکھ لیا۔ ریپلس کو جو واقعہ ہوا 15 بلین سال پہلے تو اس کی ریپلس اس نے آج دیکھ لیا۔</w:t>
      </w:r>
    </w:p>
    <w:p>
      <w:r>
        <w:rPr>
          <w:b/>
        </w:rPr>
        <w:t xml:space="preserve">[1:23:03] </w:t>
      </w:r>
      <w:r>
        <w:t>itni badi aql insan ko di gayi hai.</w:t>
      </w:r>
    </w:p>
    <w:p>
      <w:pPr>
        <w:jc w:val="right"/>
      </w:pPr>
      <w:r>
        <w:t>اتنی بڑی عقل انسان کو دی گئی ہے۔</w:t>
      </w:r>
    </w:p>
    <w:p>
      <w:r>
        <w:rPr>
          <w:b/>
        </w:rPr>
        <w:t xml:space="preserve">[1:23:07] </w:t>
      </w:r>
      <w:r>
        <w:t>to test ke liye rakha allah taala ne insan ko aisi duniya mein jahan temptation hai, jahan desires hain waghera.</w:t>
      </w:r>
    </w:p>
    <w:p>
      <w:pPr>
        <w:jc w:val="right"/>
      </w:pPr>
      <w:r>
        <w:t>تو ٹیسٹ کے لیے رکھا اللہ تعالی نے انسان کو ایسی دنیا میں جہاں ٹیمپٹیشن ہے، جہاں ڈیزائرز ہیں وغیرہ۔</w:t>
      </w:r>
    </w:p>
    <w:p>
      <w:r>
        <w:rPr>
          <w:b/>
        </w:rPr>
        <w:t xml:space="preserve">[1:23:15] </w:t>
      </w:r>
      <w:r>
        <w:t>lekin saath saath itni badi aql de di ke us ko ke woh jaan sake, woh control kar sake, woh discover kar sake baaton ko. apni de conditioning, is ka de conditioning, yeh sab dimagh ko taqat de di hai.</w:t>
      </w:r>
    </w:p>
    <w:p>
      <w:pPr>
        <w:jc w:val="right"/>
      </w:pPr>
      <w:r>
        <w:t>لیکن ساتھ ساتھ اتنی بڑی عقل دے دی کہ اس کو کہ وہ جان سکے، وہ کنٹرول کر سکے، وہ ڈسکور کر سکے باتوں کو۔ اپنی ڈی کنڈیشن، اس کا ڈی کنڈیشننگ، یہ سب دماغ کو طاقت دے دی ہے۔</w:t>
      </w:r>
    </w:p>
    <w:p>
      <w:r>
        <w:rPr>
          <w:b/>
        </w:rPr>
        <w:t xml:space="preserve">[1:23:29] </w:t>
      </w:r>
      <w:r>
        <w:t>to is ko taqat ka istemal kijiye.</w:t>
      </w:r>
    </w:p>
    <w:p>
      <w:pPr>
        <w:jc w:val="right"/>
      </w:pPr>
      <w:r>
        <w:t>تو اس کو طاقت کا استعمال کیجئے۔</w:t>
      </w:r>
    </w:p>
    <w:p>
      <w:r>
        <w:rPr>
          <w:b/>
        </w:rPr>
        <w:t xml:space="preserve">[1:23:35] </w:t>
      </w:r>
      <w:r>
        <w:t>das question is from mr riyaz ahmed from delhi. bade bade sahaba aur caliph bhi shaheed hue hain.</w:t>
      </w:r>
    </w:p>
    <w:p>
      <w:pPr>
        <w:jc w:val="right"/>
      </w:pPr>
      <w:r>
        <w:t>دس کوئسچن از فرام مسٹر ریاض احمد فرام ڈلی۔ بڑے بڑے صحابہ اور کیلیف بھی شہید ہوئے ہیں۔</w:t>
      </w:r>
    </w:p>
    <w:p>
      <w:r>
        <w:rPr>
          <w:b/>
        </w:rPr>
        <w:t xml:space="preserve">[1:23:44] </w:t>
      </w:r>
      <w:r>
        <w:t>sab ne deen ki khatir qurbaniyan di hain lekin imam hussain hi ko shaheed-e-azam kaha jata hai. kya yeh durust hai?</w:t>
      </w:r>
    </w:p>
    <w:p>
      <w:pPr>
        <w:jc w:val="right"/>
      </w:pPr>
      <w:r>
        <w:t>سب نے دین کی خاطر قربانیاں دی ہیں لیکن امام حسین ہی کو شہید شہید اعظم کہا جاتا ہے۔ کیا یہ درست ہے؟</w:t>
      </w:r>
    </w:p>
    <w:p>
      <w:r>
        <w:rPr>
          <w:b/>
        </w:rPr>
        <w:t xml:space="preserve">[1:23:56] </w:t>
      </w:r>
      <w:r>
        <w:t>shaheed ka lafz hi nahi pehle bola jata tha.</w:t>
      </w:r>
    </w:p>
    <w:p>
      <w:pPr>
        <w:jc w:val="right"/>
      </w:pPr>
      <w:r>
        <w:t>شہید کا لفظ ہی نہیں پہلے بولا جاتا تھا۔</w:t>
      </w:r>
    </w:p>
    <w:p>
      <w:r>
        <w:rPr>
          <w:b/>
        </w:rPr>
        <w:t xml:space="preserve">[1:24:01] </w:t>
      </w:r>
      <w:r>
        <w:t>bukhari mein ek bab baqayda hai, bab ke shaheed mat kaho. baba baqayda bab hai yeh</w:t>
      </w:r>
    </w:p>
    <w:p>
      <w:pPr>
        <w:jc w:val="right"/>
      </w:pPr>
      <w:r>
        <w:t>بخاری میں ایک باب باقاعدہ ہے، باب کہ شہید مت کہو۔ بابا باقاعدہ باب ہے یہ</w:t>
      </w:r>
    </w:p>
    <w:p>
      <w:r>
        <w:rPr>
          <w:b/>
        </w:rPr>
        <w:t xml:space="preserve">[1:24:11] </w:t>
      </w:r>
      <w:r>
        <w:t>ke shaheed mat kaho. chunancha aap dekhiye, tareekh padhen, aap arabi kitaben padhen, aap umar shaheed kahin nahi paayenge. aap usman shaheed kahin nahi likha rahega. hussain shaheed bhi kahin nahi likha rahega.</w:t>
      </w:r>
    </w:p>
    <w:p>
      <w:pPr>
        <w:jc w:val="right"/>
      </w:pPr>
      <w:r>
        <w:t>کہ شہید مت کہو۔ چنانچہ آپ دیکھیے، تاریخ پڑھیں، آپ عربی کتابیں پڑھیں، آپ عمر شہید کہیں نہیں پائیں گے۔ آپ عثمان شہید کہیں نہیں لکھا رہے گا۔ حسین شہید بھی کہیں نہیں لکھا رہے گا۔</w:t>
      </w:r>
    </w:p>
    <w:p>
      <w:r>
        <w:rPr>
          <w:b/>
        </w:rPr>
        <w:t xml:space="preserve">[1:24:21] </w:t>
      </w:r>
      <w:r>
        <w:t>is liye kitabon mein yeh to aaj kal ke hangame khade kiye gaye hain. yeh sab</w:t>
      </w:r>
    </w:p>
    <w:p>
      <w:pPr>
        <w:jc w:val="right"/>
      </w:pPr>
      <w:r>
        <w:t>اس لیے کتابوں میں یہ تو آج کل کے ہنگامے کھڑے کیے گئے ہیں۔ یہ سب</w:t>
      </w:r>
    </w:p>
    <w:p>
      <w:r>
        <w:rPr>
          <w:b/>
        </w:rPr>
        <w:t xml:space="preserve">[1:24:27] </w:t>
      </w:r>
      <w:r>
        <w:t>basically jo yeh jo aaya hai colony repeat logon ko jagane, bhadkane ke liye ke lado lado aur logon ko shaheed ho jaoge, yeh hoga, woh hoga. yeh shaheed-e-azam ka lafz hi baat ko istemal hua.</w:t>
      </w:r>
    </w:p>
    <w:p>
      <w:pPr>
        <w:jc w:val="right"/>
      </w:pPr>
      <w:r>
        <w:t>بیسیکلی جو یہ جو آیا ہے کلونی ریپیٹ لوگوں کو جگانے، بھڑکانے کے لیے کہ لڑو لڑو اور لوگوں کو شہید ہو جاؤ گے، یہ ہوگا، وہ ہوگا۔ یہ شہید اعظم کا لفظ ہی بات کو استعمال ہوا۔</w:t>
      </w:r>
    </w:p>
    <w:p>
      <w:r>
        <w:rPr>
          <w:b/>
        </w:rPr>
        <w:t xml:space="preserve">[1:24:39] </w:t>
      </w:r>
      <w:r>
        <w:t>is ka islam se koi talluq nahi hai. khud lafz shaheed bhi nahi istemal nahi hua. yani kahin bhi pichli kitabon mein aap dekhein jo jo zamana e awwal ki kitabein hain, kahin bhi kisi ko shaheed nahi likha hua hai.</w:t>
      </w:r>
    </w:p>
    <w:p>
      <w:pPr>
        <w:jc w:val="right"/>
      </w:pPr>
      <w:r>
        <w:t>اس کا اسلام سے کوئی تعلق نہیں ہے۔ خود لفظ شہید بھی نہیں استعمال نہیں ہوا۔ یعنی کہیں بھی پچھلی کتابوں میں آپ دیکھیں جو جو زمانہ اول کی کتابیں ہیں، کہیں بھی کسی کو شہید نہیں لکھا ہوا ہے۔</w:t>
      </w:r>
    </w:p>
    <w:p>
      <w:r>
        <w:rPr>
          <w:b/>
        </w:rPr>
        <w:t xml:space="preserve">[1:24:54] </w:t>
      </w:r>
      <w:r>
        <w:t>halankay sab log, itnay saray log maray gaye. ab mujhe batayein, koi aik kitab mujhe batayein jahan likha ho ke Umer shaheed, Usman shaheed, Ali shaheed, Hussain shaheed.</w:t>
      </w:r>
    </w:p>
    <w:p>
      <w:pPr>
        <w:jc w:val="right"/>
      </w:pPr>
      <w:r>
        <w:t>حالانکہ سب لوگ، اتنے سارے لوگ مارے گئے۔ اب مجھے بتائیں، کوئی ایک کتاب مجھے بتائیں جہاں لکھا ہو کہ عمر شہید، عثمان شہید، علی شہید، حسین شہید۔</w:t>
      </w:r>
    </w:p>
    <w:p>
      <w:r>
        <w:rPr>
          <w:b/>
        </w:rPr>
        <w:t xml:space="preserve">[1:25:04] </w:t>
      </w:r>
      <w:r>
        <w:t>yeh sab to yeh aaj kal ki bidatein hain. yeh sab bohat sari bidatein hain. phir unhon ne paida kiya, is mein bhi aik bidat yeh bhi hai. ab Bukhari mein aap parh lijiye, is mein baqayda hadith hai ke shaheed mat kaho kisi ko.</w:t>
      </w:r>
    </w:p>
    <w:p>
      <w:pPr>
        <w:jc w:val="right"/>
      </w:pPr>
      <w:r>
        <w:t>یہ سب تو یہ آج کل کی بدعتیں ہیں۔ یہ سب بہت ساری بدعتیں ہیں۔ پھر انہوں نے پیدا کیا، اس میں بھی ایک بدعت یہ بھی ہے۔ اب بخاری میں آپ پڑھ لیجئے، اس میں باقاعدہ حدیث ہے کہ شہید مت کہو کسی کو۔</w:t>
      </w:r>
    </w:p>
    <w:p>
      <w:r>
        <w:rPr>
          <w:b/>
        </w:rPr>
        <w:t xml:space="preserve">[1:25:17] </w:t>
      </w:r>
      <w:r>
        <w:t>shaheed kehne ka muamla Khuda ke hath mein hai. Khuda janta hai kaun shaheed hua, kaun shaheed nahi hua. yani aik shakhs larr kar mara</w:t>
      </w:r>
    </w:p>
    <w:p>
      <w:pPr>
        <w:jc w:val="right"/>
      </w:pPr>
      <w:r>
        <w:t>شہید کہنے کا معاملہ خدا کے ہاتھ میں ہے۔ خدا جانتا ہے کون شہید ہوا، کون شہید نہیں ہوا۔ یعنی ایک شخص لڑ کر مرا</w:t>
      </w:r>
    </w:p>
    <w:p>
      <w:r>
        <w:rPr>
          <w:b/>
        </w:rPr>
        <w:t xml:space="preserve">[1:25:26] </w:t>
      </w:r>
      <w:r>
        <w:t>is ki jang mein, Khyber ki jang mein, aur saray log is ko kahengay yeh to bohat bara kaam kiya. is ne bohat bara kaam kiya. Rasool Allah ne kaha ke nahi, yeh jahannum mein jayega.</w:t>
      </w:r>
    </w:p>
    <w:p>
      <w:pPr>
        <w:jc w:val="right"/>
      </w:pPr>
      <w:r>
        <w:t>اس کی جنگ میں، خیبر کی جنگ میں، اور سارے لوگ اس کو کہیں گے یہ تو بہت بڑا کام کیا۔ اس نے بہت بڑا کام کیا۔ رسول اللہ نے کہا کہ نہیں، یہ جہنم میں جائے گا۔</w:t>
      </w:r>
    </w:p>
    <w:p>
      <w:r>
        <w:rPr>
          <w:b/>
        </w:rPr>
        <w:t xml:space="preserve">[1:25:34] </w:t>
      </w:r>
      <w:r>
        <w:t>yeh yeh Bukhari mein yeh riwayat hai baqayda. to log shakk hone laga. yahan hadith mein aata hai ke log shakk hone laga. Rasool Allah sal Allah alaihi wasallam sahi keh rahe hain, galat keh rahe hain.</w:t>
      </w:r>
    </w:p>
    <w:p>
      <w:pPr>
        <w:jc w:val="right"/>
      </w:pPr>
      <w:r>
        <w:t>یہ یہ بخاری میں یہ روایت ہے باقاعدہ۔ تو لوگ شک ہونے لگا۔ یہاں حدیث میں آتا ہے کہ لوگ شک ہونے لگا۔ رسول اللہ صلی اللہ علیہ وسلم صحیح کہہ رہے ہیں، غلط کہہ رہے ہیں۔</w:t>
      </w:r>
    </w:p>
    <w:p>
      <w:r>
        <w:rPr>
          <w:b/>
        </w:rPr>
        <w:t xml:space="preserve">[1:25:45] </w:t>
      </w:r>
      <w:r>
        <w:t>to aap ne kaha ja ke tehqeeq karo. to pata chala ke is ne khudkushi kar li thi. to isi liye hadith mein aaya hai ke shaheed mat kaho kisi</w:t>
      </w:r>
    </w:p>
    <w:p>
      <w:pPr>
        <w:jc w:val="right"/>
      </w:pPr>
      <w:r>
        <w:t>تو آپ نے کہا جا کے تحقیق کرو۔ تو پتہ چلا کہ اس نے خودکشی کر لی تھی۔ تو اسی لیے حدیث میں آیا ہے کہ شہید مت کہو کسی</w:t>
      </w:r>
    </w:p>
    <w:p>
      <w:r>
        <w:rPr>
          <w:b/>
        </w:rPr>
        <w:t xml:space="preserve">[1:25:54] </w:t>
      </w:r>
      <w:r>
        <w:t>ko. yeh Khuda ka muamla hai. to shaheed bhi kehna galat hai, shaheed e azam kehna bhi galat hai. na Quran mein, na hadith mein, na Sahaba ne aisa kaha, Tabi'een ne aisa kiya.</w:t>
      </w:r>
    </w:p>
    <w:p>
      <w:pPr>
        <w:jc w:val="right"/>
      </w:pPr>
      <w:r>
        <w:t>کو۔ یہ خدا کا معاملہ ہے۔ تو شہید بھی کہنا غلط ہے، شہید اعظم کہنا بھی غلط ہے۔ نہ قرآن میں، نہ حدیث میں، نہ صحابہ نے ایسا کہا، تابعین نے ایسا کیا۔</w:t>
      </w:r>
    </w:p>
    <w:p>
      <w:r>
        <w:rPr>
          <w:b/>
        </w:rPr>
        <w:t xml:space="preserve">[1:26:06] </w:t>
      </w:r>
      <w:r>
        <w:t>aaj kal yeh nikla hai. yeh sab aaj kal taqreerein karte hain, jazbati log isi mein sab bari bari baatein bolte hain.</w:t>
      </w:r>
    </w:p>
    <w:p>
      <w:pPr>
        <w:jc w:val="right"/>
      </w:pPr>
      <w:r>
        <w:t>آج کل یہ نکلا ہے۔ یہ سب آج کل تقریریں کرتے ہیں، جذباتی لوگ اسی میں سب بڑی بڑی باتیں بولتے ہیں۔</w:t>
      </w:r>
    </w:p>
    <w:p>
      <w:r>
        <w:rPr>
          <w:b/>
        </w:rPr>
        <w:t xml:space="preserve">[1:26:14] </w:t>
      </w:r>
      <w:r>
        <w:t>to yeh yeh yeh koi miyar nahi hai.</w:t>
      </w:r>
    </w:p>
    <w:p>
      <w:pPr>
        <w:jc w:val="right"/>
      </w:pPr>
      <w:r>
        <w:t>تو یہ یہ یہ کوئی معیار نہیں ہے۔</w:t>
      </w:r>
    </w:p>
    <w:p>
      <w:r>
        <w:rPr>
          <w:b/>
        </w:rPr>
        <w:t xml:space="preserve">[1:26:21] </w:t>
      </w:r>
      <w:r>
        <w:t>das question is from Mr Anwar Ahmed from Kanpur. agar main haq ki larrhai larr raha hoon to kya yeh durust hai jabkay is larrhai se duniyavi aitbar se nuqsan hone ka andesha hai?</w:t>
      </w:r>
    </w:p>
    <w:p>
      <w:pPr>
        <w:jc w:val="right"/>
      </w:pPr>
      <w:r>
        <w:t>دس کوئسچن از فرام مسٹر انور احمد فرام کانپور۔ اگر میں حق کی لڑائی لڑ رہا ہوں تو کیا یہ درست ہے جبکہ اس لڑائی سے دنیاوی اعتبار سے نقصان ہونے کا اندیشہ ہے؟</w:t>
      </w:r>
    </w:p>
    <w:p>
      <w:r>
        <w:rPr>
          <w:b/>
        </w:rPr>
        <w:t xml:space="preserve">[1:26:37] </w:t>
      </w:r>
      <w:r>
        <w:t>bhai haq kaise pata chala ke haq ki larrhai larr rahe hain? aap khud hi khud keh diya ke haq hai aur larrne lagay.</w:t>
      </w:r>
    </w:p>
    <w:p>
      <w:pPr>
        <w:jc w:val="right"/>
      </w:pPr>
      <w:r>
        <w:t>بھئی حق کیسے پتہ چلا کہ حق کی لڑائی لڑ رہے ہیں؟ آپ خود ہی خود کہہ دیا کہ حق ہے اور لڑنے لگے۔</w:t>
      </w:r>
    </w:p>
    <w:p>
      <w:r>
        <w:rPr>
          <w:b/>
        </w:rPr>
        <w:t xml:space="preserve">[1:26:46] </w:t>
      </w:r>
      <w:r>
        <w:t>kaun kaise pata chala ke yeh haq hai ya jis ke liye aap larr rahe hain? aap</w:t>
      </w:r>
    </w:p>
    <w:p>
      <w:pPr>
        <w:jc w:val="right"/>
      </w:pPr>
      <w:r>
        <w:t>کون کیسے پتہ چلا کہ یہ حق ہے یا جس کے لیے آپ لڑ رہے ہیں؟ آپ</w:t>
      </w:r>
    </w:p>
    <w:p>
      <w:r>
        <w:rPr>
          <w:b/>
        </w:rPr>
        <w:t xml:space="preserve">[1:26:53] </w:t>
      </w:r>
      <w:r>
        <w:t>hum yeh nahi keh sakte hum haq ke liye larr rahe hain. Khuda ko pata hai ke ke kaun haq par hai, kaun batil par hai. aaj kal ke zamane mein larrhai bilkul khatam ho chuki hai.</w:t>
      </w:r>
    </w:p>
    <w:p>
      <w:pPr>
        <w:jc w:val="right"/>
      </w:pPr>
      <w:r>
        <w:t>ہم یہ نہیں کہہ سکتے ہم حق کے لیے لڑ رہے ہیں۔ خدا کو پتہ ہے کہ کہ کون حق پر ہے، کون باطل پر ہے۔ آج کل کے زمانے میں لڑائی بالکل ختم ہو چکی ہے۔</w:t>
      </w:r>
    </w:p>
    <w:p>
      <w:r>
        <w:rPr>
          <w:b/>
        </w:rPr>
        <w:t xml:space="preserve">[1:27:04] </w:t>
      </w:r>
      <w:r>
        <w:t>ab jo larrhai ki baat karta hai, woh bilkul jahalat ki baat karta hai. jahalat! ab to dawat ka aap kijiye peaceful andaaz mein. ab peaceful activism ka zamana hai.</w:t>
      </w:r>
    </w:p>
    <w:p>
      <w:pPr>
        <w:jc w:val="right"/>
      </w:pPr>
      <w:r>
        <w:t>اب جو لڑائی کی بات کرتا ہے، وہ بالکل جہالت کی بات کرتا ہے۔ جہالت! اب تو دعوت کا آپ کیجئے پیس فل انداز میں۔ اب پیس فل ایکٹیوزم کا زمانہ ہے۔</w:t>
      </w:r>
    </w:p>
    <w:p>
      <w:r>
        <w:rPr>
          <w:b/>
        </w:rPr>
        <w:t xml:space="preserve">[1:27:15] </w:t>
      </w:r>
      <w:r>
        <w:t>ab koi larrhai nahi, koi takrao nahi, koi qital nahi.</w:t>
      </w:r>
    </w:p>
    <w:p>
      <w:pPr>
        <w:jc w:val="right"/>
      </w:pPr>
      <w:r>
        <w:t>اب کوئی لڑائی نہیں، کوئی ٹکراؤ نہیں، کوئی قتال نہیں۔</w:t>
      </w:r>
    </w:p>
    <w:p>
      <w:r>
        <w:rPr>
          <w:b/>
        </w:rPr>
        <w:t xml:space="preserve">[1:27:21] </w:t>
      </w:r>
      <w:r>
        <w:t>haq ki larrhai ka lafz hi ab ab ab ab ab woh khatam ho chuka hai. haq ke liye peaceful koshish karna, haq ke liye peace peaceful koshish karna hai.</w:t>
      </w:r>
    </w:p>
    <w:p>
      <w:pPr>
        <w:jc w:val="right"/>
      </w:pPr>
      <w:r>
        <w:t>حق کی لڑائی کا لفظ ہی اب اب اب اب اب وہ ختم ہو چکا ہے۔ حق کے لیے پیس فل کوشش کرنا، حق کے لیے پیس پیس فل کوشش کرنا ہے۔</w:t>
      </w:r>
    </w:p>
    <w:p>
      <w:r>
        <w:rPr>
          <w:b/>
        </w:rPr>
        <w:t xml:space="preserve">[1:27:32] </w:t>
      </w:r>
      <w:r>
        <w:t>bas jo haq ki larrhai ka lafz bolta hai, main us ko samajhta hoon ke jahil hai, kuch janta hi nahi hai. yeh zamane mein itnay mawaqe khul gaye hain peaceful tareeqay se kaam karne ke.</w:t>
      </w:r>
    </w:p>
    <w:p>
      <w:pPr>
        <w:jc w:val="right"/>
      </w:pPr>
      <w:r>
        <w:t>بس جو حق کی لڑائی کا لفظ بولتا ہے، میں اس کو سمجھتا ہوں کہ جاہل ہے، کچھ جانتا ہی نہیں ہے۔ یہ زمانے میں اتنے مواقع کھل گئے ہیں پیس فل طریقے سے کام کرنے کے۔</w:t>
      </w:r>
    </w:p>
    <w:p>
      <w:r>
        <w:rPr>
          <w:b/>
        </w:rPr>
        <w:t xml:space="preserve">[1:27:44] </w:t>
      </w:r>
      <w:r>
        <w:t>to aap larrhai larrhai kis liye karte hain? haq ke liye peaceful method se aap koshish kijiye.</w:t>
      </w:r>
    </w:p>
    <w:p>
      <w:pPr>
        <w:jc w:val="right"/>
      </w:pPr>
      <w:r>
        <w:t>تو آپ لڑائی لڑائی کس لیے کرتے ہیں؟ حق کے لیے پیس فل میتھڈ سے آپ کوشش کیجئے۔</w:t>
      </w:r>
    </w:p>
    <w:p>
      <w:r>
        <w:rPr>
          <w:b/>
        </w:rPr>
        <w:t xml:space="preserve">[1:27:50] </w:t>
      </w:r>
      <w:r>
        <w:t>larrhai kya hai? larrhai se nafratein paida hoti hain, larrhai se violence paida hota hai, larrhai se tashaddud paida hota hai.</w:t>
      </w:r>
    </w:p>
    <w:p>
      <w:pPr>
        <w:jc w:val="right"/>
      </w:pPr>
      <w:r>
        <w:t>لڑائی کیا ہے؟ لڑائی سے نفرتیں پیدا ہوتی ہیں، لڑائی سے وائیلنس پیدا ہوتا ہے، لڑائی سے تشدد پیدا ہوتا ہے۔</w:t>
      </w:r>
    </w:p>
    <w:p>
      <w:r>
        <w:rPr>
          <w:b/>
        </w:rPr>
        <w:t xml:space="preserve">[1:27:59] </w:t>
      </w:r>
      <w:r>
        <w:t>peaceful tareeqay se aap kaam karein to kuch bhi nahi, koi baat bigadti nahi. to baharhal yeh zamana woh hai jab ke aap larrhai ko bilkul khatam samjhiye.</w:t>
      </w:r>
    </w:p>
    <w:p>
      <w:pPr>
        <w:jc w:val="right"/>
      </w:pPr>
      <w:r>
        <w:t>پیس فل طریقے سے آپ کام کریں تو کچھ بھی نہیں، کوئی بات بگڑتی نہیں۔ تو بہرحال یہ زمانہ وہ ہے جب کہ آپ لڑائی کو بالکل ختم سمجھیے۔</w:t>
      </w:r>
    </w:p>
    <w:p>
      <w:r>
        <w:rPr>
          <w:b/>
        </w:rPr>
        <w:t xml:space="preserve">[1:28:13] </w:t>
      </w:r>
      <w:r>
        <w:t>ab to sirf peaceful tareeqay se kaam kijiye. bas</w:t>
      </w:r>
    </w:p>
    <w:p>
      <w:pPr>
        <w:jc w:val="right"/>
      </w:pPr>
      <w:r>
        <w:t>اب تو صرف پیس فل طریقے سے کام کیجئے۔ بس</w:t>
      </w:r>
    </w:p>
    <w:p>
      <w:r>
        <w:rPr>
          <w:b/>
        </w:rPr>
        <w:t xml:space="preserve">[1:28:18] </w:t>
      </w:r>
      <w:r>
        <w:t>Maulana, un ka doosra sawal hai:</w:t>
      </w:r>
    </w:p>
    <w:p>
      <w:pPr>
        <w:jc w:val="right"/>
      </w:pPr>
      <w:r>
        <w:t>مولانا، ان کا دوسرا سوال ہے:</w:t>
      </w:r>
    </w:p>
    <w:p>
      <w:r>
        <w:rPr>
          <w:b/>
        </w:rPr>
        <w:t xml:space="preserve">[1:28:21] </w:t>
      </w:r>
      <w:r>
        <w:t>ah taleem ke liye cheen tak jao, yahan pe kis taleem ka reference hai? deeni ya duniyavi?</w:t>
      </w:r>
    </w:p>
    <w:p>
      <w:pPr>
        <w:jc w:val="right"/>
      </w:pPr>
      <w:r>
        <w:t>اہ تعلیم کے لیے چین تک جاؤ، یہاں پہ کس تعلیم کا ریفرنس ہے؟ دینی یا دنیاوی؟</w:t>
      </w:r>
    </w:p>
    <w:p>
      <w:r>
        <w:rPr>
          <w:b/>
        </w:rPr>
        <w:t xml:space="preserve">[1:28:32] </w:t>
      </w:r>
      <w:r>
        <w:t>dekhein, deeni duniyavi ki taqseem bhi galat hai. main us ko sahi nahi manta. utlo al ilm walaw kan bi sin jo hadith hai, yeh koi yeh qawi hadith nahi hai,</w:t>
      </w:r>
    </w:p>
    <w:p>
      <w:pPr>
        <w:jc w:val="right"/>
      </w:pPr>
      <w:r>
        <w:t>دیکھیں، دینی دنیاوی کی تقسیم بھی غلط ہے۔ میں اس کو صحیح نہیں مانتا۔ اتل العلم ولو کان بسین جو حدیث ہے، یہ کوئی یہ قوی حدیث نہیں ہے،</w:t>
      </w:r>
    </w:p>
    <w:p>
      <w:r>
        <w:rPr>
          <w:b/>
        </w:rPr>
        <w:t xml:space="preserve">[1:28:45] </w:t>
      </w:r>
      <w:r>
        <w:t>lekin mani mein is ko durust samajhta hoon.</w:t>
      </w:r>
    </w:p>
    <w:p>
      <w:pPr>
        <w:jc w:val="right"/>
      </w:pPr>
      <w:r>
        <w:t>لیکن معنی میں اس کو درست سمجھتا ہوں۔</w:t>
      </w:r>
    </w:p>
    <w:p>
      <w:r>
        <w:rPr>
          <w:b/>
        </w:rPr>
        <w:t xml:space="preserve">[1:28:48] </w:t>
      </w:r>
      <w:r>
        <w:t>yani sanda yeh sahi nahi maani jaati. Ulama ne is ko nahi maana hai, lekin mani ka aitbaar durust hai.</w:t>
      </w:r>
    </w:p>
    <w:p>
      <w:pPr>
        <w:jc w:val="right"/>
      </w:pPr>
      <w:r>
        <w:t>یعنی سندا یہ صحیح نہیں مانی جاتی۔ علماء نے اس کو نہیں مانا ہے، لیکن معنی کا اعتبار درست ہے۔</w:t>
      </w:r>
    </w:p>
    <w:p>
      <w:r>
        <w:rPr>
          <w:b/>
        </w:rPr>
        <w:t xml:space="preserve">[1:28:57] </w:t>
      </w:r>
      <w:r>
        <w:t>ilm seekho, ilm seekho, ilm seekho. Asal cheez ilm deen aur dunya ke aitbaar se taqseem nahi hai.</w:t>
      </w:r>
    </w:p>
    <w:p>
      <w:pPr>
        <w:jc w:val="right"/>
      </w:pPr>
      <w:r>
        <w:t>علم سیکھو، علم سیکھو، علم سیکھو۔ اصل چیز علم دین اور دنیا کے اعتبار سے تقسیم نہیں ہے۔</w:t>
      </w:r>
    </w:p>
    <w:p>
      <w:r>
        <w:rPr>
          <w:b/>
        </w:rPr>
        <w:t xml:space="preserve">[1:29:05] </w:t>
      </w:r>
      <w:r>
        <w:t>ilm ki yeh dunya ka ilm hai, yeh deen ka ilm hai. Har ilm ilm deen hai. Bachate ki niyat durust ho aap ki. Maine angrezi padhi, bazahir woh dunya ka ilm tha woh, lekin maine padha tha deen dawat ke liye.</w:t>
      </w:r>
    </w:p>
    <w:p>
      <w:pPr>
        <w:jc w:val="right"/>
      </w:pPr>
      <w:r>
        <w:t>علم کی یہ دنیا کا علم ہے، یہ دین کا علم ہے۔ ہر علم علم دین ہے۔ بچتے کی نیت درست ہو آپ کی۔ میں نے انگریزی پڑھی، بظاہر وہ دنیا کا علم تھا وہ، لیکن میں نے پڑھا تھا دین دعوت کے لیے۔</w:t>
      </w:r>
    </w:p>
    <w:p>
      <w:r>
        <w:rPr>
          <w:b/>
        </w:rPr>
        <w:t xml:space="preserve">[1:29:19] </w:t>
      </w:r>
      <w:r>
        <w:t>toh mere liye woh woh dunya ka ilm nahi tha, deen ka ilm tha woh. Maine ilhadi falsafe ko padha. Bade bade burhdeen jo hain, un ko un ke falsafe, un ki kitabein padhin jo Khuda ko nahi maante.</w:t>
      </w:r>
    </w:p>
    <w:p>
      <w:pPr>
        <w:jc w:val="right"/>
      </w:pPr>
      <w:r>
        <w:t>تو میرے لیے وہ وہ دنیا کا علم نہیں تھا، دین کا علم تھا وہ۔ میں نے الحادی فلسفے کو پڑھا۔ بڑے بڑے برہدین جو ہیں، ان کو ان کے فلسفے، ان کی کتابیں پڑھیں جو خدا کو نہیں مانتے۔</w:t>
      </w:r>
    </w:p>
    <w:p>
      <w:r>
        <w:rPr>
          <w:b/>
        </w:rPr>
        <w:t xml:space="preserve">[1:29:33] </w:t>
      </w:r>
      <w:r>
        <w:t>toh bazahir woh deeni baat nahi thi, lekin mere liye toh sahi thi ke koi main samajhna chah raha tha ke aaj ka</w:t>
      </w:r>
    </w:p>
    <w:p>
      <w:pPr>
        <w:jc w:val="right"/>
      </w:pPr>
      <w:r>
        <w:t>تو بظاہر وہ دینی بات نہیں تھی، لیکن میرے لیے تو صحیح تھی کہ کوئی میں سمجھنا چاہ رہا تھا کہ آج کا</w:t>
      </w:r>
    </w:p>
    <w:p>
      <w:r>
        <w:rPr>
          <w:b/>
        </w:rPr>
        <w:t xml:space="preserve">[1:29:38] </w:t>
      </w:r>
      <w:r>
        <w:t>zehan kya hai, aaj ka mind kya hai. Toh yeh taqseem galat hai ke deeni taleem, duniyavi taleem. Asal cheez hai niyat ke everything depends upon your intention.</w:t>
      </w:r>
    </w:p>
    <w:p>
      <w:pPr>
        <w:jc w:val="right"/>
      </w:pPr>
      <w:r>
        <w:t>ذہن کیا ہے، آج کا مائنڈ کیا ہے۔ تو یہ تقسیم غلط ہے کہ دینی تعلیم، دنیاوی تعلیم۔ اصل چیز ہے نیت کہ ایوری تھنگ ڈیپینڈز اپون یور انٹینشن۔</w:t>
      </w:r>
    </w:p>
    <w:p>
      <w:r>
        <w:rPr>
          <w:b/>
        </w:rPr>
        <w:t xml:space="preserve">[1:29:51] </w:t>
      </w:r>
      <w:r>
        <w:t>intention jo hai, wahi faisla karta hai ke woh woh sahi hai ya galat hai. Toh you have always, you have to see your intention.</w:t>
      </w:r>
    </w:p>
    <w:p>
      <w:pPr>
        <w:jc w:val="right"/>
      </w:pPr>
      <w:r>
        <w:t>انٹینشن جو ہے، وہی فیصلہ کرتا ہے کہ وہ وہ صحیح ہے یا غلط ہے۔ تو یو ہیو الویز، یو ہیو ٹو سی یور انٹینشن۔</w:t>
      </w:r>
    </w:p>
    <w:p>
      <w:r>
        <w:rPr>
          <w:b/>
        </w:rPr>
        <w:t xml:space="preserve">[1:30:03] </w:t>
      </w:r>
      <w:r>
        <w:t>This question is from Miss Areeba Qudsia from Delhi.</w:t>
      </w:r>
    </w:p>
    <w:p>
      <w:pPr>
        <w:jc w:val="right"/>
      </w:pPr>
      <w:r>
        <w:t>دس کوئسچن از فرام مس ارم قدسیہ فرام ڈلی۔</w:t>
      </w:r>
    </w:p>
    <w:p>
      <w:r>
        <w:rPr>
          <w:b/>
        </w:rPr>
        <w:t xml:space="preserve">[1:30:08] </w:t>
      </w:r>
      <w:r>
        <w:t>One of my friend told that she is scared to disclose her identity of being a Muslim at her workplace, because people over there are quite narrow minded.</w:t>
      </w:r>
    </w:p>
    <w:p>
      <w:pPr>
        <w:jc w:val="right"/>
      </w:pPr>
      <w:r>
        <w:t>ون اف مائی فرینڈ ٹولڈ دیٹ شی از سکیئر ٹو ڈسکلوز ہر ائیڈنٹٹی اف بینگ ا مسلم ایٹ ہر ورک پلیس، بیکاز پیپل اوور دیر ار کوائٹ نیرو مائنڈڈ۔</w:t>
      </w:r>
    </w:p>
    <w:p>
      <w:r>
        <w:rPr>
          <w:b/>
        </w:rPr>
        <w:t xml:space="preserve">[1:30:21] </w:t>
      </w:r>
      <w:r>
        <w:t>Is such a behaviour or thinking justified in today era? How can then we follow dawah work? And how can we then follow?</w:t>
      </w:r>
    </w:p>
    <w:p>
      <w:pPr>
        <w:jc w:val="right"/>
      </w:pPr>
      <w:r>
        <w:t>از سچ ا بیہیویئر اور تھنکنگ جسٹیفائیڈ ان ٹوڈے ایرا؟ ہاؤ کین دین وی فالو داوا ورک؟ اینڈ ہاؤ کین وی دین فالو؟</w:t>
      </w:r>
    </w:p>
    <w:p>
      <w:r>
        <w:rPr>
          <w:b/>
        </w:rPr>
        <w:t xml:space="preserve">[1:30:30] </w:t>
      </w:r>
      <w:r>
        <w:t>Dekhein, yeh koi permanent cheez nahi hai. Aaj aisa hai, kal badal jaata hai. Yeh koi permanent cheez</w:t>
      </w:r>
    </w:p>
    <w:p>
      <w:pPr>
        <w:jc w:val="right"/>
      </w:pPr>
      <w:r>
        <w:t>دیکھیں، یہ کوئی پرماننٹ چیز نہیں ہے۔ آج ایسا ہے، کل بدل جاتا ہے۔ یہ کوئی پرماننٹ چیز</w:t>
      </w:r>
    </w:p>
    <w:p>
      <w:r>
        <w:rPr>
          <w:b/>
        </w:rPr>
        <w:t xml:space="preserve">[1:30:37] </w:t>
      </w:r>
      <w:r>
        <w:t>nahi hai, yeh koi question nahi hai. Haalat ke lehaz se aap ko kaam karna hai. For suppose, aaj aap ko aap ki identity chhupa ke karna hai toh chhupa ke kijiye, lekin woh kal badal jayegi.</w:t>
      </w:r>
    </w:p>
    <w:p>
      <w:pPr>
        <w:jc w:val="right"/>
      </w:pPr>
      <w:r>
        <w:t>نہیں ہے، یہ کوئی کوئسچن نہیں ہے۔ حالات کے لحاظ سے آپ کو کام کرنا ہے۔ فار سپوز، آج آپ کو آپ کی ائیڈنٹٹی چھپا کے کرنا ہے تو چھپا کے کیجئے، لیکن وہ کل بدل جائے گی۔</w:t>
      </w:r>
    </w:p>
    <w:p>
      <w:r>
        <w:rPr>
          <w:b/>
        </w:rPr>
        <w:t xml:space="preserve">[1:30:49] </w:t>
      </w:r>
      <w:r>
        <w:t>Woh koi rehne wali cheez nahi hai.</w:t>
      </w:r>
    </w:p>
    <w:p>
      <w:pPr>
        <w:jc w:val="right"/>
      </w:pPr>
      <w:r>
        <w:t>وہ کوئی رہنے والی چیز نہیں ہے۔</w:t>
      </w:r>
    </w:p>
    <w:p>
      <w:r>
        <w:rPr>
          <w:b/>
        </w:rPr>
        <w:t xml:space="preserve">[1:30:53] </w:t>
      </w:r>
      <w:r>
        <w:t>Hamare paas toh kal RSS ke ek aadmi aaye the, pakke RSS ke aadmi, aur woh Islam par baatein ho rahi theen un se.</w:t>
      </w:r>
    </w:p>
    <w:p>
      <w:pPr>
        <w:jc w:val="right"/>
      </w:pPr>
      <w:r>
        <w:t>ہمارے پاس تو کل آر ایس ایس کے ایک آدمی آئے تھے، پکے آر ایس ایس کے آدمی، اور وہ اسلام پر باتیں ہو رہی تھیں ان سے۔</w:t>
      </w:r>
    </w:p>
    <w:p>
      <w:r>
        <w:rPr>
          <w:b/>
        </w:rPr>
        <w:t xml:space="preserve">[1:31:02] </w:t>
      </w:r>
      <w:r>
        <w:t>Toh yeh is qism ke sawalaat jo hain, woh koi bahut hi yani temporary nature ke hote hain, permanent nature ke nahi hote.</w:t>
      </w:r>
    </w:p>
    <w:p>
      <w:pPr>
        <w:jc w:val="right"/>
      </w:pPr>
      <w:r>
        <w:t>تو یہ اس قسم کے سوالات جو ہیں، وہ کوئی بہت ہی یعنی ٹیمپریری نیچر کے ہوتے ہیں، پرماننٹ نیچر کے نہیں ہوتے۔</w:t>
      </w:r>
    </w:p>
    <w:p>
      <w:r>
        <w:rPr>
          <w:b/>
        </w:rPr>
        <w:t xml:space="preserve">[1:31:12] </w:t>
      </w:r>
      <w:r>
        <w:t>Toh jaisi situation ho, jaise haalat hon, waisa kaam kijiye aaj aur kal ke liye. Allah se umeed rakhiye ke haalat badal jayenge.</w:t>
      </w:r>
    </w:p>
    <w:p>
      <w:pPr>
        <w:jc w:val="right"/>
      </w:pPr>
      <w:r>
        <w:t>تو جیسی سچوئیشن ہو، جیسے حالات ہوں، ویسا کام کیجئے آج اور کل کے لیے۔ اللہ سے امید رکھیے کہ حالات بدل جائیں گے۔</w:t>
      </w:r>
    </w:p>
    <w:p>
      <w:r>
        <w:rPr>
          <w:b/>
        </w:rPr>
        <w:t xml:space="preserve">[1:31:25] </w:t>
      </w:r>
      <w:r>
        <w:t>This question is from Mr. Shah Imran Hassan from Delhi.</w:t>
      </w:r>
    </w:p>
    <w:p>
      <w:pPr>
        <w:jc w:val="right"/>
      </w:pPr>
      <w:r>
        <w:t>دس کوئسچن از فرام مسٹر شاہ عمران حسن فرام ڈلی۔</w:t>
      </w:r>
    </w:p>
    <w:p>
      <w:r>
        <w:rPr>
          <w:b/>
        </w:rPr>
        <w:t xml:space="preserve">[1:31:30] </w:t>
      </w:r>
      <w:r>
        <w:t>What is the importance of Muharram or Youm Ashura in Islam? Yeh sab toh bidat hai. Saare ulama is ko bidat batate hain.</w:t>
      </w:r>
    </w:p>
    <w:p>
      <w:pPr>
        <w:jc w:val="right"/>
      </w:pPr>
      <w:r>
        <w:t>واٹ از دا امپورٹنس اف محرم اور یوم عاشورہ ان اسلام؟ یہ سب تو بدعت ہے۔ سارے علماء اس کو بدعت بتاتے ہیں۔</w:t>
      </w:r>
    </w:p>
    <w:p>
      <w:r>
        <w:rPr>
          <w:b/>
        </w:rPr>
        <w:t xml:space="preserve">[1:31:42] </w:t>
      </w:r>
      <w:r>
        <w:t>Is ko aap riwaj, bahut se upar riwaj keh sakte hain. Aap musalmanon ka cultural riwaj, is ka Islam se koi ta'alluq nahi hai. Yani woh Islam jo base karta hai Quran o Hadees par, us pe koi ta'alluq is ka</w:t>
      </w:r>
    </w:p>
    <w:p>
      <w:pPr>
        <w:jc w:val="right"/>
      </w:pPr>
      <w:r>
        <w:t>اس کو آپ رواج، بہت سے اوپر رواج کہہ سکتے ہیں۔ آپ مسلمانوں کا کلچرل رواج، اس کا اسلام سے کوئی تعلق نہیں ہے۔ یعنی وہ اسلام جو بیس کرتا ہے قرآن و حدیث پر، اس پہ کوئی تعلق اس کا</w:t>
      </w:r>
    </w:p>
    <w:p>
      <w:r>
        <w:rPr>
          <w:b/>
        </w:rPr>
        <w:t xml:space="preserve">[1:31:58] </w:t>
      </w:r>
      <w:r>
        <w:t>nahi hai. Hadees mein likha aata hai ke teen zamane jo hain, un ko kaha jaata hai qurun mashhood laha bil khair. Qurun mashhood laha bil khair yani teen zamane woh hain jo model hain:</w:t>
      </w:r>
    </w:p>
    <w:p>
      <w:pPr>
        <w:jc w:val="right"/>
      </w:pPr>
      <w:r>
        <w:t>نہیں ہے۔ حدیث میں لکھا آتا ہے کہ تین زمانے جو ہیں، ان کو کہا جاتا ہے قرون مشہود لہا بالخیر۔ قرون مشہود لہا بالخیر یعنی تین زمانے وہ ہیں جو ماڈل ہیں:</w:t>
      </w:r>
    </w:p>
    <w:p>
      <w:r>
        <w:rPr>
          <w:b/>
        </w:rPr>
        <w:t xml:space="preserve">[1:32:11] </w:t>
      </w:r>
      <w:r>
        <w:t>Rasool Allah ka zamana, Sahaba ka zamana, Tabe'een ka zamana. Bas teen hi zamane ke bare mein Rasool Allah ne farmaya ke yeh model hai.</w:t>
      </w:r>
    </w:p>
    <w:p>
      <w:pPr>
        <w:jc w:val="right"/>
      </w:pPr>
      <w:r>
        <w:t>رسول اللہ کا زمانہ، صحابہ کا زمانہ، تابعین کا زمانہ۔ بس تین ہی زمانے کے بارے میں رسول اللہ نے فرمایا کہ یہ ماڈل ہے۔</w:t>
      </w:r>
    </w:p>
    <w:p>
      <w:r>
        <w:rPr>
          <w:b/>
        </w:rPr>
        <w:t xml:space="preserve">[1:32:20] </w:t>
      </w:r>
      <w:r>
        <w:t>Us ke baad koi zamane ka model nahi bataya. Yeh sab toh baad ko nikli hain. Yeh sab cheezein in teen zamano mein yeh sab tha hi nahi.</w:t>
      </w:r>
    </w:p>
    <w:p>
      <w:pPr>
        <w:jc w:val="right"/>
      </w:pPr>
      <w:r>
        <w:t>اس کے بعد کوئی زمانے کا ماڈل نہیں بتایا۔ یہ سب تو بعد کو نکلی ہیں۔ یہ سب چیزیں ان تین زمانوں میں یہ سب تھا ہی نہیں۔</w:t>
      </w:r>
    </w:p>
    <w:p>
      <w:r>
        <w:rPr>
          <w:b/>
        </w:rPr>
        <w:t xml:space="preserve">[1:32:30] </w:t>
      </w:r>
      <w:r>
        <w:t>Yeh toh bahut se bahut is ko agar aap mazhabi lafz bolein toh kaha jayega ke bidat hai, aur agar aap mazhabi lafz ko avoid karein toh aap kaha jayega ke cultural riwaj hai.</w:t>
      </w:r>
    </w:p>
    <w:p>
      <w:pPr>
        <w:jc w:val="right"/>
      </w:pPr>
      <w:r>
        <w:t>یہ تو بہت سے بہت اس کو اگر آپ مذہبی لفظ بولیں تو کہا جائے گا کہ بدعت ہے، اور اگر آپ مذہبی لفظ کو اوائڈ کریں تو آپ کہا جائے گا کہ کلچرل رواج ہے۔</w:t>
      </w:r>
    </w:p>
    <w:p>
      <w:r>
        <w:rPr>
          <w:b/>
        </w:rPr>
        <w:t xml:space="preserve">[1:32:40] </w:t>
      </w:r>
      <w:r>
        <w:t>Bas yeh zyada is ki haqeeqat nahi hai. This question is from Miss Naghma Siddiqui from Delhi.</w:t>
      </w:r>
    </w:p>
    <w:p>
      <w:pPr>
        <w:jc w:val="right"/>
      </w:pPr>
      <w:r>
        <w:t>بس یہ زیادہ اس کی حقیقت نہیں ہے۔ دس کوئسچن از فرام مس نغمہ صدیقی فرام ڈلی۔</w:t>
      </w:r>
    </w:p>
    <w:p>
      <w:r>
        <w:rPr>
          <w:b/>
        </w:rPr>
        <w:t xml:space="preserve">[1:32:49] </w:t>
      </w:r>
      <w:r>
        <w:t>please explain the importance of roza in ninth and tenth moharram. was it from the time of Hazrat Musa?</w:t>
      </w:r>
    </w:p>
    <w:p>
      <w:pPr>
        <w:jc w:val="right"/>
      </w:pPr>
      <w:r>
        <w:t>پلیز ایکسپلین دی امپورٹنس اف روزہ ان نائنتھ اینڈ ٹینتھ محرم۔ واز اٹ فرام دا ٹائم اف حضرت موسی؟</w:t>
      </w:r>
    </w:p>
    <w:p>
      <w:r>
        <w:rPr>
          <w:b/>
        </w:rPr>
        <w:t xml:space="preserve">[1:32:59] </w:t>
      </w:r>
      <w:r>
        <w:t>yeh sab aise hi hai. yani rakhe to rakhe, na rakhe to na rakhe, is ki koi ahmiyat nahi hai. in cheezon ki Islam mein koi ahmiyat nahi hai. kuch log rakhte hain to theek hai, rakh lijye, lekin is ko fazail batana, yeh fazail, woh fazail, yeh bilkul baseless baat hai.</w:t>
      </w:r>
    </w:p>
    <w:p>
      <w:pPr>
        <w:jc w:val="right"/>
      </w:pPr>
      <w:r>
        <w:t>یہ سب ایسے ہی ہے۔ یعنی رکھے تو رکھے، نہ رکھے تو نہ رکھے، اس کی کوئی اہمیت نہیں ہے۔ ان چیزوں کی اسلام میں کوئی اہمیت نہیں ہے۔ کچھ لوگ رکھتے ہیں تو ٹھیک ہے، رکھ لیجئے، لیکن اس کو فضائل بتانا، یہ فضائل، وہ فضائل، یہ بالکل بیسلیس بات ہے۔</w:t>
      </w:r>
    </w:p>
    <w:p>
      <w:r>
        <w:rPr>
          <w:b/>
        </w:rPr>
        <w:t xml:space="preserve">[1:33:17] </w:t>
      </w:r>
      <w:r>
        <w:t>kisi bhi din ke sath jo bhi amal ke fazail bataye jayein, us amal yeh hai ke woh be buniyad hai.</w:t>
      </w:r>
    </w:p>
    <w:p>
      <w:pPr>
        <w:jc w:val="right"/>
      </w:pPr>
      <w:r>
        <w:t>کسی بھی دن کے ساتھ جو بھی عمل کے فضائل بتائے جائیں، اس عمل یہ ہے کہ وہ بے بنیاد ہے۔</w:t>
      </w:r>
    </w:p>
    <w:p>
      <w:r>
        <w:rPr>
          <w:b/>
        </w:rPr>
        <w:t xml:space="preserve">[1:33:25] </w:t>
      </w:r>
      <w:r>
        <w:t>Islam mein fazilat taluq intentions hain, din se nahi hai ke falan din kaam karo to yeh fazilat, falan din kaam karo, woh fazilat. yeh sab kuch nahi. intention jaisi hai, us ke lehaz se fazilat banti hai.</w:t>
      </w:r>
    </w:p>
    <w:p>
      <w:pPr>
        <w:jc w:val="right"/>
      </w:pPr>
      <w:r>
        <w:t>اسلام میں فضیلت تعلق انٹینشنز ہیں، دن سے نہیں ہے کہ فلاں دن کام کرو تو یہ فضیلت، فلاں دن کام کرو، وہ فضیلت۔ یہ سب کچھ نہیں۔ انٹینشن جیسی ہے، اس کے لحاظ سے فضیلت بنتی ہے۔</w:t>
      </w:r>
    </w:p>
    <w:p>
      <w:r>
        <w:rPr>
          <w:b/>
        </w:rPr>
        <w:t xml:space="preserve">[1:33:37] </w:t>
      </w:r>
      <w:r>
        <w:t>sara sawab jo hai, depend karta hai ke kitne achhe intention ke sath aap ne kaam kiya. koi din, koi tareekh, yeh is ki koi haqeeqat nahi hai.</w:t>
      </w:r>
    </w:p>
    <w:p>
      <w:pPr>
        <w:jc w:val="right"/>
      </w:pPr>
      <w:r>
        <w:t>سارا ثواب جو ہے، ڈیپینڈ کرتا ہے کہ کتنے اچھے انٹینشن کے ساتھ آپ نے کام کیا۔ کوئی دن، کوئی تاریخ، یہ اس کی کوئی حقیقت نہیں ہے۔</w:t>
      </w:r>
    </w:p>
    <w:p>
      <w:r>
        <w:rPr>
          <w:b/>
        </w:rPr>
        <w:t xml:space="preserve">[1:33:49] </w:t>
      </w:r>
      <w:r>
        <w:t>das question is from doctor Fareeda Khanam from Delhi.</w:t>
      </w:r>
    </w:p>
    <w:p>
      <w:pPr>
        <w:jc w:val="right"/>
      </w:pPr>
      <w:r>
        <w:t>دس کوئسچن از فرام ڈاکٹر فریدہ خانم فرام ڈلی۔</w:t>
      </w:r>
    </w:p>
    <w:p>
      <w:r>
        <w:rPr>
          <w:b/>
        </w:rPr>
        <w:t xml:space="preserve">[1:33:54] </w:t>
      </w:r>
      <w:r>
        <w:t>God has blessed man with so much boundaries. it seems God himself has pampered man. how can man overcome this pampering and become a man or woman cut to size?</w:t>
      </w:r>
    </w:p>
    <w:p>
      <w:pPr>
        <w:jc w:val="right"/>
      </w:pPr>
      <w:r>
        <w:t>گاڈ ہیز بلیس مین ود سو مچ باؤنڈریز۔ اٹ سیمز گاڈ ہم سیلف ہیز پیمپرڈ مین۔ ہاؤ کین مین اوورکم دس پیمپرنگ اینڈ بیکم ا مین اور وومن کٹ ٹو سائز؟</w:t>
      </w:r>
    </w:p>
    <w:p>
      <w:r>
        <w:rPr>
          <w:b/>
        </w:rPr>
        <w:t xml:space="preserve">[1:34:09] </w:t>
      </w:r>
      <w:r>
        <w:t>kindly comment. pampering to lafz sahi nahi hai. aap keh sakte hain ke blessing keh sakte hain. is ko blessing kaha ja sakta hai.</w:t>
      </w:r>
    </w:p>
    <w:p>
      <w:pPr>
        <w:jc w:val="right"/>
      </w:pPr>
      <w:r>
        <w:t>کائنڈلی کمنٹ۔ پیمپرنگ تو لفظ صحیح نہیں ہے۔ آپ کہہ سکتے ہیں کہ بلیسنگ کہہ سکتے ہیں۔ اس کو بلیسنگ کہا جا سکتا ہے۔</w:t>
      </w:r>
    </w:p>
    <w:p>
      <w:r>
        <w:rPr>
          <w:b/>
        </w:rPr>
        <w:t xml:space="preserve">[1:34:19] </w:t>
      </w:r>
      <w:r>
        <w:t>pampering to ek achha word nahi hai.</w:t>
      </w:r>
    </w:p>
    <w:p>
      <w:pPr>
        <w:jc w:val="right"/>
      </w:pPr>
      <w:r>
        <w:t>پیمپرنگ تو ایک اچھا ورڈ نہیں ہے۔</w:t>
      </w:r>
    </w:p>
    <w:p>
      <w:r>
        <w:rPr>
          <w:b/>
        </w:rPr>
        <w:t xml:space="preserve">[1:34:23] </w:t>
      </w:r>
      <w:r>
        <w:t>kya kya sawal hai? question kya hai? asal how can man overcome this ah pampering and become a man or woman cut to size?</w:t>
      </w:r>
    </w:p>
    <w:p>
      <w:pPr>
        <w:jc w:val="right"/>
      </w:pPr>
      <w:r>
        <w:t>کیا کیا سوال ہے؟ کوئسچن کیا ہے؟ اصل ہاؤ کین مین اوورکم دس اہ پیمپرنگ اینڈ بیکم ا مین اور وومن کٹ ٹو سائز؟</w:t>
      </w:r>
    </w:p>
    <w:p>
      <w:r>
        <w:rPr>
          <w:b/>
        </w:rPr>
        <w:t xml:space="preserve">[1:34:36] </w:t>
      </w:r>
      <w:r>
        <w:t>cut to size to</w:t>
      </w:r>
    </w:p>
    <w:p>
      <w:pPr>
        <w:jc w:val="right"/>
      </w:pPr>
      <w:r>
        <w:t>کٹ ٹو سائز تو</w:t>
      </w:r>
    </w:p>
    <w:p>
      <w:r>
        <w:rPr>
          <w:b/>
        </w:rPr>
        <w:t xml:space="preserve">[1:34:42] </w:t>
      </w:r>
      <w:r>
        <w:t>yani cut to size ka matlab yeh hai ke apni yeh bohat achha lafz hai. yeh k</w:t>
      </w:r>
    </w:p>
    <w:p>
      <w:pPr>
        <w:jc w:val="right"/>
      </w:pPr>
      <w:r>
        <w:t>یعنی کٹ ٹو سائز کا مطلب یہ ہے کہ اپنی یہ بہت اچھا لفظ ہے۔ یہ ک</w:t>
      </w:r>
    </w:p>
    <w:p>
      <w:r>
        <w:rPr>
          <w:b/>
        </w:rPr>
        <w:t xml:space="preserve">[1:34:49] </w:t>
      </w:r>
      <w:r>
        <w:t>t to size ka yani apni yani apni hesiyat haqeeqi tak pahunch jana. jaise ke misaal mein doon, jab Bangladesh bana tha, yani Pakistan do tukre ho gaye the, to kai kitabein chhapi theen.</w:t>
      </w:r>
    </w:p>
    <w:p>
      <w:pPr>
        <w:jc w:val="right"/>
      </w:pPr>
      <w:r>
        <w:t>ٹ ٹو سائز کا یعنی اپنی یعنی اپنی حیثیت حقیقی تک پہنچ جانا۔ جیسے کہ مثال میں دوں، جب بنگلہ دیش بنا تھا، یعنی پاکستان دو ٹکڑے ہو گئے تھے، تو کئی کتابیں چھپی تھیں۔</w:t>
      </w:r>
    </w:p>
    <w:p>
      <w:r>
        <w:rPr>
          <w:b/>
        </w:rPr>
        <w:t xml:space="preserve">[1:35:04] </w:t>
      </w:r>
      <w:r>
        <w:t>un ke title hote the ke dismemberment of Pakistan, partition after partition waghera.</w:t>
      </w:r>
    </w:p>
    <w:p>
      <w:pPr>
        <w:jc w:val="right"/>
      </w:pPr>
      <w:r>
        <w:t>ان کے ٹائٹل ہوتے تھے کہ ڈس ممبرمنٹ اف پاکستان، پارٹیشن افٹر پارٹیشن وغیرہ۔</w:t>
      </w:r>
    </w:p>
    <w:p>
      <w:r>
        <w:rPr>
          <w:b/>
        </w:rPr>
        <w:t xml:space="preserve">[1:35:12] </w:t>
      </w:r>
      <w:r>
        <w:t>ek kitab chhapi thi, us ka naam tha Pakistan cut to size ke Pakistan ek artificial is ka expansion tha ke ek ek idhar East Pakistan, idhar West Pakistan, beech mein hazar mil ka faasla.</w:t>
      </w:r>
    </w:p>
    <w:p>
      <w:pPr>
        <w:jc w:val="right"/>
      </w:pPr>
      <w:r>
        <w:t>ایک کتاب چھپی تھی، اس کا نام تھا پاکستان کٹ ٹو سائز کہ پاکستان ایک ایک ارٹیفیشل اس کا ایکسپینشن تھا کہ ایک ایک ادھر ایسٹ پاکستان، ادھر ویسٹ پاکستان، بیچ میں ہزار میل کا فاصلہ۔</w:t>
      </w:r>
    </w:p>
    <w:p>
      <w:r>
        <w:rPr>
          <w:b/>
        </w:rPr>
        <w:t xml:space="preserve">[1:35:31] </w:t>
      </w:r>
      <w:r>
        <w:t>to yeh yeh ek aisa koi mulk to hota nahi. to yeh ek artificial tha. yeh to woh masnooi pan khatam ho gaya.</w:t>
      </w:r>
    </w:p>
    <w:p>
      <w:pPr>
        <w:jc w:val="right"/>
      </w:pPr>
      <w:r>
        <w:t>تو یہ یہ ایک ایسا کوئی ملک تو ہوتا نہیں۔ تو یہ ایک ارٹیفیشل تھا۔ یہ تو وہ مصنوعی پن ختم ہو گیا۔</w:t>
      </w:r>
    </w:p>
    <w:p>
      <w:r>
        <w:rPr>
          <w:b/>
        </w:rPr>
        <w:t xml:space="preserve">[1:35:41] </w:t>
      </w:r>
      <w:r>
        <w:t>jo real Pakistan jo tha, wohi baqi raha. to is ka naam rakha tha unhon ne Pakistan cut to size.</w:t>
      </w:r>
    </w:p>
    <w:p>
      <w:pPr>
        <w:jc w:val="right"/>
      </w:pPr>
      <w:r>
        <w:t>جو ریئل پاکستان جو تھا، وہی باقی رہا۔ تو اس کا نام رکھا تھا انہوں نے پاکستان کٹ ٹو سائز۔</w:t>
      </w:r>
    </w:p>
    <w:p>
      <w:r>
        <w:rPr>
          <w:b/>
        </w:rPr>
        <w:t xml:space="preserve">[1:35:48] </w:t>
      </w:r>
      <w:r>
        <w:t>to insan ka mamla bhi yahi hai ke yeh jo insan ke andar jo cheezein hoti hain, maslan maslan organs hain, maslan is ke andar woh hai apne ko kuch samajhna,</w:t>
      </w:r>
    </w:p>
    <w:p>
      <w:pPr>
        <w:jc w:val="right"/>
      </w:pPr>
      <w:r>
        <w:t>تو انسان کا معاملہ بھی یہی ہے کہ یہ جو انسان کے اندر جو چیزیں ہوتی ہیں، مثلاً مثلاً ارگنز ہیں، مثلاً اس کے اندر وہ ہے اپنے کو کچھ سمجھنا،</w:t>
      </w:r>
    </w:p>
    <w:p>
      <w:r>
        <w:rPr>
          <w:b/>
        </w:rPr>
        <w:t xml:space="preserve">[1:36:03] </w:t>
      </w:r>
      <w:r>
        <w:t>pride hai waghera. yeh sab kya hai? yeh yeh farzi qism ke ghubare jaisi barhoti hai. jab ghubara haqeeqat mein itna bada hota hai, phool jata hai, itna bada ho gaya woh.</w:t>
      </w:r>
    </w:p>
    <w:p>
      <w:pPr>
        <w:jc w:val="right"/>
      </w:pPr>
      <w:r>
        <w:t>پرائیڈ ہے وغیرہ۔ یہ سب کیا ہے؟ یہ یہ فرضی قسم کے غبارے جیسی بڑھوتی ہے۔ جب غبارہ حقیقت میں اتنا بڑا ہوتا ہے، پھول جاتا ہے، اتنا بڑا ہو گیا وہ۔</w:t>
      </w:r>
    </w:p>
    <w:p>
      <w:r>
        <w:rPr>
          <w:b/>
        </w:rPr>
        <w:t xml:space="preserve">[1:36:15] </w:t>
      </w:r>
      <w:r>
        <w:t>to insan ke andar yeh jab cheezein jo hain, yeh yeh sab yani masnooi hain, artificial hain.</w:t>
      </w:r>
    </w:p>
    <w:p>
      <w:pPr>
        <w:jc w:val="right"/>
      </w:pPr>
      <w:r>
        <w:t>تو انسان کے اندر یہ جب چیزیں جو ہیں، یہ یہ سب یعنی مصنوعی ہیں، ارٹیفیشل ہیں۔</w:t>
      </w:r>
    </w:p>
    <w:p>
      <w:r>
        <w:rPr>
          <w:b/>
        </w:rPr>
        <w:t xml:space="preserve">[1:36:22] </w:t>
      </w:r>
      <w:r>
        <w:t>woh jab woh khatam ho jayein to woh mind cut to size ban gaya hai. woh to is ka taluq sochne se hai. aadmi agar soche to bohat aasani se aap ko cut to size kar sakta hai.</w:t>
      </w:r>
    </w:p>
    <w:p>
      <w:pPr>
        <w:jc w:val="right"/>
      </w:pPr>
      <w:r>
        <w:t>وہ جب وہ ختم ہو جائیں تو وہ مائنڈ کٹو سائز بن گیا ہے۔ وہ تو اس کا تعلق سوچنے سے ہے۔ آدمی اگر سوچے تو بہت آسانی سے آپ کو کٹو سائز کر سکتا ہے۔</w:t>
      </w:r>
    </w:p>
    <w:p>
      <w:r>
        <w:rPr>
          <w:b/>
        </w:rPr>
        <w:t xml:space="preserve">[1:36:34] </w:t>
      </w:r>
      <w:r>
        <w:t>to sochte sab is ka jagah yeh sab masnooi hain, sab banawati hai. mera fakhr banawati hai, mera organs banawati hai, apne ko kuch samajhna yeh banawati hai.</w:t>
      </w:r>
    </w:p>
    <w:p>
      <w:pPr>
        <w:jc w:val="right"/>
      </w:pPr>
      <w:r>
        <w:t>تو سوچتے سب اس کا جگہ یہ سب مصنوعی ہیں، سب بناوٹی ہے۔ میرا فخر بناوٹی ہے، میرا ارگنز بناوٹی ہے، اپنے کو کچھ سمجھنا یہ بناوٹی ہے۔</w:t>
      </w:r>
    </w:p>
    <w:p>
      <w:r>
        <w:rPr>
          <w:b/>
        </w:rPr>
        <w:t xml:space="preserve">[1:36:45] </w:t>
      </w:r>
      <w:r>
        <w:t>maslan Delhi mein ek bohat bade professor the, bohat bade scholar maane jate the.</w:t>
      </w:r>
    </w:p>
    <w:p>
      <w:pPr>
        <w:jc w:val="right"/>
      </w:pPr>
      <w:r>
        <w:t>مثلاً دلی میں ایک بہت بڑے پروفیسر تھے، بہت بڑے اسکالر مانے جاتے تھے۔</w:t>
      </w:r>
    </w:p>
    <w:p>
      <w:r>
        <w:rPr>
          <w:b/>
        </w:rPr>
        <w:t xml:space="preserve">[1:36:50] </w:t>
      </w:r>
      <w:r>
        <w:t>main un se mila barhape ke zamane mein to un ki memory chali gayi thi. pehchante nahi the aadmi ko. yani woh aadmi jo bohat zabardast scholar, internationally international repute thi un ki.</w:t>
      </w:r>
    </w:p>
    <w:p>
      <w:pPr>
        <w:jc w:val="right"/>
      </w:pPr>
      <w:r>
        <w:t>میں ان سے ملا بڑھاپے کے زمانے میں تو ان کی ممبری چلی گئی تھی۔ پہچانتے نہیں تھے آدمی کو۔ یعنی وہ آدمی جو بہت زبردست اسکالر، انٹرنیشنلی انٹرنیشنل ریپیوٹ تھی ان کی۔</w:t>
      </w:r>
    </w:p>
    <w:p>
      <w:r>
        <w:rPr>
          <w:b/>
        </w:rPr>
        <w:t xml:space="preserve">[1:37:05] </w:t>
      </w:r>
      <w:r>
        <w:t>lekin memory chali gayi to kuch bhi nahi hai. woh aise maine aur bohat se log dekhe hain ke koi ek cheez gadbad ho gayi to sab mamla bigad gaya un ka.</w:t>
      </w:r>
    </w:p>
    <w:p>
      <w:pPr>
        <w:jc w:val="right"/>
      </w:pPr>
      <w:r>
        <w:t>لیکن ممبری چلی گئی تو کچھ بھی نہیں ہے۔ وہ ایسے میں نے اور بہت سے لوگ دیکھے ہیں کہ کوئی ایک چیز گڑبڑ ہو گئی تو سب معاملہ بگڑ گیا ان کا۔</w:t>
      </w:r>
    </w:p>
    <w:p>
      <w:r>
        <w:rPr>
          <w:b/>
        </w:rPr>
        <w:t xml:space="preserve">[1:37:14] </w:t>
      </w:r>
      <w:r>
        <w:t>to agar aadmi apne soche apne bare mein to lage ke mera pride bhi kuch bhi nahi hai. kis base pe main pride karoon?</w:t>
      </w:r>
    </w:p>
    <w:p>
      <w:pPr>
        <w:jc w:val="right"/>
      </w:pPr>
      <w:r>
        <w:t>تو اگر آدمی اپنے سوچے اپنے بارے میں تو لگے کہ میرا پرائیڈ بھی کچھ بھی نہیں ہے۔ کس بیس پہ میں پرائیڈ کروں؟</w:t>
      </w:r>
    </w:p>
    <w:p>
      <w:r>
        <w:rPr>
          <w:b/>
        </w:rPr>
        <w:t xml:space="preserve">[1:37:23] </w:t>
      </w:r>
      <w:r>
        <w:t>kis base pe main fakhar karoon? woh sab ghubara hai. to soch kar aadmi apne aap ko mind katu size banata hai aur koi tareeqa nahi hai.</w:t>
      </w:r>
    </w:p>
    <w:p>
      <w:pPr>
        <w:jc w:val="right"/>
      </w:pPr>
      <w:r>
        <w:t>کس بیس پہ میں فخر کروں؟ وہ سب غبارہ ہے۔ تو سوچ کر آدمی اپنے آپ کو مائنڈ کٹو سائز بناتا ہے اور کوئی طریقہ نہیں ہے۔</w:t>
      </w:r>
    </w:p>
    <w:p>
      <w:r>
        <w:rPr>
          <w:b/>
        </w:rPr>
        <w:t xml:space="preserve">[1:37:35] </w:t>
      </w:r>
      <w:r>
        <w:t>doosra koi tareeqa nahi hai. Allah taala ne aadmi ke ke andar jazbaat rakhe hain, yeh sahi hai. lekin aql bhi to di hai.</w:t>
      </w:r>
    </w:p>
    <w:p>
      <w:pPr>
        <w:jc w:val="right"/>
      </w:pPr>
      <w:r>
        <w:t>دوسرا کوئی طریقہ نہیں ہے۔ اللہ تعالی نے آدمی کے کے اندر جذبات رکھے ہیں، یہ صحیح ہے۔ لیکن عقل بھی تو دی ہے۔</w:t>
      </w:r>
    </w:p>
    <w:p>
      <w:r>
        <w:rPr>
          <w:b/>
        </w:rPr>
        <w:t xml:space="preserve">[1:37:42] </w:t>
      </w:r>
      <w:r>
        <w:t>aql se apne jazbaat ko overcome kar sakta hai. aql se apne jazbaat ko control kar sakta hai. woh yeh yani apni aql ko ghalib karna jazbaat ke upar yeh hai insaan ka test.</w:t>
      </w:r>
    </w:p>
    <w:p>
      <w:pPr>
        <w:jc w:val="right"/>
      </w:pPr>
      <w:r>
        <w:t>عقل سے اپنے جذبات کو اوورکم کر سکتا ہے۔ عقل سے اپنے جذبات کو کنٹرول کر سکتا ہے۔ وہ یہ یعنی اپنی عقل کو غالب کرنا جذبات کے اوپر یہ ہے انسان کا ٹیسٹ۔</w:t>
      </w:r>
    </w:p>
    <w:p>
      <w:r>
        <w:rPr>
          <w:b/>
        </w:rPr>
        <w:t xml:space="preserve">[1:38:02] </w:t>
      </w:r>
      <w:r>
        <w:t>das question is from mr riyaz ahmed from delhi. hazrat amir muawiya khalifa aur amirulmomin the.</w:t>
      </w:r>
    </w:p>
    <w:p>
      <w:pPr>
        <w:jc w:val="right"/>
      </w:pPr>
      <w:r>
        <w:t>دس کوئسچن از فرام مسٹر ریاض احمد فرام ڈلی۔ حضرت امیر معاویہ خلیفہ اور امیرالمومن تھے۔</w:t>
      </w:r>
    </w:p>
    <w:p>
      <w:r>
        <w:rPr>
          <w:b/>
        </w:rPr>
        <w:t xml:space="preserve">[1:38:12] </w:t>
      </w:r>
      <w:r>
        <w:t>kya unke ladke itne zalim the jinhone ahle bait ke sath tareeki zulm kiya ya yeh ijtihadi ghalti thi?</w:t>
      </w:r>
    </w:p>
    <w:p>
      <w:pPr>
        <w:jc w:val="right"/>
      </w:pPr>
      <w:r>
        <w:t>کیا ان کے لڑکے اتنے ظالم تھے جنہوں نے اہل بیت کے ساتھ تاریکی ظلم کیا یا یہ اجتہادی غلطی تھی؟</w:t>
      </w:r>
    </w:p>
    <w:p>
      <w:r>
        <w:rPr>
          <w:b/>
        </w:rPr>
        <w:t xml:space="preserve">[1:38:22] </w:t>
      </w:r>
      <w:r>
        <w:t>log yazeed ko bura aur zalim kehte hain. kya aisa kehna durust hai? dekhen, yeh historically is it not true.</w:t>
      </w:r>
    </w:p>
    <w:p>
      <w:pPr>
        <w:jc w:val="right"/>
      </w:pPr>
      <w:r>
        <w:t>لوگ یزید کو برا اور ظالم کہتے ہیں۔ کیا ایسا کہنا درست ہے؟ دیکھیں، یہ ہسٹوریکلی از اٹ ناٹ ٹرو۔</w:t>
      </w:r>
    </w:p>
    <w:p>
      <w:r>
        <w:rPr>
          <w:b/>
        </w:rPr>
        <w:t xml:space="preserve">[1:38:33] </w:t>
      </w:r>
      <w:r>
        <w:t>yazeed ko jo aap sunte hain aaj kal, taqreeban yazeed ki historical picture nahi hai. woh</w:t>
      </w:r>
    </w:p>
    <w:p>
      <w:pPr>
        <w:jc w:val="right"/>
      </w:pPr>
      <w:r>
        <w:t>یزید کو جو آپ سنتے ہیں آج کل، تقریباً یزید کی ہسٹوریکل پکچر نہیں ہے۔ وہ</w:t>
      </w:r>
    </w:p>
    <w:p>
      <w:r>
        <w:rPr>
          <w:b/>
        </w:rPr>
        <w:t xml:space="preserve">[1:38:41] </w:t>
      </w:r>
      <w:r>
        <w:t>bilkul nahi hai. hussain ka bhi historical picture nahi hai. jo aap stage pe sunte hain logon ki taqreeren, woh woh hussain nahi hote.</w:t>
      </w:r>
    </w:p>
    <w:p>
      <w:pPr>
        <w:jc w:val="right"/>
      </w:pPr>
      <w:r>
        <w:t>بالکل نہیں ہے۔ حسین کا بھی ہسٹوریکل پکچر نہیں ہے۔ جو آپ اسٹیج پہ سنتے ہیں لوگوں کی تقریریں، وہ وہ حسین نہیں ہوتے۔</w:t>
      </w:r>
    </w:p>
    <w:p>
      <w:r>
        <w:rPr>
          <w:b/>
        </w:rPr>
        <w:t xml:space="preserve">[1:38:51] </w:t>
      </w:r>
      <w:r>
        <w:t>woh ek farzi hussain hote hain. aur yazeed, yazeed jo sunte hain, wahi farzi hussain, farzi yazeed hota hai. woh yani historical yazeed aur hai, historical hussain bhi aur hai.</w:t>
      </w:r>
    </w:p>
    <w:p>
      <w:pPr>
        <w:jc w:val="right"/>
      </w:pPr>
      <w:r>
        <w:t>وہ ایک فرضی حسین ہوتے ہیں۔ اور یزید، یزید جو سنتے ہیں، وہی فرضی حسین، فرضی یزید ہوتا ہے۔ وہ یعنی ہسٹوریکل یزید اور ہے، ہسٹوریکل حسین بھی اور ہے۔</w:t>
      </w:r>
    </w:p>
    <w:p>
      <w:r>
        <w:rPr>
          <w:b/>
        </w:rPr>
        <w:t xml:space="preserve">[1:39:03] </w:t>
      </w:r>
      <w:r>
        <w:t>is par maine likha hai, meri kitab hai zahoor-e-islam, is ko aap padh lijie.</w:t>
      </w:r>
    </w:p>
    <w:p>
      <w:pPr>
        <w:jc w:val="right"/>
      </w:pPr>
      <w:r>
        <w:t>اس پر میں نے لکھا ہے، میری کتاب ہے ظہور اسلام، اس کو آپ پڑھ لیجئے۔</w:t>
      </w:r>
    </w:p>
    <w:p>
      <w:r>
        <w:rPr>
          <w:b/>
        </w:rPr>
        <w:t xml:space="preserve">[1:39:07] </w:t>
      </w:r>
      <w:r>
        <w:t>yeh to yeh jo jo taqreeren karne wale hote hain na, stage pe rehte hain, josh se taqreeren karte hain, woh ek farzi tasweer banate hain.</w:t>
      </w:r>
    </w:p>
    <w:p>
      <w:pPr>
        <w:jc w:val="right"/>
      </w:pPr>
      <w:r>
        <w:t>یہ تو یہ جو جو تقریریں کرنے والے ہوتے ہیں نا، اسٹیج پہ رہتے ہیں، جوش سے تقریریں کرتے ہیں، وہ ایک فرضی تصویر بناتے ہیں۔</w:t>
      </w:r>
    </w:p>
    <w:p>
      <w:r>
        <w:rPr>
          <w:b/>
        </w:rPr>
        <w:t xml:space="preserve">[1:39:19] </w:t>
      </w:r>
      <w:r>
        <w:t>jaise ek sahab ne taqreer ki, kya kaha unhone? quran to poora ka poora muhammad ka ki naat hai. ab kya yeh sab alfaaz hain?</w:t>
      </w:r>
    </w:p>
    <w:p>
      <w:pPr>
        <w:jc w:val="right"/>
      </w:pPr>
      <w:r>
        <w:t>جیسے ایک صاحب نے تقریر کی، کیا کہا انہوں نے؟ قرآن تو پورا کا پورا محمد کا کی نعت ہے۔ اب کیا یہ سب الفاظ ہیں؟</w:t>
      </w:r>
    </w:p>
    <w:p>
      <w:r>
        <w:rPr>
          <w:b/>
        </w:rPr>
        <w:t xml:space="preserve">[1:39:29] </w:t>
      </w:r>
      <w:r>
        <w:t>sirf arbitrary hai aur kuch bhi nahi. rhetoric hai, rhetoric. to yeh sab rhetoric hota hai jo aap sunte hain jalson mein</w:t>
      </w:r>
    </w:p>
    <w:p>
      <w:pPr>
        <w:jc w:val="right"/>
      </w:pPr>
      <w:r>
        <w:t>صرف اریٹری ہے اور کچھ بھی نہیں۔ ریٹرک ہے، ریٹرک۔ تو یہ سب ریٹرک ہوتا ہے جو آپ سنتے ہیں جلسوں میں</w:t>
      </w:r>
    </w:p>
    <w:p>
      <w:r>
        <w:rPr>
          <w:b/>
        </w:rPr>
        <w:t xml:space="preserve">[1:39:37] </w:t>
      </w:r>
      <w:r>
        <w:t>hussain ke bare mein bhi, yazeed ke bare mein bhi. to maine history ke reference se bataya hai ke hussain kya hain aur yazeed kya hain. history ke reference mein woh aap padhie, meri kitab zahoor-e-islam.</w:t>
      </w:r>
    </w:p>
    <w:p>
      <w:pPr>
        <w:jc w:val="right"/>
      </w:pPr>
      <w:r>
        <w:t>حسین کے بارے میں بھی، یزید کے بارے میں بھی۔ تو میں نے ہسٹری کے ریفرنس سے بتایا ہے کہ حسین کیا ہیں اور یزید کیا ہیں۔ ہسٹری کے ریفرنس میں وہ آپ پڑھیے، میری کتاب ظہور اسلام۔</w:t>
      </w:r>
    </w:p>
    <w:p>
      <w:r>
        <w:rPr>
          <w:b/>
        </w:rPr>
        <w:t xml:space="preserve">[1:39:53] </w:t>
      </w:r>
      <w:r>
        <w:t>das question is from mr anwar ahmed from kanpur. maulana sahib, main kai saalon se al-risala ki agency chalta hoon.</w:t>
      </w:r>
    </w:p>
    <w:p>
      <w:pPr>
        <w:jc w:val="right"/>
      </w:pPr>
      <w:r>
        <w:t>دس کوئسچن از فرام مسٹر انور احمد فرام کانپور۔ مولانا صاحب، میں کئی سالوں سے الرسالہ کی ایجنسی چلاتا ہوں۔</w:t>
      </w:r>
    </w:p>
    <w:p>
      <w:r>
        <w:rPr>
          <w:b/>
        </w:rPr>
        <w:t xml:space="preserve">[1:40:03] </w:t>
      </w:r>
      <w:r>
        <w:t>main ne suna hai ke jahan aurat ka sar khula ho, wahan farishte nahi aate, jo ke hadees se sabit hai. maulana, aap apni class ke bare mein kya kahenge?</w:t>
      </w:r>
    </w:p>
    <w:p>
      <w:pPr>
        <w:jc w:val="right"/>
      </w:pPr>
      <w:r>
        <w:t>میں نے سنا ہے کہ جہاں عورت کا سر کھلا ہو، وہاں فرشتے نہیں آتے، جو کہ حدیث سے ثابت ہے۔ مولانا، آپ اپنی کلاس کے بارے میں کیا کہیں گے؟</w:t>
      </w:r>
    </w:p>
    <w:p>
      <w:r>
        <w:rPr>
          <w:b/>
        </w:rPr>
        <w:t xml:space="preserve">[1:40:19] </w:t>
      </w:r>
      <w:r>
        <w:t>in sab baaton ki tafseel mein likh chuka hoon apni kitab mein, woh padh lijie. khatoon-e-islam</w:t>
      </w:r>
    </w:p>
    <w:p>
      <w:pPr>
        <w:jc w:val="right"/>
      </w:pPr>
      <w:r>
        <w:t>ان سب باتوں کی تفصیل میں لکھ چکا ہوں اپنی کتاب میں، وہ پڑھ لیجئے۔ خاتون اسلام</w:t>
      </w:r>
    </w:p>
    <w:p>
      <w:r>
        <w:rPr>
          <w:b/>
        </w:rPr>
        <w:t xml:space="preserve">[1:40:25] </w:t>
      </w:r>
      <w:r>
        <w:t>is kitab mein maine bahut bade arab scholar allama naseeruddin al-albani ki kitab hai, is ka tarjuma shamil kiya.</w:t>
      </w:r>
    </w:p>
    <w:p>
      <w:pPr>
        <w:jc w:val="right"/>
      </w:pPr>
      <w:r>
        <w:t>، اس کتاب میں میں نے بہت بڑے عرب اسکالر علامہ ناہ الدین الالبانی کی کتاب ہے، اس کا ترجمہ شامل کیا۔</w:t>
      </w:r>
    </w:p>
    <w:p>
      <w:r>
        <w:rPr>
          <w:b/>
        </w:rPr>
        <w:t xml:space="preserve">[1:40:33] </w:t>
      </w:r>
      <w:r>
        <w:t>is mein hijab-ul-banat-al-muslima, is ko aap padhie. jo aaj kal jo taqreeren karte hain log, muahidon mein jo fatwe dete rehte hain, use na samjhen ke yeh islam hai.</w:t>
      </w:r>
    </w:p>
    <w:p>
      <w:pPr>
        <w:jc w:val="right"/>
      </w:pPr>
      <w:r>
        <w:t>اس میں حجاب البنات المسلمہ، اس کو آپ پڑھیے۔ جو آج کل جو تقریریں کرتے ہیں لوگ، معاہدوں میں جو فتوے دیتے رہتے ہیں، اسے نہ سمجھیں کہ یہ اسلام ہے۔</w:t>
      </w:r>
    </w:p>
    <w:p>
      <w:r>
        <w:rPr>
          <w:b/>
        </w:rPr>
        <w:t xml:space="preserve">[1:40:44] </w:t>
      </w:r>
      <w:r>
        <w:t>asal islam jo hai, is ko samajhne ki koshish kijie. to aap, main aap agar arabi jante hain, aap to hijab-ul-banat-al-muslima padhie. allama albani ki urdu jante hain to meri kitab khatoon-e-islam padhie, jo urdu angrezi dono zabanen,</w:t>
      </w:r>
    </w:p>
    <w:p>
      <w:pPr>
        <w:jc w:val="right"/>
      </w:pPr>
      <w:r>
        <w:t>اصل اسلام جو ہے، اس کو سمجھنے کی کوشش کیجئے۔ تو آپ، میں آپ اگر عربی جانتے ہیں، آپ تو حجاب البنات المسلمہ پڑھیے۔ علامہ البانی کی اردو جانتے ہیں تو میری کتاب خاتون اسلام پڑھیے، جو اردو انگریزی دونوں زبانیں،</w:t>
      </w:r>
    </w:p>
    <w:p>
      <w:r>
        <w:rPr>
          <w:b/>
        </w:rPr>
        <w:t xml:space="preserve">[1:40:58] </w:t>
      </w:r>
      <w:r>
        <w:t>arabi bhi chhap chuki hai, arabi teen zabanon mein chhap chuki hai. yeh kitab arabi, urdu, angrezi. to chahe khatoon-e-islam padhie, chahe woh hijab-ul-banat-al-muslima padhie, is mein sari tafseel di hui hai is ki.</w:t>
      </w:r>
    </w:p>
    <w:p>
      <w:pPr>
        <w:jc w:val="right"/>
      </w:pPr>
      <w:r>
        <w:t>عربی بھی چھپ چکی ہے، عربی تین زبانوں میں چھپی ہے۔ یہ کتاب عربی، اردو، انگریزی۔ تو چاہے خاتون اسلام پڑھیے، چاہے وہ حجاب البنات المسلمہ پڑھیے، اس میں ساری تفصیل دی ہوئی ہے اس کی۔</w:t>
      </w:r>
    </w:p>
    <w:p>
      <w:r>
        <w:rPr>
          <w:b/>
        </w:rPr>
        <w:t xml:space="preserve">[1:41:11] </w:t>
      </w:r>
      <w:r>
        <w:t>das question is from maulana zakwan nadvi from delhi. maulana, what is the role of istighfar in tazkiyah?</w:t>
      </w:r>
    </w:p>
    <w:p>
      <w:pPr>
        <w:jc w:val="right"/>
      </w:pPr>
      <w:r>
        <w:t>دس کوئسچن از فرام مولانا زکوان ندوی فرام ڈلی۔ مولانا، واٹ از دا رول اف استغفار ان تزکیہ؟</w:t>
      </w:r>
    </w:p>
    <w:p>
      <w:r>
        <w:rPr>
          <w:b/>
        </w:rPr>
        <w:t xml:space="preserve">[1:41:31] </w:t>
      </w:r>
      <w:r>
        <w:t>istighfar ke baghair tazkiyah nahi ho sakta.</w:t>
      </w:r>
    </w:p>
    <w:p>
      <w:pPr>
        <w:jc w:val="right"/>
      </w:pPr>
      <w:r>
        <w:t>استغفار کے بغیر تزکیہ نہیں ہو سکتا۔</w:t>
      </w:r>
    </w:p>
    <w:p>
      <w:r>
        <w:rPr>
          <w:b/>
        </w:rPr>
        <w:t xml:space="preserve">[1:41:36] </w:t>
      </w:r>
      <w:r>
        <w:t>istighfar ke baghair tazkiyah kaise hoga?</w:t>
      </w:r>
    </w:p>
    <w:p>
      <w:pPr>
        <w:jc w:val="right"/>
      </w:pPr>
      <w:r>
        <w:t>استغفار کے بغیر تزکیہ کیسے ہوگا؟</w:t>
      </w:r>
    </w:p>
    <w:p>
      <w:r>
        <w:rPr>
          <w:b/>
        </w:rPr>
        <w:t xml:space="preserve">[1:41:40] </w:t>
      </w:r>
      <w:r>
        <w:t>yani aadmi ya angrezi mein kaha tha "to err is human". insaan murakkab min al-khata wal-nisyan, arabi mein kehte hain.</w:t>
      </w:r>
    </w:p>
    <w:p>
      <w:pPr>
        <w:jc w:val="right"/>
      </w:pPr>
      <w:r>
        <w:t>یعنی آدمی یا انگریزی میں کہا تھا "ٹوئر از ہیومن"۔ الانسان مرکب من الخطا والنسيان، عربی میں کہتے ہیں۔</w:t>
      </w:r>
    </w:p>
    <w:p>
      <w:r>
        <w:rPr>
          <w:b/>
        </w:rPr>
        <w:t xml:space="preserve">[1:41:49] </w:t>
      </w:r>
      <w:r>
        <w:t>yani insaan se ghalati zaroor hoti hai. to jo ghalati ho to us par tauba karna, istighfar karna, yahi to de-conditioning hai۔</w:t>
      </w:r>
    </w:p>
    <w:p>
      <w:pPr>
        <w:jc w:val="right"/>
      </w:pPr>
      <w:r>
        <w:t>یعنی انسان سے غلطی ضرور ہوتی ہے۔ تو جو غلطی ہو تو اس پر توبہ کرنا، استغفار کرنا، یہی تو ڈی کنڈیشننگ ہے۔</w:t>
      </w:r>
    </w:p>
    <w:p>
      <w:r>
        <w:rPr>
          <w:b/>
        </w:rPr>
        <w:t xml:space="preserve">[1:41:59] </w:t>
      </w:r>
      <w:r>
        <w:t>kyunke aadmi is dunya mein jab jab rehta hai to behal is ki conditioning hoti rehti hai, ghaltiyan hoti rehti hain۔</w:t>
      </w:r>
    </w:p>
    <w:p>
      <w:pPr>
        <w:jc w:val="right"/>
      </w:pPr>
      <w:r>
        <w:t>کیونکہ آدمی اس دنیا میں جب جب رہتا ہے تو بہرحال اس کی کنڈیشننگ ہوتی رہتی ہے، غلطیاں ہوتی رہتی ہیں۔</w:t>
      </w:r>
    </w:p>
    <w:p>
      <w:r>
        <w:rPr>
          <w:b/>
        </w:rPr>
        <w:t xml:space="preserve">[1:42:08] </w:t>
      </w:r>
      <w:r>
        <w:t>to ghaltiyon ko janna, is par muhasba karna, yahi to istighfar hai۔</w:t>
      </w:r>
    </w:p>
    <w:p>
      <w:pPr>
        <w:jc w:val="right"/>
      </w:pPr>
      <w:r>
        <w:t>تو غلطیوں کو جاننا، اس پر محاسبہ کرنا، یہی تو استغفار ہے۔</w:t>
      </w:r>
    </w:p>
    <w:p>
      <w:r>
        <w:rPr>
          <w:b/>
        </w:rPr>
        <w:t xml:space="preserve">[1:42:17] </w:t>
      </w:r>
      <w:r>
        <w:t>to without istighfar, there is no de-conditioning. without without istighfar, there is no tazkiya, is mein koi shakk nahi hai۔</w:t>
      </w:r>
    </w:p>
    <w:p>
      <w:pPr>
        <w:jc w:val="right"/>
      </w:pPr>
      <w:r>
        <w:t>تو ودا آؤٹ استغفار، دیر از نو ڈی کنڈیشننگ۔ ودا آؤٹ ودا آؤٹ استغفار، دیر از نو تزکیہ، اس میں کوئی شک نہیں ہے۔</w:t>
      </w:r>
    </w:p>
    <w:p>
      <w:r>
        <w:rPr>
          <w:b/>
        </w:rPr>
        <w:t xml:space="preserve">[1:42:29] </w:t>
      </w:r>
      <w:r>
        <w:t>this question is from miss sadia from delhi۔</w:t>
      </w:r>
    </w:p>
    <w:p>
      <w:pPr>
        <w:jc w:val="right"/>
      </w:pPr>
      <w:r>
        <w:t>دس کوئسچن از فرام مس سعدیہ فرام ڈلی۔</w:t>
      </w:r>
    </w:p>
    <w:p>
      <w:r>
        <w:rPr>
          <w:b/>
        </w:rPr>
        <w:t xml:space="preserve">[1:42:33] </w:t>
      </w:r>
      <w:r>
        <w:t>can somebody after discovering truth still remain in frustration? or would he have been in such a state that he has not realized the truth?</w:t>
      </w:r>
    </w:p>
    <w:p>
      <w:pPr>
        <w:jc w:val="right"/>
      </w:pPr>
      <w:r>
        <w:t>کین سمبڈی افٹر ڈسکورنگ ٹروتھ سٹل ریمین ان فرسٹریشن؟ اور وڈ ہز بینگ ان سچ ا سٹیٹ مین دیٹ ہی ہیز ناٹ ریلائز دا ٹروتھ؟</w:t>
      </w:r>
    </w:p>
    <w:p>
      <w:r>
        <w:rPr>
          <w:b/>
        </w:rPr>
        <w:t xml:space="preserve">[1:42:45] </w:t>
      </w:r>
      <w:r>
        <w:t>bahut interesting question hai yeh. phir se parhiye. can somebody after discovering truth still remain in frustration?</w:t>
      </w:r>
    </w:p>
    <w:p>
      <w:pPr>
        <w:jc w:val="right"/>
      </w:pPr>
      <w:r>
        <w:t>بہت انٹرسٹنگ کوئسچن ہے یہ۔ پھر سے پڑھیے۔ کین سمبڈی افٹر ڈسکورنگ ٹروتھ سٹل ریمین ان فرسٹریشن؟</w:t>
      </w:r>
    </w:p>
    <w:p>
      <w:r>
        <w:rPr>
          <w:b/>
        </w:rPr>
        <w:t xml:space="preserve">[1:42:56] </w:t>
      </w:r>
      <w:r>
        <w:t>or would he have been in such a state that he has not realized the truth</w:t>
      </w:r>
    </w:p>
    <w:p>
      <w:pPr>
        <w:jc w:val="right"/>
      </w:pPr>
      <w:r>
        <w:t>اور وڈ ہز بینگ ان سچ ا سٹیٹ مین دیٹ ہی ہیز ناٹ ریلائز دا ٹروتھ</w:t>
      </w:r>
    </w:p>
    <w:p>
      <w:r>
        <w:rPr>
          <w:b/>
        </w:rPr>
        <w:t xml:space="preserve">[1:43:02] </w:t>
      </w:r>
      <w:r>
        <w:t>؟ dekhiye, discovery ke baad bhi aadmi pressure mein reh sakta hai. kyun? is liye ke jo test ki jo situation hai, woh to baqi rehti hai۔</w:t>
      </w:r>
    </w:p>
    <w:p>
      <w:pPr>
        <w:jc w:val="right"/>
      </w:pPr>
      <w:r>
        <w:t>؟ دیکھیں، ڈسکوری کے بعد بھی آدمی پریشر میں رہ سکتا ہے۔ کیوں؟ اس لیے کہ جو ٹیسٹ کی جو جو سچوئیشن ہے، وہ تو باقی رہتی ہے۔</w:t>
      </w:r>
    </w:p>
    <w:p>
      <w:r>
        <w:rPr>
          <w:b/>
        </w:rPr>
        <w:t xml:space="preserve">[1:43:13] </w:t>
      </w:r>
      <w:r>
        <w:t>phir bhi ek taraf aap ne sachai ko daryaft kar liya ke zinda to isi mein rehte hain, chalte phirte isi mein hain, yeh dunya mein logon se milte julte hain۔</w:t>
      </w:r>
    </w:p>
    <w:p>
      <w:pPr>
        <w:jc w:val="right"/>
      </w:pPr>
      <w:r>
        <w:t>پھر بھی ایک طرف آپ نے سچائی کو دریافت کر لیا کہ زندہ تو اسی میں رہتے ہیں، چلتے پھرتے اسی میں ہیں، یہ دنیا میں لوگوں سے ملتے جلتے ہیں۔</w:t>
      </w:r>
    </w:p>
    <w:p>
      <w:r>
        <w:rPr>
          <w:b/>
        </w:rPr>
        <w:t xml:space="preserve">[1:43:24] </w:t>
      </w:r>
      <w:r>
        <w:t>to ek taraf discovery, ek taraf sachai ko discover karna, aur sath sath apne apne mahol se ladte rehna, yeh bahut zaroori hai۔</w:t>
      </w:r>
    </w:p>
    <w:p>
      <w:pPr>
        <w:jc w:val="right"/>
      </w:pPr>
      <w:r>
        <w:t>تو ایک طرف ڈسکوری، ایک طرف سچائی کو ڈسکور کرنا، اور ساتھ ساتھ اپنے اپنے ماحول سے لڑتے رہنا، یہ بہت ضروری ہے۔</w:t>
      </w:r>
    </w:p>
    <w:p>
      <w:r>
        <w:rPr>
          <w:b/>
        </w:rPr>
        <w:t xml:space="preserve">[1:43:36] </w:t>
      </w:r>
      <w:r>
        <w:t>mahol se ladne ka matlab yeh nahi ke talwar chalana. mahol se ladne ka mani hai ke bhai har waqt apni de-conditioning karte rehna, har waqt re-assess karte rehna, har waqt apne ko revise karte rehna, har waqt apna introspection karte rehna۔</w:t>
      </w:r>
    </w:p>
    <w:p>
      <w:pPr>
        <w:jc w:val="right"/>
      </w:pPr>
      <w:r>
        <w:t>ماحول سے لڑنے کا مطلب یہ نہیں کہ تلوار چلانا۔ ماحول سے لڑنے کا معنی ہے کہ بھئی ہر وقت اپنی ڈی کنڈیشننگ کرتے رہنا، ہر وقت ری ایسس کرتے رہنا، ہر وقت اپنے کو ریوائز کرتے رہنا، ہر وقت اپنا انٹراسپیکشن کرتے رہنا۔</w:t>
      </w:r>
    </w:p>
    <w:p>
      <w:r>
        <w:rPr>
          <w:b/>
        </w:rPr>
        <w:t xml:space="preserve">[1:43:50] </w:t>
      </w:r>
      <w:r>
        <w:t>jo aadmi introspection kam karega to phir woh frustration mein pad jayega. woh to discovery ke bawajood agar koi shakhs frustration mein hai to is ka matlab yeh hai ke woh apna introspection nahi kar raha hai۔</w:t>
      </w:r>
    </w:p>
    <w:p>
      <w:pPr>
        <w:jc w:val="right"/>
      </w:pPr>
      <w:r>
        <w:t>جو آدمی انٹراسپیکشن کمی کرے گا تو پھر وہ فرسٹریشن میں پڑ جائے گا۔ وہ تو ڈسکوری کے باوجود اگر کوئی شخص فرسٹریشن میں ہے تو اس کا مطلب یہ ہے کہ وہ اپنا انٹراسپیکشن نہیں کر رہا ہے۔</w:t>
      </w:r>
    </w:p>
    <w:p>
      <w:r>
        <w:rPr>
          <w:b/>
        </w:rPr>
        <w:t xml:space="preserve">[1:44:02] </w:t>
      </w:r>
      <w:r>
        <w:t>woh dono cheezein sath sath zaroori hain, dono cheezein sath sath zaroori hain. this question is from mr athar shamsi from kirana</w:t>
      </w:r>
    </w:p>
    <w:p>
      <w:pPr>
        <w:jc w:val="right"/>
      </w:pPr>
      <w:r>
        <w:t>وہ دونوں چیزیں ساتھ ساتھ ضروری ہیں، دونوں چیزیں ساتھ ساتھ ضروری ہیں۔ دس کوئسچن از فرام مسٹر اطہر شمسی فرام کیرانہ</w:t>
      </w:r>
    </w:p>
    <w:p>
      <w:r>
        <w:rPr>
          <w:b/>
        </w:rPr>
        <w:t xml:space="preserve">[1:44:17] </w:t>
      </w:r>
      <w:r>
        <w:t>۔ Maulana, what is the role of sabr in tazkiya?</w:t>
      </w:r>
    </w:p>
    <w:p>
      <w:pPr>
        <w:jc w:val="right"/>
      </w:pPr>
      <w:r>
        <w:t>۔ مولانا، واٹ از دا رول اف صبر ان تزکیہ؟</w:t>
      </w:r>
    </w:p>
    <w:p>
      <w:r>
        <w:rPr>
          <w:b/>
        </w:rPr>
        <w:t xml:space="preserve">[1:44:24] </w:t>
      </w:r>
      <w:r>
        <w:t>sabr to sahib, yani sabr to main samajhta hoon ke sab kuch hai۔</w:t>
      </w:r>
    </w:p>
    <w:p>
      <w:pPr>
        <w:jc w:val="right"/>
      </w:pPr>
      <w:r>
        <w:t>صبر تو صاحب، یعنی صبر تو میں سمجھتا ہوں کہ سب کچھ ہے۔</w:t>
      </w:r>
    </w:p>
    <w:p>
      <w:r>
        <w:rPr>
          <w:b/>
        </w:rPr>
        <w:t xml:space="preserve">[1:44:35] </w:t>
      </w:r>
      <w:r>
        <w:t>sabr ke baghair na namaz hai sachi, na roza hai sacha, na tazkiya hai, kuch bhi nahi ho sakta۔</w:t>
      </w:r>
    </w:p>
    <w:p>
      <w:pPr>
        <w:jc w:val="right"/>
      </w:pPr>
      <w:r>
        <w:t>صبر کے بغیر نہ نماز ہے سچی، نہ روزہ ہے سچا، نہ تزکیہ ہے، کچھ بھی نہیں ہو سکتا۔</w:t>
      </w:r>
    </w:p>
    <w:p>
      <w:r>
        <w:rPr>
          <w:b/>
        </w:rPr>
        <w:t xml:space="preserve">[1:44:42] </w:t>
      </w:r>
      <w:r>
        <w:t>kyunke hum jo jis dunya mein rehte hain, wahan har waqt hamein sabr hi to karna hai. sabr na karne ki qeemat kya hai?</w:t>
      </w:r>
    </w:p>
    <w:p>
      <w:pPr>
        <w:jc w:val="right"/>
      </w:pPr>
      <w:r>
        <w:t>کیونکہ ہم جو جس دنیا میں رہتے ہیں، وہاں ہر وقت ہمیں صبر ہی تو کرنا ہے۔ صبر نہ کرنے کی قیمت کیا ہے؟</w:t>
      </w:r>
    </w:p>
    <w:p>
      <w:r>
        <w:rPr>
          <w:b/>
        </w:rPr>
        <w:t xml:space="preserve">[1:44:51] </w:t>
      </w:r>
      <w:r>
        <w:t>negative mind ban jana. aaj ki dunya mein saare musalman negative bane hue hain. kyun sabr nahi kar paate? misaal ke taur par, denmark ke akhbar mein chhap gaya hai cartoon, ab ladai shuru ho gayi, jhagda,</w:t>
      </w:r>
    </w:p>
    <w:p>
      <w:pPr>
        <w:jc w:val="right"/>
      </w:pPr>
      <w:r>
        <w:t>نیگیٹیو مائنڈ بن جانا۔ آج کی دنیا میں سارے مسلمان نیگیٹیو بنے ہوئے ہیں۔ کیوں صبر نہیں کر پاتے؟ مثال کے طور پر، ڈنمارک کے اخبار میں چھپ گیا ہے کارٹون، اب لڑائی شروع ہوگئی، جھگڑا،</w:t>
      </w:r>
    </w:p>
    <w:p>
      <w:r>
        <w:rPr>
          <w:b/>
        </w:rPr>
        <w:t xml:space="preserve">[1:45:06] </w:t>
      </w:r>
      <w:r>
        <w:t>hungama shuru kar diya۔</w:t>
      </w:r>
    </w:p>
    <w:p>
      <w:pPr>
        <w:jc w:val="right"/>
      </w:pPr>
      <w:r>
        <w:t>ہنگامہ شروع کر دیا۔</w:t>
      </w:r>
    </w:p>
    <w:p>
      <w:r>
        <w:rPr>
          <w:b/>
        </w:rPr>
        <w:t xml:space="preserve">[1:45:08] </w:t>
      </w:r>
      <w:r>
        <w:t>to is tarah ke waqiyat har din, har subah sham hote rehte hain, jis mein hum bhadak uthte hain. woh honge, woh kaise nahi honge? woh jab insaan ko azadi hai to woh kuch na kuch to karta rahega۔</w:t>
      </w:r>
    </w:p>
    <w:p>
      <w:pPr>
        <w:jc w:val="right"/>
      </w:pPr>
      <w:r>
        <w:t>تو اس طرح کے واقعات ہر دن، ہر صبح شام ہوتے رہتے ہیں، جس میں ہم بھڑک اٹھتے ہیں۔ وہ ہوں گے، وہ کیسے نہیں ہوں گے؟ وہ جب انسان کو آزادی ہے تو وہ کچھ نہ کچھ تو کرتا رہے گا۔</w:t>
      </w:r>
    </w:p>
    <w:p>
      <w:r>
        <w:rPr>
          <w:b/>
        </w:rPr>
        <w:t xml:space="preserve">[1:45:19] </w:t>
      </w:r>
      <w:r>
        <w:t>woh</w:t>
      </w:r>
    </w:p>
    <w:p>
      <w:pPr>
        <w:jc w:val="right"/>
      </w:pPr>
      <w:r>
        <w:t>وہ</w:t>
      </w:r>
    </w:p>
    <w:p>
      <w:r>
        <w:rPr>
          <w:b/>
        </w:rPr>
        <w:t xml:space="preserve">[1:45:23] </w:t>
      </w:r>
      <w:r>
        <w:t>woh to kuch na kuch karega. woh</w:t>
      </w:r>
    </w:p>
    <w:p>
      <w:pPr>
        <w:jc w:val="right"/>
      </w:pPr>
      <w:r>
        <w:t>وہ تو کچھ نہ کچھ کرے گا۔ وہ</w:t>
      </w:r>
    </w:p>
    <w:p>
      <w:r>
        <w:rPr>
          <w:b/>
        </w:rPr>
        <w:t xml:space="preserve">[1:45:27] </w:t>
      </w:r>
      <w:r>
        <w:t>to Khuda ne jab dunya mein insaan ko azaad banaya hai, dunya mein imtehan wale mahol yahan par hain to lazman aisa hoga ke aisi cheezein pesh aayengi jo hamare liye unpleasant hongi, hum ko pasand nahi aayengi, hum ko provoke karengi,</w:t>
      </w:r>
    </w:p>
    <w:p>
      <w:pPr>
        <w:jc w:val="right"/>
      </w:pPr>
      <w:r>
        <w:t>تو خدا نے جب دنیا میں انسان کو آزاد بنایا ہے، دنیا میں امتحان والے ماحول یہاں پر ہیں تو لازماً ایسا ہوگا کہ ایسی چیزیں پیش آئیں گی جو ہمارے لیے ان پلیزنٹ ہوں گی، ہم کو پسند نہیں آئیں گی، ہم کو پرووک کریں گی،</w:t>
      </w:r>
    </w:p>
    <w:p>
      <w:r>
        <w:rPr>
          <w:b/>
        </w:rPr>
        <w:t xml:space="preserve">[1:45:45] </w:t>
      </w:r>
      <w:r>
        <w:t>hamare jazbat ko bharkayen gi. yeh to hota hi hota hai. is ko overcome karna, is se oopar uthna,</w:t>
      </w:r>
    </w:p>
    <w:p>
      <w:pPr>
        <w:jc w:val="right"/>
      </w:pPr>
      <w:r>
        <w:t>ہمارے جذبات کو بھڑکائیں گی۔ یہ تو ہوتا ہی ہوتا ہے۔ اس کو اوورکم کرنا، اس سے اوپر اٹھنا،</w:t>
      </w:r>
    </w:p>
    <w:p>
      <w:r>
        <w:rPr>
          <w:b/>
        </w:rPr>
        <w:t xml:space="preserve">[1:45:53] </w:t>
      </w:r>
      <w:r>
        <w:t>tab ja kar aadmi positive figure banega, tab ja kar aadmi is qabil hoga ke woh tazkiya kar sake. to to is sab ke sab peechay sabr hai.</w:t>
      </w:r>
    </w:p>
    <w:p>
      <w:pPr>
        <w:jc w:val="right"/>
      </w:pPr>
      <w:r>
        <w:t>تب جا کر آدمی پازیٹیو فگر بنے گا، تب جا کر آدمی اس قابل ہوگا کہ وہ تزکیہ کر سکے۔ تو تو اس سب کے سب پیچھے صبر ہے۔</w:t>
      </w:r>
    </w:p>
    <w:p>
      <w:r>
        <w:rPr>
          <w:b/>
        </w:rPr>
        <w:t xml:space="preserve">[1:46:04] </w:t>
      </w:r>
      <w:r>
        <w:t>sabr to mein samajhta hoon ke har subah shaam karna hai, har waqt sabr karna hai. isi liye quran majeed mein dekhiye, inma yafasabiroon bi ghair hisab.</w:t>
      </w:r>
    </w:p>
    <w:p>
      <w:pPr>
        <w:jc w:val="right"/>
      </w:pPr>
      <w:r>
        <w:t>صبر تو میں سمجھتا ہوں کہ ہر صبح شام کرنا ہے، ہر وقت صبر کرنا ہے۔ اسی لیے قرآن مجید میں دیکھیے، انما یا فصابرون بغیر حساب۔</w:t>
      </w:r>
    </w:p>
    <w:p>
      <w:r>
        <w:rPr>
          <w:b/>
        </w:rPr>
        <w:t xml:space="preserve">[1:46:13] </w:t>
      </w:r>
      <w:r>
        <w:t>is sabr par Allah taala ne farmaya ke unlimited reward diya jayega. kisi aur par nahi kaha is tareeqe se ke unlimited</w:t>
      </w:r>
    </w:p>
    <w:p>
      <w:pPr>
        <w:jc w:val="right"/>
      </w:pPr>
      <w:r>
        <w:t>اس صبر پر اللہ تعالی نے فرمایا کہ ان لمیٹڈ ریوارڈ دیا جائے گا۔ کسی اور پر نہیں کہا اس طریقے سے کہ ان لمیٹڈ</w:t>
      </w:r>
    </w:p>
    <w:p>
      <w:r>
        <w:rPr>
          <w:b/>
        </w:rPr>
        <w:t xml:space="preserve">[1:46:21] </w:t>
      </w:r>
      <w:r>
        <w:t>reward. kyunke sabr to bohat hi bari ibadat hai. har waqt sabr karna hai. sabr na karein ke aap to kya karein, har waqt ghusse mein rahenge, har waqt aap ke andar negativity aa jayegi, har waqt aap provoke ho jayenge, har waqt aap bhark ke larnay lagenge,</w:t>
      </w:r>
    </w:p>
    <w:p>
      <w:pPr>
        <w:jc w:val="right"/>
      </w:pPr>
      <w:r>
        <w:t>ریوارڈ۔ کیونکہ صبر تو بہت ہی بڑی عبادت ہے۔ ہر وقت صبر کرنا ہے۔ صبر نہ کریں کہ آپ تو کیا کریں، ہر وقت غصے میں رہیں گے، ہر وقت آپ کے اندر نیگیٹیوٹی آ جائے گی، ہر وقت آپ پرووک ہو جائیں گے، ہر وقت آپ بھڑک کے لڑنے لگیں گے،</w:t>
      </w:r>
    </w:p>
    <w:p>
      <w:r>
        <w:rPr>
          <w:b/>
        </w:rPr>
        <w:t xml:space="preserve">[1:46:38] </w:t>
      </w:r>
      <w:r>
        <w:t>har waqt aap deviate karenge, har waqt distraction hoga aap ka. yeh sab hota hi hota hai.</w:t>
      </w:r>
    </w:p>
    <w:p>
      <w:pPr>
        <w:jc w:val="right"/>
      </w:pPr>
      <w:r>
        <w:t>ہر وقت آپ ڈیویٹ کریں گے، ہر وقت ڈسٹریکشن ہوگا آپ کا۔ یہ سب ہوتا ہی ہوتا ہے۔</w:t>
      </w:r>
    </w:p>
    <w:p>
      <w:r>
        <w:rPr>
          <w:b/>
        </w:rPr>
        <w:t xml:space="preserve">[1:46:44] </w:t>
      </w:r>
      <w:r>
        <w:t>to sabr to saare aamal ke peechay hai, sirf tazkiya ke peechay nahi. sabr ke baghair koi amal insan sahi tareeqe par ada nahi kar sakta hai.</w:t>
      </w:r>
    </w:p>
    <w:p>
      <w:pPr>
        <w:jc w:val="right"/>
      </w:pPr>
      <w:r>
        <w:t>تو صبر تو سارے اعمال کے پیچھے ہے، صرف تزکیہ کے پیچھے نہیں۔ صبر کے بغیر کوئی عمل انسان صحیح طریقے پر ادا نہیں کر سکتا ہے۔</w:t>
      </w:r>
    </w:p>
    <w:p>
      <w:r>
        <w:rPr>
          <w:b/>
        </w:rPr>
        <w:t xml:space="preserve">[1:46:54] </w:t>
      </w:r>
      <w:r>
        <w:t>sabr aap ko, yaani jo yeh jo duniya mein jo imtehan ki wajah se jo baatein hain, un se oopar uthata hai.</w:t>
      </w:r>
    </w:p>
    <w:p>
      <w:pPr>
        <w:jc w:val="right"/>
      </w:pPr>
      <w:r>
        <w:t>صبر آپ کو، یعنی جو یہ جو دنیا میں جو امتحان کی وجہ سے جو باتیں ہیں، ان سے اوپر اٹھاتا ہے۔</w:t>
      </w:r>
    </w:p>
    <w:p>
      <w:r>
        <w:rPr>
          <w:b/>
        </w:rPr>
        <w:t xml:space="preserve">[1:47:06] </w:t>
      </w:r>
      <w:r>
        <w:t>yaani sabr aap ko, mein kahunga ke aap ko big figure banata hai.</w:t>
      </w:r>
    </w:p>
    <w:p>
      <w:pPr>
        <w:jc w:val="right"/>
      </w:pPr>
      <w:r>
        <w:t>یعنی صبر آپ کو، میں کہوں گا کہ آپ کو بگ برڈ فگر بناتا ہے۔</w:t>
      </w:r>
    </w:p>
    <w:p>
      <w:r>
        <w:rPr>
          <w:b/>
        </w:rPr>
        <w:t xml:space="preserve">[1:47:13] </w:t>
      </w:r>
      <w:r>
        <w:t>log samajhte hain ke sabr koi passive cheez hai, buzadli ki baat hai. nahi, sabr to sab se bara positive value hai. sabr sab se bari positive value sabr hai.</w:t>
      </w:r>
    </w:p>
    <w:p>
      <w:pPr>
        <w:jc w:val="right"/>
      </w:pPr>
      <w:r>
        <w:t>لوگ سمجھتے ہیں کہ صبر کوئی پیسو چیز ہے، بزدلی کی بات ہے۔ نہیں، صبر تو سب سے بڑا پازیٹیو ویلیو ہے۔ صبر سب سے بڑی پازیٹیو ویلیو صبر ہے۔</w:t>
      </w:r>
    </w:p>
    <w:p>
      <w:r>
        <w:rPr>
          <w:b/>
        </w:rPr>
        <w:t xml:space="preserve">[1:47:25] </w:t>
      </w:r>
      <w:r>
        <w:t>sabr aap ko positive big bird figure banata hai. halaat se uth kar sochna, jaise aap rasta ja rahe hain, farz kiya wahan kutte bhonknay lage, woh aap bhi lagay daant dapt laganay is ko, to aap ne react kiya.</w:t>
      </w:r>
    </w:p>
    <w:p>
      <w:pPr>
        <w:jc w:val="right"/>
      </w:pPr>
      <w:r>
        <w:t>صبر آپ کو پازیٹیو بگ برڈ فگر بناتا ہے۔ حالات سے اٹھ کر سوچنا، جیسے آپ راستہ جا رہے ہیں، فرض کیا وہاں کتے بھونکنے لگے، وہ آپ بھی لگے ڈانٹ ڈپٹ لگانے ہیں اس کو، تو آپ نے ری ایکٹ کیا۔</w:t>
      </w:r>
    </w:p>
    <w:p>
      <w:r>
        <w:rPr>
          <w:b/>
        </w:rPr>
        <w:t xml:space="preserve">[1:47:41] </w:t>
      </w:r>
      <w:r>
        <w:t>yeh yeh besabri hai.</w:t>
      </w:r>
    </w:p>
    <w:p>
      <w:pPr>
        <w:jc w:val="right"/>
      </w:pPr>
      <w:r>
        <w:t>یہ یہ بے صبری ہے۔</w:t>
      </w:r>
    </w:p>
    <w:p>
      <w:r>
        <w:rPr>
          <w:b/>
        </w:rPr>
        <w:t xml:space="preserve">[1:47:43] </w:t>
      </w:r>
      <w:r>
        <w:t>aap chalay ja rahe hain, chalay ja rahe hain, chalay ja rahe hain, to aap ne sabr kiya. to behtareen formula hai ke kutte bhonkte rehte hain, hathi hathi chalta rehta hai.</w:t>
      </w:r>
    </w:p>
    <w:p>
      <w:pPr>
        <w:jc w:val="right"/>
      </w:pPr>
      <w:r>
        <w:t>آپ چلے جا رہے ہیں، چلے جا رہے ہیں، چلے جا رہے ہیں، تو آپ نے صبر کیا۔ تو بہترین فارمولا ہے کہ کتے بھونکتے رہتے ہیں، ہاتھی ہاتھی چلتا رہتا ہے۔</w:t>
      </w:r>
    </w:p>
    <w:p>
      <w:r>
        <w:rPr>
          <w:b/>
        </w:rPr>
        <w:t xml:space="preserve">[1:47:53] </w:t>
      </w:r>
      <w:r>
        <w:t>to hathi ka tareeqa sabr ka tareeqa hai. aur jo log kutte ke bhonknay par khud bhi lagay, bolnay dornay is ke peechay, unhon ne besabri ka tareeqa ikhtiyar kiya.</w:t>
      </w:r>
    </w:p>
    <w:p>
      <w:pPr>
        <w:jc w:val="right"/>
      </w:pPr>
      <w:r>
        <w:t>تو ہاتھی کا طریقہ صبر کا طریقہ ہے۔ اور جو لوگ کتے کے بھونکنے پر خود بھی لگے، بولنے دوڑنے اس کے پیچھے، انہوں نے بے صبری کا طریقہ اختیار کیا۔</w:t>
      </w:r>
    </w:p>
    <w:p>
      <w:r>
        <w:rPr>
          <w:b/>
        </w:rPr>
        <w:t xml:space="preserve">[1:48:04] </w:t>
      </w:r>
      <w:r>
        <w:t>to mein samajhta hoon ke sabr jo hai, sab se bari ibadat hai.</w:t>
      </w:r>
    </w:p>
    <w:p>
      <w:pPr>
        <w:jc w:val="right"/>
      </w:pPr>
      <w:r>
        <w:t>تو میں سمجھتا ہوں کہ صبر جو ہے، سب سے بڑی عبادت ہے۔</w:t>
      </w:r>
    </w:p>
    <w:p>
      <w:r>
        <w:rPr>
          <w:b/>
        </w:rPr>
        <w:t xml:space="preserve">[1:48:08] </w:t>
      </w:r>
      <w:r>
        <w:t>sabr ka talluq tamam aap ke tamam soch se hai, tamam amal se hai. sabr ke baghair aap is duniya mein koi bhi cheez mein kamyab nahi ho sakte.</w:t>
      </w:r>
    </w:p>
    <w:p>
      <w:pPr>
        <w:jc w:val="right"/>
      </w:pPr>
      <w:r>
        <w:t>صبر کا تعلق تمام آپ کے تمام سوچ سے ہے، تمام عمل سے ہے۔ صبر کے بغیر آپ اس دنیا میں کوئی بھی چیز میں کامیاب نہیں ہو سکتے۔</w:t>
      </w:r>
    </w:p>
    <w:p>
      <w:r>
        <w:rPr>
          <w:b/>
        </w:rPr>
        <w:t xml:space="preserve">[1:48:20] </w:t>
      </w:r>
      <w:r>
        <w:t>kisi bhi cheez mein baghair sabr ke kamyabi mumkin nahi hai. okay, we would like to tell everybody present here and also our online viewers that Maulana has written a new book titled "The Prophet of Peace" which is publish by Penguin.</w:t>
      </w:r>
    </w:p>
    <w:p>
      <w:pPr>
        <w:jc w:val="right"/>
      </w:pPr>
      <w:r>
        <w:t>کسی بھی چیز میں بغیر صبر کے کامیابی ممکن نہیں ہے۔ اوکے، وی وڈ لائک ٹو ٹیل ایوری بڈی پریزنٹ ہیر اینڈ السو اور ان لائن ویوورز دیٹ مولانا ہیز رٹن ا نیو بک ٹائٹلڈ "دا پرافٹ اف پیس" وچ از پبلش بائے پینگوئن۔</w:t>
      </w:r>
    </w:p>
    <w:p>
      <w:r>
        <w:rPr>
          <w:b/>
        </w:rPr>
        <w:t xml:space="preserve">[1:48:37] </w:t>
      </w:r>
      <w:r>
        <w:t>you can get this book from Al-Risala Book Store. alternatively, you may get it from Goodword Books website or Penguin website.</w:t>
      </w:r>
    </w:p>
    <w:p>
      <w:pPr>
        <w:jc w:val="right"/>
      </w:pPr>
      <w:r>
        <w:t>یو کین گیٹ دس بک فرام الرسالہ بک سٹور۔ الٹرنیٹولی، یو می گیٹ اٹ فرام گڈ ورڈ بکس ویب سائٹ اور پینگوئن ویب سائٹ۔</w:t>
      </w:r>
    </w:p>
    <w:p>
      <w:r>
        <w:rPr>
          <w:b/>
        </w:rPr>
        <w:t xml:space="preserve">[1:48:46] </w:t>
      </w:r>
      <w:r>
        <w:t>thank you.</w:t>
      </w:r>
    </w:p>
    <w:p>
      <w:pPr>
        <w:jc w:val="right"/>
      </w:pPr>
      <w:r>
        <w:t>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