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al-Fitr A Day of Thankfulness June 26, 2017 Maulana Wahiduddin Khan</w:t>
      </w:r>
    </w:p>
    <w:p>
      <w:r>
        <w:t>https://www.youtube.com/watch?v=2c7fkyeazAk</w:t>
      </w:r>
    </w:p>
    <w:p>
      <w:r>
        <w:rPr>
          <w:b/>
        </w:rPr>
        <w:t xml:space="preserve">[00:14] </w:t>
      </w:r>
      <w:r>
        <w:t>bismillah hir rahman nir rahim. wa salli Allahu ala al jil kareem. jo pichla hissa qareeb hai, sadri amri.</w:t>
      </w:r>
    </w:p>
    <w:p>
      <w:pPr>
        <w:jc w:val="right"/>
      </w:pPr>
      <w:r>
        <w:t>بسم اللہ الرحمن الرحیم۔ وصلی اللہ علی الجیل کریم۔ جو پچھلا حصہ قریب ہے، سری امری۔</w:t>
      </w:r>
    </w:p>
    <w:p>
      <w:r>
        <w:rPr>
          <w:b/>
        </w:rPr>
        <w:t xml:space="preserve">[00:29] </w:t>
      </w:r>
      <w:r>
        <w:t>bolo luqtum min lisan, jab kaho boli.</w:t>
      </w:r>
    </w:p>
    <w:p>
      <w:pPr>
        <w:jc w:val="right"/>
      </w:pPr>
      <w:r>
        <w:t>بولو لقتم من لسان، جب کہو بولی۔</w:t>
      </w:r>
    </w:p>
    <w:p>
      <w:r>
        <w:rPr>
          <w:b/>
        </w:rPr>
        <w:t xml:space="preserve">[00:37] </w:t>
      </w:r>
      <w:r>
        <w:t>26 june 2017. 1 shawwal 1438 hijri.</w:t>
      </w:r>
    </w:p>
    <w:p>
      <w:pPr>
        <w:jc w:val="right"/>
      </w:pPr>
      <w:r>
        <w:t>26 جون 2017۔ یکم شوال 1438 ہجری۔</w:t>
      </w:r>
    </w:p>
    <w:p>
      <w:r>
        <w:rPr>
          <w:b/>
        </w:rPr>
        <w:t xml:space="preserve">[00:51] </w:t>
      </w:r>
      <w:r>
        <w:t>jaisa ke aap jante hain, aaj eid ul fitr ka din hai.</w:t>
      </w:r>
    </w:p>
    <w:p>
      <w:pPr>
        <w:jc w:val="right"/>
      </w:pPr>
      <w:r>
        <w:t>جیسا کہ آپ جانتے ہیں، آج عید الفطر کا دن ہے۔</w:t>
      </w:r>
    </w:p>
    <w:p>
      <w:r>
        <w:rPr>
          <w:b/>
        </w:rPr>
        <w:t xml:space="preserve">[01:03] </w:t>
      </w:r>
      <w:r>
        <w:t>main apne aaj ke aik tajrubay se apni baat shuru karna chahta hoon. aaj subah apne routine ke mutabiq main office ke bahar</w:t>
      </w:r>
    </w:p>
    <w:p>
      <w:pPr>
        <w:jc w:val="right"/>
      </w:pPr>
      <w:r>
        <w:t>میں اپنے آج کے ایک تجربے سے اپنی بات شروع کرنا چاہتا ہوں۔ آج صبح اپنے روٹین کے مطابق میں آفس کے باہر</w:t>
      </w:r>
    </w:p>
    <w:p>
      <w:r>
        <w:rPr>
          <w:b/>
        </w:rPr>
        <w:t xml:space="preserve">[01:21] </w:t>
      </w:r>
      <w:r>
        <w:t>balkani mein baitha hua tha, to yeh subah sawere ka waqt tha. suraj nikal raha tha, charon taraf haray bhare peyr thay,</w:t>
      </w:r>
    </w:p>
    <w:p>
      <w:pPr>
        <w:jc w:val="right"/>
      </w:pPr>
      <w:r>
        <w:t>بالکنی میں بیٹھا ہوا تھا، تو یہ صبح سویرے کا وقت تھا۔ سورج نکل رہا تھا، چاروں طرف ہرے بھرے پیڑ تھے،</w:t>
      </w:r>
    </w:p>
    <w:p>
      <w:r>
        <w:rPr>
          <w:b/>
        </w:rPr>
        <w:t xml:space="preserve">[01:37] </w:t>
      </w:r>
      <w:r>
        <w:t>kuch chuiyan ur rahi theen. khula aasman samne tha, hawaein chal rahi theen. yaani poora nature mere samne tha.</w:t>
      </w:r>
    </w:p>
    <w:p>
      <w:pPr>
        <w:jc w:val="right"/>
      </w:pPr>
      <w:r>
        <w:t>کچھ چونیاں اڑ رہی تھیں۔ کھلا آسمان سامنے تھا، ہوائیں چل رہی تھیں۔ یعنی پورا نیچر میرے سامنے تھا۔</w:t>
      </w:r>
    </w:p>
    <w:p>
      <w:r>
        <w:rPr>
          <w:b/>
        </w:rPr>
        <w:t xml:space="preserve">[01:51] </w:t>
      </w:r>
      <w:r>
        <w:t>nature ko dekh kar ajeeb qism ka inspiration hota hai, aur Allah rab ul alameen ki glory ko ajeeb tareeqay se aap mehsoos karte hain,</w:t>
      </w:r>
    </w:p>
    <w:p>
      <w:pPr>
        <w:jc w:val="right"/>
      </w:pPr>
      <w:r>
        <w:t>نیچر کو دیکھ کر عجیب قسم کا انسپیریشن ہوتا ہے، اور اللہ رب العالمین کی گلوری کو عجیب طریقے سے آپ محسوس کرتے ہیں،</w:t>
      </w:r>
    </w:p>
    <w:p>
      <w:r>
        <w:rPr>
          <w:b/>
        </w:rPr>
        <w:t xml:space="preserve">[02:08] </w:t>
      </w:r>
      <w:r>
        <w:t>bohat hi high level par. to mein in sab khayalat mein dooba hua tha.</w:t>
      </w:r>
    </w:p>
    <w:p>
      <w:pPr>
        <w:jc w:val="right"/>
      </w:pPr>
      <w:r>
        <w:t>بہت ہی ہائی لیول پر۔ تو میں ان سب خیالات میں ڈوبا ہوا تھا۔</w:t>
      </w:r>
    </w:p>
    <w:p>
      <w:r>
        <w:rPr>
          <w:b/>
        </w:rPr>
        <w:t xml:space="preserve">[02:17] </w:t>
      </w:r>
      <w:r>
        <w:t>phir isi beech mein achaanak mujhe ek baat yaad aayi. aap jante hain ke dilli mein pehle mughal rule karte thay,</w:t>
      </w:r>
    </w:p>
    <w:p>
      <w:pPr>
        <w:jc w:val="right"/>
      </w:pPr>
      <w:r>
        <w:t>پھر اسی بیچ میں اچانک مجھے ایک بات یاد آئی۔ آپ جانتے ہیں کہ دلی میں پہلے مغل رول کرتے تھے،</w:t>
      </w:r>
    </w:p>
    <w:p>
      <w:r>
        <w:rPr>
          <w:b/>
        </w:rPr>
        <w:t xml:space="preserve">[02:31] </w:t>
      </w:r>
      <w:r>
        <w:t>dilli mein aur india ke baray area mein. phir yahan par britishers aaye aur mughal rule khatam ho gaya.</w:t>
      </w:r>
    </w:p>
    <w:p>
      <w:pPr>
        <w:jc w:val="right"/>
      </w:pPr>
      <w:r>
        <w:t>دلی میں اور انڈیا کے بڑے ایریا میں۔ پھر یہاں پر برٹشرز آئے اور مغل رول ختم ہو گیا۔</w:t>
      </w:r>
    </w:p>
    <w:p>
      <w:r>
        <w:rPr>
          <w:b/>
        </w:rPr>
        <w:t xml:space="preserve">[02:44] </w:t>
      </w:r>
      <w:r>
        <w:t>to is par bohat se musalmanon ne marsiya likha.</w:t>
      </w:r>
    </w:p>
    <w:p>
      <w:pPr>
        <w:jc w:val="right"/>
      </w:pPr>
      <w:r>
        <w:t>تو اس پر بہت سے مسلمانوں نے مرسیہ لکھا۔</w:t>
      </w:r>
    </w:p>
    <w:p>
      <w:r>
        <w:rPr>
          <w:b/>
        </w:rPr>
        <w:t xml:space="preserve">[02:51] </w:t>
      </w:r>
      <w:r>
        <w:t>ek shayar ne ek nazm likhi thi, to us waqt mujhe is shayar ka ek misra yaad aaya.</w:t>
      </w:r>
    </w:p>
    <w:p>
      <w:pPr>
        <w:jc w:val="right"/>
      </w:pPr>
      <w:r>
        <w:t>ایک شاعر نے ایک نظم لکھی تھی، تو اس وقت مجھے اس شاعر کا ایک مصرعہ یاد آیا۔</w:t>
      </w:r>
    </w:p>
    <w:p>
      <w:r>
        <w:rPr>
          <w:b/>
        </w:rPr>
        <w:t xml:space="preserve">[03:01] </w:t>
      </w:r>
      <w:r>
        <w:t>yaani is ne dilli ki barbadi ka zikr karte hue likha tha, dilli ki barbadi.</w:t>
      </w:r>
    </w:p>
    <w:p>
      <w:pPr>
        <w:jc w:val="right"/>
      </w:pPr>
      <w:r>
        <w:t>یعنی اس نے دلی کی بربادی کا ذکر کرتے ہوئے لکھا تھا، دلی کی بربادی۔</w:t>
      </w:r>
    </w:p>
    <w:p>
      <w:r>
        <w:rPr>
          <w:b/>
        </w:rPr>
        <w:t xml:space="preserve">[03:10] </w:t>
      </w:r>
      <w:r>
        <w:t>is baat ke kehne ko kahan se jigar aaye?</w:t>
      </w:r>
    </w:p>
    <w:p>
      <w:pPr>
        <w:jc w:val="right"/>
      </w:pPr>
      <w:r>
        <w:t>اس بات کے کہنے کو کہاں سے جگر آئے؟</w:t>
      </w:r>
    </w:p>
    <w:p>
      <w:r>
        <w:rPr>
          <w:b/>
        </w:rPr>
        <w:t xml:space="preserve">[03:16] </w:t>
      </w:r>
      <w:r>
        <w:t>is baat ke kehne ko kahan se jigar aaye? yaani dilli ki jo barbadi hui hai, is kehne ke liye mere dictionary mein words nahi hain, alfaaz nahi hain.</w:t>
      </w:r>
    </w:p>
    <w:p>
      <w:pPr>
        <w:jc w:val="right"/>
      </w:pPr>
      <w:r>
        <w:t>اس بات کے کہنے کو کہاں سے جگر آئے؟ یعنی دلی کی جو بربادی ہوئی ہے، اس کہنے کے لیے میرے ڈکشنری میں ورڈز نہیں ہیں، الفاظ نہیں ہیں۔</w:t>
      </w:r>
    </w:p>
    <w:p>
      <w:r>
        <w:rPr>
          <w:b/>
        </w:rPr>
        <w:t xml:space="preserve">[03:32] </w:t>
      </w:r>
      <w:r>
        <w:t>phir maine suna to socha to yahi baat musalman bar bar isi qism ki kehte rahe hain. mislan jab andalus ki hukumat khatam hui,</w:t>
      </w:r>
    </w:p>
    <w:p>
      <w:pPr>
        <w:jc w:val="right"/>
      </w:pPr>
      <w:r>
        <w:t>پھر میں نے سنا تو سوچا تو یہی بات مسلمان بار بار اسی قسم کی کہتے رہے ہیں۔ مثلاً جب اندروس کی حکومت ختم ہوئی،</w:t>
      </w:r>
    </w:p>
    <w:p>
      <w:r>
        <w:rPr>
          <w:b/>
        </w:rPr>
        <w:t xml:space="preserve">[03:47] </w:t>
      </w:r>
      <w:r>
        <w:t>gharnata ki, to us waqt</w:t>
      </w:r>
    </w:p>
    <w:p>
      <w:pPr>
        <w:jc w:val="right"/>
      </w:pPr>
      <w:r>
        <w:t>غرناطہ کی، تو اس وقت</w:t>
      </w:r>
    </w:p>
    <w:p>
      <w:r>
        <w:rPr>
          <w:b/>
        </w:rPr>
        <w:t xml:space="preserve">[03:55] </w:t>
      </w:r>
      <w:r>
        <w:t>ke baray mein iqbal ne likha hai: "aasman ne dolat gharnata jab barbaad ki, ibn badlu ke dil nashad ne par faryad ki."</w:t>
      </w:r>
    </w:p>
    <w:p>
      <w:pPr>
        <w:jc w:val="right"/>
      </w:pPr>
      <w:r>
        <w:t>کے بارے میں اقبال نے لکھا ہے: "آسمان نے دولت غرناطہ جب برباد کی، ابن بدلو کے دل ناشاد نے پر فریاد کی۔"</w:t>
      </w:r>
    </w:p>
    <w:p>
      <w:r>
        <w:rPr>
          <w:b/>
        </w:rPr>
        <w:t xml:space="preserve">[04:11] </w:t>
      </w:r>
      <w:r>
        <w:t>to jab bhi koi, jaise turkon ki khilafat khatam hui, to is par bohat kuch likha gaya.</w:t>
      </w:r>
    </w:p>
    <w:p>
      <w:pPr>
        <w:jc w:val="right"/>
      </w:pPr>
      <w:r>
        <w:t>تو جب بھی کوئی، جیسے ترکوں کی خلافت ختم ہوئی، تو اس پر بہت کچھ لکھا گیا۔</w:t>
      </w:r>
    </w:p>
    <w:p>
      <w:r>
        <w:rPr>
          <w:b/>
        </w:rPr>
        <w:t xml:space="preserve">[04:22] </w:t>
      </w:r>
      <w:r>
        <w:t>aise hi dekhiye, tiyari sadi mein jab tatari muslim dunya mein dakhil hue, unhon ne</w:t>
      </w:r>
    </w:p>
    <w:p>
      <w:pPr>
        <w:jc w:val="right"/>
      </w:pPr>
      <w:r>
        <w:t>ایسے ہی دیکھیے، تیہری صدی میں جب تاتاری مسلم دنیا میں داخل ہوئے، انہوں نے</w:t>
      </w:r>
    </w:p>
    <w:p>
      <w:r>
        <w:rPr>
          <w:b/>
        </w:rPr>
        <w:t xml:space="preserve">[04:36] </w:t>
      </w:r>
      <w:r>
        <w:t>sabr khand se le kar halab tak bohat ziyada nuqsan pohanchaya, aur abbasi saltanat khatam ho gayi.</w:t>
      </w:r>
    </w:p>
    <w:p>
      <w:pPr>
        <w:jc w:val="right"/>
      </w:pPr>
      <w:r>
        <w:t>صبر خند سے لے کر حلب تک بہت زیادہ نقصان پہنچایا، اور عباس کی سلطنت ختم ہو گئی۔</w:t>
      </w:r>
    </w:p>
    <w:p>
      <w:r>
        <w:rPr>
          <w:b/>
        </w:rPr>
        <w:t xml:space="preserve">[04:45] </w:t>
      </w:r>
      <w:r>
        <w:t>to us waqt mashhoor murekh ibn kathir, ibn aseer zinda tha. ibn aseer, ibn kathir nahi, ibn aseer alif se woh zinda tha.</w:t>
      </w:r>
    </w:p>
    <w:p>
      <w:pPr>
        <w:jc w:val="right"/>
      </w:pPr>
      <w:r>
        <w:t>تو اس وقت مشہور مورخ ابن کثیر، ابن اسیر زندہ تھا۔ ابن اسیر، ابن کثیر نہیں، ابن اسیر الف سے وہ زندہ تھا۔</w:t>
      </w:r>
    </w:p>
    <w:p>
      <w:r>
        <w:rPr>
          <w:b/>
        </w:rPr>
        <w:t xml:space="preserve">[05:01] </w:t>
      </w:r>
      <w:r>
        <w:t>to is ne apni kitab mein "al kamil fi al tareekh" mein itna zikr kiya hai. is mein woh likhta hai ke itni bari tabahi kabhi kisi qom ko pesh nahi aayi.</w:t>
      </w:r>
    </w:p>
    <w:p>
      <w:pPr>
        <w:jc w:val="right"/>
      </w:pPr>
      <w:r>
        <w:t>تو اس نے اپنی کتاب میں "الکامل فی التاریخ" میں اتنا ذکر کیا ہے۔ اس میں وہ لکھتا ہے کہ اتنی بڑی تباہی کبھی کسی قوم کو پیش نہیں آئی۔</w:t>
      </w:r>
    </w:p>
    <w:p>
      <w:r>
        <w:rPr>
          <w:b/>
        </w:rPr>
        <w:t xml:space="preserve">[05:19] </w:t>
      </w:r>
      <w:r>
        <w:t>is ke jo alfaaz hain, woh aap suniye: "wal qad buliya al islam wal musalmoon fi al mudda bi masaaib lam yubtala biha ahad min al umam." yaani is ka matlab hai gharnata ki saltanat jab muslim saltanat khatam hui to itni bari musibat pesh aayi musalmanon ko jo kabhi kisi qom ko pesh nahi aayi.</w:t>
      </w:r>
    </w:p>
    <w:p>
      <w:pPr>
        <w:jc w:val="right"/>
      </w:pPr>
      <w:r>
        <w:t>اس کے جو الفاظ ہیں، وہ آپ سنیے: "ولقد بولی الاسلام والمسلمون فی المدة بمصائب لم یبتل بہا احد من الامم۔" یعنی اس کا مطلب ہے غرناطہ کی سلطنت جب مسلم سلطنت ختم ہوئی تو اتنی بڑی مصیبت پیش آئی مسلمانوں کو جو کبھی کسی قوم کو پیش نہیں آئی۔</w:t>
      </w:r>
    </w:p>
    <w:p>
      <w:r>
        <w:rPr>
          <w:b/>
        </w:rPr>
        <w:t xml:space="preserve">[05:46] </w:t>
      </w:r>
      <w:r>
        <w:t>to main yeh soch raha tha to achaanak ek jaise album gir pada, album ek dhamaka.</w:t>
      </w:r>
    </w:p>
    <w:p>
      <w:pPr>
        <w:jc w:val="right"/>
      </w:pPr>
      <w:r>
        <w:t>تو میں یہ سوچ رہا تھا تو اچانک ایک جیسے ایڈبم گر پڑا، ایڈبم ایک دھماکہ۔</w:t>
      </w:r>
    </w:p>
    <w:p>
      <w:r>
        <w:rPr>
          <w:b/>
        </w:rPr>
        <w:t xml:space="preserve">[05:57] </w:t>
      </w:r>
      <w:r>
        <w:t>haan haan, main sochne laga ke is sari tareekh mein musalman</w:t>
      </w:r>
    </w:p>
    <w:p>
      <w:pPr>
        <w:jc w:val="right"/>
      </w:pPr>
      <w:r>
        <w:t>ہاں ہاں، میں سوچنے لگا کہ اس ساری تاریخ میں مسلمان</w:t>
      </w:r>
    </w:p>
    <w:p>
      <w:r>
        <w:rPr>
          <w:b/>
        </w:rPr>
        <w:t xml:space="preserve">[06:07] </w:t>
      </w:r>
      <w:r>
        <w:t>apni kisi saltanat ka marsiya likhte rahe hain. yaani munfi news, negative news par woh faryad karte rahe hain.</w:t>
      </w:r>
    </w:p>
    <w:p>
      <w:pPr>
        <w:jc w:val="right"/>
      </w:pPr>
      <w:r>
        <w:t>اپنی کسی سلطنت کا مرسیہ لکھتے رہے ہیں۔ یعنی من منفی نیوز، نیگیٹیو نیوز پر وہ فریاد کرتے رہے ہیں۔</w:t>
      </w:r>
    </w:p>
    <w:p>
      <w:r>
        <w:rPr>
          <w:b/>
        </w:rPr>
        <w:t xml:space="preserve">[06:22] </w:t>
      </w:r>
      <w:r>
        <w:t>lekin yahan jo positive news hain, mind boggling news, woh un ko nahi mili, is ka zikr nahi kiya unhon ne.</w:t>
      </w:r>
    </w:p>
    <w:p>
      <w:pPr>
        <w:jc w:val="right"/>
      </w:pPr>
      <w:r>
        <w:t>لیکن یہاں جو پوزیٹیو نیوز ہیں، مائنڈ باگلی نیوز، وہ ان کو نہیں ملی، اس کا ذکر نہیں کیا انہوں نے۔</w:t>
      </w:r>
    </w:p>
    <w:p>
      <w:r>
        <w:rPr>
          <w:b/>
        </w:rPr>
        <w:t xml:space="preserve">[06:33] </w:t>
      </w:r>
      <w:r>
        <w:t>to maine socha ke yeh jo andalus saltanat mein musalmanon ne khoya, abbasi saltanat mein khoya, mughal saltanat mein jo khoya,</w:t>
      </w:r>
    </w:p>
    <w:p>
      <w:pPr>
        <w:jc w:val="right"/>
      </w:pPr>
      <w:r>
        <w:t>تو میں نے سوچا کہ یہ جو اندروس سلطنت میں مسلمانوں نے کھویا، عباسی سلطنت میں کھویا، مغل سلطنت میں جو کھویا،</w:t>
      </w:r>
    </w:p>
    <w:p>
      <w:r>
        <w:rPr>
          <w:b/>
        </w:rPr>
        <w:t xml:space="preserve">[06:47] </w:t>
      </w:r>
      <w:r>
        <w:t>is tarah ke jo khone ke waqiat hain, loss ke waqiat hain, is se bohat hi zyada billion talent se bhi zyada barhe waqiat wahan jo har waqt mil rahe hain aap ko.</w:t>
      </w:r>
    </w:p>
    <w:p>
      <w:pPr>
        <w:jc w:val="right"/>
      </w:pPr>
      <w:r>
        <w:t>اس طرح کے جو کھونے کے واقعات ہیں، لاس کے واقعات ہیں، اس سے بہت ہی زیادہ بلین ٹیلنٹ سے بھی زیادہ بڑے واقعات وہاں جو ہر وقت مل رہے ہیں آپ کو۔</w:t>
      </w:r>
    </w:p>
    <w:p>
      <w:r>
        <w:rPr>
          <w:b/>
        </w:rPr>
        <w:t xml:space="preserve">[07:02] </w:t>
      </w:r>
      <w:r>
        <w:t>jab suraj subah ko nikalta hai to tamam saltanaton ki barbadi se zyada bari cheez deta hai aap ko.</w:t>
      </w:r>
    </w:p>
    <w:p>
      <w:pPr>
        <w:jc w:val="right"/>
      </w:pPr>
      <w:r>
        <w:t>جب سورج صبح کو نکلتا ہے تو تمام سلطنتوں کی بربادی سے زیادہ بڑی چیز دیتا ہے آپ کو۔</w:t>
      </w:r>
    </w:p>
    <w:p>
      <w:r>
        <w:rPr>
          <w:b/>
        </w:rPr>
        <w:t xml:space="preserve">[07:12] </w:t>
      </w:r>
      <w:r>
        <w:t>suraj ki roshni ka koi badal nahin. hawaein chalti hain to aap jante hain ke darakhton mein photo photosynthesis ka aik aik amal chalta hai jis mein oxygen tayyar hota hai.</w:t>
      </w:r>
    </w:p>
    <w:p>
      <w:pPr>
        <w:jc w:val="right"/>
      </w:pPr>
      <w:r>
        <w:t>سورج کی روشنی کا کوئی بدل نہیں۔ ہوائیں چلتی ہیں تو آپ جانتے ہیں کہ درختوں میں فوٹو فوٹو سینیٹیسز کا ایک ایک عمل چلتا ہے جس میں اکسیجن تیار ہوتا ہے۔</w:t>
      </w:r>
    </w:p>
    <w:p>
      <w:r>
        <w:rPr>
          <w:b/>
        </w:rPr>
        <w:t xml:space="preserve">[07:32] </w:t>
      </w:r>
      <w:r>
        <w:t>hawaein oxygen ko phailati hain. to yeh kaun si yeh itna bara waqia hai ke is ke muqable mein sab bilkul touch hai, kuch bhi nahin.</w:t>
      </w:r>
    </w:p>
    <w:p>
      <w:pPr>
        <w:jc w:val="right"/>
      </w:pPr>
      <w:r>
        <w:t>ہوائیں اکسیجن کو پھیلاتی ہیں۔ تو یہ کون سی یہ اتنا بڑا واقعہ ہے کہ اس کے مقابلے میں سب بالکل ٹچ ہے، کچھ بھی نہیں۔</w:t>
      </w:r>
    </w:p>
    <w:p>
      <w:r>
        <w:rPr>
          <w:b/>
        </w:rPr>
        <w:t xml:space="preserve">[07:45] </w:t>
      </w:r>
      <w:r>
        <w:t>jab zameen se food nikalta hai aap ke liye ghiza, kitna bara waqia hota hai. jab hydrogen oxygen mil kar pani banta hai aur aasman se barta hai, kitna bara waqia hota hai.</w:t>
      </w:r>
    </w:p>
    <w:p>
      <w:pPr>
        <w:jc w:val="right"/>
      </w:pPr>
      <w:r>
        <w:t>جب زمین سے فوڈ نکلتا ہے آپ کے لیے غذا، کتنا بڑا واقعہ ہوتا ہے۔ جب ہائیڈروجن اکسیجن مل کر پانی بنتا ہے اور آسمان سے برستا ہے، کتنا بڑا واقعہ ہوتا ہے۔</w:t>
      </w:r>
    </w:p>
    <w:p>
      <w:r>
        <w:rPr>
          <w:b/>
        </w:rPr>
        <w:t xml:space="preserve">[08:02] </w:t>
      </w:r>
      <w:r>
        <w:t>to charon taraf Allah ki takhleeq ke azeem azeem waqiat bikhre hue hain.</w:t>
      </w:r>
    </w:p>
    <w:p>
      <w:pPr>
        <w:jc w:val="right"/>
      </w:pPr>
      <w:r>
        <w:t>تو چاروں طرف اللہ کی تخلیق کے عظیم عظیم واقعات بکھرے ہوئے ہیں۔</w:t>
      </w:r>
    </w:p>
    <w:p>
      <w:r>
        <w:rPr>
          <w:b/>
        </w:rPr>
        <w:t xml:space="preserve">[08:11] </w:t>
      </w:r>
      <w:r>
        <w:t>yani news item itne zyada hain, itne zyada hain ke in ki ginti nahin kar sakti.</w:t>
      </w:r>
    </w:p>
    <w:p>
      <w:pPr>
        <w:jc w:val="right"/>
      </w:pPr>
      <w:r>
        <w:t>یعنی نیوز آئٹم اتنے زیادہ ہیں، اتنے زیادہ ہیں کہ ان کی گنتی نہیں کر سکتی۔</w:t>
      </w:r>
    </w:p>
    <w:p>
      <w:r>
        <w:rPr>
          <w:b/>
        </w:rPr>
        <w:t xml:space="preserve">[08:19] </w:t>
      </w:r>
      <w:r>
        <w:t>aur hamare jo likhne wale, bolne wale log hain, woh hukumaton ke jane par marsiya likh rahe hain. aaj bhi isi mein jeete hain, aaj bhi isi mein jeete hain,</w:t>
      </w:r>
    </w:p>
    <w:p>
      <w:pPr>
        <w:jc w:val="right"/>
      </w:pPr>
      <w:r>
        <w:t>اور ہمارے جو لکھنے والے، بولنے والے لوگ ہیں، وہ حکومتوں کے جانے پر مرسیہ لکھ رہے ہیں۔ آج بھی اسی میں جیتے ہیں، آج بھی اسی میں جیتے ہیں،</w:t>
      </w:r>
    </w:p>
    <w:p>
      <w:r>
        <w:rPr>
          <w:b/>
        </w:rPr>
        <w:t xml:space="preserve">[08:33] </w:t>
      </w:r>
      <w:r>
        <w:t>aur isi ko wapas lene ki ladaaiyan kar rahe hain.</w:t>
      </w:r>
    </w:p>
    <w:p>
      <w:pPr>
        <w:jc w:val="right"/>
      </w:pPr>
      <w:r>
        <w:t>اور اسی کو واپس لینے کی لڑائیاں کر رہے ہیں۔</w:t>
      </w:r>
    </w:p>
    <w:p>
      <w:r>
        <w:rPr>
          <w:b/>
        </w:rPr>
        <w:t xml:space="preserve">[08:39] </w:t>
      </w:r>
      <w:r>
        <w:t>yani jo chhota sa loss hua, us ko regain karne ke liye ladaaiyan, aur jo is se beshumar gunah zyada bari cheezein mili hui hain, Allah ki nematein hain,</w:t>
      </w:r>
    </w:p>
    <w:p>
      <w:pPr>
        <w:jc w:val="right"/>
      </w:pPr>
      <w:r>
        <w:t>یعنی جو چھوٹا سا لاس ہوا، اس کو ری گین کرنے کے لیے لڑائیاں، اور جو اس سے بے شمار گناہ زیادہ بڑی چیزیں ملی ہوئی ہیں، اللہ کی نعمتیں ہیں،</w:t>
      </w:r>
    </w:p>
    <w:p>
      <w:r>
        <w:rPr>
          <w:b/>
        </w:rPr>
        <w:t xml:space="preserve">[08:56] </w:t>
      </w:r>
      <w:r>
        <w:t>iska shukar nahin. isi liye Quran mein sab se pehli ayat hai: "Alhamdulillah Rabbil Alameen". yani agar aap yeh jaan lein ke Allah ne kya kya nematein aap ko de rakhi hain to aap sab kuch bhool jayenge, sara loss, aur sirf hamd hi karte rahenge, nematon ka zikr hi karte rahenge, shukar hi karte rahenge.</w:t>
      </w:r>
    </w:p>
    <w:p>
      <w:pPr>
        <w:jc w:val="right"/>
      </w:pPr>
      <w:r>
        <w:t>اس کا شکر نہیں۔ اسی لیے قرآن میں سب سے پہلی آیت ہے: "الحمدللہ رب العالمین"۔ یعنی اگر آپ یہ جان لیں کہ اللہ نے کیا کیا نعمتیں آپ کو دے رکھی ہیں تو آپ سب کچھ بھول جائیں گے، سارا لاس، اور صرف حمد ہی کرتے رہیں گے، نعمتوں کا ذکر ہی کرتے رہیں گے، شکر ہی کرتے رہیں گے۔</w:t>
      </w:r>
    </w:p>
    <w:p>
      <w:r>
        <w:rPr>
          <w:b/>
        </w:rPr>
        <w:t xml:space="preserve">[09:23] </w:t>
      </w:r>
      <w:r>
        <w:t>to phir maine socha ke yeh jo Eid ka din hai, Eid ka din, yeh symbolic sense mein isi ko remind karta hai.</w:t>
      </w:r>
    </w:p>
    <w:p>
      <w:pPr>
        <w:jc w:val="right"/>
      </w:pPr>
      <w:r>
        <w:t>تو پھر میں نے سوچا کہ یہ جو عید کا دن ہے، عید کا دن، یہ سمبولک سینس میں اسی کو ریمائنڈ کرتا ہے۔</w:t>
      </w:r>
    </w:p>
    <w:p>
      <w:r>
        <w:rPr>
          <w:b/>
        </w:rPr>
        <w:t xml:space="preserve">[09:34] </w:t>
      </w:r>
      <w:r>
        <w:t>Eid ke din aap khushi manate hain, kapra, khana waghera ki shakal mein. to yeh remind, yeh reminder hai is baat ka ke Allah ki nematon ko daryaft karo,</w:t>
      </w:r>
    </w:p>
    <w:p>
      <w:pPr>
        <w:jc w:val="right"/>
      </w:pPr>
      <w:r>
        <w:t>عید کے دن آپ خوشی مناتے ہیں، کپڑا، کھانا وغیرہ کی شکل میں۔ تو یہ ریمائنڈ، یہ ریمائنڈر ہے اس بات کا کہ اللہ کی نعمتوں کو دریافت کرو،</w:t>
      </w:r>
    </w:p>
    <w:p>
      <w:r>
        <w:rPr>
          <w:b/>
        </w:rPr>
        <w:t xml:space="preserve">[09:51] </w:t>
      </w:r>
      <w:r>
        <w:t>jo mila hua hai, us ko daryaft karo. to woh khoye hue is se bohat hi zyada hai, bohat hi zyada hai, bohat hi zyada hai.</w:t>
      </w:r>
    </w:p>
    <w:p>
      <w:pPr>
        <w:jc w:val="right"/>
      </w:pPr>
      <w:r>
        <w:t>جو ملا ہوا ہے، اس کو دریافت کرو۔ تو وہ کھوئے ہوئے اس سے بہت ہی زیادہ ہے، بہت ہی زیادہ ہے، بہت ہی زیادہ ہے۔</w:t>
      </w:r>
    </w:p>
    <w:p>
      <w:r>
        <w:rPr>
          <w:b/>
        </w:rPr>
        <w:t xml:space="preserve">[10:00] </w:t>
      </w:r>
      <w:r>
        <w:t>to sachi Eid us ki hai jo Eid ke din yeh daryaft kare ke jo material lost hum ko hua ya hota hai, woh to kuch bhi nahin,</w:t>
      </w:r>
    </w:p>
    <w:p>
      <w:pPr>
        <w:jc w:val="right"/>
      </w:pPr>
      <w:r>
        <w:t>تو سچی عید اس کی ہے جو عید کے دن یہ دریافت کرے کہ جو مٹیریل لاسٹ ہم کو ہوا یا ہوتا ہے، وہ تو کچھ بھی نہیں،</w:t>
      </w:r>
    </w:p>
    <w:p>
      <w:r>
        <w:rPr>
          <w:b/>
        </w:rPr>
        <w:t xml:space="preserve">[10:16] </w:t>
      </w:r>
      <w:r>
        <w:t>woh to kuch bhi nahin. Allah ki jo nematein hain, subah sham baras rahi hain, raat din mil rahi hain, woh to bohat hi zyada zyada hain.</w:t>
      </w:r>
    </w:p>
    <w:p>
      <w:pPr>
        <w:jc w:val="right"/>
      </w:pPr>
      <w:r>
        <w:t>وہ تو کچھ بھی نہیں۔ اللہ کی جو نعمتیں ہیں، صبح شام برس رہی ہیں، رات دن مل رہی ہیں، وہ تو بہت ہی زیادہ زیادہ ہیں۔</w:t>
      </w:r>
    </w:p>
    <w:p>
      <w:r>
        <w:rPr>
          <w:b/>
        </w:rPr>
        <w:t xml:space="preserve">[10:27] </w:t>
      </w:r>
      <w:r>
        <w:t>to is lehaz se maine socha ke Eid ka din sach poochhein to shukar ka din hai, shukar ka din hai. Hadees mein aata hai ke Eid ke din ke bare mein ke woh Lailat al-Jaa'izah hai ya Yawm al-Jaa'izah hai,</w:t>
      </w:r>
    </w:p>
    <w:p>
      <w:pPr>
        <w:jc w:val="right"/>
      </w:pPr>
      <w:r>
        <w:t>تو اس لحاظ سے میں نے سوچا کہ عید کا دن سچ پوچھیں تو شکر کا دن ہے، شکر کا دن ہے۔ حدیث میں آتا ہے کہ عید کے دن کے بارے میں کہ وہ لیلۃ الجائزہ ہے یا یوم الجائزہ ہے،</w:t>
      </w:r>
    </w:p>
    <w:p>
      <w:r>
        <w:rPr>
          <w:b/>
        </w:rPr>
        <w:t xml:space="preserve">[10:46] </w:t>
      </w:r>
      <w:r>
        <w:t>yani inaam ki taqseem ka din. Eid ke din farishte inaamaat baant te hain, reward baant te hain.</w:t>
      </w:r>
    </w:p>
    <w:p>
      <w:pPr>
        <w:jc w:val="right"/>
      </w:pPr>
      <w:r>
        <w:t>یعنی انعام کی تقسیم کا دن۔ عید کے دن فرشتے انعامات بانٹتے ہیں، ریوارڈ بانٹتے ہیں۔</w:t>
      </w:r>
    </w:p>
    <w:p>
      <w:r>
        <w:rPr>
          <w:b/>
        </w:rPr>
        <w:t xml:space="preserve">[10:58] </w:t>
      </w:r>
      <w:r>
        <w:t>to woh kis bare mein? sirf is bare mein nahin ke phir aik aik khaas raat aa gayi to inaam baantne laga.</w:t>
      </w:r>
    </w:p>
    <w:p>
      <w:pPr>
        <w:jc w:val="right"/>
      </w:pPr>
      <w:r>
        <w:t>تو وہ کس بارے میں؟ صرف اس بارے میں نہیں کہ پھر ایک ایک خاص رات آ گئی تو انعام بانٹنے لگا۔</w:t>
      </w:r>
    </w:p>
    <w:p>
      <w:r>
        <w:rPr>
          <w:b/>
        </w:rPr>
        <w:t xml:space="preserve">[11:07] </w:t>
      </w:r>
      <w:r>
        <w:t>aik khaas raat aa gayi to ya din aa gaya, yahan raat jo hai din ke ma'ne mein hai, yani 24 ghante ke span ke bare mein hai.</w:t>
      </w:r>
    </w:p>
    <w:p>
      <w:pPr>
        <w:jc w:val="right"/>
      </w:pPr>
      <w:r>
        <w:t>ایک خاص رات آ گئی تو یا دن آ گیا، یہاں رات جو ہے دن کے معنی میں ہے، یعنی 24 گھنٹے کے اسپین کے بارے میں ہے۔</w:t>
      </w:r>
    </w:p>
    <w:p>
      <w:r>
        <w:rPr>
          <w:b/>
        </w:rPr>
        <w:t xml:space="preserve">[11:18] </w:t>
      </w:r>
      <w:r>
        <w:t>to woh 24 ghante aa gaya hai to is mein</w:t>
      </w:r>
    </w:p>
    <w:p>
      <w:pPr>
        <w:jc w:val="right"/>
      </w:pPr>
      <w:r>
        <w:t>تو وہ 24 گھنٹے آ گیا ہے تو اس میں</w:t>
      </w:r>
    </w:p>
    <w:p>
      <w:r>
        <w:rPr>
          <w:b/>
        </w:rPr>
        <w:t xml:space="preserve">[11:24] </w:t>
      </w:r>
      <w:r>
        <w:t>apne aap yeh sab ho gaya. nahin, aap ko chahiye ke aap Eid ke din discover karein is baat ko</w:t>
      </w:r>
    </w:p>
    <w:p>
      <w:pPr>
        <w:jc w:val="right"/>
      </w:pPr>
      <w:r>
        <w:t>اپنے آپ یہ سب ہو گیا۔ نہیں، آپ کو چاہیے کہ آپ عید کے دن ڈسکور کریں اس بات کو</w:t>
      </w:r>
    </w:p>
    <w:p>
      <w:r>
        <w:rPr>
          <w:b/>
        </w:rPr>
        <w:t xml:space="preserve">[11:36] </w:t>
      </w:r>
      <w:r>
        <w:t>ke political loss to ratein hain, political loss to kuch bhi nahin hai. political loss, material loss,</w:t>
      </w:r>
    </w:p>
    <w:p>
      <w:pPr>
        <w:jc w:val="right"/>
      </w:pPr>
      <w:r>
        <w:t>کہ پولیٹیکل لاس تو رتیں ہیں، پولیٹیکل لاس تو کچھ بھی نہیں ہے۔ پولیٹیکل لاس، مٹیریل لاس،</w:t>
      </w:r>
    </w:p>
    <w:p>
      <w:r>
        <w:rPr>
          <w:b/>
        </w:rPr>
        <w:t xml:space="preserve">[11:46] </w:t>
      </w:r>
      <w:r>
        <w:t>qaumi loss, yeh to kuch bhi nahin hai. Allah Rabbil Alameen ka jo atiyaat hain, jo is ki taraf se jo atiyaat baras rahe hain, subah sham, jo life system is dunya mein qaim hai, hamare liye woh to bohat hi zyada hai, bohat hi zyada hai, bohat hi zyada hai.</w:t>
      </w:r>
    </w:p>
    <w:p>
      <w:pPr>
        <w:jc w:val="right"/>
      </w:pPr>
      <w:r>
        <w:t>قومی لاس، یہ تو کچھ بھی نہیں ہے۔ اللہ رب العالمین کا جو عطیات ہیں، جو اس کی طرف سے جو عطیات برس رہے ہیں، صبح شام، جو لائف سسٹم اس دنیا میں قائم ہے، ہمارے لیے وہ تو بہت ہی زیادہ ہے، بہت ہی زیادہ ہے، بہت ہی زیادہ ہے۔</w:t>
      </w:r>
    </w:p>
    <w:p>
      <w:r>
        <w:rPr>
          <w:b/>
        </w:rPr>
        <w:t xml:space="preserve">[12:07] </w:t>
      </w:r>
      <w:r>
        <w:t>to Eid ka din khushiyon ka din is ma'ne mein hai ke woh shukar ka din hai,</w:t>
      </w:r>
    </w:p>
    <w:p>
      <w:pPr>
        <w:jc w:val="right"/>
      </w:pPr>
      <w:r>
        <w:t>تو عید کا دن خوشیوں کا دن اس معنی میں ہے کہ وہ شکر کا دن ہے،</w:t>
      </w:r>
    </w:p>
    <w:p>
      <w:r>
        <w:rPr>
          <w:b/>
        </w:rPr>
        <w:t xml:space="preserve">[12:18] </w:t>
      </w:r>
      <w:r>
        <w:t>is baat ko daryaft karne ka din hai ke loss to kuch bhi nahi hai. gain jo hamein ho raha hai, woh hai bohat hi zyada bari cheez.</w:t>
      </w:r>
    </w:p>
    <w:p>
      <w:pPr>
        <w:jc w:val="right"/>
      </w:pPr>
      <w:r>
        <w:t>اس بات کو دریافت کرنے کا دن ہے کہ لاس تو کچھ بھی نہیں ہے۔ گین جو ہمیں ہو رہا ہے، وہ ہے بہت ہی زیادہ بڑی چیز۔</w:t>
      </w:r>
    </w:p>
    <w:p>
      <w:r>
        <w:rPr>
          <w:b/>
        </w:rPr>
        <w:t xml:space="preserve">[12:29] </w:t>
      </w:r>
      <w:r>
        <w:t>eid ke din aap jab sewiyan khayen ya aur cheezain khayen to aap yaad karen agar ke kaise yeh food item bana, yeh food item kaise bana.</w:t>
      </w:r>
    </w:p>
    <w:p>
      <w:pPr>
        <w:jc w:val="right"/>
      </w:pPr>
      <w:r>
        <w:t>عید کے دن آپ جب سویاں کھائیں یا اور کوچز کھائیں تو آپ یاد کریں اگر کہ کیسے یہ فوڈ آئٹم بنا، یہ فوڈ آئٹم کیسے بنا۔</w:t>
      </w:r>
    </w:p>
    <w:p>
      <w:r>
        <w:rPr>
          <w:b/>
        </w:rPr>
        <w:t xml:space="preserve">[12:45] </w:t>
      </w:r>
      <w:r>
        <w:t>to sainsi research batati hai ke bohat pehle hamari yeh zameen</w:t>
      </w:r>
    </w:p>
    <w:p>
      <w:pPr>
        <w:jc w:val="right"/>
      </w:pPr>
      <w:r>
        <w:t>تو سائنسی ریسرچ بتاتی ہے کہ بہت پہلے ہماری یہ زمین</w:t>
      </w:r>
    </w:p>
    <w:p>
      <w:r>
        <w:rPr>
          <w:b/>
        </w:rPr>
        <w:t xml:space="preserve">[12:56] </w:t>
      </w:r>
      <w:r>
        <w:t>ek aag ka tukra thi, just like star. phir yeh thandi hui, ek bohat lambe process se guzar ke woh thandi hui,</w:t>
      </w:r>
    </w:p>
    <w:p>
      <w:pPr>
        <w:jc w:val="right"/>
      </w:pPr>
      <w:r>
        <w:t>ایک آگ کا ٹکڑا تھی، جسٹ لائک اسٹار۔ پھر یہ ٹھنڈی ہوئی، ایک بہت لمبے پروسیس سے گزر کے وہ ٹھنڈی ہوئی،</w:t>
      </w:r>
    </w:p>
    <w:p>
      <w:r>
        <w:rPr>
          <w:b/>
        </w:rPr>
        <w:t xml:space="preserve">[13:12] </w:t>
      </w:r>
      <w:r>
        <w:t>woh planet bani. phir Allah taala ne is zameen par bohat dinon tak barish barsai, oxygen aur carbon mil kar pani bana, woh baraste rahe, baraste rahe, baraste rahe,</w:t>
      </w:r>
    </w:p>
    <w:p>
      <w:pPr>
        <w:jc w:val="right"/>
      </w:pPr>
      <w:r>
        <w:t>وہ پلینٹ بنی۔ پھر اللہ تعالی نے اس زمین پر بہت دنوں تک بارش برسائی، اکسیجن اور کاربن مل کر پانی بنا، وہ برستے رہے، برستے رہے، برستے رہے،</w:t>
      </w:r>
    </w:p>
    <w:p>
      <w:r>
        <w:rPr>
          <w:b/>
        </w:rPr>
        <w:t xml:space="preserve">[13:27] </w:t>
      </w:r>
      <w:r>
        <w:t>yahan tak ke zameen par nabatat ho gayi. phir animal paida hue, aakhir mein insan paida hua. to yeh jo food hum lete hain, food eid ke din ya kisi aur din,</w:t>
      </w:r>
    </w:p>
    <w:p>
      <w:pPr>
        <w:jc w:val="right"/>
      </w:pPr>
      <w:r>
        <w:t>یہاں تک کہ زمین پر نباتات ہو گئی۔ پھر اینیمل پیدا ہوئے، آخر میں انسان پیدا ہوا۔ تو یہ جو فوڈ ہم لیتے ہیں، فوڈ عید کے دن یا کسی اور دن،</w:t>
      </w:r>
    </w:p>
    <w:p>
      <w:r>
        <w:rPr>
          <w:b/>
        </w:rPr>
        <w:t xml:space="preserve">[13:42] </w:t>
      </w:r>
      <w:r>
        <w:t>khana ya doodh ya koi bhi food item, to woh billion billion years ke process ke baad yeh paida hua, yeh hamare liye.</w:t>
      </w:r>
    </w:p>
    <w:p>
      <w:pPr>
        <w:jc w:val="right"/>
      </w:pPr>
      <w:r>
        <w:t>کھانا یا دودھ یا کوئی بھی فوڈ آئٹم، تو وہ بلین بلین ایئرز کے پروسیس کے بعد یہ پیدا ہوا، یہ ہمارے لیے۔</w:t>
      </w:r>
    </w:p>
    <w:p>
      <w:r>
        <w:rPr>
          <w:b/>
        </w:rPr>
        <w:t xml:space="preserve">[13:58] </w:t>
      </w:r>
      <w:r>
        <w:t>to yeh itni bari nemat hai ke hamein har raat bhool jana chahiye.</w:t>
      </w:r>
    </w:p>
    <w:p>
      <w:pPr>
        <w:jc w:val="right"/>
      </w:pPr>
      <w:r>
        <w:t>تو یہ اتنی بڑی نعمت ہے کہ ہمیں ہر رات بھول جانا چاہیے۔</w:t>
      </w:r>
    </w:p>
    <w:p>
      <w:r>
        <w:rPr>
          <w:b/>
        </w:rPr>
        <w:t xml:space="preserve">[14:09] </w:t>
      </w:r>
      <w:r>
        <w:t>to agar yeh ho, agar yeh is din hamein yeh daryaft ho to kya hoga? jin qaumon se hum nafrat karte hain, un qaumon se hum mohabbat karen ke unhon ne, unhon ne to discover ke ibadat batayi hain,</w:t>
      </w:r>
    </w:p>
    <w:p>
      <w:pPr>
        <w:jc w:val="right"/>
      </w:pPr>
      <w:r>
        <w:t>تو اگر یہ ہو، اگر یہ اس دن ہمیں یہ دریافت ہو تو کیا ہوگا؟ جن قوموں سے ہم نفرت کرتے ہیں، ان قوموں سے ہم محبت کریں کہ انہوں نے، انہوں نے تو ڈسکر کے عبادت بتائی ہیں،</w:t>
      </w:r>
    </w:p>
    <w:p>
      <w:r>
        <w:rPr>
          <w:b/>
        </w:rPr>
        <w:t xml:space="preserve">[14:31] </w:t>
      </w:r>
      <w:r>
        <w:t>un se mohabbat karen, kabhi bhi un ke khilaf koi ladai na karen, kabhi bhi un ke khilaf koi violence na karen. sari dunya ke liye hamare dil mein sirf mohabbat hi mohabbat ho, duayen hain, sirf duayen.</w:t>
      </w:r>
    </w:p>
    <w:p>
      <w:pPr>
        <w:jc w:val="right"/>
      </w:pPr>
      <w:r>
        <w:t>ان سے محبت کریں، کبھی بھی ان کے خلاف کوئی لڑائی نہ کریں، کبھی بھی ان کے خلاف کوئی وائنس نہ کریں۔ ساری دنیا کے لیے ہمارے دل میں صرف محبت ہی محبت ہو، دعائیں ہیں، صرف دعائیں۔</w:t>
      </w:r>
    </w:p>
    <w:p>
      <w:r>
        <w:rPr>
          <w:b/>
        </w:rPr>
        <w:t xml:space="preserve">[14:47] </w:t>
      </w:r>
      <w:r>
        <w:t>to phir kya hoga? sari dunya se violence khatm, sari dunya se ladai khatm,</w:t>
      </w:r>
    </w:p>
    <w:p>
      <w:pPr>
        <w:jc w:val="right"/>
      </w:pPr>
      <w:r>
        <w:t>تو پھر کیا ہوگا؟ ساری دنیا سے وائنس ختم، ساری دنیا سے لڑائی ختم،</w:t>
      </w:r>
    </w:p>
    <w:p>
      <w:r>
        <w:rPr>
          <w:b/>
        </w:rPr>
        <w:t xml:space="preserve">[14:53] </w:t>
      </w:r>
      <w:r>
        <w:t>subhan Allah! sari dunya se hate khatm. to kitni bari baat hai yeh. is bare mein dekhiye to eid ka din ek inqalabi din hai, roshni din, inqalabi din hai.</w:t>
      </w:r>
    </w:p>
    <w:p>
      <w:pPr>
        <w:jc w:val="right"/>
      </w:pPr>
      <w:r>
        <w:t>سبحان اللہ! ساری دنیا سے ہیٹ ختم۔ تو کتنی بڑی بات ہے یہ۔ اس بارے میں دیکھیے تو عید کا دن ایک انقلابی دن ہے، روشنی دن، انقلابی دن ہے۔</w:t>
      </w:r>
    </w:p>
    <w:p>
      <w:r>
        <w:rPr>
          <w:b/>
        </w:rPr>
        <w:t xml:space="preserve">[15:10] </w:t>
      </w:r>
      <w:r>
        <w:t>yani eid ka din agar aap is ko is sense mein len ke yeh yaad dilata hai aap ko ke jo khoya, jo khoya gaya hai, is ka gham kis liye karte ho?</w:t>
      </w:r>
    </w:p>
    <w:p>
      <w:pPr>
        <w:jc w:val="right"/>
      </w:pPr>
      <w:r>
        <w:t>یعنی عید کا دن اگر آپ اس کو اس سینس میں لیں کہ یہ یاد دلاتا ہے آپ کو کہ جو کھویا، جو کھویا گیا ہے، اس کا غم کس لیے کرتے ہو؟</w:t>
      </w:r>
    </w:p>
    <w:p>
      <w:r>
        <w:rPr>
          <w:b/>
        </w:rPr>
        <w:t xml:space="preserve">[15:22] </w:t>
      </w:r>
      <w:r>
        <w:t>is se billion billion billion billion zyada cheez to abhi mili hui hai aap ko.</w:t>
      </w:r>
    </w:p>
    <w:p>
      <w:pPr>
        <w:jc w:val="right"/>
      </w:pPr>
      <w:r>
        <w:t>اس سے بلین بلین بلین بلین زیادہ چیز تو ابھی ملی ہوئی ہے آپ کو۔</w:t>
      </w:r>
    </w:p>
    <w:p>
      <w:r>
        <w:rPr>
          <w:b/>
        </w:rPr>
        <w:t xml:space="preserve">[15:29] </w:t>
      </w:r>
      <w:r>
        <w:t>to aap kya hoga? aap har 100 percent positive ban jayenge, logon ki hamdardi barh jayegi, aap ke dil mein shukr hi shukr hoga,</w:t>
      </w:r>
    </w:p>
    <w:p>
      <w:pPr>
        <w:jc w:val="right"/>
      </w:pPr>
      <w:r>
        <w:t>تو آپ کیا ہوگا؟ آپ ہر 100 فیصد پازیٹیو بن جائیں گے، لوگوں کی ہمدردی بڑھ جائے گی، آپ کے دل میں شکر ہی شکر ہوگا،</w:t>
      </w:r>
    </w:p>
    <w:p>
      <w:r>
        <w:rPr>
          <w:b/>
        </w:rPr>
        <w:t xml:space="preserve">[15:41] </w:t>
      </w:r>
      <w:r>
        <w:t>aap ki negativity khatm ho jayegi, aap ek ek naya insan emerge karega aap ke andar.</w:t>
      </w:r>
    </w:p>
    <w:p>
      <w:pPr>
        <w:jc w:val="right"/>
      </w:pPr>
      <w:r>
        <w:t>آپ کی نیگیٹیوٹی ختم ہو جائے گی، آپ ایک ایک نیا انسان ایمرج کرے گا آپ کے اندر۔</w:t>
      </w:r>
    </w:p>
    <w:p>
      <w:r>
        <w:rPr>
          <w:b/>
        </w:rPr>
        <w:t xml:space="preserve">[15:52] </w:t>
      </w:r>
      <w:r>
        <w:t>to in sab ko le kar aap dekhiye to yeh eid ka din kitna bara din hai.</w:t>
      </w:r>
    </w:p>
    <w:p>
      <w:pPr>
        <w:jc w:val="right"/>
      </w:pPr>
      <w:r>
        <w:t>تو ان سب کو لے کر آپ دیکھیے تو یہ عید کا دن کتنا بڑا دن ہے۔</w:t>
      </w:r>
    </w:p>
    <w:p>
      <w:r>
        <w:rPr>
          <w:b/>
        </w:rPr>
        <w:t xml:space="preserve">[16:06] </w:t>
      </w:r>
      <w:r>
        <w:t>to yeh hai woh sabak jo hamein sari ummat-e-muslima ko dena hai aur jo is doosre insan ko batana hai ke eid kya cheez hai, eid kya cheez hai.</w:t>
      </w:r>
    </w:p>
    <w:p>
      <w:pPr>
        <w:jc w:val="right"/>
      </w:pPr>
      <w:r>
        <w:t>تو یہ ہے وہ سبق جو ہمیں ساری امت مسلمہ کو دینا ہے اور جو اس دوسرے انسان کو بتانا ہے کہ عید کیا چیز ہے، عید کیا چیز ہے۔</w:t>
      </w:r>
    </w:p>
    <w:p>
      <w:r>
        <w:rPr>
          <w:b/>
        </w:rPr>
        <w:t xml:space="preserve">[16:26] </w:t>
      </w:r>
      <w:r>
        <w:t>to ghor kijiye ke agar yeh daryaft ho jaye, is qism ki baaten jo musalman kehte rahe hain, is fazl ke, is baat ke kehne ko kahan se jigar aaye?</w:t>
      </w:r>
    </w:p>
    <w:p>
      <w:pPr>
        <w:jc w:val="right"/>
      </w:pPr>
      <w:r>
        <w:t>تو غور کیجئے کہ اگر یہ دریافت ہو جائے، اس قسم کی باتیں جو مسلمان کہتے رہے ہیں، اس فضل کے، اس بات کے کہنے کو کہاں سے جگر آئے؟</w:t>
      </w:r>
    </w:p>
    <w:p>
      <w:r>
        <w:rPr>
          <w:b/>
        </w:rPr>
        <w:t xml:space="preserve">[16:42] </w:t>
      </w:r>
      <w:r>
        <w:t>yani is tabahi ko batane ke liye kahan se jigar aaye? is ke baraks woh pata ho jayega, is ka ulta. to aap ke mind mein shukr ke item itne zyada aa jayenge, itne zyada aa jayenge, itne zyada aa jayenge,</w:t>
      </w:r>
    </w:p>
    <w:p>
      <w:pPr>
        <w:jc w:val="right"/>
      </w:pPr>
      <w:r>
        <w:t>یعنی اس تباہی کو بتانے کے لیے کہاں سے جگر آئے؟ اس کے برعکس وہ پتہ ہو جائے گا، اس کا الٹا۔ تو آپ کے مائنڈ میں شکر کے آئٹم اتنے زیادہ آ جائیں گے، اتنے زیادہ آ جائیں گے، اتنے زیادہ آ جائیں گے،</w:t>
      </w:r>
    </w:p>
    <w:p>
      <w:r>
        <w:rPr>
          <w:b/>
        </w:rPr>
        <w:t xml:space="preserve">[17:01] </w:t>
      </w:r>
      <w:r>
        <w:t>positive item itne zyada aa jayenge ke aap mehsoos karenge ke jis shareef ke tamam jitne alfaaz jis shareef hain, woh sab to kafi hain, main express nahi kar sakta.</w:t>
      </w:r>
    </w:p>
    <w:p>
      <w:pPr>
        <w:jc w:val="right"/>
      </w:pPr>
      <w:r>
        <w:t>پازیٹیو آئٹم اتنے زیادہ آ جائیں گے کہ آپ محسوس کریں گے کہ جس شریف کے تمام جتنے الفاظ جس شریف ہیں، وہ سب تو کافی ہیں، میں ایکسپریس نہیں کر سکتا۔</w:t>
      </w:r>
    </w:p>
    <w:p>
      <w:r>
        <w:rPr>
          <w:b/>
        </w:rPr>
        <w:t xml:space="preserve">[17:15] </w:t>
      </w:r>
      <w:r>
        <w:t>aap mehsoos karenge ke yeh jo shukr ke item hain, itne zyada hain ke main is ko insani zaban mein express nahi kar sakta.</w:t>
      </w:r>
    </w:p>
    <w:p>
      <w:pPr>
        <w:jc w:val="right"/>
      </w:pPr>
      <w:r>
        <w:t>آپ محسوس کریں گے کہ یہ جو شکر کے آئٹم ہیں، اتنے زیادہ ہیں کہ میں اس کو انسانی زبان میں ایکسپریس نہیں کر سکتا۔</w:t>
      </w:r>
    </w:p>
    <w:p>
      <w:r>
        <w:rPr>
          <w:b/>
        </w:rPr>
        <w:t xml:space="preserve">[17:25] </w:t>
      </w:r>
      <w:r>
        <w:t>sari dictionary ke alfaaz aap ko kam hote hue nazar ayenge. ab ghor kijiye ke agar is tarah se aap eid ka din payen, eid ka din aap ke liye is maani mein ek nayi shakhsiyat emerge karne ka din ban jaye.</w:t>
      </w:r>
    </w:p>
    <w:p>
      <w:pPr>
        <w:jc w:val="right"/>
      </w:pPr>
      <w:r>
        <w:t>ساری ڈکشنری کے الفاظ آپ کو کم ہوتے ہوئے نظر آئیں گے۔ اب غور کیجئے کہ اگر اس طرح سے آپ عید کا دن پائیں، عید کا دن آپ کے لیے اس معنی میں ایک نئی شخصیت ایمرج کرنے کا دن بن جائے۔</w:t>
      </w:r>
    </w:p>
    <w:p>
      <w:r>
        <w:rPr>
          <w:b/>
        </w:rPr>
        <w:t xml:space="preserve">[17:46] </w:t>
      </w:r>
      <w:r>
        <w:t>eid ka din ek aisa din hai jabke aap ke andar ek nayi shakhsiyat emerge karna chahiye</w:t>
      </w:r>
    </w:p>
    <w:p>
      <w:pPr>
        <w:jc w:val="right"/>
      </w:pPr>
      <w:r>
        <w:t>عید کا دن ایک ایسا دن ہے جبکہ آپ کے اندر ایک نئی شخصیت ایمرج کرنا چاہیے</w:t>
      </w:r>
    </w:p>
    <w:p>
      <w:r>
        <w:rPr>
          <w:b/>
        </w:rPr>
        <w:t xml:space="preserve">[17:54] </w:t>
      </w:r>
      <w:r>
        <w:t>jo positivity se bhari hui ho, shukr se bhari hui ho, mohabbat se bhari hui ho, peaceful ideas se bhari hui ho.</w:t>
      </w:r>
    </w:p>
    <w:p>
      <w:pPr>
        <w:jc w:val="right"/>
      </w:pPr>
      <w:r>
        <w:t>جو پازیٹیوٹی سے بھری ہوئی ہو، شکر سے بھری ہوئی ہو، محبت سے بھری ہوئی ہو، پیس فل آئیڈیاز سے بھری ہوئی ہو۔</w:t>
      </w:r>
    </w:p>
    <w:p>
      <w:r>
        <w:rPr>
          <w:b/>
        </w:rPr>
        <w:t xml:space="preserve">[18:07] </w:t>
      </w:r>
      <w:r>
        <w:t>to ghor kijiye ke agar eid ka din aap ko aisa insaan bana de to aap dunya ke liye rehmat ban jayenge.</w:t>
      </w:r>
    </w:p>
    <w:p>
      <w:pPr>
        <w:jc w:val="right"/>
      </w:pPr>
      <w:r>
        <w:t>تو غور کیجئے کہ اگر عید کا دن آپ کو ایسا انسان بنا دے تو آپ دنیا کے لیے رحمت بن جائیں گے۔</w:t>
      </w:r>
    </w:p>
    <w:p>
      <w:r>
        <w:rPr>
          <w:b/>
        </w:rPr>
        <w:t xml:space="preserve">[18:18] </w:t>
      </w:r>
      <w:r>
        <w:t>rehmat!</w:t>
      </w:r>
    </w:p>
    <w:p>
      <w:pPr>
        <w:jc w:val="right"/>
      </w:pPr>
      <w:r>
        <w:t>رحمت!</w:t>
      </w:r>
    </w:p>
    <w:p>
      <w:r>
        <w:rPr>
          <w:b/>
        </w:rPr>
        <w:t xml:space="preserve">[18:21] </w:t>
      </w:r>
      <w:r>
        <w:t>aaj log sochte hain ke musalmanon ke liye khatra hain, kabhi bhi bomb maar sakte hain, kabhi bhi jang chhod sakte hain. musalmanon se unhein khatra laga rehta hai ke kab yeh bomb maar dein.</w:t>
      </w:r>
    </w:p>
    <w:p>
      <w:pPr>
        <w:jc w:val="right"/>
      </w:pPr>
      <w:r>
        <w:t>آج لوگ سوچتے ہیں کہ مسلمانوں کے لیے خطرہ ہیں، کبھی بھی بم مار سکتے ہیں، کبھی بھی جنگ چھوڑ سکتے ہیں۔ مسلمانوں سے انہیں خطرہ لگا رہتا ہے کہ کب یہ بم مار دیں۔</w:t>
      </w:r>
    </w:p>
    <w:p>
      <w:r>
        <w:rPr>
          <w:b/>
        </w:rPr>
        <w:t xml:space="preserve">[18:36] </w:t>
      </w:r>
      <w:r>
        <w:t>lekin agar yeh yeh shakhsiyat, yeh jo maine arz kiya, eid ka din aap ko aisi shakhsiyat bana de, aisi personality bana de, aap ko aisa muslim bana de to ek ajeeb different waqea pesh aayega apne liye, aap ki family ke liye, aap ke paros ke liye, aap ki society ke liye, aur sari dunya ke liye.</w:t>
      </w:r>
    </w:p>
    <w:p>
      <w:pPr>
        <w:jc w:val="right"/>
      </w:pPr>
      <w:r>
        <w:t>لیکن اگر یہ یہ شخصیت، یہ جو میں نے عرض کیا، عید کا دن آپ کو ایسی شخصیت بنا دے، ایسی پرسنیلٹی بنا دے، آپ کو ایسا مسلم بنا دے تو ایک عجیب ڈفرنٹ واقعہ پیش آئے گا اپنے لیے، آپ کی فیملی کے لیے، آپ کے پڑوس کے لیے، آپ کی سوسائٹی کے لیے، اور ساری دنیا کے لیے۔</w:t>
      </w:r>
    </w:p>
    <w:p>
      <w:r>
        <w:rPr>
          <w:b/>
        </w:rPr>
        <w:t xml:space="preserve">[19:03] </w:t>
      </w:r>
      <w:r>
        <w:t>har taraf rehmat ka darya bahega, har taraf shukr ka darya bahega, har taraf positivity ka darya bahega.</w:t>
      </w:r>
    </w:p>
    <w:p>
      <w:pPr>
        <w:jc w:val="right"/>
      </w:pPr>
      <w:r>
        <w:t>ہر طرف رحمت کا دریا بہے گا، ہر طرف شکر کا دریا بہے گا، ہر طرف پازیٹیوٹی کا دریا بہے گا۔</w:t>
      </w:r>
    </w:p>
    <w:p>
      <w:r>
        <w:rPr>
          <w:b/>
        </w:rPr>
        <w:t xml:space="preserve">[19:19] </w:t>
      </w:r>
      <w:r>
        <w:t>to bajaye is ke ke yeh jo shayar ne kaha ke is baat ke kehne ko kahan se jigar aaye, to aap kahenge khudaaya!</w:t>
      </w:r>
    </w:p>
    <w:p>
      <w:pPr>
        <w:jc w:val="right"/>
      </w:pPr>
      <w:r>
        <w:t>تو بجائے اس کے کہ یہ جو شاعر نے کہا کہ اس بات کے کہنے کو کہاں سے جگر آئے، تو آپ کہیں گے خدایا!</w:t>
      </w:r>
    </w:p>
    <w:p>
      <w:r>
        <w:rPr>
          <w:b/>
        </w:rPr>
        <w:t xml:space="preserve">[19:30] </w:t>
      </w:r>
      <w:r>
        <w:t>teri nematein itni zyada hain ke mere paas words nahin hain, alfaaz nahin hain ke main is ko express karoon.</w:t>
      </w:r>
    </w:p>
    <w:p>
      <w:pPr>
        <w:jc w:val="right"/>
      </w:pPr>
      <w:r>
        <w:t>تیر نعمتیں اتنی زیادہ ہیں کہ میرے پاس ورڈز نہیں ہیں، الفاظ نہیں ہیں کہ میں اس کو ایکسپریس کروں۔</w:t>
      </w:r>
    </w:p>
    <w:p>
      <w:r>
        <w:rPr>
          <w:b/>
        </w:rPr>
        <w:t xml:space="preserve">[19:45] </w:t>
      </w:r>
      <w:r>
        <w:t>aap ki poori shakhsiyat, alhamdulillah rabb al-alameen, yeh jo ayat hai Quran ki, alhamdulillah rabb al-alameen, us ki spirit mein naha uthaye gi.</w:t>
      </w:r>
    </w:p>
    <w:p>
      <w:pPr>
        <w:jc w:val="right"/>
      </w:pPr>
      <w:r>
        <w:t>آپ کی پوری شخصیت، الحمدللہ رب العالمین، یہ جو آیت ہے قرآن کی، الحمدللہ رب العالمین، اس کی اسپرٹ میں نہا اٹھائے گی۔</w:t>
      </w:r>
    </w:p>
    <w:p>
      <w:r>
        <w:rPr>
          <w:b/>
        </w:rPr>
        <w:t xml:space="preserve">[19:56] </w:t>
      </w:r>
      <w:r>
        <w:t>aap ke liye alhamdulillah rabb al-alameen ek samandar ban jayega, ocean, jo aap ko positivity ka ghusal dega.</w:t>
      </w:r>
    </w:p>
    <w:p>
      <w:pPr>
        <w:jc w:val="right"/>
      </w:pPr>
      <w:r>
        <w:t>آپ کے لیے الحمدللہ رب العالمین ایک سمندر بن جائے گا، اوشن، جو آپ کو پازیٹیوٹی کا غسل دے گا۔</w:t>
      </w:r>
    </w:p>
    <w:p>
      <w:r>
        <w:rPr>
          <w:b/>
        </w:rPr>
        <w:t xml:space="preserve">[20:10] </w:t>
      </w:r>
      <w:r>
        <w:t>positivity ka samandar!</w:t>
      </w:r>
    </w:p>
    <w:p>
      <w:pPr>
        <w:jc w:val="right"/>
      </w:pPr>
      <w:r>
        <w:t>پازیٹیوٹی کا سمندر!</w:t>
      </w:r>
    </w:p>
    <w:p>
      <w:r>
        <w:rPr>
          <w:b/>
        </w:rPr>
        <w:t xml:space="preserve">[20:22] </w:t>
      </w:r>
      <w:r>
        <w:t>abhi mere paas ek sahab ka message aaya hai to Ramzan ke aakhir mein unhone itikaf rakha tha, das din itikaf kiya tha.</w:t>
      </w:r>
    </w:p>
    <w:p>
      <w:pPr>
        <w:jc w:val="right"/>
      </w:pPr>
      <w:r>
        <w:t>ابھی میرے پاس ایک صاحب کا میسج آیا ہے تو رمضان کے آخر میں انہوں نے اعتکاف رکھا تھا، دس دن اعتکاف کیا تھا۔</w:t>
      </w:r>
    </w:p>
    <w:p>
      <w:r>
        <w:rPr>
          <w:b/>
        </w:rPr>
        <w:t xml:space="preserve">[20:35] </w:t>
      </w:r>
      <w:r>
        <w:t>itikaf shuru karte hue unhein un ka paper telephone aaya tha, abhi isi mahine. unhone kaha ke main aaj itikaf kar raha hoon to mujhe bataiye ke itikaf ki shartein kya hain?</w:t>
      </w:r>
    </w:p>
    <w:p>
      <w:pPr>
        <w:jc w:val="right"/>
      </w:pPr>
      <w:r>
        <w:t>اعتکاف شروع کرتے ہوئے انہیں ان کا پیپر ٹیلی فون آیا تھا، ابھی اسی مہینے۔ انہوں نے کہا کہ میں آج اعتکاف کر رہا ہوں تو مجھے بتائیے کہ اعتراف کی شرطیں کیا ہیں؟</w:t>
      </w:r>
    </w:p>
    <w:p>
      <w:r>
        <w:rPr>
          <w:b/>
        </w:rPr>
        <w:t xml:space="preserve">[20:50] </w:t>
      </w:r>
      <w:r>
        <w:t>to maine un se kaha ke itikaf, itikaf hota hai sirf ek maqsad ke liye, woh hai apne aap ko yaksou bana kar, apne aap ko distraction se bacha kar,</w:t>
      </w:r>
    </w:p>
    <w:p>
      <w:pPr>
        <w:jc w:val="right"/>
      </w:pPr>
      <w:r>
        <w:t>تو میں نے ان سے کہا کہ اعتراف، اعتکاف ہوتا ہے صرف ایک مقصد کے لیے، وہ ہے اپنے آپ کو یکسو بنا کر، اپنے آپ کو ڈسٹریکشن سے بچا کر،</w:t>
      </w:r>
    </w:p>
    <w:p>
      <w:r>
        <w:rPr>
          <w:b/>
        </w:rPr>
        <w:t xml:space="preserve">[21:07] </w:t>
      </w:r>
      <w:r>
        <w:t>Quran ka Quran mein ghor o fikr karna, Quran ko padhna aur us mein ghor o fikr karna, Quran mein Quran ko rediscover karna.</w:t>
      </w:r>
    </w:p>
    <w:p>
      <w:pPr>
        <w:jc w:val="right"/>
      </w:pPr>
      <w:r>
        <w:t>قرآن کا قرآن میں غور و فکر کرنا، قرآن کو پڑھنا اور اس میں غور و فکر کرنا، قرآن میں قرآن کو ری ڈسکور کرنا۔</w:t>
      </w:r>
    </w:p>
    <w:p>
      <w:r>
        <w:rPr>
          <w:b/>
        </w:rPr>
        <w:t xml:space="preserve">[21:22] </w:t>
      </w:r>
      <w:r>
        <w:t>to abhi un ka message aaya hai ke mera itikaf poora ho gaya aur usi tadad mein maine itikaf kiya, maine Quran ko khoob khoob mein ne ghor kiya.</w:t>
      </w:r>
    </w:p>
    <w:p>
      <w:pPr>
        <w:jc w:val="right"/>
      </w:pPr>
      <w:r>
        <w:t>تو ابھی ان کا میسج آیا ہے کہ میرا اعتکاف پورا ہو گیا اور اسی تعداد میں میں نے اعتکاف کیا، میں نے قرآن کو خوب خوب میں نے غور کیا۔</w:t>
      </w:r>
    </w:p>
    <w:p>
      <w:r>
        <w:rPr>
          <w:b/>
        </w:rPr>
        <w:t xml:space="preserve">[21:33] </w:t>
      </w:r>
      <w:r>
        <w:t>to unhone kaha ke waqatan Quran se maine ek ajeeb ghareeb cheezein payein aur mere andar ek naya insaan jaag utha.</w:t>
      </w:r>
    </w:p>
    <w:p>
      <w:pPr>
        <w:jc w:val="right"/>
      </w:pPr>
      <w:r>
        <w:t>تو انہوں نے کہا کہ واقعتاً قرآن سے میں نے ایک عجیب غریب چیزیں پائیں اور میرے اندر ایک نیا انسان جاگ اٹھا۔</w:t>
      </w:r>
    </w:p>
    <w:p>
      <w:r>
        <w:rPr>
          <w:b/>
        </w:rPr>
        <w:t xml:space="preserve">[21:46] </w:t>
      </w:r>
      <w:r>
        <w:t>yeh ek insaan ki baat nahin rahe gi, saare ummat musalimon ki baat ban jayegi. phir sari ummat, sari ummat muslima kahe gi: "is saal ka roza hamare liye inqalabi roza tha,</w:t>
      </w:r>
    </w:p>
    <w:p>
      <w:pPr>
        <w:jc w:val="right"/>
      </w:pPr>
      <w:r>
        <w:t>یہ ایک انسان کی بات نہیں رہے گی، سارے امت مسلموں کی بات بن جائے گی۔ پھر ساری امت، ساری امت مسلمہ کہے گی: "اس سال کا روزہ ہمارے لیے انقلابی روزہ تھا،</w:t>
      </w:r>
    </w:p>
    <w:p>
      <w:r>
        <w:rPr>
          <w:b/>
        </w:rPr>
        <w:t xml:space="preserve">[22:03] </w:t>
      </w:r>
      <w:r>
        <w:t>is saal ka itikaf hamare liye inqalabi itikaf tha, is saal ki taraveeh hamare liye inqalabi taraveeh thi."</w:t>
      </w:r>
    </w:p>
    <w:p>
      <w:pPr>
        <w:jc w:val="right"/>
      </w:pPr>
      <w:r>
        <w:t>اس سال کا اعتکاف ہمارے لیے انقلابی اعتکاف تھا، اس سال کی تراویح ہمارے لیے انقلابی تراویح تھی۔"</w:t>
      </w:r>
    </w:p>
    <w:p>
      <w:r>
        <w:rPr>
          <w:b/>
        </w:rPr>
        <w:t xml:space="preserve">[22:17] </w:t>
      </w:r>
      <w:r>
        <w:t>hum ko ek naya phoot mila Quran se, hamare andar nayi shakhsiyat jaagi, nayi be-aadati, be-aadati aayi hamare andar.</w:t>
      </w:r>
    </w:p>
    <w:p>
      <w:pPr>
        <w:jc w:val="right"/>
      </w:pPr>
      <w:r>
        <w:t>ہم کو ایک نیا پھوٹ ملا قرآن سے، ہمارے اندر نئی شخصیت جاگی، نئی بے عادت، بے عادتگی آئی ہمارے اندر۔</w:t>
      </w:r>
    </w:p>
    <w:p>
      <w:r>
        <w:rPr>
          <w:b/>
        </w:rPr>
        <w:t xml:space="preserve">[22:31] </w:t>
      </w:r>
      <w:r>
        <w:t>jin insaanon se hum hate karte the, ab is ke dil, un ke bare mein hamare dil, dil mein mohabbat hi mohabbat hai.</w:t>
      </w:r>
    </w:p>
    <w:p>
      <w:pPr>
        <w:jc w:val="right"/>
      </w:pPr>
      <w:r>
        <w:t>جن انسانوں سے ہم ہیٹ کرتے تھے، اب اس کے دل، ان کے بارے میں ہمارے دل، دل میں محبت ہی محبت ہے۔</w:t>
      </w:r>
    </w:p>
    <w:p>
      <w:r>
        <w:rPr>
          <w:b/>
        </w:rPr>
        <w:t xml:space="preserve">[22:41] </w:t>
      </w:r>
      <w:r>
        <w:t>is se pehle hum samajhte the ke hamein ladna maarna hai, ab aao saamne aaye ke nahin, dawat dena hai, peaceful dawat, peaceful dawat.</w:t>
      </w:r>
    </w:p>
    <w:p>
      <w:pPr>
        <w:jc w:val="right"/>
      </w:pPr>
      <w:r>
        <w:t>اس سے پہلے ہم سمجھتے تھے کہ ہمیں لڑنا مارنا ہے، اب آؤ سامنے آئے کہ نہیں، دعوت دینا ہے، پیس فل دعوت، پیس فل دعوت۔</w:t>
      </w:r>
    </w:p>
    <w:p>
      <w:r>
        <w:rPr>
          <w:b/>
        </w:rPr>
        <w:t xml:space="preserve">[22:56] </w:t>
      </w:r>
      <w:r>
        <w:t>to ek hi Ramzan balkeh ek hi itikaf kaafi hai ke aap ke andar is qism ka inqalab aa jaye, ek nayi shakhsiyat ban jaye aap ke andar.</w:t>
      </w:r>
    </w:p>
    <w:p>
      <w:pPr>
        <w:jc w:val="right"/>
      </w:pPr>
      <w:r>
        <w:t>تو ایک ہی رمضان بلکہ ایک ہی اعتکاف کافی ہے کہ آپ کے اندر اس قسم کا انقلاب آ جائے، ایک نئی شخصیت بن جائے آپ کے اندر۔</w:t>
      </w:r>
    </w:p>
    <w:p>
      <w:r>
        <w:rPr>
          <w:b/>
        </w:rPr>
        <w:t xml:space="preserve">[23:10] </w:t>
      </w:r>
      <w:r>
        <w:t>to yeh main kahunga ke is hadith, is aitbaar se hamein sars apna jaiza lein, apna introspection karein, apne aap ko rediscover karein.</w:t>
      </w:r>
    </w:p>
    <w:p>
      <w:pPr>
        <w:jc w:val="right"/>
      </w:pPr>
      <w:r>
        <w:t>تو یہ میں کہوں گا کہ اس حدیث، اس اعتبار سے ہمیں سرس اپنا جائزہ لیں، اپنا انٹراسپیکشن کریں، اپنے آپ کو ری ڈسکور کریں۔</w:t>
      </w:r>
    </w:p>
    <w:p>
      <w:r>
        <w:rPr>
          <w:b/>
        </w:rPr>
        <w:t xml:space="preserve">[23:30] </w:t>
      </w:r>
      <w:r>
        <w:t>tab woh waqt aayega jab aap bhool jayenge is ki baatein karne ki, is is is baat ke kehne ko kahan se jigar aayeh. tab aap kahenge: "Khuda ki nematein itni zyada hain, Khuda main kaise bayan karoon is ko?</w:t>
      </w:r>
    </w:p>
    <w:p>
      <w:pPr>
        <w:jc w:val="right"/>
      </w:pPr>
      <w:r>
        <w:t>تب وہ وقت آئے گا جب آپ بھول جائیں گے اس کی باتیں کرنے کی، اس اس اس بات کے کہنے کو کہاں سے جگر آئے۔ تب آپ کہیں گے: "خدا کی نعمتیں اتنی زیادہ ہیں، خدا میں کیسے بیان کروں اس کو؟</w:t>
      </w:r>
    </w:p>
    <w:p>
      <w:r>
        <w:rPr>
          <w:b/>
        </w:rPr>
        <w:t xml:space="preserve">[23:43] </w:t>
      </w:r>
      <w:r>
        <w:t>meri district mein to aise alfaaz hi nahin hain." ek naya insaan banega aap ke andar, jaise is se pehle main aap ko sunaya tha, maine ek shair ek British shayar ka ke woh baitha hua tha dining table par,</w:t>
      </w:r>
    </w:p>
    <w:p>
      <w:pPr>
        <w:jc w:val="right"/>
      </w:pPr>
      <w:r>
        <w:t>میری ڈسٹرکٹ میں تو ایسے الفاظ ہی نہیں ہیں۔" ایک نیا انسان بنے گا آپ کے اندر، جیسے اس سے پہلے میں آپ کو سنایا تھا، میں نے ایک شعر ایک برٹش شاعر کا کہ وہ بیٹھا ہوا تھا ڈائننگ ٹیبل پر،</w:t>
      </w:r>
    </w:p>
    <w:p>
      <w:r>
        <w:rPr>
          <w:b/>
        </w:rPr>
        <w:t xml:space="preserve">[24:03] </w:t>
      </w:r>
      <w:r>
        <w:t>khane ki mez par, to wahan log kha rahe the,</w:t>
      </w:r>
    </w:p>
    <w:p>
      <w:pPr>
        <w:jc w:val="right"/>
      </w:pPr>
      <w:r>
        <w:t>کھانے کی میز پر، تو وہاں لوگ کھا رہے تھے،</w:t>
      </w:r>
    </w:p>
    <w:p>
      <w:r>
        <w:rPr>
          <w:b/>
        </w:rPr>
        <w:t xml:space="preserve">[24:11] </w:t>
      </w:r>
      <w:r>
        <w:t>woh bhi is mein shareek tha.</w:t>
      </w:r>
    </w:p>
    <w:p>
      <w:pPr>
        <w:jc w:val="right"/>
      </w:pPr>
      <w:r>
        <w:t>وہ بھی اس میں شریک تھا۔</w:t>
      </w:r>
    </w:p>
    <w:p>
      <w:r>
        <w:rPr>
          <w:b/>
        </w:rPr>
        <w:t xml:space="preserve">[24:15] </w:t>
      </w:r>
      <w:r>
        <w:t>to khate khate aik aik idea average hua is ke andar, khate khatay. yani yeh jo mein kha kha raha hoon, yeh sab jo kha rahe hain, mein wahan jism mein ja raha hoon, yahi to gosht ban gaya, yeh khoon ban gaya, yeh to meri personality ban gayi.</w:t>
      </w:r>
    </w:p>
    <w:p>
      <w:pPr>
        <w:jc w:val="right"/>
      </w:pPr>
      <w:r>
        <w:t>تو کھاتے کھاتے ایک ایک آئیڈیا ایورج ہوا اس کے اندر، کھاتے کھاتے۔ یعنی یہ جو میں کھا کھا رہا ہوں، یہ سب جو کھا رہے ہیں، میں وہاں جسم میں جا رہا ہوں، یہی تو گوشت بن گیا، یہ خون بن گیا، یہ تو میری پرسنیلٹی بن گئی۔</w:t>
      </w:r>
    </w:p>
    <w:p>
      <w:r>
        <w:rPr>
          <w:b/>
        </w:rPr>
        <w:t xml:space="preserve">[24:34] </w:t>
      </w:r>
      <w:r>
        <w:t>to kaisa ajeeb waqia yeh hai!</w:t>
      </w:r>
    </w:p>
    <w:p>
      <w:pPr>
        <w:jc w:val="right"/>
      </w:pPr>
      <w:r>
        <w:t>تو کیسا عجیب واقعہ یہ ہے!</w:t>
      </w:r>
    </w:p>
    <w:p>
      <w:r>
        <w:rPr>
          <w:b/>
        </w:rPr>
        <w:t xml:space="preserve">[24:39] </w:t>
      </w:r>
      <w:r>
        <w:t>to is ne shair kaha tha: "it is very hard thing as hard as can be, whatever mystery eats turns into mystery."</w:t>
      </w:r>
    </w:p>
    <w:p>
      <w:pPr>
        <w:jc w:val="right"/>
      </w:pPr>
      <w:r>
        <w:t>تو اس نے شعر کہا تھا: "اٹ از ویری ہارڈ تھنگ ایز ہارڈ ایز کین بی، واٹ ایور مسٹری ایٹس ٹرنز انٹو مسٹری۔"</w:t>
      </w:r>
    </w:p>
    <w:p>
      <w:r>
        <w:rPr>
          <w:b/>
        </w:rPr>
        <w:t xml:space="preserve">[24:56] </w:t>
      </w:r>
      <w:r>
        <w:t>to yeh ramzan ki har din aap discover karenge, jab aap baithenge itikaf par to aap sochenge ke yeh jo mein kha raha hoon, pi raha hoon,</w:t>
      </w:r>
    </w:p>
    <w:p>
      <w:pPr>
        <w:jc w:val="right"/>
      </w:pPr>
      <w:r>
        <w:t>تو یہ رمضان کی ہر دن آپ ڈسکور کریں گے، جب آپ بیٹھیں گے اعتکاف پر تو آپ سوچیں گے کہ یہ جو میں کھا رہا ہوں، پی رہا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