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Unseen God July 30, 2017 Maulana Wahiduddin Khan</w:t>
      </w:r>
    </w:p>
    <w:p>
      <w:r>
        <w:t>https://www.youtube.com/watch?v=MOkCdGFAVR4</w:t>
      </w:r>
    </w:p>
    <w:p>
      <w:r>
        <w:rPr>
          <w:b/>
        </w:rPr>
        <w:t xml:space="preserve">[00:14] </w:t>
      </w:r>
      <w:r>
        <w:t>bismillah rahman rahim. rab ishrah li sadri wa yassir li amri wahl uqdatan min lisani yafqahu qawli.</w:t>
      </w:r>
    </w:p>
    <w:p>
      <w:pPr>
        <w:jc w:val="right"/>
      </w:pPr>
      <w:r>
        <w:t>بسم اللہ الرحمن الرحیم۔ رب اشرح لی صدری ویسر لی امری واحل العقدۃ من لسانی یفقہ قولی۔</w:t>
      </w:r>
    </w:p>
    <w:p>
      <w:r>
        <w:rPr>
          <w:b/>
        </w:rPr>
        <w:t xml:space="preserve">[00:25] </w:t>
      </w:r>
      <w:r>
        <w:t>aaj mein</w:t>
      </w:r>
    </w:p>
    <w:p>
      <w:pPr>
        <w:jc w:val="right"/>
      </w:pPr>
      <w:r>
        <w:t>آج میں</w:t>
      </w:r>
    </w:p>
    <w:p>
      <w:r>
        <w:rPr>
          <w:b/>
        </w:rPr>
        <w:t xml:space="preserve">[00:29] </w:t>
      </w:r>
      <w:r>
        <w:t>30 jullai 2017 ko</w:t>
      </w:r>
    </w:p>
    <w:p>
      <w:pPr>
        <w:jc w:val="right"/>
      </w:pPr>
      <w:r>
        <w:t>30 جولائی 2017 کو</w:t>
      </w:r>
    </w:p>
    <w:p>
      <w:r>
        <w:rPr>
          <w:b/>
        </w:rPr>
        <w:t xml:space="preserve">[00:34] </w:t>
      </w:r>
      <w:r>
        <w:t>subah</w:t>
      </w:r>
    </w:p>
    <w:p>
      <w:pPr>
        <w:jc w:val="right"/>
      </w:pPr>
      <w:r>
        <w:t>صبح</w:t>
      </w:r>
    </w:p>
    <w:p>
      <w:r>
        <w:rPr>
          <w:b/>
        </w:rPr>
        <w:t xml:space="preserve">[00:39] </w:t>
      </w:r>
      <w:r>
        <w:t>office ke samne baitha hua tha.</w:t>
      </w:r>
    </w:p>
    <w:p>
      <w:pPr>
        <w:jc w:val="right"/>
      </w:pPr>
      <w:r>
        <w:t>آفس کے سامنے بیٹھا ہوا تھا۔</w:t>
      </w:r>
    </w:p>
    <w:p>
      <w:r>
        <w:rPr>
          <w:b/>
        </w:rPr>
        <w:t xml:space="preserve">[00:47] </w:t>
      </w:r>
      <w:r>
        <w:t>soch raha tha mein quran ke bare mein</w:t>
      </w:r>
    </w:p>
    <w:p>
      <w:pPr>
        <w:jc w:val="right"/>
      </w:pPr>
      <w:r>
        <w:t>سوچ رہا تھا میں قرآن کے بارے میں</w:t>
      </w:r>
    </w:p>
    <w:p>
      <w:r>
        <w:rPr>
          <w:b/>
        </w:rPr>
        <w:t xml:space="preserve">[00:52] </w:t>
      </w:r>
      <w:r>
        <w:t>to aik ayat mere zehan mein aayi.</w:t>
      </w:r>
    </w:p>
    <w:p>
      <w:pPr>
        <w:jc w:val="right"/>
      </w:pPr>
      <w:r>
        <w:t>تو ایک آیت میرے ذہن میں آئی۔</w:t>
      </w:r>
    </w:p>
    <w:p>
      <w:r>
        <w:rPr>
          <w:b/>
        </w:rPr>
        <w:t xml:space="preserve">[00:57] </w:t>
      </w:r>
      <w:r>
        <w:t>yeh surah al-baqarah ki shuru ki ayat hai:</w:t>
      </w:r>
    </w:p>
    <w:p>
      <w:pPr>
        <w:jc w:val="right"/>
      </w:pPr>
      <w:r>
        <w:t>یہ سورہ البقرہ کی شروع کی آیت ہے:</w:t>
      </w:r>
    </w:p>
    <w:p>
      <w:r>
        <w:rPr>
          <w:b/>
        </w:rPr>
        <w:t xml:space="preserve">[01:03] </w:t>
      </w:r>
      <w:r>
        <w:t>zhalikal kitab la rayba fihi hudallil mutaqin alladhina yu'minuna bil ghayb.</w:t>
      </w:r>
    </w:p>
    <w:p>
      <w:pPr>
        <w:jc w:val="right"/>
      </w:pPr>
      <w:r>
        <w:t>ذٰلِک الْكِتَابُ لَا رَیْبَ فِيهِھُدَلُّ الْمُتَّقِينَ الَّذِينَ يُؤْمِنُونَ بِالْغَيْبِ۔</w:t>
      </w:r>
    </w:p>
    <w:p>
      <w:r>
        <w:rPr>
          <w:b/>
        </w:rPr>
        <w:t xml:space="preserve">[01:13] </w:t>
      </w:r>
      <w:r>
        <w:t>yeh jo tukra hai: alladhina yu'minuna bil ghayb</w:t>
      </w:r>
    </w:p>
    <w:p>
      <w:pPr>
        <w:jc w:val="right"/>
      </w:pPr>
      <w:r>
        <w:t>یہ جو ٹکڑا ہے: الَّذِينَ يُؤْمِنُونَ بِالْغَيْبِ</w:t>
      </w:r>
    </w:p>
    <w:p>
      <w:r>
        <w:rPr>
          <w:b/>
        </w:rPr>
        <w:t xml:space="preserve">[01:21] </w:t>
      </w:r>
      <w:r>
        <w:t>yani woh log jo iman late hain ghayb par, un seen par.</w:t>
      </w:r>
    </w:p>
    <w:p>
      <w:pPr>
        <w:jc w:val="right"/>
      </w:pPr>
      <w:r>
        <w:t>یعنی وہ لوگ جو ایمان لاتے ہیں غیب پر، ان سین پر۔</w:t>
      </w:r>
    </w:p>
    <w:p>
      <w:r>
        <w:rPr>
          <w:b/>
        </w:rPr>
        <w:t xml:space="preserve">[01:31] </w:t>
      </w:r>
      <w:r>
        <w:t>woh log jo iman late hain un seen par. to maine socha ke yahan par yeh hona chahiye tha ke alladhina yu'minun jo Allah par iman late hain jo ke ghayb mein hai.</w:t>
      </w:r>
    </w:p>
    <w:p>
      <w:pPr>
        <w:jc w:val="right"/>
      </w:pPr>
      <w:r>
        <w:t>وہ لوگ جو ایمان لاتے ہیں ان سین پر۔ تو میں نے سوچا کہ یہاں پر یہ ہونا چاہیے تھا کہ الَّذِينَ يُؤْمِنُونَ جو اللہ پر ایمان لاتے ہیں جو کہ غیب میں ہے۔</w:t>
      </w:r>
    </w:p>
    <w:p>
      <w:r>
        <w:rPr>
          <w:b/>
        </w:rPr>
        <w:t xml:space="preserve">[01:46] </w:t>
      </w:r>
      <w:r>
        <w:t>alladhina yu'minun allaha bil ghayb bazahir yeh hona chahiye tha ke alladhina yu'minun allaha bil ghayb jo Allah par iman late hain jo ke ghayb mein hai, un seen hai.</w:t>
      </w:r>
    </w:p>
    <w:p>
      <w:pPr>
        <w:jc w:val="right"/>
      </w:pPr>
      <w:r>
        <w:t>الَّذِينَ يُؤْمِنُونَ اللَّهَ بِالْغَيْبِ بظاہر یہ ہونا چاہیے تھا کہ الَّذِينَ يُؤْمِنُونَ اللَّهَ بِالْغَيْبِ جو اللہ پر ایمان لاتے ہیں جو کہ غیب میں ہے، ان سین ہے۔</w:t>
      </w:r>
    </w:p>
    <w:p>
      <w:r>
        <w:rPr>
          <w:b/>
        </w:rPr>
        <w:t xml:space="preserve">[02:03] </w:t>
      </w:r>
      <w:r>
        <w:t>lekin yahan aisa nahi hua. to</w:t>
      </w:r>
    </w:p>
    <w:p>
      <w:pPr>
        <w:jc w:val="right"/>
      </w:pPr>
      <w:r>
        <w:t>لیکن یہاں ایسا نہیں ہوا۔ تو</w:t>
      </w:r>
    </w:p>
    <w:p>
      <w:r>
        <w:rPr>
          <w:b/>
        </w:rPr>
        <w:t xml:space="preserve">[02:12] </w:t>
      </w:r>
      <w:r>
        <w:t>yeh sawal mujhe bohat aham laga. aur aap jante hain ke arabi mein maqola hai ke: la adri nisf al-ilm.</w:t>
      </w:r>
    </w:p>
    <w:p>
      <w:pPr>
        <w:jc w:val="right"/>
      </w:pPr>
      <w:r>
        <w:t>یہ سوال مجھے بہت اہم لگا۔ اور آپ جانتے ہیں کہ عربی میں مقولہ ہے کہ: لا أدري نصف العلم۔</w:t>
      </w:r>
    </w:p>
    <w:p>
      <w:r>
        <w:rPr>
          <w:b/>
        </w:rPr>
        <w:t xml:space="preserve">[02:24] </w:t>
      </w:r>
      <w:r>
        <w:t>iska matlab doosre lafzon mein yeh hai ke:</w:t>
      </w:r>
    </w:p>
    <w:p>
      <w:pPr>
        <w:jc w:val="right"/>
      </w:pPr>
      <w:r>
        <w:t>اس کا مطلب دوسرے لفظوں میں یہ ہے کہ:</w:t>
      </w:r>
    </w:p>
    <w:p>
      <w:r>
        <w:rPr>
          <w:b/>
        </w:rPr>
        <w:t xml:space="preserve">[02:30] </w:t>
      </w:r>
      <w:r>
        <w:t>question is half of the answer. agar aap sawal qaim kar saken to aap ne aadha jawab bhi pa liya.</w:t>
      </w:r>
    </w:p>
    <w:p>
      <w:pPr>
        <w:jc w:val="right"/>
      </w:pPr>
      <w:r>
        <w:t>Question is half of the answer۔ اگر آپ سوال قائم کر سکیں تو آپ نے آدھا جواب بھی پا لیا۔</w:t>
      </w:r>
    </w:p>
    <w:p>
      <w:r>
        <w:rPr>
          <w:b/>
        </w:rPr>
        <w:t xml:space="preserve">[02:45] </w:t>
      </w:r>
      <w:r>
        <w:t>question is half of the answer. to aaj mere sath aisa hi hua</w:t>
      </w:r>
    </w:p>
    <w:p>
      <w:pPr>
        <w:jc w:val="right"/>
      </w:pPr>
      <w:r>
        <w:t>Question is half of the answer۔ تو آج میرے ساتھ ایسا ہی ہوا</w:t>
      </w:r>
    </w:p>
    <w:p>
      <w:r>
        <w:rPr>
          <w:b/>
        </w:rPr>
        <w:t xml:space="preserve">[02:54] </w:t>
      </w:r>
      <w:r>
        <w:t>ke yeh jo sawal mere zehan mein aaya ke kyun hai yahan par sirf Allah ke zikr ke baghair: alladhina yu'minun allaha alladhina yu'minuna bil ghayb jo iman late hain ghayb par, un seen par.</w:t>
      </w:r>
    </w:p>
    <w:p>
      <w:pPr>
        <w:jc w:val="right"/>
      </w:pPr>
      <w:r>
        <w:t>کہ یہ جو سوال میرے ذہن میں آیا کہ کیوں ہے یہاں پر صرف اللہ کے ذکر کے بغیر: الَّذِينَ يُؤْمِنُونَ اللَّهَ الَّذِينَ يُؤْمِنُونَ بِالْغَيْبِ جو ایمان لاتے ہیں غیب پر، ان سین پر۔</w:t>
      </w:r>
    </w:p>
    <w:p>
      <w:r>
        <w:rPr>
          <w:b/>
        </w:rPr>
        <w:t xml:space="preserve">[03:13] </w:t>
      </w:r>
      <w:r>
        <w:t>to is ke andar aik bohat hi bari haqeeqat chupi hui hai. bohat bari haqeeqat. is haqeeqat ka insaan ko ilm hua hazaron saal ke baad.</w:t>
      </w:r>
    </w:p>
    <w:p>
      <w:pPr>
        <w:jc w:val="right"/>
      </w:pPr>
      <w:r>
        <w:t>تو اس کے اندر ایک بہت ہی بڑی حقیقت چھپی ہوئی ہے۔ بہت بڑی حقیقت۔ اس حقیقت کا انسان کو علم ہوا ہزاروں سال کے بعد۔</w:t>
      </w:r>
    </w:p>
    <w:p>
      <w:r>
        <w:rPr>
          <w:b/>
        </w:rPr>
        <w:t xml:space="preserve">[03:30] </w:t>
      </w:r>
      <w:r>
        <w:t>dekhen aap jante hain ke pichhle zamano mein sab se zyada Khuda ke bare mein jo inkar kiya gaya hai, shakk kiya gaya hai to is baat ko le kar ke Allah dikhai nahi deta.</w:t>
      </w:r>
    </w:p>
    <w:p>
      <w:pPr>
        <w:jc w:val="right"/>
      </w:pPr>
      <w:r>
        <w:t>دیکھیں آپ جانتے ہیں کہ پچھلے زمانوں میں سب سے زیادہ خدا کے بارے میں جو انکار کیا گیا ہے، شک کیا گیا ہے تو اس بات کو لے کر کہ اللہ دکھائی نہیں دیتا۔</w:t>
      </w:r>
    </w:p>
    <w:p>
      <w:r>
        <w:rPr>
          <w:b/>
        </w:rPr>
        <w:t xml:space="preserve">[03:49] </w:t>
      </w:r>
      <w:r>
        <w:t>to log kehte the ke jo Khuda dikhai na de us ko hum kaise manen? hamare paas jo aankh hai woh to dekhi hui cheezon ko manti hai.</w:t>
      </w:r>
    </w:p>
    <w:p>
      <w:pPr>
        <w:jc w:val="right"/>
      </w:pPr>
      <w:r>
        <w:t>تو لوگ کہتے تھے کہ جو خدا دکھائی نہ دے اس کو ہم کیسے مانیں؟ ہمارے پاس جو آنکھ ہے وہ تو دیکھی ہوئی چیزوں کو مانتی ہے۔</w:t>
      </w:r>
    </w:p>
    <w:p>
      <w:r>
        <w:rPr>
          <w:b/>
        </w:rPr>
        <w:t xml:space="preserve">[04:02] </w:t>
      </w:r>
      <w:r>
        <w:t>jo aankh hai hamari woh to dekhi hui cheezon ko manti hai. jo cheez dikhai na de us ko hum kaise manen? hazaron saal tak yeh chalta raha.</w:t>
      </w:r>
    </w:p>
    <w:p>
      <w:pPr>
        <w:jc w:val="right"/>
      </w:pPr>
      <w:r>
        <w:t>جو آنکھ ہے ہماری وہ تو دیکھی ہوئی چیزوں کو مانتی ہے۔ جو چیز دکھائی نہ دے اس کو ہم کیسے مانیں؟ ہزاروں سال تک یہ چلتا رہا۔</w:t>
      </w:r>
    </w:p>
    <w:p>
      <w:r>
        <w:rPr>
          <w:b/>
        </w:rPr>
        <w:t xml:space="preserve">[04:17] </w:t>
      </w:r>
      <w:r>
        <w:t>yahan tak ke science ne yeh daryaft kiya ke koi bhi cheez dikhai nahi deti. sirf Allah ki baat nahi hai.</w:t>
      </w:r>
    </w:p>
    <w:p>
      <w:pPr>
        <w:jc w:val="right"/>
      </w:pPr>
      <w:r>
        <w:t>یہاں تک کہ سائنس نے یہ دریافت کیا کہ کوئی بھی چیز دکھائی نہیں دیتی۔ صرف اللہ کی بات نہیں ہے۔</w:t>
      </w:r>
    </w:p>
    <w:p>
      <w:r>
        <w:rPr>
          <w:b/>
        </w:rPr>
        <w:t xml:space="preserve">[04:27] </w:t>
      </w:r>
      <w:r>
        <w:t>sab kuch ghaib mein hai. ab yahan par dekhen Allah ke liye khaas nahi kiya. aam aam aam hai. allazina yu'minoona bil ghaib jo iman late hain ghaib par.</w:t>
      </w:r>
    </w:p>
    <w:p>
      <w:pPr>
        <w:jc w:val="right"/>
      </w:pPr>
      <w:r>
        <w:t>سب کچھ غیب میں ہے۔ اب یہاں پر دیکھیں اللہ کے لیے خاص نہیں کیا۔ عام عام عام ہے۔ الَّذِينَ يُؤْمِنُونَ بِالْغَيْبِ جو ایمان لاتے ہیں غیب پر۔</w:t>
      </w:r>
    </w:p>
    <w:p>
      <w:r>
        <w:rPr>
          <w:b/>
        </w:rPr>
        <w:t xml:space="preserve">[04:43] </w:t>
      </w:r>
      <w:r>
        <w:t>is ka matlab hai ke Allah hi ki baat nahi hai. yeh koi bhi cheez jo tum manoge tum us ko in seen hi tor par manna parega. yeh kaise?</w:t>
      </w:r>
    </w:p>
    <w:p>
      <w:pPr>
        <w:jc w:val="right"/>
      </w:pPr>
      <w:r>
        <w:t>اس کا مطلب ہے کہ اللہ ہی کی بات نہیں ہے۔ یہ کوئی بھی چیز جو تم مانو گے تم اس کو ان سین ہی طور پر ماننا پڑے گا۔ یہ کیسے؟</w:t>
      </w:r>
    </w:p>
    <w:p>
      <w:r>
        <w:rPr>
          <w:b/>
        </w:rPr>
        <w:t xml:space="preserve">[04:55] </w:t>
      </w:r>
      <w:r>
        <w:t>yeh pichhle char sau saal ke andar jo taraqqi hui hai science mein us ke nateejay mein hua.</w:t>
      </w:r>
    </w:p>
    <w:p>
      <w:pPr>
        <w:jc w:val="right"/>
      </w:pPr>
      <w:r>
        <w:t>یہ پچھلے چار سو سال کے اندر جو ترقی ہوئی ہے سائنس میں اس کے نتیجے میں ہوا۔</w:t>
      </w:r>
    </w:p>
    <w:p>
      <w:r>
        <w:rPr>
          <w:b/>
        </w:rPr>
        <w:t xml:space="preserve">[05:05] </w:t>
      </w:r>
      <w:r>
        <w:t>aap jante hain ke science ka jo aaghaz hua modern science ka woh char sau saal pehle Galileo ke zamane mein hua. phir science chalti rahi, chalti rahi, chalti rahi.</w:t>
      </w:r>
    </w:p>
    <w:p>
      <w:pPr>
        <w:jc w:val="right"/>
      </w:pPr>
      <w:r>
        <w:t>آپ جانتے ہیں کہ سائنس کا جو آغاز ہوا ماڈرن سائنس کا وہ چار سو سال پہلے گیلیلیو کے زمانے میں ہوا۔ پھر سائنس چلتی رہی، چلتی رہی، چلتی رہی۔</w:t>
      </w:r>
    </w:p>
    <w:p>
      <w:r>
        <w:rPr>
          <w:b/>
        </w:rPr>
        <w:t xml:space="preserve">[05:17] </w:t>
      </w:r>
      <w:r>
        <w:t>yahan tak ke pehla shakhs aik German scientist tha: Max Planck. Max Planck jis ki maut hui hai 1947 mein.</w:t>
      </w:r>
    </w:p>
    <w:p>
      <w:pPr>
        <w:jc w:val="right"/>
      </w:pPr>
      <w:r>
        <w:t>یہاں تک کہ پہلا شخص ایک جرمن سائنسدان تھا: میکس پلینک۔ میکس پلینک جس کی موت ہوئی ہے 1947 میں۔</w:t>
      </w:r>
    </w:p>
    <w:p>
      <w:r>
        <w:rPr>
          <w:b/>
        </w:rPr>
        <w:t xml:space="preserve">[05:30] </w:t>
      </w:r>
      <w:r>
        <w:t>yeh German scientist tha. is ne aik cheez daryaft ki jis ko kehte hain quantum physics.</w:t>
      </w:r>
    </w:p>
    <w:p>
      <w:pPr>
        <w:jc w:val="right"/>
      </w:pPr>
      <w:r>
        <w:t>یہ جرمن سائنسدان تھا۔ اس نے ایک چیز دریافت کی جس کو کہتے ہیں کوانٹم فزکس۔</w:t>
      </w:r>
    </w:p>
    <w:p>
      <w:r>
        <w:rPr>
          <w:b/>
        </w:rPr>
        <w:t xml:space="preserve">[05:40] </w:t>
      </w:r>
      <w:r>
        <w:t>is ko title diya jata hai ke: originator of quantum physics. chunancha is ko isi par Nobel prize bhi diya gaya.</w:t>
      </w:r>
    </w:p>
    <w:p>
      <w:pPr>
        <w:jc w:val="right"/>
      </w:pPr>
      <w:r>
        <w:t>اس کو ٹائٹل دیا جاتا ہے کہ: اوری نیٹر آف کوانٹم فزکس۔ چنانچہ اس کو اسی پر نوبل پرائز بھی دیا گیا۔</w:t>
      </w:r>
    </w:p>
    <w:p>
      <w:r>
        <w:rPr>
          <w:b/>
        </w:rPr>
        <w:t xml:space="preserve">[05:53] </w:t>
      </w:r>
      <w:r>
        <w:t>to</w:t>
      </w:r>
    </w:p>
    <w:p>
      <w:pPr>
        <w:jc w:val="right"/>
      </w:pPr>
      <w:r>
        <w:t>تو</w:t>
      </w:r>
    </w:p>
    <w:p>
      <w:r>
        <w:rPr>
          <w:b/>
        </w:rPr>
        <w:t xml:space="preserve">[05:57] </w:t>
      </w:r>
      <w:r>
        <w:t>phir is par bohat se scientists ke zehnon ne kaam kiya. yahan tak ke quantum physics aik established theory ban gayi science mein.</w:t>
      </w:r>
    </w:p>
    <w:p>
      <w:pPr>
        <w:jc w:val="right"/>
      </w:pPr>
      <w:r>
        <w:t>پھر اس پر بہت سے سائنسدانوں کے ذہنوں نے کام کیا۔ یہاں تک کہ کوانٹم فزکس ایک اسٹیبلش تھیوری بن گئی سائنس میں۔</w:t>
      </w:r>
    </w:p>
    <w:p>
      <w:r>
        <w:rPr>
          <w:b/>
        </w:rPr>
        <w:t xml:space="preserve">[06:11] </w:t>
      </w:r>
      <w:r>
        <w:t>to quantum physics kya hai? quantum physics yeh hai ke jo cheezen hum dekhte hain woh bhi dikhai nahi deti.</w:t>
      </w:r>
    </w:p>
    <w:p>
      <w:pPr>
        <w:jc w:val="right"/>
      </w:pPr>
      <w:r>
        <w:t>تو کوانٹم فزکس کیا ہے؟ کوانٹم فزکس یہ ہے کہ جو چیزیں ہم دیکھتے ہیں وہ بھی دکھائی نہیں دیتی۔</w:t>
      </w:r>
    </w:p>
    <w:p>
      <w:r>
        <w:rPr>
          <w:b/>
        </w:rPr>
        <w:t xml:space="preserve">[06:19] </w:t>
      </w:r>
      <w:r>
        <w:t>yeh to yeh is ka asal hai. yeh bohat hi ajeeb baat hai. chunancha dekhen British scientist Sir Arthur Eddington ne aik kitaab chhapi.</w:t>
      </w:r>
    </w:p>
    <w:p>
      <w:pPr>
        <w:jc w:val="right"/>
      </w:pPr>
      <w:r>
        <w:t>یہ تو یہ اس کا اصل ہے۔ یہ بہت ہی عجیب بات ہے۔ چنانچہ دیکھیں برطانوی سائنسدان سر آرتھر ایڈنگٹن نے ایک کتاب چھپی۔</w:t>
      </w:r>
    </w:p>
    <w:p>
      <w:r>
        <w:rPr>
          <w:b/>
        </w:rPr>
        <w:t xml:space="preserve">[06:36] </w:t>
      </w:r>
      <w:r>
        <w:t>aik kitaab likhi jo chhapi thi 1929 mein.</w:t>
      </w:r>
    </w:p>
    <w:p>
      <w:pPr>
        <w:jc w:val="right"/>
      </w:pPr>
      <w:r>
        <w:t>ایک کتاب لکھی جو چھپی تھی 1929 میں۔</w:t>
      </w:r>
    </w:p>
    <w:p>
      <w:r>
        <w:rPr>
          <w:b/>
        </w:rPr>
        <w:t xml:space="preserve">[06:44] </w:t>
      </w:r>
      <w:r>
        <w:t>1929 mein. is kitaab ka title tha: the</w:t>
      </w:r>
    </w:p>
    <w:p>
      <w:pPr>
        <w:jc w:val="right"/>
      </w:pPr>
      <w:r>
        <w:t>1929 میں۔ اس کتاب کا ٹائٹل تھا: دی</w:t>
      </w:r>
    </w:p>
    <w:p>
      <w:r>
        <w:rPr>
          <w:b/>
        </w:rPr>
        <w:t xml:space="preserve">[06:52] </w:t>
      </w:r>
      <w:r>
        <w:t>science and the unseen world. the science and the unseen world. to is ne likha is kitaab mein ke jis mez par mein kaam kar raha hoon woh lakri ki mez hai.</w:t>
      </w:r>
    </w:p>
    <w:p>
      <w:pPr>
        <w:jc w:val="right"/>
      </w:pPr>
      <w:r>
        <w:t>سائنس اینڈ دی ان سین ورلڈ۔ دی سائنس اینڈ دی ان سین ورلڈ۔ تو اس نے لکھا اس کتاب میں کہ جس میز پر میں کام کر رہا ہوں وہ لکڑی کی میز ہے۔</w:t>
      </w:r>
    </w:p>
    <w:p>
      <w:r>
        <w:rPr>
          <w:b/>
        </w:rPr>
        <w:t xml:space="preserve">[07:12] </w:t>
      </w:r>
      <w:r>
        <w:t>lekin agar mein aur zyada aur zyada aur zyada janne ki koshish karoon to aakhir mein woh electron ka aik majmooa hai.</w:t>
      </w:r>
    </w:p>
    <w:p>
      <w:pPr>
        <w:jc w:val="right"/>
      </w:pPr>
      <w:r>
        <w:t>لیکن اگر میں اور زیادہ اور زیادہ اور زیادہ جاننے کی کوشش کروں تو آخر میں وہ الیکٹران کا ایک مجموعہ ہے۔</w:t>
      </w:r>
    </w:p>
    <w:p>
      <w:r>
        <w:rPr>
          <w:b/>
        </w:rPr>
        <w:t xml:space="preserve">[07:23] </w:t>
      </w:r>
      <w:r>
        <w:t>bataur dekhte hain woh lakri ki mez hai. lekin aakhri tajziye mein woh electron ka beshumar electron ka majmooa hai.</w:t>
      </w:r>
    </w:p>
    <w:p>
      <w:pPr>
        <w:jc w:val="right"/>
      </w:pPr>
      <w:r>
        <w:t>بظاہر دیکھتے ہیں وہ لکڑی کی میز ہے۔ لیکن آخری تجزیے میں وہ الیکٹران کا بے شمار الیکٹران کا مجموعہ ہے۔</w:t>
      </w:r>
    </w:p>
    <w:p>
      <w:r>
        <w:rPr>
          <w:b/>
        </w:rPr>
        <w:t xml:space="preserve">[07:34] </w:t>
      </w:r>
      <w:r>
        <w:t>aur electron dikhai dete nahi. to kaha sirf Allah Subhana wa Ta'ala hi unseen nahi hai.</w:t>
      </w:r>
    </w:p>
    <w:p>
      <w:pPr>
        <w:jc w:val="right"/>
      </w:pPr>
      <w:r>
        <w:t>اور الیکٹران دکھائی دیتے نہیں۔ تو کہا صرف اللہ سبحانہ و تعالیٰ ہی ان سین نہیں ہے۔</w:t>
      </w:r>
    </w:p>
    <w:p>
      <w:r>
        <w:rPr>
          <w:b/>
        </w:rPr>
        <w:t xml:space="preserve">[07:44] </w:t>
      </w:r>
      <w:r>
        <w:t>mez bhi unseen hai.</w:t>
      </w:r>
    </w:p>
    <w:p>
      <w:pPr>
        <w:jc w:val="right"/>
      </w:pPr>
      <w:r>
        <w:t>میز بھی ان سین ہے۔</w:t>
      </w:r>
    </w:p>
    <w:p>
      <w:r>
        <w:rPr>
          <w:b/>
        </w:rPr>
        <w:t xml:space="preserve">[07:48] </w:t>
      </w:r>
      <w:r>
        <w:t>yeh kitaab is ki bohat hi zabardast kitaab hai. yeh likhi thi is ne 1929 mein.</w:t>
      </w:r>
    </w:p>
    <w:p>
      <w:pPr>
        <w:jc w:val="right"/>
      </w:pPr>
      <w:r>
        <w:t>یہ کتاب اس کی بہت ہی زبردست کتاب ہے۔ یہ لکھی تھی اس نے 1929 میں۔</w:t>
      </w:r>
    </w:p>
    <w:p>
      <w:r>
        <w:rPr>
          <w:b/>
        </w:rPr>
        <w:t xml:space="preserve">[07:58] </w:t>
      </w:r>
      <w:r>
        <w:t>to</w:t>
      </w:r>
    </w:p>
    <w:p>
      <w:pPr>
        <w:jc w:val="right"/>
      </w:pPr>
      <w:r>
        <w:t>تو</w:t>
      </w:r>
    </w:p>
    <w:p>
      <w:r>
        <w:rPr>
          <w:b/>
        </w:rPr>
        <w:t xml:space="preserve">[08:02] </w:t>
      </w:r>
      <w:r>
        <w:t>kaha quran ne awwal din hi ishara kar diya tha</w:t>
      </w:r>
    </w:p>
    <w:p>
      <w:pPr>
        <w:jc w:val="right"/>
      </w:pPr>
      <w:r>
        <w:t>کہا قرآن نے اول دن ہی اشارہ کر دیا تھا</w:t>
      </w:r>
    </w:p>
    <w:p>
      <w:r>
        <w:rPr>
          <w:b/>
        </w:rPr>
        <w:t xml:space="preserve">[08:08] </w:t>
      </w:r>
      <w:r>
        <w:t>k ghaybi par to koi iman lana parega. in seen par hi iman lana parega. kyunke seen to koi cheez hai hi nahin.</w:t>
      </w:r>
    </w:p>
    <w:p>
      <w:pPr>
        <w:jc w:val="right"/>
      </w:pPr>
      <w:r>
        <w:t>کہ غیبی پر تو کوئی ایمان لانا پڑے گا۔ ان سین پر ہی ایمان لانا پڑے گا۔ کیونکہ سین تو کوئی چیز ہے ہی نہیں۔</w:t>
      </w:r>
    </w:p>
    <w:p>
      <w:r>
        <w:rPr>
          <w:b/>
        </w:rPr>
        <w:t xml:space="preserve">[08:19] </w:t>
      </w:r>
      <w:r>
        <w:t>pehle insan nahin janta tha k hamari cheezen jo hain woh sab electron ka majmooa hai, atom ka majmooa hai. pehle janta nahin tha aadmi.</w:t>
      </w:r>
    </w:p>
    <w:p>
      <w:pPr>
        <w:jc w:val="right"/>
      </w:pPr>
      <w:r>
        <w:t>پہلے انسان نہیں جانتا تھا کہ ہماری چیزیں جو ہیں وہ سب الیکٹران کا مجموعہ ہے، ایٹم کا مجموعہ ہے۔ پہلے جانتا نہیں تھا آدمی۔</w:t>
      </w:r>
    </w:p>
    <w:p>
      <w:r>
        <w:rPr>
          <w:b/>
        </w:rPr>
        <w:t xml:space="preserve">[08:29] </w:t>
      </w:r>
      <w:r>
        <w:t>phir dheere dheere atom daryaft hua. phir dheere dheere electron daryaft hua. phir dheere dheere sab atomi particle daryaft hue</w:t>
      </w:r>
    </w:p>
    <w:p>
      <w:pPr>
        <w:jc w:val="right"/>
      </w:pPr>
      <w:r>
        <w:t>پھر دھیرے دھیرے ایٹم دریافت ہوا۔ پھر دھیرے دھیرے الیکٹران دریافت ہوا۔ پھر دھیرے دھیرے سب ایٹمی پارٹیکل دریافت ہوئے</w:t>
      </w:r>
    </w:p>
    <w:p>
      <w:r>
        <w:rPr>
          <w:b/>
        </w:rPr>
        <w:t xml:space="preserve">[08:40] </w:t>
      </w:r>
      <w:r>
        <w:t>science ki daryaft k tehat. tab yeh jan kar insan ne jana k is dunya mein sab kuch ghaybi hi hai.</w:t>
      </w:r>
    </w:p>
    <w:p>
      <w:pPr>
        <w:jc w:val="right"/>
      </w:pPr>
      <w:r>
        <w:t>سائنس کی دریافت کے تحت۔ تب یہ جان کر انسان نے جانا کہ اس دنیا میں سب کچھ غیبی ہی ہے۔</w:t>
      </w:r>
    </w:p>
    <w:p>
      <w:r>
        <w:rPr>
          <w:b/>
        </w:rPr>
        <w:t xml:space="preserve">[08:55] </w:t>
      </w:r>
      <w:r>
        <w:t>jis cheez ko aap samajhte hain k woh dikhai deta hai woh bhi haqeeqat mein ghayb hai. kyunke woh electron ka majmooa hai har cheez.</w:t>
      </w:r>
    </w:p>
    <w:p>
      <w:pPr>
        <w:jc w:val="right"/>
      </w:pPr>
      <w:r>
        <w:t>جس چیز کو آپ سمجھتے ہیں کہ وہ دکھائی دیتا ہے وہ بھی حقیقت میں غیب ہے۔ کیونکہ وہ الیکٹران کا مجموعہ ہے ہر چیز۔</w:t>
      </w:r>
    </w:p>
    <w:p>
      <w:r>
        <w:rPr>
          <w:b/>
        </w:rPr>
        <w:t xml:space="preserve">[09:06] </w:t>
      </w:r>
      <w:r>
        <w:t>aur electron aap dekh nahin sakte. dekhen yeh jo daryaft hui science mein quantum physics k tehat woh tareekh mein aik bohat hi bara inqalab aa gaya.</w:t>
      </w:r>
    </w:p>
    <w:p>
      <w:pPr>
        <w:jc w:val="right"/>
      </w:pPr>
      <w:r>
        <w:t>اور الیکٹران آپ دیکھ نہیں سکتے۔ دیکھیں یہ جو دریافت ہوئی سائنس میں کوانٹم فزکس کے تحت وہ تاریخ میں ایک بہت ہی بڑا انقلاب آ گیا۔</w:t>
      </w:r>
    </w:p>
    <w:p>
      <w:r>
        <w:rPr>
          <w:b/>
        </w:rPr>
        <w:t xml:space="preserve">[09:20] </w:t>
      </w:r>
      <w:r>
        <w:t>history of knowledge mein jis ko kehte hain jo kehte hain theory of knowledge. theory of knowledge mein bara inqalab. is se pehle ilm ki dunya mein do hi lafz daryaft hote the.</w:t>
      </w:r>
    </w:p>
    <w:p>
      <w:pPr>
        <w:jc w:val="right"/>
      </w:pPr>
      <w:r>
        <w:t>History of Knowledge میں جس کو کہتے ہیں جو کہتے ہیں تھیوری آف Knowledge۔ تھیوری آف Knowledge میں بڑا انقلاب۔ اس سے پہلے علم کی دنیا میں دو ہی لفظ دریافت ہوتے تھے۔</w:t>
      </w:r>
    </w:p>
    <w:p>
      <w:r>
        <w:rPr>
          <w:b/>
        </w:rPr>
        <w:t xml:space="preserve">[09:34] </w:t>
      </w:r>
      <w:r>
        <w:t>certainty of perhaps. yeh cheez perhaps aesa hai ya certainty k sath aap keh sakte hain k aesa hai. ab quantum physics mein aik naya term aya theory of knowledge mein.</w:t>
      </w:r>
    </w:p>
    <w:p>
      <w:pPr>
        <w:jc w:val="right"/>
      </w:pPr>
      <w:r>
        <w:t>سرٹینٹی آف پرہیپس۔ یہ چیز پرہیپس ایسا ہے یا سرٹینٹی کے ساتھ آپ کہہ سکتے ہیں کہ ایسا ہے۔ اب کوانٹم فزکس میں ایک نیا ٹرم آیا تھیوری آف Knowledge میں۔</w:t>
      </w:r>
    </w:p>
    <w:p>
      <w:r>
        <w:rPr>
          <w:b/>
        </w:rPr>
        <w:t xml:space="preserve">[09:49] </w:t>
      </w:r>
      <w:r>
        <w:t>woh tha probability. yeh bohat hi bara inqalab hai. jis ko log jo log science nahin jante woh is ko samajh nahin sakte k kitna bara inqalab hai yeh.</w:t>
      </w:r>
    </w:p>
    <w:p>
      <w:pPr>
        <w:jc w:val="right"/>
      </w:pPr>
      <w:r>
        <w:t>وہ تھا پرابیلیٹی۔ یہ بہت ہی بڑا انقلاب ہے۔ جس کو لوگ جو لوگ سائنس نہیں جانتے وہ اس کو سمجھ نہیں سکتے کہ کتنا بڑا انقلاب ہے یہ۔</w:t>
      </w:r>
    </w:p>
    <w:p>
      <w:r>
        <w:rPr>
          <w:b/>
        </w:rPr>
        <w:t xml:space="preserve">[10:05] </w:t>
      </w:r>
      <w:r>
        <w:t>is poori hamare to dhai gayi jo Allah rab ul alameen k inkar par qaim thi. sab dhai gayi bilkul.</w:t>
      </w:r>
    </w:p>
    <w:p>
      <w:pPr>
        <w:jc w:val="right"/>
      </w:pPr>
      <w:r>
        <w:t>اس پوری ہمارے تو ڈھائی گئی جو اللہ رب العالمین کے انکار پر قائم تھی۔ سب ڈھائی گئی بالکل۔</w:t>
      </w:r>
    </w:p>
    <w:p>
      <w:r>
        <w:rPr>
          <w:b/>
        </w:rPr>
        <w:t xml:space="preserve">[10:16] </w:t>
      </w:r>
      <w:r>
        <w:t>kyunke quantum physics ne yeh scientific tor par yeh establish kiya k</w:t>
      </w:r>
    </w:p>
    <w:p>
      <w:pPr>
        <w:jc w:val="right"/>
      </w:pPr>
      <w:r>
        <w:t>کیونکہ کوانٹم فزکس نے یہ سائنٹیفک طور پر یہ اسٹیبلش کیا کہ</w:t>
      </w:r>
    </w:p>
    <w:p>
      <w:r>
        <w:rPr>
          <w:b/>
        </w:rPr>
        <w:t xml:space="preserve">[10:29] </w:t>
      </w:r>
      <w:r>
        <w:t>probability is less than certainty but more than perhaps. yani probability jo hai perhaps nahin hai.</w:t>
      </w:r>
    </w:p>
    <w:p>
      <w:pPr>
        <w:jc w:val="right"/>
      </w:pPr>
      <w:r>
        <w:t>پرابیلیٹی از لیس دین سرٹینٹی بٹ مور دین پرہیپس۔ یعنی پرابیلیٹی جو ہے پرہیپس نہیں ہے۔</w:t>
      </w:r>
    </w:p>
    <w:p>
      <w:r>
        <w:rPr>
          <w:b/>
        </w:rPr>
        <w:t xml:space="preserve">[10:41] </w:t>
      </w:r>
      <w:r>
        <w:t>shayad nahin hai. probability jo hai woh shayad nahin hai. probability less than certainty hai lekin woh more than perhaps hai.</w:t>
      </w:r>
    </w:p>
    <w:p>
      <w:pPr>
        <w:jc w:val="right"/>
      </w:pPr>
      <w:r>
        <w:t>شاید نہیں ہے۔ پرابیلیٹی جو ہے وہ شاید نہیں ہے۔ پرابیلیٹی لیس دین سرٹینٹی ہے لیکن وہ مور دین پرہیپس ہے۔</w:t>
      </w:r>
    </w:p>
    <w:p>
      <w:r>
        <w:rPr>
          <w:b/>
        </w:rPr>
        <w:t xml:space="preserve">[10:53] </w:t>
      </w:r>
      <w:r>
        <w:t>aur yeh sabit ho gaya k cheezon ko hum probability k hi darje mein jaan sakte hain. yeh bohat ajeeb baat hai.</w:t>
      </w:r>
    </w:p>
    <w:p>
      <w:pPr>
        <w:jc w:val="right"/>
      </w:pPr>
      <w:r>
        <w:t>اور یہ ثابت ہو گیا کہ چیزوں کو ہم پرابیلیٹی کے ہی درجے میں جان سکتے ہیں۔ یہ بہت عجیب بات ہے۔</w:t>
      </w:r>
    </w:p>
    <w:p>
      <w:r>
        <w:rPr>
          <w:b/>
        </w:rPr>
        <w:t xml:space="preserve">[11:06] </w:t>
      </w:r>
      <w:r>
        <w:t>jo cheezon ko aap jante hain woh kisi bhi cheez ko hum certainty k darje mein nahin jaan sakte. jaise k mez hai to probability there is a table.</w:t>
      </w:r>
    </w:p>
    <w:p>
      <w:pPr>
        <w:jc w:val="right"/>
      </w:pPr>
      <w:r>
        <w:t>جو چیزوں کو آپ جانتے ہیں وہ کسی بھی چیز کو ہم سرٹینٹی کے درجے میں نہیں جان سکتے۔ جیسے کہ میز ہے تو پرابیلیٹی دیر از اے ٹیبل۔</w:t>
      </w:r>
    </w:p>
    <w:p>
      <w:r>
        <w:rPr>
          <w:b/>
        </w:rPr>
        <w:t xml:space="preserve">[11:17] </w:t>
      </w:r>
      <w:r>
        <w:t>kyunke aap table to dekh nahin sakte. aap dekhte hain electron ko. dekhte kya hain is ko yani guess kar paate hain.</w:t>
      </w:r>
    </w:p>
    <w:p>
      <w:pPr>
        <w:jc w:val="right"/>
      </w:pPr>
      <w:r>
        <w:t>کیونکہ آپ ٹیبل تو دیکھ نہیں سکتے۔ آپ دیکھتے ہیں الیکٹران کو۔ دیکھتے کیا ہیں اس کو یعنی گیس کر پاتے ہیں۔</w:t>
      </w:r>
    </w:p>
    <w:p>
      <w:r>
        <w:rPr>
          <w:b/>
        </w:rPr>
        <w:t xml:space="preserve">[11:32] </w:t>
      </w:r>
      <w:r>
        <w:t>to cheezon ko aap mez k roop mein dekh hi nahin sakte. cheezon ko dekhte hain electron k roop mein. to yeh kaha gaya k probability bhi bhi aik authentic way of argument hai.</w:t>
      </w:r>
    </w:p>
    <w:p>
      <w:pPr>
        <w:jc w:val="right"/>
      </w:pPr>
      <w:r>
        <w:t>تو چیزوں کو آپ میز کے روپ میں دیکھ ہی نہیں سکتے۔ چیزوں کو دیکھتے ہیں الیکٹران کے روپ میں۔ تو یہ کہا گیا کہ پرابیلیٹی بھی بھی ایک اتھینٹک وے آف آرگیومنٹ ہے۔</w:t>
      </w:r>
    </w:p>
    <w:p>
      <w:r>
        <w:rPr>
          <w:b/>
        </w:rPr>
        <w:t xml:space="preserve">[11:51] </w:t>
      </w:r>
      <w:r>
        <w:t>authentic way of argument. aur yeh man liya gaya k probability is less than certainty but it is more than perhaps.</w:t>
      </w:r>
    </w:p>
    <w:p>
      <w:pPr>
        <w:jc w:val="right"/>
      </w:pPr>
      <w:r>
        <w:t>اتھینٹک وے آف آرگیومنٹ۔ اور یہ مان لیا گیا کہ پرابیلیٹی از لیس دین سرٹینٹی بٹ اٹ از مور دین پرہیپس۔</w:t>
      </w:r>
    </w:p>
    <w:p>
      <w:r>
        <w:rPr>
          <w:b/>
        </w:rPr>
        <w:t xml:space="preserve">[12:02] </w:t>
      </w:r>
      <w:r>
        <w:t>yeh kitni bari baat yeh chupi hui thi is ayat mein. main sochne laga yani pehle kabhi nahin hua yeh sawal aya tha mere zehn mein aaj subah.</w:t>
      </w:r>
    </w:p>
    <w:p>
      <w:pPr>
        <w:jc w:val="right"/>
      </w:pPr>
      <w:r>
        <w:t>یہ کتنی بڑی بات یہ چھپی ہوئی تھی اس آیت میں۔ میں سوچنے لگا یعنی پہلے کبھی نہیں ہوا یہ سوال آیا تھا میرے ذہن میں آج صبح۔</w:t>
      </w:r>
    </w:p>
    <w:p>
      <w:r>
        <w:rPr>
          <w:b/>
        </w:rPr>
        <w:t xml:space="preserve">[12:13] </w:t>
      </w:r>
      <w:r>
        <w:t>allazina yu'minuna bil ghayb yeh kyun nahin kaha k allazina yu'minuna Allah bil ghayb. surah baqarah ki is ayat mein yeh nahin kaha gaya k allazina yu'minuna Allah bil ghayb. yeh nahin kaha.</w:t>
      </w:r>
    </w:p>
    <w:p>
      <w:pPr>
        <w:jc w:val="right"/>
      </w:pPr>
      <w:r>
        <w:t>الَّذِينَ يُؤْمِنُونَ بِالْغَيْبِ یہ کیوں نہیں کہا کہ الَّذِينَ يُؤْمِنُونَ اللَّهَ بِالْغَيْبِ سورہ بقرہ کی اس آیت میں یہ نہیں کہا گیا کہ الَّذِينَ يُؤْمِنُونَ اللَّهَ بِالْغَيْبِ یہ نہیں کہا۔</w:t>
      </w:r>
    </w:p>
    <w:p>
      <w:r>
        <w:rPr>
          <w:b/>
        </w:rPr>
        <w:t xml:space="preserve">[12:29] </w:t>
      </w:r>
      <w:r>
        <w:t>is mani k sab kuch ghayb hai. Allah ghayb mein hai to cheezen bhi ghayb mein hain.</w:t>
      </w:r>
    </w:p>
    <w:p>
      <w:pPr>
        <w:jc w:val="right"/>
      </w:pPr>
      <w:r>
        <w:t>اس معنی کہ سب کچھ غیب ہے۔ اللہ غیب میں ہے تو چیزیں بھی غیب میں ہیں۔</w:t>
      </w:r>
    </w:p>
    <w:p>
      <w:r>
        <w:rPr>
          <w:b/>
        </w:rPr>
        <w:t xml:space="preserve">[12:39] </w:t>
      </w:r>
      <w:r>
        <w:t>aap ki maan bhi ghayb mein hai. aap ka beta bhi ghayb mein hai. aap ki mez bhi ghayb mein hai. yani haqeeqat ki nazar se.</w:t>
      </w:r>
    </w:p>
    <w:p>
      <w:pPr>
        <w:jc w:val="right"/>
      </w:pPr>
      <w:r>
        <w:t>آپ کی ماں بھی غیب میں ہے۔ آپ کا بیٹا بھی غیب میں ہے۔ آپ کی میز بھی غیب میں ہے۔ یعنی حقیقت کی نظر سے۔</w:t>
      </w:r>
    </w:p>
    <w:p>
      <w:r>
        <w:rPr>
          <w:b/>
        </w:rPr>
        <w:t xml:space="preserve">[12:50] </w:t>
      </w:r>
      <w:r>
        <w:t>gehri nazar se dekhne mein. yani deep mein ja kar. deep mein ja kar k agar aap janna chahen k kya hai.</w:t>
      </w:r>
    </w:p>
    <w:p>
      <w:pPr>
        <w:jc w:val="right"/>
      </w:pPr>
      <w:r>
        <w:t>گہری نظر سے دیکھنے میں۔ یعنی ڈیپ میں جا کر۔ ڈیپ میں جا کر کے اگر آپ جاننا چاہیں کہ کیا ہے۔</w:t>
      </w:r>
    </w:p>
    <w:p>
      <w:r>
        <w:rPr>
          <w:b/>
        </w:rPr>
        <w:t xml:space="preserve">[13:00] </w:t>
      </w:r>
      <w:r>
        <w:t>is ki kun kya hai. is ki haqeeqat kya hai. to wala woh hai k haqeeqat mein to electron hain sab. yani pani bhi electron.</w:t>
      </w:r>
    </w:p>
    <w:p>
      <w:pPr>
        <w:jc w:val="right"/>
      </w:pPr>
      <w:r>
        <w:t>اس کی کن کیا ہے۔ اس کی حقیقت کیا ہے۔ تو والا وہ ہے کہ حقیقت میں تو الیکٹران ہیں سب۔ یعنی پانی بھی الیکٹران۔</w:t>
      </w:r>
    </w:p>
    <w:p>
      <w:r>
        <w:rPr>
          <w:b/>
        </w:rPr>
        <w:t xml:space="preserve">[13:09] </w:t>
      </w:r>
      <w:r>
        <w:t>hathi bhi electron. darakht bhi electron. insan bhi electron. aap ke ma bap bhi electron. aur electron dikhai deta nahin.</w:t>
      </w:r>
    </w:p>
    <w:p>
      <w:pPr>
        <w:jc w:val="right"/>
      </w:pPr>
      <w:r>
        <w:t>ہاتھی بھی الیکٹران۔ درخت بھی الیکٹران۔ انسان بھی الیکٹران۔ آپ کے ماں باپ بھی الیکٹران۔ اور الیکٹران دکھائی دیتا نہیں۔</w:t>
      </w:r>
    </w:p>
    <w:p>
      <w:r>
        <w:rPr>
          <w:b/>
        </w:rPr>
        <w:t xml:space="preserve">[13:21] </w:t>
      </w:r>
      <w:r>
        <w:t>to is ayat mein bahut hi bara ek ek chupa hua tha ek ke aye insan tu yeh kehta hai ke Allah ko main dekhta nahin to main kaise manun is ko.</w:t>
      </w:r>
    </w:p>
    <w:p>
      <w:pPr>
        <w:jc w:val="right"/>
      </w:pPr>
      <w:r>
        <w:t>تو اس آیت میں بہت ہی بڑا ایک ایک چھپا ہوا تھا ایک کہ اے انسان تو یہ کہتا ہے کہ اللہ کو میں دیکھتا نہیں تو میں کیسے مانوں اس کو۔</w:t>
      </w:r>
    </w:p>
    <w:p>
      <w:r>
        <w:rPr>
          <w:b/>
        </w:rPr>
        <w:t xml:space="preserve">[13:36] </w:t>
      </w:r>
      <w:r>
        <w:t>is par ghor kijie. is ayat mein yeh chupa hua hai ke Quran yeh keh raha hai ke aye insan tu kehta hai ke main Allah ko nahin dekhta to main kaise manun is ko.</w:t>
      </w:r>
    </w:p>
    <w:p>
      <w:pPr>
        <w:jc w:val="right"/>
      </w:pPr>
      <w:r>
        <w:t>اس پر غور کیجئے۔ اس آیت میں یہ چھپا ہوا ہے کہ قرآن یہ کہہ رہا ہے کہ اے انسان تو کہتا ہے کہ میں اللہ کو نہیں دیکھتا تو میں کیسے مانوں اس کو۔</w:t>
      </w:r>
    </w:p>
    <w:p>
      <w:r>
        <w:rPr>
          <w:b/>
        </w:rPr>
        <w:t xml:space="preserve">[13:52] </w:t>
      </w:r>
      <w:r>
        <w:t>lekin is kainat mein jo law of nature hai us ke andar maine jo ilm chupa rakha hai woh ek din zahir hoga. science kya hai?</w:t>
      </w:r>
    </w:p>
    <w:p>
      <w:pPr>
        <w:jc w:val="right"/>
      </w:pPr>
      <w:r>
        <w:t>لیکن اس کائنات میں جو لا آف نیچر ہے اس کے اندر میں نے جو علم چھپا رکھا ہے وہ ایک دن ظاہر ہوگا۔ سائنس کیا ہے؟</w:t>
      </w:r>
    </w:p>
    <w:p>
      <w:r>
        <w:rPr>
          <w:b/>
        </w:rPr>
        <w:t xml:space="preserve">[14:02] </w:t>
      </w:r>
      <w:r>
        <w:t>science naam hai jo ilm chupa hua tha nature mein usi ko usi ko daryaft karne ka.</w:t>
      </w:r>
    </w:p>
    <w:p>
      <w:pPr>
        <w:jc w:val="right"/>
      </w:pPr>
      <w:r>
        <w:t>سائنس نام ہے جو علم چھپا ہوا تھا نیچر میں اسی کو اسی کو دریافت کرنے کا۔</w:t>
      </w:r>
    </w:p>
    <w:p>
      <w:r>
        <w:rPr>
          <w:b/>
        </w:rPr>
        <w:t xml:space="preserve">[14:13] </w:t>
      </w:r>
      <w:r>
        <w:t>to yeh kaha yeh ayat woh keh rahi hai ke aye insan ek din aye ga jab ke is is nature mein jo ilm main ne chupa rakha hai woh khule ga.</w:t>
      </w:r>
    </w:p>
    <w:p>
      <w:pPr>
        <w:jc w:val="right"/>
      </w:pPr>
      <w:r>
        <w:t>تو یہ کہا یہ آیت وہ کہہ رہی ہے کہ اے انسان ایک دن آئے گا جب کہ اس اس نیچر میں جو علم میں نے چھپا رکھا ہے وہ کھلے گا۔</w:t>
      </w:r>
    </w:p>
    <w:p>
      <w:r>
        <w:rPr>
          <w:b/>
        </w:rPr>
        <w:t xml:space="preserve">[14:23] </w:t>
      </w:r>
      <w:r>
        <w:t>woh zahir hoga. aur phir tum jan lo ge ke sab kuch is dauran mein ghaibi mein likha Allah ne. yani Allah ne agar yeh mang ki aap se insan se ke Allah ko mano ghaib mein baghair dekhe hue.</w:t>
      </w:r>
    </w:p>
    <w:p>
      <w:pPr>
        <w:jc w:val="right"/>
      </w:pPr>
      <w:r>
        <w:t>وہ ظاہر ہوگا۔ اور پھر تم جان لو گے کہ سب کچھ اس دوران میں غیبی میں لکھا اللہ نے۔ یعنی اللہ نے اگر یہ مانگ کی آپ سے انسان سے کہ اللہ کو مانو غیب میں بغیر دیکھے ہوئے۔</w:t>
      </w:r>
    </w:p>
    <w:p>
      <w:r>
        <w:rPr>
          <w:b/>
        </w:rPr>
        <w:t xml:space="preserve">[14:42] </w:t>
      </w:r>
      <w:r>
        <w:t>to yeh Allah taala ne ki ki ki rehmat ka taqaza hua ke insan ko kisi musibat na dale. yeh yeh rehmat hai yeh rehmat.</w:t>
      </w:r>
    </w:p>
    <w:p>
      <w:pPr>
        <w:jc w:val="right"/>
      </w:pPr>
      <w:r>
        <w:t>تو یہ اللہ تعالیٰ نے کی کی کی رحمت کا تقاضا ہوا کہ انسان کو کسی مصیبت نہ ڈالے۔ یہ یہ رحمت ہے یہ رحمت۔</w:t>
      </w:r>
    </w:p>
    <w:p>
      <w:r>
        <w:rPr>
          <w:b/>
        </w:rPr>
        <w:t xml:space="preserve">[14:53] </w:t>
      </w:r>
      <w:r>
        <w:t>yeh rehmat ki baat hai yeh ke Allah ne tamam cheezon ko unseen bana diya.</w:t>
      </w:r>
    </w:p>
    <w:p>
      <w:pPr>
        <w:jc w:val="right"/>
      </w:pPr>
      <w:r>
        <w:t>یہ رحمت کی بات ہے یہ کہ اللہ نے تمام چیزوں کو ان سین بنا دیا۔</w:t>
      </w:r>
    </w:p>
    <w:p>
      <w:r>
        <w:rPr>
          <w:b/>
        </w:rPr>
        <w:t xml:space="preserve">[15:03] </w:t>
      </w:r>
      <w:r>
        <w:t>tamam cheezon ko unseen bana diya. ke jab tum daryaft karo ge universe ko nature ko aur is kainat ko to tum jano ge ke haqeeqat ke aitbar se to yahan sab kuch unseen hai.</w:t>
      </w:r>
    </w:p>
    <w:p>
      <w:pPr>
        <w:jc w:val="right"/>
      </w:pPr>
      <w:r>
        <w:t>تمام چیزوں کو ان سین بنا دیا۔ کہ جب تم دریافت کرو گے یونیورس کو نیچر کو اور اس کائنات کو تو تم جانو گے کہ حقیقت کے اعتبار سے تو یہاں سب کچھ ان سین ہے۔</w:t>
      </w:r>
    </w:p>
    <w:p>
      <w:r>
        <w:rPr>
          <w:b/>
        </w:rPr>
        <w:t xml:space="preserve">[15:23] </w:t>
      </w:r>
      <w:r>
        <w:t>to Khuda bhi unseen hai to mujhe agar yeh manta hoon to wohi manna pare ga mujhe. agar main Khuda ka inkar karun to mujhe poori kainat ka inkar karna pare ga.</w:t>
      </w:r>
    </w:p>
    <w:p>
      <w:pPr>
        <w:jc w:val="right"/>
      </w:pPr>
      <w:r>
        <w:t>تو خدا بھی ان سین ہے تو مجھے اگر یہ مانتا ہوں تو وہی ماننا پڑے گا مجھے۔ اگر میں خدا کا انکار کروں تو مجھے پوری کائنات کا انکار کرنا پڑے گا۔</w:t>
      </w:r>
    </w:p>
    <w:p>
      <w:r>
        <w:rPr>
          <w:b/>
        </w:rPr>
        <w:t xml:space="preserve">[15:35] </w:t>
      </w:r>
      <w:r>
        <w:t>is buniyad par agar aap inkar karen ke Khuda dikhai nahin deta main kaise manun is ko.</w:t>
      </w:r>
    </w:p>
    <w:p>
      <w:pPr>
        <w:jc w:val="right"/>
      </w:pPr>
      <w:r>
        <w:t>اس بنیاد پر اگر آپ انکار کریں کہ خدا دکھائی نہیں دیتا میں کیسے مانوں اس کو۔</w:t>
      </w:r>
    </w:p>
    <w:p>
      <w:r>
        <w:rPr>
          <w:b/>
        </w:rPr>
        <w:t xml:space="preserve">[15:45] </w:t>
      </w:r>
      <w:r>
        <w:t>mujhe yad ata hai ke Lucknow se ek parcha nikalta tha naangar is ke jo editor sahab the mashhoor tha ke woh atheist hain.</w:t>
      </w:r>
    </w:p>
    <w:p>
      <w:pPr>
        <w:jc w:val="right"/>
      </w:pPr>
      <w:r>
        <w:t>مجھے یاد آتا ہے کہ لکھنو سے ایک پرچہ نکلتا تھا نا نگار اس کے جو ایڈٹر صاحب تھے مشہور تھا کہ وہ ایتھیسٹ ہیں۔</w:t>
      </w:r>
    </w:p>
    <w:p>
      <w:r>
        <w:rPr>
          <w:b/>
        </w:rPr>
        <w:t xml:space="preserve">[15:58] </w:t>
      </w:r>
      <w:r>
        <w:t>atheist hain. to woh unhon ne likha tha ek mazmoon ek bar ke yeh zamana woh angrezi parhe hue the to woh samajhte the ke main janta hoon is baton ko.</w:t>
      </w:r>
    </w:p>
    <w:p>
      <w:pPr>
        <w:jc w:val="right"/>
      </w:pPr>
      <w:r>
        <w:t>ایتھیسٹ ہیں۔ تو وہ انہوں نے لکھا تھا ایک مضمون ایک بار کہ یہ زمانہ وہ انگریزی پڑھے ہوئے تھے تو وہ سمجھتے تھے کہ میں جانتا ہوں اس باتوں کو۔</w:t>
      </w:r>
    </w:p>
    <w:p>
      <w:r>
        <w:rPr>
          <w:b/>
        </w:rPr>
        <w:t xml:space="preserve">[16:15] </w:t>
      </w:r>
      <w:r>
        <w:t>to unhon ne likha tha mazmoon ke yeh yeh zamana yeh tajrube o shuhud ka zamana hai. yani bahut zabardast reference hai yeh ke mazhab ke logon ko mukhatib karte hue kaha tha unhon ne ke aap hum se mang kar rahe hain ke ghaib ko mano.</w:t>
      </w:r>
    </w:p>
    <w:p>
      <w:pPr>
        <w:jc w:val="right"/>
      </w:pPr>
      <w:r>
        <w:t>تو انہوں نے لکھا تھا مضمون کہ یہ یہ زمانہ یہ تجربے و شہود کا زمانہ ہے۔ یعنی بہت زبردست ریفرنس ہے یہ کہ مذہب کے لوگوں کو مخاطب کرتے ہوئے کہا تھا انہوں نے کہ آپ ہم سے مانگ کر رہے ہیں کہ غیب کو مانو۔</w:t>
      </w:r>
    </w:p>
    <w:p>
      <w:r>
        <w:rPr>
          <w:b/>
        </w:rPr>
        <w:t xml:space="preserve">[16:35] </w:t>
      </w:r>
      <w:r>
        <w:t>magar yeh zamana to tajruba o shuhud ko manne ka zamana hai. ab ab woh ghaib wali baat chali gai. yani tum hum se mang rahe ho yom bil ghaib.</w:t>
      </w:r>
    </w:p>
    <w:p>
      <w:pPr>
        <w:jc w:val="right"/>
      </w:pPr>
      <w:r>
        <w:t>مگر یہ زمانہ تو تجربہ و شہود کو ماننے کا زمانہ ہے۔ اب اب وہ غیب والی بات چلی گئی۔ یعنی تم ہم سے مانگ رہے ہو یوم بالغیب۔</w:t>
      </w:r>
    </w:p>
    <w:p>
      <w:r>
        <w:rPr>
          <w:b/>
        </w:rPr>
        <w:t xml:space="preserve">[16:48] </w:t>
      </w:r>
      <w:r>
        <w:t>ab zamana to yom bit tajruba o shuhud hai. lekin yeh thi Newton ke zamane ki physics. Galileo aur Newton ke zamane ki physics thi.</w:t>
      </w:r>
    </w:p>
    <w:p>
      <w:pPr>
        <w:jc w:val="right"/>
      </w:pPr>
      <w:r>
        <w:t>اب زمانہ تو یوم بالتجربہ و شہود ہے۔ لیکن یہ تھی نیوٹن کے زمانے کی فزکس۔ گلیلیو اور نیوٹن کے زمانے کی فزکس تھی۔</w:t>
      </w:r>
    </w:p>
    <w:p>
      <w:r>
        <w:rPr>
          <w:b/>
        </w:rPr>
        <w:t xml:space="preserve">[17:00] </w:t>
      </w:r>
      <w:r>
        <w:t>lekin yeh yeh is physics baat ki research mein baqi nahin rahi. hote hote wahan yahan tak hua ke aap ke duniya mein quantum physics ka zamana aa gaya.</w:t>
      </w:r>
    </w:p>
    <w:p>
      <w:pPr>
        <w:jc w:val="right"/>
      </w:pPr>
      <w:r>
        <w:t>لیکن یہ یہ اس فزکس بات کی ریسرچ میں باقی نہیں رہی۔ ہوتے ہوتے وہاں یہاں تک ہوا کہ آپ کہ دنیا میں کوانٹم فزکس کا زمانہ آ گیا۔</w:t>
      </w:r>
    </w:p>
    <w:p>
      <w:r>
        <w:rPr>
          <w:b/>
        </w:rPr>
        <w:t xml:space="preserve">[17:17] </w:t>
      </w:r>
      <w:r>
        <w:t>yani woh physics khatam ho gai jo Newton ke zamane mein thi. quantum physics ka zamana aa gaya. aur is ne yeh bataya ke yeh farq hai hi nahin</w:t>
      </w:r>
    </w:p>
    <w:p>
      <w:pPr>
        <w:jc w:val="right"/>
      </w:pPr>
      <w:r>
        <w:t>یعنی وہ فزکس ختم ہو گئی جو نیوٹن کے زمانے میں تھی۔ کوانٹم فزکس کا زمانہ آ گیا۔ اور اس نے یہ بتایا کہ یہ فرق ہے ہی نہیں</w:t>
      </w:r>
    </w:p>
    <w:p>
      <w:r>
        <w:rPr>
          <w:b/>
        </w:rPr>
        <w:t xml:space="preserve">[17:31] </w:t>
      </w:r>
      <w:r>
        <w:t>jo jo yeh kaha tha naangar ke editor ne ke yeh zamana yom bit tajruba o shuhud ka zamana hai. woh bhi zamana khatam ho gaya.</w:t>
      </w:r>
    </w:p>
    <w:p>
      <w:pPr>
        <w:jc w:val="right"/>
      </w:pPr>
      <w:r>
        <w:t>جو جو یہ کہا تھا نگار کے ایڈٹر نے کہ یہ زمانہ یوم بالتجربہ و شہود کا زمانہ ہے۔ وہ بھی زمانہ ختم ہو گیا۔</w:t>
      </w:r>
    </w:p>
    <w:p>
      <w:r>
        <w:rPr>
          <w:b/>
        </w:rPr>
        <w:t xml:space="preserve">[17:41] </w:t>
      </w:r>
      <w:r>
        <w:t>ab to poora ilm yom bil ghaib par qaim hai.</w:t>
      </w:r>
    </w:p>
    <w:p>
      <w:pPr>
        <w:jc w:val="right"/>
      </w:pPr>
      <w:r>
        <w:t>اب تو پورا علم یوم بالغیب پر قائم ہے۔</w:t>
      </w:r>
    </w:p>
    <w:p>
      <w:r>
        <w:rPr>
          <w:b/>
        </w:rPr>
        <w:t xml:space="preserve">[17:48] </w:t>
      </w:r>
      <w:r>
        <w:t>yani mez ko bhi aap ko manna pare ga isi usool se jis usool se aap Allah rab ul alameen ko mante hain.</w:t>
      </w:r>
    </w:p>
    <w:p>
      <w:pPr>
        <w:jc w:val="right"/>
      </w:pPr>
      <w:r>
        <w:t>یعنی میز کو بھی آپ کو ماننا پڑے گا اسی اصول سے جس اصول سے آپ اللہ رب العالمین کو مانتے ہیں۔</w:t>
      </w:r>
    </w:p>
    <w:p>
      <w:r>
        <w:rPr>
          <w:b/>
        </w:rPr>
        <w:t xml:space="preserve">[17:57] </w:t>
      </w:r>
      <w:r>
        <w:t>is mein dekhiye kitna yaqeen bhara hua hai ke Quran Allah ki kitab hai. paighambar jo aaye woh haqeeqi ilm le kar aaye.</w:t>
      </w:r>
    </w:p>
    <w:p>
      <w:pPr>
        <w:jc w:val="right"/>
      </w:pPr>
      <w:r>
        <w:t>اس میں دیکھئے کتنا یقین بھرا ہوا ہے کہ قرآن اللہ کی کتاب ہے۔ پیغمبر جو آئے وہ حقیقی علم لے کر آئے۔</w:t>
      </w:r>
    </w:p>
    <w:p>
      <w:r>
        <w:rPr>
          <w:b/>
        </w:rPr>
        <w:t xml:space="preserve">[18:14] </w:t>
      </w:r>
      <w:r>
        <w:t>kitna yaqeen hai. yani is ke mani yeh hain ke Quran ka musannif woh hai jo quantum physics ke samne ane se bahut pehle janta tha ke kya hai quantum physics.</w:t>
      </w:r>
    </w:p>
    <w:p>
      <w:pPr>
        <w:jc w:val="right"/>
      </w:pPr>
      <w:r>
        <w:t>کتنا یقین ہے۔ یعنی اس کے معنی یہ ہیں کہ قرآن کا مصنف وہ ہے جو کوانٹم فزکس کے سامنے آنے سے بہت پہلے جانتا تھا کہ کیا ہے کوانٹم فزکس۔</w:t>
      </w:r>
    </w:p>
    <w:p>
      <w:r>
        <w:rPr>
          <w:b/>
        </w:rPr>
        <w:t xml:space="preserve">[18:36] </w:t>
      </w:r>
      <w:r>
        <w:t>is se bahut pehle. aap jante hain Quran utra</w:t>
      </w:r>
    </w:p>
    <w:p>
      <w:pPr>
        <w:jc w:val="right"/>
      </w:pPr>
      <w:r>
        <w:t>اس سے بہت پہلے۔ آپ جانتے ہیں قرآن اترا</w:t>
      </w:r>
    </w:p>
    <w:p>
      <w:r>
        <w:rPr>
          <w:b/>
        </w:rPr>
        <w:t xml:space="preserve">[18:43] </w:t>
      </w:r>
      <w:r>
        <w:t>saatveen sadi isvi mein. quran utra tha saatveen sadi isvi mein. aur yeh waqea tha beesveen sadi isvi ka. beesveen sadi isvi ka itne zamanay ke baad.</w:t>
      </w:r>
    </w:p>
    <w:p>
      <w:pPr>
        <w:jc w:val="right"/>
      </w:pPr>
      <w:r>
        <w:t>ساتویں صدی عیسوی میں۔ قرآن اترا تھا ساتویں صدی عیسوی میں۔ اور یہ واقعہ تھا بیسویں صدی عیسوی کا۔ بیسویں صدی عیسوی کا اتنے زمانے کے بعد۔</w:t>
      </w:r>
    </w:p>
    <w:p>
      <w:r>
        <w:rPr>
          <w:b/>
        </w:rPr>
        <w:t xml:space="preserve">[18:56] </w:t>
      </w:r>
      <w:r>
        <w:t>to is ke mani hain ke jo waqea hone wala tha beesveen sadi isvi mein us ko quran ka musannif quran ka author janta tha saatveen sadi isvi mein.</w:t>
      </w:r>
    </w:p>
    <w:p>
      <w:pPr>
        <w:jc w:val="right"/>
      </w:pPr>
      <w:r>
        <w:t>تو اس کے معنی ہیں کہ جو واقعہ ہونے والا تھا بیسویں صدی عیسوی میں اس کو قرآن کا مصنف قرآن کا آتھر جانتا تھا ساتویں صدی عیسوی میں۔</w:t>
      </w:r>
    </w:p>
    <w:p>
      <w:r>
        <w:rPr>
          <w:b/>
        </w:rPr>
        <w:t xml:space="preserve">[19:08] </w:t>
      </w:r>
      <w:r>
        <w:t>zara ghor kijiye.</w:t>
      </w:r>
    </w:p>
    <w:p>
      <w:pPr>
        <w:jc w:val="right"/>
      </w:pPr>
      <w:r>
        <w:t>ذرا غور کیجئے۔</w:t>
      </w:r>
    </w:p>
    <w:p>
      <w:r>
        <w:rPr>
          <w:b/>
        </w:rPr>
        <w:t xml:space="preserve">[19:12] </w:t>
      </w:r>
      <w:r>
        <w:t>bohat se log dimaghon ki research ke baad sadiyon ki research ke baad jo waqea ilm mein aa raha tha insan ko insan ke ilm mein aanay wala tha beesveen sadi isvi mein us ko quran ka jo author tha us ne saatveen sadi isvi mein us ko maloom tha.</w:t>
      </w:r>
    </w:p>
    <w:p>
      <w:pPr>
        <w:jc w:val="right"/>
      </w:pPr>
      <w:r>
        <w:t>بہت سے لوگ دماغوں کی ریسرچ کے بعد صدیوں کی ریسرچ کے بعد جو واقعہ علم میں آ رہا تھا انسان کو انسان کے علم میں آنے والا تھا بیسویں صدی عیسوی میں اس کو قرآن کا جو آتھر تھا اس نے ساتویں صدی عیسوی میں اس کو معلوم تھا۔</w:t>
      </w:r>
    </w:p>
    <w:p>
      <w:r>
        <w:rPr>
          <w:b/>
        </w:rPr>
        <w:t xml:space="preserve">[19:32] </w:t>
      </w:r>
      <w:r>
        <w:t>aur us ne isi mein keh diya ke tum ko aakhir mein yahi aana paray ga. tum jo yeh kehte ho ke khuda ko dikhao to hum manen ge hum. yeh sab tumhara bilkul dewalsh ho gaya hai ho jaye ga.</w:t>
      </w:r>
    </w:p>
    <w:p>
      <w:pPr>
        <w:jc w:val="right"/>
      </w:pPr>
      <w:r>
        <w:t>اور اس نے اسی میں کہہ دیا کہ تم کو آخر میں یہی آنا پڑے گا۔ تم جو یہ کہتے ہو کہ خدا کو دکھاؤ تو ہم مانیں گے ہم۔ یہ سب تمہارا بالکل ڈیوالش ہو گیا ہے ہو جائے گا۔</w:t>
      </w:r>
    </w:p>
    <w:p>
      <w:r>
        <w:rPr>
          <w:b/>
        </w:rPr>
        <w:t xml:space="preserve">[19:44] </w:t>
      </w:r>
      <w:r>
        <w:t>wo zamana aanay wala hai. wo zamana aanay wala hai. to dekhiye quran ke sare jo haqaiq hain wo ghor o fikr par mabni hain.</w:t>
      </w:r>
    </w:p>
    <w:p>
      <w:pPr>
        <w:jc w:val="right"/>
      </w:pPr>
      <w:r>
        <w:t>وہ زمانہ آنے والا ہے۔ وہ زمانہ آنے والا ہے۔ تو دیکھئے قرآن کے سارے جو حقائق ہیں وہ غور و فکر پر مبنی ہیں۔</w:t>
      </w:r>
    </w:p>
    <w:p>
      <w:r>
        <w:rPr>
          <w:b/>
        </w:rPr>
        <w:t xml:space="preserve">[19:57] </w:t>
      </w:r>
      <w:r>
        <w:t>isi liye jo nazariya nikala gaya hai wo is ka nazam order wo samajhte hain ke fehm quran ki kaleed fehm quran ki jo kaleed hai fehm quran ki jo kunji hai master kunji wo order ko janna.</w:t>
      </w:r>
    </w:p>
    <w:p>
      <w:pPr>
        <w:jc w:val="right"/>
      </w:pPr>
      <w:r>
        <w:t>اسی لیے جو نظریہ نکالا گیا ہے وہ اس کا نظم آرڈر وہ سمجھتے ہیں کہ فہم قرآن کی کلید فہم قرآن کی جو کلید ہے فہم قرآن کی جو کنجی ہے ماسٹر کنجی وہ آرڈر کو جاننا۔</w:t>
      </w:r>
    </w:p>
    <w:p>
      <w:r>
        <w:rPr>
          <w:b/>
        </w:rPr>
        <w:t xml:space="preserve">[20:13] </w:t>
      </w:r>
      <w:r>
        <w:t>yeh to bilkul ridiculous maloom hota hai ridiculous. fehm quran ki kaleed hai tadabbur.</w:t>
      </w:r>
    </w:p>
    <w:p>
      <w:pPr>
        <w:jc w:val="right"/>
      </w:pPr>
      <w:r>
        <w:t>یہ تو بالکل ریڈیکولس معلوم ہوتا ہے ریڈیکولس۔ فہم قرآن کی کلید ہے تدبر۔</w:t>
      </w:r>
    </w:p>
    <w:p>
      <w:r>
        <w:rPr>
          <w:b/>
        </w:rPr>
        <w:t xml:space="preserve">[20:21] </w:t>
      </w:r>
      <w:r>
        <w:t>yani in logon ne yeh nahi socha ke kahan likha hua hai quran mein ke fehm quran ki kaleed hai order nazam yeh to kahin likha hua hai nahi.</w:t>
      </w:r>
    </w:p>
    <w:p>
      <w:pPr>
        <w:jc w:val="right"/>
      </w:pPr>
      <w:r>
        <w:t>یعنی ان لوگوں نے یہ نہیں سوچا کہ کہاں لکھا ہوا ہے قرآن میں کہ فہم قرآن کی کلید ہے آرڈر نظم یہ تو کہیں لکھا ہوا ہے نہیں۔</w:t>
      </w:r>
    </w:p>
    <w:p>
      <w:r>
        <w:rPr>
          <w:b/>
        </w:rPr>
        <w:t xml:space="preserve">[20:31] </w:t>
      </w:r>
      <w:r>
        <w:t>lekin yeh likha hua hai ke quran mein tadabbur karo to quran ke ghar maloom ho gaye.</w:t>
      </w:r>
    </w:p>
    <w:p>
      <w:pPr>
        <w:jc w:val="right"/>
      </w:pPr>
      <w:r>
        <w:t>لیکن یہ لکھا ہوا ہے کہ قرآن میں تدبر کرو تو قرآن کے گھر معلوم ہو گئے۔</w:t>
      </w:r>
    </w:p>
    <w:p>
      <w:r>
        <w:rPr>
          <w:b/>
        </w:rPr>
        <w:t xml:space="preserve">[20:41] </w:t>
      </w:r>
      <w:r>
        <w:t>kesi ajeeb baat hai ke jo cheez quran mein likhi hui nahi hai nahi hai us ko to jana hai logon ne aur jo likhi hui hai us se bekhabar ho gaye.</w:t>
      </w:r>
    </w:p>
    <w:p>
      <w:pPr>
        <w:jc w:val="right"/>
      </w:pPr>
      <w:r>
        <w:t>کیسی عجیب بات ہے کہ جو چیز قرآن میں لکھی ہوئی نہیں ہے نہیں ہے اس کو تو جانا ہے لوگوں نے اور جو لکھی ہوئی ہے اس سے بے خبر ہو گئے۔</w:t>
      </w:r>
    </w:p>
    <w:p>
      <w:r>
        <w:rPr>
          <w:b/>
        </w:rPr>
        <w:t xml:space="preserve">[20:50] </w:t>
      </w:r>
      <w:r>
        <w:t>agar tarteeb agar yeh nazam aur order fehm quran ki kaleed thi to quran mein likha hua kyun nahi hai? likha kyun nahi hai?</w:t>
      </w:r>
    </w:p>
    <w:p>
      <w:pPr>
        <w:jc w:val="right"/>
      </w:pPr>
      <w:r>
        <w:t>اگر ترتیب اگر یہ نظم اور آرڈر فہم قرآن کی کلید تھی تو قرآن میں لکھا ہوا کیوں نہیں ہے؟ لکھا کیوں نہیں ہے؟</w:t>
      </w:r>
    </w:p>
    <w:p>
      <w:r>
        <w:rPr>
          <w:b/>
        </w:rPr>
        <w:t xml:space="preserve">[21:03] </w:t>
      </w:r>
      <w:r>
        <w:t>quran mein to likha hua hai ke tadabbur karo tafakkur karo tab tum quran ki gehri baton ko jano ge. khud se nikal liya kuch logon ne ke quran mein nazam ko daryaft karo.</w:t>
      </w:r>
    </w:p>
    <w:p>
      <w:pPr>
        <w:jc w:val="right"/>
      </w:pPr>
      <w:r>
        <w:t>قرآن میں تو لکھا ہوا ہے کہ تدبر کرو تفکر کرو تب تم قرآن کی گہری باتوں کو جانو گے۔ خود سے نکال لیا کچھ لوگوں نے کہ قرآن میں نظم کو دریافت کرو۔</w:t>
      </w:r>
    </w:p>
    <w:p>
      <w:r>
        <w:rPr>
          <w:b/>
        </w:rPr>
        <w:t xml:space="preserve">[21:17] </w:t>
      </w:r>
      <w:r>
        <w:t>khair yeh ek zamni baat thi lekin chunke main mehsoos karta hoon ke jo log phanse hue hain yeh nazam ke concept mein wo quran ke gehre mani se bekhabar hain.</w:t>
      </w:r>
    </w:p>
    <w:p>
      <w:pPr>
        <w:jc w:val="right"/>
      </w:pPr>
      <w:r>
        <w:t>خیر یہ ایک ضمنی بات تھی لیکن چونکہ میں محسوس کرتا ہوں کہ جو لوگ پھنسے ہوئے ہیں یہ نظم کے کانسیپٹ میں وہ قرآن کے گہرے معنی سے بے خبر ہیں۔</w:t>
      </w:r>
    </w:p>
    <w:p>
      <w:r>
        <w:rPr>
          <w:b/>
        </w:rPr>
        <w:t xml:space="preserve">[21:32] </w:t>
      </w:r>
      <w:r>
        <w:t>jo log phanse hue hain is is is is concept mein ke suraton ke darmiyan nazam ayaton ke darmiyan nazam poore quran mein nazam jo phanse hue hain wo quran ke gehre mani se bilkul bekhabar hain.</w:t>
      </w:r>
    </w:p>
    <w:p>
      <w:pPr>
        <w:jc w:val="right"/>
      </w:pPr>
      <w:r>
        <w:t>جو لوگ پھنسے ہوئے ہیں اس اس اس اس کانسیپٹ میں کہ سورتوں کے درمیان نظم آیتوں کے درمیان نظم پورے قرآن میں نظم جو پھنسے ہوئے ہیں وہ قرآن کے گہرے معنی سے بالکل بے خبر ہیں۔</w:t>
      </w:r>
    </w:p>
    <w:p>
      <w:r>
        <w:rPr>
          <w:b/>
        </w:rPr>
        <w:t xml:space="preserve">[21:52] </w:t>
      </w:r>
      <w:r>
        <w:t>bilkul bekhabar hain.</w:t>
      </w:r>
    </w:p>
    <w:p>
      <w:pPr>
        <w:jc w:val="right"/>
      </w:pPr>
      <w:r>
        <w:t>بالکل بے خبر ہیں۔</w:t>
      </w:r>
    </w:p>
    <w:p>
      <w:r>
        <w:rPr>
          <w:b/>
        </w:rPr>
        <w:t xml:space="preserve">[21:57] </w:t>
      </w:r>
      <w:r>
        <w:t>misal ke taur par dekhiye haal mein ek kitab maine parhi ek bohat bara aalim ki kitab hai wo bohat bara aalim ki kitab hai. wo likhte hain ke islam ka jo target hai wo hai dunya mein zulm ko mitana.</w:t>
      </w:r>
    </w:p>
    <w:p>
      <w:pPr>
        <w:jc w:val="right"/>
      </w:pPr>
      <w:r>
        <w:t>مثلاً دیکھئے حال میں ایک کتاب میں نے پڑھی ایک بہت بڑا عالم کی کتاب ہے وہ بہت بڑا عالم کی کتاب ہے۔ وہ لکھتے ہیں کہ اسلام کا جو ٹارگٹ ہے وہ ہے دنیا میں ظلم کو مٹانا۔</w:t>
      </w:r>
    </w:p>
    <w:p>
      <w:r>
        <w:rPr>
          <w:b/>
        </w:rPr>
        <w:t xml:space="preserve">[22:17] </w:t>
      </w:r>
      <w:r>
        <w:t>dunya mein zulm ko mitana. yeh target hai. kahan likha hua hai? ab maine socha ke kahan quran mein likha hua hai?</w:t>
      </w:r>
    </w:p>
    <w:p>
      <w:pPr>
        <w:jc w:val="right"/>
      </w:pPr>
      <w:r>
        <w:t>دنیا میں ظلم کو مٹانا۔ یہ ٹارگٹ ہے۔ کہاں لکھا ہوا ہے؟ اب میں نے سوچا کہ کہاں قرآن میں لکھا ہوا ہے؟</w:t>
      </w:r>
    </w:p>
    <w:p>
      <w:r>
        <w:rPr>
          <w:b/>
        </w:rPr>
        <w:t xml:space="preserve">[22:26] </w:t>
      </w:r>
      <w:r>
        <w:t>sare quran mein kahin yeh likha hua nahi hai ke quran ke islam ka nishana hai zulm ko mitana. yeh isi isi liye hai ke wo order khud sakhta tor par kuch nazam daryaft kar raha hai samjhen ke sab kuch maloom ho gaya.</w:t>
      </w:r>
    </w:p>
    <w:p>
      <w:pPr>
        <w:jc w:val="right"/>
      </w:pPr>
      <w:r>
        <w:t>سارے قرآن میں کہیں یہ لکھا ہوا نہیں ہے کہ قرآن کے اسلام کا نشانہ ہے ظلم کو مٹانا۔ یہ اسی اسی لیے ہے کہ وہ آرڈر خود ساختہ طور پر کچھ نظم دریافت کر رہا ہے سمجھیں کہ سب کچھ معلوم ہو گیا۔</w:t>
      </w:r>
    </w:p>
    <w:p>
      <w:r>
        <w:rPr>
          <w:b/>
        </w:rPr>
        <w:t xml:space="preserve">[22:44] </w:t>
      </w:r>
      <w:r>
        <w:t>dekhen zulm ko mitana target ho nahi sakta. kyun? jab aap yeh nazariya banayen ke hamein dunya se dunya se zulm ko mitana hai to jante hain kya hota hai?</w:t>
      </w:r>
    </w:p>
    <w:p>
      <w:pPr>
        <w:jc w:val="right"/>
      </w:pPr>
      <w:r>
        <w:t>دیکھیں ظلم کو مٹانا ٹارگٹ ہو نہیں سکتا۔ کیوں؟ جب آپ یہ نظریہ بنائیں کہ ہمیں دنیا سے دنیا سے ظلم کو مٹانا ہے تو جانتے ہیں کیا ہوتا ہے؟</w:t>
      </w:r>
    </w:p>
    <w:p>
      <w:r>
        <w:rPr>
          <w:b/>
        </w:rPr>
        <w:t xml:space="preserve">[22:58] </w:t>
      </w:r>
      <w:r>
        <w:t>har zulm ke peechay koi zalim hota hai. yani kuch log power of seat par bethe hue hain. authority authority ki seat par bethe hue hain.</w:t>
      </w:r>
    </w:p>
    <w:p>
      <w:pPr>
        <w:jc w:val="right"/>
      </w:pPr>
      <w:r>
        <w:t>ہر ظلم کے پیچھے کوئی ظالم ہوتا ہے۔ یعنی کچھ لوگ پاور آف سیٹ پر بیٹھے ہوئے ہیں۔ اتھارٹی اتھارٹی کی سیٹ پر بیٹھے ہوئے ہیں۔</w:t>
      </w:r>
    </w:p>
    <w:p>
      <w:r>
        <w:rPr>
          <w:b/>
        </w:rPr>
        <w:t xml:space="preserve">[23:10] </w:t>
      </w:r>
      <w:r>
        <w:t>inhi ko aap kehte hain ke zulm kar rahe hain. jis cheez ko aap zulm kehte hain wo aap ka apna lafz hai. apna lafz hai.</w:t>
      </w:r>
    </w:p>
    <w:p>
      <w:pPr>
        <w:jc w:val="right"/>
      </w:pPr>
      <w:r>
        <w:t>انہی کو آپ کہتے ہیں کہ ظلم کر رہے ہیں۔ جس چیز کو آپ ظلم کہتے ہیں وہ آپ کا اپنا لفظ ہے۔ اپنا لفظ ہے۔</w:t>
      </w:r>
    </w:p>
    <w:p>
      <w:r>
        <w:rPr>
          <w:b/>
        </w:rPr>
        <w:t xml:space="preserve">[23:19] </w:t>
      </w:r>
      <w:r>
        <w:t>main bhi mere nazdeek yeh bhi tanazar bil laqab hai. unhon ne khud to nahi kaha ke hum zulm hum karna hai. aap kehte hain ke wo zulm kar rahe hain.</w:t>
      </w:r>
    </w:p>
    <w:p>
      <w:pPr>
        <w:jc w:val="right"/>
      </w:pPr>
      <w:r>
        <w:t>میں بھی میرے نزدیک یہ بھی تناظر باللقاب ہے۔ انہوں نے خود تو نہیں کہا کہ ہم ظلم ہم کرنا ہے۔ آپ کہتے ہیں کہ وہ ظلم کر رہے ہیں۔</w:t>
      </w:r>
    </w:p>
    <w:p>
      <w:r>
        <w:rPr>
          <w:b/>
        </w:rPr>
        <w:t xml:space="preserve">[23:28] </w:t>
      </w:r>
      <w:r>
        <w:t>phir aap kehte hain ke hamein mitana hai. ab dekhiye ke jis ko aap zalim batayen ge wo is ke pas to taqat hai to wo zahir hai ke wo resource kare ga.</w:t>
      </w:r>
    </w:p>
    <w:p>
      <w:pPr>
        <w:jc w:val="right"/>
      </w:pPr>
      <w:r>
        <w:t>پھر آپ کہتے ہیں کہ ہمیں مٹانا ہے۔ اب دیکھئے کہ جس کو آپ ظالم بتائیں گے وہ اس کے پاس تو طاقت ہے تو وہ ظاہر ہے کہ وہ ریسورس کرے گا۔</w:t>
      </w:r>
    </w:p>
    <w:p>
      <w:r>
        <w:rPr>
          <w:b/>
        </w:rPr>
        <w:t xml:space="preserve">[23:43] </w:t>
      </w:r>
      <w:r>
        <w:t>wo jawab jawab bhi karwai kare ga. to phir aap ka in ka zarba takrao. is ke mani zulm ke zulm mitanay ke naam par naya zulm.</w:t>
      </w:r>
    </w:p>
    <w:p>
      <w:pPr>
        <w:jc w:val="right"/>
      </w:pPr>
      <w:r>
        <w:t>وہ جواب جواب بھی کارروائی کرے گا۔ تو پھر آپ کا ان کا ضربہ ٹکراؤ۔ اس کے معنی ظلم کے ظلم مٹانے کے نام پر نیا ظلم۔</w:t>
      </w:r>
    </w:p>
    <w:p>
      <w:r>
        <w:rPr>
          <w:b/>
        </w:rPr>
        <w:t xml:space="preserve">[23:56] </w:t>
      </w:r>
      <w:r>
        <w:t>zulm ko mitane ke naam par naya zulm. aur yeh ho raha hai pakistan mein misr mein dekh lijiye. zulm ko mitane par naya zulm.</w:t>
      </w:r>
    </w:p>
    <w:p>
      <w:pPr>
        <w:jc w:val="right"/>
      </w:pPr>
      <w:r>
        <w:t>ظلم کو مٹانے کے نام پر نیا ظلم۔ اور یہ ہو رہا ہے پاکستان میں مصر میں دیکھ لیجئے۔ ظلم کو مٹانے پر نیا ظلم۔</w:t>
      </w:r>
    </w:p>
    <w:p>
      <w:r>
        <w:rPr>
          <w:b/>
        </w:rPr>
        <w:t xml:space="preserve">[24:07] </w:t>
      </w:r>
      <w:r>
        <w:t>lraai lraai lraai.</w:t>
      </w:r>
    </w:p>
    <w:p>
      <w:pPr>
        <w:jc w:val="right"/>
      </w:pPr>
      <w:r>
        <w:t>لڑائی لڑائی لڑائی۔</w:t>
      </w:r>
    </w:p>
    <w:p>
      <w:r>
        <w:rPr>
          <w:b/>
        </w:rPr>
        <w:t xml:space="preserve">[24:14] </w:t>
      </w:r>
      <w:r>
        <w:t>to yeh yeh nishana ho hi nahin sakta islam ka. lekin jo log sahi sahi tarz-e-fikr in ke andar nahin hai sahi tadabbur nahin hai in ke andar to kisi aur baat ko le kar keh dete hain ke yeh quran ka nishana hai.</w:t>
      </w:r>
    </w:p>
    <w:p>
      <w:pPr>
        <w:jc w:val="right"/>
      </w:pPr>
      <w:r>
        <w:t>تو یہ یہ نشانہ ہو ہی نہیں سکتا اسلام کا۔ لیکن جو لوگ صحیح صحیح طرز فکر ان کے اندر نہیں ہے صحیح تدبر نہیں ہے ان کے اندر تو کسی اور بات کو لے کر کہہ دیتے ہیں کہ یہ قرآن کا نشانہ ہے۔</w:t>
      </w:r>
    </w:p>
    <w:p>
      <w:r>
        <w:rPr>
          <w:b/>
        </w:rPr>
        <w:t xml:space="preserve">[24:32] </w:t>
      </w:r>
      <w:r>
        <w:t>halankeh woh nishana hota nahin. to khair main yeh keh raha tha ke quran ke jo badi badi aayatein hain quran ke jo bade bade mafahim hain quran ke jo jo bade bade badi badi haqiqatein hain woh ghaur-o-fikr se maloom hoti hain.</w:t>
      </w:r>
    </w:p>
    <w:p>
      <w:pPr>
        <w:jc w:val="right"/>
      </w:pPr>
      <w:r>
        <w:t>حالانکہ وہ نشانہ ہوتا نہیں۔ تو خیر میں یہ کہہ رہا تھا کہ قرآن کے جو بڑی بڑی آیتیں ہیں قرآن کے جو بڑے بڑے مفاہیم ہیں قرآن کے جو جو بڑے بڑے بڑی بڑی حقیقتیں ہیں وہ غور و فکر سے معلوم ہوتی ہیں۔</w:t>
      </w:r>
    </w:p>
    <w:p>
      <w:r>
        <w:rPr>
          <w:b/>
        </w:rPr>
        <w:t xml:space="preserve">[24:52] </w:t>
      </w:r>
      <w:r>
        <w:t>jis ki ek misaal main ne di. allazina yomununa bil ghaib.</w:t>
      </w:r>
    </w:p>
    <w:p>
      <w:pPr>
        <w:jc w:val="right"/>
      </w:pPr>
      <w:r>
        <w:t>جس کی ایک مثال میں نے دی۔ الذین یومنون بالغیب۔</w:t>
      </w:r>
    </w:p>
    <w:p>
      <w:r>
        <w:rPr>
          <w:b/>
        </w:rPr>
        <w:t xml:space="preserve">[25:01] </w:t>
      </w:r>
      <w:r>
        <w:t>ke ek sawal aap ko ek sawal paida karna hoga. sawal paida karna hoga. to sawal sawal se kya aayega aap ke andar?</w:t>
      </w:r>
    </w:p>
    <w:p>
      <w:pPr>
        <w:jc w:val="right"/>
      </w:pPr>
      <w:r>
        <w:t>کہ ایک سوال آپ کو ایک سوال پیدا کرنا ہوگا۔ سوال پیدا کرنا ہوگا۔ تو سوال سوال سے کیا آئے گا آپ کے اندر؟</w:t>
      </w:r>
    </w:p>
    <w:p>
      <w:r>
        <w:rPr>
          <w:b/>
        </w:rPr>
        <w:t xml:space="preserve">[25:12] </w:t>
      </w:r>
      <w:r>
        <w:t>woh aayega sense of inquiry aayega. to sense of inquiry aap ko majboor karega aap sochen sochen sochen.</w:t>
      </w:r>
    </w:p>
    <w:p>
      <w:pPr>
        <w:jc w:val="right"/>
      </w:pPr>
      <w:r>
        <w:t>وہ آئے گا سینس آف انکوائری آئے گا۔ تو سینس آف انکوائری آپ کو مجبور کرے گا آپ سوچیں سوچیں سوچیں۔</w:t>
      </w:r>
    </w:p>
    <w:p>
      <w:r>
        <w:rPr>
          <w:b/>
        </w:rPr>
        <w:t xml:space="preserve">[25:22] </w:t>
      </w:r>
      <w:r>
        <w:t>to phir ek nayi haqiqat tak aap pahunchenge. to asal cheez hai right questioning.</w:t>
      </w:r>
    </w:p>
    <w:p>
      <w:pPr>
        <w:jc w:val="right"/>
      </w:pPr>
      <w:r>
        <w:t>تو پھر ایک نئی حقیقت تک آپ پہنچیں گے۔ تو اصل چیز ہے رائٹ کوئسچننگ۔</w:t>
      </w:r>
    </w:p>
    <w:p>
      <w:r>
        <w:rPr>
          <w:b/>
        </w:rPr>
        <w:t xml:space="preserve">[25:31] </w:t>
      </w:r>
      <w:r>
        <w:t>phir spirit of inquiry. phir ghaur-o-fikr. phir haqiqaton ki daryaft. yeh ek process hai.</w:t>
      </w:r>
    </w:p>
    <w:p>
      <w:pPr>
        <w:jc w:val="right"/>
      </w:pPr>
      <w:r>
        <w:t>پھر اسپیٹ آف انکوائری۔ پھر غور و فکر۔ پھر حقیقتوں کی دریافت۔ یہ ایک پروسیس ہے۔</w:t>
      </w:r>
    </w:p>
    <w:p>
      <w:r>
        <w:rPr>
          <w:b/>
        </w:rPr>
        <w:t xml:space="preserve">[25:41] </w:t>
      </w:r>
      <w:r>
        <w:t>yeh ek process hai.</w:t>
      </w:r>
    </w:p>
    <w:p>
      <w:pPr>
        <w:jc w:val="right"/>
      </w:pPr>
      <w:r>
        <w:t>یہ ایک پروسیس ہے۔</w:t>
      </w:r>
    </w:p>
    <w:p>
      <w:r>
        <w:rPr>
          <w:b/>
        </w:rPr>
        <w:t xml:space="preserve">[25:45] </w:t>
      </w:r>
      <w:r>
        <w:t>to agar aap chahte hain ke quran mein jo gehre maani hain un ko daryaft karen to aap tadabbur karna seekhiye tafakkur karna seekhiye.</w:t>
      </w:r>
    </w:p>
    <w:p>
      <w:pPr>
        <w:jc w:val="right"/>
      </w:pPr>
      <w:r>
        <w:t>تو اگر آپ چاہتے ہیں کہ قرآن میں جو گہرے معنی ہیں ان کو دریافت کریں تو آپ تدبر کرنا سیکھیے تفکر کرنا سیکھیے۔</w:t>
      </w:r>
    </w:p>
    <w:p>
      <w:r>
        <w:rPr>
          <w:b/>
        </w:rPr>
        <w:t xml:space="preserve">[26:00] </w:t>
      </w:r>
      <w:r>
        <w:t>main khud is se bekhabar tha aaj hi main ne jana hai is ko tadabbur ke zariye. ke yomununa bil ghaib mein ek bahut badi haqiqat chhipi hui hai.</w:t>
      </w:r>
    </w:p>
    <w:p>
      <w:pPr>
        <w:jc w:val="right"/>
      </w:pPr>
      <w:r>
        <w:t>میں خود اس سے بے خبر تھا آج ہی میں نے جانا ہے اس کو تدبر کے ذریعے۔ کہ یومنون بالغیب میں ایک بہت بڑی حقیقت چھپی ہوئی ہے۔</w:t>
      </w:r>
    </w:p>
    <w:p>
      <w:r>
        <w:rPr>
          <w:b/>
        </w:rPr>
        <w:t xml:space="preserve">[26:12] </w:t>
      </w:r>
      <w:r>
        <w:t>allazina yomununa bil ghaib. ek bahut badi haqiqat. yaani is tareekh ke saare insaanon ko koi yeh quran yahan challenge kar raha hai.</w:t>
      </w:r>
    </w:p>
    <w:p>
      <w:pPr>
        <w:jc w:val="right"/>
      </w:pPr>
      <w:r>
        <w:t>الذین یومنون بالغیب۔ ایک بہت بڑی حقیقت۔ یعنی اس تاریخ کے سارے انسانوں کو کوئی یہ قرآن یہاں چیلنج کر رہا ہے۔</w:t>
      </w:r>
    </w:p>
    <w:p>
      <w:r>
        <w:rPr>
          <w:b/>
        </w:rPr>
        <w:t xml:space="preserve">[26:23] </w:t>
      </w:r>
      <w:r>
        <w:t>challenge. ke tum samajhte ho ke khuda dikhai nahin deta ila khuda nahin ho sakta. dikhai nahin deta ila khuda hai bhi nahin.</w:t>
      </w:r>
    </w:p>
    <w:p>
      <w:pPr>
        <w:jc w:val="right"/>
      </w:pPr>
      <w:r>
        <w:t>چیلنج۔ کہ تم سمجھتے ہو کہ خدا دکھائی نہیں دیتا الا خدا نہیں ہو سکتا۔ دکھائی نہیں دیتا الا خدا ہے بھی نہیں۔</w:t>
      </w:r>
    </w:p>
    <w:p>
      <w:r>
        <w:rPr>
          <w:b/>
        </w:rPr>
        <w:t xml:space="preserve">[26:32] </w:t>
      </w:r>
      <w:r>
        <w:t>lekin tumhara yeh mafroza hai tumhara supposition hai ek din aayega ke bilkul yaani baseless sabit ho jayega.</w:t>
      </w:r>
    </w:p>
    <w:p>
      <w:pPr>
        <w:jc w:val="right"/>
      </w:pPr>
      <w:r>
        <w:t>لیکن تمہارا یہ مفروضہ ہے تمہارا سپوزیشن ہے ایک دن آئے گا کہ بالکل یعنی بیسلیس ثابت ہو جائے گا۔</w:t>
      </w:r>
    </w:p>
    <w:p>
      <w:r>
        <w:rPr>
          <w:b/>
        </w:rPr>
        <w:t xml:space="preserve">[26:45] </w:t>
      </w:r>
      <w:r>
        <w:t>aur woh din aaya ke jis ko max planck ne shuru kiya tha woh orator tha is ka. phir quantum theory establish ho gayi aur phir maloom hua ke haqiqat kya hai.</w:t>
      </w:r>
    </w:p>
    <w:p>
      <w:pPr>
        <w:jc w:val="right"/>
      </w:pPr>
      <w:r>
        <w:t>اور وہ دن آیا کہ جس کو میکس بلینک نے شروع کیا تھا وہ اوریٹر تھا اس کا۔ پھر کوانٹم تھیوری اسٹیبلش ہو گئی اور پھر معلوم ہوا کہ حقیقت کیا ہے۔</w:t>
      </w:r>
    </w:p>
    <w:p>
      <w:r>
        <w:rPr>
          <w:b/>
        </w:rPr>
        <w:t xml:space="preserve">[27:02] </w:t>
      </w:r>
      <w:r>
        <w:t>is ke maani hua ke saari cheezein hi unseen hain. to Allah rabbul alameen ne aur dekhiye ek baat yeh hai Allah ne kyun aisa kiya?</w:t>
      </w:r>
    </w:p>
    <w:p>
      <w:pPr>
        <w:jc w:val="right"/>
      </w:pPr>
      <w:r>
        <w:t>اس کے معنی ہوا کہ ساری چیزیں ہی ان سین ہیں۔ تو اللہ رب العالمین نے اور دیکھئے ایک بات یہ ہے اللہ نے کیوں ایسا کیا؟</w:t>
      </w:r>
    </w:p>
    <w:p>
      <w:r>
        <w:rPr>
          <w:b/>
        </w:rPr>
        <w:t xml:space="preserve">[27:16] </w:t>
      </w:r>
      <w:r>
        <w:t>science ki jo haqiqatein maloom hui hain including</w:t>
      </w:r>
    </w:p>
    <w:p>
      <w:pPr>
        <w:jc w:val="right"/>
      </w:pPr>
      <w:r>
        <w:t>سائنس کی جو حقیقتیں معلوم ہوئی ہیں انکلوڈنگ</w:t>
      </w:r>
    </w:p>
    <w:p>
      <w:r>
        <w:rPr>
          <w:b/>
        </w:rPr>
        <w:t xml:space="preserve">[27:22] </w:t>
      </w:r>
      <w:r>
        <w:t>including quantum physics is ke liye insaan ko tadabbur karna pada discover karna pada.</w:t>
      </w:r>
    </w:p>
    <w:p>
      <w:pPr>
        <w:jc w:val="right"/>
      </w:pPr>
      <w:r>
        <w:t>انکلوڈنگ کوانٹم فزکس اس کے لیے انسان کو تدبر کرنا پڑا ڈسکور کرنا پڑا۔</w:t>
      </w:r>
    </w:p>
    <w:p>
      <w:r>
        <w:rPr>
          <w:b/>
        </w:rPr>
        <w:t xml:space="preserve">[27:32] </w:t>
      </w:r>
      <w:r>
        <w:t>to Allah taala ne poori science ko poore law of nature ko</w:t>
      </w:r>
    </w:p>
    <w:p>
      <w:pPr>
        <w:jc w:val="right"/>
      </w:pPr>
      <w:r>
        <w:t>تو اللہ تعالیٰ نے پوری سائنس کو پورے لاء آف نیچر کو</w:t>
      </w:r>
    </w:p>
    <w:p>
      <w:r>
        <w:rPr>
          <w:b/>
        </w:rPr>
        <w:t xml:space="preserve">[27:39] </w:t>
      </w:r>
      <w:r>
        <w:t>makhfi halat mein daal diya taake insaan soche aadmi cheezon ko discover kare. aur jante hain aap ke discovery se insaan ko jo joy milta hai woh kisi aur cheez mein nahin milta.</w:t>
      </w:r>
    </w:p>
    <w:p>
      <w:pPr>
        <w:jc w:val="right"/>
      </w:pPr>
      <w:r>
        <w:t>مخفی حالت میں ڈال دیا تاکہ انسان سوچے آدمی چیزوں کو ڈسکور کرے۔ اور جانتے ہیں آپ کہ ڈسکوری سے انسان کو جو جوائے ملتا ہے وہ کسی اور چیز میں نہیں ملتا۔</w:t>
      </w:r>
    </w:p>
    <w:p>
      <w:r>
        <w:rPr>
          <w:b/>
        </w:rPr>
        <w:t xml:space="preserve">[27:55] </w:t>
      </w:r>
      <w:r>
        <w:t>to Allah taala ne dunya ki tamam cheezon ko insan ke liye matter of discovery bana diya</w:t>
      </w:r>
    </w:p>
    <w:p>
      <w:pPr>
        <w:jc w:val="right"/>
      </w:pPr>
      <w:r>
        <w:t>تو اللہ تعالیٰ نے دنیا کی تمام چیزوں کو انسان کے لیے میٹر آف ڈسکوری بنا دیا۔</w:t>
      </w:r>
    </w:p>
    <w:p>
      <w:r>
        <w:rPr>
          <w:b/>
        </w:rPr>
        <w:t xml:space="preserve">[28:02] </w:t>
      </w:r>
      <w:r>
        <w:t>discover karke jano bijli ko jano discover karke hawajat ki technology jano discover karke</w:t>
      </w:r>
    </w:p>
    <w:p>
      <w:pPr>
        <w:jc w:val="right"/>
      </w:pPr>
      <w:r>
        <w:t>ڈسکور کر کے جانو بجلی کو جانو ڈسکور کر کے حواجات کی ٹیکنالوجی جانو ڈسکور کر کے</w:t>
      </w:r>
    </w:p>
    <w:p>
      <w:r>
        <w:rPr>
          <w:b/>
        </w:rPr>
        <w:t xml:space="preserve">[28:12] </w:t>
      </w:r>
      <w:r>
        <w:t>modern communication jo hai isko jano discover karke isi tarah se tum apne khalq ko jano</w:t>
      </w:r>
    </w:p>
    <w:p>
      <w:pPr>
        <w:jc w:val="right"/>
      </w:pPr>
      <w:r>
        <w:t>ماڈرن کمیونیکیشن جو ہے اس کو جانو ڈسکور کر کے اسی طریقے سے تم اپنے خالق کو جانو</w:t>
      </w:r>
    </w:p>
    <w:p>
      <w:r>
        <w:rPr>
          <w:b/>
        </w:rPr>
        <w:t xml:space="preserve">[28:18] </w:t>
      </w:r>
      <w:r>
        <w:t>discover karke</w:t>
      </w:r>
    </w:p>
    <w:p>
      <w:pPr>
        <w:jc w:val="right"/>
      </w:pPr>
      <w:r>
        <w:t>ڈسکور کر کے</w:t>
      </w:r>
    </w:p>
    <w:p>
      <w:r>
        <w:rPr>
          <w:b/>
        </w:rPr>
        <w:t xml:space="preserve">[28:21] </w:t>
      </w:r>
      <w:r>
        <w:t>khalq tumhare liye discovery ban jaye</w:t>
      </w:r>
    </w:p>
    <w:p>
      <w:pPr>
        <w:jc w:val="right"/>
      </w:pPr>
      <w:r>
        <w:t>خالق تمہارے لیے ڈسکوری بن جائے۔</w:t>
      </w:r>
    </w:p>
    <w:p>
      <w:r>
        <w:rPr>
          <w:b/>
        </w:rPr>
        <w:t xml:space="preserve">[28:27] </w:t>
      </w:r>
      <w:r>
        <w:t>to is waqt sochte hue bhi woh aayat mujhe yaad aayi jo hai wa ma khalaqtul jinna wal insa illa li ya'budun main ne paida kiya insaan ko is liye ke woh Allah ki ibadat karen khalq ki ibadat karen.</w:t>
      </w:r>
    </w:p>
    <w:p>
      <w:pPr>
        <w:jc w:val="right"/>
      </w:pPr>
      <w:r>
        <w:t>تو اس وقت سوچتے ہوئے بھی وہ آیت مجھے یاد آئی جو ہے وما خلقت الجن والانس الا لیعبدون میں نے پیدا کیا انسان کو اس لیے کہ وہ اللہ کی عبادت کریں خالق کی عبادت کریں۔</w:t>
      </w:r>
    </w:p>
    <w:p>
      <w:r>
        <w:rPr>
          <w:b/>
        </w:rPr>
        <w:t xml:space="preserve">[28:44] </w:t>
      </w:r>
      <w:r>
        <w:t>dekhiye is mein</w:t>
      </w:r>
    </w:p>
    <w:p>
      <w:pPr>
        <w:jc w:val="right"/>
      </w:pPr>
      <w:r>
        <w:t>دیکھئے اس میں</w:t>
      </w:r>
    </w:p>
    <w:p>
      <w:r>
        <w:rPr>
          <w:b/>
        </w:rPr>
        <w:t xml:space="preserve">[28:48] </w:t>
      </w:r>
      <w:r>
        <w:t>is mein ek cheez chhipi hui hai. ya'budun se murad hai ya'rifun yaani marifat. to is mein ek cheez chhipi hui hai ke ke insaan se yeh matloob hai ke woh self-discovered marifat par khada ho.</w:t>
      </w:r>
    </w:p>
    <w:p>
      <w:pPr>
        <w:jc w:val="right"/>
      </w:pPr>
      <w:r>
        <w:t>اس میں ایک چیز چھپی ہوئی ہے۔ یا عبدون سے مراد ہے یاخر یعرفون یعنی معرفت۔ تو اس میں ایک چیز چھپی ہوئی ہے کہ کہ انسان سے یہ مطلوب ہے کہ وہ سیلف ڈسکورڈ معرفت پر کھڑا ہو۔</w:t>
      </w:r>
    </w:p>
    <w:p>
      <w:r>
        <w:rPr>
          <w:b/>
        </w:rPr>
        <w:t xml:space="preserve">[29:07] </w:t>
      </w:r>
      <w:r>
        <w:t>yani marifat ko discover kare woh phir woh is par khara ho ibadat kare aur Allah ke huqooq ada karay. to yahan ab ab ab li'abudoon ka matlab hai self discovered marifat par khara hona.</w:t>
      </w:r>
    </w:p>
    <w:p>
      <w:pPr>
        <w:jc w:val="right"/>
      </w:pPr>
      <w:r>
        <w:t>یعنی معرفت کو ڈسکور کرے وہ پھر وہ اس پر کھڑا ہو عبادت کرے اور اللہ کے حقوق ادا کرے۔ تو یہاں اب اب اب لیعبدون کا مطلب ہے سیلف ڈسکورڈ معرفت پر کھڑا ہونا۔</w:t>
      </w:r>
    </w:p>
    <w:p>
      <w:r>
        <w:rPr>
          <w:b/>
        </w:rPr>
        <w:t xml:space="preserve">[29:27] </w:t>
      </w:r>
      <w:r>
        <w:t>li'abudoon ka matlab hai self discovered marifat par khara hona. aur phir is ke baad ibadat aur Allah ke huqooq ada karna.</w:t>
      </w:r>
    </w:p>
    <w:p>
      <w:pPr>
        <w:jc w:val="right"/>
      </w:pPr>
      <w:r>
        <w:t>لیعبدون کا مطلب ہے سیلف ڈسکورڈ معرفت پر کھڑا ہونا۔ اور پھر اس کے بعد عبادت اور اللہ کے حقوق ادا کرنا۔</w:t>
      </w:r>
    </w:p>
    <w:p>
      <w:r>
        <w:rPr>
          <w:b/>
        </w:rPr>
        <w:t xml:space="preserve">[29:38] </w:t>
      </w:r>
      <w:r>
        <w:t>to cheezon ko Allah ne jo ghayb mein rakha hai bazahir woh is liye ke insaan discover kar ke janay. to cheezon ko hum discover kar ke jantay hain aisay hi hum Allah ko bhi discover kar ke janain gay.</w:t>
      </w:r>
    </w:p>
    <w:p>
      <w:pPr>
        <w:jc w:val="right"/>
      </w:pPr>
      <w:r>
        <w:t>تو چیزوں کو اللہ نے جو غیب میں رکھا ہے بظاہر وہ اس لیے کہ انسان ڈسکور کر کے جانے۔ تو چیزوں کو ہم ڈسکور کر کے جانتے ہیں ایسے ہی ہم اللہ کو بھی ڈسکور کر کے جانیں گے۔</w:t>
      </w:r>
    </w:p>
    <w:p>
      <w:r>
        <w:rPr>
          <w:b/>
        </w:rPr>
        <w:t xml:space="preserve">[29:52] </w:t>
      </w:r>
      <w:r>
        <w:t>to jo yaqeen aaye ga jo jo'ay aaye ga woh be panah hoga. be panah</w:t>
      </w:r>
    </w:p>
    <w:p>
      <w:pPr>
        <w:jc w:val="right"/>
      </w:pPr>
      <w:r>
        <w:t>تو جو یقین آئے گا جو جوائے آئے گا وہ بے پناہ ہوگا۔ بے پناہ</w:t>
      </w:r>
    </w:p>
    <w:p>
      <w:r>
        <w:rPr>
          <w:b/>
        </w:rPr>
        <w:t xml:space="preserve">[30:02] </w:t>
      </w:r>
      <w:r>
        <w:t>. jo Allah se ta'alluq paida hoga woh be panah hoga.</w:t>
      </w:r>
    </w:p>
    <w:p>
      <w:pPr>
        <w:jc w:val="right"/>
      </w:pPr>
      <w:r>
        <w:t>۔ جو اللہ سے تعلق پیدا ہوگا وہ بے پناہ ہوگا۔</w:t>
      </w:r>
    </w:p>
    <w:p>
      <w:r>
        <w:rPr>
          <w:b/>
        </w:rPr>
        <w:t xml:space="preserve">[30:09] </w:t>
      </w:r>
      <w:r>
        <w:t>to ghayb mein jo rakh diya Allah ne apne wajood ko to woh bhi insaan ki rehmat thi ke insaan ko Allah ne chaha ke woh cheezon ko discover kar kar ke janay taake us ko yaqeen ho us ke andar gehra gehra soch paida ho us ko aik thrilling experience ho.</w:t>
      </w:r>
    </w:p>
    <w:p>
      <w:pPr>
        <w:jc w:val="right"/>
      </w:pPr>
      <w:r>
        <w:t>تو غیب میں جو رکھ دیا اللہ نے اپنے وجود کو تو وہ بھی انسان کی رحمت تھی کہ انسان کو اللہ نے چاہا کہ وہ چیزوں کو ڈسکور کر کر کے جانے تاکہ اس کو یقین ہو اس کے اندر گہرا گہری سوچ پیدا ہو اس کو ایک تھرلنگ ایکسپیرینس ہو۔</w:t>
      </w:r>
    </w:p>
    <w:p>
      <w:r>
        <w:rPr>
          <w:b/>
        </w:rPr>
        <w:t xml:space="preserve">[30:39] </w:t>
      </w:r>
      <w:r>
        <w:t>thrilling experience</w:t>
      </w:r>
    </w:p>
    <w:p>
      <w:pPr>
        <w:jc w:val="right"/>
      </w:pPr>
      <w:r>
        <w:t>تھرلنگ ایکسپیرینس</w:t>
      </w:r>
    </w:p>
    <w:p>
      <w:r>
        <w:rPr>
          <w:b/>
        </w:rPr>
        <w:t xml:space="preserve">[30:40] </w:t>
      </w:r>
      <w:r>
        <w:t>ho. jab aap discover kar ke janay jantay hain to aap ko aik thrill aata hai. agar aap Allah rab ul alameen ko dekhtay jaisay aap dekhtay hain Taj Mahal ko ya Qutb Minar ko to thrilling marifat nahi ho sakti thi aap ko.</w:t>
      </w:r>
    </w:p>
    <w:p>
      <w:pPr>
        <w:jc w:val="right"/>
      </w:pPr>
      <w:r>
        <w:t>ہو۔ جب آپ ڈسکور کر کے جانے جانتے ہیں تو آپ کو ایک تھرڈ آتا ہے۔ اگر آپ اللہ رب العالمین کو دیکھتے جیسے آپ دیکھتے ہیں تاج محل کو یا خطبہ مینار کو تو تھرلنگ معرفت نہیں ہو سکتی تھی آپ کو۔</w:t>
      </w:r>
    </w:p>
    <w:p>
      <w:r>
        <w:rPr>
          <w:b/>
        </w:rPr>
        <w:t xml:space="preserve">[31:02] </w:t>
      </w:r>
      <w:r>
        <w:t>lekan jab aap is ko ghore o fikr kartay hain aur is ko khud se discover kartay hain khud se yani self discovered marifat par aap jab kharay hotay hain to ajeeb ghareeb qism ka thrill paida hota hai.</w:t>
      </w:r>
    </w:p>
    <w:p>
      <w:pPr>
        <w:jc w:val="right"/>
      </w:pPr>
      <w:r>
        <w:t>لیکن جب آپ اس کو غور و فکر کرتے ہیں اور اس کو خود سے ڈسکور کرتے ہیں خود سے یعنی سیلف ڈسکورڈ معرفت پر آپ جب کھڑے ہوتے ہیں تو عجیب غریب قسم کا تھرل پیدا ہوتا ہے۔</w:t>
      </w:r>
    </w:p>
    <w:p>
      <w:r>
        <w:rPr>
          <w:b/>
        </w:rPr>
        <w:t xml:space="preserve">[31:18] </w:t>
      </w:r>
      <w:r>
        <w:t>woh Allah ko matloob hai ke aap ko andar woh is thrill ka tajurba aap ko ho is liye ghayb mein rakha.</w:t>
      </w:r>
    </w:p>
    <w:p>
      <w:pPr>
        <w:jc w:val="right"/>
      </w:pPr>
      <w:r>
        <w:t>وہ اللہ کو مطلوب ہے کہ آپ کو اندر وہ اس تھرل کا تجربہ آپ کو ہو اس لیے غیب میں رکھا۔</w:t>
      </w:r>
    </w:p>
    <w:p>
      <w:r>
        <w:rPr>
          <w:b/>
        </w:rPr>
        <w:t xml:space="preserve">[31:30] </w:t>
      </w:r>
      <w:r>
        <w:t>to yeh thrill scientiston ko aata hai. main ne aik qissa likha tha risalay mein ke America ke aik scientist ko aik aik baat discover hui.</w:t>
      </w:r>
    </w:p>
    <w:p>
      <w:pPr>
        <w:jc w:val="right"/>
      </w:pPr>
      <w:r>
        <w:t>تو یہ تھرل سائنسدانوں کو آتا ہے۔ میں نے ایک قصہ لکھا تھا رسالے میں کہ امریکہ کے ایک سائنٹسٹ کو ایک ایک بات ڈسکور ہوئی۔</w:t>
      </w:r>
    </w:p>
    <w:p>
      <w:r>
        <w:rPr>
          <w:b/>
        </w:rPr>
        <w:t xml:space="preserve">[31:45] </w:t>
      </w:r>
      <w:r>
        <w:t>to jis waqt discover hui thrill se bhar gaya woh us ne chaha ke bas ja kar sab ko bataoon. to jis shahar mein tha woh woh nikla sarkon par. to</w:t>
      </w:r>
    </w:p>
    <w:p>
      <w:pPr>
        <w:jc w:val="right"/>
      </w:pPr>
      <w:r>
        <w:t>تو جس وقت ڈسکور ہوئی تھرل سے بھر گیا وہ اس نے چاہا کہ بس جا کر سب کو بتاؤں۔ تو جس شہر میں تھا وہ وہ نکلا سڑکوں پر۔</w:t>
      </w:r>
    </w:p>
    <w:p>
      <w:r>
        <w:rPr>
          <w:b/>
        </w:rPr>
        <w:t xml:space="preserve">[31:56] </w:t>
      </w:r>
      <w:r>
        <w:t>sarkon par us ko saanda dikhaya gaya yeh raat ka waqt tha. to sham ka tumharay wahan ke saray log theatre mein jama hue hain theatre dekh rahay hain.</w:t>
      </w:r>
    </w:p>
    <w:p>
      <w:pPr>
        <w:jc w:val="right"/>
      </w:pPr>
      <w:r>
        <w:t>تو سڑکوں پر اس کو سانڈا دکھایا گیا یہ رات کا وقت تھا۔ تو شام کا تمہارے وہاں کے سارے لوگ تھیٹر میں جمع ہوئے ہیں تھیٹر دیکھ رہے ہیں۔</w:t>
      </w:r>
    </w:p>
    <w:p>
      <w:r>
        <w:rPr>
          <w:b/>
        </w:rPr>
        <w:t xml:space="preserve">[32:07] </w:t>
      </w:r>
      <w:r>
        <w:t>to chahay wahan pe pohancha doड़ta hua woh us theatre mein main dakhil ho gaya. wahan par ho raha tha loudspeaker par program ho raha tha.</w:t>
      </w:r>
    </w:p>
    <w:p>
      <w:pPr>
        <w:jc w:val="right"/>
      </w:pPr>
      <w:r>
        <w:t>تو چاہے وہاں پہ پہنچا دوڑتا ہوا وہ اس تھیٹر میں میں داخل ہو گیا۔ وہاں پر ہو رہا تھا لاؤڈ اسپیکر پر پروگرام ہو رہا تھا۔</w:t>
      </w:r>
    </w:p>
    <w:p>
      <w:r>
        <w:rPr>
          <w:b/>
        </w:rPr>
        <w:t xml:space="preserve">[32:18] </w:t>
      </w:r>
      <w:r>
        <w:t>dakhil ho kar loudspeaker chheen liya us ne ke mujh ko do mujhe announce karna hai I have discovered a great</w:t>
      </w:r>
    </w:p>
    <w:p>
      <w:pPr>
        <w:jc w:val="right"/>
      </w:pPr>
      <w:r>
        <w:t>داخل ہو کر لاؤڈ اسپیکر چھین لیا اس نے کہ مجھ کو دو مجھے اناؤنس کرنا ہے آئی ہو ڈسکورڈ ا گریٹ</w:t>
      </w:r>
    </w:p>
    <w:p>
      <w:r>
        <w:rPr>
          <w:b/>
        </w:rPr>
        <w:t xml:space="preserve">[32:31] </w:t>
      </w:r>
      <w:r>
        <w:t>law of nature to us ne chheen liya aur sab ko kaha ke sab suno meri baat band karo is ko. to aap ko agar Allah rab ul alameen is tarah se daryaft ho to dawat ka hamaray haan pahaar aap ka ug jaye ga ke mujhe Khuda ko dunya ko batana hai aye insaan</w:t>
      </w:r>
    </w:p>
    <w:p>
      <w:pPr>
        <w:jc w:val="right"/>
      </w:pPr>
      <w:r>
        <w:t>لاء آف نیورس تو اس نے چھین لیا اور سب کو کہا کہ سب سنو میری بات بند کرو اس کو۔ تو آپ کو اگر اللہ رب العالمین اس طرح سے دریافت ہو تو دعوت کا ہمارے ہاں پہاڑ آپ کا اگ جائے گا کہ مجھے خدا کو دنیا کو بتانا ہے اے انسان</w:t>
      </w:r>
    </w:p>
    <w:p>
      <w:r>
        <w:rPr>
          <w:b/>
        </w:rPr>
        <w:t xml:space="preserve">[32:53] </w:t>
      </w:r>
      <w:r>
        <w:t>on mujhe tum ko batana hai ke tumhara khaliq kon hai</w:t>
      </w:r>
    </w:p>
    <w:p>
      <w:pPr>
        <w:jc w:val="right"/>
      </w:pPr>
      <w:r>
        <w:t>وں مجھے تم کو بتانا ہے کہ تمہارا خالق کون ہے</w:t>
      </w:r>
    </w:p>
    <w:p>
      <w:r>
        <w:rPr>
          <w:b/>
        </w:rPr>
        <w:t xml:space="preserve">[32:59] </w:t>
      </w:r>
      <w:r>
        <w:t>yani jo process hai process ke aap sochayn ghore o fikr karayn study karayn yahan tak ke hotay hotay hotay aap ko Allah rab ul alameen ki discovery ho jaye to adhi raat ko bhi nikal parain gay aap ke insaan bhale mujhe kahin main bataoon us ko ke aye insaan</w:t>
      </w:r>
    </w:p>
    <w:p>
      <w:pPr>
        <w:jc w:val="right"/>
      </w:pPr>
      <w:r>
        <w:t>یعنی جو پروسیس ہے پروسیس کہ آپ سوچیں غور و فکر کریں اسٹڈی کریں یہاں تک کہ ہوتے ہوتے ہوتے آپ کو اللہ رب العالمین کی ڈسکوری ہو جائے تو ادھی رات کو بھی نکل پڑیں گے آپ کہ انسان بھلے مجھے کہیں میں بتاؤں اس کو کہ اے انسان</w:t>
      </w:r>
    </w:p>
    <w:p>
      <w:r>
        <w:rPr>
          <w:b/>
        </w:rPr>
        <w:t xml:space="preserve">[33:23] </w:t>
      </w:r>
      <w:r>
        <w:t>main ne teray khaliq ko daryaft kar liya hai is ko mano is ka ke chhip jaao yeh hai ghayb ka raaz agar Khuda aisay hi kahin hota Qutb Minar ki tarah aur Taj Mahal ki tarah to yeh thrill kahan se aata yeh thrill kahan se aata</w:t>
      </w:r>
    </w:p>
    <w:p>
      <w:pPr>
        <w:jc w:val="right"/>
      </w:pPr>
      <w:r>
        <w:t>میں نے تیرے خالق کو دریافت کر لیا ہے اس کو مانو اس کا کہ چھپ جاؤ یہ ہے غیب کا راز اگر خدا ایسے ہی کہیں ہوتا قطب مینار کی طرح اور تاج محل کی طرح تو یہ تھرل کہاں سے آتا یہ تھرل کہاں سے آتا</w:t>
      </w:r>
    </w:p>
    <w:p>
      <w:r>
        <w:rPr>
          <w:b/>
        </w:rPr>
        <w:t xml:space="preserve">[33:47] </w:t>
      </w:r>
      <w:r>
        <w:t>to yeh sab quran ki gehre maani ghor o fikr se maloom hote hain tadabbur se maloom hote</w:t>
      </w:r>
    </w:p>
    <w:p>
      <w:pPr>
        <w:jc w:val="right"/>
      </w:pPr>
      <w:r>
        <w:t>تو یہ سب قرآن کی گہرے معنی غور و فکر سے معلوم ہوتے ہیں تدبر سے معلوم ہوتے</w:t>
      </w:r>
    </w:p>
    <w:p>
      <w:r>
        <w:rPr>
          <w:b/>
        </w:rPr>
        <w:t xml:space="preserve">[33:54] </w:t>
      </w:r>
      <w:r>
        <w:t>hain to quran</w:t>
      </w:r>
    </w:p>
    <w:p>
      <w:pPr>
        <w:jc w:val="right"/>
      </w:pPr>
      <w:r>
        <w:t>ہیں تو قرآن</w:t>
      </w:r>
    </w:p>
    <w:p>
      <w:r>
        <w:rPr>
          <w:b/>
        </w:rPr>
        <w:t xml:space="preserve">[33:59] </w:t>
      </w:r>
      <w:r>
        <w:t>khazana marifat hai</w:t>
      </w:r>
    </w:p>
    <w:p>
      <w:pPr>
        <w:jc w:val="right"/>
      </w:pPr>
      <w:r>
        <w:t>خزانہ معرفت ہے</w:t>
      </w:r>
    </w:p>
    <w:p>
      <w:r>
        <w:rPr>
          <w:b/>
        </w:rPr>
        <w:t xml:space="preserve">[34:02] </w:t>
      </w:r>
      <w:r>
        <w:t>bilashuba quran bilashuba khazana marifat hai</w:t>
      </w:r>
    </w:p>
    <w:p>
      <w:pPr>
        <w:jc w:val="right"/>
      </w:pPr>
      <w:r>
        <w:t>بلاشبہ قرآن بلاشبہ خزانہ معرفت ہے</w:t>
      </w:r>
    </w:p>
    <w:p>
      <w:r>
        <w:rPr>
          <w:b/>
        </w:rPr>
        <w:t xml:space="preserve">[34:09] </w:t>
      </w:r>
      <w:r>
        <w:t>aur hadith mein aata hai ke la tanqadi ajaibuhu</w:t>
      </w:r>
    </w:p>
    <w:p>
      <w:pPr>
        <w:jc w:val="right"/>
      </w:pPr>
      <w:r>
        <w:t>اور حدیث میں آتا ہے کہ لا تنقضی عجائبہ</w:t>
      </w:r>
    </w:p>
    <w:p>
      <w:r>
        <w:rPr>
          <w:b/>
        </w:rPr>
        <w:t xml:space="preserve">[34:14] </w:t>
      </w:r>
      <w:r>
        <w:t>quran ke ajayeb</w:t>
      </w:r>
    </w:p>
    <w:p>
      <w:pPr>
        <w:jc w:val="right"/>
      </w:pPr>
      <w:r>
        <w:t>قرآن کے عجائب</w:t>
      </w:r>
    </w:p>
    <w:p>
      <w:r>
        <w:rPr>
          <w:b/>
        </w:rPr>
        <w:t xml:space="preserve">[34:17] </w:t>
      </w:r>
      <w:r>
        <w:t>kabhi khatam nahi honge</w:t>
      </w:r>
    </w:p>
    <w:p>
      <w:pPr>
        <w:jc w:val="right"/>
      </w:pPr>
      <w:r>
        <w:t>کبھی ختم نہیں ہوں گے</w:t>
      </w:r>
    </w:p>
    <w:p>
      <w:r>
        <w:rPr>
          <w:b/>
        </w:rPr>
        <w:t xml:space="preserve">[34:21] </w:t>
      </w:r>
      <w:r>
        <w:t>to yeh yeh jo ajayeb hain woh yeh in ki discovery kaise hogi insan ko ghor o fikr</w:t>
      </w:r>
    </w:p>
    <w:p>
      <w:pPr>
        <w:jc w:val="right"/>
      </w:pPr>
      <w:r>
        <w:t>تو یہ یہ جو عجائب ہیں وہ یہ ان کی ڈسکوری کیسے ہوگی انسان کو غور و فکر</w:t>
      </w:r>
    </w:p>
    <w:p>
      <w:r>
        <w:rPr>
          <w:b/>
        </w:rPr>
        <w:t xml:space="preserve">[34:28] </w:t>
      </w:r>
      <w:r>
        <w:t>ke zareeye study ke zareeye</w:t>
      </w:r>
    </w:p>
    <w:p>
      <w:pPr>
        <w:jc w:val="right"/>
      </w:pPr>
      <w:r>
        <w:t>کے ذریعے اسٹڈی کے ذریعے</w:t>
      </w:r>
    </w:p>
    <w:p>
      <w:r>
        <w:rPr>
          <w:b/>
        </w:rPr>
        <w:t xml:space="preserve">[34:32] </w:t>
      </w:r>
      <w:r>
        <w:t>agar ghayeb mein na hota khuda to ab yeh sab kaise hota</w:t>
      </w:r>
    </w:p>
    <w:p>
      <w:pPr>
        <w:jc w:val="right"/>
      </w:pPr>
      <w:r>
        <w:t>اگر غیب میں نہ ہوتا خدا تو اب یہ سب کیسے ہوتا</w:t>
      </w:r>
    </w:p>
    <w:p>
      <w:r>
        <w:rPr>
          <w:b/>
        </w:rPr>
        <w:t xml:space="preserve">[34:37] </w:t>
      </w:r>
      <w:r>
        <w:t>phir to jaise aap dekh lete hain taj mahal ko yeh dekh lete hain qutub minar ko kisi</w:t>
      </w:r>
    </w:p>
    <w:p>
      <w:pPr>
        <w:jc w:val="right"/>
      </w:pPr>
      <w:r>
        <w:t>پھر تو جیسے آپ دیکھ لیتے ہیں تاج محل کو یہ دیکھ لیتے ہیں قطب مینار کو کسی</w:t>
      </w:r>
    </w:p>
    <w:p>
      <w:r>
        <w:rPr>
          <w:b/>
        </w:rPr>
        <w:t xml:space="preserve">[34:42] </w:t>
      </w:r>
      <w:r>
        <w:t>kahin ja ke dekh lete hain aap</w:t>
      </w:r>
    </w:p>
    <w:p>
      <w:pPr>
        <w:jc w:val="right"/>
      </w:pPr>
      <w:r>
        <w:t>کہیں جا کے دیکھ لیتے ہیں آپ</w:t>
      </w:r>
    </w:p>
    <w:p>
      <w:r>
        <w:rPr>
          <w:b/>
        </w:rPr>
        <w:t xml:space="preserve">[34:46] </w:t>
      </w:r>
      <w:r>
        <w:t>khuda ka ghayeb mein hona aap ko dawat deta hai ke research karo study karo tehqeeq karo</w:t>
      </w:r>
    </w:p>
    <w:p>
      <w:pPr>
        <w:jc w:val="right"/>
      </w:pPr>
      <w:r>
        <w:t>خدا کا غیب میں ہونا آپ کو دعوت دیتا ہے کہ ریسرچ کرو اسٹڈی کرو تحقیق کرو</w:t>
      </w:r>
    </w:p>
    <w:p>
      <w:r>
        <w:rPr>
          <w:b/>
        </w:rPr>
        <w:t xml:space="preserve">[34:55] </w:t>
      </w:r>
      <w:r>
        <w:t>to ek lambe process ke baad jab aap discover karte hain allah rab ul alameen ko to aap cheekh</w:t>
      </w:r>
    </w:p>
    <w:p>
      <w:pPr>
        <w:jc w:val="right"/>
      </w:pPr>
      <w:r>
        <w:t>تو ایک لمبے پروسیس کے بعد جب آپ ڈسکور کرتے ہیں اللہ رب العالمین کو تو آپ چیخ</w:t>
      </w:r>
    </w:p>
    <w:p>
      <w:r>
        <w:rPr>
          <w:b/>
        </w:rPr>
        <w:t xml:space="preserve">[35:03] </w:t>
      </w:r>
      <w:r>
        <w:t>padte hain aaj maine haqeeqat ko daryaft kar liya aaj mujhe insan ko</w:t>
      </w:r>
    </w:p>
    <w:p>
      <w:pPr>
        <w:jc w:val="right"/>
      </w:pPr>
      <w:r>
        <w:t>پڑتے ہیں آج میں نے حقیقت کو دریافت کر لیا آج مجھے انسان کو</w:t>
      </w:r>
    </w:p>
    <w:p>
      <w:r>
        <w:rPr>
          <w:b/>
        </w:rPr>
        <w:t xml:space="preserve">[35:07] </w:t>
      </w:r>
      <w:r>
        <w:t>batana hai ke yeh yeh hai haqeeqat sab sab sab</w:t>
      </w:r>
    </w:p>
    <w:p>
      <w:pPr>
        <w:jc w:val="right"/>
      </w:pPr>
      <w:r>
        <w:t>بتانا ہے کہ یہ یہ ہے حقیقت سب سب سب</w:t>
      </w:r>
    </w:p>
    <w:p>
      <w:r>
        <w:rPr>
          <w:b/>
        </w:rPr>
        <w:t xml:space="preserve">[35:12] </w:t>
      </w:r>
      <w:r>
        <w:t>se bari haqeeqat yeh hai ke is kainat ka ek khaliq hai</w:t>
      </w:r>
    </w:p>
    <w:p>
      <w:pPr>
        <w:jc w:val="right"/>
      </w:pPr>
      <w:r>
        <w:t>سے بڑی حقیقت یہ ہے کہ اس کائنات کا ایک خالق ہے</w:t>
      </w:r>
    </w:p>
    <w:p>
      <w:r>
        <w:rPr>
          <w:b/>
        </w:rPr>
        <w:t xml:space="preserve">[35:16] </w:t>
      </w:r>
      <w:r>
        <w:t>isi se dawat nikalti hai</w:t>
      </w:r>
    </w:p>
    <w:p>
      <w:pPr>
        <w:jc w:val="right"/>
      </w:pPr>
      <w:r>
        <w:t>اسی سے دعوت نکلتی ہے</w:t>
      </w:r>
    </w:p>
    <w:p>
      <w:r>
        <w:rPr>
          <w:b/>
        </w:rPr>
        <w:t xml:space="preserve">[35:19] </w:t>
      </w:r>
      <w:r>
        <w:t>dekhen dawat jo hai aise nahi ke koi announcement hai dawat ek thrilling experience thrilling discovery ka ek</w:t>
      </w:r>
    </w:p>
    <w:p>
      <w:pPr>
        <w:jc w:val="right"/>
      </w:pPr>
      <w:r>
        <w:t>دیکھیں دعوت جو ہے ایسے نہیں کہ کوئی اناؤنسمنٹ ہے دعوت ایک تھرلنگ ایکسپیرینس تھرلنگ ڈسکوری کا ایک</w:t>
      </w:r>
    </w:p>
    <w:p>
      <w:r>
        <w:rPr>
          <w:b/>
        </w:rPr>
        <w:t xml:space="preserve">[35:29] </w:t>
      </w:r>
      <w:r>
        <w:t>expression hai dawat ka matlab yeh nahi ke</w:t>
      </w:r>
    </w:p>
    <w:p>
      <w:pPr>
        <w:jc w:val="right"/>
      </w:pPr>
      <w:r>
        <w:t>ایکسپریشن ہے دعوت کا مطلب یہ نہیں کہ</w:t>
      </w:r>
    </w:p>
    <w:p>
      <w:r>
        <w:rPr>
          <w:b/>
        </w:rPr>
        <w:t xml:space="preserve">[35:34] </w:t>
      </w:r>
      <w:r>
        <w:t>ke aap yeh keh dein ke</w:t>
      </w:r>
    </w:p>
    <w:p>
      <w:pPr>
        <w:jc w:val="right"/>
      </w:pPr>
      <w:r>
        <w:t>کہ آپ یہ کہہ دیں کہ</w:t>
      </w:r>
    </w:p>
    <w:p>
      <w:r>
        <w:rPr>
          <w:b/>
        </w:rPr>
        <w:t xml:space="preserve">[35:37] </w:t>
      </w:r>
      <w:r>
        <w:t>qutub minar falan san mein bana taj mahal falan san mein bana yeh matlab nahi hai dawat ka</w:t>
      </w:r>
    </w:p>
    <w:p>
      <w:pPr>
        <w:jc w:val="right"/>
      </w:pPr>
      <w:r>
        <w:t>قطب مینار فلاں سن میں بنا تاج محل فلاں سن میں بنا یہ مطلب نہیں ہے دعوت کا</w:t>
      </w:r>
    </w:p>
    <w:p>
      <w:r>
        <w:rPr>
          <w:b/>
        </w:rPr>
        <w:t xml:space="preserve">[35:44] </w:t>
      </w:r>
      <w:r>
        <w:t>dawat ka ek thrilling discovery ke baad aadmi ke andar jo aag lagti hai aag ke mujhe is</w:t>
      </w:r>
    </w:p>
    <w:p>
      <w:pPr>
        <w:jc w:val="right"/>
      </w:pPr>
      <w:r>
        <w:t>دعوت کا ایک تھرلنگ ڈسکوری کے بعد آدمی کے اندر جو آگ لگتی ہے آگ کہ مجھے اس</w:t>
      </w:r>
    </w:p>
    <w:p>
      <w:r>
        <w:rPr>
          <w:b/>
        </w:rPr>
        <w:t xml:space="preserve">[35:51] </w:t>
      </w:r>
      <w:r>
        <w:t>haqeeqat</w:t>
      </w:r>
    </w:p>
    <w:p>
      <w:pPr>
        <w:jc w:val="right"/>
      </w:pPr>
      <w:r>
        <w:t>حقیقت</w:t>
      </w:r>
    </w:p>
    <w:p>
      <w:r>
        <w:rPr>
          <w:b/>
        </w:rPr>
        <w:t xml:space="preserve">[35:52] </w:t>
      </w:r>
      <w:r>
        <w:t>ko dunya ko batana hai na woh hai dawat</w:t>
      </w:r>
    </w:p>
    <w:p>
      <w:pPr>
        <w:jc w:val="right"/>
      </w:pPr>
      <w:r>
        <w:t>کو دنیا کو بتانا ہے نا وہ ہے دعوت</w:t>
      </w:r>
    </w:p>
    <w:p>
      <w:r>
        <w:rPr>
          <w:b/>
        </w:rPr>
        <w:t xml:space="preserve">[35:57] </w:t>
      </w:r>
      <w:r>
        <w:t>phir koi cheez aap ko rokti nahi</w:t>
      </w:r>
    </w:p>
    <w:p>
      <w:pPr>
        <w:jc w:val="right"/>
      </w:pPr>
      <w:r>
        <w:t>پھر کوئی چیز آپ کو روکتی نہیں</w:t>
      </w:r>
    </w:p>
    <w:p>
      <w:r>
        <w:rPr>
          <w:b/>
        </w:rPr>
        <w:t xml:space="preserve">[35:59] </w:t>
      </w:r>
      <w:r>
        <w:t>koi cheez rokti nahi aap ke wasail kam hain ya zyada kuch aap ko is ki parwah nahi</w:t>
      </w:r>
    </w:p>
    <w:p>
      <w:pPr>
        <w:jc w:val="right"/>
      </w:pPr>
      <w:r>
        <w:t>کوئی چیز روکتی نہیں آپ کے وسائل کم ہیں یا زیادہ کچھ آپ کو اس کی پرواہ نہیں</w:t>
      </w:r>
    </w:p>
    <w:p>
      <w:r>
        <w:rPr>
          <w:b/>
        </w:rPr>
        <w:t xml:space="preserve">[36:05] </w:t>
      </w:r>
      <w:r>
        <w:t>hoti aap ke ilm kya hai aap ke paas wasail kya hain aap ka</w:t>
      </w:r>
    </w:p>
    <w:p>
      <w:pPr>
        <w:jc w:val="right"/>
      </w:pPr>
      <w:r>
        <w:t>ہوتی آپ کے علم کیا ہے آپ کے پاس وسائل کیا ہیں آپ کا</w:t>
      </w:r>
    </w:p>
    <w:p>
      <w:r>
        <w:rPr>
          <w:b/>
        </w:rPr>
        <w:t xml:space="preserve">[36:13] </w:t>
      </w:r>
      <w:r>
        <w:t>status kya hai kuch aap aap ko kuch yaad nahi aata sirf yeh yaad rakhta hai ke mujhe</w:t>
      </w:r>
    </w:p>
    <w:p>
      <w:pPr>
        <w:jc w:val="right"/>
      </w:pPr>
      <w:r>
        <w:t>اسٹیٹس کیا ہے کچھ آپ آپ کو کچھ یاد نہیں آتا صرف یہ یاد رکھتا ہے کہ مجھے</w:t>
      </w:r>
    </w:p>
    <w:p>
      <w:r>
        <w:rPr>
          <w:b/>
        </w:rPr>
        <w:t xml:space="preserve">[36:19] </w:t>
      </w:r>
      <w:r>
        <w:t>ek discovery hui hai ke is kainat ka ek khaliq hai is ko mujhe dunya ko batana hai</w:t>
      </w:r>
    </w:p>
    <w:p>
      <w:pPr>
        <w:jc w:val="right"/>
      </w:pPr>
      <w:r>
        <w:t>ایک ڈسکوری ہوئی ہے کہ اس کائنات کا ایک خالق ہے اس کو مجھے دنیا کو بتانا ہے</w:t>
      </w:r>
    </w:p>
    <w:p>
      <w:r>
        <w:rPr>
          <w:b/>
        </w:rPr>
        <w:t xml:space="preserve">[36:26] </w:t>
      </w:r>
      <w:r>
        <w:t>yeh hai dawat ki spirit</w:t>
      </w:r>
    </w:p>
    <w:p>
      <w:pPr>
        <w:jc w:val="right"/>
      </w:pPr>
      <w:r>
        <w:t>یہ ہے دعوت کی اسپرٹ</w:t>
      </w:r>
    </w:p>
    <w:p>
      <w:r>
        <w:rPr>
          <w:b/>
        </w:rPr>
        <w:t xml:space="preserve">[36:28] </w:t>
      </w:r>
      <w:r>
        <w:t>yeh spirit jab hoti hai tab dawat ka kaam hota hai</w:t>
      </w:r>
    </w:p>
    <w:p>
      <w:pPr>
        <w:jc w:val="right"/>
      </w:pPr>
      <w:r>
        <w:t>یہ اسپرٹ جب ہوتی ہے تب دعوت کا کام ہوتا ہے</w:t>
      </w:r>
    </w:p>
    <w:p>
      <w:r>
        <w:rPr>
          <w:b/>
        </w:rPr>
        <w:t xml:space="preserve">[36:34] </w:t>
      </w:r>
      <w:r>
        <w:t>woh scientist jo tha woh</w:t>
      </w:r>
    </w:p>
    <w:p>
      <w:pPr>
        <w:jc w:val="right"/>
      </w:pPr>
      <w:r>
        <w:t>وہ سائنسدان جو تھا وہ</w:t>
      </w:r>
    </w:p>
    <w:p>
      <w:r>
        <w:rPr>
          <w:b/>
        </w:rPr>
        <w:t xml:space="preserve">[36:38] </w:t>
      </w:r>
      <w:r>
        <w:t>ghar se nikal pada is insan sarkon se guzarta hua wahan pohancha jahan theatre hua tha phir wahan</w:t>
      </w:r>
    </w:p>
    <w:p>
      <w:pPr>
        <w:jc w:val="right"/>
      </w:pPr>
      <w:r>
        <w:t>گھر سے نکل پڑا اس انسان سڑکوں سے گزرتا ہوا وہاں پہنچا جہاں تھیٹر ہوا تھا پھر وہاں</w:t>
      </w:r>
    </w:p>
    <w:p>
      <w:r>
        <w:rPr>
          <w:b/>
        </w:rPr>
        <w:t xml:space="preserve">[36:46] </w:t>
      </w:r>
      <w:r>
        <w:t>ghusa ghus kar loudspeaker chheen liya us ne</w:t>
      </w:r>
    </w:p>
    <w:p>
      <w:pPr>
        <w:jc w:val="right"/>
      </w:pPr>
      <w:r>
        <w:t>گھسا گھس کر لاؤڈ اسپیکر چھین لیا اس نے</w:t>
      </w:r>
    </w:p>
    <w:p>
      <w:r>
        <w:rPr>
          <w:b/>
        </w:rPr>
        <w:t xml:space="preserve">[36:51] </w:t>
      </w:r>
      <w:r>
        <w:t>کہا کہ سب stop everything stop everything I have a great news for you</w:t>
      </w:r>
    </w:p>
    <w:p>
      <w:pPr>
        <w:jc w:val="right"/>
      </w:pPr>
      <w:r>
        <w:t>کہا کہ سب اسٹاپ ایوری تھنگ اسٹاپ ایوری تھنگ آئی ہیو ا گریٹ نیوز فار یو</w:t>
      </w:r>
    </w:p>
    <w:p>
      <w:r>
        <w:rPr>
          <w:b/>
        </w:rPr>
        <w:t xml:space="preserve">[36:58] </w:t>
      </w:r>
      <w:r>
        <w:t>aur phir us ne batana shuru kiya yeh thi isi isi isi yahi spirit dawat ke liye chahiye</w:t>
      </w:r>
    </w:p>
    <w:p>
      <w:pPr>
        <w:jc w:val="right"/>
      </w:pPr>
      <w:r>
        <w:t>اور پھر اس نے بتانا شروع کیا یہ تھی اسی اسی اسی یہی اسپرٹ دعوت کے لیے چاہیے</w:t>
      </w:r>
    </w:p>
    <w:p>
      <w:r>
        <w:rPr>
          <w:b/>
        </w:rPr>
        <w:t xml:space="preserve">[37:08] </w:t>
      </w:r>
      <w:r>
        <w:t>dawat ke liye yahi spirit chahiye</w:t>
      </w:r>
    </w:p>
    <w:p>
      <w:pPr>
        <w:jc w:val="right"/>
      </w:pPr>
      <w:r>
        <w:t>دعوت کے لیے یہی اسپرٹ چاہیے</w:t>
      </w:r>
    </w:p>
    <w:p>
      <w:r>
        <w:rPr>
          <w:b/>
        </w:rPr>
        <w:t xml:space="preserve">[37:11] </w:t>
      </w:r>
      <w:r>
        <w:t>ke jab Allah Rabb-ul-Alameen aap ko discovery ke darje mein daryaft hoga to yahi spirit paida hogi</w:t>
      </w:r>
    </w:p>
    <w:p>
      <w:pPr>
        <w:jc w:val="right"/>
      </w:pPr>
      <w:r>
        <w:t>کہ جب اللہ رب العالمین آپ کو ڈسکوری کے درجے میں دریافت ہوگا تو یہی اسپرٹ پیدا ہوگی</w:t>
      </w:r>
    </w:p>
    <w:p>
      <w:r>
        <w:rPr>
          <w:b/>
        </w:rPr>
        <w:t xml:space="preserve">[37:19] </w:t>
      </w:r>
      <w:r>
        <w:t>jab</w:t>
      </w:r>
    </w:p>
    <w:p>
      <w:pPr>
        <w:jc w:val="right"/>
      </w:pPr>
      <w:r>
        <w:t>جب</w:t>
      </w:r>
    </w:p>
    <w:p>
      <w:r>
        <w:rPr>
          <w:b/>
        </w:rPr>
        <w:t xml:space="preserve">[37:20] </w:t>
      </w:r>
      <w:r>
        <w:t>Allah Rabb-ul-Alameen</w:t>
      </w:r>
    </w:p>
    <w:p>
      <w:pPr>
        <w:jc w:val="right"/>
      </w:pPr>
      <w:r>
        <w:t>اللہ رب العالمین</w:t>
      </w:r>
    </w:p>
    <w:p>
      <w:r>
        <w:rPr>
          <w:b/>
        </w:rPr>
        <w:t xml:space="preserve">[37:22] </w:t>
      </w:r>
      <w:r>
        <w:t>is kainat ke khaliq is kainat ka qayyum aap ko daryaft hoga</w:t>
      </w:r>
    </w:p>
    <w:p>
      <w:pPr>
        <w:jc w:val="right"/>
      </w:pPr>
      <w:r>
        <w:t>اس کائنات کے خالق اس کائنات کا قیوم آپ کو دریافت ہوگا</w:t>
      </w:r>
    </w:p>
    <w:p>
      <w:r>
        <w:rPr>
          <w:b/>
        </w:rPr>
        <w:t xml:space="preserve">[37:29] </w:t>
      </w:r>
      <w:r>
        <w:t>to aap ata spirit aap ke andar aa jayegi aap cheekh uthenge ke maine aaj</w:t>
      </w:r>
    </w:p>
    <w:p>
      <w:pPr>
        <w:jc w:val="right"/>
      </w:pPr>
      <w:r>
        <w:t>تو آپ عطا اسپرٹ آپ کے اندر آ جائے گی آپ چیخ اٹھیں گے کہ میں نے آج</w:t>
      </w:r>
    </w:p>
    <w:p>
      <w:r>
        <w:rPr>
          <w:b/>
        </w:rPr>
        <w:t xml:space="preserve">[37:36] </w:t>
      </w:r>
      <w:r>
        <w:t>daryaft kar liya sab se bari reality ko aur phir nikal padenge aap</w:t>
      </w:r>
    </w:p>
    <w:p>
      <w:pPr>
        <w:jc w:val="right"/>
      </w:pPr>
      <w:r>
        <w:t>دریافت کر لیا سب سے بڑی ریلیٹی کو اور پھر نکل پڑیں گے آپ</w:t>
      </w:r>
    </w:p>
    <w:p>
      <w:r>
        <w:rPr>
          <w:b/>
        </w:rPr>
        <w:t xml:space="preserve">[37:43] </w:t>
      </w:r>
      <w:r>
        <w:t>samundar bhi nahi rokega aap ko pahad bhi aap ko nahi rokenge janglat bhi aap ko</w:t>
      </w:r>
    </w:p>
    <w:p>
      <w:pPr>
        <w:jc w:val="right"/>
      </w:pPr>
      <w:r>
        <w:t>سمندر بھی نہیں روکے گا آپ کو پہاڑ بھی آپ کو نہیں روکیں گے جنگل بھی آپ کو</w:t>
      </w:r>
    </w:p>
    <w:p>
      <w:r>
        <w:rPr>
          <w:b/>
        </w:rPr>
        <w:t xml:space="preserve">[37:47] </w:t>
      </w:r>
      <w:r>
        <w:t>nahi rokega</w:t>
      </w:r>
    </w:p>
    <w:p>
      <w:pPr>
        <w:jc w:val="right"/>
      </w:pPr>
      <w:r>
        <w:t>نہیں روکے گا</w:t>
      </w:r>
    </w:p>
    <w:p>
      <w:r>
        <w:rPr>
          <w:b/>
        </w:rPr>
        <w:t xml:space="preserve">[37:50] </w:t>
      </w:r>
      <w:r>
        <w:t>wohi hoga ke aap</w:t>
      </w:r>
    </w:p>
    <w:p>
      <w:pPr>
        <w:jc w:val="right"/>
      </w:pPr>
      <w:r>
        <w:t>وہی ہوگا کہ آپ</w:t>
      </w:r>
    </w:p>
    <w:p>
      <w:r>
        <w:rPr>
          <w:b/>
        </w:rPr>
        <w:t xml:space="preserve">[37:53] </w:t>
      </w:r>
      <w:r>
        <w:t>jo ek sahabi ne kaha tha ke</w:t>
      </w:r>
    </w:p>
    <w:p>
      <w:pPr>
        <w:jc w:val="right"/>
      </w:pPr>
      <w:r>
        <w:t>جو ایک صحابی نے کہا تھا کہ</w:t>
      </w:r>
    </w:p>
    <w:p>
      <w:r>
        <w:rPr>
          <w:b/>
        </w:rPr>
        <w:t xml:space="preserve">[37:57] </w:t>
      </w:r>
      <w:r>
        <w:t>main</w:t>
      </w:r>
    </w:p>
    <w:p>
      <w:pPr>
        <w:jc w:val="right"/>
      </w:pPr>
      <w:r>
        <w:t>میں</w:t>
      </w:r>
    </w:p>
    <w:p>
      <w:r>
        <w:rPr>
          <w:b/>
        </w:rPr>
        <w:t xml:space="preserve">[38:00] </w:t>
      </w:r>
      <w:r>
        <w:t>sari dunya ke ek ek insan tak chahta hoon ke Allah Rabb-ul-Alameen ki baat pohanch jaye</w:t>
      </w:r>
    </w:p>
    <w:p>
      <w:pPr>
        <w:jc w:val="right"/>
      </w:pPr>
      <w:r>
        <w:t>ساری دنیا کے ایک ایک انسان تک چاہتا ہوں کہ اللہ رب العالمین کی بات پہنچ جائے</w:t>
      </w:r>
    </w:p>
    <w:p>
      <w:r>
        <w:rPr>
          <w:b/>
        </w:rPr>
        <w:t xml:space="preserve">[38:08] </w:t>
      </w:r>
      <w:r>
        <w:t>to jis cheez ko hum dawat kehte hain woh bhi ek ek discovery se aata hai discovery agar</w:t>
      </w:r>
    </w:p>
    <w:p>
      <w:pPr>
        <w:jc w:val="right"/>
      </w:pPr>
      <w:r>
        <w:t>تو جس چیز کو ہم دعوت کہتے ہیں وہ بھی ایک ایک ڈسکوری سے آتا ہے ڈسکوری اگر</w:t>
      </w:r>
    </w:p>
    <w:p>
      <w:r>
        <w:rPr>
          <w:b/>
        </w:rPr>
        <w:t xml:space="preserve">[38:15] </w:t>
      </w:r>
      <w:r>
        <w:t>na ho to woh dawat kya hogi aisi hogi bas</w:t>
      </w:r>
    </w:p>
    <w:p>
      <w:pPr>
        <w:jc w:val="right"/>
      </w:pPr>
      <w:r>
        <w:t>نہ ہو تو وہ دعوت کیا ہوگی ایسی ہوگی بس</w:t>
      </w:r>
    </w:p>
    <w:p>
      <w:r>
        <w:rPr>
          <w:b/>
        </w:rPr>
        <w:t xml:space="preserve">[38:19] </w:t>
      </w:r>
      <w:r>
        <w:t>aap kahein idhar phanse honge udhar phanse honge jo phansao dunya mein hota hai kisi phansao</w:t>
      </w:r>
    </w:p>
    <w:p>
      <w:pPr>
        <w:jc w:val="right"/>
      </w:pPr>
      <w:r>
        <w:t>آپ کہیں ادھر پھنسے ہوں گے ادھر پھنسے ہوں گے جو پھنساؤ دنیا میں ہوتا ہے کسی پھنساؤ</w:t>
      </w:r>
    </w:p>
    <w:p>
      <w:r>
        <w:rPr>
          <w:b/>
        </w:rPr>
        <w:t xml:space="preserve">[38:25] </w:t>
      </w:r>
      <w:r>
        <w:t>niklenge nahi aap har phansao ka woh roke rahega</w:t>
      </w:r>
    </w:p>
    <w:p>
      <w:pPr>
        <w:jc w:val="right"/>
      </w:pPr>
      <w:r>
        <w:t>نکلیں گے نہیں آپ ہر پھنساؤ کا وہ روکے رہے گا</w:t>
      </w:r>
    </w:p>
    <w:p>
      <w:r>
        <w:rPr>
          <w:b/>
        </w:rPr>
        <w:t xml:space="preserve">[38:29] </w:t>
      </w:r>
      <w:r>
        <w:t>is science is scientist ko jo maine zikr kiya America wala is America ke scientist ko jab</w:t>
      </w:r>
    </w:p>
    <w:p>
      <w:pPr>
        <w:jc w:val="right"/>
      </w:pPr>
      <w:r>
        <w:t>اس سائنس اس سائنسدان کو جو میں نے ذکر کیا امریکہ والا اس امریکہ کے سائنٹسٹ کو جب</w:t>
      </w:r>
    </w:p>
    <w:p>
      <w:r>
        <w:rPr>
          <w:b/>
        </w:rPr>
        <w:t xml:space="preserve">[38:34] </w:t>
      </w:r>
      <w:r>
        <w:t>discovery ho gayi to koi cheez us ko rok rokne wali nahi bani</w:t>
      </w:r>
    </w:p>
    <w:p>
      <w:pPr>
        <w:jc w:val="right"/>
      </w:pPr>
      <w:r>
        <w:t>ڈسکوری ہو گئی تو کوئی چیز اس کو روک روکنے والی نہیں بنی</w:t>
      </w:r>
    </w:p>
    <w:p>
      <w:r>
        <w:rPr>
          <w:b/>
        </w:rPr>
        <w:t xml:space="preserve">[38:39] </w:t>
      </w:r>
      <w:r>
        <w:t>is ka aulad is ki family is ka ghar is ka business sab bhool gaya woh</w:t>
      </w:r>
    </w:p>
    <w:p>
      <w:pPr>
        <w:jc w:val="right"/>
      </w:pPr>
      <w:r>
        <w:t>اس کا اولاد اس کی فیملی اس کا گھر اس کا بزنس سب بھول گیا وہ</w:t>
      </w:r>
    </w:p>
    <w:p>
      <w:r>
        <w:rPr>
          <w:b/>
        </w:rPr>
        <w:t xml:space="preserve">[38:46] </w:t>
      </w:r>
      <w:r>
        <w:t>sab</w:t>
      </w:r>
    </w:p>
    <w:p>
      <w:pPr>
        <w:jc w:val="right"/>
      </w:pPr>
      <w:r>
        <w:t>سب</w:t>
      </w:r>
    </w:p>
    <w:p>
      <w:r>
        <w:rPr>
          <w:b/>
        </w:rPr>
        <w:t xml:space="preserve">[38:46] </w:t>
      </w:r>
      <w:r>
        <w:t>bhool gaya woh family bhool gayi ghar bhool gaya sab kuch bhool gaya aur ek hi cheez is</w:t>
      </w:r>
    </w:p>
    <w:p>
      <w:pPr>
        <w:jc w:val="right"/>
      </w:pPr>
      <w:r>
        <w:t>بھول گیا وہ فیملی بھول گئی گھر بھول گیا سب کچھ بھول گیا اور ایک ہی چیز اس</w:t>
      </w:r>
    </w:p>
    <w:p>
      <w:r>
        <w:rPr>
          <w:b/>
        </w:rPr>
        <w:t xml:space="preserve">[38:52] </w:t>
      </w:r>
      <w:r>
        <w:t>ko yaad rahi ke mein ne ek cheez discover ki hai woh mujhe dunya ko batana hai woh</w:t>
      </w:r>
    </w:p>
    <w:p>
      <w:pPr>
        <w:jc w:val="right"/>
      </w:pPr>
      <w:r>
        <w:t>کو یاد رہی کہ میں نے ایک چیز ڈسکور کی ہے وہ مجھے دنیا کو بتانا ہے وہ</w:t>
      </w:r>
    </w:p>
    <w:p>
      <w:r>
        <w:rPr>
          <w:b/>
        </w:rPr>
        <w:t xml:space="preserve">[38:57] </w:t>
      </w:r>
      <w:r>
        <w:t>ghar se nikal pada woh</w:t>
      </w:r>
    </w:p>
    <w:p>
      <w:pPr>
        <w:jc w:val="right"/>
      </w:pPr>
      <w:r>
        <w:t>گھر سے نکل پڑا وہ</w:t>
      </w:r>
    </w:p>
    <w:p>
      <w:r>
        <w:rPr>
          <w:b/>
        </w:rPr>
        <w:t xml:space="preserve">[39:00] </w:t>
      </w:r>
      <w:r>
        <w:t>to jis din is jis din aap ko yeh yeh discovery ho jaye Allah rabbul alameen ki to</w:t>
      </w:r>
    </w:p>
    <w:p>
      <w:pPr>
        <w:jc w:val="right"/>
      </w:pPr>
      <w:r>
        <w:t>تو جس دن اس جس دن آپ کو یہ یہ ڈسکوری ہو جائے اللہ رب العالمین کی تو</w:t>
      </w:r>
    </w:p>
    <w:p>
      <w:r>
        <w:rPr>
          <w:b/>
        </w:rPr>
        <w:t xml:space="preserve">[39:05] </w:t>
      </w:r>
      <w:r>
        <w:t>aap ko kuch yaad nahi rahega</w:t>
      </w:r>
    </w:p>
    <w:p>
      <w:pPr>
        <w:jc w:val="right"/>
      </w:pPr>
      <w:r>
        <w:t>آپ کو کچھ یاد نہیں رہے گا</w:t>
      </w:r>
    </w:p>
    <w:p>
      <w:r>
        <w:rPr>
          <w:b/>
        </w:rPr>
        <w:t xml:space="preserve">[39:09] </w:t>
      </w:r>
      <w:r>
        <w:t>sirf ek hi baat yaad rahegi ke mujhe batana hai insaan ko ke tumhara khaliq yeh hai</w:t>
      </w:r>
    </w:p>
    <w:p>
      <w:pPr>
        <w:jc w:val="right"/>
      </w:pPr>
      <w:r>
        <w:t>صرف ایک ہی بات یاد رہے گی کہ مجھے بتانا ہے انسان کو کہ تمہارا خالق یہ ہے</w:t>
      </w:r>
    </w:p>
    <w:p>
      <w:r>
        <w:rPr>
          <w:b/>
        </w:rPr>
        <w:t xml:space="preserve">[39:16] </w:t>
      </w:r>
      <w:r>
        <w:t>apne khaliq ko</w:t>
      </w:r>
    </w:p>
    <w:p>
      <w:pPr>
        <w:jc w:val="right"/>
      </w:pPr>
      <w:r>
        <w:t>اپنے خالق کو</w:t>
      </w:r>
    </w:p>
    <w:p>
      <w:r>
        <w:rPr>
          <w:b/>
        </w:rPr>
        <w:t xml:space="preserve">[39:19] </w:t>
      </w:r>
      <w:r>
        <w:t>pehchano</w:t>
      </w:r>
    </w:p>
    <w:p>
      <w:pPr>
        <w:jc w:val="right"/>
      </w:pPr>
      <w:r>
        <w:t>پہچانو</w:t>
      </w:r>
    </w:p>
    <w:p>
      <w:r>
        <w:rPr>
          <w:b/>
        </w:rPr>
        <w:t xml:space="preserve">[39:28] </w:t>
      </w:r>
      <w:r>
        <w:t>to yeh yeh ayat jo maine batayi aap ko yeh ayat to main bachpan se padhta hoon jab gaon ke madrase mein jab maine padha tha gaon ke madrase mein quran padhaya gaya tha isko to shuru mein bhi ayat padhi thi gaon ke jo</w:t>
      </w:r>
    </w:p>
    <w:p>
      <w:pPr>
        <w:jc w:val="right"/>
      </w:pPr>
      <w:r>
        <w:t>تو یہ یہ آیت جو میں نے بتائی آپ کو یہ آیت تو میں بچپن سے پڑھتا ہوں جب گاؤں کے مدرسے میں جب میں نے پڑھا تھا گاؤں کے مدرسے میں قرآن پڑھایا گیا تھا اس کو تو شروع میں بھی آیت پڑھی تھی گاؤں کے جو</w:t>
      </w:r>
    </w:p>
    <w:p>
      <w:r>
        <w:rPr>
          <w:b/>
        </w:rPr>
        <w:t xml:space="preserve">[39:51] </w:t>
      </w:r>
      <w:r>
        <w:t>hamare gaon mein ek madrasa tha wahan ek aalim thay jo bachon ko parhaya karte thay to mein</w:t>
      </w:r>
    </w:p>
    <w:p>
      <w:pPr>
        <w:jc w:val="right"/>
      </w:pPr>
      <w:r>
        <w:t>ہمارے گاؤں میں ایک مدرسہ تھا وہاں ایک عالم تھے جو بچوں کو پڑھایا کرتے تھے تو میں</w:t>
      </w:r>
    </w:p>
    <w:p>
      <w:r>
        <w:rPr>
          <w:b/>
        </w:rPr>
        <w:t xml:space="preserve">[39:56] </w:t>
      </w:r>
      <w:r>
        <w:t>bhi wahan dakhil kiya gaya to wahan hum ne quran nadira parhaya unhon ne to us waqt humein</w:t>
      </w:r>
    </w:p>
    <w:p>
      <w:pPr>
        <w:jc w:val="right"/>
      </w:pPr>
      <w:r>
        <w:t>بھی وہاں داخل کیا گیا تو وہاں ہم نے قرآن نادرہ پڑھایا انہوں نے تو اس وقت ہمیں</w:t>
      </w:r>
    </w:p>
    <w:p>
      <w:r>
        <w:rPr>
          <w:b/>
        </w:rPr>
        <w:t xml:space="preserve">[40:05] </w:t>
      </w:r>
      <w:r>
        <w:t>kuch pata nahi tha is ayat mein kya likha hua likha hua hai</w:t>
      </w:r>
    </w:p>
    <w:p>
      <w:pPr>
        <w:jc w:val="right"/>
      </w:pPr>
      <w:r>
        <w:t>کچھ پتہ نہیں تھا اس آیت میں کیا لکھا ہوا لکھا ہوا ہے</w:t>
      </w:r>
    </w:p>
    <w:p>
      <w:r>
        <w:rPr>
          <w:b/>
        </w:rPr>
        <w:t xml:space="preserve">[40:10] </w:t>
      </w:r>
      <w:r>
        <w:t>lekin bohat lambi muddat tak sochte sochte sochte jis aur study karte karte yeh daryaft hui ke is</w:t>
      </w:r>
    </w:p>
    <w:p>
      <w:pPr>
        <w:jc w:val="right"/>
      </w:pPr>
      <w:r>
        <w:t>لیکن بہت لمبی مدت تک سوچتے سوچتے سوچتے جس اور اسٹڈی کرتے کرتے یہ دریافت ہوئی کہ اس</w:t>
      </w:r>
    </w:p>
    <w:p>
      <w:r>
        <w:rPr>
          <w:b/>
        </w:rPr>
        <w:t xml:space="preserve">[40:20] </w:t>
      </w:r>
      <w:r>
        <w:t>is is quran ki is ayat mein to ek bohat hi inqalabi baat kahi gayi hai</w:t>
      </w:r>
    </w:p>
    <w:p>
      <w:pPr>
        <w:jc w:val="right"/>
      </w:pPr>
      <w:r>
        <w:t>اس اس قرآن کی اس آیت میں تو ایک بہت ہی انقلابی بات کہی گئی ہے</w:t>
      </w:r>
    </w:p>
    <w:p>
      <w:r>
        <w:rPr>
          <w:b/>
        </w:rPr>
        <w:t xml:space="preserve">[40:27] </w:t>
      </w:r>
      <w:r>
        <w:t>yeh ayat sari dunya ke insano ko address kar rahi hai ke a insan</w:t>
      </w:r>
    </w:p>
    <w:p>
      <w:pPr>
        <w:jc w:val="right"/>
      </w:pPr>
      <w:r>
        <w:t>یہ آیت ساری دنیا کے انسانوں کو ایڈریس کر رہی ہے کہ اے انسان</w:t>
      </w:r>
    </w:p>
    <w:p>
      <w:r>
        <w:rPr>
          <w:b/>
        </w:rPr>
        <w:t xml:space="preserve">[40:33] </w:t>
      </w:r>
      <w:r>
        <w:t>tu kehta hai ke</w:t>
      </w:r>
    </w:p>
    <w:p>
      <w:pPr>
        <w:jc w:val="right"/>
      </w:pPr>
      <w:r>
        <w:t>تو کہتا ہے کہ</w:t>
      </w:r>
    </w:p>
    <w:p>
      <w:r>
        <w:rPr>
          <w:b/>
        </w:rPr>
        <w:t xml:space="preserve">[40:37] </w:t>
      </w:r>
      <w:r>
        <w:t>Khuda ka main us waqt manunga jab main us ko dekhun to kuch din yahan intezar kar ilm ka jo ilm ka jo darya hai woh jab pahunchega apne culmination par to tum jan loge ke yeh tumhara mutalba hi galat hai sirf Allah nahi sari cheezein unseen hain sab kuch unseen hai</w:t>
      </w:r>
    </w:p>
    <w:p>
      <w:pPr>
        <w:jc w:val="right"/>
      </w:pPr>
      <w:r>
        <w:t>خدا کا میں اس وقت مانوں گا جب میں اس کو دیکھوں تو کچھ دن یہاں انتظار کر علم کا جو علم کا جو دریا ہے وہ جب پہنچے گا اپنے کلمنیشن پر تو تم جان لو گے کہ یہ تمہارا مطالبہ ہی غلط ہے صرف اللہ نہیں ساری چیزیں ان سین ہیں سب کچھ ان سین ہے</w:t>
      </w:r>
    </w:p>
    <w:p>
      <w:r>
        <w:rPr>
          <w:b/>
        </w:rPr>
        <w:t xml:space="preserve">[41:04] </w:t>
      </w:r>
      <w:r>
        <w:t>to yeh kitni ajeeb harkat hai jo</w:t>
      </w:r>
    </w:p>
    <w:p>
      <w:pPr>
        <w:jc w:val="right"/>
      </w:pPr>
      <w:r>
        <w:t>تو یہ کتنی عجیب حرکت ہے جو</w:t>
      </w:r>
    </w:p>
    <w:p>
      <w:r>
        <w:rPr>
          <w:b/>
        </w:rPr>
        <w:t xml:space="preserve">[41:09] </w:t>
      </w:r>
      <w:r>
        <w:t>quran ki is ayat mein chupi hui hai</w:t>
      </w:r>
    </w:p>
    <w:p>
      <w:pPr>
        <w:jc w:val="right"/>
      </w:pPr>
      <w:r>
        <w:t>قرآن کی اس آیت میں چھپی ہوئی ہے</w:t>
      </w:r>
    </w:p>
    <w:p>
      <w:r>
        <w:rPr>
          <w:b/>
        </w:rPr>
        <w:t xml:space="preserve">[41:14] </w:t>
      </w:r>
      <w:r>
        <w:t>walakin aksar al-nas la ya'lamoon ka mamla hai</w:t>
      </w:r>
    </w:p>
    <w:p>
      <w:pPr>
        <w:jc w:val="right"/>
      </w:pPr>
      <w:r>
        <w:t>ولكن اکثر الناس لا يعلمون کا معاملہ ہے</w:t>
      </w:r>
    </w:p>
    <w:p>
      <w:r>
        <w:rPr>
          <w:b/>
        </w:rPr>
        <w:t xml:space="preserve">[41:17] </w:t>
      </w:r>
      <w:r>
        <w:t>walakin aksar al-nas la ya'lamoon</w:t>
      </w:r>
    </w:p>
    <w:p>
      <w:pPr>
        <w:jc w:val="right"/>
      </w:pPr>
      <w:r>
        <w:t>ولكن اکثر الناس لا يعلمون</w:t>
      </w:r>
    </w:p>
    <w:p>
      <w:r>
        <w:rPr>
          <w:b/>
        </w:rPr>
        <w:t xml:space="preserve">[41:22] </w:t>
      </w:r>
      <w:r>
        <w:t>to mein dua karta hoon ke</w:t>
      </w:r>
    </w:p>
    <w:p>
      <w:pPr>
        <w:jc w:val="right"/>
      </w:pPr>
      <w:r>
        <w:t>تو میں دعا کرتا ہوں کہ</w:t>
      </w:r>
    </w:p>
    <w:p>
      <w:r>
        <w:rPr>
          <w:b/>
        </w:rPr>
        <w:t xml:space="preserve">[41:26] </w:t>
      </w:r>
      <w:r>
        <w:t>ek sahib se ek sath mera safar bhi sath ho gaya safar mein</w:t>
      </w:r>
    </w:p>
    <w:p>
      <w:pPr>
        <w:jc w:val="right"/>
      </w:pPr>
      <w:r>
        <w:t>ایک صاحب سے ایک ساتھ میرا سفر بھی ساتھ ہو گیا سفر میں</w:t>
      </w:r>
    </w:p>
    <w:p>
      <w:r>
        <w:rPr>
          <w:b/>
        </w:rPr>
        <w:t xml:space="preserve">[41:33] </w:t>
      </w:r>
      <w:r>
        <w:t>to mein ne dekha ke jab woh bar bar jab mauqa milta hai to jeeb se ek pocket</w:t>
      </w:r>
    </w:p>
    <w:p>
      <w:pPr>
        <w:jc w:val="right"/>
      </w:pPr>
      <w:r>
        <w:t>تو میں نے دیکھا کہ جب وہ بار بار جب موقع ملتا ہے تو جیب سے ایک پاکٹ</w:t>
      </w:r>
    </w:p>
    <w:p>
      <w:r>
        <w:rPr>
          <w:b/>
        </w:rPr>
        <w:t xml:space="preserve">[41:39] </w:t>
      </w:r>
      <w:r>
        <w:t>size ka quran nikalte hain yani arabi ka quran</w:t>
      </w:r>
    </w:p>
    <w:p>
      <w:pPr>
        <w:jc w:val="right"/>
      </w:pPr>
      <w:r>
        <w:t>سائز کا قرآن نکالتے ہیں یعنی عربی کا قرآن</w:t>
      </w:r>
    </w:p>
    <w:p>
      <w:r>
        <w:rPr>
          <w:b/>
        </w:rPr>
        <w:t xml:space="preserve">[41:44] </w:t>
      </w:r>
      <w:r>
        <w:t>nikalte hain aur us ko parhte hain</w:t>
      </w:r>
    </w:p>
    <w:p>
      <w:pPr>
        <w:jc w:val="right"/>
      </w:pPr>
      <w:r>
        <w:t>نکالتے ہیں اور اس کو پڑھتے ہیں</w:t>
      </w:r>
    </w:p>
    <w:p>
      <w:r>
        <w:rPr>
          <w:b/>
        </w:rPr>
        <w:t xml:space="preserve">[41:48] </w:t>
      </w:r>
      <w:r>
        <w:t>bar bar thoda</w:t>
      </w:r>
    </w:p>
    <w:p>
      <w:pPr>
        <w:jc w:val="right"/>
      </w:pPr>
      <w:r>
        <w:t>بار بار تھوڑا</w:t>
      </w:r>
    </w:p>
    <w:p>
      <w:r>
        <w:rPr>
          <w:b/>
        </w:rPr>
        <w:t xml:space="preserve">[41:50] </w:t>
      </w:r>
      <w:r>
        <w:t>thoda padhte rehte hain to maine un se poocha to unhone kaha ke yeh main 14 saal se aise kar raha hoon 14 saal se quran ko hi to padhta rehta hoon to maine kaha acha yeh bataiye quran ka khulasa kya hai halanki woh padhe likhe aadmi the</w:t>
      </w:r>
    </w:p>
    <w:p>
      <w:pPr>
        <w:jc w:val="right"/>
      </w:pPr>
      <w:r>
        <w:t>تھوڑا پڑھتے رہتے ہیں تو میں نے ان سے پوچھا تو انہوں نے کہا کہ یہ میں 14 سال سے ایسے کر رہا ہوں 14 سال سے قرآن کو ہی تو پڑھتا رہتا ہوں تو میں نے کہا اچھا یہ بتائیے قرآن کا خلاصہ کیا ہے حالانکہ وہ پڑھے لکھے آدمی تھے</w:t>
      </w:r>
    </w:p>
    <w:p>
      <w:r>
        <w:rPr>
          <w:b/>
        </w:rPr>
        <w:t xml:space="preserve">[42:12] </w:t>
      </w:r>
      <w:r>
        <w:t>to unhone jante hain kya kaha yeh to humne socha nahi hum to sawab ke liye padhte hain</w:t>
      </w:r>
    </w:p>
    <w:p>
      <w:pPr>
        <w:jc w:val="right"/>
      </w:pPr>
      <w:r>
        <w:t>تو انہوں نے جانتے ہیں کیا کہا یہ تو ہم نے سوچا نہیں ہم تو ثواب کے لیے پڑھتے ہیں</w:t>
      </w:r>
    </w:p>
    <w:p>
      <w:r>
        <w:rPr>
          <w:b/>
        </w:rPr>
        <w:t xml:space="preserve">[42:21] </w:t>
      </w:r>
      <w:r>
        <w:t>mujhe achi tarah yaad hai yeh unhone yahi kaha tha ke ab to hum jante nahi quran ka khulasa hum to sawab ke liye padhte hain to sari musalman bas yahi karte hain hatta ke mujhe to aisa lagta hai ke logon ne tafaseer likhi hongi sawab ke liye jinhone tafaseer likhi hongi sawab ke liye</w:t>
      </w:r>
    </w:p>
    <w:p>
      <w:pPr>
        <w:jc w:val="right"/>
      </w:pPr>
      <w:r>
        <w:t>مجھے اچھی طرح یاد ہے یہ انہوں نے یہی کہا تھا کہ اب تو ہم جانتے نہیں قرآن کا خلاصہ ہم تو ثواب کے لیے پڑھتے ہیں تو سارے مسلمان بس یہی کرتے ہیں حتیٰ کہ مجھے تو ایسا لگتا ہے کہ لوگوں نے تفسیریں لکھی ہوں گی ثواب کے لیے جنہوں نے تفسیریں لکھی ہوں گی ثواب کے لیے</w:t>
      </w:r>
    </w:p>
    <w:p>
      <w:r>
        <w:rPr>
          <w:b/>
        </w:rPr>
        <w:t xml:space="preserve">[42:50] </w:t>
      </w:r>
      <w:r>
        <w:t>to main kahunga ke woh kisi ne kaha tha</w:t>
      </w:r>
    </w:p>
    <w:p>
      <w:pPr>
        <w:jc w:val="right"/>
      </w:pPr>
      <w:r>
        <w:t>تو میں کہوں گا کہ وہ کسی نے کہا تھا</w:t>
      </w:r>
    </w:p>
    <w:p>
      <w:r>
        <w:rPr>
          <w:b/>
        </w:rPr>
        <w:t xml:space="preserve">[42:53] </w:t>
      </w:r>
      <w:r>
        <w:t>ke a logo jano ke tum ne jana nahi a logo padho ke tum ne padha nahi kisi ne yeh baat kahi thi us waqt mere naam nahi yaad nahi aa raha usne kaha tha ke a logo jano kyunke tum ne jana nahi</w:t>
      </w:r>
    </w:p>
    <w:p>
      <w:pPr>
        <w:jc w:val="right"/>
      </w:pPr>
      <w:r>
        <w:t>کہ اے لوگوں جانو کہ تم نے جانا نہیں اے لوگوں پڑھو کہ تم نے پڑھا نہیں کسی نے یہ بات کہی تھی اس وقت میرے نام نہیں یاد نہیں آ رہا اس نے کہا تھا کہ اے لوگوں جانو کیونکہ تم نے جانا نہیں</w:t>
      </w:r>
    </w:p>
    <w:p>
      <w:r>
        <w:rPr>
          <w:b/>
        </w:rPr>
        <w:t xml:space="preserve">[43:09] </w:t>
      </w:r>
      <w:r>
        <w:t>ae logon parho kyunke tum ne parha nahin</w:t>
      </w:r>
    </w:p>
    <w:p>
      <w:pPr>
        <w:jc w:val="right"/>
      </w:pPr>
      <w:r>
        <w:t>اے لوگوں پڑھو کیونکہ تم نے پڑھا نہیں</w:t>
      </w:r>
    </w:p>
    <w:p>
      <w:r>
        <w:rPr>
          <w:b/>
        </w:rPr>
        <w:t xml:space="preserve">[43:13] </w:t>
      </w:r>
      <w:r>
        <w:t>wohi haal hai saare musalmanon ka to meri dua hai ke Allah taala hum sab ko tofeeq de</w:t>
      </w:r>
    </w:p>
    <w:p>
      <w:pPr>
        <w:jc w:val="right"/>
      </w:pPr>
      <w:r>
        <w:t>وہی حال ہے سارے مسلمانوں کا تو میری دعا ہے کہ اللہ تعالیٰ ہم سب کو توفیق دے</w:t>
      </w:r>
    </w:p>
    <w:p>
      <w:r>
        <w:rPr>
          <w:b/>
        </w:rPr>
        <w:t xml:space="preserve">[43:20] </w:t>
      </w:r>
      <w:r>
        <w:t>ke hum Quran ko</w:t>
      </w:r>
    </w:p>
    <w:p>
      <w:pPr>
        <w:jc w:val="right"/>
      </w:pPr>
      <w:r>
        <w:t>کہ ہم قرآن کو</w:t>
      </w:r>
    </w:p>
    <w:p>
      <w:r>
        <w:rPr>
          <w:b/>
        </w:rPr>
        <w:t xml:space="preserve">[43:23] </w:t>
      </w:r>
      <w:r>
        <w:t>saheeh andaaz se parhein Quran mein jo Allah ne</w:t>
      </w:r>
    </w:p>
    <w:p>
      <w:pPr>
        <w:jc w:val="right"/>
      </w:pPr>
      <w:r>
        <w:t>صحیح انداز سے پڑھیں قرآن میں جو اللہ نے</w:t>
      </w:r>
    </w:p>
    <w:p>
      <w:r>
        <w:rPr>
          <w:b/>
        </w:rPr>
        <w:t xml:space="preserve">[43:28] </w:t>
      </w:r>
      <w:r>
        <w:t>jis haqeeqat ka ailaan kiya hai us ko hum jaanein Quran mein jo wisdom hai wisdom</w:t>
      </w:r>
    </w:p>
    <w:p>
      <w:pPr>
        <w:jc w:val="right"/>
      </w:pPr>
      <w:r>
        <w:t>جس حقیقت کا اعلان کیا ہے اس کو ہم جانیں قرآن میں جو وزڈم ہے وزڈم</w:t>
      </w:r>
    </w:p>
    <w:p>
      <w:r>
        <w:rPr>
          <w:b/>
        </w:rPr>
        <w:t xml:space="preserve">[43:35] </w:t>
      </w:r>
      <w:r>
        <w:t>us ko hum discover karein aur phir hum Allah ke sachche momin banein sachche momin sachche daayi sachche</w:t>
      </w:r>
    </w:p>
    <w:p>
      <w:pPr>
        <w:jc w:val="right"/>
      </w:pPr>
      <w:r>
        <w:t>اس کو ہم ڈسکور کریں اور پھر ہم اللہ کے سچے مومن بنیں سچے مومن سچے داعی سچے</w:t>
      </w:r>
    </w:p>
    <w:p>
      <w:r>
        <w:rPr>
          <w:b/>
        </w:rPr>
        <w:t xml:space="preserve">[43:43] </w:t>
      </w:r>
      <w:r>
        <w:t>aabid banein Allah taala hum sab ko tofeeq de Assalamu Alaikum wa Rahmatullahi</w:t>
      </w:r>
    </w:p>
    <w:p>
      <w:pPr>
        <w:jc w:val="right"/>
      </w:pPr>
      <w:r>
        <w:t>عابد بنیں اللہ تعالیٰ ہم سب کو توفیق دے السلام علیکم ورحمۃ اللہ</w:t>
      </w:r>
    </w:p>
    <w:p>
      <w:r>
        <w:rPr>
          <w:b/>
        </w:rPr>
        <w:t xml:space="preserve">[44:02] </w:t>
      </w:r>
      <w:r>
        <w:t>okay we will start with the question answer session now</w:t>
      </w:r>
    </w:p>
    <w:p>
      <w:pPr>
        <w:jc w:val="right"/>
      </w:pPr>
      <w:r>
        <w:t>اوکے وی ویل سٹارٹ ود دی کوئسچن انسر سیشن ناو</w:t>
      </w:r>
    </w:p>
    <w:p>
      <w:r>
        <w:rPr>
          <w:b/>
        </w:rPr>
        <w:t xml:space="preserve">[44:06] </w:t>
      </w:r>
      <w:r>
        <w:t>but before we do that uh we want to announce the release of a new book of Maulana sahib which is titled reflections on life and death uh this is a translation of some of his works from al risala magazine and it is published by good word books you can get this book from www.goodwordbooks.com</w:t>
      </w:r>
    </w:p>
    <w:p>
      <w:pPr>
        <w:jc w:val="right"/>
      </w:pPr>
      <w:r>
        <w:t>بٹ بیفور وی ڈو دیٹ اہ وی وانٹ ٹو اناؤنس دی ریلیز اف ا نیو بک اف مولانا صاحب وچ از ٹائٹلڈ ریفلیکشنز ان لائف اینڈ ڈیتھ اہ دس از ا ٹرانسلیشن اف سم اف ہز ورکس فرام الرسالہ میگزین اینڈ اٹ از پبلش بائے گڈ ورڈ بکس یو کین گیٹ دس بک فرام www.goodwordbooks.com</w:t>
      </w:r>
    </w:p>
    <w:p>
      <w:r>
        <w:rPr>
          <w:b/>
        </w:rPr>
        <w:t xml:space="preserve">[44:33] </w:t>
      </w:r>
      <w:r>
        <w:t>i will request Maulana sahib to release this new book aise hai ji mashallah main dua karta hoon ke yeh kitab logon tak pahunche aur is se logon ko faida mile inshallah jin logon ne itna kaam kiya hai un ko Allah taala achhe se achha reward ata farmayega</w:t>
      </w:r>
    </w:p>
    <w:p>
      <w:pPr>
        <w:jc w:val="right"/>
      </w:pPr>
      <w:r>
        <w:t>ائی ویل ریکویسٹ مولانا صاحب ٹو ریلیز دس نیو بک ایسے ہے جی ماشاءاللہ میں دعا کرتا ہوں کہ یہ کتاب لوگوں تک پہنچے اور اس سے لوگوں کو فائدہ ملے انشاءاللہ جن لوگوں نے اتنا کام کیا ہے ان کو اللہ تعالیٰ اچھے سے اچھا ریوارڈ عطا فرمائے گا</w:t>
      </w:r>
    </w:p>
    <w:p>
      <w:r>
        <w:rPr>
          <w:b/>
        </w:rPr>
        <w:t xml:space="preserve">[45:02] </w:t>
      </w:r>
      <w:r>
        <w:t>okay so uh we we will now start with the question answer session uh first I will take up</w:t>
      </w:r>
    </w:p>
    <w:p>
      <w:pPr>
        <w:jc w:val="right"/>
      </w:pPr>
      <w:r>
        <w:t>اوکے سو اہ وی ویل ناو سٹارٹ ود دا کوئسچن انسر سیشن اہ فرسٹ ائی ویل ٹیک اپ</w:t>
      </w:r>
    </w:p>
    <w:p>
      <w:r>
        <w:rPr>
          <w:b/>
        </w:rPr>
        <w:t xml:space="preserve">[45:08] </w:t>
      </w:r>
      <w:r>
        <w:t>the comments which have come from different parts of the country and outside India Maulana pehla comment</w:t>
      </w:r>
    </w:p>
    <w:p>
      <w:pPr>
        <w:jc w:val="right"/>
      </w:pPr>
      <w:r>
        <w:t>دی کمنٹس وچ ہیو کم فرام ڈفرنٹ پارٹس اف دا کنٹری اینڈ اؤٹ سائیڈ انڈیا مولانا پہلا کمنٹ</w:t>
      </w:r>
    </w:p>
    <w:p>
      <w:r>
        <w:rPr>
          <w:b/>
        </w:rPr>
        <w:t xml:space="preserve">[45:15] </w:t>
      </w:r>
      <w:r>
        <w:t>bheja hai Shad Hussain sahib ne Srinagar se unhone likha hai thrilling illustration of al-ghayb</w:t>
      </w:r>
    </w:p>
    <w:p>
      <w:pPr>
        <w:jc w:val="right"/>
      </w:pPr>
      <w:r>
        <w:t>بھیجا ہے شاد حسین صاحب نے سری نگر سے انہوں نے لکھا ہے تھرلنگ ان اللسٹریشن اف الغائب</w:t>
      </w:r>
    </w:p>
    <w:p>
      <w:r>
        <w:rPr>
          <w:b/>
        </w:rPr>
        <w:t xml:space="preserve">[45:24] </w:t>
      </w:r>
      <w:r>
        <w:t>in today's lecture Riyaz kya al-ghayb thrilling illustration of al-ghayb in today's lecture al-ghayb al-ghayb</w:t>
      </w:r>
    </w:p>
    <w:p>
      <w:pPr>
        <w:jc w:val="right"/>
      </w:pPr>
      <w:r>
        <w:t>ان ٹوڈے لیکچر ریاض کیا الغائب تھرلنگ اللسٹریشن اف الغائب ان ٹوڈے لیکچر الغائب الغائب</w:t>
      </w:r>
    </w:p>
    <w:p>
      <w:r>
        <w:rPr>
          <w:b/>
        </w:rPr>
        <w:t xml:space="preserve">[45:34] </w:t>
      </w:r>
      <w:r>
        <w:t>Riyaz Bhat sahib ne Srinagar se likha hai realization of unseen God is to be a</w:t>
      </w:r>
    </w:p>
    <w:p>
      <w:pPr>
        <w:jc w:val="right"/>
      </w:pPr>
      <w:r>
        <w:t>ریاض بھٹ صاحب نے سری نگر سے لکھا ہے ریلائزیشن اف ان سین گاڈ از ٹو بی ا</w:t>
      </w:r>
    </w:p>
    <w:p>
      <w:r>
        <w:rPr>
          <w:b/>
        </w:rPr>
        <w:t xml:space="preserve">[45:40] </w:t>
      </w:r>
      <w:r>
        <w:t>self discovery rather than an inherited belief</w:t>
      </w:r>
    </w:p>
    <w:p>
      <w:pPr>
        <w:jc w:val="right"/>
      </w:pPr>
      <w:r>
        <w:t>سیلف ڈسکوری رادر دین این انہیریٹڈ بیلیف</w:t>
      </w:r>
    </w:p>
    <w:p>
      <w:r>
        <w:rPr>
          <w:b/>
        </w:rPr>
        <w:t xml:space="preserve">[45:46] </w:t>
      </w:r>
      <w:r>
        <w:t>that is my take from today lecture kolkata se faraz khan sahib ne likha hai these days everyone is looking for ready made marifat that is why they get neither marifat nor mental peace ek Maulana iqbal umri sahib ne chennai se likha hai ghaib is the matter of</w:t>
      </w:r>
    </w:p>
    <w:p>
      <w:pPr>
        <w:jc w:val="right"/>
      </w:pPr>
      <w:r>
        <w:t>دیٹ از مائی ٹیک فرام ٹوڈے لیکچر کلکتہ سے فراز خان صاحب نے لکھا ہے دیز ڈیز ایوری ون از لوکنگ فار ریڈی میڈ معرفت دیٹ از وائی دے گیٹ نیدر معرفت نور مینٹل پیس ایک مولانا اقبال عمری صاحب نے چنئی سے لکھا ہے گیب از دی میٹر اف</w:t>
      </w:r>
    </w:p>
    <w:p>
      <w:r>
        <w:rPr>
          <w:b/>
        </w:rPr>
        <w:t xml:space="preserve">[46:10] </w:t>
      </w:r>
      <w:r>
        <w:t>research that is why spirituality is the intellectual matter and not just a blind following</w:t>
      </w:r>
    </w:p>
    <w:p>
      <w:pPr>
        <w:jc w:val="right"/>
      </w:pPr>
      <w:r>
        <w:t>ریسرچ دیٹ از وائی سپرچویلٹی از دی انٹلیکچول میٹر اینڈ ناٹ جسٹ ا بلائنڈ فالونگ</w:t>
      </w:r>
    </w:p>
    <w:p>
      <w:r>
        <w:rPr>
          <w:b/>
        </w:rPr>
        <w:t xml:space="preserve">[46:19] </w:t>
      </w:r>
      <w:r>
        <w:t>Jazak Allah Maulana for your explanation it has increased our Iman</w:t>
      </w:r>
    </w:p>
    <w:p>
      <w:pPr>
        <w:jc w:val="right"/>
      </w:pPr>
      <w:r>
        <w:t>جزاک اللہ مولانا فار یور ایکسپلینیشن اٹ ہیز انکریز ار ایمان</w:t>
      </w:r>
    </w:p>
    <w:p>
      <w:r>
        <w:rPr>
          <w:b/>
        </w:rPr>
        <w:t xml:space="preserve">[46:26] </w:t>
      </w:r>
      <w:r>
        <w:t>Dr Naghma Siddiqui ne Delhi se comment bheja hai today I understood the meaning of Iman bil-ghayb and</w:t>
      </w:r>
    </w:p>
    <w:p>
      <w:pPr>
        <w:jc w:val="right"/>
      </w:pPr>
      <w:r>
        <w:t>ڈاکٹر نغمہ صدیقی نے دلی سے کمنٹ بھیجا ہے ٹوڈے ائی انڈرسٹڈ دا میننگ اف ایمان بالغائب اینڈ</w:t>
      </w:r>
    </w:p>
    <w:p>
      <w:r>
        <w:rPr>
          <w:b/>
        </w:rPr>
        <w:t xml:space="preserve">[46:35] </w:t>
      </w:r>
      <w:r>
        <w:t>how it starts with the discovery of God while unseen and leads to the true spirit of</w:t>
      </w:r>
    </w:p>
    <w:p>
      <w:pPr>
        <w:jc w:val="right"/>
      </w:pPr>
      <w:r>
        <w:t>ہاؤ اٹ سٹارٹس ود دا ڈسکوری اف گاڈ وائل ان سین اینڈ لیڈز ٹو دا ٹرو سپرٹ اف</w:t>
      </w:r>
    </w:p>
    <w:p>
      <w:r>
        <w:rPr>
          <w:b/>
        </w:rPr>
        <w:t xml:space="preserve">[46:43] </w:t>
      </w:r>
      <w:r>
        <w:t>da'wah ilal Allah out of a sense of discovery Jazak Allah Maulana Miss Shabana Ansari ne Pakistan se</w:t>
      </w:r>
    </w:p>
    <w:p>
      <w:pPr>
        <w:jc w:val="right"/>
      </w:pPr>
      <w:r>
        <w:t>دعوی الا اللہ اؤٹ اف ا سینس اف ڈسکوری جزاک اللہ مولانا مس شبانہ انصاری نے پاکستان سے</w:t>
      </w:r>
    </w:p>
    <w:p>
      <w:r>
        <w:rPr>
          <w:b/>
        </w:rPr>
        <w:t xml:space="preserve">[46:51] </w:t>
      </w:r>
      <w:r>
        <w:t>likha hai it seems that Allah addressing</w:t>
      </w:r>
    </w:p>
    <w:p>
      <w:pPr>
        <w:jc w:val="right"/>
      </w:pPr>
      <w:r>
        <w:t>لکھا ہے اٹ سیمز دیٹ اللہ ایڈریسنگ</w:t>
      </w:r>
    </w:p>
    <w:p>
      <w:r>
        <w:rPr>
          <w:b/>
        </w:rPr>
        <w:t xml:space="preserve">[46:55] </w:t>
      </w:r>
      <w:r>
        <w:t>in the seventh century the atheist scientist of twenty century saying this is unfair to believe in every unseen item of universe except god</w:t>
      </w:r>
    </w:p>
    <w:p>
      <w:pPr>
        <w:jc w:val="right"/>
      </w:pPr>
      <w:r>
        <w:t>ان دا سیونتھ سینچری دا ایتھسٹ سائنٹسٹ اف ٹونٹی سینچری سینگ دس از ان فیئر ٹو بیلیو ان ایوری ان سین ائٹم اف یونیورس ایکسیپٹ گاڈ</w:t>
      </w:r>
    </w:p>
    <w:p>
      <w:r>
        <w:rPr>
          <w:b/>
        </w:rPr>
        <w:t xml:space="preserve">[47:10] </w:t>
      </w:r>
      <w:r>
        <w:t>wa ma qadar Allah haqq qadrih</w:t>
      </w:r>
    </w:p>
    <w:p>
      <w:pPr>
        <w:jc w:val="right"/>
      </w:pPr>
      <w:r>
        <w:t>وما قدر اللہ حق قدرہ</w:t>
      </w:r>
    </w:p>
    <w:p>
      <w:r>
        <w:rPr>
          <w:b/>
        </w:rPr>
        <w:t xml:space="preserve">[47:14] </w:t>
      </w:r>
      <w:r>
        <w:t>Rafiq Khan sahib ne Bangalore se comment bheja hai Jazak Allah Khair Maulana sahib Quran Hadees ke baad</w:t>
      </w:r>
    </w:p>
    <w:p>
      <w:pPr>
        <w:jc w:val="right"/>
      </w:pPr>
      <w:r>
        <w:t>رفیق خان صاحب نے بینگلور سے کمنٹ بھیجا ہے جزاک اللہ خیر مولانا صاحب قرآن حدیث کے بعد</w:t>
      </w:r>
    </w:p>
    <w:p>
      <w:r>
        <w:rPr>
          <w:b/>
        </w:rPr>
        <w:t xml:space="preserve">[47:23] </w:t>
      </w:r>
      <w:r>
        <w:t>aap Allah se qareeb karne ka zariya hain</w:t>
      </w:r>
    </w:p>
    <w:p>
      <w:pPr>
        <w:jc w:val="right"/>
      </w:pPr>
      <w:r>
        <w:t>اپ اللہ سے قریب کرنے کا ذریعہ ہیں</w:t>
      </w:r>
    </w:p>
    <w:p>
      <w:r>
        <w:rPr>
          <w:b/>
        </w:rPr>
        <w:t xml:space="preserve">[47:28] </w:t>
      </w:r>
      <w:r>
        <w:t>Miss Carolin ne Srinagar se likha hai discovering laws of nature in its own efforts by pondering</w:t>
      </w:r>
    </w:p>
    <w:p>
      <w:pPr>
        <w:jc w:val="right"/>
      </w:pPr>
      <w:r>
        <w:t>مس کروتلین نے سری نگر سے لکھا ہے ڈسکورنگ لاز اف نیچر ان اٹس اون ایفرٹس بائے پونڈرنگ</w:t>
      </w:r>
    </w:p>
    <w:p>
      <w:r>
        <w:rPr>
          <w:b/>
        </w:rPr>
        <w:t xml:space="preserve">[47:38] </w:t>
      </w:r>
      <w:r>
        <w:t>and contemplation is thrilling and everlasting</w:t>
      </w:r>
    </w:p>
    <w:p>
      <w:pPr>
        <w:jc w:val="right"/>
      </w:pPr>
      <w:r>
        <w:t>اینڈ کنٹیمپلیشن از تھرلنگ اینڈ ایور لاسٹنگ</w:t>
      </w:r>
    </w:p>
    <w:p>
      <w:r>
        <w:rPr>
          <w:b/>
        </w:rPr>
        <w:t xml:space="preserve">[47:43] </w:t>
      </w:r>
      <w:r>
        <w:t>and after discovering glorification of God becomes inevitable</w:t>
      </w:r>
    </w:p>
    <w:p>
      <w:pPr>
        <w:jc w:val="right"/>
      </w:pPr>
      <w:r>
        <w:t>اینڈ افٹر ڈسکورنگ گلوریفیکیشن اف گاڈ بیکمز ان ایویٹیبل</w:t>
      </w:r>
    </w:p>
    <w:p>
      <w:r>
        <w:rPr>
          <w:b/>
        </w:rPr>
        <w:t xml:space="preserve">[47:51] </w:t>
      </w:r>
      <w:r>
        <w:t>molana ab sawal lena chahenge pehla sawal bheja hai naveed</w:t>
      </w:r>
    </w:p>
    <w:p>
      <w:pPr>
        <w:jc w:val="right"/>
      </w:pPr>
      <w:r>
        <w:t>مولانا اب سوال لینا چاہیں گے پہلا سوال بھیجا ہے ناوید</w:t>
      </w:r>
    </w:p>
    <w:p>
      <w:r>
        <w:rPr>
          <w:b/>
        </w:rPr>
        <w:t xml:space="preserve">[47:56] </w:t>
      </w:r>
      <w:r>
        <w:t>muhammad sahib ne aligarh muslim university se unhone likha hai by seeing human casualties around the world especially in muslim countries my heart throbs with pain and i question that where is god's mercy if he exists</w:t>
      </w:r>
    </w:p>
    <w:p>
      <w:pPr>
        <w:jc w:val="right"/>
      </w:pPr>
      <w:r>
        <w:t>محمد صاحب نے علی گڑھ مسلم یونیورسٹی سے انہوں نے لکھا ہے بائی سینگ ہیومن کیژولٹیز اراؤنڈ دا ورلڈ اسپیشلی ان مسلم کنٹریز مائی ہارٹ تھروبز ود پین اینڈ ائی کوئسچن دیٹ ویئر از گاڈز مرسی اف ہی ایگزسٹ</w:t>
      </w:r>
    </w:p>
    <w:p>
      <w:r>
        <w:rPr>
          <w:b/>
        </w:rPr>
        <w:t xml:space="preserve">[48:18] </w:t>
      </w:r>
      <w:r>
        <w:t>and besides islam for third holiest place people are killed for the protection of this place still god doesn't do anything such things make me unbelievable for a long time what is your opinion to my co</w:t>
      </w:r>
    </w:p>
    <w:p>
      <w:pPr>
        <w:jc w:val="right"/>
      </w:pPr>
      <w:r>
        <w:t>اینڈ بیسائیڈز اسلام فار تھرڈ ہولیسٹ پلیس پیپل ار کلڈ فار دی پروٹیکشن اف دس پلیس سٹل گاڈ ڈزنٹ ڈو اینی تھنگ سچ تھنگز میک می ان بیلیویبل فار ا لانگ ٹائم واٹ از یور اوپینین ٹو مائی کو</w:t>
      </w:r>
    </w:p>
    <w:p>
      <w:r>
        <w:rPr>
          <w:b/>
        </w:rPr>
        <w:t xml:space="preserve">[48:36] </w:t>
      </w:r>
      <w:r>
        <w:t>question</w:t>
      </w:r>
    </w:p>
    <w:p>
      <w:pPr>
        <w:jc w:val="right"/>
      </w:pPr>
      <w:r>
        <w:t>ئسچن</w:t>
      </w:r>
    </w:p>
    <w:p>
      <w:r>
        <w:rPr>
          <w:b/>
        </w:rPr>
        <w:t xml:space="preserve">[48:39] </w:t>
      </w:r>
      <w:r>
        <w:t>dekhiye aap is ko</w:t>
      </w:r>
    </w:p>
    <w:p>
      <w:pPr>
        <w:jc w:val="right"/>
      </w:pPr>
      <w:r>
        <w:t>دیکھیے اپ اس کو</w:t>
      </w:r>
    </w:p>
    <w:p>
      <w:r>
        <w:rPr>
          <w:b/>
        </w:rPr>
        <w:t xml:space="preserve">[48:43] </w:t>
      </w:r>
      <w:r>
        <w:t>ghalat reference mein dekh rahe hain</w:t>
      </w:r>
    </w:p>
    <w:p>
      <w:pPr>
        <w:jc w:val="right"/>
      </w:pPr>
      <w:r>
        <w:t>غلط ریفرنس میں دیکھ رہے ہیں</w:t>
      </w:r>
    </w:p>
    <w:p>
      <w:r>
        <w:rPr>
          <w:b/>
        </w:rPr>
        <w:t xml:space="preserve">[48:45] </w:t>
      </w:r>
      <w:r>
        <w:t>ghalat reference mein</w:t>
      </w:r>
    </w:p>
    <w:p>
      <w:pPr>
        <w:jc w:val="right"/>
      </w:pPr>
      <w:r>
        <w:t>غلط ریفرنس میں</w:t>
      </w:r>
    </w:p>
    <w:p>
      <w:r>
        <w:rPr>
          <w:b/>
        </w:rPr>
        <w:t xml:space="preserve">[48:49] </w:t>
      </w:r>
      <w:r>
        <w:t>aap agar farz kiye ke aap ali garh muslim university ko goshala ki taraf dekhen</w:t>
      </w:r>
    </w:p>
    <w:p>
      <w:pPr>
        <w:jc w:val="right"/>
      </w:pPr>
      <w:r>
        <w:t>اپ اگر فرض کیے کہ اپ علی گڑھ مسلم یونیورسٹی کو گوشالہ کی طرف دیکھیں</w:t>
      </w:r>
    </w:p>
    <w:p>
      <w:r>
        <w:rPr>
          <w:b/>
        </w:rPr>
        <w:t xml:space="preserve">[48:55] </w:t>
      </w:r>
      <w:r>
        <w:t>to aap kuch nahi payenge kyunke goshala ke reference mein muslim university ko aap samajh nahi sakte</w:t>
      </w:r>
    </w:p>
    <w:p>
      <w:pPr>
        <w:jc w:val="right"/>
      </w:pPr>
      <w:r>
        <w:t>تو اپ کچھ نہیں پائیں گے کیونکہ گوشالہ کے ریفرنس میں مسلم یونیورسٹی کو اپ سمجھ نہیں سکتے</w:t>
      </w:r>
    </w:p>
    <w:p>
      <w:r>
        <w:rPr>
          <w:b/>
        </w:rPr>
        <w:t xml:space="preserve">[49:03] </w:t>
      </w:r>
      <w:r>
        <w:t>to yeh allah ki mercy ko reference mein aap jab dekh rahe hain</w:t>
      </w:r>
    </w:p>
    <w:p>
      <w:pPr>
        <w:jc w:val="right"/>
      </w:pPr>
      <w:r>
        <w:t>تو یہ اللہ کی مرسی کو ریفرنس میں اپ جب دیکھ رہے ہیں</w:t>
      </w:r>
    </w:p>
    <w:p>
      <w:r>
        <w:rPr>
          <w:b/>
        </w:rPr>
        <w:t xml:space="preserve">[49:09] </w:t>
      </w:r>
      <w:r>
        <w:t>mercy to hairan ho rahe hain subah dhoop suraj nikli yeh mercy nahi hai hawayein chal rahi hain</w:t>
      </w:r>
    </w:p>
    <w:p>
      <w:pPr>
        <w:jc w:val="right"/>
      </w:pPr>
      <w:r>
        <w:t>مرسی تو حیران ہو رہے ہیں صبح دھوپ سورج نکلی یہ مرسی نہیں ہے ہوائیں چل رہی ہیں</w:t>
      </w:r>
    </w:p>
    <w:p>
      <w:r>
        <w:rPr>
          <w:b/>
        </w:rPr>
        <w:t xml:space="preserve">[49:14] </w:t>
      </w:r>
      <w:r>
        <w:t>mercy nahi hai oxygen supply ho rahi hai mercy nahi hai baqi yeh jo waqea hai to insan</w:t>
      </w:r>
    </w:p>
    <w:p>
      <w:pPr>
        <w:jc w:val="right"/>
      </w:pPr>
      <w:r>
        <w:t>مرسی نہیں ہے اکسیجن سپلائی ہو رہی ہے مرسی نہیں ہے باقی یہ جو واقعہ ہے تو انسان</w:t>
      </w:r>
    </w:p>
    <w:p>
      <w:r>
        <w:rPr>
          <w:b/>
        </w:rPr>
        <w:t xml:space="preserve">[49:20] </w:t>
      </w:r>
      <w:r>
        <w:t>ki freedom ka mamla hai</w:t>
      </w:r>
    </w:p>
    <w:p>
      <w:pPr>
        <w:jc w:val="right"/>
      </w:pPr>
      <w:r>
        <w:t>کی فریڈم کا معاملہ ہے</w:t>
      </w:r>
    </w:p>
    <w:p>
      <w:r>
        <w:rPr>
          <w:b/>
        </w:rPr>
        <w:t xml:space="preserve">[49:23] </w:t>
      </w:r>
      <w:r>
        <w:t>koi mercy to allah ki</w:t>
      </w:r>
    </w:p>
    <w:p>
      <w:pPr>
        <w:jc w:val="right"/>
      </w:pPr>
      <w:r>
        <w:t>کوئی مرسی تو اللہ کی</w:t>
      </w:r>
    </w:p>
    <w:p>
      <w:r>
        <w:rPr>
          <w:b/>
        </w:rPr>
        <w:t xml:space="preserve">[49:24] </w:t>
      </w:r>
      <w:r>
        <w:t>subah sham baras rahi hai lekin allah ne insan ko freedom diya hai freedom of choice to kuch</w:t>
      </w:r>
    </w:p>
    <w:p>
      <w:pPr>
        <w:jc w:val="right"/>
      </w:pPr>
      <w:r>
        <w:t>صبح شام برس رہی ہے لیکن اللہ نے انسان کو فریڈم دیا ہے فریڈم اف چوائس تو کچھ</w:t>
      </w:r>
    </w:p>
    <w:p>
      <w:r>
        <w:rPr>
          <w:b/>
        </w:rPr>
        <w:t xml:space="preserve">[49:32] </w:t>
      </w:r>
      <w:r>
        <w:t>insan is ko misuse karte hain is se misaal paida hote hain</w:t>
      </w:r>
    </w:p>
    <w:p>
      <w:pPr>
        <w:jc w:val="right"/>
      </w:pPr>
      <w:r>
        <w:t>انسان اس کو مسوز کرتے ہیں اس سے مثال پیدا ہوتے ہیں</w:t>
      </w:r>
    </w:p>
    <w:p>
      <w:r>
        <w:rPr>
          <w:b/>
        </w:rPr>
        <w:t xml:space="preserve">[49:38] </w:t>
      </w:r>
      <w:r>
        <w:t>to yeh yeh bhi allah ne jo kiya hai hum ko bohat bara credit dene ke liye ke</w:t>
      </w:r>
    </w:p>
    <w:p>
      <w:pPr>
        <w:jc w:val="right"/>
      </w:pPr>
      <w:r>
        <w:t>تو یہ یہ بھی اللہ نے جو کیا ہے ہم کو بہت بڑا کریڈٹ دینے کے لیے کہ</w:t>
      </w:r>
    </w:p>
    <w:p>
      <w:r>
        <w:rPr>
          <w:b/>
        </w:rPr>
        <w:t xml:space="preserve">[49:45] </w:t>
      </w:r>
      <w:r>
        <w:t>hum ne self imposed discipline par apne ko qaim kiya</w:t>
      </w:r>
    </w:p>
    <w:p>
      <w:pPr>
        <w:jc w:val="right"/>
      </w:pPr>
      <w:r>
        <w:t>ہم نے سیلف امپوزڈ ڈسپلن پر اپنے کو قائم کیا</w:t>
      </w:r>
    </w:p>
    <w:p>
      <w:r>
        <w:rPr>
          <w:b/>
        </w:rPr>
        <w:t xml:space="preserve">[49:52] </w:t>
      </w:r>
      <w:r>
        <w:t>yani hum hum ghussa ho sakte the maine ghussa nahi kiya hum nafrat kar sakte the main</w:t>
      </w:r>
    </w:p>
    <w:p>
      <w:pPr>
        <w:jc w:val="right"/>
      </w:pPr>
      <w:r>
        <w:t>یعنی ہم ہم غصہ ہو سکتے تھے میں نے غصہ نہیں کیا ہم نفرت کر سکتے تھے میں</w:t>
      </w:r>
    </w:p>
    <w:p>
      <w:r>
        <w:rPr>
          <w:b/>
        </w:rPr>
        <w:t xml:space="preserve">[49:58] </w:t>
      </w:r>
      <w:r>
        <w:t>ne nafrat nahi kiya hum ne bomb maar sakte the hum bomb nahi mara</w:t>
      </w:r>
    </w:p>
    <w:p>
      <w:pPr>
        <w:jc w:val="right"/>
      </w:pPr>
      <w:r>
        <w:t>نے نفرت نہیں کیا ہم نے بم مار سکتے تھے ہم بم نہیں مارا</w:t>
      </w:r>
    </w:p>
    <w:p>
      <w:r>
        <w:rPr>
          <w:b/>
        </w:rPr>
        <w:t xml:space="preserve">[50:03] </w:t>
      </w:r>
      <w:r>
        <w:t>to aise isi yani isi isi bari discovery ke liye</w:t>
      </w:r>
    </w:p>
    <w:p>
      <w:pPr>
        <w:jc w:val="right"/>
      </w:pPr>
      <w:r>
        <w:t>تو ایسے اسی یعنی اسی اسی بڑی ڈسکوری کے لیے</w:t>
      </w:r>
    </w:p>
    <w:p>
      <w:r>
        <w:rPr>
          <w:b/>
        </w:rPr>
        <w:t xml:space="preserve">[50:10] </w:t>
      </w:r>
      <w:r>
        <w:t>insan ko azadi di hai to bajaye is ke ke aap is ko khuda par dalen insano ko</w:t>
      </w:r>
    </w:p>
    <w:p>
      <w:pPr>
        <w:jc w:val="right"/>
      </w:pPr>
      <w:r>
        <w:t>انسان کو ازادی دی ہے تو بجائے اس کے کہ اپ اس کو خدا پر ڈالیں انسانوں کو</w:t>
      </w:r>
    </w:p>
    <w:p>
      <w:r>
        <w:rPr>
          <w:b/>
        </w:rPr>
        <w:t xml:space="preserve">[50:17] </w:t>
      </w:r>
      <w:r>
        <w:t>batayiye aap dawat ka kaam kijiye</w:t>
      </w:r>
    </w:p>
    <w:p>
      <w:pPr>
        <w:jc w:val="right"/>
      </w:pPr>
      <w:r>
        <w:t>بتائیے اپ دعوت کا کام کیجئے</w:t>
      </w:r>
    </w:p>
    <w:p>
      <w:r>
        <w:rPr>
          <w:b/>
        </w:rPr>
        <w:t xml:space="preserve">[50:21] </w:t>
      </w:r>
      <w:r>
        <w:t>yani jis jis ko aap bata rahe hain khuda kahan mercy nahi hai nahi aap kahan dawat nahi</w:t>
      </w:r>
    </w:p>
    <w:p>
      <w:pPr>
        <w:jc w:val="right"/>
      </w:pPr>
      <w:r>
        <w:t>یعنی جس جس کو اپ بتا رہے ہیں خدا کہاں مرسی نہیں ہے نہیں اپ کہاں دعوت نہیں</w:t>
      </w:r>
    </w:p>
    <w:p>
      <w:r>
        <w:rPr>
          <w:b/>
        </w:rPr>
        <w:t xml:space="preserve">[50:26] </w:t>
      </w:r>
      <w:r>
        <w:t>hai main kahun ke aap yeh keh rahe hain ke khuda kahan mercy nahi hai main kahun ke</w:t>
      </w:r>
    </w:p>
    <w:p>
      <w:pPr>
        <w:jc w:val="right"/>
      </w:pPr>
      <w:r>
        <w:t>ہے میں کہوں کہ اپ یہ کہہ رہے ہیں کہ خدا کہاں مرسی نہیں ہے میں کہوں کہ</w:t>
      </w:r>
    </w:p>
    <w:p>
      <w:r>
        <w:rPr>
          <w:b/>
        </w:rPr>
        <w:t xml:space="preserve">[50:32] </w:t>
      </w:r>
      <w:r>
        <w:t>aap ke andar khud dawat ka koi jazba nahi hai aap dawat dijiye logon ko bataiye logon ko</w:t>
      </w:r>
    </w:p>
    <w:p>
      <w:pPr>
        <w:jc w:val="right"/>
      </w:pPr>
      <w:r>
        <w:t>اپ کے اندر خود دعوت کا کوئی جذبہ نہیں ہے اپ دعوت دیجئے لوگوں کو بتائیے لوگوں کو</w:t>
      </w:r>
    </w:p>
    <w:p>
      <w:r>
        <w:rPr>
          <w:b/>
        </w:rPr>
        <w:t xml:space="preserve">[50:37] </w:t>
      </w:r>
      <w:r>
        <w:t>in awareness ko todiye logon ko bataiye ke tum apni freedom ko misuse kar rahe ho yeh</w:t>
      </w:r>
    </w:p>
    <w:p>
      <w:pPr>
        <w:jc w:val="right"/>
      </w:pPr>
      <w:r>
        <w:t>ان اویرنس کو توڑیے لوگوں کو بتائیے کہ تم اپنی فریڈم کو مس یوز کر رہے ہو یہ</w:t>
      </w:r>
    </w:p>
    <w:p>
      <w:r>
        <w:rPr>
          <w:b/>
        </w:rPr>
        <w:t xml:space="preserve">[50:42] </w:t>
      </w:r>
      <w:r>
        <w:t>batayiye to aap ke andar leak kar rahi hai dawat ki spirit aur aap keh rahe hain ke</w:t>
      </w:r>
    </w:p>
    <w:p>
      <w:pPr>
        <w:jc w:val="right"/>
      </w:pPr>
      <w:r>
        <w:t>بتائیے تو اپ کے اندر لیک کر رہی ہے دعوت کی سپرٹ اور اپ کہہ رہے ہیں کہ</w:t>
      </w:r>
    </w:p>
    <w:p>
      <w:r>
        <w:rPr>
          <w:b/>
        </w:rPr>
        <w:t xml:space="preserve">[50:50] </w:t>
      </w:r>
      <w:r>
        <w:t>allah ke andar leek leek kar rahi hai mersi yeh aap ke galat</w:t>
      </w:r>
    </w:p>
    <w:p>
      <w:pPr>
        <w:jc w:val="right"/>
      </w:pPr>
      <w:r>
        <w:t>اللہ کے اندر لیک لیک کر رہی ہے مرسی یہ اپ کے غلط</w:t>
      </w:r>
    </w:p>
    <w:p>
      <w:r>
        <w:rPr>
          <w:b/>
        </w:rPr>
        <w:t xml:space="preserve">[50:56] </w:t>
      </w:r>
      <w:r>
        <w:t>angle se dekhna ka nateeja hai</w:t>
      </w:r>
    </w:p>
    <w:p>
      <w:pPr>
        <w:jc w:val="right"/>
      </w:pPr>
      <w:r>
        <w:t>اینگل سے دیکھنا کا نتیجہ ہے</w:t>
      </w:r>
    </w:p>
    <w:p>
      <w:r>
        <w:rPr>
          <w:b/>
        </w:rPr>
        <w:t xml:space="preserve">[51:01] </w:t>
      </w:r>
      <w:r>
        <w:t>maulana agla sawal lene se pehle kuch aur comment padhna chahenge tariq badar sahab ne pakistan se comment likha hai today lecture was mind baffling by new learning that everything is ghayab and discovery of world probable is revolutionary discovery in world of science</w:t>
      </w:r>
    </w:p>
    <w:p>
      <w:pPr>
        <w:jc w:val="right"/>
      </w:pPr>
      <w:r>
        <w:t>مولانا اگلا سوال لینے سے پہلے کچھ اور کمنٹ پڑھنا چاہیں گے طارق بدر صاحب نے پاکستان سے کمنٹ لکھا ہے ٹوڈے لیکچر واز مائنڈ باگلنگ بائے نیو لرننگ دیٹ ایوری تھنگ از غائب اینڈ ڈسکوری اف ورلڈ پروبیبل از ریولیوشنری ڈسکوری ان ورلڈ اف سائنس</w:t>
      </w:r>
    </w:p>
    <w:p>
      <w:r>
        <w:rPr>
          <w:b/>
        </w:rPr>
        <w:t xml:space="preserve">[51:24] </w:t>
      </w:r>
      <w:r>
        <w:t>jazak allah maulana for this big discovery from the surah baqarah ayat that we were reading since years</w:t>
      </w:r>
    </w:p>
    <w:p>
      <w:pPr>
        <w:jc w:val="right"/>
      </w:pPr>
      <w:r>
        <w:t>جزاک اللہ مولانا فار دس بگ ڈسکوری فرام دا سورہ بقرہ ایت دیٹ وی وار ریڈنگ سنس ایئرز</w:t>
      </w:r>
    </w:p>
    <w:p>
      <w:r>
        <w:rPr>
          <w:b/>
        </w:rPr>
        <w:t xml:space="preserve">[51:33] </w:t>
      </w:r>
      <w:r>
        <w:t>aftab alam sahib ne kolkata se likha hai maulana sahib many many thanks today it is a discovery</w:t>
      </w:r>
    </w:p>
    <w:p>
      <w:pPr>
        <w:jc w:val="right"/>
      </w:pPr>
      <w:r>
        <w:t>افتاب عالم صاحب نے کلکتہ سے لکھا ہے مولانا صاحب مینی مینی تھینکس ٹوڈے اٹ از ا ڈسکوری</w:t>
      </w:r>
    </w:p>
    <w:p>
      <w:r>
        <w:rPr>
          <w:b/>
        </w:rPr>
        <w:t xml:space="preserve">[51:41] </w:t>
      </w:r>
      <w:r>
        <w:t>for me why god has kept him self in seen</w:t>
      </w:r>
    </w:p>
    <w:p>
      <w:pPr>
        <w:jc w:val="right"/>
      </w:pPr>
      <w:r>
        <w:t>فار می وائی گاڈ ہیز کیپٹ ہم سیلف ان سین</w:t>
      </w:r>
    </w:p>
    <w:p>
      <w:r>
        <w:rPr>
          <w:b/>
        </w:rPr>
        <w:t xml:space="preserve">[51:47] </w:t>
      </w:r>
      <w:r>
        <w:t>aamir mori sahib ne srinagar se likha hai my belief in unseen god is further taken</w:t>
      </w:r>
    </w:p>
    <w:p>
      <w:pPr>
        <w:jc w:val="right"/>
      </w:pPr>
      <w:r>
        <w:t>عامر موری صاحب نے سری نگر سے لکھا ہے مائی بیلیف ان ان سین گاڈ از فردر ٹیکن</w:t>
      </w:r>
    </w:p>
    <w:p>
      <w:r>
        <w:rPr>
          <w:b/>
        </w:rPr>
        <w:t xml:space="preserve">[51:54] </w:t>
      </w:r>
      <w:r>
        <w:t>to a new level. Today, thanks Maulana Sahib for guiding us and help us realize God.</w:t>
      </w:r>
    </w:p>
    <w:p>
      <w:pPr>
        <w:jc w:val="right"/>
      </w:pPr>
      <w:r>
        <w:t>ٹو ا نیو لیول ٹوڈے تھینکس مولانا صاحب فار گائیڈنگ اس اینڈ ہیلپ اس ریلائز گاڈ</w:t>
      </w:r>
    </w:p>
    <w:p>
      <w:r>
        <w:rPr>
          <w:b/>
        </w:rPr>
        <w:t xml:space="preserve">[52:03] </w:t>
      </w:r>
      <w:r>
        <w:t>un ka sawal yeh hai maulana unhon ne likha hai is comment ke baad</w:t>
      </w:r>
    </w:p>
    <w:p>
      <w:pPr>
        <w:jc w:val="right"/>
      </w:pPr>
      <w:r>
        <w:t>ان کا سوال یہ ہے مولانا انہوں نے لکھا ہے اس کمنٹ کے بعد</w:t>
      </w:r>
    </w:p>
    <w:p>
      <w:r>
        <w:rPr>
          <w:b/>
        </w:rPr>
        <w:t xml:space="preserve">[52:07] </w:t>
      </w:r>
      <w:r>
        <w:t>maulana sahib when we contemplate in the creation</w:t>
      </w:r>
    </w:p>
    <w:p>
      <w:pPr>
        <w:jc w:val="right"/>
      </w:pPr>
      <w:r>
        <w:t>مولانا صاحب وین وی کنٹیمپلیٹ ان دا کریشن</w:t>
      </w:r>
    </w:p>
    <w:p>
      <w:r>
        <w:rPr>
          <w:b/>
        </w:rPr>
        <w:t xml:space="preserve">[52:10] </w:t>
      </w:r>
      <w:r>
        <w:t>of allah many thoughts come to our mind</w:t>
      </w:r>
    </w:p>
    <w:p>
      <w:pPr>
        <w:jc w:val="right"/>
      </w:pPr>
      <w:r>
        <w:t>اف اللہ مینی تھاٹس کم ٹو اور مائنڈ</w:t>
      </w:r>
    </w:p>
    <w:p>
      <w:r>
        <w:rPr>
          <w:b/>
        </w:rPr>
        <w:t xml:space="preserve">[52:15] </w:t>
      </w:r>
      <w:r>
        <w:t>how can we assess and conclude which is the relevant thought kindly guide us in this question</w:t>
      </w:r>
    </w:p>
    <w:p>
      <w:pPr>
        <w:jc w:val="right"/>
      </w:pPr>
      <w:r>
        <w:t>ہاؤ کین وی اسیس اینڈ کنکلوڈ وچ از دا ریلیونٹ تھاٹ کائنڈلی گائیڈ اس ان دس کوئسچن</w:t>
      </w:r>
    </w:p>
    <w:p>
      <w:r>
        <w:rPr>
          <w:b/>
        </w:rPr>
        <w:t xml:space="preserve">[52:25] </w:t>
      </w:r>
      <w:r>
        <w:t>bhai mind allah ne kyun diya hai aap ko isi liye diya hai ke</w:t>
      </w:r>
    </w:p>
    <w:p>
      <w:pPr>
        <w:jc w:val="right"/>
      </w:pPr>
      <w:r>
        <w:t>بھائی مائنڈ اللہ نے کیوں دیا ہے اپ کو اسی لیے دیا ہے کہ</w:t>
      </w:r>
    </w:p>
    <w:p>
      <w:r>
        <w:rPr>
          <w:b/>
        </w:rPr>
        <w:t xml:space="preserve">[52:33] </w:t>
      </w:r>
      <w:r>
        <w:t>relevant part ko irrelevant parts alag kar ke dekhen aap karte hain har aadmi karta hai business mein</w:t>
      </w:r>
    </w:p>
    <w:p>
      <w:pPr>
        <w:jc w:val="right"/>
      </w:pPr>
      <w:r>
        <w:t>ریلیونٹ پارٹ کو اریلیونٹ پارٹس الگ کر کے دیکھیں اپ کرتے ہیں ہر ادمی کرتا ہے بزنس میں</w:t>
      </w:r>
    </w:p>
    <w:p>
      <w:r>
        <w:rPr>
          <w:b/>
        </w:rPr>
        <w:t xml:space="preserve">[52:40] </w:t>
      </w:r>
      <w:r>
        <w:t>family mein apne</w:t>
      </w:r>
    </w:p>
    <w:p>
      <w:pPr>
        <w:jc w:val="right"/>
      </w:pPr>
      <w:r>
        <w:t>فیملی میں اپنے</w:t>
      </w:r>
    </w:p>
    <w:p>
      <w:r>
        <w:rPr>
          <w:b/>
        </w:rPr>
        <w:t xml:space="preserve">[52:44] </w:t>
      </w:r>
      <w:r>
        <w:t>worldly interest mein yahi karta hai aadmi ke relevant ko leta hai irrelevant ko chhod deta hai woh</w:t>
      </w:r>
    </w:p>
    <w:p>
      <w:pPr>
        <w:jc w:val="right"/>
      </w:pPr>
      <w:r>
        <w:t>ورلڈلی انٹرسٹ میں یہی کرتا ہے ادمی کہ ریلیونٹ کو لیتا ہے اریلیونٹ کو چھوڑ دیتا ہے وہ</w:t>
      </w:r>
    </w:p>
    <w:p>
      <w:r>
        <w:rPr>
          <w:b/>
        </w:rPr>
        <w:t xml:space="preserve">[52:50] </w:t>
      </w:r>
      <w:r>
        <w:t>yahan bhi kijiye aap</w:t>
      </w:r>
    </w:p>
    <w:p>
      <w:pPr>
        <w:jc w:val="right"/>
      </w:pPr>
      <w:r>
        <w:t>یہاں بھی کیجئے اپ</w:t>
      </w:r>
    </w:p>
    <w:p>
      <w:r>
        <w:rPr>
          <w:b/>
        </w:rPr>
        <w:t xml:space="preserve">[52:52] </w:t>
      </w:r>
      <w:r>
        <w:t>asal baat yeh hai ke aap log apne mind ko yahan apply nahin karte doosron mein khoob apply</w:t>
      </w:r>
    </w:p>
    <w:p>
      <w:pPr>
        <w:jc w:val="right"/>
      </w:pPr>
      <w:r>
        <w:t>اصل بات یہ ہے کہ اپ لوگ اپنے مائنڈ کو یہاں اپلائی نہیں کرتے دوسروں میں خوب اپلائی</w:t>
      </w:r>
    </w:p>
    <w:p>
      <w:r>
        <w:rPr>
          <w:b/>
        </w:rPr>
        <w:t xml:space="preserve">[52:58] </w:t>
      </w:r>
      <w:r>
        <w:t>karte hain woh worldly interest mein khoob apply karte hain aur akhirat ke mamle mein apply nahin karte</w:t>
      </w:r>
    </w:p>
    <w:p>
      <w:pPr>
        <w:jc w:val="right"/>
      </w:pPr>
      <w:r>
        <w:t>کرتے ہیں وہ ورلڈلی انٹرسٹ میں خوب اپلائی کرتے ہیں اور اخرت کے معاملے میں اپلائی نہیں کرتے</w:t>
      </w:r>
    </w:p>
    <w:p>
      <w:r>
        <w:rPr>
          <w:b/>
        </w:rPr>
        <w:t xml:space="preserve">[53:04] </w:t>
      </w:r>
      <w:r>
        <w:t>is liye question bana dete hain is ko question ka masla nahin hai yeh apne mind ko apply</w:t>
      </w:r>
    </w:p>
    <w:p>
      <w:pPr>
        <w:jc w:val="right"/>
      </w:pPr>
      <w:r>
        <w:t>اس لیے کوئسچن بنا دیتے ہیں اس کو کوئسچن کا مسئلہ نہیں ہے یہ اپنے مائنڈ کو اپلائی</w:t>
      </w:r>
    </w:p>
    <w:p>
      <w:r>
        <w:rPr>
          <w:b/>
        </w:rPr>
        <w:t xml:space="preserve">[53:09] </w:t>
      </w:r>
      <w:r>
        <w:t>karne ka masla hai</w:t>
      </w:r>
    </w:p>
    <w:p>
      <w:pPr>
        <w:jc w:val="right"/>
      </w:pPr>
      <w:r>
        <w:t>کرنے کا مسئلہ ہے</w:t>
      </w:r>
    </w:p>
    <w:p>
      <w:r>
        <w:rPr>
          <w:b/>
        </w:rPr>
        <w:t xml:space="preserve">[53:14] </w:t>
      </w:r>
      <w:r>
        <w:t>ji ah rizwan arif sahib ne ah mp se comment bheja hai madhya pradesh se unhon ne</w:t>
      </w:r>
    </w:p>
    <w:p>
      <w:pPr>
        <w:jc w:val="right"/>
      </w:pPr>
      <w:r>
        <w:t>جی اہ رضوان عارف صاحب نے اہ ایم پی سے کمنٹ بھیجا ہے مدھیہ پردیش سے انہوں نے</w:t>
      </w:r>
    </w:p>
    <w:p>
      <w:r>
        <w:rPr>
          <w:b/>
        </w:rPr>
        <w:t xml:space="preserve">[53:21] </w:t>
      </w:r>
      <w:r>
        <w:t>likha hai jazak allah maulana i have never seen the verses of quran from the point of view</w:t>
      </w:r>
    </w:p>
    <w:p>
      <w:pPr>
        <w:jc w:val="right"/>
      </w:pPr>
      <w:r>
        <w:t>لکھا ہے جزاک اللہ مولانا ائی ہیو نیور سین دا ورسز اف قران فرام دا پوائنٹ اف ویو</w:t>
      </w:r>
    </w:p>
    <w:p>
      <w:r>
        <w:rPr>
          <w:b/>
        </w:rPr>
        <w:t xml:space="preserve">[53:29] </w:t>
      </w:r>
      <w:r>
        <w:t>you shared today tofeeq khan sahib ne comment likha hai up ghazipur se maulana sahib aap</w:t>
      </w:r>
    </w:p>
    <w:p>
      <w:pPr>
        <w:jc w:val="right"/>
      </w:pPr>
      <w:r>
        <w:t>یو شیئرڈ ٹوڈے توفیق خان صاحب نے کمنٹ لکھا ہے یو پی غازی پور سے مولانا صاحب اپ</w:t>
      </w:r>
    </w:p>
    <w:p>
      <w:r>
        <w:rPr>
          <w:b/>
        </w:rPr>
        <w:t xml:space="preserve">[53:36] </w:t>
      </w:r>
      <w:r>
        <w:t>ki taqreer sun kar mera mind thrill ho jata hai aur allah par yaqeen aur bhi zyada badh</w:t>
      </w:r>
    </w:p>
    <w:p>
      <w:pPr>
        <w:jc w:val="right"/>
      </w:pPr>
      <w:r>
        <w:t>کی تقریر سن کر میرا مائنڈ تھرل ہو جاتا ہے اور اللہ پر یقین اور بھی زیادہ بڑھ</w:t>
      </w:r>
    </w:p>
    <w:p>
      <w:r>
        <w:rPr>
          <w:b/>
        </w:rPr>
        <w:t xml:space="preserve">[53:43] </w:t>
      </w:r>
      <w:r>
        <w:t>jata hai jazak allah doctor safeena tabassum ne sawal bheja hai ajmer se unhon ne likha hai maulana</w:t>
      </w:r>
    </w:p>
    <w:p>
      <w:pPr>
        <w:jc w:val="right"/>
      </w:pPr>
      <w:r>
        <w:t>جاتا ہے جزاک اللہ ڈاکٹر سفینہ تبسم نے سوال بھیجا ہے اجمیر سے انہوں نے لکھا ہے مولانا</w:t>
      </w:r>
    </w:p>
    <w:p>
      <w:r>
        <w:rPr>
          <w:b/>
        </w:rPr>
        <w:t xml:space="preserve">[53:52] </w:t>
      </w:r>
      <w:r>
        <w:t>sahib does that mean that god wants us to have an inquiring spirit so that</w:t>
      </w:r>
    </w:p>
    <w:p>
      <w:pPr>
        <w:jc w:val="right"/>
      </w:pPr>
      <w:r>
        <w:t>صاحب ڈز دیٹ مین دیٹ گاڈ وانٹس اس ٹو ہیو این انکوائرنگ سپرٹ سو دیٹ</w:t>
      </w:r>
    </w:p>
    <w:p>
      <w:r>
        <w:rPr>
          <w:b/>
        </w:rPr>
        <w:t xml:space="preserve">[53:59] </w:t>
      </w:r>
      <w:r>
        <w:t>we may discover him or self</w:t>
      </w:r>
    </w:p>
    <w:p>
      <w:pPr>
        <w:jc w:val="right"/>
      </w:pPr>
      <w:r>
        <w:t>وی می ڈسکور ہم اور سیلف</w:t>
      </w:r>
    </w:p>
    <w:p>
      <w:r>
        <w:rPr>
          <w:b/>
        </w:rPr>
        <w:t xml:space="preserve">[54:02] </w:t>
      </w:r>
      <w:r>
        <w:t>what is your opinion bilkul sahi kaha unhone hundred percent sahi kaha unhone bohat sahi jazak allah مولانا agla sawal bheja hai riaz ahmed mir sahab ne jammu kashmir se unhone likha hai مولانا sahib will the science lead to the ultimate discovery of physical god in this world the way other unseen things are discovered</w:t>
      </w:r>
    </w:p>
    <w:p>
      <w:pPr>
        <w:jc w:val="right"/>
      </w:pPr>
      <w:r>
        <w:t>واٹ از یور اوپینین بالکل صحیح کہا انہوں نے ہنڈرڈ پرسنٹ صحیح کہا انہوں نے بہت صحیح جزاک اللہ مولانا اگلا سوال بھیجا ہے ریاض احمد میر صاحب نے جموں کشمیر سے انہوں نے لکھا ہے مولانا صاحب ول دی سائنس لیڈ ٹو دی الٹیمیٹ ڈسکوری اف فزیکل گاڈ ان دس ورلڈ دا وے ادر ان سین تھنگز ار ڈسکورڈ</w:t>
      </w:r>
    </w:p>
    <w:p>
      <w:r>
        <w:rPr>
          <w:b/>
        </w:rPr>
        <w:t xml:space="preserve">[54:31] </w:t>
      </w:r>
      <w:r>
        <w:t>please explain in this bhai woh to discovery ho chuki hai hone wali nahin hai</w:t>
      </w:r>
    </w:p>
    <w:p>
      <w:pPr>
        <w:jc w:val="right"/>
      </w:pPr>
      <w:r>
        <w:t>پلیز ایکسپلین ان دس بھائی وہ تو ڈسکوری ہو چکی ہے ہونے والی نہیں ہے</w:t>
      </w:r>
    </w:p>
    <w:p>
      <w:r>
        <w:rPr>
          <w:b/>
        </w:rPr>
        <w:t xml:space="preserve">[54:39] </w:t>
      </w:r>
      <w:r>
        <w:t>sachi baat hai ke science ka jo safar tha woh right way ho raha tha yani sir james</w:t>
      </w:r>
    </w:p>
    <w:p>
      <w:pPr>
        <w:jc w:val="right"/>
      </w:pPr>
      <w:r>
        <w:t>سچی بات ہے کہ سائنس کا جو سفر تھا وہ رائٹ ویم ہو رہا تھا یعنی سر جیمز</w:t>
      </w:r>
    </w:p>
    <w:p>
      <w:r>
        <w:rPr>
          <w:b/>
        </w:rPr>
        <w:t xml:space="preserve">[54:47] </w:t>
      </w:r>
      <w:r>
        <w:t>jeans arthour addington</w:t>
      </w:r>
    </w:p>
    <w:p>
      <w:pPr>
        <w:jc w:val="right"/>
      </w:pPr>
      <w:r>
        <w:t>جینز ارٹھور ایڈنگٹن</w:t>
      </w:r>
    </w:p>
    <w:p>
      <w:r>
        <w:rPr>
          <w:b/>
        </w:rPr>
        <w:t xml:space="preserve">[54:50] </w:t>
      </w:r>
      <w:r>
        <w:t>is tarah ke bahut se log paida hue to is ko main kahunga ke theoretical science mein</w:t>
      </w:r>
    </w:p>
    <w:p>
      <w:pPr>
        <w:jc w:val="right"/>
      </w:pPr>
      <w:r>
        <w:t>اس طرح کے بہت سے لوگ پیدا ہوئے تو اس کو میں کہوں گا کہ تھیٹیکل سائنس میں</w:t>
      </w:r>
    </w:p>
    <w:p>
      <w:r>
        <w:rPr>
          <w:b/>
        </w:rPr>
        <w:t xml:space="preserve">[54:57] </w:t>
      </w:r>
      <w:r>
        <w:t>safar ho raha tha wohi ja raha tha lekin darmiyan mein aa gaya</w:t>
      </w:r>
    </w:p>
    <w:p>
      <w:pPr>
        <w:jc w:val="right"/>
      </w:pPr>
      <w:r>
        <w:t>سفر ہو رہا تھا وہ وہی جا رہا تھا لیکن درمیان میں اگیا</w:t>
      </w:r>
    </w:p>
    <w:p>
      <w:r>
        <w:rPr>
          <w:b/>
        </w:rPr>
        <w:t xml:space="preserve">[55:03] </w:t>
      </w:r>
      <w:r>
        <w:t>applied science yani jo cheezein daryaft hui jo motor car hawai jahaz dunya bhar ki hain to science</w:t>
      </w:r>
    </w:p>
    <w:p>
      <w:pPr>
        <w:jc w:val="right"/>
      </w:pPr>
      <w:r>
        <w:t>اپلائیڈ سائنس یعنی جو چیزیں دریافت ہوئی جو موٹر کار ہوائی جہاز دنیا بھر کی ہیں تو سائنس</w:t>
      </w:r>
    </w:p>
    <w:p>
      <w:r>
        <w:rPr>
          <w:b/>
        </w:rPr>
        <w:t xml:space="preserve">[55:11] </w:t>
      </w:r>
      <w:r>
        <w:t>jo hai industrialize ho gayi science ko unhon ne industrialize kar liya</w:t>
      </w:r>
    </w:p>
    <w:p>
      <w:pPr>
        <w:jc w:val="right"/>
      </w:pPr>
      <w:r>
        <w:t>جو ہے انڈسٹریلائز ہو گئی سائنس کو انہوں نے انڈسٹریلائز کر لیا</w:t>
      </w:r>
    </w:p>
    <w:p>
      <w:r>
        <w:rPr>
          <w:b/>
        </w:rPr>
        <w:t xml:space="preserve">[55:16] </w:t>
      </w:r>
      <w:r>
        <w:t>to science bade bade scientific mind jo hain woh chale gaye scientific is mein industrial world mein ab</w:t>
      </w:r>
    </w:p>
    <w:p>
      <w:pPr>
        <w:jc w:val="right"/>
      </w:pPr>
      <w:r>
        <w:t>تو سائنس بڑے بڑے سائنٹیفک مائنڈ جو ہیں وہ چلے گئے سائنٹیفک اس میں انڈسٹریل ورلڈ میں اب</w:t>
      </w:r>
    </w:p>
    <w:p>
      <w:r>
        <w:rPr>
          <w:b/>
        </w:rPr>
        <w:t xml:space="preserve">[55:23] </w:t>
      </w:r>
      <w:r>
        <w:t>woh research kar rahe hain ke kaise improve kiya jaye jahaz ko kaise improve kiya jaye motor motor</w:t>
      </w:r>
    </w:p>
    <w:p>
      <w:pPr>
        <w:jc w:val="right"/>
      </w:pPr>
      <w:r>
        <w:t>وہ ریسرچ کر رہے ہیں کہ کیسے امپروو کیا جائے جہاز کو کیسے امپروو کیا جائے موٹر موٹر</w:t>
      </w:r>
    </w:p>
    <w:p>
      <w:r>
        <w:rPr>
          <w:b/>
        </w:rPr>
        <w:t xml:space="preserve">[55:28] </w:t>
      </w:r>
      <w:r>
        <w:t>ko kaise improve kiya jaye yani civilization ko to wahan par paisa zyada milta hai wahan paisa bahut</w:t>
      </w:r>
    </w:p>
    <w:p>
      <w:pPr>
        <w:jc w:val="right"/>
      </w:pPr>
      <w:r>
        <w:t>کو کیسے امپروو کیا جائے یعنی سویلائزیشن کو تو وہاں پر پیسہ زیادہ ملتا ہے وہاں پیسہ بہت</w:t>
      </w:r>
    </w:p>
    <w:p>
      <w:r>
        <w:rPr>
          <w:b/>
        </w:rPr>
        <w:t xml:space="preserve">[55:36] </w:t>
      </w:r>
      <w:r>
        <w:t>zyada milta hai to main samajhta hoon ke yeh highjack kar liya industry ne science ko warna</w:t>
      </w:r>
    </w:p>
    <w:p>
      <w:pPr>
        <w:jc w:val="right"/>
      </w:pPr>
      <w:r>
        <w:t>زیادہ ملتا ہے تو میں سمجھتا ہوں کہ یہ ہائی جیک کر لیا انڈسٹری نے سائنس کو ورنہ</w:t>
      </w:r>
    </w:p>
    <w:p>
      <w:r>
        <w:rPr>
          <w:b/>
        </w:rPr>
        <w:t xml:space="preserve">[55:44] </w:t>
      </w:r>
      <w:r>
        <w:t>to science to ja hi rahi thi idhar</w:t>
      </w:r>
    </w:p>
    <w:p>
      <w:pPr>
        <w:jc w:val="right"/>
      </w:pPr>
      <w:r>
        <w:t>تو سائنس تو جا ہی رہی تھی ادھر</w:t>
      </w:r>
    </w:p>
    <w:p>
      <w:r>
        <w:rPr>
          <w:b/>
        </w:rPr>
        <w:t xml:space="preserve">[55:47] </w:t>
      </w:r>
      <w:r>
        <w:t>ab in logon ki kitabein padhiye jo yeh jo log hain jaise sir james jeans sir arthur sir</w:t>
      </w:r>
    </w:p>
    <w:p>
      <w:pPr>
        <w:jc w:val="right"/>
      </w:pPr>
      <w:r>
        <w:t>اب ان لوگوں کی کتابیں پڑھیے جو یہ جو لوگ ہیں جیسے سر جیمز جینز سر ارٹھور سر</w:t>
      </w:r>
    </w:p>
    <w:p>
      <w:r>
        <w:rPr>
          <w:b/>
        </w:rPr>
        <w:t xml:space="preserve">[55:53] </w:t>
      </w:r>
      <w:r>
        <w:t>arthur addington waghera to science idhar hi ja rahi thi yeh to industry ne highjack kar liya</w:t>
      </w:r>
    </w:p>
    <w:p>
      <w:pPr>
        <w:jc w:val="right"/>
      </w:pPr>
      <w:r>
        <w:t>ارٹھور ایڈنگٹن وغیرہ تو سائنس ادھر ہی جا رہی تھی یہ تو انڈسٹری نے ہائی جیک کر لیا</w:t>
      </w:r>
    </w:p>
    <w:p>
      <w:r>
        <w:rPr>
          <w:b/>
        </w:rPr>
        <w:t xml:space="preserve">[56:00] </w:t>
      </w:r>
      <w:r>
        <w:t>science ko is liye ab ab</w:t>
      </w:r>
    </w:p>
    <w:p>
      <w:pPr>
        <w:jc w:val="right"/>
      </w:pPr>
      <w:r>
        <w:t>سائنس کو اس لیے اب اب</w:t>
      </w:r>
    </w:p>
    <w:p>
      <w:r>
        <w:rPr>
          <w:b/>
        </w:rPr>
        <w:t xml:space="preserve">[56:02] </w:t>
      </w:r>
      <w:r>
        <w:t>science mein ab science mein yani theoretical science mein kuch nahi ho raha hai kaam ab sab kaam ho raha hai applied science mein wahi ek aadmi hai bacha hua woh stephen hawking</w:t>
      </w:r>
    </w:p>
    <w:p>
      <w:pPr>
        <w:jc w:val="right"/>
      </w:pPr>
      <w:r>
        <w:t>سائنس میں اب سائنس میں یعنی تھیٹیکل سائنس میں کچھ نہیں ہو رہا ہے کام اب سب کام ہو رہا ہے اپلائیڈ سائنس میں وہی ایک ادمی ہے بچا ہوا وہ اسٹفن ہاکنگ</w:t>
      </w:r>
    </w:p>
    <w:p>
      <w:r>
        <w:rPr>
          <w:b/>
        </w:rPr>
        <w:t xml:space="preserve">[56:20] </w:t>
      </w:r>
      <w:r>
        <w:t>ji مولانا agla sawal lucknow se bheja hai razi sahab ne unhone likha hai مولانا an educated person who has scientific mind discovers god and believes in him</w:t>
      </w:r>
    </w:p>
    <w:p>
      <w:pPr>
        <w:jc w:val="right"/>
      </w:pPr>
      <w:r>
        <w:t>جی مولانا اگلا سوال لکھنو سے بھیجا ہے رضی صاحب نے انہوں نے لکھا ہے مولانا این ایجوکیٹڈ پرسن ہو ہیز سائنٹیفک مائنڈ ڈسکورز گاڈ اینڈ بیلیوز ان ہم</w:t>
      </w:r>
    </w:p>
    <w:p>
      <w:r>
        <w:rPr>
          <w:b/>
        </w:rPr>
        <w:t xml:space="preserve">[56:36] </w:t>
      </w:r>
      <w:r>
        <w:t>similarly a less educated person who does not have a scientific bent of mind also believes hundred percent in god through tadabbur and tafakkur so will the degree of faith differ among the two i mean will an educated scientific based man be placed higher in marifat than a less educated mind what is your</w:t>
      </w:r>
    </w:p>
    <w:p>
      <w:pPr>
        <w:jc w:val="right"/>
      </w:pPr>
      <w:r>
        <w:t>سمیلرلی ا لیس ایجوکیٹڈ پرسن ہو ڈز ناٹ ہیو ا سائنٹیفک بینٹ اف مائنڈ السو بیلیوز ہنڈرڈ پرسنٹ ان گاڈ تھرو تدبر اینڈ تفکر سو ول دا ڈگری اف فیتھ ڈیفر امنگ دا ٹو ائی مین ول این ایجوکیٹڈ سائنٹیفک بیسڈ مین بی پلیسڈ ہائر ان معرفت دین ا لیس ایجوکیٹڈ مائنڈ واٹ از یور</w:t>
      </w:r>
    </w:p>
    <w:p>
      <w:r>
        <w:rPr>
          <w:b/>
        </w:rPr>
        <w:t xml:space="preserve">[57:03] </w:t>
      </w:r>
      <w:r>
        <w:t>opinion dekhiye islam ka jo criterion hai woh base hai base karta hai quality par quantity par nahi</w:t>
      </w:r>
    </w:p>
    <w:p>
      <w:pPr>
        <w:jc w:val="right"/>
      </w:pPr>
      <w:r>
        <w:t>اوپینین دیکھیے اسلام کا جو کرائٹیرین ہے وہ بیس ہے بیس کرتا ہے کوالٹی پر کوانٹٹی پر نہیں</w:t>
      </w:r>
    </w:p>
    <w:p>
      <w:r>
        <w:rPr>
          <w:b/>
        </w:rPr>
        <w:t xml:space="preserve">[57:14] </w:t>
      </w:r>
      <w:r>
        <w:t>yani quantity stress mein kiska darja kya hai woh dekha jayega</w:t>
      </w:r>
    </w:p>
    <w:p>
      <w:pPr>
        <w:jc w:val="right"/>
      </w:pPr>
      <w:r>
        <w:t>یعنی کوانٹٹی سٹریس میں کس کا درجہ کیا ہے وہ دیکھا جائے گا</w:t>
      </w:r>
    </w:p>
    <w:p>
      <w:r>
        <w:rPr>
          <w:b/>
        </w:rPr>
        <w:t xml:space="preserve">[57:20] </w:t>
      </w:r>
      <w:r>
        <w:t>quantity stress mein nahi dekha jayega</w:t>
      </w:r>
    </w:p>
    <w:p>
      <w:pPr>
        <w:jc w:val="right"/>
      </w:pPr>
      <w:r>
        <w:t>کوانٹٹی سٹریس میں نہیں دیکھا جائے گا</w:t>
      </w:r>
    </w:p>
    <w:p>
      <w:r>
        <w:rPr>
          <w:b/>
        </w:rPr>
        <w:t xml:space="preserve">[57:23] </w:t>
      </w:r>
      <w:r>
        <w:t>aur doosri baat yeh hai ke kis ke ilm ne is ke andar Allah ki mohabbat paida ki</w:t>
      </w:r>
    </w:p>
    <w:p>
      <w:pPr>
        <w:jc w:val="right"/>
      </w:pPr>
      <w:r>
        <w:t>اور دوسری بات یہ ہے کہ کس کے علم نے اس کے اندر اللہ کی محبت پیدا کی</w:t>
      </w:r>
    </w:p>
    <w:p>
      <w:r>
        <w:rPr>
          <w:b/>
        </w:rPr>
        <w:t xml:space="preserve">[57:31] </w:t>
      </w:r>
      <w:r>
        <w:t>allazina amanu ashaddu hubban lillah is se jaancha jayega aap ki knowledge bahut ho aap</w:t>
      </w:r>
    </w:p>
    <w:p>
      <w:pPr>
        <w:jc w:val="right"/>
      </w:pPr>
      <w:r>
        <w:t>الذین امنو اشد حب للہ اس سے جانچا جائے گا اپ کی نالج بہت ہو اپ</w:t>
      </w:r>
    </w:p>
    <w:p>
      <w:r>
        <w:rPr>
          <w:b/>
        </w:rPr>
        <w:t xml:space="preserve">[57:39] </w:t>
      </w:r>
      <w:r>
        <w:t>dunya ke sab bade scientific mind hon lekin aap ke andar Allah ke liye mohabbat nahi paida hui</w:t>
      </w:r>
    </w:p>
    <w:p>
      <w:pPr>
        <w:jc w:val="right"/>
      </w:pPr>
      <w:r>
        <w:t>دنیا کے سب بڑے سائنٹیفک مائنڈ ہوں لیکن اپ کے اندر اللہ کے لیے محبت نہیں پیدا ہوئی</w:t>
      </w:r>
    </w:p>
    <w:p>
      <w:r>
        <w:rPr>
          <w:b/>
        </w:rPr>
        <w:t xml:space="preserve">[57:45] </w:t>
      </w:r>
      <w:r>
        <w:t>to to woh nateeja koi value is ki</w:t>
      </w:r>
    </w:p>
    <w:p>
      <w:pPr>
        <w:jc w:val="right"/>
      </w:pPr>
      <w:r>
        <w:t>تو تو وہ نتیجہ کوئی ویلیو اس کی</w:t>
      </w:r>
    </w:p>
    <w:p>
      <w:r>
        <w:rPr>
          <w:b/>
        </w:rPr>
        <w:t xml:space="preserve">[57:48] </w:t>
      </w:r>
      <w:r>
        <w:t>nahi hai to criterion yeh hai ke aap ki knowledge aap ki research ne aap ke andar</w:t>
      </w:r>
    </w:p>
    <w:p>
      <w:pPr>
        <w:jc w:val="right"/>
      </w:pPr>
      <w:r>
        <w:t>نہیں ہے تو کرائٹیریا یہ ہے کہ اپ کی نالج اپ کی ریسرچ نے اپ کے اندر</w:t>
      </w:r>
    </w:p>
    <w:p>
      <w:r>
        <w:rPr>
          <w:b/>
        </w:rPr>
        <w:t xml:space="preserve">[57:55] </w:t>
      </w:r>
      <w:r>
        <w:t>khaliq ke liye rab-ul-alameen ke liye mohabbat ka jazba paida kiya hai ya nahi paida kiya yeh</w:t>
      </w:r>
    </w:p>
    <w:p>
      <w:pPr>
        <w:jc w:val="right"/>
      </w:pPr>
      <w:r>
        <w:t>خالق کے لیے رب العالمین کے لیے محبت کا جذبہ پیدا کیا ہے یا نہیں پیدا کیا یہ</w:t>
      </w:r>
    </w:p>
    <w:p>
      <w:r>
        <w:rPr>
          <w:b/>
        </w:rPr>
        <w:t xml:space="preserve">[58:01] </w:t>
      </w:r>
      <w:r>
        <w:t>hai criterion aur koi cheez criterion nahi hai</w:t>
      </w:r>
    </w:p>
    <w:p>
      <w:pPr>
        <w:jc w:val="right"/>
      </w:pPr>
      <w:r>
        <w:t>ہے کرائٹیریا اور کوئی چیز کرائٹیریا نہیں ہے</w:t>
      </w:r>
    </w:p>
    <w:p>
      <w:r>
        <w:rPr>
          <w:b/>
        </w:rPr>
        <w:t xml:space="preserve">[58:06] </w:t>
      </w:r>
      <w:r>
        <w:t>walazina amanu ashaddu hubban lillah</w:t>
      </w:r>
    </w:p>
    <w:p>
      <w:pPr>
        <w:jc w:val="right"/>
      </w:pPr>
      <w:r>
        <w:t>والذین امنو اشد حب للہ</w:t>
      </w:r>
    </w:p>
    <w:p>
      <w:r>
        <w:rPr>
          <w:b/>
        </w:rPr>
        <w:t xml:space="preserve">[58:10] </w:t>
      </w:r>
      <w:r>
        <w:t>amnu ka matlab yeh hai ke jo discover karte hain</w:t>
      </w:r>
    </w:p>
    <w:p>
      <w:pPr>
        <w:jc w:val="right"/>
      </w:pPr>
      <w:r>
        <w:t>امنو کا مطلب یہ ہے کہ جو ڈسکور کرتے ہیں</w:t>
      </w:r>
    </w:p>
    <w:p>
      <w:r>
        <w:rPr>
          <w:b/>
        </w:rPr>
        <w:t xml:space="preserve">[58:14] </w:t>
      </w:r>
      <w:r>
        <w:t>yani is ka ayat ka matlab yeh hai ke jo Allah ko discover karta hai woh Allah se</w:t>
      </w:r>
    </w:p>
    <w:p>
      <w:pPr>
        <w:jc w:val="right"/>
      </w:pPr>
      <w:r>
        <w:t>یعنی اس کا ایت کا مطلب یہ ہے کہ جو اللہ کو ڈسکور کرتا ہے وہ اللہ سے</w:t>
      </w:r>
    </w:p>
    <w:p>
      <w:r>
        <w:rPr>
          <w:b/>
        </w:rPr>
        <w:t xml:space="preserve">[58:19] </w:t>
      </w:r>
      <w:r>
        <w:t>bohat ziyada mohabbat karne wala ban jata hai to aap ki agar discovery</w:t>
      </w:r>
    </w:p>
    <w:p>
      <w:pPr>
        <w:jc w:val="right"/>
      </w:pPr>
      <w:r>
        <w:t>بہت زیادہ محبت کرنے والا بن جاتا ہے تو اپ کی اگر ڈسکوری</w:t>
      </w:r>
    </w:p>
    <w:p>
      <w:r>
        <w:rPr>
          <w:b/>
        </w:rPr>
        <w:t xml:space="preserve">[58:26] </w:t>
      </w:r>
      <w:r>
        <w:t>allah ki taraf ho rahi ho to jaancha yeh jayega ke aap ke andar allah se mohabbat</w:t>
      </w:r>
    </w:p>
    <w:p>
      <w:pPr>
        <w:jc w:val="right"/>
      </w:pPr>
      <w:r>
        <w:t>اللہ کی طرف ہو رہی ہو تو جانچا یہ جائے گا کہ اپ کے اندر اللہ سے محبت</w:t>
      </w:r>
    </w:p>
    <w:p>
      <w:r>
        <w:rPr>
          <w:b/>
        </w:rPr>
        <w:t xml:space="preserve">[58:30] </w:t>
      </w:r>
      <w:r>
        <w:t>qatai paida hui darja isi se banega</w:t>
      </w:r>
    </w:p>
    <w:p>
      <w:pPr>
        <w:jc w:val="right"/>
      </w:pPr>
      <w:r>
        <w:t>قطعی پیدا ہوئی درجہ اسی سے بنے گا</w:t>
      </w:r>
    </w:p>
    <w:p>
      <w:r>
        <w:rPr>
          <w:b/>
        </w:rPr>
        <w:t xml:space="preserve">[58:34] </w:t>
      </w:r>
      <w:r>
        <w:t>walzain</w:t>
      </w:r>
    </w:p>
    <w:p>
      <w:pPr>
        <w:jc w:val="right"/>
      </w:pPr>
      <w:r>
        <w:t>والذین</w:t>
      </w:r>
    </w:p>
    <w:p>
      <w:r>
        <w:rPr>
          <w:b/>
        </w:rPr>
        <w:t xml:space="preserve">[58:34] </w:t>
      </w:r>
      <w:r>
        <w:t>amnu ashad hub lilah is mamle mein bohat hi wazeh ayat hai</w:t>
      </w:r>
    </w:p>
    <w:p>
      <w:pPr>
        <w:jc w:val="right"/>
      </w:pPr>
      <w:r>
        <w:t>امنو اشد حب للہ اس معاملے میں بہت ہی واضح ایت ہے</w:t>
      </w:r>
    </w:p>
    <w:p>
      <w:r>
        <w:rPr>
          <w:b/>
        </w:rPr>
        <w:t xml:space="preserve">[58:41] </w:t>
      </w:r>
      <w:r>
        <w:t>maulana agla sawal isi se juda hua hai jo ah bhopal se bheja hai rizwan arif sahab ne</w:t>
      </w:r>
    </w:p>
    <w:p>
      <w:pPr>
        <w:jc w:val="right"/>
      </w:pPr>
      <w:r>
        <w:t>مولانا اگلا سوال اسی سے جڑا ہوا ہے جو اہ بھوپال سے بھیجا ہے رضوان عارف صاحب نے</w:t>
      </w:r>
    </w:p>
    <w:p>
      <w:r>
        <w:rPr>
          <w:b/>
        </w:rPr>
        <w:t xml:space="preserve">[58:49] </w:t>
      </w:r>
      <w:r>
        <w:t>انہوں نے لکھا ہے کہ مولانا صاحب I have a question here. What about the people who quote</w:t>
      </w:r>
    </w:p>
    <w:p>
      <w:pPr>
        <w:jc w:val="right"/>
      </w:pPr>
      <w:r>
        <w:t>انہوں نے لکھا ہے کہ مولانا صاحب ائی ہیو ا کوئسچن ہیئر واٹ اباؤٹ دا پیپل ہو کوٹ</w:t>
      </w:r>
    </w:p>
    <w:p>
      <w:r>
        <w:rPr>
          <w:b/>
        </w:rPr>
        <w:t xml:space="preserve">[58:55] </w:t>
      </w:r>
      <w:r>
        <w:t>hadith regarding namaz and say that those who are praying salat are guaranteed on the path of truth</w:t>
      </w:r>
    </w:p>
    <w:p>
      <w:pPr>
        <w:jc w:val="right"/>
      </w:pPr>
      <w:r>
        <w:t>حدیث ریگارڈنگ نماز اینڈ سے دیٹ دوز ہو ار پرینگ صلاۃ ار گارنٹیڈ ان دا پاتھ اف ٹروتھ</w:t>
      </w:r>
    </w:p>
    <w:p>
      <w:r>
        <w:rPr>
          <w:b/>
        </w:rPr>
        <w:t xml:space="preserve">[59:03] </w:t>
      </w:r>
      <w:r>
        <w:t>and islam</w:t>
      </w:r>
    </w:p>
    <w:p>
      <w:pPr>
        <w:jc w:val="right"/>
      </w:pPr>
      <w:r>
        <w:t>اینڈ اسلام</w:t>
      </w:r>
    </w:p>
    <w:p>
      <w:r>
        <w:rPr>
          <w:b/>
        </w:rPr>
        <w:t xml:space="preserve">[59:05] </w:t>
      </w:r>
      <w:r>
        <w:t>does merely offering namaz make them virtuous over all others giving physical worship to much importance over all other could you please clarify in this</w:t>
      </w:r>
    </w:p>
    <w:p>
      <w:pPr>
        <w:jc w:val="right"/>
      </w:pPr>
      <w:r>
        <w:t>ڈز میرلی افرنگ نماز میک دیم ورچوس اوور ال ادرز گیونگ فزیکل ورشپ ٹو مچ امپورٹنس اوور ال ادر کڈ یو پلیز کلیریفائی ان دس</w:t>
      </w:r>
    </w:p>
    <w:p>
      <w:r>
        <w:rPr>
          <w:b/>
        </w:rPr>
        <w:t xml:space="preserve">[59:17] </w:t>
      </w:r>
      <w:r>
        <w:t>dekhiye physical worship ka naam ibadat hai hi nahi woh to circus hai</w:t>
      </w:r>
    </w:p>
    <w:p>
      <w:pPr>
        <w:jc w:val="right"/>
      </w:pPr>
      <w:r>
        <w:t>دیکھیے فزیکل ورشپ کا نام عبادت ہے ہی نہیں وہ تو سرکس ہے</w:t>
      </w:r>
    </w:p>
    <w:p>
      <w:r>
        <w:rPr>
          <w:b/>
        </w:rPr>
        <w:t xml:space="preserve">[59:24] </w:t>
      </w:r>
      <w:r>
        <w:t>spiritual spiritual ibadat ka naam ibadat hai</w:t>
      </w:r>
    </w:p>
    <w:p>
      <w:pPr>
        <w:jc w:val="right"/>
      </w:pPr>
      <w:r>
        <w:t>اسپیریچول اسپیریچول عبادت کا نام عبادت ہے</w:t>
      </w:r>
    </w:p>
    <w:p>
      <w:r>
        <w:rPr>
          <w:b/>
        </w:rPr>
        <w:t xml:space="preserve">[59:30] </w:t>
      </w:r>
      <w:r>
        <w:t>ache se samajh lijiye ibadat mein ek hai form ek hai spirit to form ke aitbar se aap</w:t>
      </w:r>
    </w:p>
    <w:p>
      <w:pPr>
        <w:jc w:val="right"/>
      </w:pPr>
      <w:r>
        <w:t>اچھے سے سمجھ لیجئے عبادت میں ایک ہے فارم ایک ہے اسپرٹ تو فارم کے اعتبار سے اپ</w:t>
      </w:r>
    </w:p>
    <w:p>
      <w:r>
        <w:rPr>
          <w:b/>
        </w:rPr>
        <w:t xml:space="preserve">[59:37] </w:t>
      </w:r>
      <w:r>
        <w:t>qatai ibadat karein is ki koi value nahi hai value hai is namaz ki jis mein is jo</w:t>
      </w:r>
    </w:p>
    <w:p>
      <w:pPr>
        <w:jc w:val="right"/>
      </w:pPr>
      <w:r>
        <w:t>قطعی عبادت کریں اس کی کوئی ویلیو نہیں ہے ویلیو ہے اس نماز کی جس میں اس جو</w:t>
      </w:r>
    </w:p>
    <w:p>
      <w:r>
        <w:rPr>
          <w:b/>
        </w:rPr>
        <w:t xml:space="preserve">[59:43] </w:t>
      </w:r>
      <w:r>
        <w:t>spirit se bhara hua ho</w:t>
      </w:r>
    </w:p>
    <w:p>
      <w:pPr>
        <w:jc w:val="right"/>
      </w:pPr>
      <w:r>
        <w:t>اسپرٹ سے بھرا ہوا ہو</w:t>
      </w:r>
    </w:p>
    <w:p>
      <w:r>
        <w:rPr>
          <w:b/>
        </w:rPr>
        <w:t xml:space="preserve">[59:46] </w:t>
      </w:r>
      <w:r>
        <w:t>kyunke hadith mein aata hai ek aadmi ne form wali namaz padhi bohat woh sahabi the lekin form</w:t>
      </w:r>
    </w:p>
    <w:p>
      <w:pPr>
        <w:jc w:val="right"/>
      </w:pPr>
      <w:r>
        <w:t>کیونکہ حدیث میں اتا ہے ایک ادمی نے فارم والی نماز پڑھی بہت وہ صحابی تھے لیکن فارم</w:t>
      </w:r>
    </w:p>
    <w:p>
      <w:r>
        <w:rPr>
          <w:b/>
        </w:rPr>
        <w:t xml:space="preserve">[59:54] </w:t>
      </w:r>
      <w:r>
        <w:t>wali namaz thi spirit nahi thi to us ne farmaya ke arjao fasal le fun ka lam tusal</w:t>
      </w:r>
    </w:p>
    <w:p>
      <w:pPr>
        <w:jc w:val="right"/>
      </w:pPr>
      <w:r>
        <w:t>والی نماز تھی اسپرٹ نہیں تھی تو اس نے فرمایا کہ ارج فصل لے فن کا لم تصل</w:t>
      </w:r>
    </w:p>
    <w:p>
      <w:r>
        <w:rPr>
          <w:b/>
        </w:rPr>
        <w:t xml:space="preserve">[1:00:00] </w:t>
      </w:r>
      <w:r>
        <w:t>le arjao fasal</w:t>
      </w:r>
    </w:p>
    <w:p>
      <w:pPr>
        <w:jc w:val="right"/>
      </w:pPr>
      <w:r>
        <w:t>لے ارج فصل</w:t>
      </w:r>
    </w:p>
    <w:p>
      <w:r>
        <w:rPr>
          <w:b/>
        </w:rPr>
        <w:t xml:space="preserve">[1:00:03] </w:t>
      </w:r>
      <w:r>
        <w:t>le fun ka lam tusal le ke jao phir se namaz padho koi to tum ne namaz nahi</w:t>
      </w:r>
    </w:p>
    <w:p>
      <w:pPr>
        <w:jc w:val="right"/>
      </w:pPr>
      <w:r>
        <w:t>لے فن کا لم تصل لے کہ جاؤ پھر سے نماز پڑھو کوئی تو تم نے نماز نہیں</w:t>
      </w:r>
    </w:p>
    <w:p>
      <w:r>
        <w:rPr>
          <w:b/>
        </w:rPr>
        <w:t xml:space="preserve">[1:00:07] </w:t>
      </w:r>
      <w:r>
        <w:t>padhi yeh ek sahabi ka qissa hai</w:t>
      </w:r>
    </w:p>
    <w:p>
      <w:pPr>
        <w:jc w:val="right"/>
      </w:pPr>
      <w:r>
        <w:t>پڑھی یہ ایک صحابی کا قصہ ہے</w:t>
      </w:r>
    </w:p>
    <w:p>
      <w:r>
        <w:rPr>
          <w:b/>
        </w:rPr>
        <w:t xml:space="preserve">[1:00:11] </w:t>
      </w:r>
      <w:r>
        <w:t>aaj kal jo dhoom machi hui masjidon mein woh woh kuch nahi woh to hadith mein aata hai</w:t>
      </w:r>
    </w:p>
    <w:p>
      <w:pPr>
        <w:jc w:val="right"/>
      </w:pPr>
      <w:r>
        <w:t>اج کل جو دھوم مچی ہوئی مسجدوں میں وہ وہ کچھ نہیں وہ تو حدیث میں اتا ہے</w:t>
      </w:r>
    </w:p>
    <w:p>
      <w:r>
        <w:rPr>
          <w:b/>
        </w:rPr>
        <w:t xml:space="preserve">[1:00:16] </w:t>
      </w:r>
      <w:r>
        <w:t>ke masjidain muamara kharab ek dam mun aayega ke jab masjidain log bhari hongi namaziyon se</w:t>
      </w:r>
    </w:p>
    <w:p>
      <w:pPr>
        <w:jc w:val="right"/>
      </w:pPr>
      <w:r>
        <w:t>کہ مساجد معمرہ خراب ایک دم من ائے گا کہ جب مسجدیں لوگ بھری ہوں گی نمازیوں سے</w:t>
      </w:r>
    </w:p>
    <w:p>
      <w:r>
        <w:rPr>
          <w:b/>
        </w:rPr>
        <w:t xml:space="preserve">[1:00:23] </w:t>
      </w:r>
      <w:r>
        <w:t>lekin is ki koi value nahi hogi allah ki nazar mein yeh sab baatein hadith mein likhi hui</w:t>
      </w:r>
    </w:p>
    <w:p>
      <w:pPr>
        <w:jc w:val="right"/>
      </w:pPr>
      <w:r>
        <w:t>لیکن اس کی کوئی ویلیو نہیں ہوگی اللہ کی نظر میں یہ سب باتیں حدیث میں لکھی ہوئی</w:t>
      </w:r>
    </w:p>
    <w:p>
      <w:r>
        <w:rPr>
          <w:b/>
        </w:rPr>
        <w:t xml:space="preserve">[1:00:28] </w:t>
      </w:r>
      <w:r>
        <w:t>hain ji maulana agla sawal lene se pehle ek comment padhna chahenge jo ah sajid sahab ne</w:t>
      </w:r>
    </w:p>
    <w:p>
      <w:pPr>
        <w:jc w:val="right"/>
      </w:pPr>
      <w:r>
        <w:t>ہیں جی مولانا اگلا سوال لینے سے پہلے ایک کمنٹ پڑھنا چاہیں گے جو اہ ساجد صاحب نے</w:t>
      </w:r>
    </w:p>
    <w:p>
      <w:r>
        <w:rPr>
          <w:b/>
        </w:rPr>
        <w:t xml:space="preserve">[1:00:37] </w:t>
      </w:r>
      <w:r>
        <w:t>بھیجا ہے ممبئی سے انہوں نے لکھا ہے مولانا today's lecture was simply mind-boggling</w:t>
      </w:r>
    </w:p>
    <w:p>
      <w:pPr>
        <w:jc w:val="right"/>
      </w:pPr>
      <w:r>
        <w:t>بھیجا ہے ممبئی سے انہوں نے لکھا ہے مولانا ٹوڈے لیکچر واز سمپلی مائنڈ باگلنگ</w:t>
      </w:r>
    </w:p>
    <w:p>
      <w:r>
        <w:rPr>
          <w:b/>
        </w:rPr>
        <w:t xml:space="preserve">[1:00:45] </w:t>
      </w:r>
      <w:r>
        <w:t>The way you have explained the meaning of the verse was very enlightening and full of deep meaning</w:t>
      </w:r>
    </w:p>
    <w:p>
      <w:pPr>
        <w:jc w:val="right"/>
      </w:pPr>
      <w:r>
        <w:t>دا وے یو ہیو ایکسپلینڈ دا میننگ اف دا ورس واز ویری انلائٹننگ اینڈ فل اف ڈیپ میننگ</w:t>
      </w:r>
    </w:p>
    <w:p>
      <w:r>
        <w:rPr>
          <w:b/>
        </w:rPr>
        <w:t xml:space="preserve">[1:00:53] </w:t>
      </w:r>
      <w:r>
        <w:t>It had explained and established the truth beyond any doubt. Jazakallah.</w:t>
      </w:r>
    </w:p>
    <w:p>
      <w:pPr>
        <w:jc w:val="right"/>
      </w:pPr>
      <w:r>
        <w:t>اٹ ہیڈ ایکسپلینڈ اینڈ اسٹیبلش دا ٹروتھ بیونڈ اینی ڈاؤٹ جزاک اللہ</w:t>
      </w:r>
    </w:p>
    <w:p>
      <w:r>
        <w:rPr>
          <w:b/>
        </w:rPr>
        <w:t xml:space="preserve">[1:01:00] </w:t>
      </w:r>
      <w:r>
        <w:t>maulana agla sawal swat pakistan se bheja hai sher bahadur khan sahab ne unhone likha hai maulana</w:t>
      </w:r>
    </w:p>
    <w:p>
      <w:pPr>
        <w:jc w:val="right"/>
      </w:pPr>
      <w:r>
        <w:t>مولانا اگلا سوال سوات پاکستان سے بھیجا ہے شیر بہادر خان صاحب نے انہوں نے لکھا ہے مولانا</w:t>
      </w:r>
    </w:p>
    <w:p>
      <w:r>
        <w:rPr>
          <w:b/>
        </w:rPr>
        <w:t xml:space="preserve">[1:01:09] </w:t>
      </w:r>
      <w:r>
        <w:t>sahib what is the difference between wahdat al wajood and wahdat al shuhood</w:t>
      </w:r>
    </w:p>
    <w:p>
      <w:pPr>
        <w:jc w:val="right"/>
      </w:pPr>
      <w:r>
        <w:t>صاحب واٹ از دا ڈیفرنس بٹوین وحدت الوجود اینڈ شہود</w:t>
      </w:r>
    </w:p>
    <w:p>
      <w:r>
        <w:rPr>
          <w:b/>
        </w:rPr>
        <w:t xml:space="preserve">[1:01:15] </w:t>
      </w:r>
      <w:r>
        <w:t>how can we integrate both of them at the same time</w:t>
      </w:r>
    </w:p>
    <w:p>
      <w:pPr>
        <w:jc w:val="right"/>
      </w:pPr>
      <w:r>
        <w:t>ہاؤ کین وی انٹیگریٹ بوتھ اف دیم ایٹ دا سیم ٹائم</w:t>
      </w:r>
    </w:p>
    <w:p>
      <w:r>
        <w:rPr>
          <w:b/>
        </w:rPr>
        <w:t xml:space="preserve">[1:01:21] </w:t>
      </w:r>
      <w:r>
        <w:t>main to dono hi galat samajhta hoon aur dono ko main ek hi samajhta hoon mujh se bohat</w:t>
      </w:r>
    </w:p>
    <w:p>
      <w:pPr>
        <w:jc w:val="right"/>
      </w:pPr>
      <w:r>
        <w:t>میں تو دونوں ہی غلط سمجھتا ہوں اور دونوں کو میں ایک ہی سمجھتا ہوں مجھ سے بہت</w:t>
      </w:r>
    </w:p>
    <w:p>
      <w:r>
        <w:rPr>
          <w:b/>
        </w:rPr>
        <w:t xml:space="preserve">[1:01:24] </w:t>
      </w:r>
      <w:r>
        <w:t>poochhein aap mujh se mat poochhein</w:t>
      </w:r>
    </w:p>
    <w:p>
      <w:pPr>
        <w:jc w:val="right"/>
      </w:pPr>
      <w:r>
        <w:t>پوچھیں اپ مجھ سے مت پوچھیں</w:t>
      </w:r>
    </w:p>
    <w:p>
      <w:r>
        <w:rPr>
          <w:b/>
        </w:rPr>
        <w:t xml:space="preserve">[1:01:29] </w:t>
      </w:r>
      <w:r>
        <w:t>wahdat-e-shuhood pe in ko laqab diya gaya bohat bara yaani mureed-e-alif-e-saani lekin main nahin manta</w:t>
      </w:r>
    </w:p>
    <w:p>
      <w:pPr>
        <w:jc w:val="right"/>
      </w:pPr>
      <w:r>
        <w:t>وحدت شہود پہ ان کو لقب دیا گیا بہت بڑا یعنی مرید الف ثانی لیکن میں نہیں مانتا</w:t>
      </w:r>
    </w:p>
    <w:p>
      <w:r>
        <w:rPr>
          <w:b/>
        </w:rPr>
        <w:t xml:space="preserve">[1:01:35] </w:t>
      </w:r>
      <w:r>
        <w:t>is ko wahdat-ul-wujood wahdat-e-shuhood mein koi farq nahin maine diya yeh to dono ke dono</w:t>
      </w:r>
    </w:p>
    <w:p>
      <w:pPr>
        <w:jc w:val="right"/>
      </w:pPr>
      <w:r>
        <w:t>اس کو وحدت وجود وحدت شہود میں کوئی فرق نہیں میں نے دیا یہ تو دونوں کے دونوں</w:t>
      </w:r>
    </w:p>
    <w:p>
      <w:r>
        <w:rPr>
          <w:b/>
        </w:rPr>
        <w:t xml:space="preserve">[1:01:41] </w:t>
      </w:r>
      <w:r>
        <w:t>gumrahi hain seedhe seedhe maaniye Allah ko tauheed ke maani mein yeh sab kya wahdat-ul-wujood wahdat-e-shuhood</w:t>
      </w:r>
    </w:p>
    <w:p>
      <w:pPr>
        <w:jc w:val="right"/>
      </w:pPr>
      <w:r>
        <w:t>گمراہی ہیں سیدھے سیدھے مانیے اللہ کو توحید کے معنی میں یہ سب کیا وحدت وجود وحدت شہود</w:t>
      </w:r>
    </w:p>
    <w:p>
      <w:r>
        <w:rPr>
          <w:b/>
        </w:rPr>
        <w:t xml:space="preserve">[1:01:48] </w:t>
      </w:r>
      <w:r>
        <w:t>ke alfaaz kyun bolte hain aap tauheed ke maani boliye jo quran ke maani alfaaz hain</w:t>
      </w:r>
    </w:p>
    <w:p>
      <w:pPr>
        <w:jc w:val="right"/>
      </w:pPr>
      <w:r>
        <w:t>کے الفاظ کیوں بولتے ہیں اپ توحید کے معنی بولیے جو قران کے معنی الفاظ ہیں</w:t>
      </w:r>
    </w:p>
    <w:p>
      <w:r>
        <w:rPr>
          <w:b/>
        </w:rPr>
        <w:t xml:space="preserve">[1:01:55] </w:t>
      </w:r>
      <w:r>
        <w:t>qul huwallahu ahad</w:t>
      </w:r>
    </w:p>
    <w:p>
      <w:pPr>
        <w:jc w:val="right"/>
      </w:pPr>
      <w:r>
        <w:t>قلھو اللہ احد</w:t>
      </w:r>
    </w:p>
    <w:p>
      <w:r>
        <w:rPr>
          <w:b/>
        </w:rPr>
        <w:t xml:space="preserve">[1:01:57] </w:t>
      </w:r>
      <w:r>
        <w:t>is ko maaniye aap yeh kya yeh to yaani</w:t>
      </w:r>
    </w:p>
    <w:p>
      <w:pPr>
        <w:jc w:val="right"/>
      </w:pPr>
      <w:r>
        <w:t>اس کو مانیے اپ یہ کیا یہ تو یعنی</w:t>
      </w:r>
    </w:p>
    <w:p>
      <w:r>
        <w:rPr>
          <w:b/>
        </w:rPr>
        <w:t xml:space="preserve">[1:02:01] </w:t>
      </w:r>
      <w:r>
        <w:t>gumrah kun yeh term hai wahdat-e-wajood bhi wahdat-e-shuhood bhi</w:t>
      </w:r>
    </w:p>
    <w:p>
      <w:pPr>
        <w:jc w:val="right"/>
      </w:pPr>
      <w:r>
        <w:t>گمراہ کن یہ ٹرم ہے وحدت وجود بھی وحدت شہود بھی</w:t>
      </w:r>
    </w:p>
    <w:p>
      <w:r>
        <w:rPr>
          <w:b/>
        </w:rPr>
        <w:t xml:space="preserve">[1:02:09] </w:t>
      </w:r>
      <w:r>
        <w:t>maulana agla sawal bheja hai ah doctor najma siddiqui ne dilli se unhon ne likha hai maulana sahib teaching of quran is completely opposite to the process that you mention today in the whole world</w:t>
      </w:r>
    </w:p>
    <w:p>
      <w:pPr>
        <w:jc w:val="right"/>
      </w:pPr>
      <w:r>
        <w:t>مولانا اگلا سوال بھیجا ہے اہ ڈاکٹر نجمہ صدیقی نے دلی سے انہوں نے لکھا ہے مولانا صاحب ٹیچنگ اف قران از کمپلیٹلی اپوزٹ ٹو دا پروسیس دیٹ یو مینشن ٹوڈے ان دا ہول ورلڈ</w:t>
      </w:r>
    </w:p>
    <w:p>
      <w:r>
        <w:rPr>
          <w:b/>
        </w:rPr>
        <w:t xml:space="preserve">[1:02:27] </w:t>
      </w:r>
      <w:r>
        <w:t>how to work towards improving this process</w:t>
      </w:r>
    </w:p>
    <w:p>
      <w:pPr>
        <w:jc w:val="right"/>
      </w:pPr>
      <w:r>
        <w:t>ہاؤ ٹو ورک ٹورڈز امپروونگ دس پروسیس</w:t>
      </w:r>
    </w:p>
    <w:p>
      <w:r>
        <w:rPr>
          <w:b/>
        </w:rPr>
        <w:t xml:space="preserve">[1:02:33] </w:t>
      </w:r>
      <w:r>
        <w:t>dekhiye jo baat maine kahi hai aap is ko khud quran se aur hadees se</w:t>
      </w:r>
    </w:p>
    <w:p>
      <w:pPr>
        <w:jc w:val="right"/>
      </w:pPr>
      <w:r>
        <w:t>دیکھیے جو بات میں نے کہی ہے اپ اس کو خود قران سے اور حدیث سے</w:t>
      </w:r>
    </w:p>
    <w:p>
      <w:r>
        <w:rPr>
          <w:b/>
        </w:rPr>
        <w:t xml:space="preserve">[1:02:41] </w:t>
      </w:r>
      <w:r>
        <w:t>jaanchiye maine koi nayi baat nahin kahi hai jo yeh kahe ke maine nayi baat kahi</w:t>
      </w:r>
    </w:p>
    <w:p>
      <w:pPr>
        <w:jc w:val="right"/>
      </w:pPr>
      <w:r>
        <w:t>جانچیے میں نے کوئی نئی بات نہیں کہی ہے جو یہ کہے کہ میں نے نئی بات کہی</w:t>
      </w:r>
    </w:p>
    <w:p>
      <w:r>
        <w:rPr>
          <w:b/>
        </w:rPr>
        <w:t xml:space="preserve">[1:02:47] </w:t>
      </w:r>
      <w:r>
        <w:t>hai woh galat kehta hai</w:t>
      </w:r>
    </w:p>
    <w:p>
      <w:pPr>
        <w:jc w:val="right"/>
      </w:pPr>
      <w:r>
        <w:t>ہے وہ غلط کہتا ہے</w:t>
      </w:r>
    </w:p>
    <w:p>
      <w:r>
        <w:rPr>
          <w:b/>
        </w:rPr>
        <w:t xml:space="preserve">[1:02:50] </w:t>
      </w:r>
      <w:r>
        <w:t>agar is mein nayapan hai to khud hadees mein hai ke laa tan khidhee ajaa'ibahu</w:t>
      </w:r>
    </w:p>
    <w:p>
      <w:pPr>
        <w:jc w:val="right"/>
      </w:pPr>
      <w:r>
        <w:t>اگر اس میں نیاپن ہے تو خود حدیث میں ہے کہ لا تنخذی عجائبہ</w:t>
      </w:r>
    </w:p>
    <w:p>
      <w:r>
        <w:rPr>
          <w:b/>
        </w:rPr>
        <w:t xml:space="preserve">[1:02:55] </w:t>
      </w:r>
      <w:r>
        <w:t>quran ke ajaa'ib kabhi khatm nahin honge</w:t>
      </w:r>
    </w:p>
    <w:p>
      <w:pPr>
        <w:jc w:val="right"/>
      </w:pPr>
      <w:r>
        <w:t>قران کے عجائب کبھی ختم نہیں ہوں گے</w:t>
      </w:r>
    </w:p>
    <w:p>
      <w:r>
        <w:rPr>
          <w:b/>
        </w:rPr>
        <w:t xml:space="preserve">[1:02:59] </w:t>
      </w:r>
      <w:r>
        <w:t>naye naye pehlu daryaft honge naye naye yaqeen ka item daryaft hoga yeh to khud quran mein</w:t>
      </w:r>
    </w:p>
    <w:p>
      <w:pPr>
        <w:jc w:val="right"/>
      </w:pPr>
      <w:r>
        <w:t>نئے نئے پہلو دریافت ہوں گے نئے نئے یقین کا ائٹم دریافت ہوگا یہ تو خود قران میں</w:t>
      </w:r>
    </w:p>
    <w:p>
      <w:r>
        <w:rPr>
          <w:b/>
        </w:rPr>
        <w:t xml:space="preserve">[1:03:05] </w:t>
      </w:r>
      <w:r>
        <w:t>hai woh hadees mein hai</w:t>
      </w:r>
    </w:p>
    <w:p>
      <w:pPr>
        <w:jc w:val="right"/>
      </w:pPr>
      <w:r>
        <w:t>ہے وہ حدیث میں ہے</w:t>
      </w:r>
    </w:p>
    <w:p>
      <w:r>
        <w:rPr>
          <w:b/>
        </w:rPr>
        <w:t xml:space="preserve">[1:03:09] </w:t>
      </w:r>
      <w:r>
        <w:t>to maine jo baat kahi hai woh hargiz hargiz koi nayi baat nahin hai wahi baat hai</w:t>
      </w:r>
    </w:p>
    <w:p>
      <w:pPr>
        <w:jc w:val="right"/>
      </w:pPr>
      <w:r>
        <w:t>تو میں نے جو بات کہی ہے وہ ہرگز ہرگز کوئی نئی بات نہیں ہے وہی بات ہے</w:t>
      </w:r>
    </w:p>
    <w:p>
      <w:r>
        <w:rPr>
          <w:b/>
        </w:rPr>
        <w:t xml:space="preserve">[1:03:13] </w:t>
      </w:r>
      <w:r>
        <w:t>jo khud quran se woh hadees se saabit hoti hai rasool Allah ke zamane mein aur sahaba ke</w:t>
      </w:r>
    </w:p>
    <w:p>
      <w:pPr>
        <w:jc w:val="right"/>
      </w:pPr>
      <w:r>
        <w:t>جو خود قران سے وہ حدیث سے ثابت ہوتی ہے رسول اللہ کے زمانے میں اور صحابہ کے</w:t>
      </w:r>
    </w:p>
    <w:p>
      <w:r>
        <w:rPr>
          <w:b/>
        </w:rPr>
        <w:t xml:space="preserve">[1:03:18] </w:t>
      </w:r>
      <w:r>
        <w:t>zamane mein yahi quran ka matlab tha aaj kal kya hai woh woh aap jaaniye main is ko</w:t>
      </w:r>
    </w:p>
    <w:p>
      <w:pPr>
        <w:jc w:val="right"/>
      </w:pPr>
      <w:r>
        <w:t>زمانے میں یہی قران کا مطلب تھا اج کل کیا ہے وہ وہ اپ جانیے میں اس کو</w:t>
      </w:r>
    </w:p>
    <w:p>
      <w:r>
        <w:rPr>
          <w:b/>
        </w:rPr>
        <w:t xml:space="preserve">[1:03:26] </w:t>
      </w:r>
      <w:r>
        <w:t>point of reference nahin padh sakta aaj kal jo ho raha hai is ko main woh mere tak</w:t>
      </w:r>
    </w:p>
    <w:p>
      <w:pPr>
        <w:jc w:val="right"/>
      </w:pPr>
      <w:r>
        <w:t>پوائنٹ اف ریفرنس نہیں پڑھ سکتا اج کل جو ہو رہا ہے اس کو میں وہ میرے تک</w:t>
      </w:r>
    </w:p>
    <w:p>
      <w:r>
        <w:rPr>
          <w:b/>
        </w:rPr>
        <w:t xml:space="preserve">[1:03:33] </w:t>
      </w:r>
      <w:r>
        <w:t>point of reference nahin hai mere tak point of reference hai rasool Allah ka zamana aur sahaba ka</w:t>
      </w:r>
    </w:p>
    <w:p>
      <w:pPr>
        <w:jc w:val="right"/>
      </w:pPr>
      <w:r>
        <w:t>پوائنٹ اف ریفرنس نہیں ہے میرے تک پوائنٹ اف ریفرنس ہے رسول اللہ کا زمانہ اور صحابہ کا</w:t>
      </w:r>
    </w:p>
    <w:p>
      <w:r>
        <w:rPr>
          <w:b/>
        </w:rPr>
        <w:t xml:space="preserve">[1:03:38] </w:t>
      </w:r>
      <w:r>
        <w:t>zamana tabeen ka zamana</w:t>
      </w:r>
    </w:p>
    <w:p>
      <w:pPr>
        <w:jc w:val="right"/>
      </w:pPr>
      <w:r>
        <w:t>زمانہ تابعین کا زمانہ</w:t>
      </w:r>
    </w:p>
    <w:p>
      <w:r>
        <w:rPr>
          <w:b/>
        </w:rPr>
        <w:t xml:space="preserve">[1:03:41] </w:t>
      </w:r>
      <w:r>
        <w:t>kyunke teen hi zamane ke bare mein hadees mein aaya hai teen zamana yaani sahaba tabeen taba tabeen</w:t>
      </w:r>
    </w:p>
    <w:p>
      <w:pPr>
        <w:jc w:val="right"/>
      </w:pPr>
      <w:r>
        <w:t>کیونکہ تین ہی زمانے کے بارے میں حدیث میں ایا ہے تین زمانہ یعنی صحابہ تابعین تبع تابعین</w:t>
      </w:r>
    </w:p>
    <w:p>
      <w:r>
        <w:rPr>
          <w:b/>
        </w:rPr>
        <w:t xml:space="preserve">[1:03:49] </w:t>
      </w:r>
      <w:r>
        <w:t>bas is mein jo aap koi baat nikaalein mere bare mein to nikaaliye baqi jo aap zamane hain</w:t>
      </w:r>
    </w:p>
    <w:p>
      <w:pPr>
        <w:jc w:val="right"/>
      </w:pPr>
      <w:r>
        <w:t>بس اس میں جو اپ کوئی بات نکالیں میرے بارے میں تو نکالیے باقی جو اپ زمانے ہیں</w:t>
      </w:r>
    </w:p>
    <w:p>
      <w:r>
        <w:rPr>
          <w:b/>
        </w:rPr>
        <w:t xml:space="preserve">[1:03:57] </w:t>
      </w:r>
      <w:r>
        <w:t>un ka aap refer karein to main is ko manta hi nahin main to manta hoon teen zamano</w:t>
      </w:r>
    </w:p>
    <w:p>
      <w:pPr>
        <w:jc w:val="right"/>
      </w:pPr>
      <w:r>
        <w:t>ان کا اپ ریفر کریں تو میں اس کو مانتا ہی نہیں میں تو مانتا ہوں تین زمانوں</w:t>
      </w:r>
    </w:p>
    <w:p>
      <w:r>
        <w:rPr>
          <w:b/>
        </w:rPr>
        <w:t xml:space="preserve">[1:04:01] </w:t>
      </w:r>
      <w:r>
        <w:t>ko sahaba ko tabeen</w:t>
      </w:r>
    </w:p>
    <w:p>
      <w:pPr>
        <w:jc w:val="right"/>
      </w:pPr>
      <w:r>
        <w:t>کو صحابہ کو تابعین</w:t>
      </w:r>
    </w:p>
    <w:p>
      <w:r>
        <w:rPr>
          <w:b/>
        </w:rPr>
        <w:t xml:space="preserve">[1:04:03] </w:t>
      </w:r>
      <w:r>
        <w:t>ko taba tabeen ko khair-ul-qurun qirni thumma alladheena yaloonahum thumma alladheena yaloonahum teen is mein zikr hai</w:t>
      </w:r>
    </w:p>
    <w:p>
      <w:pPr>
        <w:jc w:val="right"/>
      </w:pPr>
      <w:r>
        <w:t>کو تبع تابعین کو خیر القرون قرنی ثم الذین علونہم ثم الذین علونہم تین اس میں ذکر ہے</w:t>
      </w:r>
    </w:p>
    <w:p>
      <w:r>
        <w:rPr>
          <w:b/>
        </w:rPr>
        <w:t xml:space="preserve">[1:04:13] </w:t>
      </w:r>
      <w:r>
        <w:t>yeh hadith hai khair ul quroon quarni thum alazeen aloon hum thum alazeen aloon hum yaani sab se acha zamana mera</w:t>
      </w:r>
    </w:p>
    <w:p>
      <w:pPr>
        <w:jc w:val="right"/>
      </w:pPr>
      <w:r>
        <w:t>یہ حدیث ہے خیر القرون قرنی ثم الذین علونہم ثم الذین علونہم یعنی سب سے اچھا زمانہ میرا</w:t>
      </w:r>
    </w:p>
    <w:p>
      <w:r>
        <w:rPr>
          <w:b/>
        </w:rPr>
        <w:t xml:space="preserve">[1:04:21] </w:t>
      </w:r>
      <w:r>
        <w:t>zamana hai rasool Allah ka zamana is ke baad ka zamana phir is ke baad ka zamana yaani</w:t>
      </w:r>
    </w:p>
    <w:p>
      <w:pPr>
        <w:jc w:val="right"/>
      </w:pPr>
      <w:r>
        <w:t>زمانہ ہے رسول اللہ کا زمانہ اس کے بعد کا زمانہ پھر اس کے بعد کا زمانہ یعنی</w:t>
      </w:r>
    </w:p>
    <w:p>
      <w:r>
        <w:rPr>
          <w:b/>
        </w:rPr>
        <w:t xml:space="preserve">[1:04:26] </w:t>
      </w:r>
      <w:r>
        <w:t>rasool ka zamana sahaba ka zamana tabeen ka zamana yeh bilkul hadith sabit hai is se aap mujhe</w:t>
      </w:r>
    </w:p>
    <w:p>
      <w:pPr>
        <w:jc w:val="right"/>
      </w:pPr>
      <w:r>
        <w:t>رسول کا زمانہ صحابہ کا زمانہ تابعین کا زمانہ یہ بالکل حدیث ثابت ہے اس سے اپ مجھے</w:t>
      </w:r>
    </w:p>
    <w:p>
      <w:r>
        <w:rPr>
          <w:b/>
        </w:rPr>
        <w:t xml:space="preserve">[1:04:32] </w:t>
      </w:r>
      <w:r>
        <w:t>bataiye aur aur logon ke zamane mein jo baatein phaili hui hain woh mujhe mere liye woh point</w:t>
      </w:r>
    </w:p>
    <w:p>
      <w:pPr>
        <w:jc w:val="right"/>
      </w:pPr>
      <w:r>
        <w:t>بتائیے اور اور لوگوں کے زمانے میں جو باتیں پھیلی ہوئی ہیں وہ مجھے میرے لیے وہ پوائنٹ</w:t>
      </w:r>
    </w:p>
    <w:p>
      <w:r>
        <w:rPr>
          <w:b/>
        </w:rPr>
        <w:t xml:space="preserve">[1:04:39] </w:t>
      </w:r>
      <w:r>
        <w:t>af reference nahi hai</w:t>
      </w:r>
    </w:p>
    <w:p>
      <w:pPr>
        <w:jc w:val="right"/>
      </w:pPr>
      <w:r>
        <w:t>اف ریفرنس نہیں ہے</w:t>
      </w:r>
    </w:p>
    <w:p>
      <w:r>
        <w:rPr>
          <w:b/>
        </w:rPr>
        <w:t xml:space="preserve">[1:04:42] </w:t>
      </w:r>
      <w:r>
        <w:t>ji Maulana agla sawal ahmed abad se Faisal sahab ne bheja hai unhon ne likha hai</w:t>
      </w:r>
    </w:p>
    <w:p>
      <w:pPr>
        <w:jc w:val="right"/>
      </w:pPr>
      <w:r>
        <w:t>جی مولانا اگلا سوال احمد اباد سے فیصل صاحب نے بھیجا ہے انہوں نے لکھا ہے</w:t>
      </w:r>
    </w:p>
    <w:p>
      <w:r>
        <w:rPr>
          <w:b/>
        </w:rPr>
        <w:t xml:space="preserve">[1:04:50] </w:t>
      </w:r>
      <w:r>
        <w:t>maulana many people with whom i interact for our work i find them good people and they talk about god and seem to be sincere seekers but the moment i bring in the concept of monotheism i realize they become different and do not bow down even to a reason based argument</w:t>
      </w:r>
    </w:p>
    <w:p>
      <w:pPr>
        <w:jc w:val="right"/>
      </w:pPr>
      <w:r>
        <w:t>مولانا مینی پیپل ود ہوم ائی انٹریکٹ فار داور ورک ائی فائنڈ دیم گڈ پیپل اینڈ دے ٹاک اباؤٹ گاڈ اینڈ سیم ٹو بی سنسیئر سپیک سیکرز بٹ دا مومنٹ ائی برنگ ان دا کانسیپٹ اف مونوتھیزم ائی ریلائز دے بیکم ڈفرنٹ اینڈ ڈو ناٹ بو ڈاؤن ایون ٹو ا ریزن بیسڈ ارگیومنٹ ا</w:t>
      </w:r>
    </w:p>
    <w:p>
      <w:r>
        <w:rPr>
          <w:b/>
        </w:rPr>
        <w:t xml:space="preserve">[1:05:15] </w:t>
      </w:r>
      <w:r>
        <w:t>i really fail to understand this kind of behavior as in matters of their business or work they are open to new ideas but when it comes to spirituality they become close minded maulana sahib what is the reason for this differenti</w:t>
      </w:r>
    </w:p>
    <w:p>
      <w:pPr>
        <w:jc w:val="right"/>
      </w:pPr>
      <w:r>
        <w:t>ئی ریلی فیل ٹو انڈرسٹینڈ دس کائنڈ اف بیہیویئر ایز ان میٹرز اف دے بزنس اور ورک دے ار اوپن ٹو نیو ائیڈیاز بٹ وین اٹ کمز ٹو سپرچویلٹی دے بیکم کلوز مائنڈڈ مولانا صاحب واٹ از دا ریزن فار دس ڈیفرنشی</w:t>
      </w:r>
    </w:p>
    <w:p>
      <w:r>
        <w:rPr>
          <w:b/>
        </w:rPr>
        <w:t xml:space="preserve">[1:05:33] </w:t>
      </w:r>
      <w:r>
        <w:t>It's behavior. Sirf ek hi cheez hai conditioning. Woh log modernism mein conditioned ho gaye hain.</w:t>
      </w:r>
    </w:p>
    <w:p>
      <w:pPr>
        <w:jc w:val="right"/>
      </w:pPr>
      <w:r>
        <w:t>ٹڈ بیہیویئر صرف ایک ہی چیز ہے کنڈیشننگ وہ لوگ مورزم میں کنڈیشنڈ ہو گئے ہیں</w:t>
      </w:r>
    </w:p>
    <w:p>
      <w:r>
        <w:rPr>
          <w:b/>
        </w:rPr>
        <w:t xml:space="preserve">[1:05:42] </w:t>
      </w:r>
      <w:r>
        <w:t>woh jo hadith hai ke kul burdi yur al fitra</w:t>
      </w:r>
    </w:p>
    <w:p>
      <w:pPr>
        <w:jc w:val="right"/>
      </w:pPr>
      <w:r>
        <w:t>وہ جو حدیث ہے کہ کل بوردی یور الفطرہ</w:t>
      </w:r>
    </w:p>
    <w:p>
      <w:r>
        <w:rPr>
          <w:b/>
        </w:rPr>
        <w:t xml:space="preserve">[1:05:47] </w:t>
      </w:r>
      <w:r>
        <w:t>har paida honay wala</w:t>
      </w:r>
    </w:p>
    <w:p>
      <w:pPr>
        <w:jc w:val="right"/>
      </w:pPr>
      <w:r>
        <w:t>ہر پیدا ہونے والا</w:t>
      </w:r>
    </w:p>
    <w:p>
      <w:r>
        <w:rPr>
          <w:b/>
        </w:rPr>
        <w:t xml:space="preserve">[1:05:49] </w:t>
      </w:r>
      <w:r>
        <w:t>fitrat se paida hota hai is ke baad is ke maa baap maa baap maani is ka is</w:t>
      </w:r>
    </w:p>
    <w:p>
      <w:pPr>
        <w:jc w:val="right"/>
      </w:pPr>
      <w:r>
        <w:t>فطرت سے پیدا ہوتا ہے اس کے بعد اس کے ماں باپ ماں باپ معنی اس کا اس</w:t>
      </w:r>
    </w:p>
    <w:p>
      <w:r>
        <w:rPr>
          <w:b/>
        </w:rPr>
        <w:t xml:space="preserve">[1:05:55] </w:t>
      </w:r>
      <w:r>
        <w:t>ka environment is ko is mazhab mein is mazhab mein is mazhab daal dete hain to jo fitri</w:t>
      </w:r>
    </w:p>
    <w:p>
      <w:pPr>
        <w:jc w:val="right"/>
      </w:pPr>
      <w:r>
        <w:t>کا انوائرمنٹ اس کو اس مذہب میں اس مذہب میں اس مذہب ڈال دیتے ہیں تو جو فطری</w:t>
      </w:r>
    </w:p>
    <w:p>
      <w:r>
        <w:rPr>
          <w:b/>
        </w:rPr>
        <w:t xml:space="preserve">[1:06:03] </w:t>
      </w:r>
      <w:r>
        <w:t>mazhab hai woh to toheed hai mazhab fitri jo hai woh toheed hai baqi jo hai woh environmental</w:t>
      </w:r>
    </w:p>
    <w:p>
      <w:pPr>
        <w:jc w:val="right"/>
      </w:pPr>
      <w:r>
        <w:t>مذہب ہے وہ تو توحید ہے مذہب فطری جو ہے وہ توحید ہے باقی جو ہے وہ انوائرمنٹل</w:t>
      </w:r>
    </w:p>
    <w:p>
      <w:r>
        <w:rPr>
          <w:b/>
        </w:rPr>
        <w:t xml:space="preserve">[1:06:10] </w:t>
      </w:r>
      <w:r>
        <w:t>conditioning hai fitri mazhab aik hi hai woh hai toheed baqi jo hai woh sab environmental</w:t>
      </w:r>
    </w:p>
    <w:p>
      <w:pPr>
        <w:jc w:val="right"/>
      </w:pPr>
      <w:r>
        <w:t>کنڈیشننگ ہے فطری مذہب ایک ہی ہے وہ ہے توحید باقی جو ہے وہ سب انوائرمنٹل</w:t>
      </w:r>
    </w:p>
    <w:p>
      <w:r>
        <w:rPr>
          <w:b/>
        </w:rPr>
        <w:t xml:space="preserve">[1:06:18] </w:t>
      </w:r>
      <w:r>
        <w:t>conditioning hai okay so we we will end the session</w:t>
      </w:r>
    </w:p>
    <w:p>
      <w:pPr>
        <w:jc w:val="right"/>
      </w:pPr>
      <w:r>
        <w:t>کنڈیشننگ ہے اوکے سو وی ویل اینڈ دی سیشن</w:t>
      </w:r>
    </w:p>
    <w:p>
      <w:r>
        <w:rPr>
          <w:b/>
        </w:rPr>
        <w:t xml:space="preserve">[1:06:24] </w:t>
      </w:r>
      <w:r>
        <w:t>now we also would like to share that saturday classes will now begin at 10:30 instead of 10 in the morning so you can log in through facebook session to watch the live session of maulana sahib every saturday 10:30 am indian standard time thank you.</w:t>
      </w:r>
    </w:p>
    <w:p>
      <w:pPr>
        <w:jc w:val="right"/>
      </w:pPr>
      <w:r>
        <w:t>ناو وی السو وڈ لائک ٹو شیئر دیٹ سیٹرڈے کلاسز ول ناو بیگن ایٹ 10:30 انسٹیڈ اف 10 ان دا مارننگ سو یو کین لاگ ان تھرو فیس بک سیشن ٹو واچ دی لائیو سیشن اف مولانا صاحب ایوری سیٹرڈے 10:30 اے ایم انڈین سٹینڈرڈ ٹائم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