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Existence of God July 23, 2017 Maulana Wahiduddin Khan</w:t>
      </w:r>
    </w:p>
    <w:p>
      <w:r>
        <w:t>https://www.youtube.com/watch?v=shLM_JhG3iE</w:t>
      </w:r>
    </w:p>
    <w:p>
      <w:r>
        <w:rPr>
          <w:b/>
        </w:rPr>
        <w:t xml:space="preserve">[00:14] </w:t>
      </w:r>
      <w:r>
        <w:t>bismillah hir rahman nir rahim,</w:t>
      </w:r>
    </w:p>
    <w:p>
      <w:pPr>
        <w:jc w:val="right"/>
      </w:pPr>
      <w:r>
        <w:t>بسم اللہ الرحمن الرحیم،</w:t>
      </w:r>
    </w:p>
    <w:p>
      <w:r>
        <w:rPr>
          <w:b/>
        </w:rPr>
        <w:t xml:space="preserve">[00:18] </w:t>
      </w:r>
      <w:r>
        <w:t>wa salli allah ala nabiyyil karim. rab ishrah li sadri, wa yassir li amri, wahlul uqdatan min lisani yafqahu qawli.</w:t>
      </w:r>
    </w:p>
    <w:p>
      <w:pPr>
        <w:jc w:val="right"/>
      </w:pPr>
      <w:r>
        <w:t>وصلی اللہ علی نبی الکریم۔ رب اشرح لی صدری، ویسر لی امری، واحل العقدۃ من لسانی یفقہ قولی۔</w:t>
      </w:r>
    </w:p>
    <w:p>
      <w:r>
        <w:rPr>
          <w:b/>
        </w:rPr>
        <w:t xml:space="preserve">[00:35] </w:t>
      </w:r>
      <w:r>
        <w:t>23 july 2017. mere hath mein aaj ka yeh angrezi akhbar hai, is mein ek article hai:</w:t>
      </w:r>
    </w:p>
    <w:p>
      <w:pPr>
        <w:jc w:val="right"/>
      </w:pPr>
      <w:r>
        <w:t>23 جولائی 2017۔ میرے ہاتھ میں آج کا یہ انگریزی اخبار ہے، اس میں ایک آرٹیکل ہے:</w:t>
      </w:r>
    </w:p>
    <w:p>
      <w:r>
        <w:rPr>
          <w:b/>
        </w:rPr>
        <w:t xml:space="preserve">[00:51] </w:t>
      </w:r>
      <w:r>
        <w:t>"is god a great delusion</w:t>
      </w:r>
    </w:p>
    <w:p>
      <w:pPr>
        <w:jc w:val="right"/>
      </w:pPr>
      <w:r>
        <w:t>"Is God a Great Delusion</w:t>
      </w:r>
    </w:p>
    <w:p>
      <w:r>
        <w:rPr>
          <w:b/>
        </w:rPr>
        <w:t xml:space="preserve">[00:56] </w:t>
      </w:r>
      <w:r>
        <w:t>?" kya khuda ek azeem dhoka hai?</w:t>
      </w:r>
    </w:p>
    <w:p>
      <w:pPr>
        <w:jc w:val="right"/>
      </w:pPr>
      <w:r>
        <w:t>?" کیا خدا ایک عظیم دھوکا ہے؟</w:t>
      </w:r>
    </w:p>
    <w:p>
      <w:r>
        <w:rPr>
          <w:b/>
        </w:rPr>
        <w:t xml:space="preserve">[01:03] </w:t>
      </w:r>
      <w:r>
        <w:t>is tarah ki kitabein bohat si likhi gayi hain, isi kitab ko le kar unhon ne aisa likha hai. to main sochne laga ke aisa kyun kehte hain log ke god delusion hai?</w:t>
      </w:r>
    </w:p>
    <w:p>
      <w:pPr>
        <w:jc w:val="right"/>
      </w:pPr>
      <w:r>
        <w:t>اس طرح کی کتابیں بہت سی لکھی گئی ہیں، اسی کتاب کو لے کر انہوں نے ایسا لکھا ہے۔ تو میں سوچنے لگا کہ ایسا کیوں کہتے ہیں لوگ کہ God delusion ہے؟</w:t>
      </w:r>
    </w:p>
    <w:p>
      <w:r>
        <w:rPr>
          <w:b/>
        </w:rPr>
        <w:t xml:space="preserve">[01:21] </w:t>
      </w:r>
      <w:r>
        <w:t>main samajhta hoon ke yeh kisi daleel ke barabar nahi hai, yeh emotional mamla hai.</w:t>
      </w:r>
    </w:p>
    <w:p>
      <w:pPr>
        <w:jc w:val="right"/>
      </w:pPr>
      <w:r>
        <w:t>میں سمجھتا ہوں کہ یہ کسی دلیل کے برابر نہیں ہے، یہ emotional معاملہ ہے۔</w:t>
      </w:r>
    </w:p>
    <w:p>
      <w:r>
        <w:rPr>
          <w:b/>
        </w:rPr>
        <w:t xml:space="preserve">[01:33] </w:t>
      </w:r>
      <w:r>
        <w:t>yani khuda ko mante hi foran aata hai tasawwur accountability ka. yani agar koi khuda hai jis ne aap ko paida kiya hai to foran sawal aata hai ke khuda hum se kya chahta hai?</w:t>
      </w:r>
    </w:p>
    <w:p>
      <w:pPr>
        <w:jc w:val="right"/>
      </w:pPr>
      <w:r>
        <w:t>یعنی خدا کو مانتے ہی فوراً آتا ہے تصور accountability کا۔ یعنی اگر کوئی خدا ہے جس نے آپ کو پیدا کیا ہے تو فوراً سوال آتا ہے کہ خدا ہم سے کیا چاہتا ہے؟</w:t>
      </w:r>
    </w:p>
    <w:p>
      <w:r>
        <w:rPr>
          <w:b/>
        </w:rPr>
        <w:t xml:space="preserve">[01:50] </w:t>
      </w:r>
      <w:r>
        <w:t>paida karne wala hum se kya chahta hai?</w:t>
      </w:r>
    </w:p>
    <w:p>
      <w:pPr>
        <w:jc w:val="right"/>
      </w:pPr>
      <w:r>
        <w:t>پیدا کرنے والا ہم سے کیا چاہتا ہے؟</w:t>
      </w:r>
    </w:p>
    <w:p>
      <w:r>
        <w:rPr>
          <w:b/>
        </w:rPr>
        <w:t xml:space="preserve">[01:55] </w:t>
      </w:r>
      <w:r>
        <w:t>to jab hum yeh manein ke paida karne wala jo hai chahta hai ke hum us ke samne accountable hon, hum apni freedom ko us ke mutabiq istemal karein, to insan chahta nahi ke apni freedom ko kisi aur ke matahat kare.</w:t>
      </w:r>
    </w:p>
    <w:p>
      <w:pPr>
        <w:jc w:val="right"/>
      </w:pPr>
      <w:r>
        <w:t>تو جب ہم یہ مانیں کہ پیدا کرنے والا جو ہے چاہتا ہے کہ ہم اس کے سامنے accountable ہوں، ہم اپنی freedom کو اس کے مطابق استعمال کریں، تو انسان چاہتا نہیں کہ اپنی freedom کو کسی اور کے ماتحت کرے۔</w:t>
      </w:r>
    </w:p>
    <w:p>
      <w:r>
        <w:rPr>
          <w:b/>
        </w:rPr>
        <w:t xml:space="preserve">[02:13] </w:t>
      </w:r>
      <w:r>
        <w:t>woh chahta hai ke freedom us ko jo hai to woh bilkul absolute sense mein ho, kuch bhi kare, kuch bhi kare, koi pakad nahi.</w:t>
      </w:r>
    </w:p>
    <w:p>
      <w:pPr>
        <w:jc w:val="right"/>
      </w:pPr>
      <w:r>
        <w:t>وہ چاہتا ہے کہ freedom اس کو جو ہے تو وہ بالکل absolute sense میں ہو، کچھ بھی کرے، کچھ بھی کرے، کوئی پکڑ نہیں۔</w:t>
      </w:r>
    </w:p>
    <w:p>
      <w:r>
        <w:rPr>
          <w:b/>
        </w:rPr>
        <w:t xml:space="preserve">[02:25] </w:t>
      </w:r>
      <w:r>
        <w:t>main samajhta hoon ke khuda ko jo log nahi mante, un ke paas khuda ke liye koi</w:t>
      </w:r>
    </w:p>
    <w:p>
      <w:pPr>
        <w:jc w:val="right"/>
      </w:pPr>
      <w:r>
        <w:t>میں سمجھتا ہوں کہ خدا کو جو لوگ نہیں مانتے، ان کے پاس خدا کے لیے کوئی</w:t>
      </w:r>
    </w:p>
    <w:p>
      <w:r>
        <w:rPr>
          <w:b/>
        </w:rPr>
        <w:t xml:space="preserve">[02:37] </w:t>
      </w:r>
      <w:r>
        <w:t>rational argument nahi hai, jo hai woh emotional hai.</w:t>
      </w:r>
    </w:p>
    <w:p>
      <w:pPr>
        <w:jc w:val="right"/>
      </w:pPr>
      <w:r>
        <w:t>rational argument نہیں ہے، جو ہے وہ emotional ہے۔</w:t>
      </w:r>
    </w:p>
    <w:p>
      <w:r>
        <w:rPr>
          <w:b/>
        </w:rPr>
        <w:t xml:space="preserve">[02:45] </w:t>
      </w:r>
      <w:r>
        <w:t>yeh main is liye kar raha hoon ke main khud bhi is ka talib ilm raha hoon, yeh samajhne ke liye khuda ke mamle ko main ne kafi cheezein parhin.</w:t>
      </w:r>
    </w:p>
    <w:p>
      <w:pPr>
        <w:jc w:val="right"/>
      </w:pPr>
      <w:r>
        <w:t>یہ میں اس لیے کر رہا ہوں کہ میں خود بھی اس کا طالب علم رہا ہوں، یہ سمجھنے کے لیے خدا کے معاملے کو میں نے کافی چیزیں پڑھیں۔</w:t>
      </w:r>
    </w:p>
    <w:p>
      <w:r>
        <w:rPr>
          <w:b/>
        </w:rPr>
        <w:t xml:space="preserve">[02:56] </w:t>
      </w:r>
      <w:r>
        <w:t>mujhe koi logic, koi rational argument mujhe nahi mila. maslan dekhen, sab se zyada jo istemal kiya jata tha jo baat yeh hai ke Khuda hai to dikhai kyun nahi deta?</w:t>
      </w:r>
    </w:p>
    <w:p>
      <w:pPr>
        <w:jc w:val="right"/>
      </w:pPr>
      <w:r>
        <w:t>مجھے کوئی logic، کوئی rational argument مجھے نہیں ملا۔ مثلاً دیکھیں، سب سے زیادہ جو استعمال کیا جاتا تھا جو بات یہ ہے کہ خدا ہے تو دکھائی کیوں نہیں دیتا؟</w:t>
      </w:r>
    </w:p>
    <w:p>
      <w:r>
        <w:rPr>
          <w:b/>
        </w:rPr>
        <w:t xml:space="preserve">[03:14] </w:t>
      </w:r>
      <w:r>
        <w:t>jaise suraj hum dekhte hain, chand dekhte hain, sitara dekhte hain to Khuda ko to hum dekh rahe hain, aisa hona chahiye. lekin aap dekhen, insan ke paas jo baaton ko samajhne ke liye jo ilm hai woh science hai.</w:t>
      </w:r>
    </w:p>
    <w:p>
      <w:pPr>
        <w:jc w:val="right"/>
      </w:pPr>
      <w:r>
        <w:t>جیسے سورج ہم دیکھتے ہیں، چاند دیکھتے ہیں، ستارہ دیکھتے ہیں تو خدا کو تو ہم دیکھ رہے ہیں، ایسا ہونا چاہیے۔ لیکن آپ دیکھیں، انسان کے پاس جو باتوں کو سمجھنے کے لیے جو علم ہے وہ سائنس ہے۔</w:t>
      </w:r>
    </w:p>
    <w:p>
      <w:r>
        <w:rPr>
          <w:b/>
        </w:rPr>
        <w:t xml:space="preserve">[03:31] </w:t>
      </w:r>
      <w:r>
        <w:t>sab se bada ilm jo insan ke paas hai baaton ko samajhne ke liye woh science hai. to science ka development jo hua to woh yahan tak pahuncha, yani 20th century ke shuru mein, aaghaz mein ke</w:t>
      </w:r>
    </w:p>
    <w:p>
      <w:pPr>
        <w:jc w:val="right"/>
      </w:pPr>
      <w:r>
        <w:t>سب سے بڑا علم جو انسان کے پاس ہے باتوں کو سمجھنے کے لیے وہ سائنس ہے۔ تو سائنس کا development جو ہوا تو وہ یہاں تک پہنچا، یعنی 20th century کے شروع میں، آغاز میں کہ</w:t>
      </w:r>
    </w:p>
    <w:p>
      <w:r>
        <w:rPr>
          <w:b/>
        </w:rPr>
        <w:t xml:space="preserve">[03:51] </w:t>
      </w:r>
      <w:r>
        <w:t>ek bahut hi important discovery hui.</w:t>
      </w:r>
    </w:p>
    <w:p>
      <w:pPr>
        <w:jc w:val="right"/>
      </w:pPr>
      <w:r>
        <w:t>ایک بہت ہی important discovery ہوئی۔</w:t>
      </w:r>
    </w:p>
    <w:p>
      <w:r>
        <w:rPr>
          <w:b/>
        </w:rPr>
        <w:t xml:space="preserve">[03:59] </w:t>
      </w:r>
      <w:r>
        <w:t>woh thi</w:t>
      </w:r>
    </w:p>
    <w:p>
      <w:pPr>
        <w:jc w:val="right"/>
      </w:pPr>
      <w:r>
        <w:t>وہ تھی</w:t>
      </w:r>
    </w:p>
    <w:p>
      <w:r>
        <w:rPr>
          <w:b/>
        </w:rPr>
        <w:t xml:space="preserve">[04:03] </w:t>
      </w:r>
      <w:r>
        <w:t>ke insan ne daryaft kiya ke jis cheez ko hum kehte hain atom, uska ek ek uska ek part hai, uska ek particle hai jo subatomic particle kaha jata hai,</w:t>
      </w:r>
    </w:p>
    <w:p>
      <w:pPr>
        <w:jc w:val="right"/>
      </w:pPr>
      <w:r>
        <w:t>کہ انسان نے دریافت کیا کہ جس چیز کو ہم کہتے ہیں atom، اس کا ایک ایک اس کا ایک part ہے، اس کا ایک particle ہے جو subatomic particle کہا جاتا ہے،</w:t>
      </w:r>
    </w:p>
    <w:p>
      <w:r>
        <w:rPr>
          <w:b/>
        </w:rPr>
        <w:t xml:space="preserve">[04:18] </w:t>
      </w:r>
      <w:r>
        <w:t>to woh dikhai nahi deta. kisi bhi durbin ya khurdbeen se hum subatomic particle ko dekh nahi sakte, jabke hum logically hum ko manne par majboor hain.</w:t>
      </w:r>
    </w:p>
    <w:p>
      <w:pPr>
        <w:jc w:val="right"/>
      </w:pPr>
      <w:r>
        <w:t>تو وہ دکھائی نہیں دیتا۔ کسی بھی دوربین یا خردبین سے ہم subatomic particle کو دیکھ نہیں سکتے، جبکہ ہم logically ہم کو ماننے پر مجبور ہیں۔</w:t>
      </w:r>
    </w:p>
    <w:p>
      <w:r>
        <w:rPr>
          <w:b/>
        </w:rPr>
        <w:t xml:space="preserve">[04:34] </w:t>
      </w:r>
      <w:r>
        <w:t>Logically. kyunke dekhen, purely scientific aitbar se jab uska jaiza yeh liya jaye to maloom hoga ke agar hum subatomic particle ko na manen to hamein atom hi ka inkar karna padega, khud atom ka.</w:t>
      </w:r>
    </w:p>
    <w:p>
      <w:pPr>
        <w:jc w:val="right"/>
      </w:pPr>
      <w:r>
        <w:t>Logically۔ کیونکہ دیکھیں، purely scientific اعتبار سے جب اس کا جائزہ یہ لیا جائے تو معلوم ہوگا کہ اگر ہم subatomic particle کو نہ مانیں تو ہمیں atom ہی کا انکار کرنا پڑے گا، خود atom کا۔</w:t>
      </w:r>
    </w:p>
    <w:p>
      <w:r>
        <w:rPr>
          <w:b/>
        </w:rPr>
        <w:t xml:space="preserve">[04:51] </w:t>
      </w:r>
      <w:r>
        <w:t>Atom ko na manen to poori duniya ki har cheez ka inkar karna padega, sari kainaat ka inkar karna padega. bahut mushkil masla yeh tha.</w:t>
      </w:r>
    </w:p>
    <w:p>
      <w:pPr>
        <w:jc w:val="right"/>
      </w:pPr>
      <w:r>
        <w:t>Atom کو نہ مانیں تو پوری دنیا کی ہر چیز کا انکار کرنا پڑے گا، ساری کائنات کا انکار کرنا پڑے گا۔ بہت مشکل مسئلہ یہ تھا۔</w:t>
      </w:r>
    </w:p>
    <w:p>
      <w:r>
        <w:rPr>
          <w:b/>
        </w:rPr>
        <w:t xml:space="preserve">[05:01] </w:t>
      </w:r>
      <w:r>
        <w:t>aap subatomic particle ko na manen to phir aap ko manna padega ke yeh atom nahi hai. Atom ko na manen to manna padega ke universe nahi hai.</w:t>
      </w:r>
    </w:p>
    <w:p>
      <w:pPr>
        <w:jc w:val="right"/>
      </w:pPr>
      <w:r>
        <w:t>آپ subatomic particle کو نہ مانیں تو پھر آپ کو ماننا پڑے گا کہ یہ atom نہیں ہے۔ Atom کو نہ مانیں تو ماننا پڑے گا کہ universe نہیں ہے۔</w:t>
      </w:r>
    </w:p>
    <w:p>
      <w:r>
        <w:rPr>
          <w:b/>
        </w:rPr>
        <w:t xml:space="preserve">[05:10] </w:t>
      </w:r>
      <w:r>
        <w:t>to yeh kaise keh sakte hain aap? kaise aisa keh sakte hain aap? yeh aap kehne ki position mein aap nahi hain. to phir kya discovery hui?</w:t>
      </w:r>
    </w:p>
    <w:p>
      <w:pPr>
        <w:jc w:val="right"/>
      </w:pPr>
      <w:r>
        <w:t>تو یہ کیسے کہہ سکتے ہیں آپ؟ کیسے ایسا کہہ سکتے ہیں آپ؟ یہ آپ کہنے کی position میں آپ نہیں ہیں۔ تو پھر کیا discovery ہوئی؟</w:t>
      </w:r>
    </w:p>
    <w:p>
      <w:r>
        <w:rPr>
          <w:b/>
        </w:rPr>
        <w:t xml:space="preserve">[05:22] </w:t>
      </w:r>
      <w:r>
        <w:t>yeh discovery hui ke</w:t>
      </w:r>
    </w:p>
    <w:p>
      <w:pPr>
        <w:jc w:val="right"/>
      </w:pPr>
      <w:r>
        <w:t>یہ discovery ہوئی کہ</w:t>
      </w:r>
    </w:p>
    <w:p>
      <w:r>
        <w:rPr>
          <w:b/>
        </w:rPr>
        <w:t xml:space="preserve">[05:28] </w:t>
      </w:r>
      <w:r>
        <w:t>sab duniya ki tamam cheezen aap jante hain ke move kar rahi hain, harkat mein hain. to subatomic particle jo hai woh bhi harkat mein hai, agarche woh bilkul hi dikhai nahi deta kisi bhi tareeqe se.</w:t>
      </w:r>
    </w:p>
    <w:p>
      <w:pPr>
        <w:jc w:val="right"/>
      </w:pPr>
      <w:r>
        <w:t>سب دنیا کی تمام چیزیں آپ جانتے ہیں کہ move کر رہی ہیں، حرکت میں ہیں۔ تو subatomic particle جو ہے وہ بھی حرکت میں ہے، اگرچہ وہ بالکل ہی دکھائی نہیں دیتا کسی بھی طریقے سے۔</w:t>
      </w:r>
    </w:p>
    <w:p>
      <w:r>
        <w:rPr>
          <w:b/>
        </w:rPr>
        <w:t xml:space="preserve">[05:43] </w:t>
      </w:r>
      <w:r>
        <w:t>yahan tak ke scientist ne keh diya ke woh waves of probability hai. Waves of probability.</w:t>
      </w:r>
    </w:p>
    <w:p>
      <w:pPr>
        <w:jc w:val="right"/>
      </w:pPr>
      <w:r>
        <w:t>یہاں تک کہ سائنسدان نے کہہ دیا کہ وہ waves of probability ہے۔ Waves of probability۔</w:t>
      </w:r>
    </w:p>
    <w:p>
      <w:r>
        <w:rPr>
          <w:b/>
        </w:rPr>
        <w:t xml:space="preserve">[05:54] </w:t>
      </w:r>
      <w:r>
        <w:t>to ab sawal yeh tha ke aap kaise manen isko? inkar karen to inkar kar nahi sakte, iska inkar karenge to har cheez ka inkar karna padega.</w:t>
      </w:r>
    </w:p>
    <w:p>
      <w:pPr>
        <w:jc w:val="right"/>
      </w:pPr>
      <w:r>
        <w:t>تو اب سوال یہ تھا کہ آپ کیسے مانیں اس کو؟ انکار کریں تو انکار کر نہیں سکتے، اس کا انکار کریں گے تو ہر چیز کا انکار کرنا پڑے گا۔</w:t>
      </w:r>
    </w:p>
    <w:p>
      <w:r>
        <w:rPr>
          <w:b/>
        </w:rPr>
        <w:t xml:space="preserve">[06:07] </w:t>
      </w:r>
      <w:r>
        <w:t>to discovery hui ke yeh jo subatomic particle hain jo move karte hain, move to woh ek right sense mein ek ek ek heat generate karte hain.</w:t>
      </w:r>
    </w:p>
    <w:p>
      <w:pPr>
        <w:jc w:val="right"/>
      </w:pPr>
      <w:r>
        <w:t>تو discovery ہوئی کہ یہ جو subatomic particle ہیں جو move کرتے ہیں، move تو وہ ایکright sense میں ایک ایک ایک heat generate کرتے ہیں۔</w:t>
      </w:r>
    </w:p>
    <w:p>
      <w:r>
        <w:rPr>
          <w:b/>
        </w:rPr>
        <w:t xml:space="preserve">[06:29] </w:t>
      </w:r>
      <w:r>
        <w:t>yani subatomic particle jo chalte hain bahut tezi ke sath, agarche unka wajood science ke mutabiq koi observable nahi hai, to woh heat generate karte hain.</w:t>
      </w:r>
    </w:p>
    <w:p>
      <w:pPr>
        <w:jc w:val="right"/>
      </w:pPr>
      <w:r>
        <w:t>یعنی subatomic particle جو چلتے ہیں بہت تیزی کے ساتھ، اگرچہ ان کا وجود سائنس کے مطابق کوئی observable نہیں ہے، تو وہ heat generate کرتے ہیں۔</w:t>
      </w:r>
    </w:p>
    <w:p>
      <w:r>
        <w:rPr>
          <w:b/>
        </w:rPr>
        <w:t xml:space="preserve">[06:43] </w:t>
      </w:r>
      <w:r>
        <w:t>to agarche hum subatomic particle ko nahi dekhte, isko hum detect nahi kar sakte, lekin heat ko hum detect kar pate hain.</w:t>
      </w:r>
    </w:p>
    <w:p>
      <w:pPr>
        <w:jc w:val="right"/>
      </w:pPr>
      <w:r>
        <w:t>تو اگرچہ ہم subatomic particle کو نہیں دیکھتے، اس کو ہم detect نہیں کر سکتے، لیکن heat کو ہم detect کر پاتے ہیں۔</w:t>
      </w:r>
    </w:p>
    <w:p>
      <w:r>
        <w:rPr>
          <w:b/>
        </w:rPr>
        <w:t xml:space="preserve">[06:53] </w:t>
      </w:r>
      <w:r>
        <w:t>Detect. to iska matlab hai ke hum yahan pe yeh manna padega ke agarche hum subatomic particle ko nahi dekhte, lekin iske effects hain, iska effect.</w:t>
      </w:r>
    </w:p>
    <w:p>
      <w:pPr>
        <w:jc w:val="right"/>
      </w:pPr>
      <w:r>
        <w:t>Detect۔ تو اس کا معنی ہے کہ ہم یہاں پہ یہ ماننا پڑے گا کہ اگرچہ ہم subatomic particle کو نہیں دیکھتے، لیکن اس کے effects ہیں، اس کا effect۔</w:t>
      </w:r>
    </w:p>
    <w:p>
      <w:r>
        <w:rPr>
          <w:b/>
        </w:rPr>
        <w:t xml:space="preserve">[07:08] </w:t>
      </w:r>
      <w:r>
        <w:t>yani iske harkat se jo jo heat generate hoti hai, usko hum experience karte hain.</w:t>
      </w:r>
    </w:p>
    <w:p>
      <w:pPr>
        <w:jc w:val="right"/>
      </w:pPr>
      <w:r>
        <w:t>یعنی اس کے حرکت سے جو جو heat generate ہوتی ہے، اس کو ہم experience کرتے ہیں۔</w:t>
      </w:r>
    </w:p>
    <w:p>
      <w:r>
        <w:rPr>
          <w:b/>
        </w:rPr>
        <w:t xml:space="preserve">[07:18] </w:t>
      </w:r>
      <w:r>
        <w:t>to effects se hum ne manna padega, iske effects ke bare mein yahan koi cheez hai jis ko hum atomic particle kahen, subatomic particle.</w:t>
      </w:r>
    </w:p>
    <w:p>
      <w:pPr>
        <w:jc w:val="right"/>
      </w:pPr>
      <w:r>
        <w:t>تو effects سے ہم نے ماننا پڑے گا، اس کے effects کے بارے میں یہاں کوئی چیز ہے جس کو ہم atomic particle کہیں، subatomic particle۔</w:t>
      </w:r>
    </w:p>
    <w:p>
      <w:r>
        <w:rPr>
          <w:b/>
        </w:rPr>
        <w:t xml:space="preserve">[07:29] </w:t>
      </w:r>
      <w:r>
        <w:t>to iske baad science mein ek ek naya ek ek baat add karni padi, kyunke yeh tha, yani is matlab mein tha ke probably there is a subatomic particle.</w:t>
      </w:r>
    </w:p>
    <w:p>
      <w:pPr>
        <w:jc w:val="right"/>
      </w:pPr>
      <w:r>
        <w:t>تو اس کے بعد سائنس میں ایک ایک نیا ایک ایک بات add کرنی پڑی، کیونکہ یہ تھا، یعنی اس معنی میں تھا کہ probably there is a subatomic particle۔</w:t>
      </w:r>
    </w:p>
    <w:p>
      <w:r>
        <w:rPr>
          <w:b/>
        </w:rPr>
        <w:t xml:space="preserve">[07:50] </w:t>
      </w:r>
      <w:r>
        <w:t>yani science ki zuban mein jo baat aap keh sakte the, ab yeh thi ke probably, kyunke dekh to sakte nahi aap, probably there is a subatomic particle.</w:t>
      </w:r>
    </w:p>
    <w:p>
      <w:pPr>
        <w:jc w:val="right"/>
      </w:pPr>
      <w:r>
        <w:t>یعنی سائنس کی زبان میں جو بات آپ کہہ سکتے تھے، اب یہ تھی کہ probably، کیونکہ دیکھ تو سکتے نہیں آپ، probably there is a subatomic particle۔</w:t>
      </w:r>
    </w:p>
    <w:p>
      <w:r>
        <w:rPr>
          <w:b/>
        </w:rPr>
        <w:t xml:space="preserve">[08:04] </w:t>
      </w:r>
      <w:r>
        <w:t>yeh manna pada ke probability is a way of argument. yani probability ko bhi manna pada science mein, jis tarah observation ya experience waghera ek yani aisi cheez hai jis ko hum ko logically manna padta hai.</w:t>
      </w:r>
    </w:p>
    <w:p>
      <w:pPr>
        <w:jc w:val="right"/>
      </w:pPr>
      <w:r>
        <w:t>یہ ماننا پڑا کہ probability is a way of argument۔ یعنی probability کو بھی ماننا پڑا سائنس میں، جس طرح observation یا experience وغیرہ ایک یعنی ایسی چیز ہے جس کو ہم کو logically ماننا پڑتا ہے۔</w:t>
      </w:r>
    </w:p>
    <w:p>
      <w:r>
        <w:rPr>
          <w:b/>
        </w:rPr>
        <w:t xml:space="preserve">[08:23] </w:t>
      </w:r>
      <w:r>
        <w:t>to probability ko manna pada, aur yeh manna pada ke ke probability jo hai, probability woh agarche less than certainty hai, lekin woh more than perhaps hai.</w:t>
      </w:r>
    </w:p>
    <w:p>
      <w:pPr>
        <w:jc w:val="right"/>
      </w:pPr>
      <w:r>
        <w:t>تو probability کو ماننا پڑا، اور یہ ماننا پڑا کہ کہ probability جو ہے، probability وہ اگرچہ less than certainty ہے، لیکن وہ more than perhaps ہے۔</w:t>
      </w:r>
    </w:p>
    <w:p>
      <w:r>
        <w:rPr>
          <w:b/>
        </w:rPr>
        <w:t xml:space="preserve">[08:41] </w:t>
      </w:r>
      <w:r>
        <w:t>yeh bohat anokhi baat hai ke probability is less than certainty, but is more than perhaps.</w:t>
      </w:r>
    </w:p>
    <w:p>
      <w:pPr>
        <w:jc w:val="right"/>
      </w:pPr>
      <w:r>
        <w:t>یہ بہت انوکھی بات ہے کہ probability is less than certainty, but is more than perhaps۔</w:t>
      </w:r>
    </w:p>
    <w:p>
      <w:r>
        <w:rPr>
          <w:b/>
        </w:rPr>
        <w:t xml:space="preserve">[08:52] </w:t>
      </w:r>
      <w:r>
        <w:t>is ka mani aik aik way of argument ka darja is ko mil gaya. to agar aap yeh maan lein ke probably there is a subatomic particle, to isi isi isi method ko apply kar ke aap ko kehna paray ga ke probably there is a God.</w:t>
      </w:r>
    </w:p>
    <w:p>
      <w:pPr>
        <w:jc w:val="right"/>
      </w:pPr>
      <w:r>
        <w:t>اس کا معنی ایک ایک way of argument کا درجہ اس کو مل گیا۔ تو اگر آپ یہ مان لیں کہ probably there is a subatomic particle، تو اسی اسی اسی method کو اپلائی کر کے آپ کو کہنا پڑے گا کہ probably there is a God۔</w:t>
      </w:r>
    </w:p>
    <w:p>
      <w:r>
        <w:rPr>
          <w:b/>
        </w:rPr>
        <w:t xml:space="preserve">[09:16] </w:t>
      </w:r>
      <w:r>
        <w:t>kyun ke science mein hum ne daryaft kiya ke 13 billion saal pehle sirf sirf vacuum tha, sirf khala tha, koi cheez nahi thi.</w:t>
      </w:r>
    </w:p>
    <w:p>
      <w:pPr>
        <w:jc w:val="right"/>
      </w:pPr>
      <w:r>
        <w:t>کیونکہ سائنس میں ہم نے دریافت کیا کہ 13 بلین سال پہلے صرف صرف ویکوم تھا، صرف خلا تھا، کوئی چیز نہیں تھی۔</w:t>
      </w:r>
    </w:p>
    <w:p>
      <w:r>
        <w:rPr>
          <w:b/>
        </w:rPr>
        <w:t xml:space="preserve">[09:32] </w:t>
      </w:r>
      <w:r>
        <w:t>yani scientifically speaking, 13 billion saal pehle koi cheez nahi thi. phir achaanak aik cosmic ball saamne aaya, phir is mein explosion hua, phir aik aik process chala, is ke nateejay mein universe wajood mein aai.</w:t>
      </w:r>
    </w:p>
    <w:p>
      <w:pPr>
        <w:jc w:val="right"/>
      </w:pPr>
      <w:r>
        <w:t>یعنی scientifically speaking، 13 بلین سال پہلے کوئی چیز نہیں تھی۔ پھر اچانک ایک cosmic ball سامنے آیا، پھر اس میں explosion ہوا، پھر ایک ایک process چلا، اس کے نتیجے میں universe وجود میں آئی۔</w:t>
      </w:r>
    </w:p>
    <w:p>
      <w:r>
        <w:rPr>
          <w:b/>
        </w:rPr>
        <w:t xml:space="preserve">[09:49] </w:t>
      </w:r>
      <w:r>
        <w:t>to sawal yeh hai ke kaise hua? jab kuch tha nahi, sab khala hi khala tha, to kaise, kahan se yeh cosmic ball aa gaya?</w:t>
      </w:r>
    </w:p>
    <w:p>
      <w:pPr>
        <w:jc w:val="right"/>
      </w:pPr>
      <w:r>
        <w:t>تو سوال یہ ہے کہ کیسے ہوا؟ جب کچھ تھا نہیں، سب خلا ہی خلا تھا، تو کیسے، کہاں سے یہ cosmic ball آ گیا؟</w:t>
      </w:r>
    </w:p>
    <w:p>
      <w:r>
        <w:rPr>
          <w:b/>
        </w:rPr>
        <w:t xml:space="preserve">[10:00] </w:t>
      </w:r>
      <w:r>
        <w:t>kis ne is ko explode kiya? kis ne is ko yani is ke andar harkat paida ki? aur dheere dheere dheere dheere woh saari cheez bani.</w:t>
      </w:r>
    </w:p>
    <w:p>
      <w:pPr>
        <w:jc w:val="right"/>
      </w:pPr>
      <w:r>
        <w:t>کس نے اس کو explode کیا؟ کس نے اس کو یعنی اس کے اندر حرکت پیدا کی؟ اور دھیرے دھیرے دھیرے دھیرے وہ ساری چیز بنی۔</w:t>
      </w:r>
    </w:p>
    <w:p>
      <w:r>
        <w:rPr>
          <w:b/>
        </w:rPr>
        <w:t xml:space="preserve">[10:10] </w:t>
      </w:r>
      <w:r>
        <w:t>yani galaxy bani, solar system bana, zameen bani, aur pani aaya, phir plant aaya, phir animal aaye, phir insan bana.</w:t>
      </w:r>
    </w:p>
    <w:p>
      <w:pPr>
        <w:jc w:val="right"/>
      </w:pPr>
      <w:r>
        <w:t>یعنی galaxy بنی، solar system بنا، زمین بنی، اور پانی آیا، پھر plant آیا، پھر animal آئے، پھر انسان بنا۔</w:t>
      </w:r>
    </w:p>
    <w:p>
      <w:r>
        <w:rPr>
          <w:b/>
        </w:rPr>
        <w:t xml:space="preserve">[10:23] </w:t>
      </w:r>
      <w:r>
        <w:t>to yeh sara yahan se wahan tak kaise hua? to ab science mein yeh maan liya gaya, yani sab se pehle mein samajhta hoon ke Sir James Dean ne yeh baat kahi thi ke the stuff of world is mind stuff.</w:t>
      </w:r>
    </w:p>
    <w:p>
      <w:pPr>
        <w:jc w:val="right"/>
      </w:pPr>
      <w:r>
        <w:t>تو یہ سارا یہاں سے وہاں تک کیسے ہوا؟ تو اب سائنس میں یہ مان لیا گیا، یعنی سب سے پہلے میں سمجھتا ہوں کہ Sir James Dean نے یہ بات کہی تھی کہ the stuff of world is mind stuff۔</w:t>
      </w:r>
    </w:p>
    <w:p>
      <w:r>
        <w:rPr>
          <w:b/>
        </w:rPr>
        <w:t xml:space="preserve">[10:44] </w:t>
      </w:r>
      <w:r>
        <w:t>The stuff of world is mind stuff. to is baray mein kaha tha ke woh stuff ke sense mein kaha tha ke is ke peechay mind hai.</w:t>
      </w:r>
    </w:p>
    <w:p>
      <w:pPr>
        <w:jc w:val="right"/>
      </w:pPr>
      <w:r>
        <w:t>The stuff of world is mind stuff۔ تو اس بارے میں کہا تھا کہ وہ stuff کے sense میں کہا تھا کہ اس کے پیچھے mind ہے۔</w:t>
      </w:r>
    </w:p>
    <w:p>
      <w:r>
        <w:rPr>
          <w:b/>
        </w:rPr>
        <w:t xml:space="preserve">[10:55] </w:t>
      </w:r>
      <w:r>
        <w:t>is ke baad jab Fred Hahl ke zamanay mein yeh mana gaya, jis ko us ne likha ke intelligent universe. kyun ke itna ziyada meaning hai, itni ziyada planning hai, itni ziyada har cheez well designed hai ke yeh autonomous tor par nahi ho sakti, apne aap bhi nahi ho sakti.</w:t>
      </w:r>
    </w:p>
    <w:p>
      <w:pPr>
        <w:jc w:val="right"/>
      </w:pPr>
      <w:r>
        <w:t>اس کے بعد جب Fred Hahl کے زمانے میں یہ مانا گیا، جس کو اس نے لکھا کہ intelligent universe۔ کیونکہ اتنا زیادہ meaning ہے، اتنی زیادہ planning ہے، اتنی زیادہ ہر چیز well designed ہے کہ یہ autonomous طور پر نہیں ہو سکتی، اپنے آپ بھی نہیں ہو سکتی۔</w:t>
      </w:r>
    </w:p>
    <w:p>
      <w:r>
        <w:rPr>
          <w:b/>
        </w:rPr>
        <w:t xml:space="preserve">[11:18] </w:t>
      </w:r>
      <w:r>
        <w:t>to zaroor is ke peechay koi designer hai. to agarchay yeh nahi mantay ke there is a designer, but designed ko maan liya unhon ne.</w:t>
      </w:r>
    </w:p>
    <w:p>
      <w:pPr>
        <w:jc w:val="right"/>
      </w:pPr>
      <w:r>
        <w:t>تو ضرور اس کے پیچھے کوئی designer ہے۔ تو اگرچہ یہ نہیں مانتے کہ there is a designer, but designed کو مان لیا انہوں نے۔</w:t>
      </w:r>
    </w:p>
    <w:p>
      <w:r>
        <w:rPr>
          <w:b/>
        </w:rPr>
        <w:t xml:space="preserve">[11:30] </w:t>
      </w:r>
      <w:r>
        <w:t>abhi science ne yeh nahi kaha hai ke there is a designer, lekin yeh maan liya ke there is design. yani universe mein design hai, meaning hai,</w:t>
      </w:r>
    </w:p>
    <w:p>
      <w:pPr>
        <w:jc w:val="right"/>
      </w:pPr>
      <w:r>
        <w:t>ابھی سائنس نے یہ نہیں کہا ہے کہ there is a designer، لیکن یہ مان لیا کہ there is design۔ یعنی universe میں design ہے، meaning ہے،</w:t>
      </w:r>
    </w:p>
    <w:p>
      <w:r>
        <w:rPr>
          <w:b/>
        </w:rPr>
        <w:t xml:space="preserve">[11:43] </w:t>
      </w:r>
      <w:r>
        <w:t>aur planning hai, har cheez bohat hi well set hai, yeh maan liya. to sawal yeh hai ke aap yahan wahan apply kijiye is formula ko ke jab yeh sab kuch hai to probably there is a God.</w:t>
      </w:r>
    </w:p>
    <w:p>
      <w:pPr>
        <w:jc w:val="right"/>
      </w:pPr>
      <w:r>
        <w:t>اور planning ہے، ہر چیز بہت ہی well set ہے، یہ مان لیا۔ تو سوال یہ ہے کہ آپ یہاں وہاں اپلائی کیجیے اس فارمولے کو کہ جب یہ سب کچھ ہے تو probably there is a God۔</w:t>
      </w:r>
    </w:p>
    <w:p>
      <w:r>
        <w:rPr>
          <w:b/>
        </w:rPr>
        <w:t xml:space="preserve">[11:59] </w:t>
      </w:r>
      <w:r>
        <w:t>koi doosra aap ko option nahi hai. aap ghore kijiye, khud science ki daryaft ke mutabiq jab universe mein design hai, planning hai, har cheez well set hai,</w:t>
      </w:r>
    </w:p>
    <w:p>
      <w:pPr>
        <w:jc w:val="right"/>
      </w:pPr>
      <w:r>
        <w:t>کوئی دوسرا آپ کو option نہیں ہے۔ آپ غور کیجیے، خود سائنس کی دریافت کے مطابق جب universe میں design ہے، planning ہے، ہر چیز well set ہے،</w:t>
      </w:r>
    </w:p>
    <w:p>
      <w:r>
        <w:rPr>
          <w:b/>
        </w:rPr>
        <w:t xml:space="preserve">[12:16] </w:t>
      </w:r>
      <w:r>
        <w:t>to yeh manna hi paray ga ke is ka koi karnay wala hai. to yeh manna hi paray ga ke probably there is a God, probably there is a creator.</w:t>
      </w:r>
    </w:p>
    <w:p>
      <w:pPr>
        <w:jc w:val="right"/>
      </w:pPr>
      <w:r>
        <w:t>تو یہ ماننا ہی پڑے گا کہ اس کا کوئی کرنے والا ہے۔ تو یہ ماننا ہی پڑے گا کہ probably there is a God، probably there is a creator۔</w:t>
      </w:r>
    </w:p>
    <w:p>
      <w:r>
        <w:rPr>
          <w:b/>
        </w:rPr>
        <w:t xml:space="preserve">[12:30] </w:t>
      </w:r>
      <w:r>
        <w:t>to sawal yeh hai ke aap ko kaha hai ke aap is ko delusion kahein, great delusion. aik kitaab hai is ka naam hai great delusion, aur bohat si kitaabein hain.</w:t>
      </w:r>
    </w:p>
    <w:p>
      <w:pPr>
        <w:jc w:val="right"/>
      </w:pPr>
      <w:r>
        <w:t>تو سوال یہ ہے کہ آپ کو کہا ہے کہ آپ اس کو delusion کہیں، great delusion۔ ایک کتاب ہے اس کا نام ہے great delusion، اور بہت سی کتابیں ہیں۔</w:t>
      </w:r>
    </w:p>
    <w:p>
      <w:r>
        <w:rPr>
          <w:b/>
        </w:rPr>
        <w:t xml:space="preserve">[12:43] </w:t>
      </w:r>
      <w:r>
        <w:t>to mein samajhta hoon ke is ka wajah yeh nahi ke logon ke paas reason nahi hai, logic nahi hai Khuda ko mannay ke liye. is ka sabab yeh hai ke woh is ko mannay ke liye tayyar nahi ke hamaray oopar bhi koi koi hai,</w:t>
      </w:r>
    </w:p>
    <w:p>
      <w:pPr>
        <w:jc w:val="right"/>
      </w:pPr>
      <w:r>
        <w:t>تو میں سمجھتا ہوں کہ اس کا وجہ یہ نہیں کہ لوگوں کے پاس reason نہیں ہے، logic نہیں ہے خدا کو ماننے کے لیے۔ اس کا سبب یہ ہے کہ وہ اس کو ماننے کے لیے تیار نہیں کہ ہمارے اوپر بھی کوئی کوئی ہے،</w:t>
      </w:r>
    </w:p>
    <w:p>
      <w:r>
        <w:rPr>
          <w:b/>
        </w:rPr>
        <w:t xml:space="preserve">[12:57] </w:t>
      </w:r>
      <w:r>
        <w:t>hamaray oopar bhi koi hai, hamein kisi ke saamne accountable hain, koi hamein punish karay ga, koi hamein pakray ga. to is ka mani koi logic nahi hai.</w:t>
      </w:r>
    </w:p>
    <w:p>
      <w:pPr>
        <w:jc w:val="right"/>
      </w:pPr>
      <w:r>
        <w:t>ہمارے اوپر بھی کوئی ہے، ہمیں کسی کے سامنے accountable ہیں، کوئی ہمیں punish کرے گا، کوئی ہمیں پکڑے گا۔ تو اس کا معنی کوئی logic نہیں ہے۔</w:t>
      </w:r>
    </w:p>
    <w:p>
      <w:r>
        <w:rPr>
          <w:b/>
        </w:rPr>
        <w:t xml:space="preserve">[13:10] </w:t>
      </w:r>
      <w:r>
        <w:t>ab sochiye ke Khuda ne yeh sab kyun kiya? yeh yeh creation kyun? yeh insan kyun?</w:t>
      </w:r>
    </w:p>
    <w:p>
      <w:pPr>
        <w:jc w:val="right"/>
      </w:pPr>
      <w:r>
        <w:t>اب سوچیے کہ خدا نے یہ سب کیوں کیا؟ یہ یہ creation کیوں؟ یہ انسان کیوں؟</w:t>
      </w:r>
    </w:p>
    <w:p>
      <w:r>
        <w:rPr>
          <w:b/>
        </w:rPr>
        <w:t xml:space="preserve">[13:19] </w:t>
      </w:r>
      <w:r>
        <w:t>yeh sab kyun? to mein samajhta hoon ke aik ayat mein mujhe is ka jawab milta hai ke وَمَا خَلَقْتُ الْجِنَّ وَالْإِنْسَ إِلَّا لِيَعْبُدُونَ۔</w:t>
      </w:r>
    </w:p>
    <w:p>
      <w:pPr>
        <w:jc w:val="right"/>
      </w:pPr>
      <w:r>
        <w:t>یہ سب کیوں؟ تو میں سمجھتا ہوں کہ ایک آیت میں مجھے اس کا جواب ملتا ہے کہ وَمَا خَلَقْتُ الْجِنَّ وَالْإِنْسَ إِلَّا لِيَعْبُدُونَ۔</w:t>
      </w:r>
    </w:p>
    <w:p>
      <w:r>
        <w:rPr>
          <w:b/>
        </w:rPr>
        <w:t xml:space="preserve">[13:35] </w:t>
      </w:r>
      <w:r>
        <w:t>Quran mein hai ke Allah ne insan ko aur jin ko paida kiya sirf aik aik baat ke liye ke woh ibadat karein, woh Allah ki ibadat karein.</w:t>
      </w:r>
    </w:p>
    <w:p>
      <w:pPr>
        <w:jc w:val="right"/>
      </w:pPr>
      <w:r>
        <w:t>قرآن میں ہے کہ اللہ نے انسان کو اور جن کو پیدا کیا صرف ایک ایک بات کے لیے کہ وہ عبادت کریں، وہ اللہ کی عبادت کریں۔</w:t>
      </w:r>
    </w:p>
    <w:p>
      <w:r>
        <w:rPr>
          <w:b/>
        </w:rPr>
        <w:t xml:space="preserve">[13:47] </w:t>
      </w:r>
      <w:r>
        <w:t>yahan par dekhiye, ibadat ka lafz is par ghore karein to bohat ziyada is ke andar aap ko meaning milay ga.</w:t>
      </w:r>
    </w:p>
    <w:p>
      <w:pPr>
        <w:jc w:val="right"/>
      </w:pPr>
      <w:r>
        <w:t>یہاں پر دیکھیے، عبادت کا لفظ اس پر غور کریں تو بہت زیادہ اس کے اندر آپ کو meaning ملے گی۔</w:t>
      </w:r>
    </w:p>
    <w:p>
      <w:r>
        <w:rPr>
          <w:b/>
        </w:rPr>
        <w:t xml:space="preserve">[13:57] </w:t>
      </w:r>
      <w:r>
        <w:t>Simply yeh nahi ke bas masjid mein jayein aur sajda karein. yani itni bari jo creation hai, itni bari jo universe hai, is ko dekhiye aur phir yeh is ka matlab nikaliye ke masjid mein ja kar ke woh ruku sajda kare, aisa nahi ho sakta.</w:t>
      </w:r>
    </w:p>
    <w:p>
      <w:pPr>
        <w:jc w:val="right"/>
      </w:pPr>
      <w:r>
        <w:t>Simply یہ نہیں کہ بس مسجد میں جائیں اور سجدہ کریں۔ یعنی اتنی بڑی جو creation ہے، اتنی بڑی جو universe ہے، اس کو دیکھیے اور پھر یہ اس کا مطلب نکالیے کہ مسجد میں جا کر کے وہ رکوع سجدہ کرے، ایسا نہیں ہو سکتا۔</w:t>
      </w:r>
    </w:p>
    <w:p>
      <w:r>
        <w:rPr>
          <w:b/>
        </w:rPr>
        <w:t xml:space="preserve">[14:15] </w:t>
      </w:r>
      <w:r>
        <w:t>to is ka mani aik aik cheez se implicit hai. لِيَعْبُدُونَ mein woh kya? ke Quran mein hai ke saari kainat jo hai musakhkhar hai, saari kainat Allah ke tabay hai.</w:t>
      </w:r>
    </w:p>
    <w:p>
      <w:pPr>
        <w:jc w:val="right"/>
      </w:pPr>
      <w:r>
        <w:t>تو اس کا معنی ایک ایک چیز سے implicit ہے۔ لِيَعْبُدُونَ میں وہ کیا؟ کہ قرآن میں ہے کہ ساری کائنات جو ہے مسخر ہے، ساری کائنات اللہ کے تابع ہے۔</w:t>
      </w:r>
    </w:p>
    <w:p>
      <w:r>
        <w:rPr>
          <w:b/>
        </w:rPr>
        <w:t xml:space="preserve">[14:29] </w:t>
      </w:r>
      <w:r>
        <w:t>doosray lafzon mein ke saari universe Allah ki ibadat kar rahi hai.</w:t>
      </w:r>
    </w:p>
    <w:p>
      <w:pPr>
        <w:jc w:val="right"/>
      </w:pPr>
      <w:r>
        <w:t>دوسرے لفظوں میں کہ ساری universe اللہ کی عبادت کر رہی ہے۔</w:t>
      </w:r>
    </w:p>
    <w:p>
      <w:r>
        <w:rPr>
          <w:b/>
        </w:rPr>
        <w:t xml:space="preserve">[14:36] </w:t>
      </w:r>
      <w:r>
        <w:t>sari universe mein. isabbul raaz bihamdihi. yani raat jo hai kark chamak, woh Allah ki hamd karti hai.</w:t>
      </w:r>
    </w:p>
    <w:p>
      <w:pPr>
        <w:jc w:val="right"/>
      </w:pPr>
      <w:r>
        <w:t>ساری universe میں۔ اِسَبُّوا الْرَّاظَ بِحَمْدِہِ۔ یعنی رات جو ہے کڑک چمک، وہ اللہ کی حمد کرتی ہے۔</w:t>
      </w:r>
    </w:p>
    <w:p>
      <w:r>
        <w:rPr>
          <w:b/>
        </w:rPr>
        <w:t xml:space="preserve">[14:46] </w:t>
      </w:r>
      <w:r>
        <w:t>to ibadat hi to hai yeh. isabbul raaz bihamdihi. to kark chamak Allah ki ibadat karti hai. to jitni bhi kainat mein cheezein hain, sab Allah ki ibadat hi kar rahi hain.</w:t>
      </w:r>
    </w:p>
    <w:p>
      <w:pPr>
        <w:jc w:val="right"/>
      </w:pPr>
      <w:r>
        <w:t>تو عبادت ہی تو ہے یہ۔ اِسَبُّوا الْرَّاظَ بِحَمْدِہِ۔ تو کڑک چمک اللہ کی عبادت کرتی ہے۔ تو جتنی بھی کائنات میں چیزیں ہیں، سب اللہ کی عبادت ہی کر رہی ہیں۔</w:t>
      </w:r>
    </w:p>
    <w:p>
      <w:r>
        <w:rPr>
          <w:b/>
        </w:rPr>
        <w:t xml:space="preserve">[15:00] </w:t>
      </w:r>
      <w:r>
        <w:t>lekin baat kya hai? ke in ki ibadat compulsory ibadat hai. Allah ne in ko ek kon mein jagah rakha hai.</w:t>
      </w:r>
    </w:p>
    <w:p>
      <w:pPr>
        <w:jc w:val="right"/>
      </w:pPr>
      <w:r>
        <w:t>لیکن بات کیا ہے؟ کہ ان کی عبادت compulsory عبادت ہے۔ اللہ نے ان کو ایک کون میں جگہ رکھا ہے۔</w:t>
      </w:r>
    </w:p>
    <w:p>
      <w:r>
        <w:rPr>
          <w:b/>
        </w:rPr>
        <w:t xml:space="preserve">[15:16] </w:t>
      </w:r>
      <w:r>
        <w:t>Law of nature jo hai, maslan zameen ghoomti hai, ab bohat ziyada accuracy hai is ko ghoomne mein. to woh kyun hai?</w:t>
      </w:r>
    </w:p>
    <w:p>
      <w:pPr>
        <w:jc w:val="right"/>
      </w:pPr>
      <w:r>
        <w:t>Law of nature جو ہے، مثلاً زمین گھومتی ہے، اب بہت زیادہ accuracy ہے اس کو گھومنے میں۔ تو وہ کیوں ہے؟</w:t>
      </w:r>
    </w:p>
    <w:p>
      <w:r>
        <w:rPr>
          <w:b/>
        </w:rPr>
        <w:t xml:space="preserve">[15:25] </w:t>
      </w:r>
      <w:r>
        <w:t>yeh dekhein, Law of nature is ko control ki hui hai. to zameen ka ki jo hai, to yeh jo rotation hai, yeh bhi ek ibadat hai.</w:t>
      </w:r>
    </w:p>
    <w:p>
      <w:pPr>
        <w:jc w:val="right"/>
      </w:pPr>
      <w:r>
        <w:t>یہ دیکھیں، Law of nature اس کو کنٹرول کی ہوئی ہے۔ تو زمین کا کی جو ہے، تو یہ جو rotation ہے، یہ بھی ایک عبادت ہے۔</w:t>
      </w:r>
    </w:p>
    <w:p>
      <w:r>
        <w:rPr>
          <w:b/>
        </w:rPr>
        <w:t xml:space="preserve">[15:36] </w:t>
      </w:r>
      <w:r>
        <w:t>Double rotation apne axis par aur apne orbit par. to itna ziyada accurate movement kyun hai?</w:t>
      </w:r>
    </w:p>
    <w:p>
      <w:pPr>
        <w:jc w:val="right"/>
      </w:pPr>
      <w:r>
        <w:t>Double rotation اپنے axis پر اور اپنے orbit پر۔ تو اتنا زیادہ accurate movement کیوں ہے؟</w:t>
      </w:r>
    </w:p>
    <w:p>
      <w:r>
        <w:rPr>
          <w:b/>
        </w:rPr>
        <w:t xml:space="preserve">[15:47] </w:t>
      </w:r>
      <w:r>
        <w:t>to zaroor manna parega, jis tarah aap ne mana subatomic particle ke baray mein ke probably there is a controller.</w:t>
      </w:r>
    </w:p>
    <w:p>
      <w:pPr>
        <w:jc w:val="right"/>
      </w:pPr>
      <w:r>
        <w:t>تو ضرور ماننا پڑے گا، جس طرح آپ نے مانا subatomic particle کے بارے میں کہ probably there is a controller۔</w:t>
      </w:r>
    </w:p>
    <w:p>
      <w:r>
        <w:rPr>
          <w:b/>
        </w:rPr>
        <w:t xml:space="preserve">[15:57] </w:t>
      </w:r>
      <w:r>
        <w:t>agar controller na ho to kuch na kuch autonomous hoga, kuch na kuch kahin na kahin gadbad ho jayega, kahin na kahin breakdown ho jayega.</w:t>
      </w:r>
    </w:p>
    <w:p>
      <w:pPr>
        <w:jc w:val="right"/>
      </w:pPr>
      <w:r>
        <w:t>اگر controller نہ ہو تو کچھ نہ کچھ autonomous ہوگا، کچھ نہ کچھ کہیں نہ کہیں گڑبڑ ہو جائے گا، کہیں نہ کہیں breakdown ہو جائے گا۔</w:t>
      </w:r>
    </w:p>
    <w:p>
      <w:r>
        <w:rPr>
          <w:b/>
        </w:rPr>
        <w:t xml:space="preserve">[16:12] </w:t>
      </w:r>
      <w:r>
        <w:t>to aap ko manna parega ke probably there is a controller. to is usool ko aap manen, to yahan apply karen,</w:t>
      </w:r>
    </w:p>
    <w:p>
      <w:pPr>
        <w:jc w:val="right"/>
      </w:pPr>
      <w:r>
        <w:t>تو آپ کو ماننا پڑے گا کہ probably there is a controller۔ تو اس اصول کو آپ مانیں، تو یہاں اپلائی کریں،</w:t>
      </w:r>
    </w:p>
    <w:p>
      <w:r>
        <w:rPr>
          <w:b/>
        </w:rPr>
        <w:t xml:space="preserve">[16:27] </w:t>
      </w:r>
      <w:r>
        <w:t>aur phir sochen aap. to sari kainat mein ibadat ho rahi thi, phir kyun insan ko banaya?</w:t>
      </w:r>
    </w:p>
    <w:p>
      <w:pPr>
        <w:jc w:val="right"/>
      </w:pPr>
      <w:r>
        <w:t>اور پھر سوچیں آپ۔ تو ساری کائنات میں عبادت ہو رہی تھی، پھر کیوں انسان کو بنایا؟</w:t>
      </w:r>
    </w:p>
    <w:p>
      <w:r>
        <w:rPr>
          <w:b/>
        </w:rPr>
        <w:t xml:space="preserve">[16:37] </w:t>
      </w:r>
      <w:r>
        <w:t>ibadat to already ho rahi thi. kark chamak ibadat kar rahi hai, zameen ghoomna ibadat hai, sab kuch ibadat hai.</w:t>
      </w:r>
    </w:p>
    <w:p>
      <w:pPr>
        <w:jc w:val="right"/>
      </w:pPr>
      <w:r>
        <w:t>عبادت تو already ہو رہی تھی۔ کڑک چمک عبادت کر رہی ہے، زمین گھومنا عبادت ہے، سب کچھ عبادت ہے۔</w:t>
      </w:r>
    </w:p>
    <w:p>
      <w:r>
        <w:rPr>
          <w:b/>
        </w:rPr>
        <w:t xml:space="preserve">[16:49] </w:t>
      </w:r>
      <w:r>
        <w:t>to ab jo hai baat yeh hai ke doosri cheezon ki ibadat thi under compression. ab Khuda ne chaha ke ek aisa hi makhlooq banaye jo baghair compression ke Khuda ke abid bane.</w:t>
      </w:r>
    </w:p>
    <w:p>
      <w:pPr>
        <w:jc w:val="right"/>
      </w:pPr>
      <w:r>
        <w:t>تو اب جو ہے بات یہ ہے کہ دوسری چیزوں کی عبادت تھی under compression۔ اب خدا نے چاہا کہ ایک ایسا ہی مخلوق بنائے جو بغیر compression کے خدا کے عابد بنے۔</w:t>
      </w:r>
    </w:p>
    <w:p>
      <w:r>
        <w:rPr>
          <w:b/>
        </w:rPr>
        <w:t xml:space="preserve">[17:07] </w:t>
      </w:r>
      <w:r>
        <w:t>yani jo sirf discord marifat par khara ho, sirf adopted</w:t>
      </w:r>
    </w:p>
    <w:p>
      <w:pPr>
        <w:jc w:val="right"/>
      </w:pPr>
      <w:r>
        <w:t>یعنی جو صرف discord معرفت پر کھڑا ہو، صرف adopted</w:t>
      </w:r>
    </w:p>
    <w:p>
      <w:r>
        <w:rPr>
          <w:b/>
        </w:rPr>
        <w:t xml:space="preserve">[17:18] </w:t>
      </w:r>
      <w:r>
        <w:t>discipline par qaim ho, sirf imposed discipline par qaim ho. to yeh yani khud ikhtiyar karda ibadat.</w:t>
      </w:r>
    </w:p>
    <w:p>
      <w:pPr>
        <w:jc w:val="right"/>
      </w:pPr>
      <w:r>
        <w:t>discipline پر قائم ہو، صرف imposed discipline پر قائم ہو۔ تو یہ یعنی خود اختیار کردہ عبادت۔</w:t>
      </w:r>
    </w:p>
    <w:p>
      <w:r>
        <w:rPr>
          <w:b/>
        </w:rPr>
        <w:t xml:space="preserve">[17:31] </w:t>
      </w:r>
      <w:r>
        <w:t>yahan jo lafz aaya hai ke Allah ne paida kiya jo insan ko sirf is liye ke woh ibadat kare, yahan yeh cheez implicit hai, understood hai ke woh khud ikhtiyar karda ibadat par qaim ho,</w:t>
      </w:r>
    </w:p>
    <w:p>
      <w:pPr>
        <w:jc w:val="right"/>
      </w:pPr>
      <w:r>
        <w:t>یہاں جو لفظ آیا ہے کہ اللہ نے پیدا کیا جو انسان کو صرف اس لیے کہ وہ عبادت کرے، یہاں یہ چیز implicit ہے، understood ہے کہ وہ خود اختیار کردہ عبادت پر قائم ہو،</w:t>
      </w:r>
    </w:p>
    <w:p>
      <w:r>
        <w:rPr>
          <w:b/>
        </w:rPr>
        <w:t xml:space="preserve">[17:49] </w:t>
      </w:r>
      <w:r>
        <w:t>self acquired ibadat par qaim ho. is ka matlab kya hua? ke as a matter of fact woh ibadat kare.</w:t>
      </w:r>
    </w:p>
    <w:p>
      <w:pPr>
        <w:jc w:val="right"/>
      </w:pPr>
      <w:r>
        <w:t>self acquired عبادت پر قائم ہو۔ اس کا مطلب کیا ہوا؟ کہ as a matter of fact وہ عبادت کرے۔</w:t>
      </w:r>
    </w:p>
    <w:p>
      <w:r>
        <w:rPr>
          <w:b/>
        </w:rPr>
        <w:t xml:space="preserve">[17:58] </w:t>
      </w:r>
      <w:r>
        <w:t>doosri cheezein jo kar rahi hain, woh to un ko koi option nahi hai, koi option nahi hai un ko, woh poori ki poori under control hain.</w:t>
      </w:r>
    </w:p>
    <w:p>
      <w:pPr>
        <w:jc w:val="right"/>
      </w:pPr>
      <w:r>
        <w:t>دوسری چیزیں جو کر رہی ہیں، وہ تو ان کو کوئی option نہیں ہے، کوئی option نہیں ہے ان کو، وہ پوری کی پوری under control ہیں۔</w:t>
      </w:r>
    </w:p>
    <w:p>
      <w:r>
        <w:rPr>
          <w:b/>
        </w:rPr>
        <w:t xml:space="preserve">[18:11] </w:t>
      </w:r>
      <w:r>
        <w:t>to ek aisi makhlooq Allah ne paida ki jis ke paas mind tha ke woh soche, soch kare aur maloom kare ke yeh dunya ek ek khaliq ki dunya hai.</w:t>
      </w:r>
    </w:p>
    <w:p>
      <w:pPr>
        <w:jc w:val="right"/>
      </w:pPr>
      <w:r>
        <w:t>تو ایک ایسی مخلوق اللہ نے پیدا کی جس کے پاس mind تھا کہ وہ سوچے، سوچ کرے اور معلوم کرے کہ یہ دنیا ایک ایک خالق کی دنیا ہے۔</w:t>
      </w:r>
    </w:p>
    <w:p>
      <w:r>
        <w:rPr>
          <w:b/>
        </w:rPr>
        <w:t xml:space="preserve">[18:27] </w:t>
      </w:r>
      <w:r>
        <w:t>to is dunya ko chahiye ke woh khaliq ke agay jhuke, to jhuki hui hai. ab insan jo hai, jis ko ke koi compression nahi, koi jabr nahi tha,</w:t>
      </w:r>
    </w:p>
    <w:p>
      <w:pPr>
        <w:jc w:val="right"/>
      </w:pPr>
      <w:r>
        <w:t>تو اس دنیا کو چاہیے کہ وہ خالق کے آگے جھکے، تو جھکی ہوئی ہے۔ اب انسان جو ہے، جس کو کہ کوئی compression نہیں، کوئی جبر نہیں تھا،</w:t>
      </w:r>
    </w:p>
    <w:p>
      <w:r>
        <w:rPr>
          <w:b/>
        </w:rPr>
        <w:t xml:space="preserve">[18:41] </w:t>
      </w:r>
      <w:r>
        <w:t>koi compression nahi tha, to woh jab apne mind se daryaft karega to khud is ka mind bolay ga ke mujhe bhi koi karna hai jo sari universe kar rahi hai.</w:t>
      </w:r>
    </w:p>
    <w:p>
      <w:pPr>
        <w:jc w:val="right"/>
      </w:pPr>
      <w:r>
        <w:t>کوئی compression نہیں تھا، تو وہ جب اپنے mind سے دریافت کرے گا تو خود اس کا mind بولے گا کہ مجھے بھی کوئی کرنا ہے جو ساری universe کر رہی ہے۔</w:t>
      </w:r>
    </w:p>
    <w:p>
      <w:r>
        <w:rPr>
          <w:b/>
        </w:rPr>
        <w:t xml:space="preserve">[18:57] </w:t>
      </w:r>
      <w:r>
        <w:t>to yeh hai self discord marifat par khara hona, self imposed discipline ko follow karna, self acquired ibadat ko qaim par qaim hona.</w:t>
      </w:r>
    </w:p>
    <w:p>
      <w:pPr>
        <w:jc w:val="right"/>
      </w:pPr>
      <w:r>
        <w:t>تو یہ ہے self discord معرفت پر کھڑا ہونا، self imposed discipline کو follow کرنا، self acquired عبادت کو قائم پر قائم ہونا۔</w:t>
      </w:r>
    </w:p>
    <w:p>
      <w:r>
        <w:rPr>
          <w:b/>
        </w:rPr>
        <w:t xml:space="preserve">[19:13] </w:t>
      </w:r>
      <w:r>
        <w:t>is ke liye paida kiya. ab sawal yeh hai ke jo insan is anokhi ibadat ka saboot den, yeh jo Quran ki ayat mein jis ibadat ka zikr hai, woh ek anokhi ibadat hai,</w:t>
      </w:r>
    </w:p>
    <w:p>
      <w:pPr>
        <w:jc w:val="right"/>
      </w:pPr>
      <w:r>
        <w:t>اس کے لیے پیدا کیا۔ اب سوال یہ ہے کہ جو انسان اس انوکھی عبادت کا ثبوت دیں، یہ جو قرآن کی آیت میں جس عبادت کا ذکر ہے، وہ ایک انوکھی عبادت ہے،</w:t>
      </w:r>
    </w:p>
    <w:p>
      <w:r>
        <w:rPr>
          <w:b/>
        </w:rPr>
        <w:t xml:space="preserve">[19:31] </w:t>
      </w:r>
      <w:r>
        <w:t>yani self acquired ibadat, to anokhi ibadat hai. is anokhi ibadat ke liye un ko kya inaam diya jaye?</w:t>
      </w:r>
    </w:p>
    <w:p>
      <w:pPr>
        <w:jc w:val="right"/>
      </w:pPr>
      <w:r>
        <w:t>یعنی self acquired عبادت، تو انوکھی عبادت ہے۔ اس انوکھی عبادت کے لیے ان کو کیا انعام دیا جائے؟</w:t>
      </w:r>
    </w:p>
    <w:p>
      <w:r>
        <w:rPr>
          <w:b/>
        </w:rPr>
        <w:t xml:space="preserve">[19:40] </w:t>
      </w:r>
      <w:r>
        <w:t>to woh inaam hai paradise. Paradise jo ke. to insan ka mutaliq kiya jaye to insan isi ke sath sath full of desire hai,</w:t>
      </w:r>
    </w:p>
    <w:p>
      <w:pPr>
        <w:jc w:val="right"/>
      </w:pPr>
      <w:r>
        <w:t>تو وہ انعام ہے paradise۔ Paradise جو کہ۔ تو انسان کا متعلق کیا جائے تو انسان اسی کے ساتھ ساتھ full of desire ہے،</w:t>
      </w:r>
    </w:p>
    <w:p>
      <w:r>
        <w:rPr>
          <w:b/>
        </w:rPr>
        <w:t xml:space="preserve">[19:55] </w:t>
      </w:r>
      <w:r>
        <w:t>yani insan ek taraf yeh sari cheezein is ke andar hain, lekin sath sath bohat ziyada desire, bohat ziyada yani woh woh desire se bhara hua hai.</w:t>
      </w:r>
    </w:p>
    <w:p>
      <w:pPr>
        <w:jc w:val="right"/>
      </w:pPr>
      <w:r>
        <w:t>یعنی انسان ایک طرف یہ ساری چیزیں اس کے اندر ہیں، لیکن ساتھ ساتھ بہت زیادہ desire، بہت زیادہ یعنی وہ وہ desire سے بھرا ہوا ہے۔</w:t>
      </w:r>
    </w:p>
    <w:p>
      <w:r>
        <w:rPr>
          <w:b/>
        </w:rPr>
        <w:t xml:space="preserve">[20:08] </w:t>
      </w:r>
      <w:r>
        <w:t>lekin ab dekhiye, dunya mein insaan ki desire poori nahi hoti, koi bhi bara insaan bhi is ko fulfillment haasil nahi hota.</w:t>
      </w:r>
    </w:p>
    <w:p>
      <w:pPr>
        <w:jc w:val="right"/>
      </w:pPr>
      <w:r>
        <w:t>لیکن اب دیکھیے، دنیا میں انسان کی desire پوری نہیں ہوتی، کوئی بھی بڑا انسان بھی اس کو fulfillment حاصل نہیں ہوتا۔</w:t>
      </w:r>
    </w:p>
    <w:p>
      <w:r>
        <w:rPr>
          <w:b/>
        </w:rPr>
        <w:t xml:space="preserve">[20:22] </w:t>
      </w:r>
      <w:r>
        <w:t>to sawal yeh hai ke is ne jab itni bari cheez ka saboot diya ke self acquired ibadat</w:t>
      </w:r>
    </w:p>
    <w:p>
      <w:pPr>
        <w:jc w:val="right"/>
      </w:pPr>
      <w:r>
        <w:t>تو سوال یہ ہے کہ اس نے جب اتنی بڑی چیز کا ثبوت دیا کہ self acquired عبادت</w:t>
      </w:r>
    </w:p>
    <w:p>
      <w:r>
        <w:rPr>
          <w:b/>
        </w:rPr>
        <w:t xml:space="preserve">[20:31] </w:t>
      </w:r>
      <w:r>
        <w:t>par qaim hua, woh yaani is ne khud se rab-ul-alameen ko discover kiya, khud se woh is ne jaana ke kainat Khuda ki paida karda hai, khud se jaana ke saare insaan,</w:t>
      </w:r>
    </w:p>
    <w:p>
      <w:pPr>
        <w:jc w:val="right"/>
      </w:pPr>
      <w:r>
        <w:t>پر قائم ہوا، وہ یعنی اس نے خود سے رب العالمین کو discover کیا، خود سے وہ اس نے جانا کہ کائنات خدا کی پیدا کردہ ہے، خود سے جانا کہ سارے انسان،</w:t>
      </w:r>
    </w:p>
    <w:p>
      <w:r>
        <w:rPr>
          <w:b/>
        </w:rPr>
        <w:t xml:space="preserve">[20:45] </w:t>
      </w:r>
      <w:r>
        <w:t>saari makhlooqat Allah ki ibadat kar rahi hain, to khud se is ne jaana ke mujhe bhi karna chahiye. jab poori universe jo hai Khuda ki ibadat mein lagi hui hai, to mujhe bhi karna chahiye.</w:t>
      </w:r>
    </w:p>
    <w:p>
      <w:pPr>
        <w:jc w:val="right"/>
      </w:pPr>
      <w:r>
        <w:t>ساری مخلوقات اللہ کی عبادت کر رہی ہیں، تو خود سے اس نے جانا کہ مجھے بھی کرنا چاہیے۔ جب پوری universe جو ہے خدا کی عبادت میں لگی ہوئی ہے، تو مجھے بھی کرنا چاہیے۔</w:t>
      </w:r>
    </w:p>
    <w:p>
      <w:r>
        <w:rPr>
          <w:b/>
        </w:rPr>
        <w:t xml:space="preserve">[20:59] </w:t>
      </w:r>
      <w:r>
        <w:t>is tarah se khud khud daryaft kardah ibadat par khara hua.</w:t>
      </w:r>
    </w:p>
    <w:p>
      <w:pPr>
        <w:jc w:val="right"/>
      </w:pPr>
      <w:r>
        <w:t>اس طرح سے خود خود دریافت کردہ عبادت پر کھڑا ہوا۔</w:t>
      </w:r>
    </w:p>
    <w:p>
      <w:r>
        <w:rPr>
          <w:b/>
        </w:rPr>
        <w:t xml:space="preserve">[21:07] </w:t>
      </w:r>
      <w:r>
        <w:t>ab is insaan ko, insaan ke liye is ka reward kya hai? to reward yeh hai ke jo cheez ibadat ke bawajood is ko nahi mil rahi hai, us ke liye is ka intezam kiya jaye.</w:t>
      </w:r>
    </w:p>
    <w:p>
      <w:pPr>
        <w:jc w:val="right"/>
      </w:pPr>
      <w:r>
        <w:t>اب اس انسان کو، انسان کے لیے اس کا reward کیا ہے؟ تو reward یہ ہے کہ جو چیز عبادت کے باوجود اس کو نہیں مل رہی ہے، اس کے لیے اس کا انتظام کیا جائے۔</w:t>
      </w:r>
    </w:p>
    <w:p>
      <w:r>
        <w:rPr>
          <w:b/>
        </w:rPr>
        <w:t xml:space="preserve">[21:21] </w:t>
      </w:r>
      <w:r>
        <w:t>yaani dunya mein woh karta hai ibadat, lekin dunya mein is ko milti nahi fulfillment. to is ke liye Allah ne ek aur dunya banai, us ka ek aur habitat banaya,</w:t>
      </w:r>
    </w:p>
    <w:p>
      <w:pPr>
        <w:jc w:val="right"/>
      </w:pPr>
      <w:r>
        <w:t>یعنی دنیا میں وہ کرتا ہے عبادت، لیکن دنیا میں اس کو ملتی نہیں fulfillment۔ تو اس کے لیے اللہ نے ایک اور دنیا بنائی، اس کا ایک اور habitat بنایا،</w:t>
      </w:r>
    </w:p>
    <w:p>
      <w:r>
        <w:rPr>
          <w:b/>
        </w:rPr>
        <w:t xml:space="preserve">[21:34] </w:t>
      </w:r>
      <w:r>
        <w:t>jahan is ko poora yaani is ki saari desire poori hogi. insaan ne saboot diya self acquired ibadat ka, to Khuda ne yeh kiya ke is ke liye intezam kiya is ke mukammal fulfillment ka, jis ko hum kahengay habitat.</w:t>
      </w:r>
    </w:p>
    <w:p>
      <w:pPr>
        <w:jc w:val="right"/>
      </w:pPr>
      <w:r>
        <w:t>جہاں اس کو پورا یعنی اس کی ساری desire پوری ہوگی۔ انسان نے ثبوت دیا self acquired عبادت کا، تو خدا نے یہ کیا کہ اس کے لیے انتظام کیا اس کے مکمل fulfillment کا، جس کو ہم کہیں گے habitat۔</w:t>
      </w:r>
    </w:p>
    <w:p>
      <w:r>
        <w:rPr>
          <w:b/>
        </w:rPr>
        <w:t xml:space="preserve">[21:58] </w:t>
      </w:r>
      <w:r>
        <w:t>to yahan par dekhiye, bande ne kya kiya aur Khuda ne kya kiya? bande ne saboot diya ke is ne apne mind ko istemal kiya, is ne sahi choice liya, is ne apni marzi se Allah ka ibadat guzar bana, woh is ko khud se apne ko</w:t>
      </w:r>
    </w:p>
    <w:p>
      <w:pPr>
        <w:jc w:val="right"/>
      </w:pPr>
      <w:r>
        <w:t>تو یہاں پر دیکھیے، بندے نے کیا کیا اور خدا نے کیا کیا؟ بندے نے ثبوت دیا کہ اس نے اپنے mind کو استعمال کیا، اس نے صحیح choice لیا، اس نے اپنی مرضی سے اللہ کا عبادت گزار بنا، وہ اس کو خود سے اپنے کو</w:t>
      </w:r>
    </w:p>
    <w:p>
      <w:r>
        <w:rPr>
          <w:b/>
        </w:rPr>
        <w:t xml:space="preserve">[22:19] </w:t>
      </w:r>
      <w:r>
        <w:t>discipline par khara kiya, woh khud se as a matter of fact. to Allah ki marzi yeh hogi ke is ko isi ke lehaz se is ko inaam diya jaye.</w:t>
      </w:r>
    </w:p>
    <w:p>
      <w:pPr>
        <w:jc w:val="right"/>
      </w:pPr>
      <w:r>
        <w:t>discipline پر کھڑا کیا، وہ خود سے as a matter of fact۔ تو اللہ کی مرضی یہ ہوگی کہ اس کو اسی کے لحاظ سے اس کو انعام دیا جائے۔</w:t>
      </w:r>
    </w:p>
    <w:p>
      <w:r>
        <w:rPr>
          <w:b/>
        </w:rPr>
        <w:t xml:space="preserve">[22:32] </w:t>
      </w:r>
      <w:r>
        <w:t>is inaam ko dene ke liye yeh dunya incomplete hai kyunke dunya mein dekhiye, aap corruption hai, pollution hai, har jagah aap ko less than ideal cheezein,</w:t>
      </w:r>
    </w:p>
    <w:p>
      <w:pPr>
        <w:jc w:val="right"/>
      </w:pPr>
      <w:r>
        <w:t>اس انعام کو دینے کے لیے یہ دنیا incomplete ہے کیونکہ دنیا میں دیکھیے، آپ corruption ہے، pollution ہے، ہر جگہ آپ کو less than ideal چیزیں،</w:t>
      </w:r>
    </w:p>
    <w:p>
      <w:r>
        <w:rPr>
          <w:b/>
        </w:rPr>
        <w:t xml:space="preserve">[22:45] </w:t>
      </w:r>
      <w:r>
        <w:t>less than ideal. to ek aisi dunya jo less than ideal thi, wahan kaise is ko diya jayega is ke amal ke hisab se reward?</w:t>
      </w:r>
    </w:p>
    <w:p>
      <w:pPr>
        <w:jc w:val="right"/>
      </w:pPr>
      <w:r>
        <w:t>less than ideal۔ تو ایک ایسی دنیا جو less than ideal تھی، وہاں کیسے اس کو دیا جائے گا اس کے عمل کے حساب سے reward؟</w:t>
      </w:r>
    </w:p>
    <w:p>
      <w:r>
        <w:rPr>
          <w:b/>
        </w:rPr>
        <w:t xml:space="preserve">[22:57] </w:t>
      </w:r>
      <w:r>
        <w:t>to it was but natural ke insaan ke reward dene ke liye ek aur dunya create ki jaye. to isi dunya ka naam hai paradise.</w:t>
      </w:r>
    </w:p>
    <w:p>
      <w:pPr>
        <w:jc w:val="right"/>
      </w:pPr>
      <w:r>
        <w:t>تو it was but natural کہ انسان کے reward دینے کے لیے ایک اور دنیا create کی جائے۔ تو اسی دنیا کا نام ہے paradise۔</w:t>
      </w:r>
    </w:p>
    <w:p>
      <w:r>
        <w:rPr>
          <w:b/>
        </w:rPr>
        <w:t xml:space="preserve">[23:07] </w:t>
      </w:r>
      <w:r>
        <w:t>yeh ek insaan ke liye habitat hai, is ka habitat hai. habitat jo hai. ab sawal yeh hai ke paradise mein insaan karega kya?</w:t>
      </w:r>
    </w:p>
    <w:p>
      <w:pPr>
        <w:jc w:val="right"/>
      </w:pPr>
      <w:r>
        <w:t>یہ ایک انسان کے لیے habitat ہے، اس کا habitat ہے۔ Habitat جو ہے۔ اب سوال یہ ہے کہ paradise میں انسان کرے گا کیا؟</w:t>
      </w:r>
    </w:p>
    <w:p>
      <w:r>
        <w:rPr>
          <w:b/>
        </w:rPr>
        <w:t xml:space="preserve">[23:22] </w:t>
      </w:r>
      <w:r>
        <w:t>dunya mein to is ne yeh kiya ke apni aqal ko istemal kar ke is ne discover kiya ke mujhe kya karna chahiye. as a matter of fact, woh Allah ki ibadat par khara hua, dunya mein to yeh is ne kiya.</w:t>
      </w:r>
    </w:p>
    <w:p>
      <w:pPr>
        <w:jc w:val="right"/>
      </w:pPr>
      <w:r>
        <w:t>دنیا میں تو اس نے یہ کیا کہ اپنی عقل کو استعمال کر کے اس نے discover کیا کہ مجھے کیا کرنا چاہیے۔ As a matter of fact، وہ اللہ کی عبادت پر کھڑا ہوا، دنیا میں تو یہ اس نے کیا۔</w:t>
      </w:r>
    </w:p>
    <w:p>
      <w:r>
        <w:rPr>
          <w:b/>
        </w:rPr>
        <w:t xml:space="preserve">[23:36] </w:t>
      </w:r>
      <w:r>
        <w:t>ab jannat mein kya karega woh? to woh Quran mein agarche direct taur par nahi, indirect taur par bata diya gaya hai.</w:t>
      </w:r>
    </w:p>
    <w:p>
      <w:pPr>
        <w:jc w:val="right"/>
      </w:pPr>
      <w:r>
        <w:t>اب جنت میں کیا کرے گا وہ؟ تو وہ قرآن میں اگرچہ direct طور پر نہیں، indirect طور پر بتا دیا گیا ہے۔</w:t>
      </w:r>
    </w:p>
    <w:p>
      <w:r>
        <w:rPr>
          <w:b/>
        </w:rPr>
        <w:t xml:space="preserve">[23:48] </w:t>
      </w:r>
      <w:r>
        <w:t>dekhiye, Quran mein ek ayat hai jo do jagah ya teen jagah aayi hai ke Khuda ke kalimat jo hain woh kabhi khatam nahi honge, khatam nahi honge.</w:t>
      </w:r>
    </w:p>
    <w:p>
      <w:pPr>
        <w:jc w:val="right"/>
      </w:pPr>
      <w:r>
        <w:t>دیکھیے، قرآن میں ایک آیت ہے جو دو جگہ یا تین جگہ آئی ہے کہ خدا کے کلمات جو ہیں وہ کبھی ختم نہیں ہوں گے، ختم نہیں ہوں گے۔</w:t>
      </w:r>
    </w:p>
    <w:p>
      <w:r>
        <w:rPr>
          <w:b/>
        </w:rPr>
        <w:t xml:space="preserve">[24:14] </w:t>
      </w:r>
      <w:r>
        <w:t>to yeh ishara hai ke insaan ko Khuda mauqa dega ke wahan woh aala daryaften kare, apne zehn ka istemal kare, woh aala daryafton mein jiye,</w:t>
      </w:r>
    </w:p>
    <w:p>
      <w:pPr>
        <w:jc w:val="right"/>
      </w:pPr>
      <w:r>
        <w:t>تو یہ اشارہ ہے کہ انسان کو خدا موقع دے گا کہ وہاں وہ اعلیٰ دریافتیں کرے، اپنے ذہن کا استعمال کرے، وہ اعلیٰ دریافتوں میں جیے،</w:t>
      </w:r>
    </w:p>
    <w:p>
      <w:r>
        <w:rPr>
          <w:b/>
        </w:rPr>
        <w:t xml:space="preserve">[24:30] </w:t>
      </w:r>
      <w:r>
        <w:t>woh kalimat ko unfold kare. to main samajhta hoon ke yahan woh cheez saadiq aati hai jo Alvin Tafler ne apni kitaab mein likha hai, Future Shock.</w:t>
      </w:r>
    </w:p>
    <w:p>
      <w:pPr>
        <w:jc w:val="right"/>
      </w:pPr>
      <w:r>
        <w:t>وہ کلمات کو unfold کرے۔ تو میں سمجھتا ہوں کہ یہاں وہ چیز صادق آتی ہے جو Alvin Tafler نے اپنی کتاب میں لکھا ہے، Future Shock۔</w:t>
      </w:r>
    </w:p>
    <w:p>
      <w:r>
        <w:rPr>
          <w:b/>
        </w:rPr>
        <w:t xml:space="preserve">[24:44] </w:t>
      </w:r>
      <w:r>
        <w:t>is ne likha hai ke Industrial Age ke baad ek Super Industrial Age aa raha hai. Industrial Age ke baad yeh kitaab chhapi thi 1970 mein, to is ne peshangoi ki thi ke Industrial Age ab aage badh kar Super Industrial Age banne wala hai.</w:t>
      </w:r>
    </w:p>
    <w:p>
      <w:pPr>
        <w:jc w:val="right"/>
      </w:pPr>
      <w:r>
        <w:t>اس نے لکھا ہے کہ Industrial Age کے بعد ایک Super Industrial Age آ رہا ہے۔ Industrial Age کے بعد یہ کتاب چھپی تھی 1970 میں، تو اس نے پیشنگوئی کی تھی کہ Industrial Age اب آگے بڑھ کر Super Industrial Age بننے والا ہے۔</w:t>
      </w:r>
    </w:p>
    <w:p>
      <w:r>
        <w:rPr>
          <w:b/>
        </w:rPr>
        <w:t xml:space="preserve">[25:04] </w:t>
      </w:r>
      <w:r>
        <w:t>lekin aap ko maloom hai ke is ka imkan hi khatam ho gaya kyunke yeh dunya jo hai, jaise ke tamam science-dan yeh keh rahe hain ke yeh dunya to apni potential ko khatam kar chuki hai, is dunya ki umar ab bohat kam reh gayi hai.</w:t>
      </w:r>
    </w:p>
    <w:p>
      <w:pPr>
        <w:jc w:val="right"/>
      </w:pPr>
      <w:r>
        <w:t>لیکن آپ کو معلوم ہے کہ اس کا امکان ہی ختم ہو گیا کیونکہ یہ دنیا جو ہے، جیسے کہ تمام سائنسدان یہ کہہ رہے ہیں کہ یہ دنیا تو اپنی potential کو ختم کر چکی ہے، اس دنیا کی عمر اب بہت کم رہ گئی ہے۔</w:t>
      </w:r>
    </w:p>
    <w:p>
      <w:r>
        <w:rPr>
          <w:b/>
        </w:rPr>
        <w:t xml:space="preserve">[25:20] </w:t>
      </w:r>
      <w:r>
        <w:t>yaani potentially yeh dunya is qabil hi nahi hai ke koi Super Industrial Age banaya jaye, Super Civilization banai jaye.</w:t>
      </w:r>
    </w:p>
    <w:p>
      <w:pPr>
        <w:jc w:val="right"/>
      </w:pPr>
      <w:r>
        <w:t>یعنی potentially یہ دنیا اس قابل ہی نہیں ہے کہ کوئی Super Industrial Age بنایا جائے، Super Civilization بنائی جائے۔</w:t>
      </w:r>
    </w:p>
    <w:p>
      <w:r>
        <w:rPr>
          <w:b/>
        </w:rPr>
        <w:t xml:space="preserve">[25:31] </w:t>
      </w:r>
      <w:r>
        <w:t>yaani zameen ke jo wasail hain, woh ab is ki ijazat nahi de rahe hain ke is dunya mein Super Industrial Age bane, Super Civilization bane.</w:t>
      </w:r>
    </w:p>
    <w:p>
      <w:pPr>
        <w:jc w:val="right"/>
      </w:pPr>
      <w:r>
        <w:t>یعنی زمین کے جو وسائل ہیں، وہ اب اس کی اجازت نہیں دے رہے ہیں کہ اس دنیا میں Super Industrial Age بنے، Super Civilization بنے۔</w:t>
      </w:r>
    </w:p>
    <w:p>
      <w:r>
        <w:rPr>
          <w:b/>
        </w:rPr>
        <w:t xml:space="preserve">[25:43] </w:t>
      </w:r>
      <w:r>
        <w:t>to phir kya hoga? to woh Allah ne ek aur dunya ban rakhi hai, jaisa ke Quran mein aaya hai ke min kulli shai'in khalqna zawjain, har cheez ke liye hum ne banaye jore jore.</w:t>
      </w:r>
    </w:p>
    <w:p>
      <w:pPr>
        <w:jc w:val="right"/>
      </w:pPr>
      <w:r>
        <w:t>تو پھر کیا ہوگا؟ تو وہ اللہ نے ایک اور دنیا بنا رکھی ہے، جیسا کہ قرآن میں آیا ہے کہ من کل شئین خلقنا زوجین، ہر چیز کے لیے ہم نے بنایا جوڑے جوڑے۔</w:t>
      </w:r>
    </w:p>
    <w:p>
      <w:r>
        <w:rPr>
          <w:b/>
        </w:rPr>
        <w:t xml:space="preserve">[26:00] </w:t>
      </w:r>
      <w:r>
        <w:t>to zameen ka ek jora hai, is ayat ka matlab yeh hai ke jis tarah doosri cheezein jore jore mein hain, zameen ka bhi ek jora hai, woh jora doosra jora kya hai?</w:t>
      </w:r>
    </w:p>
    <w:p>
      <w:pPr>
        <w:jc w:val="right"/>
      </w:pPr>
      <w:r>
        <w:t>تو زمین کا ایک جوڑا ہے، اس آیت کا مطلب یہ ہے کہ جس طرح دوسری چیزیں جوڑے جوڑے میں ہیں، زمین کا بھی ایک جوڑا ہے، وہ جوڑا دوسرا جوڑا کیا ہے؟</w:t>
      </w:r>
    </w:p>
    <w:p>
      <w:r>
        <w:rPr>
          <w:b/>
        </w:rPr>
        <w:t xml:space="preserve">[26:10] </w:t>
      </w:r>
      <w:r>
        <w:t>wahi paradise hai. to aik dunya ka jora yeh hai jahan hum hain, aur doosra jora woh hoga jahan super, yani high class ki industry, high class ki civilization banegi.</w:t>
      </w:r>
    </w:p>
    <w:p>
      <w:pPr>
        <w:jc w:val="right"/>
      </w:pPr>
      <w:r>
        <w:t>وہی paradise ہے۔ تو ایک دنیا کا جوڑا یہ ہے جہاں ہم ہیں، اور دوسرا جوڑا وہ ہوگا جہاں Super، یعنی high class کی Industry، high class کی Civilization بنے گی۔</w:t>
      </w:r>
    </w:p>
    <w:p>
      <w:r>
        <w:rPr>
          <w:b/>
        </w:rPr>
        <w:t xml:space="preserve">[26:29] </w:t>
      </w:r>
      <w:r>
        <w:t>to wahan par insan ko moqa hoga ke woh high wisdom mein jiye, high discoveries mein jiye, high darje ki jo realization hai, us mein jiye.</w:t>
      </w:r>
    </w:p>
    <w:p>
      <w:pPr>
        <w:jc w:val="right"/>
      </w:pPr>
      <w:r>
        <w:t>تو وہاں پر انسان کو موقع ہوگا کہ وہ high wisdom میں جیے، high discoveries میں جیے، high درجے کی جو realization ہے، اس میں جیے۔</w:t>
      </w:r>
    </w:p>
    <w:p>
      <w:r>
        <w:rPr>
          <w:b/>
        </w:rPr>
        <w:t xml:space="preserve">[26:43] </w:t>
      </w:r>
      <w:r>
        <w:t>wahi, wahi, wahi jannat hai. to quran mein hai ke quran mein hai ke woh fi shughl faaqah, yani wahan log logon ko mashghooliyat hogi, lekin mashghooliyat bohat hi zyada umda hogi.</w:t>
      </w:r>
    </w:p>
    <w:p>
      <w:pPr>
        <w:jc w:val="right"/>
      </w:pPr>
      <w:r>
        <w:t>وہی، وہی، وہی جنت ہے۔ تو قرآن میں ہے کہ قرآن میں ہے کہ وہ فی شغل فاقہ، یعنی وہاں لوگ لوگوں کو مشغولیت ہوگی، لیکن مشغولیت بہت ہی زیادہ عمدہ ہوگی۔</w:t>
      </w:r>
    </w:p>
    <w:p>
      <w:r>
        <w:rPr>
          <w:b/>
        </w:rPr>
        <w:t xml:space="preserve">[27:02] </w:t>
      </w:r>
      <w:r>
        <w:t>yani jannat mein mashghooliyat hogi, bekar nahi rahenge log, lekin woh, woh, woh jo shughl faaqah hoga, wahan, wahan jo mashghooliyat hogi, woh shughl faaqah hoga.</w:t>
      </w:r>
    </w:p>
    <w:p>
      <w:pPr>
        <w:jc w:val="right"/>
      </w:pPr>
      <w:r>
        <w:t>یعنی جنت میں مشغولیت ہوگی، بیکار نہیں رہیں گے لوگ، لیکن وہ، وہ، وہ جو شغل فاقہ ہوگا، وہاں، وہاں جو مشغولیت ہوگی، وہ شغل فاقہ ہوگا۔</w:t>
      </w:r>
    </w:p>
    <w:p>
      <w:r>
        <w:rPr>
          <w:b/>
        </w:rPr>
        <w:t xml:space="preserve">[27:15] </w:t>
      </w:r>
      <w:r>
        <w:t>yani is mein bohat zyada aap ko khushi milegi, bohat zyada joy milega, bohat zyada aap ko is mein aap ke mind ko taskeen milegi.</w:t>
      </w:r>
    </w:p>
    <w:p>
      <w:pPr>
        <w:jc w:val="right"/>
      </w:pPr>
      <w:r>
        <w:t>یعنی اس میں بہت زیادہ آپ کو خوشی ملے گی، بہت زیادہ joy ملے گا، بہت زیادہ آپ کو اس میں آپ کے mind کو تسکین ملے گی۔</w:t>
      </w:r>
    </w:p>
    <w:p>
      <w:r>
        <w:rPr>
          <w:b/>
        </w:rPr>
        <w:t xml:space="preserve">[27:25] </w:t>
      </w:r>
      <w:r>
        <w:t>to shughl faaqah.</w:t>
      </w:r>
    </w:p>
    <w:p>
      <w:pPr>
        <w:jc w:val="right"/>
      </w:pPr>
      <w:r>
        <w:t>تو شغل فاقہ۔</w:t>
      </w:r>
    </w:p>
    <w:p>
      <w:r>
        <w:rPr>
          <w:b/>
        </w:rPr>
        <w:t xml:space="preserve">[27:30] </w:t>
      </w:r>
      <w:r>
        <w:t>to in sab cheezon ko le kar jab socha jaye to god ka concept delusion nahi rehta, delusion nahi rehta, balkeh woh high wisdom ka mamla ban jata hai, high marifat ka mamla ban jata hai.</w:t>
      </w:r>
    </w:p>
    <w:p>
      <w:pPr>
        <w:jc w:val="right"/>
      </w:pPr>
      <w:r>
        <w:t>تو ان سب چیزوں کو لے کر جب سوچا جائے تو God کا concept delusion نہیں رہتا، delusion نہیں رہتا، بلکہ وہ high wisdom کا معاملہ بن جاتا ہے، high معرفت کا معاملہ بن جاتا ہے۔</w:t>
      </w:r>
    </w:p>
    <w:p>
      <w:r>
        <w:rPr>
          <w:b/>
        </w:rPr>
        <w:t xml:space="preserve">[27:48] </w:t>
      </w:r>
      <w:r>
        <w:t>kyun? allah ne insan ko, creator ne insan ko ke liye jabr nahi rakha. jabr kyun?</w:t>
      </w:r>
    </w:p>
    <w:p>
      <w:pPr>
        <w:jc w:val="right"/>
      </w:pPr>
      <w:r>
        <w:t>کیوں؟ اللہ نے انسان کو، Creator نے انسان کو کے لیے جبر نہیں رکھا۔ جبر کیوں؟</w:t>
      </w:r>
    </w:p>
    <w:p>
      <w:r>
        <w:rPr>
          <w:b/>
        </w:rPr>
        <w:t xml:space="preserve">[27:58] </w:t>
      </w:r>
      <w:r>
        <w:t>jabr to suraj chand ke liye hai, insan ke liye nahi hai. insan ko khuda yeh reward dene wala hai ke is ne as a matter of fact maana baaton ko.</w:t>
      </w:r>
    </w:p>
    <w:p>
      <w:pPr>
        <w:jc w:val="right"/>
      </w:pPr>
      <w:r>
        <w:t>جبر تو سورج چاند کے لیے ہے، انسان کے لیے نہیں ہے۔ انسان کو خدا یہ reward دینے والا ہے کہ اس نے as a matter of fact مانا باتوں کو۔</w:t>
      </w:r>
    </w:p>
    <w:p>
      <w:r>
        <w:rPr>
          <w:b/>
        </w:rPr>
        <w:t xml:space="preserve">[28:10] </w:t>
      </w:r>
      <w:r>
        <w:t>jab ke suraj chand maan rahe the bator compression ke, lekin insan ne apne mind ko istemal kiya, is ne as a matter of fact maana rab ul alameen ko, us ki creation ko, us ki planning ko, aur phir woh jhuk gaya us ke aage, aur phir allah ne us ko reward diya, us ko jannat.</w:t>
      </w:r>
    </w:p>
    <w:p>
      <w:pPr>
        <w:jc w:val="right"/>
      </w:pPr>
      <w:r>
        <w:t>جب کہ سورج چاند مان رہے تھے بطور compression کے، لیکن انسان نے اپنے mind کو استعمال کیا، اس نے as a matter of fact مانا رب العالمین کو، اس کی creation کو، اس کی planning کو، اور پھر وہ جھک گیا اس کے آگے، اور پھر اللہ نے اس کو reward دیا، اس کو جنت۔</w:t>
      </w:r>
    </w:p>
    <w:p>
      <w:r>
        <w:rPr>
          <w:b/>
        </w:rPr>
        <w:t xml:space="preserve">[28:31] </w:t>
      </w:r>
      <w:r>
        <w:t>aur phir jannat mein us ki woh sari baatein akhta ho gayin ke woh kalmaat allah ko unfold kare, aur phir sath yani abadi tor par joy mein jiye.</w:t>
      </w:r>
    </w:p>
    <w:p>
      <w:pPr>
        <w:jc w:val="right"/>
      </w:pPr>
      <w:r>
        <w:t>اور پھر جنت میں اس کی وہ ساری باتیں اکٹھا ہو گئیں کہ وہ کلمات اللہ کو unfold کرے، اور پھر ساتھ یعنی ابدی طور پر joy میں جیے۔</w:t>
      </w:r>
    </w:p>
    <w:p>
      <w:r>
        <w:rPr>
          <w:b/>
        </w:rPr>
        <w:t xml:space="preserve">[28:44] </w:t>
      </w:r>
      <w:r>
        <w:t>yeh kalmaat allah jo hain, jo unlimited honge, un ko unfold karna ka jo kaam hai, woh aap ko unlimited joy dega, unlimited pleasure dega.</w:t>
      </w:r>
    </w:p>
    <w:p>
      <w:pPr>
        <w:jc w:val="right"/>
      </w:pPr>
      <w:r>
        <w:t>یہ کلمات اللہ جو ہیں، جو unlimited ہوں گے، ان کو unfold کرنا کا جو کام ہے، وہ آپ کو unlimited joy دے گا، unlimited pleasure دے گا۔</w:t>
      </w:r>
    </w:p>
    <w:p>
      <w:r>
        <w:rPr>
          <w:b/>
        </w:rPr>
        <w:t xml:space="preserve">[28:57] </w:t>
      </w:r>
      <w:r>
        <w:t>yeh sab qeemat hogi is baat ki ke aap ne yani as a matter of fact allah rab ul alameen ko maana, aur us ke aage ibadat guzar bane.</w:t>
      </w:r>
    </w:p>
    <w:p>
      <w:pPr>
        <w:jc w:val="right"/>
      </w:pPr>
      <w:r>
        <w:t>یہ سب قیمت ہوگی اس بات کی کہ آپ نے یعنی as a matter of fact اللہ رب العالمین کو مانا، اور اس کے آگے عبادت گزار بنے۔</w:t>
      </w:r>
    </w:p>
    <w:p>
      <w:r>
        <w:rPr>
          <w:b/>
        </w:rPr>
        <w:t xml:space="preserve">[29:09] </w:t>
      </w:r>
      <w:r>
        <w:t>ibadat guzar yahan is mani mein nahi hai jis mani mein aap masjid mein bolte hain, yeh bohat hi high</w:t>
      </w:r>
    </w:p>
    <w:p>
      <w:pPr>
        <w:jc w:val="right"/>
      </w:pPr>
      <w:r>
        <w:t>عبادت گزار یہاں اس معنی میں نہیں ہے جس معنی میں آپ مسجد میں بولتے ہیں، یہ بہت ہی high</w:t>
      </w:r>
    </w:p>
    <w:p>
      <w:r>
        <w:rPr>
          <w:b/>
        </w:rPr>
        <w:t xml:space="preserve">[29:18] </w:t>
      </w:r>
      <w:r>
        <w:t>quality ke mani mein hai. to main samajhta hoon ke jis logic ko istemal kar ke log maante hain, physical world ko, same logic se un ko maanna padta hai khuda ko.</w:t>
      </w:r>
    </w:p>
    <w:p>
      <w:pPr>
        <w:jc w:val="right"/>
      </w:pPr>
      <w:r>
        <w:t>quality کے معنی میں ہے۔ تو میں سمجھتا ہوں کہ جس logic کو استعمال کر کے لوگ مانتے ہیں، physical world کو، same logic سے ان کو ماننا پڑتا ہے خدا کو۔</w:t>
      </w:r>
    </w:p>
    <w:p>
      <w:r>
        <w:rPr>
          <w:b/>
        </w:rPr>
        <w:t xml:space="preserve">[29:33] </w:t>
      </w:r>
      <w:r>
        <w:t>lekin kyun nahi maante? is liye ke khuda ko maante hi aa jati hai accountability. agar aap maane suraj ko, chand ko, galaxy ko, to is mein koi accountability nahi involve hai.</w:t>
      </w:r>
    </w:p>
    <w:p>
      <w:pPr>
        <w:jc w:val="right"/>
      </w:pPr>
      <w:r>
        <w:t>لیکن کیوں نہیں مانتے؟ اس لیے کہ خدا کو مانتے ہی آ جاتی ہے accountability۔ اگر آپ مانیں سورج کو، چاند کو، galaxy کو، تو اس میں کوئی accountability نہیں involve ہے۔</w:t>
      </w:r>
    </w:p>
    <w:p>
      <w:r>
        <w:rPr>
          <w:b/>
        </w:rPr>
        <w:t xml:space="preserve">[29:47] </w:t>
      </w:r>
      <w:r>
        <w:t>agar yeh maane aap ko ke itni galaxies hain, itne sitare hain, aur aisa solar system hai, is se samandar hai, is se pahad hain, to is se aap ko is mein koi accountability involve nahi hai.</w:t>
      </w:r>
    </w:p>
    <w:p>
      <w:pPr>
        <w:jc w:val="right"/>
      </w:pPr>
      <w:r>
        <w:t>اگر یہ مانیں آپ کو کہ اتنی galaxies ہیں، اتنے ستارے ہیں، اور ایسا solar system ہے، اس سے سمندر ہے، اس سے پہاڑ ہیں، تو اس سے آپ کو اس میں کوئی accountability involve نہیں ہے۔</w:t>
      </w:r>
    </w:p>
    <w:p>
      <w:r>
        <w:rPr>
          <w:b/>
        </w:rPr>
        <w:t xml:space="preserve">[30:03] </w:t>
      </w:r>
      <w:r>
        <w:t>woh to pure knowledge hai bas. lekin jab khuda ko maane aap to foran aa jati hai accountability, foran.</w:t>
      </w:r>
    </w:p>
    <w:p>
      <w:pPr>
        <w:jc w:val="right"/>
      </w:pPr>
      <w:r>
        <w:t>وہ تو pure knowledge ہے بس۔ لیکن جب خدا کو مانیں آپ تو فوراً آ جاتی ہے accountability، فوراً۔</w:t>
      </w:r>
    </w:p>
    <w:p>
      <w:r>
        <w:rPr>
          <w:b/>
        </w:rPr>
        <w:t xml:space="preserve">[30:14] </w:t>
      </w:r>
      <w:r>
        <w:t>aur yeh aa jata hai ke aap kisi ke under mein, kisi ke matahat hain, aap ki freedom jo hai, woh aap ko yani misuse nahi karna hai.</w:t>
      </w:r>
    </w:p>
    <w:p>
      <w:pPr>
        <w:jc w:val="right"/>
      </w:pPr>
      <w:r>
        <w:t>اور یہ آ جاتا ہے کہ آپ کسی کے under میں، کسی کے ماتحت ہیں، آپ کی freedom جو ہے، وہ آپ کو یعنی misuse نہیں کرنا ہے۔</w:t>
      </w:r>
    </w:p>
    <w:p>
      <w:r>
        <w:rPr>
          <w:b/>
        </w:rPr>
        <w:t xml:space="preserve">[30:26] </w:t>
      </w:r>
      <w:r>
        <w:t>misuse karenge to koi pakdega aap ko. yeh asal cheez hai, yani emotional cheez hai yeh, reason nahi hai. main is ko nahi manta ke koi reason hai jis ki wajah se insan khuda ko nahi manta.</w:t>
      </w:r>
    </w:p>
    <w:p>
      <w:pPr>
        <w:jc w:val="right"/>
      </w:pPr>
      <w:r>
        <w:t>Misuse کریں گے تو کوئی پکڑے گا آپ کو۔ یہ اصل چیز ہے، یعنی emotional چیز ہے یہ، reason نہیں ہے۔ میں اس کو نہیں مانتا کہ کوئی reason ہے جس کی وجہ سے انسان خدا کو نہیں مانتا۔</w:t>
      </w:r>
    </w:p>
    <w:p>
      <w:r>
        <w:rPr>
          <w:b/>
        </w:rPr>
        <w:t xml:space="preserve">[30:41] </w:t>
      </w:r>
      <w:r>
        <w:t>kyun ke jo reason le kar ke woh universe ko maan raha hai, wahi reason le kar yahan bhi maanna padega us ko. jab aap maante hain ke sab atomic particles jo hain, woh dikhai nahi dete,</w:t>
      </w:r>
    </w:p>
    <w:p>
      <w:pPr>
        <w:jc w:val="right"/>
      </w:pPr>
      <w:r>
        <w:t>کیونکہ جو reason لے کر کے وہ universe کو مان رہا ہے، وہی reason لے کر یہاں بھی ماننا پڑے گا اس کو۔ جب آپ مانتے ہیں کہ سب atomic particles جو ہیں، وہ دکھائی نہیں دیتے،</w:t>
      </w:r>
    </w:p>
    <w:p>
      <w:r>
        <w:rPr>
          <w:b/>
        </w:rPr>
        <w:t xml:space="preserve">[30:55] </w:t>
      </w:r>
      <w:r>
        <w:t>aur is ko hum maante hain is liye ke is ka effect humein tajrube mein aata hai. to yahi to mamla khuda ka bhi hai ke khuda dikhai nahi deta, lekin is ki creation hum dekh rahe hain.</w:t>
      </w:r>
    </w:p>
    <w:p>
      <w:pPr>
        <w:jc w:val="right"/>
      </w:pPr>
      <w:r>
        <w:t>اور اس کو ہم مانتے ہیں اس لیے کہ اس کا effect ہمیں تجربے میں آتا ہے۔ تو یہی تو معاملہ خدا کا بھی ہے کہ خدا دکھائی نہیں دیتا، لیکن اس کی creation ہم دیکھ رہے ہیں۔</w:t>
      </w:r>
    </w:p>
    <w:p>
      <w:r>
        <w:rPr>
          <w:b/>
        </w:rPr>
        <w:t xml:space="preserve">[31:06] </w:t>
      </w:r>
      <w:r>
        <w:t>creation kya hai? creation khuda ka effect hai. jo cheez aap bolte hain effect matter ke mamle mein, wahi yahan par hai creation ke mamle mein.</w:t>
      </w:r>
    </w:p>
    <w:p>
      <w:pPr>
        <w:jc w:val="right"/>
      </w:pPr>
      <w:r>
        <w:t>Creation کیا ہے؟ Creation خدا کا effect ہے۔ جو چیز آپ بولتے ہیں effect matter کے معاملے میں، وہی یہاں پر ہے creation کے معاملے میں۔</w:t>
      </w:r>
    </w:p>
    <w:p>
      <w:r>
        <w:rPr>
          <w:b/>
        </w:rPr>
        <w:t xml:space="preserve">[31:18] </w:t>
      </w:r>
      <w:r>
        <w:t>to khuda aap ko dikhai nahi deta, lekin is ka effect, yani is ka amal, is ka creation saaf tor par aap dekhte hain apne telescope se, apne microscope se aap dekhte hain.</w:t>
      </w:r>
    </w:p>
    <w:p>
      <w:pPr>
        <w:jc w:val="right"/>
      </w:pPr>
      <w:r>
        <w:t>تو خدا آپ کو دکھائی نہیں دیتا، لیکن اس کا effect، یعنی اس کا عمل، اس کا creation صاف طور پر آپ دیکھتے ہیں اپنے telescope سے، اپنے microscope سے آپ دیکھتے ہیں۔</w:t>
      </w:r>
    </w:p>
    <w:p>
      <w:r>
        <w:rPr>
          <w:b/>
        </w:rPr>
        <w:t xml:space="preserve">[31:34] </w:t>
      </w:r>
      <w:r>
        <w:t>to jo logic aap istemal kar rahe hain physical world ke liye ke effect ko dekh kar ke aik waqe ko maanna, wahi logic yahan par layi hoti hai ke creation ko dekh kar creator ko maanna,</w:t>
      </w:r>
    </w:p>
    <w:p>
      <w:pPr>
        <w:jc w:val="right"/>
      </w:pPr>
      <w:r>
        <w:t>تو جو logic آپ استعمال کر رہے ہیں physical world کے لیے کہ effect کو دیکھ کر کے ایک واقعے کو ماننا، وہی logic یہاں پر لائی ہوتی ہے کہ creation کو دیکھ کر creator کو ماننا،</w:t>
      </w:r>
    </w:p>
    <w:p>
      <w:r>
        <w:rPr>
          <w:b/>
        </w:rPr>
        <w:t xml:space="preserve">[31:48] </w:t>
      </w:r>
      <w:r>
        <w:t>discipline ko dekh kar is ko manna jo discipline ko qaim ki hui hai, design ko ko dekh kar designer ko manna, wahi logic to yahan bhi hai.</w:t>
      </w:r>
    </w:p>
    <w:p>
      <w:pPr>
        <w:jc w:val="right"/>
      </w:pPr>
      <w:r>
        <w:t>discipline کو دیکھ کر اس کو ماننا جو discipline کو قائم کی ہوئی ہے، design کو کو دیکھ کر designer کو ماننا، وہی logic تو یہاں بھی ہے۔</w:t>
      </w:r>
    </w:p>
    <w:p>
      <w:r>
        <w:rPr>
          <w:b/>
        </w:rPr>
        <w:t xml:space="preserve">[32:01] </w:t>
      </w:r>
      <w:r>
        <w:t>to main ne bohat socha ke jab wahi same logic yahan par laai ho rahi hai, to phir kyun kehta hai insan? woh delusion hai. jo same logic yahan par laai ho rahi hai, is same logic se Khuda ka saboot mil raha hai, to insan kyun in ka inkar karta hai is ka?</w:t>
      </w:r>
    </w:p>
    <w:p>
      <w:pPr>
        <w:jc w:val="right"/>
      </w:pPr>
      <w:r>
        <w:t>تو میں نے بہت سوچا کہ جب وہی same logic یہاں پر لائی ہو رہی ہے، تو پھر کیوں کہتا ہے انسان؟ وہ delusion ہے۔ جو same logic یہاں پر لائی ہو رہی ہے، اس same logic سے خدا کا ثبوت مل رہا ہے، تو انسان کیوں ان کا انکار کرتا ہے اس کا؟</w:t>
      </w:r>
    </w:p>
    <w:p>
      <w:r>
        <w:rPr>
          <w:b/>
        </w:rPr>
        <w:t xml:space="preserve">[32:19] </w:t>
      </w:r>
      <w:r>
        <w:t>sirf is ki wajah yeh hai emotional, yani woh nahi chahta ke woh apni azadi ko kisi ki matahat kare, apne aap ko kisi ka, kisi ka, kisi ka under mein samjhe, ya apne amal ka woh koi is ko hisab kitab dena para.</w:t>
      </w:r>
    </w:p>
    <w:p>
      <w:pPr>
        <w:jc w:val="right"/>
      </w:pPr>
      <w:r>
        <w:t>صرف اس کی وجہ یہ ہے emotional، یعنی وہ نہیں چاہتا کہ وہ اپنی آزادی کو کسی کی ماتحت کرے، اپنے آپ کو کسی کا، کسی کا، کسی کا under میں سمجھے، یا اپنے عمل کا وہ کوئی اس کو حساب کتاب دینا پڑے۔</w:t>
      </w:r>
    </w:p>
    <w:p>
      <w:r>
        <w:rPr>
          <w:b/>
        </w:rPr>
        <w:t xml:space="preserve">[32:37] </w:t>
      </w:r>
      <w:r>
        <w:t>bas yeh baat hai.</w:t>
      </w:r>
    </w:p>
    <w:p>
      <w:pPr>
        <w:jc w:val="right"/>
      </w:pPr>
      <w:r>
        <w:t>بس یہ بات ہے۔</w:t>
      </w:r>
    </w:p>
    <w:p>
      <w:r>
        <w:rPr>
          <w:b/>
        </w:rPr>
        <w:t xml:space="preserve">[32:42] </w:t>
      </w:r>
      <w:r>
        <w:t>to main, main yeh kehta hoon ke is se pehle jo uloom thay, maslan philosophy, to is tareeqe se Khuda ka proof nahi de paate thay woh.</w:t>
      </w:r>
    </w:p>
    <w:p>
      <w:pPr>
        <w:jc w:val="right"/>
      </w:pPr>
      <w:r>
        <w:t>تو میں، میں یہ کہتا ہوں کہ اس سے پہلے جو علوم تھے، مثلاً philosophy، تو اس طریقے سے خدا کا proof نہیں دے پاتے تھے وہ۔</w:t>
      </w:r>
    </w:p>
    <w:p>
      <w:r>
        <w:rPr>
          <w:b/>
        </w:rPr>
        <w:t xml:space="preserve">[32:53] </w:t>
      </w:r>
      <w:r>
        <w:t>lekin jo science aai, aur science ke baad jo researches huin, hote hote hote jo baatein daryaft huin, is se bilkul isi tarah sabit ho gaya jis tarah se insan doosri baaton ko manta hai.</w:t>
      </w:r>
    </w:p>
    <w:p>
      <w:pPr>
        <w:jc w:val="right"/>
      </w:pPr>
      <w:r>
        <w:t>لیکن جو سائنس آئی، اور سائنس کے بعد جو researches ہوئیں، ہوتے ہوتے ہوتے جو باتیں دریافت ہوئیں، اس سے بالکل اسی طرح ثابت ہو گیا جس طرح سے انسان دوسری باتوں کو مانتا ہے۔</w:t>
      </w:r>
    </w:p>
    <w:p>
      <w:r>
        <w:rPr>
          <w:b/>
        </w:rPr>
        <w:t xml:space="preserve">[33:09] </w:t>
      </w:r>
      <w:r>
        <w:t>to Quran mein jo yeh aayat hai, woh isi ke bare mein hai: sarawrihim ayatina fi la faqi ufiy anfusihim hatta yatawayyana lahum annahu alhaqq yeh aayat isi ke bare mein to hai ke kainat mein Allah taala aisi nishaniyan dikhaye ga ke zahir ho jaye ga ke yeh, yeh deen haq hai, yeh Quran haq hai,</w:t>
      </w:r>
    </w:p>
    <w:p>
      <w:pPr>
        <w:jc w:val="right"/>
      </w:pPr>
      <w:r>
        <w:t>تو قرآن میں جو یہ آیت ہے، وہ اسی کے بارے میں ہے: صَرَوْرِهِمْ آَيَاتِنَا فِي لَا فَاقِ أُفْي أَنْفَسِهِمْ حَتَّىٰ يَتَوَيِّنَا لَهُمْ أَنَّهُ الْحَقُّ یہ آیت اسی کے بارے میں تو ہے کہ کائنات میں اللہ تعالیٰ ایسی نشانیاں دکھائے گا کہ ظاہر ہو جائے گا کہ یہ، یہ دین حق ہے، یہ قرآن حق ہے،</w:t>
      </w:r>
    </w:p>
    <w:p>
      <w:r>
        <w:rPr>
          <w:b/>
        </w:rPr>
        <w:t xml:space="preserve">[33:36] </w:t>
      </w:r>
      <w:r>
        <w:t>yeh Allah Rabbul Alameen haq hai, yeh sab sabit ho jaye ga. lekin sabit kis mani mein hoga? kaha sabit isi mani mein hoga jo main ne arz kiya ke insan dekha ke kuch cheezein sabit ho gayin, lekin chounke ab bhi is ko misuse of freedom ka right hasil hai, is ko abhi, abhi bhi,</w:t>
      </w:r>
    </w:p>
    <w:p>
      <w:pPr>
        <w:jc w:val="right"/>
      </w:pPr>
      <w:r>
        <w:t>یہ اللہ رب العالمین حق ہے، یہ سب ثابت ہو جائے گا۔ لیکن ثابت کس معنی میں ہوگا؟ کہا ثابت اسی معنی میں ہوگا جو میں نے عرض کیا کہ انسان دیکھا کہ کچھ چیزیں ثابت ہو گئیں، لیکن چونکہ اب بھی اس کو misuse of freedom کاright حاصل ہے، اس کو ابھی، ابھی بھی،</w:t>
      </w:r>
    </w:p>
    <w:p>
      <w:r>
        <w:rPr>
          <w:b/>
        </w:rPr>
        <w:t xml:space="preserve">[34:00] </w:t>
      </w:r>
      <w:r>
        <w:t>abhi bhi keh sakta hai ke woh bande manta, yani sarkashi ke taur par. to insan ke paas sarkashi ka option hoga, logic ka option nahi hoga.</w:t>
      </w:r>
    </w:p>
    <w:p>
      <w:pPr>
        <w:jc w:val="right"/>
      </w:pPr>
      <w:r>
        <w:t>ابھی بھی کہہ سکتا ہے کہ وہ بندے مانتا، یعنی سرکشی کے طور پر۔ تو انسان کے پاس سرکشی کا option ہوگا، logic کا option نہیں ہوگا۔</w:t>
      </w:r>
    </w:p>
    <w:p>
      <w:r>
        <w:rPr>
          <w:b/>
        </w:rPr>
        <w:t xml:space="preserve">[34:12] </w:t>
      </w:r>
      <w:r>
        <w:t>yeh bohat bari baat hai ke ek waqt aaye ga is aayat ke mutabiq: sarawrihim ayatina fi la faqi ufiy anfusihim hatta yatawayyana lahum annahu alhaqq is ka matlab yeh hai ke ek waqt aaye ga jab insan ke paas logic ka option nahi hoga, reason ka option nahi hoga,</w:t>
      </w:r>
    </w:p>
    <w:p>
      <w:pPr>
        <w:jc w:val="right"/>
      </w:pPr>
      <w:r>
        <w:t>یہ بہت بڑی بات ہے کہ ایک وقت آئے گا اس آیت کے مطابق: صَرَوْرِهِمْ آَيَاتِنَا فِي لَا فَاقِ أُفْي أَنْفَسِهِمْ حَتَّىٰ يَتَوَيِّنَا لَهُمْ أَنَّهُ الْحَقُّ اس کا مطلب یہ ہے کہ ایک وقت آئے گا جب انسان کے پاس logic کا option نہیں ہوگا، reason کا option نہیں ہوگا،</w:t>
      </w:r>
    </w:p>
    <w:p>
      <w:r>
        <w:rPr>
          <w:b/>
        </w:rPr>
        <w:t xml:space="preserve">[34:31] </w:t>
      </w:r>
      <w:r>
        <w:t>sarkashi ka option hoga. yani agar woh logic maane to Khuda ko manna pare ga, reason maane to Khuda ko manna pare ga. lekin woh chounke is ko azadi abhi mili hui hai, to woh sarkashi kare ga,</w:t>
      </w:r>
    </w:p>
    <w:p>
      <w:pPr>
        <w:jc w:val="right"/>
      </w:pPr>
      <w:r>
        <w:t>سرکشی کا option ہوگا۔ یعنی اگر وہ logic مانے تو خدا کو ماننا پڑے گا، reason مانے تو خدا کو ماننا پڑے گا۔ لیکن وہ چونکہ اس کو آزادی ابھی ملی ہوئی ہے، تو وہ سرکشی کرے گا،</w:t>
      </w:r>
    </w:p>
    <w:p>
      <w:r>
        <w:rPr>
          <w:b/>
        </w:rPr>
        <w:t xml:space="preserve">[34:45] </w:t>
      </w:r>
      <w:r>
        <w:t>misuse of freedom kare ga, aur phir kahe ga: "yeh, yeh to delusion hai." ab dekhein, yeh main ne aaj jo main ne ab to kaha, yeh article chupa hai jo, to yeh poora article main ne parha, aap khud parh kar dekh lijeye, is ke andar koi bhi reason nahi hai,</w:t>
      </w:r>
    </w:p>
    <w:p>
      <w:pPr>
        <w:jc w:val="right"/>
      </w:pPr>
      <w:r>
        <w:t>misuse of freedom کرے گا، اور پھر کہے گا: "یہ، یہ تو delusion ہے۔" اب دیکھیں، یہ میں نے آج جو میں نے اب تو کہا، یہ article چھپا ہے جو، تو یہ پورا article میں نے پڑھا، آپ خود پڑھ کر دیکھ لیجئے، اس کے اندر کوئی بھی reason نہیں ہے،</w:t>
      </w:r>
    </w:p>
    <w:p>
      <w:r>
        <w:rPr>
          <w:b/>
        </w:rPr>
        <w:t xml:space="preserve">[35:07] </w:t>
      </w:r>
      <w:r>
        <w:t>yani delusion bata rahe hain woh Khuda ko, lekin reason kuch bhi nahi, siwaye confusion ke. main ne do aadmi ko aur parhwaya, aaj hi, is article ke bajaye, do achi English janne wale do aadmi ko bhi parhwaya,</w:t>
      </w:r>
    </w:p>
    <w:p>
      <w:pPr>
        <w:jc w:val="right"/>
      </w:pPr>
      <w:r>
        <w:t>یعنی delusion بتا رہے ہیں وہ خدا کو، لیکن reason کچھ بھی نہیں، سوائے confusion کے۔ میں نے دو آدمی کو اور پڑھوایا، آج ہی، اس article کے بجائے، دو اچھی انگلش جاننے والے دو آدمی کو بھی پڑھوایا،</w:t>
      </w:r>
    </w:p>
    <w:p>
      <w:r>
        <w:rPr>
          <w:b/>
        </w:rPr>
        <w:t xml:space="preserve">[35:23] </w:t>
      </w:r>
      <w:r>
        <w:t>aur bataya ke main ne bataya ke jism bataiye, woh achi English janne wale, unhon ne bhi kaha ke bhai yeh to confusion hai, koi logic kya hai, woh us waqt mein nahi aata.</w:t>
      </w:r>
    </w:p>
    <w:p>
      <w:pPr>
        <w:jc w:val="right"/>
      </w:pPr>
      <w:r>
        <w:t>اور بتایا کہ میں نے بتایا کہ جسم بتائیے، وہ اچھی انگلش جاننے والے، انہوں نے بھی کہا کہ بھئی یہ تو confusion ہے، کوئی logic کیا ہے، وہ اس وقت میں نہیں آتا۔</w:t>
      </w:r>
    </w:p>
    <w:p>
      <w:r>
        <w:rPr>
          <w:b/>
        </w:rPr>
        <w:t xml:space="preserve">[35:36] </w:t>
      </w:r>
      <w:r>
        <w:t>to logic hai, yani insan ke liye ab logic ka option hi nahi baqi raha hai, ab to sarkashi ka option hai. to sarkashi ke liye aap kuch bhi kijiye, aap kahiye ke aaj din nahi hai, raat hai, to kaun maane ga, kare ga aap ko?</w:t>
      </w:r>
    </w:p>
    <w:p>
      <w:pPr>
        <w:jc w:val="right"/>
      </w:pPr>
      <w:r>
        <w:t>تو logic ہے، یعنی انسان کے لیے اب logic کا option ہی نہیں باقی رہا ہے، اب تو سرکشی کا option ہے۔ تو سرکشی کے لیے آپ کچھ بھی کیجئے، آپ کہیے کہ آج دن نہیں ہے، رات ہے، تو کون مانے گا، کرے گا آپ کو؟</w:t>
      </w:r>
    </w:p>
    <w:p>
      <w:r>
        <w:rPr>
          <w:b/>
        </w:rPr>
        <w:t xml:space="preserve">[35:52] </w:t>
      </w:r>
      <w:r>
        <w:t>koi maana to kar nahi sakta. to woh ek qissa hai, ek masla hai ke mano to dev nahi to pathar, yani ek, ek pathar ka ek, ek shakal hai, aap ke manne se woh dev banta hai,</w:t>
      </w:r>
    </w:p>
    <w:p>
      <w:pPr>
        <w:jc w:val="right"/>
      </w:pPr>
      <w:r>
        <w:t>کوئی مانا تو کر نہیں سکتا۔ تو وہ ایک قصہ ہے، ایک مسئلہ ہے کہ مانو تو دیو نہیں تو پتھر، یعنی ایک، ایک پتھر کا ایک، ایک شکل ہے، آپ کے ماننے سے وہ دیو بنتا ہے،</w:t>
      </w:r>
    </w:p>
    <w:p>
      <w:r>
        <w:rPr>
          <w:b/>
        </w:rPr>
        <w:t xml:space="preserve">[36:11] </w:t>
      </w:r>
      <w:r>
        <w:t>na maane to pathar hai woh, aap ke manne se woh dev banta hai, warna woh pathar hai. to isi tareeqe se jo realities, jo haqaiq khule hain, jo baatein science ne daryaft ki hain,</w:t>
      </w:r>
    </w:p>
    <w:p>
      <w:pPr>
        <w:jc w:val="right"/>
      </w:pPr>
      <w:r>
        <w:t>نہ مانے تو پتھر ہے وہ، آپ کے ماننے سے وہ دیو بنتا ہے، ورنہ وہ پتھر ہے۔ تو اسی طریقے سے جو realities، جو حقائق کھلے ہیں، جو باتیں سائنس نے دریافت کی ہیں،</w:t>
      </w:r>
    </w:p>
    <w:p>
      <w:r>
        <w:rPr>
          <w:b/>
        </w:rPr>
        <w:t xml:space="preserve">[36:27] </w:t>
      </w:r>
      <w:r>
        <w:t>is ke baad itna evident ho gayi hai har cheez, itni evident hai ke aap ko manna parta hai ke Khuda hai.</w:t>
      </w:r>
    </w:p>
    <w:p>
      <w:pPr>
        <w:jc w:val="right"/>
      </w:pPr>
      <w:r>
        <w:t>اس کے بعد اتنا evident ہو گئی ہے ہر چیز، اتنی evident ہے کہ آپ کو ماننا پڑتا ہے کہ خدا ہے۔</w:t>
      </w:r>
    </w:p>
    <w:p>
      <w:r>
        <w:rPr>
          <w:b/>
        </w:rPr>
        <w:t xml:space="preserve">[36:38] </w:t>
      </w:r>
      <w:r>
        <w:t>acha, ab ek aur baat main arz karoon ga, woh yeh hai ke Khuda ke saboot ka main samajhta hoon ke ek bohat bara ek, ek item hai, bohat bara, woh yeh hai ke Khuda kyun aap ke psychology mein bhi involved hai?</w:t>
      </w:r>
    </w:p>
    <w:p>
      <w:pPr>
        <w:jc w:val="right"/>
      </w:pPr>
      <w:r>
        <w:t>اچھا، اب ایک اور بات میں عرض کروں گا، وہ یہ ہے کہ خدا کے ثبوت کا میں سمجھتا ہوں کہ ایک بہت بڑا ایک، ایک item ہے، بہت بڑا، وہ یہ ہے کہ خدا کیوں آپ کے psychology میں بھی involved ہے؟</w:t>
      </w:r>
    </w:p>
    <w:p>
      <w:r>
        <w:rPr>
          <w:b/>
        </w:rPr>
        <w:t xml:space="preserve">[37:02] </w:t>
      </w:r>
      <w:r>
        <w:t>yani Khuda agar delusion hai to aap ki psychology mein kyun shamil hai? maslan dekhein, is zamane mein ek ilm hai jis ko kehte hain anthropology, anthropology mein sari societies jo pehle ki theen, un ka study ki jati hai.</w:t>
      </w:r>
    </w:p>
    <w:p>
      <w:pPr>
        <w:jc w:val="right"/>
      </w:pPr>
      <w:r>
        <w:t>یعنی خدا اگر delusion ہے تو آپ کی psychology میں کیوں شامل ہے؟ مثلاً دیکھیں، اس زمانے میں ایک علم ہے جس کو کہتے ہیں anthropology، anthropology میں ساری societies جو پہلے کی تھیں، ان کا study کی جاتی ہے۔</w:t>
      </w:r>
    </w:p>
    <w:p>
      <w:r>
        <w:rPr>
          <w:b/>
        </w:rPr>
        <w:t xml:space="preserve">[37:21] </w:t>
      </w:r>
      <w:r>
        <w:t>to anthropology ka yeh woh hai manna hai ke dunya mein jitni bhi societies theen, jitni bhi societies, har society mein Khuda ka concept maujood nahi hai.</w:t>
      </w:r>
    </w:p>
    <w:p>
      <w:pPr>
        <w:jc w:val="right"/>
      </w:pPr>
      <w:r>
        <w:t>تو anthropology کا یہ وہ ہے ماننا ہے کہ دنیا میں جتنی بھی societies تھیں، جتنی بھی societies، ہر society میں خدا کا concept موجود نہیں ہے۔</w:t>
      </w:r>
    </w:p>
    <w:p>
      <w:r>
        <w:rPr>
          <w:b/>
        </w:rPr>
        <w:t xml:space="preserve">[37:36] </w:t>
      </w:r>
      <w:r>
        <w:t>koi bhi society aisi nahi hai jis mein Khuda ka concept maujood na ho. to is hawale se agar Khuda aap ke, yani woh hai, ek dhoka hai to aap ki nafsiyat mein kyun shamil hai woh?</w:t>
      </w:r>
    </w:p>
    <w:p>
      <w:pPr>
        <w:jc w:val="right"/>
      </w:pPr>
      <w:r>
        <w:t>کوئی بھی society ایسی نہیں ہے جس میں خدا کا concept موجود نہ ہو۔ تو اس حوالے سے اگر خدا آپ کے، یعنی وہ ہے، ایک دھوکہ ہے تو آپ کی نفسیات میں کیوں شامل ہے وہ؟</w:t>
      </w:r>
    </w:p>
    <w:p>
      <w:r>
        <w:rPr>
          <w:b/>
        </w:rPr>
        <w:t xml:space="preserve">[37:53] </w:t>
      </w:r>
      <w:r>
        <w:t>ek waqia main ne parha tha, woh main us waqt sham mein bhi tha ke second world war ke zamane mein bohat hi zabardast un ka crisis aaya tha bari taqaton ke liye.</w:t>
      </w:r>
    </w:p>
    <w:p>
      <w:pPr>
        <w:jc w:val="right"/>
      </w:pPr>
      <w:r>
        <w:t>ایک واقعہ میں نے پڑھا تھا، وہ میں اس وقت شام میں بھی تھا کہ سیکنڈ ورلڈ وار کے زمانے میں بہت ہی زبردست ان کا crisis آیا تھا بڑی طاقتوں کے لیے۔</w:t>
      </w:r>
    </w:p>
    <w:p>
      <w:r>
        <w:rPr>
          <w:b/>
        </w:rPr>
        <w:t xml:space="preserve">[38:07] </w:t>
      </w:r>
      <w:r>
        <w:t>to ek conference hui thi Yalta mein, Yalta ek jazeera hai Russia mein, to is mein Britain ka prime minister aur America ka President aur ek aur kaun,</w:t>
      </w:r>
    </w:p>
    <w:p>
      <w:pPr>
        <w:jc w:val="right"/>
      </w:pPr>
      <w:r>
        <w:t>تو ایک conference ہوئی تھی یالٹا میں، یالٹا ایک جزیرہ ہے روس میں، تو اس میں برطانیہ کا پرائم منسٹر اور امریکہ کا President اور ایک اور کون،</w:t>
      </w:r>
    </w:p>
    <w:p>
      <w:r>
        <w:rPr>
          <w:b/>
        </w:rPr>
        <w:t xml:space="preserve">[38:29] </w:t>
      </w:r>
      <w:r>
        <w:t>teen ikhatta hue thay woh ghore karne ke liye. to expert logon ne ek, ek banaya tha ek, ek naqsha ke hamein kis tareeqe se muqabla karna hai Germany ka aur Japan ka,</w:t>
      </w:r>
    </w:p>
    <w:p>
      <w:pPr>
        <w:jc w:val="right"/>
      </w:pPr>
      <w:r>
        <w:t>تین اکٹھا ہوئے تھے وہ غور کرنے کے لیے۔ تو expert لوگوں نے ایک، ایک بنایا تھا ایک، ایک نقشہ کہ ہمیں کس طریقے سے مقابلہ کرنا ہے جرمنی کا اور جاپان کا،</w:t>
      </w:r>
    </w:p>
    <w:p>
      <w:r>
        <w:rPr>
          <w:b/>
        </w:rPr>
        <w:t xml:space="preserve">[38:46] </w:t>
      </w:r>
      <w:r>
        <w:t>yani mukhalif taqaton ka. to woh diya gaya parhne ke liye roos ke jo dictator tha, stalin, stalin ko diya gaya.</w:t>
      </w:r>
    </w:p>
    <w:p>
      <w:pPr>
        <w:jc w:val="right"/>
      </w:pPr>
      <w:r>
        <w:t>یعنی مخالف طاقتوں کا۔ تو وہ دیا گیا پڑھنے کے لیے روس کے جو ڈکٹیٹر تھا، اسٹالن، اسٹالن کو دیا گیا۔</w:t>
      </w:r>
    </w:p>
    <w:p>
      <w:r>
        <w:rPr>
          <w:b/>
        </w:rPr>
        <w:t xml:space="preserve">[39:01] </w:t>
      </w:r>
      <w:r>
        <w:t>to stalin ne jo parha tha us ko, to main ne us mein report bhi parha tha ke parhte parhte us ke munh se nikla "May God prosper this order taken." yeh jumla shayad us ne roos mein kaha hoga lekin main ne parha tha english mein "May God prosper this order taken." yani khuda is mansoobe ko kamyab kare.</w:t>
      </w:r>
    </w:p>
    <w:p>
      <w:pPr>
        <w:jc w:val="right"/>
      </w:pPr>
      <w:r>
        <w:t>تو اسٹالن نے جو پڑھا تھا اس کو، تو میں نے اس میں رپورٹ بھی پڑھا تھا کہ پڑھتے پڑھتے اس کے منہ سے نکلا "May God prosper this order taken." یہ جملہ شاید اس نے روس میں کہا ہوگا لیکن میں نے پڑھا تھا انگلش میں "May God prosper this order taken." یعنی خدا اس منصوبے کو کامیاب کرے۔</w:t>
      </w:r>
    </w:p>
    <w:p>
      <w:r>
        <w:rPr>
          <w:b/>
        </w:rPr>
        <w:t xml:space="preserve">[39:24] </w:t>
      </w:r>
      <w:r>
        <w:t>to aap jante hain god ko mante hi nahi the stalin, stalin to khuda ke munkir tha. to us ko parhte parhte us mein gharaq ho gaya woh.</w:t>
      </w:r>
    </w:p>
    <w:p>
      <w:pPr>
        <w:jc w:val="right"/>
      </w:pPr>
      <w:r>
        <w:t>تو آپ جانتے ہیں God کو مانتے ہی نہیں تھے اسٹالن، اسٹالن تو خدا کے منکر تھا۔ تو اس کو پڑھتے پڑھتے اس میں غرق ہو گیا وہ۔</w:t>
      </w:r>
    </w:p>
    <w:p>
      <w:r>
        <w:rPr>
          <w:b/>
        </w:rPr>
        <w:t xml:space="preserve">[39:36] </w:t>
      </w:r>
      <w:r>
        <w:t>to us ke, us ka andar ka insan bol utha. jab gharaq ho gaya to us ke andar ka insan bol utha ke itna acha plan hai, khuda us ko kamyab kare "May God prosper this order taken." to dekhen yeh parho sochne ki baat hai.</w:t>
      </w:r>
    </w:p>
    <w:p>
      <w:pPr>
        <w:jc w:val="right"/>
      </w:pPr>
      <w:r>
        <w:t>تو اس کے، اس کا اندر کا انسان بول اٹھا۔ جب غرق ہو گیا تو اس کے اندر کا انسان بول اٹھا کہ اتنا اچھا plan ہے، خدا اس کو کامیاب کرے "May God prosper this order taken." تو دیکھیں یہ پڑھو سوچنے کی بات ہے۔</w:t>
      </w:r>
    </w:p>
    <w:p>
      <w:r>
        <w:rPr>
          <w:b/>
        </w:rPr>
        <w:t xml:space="preserve">[39:59] </w:t>
      </w:r>
      <w:r>
        <w:t>ek hai physical logic, physical reason us ke aitbar se. doosra hai psychology hai insan ki.</w:t>
      </w:r>
    </w:p>
    <w:p>
      <w:pPr>
        <w:jc w:val="right"/>
      </w:pPr>
      <w:r>
        <w:t>ایک ہے physical logic، physical reason اس کے اعتبار سے۔ دوسرا ہے psychology ہے انسان کی۔</w:t>
      </w:r>
    </w:p>
    <w:p>
      <w:r>
        <w:rPr>
          <w:b/>
        </w:rPr>
        <w:t xml:space="preserve">[40:12] </w:t>
      </w:r>
      <w:r>
        <w:t>to insan ki psychology mein khuda kyun involved hai, kyun basa hua hai ke koi mauqa jab crisis aata hai to har insan bol uthta hai khuda meri madad kar.</w:t>
      </w:r>
    </w:p>
    <w:p>
      <w:pPr>
        <w:jc w:val="right"/>
      </w:pPr>
      <w:r>
        <w:t>تو انسان کی psychology میں خدا کیوں involved ہے، کیوں بسا ہوا ہے کہ کوئی موقع جب crisis آتا ہے تو ہر انسان بول اٹھتا ہے خدا میری مدد کر۔</w:t>
      </w:r>
    </w:p>
    <w:p>
      <w:r>
        <w:rPr>
          <w:b/>
        </w:rPr>
        <w:t xml:space="preserve">[40:26] </w:t>
      </w:r>
      <w:r>
        <w:t>jab crisis aata hai to hatta ke stalin bol para. to crisis ke waqt mein kyun bol parta hai insan? yeh ek sawal hai.</w:t>
      </w:r>
    </w:p>
    <w:p>
      <w:pPr>
        <w:jc w:val="right"/>
      </w:pPr>
      <w:r>
        <w:t>جب crisis آتا ہے تو حتیٰ کہ اسٹالن بول پڑا۔ تو crisis کے وقت میں کیوں بول پڑتا ہے انسان؟ یہ ایک سوال ہے۔</w:t>
      </w:r>
    </w:p>
    <w:p>
      <w:r>
        <w:rPr>
          <w:b/>
        </w:rPr>
        <w:t xml:space="preserve">[40:38] </w:t>
      </w:r>
      <w:r>
        <w:t>to ek hai physical laws ke tehat khuda ka wajood, woh main ne jis ka arz kiya, woh bhi us ke support mein hai.</w:t>
      </w:r>
    </w:p>
    <w:p>
      <w:pPr>
        <w:jc w:val="right"/>
      </w:pPr>
      <w:r>
        <w:t>تو ایک ہے physical laws کے تحت خدا کا وجود، وہ میں نے جس کا عرض کیا، وہ بھی اس کے support میں ہے۔</w:t>
      </w:r>
    </w:p>
    <w:p>
      <w:r>
        <w:rPr>
          <w:b/>
        </w:rPr>
        <w:t xml:space="preserve">[40:49] </w:t>
      </w:r>
      <w:r>
        <w:t>lekin yeh jo pehlu hai psychology ka ke koi bhi insan, including stalin jaisa munkir, kya wajah hai ke jab crisis ka waqt hota hai to pukar uthta hai ke khuda meri madad kar.</w:t>
      </w:r>
    </w:p>
    <w:p>
      <w:pPr>
        <w:jc w:val="right"/>
      </w:pPr>
      <w:r>
        <w:t>لیکن یہ جو پہلو ہے psychology کا کہ کوئی بھی انسان، including اسٹالن جیسا منکر، کیا وجہ ہے کہ جب crisis کا وقت ہوتا ہے تو پکار اٹھتا ہے کہ خدا میری مدد کر۔</w:t>
      </w:r>
    </w:p>
    <w:p>
      <w:r>
        <w:rPr>
          <w:b/>
        </w:rPr>
        <w:t xml:space="preserve">[41:03] </w:t>
      </w:r>
      <w:r>
        <w:t>us ke mani hain ke insan ki, insan ki psychology jo hai, insan ki jo andaruni wajood hai, us mein keh len ke basa hua hai ke mera ek khaliq hai, mera ek malik hai, mera ek lord hai, mera ek sustainer hai.</w:t>
      </w:r>
    </w:p>
    <w:p>
      <w:pPr>
        <w:jc w:val="right"/>
      </w:pPr>
      <w:r>
        <w:t>اس کے معنی ہیں کہ انسان کی، انسان کی psychology جو ہے، انسان کی جو اندرونی وجود ہے، اس میں کہہ لیں کہ بسا ہوا ہے کہ میرا ایک خالق ہے، میرا ایک مالک ہے، میرا ایک Lord ہے، میرا ایک Sustainer ہے۔</w:t>
      </w:r>
    </w:p>
    <w:p>
      <w:r>
        <w:rPr>
          <w:b/>
        </w:rPr>
        <w:t xml:space="preserve">[41:20] </w:t>
      </w:r>
      <w:r>
        <w:t>yeh us ke, us ke mind mein keh len ke basa hua hai, wohi nikal parta hai. to yeh us ko main kahunga psychological proof.</w:t>
      </w:r>
    </w:p>
    <w:p>
      <w:pPr>
        <w:jc w:val="right"/>
      </w:pPr>
      <w:r>
        <w:t>یہ اس کے، اس کے mind میں کہہ لیں کہ بسا ہوا ہے، وہی نکل پڑتا ہے۔ تو یہ اس کو میں کہوں گا psychological proof۔</w:t>
      </w:r>
    </w:p>
    <w:p>
      <w:r>
        <w:rPr>
          <w:b/>
        </w:rPr>
        <w:t xml:space="preserve">[41:32] </w:t>
      </w:r>
      <w:r>
        <w:t>to pehle main jo baat kahi woh to physical proof hai, yani physical world mein hum jo istemal karte hain logic, us ko apply karne se hum ko maloom hota hai ke zaroor yahan koi, koi creator hai.</w:t>
      </w:r>
    </w:p>
    <w:p>
      <w:pPr>
        <w:jc w:val="right"/>
      </w:pPr>
      <w:r>
        <w:t>تو پہلے میں جو بات کہی وہ تو physical proof ہے، یعنی physical world میں ہم جو استعمال کرتے ہیں logic، اس کو apply کرنے سے ہم کو معلوم ہوتا ہے کہ ضرور یہاں کوئی، کوئی creator ہے۔</w:t>
      </w:r>
    </w:p>
    <w:p>
      <w:r>
        <w:rPr>
          <w:b/>
        </w:rPr>
        <w:t xml:space="preserve">[41:48] </w:t>
      </w:r>
      <w:r>
        <w:t>aur doosra yeh pehlu hai ke ab jab aap psychology ki study karte hain to psychology ke level par bhi yeh sabit hota hai ke zaroor insan ka koi creator hai aur us ke,</w:t>
      </w:r>
    </w:p>
    <w:p>
      <w:pPr>
        <w:jc w:val="right"/>
      </w:pPr>
      <w:r>
        <w:t>اور دوسرا یہ پہلو ہے کہ اب جب آپ psychology کی study کرتے ہیں تو psychology کے level پر بھی یہ ثابت ہوتا ہے کہ ضرور انسان کا کوئی creator ہے اور اس کے،</w:t>
      </w:r>
    </w:p>
    <w:p>
      <w:r>
        <w:rPr>
          <w:b/>
        </w:rPr>
        <w:t xml:space="preserve">[42:02] </w:t>
      </w:r>
      <w:r>
        <w:t>us ke mind mein basa hua hai. woh itna itna basa hua hai ke woh nasal dar nasal insan paida hote hain lekin woh bhool nahi pata, nikal nahi pata.</w:t>
      </w:r>
    </w:p>
    <w:p>
      <w:pPr>
        <w:jc w:val="right"/>
      </w:pPr>
      <w:r>
        <w:t>اس کے mind میں بسا ہوا ہے۔ وہ اتنا اتنا بسا ہوا ہے کہ وہ نسل در نسل انسان پیدا ہوتے ہیں لیکن وہ بھول نہیں پاتا، نکال نہیں پاتا۔</w:t>
      </w:r>
    </w:p>
    <w:p>
      <w:r>
        <w:rPr>
          <w:b/>
        </w:rPr>
        <w:t xml:space="preserve">[42:11] </w:t>
      </w:r>
      <w:r>
        <w:t>woh insan ki psychology mein itna involved hai woh khuda ka concept ke insan, jo insan munkir hai, jo insan kehta hai ke khuda nahi hai,</w:t>
      </w:r>
    </w:p>
    <w:p>
      <w:pPr>
        <w:jc w:val="right"/>
      </w:pPr>
      <w:r>
        <w:t>وہ انسان کی psychology میں اتنا involved ہے وہ خدا کا concept کہ انسان، جو انسان منکر ہے، جو انسان کہتا ہے کہ خدا نہیں ہے،</w:t>
      </w:r>
    </w:p>
    <w:p>
      <w:r>
        <w:rPr>
          <w:b/>
        </w:rPr>
        <w:t xml:space="preserve">[42:25] </w:t>
      </w:r>
      <w:r>
        <w:t>woh bhi jab crisis ka lamha aata hai to pukar uthta hai khuda ko. to yeh main samajhta hoon ke ek mazeed saboot hai khuda ke wajood ka.</w:t>
      </w:r>
    </w:p>
    <w:p>
      <w:pPr>
        <w:jc w:val="right"/>
      </w:pPr>
      <w:r>
        <w:t>وہ بھی جب crisis کا لمحہ آتا ہے تو پکار اٹھتا ہے خدا کو۔ تو یہ میں سمجھتا ہوں کہ ایک مزید ثبوت ہے خدا کے وجود کا۔</w:t>
      </w:r>
    </w:p>
    <w:p>
      <w:r>
        <w:rPr>
          <w:b/>
        </w:rPr>
        <w:t xml:space="preserve">[42:38] </w:t>
      </w:r>
      <w:r>
        <w:t>ek saboot to yeh hai ke physical world ke liye insan ne jo method daryaft kiye hain, method argument us ke mutabiq khuda ka wajood isi tarah sabit hota hai jis tarah doosri cheezen, jis tarah material cheezen,</w:t>
      </w:r>
    </w:p>
    <w:p>
      <w:pPr>
        <w:jc w:val="right"/>
      </w:pPr>
      <w:r>
        <w:t>ایک ثبوت تو یہ ہے کہ physical world کے لیے انسان نے جو method دریافت کیے ہیں، method argument اس کے مطابق خدا کا وجود اسی طرح ثابت ہوتا ہے جس طرح دوسری چیزیں، جس طرح material چیزیں،</w:t>
      </w:r>
    </w:p>
    <w:p>
      <w:r>
        <w:rPr>
          <w:b/>
        </w:rPr>
        <w:t xml:space="preserve">[42:56] </w:t>
      </w:r>
      <w:r>
        <w:t>yani jis tarah se material cheezen aap sabit karte hain physical laws ke tehat, usi tarah khuda bhi sabit hota hai. aur doosri cheez yeh hai ke insan ki jo psychology hai, insan ki inner personality hai, us mein kyun involved hai?</w:t>
      </w:r>
    </w:p>
    <w:p>
      <w:pPr>
        <w:jc w:val="right"/>
      </w:pPr>
      <w:r>
        <w:t>یعنی جس طرح سے material چیزیں آپ ثابت کرتے ہیں physical laws کے تحت، اسی طرح خدا بھی ثابت ہوتا ہے۔ اور دوسری چیز یہ ہے کہ انسان کی جو psychology ہے، انسان کی inner personality ہے، اس میں کیوں involved ہے؟</w:t>
      </w:r>
    </w:p>
    <w:p>
      <w:r>
        <w:rPr>
          <w:b/>
        </w:rPr>
        <w:t xml:space="preserve">[43:12] </w:t>
      </w:r>
      <w:r>
        <w:t>kis ne is ko wahan par, yani basa diya is khuda ke concept ko? yeh ek psychological proof hai ke zaroor khuda hai, yani ke ek creator hai aur creator ne meri jo saakht banai,</w:t>
      </w:r>
    </w:p>
    <w:p>
      <w:pPr>
        <w:jc w:val="right"/>
      </w:pPr>
      <w:r>
        <w:t>کس نے اس کو وہاں پر، یعنی بسا دیا اس خدا کے concept کو؟ یہ ایک psychological proof ہے کہ ضرور خدا ہے، یعنی کہ ایک creator ہے اور creator نے میری جو ساخت بنائی،</w:t>
      </w:r>
    </w:p>
    <w:p>
      <w:r>
        <w:rPr>
          <w:b/>
        </w:rPr>
        <w:t xml:space="preserve">[43:29] </w:t>
      </w:r>
      <w:r>
        <w:t>meri jo, jo meri hasti banai, jo is hasti mein bator waqea isi shamil hai.</w:t>
      </w:r>
    </w:p>
    <w:p>
      <w:pPr>
        <w:jc w:val="right"/>
      </w:pPr>
      <w:r>
        <w:t>میری جو، جو میری ہستی بنائی، جو اس ہستی میں بطور واقعہ اسی شامل ہے۔</w:t>
      </w:r>
    </w:p>
    <w:p>
      <w:r>
        <w:rPr>
          <w:b/>
        </w:rPr>
        <w:t xml:space="preserve">[43:39] </w:t>
      </w:r>
      <w:r>
        <w:t>yani insan ne jana ke mera koi creator hai to woh as a matter of fact, woh us ki is hasti ka hissa ban gaya.</w:t>
      </w:r>
    </w:p>
    <w:p>
      <w:pPr>
        <w:jc w:val="right"/>
      </w:pPr>
      <w:r>
        <w:t>یعنی انسان نے جانا کہ میرا کوئی creator ہے تو وہ as a matter of fact، وہ اس کی اس ہستی کا حصہ بن گیا۔</w:t>
      </w:r>
    </w:p>
    <w:p>
      <w:r>
        <w:rPr>
          <w:b/>
        </w:rPr>
        <w:t xml:space="preserve">[43:51] </w:t>
      </w:r>
      <w:r>
        <w:t>as a matter of fact, woh us ki shakhsiyat ka juz ban gaya. to main ne, main samajhta hoon ke yeh kehna ke khuda ek delusion hai, bilkul baseless baat hai.</w:t>
      </w:r>
    </w:p>
    <w:p>
      <w:pPr>
        <w:jc w:val="right"/>
      </w:pPr>
      <w:r>
        <w:t>As a matter of fact، وہ اس کی شخصیت کا جز بن گیا۔ تو میں نے، میں سمجھتا ہوں کہ یہ کہنا کہ خدا ایک delusion ہے، بالکل baseless بات ہے۔</w:t>
      </w:r>
    </w:p>
    <w:p>
      <w:r>
        <w:rPr>
          <w:b/>
        </w:rPr>
        <w:t xml:space="preserve">[44:08] </w:t>
      </w:r>
      <w:r>
        <w:t>assalam o alaikum wa rehmatullah</w:t>
      </w:r>
    </w:p>
    <w:p>
      <w:pPr>
        <w:jc w:val="right"/>
      </w:pPr>
      <w:r>
        <w:t>السلام علیکم ورحمة الله</w:t>
      </w:r>
    </w:p>
    <w:p>
      <w:r>
        <w:rPr>
          <w:b/>
        </w:rPr>
        <w:t xml:space="preserve">[44:21] </w:t>
      </w:r>
      <w:r>
        <w:t>okay, before we start with the question-answer session, we wanted to make an</w:t>
      </w:r>
    </w:p>
    <w:p>
      <w:pPr>
        <w:jc w:val="right"/>
      </w:pPr>
      <w:r>
        <w:t>Okay, before we start with the question-answer session, we wanted to make an</w:t>
      </w:r>
    </w:p>
    <w:p>
      <w:r>
        <w:rPr>
          <w:b/>
        </w:rPr>
        <w:t xml:space="preserve">[44:28] </w:t>
      </w:r>
      <w:r>
        <w:t>announcement. cps international is pleased to announce the release of yet one more translation of the quran. this translation has been done in polish language, and you can get the copies for distribution from the goodword books website.</w:t>
      </w:r>
    </w:p>
    <w:p>
      <w:pPr>
        <w:jc w:val="right"/>
      </w:pPr>
      <w:r>
        <w:t>announcement. CPS International is pleased to announce the release of yet one more translation of the Quran. This translation has been done in Polish language, and you can get the copies for distribution from the GoodWord Books website.</w:t>
      </w:r>
    </w:p>
    <w:p>
      <w:r>
        <w:rPr>
          <w:b/>
        </w:rPr>
        <w:t xml:space="preserve">[44:47] </w:t>
      </w:r>
      <w:r>
        <w:t>I will now request Maulana Sahib to release the Polish translation of the Quran. bismillah ir rehman ir rahim.</w:t>
      </w:r>
    </w:p>
    <w:p>
      <w:pPr>
        <w:jc w:val="right"/>
      </w:pPr>
      <w:r>
        <w:t>I will now request Maulana Sahib to release the Polish translation of the Quran. بسم اللہ الرحمن الرحیم۔</w:t>
      </w:r>
    </w:p>
    <w:p>
      <w:r>
        <w:rPr>
          <w:b/>
        </w:rPr>
        <w:t xml:space="preserve">[45:01] </w:t>
      </w:r>
      <w:r>
        <w:t>mein gaya tha poland, is waqt yeh nahi chupa tha to kuch logon se baatein hui theen. to mere dil mein aaya tha ke kaash poland ki jo zabaan hai,</w:t>
      </w:r>
    </w:p>
    <w:p>
      <w:pPr>
        <w:jc w:val="right"/>
      </w:pPr>
      <w:r>
        <w:t>میں گیا تھا پولینڈ، اس وقت یہ نہیں چھپا تھا تو کچھ لوگوں سے باتیں ہوئی تھیں۔ تو میرے دل میں آیا تھا کہ کاش پولینڈ کی جو زبان ہے،</w:t>
      </w:r>
    </w:p>
    <w:p>
      <w:r>
        <w:rPr>
          <w:b/>
        </w:rPr>
        <w:t xml:space="preserve">[45:14] </w:t>
      </w:r>
      <w:r>
        <w:t>is mein bhi chhap jata hai quran. aaj allah ne poora kar diya is ko, to mein dua karta hoon ke allah taala is ko kamyabi ata farmaye.</w:t>
      </w:r>
    </w:p>
    <w:p>
      <w:pPr>
        <w:jc w:val="right"/>
      </w:pPr>
      <w:r>
        <w:t>اس میں بھی چھپ جاتا ہے قرآن۔ آج اللہ نے پورا کر دیا اس کو، تو میں دعا کرتا ہوں کہ اللہ تعالیٰ اس کو کامیابی عطا فرمائے۔</w:t>
      </w:r>
    </w:p>
    <w:p>
      <w:r>
        <w:rPr>
          <w:b/>
        </w:rPr>
        <w:t xml:space="preserve">[45:28] </w:t>
      </w:r>
      <w:r>
        <w:t>Okay, so I will first read the comments that have come after today's talk and</w:t>
      </w:r>
    </w:p>
    <w:p>
      <w:pPr>
        <w:jc w:val="right"/>
      </w:pPr>
      <w:r>
        <w:t>Okay, so I will first read the comments that have come after today's talk and</w:t>
      </w:r>
    </w:p>
    <w:p>
      <w:r>
        <w:rPr>
          <w:b/>
        </w:rPr>
        <w:t xml:space="preserve">[45:34] </w:t>
      </w:r>
      <w:r>
        <w:t>post that. I will take up questions with Maulana Sahib. Maulana, comment jo aaye hain, pehla comment aaya hai doctor naghma siddiqui ka, dilli se.</w:t>
      </w:r>
    </w:p>
    <w:p>
      <w:pPr>
        <w:jc w:val="right"/>
      </w:pPr>
      <w:r>
        <w:t>post that. I will take up questions with Maulana Sahib. Maulana، comment جو آئے ہیں، پہلا comment آیا ہے ڈاکٹر نغمہ صدیقی کا، دلی سے۔</w:t>
      </w:r>
    </w:p>
    <w:p>
      <w:r>
        <w:rPr>
          <w:b/>
        </w:rPr>
        <w:t xml:space="preserve">[45:47] </w:t>
      </w:r>
      <w:r>
        <w:t>unhon ne likha hai: "My greatest discovery of today is that self-discovered marifat is when I discover God on my own as the creator and sustainer of the world.</w:t>
      </w:r>
    </w:p>
    <w:p>
      <w:pPr>
        <w:jc w:val="right"/>
      </w:pPr>
      <w:r>
        <w:t>انہوں نے لکھا ہے: "My greatest discovery of today is that self-discovered معرفت is when I discover God on my own as the creator and sustainer of the world.</w:t>
      </w:r>
    </w:p>
    <w:p>
      <w:r>
        <w:rPr>
          <w:b/>
        </w:rPr>
        <w:t xml:space="preserve">[46:02] </w:t>
      </w:r>
      <w:r>
        <w:t>Self-imposed discipline is that in spite of being free, I discipline myself. And self-acquired ibadat is that I do ibadat not under compulsion but out of own choice as a matter of fact.</w:t>
      </w:r>
    </w:p>
    <w:p>
      <w:pPr>
        <w:jc w:val="right"/>
      </w:pPr>
      <w:r>
        <w:t>Self-imposed discipline is that in spite of being free, I discipline myself. And self-acquired عبادت is that I do عبادت not under compulsion but out of own choice as a matter of fact.</w:t>
      </w:r>
    </w:p>
    <w:p>
      <w:r>
        <w:rPr>
          <w:b/>
        </w:rPr>
        <w:t xml:space="preserve">[46:19] </w:t>
      </w:r>
      <w:r>
        <w:t>For such people, God has created an ideal world, paradise, because He was ready to accept less than ideal."</w:t>
      </w:r>
    </w:p>
    <w:p>
      <w:pPr>
        <w:jc w:val="right"/>
      </w:pPr>
      <w:r>
        <w:t>For such people, God has created an ideal world, paradise, because He was ready to accept less than ideal."</w:t>
      </w:r>
    </w:p>
    <w:p>
      <w:r>
        <w:rPr>
          <w:b/>
        </w:rPr>
        <w:t xml:space="preserve">[46:33] </w:t>
      </w:r>
      <w:r>
        <w:t>Miss Shabana Ansari ne pakistan se bheja hai: "Today I understood that all universe is doing compulsory ibadat.</w:t>
      </w:r>
    </w:p>
    <w:p>
      <w:pPr>
        <w:jc w:val="right"/>
      </w:pPr>
      <w:r>
        <w:t>Miss Shabana Ansari نے پاکستان سے بھیجا ہے: "Today I understood that all universe is doing compulsory عبادت.</w:t>
      </w:r>
    </w:p>
    <w:p>
      <w:r>
        <w:rPr>
          <w:b/>
        </w:rPr>
        <w:t xml:space="preserve">[46:43] </w:t>
      </w:r>
      <w:r>
        <w:t>God planned a creation who could discover God Himself and surrender His freedom by standing on self-imposed discipline." Maulana Iqbal Umri ne chennai se likha hai: "Maulana, you are the first person who has given the scientific-based arguments for proving the concept of God.</w:t>
      </w:r>
    </w:p>
    <w:p>
      <w:pPr>
        <w:jc w:val="right"/>
      </w:pPr>
      <w:r>
        <w:t>God planned a creation who could discover God Himself and surrender His freedom by standing on self-imposed discipline." Maulana Iqbal Umri نے چنئی سے لکھا ہے: "Maulana, you are the first person who has given the scientific-based arguments for proving the concept of God.</w:t>
      </w:r>
    </w:p>
    <w:p>
      <w:r>
        <w:rPr>
          <w:b/>
        </w:rPr>
        <w:t xml:space="preserve">[47:06] </w:t>
      </w:r>
      <w:r>
        <w:t>jazak allah." bahrain se tawfiq khan sahib ne likha hai: "Maulana Sahib, aap ne jo marifat ka formula diya, yaqeenan yeh aap ki bohat bari dein hai." zahoor ur rehman sahib ne new zealand, auckland se likha hai:</w:t>
      </w:r>
    </w:p>
    <w:p>
      <w:pPr>
        <w:jc w:val="right"/>
      </w:pPr>
      <w:r>
        <w:t>جزاک اللہ۔" بہارین سے توفیق خان صاحب نے لکھا ہے: "Maulana Sahib, آپ نے جو معرفت کا فارمولا دیا، یقینا یہ آپ کی بہت بڑی دین ہے۔" ظہور الرحمن صاحب نے نیوزی لینڈ، آکلینڈ سے لکھا ہے:</w:t>
      </w:r>
    </w:p>
    <w:p>
      <w:r>
        <w:rPr>
          <w:b/>
        </w:rPr>
        <w:t xml:space="preserve">[47:25] </w:t>
      </w:r>
      <w:r>
        <w:t>"Here in New Zealand, a police officer who calls himself an agnostic told me that he studied during his study of criminology that all the people who were given death sentences,</w:t>
      </w:r>
    </w:p>
    <w:p>
      <w:pPr>
        <w:jc w:val="right"/>
      </w:pPr>
      <w:r>
        <w:t>"Here in New Zealand, a police officer who calls himself an agnostic told me that he studied during his study of criminology that all the people who were given death sentences,</w:t>
      </w:r>
    </w:p>
    <w:p>
      <w:r>
        <w:rPr>
          <w:b/>
        </w:rPr>
        <w:t xml:space="preserve">[47:40] </w:t>
      </w:r>
      <w:r>
        <w:t>no matter how agnostic or atheist they were, they all begged for forgiveness from some greater being." mashallah.</w:t>
      </w:r>
    </w:p>
    <w:p>
      <w:pPr>
        <w:jc w:val="right"/>
      </w:pPr>
      <w:r>
        <w:t>no matter how agnostic or atheist they were, they all begged for forgiveness from some greater being." ماشاءاللہ۔</w:t>
      </w:r>
    </w:p>
    <w:p>
      <w:r>
        <w:rPr>
          <w:b/>
        </w:rPr>
        <w:t xml:space="preserve">[47:53] </w:t>
      </w:r>
      <w:r>
        <w:t>aamir mori sahib ne srinagar se likha hai: "The entire universe is continuously doing the worship of God.</w:t>
      </w:r>
    </w:p>
    <w:p>
      <w:pPr>
        <w:jc w:val="right"/>
      </w:pPr>
      <w:r>
        <w:t>عامر موری صاحب نے سری نگر سے لکھا ہے: "The entire universe is continuously doing the worship of God.</w:t>
      </w:r>
    </w:p>
    <w:p>
      <w:r>
        <w:rPr>
          <w:b/>
        </w:rPr>
        <w:t xml:space="preserve">[48:05] </w:t>
      </w:r>
      <w:r>
        <w:t>Man cannot stand alone and be different. Maulana, it is thrilling thought to come closer to God."</w:t>
      </w:r>
    </w:p>
    <w:p>
      <w:pPr>
        <w:jc w:val="right"/>
      </w:pPr>
      <w:r>
        <w:t>Man cannot stand alone and be different. Maulana, it is thrilling thought to come closer to God."</w:t>
      </w:r>
    </w:p>
    <w:p>
      <w:r>
        <w:rPr>
          <w:b/>
        </w:rPr>
        <w:t xml:space="preserve">[48:19] </w:t>
      </w:r>
      <w:r>
        <w:t>Maulana, ab sawal lete hain. yeh sawal bheja hai azhar mubarak sahib ne, unhon ne location nahi likha hai.</w:t>
      </w:r>
    </w:p>
    <w:p>
      <w:pPr>
        <w:jc w:val="right"/>
      </w:pPr>
      <w:r>
        <w:t>Maulana، اب سوال لیتے ہیں۔ یہ سوال بھیجا ہے اظہر مبارک صاحب نے، انہوں نے location نہیں لکھا ہے۔</w:t>
      </w:r>
    </w:p>
    <w:p>
      <w:r>
        <w:rPr>
          <w:b/>
        </w:rPr>
        <w:t xml:space="preserve">[48:29] </w:t>
      </w:r>
      <w:r>
        <w:t>un ka sawal yeh hai: "Maulana Sahib, what is the principle of seeking help from the God?</w:t>
      </w:r>
    </w:p>
    <w:p>
      <w:pPr>
        <w:jc w:val="right"/>
      </w:pPr>
      <w:r>
        <w:t>ان کا سوال یہ ہے: "Maulana Sahib, what is the principle of seeking help from the God?</w:t>
      </w:r>
    </w:p>
    <w:p>
      <w:r>
        <w:rPr>
          <w:b/>
        </w:rPr>
        <w:t xml:space="preserve">[48:37] </w:t>
      </w:r>
      <w:r>
        <w:t>Please advise all of us." dekhen, is mamle mein sab se bara jo masla hai woh yeh hai ke insaan khuda se mangta hai apne mindset ke mutabiq, kyunke khuda deta hai apne mindset ke mutabiq.</w:t>
      </w:r>
    </w:p>
    <w:p>
      <w:pPr>
        <w:jc w:val="right"/>
      </w:pPr>
      <w:r>
        <w:t>Please advise all of us." دیکھیں، اس معاملے میں سب سے بڑا جو مسئلہ ہے وہ یہ ہے کہ انسان خدا سے مانگتا ہے اپنے mindset کے مطابق، کیونکہ خدا دیتا ہے اپنے mindset کے مطابق۔</w:t>
      </w:r>
    </w:p>
    <w:p>
      <w:r>
        <w:rPr>
          <w:b/>
        </w:rPr>
        <w:t xml:space="preserve">[48:58] </w:t>
      </w:r>
      <w:r>
        <w:t>is wajah se kabhi aisa hota hai ke insaan mayoos ho jata hai, halanke woh mayoosi ki zaroorat nahi hoti. khuda ke, ki jo, khuda ka jo plan hai, use aap ko discover karna parega ke khuda ki madad ayegi apne naqshe ke mutabiq, aap ke naqshe ke mutabiq nahi.</w:t>
      </w:r>
    </w:p>
    <w:p>
      <w:pPr>
        <w:jc w:val="right"/>
      </w:pPr>
      <w:r>
        <w:t>اس وجہ سے کبھی ایسا ہوتا ہے کہ انسان مایوس ہو جاتا ہے، حالانکہ وہ مایوسی کی ضرورت نہیں ہوتی۔ خدا کے، کی جو، خدا کا جو plan ہے، اسے آپ کو discover کرنا پڑے گا کہ خدا کی مدد آئے گی اپنے نقشے کے مطابق، آپ کے نقشے کے مطابق نہیں۔</w:t>
      </w:r>
    </w:p>
    <w:p>
      <w:r>
        <w:rPr>
          <w:b/>
        </w:rPr>
        <w:t xml:space="preserve">[49:20] </w:t>
      </w:r>
      <w:r>
        <w:t>hamesha yeh hota hai ke insaan mangta hai to chahta hai ke mere naqshe ke mutabiq mile mujhe, magar jab aisa nahi hoga, milega khuda ke naqshe ke mutabiq, kyunke jo greater good hai aap ke liye, us ko sirf khuda janta hai.</w:t>
      </w:r>
    </w:p>
    <w:p>
      <w:pPr>
        <w:jc w:val="right"/>
      </w:pPr>
      <w:r>
        <w:t>ہمیشہ یہ ہوتا ہے کہ انسان مانگتا ہے تو چاہتا ہے کہ میرے نقشے کے مطابق ملے مجھے، مگر جب ایسا نہیں ہوگا، ملے گا خدا کے نقشے کے مطابق، کیونکہ جو greater good ہے آپ کے لیے، اس کو صرف خدا جانتا ہے۔</w:t>
      </w:r>
    </w:p>
    <w:p>
      <w:r>
        <w:rPr>
          <w:b/>
        </w:rPr>
        <w:t xml:space="preserve">[49:36] </w:t>
      </w:r>
      <w:r>
        <w:t>greater good, hum to sirf phanse rehte hain, yaani immediate cheezon mein. immediate, hum future ko nahi jaan paate, to jo future ke aitbar se jo greater good hai hum ke liye, us ka faisla karta hai khuda.</w:t>
      </w:r>
    </w:p>
    <w:p>
      <w:pPr>
        <w:jc w:val="right"/>
      </w:pPr>
      <w:r>
        <w:t>greater good، ہم تو صرف پھنسے رہتے ہیں، یعنی immediate چیزوں میں۔ immediate، ہم future کو نہیں جان پاتے، تو جو future کے اعتبار سے جو greater good ہے ہم کے لیے، اس کا فیصلہ کرتا ہے خدا۔</w:t>
      </w:r>
    </w:p>
    <w:p>
      <w:r>
        <w:rPr>
          <w:b/>
        </w:rPr>
        <w:t xml:space="preserve">[49:50] </w:t>
      </w:r>
      <w:r>
        <w:t>agar hum mangne mein sachhe hon to.</w:t>
      </w:r>
    </w:p>
    <w:p>
      <w:pPr>
        <w:jc w:val="right"/>
      </w:pPr>
      <w:r>
        <w:t>اگر ہم مانگنے میں سچے ہوں تو۔</w:t>
      </w:r>
    </w:p>
    <w:p>
      <w:r>
        <w:rPr>
          <w:b/>
        </w:rPr>
        <w:t xml:space="preserve">[49:57] </w:t>
      </w:r>
      <w:r>
        <w:t>Maulana, agla sawal kolkata se aftab alam sahib ne bheja hai. unhon ne likha hai: "Man wants to experience his creator in the physical world, but as per Quran, God wants to keep Himself unseen and He wants man to discover Him.</w:t>
      </w:r>
    </w:p>
    <w:p>
      <w:pPr>
        <w:jc w:val="right"/>
      </w:pPr>
      <w:r>
        <w:t>Maulana، اگلا سوال کلکتہ سے آفتاب عالم صاحب نے بھیجا ہے۔ انہوں نے لکھا ہے: "Man wants to experience his creator in the physical world, but as per Quran, God wants to keep Himself unseen and He wants man to discover Him.</w:t>
      </w:r>
    </w:p>
    <w:p>
      <w:r>
        <w:rPr>
          <w:b/>
        </w:rPr>
        <w:t xml:space="preserve">[50:18] </w:t>
      </w:r>
      <w:r>
        <w:t>Please explain, Maulana Sahib, what is the reason as to why God wants people to discover Him?" is liye ke khuda aap ko zyada bara reward dena chahta hai,</w:t>
      </w:r>
    </w:p>
    <w:p>
      <w:pPr>
        <w:jc w:val="right"/>
      </w:pPr>
      <w:r>
        <w:t>Please explain, Maulana Sahib, what is the reason as to why God wants people to discover Him?" اس لیے کہ خدا آپ کو زیادہ بڑا reward دینا چاہتا ہے،</w:t>
      </w:r>
    </w:p>
    <w:p>
      <w:r>
        <w:rPr>
          <w:b/>
        </w:rPr>
        <w:t xml:space="preserve">[50:35] </w:t>
      </w:r>
      <w:r>
        <w:t>bara reward ke agar aaj insaan under compulsion ibadat kare to woh rewardable hai, lekin bohat chhota reward milega is par.</w:t>
      </w:r>
    </w:p>
    <w:p>
      <w:pPr>
        <w:jc w:val="right"/>
      </w:pPr>
      <w:r>
        <w:t>بڑا reward کہ اگر آج انسان under compulsion عبادت کرے تو وہ rewardable ہے، لیکن بہت چھوٹا reward ملے گا اس پر۔</w:t>
      </w:r>
    </w:p>
    <w:p>
      <w:r>
        <w:rPr>
          <w:b/>
        </w:rPr>
        <w:t xml:space="preserve">[50:47] </w:t>
      </w:r>
      <w:r>
        <w:t>lekin aap ghor kijiye ke woh insaan jo as a matter of fact khuda ko jaane aur is par ibaadat kare, haalankeh is ne kabhi dekha nahi, to to bohat hi bari cheez hai.</w:t>
      </w:r>
    </w:p>
    <w:p>
      <w:pPr>
        <w:jc w:val="right"/>
      </w:pPr>
      <w:r>
        <w:t>لیکن آپ غور کیجئے کہ وہ انسان جو as a matter of fact خدا کو جانے اور اس پر عبادت کرے، حالانکہ اس نے کبھی دیکھا نہیں، تو تو بہت ہی بڑی چیز ہے۔</w:t>
      </w:r>
    </w:p>
    <w:p>
      <w:r>
        <w:rPr>
          <w:b/>
        </w:rPr>
        <w:t xml:space="preserve">[51:02] </w:t>
      </w:r>
      <w:r>
        <w:t>to zyada bara reward dene ke liye Allah ne yeh naqsha rakha hai. Maulana, agla sawal lene se pehle ek comment parhna chahenge jo Tariq Badar sahib ne Pakistan se bheja hai.</w:t>
      </w:r>
    </w:p>
    <w:p>
      <w:pPr>
        <w:jc w:val="right"/>
      </w:pPr>
      <w:r>
        <w:t>تو زیادہ بڑا reward دینے کے لیے اللہ نے یہ نقشہ رکھا ہے۔ Maulana، اگلا سوال لینے سے پہلے ایک comment پڑھنا چاہیں گے جو طارق بدر صاحب نے پاکستان سے بھیجا ہے۔</w:t>
      </w:r>
    </w:p>
    <w:p>
      <w:r>
        <w:rPr>
          <w:b/>
        </w:rPr>
        <w:t xml:space="preserve">[51:15] </w:t>
      </w:r>
      <w:r>
        <w:t>unhone likha hai: "We learned today that God's concept is interwoven in the psychology of man, and even the atheist could not deny this fact.</w:t>
      </w:r>
    </w:p>
    <w:p>
      <w:pPr>
        <w:jc w:val="right"/>
      </w:pPr>
      <w:r>
        <w:t>انہوں نے لکھا ہے: "We learned today that God's concept is interwoven in the psychology of man, and even the atheist could not deny this fact.</w:t>
      </w:r>
    </w:p>
    <w:p>
      <w:r>
        <w:rPr>
          <w:b/>
        </w:rPr>
        <w:t xml:space="preserve">[51:28] </w:t>
      </w:r>
      <w:r>
        <w:t>Jazak Allah." Maulana, agla sawal Farhana Ansari ne bheja hai USA se. unhone likha hai: "Science and God's existence is now on the same page.</w:t>
      </w:r>
    </w:p>
    <w:p>
      <w:pPr>
        <w:jc w:val="right"/>
      </w:pPr>
      <w:r>
        <w:t>جزاک اللہ۔" Maulana، اگلا سوال فرحانہ انصاری نے بھیجا ہے یو ایس اے سے۔ انہوں نے لکھا ہے: "Science and God's existence is now on the same page.</w:t>
      </w:r>
    </w:p>
    <w:p>
      <w:r>
        <w:rPr>
          <w:b/>
        </w:rPr>
        <w:t xml:space="preserve">[51:44] </w:t>
      </w:r>
      <w:r>
        <w:t>Denying God will be the case of disobedience. Maulana sahib, am I correct?" sahih, sahih kaha, bilkul sahih.</w:t>
      </w:r>
    </w:p>
    <w:p>
      <w:pPr>
        <w:jc w:val="right"/>
      </w:pPr>
      <w:r>
        <w:t>Denying God will be the case of disobedience. Maulana صاحب، am I correct؟" صحیح، صحیح کہا، بالکل صحیح۔</w:t>
      </w:r>
    </w:p>
    <w:p>
      <w:r>
        <w:rPr>
          <w:b/>
        </w:rPr>
        <w:t xml:space="preserve">[51:57] </w:t>
      </w:r>
      <w:r>
        <w:t>Maulana, agla sawal Srinagar se Abdul Raheed Pandit sahib ne bheja hai. unhone likha hai: "If an imam of masjid is doing shirk and it is known to me, is it permissible to pray after him?</w:t>
      </w:r>
    </w:p>
    <w:p>
      <w:pPr>
        <w:jc w:val="right"/>
      </w:pPr>
      <w:r>
        <w:t>Maulana، اگلا سوال سری نگر سے عبدالرحید پنڈت صاحب نے بھیجا ہے۔ انہوں نے لکھا ہے: "If an imam of مسجد is doing shirk and it is known to me, is it permissible to pray after him?</w:t>
      </w:r>
    </w:p>
    <w:p>
      <w:r>
        <w:rPr>
          <w:b/>
        </w:rPr>
        <w:t xml:space="preserve">[52:12] </w:t>
      </w:r>
      <w:r>
        <w:t>Maulana sahib, what is your guidance on this?" nahi, dekhen, yeh bohat hi zyada galat baat hai ke imam ko shirk ka mujrim bana kar ke log masjid kha karte hain.</w:t>
      </w:r>
    </w:p>
    <w:p>
      <w:pPr>
        <w:jc w:val="right"/>
      </w:pPr>
      <w:r>
        <w:t>Maulana صاحب, what is your guidance on this?" نہیں، دیکھیں، یہ بہت ہی زیادہ غلط بات ہے کہ امام کو شرک کا مجرم بنا کر کے لوگ مسجد کھا کرتے ہیں۔</w:t>
      </w:r>
    </w:p>
    <w:p>
      <w:r>
        <w:rPr>
          <w:b/>
        </w:rPr>
        <w:t xml:space="preserve">[52:25] </w:t>
      </w:r>
      <w:r>
        <w:t>misalan, dekhen, Sunan Abi Dawud bohat shokh kitaab hai hadith ki. is mein saaf saaf ek likha hua hai, kai riwayat hain ke salu khulfa kulli bir wa faajir har achhe aur bure ke peeche namaz padho.</w:t>
      </w:r>
    </w:p>
    <w:p>
      <w:pPr>
        <w:jc w:val="right"/>
      </w:pPr>
      <w:r>
        <w:t>مثلاً، دیکھیں، سنن ابی داؤد بہت شوخ کتاب ہے حدیث کی۔ اس میں صاف صاف ایک لکھا ہوا ہے، کئی روایتیں ہیں کہ صلوا خلف کل بر فاضل ہر اچھے اور برے کے پیچھے نماز پڑھو۔</w:t>
      </w:r>
    </w:p>
    <w:p>
      <w:r>
        <w:rPr>
          <w:b/>
        </w:rPr>
        <w:t xml:space="preserve">[52:42] </w:t>
      </w:r>
      <w:r>
        <w:t>kyun ke dekhen, imamat jo hai, woh aap yeh nahi hai ke aap namaz padhte hain apni, na imam ki. yeh jhootha masla bana rakha hai ke imam ki namaz agar galat hai to meri bhi galat ho jayegi.</w:t>
      </w:r>
    </w:p>
    <w:p>
      <w:pPr>
        <w:jc w:val="right"/>
      </w:pPr>
      <w:r>
        <w:t>کیونکہ دیکھیں، امامت جو ہے، وہ آپ یہ نہیں ہے کہ آپ نماز پڑھتے ہیں اپنی، نہ امام کی نہیں۔ یہ جھوٹا مسئلہ بنا رکھا ہے کہ امام کی نماز اگر غلط ہے تو میری بھی غلط ہو جائے گی۔</w:t>
      </w:r>
    </w:p>
    <w:p>
      <w:r>
        <w:rPr>
          <w:b/>
        </w:rPr>
        <w:t xml:space="preserve">[52:56] </w:t>
      </w:r>
      <w:r>
        <w:t>aisa hai hi nahi, aisa hai hi nahi ke namaz padhte hain aap apni. aap hargiz yeh masla na khada kijiye masjid mein, warna aap jurm karenge Allah ke nazdeek ke sahib imam mushrik hai, is liye namaz zyada nahi.</w:t>
      </w:r>
    </w:p>
    <w:p>
      <w:pPr>
        <w:jc w:val="right"/>
      </w:pPr>
      <w:r>
        <w:t>ایسا ہے ہی نہیں، ایسا ہے ہی نہیں کہ نماز پڑھتے ہیں آپ اپنی۔ آپ ہرگز یہ مسئلہ نہ کھڑا کیجئے مسجد میں، ورنہ آپ جرم کریں گے اللہ کے نزدیک کہ صاحب امام مشرک ہے، اس لیے نماز زیادہ نہیں۔</w:t>
      </w:r>
    </w:p>
    <w:p>
      <w:r>
        <w:rPr>
          <w:b/>
        </w:rPr>
        <w:t xml:space="preserve">[53:11] </w:t>
      </w:r>
      <w:r>
        <w:t>yeh sab bohat hi zyada galat baat hai. jo bhi imam par raazi ho jayen log masjid ke, bas usi peeche namaz padhiye aap.</w:t>
      </w:r>
    </w:p>
    <w:p>
      <w:pPr>
        <w:jc w:val="right"/>
      </w:pPr>
      <w:r>
        <w:t>یہ سب بہت ہی زیادہ غلط بات ہے۔ جو بھی امام پر راضی ہو جائیں لوگ مسجد کے، بس اسی پیچھے نماز پڑھیے آپ۔</w:t>
      </w:r>
    </w:p>
    <w:p>
      <w:r>
        <w:rPr>
          <w:b/>
        </w:rPr>
        <w:t xml:space="preserve">[53:22] </w:t>
      </w:r>
      <w:r>
        <w:t>Maulana, agla sawal Delhi se Mustahiq Ahmed sahib ne bheja hai. unhone likha hai ke hum marifat kaise hasil karen?</w:t>
      </w:r>
    </w:p>
    <w:p>
      <w:pPr>
        <w:jc w:val="right"/>
      </w:pPr>
      <w:r>
        <w:t>Maulana، اگلا سوال دلی سے مستحق احمد صاحب نے بھیجا ہے۔ انہوں نے لکھا ہے کہ ہم معرفت کیسے حاصل کریں؟</w:t>
      </w:r>
    </w:p>
    <w:p>
      <w:r>
        <w:rPr>
          <w:b/>
        </w:rPr>
        <w:t xml:space="preserve">[53:31] </w:t>
      </w:r>
      <w:r>
        <w:t>hum dawat ka kaam kaise karen? is ke bare mein bataen. mere khayal se aap meri kitaab pehle padh lijiye, kitaab marifat, us ke baad sawal kijiye.</w:t>
      </w:r>
    </w:p>
    <w:p>
      <w:pPr>
        <w:jc w:val="right"/>
      </w:pPr>
      <w:r>
        <w:t>ہم دعوت کا کام کیسے کریں؟ اس کے بارے میں بتائیں۔ میرے خیال سے آپ میری کتاب پہلے پڑھ لیجئے، کتاب معرفت، اس کے بعد سوال کیجئے۔</w:t>
      </w:r>
    </w:p>
    <w:p>
      <w:r>
        <w:rPr>
          <w:b/>
        </w:rPr>
        <w:t xml:space="preserve">[53:45] </w:t>
      </w:r>
      <w:r>
        <w:t>ek kitaab hamari chhapi hai, uska naam hai kitaab marifat. pehle us ko padhiye, phir sawal kijiye. main inshallah us ke bare mein zaroor jawab dunga.</w:t>
      </w:r>
    </w:p>
    <w:p>
      <w:pPr>
        <w:jc w:val="right"/>
      </w:pPr>
      <w:r>
        <w:t>ایک کتاب ہماری چھپی ہے، اس کا نام ہے کتاب معرفت۔ پہلے اس کو پڑھیے، پھر سوال کیجئے۔ میں انشاءاللہ اس کے بارے میں ضرور جواب دوں گا۔</w:t>
      </w:r>
    </w:p>
    <w:p>
      <w:r>
        <w:rPr>
          <w:b/>
        </w:rPr>
        <w:t xml:space="preserve">[53:55] </w:t>
      </w:r>
      <w:r>
        <w:t>Maulana, agla sawal Sagar Dey sahib ne poocha hai Delhi se. unhone likha hai: "You talked about self-imposed marifat, but is it possible to realize self-imposed marifat without having proper knowledge about the shariat?</w:t>
      </w:r>
    </w:p>
    <w:p>
      <w:pPr>
        <w:jc w:val="right"/>
      </w:pPr>
      <w:r>
        <w:t>Maulana، اگلا سوال ساگر ڈے صاحب نے پوچھا ہے دلی سے۔ انہوں نے لکھا ہے: "You talked about self-imposed معرفت, but is it possible to realize self-imposed معرفت without having proper knowledge about the شریعت?</w:t>
      </w:r>
    </w:p>
    <w:p>
      <w:r>
        <w:rPr>
          <w:b/>
        </w:rPr>
        <w:t xml:space="preserve">[54:16] </w:t>
      </w:r>
      <w:r>
        <w:t>is ke bare mein bataen. maine self-imposed ka lafz nahi istemal kiya, self-discovered ka istemal kiya. self-discovered marifat ji shariat se koi is ka direct taluq hi nahi.</w:t>
      </w:r>
    </w:p>
    <w:p>
      <w:pPr>
        <w:jc w:val="right"/>
      </w:pPr>
      <w:r>
        <w:t>اس کے بارے میں بتائیں۔ میں نے self-imposed کا لفظ نہیں استعمال کیا، self-discovered کا استعمال کیا۔ self-discovered معرفت جی شریعت سے کوئی اس کا direct تعلق ہی نہیں۔</w:t>
      </w:r>
    </w:p>
    <w:p>
      <w:r>
        <w:rPr>
          <w:b/>
        </w:rPr>
        <w:t xml:space="preserve">[54:32] </w:t>
      </w:r>
      <w:r>
        <w:t>woh to aqeeday ki baat hai. yeh sawal mere zehen mein clear nahi hai, kyun ke aqeeday ki baat ko shariat se jod diya unhone. is se confusion paida hota hai.</w:t>
      </w:r>
    </w:p>
    <w:p>
      <w:pPr>
        <w:jc w:val="right"/>
      </w:pPr>
      <w:r>
        <w:t>وہ تو عقیدے کی بات ہے۔ یہ سوال میرے ذہن میں clear نہیں ہے، کیونکہ عقیدے کی بات کو شریعت سے جوڑ دیا انہوں نے۔ اس سے confusion پیدا ہوتا ہے۔</w:t>
      </w:r>
    </w:p>
    <w:p>
      <w:r>
        <w:rPr>
          <w:b/>
        </w:rPr>
        <w:t xml:space="preserve">[54:41] </w:t>
      </w:r>
      <w:r>
        <w:t>ji haan. Maulana Sameer sahib ne Kashmir se sawal bheja hai. unhone likha hai ke "Maulana sahib, is God itself a miracle</w:t>
      </w:r>
    </w:p>
    <w:p>
      <w:pPr>
        <w:jc w:val="right"/>
      </w:pPr>
      <w:r>
        <w:t>جی ہاں۔ Maulana سمیر صاحب نے کشمیر سے سوال بھیجا ہے۔ انہوں نے لکھا ہے کہ "Maulana صاحب, is God itself a miracle</w:t>
      </w:r>
    </w:p>
    <w:p>
      <w:r>
        <w:rPr>
          <w:b/>
        </w:rPr>
        <w:t xml:space="preserve">[54:53] </w:t>
      </w:r>
      <w:r>
        <w:t>? What would you say?" ab main nahi keh sakta ke miracle ka word yahan istemal kiya jaye ya nahi kiya jayega, lekin main apni jo meri knowledge hai, us ke mutabiq main yeh kahunga ke Khuda poori universe ki sab se bari reality hai.</w:t>
      </w:r>
    </w:p>
    <w:p>
      <w:pPr>
        <w:jc w:val="right"/>
      </w:pPr>
      <w:r>
        <w:t>? What would you say?" اب میں نہیں کہہ سکتا کہ miracle کا word یہاں استعمال کیا جائے یا نہیں کیا جائے گا، لیکن میں اپنی جو میری knowledge ہے، اس کے مطابق میں یہ کہوں گا کہ خدا پوری universe کی سب سے بڑی reality ہے۔</w:t>
      </w:r>
    </w:p>
    <w:p>
      <w:r>
        <w:rPr>
          <w:b/>
        </w:rPr>
        <w:t xml:space="preserve">[55:14] </w:t>
      </w:r>
      <w:r>
        <w:t>sab se bari reality yeh keh sakta hoon.</w:t>
      </w:r>
    </w:p>
    <w:p>
      <w:pPr>
        <w:jc w:val="right"/>
      </w:pPr>
      <w:r>
        <w:t>سب سے بڑی reality یہ کہہ سکتا ہوں۔</w:t>
      </w:r>
    </w:p>
    <w:p>
      <w:r>
        <w:rPr>
          <w:b/>
        </w:rPr>
        <w:t xml:space="preserve">[55:21] </w:t>
      </w:r>
      <w:r>
        <w:t>Maulana Muhtashim sahib ne Delhi se sawal bheja hai. unhone likha hai: "How do we tackle the fact that probability of subatomic particle existence can be measured, but we could not measure the existence of God?</w:t>
      </w:r>
    </w:p>
    <w:p>
      <w:pPr>
        <w:jc w:val="right"/>
      </w:pPr>
      <w:r>
        <w:t>Maulana محتسم صاحب نے دلی سے سوال بھیجا ہے۔ انہوں نے لکھا ہے: "How do we tackle the fact that probability of subatomic particle existence can be measured, but we could not measure the existence of God?</w:t>
      </w:r>
    </w:p>
    <w:p>
      <w:r>
        <w:rPr>
          <w:b/>
        </w:rPr>
        <w:t xml:space="preserve">[55:39] </w:t>
      </w:r>
      <w:r>
        <w:t>I mean, we could measure the probability of subatomic particles and reach certainty, but how do we reach to the certainty in the case of</w:t>
      </w:r>
    </w:p>
    <w:p>
      <w:pPr>
        <w:jc w:val="right"/>
      </w:pPr>
      <w:r>
        <w:t>I mean, we could measure the probability of subatomic particles and reach certainty, but how do we reach to the certainty in the case of</w:t>
      </w:r>
    </w:p>
    <w:p>
      <w:r>
        <w:rPr>
          <w:b/>
        </w:rPr>
        <w:t xml:space="preserve">[55:50] </w:t>
      </w:r>
      <w:r>
        <w:t>God?" nahi, yeh aap ne sahih nahi likha. measure nahi kar sakte aap. subatomic particle ko aap measure nahi kar sakte.</w:t>
      </w:r>
    </w:p>
    <w:p>
      <w:pPr>
        <w:jc w:val="right"/>
      </w:pPr>
      <w:r>
        <w:t>God?" نہیں، یہ آپ نے صحیح نہیں لکھا۔ Measure نہیں کر سکتے آپ۔ Subatomic particle کو آپ measure نہیں کر سکتے۔</w:t>
      </w:r>
    </w:p>
    <w:p>
      <w:r>
        <w:rPr>
          <w:b/>
        </w:rPr>
        <w:t xml:space="preserve">[55:59] </w:t>
      </w:r>
      <w:r>
        <w:t>yeh aap ne sahih nahi kaha. woh measurable hai hi nahi. subatomic particle jo hai, woh quantum theory ka masla hai.</w:t>
      </w:r>
    </w:p>
    <w:p>
      <w:pPr>
        <w:jc w:val="right"/>
      </w:pPr>
      <w:r>
        <w:t>یہ آپ نے صحیح نہیں کہا۔ وہ measurable ہے ہی نہیں۔ Subatomic particle جو ہے، وہ quantum theory کا مسئلہ ہے۔</w:t>
      </w:r>
    </w:p>
    <w:p>
      <w:r>
        <w:rPr>
          <w:b/>
        </w:rPr>
        <w:t xml:space="preserve">[56:07] </w:t>
      </w:r>
      <w:r>
        <w:t>yeh quantum theory ko aap padhiye to subatomic particle ka existence mante hain, lekin measurable nahi mante.</w:t>
      </w:r>
    </w:p>
    <w:p>
      <w:pPr>
        <w:jc w:val="right"/>
      </w:pPr>
      <w:r>
        <w:t>یہ quantum theory کو آپ پڑھیے تو subatomic particle کا existence مانتے ہیں، لیکن measurable نہیں مانتے۔</w:t>
      </w:r>
    </w:p>
    <w:p>
      <w:r>
        <w:rPr>
          <w:b/>
        </w:rPr>
        <w:t xml:space="preserve">[56:17] </w:t>
      </w:r>
      <w:r>
        <w:t>woh yeh aap ka yeh kehna sahi nahi hai.</w:t>
      </w:r>
    </w:p>
    <w:p>
      <w:pPr>
        <w:jc w:val="right"/>
      </w:pPr>
      <w:r>
        <w:t>وہ یہ آپ کا یہ کہنا صحیح نہیں ہے۔</w:t>
      </w:r>
    </w:p>
    <w:p>
      <w:r>
        <w:rPr>
          <w:b/>
        </w:rPr>
        <w:t xml:space="preserve">[56:24] </w:t>
      </w:r>
      <w:r>
        <w:t>Maulana rizwan sahib ne bhopal se sawal bheja hai. unhon ne aap se poocha hai ke "Maulana, many people say that belief in God is enough, so following a prayer system is not required, as God knows what is in the hearts of its people</w:t>
      </w:r>
    </w:p>
    <w:p>
      <w:pPr>
        <w:jc w:val="right"/>
      </w:pPr>
      <w:r>
        <w:t>Maulana رضوان صاحب نے بھوپال سے سوال بھیجا ہے۔ انہوں نے آپ سے پوچھا ہے کہ "Maulana, many people say that belief in God is enough, so following a prayer system is not required, as God knows what is in the hearts of its people</w:t>
      </w:r>
    </w:p>
    <w:p>
      <w:r>
        <w:rPr>
          <w:b/>
        </w:rPr>
        <w:t xml:space="preserve">[56:42] </w:t>
      </w:r>
      <w:r>
        <w:t>. What would you say to such belief?" bhai, yeh sab apni raah pe chalna hai. jab aap God manen to aap ko manna parega ke Quran Khuda ki book hai.</w:t>
      </w:r>
    </w:p>
    <w:p>
      <w:pPr>
        <w:jc w:val="right"/>
      </w:pPr>
      <w:r>
        <w:t>. What would you say to such belief?" بھئی، یہ سب اپنی راہ پہ چلنا ہے۔ جب آپ God مانیں تو آپ کو ماننا پڑے گا کہ قرآن خدا کی book ہے۔</w:t>
      </w:r>
    </w:p>
    <w:p>
      <w:r>
        <w:rPr>
          <w:b/>
        </w:rPr>
        <w:t xml:space="preserve">[56:54] </w:t>
      </w:r>
      <w:r>
        <w:t>aap ko manenge ke Muhammad صلی اللہ علیہ وسلم Khuda ke rasool hain, to aap ko manna parega ke jo Quran mein hai, jo hadith mein hai, wahi right explanation hai God ke belief ka.</w:t>
      </w:r>
    </w:p>
    <w:p>
      <w:pPr>
        <w:jc w:val="right"/>
      </w:pPr>
      <w:r>
        <w:t>آپ کو مانیں گے کہ محمد صلی اللہ علیہ وسلم خدا کے رسول ہیں، تو آپ کو ماننا پڑے گا کہ جو قرآن میں ہے، جو حدیث میں ہے، وہیright explanation ہے God کے belief کا۔</w:t>
      </w:r>
    </w:p>
    <w:p>
      <w:r>
        <w:rPr>
          <w:b/>
        </w:rPr>
        <w:t xml:space="preserve">[57:10] </w:t>
      </w:r>
      <w:r>
        <w:t>alag se kya banayenge aap? ya to aap manen hi nahi, lekin jab bhi aap manenge Allah ko to manna parega Quran ko, manna parega rasool ko, to manna parega phir in sab cheezon ko jo Quran o hadith se sabit hoti hain.</w:t>
      </w:r>
    </w:p>
    <w:p>
      <w:pPr>
        <w:jc w:val="right"/>
      </w:pPr>
      <w:r>
        <w:t>الگ سے کیا بنائیں گے آپ؟ یا تو آپ مانیں ہی نہیں، لیکن جب بھی آپ مانیں گے اللہ کو تو ماننا پڑے گا قرآن کو، ماننا پڑے گا رسول کو، تو ماننا پڑے گا پھر ان سب چیزوں کو جو قرآن و حدیث سے ثابت ہوتی ہیں۔</w:t>
      </w:r>
    </w:p>
    <w:p>
      <w:r>
        <w:rPr>
          <w:b/>
        </w:rPr>
        <w:t xml:space="preserve">[57:31] </w:t>
      </w:r>
      <w:r>
        <w:t>nafees siddiqui sahib ne dilli se sawal bheja hai. unhon ne likha hai: "bahut se log yeh kehte hain ke duaon mein yaad rakhiyega." kya yeh islami tareeqa hai?</w:t>
      </w:r>
    </w:p>
    <w:p>
      <w:pPr>
        <w:jc w:val="right"/>
      </w:pPr>
      <w:r>
        <w:t>نفیس صدیقی صاحب نے دلی سے سوال بھیجا ہے۔ انہوں نے لکھا ہے: "बहुत से लोग यह कहते हैं कि दुआओं में याद रखिएगा।" کیا یہ اسلامی طریقہ ہے؟</w:t>
      </w:r>
    </w:p>
    <w:p>
      <w:r>
        <w:rPr>
          <w:b/>
        </w:rPr>
        <w:t xml:space="preserve">[57:43] </w:t>
      </w:r>
      <w:r>
        <w:t>is ke bare mein bataen. bhai, maine jab parha hai sahaba aur tabeen ke halaat to un ka tareeqa nahi tha.</w:t>
      </w:r>
    </w:p>
    <w:p>
      <w:pPr>
        <w:jc w:val="right"/>
      </w:pPr>
      <w:r>
        <w:t>اس کے بارے میں بتائیں۔ بھئی، میں نے جب پڑھا ہے صحابہ اور تابعین کے حالات تو ان کا طریقہ نہیں تھا۔</w:t>
      </w:r>
    </w:p>
    <w:p>
      <w:r>
        <w:rPr>
          <w:b/>
        </w:rPr>
        <w:t xml:space="preserve">[57:55] </w:t>
      </w:r>
      <w:r>
        <w:t>aur ek ek tabei ne kaha hai ke sahaba ke bare mein ke wa al qudwatuhum namoona wahi hai. yani sahaba ke haan maine kabhi nahi paya ke sahabi ne yeh kaha ho ke duaon mein yaad rakhiyega.</w:t>
      </w:r>
    </w:p>
    <w:p>
      <w:pPr>
        <w:jc w:val="right"/>
      </w:pPr>
      <w:r>
        <w:t>اور ایک ایک تابعی نے کہا ہے کہ صحابہ کے بارے میں کہ وَالْقُدْوَةُهُمْ نمونہ وہی ہے۔ یعنی صحابہ کے ہاں میں نے کبھی نہیں پایا کہ صحابی نے یہ کہا ہو کہ دعاؤں میں یاد رکھیے گا۔</w:t>
      </w:r>
    </w:p>
    <w:p>
      <w:r>
        <w:rPr>
          <w:b/>
        </w:rPr>
        <w:t xml:space="preserve">[58:11] </w:t>
      </w:r>
      <w:r>
        <w:t>to jab tabei kehte hain ke wa al qudwatuhum wahi namoona hai. to aap kahan se nikala yeh?</w:t>
      </w:r>
    </w:p>
    <w:p>
      <w:pPr>
        <w:jc w:val="right"/>
      </w:pPr>
      <w:r>
        <w:t>تو جبر تابعی کہتے ہیں کہ وَالْقُدْوَةُهُمْ وہی نمونہ ہے۔ تو آپ کہاں سے نکالا یہ؟</w:t>
      </w:r>
    </w:p>
    <w:p>
      <w:r>
        <w:rPr>
          <w:b/>
        </w:rPr>
        <w:t xml:space="preserve">[58:20] </w:t>
      </w:r>
      <w:r>
        <w:t>yeh to khud sakhta baat hai. sahaba ka yeh tareeqa nahi tha.</w:t>
      </w:r>
    </w:p>
    <w:p>
      <w:pPr>
        <w:jc w:val="right"/>
      </w:pPr>
      <w:r>
        <w:t>یہ تو خود ساختہ بات ہے۔ صحابہ کا یہ طریقہ نہیں تھا۔</w:t>
      </w:r>
    </w:p>
    <w:p>
      <w:r>
        <w:rPr>
          <w:b/>
        </w:rPr>
        <w:t xml:space="preserve">[58:28] </w:t>
      </w:r>
      <w:r>
        <w:t>Maulana kamran sahib ne ahmedabad se sawal bheja hai. unhon ne likha hai: "Maulana sahib, many a times people get upset when their prayers are not accepted by God Almighty.</w:t>
      </w:r>
    </w:p>
    <w:p>
      <w:pPr>
        <w:jc w:val="right"/>
      </w:pPr>
      <w:r>
        <w:t>Maulana کامران صاحب نے احمد آباد سے سوال بھیجا ہے۔ انہوں نے لکھا ہے: "Maulana صاحب, many a times people get upset when their prayers are not accepted by God Almighty.</w:t>
      </w:r>
    </w:p>
    <w:p>
      <w:r>
        <w:rPr>
          <w:b/>
        </w:rPr>
        <w:t xml:space="preserve">[58:40] </w:t>
      </w:r>
      <w:r>
        <w:t>They get negative, and Satan exploits such people by increasing their disbelief.</w:t>
      </w:r>
    </w:p>
    <w:p>
      <w:pPr>
        <w:jc w:val="right"/>
      </w:pPr>
      <w:r>
        <w:t>They get negative, and Satan exploits such people by increasing their disbelief.</w:t>
      </w:r>
    </w:p>
    <w:p>
      <w:r>
        <w:rPr>
          <w:b/>
        </w:rPr>
        <w:t xml:space="preserve">[58:48] </w:t>
      </w:r>
      <w:r>
        <w:t>What would be your advice to such people?" dekhen, aise logon ko chahiye ke pehle woh parhen Quran ko, Allah ki kitab ko.</w:t>
      </w:r>
    </w:p>
    <w:p>
      <w:pPr>
        <w:jc w:val="right"/>
      </w:pPr>
      <w:r>
        <w:t>What would be your advice to such people?" دیکھیں، ایسے لوگوں کو چاہیے کہ پہلے وہ پڑھیں قرآن کو، اللہ کی کتاب کو۔</w:t>
      </w:r>
    </w:p>
    <w:p>
      <w:r>
        <w:rPr>
          <w:b/>
        </w:rPr>
        <w:t xml:space="preserve">[59:04] </w:t>
      </w:r>
      <w:r>
        <w:t>yeh tasawwur galat hai ke aap jo dua karen, woh Allah poora karta rahega. ke Khuda aap ka naoozubillah khadim hai. aap dua karen to Allah apne ilm ke mutabiq is ko poora karega, aap ke mutabiq nahi.</w:t>
      </w:r>
    </w:p>
    <w:p>
      <w:pPr>
        <w:jc w:val="right"/>
      </w:pPr>
      <w:r>
        <w:t>یہ تصوری غلط ہے کہ آپ جو دعا کریں، وہ اللہ پورا کرتا رہے گا۔ کہ خدا آپ کا نعوذ باللہ خادم ہے۔ آپ دعا کریں تو اللہ اپنے علم کے مطابق اس کو پورا کرے گا، آپ کے مطابق نہیں۔</w:t>
      </w:r>
    </w:p>
    <w:p>
      <w:r>
        <w:rPr>
          <w:b/>
        </w:rPr>
        <w:t xml:space="preserve">[59:21] </w:t>
      </w:r>
      <w:r>
        <w:t>ke aap dua karen baith kar ke mera ghoda car ban jaye to Allah ka agar qanoon nahi hai aisa to ghoda car nahi banega.</w:t>
      </w:r>
    </w:p>
    <w:p>
      <w:pPr>
        <w:jc w:val="right"/>
      </w:pPr>
      <w:r>
        <w:t>کہ آپ دعا کریں بیٹھ کر کہ میرا گھوڑا کار بن جائے۔ تو اللہ کا اگر قانون نہیں ہے ایسا تو گھوڑا کار نہیں بنے گا۔</w:t>
      </w:r>
    </w:p>
    <w:p>
      <w:r>
        <w:rPr>
          <w:b/>
        </w:rPr>
        <w:t xml:space="preserve">[59:32] </w:t>
      </w:r>
      <w:r>
        <w:t>aap dua karen ke meri ek bari car jo hai, woh ijad ban jaye to yeh nahi poora hoga, kyunke Allah ke yeh yani fitrat ka yeh qanoon hi nahi hai.</w:t>
      </w:r>
    </w:p>
    <w:p>
      <w:pPr>
        <w:jc w:val="right"/>
      </w:pPr>
      <w:r>
        <w:t>آپ دعا کریں کہ میری ایک بڑی کار جو ہے، وہ ایجاد بن جائے تو یہ نہیں پورا ہوگا، کیونکہ اللہ کے یہ یعنی فطرت کا یہ قانون ہی نہیں ہے۔</w:t>
      </w:r>
    </w:p>
    <w:p>
      <w:r>
        <w:rPr>
          <w:b/>
        </w:rPr>
        <w:t xml:space="preserve">[59:43] </w:t>
      </w:r>
      <w:r>
        <w:t>to dua insan karta hai apne hisab se, lekin Khuda poora karta hai apne hisab se.</w:t>
      </w:r>
    </w:p>
    <w:p>
      <w:pPr>
        <w:jc w:val="right"/>
      </w:pPr>
      <w:r>
        <w:t>تو دعا انسان کرتا ہے اپنے حساب سے، لیکن خدا پورا کرتا ہے اپنے حساب سے۔</w:t>
      </w:r>
    </w:p>
    <w:p>
      <w:r>
        <w:rPr>
          <w:b/>
        </w:rPr>
        <w:t xml:space="preserve">[59:56] </w:t>
      </w:r>
      <w:r>
        <w:t>Maulana, agla sawal lene se pehle ek comment parhna chahenge jo rizwan arif sahib ne bheja hai bhopal se. unhon ne likha hai: "Islam is the natural religion.</w:t>
      </w:r>
    </w:p>
    <w:p>
      <w:pPr>
        <w:jc w:val="right"/>
      </w:pPr>
      <w:r>
        <w:t>Maulana، اگلا سوال لینے سے پہلے ایک comment پڑھنا چاہیں گے جو رضوان عارف صاحب نے بھیجا ہے بھوپال سے۔ انہوں نے لکھا ہے: "Islam is the natural religion.</w:t>
      </w:r>
    </w:p>
    <w:p>
      <w:r>
        <w:rPr>
          <w:b/>
        </w:rPr>
        <w:t xml:space="preserve">[1:00:09] </w:t>
      </w:r>
      <w:r>
        <w:t>This can only be understood by listening to Maulana Sahib.</w:t>
      </w:r>
    </w:p>
    <w:p>
      <w:pPr>
        <w:jc w:val="right"/>
      </w:pPr>
      <w:r>
        <w:t>This can only be understood by listening to Maulana Sahib.</w:t>
      </w:r>
    </w:p>
    <w:p>
      <w:r>
        <w:rPr>
          <w:b/>
        </w:rPr>
        <w:t xml:space="preserve">[1:00:13] </w:t>
      </w:r>
      <w:r>
        <w:t>Allah aap ka saya ummat par qaim rakhay. aameen." syed hasan sahib ne sawal bheja hai. unhon ne apni location nahi likhi hai.</w:t>
      </w:r>
    </w:p>
    <w:p>
      <w:pPr>
        <w:jc w:val="right"/>
      </w:pPr>
      <w:r>
        <w:t>اللہ آپ کا سایہ امت پر قائم رکھے۔ آمین۔" سید حسن صاحب نے سوال بھیجا ہے۔ انہوں نے اپنی location نہیں لکھی ہے۔</w:t>
      </w:r>
    </w:p>
    <w:p>
      <w:r>
        <w:rPr>
          <w:b/>
        </w:rPr>
        <w:t xml:space="preserve">[1:00:22] </w:t>
      </w:r>
      <w:r>
        <w:t>un ka sawal yeh hai: "If a Muslim has committed a sin by taking somebody's right in an unjustified way, but now repents and wants to pay back, but cannot turn back the time, Maulana Sahib, what should he do?</w:t>
      </w:r>
    </w:p>
    <w:p>
      <w:pPr>
        <w:jc w:val="right"/>
      </w:pPr>
      <w:r>
        <w:t>ان کا سوال یہ ہے: "If a Muslim has committed a sin by taking somebody'sright in an unjustified way, but now repents and wants to pay back, but cannot turn back the time, Maulana Sahib, what should he do?</w:t>
      </w:r>
    </w:p>
    <w:p>
      <w:r>
        <w:rPr>
          <w:b/>
        </w:rPr>
        <w:t xml:space="preserve">[1:00:42] </w:t>
      </w:r>
      <w:r>
        <w:t>" kaha "but cannot" kaha matlab woh waqt ko peechay nahi le ja sakta kyunke us ne gunah kiya hai, but he wants to pay back for all the sins that he has committed.</w:t>
      </w:r>
    </w:p>
    <w:p>
      <w:pPr>
        <w:jc w:val="right"/>
      </w:pPr>
      <w:r>
        <w:t>" کہا "but cannot" کہا مطلب وہ وقت کو پیچھے نہیں لے جا سکتا کیونکہ اس نے گناہ کیا ہے، but he wants to pay back for all the sins that he has committed.</w:t>
      </w:r>
    </w:p>
    <w:p>
      <w:r>
        <w:rPr>
          <w:b/>
        </w:rPr>
        <w:t xml:space="preserve">[1:00:53] </w:t>
      </w:r>
      <w:r>
        <w:t>to aisi surat mein kya? nahi, nahi, peechay janay ki zaroorat kya hai? haan, peechay janay ka concept kya hai? meri samajh nahi aayi. ji, yeh concept kya hai peechay janay ka?</w:t>
      </w:r>
    </w:p>
    <w:p>
      <w:pPr>
        <w:jc w:val="right"/>
      </w:pPr>
      <w:r>
        <w:t>تو ایسی صورت میں کیا؟ نہیں، نہیں، پیچھے جانے کی ضرورت کیا ہے؟ ہاں، پیچھے جانے کا concept کیا ہے؟ میری سمجھ نہیں آئی۔ جی، یہ concept کیا ہے پیچھے جانے کا؟</w:t>
      </w:r>
    </w:p>
    <w:p>
      <w:r>
        <w:rPr>
          <w:b/>
        </w:rPr>
        <w:t xml:space="preserve">[1:01:03] </w:t>
      </w:r>
      <w:r>
        <w:t>matlab Maulana sahib, woh yeh kehna chah rahe hain ke hum mein is ko time ko badal nahi sakta ke jo maine do kiya? nahi, badalnay ki zaroorat kya hai? ji, yeh to un ka apna soch hai.</w:t>
      </w:r>
    </w:p>
    <w:p>
      <w:pPr>
        <w:jc w:val="right"/>
      </w:pPr>
      <w:r>
        <w:t>مطلب Maulana صاحب، وہ یہ کہنا چاہ رہے ہیں کہ ہم میں اس کو ٹائم کو بدل نہیں سکتا کہ جو میں نے do کیا؟ نہیں، بدلنے کی ضرورت کیا ہے؟ جی، یہ تو ان کا اپنا سوچ ہے۔</w:t>
      </w:r>
    </w:p>
    <w:p>
      <w:r>
        <w:rPr>
          <w:b/>
        </w:rPr>
        <w:t xml:space="preserve">[1:01:14] </w:t>
      </w:r>
      <w:r>
        <w:t>dekhen, Quran mein hai ke qul ya ibadi allazina asrafu ala anfusihim la taqnato birahmati Allah fa inna Allah yaghfiruz zuluma jameea is ka tarjuma yeh hai ke keh do mere bando se jinho ne apni janon par zulm kiya hai, yani gunah kiya hai,</w:t>
      </w:r>
    </w:p>
    <w:p>
      <w:pPr>
        <w:jc w:val="right"/>
      </w:pPr>
      <w:r>
        <w:t>دیکھیں، قرآن میں ہے کہ قُلْ يَا عِبَادِي الَّذِينَ أَسْرَفُوا عَلَىٰ نَفْسِهِمْ لَا تَقْنَطُوا بِالرَّحْمَةِ اللَّهِ فَإِنَّ اللَّهَ يَغْفِرُ الظُّلُومَ جَمِيعًا اس کا ترجمہ یہ ہے کہ کہہ دو میرے بندوں سے جنہوں نے اپنی جانوں پر ظلم کیا ہے، یعنی گناہ کیا ہے،</w:t>
      </w:r>
    </w:p>
    <w:p>
      <w:r>
        <w:rPr>
          <w:b/>
        </w:rPr>
        <w:t xml:space="preserve">[1:01:35] </w:t>
      </w:r>
      <w:r>
        <w:t>Allah ki rehmat se mayoos na ho, kyunke Allah saare hi gunahon ko maaf karne wala hai. To aap bas yahi kijiye ke yeh kyun apna is mein nazariya lagate hain ke peeche hatna nahi, peeche jana nahi, aage jana.</w:t>
      </w:r>
    </w:p>
    <w:p>
      <w:pPr>
        <w:jc w:val="right"/>
      </w:pPr>
      <w:r>
        <w:t>اللہ کی رحمت سے مایوس نہ ہو، کیونکہ اللہ سارے ہی گناہوں کو معاف کرنے والا ہے۔ تو آپ بس یہی کیجئے کہ یہ کیوں اپنا اس میں نظریہ لگاتے ہیں کہ پیچھے ہٹنا نہیں، پیچھے جانا نہیں، آگے جانا۔</w:t>
      </w:r>
    </w:p>
    <w:p>
      <w:r>
        <w:rPr>
          <w:b/>
        </w:rPr>
        <w:t xml:space="preserve">[1:01:52] </w:t>
      </w:r>
      <w:r>
        <w:t>Jo jab aap ko ehsaas ho jaye, jab repentance ho jaye to Allah se mangen dua, aur Allah ka wada hai ke woh zaroor qubool karega agar sach much aap ko repentance aya hai.</w:t>
      </w:r>
    </w:p>
    <w:p>
      <w:pPr>
        <w:jc w:val="right"/>
      </w:pPr>
      <w:r>
        <w:t>جو جب آپ کو احساس ہو جائے، جب repentance ہو جائے تو اللہ سے مانگیں دعا، اور اللہ کا وعدہ ہے کہ وہ ضرور قبول کرے گا اگر سچ مچ آپ کو repentance آیا ہے۔</w:t>
      </w:r>
    </w:p>
    <w:p>
      <w:r>
        <w:rPr>
          <w:b/>
        </w:rPr>
        <w:t xml:space="preserve">[1:02:01] </w:t>
      </w:r>
      <w:r>
        <w:t>To yeh ghair zaroori shart hai, mere dekhen, unnecessary condition yeh hai. Ji, agla sawal lene se pehle ek comment parhna chahenge Maulana jo Ahmed Ali sahib ne bheja hai Delhi se.</w:t>
      </w:r>
    </w:p>
    <w:p>
      <w:pPr>
        <w:jc w:val="right"/>
      </w:pPr>
      <w:r>
        <w:t>تو یہ غیر ضروری شرط ہے، میرے دیکھیں، unnecessary condition یہ ہے۔ جی، اگلا سوال لینے سے پہلے ایک comment پڑھنا چاہیں گے Maulana جو احمد علی صاحب نے بھیجا ہے دلی سے۔</w:t>
      </w:r>
    </w:p>
    <w:p>
      <w:r>
        <w:rPr>
          <w:b/>
        </w:rPr>
        <w:t xml:space="preserve">[1:02:15] </w:t>
      </w:r>
      <w:r>
        <w:t>Unhon ne likha hai: "Maulana sahib, you have beautifully explained that how by looking at a design one believes that there is a designer.</w:t>
      </w:r>
    </w:p>
    <w:p>
      <w:pPr>
        <w:jc w:val="right"/>
      </w:pPr>
      <w:r>
        <w:t>انہوں نے لکھا ہے: "Maulana صاحب, you have beautifully explained that how by looking at a design one believes that there is a designer.</w:t>
      </w:r>
    </w:p>
    <w:p>
      <w:r>
        <w:rPr>
          <w:b/>
        </w:rPr>
        <w:t xml:space="preserve">[1:02:26] </w:t>
      </w:r>
      <w:r>
        <w:t>Likewise, looking at Allah's countless creations, human beings realize that there is indeed a creator.</w:t>
      </w:r>
    </w:p>
    <w:p>
      <w:pPr>
        <w:jc w:val="right"/>
      </w:pPr>
      <w:r>
        <w:t>Likewise, looking at Allah's countless creations, human beings realize that there is indeed a creator.</w:t>
      </w:r>
    </w:p>
    <w:p>
      <w:r>
        <w:rPr>
          <w:b/>
        </w:rPr>
        <w:t xml:space="preserve">[1:02:34] </w:t>
      </w:r>
      <w:r>
        <w:t>May Allah bless you with health. Jazak Allah." Maulana, agla sawal bheja hai Alwar se Farooq sahib ne.</w:t>
      </w:r>
    </w:p>
    <w:p>
      <w:pPr>
        <w:jc w:val="right"/>
      </w:pPr>
      <w:r>
        <w:t>May Allah bless you with health. جزاک اللہ۔" Maulana، اگلا سوال بھیجا ہے الورڈ سے فاروق صاحب نے۔</w:t>
      </w:r>
    </w:p>
    <w:p>
      <w:r>
        <w:rPr>
          <w:b/>
        </w:rPr>
        <w:t xml:space="preserve">[1:02:45] </w:t>
      </w:r>
      <w:r>
        <w:t>Unhon ne likha hai: "Maulana, you said there will be a time when people would not accept reason or rationale, but will become arrogant, and so they will not accept the concept of God.</w:t>
      </w:r>
    </w:p>
    <w:p>
      <w:pPr>
        <w:jc w:val="right"/>
      </w:pPr>
      <w:r>
        <w:t>انہوں نے لکھا ہے: "Maulana, you said there will be a time when people would not accept reason or rationale, but will become arrogant, and so they will not accept the concept of God.</w:t>
      </w:r>
    </w:p>
    <w:p>
      <w:r>
        <w:rPr>
          <w:b/>
        </w:rPr>
        <w:t xml:space="preserve">[1:03:01] </w:t>
      </w:r>
      <w:r>
        <w:t>Maulana sahib, will the coming of such a time indicate the coming of doomsday, as no one would be willing to bow down to a reasoned</w:t>
      </w:r>
    </w:p>
    <w:p>
      <w:pPr>
        <w:jc w:val="right"/>
      </w:pPr>
      <w:r>
        <w:t>Maulana صاحب, will the coming of such a time indicate the coming of doomsday, as no one would be willing to bow down to a reasoned</w:t>
      </w:r>
    </w:p>
    <w:p>
      <w:r>
        <w:rPr>
          <w:b/>
        </w:rPr>
        <w:t xml:space="preserve">[1:03:11] </w:t>
      </w:r>
      <w:r>
        <w:t>argument?" Main ne yeh nahi kaha ke waqt aye ga. Waqt hai, already hai woh. Pehle bhi tha, abhi bhi hai. Aye ga ki baat nahi hai.</w:t>
      </w:r>
    </w:p>
    <w:p>
      <w:pPr>
        <w:jc w:val="right"/>
      </w:pPr>
      <w:r>
        <w:t>argument?" میں نے یہ نہیں کہا کہ وقت آئے گا۔ وقت ہے، already ہے وہ۔ پہلے بھی تھا، ابھی بھی ہے۔ آئے گا کی بات نہیں ہے۔</w:t>
      </w:r>
    </w:p>
    <w:p>
      <w:r>
        <w:rPr>
          <w:b/>
        </w:rPr>
        <w:t xml:space="preserve">[1:03:22] </w:t>
      </w:r>
      <w:r>
        <w:t>Main ne yeh kaha hai ke insaan ke paas yani jo reliable ilm hai woh science ka hai.</w:t>
      </w:r>
    </w:p>
    <w:p>
      <w:pPr>
        <w:jc w:val="right"/>
      </w:pPr>
      <w:r>
        <w:t>میں نے یہ کہا ہے کہ انسان کے پاس یعنی جو reliable علم ہے وہ سائنس کا ہے۔</w:t>
      </w:r>
    </w:p>
    <w:p>
      <w:r>
        <w:rPr>
          <w:b/>
        </w:rPr>
        <w:t xml:space="preserve">[1:03:32] </w:t>
      </w:r>
      <w:r>
        <w:t>To science ke zariye doosri cheezon ko jis tarah se prove diya jata hai, waise hi prove Khuda ke liye maujood hai. Is ke bawajood kyun nahi mante log?</w:t>
      </w:r>
    </w:p>
    <w:p>
      <w:pPr>
        <w:jc w:val="right"/>
      </w:pPr>
      <w:r>
        <w:t>تو سائنس کے ذریعے دوسری چیزوں کو جس طرح سے prove دیا جاتا ہے، ویسے ہی prove خدا کے لیے موجود ہے۔ اس کے باوجود کیوں نہیں مانتے لوگ؟</w:t>
      </w:r>
    </w:p>
    <w:p>
      <w:r>
        <w:rPr>
          <w:b/>
        </w:rPr>
        <w:t xml:space="preserve">[1:03:43] </w:t>
      </w:r>
      <w:r>
        <w:t>To is liye nahi ke reason nahi diya gaya. Is liye ke aaj insaan jo hai chahta hai unlimited freedom, to nahi chahta ke woh meri freedom par rok lagaye.</w:t>
      </w:r>
    </w:p>
    <w:p>
      <w:pPr>
        <w:jc w:val="right"/>
      </w:pPr>
      <w:r>
        <w:t>تو اس لیے نہیں کہ reason نہیں دیا گیا۔ اس لیے کہ آج انسان جو ہے چاہتا ہے unlimited freedom، تو نہیں چاہتا کہ وہ میری freedom پر روک لگائے۔</w:t>
      </w:r>
    </w:p>
    <w:p>
      <w:r>
        <w:rPr>
          <w:b/>
        </w:rPr>
        <w:t xml:space="preserve">[1:03:55] </w:t>
      </w:r>
      <w:r>
        <w:t>Yeh hai, yeh future ki baat nahi, yeh hamesha hi se hai.</w:t>
      </w:r>
    </w:p>
    <w:p>
      <w:pPr>
        <w:jc w:val="right"/>
      </w:pPr>
      <w:r>
        <w:t>یہ ہے، یہ future کی بات نہیں، یہ ہمیشہ ہی سے ہے۔</w:t>
      </w:r>
    </w:p>
    <w:p>
      <w:r>
        <w:rPr>
          <w:b/>
        </w:rPr>
        <w:t xml:space="preserve">[1:04:04] </w:t>
      </w:r>
      <w:r>
        <w:t>Okay, so we will end</w:t>
      </w:r>
    </w:p>
    <w:p>
      <w:pPr>
        <w:jc w:val="right"/>
      </w:pPr>
      <w:r>
        <w:t>Okay, so we will end</w:t>
      </w:r>
    </w:p>
    <w:p>
      <w:r>
        <w:rPr>
          <w:b/>
        </w:rPr>
        <w:t xml:space="preserve">[1:04:06] </w:t>
      </w:r>
      <w:r>
        <w:t>this session now. Thank you.</w:t>
      </w:r>
    </w:p>
    <w:p>
      <w:pPr>
        <w:jc w:val="right"/>
      </w:pPr>
      <w:r>
        <w:t>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