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Double Standards of Present-Day Muslims August 6, 2017</w:t>
      </w:r>
    </w:p>
    <w:p>
      <w:r>
        <w:t>https://www.youtube.com/watch?v=k1NcZQpHTyg</w:t>
      </w:r>
    </w:p>
    <w:p>
      <w:r>
        <w:rPr>
          <w:b/>
        </w:rPr>
        <w:t xml:space="preserve">[00:14] </w:t>
      </w:r>
      <w:r>
        <w:t>Bismillah al-Rahman al-Rahim, wa salla Allahu ala Nabi al-Karim. Rabbi ishrah li sadri, wa yassir li amri,</w:t>
      </w:r>
    </w:p>
    <w:p>
      <w:pPr>
        <w:jc w:val="right"/>
      </w:pPr>
      <w:r>
        <w:t>بسم اللہ الرحمن الرحیم، وصلی اللہ علی نبی الکریم۔ رب اشرح لی صدری، ویسر لی امری،</w:t>
      </w:r>
    </w:p>
    <w:p>
      <w:r>
        <w:rPr>
          <w:b/>
        </w:rPr>
        <w:t xml:space="preserve">[00:28] </w:t>
      </w:r>
      <w:r>
        <w:t>wahlu al-uqdatan min lisani, yafqahu qawli.</w:t>
      </w:r>
    </w:p>
    <w:p>
      <w:pPr>
        <w:jc w:val="right"/>
      </w:pPr>
      <w:r>
        <w:t>واحل العقدۃ من لسانی، یفقہ قولی۔</w:t>
      </w:r>
    </w:p>
    <w:p>
      <w:r>
        <w:rPr>
          <w:b/>
        </w:rPr>
        <w:t xml:space="preserve">[00:36] </w:t>
      </w:r>
      <w:r>
        <w:t>aaj mein ek</w:t>
      </w:r>
    </w:p>
    <w:p>
      <w:pPr>
        <w:jc w:val="right"/>
      </w:pPr>
      <w:r>
        <w:t>آج میں ایک</w:t>
      </w:r>
    </w:p>
    <w:p>
      <w:r>
        <w:rPr>
          <w:b/>
        </w:rPr>
        <w:t xml:space="preserve">[00:41] </w:t>
      </w:r>
      <w:r>
        <w:t>baat pesh aai to us ko le kar mein sochne laga, to bohat se waqeaat apni zindagi ke mujhe yaad aaye.</w:t>
      </w:r>
    </w:p>
    <w:p>
      <w:pPr>
        <w:jc w:val="right"/>
      </w:pPr>
      <w:r>
        <w:t>بات پیش آئی تو اس کو لے کر میں سوچنے لگا، تو بہت سے واقعات اپنی زندگی کے مجھے یاد آئے۔</w:t>
      </w:r>
    </w:p>
    <w:p>
      <w:r>
        <w:rPr>
          <w:b/>
        </w:rPr>
        <w:t xml:space="preserve">[00:52] </w:t>
      </w:r>
      <w:r>
        <w:t>mislaan dekhiye, jab hum aalim ban rahe thay, azaadi se pehle, to us zamane mein wahan par, aap jante hain ke daarul-sanafeen idara hai,</w:t>
      </w:r>
    </w:p>
    <w:p>
      <w:pPr>
        <w:jc w:val="right"/>
      </w:pPr>
      <w:r>
        <w:t>مثلاً دیکھیے، جب ہم عالم بن رہے تھے، آزادی سے پہلے، تو اس زمانے میں وہاں پر، آپ جانتے ہیں کہ دارالصنفین ادارہ ہے،</w:t>
      </w:r>
    </w:p>
    <w:p>
      <w:r>
        <w:rPr>
          <w:b/>
        </w:rPr>
        <w:t xml:space="preserve">[01:11] </w:t>
      </w:r>
      <w:r>
        <w:t>to wahan par akhbaar, urdu akhbaraat, urdu risale aate thay, bohat.</w:t>
      </w:r>
    </w:p>
    <w:p>
      <w:pPr>
        <w:jc w:val="right"/>
      </w:pPr>
      <w:r>
        <w:t>تو وہاں پر اخبار، اردو اخبارات، اردو رسالے آتے تھے، بہت۔</w:t>
      </w:r>
    </w:p>
    <w:p>
      <w:r>
        <w:rPr>
          <w:b/>
        </w:rPr>
        <w:t xml:space="preserve">[01:22] </w:t>
      </w:r>
      <w:r>
        <w:t>to</w:t>
      </w:r>
    </w:p>
    <w:p>
      <w:pPr>
        <w:jc w:val="right"/>
      </w:pPr>
      <w:r>
        <w:t>تو</w:t>
      </w:r>
    </w:p>
    <w:p>
      <w:r>
        <w:rPr>
          <w:b/>
        </w:rPr>
        <w:t xml:space="preserve">[01:26] </w:t>
      </w:r>
      <w:r>
        <w:t>mein parhta tha un ko.</w:t>
      </w:r>
    </w:p>
    <w:p>
      <w:pPr>
        <w:jc w:val="right"/>
      </w:pPr>
      <w:r>
        <w:t>میں پڑھتا تھا ان کو۔</w:t>
      </w:r>
    </w:p>
    <w:p>
      <w:r>
        <w:rPr>
          <w:b/>
        </w:rPr>
        <w:t xml:space="preserve">[01:31] </w:t>
      </w:r>
      <w:r>
        <w:t>to mujhe yaad hai ke ek title barabar rehta tha, barabar, woh yeh ke musalman kya kare, musalman kya kare.</w:t>
      </w:r>
    </w:p>
    <w:p>
      <w:pPr>
        <w:jc w:val="right"/>
      </w:pPr>
      <w:r>
        <w:t>تو مجھے یاد ہے کہ ایک ٹائٹل برابر رہتا تھا، برابر، وہ یہ کہ مسلمان کیا کرے، مسلمان کیا کرے۔</w:t>
      </w:r>
    </w:p>
    <w:p>
      <w:r>
        <w:rPr>
          <w:b/>
        </w:rPr>
        <w:t xml:space="preserve">[01:47] </w:t>
      </w:r>
      <w:r>
        <w:t>mislaan dekhiye, is zamane mein ek urdu bi-weekly niklta tha, uska naam tha "madina", woh bohat parhte thay log, bohat parha jata tha.</w:t>
      </w:r>
    </w:p>
    <w:p>
      <w:pPr>
        <w:jc w:val="right"/>
      </w:pPr>
      <w:r>
        <w:t>مثلاً دیکھیے، اس زمانے میں ایک اردو بائی ویکلی نکلتا تھا، اس کا نام تھا "مدینہ"، وہ بہت پڑھتے تھے لوگ، بہت پڑھا جاتا تھا۔</w:t>
      </w:r>
    </w:p>
    <w:p>
      <w:r>
        <w:rPr>
          <w:b/>
        </w:rPr>
        <w:t xml:space="preserve">[02:03] </w:t>
      </w:r>
      <w:r>
        <w:t>to "madina" niklta tha fareeda aur se, is mein ek mustaqil column hota tha musalman kya karein. to us ke mazameen jo barhe, us zamane ke jo mashhoor log thay musalmanon mein, un sab ne is mein likha tha.</w:t>
      </w:r>
    </w:p>
    <w:p>
      <w:pPr>
        <w:jc w:val="right"/>
      </w:pPr>
      <w:r>
        <w:t>تو "مدینہ" نکلتا تھا فریدہ اور سے، اس میں ایک مستقل کالم ہوتا تھا مسلمان کیا کریں۔ تو اس کے مضامین جو بڑے، اس زمانے کے جو مشہور لوگ تھے مسلمانوں میں، ان سب نے اس میں لکھا تھا۔</w:t>
      </w:r>
    </w:p>
    <w:p>
      <w:r>
        <w:rPr>
          <w:b/>
        </w:rPr>
        <w:t xml:space="preserve">[02:22] </w:t>
      </w:r>
      <w:r>
        <w:t>to un mazameen ka collection "madina" walon ne chhapa tha, uska naam tha musalman kya karein.</w:t>
      </w:r>
    </w:p>
    <w:p>
      <w:pPr>
        <w:jc w:val="right"/>
      </w:pPr>
      <w:r>
        <w:t>تو ان مضامین کا کلیکشن "مدینہ" والوں نے چھاپا تھا، اس کا نام تھا مسلمان کیا کریں۔</w:t>
      </w:r>
    </w:p>
    <w:p>
      <w:r>
        <w:rPr>
          <w:b/>
        </w:rPr>
        <w:t xml:space="preserve">[02:33] </w:t>
      </w:r>
      <w:r>
        <w:t>1940 mein, 1940 mein, 1940 mein, is mein 50 se ziyada mazameen thay, 300 se ziyada pages thay is ke.</w:t>
      </w:r>
    </w:p>
    <w:p>
      <w:pPr>
        <w:jc w:val="right"/>
      </w:pPr>
      <w:r>
        <w:t>1940 میں، 1940 میں، 1940 میں، اس میں 50 سے زیادہ مضامین تھے، 300 سے زیادہ پیجز تھے اس کے۔</w:t>
      </w:r>
    </w:p>
    <w:p>
      <w:r>
        <w:rPr>
          <w:b/>
        </w:rPr>
        <w:t xml:space="preserve">[02:51] </w:t>
      </w:r>
      <w:r>
        <w:t>to us waqt se yeh topic chal raha hai musalman kya karein, musalman kya karein. phir jab mein bara hua to 1950 mein mein kuch saal raha tha rampur mein,</w:t>
      </w:r>
    </w:p>
    <w:p>
      <w:pPr>
        <w:jc w:val="right"/>
      </w:pPr>
      <w:r>
        <w:t>تو اس وقت سے یہ ٹاپک چل رہا ہے مسلمان کیا کریں، مسلمان کیا کریں۔ پھر جب میں بڑا ہوا تو 1950 میں میں کچھ سال رہا تھا رام پور میں،</w:t>
      </w:r>
    </w:p>
    <w:p>
      <w:r>
        <w:rPr>
          <w:b/>
        </w:rPr>
        <w:t xml:space="preserve">[03:07] </w:t>
      </w:r>
      <w:r>
        <w:t>azaadi ke baad, 1950 mein. to wahan ek parhe likhe musalman thay, well educated.</w:t>
      </w:r>
    </w:p>
    <w:p>
      <w:pPr>
        <w:jc w:val="right"/>
      </w:pPr>
      <w:r>
        <w:t>آزادی کے بعد، 1950 میں۔ تو وہاں ایک پڑھے لکھے مسلمان تھے، ویل ایجوکیٹڈ۔</w:t>
      </w:r>
    </w:p>
    <w:p>
      <w:r>
        <w:rPr>
          <w:b/>
        </w:rPr>
        <w:t xml:space="preserve">[03:18] </w:t>
      </w:r>
      <w:r>
        <w:t>unhon ne ek baat cheet ke douran mein kaha ke musalmanon ke liye pehla masla yeh hai ke line of action kya ho, musalmanon ke liye line of action kya ho.</w:t>
      </w:r>
    </w:p>
    <w:p>
      <w:pPr>
        <w:jc w:val="right"/>
      </w:pPr>
      <w:r>
        <w:t>انہوں نے ایک بات چیت کے دوران میں کہا کہ مسلمانوں کے لیے پہلا مسئلہ یہ ہے کہ لائن آف ایکشن کیا ہو، مسلمانوں کے لیے لائن آف ایکشن کیا ہو۔</w:t>
      </w:r>
    </w:p>
    <w:p>
      <w:r>
        <w:rPr>
          <w:b/>
        </w:rPr>
        <w:t xml:space="preserve">[03:31] </w:t>
      </w:r>
      <w:r>
        <w:t>to woh tha urdu daron ka masla ya angrezi walon ka masla, wohi sawal. phir mein bahar gaya to arab sheikh ek mile mujhe,</w:t>
      </w:r>
    </w:p>
    <w:p>
      <w:pPr>
        <w:jc w:val="right"/>
      </w:pPr>
      <w:r>
        <w:t>تو وہ تھا اردو داروں کا مسئلہ یا انگریزی والوں کا مسئلہ، وہی سوال۔ پھر میں باہر گیا تو عرب شیخ ایک ملے مجھے،</w:t>
      </w:r>
    </w:p>
    <w:p>
      <w:r>
        <w:rPr>
          <w:b/>
        </w:rPr>
        <w:t xml:space="preserve">[03:45] </w:t>
      </w:r>
      <w:r>
        <w:t>unhon ne baat cheet ke douran mein kaha man man and begin from where to begin.</w:t>
      </w:r>
    </w:p>
    <w:p>
      <w:pPr>
        <w:jc w:val="right"/>
      </w:pPr>
      <w:r>
        <w:t>انہوں نے بات چیت کے دوران میں کہا من من اینڈ نبدا فرام ویئر ٹو بیگن۔</w:t>
      </w:r>
    </w:p>
    <w:p>
      <w:r>
        <w:rPr>
          <w:b/>
        </w:rPr>
        <w:t xml:space="preserve">[03:55] </w:t>
      </w:r>
      <w:r>
        <w:t>un ka bhi wohi sawal tha. to mein sochta raha ke taqreeban so saal se yahi musalmanon ka sab se ziyada appendent topic hai,</w:t>
      </w:r>
    </w:p>
    <w:p>
      <w:pPr>
        <w:jc w:val="right"/>
      </w:pPr>
      <w:r>
        <w:t>ان کا بھی وہی سوال تھا۔ تو میں سوچتا رہا کہ تقریباً سو سال سے یہی مسلمانوں کا سب سے زیادہ اپنڈر ٹاپک ہے،</w:t>
      </w:r>
    </w:p>
    <w:p>
      <w:r>
        <w:rPr>
          <w:b/>
        </w:rPr>
        <w:t xml:space="preserve">[04:11] </w:t>
      </w:r>
      <w:r>
        <w:t>musalman kya karein, musalman kya karein. aur aaj tak yeh masla hal nahi hua, aaj tak musalmanon ki millat ki satah par koi sui sabzi line of action nahi hai.</w:t>
      </w:r>
    </w:p>
    <w:p>
      <w:pPr>
        <w:jc w:val="right"/>
      </w:pPr>
      <w:r>
        <w:t>مسلمان کیا کریں، مسلمان کیا کریں۔ اور آج تک یہ مسئلہ حل نہیں ہوا، آج تک مسلمانوں کی ملی سطح پر کوئی سوئی سبزی لائن آف ایکشن نہیں ہے۔</w:t>
      </w:r>
    </w:p>
    <w:p>
      <w:r>
        <w:rPr>
          <w:b/>
        </w:rPr>
        <w:t xml:space="preserve">[04:27] </w:t>
      </w:r>
      <w:r>
        <w:t>kya kya boliyaan bolte hain log, is par sochta raha tha mein. phir mujhe ek aur baat saamne aai, dekhiye mein paida hua UP mein 1925 mein,</w:t>
      </w:r>
    </w:p>
    <w:p>
      <w:pPr>
        <w:jc w:val="right"/>
      </w:pPr>
      <w:r>
        <w:t>کیا کیا بولیاں بولتے ہیں لوگ، اس پر سوچتا رہا تھا میں۔ پھر مجھے ایک اور بات سامنے آئی، دیکھیے میں پیدا ہوا یو پی میں 1925 میں،</w:t>
      </w:r>
    </w:p>
    <w:p>
      <w:r>
        <w:rPr>
          <w:b/>
        </w:rPr>
        <w:t xml:space="preserve">[04:49] </w:t>
      </w:r>
      <w:r>
        <w:t>1925 mein. to mein sochne laga ke 1925 mein musalmanon ka jo haal tha, ab kaisa hai un ka haal hai. to jitne logon ko mein jaanta hoon, adam garh mein, yadwan ke bahar, dilli tak, har ek ko le kar sochta raha, sochta raha.</w:t>
      </w:r>
    </w:p>
    <w:p>
      <w:pPr>
        <w:jc w:val="right"/>
      </w:pPr>
      <w:r>
        <w:t>1925 میں۔ تو میں سوچنے لگا کہ 1925 میں مسلمانوں کا جو حال تھا، اب کیسا ہے ان کا حال ہے۔ تو جتنے لوگوں کو میں جانتا ہوں، آدم گڑھ میں، یادوان کے باہر، دلی تک، ہر ایک کو لے کر سوچتا رہا، سوچتا رہا۔</w:t>
      </w:r>
    </w:p>
    <w:p>
      <w:r>
        <w:rPr>
          <w:b/>
        </w:rPr>
        <w:t xml:space="preserve">[05:09] </w:t>
      </w:r>
      <w:r>
        <w:t>to mujhe laga ke har musalman apne apne aitbaar se taraqqi par hai, har insan, har musalman.</w:t>
      </w:r>
    </w:p>
    <w:p>
      <w:pPr>
        <w:jc w:val="right"/>
      </w:pPr>
      <w:r>
        <w:t>تو مجھے لگا کہ ہر مسلمان اپنے اپنے اعتبار سے ترقی پر ہے، ہر انسان، ہر مسلمان۔</w:t>
      </w:r>
    </w:p>
    <w:p>
      <w:r>
        <w:rPr>
          <w:b/>
        </w:rPr>
        <w:t xml:space="preserve">[05:19] </w:t>
      </w:r>
      <w:r>
        <w:t>yaani us zamane mein jis ke paas bicycle thi, aaj us ke paas car hai. us zamane mein jis ke paas kacha makan tha, aaj us ke paas paka makan hai.</w:t>
      </w:r>
    </w:p>
    <w:p>
      <w:pPr>
        <w:jc w:val="right"/>
      </w:pPr>
      <w:r>
        <w:t>یعنی اس زمانے میں جس کے پاس بائیسکل تھی، آج اس کے پاس کار ہے۔ اس زمانے میں جس کے پاس کچا مکان تھا، آج اس کے پاس پکا مکان ہے۔</w:t>
      </w:r>
    </w:p>
    <w:p>
      <w:r>
        <w:rPr>
          <w:b/>
        </w:rPr>
        <w:t xml:space="preserve">[05:30] </w:t>
      </w:r>
      <w:r>
        <w:t>us zamane mein jis ke paas ladke parhte thay madrase mein, ab parhte hain university mein. abhi haal ki baat hai, hamare area ke chhota sa gaon hai, wahan ke ek sahib aaye mere paas, mein jaanta tha un ko.</w:t>
      </w:r>
    </w:p>
    <w:p>
      <w:pPr>
        <w:jc w:val="right"/>
      </w:pPr>
      <w:r>
        <w:t>اس زمانے میں جس کے پاس لڑکے پڑھتے تھے مدرسے میں، اب پڑھتے ہیں یونیورسٹی میں۔ ابھی حال کی بات ہے، ہمارے ایریا کے چھوٹا سا گاؤں ہے، وہاں کے ایک صاحب آئے میرے پاس، میں جانتا تھا ان کو۔</w:t>
      </w:r>
    </w:p>
    <w:p>
      <w:r>
        <w:rPr>
          <w:b/>
        </w:rPr>
        <w:t xml:space="preserve">[05:47] </w:t>
      </w:r>
      <w:r>
        <w:t>to unhon ne poocha ke dilli kaisa hai, unhon ne kaha ke mera pota ja raha hai England, us ko wahan par scholarship milaya.</w:t>
      </w:r>
    </w:p>
    <w:p>
      <w:pPr>
        <w:jc w:val="right"/>
      </w:pPr>
      <w:r>
        <w:t>تو انہوں نے پوچھا کہ دلی کیسا ہے، انہوں نے کہا کہ میرا پوتا جا رہا ہے انگلینڈ، اس کو وہاں پر اسکالرشپ ملایا۔</w:t>
      </w:r>
    </w:p>
    <w:p>
      <w:r>
        <w:rPr>
          <w:b/>
        </w:rPr>
        <w:t xml:space="preserve">[05:56] </w:t>
      </w:r>
      <w:r>
        <w:t>ab dekhiye is gaon mein us waqt koi soch nahi sakta tha ke mera bachcha jayega England parhne ke liye. to ghraz yeh hai ke jin logon ko mein jaanta hoon India mein, India ke bahar bhi,</w:t>
      </w:r>
    </w:p>
    <w:p>
      <w:pPr>
        <w:jc w:val="right"/>
      </w:pPr>
      <w:r>
        <w:t>اب دیکھیے اس گاؤں میں اس وقت کوئی سوچ نہیں سکتا تھا کہ میرا بچہ جائے گا انگلینڈ پڑھنے کے لیے۔ تو غرض یہ ہے کہ جن لوگوں کو میں جانتا ہوں انڈیا میں، انڈیا کے باہر بھی،</w:t>
      </w:r>
    </w:p>
    <w:p>
      <w:r>
        <w:rPr>
          <w:b/>
        </w:rPr>
        <w:t xml:space="preserve">[06:11] </w:t>
      </w:r>
      <w:r>
        <w:t>sab taraqqi par hain apni family ke aitbar se. mujhe aik bhi family, yeh aik bhi insaan nahi janta jis ne zaati satah par barbaad hua ho.</w:t>
      </w:r>
    </w:p>
    <w:p>
      <w:pPr>
        <w:jc w:val="right"/>
      </w:pPr>
      <w:r>
        <w:t>سب ترقی پر ہیں اپنی فیملی کے اعتبار سے۔ مجھے ایک بھی فیملی، یہ ایک بھی انسان نہیں جانتا جس نے ذاتی سطح پر برباد ہوا ہو۔</w:t>
      </w:r>
    </w:p>
    <w:p>
      <w:r>
        <w:rPr>
          <w:b/>
        </w:rPr>
        <w:t xml:space="preserve">[06:24] </w:t>
      </w:r>
      <w:r>
        <w:t>har aadmi zaati satah par kaamyaab hai, har aadmi. to sawal yeh hai ke Musalman qaumi satah par to yeh sawal mein phanse hue hain, kya karein, kya karein.</w:t>
      </w:r>
    </w:p>
    <w:p>
      <w:pPr>
        <w:jc w:val="right"/>
      </w:pPr>
      <w:r>
        <w:t>ہر آدمی ذاتی سطح پر کامیاب ہے، ہر آدمی۔ تو سوال یہ ہے کہ مسلمان قومی سطح پر تو یہ سوال میں پڑے پھنسے ہوئے ہیں، کیا کریں، کیا کریں۔</w:t>
      </w:r>
    </w:p>
    <w:p>
      <w:r>
        <w:rPr>
          <w:b/>
        </w:rPr>
        <w:t xml:space="preserve">[06:38] </w:t>
      </w:r>
      <w:r>
        <w:t>abhi tak line of action tay nahi hui, lekin individual satah par sab ko pata hai ke humein kya karna hai. har aik ko pata hai ke mein apni bachi ki shadi achhe family mein karna hai,</w:t>
      </w:r>
    </w:p>
    <w:p>
      <w:pPr>
        <w:jc w:val="right"/>
      </w:pPr>
      <w:r>
        <w:t>ابھی تک لائن آف ایکشن طے نہیں ہوئی، لیکن انڈیویجول سطح پر سب کو پتہ ہے کہ ہمیں کیا کرنا ہے۔ ہر ایک کو پتہ ہے کہ میں اپنی بچی کی شادی اچھے فیملی میں کرنا ہے،</w:t>
      </w:r>
    </w:p>
    <w:p>
      <w:r>
        <w:rPr>
          <w:b/>
        </w:rPr>
        <w:t xml:space="preserve">[06:53] </w:t>
      </w:r>
      <w:r>
        <w:t>mein bete ko achhi parhai parhana hai, mujhe achha ghar banana hai, mujhe car kharidna hai, mujhe property banana hai. yeh sab ko pata hai aur sab khoob khoob taraqqi kar rahe hain.</w:t>
      </w:r>
    </w:p>
    <w:p>
      <w:pPr>
        <w:jc w:val="right"/>
      </w:pPr>
      <w:r>
        <w:t>میں بیٹے کو اچھی پڑھائی پڑھانا ہے، مجھے اچھا گھر بنانا ہے، مجھے کار خریدنا ہے، مجھے پراپرٹی بنانا ہے۔ یہ سب کو پتہ ہے اور سب خوب خوب ترقی کر رہے ہیں۔</w:t>
      </w:r>
    </w:p>
    <w:p>
      <w:r>
        <w:rPr>
          <w:b/>
        </w:rPr>
        <w:t xml:space="preserve">[07:09] </w:t>
      </w:r>
      <w:r>
        <w:t>isi yeh jahan humein naum din colony mein, to bohat pehle bhi yahan aaya tha mein, yaani bohat pehle.</w:t>
      </w:r>
    </w:p>
    <w:p>
      <w:pPr>
        <w:jc w:val="right"/>
      </w:pPr>
      <w:r>
        <w:t>اسی یہ جہاں ہمیں نام الدین کالونی میں، تو بہت پہلے بھی یہاں آیا تھا میں، یعنی بہت پہلے۔</w:t>
      </w:r>
    </w:p>
    <w:p>
      <w:r>
        <w:rPr>
          <w:b/>
        </w:rPr>
        <w:t xml:space="preserve">[07:24] </w:t>
      </w:r>
      <w:r>
        <w:t>us waqt yahan sirf aik masjid thi aur yahan par jangla tha. phir jab azadi mili, Pakistan se muhajir log aaye, un ko yeh ilaaqa diya gaya, unhon ne aik colony banai.</w:t>
      </w:r>
    </w:p>
    <w:p>
      <w:pPr>
        <w:jc w:val="right"/>
      </w:pPr>
      <w:r>
        <w:t>اس وقت یہاں صرف ایک مسجد تھی اور یہاں پر جنگل تھا۔ پھر جب آزادی ملی، پاکستان سے مہاجر لوگ آئے، ان کو یہ علاقہ دیا گیا، انہوں نے ایک کالونی بنائی۔</w:t>
      </w:r>
    </w:p>
    <w:p>
      <w:r>
        <w:rPr>
          <w:b/>
        </w:rPr>
        <w:t xml:space="preserve">[07:41] </w:t>
      </w:r>
      <w:r>
        <w:t>us waqt is colony mein sab ke sab non-muslim the, maon saaye ke. aaj yahan majority Musalmanon ki hai. to jis lihaaz se dekhiye Musalman taraqqi par hain apni family ke aitbar se, lekin jo Muslim millat hai,</w:t>
      </w:r>
    </w:p>
    <w:p>
      <w:pPr>
        <w:jc w:val="right"/>
      </w:pPr>
      <w:r>
        <w:t>اس وقت اس کالونی میں سب کے سب نان مسلم تھے، ماؤں سائے کے۔ آج یہاں میجورٹی مسلمانوں کی ہے۔ تو جس لحاظ سے دیکھیے مسلمان ترقی پر ہیں اپنی فیملی کے اعتبار سے، لیکن جو مسلم ملت ہے،</w:t>
      </w:r>
    </w:p>
    <w:p>
      <w:r>
        <w:rPr>
          <w:b/>
        </w:rPr>
        <w:t xml:space="preserve">[08:00] </w:t>
      </w:r>
      <w:r>
        <w:t>us ke lihaaz se aaj bhi yeh sawal hai ke Musalman mazloom hain, Musalman mazloom hain. to mazloom family nahi, koi mazloom qaum hai.</w:t>
      </w:r>
    </w:p>
    <w:p>
      <w:pPr>
        <w:jc w:val="right"/>
      </w:pPr>
      <w:r>
        <w:t>اس کے لحاظ سے آج بھی یہ سوال ہے کہ مسلمان مظلوم ہیں، مسلمان مظلوم ہیں۔ تو مظلوم فیملی نہیں، کوئی مظلوم قوم ہے۔</w:t>
      </w:r>
    </w:p>
    <w:p>
      <w:r>
        <w:rPr>
          <w:b/>
        </w:rPr>
        <w:t xml:space="preserve">[08:12] </w:t>
      </w:r>
      <w:r>
        <w:t>aaj mein yeh sochta raha ke is poori muddat mein jin Musalmanon ko mein jaanta hoon, un mein se koi mazloom nahi kehta ke mein fard, mein mazloom hoon.</w:t>
      </w:r>
    </w:p>
    <w:p>
      <w:pPr>
        <w:jc w:val="right"/>
      </w:pPr>
      <w:r>
        <w:t>آج میں یہ سوچتا رہا کہ اس پوری مدت میں جن مسلمانوں کو میں جانتا ہوں، ان میں سے کوئی مظلوم نہیں کہتا کہ میں فرد، میں مظلوم ہوں۔</w:t>
      </w:r>
    </w:p>
    <w:p>
      <w:r>
        <w:rPr>
          <w:b/>
        </w:rPr>
        <w:t xml:space="preserve">[08:22] </w:t>
      </w:r>
      <w:r>
        <w:t>sab taraqqi kar rahe hain, mera beta kahein ge mera beta yeh parh raha hai, meri family wahan settle ho gayi hai, mere paas falan jagah mein ne ghar bana liya hai.</w:t>
      </w:r>
    </w:p>
    <w:p>
      <w:pPr>
        <w:jc w:val="right"/>
      </w:pPr>
      <w:r>
        <w:t>سب ترقی کر رہے ہیں، میرا بیٹا کہیں گے میرا بیٹا یہ پڑھ رہا ہے، میری فیملی وہاں سیٹل ہو گئی ہے، میرے پاس فلاں جگہ میں نے گھر بنا لیا ہے۔</w:t>
      </w:r>
    </w:p>
    <w:p>
      <w:r>
        <w:rPr>
          <w:b/>
        </w:rPr>
        <w:t xml:space="preserve">[08:31] </w:t>
      </w:r>
      <w:r>
        <w:t>har aadmi ke paas taraqqi ke qisse hain. to fard taraqqi mein khoob taraqqi kar raha hai fard aur qaum mazloom hai, yeh kya cheez hai?</w:t>
      </w:r>
    </w:p>
    <w:p>
      <w:pPr>
        <w:jc w:val="right"/>
      </w:pPr>
      <w:r>
        <w:t>ہر آدمی کے پاس ترقی کے قصے ہیں۔ تو فرد ترقی میں خوب ترقی کر رہا ہے فرد اور قوم مظلوم ہے، یہ کیا چیز ہے؟</w:t>
      </w:r>
    </w:p>
    <w:p>
      <w:r>
        <w:rPr>
          <w:b/>
        </w:rPr>
        <w:t xml:space="preserve">[08:47] </w:t>
      </w:r>
      <w:r>
        <w:t>yeh aaj mein sochta raha to mujhe aik ajeeb cheez discover hui, woh yeh hai ke saari qaum ba-hazo majmooi double standard culture ka shikaar hai.</w:t>
      </w:r>
    </w:p>
    <w:p>
      <w:pPr>
        <w:jc w:val="right"/>
      </w:pPr>
      <w:r>
        <w:t>یہ آج میں سوچتا رہا تو مجھے ایک عجیب چیز ڈسکور ہوئی، وہ یہ ہے کہ ساری قوم بحض مجموعی ڈبل اسٹینڈرڈ کلچر کا شکار ہے۔</w:t>
      </w:r>
    </w:p>
    <w:p>
      <w:r>
        <w:rPr>
          <w:b/>
        </w:rPr>
        <w:t xml:space="preserve">[09:01] </w:t>
      </w:r>
      <w:r>
        <w:t>saari qaum double standard culture, yaani apni zaat ke aitbar se kuch soch hai un ki aur qaum ke lihaaz se kuch soch hai un ki.</w:t>
      </w:r>
    </w:p>
    <w:p>
      <w:pPr>
        <w:jc w:val="right"/>
      </w:pPr>
      <w:r>
        <w:t>ساری قوم ڈبل اسٹینڈرڈ کلچر، یعنی اپنی ذات کے اعتبار سے کچھ سوچ ہے ان کی اور قوم کے لحاظ سے کچھ سوچ ہے ان کی۔</w:t>
      </w:r>
    </w:p>
    <w:p>
      <w:r>
        <w:rPr>
          <w:b/>
        </w:rPr>
        <w:t xml:space="preserve">[09:14] </w:t>
      </w:r>
      <w:r>
        <w:t>qaum ke lihaaz se to falan zalim hai, falan zalim hai, falan zalim hai. America mein is homophobia hai, yeh hai, woh hai. to qaum ke lihaaz se jab baat karein ge woh to sab zalim ko phir aik baar fehrist hogi lambi.</w:t>
      </w:r>
    </w:p>
    <w:p>
      <w:pPr>
        <w:jc w:val="right"/>
      </w:pPr>
      <w:r>
        <w:t>قوم کے لحاظ سے تو فلاں ظالم ہے، فلاں ظالم ہے، فلاں ظالم ہے۔ امریکہ میں اس ہومو فوبیا ہے، یہ ہے، وہ ہے۔ تو قوم کے لحاظ سے جب بات کریں گے وہ تو سب ظالم کو پھر ایک بار فہرست ہوگی لمبی۔</w:t>
      </w:r>
    </w:p>
    <w:p>
      <w:r>
        <w:rPr>
          <w:b/>
        </w:rPr>
        <w:t xml:space="preserve">[09:29] </w:t>
      </w:r>
      <w:r>
        <w:t>Israel mein zulm ho raha hai, yahan zulm ho raha hai, wahan zulm ho raha hai.</w:t>
      </w:r>
    </w:p>
    <w:p>
      <w:pPr>
        <w:jc w:val="right"/>
      </w:pPr>
      <w:r>
        <w:t>اسرائیل میں ظلم ہو رہا ہے، یہاں ظلم ہو رہا ہے، وہاں ظلم ہو رہا ہے۔</w:t>
      </w:r>
    </w:p>
    <w:p>
      <w:r>
        <w:rPr>
          <w:b/>
        </w:rPr>
        <w:t xml:space="preserve">[09:36] </w:t>
      </w:r>
      <w:r>
        <w:t>jab baat karein ge qaum ki to un ke paas lambi fehrist nahi hogi zalimon ki. lekin inhi se poochhiye apni zaat ke bare mein to kya kahein ge?</w:t>
      </w:r>
    </w:p>
    <w:p>
      <w:pPr>
        <w:jc w:val="right"/>
      </w:pPr>
      <w:r>
        <w:t>جب بات کریں گے قوم کی تو ان کے پاس لمبی فہرست نہیں ہوگی ظالموں کی۔ لیکن انہی سے پوچھیے اپنی ذات کے بارے میں تو کیا کہیں گے؟</w:t>
      </w:r>
    </w:p>
    <w:p>
      <w:r>
        <w:rPr>
          <w:b/>
        </w:rPr>
        <w:t xml:space="preserve">[09:46] </w:t>
      </w:r>
      <w:r>
        <w:t>mera beta yeh apni taleem ki bataein ge, yeh engineer ho gaya hai, falan doctor ho gaya hai, mein ne falan jagah apna ghar bana liya hai, mere bete America mein settle ho gaye.</w:t>
      </w:r>
    </w:p>
    <w:p>
      <w:pPr>
        <w:jc w:val="right"/>
      </w:pPr>
      <w:r>
        <w:t>میرا بیٹا یہ اپنی تعلیم کی بتائیں گے، یہ انجینئر ہو گیا ہے، فلاں ڈاکٹر ہو گیا ہے، میں نے فلاں جگہ اپنا گھر بنا لیا ہے، میرے بیٹے امریکہ میں سیٹل ہو گئے۔</w:t>
      </w:r>
    </w:p>
    <w:p>
      <w:r>
        <w:rPr>
          <w:b/>
        </w:rPr>
        <w:t xml:space="preserve">[10:00] </w:t>
      </w:r>
      <w:r>
        <w:t>wohi aadmi apne khandan ki taraqqi bataye ga aur qaum ko bataye ga ke tum mazloomon se ghiri hui ho, zalimon se ghiri hui ho.</w:t>
      </w:r>
    </w:p>
    <w:p>
      <w:pPr>
        <w:jc w:val="right"/>
      </w:pPr>
      <w:r>
        <w:t>سیو آدمی اپنے خاندان کی ترقی بتائے گا اور قوم کو بتائے گا کہ تم مظلوموں سے گھری ہوئی ہو، ظالموں سے گھری ہوئی ہو۔</w:t>
      </w:r>
    </w:p>
    <w:p>
      <w:r>
        <w:rPr>
          <w:b/>
        </w:rPr>
        <w:t xml:space="preserve">[10:13] </w:t>
      </w:r>
      <w:r>
        <w:t>yeh kya cheez hai? yeh bohat hi baray peymanay par, bohat deep level par Musalmanon ke andar double standard culture aa gaya hai. apni zaat ke liye kuch sochna aur qaum ke liye kuch sochna.</w:t>
      </w:r>
    </w:p>
    <w:p>
      <w:pPr>
        <w:jc w:val="right"/>
      </w:pPr>
      <w:r>
        <w:t>یہ کیا چیز ہے؟ یہ بہت ہی بڑے پیمانے پر، بہت ڈیپ لیول پر مسلمانوں کے اندر ڈبل اسٹینڈرڈ کلچر آ گیا ہے۔ اپنی ذات کے لیے کچھ سوچنا اور قوم کے لیے کچھ سوچنا۔</w:t>
      </w:r>
    </w:p>
    <w:p>
      <w:r>
        <w:rPr>
          <w:b/>
        </w:rPr>
        <w:t xml:space="preserve">[10:30] </w:t>
      </w:r>
      <w:r>
        <w:t>to mein samajhta hoon ke asal masla yahi hai, asal masla na ke zalim ka hai, na asal masla Israel ka hai, na asal masla kisi bhi hukoomat ka hai.</w:t>
      </w:r>
    </w:p>
    <w:p>
      <w:pPr>
        <w:jc w:val="right"/>
      </w:pPr>
      <w:r>
        <w:t>تو میں سمجھتا ہوں کہ اصل مسئلہ یہی ہے، اصل مسئلہ نہ کہ ظالم کا ہے، نہ اصل مسئلہ اسرائیل کا ہے، نہ اصل مسئلہ کسی بھی حکومت کا ہے۔</w:t>
      </w:r>
    </w:p>
    <w:p>
      <w:r>
        <w:rPr>
          <w:b/>
        </w:rPr>
        <w:t xml:space="preserve">[10:42] </w:t>
      </w:r>
      <w:r>
        <w:t>asal masla yeh hai ke Musalman aik taraf se double standard ho gaye hain, apni zaat ke liye kuch, qaum ke liye kuch. aur yaad rakhiye, jo log double standard ho jayein, un ko woh sab se mehroom ho jatay hain kis cheez se?</w:t>
      </w:r>
    </w:p>
    <w:p>
      <w:pPr>
        <w:jc w:val="right"/>
      </w:pPr>
      <w:r>
        <w:t>اصل مسئلہ یہ ہے کہ مسلمان ایک طرف سے ڈبل اسٹینڈرڈ ہو گئے ہیں، اپنی ذات کے لیے کچھ، قوم کے لیے کچھ۔ اور یاد رکھیے، جو لوگ ڈبل اسٹینڈرڈ ہو جائیں، ان کو وہ سب سے محروم ہو جاتے ہیں کس چیز سے؟</w:t>
      </w:r>
    </w:p>
    <w:p>
      <w:r>
        <w:rPr>
          <w:b/>
        </w:rPr>
        <w:t xml:space="preserve">[11:04] </w:t>
      </w:r>
      <w:r>
        <w:t>right thinking se. Quran mein dekhiye yeh hai ke ma Allah qalb, yahan dimagh ka hai.</w:t>
      </w:r>
    </w:p>
    <w:p>
      <w:pPr>
        <w:jc w:val="right"/>
      </w:pPr>
      <w:r>
        <w:t>رائٹ تھنکنگ سے۔ قرآن میں دیکھیے یہ ہے کہ ما اللہ قلب، یہاں دماغ کا ہے۔</w:t>
      </w:r>
    </w:p>
    <w:p>
      <w:r>
        <w:rPr>
          <w:b/>
        </w:rPr>
        <w:t xml:space="preserve">[11:16] </w:t>
      </w:r>
      <w:r>
        <w:t>aadmi ke andar do dimagh nahi hota, qalb ka maani heart nahi hai, qalb ka maani mind hai.</w:t>
      </w:r>
    </w:p>
    <w:p>
      <w:pPr>
        <w:jc w:val="right"/>
      </w:pPr>
      <w:r>
        <w:t>آدمی کے اندر دو دماغ نہیں ہوتا، قلب کا معنی ہارٹ نہیں ہے، قلب کا معنی مائنڈ ہے۔</w:t>
      </w:r>
    </w:p>
    <w:p>
      <w:r>
        <w:rPr>
          <w:b/>
        </w:rPr>
        <w:t xml:space="preserve">[11:26] </w:t>
      </w:r>
      <w:r>
        <w:t>aadmi ke andar aik hi mind hota hai. jab aadmi do mind se soche to woh us ke andar kya hoga? confusion hoga, us ke andar yaani tarah tarah ki ghalat fehmiyan hongi.</w:t>
      </w:r>
    </w:p>
    <w:p>
      <w:pPr>
        <w:jc w:val="right"/>
      </w:pPr>
      <w:r>
        <w:t>آدمی کے اندر ایک ہی مائنڈ ہوتا ہے۔ جب آدمی دو مائنڈ سے سوچے تو وہ اس کے اندر کیا ہوگا؟ کنفیوژن ہوگا، اس کے اندر یعنی طرح طرح کی غلط فہمیاں ہوں گی۔</w:t>
      </w:r>
    </w:p>
    <w:p>
      <w:r>
        <w:rPr>
          <w:b/>
        </w:rPr>
        <w:t xml:space="preserve">[11:39] </w:t>
      </w:r>
      <w:r>
        <w:t>jab do mind se soche ga woh to har Musalman do mind se sochta hai, apne fard, apni zaat ke liye kuch, qaum ke liye kuch.</w:t>
      </w:r>
    </w:p>
    <w:p>
      <w:pPr>
        <w:jc w:val="right"/>
      </w:pPr>
      <w:r>
        <w:t>جب دو مائنڈ سے سوچے گا وہ تو ہر مسلمان دو مائنڈ سے سوچتا ہے، اپنے فرد، اپنی ذات کے لیے کچھ، قوم کے لیے کچھ۔</w:t>
      </w:r>
    </w:p>
    <w:p>
      <w:r>
        <w:rPr>
          <w:b/>
        </w:rPr>
        <w:t xml:space="preserve">[11:52] </w:t>
      </w:r>
      <w:r>
        <w:t>aik dimagh se sochta hai ke hamari qaum mazloom hai, doosra dimagh sochta hai ke meri qaum, mera beta taraqqi kar raha hai, meri beti ki achi shadi ho gayi hai, main ne acha ghar bana liya hai.</w:t>
      </w:r>
    </w:p>
    <w:p>
      <w:pPr>
        <w:jc w:val="right"/>
      </w:pPr>
      <w:r>
        <w:t>ایک دماغ سے سوچتا ہے کہ ہماری قوم مظلوم ہے، دوسرا دماغ سوچتا ہے کہ میری قوم، میرا بیٹا ترقی کر رہا ہے، میری بیٹی کی اچھی شادی ہو گئی ہے، میں نے اچھا گھر بنا لیا ہے۔</w:t>
      </w:r>
    </w:p>
    <w:p>
      <w:r>
        <w:rPr>
          <w:b/>
        </w:rPr>
        <w:t xml:space="preserve">[12:07] </w:t>
      </w:r>
      <w:r>
        <w:t>yeh to aik bohat hi ajeeb soorat-e-haal hai. Aap jante hain quran mein kya hai? Achay logon ke liye likha hua hai, double standard logon ke liye, double standard logon ke liye aik bohat hi sakht ayat hai quran majeed mein.</w:t>
      </w:r>
    </w:p>
    <w:p>
      <w:pPr>
        <w:jc w:val="right"/>
      </w:pPr>
      <w:r>
        <w:t>یہ تو ایک بہت ہی عجیب صورتحال ہے۔ آپ جانتے ہیں قرآن میں کیا ہے؟ اچھے لوگوں کے لیے لکھا ہوا ہے، ڈبل اسٹینڈرڈ لوگوں کے لیے، ڈبل اسٹینڈرڈ لوگوں کے لیے ایک بہت ہی سخت آیت ہے قرآن مجید میں۔</w:t>
      </w:r>
    </w:p>
    <w:p>
      <w:r>
        <w:rPr>
          <w:b/>
        </w:rPr>
        <w:t xml:space="preserve">[12:23] </w:t>
      </w:r>
      <w:r>
        <w:t>bataiye sahib, woh kahan hai? To tarjuma bataiye, innal munafiqeena fid-dar-killasfal min naar. Ayat sunaiye aur tarjuma padhiye.</w:t>
      </w:r>
    </w:p>
    <w:p>
      <w:pPr>
        <w:jc w:val="right"/>
      </w:pPr>
      <w:r>
        <w:t>بتائیے صاحب، وہ کہاں ہے؟ تو ترجمہ بتائیے، ان المنافقین فی الدرک الاسفل من دار۔ آیت سنائیے اور ترجمہ پڑھیے۔</w:t>
      </w:r>
    </w:p>
    <w:p>
      <w:r>
        <w:rPr>
          <w:b/>
        </w:rPr>
        <w:t xml:space="preserve">[12:35] </w:t>
      </w:r>
      <w:r>
        <w:t>munafiq ke mani hain double standard. Munafiq aisa nahi ke madine mein kuch log thay, woh munafiq thay. Jo double standard hai, wohi munafiq hai.</w:t>
      </w:r>
    </w:p>
    <w:p>
      <w:pPr>
        <w:jc w:val="right"/>
      </w:pPr>
      <w:r>
        <w:t>منافق کے معنی ہیں ڈبل اسٹینڈرڈ۔ منافق ایسا نہیں کہ مدینے میں کچھ لوگ تھے، وہ منافق تھے۔ جو ڈبل اسٹینڈرڈ ہے، وہی منافق ہے۔</w:t>
      </w:r>
    </w:p>
    <w:p>
      <w:r>
        <w:rPr>
          <w:b/>
        </w:rPr>
        <w:t xml:space="preserve">[12:44] </w:t>
      </w:r>
      <w:r>
        <w:t>surah nisa, ayat number 145: innal munafiqeena fid-dar-killasfal min naari, walan tajida lahum naseera.</w:t>
      </w:r>
    </w:p>
    <w:p>
      <w:pPr>
        <w:jc w:val="right"/>
      </w:pPr>
      <w:r>
        <w:t>سورہ النساء، آیت نمبر 145: ان المنافقین فی الدرک الاسفل من النار، ولن تجد لہم نصیرا۔</w:t>
      </w:r>
    </w:p>
    <w:p>
      <w:r>
        <w:rPr>
          <w:b/>
        </w:rPr>
        <w:t xml:space="preserve">[12:56] </w:t>
      </w:r>
      <w:r>
        <w:t>beshak munafiqeen aap ke sab se nichlay hissay mein honge aur tum un ke liye koi madadgar nahi paoge. Itni sakht ayat hai quran majeed mein.</w:t>
      </w:r>
    </w:p>
    <w:p>
      <w:pPr>
        <w:jc w:val="right"/>
      </w:pPr>
      <w:r>
        <w:t>بے شک منافقین آپ کے سب سے نچلے حصے میں ہوں گے اور تم ان کے لیے کوئی مددگار نہیں پاؤ گے۔ اتنی سخت آیت ہے قرآن مجید میں۔</w:t>
      </w:r>
    </w:p>
    <w:p>
      <w:r>
        <w:rPr>
          <w:b/>
        </w:rPr>
        <w:t xml:space="preserve">[13:08] </w:t>
      </w:r>
      <w:r>
        <w:t>to munafiq ke mani yeh baat samjhiye ke munafiq kuch log thay madine mein, woh khatam ho gaye, ab munafiq ka daur hi khatam ho gaya. Munafiq ke mani hain double standard.</w:t>
      </w:r>
    </w:p>
    <w:p>
      <w:pPr>
        <w:jc w:val="right"/>
      </w:pPr>
      <w:r>
        <w:t>تو منافق کے معنی یہ بات سمجھئے کہ منافق کچھ لوگ تھے مدینے میں، وہ ختم ہوگئے، اب منافق کا دور ہی ختم ہوگیا۔ منافق کے معنی ہیں ڈبل اسٹینڈرڈ۔</w:t>
      </w:r>
    </w:p>
    <w:p>
      <w:r>
        <w:rPr>
          <w:b/>
        </w:rPr>
        <w:t xml:space="preserve">[13:22] </w:t>
      </w:r>
      <w:r>
        <w:t>double standard, do dil ke sath sochna, do mind ke sath sochna. Mera yahi tajurba hai.</w:t>
      </w:r>
    </w:p>
    <w:p>
      <w:pPr>
        <w:jc w:val="right"/>
      </w:pPr>
      <w:r>
        <w:t>ڈبل اسٹینڈرڈ، دو دل کے ساتھ سوچنا، دو مائنڈ کے ساتھ سوچنا۔ میرا یہی تجربہ ہے۔</w:t>
      </w:r>
    </w:p>
    <w:p>
      <w:r>
        <w:rPr>
          <w:b/>
        </w:rPr>
        <w:t xml:space="preserve">[13:32] </w:t>
      </w:r>
      <w:r>
        <w:t>jis aadmi se poochhiye, us ke apne bete beti ke baray mein to khoob taraqqi batayega. Mera beta america settle ho gaya hai, meri beti Saudi Arab mein rehti hai,</w:t>
      </w:r>
    </w:p>
    <w:p>
      <w:pPr>
        <w:jc w:val="right"/>
      </w:pPr>
      <w:r>
        <w:t>جس آدمی سے پوچھیے، اس کے اپنے بیٹے بیٹی کے بارے میں تو خوب ترقی بتائے گا۔ میرا بیٹا امریکہ سیٹل ہو گیا ہے، میری بیٹی کی سعودی عرب میں رہتی ہے،</w:t>
      </w:r>
    </w:p>
    <w:p>
      <w:r>
        <w:rPr>
          <w:b/>
        </w:rPr>
        <w:t xml:space="preserve">[13:46] </w:t>
      </w:r>
      <w:r>
        <w:t>aur main shehar mein main ne flat le liya hai, aur falan jagah property bana li hai. Itni kahaniyan hain sab ke paas taraqqi ki, aur qaum ke liye baat kijiye, millat ke liye baat kijiye to sab ke paas yeh hai ke hamari qaum mazloom hai, hum zalimon se ghare hue hain.</w:t>
      </w:r>
    </w:p>
    <w:p>
      <w:pPr>
        <w:jc w:val="right"/>
      </w:pPr>
      <w:r>
        <w:t>اور میں شہر میں میں نے فلیٹ لے لیا ہے، اور فلاں جگہ پراپرٹی بنا لی ہے۔ اتنی کہانیاں ہیں سب کے پاس ترقی کی، اور قوم کے لیے بات کیجئے، ملت کے لیے بات کیجئے تو سب کے پاس یہ ہے کہ ہماری قوم مظلوم ہے، ہم ظالموں سے گھرے ہوئے ہیں۔</w:t>
      </w:r>
    </w:p>
    <w:p>
      <w:r>
        <w:rPr>
          <w:b/>
        </w:rPr>
        <w:t xml:space="preserve">[14:03] </w:t>
      </w:r>
      <w:r>
        <w:t>we are under siege, we are under siege. Jo hai kaun hai? Qaum, fard nahi hai.</w:t>
      </w:r>
    </w:p>
    <w:p>
      <w:pPr>
        <w:jc w:val="right"/>
      </w:pPr>
      <w:r>
        <w:t>وی آر انڈر سیج، وی آر انڈر سیج۔ جو ہے کون ہے؟ قوم، فرد نہیں ہے۔</w:t>
      </w:r>
    </w:p>
    <w:p>
      <w:r>
        <w:rPr>
          <w:b/>
        </w:rPr>
        <w:t xml:space="preserve">[14:14] </w:t>
      </w:r>
      <w:r>
        <w:t>yeh kaisi ajeeb halat hai,</w:t>
      </w:r>
    </w:p>
    <w:p>
      <w:pPr>
        <w:jc w:val="right"/>
      </w:pPr>
      <w:r>
        <w:t>یہ کیسی عجیب حالت ہے،</w:t>
      </w:r>
    </w:p>
    <w:p>
      <w:r>
        <w:rPr>
          <w:b/>
        </w:rPr>
        <w:t xml:space="preserve">[14:19] </w:t>
      </w:r>
      <w:r>
        <w:t>kaisi ajeeb halat hai. Abhi haal ki baat hai, main ne aik urdu mazmoon mein, aik urdu mazmoon mein, aik mazmoon mein mera naam nahi tha, us ne ke mere mere baray mein tha.</w:t>
      </w:r>
    </w:p>
    <w:p>
      <w:pPr>
        <w:jc w:val="right"/>
      </w:pPr>
      <w:r>
        <w:t>کیسی عجیب حالت ہے۔ ابھی حال کی بات ہے، میں نے ایک اردو مضمون میں، ایک اردو مضمون میں، ایک مضمون میں میرا نام نہیں تھا، اس نے کہ میرے میرے بارے میں تھا۔</w:t>
      </w:r>
    </w:p>
    <w:p>
      <w:r>
        <w:rPr>
          <w:b/>
        </w:rPr>
        <w:t xml:space="preserve">[14:34] </w:t>
      </w:r>
      <w:r>
        <w:t>mera naam nahi tha, urdu bhagteen mein unhon ne likha tha ke aik sahib hain jo yeh kehte hain ke India mein musalmanon ke liye khoob opportunities hain, India mein musalmanon ke liye equal opportunities hain.</w:t>
      </w:r>
    </w:p>
    <w:p>
      <w:pPr>
        <w:jc w:val="right"/>
      </w:pPr>
      <w:r>
        <w:t>میرا نام نہیں تھا، اردو بھگتین میں انہوں نے لکھا تھا کہ ایک صاحب ہیں جو یہ کہتے ہیں کہ انڈیا میں مسلمانوں کے لیے خوب اپرچونیٹیز ہیں، انڈیا میں مسلمانوں کے لیے ایکول اپرچونیٹیز ہیں۔</w:t>
      </w:r>
    </w:p>
    <w:p>
      <w:r>
        <w:rPr>
          <w:b/>
        </w:rPr>
        <w:t xml:space="preserve">[14:50] </w:t>
      </w:r>
      <w:r>
        <w:t>to kya kehte hain? Yeh badtareen qism ki ghabaawat hai. Yeh jo main ne likha hai ke India mein musalmanon ke liye bhi equal opportunities hain, to keh rahe hain ke yeh badtareen qism ghabaawat, ghabaawat hai.</w:t>
      </w:r>
    </w:p>
    <w:p>
      <w:pPr>
        <w:jc w:val="right"/>
      </w:pPr>
      <w:r>
        <w:t>تو کیا کہتے ہیں؟ یہ بدترین قسم کی غباوت ہے۔ یہ جو میں نے لکھا ہے کہ انڈیا میں مسلمانوں کے لیے بھی ایکول اپرچونیٹیز ہیں، تو کہہ رہے ہیں کہ یہ بدترین قسم غباوت، غباوت ہے۔</w:t>
      </w:r>
    </w:p>
    <w:p>
      <w:r>
        <w:rPr>
          <w:b/>
        </w:rPr>
        <w:t xml:space="preserve">[15:09] </w:t>
      </w:r>
      <w:r>
        <w:t>acha, woh khud wahi sahib jo unhon ne likha hai, main janta hoon un ko, woh khud khoob taraqqi kar rahe hain, un ke bete taraqqi kar rahe hain. Is waqt se main janta hoon jab woh.</w:t>
      </w:r>
    </w:p>
    <w:p>
      <w:pPr>
        <w:jc w:val="right"/>
      </w:pPr>
      <w:r>
        <w:t>اچھا، وہ خود وہی صاحب جو انہوں نے لکھا ہے، میں جانتا ہوں ان کو، وہ خود خوب ترقی کر رہے ہیں، ان کے بیٹے ترقی کر رہے ہیں۔ اس وقت سے میں جانتا ہوں جب وہ۔</w:t>
      </w:r>
    </w:p>
    <w:p>
      <w:r>
        <w:rPr>
          <w:b/>
        </w:rPr>
        <w:t xml:space="preserve">[15:20] </w:t>
      </w:r>
      <w:r>
        <w:t>ki yani abhi naujawan thay, parh rahe thay. Main janta hoon un ko us waqt se, aaj un ke paas sab kuch hai.</w:t>
      </w:r>
    </w:p>
    <w:p>
      <w:pPr>
        <w:jc w:val="right"/>
      </w:pPr>
      <w:r>
        <w:t>کی یعنی ابھی نوجوان تھے، پڑھ رہے تھے۔ میں جانتا ہوں ان کو اس وقت سے، آج ان کے پاس سب کچھ ہے۔</w:t>
      </w:r>
    </w:p>
    <w:p>
      <w:r>
        <w:rPr>
          <w:b/>
        </w:rPr>
        <w:t xml:space="preserve">[15:32] </w:t>
      </w:r>
      <w:r>
        <w:t>to is ko keh rahe hain badtareen qism ki ghabaawat ke agar hum kahein ke musalman taraqqi taraqqi kar rahe hain to ghabaawat hai. Apni zaat ke baray mein poocha un se ke mere bete to falan jagah settle ho rahe hain, falan kaam kar rahe hain, yeh woh dunya bhar ki batein hain.</w:t>
      </w:r>
    </w:p>
    <w:p>
      <w:pPr>
        <w:jc w:val="right"/>
      </w:pPr>
      <w:r>
        <w:t>تو اس کو کہہ رہے ہیں بدترین قسم کی غباوت کہ اگر ہم کہیں کہ مسلمان ترقی ترقی کر رہے ہیں تو غباوت ہے۔ اپنی ذات کے بارے میں پوچھا ان سے کہ میرے بیٹے تو فلاں جگہ سیٹل ہو رہے ہیں، فلاں کام کر رہے ہیں، یہ وہ دنیا بھر کی باتیں ہیں۔</w:t>
      </w:r>
    </w:p>
    <w:p>
      <w:r>
        <w:rPr>
          <w:b/>
        </w:rPr>
        <w:t xml:space="preserve">[15:54] </w:t>
      </w:r>
      <w:r>
        <w:t>to main samajhta hoon ke asal problem yahan hai ke musalman double standard ho gaye hain. Acha, dekhiye jab aap double standard ho jayein to aap ke andar spirit personality, integrated personality banti hai,</w:t>
      </w:r>
    </w:p>
    <w:p>
      <w:pPr>
        <w:jc w:val="right"/>
      </w:pPr>
      <w:r>
        <w:t>تو میں سمجھتا ہوں کہ اصل پرابلم یہاں ہے کہ مسلمان ڈبل اسٹینڈرڈ ہو گئے ہیں۔ اچھا، دیکھیے جب آپ ڈبل اسٹینڈرڈ ہو جائیں تو آپ کے اندر اسپرٹ پرسنلٹی، اسپرٹ پرسنلٹی بنتی ہے،</w:t>
      </w:r>
    </w:p>
    <w:p>
      <w:r>
        <w:rPr>
          <w:b/>
        </w:rPr>
        <w:t xml:space="preserve">[16:10] </w:t>
      </w:r>
      <w:r>
        <w:t>integrated personality nahi banti hai. To aap ke andar kya hoga? Yani self interest ke liye to bohat hoshiyar honge, aap self interest ke liye bohat hoshiyar honge.</w:t>
      </w:r>
    </w:p>
    <w:p>
      <w:pPr>
        <w:jc w:val="right"/>
      </w:pPr>
      <w:r>
        <w:t>انٹیگریٹ پرسنلٹی نہیں بنتی ہے۔ تو آپ کے اندر کیا ہوگا؟ یعنی سیلف انٹرسٹ کے لیے تو بہت ہوشیار ہوں گے، آپ سیلف انٹرسٹ کے لیے بہت ہوشیار ہوں گے۔</w:t>
      </w:r>
    </w:p>
    <w:p>
      <w:r>
        <w:rPr>
          <w:b/>
        </w:rPr>
        <w:t xml:space="preserve">[16:23] </w:t>
      </w:r>
      <w:r>
        <w:t>iske ilawa har baat ke liye bewakoof honge, woh aap yani Allah ki marifat, farishton ka mamla, akhirat ka mamla, jannat ka mamla, dozakh ka mamla, qabr ka mamla, jis mamle mein se baat kijiye, maloom hoga ke to kuch yani marifat se khali insaan hai,</w:t>
      </w:r>
    </w:p>
    <w:p>
      <w:pPr>
        <w:jc w:val="right"/>
      </w:pPr>
      <w:r>
        <w:t>اس کے علاوہ ہر بات کے لیے بیوقوف ہوں گے، وہ آپ یعنی اللہ کی معرفت، فرشتوں کا معاملہ، آخرت کا معاملہ، جنت کا معاملہ، دوزخ کا معاملہ، قبر کا معاملہ، جس معاملے میں سے بات کیجئے، معلوم ہوگا کہ تو کچھ یعنی معرفت سے خالی انسان ہے،</w:t>
      </w:r>
    </w:p>
    <w:p>
      <w:r>
        <w:rPr>
          <w:b/>
        </w:rPr>
        <w:t xml:space="preserve">[16:45] </w:t>
      </w:r>
      <w:r>
        <w:t>marifat se khali insaan hai. To apne family ke baray mein bohat hoshiyar aur baqi cheezon ke baray mein ghair hoshiyar.</w:t>
      </w:r>
    </w:p>
    <w:p>
      <w:pPr>
        <w:jc w:val="right"/>
      </w:pPr>
      <w:r>
        <w:t>معرفت سے خالی انسان ہے۔ تو اپنے فیملی کے بارے میں بہت ہوشیار اور باقی چیزوں کے بارے میں غیر ہوشیار۔</w:t>
      </w:r>
    </w:p>
    <w:p>
      <w:r>
        <w:rPr>
          <w:b/>
        </w:rPr>
        <w:t xml:space="preserve">[16:57] </w:t>
      </w:r>
      <w:r>
        <w:t>to musalmanon ka jo unhon ne kaha tha ke yani main ne nabz kahan se shuru karein?</w:t>
      </w:r>
    </w:p>
    <w:p>
      <w:pPr>
        <w:jc w:val="right"/>
      </w:pPr>
      <w:r>
        <w:t>تو مسلمانوں کا جو انہوں نے کہا تھا کہ یعنی میں نے نبض کہاں سے شروع کریں؟</w:t>
      </w:r>
    </w:p>
    <w:p>
      <w:r>
        <w:rPr>
          <w:b/>
        </w:rPr>
        <w:t xml:space="preserve">[17:07] </w:t>
      </w:r>
      <w:r>
        <w:t>to shuru yahan se karein ke musalmanon ke andar se jo double standard culture aa gaya, us ko khatam karein.</w:t>
      </w:r>
    </w:p>
    <w:p>
      <w:pPr>
        <w:jc w:val="right"/>
      </w:pPr>
      <w:r>
        <w:t>تو شروع یہاں سے کریں کہ مسلمانوں کے اندر سے جو ڈبل اسٹینڈرڈ کلچر آ گیا، اس کو ختم کریں۔</w:t>
      </w:r>
    </w:p>
    <w:p>
      <w:r>
        <w:rPr>
          <w:b/>
        </w:rPr>
        <w:t xml:space="preserve">[17:16] </w:t>
      </w:r>
      <w:r>
        <w:t>yahan shuru karna hai, musalmanon ke andar jo aa gaya double standard culture, us ko khatam karein.</w:t>
      </w:r>
    </w:p>
    <w:p>
      <w:pPr>
        <w:jc w:val="right"/>
      </w:pPr>
      <w:r>
        <w:t>یہاں شروع کرنا ہے، مسلمانوں کے اندر جو آ گیا ڈبل اسٹینڈرڈ کلچر، اس کو ختم کریں۔</w:t>
      </w:r>
    </w:p>
    <w:p>
      <w:r>
        <w:rPr>
          <w:b/>
        </w:rPr>
        <w:t xml:space="preserve">[17:31] </w:t>
      </w:r>
      <w:r>
        <w:t>aur is se bhi ek aur baat samajh lijiye ke is se fard ki satah pe bhi koi bari taraqqi musalman nahi kar sakte. choti taraqqi karenge, choti taraqqi.</w:t>
      </w:r>
    </w:p>
    <w:p>
      <w:pPr>
        <w:jc w:val="right"/>
      </w:pPr>
      <w:r>
        <w:t>اور اس سے بھی ایک اور بات سمجھ لیجئے کہ اس سے فرد کی سطح پہ بھی کوئی بڑی ترقی مسلمان نہیں کر سکتے۔ چھوٹی ترقی کریں گے، چھوٹی ترقی۔</w:t>
      </w:r>
    </w:p>
    <w:p>
      <w:r>
        <w:rPr>
          <w:b/>
        </w:rPr>
        <w:t xml:space="preserve">[17:41] </w:t>
      </w:r>
      <w:r>
        <w:t>bari taraqqi aati hai jab aap ke andar universal soch ho, poori insaniyat ke liye sochta ho.</w:t>
      </w:r>
    </w:p>
    <w:p>
      <w:pPr>
        <w:jc w:val="right"/>
      </w:pPr>
      <w:r>
        <w:t>بڑی ترقی آتی ہے جب آپ کے اندر یونیورسل سوچ ہو، پوری انسانیت کے لیے سوچتا ہو۔</w:t>
      </w:r>
    </w:p>
    <w:p>
      <w:r>
        <w:rPr>
          <w:b/>
        </w:rPr>
        <w:t xml:space="preserve">[17:52] </w:t>
      </w:r>
      <w:r>
        <w:t>abhi mere paas kal telephone aaya tha bombay se. bombay ne bombay mein ek bohat bara seminar hua tha is par organ donation par.</w:t>
      </w:r>
    </w:p>
    <w:p>
      <w:pPr>
        <w:jc w:val="right"/>
      </w:pPr>
      <w:r>
        <w:t>ابھی میرے پاس کل ٹیلی فون آیا تھا بمبئی سے۔ بمبئی نے بمبئی میں ایک بہت بڑا سیمینار ہوا تھا اس پر ارگن ڈونیشن پر۔</w:t>
      </w:r>
    </w:p>
    <w:p>
      <w:r>
        <w:rPr>
          <w:b/>
        </w:rPr>
        <w:t xml:space="preserve">[18:05] </w:t>
      </w:r>
      <w:r>
        <w:t>organ donation to ek sahab ne bataya ke wahan musalman jitne bhi thay, sab ke khilaf organ donation ki.</w:t>
      </w:r>
    </w:p>
    <w:p>
      <w:pPr>
        <w:jc w:val="right"/>
      </w:pPr>
      <w:r>
        <w:t>ارگن ڈونیشن تو ایک صاحب نے بتایا کہ وہاں مسلمان جتنے بھی تھے، سب کے خلاف ارگن ڈونیشن کی۔</w:t>
      </w:r>
    </w:p>
    <w:p>
      <w:r>
        <w:rPr>
          <w:b/>
        </w:rPr>
        <w:t xml:space="preserve">[18:17] </w:t>
      </w:r>
      <w:r>
        <w:t>to kya is donation kya hai? giving, giving ki spirit se khali ho gaya musalman. donation ke mani hain ke aap apne kisi zaroorat mand ko, yani aap ka bit pe chale jayen, aakhir waqt aa jaye to aap wasiyat kar dein ke bhai aankh mere baad is ko de dijiye.</w:t>
      </w:r>
    </w:p>
    <w:p>
      <w:pPr>
        <w:jc w:val="right"/>
      </w:pPr>
      <w:r>
        <w:t>تو کیا اس ڈونیشن کیا ہے؟ گیونگ، گیونگ کی اسپرٹ سے خالی ہو گیا مسلمان۔ ڈونیشن کے معنی ہیں کہ آپ اپنے کسی ضرورت مند کو، یعنی آپ کا بٹ پہ چلے جائیں، آخر وقت آ جائے تو آپ وصیت کر دیں کہ بھئی آنکھ میرے بعد اس کو دے دیجئے۔</w:t>
      </w:r>
    </w:p>
    <w:p>
      <w:r>
        <w:rPr>
          <w:b/>
        </w:rPr>
        <w:t xml:space="preserve">[18:42] </w:t>
      </w:r>
      <w:r>
        <w:t>to ye ye ye haram hai. aur khud agar zaroorat ho to wo zaroor le lenge aankh, kis tarah aankh? to musalman jo dekhiye, ye jo double standard culture hai, is ka kya nuqsan hota hai ke giving speed khatam ho jati hai,</w:t>
      </w:r>
    </w:p>
    <w:p>
      <w:pPr>
        <w:jc w:val="right"/>
      </w:pPr>
      <w:r>
        <w:t>تو یہ یہ یہ حرام ہے۔ اور خود اگر ضرورت ہو تو وہ ضرور لے لیں گے آنکھ، کس طرح آنکھ؟ تو مسلمان جو دیکھیے، یہ جو ڈبل اسٹینڈرڈ کلچر ہے، اس کا کیا نقصان ہوتا ہے کہ گیونگ اسپیڈ ختم ہو جاتی ہے،</w:t>
      </w:r>
    </w:p>
    <w:p>
      <w:r>
        <w:rPr>
          <w:b/>
        </w:rPr>
        <w:t xml:space="preserve">[19:01] </w:t>
      </w:r>
      <w:r>
        <w:t>taking speed baqi rehti hai. to sari dunya ke musalman jo hain, taker community bani hui hain. kahin bhi dunya mein musalman give giving community nahi hai, giver community nahi hai.</w:t>
      </w:r>
    </w:p>
    <w:p>
      <w:pPr>
        <w:jc w:val="right"/>
      </w:pPr>
      <w:r>
        <w:t>ٹیکنگ اسپیڈ باقی رہتی ہے۔ تو ساری دنیا کے مسلمان جو ہیں، ٹیکر کمیونٹی بنی ہوئی ہیں۔ کہیں بھی دنیا میں مسلمان گیو گیونگ کمیونٹی نہیں ہے، گیور کمیونٹی نہیں ہے۔</w:t>
      </w:r>
    </w:p>
    <w:p>
      <w:r>
        <w:rPr>
          <w:b/>
        </w:rPr>
        <w:t xml:space="preserve">[19:17] </w:t>
      </w:r>
      <w:r>
        <w:t>jo log aisa ho jayen, un ka haal to bari taraqqi nahi karenge. yaad rakhiye, choti moti kar lenge, bari taraqqi nahi.</w:t>
      </w:r>
    </w:p>
    <w:p>
      <w:pPr>
        <w:jc w:val="right"/>
      </w:pPr>
      <w:r>
        <w:t>جو لوگ ایسا ہو جائیں، ان کا حال تو بڑی ترقی نہیں کریں گے۔ یاد رکھیے، چھوٹی موٹی کر لیں گے، بڑی ترقی نہیں۔</w:t>
      </w:r>
    </w:p>
    <w:p>
      <w:r>
        <w:rPr>
          <w:b/>
        </w:rPr>
        <w:t xml:space="preserve">[19:27] </w:t>
      </w:r>
      <w:r>
        <w:t>is liye aap dekhiye, hindu hain, christian hain, bari bari taraqqiyan kar rahe hain, bari bari taraqqiyan.</w:t>
      </w:r>
    </w:p>
    <w:p>
      <w:pPr>
        <w:jc w:val="right"/>
      </w:pPr>
      <w:r>
        <w:t>اس لیے آپ دیکھیے، ہندو ہیں، کرسچن ہیں، بڑی بڑی ترقیاں کر رہے ہیں، بڑی بڑی ترقیاں۔</w:t>
      </w:r>
    </w:p>
    <w:p>
      <w:r>
        <w:rPr>
          <w:b/>
        </w:rPr>
        <w:t xml:space="preserve">[19:37] </w:t>
      </w:r>
      <w:r>
        <w:t>bhai musalman apna ghar bana lenge aur ek car kharid lenge, wo to is baat khush rahenge.</w:t>
      </w:r>
    </w:p>
    <w:p>
      <w:pPr>
        <w:jc w:val="right"/>
      </w:pPr>
      <w:r>
        <w:t>بھئی مسلمان اپنا گھر بنا لیں گے اور ایک کار خرید لیں گے، وہ تو اس بات خوش رہیں گے۔</w:t>
      </w:r>
    </w:p>
    <w:p>
      <w:r>
        <w:rPr>
          <w:b/>
        </w:rPr>
        <w:t xml:space="preserve">[19:51] </w:t>
      </w:r>
      <w:r>
        <w:t>aap dekhiye, india mein aap rehte hain, ghor kijiye, musalmanon ke bohat jalse hote hain. kabhi aaj tak wahin walon ke musalmanon ne kabhi jalsa kiya ho insani masle par, ملت ke masle par?</w:t>
      </w:r>
    </w:p>
    <w:p>
      <w:pPr>
        <w:jc w:val="right"/>
      </w:pPr>
      <w:r>
        <w:t>آپ دیکھیے، انڈیا میں آپ رہتے ہیں، غور کیجئے، مسلمانوں کے بہت جلسے ہوتے ہیں۔ کبھی آج تک وہیں والوں کے مسلمانوں نے کبھی جلسہ کیا ہو انسانی مسئلے پر، ملت کے مسئلے پر؟</w:t>
      </w:r>
    </w:p>
    <w:p>
      <w:r>
        <w:rPr>
          <w:b/>
        </w:rPr>
        <w:t xml:space="preserve">[20:05] </w:t>
      </w:r>
      <w:r>
        <w:t>karte hain jalse, wo ملت ke zulm ki faryad batane ke liye. musalmanon ke jitne jalse hote hain, wo sab ملت ke naam par hote hain, ملت ke liye masail par hote hain, insan ke masail par nahi hote hain.</w:t>
      </w:r>
    </w:p>
    <w:p>
      <w:pPr>
        <w:jc w:val="right"/>
      </w:pPr>
      <w:r>
        <w:t>کرتے ہیں جلسے، وہ ملت کے ظلم کی فریاد بتانے کے لیے۔ مسلمانوں کے جتنے جلسے ہوتے ہیں، وہ سب ملت کے نام پر ہوتے ہیں، ملت کے لیے مسائل پر ہوتے ہیں، انسان کے مسائل پر نہیں ہوتے۔</w:t>
      </w:r>
    </w:p>
    <w:p>
      <w:r>
        <w:rPr>
          <w:b/>
        </w:rPr>
        <w:t xml:space="preserve">[20:20] </w:t>
      </w:r>
      <w:r>
        <w:t>ye ek ek alamat hai ke musalman</w:t>
      </w:r>
    </w:p>
    <w:p>
      <w:pPr>
        <w:jc w:val="right"/>
      </w:pPr>
      <w:r>
        <w:t>یہ ایک ایک علامت ہے کہ مسلمان</w:t>
      </w:r>
    </w:p>
    <w:p>
      <w:r>
        <w:rPr>
          <w:b/>
        </w:rPr>
        <w:t xml:space="preserve">[20:27] </w:t>
      </w:r>
      <w:r>
        <w:t>sari dunya mein ek taker community ban kar reh gaye hain, wo giver community nahi hai.</w:t>
      </w:r>
    </w:p>
    <w:p>
      <w:pPr>
        <w:jc w:val="right"/>
      </w:pPr>
      <w:r>
        <w:t>ساری دنیا میں ایک ٹیکر کمیونٹی بن کر رہ گئے ہیں، وہ گیور کمیونٹی نہیں ہے۔</w:t>
      </w:r>
    </w:p>
    <w:p>
      <w:r>
        <w:rPr>
          <w:b/>
        </w:rPr>
        <w:t xml:space="preserve">[20:35] </w:t>
      </w:r>
      <w:r>
        <w:t>to yaad rakhiye, sada baat nahi hai double standard hona. aala thakeen khatam, giving giving speed khatam, aala akhlaq khatam, insaniyat ki khair khwahi khatam.</w:t>
      </w:r>
    </w:p>
    <w:p>
      <w:pPr>
        <w:jc w:val="right"/>
      </w:pPr>
      <w:r>
        <w:t>تو یاد رکھیے، سادہ بات نہیں ہے ڈبل اسٹینڈرڈ ہونا۔ اعلیٰ تھکیں ختم، گیونگ گیونگ اسپیڈ ختم، اعلیٰ اخلاق ختم، انسانیت کی خیر خواہی ختم۔</w:t>
      </w:r>
    </w:p>
    <w:p>
      <w:r>
        <w:rPr>
          <w:b/>
        </w:rPr>
        <w:t xml:space="preserve">[20:49] </w:t>
      </w:r>
      <w:r>
        <w:t>aur sab se bari baat, sab se bari hoti hai ke dawat khatam. jab aap selfish ban jayen, selfish, aap ko sirf apni family dikhai de.</w:t>
      </w:r>
    </w:p>
    <w:p>
      <w:pPr>
        <w:jc w:val="right"/>
      </w:pPr>
      <w:r>
        <w:t>اور سب سے بڑی بات، سب سے بڑی ہوتی ہے کہ دعوت ختم۔ جب آپ سیلفش بن جائیں، سیلفش، آپ کو صرف اپنی فیملی دکھائی دے۔</w:t>
      </w:r>
    </w:p>
    <w:p>
      <w:r>
        <w:rPr>
          <w:b/>
        </w:rPr>
        <w:t xml:space="preserve">[21:01] </w:t>
      </w:r>
      <w:r>
        <w:t>jab aap selfish ban jayen aur aap ko sirf apni family family dikhai de to aap ki qadar kabhi bhi yaad rakhiye, dawat ki speed nahi jayegi.</w:t>
      </w:r>
    </w:p>
    <w:p>
      <w:pPr>
        <w:jc w:val="right"/>
      </w:pPr>
      <w:r>
        <w:t>جب آپ سیلفش بن جائیں اور آپ کو صرف اپنی فیملی فیملی دکھائی دے تو آپ کی قدر کبھی بھی یاد رکھیے، دعوت کی اسپیڈ نہیں جائے گی۔</w:t>
      </w:r>
    </w:p>
    <w:p>
      <w:r>
        <w:rPr>
          <w:b/>
        </w:rPr>
        <w:t xml:space="preserve">[21:12] </w:t>
      </w:r>
      <w:r>
        <w:t>dawat ke kabhi tadpenge nahi aap, kyunke aam insan aap ka concern nahi hai. aap concern to apne beta beti hain, apni family hai.</w:t>
      </w:r>
    </w:p>
    <w:p>
      <w:pPr>
        <w:jc w:val="right"/>
      </w:pPr>
      <w:r>
        <w:t>دعوت کے کبھی تڑپیں گے نہیں آپ، کیونکہ عام انسان آپ کا کنسرن نہیں ہے۔ آپ کنسرن تو اپنے بیٹا بیٹی ہیں، اپنی فیملی ہے۔</w:t>
      </w:r>
    </w:p>
    <w:p>
      <w:r>
        <w:rPr>
          <w:b/>
        </w:rPr>
        <w:t xml:space="preserve">[21:25] </w:t>
      </w:r>
      <w:r>
        <w:t>to dawat ka kaam wo karega jis ke liye sari insaniyat concern bani hui hai. to double standard banne ke baad sab se bara nuqsan, sab se bara nuqsan jo hota hai, wo ye hota hai ke dawat khatam ho jati hai,</w:t>
      </w:r>
    </w:p>
    <w:p>
      <w:pPr>
        <w:jc w:val="right"/>
      </w:pPr>
      <w:r>
        <w:t>تو دعوت کا کام وہ کرے گا جس کے لیے ساری انسانیت کنسرن بنی ہوئی ہے۔ تو ڈبل اسٹینڈرڈ بننے کے بعد سب سے بڑا نقصان، سب سے بڑا نقصان جو ہوتا ہے، وہ یہ ہوتا ہے کہ دعوت ختم ہو جاتی ہے،</w:t>
      </w:r>
    </w:p>
    <w:p>
      <w:r>
        <w:rPr>
          <w:b/>
        </w:rPr>
        <w:t xml:space="preserve">[21:42] </w:t>
      </w:r>
      <w:r>
        <w:t>kyunke insan aap ka concern nahi rehta. achha, ab is ke baad kya hai? jab aap ka to dawat khatam ho jaye to jante hain kya hai?</w:t>
      </w:r>
    </w:p>
    <w:p>
      <w:pPr>
        <w:jc w:val="right"/>
      </w:pPr>
      <w:r>
        <w:t>کیونکہ انسان آپ کا کنسرن نہیں رہتا۔ اچھا، اب اس کے بعد کیا ہے؟ جب آپ کا تو دعوت ختم ہو جائے تو جانتے ہیں کیا ہے؟</w:t>
      </w:r>
    </w:p>
    <w:p>
      <w:r>
        <w:rPr>
          <w:b/>
        </w:rPr>
        <w:t xml:space="preserve">[21:53] </w:t>
      </w:r>
      <w:r>
        <w:t>aap ki ummat mohammadi hone ki hesiyat khatam ho jati hai. ye bohat hi seedhi rizq ki baat, bohat hi sakht baat keh raha hoon main aap ko.</w:t>
      </w:r>
    </w:p>
    <w:p>
      <w:pPr>
        <w:jc w:val="right"/>
      </w:pPr>
      <w:r>
        <w:t>آپ کی امت محمدی ہونے کی حیثیت ختم ہو جاتی ہے۔ یہ بہت ہی سیدھی رزق کی بات، بہت ہی سخت بات کہہ رہا ہوں میں آپ کو۔</w:t>
      </w:r>
    </w:p>
    <w:p>
      <w:r>
        <w:rPr>
          <w:b/>
        </w:rPr>
        <w:t xml:space="preserve">[22:05] </w:t>
      </w:r>
      <w:r>
        <w:t>to sochiye ke dawat khatam to aap ki hesiyat ummat mohammadi ho rahi hai, khatam.</w:t>
      </w:r>
    </w:p>
    <w:p>
      <w:pPr>
        <w:jc w:val="right"/>
      </w:pPr>
      <w:r>
        <w:t>تو سوچیے کہ دعوت ختم تو آپ کی حیثیت امت محمدی ہو رہی ہے، ختم۔</w:t>
      </w:r>
    </w:p>
    <w:p>
      <w:r>
        <w:rPr>
          <w:b/>
        </w:rPr>
        <w:t xml:space="preserve">[22:14] </w:t>
      </w:r>
      <w:r>
        <w:t>kyunke ummat mohammadi ki sifat kya hai?</w:t>
      </w:r>
    </w:p>
    <w:p>
      <w:pPr>
        <w:jc w:val="right"/>
      </w:pPr>
      <w:r>
        <w:t>کیونکہ امت محمدی کی صفت کیا ہے؟</w:t>
      </w:r>
    </w:p>
    <w:p>
      <w:r>
        <w:rPr>
          <w:b/>
        </w:rPr>
        <w:t xml:space="preserve">[22:26] </w:t>
      </w:r>
      <w:r>
        <w:t>ummat wasta سودا rasool alekum shaheeda. is is ka ayat ka tarjuma padhiye to</w:t>
      </w:r>
    </w:p>
    <w:p>
      <w:pPr>
        <w:jc w:val="right"/>
      </w:pPr>
      <w:r>
        <w:t>امت وسطہ سودا رسول علیکم شہیدا۔ اس اس کا آیت کا ترجمہ پڑھیے تو</w:t>
      </w:r>
    </w:p>
    <w:p>
      <w:r>
        <w:rPr>
          <w:b/>
        </w:rPr>
        <w:t xml:space="preserve">[22:32] </w:t>
      </w:r>
      <w:r>
        <w:t>aur hum ne isi tarah tum ko beech ki ummat banaya</w:t>
      </w:r>
    </w:p>
    <w:p>
      <w:pPr>
        <w:jc w:val="right"/>
      </w:pPr>
      <w:r>
        <w:t>اور ہم نے اسی طرح تم کو بیچ کی امت بنایا</w:t>
      </w:r>
    </w:p>
    <w:p>
      <w:r>
        <w:rPr>
          <w:b/>
        </w:rPr>
        <w:t xml:space="preserve">[22:38] </w:t>
      </w:r>
      <w:r>
        <w:t>taake tum ho logon par gawah aur rasool ho tumhare upar gawah. yeh hai ummat-e-muhammadi, yaani Muhammadi se hum ne ko lena hai aur insaan ko phansana hai.</w:t>
      </w:r>
    </w:p>
    <w:p>
      <w:pPr>
        <w:jc w:val="right"/>
      </w:pPr>
      <w:r>
        <w:t>تاکہ تم ہو لوگوں پر گواہ اور رسول ہو تمہارے اوپر گواہ۔ یہ ہے امت محمدی، یعنی محمدی سے ہم نے کو لینا ہے اور انسان کو پھنسانا ہے۔</w:t>
      </w:r>
    </w:p>
    <w:p>
      <w:r>
        <w:rPr>
          <w:b/>
        </w:rPr>
        <w:t xml:space="preserve">[22:53] </w:t>
      </w:r>
      <w:r>
        <w:t>Allah ka jo deen hai, hamein Muhammad sallallahu alaihi wasallam se lena hai aur duniya ko phansana hai. to jab aap yeh kaam hi nahi karein, yeh kaam hi nahi karein ke paigham bas lena, duniya ko phansana,</w:t>
      </w:r>
    </w:p>
    <w:p>
      <w:pPr>
        <w:jc w:val="right"/>
      </w:pPr>
      <w:r>
        <w:t>اللہ کا جو دین ہے، ہمیں محمد صلی اللہ علیہ وسلم سے لینا ہے اور دنیا کو پھنسانا ہے۔ تو جب آپ یہ کام ہی نہیں کریں، یہ کام ہی نہیں کریں کہ پیغام بس لینا، دنیا کو پھنسانا،</w:t>
      </w:r>
    </w:p>
    <w:p>
      <w:r>
        <w:rPr>
          <w:b/>
        </w:rPr>
        <w:t xml:space="preserve">[23:09] </w:t>
      </w:r>
      <w:r>
        <w:t>yeh hi dawat-e-Ilahi. to phir kya hai? aap ka ummat-e-muhammadi hona hi khatm, mujtaba ho gaya. to double standard banne ka kahan tak pahunchta hai maamla?</w:t>
      </w:r>
    </w:p>
    <w:p>
      <w:pPr>
        <w:jc w:val="right"/>
      </w:pPr>
      <w:r>
        <w:t>یہی دعوت اللہ۔ تو پھر کیا ہے؟ آپ کا امت محمدی ہونا ہی ختم، مجتبی ہو گیا۔ تو ڈبل اسٹینڈرڈ بننے کا کہاں تک پہنچتا ہے معاملہ؟</w:t>
      </w:r>
    </w:p>
    <w:p>
      <w:r>
        <w:rPr>
          <w:b/>
        </w:rPr>
        <w:t xml:space="preserve">[23:22] </w:t>
      </w:r>
      <w:r>
        <w:t>ke aap ka ummat-e-muhammadi ka hona hi mujtaba ho jata hai.</w:t>
      </w:r>
    </w:p>
    <w:p>
      <w:pPr>
        <w:jc w:val="right"/>
      </w:pPr>
      <w:r>
        <w:t>کہ آپ کا امت محمدی کا ہونا ہی مجتبی ہو جاتا ہے۔</w:t>
      </w:r>
    </w:p>
    <w:p>
      <w:r>
        <w:rPr>
          <w:b/>
        </w:rPr>
        <w:t xml:space="preserve">[23:29] </w:t>
      </w:r>
      <w:r>
        <w:t>to sochiye gaur gaur ki jiye ke kitna zyada sochne ki baat hai.</w:t>
      </w:r>
    </w:p>
    <w:p>
      <w:pPr>
        <w:jc w:val="right"/>
      </w:pPr>
      <w:r>
        <w:t>تو سوچ غور غور کیجئے کہ کتنا زیادہ سوچنے کی بات ہے۔</w:t>
      </w:r>
    </w:p>
    <w:p>
      <w:r>
        <w:rPr>
          <w:b/>
        </w:rPr>
        <w:t xml:space="preserve">[23:37] </w:t>
      </w:r>
      <w:r>
        <w:t>yaani duniya mein bari taraqqiyan khatm, high thinking khatm, ilmi zehan khatm, scientific thinking khatm.</w:t>
      </w:r>
    </w:p>
    <w:p>
      <w:pPr>
        <w:jc w:val="right"/>
      </w:pPr>
      <w:r>
        <w:t>یعنی دنیا میں بڑی ترقیاں ختم، ہائی تھنکنگ ختم، علمی ذہن ختم، سائنٹیفک تھنکنگ ختم۔</w:t>
      </w:r>
    </w:p>
    <w:p>
      <w:r>
        <w:rPr>
          <w:b/>
        </w:rPr>
        <w:t xml:space="preserve">[23:48] </w:t>
      </w:r>
      <w:r>
        <w:t>aur hote hote hote yahan tak ke ummat-e-muhammadi ki hesiyat jo hai, wohi mujtaba ho gayi.</w:t>
      </w:r>
    </w:p>
    <w:p>
      <w:pPr>
        <w:jc w:val="right"/>
      </w:pPr>
      <w:r>
        <w:t>اور ہوتے ہوتے ہوتے یہاں تک کہ امت محمدی کی حیثیت جو ہے، وہی مجتبی ہو گئی۔</w:t>
      </w:r>
    </w:p>
    <w:p>
      <w:r>
        <w:rPr>
          <w:b/>
        </w:rPr>
        <w:t xml:space="preserve">[23:59] </w:t>
      </w:r>
      <w:r>
        <w:t>to yeh saada baat nahi hai.</w:t>
      </w:r>
    </w:p>
    <w:p>
      <w:pPr>
        <w:jc w:val="right"/>
      </w:pPr>
      <w:r>
        <w:t>تو یہ سادہ بات نہیں ہے۔</w:t>
      </w:r>
    </w:p>
    <w:p>
      <w:r>
        <w:rPr>
          <w:b/>
        </w:rPr>
        <w:t xml:space="preserve">[24:03] </w:t>
      </w:r>
      <w:r>
        <w:t>musalmanon ko chahiye ke rethinking karein, rethinking. phir se sochein, phir sochein, phir sochein.</w:t>
      </w:r>
    </w:p>
    <w:p>
      <w:pPr>
        <w:jc w:val="right"/>
      </w:pPr>
      <w:r>
        <w:t>مسلمانوں کو چاہیے کہ ری تھنکنگ کریں، ری تھنکنگ۔ پھر سے سوچیں، پھر سوچیں، پھر سوچیں۔</w:t>
      </w:r>
    </w:p>
    <w:p>
      <w:r>
        <w:rPr>
          <w:b/>
        </w:rPr>
        <w:t xml:space="preserve">[24:14] </w:t>
      </w:r>
      <w:r>
        <w:t>rethinking, replanning.</w:t>
      </w:r>
    </w:p>
    <w:p>
      <w:pPr>
        <w:jc w:val="right"/>
      </w:pPr>
      <w:r>
        <w:t>ری تھنکنگ، ری پلاننگ۔</w:t>
      </w:r>
    </w:p>
    <w:p>
      <w:r>
        <w:rPr>
          <w:b/>
        </w:rPr>
        <w:t xml:space="preserve">[24:20] </w:t>
      </w:r>
      <w:r>
        <w:t>phir se sochna aur phir se apne maamle ke mansoobe banana.</w:t>
      </w:r>
    </w:p>
    <w:p>
      <w:pPr>
        <w:jc w:val="right"/>
      </w:pPr>
      <w:r>
        <w:t>پھر سے سوچنا اور پھر سے اپنے معاملے کے منصوبے بنانا۔</w:t>
      </w:r>
    </w:p>
    <w:p>
      <w:r>
        <w:rPr>
          <w:b/>
        </w:rPr>
        <w:t xml:space="preserve">[24:34] </w:t>
      </w:r>
      <w:r>
        <w:t>ek hamari kitaab chhap rahi hai ya chhap chuki hai shayad, replanning isi mauzu par. isko aap log padhein. replanning chhoti si kitaab hai woh.</w:t>
      </w:r>
    </w:p>
    <w:p>
      <w:pPr>
        <w:jc w:val="right"/>
      </w:pPr>
      <w:r>
        <w:t>ایک ہماری کتاب چھپ رہی ہے یا چھپ چکی ہے شاید، ری پلاننگ اسی موضوع پر۔ اس کو آپ لوگ پڑھیں۔ ری پلاننگ چھوٹی سی کتاب ہے وہ۔</w:t>
      </w:r>
    </w:p>
    <w:p>
      <w:r>
        <w:rPr>
          <w:b/>
        </w:rPr>
        <w:t xml:space="preserve">[24:48] </w:t>
      </w:r>
      <w:r>
        <w:t>to aaj main jab sochta raha, sochta raha to yeh baat mujhe samajh aayi.</w:t>
      </w:r>
    </w:p>
    <w:p>
      <w:pPr>
        <w:jc w:val="right"/>
      </w:pPr>
      <w:r>
        <w:t>تو آج میں جب سوچتا رہا، سوچتا رہا تو یہ بات مجھے سمجھ آئی۔</w:t>
      </w:r>
    </w:p>
    <w:p>
      <w:r>
        <w:rPr>
          <w:b/>
        </w:rPr>
        <w:t xml:space="preserve">[24:56] </w:t>
      </w:r>
      <w:r>
        <w:t>to poori beesveen sadi guzar gayi isi mein ke musalman kya karein, musalman kya karein. aur aaj tak jawab nahi mila.</w:t>
      </w:r>
    </w:p>
    <w:p>
      <w:pPr>
        <w:jc w:val="right"/>
      </w:pPr>
      <w:r>
        <w:t>تو پوری بیسویں صدی گزر گئی اسی میں کہ مسلمان کیا کریں، مسلمان کیا کریں۔ اور آج تک جواب نہیں ملا۔</w:t>
      </w:r>
    </w:p>
    <w:p>
      <w:r>
        <w:rPr>
          <w:b/>
        </w:rPr>
        <w:t xml:space="preserve">[25:06] </w:t>
      </w:r>
      <w:r>
        <w:t>kyun? yeh dekhiye ke musalmanon se thinking khatm ho gayi hai. dekhiye, selfish thinking, inaam thinking nahi hai. agar apni zaat ke liye bare hoshiyar aap hon to aap kuch nahi hain, aap nothing hain.</w:t>
      </w:r>
    </w:p>
    <w:p>
      <w:pPr>
        <w:jc w:val="right"/>
      </w:pPr>
      <w:r>
        <w:t>کیوں؟ یہ دیکھیں کہ مسلمانوں سے تھنکنگ ختم ہو گئی ہے۔ دیکھیے، سیلفش تھنکنگ، انعام تھنکنگ نہیں ہے۔ اگر اپنی ذات کے لیے بڑے ہوشیار آپ ہوں تو آپ کچھ نہیں ہیں، آپ نتھنگ ہیں۔</w:t>
      </w:r>
    </w:p>
    <w:p>
      <w:r>
        <w:rPr>
          <w:b/>
        </w:rPr>
        <w:t xml:space="preserve">[25:19] </w:t>
      </w:r>
      <w:r>
        <w:t>aap</w:t>
      </w:r>
    </w:p>
    <w:p>
      <w:pPr>
        <w:jc w:val="right"/>
      </w:pPr>
      <w:r>
        <w:t>آپ</w:t>
      </w:r>
    </w:p>
    <w:p>
      <w:r>
        <w:rPr>
          <w:b/>
        </w:rPr>
        <w:t xml:space="preserve">[25:23] </w:t>
      </w:r>
      <w:r>
        <w:t>aaj kal ke musalman jo hain, apni zaat ke liye khoob hoshiyar hain. zaati mafad ke liye yaani selfish thinking khoob hai logon ke andar. lekin selfish thinking ka matlab yeh nahi ke aap ke andar high thinking hogi.</w:t>
      </w:r>
    </w:p>
    <w:p>
      <w:pPr>
        <w:jc w:val="right"/>
      </w:pPr>
      <w:r>
        <w:t>آج کل کے مسلمان جو ہیں، اپنی ذات کے لیے خوب ہوشیار ہیں۔ ذاتی مفاد کے لیے یعنی سیلفش تھنکنگ خوب ہے لوگوں کے اندر۔ لیکن سیلفش تھنکنگ کا مطلب یہ نہیں کہ آپ کے اندر ہائی تھنکنگ ہوگی۔</w:t>
      </w:r>
    </w:p>
    <w:p>
      <w:r>
        <w:rPr>
          <w:b/>
        </w:rPr>
        <w:t xml:space="preserve">[25:36] </w:t>
      </w:r>
      <w:r>
        <w:t>selfish thinking khatm, selfish thinking aayi. selfish thinking aayi to high thinking khatm.</w:t>
      </w:r>
    </w:p>
    <w:p>
      <w:pPr>
        <w:jc w:val="right"/>
      </w:pPr>
      <w:r>
        <w:t>سیلفش تھنکنگ ختم، سیلفش تھنکنگ آئی۔ سیلفش تھنکنگ آئی تو ہائی تھنکنگ ختم۔</w:t>
      </w:r>
    </w:p>
    <w:p>
      <w:r>
        <w:rPr>
          <w:b/>
        </w:rPr>
        <w:t xml:space="preserve">[25:47] </w:t>
      </w:r>
      <w:r>
        <w:t>innaka laka laq al-aẓīm khatm.</w:t>
      </w:r>
    </w:p>
    <w:p>
      <w:pPr>
        <w:jc w:val="right"/>
      </w:pPr>
      <w:r>
        <w:t>انک لالا خلق عظیم ختم۔</w:t>
      </w:r>
    </w:p>
    <w:p>
      <w:r>
        <w:rPr>
          <w:b/>
        </w:rPr>
        <w:t xml:space="preserve">[25:53] </w:t>
      </w:r>
      <w:r>
        <w:t>apni zaat ko le kar sochna aaya to insaan ko le kar sochna khatm. aur insaan ko le kar sochna khatm to high thinking khatm.</w:t>
      </w:r>
    </w:p>
    <w:p>
      <w:pPr>
        <w:jc w:val="right"/>
      </w:pPr>
      <w:r>
        <w:t>اپنی ذات کو لے کر سوچنا آیا تو انسان کو لے کر سوچنا ختم۔ اور انسان کو لے کر سوچنا ختم تو ہائی تھنکنگ ختم۔</w:t>
      </w:r>
    </w:p>
    <w:p>
      <w:r>
        <w:rPr>
          <w:b/>
        </w:rPr>
        <w:t xml:space="preserve">[26:08] </w:t>
      </w:r>
      <w:r>
        <w:t>isi ko Quran mein kaha gaya hai ke yeh to hamare jamea mein ek professor the. woh professor the lekin achhi soch ke aadmi the.</w:t>
      </w:r>
    </w:p>
    <w:p>
      <w:pPr>
        <w:jc w:val="right"/>
      </w:pPr>
      <w:r>
        <w:t>اسی کو قرآن میں کہا گیا ہے کہ یہ تو ہمارے جامعہ میں ایک پروفیسر تھے۔ وہ پروفیسر تھے لیکن اچھی سوچ کے آدمی تھے۔</w:t>
      </w:r>
    </w:p>
    <w:p>
      <w:r>
        <w:rPr>
          <w:b/>
        </w:rPr>
        <w:t xml:space="preserve">[26:21] </w:t>
      </w:r>
      <w:r>
        <w:t>to woh kehte the ke hum log to haiwan ka sab hain. apne ko le ke kehte the woh ke hum log to haiwan ka sab hain yaani earning animal.</w:t>
      </w:r>
    </w:p>
    <w:p>
      <w:pPr>
        <w:jc w:val="right"/>
      </w:pPr>
      <w:r>
        <w:t>تو وہ کہتے تھے کہ ہم لوگ تو حیوان کاسب ہیں۔ اپنے کو لے کے کہتے تھے وہ کہ ہم لوگ تو حیوان کاسب ہیں یعنی ارننگ اینیمل۔</w:t>
      </w:r>
    </w:p>
    <w:p>
      <w:r>
        <w:rPr>
          <w:b/>
        </w:rPr>
        <w:t xml:space="preserve">[26:33] </w:t>
      </w:r>
      <w:r>
        <w:t>to aise log jo jinke andar yeh ho ke apna beta beti ke to khoob soche aur doosre insaan ke liye na soche to woh kya hain?</w:t>
      </w:r>
    </w:p>
    <w:p>
      <w:pPr>
        <w:jc w:val="right"/>
      </w:pPr>
      <w:r>
        <w:t>تو ایسے لوگ جو جن کے اندر یہ ہو کہ اپنا بیٹا بیٹی کے تو خوب سوچے اور دوسرے انسان کے لیے نہ سوچے تو وہ کیا ہیں؟</w:t>
      </w:r>
    </w:p>
    <w:p>
      <w:r>
        <w:rPr>
          <w:b/>
        </w:rPr>
        <w:t xml:space="preserve">[26:46] </w:t>
      </w:r>
      <w:r>
        <w:t>earning animal hain.</w:t>
      </w:r>
    </w:p>
    <w:p>
      <w:pPr>
        <w:jc w:val="right"/>
      </w:pPr>
      <w:r>
        <w:t>ارننگ اینیمل ہیں۔</w:t>
      </w:r>
    </w:p>
    <w:p>
      <w:r>
        <w:rPr>
          <w:b/>
        </w:rPr>
        <w:t xml:space="preserve">[26:54] </w:t>
      </w:r>
      <w:r>
        <w:t>aur Quran mein yeh ek aayat hai, woh kya? wa laqad dhara'na li jahannama kathiran min al-jinn wa al-ins lahum qulubun la yafqahuna biha wa lahum a'yunun la yubsiruna biha wa lahum adhanun la yasma'una biha ula'ika al-an'amu minhum adallu ula'ika hum al-ghafilun</w:t>
      </w:r>
    </w:p>
    <w:p>
      <w:pPr>
        <w:jc w:val="right"/>
      </w:pPr>
      <w:r>
        <w:t>اور قرآن میں یہ ایک آیت ہے، وہ کیا؟ ولقد ذرعنا لجهنم کثیرا من الجن والانس لہم قلوب لا یفقہون بها ولہم اعین لا یبصرون بها ولہم اذان لا یسمعون بها اولئک الانعام منہم اضل اولئک هم الغافلون</w:t>
      </w:r>
    </w:p>
    <w:p>
      <w:r>
        <w:rPr>
          <w:b/>
        </w:rPr>
        <w:t xml:space="preserve">[27:16] </w:t>
      </w:r>
      <w:r>
        <w:t>aur hum ne jahannum ko bhar diya hai bohat sare jinat aur insanon se. yeh aisay log hain ke in ke dil hain lekin woh is se samajhte nahi, aur un ki aankhein hain lekin woh is se dekhte nahi,</w:t>
      </w:r>
    </w:p>
    <w:p>
      <w:pPr>
        <w:jc w:val="right"/>
      </w:pPr>
      <w:r>
        <w:t>اور ہم نے جہنم کو بھر دیا ہے بہت سارے جنات اور انسانوں سے۔ یہ ایسے لوگ ہیں کہ ان کے دل ہیں لیکن وہ اس سے سمجھتے نہیں، اور ان کی آنکھیں ہیں لیکن وہ اس سے دیکھتے نہیں،</w:t>
      </w:r>
    </w:p>
    <w:p>
      <w:r>
        <w:rPr>
          <w:b/>
        </w:rPr>
        <w:t xml:space="preserve">[27:33] </w:t>
      </w:r>
      <w:r>
        <w:t>aur un ke kaan hain lekin woh un se suntay nahi. yeh log janwaron ki tarah hain balkay un se bhi gaye guzray.</w:t>
      </w:r>
    </w:p>
    <w:p>
      <w:pPr>
        <w:jc w:val="right"/>
      </w:pPr>
      <w:r>
        <w:t>اور ان کے کان ہیں لیکن وہ ان سے سنتے نہیں۔ یہ لوگ جانوروں کی طرح ہیں بلکہ ان سے بھی گئے گزرے۔</w:t>
      </w:r>
    </w:p>
    <w:p>
      <w:r>
        <w:rPr>
          <w:b/>
        </w:rPr>
        <w:t xml:space="preserve">[27:42] </w:t>
      </w:r>
      <w:r>
        <w:t>yahi log ghafil hain. surah al-araf ayat number 179. to dekhiye, yeh kehna ke sari dunya hamare khilaf zalim ban gayi hai, hum under siege hain aur sara west jo hai woh islamophobia mein hai, yeh kehna kafi nahi hai.</w:t>
      </w:r>
    </w:p>
    <w:p>
      <w:pPr>
        <w:jc w:val="right"/>
      </w:pPr>
      <w:r>
        <w:t>یہی لوگ غافل ہیں۔ سورہ الاعراف آیت نمبر 179۔ تو دیکھیے، یہ کہنا کہ ساری دنیا ہمارے خلاف ظالم بن گئی ہے، ہم مڈر سیج ہیں اور سارا ویسٹ جو ہے وہ اسلامو فوبیا میں ہے، یہ کہنا کافی نہیں ہے۔</w:t>
      </w:r>
    </w:p>
    <w:p>
      <w:r>
        <w:rPr>
          <w:b/>
        </w:rPr>
        <w:t xml:space="preserve">[28:04] </w:t>
      </w:r>
      <w:r>
        <w:t>kyun aisa hua? yeh kehna kafi nahi ke ab hum mazloom hain.</w:t>
      </w:r>
    </w:p>
    <w:p>
      <w:pPr>
        <w:jc w:val="right"/>
      </w:pPr>
      <w:r>
        <w:t>کیوں ایسا ہوا؟ یہ کہنا کافی نہیں کہ اب ہم مظلوم ہیں۔</w:t>
      </w:r>
    </w:p>
    <w:p>
      <w:r>
        <w:rPr>
          <w:b/>
        </w:rPr>
        <w:t xml:space="preserve">[28:13] </w:t>
      </w:r>
      <w:r>
        <w:t>yeh kehna kafi nahi ke hum mazloom hain. sawal yeh hai ke Allah ne aap ko bachaya kyun nahi zalimon ka shikar banne se? woh ayat parhiye, woh Allah tum par sabeel nahi de ga doosron ko.</w:t>
      </w:r>
    </w:p>
    <w:p>
      <w:pPr>
        <w:jc w:val="right"/>
      </w:pPr>
      <w:r>
        <w:t>یہ کہنا کافی نہیں کہ ہم مظلوم ہیں۔ سوال یہ ہے کہ اللہ نے آپ کو بچایا کیوں نہیں ظالموں کا شکار بننے سے؟ وہ آیت پڑھیے، وہ اللہ تم پر سبیل نہیں دے گا دوسروں کو۔</w:t>
      </w:r>
    </w:p>
    <w:p>
      <w:r>
        <w:rPr>
          <w:b/>
        </w:rPr>
        <w:t xml:space="preserve">[28:30] </w:t>
      </w:r>
      <w:r>
        <w:t>surah nisa ayat number 141. walayaj'al allahu lilkafirina 'alal mu'minina sabeela aur Allah hargiz inkar karne walon ko iman walon par rasta nahi de ga.</w:t>
      </w:r>
    </w:p>
    <w:p>
      <w:pPr>
        <w:jc w:val="right"/>
      </w:pPr>
      <w:r>
        <w:t>سورہ النساء آیت نمبر 141۔ ولیجعل اللہ للکافرین علی المومنین سبیلا اور اللہ ہرگز انکار کرنے والوں کو ایمان والوں پر راستہ نہیں دے گا۔</w:t>
      </w:r>
    </w:p>
    <w:p>
      <w:r>
        <w:rPr>
          <w:b/>
        </w:rPr>
        <w:t xml:space="preserve">[28:46] </w:t>
      </w:r>
      <w:r>
        <w:t>to asal masla yeh nahi ke hum mazloom hain. asal masla yeh hai ke hum ko logon ne mazloom banaya kaise? kaise un ko rasta mil gaya?</w:t>
      </w:r>
    </w:p>
    <w:p>
      <w:pPr>
        <w:jc w:val="right"/>
      </w:pPr>
      <w:r>
        <w:t>تو اصل مسئلہ یہ نہیں کہ ہم مظلوم ہیں۔ اصل مسئلہ یہ ہے کہ ہم کو لوگوں نے مظلوم بنایا کیسے؟ کیسے ان کو راستہ مل گیا؟</w:t>
      </w:r>
    </w:p>
    <w:p>
      <w:r>
        <w:rPr>
          <w:b/>
        </w:rPr>
        <w:t xml:space="preserve">[28:57] </w:t>
      </w:r>
      <w:r>
        <w:t>kaise woh kamyab hue aap ko mazloom banane mein? is ke ma'ne hain ke Allah ki rehmat hum se uth gayi hai. bohat ziyada sochne ki baat hai.</w:t>
      </w:r>
    </w:p>
    <w:p>
      <w:pPr>
        <w:jc w:val="right"/>
      </w:pPr>
      <w:r>
        <w:t>کیسے وہ کامیاب ہوئے آپ کو مظلوم بنانے میں؟ اس کے معنی ہیں کہ اللہ کی رحمت ہم سے اٹھ گئی ہے۔ بہت زیادہ سوچنے کی بات ہے۔</w:t>
      </w:r>
    </w:p>
    <w:p>
      <w:r>
        <w:rPr>
          <w:b/>
        </w:rPr>
        <w:t xml:space="preserve">[29:10] </w:t>
      </w:r>
      <w:r>
        <w:t>yeh kehna ke sab mazloom hain, sab hum mazloom hain, sab zalim hain aur islamophobia hai waghera, yeh kafi hargiz nahi hai.</w:t>
      </w:r>
    </w:p>
    <w:p>
      <w:pPr>
        <w:jc w:val="right"/>
      </w:pPr>
      <w:r>
        <w:t>یہ کہنا کہ سب مظلوم ہیں، سب ہم مظلوم ہیں، سب ظالم ہیں اور اسلامو فوبیا ہے وغیرہ، یہ کافی ہرگز نہیں ہے۔</w:t>
      </w:r>
    </w:p>
    <w:p>
      <w:r>
        <w:rPr>
          <w:b/>
        </w:rPr>
        <w:t xml:space="preserve">[29:23] </w:t>
      </w:r>
      <w:r>
        <w:t>aisa hua kyun? jab Allah al-iman ka haami o nasir hai to kaise logon ko moqa mila ke hum ko mazloom bana de?</w:t>
      </w:r>
    </w:p>
    <w:p>
      <w:pPr>
        <w:jc w:val="right"/>
      </w:pPr>
      <w:r>
        <w:t>ایسا ہوا کیوں؟ جب اللہ الایمان کا حامی و ناصر ہے تو کیسے لوگوں کو موقع ملا کہ ہم کو مظلوم بنا دے؟</w:t>
      </w:r>
    </w:p>
    <w:p>
      <w:r>
        <w:rPr>
          <w:b/>
        </w:rPr>
        <w:t xml:space="preserve">[29:33] </w:t>
      </w:r>
      <w:r>
        <w:t>woh kaise moqa mila? hum ko mazloom bana de aur khud hamare oopar zalim ban jaye?</w:t>
      </w:r>
    </w:p>
    <w:p>
      <w:pPr>
        <w:jc w:val="right"/>
      </w:pPr>
      <w:r>
        <w:t>وہ کیسے موقع ملا؟ ہم کو مظلوم بنا دے اور خود ہمارے اوپر ظالم بن جائے؟</w:t>
      </w:r>
    </w:p>
    <w:p>
      <w:r>
        <w:rPr>
          <w:b/>
        </w:rPr>
        <w:t xml:space="preserve">[29:42] </w:t>
      </w:r>
      <w:r>
        <w:t>yeh hua kaise? yeh is baat ki alamat hai, yaad rakhiye ke Allah ki rehmat hum se uth gayi hai.</w:t>
      </w:r>
    </w:p>
    <w:p>
      <w:pPr>
        <w:jc w:val="right"/>
      </w:pPr>
      <w:r>
        <w:t>یہ ہوا کیسے؟ یہ اس بات کی علامت ہے، یاد رکھیے کہ اللہ کی رحمت ہم سے اٹھ گئی ہے۔</w:t>
      </w:r>
    </w:p>
    <w:p>
      <w:r>
        <w:rPr>
          <w:b/>
        </w:rPr>
        <w:t xml:space="preserve">[29:55] </w:t>
      </w:r>
      <w:r>
        <w:t>sari dunya ke musalman, jeddah mein, answar ke idhar udhar, sare musalmanon ke ek hi boli hai, ek hi boli</w:t>
      </w:r>
    </w:p>
    <w:p>
      <w:pPr>
        <w:jc w:val="right"/>
      </w:pPr>
      <w:r>
        <w:t>ساری دنیا کے مسلمان، جدہ میں، انصور کے ادھر ادھر، سارے مسلمانوں کے ایک ہی بولی ہے، ایک ہی بولی</w:t>
      </w:r>
    </w:p>
    <w:p>
      <w:r>
        <w:rPr>
          <w:b/>
        </w:rPr>
        <w:t xml:space="preserve">[30:04] </w:t>
      </w:r>
      <w:r>
        <w:t>ke hum we are under siege hum mazloom hain, hamare oopar zulm kiya ja raha hai. to baat yahan khatam nahi hoti.</w:t>
      </w:r>
    </w:p>
    <w:p>
      <w:pPr>
        <w:jc w:val="right"/>
      </w:pPr>
      <w:r>
        <w:t>کہ ہم we are under siege ہم مظلوم ہیں، ہمارے اوپر ظلم کیا جا رہا ہے۔ تو بات یہاں ختم نہیں ہوتی۔</w:t>
      </w:r>
    </w:p>
    <w:p>
      <w:r>
        <w:rPr>
          <w:b/>
        </w:rPr>
        <w:t xml:space="preserve">[30:17] </w:t>
      </w:r>
      <w:r>
        <w:t>baat yahan khatam hi to ho gayi. is ke baad yeh sawal baqi rehta hai ke aisa hua kyun? jab Allah hayy o qayyum hai, jab us ko har baat ki khabar rehti hai to Allah ne aisa hone kyun diya?</w:t>
      </w:r>
    </w:p>
    <w:p>
      <w:pPr>
        <w:jc w:val="right"/>
      </w:pPr>
      <w:r>
        <w:t>بات یہاں ختم ہی تو ہو گئی۔ اس کے بعد یہ سوال باقی رہتا ہے کہ ایسا ہوا کیوں؟ جب اللہ حی و قیوم ہے، جب اس کو ہر بات کی خبر رہتی ہے تو اللہ نے ایسا ہونے کیوں دیا؟</w:t>
      </w:r>
    </w:p>
    <w:p>
      <w:r>
        <w:rPr>
          <w:b/>
        </w:rPr>
        <w:t xml:space="preserve">[30:36] </w:t>
      </w:r>
      <w:r>
        <w:t>jab Allah ba-khabar hai har cheez se to Allah ne aisa hone kyun diya? is ke ma'ne hain ke Allah ki rehmat uth gayi hai.</w:t>
      </w:r>
    </w:p>
    <w:p>
      <w:pPr>
        <w:jc w:val="right"/>
      </w:pPr>
      <w:r>
        <w:t>جب اللہ باخبر ہے ہر چیز سے تو اللہ نے ایسا ہونے کیوں دیا؟ اس کے معنی ہیں کہ اللہ کی رحمت اٹھ گئی ہے۔</w:t>
      </w:r>
    </w:p>
    <w:p>
      <w:r>
        <w:rPr>
          <w:b/>
        </w:rPr>
        <w:t xml:space="preserve">[30:46] </w:t>
      </w:r>
      <w:r>
        <w:t>humein Allah ki rehmat ko dobara wapas lana hai.</w:t>
      </w:r>
    </w:p>
    <w:p>
      <w:pPr>
        <w:jc w:val="right"/>
      </w:pPr>
      <w:r>
        <w:t>ہمیں اللہ کی رحمت کو دوبارہ واپس لانا ہے۔</w:t>
      </w:r>
    </w:p>
    <w:p>
      <w:r>
        <w:rPr>
          <w:b/>
        </w:rPr>
        <w:t xml:space="preserve">[30:53] </w:t>
      </w:r>
      <w:r>
        <w:t>humein sochna hai ke Allah ki rehmat hamare taraf kaise lotay? kaise hum dobara Allah ki ki nusrat ka mustahiq banen?</w:t>
      </w:r>
    </w:p>
    <w:p>
      <w:pPr>
        <w:jc w:val="right"/>
      </w:pPr>
      <w:r>
        <w:t>ہمیں سوچنا ہے کہ اللہ کی رحمت ہمارے طرف کیسے لوٹے؟ کیسے ہم دوبارہ اللہ کی کی نصرت کا مستحق بنیں؟</w:t>
      </w:r>
    </w:p>
    <w:p>
      <w:r>
        <w:rPr>
          <w:b/>
        </w:rPr>
        <w:t xml:space="preserve">[31:10] </w:t>
      </w:r>
      <w:r>
        <w:t>to muamla bohat serious hai, bohat sochne ki baat hai.</w:t>
      </w:r>
    </w:p>
    <w:p>
      <w:pPr>
        <w:jc w:val="right"/>
      </w:pPr>
      <w:r>
        <w:t>تو معاملہ بہت سیریس ہے، بہت سوچنے کی بات ہے۔</w:t>
      </w:r>
    </w:p>
    <w:p>
      <w:r>
        <w:rPr>
          <w:b/>
        </w:rPr>
        <w:t xml:space="preserve">[31:19] </w:t>
      </w:r>
      <w:r>
        <w:t>main dua karta hoon ke Allah taala mujh ko aur aap ko tofeeq de ke hum is ke samjhein ke kya masla hai,</w:t>
      </w:r>
    </w:p>
    <w:p>
      <w:pPr>
        <w:jc w:val="right"/>
      </w:pPr>
      <w:r>
        <w:t>میں دعا کرتا ہوں کہ اللہ تعالی مجھ کو اور آپ کو توفیق دے کہ ہم اس کے سمجھیں کہ کیا مسئلہ ہے،</w:t>
      </w:r>
    </w:p>
    <w:p>
      <w:r>
        <w:rPr>
          <w:b/>
        </w:rPr>
        <w:t xml:space="preserve">[31:36] </w:t>
      </w:r>
      <w:r>
        <w:t>hum kahan kharay hue hain,</w:t>
      </w:r>
    </w:p>
    <w:p>
      <w:pPr>
        <w:jc w:val="right"/>
      </w:pPr>
      <w:r>
        <w:t>ہم کہاں کھڑے ہوئے ہیں،</w:t>
      </w:r>
    </w:p>
    <w:p>
      <w:r>
        <w:rPr>
          <w:b/>
        </w:rPr>
        <w:t xml:space="preserve">[31:42] </w:t>
      </w:r>
      <w:r>
        <w:t>hamara asal masla kya hai. yani Quran o sunnat ki roshni mein jaiza lein hum</w:t>
      </w:r>
    </w:p>
    <w:p>
      <w:pPr>
        <w:jc w:val="right"/>
      </w:pPr>
      <w:r>
        <w:t>ہمارا اصل مسئلہ کیا ہے۔ یعنی قرآن و سنت کی روشنی میں جائزہ لیں ہم</w:t>
      </w:r>
    </w:p>
    <w:p>
      <w:r>
        <w:rPr>
          <w:b/>
        </w:rPr>
        <w:t xml:space="preserve">[31:52] </w:t>
      </w:r>
      <w:r>
        <w:t>ke aakhir where we miss the bus</w:t>
      </w:r>
    </w:p>
    <w:p>
      <w:pPr>
        <w:jc w:val="right"/>
      </w:pPr>
      <w:r>
        <w:t>کہ آخر where we miss the bus</w:t>
      </w:r>
    </w:p>
    <w:p>
      <w:r>
        <w:rPr>
          <w:b/>
        </w:rPr>
        <w:t xml:space="preserve">[32:00] </w:t>
      </w:r>
      <w:r>
        <w:t>jo kaha jata hai taqreeron mein ke. to where we miss the bus</w:t>
      </w:r>
    </w:p>
    <w:p>
      <w:pPr>
        <w:jc w:val="right"/>
      </w:pPr>
      <w:r>
        <w:t>جو کہا جاتا ہے تقریریں میں کہ۔ تو where we miss the bus</w:t>
      </w:r>
    </w:p>
    <w:p>
      <w:r>
        <w:rPr>
          <w:b/>
        </w:rPr>
        <w:t xml:space="preserve">[32:08] </w:t>
      </w:r>
      <w:r>
        <w:t>to log doosron ke khilaf bolte hain khoob dhoom se. jo bhi musalmanon ke jalsay bajaiye, musalmanon ke jalsay ya musalmanon ke jo magazine hain, risale hain, akhbar hain, jis ko bhi dekhiye, one to all, without any exception,</w:t>
      </w:r>
    </w:p>
    <w:p>
      <w:pPr>
        <w:jc w:val="right"/>
      </w:pPr>
      <w:r>
        <w:t>تو لوگ دوسروں کے خلاف بولتے ہیں خوب دھوم سے۔ جو بھی مسلمانوں کے جلسے بجائیے، مسلمانوں کے جلسے یا مسلمانوں کے جو میگزین ہیں، رسالے ہیں، اخبار ہیں، جس کو بھی دیکھیے، ون ٹو ال، ودا آؤٹ اینی ایکسیپشن،</w:t>
      </w:r>
    </w:p>
    <w:p>
      <w:r>
        <w:rPr>
          <w:b/>
        </w:rPr>
        <w:t xml:space="preserve">[32:27] </w:t>
      </w:r>
      <w:r>
        <w:t>sab musalmanon ki mazloomiyat ki baat ziyada tar bataye ga. to baat yahan khatam nahi hoti. bataya jaye ke kaun hai jis ne hum ko mazloom banaya aur Allah ne kyun aisa kiya ke wo mazloom banaye,</w:t>
      </w:r>
    </w:p>
    <w:p>
      <w:pPr>
        <w:jc w:val="right"/>
      </w:pPr>
      <w:r>
        <w:t>سب مسلمانوں کی مظلومیت کی بات زیادہ تر بتائے گا۔ تو بات یہاں ختم نہیں ہوتی۔ بتایا جائے کہ کون ہے جس نے ہم کو مظلوم بنایا اور اللہ نے کیوں ایسا کیا کہ وہ مظلوم بنائے،</w:t>
      </w:r>
    </w:p>
    <w:p>
      <w:r>
        <w:rPr>
          <w:b/>
        </w:rPr>
        <w:t xml:space="preserve">[32:43] </w:t>
      </w:r>
      <w:r>
        <w:t>banane ke liye in ko aazad chhod diya.</w:t>
      </w:r>
    </w:p>
    <w:p>
      <w:pPr>
        <w:jc w:val="right"/>
      </w:pPr>
      <w:r>
        <w:t>بنانے کے لیے ان کو آزاد چھوڑ دیا۔</w:t>
      </w:r>
    </w:p>
    <w:p>
      <w:r>
        <w:rPr>
          <w:b/>
        </w:rPr>
        <w:t xml:space="preserve">[32:51] </w:t>
      </w:r>
      <w:r>
        <w:t>to meri dua hai ke hum log aadhe se niklein,</w:t>
      </w:r>
    </w:p>
    <w:p>
      <w:pPr>
        <w:jc w:val="right"/>
      </w:pPr>
      <w:r>
        <w:t>تو میری دعا ہے کہ ہم لوگ آدھے سے نکلیں،</w:t>
      </w:r>
    </w:p>
    <w:p>
      <w:r>
        <w:rPr>
          <w:b/>
        </w:rPr>
        <w:t xml:space="preserve">[32:59] </w:t>
      </w:r>
      <w:r>
        <w:t>right thinking hamare andar paida ho,</w:t>
      </w:r>
    </w:p>
    <w:p>
      <w:pPr>
        <w:jc w:val="right"/>
      </w:pPr>
      <w:r>
        <w:t>رائٹ تھنکنگ ہمارے اندر پیدا ہو،</w:t>
      </w:r>
    </w:p>
    <w:p>
      <w:r>
        <w:rPr>
          <w:b/>
        </w:rPr>
        <w:t xml:space="preserve">[33:05] </w:t>
      </w:r>
      <w:r>
        <w:t>hamari aankhein khulein.</w:t>
      </w:r>
    </w:p>
    <w:p>
      <w:pPr>
        <w:jc w:val="right"/>
      </w:pPr>
      <w:r>
        <w:t>ہماری آنکھیں کھلیں۔</w:t>
      </w:r>
    </w:p>
    <w:p>
      <w:r>
        <w:rPr>
          <w:b/>
        </w:rPr>
        <w:t xml:space="preserve">[33:10] </w:t>
      </w:r>
      <w:r>
        <w:t>kyun ke yeh baatein aakhirat mein nahi chalengi. aakhir kar to hum sab ko aakhirat mein Allah ke samne khada hona hai, to wahan nahi chalengi aisi baatein.</w:t>
      </w:r>
    </w:p>
    <w:p>
      <w:pPr>
        <w:jc w:val="right"/>
      </w:pPr>
      <w:r>
        <w:t>کیونکہ یہ باتیں آخرت میں نہیں چلیں گی۔ آخر کار تو ہم سب کو آخرت میں اللہ کے سامنے کھڑا ہونا ہے، تو وہاں نہیں چلیں گی ایسی باتیں۔</w:t>
      </w:r>
    </w:p>
    <w:p>
      <w:r>
        <w:rPr>
          <w:b/>
        </w:rPr>
        <w:t xml:space="preserve">[33:20] </w:t>
      </w:r>
      <w:r>
        <w:t>apne jalson mein jo aap kehte hain, apne so called media jo aap ka hai, us mein jo aap</w:t>
      </w:r>
    </w:p>
    <w:p>
      <w:pPr>
        <w:jc w:val="right"/>
      </w:pPr>
      <w:r>
        <w:t>اپنے جلسوں میں جو آپ کہتے ہیں، اپنے سو کالڈ میڈیا جو آپ کا ہے، اس میں جو آپ</w:t>
      </w:r>
    </w:p>
    <w:p>
      <w:r>
        <w:rPr>
          <w:b/>
        </w:rPr>
        <w:t xml:space="preserve">[33:30] </w:t>
      </w:r>
      <w:r>
        <w:t>likhte bolte hain, to yeh hashar mein nahi chalega.</w:t>
      </w:r>
    </w:p>
    <w:p>
      <w:pPr>
        <w:jc w:val="right"/>
      </w:pPr>
      <w:r>
        <w:t>لکھتے بولتے ہیں، تو یہ حشر میں نہیں چلے گا۔</w:t>
      </w:r>
    </w:p>
    <w:p>
      <w:r>
        <w:rPr>
          <w:b/>
        </w:rPr>
        <w:t xml:space="preserve">[33:39] </w:t>
      </w:r>
      <w:r>
        <w:t>yom yaqoomun naasu li rabbil aalameen Quran mein aaya hai yani jis din log rabbul aalameen ke samne khade honge. yom yaqoomun naasu li rabbil aalameen yani kaisi dara dene wali aayat hai.</w:t>
      </w:r>
    </w:p>
    <w:p>
      <w:pPr>
        <w:jc w:val="right"/>
      </w:pPr>
      <w:r>
        <w:t>یوم یقوم الناس لرب العالمین قرآن میں آیا ہے یعنی جس دن لوگ رب العالمین کے سامنے کھڑے ہوں گے۔ یوم یقوم الناس لرب العالمین یعنی کیسی ڈرا دینے والی آیت ہے۔</w:t>
      </w:r>
    </w:p>
    <w:p>
      <w:r>
        <w:rPr>
          <w:b/>
        </w:rPr>
        <w:t xml:space="preserve">[33:57] </w:t>
      </w:r>
      <w:r>
        <w:t>yani wo din aane wala hai jab ke sare log apne rabb ke samne khade kiye jayenge. poocha jayega,</w:t>
      </w:r>
    </w:p>
    <w:p>
      <w:pPr>
        <w:jc w:val="right"/>
      </w:pPr>
      <w:r>
        <w:t>یعنی وہ دن آنے والا ہے جب کہ سارے لوگ اپنے رب کے سامنے کھڑے کیے جائیں گے۔ پوچھا جائے گا،</w:t>
      </w:r>
    </w:p>
    <w:p>
      <w:r>
        <w:rPr>
          <w:b/>
        </w:rPr>
        <w:t xml:space="preserve">[34:07] </w:t>
      </w:r>
      <w:r>
        <w:t>in se poocha jayega ke tum ne kaise sare west mein keh diya ke sare west mein Islamophobia hai? kaise keh diya? daleel daleel lao. kaise keh diya ke sare west mein Islamophobia hai?</w:t>
      </w:r>
    </w:p>
    <w:p>
      <w:pPr>
        <w:jc w:val="right"/>
      </w:pPr>
      <w:r>
        <w:t>ان سے پوچھا جائے گا کہ تم نے کیسے سارے ویسٹ میں کہہ دیا کہ سارے ویسٹ میں اسلامو فوبیا ہے؟ کیسے کہہ دیا؟ دلیل دلیل لاؤ۔ کیسے کہہ دیا کہ سارے ویسٹ میں اسلامو فوبیا ہے؟</w:t>
      </w:r>
    </w:p>
    <w:p>
      <w:r>
        <w:rPr>
          <w:b/>
        </w:rPr>
        <w:t xml:space="preserve">[34:20] </w:t>
      </w:r>
      <w:r>
        <w:t>kaise keh diya ke sari duniya hamare khilaf zalim hai? kaise keh diya? daleel lao. to kya daleel layenge aap?</w:t>
      </w:r>
    </w:p>
    <w:p>
      <w:pPr>
        <w:jc w:val="right"/>
      </w:pPr>
      <w:r>
        <w:t>کیسے کہہ دیا کہ ساری دنیا ہمارے خلاف ظالم ہے؟ کیسے کہہ دیا؟ دلیل لاؤ۔ تو کیا دلیل لائیں گے آپ؟</w:t>
      </w:r>
    </w:p>
    <w:p>
      <w:r>
        <w:rPr>
          <w:b/>
        </w:rPr>
        <w:t xml:space="preserve">[34:34] </w:t>
      </w:r>
      <w:r>
        <w:t>yom yaqoomun naasu li rabbil aalameen yani wo din aane wala hai jab ke sare log Allah rabbul aalameen ke samne khade kiye jayenge.</w:t>
      </w:r>
    </w:p>
    <w:p>
      <w:pPr>
        <w:jc w:val="right"/>
      </w:pPr>
      <w:r>
        <w:t>یوم یقوم الناس لرب العالمین یعنی وہ دن آنے والا ہے جب کہ سارے لوگ اللہ رب العالمین کے سامنے کھڑے کیے جائیں گے۔</w:t>
      </w:r>
    </w:p>
    <w:p>
      <w:r>
        <w:rPr>
          <w:b/>
        </w:rPr>
        <w:t xml:space="preserve">[34:42] </w:t>
      </w:r>
      <w:r>
        <w:t>ab poocha jayega.</w:t>
      </w:r>
    </w:p>
    <w:p>
      <w:pPr>
        <w:jc w:val="right"/>
      </w:pPr>
      <w:r>
        <w:t>اب پوچھا جائے گا۔</w:t>
      </w:r>
    </w:p>
    <w:p>
      <w:r>
        <w:rPr>
          <w:b/>
        </w:rPr>
        <w:t xml:space="preserve">[34:46] </w:t>
      </w:r>
      <w:r>
        <w:t>to yeh khayal kijiye, logon ke paas koi jawab nahi hota. kyun? kyun ke yeh baatein jo kehte hain log, koi daleel nahi, koi saboot nahi, bas kehte hain yeh zalim hain, wo bure hain, wo Islamophobia mein pade hue hain.</w:t>
      </w:r>
    </w:p>
    <w:p>
      <w:pPr>
        <w:jc w:val="right"/>
      </w:pPr>
      <w:r>
        <w:t>تو یہ خیال کیجئے، لوگوں کے پاس کوئی جواب نہیں ہوتا۔ کیوں؟ کیونکہ یہ باتیں جو کہتے ہیں لوگ، کوئی دلیل نہیں، کوئی ثبوت نہیں، بس کہتے ہیں یہ ظالم ہیں، وہ برے ہیں، وہ اسلامو فوبیا میں پڑے ہوئے ہیں۔</w:t>
      </w:r>
    </w:p>
    <w:p>
      <w:r>
        <w:rPr>
          <w:b/>
        </w:rPr>
        <w:t xml:space="preserve">[34:59] </w:t>
      </w:r>
      <w:r>
        <w:t>yeh sab hamare allegations hain. allegation.</w:t>
      </w:r>
    </w:p>
    <w:p>
      <w:pPr>
        <w:jc w:val="right"/>
      </w:pPr>
      <w:r>
        <w:t>یہ سب ہمارے ایلیگیشنز ہیں۔ ایلیگیشن۔</w:t>
      </w:r>
    </w:p>
    <w:p>
      <w:r>
        <w:rPr>
          <w:b/>
        </w:rPr>
        <w:t xml:space="preserve">[35:05] </w:t>
      </w:r>
      <w:r>
        <w:t>yeh sab hamare allegations hain. main bohat gaya hoon maghribi mulkon mein, America mein. main ne kabhi nahi dekha hua koi Islamophobia.</w:t>
      </w:r>
    </w:p>
    <w:p>
      <w:pPr>
        <w:jc w:val="right"/>
      </w:pPr>
      <w:r>
        <w:t>یہ سب ہمارے ایلیگیشن ہیں۔ میں بہت گیا ہوں مغربی ملکوں میں، امریکہ میں۔ میں نے کبھی نہیں دیکھا ہوا کوئی اسلامو فوبیا۔</w:t>
      </w:r>
    </w:p>
    <w:p>
      <w:r>
        <w:rPr>
          <w:b/>
        </w:rPr>
        <w:t xml:space="preserve">[35:16] </w:t>
      </w:r>
      <w:r>
        <w:t>yeh musalmanon ke apne dimagh mein hai, yeh Islamophobia. musalmanon ki apni invention hai, yeh Islamophobia.</w:t>
      </w:r>
    </w:p>
    <w:p>
      <w:pPr>
        <w:jc w:val="right"/>
      </w:pPr>
      <w:r>
        <w:t>یہ مسلمانوں کے اپنے دماغ میں ہے، یہ اسلامو فوبیا۔ مسلمانوں کی اپنی انوینشن ہے، یہ اسلامو فوبیا۔</w:t>
      </w:r>
    </w:p>
    <w:p>
      <w:r>
        <w:rPr>
          <w:b/>
        </w:rPr>
        <w:t xml:space="preserve">[35:35] </w:t>
      </w:r>
      <w:r>
        <w:t>to meri dua hai ke Allah taala hum ko sahi soch, hamare andar sahi soch aaye, hum</w:t>
      </w:r>
    </w:p>
    <w:p>
      <w:pPr>
        <w:jc w:val="right"/>
      </w:pPr>
      <w:r>
        <w:t>تو میری دعا ہے کہ اللہ تعالی ہم کو صحیح سوچ، ہمارے اندر صحیح سوچ آئے، ہم</w:t>
      </w:r>
    </w:p>
    <w:p>
      <w:r>
        <w:rPr>
          <w:b/>
        </w:rPr>
        <w:t xml:space="preserve">[35:51] </w:t>
      </w:r>
      <w:r>
        <w:t>baaton ko pehchanen.</w:t>
      </w:r>
    </w:p>
    <w:p>
      <w:pPr>
        <w:jc w:val="right"/>
      </w:pPr>
      <w:r>
        <w:t>باتوں کو پہچانیں۔</w:t>
      </w:r>
    </w:p>
    <w:p>
      <w:r>
        <w:rPr>
          <w:b/>
        </w:rPr>
        <w:t xml:space="preserve">[35:57] </w:t>
      </w:r>
      <w:r>
        <w:t>is se pehle ke hum Allah rabbul aalameen ke samne khade kiye jayen, hum khud apne ko</w:t>
      </w:r>
    </w:p>
    <w:p>
      <w:pPr>
        <w:jc w:val="right"/>
      </w:pPr>
      <w:r>
        <w:t>اس سے پہلے کہ ہم اللہ رب العالمین کے سامنے کھڑے کیے جائیں، ہم خود اپنے کو</w:t>
      </w:r>
    </w:p>
    <w:p>
      <w:r>
        <w:rPr>
          <w:b/>
        </w:rPr>
        <w:t xml:space="preserve">[36:05] </w:t>
      </w:r>
      <w:r>
        <w:t>durust kar len. hasiboo anfusakum qabla an tuhasaboo</w:t>
      </w:r>
    </w:p>
    <w:p>
      <w:pPr>
        <w:jc w:val="right"/>
      </w:pPr>
      <w:r>
        <w:t>درست کر لیں۔ حاسبوا أنفسكم قبل أن تحاسبوا</w:t>
      </w:r>
    </w:p>
    <w:p>
      <w:r>
        <w:rPr>
          <w:b/>
        </w:rPr>
        <w:t xml:space="preserve">[36:17] </w:t>
      </w:r>
      <w:r>
        <w:t>yani apna hisab le lo, is se pehle ke tumhara hisab liya jaye.</w:t>
      </w:r>
    </w:p>
    <w:p>
      <w:pPr>
        <w:jc w:val="right"/>
      </w:pPr>
      <w:r>
        <w:t>یعنی اپنا حساب لے لو، اس سے پہلے کہ تمہارا حساب لیا جائے۔</w:t>
      </w:r>
    </w:p>
    <w:p>
      <w:r>
        <w:rPr>
          <w:b/>
        </w:rPr>
        <w:t xml:space="preserve">[36:26] </w:t>
      </w:r>
      <w:r>
        <w:t>yeh hatar ka qaul hai yeh. hasiboo anfusakum qabla an tuhasaboo apna hisab le lo, is se pehle ke tumhara hisab liya jaye.</w:t>
      </w:r>
    </w:p>
    <w:p>
      <w:pPr>
        <w:jc w:val="right"/>
      </w:pPr>
      <w:r>
        <w:t>یہ حتور کا قول ہے یہ۔ حاسبوا أنفسكم قبل أن تحاسبوا اپنا حساب لے لو، اس سے پہلے کہ تمہارا حساب لیا جائے۔</w:t>
      </w:r>
    </w:p>
    <w:p>
      <w:r>
        <w:rPr>
          <w:b/>
        </w:rPr>
        <w:t xml:space="preserve">[36:38] </w:t>
      </w:r>
      <w:r>
        <w:t>apne ko tol lo, is se pehle ke tum ko tola jaye.</w:t>
      </w:r>
    </w:p>
    <w:p>
      <w:pPr>
        <w:jc w:val="right"/>
      </w:pPr>
      <w:r>
        <w:t>اپنے کو تول لو، اس سے پہلے کہ تم کو تولا جائے۔</w:t>
      </w:r>
    </w:p>
    <w:p>
      <w:r>
        <w:rPr>
          <w:b/>
        </w:rPr>
        <w:t xml:space="preserve">[36:45] </w:t>
      </w:r>
      <w:r>
        <w:t>apne mamlaat durust kar lo, is se pehle ke tum ko bari peshgi mein, bari peshgi mein, bari peshgi yaani Allah ke saamne khada hona pade.</w:t>
      </w:r>
    </w:p>
    <w:p>
      <w:pPr>
        <w:jc w:val="right"/>
      </w:pPr>
      <w:r>
        <w:t>اپنے معاملات درست کر لو، اس سے پہلے کہ تم کو بڑی پیشگی میں، بڑی پیشگی میں، بڑی پیشگی یعنی اللہ کے سامنے کھڑا ہونا پڑے۔</w:t>
      </w:r>
    </w:p>
    <w:p>
      <w:r>
        <w:rPr>
          <w:b/>
        </w:rPr>
        <w:t xml:space="preserve">[36:58] </w:t>
      </w:r>
      <w:r>
        <w:t>to main samajhta hoon ke aakhri waqt aa gaya hai ke hum in baaton ko sochein.</w:t>
      </w:r>
    </w:p>
    <w:p>
      <w:pPr>
        <w:jc w:val="right"/>
      </w:pPr>
      <w:r>
        <w:t>تو میں سمجھتا ہوں کہ آخری وقت آ گیا ہے کہ ہم ان باتوں کو سوچیں۔</w:t>
      </w:r>
    </w:p>
    <w:p>
      <w:r>
        <w:rPr>
          <w:b/>
        </w:rPr>
        <w:t xml:space="preserve">[37:09] </w:t>
      </w:r>
      <w:r>
        <w:t>ab to dekhiye, scientific committee ki taraf se baar baar warning di ja rahi hai ke dunya pachaas saal se zyada rehne wali nahi hai.</w:t>
      </w:r>
    </w:p>
    <w:p>
      <w:pPr>
        <w:jc w:val="right"/>
      </w:pPr>
      <w:r>
        <w:t>اب تو دیکھیے، سائنٹیفک کمیٹی کی طرف سے بار بار وارنٹی دی جا رہی ہے کہ دنیا پچاس سال سے زیادہ رہنے والی نہیں ہے۔</w:t>
      </w:r>
    </w:p>
    <w:p>
      <w:r>
        <w:rPr>
          <w:b/>
        </w:rPr>
        <w:t xml:space="preserve">[37:19] </w:t>
      </w:r>
      <w:r>
        <w:t>yaani habitable day rahegi. yeh dunya pachaas saal ke baad habitable day rahegi. to ghor kijiye ke hum kahan jayenge?</w:t>
      </w:r>
    </w:p>
    <w:p>
      <w:pPr>
        <w:jc w:val="right"/>
      </w:pPr>
      <w:r>
        <w:t>یعنی ہیبیٹیبل ڈے رہے گی۔ یہ دنیا پچاس سال کے بعد ہیبیٹیبل ڈے رہے گی۔ تو غور کیجئے کہ ہم کہاں جائیں گے؟</w:t>
      </w:r>
    </w:p>
    <w:p>
      <w:r>
        <w:rPr>
          <w:b/>
        </w:rPr>
        <w:t xml:space="preserve">[37:30] </w:t>
      </w:r>
      <w:r>
        <w:t>kahan jayenge? barabar aa raha hai ke yeh zameen jo hai, ab bohat tezi se</w:t>
      </w:r>
    </w:p>
    <w:p>
      <w:pPr>
        <w:jc w:val="right"/>
      </w:pPr>
      <w:r>
        <w:t>کہاں جائیں گے؟ برابر آ رہا ہے کہ یہ زمین جو ہے، اب بہت تیزی سے</w:t>
      </w:r>
    </w:p>
    <w:p>
      <w:r>
        <w:rPr>
          <w:b/>
        </w:rPr>
        <w:t xml:space="preserve">[37:44] </w:t>
      </w:r>
      <w:r>
        <w:t>aisi hone ja rahi hai ke woh Islam ke liye rehne qabil hi na rahe.</w:t>
      </w:r>
    </w:p>
    <w:p>
      <w:pPr>
        <w:jc w:val="right"/>
      </w:pPr>
      <w:r>
        <w:t>ایسی ہونے جا رہی ہے کہ وہ اسلام کے لیے رہنے قابل ہی نہ رہے۔</w:t>
      </w:r>
    </w:p>
    <w:p>
      <w:r>
        <w:rPr>
          <w:b/>
        </w:rPr>
        <w:t xml:space="preserve">[37:52] </w:t>
      </w:r>
      <w:r>
        <w:t>yeh to ek universal warning hai yeh</w:t>
      </w:r>
    </w:p>
    <w:p>
      <w:pPr>
        <w:jc w:val="right"/>
      </w:pPr>
      <w:r>
        <w:t>یہ تو ایک یونیورسل وارننگ ہے یہ</w:t>
      </w:r>
    </w:p>
    <w:p>
      <w:r>
        <w:rPr>
          <w:b/>
        </w:rPr>
        <w:t xml:space="preserve">[37:58] </w:t>
      </w:r>
      <w:r>
        <w:t>ke zameen jab rehne qabil nahi rahegi to aakhir kya hoga is ke baad? kahan jayenge? koi aisa doosra seyyara nahi hai jahan hum ja ke bas aabaad ho jayein.</w:t>
      </w:r>
    </w:p>
    <w:p>
      <w:pPr>
        <w:jc w:val="right"/>
      </w:pPr>
      <w:r>
        <w:t>کہ زمین جب رہنے قابل نہیں رہے گی تو آخر کیا ہوگا اس کے بعد؟ کہاں جائیں گے؟ کوئی ایسا دوسرا سیارہ نہیں ہے جہاں ہم جا کے بس آباد ہو جائیں گے۔</w:t>
      </w:r>
    </w:p>
    <w:p>
      <w:r>
        <w:rPr>
          <w:b/>
        </w:rPr>
        <w:t xml:space="preserve">[38:14] </w:t>
      </w:r>
      <w:r>
        <w:t>baaz scientists kehte hain ke humein space colony banana chahiye. yeh to science fiction hai. bhai, space colony kaise banegi?</w:t>
      </w:r>
    </w:p>
    <w:p>
      <w:pPr>
        <w:jc w:val="right"/>
      </w:pPr>
      <w:r>
        <w:t>بعض سائنسدان کہتے ہیں کہ ہمیں اسپیس کالونی بنانا چاہیے۔ یہ تو سائنس فکشن ہے۔ بھئی، اسپیس کالونی کیسے بنے گی؟</w:t>
      </w:r>
    </w:p>
    <w:p>
      <w:r>
        <w:rPr>
          <w:b/>
        </w:rPr>
        <w:t xml:space="preserve">[38:29] </w:t>
      </w:r>
      <w:r>
        <w:t>paani aap kahan se layenge? life support system kahan se layenge?</w:t>
      </w:r>
    </w:p>
    <w:p>
      <w:pPr>
        <w:jc w:val="right"/>
      </w:pPr>
      <w:r>
        <w:t>پانی آپ کہاں سے لائیں گے؟ لائف سپورٹ سسٹم کہاں سے لائیں گے؟</w:t>
      </w:r>
    </w:p>
    <w:p>
      <w:r>
        <w:rPr>
          <w:b/>
        </w:rPr>
        <w:t xml:space="preserve">[38:38] </w:t>
      </w:r>
      <w:r>
        <w:t>yeh sab khwaab o khayal ki baatein hain.</w:t>
      </w:r>
    </w:p>
    <w:p>
      <w:pPr>
        <w:jc w:val="right"/>
      </w:pPr>
      <w:r>
        <w:t>یہ سب خواب و خیال کی باتیں ہیں۔</w:t>
      </w:r>
    </w:p>
    <w:p>
      <w:r>
        <w:rPr>
          <w:b/>
        </w:rPr>
        <w:t xml:space="preserve">[38:42] </w:t>
      </w:r>
      <w:r>
        <w:t>insaan ko isi zameen par rehna hai, yahin par is ka khatma bhi hone wala hai. koi doosra seyyara nahi, koi space colony nahi.</w:t>
      </w:r>
    </w:p>
    <w:p>
      <w:pPr>
        <w:jc w:val="right"/>
      </w:pPr>
      <w:r>
        <w:t>انسان کو اسی زمین پر رہنا ہے، یہیں پر اس کا خاتمہ بھی ہونے والا ہے۔ کوئی دوسرا سیارہ نہیں، کوئی اسپیس کالونی نہیں۔</w:t>
      </w:r>
    </w:p>
    <w:p>
      <w:r>
        <w:rPr>
          <w:b/>
        </w:rPr>
        <w:t xml:space="preserve">[39:01] </w:t>
      </w:r>
      <w:r>
        <w:t>to behrhaal humein chahiye ke hum rethinking karein. hamare paas mehfooz Quran maujood hai.</w:t>
      </w:r>
    </w:p>
    <w:p>
      <w:pPr>
        <w:jc w:val="right"/>
      </w:pPr>
      <w:r>
        <w:t>تو بہرحال ہمیں چاہیے کہ ہم ری تھنکنگ کریں۔ ہمارے پاس محفوظ قرآن موجود ہے۔</w:t>
      </w:r>
    </w:p>
    <w:p>
      <w:r>
        <w:rPr>
          <w:b/>
        </w:rPr>
        <w:t xml:space="preserve">[39:14] </w:t>
      </w:r>
      <w:r>
        <w:t>mehfooz Quran.</w:t>
      </w:r>
    </w:p>
    <w:p>
      <w:pPr>
        <w:jc w:val="right"/>
      </w:pPr>
      <w:r>
        <w:t>محفوظ قرآن۔</w:t>
      </w:r>
    </w:p>
    <w:p>
      <w:r>
        <w:rPr>
          <w:b/>
        </w:rPr>
        <w:t xml:space="preserve">[39:18] </w:t>
      </w:r>
      <w:r>
        <w:t>Quran mein Allah taala ne saari baat likh di hai. saari guideline maujood hai is ke andar.</w:t>
      </w:r>
    </w:p>
    <w:p>
      <w:pPr>
        <w:jc w:val="right"/>
      </w:pPr>
      <w:r>
        <w:t>قرآن میں اللہ تعالی نے ساری بات لکھ دی ہے۔ ساری گائیڈ لائن موجود ہے اس کے اندر۔</w:t>
      </w:r>
    </w:p>
    <w:p>
      <w:r>
        <w:rPr>
          <w:b/>
        </w:rPr>
        <w:t xml:space="preserve">[39:31] </w:t>
      </w:r>
      <w:r>
        <w:t>to Quran ko le kar samjhein, Quran ko le kar sochein aur Quran ko le kar apna mamla durust karein.</w:t>
      </w:r>
    </w:p>
    <w:p>
      <w:pPr>
        <w:jc w:val="right"/>
      </w:pPr>
      <w:r>
        <w:t>تو قرآن کو لے کر سمجھیں، قرآن کو لے کر سوچیں اور قرآن کو لے کر اپنا معاملہ درست کریں۔</w:t>
      </w:r>
    </w:p>
    <w:p>
      <w:r>
        <w:rPr>
          <w:b/>
        </w:rPr>
        <w:t xml:space="preserve">[39:42] </w:t>
      </w:r>
      <w:r>
        <w:t>Quran ko le kar apni islaah karein.</w:t>
      </w:r>
    </w:p>
    <w:p>
      <w:pPr>
        <w:jc w:val="right"/>
      </w:pPr>
      <w:r>
        <w:t>قرآن کو لے کر اپنی اصلاح کریں۔</w:t>
      </w:r>
    </w:p>
    <w:p>
      <w:r>
        <w:rPr>
          <w:b/>
        </w:rPr>
        <w:t xml:space="preserve">[39:56] </w:t>
      </w:r>
      <w:r>
        <w:t>aaj subah mein jab sochne laga apni pichli zindagi ko le kar ke to yeh sab baatein zahir huin. main dua karta hoon ke Allah taala mujh ko aur aap ko tofeeq de ke hum</w:t>
      </w:r>
    </w:p>
    <w:p>
      <w:pPr>
        <w:jc w:val="right"/>
      </w:pPr>
      <w:r>
        <w:t>آج صبح میں جب سوچنے لگا اپنی پچھلی زندگی کو لے کر کے تو یہ سب باتیں ظاہر ہوئیں۔ میں دعا کرتا ہوں کہ اللہ تعالی مجھ کو اور آپ کو توفیق دے کہ ہم</w:t>
      </w:r>
    </w:p>
    <w:p>
      <w:r>
        <w:rPr>
          <w:b/>
        </w:rPr>
        <w:t xml:space="preserve">[40:17] </w:t>
      </w:r>
      <w:r>
        <w:t>apne aap ko Allah ki pakad se bacha sakein. hum apne aap ko Allah ki pakad se bacha sakein. Assalam o Alaikum wa Rahmatullahi</w:t>
      </w:r>
    </w:p>
    <w:p>
      <w:pPr>
        <w:jc w:val="right"/>
      </w:pPr>
      <w:r>
        <w:t>اپنے آپ کو اللہ کی پکڑ سے بچا سکیں۔ ہم اپنے آپ کو اللہ کی پکڑ سے بچا سکیں۔ السلام علیکم ورحمۃ اللہ</w:t>
      </w:r>
    </w:p>
    <w:p>
      <w:r>
        <w:rPr>
          <w:b/>
        </w:rPr>
        <w:t xml:space="preserve">[40:38] </w:t>
      </w:r>
      <w:r>
        <w:t>Okay, we begin with the question and answer session. you can send your questions at info at cpsglobal dot org. the first question is from Rukhsana Mumtaz.</w:t>
      </w:r>
    </w:p>
    <w:p>
      <w:pPr>
        <w:jc w:val="right"/>
      </w:pPr>
      <w:r>
        <w:t>اوکے، وی بگن ود دی کوئسچن اینڈ انسر سیشن۔ یو کین سینڈ یور کوئسچن ایٹ انفو ایٹ سی پی ایس گلوبل ڈاٹ او آر جی۔ دا فرسٹ کوئسچن از فرام رخسانہ ممتاز۔</w:t>
      </w:r>
    </w:p>
    <w:p>
      <w:r>
        <w:rPr>
          <w:b/>
        </w:rPr>
        <w:t xml:space="preserve">[40:50] </w:t>
      </w:r>
      <w:r>
        <w:t>Maulana, yeh jaanna chaah rahe hain ke kis circumstances ke andar Surah Baqarah mein inter-religion marriage ke upar jo ayat utri hai, kya kis haalaat mein inter-religion marriage to hai nahi?</w:t>
      </w:r>
    </w:p>
    <w:p>
      <w:pPr>
        <w:jc w:val="right"/>
      </w:pPr>
      <w:r>
        <w:t>مولانا، یہ جاننا چاہ رہے ہیں کہ کس کن سرکمسٹانسز کے اندر سورہ بقرہ میں انٹر ریلیجن میرج کے اوپر جو آیت اتری ہے، کیا کس حالات میں انٹر ریلیجن میرج تو ہے نہیں؟</w:t>
      </w:r>
    </w:p>
    <w:p>
      <w:r>
        <w:rPr>
          <w:b/>
        </w:rPr>
        <w:t xml:space="preserve">[41:03] </w:t>
      </w:r>
      <w:r>
        <w:t>Islam mein sirf yeh hai ke Muslim mard Christian aurat se shadi kar sakta hai, yeh itna hi hai. bas kaisa?</w:t>
      </w:r>
    </w:p>
    <w:p>
      <w:pPr>
        <w:jc w:val="right"/>
      </w:pPr>
      <w:r>
        <w:t>اسلام میں صرف یہ ہے کہ مسلم مرد کرسچن عورت سے شادی کر سکتا ہے، یہ اتنا ہی ہے۔ بس کیسا؟</w:t>
      </w:r>
    </w:p>
    <w:p>
      <w:r>
        <w:rPr>
          <w:b/>
        </w:rPr>
        <w:t xml:space="preserve">[41:12] </w:t>
      </w:r>
      <w:r>
        <w:t>Ahl-e-Kitab hain, Ahl-e-Kitab, Ahl-e-Kitab. inter-religion marriage to hai nahi Islam mein. Ahl-e-Kitab khawateen se Musalman shadi kar sakte hain, lekin Ulama ne likha hai ke abhi woh Ahl-e-Kitab honge jin ke andar jo mazhabi hon, yaani mazhabi family ho,</w:t>
      </w:r>
    </w:p>
    <w:p>
      <w:pPr>
        <w:jc w:val="right"/>
      </w:pPr>
      <w:r>
        <w:t>اہل کتاب ہیں، اہل کتاب، اہل کتاب۔ انٹر ریلیجن میرج تو ہے نہیں اسلام میں۔ اہل کتاب خواتین سے مسلمان شادی کر سکتے ہیں، لیکن علماء نے لکھا ہے کہ ابھی وہ اہل کتاب ہوں گے جن کے اندر جو مذہبی ہوں، یعنی مذہبی فیملی ہو،</w:t>
      </w:r>
    </w:p>
    <w:p>
      <w:r>
        <w:rPr>
          <w:b/>
        </w:rPr>
        <w:t xml:space="preserve">[41:36] </w:t>
      </w:r>
      <w:r>
        <w:t>apne Christian aqeede ke mutabiq mazhabi family un se jaiz hai, aam nahi hai. behtar hai.</w:t>
      </w:r>
    </w:p>
    <w:p>
      <w:pPr>
        <w:jc w:val="right"/>
      </w:pPr>
      <w:r>
        <w:t>اپنے کرسچن عقیدے کے مطابق مذہبی فیملی ان سے جائز ہے، عام نہیں ہے۔ بہتر ہے۔</w:t>
      </w:r>
    </w:p>
    <w:p>
      <w:r>
        <w:rPr>
          <w:b/>
        </w:rPr>
        <w:t xml:space="preserve">[41:45] </w:t>
      </w:r>
      <w:r>
        <w:t>Maulana, agla sawal lene se pehle ek comment aaya hai Iqbal Umri Sahab ka Chennai se. woh likhte hain ke "you are right 100 percent.</w:t>
      </w:r>
    </w:p>
    <w:p>
      <w:pPr>
        <w:jc w:val="right"/>
      </w:pPr>
      <w:r>
        <w:t>مولانا، اگلا سوال لینے سے پہلے ایک کمنٹ آیا ہے اقبال عمری صاحب کا چنئی سے۔ وہ لکھتے ہیں کہ "یو آر رائٹ 100 پرسنٹ۔</w:t>
      </w:r>
    </w:p>
    <w:p>
      <w:r>
        <w:rPr>
          <w:b/>
        </w:rPr>
        <w:t xml:space="preserve">[41:56] </w:t>
      </w:r>
      <w:r>
        <w:t>every one will know about line of action of end of end individual in life, but when it comes to think about nation, they have only complaints." this is a contradiction.</w:t>
      </w:r>
    </w:p>
    <w:p>
      <w:pPr>
        <w:jc w:val="right"/>
      </w:pPr>
      <w:r>
        <w:t>ایوری ون ول نو اباؤٹ لائن آف ایکشن آف اینڈ آف اینڈ انڈیویجول ان لائف، بٹ وین اٹ کمز ٹو تھنک اباؤٹ نیشن، دے ہیو اونلی کمپلینٹس۔" دس از ا کانٹراڈکشن۔</w:t>
      </w:r>
    </w:p>
    <w:p>
      <w:r>
        <w:rPr>
          <w:b/>
        </w:rPr>
        <w:t xml:space="preserve">[42:12] </w:t>
      </w:r>
      <w:r>
        <w:t>molana, this is called munafiqat. ji, sahi hai, sahi baat hai. aik aur comment aaya hai molana shabana ansari se.</w:t>
      </w:r>
    </w:p>
    <w:p>
      <w:pPr>
        <w:jc w:val="right"/>
      </w:pPr>
      <w:r>
        <w:t>مولانا، دس از کالڈ منافقت۔ جی، صحیح ہے، صحیح بات ہے۔ ایک اور کمنٹ آیا ہے مولانا شبانہ انصاری سے۔</w:t>
      </w:r>
    </w:p>
    <w:p>
      <w:r>
        <w:rPr>
          <w:b/>
        </w:rPr>
        <w:t xml:space="preserve">[42:22] </w:t>
      </w:r>
      <w:r>
        <w:t>wo likhti hain "double standard show that muslims are sincere in their personal matters, but not sincere as dahi and as a giver group for humanity." mashallah.</w:t>
      </w:r>
    </w:p>
    <w:p>
      <w:pPr>
        <w:jc w:val="right"/>
      </w:pPr>
      <w:r>
        <w:t>وہ لکھتی ہیں "ڈبل سٹینڈرڈ شو دیٹ مسلمز آر سنسیئر ان دیر پرسنل میٹرز، بٹ ناٹ سنسیئر ایز داعی اینڈ ایز ا گیور گروپ فار ہیومینٹی۔" ماشاءاللہ۔</w:t>
      </w:r>
    </w:p>
    <w:p>
      <w:r>
        <w:rPr>
          <w:b/>
        </w:rPr>
        <w:t xml:space="preserve">[42:41] </w:t>
      </w:r>
      <w:r>
        <w:t>agla sawal hai molana miss ankhi ki taraf se. wo likhti hain "if i could choose only one out of money, health and peace, what should i make a choice in favor of?" kin do ke beech mein?</w:t>
      </w:r>
    </w:p>
    <w:p>
      <w:pPr>
        <w:jc w:val="right"/>
      </w:pPr>
      <w:r>
        <w:t>اگلا سوال ہے مولانا مس انکھی کی طرف سے۔ وہ لکھتی ہیں "اف آئی کڈ چوز اونلی ون آؤٹ آف منی، ہیلتھ اینڈ پیس، واٹ شوڈ آئی میک ا چوائس ان فیور آف؟" کن دو کے بیچ میں؟</w:t>
      </w:r>
    </w:p>
    <w:p>
      <w:r>
        <w:rPr>
          <w:b/>
        </w:rPr>
        <w:t xml:space="preserve">[42:58] </w:t>
      </w:r>
      <w:r>
        <w:t>teen ke beech mein. molana, paisa, health aur peace. teen? ji molana, paisa, health aur peace.</w:t>
      </w:r>
    </w:p>
    <w:p>
      <w:pPr>
        <w:jc w:val="right"/>
      </w:pPr>
      <w:r>
        <w:t>تین کے بیچ میں۔ مولانا، پیسہ، ہیلتھ اور پیس۔ تین؟ جی مولانا، پیسہ، ہیلتھ اور پیس۔</w:t>
      </w:r>
    </w:p>
    <w:p>
      <w:r>
        <w:rPr>
          <w:b/>
        </w:rPr>
        <w:t xml:space="preserve">[43:07] </w:t>
      </w:r>
      <w:r>
        <w:t>number one health hai. health nahi to kuch bhi nahi. is mein koi shaq nahi ke number one health hai.</w:t>
      </w:r>
    </w:p>
    <w:p>
      <w:pPr>
        <w:jc w:val="right"/>
      </w:pPr>
      <w:r>
        <w:t>نمبر ون ہیلتھ ہے۔ ہیلتھ نہیں تو کچھ بھی نہیں۔ اس میں کوئی شک نہیں کہ نمبر ون ہیلتھ ہے۔</w:t>
      </w:r>
    </w:p>
    <w:p>
      <w:r>
        <w:rPr>
          <w:b/>
        </w:rPr>
        <w:t xml:space="preserve">[43:19] </w:t>
      </w:r>
      <w:r>
        <w:t>aaj hi mein case keh raha tha ke dekhen, boorha ho gaya hoon mein to mein yaad karta hoon apni jawani ki umar ko to lagta hoon ke mein kuch tha us waqt, aaj kuch hoon.</w:t>
      </w:r>
    </w:p>
    <w:p>
      <w:pPr>
        <w:jc w:val="right"/>
      </w:pPr>
      <w:r>
        <w:t>آج ہی میں کیس کہہ رہا تھا کہ دیکھیں، بوڑھا ہو گیا ہوں میں تو میں یاد کرتا ہوں اپنی جوانی کی عمر کو تو لگتا ہوں کہ میں کچھ تھا اس وقت، آج کچھ ہوں۔</w:t>
      </w:r>
    </w:p>
    <w:p>
      <w:r>
        <w:rPr>
          <w:b/>
        </w:rPr>
        <w:t xml:space="preserve">[43:30] </w:t>
      </w:r>
      <w:r>
        <w:t>to yaad rakhen, health nahi to kuch bhi nahi.</w:t>
      </w:r>
    </w:p>
    <w:p>
      <w:pPr>
        <w:jc w:val="right"/>
      </w:pPr>
      <w:r>
        <w:t>تو یاد رکھیں، ہیلتھ نہیں تو کچھ بھی نہیں۔</w:t>
      </w:r>
    </w:p>
    <w:p>
      <w:r>
        <w:rPr>
          <w:b/>
        </w:rPr>
        <w:t xml:space="preserve">[43:35] </w:t>
      </w:r>
      <w:r>
        <w:t>agla sawal molana miss tuti malotra ki taraf se aaya hai dilli se. she writes "does islam have a similar concept such as karma in monastic religions?" nahi, islam mein aisa nahi hai.</w:t>
      </w:r>
    </w:p>
    <w:p>
      <w:pPr>
        <w:jc w:val="right"/>
      </w:pPr>
      <w:r>
        <w:t>اگلا سوال مولانا مس طوطی ملوترہ کی طرف سے آیا ہے دلی سے۔ شی رائٹس "ڈز اسلام ہیو ا سمیلر کانسیپٹ سچ ایز کرمہ ان مونسٹک ریلیجنز؟" نہیں، اسلام میں ایسا نہیں ہے۔</w:t>
      </w:r>
    </w:p>
    <w:p>
      <w:r>
        <w:rPr>
          <w:b/>
        </w:rPr>
        <w:t xml:space="preserve">[43:53] </w:t>
      </w:r>
      <w:r>
        <w:t>wo theory jo karma thi, wo islam mein nahi hai. matlab wahan doosre maani mein islam ka, wo islam mein jo concept hai, wo hai personality building.</w:t>
      </w:r>
    </w:p>
    <w:p>
      <w:pPr>
        <w:jc w:val="right"/>
      </w:pPr>
      <w:r>
        <w:t>وہ تھیوری جو کروا تھیوری ہے، وہ اسلام میں نہیں ہے۔ مطلب وہاں دوسرے معنی میں اسلام کا، وہ اسلام میں جو کانسیپٹ ہے، وہ ہے پرسنیلٹی بلڈنگ۔</w:t>
      </w:r>
    </w:p>
    <w:p>
      <w:r>
        <w:rPr>
          <w:b/>
        </w:rPr>
        <w:t xml:space="preserve">[44:07] </w:t>
      </w:r>
      <w:r>
        <w:t>aadmi apni personality building karte waqt tazkiya, yani tazkiya par base karti hai islami theory, karma par nahi.</w:t>
      </w:r>
    </w:p>
    <w:p>
      <w:pPr>
        <w:jc w:val="right"/>
      </w:pPr>
      <w:r>
        <w:t>آدمی اپنی پرسنیلٹی بلڈنگ کرتے وقت تزکیہ، یعنی تزکیہ پر بیس کرتی ہے اسلامی تھیوری، کرمہ پر نہیں۔</w:t>
      </w:r>
    </w:p>
    <w:p>
      <w:r>
        <w:rPr>
          <w:b/>
        </w:rPr>
        <w:t xml:space="preserve">[44:17] </w:t>
      </w:r>
      <w:r>
        <w:t>is par hum ne kafi likha hai ke tazkiya ka matlab hai apne aap ko purify karna, aur wo aik alag concept hai.</w:t>
      </w:r>
    </w:p>
    <w:p>
      <w:pPr>
        <w:jc w:val="right"/>
      </w:pPr>
      <w:r>
        <w:t>اس پر ہم نے کافی لکھا ہے کہ تزکیہ کا مطلب ہے اپنے آپ کو پیوریفائی کرنا، اور وہ ایک الگ کانسیپٹ ہے۔</w:t>
      </w:r>
    </w:p>
    <w:p>
      <w:r>
        <w:rPr>
          <w:b/>
        </w:rPr>
        <w:t xml:space="preserve">[44:32] </w:t>
      </w:r>
      <w:r>
        <w:t>mere nazdeek yeh dono mein koi similarity nahi hai real sense mein.</w:t>
      </w:r>
    </w:p>
    <w:p>
      <w:pPr>
        <w:jc w:val="right"/>
      </w:pPr>
      <w:r>
        <w:t>میرے نزدیک یہ دونوں میں کوئی سمیلریٹی نہیں ہے ریئل سینس میں۔</w:t>
      </w:r>
    </w:p>
    <w:p>
      <w:r>
        <w:rPr>
          <w:b/>
        </w:rPr>
        <w:t xml:space="preserve">[44:43] </w:t>
      </w:r>
      <w:r>
        <w:t>agla sawal molana farhad umri sahib ki taraf se aaya hai dilli se. what is islam's view on revenge? inteqam?</w:t>
      </w:r>
    </w:p>
    <w:p>
      <w:pPr>
        <w:jc w:val="right"/>
      </w:pPr>
      <w:r>
        <w:t>اگلا سوال مولانا فرہاد عمری صاحب کی طرف سے آیا ہے دلی سے۔ واٹ از اسلامز ویو ان ریونج؟ انتقام؟</w:t>
      </w:r>
    </w:p>
    <w:p>
      <w:r>
        <w:rPr>
          <w:b/>
        </w:rPr>
        <w:t xml:space="preserve">[44:53] </w:t>
      </w:r>
      <w:r>
        <w:t>ji molana, bhai dekhen, islam mein inteqam as a principle nahi hai.</w:t>
      </w:r>
    </w:p>
    <w:p>
      <w:pPr>
        <w:jc w:val="right"/>
      </w:pPr>
      <w:r>
        <w:t>جی مولانا، بھئی دیکھیں، اسلام میں انتقام ایز ا پرنسپل نہیں ہے۔</w:t>
      </w:r>
    </w:p>
    <w:p>
      <w:r>
        <w:rPr>
          <w:b/>
        </w:rPr>
        <w:t xml:space="preserve">[45:02] </w:t>
      </w:r>
      <w:r>
        <w:t>as a principle nahi hai, bilkul nahi hai. hadith mein aata hai ke rasool allah ne kabhi inteqam nahi liya. hazrat ayesha kehti hain</w:t>
      </w:r>
    </w:p>
    <w:p>
      <w:pPr>
        <w:jc w:val="right"/>
      </w:pPr>
      <w:r>
        <w:t>ایز ا پرنسپل نہیں ہے، بالکل نہیں ہے۔ حدیث میں آتا ہے کہ رسول اللہ نے کبھی انتقام نہیں لیا۔ حضرت عائشہ کہتی ہیں</w:t>
      </w:r>
    </w:p>
    <w:p>
      <w:r>
        <w:rPr>
          <w:b/>
        </w:rPr>
        <w:t xml:space="preserve">[45:12] </w:t>
      </w:r>
      <w:r>
        <w:t>islam mein dekhen. maafi hai. wa idha ma ghadibuhum yaghfirun inteqam aata hai ghusse par to wa idha ma ghadibuhum yaghfirun jab unhein ghussa aata hai to maaf kar dete hain.</w:t>
      </w:r>
    </w:p>
    <w:p>
      <w:pPr>
        <w:jc w:val="right"/>
      </w:pPr>
      <w:r>
        <w:t>اسلام میں دیکھیں۔ معافی ہے۔ وَذَا مَا غَضَبُهُمْ يَغْفِرُونَ انتقام آتا ہے غصہ پر تو وَذَا مَا غَضَبُهُمْ يَغْفِرُونَ جب انہیں غصہ آتا ہے تو معاف کر دیتے ہیں۔</w:t>
      </w:r>
    </w:p>
    <w:p>
      <w:r>
        <w:rPr>
          <w:b/>
        </w:rPr>
        <w:t xml:space="preserve">[45:27] </w:t>
      </w:r>
      <w:r>
        <w:t>to islam mein inteqam nahi hai, islam mein maaf kar dena hai.</w:t>
      </w:r>
    </w:p>
    <w:p>
      <w:pPr>
        <w:jc w:val="right"/>
      </w:pPr>
      <w:r>
        <w:t>تو اسلام میں انتقام نہیں ہے، اسلام میں معاف کر دینا ہے۔</w:t>
      </w:r>
    </w:p>
    <w:p>
      <w:r>
        <w:rPr>
          <w:b/>
        </w:rPr>
        <w:t xml:space="preserve">[45:33] </w:t>
      </w:r>
      <w:r>
        <w:t>yahi islam mein, yani basic principle jo hai, yahi hai. molana muhammad jaggi in door se sawal karte hain ke "what does praying with a sincere heart truly mean?</w:t>
      </w:r>
    </w:p>
    <w:p>
      <w:pPr>
        <w:jc w:val="right"/>
      </w:pPr>
      <w:r>
        <w:t>یہی اسلام میں، یعنی بیسک پرنسپل جو ہے، یہی ہے۔ مولانا محمد جگی ان دور سے سوال کرتے ہیں کہ "What does praying with a sincere heart truly mean?</w:t>
      </w:r>
    </w:p>
    <w:p>
      <w:r>
        <w:rPr>
          <w:b/>
        </w:rPr>
        <w:t xml:space="preserve">[45:47] </w:t>
      </w:r>
      <w:r>
        <w:t>" kya phir parhiye? "what does praying with a sincere heart truly mean?"</w:t>
      </w:r>
    </w:p>
    <w:p>
      <w:pPr>
        <w:jc w:val="right"/>
      </w:pPr>
      <w:r>
        <w:t>" کیا پھر پڑھیے؟ "What does praying with a sincere heart truly mean?"</w:t>
      </w:r>
    </w:p>
    <w:p>
      <w:r>
        <w:rPr>
          <w:b/>
        </w:rPr>
        <w:t xml:space="preserve">[45:55] </w:t>
      </w:r>
      <w:r>
        <w:t>kya matlab hai? matlab dil se ibadat karne ka kya matlab hai?</w:t>
      </w:r>
    </w:p>
    <w:p>
      <w:pPr>
        <w:jc w:val="right"/>
      </w:pPr>
      <w:r>
        <w:t>کیا مطلب ہے؟ مطلب دل سے عبادت کرنے کا کیا مطلب ہے؟</w:t>
      </w:r>
    </w:p>
    <w:p>
      <w:r>
        <w:rPr>
          <w:b/>
        </w:rPr>
        <w:t xml:space="preserve">[46:10] </w:t>
      </w:r>
      <w:r>
        <w:t>dil se ibadat karne ka matlab hai spirit ke sath ibadat karna. dekhen, aik hai form jo jis ko hum ibadat karte hain, uska aik form hota hai aur uski spirit hoti hai.</w:t>
      </w:r>
    </w:p>
    <w:p>
      <w:pPr>
        <w:jc w:val="right"/>
      </w:pPr>
      <w:r>
        <w:t>دل سے عبادت کرنے کا مطلب ہے اسپرٹ کے ساتھ عبادت کرنا۔ دیکھیں، ایک ہے فارم جو جس کو ہم عبادت کرتے ہیں، اس کا ایک فارم ہوتا ہے اور اس کی اسپرٹ ہوتی ہے۔</w:t>
      </w:r>
    </w:p>
    <w:p>
      <w:r>
        <w:rPr>
          <w:b/>
        </w:rPr>
        <w:t xml:space="preserve">[46:22] </w:t>
      </w:r>
      <w:r>
        <w:t>misal ke taur par namaz hai, namaz ka aik form hai, aap jante hain, ruku, sajda waghera form. doosra hai khushu.</w:t>
      </w:r>
    </w:p>
    <w:p>
      <w:pPr>
        <w:jc w:val="right"/>
      </w:pPr>
      <w:r>
        <w:t>مثلاً نماز ہے، نماز کا ایک فارم ہے، آپ جانتے ہیں، رکوع، سجدہ وغیرہ فارم۔ دوسرا ہے خشوع۔</w:t>
      </w:r>
    </w:p>
    <w:p>
      <w:r>
        <w:rPr>
          <w:b/>
        </w:rPr>
        <w:t xml:space="preserve">[46:34] </w:t>
      </w:r>
      <w:r>
        <w:t>to islam mein khushu ki ahmiyat hai, sirf form ki ahmiyat nahi hai. yani form ho aur spirit na ho to islam mein wo acceptable nahi hai.</w:t>
      </w:r>
    </w:p>
    <w:p>
      <w:pPr>
        <w:jc w:val="right"/>
      </w:pPr>
      <w:r>
        <w:t>تو اسلام میں خشوع کی اہمیت ہے، صرف فارم کی اہمیت نہیں ہے۔ یعنی فارم ہو اور اسپرٹ نہ ہو تو اسلام میں وہ ایکسیپٹیبل نہیں ہے۔</w:t>
      </w:r>
    </w:p>
    <w:p>
      <w:r>
        <w:rPr>
          <w:b/>
        </w:rPr>
        <w:t xml:space="preserve">[46:51] </w:t>
      </w:r>
      <w:r>
        <w:t>agla aik comment lenge molana irfan rashidi sahib ka. wo likhte hain ke "a selfish man is divided of high thinking." jazak allah molana sahib.</w:t>
      </w:r>
    </w:p>
    <w:p>
      <w:pPr>
        <w:jc w:val="right"/>
      </w:pPr>
      <w:r>
        <w:t>اگلا ایک کمنٹ لیں گے مولانا عرفان رشیدی صاحب کا۔ وہ لکھتے ہیں کہ "A selfish man is divided of high thinking." جزاک اللہ مولانا صاحب۔</w:t>
      </w:r>
    </w:p>
    <w:p>
      <w:r>
        <w:rPr>
          <w:b/>
        </w:rPr>
        <w:t xml:space="preserve">[47:03] </w:t>
      </w:r>
      <w:r>
        <w:t>agla sawal Maulana Wakra Dagar sahib ki taraf se dilli se. woh poochte hain ke "Please tell us how one can become a contributor in society."</w:t>
      </w:r>
    </w:p>
    <w:p>
      <w:pPr>
        <w:jc w:val="right"/>
      </w:pPr>
      <w:r>
        <w:t>اگلا سوال مولانا وکرا ڈاگر صاحب کی طرف سے دلی سے۔ وہ پوچھتے ہیں کہ "Please tell us how one can become a contributor in society."</w:t>
      </w:r>
    </w:p>
    <w:p>
      <w:r>
        <w:rPr>
          <w:b/>
        </w:rPr>
        <w:t xml:space="preserve">[47:16] </w:t>
      </w:r>
      <w:r>
        <w:t>dekhen, jo aap ke paas dene ke liye hai, woh den. matlab aap ke paas dawat hai to dawat den.</w:t>
      </w:r>
    </w:p>
    <w:p>
      <w:pPr>
        <w:jc w:val="right"/>
      </w:pPr>
      <w:r>
        <w:t>دیکھیں، جو آپ کے پاس دینے کے لیے ہے، وہ دیں۔ مطلب آپ کے پاس دعوت ہے تو دعوت دیں۔</w:t>
      </w:r>
    </w:p>
    <w:p>
      <w:r>
        <w:rPr>
          <w:b/>
        </w:rPr>
        <w:t xml:space="preserve">[47:28] </w:t>
      </w:r>
      <w:r>
        <w:t>aap logon ko madad kar sakte hain to madad karen. aap ke paas ek sachi soch hai to us ko share karen logon ke sath.</w:t>
      </w:r>
    </w:p>
    <w:p>
      <w:pPr>
        <w:jc w:val="right"/>
      </w:pPr>
      <w:r>
        <w:t>آپ لوگوں کو مدد کر سکتے ہیں تو مدد کریں۔ آپ کے پاس ایک سچی سوچ ہے تو اس کو شیئر کریں لوگوں کے ساتھ۔</w:t>
      </w:r>
    </w:p>
    <w:p>
      <w:r>
        <w:rPr>
          <w:b/>
        </w:rPr>
        <w:t xml:space="preserve">[47:39] </w:t>
      </w:r>
      <w:r>
        <w:t>insan khud jaan sakta hai ke mere paas dene ke liye kya hai. jo cheez hai, us ko woh de. us ki koi ek ek hi qism nahi hai.</w:t>
      </w:r>
    </w:p>
    <w:p>
      <w:pPr>
        <w:jc w:val="right"/>
      </w:pPr>
      <w:r>
        <w:t>انسان خود جان سکتا ہے کہ میرے پاس دینے کے لیے کیا ہے۔ جو چیز ہے، اس کو وہ دے۔ اس کی کوئی ایک ایک ہی قسم نہیں ہے۔</w:t>
      </w:r>
    </w:p>
    <w:p>
      <w:r>
        <w:rPr>
          <w:b/>
        </w:rPr>
        <w:t xml:space="preserve">[47:50] </w:t>
      </w:r>
      <w:r>
        <w:t>jo bhi insan ke faide ki cheez hai, woh aap ke paas hai to aap ko use dena hai.</w:t>
      </w:r>
    </w:p>
    <w:p>
      <w:pPr>
        <w:jc w:val="right"/>
      </w:pPr>
      <w:r>
        <w:t>جو بھی انسان کے فائدے کی چیز ہے، وہ آپ کے پاس ہے تو آپ کو اسے دینا ہے۔</w:t>
      </w:r>
    </w:p>
    <w:p>
      <w:r>
        <w:rPr>
          <w:b/>
        </w:rPr>
        <w:t xml:space="preserve">[48:05] </w:t>
      </w:r>
      <w:r>
        <w:t>Maulana Mushtaq Ahmed sahib likhte hain ke "hum dawat ka kaam kaise karen?"</w:t>
      </w:r>
    </w:p>
    <w:p>
      <w:pPr>
        <w:jc w:val="right"/>
      </w:pPr>
      <w:r>
        <w:t>مولانا مشتاق احمد صاحب لکھتے ہیں کہ "ہم دعوت کا کام کیسے کریں؟"</w:t>
      </w:r>
    </w:p>
    <w:p>
      <w:r>
        <w:rPr>
          <w:b/>
        </w:rPr>
        <w:t xml:space="preserve">[48:12] </w:t>
      </w:r>
      <w:r>
        <w:t>bhai, dekhiye, hamare mission to mein to us ko bohat aasan karna chahta hoon kyunke kitaben hain, sau kitaben hain.</w:t>
      </w:r>
    </w:p>
    <w:p>
      <w:pPr>
        <w:jc w:val="right"/>
      </w:pPr>
      <w:r>
        <w:t>بھائی، دیکھیے، ہمارے مشن تو میں تو اس کو بہت آسان کرنا چاہتا ہوں کیونکہ کتابیں ہیں، سو کتابیں ہیں۔</w:t>
      </w:r>
    </w:p>
    <w:p>
      <w:r>
        <w:rPr>
          <w:b/>
        </w:rPr>
        <w:t xml:space="preserve">[48:21] </w:t>
      </w:r>
      <w:r>
        <w:t>aap kitaben failaiye. aap kitaben nahi failana chahte to khud Quran o Hadees ki gehra study kijiye aur phir us ko logon ko bataiye.</w:t>
      </w:r>
    </w:p>
    <w:p>
      <w:pPr>
        <w:jc w:val="right"/>
      </w:pPr>
      <w:r>
        <w:t>آپ کتابیں پھیلائیے۔ آپ کتابیں نہیں پھیلانا چاہتے تو خود قرآن و حدیث کی گہرا اسٹڈی کیجئے اور پھر اس کو لوگوں کو بتائیے۔</w:t>
      </w:r>
    </w:p>
    <w:p>
      <w:r>
        <w:rPr>
          <w:b/>
        </w:rPr>
        <w:t xml:space="preserve">[48:34] </w:t>
      </w:r>
      <w:r>
        <w:t>agar aap abhi bhi nahi kar sakte to dua kijiye. dua bhi ek ek qism ki dawat hai.</w:t>
      </w:r>
    </w:p>
    <w:p>
      <w:pPr>
        <w:jc w:val="right"/>
      </w:pPr>
      <w:r>
        <w:t>اگر آپ ابھی بھی نہیں کر سکتے تو دعا کیجئے۔ دعا بھی ایک ایک قسم کی دعوت ہے۔</w:t>
      </w:r>
    </w:p>
    <w:p>
      <w:r>
        <w:rPr>
          <w:b/>
        </w:rPr>
        <w:t xml:space="preserve">[48:46] </w:t>
      </w:r>
      <w:r>
        <w:t>yeh insan khud soch sakta hai ke mein, yani mere halat, apne halat ke lihaz se mujhe kya karna chahiye.</w:t>
      </w:r>
    </w:p>
    <w:p>
      <w:pPr>
        <w:jc w:val="right"/>
      </w:pPr>
      <w:r>
        <w:t>یہ انسان خود سوچ سکتا ہے کہ میں، یعنی میرے حالات، اپنے حالات کے لحاظ سے مجھے کیا کرنا چاہیے۔</w:t>
      </w:r>
    </w:p>
    <w:p>
      <w:r>
        <w:rPr>
          <w:b/>
        </w:rPr>
        <w:t xml:space="preserve">[49:00] </w:t>
      </w:r>
      <w:r>
        <w:t>Maulana, agla sawal aya hai Bilal Ahmed sahib ka Kashmir se. un ke do sawal hain. Maulana, pehla sawal yeh hai ke "Is it obligatory upon Muslims to establish Islamic empire</w:t>
      </w:r>
    </w:p>
    <w:p>
      <w:pPr>
        <w:jc w:val="right"/>
      </w:pPr>
      <w:r>
        <w:t>مولانا، اگلا سوال آیا ہے بلال احمد صاحب کا کشمیر سے۔ ان کے دو سوال ہیں۔ مولانا، پہلا سوال یہ ہے کہ "Is it obligatory upon Muslims to establish Islamic empire</w:t>
      </w:r>
    </w:p>
    <w:p>
      <w:r>
        <w:rPr>
          <w:b/>
        </w:rPr>
        <w:t xml:space="preserve">[49:14] </w:t>
      </w:r>
      <w:r>
        <w:t>? Please elaborate." yeh hai hi nahi. Islamic park qaim karna hai hi nahi. yeh to jhooti baat hai. khwah is mein Quran mein, na Hadees mein ke Islamic park qaim karo, yeh to hai hi nahi.</w:t>
      </w:r>
    </w:p>
    <w:p>
      <w:pPr>
        <w:jc w:val="right"/>
      </w:pPr>
      <w:r>
        <w:t>? Please elaborate." یہ ہے ہی نہیں۔ اسلامک پارک قائم کرنا ہے ہی نہیں۔ یہ تو جھوٹی بات ہے۔ خواہ اس میں قرآن میں، نہ حدیث میں کہ اسلامک پارک قائم کرو، یہ تو ہے ہی نہیں۔</w:t>
      </w:r>
    </w:p>
    <w:p>
      <w:r>
        <w:rPr>
          <w:b/>
        </w:rPr>
        <w:t xml:space="preserve">[49:28] </w:t>
      </w:r>
      <w:r>
        <w:t>yeh to baseless baat hai. obligatory to halanke hai hi nahi sarr se.</w:t>
      </w:r>
    </w:p>
    <w:p>
      <w:pPr>
        <w:jc w:val="right"/>
      </w:pPr>
      <w:r>
        <w:t>یہ تو بیسلیس بات ہے۔ ابلیگیٹری تو حالانکہ ہے ہی نہیں سرے سے۔</w:t>
      </w:r>
    </w:p>
    <w:p>
      <w:r>
        <w:rPr>
          <w:b/>
        </w:rPr>
        <w:t xml:space="preserve">[49:40] </w:t>
      </w:r>
      <w:r>
        <w:t>aur doosra sawal un ka hai Maulana. "You have interpreted that where the word qalb is used, it is human intellect." dekhen ji, is tarah ke jitne bhi alfaaz hain, sab mind ke maene mein hain.</w:t>
      </w:r>
    </w:p>
    <w:p>
      <w:pPr>
        <w:jc w:val="right"/>
      </w:pPr>
      <w:r>
        <w:t>اور دوسرا سوال ان کا ہے مولانا۔ "You have interpreted that where the word قلب is used, it is human intellect." دیکھیں جی، اس طرح کے جتنے بھی الفاظ ہیں، سب مائنڈ کے معنی میں ہیں۔</w:t>
      </w:r>
    </w:p>
    <w:p>
      <w:r>
        <w:rPr>
          <w:b/>
        </w:rPr>
        <w:t xml:space="preserve">[49:53] </w:t>
      </w:r>
      <w:r>
        <w:t>chahe qalb ho ya sadr ho ya fuad ho, jitne alfaaz hain, sab se murad hai mind.</w:t>
      </w:r>
    </w:p>
    <w:p>
      <w:pPr>
        <w:jc w:val="right"/>
      </w:pPr>
      <w:r>
        <w:t>چاہے قلب ہو یا صدر ہو یا فواد ہو، جتنے الفاظ ہیں، سب سے مراد ہے مائنڈ۔</w:t>
      </w:r>
    </w:p>
    <w:p>
      <w:r>
        <w:rPr>
          <w:b/>
        </w:rPr>
        <w:t xml:space="preserve">[50:03] </w:t>
      </w:r>
      <w:r>
        <w:t>baqi jo heart hai, heart to sirf blood circulation ka zariya hai. us ke paas koi soch nahi hoti. yeh thinking heart ka koi wajood nahi hai.</w:t>
      </w:r>
    </w:p>
    <w:p>
      <w:pPr>
        <w:jc w:val="right"/>
      </w:pPr>
      <w:r>
        <w:t>باقی جو ہارٹ ہے، ہارٹ تو صرف بلڈ سرکولیشن کا ذریعہ ہے۔ اس کے پاس کوئی سوچ نہیں ہوتی۔ یہ تھنکنگ ہارٹ کا کوئی وجود نہیں ہے۔</w:t>
      </w:r>
    </w:p>
    <w:p>
      <w:r>
        <w:rPr>
          <w:b/>
        </w:rPr>
        <w:t xml:space="preserve">[50:14] </w:t>
      </w:r>
      <w:r>
        <w:t>to alfaaz mukhtalif istemal hue hain Quran majeed mein, lekin sab ko murad hai mind mein. Maulana, ek sahib ne likha hai, comment kiya hai aur ek question bhi kiya hai, lekin naam nahi diya hai.</w:t>
      </w:r>
    </w:p>
    <w:p>
      <w:pPr>
        <w:jc w:val="right"/>
      </w:pPr>
      <w:r>
        <w:t>تو الفاظ مختلف استعمال ہوئے ہیں قرآن مجید میں، لیکن سب کو مراد ہے مائنڈ میں۔ مولانا، ایک صاحب نے لکھا ہے، کمنٹ کیا ہے اور ایک کوئسچن بھی کیا ہے، لیکن نام نہیں دیا ہے۔</w:t>
      </w:r>
    </w:p>
    <w:p>
      <w:r>
        <w:rPr>
          <w:b/>
        </w:rPr>
        <w:t xml:space="preserve">[50:25] </w:t>
      </w:r>
      <w:r>
        <w:t>Kashmir se hai yeh. Maulana "Today lecture was mind blowing." jazak Allah. aur un ka sawal yeh hai ke Maulana "What is the simple formula or simple way so that we can unite humanity on a single platform,</w:t>
      </w:r>
    </w:p>
    <w:p>
      <w:pPr>
        <w:jc w:val="right"/>
      </w:pPr>
      <w:r>
        <w:t>کشمیر سے ہے یہ۔ مولانا "ٹوڈے لیکچر واز مائنڈ بلوئنگ۔" جزاک اللہ۔ اور ان کا سوال یہ ہے کہ مولانا "واٹ از دا سمپل فارمولا اور سمپل وے سو دیٹ وی کین یونائٹ ہیومینٹی ان سنگل پلیٹ فارم،</w:t>
      </w:r>
    </w:p>
    <w:p>
      <w:r>
        <w:rPr>
          <w:b/>
        </w:rPr>
        <w:t xml:space="preserve">[50:43] </w:t>
      </w:r>
      <w:r>
        <w:t>especially Muslim community?" dekhen, yeh yeh goal hi nahi hai ke humanity ko ek platform par layen.</w:t>
      </w:r>
    </w:p>
    <w:p>
      <w:pPr>
        <w:jc w:val="right"/>
      </w:pPr>
      <w:r>
        <w:t>اسپیشلی مسلم کمیونٹی؟" دیکھیں، یہ یہ گول ہی نہیں ہے کہ ہیومینٹی کو ایک پلیٹ فارم پر لائیں۔</w:t>
      </w:r>
    </w:p>
    <w:p>
      <w:r>
        <w:rPr>
          <w:b/>
        </w:rPr>
        <w:t xml:space="preserve">[50:52] </w:t>
      </w:r>
      <w:r>
        <w:t>goal yeh hai ke apne aap ko apna tazkiya kijiye. goal yeh hai ke apna tazkiya kijiye. "lilmulakhkhidhin munafarada" har insan akela akela Allah ke samne, yani accountable hoga.</w:t>
      </w:r>
    </w:p>
    <w:p>
      <w:pPr>
        <w:jc w:val="right"/>
      </w:pPr>
      <w:r>
        <w:t>گول یہ ہے کہ اپنے آپ کو اپنا تزکیہ کیجئے۔ گول یہ ہے کہ اپنا تزکیہ کیجئے۔ "لِلْمُلَخَذِّةِ مُنَافِرَادًا" ہر انسان اکیلا اکیلا اللہ کے سامنے، یعنی اکاؤنٹیبل ہوگا۔</w:t>
      </w:r>
    </w:p>
    <w:p>
      <w:r>
        <w:rPr>
          <w:b/>
        </w:rPr>
        <w:t xml:space="preserve">[51:13] </w:t>
      </w:r>
      <w:r>
        <w:t>Maulana, ek aur comment lena chahenge agle sawal se pehle. yeh Miss Shabana Ansari ne likha hai ke "Double standard shows that Muslims are sincere in their personal matters, but not sincere as dai and as a giver group of humanity." Masha Allah.</w:t>
      </w:r>
    </w:p>
    <w:p>
      <w:pPr>
        <w:jc w:val="right"/>
      </w:pPr>
      <w:r>
        <w:t>مولانا، ایک اور کمنٹ لینا چاہیں گے اگلے سوال سے پہلے۔ یہ مس شبانہ انصاری نے لکھا ہے کہ "Double standard shows that Muslims are sincere in their personal matters, but not sincere as dai and as a giver group of humanity." ماشاءاللہ۔</w:t>
      </w:r>
    </w:p>
    <w:p>
      <w:r>
        <w:rPr>
          <w:b/>
        </w:rPr>
        <w:t xml:space="preserve">[51:32] </w:t>
      </w:r>
      <w:r>
        <w:t>yeh Miss Fareeda Khanum ki taraf se aya hai Maulana dilli se. "Why is it that Muslims do not fear God these days?</w:t>
      </w:r>
    </w:p>
    <w:p>
      <w:pPr>
        <w:jc w:val="right"/>
      </w:pPr>
      <w:r>
        <w:t>یہ مس فریدہ خانم کی طرف سے آیا ہے مولانا دلی سے۔ "Why is it that Muslims do not fear God these days?</w:t>
      </w:r>
    </w:p>
    <w:p>
      <w:r>
        <w:rPr>
          <w:b/>
        </w:rPr>
        <w:t xml:space="preserve">[51:43] </w:t>
      </w:r>
      <w:r>
        <w:t>They think once they are born in a Muslim family, they will go straight to heaven. Then how do we explain all the verses in the Quran asking the believers to fear hellfire?"</w:t>
      </w:r>
    </w:p>
    <w:p>
      <w:pPr>
        <w:jc w:val="right"/>
      </w:pPr>
      <w:r>
        <w:t>They think once they are born in a Muslim family, they will go straight to heaven. Then how do we explain all the verses in the Quran asking the believers to fear hellfire?</w:t>
      </w:r>
    </w:p>
    <w:p>
      <w:r>
        <w:rPr>
          <w:b/>
        </w:rPr>
        <w:t xml:space="preserve">[51:57] </w:t>
      </w:r>
      <w:r>
        <w:t>agla dekhiye, Yahood ke andar jo tha, wahi Musalman mein aa gaya hai. yani paidaishi nijat. Yahood ka nazariya yeh hai ke Yahoodi family mein agar koi paida ho gaya to us ki nijat pakki hai.</w:t>
      </w:r>
    </w:p>
    <w:p>
      <w:pPr>
        <w:jc w:val="right"/>
      </w:pPr>
      <w:r>
        <w:t>" اگلا دیکھیے، یہود کے اندر جو تھا، وہی مسلمان میں آ گیا ہے۔ یعنی پیدائشی نجات۔ یہود کا نظریہ یہ ہے کہ یہودی فیملی میں اگر کوئی پیدا ہو گیا تو اس کی نجات پکی ہے۔</w:t>
      </w:r>
    </w:p>
    <w:p>
      <w:r>
        <w:rPr>
          <w:b/>
        </w:rPr>
        <w:t xml:space="preserve">[52:13] </w:t>
      </w:r>
      <w:r>
        <w:t>yani family base nijat ya paidaishi nijat. to yahi Musalman mein aa gaya hai.</w:t>
      </w:r>
    </w:p>
    <w:p>
      <w:pPr>
        <w:jc w:val="right"/>
      </w:pPr>
      <w:r>
        <w:t>یعنی فیملی بیس نجات یا پیدائشی نجات۔ تو یہی مسلمان میں آ گیا ہے۔</w:t>
      </w:r>
    </w:p>
    <w:p>
      <w:r>
        <w:rPr>
          <w:b/>
        </w:rPr>
        <w:t xml:space="preserve">[52:22] </w:t>
      </w:r>
      <w:r>
        <w:t>jaise hadith mein aata hai ke tum yahood ke raaste par chaloge to paidaishi nijaat ka koi concept samne nahi hai. na koi ayat hai, na koi hadith hai ke barf par mabni hai nijaat.</w:t>
      </w:r>
    </w:p>
    <w:p>
      <w:pPr>
        <w:jc w:val="right"/>
      </w:pPr>
      <w:r>
        <w:t>جیسے حدیث میں آتا ہے کہ تم یہود کے راستے پر چلو گے تو پیدائشی نجات کا کوئی کانسیپٹ سامنے نہیں ہے۔ نہ کوئی آیت ہے، نہ کوئی حدیث ہے کہ برف پر مبنی ہے نجات۔</w:t>
      </w:r>
    </w:p>
    <w:p>
      <w:r>
        <w:rPr>
          <w:b/>
        </w:rPr>
        <w:t xml:space="preserve">[52:38] </w:t>
      </w:r>
      <w:r>
        <w:t>hai hi nahi ke. yeh to yahood se lia hua hai. to is se to musalmanon ko apne aap ko bahar lana parega. is ko chhodna parega.</w:t>
      </w:r>
    </w:p>
    <w:p>
      <w:pPr>
        <w:jc w:val="right"/>
      </w:pPr>
      <w:r>
        <w:t>ہے ہی نہیں کہیں۔ یہ تو یہود سے لیا ہوا ہے۔ تو اس سے تو مسلمانوں کو اپنے آپ کو باہر لانا پڑے گا۔ اس کو چھوڑنا پڑے گا۔</w:t>
      </w:r>
    </w:p>
    <w:p>
      <w:r>
        <w:rPr>
          <w:b/>
        </w:rPr>
        <w:t xml:space="preserve">[52:51] </w:t>
      </w:r>
      <w:r>
        <w:t>inhi ki taraf se agla sawal hai Maulana. "Why is it that Muslims do not think that had they been on theright path, they would surely have received divine help?"</w:t>
      </w:r>
    </w:p>
    <w:p>
      <w:pPr>
        <w:jc w:val="right"/>
      </w:pPr>
      <w:r>
        <w:t>انہی کی طرف سے اگلا سوال ہے مولانا۔ "Why is it that Muslims do not think that had they been on theright path, they would surely have received divine help?</w:t>
      </w:r>
    </w:p>
    <w:p>
      <w:r>
        <w:rPr>
          <w:b/>
        </w:rPr>
        <w:t xml:space="preserve">[53:04] </w:t>
      </w:r>
      <w:r>
        <w:t>It is clear that they have failed to receive divine succumb, for they always lose. It is their enemies, as they call, all non-Muslims who always succeed.</w:t>
      </w:r>
    </w:p>
    <w:p>
      <w:pPr>
        <w:jc w:val="right"/>
      </w:pPr>
      <w:r>
        <w:t>It is clear that they have failed to receive divine succumb, for they always lose. It is their enemies, as they call, all non-Muslims who always succeed.</w:t>
      </w:r>
    </w:p>
    <w:p>
      <w:r>
        <w:rPr>
          <w:b/>
        </w:rPr>
        <w:t xml:space="preserve">[53:17] </w:t>
      </w:r>
      <w:r>
        <w:t>Does it show that God is at the side of their enemies? Why do Muslims</w:t>
      </w:r>
    </w:p>
    <w:p>
      <w:pPr>
        <w:jc w:val="right"/>
      </w:pPr>
      <w:r>
        <w:t>Does it show that God is at the side of their enemies? Why do Muslims</w:t>
      </w:r>
    </w:p>
    <w:p>
      <w:r>
        <w:rPr>
          <w:b/>
        </w:rPr>
        <w:t xml:space="preserve">[53:23] </w:t>
      </w:r>
      <w:r>
        <w:t>not think?" dekhen, ek hadith hai ke ek zamana aayega ke musalmanon se aql chhin jayegi. "كُنْتُ عَنْهُ مَقُولًا" yeh hadith hai ke ek zamana aayega jab ke musalmanon se aql chhin jayegi.</w:t>
      </w:r>
    </w:p>
    <w:p>
      <w:pPr>
        <w:jc w:val="right"/>
      </w:pPr>
      <w:r>
        <w:t>not think?" دیکھیں، ایک حدیث ہے کہ ایک زمانہ آئے گا کہ مسلمانوں سے عقل چھن جائے گی۔ "كُنْتُ عَنْهُ مَقُولًا" یہ حدیث ہے کہ ایک زمانہ آئے گا جب کہ مسلمانوں سے عقل چھن جائے گی۔</w:t>
      </w:r>
    </w:p>
    <w:p>
      <w:r>
        <w:rPr>
          <w:b/>
        </w:rPr>
        <w:t xml:space="preserve">[53:38] </w:t>
      </w:r>
      <w:r>
        <w:t>to main to samajhta hoon ke yeh zamana hai. ab to duniya hi khatm hone wali hai. ab kaho kab aayega woh zamana? logon ki aqlain chhin gayi hain. right thinking hai nahi hai.</w:t>
      </w:r>
    </w:p>
    <w:p>
      <w:pPr>
        <w:jc w:val="right"/>
      </w:pPr>
      <w:r>
        <w:t>تو میں تو سمجھتا ہوں کہ یہ زمانہ ہے۔ اب تو دنیا ہی ختم ہونے والی ہے۔ اب کہو کب آئے گا وہ زمانہ؟ لوگوں کی عقلیں چھن گئی ہیں۔ رائٹ تھنکنگ ہے نہیں ہے۔</w:t>
      </w:r>
    </w:p>
    <w:p>
      <w:r>
        <w:rPr>
          <w:b/>
        </w:rPr>
        <w:t xml:space="preserve">[53:47] </w:t>
      </w:r>
      <w:r>
        <w:t>is liye aisi baatein karte hain. agla sawal Maulana Faraz Khan ki taraf se hai Dilli se. woh likhte hain ke "Muslims have taken Islam for granted.</w:t>
      </w:r>
    </w:p>
    <w:p>
      <w:pPr>
        <w:jc w:val="right"/>
      </w:pPr>
      <w:r>
        <w:t>اس لیے ایسی باتیں کرتے ہیں۔ اگلا سوال مولانا فراز خان کی طرف سے ہے دلی سے۔ وہ لکھتے ہیں کہ "Muslims have taken Islam for granted.</w:t>
      </w:r>
    </w:p>
    <w:p>
      <w:r>
        <w:rPr>
          <w:b/>
        </w:rPr>
        <w:t xml:space="preserve">[54:00] </w:t>
      </w:r>
      <w:r>
        <w:t>They follow some rhythm and think that they will go to Jannah." yeh asal mein Maulana ek comment hai.</w:t>
      </w:r>
    </w:p>
    <w:p>
      <w:pPr>
        <w:jc w:val="right"/>
      </w:pPr>
      <w:r>
        <w:t>They follow some rhythm and think that they will go to Jannah." یہ اصل میں مولانا ایک کمنٹ ہے۔</w:t>
      </w:r>
    </w:p>
    <w:p>
      <w:r>
        <w:rPr>
          <w:b/>
        </w:rPr>
        <w:t xml:space="preserve">[54:12] </w:t>
      </w:r>
      <w:r>
        <w:t>agla sawal hai Sajid Sahab ka Mumbai se. woh likhte hain Maulana "What is cowardice</w:t>
      </w:r>
    </w:p>
    <w:p>
      <w:pPr>
        <w:jc w:val="right"/>
      </w:pPr>
      <w:r>
        <w:t>اگلا سوال ہے ساجد صاحب کا ممبئی سے۔ وہ لکھتے ہیں مولانا "What is cowardice</w:t>
      </w:r>
    </w:p>
    <w:p>
      <w:r>
        <w:rPr>
          <w:b/>
        </w:rPr>
        <w:t xml:space="preserve">[54:17] </w:t>
      </w:r>
      <w:r>
        <w:t>? Kindly explain." buzdi kya hai? poochna chaha raha hoon.</w:t>
      </w:r>
    </w:p>
    <w:p>
      <w:pPr>
        <w:jc w:val="right"/>
      </w:pPr>
      <w:r>
        <w:t>? Kindly explain." بزدلی کیا ہے؟ پوچھنا چاہ رہا ہوں۔</w:t>
      </w:r>
    </w:p>
    <w:p>
      <w:r>
        <w:rPr>
          <w:b/>
        </w:rPr>
        <w:t xml:space="preserve">[54:25] </w:t>
      </w:r>
      <w:r>
        <w:t>main to samajhta hoon ke cowardice ka lafz hi galat hai. musalmanon ne sabr ko aur hikmat ko cowardice bana rakha hai.</w:t>
      </w:r>
    </w:p>
    <w:p>
      <w:pPr>
        <w:jc w:val="right"/>
      </w:pPr>
      <w:r>
        <w:t>میں تو سمجھتا ہوں کہ cowardice کا لفظ ہی غلط ہے۔ مسلمانوں نے صبر کو اور حکمت کو cowardice بنا رکھا ہے۔</w:t>
      </w:r>
    </w:p>
    <w:p>
      <w:r>
        <w:rPr>
          <w:b/>
        </w:rPr>
        <w:t xml:space="preserve">[54:38] </w:t>
      </w:r>
      <w:r>
        <w:t>cowardice koi cheez nahi hai. mauqe ke lehaz se aap ko jhukna pada to jhuk jaiye. address karna pada to address kijiye.</w:t>
      </w:r>
    </w:p>
    <w:p>
      <w:pPr>
        <w:jc w:val="right"/>
      </w:pPr>
      <w:r>
        <w:t>cowardice کوئی چیز نہیں ہے۔ موقع کے لحاظ سے آپ کو جھکنا پڑا تو جھک جائیے۔ ایڈریس کرنا پڑا تو ایڈریس کیجئے۔</w:t>
      </w:r>
    </w:p>
    <w:p>
      <w:r>
        <w:rPr>
          <w:b/>
        </w:rPr>
        <w:t xml:space="preserve">[54:48] </w:t>
      </w:r>
      <w:r>
        <w:t>peeche hata to peeche hat jaiye. woh hikmat hai, woh cowardice nahi hai. lekin inhi cheezon ko musalman cowardice kehte hain. woh buzdi nahi hai.</w:t>
      </w:r>
    </w:p>
    <w:p>
      <w:pPr>
        <w:jc w:val="right"/>
      </w:pPr>
      <w:r>
        <w:t>پیچھے ہٹا تو پیچھے ہٹ جائیے۔ وہ حکمت ہے، وہ cowardice نہیں ہے۔ لیکن انہی چیزوں کو مسلمان cowardice کہتے ہیں۔ وہ بزدلی نہیں ہے۔</w:t>
      </w:r>
    </w:p>
    <w:p>
      <w:r>
        <w:rPr>
          <w:b/>
        </w:rPr>
        <w:t xml:space="preserve">[54:58] </w:t>
      </w:r>
      <w:r>
        <w:t>woh</w:t>
      </w:r>
    </w:p>
    <w:p>
      <w:pPr>
        <w:jc w:val="right"/>
      </w:pPr>
      <w:r>
        <w:t>وہ</w:t>
      </w:r>
    </w:p>
    <w:p>
      <w:r>
        <w:rPr>
          <w:b/>
        </w:rPr>
        <w:t xml:space="preserve">[55:03] </w:t>
      </w:r>
      <w:r>
        <w:t>Maulana agla sawal Muhammad Rafiq Chogli ki taraf se. woh likhte hain ke "According to Structure Committee report tabled in Parliament on 30th November 2006, the socio-economic and educational status of Muslims in India is abysmally low at all levels." Maulana "What is your opinion on this report and your valuable advice to Indian Muslims and Indian government as well in this reg</w:t>
      </w:r>
    </w:p>
    <w:p>
      <w:pPr>
        <w:jc w:val="right"/>
      </w:pPr>
      <w:r>
        <w:t>مولانا اگلا سوال محمد رفیق چوغلی کی طرف سے۔ وہ لکھتے ہیں کہ "According to Structure Committee report tabled in Parliament on 30th November 2006, the socio-economic and educational status of Muslims in India is abysmally low at all levels." مولانا "What is your opinion on this report and your valuable advice to Indian Muslims and Indian government as well in this reg</w:t>
      </w:r>
    </w:p>
    <w:p>
      <w:r>
        <w:rPr>
          <w:b/>
        </w:rPr>
        <w:t xml:space="preserve">[55:32] </w:t>
      </w:r>
      <w:r>
        <w:t>ard?" dekhen, Structure Committee se mujhe koi matlab nahi hai. aap log dekhiye is ko aur jo chahe kijiye. mujhe to is se matlab hai ke Allah ne kaha hai ke musalman agar rahenge Islam ke raaste par to Allah un ki madad karega.</w:t>
      </w:r>
    </w:p>
    <w:p>
      <w:pPr>
        <w:jc w:val="right"/>
      </w:pPr>
      <w:r>
        <w:t>ard?" دیکھیں، Structure Committee سے مجھے کوئی مطلب نہیں ہے۔ آپ لوگ دیکھیے اس کو اور جو چاہے کیجئے۔ مجھے تو اس سے مطلب ہے کہ اللہ نے کہا ہے کہ مسلمان اگر رہیں گے اسلام کے راستے پر تو اللہ ان کی مدد کرے گا۔</w:t>
      </w:r>
    </w:p>
    <w:p>
      <w:r>
        <w:rPr>
          <w:b/>
        </w:rPr>
        <w:t xml:space="preserve">[55:47] </w:t>
      </w:r>
      <w:r>
        <w:t>Structure Committee kya kehti hai, woh aap log janiye. main main is ko koi ahmiyat nahi deta. main ahmiyat is baat deta hoon ke "أَنْتُمُ الْعَلَوْنِ إِن كُنْتُمْ مُؤْمِنِينَ" agar tumhara imaan hoga to tum hi ghaib rahoge.</w:t>
      </w:r>
    </w:p>
    <w:p>
      <w:pPr>
        <w:jc w:val="right"/>
      </w:pPr>
      <w:r>
        <w:t>Structure Committee کیا کہتی ہے، وہ آپ لوگ جانیے۔ میں میں اس کو کوئی اہمیت نہیں دیتا۔ میں اہمیت اس بات دیتا ہوں کہ "أَنْتُمُ الْعَلَوْنِ إِن كُنْتُمْ مُؤْمِنِينَ" اگر تمہارا ایمان ہوگا تو تم ہی غائب رہو گے۔</w:t>
      </w:r>
    </w:p>
    <w:p>
      <w:r>
        <w:rPr>
          <w:b/>
        </w:rPr>
        <w:t xml:space="preserve">[56:07] </w:t>
      </w:r>
      <w:r>
        <w:t>to mujhe to meri soch to yeh hai ke baqi Structure Committee kya kehti hai, woh aap log janiye. mera mera is se koi cursor nahi hai.</w:t>
      </w:r>
    </w:p>
    <w:p>
      <w:pPr>
        <w:jc w:val="right"/>
      </w:pPr>
      <w:r>
        <w:t>تو مجھے تو میری سوچ تو یہ ہے کہ باقی Structure Committee کیا کہتی ہے، وہ آپ لوگ جانیے۔ میرا میرا اس سے کوئی کرسر نہیں ہے۔</w:t>
      </w:r>
    </w:p>
    <w:p>
      <w:r>
        <w:rPr>
          <w:b/>
        </w:rPr>
        <w:t xml:space="preserve">[56:17] </w:t>
      </w:r>
      <w:r>
        <w:t>Maulana agla sawal Khwaja Kaleemuddin Sahab ki taraf se aaya hai Pennsylvania, USA se. woh poochte hain ke "Are words mind, soul, intellect synonymous in</w:t>
      </w:r>
    </w:p>
    <w:p>
      <w:pPr>
        <w:jc w:val="right"/>
      </w:pPr>
      <w:r>
        <w:t>مولانا اگلا سوال خواجہ کلیم الدین صاحب کی طرف سے آیا ہے پینسلوینیا، یو ایس اے سے۔ وہ پوچھتے ہیں کہ "Are words mind, soul, intellect synonymous in</w:t>
      </w:r>
    </w:p>
    <w:p>
      <w:r>
        <w:rPr>
          <w:b/>
        </w:rPr>
        <w:t xml:space="preserve">[56:30] </w:t>
      </w:r>
      <w:r>
        <w:t>meaning?"</w:t>
      </w:r>
    </w:p>
    <w:p>
      <w:pPr>
        <w:jc w:val="right"/>
      </w:pPr>
      <w:r>
        <w:t>meaning?"</w:t>
      </w:r>
    </w:p>
    <w:p>
      <w:r>
        <w:rPr>
          <w:b/>
        </w:rPr>
        <w:t xml:space="preserve">[56:33] </w:t>
      </w:r>
      <w:r>
        <w:t>kya kya matlab hai? mani zaban, mind aur insan ki rooh aur us ki jo intellect hai, kya in sab ka matlab ek hi hai?</w:t>
      </w:r>
    </w:p>
    <w:p>
      <w:pPr>
        <w:jc w:val="right"/>
      </w:pPr>
      <w:r>
        <w:t>کیا کیا مطلب ہے؟ معنی زبان، مائنڈ اور انسان کی روح اور اس کی جو انٹلیکٹ ہے، کیا ان سب کا مطلب ایک ہی ہے؟</w:t>
      </w:r>
    </w:p>
    <w:p>
      <w:r>
        <w:rPr>
          <w:b/>
        </w:rPr>
        <w:t xml:space="preserve">[56:44] </w:t>
      </w:r>
      <w:r>
        <w:t>haan, ek hi hai. mind aisi cheez hai, mind hai. usi ke different</w:t>
      </w:r>
    </w:p>
    <w:p>
      <w:pPr>
        <w:jc w:val="right"/>
      </w:pPr>
      <w:r>
        <w:t>ہاں، ایک ہی ہے۔ مائنڈ ایسی چیز ہے، مائنڈ ہے۔ اسی کے ڈفرنٹ</w:t>
      </w:r>
    </w:p>
    <w:p>
      <w:r>
        <w:rPr>
          <w:b/>
        </w:rPr>
        <w:t xml:space="preserve">[56:51] </w:t>
      </w:r>
      <w:r>
        <w:t>reflections hain. mere nazdeek aisi cheez mind hai. baqi har un ko hum naam announcement catcher ki baat hai.</w:t>
      </w:r>
    </w:p>
    <w:p>
      <w:pPr>
        <w:jc w:val="right"/>
      </w:pPr>
      <w:r>
        <w:t>ریفلیکشنز ہیں۔ میرے نزدیک ایسی چیز مائنڈ ہے۔ باقی ہر ان کو ہم نام اناؤنمنٹ کیچر کی بات ہے۔</w:t>
      </w:r>
    </w:p>
    <w:p>
      <w:r>
        <w:rPr>
          <w:b/>
        </w:rPr>
        <w:t xml:space="preserve">[56:59] </w:t>
      </w:r>
      <w:r>
        <w:t>naam da</w:t>
      </w:r>
    </w:p>
    <w:p>
      <w:pPr>
        <w:jc w:val="right"/>
      </w:pPr>
      <w:r>
        <w:t>نام 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