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 Risala July 2017 - Audio Version</w:t>
      </w:r>
    </w:p>
    <w:p>
      <w:r>
        <w:t>https://www.youtube.com/watch?v=L0pnijKjluo</w:t>
      </w:r>
    </w:p>
    <w:p>
      <w:r>
        <w:rPr>
          <w:b/>
        </w:rPr>
        <w:t xml:space="preserve">[00:04] </w:t>
      </w:r>
      <w:r>
        <w:t>arsala, julaai 2017, khusoosi shumarah ri planning.</w:t>
      </w:r>
    </w:p>
    <w:p>
      <w:pPr>
        <w:jc w:val="right"/>
      </w:pPr>
      <w:r>
        <w:t>ارسالہ، جولائی 2017، خصوصی شمارہ ری پلاننگ۔</w:t>
      </w:r>
    </w:p>
    <w:p>
      <w:r>
        <w:rPr>
          <w:b/>
        </w:rPr>
        <w:t xml:space="preserve">[00:17] </w:t>
      </w:r>
      <w:r>
        <w:t>emergency of islam. jadeed daur aik mu'eed-e-islam daur hai. yeh daur, agarche aam taur par maghrib ki taraf mansoob hai, lekin haqeeqat yeh hai ke poori insaniyat ki majmooi koshish se yeh daur zahoor mein aaya hai.</w:t>
      </w:r>
    </w:p>
    <w:p>
      <w:pPr>
        <w:jc w:val="right"/>
      </w:pPr>
      <w:r>
        <w:t>ایمرجنسی آف اسلام۔ جدید دور ایک معیدِ اسلام دور ہے۔ یہ دور، اگرچہ عام طور پر مغرب کی طرف منسوب ہے، لیکن حقیقت یہ ہے کہ پوری انسانیت کی مجموعی کوشش سے یہ دور ظہور میں آیا ہے۔</w:t>
      </w:r>
    </w:p>
    <w:p>
      <w:r>
        <w:rPr>
          <w:b/>
        </w:rPr>
        <w:t xml:space="preserve">[00:38] </w:t>
      </w:r>
      <w:r>
        <w:t>tahum maghribi qaumon ka hissa is daur ko laane mein sab se zyada hai. doosri qaumein, agar is amal yaani process ka hissa hain to maghribi duniya is ke nuqta-e-inteha ka maqam.</w:t>
      </w:r>
    </w:p>
    <w:p>
      <w:pPr>
        <w:jc w:val="right"/>
      </w:pPr>
      <w:r>
        <w:t>تاہم مغربی قوموں کا حصہ اس دور کو لانے میں سب سے زیادہ ہے۔ دوسری قومیں، اگر اس عمل یعنی پروسیس کا حصہ ہیں تو مغربی دنیا اس کے نقطۂ انتہا کا مقام۔</w:t>
      </w:r>
    </w:p>
    <w:p>
      <w:r>
        <w:rPr>
          <w:b/>
        </w:rPr>
        <w:t xml:space="preserve">[00:54] </w:t>
      </w:r>
      <w:r>
        <w:t>yeh daur, jis ka numayan pehlu jadeed tehzeeb yaani modern civilization hai, is ne qadeem rawayati daur ko yakasar badal diya hai.</w:t>
      </w:r>
    </w:p>
    <w:p>
      <w:pPr>
        <w:jc w:val="right"/>
      </w:pPr>
      <w:r>
        <w:t>یہ دور، جس کا نمایاں پہلو جدید تہذیب یعنی ماڈرن سولائزیشن ہے، اس نے قدیم روایتی دور کو یکسر بدل دیا ہے۔</w:t>
      </w:r>
    </w:p>
    <w:p>
      <w:r>
        <w:rPr>
          <w:b/>
        </w:rPr>
        <w:t xml:space="preserve">[01:05] </w:t>
      </w:r>
      <w:r>
        <w:t>yeh har aitbaar se aik naya daur hai. yeh wohi daur hai jis ki peshangoi peghambar-e-islam ne apne zamane mein wazeh taur par kar di thi.</w:t>
      </w:r>
    </w:p>
    <w:p>
      <w:pPr>
        <w:jc w:val="right"/>
      </w:pPr>
      <w:r>
        <w:t>یہ ہر اعتبار سے ایک نیا دور ہے۔ یہ وہی دور ہے جس کی پیشنگوئی پیغمبرِ اسلام نے اپنے زمانے میں واضح طور پر کر دی تھی۔</w:t>
      </w:r>
    </w:p>
    <w:p>
      <w:r>
        <w:rPr>
          <w:b/>
        </w:rPr>
        <w:t xml:space="preserve">[01:18] </w:t>
      </w:r>
      <w:r>
        <w:t>is silsile mein aik hadees mukhtalif kitabon mein aayi hai. aik riwayat ke alfaaz yeh hain: "in allaha azza wa jalla la yu'ayyidul islama birijalin ma hum min ahlihi,</w:t>
      </w:r>
    </w:p>
    <w:p>
      <w:pPr>
        <w:jc w:val="right"/>
      </w:pPr>
      <w:r>
        <w:t>اس سلسلے میں ایک حدیث مختلف کتابوں میں آئی ہے۔ ایک روایت کے الفاظ یہ ہیں: "إن الله عز وجل ليؤيد الإسلام برجال ما هم من أهله،</w:t>
      </w:r>
    </w:p>
    <w:p>
      <w:r>
        <w:rPr>
          <w:b/>
        </w:rPr>
        <w:t xml:space="preserve">[01:34] </w:t>
      </w:r>
      <w:r>
        <w:t>al mu'jam al kabir lil tabarani". beshak Allah azza wa jalla islam ki ta'eed un logon ke zariye karega jo ahle-e-islam mein se na honge.</w:t>
      </w:r>
    </w:p>
    <w:p>
      <w:pPr>
        <w:jc w:val="right"/>
      </w:pPr>
      <w:r>
        <w:t>المعجم الكبير للطبرانی"۔ بے شک اللہ عز وجل اسلام کی تائید ان لوگوں کے ذریعے کرے گا جو اہلِ اسلام میں سے نہ ہوں گے۔</w:t>
      </w:r>
    </w:p>
    <w:p>
      <w:r>
        <w:rPr>
          <w:b/>
        </w:rPr>
        <w:t xml:space="preserve">[01:46] </w:t>
      </w:r>
      <w:r>
        <w:t>asal yeh hai ke islam ki tehreek pichhle zamane mein rawayati buniyad par chalti thi, lekin fitrat yaani nature ke andar khaliq ne apne azeem kalimat chhupa diye the.</w:t>
      </w:r>
    </w:p>
    <w:p>
      <w:pPr>
        <w:jc w:val="right"/>
      </w:pPr>
      <w:r>
        <w:t>اصل یہ ہے کہ اسلام کی تحریک پچھلے زمانے میں روایتی بنیاد پر چلتی تھی، لیکن فطرت یعنی نیچر کے اندر خالق نے اپنے عظیم کلمات چھپا دیے تھے۔</w:t>
      </w:r>
    </w:p>
    <w:p>
      <w:r>
        <w:rPr>
          <w:b/>
        </w:rPr>
        <w:t xml:space="preserve">[02:00] </w:t>
      </w:r>
      <w:r>
        <w:t>khaliq ko matloob tha ke yeh kalimat daryaft kiye jayen aur un ko kitabon ki soorat mein madawwan kiya jaye, taake islam ki sadaqat ko mubrahan karne ke liye scientific framework hasil ho, aur aala satah par deen-e-khudawandi ki ma'rifat mumkin ho sake.</w:t>
      </w:r>
    </w:p>
    <w:p>
      <w:pPr>
        <w:jc w:val="right"/>
      </w:pPr>
      <w:r>
        <w:t>خالق کو مطلوب تھا کہ یہ کلمات دریافت کیے جائیں اور ان کو کتابوں کی صورت میں مدون کیا جائے، تاکہ اسلام کی صداقت کو مبراہن کرنے کے لیے سائنٹیفک فریم ورک حاصل ہو، اور اعلیٰ سطح پر دینِ خداوندی کی معرفت ممکن ہو جائے۔</w:t>
      </w:r>
    </w:p>
    <w:p>
      <w:r>
        <w:rPr>
          <w:b/>
        </w:rPr>
        <w:t xml:space="preserve">[02:22] </w:t>
      </w:r>
      <w:r>
        <w:t>jadeed tehzeeb ke baad, 21veen sadi mein yeh imkaan poori tarah waqe ban chuka hai. yahi woh waqe hai jis ki peshangoi quran mein in alfaaz mein ki gayi thi:</w:t>
      </w:r>
    </w:p>
    <w:p>
      <w:pPr>
        <w:jc w:val="right"/>
      </w:pPr>
      <w:r>
        <w:t>جدید تہذیب کے بعد، اکیسویں صدی میں یہ امکان پوری طرح واقعہ بن چکا ہے۔ یہی وہ واقعہ ہے جس کی پیشنگوئی قرآن میں ان الفاظ میں کی گئی تھی:</w:t>
      </w:r>
    </w:p>
    <w:p>
      <w:r>
        <w:rPr>
          <w:b/>
        </w:rPr>
        <w:t xml:space="preserve">[02:35] </w:t>
      </w:r>
      <w:r>
        <w:t>"sanurihim ayatina fil afaqi wa fi anfusihim hatta yatabayyana lahum annahul haqq, wa lam yakfi birabbika annahu 'ala kulli shay'in shaheed".</w:t>
      </w:r>
    </w:p>
    <w:p>
      <w:pPr>
        <w:jc w:val="right"/>
      </w:pPr>
      <w:r>
        <w:t>"سنوریہم آیاتنا فی الآفاق و فی أنفسہم حتیٰ یتبین لہم أنه الحق، ولم یکفی بربک أنه علی کل شی شہید"۔</w:t>
      </w:r>
    </w:p>
    <w:p>
      <w:r>
        <w:rPr>
          <w:b/>
        </w:rPr>
        <w:t xml:space="preserve">[02:52] </w:t>
      </w:r>
      <w:r>
        <w:t>fitrat ke raazon ki daryaft ke baad yeh sab kuch ab waqe ban chuka hai. yeh daur imkani taur par zahoor-e-islam ka daur hai.</w:t>
      </w:r>
    </w:p>
    <w:p>
      <w:pPr>
        <w:jc w:val="right"/>
      </w:pPr>
      <w:r>
        <w:t>فطرت کے رازوں کی دریافت کے بعد یہ سب کچھ اب واقعہ بن چکا ہے۔ یہ دور امکانی طور پر ظہورِ اسلام کا دور ہے۔</w:t>
      </w:r>
    </w:p>
    <w:p>
      <w:r>
        <w:rPr>
          <w:b/>
        </w:rPr>
        <w:t xml:space="preserve">[03:03] </w:t>
      </w:r>
      <w:r>
        <w:t>yeh daur galileo galile ki tehqiqat se shuru hua aur ab stephen hawking paidaish 1942 ki tehqiqat ke sath woh apni takmeel tak pahunch chuka hai.</w:t>
      </w:r>
    </w:p>
    <w:p>
      <w:pPr>
        <w:jc w:val="right"/>
      </w:pPr>
      <w:r>
        <w:t>یہ دور گیلیلیو گیلیلی کی تحقیقات سے شروع ہوا اور اب سٹیفن ہاکنگ پیدائش 1942 کی تحقیقات کے ساتھ وہ اپنی تکمیل تک پہنچ چکا ہے۔</w:t>
      </w:r>
    </w:p>
    <w:p>
      <w:r>
        <w:rPr>
          <w:b/>
        </w:rPr>
        <w:t xml:space="preserve">[03:16] </w:t>
      </w:r>
      <w:r>
        <w:t>ab waqt aa gaya hai ke daryaft kardah haqaa'iq ko le kar Khuda ke deen ko tabyeen-e-kamil ke darje tak pahuncha diya jaye.</w:t>
      </w:r>
    </w:p>
    <w:p>
      <w:pPr>
        <w:jc w:val="right"/>
      </w:pPr>
      <w:r>
        <w:t>اب وقت آ گیا ہے کہ دریافت کردہ حقائق کو لے کر خدا کے دین کو تبیینِ کامل کے درجے تک پہنچا دیا جائے۔</w:t>
      </w:r>
    </w:p>
    <w:p>
      <w:r>
        <w:rPr>
          <w:b/>
        </w:rPr>
        <w:t xml:space="preserve">[03:26] </w:t>
      </w:r>
      <w:r>
        <w:t>isi ke sath communication ke jadeed zraa'e ko istemal karte hue khaliq ke paigham ko zameen ke har chhote bade ghar mein pahuncha diya jaye.</w:t>
      </w:r>
    </w:p>
    <w:p>
      <w:pPr>
        <w:jc w:val="right"/>
      </w:pPr>
      <w:r>
        <w:t>اسی کے ساتھ کمیونیکیشن کے جدید ذرائع کو استعمال کرتے ہوئے خالق کے پیغام کو زمین کے ہر چھوٹے بڑے گھر میں پہنچا دیا جائے۔</w:t>
      </w:r>
    </w:p>
    <w:p>
      <w:r>
        <w:rPr>
          <w:b/>
        </w:rPr>
        <w:t xml:space="preserve">[03:38] </w:t>
      </w:r>
      <w:r>
        <w:t>jaisa ke peghambar ne peshangoi ki hai: "la yabqa 'ala zahril ardi baytun madrin wa la ghabrin illa adkhalallahu kalimatal islami" (musnad ahmad).</w:t>
      </w:r>
    </w:p>
    <w:p>
      <w:pPr>
        <w:jc w:val="right"/>
      </w:pPr>
      <w:r>
        <w:t>جیسا کہ پیغمبر نے پیشنگوئی کی ہے: "لا یبق علی ظہر الارض بیت مدر ولا غبر الا ادخلہ اللہ کلمۃ الاسلام" (مسند احمد)۔</w:t>
      </w:r>
    </w:p>
    <w:p>
      <w:r>
        <w:rPr>
          <w:b/>
        </w:rPr>
        <w:t xml:space="preserve">[03:53] </w:t>
      </w:r>
      <w:r>
        <w:t>islam har daur mein peghambaron ke zariye zahoor hota raha hai. koi daur is waqe se khali nahi. lekin islam ke zahoor ka aik aur darja tha, jis ko quran mein tabyeen-e-haq ke alfaaz mein bayan kiya gaya hai.</w:t>
      </w:r>
    </w:p>
    <w:p>
      <w:pPr>
        <w:jc w:val="right"/>
      </w:pPr>
      <w:r>
        <w:t>اسلام ہر دور میں پیغمبروں کے ذریعے ظاہر ہوتا رہا ہے۔ کوئی دور اس واقعے سے خالی نہیں۔ لیکن اسلام کے ظہور کا ایک اور درجہ تھا، جس کو قرآن میں تبیینِ حق کے الفاظ میں بیان کیا گیا ہے۔</w:t>
      </w:r>
    </w:p>
    <w:p>
      <w:r>
        <w:rPr>
          <w:b/>
        </w:rPr>
        <w:t xml:space="preserve">[04:10] </w:t>
      </w:r>
      <w:r>
        <w:t>hadees mein zahoor-e-islam ke is waqe ko shahadat-e-a'zam ke alfaaz mein bayan kiya gaya hai. islam ke is aala zahoor ke liye aala mawaqe darkaar the.</w:t>
      </w:r>
    </w:p>
    <w:p>
      <w:pPr>
        <w:jc w:val="right"/>
      </w:pPr>
      <w:r>
        <w:t>حدیث میں ظہورِ اسلام کے اس واقعے کو شہادتِ اعظم کے الفاظ میں بیان کیا گیا ہے۔ اسلام کے اس اعلیٰ ظہور کے لیے اعلیٰ مواقع درکار تھے۔</w:t>
      </w:r>
    </w:p>
    <w:p>
      <w:r>
        <w:rPr>
          <w:b/>
        </w:rPr>
        <w:t xml:space="preserve">[04:23] </w:t>
      </w:r>
      <w:r>
        <w:t>aik taraf ma'rifat-e-rabb ke dalail aur doosri taraf dawat ke aala mawaqe. yeh dono cheezein jadeed scientific daur mein apni kamil soorat mein zahoor mein aa chuki hain.</w:t>
      </w:r>
    </w:p>
    <w:p>
      <w:pPr>
        <w:jc w:val="right"/>
      </w:pPr>
      <w:r>
        <w:t>ایک طرف معرفتِ رب کے دلائل اور دوسری طرف دعوت کے اعلیٰ مواقع۔ یہ دونوں چیزیں جدید سائنسی دور میں اپنی کامل صورت میں ظہور میں آ چکی ہیں۔</w:t>
      </w:r>
    </w:p>
    <w:p>
      <w:r>
        <w:rPr>
          <w:b/>
        </w:rPr>
        <w:t xml:space="preserve">[04:37] </w:t>
      </w:r>
      <w:r>
        <w:t>ab aik aese giroh ki zaroorat hai jo in mawaqe ko pehchane aur un ko istemal karte hue islam ke is aakhri zahoor ko waqe banaye, jis ko hadees mein shahadat-e-a'zam kaha gaya hai.</w:t>
      </w:r>
    </w:p>
    <w:p>
      <w:pPr>
        <w:jc w:val="right"/>
      </w:pPr>
      <w:r>
        <w:t>اب ایک ایسے گروہ کی ضرورت ہے جو ان مواقع کو پہچانے اور ان کو استعمال کرتے ہوئے اسلام کے اس آخری ظہور کو واقعہ بنائے، جس کو حدیث میں شہادتِ اعظم کہا گیا ہے۔</w:t>
      </w:r>
    </w:p>
    <w:p>
      <w:r>
        <w:rPr>
          <w:b/>
        </w:rPr>
        <w:t xml:space="preserve">[04:54] </w:t>
      </w:r>
      <w:r>
        <w:t>is nishane ki takmeel ke liye tamam asbab mahya ho chuke hain. zaroorat sirf yeh hai ke ummat-e-muslima manfi soch se bahar aaye, jis ko quran mein arrijzu kaha gaya hai.</w:t>
      </w:r>
    </w:p>
    <w:p>
      <w:pPr>
        <w:jc w:val="right"/>
      </w:pPr>
      <w:r>
        <w:t>اس نشانے کی تکمیل کے لیے تمام اسباب مہیا ہو چکے ہیں۔ ضرورت صرف یہ ہے کہ امتِ مسلمہ منفی سوچ سے باہر آئے، جس کو قرآن میں الرجز کہا گیا ہے۔</w:t>
      </w:r>
    </w:p>
    <w:p>
      <w:r>
        <w:rPr>
          <w:b/>
        </w:rPr>
        <w:t xml:space="preserve">[05:09] </w:t>
      </w:r>
      <w:r>
        <w:t>jadeed mawaqe ko islam ke zahoor-e-sani ke liye istemal karna inhi logon ke liye mumkin hai jo poori tarah manfi soch yaani negative thinking se pak hon, aur aala darje ki musbat soch yaani positive thinking ke hamil ban chuke hon.</w:t>
      </w:r>
    </w:p>
    <w:p>
      <w:pPr>
        <w:jc w:val="right"/>
      </w:pPr>
      <w:r>
        <w:t>جدید مواقع کو اسلام کے ظہورِ ثانی کے لیے استعمال کرنا انہی لوگوں کے لیے ممکن ہے جو پوری طرح منفی سوچ یعنی نیگیٹیو تھنکنگ سے پاک ہوں، اور اعلیٰ درجے کی مثبت سوچ یعنی پازیٹیو تھنکنگ کے حامل بن چکے ہوں۔</w:t>
      </w:r>
    </w:p>
    <w:p>
      <w:r>
        <w:rPr>
          <w:b/>
        </w:rPr>
        <w:t xml:space="preserve">[05:29] </w:t>
      </w:r>
      <w:r>
        <w:t>yeh kaam aik intehai musbat kaam hai, aur kamil darje ki musbat soch ki sifat rakhne wale hi is ko anjam de sakte hain.</w:t>
      </w:r>
    </w:p>
    <w:p>
      <w:pPr>
        <w:jc w:val="right"/>
      </w:pPr>
      <w:r>
        <w:t>یہ کام ایک انتہائی مثبت کام ہے، اور کامل درجے کی مثبت سوچ کی صفت رکھنے والے ہی اس کو انجام دے سکتے ہیں۔</w:t>
      </w:r>
    </w:p>
    <w:p>
      <w:r>
        <w:rPr>
          <w:b/>
        </w:rPr>
        <w:t xml:space="preserve">[05:39] </w:t>
      </w:r>
      <w:r>
        <w:t>yeh woh log hain jo daur-e-jadeed ko aik mu'eed-e-islam daur ki hesiyat se daryaft karen, aur apne amal ki ri planning ke tehat is imkaan ko waqe banayen.</w:t>
      </w:r>
    </w:p>
    <w:p>
      <w:pPr>
        <w:jc w:val="right"/>
      </w:pPr>
      <w:r>
        <w:t>یہ وہ لوگ ہیں جو دورِ جدید کو ایک معیدِ اسلام دور کی حیثیت سے دریافت کریں، اور اپنے عمل کی ری پلاننگ کے تحت اس امکان کو واقعہ بنائیں۔</w:t>
      </w:r>
    </w:p>
    <w:p>
      <w:r>
        <w:rPr>
          <w:b/>
        </w:rPr>
        <w:t xml:space="preserve">[06:01] </w:t>
      </w:r>
      <w:r>
        <w:t>planning, ri planning. planning ka matlab hai mansooba band andaaz mein kaam karna. mehnat ke sath jab tanzeem yaani organization ko shamil kiya jaye to isi ka naam mansooba bandi hai.</w:t>
      </w:r>
    </w:p>
    <w:p>
      <w:pPr>
        <w:jc w:val="right"/>
      </w:pPr>
      <w:r>
        <w:t>پلاننگ، ری پلاننگ۔ پلاننگ کا مطلب ہے منصوبہ بند انداز میں کام کرنا۔ محنت کے ساتھ جب تنظیم یعنی آرگنائزیشن کو شامل کیا جائے تو اسی کا نام منصوبہ بندی ہے۔</w:t>
      </w:r>
    </w:p>
    <w:p>
      <w:r>
        <w:rPr>
          <w:b/>
        </w:rPr>
        <w:t xml:space="preserve">[06:17] </w:t>
      </w:r>
      <w:r>
        <w:t>qadeem tasawwur yeh tha ke kamyabi ke liye mehnat yani hard work sab se ahem hai, magar maujooda zamane mein technology ki taraqqi ne is mein aik mazeed pehlu ka izafa kiya hai, aur woh tanzeem hai.</w:t>
      </w:r>
    </w:p>
    <w:p>
      <w:pPr>
        <w:jc w:val="right"/>
      </w:pPr>
      <w:r>
        <w:t>قدیم تصور یہ تھا کہ کامیابی کے لیے محنت یعنی ہارڈ ورک سب سے اہم ہے، مگر موجودہ زمانے میں ٹیکنالوجی کی ترقی نے اس میں ایک مزید پہلو کا اضافہ کیا ہے، اور وہ تنظیم ہے۔</w:t>
      </w:r>
    </w:p>
    <w:p>
      <w:r>
        <w:rPr>
          <w:b/>
        </w:rPr>
        <w:t xml:space="preserve">[06:35] </w:t>
      </w:r>
      <w:r>
        <w:t>is tasawwur ke mutabiq planning ka matlab hai munazzam andaaz mein kisi kaam ke liye apni mehnat sarf karna.</w:t>
      </w:r>
    </w:p>
    <w:p>
      <w:pPr>
        <w:jc w:val="right"/>
      </w:pPr>
      <w:r>
        <w:t>اس تصور کے مطابق پلاننگ کا مطلب ہے منظم انداز میں کسی کام کے لیے اپنی محنت صرف کرنا۔</w:t>
      </w:r>
    </w:p>
    <w:p>
      <w:r>
        <w:rPr>
          <w:b/>
        </w:rPr>
        <w:t xml:space="preserve">[06:45] </w:t>
      </w:r>
      <w:r>
        <w:t>replanning goya planning plus ka doosra naam hai. replanning ka matlab yeh hai ke pichhle mansoobe mein tajrubaat ka izafa karna, aur nayi maloomat ki roshni mein az sar-e-nau apne amal ka naqsha banana.</w:t>
      </w:r>
    </w:p>
    <w:p>
      <w:pPr>
        <w:jc w:val="right"/>
      </w:pPr>
      <w:r>
        <w:t>ری پلاننگ گویا پلاننگ پلس کا دوسرا نام ہے۔ ری پلاننگ کا مطلب یہ ہے کہ پچھلے منصوبے میں تجربات کا اضافہ کرنا، اور نئی معلومات کی روشنی میں از سرِ نو اپنے عمل کا نقشہ بنانا۔</w:t>
      </w:r>
    </w:p>
    <w:p>
      <w:r>
        <w:rPr>
          <w:b/>
        </w:rPr>
        <w:t xml:space="preserve">[07:04] </w:t>
      </w:r>
      <w:r>
        <w:t>is tareeqa-e-kar ke zariye yeh mumkin hota hai ke pehle mansoobe mein jo maqsad hasil na hua ho, us maqsad ko dobara behtar andaaz mein munazzam kar ke az sar-e-nau hasil karne ki koshish ki jaye.</w:t>
      </w:r>
    </w:p>
    <w:p>
      <w:pPr>
        <w:jc w:val="right"/>
      </w:pPr>
      <w:r>
        <w:t>اس طریقہ کار کے ذریعے یہ ممکن ہوتا ہے کہ پہلے منصوبے میں جو مقصد حاصل نہ ہوا ہو، اس مقصد کو دوبارہ بہتر انداز میں منظم کر کے از سرِ نو حاصل کرنے کی کوشش کی جائے۔</w:t>
      </w:r>
    </w:p>
    <w:p>
      <w:r>
        <w:rPr>
          <w:b/>
        </w:rPr>
        <w:t xml:space="preserve">[07:22] </w:t>
      </w:r>
      <w:r>
        <w:t>replanning ka tareeqa har maamle mein qabil-e-intibaq yani applicable hai. isi tarah islami amal ke maamle mein bhi yeh tareeqa behad ahmiyat rakhta hai.</w:t>
      </w:r>
    </w:p>
    <w:p>
      <w:pPr>
        <w:jc w:val="right"/>
      </w:pPr>
      <w:r>
        <w:t>ری پلاننگ کا طریقہ ہر معاملے میں قابلِ انطباق یعنی ایپلیکیبل ہے۔ اسی طرح اسلامی عمل کے معاملے میں بھی یہ طریقہ بے حد اہمیت رکھتا ہے۔</w:t>
      </w:r>
    </w:p>
    <w:p>
      <w:r>
        <w:rPr>
          <w:b/>
        </w:rPr>
        <w:t xml:space="preserve">[07:35] </w:t>
      </w:r>
      <w:r>
        <w:t>is maamle ki aik misaal yeh hai ke haroon-ur-rasheed abbasi saltanat ka panchwan khaleefa tha. kaha jata hai ke aik baar woh baghdad mein apne mahal ke oopar apni malika zubaida ke sath baitha hua tha.</w:t>
      </w:r>
    </w:p>
    <w:p>
      <w:pPr>
        <w:jc w:val="right"/>
      </w:pPr>
      <w:r>
        <w:t>اس معاملے کی ایک مثال یہ ہے کہ ہارون الرشید عباسی سلطنت کا پانچواں خلیفہ تھا۔ کہا جاتا ہے کہ ایک بار وہ بغداد میں اپنے محل کے اوپر اپنی ملکہ زبیدہ کے ساتھ بیٹھا ہوا تھا۔</w:t>
      </w:r>
    </w:p>
    <w:p>
      <w:r>
        <w:rPr>
          <w:b/>
        </w:rPr>
        <w:t xml:space="preserve">[07:52] </w:t>
      </w:r>
      <w:r>
        <w:t>us ne dekha ke fiza mein badal ka aik tukra urta hua ja raha hai. us ko dekh kar us ne kaha: "umtari haythu shi'ti fasayateeni kharajaki".</w:t>
      </w:r>
    </w:p>
    <w:p>
      <w:pPr>
        <w:jc w:val="right"/>
      </w:pPr>
      <w:r>
        <w:t>اس نے دیکھا کہ فضا میں بادل کا ایک ٹکڑا اڑتا ہوا جا رہا ہے۔ اس کو دیکھ کر اس نے کہا: "امتری حیثو شئتی فسیعتینی خراجکی"۔</w:t>
      </w:r>
    </w:p>
    <w:p>
      <w:r>
        <w:rPr>
          <w:b/>
        </w:rPr>
        <w:t xml:space="preserve">[08:06] </w:t>
      </w:r>
      <w:r>
        <w:t>jahan chahe ja kar baras, tera kharaj mere paas hi aaye ga. haroon-ur-rasheed ki yeh baat qadeem zamane mein aik ba-ma'ni baat ho sakti thi, magar aaj is ki ma'nawiyat khatm ho chuki hai.</w:t>
      </w:r>
    </w:p>
    <w:p>
      <w:pPr>
        <w:jc w:val="right"/>
      </w:pPr>
      <w:r>
        <w:t>جہاں چاہے جا کر برس، تیرا خراج میرے پاس ہی آئے گا۔ ہارون الرشید کی یہ بات قدیم زمانے میں ایک بامعنی بات ہو سکتی تھی، مگر آج اس کی معنویت ختم ہو چکی ہے۔</w:t>
      </w:r>
    </w:p>
    <w:p>
      <w:r>
        <w:rPr>
          <w:b/>
        </w:rPr>
        <w:t xml:space="preserve">[08:22] </w:t>
      </w:r>
      <w:r>
        <w:t>maujooda zamane mein is silsile mein kai nayi baatein wajood mein aa chuki hain. mislan qadeem zamana mabni bar zameen zira'at yani land based agriculture ka zamana tha.</w:t>
      </w:r>
    </w:p>
    <w:p>
      <w:pPr>
        <w:jc w:val="right"/>
      </w:pPr>
      <w:r>
        <w:t>موجودہ زمانے میں اس سلسلے میں کئی نئی باتیں وجود میں آ چکی ہیں۔ مثلاً قدیم زمانہ مبنی بر زمین زراعت یعنی لینڈ بیسڈ ایگریکلچر کا زمانہ تھا۔</w:t>
      </w:r>
    </w:p>
    <w:p>
      <w:r>
        <w:rPr>
          <w:b/>
        </w:rPr>
        <w:t xml:space="preserve">[08:36] </w:t>
      </w:r>
      <w:r>
        <w:t>ab mabni bar technology sanat ka zamana hai. qadeem zamane ki siyasat shakhsi iqtidaar par mabni hua karti thi.</w:t>
      </w:r>
    </w:p>
    <w:p>
      <w:pPr>
        <w:jc w:val="right"/>
      </w:pPr>
      <w:r>
        <w:t>اب مبنی بر ٹیکنالوجی صنعت کا زمانہ ہے۔ قدیم زمانے کی سیاست شخصی اقتدار پر مبنی ہوا کرتی تھی۔</w:t>
      </w:r>
    </w:p>
    <w:p>
      <w:r>
        <w:rPr>
          <w:b/>
        </w:rPr>
        <w:t xml:space="preserve">[08:45] </w:t>
      </w:r>
      <w:r>
        <w:t>ab siyasat jamhooriyat par mabni hoti hai. qadeem zamane mein sirf iqtidaar ke mahdood daire se kharaj lena mumkin hota tha.</w:t>
      </w:r>
    </w:p>
    <w:p>
      <w:pPr>
        <w:jc w:val="right"/>
      </w:pPr>
      <w:r>
        <w:t>اب سیاست جمہوریت پر مبنی ہوتی ہے۔ قدیم زمانے میں صرف اقتدار کے محدود دائرے سے خراج لینا ممکن ہوتا تھا۔</w:t>
      </w:r>
    </w:p>
    <w:p>
      <w:r>
        <w:rPr>
          <w:b/>
        </w:rPr>
        <w:t xml:space="preserve">[08:57] </w:t>
      </w:r>
      <w:r>
        <w:t>ab mukammal azadi ka zamana hai. ab outsourcing ke zariye sari duniya se kharaj lena mumkin ho gaya hai. is farq ki bina par ab mumkin ho gaya hai ke kisi maqsad ka mansooba aalmi satah par banaya jaye, baghair is ke ke aalmi satah par siyasi iqtidaar hasil ho.</w:t>
      </w:r>
    </w:p>
    <w:p>
      <w:pPr>
        <w:jc w:val="right"/>
      </w:pPr>
      <w:r>
        <w:t>اب مکمل آزادی کا زمانہ ہے۔ اب آؤٹ سورسنگ کے ذریعے ساری دنیا سے خراج لینا ممکن ہو گیا ہے۔ اس فرق کی بنا پر اب ممکن ہو گیا ہے کہ کسی مقصد کا منصوبہ عالمی سطح پر بنایا جائے، بغیر اس کے کہ عالمی سطح پر سیاسی اقتدار حاصل ہو۔</w:t>
      </w:r>
    </w:p>
    <w:p>
      <w:r>
        <w:rPr>
          <w:b/>
        </w:rPr>
        <w:t xml:space="preserve">[09:19] </w:t>
      </w:r>
      <w:r>
        <w:t>is farq ne mission ke tasawwur mein bhi buniyadi farq paida kar diya hai. agar aap aik aalmi mission chalana chahte hain to aap ko sirf aik cheez ki zaroorat hai, aur woh hai modern technology par mabni pur-aman tanzeem.</w:t>
      </w:r>
    </w:p>
    <w:p>
      <w:pPr>
        <w:jc w:val="right"/>
      </w:pPr>
      <w:r>
        <w:t>اس فرق نے مشن کے تصور میں بھی بنیادی فرق پیدا کر دیا ہے۔ اگر آپ ایک عالمی مشن چلانا چاہتے ہیں تو آپ کو صرف ایک چیز کی ضرورت ہے، اور وہ ہے ماڈرن ٹیکنالوجی پر مبنی پرامن تنظیم۔</w:t>
      </w:r>
    </w:p>
    <w:p>
      <w:r>
        <w:rPr>
          <w:b/>
        </w:rPr>
        <w:t xml:space="preserve">[09:38] </w:t>
      </w:r>
      <w:r>
        <w:t>misal ke taur par peghambar-e-islam sallallahu alaihi wasallam ne aik da'wati maktoob iran ke badshah kisra ke naam bheja.</w:t>
      </w:r>
    </w:p>
    <w:p>
      <w:pPr>
        <w:jc w:val="right"/>
      </w:pPr>
      <w:r>
        <w:t>مثال کے طور پر پیغمبرِ اسلام صلی اللہ علیہ وسلم نے ایک دعوتی مکتوب ایران کے بادشاہ کسریٰ کے نام بھیجا۔</w:t>
      </w:r>
    </w:p>
    <w:p>
      <w:r>
        <w:rPr>
          <w:b/>
        </w:rPr>
        <w:t xml:space="preserve">[09:49] </w:t>
      </w:r>
      <w:r>
        <w:t>is maktoob ko le kar kisra ke paas janay walay aik sahabi jinka naam Abdullah bin Huzaifa</w:t>
      </w:r>
    </w:p>
    <w:p>
      <w:pPr>
        <w:jc w:val="right"/>
      </w:pPr>
      <w:r>
        <w:t>اس مکتوب کو لے کر کسریٰ کے پاس جانے والے ایک صحابی جن کا نام عبداللہ بن حذیفہ</w:t>
      </w:r>
    </w:p>
    <w:p>
      <w:r>
        <w:rPr>
          <w:b/>
        </w:rPr>
        <w:t xml:space="preserve">[09:56] </w:t>
      </w:r>
      <w:r>
        <w:t>tha, is maktoob ka matan yeh tha: "Bismillah</w:t>
      </w:r>
    </w:p>
    <w:p>
      <w:pPr>
        <w:jc w:val="right"/>
      </w:pPr>
      <w:r>
        <w:t>تھا، اس مکتوب کا متن یہ تھا: "بسم</w:t>
      </w:r>
    </w:p>
    <w:p>
      <w:r>
        <w:rPr>
          <w:b/>
        </w:rPr>
        <w:t xml:space="preserve">[10:01] </w:t>
      </w:r>
      <w:r>
        <w:t>al Rahman al Raheem, min Muhammad Rasool Allah ila Kisra azeem Fars, salam ali man ittaba al huda wa aaman</w:t>
      </w:r>
    </w:p>
    <w:p>
      <w:pPr>
        <w:jc w:val="right"/>
      </w:pPr>
      <w:r>
        <w:t>اللہ الرحمن الرحیم، من محمد رسول اللہ الی کسریٰ عظیم فارس، سلام علی من اتبع الہدی و آمن</w:t>
      </w:r>
    </w:p>
    <w:p>
      <w:r>
        <w:rPr>
          <w:b/>
        </w:rPr>
        <w:t xml:space="preserve">[10:11] </w:t>
      </w:r>
      <w:r>
        <w:t>billahi wa rasoolhi wa shaheed Allah ila ila Allah wahdahu la shareeka lah, wa anna Muhammad abduhu wa rasooluhu,</w:t>
      </w:r>
    </w:p>
    <w:p>
      <w:pPr>
        <w:jc w:val="right"/>
      </w:pPr>
      <w:r>
        <w:t>باللہ ورسولہ و شہید اللہ الہ الا اللہ وحدہ لا شریک لہ، وان محمد عبدہ ورسولہ،</w:t>
      </w:r>
    </w:p>
    <w:p>
      <w:r>
        <w:rPr>
          <w:b/>
        </w:rPr>
        <w:t xml:space="preserve">[10:23] </w:t>
      </w:r>
      <w:r>
        <w:t>wa ad'u bid'aa'i allah fa'inni ana rasool-ullah ila al-nasi kaffatan li-undhira man kana hayyan wa yaheqqa al-qawlu ala al-kafirin, fa'in taslim taslam wa'in abayta fa'inna ism al-majusi alayk".</w:t>
      </w:r>
    </w:p>
    <w:p>
      <w:pPr>
        <w:jc w:val="right"/>
      </w:pPr>
      <w:r>
        <w:t>وادعو بدعاء اللہ فانی انا رسول اللہ الی الناس کافۃ لانظر من کان حیم ویحق القول علی الکافرین، فان تسلم تسلم وان ابیت فان اسم المجوسی علیک"۔</w:t>
      </w:r>
    </w:p>
    <w:p>
      <w:r>
        <w:rPr>
          <w:b/>
        </w:rPr>
        <w:t xml:space="preserve">[10:43] </w:t>
      </w:r>
      <w:r>
        <w:t>al-bidayah wa al-nihayah li-ibn kathir. tareekh batati hai ke iran ke qadeem badshah ko jab yeh maktoob diya gaya to woh ghusse mein aa gaya aur us ko phaar kar phenk diya.</w:t>
      </w:r>
    </w:p>
    <w:p>
      <w:pPr>
        <w:jc w:val="right"/>
      </w:pPr>
      <w:r>
        <w:t>البدایہ والنہایہ لابن کثیر۔ تاریخ بتاتی ہے کہ ایران کے قدیم بادشاہ کو جب یہ مکتوب دیا گیا تو وہ غصے میں آ گیا اور اس کو پھاڑ کر پھینک دیا۔</w:t>
      </w:r>
    </w:p>
    <w:p>
      <w:r>
        <w:rPr>
          <w:b/>
        </w:rPr>
        <w:t xml:space="preserve">[10:56] </w:t>
      </w:r>
      <w:r>
        <w:t>yeh waqea qadeem zamane ke marwaja culture ki bana par hua. aaj agar kisi tehreek ka sarbrah is qism ka khat kisi hukmaran ko bheje to woh sarbrah jawab mein is ka acknowledgement bhejega, aur mutaliqa maktoob us ke daftar mein mehfooz kar diya jayega.</w:t>
      </w:r>
    </w:p>
    <w:p>
      <w:pPr>
        <w:jc w:val="right"/>
      </w:pPr>
      <w:r>
        <w:t>یہ واقعہ قدیم زمانے کے مروجہ کلچر کی بنا پر ہوا۔ آج اگر کسی تحریک کا سربراہ اس قسم کا خط کسی حکمران کو بھیجے تو وہ سربراہ جواب میں اس کا ایکنالجمنٹ بھیجے گا، اور متعلقہ مکتوب اس کے دفتر میں محفوظ کر دیا جائے گا۔</w:t>
      </w:r>
    </w:p>
    <w:p>
      <w:r>
        <w:rPr>
          <w:b/>
        </w:rPr>
        <w:t xml:space="preserve">[11:18] </w:t>
      </w:r>
      <w:r>
        <w:t>is soorat-e-haal ka taqaza hai ke maujooda zamane mein islami mission ki replanning ki jaye. jadeed haqaa'iq ki roshni mein is ka mansooba banaya jaye.</w:t>
      </w:r>
    </w:p>
    <w:p>
      <w:pPr>
        <w:jc w:val="right"/>
      </w:pPr>
      <w:r>
        <w:t>اس صورتحال کا تقاضا ہے کہ موجودہ زمانے میں اسلامی مشن کی ری پلاننگ کی جائے۔ جدید حقائق کی روشنی میں اس کا منصوبہ بنایا جائے۔</w:t>
      </w:r>
    </w:p>
    <w:p>
      <w:r>
        <w:rPr>
          <w:b/>
        </w:rPr>
        <w:t xml:space="preserve">[11:31] </w:t>
      </w:r>
      <w:r>
        <w:t>ab kisi sahib-e-mission ko na kisi shikayat ki zaroorat hai, na kisi protest ki. ab sirf yeh zaroorat hai ke aadmi zamane ki tabdeeli ko samjhe aur us ki ri'ayat karte hue islami mission ki pur-aman replanning kare.</w:t>
      </w:r>
    </w:p>
    <w:p>
      <w:pPr>
        <w:jc w:val="right"/>
      </w:pPr>
      <w:r>
        <w:t>اب کسی صاحبِ مشن کو نہ کسی شکایت کی ضرورت ہے، نہ کسی پروٹیسٹ کی۔ اب صرف یہ ضرورت ہے کہ آدمی زمانے کی تبدیلی کو سمجھے اور اس کی رعایت کرتے ہوئے اسلامی مشن کی پرامن ری پلاننگ کرے۔</w:t>
      </w:r>
    </w:p>
    <w:p>
      <w:r>
        <w:rPr>
          <w:b/>
        </w:rPr>
        <w:t xml:space="preserve">[11:49] </w:t>
      </w:r>
      <w:r>
        <w:t>isi tabdeel shuda la'ih-e-amal ka naam replanning hai.</w:t>
      </w:r>
    </w:p>
    <w:p>
      <w:pPr>
        <w:jc w:val="right"/>
      </w:pPr>
      <w:r>
        <w:t>اسی تبدیل شدہ لائحہ عمل کا نام ری پلاننگ ہے۔</w:t>
      </w:r>
    </w:p>
    <w:p>
      <w:r>
        <w:rPr>
          <w:b/>
        </w:rPr>
        <w:t xml:space="preserve">[12:03] </w:t>
      </w:r>
      <w:r>
        <w:t>quran ki rehnumai.</w:t>
      </w:r>
    </w:p>
    <w:p>
      <w:pPr>
        <w:jc w:val="right"/>
      </w:pPr>
      <w:r>
        <w:t>قرآن کی رہنمائی۔</w:t>
      </w:r>
    </w:p>
    <w:p>
      <w:r>
        <w:rPr>
          <w:b/>
        </w:rPr>
        <w:t xml:space="preserve">[12:06] </w:t>
      </w:r>
      <w:r>
        <w:t>quran mein insani tareekh ka aik usool in alfaaz mein bayan kiya gaya hai: "Ma asab min musibat</w:t>
      </w:r>
    </w:p>
    <w:p>
      <w:pPr>
        <w:jc w:val="right"/>
      </w:pPr>
      <w:r>
        <w:t>قرآن میں انسانی تاریخ کا ایک اصول ان الفاظ میں بیان کیا گیا ہے: "ما اصحاب من مصیبت</w:t>
      </w:r>
    </w:p>
    <w:p>
      <w:r>
        <w:rPr>
          <w:b/>
        </w:rPr>
        <w:t xml:space="preserve">[12:16] </w:t>
      </w:r>
      <w:r>
        <w:t>fil arzi wa la fi anfusikum illa fi kitabin min qabli an nabraha</w:t>
      </w:r>
    </w:p>
    <w:p>
      <w:pPr>
        <w:jc w:val="right"/>
      </w:pPr>
      <w:r>
        <w:t>فی الارض ولا فی انفسکم الا فی کتاب من قبل ان نبراہا</w:t>
      </w:r>
    </w:p>
    <w:p>
      <w:r>
        <w:rPr>
          <w:b/>
        </w:rPr>
        <w:t xml:space="preserve">[12:24] </w:t>
      </w:r>
      <w:r>
        <w:t>in thalika ala Allah yaseer likaila taaso ala ma fatakum wa la tafrahu bima atakim".</w:t>
      </w:r>
    </w:p>
    <w:p>
      <w:pPr>
        <w:jc w:val="right"/>
      </w:pPr>
      <w:r>
        <w:t>ان ذالک علی اللہ یسیر لکیلا تعصو علی ما فاتکم ولا تفرحوا بما اتاکم"۔</w:t>
      </w:r>
    </w:p>
    <w:p>
      <w:r>
        <w:rPr>
          <w:b/>
        </w:rPr>
        <w:t xml:space="preserve">[12:36] </w:t>
      </w:r>
      <w:r>
        <w:t>yani koi musibat na zameen mein aati hai aur na tumhari jaanon mein, magar woh aik kitaab mein likhi hui hai, is se pehle ke hum us ko paida karein.</w:t>
      </w:r>
    </w:p>
    <w:p>
      <w:pPr>
        <w:jc w:val="right"/>
      </w:pPr>
      <w:r>
        <w:t>یعنی کوئی مصیبت نہ زمین میں آتی ہے اور نہ تمہاری جانوں میں، مگر وہ ایک کتاب میں لکھی ہوئی ہے، اس سے پہلے کہ ہم اس کو پیدا کریں۔</w:t>
      </w:r>
    </w:p>
    <w:p>
      <w:r>
        <w:rPr>
          <w:b/>
        </w:rPr>
        <w:t xml:space="preserve">[12:49] </w:t>
      </w:r>
      <w:r>
        <w:t>beshak yeh allah ke liye aasan hai taake tum gham na karo us par jo tum se khoya gaya, aur na us cheez par fakhr karo jo us ne tum ko diya.</w:t>
      </w:r>
    </w:p>
    <w:p>
      <w:pPr>
        <w:jc w:val="right"/>
      </w:pPr>
      <w:r>
        <w:t>بے شک یہ اللہ کے لیے آسان ہے تاکہ تم غم نہ کرو اس پر جو تم سے کھویا گیا، اور نہ اس چیز پر فخر کرو جو اس نے تم کو دیا۔</w:t>
      </w:r>
    </w:p>
    <w:p>
      <w:r>
        <w:rPr>
          <w:b/>
        </w:rPr>
        <w:t xml:space="preserve">[13:01] </w:t>
      </w:r>
      <w:r>
        <w:t>is ka matlab yeh hai ke is duniya mein jo tareekhi tabdiliyan waqe hoti hain, woh fitrat ke qawaneen ki bana par hoti hain.</w:t>
      </w:r>
    </w:p>
    <w:p>
      <w:pPr>
        <w:jc w:val="right"/>
      </w:pPr>
      <w:r>
        <w:t>اس کا مطلب یہ ہے کہ اس دنیا میں جو تاریخی تبدیلیاں واقع ہوتی ہیں، وہ فطرت کے قوانین کی بنا پر ہوتی ہیں۔</w:t>
      </w:r>
    </w:p>
    <w:p>
      <w:r>
        <w:rPr>
          <w:b/>
        </w:rPr>
        <w:t xml:space="preserve">[13:11] </w:t>
      </w:r>
      <w:r>
        <w:t>is ka sabab kisi ki dushmani ya kisi ki sazish nahi hota. is liye jab kisi qaum par koi museebat aaye to is ka sahi response yeh nahi hai ke khoyi hui cheezon par gham kiya jaye, balkeh is ka sahi response hai hone wale waqe ko fitrat ke khane mein dalna.</w:t>
      </w:r>
    </w:p>
    <w:p>
      <w:pPr>
        <w:jc w:val="right"/>
      </w:pPr>
      <w:r>
        <w:t>اس کا سبب کسی کی دشمنی یا کسی کی سازش نہیں ہوتا۔ اس لیے جب کسی قوم پر کوئی مصیبت آئے تو اس کا صحیح رسپانس یہ نہیں ہے کہ کھوئی ہوئی چیزوں پر غم کیا جائے، بلکہ اس کا صحیح رسپانس ہے ہونے والے واقعے کو فطرت کے خانے میں ڈالنا۔</w:t>
      </w:r>
    </w:p>
    <w:p>
      <w:r>
        <w:rPr>
          <w:b/>
        </w:rPr>
        <w:t xml:space="preserve">[13:33] </w:t>
      </w:r>
      <w:r>
        <w:t>is ka faida yeh hoga ke insaan ke andar sahi soch jaage gi. woh haqeeqat waqe ka be lag jazaa le ga.</w:t>
      </w:r>
    </w:p>
    <w:p>
      <w:pPr>
        <w:jc w:val="right"/>
      </w:pPr>
      <w:r>
        <w:t>اس کا فائدہ یہ ہوگا کہ انسان کے اندر صحیح سوچ جاگے گی۔ وہ حقیقت واقعہ کا بے لاگ جائزہ لے گا۔</w:t>
      </w:r>
    </w:p>
    <w:p>
      <w:r>
        <w:rPr>
          <w:b/>
        </w:rPr>
        <w:t xml:space="preserve">[13:43] </w:t>
      </w:r>
      <w:r>
        <w:t>is tarah woh is qabil ban jaye ga ke woh apne mamle ki replanning kare aur khoyi hui cheez ko naye unwan se az sar e nau hasil kar le.</w:t>
      </w:r>
    </w:p>
    <w:p>
      <w:pPr>
        <w:jc w:val="right"/>
      </w:pPr>
      <w:r>
        <w:t>اس طرح وہ اس قابل بن جائے گا کہ وہ اپنے معاملے کی ری پلاننگ کرے اور کھوئی ہوئی چیز کو نئے عنوان سے از سرِ نو حاصل کر لے۔</w:t>
      </w:r>
    </w:p>
    <w:p>
      <w:r>
        <w:rPr>
          <w:b/>
        </w:rPr>
        <w:t xml:space="preserve">[13:55] </w:t>
      </w:r>
      <w:r>
        <w:t>paighambar e islam ke mamle mein bhi yahi hua. uhud ki jang mein aap ke saheebon ko shikast hui thi. is ke baad aap aur aap ke sahebi gham mein nahi pare, balkeh unho ne sare mamle par az sar e nau sochna shuru kiya.</w:t>
      </w:r>
    </w:p>
    <w:p>
      <w:pPr>
        <w:jc w:val="right"/>
      </w:pPr>
      <w:r>
        <w:t>پیغمبرِ اسلام کے معاملے میں بھی یہی ہوا۔ احد کی جنگ میں آپ کے ساتھیوں کو شکست ہوئی تھی۔ اس کے بعد آپ اور آپ کے ساتھی غم میں نہیں پڑے، بلکہ انہوں نے سارے معاملے پر از سرِ نو سوچنا شروع کیا۔</w:t>
      </w:r>
    </w:p>
    <w:p>
      <w:r>
        <w:rPr>
          <w:b/>
        </w:rPr>
        <w:t xml:space="preserve">[14:14] </w:t>
      </w:r>
      <w:r>
        <w:t>is tarah un ke andar yeh soch ubhri ke woh jang ke maidan ko chhod dein. woh yeh karein ke har qeemat par fareeqain ke darmiyan aman ka mahol qaim ho jaye, aur phir aman ke usoolon par apne amal ki replanning karein.</w:t>
      </w:r>
    </w:p>
    <w:p>
      <w:pPr>
        <w:jc w:val="right"/>
      </w:pPr>
      <w:r>
        <w:t>اس طرح ان کے اندر یہ سوچ ابھری کہ وہ جنگ کے میدان کو چھوڑ دیں۔ وہ یہ کریں کہ ہر قیمت پر فریقین کے درمیان امن کا ماحول قائم ہو جائے، اور پھر امن کے اصولوں پر اپنے عمل کی ری پلاننگ کریں۔</w:t>
      </w:r>
    </w:p>
    <w:p>
      <w:r>
        <w:rPr>
          <w:b/>
        </w:rPr>
        <w:t xml:space="preserve">[14:33] </w:t>
      </w:r>
      <w:r>
        <w:t>hudaybiya ka muahida jo san chhe hijri mein paish aaya, woh goya isi qism ki replanning ka mamla tha. yeh strategy kamyab hui, aur bohat kam muddat mein ahle islam ko mazeed jang kiye baghair ghalba hasil hua.</w:t>
      </w:r>
    </w:p>
    <w:p>
      <w:pPr>
        <w:jc w:val="right"/>
      </w:pPr>
      <w:r>
        <w:t>حدیبیہ کا معاہدہ جو سن چھ ہجری میں پیش آیا، وہ گویا اسی قسم کی ری پلاننگ کا معاملہ تھا۔ یہ اسٹریٹیجی کامیاب ہوئی، اور بہت کم مدت میں اہلِ اسلام کو مزید جنگ کیے بغیر غلبہ حاصل ہو گیا۔</w:t>
      </w:r>
    </w:p>
    <w:p>
      <w:r>
        <w:rPr>
          <w:b/>
        </w:rPr>
        <w:t xml:space="preserve">[14:52] </w:t>
      </w:r>
      <w:r>
        <w:t>yahi waqt dobara ahle islam par aa gaya hai. dunya bhar ke musalman is ehsas mein mubtala hain ke woh fareeq e sani ke muqable mein shikast kha chuke hain.</w:t>
      </w:r>
    </w:p>
    <w:p>
      <w:pPr>
        <w:jc w:val="right"/>
      </w:pPr>
      <w:r>
        <w:t>یہی وقت دوبارہ اہلِ اسلام پر آ گیا ہے۔ دنیا بھر کے مسلمان اس احساس میں مبتلا ہیں کہ وہ فریق ثانی کے مقابلے میں شکست کھا چکے ہیں۔</w:t>
      </w:r>
    </w:p>
    <w:p>
      <w:r>
        <w:rPr>
          <w:b/>
        </w:rPr>
        <w:t xml:space="preserve">[15:07] </w:t>
      </w:r>
      <w:r>
        <w:t>is ehsas ne un ko gham mein mubtala kar diya hai. maujooda zamane mein khudkush bambari jaise waqeat isi qism ki mayoosi ke tehat paida shuda frustration ka nateeja hain.</w:t>
      </w:r>
    </w:p>
    <w:p>
      <w:pPr>
        <w:jc w:val="right"/>
      </w:pPr>
      <w:r>
        <w:t>اس احساس نے ان کو غم میں مبتلا کر دیا ہے۔ موجودہ زمانے میں خودکش بمباری جیسے واقعات اسی قسم کی مایوسی کے تحت پیدا شدہ فرسٹریشن کا نتیجہ ہیں۔</w:t>
      </w:r>
    </w:p>
    <w:p>
      <w:r>
        <w:rPr>
          <w:b/>
        </w:rPr>
        <w:t xml:space="preserve">[15:22] </w:t>
      </w:r>
      <w:r>
        <w:t>ikkiswi sadi mein musalmanon ko yeh mauqa hai ke woh hudaybiya ki tareekh ko dobara naye unwan ke sath dohraein, aur dobara fateh e mubeen ki tareekh ko dohraein.</w:t>
      </w:r>
    </w:p>
    <w:p>
      <w:pPr>
        <w:jc w:val="right"/>
      </w:pPr>
      <w:r>
        <w:t>اکیسویں صدی میں مسلمانوں کو یہ موقع ہے کہ وہ حدیبیہ کی تاریخ کو دوبارہ نئے عنوان کے ساتھ دہرائیں، اور دوبارہ فتح مبین کی تاریخ کو دہرائیں۔</w:t>
      </w:r>
    </w:p>
    <w:p>
      <w:r>
        <w:rPr>
          <w:b/>
        </w:rPr>
        <w:t xml:space="preserve">[15:36] </w:t>
      </w:r>
      <w:r>
        <w:t>yeh doosri fateh e mubeen bilashuba mumkin hai, lekin siyasat ke mani mein nahi, balkeh ghair siyasat ke mani mein.</w:t>
      </w:r>
    </w:p>
    <w:p>
      <w:pPr>
        <w:jc w:val="right"/>
      </w:pPr>
      <w:r>
        <w:t>یہ دوسری فتح مبین بلاشبہ ممکن ہے، لیکن سیاسی معنی میں نہیں، بلکہ غیر سیاسی معنی میں۔</w:t>
      </w:r>
    </w:p>
    <w:p>
      <w:r>
        <w:rPr>
          <w:b/>
        </w:rPr>
        <w:t xml:space="preserve">[15:46] </w:t>
      </w:r>
      <w:r>
        <w:t>maujooda zamane mein sulah hudaybiya jaise halaat ziyada bade peymane par waqe mein aa gaye hain. qadeem zamane mein jo mawaqe mehdood taur par das saala muahide ke zariye hasil hue the, ab woh universal norm ban chuke hain.</w:t>
      </w:r>
    </w:p>
    <w:p>
      <w:pPr>
        <w:jc w:val="right"/>
      </w:pPr>
      <w:r>
        <w:t>موجودہ زمانے میں صلح حدیبیہ جیسے حالات زیادہ بڑے پیمانے پر وقوع میں آ گئے ہیں۔ قدیم زمانے میں جو مواقع محدود طور پر دس سالہ معاہدے کے ذریعے حاصل ہوئے تھے، اب وہ یونیورسل نارم بن چکے ہیں۔</w:t>
      </w:r>
    </w:p>
    <w:p>
      <w:r>
        <w:rPr>
          <w:b/>
        </w:rPr>
        <w:t xml:space="preserve">[16:04] </w:t>
      </w:r>
      <w:r>
        <w:t>ab woh mawaqe khud aalami halaat ke zariye paida ho gaye hain. ab is ki zaroorat nahi hai ke guft o shuneed ke zariye koi hudaybiya jaisa muayyan muahida kiya jaye.</w:t>
      </w:r>
    </w:p>
    <w:p>
      <w:pPr>
        <w:jc w:val="right"/>
      </w:pPr>
      <w:r>
        <w:t>اب وہ مواقع خود عالمی حالات کے ذریعے پیدا ہو چکے ہیں۔ اب اس کی ضرورت نہیں ہے کہ گفت و شنید کے ذریعے کوئی حدیبیہ جیسا متعین معاہدہ کیا جائے۔</w:t>
      </w:r>
    </w:p>
    <w:p>
      <w:r>
        <w:rPr>
          <w:b/>
        </w:rPr>
        <w:t xml:space="preserve">[16:18] </w:t>
      </w:r>
      <w:r>
        <w:t>ab woh tamam cheezein mustaqil taur par amal anjam ho chuki hain jo qadeem zamane mein das saala muahide ke zariye mehdood taur par hasil hote the.</w:t>
      </w:r>
    </w:p>
    <w:p>
      <w:pPr>
        <w:jc w:val="right"/>
      </w:pPr>
      <w:r>
        <w:t>اب وہ تمام چیزیں مستقل طور پر عملاً حاصل ہو چکی ہیں جو قدیم زمانے میں دس سالہ معاہدے کے ذریعے محدود طور پر حاصل ہوتے تھے۔</w:t>
      </w:r>
    </w:p>
    <w:p>
      <w:r>
        <w:rPr>
          <w:b/>
        </w:rPr>
        <w:t xml:space="preserve">[16:30] </w:t>
      </w:r>
      <w:r>
        <w:t>muahida hudaybiya kya tha? woh yeh tha ke ahle islam ko azadana taur par apna pur aman dawati mission jari karne ka mauqa mil jaye.</w:t>
      </w:r>
    </w:p>
    <w:p>
      <w:pPr>
        <w:jc w:val="right"/>
      </w:pPr>
      <w:r>
        <w:t>معاہدہ حدیبیہ کیا تھا؟ وہ یہ تھا کہ اہلِ اسلام کو آزادانہ طور پر اپنا پرامن دعوتی مشن جاری کرنے کا موقع مل جائے۔</w:t>
      </w:r>
    </w:p>
    <w:p>
      <w:r>
        <w:rPr>
          <w:b/>
        </w:rPr>
        <w:t xml:space="preserve">[16:43] </w:t>
      </w:r>
      <w:r>
        <w:t>ab qaum e mutahida, UNO mein, tamam qaumon ke mushtarik muahide ke tehat har qism ki azadi ka haq hasil ho chuka hai.</w:t>
      </w:r>
    </w:p>
    <w:p>
      <w:pPr>
        <w:jc w:val="right"/>
      </w:pPr>
      <w:r>
        <w:t>اب اقوامِ متحدہ، یو این او میں، تمام قوموں کے مشترک معاہدے کے تحت ہر قسم کی آزادی کا حق حاصل ہو چکا ہے۔</w:t>
      </w:r>
    </w:p>
    <w:p>
      <w:r>
        <w:rPr>
          <w:b/>
        </w:rPr>
        <w:t xml:space="preserve">[16:53] </w:t>
      </w:r>
      <w:r>
        <w:t>ab zaroorat sirf yeh hai ke musalman tashaddud ko chhod dein, aur pur aman tareeqa kar ke zariye apne amal ki mansooba bandi karein.</w:t>
      </w:r>
    </w:p>
    <w:p>
      <w:pPr>
        <w:jc w:val="right"/>
      </w:pPr>
      <w:r>
        <w:t>اب ضرورت صرف یہ ہے کہ مسلمان تشدد کو چھوڑ دیں، اور پرامن طریقہ کار کے ذریعے اپنے عمل کی منصوبہ بندی کریں۔</w:t>
      </w:r>
    </w:p>
    <w:p>
      <w:r>
        <w:rPr>
          <w:b/>
        </w:rPr>
        <w:t xml:space="preserve">[17:04] </w:t>
      </w:r>
      <w:r>
        <w:t>ab kisi qaum ko apna siyasi iqtadar qaim karne ki zaroorat nahi. pichhle zamane mein jo kaam siyasi iqtadar ke zariye hota tha, ab woh tanzeem yaani organization ke zariye anjam dena mumkin ho gaya hai.</w:t>
      </w:r>
    </w:p>
    <w:p>
      <w:pPr>
        <w:jc w:val="right"/>
      </w:pPr>
      <w:r>
        <w:t>اب کسی قوم کو اپنا سیاسی اقتدار قائم کرنے کی ضرورت نہیں۔ پچھلے زمانے میں جو کام سیاسی اقتدار کے ذریعے ہوتا تھا، اب وہ تنظیم یعنی آرگنائزیشن کے ذریعے انجام دینا ممکن ہو گیا ہے۔</w:t>
      </w:r>
    </w:p>
    <w:p>
      <w:r>
        <w:rPr>
          <w:b/>
        </w:rPr>
        <w:t xml:space="preserve">[17:22] </w:t>
      </w:r>
      <w:r>
        <w:t>pehle zamane mein jis kaam ke liye fauj kashi karni padti thi, ab woh kaam communication ke zariye anjam dena mumkin ho gaya hai.</w:t>
      </w:r>
    </w:p>
    <w:p>
      <w:pPr>
        <w:jc w:val="right"/>
      </w:pPr>
      <w:r>
        <w:t>پہلے زمانے میں جس کام کے لیے فوج کشی کرنی پڑتی تھی، اب وہ کام کمیونیکیشن کے ذریعے انجام دینا ممکن ہو گیا ہے۔</w:t>
      </w:r>
    </w:p>
    <w:p>
      <w:r>
        <w:rPr>
          <w:b/>
        </w:rPr>
        <w:t xml:space="preserve">[17:33] </w:t>
      </w:r>
      <w:r>
        <w:t>pehle zamane mein jis kaam ke liye kisi badshah ka takht chheen na padta tha, ab woh sab kuch universal norm ke tehat pur aman tareeqa kar ke zariye anjam dena mumkin ho gaya hai.</w:t>
      </w:r>
    </w:p>
    <w:p>
      <w:pPr>
        <w:jc w:val="right"/>
      </w:pPr>
      <w:r>
        <w:t>پہلے زمانے میں جس کام کے لیے کسی بادشاہ کا تخت چھیننا پڑتا تھا، اب وہ سب کچھ یونیورسل نارم کے تحت پرامن طریقہ کار کے ذریعے انجام دینا ممکن ہو گیا ہے۔</w:t>
      </w:r>
    </w:p>
    <w:p>
      <w:r>
        <w:rPr>
          <w:b/>
        </w:rPr>
        <w:t xml:space="preserve">[17:49] </w:t>
      </w:r>
      <w:r>
        <w:t>pehle zamane mein jis kaam ke liye apna siyasi raqba yaani political area badhana padta tha, ab is ko ek computerized office mein baith kar outsourcing ke zariye anjam dena mumkin ho gaya hai, waghera.</w:t>
      </w:r>
    </w:p>
    <w:p>
      <w:pPr>
        <w:jc w:val="right"/>
      </w:pPr>
      <w:r>
        <w:t>پہلے زمانے میں جس کام کے لیے اپنا سیاسی رقبہ یعنی پولیٹیکل ایریا بڑھانا پڑتا تھا، اب اس کو ایک کمپیوٹرائزڈ آفس میں بیٹھ کر آؤٹ سورسنگ کے ذریعے انجام دینا ممکن ہو گیا ہے، وغیرہ۔</w:t>
      </w:r>
    </w:p>
    <w:p>
      <w:r>
        <w:rPr>
          <w:b/>
        </w:rPr>
        <w:t xml:space="preserve">[18:14] </w:t>
      </w:r>
      <w:r>
        <w:t>insan e awwal ki misaal. khaliq ne jab Adam alaihissalam pehle insan ko paida kiya to un ko aur un ki biwi hawa ko jannat mein basaya,</w:t>
      </w:r>
    </w:p>
    <w:p>
      <w:pPr>
        <w:jc w:val="right"/>
      </w:pPr>
      <w:r>
        <w:t>انسانِ اول کی مثال۔ خالق نے جب آدم علیہ السلام پہلے انسان کو پیدا کیا تو ان کو اور ان کی بیوی حوا کو جنت میں بسایا،</w:t>
      </w:r>
    </w:p>
    <w:p>
      <w:r>
        <w:rPr>
          <w:b/>
        </w:rPr>
        <w:t xml:space="preserve">[18:29] </w:t>
      </w:r>
      <w:r>
        <w:t>magar Adam apne ahad par qaim nahi rahe. unho ne mana karne ke bawajood shajar e mamnooa yaani forbidden tree ka phal kha liya.</w:t>
      </w:r>
    </w:p>
    <w:p>
      <w:pPr>
        <w:jc w:val="right"/>
      </w:pPr>
      <w:r>
        <w:t>مگر آدم اپنے عہد پر قائم نہیں رہے۔ انہوں نے منع کرنے کے باوجود شجرِ ممنوعہ یعنی فاربیڈن ٹری کا پھل کھا لیا۔</w:t>
      </w:r>
    </w:p>
    <w:p>
      <w:r>
        <w:rPr>
          <w:b/>
        </w:rPr>
        <w:t xml:space="preserve">[18:41] </w:t>
      </w:r>
      <w:r>
        <w:t>is ke baad un ko aur un ki biwi dono ko jannat se nikalna pada. phir dono ke andar tauba yaani repentance ka jazba paida hua.</w:t>
      </w:r>
    </w:p>
    <w:p>
      <w:pPr>
        <w:jc w:val="right"/>
      </w:pPr>
      <w:r>
        <w:t>اس کے بعد ان کو اور ان کی بیوی دونوں کو جنت سے نکلنا پڑا۔ پھر دونوں کے اندر توبہ یعنی ریپینٹنس کا جذبہ پیدا ہوا۔</w:t>
      </w:r>
    </w:p>
    <w:p>
      <w:r>
        <w:rPr>
          <w:b/>
        </w:rPr>
        <w:t xml:space="preserve">[18:51] </w:t>
      </w:r>
      <w:r>
        <w:t>woh khaliq se maafi ke talib hue. is ke baad dono ke liye yeh muqaddar kiya gaya ke agar woh imaan aur amal e saleh ka saboot dein to un ko jannat mein dobara dakhla yaani re entry mile gi.</w:t>
      </w:r>
    </w:p>
    <w:p>
      <w:pPr>
        <w:jc w:val="right"/>
      </w:pPr>
      <w:r>
        <w:t>وہ خالق سے معافی کے طالب ہوئے۔ اس کے بعد دونوں کے لیے یہ مقدر کیا گیا کہ اگر وہ ایمان اور عملِ صالح کا ثبوت دیں تو ان کو جنت میں دوبارہ داخلہ یعنی ری انٹری ملے گی۔</w:t>
      </w:r>
    </w:p>
    <w:p>
      <w:r>
        <w:rPr>
          <w:b/>
        </w:rPr>
        <w:t xml:space="preserve">[19:06] </w:t>
      </w:r>
      <w:r>
        <w:t>is ka matlab bazahir yeh tha ke ibtedai mansoobe ke mutabiq jannat tamam insano ke liye aam taur par muqaddar ki gayi thi.</w:t>
      </w:r>
    </w:p>
    <w:p>
      <w:pPr>
        <w:jc w:val="right"/>
      </w:pPr>
      <w:r>
        <w:t>اس کا مطلب بظاہر یہ تھا کہ ابتدائی منصوبے کے مطابق جنت تمام انسانوں کے لیے عمومی طور پر مقدر کی گئی تھی۔</w:t>
      </w:r>
    </w:p>
    <w:p>
      <w:r>
        <w:rPr>
          <w:b/>
        </w:rPr>
        <w:t xml:space="preserve">[19:17] </w:t>
      </w:r>
      <w:r>
        <w:t>lekin jab adam apne ahad par qaim nahi rahe aur unhon ne woh kaam kiya jis se unhein mana kiya gaya tha, to khaliq ne insaan ke bare mein doosra usool muqarrar kiya.</w:t>
      </w:r>
    </w:p>
    <w:p>
      <w:pPr>
        <w:jc w:val="right"/>
      </w:pPr>
      <w:r>
        <w:t>لیکن جب آدم اپنے عہد پر قائم نہیں رہے اور انہوں نے وہ کام کیا جس سے انہیں منع کیا گیا تھا، تو خالق نے انسان کے بارے میں دوسرا اصول مقرر کیا۔</w:t>
      </w:r>
    </w:p>
    <w:p>
      <w:r>
        <w:rPr>
          <w:b/>
        </w:rPr>
        <w:t xml:space="preserve">[19:30] </w:t>
      </w:r>
      <w:r>
        <w:t>yeh usool intekhab yaani selection ki buniyad par tha.</w:t>
      </w:r>
    </w:p>
    <w:p>
      <w:pPr>
        <w:jc w:val="right"/>
      </w:pPr>
      <w:r>
        <w:t>یہ اصول انتخاب یعنی سلیکشن کی بنیاد پر تھا۔</w:t>
      </w:r>
    </w:p>
    <w:p>
      <w:r>
        <w:rPr>
          <w:b/>
        </w:rPr>
        <w:t xml:space="preserve">[19:35] </w:t>
      </w:r>
      <w:r>
        <w:t>yaani pehle agar har mard aur har aurat ke liye jannat ka husool mumkin tha, to ab yeh</w:t>
      </w:r>
    </w:p>
    <w:p>
      <w:pPr>
        <w:jc w:val="right"/>
      </w:pPr>
      <w:r>
        <w:t>یعنی پہلے اگر ہر مرد اور ہر عورت کے لیے جنت کا حصول ممکن تھا، تو اب یہ</w:t>
      </w:r>
    </w:p>
    <w:p>
      <w:r>
        <w:rPr>
          <w:b/>
        </w:rPr>
        <w:t xml:space="preserve">[19:43] </w:t>
      </w:r>
      <w:r>
        <w:t>usool qarar paaya ke jo aurat aur mard imtehan yaani test mein pooray utrein, un ka intekhab kar</w:t>
      </w:r>
    </w:p>
    <w:p>
      <w:pPr>
        <w:jc w:val="right"/>
      </w:pPr>
      <w:r>
        <w:t>اصول قرار پایا کہ جو عورت اور مرد امتحان یعنی ٹیسٹ میں پورے اتریں، ان کا انتخاب کر</w:t>
      </w:r>
    </w:p>
    <w:p>
      <w:r>
        <w:rPr>
          <w:b/>
        </w:rPr>
        <w:t xml:space="preserve">[19:51] </w:t>
      </w:r>
      <w:r>
        <w:t>ke un ko jannat mein dakhla diya jaye, aur jo log imtehan mein pooray na utrein, woh hamesha</w:t>
      </w:r>
    </w:p>
    <w:p>
      <w:pPr>
        <w:jc w:val="right"/>
      </w:pPr>
      <w:r>
        <w:t>کے ان کو جنت میں داخلہ دیا جائے، اور جو لوگ امتحان میں پورے نہ اتریں، وہ ہمیشہ</w:t>
      </w:r>
    </w:p>
    <w:p>
      <w:r>
        <w:rPr>
          <w:b/>
        </w:rPr>
        <w:t xml:space="preserve">[19:59] </w:t>
      </w:r>
      <w:r>
        <w:t>ke liye jannat se mehroom qarar paayenge.</w:t>
      </w:r>
    </w:p>
    <w:p>
      <w:pPr>
        <w:jc w:val="right"/>
      </w:pPr>
      <w:r>
        <w:t>کے لیے جنت سے محروم قرار پائیں گے۔</w:t>
      </w:r>
    </w:p>
    <w:p>
      <w:r>
        <w:rPr>
          <w:b/>
        </w:rPr>
        <w:t xml:space="preserve">[20:03] </w:t>
      </w:r>
      <w:r>
        <w:t>yeh waqia insaan ke liye ek abadi sabaq tha. ab insaan ke liye kamyabi ka rasta sirf yeh tha ke agar uska pehla mansooba work na kare to woh kisi ghair mutaliq masroofiyat mein apna waqt zaya na kare.</w:t>
      </w:r>
    </w:p>
    <w:p>
      <w:pPr>
        <w:jc w:val="right"/>
      </w:pPr>
      <w:r>
        <w:t>یہ واقعہ انسان کے لیے ایک ابدی سبق تھا۔ اب انسان کے لیے کامیابی کا راستہ صرف یہ تھا کہ اگر اس کا پہلا منصوبہ ورک نہ کرے تو وہ کسی غیر متعلق مشغولیت میں اپنا وقت ضائع نہ کرے۔</w:t>
      </w:r>
    </w:p>
    <w:p>
      <w:r>
        <w:rPr>
          <w:b/>
        </w:rPr>
        <w:t xml:space="preserve">[20:22] </w:t>
      </w:r>
      <w:r>
        <w:t>woh sirf ek kaam kare: halaat ka az sar-e-nau jayza lena, aur apne amal ko naye mansoobe ke tehat dobara murattab karna.</w:t>
      </w:r>
    </w:p>
    <w:p>
      <w:pPr>
        <w:jc w:val="right"/>
      </w:pPr>
      <w:r>
        <w:t>وہ صرف ایک کام کرے: حالات کا از سرِ نو جائزہ لینا، اور اپنے عمل کو نئے منصوبے کے تحت دوبارہ مرتب کرنا۔</w:t>
      </w:r>
    </w:p>
    <w:p>
      <w:r>
        <w:rPr>
          <w:b/>
        </w:rPr>
        <w:t xml:space="preserve">[20:34] </w:t>
      </w:r>
      <w:r>
        <w:t>yeh waqia insani tareekh ke aghaz mein pesh aaya. is tarah khaliq ne insaan ko yeh sabaq diya ke dunya ke halaat mein bar bar aisa hoga ke tum kisi na kisi sabab se pehle moqa yani first chance ko kho doge.</w:t>
      </w:r>
    </w:p>
    <w:p>
      <w:pPr>
        <w:jc w:val="right"/>
      </w:pPr>
      <w:r>
        <w:t>یہ واقعہ انسانی تاریخ کے آغاز میں پیش آیا۔ اس طرح خالق نے انسان کو یہ سبق دیا کہ دنیا کے حالات میں بار بار ایسا ہوگا کہ تم کسی نہ کسی سبب سے پہلے موقع یعنی فرسٹ چانس کو کھو دو گے۔</w:t>
      </w:r>
    </w:p>
    <w:p>
      <w:r>
        <w:rPr>
          <w:b/>
        </w:rPr>
        <w:t xml:space="preserve">[20:53] </w:t>
      </w:r>
      <w:r>
        <w:t>is waqt tumhein manfi soch mein mubtala nahi hona hai, balkeh hasil shuda tajrube ki roshni mein tum ko apne kaam ki re-planning karna hai.</w:t>
      </w:r>
    </w:p>
    <w:p>
      <w:pPr>
        <w:jc w:val="right"/>
      </w:pPr>
      <w:r>
        <w:t>اس وقت تمہیں منفی سوچ میں مبتلا نہیں ہونا ہے، بلکہ حاصل شدہ تجربے کی روشنی میں تم کو اپنے کام کی ری پلاننگ کرنا ہے۔</w:t>
      </w:r>
    </w:p>
    <w:p>
      <w:r>
        <w:rPr>
          <w:b/>
        </w:rPr>
        <w:t xml:space="preserve">[21:04] </w:t>
      </w:r>
      <w:r>
        <w:t>yahi tumhare liye is dunya mein kamyabi ka rasta hai. insaan ko maujooda dunya mein mukammal azadi di gayi hai. is bina par yahan insaan ke liye halaat hamesha mawafeq nahi rehte.</w:t>
      </w:r>
    </w:p>
    <w:p>
      <w:pPr>
        <w:jc w:val="right"/>
      </w:pPr>
      <w:r>
        <w:t>یہی تمہارے لیے اس دنیا میں کامیابی کا راستہ ہے۔ انسان کو موجودہ دنیا میں مکمل آزادی دی گئی ہے۔ اس بنا پر یہاں انسان کے لیے حالات ہمیشہ موافق نہیں رہتے۔</w:t>
      </w:r>
    </w:p>
    <w:p>
      <w:r>
        <w:rPr>
          <w:b/>
        </w:rPr>
        <w:t xml:space="preserve">[21:19] </w:t>
      </w:r>
      <w:r>
        <w:t>is dunya mein insaan ko namawafeq halaat mein rasta banate hue apna safar karna hai. yeh usool sab ke liye hai, khwah woh mazhabi ho ya secular, woh taqatwar ho ya kamzor.</w:t>
      </w:r>
    </w:p>
    <w:p>
      <w:pPr>
        <w:jc w:val="right"/>
      </w:pPr>
      <w:r>
        <w:t>اس دنیا میں انسان کو ناموافق حالات میں راستہ بناتے ہوئے اپنا سفر کرنا ہے۔ یہ اصول سب کے لیے ہے، خواہ وہ مذہبی ہو یا سیکولر، وہ طاقتور ہو یا کمزور۔</w:t>
      </w:r>
    </w:p>
    <w:p>
      <w:r>
        <w:rPr>
          <w:b/>
        </w:rPr>
        <w:t xml:space="preserve">[21:36] </w:t>
      </w:r>
      <w:r>
        <w:t>yeh halaat hamesha har shakhs aur har groh ke liye pesh aate hain. aisi halat mein kisi ko aisa karna nahi hai ke woh kisi aur ko zimmedar qarar de kar uske khilaf shikayat aur ehtejaj ka toofan barpa kare.</w:t>
      </w:r>
    </w:p>
    <w:p>
      <w:pPr>
        <w:jc w:val="right"/>
      </w:pPr>
      <w:r>
        <w:t>یہ حالات ہمیشہ ہر شخص اور ہر گروہ کے لیے پیش آتے ہیں۔ ایسی حالت میں کسی کو ایسا کرنا نہیں ہے کہ وہ کسی اور کو ذمہ دار قرار دے کر اس کے خلاف شکایت اور احتجاج کا طوفان برپا کرے۔</w:t>
      </w:r>
    </w:p>
    <w:p>
      <w:r>
        <w:rPr>
          <w:b/>
        </w:rPr>
        <w:t xml:space="preserve">[21:55] </w:t>
      </w:r>
      <w:r>
        <w:t>shikayat aur ehtejaj ka tareeqa is dunya mein sirf waqt zaya karne ke hum maani hai. sahih yeh hai ke aadmi jab yeh dekhe ke uska pehla mansooba kamyab nahi hua to woh doosron ko uska zimmedar qarar dene mein apna waqt zaya na kare, balkeh khud apne halaat ka be-lagh andaza karte hue apne amal ke liye naya mansooba banaye.</w:t>
      </w:r>
    </w:p>
    <w:p>
      <w:pPr>
        <w:jc w:val="right"/>
      </w:pPr>
      <w:r>
        <w:t>شکایت اور احتجاج کا طریقہ اس دنیا میں صرف وقت ضائع کرنے کے ہم معنی ہے۔ صحیح یہ ہے کہ آدمی جب یہ دیکھے کہ اس کا پہلا منصوبہ کامیاب نہیں ہوا تو وہ دوسروں کو اس کا ذمہ دار قرار دینے میں اپنا وقت ضائع نہ کرے، بلکہ خود اپنے حالات کا بے لاگ اندازہ کرتے ہوئے اپنے عمل کے لیے نیا منصوبہ بنائے۔</w:t>
      </w:r>
    </w:p>
    <w:p>
      <w:r>
        <w:rPr>
          <w:b/>
        </w:rPr>
        <w:t xml:space="preserve">[22:25] </w:t>
      </w:r>
      <w:r>
        <w:t>kamyab re-planning ka sab se pehla usool yeh hai ke aadmi apni kotahi ka etaraf kare. woh nakami ka sabab khud apne andar talash kare.</w:t>
      </w:r>
    </w:p>
    <w:p>
      <w:pPr>
        <w:jc w:val="right"/>
      </w:pPr>
      <w:r>
        <w:t>کامیاب ری پلاننگ کا سب سے پہلا اصول یہ ہے کہ آدمی اپنی کوتاہی کا اعتراف کرے۔ وہ ناکامی کا سبب خود اپنے اندر تلاش کرے۔</w:t>
      </w:r>
    </w:p>
    <w:p>
      <w:r>
        <w:rPr>
          <w:b/>
        </w:rPr>
        <w:t xml:space="preserve">[22:38] </w:t>
      </w:r>
      <w:r>
        <w:t>woh is haqiqat ko maane ke uski nakami ka sabab khud uske apne andar tha. halaat ka woh sahih andaza na kar saka, is liye ab sirf yeh karna hai ke woh halaat ka dobara sahih andaza yani re-assessment kare, aur uski roshni mein haqiqat pasandana andaaz mein apne amal ka naya mansooba banaye.</w:t>
      </w:r>
    </w:p>
    <w:p>
      <w:pPr>
        <w:jc w:val="right"/>
      </w:pPr>
      <w:r>
        <w:t>وہ اس حقیقت کو مانے کہ اس کی ناکامی کا سبب خود اس کے اپنے اندر تھا۔ حالات کا وہ صحیح اندازہ نہ کر سکا، اس لیے اب صرف یہ کرنا ہے کہ وہ حالات کا دوبارہ صحیح اندازہ یعنی ری اسیسمنٹ کرے، اور اس کی روشنی میں حقیقت پسندانہ انداز میں اپنے عمل کا نیا منصوبہ بنائے۔</w:t>
      </w:r>
    </w:p>
    <w:p>
      <w:r>
        <w:rPr>
          <w:b/>
        </w:rPr>
        <w:t xml:space="preserve">[23:05] </w:t>
      </w:r>
      <w:r>
        <w:t>zindagi ke liye re-planning ka usool ek abadi usool hai. woh awwal din ke liye bhi tha aur baad ke zamane ke liye bhi.</w:t>
      </w:r>
    </w:p>
    <w:p>
      <w:pPr>
        <w:jc w:val="right"/>
      </w:pPr>
      <w:r>
        <w:t>زندگی کے لیے ری پلاننگ کا اصول ایک ابدی اصول ہے۔ وہ اول دن کے لیے بھی تھا اور بعد کے زمانے کے لیے بھی۔</w:t>
      </w:r>
    </w:p>
    <w:p>
      <w:r>
        <w:rPr>
          <w:b/>
        </w:rPr>
        <w:t xml:space="preserve">[23:15] </w:t>
      </w:r>
      <w:r>
        <w:t>jab tak insaan ko is dunya mein azadi hasil hai, aur jab tak asbab apni jagah qaim hain, har ek ko isi usool par apna kaam karna hoga.</w:t>
      </w:r>
    </w:p>
    <w:p>
      <w:pPr>
        <w:jc w:val="right"/>
      </w:pPr>
      <w:r>
        <w:t>جب تک انسان کو اس دنیا میں آزادی حاصل ہے، اور جب تک اسباب اپنی جگہ قائم ہیں، ہر ایک کو اسی اصول پر اپنا کام کرنا ہوگا۔</w:t>
      </w:r>
    </w:p>
    <w:p>
      <w:r>
        <w:rPr>
          <w:b/>
        </w:rPr>
        <w:t xml:space="preserve">[23:28] </w:t>
      </w:r>
      <w:r>
        <w:t>jo log is usool par kaam karein, woh is dunya mein kamyab honge, aur jo log is usool ki pairwi na karein, woh yaqeeni taur par is dunya mein kamyabi se mahroom rahenge.</w:t>
      </w:r>
    </w:p>
    <w:p>
      <w:pPr>
        <w:jc w:val="right"/>
      </w:pPr>
      <w:r>
        <w:t>جو لوگ اس اصول پر کام کریں، وہ اس دنیا میں کامیاب ہوں گے، اور جو لوگ اس اصول کی پیروی نہ کریں، وہ یقینی طور پر اس دنیا میں کامیابی سے محروم رہیں گے۔</w:t>
      </w:r>
    </w:p>
    <w:p>
      <w:r>
        <w:rPr>
          <w:b/>
        </w:rPr>
        <w:t xml:space="preserve">[23:51] </w:t>
      </w:r>
      <w:r>
        <w:t>desert therapy.</w:t>
      </w:r>
    </w:p>
    <w:p>
      <w:pPr>
        <w:jc w:val="right"/>
      </w:pPr>
      <w:r>
        <w:t>ڈیزرٹ تھیراپی۔</w:t>
      </w:r>
    </w:p>
    <w:p>
      <w:r>
        <w:rPr>
          <w:b/>
        </w:rPr>
        <w:t xml:space="preserve">[23:55] </w:t>
      </w:r>
      <w:r>
        <w:t>Allah rabb-ul-alameen ne insaan ko paida kar ke kura-e-arz yani planet earth par abad kiya.</w:t>
      </w:r>
    </w:p>
    <w:p>
      <w:pPr>
        <w:jc w:val="right"/>
      </w:pPr>
      <w:r>
        <w:t>اللہ رب العالمین نے انسان کو پیدا کر کے کرۂ ارض یعنی پلینٹ ارتھ پر آباد کیا۔</w:t>
      </w:r>
    </w:p>
    <w:p>
      <w:r>
        <w:rPr>
          <w:b/>
        </w:rPr>
        <w:t xml:space="preserve">[24:04] </w:t>
      </w:r>
      <w:r>
        <w:t>is ko har qism ke mawaqe faraham kiye, aur phir is ko poori azaadi de di.</w:t>
      </w:r>
    </w:p>
    <w:p>
      <w:pPr>
        <w:jc w:val="right"/>
      </w:pPr>
      <w:r>
        <w:t>اس کو ہر قسم کے مواقع فراہم کیے، اور پھر اس کو پوری آزادی دے دی۔</w:t>
      </w:r>
    </w:p>
    <w:p>
      <w:r>
        <w:rPr>
          <w:b/>
        </w:rPr>
        <w:t xml:space="preserve">[24:12] </w:t>
      </w:r>
      <w:r>
        <w:t>ab yeh insaan ka apna ikhtiyar hai ke woh khwah apni azaadi ka sahi istemal kar ke apne</w:t>
      </w:r>
    </w:p>
    <w:p>
      <w:pPr>
        <w:jc w:val="right"/>
      </w:pPr>
      <w:r>
        <w:t>اب یہ انسان کا اپنا اختیار ہے کہ وہ خواہ اپنی آزادی کا صحیح استعمال کر کے اپنے</w:t>
      </w:r>
    </w:p>
    <w:p>
      <w:r>
        <w:rPr>
          <w:b/>
        </w:rPr>
        <w:t xml:space="preserve">[24:20] </w:t>
      </w:r>
      <w:r>
        <w:t>آپ کو ابدی کامیابی کا مستحق بنائے، اور اگر وہ اپنی آزادی کا غلط استعمال یعنی misuse</w:t>
      </w:r>
    </w:p>
    <w:p>
      <w:pPr>
        <w:jc w:val="right"/>
      </w:pPr>
      <w:r>
        <w:t>آپ کو ابدی کامیابی کا مستحق بنائے، اور اگر وہ اپنی آزادی کا غلط استعمال یعنی مس یوز</w:t>
      </w:r>
    </w:p>
    <w:p>
      <w:r>
        <w:rPr>
          <w:b/>
        </w:rPr>
        <w:t xml:space="preserve">[24:30] </w:t>
      </w:r>
      <w:r>
        <w:t>karta hai to is ke liye takhleeqi mansoobe ke mutabiq abdi naakaami ke siwa kuch aur muqaddar nahin.</w:t>
      </w:r>
    </w:p>
    <w:p>
      <w:pPr>
        <w:jc w:val="right"/>
      </w:pPr>
      <w:r>
        <w:t>کرتا ہے تو اس کے لیے تخلیقی منصوبے کے مطابق ابدی ناکامی کے سوا کچھ اور مقدر نہیں۔</w:t>
      </w:r>
    </w:p>
    <w:p>
      <w:r>
        <w:rPr>
          <w:b/>
        </w:rPr>
        <w:t xml:space="preserve">[24:39] </w:t>
      </w:r>
      <w:r>
        <w:t>Allah rabb-ul-alameen ne insaan ko aql di. us ke andar haq aur batil ki tameez rakhi.</w:t>
      </w:r>
    </w:p>
    <w:p>
      <w:pPr>
        <w:jc w:val="right"/>
      </w:pPr>
      <w:r>
        <w:t>اللہ رب العالمین نے انسان کو عقل دی۔ اس کے اندر حق اور باطل کی تمیز رکھی۔</w:t>
      </w:r>
    </w:p>
    <w:p>
      <w:r>
        <w:rPr>
          <w:b/>
        </w:rPr>
        <w:t xml:space="preserve">[24:48] </w:t>
      </w:r>
      <w:r>
        <w:t>us ke baad khaliq ne yeh intezam kiya ke har qaum mein aur har har ilaqe mein apne rasool bheje, jo insaan ko us ki apni qabil-e-fahm zaban mein haq aur nah-haq ka ilm dete the.</w:t>
      </w:r>
    </w:p>
    <w:p>
      <w:pPr>
        <w:jc w:val="right"/>
      </w:pPr>
      <w:r>
        <w:t>اس کے بعد خالق نے یہ انتظام کیا کہ ہر قوم میں اور ہر ہر علاقے میں اپنے رسول بھیجے، جو انسان کو اس کی اپنی قابل فہم زبان میں حق اور ناحق کا علم دیتے تھے۔</w:t>
      </w:r>
    </w:p>
    <w:p>
      <w:r>
        <w:rPr>
          <w:b/>
        </w:rPr>
        <w:t xml:space="preserve">[25:05] </w:t>
      </w:r>
      <w:r>
        <w:t>paighambaron ne yeh kaam aala itmam-e-hujjat ki satah par anjam diya, magar insaan ne apni azadi ka ghalat istemal karte hue hamesha paighambaron ki dawat ka ghair matloob jawab diya.</w:t>
      </w:r>
    </w:p>
    <w:p>
      <w:pPr>
        <w:jc w:val="right"/>
      </w:pPr>
      <w:r>
        <w:t>پیغمبروں نے یہ کام اعلیٰ اتمامِ حجت کی سطح پر انجام دیا، مگر انسان نے اپنی آزادی کا غلط استعمال کرتے ہوئے ہمیشہ پیغمبروں کی دعوت کا غیر مطلوب جواب دیا۔</w:t>
      </w:r>
    </w:p>
    <w:p>
      <w:r>
        <w:rPr>
          <w:b/>
        </w:rPr>
        <w:t xml:space="preserve">[25:23] </w:t>
      </w:r>
      <w:r>
        <w:t>is waqie ka zikr Quran mein un alfaaz mein kiya gaya hai: "ya hasratan alal ibad ma yatihim min rasoolin illa kanu bihi yastahziun".</w:t>
      </w:r>
    </w:p>
    <w:p>
      <w:pPr>
        <w:jc w:val="right"/>
      </w:pPr>
      <w:r>
        <w:t>اس واقعے کا ذکر قرآن میں ان الفاظ میں کیا گیا ہے: "يا حسرةً على العباد ما يأتيهم من رسول إلا كانوا به يستهزئون" ۔</w:t>
      </w:r>
    </w:p>
    <w:p>
      <w:r>
        <w:rPr>
          <w:b/>
        </w:rPr>
        <w:t xml:space="preserve">[25:37] </w:t>
      </w:r>
      <w:r>
        <w:t>yaani afsos hai bandon ke upar jo rasool bhi un ke paas aaya, woh is ka mazaq hi</w:t>
      </w:r>
    </w:p>
    <w:p>
      <w:pPr>
        <w:jc w:val="right"/>
      </w:pPr>
      <w:r>
        <w:t>یعنی افسوس ہے بندوں کے اوپر جو رسول بھی ان کے پاس آیا، وہ اس کا مذاق ہی</w:t>
      </w:r>
    </w:p>
    <w:p>
      <w:r>
        <w:rPr>
          <w:b/>
        </w:rPr>
        <w:t xml:space="preserve">[25:44] </w:t>
      </w:r>
      <w:r>
        <w:t>udate rahe. Allah Rabb-ul-Aalameen ko apne naqshe takhleeq yaani creation plan ke mutabiq yeh manzoor nahin tha</w:t>
      </w:r>
    </w:p>
    <w:p>
      <w:pPr>
        <w:jc w:val="right"/>
      </w:pPr>
      <w:r>
        <w:t>اڑاتے رہے۔ اللہ رب العالمین کو اپنے نقشہ تخلیق یعنی کریشن پلان کے مطابق یہ منظور نہیں تھا</w:t>
      </w:r>
    </w:p>
    <w:p>
      <w:r>
        <w:rPr>
          <w:b/>
        </w:rPr>
        <w:t xml:space="preserve">[25:54] </w:t>
      </w:r>
      <w:r>
        <w:t>ke woh insaan ki azaadi ka khatma kar de, is liye is ne yeh kiya ke insaan ki</w:t>
      </w:r>
    </w:p>
    <w:p>
      <w:pPr>
        <w:jc w:val="right"/>
      </w:pPr>
      <w:r>
        <w:t>کہ وہ انسان کی آزادی کا خاتمہ کر دے، اس لیے اس نے یہ کیا کہ انسان کی</w:t>
      </w:r>
    </w:p>
    <w:p>
      <w:r>
        <w:rPr>
          <w:b/>
        </w:rPr>
        <w:t xml:space="preserve">[26:01] </w:t>
      </w:r>
      <w:r>
        <w:t>azaadi ko barqarar rakhte hue hidayat ka ek naqsha banaya.</w:t>
      </w:r>
    </w:p>
    <w:p>
      <w:pPr>
        <w:jc w:val="right"/>
      </w:pPr>
      <w:r>
        <w:t>آزادی کو برقرار رکھتے ہوئے ہدایت کا ایک نقشہ بنایا۔</w:t>
      </w:r>
    </w:p>
    <w:p>
      <w:r>
        <w:rPr>
          <w:b/>
        </w:rPr>
        <w:t xml:space="preserve">[26:07] </w:t>
      </w:r>
      <w:r>
        <w:t>is naye naqshe ki takmeel ke liye Allah rabb-ul-alameen ne Ibrahim aur unki zurriyyat ko chuna, jinka zamana 1850 qabl-e-masih se le kar 2324 qabl-e-masih ke darmiyan hai.</w:t>
      </w:r>
    </w:p>
    <w:p>
      <w:pPr>
        <w:jc w:val="right"/>
      </w:pPr>
      <w:r>
        <w:t>اس نئے نقشے کی تکمیل کے لیے اللہ رب العالمین نے ابراہیم اور ان کی ذریت کو چنا، جن کا زمانہ 1850 قبل مسیح سے لے کر 2324 قبل مسیح کے درمیان ہے۔</w:t>
      </w:r>
    </w:p>
    <w:p>
      <w:r>
        <w:rPr>
          <w:b/>
        </w:rPr>
        <w:t xml:space="preserve">[26:25] </w:t>
      </w:r>
      <w:r>
        <w:t>yeh goya rabb-ul-alameen ki taraf se hidayat ki re-planning ka mamla tha. paighambar Ibrahim alaihis salam qadeem Iraq mein paida hue.</w:t>
      </w:r>
    </w:p>
    <w:p>
      <w:pPr>
        <w:jc w:val="right"/>
      </w:pPr>
      <w:r>
        <w:t>یہ گویا رب العالمین کی طرف سے ہدایت کی ری پلاننگ کا معاملہ تھا۔ پیغمبر ابراہیم علیہ السلام قدیم عراق میں پیدا ہوئے۔</w:t>
      </w:r>
    </w:p>
    <w:p>
      <w:r>
        <w:rPr>
          <w:b/>
        </w:rPr>
        <w:t xml:space="preserve">[26:38] </w:t>
      </w:r>
      <w:r>
        <w:t>wahan unhon ne logon ko sachai ka rasta dikhaya, lekin qadeem iraq ke bashindey, jo us waqt shirk par qaim thay, peghambar ibrahim ki pairwi par raazi na ho sakay.</w:t>
      </w:r>
    </w:p>
    <w:p>
      <w:pPr>
        <w:jc w:val="right"/>
      </w:pPr>
      <w:r>
        <w:t>وہاں انہوں نے لوگوں کو سچائی کا راستہ دکھایا، لیکن قدیم عراق کے باشندے، جو اس وقت شرک پر قائم تھے، پیغمبر ابراہیم کی پیروی پر راضی نہ ہو سکے۔</w:t>
      </w:r>
    </w:p>
    <w:p>
      <w:r>
        <w:rPr>
          <w:b/>
        </w:rPr>
        <w:t xml:space="preserve">[26:51] </w:t>
      </w:r>
      <w:r>
        <w:t>aakhir kar peghambar ibrahim alaihi assalam ne ek khodai mansoobay ke mutabiq iraq ko chhor diya. woh is sehrai ilaqay mein aa kar abad hue jahan ab makkah waqe hai.</w:t>
      </w:r>
    </w:p>
    <w:p>
      <w:pPr>
        <w:jc w:val="right"/>
      </w:pPr>
      <w:r>
        <w:t>آخر کار پیغمبر ابراہیم علیہ السلام نے ایک خدائی منصوبے کے مطابق عراق کو چھوڑ دیا۔ وہ اس صحرائی علاقے میں آ کر آباد ہوئے جہاں اب مکہ واقع ہے۔</w:t>
      </w:r>
    </w:p>
    <w:p>
      <w:r>
        <w:rPr>
          <w:b/>
        </w:rPr>
        <w:t xml:space="preserve">[27:06] </w:t>
      </w:r>
      <w:r>
        <w:t>unhon ne is sehrai ilaqay mein apni بیوی haajra aur apne bete ismail ko abad kar diya, jabke us waqt wahan sehra ke siwa kuch na tha.</w:t>
      </w:r>
    </w:p>
    <w:p>
      <w:pPr>
        <w:jc w:val="right"/>
      </w:pPr>
      <w:r>
        <w:t>انہوں نے اس صحرائی علاقے میں اپنی بیوی ہاجرہ اور اپنے بیٹے اسماعیل کو آباد کر دیا، جبکہ اس وقت وہاں صحرا کے سوا کچھ نہ تھا۔</w:t>
      </w:r>
    </w:p>
    <w:p>
      <w:r>
        <w:rPr>
          <w:b/>
        </w:rPr>
        <w:t xml:space="preserve">[27:18] </w:t>
      </w:r>
      <w:r>
        <w:t>is nai mansoobay ko ek lafz mein sehrai mansooba bandi yaani desert therapy kaha ja sakta hai. yeh sehrai mahol agarche insani abadi ke liye intehai had tak ghair muafiq tha, magar nai planning ke liye yeh sab se zyada mozoon ilaaqa tha.</w:t>
      </w:r>
    </w:p>
    <w:p>
      <w:pPr>
        <w:jc w:val="right"/>
      </w:pPr>
      <w:r>
        <w:t>اس نئی منصوبہ بندی کو ایک لفظ میں صحرائی منصوبہ بندی یعنی ڈیزرٹ تھیراپی کہا جا سکتا ہے۔ یہ صحرائی ماحول اگرچہ انسانی آبادی کے لیے انتہائی حد تک غیر موافق تھا، مگر نئی پلاننگ کے لیے یہ سب سے زیادہ موزوں علاقہ تھا۔</w:t>
      </w:r>
    </w:p>
    <w:p>
      <w:r>
        <w:rPr>
          <w:b/>
        </w:rPr>
        <w:t xml:space="preserve">[27:40] </w:t>
      </w:r>
      <w:r>
        <w:t>is sehrai mahol mein fitri taur par aisa hua ke ek nai nasal banna shuru hui, jo tamaddun ke asraat se door thi, aur fitrat ke mahol ke siwa koi aur cheez is par asar andaaz hone ke liye maujood na thi.</w:t>
      </w:r>
    </w:p>
    <w:p>
      <w:pPr>
        <w:jc w:val="right"/>
      </w:pPr>
      <w:r>
        <w:t>اس صحرائی ماحول میں فطری طور پر ایسا ہوا کہ ایک نئی نسل بننا شروع ہوئی، جو تمدن کے اثرات سے دور تھی، اور فطرت کے ماحول کے سوا کوئی اور چیز اس پر اثر انداز ہونے کے لیے موجود نہ تھی۔</w:t>
      </w:r>
    </w:p>
    <w:p>
      <w:r>
        <w:rPr>
          <w:b/>
        </w:rPr>
        <w:t xml:space="preserve">[27:57] </w:t>
      </w:r>
      <w:r>
        <w:t>fitrat ke is mahol mein ismail bin ibrahim ne ek qabeelay mein shadi ki, aur phir tawallud o tanasul ke zariye yahan ek nai nasal banni shuru hui.</w:t>
      </w:r>
    </w:p>
    <w:p>
      <w:pPr>
        <w:jc w:val="right"/>
      </w:pPr>
      <w:r>
        <w:t>فطرت کے اس ماحول میں اسماعیل بن ابراہیم نے ایک قبیلے میں شادی کی، اور پھر توالد و تناسل کے ذریعے یہاں ایک نئی نسل بننی شروع ہوئی۔</w:t>
      </w:r>
    </w:p>
    <w:p>
      <w:r>
        <w:rPr>
          <w:b/>
        </w:rPr>
        <w:t xml:space="preserve">[28:09] </w:t>
      </w:r>
      <w:r>
        <w:t>is sehrai mansooba bandi ka zikr hadees mein ek lambi riwayat ke tehat kiya gaya hai. yeh ibrahimi sunnat ek mansoobay ke baad doosra mansooba banane ka maamla tha.</w:t>
      </w:r>
    </w:p>
    <w:p>
      <w:pPr>
        <w:jc w:val="right"/>
      </w:pPr>
      <w:r>
        <w:t>اس صحرائی منصوبہ بندی کا ذکر حدیث میں ایک طویل روایت کے تحت کیا گیا ہے۔ یہ ابراہیمی سنت ایک منصوبے کے بعد دوسرا منصوبہ بنانے کا معاملہ تھا۔</w:t>
      </w:r>
    </w:p>
    <w:p>
      <w:r>
        <w:rPr>
          <w:b/>
        </w:rPr>
        <w:t xml:space="preserve">[28:23] </w:t>
      </w:r>
      <w:r>
        <w:t>is ke zariye yeh matloob tha ke ek nai jandar nasal tayyar ho, jo apni fitrat par qaim ho, aur is bana par woh sachai ke paigham ko aasani ke sath samajh jaye aur is ko ikhtiyar kar le.</w:t>
      </w:r>
    </w:p>
    <w:p>
      <w:pPr>
        <w:jc w:val="right"/>
      </w:pPr>
      <w:r>
        <w:t>اس کے ذریعے یہ مطلوب تھا کہ ایک نئی جاندار نسل تیار ہو، جو اپنی فطرت پر قائم ہو، اور اس بنا پر وہ سچائی کے پیغام کو آسانی کے ساتھ سمجھ جائے اور اس کو اختیار کر لے۔</w:t>
      </w:r>
    </w:p>
    <w:p>
      <w:r>
        <w:rPr>
          <w:b/>
        </w:rPr>
        <w:t xml:space="preserve">[28:40] </w:t>
      </w:r>
      <w:r>
        <w:t>yahi woh nasal hai jis ke andar peghambar islam muhammad bin abdullah paida hue. woh log jin ko ashaab-e-rasool kaha jata hai, woh sab isi nasal se talluq rakhte thay.</w:t>
      </w:r>
    </w:p>
    <w:p>
      <w:pPr>
        <w:jc w:val="right"/>
      </w:pPr>
      <w:r>
        <w:t>یہی وہ نسل ہے جس کے اندر پیغمبر اسلام محمد بن عبداللہ پیدا ہوئے۔ وہ لوگ جن کو اصحاب رسول کہا جاتا ہے، وہ سب اسی نسل سے تعلق رکھتے تھے۔</w:t>
      </w:r>
    </w:p>
    <w:p>
      <w:r>
        <w:rPr>
          <w:b/>
        </w:rPr>
        <w:t xml:space="preserve">[28:53] </w:t>
      </w:r>
      <w:r>
        <w:t>tawaqqo ke mutabiq yeh mansooba kaamyaab raha. rasool aur ashaab-e-rasool ne daawati jahad ke zariye ek giroh tayyar kiya.</w:t>
      </w:r>
    </w:p>
    <w:p>
      <w:pPr>
        <w:jc w:val="right"/>
      </w:pPr>
      <w:r>
        <w:t>توقع کے مطابق یہ منصوبہ کامیاب رہا۔ رسول اور اصحاب رسول نے دعوتی جدوجہد کے ذریعے ایک گروہ تیار کیا۔</w:t>
      </w:r>
    </w:p>
    <w:p>
      <w:r>
        <w:rPr>
          <w:b/>
        </w:rPr>
        <w:t xml:space="preserve">[29:04] </w:t>
      </w:r>
      <w:r>
        <w:t>is giroh ne tawheed ki buniyad par kaam kar ke ek inqilab barpa kiya. is giroh ne tareekh mein ek naye daur ka aaghaz kiya.</w:t>
      </w:r>
    </w:p>
    <w:p>
      <w:pPr>
        <w:jc w:val="right"/>
      </w:pPr>
      <w:r>
        <w:t>اس گروہ نے توحید کی بنیاد پر کام کر کے ایک انقلاب برپا کیا۔ اس گروہ نے تاریخ میں ایک نئے دور کا آغاز کیا۔</w:t>
      </w:r>
    </w:p>
    <w:p>
      <w:r>
        <w:rPr>
          <w:b/>
        </w:rPr>
        <w:t xml:space="preserve">[29:17] </w:t>
      </w:r>
      <w:r>
        <w:t>unki qurbaniyon ke nateejay mein yeh hua ke pehli baar insani tareekh mein ek inqilabi amal yaani revolutionary process jari hua, jis ne tareekh ko badal diya.</w:t>
      </w:r>
    </w:p>
    <w:p>
      <w:pPr>
        <w:jc w:val="right"/>
      </w:pPr>
      <w:r>
        <w:t>ان کی قربانیوں کے نتیجے میں یہ ہوا کہ پہلی بار انسانی تاریخ میں ایک انقلابی عمل یعنی ریولوشنری پروسیس جاری ہوا، جس نے تاریخ کو بدل دیا۔</w:t>
      </w:r>
    </w:p>
    <w:p>
      <w:r>
        <w:rPr>
          <w:b/>
        </w:rPr>
        <w:t xml:space="preserve">[29:30] </w:t>
      </w:r>
      <w:r>
        <w:t>is amal ke nateejay mein ek taraf daur-e-shirk ka khatma hua, isi ke sath doosri taraf is ke nateejay mein nature mein azadana tehqeeq ka mizaj paida hua.</w:t>
      </w:r>
    </w:p>
    <w:p>
      <w:pPr>
        <w:jc w:val="right"/>
      </w:pPr>
      <w:r>
        <w:t>اس عمل کے نتیجے میں ایک طرف دورِ شرک کا خاتمہ ہوا، اسی کے ساتھ دوسری طرف اس کے نتیجے میں نیچر میں آزادانہ تحقیق کا مزاج پیدا ہوا۔</w:t>
      </w:r>
    </w:p>
    <w:p>
      <w:r>
        <w:rPr>
          <w:b/>
        </w:rPr>
        <w:t xml:space="preserve">[29:43] </w:t>
      </w:r>
      <w:r>
        <w:t>is ke baad tareekh mein woh daur aaya jis ko jadeed tehzeeb yaani modern civilization kaha jata hai. tareekh mein yeh inqilab re-planning ke zariye zahoor mein aaya.</w:t>
      </w:r>
    </w:p>
    <w:p>
      <w:pPr>
        <w:jc w:val="right"/>
      </w:pPr>
      <w:r>
        <w:t>اس کے بعد تاریخ میں وہ دور آیا جس کو جدید تہذیب یعنی ماڈرن سویلائزیشن کہا جاتا ہے۔ تاریخ میں یہ انقلاب ری پلاننگ کے ذریعے ظہور میں آیا۔</w:t>
      </w:r>
    </w:p>
    <w:p>
      <w:r>
        <w:rPr>
          <w:b/>
        </w:rPr>
        <w:t xml:space="preserve">[30:07] </w:t>
      </w:r>
      <w:r>
        <w:t>hijrat-e-madinah.</w:t>
      </w:r>
    </w:p>
    <w:p>
      <w:pPr>
        <w:jc w:val="right"/>
      </w:pPr>
      <w:r>
        <w:t>ہجرتِ مدینہ۔</w:t>
      </w:r>
    </w:p>
    <w:p>
      <w:r>
        <w:rPr>
          <w:b/>
        </w:rPr>
        <w:t xml:space="preserve">[30:11] </w:t>
      </w:r>
      <w:r>
        <w:t>peghambar islam sallallahu alaihi wasallam ka mission tawheed ka mission tha, yaani shirk ki ideology ke bajaye dunya mein tawheed ki ideology ko zahoor mein lana.</w:t>
      </w:r>
    </w:p>
    <w:p>
      <w:pPr>
        <w:jc w:val="right"/>
      </w:pPr>
      <w:r>
        <w:t>پیغمبر اسلام صلی اللہ علیہ وسلم کا مشن توحید کا مشن تھا، یعنی شرک کی آئیڈیالوجی کے بجائے دنیا میں توحید کی آئیڈیالوجی کو ظہور میں لانا۔</w:t>
      </w:r>
    </w:p>
    <w:p>
      <w:r>
        <w:rPr>
          <w:b/>
        </w:rPr>
        <w:t xml:space="preserve">[30:26] </w:t>
      </w:r>
      <w:r>
        <w:t>aap ne apna mission 610 eesvi mein qadeem makkah mein shuru kiya. us waqt makkah mein shirk ka culture tha.</w:t>
      </w:r>
    </w:p>
    <w:p>
      <w:pPr>
        <w:jc w:val="right"/>
      </w:pPr>
      <w:r>
        <w:t>آپ نے اپنا مشن 610 عیسوی میں قدیم مکہ میں شروع کیا۔ اس وقت مکہ میں شرک کا کلچر تھا۔</w:t>
      </w:r>
    </w:p>
    <w:p>
      <w:r>
        <w:rPr>
          <w:b/>
        </w:rPr>
        <w:t xml:space="preserve">[30:36] </w:t>
      </w:r>
      <w:r>
        <w:t>mushrik sardaron ko har aitbar se ghalbay ka maqam mila hua tha. 13 saal ki mukhalifat ke baad aakhir kar unhon ne rasool Allah ko amalan ultimatum de diya ke aap apne sathiyon ko le kar makkah se chale jayen, warna hum aap ko qatl kar denge.</w:t>
      </w:r>
    </w:p>
    <w:p>
      <w:pPr>
        <w:jc w:val="right"/>
      </w:pPr>
      <w:r>
        <w:t>مشرک سرداروں کو ہر اعتبار سے غلبے کا مقام ملا ہوا تھا۔ 13 سال کی مخالفت کے بعد آخر کار انہوں نے رسول اللہ کو عملاً الٹی میٹم دے دیا کہ آپ اپنے ساتھیوں کو لے کر مکہ سے چلے جائیں، ورنہ ہم آپ کو قتل کر دیں گے۔</w:t>
      </w:r>
    </w:p>
    <w:p>
      <w:r>
        <w:rPr>
          <w:b/>
        </w:rPr>
        <w:t xml:space="preserve">[30:57] </w:t>
      </w:r>
      <w:r>
        <w:t>پیغمبر اسلام کے لیے یہ ایک بحran yani crisis کا لمحہ تھا، مگر آپ نے radd-e-amal yani re</w:t>
      </w:r>
    </w:p>
    <w:p>
      <w:pPr>
        <w:jc w:val="right"/>
      </w:pPr>
      <w:r>
        <w:t>پیغمبر اسلام کے لیے یہ ایک بحران یعنی کرائسس کا لمحہ تھا، مگر آپ نے ردِعمل یعنی ری</w:t>
      </w:r>
    </w:p>
    <w:p>
      <w:r>
        <w:rPr>
          <w:b/>
        </w:rPr>
        <w:t xml:space="preserve">[31:05] </w:t>
      </w:r>
      <w:r>
        <w:t>action ka tareeqa ikhtiyar nahin kiya, balkeh halaat ka be laag jaiza karte hue yeh faisla kiya ke</w:t>
      </w:r>
    </w:p>
    <w:p>
      <w:pPr>
        <w:jc w:val="right"/>
      </w:pPr>
      <w:r>
        <w:t>ایکشن کا طریقہ اختیار نہیں کیا، بلکہ حالات کا بے لاگ جائزہ کرتے ہوئے یہ فیصلہ کیا کہ</w:t>
      </w:r>
    </w:p>
    <w:p>
      <w:r>
        <w:rPr>
          <w:b/>
        </w:rPr>
        <w:t xml:space="preserve">[31:14] </w:t>
      </w:r>
      <w:r>
        <w:t>aap khamoshi se Makka chhod dein aur Yathrib chale jayen, jo ke qadeem Arab ke teen bade shehron</w:t>
      </w:r>
    </w:p>
    <w:p>
      <w:pPr>
        <w:jc w:val="right"/>
      </w:pPr>
      <w:r>
        <w:t>آپ خاموشی سے مکہ چھوڑ دیں اور یثرب چلے جائیں، جو کہ قدیم عرب کے تین بڑے شہروں</w:t>
      </w:r>
    </w:p>
    <w:p>
      <w:r>
        <w:rPr>
          <w:b/>
        </w:rPr>
        <w:t xml:space="preserve">[31:22] </w:t>
      </w:r>
      <w:r>
        <w:t>mein se ek tha aur Makka se taqreeban 500 kilometer ke faasle par waqe tha.</w:t>
      </w:r>
    </w:p>
    <w:p>
      <w:pPr>
        <w:jc w:val="right"/>
      </w:pPr>
      <w:r>
        <w:t>میں سے ایک تھا اور مکہ سے تقریباً 500 کلومیٹر کے فاصلے پر واقع تھا۔</w:t>
      </w:r>
    </w:p>
    <w:p>
      <w:r>
        <w:rPr>
          <w:b/>
        </w:rPr>
        <w:t xml:space="preserve">[31:30] </w:t>
      </w:r>
      <w:r>
        <w:t>peghambar islam ne jab makkah ko chhorne ka faisla kiya, us waqt aap ne apne ashaab se ek baat kahi thi.</w:t>
      </w:r>
    </w:p>
    <w:p>
      <w:pPr>
        <w:jc w:val="right"/>
      </w:pPr>
      <w:r>
        <w:t>پیغمبر اسلام نے جب مکہ کو چھوڑنے کا فیصلہ کیا، اس وقت آپ نے اپنے اصحاب سے ایک بات کہی تھی۔</w:t>
      </w:r>
    </w:p>
    <w:p>
      <w:r>
        <w:rPr>
          <w:b/>
        </w:rPr>
        <w:t xml:space="preserve">[31:39] </w:t>
      </w:r>
      <w:r>
        <w:t>yeh riwayat hadees ki mukhtalif kitabon mein aayi hai. sahih bukhari aur sahih muslim ke mushtarak alfaaz yeh hain: "أمرتُ بِقَرِيَّةٍ تَأْكُلُ الْقُرَى يَقُولُونَ يَثْرَبْ وَهِيَ الْمَدِينَةُ" ۔</w:t>
      </w:r>
    </w:p>
    <w:p>
      <w:pPr>
        <w:jc w:val="right"/>
      </w:pPr>
      <w:r>
        <w:t>یہ روایت حدیث کی مختلف کتابوں میں آئی ہے۔ صحیح بخاری اور صحیح مسلم کے مشترک الفاظ یہ ہیں: "أمرتُ بِقَرِيَّةٍ تَأْكُلُ الْقُرَى يَقُولُونَ يَثْرَبْ وَهِيَ الْمَدِينَةُ" ۔</w:t>
      </w:r>
    </w:p>
    <w:p>
      <w:r>
        <w:rPr>
          <w:b/>
        </w:rPr>
        <w:t xml:space="preserve">[31:56] </w:t>
      </w:r>
      <w:r>
        <w:t>yaani mujhe ek basti ka hukum diya gaya hai jo bastiyon ko kha jayegi. log is ko yathrib kehte hain aur woh madinah hai.</w:t>
      </w:r>
    </w:p>
    <w:p>
      <w:pPr>
        <w:jc w:val="right"/>
      </w:pPr>
      <w:r>
        <w:t>یعنی مجھے ایک بستی کا حکم دیا گیا ہے جو بستیوں کو کھا جائے گی۔ لوگ اس کو یثرب کہتے ہیں اور وہ مدینہ ہے۔</w:t>
      </w:r>
    </w:p>
    <w:p>
      <w:r>
        <w:rPr>
          <w:b/>
        </w:rPr>
        <w:t xml:space="preserve">[32:06] </w:t>
      </w:r>
      <w:r>
        <w:t>is hadees-e-rasool par ghore karne se maloom hota hai ke yahan ba-itar-e-maani hijrat-e-madinah se murad mission ki re-planning hai.</w:t>
      </w:r>
    </w:p>
    <w:p>
      <w:pPr>
        <w:jc w:val="right"/>
      </w:pPr>
      <w:r>
        <w:t>اس حدیث رسول پر غور کرنے سے معلوم ہوتا ہے کہ یہاں باعتبار معنی ہجرتِ مدینہ سے مراد مشن کی ری پلاننگ ہے۔</w:t>
      </w:r>
    </w:p>
    <w:p>
      <w:r>
        <w:rPr>
          <w:b/>
        </w:rPr>
        <w:t xml:space="preserve">[32:18] </w:t>
      </w:r>
      <w:r>
        <w:t>chunanche yahi hua, aap ne madinah pohnch kar makkah walon ke khilaf kisi qism ki manfi ravish ikhtiyar nahi ki, balke makkah walon ke sulook ko bhula kar intehai misbat andaaz mein apne mission ki nai mansooba bandi ki.</w:t>
      </w:r>
    </w:p>
    <w:p>
      <w:pPr>
        <w:jc w:val="right"/>
      </w:pPr>
      <w:r>
        <w:t>چنانچہ یہی ہوا، آپ نے مدینہ پہنچ کر مکہ والوں کے خلاف کسی قسم کی منفی روش اختیار نہیں کی، بلکہ مکہ والوں کے سلوک کو بھلا کر انتہائی مثبت انداز میں اپنے مشن کی نئی منصوبہ بندی کی۔</w:t>
      </w:r>
    </w:p>
    <w:p>
      <w:r>
        <w:rPr>
          <w:b/>
        </w:rPr>
        <w:t xml:space="preserve">[32:39] </w:t>
      </w:r>
      <w:r>
        <w:t>tafseel ke liye mulahiza ho: raqim-ul-huroof ki kitaben, peghambar-e-inqilab, aur seerat-e-rasool. mislan arab mein phailay hue qabail ki taraf kasrat se daawati wufood bhejna, arab ke bahir mlook o salateen ke naam daawati khatoot bhejna,</w:t>
      </w:r>
    </w:p>
    <w:p>
      <w:pPr>
        <w:jc w:val="right"/>
      </w:pPr>
      <w:r>
        <w:t>تفصیل کے لیے ملاحظہ ہو: راقم الحروف کی کتابیں، پیغمبر انقلاب، اور سیرت رسول۔ مثلاً عرب میں پھیلے ہوئے قبائل کی طرف کثرت سے دعوتی وفود بھیجنا، عرب کے باہر ملوک و سلاطین کے نام دعوتی خطوط بھیجنا،</w:t>
      </w:r>
    </w:p>
    <w:p>
      <w:r>
        <w:rPr>
          <w:b/>
        </w:rPr>
        <w:t xml:space="preserve">[33:00] </w:t>
      </w:r>
      <w:r>
        <w:t>quraish ki yak tarfa sharton ko mante hue un se aman ka muahida karna. quraish ne yak tarfa taur par hamla kar ke aap ko jang mein uljhana chaha, lekin aap ne danishmandi ke sath un ko manage kiya aur un ke hamlon ko jhadap yaani skirmish bana diya, waghera.</w:t>
      </w:r>
    </w:p>
    <w:p>
      <w:pPr>
        <w:jc w:val="right"/>
      </w:pPr>
      <w:r>
        <w:t>قریش کی یکطرفہ شرطوں کو مانتے ہوئے ان سے امن کا معاہدہ کرنا۔ قریش نے یکطرفہ طور پر حملہ کر کے آپ کو جنگ میں الجھانا چاہا، لیکن آپ نے دانشمندی کے ساتھ ان کو مینج کیا اور ان کے حملوں کو جھڑپ یعنی سکرمش بنا دیا، وغیرہ۔</w:t>
      </w:r>
    </w:p>
    <w:p>
      <w:r>
        <w:rPr>
          <w:b/>
        </w:rPr>
        <w:t xml:space="preserve">[33:23] </w:t>
      </w:r>
      <w:r>
        <w:t>yeh sab aap ne is liye kiya taake mission ki re-planning ke liye aap ne jo amal yaani process jari kiya tha, woh bila rukawat jari rahe.</w:t>
      </w:r>
    </w:p>
    <w:p>
      <w:pPr>
        <w:jc w:val="right"/>
      </w:pPr>
      <w:r>
        <w:t>یہ سب آپ نے اس لیے کیا تاکہ مشن کی ری پلاننگ کے لیے آپ نے جو عمل یعنی پروسیس جاری کیا تھا، وہ بلا رکاوٹ جاری رہے۔</w:t>
      </w:r>
    </w:p>
    <w:p>
      <w:r>
        <w:rPr>
          <w:b/>
        </w:rPr>
        <w:t xml:space="preserve">[33:33] </w:t>
      </w:r>
      <w:r>
        <w:t>paighambar-e-islam ki apne mission ki yeh re-planning poori tarah kamyab rahi. hijrat ke aathwein saal yeh moajzaati waqea hua ke makkah mein kisi jang ke baghair aap ko dobara fatehana dakhla mil gaya.</w:t>
      </w:r>
    </w:p>
    <w:p>
      <w:pPr>
        <w:jc w:val="right"/>
      </w:pPr>
      <w:r>
        <w:t>پیغمبر اسلام کی اپنے مشن کی یہ ری پلاننگ پوری طرح کامیاب رہی۔ ہجرت کے آٹھویں سال یہ معجزاتی واقعہ ہوا کہ مکہ میں کسی جنگ کے بغیر آپ کو دوبارہ فاتحانہ داخلہ مل گیا۔</w:t>
      </w:r>
    </w:p>
    <w:p>
      <w:r>
        <w:rPr>
          <w:b/>
        </w:rPr>
        <w:t xml:space="preserve">[33:51] </w:t>
      </w:r>
      <w:r>
        <w:t>yeh waqea bhi isi silsile ka ek hissa hai ke jab aap ko makkah par ghalba hasil ho gaya aur makkah ke sardar aap ke paas laye gaye.</w:t>
      </w:r>
    </w:p>
    <w:p>
      <w:pPr>
        <w:jc w:val="right"/>
      </w:pPr>
      <w:r>
        <w:t>یہ واقعہ بھی اسی سلسلے کا ایک حصہ ہے کہ جب آپ کو مکہ پر غلبہ حاصل ہو گیا اور مکہ کے سردار آپ کے پاس لائے گئے۔</w:t>
      </w:r>
    </w:p>
    <w:p>
      <w:r>
        <w:rPr>
          <w:b/>
        </w:rPr>
        <w:t xml:space="preserve">[34:02] </w:t>
      </w:r>
      <w:r>
        <w:t>yeh log bayn al aqwami istilaah ke mutabiq jangi mujrimin yaani prisoners of war the, magar aap ne un ke khilaf koi jawabi karrawai nahi ki, balke yeh keh kar sab ko chhod diya: "أقول كما قال يوسف لا تثريب عليكم اليوم يغفر الله لكم وهو أرحم الراحمين" ۔</w:t>
      </w:r>
    </w:p>
    <w:p>
      <w:pPr>
        <w:jc w:val="right"/>
      </w:pPr>
      <w:r>
        <w:t>یہ لوگ بین الاقوامی اصطلاح کے مطابق جنگی مجرمین یعنی پریزنرز آف وار تھے، مگر آپ نے ان کے خلاف کوئی جوابی کارروائی نہیں کی، بلکہ یہ کہہ کر سب کو چھوڑ دیا: "أقولُ كما قالَ يوسفُ لا تثريبَ علَيْكُمُ اليومُ يغفرُ اللهُ لَكُمْ وَهُوَ أرحمُ الراحمينِ" ۔</w:t>
      </w:r>
    </w:p>
    <w:p>
      <w:r>
        <w:rPr>
          <w:b/>
        </w:rPr>
        <w:t xml:space="preserve">[34:28] </w:t>
      </w:r>
      <w:r>
        <w:t>qaal: "فخرجوا كأنما نشروا من القبور فدخلوا في الإسلام سنن الكبرى للبيهقي" ۔</w:t>
      </w:r>
    </w:p>
    <w:p>
      <w:pPr>
        <w:jc w:val="right"/>
      </w:pPr>
      <w:r>
        <w:t>قال: "فخرجُوا كأنَّما نُشِرُوا مِنَ القُبورِ فَدَخَلُوا فِي الْإِسْلَامِ سُنَنَ الْكُبْرَى لِلْبَيْهِقِ" ۔</w:t>
      </w:r>
    </w:p>
    <w:p>
      <w:r>
        <w:rPr>
          <w:b/>
        </w:rPr>
        <w:t xml:space="preserve">[34:37] </w:t>
      </w:r>
      <w:r>
        <w:t>yaani mein wohi kehta hoon jo yusuf ne kaha: tum par koi ilzam nahi, allah tum ko maaf farmaye, aur woh bohat reham karne wala hai.</w:t>
      </w:r>
    </w:p>
    <w:p>
      <w:pPr>
        <w:jc w:val="right"/>
      </w:pPr>
      <w:r>
        <w:t>یعنی میں وہی کہتا ہوں جو یوسف نے کہا: تم پر کوئی الزام نہیں، اللہ تم کو معاف فرمائے، اور وہ بہت رحم کرنے والا ہے۔</w:t>
      </w:r>
    </w:p>
    <w:p>
      <w:r>
        <w:rPr>
          <w:b/>
        </w:rPr>
        <w:t xml:space="preserve">[34:48] </w:t>
      </w:r>
      <w:r>
        <w:t>rawi kehte hain ke phir woh haram se nikle, goya ke woh qabron se nikle hon, pas woh islam mein dakhil ho gaye. qadeem makkah ke sardar yeh jante the ke un ka case zulm ka case hai, is ke bawajood paighambar-e-islam ne un sab ko yak tarfa taur par maaf kar diya.</w:t>
      </w:r>
    </w:p>
    <w:p>
      <w:pPr>
        <w:jc w:val="right"/>
      </w:pPr>
      <w:r>
        <w:t>راوی کہتے ہیں کہ پھر وہ حرم سے نکلے، گویا کہ وہ قبروں سے نکلے ہوں، پس وہ اسلام میں داخل ہو گئے۔ قدیم مکہ کے سردار یہ جانتے تھے کہ ان کا کیس ظلم کا کیس ہے، اس کے باوجود پیغمبر اسلام نے ان سب کو یکطرفہ طور پر معاف کر دیا۔</w:t>
      </w:r>
    </w:p>
    <w:p>
      <w:r>
        <w:rPr>
          <w:b/>
        </w:rPr>
        <w:t xml:space="preserve">[35:10] </w:t>
      </w:r>
      <w:r>
        <w:t>is sulook ka nateeja yeh hua ke in sardaron mein nadamat ka jazba fitri taur par paida ho gaya aur woh paighambar-e-islam ke saathi ban gaye.</w:t>
      </w:r>
    </w:p>
    <w:p>
      <w:pPr>
        <w:jc w:val="right"/>
      </w:pPr>
      <w:r>
        <w:t>اس سلوک کا نتیجہ یہ ہوا کہ ان سرداروں میں ندامت کا جذبہ فطری طور پر پیدا ہو گیا اور وہ پیغمبر اسلام کے ساتھی بن گئے۔</w:t>
      </w:r>
    </w:p>
    <w:p>
      <w:r>
        <w:rPr>
          <w:b/>
        </w:rPr>
        <w:t xml:space="preserve">[35:22] </w:t>
      </w:r>
      <w:r>
        <w:t>is ke bar aks agar aap un se intiqam ka mamla karte to yaqeenan un ke andar jawabi intiqam ka zehn paida hota.</w:t>
      </w:r>
    </w:p>
    <w:p>
      <w:pPr>
        <w:jc w:val="right"/>
      </w:pPr>
      <w:r>
        <w:t>اس کے برعکس اگر آپ ان سے انتقام کا معاملہ کرتے تو یقیناً ان کے اندر جوابی انتقام کا ذہن پیدا ہوتا۔</w:t>
      </w:r>
    </w:p>
    <w:p>
      <w:r>
        <w:rPr>
          <w:b/>
        </w:rPr>
        <w:t xml:space="preserve">[35:32] </w:t>
      </w:r>
      <w:r>
        <w:t>is tarah dono fareeqon ke darmiyan intiqam dar intiqam yaani chain reaction ka mahol qaim ho jata.</w:t>
      </w:r>
    </w:p>
    <w:p>
      <w:pPr>
        <w:jc w:val="right"/>
      </w:pPr>
      <w:r>
        <w:t>اس طرح دونوں فریقوں کے درمیان انتقام در انتقام یعنی چین ری ایکشن کا ماحول قائم ہو جاتا۔</w:t>
      </w:r>
    </w:p>
    <w:p>
      <w:r>
        <w:rPr>
          <w:b/>
        </w:rPr>
        <w:t xml:space="preserve">[35:41] </w:t>
      </w:r>
      <w:r>
        <w:t>is ka nateeja yeh hota ke qanoon-e-asbab ke mutabiq paighambar-e-islam ka pur aman mission apne pehle hi tajrube mein ghair zaroori mushkilat ka shikar ho jata,</w:t>
      </w:r>
    </w:p>
    <w:p>
      <w:pPr>
        <w:jc w:val="right"/>
      </w:pPr>
      <w:r>
        <w:t>اس کا نتیجہ یہ ہوتا کہ قانونِ اسباب کے مطابق پیغمبر اسلام کا پرامن مشن اپنے پہلے ہی تجربے میں غیر ضروری مشکلات کا شکار ہو جاتا،</w:t>
      </w:r>
    </w:p>
    <w:p>
      <w:r>
        <w:rPr>
          <w:b/>
        </w:rPr>
        <w:t xml:space="preserve">[35:54] </w:t>
      </w:r>
      <w:r>
        <w:t>magar is aala sulook ki bina par paighambar ka mission bila tauqaf yaani non-stop jari raha.</w:t>
      </w:r>
    </w:p>
    <w:p>
      <w:pPr>
        <w:jc w:val="right"/>
      </w:pPr>
      <w:r>
        <w:t>مگر اس اعلیٰ سلوک کی بنا پر پیغمبر کا مشن بلا توقف یعنی نان اسٹاپ جاری رہا۔</w:t>
      </w:r>
    </w:p>
    <w:p>
      <w:r>
        <w:rPr>
          <w:b/>
        </w:rPr>
        <w:t xml:space="preserve">[36:13] </w:t>
      </w:r>
      <w:r>
        <w:t>hudaybiyah ka mansooba. rasool aur ashaab-e-rasool ne nubowat ke teerwein saal makkah ko chhod diya aur madinah ko apna markaz-e-amal bana liya, lekin makkah ke sardaron ko yeh baat manzoor na thi.</w:t>
      </w:r>
    </w:p>
    <w:p>
      <w:pPr>
        <w:jc w:val="right"/>
      </w:pPr>
      <w:r>
        <w:t>حدیبیہ کا منصوبہ۔ رسول اور اصحاب رسول نے نبوت کے تیرہویں سال مکہ کو چھوڑ دیا اور مدینہ کو اپنا مرکزِ عمل بنا لیا، لیکن مکہ کے سرداروں کو یہ بات منظور نہ تھی۔</w:t>
      </w:r>
    </w:p>
    <w:p>
      <w:r>
        <w:rPr>
          <w:b/>
        </w:rPr>
        <w:t xml:space="preserve">[36:31] </w:t>
      </w:r>
      <w:r>
        <w:t>ab unhone yeh koshish shuru ki ke madinah par hamla kar ke nubowat ke mission ka khatma kar dein. is ke nateeje mein chand ghazwaat paish aaye, maslan ghazwa-e-badar, ghazwa-e-uhud waghera.</w:t>
      </w:r>
    </w:p>
    <w:p>
      <w:pPr>
        <w:jc w:val="right"/>
      </w:pPr>
      <w:r>
        <w:t>اب انہوں نے یہ کوشش شروع کی کہ مدینے پر حملہ کر کے نبوت کے مشن کا خاتمہ کر دیں۔ اس کے نتیجے میں چند غزوات پیش آئے، مثلاً غزوہ بدر، غزوہ احد وغیرہ۔</w:t>
      </w:r>
    </w:p>
    <w:p>
      <w:r>
        <w:rPr>
          <w:b/>
        </w:rPr>
        <w:t xml:space="preserve">[36:48] </w:t>
      </w:r>
      <w:r>
        <w:t>in hamlon ki wajah se paighambar-e-islam ko yeh mauqa nahi mil raha tha ke woh pur aman halaat mein apne mission ko jari rakhein.</w:t>
      </w:r>
    </w:p>
    <w:p>
      <w:pPr>
        <w:jc w:val="right"/>
      </w:pPr>
      <w:r>
        <w:t>ان حملوں کی وجہ سے پیغمبر اسلام کو یہ موقع نہیں مل رہا تھا کہ وہ پرامن حالات میں اپنے مشن کو جاری رکھیں۔</w:t>
      </w:r>
    </w:p>
    <w:p>
      <w:r>
        <w:rPr>
          <w:b/>
        </w:rPr>
        <w:t xml:space="preserve">[37:00] </w:t>
      </w:r>
      <w:r>
        <w:t>is ke baad paighambar-e-islam ne ek naya mansooba banaya. hijrat ke chhathe saal aap ne yeh ailan kiya ke aap umrah ke liye makkah jayenge.</w:t>
      </w:r>
    </w:p>
    <w:p>
      <w:pPr>
        <w:jc w:val="right"/>
      </w:pPr>
      <w:r>
        <w:t>اس کے بعد پیغمبر اسلام نے ایک نیا منصوبہ بنایا۔ ہجرت کے چھٹے سال آپ نے یہ اعلان کیا کہ آپ عمرہ کے لیے مکہ جائیں گے۔</w:t>
      </w:r>
    </w:p>
    <w:p>
      <w:r>
        <w:rPr>
          <w:b/>
        </w:rPr>
        <w:t xml:space="preserve">[37:12] </w:t>
      </w:r>
      <w:r>
        <w:t>1400 sahabi is safar mein aap ke saath shamil ho gaye.</w:t>
      </w:r>
    </w:p>
    <w:p>
      <w:pPr>
        <w:jc w:val="right"/>
      </w:pPr>
      <w:r>
        <w:t>1400 صحابی اس سفر میں آپ کے ساتھ شامل ہو گئے۔</w:t>
      </w:r>
    </w:p>
    <w:p>
      <w:r>
        <w:rPr>
          <w:b/>
        </w:rPr>
        <w:t xml:space="preserve">[37:19] </w:t>
      </w:r>
      <w:r>
        <w:t>yeh qaafila jab Hudaybiyyah ke maqam par pahuncha, jo Madinah aur Makka ke taqreeban darmiyan mein waqe hai,</w:t>
      </w:r>
    </w:p>
    <w:p>
      <w:pPr>
        <w:jc w:val="right"/>
      </w:pPr>
      <w:r>
        <w:t>یہ قافلہ جب حدیبیہ کے مقام پر پہنچا، جو مدینہ اور مکہ کے تقریباً درمیان میں واقع ہے،</w:t>
      </w:r>
    </w:p>
    <w:p>
      <w:r>
        <w:rPr>
          <w:b/>
        </w:rPr>
        <w:t xml:space="preserve">[37:28] </w:t>
      </w:r>
      <w:r>
        <w:t>Makka ke sardaron ko khabar hui to unhone apne kuch logon ko bheja ke woh Muhammad aur</w:t>
      </w:r>
    </w:p>
    <w:p>
      <w:pPr>
        <w:jc w:val="right"/>
      </w:pPr>
      <w:r>
        <w:t>مکہ کے سرداروں کو خبر ہوئی تو انہوں نے اپنے کچھ لوگوں کو بھیجا کہ وہ محمد اور</w:t>
      </w:r>
    </w:p>
    <w:p>
      <w:r>
        <w:rPr>
          <w:b/>
        </w:rPr>
        <w:t xml:space="preserve">[37:35] </w:t>
      </w:r>
      <w:r>
        <w:t>aap ke ashaab ko roken aur yeh batayen ke hum Makka mein aap ka dakhla nahin hone den</w:t>
      </w:r>
    </w:p>
    <w:p>
      <w:pPr>
        <w:jc w:val="right"/>
      </w:pPr>
      <w:r>
        <w:t>آپ کے اصحاب کو روکیں اور یہ بتائیں کہ ہم مکہ میں آپ کا داخلہ نہیں ہونے دیں</w:t>
      </w:r>
    </w:p>
    <w:p>
      <w:r>
        <w:rPr>
          <w:b/>
        </w:rPr>
        <w:t xml:space="preserve">[37:42] </w:t>
      </w:r>
      <w:r>
        <w:t>ge.</w:t>
      </w:r>
    </w:p>
    <w:p>
      <w:pPr>
        <w:jc w:val="right"/>
      </w:pPr>
      <w:r>
        <w:t>گے۔</w:t>
      </w:r>
    </w:p>
    <w:p>
      <w:r>
        <w:rPr>
          <w:b/>
        </w:rPr>
        <w:t xml:space="preserve">[37:43] </w:t>
      </w:r>
      <w:r>
        <w:t>is ke baad hudaybiyah ke maqam par dono fareeqon ke darmiyan guft-o-shuneed shuru hui. yeh guft-o-shuneed taqreeban do haftah jari rahi.</w:t>
      </w:r>
    </w:p>
    <w:p>
      <w:pPr>
        <w:jc w:val="right"/>
      </w:pPr>
      <w:r>
        <w:t>اس کے بعد حدیبیہ کے مقام پر دونوں فریقوں کے درمیان گفت و شنید شروع ہوئی۔ یہ گفت و شنید تقریباً دو ہفتہ جاری رہی۔</w:t>
      </w:r>
    </w:p>
    <w:p>
      <w:r>
        <w:rPr>
          <w:b/>
        </w:rPr>
        <w:t xml:space="preserve">[37:55] </w:t>
      </w:r>
      <w:r>
        <w:t>is guft-o-shuneed ke nateeje mein fareeqain ke darmiyan ek muahida tay paaya jis ko muahida hudaybiyah yaani hudaybiyah agreement kaha jata hai.</w:t>
      </w:r>
    </w:p>
    <w:p>
      <w:pPr>
        <w:jc w:val="right"/>
      </w:pPr>
      <w:r>
        <w:t>اس گفت و شنید کے نتیجے میں فریقین کے درمیان ایک معاہدہ طے پایا جس کو معاہدہ حدیبیہ یعنی حدیبیہ ایگریمنٹ کہا جاتا ہے۔</w:t>
      </w:r>
    </w:p>
    <w:p>
      <w:r>
        <w:rPr>
          <w:b/>
        </w:rPr>
        <w:t xml:space="preserve">[38:06] </w:t>
      </w:r>
      <w:r>
        <w:t>is muahide ke tehat dono fareeq is par razi hue ke un ke darmiyan das saal tak koi ladai nahi hogi.</w:t>
      </w:r>
    </w:p>
    <w:p>
      <w:pPr>
        <w:jc w:val="right"/>
      </w:pPr>
      <w:r>
        <w:t>اس معاہدے کے تحت دونوں فریق اس پر راضی ہوئے کہ ان کے درمیان دس سال تک کوئی لڑائی نہیں ہوگی۔</w:t>
      </w:r>
    </w:p>
    <w:p>
      <w:r>
        <w:rPr>
          <w:b/>
        </w:rPr>
        <w:t xml:space="preserve">[38:16] </w:t>
      </w:r>
      <w:r>
        <w:t>is tarah yeh muahida goya das saal ke liye na jang muahida yaani no war pact tha. is muahide ke tehat paighambar-e-islam ko yeh mauqa mil gaya ke woh pur aman halaat mein apne mission ki mansooba bandi karein, jo aakhir kar quran ke alfaaz mein fath-e-mubeen tak pahuncha.</w:t>
      </w:r>
    </w:p>
    <w:p>
      <w:pPr>
        <w:jc w:val="right"/>
      </w:pPr>
      <w:r>
        <w:t>اس طرح یہ معاہدہ گویا دس سال کے لیے نا جنگ معاہدہ یعنی نو وار پیکٹ تھا۔ اس معاہدے کے تحت پیغمبر اسلام کو یہ موقع مل گیا کہ وہ پرامن حالات میں اپنے مشن کی منصوبہ بندی کریں، جو آخر کار قرآن کے الفاظ میں فتح مبین تک پہنچا۔</w:t>
      </w:r>
    </w:p>
    <w:p>
      <w:r>
        <w:rPr>
          <w:b/>
        </w:rPr>
        <w:t xml:space="preserve">[38:40] </w:t>
      </w:r>
      <w:r>
        <w:t>tareekh batati hai ke hudaybiyah ka muahida yaqeenan fath-e-mubeen yaani clear victory ka muahida tha, lekin yeh muahida aman kis tarah waqe bana?</w:t>
      </w:r>
    </w:p>
    <w:p>
      <w:pPr>
        <w:jc w:val="right"/>
      </w:pPr>
      <w:r>
        <w:t>تاریخ بتاتی ہے کہ حدیبیہ کا معاہدہ یقیناً فتح مبین یعنی کلیئر وکٹری کا معاہدہ تھا، لیکن یہ معاہدہ امن کس طرح واقع بنا؟</w:t>
      </w:r>
    </w:p>
    <w:p>
      <w:r>
        <w:rPr>
          <w:b/>
        </w:rPr>
        <w:t xml:space="preserve">[38:53] </w:t>
      </w:r>
      <w:r>
        <w:t>woh is waqt waqe bana jabke paighambar-e-islam ne fareeq-e-sani ki tamam sharton ko yak tarfa taur par tasleem kar liya.</w:t>
      </w:r>
    </w:p>
    <w:p>
      <w:pPr>
        <w:jc w:val="right"/>
      </w:pPr>
      <w:r>
        <w:t>وہ اس وقت واقع بنا جبکہ پیغمبر اسلام نے فریق ثانی کی تمام شرطوں کو یکطرفہ طور پر تسلیم کر لیا۔</w:t>
      </w:r>
    </w:p>
    <w:p>
      <w:r>
        <w:rPr>
          <w:b/>
        </w:rPr>
        <w:t xml:space="preserve">[39:04] </w:t>
      </w:r>
      <w:r>
        <w:t>fareeq-e-sani ki sharton ko yak tarfa taur par maan lene ki aakhri had yeh thi ke jab muahida likha jaane laga to us par yeh alfaaz likhe gaye: "هٰذَا مَا صَالَحَ عَلَيْهِ مُحَمَّدُ رَسُولُ اللَّهِ" ۔</w:t>
      </w:r>
    </w:p>
    <w:p>
      <w:pPr>
        <w:jc w:val="right"/>
      </w:pPr>
      <w:r>
        <w:t>فریق ثانی کی شرطوں کو یکطرفہ طور پر مان لینے کی آخری حد یہ تھی کہ جب معاہدہ لکھا جانے لگا تو اس پر یہ الفاظ لکھے گئے: "هٰذَا مَا صَالَحَ عَلَيْهِ مُحَمَّدُ رَسُولُ اللَّهِ" ۔</w:t>
      </w:r>
    </w:p>
    <w:p>
      <w:r>
        <w:rPr>
          <w:b/>
        </w:rPr>
        <w:t xml:space="preserve">[39:21] </w:t>
      </w:r>
      <w:r>
        <w:t>fareeqe sani ke numainde ne eteraz kiya ke hum aap ko rasool nahi mante, aap likhiye Muhammad bin Abdullah.</w:t>
      </w:r>
    </w:p>
    <w:p>
      <w:pPr>
        <w:jc w:val="right"/>
      </w:pPr>
      <w:r>
        <w:t>فریق ثانی کے نمائندے نے اعتراض کیا کہ ہم آپ کو رسول نہیں مانتے، آپ لکھیے محمد بن عبداللہ۔</w:t>
      </w:r>
    </w:p>
    <w:p>
      <w:r>
        <w:rPr>
          <w:b/>
        </w:rPr>
        <w:t xml:space="preserve">[39:30] </w:t>
      </w:r>
      <w:r>
        <w:t>paighambare islam ne is mutalbe ko bila bahs maan liya aur hukum diya ke muahde ke kaghaz par likha jaye: "ummi ya ali wa-ktub hadha ma salaha alayhi Muhammad ibn Abdullah".</w:t>
      </w:r>
    </w:p>
    <w:p>
      <w:pPr>
        <w:jc w:val="right"/>
      </w:pPr>
      <w:r>
        <w:t>پیغمبر اسلام نے اس مطالبے کو بلا بحث مان لیا اور حکم دیا کہ معاہدے کے کاغذ پر لکھا جائے: "أُمْهُ يَا عَلِي وَاكْتُبْ هٰذَا مَا صَالَحَ عَلَيْهِ مُحَمَّدُ بْنُ عَبْدِ اللَّهِ" ۔</w:t>
      </w:r>
    </w:p>
    <w:p>
      <w:r>
        <w:rPr>
          <w:b/>
        </w:rPr>
        <w:t xml:space="preserve">[39:47] </w:t>
      </w:r>
      <w:r>
        <w:t>musnad ahmad. muahdae hudaybiya ke baad halaat mein inqalabi tabdeeli hui, yahan tak ke do saal ke andar makkah jang ke baghair fateh ho gaya.</w:t>
      </w:r>
    </w:p>
    <w:p>
      <w:pPr>
        <w:jc w:val="right"/>
      </w:pPr>
      <w:r>
        <w:t>مسند احمد۔ معاہدہ حدیبیہ کے بعد حالات میں انقلابی تبدیلی ہوئی، یہاں تک کہ دو سال کے اندر مکہ جنگ کے بغیر فتح ہو گیا۔</w:t>
      </w:r>
    </w:p>
    <w:p>
      <w:r>
        <w:rPr>
          <w:b/>
        </w:rPr>
        <w:t xml:space="preserve">[40:00] </w:t>
      </w:r>
      <w:r>
        <w:t>muahdae hudaybiya is haqeeqat ka ailan hai ke agar tum fateh chahte ho to pehle apni shikast ko tasleem karo, agar tum aage badhna chahte ho to pehle peeche hatne par raazi ho jao, agar tum chahte ho ke rasool Allah ka title safhae alam par likha jaye to boqt-e-zarurat tum us ko kaghaz par mitane ke liye raazi ho jao.</w:t>
      </w:r>
    </w:p>
    <w:p>
      <w:pPr>
        <w:jc w:val="right"/>
      </w:pPr>
      <w:r>
        <w:t>معاہدہ حدیبیہ اس حقیقت کا اعلان ہے کہ اگر تم فتح چاہتے ہو تو پہلے اپنی شکست کو تسلیم کرو، اگر تم آگے بڑھنا چاہتے ہو تو پہلے پیچھے ہٹنے پر راضی ہو جاؤ، اگر تم چاہتے ہو کہ رسول اللہ کا ٹائٹل صفحہ عالم پر لکھا جائے تو بوقتِ ضرورت تم اس کو کاغذ پر مٹانے کے لیے راضی ہو جاؤ۔</w:t>
      </w:r>
    </w:p>
    <w:p>
      <w:r>
        <w:rPr>
          <w:b/>
        </w:rPr>
        <w:t xml:space="preserve">[40:28] </w:t>
      </w:r>
      <w:r>
        <w:t>practical wisdom ka ek hakimana usool hai jis ko waqt hasil karne ki tadbeer yaani buying time strategy kaha ja sakta hai.</w:t>
      </w:r>
    </w:p>
    <w:p>
      <w:pPr>
        <w:jc w:val="right"/>
      </w:pPr>
      <w:r>
        <w:t>پریکٹیکل وزڈم کا ایک حکیمانہ اصول ہے جس کو وقت حاصل کرنے کی تدبیر یعنی بائنگ ٹائم سٹریٹیجی کہا جا سکتا ہے۔</w:t>
      </w:r>
    </w:p>
    <w:p>
      <w:r>
        <w:rPr>
          <w:b/>
        </w:rPr>
        <w:t xml:space="preserve">[40:38] </w:t>
      </w:r>
      <w:r>
        <w:t>hudaybiya mein qyam-e-aman ke liye fareeqe sani ki sharton ko yaktarfa taur par maan lena goya yahi tadbeer thi.</w:t>
      </w:r>
    </w:p>
    <w:p>
      <w:pPr>
        <w:jc w:val="right"/>
      </w:pPr>
      <w:r>
        <w:t>حدیبیہ میں قیامِ امن کے لیے فریق ثانی کی شرطوں کو یکطرفہ طور پر مان لینا گویا یہی تدبیر تھی۔</w:t>
      </w:r>
    </w:p>
    <w:p>
      <w:r>
        <w:rPr>
          <w:b/>
        </w:rPr>
        <w:t xml:space="preserve">[40:48] </w:t>
      </w:r>
      <w:r>
        <w:t>yeh tadbeer moassar sabit hui, aur is ke baad bohat kam muddat mein arab mein ek ghair khooni inqalab yaani bloodless revolution aa gaya.</w:t>
      </w:r>
    </w:p>
    <w:p>
      <w:pPr>
        <w:jc w:val="right"/>
      </w:pPr>
      <w:r>
        <w:t>یہ تدبیر مؤثر ثابت ہوئی، اور اس کے بعد بہت کم مدت میں عرب میں ایک غیر خونی انقلاب یعنی بلڈ لیس ریولوشن آ گیا۔</w:t>
      </w:r>
    </w:p>
    <w:p>
      <w:r>
        <w:rPr>
          <w:b/>
        </w:rPr>
        <w:t xml:space="preserve">[41:00] </w:t>
      </w:r>
      <w:r>
        <w:t>yeh waqea bhi ba-itar haqqeeqat replanning ka ek waqea tha. qadeem zamane mein na jang muahdae azeem qurbani ke baad waqti taur par hasil hua tha.</w:t>
      </w:r>
    </w:p>
    <w:p>
      <w:pPr>
        <w:jc w:val="right"/>
      </w:pPr>
      <w:r>
        <w:t>یہ واقعہ بھی باعتبار حقیقت ری پلاننگ کا ایک واقعہ تھا۔ قدیم زمانے میں نا جنگ معاہدہ عظیم قربانی کے بعد وقتی طور پر حاصل ہوا تھا۔</w:t>
      </w:r>
    </w:p>
    <w:p>
      <w:r>
        <w:rPr>
          <w:b/>
        </w:rPr>
        <w:t xml:space="preserve">[41:14] </w:t>
      </w:r>
      <w:r>
        <w:t>mojudda zamane mein yeh sooratehal ek universal norm ke taur par dunya mein qaim ho chuki hai. 1945 mein quwaam-e-mulk yaani UNO ka qayam amal mein aaya.</w:t>
      </w:r>
    </w:p>
    <w:p>
      <w:pPr>
        <w:jc w:val="right"/>
      </w:pPr>
      <w:r>
        <w:t>موجودہ زمانے میں یہ صورتحال ایک یونیورسل نارم کے طور پر دنیا میں قائم ہو چکی ہے۔ 1945 میں اقوام متحدہ یعنی یو این او کا قیام عمل میں آیا۔</w:t>
      </w:r>
    </w:p>
    <w:p>
      <w:r>
        <w:rPr>
          <w:b/>
        </w:rPr>
        <w:t xml:space="preserve">[41:30] </w:t>
      </w:r>
      <w:r>
        <w:t>is ke tehat dunya ki tamam qaumon ne ittefaq-e-ray se yeh maan liya hai ke har ek ko puraman amal ki kulli azadi hasil hogi.</w:t>
      </w:r>
    </w:p>
    <w:p>
      <w:pPr>
        <w:jc w:val="right"/>
      </w:pPr>
      <w:r>
        <w:t>اس کے تحت دنیا کی تمام قوموں نے اتفاقِ رائے سے یہ مان لیا ہے کہ ہر ایک کو پرامن عمل کی کلی آزادی حاصل ہوگی۔</w:t>
      </w:r>
    </w:p>
    <w:p>
      <w:r>
        <w:rPr>
          <w:b/>
        </w:rPr>
        <w:t xml:space="preserve">[41:41] </w:t>
      </w:r>
      <w:r>
        <w:t>koi qaum doosri qaum par hamla nahi karegi. kisi ko yeh haq nahi hoga ke woh doosre ko apna ham khayal banane ke liye us par jabr kare.</w:t>
      </w:r>
    </w:p>
    <w:p>
      <w:pPr>
        <w:jc w:val="right"/>
      </w:pPr>
      <w:r>
        <w:t>کوئی قوم دوسری قوم پر حملہ نہیں کرے گی۔ کسی کو یہ حق نہیں ہوگا کہ وہ دوسرے کو اپنا ہم خیال بنانے کے لیے اس پر جبر کرے۔</w:t>
      </w:r>
    </w:p>
    <w:p>
      <w:r>
        <w:rPr>
          <w:b/>
        </w:rPr>
        <w:t xml:space="preserve">[41:53] </w:t>
      </w:r>
      <w:r>
        <w:t>ab tashaddud yaani violence usloobiyan taur par ek mujrimana feal ban chuka hai, bashartike insan poori tarah aman ke usool par qaim rehte hue apna kaam kare.</w:t>
      </w:r>
    </w:p>
    <w:p>
      <w:pPr>
        <w:jc w:val="right"/>
      </w:pPr>
      <w:r>
        <w:t>اب تشدد یعنی وائلنس اصولی طور پر ایک مجرمانہ فعل بن چکا ہے، بشرطیکہ انسان پوری طرح امن کے اصول پر قائم رہتے ہوئے اپنا کام کرے۔</w:t>
      </w:r>
    </w:p>
    <w:p>
      <w:r>
        <w:rPr>
          <w:b/>
        </w:rPr>
        <w:t xml:space="preserve">[42:16] </w:t>
      </w:r>
      <w:r>
        <w:t>mutaalliq aur ghair mutaalliq mein farq karna. replanning hamesha kamyab hoti hai, lekin is ki kuch sharten hain. ek shart yeh hai ke planning ke douran koi aisa kaam na kiya jaye jo planning ke amal yaani process mein rukawat dalne wala ho, taake planning ka amal bila tawqaf yaani non-stop chalta rahe.</w:t>
      </w:r>
    </w:p>
    <w:p>
      <w:pPr>
        <w:jc w:val="right"/>
      </w:pPr>
      <w:r>
        <w:t>متعلق اور غیر متعلق میں فرق کرنا۔ ری پلاننگ ہمیشہ کامیاب ہوتی ہے، لیکن اس کی کچھ شرطیں ہیں۔ ایک شرط یہ ہے کہ پلاننگ کے دوران کوئی ایسا کام نہ کیا جائے جو پلاننگ کے عمل یعنی پروسیس میں رکاوٹ ڈالنے والا ہو، تاکہ پلاننگ کا عمل بلا توقف یعنی نان اسٹاپ چلتا رہے۔</w:t>
      </w:r>
    </w:p>
    <w:p>
      <w:r>
        <w:rPr>
          <w:b/>
        </w:rPr>
        <w:t xml:space="preserve">[42:41] </w:t>
      </w:r>
      <w:r>
        <w:t>is ki ek misaal kaaba ki taameer ka masla hai. kaaba ki taameer-e-awwal paighambar ibrahim aur paighambar ismail ne taqreeban do hazar saal qabl-e-masih mein makkah mein ki.</w:t>
      </w:r>
    </w:p>
    <w:p>
      <w:pPr>
        <w:jc w:val="right"/>
      </w:pPr>
      <w:r>
        <w:t>اس کی ایک مثال کعبے کی تعمیر کا مسئلہ ہے۔ کعبہ کی تعمیرِ اول پیغمبر ابراہیم اور پیغمبر اسماعیل نے تقریباً دو ہزار سال قبلِ مسیح میں مکہ میں کی۔</w:t>
      </w:r>
    </w:p>
    <w:p>
      <w:r>
        <w:rPr>
          <w:b/>
        </w:rPr>
        <w:t xml:space="preserve">[42:54] </w:t>
      </w:r>
      <w:r>
        <w:t>is ke baad aisa hua ke makkah mein tez barish hui, is ki wajah se kaaba ki imarat ko nuqsan pohncha. us waqt makkah par mushrikeen ka ghalba tha.</w:t>
      </w:r>
    </w:p>
    <w:p>
      <w:pPr>
        <w:jc w:val="right"/>
      </w:pPr>
      <w:r>
        <w:t>اس کے بعد ایسا ہوا کہ مکہ میں تیز بارش ہوئی، اس کی وجہ سے کعبہ کی عمارت کو نقصان پہنچا۔ اس وقت مکہ پر مشرکین کا غلبہ تھا۔</w:t>
      </w:r>
    </w:p>
    <w:p>
      <w:r>
        <w:rPr>
          <w:b/>
        </w:rPr>
        <w:t xml:space="preserve">[43:06] </w:t>
      </w:r>
      <w:r>
        <w:t>unhon ne panchveen sadi eesvi mein kaaba ki dobara taameer ki. ahle makkah ne kisi sabab ke tehat kaaba ki taameer-e-sani ke waqt us ko chhota kar diya.</w:t>
      </w:r>
    </w:p>
    <w:p>
      <w:pPr>
        <w:jc w:val="right"/>
      </w:pPr>
      <w:r>
        <w:t>انہوں نے پانچویں صدی عیسوی میں کعبہ کی دوبارہ تعمیر کی۔ اہلِ مکہ نے کسی سبب کے تحت کعبہ کی تعمیرِ ثانی کے وقت اس کو چھوٹا کر دیا۔</w:t>
      </w:r>
    </w:p>
    <w:p>
      <w:r>
        <w:rPr>
          <w:b/>
        </w:rPr>
        <w:t xml:space="preserve">[43:18] </w:t>
      </w:r>
      <w:r>
        <w:t>unhon ne is ke ek hisse ko ghair musqaf halat mein khula chhod diya, jo ke abhi tak isi tarah maujood hai. kaaba ke ibrahimi naqshe ke mutabiq kaaba ek mustateel yaani rectangular soorat ka tha.</w:t>
      </w:r>
    </w:p>
    <w:p>
      <w:pPr>
        <w:jc w:val="right"/>
      </w:pPr>
      <w:r>
        <w:t>انہوں نے اس کے ایک حصے کو غیر مثقف حالت میں کھلا چھوڑ دیا، جو کہ ابھی تک اسی طرح موجود ہے۔ کعبہ کے ابراہیمی نقشے کے مطابق کعبہ ایک مستطیل یعنی ریکٹینگولر صورت کا تھا۔</w:t>
      </w:r>
    </w:p>
    <w:p>
      <w:r>
        <w:rPr>
          <w:b/>
        </w:rPr>
        <w:t xml:space="preserve">[43:35] </w:t>
      </w:r>
      <w:r>
        <w:t>taameer-e-nau ke waqt quraish ke logon ne kaaba ko chokor bana diya, jabke is se pehle woh mustateel tha. is ke kuch hisse ko unhon ne khula chhod diya, jis ko ab hatim kaha jata hai.</w:t>
      </w:r>
    </w:p>
    <w:p>
      <w:pPr>
        <w:jc w:val="right"/>
      </w:pPr>
      <w:r>
        <w:t>تعمیرِ نو کے وقت قریش کے لوگوں نے کعبہ کو چوکور بنا دیا، جبکہ اس سے پہلے وہ مستطیل تھا۔ اس کے کچھ حصے کو انہوں نے کھلا چھوڑ دیا، جس کو اب حتیم کہا جاتا ہے۔</w:t>
      </w:r>
    </w:p>
    <w:p>
      <w:r>
        <w:rPr>
          <w:b/>
        </w:rPr>
        <w:t xml:space="preserve">[43:49] </w:t>
      </w:r>
      <w:r>
        <w:t>kaaba ke muqable mein hatim ka area taqreeban ek chauthai hai. kaaba ke baray mein paighambare islam ki ek riwayat hadith ki mukhtalif kitabon mein aayi hai.</w:t>
      </w:r>
    </w:p>
    <w:p>
      <w:pPr>
        <w:jc w:val="right"/>
      </w:pPr>
      <w:r>
        <w:t>کعبہ کے مقابلے میں حتیم کا ایریا تقریباً ایک چوتھائی ہے۔ کعبہ کے بارے میں پیغمبر اسلام کی ایک روایت حدیث کی مختلف کتابوں میں آئی ہے۔</w:t>
      </w:r>
    </w:p>
    <w:p>
      <w:r>
        <w:rPr>
          <w:b/>
        </w:rPr>
        <w:t xml:space="preserve">[44:01] </w:t>
      </w:r>
      <w:r>
        <w:t>ek riwayat ke alfaaz yeh hain: "an rasul allah sallallahu alayhi wa sallam qala li aisha: alam tari ann qaumaka lamma banu al-ka'bah iqtasaru 'an qawa'id ibrahim?"</w:t>
      </w:r>
    </w:p>
    <w:p>
      <w:pPr>
        <w:jc w:val="right"/>
      </w:pPr>
      <w:r>
        <w:t>ایک روایت کے الفاظ یہ ہیں: "أن رسول الله صلى الله عليه وسلم قال لعائشة: ألم تري أن قومك لما بنوا الكعبة اقتصروا عن قواعد إبراهيم؟</w:t>
      </w:r>
    </w:p>
    <w:p>
      <w:r>
        <w:rPr>
          <w:b/>
        </w:rPr>
        <w:t xml:space="preserve">[44:18] </w:t>
      </w:r>
      <w:r>
        <w:t>"fa qultu: ya rasul allah, ala tarudduha 'ala qawa'id ibrahim? qala: lawla hadathanu qaumika bil-kufri la fa'al</w:t>
      </w:r>
    </w:p>
    <w:p>
      <w:pPr>
        <w:jc w:val="right"/>
      </w:pPr>
      <w:r>
        <w:t>فقلت: يا رسول الله، ألا تردها على قواعد إبراهيم؟ قال: لولا حدثان قومك بالكفر لفع</w:t>
      </w:r>
    </w:p>
    <w:p>
      <w:r>
        <w:rPr>
          <w:b/>
        </w:rPr>
        <w:t xml:space="preserve">[44:28] </w:t>
      </w:r>
      <w:r>
        <w:t>t." sahih bukhari. yaani paighambare islam sallallahu alayhi wa sallam ne hazrat aisha se farmaya ke kya tum ne nahi dekha ke tumhari qaum ne jab kaaba ki imarat banai to ibrahim ki buniyad se us ko chhota kar diya?</w:t>
      </w:r>
    </w:p>
    <w:p>
      <w:pPr>
        <w:jc w:val="right"/>
      </w:pPr>
      <w:r>
        <w:t>لت." صحیح بخاری۔ یعنی پیغمبر اسلام صلی اللہ علیہ وسلم نے حضرت عائشہ سے فرمایا کہ کیا تم نے نہیں دیکھا کہ تمہاری قوم نے جب کعبہ کی عمارت بنائی تو ابراہیم کی بنیاد سے اسے چھوٹا کر دیا؟</w:t>
      </w:r>
    </w:p>
    <w:p>
      <w:r>
        <w:rPr>
          <w:b/>
        </w:rPr>
        <w:t xml:space="preserve">[44:43] </w:t>
      </w:r>
      <w:r>
        <w:t>main ne kaha ke ya rasool Allah, phir aap us ko qawaid-e-ibrahimi ke mutabiq kyun nahi bana dete? aap ne farmaya: agar tumhari qaum ka kufr ka zamana abhi haal hi mein na guzra hota to main aisa kar deta.</w:t>
      </w:r>
    </w:p>
    <w:p>
      <w:pPr>
        <w:jc w:val="right"/>
      </w:pPr>
      <w:r>
        <w:t>میں نے کہا کہ یا رسول اللہ، پھر آپ اس کو قواعدِ ابراہیمی کے مطابق کیوں نہیں بنا دیتے؟ آپ نے فرمایا: اگر تمہاری قوم کا کفر کا زمانہ ابھی حال ہی میں نہ گزرا ہوتا تو میں ایسا کر دیتا۔</w:t>
      </w:r>
    </w:p>
    <w:p>
      <w:r>
        <w:rPr>
          <w:b/>
        </w:rPr>
        <w:t xml:space="preserve">[45:00] </w:t>
      </w:r>
      <w:r>
        <w:t>paighambare islam sallallahu alayhi wa sallam ke is feal ki tawjeeh ibn hajar al-asqalani ne in alfaaz mein ki hai: "ri'ayatan li qulubi quraish fat'h al-bari".</w:t>
      </w:r>
    </w:p>
    <w:p>
      <w:pPr>
        <w:jc w:val="right"/>
      </w:pPr>
      <w:r>
        <w:t>پیغمبر اسلام صلی اللہ علیہ وسلم کے اس فعل کی توجیح ابنِ حجر العسقلانی نے ان الفاظ میں کی ہے: "رعايةً لقلوبِ قريش فتح الباری" ۔</w:t>
      </w:r>
    </w:p>
    <w:p>
      <w:r>
        <w:rPr>
          <w:b/>
        </w:rPr>
        <w:t xml:space="preserve">[45:12] </w:t>
      </w:r>
      <w:r>
        <w:t>yaani quraish ke quloob ki riayat mein aisa kiya. asal yeh hai ke mazhab ke mamle mein log bohat hassas hote hain.</w:t>
      </w:r>
    </w:p>
    <w:p>
      <w:pPr>
        <w:jc w:val="right"/>
      </w:pPr>
      <w:r>
        <w:t>یعنی قریش کے قلوب کی رعایت میں ایسا کیا۔ اصل یہ ہے کہ مذہب کے معاملے میں لوگ بہت حساس ہوتے ہیں۔</w:t>
      </w:r>
    </w:p>
    <w:p>
      <w:r>
        <w:rPr>
          <w:b/>
        </w:rPr>
        <w:t xml:space="preserve">[45:21] </w:t>
      </w:r>
      <w:r>
        <w:t>jab kisi mazhabi yaadgar par lambi muddat guzar jaye to logon ki nazar mein woh muqaddas ban jati hai, is mein adna taghayur ko woh bardasht nahi karte.</w:t>
      </w:r>
    </w:p>
    <w:p>
      <w:pPr>
        <w:jc w:val="right"/>
      </w:pPr>
      <w:r>
        <w:t>جب کسی مذہبی یادگار پر لمبی مدت گزر جائے تو لوگوں کی نظر میں وہ مقدس بن جاتی ہے، اس میں ادنیٰ تغیر کو وہ برداشت نہیں کرتے۔</w:t>
      </w:r>
    </w:p>
    <w:p>
      <w:r>
        <w:rPr>
          <w:b/>
        </w:rPr>
        <w:t xml:space="preserve">[45:32] </w:t>
      </w:r>
      <w:r>
        <w:t>Payambar-e-Islam Sal-lal-lahu Alaihi Wasallam agar Ka'aba ki imarat mein taghayur karte to andesha tha ke log is ka tahammul na kar saken ge aur is ka manfi natija baramad hoga.</w:t>
      </w:r>
    </w:p>
    <w:p>
      <w:pPr>
        <w:jc w:val="right"/>
      </w:pPr>
      <w:r>
        <w:t>پیغمبر اسلام صلی اللہ علیہ وسلم اگر کعبہ کی عمارت میں تغیر کرتے تو اندیشہ تھا کہ لوگ اس کا تحمل نہ کر سکیں گے اور اس کا منفی نتیجہ برآمد ہوگا۔</w:t>
      </w:r>
    </w:p>
    <w:p>
      <w:r>
        <w:rPr>
          <w:b/>
        </w:rPr>
        <w:t xml:space="preserve">[45:46] </w:t>
      </w:r>
      <w:r>
        <w:t>Is ka natija yeh hoga ke Arab mein tauheed ka deen qaim karne ka jo amal jari hai woh darmiyan mein jeopardize ho jaye ga aur asal mission ko sakht nuqsan pohnche ga.</w:t>
      </w:r>
    </w:p>
    <w:p>
      <w:pPr>
        <w:jc w:val="right"/>
      </w:pPr>
      <w:r>
        <w:t>اس کا نتیجہ یہ ہوگا کہ عرب میں توحید کا دین قائم کرنے کا جو عمل جاری ہے وہ درمیان میں جیپرٹائز ہو جائے گا اور اصل مشن کو سخت نقصان پہنچے گا۔</w:t>
      </w:r>
    </w:p>
    <w:p>
      <w:r>
        <w:rPr>
          <w:b/>
        </w:rPr>
        <w:t xml:space="preserve">[45:59] </w:t>
      </w:r>
      <w:r>
        <w:t>Islam mein riayat-e-awam ki bohat ziyada ahmiyat hai, is ko Quran mein talif-e-qalb kaha gaya hai. Payambar-e-Islam Sal-lal-lahu Alaihi Wasallam ki seerat ke mutale'a se maloom hota hai ke talif-e-qalb Islam ka aik ahem usool hai.</w:t>
      </w:r>
    </w:p>
    <w:p>
      <w:pPr>
        <w:jc w:val="right"/>
      </w:pPr>
      <w:r>
        <w:t>اسلام میں رعایتِ عوام کی بہت زیادہ اہمیت ہے، اس کو قرآن میں تالیفِ قلب کہا گیا ہے۔ پیغمبر اسلام صلی اللہ علیہ وسلم کی سیرت کے مطالعے سے معلوم ہوتا ہے کہ تالیفِ قلب اسلام کا ایک اہم اصول ہے۔</w:t>
      </w:r>
    </w:p>
    <w:p>
      <w:r>
        <w:rPr>
          <w:b/>
        </w:rPr>
        <w:t xml:space="preserve">[46:19] </w:t>
      </w:r>
      <w:r>
        <w:t>Payambar-e-Islam Sal-lal-lahu Alaihi Wasallam ne dawat-e-mission ke douran hamesha mutalliq yani relevant aur ghair mutalliq, irrelevant ke darmiyan farq kiya.</w:t>
      </w:r>
    </w:p>
    <w:p>
      <w:pPr>
        <w:jc w:val="right"/>
      </w:pPr>
      <w:r>
        <w:t>پیغمبر اسلام صلی اللہ علیہ وسلم نے دعوتِ مشن کے دوران ہمیشہ متعلق یعنی ریلیونٹ اور غیر متعلق، ارریلیونٹ کے درمیان فرق کیا۔</w:t>
      </w:r>
    </w:p>
    <w:p>
      <w:r>
        <w:rPr>
          <w:b/>
        </w:rPr>
        <w:t xml:space="preserve">[46:32] </w:t>
      </w:r>
      <w:r>
        <w:t>Aap ne kabhi aisa nahi kiya ke aik ghair ahem cheez ki khatir aap ahem ko nazar andaz kar dein. Aap ke samne hamesha asal nishana hota tha aur jo cheez asal nishane ki nisbat se ghair ahem ho us ko aap hamesha nazar andaz kar ke asal nishane par qaim rehte the.</w:t>
      </w:r>
    </w:p>
    <w:p>
      <w:pPr>
        <w:jc w:val="right"/>
      </w:pPr>
      <w:r>
        <w:t>آپ نے کبھی ایسا نہیں کیا کہ ایک غیر اہم چیز کی خاطر آپ اہم کو نظر انداز کر دیں۔ آپ کے سامنے ہمیشہ اصل نشانہ ہوتا تھا اور جو چیز اصل نشانے کی نسبت سے غیر اہم ہو اس کو آپ ہمیشہ نظر انداز کر کے اصل نشانے پر قائم رہتے تھے۔</w:t>
      </w:r>
    </w:p>
    <w:p>
      <w:r>
        <w:rPr>
          <w:b/>
        </w:rPr>
        <w:t xml:space="preserve">[46:54] </w:t>
      </w:r>
      <w:r>
        <w:t>Yeh usool aik daimi usool hai aur isi usool ka naam wisdom hai. Payambar-e-Islam ki seerat ka mutale'a karne ke baad raqim-ul-huroof ne wisdom ki yeh tareef daryaft ki hai: "Wisdom is the ability to discover the relevant after sorting out the irrelevant." Doctor Michael Hart ne apni kitab "The Hundred" mein bataya hai ke Payambar-e-Islam tareekh ke sab se ziyada kamyab insan the.</w:t>
      </w:r>
    </w:p>
    <w:p>
      <w:pPr>
        <w:jc w:val="right"/>
      </w:pPr>
      <w:r>
        <w:t>یہ اصول ایک دائمی اصول ہے اور اسی اصول کا نام وزڈم ہے۔ پیغمبر اسلام کی سیرت کا مطالعہ کرنے کے بعد راقم الحروف نے وزڈم کی یہ تعریف دریافت کی ہے: "Wisdom is the ability to discover the relevant after sorting out the irrelevant." ڈاکٹر مائیکل ہارٹ نے اپنی کتاب "دی ہنڈرڈ" میں بتایا ہے کہ پیغمبر اسلام تاریخ کے سب سے زیادہ کامیاب انسان تھے۔</w:t>
      </w:r>
    </w:p>
    <w:p>
      <w:r>
        <w:rPr>
          <w:b/>
        </w:rPr>
        <w:t xml:space="preserve">[47:24] </w:t>
      </w:r>
      <w:r>
        <w:t>Aap ki is azeem kamyabi ka raaz yahi tha: Aap ne apne mission mein hamesha is wisdom ko ikhtiyar kiya.</w:t>
      </w:r>
    </w:p>
    <w:p>
      <w:pPr>
        <w:jc w:val="right"/>
      </w:pPr>
      <w:r>
        <w:t>آپ کی اس عظیم کامیابی کا راز یہی تھا: آپ نے اپنے مشن میں ہمیشہ اس وزڈم کو اختیار کیا۔</w:t>
      </w:r>
    </w:p>
    <w:p>
      <w:r>
        <w:rPr>
          <w:b/>
        </w:rPr>
        <w:t xml:space="preserve">[47:33] </w:t>
      </w:r>
      <w:r>
        <w:t>Amali taqaza: Islam mein shurai siyasat ka nizam ikhtiyar kiya gaya hai. Yeh wohi cheez hai jis ko maujooda zamane mein jamhooriyat yani democracy kaha jata hai.</w:t>
      </w:r>
    </w:p>
    <w:p>
      <w:pPr>
        <w:jc w:val="right"/>
      </w:pPr>
      <w:r>
        <w:t>عملی تقاضا: اسلام میں شورائی سیاست کا نظام اختیار کیا گیا ہے۔ یہ وہی چیز ہے جس کو موجودہ زمانے میں جمہوریت یعنی ڈیموکریسی کہا جاتا ہے۔</w:t>
      </w:r>
    </w:p>
    <w:p>
      <w:r>
        <w:rPr>
          <w:b/>
        </w:rPr>
        <w:t xml:space="preserve">[47:48] </w:t>
      </w:r>
      <w:r>
        <w:t>Payambar-e-Islam ki wafat ke baad isi usool ki buniyad par khilafat ka nizam qaim hua, magar taqreeban tees saal ke baad logon ko mehsoos hua ke khilafat ka nizam amalan work nahi kar raha hai.</w:t>
      </w:r>
    </w:p>
    <w:p>
      <w:pPr>
        <w:jc w:val="right"/>
      </w:pPr>
      <w:r>
        <w:t>پیغمبر اسلام کی وفات کے بعد اسی اصول کی بنیاد پر خلافت کا نظام قائم ہوا، مگر تقریباً تیس سال کے بعد لوگوں کو محسوس ہوا کہ خلافت کا نظام عملاً ورک نہیں کر رہا ہے۔</w:t>
      </w:r>
    </w:p>
    <w:p>
      <w:r>
        <w:rPr>
          <w:b/>
        </w:rPr>
        <w:t xml:space="preserve">[48:05] </w:t>
      </w:r>
      <w:r>
        <w:t>Siyasat mein asal cheez istahkam yani stability hai, magar khilafat ke nizam ke tehat istahkam ka yeh maqsad hasil na ho saka.</w:t>
      </w:r>
    </w:p>
    <w:p>
      <w:pPr>
        <w:jc w:val="right"/>
      </w:pPr>
      <w:r>
        <w:t>سیاست میں اصل چیز استحکام یعنی اسٹیبلٹی ہے، مگر خلافت کے نظام کے تحت استحکام کا یہ مقصد حاصل نہ ہو سکا۔</w:t>
      </w:r>
    </w:p>
    <w:p>
      <w:r>
        <w:rPr>
          <w:b/>
        </w:rPr>
        <w:t xml:space="preserve">[48:16] </w:t>
      </w:r>
      <w:r>
        <w:t>Chunancha chothe Khalifa Ali bin Abi Talib ke baad Muslim dunya mein khandANI hukumat yani dynasty ka tareeqa raij ho gaya, aur baad ki tamam sadiyon mein amalan musalmanon ke darmiyan yahi nizam raij raha.</w:t>
      </w:r>
    </w:p>
    <w:p>
      <w:pPr>
        <w:jc w:val="right"/>
      </w:pPr>
      <w:r>
        <w:t>چنانچہ چوتھے خلیفہ علی بن ابی طالب کے بعد مسلم دنیا میں خاندانی حکومت یعنی ڈائنسٹی کا طریقہ رائج ہو گیا، اور بعد کی تمام صدیوں میں عملاً مسلمانوں کے درمیان یہی نظام رائج رہا۔</w:t>
      </w:r>
    </w:p>
    <w:p>
      <w:r>
        <w:rPr>
          <w:b/>
        </w:rPr>
        <w:t xml:space="preserve">[48:33] </w:t>
      </w:r>
      <w:r>
        <w:t>Khandani badshahat ka nizam jab shuru hua us waqt Sahaba aur Tabe'een bari tadad mein maujood the. Is ke baad Muhaddiseen, Fuqaha, aur Ulama-e-Mutaqaddimeen ka daur aya.</w:t>
      </w:r>
    </w:p>
    <w:p>
      <w:pPr>
        <w:jc w:val="right"/>
      </w:pPr>
      <w:r>
        <w:t>خاندانی بادشاہت کا نظام جب شروع ہوا اس وقت صحابہ اور تابعین بڑی تعداد میں موجود تھے۔ اس کے بعد محدثین، فقہاء، اور علمائے متقدمین کا دور آیا۔</w:t>
      </w:r>
    </w:p>
    <w:p>
      <w:r>
        <w:rPr>
          <w:b/>
        </w:rPr>
        <w:t xml:space="preserve">[48:49] </w:t>
      </w:r>
      <w:r>
        <w:t>In tamam logon ne amalan is siyasi tabdeeli ko qabool kar liya. Is ka sabab kya tha? Is ka sabab yeh tha ke Islam mein siyasat ka asal maqsood samaji istahkam yani social stability hai.</w:t>
      </w:r>
    </w:p>
    <w:p>
      <w:pPr>
        <w:jc w:val="right"/>
      </w:pPr>
      <w:r>
        <w:t>ان تمام لوگوں نے عملاً اس سیاسی تبدیلی کو قبول کر لیا۔ اس کا سبب کیا تھا؟ اس کا سبب یہ تھا کہ اسلام میں سیاست کا اصل مقصود سماجی استحکام یعنی سوشل اسٹیبلٹی ہے۔</w:t>
      </w:r>
    </w:p>
    <w:p>
      <w:r>
        <w:rPr>
          <w:b/>
        </w:rPr>
        <w:t xml:space="preserve">[49:06] </w:t>
      </w:r>
      <w:r>
        <w:t>Yeh istahkam khilafat ke nizam ke tehat hasil nahi ho raha tha, lekin khandANI hukumat ke tehat woh hasil ho gaya.</w:t>
      </w:r>
    </w:p>
    <w:p>
      <w:pPr>
        <w:jc w:val="right"/>
      </w:pPr>
      <w:r>
        <w:t>یہ استحکام خلافت کے نظام کے تحت حاصل نہیں ہو رہا تھا، لیکن خاندانی حکومت کے تحت وہ حاصل ہو گیا۔</w:t>
      </w:r>
    </w:p>
    <w:p>
      <w:r>
        <w:rPr>
          <w:b/>
        </w:rPr>
        <w:t xml:space="preserve">[49:16] </w:t>
      </w:r>
      <w:r>
        <w:t>Is liye practical wisdom ke usool par is ko qabool kar liya gaya. Yeh bhi replanning ka aik case tha. Islam ke pehle daur mein khilafat ka nizam qaim kiya gaya, lekin tajrube se maloom hua ke khilafat ka nizam work nahi kar raha hai.</w:t>
      </w:r>
    </w:p>
    <w:p>
      <w:pPr>
        <w:jc w:val="right"/>
      </w:pPr>
      <w:r>
        <w:t>اس لیے پریکٹیکل وزڈم کے اصول پر اس کو قبول کر لیا گیا۔ یہ بھی ری پلاننگ کا ایک کیس تھا۔ اسلام کے پہلے دور میں خلافت کا نظام قائم کیا گیا، لیکن تجربے سے معلوم ہوا کہ خلافت کا نظام ورک نہیں کر رہا ہے۔</w:t>
      </w:r>
    </w:p>
    <w:p>
      <w:r>
        <w:rPr>
          <w:b/>
        </w:rPr>
        <w:t xml:space="preserve">[49:34] </w:t>
      </w:r>
      <w:r>
        <w:t>Is ka sabab yeh tha ke pichli tareekh ke nateejay mein logon ka zehn yeh ban gaya tha ke hakim ke baad hakim ki aulad ko haq-e-hukumat yani right to rule hasil hota hai.</w:t>
      </w:r>
    </w:p>
    <w:p>
      <w:pPr>
        <w:jc w:val="right"/>
      </w:pPr>
      <w:r>
        <w:t>اس کا سبب یہ تھا کہ پچھلی تاریخ کے نتیجے میں لوگوں کا ذہن یہ بن گیا تھا کہ حاکم کے بعد حاکم کی اولاد کو حقِ حکومت یعنی رائٹ ٹو رول حاصل ہوتا ہے۔</w:t>
      </w:r>
    </w:p>
    <w:p>
      <w:r>
        <w:rPr>
          <w:b/>
        </w:rPr>
        <w:t xml:space="preserve">[49:47] </w:t>
      </w:r>
      <w:r>
        <w:t>Us waqt tak yeh riwaj khatam nahi hua tha. Is liye practical wisdom ka taqaza tha ke khandANI hukumat ke nizam ko ikhtiyar kar liya jaye ta ke kam az kam siyasi istahkam yani political stability ka maqsad hasil ho sake.</w:t>
      </w:r>
    </w:p>
    <w:p>
      <w:pPr>
        <w:jc w:val="right"/>
      </w:pPr>
      <w:r>
        <w:t>اس وقت تک یہ رواج ختم نہیں ہوا تھا۔ اس لیے پریکٹیکل وزڈم کا تقاضا تھا کہ خاندانی حکومت کے نظام کو اختیار کر لیا جائے تاکہ کم از کم سیاسی استحکام یعنی پولیٹیکل اسٹیبلٹی کا مقصد حاصل ہو جائے۔</w:t>
      </w:r>
    </w:p>
    <w:p>
      <w:r>
        <w:rPr>
          <w:b/>
        </w:rPr>
        <w:t xml:space="preserve">[50:05] </w:t>
      </w:r>
      <w:r>
        <w:t>Is liye amali sabab yani practical reason, na ke nazari sabab yani theoretical reason ke tehat khandani siyasat ka nizam ikhtiyar kar liya gaya.</w:t>
      </w:r>
    </w:p>
    <w:p>
      <w:pPr>
        <w:jc w:val="right"/>
      </w:pPr>
      <w:r>
        <w:t>اس لیے عملی سبب یعنی پریکٹیکل ریزن، نہ کہ نظری سبب یعنی تھیوریٹیکل ریزن کے تحت خاندانی سیاست کا نظام اختیار کر لیا گیا۔</w:t>
      </w:r>
    </w:p>
    <w:p>
      <w:r>
        <w:rPr>
          <w:b/>
        </w:rPr>
        <w:t xml:space="preserve">[50:15] </w:t>
      </w:r>
      <w:r>
        <w:t>Yeh replanning ki aik misal hai. Tareekh ke tajrube ne sabit kiya hai ke is mamle mein daur-e-awwal mein liya hua replanning ka faisla ba-haisiyat-e-haqeeqat bilkul durust tha.</w:t>
      </w:r>
    </w:p>
    <w:p>
      <w:pPr>
        <w:jc w:val="right"/>
      </w:pPr>
      <w:r>
        <w:t>یہ ری پلاننگ کی ایک مثال ہے۔ تاریخ کے تجربے نے ثابت کیا ہے کہ اس معاملے میں دورِ اول میں لیا ہوا ری پلاننگ کا فیصلہ باعتبار حقیقت بالکل درست تھا۔</w:t>
      </w:r>
    </w:p>
    <w:p>
      <w:r>
        <w:rPr>
          <w:b/>
        </w:rPr>
        <w:t xml:space="preserve">[50:30] </w:t>
      </w:r>
      <w:r>
        <w:t>Replanning ke mamle ka talluq usool yani principle se nahi hai, balkeh is ka talluq tareeqa kar yani method se hai.</w:t>
      </w:r>
    </w:p>
    <w:p>
      <w:pPr>
        <w:jc w:val="right"/>
      </w:pPr>
      <w:r>
        <w:t>ری پلاننگ کے معاملے کا تعلق اصول یعنی پرنسپل سے نہیں ہے، بلکہ اس کا تعلق طریقہ کار یعنی میتھڈ سے ہے۔</w:t>
      </w:r>
    </w:p>
    <w:p>
      <w:r>
        <w:rPr>
          <w:b/>
        </w:rPr>
        <w:t xml:space="preserve">[50:39] </w:t>
      </w:r>
      <w:r>
        <w:t>Tareeqa kar kabhi mutlaq yani absolute nahi hota, balkeh is ka ta'ayyun hamesha amali afadiyat yani pragmatism ki buniyad par kiya jata hai.</w:t>
      </w:r>
    </w:p>
    <w:p>
      <w:pPr>
        <w:jc w:val="right"/>
      </w:pPr>
      <w:r>
        <w:t>طریقہ کار کبھی مطلق یعنی ایبسولیوٹ نہیں ہوتا، بلکہ اس کا تعین ہمیشہ عملی افادیت یعنی پریگمیٹزم کی بنیاد پر کیا جاتا ہے۔</w:t>
      </w:r>
    </w:p>
    <w:p>
      <w:r>
        <w:rPr>
          <w:b/>
        </w:rPr>
        <w:t xml:space="preserve">[50:51] </w:t>
      </w:r>
      <w:r>
        <w:t>Hazrat Aisha ki mashhoor riwayat hai: "Ma khayyar Rasul Allah Sal-lal-lahu Alaihi Wasallam bayna amrain ahaduhuma aysar min al-akhar illa ikhtara aysarahuma" .</w:t>
      </w:r>
    </w:p>
    <w:p>
      <w:pPr>
        <w:jc w:val="right"/>
      </w:pPr>
      <w:r>
        <w:t>حضرت عائشہ کی مشہور روایت ہے: "ما خيرا رسول الله صلى الله عليه وسلم بين أمرين أحدهما أيسر من الآخر إلا اختار أيسرهما" ۔</w:t>
      </w:r>
    </w:p>
    <w:p>
      <w:r>
        <w:rPr>
          <w:b/>
        </w:rPr>
        <w:t xml:space="preserve">[51:05] </w:t>
      </w:r>
      <w:r>
        <w:t>Sahih Muslim. Yahan "aysar" ka lafzi matlab hai aasan. Yahan aasan tareeqay se murad woh tareeqa hai jo ba-asani qabil-e-amal ho, yani woh tareeqa jo koi naya masla paida na kare, jis par ghair niza'i yani non-controversial andaaz mein amal karna mumkin ho.</w:t>
      </w:r>
    </w:p>
    <w:p>
      <w:pPr>
        <w:jc w:val="right"/>
      </w:pPr>
      <w:r>
        <w:t>صحیح مسلم۔ یہاں "أيسر" کا لفظی مطلب ہے آسان۔ یہاں آسان طریقے سے مراد وہ طریقہ ہے جو باآسانی قابلِ عمل ہو، یعنی وہ طریقہ جو کوئی نیا مسئلہ پیدا نہ کرے، جس پر غیر نزاعی یعنی نان کنٹروورشل انداز میں عمل کرنا ممکن ہو۔</w:t>
      </w:r>
    </w:p>
    <w:p>
      <w:r>
        <w:rPr>
          <w:b/>
        </w:rPr>
        <w:t xml:space="preserve">[51:26] </w:t>
      </w:r>
      <w:r>
        <w:t>Is hadees se kamyab mansooba bandi ka aik ahem usool maloom hota hai, woh yeh ke woh mansooba poori tarah qabil-e-amal ho.</w:t>
      </w:r>
    </w:p>
    <w:p>
      <w:pPr>
        <w:jc w:val="right"/>
      </w:pPr>
      <w:r>
        <w:t>اس حدیث سے کامیاب منصوبہ بندی کا ایک اہم اصول معلوم ہوتا ہے، وہ یہ کہ وہ منصوبہ پوری طرح قابلِ عمل ہو۔</w:t>
      </w:r>
    </w:p>
    <w:p>
      <w:r>
        <w:rPr>
          <w:b/>
        </w:rPr>
        <w:t xml:space="preserve">[51:37] </w:t>
      </w:r>
      <w:r>
        <w:t>woh koi nizaa paida karne wala na ho. woh aik nateeja khez tareeqa kar ho. aisa nah ho keh kehne mein toh woh aik khoobsurat baat maloom ho, lekin jab us ko amal mein laya jaye toh woh sirf masail mein izafa karne ka sabab ban jaye.</w:t>
      </w:r>
    </w:p>
    <w:p>
      <w:pPr>
        <w:jc w:val="right"/>
      </w:pPr>
      <w:r>
        <w:t>وہ کوئی نزاع پیدا کرنے والا نہ ہو۔ وہ ایک نتیجہ خیز طریقہ کار ہو۔ ایسا نہ ہو کہ کہنے میں تو وہ ایک خوبصورت بات معلوم ہو، لیکن جب اس کو عمل میں لایا جائے تو وہ صرف مسائل میں اضافہ کرنے کا سبب بن جائے۔</w:t>
      </w:r>
    </w:p>
    <w:p>
      <w:r>
        <w:rPr>
          <w:b/>
        </w:rPr>
        <w:t xml:space="preserve">[51:56] </w:t>
      </w:r>
      <w:r>
        <w:t>haqeeqat yeh hai keh pehle mansoobe mein is tajrubay ka moqa hota hai keh kya cheez qabil-e-amal yaani workable hai, aur kya cheez qabil-e-amal nahi.</w:t>
      </w:r>
    </w:p>
    <w:p>
      <w:pPr>
        <w:jc w:val="right"/>
      </w:pPr>
      <w:r>
        <w:t>حقیقت یہ ہے کہ پہلے منصوبے میں اس تجربے کا موقع ہوتا ہے کہ کیا چیز قابلِ عمل یعنی ورک ایبل ہے، اور کیا چیز قابلِ عمل نہیں۔</w:t>
      </w:r>
    </w:p>
    <w:p>
      <w:r>
        <w:rPr>
          <w:b/>
        </w:rPr>
        <w:t xml:space="preserve">[52:09] </w:t>
      </w:r>
      <w:r>
        <w:t>is lihaaz se doosre mansoobe ka faida yeh hai keh be nateeja amal se apne ko bachaya jaye, aur sirf nateeja khez pehluon ko samne rakh kar apne amal ki nai mansoobah bandi ki jaye.</w:t>
      </w:r>
    </w:p>
    <w:p>
      <w:pPr>
        <w:jc w:val="right"/>
      </w:pPr>
      <w:r>
        <w:t>اس لحاظ سے دوسرے منصوبے کا فائدہ یہ ہے کہ بے نتیجہ عمل سے اپنے کو بچایا جائے، اور صرف نتیجہ خیز پہلوؤں کو سامنے رکھ کر اپنے عمل کی نئی منصوبہ بندی کی جائے۔</w:t>
      </w:r>
    </w:p>
    <w:p>
      <w:r>
        <w:rPr>
          <w:b/>
        </w:rPr>
        <w:t xml:space="preserve">[52:25] </w:t>
      </w:r>
      <w:r>
        <w:t>taake pehla mansooba agar be nateeja saabit hua tha toh doosra mansooba nateeja khez saabit ho. jo maqsad agar pehle mansoobe mein nahi mila tha toh us ko doosre mansoobe ke tehat haasil kar liya jaye.</w:t>
      </w:r>
    </w:p>
    <w:p>
      <w:pPr>
        <w:jc w:val="right"/>
      </w:pPr>
      <w:r>
        <w:t>تاکہ پہلا منصوبہ اگر بے نتیجہ ثابت ہوا تھا تو دوسرا منصوبہ نتیجہ خیز ثابت ہو۔ جو مقصد اگر پہلے منصوبے میں نہیں ملا تھا تو اس کو دوسرے منصوبے کے تحت حاصل کر لیا جائے۔</w:t>
      </w:r>
    </w:p>
    <w:p>
      <w:r>
        <w:rPr>
          <w:b/>
        </w:rPr>
        <w:t xml:space="preserve">[52:41] </w:t>
      </w:r>
      <w:r>
        <w:t>is ke mutabiq yeh kehna sahi hoga keh pehle mansoobe ke waqt ghalti qabil-e-maafi ho sakti hai, lekin doosre mansoobe ke waqt ghalti qabil-e-maafi nahi.</w:t>
      </w:r>
    </w:p>
    <w:p>
      <w:pPr>
        <w:jc w:val="right"/>
      </w:pPr>
      <w:r>
        <w:t>اس کے مطابق یہ کہنا صحیح ہوگا کہ پہلے منصوبے کے وقت غلطی قابلِ معافی ہو سکتی ہے، لیکن دوسرے منصوبے کے وقت غلطی قابلِ معافی نہیں۔</w:t>
      </w:r>
    </w:p>
    <w:p>
      <w:r>
        <w:rPr>
          <w:b/>
        </w:rPr>
        <w:t xml:space="preserve">[52:52] </w:t>
      </w:r>
      <w:r>
        <w:t>is aitbaar se doosre mansoobe ka sahi tareeqa yeh hai keh apni ghalti ka itraaf karte hue us ko shuru kiya jaye.</w:t>
      </w:r>
    </w:p>
    <w:p>
      <w:pPr>
        <w:jc w:val="right"/>
      </w:pPr>
      <w:r>
        <w:t>اس اعتبار سے دوسرے منصوبے کا صحیح طریقہ یہ ہے کہ اپنی غلطی کا اعتراف کرتے ہوئے اس کو شروع کیا جائے۔</w:t>
      </w:r>
    </w:p>
    <w:p>
      <w:r>
        <w:rPr>
          <w:b/>
        </w:rPr>
        <w:t xml:space="preserve">[53:02] </w:t>
      </w:r>
      <w:r>
        <w:t>ghalti ka khula itraaf kiye baghair doosri mansoobah bandi sarr-e-se mansoobah bandi hi nahi, balkeh woh nuqsan mein izafe ke hum maani hai.</w:t>
      </w:r>
    </w:p>
    <w:p>
      <w:pPr>
        <w:jc w:val="right"/>
      </w:pPr>
      <w:r>
        <w:t>غلطی کا کھلا اعتراف کیے بغیر دوسری منصوبہ بندی سرے سے منصوبہ بندی ہی نہیں، بلکہ وہ نقصان میں اضافے کے ہم معنی ہے۔</w:t>
      </w:r>
    </w:p>
    <w:p>
      <w:r>
        <w:rPr>
          <w:b/>
        </w:rPr>
        <w:t xml:space="preserve">[53:21] </w:t>
      </w:r>
      <w:r>
        <w:t>tatari hamle ka waqea: terhveen sadi mein wasti Asia, central Asia mein, khwarizm ki hukumat thi.</w:t>
      </w:r>
    </w:p>
    <w:p>
      <w:pPr>
        <w:jc w:val="right"/>
      </w:pPr>
      <w:r>
        <w:t>تاتاری حملے کا واقعہ: تیرہویں صدی میں وسط ایشیا، سینٹرل ایشیا میں، خوارزم کی حکومت تھی۔</w:t>
      </w:r>
    </w:p>
    <w:p>
      <w:r>
        <w:rPr>
          <w:b/>
        </w:rPr>
        <w:t xml:space="preserve">[53:31] </w:t>
      </w:r>
      <w:r>
        <w:t>mongol sardar changez khan ne apna safeer sultan alauddin shah ke darbar mein bheja. sultan ne kisi ghalt fehmi ki bina par tatari safeer ko qatl kar diya.</w:t>
      </w:r>
    </w:p>
    <w:p>
      <w:pPr>
        <w:jc w:val="right"/>
      </w:pPr>
      <w:r>
        <w:t>منگول سردار چنگیز خان نے اپنا سفیر سلطان علاؤالدین شاہ کے دربار میں بھیجا۔ سلطان نے کسی غلط فہمی کی بنا پر تاتاری سفیر کو قتل کر دیا۔</w:t>
      </w:r>
    </w:p>
    <w:p>
      <w:r>
        <w:rPr>
          <w:b/>
        </w:rPr>
        <w:t xml:space="preserve">[53:44] </w:t>
      </w:r>
      <w:r>
        <w:t>is ke baad changez khan ka ghussa bhark utha. us ne qabail ki fauj ke sath muslim saltanat par hamla kar diya, aur is ke poote halaku khan ne us ko takmeel tak pohanchaya, aur samarqand se le kar halab tak muslim dunya ko taraaj kar diya.</w:t>
      </w:r>
    </w:p>
    <w:p>
      <w:pPr>
        <w:jc w:val="right"/>
      </w:pPr>
      <w:r>
        <w:t>اس کے بعد چنگیز خان کا غصہ بھڑک اٹھا۔ اس نے قبائل کی فوج کے ساتھ مسلم سلطنت پر حملہ کر دیا، اور اس کے پوتے ہلاکو خان نے اسے تکمیل تک پہنچایا، اور سمرقند سے لے کر حلب تک مسلم دنیا کو تاراج کر دیا۔</w:t>
      </w:r>
    </w:p>
    <w:p>
      <w:r>
        <w:rPr>
          <w:b/>
        </w:rPr>
        <w:t xml:space="preserve">[54:02] </w:t>
      </w:r>
      <w:r>
        <w:t>muarrikh ibn-e-aseer ne is waqey ko muslim tareekh ka sab se bhayanak waqea qarar diya hai. is ke baad muslim dunya mein jawabi karwai ka zehn ubhra.</w:t>
      </w:r>
    </w:p>
    <w:p>
      <w:pPr>
        <w:jc w:val="right"/>
      </w:pPr>
      <w:r>
        <w:t>مؤرخ ابنِ اسیر نے اس واقعے کو مسلم تاریخ کا سب سے بھیانک واقعہ قرار دیا ہے۔ اس کے بعد مسلم دنیا میں جوابی کارروائی کا ذہن ابھرا۔</w:t>
      </w:r>
    </w:p>
    <w:p>
      <w:r>
        <w:rPr>
          <w:b/>
        </w:rPr>
        <w:t xml:space="preserve">[54:14] </w:t>
      </w:r>
      <w:r>
        <w:t>siyasi sargarmian tez ho gayeen, yahan tak keh 1260 mein ain jaloot ki larai pesh aai. is larai se us waqt ke musalmanon ko juzwi faida hua, lekin woh tatariyon ko muslim dunya se nikalne mein kaamyaab nahi hue.</w:t>
      </w:r>
    </w:p>
    <w:p>
      <w:pPr>
        <w:jc w:val="right"/>
      </w:pPr>
      <w:r>
        <w:t>سیاسی سرگرمیاں تیز ہو گئیں، یہاں تک کہ 1260 میں عین جالوت کی لڑائی پیش آئی۔ اس لڑائی سے اس وقت کے مسلمانوں کو جزوی فائدہ ہوا، لیکن وہ تاتاریوں کو مسلم دنیا سے نکالنے میں کامیاب نہیں ہوئے۔</w:t>
      </w:r>
    </w:p>
    <w:p>
      <w:r>
        <w:rPr>
          <w:b/>
        </w:rPr>
        <w:t xml:space="preserve">[54:31] </w:t>
      </w:r>
      <w:r>
        <w:t>yahan tak keh muslim dunya mein yeh kaha janay laga: "من حدثكم أن التتر انهزموا وأسروا فلا تصدقوه" ۔</w:t>
      </w:r>
    </w:p>
    <w:p>
      <w:pPr>
        <w:jc w:val="right"/>
      </w:pPr>
      <w:r>
        <w:t>یہاں تک کہ مسلم دنیا میں یہ کہا جانے لگا: "من حدثكم أن التتر انهزموا وأسروا فلا تصدقوه" ۔</w:t>
      </w:r>
    </w:p>
    <w:p>
      <w:r>
        <w:rPr>
          <w:b/>
        </w:rPr>
        <w:t xml:space="preserve">[54:41] </w:t>
      </w:r>
      <w:r>
        <w:t>"Al-Kamil fi al-Tarikh". yaani jo tum se bayan kare keh tatari shikast kha gaye aur qaid kar liye gaye, toh us ki tasdeeq na karo.</w:t>
      </w:r>
    </w:p>
    <w:p>
      <w:pPr>
        <w:jc w:val="right"/>
      </w:pPr>
      <w:r>
        <w:t>"الکامل فی التاریخ"۔ یعنی جو تم سے بیان کرے کہ تاتاری شکست کھا گئے اور قید کر لیے گئے، تو اس کی تصدیق نہ کرو۔</w:t>
      </w:r>
    </w:p>
    <w:p>
      <w:r>
        <w:rPr>
          <w:b/>
        </w:rPr>
        <w:t xml:space="preserve">[54:50] </w:t>
      </w:r>
      <w:r>
        <w:t>is zamane mein koi aisa shakhs paida nahi hua jo shaoori aitbaar se musalmanon ko replanning ka paigham de. taham halaat ka dabao, yaani pressure, bhi aik muallim hota hai.</w:t>
      </w:r>
    </w:p>
    <w:p>
      <w:pPr>
        <w:jc w:val="right"/>
      </w:pPr>
      <w:r>
        <w:t>اس زمانے میں کوئی ایسا شخص پیدا نہیں ہوا جو شعوری اعتبار سے مسلمانوں کو ری پلاننگ کا پیغام دے۔ تاہم حالات کا دباؤ، یعنی پریشر، بھی ایک معلم ہوتا ہے۔</w:t>
      </w:r>
    </w:p>
    <w:p>
      <w:r>
        <w:rPr>
          <w:b/>
        </w:rPr>
        <w:t xml:space="preserve">[55:03] </w:t>
      </w:r>
      <w:r>
        <w:t>chunancha halaat ka muallim zahir hua, aur aise asbab paida hue jin ke nateeje mein is zamane ke musalmanon mein aik naya khamosh amal, process, jari ho gaya.</w:t>
      </w:r>
    </w:p>
    <w:p>
      <w:pPr>
        <w:jc w:val="right"/>
      </w:pPr>
      <w:r>
        <w:t>چنانچہ حالات کا معلم ظاہر ہوا، اور ایسے اسباب پیدا ہوئے جن کے نتیجے میں اس زمانے کے مسلمانوں میں ایک نیا خاموش عمل، پراسیس، جاری ہو گیا۔</w:t>
      </w:r>
    </w:p>
    <w:p>
      <w:r>
        <w:rPr>
          <w:b/>
        </w:rPr>
        <w:t xml:space="preserve">[55:15] </w:t>
      </w:r>
      <w:r>
        <w:t>yeh amal agarche bazahir halaat ka nateeja tha, lekin amalan wohi cheez ban gaya jis ko hum ne replanning kaha hai.</w:t>
      </w:r>
    </w:p>
    <w:p>
      <w:pPr>
        <w:jc w:val="right"/>
      </w:pPr>
      <w:r>
        <w:t>یہ عمل اگرچہ بظاہر حالات کا نتیجہ تھا، لیکن عملاً وہ وہی چیز بن گیا جس کو ہم نے ری پلاننگ کہا ہے۔</w:t>
      </w:r>
    </w:p>
    <w:p>
      <w:r>
        <w:rPr>
          <w:b/>
        </w:rPr>
        <w:t xml:space="preserve">[55:25] </w:t>
      </w:r>
      <w:r>
        <w:t>yaani be faida jang ko chhod kar pur aman dawat ka tareeqa ikhtiyar karna. is mozu par British musannif T.W. Arnold ne gehri tehqeeq ki hai.</w:t>
      </w:r>
    </w:p>
    <w:p>
      <w:pPr>
        <w:jc w:val="right"/>
      </w:pPr>
      <w:r>
        <w:t>یعنی بے فائدہ جنگ کو چھوڑ کر پرامن دعوت کا طریقہ اختیار کرنا۔ اس موضوع پر برٹش مصنف ٹی ڈبلیو آرڈلڈ نے گہری تحقیق کی ہے۔</w:t>
      </w:r>
    </w:p>
    <w:p>
      <w:r>
        <w:rPr>
          <w:b/>
        </w:rPr>
        <w:t xml:space="preserve">[55:36] </w:t>
      </w:r>
      <w:r>
        <w:t>taweel tehqeeq ke baad unhon ne aik kitaab likhi jo 388 safhaat par mushtamil hai, aur pehli baar 1896 mein chapi.</w:t>
      </w:r>
    </w:p>
    <w:p>
      <w:pPr>
        <w:jc w:val="right"/>
      </w:pPr>
      <w:r>
        <w:t>طویل تحقیق کے بعد انہوں نے ایک کتاب لکھی جو 388 صفحات پر مشتمل ہے، اور پہلی بار 1896 میں چھپی۔</w:t>
      </w:r>
    </w:p>
    <w:p>
      <w:r>
        <w:rPr>
          <w:b/>
        </w:rPr>
        <w:t xml:space="preserve">[55:45] </w:t>
      </w:r>
      <w:r>
        <w:t>professor Arnold ne apni is kitaab mein tafseel ke sath likha hai keh kis tarah halaat ke dabao ke tehat us waqt ke musalmanon mein amalan aik naya zehn ubhra.</w:t>
      </w:r>
    </w:p>
    <w:p>
      <w:pPr>
        <w:jc w:val="right"/>
      </w:pPr>
      <w:r>
        <w:t>پروفیسر آرڈلڈ نے اپنی اس کتاب میں تفصیل کے ساتھ لکھا ہے کہ کس طرح حالات کے دباؤ کے تحت اس وقت کے مسلمانوں میں عملاً ایک نیا ذہن ابھرا۔</w:t>
      </w:r>
    </w:p>
    <w:p>
      <w:r>
        <w:rPr>
          <w:b/>
        </w:rPr>
        <w:t xml:space="preserve">[55:57] </w:t>
      </w:r>
      <w:r>
        <w:t>yeh musallah jang ke bajaye pur aman dawat ka zehn tha. pur aman dawat ka kaam baray peymanay par tatariyon ke darmiyan hone laga, jo aakhir kar is darjay tak pohancha keh tatariyon ki aksariyat ne Islam qabool kar liya.</w:t>
      </w:r>
    </w:p>
    <w:p>
      <w:pPr>
        <w:jc w:val="right"/>
      </w:pPr>
      <w:r>
        <w:t>یہ مسلح جنگ کے بجائے پرامن دعوت کا ذہن تھا۔ پرامن دعوت کا کام بڑے پیمانے پر تاتاریوں کے درمیان ہونے لگا، جو آخر کار اس درجے تک پہنچا کہ تاتاریوں کی اکثریت نے اسلام قبول کر لیا۔</w:t>
      </w:r>
    </w:p>
    <w:p>
      <w:r>
        <w:rPr>
          <w:b/>
        </w:rPr>
        <w:t xml:space="preserve">[56:14] </w:t>
      </w:r>
      <w:r>
        <w:t>is waqey ka zikr karte hue Philip K. Hitti ne apni kitaab "History of the Arabs" mein likha hai keh musalmanon ke mazhab ne wahan fatah hasil kar li jahan un ke hathyar nakaam ho chuke thay.</w:t>
      </w:r>
    </w:p>
    <w:p>
      <w:pPr>
        <w:jc w:val="right"/>
      </w:pPr>
      <w:r>
        <w:t>اس واقعے کا ذکر کرتے ہوئے فلپ کے ہٹی نے اپنی کتاب "ہسٹری آف دی عربز" میں لکھا ہے کہ مسلمانوں کے مذہب نے وہاں فتح حاصل کر لی جہاں ان کے ہتھیار ناکام ہو چکے تھے۔</w:t>
      </w:r>
    </w:p>
    <w:p>
      <w:r>
        <w:rPr>
          <w:b/>
        </w:rPr>
        <w:t xml:space="preserve">[56:28] </w:t>
      </w:r>
      <w:r>
        <w:t>"The religion of the Muslims had conquered where their arms had failed." Professor Hitti ki baat ko doosre alfaaz mein is tarah bayan kiya ja sakta hai: musalmanon ki pehli planning jahan nakaam ho gayi thi, us ki doosri planning ne wahan kamyabi hasil kar li.</w:t>
      </w:r>
    </w:p>
    <w:p>
      <w:pPr>
        <w:jc w:val="right"/>
      </w:pPr>
      <w:r>
        <w:t>"The religion of the Muslims had conquered where their arms had failed." پروفیسر ہٹی کی بات کو دوسرے الفاظ میں اس طرح بیان کیا جا سکتا ہے: مسلمانوں کی پہلی پلاننگ جہاں ناکام ہو گئی تھی، اس کی دوسری پلاننگ نے وہاں کامیابی حاصل کر لی۔</w:t>
      </w:r>
    </w:p>
    <w:p>
      <w:r>
        <w:rPr>
          <w:b/>
        </w:rPr>
        <w:t xml:space="preserve">[56:45] </w:t>
      </w:r>
      <w:r>
        <w:t>yeh doosra process is waqey se shuru hua jis ko professor Arnold ne in alfaaz mein bayan kiya hai: "This prince, Tughluq Temur Khan, is said to have owed his conversion to a holy man from Bukhara by name Sheikh Jamaluddin.</w:t>
      </w:r>
    </w:p>
    <w:p>
      <w:pPr>
        <w:jc w:val="right"/>
      </w:pPr>
      <w:r>
        <w:t>یہ دوسرا پراسیس اس واقعے سے شروع ہوا جس کو پروفیسر آرڈلڈ نے ان الفاظ میں بیان کیا ہے: "This prince, Tughluq Temur Khan, is said to have owed his conversion to a holy man from Bukhara by name Sheikh Jamaluddin.</w:t>
      </w:r>
    </w:p>
    <w:p>
      <w:r>
        <w:rPr>
          <w:b/>
        </w:rPr>
        <w:t xml:space="preserve">[57:01] </w:t>
      </w:r>
      <w:r>
        <w:t>This sheikh, in company with a number of travelers, had unwittingly trespassed on the game preserves of the prince, who ordered them to be bound hand and foot and brought before him</w:t>
      </w:r>
    </w:p>
    <w:p>
      <w:pPr>
        <w:jc w:val="right"/>
      </w:pPr>
      <w:r>
        <w:t>This sheikh, in company with a number of travelers, had unwittingly trespassed on the game preserves of the prince, who ordered them to be bound hand and foot and brought before him</w:t>
      </w:r>
    </w:p>
    <w:p>
      <w:r>
        <w:rPr>
          <w:b/>
        </w:rPr>
        <w:t xml:space="preserve">[57:13] </w:t>
      </w:r>
      <w:r>
        <w:t>In reply to his angry question how they had dared interfere with his hunting, the sheikh pledged that they were strangers and were quite unaware that they were trespassing on forbidden ground, learning that they were Persians.</w:t>
      </w:r>
    </w:p>
    <w:p>
      <w:pPr>
        <w:jc w:val="right"/>
      </w:pPr>
      <w:r>
        <w:t>." In reply to his angry question how they had dared interfere with his hunting, the sheikh pledged that they were strangers and were quite unaware that they were trespassing on forbidden ground, learning that they were Persians.</w:t>
      </w:r>
    </w:p>
    <w:p>
      <w:r>
        <w:rPr>
          <w:b/>
        </w:rPr>
        <w:t xml:space="preserve">[57:29] </w:t>
      </w:r>
      <w:r>
        <w:t>The prince said that a dog was worth more than a Persian. "Yes," replied the sheikh, "if we had not the true faith, we should indeed be worse than the dogs." Struck with his reply, the Khan ordered this bold Persian to be brought before him on his return from hunting, and taking him aside, asked him to explain what he meant by these words and what was faith.</w:t>
      </w:r>
    </w:p>
    <w:p>
      <w:pPr>
        <w:jc w:val="right"/>
      </w:pPr>
      <w:r>
        <w:t>The prince said that a dog was worth more than a Persian. "Yes," replied the sheikh, "if we had not the true faith, we should indeed be worse than the dogs." Struck with his reply, the Khan ordered this bold Persian to be brought before him on his return from hunting, and taking him aside, asked him to explain what he meant by these words and what was faith.</w:t>
      </w:r>
    </w:p>
    <w:p>
      <w:r>
        <w:rPr>
          <w:b/>
        </w:rPr>
        <w:t xml:space="preserve">[57:57] </w:t>
      </w:r>
      <w:r>
        <w:t>The sheikh then set before him the doctrines of Islam with such fervor and zeal that the heart of the Khan, that before had been hard as a stone, was melted like wax.</w:t>
      </w:r>
    </w:p>
    <w:p>
      <w:pPr>
        <w:jc w:val="right"/>
      </w:pPr>
      <w:r>
        <w:t>The sheikh then set before him the doctrines of Islam with such fervor and zeal that the heart of the Khan, that before had been hard as a stone, was melted like wax.</w:t>
      </w:r>
    </w:p>
    <w:p>
      <w:r>
        <w:rPr>
          <w:b/>
        </w:rPr>
        <w:t xml:space="preserve">[58:10] </w:t>
      </w:r>
      <w:r>
        <w:t>And so terrible a picture did the holy man draw of the state of unbelief that the prince was convinced of the blindness of his own errors.</w:t>
      </w:r>
    </w:p>
    <w:p>
      <w:pPr>
        <w:jc w:val="right"/>
      </w:pPr>
      <w:r>
        <w:t>And so terrible a picture did the holy man draw of the state of unbelief that the prince was convinced of the blindness of his own errors.</w:t>
      </w:r>
    </w:p>
    <w:p>
      <w:r>
        <w:rPr>
          <w:b/>
        </w:rPr>
        <w:t xml:space="preserve">[58:20] </w:t>
      </w:r>
      <w:r>
        <w:t>But said, "Where I now to make profession of the faith of Islam, I should not be able to lead my subjects into the true path, but bear with me a little, and when I have entered into the possession of the kingdom of my forefathers, come to me again." Later, he accepted Islam.</w:t>
      </w:r>
    </w:p>
    <w:p>
      <w:pPr>
        <w:jc w:val="right"/>
      </w:pPr>
      <w:r>
        <w:t>But said, "Where I now to make profession of the faith of Islam, I should not be able to lead my subjects into the true path, but bear with me a little, and when I have entered into the possession of the kingdom of my forefathers, come to me again." Later, he accepted Islam.</w:t>
      </w:r>
    </w:p>
    <w:p>
      <w:r>
        <w:rPr>
          <w:b/>
        </w:rPr>
        <w:t xml:space="preserve">[58:47] </w:t>
      </w:r>
      <w:r>
        <w:t>babri masjid ka sabak: ayodhya, india mein ek masjid ki taameer ki gayi. yeh masjid mughal badshah babar ke governor meer baqi ne taameer karaya tha.</w:t>
      </w:r>
    </w:p>
    <w:p>
      <w:pPr>
        <w:jc w:val="right"/>
      </w:pPr>
      <w:r>
        <w:t>بابری مسجد کا سبق: اویودھیا، انڈیا میں ایک مسجد کی تعمیر کی گئی۔ یہ مسجد مغل بادشاہ بابر کے گورنر میر باقی نے تعمیر کرایا تھا۔</w:t>
      </w:r>
    </w:p>
    <w:p>
      <w:r>
        <w:rPr>
          <w:b/>
        </w:rPr>
        <w:t xml:space="preserve">[58:59] </w:t>
      </w:r>
      <w:r>
        <w:t>is bana par is ka naam babri masjid rakha gaya tha. is masjid ke baray mein awwal din se hinduo ko yeh shikayat thi ke woh ram chabootra ki zameen par banai gayi hai.</w:t>
      </w:r>
    </w:p>
    <w:p>
      <w:pPr>
        <w:jc w:val="right"/>
      </w:pPr>
      <w:r>
        <w:t>اس بنا پر اس کا نام بابری مسجد رکھا گیا تھا۔ اس مسجد کے بارے میں اول دن سے ہندوؤں کو یہ شکایت تھی کہ وہ رام چبوترہ کی زمین پر بنائی گئی ہے۔</w:t>
      </w:r>
    </w:p>
    <w:p>
      <w:r>
        <w:rPr>
          <w:b/>
        </w:rPr>
        <w:t xml:space="preserve">[59:13] </w:t>
      </w:r>
      <w:r>
        <w:t>is bana par yeh masjid awwal din se mutnazaa masjid thi. is masjid ke maamlay mein hinduo ke darmiyan narazgi pai jati thi, yahan tak ke azadi hind 1947 ke baad bjp ki ek tehreek ke douran is ko dha diya gaya.</w:t>
      </w:r>
    </w:p>
    <w:p>
      <w:pPr>
        <w:jc w:val="right"/>
      </w:pPr>
      <w:r>
        <w:t>اس بنا پر یہ مسجد اول دن سے متنازعہ مسجد تھی۔ اس مسجد کے معاملے میں ہندوؤں کے درمیان ناراضگی پائی جاتی تھی، یہاں تک کہ آزادی ہند 1947 کے بعد بی جے پی کی ایک تحریک کے دوران اس کو ڈھا دیا گیا۔</w:t>
      </w:r>
    </w:p>
    <w:p>
      <w:r>
        <w:rPr>
          <w:b/>
        </w:rPr>
        <w:t xml:space="preserve">[59:33] </w:t>
      </w:r>
      <w:r>
        <w:t>yeh waqea 6 december 1992 ko paish aya. is ke baad masjid ki jagah ek aarzi mandir ya makeshift temple bana diya gaya.</w:t>
      </w:r>
    </w:p>
    <w:p>
      <w:pPr>
        <w:jc w:val="right"/>
      </w:pPr>
      <w:r>
        <w:t>یہ واقعہ 6 دسمبر 1992 کو پیش آیا۔ اس کے بعد مسجد کی جگہ ایک عارضی مندر یا میک شفٹ ٹیمپل بنا دیا گیا۔</w:t>
      </w:r>
    </w:p>
    <w:p>
      <w:r>
        <w:rPr>
          <w:b/>
        </w:rPr>
        <w:t xml:space="preserve">[59:45] </w:t>
      </w:r>
      <w:r>
        <w:t>is waqay ke baad hindustan ke musalmano mein purshor tehreek uth khari hui. tamam muslim rehnumao ka yeh muttafiqa mutalba tha ke babri masjid ko dobara is ke sabaq jagah par banaya jaye.</w:t>
      </w:r>
    </w:p>
    <w:p>
      <w:pPr>
        <w:jc w:val="right"/>
      </w:pPr>
      <w:r>
        <w:t>اس واقعے کے بعد ہندوستان کے مسلمانوں میں پرشور تحریک اٹھ کھڑی ہوئی۔ تمام مسلم رہنماؤں کا یہ متفقہ مطالبہ تھا کہ بابری مسجد کو دوبارہ اس کے سابقہ جگہ پر بنایا جائے۔</w:t>
      </w:r>
    </w:p>
    <w:p>
      <w:r>
        <w:rPr>
          <w:b/>
        </w:rPr>
        <w:t xml:space="preserve">[1:00:00] </w:t>
      </w:r>
      <w:r>
        <w:t>raqim al haroof ne mehsoos kiya ke yeh mutalba amlan ek naamumkin cheez ka mutalba hai. ab musalmano ko ek aisi cheez ka mutalba karna chahiye jo naye halaat mein qabil e amal mutalba ho.</w:t>
      </w:r>
    </w:p>
    <w:p>
      <w:pPr>
        <w:jc w:val="right"/>
      </w:pPr>
      <w:r>
        <w:t>راقم الحروف نے محسوس کیا کہ یہ مطالبہ عملاً ایک ناممکن چیز کا مطالبہ ہے۔ اب مسلمانوں کو ایک ایسی چیز کا مطالبہ کرنا چاہیے جو نئے حالات میں قابلِ عمل مطالبہ ہو۔</w:t>
      </w:r>
    </w:p>
    <w:p>
      <w:r>
        <w:rPr>
          <w:b/>
        </w:rPr>
        <w:t xml:space="preserve">[1:00:16] </w:t>
      </w:r>
      <w:r>
        <w:t>chunaanche main ne yeh tajweez pesh ki ke musalman babri masjid ke relocation par raazi ho jayein. hindu side ne is tajweez ko foran maan liya, magar india ki muslim nezaat, warish nezaat aur bairish nezaat dono ne muttafiqa tor par is ko naamanzur kar diya, aur woh is mutalbay par misr rahe ke babri masjid ko dobara wahin banaya jaye jahan woh pehle thi.</w:t>
      </w:r>
    </w:p>
    <w:p>
      <w:pPr>
        <w:jc w:val="right"/>
      </w:pPr>
      <w:r>
        <w:t>چنانچہ میں نے یہ تجویز پیش کی کہ مسلمان بابری مسجد کے ری لوکیشن پر راضی ہو جائیں۔ ہندو سائیڈ نے اس تجویز کو فوراً مان لیا، مگر انڈیا کی مسلم قیادت، وارش قیادت اور بیرش قیادت دونوں نے متفقہ طور پر اس کو نامنظور کر دیا، اور وہ اس مطالبے پر مصر رہے کہ بابری مسجد کو دوبارہ وہیں بنایا جائے جہاں وہ پہلے تھی۔</w:t>
      </w:r>
    </w:p>
    <w:p>
      <w:r>
        <w:rPr>
          <w:b/>
        </w:rPr>
        <w:t xml:space="preserve">[1:00:45] </w:t>
      </w:r>
      <w:r>
        <w:t>yeh mutalba jadeed halaat ke aitbar se qata'i tor par na qabil e amal tha. chunaanche taqreeban 25 saal guzar gaye, aur muslim janib se musalsal koshish ke bawajood abhi tak yeh maamla ghair hal shuda haal mein pada hua hai.</w:t>
      </w:r>
    </w:p>
    <w:p>
      <w:pPr>
        <w:jc w:val="right"/>
      </w:pPr>
      <w:r>
        <w:t>یہ مطالبہ جدید حالات کے اعتبار سے قطعی طور پر ناقابلِ عمل تھا۔ چنانچہ تقریباً 25 سال گزر گئے، اور مسلم جانب سے مسلسل کوشش کے باوجود ابھی تک یہ معاملہ غیر حل شدہ حال میں پڑا ہوا ہے۔</w:t>
      </w:r>
    </w:p>
    <w:p>
      <w:r>
        <w:rPr>
          <w:b/>
        </w:rPr>
        <w:t xml:space="preserve">[1:01:03] </w:t>
      </w:r>
      <w:r>
        <w:t>agar muslim rehnumao ko replanning ki ahmiyat maloom hoti to woh foran relocation ki tajweez ko maan lete, aur ab tak wahan kisi qareebi ilaqay mein dobara babri masjid ke naam par ek islamic center ban chuka hota.</w:t>
      </w:r>
    </w:p>
    <w:p>
      <w:pPr>
        <w:jc w:val="right"/>
      </w:pPr>
      <w:r>
        <w:t>اگر مسلم رہنماؤں کو ری پلاننگ کی اہمیت معلوم ہوتی تو وہ فوراً ری لوکیشن کی تجویز کو مان لیتے، اور اب تک وہاں کسی قریبی علاقے میں دوبارہ بابری مسجد کے نام پر ایک اسلامک سینٹر بن چکا ہوتا۔</w:t>
      </w:r>
    </w:p>
    <w:p>
      <w:r>
        <w:rPr>
          <w:b/>
        </w:rPr>
        <w:t xml:space="preserve">[1:01:22] </w:t>
      </w:r>
      <w:r>
        <w:t>masjid ko relocate karne ka tareeqa aalam e arab mein aam tor par ikhtiyar kiya ja chuka hai, phir india ke muslim rehnumao ke liye yeh kyun qabil e qubool na ho saka?</w:t>
      </w:r>
    </w:p>
    <w:p>
      <w:pPr>
        <w:jc w:val="right"/>
      </w:pPr>
      <w:r>
        <w:t>مسجد کو ری لوکیٹ کرنے کا طریقہ عالم عرب میں عام طور پر اختیار کیا جا چکا ہے، پھر انڈیا کے مسلم رہنماؤں کے لیے یہ کیوں قابلِ قبول نہ ہو سکا؟</w:t>
      </w:r>
    </w:p>
    <w:p>
      <w:r>
        <w:rPr>
          <w:b/>
        </w:rPr>
        <w:t xml:space="preserve">[1:01:35] </w:t>
      </w:r>
      <w:r>
        <w:t>is ka sabab yeh hai ke arab dunya mein compulsion ki bina par koi doosra option maujood na tha, jab ke india mein azadi ki bina par koi jabr maujood na tha, aur muslim rehnumao ko shaoori tor par yeh maloom hi na tha ke replanning bhi islam ka ek musallama usool hai.</w:t>
      </w:r>
    </w:p>
    <w:p>
      <w:pPr>
        <w:jc w:val="right"/>
      </w:pPr>
      <w:r>
        <w:t>اس کا سبب یہ ہے کہ عرب دنیا میں کمپلشن کی بنا پر کوئی دوسرا آپشن موجود نہ تھا، جبکہ انڈیا میں آزادی کی بنا پر کوئی جبر موجود نہ تھا، اور مسلم رہنماؤں کو شعوری طور پر یہ معلوم ہی نہ تھا کہ ری پلاننگ بھی اسلام کا ایک مسلمہ اصول ہے۔</w:t>
      </w:r>
    </w:p>
    <w:p>
      <w:r>
        <w:rPr>
          <w:b/>
        </w:rPr>
        <w:t xml:space="preserve">[1:01:58] </w:t>
      </w:r>
      <w:r>
        <w:t>is maamlay mein khud paighambar e islam ke zamanay ki ek rahinuma misaal maujood thi, woh yeh ke paighambar e islam ki nabuwat se pehle qadeem makkah mein shadeed barish hui, aur is bina par kaaba ki imarat ko nuqsan pohncha tha.</w:t>
      </w:r>
    </w:p>
    <w:p>
      <w:pPr>
        <w:jc w:val="right"/>
      </w:pPr>
      <w:r>
        <w:t>اس معاملے میں خود پیغمبر اسلام کے زمانے کی ایک رہنما مثال موجود تھی، وہ یہ کہ پیغمبر اسلام کی نبوت سے پہلے قدیم مکہ میں شدید بارش ہوئی، اور اس بنا پر کعبے کی عمارت کو نقصان پہنچا تھا۔</w:t>
      </w:r>
    </w:p>
    <w:p>
      <w:r>
        <w:rPr>
          <w:b/>
        </w:rPr>
        <w:t xml:space="preserve">[1:02:15] </w:t>
      </w:r>
      <w:r>
        <w:t>us waqt qadeem makkah ke mushrik sardaro ne kaaba ki imarat az sar e nau banai, magar kisi wajah se unho ne aisa kiya ke kaaba ke raqbay ke aik tahai hissay ko ghair mustashaf halat mein chhod diya, aur baqi hissay mein kaaba ki maujooda imarat banai.</w:t>
      </w:r>
    </w:p>
    <w:p>
      <w:pPr>
        <w:jc w:val="right"/>
      </w:pPr>
      <w:r>
        <w:t>اس وقت قدیم مکہ کے مشرک سرداروں نے کعبہ کی عمارت از سرِ نو بنائی، مگر کسی وجہ سے انہوں نے ایسا کیا کہ کعبے کے رقبے کے ایک تہائی حصے کو غیر مثقف حالت میں چھوڑ دیا، اور بقیہ حصے میں کعبے کی موجودہ عمارت بنا دی۔</w:t>
      </w:r>
    </w:p>
    <w:p>
      <w:r>
        <w:rPr>
          <w:b/>
        </w:rPr>
        <w:t xml:space="preserve">[1:02:36] </w:t>
      </w:r>
      <w:r>
        <w:t>yeh ghair mustashaf raqba badastoor saabiq halat mein maujood hai. is aitbar se dekhiye to khud kaaba ki maujooda imarat goya ke relocation ki ek misaal hai.</w:t>
      </w:r>
    </w:p>
    <w:p>
      <w:pPr>
        <w:jc w:val="right"/>
      </w:pPr>
      <w:r>
        <w:t>یہ غیر مثقف رقبہ بدستور سابق حالت میں موجود ہے۔ اس اعتبار سے دیکھیے تو خود کعبہ کی موجودہ عمارت گویا کہ ری لوکیشن کی ایک مثال ہے۔</w:t>
      </w:r>
    </w:p>
    <w:p>
      <w:r>
        <w:rPr>
          <w:b/>
        </w:rPr>
        <w:t xml:space="preserve">[1:02:50] </w:t>
      </w:r>
      <w:r>
        <w:t>kaaba ki qadeem imarat, jo hazrat ibrahim ne banai thi, woh lambi imarat thi, jab ke kaaba ki maujooda imarat ek chowkor imarat hai.</w:t>
      </w:r>
    </w:p>
    <w:p>
      <w:pPr>
        <w:jc w:val="right"/>
      </w:pPr>
      <w:r>
        <w:t>کعبہ کی قدیم عمارت، جو حضرت ابراہیم نے بنائی تھی، وہ لمبی عمارت تھی، جبکہ کعبہ کی موجودہ عمارت ایک چوکور عمارت ہے۔</w:t>
      </w:r>
    </w:p>
    <w:p>
      <w:r>
        <w:rPr>
          <w:b/>
        </w:rPr>
        <w:t xml:space="preserve">[1:03:00] </w:t>
      </w:r>
      <w:r>
        <w:t>yeh goya kaaba ki imarat ko relocate karne ki ek misaal hai. tareekh batati hai ke paighambar e islam ne is relocation ko amlan tasleem kar liya.</w:t>
      </w:r>
    </w:p>
    <w:p>
      <w:pPr>
        <w:jc w:val="right"/>
      </w:pPr>
      <w:r>
        <w:t>یہ گویا کعبہ کی عمارت کو ری لوکیٹ کرنے کی ایک مثال ہے۔ تاریخ بتاتی ہے کہ پیغمبر اسلام نے اس ری لوکیشن کو عملاً تسلیم کر لیا۔</w:t>
      </w:r>
    </w:p>
    <w:p>
      <w:r>
        <w:rPr>
          <w:b/>
        </w:rPr>
        <w:t xml:space="preserve">[1:03:11] </w:t>
      </w:r>
      <w:r>
        <w:t>unho ne yeh mutalba nahi kiya ke kaaba ko dobara is ki qadeem buniyad par taameer kiya jaye. relocation ka matlab yeh hai ke ek building ko is ki jagah badal kar nai jagah par usi sakht ke mutabiq bana diya jaye.</w:t>
      </w:r>
    </w:p>
    <w:p>
      <w:pPr>
        <w:jc w:val="right"/>
      </w:pPr>
      <w:r>
        <w:t>انہوں نے یہ مطالبہ نہیں کیا کہ کعبہ کو دوبارہ اس کی قدیم بنیاد پر تعمیر کیا جائے۔ ری لوکیشن کا مطلب یہ ہے کہ ایک بلڈنگ کو اس کی جگہ بدل کر نئی جگہ پر اسی ساخت کے مطابق بنا دیا جائے۔</w:t>
      </w:r>
    </w:p>
    <w:p>
      <w:r>
        <w:rPr>
          <w:b/>
        </w:rPr>
        <w:t xml:space="preserve">[1:03:28] </w:t>
      </w:r>
      <w:r>
        <w:t>islam ke ibtedai daur mein logon ne jagah jagah masjidain bana li theen. beesveen sadi mein jab arbo ke paas tail ki daulat aai to unho ne apne shehro ko planning city ke andaaz mein develop karna shuru kiya.</w:t>
      </w:r>
    </w:p>
    <w:p>
      <w:pPr>
        <w:jc w:val="right"/>
      </w:pPr>
      <w:r>
        <w:t>اسلام کے ابتدائی دور میں لوگوں نے جگہ جگہ مسجدیں بنا لی تھیں۔ بیسویں صدی میں جب عربوں کے پاس تیل کی دولت آئی تو انہوں نے اپنے شہروں کو پلاننگ سٹی کے انداز میں ڈیویلپ کرنا شروع کیا۔</w:t>
      </w:r>
    </w:p>
    <w:p>
      <w:r>
        <w:rPr>
          <w:b/>
        </w:rPr>
        <w:t xml:space="preserve">[1:03:44] </w:t>
      </w:r>
      <w:r>
        <w:t>is taameeri mansoobay mein jagah jagah masjidain haail ho rahi theen, to yeh faisla kiya gaya ke masjidon ko relocate kar ke shehri mansoobay ki takmeel ki jaye.</w:t>
      </w:r>
    </w:p>
    <w:p>
      <w:pPr>
        <w:jc w:val="right"/>
      </w:pPr>
      <w:r>
        <w:t>اس تعمیری منصوبے میں جگہ جگہ مسجدیں حائل ہو رہی تھیں، تو یہ فیصلہ کیا گیا کہ مسجدوں کو ری لوکیٹ کر کے شہری منصوبے کی تکمیل کی جائے۔</w:t>
      </w:r>
    </w:p>
    <w:p>
      <w:r>
        <w:rPr>
          <w:b/>
        </w:rPr>
        <w:t xml:space="preserve">[1:03:55] </w:t>
      </w:r>
      <w:r>
        <w:t>yeh mansooba ulama ke fatway ke mutabiq tha. chunaanche arab mulko mein bari tadaad mein masjidain relocate keen gayeen, aur har jagah ke ulama ne is ko ek durust amal ke tor par tasleem kar liya.</w:t>
      </w:r>
    </w:p>
    <w:p>
      <w:pPr>
        <w:jc w:val="right"/>
      </w:pPr>
      <w:r>
        <w:t>یہ منصوبہ علماء کے فتوے کے مطابق تھا۔ چنانچہ عرب ملکوں میں بڑی تعداد میں مسجدیں ری لوکیٹ کی گئیں، اور ہر جگہ کے علماء نے اس کو ایک درست عمل کے طور پر تسلیم کر لیا۔</w:t>
      </w:r>
    </w:p>
    <w:p>
      <w:r>
        <w:rPr>
          <w:b/>
        </w:rPr>
        <w:t xml:space="preserve">[1:04:11] </w:t>
      </w:r>
      <w:r>
        <w:t>arab dunya ki yeh nazir kafi thi ke hindustan mein bhi is ko ikhtiyar kar liya jaye, magar hindustani ulama ke adam ittifaq ki bina par aisa na ho saka.</w:t>
      </w:r>
    </w:p>
    <w:p>
      <w:pPr>
        <w:jc w:val="right"/>
      </w:pPr>
      <w:r>
        <w:t>عرب دنیا کی یہ نظیر کافی تھی کہ ہندوستان میں بھی اس کو اختیار کر لیا جائے، مگر ہندوستانی علماء کے عدم اتفاق کی بنا پر ایسا نہ ہو سکا۔</w:t>
      </w:r>
    </w:p>
    <w:p>
      <w:r>
        <w:rPr>
          <w:b/>
        </w:rPr>
        <w:t xml:space="preserve">[1:04:29] </w:t>
      </w:r>
      <w:r>
        <w:t>dawat ki re-planning: dawat ilallah islam ka aham tareen mission hai. dawat ke do daur hain: aghaz se zuhoor-e-science tak, zuhoor-e-science ke baad ikkeesween sadi tak.</w:t>
      </w:r>
    </w:p>
    <w:p>
      <w:pPr>
        <w:jc w:val="right"/>
      </w:pPr>
      <w:r>
        <w:t>دعوت کی ری پلاننگ: دعوت الی اللہ اسلام کا اہم ترین مشن ہے۔ دعوت کے دو دور ہیں: آغاز سے ظہورِ سائنس تک، ظہورِ سائنس کے بعد اکیسویں صدی تک۔</w:t>
      </w:r>
    </w:p>
    <w:p>
      <w:r>
        <w:rPr>
          <w:b/>
        </w:rPr>
        <w:t xml:space="preserve">[1:04:46] </w:t>
      </w:r>
      <w:r>
        <w:t>jadeed science se pehle dawat-e-islam ka kaam istidlal ke aitbar se moajza, yani miracle, ki buniyad par hota tha.</w:t>
      </w:r>
    </w:p>
    <w:p>
      <w:pPr>
        <w:jc w:val="right"/>
      </w:pPr>
      <w:r>
        <w:t>جدید سائنس سے پہلے دعوتِ اسلام کا کام استدلال کے اعتبار سے معجزہ، یعنی میریکل، کی بنیاد پر ہوتا تھا۔</w:t>
      </w:r>
    </w:p>
    <w:p>
      <w:r>
        <w:rPr>
          <w:b/>
        </w:rPr>
        <w:t xml:space="preserve">[1:04:56] </w:t>
      </w:r>
      <w:r>
        <w:t>is ko quran mein bayyināt kaha gaya hai. doosre daur mein dawat ka kaam istidlal ke aitbar se, sainsi shahadat, yani scientific evidence, ki buniyad par anjam pana hai.</w:t>
      </w:r>
    </w:p>
    <w:p>
      <w:pPr>
        <w:jc w:val="right"/>
      </w:pPr>
      <w:r>
        <w:t>اس کو قرآن میں بینات کہا گیا ہے۔ دوسرے دور میں دعوت کا کام استدلال کے اعتبار سے، سائنسی شہادت، یعنی سائنٹیفک ایویڈنس، کی بنیاد پر انجام پانا ہے۔</w:t>
      </w:r>
    </w:p>
    <w:p>
      <w:r>
        <w:rPr>
          <w:b/>
        </w:rPr>
        <w:t xml:space="preserve">[1:05:10] </w:t>
      </w:r>
      <w:r>
        <w:t>yeh sainsi shahadat wahi cheez hai jis ko quran mein ayat-e-afaq o anfus ke alfaaz mein peshgi tor par bayan kar diya gaya hai.</w:t>
      </w:r>
    </w:p>
    <w:p>
      <w:pPr>
        <w:jc w:val="right"/>
      </w:pPr>
      <w:r>
        <w:t>یہ سائنسی شہادت وہی چیز ہے جس کو قرآن میں آیاتِ آفاق و انفس کے الفاظ میں پیشگی طور پر بیان کر دیا گیا ہے۔</w:t>
      </w:r>
    </w:p>
    <w:p>
      <w:r>
        <w:rPr>
          <w:b/>
        </w:rPr>
        <w:t xml:space="preserve">[1:05:21] </w:t>
      </w:r>
      <w:r>
        <w:t>modern science koi ajnabi cheez nahi, yeh darasal fitrat, yani nature, ke andar chhupe hue haqaiq ko daryaft karne ka naam hai.</w:t>
      </w:r>
    </w:p>
    <w:p>
      <w:pPr>
        <w:jc w:val="right"/>
      </w:pPr>
      <w:r>
        <w:t>ماڈرن سائنس کوئی اجنبی چیز نہیں، یہ دراصل فطرت، یعنی نیچر، کے اندر چھپے ہوئے حقائق کو دریافت کرنے کا نام ہے۔</w:t>
      </w:r>
    </w:p>
    <w:p>
      <w:r>
        <w:rPr>
          <w:b/>
        </w:rPr>
        <w:t xml:space="preserve">[1:05:32] </w:t>
      </w:r>
      <w:r>
        <w:t>fitrat ne yeh makhfi dalail is liye rakh diye gaye the ke waqt aane par in ko daryaft kar ke dawat ke haq mein istidlali buniyad ke tor par istemal kiya jaye.</w:t>
      </w:r>
    </w:p>
    <w:p>
      <w:pPr>
        <w:jc w:val="right"/>
      </w:pPr>
      <w:r>
        <w:t>فطرت نے یہ مخفی دلائل اس لیے رکھ دیے گئے تھے کہ وقت آنے پر ان کو دریافت کر کے دعوت کے حق میں استدلالی بنیاد کے طور پر استعمال کیا جائے۔</w:t>
      </w:r>
    </w:p>
    <w:p>
      <w:r>
        <w:rPr>
          <w:b/>
        </w:rPr>
        <w:t xml:space="preserve">[1:05:46] </w:t>
      </w:r>
      <w:r>
        <w:t>ab aakhri taur par woh zamana aa gaya hai jabke is istidlali buniyad ko dawat-e-haq ke liye istemal kar ke dawat-e-haq ka woh aala istidlali kaam anjam diya jaye jis ko hadith mein shahadat-e-azam kaha gaya hai.</w:t>
      </w:r>
    </w:p>
    <w:p>
      <w:pPr>
        <w:jc w:val="right"/>
      </w:pPr>
      <w:r>
        <w:t>اب آخری طور پر وہ زمانہ آ گیا ہے جبکہ اس استدلالی بنیاد کو دعوتِ حق کے لیے استعمال کر کے دعوتِ حق کا وہ اعلیٰ استدلالی کام انجام دیا جائے جس کو حدیث میں شہادتِ اعظم کہا گیا ہے۔</w:t>
      </w:r>
    </w:p>
    <w:p>
      <w:r>
        <w:rPr>
          <w:b/>
        </w:rPr>
        <w:t xml:space="preserve">[1:06:07] </w:t>
      </w:r>
      <w:r>
        <w:t>maujooda zamane mein sainsi dalail ki buniyad par dawat ke is kaam ka aghaz ho chuka hai. raqim-ul-huroof ne is mozu ka tafseeli mutala kiya aur darjanon chhoti badi kitaben is mozu par likhin.</w:t>
      </w:r>
    </w:p>
    <w:p>
      <w:pPr>
        <w:jc w:val="right"/>
      </w:pPr>
      <w:r>
        <w:t>موجودہ زمانے میں سائنسی دلائل کی بنیاد پر دعوت کے اس کام کا آغاز ہو چکا ہے۔ راقم الحروف نے اس موضوع کا تفصیلی مطالعہ کیا اور درجنوں چھوٹی بڑی کتابیں اس موضوع پر لکھیں۔</w:t>
      </w:r>
    </w:p>
    <w:p>
      <w:r>
        <w:rPr>
          <w:b/>
        </w:rPr>
        <w:t xml:space="preserve">[1:06:24] </w:t>
      </w:r>
      <w:r>
        <w:t>in mein se ek "mazhab aur jadeed challenge" hai jo pehli bar 1966 mein chhapi thi. is kitab ka tarjuma aksar badi badi zubanon mein ho chuka hai, maslan arabi mein "Al-Islam wa al-Tihadi" aur angrezi mein "God Arises" waghera.</w:t>
      </w:r>
    </w:p>
    <w:p>
      <w:pPr>
        <w:jc w:val="right"/>
      </w:pPr>
      <w:r>
        <w:t>ان میں سے ایک "مذہب اور جدید چیلنج" ہے جو پہلی بار 1966 میں چھپی تھی۔ اس کتاب کا ترجمہ اکثر بڑی بڑی زبانوں میں ہو چکا ہے، مثلاً عربی میں "الاسلامیتحدی" اور انگریزی میں "God Arises" وغیرہ۔</w:t>
      </w:r>
    </w:p>
    <w:p>
      <w:r>
        <w:rPr>
          <w:b/>
        </w:rPr>
        <w:t xml:space="preserve">[1:06:43] </w:t>
      </w:r>
      <w:r>
        <w:t>is mozu par masaihi ulama ne kafi kaam kiya hai, maslan chalis amriki scientists ke maqalat par mushtamil ek kitab chhapi hai: "The Evidence of God in an Expanding Universe".</w:t>
      </w:r>
    </w:p>
    <w:p>
      <w:pPr>
        <w:jc w:val="right"/>
      </w:pPr>
      <w:r>
        <w:t>اس موضوع پر مسیحی علماء نے کافی کام کیا ہے، مثلاً چالیس امریکی سائنسدانوں کے مقالات پر مشتمل ایک کتاب چھپی ہے: "The Evidence of God in an Expanding Universe"۔</w:t>
      </w:r>
    </w:p>
    <w:p>
      <w:r>
        <w:rPr>
          <w:b/>
        </w:rPr>
        <w:t xml:space="preserve">[1:06:59] </w:t>
      </w:r>
      <w:r>
        <w:t>yeh kitab pehli bar 1958 mein amrica se chhapi hai. is ke baad is kitab ka arabi tarjuma "Al-Ilahiyat Tajalli fi Asr al-Ilm" ke naam se chhapa.</w:t>
      </w:r>
    </w:p>
    <w:p>
      <w:pPr>
        <w:jc w:val="right"/>
      </w:pPr>
      <w:r>
        <w:t>یہ کتاب پہلی بار 1958 میں امریکہ سے چھپی ہے۔ اس کے بعد اس کتاب کا عربی ترجمہ "اللہیتجلی فی عصر العلم" کے نام سے چھپا۔</w:t>
      </w:r>
    </w:p>
    <w:p>
      <w:r>
        <w:rPr>
          <w:b/>
        </w:rPr>
        <w:t xml:space="preserve">[1:07:12] </w:t>
      </w:r>
      <w:r>
        <w:t>is mozu par ek aur qabil-e-zikr kitab "Quran, Bible aur Science" hai. yeh kitab awwalan Dr. Maurice Bucaille ne faransi zuban mein tayyar ki.</w:t>
      </w:r>
    </w:p>
    <w:p>
      <w:pPr>
        <w:jc w:val="right"/>
      </w:pPr>
      <w:r>
        <w:t>اس موضوع پر ایک اور قابلِ ذکر کتاب "قرآن، بائبل اور سائنس" ہے۔ یہ کتاب اولاً ڈاکٹر مورس بوکائے نے فرانسیسی زبان میں تیار کی۔</w:t>
      </w:r>
    </w:p>
    <w:p>
      <w:r>
        <w:rPr>
          <w:b/>
        </w:rPr>
        <w:t xml:space="preserve">[1:07:24] </w:t>
      </w:r>
      <w:r>
        <w:t>is ke baad is kitab ka tarjuma angrezi o deegar zubanon mein hua. arabi zuban mein is kitab ka tarjuma chhup chuka hai.</w:t>
      </w:r>
    </w:p>
    <w:p>
      <w:pPr>
        <w:jc w:val="right"/>
      </w:pPr>
      <w:r>
        <w:t>اس کے بعد اس کتاب کا ترجمہ انگریزی و دیگر زبانوں میں ہوا۔ عربی زبان میں اس کتاب کا ترجمہ چھپ چکا ہے۔</w:t>
      </w:r>
    </w:p>
    <w:p>
      <w:r>
        <w:rPr>
          <w:b/>
        </w:rPr>
        <w:t xml:space="preserve">[1:07:34] </w:t>
      </w:r>
      <w:r>
        <w:t>is ka title hai: "Al-Torat wa al-Injil wa al-Quran wa al-Ilm". taham is kaam ki takmeel ke liye abhi bohat kuch karna baqi hai.</w:t>
      </w:r>
    </w:p>
    <w:p>
      <w:pPr>
        <w:jc w:val="right"/>
      </w:pPr>
      <w:r>
        <w:t>اس کا ٹائٹل ہے: "التورات والانجیل والقرآن والعلم"۔ تاہم اس کام کی تکمیل کے لیے ابھی بہت کچھ کرنا باقی ہے۔</w:t>
      </w:r>
    </w:p>
    <w:p>
      <w:r>
        <w:rPr>
          <w:b/>
        </w:rPr>
        <w:t xml:space="preserve">[1:07:45] </w:t>
      </w:r>
      <w:r>
        <w:t>jadeed sainsi tehqiqat se jo baatein maloom hui hain woh hum ko ek naya framework de rahi hain. is framework ko istemal karte hue yeh mumkin ho gaya hai ke islam ki talimat ko waqt ke musallama ilmi mayar par sabit shuda banaya ja sake.</w:t>
      </w:r>
    </w:p>
    <w:p>
      <w:pPr>
        <w:jc w:val="right"/>
      </w:pPr>
      <w:r>
        <w:t>جدید سائنسی تحقیقات سے جو باتیں معلوم ہوئی ہیں وہ ہم کو ایک نیا فریم ورک دے رہی ہیں۔ اس فریم ورک کو استعمال کرتے ہوئے یہ ممکن ہو گیا ہے کہ اسلام کی تعلیمات کو وقت کے مسلمہ علمی معیار پر ثابت شدہ بنایا جا سکے۔</w:t>
      </w:r>
    </w:p>
    <w:p>
      <w:r>
        <w:rPr>
          <w:b/>
        </w:rPr>
        <w:t xml:space="preserve">[1:08:05] </w:t>
      </w:r>
      <w:r>
        <w:t>jadeed science apni haqeeqat ke aitbar se islam ka ilm-e-kalam hai. jadeed science ne woh data faraham kar diya hai jis ki buniyad par islam ki talimat ko waqt ke musallama mayar ki buniyad par pesh kiya jaye.</w:t>
      </w:r>
    </w:p>
    <w:p>
      <w:pPr>
        <w:jc w:val="right"/>
      </w:pPr>
      <w:r>
        <w:t>جدید سائنس اپنی حقیقت کے اعتبار سے اسلام کا علمِ کلام ہے۔ جدید سائنس نے وہ ڈیٹا فراہم کر دیا ہے جس کی بنیاد پر اسلام کی تعلیمات کو وقت کے مسلمہ معیار کی بنیاد پر پیش کیا جائے۔</w:t>
      </w:r>
    </w:p>
    <w:p>
      <w:r>
        <w:rPr>
          <w:b/>
        </w:rPr>
        <w:t xml:space="preserve">[1:08:23] </w:t>
      </w:r>
      <w:r>
        <w:t>is lihaaz se dekha jaye to jadeed saiyanti daur Quran ki ek aayat ki peshango'i ka waqea banna</w:t>
      </w:r>
    </w:p>
    <w:p>
      <w:pPr>
        <w:jc w:val="right"/>
      </w:pPr>
      <w:r>
        <w:t>اس لحاظ سے دیکھا جائے تو جدید سائنسی دور قرآن کی ایک آیت کی پیشنگوئی کا واقعہ بننا</w:t>
      </w:r>
    </w:p>
    <w:p>
      <w:r>
        <w:rPr>
          <w:b/>
        </w:rPr>
        <w:t xml:space="preserve">[1:08:31] </w:t>
      </w:r>
      <w:r>
        <w:t>hai. Woh aayat yeh hai: sanureehim aayatana fil afaqi wa fil anfusihim hatta yatbayyana lahum annahul haq yaani anqareeb</w:t>
      </w:r>
    </w:p>
    <w:p>
      <w:pPr>
        <w:jc w:val="right"/>
      </w:pPr>
      <w:r>
        <w:t>ہے۔ وہ آیت یہ ہے: سنريهم آياتنا في الآفاق وفي أنفسهم حتى يتبين لهم أنه الحق یعنی عنقریب</w:t>
      </w:r>
    </w:p>
    <w:p>
      <w:r>
        <w:rPr>
          <w:b/>
        </w:rPr>
        <w:t xml:space="preserve">[1:08:45] </w:t>
      </w:r>
      <w:r>
        <w:t>hum un ko apni nishaniyan dikhayen ge, afaq mein bhi aur khud un ke andar bhi, yahan tak</w:t>
      </w:r>
    </w:p>
    <w:p>
      <w:pPr>
        <w:jc w:val="right"/>
      </w:pPr>
      <w:r>
        <w:t>ہم ان کو اپنی نشانیاں دکھائیں گے، آفاق میں بھی اور خود ان کے اندر بھی، یہاں تک</w:t>
      </w:r>
    </w:p>
    <w:p>
      <w:r>
        <w:rPr>
          <w:b/>
        </w:rPr>
        <w:t xml:space="preserve">[1:08:51] </w:t>
      </w:r>
      <w:r>
        <w:t>ke un par zahir ho jaye ga ke yeh haq hai.</w:t>
      </w:r>
    </w:p>
    <w:p>
      <w:pPr>
        <w:jc w:val="right"/>
      </w:pPr>
      <w:r>
        <w:t>کہ ان پر ظاہر ہو جائے گا کہ یہ حق ہے۔</w:t>
      </w:r>
    </w:p>
    <w:p>
      <w:r>
        <w:rPr>
          <w:b/>
        </w:rPr>
        <w:t xml:space="preserve">[1:08:55] </w:t>
      </w:r>
      <w:r>
        <w:t>quran ki is ayat mein afaq o anfus ki nishaniyon ke zuhoor se murad yeh hai ke mustaqbil mein sainsi mutale ke zareeye fitrat ke qanoon, yani Laws of Nature, daryaft honge, aur un daryafton ke zareeye yeh mumkin ho jaye ga ke islami haqiqaton ko aala aqli mayar par sabit shuda banaya ja sake.</w:t>
      </w:r>
    </w:p>
    <w:p>
      <w:pPr>
        <w:jc w:val="right"/>
      </w:pPr>
      <w:r>
        <w:t>قرآن کی اس آیت میں آفاق و انفس کی نشانیوں کے ظہور سے مراد یہ ہے کہ مستقبل میں سائنسی مطالعے کے ذریعے فطرت کے قوانین، یعنی Laws of Nature، دریافت ہوں گے، اور ان دریافتوں کے ذریعے یہ ممکن ہو جائے گا کہ اسلامی حقیقتوں کو اعلیٰ عقلی معیار پر ثابت شدہ بنایا جا سکے۔</w:t>
      </w:r>
    </w:p>
    <w:p>
      <w:r>
        <w:rPr>
          <w:b/>
        </w:rPr>
        <w:t xml:space="preserve">[1:09:20] </w:t>
      </w:r>
      <w:r>
        <w:t>doosre alfaaz mein, is ka matlab yeh hai ke mustaqbil mein aisi haqiqaton ki daryaft hogi jin ki buniyad par yeh mumkin ho jaye ga ke islami ilm-e-kalam ko waqt ke musallama usoolon ki buniyad par mudawwan kiya ja sake.</w:t>
      </w:r>
    </w:p>
    <w:p>
      <w:pPr>
        <w:jc w:val="right"/>
      </w:pPr>
      <w:r>
        <w:t>دوسرے الفاظ میں، اس کا مطلب یہ ہے کہ مستقبل میں ایسی حقیقتوں کی دریافت ہوگی جن کی بنیاد پر یہ ممکن ہو جائے گا کہ اسلامی علمِ کلام کو وقت کے مسلمہ اصولوں کی بنیاد پر مدون کیا جا سکے۔</w:t>
      </w:r>
    </w:p>
    <w:p>
      <w:r>
        <w:rPr>
          <w:b/>
        </w:rPr>
        <w:t xml:space="preserve">[1:09:45] </w:t>
      </w:r>
      <w:r>
        <w:t>danishmandi ki zaroorat: ek hadith mukhtalif kitabon mein aayi hai. is riwayat ke alfaaz yeh hain: al-kalimah al-hikmah dalat al-momin fa haythu wajadahu fahuwa ahq biha Sunan al-Tirmidhi.</w:t>
      </w:r>
    </w:p>
    <w:p>
      <w:pPr>
        <w:jc w:val="right"/>
      </w:pPr>
      <w:r>
        <w:t>دانشمندی کی ضرورت: ایک حدیث مختلف کتابوں میں آئی ہے۔ اس روایت کے الفاظ یہ ہیں: الکلمۃ الحکمہ ضالۃ المومن فحیث وجدہ فہو احق بہا سنن الترمذی۔</w:t>
      </w:r>
    </w:p>
    <w:p>
      <w:r>
        <w:rPr>
          <w:b/>
        </w:rPr>
        <w:t xml:space="preserve">[1:10:04] </w:t>
      </w:r>
      <w:r>
        <w:t>yani hikmat ki baat momin ki gumshuda cheez hai, woh jahan is ko paye us ko le le. is se maloom hua ke hikmat ki baat koi mazhabi aqeeday ki baat nahi.</w:t>
      </w:r>
    </w:p>
    <w:p>
      <w:pPr>
        <w:jc w:val="right"/>
      </w:pPr>
      <w:r>
        <w:t>یعنی حکمت کی بات مومن کی گمشدہ چیز ہے، وہ جہاں اس کو پائے اس کو لے لے۔ اس سے معلوم ہوا کہ حکمت کی بات کوئی مذہبی عقیدے کی بات نہیں۔</w:t>
      </w:r>
    </w:p>
    <w:p>
      <w:r>
        <w:rPr>
          <w:b/>
        </w:rPr>
        <w:t xml:space="preserve">[1:10:17] </w:t>
      </w:r>
      <w:r>
        <w:t>har insan is ko kahin se bhi le sakta hai aur is ko apne maqsad ke liye istemal kar sakta hai. yeh taleem bohat zyada aham hai.</w:t>
      </w:r>
    </w:p>
    <w:p>
      <w:pPr>
        <w:jc w:val="right"/>
      </w:pPr>
      <w:r>
        <w:t>ہر انسان اس کو کہیں سے بھی لے سکتا ہے اور اس کو اپنے مقصد کے لیے استعمال کر سکتا ہے۔ یہ تعلیم بہت زیادہ اہم ہے۔</w:t>
      </w:r>
    </w:p>
    <w:p>
      <w:r>
        <w:rPr>
          <w:b/>
        </w:rPr>
        <w:t xml:space="preserve">[1:10:28] </w:t>
      </w:r>
      <w:r>
        <w:t>is se re-planning ka daira bohat zyada badh jata hai. is ka matlab yeh hai ke jab kisi giroh ke liye re-planning ka waqt aaye to woh apne aur ghair mein koi farq na kare.</w:t>
      </w:r>
    </w:p>
    <w:p>
      <w:pPr>
        <w:jc w:val="right"/>
      </w:pPr>
      <w:r>
        <w:t>اس سے ری پلاننگ کا دائرہ بہت زیادہ بڑھ جاتا ہے۔ اس کا مطلب یہ ہے کہ جب کسی گروہ کے لیے ری پلاننگ کا وقت آئے تو وہ اپنے اور غیر میں کوئی فرق نہ کرے۔</w:t>
      </w:r>
    </w:p>
    <w:p>
      <w:r>
        <w:rPr>
          <w:b/>
        </w:rPr>
        <w:t xml:space="preserve">[1:10:43] </w:t>
      </w:r>
      <w:r>
        <w:t>woh har hikmat ko khud apni cheez samjhe. woh har hikmat ko istemal karte hue apne amal ki re-planning kare.</w:t>
      </w:r>
    </w:p>
    <w:p>
      <w:pPr>
        <w:jc w:val="right"/>
      </w:pPr>
      <w:r>
        <w:t>وہ ہر حکمت کو خود اپنی چیز سمجھے۔ وہ ہر حکمت کو استعمال کرتے ہوئے اپنے عمل کی ری پلاننگ کرے۔</w:t>
      </w:r>
    </w:p>
    <w:p>
      <w:r>
        <w:rPr>
          <w:b/>
        </w:rPr>
        <w:t xml:space="preserve">[1:10:53] </w:t>
      </w:r>
      <w:r>
        <w:t>re planning ke usool ko peshgi tor par mutayyan nahi kiya ja sakta. re planning hamesha badle hue halaat mein ki jati hai, aur badle hue halaat ko samajhne ka talluq aqeeday se nahi hai balkay fahm o baseerat se hai.</w:t>
      </w:r>
    </w:p>
    <w:p>
      <w:pPr>
        <w:jc w:val="right"/>
      </w:pPr>
      <w:r>
        <w:t>ری پلاننگ کے اصول کو پیشگی طور پر متعین نہیں کیا جا سکتا۔ ری پلاننگ ہمیشہ بدلے ہوئے حالات میں کی جاتی ہے، اور بدلے ہوئے حالات کو سمجھنے کا تعلق عقیدے سے نہیں ہے بلکہ فہم و بصیرت سے ہے۔</w:t>
      </w:r>
    </w:p>
    <w:p>
      <w:r>
        <w:rPr>
          <w:b/>
        </w:rPr>
        <w:t xml:space="preserve">[1:11:12] </w:t>
      </w:r>
      <w:r>
        <w:t>har aadmi ko yeh haq hai ke woh apni baseerat ko istemal karte hue halaat ka be lag jaiza le. woh fitrat ke atal usoolon ki maenviyat ko dobara daryaft kare.</w:t>
      </w:r>
    </w:p>
    <w:p>
      <w:pPr>
        <w:jc w:val="right"/>
      </w:pPr>
      <w:r>
        <w:t>ہر آدمی کو یہ حق ہے کہ وہ اپنی بصیرت کو استعمال کرتے ہوئے حالات کا بے لاگ جائزہ لے۔ وہ فطرت کے اٹل اصولوں کی معنویت کو دوبارہ دریافت کرے۔</w:t>
      </w:r>
    </w:p>
    <w:p>
      <w:r>
        <w:rPr>
          <w:b/>
        </w:rPr>
        <w:t xml:space="preserve">[1:11:26] </w:t>
      </w:r>
      <w:r>
        <w:t>is tarah yeh mumkin hoga ke woh fitrat ke nizam mein koi khalal daale baghair apne maqsad ki takmeel kar sake.</w:t>
      </w:r>
    </w:p>
    <w:p>
      <w:pPr>
        <w:jc w:val="right"/>
      </w:pPr>
      <w:r>
        <w:t>اس طرح یہ ممکن ہوگا کہ وہ فطرت کے نظام میں کوئی خلل ڈالے بغیر اپنے مقصد کی تکمیل کر سکے۔</w:t>
      </w:r>
    </w:p>
    <w:p>
      <w:r>
        <w:rPr>
          <w:b/>
        </w:rPr>
        <w:t xml:space="preserve">[1:11:36] </w:t>
      </w:r>
      <w:r>
        <w:t>is usool ki misaal khud paighambar-e-islam sallallahu alaihi wasallam ke zamanay mein maujood hai. hijrat ke panchwein saal, jabkay paighambar-e-islam madinay mein thay, aap ko maloom hua ke quraish ke leader tamam arab se barah hazar ka lashkar le kar madinay par hamla karne walay hain.</w:t>
      </w:r>
    </w:p>
    <w:p>
      <w:pPr>
        <w:jc w:val="right"/>
      </w:pPr>
      <w:r>
        <w:t>اس اصول کی مثال خود پیغمبر اسلام صلی اللہ علیہ وسلم کے زمانے میں موجود ہے۔ ہجرت کے پانچویں سال، جبکہ پیغمبر اسلام مدینے میں تھے، آپ کو معلوم ہوا کہ قریش کے لیڈر تمام عرب سے بارہ ہزار کا لشکر لے کر مدینہ پر حملہ کرنے والے ہیں۔</w:t>
      </w:r>
    </w:p>
    <w:p>
      <w:r>
        <w:rPr>
          <w:b/>
        </w:rPr>
        <w:t xml:space="preserve">[1:11:59] </w:t>
      </w:r>
      <w:r>
        <w:t>aap ne apne ashaab ko jama kar ke mashwara kiya ke larai ke baghair is maslay ko kaise hal kiya jaye.</w:t>
      </w:r>
    </w:p>
    <w:p>
      <w:pPr>
        <w:jc w:val="right"/>
      </w:pPr>
      <w:r>
        <w:t>آپ نے اپنے اصحاب کو جمع کر کے مشورہ کیا کہ لڑائی کے بغیر اس مسئلے کو کیسے حل کیا جائے۔</w:t>
      </w:r>
    </w:p>
    <w:p>
      <w:r>
        <w:rPr>
          <w:b/>
        </w:rPr>
        <w:t xml:space="preserve">[1:12:08] </w:t>
      </w:r>
      <w:r>
        <w:t>aap ke sathiyon mein aik salman farsi thay jo iran se talluq rakhtay thay. unhon ne kaha ke hamare mulk mein jab badshah log jang ko avoid karna chahtay hain to woh apne aur mukhalif ke darmiyan khandaq ya trench khod detay hain.</w:t>
      </w:r>
    </w:p>
    <w:p>
      <w:pPr>
        <w:jc w:val="right"/>
      </w:pPr>
      <w:r>
        <w:t>آپ کے ساتھیوں میں ایک سلمان فارسی تھے جو ایران سے تعلق رکھتے تھے۔ انہوں نے کہا کہ ہمارے ملک میں جب بادشاہ لوگ جنگ کو اوائڈ کرنا چاہتے ہیں تو وہ اپنے اور مخالف کے درمیان خندق یا ٹرینچ کھود دیتے ہیں۔</w:t>
      </w:r>
    </w:p>
    <w:p>
      <w:r>
        <w:rPr>
          <w:b/>
        </w:rPr>
        <w:t xml:space="preserve">[1:12:28] </w:t>
      </w:r>
      <w:r>
        <w:t>is tarah fareeqain ke darmiyan aik buffer qaim ho jata hai, aur dono ke darmiyan jang ki naubat nahi aati.</w:t>
      </w:r>
    </w:p>
    <w:p>
      <w:pPr>
        <w:jc w:val="right"/>
      </w:pPr>
      <w:r>
        <w:t>اس طرح فریقین کے درمیان ایک بفر قائم ہو جاتا ہے، اور دونوں کے درمیان جنگ کی نوبت نہیں آتی۔</w:t>
      </w:r>
    </w:p>
    <w:p>
      <w:r>
        <w:rPr>
          <w:b/>
        </w:rPr>
        <w:t xml:space="preserve">[1:12:37] </w:t>
      </w:r>
      <w:r>
        <w:t>paighambar-e-islam ne is ko pasand kiya aur raat din ki koshish se madinay ke aik taraf jo khula hua tha lambi khandaq khodi.</w:t>
      </w:r>
    </w:p>
    <w:p>
      <w:pPr>
        <w:jc w:val="right"/>
      </w:pPr>
      <w:r>
        <w:t>پیغمبر اسلام نے اس کو پسند کیا اور رات دن کی کوشش سے مدینہ کے ایک طرف جو کھلا ہوا تھا لمبی خندق کھودی۔</w:t>
      </w:r>
    </w:p>
    <w:p>
      <w:r>
        <w:rPr>
          <w:b/>
        </w:rPr>
        <w:t xml:space="preserve">[1:12:47] </w:t>
      </w:r>
      <w:r>
        <w:t>is tarah fareeqain ke darmiyan jang ki naubat nahi aai. paighambar-e-islam ka yeh amal re planning ki aik misaal hai, kyunkay is se pehlay fareeqain ke darmiyan barah-e-rast takrao ki naubat aa jati thi.</w:t>
      </w:r>
    </w:p>
    <w:p>
      <w:pPr>
        <w:jc w:val="right"/>
      </w:pPr>
      <w:r>
        <w:t>اس طرح فریقین کے درمیان جنگ کی نوبت نہیں آئی۔ پیغمبر اسلام کا یہ عمل ری پلاننگ کی ایک مثال ہے، کیونکہ اس سے پہلے فریقین کے درمیان براہِ راست ٹکراؤ کی نوبت آ جاتی تھی۔</w:t>
      </w:r>
    </w:p>
    <w:p>
      <w:r>
        <w:rPr>
          <w:b/>
        </w:rPr>
        <w:t xml:space="preserve">[1:13:05] </w:t>
      </w:r>
      <w:r>
        <w:t>jang ko talne ka yeh tareeqa jo us waqt ikhtiyar kiya gaya woh is baat ki misaal thi ke doosray ke tareeqay ki pairwi karna bhi itna hi durust hai jitna ke khud apne muqarrar kiye hue tareeqay par amal karna.</w:t>
      </w:r>
    </w:p>
    <w:p>
      <w:pPr>
        <w:jc w:val="right"/>
      </w:pPr>
      <w:r>
        <w:t>جنگ کو ٹالنے کا یہ طریقہ جو اس وقت اختیار کیا گیا وہ اس بات کی مثال تھی کہ دوسرے کے طریقے کی پیروی کرنا بھی اتنا ہی درست ہے جتنا کہ خود اپنے مقرر کیے ہوئے طریقے پر عمل کرنا۔</w:t>
      </w:r>
    </w:p>
    <w:p>
      <w:r>
        <w:rPr>
          <w:b/>
        </w:rPr>
        <w:t xml:space="preserve">[1:13:22] </w:t>
      </w:r>
      <w:r>
        <w:t>kamyabi hasil karne ke liye dono tareeqay yaksaan tor par ahem hain.</w:t>
      </w:r>
    </w:p>
    <w:p>
      <w:pPr>
        <w:jc w:val="right"/>
      </w:pPr>
      <w:r>
        <w:t>کامیابی حاصل کرنے کے لیے دونوں طریقے یکساں طور پر اہم ہیں۔</w:t>
      </w:r>
    </w:p>
    <w:p>
      <w:r>
        <w:rPr>
          <w:b/>
        </w:rPr>
        <w:t xml:space="preserve">[1:13:33] </w:t>
      </w:r>
      <w:r>
        <w:t>is silsilay ki aik misaal woh hai jis ka ishara quran ki aik ayat mein milta hai. woh ayat yeh hai: ya ayyuhal ladheena amanu konoo ansarallahi kama qala isa ibnu mariyama lil hawariyyeena man ansari ilallahi qala al hawariyyoona nahnu ansarullah yaani aye iman</w:t>
      </w:r>
    </w:p>
    <w:p>
      <w:pPr>
        <w:jc w:val="right"/>
      </w:pPr>
      <w:r>
        <w:t>اس سلسلے کی ایک مثال وہ ہے جس کا اشارہ قرآن کی ایک آیت میں ملتا ہے۔ وہ آیت یہ ہے: يَا أَيُّهَا الَّذِينَ آمَنُوا كُونُوا أَنصَارُ اللَّهِ کَمَا قَالَ عِيسَى بْنُ مَرْيَمَةِ لِلْحَوَارِيِّينَ مَنْ أَنْصَارِي إِلَى اللَّهِ قَالَ الْحَوَارِيُّونَ نَحْنُ أَنْصَارُ اللَّهِ یعنی اے ایمان</w:t>
      </w:r>
    </w:p>
    <w:p>
      <w:r>
        <w:rPr>
          <w:b/>
        </w:rPr>
        <w:t xml:space="preserve">[1:13:58] </w:t>
      </w:r>
      <w:r>
        <w:t>walon! tum Allah ke madadgar bano, jaisa ke Isa bin Maryam ne hawariyon se kaha ke kaun Allah ke wastay mera madadgar hota hai?</w:t>
      </w:r>
    </w:p>
    <w:p>
      <w:pPr>
        <w:jc w:val="right"/>
      </w:pPr>
      <w:r>
        <w:t>والو! تم اللہ کے مددگار بنو، جیسا کہ عیسیٰ بن مریم نے حواریوں سے کہا کہ کون اللہ کے واسطے میرا مددگار ہوتا ہے؟</w:t>
      </w:r>
    </w:p>
    <w:p>
      <w:r>
        <w:rPr>
          <w:b/>
        </w:rPr>
        <w:t xml:space="preserve">[1:14:09] </w:t>
      </w:r>
      <w:r>
        <w:t>hawariyon ne kaha: hum hain Allah ke madadgar. quran ki is ayat se maloom hota hai ke hawariyyeen, yaani masihiyon ne jo tareeqa ikhtiyar kiya, us tareeqay mein Allah ki madad aati hai, aur Allah ki madad se kamyabi hasil hoti hai.</w:t>
      </w:r>
    </w:p>
    <w:p>
      <w:pPr>
        <w:jc w:val="right"/>
      </w:pPr>
      <w:r>
        <w:t>حواریوں نے کہا: ہم ہیں اللہ کے مددگار۔ قرآن کی اس آیت سے معلوم ہوتا ہے کہ حواریین، یعنی مسیحیوں نے جو طریقہ اختیار کیا، اس طریقے میں اللہ کی مدد آتی ہے، اور اللہ کی مدد سے کامیابی حاصل ہوتی ہے۔</w:t>
      </w:r>
    </w:p>
    <w:p>
      <w:r>
        <w:rPr>
          <w:b/>
        </w:rPr>
        <w:t xml:space="preserve">[1:14:29] </w:t>
      </w:r>
      <w:r>
        <w:t>masihi logon ka aik tareeqa yeh hai ke unhon ne printing press ke zamanay ko pehchana aur bible ka tarjuma mukhtalif zabanon mein tayyar kar ke us ko sari dunya mein phailaya.</w:t>
      </w:r>
    </w:p>
    <w:p>
      <w:pPr>
        <w:jc w:val="right"/>
      </w:pPr>
      <w:r>
        <w:t>مسیحی لوگوں کا ایک طریقہ یہ ہے کہ انہوں نے پرنٹنگ پریس کے زمانے کو پہچانا اور بائبل کا ترجمہ مختلف زبانوں میں تیار کر کے اس کو ساری دنیا میں پھیلا دیا۔</w:t>
      </w:r>
    </w:p>
    <w:p>
      <w:r>
        <w:rPr>
          <w:b/>
        </w:rPr>
        <w:t xml:space="preserve">[1:14:44] </w:t>
      </w:r>
      <w:r>
        <w:t>sahaba ke daur mein printing press maujood na tha. sahaba quran ko parh kar logon ko sunaya karte thay.</w:t>
      </w:r>
    </w:p>
    <w:p>
      <w:pPr>
        <w:jc w:val="right"/>
      </w:pPr>
      <w:r>
        <w:t>صحابہ کے دور میں پرنٹنگ پریس موجود نہ تھا۔ صحابہ قرآن کو پڑھ کر لوگوں کو سنایا کرتے تھے۔</w:t>
      </w:r>
    </w:p>
    <w:p>
      <w:r>
        <w:rPr>
          <w:b/>
        </w:rPr>
        <w:t xml:space="preserve">[1:14:54] </w:t>
      </w:r>
      <w:r>
        <w:t>maujooda zamanay printing press ka zamanay hai. ab zarurat hai ke masihi pattern par quran ke tarjumay mukhtalif zabanon mein tayyar kiye jayen aur un ko chhaap kar sari dunya mein pohancha diya jaye.</w:t>
      </w:r>
    </w:p>
    <w:p>
      <w:pPr>
        <w:jc w:val="right"/>
      </w:pPr>
      <w:r>
        <w:t>موجودہ زمانہ پرنٹنگ پریس کا زمانہ ہے۔ اب ضرورت ہے کہ مسیحی پیٹرن پر قرآن کے ترجمے مختلف زبانوں میں تیار کیے جائیں اور ان کو چھاپ کر ساری دنیا میں پہنچا دیا جائے۔</w:t>
      </w:r>
    </w:p>
    <w:p>
      <w:r>
        <w:rPr>
          <w:b/>
        </w:rPr>
        <w:t xml:space="preserve">[1:15:10] </w:t>
      </w:r>
      <w:r>
        <w:t>goya ke ashaab-e-rasool muqri-e-quran banay thay, ab humein distributor-e-quran banna hai. yeh ishaat-e-quran ke moamlay mein re planning ki aik misaal hai.</w:t>
      </w:r>
    </w:p>
    <w:p>
      <w:pPr>
        <w:jc w:val="right"/>
      </w:pPr>
      <w:r>
        <w:t>گویا کہ اصحابِ رسول مقریِ قرآن بنے تھے، اب ہمیں ڈسٹریبیوٹرِ قرآن بننا ہے۔ یہ اشاعتِ قرآن کے معاملے میں ری پلاننگ کی ایک مثال ہے۔</w:t>
      </w:r>
    </w:p>
    <w:p>
      <w:r>
        <w:rPr>
          <w:b/>
        </w:rPr>
        <w:t xml:space="preserve">[1:15:32] </w:t>
      </w:r>
      <w:r>
        <w:t>daur-e-jadeed ke musalmanon ka aik masla yeh hai ke woh bohat baray paimaanay par is zehniyat ka shikar hain jis ko anachronism kaha jata hai, yaani khilaf-e-zaman harkat.</w:t>
      </w:r>
    </w:p>
    <w:p>
      <w:pPr>
        <w:jc w:val="right"/>
      </w:pPr>
      <w:r>
        <w:t>دورِ جدید کے مسلمانوں کا ایک مسئلہ یہ ہے کہ وہ بہت بڑے پیمانے پر اس ذہنیت کا شکار ہیں جس کو ایناکرونزم کہا جاتا ہے، یعنی خلافِ زمانہ حرکت۔</w:t>
      </w:r>
    </w:p>
    <w:p>
      <w:r>
        <w:rPr>
          <w:b/>
        </w:rPr>
        <w:t xml:space="preserve">[1:15:46] </w:t>
      </w:r>
      <w:r>
        <w:t>iska sabab yeh hai ke un ko maazi se kaam ka jo model wirasati tor par mila hai, woh abhi tak us se bahar nahi aaye.</w:t>
      </w:r>
    </w:p>
    <w:p>
      <w:pPr>
        <w:jc w:val="right"/>
      </w:pPr>
      <w:r>
        <w:t>اس کا سبب یہ ہے کہ ان کو ماضی سے کام کا جو ماڈل وراثتی طور پر ملا ہے، وہ ابھی تک اس سے باہر نہیں آئے۔</w:t>
      </w:r>
    </w:p>
    <w:p>
      <w:r>
        <w:rPr>
          <w:b/>
        </w:rPr>
        <w:t xml:space="preserve">[1:15:56] </w:t>
      </w:r>
      <w:r>
        <w:t>woh zamanay se be khabari ki bina par qadeem model ko jadeed daur mein dohra rahay hain. magar yeh tareeqa koi misbat nataija paida karne wala nahi.</w:t>
      </w:r>
    </w:p>
    <w:p>
      <w:pPr>
        <w:jc w:val="right"/>
      </w:pPr>
      <w:r>
        <w:t>وہ زمانے سے بے خبری کی بنا پر قدیم ماڈل کو جدید دور میں دہرا رہے ہیں۔ مگر یہ طریقہ کوئی مثبت نتیجہ پیدا کرنے والا نہیں۔</w:t>
      </w:r>
    </w:p>
    <w:p>
      <w:r>
        <w:rPr>
          <w:b/>
        </w:rPr>
        <w:t xml:space="preserve">[1:16:09] </w:t>
      </w:r>
      <w:r>
        <w:t>misalan qadeem zamanay mein islah ke liye fatwa ki zaban raaij thi. aaj ke ulama badastoor isi model ko ikhtiyar kiye hue hain.</w:t>
      </w:r>
    </w:p>
    <w:p>
      <w:pPr>
        <w:jc w:val="right"/>
      </w:pPr>
      <w:r>
        <w:t>مثلاً قدیم زمانے میں اصلاح کے لیے فتویٰ کی زبان رائج تھی۔ آج کے علماء بدستور اسی ماڈل کو اختیار کیے ہوئے ہیں۔</w:t>
      </w:r>
    </w:p>
    <w:p>
      <w:r>
        <w:rPr>
          <w:b/>
        </w:rPr>
        <w:t xml:space="preserve">[1:16:22] </w:t>
      </w:r>
      <w:r>
        <w:t>isi bina par woh takfeer ka tareeqa ikhtiyar karte hain. woh jis ko ghalat samajhtay hain us ke khilaf kufr ka fatwa lagatay hain aur us ko qabil-e-gardan zadi honay ka ailan karte hain.</w:t>
      </w:r>
    </w:p>
    <w:p>
      <w:pPr>
        <w:jc w:val="right"/>
      </w:pPr>
      <w:r>
        <w:t>اسی بنا پر وہ تکفیر کا طریقہ اختیار کرتے ہیں۔ وہ جس کو غلط سمجھتے ہیں اس کے خلاف کفر کا فتویٰ لگاتے ہیں اور اس کو قابلِ گردن زدی ہونے کا اعلان کرتے ہیں۔</w:t>
      </w:r>
    </w:p>
    <w:p>
      <w:r>
        <w:rPr>
          <w:b/>
        </w:rPr>
        <w:t xml:space="preserve">[1:16:38] </w:t>
      </w:r>
      <w:r>
        <w:t>halankay ab kisi bhi darjay mein in tareeqon se koi islah honay wali nahi. yeh zamanay aqli istadlal, yaani rational argument ka zamanay hai.</w:t>
      </w:r>
    </w:p>
    <w:p>
      <w:pPr>
        <w:jc w:val="right"/>
      </w:pPr>
      <w:r>
        <w:t>حالانکہ اب کسی بھی درجے میں ان طریقوں سے کوئی اصلاح ہونے والی نہیں۔ یہ زمانہ عقلی استدلال، یعنی ریشنل آرگیومنٹ کا زمانہ ہے۔</w:t>
      </w:r>
    </w:p>
    <w:p>
      <w:r>
        <w:rPr>
          <w:b/>
        </w:rPr>
        <w:t xml:space="preserve">[1:16:50] </w:t>
      </w:r>
      <w:r>
        <w:t>ab aaj ke logon ke liye sirf aqli istadlal muassar ho sakta hai. maujooda zamanay mein fatwa ki zaban work karne wali nahi.</w:t>
      </w:r>
    </w:p>
    <w:p>
      <w:pPr>
        <w:jc w:val="right"/>
      </w:pPr>
      <w:r>
        <w:t>اب آج کے لوگوں کے لیے صرف عقلی استدلال مؤثر ہو سکتا ہے۔ موجودہ زمانے میں فتویٰ کی زبان ورک کرنے والی نہیں۔</w:t>
      </w:r>
    </w:p>
    <w:p>
      <w:r>
        <w:rPr>
          <w:b/>
        </w:rPr>
        <w:t xml:space="preserve">[1:17:01] </w:t>
      </w:r>
      <w:r>
        <w:t>isi tarah maujooda zamane ke musalman bare peymane par islami maqsad hasil karne ke liye jihad ke naam par tashaddud ki tehrikein chala rahe hain.</w:t>
      </w:r>
    </w:p>
    <w:p>
      <w:pPr>
        <w:jc w:val="right"/>
      </w:pPr>
      <w:r>
        <w:t>اسی طرح موجودہ زمانے کے مسلمان بڑے پیمانے پر اسلامی مقصد حاصل کرنے کے لیے جہاد کے نام پر تشدد کی تحریکیں چلا رہے ہیں۔</w:t>
      </w:r>
    </w:p>
    <w:p>
      <w:r>
        <w:rPr>
          <w:b/>
        </w:rPr>
        <w:t xml:space="preserve">[1:17:13] </w:t>
      </w:r>
      <w:r>
        <w:t>halankeh ab woh zamana khatm ho chuka hai jabkeh tashaddud ka tareeqa muassar hua karta tha. maujooda zamane mein kisi bhi maqsad ko hasil karne ke liye aman ka tareeqa poori tarah kafi hai.</w:t>
      </w:r>
    </w:p>
    <w:p>
      <w:pPr>
        <w:jc w:val="right"/>
      </w:pPr>
      <w:r>
        <w:t>حالانکہ اب وہ زمانہ ختم ہو چکا ہے جبکہ تشدد کا طریقہ مؤثر ہوا کرتا تھا۔ موجودہ زمانے میں کسی بھی مقصد کو حاصل کرنے کے لیے امن کا طریقہ پوری طرح کافی ہے۔</w:t>
      </w:r>
    </w:p>
    <w:p>
      <w:r>
        <w:rPr>
          <w:b/>
        </w:rPr>
        <w:t xml:space="preserve">[1:17:29] </w:t>
      </w:r>
      <w:r>
        <w:t>isi tarah musalmanon ka ek tabqa islam ki ishaat ke naam par munazra, yaani debate ka tareeqa ikhtiyar kiye hue hai.</w:t>
      </w:r>
    </w:p>
    <w:p>
      <w:pPr>
        <w:jc w:val="right"/>
      </w:pPr>
      <w:r>
        <w:t>اسی طرح مسلمانوں کا ایک طبقہ اسلام کی اشاعت کے نام پر مناظرہ، یعنی ڈیبیٹ کا طریقہ اختیار کیے ہوئے ہے۔</w:t>
      </w:r>
    </w:p>
    <w:p>
      <w:r>
        <w:rPr>
          <w:b/>
        </w:rPr>
        <w:t xml:space="preserve">[1:17:40] </w:t>
      </w:r>
      <w:r>
        <w:t>halankeh maujooda zamane mein munazre ka tareeqa ek matrooq tareeqa ban chuka hai. maujooda zamane mein is kaam ke liye discussion aur dialogue ki ahmiyat hai, na keh debate ki.</w:t>
      </w:r>
    </w:p>
    <w:p>
      <w:pPr>
        <w:jc w:val="right"/>
      </w:pPr>
      <w:r>
        <w:t>حالانکہ موجودہ زمانے میں مناظرے کا طریقہ ایک مطروق طریقہ بن چکا ہے۔ موجودہ زمانے میں اس کام کے لیے ڈسکشن اور ڈائیلاگ کی اہمیت ہے، نہ کہ ڈیبیٹ کی۔</w:t>
      </w:r>
    </w:p>
    <w:p>
      <w:r>
        <w:rPr>
          <w:b/>
        </w:rPr>
        <w:t xml:space="preserve">[1:17:54] </w:t>
      </w:r>
      <w:r>
        <w:t>isi tarah bahut se muslim rehnuma ummat ki taraqqi ke liye ihtijaji sahafat aur ihtijaji qiyadat ke model par kaam kar rahe hain, magar unko maloom nahi keh sahafat aur qiyadat ke liye yeh model ab aakhri had tak be-asar ho chuka hai.</w:t>
      </w:r>
    </w:p>
    <w:p>
      <w:pPr>
        <w:jc w:val="right"/>
      </w:pPr>
      <w:r>
        <w:t>اسی طرح بہت سے مسلم رہنما امت کی ترقی کے لیے احتجاجی صحافت اور احتجاجی قیادت کے ماڈل پر کام کر رہے ہیں، مگر ان کو معلوم نہیں کہ صحافت اور قیادت کے لیے یہ ماڈل اب آخری حد تک بے اثر ہو چکا ہے۔</w:t>
      </w:r>
    </w:p>
    <w:p>
      <w:r>
        <w:rPr>
          <w:b/>
        </w:rPr>
        <w:t xml:space="preserve">[1:18:14] </w:t>
      </w:r>
      <w:r>
        <w:t>maujooda zamane mein ihtijaji sahafat aur ihtijaji qiyadat sirf waqt zaya karne ke hum ma'ni hain. haqeeqat ke aitbar se woh koi kaam hi nahi.</w:t>
      </w:r>
    </w:p>
    <w:p>
      <w:pPr>
        <w:jc w:val="right"/>
      </w:pPr>
      <w:r>
        <w:t>موجودہ زمانے میں احتجاجی صحافت اور احتجاجی قیادت صرف وقت ضائع کرنے کے ہم معنی ہیں۔ حقیقت کے اعتبار سے وہ کوئی کام ہی نہیں۔</w:t>
      </w:r>
    </w:p>
    <w:p>
      <w:r>
        <w:rPr>
          <w:b/>
        </w:rPr>
        <w:t xml:space="preserve">[1:18:26] </w:t>
      </w:r>
      <w:r>
        <w:t>maujooda zamane mein jo muslim rehnuma ummat ke qaus ke liye kaam karne uthe, woh sirf apne dakhli jazbe ke tehat uth khade hue.</w:t>
      </w:r>
    </w:p>
    <w:p>
      <w:pPr>
        <w:jc w:val="right"/>
      </w:pPr>
      <w:r>
        <w:t>موجودہ زمانے میں جو مسلم رہنما امت کے قوس کے لیے کام کرنے اٹھے، وہ صرف اپنے داخلی جذبے کے تحت اٹھ کھڑے ہوئے۔</w:t>
      </w:r>
    </w:p>
    <w:p>
      <w:r>
        <w:rPr>
          <w:b/>
        </w:rPr>
        <w:t xml:space="preserve">[1:18:37] </w:t>
      </w:r>
      <w:r>
        <w:t>unhone baqayda mutale'e ke zariye yeh janne ki sanjeeda koshish nahi ki keh maujooda zamana kya hai aur maujooda zamane mein koi kaam muassar tor par kaise kiya ja sakta hai.</w:t>
      </w:r>
    </w:p>
    <w:p>
      <w:pPr>
        <w:jc w:val="right"/>
      </w:pPr>
      <w:r>
        <w:t>انہوں نے باقاعدہ مطالعے کے ذریعے یہ جاننے کی سنجیدہ کوشش نہیں کی کہ موجودہ زمانہ کیا ہے اور موجودہ زمانے میں کوئی کام مؤثر طور پر کیسے کیا جا سکتا ہے۔</w:t>
      </w:r>
    </w:p>
    <w:p>
      <w:r>
        <w:rPr>
          <w:b/>
        </w:rPr>
        <w:t xml:space="preserve">[1:18:51] </w:t>
      </w:r>
      <w:r>
        <w:t>aise logon ko sirf ek kitab ke mutale'e ka mashwara doonga. is kitab ka title yeh hai: "the great intellectual revolution by john frederick west".</w:t>
      </w:r>
    </w:p>
    <w:p>
      <w:pPr>
        <w:jc w:val="right"/>
      </w:pPr>
      <w:r>
        <w:t>ایسے لوگوں کو صرف ایک کتاب کے مطالعے کا مشورہ دوں گا۔ اس کتاب کا ٹائٹل یہ ہے: "دی گریٹ انٹلیکچول ریولوشن بائے جان فریڈرک ویسٹ"۔</w:t>
      </w:r>
    </w:p>
    <w:p>
      <w:r>
        <w:rPr>
          <w:b/>
        </w:rPr>
        <w:t xml:space="preserve">[1:19:03] </w:t>
      </w:r>
      <w:r>
        <w:t>muslim rehnumaon ki buniyadi ghalati yeh hai keh woh daur-e-jadeed ko dushman-e-islam daur samajhte hain. yeh sarta sar be-buniyad baat hai.</w:t>
      </w:r>
    </w:p>
    <w:p>
      <w:pPr>
        <w:jc w:val="right"/>
      </w:pPr>
      <w:r>
        <w:t>مسلم رہنماؤں کی بنیادی غلطی یہ ہے کہ وہ دورِ جدید کو دشمنِ اسلام دور سمجھتے ہیں۔ یہ سرتا سر بے بنیاد بات ہے۔</w:t>
      </w:r>
    </w:p>
    <w:p>
      <w:r>
        <w:rPr>
          <w:b/>
        </w:rPr>
        <w:t xml:space="preserve">[1:19:14] </w:t>
      </w:r>
      <w:r>
        <w:t>haqeeqat yeh hai keh daur-e-jadeed pure ma'non mein ek muwafiq-e-islam daur hai. woh is hadith ki peshangoi ke mutabiq hai jis mein bataya gaya hai keh ek zamana aayega jabkeh ghair muslim qaumein islam ki ma'iyat, yaani supporter ban jayengi.</w:t>
      </w:r>
    </w:p>
    <w:p>
      <w:pPr>
        <w:jc w:val="right"/>
      </w:pPr>
      <w:r>
        <w:t>حقیقت یہ ہے کہ دورِ جدید پورے معنوں میں ایک موافقِ اسلام دور ہے۔ وہ اس حدیث کی پیشنگوئی کے مطابق ہے جس میں بتایا گیا ہے کہ ایک زمانہ آئے گا جبکہ غیر مسلم قومیں اسلام کی معیت، یعنی سپورٹر بن جائیں گی۔</w:t>
      </w:r>
    </w:p>
    <w:p>
      <w:r>
        <w:rPr>
          <w:b/>
        </w:rPr>
        <w:t xml:space="preserve">[1:19:31] </w:t>
      </w:r>
      <w:r>
        <w:t>yeh khud Allah rab-ul-alameen ke mansoobe ka ma'mla hai. paighambar-e-islam ke zohur se taqreeban dhai hazar saal pehle Hazrat Ibrahim ke zariye ek mansooba jari kiya gaya tha jis ko mabni bar sahra mansooba, yaani desert based planning kaha ja sakta hai.</w:t>
      </w:r>
    </w:p>
    <w:p>
      <w:pPr>
        <w:jc w:val="right"/>
      </w:pPr>
      <w:r>
        <w:t>یہ خود اللہ رب العالمین کے منصوبے کا معاملہ ہے۔ پیغمبر اسلام کے ظہور سے تقریباً ڈھائی ہزار سال پہلے حضرت ابراہیم کے ذریعے ایک منصوبہ جاری کیا گیا تھا جس کو مبنی بر صحرا منصوبہ، یعنی ڈیزرٹ بیسڈ پلاننگ کہا جا سکتا ہے۔</w:t>
      </w:r>
    </w:p>
    <w:p>
      <w:r>
        <w:rPr>
          <w:b/>
        </w:rPr>
        <w:t xml:space="preserve">[1:19:53] </w:t>
      </w:r>
      <w:r>
        <w:t>is mansoobe ke zariye arab mein ek team tayyar hui. yeh team muwafiq-e-islam team thi. is team par amal karke paighambar-e-islam ne ashab-e-rasool ko tayyar kiya jin ko quran mein khair-ul-ummah kaha gaya hai.</w:t>
      </w:r>
    </w:p>
    <w:p>
      <w:pPr>
        <w:jc w:val="right"/>
      </w:pPr>
      <w:r>
        <w:t>اس منصوبے کے ذریعے عرب میں ایک ٹیم تیار ہوئی۔ یہ ٹیم موافقِ اسلام ٹیم تھی۔ اس ٹیم پر عمل کر کے پیغمبر اسلام نے اصحابِ رسول کو تیار کیا جن کو قرآن میں خیرِ امت کہا گیا ہے۔</w:t>
      </w:r>
    </w:p>
    <w:p>
      <w:r>
        <w:rPr>
          <w:b/>
        </w:rPr>
        <w:t xml:space="preserve">[1:20:11] </w:t>
      </w:r>
      <w:r>
        <w:t>isi tarah saatvi sadi isvi mein rasool aur ashab-e-rasool ki juhud-o-jihad ke zariye ek naya tareekhi amal, yaani historical process jari hua.</w:t>
      </w:r>
    </w:p>
    <w:p>
      <w:pPr>
        <w:jc w:val="right"/>
      </w:pPr>
      <w:r>
        <w:t>اسی طرح ساتویں صدی عیسوی میں رسول اور اصحابِ رسول کی جدوجہد کے ذریعے ایک نیا تاریخی عمل، یعنی ہسٹوریکل پروسیس جاری ہوا۔</w:t>
      </w:r>
    </w:p>
    <w:p>
      <w:r>
        <w:rPr>
          <w:b/>
        </w:rPr>
        <w:t xml:space="preserve">[1:20:23] </w:t>
      </w:r>
      <w:r>
        <w:t>is amal ke secular nateeje ke taur par jadeed tehzeeb, yaani modern civilization, wajood mein aayi. yeh tehzeeb apni haqeeqat ke aitbar se ek muwafiq-e-islam tehzeeb thi, magar muslim rehnuma is raaz ko na samajh sake aur ghair zaroori taur par unhone is ke khilaf ladai chhed di.</w:t>
      </w:r>
    </w:p>
    <w:p>
      <w:pPr>
        <w:jc w:val="right"/>
      </w:pPr>
      <w:r>
        <w:t>اس عمل کے سیکولر نتیجے کے طور پر جدید تہذیب، یعنی ماڈرن سویلائزیشن، وجود میں آئی۔ یہ تہذیب اپنی حقیقت کے اعتبار سے ایک موافقِ اسلام تہذیب تھی، مگر مسلم رہنما اس راز کو نہ سمجھ سکے اور غیر ضروری طور پر انہوں نے اس کے خلاف لڑائی چھیڑ دی۔</w:t>
      </w:r>
    </w:p>
    <w:p>
      <w:r>
        <w:rPr>
          <w:b/>
        </w:rPr>
        <w:t xml:space="preserve">[1:20:47] </w:t>
      </w:r>
      <w:r>
        <w:t>halankeh zaroorat thi keh is tehzeeb ki buniyad par islami mission ki nayi planning ki jaye.</w:t>
      </w:r>
    </w:p>
    <w:p>
      <w:pPr>
        <w:jc w:val="right"/>
      </w:pPr>
      <w:r>
        <w:t>حالانکہ ضرورت تھی کہ اس تہذیب کی بنیاد پر اسلامی مشن کی نئی پلاننگ کی جائے۔</w:t>
      </w:r>
    </w:p>
    <w:p>
      <w:r>
        <w:rPr>
          <w:b/>
        </w:rPr>
        <w:t xml:space="preserve">[1:21:01] </w:t>
      </w:r>
      <w:r>
        <w:t>salibi jangain, salibi jangain ya crusades, tareekh ka ek lamba jangi silsila tha jo 1095 mein shuru hua aur waqfe waqfe se 1291 tak jari raha.</w:t>
      </w:r>
    </w:p>
    <w:p>
      <w:pPr>
        <w:jc w:val="right"/>
      </w:pPr>
      <w:r>
        <w:t>صلیبی جنگیں، صلیبی جنگیں یا کروسیڈز، تاریخ کا ایک طویل جنگی سلسلہ تھا جو 1095 میں شروع ہوا اور وقفے وقفے سے 1291 تک جاری رہا۔</w:t>
      </w:r>
    </w:p>
    <w:p>
      <w:r>
        <w:rPr>
          <w:b/>
        </w:rPr>
        <w:t xml:space="preserve">[1:21:18] </w:t>
      </w:r>
      <w:r>
        <w:t>us zamane mein bait-ul-maqdis ka ilaqa muslim hukumat ke matahat tha. is ilaqe ko maseehi log muqaddas ilaqa, yaani holy land kehte hain.</w:t>
      </w:r>
    </w:p>
    <w:p>
      <w:pPr>
        <w:jc w:val="right"/>
      </w:pPr>
      <w:r>
        <w:t>اس زمانے میں بیت المقدس کا علاقہ مسلم حکومت کے ماتحت تھا۔ اس علاقے کو مسیحی لوگ مقدس علاقہ، یعنی ہولی لینڈ کہتے ہیں۔</w:t>
      </w:r>
    </w:p>
    <w:p>
      <w:r>
        <w:rPr>
          <w:b/>
        </w:rPr>
        <w:t xml:space="preserve">[1:21:30] </w:t>
      </w:r>
      <w:r>
        <w:t>yeh ilaqa pehle romi saltanat mein tha. is ke baad Hazrat Umar bin Khattab ke zamane mein woh muslim saltanat mein shamil hua.</w:t>
      </w:r>
    </w:p>
    <w:p>
      <w:pPr>
        <w:jc w:val="right"/>
      </w:pPr>
      <w:r>
        <w:t>یہ علاقہ پہلے رومی سلطنت میں تھا۔ اس کے بعد حضرت عمر بن خطاب کے زمانے میں وہ مسلم سلطنت میں شامل ہوا۔</w:t>
      </w:r>
    </w:p>
    <w:p>
      <w:r>
        <w:rPr>
          <w:b/>
        </w:rPr>
        <w:t xml:space="preserve">[1:21:40] </w:t>
      </w:r>
      <w:r>
        <w:t>salibi jangon ke mauqe par taqreeban poore maseehi europe ne mil kar hamla kiya taakeh woh is muqaddas ilaqe ko dobara apne qabze mein le saken.</w:t>
      </w:r>
    </w:p>
    <w:p>
      <w:pPr>
        <w:jc w:val="right"/>
      </w:pPr>
      <w:r>
        <w:t>صلیبی جنگوں کے موقع پر تقریباً پورے مسیحی یورپ نے مل کر حملہ کیا تاکہ وہ اس مقدس علاقے کو دوبارہ اپنے قبضے میں لے سکیں۔</w:t>
      </w:r>
    </w:p>
    <w:p>
      <w:r>
        <w:rPr>
          <w:b/>
        </w:rPr>
        <w:t xml:space="preserve">[1:21:51] </w:t>
      </w:r>
      <w:r>
        <w:t>magar muttaheda koshish ke bawajood is mahaz par unko kamil shikast hui. is waqe' ko murikh gavin ne zillat aamez shikast, yaani humiliating defeat, qarar diya hai.</w:t>
      </w:r>
    </w:p>
    <w:p>
      <w:pPr>
        <w:jc w:val="right"/>
      </w:pPr>
      <w:r>
        <w:t>مگر متحدہ کوشش کے باوجود اس محاذ پر ان کو کامل شکست ہوئی۔ اس واقعے کو مورخ گیون نے ذلت آمیز شکست، یعنی ہیومیلیٹنگ ڈیفیٹ، قرار دیا ہے۔</w:t>
      </w:r>
    </w:p>
    <w:p>
      <w:r>
        <w:rPr>
          <w:b/>
        </w:rPr>
        <w:t xml:space="preserve">[1:22:05] </w:t>
      </w:r>
      <w:r>
        <w:t>magar tareekh ka yeh anokha waqe'a hai keh salibi jangon mein shikast ke baad maghrib ki maseehi qaumein ne haar nahi maani, balkeh un ke andar ek misbat spirit jaag uthi.</w:t>
      </w:r>
    </w:p>
    <w:p>
      <w:pPr>
        <w:jc w:val="right"/>
      </w:pPr>
      <w:r>
        <w:t>مگر تاریخ کا یہ انوکھا واقعہ ہے کہ صلیبی جنگوں میں شکست کے بعد مغرب کی مسیحی قوموں نے ہار نہیں مانی، بلکہ ان کے اندر ایک مثبت اسپرٹ جاگ اٹھی۔</w:t>
      </w:r>
    </w:p>
    <w:p>
      <w:r>
        <w:rPr>
          <w:b/>
        </w:rPr>
        <w:t xml:space="preserve">[1:22:19] </w:t>
      </w:r>
      <w:r>
        <w:t>unhone salibi jangon mein shikast ke baad apne maidan-e-amal ko badal diya aur jang ke maidan ke bajaye pur aman tehqeeq ko apna maidan bana liya.</w:t>
      </w:r>
    </w:p>
    <w:p>
      <w:pPr>
        <w:jc w:val="right"/>
      </w:pPr>
      <w:r>
        <w:t>انہوں نے صلیبی جنگوں میں شکست کے بعد اپنے میدانِ عمل کو بدل دیا اور جنگ کے میدان کے بجائے پرامن تحقیق کو اپنا میدان بنا لیا۔</w:t>
      </w:r>
    </w:p>
    <w:p>
      <w:r>
        <w:rPr>
          <w:b/>
        </w:rPr>
        <w:t xml:space="preserve">[1:22:32] </w:t>
      </w:r>
      <w:r>
        <w:t>ek mubesir ne is ko spiritual crusades ka naam diya hai. is pur aman crusades ka nateeja yeh nikla keh maghrib ke maseehi ahle ilm tareekh mein ek naya daur lane mein kamyab ho gaye.</w:t>
      </w:r>
    </w:p>
    <w:p>
      <w:pPr>
        <w:jc w:val="right"/>
      </w:pPr>
      <w:r>
        <w:t>ایک مبصر نے اس کو سپریچول کروسیڈز کا نام دیا ہے۔ اس پرامن کروسیڈز کا نتیجہ یہ نکلا کہ مغرب کے مسیحی اہلِ علم تاریخ میں ایک نیا دور لانے میں کامیاب ہو گئے۔</w:t>
      </w:r>
    </w:p>
    <w:p>
      <w:r>
        <w:rPr>
          <w:b/>
        </w:rPr>
        <w:t xml:space="preserve">[1:22:47] </w:t>
      </w:r>
      <w:r>
        <w:t>yeh wohi daur hai jis ko scientific age kaha jata hai. unhone apni sari tawajjuh fitrat, yaani nature, ki tehqeeq par laga di.</w:t>
      </w:r>
    </w:p>
    <w:p>
      <w:pPr>
        <w:jc w:val="right"/>
      </w:pPr>
      <w:r>
        <w:t>یہ وہی دور ہے جس کو سائنٹیفک ایج کہا جاتا ہے۔ انہوں نے اپنی ساری توجہ فطرت، یعنی نیچر، کی تحقیق پر لگا دی۔</w:t>
      </w:r>
    </w:p>
    <w:p>
      <w:r>
        <w:rPr>
          <w:b/>
        </w:rPr>
        <w:t xml:space="preserve">[1:22:57] </w:t>
      </w:r>
      <w:r>
        <w:t>is ke nateejay mein fitrat ke andar chupi hui technology pehli baar insan ke ilm mein aai. islam ne ailaan kiya tha ke nature parastish ka mozu nahi hai, balke woh tehqeeq ka mozu hai.</w:t>
      </w:r>
    </w:p>
    <w:p>
      <w:pPr>
        <w:jc w:val="right"/>
      </w:pPr>
      <w:r>
        <w:t>اس کے نتیجے میں فطرت کے اندر چھپی ہوئی ٹیکنالوجی پہلی بار انسان کے علم میں آئی۔ اسلام نے اعلان کیا تھا کہ نیچر پرستش کا موضوع نہیں ہے، بلکہ وہ تحقیق کا موضوع ہے۔</w:t>
      </w:r>
    </w:p>
    <w:p>
      <w:r>
        <w:rPr>
          <w:b/>
        </w:rPr>
        <w:t xml:space="preserve">[1:23:13] </w:t>
      </w:r>
      <w:r>
        <w:t>is tarah islam ne fitrat aur parastish dono ko ek doosre se nazari taur par de-link kar diya tha.</w:t>
      </w:r>
    </w:p>
    <w:p>
      <w:pPr>
        <w:jc w:val="right"/>
      </w:pPr>
      <w:r>
        <w:t>اس طرح اسلام نے فطرت اور پرستش دونوں کو ایک دوسرے سے نظری طور پر ڈی لنک کر دیا تھا۔</w:t>
      </w:r>
    </w:p>
    <w:p>
      <w:r>
        <w:rPr>
          <w:b/>
        </w:rPr>
        <w:t xml:space="preserve">[1:23:23] </w:t>
      </w:r>
      <w:r>
        <w:t>is silsilay ka agla kaam maghrib ki maseehi qaumon ne kiya. unhon ne fitrat ki aazadana tehqeeq shuru ki, yahan tak ke aakhir kar science ka daur paida hua aur phir woh cheez zahoor mein aai jis ko jadeed tehzeeb kaha jata hai.</w:t>
      </w:r>
    </w:p>
    <w:p>
      <w:pPr>
        <w:jc w:val="right"/>
      </w:pPr>
      <w:r>
        <w:t>اس سلسلے کا اگلا کام مغرب کی مسیحی قوموں نے کیا۔ انہوں نے فطرت کی آزادانہ تحقیق شروع کی، یہاں تک کہ آخر کار سائنس کا دور پیدا ہوا اور پھر وہ چیز ظہور میں آئی جس کو جدید تہذیب کہا جاتا ہے۔</w:t>
      </w:r>
    </w:p>
    <w:p>
      <w:r>
        <w:rPr>
          <w:b/>
        </w:rPr>
        <w:t xml:space="preserve">[1:23:41] </w:t>
      </w:r>
      <w:r>
        <w:t>maseehi europe ka yeh amal re-planning ki aik misaal hai. maseehi europe ne pehle yeh mansooba banaya tha ke woh jang ki taaqat se arz-e-muqaddas par qabza haasil kar lein.</w:t>
      </w:r>
    </w:p>
    <w:p>
      <w:pPr>
        <w:jc w:val="right"/>
      </w:pPr>
      <w:r>
        <w:t>مسیحی یورپ کا یہ عمل ری پلاننگ کی ایک مثال ہے۔ مسیحی یورپ نے پہلے یہ منصوبہ بنایا تھا کہ وہ جنگ کی طاقت سے ارضِ مقدس پر قبضہ حاصل کر لیں۔</w:t>
      </w:r>
    </w:p>
    <w:p>
      <w:r>
        <w:rPr>
          <w:b/>
        </w:rPr>
        <w:t xml:space="preserve">[1:23:55] </w:t>
      </w:r>
      <w:r>
        <w:t>do so saal ki jang ke baad jab yeh mansooba nakaam ho gaya to un ke andar yeh zehan paida hua ke woh jang ke maidan ke bajaye pur-aman maidan mein apni koshish sirf karein.</w:t>
      </w:r>
    </w:p>
    <w:p>
      <w:pPr>
        <w:jc w:val="right"/>
      </w:pPr>
      <w:r>
        <w:t>دو سو سال کی جنگ کے بعد جب یہ منصوبہ ناکام ہو گیا تو ان کے اندر یہ ذہن پیدا ہوا کہ وہ جنگ کے میدان کے بجائے پرامن میدان میں اپنی کوشش صرف کریں۔</w:t>
      </w:r>
    </w:p>
    <w:p>
      <w:r>
        <w:rPr>
          <w:b/>
        </w:rPr>
        <w:t xml:space="preserve">[1:24:08] </w:t>
      </w:r>
      <w:r>
        <w:t>yeh re-planning kaamyaab rahi aur chand so saal ki muddat mein sirf yeh nahi hua ke ek naya siyasat daur wajood mein aa gaya, balke yeh hua ke maseehi europe ne naye wasail ke istemaal se dobara is ghalbay ko ziyada baray paimaanay par haasil kar liya jo siyasat maidan mein nakaami se khoya gaya tha.</w:t>
      </w:r>
    </w:p>
    <w:p>
      <w:pPr>
        <w:jc w:val="right"/>
      </w:pPr>
      <w:r>
        <w:t>یہ ری پلاننگ کامیاب رہی اور چند سو سال کی مدت میں صرف یہ نہیں ہوا کہ ایک نیا سیاسی دور وجود میں آ گیا، بلکہ یہ ہوا کہ مسیحی یورپ نے نئے وسائل کے استعمال سے دوبارہ اس غلبے کو زیادہ بڑے پیمانے پر حاصل کر لیا جو سیاسی میدان میں ناکامی سے کھویا گیا تھا۔</w:t>
      </w:r>
    </w:p>
    <w:p>
      <w:r>
        <w:rPr>
          <w:b/>
        </w:rPr>
        <w:t xml:space="preserve">[1:24:32] </w:t>
      </w:r>
      <w:r>
        <w:t>is ilaqay ke muslim rehnuma us waqt apne maamlay ki re-planning na kar sake. 1947 mein jab falasteen ki taqseem amal mein aai aur is mein falasteen ka nisf hissa arabon ko diya gaya, arab rehnuma ke liye bhi yeh aik re-planning ka waqt tha.</w:t>
      </w:r>
    </w:p>
    <w:p>
      <w:pPr>
        <w:jc w:val="right"/>
      </w:pPr>
      <w:r>
        <w:t>اس علاقے کے مسلم رہنما اس وقت اپنے معاملے کی ری پلاننگ نہ کر سکے۔ 1947 میں جب فلسطین کی تقسیم عمل میں آئی اور اس میں فلسطین کا نصف حصہ عربوں کو دیا گیا، عرب رہنما کے لیے بھی یہ ایک ری پلاننگ کا وقت تھا۔</w:t>
      </w:r>
    </w:p>
    <w:p>
      <w:r>
        <w:rPr>
          <w:b/>
        </w:rPr>
        <w:t xml:space="preserve">[1:24:52] </w:t>
      </w:r>
      <w:r>
        <w:t>un ko chahiye tha ke woh apne pichlay siyasat mindset ko torein aur naye halaat ke lehaz se apne amal ki nayi mansooba bandi karein.</w:t>
      </w:r>
    </w:p>
    <w:p>
      <w:pPr>
        <w:jc w:val="right"/>
      </w:pPr>
      <w:r>
        <w:t>ان کو چاہیے تھا کہ وہ اپنے پچھلے سیاسی مائنڈ سیٹ کو توڑیں اور نئے حالات کے لحاظ سے اپنے عمل کی نئی منصوبہ بندی کریں۔</w:t>
      </w:r>
    </w:p>
    <w:p>
      <w:r>
        <w:rPr>
          <w:b/>
        </w:rPr>
        <w:t xml:space="preserve">[1:25:02] </w:t>
      </w:r>
      <w:r>
        <w:t>agar woh aisa karte to yaqeenan aaj falasteen mein aik taaqatwar saltanat qaim hoti. falasteen ka jo ilaaqa arabon ke qabzay mein diya gaya tha, woh falasteen ka sab se ziyada aham ilaaqa tha.</w:t>
      </w:r>
    </w:p>
    <w:p>
      <w:pPr>
        <w:jc w:val="right"/>
      </w:pPr>
      <w:r>
        <w:t>اگر وہ ایسا کرتے تو یقیناً آج فلسطین میں ایک طاقتور سلطنت قائم ہوتی۔ فلسطین کا جو علاقہ عربوں کے قبضے میں دیا گیا تھا، وہ فلسطین کا سب سے زیادہ اہم علاقہ تھا۔</w:t>
      </w:r>
    </w:p>
    <w:p>
      <w:r>
        <w:rPr>
          <w:b/>
        </w:rPr>
        <w:t xml:space="preserve">[1:25:17] </w:t>
      </w:r>
      <w:r>
        <w:t>neez sham aur iraq aur urdun aur misr pehle hi se un ke qabzay mein thay. yeh pura ilaaqa aik tareekhi ilaaqa hai.</w:t>
      </w:r>
    </w:p>
    <w:p>
      <w:pPr>
        <w:jc w:val="right"/>
      </w:pPr>
      <w:r>
        <w:t>نیز شام اور عراق اور اردن اور مصر پہلے ہی سے ان کے قبضے میں تھے۔ یہ پورا علاقہ ایک تاریخی علاقہ ہے۔</w:t>
      </w:r>
    </w:p>
    <w:p>
      <w:r>
        <w:rPr>
          <w:b/>
        </w:rPr>
        <w:t xml:space="preserve">[1:25:28] </w:t>
      </w:r>
      <w:r>
        <w:t>yeh ilaaqa aalmi siyahat ke liye bohat ziyada tourist attraction rakhta hai. agar is ilaqay mein aman qaim rehta to siyahat ki industry bohat ziyada farogh paati.</w:t>
      </w:r>
    </w:p>
    <w:p>
      <w:pPr>
        <w:jc w:val="right"/>
      </w:pPr>
      <w:r>
        <w:t>یہ علاقہ عالمی سیاحت کے لیے بہت زیادہ ٹورسٹ اٹریکشن رکھتا ہے۔ اگر اس علاقے میں امن قائم رہتا تو سیاحت کی انڈسٹری بہت زیادہ فروغ پاتی۔</w:t>
      </w:r>
    </w:p>
    <w:p>
      <w:r>
        <w:rPr>
          <w:b/>
        </w:rPr>
        <w:t xml:space="preserve">[1:25:41] </w:t>
      </w:r>
      <w:r>
        <w:t>is se arabon ko na sirf econimics ke aitbaar se ghair maamooli faiday haasil hotay, balke saiyahon ki aamad o raft se is ilaqay mein dawat mission ka kaam bhi bohat baray paimaanay par ho sakta tha.</w:t>
      </w:r>
    </w:p>
    <w:p>
      <w:pPr>
        <w:jc w:val="right"/>
      </w:pPr>
      <w:r>
        <w:t>اس سے عربوں کو نہ صرف اقتصادیات کے اعتبار سے غیر معمولی فائدے حاصل ہوتے، بلکہ سیاحوں کی آمد و رفت سے اس علاقے میں دعوتی مشن کا کام بھی بہت بڑے پیمانے پر ہو سکتا تھا۔</w:t>
      </w:r>
    </w:p>
    <w:p>
      <w:r>
        <w:rPr>
          <w:b/>
        </w:rPr>
        <w:t xml:space="preserve">[1:25:56] </w:t>
      </w:r>
      <w:r>
        <w:t>magar re-planning ki ahmiyat ko na jananay ki wajah se yeh azeem moqa istemaal na ho saka. hassan al banna aur un ke sathiyon ne 1947 mein cairo ki sarkon par bohat bara jaloos nikala tha.</w:t>
      </w:r>
    </w:p>
    <w:p>
      <w:pPr>
        <w:jc w:val="right"/>
      </w:pPr>
      <w:r>
        <w:t>مگر ری پلاننگ کی اہمیت کو نہ جاننے کی وجہ سے یہ عظیم موقع استعمال نہ ہو سکا۔ حسن البنا اور ان کے ساتھیوں نے 1947 میں قاہرہ کی سڑکوں پر بہت بڑا جلوس نکالا تھا۔</w:t>
      </w:r>
    </w:p>
    <w:p>
      <w:r>
        <w:rPr>
          <w:b/>
        </w:rPr>
        <w:t xml:space="preserve">[1:26:13] </w:t>
      </w:r>
      <w:r>
        <w:t>is mein un ka naaray tha: "labbaik ya falasteen". agar woh danishmandi se kaam lete to woh "labbaik ayyuhal naas" ke naaray ke sath is ilaqay mein dakhil hotay aur yahan islam aur musalmanon ka naya mustaqbil taameer kar sakte thay.</w:t>
      </w:r>
    </w:p>
    <w:p>
      <w:pPr>
        <w:jc w:val="right"/>
      </w:pPr>
      <w:r>
        <w:t>اس میں ان کا نعرہ تھا: "لبیک یا فلسطین"۔ اگر وہ دانشمندی سے کام لیتے تو وہ "لبیک ایہا الناس" کے نعرے کے ساتھ اس علاقے میں داخل ہوتے اور یہاں اسلام اور مسلمانوں کا نیا مستقبل تعمیر کر سکتے تھے۔</w:t>
      </w:r>
    </w:p>
    <w:p>
      <w:r>
        <w:rPr>
          <w:b/>
        </w:rPr>
        <w:t xml:space="preserve">[1:26:30] </w:t>
      </w:r>
      <w:r>
        <w:t>magar yeh azeem moqa istemaal hone se reh gaya.</w:t>
      </w:r>
    </w:p>
    <w:p>
      <w:pPr>
        <w:jc w:val="right"/>
      </w:pPr>
      <w:r>
        <w:t>مگر یہ عظیم موقع استعمال ہونے سے رہ گیا۔</w:t>
      </w:r>
    </w:p>
    <w:p>
      <w:r>
        <w:rPr>
          <w:b/>
        </w:rPr>
        <w:t xml:space="preserve">[1:26:39] </w:t>
      </w:r>
      <w:r>
        <w:t>Vatican model: aik hadees rasool ke mutabiq Allah rabbul aalameen ahle islam ke liye doosri qaumon ke zariye taeed, yani support, faraham karega.</w:t>
      </w:r>
    </w:p>
    <w:p>
      <w:pPr>
        <w:jc w:val="right"/>
      </w:pPr>
      <w:r>
        <w:t>ویٹیکن ماڈل: ایک حدیث رسول کے مطابق اللہ رب العالمین اہلِ اسلام کے لیے دوسری قوموں کے ذریعے تائید، یعنی سپورٹ، فراہم کرے گا۔</w:t>
      </w:r>
    </w:p>
    <w:p>
      <w:r>
        <w:rPr>
          <w:b/>
        </w:rPr>
        <w:t xml:space="preserve">[1:26:52] </w:t>
      </w:r>
      <w:r>
        <w:t>al-mujam al-kabir lil tabarani. is hadees rasool ka aik pehlu yeh hai ke Allah taala doosri qaumon ya secular logon ke zariye aisay model set karega jo ahle islam ke liye apne deeni mission mein rehnuma ban sakein.</w:t>
      </w:r>
    </w:p>
    <w:p>
      <w:pPr>
        <w:jc w:val="right"/>
      </w:pPr>
      <w:r>
        <w:t>الموجم الکبیر للطبرانی۔ اس حدیث رسول کا ایک پہلو یہ ہے کہ اللہ تعالیٰ دوسری قوموں یا سیکولر لوگوں کے ذریعے ایسے ماڈل سیٹ کرے گا جو اہلِ اسلام کے لیے اپنے دینی مشن میں رہنما بن سکیں۔</w:t>
      </w:r>
    </w:p>
    <w:p>
      <w:r>
        <w:rPr>
          <w:b/>
        </w:rPr>
        <w:t xml:space="preserve">[1:27:10] </w:t>
      </w:r>
      <w:r>
        <w:t>ghor kiya jaye to tareekh mein bar bar aisay waqeat paish aaye hain. inhi mein se aik waqea woh hai jis ko Vatican model kaha ja sakta hai.</w:t>
      </w:r>
    </w:p>
    <w:p>
      <w:pPr>
        <w:jc w:val="right"/>
      </w:pPr>
      <w:r>
        <w:t>غور کیا جائے تو تاریخ میں بار بار ایسے واقعات پیش آئے ہیں۔ انہی میں سے ایک واقعہ وہ ہے جس کو ویٹیکن ماڈل کہا جا سکتا ہے۔</w:t>
      </w:r>
    </w:p>
    <w:p>
      <w:r>
        <w:rPr>
          <w:b/>
        </w:rPr>
        <w:t xml:space="preserve">[1:27:21] </w:t>
      </w:r>
      <w:r>
        <w:t>qadeem europe mein maseehi pope ko pure europe ke liye be-taj badshah, yani uncrowned king, ka darja hasil tha.</w:t>
      </w:r>
    </w:p>
    <w:p>
      <w:pPr>
        <w:jc w:val="right"/>
      </w:pPr>
      <w:r>
        <w:t>قدیم یورپ میں مسیحی پوپ کو پورے یورپ کے لیے بے تاج بادشاہ، یعنی ان کراؤنڈ کنگ، کا درجہ حاصل تھا۔</w:t>
      </w:r>
    </w:p>
    <w:p>
      <w:r>
        <w:rPr>
          <w:b/>
        </w:rPr>
        <w:t xml:space="preserve">[1:27:30] </w:t>
      </w:r>
      <w:r>
        <w:t>satrahveen sadi mein halaat badlay aur dheeray dheeray pope ne apna iqtadar kho diya. ab pope ke liye do ke darmiyan intekhab, yani option, ka maamla tha.</w:t>
      </w:r>
    </w:p>
    <w:p>
      <w:pPr>
        <w:jc w:val="right"/>
      </w:pPr>
      <w:r>
        <w:t>سترویں صدی میں حالات بدلے اور دھیرے دھیرے پوپ نے اپنا اقتدار کھو دیا۔ اب پوپ کے لیے دو کے درمیان انتخاب، یعنی آپشن، کا معاملہ تھا۔</w:t>
      </w:r>
    </w:p>
    <w:p>
      <w:r>
        <w:rPr>
          <w:b/>
        </w:rPr>
        <w:t xml:space="preserve">[1:27:43] </w:t>
      </w:r>
      <w:r>
        <w:t>ya to political role ki hesiyat se pope ka ohda hamesha ke liye khatam ho jaye ya kisi non-political satah par pope ka title baqi rakha jaye.</w:t>
      </w:r>
    </w:p>
    <w:p>
      <w:pPr>
        <w:jc w:val="right"/>
      </w:pPr>
      <w:r>
        <w:t>یا تو پولیٹیکل رول کی حیثیت سے پوپ کا عہدہ ہمیشہ کے لیے ختم ہو جائے یا کسی نان پولیٹیکل سطح پر پوپ کا ٹائٹل باقی رکھا جائے۔</w:t>
      </w:r>
    </w:p>
    <w:p>
      <w:r>
        <w:rPr>
          <w:b/>
        </w:rPr>
        <w:t xml:space="preserve">[1:27:56] </w:t>
      </w:r>
      <w:r>
        <w:t>ghor o fikr ke baad maseehi zimmedaran doosri hesiyat par raazi ho gaye. yeh waqea mussolini ke zamanay mein hua.</w:t>
      </w:r>
    </w:p>
    <w:p>
      <w:pPr>
        <w:jc w:val="right"/>
      </w:pPr>
      <w:r>
        <w:t>غور و فکر کے بعد مسیحی ذمہ داران دوسری حیثیت پر راضی ہو گئے۔ یہ واقعہ مسولینی کے زمانے میں ہوا۔</w:t>
      </w:r>
    </w:p>
    <w:p>
      <w:r>
        <w:rPr>
          <w:b/>
        </w:rPr>
        <w:t xml:space="preserve">[1:28:06] </w:t>
      </w:r>
      <w:r>
        <w:t>1929 mein maseehi pope aur italy ki hukumat ke darmiyan aik muahida hua, us ko Lateran Treaty kaha jata hai.</w:t>
      </w:r>
    </w:p>
    <w:p>
      <w:pPr>
        <w:jc w:val="right"/>
      </w:pPr>
      <w:r>
        <w:t>1929 میں مسیحی پوپ اور اٹلی کی حکومت کے درمیان ایک معاہدہ ہوا، اس کو لیٹرن ٹریٹی کہا جاتا ہے۔</w:t>
      </w:r>
    </w:p>
    <w:p>
      <w:r>
        <w:rPr>
          <w:b/>
        </w:rPr>
        <w:t xml:space="preserve">[1:28:15] </w:t>
      </w:r>
      <w:r>
        <w:t>is muahiday ke mutabiq italy ki darsal-saltanat Rome mein pope ko aik mehdood ilaaqa de diya gaya jis ka raqba taqreeban 110 acre tha.</w:t>
      </w:r>
    </w:p>
    <w:p>
      <w:pPr>
        <w:jc w:val="right"/>
      </w:pPr>
      <w:r>
        <w:t>اس معاہدے کے مطابق اٹلی کی دارالسلطنت روم میں پوپ کو ایک محدود علاقہ دے دیا گیا جس کا رقبہ تقریباً 110 ایکڑ تھا۔</w:t>
      </w:r>
    </w:p>
    <w:p>
      <w:r>
        <w:rPr>
          <w:b/>
        </w:rPr>
        <w:t xml:space="preserve">[1:28:27] </w:t>
      </w:r>
      <w:r>
        <w:t>yeh ilaaqa pehle se maseehi logon ke paas tha. ab is ko aik ba-ikhtiyar state ka darja de diya gaya. pope ne is ilaqay ko develop kiya aur ab woh masihyat ke liye spiritual kingdom, yani spiritual kingdom, ki hesiyat se kamyabi ke sath apna kaam kar raha hai.</w:t>
      </w:r>
    </w:p>
    <w:p>
      <w:pPr>
        <w:jc w:val="right"/>
      </w:pPr>
      <w:r>
        <w:t>یہ علاقہ پہلے سے مسیحی لوگوں کے پاس تھا۔ اب اس کو ایک بااقتدار اسٹیٹ کا درجہ دے دیا گیا۔ پوپ نے اس علاقے کو ڈویلپ کیا اور اب وہ مسیحیت کے لیے روحانی کنگڈم، یعنی سپریچول کنگڈم، کی حیثیت سے کامیابی کے ساتھ اپنا کام کر رہا ہے۔</w:t>
      </w:r>
    </w:p>
    <w:p>
      <w:r>
        <w:rPr>
          <w:b/>
        </w:rPr>
        <w:t xml:space="preserve">[1:28:50] </w:t>
      </w:r>
      <w:r>
        <w:t>letarn moahiday ke zareeye maseehi qaum ko yeh moqa mil gaya ke woh popdum ke khatmay ke bawajood pop ka title badastoor baqi rakhain.</w:t>
      </w:r>
    </w:p>
    <w:p>
      <w:pPr>
        <w:jc w:val="right"/>
      </w:pPr>
      <w:r>
        <w:t>لیٹرن معاہدے کے ذریعے مسیحی قوم کو یہ موقع مل گیا کہ وہ پوپڈم کے خاتمے کے باوجود پوپ کا ٹائٹل بدستور باقی رکھیں۔</w:t>
      </w:r>
    </w:p>
    <w:p>
      <w:r>
        <w:rPr>
          <w:b/>
        </w:rPr>
        <w:t xml:space="preserve">[1:29:00] </w:t>
      </w:r>
      <w:r>
        <w:t>woh pop ke naam se badastoor sari dunya mein apni mazhabi tanzeem, yani religious organization, qaim karain.</w:t>
      </w:r>
    </w:p>
    <w:p>
      <w:pPr>
        <w:jc w:val="right"/>
      </w:pPr>
      <w:r>
        <w:t>وہ پوپ کے نام سے بدستور ساری دنیا میں اپنی مذہبی تنظیم، یعنی ریلیجیس آرگنائزیشن، قائم کریں۔</w:t>
      </w:r>
    </w:p>
    <w:p>
      <w:r>
        <w:rPr>
          <w:b/>
        </w:rPr>
        <w:t xml:space="preserve">[1:29:10] </w:t>
      </w:r>
      <w:r>
        <w:t>woh aik markazi authority ke tehat sari dunya mein munazzam tor par apne mazhab ka kaam kar sakain. yeh wohi hikmat thi jis ko quran mein "ahad al hasanain" kaha gaya hai, yani do behtar mein se aik, one of the two bests, ka intikhab karna.</w:t>
      </w:r>
    </w:p>
    <w:p>
      <w:pPr>
        <w:jc w:val="right"/>
      </w:pPr>
      <w:r>
        <w:t>وہ ایک مرکزی اتھارٹی کے تحت ساری دنیا میں منظم طور پر اپنے مذہب کا کام کر سکیں۔ یہ وہی حکمت تھی جس کو قرآن میں "احد الحسنین" کہا گیا ہے، یعنی دو بہتر میں سے ایک، ون آف دا ٹو بیسٹس، کا انتخاب کرنا۔</w:t>
      </w:r>
    </w:p>
    <w:p>
      <w:r>
        <w:rPr>
          <w:b/>
        </w:rPr>
        <w:t xml:space="preserve">[1:29:29] </w:t>
      </w:r>
      <w:r>
        <w:t>mojooda zamanay mein musalman apni mahroomi ki shikayat karte hain, magar haqeeqat yeh hai ke yeh mahroomi ka mamla nahi hai, balkay zamani haqaiq se bekhabri ka mamla hai.</w:t>
      </w:r>
    </w:p>
    <w:p>
      <w:pPr>
        <w:jc w:val="right"/>
      </w:pPr>
      <w:r>
        <w:t>موجودہ زمانے میں مسلمان اپنی محرومی کی شکایت کرتے ہیں، مگر حقیقت یہ ہے کہ یہ محرومی کا معاملہ نہیں ہے، بلکہ زمانی حقائق سے بے خبری کا معاملہ ہے۔</w:t>
      </w:r>
    </w:p>
    <w:p>
      <w:r>
        <w:rPr>
          <w:b/>
        </w:rPr>
        <w:t xml:space="preserve">[1:29:43] </w:t>
      </w:r>
      <w:r>
        <w:t>mojooda zamanay mein musalmanon ko baar baar yeh moqa mila ke woh vatican model ke mutabiq apne liye doosra behtar, yani second best, hasil kar lain, lekin musalmanon ke rehnuma apni ghair danishmandi ki bina par is moqay ko avel na kar sakay.</w:t>
      </w:r>
    </w:p>
    <w:p>
      <w:pPr>
        <w:jc w:val="right"/>
      </w:pPr>
      <w:r>
        <w:t>موجودہ زمانے میں مسلمانوں کو بار بار یہ موقع ملا کہ وہ ویٹیکن ماڈل کے مطابق اپنے لیے دوسرا بہتر، یعنی سیکنڈ بیسٹ، حاصل کر لیں، لیکن مسلمانوں کے رہنما اپنی غیر دانشمندی کی بنا پر اس موقع کو اویل نہ کر سکے۔</w:t>
      </w:r>
    </w:p>
    <w:p>
      <w:r>
        <w:rPr>
          <w:b/>
        </w:rPr>
        <w:t xml:space="preserve">[1:30:03] </w:t>
      </w:r>
      <w:r>
        <w:t>misal ke tor par beesween sadi ke riaba-e-awwal mein jab yeh wazeh ho gaya ke usmani khilafat ka siyasi idara baqi nahi reh sakta to muslim rehnumaon ke liye yeh moqa tha ke guft o shuneed ke zareeye woh doosray behtar, yani second best, par raazi ho jayen.</w:t>
      </w:r>
    </w:p>
    <w:p>
      <w:pPr>
        <w:jc w:val="right"/>
      </w:pPr>
      <w:r>
        <w:t>مثلاً بیسویں صدی کے ربع اول میں جب یہ واضح ہو گیا کہ عثمانی خلافت کا سیاسی ادارہ باقی نہیں رہ سکتا تو مسلم رہنماؤں کے لیے یہ موقع تھا کہ گفت و شنید کے ذریعے وہ دوسرے بہتر، یعنی سیکنڈ بیسٹ، پر راضی ہو جائیں۔</w:t>
      </w:r>
    </w:p>
    <w:p>
      <w:r>
        <w:rPr>
          <w:b/>
        </w:rPr>
        <w:t xml:space="preserve">[1:30:22] </w:t>
      </w:r>
      <w:r>
        <w:t>yani khilafat ke naam se turki ke kisi ilaqay, mislan qastunia ke aik mehdood raqbay ko hasil kar lain aur wahan vatican jaisa aik idara bana kar khalifa ke title ko badastoor baqi rakhain.</w:t>
      </w:r>
    </w:p>
    <w:p>
      <w:pPr>
        <w:jc w:val="right"/>
      </w:pPr>
      <w:r>
        <w:t>یعنی خلافت کے نام سے ترکی کے کسی علاقے، مثلاً قسطنطنیہ کے ایک محدود رقبے کو حاصل کر لیں اور وہاں ویٹیکن جیسا ایک ادارہ بنا کر خلیفہ کے ٹائٹل کو بدستور باقی رکھیں۔</w:t>
      </w:r>
    </w:p>
    <w:p>
      <w:r>
        <w:rPr>
          <w:b/>
        </w:rPr>
        <w:t xml:space="preserve">[1:30:38] </w:t>
      </w:r>
      <w:r>
        <w:t>yeh muslim rehnumaon ke liye apne maslay ki re-planning ka aik moqa tha, magar us waqt ke muslim rehnuma is mamlay mein haqeeqat shanasi ka saboot na de sakay.</w:t>
      </w:r>
    </w:p>
    <w:p>
      <w:pPr>
        <w:jc w:val="right"/>
      </w:pPr>
      <w:r>
        <w:t>یہ مسلم رہنماؤں کے لیے اپنے مسئلے کی ری پلاننگ کا ایک موقع تھا، مگر اس وقت کے مسلم رہنما اس معاملے میں حقیقت شناسی کا ثبوت نہ دے سکے۔</w:t>
      </w:r>
    </w:p>
    <w:p>
      <w:r>
        <w:rPr>
          <w:b/>
        </w:rPr>
        <w:t xml:space="preserve">[1:30:50] </w:t>
      </w:r>
      <w:r>
        <w:t>natija yeh hua ke khilafat ka title hamesha ke liye khatam ho gaya. isi tarah 1952 mein jab misr ke shah farooq ki hukumat khatam hui aur misr mein fouji hukumat qaim hui to us waqt ikhwan al muslimin ko misr ke sadar jamal abdul nasser ne hukumat mein وزارت تعلیم, yani education ministry, ki peshkash ki,</w:t>
      </w:r>
    </w:p>
    <w:p>
      <w:pPr>
        <w:jc w:val="right"/>
      </w:pPr>
      <w:r>
        <w:t>نتیجہ یہ ہوا کہ خلافت کا ٹائٹل ہمیشہ کے لیے ختم ہو گیا۔ اسی طرح 1952 میں جب مصر کے شاہ فاروق کی حکومت ختم ہوئی اور مصر میں فوجی حکومت قائم ہوئی تو اس وقت اخوان المسلمین کو مصر کے صدر جمال عبدالناصر نے حکومت میں وزارت تعلیم، یعنی ایجوکیشن منسٹری، کی پیشکش کی،</w:t>
      </w:r>
    </w:p>
    <w:p>
      <w:r>
        <w:rPr>
          <w:b/>
        </w:rPr>
        <w:t xml:space="preserve">[1:31:18] </w:t>
      </w:r>
      <w:r>
        <w:t>magar Al-Ikhwan Al-Muslimeen ke rehnamaon ne is peshkash ko qabool karne se inkar kar diya.</w:t>
      </w:r>
    </w:p>
    <w:p>
      <w:pPr>
        <w:jc w:val="right"/>
      </w:pPr>
      <w:r>
        <w:t>مگر الاخوان المسلمون کے رہنماؤں نے اس پیشکش کو قبول کرنے سے انکار کر دیا۔</w:t>
      </w:r>
    </w:p>
    <w:p>
      <w:r>
        <w:rPr>
          <w:b/>
        </w:rPr>
        <w:t xml:space="preserve">[1:31:25] </w:t>
      </w:r>
      <w:r>
        <w:t>isi tarah Pakistan ke sadar Muhammad Ayub Khan ne 1962 mein Jamaat-e-Islami Pakistan ko yeh peshkash ki</w:t>
      </w:r>
    </w:p>
    <w:p>
      <w:pPr>
        <w:jc w:val="right"/>
      </w:pPr>
      <w:r>
        <w:t>اسی طرح پاکستان کے صدر محمد ایوب خان نے 1962 میں جماعت اسلامی پاکستان کو یہ پیشکش کی</w:t>
      </w:r>
    </w:p>
    <w:p>
      <w:r>
        <w:rPr>
          <w:b/>
        </w:rPr>
        <w:t xml:space="preserve">[1:31:34] </w:t>
      </w:r>
      <w:r>
        <w:t>ke Pakistan mein ek bain-ul-aqwami university qaim ki jaye aur is ka mukammal charge Jamaat-e-Islami Pakistan</w:t>
      </w:r>
    </w:p>
    <w:p>
      <w:pPr>
        <w:jc w:val="right"/>
      </w:pPr>
      <w:r>
        <w:t>کہ پاکستان میں ایک بین الاقوامی یونیورسٹی قائم کی جائے اور اس کا مکمل چارج جماعت اسلامی پاکستان</w:t>
      </w:r>
    </w:p>
    <w:p>
      <w:r>
        <w:rPr>
          <w:b/>
        </w:rPr>
        <w:t xml:space="preserve">[1:31:42] </w:t>
      </w:r>
      <w:r>
        <w:t>ko de diya jaye, magar Jamaat-e-Islami Pakistan ke zimmedaran ne is peshkash ko qabool karne se</w:t>
      </w:r>
    </w:p>
    <w:p>
      <w:pPr>
        <w:jc w:val="right"/>
      </w:pPr>
      <w:r>
        <w:t>کو دے دیا جائے، مگر جماعت اسلامی پاکستان کے ذمہ داران نے اس پیشکش کو قبول کرنے سے</w:t>
      </w:r>
    </w:p>
    <w:p>
      <w:r>
        <w:rPr>
          <w:b/>
        </w:rPr>
        <w:t xml:space="preserve">[1:31:50] </w:t>
      </w:r>
      <w:r>
        <w:t>inkar kar diya.</w:t>
      </w:r>
    </w:p>
    <w:p>
      <w:pPr>
        <w:jc w:val="right"/>
      </w:pPr>
      <w:r>
        <w:t>انکار کر دیا۔</w:t>
      </w:r>
    </w:p>
    <w:p>
      <w:r>
        <w:rPr>
          <w:b/>
        </w:rPr>
        <w:t xml:space="preserve">[1:31:51] </w:t>
      </w:r>
      <w:r>
        <w:t>yeh sab re-planning mein nakami ka mamla hai, aur yahi nakami mojooda zamanay mein musalmanon ke tamam masail ki asal zimmedar hai.</w:t>
      </w:r>
    </w:p>
    <w:p>
      <w:pPr>
        <w:jc w:val="right"/>
      </w:pPr>
      <w:r>
        <w:t>یہ سب ری پلاننگ میں ناکامی کا معاملہ ہے، اور یہی ناکامی موجودہ زمانے میں مسلمانوں کے تمام مسائل کی اصل ذمہ دار ہے۔</w:t>
      </w:r>
    </w:p>
    <w:p>
      <w:r>
        <w:rPr>
          <w:b/>
        </w:rPr>
        <w:t xml:space="preserve">[1:32:09] </w:t>
      </w:r>
      <w:r>
        <w:t>ispan ka tajurba: arab musalman aathween sadi eesvi mein ispan mein dakhil hue. yahan unhon ne ispan ke aik hissay mein apni hukumat qaim ki.</w:t>
      </w:r>
    </w:p>
    <w:p>
      <w:pPr>
        <w:jc w:val="right"/>
      </w:pPr>
      <w:r>
        <w:t>اسپین کا تجربہ: عرب مسلمان آٹھویں صدی عیسوی میں اسپین میں داخل ہوئے۔ یہاں انہوں نے اسپین کے ایک حصے میں اپنی حکومت قائم کی۔</w:t>
      </w:r>
    </w:p>
    <w:p>
      <w:r>
        <w:rPr>
          <w:b/>
        </w:rPr>
        <w:t xml:space="preserve">[1:32:23] </w:t>
      </w:r>
      <w:r>
        <w:t>ispan ke is hissay ko al-andalus kaha jata hai. yeh hukumat nasheb o faraz ke sath taqreeban aath so saal tak jaari rahi.</w:t>
      </w:r>
    </w:p>
    <w:p>
      <w:pPr>
        <w:jc w:val="right"/>
      </w:pPr>
      <w:r>
        <w:t>اسپین کے اس حصے کو الاندلس کہا جاتا ہے۔ یہ حکومت نشیب و فراز کے ساتھ تقریباً آٹھ سو سال تک جاری رہی۔</w:t>
      </w:r>
    </w:p>
    <w:p>
      <w:r>
        <w:rPr>
          <w:b/>
        </w:rPr>
        <w:t xml:space="preserve">[1:32:34] </w:t>
      </w:r>
      <w:r>
        <w:t>aakhri daur mein arab musalmanon ke khilaf siyasi rad-e-amal hua. aik khooni jang ke baad arab musalman ispan se mukammal tor par nikal diye gaye, magar ab soorat-e-haal badal gayi hai.</w:t>
      </w:r>
    </w:p>
    <w:p>
      <w:pPr>
        <w:jc w:val="right"/>
      </w:pPr>
      <w:r>
        <w:t>آخری دور میں عرب مسلمانوں کے خلاف سیاسی ردعمل ہوا۔ ایک خونی جنگ کے بعد عرب مسلمان اسپین سے مکمل طور پر نکال دیے گئے، مگر اب صورتحال بدل گئی ہے۔</w:t>
      </w:r>
    </w:p>
    <w:p>
      <w:r>
        <w:rPr>
          <w:b/>
        </w:rPr>
        <w:t xml:space="preserve">[1:32:48] </w:t>
      </w:r>
      <w:r>
        <w:t>ispan ki qadeem tareekh mein pehle arab musalmanon ko hamla awar, yani invader, ki hesiyat se likha gaya tha, magar ab ispan mein nai tareekh likhi gayi hai jo arab daur ke ispan ko khud ispan ki tareekh ka aik hissa qarar deti hai.</w:t>
      </w:r>
    </w:p>
    <w:p>
      <w:pPr>
        <w:jc w:val="right"/>
      </w:pPr>
      <w:r>
        <w:t>اسپین کی قدیم تاریخ میں پہلے عرب مسلمانوں کو حملہ آور، یعنی انویڈر، کی حیثیت سے لکھا گیا تھا، مگر اب اسپین میں نئی تاریخ لکھی گئی ہے جو عرب دور کے اسپین کو خود اسپین کی تاریخ کا ایک حصہ قرار دیتی ہے۔</w:t>
      </w:r>
    </w:p>
    <w:p>
      <w:r>
        <w:rPr>
          <w:b/>
        </w:rPr>
        <w:t xml:space="preserve">[1:33:09] </w:t>
      </w:r>
      <w:r>
        <w:t>is nay daur ki aik alamat misal yeh hai ke ispan ke sahil par arab ruler abdul rehman dakhil ka statue dobara nasb kiya gaya hai, jo talwar liye hue bazahir fateh ki hesiyat se khada hai.</w:t>
      </w:r>
    </w:p>
    <w:p>
      <w:pPr>
        <w:jc w:val="right"/>
      </w:pPr>
      <w:r>
        <w:t>اس نئے دور کی ایک علامتی مثال یہ ہے کہ اسپین کے ساحل پر عرب رولر عبدالرحمن الداخل کا اسٹیچو دوبارہ نصب کیا گیا ہے، جو تلوار لیے ہوئے بظاہر فاتح کی حیثیت سے کھڑا ہے۔</w:t>
      </w:r>
    </w:p>
    <w:p>
      <w:r>
        <w:rPr>
          <w:b/>
        </w:rPr>
        <w:t xml:space="preserve">[1:33:26] </w:t>
      </w:r>
      <w:r>
        <w:t>yeh statue 1984 mein tayyar kiya gaya tha. abdul rehman one landed at al munykar in al andalus to the east of malaga in september 755.</w:t>
      </w:r>
    </w:p>
    <w:p>
      <w:pPr>
        <w:jc w:val="right"/>
      </w:pPr>
      <w:r>
        <w:t>یہ اسٹیچو 1984 میں تیار کیا گیا تھا۔ عبدالرحمن ون لینڈڈ ایٹ المونیکر ان ال اینڈلس ٹو دا ایسٹ آف ملاگا ان ستمبر 755۔</w:t>
      </w:r>
    </w:p>
    <w:p>
      <w:r>
        <w:rPr>
          <w:b/>
        </w:rPr>
        <w:t xml:space="preserve">[1:33:38] </w:t>
      </w:r>
      <w:r>
        <w:t>the statue was created in 1984. ispan mein yeh inqilab kaise aaya? asal yeh hai ke aathween sadi eesvi mein siyasi hukmarani ka zamana tha.</w:t>
      </w:r>
    </w:p>
    <w:p>
      <w:pPr>
        <w:jc w:val="right"/>
      </w:pPr>
      <w:r>
        <w:t>دا اسٹیچو واز کریٹڈ ان 1984۔ اسپین میں یہ انقلاب کیسے آیا؟ اصل یہ ہے کہ آٹھویں صدی عیسوی میں سیاسی حکمرانی کا زمانہ تھا۔</w:t>
      </w:r>
    </w:p>
    <w:p>
      <w:r>
        <w:rPr>
          <w:b/>
        </w:rPr>
        <w:t xml:space="preserve">[1:33:49] </w:t>
      </w:r>
      <w:r>
        <w:t>is zamanay mein siyasi hukmarani ke sath koi misbat tasawwur maujood nahi hota tha, magar beesween sadi mein soorat-e-haal mukammal tor par badal gayi.</w:t>
      </w:r>
    </w:p>
    <w:p>
      <w:pPr>
        <w:jc w:val="right"/>
      </w:pPr>
      <w:r>
        <w:t>اس زمانے میں سیاسی حکمرانی کے ساتھ کوئی مثبت تصور موجود نہیں ہوتا تھا، مگر بیسویں صدی میں صورتحال مکمل طور پر بدل گئی۔</w:t>
      </w:r>
    </w:p>
    <w:p>
      <w:r>
        <w:rPr>
          <w:b/>
        </w:rPr>
        <w:t xml:space="preserve">[1:34:02] </w:t>
      </w:r>
      <w:r>
        <w:t>ab jadeed halaat ke tehat dunya mein aik nai san'at wajood mein aayi jis ko tourist industry kaha jata hai.</w:t>
      </w:r>
    </w:p>
    <w:p>
      <w:pPr>
        <w:jc w:val="right"/>
      </w:pPr>
      <w:r>
        <w:t>اب جدید حالات کے تحت دنیا میں ایک نئی صنعت وجود میں آئی جس کو ٹورسٹ انڈسٹری کہا جاتا ہے۔</w:t>
      </w:r>
    </w:p>
    <w:p>
      <w:r>
        <w:rPr>
          <w:b/>
        </w:rPr>
        <w:t xml:space="preserve">[1:34:11] </w:t>
      </w:r>
      <w:r>
        <w:t>tourist industry mulkon ke liye iqtisadiyat ka bohat bara zariya hai. ispan mein muslim ahad ki tareekhi yadgarain bari tadad mein maujood theen.</w:t>
      </w:r>
    </w:p>
    <w:p>
      <w:pPr>
        <w:jc w:val="right"/>
      </w:pPr>
      <w:r>
        <w:t>ٹورسٹ انڈسٹری ملکوں کے لیے اقتصادیات کا بہت بڑا ذریعہ ہے۔ اسپین میں مسلم عہد کی تاریخی یادگاریں بڑی تعداد میں موجود تھیں۔</w:t>
      </w:r>
    </w:p>
    <w:p>
      <w:r>
        <w:rPr>
          <w:b/>
        </w:rPr>
        <w:t xml:space="preserve">[1:34:22] </w:t>
      </w:r>
      <w:r>
        <w:t>in ko dekhnay ke liye sari dunya ke saiyyah wahan aanay lagay. is ke baad ispan ki hukumat ko maloom hua ke is ke mulk mein iqtisadiyat ka aik bohat bara zariya maujood hai, aur woh hai muslim ahad hukumat ki tareekhi imaratein.</w:t>
      </w:r>
    </w:p>
    <w:p>
      <w:pPr>
        <w:jc w:val="right"/>
      </w:pPr>
      <w:r>
        <w:t>ان کو دیکھنے کے لیے ساری دنیا کے سیاح وہاں آنے لگے۔ اس کے بعد اسپین کی حکومت کو معلوم ہوا کہ اس کے ملک میں اقتصادیات کا ایک بہت بڑا ذریعہ موجود ہے، اور وہ ہے مسلم عہد حکومت کی تاریخی عمارتیں۔</w:t>
      </w:r>
    </w:p>
    <w:p>
      <w:r>
        <w:rPr>
          <w:b/>
        </w:rPr>
        <w:t xml:space="preserve">[1:34:42] </w:t>
      </w:r>
      <w:r>
        <w:t>ispan ki hukumat ne in tamam maqamat ki jadeed kari, yani renovation, ka kaam baray paimaanay par kiya. is ka nateeja yeh hua ke ispan dunya ki siyahat industry ke naqshay mein number do mulk ban gaya, aur is ki iqtisadi sargarmiyon mein bohat ziyada izafa hua,</w:t>
      </w:r>
    </w:p>
    <w:p>
      <w:pPr>
        <w:jc w:val="right"/>
      </w:pPr>
      <w:r>
        <w:t>اسپین کی حکومت نے ان تمام مقامات کی جدید کاری، یعنی رینوویشن، کا کام بڑے پیمانے پر کیا۔ اس کا نتیجہ یہ ہوا کہ اسپین دنیا کی سیاحت انڈسٹری کے نقشے میں نمبر دو ملک بن گیا، اور اس کی اقتصادی سرگرمیوں میں بہت زیادہ اضافہ ہوا،</w:t>
      </w:r>
    </w:p>
    <w:p>
      <w:r>
        <w:rPr>
          <w:b/>
        </w:rPr>
        <w:t xml:space="preserve">[1:35:02] </w:t>
      </w:r>
      <w:r>
        <w:t>hata ke aik pasmandah mulk aik khushhal mulk ban gaya. yeh karishma re-planning ka karishma tha. ispan ke rehnumaon ne waqt ki tabdeeli ko samjha aur is ke mutabiq az sar-e-nau apna naqsha banaya.</w:t>
      </w:r>
    </w:p>
    <w:p>
      <w:pPr>
        <w:jc w:val="right"/>
      </w:pPr>
      <w:r>
        <w:t>حتیٰ کہ ایک پسماندہ ملک ایک خوشحال ملک بن گیا۔ یہ کرشمہ ری پلاننگ کا کرشمہ تھا۔ اسپین کے رہنماؤں نے وقت کی تبدیلی کو سمجھا اور اس کے مطابق از سرِ نو اپنا نقشہ بنایا۔</w:t>
      </w:r>
    </w:p>
    <w:p>
      <w:r>
        <w:rPr>
          <w:b/>
        </w:rPr>
        <w:t xml:space="preserve">[1:35:20] </w:t>
      </w:r>
      <w:r>
        <w:t>is mamlay mein iqtisadi mafaadat ki bina par ispan ki mutasabbana policy bilkul khatam ho gayi, yahan tak ke ab yeh haal hai ke ispan mein dobara musalman abad ho rahay hain, wahan masjidain bana rahay hain.</w:t>
      </w:r>
    </w:p>
    <w:p>
      <w:pPr>
        <w:jc w:val="right"/>
      </w:pPr>
      <w:r>
        <w:t>اس معاملے میں اقتصادی مفادات کی بنا پر اسپین کی متعصبانہ پالیسی بالکل ختم ہو گئی، یہاں تک کہ اب یہ حال ہے کہ اسپین میں دوبارہ مسلمان آباد ہو رہے ہیں، وہاں مسجدیں بنا رہے ہیں۔</w:t>
      </w:r>
    </w:p>
    <w:p>
      <w:r>
        <w:rPr>
          <w:b/>
        </w:rPr>
        <w:t xml:space="preserve">[1:35:37] </w:t>
      </w:r>
      <w:r>
        <w:t>is tabdeeli ke nateejay mein spain ke bashindon mein islam ki ishaat ho rahi hai. aaj spain mein musalmanon ko welcome kiya ja raha hai, jabkay is se pehle musalman wahan ghair matloob, yaani unwanted, ban gaye thay.</w:t>
      </w:r>
    </w:p>
    <w:p>
      <w:pPr>
        <w:jc w:val="right"/>
      </w:pPr>
      <w:r>
        <w:t>اس تبدیلی کے نتیجے میں اسپین کے باشندوں میں اسلام کی اشاعت ہو رہی ہے۔ آج اسپین میں مسلمانوں کو ویلکم کیا جا رہا ہے، جبکہ اس سے پہلے مسلمان وہاں غیر مطلوب، یعنی ان وانٹڈ، بن گئے تھے۔</w:t>
      </w:r>
    </w:p>
    <w:p>
      <w:r>
        <w:rPr>
          <w:b/>
        </w:rPr>
        <w:t xml:space="preserve">[1:35:54] </w:t>
      </w:r>
      <w:r>
        <w:t>spain ki is replanning mein muslim dunya ke liye bohat bara sabak hai. isi tarah ki replanning ke mawaqe misr mein, pakistan mein, falasteen mein, kashmir mein, aur doosre muslim ilaqon mein baray paimaanay par mojood hain.</w:t>
      </w:r>
    </w:p>
    <w:p>
      <w:pPr>
        <w:jc w:val="right"/>
      </w:pPr>
      <w:r>
        <w:t>اسپین کی اس ری پلاننگ میں مسلم دنیا کے لیے بہت بڑا سبق ہے۔ اسی طرح کی ری پلاننگ کے مواقع مصر میں، پاکستان میں، فلسطین میں، کشمیر میں، اور دوسرے مسلم علاقوں میں بڑے پیمانے پر موجود ہیں۔</w:t>
      </w:r>
    </w:p>
    <w:p>
      <w:r>
        <w:rPr>
          <w:b/>
        </w:rPr>
        <w:t xml:space="preserve">[1:36:11] </w:t>
      </w:r>
      <w:r>
        <w:t>agar musalman daur-e-jadeed ke is zahire ko daryaft kar sakein to aaj ki dunya un ke liye muwafiq dunya ban jaye gi, jis ko ab tak woh aik naamuwafiq dunya samjhe hue hain.</w:t>
      </w:r>
    </w:p>
    <w:p>
      <w:pPr>
        <w:jc w:val="right"/>
      </w:pPr>
      <w:r>
        <w:t>اگر مسلمان دورِ جدید کے اس ظاہرے کو دریافت کر سکیں تو آج کی دنیا ان کے لیے موافق دنیا بن جائے گی، جس کو اب تک وہ ایک ناموافق دنیا سمجھے ہوئے ہیں۔</w:t>
      </w:r>
    </w:p>
    <w:p>
      <w:r>
        <w:rPr>
          <w:b/>
        </w:rPr>
        <w:t xml:space="preserve">[1:36:27] </w:t>
      </w:r>
      <w:r>
        <w:t>mojooda zamanay ke musalman spain ke naam se sirf alhambra aur qurtuba jaisi yaadgar ko jantay hain, magar spain mein musalmanon ke liye is se bhi ziyada bari cheez mojood hai, aur woh hai aik inqilabi paigham:</w:t>
      </w:r>
    </w:p>
    <w:p>
      <w:pPr>
        <w:jc w:val="right"/>
      </w:pPr>
      <w:r>
        <w:t>موجودہ زمانے کے مسلمان اسپین کے نام سے صرف الحمرا اور قرطبہ جیسی یادگار کو جانتے ہیں، مگر اسپین میں مسلمانوں کے لیے اس سے بھی زیادہ بڑی چیز موجود ہے، اور وہ ہے ایک انقلابی پیغام:</w:t>
      </w:r>
    </w:p>
    <w:p>
      <w:r>
        <w:rPr>
          <w:b/>
        </w:rPr>
        <w:t xml:space="preserve">[1:36:45] </w:t>
      </w:r>
      <w:r>
        <w:t>waqt ke haqaa'iq ko samjho aur is ke mutabiq apne amal ki replanning karo. is ke baad achaanak tum dekhoge ke saari dunya mein aik naya daur aa gaya hai,</w:t>
      </w:r>
    </w:p>
    <w:p>
      <w:pPr>
        <w:jc w:val="right"/>
      </w:pPr>
      <w:r>
        <w:t>وقت کے حقائق کو سمجھو اور اس کے مطابق اپنے عمل کی ری پلاننگ کرو۔ اس کے بعد اچانک تم دیکھو گے کہ ساری دنیا میں ایک نیا دور آ گیا ہے،</w:t>
      </w:r>
    </w:p>
    <w:p>
      <w:r>
        <w:rPr>
          <w:b/>
        </w:rPr>
        <w:t xml:space="preserve">[1:36:58] </w:t>
      </w:r>
      <w:r>
        <w:t>umeedon aur mawaqe ka daur. spain ke liye naye mawaqe se faida uthany ka darwaza is waqt khula jabkay unhon ne apni manfi soch ko badla.</w:t>
      </w:r>
    </w:p>
    <w:p>
      <w:pPr>
        <w:jc w:val="right"/>
      </w:pPr>
      <w:r>
        <w:t>امیدوں اور مواقع کا دور۔ اسپین کے لیے نئے مواقع سے فائدہ اٹھانے کا دروازہ اس وقت کھلا جبکہ انہوں نے اپنی منفی سوچ کو بدل دیا۔</w:t>
      </w:r>
    </w:p>
    <w:p>
      <w:r>
        <w:rPr>
          <w:b/>
        </w:rPr>
        <w:t xml:space="preserve">[1:37:12] </w:t>
      </w:r>
      <w:r>
        <w:t>jin musalmanon ko woh pehle apna dushman samajhtay thay, un ko unhon ne apne dost ki hesiyat se daryaft kiya. isi tarah musalmanon ko yeh karna hai ke woh apni soch ko badlein.</w:t>
      </w:r>
    </w:p>
    <w:p>
      <w:pPr>
        <w:jc w:val="right"/>
      </w:pPr>
      <w:r>
        <w:t>جن مسلمانوں کو وہ پہلے اپنا دشمن سمجھتے تھے، ان کو انہوں نے اپنے دوست کی حیثیت سے دریافت کیا۔ اسی طرح مسلمانوں کو یہ کرنا ہے کہ وہ اپنی سوچ کو بدلیں۔</w:t>
      </w:r>
    </w:p>
    <w:p>
      <w:r>
        <w:rPr>
          <w:b/>
        </w:rPr>
        <w:t xml:space="preserve">[1:37:25] </w:t>
      </w:r>
      <w:r>
        <w:t>agar woh aisa karein to un ko maloom hoga ke aaj ki dunya un ki apni dunya hai, woh kisi aur ki dunya nahi. aaj ki dunya mein woh islam ki tareekh ko naye unwan se raqam kar sakte hain.</w:t>
      </w:r>
    </w:p>
    <w:p>
      <w:pPr>
        <w:jc w:val="right"/>
      </w:pPr>
      <w:r>
        <w:t>اگر وہ ایسا کریں تو ان کو معلوم ہوگا کہ آج کی دنیا ان کی اپنی دنیا ہے، وہ کسی اور کی دنیا نہیں۔ آج کی دنیا میں وہ اسلام کی تاریخ کو نئے عنوان سے رقم کر سکتے ہیں۔</w:t>
      </w:r>
    </w:p>
    <w:p>
      <w:r>
        <w:rPr>
          <w:b/>
        </w:rPr>
        <w:t xml:space="preserve">[1:37:50] </w:t>
      </w:r>
      <w:r>
        <w:t>nau abadiyati nizam: maghribi nau abadiyat, yaani colonialism ka zamana, solahween sadi se beesween sadi ke nisf awwal tak phaila hua hai.</w:t>
      </w:r>
    </w:p>
    <w:p>
      <w:pPr>
        <w:jc w:val="right"/>
      </w:pPr>
      <w:r>
        <w:t>نو آبادیاتی نظام: مغربی نو آبادیات، یعنی کلونیلزم کا زمانہ، سولہویں صدی سے بیسویں صدی کے نصف اول تک پھیلا ہوا ہے۔</w:t>
      </w:r>
    </w:p>
    <w:p>
      <w:r>
        <w:rPr>
          <w:b/>
        </w:rPr>
        <w:t xml:space="preserve">[1:38:02] </w:t>
      </w:r>
      <w:r>
        <w:t>yeh nau abadiyati nizam pehle zamanay ki shehanshayiat se mukhtalif tha. asal yeh hai ke jadeed sanat ke zahoor ke baad europe mein mass production ka zamana aaya.</w:t>
      </w:r>
    </w:p>
    <w:p>
      <w:pPr>
        <w:jc w:val="right"/>
      </w:pPr>
      <w:r>
        <w:t>یہ نو آبادیاتی نظام پہلے زمانے کی شہنشاہیت سے مختلف تھا۔ اصل یہ ہے کہ جدید صنعت کے ظہور کے بعد یورپ میں ماس پروڈکشن کا زمانہ آیا۔</w:t>
      </w:r>
    </w:p>
    <w:p>
      <w:r>
        <w:rPr>
          <w:b/>
        </w:rPr>
        <w:t xml:space="preserve">[1:38:15] </w:t>
      </w:r>
      <w:r>
        <w:t>ab zaroorat hui ke is fazil pedawar ke liye bairuni market hasil ki jaye. is tarah fazil pedawar ki khapat ke liye nau abadiyati nizam ka daur shuru hua.</w:t>
      </w:r>
    </w:p>
    <w:p>
      <w:pPr>
        <w:jc w:val="right"/>
      </w:pPr>
      <w:r>
        <w:t>اب ضرورت ہوئی کہ اس فاضل پیداوار کے لیے بیرونی مارکیٹ حاصل کی جائے۔ اس طرح فاضل پیداوار کی کھپت کے لیے نو آبادیاتی نظام کا دور شروع ہوا۔</w:t>
      </w:r>
    </w:p>
    <w:p>
      <w:r>
        <w:rPr>
          <w:b/>
        </w:rPr>
        <w:t xml:space="preserve">[1:38:30] </w:t>
      </w:r>
      <w:r>
        <w:t>nau abadiyati nizam mein fauj kushi qadeem riwaj ke zair-e-asar aayi, warna nau abadiyat ka fauj kushi se barah-e-raast taluq na tha.</w:t>
      </w:r>
    </w:p>
    <w:p>
      <w:pPr>
        <w:jc w:val="right"/>
      </w:pPr>
      <w:r>
        <w:t>نو آبادیاتی نظام میں فوج کشی قدیم رواج کے زیرِ اثر آئی، ورنہ نو آبادیات کا فوج کشی سے براہِ راست تعلق نہ تھا۔</w:t>
      </w:r>
    </w:p>
    <w:p>
      <w:r>
        <w:rPr>
          <w:b/>
        </w:rPr>
        <w:t xml:space="preserve">[1:38:43] </w:t>
      </w:r>
      <w:r>
        <w:t>nau abadiyati nizam ko fauj se wabasta karne ki bana par asia aur africa mein nau abadiyat ki zair-e-hukm riyasaton mein is ke khilaaf shadeed rad-e-amal paida hua.</w:t>
      </w:r>
    </w:p>
    <w:p>
      <w:pPr>
        <w:jc w:val="right"/>
      </w:pPr>
      <w:r>
        <w:t>نو آبادیاتی نظام کو فوج سے وابستہ کرنے کی بنا پر ایشیا اور افریقہ میں نو آبادیات کی زیرِ حکم ریاستوں میں اس کے خلاف شدید ردعمل پیدا ہوا۔</w:t>
      </w:r>
    </w:p>
    <w:p>
      <w:r>
        <w:rPr>
          <w:b/>
        </w:rPr>
        <w:t xml:space="preserve">[1:38:58] </w:t>
      </w:r>
      <w:r>
        <w:t>beesween sadi ke aaghaz mein yeh zahir ho gaya ke nau abadiyat aur siyasi iqtadar dono saath saath nahi chal sakte.</w:t>
      </w:r>
    </w:p>
    <w:p>
      <w:pPr>
        <w:jc w:val="right"/>
      </w:pPr>
      <w:r>
        <w:t>بیسویں صدی کے آغاز میں یہ ظاہر ہو گیا کہ نو آبادیات اور سیاسی اقتدار دونوں ساتھ ساتھ نہیں چل سکتے۔</w:t>
      </w:r>
    </w:p>
    <w:p>
      <w:r>
        <w:rPr>
          <w:b/>
        </w:rPr>
        <w:t xml:space="preserve">[1:39:07] </w:t>
      </w:r>
      <w:r>
        <w:t>ab maghrib mein nai soch paida hui, yahan tak ke unhon ne yeh faisla kiya ke nau abadiyat ko siyasi iqtadar se delink kar diya jaye.</w:t>
      </w:r>
    </w:p>
    <w:p>
      <w:pPr>
        <w:jc w:val="right"/>
      </w:pPr>
      <w:r>
        <w:t>اب مغرب میں نئی سوچ پیدا ہوئی، یہاں تک کہ انہوں نے یہ فیصلہ کیا کہ نو آبادیات کو سیاسی اقتدار سے ڈی لنک کر دیا جائے۔</w:t>
      </w:r>
    </w:p>
    <w:p>
      <w:r>
        <w:rPr>
          <w:b/>
        </w:rPr>
        <w:t xml:space="preserve">[1:39:19] </w:t>
      </w:r>
      <w:r>
        <w:t>chunaanchay france ne de gaulle ke zamanay mein africa mein apni nau abadiyat ka yak-tarfa taur par khatma kar diya.</w:t>
      </w:r>
    </w:p>
    <w:p>
      <w:pPr>
        <w:jc w:val="right"/>
      </w:pPr>
      <w:r>
        <w:t>چنانچہ فرانس نے ڈیگال کے زمانے میں افریقہ میں اپنی نو آبادیات کا یکطرفہ طور پر خاتمہ کر دیا۔</w:t>
      </w:r>
    </w:p>
    <w:p>
      <w:r>
        <w:rPr>
          <w:b/>
        </w:rPr>
        <w:t xml:space="preserve">[1:39:29] </w:t>
      </w:r>
      <w:r>
        <w:t>isi tarah britania ne asia mein apni nau abadiyati hukoomaton ka hamesha ke liye khatma kar diya.</w:t>
      </w:r>
    </w:p>
    <w:p>
      <w:pPr>
        <w:jc w:val="right"/>
      </w:pPr>
      <w:r>
        <w:t>اسی طرح برطانیہ نے ایشیا میں اپنی نو آبادیاتی حکومتوں کا ہمیشہ کے لیے خاتمہ کر دیا۔</w:t>
      </w:r>
    </w:p>
    <w:p>
      <w:r>
        <w:rPr>
          <w:b/>
        </w:rPr>
        <w:t xml:space="preserve">[1:39:38] </w:t>
      </w:r>
      <w:r>
        <w:t>is ke baad maghribi qomon ne apne maqsad ke husool ke liye replanning ki. is nai planning ka tareeqa outsourcing par mabni tha, yaani outside resourcing ka tareeqa.</w:t>
      </w:r>
    </w:p>
    <w:p>
      <w:pPr>
        <w:jc w:val="right"/>
      </w:pPr>
      <w:r>
        <w:t>اس کے بعد مغربی قوموں نے اپنے مقصد کے حصول کے لیے ری پلاننگ کی۔ اس نئی پلاننگ کا طریقہ آؤٹ سورسنگ پر مبنی تھا، یعنی آؤٹ سائیڈ ریسورسنگ کا طریقہ۔</w:t>
      </w:r>
    </w:p>
    <w:p>
      <w:r>
        <w:rPr>
          <w:b/>
        </w:rPr>
        <w:t xml:space="preserve">[1:39:54] </w:t>
      </w:r>
      <w:r>
        <w:t>qadeem nau abadiyati nizam mein jo maqsad fauj se liya gaya tha, ab woh maqsad technology aur tanzeem, yaani organization, se liya janay laga.</w:t>
      </w:r>
    </w:p>
    <w:p>
      <w:pPr>
        <w:jc w:val="right"/>
      </w:pPr>
      <w:r>
        <w:t>قدیم نو آبادیاتی نظام میں جو مقصد فوج سے لیا گیا تھا، اب وہ مقصد ٹیکنالوجی اور تنظیم، یعنی آرگنائزیشن، سے لیا جانے لگا۔</w:t>
      </w:r>
    </w:p>
    <w:p>
      <w:r>
        <w:rPr>
          <w:b/>
        </w:rPr>
        <w:t xml:space="preserve">[1:40:06] </w:t>
      </w:r>
      <w:r>
        <w:t>yeh tareeqa bohat kamyab raha. qadeem zamanay mein fauj ke zariye jo tijarti maqasid hasil kiye jatay thay, ab is ki jagah outsourcing ke zariye is se bohat ziyada tijarti fawaid hasil kiye ja rahe hain.</w:t>
      </w:r>
    </w:p>
    <w:p>
      <w:pPr>
        <w:jc w:val="right"/>
      </w:pPr>
      <w:r>
        <w:t>یہ طریقہ بہت کامیاب رہا۔ قدیم زمانے میں فوج کے ذریعے جو تجارتی مقاصد حاصل کیے جاتے تھے، اب اس کی جگہ آؤٹ سورسنگ کے ذریعے اس سے بہت زیادہ تجارتی فوائد حاصل کیے جا رہے ہیں۔</w:t>
      </w:r>
    </w:p>
    <w:p>
      <w:r>
        <w:rPr>
          <w:b/>
        </w:rPr>
        <w:t xml:space="preserve">[1:40:24] </w:t>
      </w:r>
      <w:r>
        <w:t>ab tamam sanati mumalik isi usool par apni tijarat ko saari dunya mein phailaye hue hain. unhon ne outsourcing ke zariye saari dunya mein apna business empire qaim kar rakha hai.</w:t>
      </w:r>
    </w:p>
    <w:p>
      <w:pPr>
        <w:jc w:val="right"/>
      </w:pPr>
      <w:r>
        <w:t>اب تمام صنعتی ممالک اسی اصول پر اپنی تجارتوں کو ساری دنیا میں پھیلائے ہوئے ہیں۔ انہوں نے آؤٹ سورسنگ کے ذریعے ساری دنیا میں اپنا بزنس ایمپائر قائم کر رکھا ہے۔</w:t>
      </w:r>
    </w:p>
    <w:p>
      <w:r>
        <w:rPr>
          <w:b/>
        </w:rPr>
        <w:t xml:space="preserve">[1:40:38] </w:t>
      </w:r>
      <w:r>
        <w:t>is maamlay mein muslim qomein aakhri had tak nakaam saabit hui hain. qadeem zamanay mein dunya ke mukhtalif ilaqon mein musalmanon ki hukoomatein qaim theen.</w:t>
      </w:r>
    </w:p>
    <w:p>
      <w:pPr>
        <w:jc w:val="right"/>
      </w:pPr>
      <w:r>
        <w:t>اس معاملے میں مسلم قومیں آخری حد تک ناکام ثابت ہوئی ہیں۔ قدیم زمانے میں دنیا کے مختلف علاقوں میں مسلمانوں کی حکومتیں قائم تھیں۔</w:t>
      </w:r>
    </w:p>
    <w:p>
      <w:r>
        <w:rPr>
          <w:b/>
        </w:rPr>
        <w:t xml:space="preserve">[1:40:50] </w:t>
      </w:r>
      <w:r>
        <w:t>naya daur aaya to un ki hukoomatein fitri taur par khatam ho gaeen. is ke baad musalmanon mein rad-e-amal, yaani reaction, paida hua.</w:t>
      </w:r>
    </w:p>
    <w:p>
      <w:pPr>
        <w:jc w:val="right"/>
      </w:pPr>
      <w:r>
        <w:t>نیا دور آیا تو ان کی حکومتیں فطری طور پر ختم ہو گئیں۔ اس کے بعد مسلمانوں میں ردعمل، یعنی ری ایکشن، پیدا ہوا۔</w:t>
      </w:r>
    </w:p>
    <w:p>
      <w:r>
        <w:rPr>
          <w:b/>
        </w:rPr>
        <w:t xml:space="preserve">[1:41:01] </w:t>
      </w:r>
      <w:r>
        <w:t>unhon ne jihad ke naam par saari dunya mein ladaai shuru kar di, yahan tak ke woh suicide bombing ki intehai had tak pahunch gae.</w:t>
      </w:r>
    </w:p>
    <w:p>
      <w:pPr>
        <w:jc w:val="right"/>
      </w:pPr>
      <w:r>
        <w:t>انہوں نے جہاد کے نام پر ساری دنیا میں لڑائی شروع کر دی، یہاں تک کہ وہ سوئیسائیڈ بمبنگ کی انتہائی حد تک پہنچ گئے۔</w:t>
      </w:r>
    </w:p>
    <w:p>
      <w:r>
        <w:rPr>
          <w:b/>
        </w:rPr>
        <w:t xml:space="preserve">[1:41:11] </w:t>
      </w:r>
      <w:r>
        <w:t>lekan taqreeban do so saal ki qurbaniyon ke bawajood unhein kuch hasil nahi hua. woh qadeem siyasi nizam ko wapas lanay mein kamyab nahi hue.</w:t>
      </w:r>
    </w:p>
    <w:p>
      <w:pPr>
        <w:jc w:val="right"/>
      </w:pPr>
      <w:r>
        <w:t>لیکن تقریباً دو سو سال کی قربانیوں کے باوجود انہیں کچھ حاصل نہیں ہوا۔ وہ قدیم سیاسی نظام کو واپس لانے میں کامیاب نہیں ہوئے۔</w:t>
      </w:r>
    </w:p>
    <w:p>
      <w:r>
        <w:rPr>
          <w:b/>
        </w:rPr>
        <w:t xml:space="preserve">[1:41:23] </w:t>
      </w:r>
      <w:r>
        <w:t>ab aakhri waqt aa gaya hai ke musalman is maamle mein apne amal ki re planning karein. yeh re planning poori tarah non political re planning hogi.</w:t>
      </w:r>
    </w:p>
    <w:p>
      <w:pPr>
        <w:jc w:val="right"/>
      </w:pPr>
      <w:r>
        <w:t>اب آخری وقت آ گیا ہے کہ مسلمان اس معاملے میں اپنے عمل کی ری پلاننگ کریں۔ یہ ری پلاننگ پوری طرح نان پولیٹیکل ری پلاننگ ہوگی۔</w:t>
      </w:r>
    </w:p>
    <w:p>
      <w:r>
        <w:rPr>
          <w:b/>
        </w:rPr>
        <w:t xml:space="preserve">[1:41:36] </w:t>
      </w:r>
      <w:r>
        <w:t>qadeem zamane mein agar musalmanon ne apni hukoomatein qaim ki theen to ab unhein ziyada bade pemane par yeh mauqa hasil hai ke woh puraman daayre mein apna aik ghair siyasi empire qaim kar sakein.</w:t>
      </w:r>
    </w:p>
    <w:p>
      <w:pPr>
        <w:jc w:val="right"/>
      </w:pPr>
      <w:r>
        <w:t>قدیم زمانے میں اگر مسلمانوں نے اپنی حکومتیں قائم کی تھیں تو اب انہیں زیادہ بڑے پیمانے پر یہ موقع حاصل ہے کہ وہ پرامن دائرے میں اپنا ایک غیر سیاسی ایمپائر قائم کر سکیں۔</w:t>
      </w:r>
    </w:p>
    <w:p>
      <w:r>
        <w:rPr>
          <w:b/>
        </w:rPr>
        <w:t xml:space="preserve">[1:41:52] </w:t>
      </w:r>
      <w:r>
        <w:t>maujooda zamane mein jo naye mauqe paida hue hain, woh qadeem zamane ke mauqe ke muqable mein hazaron guna ziyada hain.</w:t>
      </w:r>
    </w:p>
    <w:p>
      <w:pPr>
        <w:jc w:val="right"/>
      </w:pPr>
      <w:r>
        <w:t>موجودہ زمانے میں جو نئے مواقع پیدا ہوئے ہیں، وہ قدیم زمانے کے مواقع کے مقابلے میں ہزاروں گنا زیادہ ہیں۔</w:t>
      </w:r>
    </w:p>
    <w:p>
      <w:r>
        <w:rPr>
          <w:b/>
        </w:rPr>
        <w:t xml:space="preserve">[1:42:02] </w:t>
      </w:r>
      <w:r>
        <w:t>in jadeed mauqe ko istemal karna intehai had tak mumkin hai. is ki shart sirf yeh hai ke musalman tashaddud, yaani violence, ke har tareeqe ko mukammal taur par chhod dein.</w:t>
      </w:r>
    </w:p>
    <w:p>
      <w:pPr>
        <w:jc w:val="right"/>
      </w:pPr>
      <w:r>
        <w:t>ان جدید مواقع کو استعمال کرنا انتہائی حد تک ممکن ہے۔ اس کی شرط صرف یہ ہے کہ مسلمان تشدد، یعنی وائلنس، کے ہر طریقے کو مکمل طور پر چھوڑ دیں۔</w:t>
      </w:r>
    </w:p>
    <w:p>
      <w:r>
        <w:rPr>
          <w:b/>
        </w:rPr>
        <w:t xml:space="preserve">[1:42:17] </w:t>
      </w:r>
      <w:r>
        <w:t>qadeem zamane mein jo ahmiyat fauji taqat ko hasil hoti thi, woh ahmiyat ab tanzeem ko hasil ho chuki hai.</w:t>
      </w:r>
    </w:p>
    <w:p>
      <w:pPr>
        <w:jc w:val="right"/>
      </w:pPr>
      <w:r>
        <w:t>قدیم زمانے میں جو اہمیت فوجی طاقت کو حاصل ہوتی تھی، وہ اہمیت اب تنظیم کو حاصل ہو چکی ہے۔</w:t>
      </w:r>
    </w:p>
    <w:p>
      <w:r>
        <w:rPr>
          <w:b/>
        </w:rPr>
        <w:t xml:space="preserve">[1:42:26] </w:t>
      </w:r>
      <w:r>
        <w:t>ab musalmanon ke liye yeh mauqa hai ke woh aalmi tanzeem ke zariye apne kaam ki re planning karein. woh aik aman pasand qaum ki tarah naye mauqe ke husool ki mansooba bandi karein.</w:t>
      </w:r>
    </w:p>
    <w:p>
      <w:pPr>
        <w:jc w:val="right"/>
      </w:pPr>
      <w:r>
        <w:t>اب مسلمانوں کے لیے یہ موقع ہے کہ وہ عالمی تنظیم کے ذریعے اپنے کام کی ری پلاننگ کریں۔ وہ ایک امن پسند قوم کی طرح نئے مواقع کے حصول کی منصوبہ بندی کریں۔</w:t>
      </w:r>
    </w:p>
    <w:p>
      <w:r>
        <w:rPr>
          <w:b/>
        </w:rPr>
        <w:t xml:space="preserve">[1:42:41] </w:t>
      </w:r>
      <w:r>
        <w:t>is nai mansooba bandi mein un ka aik bada item quran ko aalmi satah par phailana hoga. quran ke tarajim agar dunya ki tamam zabanon mein tayyar ki jayein aur un ko puraman andaaz mein sari dunya mein phailaya jaye to yeh apne aap mein itna bada kaam hoga jo tamam bade kaam ke muqable mein ziyada bada kaam ban jayega.</w:t>
      </w:r>
    </w:p>
    <w:p>
      <w:pPr>
        <w:jc w:val="right"/>
      </w:pPr>
      <w:r>
        <w:t>اس نئی منصوبہ بندی میں ان کا ایک بڑا آئٹم قرآن کو عالمی سطح پر پھیلانا ہوگا۔ قرآن کے تراجم اگر دنیا کی تمام زبانوں میں تیار کیے جائیں اور ان کو پرامن انداز میں ساری دنیا میں پھیلایا جائے تو یہ اپنے آپ میں اتنا بڑا کام ہوگا جو تمام بڑے کاموں کے مقابلے میں زیادہ بڑا کام بن جائے گا۔</w:t>
      </w:r>
    </w:p>
    <w:p>
      <w:r>
        <w:rPr>
          <w:b/>
        </w:rPr>
        <w:t xml:space="preserve">[1:43:08] </w:t>
      </w:r>
      <w:r>
        <w:t>haqeeqat yeh hai ke aaj fath mubeen ke waqe ko nai taqat ke sath zinda kiya ja sakta hai, bashart yeh ke musalman re planning ke art ko jaanein aur is ko danishmandi ke sath puraman andaaz mein ro ba amal laayein.</w:t>
      </w:r>
    </w:p>
    <w:p>
      <w:pPr>
        <w:jc w:val="right"/>
      </w:pPr>
      <w:r>
        <w:t>حقیقت یہ ہے کہ آج فتح مبین کے واقعے کو نئی طاقت کے ساتھ زندہ کیا جا سکتا ہے، بشرطیکہ مسلمان ری پلاننگ کے آرٹ کو جانیں اور اس کو دانشمندی کے ساتھ پرامن انداز میں روبع عمل لائیں۔</w:t>
      </w:r>
    </w:p>
    <w:p>
      <w:r>
        <w:rPr>
          <w:b/>
        </w:rPr>
        <w:t xml:space="preserve">[1:43:34] </w:t>
      </w:r>
      <w:r>
        <w:t>britain ki misaal british empire ki aik azeem tareekh hai. apne urooj ke zamane mein woh itna bada tha ke yeh kaha jaane laga ke bartanvi empire mein suraj kabhi nahi doobta.</w:t>
      </w:r>
    </w:p>
    <w:p>
      <w:pPr>
        <w:jc w:val="right"/>
      </w:pPr>
      <w:r>
        <w:t>برطانیہ کی مثال برٹش ایمپائر کی ایک عظیم تاریخ ہے۔ اپنے عروج کے زمانے میں وہ اتنا بڑا تھا کہ یہ کہا جانے لگا کہ برطانوی ایمپائر میں سورج کبھی نہیں ڈوبتا۔</w:t>
      </w:r>
    </w:p>
    <w:p>
      <w:r>
        <w:rPr>
          <w:b/>
        </w:rPr>
        <w:t xml:space="preserve">[1:43:50] </w:t>
      </w:r>
      <w:r>
        <w:t>it had been said that the sun never sets on the british flag. aakhri zamane mein qanoon fitrat ke tehat british empire mein kamzori aayi, magar british empire ke siyasi zimmedaran is ke liye tayyar nahi thay ke woh british empire ka khatma karein.</w:t>
      </w:r>
    </w:p>
    <w:p>
      <w:pPr>
        <w:jc w:val="right"/>
      </w:pPr>
      <w:r>
        <w:t>اٹ ہیڈ بین سیڈ دیٹ دا سن نیور سیٹس ان دا برٹش فلیگ۔ آخری زمانے میں قانون فطرت کے تحت برٹش ایمپائر میں کمزوری آئی، لیکن برٹش ایمپائر کے سیاسی ذمہ داران اس کے لیے تیار نہیں تھے کہ وہ برٹش ایمپائر کا خاتمہ کریں۔</w:t>
      </w:r>
    </w:p>
    <w:p>
      <w:r>
        <w:rPr>
          <w:b/>
        </w:rPr>
        <w:t xml:space="preserve">[1:44:10] </w:t>
      </w:r>
      <w:r>
        <w:t>britain ke prime minister winston churchill ne kaha tha ke main is seat par is liye nahi aaya hoon ke main bartanvi saltanat ke khatme ki sadarat karoon.</w:t>
      </w:r>
    </w:p>
    <w:p>
      <w:pPr>
        <w:jc w:val="right"/>
      </w:pPr>
      <w:r>
        <w:t>برطانیہ کے پرائم منسٹر ونسٹر چرچل نے کہا تھا کہ میں اس سیٹ پر اس لیے نہیں آیا ہوں کہ میں برطانوی سلطنت کے خاتمے کی صدارت کروں۔</w:t>
      </w:r>
    </w:p>
    <w:p>
      <w:r>
        <w:rPr>
          <w:b/>
        </w:rPr>
        <w:t xml:space="preserve">[1:44:20] </w:t>
      </w:r>
      <w:r>
        <w:t>i had not become the king's first prime minister in order to preside over the liquidation of the british empire.</w:t>
      </w:r>
    </w:p>
    <w:p>
      <w:pPr>
        <w:jc w:val="right"/>
      </w:pPr>
      <w:r>
        <w:t>آئی ہیڈ ناٹ بیکم دا کنگز فرسٹ پرائم منسٹر ان آرڈر ٹو پریزائیڈ اوور دا لیکویڈیشن آف دا برٹش ایمپائر۔</w:t>
      </w:r>
    </w:p>
    <w:p>
      <w:r>
        <w:rPr>
          <w:b/>
        </w:rPr>
        <w:t xml:space="preserve">[1:44:29] </w:t>
      </w:r>
      <w:r>
        <w:t>magar doosri aalmi jang ke baad britain ki fauji taqat kamzor ho gayi. bazahir yeh mumkin nahi raha ke britain apne empire ko baqi rakh sake.</w:t>
      </w:r>
    </w:p>
    <w:p>
      <w:pPr>
        <w:jc w:val="right"/>
      </w:pPr>
      <w:r>
        <w:t>مگر دوسری عالمی جنگ کے بعد برطانیہ کی فوجی طاقت کمزور ہو گئی۔ بظاہر یہ ممکن نہیں رہا کہ برطانیہ اپنے ایمپائر کو باقی رکھے۔</w:t>
      </w:r>
    </w:p>
    <w:p>
      <w:r>
        <w:rPr>
          <w:b/>
        </w:rPr>
        <w:t xml:space="preserve">[1:44:41] </w:t>
      </w:r>
      <w:r>
        <w:t>is waqt britain mein aik tehreek shuru hui. is tehreek ka naam fabian society tha. is tehreek ka aik maqsad de colonize karna tha.</w:t>
      </w:r>
    </w:p>
    <w:p>
      <w:pPr>
        <w:jc w:val="right"/>
      </w:pPr>
      <w:r>
        <w:t>اس وقت برطانیہ میں ایک تحریک شروع ہوئی۔ اس تحریک کا نام فیبین سوسائٹی تھا۔ اس تحریک کا ایک مقصد ڈی کالونائز کرنا تھا۔</w:t>
      </w:r>
    </w:p>
    <w:p>
      <w:r>
        <w:rPr>
          <w:b/>
        </w:rPr>
        <w:t xml:space="preserve">[1:44:51] </w:t>
      </w:r>
      <w:r>
        <w:t>fabian society ke aik member, lord attlee winston churchill ke baad, britain ke prime minister bane. lord attlee ne be laukh taur par soorat e haal ka jaiza liya.</w:t>
      </w:r>
    </w:p>
    <w:p>
      <w:pPr>
        <w:jc w:val="right"/>
      </w:pPr>
      <w:r>
        <w:t>فیبین سوسائٹی کے ایک ممبر، لارڈ ایٹلی ونسٹن چرچل کے بعد، برطانیہ کے پرائم منسٹر بنے۔ لارڈ ایٹلی نے بے لاکھ طور پر صورتحال کا جائزہ لیا۔</w:t>
      </w:r>
    </w:p>
    <w:p>
      <w:r>
        <w:rPr>
          <w:b/>
        </w:rPr>
        <w:t xml:space="preserve">[1:45:05] </w:t>
      </w:r>
      <w:r>
        <w:t>unhone yeh faisla kiya ke india aur deegar mumalik ko yak tarfa taur par aazad kar diya jaye. isi ke mutabiq india 1947 mein britain ke siyasi iqtadar se aazad hua.</w:t>
      </w:r>
    </w:p>
    <w:p>
      <w:pPr>
        <w:jc w:val="right"/>
      </w:pPr>
      <w:r>
        <w:t>انہوں نے یہ فیصلہ کیا کہ انڈیا اور دیگر ممالک کو یکطرفہ طور پر آزاد کر دیا جائے۔ اسی کے مطابق انڈیا 1947 میں برطانیہ کے سیاسی اقتدار سے آزاد ہوا۔</w:t>
      </w:r>
    </w:p>
    <w:p>
      <w:r>
        <w:rPr>
          <w:b/>
        </w:rPr>
        <w:t xml:space="preserve">[1:45:20] </w:t>
      </w:r>
      <w:r>
        <w:t>british empire britain ke liye aik qaumi azmat ka maamla tha. britain ke log apni is qaumi azmat par fakhr karte thay, magar jab halaat badal gaye to britain ke logon ne you turn liya.</w:t>
      </w:r>
    </w:p>
    <w:p>
      <w:pPr>
        <w:jc w:val="right"/>
      </w:pPr>
      <w:r>
        <w:t>برٹش ایمپائر برطانیہ کے لیے ایک قومی عظمت کا معاملہ تھا۔ برطانیہ کے لوگ اپنی اس قومی عظمت پر فخر کرتے تھے، مگر جب حالات بدل گئے تو برطانیہ کے لوگوں نے یو ٹرن لیا۔</w:t>
      </w:r>
    </w:p>
    <w:p>
      <w:r>
        <w:rPr>
          <w:b/>
        </w:rPr>
        <w:t xml:space="preserve">[1:45:36] </w:t>
      </w:r>
      <w:r>
        <w:t>unhone yeh faisla kiya ke unhein mazi ki azmat se bahar nikalna hai aur halaat ke mutabiq apni qaumi taameer ki re planning karna hai.</w:t>
      </w:r>
    </w:p>
    <w:p>
      <w:pPr>
        <w:jc w:val="right"/>
      </w:pPr>
      <w:r>
        <w:t>انہوں نے یہ فیصلہ کیا کہ انہیں ماضی کی عظمت سے باہر نکلنا ہے اور حالات کے مطابق اپنی قومی تعمیر کی ری پلاننگ کرنا ہے۔</w:t>
      </w:r>
    </w:p>
    <w:p>
      <w:r>
        <w:rPr>
          <w:b/>
        </w:rPr>
        <w:t xml:space="preserve">[1:45:47] </w:t>
      </w:r>
      <w:r>
        <w:t>chunanche lord attlee ki leadership mein unhone aisa hi kiya. is ka nateeja yeh hua ke britain ke log apni qaumi taraqqi ko nai buniyad par qaim rakhne mein kamyab ho gaye.</w:t>
      </w:r>
    </w:p>
    <w:p>
      <w:pPr>
        <w:jc w:val="right"/>
      </w:pPr>
      <w:r>
        <w:t>چنانچہ لارڈ ایٹلی کی لیڈرشپ میں انہوں نے ایسا ہی کیا۔ اس کا نتیجہ یہ ہوا کہ برطانیہ کے لوگ اپنی قومی ترقی کو نئی بنیاد پر قائم رکھنے میں کامیاب ہو گئے۔</w:t>
      </w:r>
    </w:p>
    <w:p>
      <w:r>
        <w:rPr>
          <w:b/>
        </w:rPr>
        <w:t xml:space="preserve">[1:46:02] </w:t>
      </w:r>
      <w:r>
        <w:t>isi qism ki siyasi soorat e haal maujooda zamane mein musalmanon ke sath pesh aayi hai. musalmanon ne baad ke zamane mein dunya ke bade raqbe mein apna siyasi empire qaim kar liya.</w:t>
      </w:r>
    </w:p>
    <w:p>
      <w:pPr>
        <w:jc w:val="right"/>
      </w:pPr>
      <w:r>
        <w:t>اسی قسم کی سیاسی صورتحال موجودہ زمانے میں مسلمانوں کے ساتھ پیش آئی ہے۔ مسلمانوں نے بعد کے زمانے میں دنیا کے بڑے رقبے میں اپنا سیاسی ایمپائر قائم کر لیا۔</w:t>
      </w:r>
    </w:p>
    <w:p>
      <w:r>
        <w:rPr>
          <w:b/>
        </w:rPr>
        <w:t xml:space="preserve">[1:46:17] </w:t>
      </w:r>
      <w:r>
        <w:t>phir muslim millat mein zuwal ka daur aaya. rafta rafta un ka yeh haal hua ke un ki siyasi azmat, yaani political glory, ka khatma ho gaya.</w:t>
      </w:r>
    </w:p>
    <w:p>
      <w:pPr>
        <w:jc w:val="right"/>
      </w:pPr>
      <w:r>
        <w:t>پھر مسلم ملت میں زوال کا دور آیا۔ رفتہ رفتہ ان کا یہ حال ہوا کہ ان کی سیاسی عظمت، یعنی پولیٹیکل گلوری، کا خاتمہ ہو گیا۔</w:t>
      </w:r>
    </w:p>
    <w:p>
      <w:r>
        <w:rPr>
          <w:b/>
        </w:rPr>
        <w:t xml:space="preserve">[1:46:29] </w:t>
      </w:r>
      <w:r>
        <w:t>is ka sabab tamam tar dakhli tha, magar musalmanon ne is ko amli taur par qabool, yaani accept, nahi kiya.</w:t>
      </w:r>
    </w:p>
    <w:p>
      <w:pPr>
        <w:jc w:val="right"/>
      </w:pPr>
      <w:r>
        <w:t>اس کا سبب تمام تر داخلی تھا، مگر مسلمانوں نے اس کو عملی طور پر قبول، یعنی ایکسیپٹ، نہیں کیا۔</w:t>
      </w:r>
    </w:p>
    <w:p>
      <w:r>
        <w:rPr>
          <w:b/>
        </w:rPr>
        <w:t xml:space="preserve">[1:46:38] </w:t>
      </w:r>
      <w:r>
        <w:t>woh is ki zimmedari doosron ke oopar daalte rahe. is ka nateeja yeh hua ke musalmanon mein aam taur par manfi soch, yaani negative thinking, aa gayi.</w:t>
      </w:r>
    </w:p>
    <w:p>
      <w:pPr>
        <w:jc w:val="right"/>
      </w:pPr>
      <w:r>
        <w:t>وہ اس کی ذمہ داری دوسروں کے اوپر ڈالتے رہے۔ اس کا نتیجہ یہ ہوا کہ مسلمانوں میں عمومی طور پر منفی سوچ، یعنی نیگیٹیو تھنکنگ، آ گئی۔</w:t>
      </w:r>
    </w:p>
    <w:p>
      <w:r>
        <w:rPr>
          <w:b/>
        </w:rPr>
        <w:t xml:space="preserve">[1:46:50] </w:t>
      </w:r>
      <w:r>
        <w:t>woh apni sabaq poori political azmat ko wapas lane ki koshishein karne lage, magar yeh aik ghair haqeeqi mansooba tha jo aakhri had tak nakaam raha.</w:t>
      </w:r>
    </w:p>
    <w:p>
      <w:pPr>
        <w:jc w:val="right"/>
      </w:pPr>
      <w:r>
        <w:t>وہ اپنی سابقہ پولیٹیکل عظمت کو واپس لانے کی کوششیں کرنے لگے، مگر یہ ایک غیر حقیقی منصوبہ تھا جو آخری حد تک ناکام رہا۔</w:t>
      </w:r>
    </w:p>
    <w:p>
      <w:r>
        <w:rPr>
          <w:b/>
        </w:rPr>
        <w:t xml:space="preserve">[1:47:02] </w:t>
      </w:r>
      <w:r>
        <w:t>musalmanon ke liye sahi tareeqa yeh hai ke woh mazi mein jeena mukammal taur par chhod dein aur haal ke oopar dobara apne qaumi amal ki re planning karein.</w:t>
      </w:r>
    </w:p>
    <w:p>
      <w:pPr>
        <w:jc w:val="right"/>
      </w:pPr>
      <w:r>
        <w:t>مسلمانوں کے لیے صحیح طریقہ یہ ہے کہ وہ ماضی میں جینا مکمل طور پر چھوڑ دیں اور حال کے اوپر دوبارہ اپنے قومی عمل کی ری پلاننگ کریں۔</w:t>
      </w:r>
    </w:p>
    <w:p>
      <w:r>
        <w:rPr>
          <w:b/>
        </w:rPr>
        <w:t xml:space="preserve">[1:47:16] </w:t>
      </w:r>
      <w:r>
        <w:t>qadeem zamanay mein muslim empire jin halaat ke tehat qaim hue thay, woh halaat ab khatam ho chukay hain. ab na musalmanon ke liye aur na kisi aur qaum ke liye yeh mumkin hai ke woh qadeem tarz ka political empire dunya mein qaim karain.</w:t>
      </w:r>
    </w:p>
    <w:p>
      <w:pPr>
        <w:jc w:val="right"/>
      </w:pPr>
      <w:r>
        <w:t>قدیم زمانے میں مسلم ایمپائر جن حالات کے تحت قائم ہوئے تھے، وہ حالات اب ختم ہو چکے ہیں۔ اب نہ مسلمانوں کے لیے اور نہ کسی اور قوم کے لیے یہ ممکن ہے کہ وہ قدیم طرز کا پولیٹیکل ایمپائر دنیا میں قائم کریں۔</w:t>
      </w:r>
    </w:p>
    <w:p>
      <w:r>
        <w:rPr>
          <w:b/>
        </w:rPr>
        <w:t xml:space="preserve">[1:47:34] </w:t>
      </w:r>
      <w:r>
        <w:t>is maamlay mein musalman agar haqeeqat pasandana andaaz mein sochen to woh naye halaat ke imkaan ko daryaft kar lain ge.</w:t>
      </w:r>
    </w:p>
    <w:p>
      <w:pPr>
        <w:jc w:val="right"/>
      </w:pPr>
      <w:r>
        <w:t>اس معاملے میں مسلمان اگر حقیقت پسندانہ انداز میں سوچیں تو وہ نئے حالات کے امکان کو دریافت کر لیں گے۔</w:t>
      </w:r>
    </w:p>
    <w:p>
      <w:r>
        <w:rPr>
          <w:b/>
        </w:rPr>
        <w:t xml:space="preserve">[1:47:44] </w:t>
      </w:r>
      <w:r>
        <w:t>is ke baad un ke liye yeh mumkin ho jaye ga ke woh apni khoi hui hesiyat ko dobara naye unwan se haasil kar lain.</w:t>
      </w:r>
    </w:p>
    <w:p>
      <w:pPr>
        <w:jc w:val="right"/>
      </w:pPr>
      <w:r>
        <w:t>اس کے بعد ان کے لیے یہ ممکن ہو جائے گا کہ وہ اپنی کھوئی ہوئی حیثیت کو دوبارہ نئے عنوان سے حاصل کر لیں۔</w:t>
      </w:r>
    </w:p>
    <w:p>
      <w:r>
        <w:rPr>
          <w:b/>
        </w:rPr>
        <w:t xml:space="preserve">[1:47:54] </w:t>
      </w:r>
      <w:r>
        <w:t>kisi qaum ke liye urooj o zawal ka waqia sabq ke liye hota hai. britania ne apne zawal ke waqie ko sabq ke maani mein liya.</w:t>
      </w:r>
    </w:p>
    <w:p>
      <w:pPr>
        <w:jc w:val="right"/>
      </w:pPr>
      <w:r>
        <w:t>کسی قوم کے لیے عروج و زوال کا واقعہ سبق کے لیے ہوتا ہے۔ برطانیہ نے اپنے زوال کے واقعے کو سبق کے معنی میں لیا۔</w:t>
      </w:r>
    </w:p>
    <w:p>
      <w:r>
        <w:rPr>
          <w:b/>
        </w:rPr>
        <w:t xml:space="preserve">[1:48:05] </w:t>
      </w:r>
      <w:r>
        <w:t>is bina par un ko bohat jald maloom ho gaya ke yeh waqt un ke liye re planning ka hai. musalman amlan is raaz se be khabar rahay.</w:t>
      </w:r>
    </w:p>
    <w:p>
      <w:pPr>
        <w:jc w:val="right"/>
      </w:pPr>
      <w:r>
        <w:t>اس بنا پر ان کو بہت جلد معلوم ہو گیا کہ یہ وقت ان کے لیے ری پلاننگ کا ہے۔ مسلمان عملاً اس راز سے بے خبر رہے۔</w:t>
      </w:r>
    </w:p>
    <w:p>
      <w:r>
        <w:rPr>
          <w:b/>
        </w:rPr>
        <w:t xml:space="preserve">[1:48:17] </w:t>
      </w:r>
      <w:r>
        <w:t>is liye zawal ke baad apni qaumi taraqqi ki re planning ke liye woh haqeeqat pasandana mansooba banane mein nakaam rahay.</w:t>
      </w:r>
    </w:p>
    <w:p>
      <w:pPr>
        <w:jc w:val="right"/>
      </w:pPr>
      <w:r>
        <w:t>اس لیے زوال کے بعد اپنی قومی ترقی کی ری پلاننگ کے لیے وہ حقیقت پسندانہ منصوبہ بنانے میں ناکام رہے۔</w:t>
      </w:r>
    </w:p>
    <w:p>
      <w:r>
        <w:rPr>
          <w:b/>
        </w:rPr>
        <w:t xml:space="preserve">[1:48:27] </w:t>
      </w:r>
      <w:r>
        <w:t>yahi sabab hai maujooda zamanay mein musalmanon ki nakaami ka.</w:t>
      </w:r>
    </w:p>
    <w:p>
      <w:pPr>
        <w:jc w:val="right"/>
      </w:pPr>
      <w:r>
        <w:t>یہی سبب ہے موجودہ زمانے میں مسلمانوں کی ناکامی کا۔</w:t>
      </w:r>
    </w:p>
    <w:p>
      <w:r>
        <w:rPr>
          <w:b/>
        </w:rPr>
        <w:t xml:space="preserve">[1:48:38] </w:t>
      </w:r>
      <w:r>
        <w:t>germany ki misaal: germany adolf hitler ki qiyadat mein doosri aalmi jang ka sab se bara partner tha.</w:t>
      </w:r>
    </w:p>
    <w:p>
      <w:pPr>
        <w:jc w:val="right"/>
      </w:pPr>
      <w:r>
        <w:t>جرمنی کی مثال: جرمنی ایڈولف ہٹلر کی قیادت میں دوسری عالمی جنگ کا سب سے بڑا پارٹنر تھا۔</w:t>
      </w:r>
    </w:p>
    <w:p>
      <w:r>
        <w:rPr>
          <w:b/>
        </w:rPr>
        <w:t xml:space="preserve">[1:48:47] </w:t>
      </w:r>
      <w:r>
        <w:t>yeh jang 1939 se 1945 tak jaari rahi. is jang mein 50 million se ziyada log halak hue.</w:t>
      </w:r>
    </w:p>
    <w:p>
      <w:pPr>
        <w:jc w:val="right"/>
      </w:pPr>
      <w:r>
        <w:t>یہ جنگ 1939 سے 1945 تک جاری رہی۔ اس جنگ میں 50 ملین سے زیادہ لوگ ہلاک ہوئے۔</w:t>
      </w:r>
    </w:p>
    <w:p>
      <w:r>
        <w:rPr>
          <w:b/>
        </w:rPr>
        <w:t xml:space="preserve">[1:48:57] </w:t>
      </w:r>
      <w:r>
        <w:t>doosre nuqsanat is se bhi ziyada hain. lekin jang ka khatma is tarah hua ke germany ne apne mulk ka aik tihai hissa, yaani east germany, kho diya tha.</w:t>
      </w:r>
    </w:p>
    <w:p>
      <w:pPr>
        <w:jc w:val="right"/>
      </w:pPr>
      <w:r>
        <w:t>دوسرے نقصانات اس سے بھی زیادہ ہیں۔ لیکن جنگ کا خاتمہ اس طرح ہوا کہ جرمنی نے اپنے ملک کا ایک تہائی حصہ، یعنی ایسٹ جرمنی، کھو دیا تھا۔</w:t>
      </w:r>
    </w:p>
    <w:p>
      <w:r>
        <w:rPr>
          <w:b/>
        </w:rPr>
        <w:t xml:space="preserve">[1:49:11] </w:t>
      </w:r>
      <w:r>
        <w:t>doosre azeem nuqsanat is ke ilawa hain. jang ke khatme ke baad germany ne re planning ka tareeqa ikhtiyar kiya.</w:t>
      </w:r>
    </w:p>
    <w:p>
      <w:pPr>
        <w:jc w:val="right"/>
      </w:pPr>
      <w:r>
        <w:t>دوسرے عظیم نقصانات اس کے علاوہ ہیں۔ جنگ کے خاتمے کے بعد جرمنی نے ری پلاننگ کا طریقہ اختیار کیا۔</w:t>
      </w:r>
    </w:p>
    <w:p>
      <w:r>
        <w:rPr>
          <w:b/>
        </w:rPr>
        <w:t xml:space="preserve">[1:49:21] </w:t>
      </w:r>
      <w:r>
        <w:t>pehli planning ke zamanay mein hitler germany ka rehbar tha, to doosri planning ke zamanay mein germany ne apne mashhoor statesman, bismarck, ki fikr ko apna rehbar banaya.</w:t>
      </w:r>
    </w:p>
    <w:p>
      <w:pPr>
        <w:jc w:val="right"/>
      </w:pPr>
      <w:r>
        <w:t>پہلی پلاننگ کے زمانے میں ہٹلر جرمنی کا رہنما تھا، تو دوسری پلاننگ کے زمانے میں جرمنی نے اپنے مشہور اسٹیٹس مین، بسمارک، کی فکر کو اپنا رہنما بنایا۔</w:t>
      </w:r>
    </w:p>
    <w:p>
      <w:r>
        <w:rPr>
          <w:b/>
        </w:rPr>
        <w:t xml:space="preserve">[1:49:36] </w:t>
      </w:r>
      <w:r>
        <w:t>bismarck ne kaha tha ke siyasat mumkinaat ka fun hai. politics is da art of da possible. germany ke ahal dimaagh ne doosri aalmi jang ke baad yeh daryaft kiya ke un ki pehli planning namumkin, yaani impossible, par mabni thi.</w:t>
      </w:r>
    </w:p>
    <w:p>
      <w:pPr>
        <w:jc w:val="right"/>
      </w:pPr>
      <w:r>
        <w:t>بسمارک نے کہا تھا کہ سیاست ممکنات کا فن ہے۔ پولیٹکس از دا آرٹ آف دا پوسیبل۔ جرمنی کے اہل دماغ نے دوسری عالمی جنگ کے بعد یہ دریافت کیا کہ ان کی پہلی پلاننگ ناممکن، یعنی امپوسیبل، پر مبنی تھی۔</w:t>
      </w:r>
    </w:p>
    <w:p>
      <w:r>
        <w:rPr>
          <w:b/>
        </w:rPr>
        <w:t xml:space="preserve">[1:49:55] </w:t>
      </w:r>
      <w:r>
        <w:t>ab unhein mumkin, yaani possible, ki buniyad par naya mansooba banana chahiye. baad az jang ke zamanay mein germany ne isi usool par kaam kiya.</w:t>
      </w:r>
    </w:p>
    <w:p>
      <w:pPr>
        <w:jc w:val="right"/>
      </w:pPr>
      <w:r>
        <w:t>اب انہیں ممکن، یعنی پوسیبل، کی بنیاد پر نیا منصوبہ بنانا چاہیے۔ بعد از جنگ کے زمانے میں جرمنی نے اسی اصول پر کام کیا۔</w:t>
      </w:r>
    </w:p>
    <w:p>
      <w:r>
        <w:rPr>
          <w:b/>
        </w:rPr>
        <w:t xml:space="preserve">[1:50:07] </w:t>
      </w:r>
      <w:r>
        <w:t>is ne apni tawajjah jang se hata kar pur aman taraqqi par martakiz kar diya, khusoosan science aur sanat ke maidan mein.</w:t>
      </w:r>
    </w:p>
    <w:p>
      <w:pPr>
        <w:jc w:val="right"/>
      </w:pPr>
      <w:r>
        <w:t>اس نے اپنی توجہ جنگ سے ہٹا کر پرامن ترقی پر مرتکز کر دیا، خصوصاً سائنس اور صنعت کے میدان میں۔</w:t>
      </w:r>
    </w:p>
    <w:p>
      <w:r>
        <w:rPr>
          <w:b/>
        </w:rPr>
        <w:t xml:space="preserve">[1:50:16] </w:t>
      </w:r>
      <w:r>
        <w:t>is ka nateeja yeh hua ke germany ne pehle se bhi ziyada bari kamyabi haasil kar li. khaas tor par printing machine ke maamlay mein, is ne sari dunya mein aik naya record qaim kiya hai.</w:t>
      </w:r>
    </w:p>
    <w:p>
      <w:pPr>
        <w:jc w:val="right"/>
      </w:pPr>
      <w:r>
        <w:t>اس کا نتیجہ یہ ہوا کہ جرمنی نے پہلے سے بھی زیادہ بڑی کامیابی حاصل کر لی۔ خاص طور پر پرنٹنگ مشین کے معاملے میں، اس نے ساری دنیا میں ایک نیا ریکارڈ قائم کیا ہے۔</w:t>
      </w:r>
    </w:p>
    <w:p>
      <w:r>
        <w:rPr>
          <w:b/>
        </w:rPr>
        <w:t xml:space="preserve">[1:50:30] </w:t>
      </w:r>
      <w:r>
        <w:t>germany ki re planning kamyab rahi. germany ruba sadhi ke arsay mein europe ka number aik sanati mulk ban gaya.</w:t>
      </w:r>
    </w:p>
    <w:p>
      <w:pPr>
        <w:jc w:val="right"/>
      </w:pPr>
      <w:r>
        <w:t>جرمنی کی ری پلاننگ کامیاب رہی۔ جرمنی ربع صدی کے عرصے میں یورپ کا نمبر ایک صنعتی ملک بن گیا۔</w:t>
      </w:r>
    </w:p>
    <w:p>
      <w:r>
        <w:rPr>
          <w:b/>
        </w:rPr>
        <w:t xml:space="preserve">[1:50:41] </w:t>
      </w:r>
      <w:r>
        <w:t>ab is ki iqtisadiyat poore europe mein sab se ziyada mustahkam iqtisadiyat ki hesiyat rakhti hain. germany ki yeh taraqqi aik lafz mein re planning ke usool ko ikhtiyar karne se haasil hui.</w:t>
      </w:r>
    </w:p>
    <w:p>
      <w:pPr>
        <w:jc w:val="right"/>
      </w:pPr>
      <w:r>
        <w:t>اب اس کی اقتصادیات پورے یورپ میں سب سے زیادہ مستحکم اقتصادیات کی حیثیت رکھتی ہیں۔ جرمنی کی یہ ترقی ایک لفظ میں ری پلاننگ کے اصول کو اختیار کرنے سے حاصل ہوئی۔</w:t>
      </w:r>
    </w:p>
    <w:p>
      <w:r>
        <w:rPr>
          <w:b/>
        </w:rPr>
        <w:t xml:space="preserve">[1:50:57] </w:t>
      </w:r>
      <w:r>
        <w:t>doosri aalmi jang mein germany ne apne mulk ke aik baray raqbay ko kho diya tha, lekin jang ke baad mabni bar aman re planning ke nateejay mein germany ne dobara apne khoay hue hissay ko haasil kar liya.</w:t>
      </w:r>
    </w:p>
    <w:p>
      <w:pPr>
        <w:jc w:val="right"/>
      </w:pPr>
      <w:r>
        <w:t>دوسری عالمی جنگ میں جرمنی نے اپنے ملک کے ایک بڑے رقبے کو کھو دیا تھا، لیکن جنگ کے بعد مبنی بر امن ری پلاننگ کے نتیجے میں جرمنی نے دوبارہ اپنے کھوئے ہوئے حصے کو حاصل کر لیا۔</w:t>
      </w:r>
    </w:p>
    <w:p>
      <w:r>
        <w:rPr>
          <w:b/>
        </w:rPr>
        <w:t xml:space="preserve">[1:51:14] </w:t>
      </w:r>
      <w:r>
        <w:t>yeh moajizati waqia 1990 mein paish aaya. doosri aalmi jang se pehle germany ka nishana hitler ki qiyadat mein yeh tha ke germany poore europe ka political master banay.</w:t>
      </w:r>
    </w:p>
    <w:p>
      <w:pPr>
        <w:jc w:val="right"/>
      </w:pPr>
      <w:r>
        <w:t>یہ معجزاتی واقعہ 1990 میں پیش آیا۔ دوسری عالمی جنگ سے پہلے جرمنی کا نشانہ ہٹلر کی قیادت میں یہ تھا کہ جرمنی پورے یورپ کا پولیٹیکل ماسٹر بنے۔</w:t>
      </w:r>
    </w:p>
    <w:p>
      <w:r>
        <w:rPr>
          <w:b/>
        </w:rPr>
        <w:t xml:space="preserve">[1:51:29] </w:t>
      </w:r>
      <w:r>
        <w:t>is nishanay mein germany ko mukammal nakaami hui. doosri aalmi jang ke baad germany ne yeh qabil amal nishana banaya ke woh germany ke sirf baqi mandah hissay, yaani remnant part of germany, ko pur aman andaaz mein develop karay.</w:t>
      </w:r>
    </w:p>
    <w:p>
      <w:pPr>
        <w:jc w:val="right"/>
      </w:pPr>
      <w:r>
        <w:t>اس نشانے میں جرمنی کو مکمل ناکامی ہوئی۔ دوسری عالمی جنگ کے بعد جرمنی نے یہ قابل عمل نشانہ بنایا کہ وہ جرمنی کے صرف باقی ماندہ حصے، یعنی ریمیننٹ پارٹ آف جرمنی، کو پرامن انداز میں ڈیویلپ کرے۔</w:t>
      </w:r>
    </w:p>
    <w:p>
      <w:r>
        <w:rPr>
          <w:b/>
        </w:rPr>
        <w:t xml:space="preserve">[1:51:48] </w:t>
      </w:r>
      <w:r>
        <w:t>germany ka pehla nishana mukammal tor par nakaam hua tha, lekin germany ka doosra nishana re planning ke baad mukammal tor par kamyab raha.</w:t>
      </w:r>
    </w:p>
    <w:p>
      <w:pPr>
        <w:jc w:val="right"/>
      </w:pPr>
      <w:r>
        <w:t>جرمنی کا پہلا نشانہ مکمل طور پر ناکام ہوا تھا، لیکن جرمنی کا دوسرا نشانہ ری پلاننگ کے بعد مکمل طور پر کامیاب رہا۔</w:t>
      </w:r>
    </w:p>
    <w:p>
      <w:r>
        <w:rPr>
          <w:b/>
        </w:rPr>
        <w:t xml:space="preserve">[1:51:58] </w:t>
      </w:r>
      <w:r>
        <w:t>germany ke is tajrubay se maloom hota hai ke maujooda zamanay mein zamini ilaaqa, yaani territory, ki ahmiyat azafi, yaani relative, ban chuki hai.</w:t>
      </w:r>
    </w:p>
    <w:p>
      <w:pPr>
        <w:jc w:val="right"/>
      </w:pPr>
      <w:r>
        <w:t>جرمنی کے اس تجربے سے معلوم ہوتا ہے کہ موجودہ زمانے میں زمینی علاقہ، یعنی ٹیریٹری، کی اہمیت اضافی، یعنی ریلیٹو، بن چکی ہے۔</w:t>
      </w:r>
    </w:p>
    <w:p>
      <w:r>
        <w:rPr>
          <w:b/>
        </w:rPr>
        <w:t xml:space="preserve">[1:52:09] </w:t>
      </w:r>
      <w:r>
        <w:t>aadmi ke paas agar chhota ilaaqa ho tab bhi woh aala mansooba bandi ke zariye bari se bari kamyabi haasil kar sakta hai.</w:t>
      </w:r>
    </w:p>
    <w:p>
      <w:pPr>
        <w:jc w:val="right"/>
      </w:pPr>
      <w:r>
        <w:t>آدمی کے پاس اگر چھوٹا علاقہ ہو تب بھی وہ اعلیٰ منصوبہ بندی کے ذریعے بڑی سے بڑی کامیابی حاصل کر سکتا ہے۔</w:t>
      </w:r>
    </w:p>
    <w:p>
      <w:r>
        <w:rPr>
          <w:b/>
        </w:rPr>
        <w:t xml:space="preserve">[1:52:20] </w:t>
      </w:r>
      <w:r>
        <w:t>aala mansooba bandi mein do cheezon ki khusoosi ahmiyat hai: aik hai behtar communication aur doosri hai behtar tanzeem, yaani organization.</w:t>
      </w:r>
    </w:p>
    <w:p>
      <w:pPr>
        <w:jc w:val="right"/>
      </w:pPr>
      <w:r>
        <w:t>اعلیٰ منصوبہ بندی میں دو چیزوں کی خصوصی اہمیت ہے: ایک ہے بہتر کمیونیکیشن اور دوسری ہے بہتر تنظیم، یعنی آرگنائزیشن۔</w:t>
      </w:r>
    </w:p>
    <w:p>
      <w:r>
        <w:rPr>
          <w:b/>
        </w:rPr>
        <w:t xml:space="preserve">[1:52:32] </w:t>
      </w:r>
      <w:r>
        <w:t>jadeed germany ne sirf yeh nahi kiya hai ke is ne khud ko aala taraqqi yafta mulk banaya hai, isi ke sath is ne yeh bhi kiya hai ke dunya ke samne ek model pesh kiya hai.</w:t>
      </w:r>
    </w:p>
    <w:p>
      <w:pPr>
        <w:jc w:val="right"/>
      </w:pPr>
      <w:r>
        <w:t>جدید جرمنی نے صرف یہ نہیں کیا ہے کہ اس نے خود کو اعلیٰ ترقی یافتہ ملک بنایا ہے، اسی کے ساتھ اس نے یہ بھی کیا ہے کہ دنیا کے سامنے ایک ماڈل پیش کیا ہے۔</w:t>
      </w:r>
    </w:p>
    <w:p>
      <w:r>
        <w:rPr>
          <w:b/>
        </w:rPr>
        <w:t xml:space="preserve">[1:52:46] </w:t>
      </w:r>
      <w:r>
        <w:t>is baat ka model pesh kiya hai ke kis tarah nuqsan ke bawajood dobara bari kamyabi hasil ki ja sakti hai.</w:t>
      </w:r>
    </w:p>
    <w:p>
      <w:pPr>
        <w:jc w:val="right"/>
      </w:pPr>
      <w:r>
        <w:t>اس بات کا ماڈل پیش کیا ہے کہ کس طرح نقصان کے باوجود دوبارہ بڑی کامیابی حاصل کی جا سکتی ہے۔</w:t>
      </w:r>
    </w:p>
    <w:p>
      <w:r>
        <w:rPr>
          <w:b/>
        </w:rPr>
        <w:t xml:space="preserve">[1:52:55] </w:t>
      </w:r>
      <w:r>
        <w:t>is se mukhtalif misaal kuch muslim mulkon ki hai. woh apne khayal ke mutabiq apne khoye hue ilaqe ki baziyabi ke liye lambi muddat se ladaai lad rahe hain, magar unhein koi bhi musbat kamyabi hasil nahi hui.</w:t>
      </w:r>
    </w:p>
    <w:p>
      <w:pPr>
        <w:jc w:val="right"/>
      </w:pPr>
      <w:r>
        <w:t>اس سے مختلف مثال کچھ مسلم ملکوں کی ہے۔ وہ اپنے خیال کے مطابق اپنے کھوئے ہوئے علاقے کی بازیابی کے لیے لمبی مدت سے لڑائی لڑ رہے ہیں، مگر انہیں کوئی بھی مثبت کامیابی حاصل نہیں ہوئی۔</w:t>
      </w:r>
    </w:p>
    <w:p>
      <w:r>
        <w:rPr>
          <w:b/>
        </w:rPr>
        <w:t xml:space="preserve">[1:53:13] </w:t>
      </w:r>
      <w:r>
        <w:t>in ko chahiye ke woh germany ki misaal se sabaq lein aur apne mile hue ilaqe ki buniyad par haqeeqat pasandana manzoobandi karein aur jadeed imkanat ko istemal karte hue dobara bari kamyabi hasil karein.</w:t>
      </w:r>
    </w:p>
    <w:p>
      <w:pPr>
        <w:jc w:val="right"/>
      </w:pPr>
      <w:r>
        <w:t>ان کو چاہیے کہ وہ جرمنی کی مثال سے سبق لیں اور اپنے ملے ہوئے علاقے کی بنیاد پر حقیقت پسندانہ منصوبہ بندی کریں اور جدید امکانات کو استعمال کرتے ہوئے دوبارہ بڑی کامیابی حاصل کریں۔</w:t>
      </w:r>
    </w:p>
    <w:p>
      <w:r>
        <w:rPr>
          <w:b/>
        </w:rPr>
        <w:t xml:space="preserve">[1:53:39] </w:t>
      </w:r>
      <w:r>
        <w:t>japan ki misaal: doosri aalmi jang 1939 se 1945 mein japan is ka sar-e-garam member tha.</w:t>
      </w:r>
    </w:p>
    <w:p>
      <w:pPr>
        <w:jc w:val="right"/>
      </w:pPr>
      <w:r>
        <w:t>جاپان کی مثال: دوسری عالمی جنگ 1939 سے 1945 میں جاپان اس کا سرگرم ممبر تھا۔</w:t>
      </w:r>
    </w:p>
    <w:p>
      <w:r>
        <w:rPr>
          <w:b/>
        </w:rPr>
        <w:t xml:space="preserve">[1:53:51] </w:t>
      </w:r>
      <w:r>
        <w:t>is ne bari bari umeedon ke sath jang mein shirkat ki, lekin jab 1945 mein america ki taraf se japan par do atom bomb giraye gaye aur is ke nateejay mein japan ke do baray shehron hiroshima aur nagasaki mein baray paimane par tabahi hui, yeh japan ke liye mukammal shikast ka waqea tha.</w:t>
      </w:r>
    </w:p>
    <w:p>
      <w:pPr>
        <w:jc w:val="right"/>
      </w:pPr>
      <w:r>
        <w:t>اس نے بڑی بڑی امیدوں کے ساتھ جنگ میں شرکت کی، لیکن جب 1945 میں امریکہ کی طرف سے جاپان پر دو ایٹم بم گرائے گئے اور اس کے نتیجے میں جاپان کے دو بڑے شہروں ہیروشیما اور ناگاساکی میں بڑے پیمانے پر تباہی ہوئی، یہ جاپان کے لیے مکمل شکست کا واقعہ تھا۔</w:t>
      </w:r>
    </w:p>
    <w:p>
      <w:r>
        <w:rPr>
          <w:b/>
        </w:rPr>
        <w:t xml:space="preserve">[1:54:16] </w:t>
      </w:r>
      <w:r>
        <w:t>magar 25 saal ke baad japan dobara ek taraqqi yafta mulk ban gaya. aaj japan ka shumar aala taraqqi yafta mulkon mein hota hai.</w:t>
      </w:r>
    </w:p>
    <w:p>
      <w:pPr>
        <w:jc w:val="right"/>
      </w:pPr>
      <w:r>
        <w:t>مگر 25 سال کے بعد جاپان دوبارہ ایک ترقی یافتہ ملک بن گیا۔ آج جاپان کا شمار اعلیٰ ترقی یافتہ ملکوں میں ہوتا ہے۔</w:t>
      </w:r>
    </w:p>
    <w:p>
      <w:r>
        <w:rPr>
          <w:b/>
        </w:rPr>
        <w:t xml:space="preserve">[1:54:28] </w:t>
      </w:r>
      <w:r>
        <w:t>yeh kamyabi japan ko kis tarah hasil hui? is ka jawab yeh hai ke re planning ke zariye. jang ke baad japan ke mudabiron ne pure moamle par az sar-e-nau ghhor kiya.</w:t>
      </w:r>
    </w:p>
    <w:p>
      <w:pPr>
        <w:jc w:val="right"/>
      </w:pPr>
      <w:r>
        <w:t>یہ کامیابی جاپان کو کس طرح حاصل ہوئی؟ اس کا جواب یہ ہے کہ ری پلاننگ کے ذریعے۔ جنگ کے بعد جاپان کے مدبروں نے پورے معاملے پر از سرِ نو غور کیا۔</w:t>
      </w:r>
    </w:p>
    <w:p>
      <w:r>
        <w:rPr>
          <w:b/>
        </w:rPr>
        <w:t xml:space="preserve">[1:54:43] </w:t>
      </w:r>
      <w:r>
        <w:t>woh is nateejay par pohanchay ke jang mein apni poori taqat lagane ke bawajood aur jaan o maal ki qurbaniyan dene ke bawajood unhein kuch hasil nahi hua.</w:t>
      </w:r>
    </w:p>
    <w:p>
      <w:pPr>
        <w:jc w:val="right"/>
      </w:pPr>
      <w:r>
        <w:t>وہ اس نتیجے پر پہنچے کہ جنگ میں اپنی پوری طاقت لگانے کے باوجود اور جان و مال کی قربانیاں دینے کے باوجود انہیں کچھ حاصل نہیں ہوا۔</w:t>
      </w:r>
    </w:p>
    <w:p>
      <w:r>
        <w:rPr>
          <w:b/>
        </w:rPr>
        <w:t xml:space="preserve">[1:54:56] </w:t>
      </w:r>
      <w:r>
        <w:t>is ke baad un ke andar nai soch paida hui. unhon ne daryaft kiya ke is dunya mein koi bari kamyabi sirf aman ki taqat ke zariye hasil hoti hai.</w:t>
      </w:r>
    </w:p>
    <w:p>
      <w:pPr>
        <w:jc w:val="right"/>
      </w:pPr>
      <w:r>
        <w:t>اس کے بعد ان کے اندر نئی سوچ پیدا ہوئی۔ انہوں نے دریافت کیا کہ اس دنیا میں کوئی بڑی کامیابی صرف امن کی طاقت کے ذریعے حاصل ہوتی ہے۔</w:t>
      </w:r>
    </w:p>
    <w:p>
      <w:r>
        <w:rPr>
          <w:b/>
        </w:rPr>
        <w:t xml:space="preserve">[1:55:10] </w:t>
      </w:r>
      <w:r>
        <w:t>tashaddud ka tareeqa barbadi to la sakta hai, lekin woh koi taraqqi lane wala nahi. is ke baad us waqt ke japani hukmaran hirohito ne radio par apni qaum ko khitab kiya.</w:t>
      </w:r>
    </w:p>
    <w:p>
      <w:pPr>
        <w:jc w:val="right"/>
      </w:pPr>
      <w:r>
        <w:t>تشدد کا طریقہ بربادی تو لا سکتا ہے، لیکن وہ کوئی ترقی لانے والا نہیں۔ اس کے بعد اس وقت کے جاپانی حکمران ہیروہیٹو نے ریڈیو پر اپنی قوم کو خطاب کیا۔</w:t>
      </w:r>
    </w:p>
    <w:p>
      <w:r>
        <w:rPr>
          <w:b/>
        </w:rPr>
        <w:t xml:space="preserve">[1:55:24] </w:t>
      </w:r>
      <w:r>
        <w:t>unhon ne apne khitab mein bataya ke japan ki dobara taraqqi ke liye hamein na qabil-e-bardasht ko bardasht karna hai taake hum japan ko ek taraqqi yafta nation bana sakein.</w:t>
      </w:r>
    </w:p>
    <w:p>
      <w:pPr>
        <w:jc w:val="right"/>
      </w:pPr>
      <w:r>
        <w:t>انہوں نے اپنے خطاب میں بتایا کہ جاپان کی دوبارہ ترقی کے لیے ہمیں ناقابلِ برداشت کو برداشت کرنا ہے تاکہ ہم جاپان کو ایک ترقی یافتہ نیشن بنا سکیں۔</w:t>
      </w:r>
    </w:p>
    <w:p>
      <w:r>
        <w:rPr>
          <w:b/>
        </w:rPr>
        <w:t xml:space="preserve">[1:55:38] </w:t>
      </w:r>
      <w:r>
        <w:t>"The time has come to bear the unbearable." Do atom bomb on ki tabahi ki bina par Japani qaum us waqt inteqam mein mubtala thi, lekin Japan ke kuch danishwar uthay.</w:t>
      </w:r>
    </w:p>
    <w:p>
      <w:pPr>
        <w:jc w:val="right"/>
      </w:pPr>
      <w:r>
        <w:t>"دا ٹائم ہیز کم ٹو بیئر دا ان بیریبل۔" دو ایٹم بموں کی تباہی کی بنا پر جاپانی قوم اس وقت انتقام میں مبتلا تھی، لیکن جاپان کے کچھ دانشور اٹھے۔</w:t>
      </w:r>
    </w:p>
    <w:p>
      <w:r>
        <w:rPr>
          <w:b/>
        </w:rPr>
        <w:t xml:space="preserve">[1:55:52] </w:t>
      </w:r>
      <w:r>
        <w:t>unhon ne yeh keh kar japani qaum ko thanda kiya ke america ne agar 1945 mein hamare do shehar hiroshima aur nagasaki ko tabah kiya hai to is se pehle 1941 mein hum khudkush bombari ke zariye america ke bahri markaz pearl harbor ko tabah kar chukay thay.</w:t>
      </w:r>
    </w:p>
    <w:p>
      <w:pPr>
        <w:jc w:val="right"/>
      </w:pPr>
      <w:r>
        <w:t>انہوں نے یہ کہہ کر جاپانی قوم کو ٹھنڈا کیا کہ امریکہ نے اگر 1945 میں ہمارے دو شہر ہیروشیما اور ناگاساکی کو تباہ کیا ہے تو اس سے پہلے 1941 میں ہم خودکش بمباری کے ذریعے امریکہ کے بحری مرکز پرل ہاربر کو تباہ کر چکے تھے۔</w:t>
      </w:r>
    </w:p>
    <w:p>
      <w:r>
        <w:rPr>
          <w:b/>
        </w:rPr>
        <w:t xml:space="preserve">[1:56:15] </w:t>
      </w:r>
      <w:r>
        <w:t>is hadsay ko bhulao aur japan ki nai taameer karo. is ke baad japan ne apni qaumi taameer ki re planning ki.</w:t>
      </w:r>
    </w:p>
    <w:p>
      <w:pPr>
        <w:jc w:val="right"/>
      </w:pPr>
      <w:r>
        <w:t>اس حادثے کو بھلاؤ اور جاپان کی نئی تعمیر کرو۔ اس کے بعد جاپان نے اپنی قومی تعمیر کی ری پلاننگ کی۔</w:t>
      </w:r>
    </w:p>
    <w:p>
      <w:r>
        <w:rPr>
          <w:b/>
        </w:rPr>
        <w:t xml:space="preserve">[1:56:25] </w:t>
      </w:r>
      <w:r>
        <w:t>is ka khulasa yeh tha ke unhon ne foji maidan ko chhod diya aur 25 saal tak sirf saensy taleem aur sanat par zor diya jata raha.</w:t>
      </w:r>
    </w:p>
    <w:p>
      <w:pPr>
        <w:jc w:val="right"/>
      </w:pPr>
      <w:r>
        <w:t>اس کا خلاصہ یہ تھا کہ انہوں نے فوجی میدان کو چھوڑ دیا اور 25 سال تک صرف سائنسی تعلیم اور صنعت پر زور دیا جاتا رہا۔</w:t>
      </w:r>
    </w:p>
    <w:p>
      <w:r>
        <w:rPr>
          <w:b/>
        </w:rPr>
        <w:t xml:space="preserve">[1:56:37] </w:t>
      </w:r>
      <w:r>
        <w:t>is nai planning ki tafseelat kitabon mein dekhi ja sakti hain. is nai planning ka nateejah tha ke japan shikast ke khandar se nikal kar dobara ek fateh mulk ban gaya.</w:t>
      </w:r>
    </w:p>
    <w:p>
      <w:pPr>
        <w:jc w:val="right"/>
      </w:pPr>
      <w:r>
        <w:t>اس نئی پلاننگ کی تفصیلات کتابوں میں دیکھی جا سکتی ہیں۔ اس نئی پلاننگ کا نتیجہ تھا کہ جاپان شکست کے کھنڈر سے نکل کر دوبارہ ایک فاتح ملک بن گیا۔</w:t>
      </w:r>
    </w:p>
    <w:p>
      <w:r>
        <w:rPr>
          <w:b/>
        </w:rPr>
        <w:t xml:space="preserve">[1:56:51] </w:t>
      </w:r>
      <w:r>
        <w:t>japan ke leaders ne jis tarah apne mulk ki re planning ki, is mein muslim rehnumaon ke liye bohat bara sabaq hai.</w:t>
      </w:r>
    </w:p>
    <w:p>
      <w:pPr>
        <w:jc w:val="right"/>
      </w:pPr>
      <w:r>
        <w:t>جاپان کے لیڈروں نے جس طرح اپنے ملک کی ری پلاننگ کی، اس میں مسلم رہنماؤں کے لیے بہت بڑا سبق ہے۔</w:t>
      </w:r>
    </w:p>
    <w:p>
      <w:r>
        <w:rPr>
          <w:b/>
        </w:rPr>
        <w:t xml:space="preserve">[1:57:00] </w:t>
      </w:r>
      <w:r>
        <w:t>muslim ilaqon mein bhi kisi na kisi tor par isi qism ke namuwafeq halaat mojood hain. muslim mumalik ke liye bhi yahi imkan hai ke woh re planning ke usool ko ikhtiyar kar ke dobara aala taraqqi hasil karein.</w:t>
      </w:r>
    </w:p>
    <w:p>
      <w:pPr>
        <w:jc w:val="right"/>
      </w:pPr>
      <w:r>
        <w:t>مسلم علاقوں میں بھی کسی نہ کسی طور پر اسی قسم کے ناموافق حالات موجود ہیں۔ مسلم ممالک کے لیے بھی یہی امکان ہے کہ وہ ری پلاننگ کے اصول کو اختیار کر کے دوبارہ اعلیٰ ترقی حاصل کریں۔</w:t>
      </w:r>
    </w:p>
    <w:p>
      <w:r>
        <w:rPr>
          <w:b/>
        </w:rPr>
        <w:t xml:space="preserve">[1:57:17] </w:t>
      </w:r>
      <w:r>
        <w:t>misal ke taur par, falasteen ke moamle mein jab balfour ka faisla, yani balfour declaration, samne aaya to us waqt muslim rehnumaon ko yeh sochna chahiye tha ke balfour declaration ke tehat falasteen ke aadhe hissay ko yahood ko de diya gaya hai, to hum ko chahiye ke hum is ko qabool karein.</w:t>
      </w:r>
    </w:p>
    <w:p>
      <w:pPr>
        <w:jc w:val="right"/>
      </w:pPr>
      <w:r>
        <w:t>مثال کے طور پر، فلسطین کے معاملے میں جب بالفور کا فیصلہ، یعنی بالفور ڈیکلریشن، سامنے آیا تو اس وقت مسلم رہنماؤں کو یہ سوچنا چاہیے تھا کہ بالفور ڈیکلریشن کے تحت فلسطین کے آدھے حصے کو یہود کو دے دیا گیا ہے، تو ہم کو چاہیے کہ ہم اس کو قبول کریں۔</w:t>
      </w:r>
    </w:p>
    <w:p>
      <w:r>
        <w:rPr>
          <w:b/>
        </w:rPr>
        <w:t xml:space="preserve">[1:57:38] </w:t>
      </w:r>
      <w:r>
        <w:t>kyun ke is se pehle hum sadiyon tak poore falasteen par apni hukumat qaim kiye hue thay. ab agar yahood ko mauqa mil raha hai to yeh qanoon fitrat ke tehat ho raha hai.</w:t>
      </w:r>
    </w:p>
    <w:p>
      <w:pPr>
        <w:jc w:val="right"/>
      </w:pPr>
      <w:r>
        <w:t>کیونکہ اس سے پہلے ہم صدیوں تک پورے فلسطین پر اپنی حکومت قائم کیے ہوئے تھے۔ اب اگر یہود کو موقع مل رہا ہے تو یہ قانون فطرت کے تحت ہو رہا ہے۔</w:t>
      </w:r>
    </w:p>
    <w:p>
      <w:r>
        <w:rPr>
          <w:b/>
        </w:rPr>
        <w:t xml:space="preserve">[1:57:50] </w:t>
      </w:r>
      <w:r>
        <w:t>is mein na insafi ki koi baat nahi. muslim rehnumaon ne agar is qism ka faisla kiya hota to yaqeenan aaj falasteen ki tareekh mukhtalif hoti.</w:t>
      </w:r>
    </w:p>
    <w:p>
      <w:pPr>
        <w:jc w:val="right"/>
      </w:pPr>
      <w:r>
        <w:t>اس میں ناانصافی کی کوئی بات نہیں۔ مسلم رہنماؤں نے اگر اس قسم کا فیصلہ کیا ہوتا تو یقیناً آج فلسطین کی تاریخ مختلف ہوتی۔</w:t>
      </w:r>
    </w:p>
    <w:p>
      <w:r>
        <w:rPr>
          <w:b/>
        </w:rPr>
        <w:t xml:space="preserve">[1:58:02] </w:t>
      </w:r>
      <w:r>
        <w:t>mojooda zamanay ke musalmanon ke liye islam ki qadeem tareekh mein bhi namoonay mojood hain aur secular qomon ki tareekh mein bhi.</w:t>
      </w:r>
    </w:p>
    <w:p>
      <w:pPr>
        <w:jc w:val="right"/>
      </w:pPr>
      <w:r>
        <w:t>موجودہ زمانے کے مسلمانوں کے لیے اسلام کی قدیم تاریخ میں بھی نمونے موجود ہیں اور سیکولر قوموں کی تاریخ میں بھی۔</w:t>
      </w:r>
    </w:p>
    <w:p>
      <w:r>
        <w:rPr>
          <w:b/>
        </w:rPr>
        <w:t xml:space="preserve">[1:58:11] </w:t>
      </w:r>
      <w:r>
        <w:t>insani tareekh har qism ke namoonay se bhari hui hai. asal zaroorat yeh hai ke tareekh ka mutalia be aamez zehan ke sath kiya jaye.</w:t>
      </w:r>
    </w:p>
    <w:p>
      <w:pPr>
        <w:jc w:val="right"/>
      </w:pPr>
      <w:r>
        <w:t>انسانی تاریخ ہر قسم کے نمونے سے بھری ہوئی ہے۔ اصل ضرورت یہ ہے کہ تاریخ کا مطالعہ بے آمیز ذہن کے ساتھ کیا جائے۔</w:t>
      </w:r>
    </w:p>
    <w:p>
      <w:r>
        <w:rPr>
          <w:b/>
        </w:rPr>
        <w:t xml:space="preserve">[1:58:23] </w:t>
      </w:r>
      <w:r>
        <w:t>ghair mutasir zehan ke sath pure moamle ka az sar-e-nau jayza liya jaye. agar aisa kiya jaye to maloom hoga ke kuch darwazay agar band hue hain to doosray darwazay poori tarah khule hue hain.</w:t>
      </w:r>
    </w:p>
    <w:p>
      <w:pPr>
        <w:jc w:val="right"/>
      </w:pPr>
      <w:r>
        <w:t>غیر متاثر ذہن کے ساتھ پورے معاملے کا از سرِ نو جائزہ لیا جائے۔ اگر ایسا کیا جائے تو معلوم ہوگا کہ کچھ دروازے اگر بند ہوئے ہیں تو دوسرے دروازے پوری طرح کھلے ہوئے ہیں۔</w:t>
      </w:r>
    </w:p>
    <w:p>
      <w:r>
        <w:rPr>
          <w:b/>
        </w:rPr>
        <w:t xml:space="preserve">[1:58:39] </w:t>
      </w:r>
      <w:r>
        <w:t>agar halaat ko samajh kar re planning ki jaye to yaqeenan mustaqbil ki nai taameer ki ja sakti hai.</w:t>
      </w:r>
    </w:p>
    <w:p>
      <w:pPr>
        <w:jc w:val="right"/>
      </w:pPr>
      <w:r>
        <w:t>اگر حالات کو سمجھ کر ری پلاننگ کی جائے تو یقیناً مستقبل کی نئی تعمیر کی جا سکتی ہے۔</w:t>
      </w:r>
    </w:p>
    <w:p>
      <w:r>
        <w:rPr>
          <w:b/>
        </w:rPr>
        <w:t xml:space="preserve">[1:58:49] </w:t>
      </w:r>
      <w:r>
        <w:t>shart yeh hai ke maazi ki nakaamiyon ko bhulaya jaye aur mustaqbil ke imkanat ko le kar apne amal ka mansooba banaya jaye.</w:t>
      </w:r>
    </w:p>
    <w:p>
      <w:pPr>
        <w:jc w:val="right"/>
      </w:pPr>
      <w:r>
        <w:t>شرط یہ ہے کہ ماضی کی ناکامیوں کو بھلایا جائے اور مستقبل کے امکانات کو لے کر اپنے عمل کا منصوبہ بنایا جائے۔</w:t>
      </w:r>
    </w:p>
    <w:p>
      <w:r>
        <w:rPr>
          <w:b/>
        </w:rPr>
        <w:t xml:space="preserve">[1:59:05] </w:t>
      </w:r>
      <w:r>
        <w:t>Khalisa tehreek ka tajruba: Maharaja Ranjit Singh mashhoor sikh raja thay. Un ki hukoomat aik baray raqbay par phaili hui thi.</w:t>
      </w:r>
    </w:p>
    <w:p>
      <w:pPr>
        <w:jc w:val="right"/>
      </w:pPr>
      <w:r>
        <w:t>خالصہ تحریک کا تجربہ: مہاراجہ رنجیت سنگھ مشہور سکھ راجہ تھے۔ ان کی حکومت ایک بڑے رقبے پر پھیلی ہوئی تھی۔</w:t>
      </w:r>
    </w:p>
    <w:p>
      <w:r>
        <w:rPr>
          <w:b/>
        </w:rPr>
        <w:t xml:space="preserve">[1:59:17] </w:t>
      </w:r>
      <w:r>
        <w:t>The geographical reach of the Sikh Empire under Ranjit Singh included all lands north of Sutlej River and south of high valleys in the northwestern Himalayas.</w:t>
      </w:r>
    </w:p>
    <w:p>
      <w:pPr>
        <w:jc w:val="right"/>
      </w:pPr>
      <w:r>
        <w:t>"دا جیوگرافیکل ریچ آف دا سکھ ایمپائر انڈر رنجیت سنگھ انکلوڈڈ آل لینڈز نارتھ آف ستلج ریور اینڈ ساؤتھ آف ہائی ویلیز ان دا نارتھ ویسٹرن ہمالیاز۔</w:t>
      </w:r>
    </w:p>
    <w:p>
      <w:r>
        <w:rPr>
          <w:b/>
        </w:rPr>
        <w:t xml:space="preserve">[1:59:30] </w:t>
      </w:r>
      <w:r>
        <w:t>The major towns in the empire included Srinagar, Attock, Peshawar, Bannu, Rawalpindi, Jammu, Gujarat, Sialkot, Kangra, Amritsar, Lahore and Multan." Sikh community ke darmiyan Khalsa tehreek ka aghaz British period mein hua.</w:t>
      </w:r>
    </w:p>
    <w:p>
      <w:pPr>
        <w:jc w:val="right"/>
      </w:pPr>
      <w:r>
        <w:t>دا میجر ٹاؤنز ان دا ایمپائر انکلوڈڈ سری نگر، اٹک، پشاور، بنو، راولپنڈی، جموں، گجرات، سیالکوٹ، کانگرا، امرتسر، لاہور اینڈ ملتان۔" سکھ کمیونٹی کے درمیان خالصہ تحریک کا آغاز برٹش پیریڈ میں ہوا۔</w:t>
      </w:r>
    </w:p>
    <w:p>
      <w:r>
        <w:rPr>
          <w:b/>
        </w:rPr>
        <w:t xml:space="preserve">[1:59:52] </w:t>
      </w:r>
      <w:r>
        <w:t>Is ka maqsad tha Maharaja Ranjit Singh ki political glory ko wapas lana. Mulk ki taqseem ke baad is ka daira mehdood ho gaya, magar 1979 mein Khalistan National Movement ke zariye is ka ahya hua.</w:t>
      </w:r>
    </w:p>
    <w:p>
      <w:pPr>
        <w:jc w:val="right"/>
      </w:pPr>
      <w:r>
        <w:t>اس کا مقصد تھا مہاراجہ رنجیت سنگھ کی پولیٹیکل گلوری کو واپس لانا۔ ملک کی تقسیم کے بعد اس کا دائرہ محدود ہو گیا، مگر 1979 میں خالصتان نیشنل موومنٹ کے ذریعے اس کا احیاء ہوا۔</w:t>
      </w:r>
    </w:p>
    <w:p>
      <w:r>
        <w:rPr>
          <w:b/>
        </w:rPr>
        <w:t xml:space="preserve">[2:00:10] </w:t>
      </w:r>
      <w:r>
        <w:t>Is ke baad sikh danishwaron ne mehsoos kiya ke un ki Khalsa tehreek counter productive sabit ho rahi hai. Bazahir is ka koi misbat nataija nikalne wala nahi.</w:t>
      </w:r>
    </w:p>
    <w:p>
      <w:pPr>
        <w:jc w:val="right"/>
      </w:pPr>
      <w:r>
        <w:t>اس کے بعد سکھ دانشوروں نے محسوس کیا کہ ان کی خالصہ تحریک کاؤنٹر پروڈکٹو ثابت ہو رہی ہے۔ بظاہر اس کا کوئی مثبت نتیجہ نکلنے والا نہیں۔</w:t>
      </w:r>
    </w:p>
    <w:p>
      <w:r>
        <w:rPr>
          <w:b/>
        </w:rPr>
        <w:t xml:space="preserve">[2:00:23] </w:t>
      </w:r>
      <w:r>
        <w:t>Is se sikh community ke danishwaron mein nai soch jaagi. Unhon ne apni community ke andar wahi zehn paida kiya jis ko hum ne re planning kaha hai, yani Maharaja Ranjit Singh ke daur ko guzri hui tareekh ka hissa qarar dena aur naye halaat ke tehat apne amal ki re planning karna.</w:t>
      </w:r>
    </w:p>
    <w:p>
      <w:pPr>
        <w:jc w:val="right"/>
      </w:pPr>
      <w:r>
        <w:t>اس سے سکھ کمیونٹی کے دانشوروں میں نئی سوچ جاگی۔ انہوں نے اپنی کمیونٹی کے اندر وہی ذہن پیدا کیا جس کو ہم نے ری پلاننگ کہا ہے، یعنی مہاراجہ رنجیت سنگھ کے دور کو گزری ہوئی تاریخ کا حصہ قرار دینا اور نئے حالات کے تحت اپنے عمل کی ری پلاننگ کرنا۔</w:t>
      </w:r>
    </w:p>
    <w:p>
      <w:r>
        <w:rPr>
          <w:b/>
        </w:rPr>
        <w:t xml:space="preserve">[2:00:45] </w:t>
      </w:r>
      <w:r>
        <w:t>Kuch sikh danishwaron ne apni community ko bataya ke India ki azadi ke baad sikh community ne India mein kafi taraqqi ki hai.</w:t>
      </w:r>
    </w:p>
    <w:p>
      <w:pPr>
        <w:jc w:val="right"/>
      </w:pPr>
      <w:r>
        <w:t>کچھ سکھ دانشوروں نے اپنی کمیونٹی کو بتایا کہ انڈیا کی آزادی کے بعد سکھ کمیونٹی نے انڈیا میں کافی ترقی کی ہے۔</w:t>
      </w:r>
    </w:p>
    <w:p>
      <w:r>
        <w:rPr>
          <w:b/>
        </w:rPr>
        <w:t xml:space="preserve">[2:00:56] </w:t>
      </w:r>
      <w:r>
        <w:t>India mein un ki tadad sirf 2 feesad hai, magar amlan woh India ki 20 feesad iqtisadiyat, yani economy ko control kar rahay hain.</w:t>
      </w:r>
    </w:p>
    <w:p>
      <w:pPr>
        <w:jc w:val="right"/>
      </w:pPr>
      <w:r>
        <w:t>انڈیا میں ان کی تعداد صرف 2 فیصد ہے، مگر عملاً وہ انڈیا کی 20 فیصد اقتصادیات، یعنی اکانومی کو کنٹرول کر رہے ہیں۔</w:t>
      </w:r>
    </w:p>
    <w:p>
      <w:r>
        <w:rPr>
          <w:b/>
        </w:rPr>
        <w:t xml:space="preserve">[2:01:07] </w:t>
      </w:r>
      <w:r>
        <w:t>Is ke baad Khalsa tehreek ke leader Sardar Jagjit Singh Chauhan faut 2007 mein apni community mein ghair maqbool shakhsiyat ban gaye.</w:t>
      </w:r>
    </w:p>
    <w:p>
      <w:pPr>
        <w:jc w:val="right"/>
      </w:pPr>
      <w:r>
        <w:t>اس کے بعد خالصہ تحریک کے لیڈر سردار جگجیت سنگھ چوہان وفات 2007 میں اپنی کمیونٹی میں غیر مقبول شخصیت بن گئے۔</w:t>
      </w:r>
    </w:p>
    <w:p>
      <w:r>
        <w:rPr>
          <w:b/>
        </w:rPr>
        <w:t xml:space="preserve">[2:01:18] </w:t>
      </w:r>
      <w:r>
        <w:t>Ab sikh community ke logon ne re planning ke zehn ke tehat amal karna shuru kiya, yahan tak ke ab Punjab India ki khushhal riyasaton mein se aik hai.</w:t>
      </w:r>
    </w:p>
    <w:p>
      <w:pPr>
        <w:jc w:val="right"/>
      </w:pPr>
      <w:r>
        <w:t>اب سکھ کمیونٹی کے لوگوں نے ری پلاننگ کے ذہن کے تحت عمل کرنا شروع کیا، یہاں تک کہ اب پنجاب انڈیا کے خوشحال ریاستوں میں سے ایک ہے۔</w:t>
      </w:r>
    </w:p>
    <w:p>
      <w:r>
        <w:rPr>
          <w:b/>
        </w:rPr>
        <w:t xml:space="preserve">[2:01:29] </w:t>
      </w:r>
      <w:r>
        <w:t>Sikh community ki yeh misal Palestine aur Kashmir par poori tarah mantiq hoti hai. Agar Kashmir aur Palestine ke musalman is tajrube se sabaq lein aur apni qaumi jiddo jehad ki re planning karein to bilashuba woh aik nai tareekh bana sakte hain.</w:t>
      </w:r>
    </w:p>
    <w:p>
      <w:pPr>
        <w:jc w:val="right"/>
      </w:pPr>
      <w:r>
        <w:t>سکھ کمیونٹی کی یہ مثال فلسطین اور کشمیر پر پوری طرح منطبق ہوتی ہے۔ اگر کشمیر اور فلسطین کے مسلمان اس تجربے سے سبق لیں اور اپنی قومی جدوجہد کی ری پلاننگ کریں تو بلاشبہ وہ ایک نئی تاریخ بنا سکتے ہیں۔</w:t>
      </w:r>
    </w:p>
    <w:p>
      <w:r>
        <w:rPr>
          <w:b/>
        </w:rPr>
        <w:t xml:space="preserve">[2:01:49] </w:t>
      </w:r>
      <w:r>
        <w:t>Dono ilaqon mein taraqqi ke ghair mamooli awqaf maujood hain, jo ghair haqeeqat pasandana mizaj ki bina par na qabil e istemal paray hue hain.</w:t>
      </w:r>
    </w:p>
    <w:p>
      <w:pPr>
        <w:jc w:val="right"/>
      </w:pPr>
      <w:r>
        <w:t>دونوں علاقوں میں ترقی کے غیر معمولی مواقع موجود ہیں، جو غیر حقیقت پسندانہ مزاج کی بنا پر ناقابلِ استعمال پڑے ہوئے ہیں۔</w:t>
      </w:r>
    </w:p>
    <w:p>
      <w:r>
        <w:rPr>
          <w:b/>
        </w:rPr>
        <w:t xml:space="preserve">[2:02:00] </w:t>
      </w:r>
      <w:r>
        <w:t>Agar Palestine aur Kashmir ke musalman re planning ke raaz ko jaanein to woh bilashuba apne liye aik azeem mustaqbil paida kar sakte hain.</w:t>
      </w:r>
    </w:p>
    <w:p>
      <w:pPr>
        <w:jc w:val="right"/>
      </w:pPr>
      <w:r>
        <w:t>اگر فلسطین اور کشمیر کے مسلمان ری پلاننگ کے راز کو جانیں تو وہ بلاشبہ اپنے لیے ایک عظیم مستقبل پیدا کر سکتے ہیں۔</w:t>
      </w:r>
    </w:p>
    <w:p>
      <w:r>
        <w:rPr>
          <w:b/>
        </w:rPr>
        <w:t xml:space="preserve">[2:02:10] </w:t>
      </w:r>
      <w:r>
        <w:t>Mojooda zamanay mein na sirf Kashmir aur Palestine balkay tamam dunya ke musalman manfi soch mein jee rahay hain.</w:t>
      </w:r>
    </w:p>
    <w:p>
      <w:pPr>
        <w:jc w:val="right"/>
      </w:pPr>
      <w:r>
        <w:t>موجودہ زمانے میں نہ صرف کشمیر اور فلسطین بلکہ تمام دنیا کے مسلمان منفی سوچ میں جی رہے ہیں۔</w:t>
      </w:r>
    </w:p>
    <w:p>
      <w:r>
        <w:rPr>
          <w:b/>
        </w:rPr>
        <w:t xml:space="preserve">[2:02:19] </w:t>
      </w:r>
      <w:r>
        <w:t>Woh doosron ko zalim aur apnay ko mazloom samajhtay hain. Is zehn ki bina par un ke andar misbat soch, yani positive thinking ka development nahi hua.</w:t>
      </w:r>
    </w:p>
    <w:p>
      <w:pPr>
        <w:jc w:val="right"/>
      </w:pPr>
      <w:r>
        <w:t>وہ دوسروں کو ظالم اور اپنے کو مظلوم سمجھتے ہیں۔ اس ذہن کی بنا پر ان کے اندر مثبت سوچ، یعنی پازیٹیو تھنکنگ کا ڈیویلپمنٹ نہیں ہوا۔</w:t>
      </w:r>
    </w:p>
    <w:p>
      <w:r>
        <w:rPr>
          <w:b/>
        </w:rPr>
        <w:t xml:space="preserve">[2:02:31] </w:t>
      </w:r>
      <w:r>
        <w:t>Woh apni maazi ki glory ko jantay hain, lekin woh haal ke awqaf se be khabar hain. Woh shikayat culture ko jantay hain, lekin woh haqeeqat ki buniyad par mansooba bandi se waqif nahi.</w:t>
      </w:r>
    </w:p>
    <w:p>
      <w:pPr>
        <w:jc w:val="right"/>
      </w:pPr>
      <w:r>
        <w:t>وہ اپنی ماضی کی گلوری کو جانتے ہیں، لیکن وہ حال کے مواقع سے بے خبر ہیں۔ وہ شکایت کلچر کو جانتے ہیں، لیکن وہ مبنی پر حقیقت منصوبہ بندی سے واقف نہیں۔</w:t>
      </w:r>
    </w:p>
    <w:p>
      <w:r>
        <w:rPr>
          <w:b/>
        </w:rPr>
        <w:t xml:space="preserve">[2:02:45] </w:t>
      </w:r>
      <w:r>
        <w:t>Un ki soch apne mafroza zalimon ki shikayat par qaim hai. Is bina par woh apnay aap ko mazloomiyat ke khane mein dalay hue hain.</w:t>
      </w:r>
    </w:p>
    <w:p>
      <w:pPr>
        <w:jc w:val="right"/>
      </w:pPr>
      <w:r>
        <w:t>ان کی سوچ اپنے مفروضہ ظالموں کی شکایت پر قائم ہے۔ اس بنا پر وہ اپنے آپ کو مظلومیت کے خانے میں ڈالے ہوئے ہیں۔</w:t>
      </w:r>
    </w:p>
    <w:p>
      <w:r>
        <w:rPr>
          <w:b/>
        </w:rPr>
        <w:t xml:space="preserve">[2:02:55] </w:t>
      </w:r>
      <w:r>
        <w:t>Mojooda zamanay ke musalman agar is manfi soch se bahar aayein to woh daryaft karein ge ke faislay ki jo buniyad zamanay ne faraham ki hai, woh ain un ke haq mein hai.</w:t>
      </w:r>
    </w:p>
    <w:p>
      <w:pPr>
        <w:jc w:val="right"/>
      </w:pPr>
      <w:r>
        <w:t>موجودہ زمانے کے مسلمان اگر اس منفی سوچ سے باہر آئیں تو وہ دریافت کریں گے کہ فیصلے کی جو بنیاد زمانے نے فراہم کی ہے، وہ عین ان کے حق میں ہے۔</w:t>
      </w:r>
    </w:p>
    <w:p>
      <w:r>
        <w:rPr>
          <w:b/>
        </w:rPr>
        <w:t xml:space="preserve">[2:03:07] </w:t>
      </w:r>
      <w:r>
        <w:t>Aaj ka zamanay poori tarah aik badla hua zamanay hai, lekin musalman guzray hue maazi ke daur mein jee rahay hain.</w:t>
      </w:r>
    </w:p>
    <w:p>
      <w:pPr>
        <w:jc w:val="right"/>
      </w:pPr>
      <w:r>
        <w:t>آج کا زمانہ پوری طرح ایک بدلا ہوا زمانہ ہے، لیکن مسلمان گزرے ہوئے ماضی کے دور میں جی رہے ہیں۔</w:t>
      </w:r>
    </w:p>
    <w:p>
      <w:r>
        <w:rPr>
          <w:b/>
        </w:rPr>
        <w:t xml:space="preserve">[2:03:16] </w:t>
      </w:r>
      <w:r>
        <w:t>Woh amlan tareekh ke qaidee, yani prisoners of history banay hue hain. Yahi musalmanon ka asal masla hai, aur isi ki islaah se un ke naye daur ka aghaz hoga.</w:t>
      </w:r>
    </w:p>
    <w:p>
      <w:pPr>
        <w:jc w:val="right"/>
      </w:pPr>
      <w:r>
        <w:t>وہ عملاً تاریخ کے قیدی، یعنی پریزنرز آف ہسٹری بنے ہوئے ہیں۔ یہی مسلمانوں کا اصل مسئلہ ہے، اور اسی کی اصلاح سے ان کے نئے دور کا آغاز ہوگا۔</w:t>
      </w:r>
    </w:p>
    <w:p>
      <w:r>
        <w:rPr>
          <w:b/>
        </w:rPr>
        <w:t xml:space="preserve">[2:03:28] </w:t>
      </w:r>
      <w:r>
        <w:t>Lucknow ke Dr Abdul Jalil Faridi Muslim Majlis Mushawarat ke tashees sadar thay. Unhon ne aik roznama Urdu akhbar nikala tha, Qaide.</w:t>
      </w:r>
    </w:p>
    <w:p>
      <w:pPr>
        <w:jc w:val="right"/>
      </w:pPr>
      <w:r>
        <w:t>لکھنؤ کے ڈاکٹر عبدالجلیل فریدی مسلم مجلس مشاورت کے تاسیس صدر تھے۔ انہوں نے ایک روزنامہ اردو اخبار نکالا تھا، قائد۔</w:t>
      </w:r>
    </w:p>
    <w:p>
      <w:r>
        <w:rPr>
          <w:b/>
        </w:rPr>
        <w:t xml:space="preserve">[2:03:40] </w:t>
      </w:r>
      <w:r>
        <w:t>Us mein unhon ne apne aik mazmoon mein likha tha ke Muslim sahāfat aik ehtijaji sahāfat, yani protestant journalism hai.</w:t>
      </w:r>
    </w:p>
    <w:p>
      <w:pPr>
        <w:jc w:val="right"/>
      </w:pPr>
      <w:r>
        <w:t>اس میں انہوں نے اپنے ایک مضمون میں لکھا تھا کہ مسلم صحافت ایک احتجاجی صحافت، یعنی پروٹیسٹنٹ جرنلزم ہے۔</w:t>
      </w:r>
    </w:p>
    <w:p>
      <w:r>
        <w:rPr>
          <w:b/>
        </w:rPr>
        <w:t xml:space="preserve">[2:03:49] </w:t>
      </w:r>
      <w:r>
        <w:t>Yeh musalmanon ki moojooda zamanay ki poori sahāfat par saadiq aata hai. Hindustan ke musalman ko is ke bajaye takhliqi sahāfat, yani creative journalism ko wajood mein lana hoga.</w:t>
      </w:r>
    </w:p>
    <w:p>
      <w:pPr>
        <w:jc w:val="right"/>
      </w:pPr>
      <w:r>
        <w:t>یہ مسلمانوں کی موجودہ زمانے کی پوری صحافت پر صادق آتا ہے۔ ہندوستان کے مسلمان کو اس کے بجائے تخلیقی صحافت، یعنی کریٹیو جرنلزم کو وجود میں لانا ہوگا۔</w:t>
      </w:r>
    </w:p>
    <w:p>
      <w:r>
        <w:rPr>
          <w:b/>
        </w:rPr>
        <w:t xml:space="preserve">[2:04:03] </w:t>
      </w:r>
      <w:r>
        <w:t>is ke baad hi woh aaj ki dunya mein apne liye koi naya daur paida kar sakte hain. shikayat aur ihtijaj ke zariye unhein kuch milne wala nahin.</w:t>
      </w:r>
    </w:p>
    <w:p>
      <w:pPr>
        <w:jc w:val="right"/>
      </w:pPr>
      <w:r>
        <w:t>اس کے بعد ہی وہ آج کی دنیا میں اپنے لیے کوئی نیا دور پیدا کر سکتے ہیں۔ شکایت اور احتجاج کے ذریعے انہیں کچھ ملنے والا نہیں۔</w:t>
      </w:r>
    </w:p>
    <w:p>
      <w:r>
        <w:rPr>
          <w:b/>
        </w:rPr>
        <w:t xml:space="preserve">[2:04:17] </w:t>
      </w:r>
      <w:r>
        <w:t>ghalat taqabul:</w:t>
      </w:r>
    </w:p>
    <w:p>
      <w:pPr>
        <w:jc w:val="right"/>
      </w:pPr>
      <w:r>
        <w:t>غلط تقابل:</w:t>
      </w:r>
    </w:p>
    <w:p>
      <w:r>
        <w:rPr>
          <w:b/>
        </w:rPr>
        <w:t xml:space="preserve">[2:04:21] </w:t>
      </w:r>
      <w:r>
        <w:t>arsala ke ek qari ne dilli se sawal kiya hai ke kuch musalmanon ko agar kaha jaye ke aaj kal musalman bohat zyada insanon ke qatl e aam mein mulawwis hain to woh yeh jawab dete hain ke aalmi jangon mein beshumar aadmi qatl kiye gaye, hitler ne hazaron insanon ko maut ke ghat utara, waghera.</w:t>
      </w:r>
    </w:p>
    <w:p>
      <w:pPr>
        <w:jc w:val="right"/>
      </w:pPr>
      <w:r>
        <w:t>ارسالہ کے ایک قاری نے دہلی سے سوال کیا ہے کہ کچھ مسلمانوں کو اگر کہا جائے کہ آج کل مسلمان بہت زیادہ انسانوں کے قتل عام میں ملوث ہیں تو وہ یہ جواب دیتے ہیں کہ عالمی جنگوں میں بے شمار آدمی قتل کیے گئے، ہٹلر نے ہزاروں انسانوں کو موت کے گھاٹ اتارا، وغیرہ۔</w:t>
      </w:r>
    </w:p>
    <w:p>
      <w:r>
        <w:rPr>
          <w:b/>
        </w:rPr>
        <w:t xml:space="preserve">[2:04:44] </w:t>
      </w:r>
      <w:r>
        <w:t>yeh keh kar goya woh musalmanon ke hathon hone wale qatl ka jawaz dete hain. maulana, is mein mughalta kya hai, wazeh karen.</w:t>
      </w:r>
    </w:p>
    <w:p>
      <w:pPr>
        <w:jc w:val="right"/>
      </w:pPr>
      <w:r>
        <w:t>یہ کہہ کر گویا وہ مسلمانوں کے ہاتھوں ہونے والے قتل کا جواز دیتے ہیں۔ مولانا، اس میں مغالطہ کیا ہے، واضح کریں۔</w:t>
      </w:r>
    </w:p>
    <w:p>
      <w:r>
        <w:rPr>
          <w:b/>
        </w:rPr>
        <w:t xml:space="preserve">[2:04:55] </w:t>
      </w:r>
      <w:r>
        <w:t>is sawal ka jawab yeh hai ke yeh ek ghalat taqabul, yaani wrong comparison hai. is mamle mein dekhne ki asal baat yeh hai ke first world war aur second world war mein jo qaumein shareek theen, unhone jangon ke tajrube ke baad kya kiya.</w:t>
      </w:r>
    </w:p>
    <w:p>
      <w:pPr>
        <w:jc w:val="right"/>
      </w:pPr>
      <w:r>
        <w:t>اس سوال کا جواب یہ ہے کہ یہ ایک غلط تقابل، یعنی رونگ کمپیریزن ہے۔ اس معاملے میں دیکھنے کی اصل بات یہ ہے کہ فرسٹ ورلڈ وار اور سیکنڈ ورلڈ وار میں جو قومیں شریک تھیں، انہوں نے جنگوں کے تجربے کے بعد کیا کیا۔</w:t>
      </w:r>
    </w:p>
    <w:p>
      <w:r>
        <w:rPr>
          <w:b/>
        </w:rPr>
        <w:t xml:space="preserve">[2:05:13] </w:t>
      </w:r>
      <w:r>
        <w:t>is mamle mein unka aakhri namuna qabil e aitbar hai, na ke darmiyan ka namuna. waqiat batate hain ke jo qaumein first world war aur second world war mein shamil theen, tajrube ke baad unhone dekha ke in jangon mein unhone sirf nuqsan uthaya.</w:t>
      </w:r>
    </w:p>
    <w:p>
      <w:pPr>
        <w:jc w:val="right"/>
      </w:pPr>
      <w:r>
        <w:t>اس معاملے میں ان کا آخری نمونہ قابلِ اعتبار ہے، نہ کہ درمیان کا نمونہ۔ واقعات بتاتے ہیں کہ جو قومیں فرسٹ ورلڈ وار اور سیکنڈ ورلڈ وار میں شامل تھیں، تجربے کے بعد انہوں نے دیکھا کہ ان جنگوں میں انہوں نے صرف نقصان اٹھایا۔</w:t>
      </w:r>
    </w:p>
    <w:p>
      <w:r>
        <w:rPr>
          <w:b/>
        </w:rPr>
        <w:t xml:space="preserve">[2:05:32] </w:t>
      </w:r>
      <w:r>
        <w:t>jang ka tareeqa unke liye pure maanon mein counter productive sabit hua. is tajrube ke baad un qaumon ke qiadin ne dobara ghhor kiya.</w:t>
      </w:r>
    </w:p>
    <w:p>
      <w:pPr>
        <w:jc w:val="right"/>
      </w:pPr>
      <w:r>
        <w:t>جنگ کا طریقہ ان کے لیے پورے معنوں میں کاؤنٹر پروڈکٹو ثابت ہوا۔ اس تجربے کے بعد ان قوموں کے قائدین نے دوبارہ غور کیا۔</w:t>
      </w:r>
    </w:p>
    <w:p>
      <w:r>
        <w:rPr>
          <w:b/>
        </w:rPr>
        <w:t xml:space="preserve">[2:05:42] </w:t>
      </w:r>
      <w:r>
        <w:t>unhone pure mamle ka az sar e nau jayza liya. is ke baad haqeeqat pasandi ka ravaiyya ikhtiyar karte hue unhone woh tareeqa ikhtiyar kiya jis ko re planning ka tareeqa kaha jata hai.</w:t>
      </w:r>
    </w:p>
    <w:p>
      <w:pPr>
        <w:jc w:val="right"/>
      </w:pPr>
      <w:r>
        <w:t>انہوں نے پورے معاملے کا از سرِ نو جائزہ لیا۔ اس کے بعد حقیقت پسندی کا رویہ اختیار کرتے ہوئے انہوں نے وہ طریقہ اختیار کیا جس کو ری پلاننگ کا طریقہ کہا جاتا ہے۔</w:t>
      </w:r>
    </w:p>
    <w:p>
      <w:r>
        <w:rPr>
          <w:b/>
        </w:rPr>
        <w:t xml:space="preserve">[2:05:57] </w:t>
      </w:r>
      <w:r>
        <w:t>unhone jang ka tareeqa chhod diya aur mukammal maanon mein aman ka tareeqa ikhtiyar kar liya. britania ne yeh kiya ke apni azeem saltanat, yaani empire, ko khud apne ikhtiyar se khatam kar diya aur apni saltanat ko sirf britania tak mehdood kar liya.</w:t>
      </w:r>
    </w:p>
    <w:p>
      <w:pPr>
        <w:jc w:val="right"/>
      </w:pPr>
      <w:r>
        <w:t>انہوں نے جنگ کا طریقہ چھوڑ دیا اور مکمل معنوں میں امن کا طریقہ اختیار کر لیا۔ برطانیہ نے یہ کیا کہ اپنی عظیم سلطنت، یعنی ایمپائر، کو خود اپنے اختیار سے ختم کر دیا اور اپنی سلطنت کو صرف برطانیہ تک محدود کر لیا۔</w:t>
      </w:r>
    </w:p>
    <w:p>
      <w:r>
        <w:rPr>
          <w:b/>
        </w:rPr>
        <w:t xml:space="preserve">[2:06:17] </w:t>
      </w:r>
      <w:r>
        <w:t>france ne apni afriqi maqboozat ko yak tarfa taur par chhod diya. germany ne yeh kiya ke east germany ko chhod kar west germany ki taameer o taraqqi mein lag gaye.</w:t>
      </w:r>
    </w:p>
    <w:p>
      <w:pPr>
        <w:jc w:val="right"/>
      </w:pPr>
      <w:r>
        <w:t>فرانس نے اپنی افریقی مقبوضات کو یکطرفہ طور پر چھوڑ دیا۔ جرمنی نے یہ کیا کہ ایسٹ جرمنی کو چھوڑ کر ویسٹ جرمنی کی تعمیر و ترقی میں لگ گئے۔</w:t>
      </w:r>
    </w:p>
    <w:p>
      <w:r>
        <w:rPr>
          <w:b/>
        </w:rPr>
        <w:t xml:space="preserve">[2:06:30] </w:t>
      </w:r>
      <w:r>
        <w:t>japan ne mukammal taur par jang aur tashaddud ka tareeqa chhod diya aur japan ki pur aman taraqqi mein masroof ho gaye, waghera.</w:t>
      </w:r>
    </w:p>
    <w:p>
      <w:pPr>
        <w:jc w:val="right"/>
      </w:pPr>
      <w:r>
        <w:t>جاپان نے مکمل طور پر جنگ اور تشدد کا طریقہ چھوڑ دیا اور جاپان کی پرامن ترقی میں مصروف ہو گئے، وغیرہ۔</w:t>
      </w:r>
    </w:p>
    <w:p>
      <w:r>
        <w:rPr>
          <w:b/>
        </w:rPr>
        <w:t xml:space="preserve">[2:06:40] </w:t>
      </w:r>
      <w:r>
        <w:t>maujooda zamane ke musalmanon ke sath bare peimane par aisa hua ke unhone har qism ki qurbani ke bawajood sirf khoya.</w:t>
      </w:r>
    </w:p>
    <w:p>
      <w:pPr>
        <w:jc w:val="right"/>
      </w:pPr>
      <w:r>
        <w:t>موجودہ زمانے کے مسلمانوں کے ساتھ بڑے پیمانے پر ایسا ہوا کہ انہوں نے ہر قسم کی قربانی کے باوجود صرف کھویا۔</w:t>
      </w:r>
    </w:p>
    <w:p>
      <w:r>
        <w:rPr>
          <w:b/>
        </w:rPr>
        <w:t xml:space="preserve">[2:06:49] </w:t>
      </w:r>
      <w:r>
        <w:t>unko kuch bhi hasil na ho saka. ab haqeeqat pasandi ka taqaza hai ke musalman bahesiyat e majmooi u turn lein.</w:t>
      </w:r>
    </w:p>
    <w:p>
      <w:pPr>
        <w:jc w:val="right"/>
      </w:pPr>
      <w:r>
        <w:t>ان کو کچھ بھی حاصل نہ ہو سکا۔ اب حقیقت پسندی کا تقاضا ہے کہ مسلمان بحیثیت مجموعی یو ٹرن لیں۔</w:t>
      </w:r>
    </w:p>
    <w:p>
      <w:r>
        <w:rPr>
          <w:b/>
        </w:rPr>
        <w:t xml:space="preserve">[2:06:58] </w:t>
      </w:r>
      <w:r>
        <w:t>woh jang aur tashaddud ke tareeqe ko mukammal taur par chhod dein aur pur aman andaaz ikhtiyar karte hue apni taameer o taraqqi mein lag jayen.</w:t>
      </w:r>
    </w:p>
    <w:p>
      <w:pPr>
        <w:jc w:val="right"/>
      </w:pPr>
      <w:r>
        <w:t>وہ جنگ اور تشدد کے طریقے کو مکمل طور پر چھوڑ دیں اور پرامن انداز اختیار کرتے ہوئے اپنی تعمیر و ترقی میں لگ جائیں۔</w:t>
      </w:r>
    </w:p>
    <w:p>
      <w:r>
        <w:rPr>
          <w:b/>
        </w:rPr>
        <w:t xml:space="preserve">[2:07:08] </w:t>
      </w:r>
      <w:r>
        <w:t>yahi tareekh ka taqaza hai aur yahi islam ka taqaza bhi. naseehat ka usool yeh hai ke doosron ke amal se tajruba, yaani experience, hasil kiya jaye.</w:t>
      </w:r>
    </w:p>
    <w:p>
      <w:pPr>
        <w:jc w:val="right"/>
      </w:pPr>
      <w:r>
        <w:t>یہی تاریخ کا تقاضا ہے اور یہی اسلام کا تقاضا بھی۔ نصیحت کا اصول یہ ہے کہ دوسروں کے عمل سے تجربہ، یعنی ایکسپیرینس، حاصل کیا جائے۔</w:t>
      </w:r>
    </w:p>
    <w:p>
      <w:r>
        <w:rPr>
          <w:b/>
        </w:rPr>
        <w:t xml:space="preserve">[2:07:19] </w:t>
      </w:r>
      <w:r>
        <w:t>doosron ke tajrube se jo cheez ba aitbar nataija halakat sabit hui ho, us ko chhod diya jaye aur un ke tajrube se jo mufeed sabaq hasil hota ho, us ko le liya jaye.</w:t>
      </w:r>
    </w:p>
    <w:p>
      <w:pPr>
        <w:jc w:val="right"/>
      </w:pPr>
      <w:r>
        <w:t>دوسروں کے تجربے سے جو چیز بااعتبار نتیجہ ہلاکت ثابت ہوئی ہو، اس کو چھوڑ دیا جائے اور ان کے تجربے سے جو مفید سبق حاصل ہوتا ہو، اس کو لے لیا جائے۔</w:t>
      </w:r>
    </w:p>
    <w:p>
      <w:r>
        <w:rPr>
          <w:b/>
        </w:rPr>
        <w:t xml:space="preserve">[2:07:33] </w:t>
      </w:r>
      <w:r>
        <w:t>pehli aalmi jang aur doosri aalmi jang ka ya to hawala na diya jaye ya agar hawala dena hai to us ke mufeed pehlu ka hawala diya jaye, aur woh yeh hai ke jang ke manfi tajrube se sabaq lena aur jang ka tareeqa chhod kar pur aman taameer ka tareeqa ikhtiyar karna.</w:t>
      </w:r>
    </w:p>
    <w:p>
      <w:pPr>
        <w:jc w:val="right"/>
      </w:pPr>
      <w:r>
        <w:t>پہلی عالمی جنگ اور دوسری عالمی جنگ کا یا تو حوالہ نہ دیا جائے یا اگر حوالہ دینا ہے تو اس کے مفید پہلو کا حوالہ دیا جائے، اور وہ یہ ہے کہ جنگ کے منفی تجربے سے سبق لینا اور جنگ کا طریقہ چھوڑ کر پرامن تعمیر کا طریقہ اختیار کرنا۔</w:t>
      </w:r>
    </w:p>
    <w:p>
      <w:r>
        <w:rPr>
          <w:b/>
        </w:rPr>
        <w:t xml:space="preserve">[2:07:54] </w:t>
      </w:r>
      <w:r>
        <w:t>doosron ki ghaltiyon se apne liye jawaz, yaani justification, nikalna sakht qism ki be danishi hai. agar aap apne mafroza dushman ki gardan kaaten aur kahen ke falan logon ne bhi logon ki gardanein kaati theen to yeh ek sarkashi ki baat hogi.</w:t>
      </w:r>
    </w:p>
    <w:p>
      <w:pPr>
        <w:jc w:val="right"/>
      </w:pPr>
      <w:r>
        <w:t>دوسروں کی غلطیوں سے اپنے لیے جواز، یعنی جسٹیفیکیشن، نکالنا سخت قسم کی بے دانشی ہے۔ اگر آپ اپنے مفروضہ دشمن کی گردن کاٹیں اور کہیں کہ فلاں لوگوں نے بھی لوگوں کی گردنیں کاٹی تھیں تو یہ ایک سرکشی کی بات ہوگی۔</w:t>
      </w:r>
    </w:p>
    <w:p>
      <w:r>
        <w:rPr>
          <w:b/>
        </w:rPr>
        <w:t xml:space="preserve">[2:08:13] </w:t>
      </w:r>
      <w:r>
        <w:t>doosron ka tajruba sabaq lene ke liye hota hai, na ke apni ghalti ko jaiz thehrane ke liye. is silsile mein sahabi rasool abdullah bin masood ka ek hakimana qaul un alfaaz mein aaya hai:</w:t>
      </w:r>
    </w:p>
    <w:p>
      <w:pPr>
        <w:jc w:val="right"/>
      </w:pPr>
      <w:r>
        <w:t>دوسروں کا تجربہ سبق لینے کے لیے ہوتا ہے، نہ کہ اپنی غلطی کو جائز ٹھہرانے کے لیے۔ اس سلسلے میں صحابی رسول عبداللہ بن مسعود کا ایک حکیمانہ قول ان الفاظ میں آیا ہے:</w:t>
      </w:r>
    </w:p>
    <w:p>
      <w:r>
        <w:rPr>
          <w:b/>
        </w:rPr>
        <w:t xml:space="preserve">[2:08:28] </w:t>
      </w:r>
      <w:r>
        <w:t>"alsaeed man wiyz bighairah" yaani saeed woh hai jo doosron se apne liye naseehat hasil kare. doosron ki naqal karna nadani hai aur doosron se mufeed naseehat lena danishmandi hai.</w:t>
      </w:r>
    </w:p>
    <w:p>
      <w:pPr>
        <w:jc w:val="right"/>
      </w:pPr>
      <w:r>
        <w:t>"السعید من وئیذ بغیرہ" یعنی سعید وہ ہے جو دوسروں سے اپنے لیے نصیحت حاصل کرے۔ دوسروں کی نقل کرنا نادانی ہے اور دوسروں سے مفید نصیحت لینا دانشمندی ہے۔</w:t>
      </w:r>
    </w:p>
    <w:p>
      <w:r>
        <w:rPr>
          <w:b/>
        </w:rPr>
        <w:t xml:space="preserve">[2:08:51] </w:t>
      </w:r>
      <w:r>
        <w:t>khulasa e kalam: daur e jadeed mein ummat e muslema ka masla is ke ahya ka masla tha. is maqsad ke liye muslim jud o jahd ki tareekh ghhaliban 1799 se shuru hoti hai, jabke maishoor ke sultan tipu british fouj se ladte hue halak ho gaye.</w:t>
      </w:r>
    </w:p>
    <w:p>
      <w:pPr>
        <w:jc w:val="right"/>
      </w:pPr>
      <w:r>
        <w:t>خلاصہ کلام: دور جدید میں امت مسلمہ کا مسئلہ اس کے احیاء کا مسئلہ تھا۔ اس مقصد کے لیے مسلم جدوجہد کی تاریخ غالباً 1799 سے شروع ہوتی ہے، جبکہ میسور کے سلطان ٹیپو برٹش فوج سے لڑتے ہوئے ہلاک ہو گئے۔</w:t>
      </w:r>
    </w:p>
    <w:p>
      <w:r>
        <w:rPr>
          <w:b/>
        </w:rPr>
        <w:t xml:space="preserve">[2:09:13] </w:t>
      </w:r>
      <w:r>
        <w:t>yeh jud o jahd ikkiswin sadi mein bare peimane par jaari hai, magar jaan o maal ki beshumar qurbaniyon ke bawajood nataija counter productive sabit hua.</w:t>
      </w:r>
    </w:p>
    <w:p>
      <w:pPr>
        <w:jc w:val="right"/>
      </w:pPr>
      <w:r>
        <w:t>یہ جدوجہد اکیسویں صدی میں بڑے پیمانے پر جاری ہے، مگر جان و مال کی بے شمار قربانیوں کے باوجود نتیجہ کاؤنٹر پروڈکٹو ثابت ہوا۔</w:t>
      </w:r>
    </w:p>
    <w:p>
      <w:r>
        <w:rPr>
          <w:b/>
        </w:rPr>
        <w:t xml:space="preserve">[2:09:25] </w:t>
      </w:r>
      <w:r>
        <w:t>yaani faida to kuch nahi hua, albatta nuqsan mein izafa ho gaya. is nakaam tajrube ka taqaza yeh hai ke ab musalman tauba jamee ka tareeqa ikhtiyar karein, yaani u turn ka tareeqa.</w:t>
      </w:r>
    </w:p>
    <w:p>
      <w:pPr>
        <w:jc w:val="right"/>
      </w:pPr>
      <w:r>
        <w:t>یعنی فائدہ تو کچھ نہیں ہوا، البتہ نقصان میں مزید اضافہ ہو گیا۔ اس ناکام تجربے کا تقاضا یہ ہے کہ اب مسلمان توبہ جمیع کا طریقہ اختیار کریں، یعنی یو ٹرن کا طریقہ۔</w:t>
      </w:r>
    </w:p>
    <w:p>
      <w:r>
        <w:rPr>
          <w:b/>
        </w:rPr>
        <w:t xml:space="preserve">[2:09:40] </w:t>
      </w:r>
      <w:r>
        <w:t>woh apni koshishon ka dobara jayza lein, yaani re assessment karein, aur phir apne amal ki re planning karein.</w:t>
      </w:r>
    </w:p>
    <w:p>
      <w:pPr>
        <w:jc w:val="right"/>
      </w:pPr>
      <w:r>
        <w:t>وہ اپنی کوششوں کا دوبارہ جائزہ لیں، یعنی ری اسیسمنٹ کریں، اور پھر اپنے عمل کی ری پلاننگ کریں۔</w:t>
      </w:r>
    </w:p>
    <w:p>
      <w:r>
        <w:rPr>
          <w:b/>
        </w:rPr>
        <w:t xml:space="preserve">[2:09:49] </w:t>
      </w:r>
      <w:r>
        <w:t>musalmanon ki maujooda halat yeh hai ke woh apne sabit shuda nakaam tajrubaat ko dobara naye naye naam ke sath dohra rahe hain.</w:t>
      </w:r>
    </w:p>
    <w:p>
      <w:pPr>
        <w:jc w:val="right"/>
      </w:pPr>
      <w:r>
        <w:t>مسلمانوں کی موجودہ حالت یہ ہے کہ وہ اپنے ثابت شدہ ناکام تجربوں کو دوبارہ نئے نئے نام کے ساتھ دہرا رہے ہیں۔</w:t>
      </w:r>
    </w:p>
    <w:p>
      <w:r>
        <w:rPr>
          <w:b/>
        </w:rPr>
        <w:t xml:space="preserve">[2:09:59] </w:t>
      </w:r>
      <w:r>
        <w:t>misalan maghrib mein rehne wale musalmanon ka islamophobia ka nazariya, misr mein al-ikhwan al-musalmun ki street activism, falasteen walon ki khudkush bombing, suicide bombing, pakistan ki proxy war,</w:t>
      </w:r>
    </w:p>
    <w:p>
      <w:pPr>
        <w:jc w:val="right"/>
      </w:pPr>
      <w:r>
        <w:t>مثلاً مغرب میں رہنے والے مسلمانوں کا اسلامو فوبیا کا نظریہ، مصر میں الاخوان المسلمون کی سٹریٹ ایکٹیوزم، فلسطین والوں کی خودکش بمباری، سوسائیڈ بمبنگ، پاکستان کی پروکسی وار،</w:t>
      </w:r>
    </w:p>
    <w:p>
      <w:r>
        <w:rPr>
          <w:b/>
        </w:rPr>
        <w:t xml:space="preserve">[2:10:17] </w:t>
      </w:r>
      <w:r>
        <w:t>kashmiriun ka pathar marna, india ke musalmanon ki ihtijaji sahafat, yaani protestant journalism, iran ki islam dushmanon ki daryaft, afghanistan ka talibanization, waghera.</w:t>
      </w:r>
    </w:p>
    <w:p>
      <w:pPr>
        <w:jc w:val="right"/>
      </w:pPr>
      <w:r>
        <w:t>کشمیریوں کا پتھر مارنا، انڈیا کے مسلمانوں کی احتجاجی صحافت، یعنی پروٹیسٹنٹ جرنلزم، ایران کی اسلام دشمنوں کی دریافت، افغانستان کا طالب نائزیشن، وغیرہ۔</w:t>
      </w:r>
    </w:p>
    <w:p>
      <w:r>
        <w:rPr>
          <w:b/>
        </w:rPr>
        <w:t xml:space="preserve">[2:10:32] </w:t>
      </w:r>
      <w:r>
        <w:t>yeh sab nakaam tajrubaat ko befaida dohrane ke siwa aur kuch nahi. it is a futile repetition of a failed strategy.</w:t>
      </w:r>
    </w:p>
    <w:p>
      <w:pPr>
        <w:jc w:val="right"/>
      </w:pPr>
      <w:r>
        <w:t>یہ سب ناکام تجربات کو بے فائدہ دہرانے کے سوا اور کچھ نہیں۔ اٹ از ا فیوٹائل ریپیٹیشن اف ا فیلڈ سٹریٹیجی۔</w:t>
      </w:r>
    </w:p>
    <w:p>
      <w:r>
        <w:rPr>
          <w:b/>
        </w:rPr>
        <w:t xml:space="preserve">[2:10:41] </w:t>
      </w:r>
      <w:r>
        <w:t>ummat ka naya mustaqbil sirf nayi aur musbat buniyad par ki hui mansooba bandi ke zariye banaya ja sakta hai, aur nayi mansooba bandi ka process sirf is aitraf ke baad shuru hota hai ke ab tak hum ghalati par thay.</w:t>
      </w:r>
    </w:p>
    <w:p>
      <w:pPr>
        <w:jc w:val="right"/>
      </w:pPr>
      <w:r>
        <w:t>امت کا نیا مستقبل صرف نئی اور مثبت بنیاد پر کی ہوئی منصوبہ بندی کے ذریعے بنایا جا سکتا ہے، اور نئی منصوبہ بندی کا پروسیس صرف اس اعتراف کے بعد شروع ہوتا ہے کہ اب تک ہم غلطی پر تھے۔</w:t>
      </w:r>
    </w:p>
    <w:p>
      <w:r>
        <w:rPr>
          <w:b/>
        </w:rPr>
        <w:t xml:space="preserve">[2:10:57] </w:t>
      </w:r>
      <w:r>
        <w:t>we were wrong.</w:t>
      </w:r>
    </w:p>
    <w:p>
      <w:pPr>
        <w:jc w:val="right"/>
      </w:pPr>
      <w:r>
        <w:t>ویور رونگ۔</w:t>
      </w:r>
    </w:p>
    <w:p>
      <w:r>
        <w:rPr>
          <w:b/>
        </w:rPr>
        <w:t xml:space="preserve">[2:11:00] </w:t>
      </w:r>
      <w:r>
        <w:t>ghalati ko maane baghair naye mustaqbil ki baat karna aisa hai jaise poda lagaye baghair hare bhare bagh ka intezar karna.</w:t>
      </w:r>
    </w:p>
    <w:p>
      <w:pPr>
        <w:jc w:val="right"/>
      </w:pPr>
      <w:r>
        <w:t>غلطی کو مانے بغیر نئے مستقبل کی بات کرنا ایسا ہے جیسے پودا لگائے بغیر ہرے بھرے باغ کا انتظار کرنا۔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