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Discovery of God July 9, 2017 Maulana Wahiduddin Khan</w:t>
      </w:r>
    </w:p>
    <w:p>
      <w:r>
        <w:t>https://www.youtube.com/watch?v=qJcZ5fAJmJU</w:t>
      </w:r>
    </w:p>
    <w:p>
      <w:r>
        <w:rPr>
          <w:b/>
        </w:rPr>
        <w:t xml:space="preserve">[00:13]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 صلی اللہ علی النبی الکریم.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[00:21]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[00:24] </w:t>
      </w:r>
      <w:r>
        <w:t>wa yassir li amri.</w:t>
      </w:r>
    </w:p>
    <w:p>
      <w:pPr>
        <w:jc w:val="right"/>
      </w:pPr>
      <w:r>
        <w:t>ویسر لی امری۔</w:t>
      </w:r>
    </w:p>
    <w:p>
      <w:r>
        <w:rPr>
          <w:b/>
        </w:rPr>
        <w:t xml:space="preserve">[00:27] </w:t>
      </w:r>
      <w:r>
        <w:t>wahlul uqdata min lisani yafqa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[00:33] </w:t>
      </w:r>
      <w:r>
        <w:t>9 jullai 2017.</w:t>
      </w:r>
    </w:p>
    <w:p>
      <w:pPr>
        <w:jc w:val="right"/>
      </w:pPr>
      <w:r>
        <w:t>9 جولائی 2017۔</w:t>
      </w:r>
    </w:p>
    <w:p>
      <w:r>
        <w:rPr>
          <w:b/>
        </w:rPr>
        <w:t xml:space="preserve">[00:37] </w:t>
      </w:r>
      <w:r>
        <w:t>Aap ko main ne is se pehle kai baar yeh baat kahi hai ke b</w:t>
      </w:r>
    </w:p>
    <w:p>
      <w:pPr>
        <w:jc w:val="right"/>
      </w:pPr>
      <w:r>
        <w:t>آپ کو میں نے اس سے پہلے کئی بار یہ بات کہی ہے کہ 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