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Study of The Quran November 30, 2014</w:t>
      </w:r>
    </w:p>
    <w:p>
      <w:r>
        <w:t>https://youtu.be/x3fcJ2nlDow</w:t>
      </w:r>
    </w:p>
    <w:p>
      <w:r>
        <w:rPr>
          <w:b/>
        </w:rPr>
        <w:t xml:space="preserve">[00:13] </w:t>
      </w:r>
      <w:r>
        <w:t>bismillah hir rehman nir rahim, wa salallahu ala nabiyyil karim. rab 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[00:27] </w:t>
      </w:r>
      <w:r>
        <w:t>yafqahu qawli.</w:t>
      </w:r>
    </w:p>
    <w:p>
      <w:pPr>
        <w:jc w:val="right"/>
      </w:pPr>
      <w:r>
        <w:t>یفقہ قولی۔</w:t>
      </w:r>
    </w:p>
    <w:p>
      <w:r>
        <w:rPr>
          <w:b/>
        </w:rPr>
        <w:t xml:space="preserve">[00:31] </w:t>
      </w:r>
      <w:r>
        <w:t>30 november 2014.</w:t>
      </w:r>
    </w:p>
    <w:p>
      <w:pPr>
        <w:jc w:val="right"/>
      </w:pPr>
      <w:r>
        <w:t>30 نومبر 2014۔</w:t>
      </w:r>
    </w:p>
    <w:p>
      <w:r>
        <w:rPr>
          <w:b/>
        </w:rPr>
        <w:t xml:space="preserve">[00:39] </w:t>
      </w:r>
      <w:r>
        <w:t>aaj ka topic hai: quran ka mutaliya.</w:t>
      </w:r>
    </w:p>
    <w:p>
      <w:pPr>
        <w:jc w:val="right"/>
      </w:pPr>
      <w:r>
        <w:t>آج کا ٹاپک ہے: قرآن کا مطالعہ۔</w:t>
      </w:r>
    </w:p>
    <w:p>
      <w:r>
        <w:rPr>
          <w:b/>
        </w:rPr>
        <w:t xml:space="preserve">[00:50] </w:t>
      </w:r>
      <w:r>
        <w:t>sahih al bukhari mein aur doosri kitabon mein ek riwayat aayi hai</w:t>
      </w:r>
    </w:p>
    <w:p>
      <w:pPr>
        <w:jc w:val="right"/>
      </w:pPr>
      <w:r>
        <w:t>صحیح البخاری میں اور دوسری کتابوں میں ایک روایت آئی ہے</w:t>
      </w:r>
    </w:p>
    <w:p>
      <w:r>
        <w:rPr>
          <w:b/>
        </w:rPr>
        <w:t xml:space="preserve">[01:00] </w:t>
      </w:r>
      <w:r>
        <w:t>ke baad ke zamanay mein aisa hoga ke log quran ko padhenge, lekin quran un ke gale se sirf gale se tajawuz karega, is ke aagay nahi pahunchega.</w:t>
      </w:r>
    </w:p>
    <w:p>
      <w:pPr>
        <w:jc w:val="right"/>
      </w:pPr>
      <w:r>
        <w:t>کہ بعد کے زمانے میں ایسا ہوگا کہ لوگ قرآن کو پڑھیں گے، لیکن قرآن ان کے گلے سے صرف گلے سے تجاوز کرے گا، اس کے آگے نہیں پہنچے گا۔</w:t>
      </w:r>
    </w:p>
    <w:p>
      <w:r>
        <w:rPr>
          <w:b/>
        </w:rPr>
        <w:t xml:space="preserve">[01:18] </w:t>
      </w:r>
      <w:r>
        <w:t>is ke alfaaz hain: "yaqraoon al quran la yujawizun hanaajiruhum" . "They will read the Qur'an, but it will not touch except their throat."</w:t>
      </w:r>
    </w:p>
    <w:p>
      <w:pPr>
        <w:jc w:val="right"/>
      </w:pPr>
      <w:r>
        <w:t>اس کے الفاظ ہیں: "يقرؤون القرآن لا يجاوزون حناجرهم" ۔ "They will read the Qur'an, but it will not touch except their throat."</w:t>
      </w:r>
    </w:p>
    <w:p>
      <w:r>
        <w:rPr>
          <w:b/>
        </w:rPr>
        <w:t xml:space="preserve">[01:37] </w:t>
      </w:r>
      <w:r>
        <w:t>yeh hadees bukhari mein bhi aayi hai aur doosri kitabon mein bhi. is ka matlab kya hai?</w:t>
      </w:r>
    </w:p>
    <w:p>
      <w:pPr>
        <w:jc w:val="right"/>
      </w:pPr>
      <w:r>
        <w:t>یہ حدیث بخاری میں بھی آئی ہے اور دوسری کتابوں میں بھی۔ اس کا مطلب کیا ہے؟</w:t>
      </w:r>
    </w:p>
    <w:p>
      <w:r>
        <w:rPr>
          <w:b/>
        </w:rPr>
        <w:t xml:space="preserve">[01:49] </w:t>
      </w:r>
      <w:r>
        <w:t>is ka matlab kya hai? is ka matlab aam taur par jo commentators hain, unhein yahi likha hai ke woh parhein ge lekin un ke dil mein quran nahi utre ga.</w:t>
      </w:r>
    </w:p>
    <w:p>
      <w:pPr>
        <w:jc w:val="right"/>
      </w:pPr>
      <w:r>
        <w:t>اس کا مطلب کیا ہے؟ اس کا مطلب عام طور پر جو کمنٹیٹرز ہیں، انہیں یہی لکھا ہے کہ وہ پڑھیں گے لیکن ان کے دل میں قرآن نہیں اترے گا۔</w:t>
      </w:r>
    </w:p>
    <w:p>
      <w:r>
        <w:rPr>
          <w:b/>
        </w:rPr>
        <w:t xml:space="preserve">[02:04] </w:t>
      </w:r>
      <w:r>
        <w:t>yeh commentary sahi hai, lekin is ko zyada deep mein ja kar samajhne ki zaroorat hai ke aisa kyun hota hai.</w:t>
      </w:r>
    </w:p>
    <w:p>
      <w:pPr>
        <w:jc w:val="right"/>
      </w:pPr>
      <w:r>
        <w:t>یہ کمنٹری صحیح ہے، لیکن اس کو زیادہ ڈیپ میں جا کر سمجھنے کی ضرورت ہے کہ ایسا کیوں ہوتا ہے۔</w:t>
      </w:r>
    </w:p>
    <w:p>
      <w:r>
        <w:rPr>
          <w:b/>
        </w:rPr>
        <w:t xml:space="preserve">[02:15] </w:t>
      </w:r>
      <w:r>
        <w:t>is ka</w:t>
      </w:r>
    </w:p>
    <w:p>
      <w:pPr>
        <w:jc w:val="right"/>
      </w:pPr>
      <w:r>
        <w:t>اس کا</w:t>
      </w:r>
    </w:p>
    <w:p>
      <w:r>
        <w:rPr>
          <w:b/>
        </w:rPr>
        <w:t xml:space="preserve">[02:18] </w:t>
      </w:r>
      <w:r>
        <w:t>kya kya cheez hai jis ki wajah se quran logon ko, logon ke liye book of guidance nahi banta?</w:t>
      </w:r>
    </w:p>
    <w:p>
      <w:pPr>
        <w:jc w:val="right"/>
      </w:pPr>
      <w:r>
        <w:t>کیا کیا چیز ہے جس کی وجہ سے قرآن لوگوں کو، لوگوں کے لیے بک آف گائیڈنس نہیں بنتا؟</w:t>
      </w:r>
    </w:p>
    <w:p>
      <w:r>
        <w:rPr>
          <w:b/>
        </w:rPr>
        <w:t xml:space="preserve">[02:35] </w:t>
      </w:r>
      <w:r>
        <w:t>dekhiye, quran seven century ke first quarter mein utra. ikatthe nahi utra tha, lekin mukhtalif halaat ke tehat.</w:t>
      </w:r>
    </w:p>
    <w:p>
      <w:pPr>
        <w:jc w:val="right"/>
      </w:pPr>
      <w:r>
        <w:t>دیکھیے، قرآن سیون سینچری کے فرسٹ کوارٹر میں اترا۔ اکٹھے نہیں اترا تھا، لیکن مختلف حالات کے تحت۔</w:t>
      </w:r>
    </w:p>
    <w:p>
      <w:r>
        <w:rPr>
          <w:b/>
        </w:rPr>
        <w:t xml:space="preserve">[02:47] </w:t>
      </w:r>
      <w:r>
        <w:t>toh quran ka yeh tareeqa nahi tha ke ek bana bana ek quran sab ko utaar diya jaye aur sab ke paas pahunch jaye, balke mauqa mauqa se quran ke ajza utarte thay.</w:t>
      </w:r>
    </w:p>
    <w:p>
      <w:pPr>
        <w:jc w:val="right"/>
      </w:pPr>
      <w:r>
        <w:t>تو قرآن کا یہ طریقہ نہیں تھا کہ ایک بنا بنا ایک قرآن سب کو اتار دیا جائے اور سب کے پاس پہنچ جائے، بلکہ موقع موقع سے قرآن کے اجزاء اترتے تھے۔</w:t>
      </w:r>
    </w:p>
    <w:p>
      <w:r>
        <w:rPr>
          <w:b/>
        </w:rPr>
        <w:t xml:space="preserve">[03:03] </w:t>
      </w:r>
      <w:r>
        <w:t>jis ko kehte hain ke najman najman quran utra. toh is ki wajah se har quran ki aayaton ka ek shaan e nuzool hota hai.</w:t>
      </w:r>
    </w:p>
    <w:p>
      <w:pPr>
        <w:jc w:val="right"/>
      </w:pPr>
      <w:r>
        <w:t>جس کو کہتے ہیں کہ نجماً نجماً قرآن اترا۔ تو اس کی وجہ سے ہر قرآن کی آیتوں کا ایک شان نزول ہوتا ہے۔</w:t>
      </w:r>
    </w:p>
    <w:p>
      <w:r>
        <w:rPr>
          <w:b/>
        </w:rPr>
        <w:t xml:space="preserve">[03:13] </w:t>
      </w:r>
      <w:r>
        <w:t>shaan e nuzool ka matlab hota hai ke woh waqea jis ke reference mein woh aayatein utrein.</w:t>
      </w:r>
    </w:p>
    <w:p>
      <w:pPr>
        <w:jc w:val="right"/>
      </w:pPr>
      <w:r>
        <w:t>شان نزول کا مطلب ہوتا ہے کہ وہ واقعہ جس کے ریفرنس میں وہ آیتیں اتریں۔</w:t>
      </w:r>
    </w:p>
    <w:p>
      <w:r>
        <w:rPr>
          <w:b/>
        </w:rPr>
        <w:t xml:space="preserve">[03:20] </w:t>
      </w:r>
      <w:r>
        <w:t>toh jo tafaseer likhi gayeen, woh sab ke sab isi usool par likhi gayeen ke aayaton ke shaan e nuzool ko ya sabab e nuzool ko le kar aayaton ki tashreeh ki gayi.</w:t>
      </w:r>
    </w:p>
    <w:p>
      <w:pPr>
        <w:jc w:val="right"/>
      </w:pPr>
      <w:r>
        <w:t>تو جو تفسیریں لکھی گئیں، وہ سب کے سب اسی اصول پر لکھی گئیں کہ آیتوں کے شان نزول کو یا سبب نزول کو لے کر آیتوں کی تشریح کی گئی۔</w:t>
      </w:r>
    </w:p>
    <w:p>
      <w:r>
        <w:rPr>
          <w:b/>
        </w:rPr>
        <w:t xml:space="preserve">[03:36] </w:t>
      </w:r>
      <w:r>
        <w:t>toh main samajhta hoon ke yeh first generation ke liye toh yeh baat sahi thi jo isi zamane mein thay, jis zamane mein quran utra tha.</w:t>
      </w:r>
    </w:p>
    <w:p>
      <w:pPr>
        <w:jc w:val="right"/>
      </w:pPr>
      <w:r>
        <w:t>تو میں سمجھتا ہوں کہ یہ فرسٹ جنریشن کے لیے تو یہ بات صحیح تھی جو اسی زمانے میں تھے، جس زمانے میں قرآن اترا تھا۔</w:t>
      </w:r>
    </w:p>
    <w:p>
      <w:r>
        <w:rPr>
          <w:b/>
        </w:rPr>
        <w:t xml:space="preserve">[03:49] </w:t>
      </w:r>
      <w:r>
        <w:t>lekin ab jab ke zamana badal chuka, ab ek naye daur mein hain, har aitbaar se halaat kuch kuch aur ho chuke hain, toh ab is qism ka, is qism ki tafseel ya is qism ki commentary hamare liye kaafi nahi ho sakti.</w:t>
      </w:r>
    </w:p>
    <w:p>
      <w:pPr>
        <w:jc w:val="right"/>
      </w:pPr>
      <w:r>
        <w:t>لیکن اب جب کہ زمانہ بدل چکا، اب ایک نئے دور میں ہیں، ہر اعتبار سے حالات کچھ کچھ اور ہو چکے ہیں، تو اب اس قسم کا، اس قسم کی تفصیل یا اس قسم کی کمنٹری ہمارے لیے کافی نہیں ہو سکتی۔</w:t>
      </w:r>
    </w:p>
    <w:p>
      <w:r>
        <w:rPr>
          <w:b/>
        </w:rPr>
        <w:t xml:space="preserve">[04:08] </w:t>
      </w:r>
      <w:r>
        <w:t>kaafi ka matlab yeh hai ke woh ek quran ka historical meaning kya hai, woh toh hum jaan payein ge,</w:t>
      </w:r>
    </w:p>
    <w:p>
      <w:pPr>
        <w:jc w:val="right"/>
      </w:pPr>
      <w:r>
        <w:t>کافی کا مطلب یہ ہے کہ وہ ایک قرآن کا ہسٹوریکل میننگ کیا ہے، وہ تو ہم جان پائیں گے،</w:t>
      </w:r>
    </w:p>
    <w:p>
      <w:r>
        <w:rPr>
          <w:b/>
        </w:rPr>
        <w:t xml:space="preserve">[04:15] </w:t>
      </w:r>
      <w:r>
        <w:t>lekin aaj applied quran se hum bekhabar rahen ge ke aaj kaise is ko apply kiya jaye.</w:t>
      </w:r>
    </w:p>
    <w:p>
      <w:pPr>
        <w:jc w:val="right"/>
      </w:pPr>
      <w:r>
        <w:t>لیکن آج اپلائیڈ قرآن سے ہم بے خبر رہیں گے کہ آج کیسے اس کو اپلائی کیا جائے۔</w:t>
      </w:r>
    </w:p>
    <w:p>
      <w:r>
        <w:rPr>
          <w:b/>
        </w:rPr>
        <w:t xml:space="preserve">[04:26] </w:t>
      </w:r>
      <w:r>
        <w:t>toh main yeh kahoon ga ke jo tafaseer hain quran majeed ki, jo urdu zaban mein jo likhi gayeen, woh hum ko quran ka historical background batati hain.</w:t>
      </w:r>
    </w:p>
    <w:p>
      <w:pPr>
        <w:jc w:val="right"/>
      </w:pPr>
      <w:r>
        <w:t>تو میں یہ کہوں گا کہ جو تفسیریں ہیں قرآن مجید کی، جو عربی زبان میں جو لکھی گئیں، وہ ہم کو قرآن کا ہسٹوریکل بیک گراؤنڈ بتاتی ہیں۔</w:t>
      </w:r>
    </w:p>
    <w:p>
      <w:r>
        <w:rPr>
          <w:b/>
        </w:rPr>
        <w:t xml:space="preserve">[04:43] </w:t>
      </w:r>
      <w:r>
        <w:t>historical background.</w:t>
      </w:r>
    </w:p>
    <w:p>
      <w:pPr>
        <w:jc w:val="right"/>
      </w:pPr>
      <w:r>
        <w:t>ہسٹوریکل بیک گراؤنڈ۔</w:t>
      </w:r>
    </w:p>
    <w:p>
      <w:r>
        <w:rPr>
          <w:b/>
        </w:rPr>
        <w:t xml:space="preserve">[04:48] </w:t>
      </w:r>
      <w:r>
        <w:t>ab doosra kaam jo hai, woh kya hai? woh hai quran ka contemporary application. yaani aaj ke lehaz se is ki tadbeeq.</w:t>
      </w:r>
    </w:p>
    <w:p>
      <w:pPr>
        <w:jc w:val="right"/>
      </w:pPr>
      <w:r>
        <w:t>اب دوسرا کام جو ہے، وہ کیا ہے؟ وہ ہے قرآن کا کنٹمپریری ایپلیکیشن۔ یعنی آج کے لحاظ سے اس کی تدبیق۔</w:t>
      </w:r>
    </w:p>
    <w:p>
      <w:r>
        <w:rPr>
          <w:b/>
        </w:rPr>
        <w:t xml:space="preserve">[05:01] </w:t>
      </w:r>
      <w:r>
        <w:t>toh ek hai quran ka historical background, aur ek hai quran ka contemporary application.</w:t>
      </w:r>
    </w:p>
    <w:p>
      <w:pPr>
        <w:jc w:val="right"/>
      </w:pPr>
      <w:r>
        <w:t>تو ایک ہے قرآن کا ہسٹوریکل بیک گراؤنڈ، اور ایک ہے قرآن کا کنٹمپریری ایپلیکیشن۔</w:t>
      </w:r>
    </w:p>
    <w:p>
      <w:r>
        <w:rPr>
          <w:b/>
        </w:rPr>
        <w:t xml:space="preserve">[05:14] </w:t>
      </w:r>
      <w:r>
        <w:t>toh is mein farq kya hoga ke jab kunah utra, us waqt is ke jo literally meaning thay, wohi kaafi thay, wohi apply ho rahe thay.</w:t>
      </w:r>
    </w:p>
    <w:p>
      <w:pPr>
        <w:jc w:val="right"/>
      </w:pPr>
      <w:r>
        <w:t>تو اس میں فرق کیا ہوگا کہ جب کونہ اترا، اس وقت اس کے جو لٹرلی میننگ تھے، وہی کافی تھے، وہی اپلائی ہو رہے تھے۔</w:t>
      </w:r>
    </w:p>
    <w:p>
      <w:r>
        <w:rPr>
          <w:b/>
        </w:rPr>
        <w:t xml:space="preserve">[05:28] </w:t>
      </w:r>
      <w:r>
        <w:t>ab humein kya karna hai? humein is ke sense ko discover karna hai. is ke sense ko. phir is sense ko le kar humein is ko aaj ke halaat par apply karna hai.</w:t>
      </w:r>
    </w:p>
    <w:p>
      <w:pPr>
        <w:jc w:val="right"/>
      </w:pPr>
      <w:r>
        <w:t>اب ہمیں کیا کرنا ہے؟ ہمیں اس کے سینس کو ڈسکور کرنا ہے۔ اس کے سینس کو۔ پھر اس سینس کو لے کر ہمیں اس کو آج کے حالات پر اپلائی کرنا ہے۔</w:t>
      </w:r>
    </w:p>
    <w:p>
      <w:r>
        <w:rPr>
          <w:b/>
        </w:rPr>
        <w:t xml:space="preserve">[05:42] </w:t>
      </w:r>
      <w:r>
        <w:t>toh aaj humein zaroorat hai contemporary application ki. maujooda zamane mein jab se printing press aaya hai toh quran ke, aap jante hain ke quran ke chhape hue nuskhay jagah har jagah maujood hain, har ghar mein, har masjid mein, har madrasay mein, har jagah.</w:t>
      </w:r>
    </w:p>
    <w:p>
      <w:pPr>
        <w:jc w:val="right"/>
      </w:pPr>
      <w:r>
        <w:t>تو آج ہمیں ضرورت ہے کنٹمپریری ایپلیکیشن کی۔ موجودہ زمانے میں جب سے پرنٹنگ پریس آیا ہے تو قرآن کے، آپ جانتے ہیں کہ قرآن کے چھپے ہوئے نسخے جگہ ہر جگہ موجود ہیں، ہر گھر میں، ہر مسجد میں، ہر مدرسے میں، ہر جگہ۔</w:t>
      </w:r>
    </w:p>
    <w:p>
      <w:r>
        <w:rPr>
          <w:b/>
        </w:rPr>
        <w:t xml:space="preserve">[06:03] </w:t>
      </w:r>
      <w:r>
        <w:t>ab bohat quran parha ja raha hai.</w:t>
      </w:r>
    </w:p>
    <w:p>
      <w:pPr>
        <w:jc w:val="right"/>
      </w:pPr>
      <w:r>
        <w:t>اب بہت قرآن پڑھا جا رہا ہے۔</w:t>
      </w:r>
    </w:p>
    <w:p>
      <w:r>
        <w:rPr>
          <w:b/>
        </w:rPr>
        <w:t xml:space="preserve">[06:06] </w:t>
      </w:r>
      <w:r>
        <w:t>quran ki jo commentary jo pehle hoti thi, main script, aaj chhapi hui maujood hai har jagah. sari duniya mein.</w:t>
      </w:r>
    </w:p>
    <w:p>
      <w:pPr>
        <w:jc w:val="right"/>
      </w:pPr>
      <w:r>
        <w:t>قرآن کی جو کمنٹری جو پہلے ہوتی تھی، مین سکرپٹ، آج چھپی ہوئی موجود ہے ہر جگہ۔ ساری دنیا میں۔</w:t>
      </w:r>
    </w:p>
    <w:p>
      <w:r>
        <w:rPr>
          <w:b/>
        </w:rPr>
        <w:t xml:space="preserve">[06:15] </w:t>
      </w:r>
      <w:r>
        <w:t>toh bohat parha ja raha hai, lekin nateeja, in terms of result, kuch bhi nahi. kam az kam mujhe aisa koi aadmi nahi mila jo sach much parh kar ke kuch bana ho.</w:t>
      </w:r>
    </w:p>
    <w:p>
      <w:pPr>
        <w:jc w:val="right"/>
      </w:pPr>
      <w:r>
        <w:t>تو بہت پڑھا جا رہا ہے، لیکن نتیجہ، ان ٹرمز آف رزلٹ، کچھ بھی نہیں۔ کم از کم مجھے ایسا کوئی آدمی نہیں ملا جو سچ مچ پڑھ کر کے کچھ بنا ہو۔</w:t>
      </w:r>
    </w:p>
    <w:p>
      <w:r>
        <w:rPr>
          <w:b/>
        </w:rPr>
        <w:t xml:space="preserve">[06:27] </w:t>
      </w:r>
      <w:r>
        <w:t>log samajhte hain, log padhte hain bas sawab ke liye. lekin insan banane ke liye nahin.</w:t>
      </w:r>
    </w:p>
    <w:p>
      <w:pPr>
        <w:jc w:val="right"/>
      </w:pPr>
      <w:r>
        <w:t>لوگ سمجھتے ہیں، لوگ پڑھتے ہیں بس ثواب کے لیے۔ لیکن انسان بنانے کے لیے نہیں۔</w:t>
      </w:r>
    </w:p>
    <w:p>
      <w:r>
        <w:rPr>
          <w:b/>
        </w:rPr>
        <w:t xml:space="preserve">[06:37] </w:t>
      </w:r>
      <w:r>
        <w:t>is ki wajah kya hai? woh is ko is ke historical background hi ke aitbar se padhte hain. is ke contemporary application ke aitbar se nahin padhte.</w:t>
      </w:r>
    </w:p>
    <w:p>
      <w:pPr>
        <w:jc w:val="right"/>
      </w:pPr>
      <w:r>
        <w:t>اس کی وجہ کیا ہے؟ وہ اس کو اس کے ہسٹوریکل بیک گراؤنڈ ہی کے اعتبار سے پڑھتے ہیں۔ اس کے کنٹمپریری ایپلیکیشن کے اعتبار سے نہیں پڑھتے۔</w:t>
      </w:r>
    </w:p>
    <w:p>
      <w:r>
        <w:rPr>
          <w:b/>
        </w:rPr>
        <w:t xml:space="preserve">[06:50] </w:t>
      </w:r>
      <w:r>
        <w:t>jaise main aap ko jo bahut hi aam hai aaj kal musalmanon mein ke quran mein surah nisa mein ayat hai, yeh ayat hai ke "kafiron ko apna dost na banao".</w:t>
      </w:r>
    </w:p>
    <w:p>
      <w:pPr>
        <w:jc w:val="right"/>
      </w:pPr>
      <w:r>
        <w:t>جیسے میں آپ کو جو بہت ہی عام ہے آج کل مسلمانوں میں کہ قرآن میں سورہ النساء میں آیت ہے، یہ آیت ہے کہ "کافروں کو اپنا دوست نہ بناؤ"۔</w:t>
      </w:r>
    </w:p>
    <w:p>
      <w:r>
        <w:rPr>
          <w:b/>
        </w:rPr>
        <w:t xml:space="preserve">[07:11] </w:t>
      </w:r>
      <w:r>
        <w:t>"kafiron ko apna dost na banao".</w:t>
      </w:r>
    </w:p>
    <w:p>
      <w:pPr>
        <w:jc w:val="right"/>
      </w:pPr>
      <w:r>
        <w:t>"کافروں کو اپنا دوست نہ بناؤ"۔</w:t>
      </w:r>
    </w:p>
    <w:p>
      <w:r>
        <w:rPr>
          <w:b/>
        </w:rPr>
        <w:t xml:space="preserve">[07:13] </w:t>
      </w:r>
      <w:r>
        <w:t>to bas is ko kya kiya hai logon ne? ke yeh jo qaumen hain jo islam ke daire mein nahin hain, un ko kafir kaha diya.</w:t>
      </w:r>
    </w:p>
    <w:p>
      <w:pPr>
        <w:jc w:val="right"/>
      </w:pPr>
      <w:r>
        <w:t>تو بس اس کو کیا کیا ہے لوگوں نے؟ کہ یہ جو قومیں ہیں جو اسلام کے دائرے میں نہیں ہیں، ان کو کافر کہہ دیا۔</w:t>
      </w:r>
    </w:p>
    <w:p>
      <w:r>
        <w:rPr>
          <w:b/>
        </w:rPr>
        <w:t xml:space="preserve">[07:23] </w:t>
      </w:r>
      <w:r>
        <w:t>aur phir kaha hai ke in se dosti nahin karna hai humein. to ek distance banaye rakhte hain. jahan bhi rehte hain hum is ke baad. yahan ho, chahe america mein ho. har jagah.</w:t>
      </w:r>
    </w:p>
    <w:p>
      <w:pPr>
        <w:jc w:val="right"/>
      </w:pPr>
      <w:r>
        <w:t>اور پھر کہا ہے کہ ان سے دوستی نہیں کرنا ہے ہمیں۔ تو ایک ڈسٹنس بنائے رہتے ہیں۔ جہاں بھی رہتے ہیں ہم اس کے بعد۔ یہاں ہو، چاہے امریکہ میں ہو۔ ہر جگہ۔</w:t>
      </w:r>
    </w:p>
    <w:p>
      <w:r>
        <w:rPr>
          <w:b/>
        </w:rPr>
        <w:t xml:space="preserve">[07:32] </w:t>
      </w:r>
      <w:r>
        <w:t>america mein, europe mein, india mein, arab mein, jahan bhi. to doosri qaumon ko kafir bata kar ke in se distance banaye rakhte hain.</w:t>
      </w:r>
    </w:p>
    <w:p>
      <w:pPr>
        <w:jc w:val="right"/>
      </w:pPr>
      <w:r>
        <w:t>امریکہ میں، یورپ میں، انڈیا میں، عرب میں، جہاں بھی۔ تو دوسری قوموں کو کافر بتا کر کے ان سے ڈسٹنس بنائے رہتے ہیں۔</w:t>
      </w:r>
    </w:p>
    <w:p>
      <w:r>
        <w:rPr>
          <w:b/>
        </w:rPr>
        <w:t xml:space="preserve">[07:42] </w:t>
      </w:r>
      <w:r>
        <w:t>yeh matlab yeh nahin hai ayat ka. to kyun aisa hai ke woh is ke historical background ke aitbar se is ki jo meaning thi, wohi jaana hai unhon ne?</w:t>
      </w:r>
    </w:p>
    <w:p>
      <w:pPr>
        <w:jc w:val="right"/>
      </w:pPr>
      <w:r>
        <w:t>یہ مطلب یہ نہیں ہے آیت کا۔ تو کیوں ایسا ہے کہ وہ اس کے ہسٹوریکل بیک گراؤنڈ کے اعتبار سے اس کی جو میننگ تھی، وہی جانا ہے انہوں نے؟</w:t>
      </w:r>
    </w:p>
    <w:p>
      <w:r>
        <w:rPr>
          <w:b/>
        </w:rPr>
        <w:t xml:space="preserve">[07:52] </w:t>
      </w:r>
      <w:r>
        <w:t>aur contemporary application ke aitbar se nahin jaana? to dekhein, yeh aayaten, aayaten jo hain, woh kafiron ke bare mein nahin hain.</w:t>
      </w:r>
    </w:p>
    <w:p>
      <w:pPr>
        <w:jc w:val="right"/>
      </w:pPr>
      <w:r>
        <w:t>اور کنٹمپریری ایپلیکیشن کے اعتبار سے نہیں جانا؟ تو دیکھیں، یہ آیتیں، آیتیں جو ہیں، وہ کافروں کے بارے میں نہیں ہیں۔</w:t>
      </w:r>
    </w:p>
    <w:p>
      <w:r>
        <w:rPr>
          <w:b/>
        </w:rPr>
        <w:t xml:space="preserve">[08:03] </w:t>
      </w:r>
      <w:r>
        <w:t>yani hum ne jo bana rakha hai kafir kafir, us mani mein nahin hain.</w:t>
      </w:r>
    </w:p>
    <w:p>
      <w:pPr>
        <w:jc w:val="right"/>
      </w:pPr>
      <w:r>
        <w:t>یعنی ہم نے جو بنا رکھا ہے کافر کافر، اس معنی میں نہیں ہیں۔</w:t>
      </w:r>
    </w:p>
    <w:p>
      <w:r>
        <w:rPr>
          <w:b/>
        </w:rPr>
        <w:t xml:space="preserve">[08:08] </w:t>
      </w:r>
      <w:r>
        <w:t>rasool Allah ke zamane mein jo log aap ke mukhalif ho gaye the, aap se ladai kar rahe the, un ke bare mein hai. woh ab nahin hain to yeh is ayat ka doosra meaning humein dhoondhni pare gi.</w:t>
      </w:r>
    </w:p>
    <w:p>
      <w:pPr>
        <w:jc w:val="right"/>
      </w:pPr>
      <w:r>
        <w:t>رسول اللہ کے زمانے میں جو لوگ آپ کے مخالف ہو گئے تھے، آپ سے لڑائی کر رہے تھے، ان کے بارے میں ہے۔ وہ اب نہیں ہیں تو یہ اس آیت کا دوسرا میننگ ہمیں ڈھونڈنی پڑے گی۔</w:t>
      </w:r>
    </w:p>
    <w:p>
      <w:r>
        <w:rPr>
          <w:b/>
        </w:rPr>
        <w:t xml:space="preserve">[08:22] </w:t>
      </w:r>
      <w:r>
        <w:t>woh nahin. ke yeh sab kafir kahein hum un ko, aur kafir keh kar hum in se humein dosti nahin karna. yeh bilkul galat thi.</w:t>
      </w:r>
    </w:p>
    <w:p>
      <w:pPr>
        <w:jc w:val="right"/>
      </w:pPr>
      <w:r>
        <w:t>وہ نہیں۔ کہ یہ سب کافر کہیں ہم ان کو، اور کافر کہہ کر ہم ان سے ہمیں دوستی نہیں کرنا۔ یہ بالکل غلط تھی۔</w:t>
      </w:r>
    </w:p>
    <w:p>
      <w:r>
        <w:rPr>
          <w:b/>
        </w:rPr>
        <w:t xml:space="preserve">[08:33] </w:t>
      </w:r>
      <w:r>
        <w:t>to musalmanon ko quran ke historical background ka pata hai, lekin is ke contemporary application ka pata nahin hai. ab dekhiye, zamana bahut zyada badal gaya hai.</w:t>
      </w:r>
    </w:p>
    <w:p>
      <w:pPr>
        <w:jc w:val="right"/>
      </w:pPr>
      <w:r>
        <w:t>تو مسلمانوں کو قرآن کے ہسٹوریکل بیک گراؤنڈ کا پتہ ہے، لیکن اس کے کنٹمپریری ایپلیکیشن کا پتہ نہیں ہے۔ اب دیکھیے، زمانہ بہت زیادہ بدل گیا ہے۔</w:t>
      </w:r>
    </w:p>
    <w:p>
      <w:r>
        <w:rPr>
          <w:b/>
        </w:rPr>
        <w:t xml:space="preserve">[08:44] </w:t>
      </w:r>
      <w:r>
        <w:t>ab koi aap ka dushman nahin hai. ab koi aap ka dushman nahin hai. ab ke zamane mein dekhiye, industrialization ke baad yeh duniya mein qaumen ek doosre se faida uthati hain.</w:t>
      </w:r>
    </w:p>
    <w:p>
      <w:pPr>
        <w:jc w:val="right"/>
      </w:pPr>
      <w:r>
        <w:t>اب کوئی آپ کا دشمن نہیں ہے۔ اب کوئی آپ کا دشمن نہیں۔ اب کے زمانے میں دیکھیے، انڈسٹریلائزیشن کے بعد یہ دنیا میں قومیں ایک دوسرے سے فائدہ اٹھاتی ہیں۔</w:t>
      </w:r>
    </w:p>
    <w:p>
      <w:r>
        <w:rPr>
          <w:b/>
        </w:rPr>
        <w:t xml:space="preserve">[08:59] </w:t>
      </w:r>
      <w:r>
        <w:t>aap manufacturer hain to doosra consumer hai.</w:t>
      </w:r>
    </w:p>
    <w:p>
      <w:pPr>
        <w:jc w:val="right"/>
      </w:pPr>
      <w:r>
        <w:t>آپ مینوفیکچرر ہیں تو دوسرا کنزیومر ہے۔</w:t>
      </w:r>
    </w:p>
    <w:p>
      <w:r>
        <w:rPr>
          <w:b/>
        </w:rPr>
        <w:t xml:space="preserve">[09:07] </w:t>
      </w:r>
      <w:r>
        <w:t>aap businessman hain to doosra customer hai.</w:t>
      </w:r>
    </w:p>
    <w:p>
      <w:pPr>
        <w:jc w:val="right"/>
      </w:pPr>
      <w:r>
        <w:t>آپ بزنس مین ہیں تو دوسرا کسٹمر ہے۔</w:t>
      </w:r>
    </w:p>
    <w:p>
      <w:r>
        <w:rPr>
          <w:b/>
        </w:rPr>
        <w:t xml:space="preserve">[09:12] </w:t>
      </w:r>
      <w:r>
        <w:t>aap politician agar hain to democracy ke daur mein doosra aap ka voter hai. sab yeh yeh daur sharing ka daur hai.</w:t>
      </w:r>
    </w:p>
    <w:p>
      <w:pPr>
        <w:jc w:val="right"/>
      </w:pPr>
      <w:r>
        <w:t>آپ پولیٹشن اگر ہیں تو ڈیموکریسی کے دور میں دوسرا آپ کا ووٹر ہے۔ سب یہ یہ دور شیئرنگ کا دور ہے۔</w:t>
      </w:r>
    </w:p>
    <w:p>
      <w:r>
        <w:rPr>
          <w:b/>
        </w:rPr>
        <w:t xml:space="preserve">[09:22] </w:t>
      </w:r>
      <w:r>
        <w:t>sab ek doosre se jure hue hain. ek ka faida doosre se, ek ka faida doosre se. pehle zamane mein aisa nahin tha.</w:t>
      </w:r>
    </w:p>
    <w:p>
      <w:pPr>
        <w:jc w:val="right"/>
      </w:pPr>
      <w:r>
        <w:t>سب ایک دوسرے سے جڑے ہوئے ہیں۔ ایک کا فائدہ دوسرے سے، ایک کا فائدہ دوسرے سے۔ پہلے زمانے میں ایسا نہیں تھا۔</w:t>
      </w:r>
    </w:p>
    <w:p>
      <w:r>
        <w:rPr>
          <w:b/>
        </w:rPr>
        <w:t xml:space="preserve">[09:29] </w:t>
      </w:r>
      <w:r>
        <w:t>aaj koi aap ka dushman nahin hai. koi aap ka rival nahin hai. har ek aap ka, aap zindagi mein har ek ka aap ka saathi hai.</w:t>
      </w:r>
    </w:p>
    <w:p>
      <w:pPr>
        <w:jc w:val="right"/>
      </w:pPr>
      <w:r>
        <w:t>آج کوئی آپ کا دشمن نہیں ہے۔ کوئی آپ کا رائیول نہیں ہے۔ ہر ایک آپ کا، آپ زندگی میں ہر ایک کا آپ کا ساتھی ہے۔</w:t>
      </w:r>
    </w:p>
    <w:p>
      <w:r>
        <w:rPr>
          <w:b/>
        </w:rPr>
        <w:t xml:space="preserve">[09:42] </w:t>
      </w:r>
      <w:r>
        <w:t>har ek se aap ko share karna hai.</w:t>
      </w:r>
    </w:p>
    <w:p>
      <w:pPr>
        <w:jc w:val="right"/>
      </w:pPr>
      <w:r>
        <w:t>ہر ایک سے آپ کو شیئر کرنا ہے۔</w:t>
      </w:r>
    </w:p>
    <w:p>
      <w:r>
        <w:rPr>
          <w:b/>
        </w:rPr>
        <w:t xml:space="preserve">[09:46] </w:t>
      </w:r>
      <w:r>
        <w:t>yeh hai is ka contemporary application</w:t>
      </w:r>
    </w:p>
    <w:p>
      <w:pPr>
        <w:jc w:val="right"/>
      </w:pPr>
      <w:r>
        <w:t>یہ ہے اس کا کنٹمپریری ایپلیکیشن</w:t>
      </w:r>
    </w:p>
    <w:p>
      <w:r>
        <w:rPr>
          <w:b/>
        </w:rPr>
        <w:t xml:space="preserve">[09:50] </w:t>
      </w:r>
      <w:r>
        <w:t>. aap jis country mein hain, har country mein wahan ke logon se aap ko aap ko taluq banana hai. in se achhe taluqat qaim karne hain.</w:t>
      </w:r>
    </w:p>
    <w:p>
      <w:pPr>
        <w:jc w:val="right"/>
      </w:pPr>
      <w:r>
        <w:t>۔ آپ جس کنٹری میں ہیں، ہر کنٹری میں وہاں کے لوگوں سے آپ کو آپ کو تعلق بنانا ہے۔ ان سے اچھے تعلقات قائم کرنے ہیں۔</w:t>
      </w:r>
    </w:p>
    <w:p>
      <w:r>
        <w:rPr>
          <w:b/>
        </w:rPr>
        <w:t xml:space="preserve">[10:00] </w:t>
      </w:r>
      <w:r>
        <w:t>aisa nahin karenge to aap kisi line mein zyada taraqqi nahin kar sakenge. na business mein, na job mein, na education mein, kisi cheez mein nahin.</w:t>
      </w:r>
    </w:p>
    <w:p>
      <w:pPr>
        <w:jc w:val="right"/>
      </w:pPr>
      <w:r>
        <w:t>ایسا نہیں کریں گے تو آپ کسی لائن میں زیادہ ترقی نہیں کر سکیں گے۔ نہ بزنس میں، نہ جاب میں، نہ ایجوکیشن میں، کسی چیز میں نہیں۔</w:t>
      </w:r>
    </w:p>
    <w:p>
      <w:r>
        <w:rPr>
          <w:b/>
        </w:rPr>
        <w:t xml:space="preserve">[10:10] </w:t>
      </w:r>
      <w:r>
        <w:t>phir ek ghetto ban jayenge. agar aap aisa nahin karenge to ek ek ghetto community ban jayenge, bas.</w:t>
      </w:r>
    </w:p>
    <w:p>
      <w:pPr>
        <w:jc w:val="right"/>
      </w:pPr>
      <w:r>
        <w:t>پھر ایک گھیٹو بن جائیں گے۔ اگر آپ ایسا نہیں کریں گے تو ایک ایک گھیٹو کمیونٹی بن جائیں گے، بس۔</w:t>
      </w:r>
    </w:p>
    <w:p>
      <w:r>
        <w:rPr>
          <w:b/>
        </w:rPr>
        <w:t xml:space="preserve">[10:20] </w:t>
      </w:r>
      <w:r>
        <w:t>to is ayat ka hargiz yeh matlab nahin ke aaj aap logon se distance banaein. logon se dost, logon ko apna dushman samjhein. hargiz matlab yeh nahin hai.</w:t>
      </w:r>
    </w:p>
    <w:p>
      <w:pPr>
        <w:jc w:val="right"/>
      </w:pPr>
      <w:r>
        <w:t>تو اس آیت کا ہرگز یہ مطلب نہیں کہ آج آپ لوگوں سے ڈسٹنس بنائیں۔ لوگوں سے دوست، لوگوں کو اپنا دشمن سمجھیں۔ ہرگز مطلب یہ نہیں ہے۔</w:t>
      </w:r>
    </w:p>
    <w:p>
      <w:r>
        <w:rPr>
          <w:b/>
        </w:rPr>
        <w:t xml:space="preserve">[10:31] </w:t>
      </w:r>
      <w:r>
        <w:t>woh in logon ke liye tha jo rasool Allah ke dushman bane, rasool Allah se larai ki, un ke bare mein hai. woh ab dunya mein hai nahi. toh aaj ke logon ko is ko apply nahi kar sakte aap.</w:t>
      </w:r>
    </w:p>
    <w:p>
      <w:pPr>
        <w:jc w:val="right"/>
      </w:pPr>
      <w:r>
        <w:t>وہ ان لوگوں کے لیے تھا جو رسول اللہ کے دشمن بنے، رسول اللہ سے لڑائی کی، ان کے بارے میں ہے۔ وہ اب دنیا میں ہے نہیں۔ تو آج کے لوگوں کو اس کو اپلائی نہیں کر سکتے آپ۔</w:t>
      </w:r>
    </w:p>
    <w:p>
      <w:r>
        <w:rPr>
          <w:b/>
        </w:rPr>
        <w:t xml:space="preserve">[10:44] </w:t>
      </w:r>
      <w:r>
        <w:t>aaj ke logon ko aap ko aap ko apna dost banana hai. aal logon se taluqat qaim karne hain.</w:t>
      </w:r>
    </w:p>
    <w:p>
      <w:pPr>
        <w:jc w:val="right"/>
      </w:pPr>
      <w:r>
        <w:t>آج کے لوگوں کو آپ کو آپ کو اپنا دوست بنانا ہے۔ آل لوگوں سے تعلقات قائم کرنے ہیں۔</w:t>
      </w:r>
    </w:p>
    <w:p>
      <w:r>
        <w:rPr>
          <w:b/>
        </w:rPr>
        <w:t xml:space="preserve">[10:52] </w:t>
      </w:r>
      <w:r>
        <w:t>taakeh aap majmoi jo taraqqi insaniyat ki hai, majmoi jo total progress hai humanity ka, us mein aap ko share milay.</w:t>
      </w:r>
    </w:p>
    <w:p>
      <w:pPr>
        <w:jc w:val="right"/>
      </w:pPr>
      <w:r>
        <w:t>تاکہ آپ مجموعی جو ترقی انسانیت کی ہے، مجموعی جو ٹوٹل پروگریس ہے ہیومینٹی کا، اس میں آپ کو شیئر ملے۔</w:t>
      </w:r>
    </w:p>
    <w:p>
      <w:r>
        <w:rPr>
          <w:b/>
        </w:rPr>
        <w:t xml:space="preserve">[11:04] </w:t>
      </w:r>
      <w:r>
        <w:t>mein samajhta hoon ke aaj kal dunya mein musalmanon ko, jo musalmanon ki, woh woh aisa nahi ho raha hai. yani global level par jo total progress hai, jo majmoi taraqqi hai, us mein musalmanon ko bohat kam his</w:t>
      </w:r>
    </w:p>
    <w:p>
      <w:pPr>
        <w:jc w:val="right"/>
      </w:pPr>
      <w:r>
        <w:t>میں سمجھتا ہوں کہ آج کل دنیا میں مسلمانوں کو، جو مسلمانوں کی، وہ وہ ایسا نہیں ہو رہا ہے۔ یعنی گلوبل لیول پر جو ٹوٹل پروگریس ہے، جو مجموعی ترقی ہے، اس میں مسلمانوں کو بہت کم حص</w:t>
      </w:r>
    </w:p>
    <w:p>
      <w:r>
        <w:rPr>
          <w:b/>
        </w:rPr>
        <w:t xml:space="preserve">[11:19] </w:t>
      </w:r>
      <w:r>
        <w:t>sa milta hai. is ki wajah yahi hai ke distance banate hain woh har jagah. har jagah apne ghetto bana lete hain. apni aik alag identity bana lete hain.</w:t>
      </w:r>
    </w:p>
    <w:p>
      <w:pPr>
        <w:jc w:val="right"/>
      </w:pPr>
      <w:r>
        <w:t>ہ ملتا ہے۔ اس کی وجہ یہی ہے کہ ڈسٹنس بناتے ہیں وہ ہر جگہ۔ ہر جگہ اپنے گھیٹو بنا لیتے ہیں۔ اپنی ایک الگ آئیڈنٹیٹی بنا لیتے ہیں۔</w:t>
      </w:r>
    </w:p>
    <w:p>
      <w:r>
        <w:rPr>
          <w:b/>
        </w:rPr>
        <w:t xml:space="preserve">[11:29] </w:t>
      </w:r>
      <w:r>
        <w:t>is ka taluq is ayat se nahi hai. aise hi dekhiye, qital. quran majeed mein qital ki ayatein hain ke "laro", "qatilo".</w:t>
      </w:r>
    </w:p>
    <w:p>
      <w:pPr>
        <w:jc w:val="right"/>
      </w:pPr>
      <w:r>
        <w:t>اس کا تعلق اس آیت سے نہیں ہے۔ ایسے ہی دیکھیے، قتال۔ قرآن مجید میں قتال کی آیتیں ہیں کہ "لڑو"، "قاتلو"۔</w:t>
      </w:r>
    </w:p>
    <w:p>
      <w:r>
        <w:rPr>
          <w:b/>
        </w:rPr>
        <w:t xml:space="preserve">[11:42] </w:t>
      </w:r>
      <w:r>
        <w:t>toh aaj kal dunya bhar mein musalman qital kar rahe hain.</w:t>
      </w:r>
    </w:p>
    <w:p>
      <w:pPr>
        <w:jc w:val="right"/>
      </w:pPr>
      <w:r>
        <w:t>تو آج کل دنیا بھر میں مسلمان قتال کر رہے ہیں۔</w:t>
      </w:r>
    </w:p>
    <w:p>
      <w:r>
        <w:rPr>
          <w:b/>
        </w:rPr>
        <w:t xml:space="preserve">[11:46] </w:t>
      </w:r>
      <w:r>
        <w:t>qital nahi kar rahe toh kam az kam qital ke term mein soch rahe hain. kuch log active qital kar rahe hain, koi passive qital kar rahe hain.</w:t>
      </w:r>
    </w:p>
    <w:p>
      <w:pPr>
        <w:jc w:val="right"/>
      </w:pPr>
      <w:r>
        <w:t>قتال نہیں کر رہے تو کم از کم قتال کے ٹرم میں سوچ رہے ہیں۔ کچھ لوگ ایکٹیو قتال کر رہے ہیں، کوئی پیسو قتال کر رہے ہیں۔</w:t>
      </w:r>
    </w:p>
    <w:p>
      <w:r>
        <w:rPr>
          <w:b/>
        </w:rPr>
        <w:t xml:space="preserve">[11:59] </w:t>
      </w:r>
      <w:r>
        <w:t>yeh kyun? jo ayatein quran majeed mein hain, is ayaton ko sirf historical background ke aitbar se unhon ne jana.</w:t>
      </w:r>
    </w:p>
    <w:p>
      <w:pPr>
        <w:jc w:val="right"/>
      </w:pPr>
      <w:r>
        <w:t>یہ کیوں؟ جو آیتیں قرآن مجید میں ہیں، اس آیتوں کو صرف ہسٹوریکل بیک گراؤنڈ کے اعتبار سے انہوں نے جانا۔</w:t>
      </w:r>
    </w:p>
    <w:p>
      <w:r>
        <w:rPr>
          <w:b/>
        </w:rPr>
        <w:t xml:space="preserve">[12:08] </w:t>
      </w:r>
      <w:r>
        <w:t>is ke contemporary application ke aitbar se nahi jana.</w:t>
      </w:r>
    </w:p>
    <w:p>
      <w:pPr>
        <w:jc w:val="right"/>
      </w:pPr>
      <w:r>
        <w:t>اس کے کنٹمپریری ایپلیکیشن کے اعتبار سے نہیں جانا۔</w:t>
      </w:r>
    </w:p>
    <w:p>
      <w:r>
        <w:rPr>
          <w:b/>
        </w:rPr>
        <w:t xml:space="preserve">[12:13] </w:t>
      </w:r>
      <w:r>
        <w:t>woh ayatein phir chounke utri theen, jab woh daur tha religious persecution ka, toleration nahi hota tha is zamane mein.</w:t>
      </w:r>
    </w:p>
    <w:p>
      <w:pPr>
        <w:jc w:val="right"/>
      </w:pPr>
      <w:r>
        <w:t>وہ آیتیں پھر چونکہ اتری تھیں، جب وہ دور تھا ریلیجس پرسیکیوشن کا، ٹولریشن نہیں ہوتا تھا اس زمانے میں۔</w:t>
      </w:r>
    </w:p>
    <w:p>
      <w:r>
        <w:rPr>
          <w:b/>
        </w:rPr>
        <w:t xml:space="preserve">[12:22] </w:t>
      </w:r>
      <w:r>
        <w:t>doosre mazhab ko bardasht nahi karte thay. toh aap chahe namaz parhayen, tab bhi rokte thay. rehmatullah woh</w:t>
      </w:r>
    </w:p>
    <w:p>
      <w:pPr>
        <w:jc w:val="right"/>
      </w:pPr>
      <w:r>
        <w:t>دوسرے مذہب کو برداشت نہیں کرتے تھے۔ تو آپ چاہے نماز پڑھائیں، تب بھی روکتے تھے۔ الرحیت اللہ وہ</w:t>
      </w:r>
    </w:p>
    <w:p>
      <w:r>
        <w:rPr>
          <w:b/>
        </w:rPr>
        <w:t xml:space="preserve">[12:34] </w:t>
      </w:r>
      <w:r>
        <w:t>aik daur tha jab ke aap ko peaceful reh kar apne mazhab pe chalne ki bhi ijazat nahi thi.</w:t>
      </w:r>
    </w:p>
    <w:p>
      <w:pPr>
        <w:jc w:val="right"/>
      </w:pPr>
      <w:r>
        <w:t>ایک دور تھا جب کہ آپ کو پیس فل رہ کر اپنے مذہب پہ چلنے کی بھی اجازت نہیں تھی۔</w:t>
      </w:r>
    </w:p>
    <w:p>
      <w:r>
        <w:rPr>
          <w:b/>
        </w:rPr>
        <w:t xml:space="preserve">[12:42] </w:t>
      </w:r>
      <w:r>
        <w:t>is ko kehte hain religious persecution ka daur. us waqt in logon ne takrao kiya, laraiyan keen, attack kiya.</w:t>
      </w:r>
    </w:p>
    <w:p>
      <w:pPr>
        <w:jc w:val="right"/>
      </w:pPr>
      <w:r>
        <w:t>اس کو کہتے ہیں ریلیجس پرسیکیوشن کا دور۔ اس وقت ان لوگوں نے ٹکراؤ کیا، لڑائیاں کیں، اٹیک کیا۔</w:t>
      </w:r>
    </w:p>
    <w:p>
      <w:r>
        <w:rPr>
          <w:b/>
        </w:rPr>
        <w:t xml:space="preserve">[12:52] </w:t>
      </w:r>
      <w:r>
        <w:t>is liye qital ki nobat aayi. ab koi, ab aisa kuch bhi nahi hai. aaj total freedom hai.</w:t>
      </w:r>
    </w:p>
    <w:p>
      <w:pPr>
        <w:jc w:val="right"/>
      </w:pPr>
      <w:r>
        <w:t>اس لیے قتال کی نوبت آئی۔ اب کوئی، اب ایسا کچھ بھی نہیں ہے۔ آج ٹوٹل فریڈم ہے۔</w:t>
      </w:r>
    </w:p>
    <w:p>
      <w:r>
        <w:rPr>
          <w:b/>
        </w:rPr>
        <w:t xml:space="preserve">[13:02] </w:t>
      </w:r>
      <w:r>
        <w:t>aaj aap ko poori poori religious freedom hai. toh in ko khawamkhwah larein kyun aap doosron se? ab jo ladna hai, woh bilkul irrelevant hai.</w:t>
      </w:r>
    </w:p>
    <w:p>
      <w:pPr>
        <w:jc w:val="right"/>
      </w:pPr>
      <w:r>
        <w:t>آج آپ کو پوری پوری ریلیجس فریڈم ہے۔ تو ان کو خوامخواہ لڑیں کیوں آپ دوسروں سے؟ اب جو لڑنا ہے، وہ بالکل اریلیونٹ ہے۔</w:t>
      </w:r>
    </w:p>
    <w:p>
      <w:r>
        <w:rPr>
          <w:b/>
        </w:rPr>
        <w:t xml:space="preserve">[13:11] </w:t>
      </w:r>
      <w:r>
        <w:t>is ka koi taluq na islam se hai, na in ayaton se hai. koi ladne ka koi matlab hi nahi hai is zamane mein. lekin in ayaton ka jo contemporary application hai, woh nahi jana musalmanon ne.</w:t>
      </w:r>
    </w:p>
    <w:p>
      <w:pPr>
        <w:jc w:val="right"/>
      </w:pPr>
      <w:r>
        <w:t>اس کا کوئی تعلق نہ اسلام سے ہے، نہ ان آیتوں سے ہے۔ کوئی لڑنے کا کوئی مطلب ہی نہیں ہے اس زمانے میں۔ لیکن ان آیتوں کا جو کنٹمپریری ایپلیکیشن ہے، وہ نہیں جانا مسلمانوں نے۔</w:t>
      </w:r>
    </w:p>
    <w:p>
      <w:r>
        <w:rPr>
          <w:b/>
        </w:rPr>
        <w:t xml:space="preserve">[13:30] </w:t>
      </w:r>
      <w:r>
        <w:t>asal cheez yeh hai ke hum ko, yani musalmanon ko, peaceful andaaz mein apne mazhab par rehne ki ijazat ho.</w:t>
      </w:r>
    </w:p>
    <w:p>
      <w:pPr>
        <w:jc w:val="right"/>
      </w:pPr>
      <w:r>
        <w:t>اصل چیز یہ ہے کہ ہم کو، یعنی مسلمانوں کو، پیس فل انداز میں اپنے مذہب پر رہنے کی اجازت ہو۔</w:t>
      </w:r>
    </w:p>
    <w:p>
      <w:r>
        <w:rPr>
          <w:b/>
        </w:rPr>
        <w:t xml:space="preserve">[13:38] </w:t>
      </w:r>
      <w:r>
        <w:t>toh woh toh hai.</w:t>
      </w:r>
    </w:p>
    <w:p>
      <w:pPr>
        <w:jc w:val="right"/>
      </w:pPr>
      <w:r>
        <w:t>تو وہ تو ہے۔</w:t>
      </w:r>
    </w:p>
    <w:p>
      <w:r>
        <w:rPr>
          <w:b/>
        </w:rPr>
        <w:t xml:space="preserve">[13:41] </w:t>
      </w:r>
      <w:r>
        <w:t>hata ke aap tablegh karein, dawati kaam karein, tab bhi koi rukawat nahi hai. quran phailayen toh koi rukawat nahi hai. quran har zaban mein phaila kar ke aap, quran har zaban mein chhap kar ke, ab dunya bhar mein phailayen, koi rokta nahi aap ko.</w:t>
      </w:r>
    </w:p>
    <w:p>
      <w:pPr>
        <w:jc w:val="right"/>
      </w:pPr>
      <w:r>
        <w:t>حتیٰ کہ آپ تبلیغ کریں، دعوتی کام کریں، تب بھی کوئی رکاوٹ نہیں ہے۔ قرآن پھیلائیں تو کوئی رکاوٹ نہیں ہے۔ قرآن ہر زبان میں پھیلا کر کے آپ، قرآن ہر زبان میں چھاپ کر کے، اب دنیا بھر میں پھیلائیں، کوئی روکتا نہیں آپ کو۔</w:t>
      </w:r>
    </w:p>
    <w:p>
      <w:r>
        <w:rPr>
          <w:b/>
        </w:rPr>
        <w:t xml:space="preserve">[13:57] </w:t>
      </w:r>
      <w:r>
        <w:t>is zamane mein rokte thay. woh aik zamana tha religious persecution ka zamana. tab aisa hota tha. tab qital ki nobat aayi.</w:t>
      </w:r>
    </w:p>
    <w:p>
      <w:pPr>
        <w:jc w:val="right"/>
      </w:pPr>
      <w:r>
        <w:t>اس زمانے میں روکتے تھے۔ وہ ایک زمانہ تھا ریلیجس پرسیکیوشن کا زمانہ۔ تب ایسا ہوتا تھا۔ تب قتال کی نوبت آئی۔</w:t>
      </w:r>
    </w:p>
    <w:p>
      <w:r>
        <w:rPr>
          <w:b/>
        </w:rPr>
        <w:t xml:space="preserve">[14:08] </w:t>
      </w:r>
      <w:r>
        <w:t>ab kis liye qital?</w:t>
      </w:r>
    </w:p>
    <w:p>
      <w:pPr>
        <w:jc w:val="right"/>
      </w:pPr>
      <w:r>
        <w:t>اب کس لیے قتال؟</w:t>
      </w:r>
    </w:p>
    <w:p>
      <w:r>
        <w:rPr>
          <w:b/>
        </w:rPr>
        <w:t xml:space="preserve">[14:11] </w:t>
      </w:r>
      <w:r>
        <w:t>ab toh logon se normal taluqat banaiye, un ki taleem pe qalb kijiye, khoob un se miliye jaliye, un ke seminaron mein jaiye, un ke conference mein jaiye, un ke educational institution mein parhiye.</w:t>
      </w:r>
    </w:p>
    <w:p>
      <w:pPr>
        <w:jc w:val="right"/>
      </w:pPr>
      <w:r>
        <w:t>اب تو لوگوں سے نارمل تعلقات بنائیے، ان کی تعلیم پہ قلب کیجیے، خوب ان سے ملیے جلیے، ان کے سیمیناروں میں جائیے، ان کے کانفرنس میں جائیے، ان کے ایجوکیشنل انسٹیٹیوشن میں پڑھیے۔</w:t>
      </w:r>
    </w:p>
    <w:p>
      <w:r>
        <w:rPr>
          <w:b/>
        </w:rPr>
        <w:t xml:space="preserve">[14:25] </w:t>
      </w:r>
      <w:r>
        <w:t>khuli azadi hai aap ko. aur har jagah aap apna islam ka mission bhi chala sakte hain, peaceful andaaz mein. toh is zamane mein qital irrelevant ho gaya hai.</w:t>
      </w:r>
    </w:p>
    <w:p>
      <w:pPr>
        <w:jc w:val="right"/>
      </w:pPr>
      <w:r>
        <w:t>کھلی آزادی ہے آپ کو۔ اور ہر جگہ آپ اپنا اسلام کا مشن بھی چلا سکتے ہیں، پیس فل انداز میں۔ تو اس زمانے میں قتال اریلیونٹ ہو گیا ہے۔</w:t>
      </w:r>
    </w:p>
    <w:p>
      <w:r>
        <w:rPr>
          <w:b/>
        </w:rPr>
        <w:t xml:space="preserve">[14:36] </w:t>
      </w:r>
      <w:r>
        <w:t>irrelevant.</w:t>
      </w:r>
    </w:p>
    <w:p>
      <w:pPr>
        <w:jc w:val="right"/>
      </w:pPr>
      <w:r>
        <w:t>اریلیونٹ۔</w:t>
      </w:r>
    </w:p>
    <w:p>
      <w:r>
        <w:rPr>
          <w:b/>
        </w:rPr>
        <w:t xml:space="preserve">[14:38] </w:t>
      </w:r>
      <w:r>
        <w:t>lekin chunke woh in aayaton ko padhte hain log, "qatilo", "qatilo", aur is ke sirf historical background ko jante hain, is ke contemporary application ko nahi samajhte, to khwamkhwah lad rahe hain, jaan de rahe hain, ghair zaroori taur par.</w:t>
      </w:r>
    </w:p>
    <w:p>
      <w:pPr>
        <w:jc w:val="right"/>
      </w:pPr>
      <w:r>
        <w:t>لیکن چونکہ وہ ان آیتوں کو پڑھتے ہیں لوگ، "قاتلو"، "قاتلو"، اور اس کے صرف ہسٹوریکل بیک گراؤنڈ کو جانتے ہیں، اس کے کنٹمپریری ایپلیکیشن کو نہیں سمجھتے، تو خوامخواہ لڑ رہے ہیں، جان دے رہے ہیں، غیر ضروری طور پر۔</w:t>
      </w:r>
    </w:p>
    <w:p>
      <w:r>
        <w:rPr>
          <w:b/>
        </w:rPr>
        <w:t xml:space="preserve">[14:55] </w:t>
      </w:r>
      <w:r>
        <w:t>yahan tak ke suicide bomb bhi karte hain. in cheezon ka koi talluq Islam se nahi</w:t>
      </w:r>
    </w:p>
    <w:p>
      <w:pPr>
        <w:jc w:val="right"/>
      </w:pPr>
      <w:r>
        <w:t>یہاں تک کہ سوسائیڈ باب بھی کرتے ہیں۔ ان چیزوں کا کوئی تعلق اسلام سے نہیں</w:t>
      </w:r>
    </w:p>
    <w:p>
      <w:r>
        <w:rPr>
          <w:b/>
        </w:rPr>
        <w:t xml:space="preserve">[15:01] </w:t>
      </w:r>
      <w:r>
        <w:t>. to poore Quran ke bare mein main kahunga ke agar aap is ko, is ko sirf historical background ke aitbar se padhenge to sirf aap is ko barkat milegi aap ko.</w:t>
      </w:r>
    </w:p>
    <w:p>
      <w:pPr>
        <w:jc w:val="right"/>
      </w:pPr>
      <w:r>
        <w:t>۔ تو پورے قرآن کے بارے میں میں کہوں گا کہ اگر آپ اس کو، اس کو صرف ہسٹوریکل بیک گراؤنڈ کے اعتبار سے پڑھیں گے تو صرف آپ اس کو برکت ملے گی آپ کو۔</w:t>
      </w:r>
    </w:p>
    <w:p>
      <w:r>
        <w:rPr>
          <w:b/>
        </w:rPr>
        <w:t xml:space="preserve">[15:10] </w:t>
      </w:r>
      <w:r>
        <w:t>bas is se zyada aur kuch nahi milega. lekin jab woh is ko applied way mein padhenge, aaj ke aitbar se is ko apply kar ke aap discover karenge to Quran aap ke liye guide, yani book of guidance ban jayega.</w:t>
      </w:r>
    </w:p>
    <w:p>
      <w:pPr>
        <w:jc w:val="right"/>
      </w:pPr>
      <w:r>
        <w:t>بس اس سے زیادہ اور کچھ نہیں ملے گا۔ لیکن جب وہ اس کو اپلائیڈ وے میں پڑھیں گے، آج کے اعتبار سے اس کو اپلائی کر کے آپ ڈسکور کریں گے تو قرآن آپ کے لیے گائیڈ، یعنی بک آف گائیڈنس بن جائے گا۔</w:t>
      </w:r>
    </w:p>
    <w:p>
      <w:r>
        <w:rPr>
          <w:b/>
        </w:rPr>
        <w:t xml:space="preserve">[15:29] </w:t>
      </w:r>
      <w:r>
        <w:t>is mein aap ko rehnumai milegi.</w:t>
      </w:r>
    </w:p>
    <w:p>
      <w:pPr>
        <w:jc w:val="right"/>
      </w:pPr>
      <w:r>
        <w:t>اس میں آپ کو رہنمائی ملے گی۔</w:t>
      </w:r>
    </w:p>
    <w:p>
      <w:r>
        <w:rPr>
          <w:b/>
        </w:rPr>
        <w:t xml:space="preserve">[15:33] </w:t>
      </w:r>
      <w:r>
        <w:t>aise hi dekhiye, aap Quran ko kholiye to sab se pehli aayat aap payenge Alhamdulillah Rabbil Alameen .</w:t>
      </w:r>
    </w:p>
    <w:p>
      <w:pPr>
        <w:jc w:val="right"/>
      </w:pPr>
      <w:r>
        <w:t>ایسے ہی دیکھیے، آپ قرآن کو کھولیے تو سب سے پہلی آیت آپ پائیں گے الحمدللہ رب العالمین ۔</w:t>
      </w:r>
    </w:p>
    <w:p>
      <w:r>
        <w:rPr>
          <w:b/>
        </w:rPr>
        <w:t xml:space="preserve">[15:45] </w:t>
      </w:r>
      <w:r>
        <w:t>aaj kal is ka matlab kya samajhte hain log? zaban se Alhamdulillah keh dena, yani lip service, zaban se keh dena.</w:t>
      </w:r>
    </w:p>
    <w:p>
      <w:pPr>
        <w:jc w:val="right"/>
      </w:pPr>
      <w:r>
        <w:t>آج کل اس کا مطلب کیا سمجھتے ہیں لوگ؟ زبان سے الحمدللہ کہہ دینا، یعنی لپ سروس، زبان سے کہہ دینا۔</w:t>
      </w:r>
    </w:p>
    <w:p>
      <w:r>
        <w:rPr>
          <w:b/>
        </w:rPr>
        <w:t xml:space="preserve">[15:57] </w:t>
      </w:r>
      <w:r>
        <w:t>nahi, is ka matlab yeh nahi hai.</w:t>
      </w:r>
    </w:p>
    <w:p>
      <w:pPr>
        <w:jc w:val="right"/>
      </w:pPr>
      <w:r>
        <w:t>نہیں، اس کا مطلب یہ نہیں ہے۔</w:t>
      </w:r>
    </w:p>
    <w:p>
      <w:r>
        <w:rPr>
          <w:b/>
        </w:rPr>
        <w:t xml:space="preserve">[16:00] </w:t>
      </w:r>
      <w:r>
        <w:t>Alhamdulillah ki psychology aap ki ho jaye, Alhamdulillah ki nafsiyat aap ki ho jaye, is mein jeene lagen aap. yani shukr ki nafsiyat. Alhamdulillah ke maane yeh hain ke aap shukr ki nafsiyat mein jeene wale ban jayen.</w:t>
      </w:r>
    </w:p>
    <w:p>
      <w:pPr>
        <w:jc w:val="right"/>
      </w:pPr>
      <w:r>
        <w:t>الحمدللہ کی سائیکالوجی آپ کی ہو جائے، الحمدللہ کی نفسیات آپ کی ہو جائے، اس میں جینے لگیں آپ۔ یعنی شکر کی نفسیات۔ الحمدللہ کے معنی یہ ہیں کہ آپ شکر کی نفسیات میں جینے والے بن جائیں۔</w:t>
      </w:r>
    </w:p>
    <w:p>
      <w:r>
        <w:rPr>
          <w:b/>
        </w:rPr>
        <w:t xml:space="preserve">[16:16] </w:t>
      </w:r>
      <w:r>
        <w:t>yeh kaise hoga? aap jante hain ke dunya mein insan ko azadi hai, dunya mein competition hai, dunya mein challenges hain. to tarah tarah ke waqiyat pesh aate hain.</w:t>
      </w:r>
    </w:p>
    <w:p>
      <w:pPr>
        <w:jc w:val="right"/>
      </w:pPr>
      <w:r>
        <w:t>یہ کیسے ہوگا؟ آپ جانتے ہیں کہ دنیا میں انسان کو آزادی ہے، دنیا میں کمپیٹیشن ہے، دنیا میں چیلنجز ہیں۔ تو طرح طرح کے واقعات پیش آتے ہیں۔</w:t>
      </w:r>
    </w:p>
    <w:p>
      <w:r>
        <w:rPr>
          <w:b/>
        </w:rPr>
        <w:t xml:space="preserve">[16:28] </w:t>
      </w:r>
      <w:r>
        <w:t>bahut se waqiyat aap ke liye unwanted hote hain. aap ke liye problem create karte hain. aap ko difficulties ka samna karna padta hai.</w:t>
      </w:r>
    </w:p>
    <w:p>
      <w:pPr>
        <w:jc w:val="right"/>
      </w:pPr>
      <w:r>
        <w:t>بہت سے واقعات آپ کے لیے ان وانٹڈ ہوتے ہیں۔ آپ کے لیے پرابلم کریٹ کرتے ہیں۔ آپ کو ڈیفیکلٹیز کا سامنا کرنا پڑتا ہے۔</w:t>
      </w:r>
    </w:p>
    <w:p>
      <w:r>
        <w:rPr>
          <w:b/>
        </w:rPr>
        <w:t xml:space="preserve">[16:37] </w:t>
      </w:r>
      <w:r>
        <w:t>yeh to hoga? kyunke yahan par competition hai, yahan par challenge hai. yeh to hoga hi hoga, hamesha rahega. woh kabhi khatm nahi hoga.</w:t>
      </w:r>
    </w:p>
    <w:p>
      <w:pPr>
        <w:jc w:val="right"/>
      </w:pPr>
      <w:r>
        <w:t>یہ تو ہوگا۔ کیونکہ یہاں پر کمپیٹیشن ہے، یہاں پر چیلنج ہے۔ یہ تو ہوگا ہی ہوگا، ہمیشہ رہے گا۔ وہ کبھی ختم نہیں ہوگا۔</w:t>
      </w:r>
    </w:p>
    <w:p>
      <w:r>
        <w:rPr>
          <w:b/>
        </w:rPr>
        <w:t xml:space="preserve">[16:47] </w:t>
      </w:r>
      <w:r>
        <w:t>ab sawal yeh hai ke aisi halat mein aap Alhamdulillah ki spirit ke sath kaise jiyen? is ka raaz kya hai?</w:t>
      </w:r>
    </w:p>
    <w:p>
      <w:pPr>
        <w:jc w:val="right"/>
      </w:pPr>
      <w:r>
        <w:t>اب سوال یہ ہے کہ ایسی حالت میں آپ الحمدللہ کی اسپرٹ کے ساتھ کیسے جیئیں؟ اس کا راز کیا ہے؟</w:t>
      </w:r>
    </w:p>
    <w:p>
      <w:r>
        <w:rPr>
          <w:b/>
        </w:rPr>
        <w:t xml:space="preserve">[16:55] </w:t>
      </w:r>
      <w:r>
        <w:t>aap ko art of management janna chahiye. yani aap ko yeh janna chahiye ke difficulties ke, difficulties ko, problem ko kis tarah manage karen ke aap ka, ke shukr ki spirit damage na ho.</w:t>
      </w:r>
    </w:p>
    <w:p>
      <w:pPr>
        <w:jc w:val="right"/>
      </w:pPr>
      <w:r>
        <w:t>آپ کو آرٹ آف مینجمنٹ جاننا چاہیے۔ یعنی آپ کو یہ جاننا چاہیے کہ ڈیفیکلٹیز کے، ڈیفیکلٹیز کو، پرابلم کو کس طرح مینج کریں کہ آپ کا، کہ شکر کی اسپرٹ ڈیمج نہ ہو۔</w:t>
      </w:r>
    </w:p>
    <w:p>
      <w:r>
        <w:rPr>
          <w:b/>
        </w:rPr>
        <w:t xml:space="preserve">[17:11] </w:t>
      </w:r>
      <w:r>
        <w:t>yeh janna padega aap ko. to Alhamdulillah Rabbil Alameen ka matlab yeh nahi ke munh se bol diya, bas ho gaya. nahi. aap jo problem face kar rahe hain, chahe ghar ke andar ya ghar ke bahar,</w:t>
      </w:r>
    </w:p>
    <w:p>
      <w:pPr>
        <w:jc w:val="right"/>
      </w:pPr>
      <w:r>
        <w:t>یہ جاننا پڑے گا آپ کو۔ تو الحمدللہ رب العالمین کا مطلب یہ نہیں کہ منہ سے بول دیا، بس ہو گیا۔ نہیں۔ آپ جو پرابلم فیس کر رہے ہیں، چاہے گھر کے اندر یا گھر کے باہر،</w:t>
      </w:r>
    </w:p>
    <w:p>
      <w:r>
        <w:rPr>
          <w:b/>
        </w:rPr>
        <w:t xml:space="preserve">[17:25] </w:t>
      </w:r>
      <w:r>
        <w:t>akhbaron mein padh kar ya direct, in sab ko aap is tarah se manage karen. is ko is tarah explain karen.</w:t>
      </w:r>
    </w:p>
    <w:p>
      <w:pPr>
        <w:jc w:val="right"/>
      </w:pPr>
      <w:r>
        <w:t>اخباروں میں پڑھ کر یا ڈائریکٹ، ان سب کو آپ اس طرح سے مینج کریں۔ اس کو اس طرح ایکسپلین کریں۔</w:t>
      </w:r>
    </w:p>
    <w:p>
      <w:r>
        <w:rPr>
          <w:b/>
        </w:rPr>
        <w:t xml:space="preserve">[17:35] </w:t>
      </w:r>
      <w:r>
        <w:t>is ko is tarah reason out karen ke aap shukr ki nafsiyat ko maintain kar saken apne andar.</w:t>
      </w:r>
    </w:p>
    <w:p>
      <w:pPr>
        <w:jc w:val="right"/>
      </w:pPr>
      <w:r>
        <w:t>اس کو اس طرح ریزن آؤٹ کریں کہ آپ شکر کی نفسیات کو مینٹین کر سکیں اپنے اندر۔</w:t>
      </w:r>
    </w:p>
    <w:p>
      <w:r>
        <w:rPr>
          <w:b/>
        </w:rPr>
        <w:t xml:space="preserve">[17:46] </w:t>
      </w:r>
      <w:r>
        <w:t>shukr ki nafsiyat phir bhi aap ki baqi rahe. yeh karna padega. tab aap Alhamdulillah Rabbil Alameen ko manne wale honge.</w:t>
      </w:r>
    </w:p>
    <w:p>
      <w:pPr>
        <w:jc w:val="right"/>
      </w:pPr>
      <w:r>
        <w:t>شکر کی نفسیات پھر بھی آپ کی باقی رہے۔ یہ کرنا پڑے گا۔ تب آپ الحمدللہ رب العالمین کو ماننے والے ہوں گے۔</w:t>
      </w:r>
    </w:p>
    <w:p>
      <w:r>
        <w:rPr>
          <w:b/>
        </w:rPr>
        <w:t xml:space="preserve">[17:55] </w:t>
      </w:r>
      <w:r>
        <w:t>tab Alhamdulillah Rabb ne aap ke liye sahi maano mein</w:t>
      </w:r>
    </w:p>
    <w:p>
      <w:pPr>
        <w:jc w:val="right"/>
      </w:pPr>
      <w:r>
        <w:t>تب الحمدللہ رب نے آپ کے لیے صحیح معنوں میں</w:t>
      </w:r>
    </w:p>
    <w:p>
      <w:r>
        <w:rPr>
          <w:b/>
        </w:rPr>
        <w:t xml:space="preserve">[18:01] </w:t>
      </w:r>
      <w:r>
        <w:t>aap ke liye Quran ki aayat ban jayega. aap ke liye is mein guide, guidance mil jayegi. to poore Quran ka yahi mamla hai.</w:t>
      </w:r>
    </w:p>
    <w:p>
      <w:pPr>
        <w:jc w:val="right"/>
      </w:pPr>
      <w:r>
        <w:t>آپ کے لیے قرآن کی آیت بن جائے گا۔ آپ کے لیے اس میں گائیڈ، گائیڈنس مل جائے گی۔ تو پورے قرآن کا یہی معاملہ ہے۔</w:t>
      </w:r>
    </w:p>
    <w:p>
      <w:r>
        <w:rPr>
          <w:b/>
        </w:rPr>
        <w:t xml:space="preserve">[18:14] </w:t>
      </w:r>
      <w:r>
        <w:t>aap dekhiye, dunya mein bahut zyada charchah hai Quran ka.</w:t>
      </w:r>
    </w:p>
    <w:p>
      <w:pPr>
        <w:jc w:val="right"/>
      </w:pPr>
      <w:r>
        <w:t>آپ دیکھیے، دنیا میں بہت زیادہ چرچہ ہے قرآن کا۔</w:t>
      </w:r>
    </w:p>
    <w:p>
      <w:r>
        <w:rPr>
          <w:b/>
        </w:rPr>
        <w:t xml:space="preserve">[18:20] </w:t>
      </w:r>
      <w:r>
        <w:t>kahin bhi aap jayen, India mein dekhiye, Europe mein dekhiye, America mein dekhiye, Arab mein dekhiye, Quran ka charchah, Quran ka charchah.</w:t>
      </w:r>
    </w:p>
    <w:p>
      <w:pPr>
        <w:jc w:val="right"/>
      </w:pPr>
      <w:r>
        <w:t>کہیں بھی آپ جائیں، انڈیا میں دیکھیے، یورپ میں دیکھیے، امریکہ میں دیکھیے، عرب میں دیکھیے، قرآن کا چرچہ، قرآن کا چرچہ۔</w:t>
      </w:r>
    </w:p>
    <w:p>
      <w:r>
        <w:rPr>
          <w:b/>
        </w:rPr>
        <w:t xml:space="preserve">[18:27] </w:t>
      </w:r>
      <w:r>
        <w:t>lekin result dekhen to kuch bhi nahi. result ke aitbar se kuch bhi nahi. matlab hate khatm nahi hoti Musalmanon ki.</w:t>
      </w:r>
    </w:p>
    <w:p>
      <w:pPr>
        <w:jc w:val="right"/>
      </w:pPr>
      <w:r>
        <w:t>لیکن رزلٹ دیکھیں تو کچھ بھی نہیں۔ رزلٹ کے اعتبار سے کچھ بھی نہیں۔ مطلب ہیٹ ختم نہیں ہوتی مسلمانوں کی۔</w:t>
      </w:r>
    </w:p>
    <w:p>
      <w:r>
        <w:rPr>
          <w:b/>
        </w:rPr>
        <w:t xml:space="preserve">[18:38] </w:t>
      </w:r>
      <w:r>
        <w:t>violence khatm nahi hota Musalmanon ka. Musalmanon ka jo negative thinking hai, woh khatm nahi hoti. to Quran padhne se faida kya hua?</w:t>
      </w:r>
    </w:p>
    <w:p>
      <w:pPr>
        <w:jc w:val="right"/>
      </w:pPr>
      <w:r>
        <w:t>وائیلنس ختم نہیں ہوتا مسلمانوں کا۔ مسلمانوں کا جو نیگیٹیو تھنکنگ ہے، وہ ختم نہیں ہوتی۔ تو قرآن پڑھنے سے فائدہ کیا ہوا؟</w:t>
      </w:r>
    </w:p>
    <w:p>
      <w:r>
        <w:rPr>
          <w:b/>
        </w:rPr>
        <w:t xml:space="preserve">[18:50] </w:t>
      </w:r>
      <w:r>
        <w:t>Quran padhne ke jo jo criteria hai, woh yeh hai ke aap jo log Quran ko padhen, Quran ki study karen, to un ke andar se negative thinking khatm ho jaye.</w:t>
      </w:r>
    </w:p>
    <w:p>
      <w:pPr>
        <w:jc w:val="right"/>
      </w:pPr>
      <w:r>
        <w:t>قرآن پڑھنے کے جو جو کرائٹیرین ہے، وہ یہ ہے کہ آپ جو لوگ قرآن کو پڑھیں، قرآن کی اسٹڈی کریں، تو ان کے اندر سے نیگیٹیو تھنکنگ ختم ہو جائے۔</w:t>
      </w:r>
    </w:p>
    <w:p>
      <w:r>
        <w:rPr>
          <w:b/>
        </w:rPr>
        <w:t xml:space="preserve">[19:04] </w:t>
      </w:r>
      <w:r>
        <w:t>alhamdulillah rabbul alameen ka matlab yeh hai, yahi hai. shukr ki nafsiyat aap ke andar bhar jaye.</w:t>
      </w:r>
    </w:p>
    <w:p>
      <w:pPr>
        <w:jc w:val="right"/>
      </w:pPr>
      <w:r>
        <w:t>الحمدللہ رب العالمین کا مطلب یہ ہے، یہی ہے۔ شکر کی نفسیات آپ کے اندر بھر جائے۔</w:t>
      </w:r>
    </w:p>
    <w:p>
      <w:r>
        <w:rPr>
          <w:b/>
        </w:rPr>
        <w:t xml:space="preserve">[19:12] </w:t>
      </w:r>
      <w:r>
        <w:t>negative thinking khatm, violence khatm, hate khatm, ladai ka khatm, we and they ka concept khatm.</w:t>
      </w:r>
    </w:p>
    <w:p>
      <w:pPr>
        <w:jc w:val="right"/>
      </w:pPr>
      <w:r>
        <w:t>نیگیٹیو تھنکنگ ختم، وائیلنس ختم، ہیٹ ختم، لڑائی کا ختم، وی اینڈ دیکھ کا کانسیپٹ ختم۔</w:t>
      </w:r>
    </w:p>
    <w:p>
      <w:r>
        <w:rPr>
          <w:b/>
        </w:rPr>
        <w:t xml:space="preserve">[19:22] </w:t>
      </w:r>
      <w:r>
        <w:t>sab ko apna samajhna. poori insaniyat ke liye khairkhwah hona. aur dawatullah, yeh sab hona chahiye.</w:t>
      </w:r>
    </w:p>
    <w:p>
      <w:pPr>
        <w:jc w:val="right"/>
      </w:pPr>
      <w:r>
        <w:t>سب کو اپنا سمجھنا۔ پوری انسانیت کے لیے خیر خواہ ہونا۔ اور دعوت اللہ، یہ سب ہونا چاہیے۔</w:t>
      </w:r>
    </w:p>
    <w:p>
      <w:r>
        <w:rPr>
          <w:b/>
        </w:rPr>
        <w:t xml:space="preserve">[19:31] </w:t>
      </w:r>
      <w:r>
        <w:t>lekin yeh sab hai nahi. bas padhte hain, padh kar ke lapet ke rakh diya. kyunke woh padhte hain us ko historical background ke aitbar se</w:t>
      </w:r>
    </w:p>
    <w:p>
      <w:pPr>
        <w:jc w:val="right"/>
      </w:pPr>
      <w:r>
        <w:t>لیکن یہ سب ہے نہیں۔ بس پڑھتے ہیں، پڑھ کر کے لپٹ کے رکھ دیا۔ کیونکہ وہ پڑھتے ہیں اس کو ہسٹوریکل بیک گراؤنڈ کے اعتبار سے</w:t>
      </w:r>
    </w:p>
    <w:p>
      <w:r>
        <w:rPr>
          <w:b/>
        </w:rPr>
        <w:t xml:space="preserve">[19:40] </w:t>
      </w:r>
      <w:r>
        <w:t>. toh woh lagta hai ke pehle ki, past ki ek baat hai. pehle zamane mein aisa hua. bas pehle zamane mein aisa hua. bas us ki ek kitab hai yeh.</w:t>
      </w:r>
    </w:p>
    <w:p>
      <w:pPr>
        <w:jc w:val="right"/>
      </w:pPr>
      <w:r>
        <w:t>۔ تو وہ لگتا ہے کہ پہلے کی، پاسٹ کی ایک بات ہے۔ پہلے زمانے میں ایسا ہوا۔ بس پہلے زمانے میں ایسا ہوا۔ بس اس کی ایک کتاب ہے یہ۔</w:t>
      </w:r>
    </w:p>
    <w:p>
      <w:r>
        <w:rPr>
          <w:b/>
        </w:rPr>
        <w:t xml:space="preserve">[19:49] </w:t>
      </w:r>
      <w:r>
        <w:t>aaj mujh par kis tarah se apply ho rahi hain baatein, is se bekhabar hain.</w:t>
      </w:r>
    </w:p>
    <w:p>
      <w:pPr>
        <w:jc w:val="right"/>
      </w:pPr>
      <w:r>
        <w:t>آج مجھ پر کس طرح سے اپلائی ہو رہی ہیں باتیں، اس سے بے خبر ہیں۔</w:t>
      </w:r>
    </w:p>
    <w:p>
      <w:r>
        <w:rPr>
          <w:b/>
        </w:rPr>
        <w:t xml:space="preserve">[19:58] </w:t>
      </w:r>
      <w:r>
        <w:t>toh main sochta hoon ke yeh bohat hi jar ki baat hai ke hum Quran se apne taalluq ko phir se reestablish karein.</w:t>
      </w:r>
    </w:p>
    <w:p>
      <w:pPr>
        <w:jc w:val="right"/>
      </w:pPr>
      <w:r>
        <w:t>تو میں سوچتا ہوں کہ یہ بہت ہی جڑ کی بات ہے کہ ہم قرآن سے اپنے تعلق کو پھر سے ری اسٹیبلش کریں۔</w:t>
      </w:r>
    </w:p>
    <w:p>
      <w:r>
        <w:rPr>
          <w:b/>
        </w:rPr>
        <w:t xml:space="preserve">[20:10] </w:t>
      </w:r>
      <w:r>
        <w:t>Quran se apne taalluq ko reestablish karein. phir se. agar aisa nahi karenge toh wahi hoga ke Hazrat Aisha ne kaha tha ke أولئك قروا ولم يقروا ۔</w:t>
      </w:r>
    </w:p>
    <w:p>
      <w:pPr>
        <w:jc w:val="right"/>
      </w:pPr>
      <w:r>
        <w:t>قرآن سے اپنے تعلق کو ری اسٹیبلش کریں۔ پھر سے۔ اگر ایسا نہیں کریں گے تو وہی ہوگا کہ حضرت عائشہ نے کہا تھا کہ أولئك قروا ولم يقروا ۔</w:t>
      </w:r>
    </w:p>
    <w:p>
      <w:r>
        <w:rPr>
          <w:b/>
        </w:rPr>
        <w:t xml:space="preserve">[20:27] </w:t>
      </w:r>
      <w:r>
        <w:t>kuch logon ke bare mein bataya gaya hai ke woh Quran bohat padhte hain. toh Hazrat Aisha ne kaha tha ke أولئك قروا ولم يقروا ۔ unhone Quran ko padha magar nahi padha.</w:t>
      </w:r>
    </w:p>
    <w:p>
      <w:pPr>
        <w:jc w:val="right"/>
      </w:pPr>
      <w:r>
        <w:t>کچھ لوگوں کے بارے میں بتایا گیا ہے کہ وہ قرآن بہت پڑھتے ہیں۔ تو حضرت عائشہ نے کہا تھا کہ أولئك قروا ولم يقروا ۔ انہوں نے قرآن کو پڑھا مگر نہیں پڑھا۔</w:t>
      </w:r>
    </w:p>
    <w:p>
      <w:r>
        <w:rPr>
          <w:b/>
        </w:rPr>
        <w:t xml:space="preserve">[20:37] </w:t>
      </w:r>
      <w:r>
        <w:t>kaisi ajeeb baat hai.</w:t>
      </w:r>
    </w:p>
    <w:p>
      <w:pPr>
        <w:jc w:val="right"/>
      </w:pPr>
      <w:r>
        <w:t>کیسی عجیب بات ہے۔</w:t>
      </w:r>
    </w:p>
    <w:p>
      <w:r>
        <w:rPr>
          <w:b/>
        </w:rPr>
        <w:t xml:space="preserve">[20:40] </w:t>
      </w:r>
      <w:r>
        <w:t>Hazrat Aisha ke zamane ki baat hai yeh ke unhone Quran ko padha magar unhone nahi padha. matlab woh farfar padhte the, farfar farfar. aur is se koi guide nahi lete the.</w:t>
      </w:r>
    </w:p>
    <w:p>
      <w:pPr>
        <w:jc w:val="right"/>
      </w:pPr>
      <w:r>
        <w:t>حضرت عائشہ کے زمانے کی بات ہے یہ کہ انہوں نے قرآن کو پڑھا مگر انہوں نے نہیں پڑھا۔ مطلب وہ فرفر پڑھتے تھے، فرفر فرفر۔ اور اس سے کوئی گائیڈ نہیں لیتے تھے۔</w:t>
      </w:r>
    </w:p>
    <w:p>
      <w:r>
        <w:rPr>
          <w:b/>
        </w:rPr>
        <w:t xml:space="preserve">[20:51] </w:t>
      </w:r>
      <w:r>
        <w:t>is ki deep meaning tak koshish nahi karte the pahunchne ki. is ki guidance nahi lete the. toh unhone kaha ke woh Quran ko padhte hain magar padhte hain, is se kuch lete nahi.</w:t>
      </w:r>
    </w:p>
    <w:p>
      <w:pPr>
        <w:jc w:val="right"/>
      </w:pPr>
      <w:r>
        <w:t>اس کی ڈیپ میننگ تک کوشش نہیں کرتے تھے پہنچنے کی۔ اس کی گائیڈنس نہیں لیتے تھے۔ تو انہوں نے کہا کہ وہ قرآن کو پڑھتے ہیں مگر پڑھتے ہیں، اس سے کچھ لیتے نہیں۔</w:t>
      </w:r>
    </w:p>
    <w:p>
      <w:r>
        <w:rPr>
          <w:b/>
        </w:rPr>
        <w:t xml:space="preserve">[21:03] </w:t>
      </w:r>
      <w:r>
        <w:t>kuch un ko kuch milta nahi, un ko kuch is se.</w:t>
      </w:r>
    </w:p>
    <w:p>
      <w:pPr>
        <w:jc w:val="right"/>
      </w:pPr>
      <w:r>
        <w:t>کچھ ان کو کچھ ملتا نہیں، ان کو کچھ اس سے۔</w:t>
      </w:r>
    </w:p>
    <w:p>
      <w:r>
        <w:rPr>
          <w:b/>
        </w:rPr>
        <w:t xml:space="preserve">[21:07] </w:t>
      </w:r>
      <w:r>
        <w:t>toh agar hum chahte hain ke Quran hamare liye book of guidance bane, book of guidance banne ke baad kya hoga?</w:t>
      </w:r>
    </w:p>
    <w:p>
      <w:pPr>
        <w:jc w:val="right"/>
      </w:pPr>
      <w:r>
        <w:t>تو اگر ہم چاہتے ہیں کہ قرآن ہمارے لیے بک آف گائیڈنس بنے، بک آف گائیڈنس بننے کے بعد کیا ہوگا؟</w:t>
      </w:r>
    </w:p>
    <w:p>
      <w:r>
        <w:rPr>
          <w:b/>
        </w:rPr>
        <w:t xml:space="preserve">[21:17] </w:t>
      </w:r>
      <w:r>
        <w:t>ke hum par Allah ki blessing aayegi, Allah ki rehmaten aayengi, Allah ki nusrat aayegi.</w:t>
      </w:r>
    </w:p>
    <w:p>
      <w:pPr>
        <w:jc w:val="right"/>
      </w:pPr>
      <w:r>
        <w:t>کہ ہم پر اللہ کی بلیسنگ آئے گی، اللہ کی رحمتیں آئیں گی، اللہ کی نصرت آئے گی۔</w:t>
      </w:r>
    </w:p>
    <w:p>
      <w:r>
        <w:rPr>
          <w:b/>
        </w:rPr>
        <w:t xml:space="preserve">[21:28] </w:t>
      </w:r>
      <w:r>
        <w:t>warna kuch bhi nahi hoga.</w:t>
      </w:r>
    </w:p>
    <w:p>
      <w:pPr>
        <w:jc w:val="right"/>
      </w:pPr>
      <w:r>
        <w:t>ورنہ کچھ بھی نہیں ہوگا۔</w:t>
      </w:r>
    </w:p>
    <w:p>
      <w:r>
        <w:rPr>
          <w:b/>
        </w:rPr>
        <w:t xml:space="preserve">[21:31] </w:t>
      </w:r>
      <w:r>
        <w:t>toh is ki ek hi shakal hai ke hum Quran ko us ki history ke aitbar se na padhein.</w:t>
      </w:r>
    </w:p>
    <w:p>
      <w:pPr>
        <w:jc w:val="right"/>
      </w:pPr>
      <w:r>
        <w:t>تو اس کی ایک ہی شکل ہے کہ ہم قرآن کو اس کی ہسٹری کے اعتبار سے نہ پڑھیں۔</w:t>
      </w:r>
    </w:p>
    <w:p>
      <w:r>
        <w:rPr>
          <w:b/>
        </w:rPr>
        <w:t xml:space="preserve">[21:41] </w:t>
      </w:r>
      <w:r>
        <w:t>aaj kis tarah woh apply hota hai, us ke aitbar se padhein. misaal ke taur par dekhiye, maujooda zamane mein musalmanon mein jahan bhi aap jaiye, duniya ke kisi bhi country mein jaiye, har aadmi shikayat ki boli bolega.</w:t>
      </w:r>
    </w:p>
    <w:p>
      <w:pPr>
        <w:jc w:val="right"/>
      </w:pPr>
      <w:r>
        <w:t>آج کس طرح وہ اپلائی ہوتا ہے، اس کے اعتبار سے پڑھیں۔ مثلاً دیکھیے، موجودہ زمانے میں مسلمانوں میں جہاں بھی آپ جائیے، دنیا کے کسی بھی کنٹری میں جائیے، ہر آدمی شکایت کی بولی بولے گا۔</w:t>
      </w:r>
    </w:p>
    <w:p>
      <w:r>
        <w:rPr>
          <w:b/>
        </w:rPr>
        <w:t xml:space="preserve">[21:55] </w:t>
      </w:r>
      <w:r>
        <w:t>doosri qaumon ke bare mein shikayat, shikayat, shikayat. toh agar aap Quran ko padhein toh ajeeb cheez milegi aap ko Quran mein.</w:t>
      </w:r>
    </w:p>
    <w:p>
      <w:pPr>
        <w:jc w:val="right"/>
      </w:pPr>
      <w:r>
        <w:t>دوسری قوموں کے بارے میں شکایت، شکایت، شکایت۔ تو اگر آپ قرآن کو پڑھیں تو عجیب چیز ملے گی آپ کو قرآن میں۔</w:t>
      </w:r>
    </w:p>
    <w:p>
      <w:r>
        <w:rPr>
          <w:b/>
        </w:rPr>
        <w:t xml:space="preserve">[22:12] </w:t>
      </w:r>
      <w:r>
        <w:t>aap ko shikayat se free rakhna hai apne aap ko. kyunke shikayat se free nahi rakhenge toh aap dawat nahi kar sakte.</w:t>
      </w:r>
    </w:p>
    <w:p>
      <w:pPr>
        <w:jc w:val="right"/>
      </w:pPr>
      <w:r>
        <w:t>آپ کو شکایت سے فری رکھنا ہے اپنے آپ کو۔ کیونکہ شکایت سے فری نہیں رکھیں گے تو آپ دعوت نہیں کر سکتے۔</w:t>
      </w:r>
    </w:p>
    <w:p>
      <w:r>
        <w:rPr>
          <w:b/>
        </w:rPr>
        <w:t xml:space="preserve">[22:20] </w:t>
      </w:r>
      <w:r>
        <w:t>isi liye Quran mein hai ke إِنَّي لَكُمْ نَاصِرٌ ۔ Paighambar ne kaha tha ke إِنَّي لَكُمْ نَاصِرٌ ۔ main tumhara khairkhwah hoon. jab aap khairkhwah honge dil se, tab hi aap dawat kar sakte hain.</w:t>
      </w:r>
    </w:p>
    <w:p>
      <w:pPr>
        <w:jc w:val="right"/>
      </w:pPr>
      <w:r>
        <w:t>اسی لیے قرآن میں ہے کہ إِنَّي لِكُمْ نَاصِرٌ ۔ پیغمبر نے کہا تھا کہ إِنَّي لِكُمْ نَاصِرٌ ۔ میں تمہارا خیر خواہ ہوں۔ جب آپ خیر خواہ ہوں گے دل سے، تب ہی آپ دعوت کر سکتے ہیں۔</w:t>
      </w:r>
    </w:p>
    <w:p>
      <w:r>
        <w:rPr>
          <w:b/>
        </w:rPr>
        <w:t xml:space="preserve">[22:34] </w:t>
      </w:r>
      <w:r>
        <w:t>agar aap doosron ko dushman samjhein, un se shikayat liye hue hon, un se nafrat karte hon, toh phir dawat</w:t>
      </w:r>
    </w:p>
    <w:p>
      <w:pPr>
        <w:jc w:val="right"/>
      </w:pPr>
      <w:r>
        <w:t>اگر آپ دوسروں کو دشمن سمجھیں، ان سے شکایت لیے ہوئے ہوں، ان سے نفرت کرتے ہوں، تو پھر دع</w:t>
      </w:r>
    </w:p>
    <w:p>
      <w:r>
        <w:rPr>
          <w:b/>
        </w:rPr>
        <w:t xml:space="preserve">[22:41] </w:t>
      </w:r>
      <w:r>
        <w:t>kahan? toh إِنَّي لَكُمْ نَاصِرٌ ۔ ka matlab yeh hai ke hum ko doosre logon ka bohat zyada khairkhwah banna hai, well-wisher banna hai.</w:t>
      </w:r>
    </w:p>
    <w:p>
      <w:pPr>
        <w:jc w:val="right"/>
      </w:pPr>
      <w:r>
        <w:t>وت کہاں؟ تو إِنَّي لِكُمْ نَاصِرٌ ۔ کا مطلب یہ ہے کہ ہم کو دوسرے لوگوں کا بہت زیادہ خیر خواہ بننا ہے، ولویشر بننا ہے۔</w:t>
      </w:r>
    </w:p>
    <w:p>
      <w:r>
        <w:rPr>
          <w:b/>
        </w:rPr>
        <w:t xml:space="preserve">[22:56] </w:t>
      </w:r>
      <w:r>
        <w:t>tab ja kar aisa hoga ke hum doosron ko dawat pahunchayenge.</w:t>
      </w:r>
    </w:p>
    <w:p>
      <w:pPr>
        <w:jc w:val="right"/>
      </w:pPr>
      <w:r>
        <w:t>تب جا کر ایسا ہوگا کہ ہم دوسروں کو دعوت پہنچائیں گے۔</w:t>
      </w:r>
    </w:p>
    <w:p>
      <w:r>
        <w:rPr>
          <w:b/>
        </w:rPr>
        <w:t xml:space="preserve">[23:00] </w:t>
      </w:r>
      <w:r>
        <w:t>jaise aap jante hain ke business ki duniya mein kaha jata hai ke business ka jo culture hai, woh hai customer friendly culture.</w:t>
      </w:r>
    </w:p>
    <w:p>
      <w:pPr>
        <w:jc w:val="right"/>
      </w:pPr>
      <w:r>
        <w:t>جیسے آپ جانتے ہیں کہ بزنس کی دنیا میں کہا جاتا ہے کہ بزنس کا جو کلچر ہے، وہ ہے کسٹمر فرینڈلی کلچر۔</w:t>
      </w:r>
    </w:p>
    <w:p>
      <w:r>
        <w:rPr>
          <w:b/>
        </w:rPr>
        <w:t xml:space="preserve">[23:12] </w:t>
      </w:r>
      <w:r>
        <w:t>customer friendly culture. agar customer friendly culture hai, tabhi to business kar pata hai aadmi. agar aap customer se nafrat karein, customer ko apna dushman samjhein, to aap business nahi kar sakte.</w:t>
      </w:r>
    </w:p>
    <w:p>
      <w:pPr>
        <w:jc w:val="right"/>
      </w:pPr>
      <w:r>
        <w:t>کسٹمر فرینڈلی کلچر۔ اگر کسٹمر فرینڈلی کلچر ہے، تبھی تو بزنس کر پاتا ہے آدمی۔ اگر آپ کسٹمر سے نفرت کریں، کسٹمر کو اپنا دشمن سمجھیں، تو آپ بزنس نہیں کر سکتے۔</w:t>
      </w:r>
    </w:p>
    <w:p>
      <w:r>
        <w:rPr>
          <w:b/>
        </w:rPr>
        <w:t xml:space="preserve">[23:29] </w:t>
      </w:r>
      <w:r>
        <w:t>is liye aap agar business ki line mein hain to aap ko customer friendly banna parta hai. aise hi aap ko jab dawat dena hai, quran puri ki puri kitab dawat hai.</w:t>
      </w:r>
    </w:p>
    <w:p>
      <w:pPr>
        <w:jc w:val="right"/>
      </w:pPr>
      <w:r>
        <w:t>اس لیے آپ اگر بزنس کی لائن میں ہیں تو آپ کو کسٹمر فرینڈلی بننا پڑتا ہے۔ ایسے ہی آپ کو جب دعوت دینا ہے، قرآن پوری کی پوری کتاب دعوت ہے۔</w:t>
      </w:r>
    </w:p>
    <w:p>
      <w:r>
        <w:rPr>
          <w:b/>
        </w:rPr>
        <w:t xml:space="preserve">[23:43] </w:t>
      </w:r>
      <w:r>
        <w:t>quran kehta hai ke doosron ko dawat pahunchao. quran pahunchao. nazal al furqana ala abdihi li yakuna lil alameen nazeera.</w:t>
      </w:r>
    </w:p>
    <w:p>
      <w:pPr>
        <w:jc w:val="right"/>
      </w:pPr>
      <w:r>
        <w:t>قرآن کہتا ہے کہ دوسروں کو دعوت پہنچاؤ۔ قرآن پہنچاؤ۔ نَزَّلَ الْفُرْقَانَ عَلَى عَبْدِهِ لِيَكُونَ لِلْعَالَمِينَ نَذِيرًا ۔</w:t>
      </w:r>
    </w:p>
    <w:p>
      <w:r>
        <w:rPr>
          <w:b/>
        </w:rPr>
        <w:t xml:space="preserve">[23:55] </w:t>
      </w:r>
      <w:r>
        <w:t>ke quran is liye utra hai ke sare alam tak is ko pahunchaya jaye.</w:t>
      </w:r>
    </w:p>
    <w:p>
      <w:pPr>
        <w:jc w:val="right"/>
      </w:pPr>
      <w:r>
        <w:t>کہ قرآن اس لیے اترا ہے کہ سارے عالم تک اس کو پہنچایا جائے۔</w:t>
      </w:r>
    </w:p>
    <w:p>
      <w:r>
        <w:rPr>
          <w:b/>
        </w:rPr>
        <w:t xml:space="preserve">[24:02] </w:t>
      </w:r>
      <w:r>
        <w:t>sare quran is liye utra hai ke is ko sare alam tak pahunchaya jaye. to aap ko sare alam ka khair khwah banna parega. jis tarah businessman customer friendly hota hai, aise hi aap ko insan friendly banna parega.</w:t>
      </w:r>
    </w:p>
    <w:p>
      <w:pPr>
        <w:jc w:val="right"/>
      </w:pPr>
      <w:r>
        <w:t>سارے قرآن اس لیے اترا ہے کہ اس کو سارے عالم تک پہنچایا جائے۔ تو آپ کو سارے عالم کا خیر خواہ بننا پڑے گا۔ جس طرح بزنس مین کسٹمر فرینڈلی ہوتا ہے، ایسے ہی آپ کو انسان فرینڈلی بننا پڑے گا۔</w:t>
      </w:r>
    </w:p>
    <w:p>
      <w:r>
        <w:rPr>
          <w:b/>
        </w:rPr>
        <w:t xml:space="preserve">[24:21] </w:t>
      </w:r>
      <w:r>
        <w:t>businessman ko apna saman bechna hai, is liye wo customer friendly ban jata hai.</w:t>
      </w:r>
    </w:p>
    <w:p>
      <w:pPr>
        <w:jc w:val="right"/>
      </w:pPr>
      <w:r>
        <w:t>بزنس مین کو اپنا سامان بیچنا ہے، اس لیے وہ کسٹمر فرینڈلی بن جاتا ہے۔</w:t>
      </w:r>
    </w:p>
    <w:p>
      <w:r>
        <w:rPr>
          <w:b/>
        </w:rPr>
        <w:t xml:space="preserve">[24:27] </w:t>
      </w:r>
      <w:r>
        <w:t>aap ko sare alam ko Allah ka paigham pahunchana hai, quran pahunchana hai, Allah ki kitab pahunchana hai. to aap ko insan friendly banna parega.</w:t>
      </w:r>
    </w:p>
    <w:p>
      <w:pPr>
        <w:jc w:val="right"/>
      </w:pPr>
      <w:r>
        <w:t>آپ کو سارے عالم کو اللہ کا پیغام پہنچانا ہے، قرآن پہنچانا ہے، اللہ کی کتاب پہنچانا ہے۔ تو آپ کو انسان فرینڈلی بننا پڑے گا۔</w:t>
      </w:r>
    </w:p>
    <w:p>
      <w:r>
        <w:rPr>
          <w:b/>
        </w:rPr>
        <w:t xml:space="preserve">[24:41] </w:t>
      </w:r>
      <w:r>
        <w:t>lekin bas wo ayatein padh liya aur unhone ke jang karo, to bas isi ko le liya ke ye ye hai quran.</w:t>
      </w:r>
    </w:p>
    <w:p>
      <w:pPr>
        <w:jc w:val="right"/>
      </w:pPr>
      <w:r>
        <w:t>لیکن بس وہ آیتیں پڑھ لیا اور انہوں نے کہ جنگ کرو، تو بس اسی کو لے لیا کہ یہ یہ ہے قرآن۔</w:t>
      </w:r>
    </w:p>
    <w:p>
      <w:r>
        <w:rPr>
          <w:b/>
        </w:rPr>
        <w:t xml:space="preserve">[24:51] </w:t>
      </w:r>
      <w:r>
        <w:t>wo is zamane mein jo tribal culture tha, us zamane mein jo logon ne rasool Allah par attack kiya, us zamane mein jangain chiri, un ke bare mein hai.</w:t>
      </w:r>
    </w:p>
    <w:p>
      <w:pPr>
        <w:jc w:val="right"/>
      </w:pPr>
      <w:r>
        <w:t>وہ اس زمانے میں جو ٹرائبل کلچر تھا، اس زمانے میں جو لوگوں نے رسول اللہ پر اٹیک کیا، اس زمانے میں جنگیں چھڑی، ان کے بارے میں ہے۔</w:t>
      </w:r>
    </w:p>
    <w:p>
      <w:r>
        <w:rPr>
          <w:b/>
        </w:rPr>
        <w:t xml:space="preserve">[25:02] </w:t>
      </w:r>
      <w:r>
        <w:t>aaj to kon aap ko jang chher raha hai? kon aap ko maar raha hai? ab to freedom ka zamana hai, democracy ka zamana hai, peace ka zamana hai.</w:t>
      </w:r>
    </w:p>
    <w:p>
      <w:pPr>
        <w:jc w:val="right"/>
      </w:pPr>
      <w:r>
        <w:t>آج تو کون آپ کو جنگ چھڑ رہا ہے؟ کون آپ کو مار رہا ہے؟ اب تو فریڈم کا زمانہ ہے، ڈیموکریسی کا زمانہ ہے، پیس کا زمانہ ہے۔</w:t>
      </w:r>
    </w:p>
    <w:p>
      <w:r>
        <w:rPr>
          <w:b/>
        </w:rPr>
        <w:t xml:space="preserve">[25:13] </w:t>
      </w:r>
      <w:r>
        <w:t>ab jo karna hai aap ko, wo ye hai ke aap ko insan friendly banna hai.</w:t>
      </w:r>
    </w:p>
    <w:p>
      <w:pPr>
        <w:jc w:val="right"/>
      </w:pPr>
      <w:r>
        <w:t>اب جو کرنا ہے آپ کو، وہ یہ ہے کہ آپ کو انسان فرینڈلی بننا ہے۔</w:t>
      </w:r>
    </w:p>
    <w:p>
      <w:r>
        <w:rPr>
          <w:b/>
        </w:rPr>
        <w:t xml:space="preserve">[25:18] </w:t>
      </w:r>
      <w:r>
        <w:t>quran ko, Allah ki kitab ko, Allah ke paigham ko sare alam tak pahunchana hai.</w:t>
      </w:r>
    </w:p>
    <w:p>
      <w:pPr>
        <w:jc w:val="right"/>
      </w:pPr>
      <w:r>
        <w:t>قرآن کو، اللہ کی کتاب کو، اللہ کے پیغام کو سارے عالم تک پہنچانا ہے۔</w:t>
      </w:r>
    </w:p>
    <w:p>
      <w:r>
        <w:rPr>
          <w:b/>
        </w:rPr>
        <w:t xml:space="preserve">[25:28] </w:t>
      </w:r>
      <w:r>
        <w:t>to jab tak musalman quran ko applied way mein daryaft nahi karenge, us waqt quran un ke liye book of guidance nahi banega.</w:t>
      </w:r>
    </w:p>
    <w:p>
      <w:pPr>
        <w:jc w:val="right"/>
      </w:pPr>
      <w:r>
        <w:t>تو جب تک مسلمان قرآن کو اپلائیڈ وے میں دریافت نہیں کریں گے، اس وقت قرآن ان کے لیے بک آف گائیڈنس نہیں بنے گا۔</w:t>
      </w:r>
    </w:p>
    <w:p>
      <w:r>
        <w:rPr>
          <w:b/>
        </w:rPr>
        <w:t xml:space="preserve">[25:43] </w:t>
      </w:r>
      <w:r>
        <w:t>sirf wo ek book of blessing bana bana rahega,</w:t>
      </w:r>
    </w:p>
    <w:p>
      <w:pPr>
        <w:jc w:val="right"/>
      </w:pPr>
      <w:r>
        <w:t>صرف وہ ایک بک آف بلیسنگ بنا بنا رہے گا،</w:t>
      </w:r>
    </w:p>
    <w:p>
      <w:r>
        <w:rPr>
          <w:b/>
        </w:rPr>
        <w:t xml:space="preserve">[25:47] </w:t>
      </w:r>
      <w:r>
        <w:t>barkat ki kitab. is se zyada aur kuch bhi nahi.</w:t>
      </w:r>
    </w:p>
    <w:p>
      <w:pPr>
        <w:jc w:val="right"/>
      </w:pPr>
      <w:r>
        <w:t>برکت کی کتاب۔ اس سے زیادہ اور کچھ بھی نہیں۔</w:t>
      </w:r>
    </w:p>
    <w:p>
      <w:r>
        <w:rPr>
          <w:b/>
        </w:rPr>
        <w:t xml:space="preserve">[25:53] </w:t>
      </w:r>
      <w:r>
        <w:t>to yaad rakhiye, quran agar barkat ki kitab ke taur par aap lein to quran ko aap ne paya nahi, quran ke chhilke ko paya aap ne, is magz ko nahi paya.</w:t>
      </w:r>
    </w:p>
    <w:p>
      <w:pPr>
        <w:jc w:val="right"/>
      </w:pPr>
      <w:r>
        <w:t>تو یاد رکھیے، قرآن اگر برکت کی کتاب کے طور پر آپ لیں تو قرآن کو آپ نے پایا نہیں، قرآن کے چھلکے کو پایا آپ نے، اس مغز کو نہیں پایا۔</w:t>
      </w:r>
    </w:p>
    <w:p>
      <w:r>
        <w:rPr>
          <w:b/>
        </w:rPr>
        <w:t xml:space="preserve">[26:07] </w:t>
      </w:r>
      <w:r>
        <w:t>agar aap quran ko barkat ki kitab ke taur par lein to aap ne quran ke chhilke ko paya, is ke magz ko nahi paya.</w:t>
      </w:r>
    </w:p>
    <w:p>
      <w:pPr>
        <w:jc w:val="right"/>
      </w:pPr>
      <w:r>
        <w:t>اگر آپ قرآن کو برکت کی کتاب کے طور پر لیں تو آپ نے قرآن کے چھلکے کو پایا، اس کے مغز کو نہیں پایا۔</w:t>
      </w:r>
    </w:p>
    <w:p>
      <w:r>
        <w:rPr>
          <w:b/>
        </w:rPr>
        <w:t xml:space="preserve">[26:17] </w:t>
      </w:r>
      <w:r>
        <w:t>jaise badam hai, badam mein is ka ek chhilka hota hai, ek is ke andar magz hota hai. to aap aap ko is ke chhilke se mile, magz na mile, aise hi ho jayega ke quran ke alfaz milenge aur quran ka jo asal, jo is ka jo khazana hai, us se aap bekhabar rahenge.</w:t>
      </w:r>
    </w:p>
    <w:p>
      <w:pPr>
        <w:jc w:val="right"/>
      </w:pPr>
      <w:r>
        <w:t>جیسے بادام ہے، بادام میں اس کا ایک چھلکا ہوتا ہے، ایک اس کے اندر مغز ہوتا ہے۔ تو آپ آپ کو اس کے چھلکے سے ملے، مغز نہ ملے، ایسے ہی ہو جائے گا کہ قرآن کے الفاظ ملیں گے اور قرآن کا جو اصل، جو اس کا جو خزانہ ہے، اس سے آپ بے خبر رہیں گے۔</w:t>
      </w:r>
    </w:p>
    <w:p>
      <w:r>
        <w:rPr>
          <w:b/>
        </w:rPr>
        <w:t xml:space="preserve">[26:42] </w:t>
      </w:r>
      <w:r>
        <w:t>to quran ki jo history hai, yani jo shan e nazool ya asbab e nazool jo hain, quran ki riwayatein hain, wo is liye hain ke hum ye samjhein ke jab quran utra, us waqt kya halaat the aur un halaat ke aitbar se quran ne un ko kya hidayat di.</w:t>
      </w:r>
    </w:p>
    <w:p>
      <w:pPr>
        <w:jc w:val="right"/>
      </w:pPr>
      <w:r>
        <w:t>تو قرآن کی جو ہسٹری ہے، یعنی جو شان نزول یا اسباب نزول جو ہیں، قرآن کی روایتیں ہیں، وہ اس لیے ہیں کہ ہم یہ سمجھیں کہ جب قرآن اترا، اس وقت کیا حالات تھے اور ان حالات کے اعتبار سے قرآن نے ان کو کیا ہدایت دی۔</w:t>
      </w:r>
    </w:p>
    <w:p>
      <w:r>
        <w:rPr>
          <w:b/>
        </w:rPr>
        <w:t xml:space="preserve">[27:03] </w:t>
      </w:r>
      <w:r>
        <w:t>to ise aisa sense lena padega, sense is is sense ko le kar ke aaj ko aaj aap apply karna hoga.</w:t>
      </w:r>
    </w:p>
    <w:p>
      <w:pPr>
        <w:jc w:val="right"/>
      </w:pPr>
      <w:r>
        <w:t>تو اسے ایسا سینس لینا پڑے گا، سینس اس اس سینس کو لے کر کے آج کو آج آپ اپلائی کرنا ہوگا۔</w:t>
      </w:r>
    </w:p>
    <w:p>
      <w:r>
        <w:rPr>
          <w:b/>
        </w:rPr>
        <w:t xml:space="preserve">[27:13] </w:t>
      </w:r>
      <w:r>
        <w:t>yani shan e nazool ki riwayaton se jo hum lenge, is ka is ka sense lenge. is sense ko hum aaj apply karenge.</w:t>
      </w:r>
    </w:p>
    <w:p>
      <w:pPr>
        <w:jc w:val="right"/>
      </w:pPr>
      <w:r>
        <w:t>یعنی شان نزول کی روایتوں سے جو ہم لیں گے، اس کا اس کا سینس لیں گے۔ اس سینس کو ہم آج اپلائی کریں گے۔</w:t>
      </w:r>
    </w:p>
    <w:p>
      <w:r>
        <w:rPr>
          <w:b/>
        </w:rPr>
        <w:t xml:space="preserve">[27:25] </w:t>
      </w:r>
      <w:r>
        <w:t>is mein mein ek baat arz karoon ke quran par is yani zyada aqli taur par ghor o fikar karna ko log bura samajhte hain ke nahi nahi, bas quran pe kuch socho mat, is ko khali is ke ehtiram karna kafi hai,</w:t>
      </w:r>
    </w:p>
    <w:p>
      <w:pPr>
        <w:jc w:val="right"/>
      </w:pPr>
      <w:r>
        <w:t>اس میں میں ایک بات عرض کروں کہ قرآن پر اس یعنی زیادہ عقلی طور پر غور و فکر کرنا کو لوگ برا سمجھتے ہیں کہ نہیں نہیں، بس قرآن پہ کچھ سوچو مت، اس کو خالی اس کے احترام کرنا کافی ہے،</w:t>
      </w:r>
    </w:p>
    <w:p>
      <w:r>
        <w:rPr>
          <w:b/>
        </w:rPr>
        <w:t xml:space="preserve">[27:42] </w:t>
      </w:r>
      <w:r>
        <w:t>is ko chumna, is ko ehtiram karna, is ko oopar rakhna aur is ko zyada sochne ko samajhte hain ke ye koi koi gumrahi ki baat hai.</w:t>
      </w:r>
    </w:p>
    <w:p>
      <w:pPr>
        <w:jc w:val="right"/>
      </w:pPr>
      <w:r>
        <w:t>اس کو چومنا، اس کو احترام کرنا، اس کو اوپر رکھنا اور اس کو زیادہ سوچنے کو سمجھتے ہیں کہ یہ کوئی کوئی گمراہی کی بات ہے۔</w:t>
      </w:r>
    </w:p>
    <w:p>
      <w:r>
        <w:rPr>
          <w:b/>
        </w:rPr>
        <w:t xml:space="preserve">[27:53] </w:t>
      </w:r>
      <w:r>
        <w:t>aisa hargiz nahi hai. ye baat kahan se chali? asal mein ek hadith hai, is hadith ka galat mafhoom liya gaya. ek hadith hai ke man fassar al quran bir ra'yihi fa qad asaba faqad akhta'a man</w:t>
      </w:r>
    </w:p>
    <w:p>
      <w:pPr>
        <w:jc w:val="right"/>
      </w:pPr>
      <w:r>
        <w:t>ایسا ہرگز نہیں ہے۔ یہ بات کہاں سے چلی؟ اصل میں ایک حدیث ہے، اس حدیث کا غلط مفہوم لیا گیا۔ ایک حدیث ہے کہ من فسر القرآن براہ فاصاب فقط اخطا من</w:t>
      </w:r>
    </w:p>
    <w:p>
      <w:r>
        <w:rPr>
          <w:b/>
        </w:rPr>
        <w:t xml:space="preserve">[28:13] </w:t>
      </w:r>
      <w:r>
        <w:t>fassar al quran bir ra'yihi fa qad asaba faqad akhta'a. jis aadmi ne quran ki tafseer ki apni rai se</w:t>
      </w:r>
    </w:p>
    <w:p>
      <w:pPr>
        <w:jc w:val="right"/>
      </w:pPr>
      <w:r>
        <w:t>فسر القرآن براہ فاصاب فقط اخطا۔ جس آدمی نے قرآن کی تفسیر کی اپنی رائے سے</w:t>
      </w:r>
    </w:p>
    <w:p>
      <w:r>
        <w:rPr>
          <w:b/>
        </w:rPr>
        <w:t xml:space="preserve">[28:26] </w:t>
      </w:r>
      <w:r>
        <w:t>aur sahih tafseer ki, tab bhi is ne ghalati ki to woh samajhte hain ke nahi nahi, quran ke bare mein kuch mat socho, bas is ka tarjuma padh lo.</w:t>
      </w:r>
    </w:p>
    <w:p>
      <w:pPr>
        <w:jc w:val="right"/>
      </w:pPr>
      <w:r>
        <w:t>اور صحیح تفسیر کی، تب بھی اس نے غلطی کی تو وہ سمجھتے ہیں کہ نہیں نہیں، قرآن کے بارے میں کچھ مت سوچو، بس اس کا ترجمہ پڑھ لو۔</w:t>
      </w:r>
    </w:p>
    <w:p>
      <w:r>
        <w:rPr>
          <w:b/>
        </w:rPr>
        <w:t xml:space="preserve">[28:36] </w:t>
      </w:r>
      <w:r>
        <w:t>yeh hargiz is hadith ka matlab nahi hai.</w:t>
      </w:r>
    </w:p>
    <w:p>
      <w:pPr>
        <w:jc w:val="right"/>
      </w:pPr>
      <w:r>
        <w:t>یہ ہرگز اس حدیث کا مطلب نہیں ہے۔</w:t>
      </w:r>
    </w:p>
    <w:p>
      <w:r>
        <w:rPr>
          <w:b/>
        </w:rPr>
        <w:t xml:space="preserve">[28:40] </w:t>
      </w:r>
      <w:r>
        <w:t>aam taur par yeh tassar ban gaya hai ke quran ka bas tarjuma padh lo, is se zyada mat apni aql ko is mein istemal karo. is ko rizq samajhte hain.</w:t>
      </w:r>
    </w:p>
    <w:p>
      <w:pPr>
        <w:jc w:val="right"/>
      </w:pPr>
      <w:r>
        <w:t>عام طور پر یہ تاثر بن گیا ہے کہ قرآن کا بس ترجمہ پڑھ لو، اس سے زیادہ مت اپنی عقل کو اس میں استعمال کرو۔ اس کو رزق سمجھتے ہیں۔</w:t>
      </w:r>
    </w:p>
    <w:p>
      <w:r>
        <w:rPr>
          <w:b/>
        </w:rPr>
        <w:t xml:space="preserve">[28:50] </w:t>
      </w:r>
      <w:r>
        <w:t>rizq aisa hargiz nahi hai. dekhen, yeh jo hadith hai, is ka matlab hai ke aap sincere na hon,</w:t>
      </w:r>
    </w:p>
    <w:p>
      <w:pPr>
        <w:jc w:val="right"/>
      </w:pPr>
      <w:r>
        <w:t>رزق ایسا ہرگز نہیں ہے۔ دیکھیں، یہ جو حدیث ہے، اس کا مطلب ہے کہ آپ سنسیئر نہ ہوں،</w:t>
      </w:r>
    </w:p>
    <w:p>
      <w:r>
        <w:rPr>
          <w:b/>
        </w:rPr>
        <w:t xml:space="preserve">[29:04] </w:t>
      </w:r>
      <w:r>
        <w:t>aap study na karen, jo is ke resources hain, is ko na padhen,</w:t>
      </w:r>
    </w:p>
    <w:p>
      <w:pPr>
        <w:jc w:val="right"/>
      </w:pPr>
      <w:r>
        <w:t>آپ اسٹڈی نہ کریں، جو اس کے ریسورسز ہیں، اس کو نہ پڑھیں،</w:t>
      </w:r>
    </w:p>
    <w:p>
      <w:r>
        <w:rPr>
          <w:b/>
        </w:rPr>
        <w:t xml:space="preserve">[29:12] </w:t>
      </w:r>
      <w:r>
        <w:t>ab is ko poori tarike se is ki is ki tehqeeq na karen, bas kursi pe baithe hue yun hi bol rahe hain, kuch bhi jo munh mein aata hai.</w:t>
      </w:r>
    </w:p>
    <w:p>
      <w:pPr>
        <w:jc w:val="right"/>
      </w:pPr>
      <w:r>
        <w:t>اب اس کو پوری طریقے سے اس کی اس کی تحقیق نہ کریں، بس کرسی پہ بیٹھے ہوئے یوں ہی بول رہے ہیں، کچھ بھی جو منہ میں آتا ہے۔</w:t>
      </w:r>
    </w:p>
    <w:p>
      <w:r>
        <w:rPr>
          <w:b/>
        </w:rPr>
        <w:t xml:space="preserve">[29:25] </w:t>
      </w:r>
      <w:r>
        <w:t>to quran ko ki tafseer karne ke do tareeqe hain.</w:t>
      </w:r>
    </w:p>
    <w:p>
      <w:pPr>
        <w:jc w:val="right"/>
      </w:pPr>
      <w:r>
        <w:t>تو قرآن کو کی تفسیر کرنے کے دو طریقے ہیں۔</w:t>
      </w:r>
    </w:p>
    <w:p>
      <w:r>
        <w:rPr>
          <w:b/>
        </w:rPr>
        <w:t xml:space="preserve">[29:29] </w:t>
      </w:r>
      <w:r>
        <w:t>ek tareeqa yeh hai ke aap kuch speeded, speeding knowledge aap ko hai arabi mein, speeding knowledge, aur bas kuch ayat padhi aur lage taqreer karne hain is ko le kar.</w:t>
      </w:r>
    </w:p>
    <w:p>
      <w:pPr>
        <w:jc w:val="right"/>
      </w:pPr>
      <w:r>
        <w:t>ایک طریقہ یہ ہے کہ آپ کچھ اسپیٹڈ، اسپیڈنگ نالج آپ کو ہے عربی میں، اسپیڈنگ نالج، اور بس کچھ آیت پڑھی اور لگے تقریر کرنے ہیں اس کو لے کر۔</w:t>
      </w:r>
    </w:p>
    <w:p>
      <w:r>
        <w:rPr>
          <w:b/>
        </w:rPr>
        <w:t xml:space="preserve">[29:42] </w:t>
      </w:r>
      <w:r>
        <w:t>ek yeh hai ke aap arabi zaban achhi tarike se aboor hasil karen,</w:t>
      </w:r>
    </w:p>
    <w:p>
      <w:pPr>
        <w:jc w:val="right"/>
      </w:pPr>
      <w:r>
        <w:t>ایک یہ ہے کہ آپ عربی زبان اچھی طریقے سے عبور حاصل کریں،</w:t>
      </w:r>
    </w:p>
    <w:p>
      <w:r>
        <w:rPr>
          <w:b/>
        </w:rPr>
        <w:t xml:space="preserve">[29:51] </w:t>
      </w:r>
      <w:r>
        <w:t>phir aap tafseeron ko padhen, poora chhan been karen ke quran kin halaat mein utra, sare background ko janen, aur phir sare tehqeeq ke baad aap poori yani sincerity ke sath ek rai qaim karen.</w:t>
      </w:r>
    </w:p>
    <w:p>
      <w:pPr>
        <w:jc w:val="right"/>
      </w:pPr>
      <w:r>
        <w:t>پھر آپ تفسیروں کو پڑھیں، پورا چھان بین کریں کہ قرآن کن حالات میں اترا، سارے بیک گراؤنڈ کو جانیں، اور پھر سارے تحقیق کے بعد آپ پوری یعنی سنسیئرٹی کے ساتھ ایک رائے قائم کریں۔</w:t>
      </w:r>
    </w:p>
    <w:p>
      <w:r>
        <w:rPr>
          <w:b/>
        </w:rPr>
        <w:t xml:space="preserve">[30:11] </w:t>
      </w:r>
      <w:r>
        <w:t>to woh to ain matloob hai, woh to bilkul zaroori hai.</w:t>
      </w:r>
    </w:p>
    <w:p>
      <w:pPr>
        <w:jc w:val="right"/>
      </w:pPr>
      <w:r>
        <w:t>تو وہ تو عین مطلوب ہے، وہ تو بالکل ضروری ہے۔</w:t>
      </w:r>
    </w:p>
    <w:p>
      <w:r>
        <w:rPr>
          <w:b/>
        </w:rPr>
        <w:t xml:space="preserve">[30:15] </w:t>
      </w:r>
      <w:r>
        <w:t>to jis jis roka gaya hai, woh yeh hai ke aap aap mamooli knowledge aap ko aap spatter rahoon arabi ki zaban mein aur kuch zyada tehqeeq na karen, logon se kuch istifada na karen, bas le ke lage bolne, taqreer karne.</w:t>
      </w:r>
    </w:p>
    <w:p>
      <w:pPr>
        <w:jc w:val="right"/>
      </w:pPr>
      <w:r>
        <w:t>تو جس جس روکا گیا ہے، وہ یہ ہے کہ آپ آپ معمولی نالج آپ کو آپ اسپیٹر رہوں عربی کی زبان میں اور کچھ زیادہ تحقیق نہ کریں، لوگوں سے کچھ استفادہ نہ کریں، بس لے کے لگے بولنے، تقریر کرنے۔</w:t>
      </w:r>
    </w:p>
    <w:p>
      <w:r>
        <w:rPr>
          <w:b/>
        </w:rPr>
        <w:t xml:space="preserve">[30:36] </w:t>
      </w:r>
      <w:r>
        <w:t>jis ko kehte hain angrezi mein tautol</w:t>
      </w:r>
    </w:p>
    <w:p>
      <w:pPr>
        <w:jc w:val="right"/>
      </w:pPr>
      <w:r>
        <w:t>جس کو کہتے ہیں انگریزی میں ٹاٹول</w:t>
      </w:r>
    </w:p>
    <w:p>
      <w:r>
        <w:rPr>
          <w:b/>
        </w:rPr>
        <w:t xml:space="preserve">[30:38] </w:t>
      </w:r>
      <w:r>
        <w:t>ogy. to tautology ghalat hai, lekin research karna, tehqeeq karna, aur sincerity, poore sincere bankar ke is ko samajhne ki koshish karna, phir bolna, woh to bilkul sawab ki kaam hai.</w:t>
      </w:r>
    </w:p>
    <w:p>
      <w:pPr>
        <w:jc w:val="right"/>
      </w:pPr>
      <w:r>
        <w:t>وجی۔ تو ٹاٹولوجی غلط ہے، لیکن ریسرچ کرنا، تحقیق کرنا، اور سنسیئرٹی، پورے سنسیئر بن کر کے اس کو سمجھنے کی کوشش کرنا، پھر بولنا، وہ تو بالکل ثواب کی کام ہے۔</w:t>
      </w:r>
    </w:p>
    <w:p>
      <w:r>
        <w:rPr>
          <w:b/>
        </w:rPr>
        <w:t xml:space="preserve">[30:57] </w:t>
      </w:r>
      <w:r>
        <w:t>to quran ko zaroor aap</w:t>
      </w:r>
    </w:p>
    <w:p>
      <w:pPr>
        <w:jc w:val="right"/>
      </w:pPr>
      <w:r>
        <w:t>تو قرآن کو ضرور آپ</w:t>
      </w:r>
    </w:p>
    <w:p>
      <w:r>
        <w:rPr>
          <w:b/>
        </w:rPr>
        <w:t xml:space="preserve">[31:02] </w:t>
      </w:r>
      <w:r>
        <w:t>aql ko istemal kar ke sochein,</w:t>
      </w:r>
    </w:p>
    <w:p>
      <w:pPr>
        <w:jc w:val="right"/>
      </w:pPr>
      <w:r>
        <w:t>عقل کو استعمال کر کے سوچیے،</w:t>
      </w:r>
    </w:p>
    <w:p>
      <w:r>
        <w:rPr>
          <w:b/>
        </w:rPr>
        <w:t xml:space="preserve">[31:05] </w:t>
      </w:r>
      <w:r>
        <w:t>yeh hargiz is mein koi ghalati nahi hai, balke yeh ain sawab hai. aql ko jab istemal karenge, tabhi aap quran ki gehrai ko samajh paayenge.</w:t>
      </w:r>
    </w:p>
    <w:p>
      <w:pPr>
        <w:jc w:val="right"/>
      </w:pPr>
      <w:r>
        <w:t>یہ ہرگز اس میں کوئی غلطی نہیں ہے، بلکہ یہ عین ثواب ہے۔ عقل کو جب استعمال کریں گے، تبھی آپ قرآن کی گہرائی کو سمجھ پائیں گے۔</w:t>
      </w:r>
    </w:p>
    <w:p>
      <w:r>
        <w:rPr>
          <w:b/>
        </w:rPr>
        <w:t xml:space="preserve">[31:18] </w:t>
      </w:r>
      <w:r>
        <w:t>allah taala ne aql is liye di hai ke baaton ko gehrai mein samajhne ki koshish ki jaye. aql is liye di gayi hai.</w:t>
      </w:r>
    </w:p>
    <w:p>
      <w:pPr>
        <w:jc w:val="right"/>
      </w:pPr>
      <w:r>
        <w:t>اللہ تعالیٰ نے عقل اس لیے دی ہے کہ باتوں کو گہرائی میں سمجھنے کی کوشش کی جائے۔ عقل اس لیے دی گئی ہے۔</w:t>
      </w:r>
    </w:p>
    <w:p>
      <w:r>
        <w:rPr>
          <w:b/>
        </w:rPr>
        <w:t xml:space="preserve">[31:28] </w:t>
      </w:r>
      <w:r>
        <w:t>logon ka haal yeh hai ke woh apne dunya ke mamlaat mein to khoob aql ko istemal karte hain,</w:t>
      </w:r>
    </w:p>
    <w:p>
      <w:pPr>
        <w:jc w:val="right"/>
      </w:pPr>
      <w:r>
        <w:t>لوگوں کا حال یہ ہے کہ وہ اپنے دنیا کے معاملات میں تو خوب عقل کو استعمال کرتے ہیں،</w:t>
      </w:r>
    </w:p>
    <w:p>
      <w:r>
        <w:rPr>
          <w:b/>
        </w:rPr>
        <w:t xml:space="preserve">[31:35] </w:t>
      </w:r>
      <w:r>
        <w:t>logon ke worldly affairs hain, dunya ke mamlaat, is mein to aql ko khoob istemal karte hain, aur jahan quran o hadith ka mamla ho to kahein ke nahi nahi nahi, is mein hamein zyada door nahi jana hai.</w:t>
      </w:r>
    </w:p>
    <w:p>
      <w:pPr>
        <w:jc w:val="right"/>
      </w:pPr>
      <w:r>
        <w:t>لوگوں کے ورلڈلی افیئرز ہیں، دنیا کے معاملات، اس میں تو عقل کو خوب استعمال کرتے ہیں، اور جہاں قرآن و حدیث کا معاملہ ہو تو کہیں کہ نہیں نہیں نہیں، اس میں ہمیں زیادہ دور نہیں جانا ہے۔</w:t>
      </w:r>
    </w:p>
    <w:p>
      <w:r>
        <w:rPr>
          <w:b/>
        </w:rPr>
        <w:t xml:space="preserve">[31:49] </w:t>
      </w:r>
      <w:r>
        <w:t>yeh ghalat hai, yeh ghalat hai. aap ko zaroor is mein tehqeeq karna hai, zaroor is mein zyada chhan been karna hai.</w:t>
      </w:r>
    </w:p>
    <w:p>
      <w:pPr>
        <w:jc w:val="right"/>
      </w:pPr>
      <w:r>
        <w:t>یہ غلط ہے، یہ غلط ہے۔ آپ کو ضرور اس میں تحقیق کرنا ہے، ضرور اس میں زیادہ چھان بین کرنا ہے۔</w:t>
      </w:r>
    </w:p>
    <w:p>
      <w:r>
        <w:rPr>
          <w:b/>
        </w:rPr>
        <w:t xml:space="preserve">[32:00] </w:t>
      </w:r>
      <w:r>
        <w:t>misalan dekhiye, mein ek baat arz karta hoon ke quran mein bohat bar bar kaha gaya hai ke sabr karo, sabr karo, yahan tak ke ek ayat hai ke sabr par sab se zyada reward hai ﴿إِنَّمَّا يُوَفَّى الصَّابِرُونَ أَجْرَهُمْ بِغَيْرِ حِسَابٍ﴾ ।</w:t>
      </w:r>
    </w:p>
    <w:p>
      <w:pPr>
        <w:jc w:val="right"/>
      </w:pPr>
      <w:r>
        <w:t>مثلاً دیکھیے، میں ایک بات عرض کرتا ہوں کہ قرآن میں بہت بار بار کہا گیا ہے کہ صبر کرو، صبر کرو، یہاں تک کہ ایک آیت ہے کہ صبر پر سب سے زیادہ ریوارڈ ہے﴿إِنَّمَّا يُفَسَّبُرُونَ أَجْرُهُمْ بِغَيْرِ حِسَابٍ﴾ ۔</w:t>
      </w:r>
    </w:p>
    <w:p>
      <w:r>
        <w:rPr>
          <w:b/>
        </w:rPr>
        <w:t xml:space="preserve">[32:21] </w:t>
      </w:r>
      <w:r>
        <w:t>to aksar log samajhte hain ke sabr ka matlab hai guzri, paspai, peeche hat jana, dab jana.</w:t>
      </w:r>
    </w:p>
    <w:p>
      <w:pPr>
        <w:jc w:val="right"/>
      </w:pPr>
      <w:r>
        <w:t>تو اکثر لوگ سمجھتے ہیں کہ صبر کا مطلب ہے گزری، پسپائی، پیچھے ہٹ جانا، دب جانا۔</w:t>
      </w:r>
    </w:p>
    <w:p>
      <w:r>
        <w:rPr>
          <w:b/>
        </w:rPr>
        <w:t xml:space="preserve">[32:28] </w:t>
      </w:r>
      <w:r>
        <w:t>is liye sabr ko koi badi baat nahi samajhte, azimat ki baat nahi samajhte. yeh matlab sabr ka nahi hai. sabr ka matlab peeche hatna nahi hai.</w:t>
      </w:r>
    </w:p>
    <w:p>
      <w:pPr>
        <w:jc w:val="right"/>
      </w:pPr>
      <w:r>
        <w:t>اس لیے صبر کو کوئی بڑی بات نہیں سمجھتے، عظیمت کی بات نہیں سمجھتے۔ یہ مطلب صبر کا نہیں ہے۔ صبر کا مطلب پیچھے ہٹنا نہیں ہے۔</w:t>
      </w:r>
    </w:p>
    <w:p>
      <w:r>
        <w:rPr>
          <w:b/>
        </w:rPr>
        <w:t xml:space="preserve">[32:42] </w:t>
      </w:r>
      <w:r>
        <w:t>sabr jo hai, woh kya hai? by time strategy hai.</w:t>
      </w:r>
    </w:p>
    <w:p>
      <w:pPr>
        <w:jc w:val="right"/>
      </w:pPr>
      <w:r>
        <w:t>صبر جو ہے، وہ کیا ہے؟ بائی ٹائم اسٹریٹجی ہے۔</w:t>
      </w:r>
    </w:p>
    <w:p>
      <w:r>
        <w:rPr>
          <w:b/>
        </w:rPr>
        <w:t xml:space="preserve">[32:50] </w:t>
      </w:r>
      <w:r>
        <w:t>waqt hazir karne ka. jab situation koi create hui, koi controversy aayi kisi se, kisi mamle mein koi difference hua,</w:t>
      </w:r>
    </w:p>
    <w:p>
      <w:pPr>
        <w:jc w:val="right"/>
      </w:pPr>
      <w:r>
        <w:t>وقت حاضر کرنے کا۔ جب سچوئیشن کوئی کریٹ ہوئی، کوئی کنٹروورسی آئی کسی سے، کسی معاملے میں کوئی ڈیفرنس ہوا،</w:t>
      </w:r>
    </w:p>
    <w:p>
      <w:r>
        <w:rPr>
          <w:b/>
        </w:rPr>
        <w:t xml:space="preserve">[33:04] </w:t>
      </w:r>
      <w:r>
        <w:t>to aap jab sabr karen to kya matlab hai? ke aap apne aap ko uljhaye baghair, apne dimagh ko free kar ke sochte hain ke kya karna chahiye.</w:t>
      </w:r>
    </w:p>
    <w:p>
      <w:pPr>
        <w:jc w:val="right"/>
      </w:pPr>
      <w:r>
        <w:t>تو آپ جب صبر کریں تو کیا مطلب ہے؟ کہ آپ اپنے آپ کو الجھائے بغیر، اپنے دماغ کو فری کر کے سوچتے ہیں کہ کیا کرنا چاہیے۔</w:t>
      </w:r>
    </w:p>
    <w:p>
      <w:r>
        <w:rPr>
          <w:b/>
        </w:rPr>
        <w:t xml:space="preserve">[33:18] </w:t>
      </w:r>
      <w:r>
        <w:t>sabr ka matlab hai patient planning. agar main sabr ko ek lafz mein kahoon to main kahunga ke patient planning. bohat hi zyada apne ko uljhaye baghair, apne ko negative banaye baghair sochna, sochna, sochna ke is situation mein mujhe kya mera plan hona chahiye.</w:t>
      </w:r>
    </w:p>
    <w:p>
      <w:pPr>
        <w:jc w:val="right"/>
      </w:pPr>
      <w:r>
        <w:t>صبر کا مطلب ہے پیشنٹ پلاننگ۔ اگر میں صبر کو ایک لفظ میں کہوں تو میں کہوں گا کہ پیشنٹ پلاننگ۔ بہت ہی زیادہ اپنے کو الجھائے بغیر، اپنے کو نیگیٹیو بنائے بغیر سوچنا، سوچنا، سوچنا کہ اس سچوئیشن میں مجھے کیا میرا پلان ہونا چاہیے۔</w:t>
      </w:r>
    </w:p>
    <w:p>
      <w:r>
        <w:rPr>
          <w:b/>
        </w:rPr>
        <w:t xml:space="preserve">[33:44] </w:t>
      </w:r>
      <w:r>
        <w:t>jaise rasool Allah salallahu alaihi wasallam ka waqea lijiye</w:t>
      </w:r>
    </w:p>
    <w:p>
      <w:pPr>
        <w:jc w:val="right"/>
      </w:pPr>
      <w:r>
        <w:t>جیسے رسول اللہ صلی اللہ علیہ وسلم کا واقعہ لیجیے</w:t>
      </w:r>
    </w:p>
    <w:p>
      <w:r>
        <w:rPr>
          <w:b/>
        </w:rPr>
        <w:t xml:space="preserve">[33:50] </w:t>
      </w:r>
      <w:r>
        <w:t>ke jab aap ne hijrat farmayi to aap ke liye do mein se ek option tha: ya to Makkah walon se ladein ya chhod ke chale jayen.</w:t>
      </w:r>
    </w:p>
    <w:p>
      <w:pPr>
        <w:jc w:val="right"/>
      </w:pPr>
      <w:r>
        <w:t>کہ جب آپ نے ہجرت فرمائی تو آپ کے لیے دو میں سے ایک آپشن تھا: یا تو مکہ والوں سے لڑیں یا چھوڑ کے چلے جائیں۔</w:t>
      </w:r>
    </w:p>
    <w:p>
      <w:r>
        <w:rPr>
          <w:b/>
        </w:rPr>
        <w:t xml:space="preserve">[34:04] </w:t>
      </w:r>
      <w:r>
        <w:t>yani 13 saal ke baad yeh point aa gaya tha ke ya to aap sahaba ko le kar, jitne aap ke sath sahaba hue the, un ko le kar ladein Makkah walon se ya Makkah chhod kar hijrat chale jayen.</w:t>
      </w:r>
    </w:p>
    <w:p>
      <w:pPr>
        <w:jc w:val="right"/>
      </w:pPr>
      <w:r>
        <w:t>یعنی 13 سال کے بعد یہ پوائنٹ آ گیا تھا کہ یا تو آپ صحابہ کو لے کر، جتنے آپ کے ساتھ صحابہ ہوئے تھے، ان کو لے کر لڑیں مکہ والوں سے یا مکہ چھوڑ کر ہجرت چلے جائیں۔</w:t>
      </w:r>
    </w:p>
    <w:p>
      <w:r>
        <w:rPr>
          <w:b/>
        </w:rPr>
        <w:t xml:space="preserve">[34:20] </w:t>
      </w:r>
      <w:r>
        <w:t>to aap agar is par ghussa ho jate hain, hum kyon apna watan chhoden? yeh hamara watan hai, hamare baap dada ka ghar hai, yeh hum kyon chhoden?</w:t>
      </w:r>
    </w:p>
    <w:p>
      <w:pPr>
        <w:jc w:val="right"/>
      </w:pPr>
      <w:r>
        <w:t>تو آپ اگر اس پر غصہ ہو جاتے ہیں، ہم کیوں اپنا وطن چھوڑیں؟ یہ ہمارا وطن ہے، ہمارے باپ دادا کا گھر ہے، یہ ہم کیوں چھوڑیں؟</w:t>
      </w:r>
    </w:p>
    <w:p>
      <w:r>
        <w:rPr>
          <w:b/>
        </w:rPr>
        <w:t xml:space="preserve">[34:30] </w:t>
      </w:r>
      <w:r>
        <w:t>to aap lad jate hain.</w:t>
      </w:r>
    </w:p>
    <w:p>
      <w:pPr>
        <w:jc w:val="right"/>
      </w:pPr>
      <w:r>
        <w:t>تو آپ لڑ جاتے ہیں۔</w:t>
      </w:r>
    </w:p>
    <w:p>
      <w:r>
        <w:rPr>
          <w:b/>
        </w:rPr>
        <w:t xml:space="preserve">[34:33] </w:t>
      </w:r>
      <w:r>
        <w:t>lekin aap ne patiently socha ke lad kar yahan par shaheed hone se behtar yeh hai ke hum chhod ke jayen Madinah, wahan par Islam guard banayen.</w:t>
      </w:r>
    </w:p>
    <w:p>
      <w:pPr>
        <w:jc w:val="right"/>
      </w:pPr>
      <w:r>
        <w:t>لیکن آپ نے پیشنٹلی سوچا کہ لڑ کر یہاں پر شہید ہونے سے بہتر یہ ہے کہ ہم چھوڑ کے جائیں مدینہ، وہاں پر اسلام گورڈ بنائیں۔</w:t>
      </w:r>
    </w:p>
    <w:p>
      <w:r>
        <w:rPr>
          <w:b/>
        </w:rPr>
        <w:t xml:space="preserve">[34:44] </w:t>
      </w:r>
      <w:r>
        <w:t>to aap ne farmaya tha us waqt, jab hijrat se kuch pehle ke 'umirtu biqualatin ta'kulul quraa yaquluna yasrifu wa hiya al-madinah'</w:t>
      </w:r>
    </w:p>
    <w:p>
      <w:pPr>
        <w:jc w:val="right"/>
      </w:pPr>
      <w:r>
        <w:t>تو آپ نے فرمایا تھا اس وقت، جب ہجرت سے کچھ پہلے کہ عُمِرْتُ بِقَالِةٍ تَأْكُلُ الْقُرَىٰ يَقُولُونَ يَسْرِفُ وَهَيَ الْمَدِينَةُ</w:t>
      </w:r>
    </w:p>
    <w:p>
      <w:r>
        <w:rPr>
          <w:b/>
        </w:rPr>
        <w:t xml:space="preserve">[35:00] </w:t>
      </w:r>
      <w:r>
        <w:t>. matlab mujhe bhi, mujhe yeh strategy batai gayi hai ke Makkah mein lad kar shaheed hone ki zaroorat nahi hai. Makkah chhod kar naye maqam par jao, wahan par apna shutter banao aur planning karo apni dawat ki.</w:t>
      </w:r>
    </w:p>
    <w:p>
      <w:pPr>
        <w:jc w:val="right"/>
      </w:pPr>
      <w:r>
        <w:t>۔ مطلب مجھے بھی، مجھے یہ اسٹریٹجی بتائی گئی ہے کہ مکہ میں لڑ کر شہید ہونے کی ضرورت نہیں ہے۔ مکہ چھوڑ کر نئے مقام پر جاؤ، وہاں پر اپنا شٹر بناؤ اور پلاننگ کرو اپنی دعوت کی۔</w:t>
      </w:r>
    </w:p>
    <w:p>
      <w:r>
        <w:rPr>
          <w:b/>
        </w:rPr>
        <w:t xml:space="preserve">[35:15] </w:t>
      </w:r>
      <w:r>
        <w:t>woh is se to phir sare Arab mein tum kamyab ho jaoge. to 'umirtu biqualatin ta'kulul quraa'.</w:t>
      </w:r>
    </w:p>
    <w:p>
      <w:pPr>
        <w:jc w:val="right"/>
      </w:pPr>
      <w:r>
        <w:t>وہ اس سے تو پھر سارے عرب میں تم کامیاب ہو جاؤ گے۔ تو عُمِرْتُ بِقَالِةٍ تَأْكُلُ الْقُرَىٰ ۔</w:t>
      </w:r>
    </w:p>
    <w:p>
      <w:r>
        <w:rPr>
          <w:b/>
        </w:rPr>
        <w:t xml:space="preserve">[35:24] </w:t>
      </w:r>
      <w:r>
        <w:t>yeh patient planning ki ek misaal hai. patient planning.</w:t>
      </w:r>
    </w:p>
    <w:p>
      <w:pPr>
        <w:jc w:val="right"/>
      </w:pPr>
      <w:r>
        <w:t>یہ پیشنٹ پلاننگ کی ایک مثال ہے۔ پیشنٹ پلاننگ۔</w:t>
      </w:r>
    </w:p>
    <w:p>
      <w:r>
        <w:rPr>
          <w:b/>
        </w:rPr>
        <w:t xml:space="preserve">[35:34] </w:t>
      </w:r>
      <w:r>
        <w:t>to log sabr ka matlab samajhte hain buzdi, paspai, kamzori dikhana. nahi, sab se badi bahaduri hai sabr.</w:t>
      </w:r>
    </w:p>
    <w:p>
      <w:pPr>
        <w:jc w:val="right"/>
      </w:pPr>
      <w:r>
        <w:t>تو لوگ صبر کا مطلب سمجھتے ہیں بزدلی، پسپائی، کمزوری دکھانا۔ نہیں، سب سے بڑی بہادری ہے صبر۔</w:t>
      </w:r>
    </w:p>
    <w:p>
      <w:r>
        <w:rPr>
          <w:b/>
        </w:rPr>
        <w:t xml:space="preserve">[35:44] </w:t>
      </w:r>
      <w:r>
        <w:t>sabr sab se badi bahaduri hai.</w:t>
      </w:r>
    </w:p>
    <w:p>
      <w:pPr>
        <w:jc w:val="right"/>
      </w:pPr>
      <w:r>
        <w:t>صبر سب سے بڑی بہادری ہے۔</w:t>
      </w:r>
    </w:p>
    <w:p>
      <w:r>
        <w:rPr>
          <w:b/>
        </w:rPr>
        <w:t xml:space="preserve">[35:50] </w:t>
      </w:r>
      <w:r>
        <w:t>kyonke dekhiye, jab aap duniya mein hain, aap dawat ka kaam kar rahe hain, Islam ka mission chala rahe hain to bar bar aap ka takrao hoga doosron se.</w:t>
      </w:r>
    </w:p>
    <w:p>
      <w:pPr>
        <w:jc w:val="right"/>
      </w:pPr>
      <w:r>
        <w:t>کیونکہ دیکھیے، جب آپ دنیا میں ہیں، آپ دعوت کا کام کر رہے ہیں، اسلام کا مشن چلا رہے ہیں تو بار بار آپ کا ٹکراؤ ہوگا دوسروں سے۔</w:t>
      </w:r>
    </w:p>
    <w:p>
      <w:r>
        <w:rPr>
          <w:b/>
        </w:rPr>
        <w:t xml:space="preserve">[36:02] </w:t>
      </w:r>
      <w:r>
        <w:t>bar bar. us waqt agar jhijhkayen aap, aap ghussa provoke ho jayen, aap ghussa karen to kya hoga?</w:t>
      </w:r>
    </w:p>
    <w:p>
      <w:pPr>
        <w:jc w:val="right"/>
      </w:pPr>
      <w:r>
        <w:t>بار بار۔ اس وقت اگر جھجھائیں آپ، آپ غصہ پرووک ہو جائیں، آپ غصہ کریں تو کیا ہوگا؟</w:t>
      </w:r>
    </w:p>
    <w:p>
      <w:r>
        <w:rPr>
          <w:b/>
        </w:rPr>
        <w:t xml:space="preserve">[36:12] </w:t>
      </w:r>
      <w:r>
        <w:t>normal mind ke sath aap cheezon ko nahi dekh paoge. normal mind ke sath nahi dekh paoge. bas aap ko ladai sochegi, nafrat to na sochega.</w:t>
      </w:r>
    </w:p>
    <w:p>
      <w:pPr>
        <w:jc w:val="right"/>
      </w:pPr>
      <w:r>
        <w:t>نارمل مائنڈ کے ساتھ آپ چیزوں کو نہیں دیکھ پائیں گے۔ نارمل مائنڈ کے ساتھ نہیں دیکھ پائیں گے۔ بس آپ کو لڑائی سوچے گی، نفرت تو نہ سوچے گا۔</w:t>
      </w:r>
    </w:p>
    <w:p>
      <w:r>
        <w:rPr>
          <w:b/>
        </w:rPr>
        <w:t xml:space="preserve">[36:23] </w:t>
      </w:r>
      <w:r>
        <w:t>negative planning aap ke dimagh mein aayegi. lekin agar aap sabr karen, sabr karen to sabr ka maani kya hai?</w:t>
      </w:r>
    </w:p>
    <w:p>
      <w:pPr>
        <w:jc w:val="right"/>
      </w:pPr>
      <w:r>
        <w:t>نیگیٹیو پلاننگ آپ کے دماغ میں آئے گی۔ لیکن اگر آپ صبر کریں، صبر کریں تو صبر کا معنی کیا ہے؟</w:t>
      </w:r>
    </w:p>
    <w:p>
      <w:r>
        <w:rPr>
          <w:b/>
        </w:rPr>
        <w:t xml:space="preserve">[36:32] </w:t>
      </w:r>
      <w:r>
        <w:t>apne mind ko normal, normal banaye rakhen. normal. apne mind ko disturb na hone den.</w:t>
      </w:r>
    </w:p>
    <w:p>
      <w:pPr>
        <w:jc w:val="right"/>
      </w:pPr>
      <w:r>
        <w:t>اپنے مائنڈ کو نارمل، نارمل بنائے رہیں۔ نارمل۔ اپنے مائنڈ کو ڈسٹرب نہ ہونے دیں۔</w:t>
      </w:r>
    </w:p>
    <w:p>
      <w:r>
        <w:rPr>
          <w:b/>
        </w:rPr>
        <w:t xml:space="preserve">[36:43] </w:t>
      </w:r>
      <w:r>
        <w:t>sabr ka matlab hai patience. apne mind ko normal banaye rakhna. disturb hone se bachana.</w:t>
      </w:r>
    </w:p>
    <w:p>
      <w:pPr>
        <w:jc w:val="right"/>
      </w:pPr>
      <w:r>
        <w:t>صبر کا مطلب ہے پیشنس۔ اپنے مائنڈ کو نارمل بنائے رکھنا۔ ڈسٹرب ہونے سے بچانا۔</w:t>
      </w:r>
    </w:p>
    <w:p>
      <w:r>
        <w:rPr>
          <w:b/>
        </w:rPr>
        <w:t xml:space="preserve">[36:52] </w:t>
      </w:r>
      <w:r>
        <w:t>to phir kya hoga?</w:t>
      </w:r>
    </w:p>
    <w:p>
      <w:pPr>
        <w:jc w:val="right"/>
      </w:pPr>
      <w:r>
        <w:t>تو پھر کیا ہوگا؟</w:t>
      </w:r>
    </w:p>
    <w:p>
      <w:r>
        <w:rPr>
          <w:b/>
        </w:rPr>
        <w:t xml:space="preserve">[36:54] </w:t>
      </w:r>
      <w:r>
        <w:t>aap ka mind positively sochega. positively.</w:t>
      </w:r>
    </w:p>
    <w:p>
      <w:pPr>
        <w:jc w:val="right"/>
      </w:pPr>
      <w:r>
        <w:t>آپ کا مائنڈ پازیٹیولی سوچے گا۔ پازیٹیولی۔</w:t>
      </w:r>
    </w:p>
    <w:p>
      <w:r>
        <w:rPr>
          <w:b/>
        </w:rPr>
        <w:t xml:space="preserve">[37:02] </w:t>
      </w:r>
      <w:r>
        <w:t>aur phir jo aap ki planning hogi, woh bohat zabardast planning hogi. jaisa ke ab maine misaal di. rasool Allah salallahu alaihi wasallam agar lad lad kar ke wohin par sab sare sahaba shaheed ho gaye hote Makkah mein to history kaise banti?</w:t>
      </w:r>
    </w:p>
    <w:p>
      <w:pPr>
        <w:jc w:val="right"/>
      </w:pPr>
      <w:r>
        <w:t>اور پھر جو آپ کی پلاننگ ہوگی، وہ بہت زبردست پلاننگ ہوگی۔ جیسا کہ اب میں نے مثال دی۔ رسول اللہ صلی اللہ علیہ وسلم اگر لڑ لڑ کر کے وہیں پر سب سارے صحابہ شہید ہو گئے ہوتے مکہ میں تو ہسٹری کیسے بنتی؟</w:t>
      </w:r>
    </w:p>
    <w:p>
      <w:r>
        <w:rPr>
          <w:b/>
        </w:rPr>
        <w:t xml:space="preserve">[37:15] </w:t>
      </w:r>
      <w:r>
        <w:t>history kaise banti?</w:t>
      </w:r>
    </w:p>
    <w:p>
      <w:pPr>
        <w:jc w:val="right"/>
      </w:pPr>
      <w:r>
        <w:t>ہسٹری کیسے بنتی؟</w:t>
      </w:r>
    </w:p>
    <w:p>
      <w:r>
        <w:rPr>
          <w:b/>
        </w:rPr>
        <w:t xml:space="preserve">[37:17] </w:t>
      </w:r>
      <w:r>
        <w:t>lekin jab madina gaye, wahan par unhon ne apni madina gaye, wahan par jo planning kiya aap ne, peaceful planning, dawat ki.</w:t>
      </w:r>
    </w:p>
    <w:p>
      <w:pPr>
        <w:jc w:val="right"/>
      </w:pPr>
      <w:r>
        <w:t>لیکن جب مدینہ گئے، وہاں پر انہوں نے اپنی مدینہ گئے، وہاں پر جو پلاننگ کیا آپ نے، پیس فل پلاننگ، دعوت کی۔</w:t>
      </w:r>
    </w:p>
    <w:p>
      <w:r>
        <w:rPr>
          <w:b/>
        </w:rPr>
        <w:t xml:space="preserve">[37:31] </w:t>
      </w:r>
      <w:r>
        <w:t>is ke baad kya hua? kya hua ke das saal ke andar poora arab islamize ho gaya. das saal ke andar poora arab islamize ho gaya. That was a miracle of patient planning .</w:t>
      </w:r>
    </w:p>
    <w:p>
      <w:pPr>
        <w:jc w:val="right"/>
      </w:pPr>
      <w:r>
        <w:t>اس کے بعد کیا ہوا؟ کیا ہوا کہ دس سال کے اندر پورا عرب اسلامائز ہو گیا۔ دس سال کے اندر پورا عرب اسلامائز ہو گیا۔ That was a miracle of patient planning ۔</w:t>
      </w:r>
    </w:p>
    <w:p>
      <w:r>
        <w:rPr>
          <w:b/>
        </w:rPr>
        <w:t xml:space="preserve">[37:45] </w:t>
      </w:r>
      <w:r>
        <w:t>yani das hijrat ke baad das saal ka waqt hai. to in das saalon mein jo poora poora arab islamize hoga, that was the result of patient planning .</w:t>
      </w:r>
    </w:p>
    <w:p>
      <w:pPr>
        <w:jc w:val="right"/>
      </w:pPr>
      <w:r>
        <w:t>یعنی دس ہجرت کے بعد دس سال کا وقت ہے۔ تو ان دس سالوں میں جو پورا پورا عرب اسلامائز ہوگا، that was the result of patient planning ۔</w:t>
      </w:r>
    </w:p>
    <w:p>
      <w:r>
        <w:rPr>
          <w:b/>
        </w:rPr>
        <w:t xml:space="preserve">[37:58] </w:t>
      </w:r>
      <w:r>
        <w:t>to yeh is tareeqe se jab aap quran ko parhenge, tab quran aap ke liye guide book banega.</w:t>
      </w:r>
    </w:p>
    <w:p>
      <w:pPr>
        <w:jc w:val="right"/>
      </w:pPr>
      <w:r>
        <w:t>تو یہ اس طریقے سے جب آپ قرآن کو پڑھیں گے، تب قرآن آپ کے لیے گائیڈ بک بنے گا۔</w:t>
      </w:r>
    </w:p>
    <w:p>
      <w:r>
        <w:rPr>
          <w:b/>
        </w:rPr>
        <w:t xml:space="preserve">[38:05] </w:t>
      </w:r>
      <w:r>
        <w:t>warna phir sirf barkat ki kitab bana rahega aur us ko aap is se barkat lete rahenge aur is se guidance nahi lenge.</w:t>
      </w:r>
    </w:p>
    <w:p>
      <w:pPr>
        <w:jc w:val="right"/>
      </w:pPr>
      <w:r>
        <w:t>ورنہ پھر صرف برکت کی کتاب بنا رہے گا اور اس کو آپ اس سے برکت لیتے رہیں گے اور اس سے گائیڈنس نہیں لیں گے۔</w:t>
      </w:r>
    </w:p>
    <w:p>
      <w:r>
        <w:rPr>
          <w:b/>
        </w:rPr>
        <w:t xml:space="preserve">[38:20] </w:t>
      </w:r>
      <w:r>
        <w:t>guidance nahi lenge. maslan dekhiye, maujooda zamane mein, maujooda zamana mobility ka zamana hai.</w:t>
      </w:r>
    </w:p>
    <w:p>
      <w:pPr>
        <w:jc w:val="right"/>
      </w:pPr>
      <w:r>
        <w:t>گائیڈنس نہیں لیں گے۔ مثلاً دیکھیے، موجودہ زمانے میں، موجودہ زمانہ موبیلٹی کا زمانہ ہے۔</w:t>
      </w:r>
    </w:p>
    <w:p>
      <w:r>
        <w:rPr>
          <w:b/>
        </w:rPr>
        <w:t xml:space="preserve">[38:29] </w:t>
      </w:r>
      <w:r>
        <w:t>bohat ziyada aana jana</w:t>
      </w:r>
    </w:p>
    <w:p>
      <w:pPr>
        <w:jc w:val="right"/>
      </w:pPr>
      <w:r>
        <w:t>بہت زیادہ آنا جانا بڑ</w:t>
      </w:r>
    </w:p>
    <w:p>
      <w:r>
        <w:rPr>
          <w:b/>
        </w:rPr>
        <w:t xml:space="preserve">[38:31] </w:t>
      </w:r>
      <w:r>
        <w:t>h gaya hai. business ke liye, tourism ke liye, industry ke liye, aur har har tareeqe se aana jana. kyunke ab sawariyan ho gayeen.</w:t>
      </w:r>
    </w:p>
    <w:p>
      <w:pPr>
        <w:jc w:val="right"/>
      </w:pPr>
      <w:r>
        <w:t>ھ گیا ہے۔ بزنس کے لیے، ٹورزم کے لیے، انڈسٹری کے لیے، اور ہر ہر طریقے سے آنا جانا۔ کیونکہ اب سواریاں ہو گئیں۔</w:t>
      </w:r>
    </w:p>
    <w:p>
      <w:r>
        <w:rPr>
          <w:b/>
        </w:rPr>
        <w:t xml:space="preserve">[38:41] </w:t>
      </w:r>
      <w:r>
        <w:t>pehley sawariyan hoti nahi theen. to log is ko khatra samajhte hain ke aayein hamare mulk mein, hamare mulk ko kharab karne ke liye.</w:t>
      </w:r>
    </w:p>
    <w:p>
      <w:pPr>
        <w:jc w:val="right"/>
      </w:pPr>
      <w:r>
        <w:t>پہلے سواریاں ہوتی نہیں تھیں۔ تو لوگ اس کو خطرہ سمجھتے ہیں کہ آئیں ہمارے ملک میں، ہمارے ملک کو خراب کرنے کے لیے۔</w:t>
      </w:r>
    </w:p>
    <w:p>
      <w:r>
        <w:rPr>
          <w:b/>
        </w:rPr>
        <w:t xml:space="preserve">[38:52] </w:t>
      </w:r>
      <w:r>
        <w:t>ab boq o haram jaisi tehreekein uthti hain musalmanon mein. nahi, is ko aap dekhiye baddu ke roop mein.</w:t>
      </w:r>
    </w:p>
    <w:p>
      <w:pPr>
        <w:jc w:val="right"/>
      </w:pPr>
      <w:r>
        <w:t>اب بوق و حرام جیسی تحریکیں اٹھتی ہیں مسلمانوں میں۔ نہیں، اس کو آپ دیکھیے بدو کے روپ میں۔</w:t>
      </w:r>
    </w:p>
    <w:p>
      <w:r>
        <w:rPr>
          <w:b/>
        </w:rPr>
        <w:t xml:space="preserve">[39:00] </w:t>
      </w:r>
      <w:r>
        <w:t>yeh samjhiye ke baddu chal kar ke khud hamare mulk mein aa gaya hai.</w:t>
      </w:r>
    </w:p>
    <w:p>
      <w:pPr>
        <w:jc w:val="right"/>
      </w:pPr>
      <w:r>
        <w:t>یہ سمجھئے کہ بدو چل کر کے خود ہمارے ملک میں آ گیا ہے۔</w:t>
      </w:r>
    </w:p>
    <w:p>
      <w:r>
        <w:rPr>
          <w:b/>
        </w:rPr>
        <w:t xml:space="preserve">[39:07] </w:t>
      </w:r>
      <w:r>
        <w:t>ab is ko rival na samjhiye, is ko dushman na samjhiye. balkeh yeh samjhiye ke yeh hamare baddu hain.</w:t>
      </w:r>
    </w:p>
    <w:p>
      <w:pPr>
        <w:jc w:val="right"/>
      </w:pPr>
      <w:r>
        <w:t>اب اس کو رائیول نہ سمجھیے، اس کو دشمن نہ سمجھیے۔ بلکہ یہ سمجھیے کہ یہ ہمارے بدو ہیں۔</w:t>
      </w:r>
    </w:p>
    <w:p>
      <w:r>
        <w:rPr>
          <w:b/>
        </w:rPr>
        <w:t xml:space="preserve">[39:17] </w:t>
      </w:r>
      <w:r>
        <w:t>aur khoob in ko dawati kaam kijiye, in ko quran pahunchaiye, in ko allah ka paigham pahunchaiye. lekin yeh aasani ho reh</w:t>
      </w:r>
    </w:p>
    <w:p>
      <w:pPr>
        <w:jc w:val="right"/>
      </w:pPr>
      <w:r>
        <w:t>اور خوب ان کو دعوتی کام کیجیے، ان کو قرآن پہنچائیے، ان کو اللہ کا پیغام پہنچائیے۔ لیکن یہ آسانی ہو رہ</w:t>
      </w:r>
    </w:p>
    <w:p>
      <w:r>
        <w:rPr>
          <w:b/>
        </w:rPr>
        <w:t xml:space="preserve">[39:27] </w:t>
      </w:r>
      <w:r>
        <w:t>a hai. bas in ko nafrat ki nazar se dekhte hain. bomb marte hain ke bhagein yeh log yahan se. aayenge yeh log to hamare mulk ko kharab karenge.</w:t>
      </w:r>
    </w:p>
    <w:p>
      <w:pPr>
        <w:jc w:val="right"/>
      </w:pPr>
      <w:r>
        <w:t>ا ہے۔ بس ان کو نفرت کی نظر سے دیکھتے ہیں۔ بم مارتے ہیں کہ بھاگیں یہ لوگ یہاں سے۔ آئیں گے یہ لوگ تو ہمارے ملک کو خراب کریں گے۔</w:t>
      </w:r>
    </w:p>
    <w:p>
      <w:r>
        <w:rPr>
          <w:b/>
        </w:rPr>
        <w:t xml:space="preserve">[39:36] </w:t>
      </w:r>
      <w:r>
        <w:t>hamari society ko kharab karenge.</w:t>
      </w:r>
    </w:p>
    <w:p>
      <w:pPr>
        <w:jc w:val="right"/>
      </w:pPr>
      <w:r>
        <w:t>ہماری سوسائٹی کو خراب کریں گے۔</w:t>
      </w:r>
    </w:p>
    <w:p>
      <w:r>
        <w:rPr>
          <w:b/>
        </w:rPr>
        <w:t xml:space="preserve">[39:41] </w:t>
      </w:r>
      <w:r>
        <w:t>to jo jo zehan musalmanon ka hai, is ka nateeja yeh hua hai ke jo nai opportunities hain, is ko sambhal nahi paate.</w:t>
      </w:r>
    </w:p>
    <w:p>
      <w:pPr>
        <w:jc w:val="right"/>
      </w:pPr>
      <w:r>
        <w:t>تو جو جو ذہن مسلمانوں کا ہے، اس کا نتیجہ یہ ہوا ہے کہ جو نئی اپرچونیٹیز ہیں، اس کو سنبھال نہیں پاتے۔</w:t>
      </w:r>
    </w:p>
    <w:p>
      <w:r>
        <w:rPr>
          <w:b/>
        </w:rPr>
        <w:t xml:space="preserve">[39:53] </w:t>
      </w:r>
      <w:r>
        <w:t>nai opportunities.</w:t>
      </w:r>
    </w:p>
    <w:p>
      <w:pPr>
        <w:jc w:val="right"/>
      </w:pPr>
      <w:r>
        <w:t>نئی اپرچونیٹیز۔</w:t>
      </w:r>
    </w:p>
    <w:p>
      <w:r>
        <w:rPr>
          <w:b/>
        </w:rPr>
        <w:t xml:space="preserve">[39:57] </w:t>
      </w:r>
      <w:r>
        <w:t>wohi history ko jante hain aur nai opportunities ko nahi jante.</w:t>
      </w:r>
    </w:p>
    <w:p>
      <w:pPr>
        <w:jc w:val="right"/>
      </w:pPr>
      <w:r>
        <w:t>وہی ہسٹری کو جانتے ہیں اور نئی اپرچونیٹیز کو نہیں جانتے۔</w:t>
      </w:r>
    </w:p>
    <w:p>
      <w:r>
        <w:rPr>
          <w:b/>
        </w:rPr>
        <w:t xml:space="preserve">[40:08] </w:t>
      </w:r>
      <w:r>
        <w:t>ek moti si kitab, aap moti si misaal lijiye aap ke duniya mein printing press aaya. printing press aaya.</w:t>
      </w:r>
    </w:p>
    <w:p>
      <w:pPr>
        <w:jc w:val="right"/>
      </w:pPr>
      <w:r>
        <w:t>ایک موٹی سی کتاب، آپ موٹی سی مثال لیجیے آپ کہ دنیا میں پرنٹنگ پریس آیا۔ پرنٹنگ پریس آیا۔</w:t>
      </w:r>
    </w:p>
    <w:p>
      <w:r>
        <w:rPr>
          <w:b/>
        </w:rPr>
        <w:t xml:space="preserve">[40:18] </w:t>
      </w:r>
      <w:r>
        <w:t>to printing press aaya hai satveen sadi mein. muslim duniya mein woh phaila hai unneesveen sadi mein.</w:t>
      </w:r>
    </w:p>
    <w:p>
      <w:pPr>
        <w:jc w:val="right"/>
      </w:pPr>
      <w:r>
        <w:t>تو پرنٹنگ پریس آیا ہے سترویں صدی میں۔ مسلم دنیا میں وہ پھیلا ہے انیسویں صدی میں۔</w:t>
      </w:r>
    </w:p>
    <w:p>
      <w:r>
        <w:rPr>
          <w:b/>
        </w:rPr>
        <w:t xml:space="preserve">[40:28] </w:t>
      </w:r>
      <w:r>
        <w:t>athavees sadi mein mamooli tareeqe se aaya, phir unneesveen sadi mein ziyada phaila. aur woh bhi laye kaun log laye? muslim duniya mein printing press ko lane wale christian they.</w:t>
      </w:r>
    </w:p>
    <w:p>
      <w:pPr>
        <w:jc w:val="right"/>
      </w:pPr>
      <w:r>
        <w:t>اٹھائیس صدی میں معمولی طریقے سے آیا، پھر انیسویں صدی میں زیادہ پھیلا۔ اور وہ بھی لائے کون لوگ لائے؟ مسلم دنیا میں پرنٹنگ پریس کو لانے والے کرسچن تھے۔</w:t>
      </w:r>
    </w:p>
    <w:p>
      <w:r>
        <w:rPr>
          <w:b/>
        </w:rPr>
        <w:t xml:space="preserve">[40:42] </w:t>
      </w:r>
      <w:r>
        <w:t>ke printing press itni mufeed cheez hai, itni achi cheez hai, lekin Europe mein woh ijad hua aur musalman is ko nahi laye. nahi la paye.</w:t>
      </w:r>
    </w:p>
    <w:p>
      <w:pPr>
        <w:jc w:val="right"/>
      </w:pPr>
      <w:r>
        <w:t>کہ پرنٹنگ پریس اتنی مفید چیز ہے، اتنی اچھی چیز ہے، لیکن یورپ میں وہ ایجاد ہوا اور مسلمان اس کو نہیں لائے۔ نہیں لا پائے۔</w:t>
      </w:r>
    </w:p>
    <w:p>
      <w:r>
        <w:rPr>
          <w:b/>
        </w:rPr>
        <w:t xml:space="preserve">[40:54] </w:t>
      </w:r>
      <w:r>
        <w:t>kar</w:t>
      </w:r>
    </w:p>
    <w:p>
      <w:pPr>
        <w:jc w:val="right"/>
      </w:pPr>
      <w:r>
        <w:t>کر</w:t>
      </w:r>
    </w:p>
    <w:p>
      <w:r>
        <w:rPr>
          <w:b/>
        </w:rPr>
        <w:t xml:space="preserve">[40:55] </w:t>
      </w:r>
      <w:r>
        <w:t>stian log laye. maslan misr mein printing press ko napoleon le gaya. India mein printing press ko laye christian missionary.</w:t>
      </w:r>
    </w:p>
    <w:p>
      <w:pPr>
        <w:jc w:val="right"/>
      </w:pPr>
      <w:r>
        <w:t>سچن لوگ لائے۔ مثلاً مصر میں پرنٹنگ پریس کو نیپولین لے گیا۔ انڈیا میں پرنٹنگ پریس کو لائے کرسچن مشنری۔</w:t>
      </w:r>
    </w:p>
    <w:p>
      <w:r>
        <w:rPr>
          <w:b/>
        </w:rPr>
        <w:t xml:space="preserve">[41:04] </w:t>
      </w:r>
      <w:r>
        <w:t>halankeh printing press ka matlab kya hai? ke Islamic books ko, quran ko chhaap kar ke</w:t>
      </w:r>
    </w:p>
    <w:p>
      <w:pPr>
        <w:jc w:val="right"/>
      </w:pPr>
      <w:r>
        <w:t>حالانکہ پرنٹنگ پریس کا مطلب کیا ہے؟ کہ اسلامک بکس کو، قرآن کو چھاپ کر کے</w:t>
      </w:r>
    </w:p>
    <w:p>
      <w:r>
        <w:rPr>
          <w:b/>
        </w:rPr>
        <w:t xml:space="preserve">[41:17] </w:t>
      </w:r>
      <w:r>
        <w:t>sari dunya mein phailana. kaisi ajeeb nemat hai printing press. lekin</w:t>
      </w:r>
    </w:p>
    <w:p>
      <w:pPr>
        <w:jc w:val="right"/>
      </w:pPr>
      <w:r>
        <w:t>ساری دنیا میں پھیلانا۔ کیسی عجیب نعمت ہے پرنٹنگ پریس۔ لیکن</w:t>
      </w:r>
    </w:p>
    <w:p>
      <w:r>
        <w:rPr>
          <w:b/>
        </w:rPr>
        <w:t xml:space="preserve">[41:23] </w:t>
      </w:r>
      <w:r>
        <w:t>musalman do sau saal peshe ho gaye printing press ke maamle mein. do sau saal. kyunke woh is ko har nayi cheez se musalman bhartay thay.</w:t>
      </w:r>
    </w:p>
    <w:p>
      <w:pPr>
        <w:jc w:val="right"/>
      </w:pPr>
      <w:r>
        <w:t>مسلمان دو سو سال پیشہ ہو گئے پرنٹنگ پریس کے معاملے میں۔ دو سو سال۔ کیونکہ وہ اس کو ہر نئی چیز سے مسلمان بھرتے تھے۔</w:t>
      </w:r>
    </w:p>
    <w:p>
      <w:r>
        <w:rPr>
          <w:b/>
        </w:rPr>
        <w:t xml:space="preserve">[41:38] </w:t>
      </w:r>
      <w:r>
        <w:t>to dekhiye, apni aql ko istemal kijiye, lekin sanjeedgi par paida kijiye.</w:t>
      </w:r>
    </w:p>
    <w:p>
      <w:pPr>
        <w:jc w:val="right"/>
      </w:pPr>
      <w:r>
        <w:t>تو دیکھیے، اپنی عقل کو استعمال کیجیے، لیکن سنجیدگی پر پیدا کیجیے۔</w:t>
      </w:r>
    </w:p>
    <w:p>
      <w:r>
        <w:rPr>
          <w:b/>
        </w:rPr>
        <w:t xml:space="preserve">[41:44] </w:t>
      </w:r>
      <w:r>
        <w:t>aap ke andar Allah ka khauf ho, accountability ka ehsaas ho ke aakhirat mein aap ko Allah ke samne khara hona hai.</w:t>
      </w:r>
    </w:p>
    <w:p>
      <w:pPr>
        <w:jc w:val="right"/>
      </w:pPr>
      <w:r>
        <w:t>آپ کے اندر اللہ کا خوف ہو، اکاؤنٹیبلٹی کا احساس ہو کہ آخرت میں آپ کو اللہ کے سامنے کھڑا ہونا ہے۔</w:t>
      </w:r>
    </w:p>
    <w:p>
      <w:r>
        <w:rPr>
          <w:b/>
        </w:rPr>
        <w:t xml:space="preserve">[41:55] </w:t>
      </w:r>
      <w:r>
        <w:t>ek hi ayat agar musalman pakad lein to sab cheez durust ho jaye. yom yaqoomun naasu li rabbil aalameen. jitne log khare honge Allah ke samne.</w:t>
      </w:r>
    </w:p>
    <w:p>
      <w:pPr>
        <w:jc w:val="right"/>
      </w:pPr>
      <w:r>
        <w:t>ایک ہی آیت اگر مسلمان پکڑ لیں تو سب چیز درست ہو جائے۔ یوم یقوم الناس لرب العالمین ۔ جتنے لوگ کھڑے ہوں گے اللہ کے سامنے۔</w:t>
      </w:r>
    </w:p>
    <w:p>
      <w:r>
        <w:rPr>
          <w:b/>
        </w:rPr>
        <w:t xml:space="preserve">[42:09] </w:t>
      </w:r>
      <w:r>
        <w:t>jitne log khare honge Allah ke samne.</w:t>
      </w:r>
    </w:p>
    <w:p>
      <w:pPr>
        <w:jc w:val="right"/>
      </w:pPr>
      <w:r>
        <w:t>جتنے لوگ کھڑے ہوں گے اللہ کے سامنے۔</w:t>
      </w:r>
    </w:p>
    <w:p>
      <w:r>
        <w:rPr>
          <w:b/>
        </w:rPr>
        <w:t xml:space="preserve">[42:12] </w:t>
      </w:r>
      <w:r>
        <w:t>yeh agar ho aap ke andar to aap ka bolna bhi sahi ho jayega. aap ka chalna bhi sahi ho jayega. aap ka sochna bhi sahi ho jayega.</w:t>
      </w:r>
    </w:p>
    <w:p>
      <w:pPr>
        <w:jc w:val="right"/>
      </w:pPr>
      <w:r>
        <w:t>یہ اگر ہو آپ کے اندر تو آپ کا بولنا بھی صحیح ہو جائے گا۔ آپ کا چلنا بھی صحیح ہو جائے گا۔ آپ کا سوچنا بھی صحیح ہو جائے گا۔</w:t>
      </w:r>
    </w:p>
    <w:p>
      <w:r>
        <w:rPr>
          <w:b/>
        </w:rPr>
        <w:t xml:space="preserve">[42:22] </w:t>
      </w:r>
      <w:r>
        <w:t>aap ke action sahi ho jayenge. aap ki dealing sahi ho jayegi. chahe aap aankh ki tasweer karein ya stage par bolein, har cheez sahi ho jayegi.</w:t>
      </w:r>
    </w:p>
    <w:p>
      <w:pPr>
        <w:jc w:val="right"/>
      </w:pPr>
      <w:r>
        <w:t>آپ کے ایکشن صحیح ہو جائیں گے۔ آپ کی ڈیلنگ صحیح ہو جائے گی۔ چاہے آپ آنکھ کی تصویر کریں یا اسٹیج پر بولیں، ہر چیز صحیح ہو جائے گا۔</w:t>
      </w:r>
    </w:p>
    <w:p>
      <w:r>
        <w:rPr>
          <w:b/>
        </w:rPr>
        <w:t xml:space="preserve">[42:32] </w:t>
      </w:r>
      <w:r>
        <w:t>yom yaqoomun naasu li rabbil aalameen. jis din log khare honge Allah rabbul aalameen ke samne.</w:t>
      </w:r>
    </w:p>
    <w:p>
      <w:pPr>
        <w:jc w:val="right"/>
      </w:pPr>
      <w:r>
        <w:t>یوم یقوم الناس لرب العالمین ۔ جس دن لوگ کھڑے ہوں گے اللہ رب العالمین کے سامنے۔</w:t>
      </w:r>
    </w:p>
    <w:p>
      <w:r>
        <w:rPr>
          <w:b/>
        </w:rPr>
        <w:t xml:space="preserve">[42:41] </w:t>
      </w:r>
      <w:r>
        <w:t>yani ek hi ayat poori zindagi ko woh har haal karne ke liye kafi hai.</w:t>
      </w:r>
    </w:p>
    <w:p>
      <w:pPr>
        <w:jc w:val="right"/>
      </w:pPr>
      <w:r>
        <w:t>یعنی ایک ہی آیت پوری زندگی کو وہ ہر حال کرنے کے لیے کافی ہے۔</w:t>
      </w:r>
    </w:p>
    <w:p>
      <w:r>
        <w:rPr>
          <w:b/>
        </w:rPr>
        <w:t xml:space="preserve">[42:49] </w:t>
      </w:r>
      <w:r>
        <w:t>zindagi ke jitne mamlaat thay, sab durust ho jayenge. yom yaqoomun naasu li rabbil aalameen.</w:t>
      </w:r>
    </w:p>
    <w:p>
      <w:pPr>
        <w:jc w:val="right"/>
      </w:pPr>
      <w:r>
        <w:t>زندگی کے جتنے معاملات تھے، سب درست ہو جائیں گے۔ یوم یقوم الناس رب العالمین ۔</w:t>
      </w:r>
    </w:p>
    <w:p>
      <w:r>
        <w:rPr>
          <w:b/>
        </w:rPr>
        <w:t xml:space="preserve">[42:59] </w:t>
      </w:r>
      <w:r>
        <w:t>jitne log khare honge Allah ke samne. yani</w:t>
      </w:r>
    </w:p>
    <w:p>
      <w:pPr>
        <w:jc w:val="right"/>
      </w:pPr>
      <w:r>
        <w:t>جتنے لوگ کھڑے ہوں گے اللہ کے سامنے۔ یعنی</w:t>
      </w:r>
    </w:p>
    <w:p>
      <w:r>
        <w:rPr>
          <w:b/>
        </w:rPr>
        <w:t xml:space="preserve">[43:03] </w:t>
      </w:r>
      <w:r>
        <w:t>hadees mein aata hai ke insaan ke qadam, insaan hi ke, hadees mein aata hai ke woh din aane wala hai jab ke tumhein har shakhs, har shakhs ka Allah se barah-e-raast kalam hoga.</w:t>
      </w:r>
    </w:p>
    <w:p>
      <w:pPr>
        <w:jc w:val="right"/>
      </w:pPr>
      <w:r>
        <w:t>حدیث میں آتا ہے کہ انسان کے قدم، انسان ہی کے، حدیث میں آتا ہے کہ وہ دن آنے والا ہے جب کہ تمہیں ہر شخص، ہر شخص کا اللہ سے براہ راست کلام ہوگا۔</w:t>
      </w:r>
    </w:p>
    <w:p>
      <w:r>
        <w:rPr>
          <w:b/>
        </w:rPr>
        <w:t xml:space="preserve">[43:18] </w:t>
      </w:r>
      <w:r>
        <w:t>baghair tarjuman ke. yeh bhi hadees mein aata hai ke koi tarjuman nahi hoga. kaisi ajeeb baat hai. laisa bainahu wa baina hu tarjuman</w:t>
      </w:r>
    </w:p>
    <w:p>
      <w:pPr>
        <w:jc w:val="right"/>
      </w:pPr>
      <w:r>
        <w:t>بغیر ترجمان کے۔ یہ بھی حدیث میں آتا ہے کہ کوئی ترجمان نہیں ہوگا۔ کیسی عجیب بات ہے۔ ليس بنو بنو ترجمان</w:t>
      </w:r>
    </w:p>
    <w:p>
      <w:r>
        <w:rPr>
          <w:b/>
        </w:rPr>
        <w:t xml:space="preserve">[43:30] </w:t>
      </w:r>
      <w:r>
        <w:t>. yeh aadmi soch lega ke ek waqt aane wala hai jab ke main Allah rabbul aalameen ke samne khara hounga aur baghair tarjuman ke meri us se baat cheet hogi.</w:t>
      </w:r>
    </w:p>
    <w:p>
      <w:pPr>
        <w:jc w:val="right"/>
      </w:pPr>
      <w:r>
        <w:t>۔ یہ آدمی سوچ لے گا کہ ایک وقت آنے والا ہے جب کہ میں اللہ رب العالمین کے سامنے کھڑا ہوں گا اور بغیر ترجمان کے میری اس سے بات چیت ہوگی۔</w:t>
      </w:r>
    </w:p>
    <w:p>
      <w:r>
        <w:rPr>
          <w:b/>
        </w:rPr>
        <w:t xml:space="preserve">[43:42] </w:t>
      </w:r>
      <w:r>
        <w:t>woh poochega, mujhe jawab dena hoga. to sab cheez durust hai.</w:t>
      </w:r>
    </w:p>
    <w:p>
      <w:pPr>
        <w:jc w:val="right"/>
      </w:pPr>
      <w:r>
        <w:t>وہ پوچھے گا، مجھے جواب دینا ہوگا۔ تو سب چیز درست ہے۔</w:t>
      </w:r>
    </w:p>
    <w:p>
      <w:r>
        <w:rPr>
          <w:b/>
        </w:rPr>
        <w:t xml:space="preserve">[43:48] </w:t>
      </w:r>
      <w:r>
        <w:t>phir soch bhi durust hai, phir bolna bhi durust hai, phir chalna bhi durust hai, business bhi durust hai, family bhi durust hai. sab theek ho jayega.</w:t>
      </w:r>
    </w:p>
    <w:p>
      <w:pPr>
        <w:jc w:val="right"/>
      </w:pPr>
      <w:r>
        <w:t>پھر سوچ بھی درست ہے، پھر بولنا بھی درست ہے، پھر چلنا بھی درست ہے، بزنس بھی درست ہے، فیملی بھی درست ہے۔ سب ٹھیک ہو جائے گا۔</w:t>
      </w:r>
    </w:p>
    <w:p>
      <w:r>
        <w:rPr>
          <w:b/>
        </w:rPr>
        <w:t xml:space="preserve">[44:01] </w:t>
      </w:r>
      <w:r>
        <w:t>to main arz karunga ke Quran ko rediscover kijiye. phir se us ko daryaft kijiye ke Quran ka paigham kya hai.</w:t>
      </w:r>
    </w:p>
    <w:p>
      <w:pPr>
        <w:jc w:val="right"/>
      </w:pPr>
      <w:r>
        <w:t>تو میں عرض کروں گا کہ قرآن کو ری ڈسکور کیجیے۔ پھر سے اس کو دریافت کیجیے کہ قرآن کا پیغام کیا ہے۔</w:t>
      </w:r>
    </w:p>
    <w:p>
      <w:r>
        <w:rPr>
          <w:b/>
        </w:rPr>
        <w:t xml:space="preserve">[44:12] </w:t>
      </w:r>
      <w:r>
        <w:t>Quran ki zimmedariyan kya hain. sirf barkat ke taur par Quran ko mat lijiye. balkeh Quran ko book of guidance banaiye.</w:t>
      </w:r>
    </w:p>
    <w:p>
      <w:pPr>
        <w:jc w:val="right"/>
      </w:pPr>
      <w:r>
        <w:t>قرآن کی ذمہ داریاں کیا ہیں۔ صرف برکت کے طور پر قرآن کو مت لیجیے۔ بلکہ قرآن کو بک آف گائیڈنس بنائیے۔</w:t>
      </w:r>
    </w:p>
    <w:p>
      <w:r>
        <w:rPr>
          <w:b/>
        </w:rPr>
        <w:t xml:space="preserve">[44:22] </w:t>
      </w:r>
      <w:r>
        <w:t>Allah taala meri aur aap ki madad farmaye.</w:t>
      </w:r>
    </w:p>
    <w:p>
      <w:pPr>
        <w:jc w:val="right"/>
      </w:pPr>
      <w:r>
        <w:t>اللہ تعالیٰ میری اور آپ کی مدد فرمائے۔</w:t>
      </w:r>
    </w:p>
    <w:p>
      <w:r>
        <w:rPr>
          <w:b/>
        </w:rPr>
        <w:t xml:space="preserve">[44:26] </w:t>
      </w:r>
      <w:r>
        <w:t>hum ko maghfirat farmaye aur hum ko dunya mein aur aakhirat mein kamyabi ata farmaye. Assalamu Alaikum wa Rahmatullahi</w:t>
      </w:r>
    </w:p>
    <w:p>
      <w:pPr>
        <w:jc w:val="right"/>
      </w:pPr>
      <w:r>
        <w:t>ہم کو مغفرت فرمائے اور ہم کو دنیا میں اور آخرت میں کامیابی عطا فرمائے۔ السلام علیکم ورحمۃ اللہ</w:t>
      </w:r>
    </w:p>
    <w:p>
      <w:r>
        <w:rPr>
          <w:b/>
        </w:rPr>
        <w:t xml:space="preserve">[44:46] </w:t>
      </w:r>
      <w:r>
        <w:t>. Maulana, yeh sawal aaya hai Chennai se Maulana Iqbal Umri ka, aur unhone aapse poocha hai ke Maulana, aap ke tajrube se Quran ka contemporary application karne ke liye kya cheez rukawat bani hui hai, us ke bare mein bataein.</w:t>
      </w:r>
    </w:p>
    <w:p>
      <w:pPr>
        <w:jc w:val="right"/>
      </w:pPr>
      <w:r>
        <w:t>۔ مولانا، یہ سوال آیا ہے چنئی سے مولانا اقبال عمری کا، اور انہوں نے آپ سے پوچھا ہے کہ مولانا، آپ کے تجربے سے قرآن کا کنٹیمپریری ایپلیکیشن کرنے کے لیے کیا چیز رکاوٹ بنی ہوئی ہے، اس کے بارے میں بتائیں۔</w:t>
      </w:r>
    </w:p>
    <w:p>
      <w:r>
        <w:rPr>
          <w:b/>
        </w:rPr>
        <w:t xml:space="preserve">[45:05] </w:t>
      </w:r>
      <w:r>
        <w:t>mere samajh mein to yeh hai ke woh jo woh jo hadees hai, us ki wajah se log us ko rizq samajhte hain. man fasara al quran bil rai faqad akhta'a.</w:t>
      </w:r>
    </w:p>
    <w:p>
      <w:pPr>
        <w:jc w:val="right"/>
      </w:pPr>
      <w:r>
        <w:t>میرے سمجھ میں تو یہ ہے کہ وہ جو وہ جو حدیث ہے، اس کی وجہ سے لوگ اس کو رزق سمجھتے ہیں۔ من فسر القرآن بلا إيصال فقد أخطأ ۔</w:t>
      </w:r>
    </w:p>
    <w:p>
      <w:r>
        <w:rPr>
          <w:b/>
        </w:rPr>
        <w:t xml:space="preserve">[45:16] </w:t>
      </w:r>
      <w:r>
        <w:t>darte hain ke kahin aql is apply karenge to kahin gunah na ho jaye. haalanke is hadees ka yeh matlab nahi hai. is ka matlab hai ke bas atalttan taur par lage bolne Quran ke bare mein.</w:t>
      </w:r>
    </w:p>
    <w:p>
      <w:pPr>
        <w:jc w:val="right"/>
      </w:pPr>
      <w:r>
        <w:t>ڈرتے ہیں کہ آیا عقل اس اپلائی کریں گے تو کہیں گناہ نہ ہو جائے۔ حالانکہ اس حدیث کا یہ مطلب نہیں ہے۔ اس کا مطلب ہے کہ بس اٹلٹنا طور پر لگے بولنے قرآن کے بارے میں۔</w:t>
      </w:r>
    </w:p>
    <w:p>
      <w:r>
        <w:rPr>
          <w:b/>
        </w:rPr>
        <w:t xml:space="preserve">[45:31] </w:t>
      </w:r>
      <w:r>
        <w:t>na study kiya hai, na arabi zaban achhi jante hain. is se mana kiya gaya hai.</w:t>
      </w:r>
    </w:p>
    <w:p>
      <w:pPr>
        <w:jc w:val="right"/>
      </w:pPr>
      <w:r>
        <w:t>نہ اسٹڈی کیا ہے، نہ عربی زبان اچھی جانتے ہیں۔ اس سے منع کیا گیا ہے۔</w:t>
      </w:r>
    </w:p>
    <w:p>
      <w:r>
        <w:rPr>
          <w:b/>
        </w:rPr>
        <w:t xml:space="preserve">[45:36] </w:t>
      </w:r>
      <w:r>
        <w:t>baqi aap siriesli agar aap study karen quran ki, khoob tehqeeq karen, aur tehqeeq kar ke poori sanjeedgi ke sath aik rai par pohnchen to woh to aane matloob hain.</w:t>
      </w:r>
    </w:p>
    <w:p>
      <w:pPr>
        <w:jc w:val="right"/>
      </w:pPr>
      <w:r>
        <w:t>باقی آپ سیریسلی اگر آپ اسٹڈی کریں قرآن کی، خوب تحقیق کریں، اور تحقیق کر کے پوری سنجیدگی کے ساتھ ایک رائے پر پہنچیں تو وہ تو آنے مطلوب ہے۔</w:t>
      </w:r>
    </w:p>
    <w:p>
      <w:r>
        <w:rPr>
          <w:b/>
        </w:rPr>
        <w:t xml:space="preserve">[45:51] </w:t>
      </w:r>
      <w:r>
        <w:t>main to yahi samajhta hoon. Maulana, in ka aik aur sawal hai. unhon ne aap se poocha hai ke usooli tafseer ki kitabon mein contemporary application par ziyada zor kyun nahi diya gaya, is ke baray mein.</w:t>
      </w:r>
    </w:p>
    <w:p>
      <w:pPr>
        <w:jc w:val="right"/>
      </w:pPr>
      <w:r>
        <w:t>میں تو یہی سمجھتا ہوں۔ مولانا، ان کا ایک اور سوال ہے۔ انہوں نے آپ سے پوچھا ہے کہ اصولی تفسیر کی کتابوں میں کنٹیمپریری ایپلیکیشن پر زیادہ زور کیوں نہیں دیا گیا، اس کے بارے میں۔</w:t>
      </w:r>
    </w:p>
    <w:p>
      <w:r>
        <w:rPr>
          <w:b/>
        </w:rPr>
        <w:t xml:space="preserve">[46:05] </w:t>
      </w:r>
      <w:r>
        <w:t>haan, kon sa? usooli tafseer. usooli tafseer. usooli tafseer. haan ji. bhai, is ka ab is ka to bohat mushkil hai jawab dena.</w:t>
      </w:r>
    </w:p>
    <w:p>
      <w:pPr>
        <w:jc w:val="right"/>
      </w:pPr>
      <w:r>
        <w:t>ہاں، کون سا؟ اصولی تفسیر۔ اصولی تفسیر۔ اصولی تفسیر۔ ہاں جی۔ بھئی، اس کا اب اس کا تو بہت مشکل ہے جواب دینا۔</w:t>
      </w:r>
    </w:p>
    <w:p>
      <w:r>
        <w:rPr>
          <w:b/>
        </w:rPr>
        <w:t xml:space="preserve">[46:16] </w:t>
      </w:r>
      <w:r>
        <w:t>magar bazahir mera khayal yeh hai ke logon ne shan e nuzool ya asbab e nuzool ki riwayaton hi ko asal samajh liya. halankeh woh background bata di thi.</w:t>
      </w:r>
    </w:p>
    <w:p>
      <w:pPr>
        <w:jc w:val="right"/>
      </w:pPr>
      <w:r>
        <w:t>مگر بظاہر میرا خیال یہ ہے کہ لوگوں نے شان نزول یا اسباب نزول کی روایتوں ہی کو اصل سمجھ لیا۔ حالانکہ وہ بیک گراؤنڈ بتا دی تھی۔</w:t>
      </w:r>
    </w:p>
    <w:p>
      <w:r>
        <w:rPr>
          <w:b/>
        </w:rPr>
        <w:t xml:space="preserve">[46:29] </w:t>
      </w:r>
      <w:r>
        <w:t>yani jis ko kehte hain tafseer e ma'soor, usi ko asal samajh liya gaya.</w:t>
      </w:r>
    </w:p>
    <w:p>
      <w:pPr>
        <w:jc w:val="right"/>
      </w:pPr>
      <w:r>
        <w:t>یعنی جس کو کہتے ہیں تفسیر معصور، اسی کو اصل سمجھ لیا گیا۔</w:t>
      </w:r>
    </w:p>
    <w:p>
      <w:r>
        <w:rPr>
          <w:b/>
        </w:rPr>
        <w:t xml:space="preserve">[46:34] </w:t>
      </w:r>
      <w:r>
        <w:t>bas jo shan e nuzool ki riwayaton mein hai, jo asbab e nuzool ki riwayaton mein hai, bas wohi asal hai tafseer ka maada. halankeh woh asal tafseer ka maada nahi tha.</w:t>
      </w:r>
    </w:p>
    <w:p>
      <w:pPr>
        <w:jc w:val="right"/>
      </w:pPr>
      <w:r>
        <w:t>بس جو شان نزول کی روایتوں میں ہے، جو اسباب نزول کی روایتوں میں ہے، بس وہی اصل ہے تفسیر کا مادہ۔ حالانکہ وہ اصل تفسیر کا مادہ نہیں تھا۔</w:t>
      </w:r>
    </w:p>
    <w:p>
      <w:r>
        <w:rPr>
          <w:b/>
        </w:rPr>
        <w:t xml:space="preserve">[46:47] </w:t>
      </w:r>
      <w:r>
        <w:t>woh woh hum ko historical background batane ke liye tha. is se hum is ko le kar phir humein re-apply karna tha.</w:t>
      </w:r>
    </w:p>
    <w:p>
      <w:pPr>
        <w:jc w:val="right"/>
      </w:pPr>
      <w:r>
        <w:t>وہ وہ ہم کو ہسٹوریکل بیک گراؤنڈ بتانے کے لیے تھا۔ اس سے ہم اس کو لے کر پھر ہمیں ری اپلائی کرنا تھا۔</w:t>
      </w:r>
    </w:p>
    <w:p>
      <w:r>
        <w:rPr>
          <w:b/>
        </w:rPr>
        <w:t xml:space="preserve">[46:58] </w:t>
      </w:r>
      <w:r>
        <w:t>yeh main samajhta hoon ke yeh zehan nahi bana logon ke andar.</w:t>
      </w:r>
    </w:p>
    <w:p>
      <w:pPr>
        <w:jc w:val="right"/>
      </w:pPr>
      <w:r>
        <w:t>یہ میں سمجھتا ہوں کہ یہ ذہن نہیں بنا لوگوں کے اندر۔</w:t>
      </w:r>
    </w:p>
    <w:p>
      <w:r>
        <w:rPr>
          <w:b/>
        </w:rPr>
        <w:t xml:space="preserve">[47:02] </w:t>
      </w:r>
      <w:r>
        <w:t>Maulana, agla sawal Dilli se hai Danish Sahab ka, aur unhon ne likha hai: "Could you suggest a tafseer of Quran by a scholar which also addresses the issue that you raise today about Quran's interpretation in modern times?</w:t>
      </w:r>
    </w:p>
    <w:p>
      <w:pPr>
        <w:jc w:val="right"/>
      </w:pPr>
      <w:r>
        <w:t>مولانا، اگلا سوال دلی سے ہے دانش صاحب کا، اور انہوں نے لکھا ہے: "Could you suggest a تفسیر of قرآن by a scholar which also addresses the issue that you raise today about قرآن's interpretation in modern times?</w:t>
      </w:r>
    </w:p>
    <w:p>
      <w:r>
        <w:rPr>
          <w:b/>
        </w:rPr>
        <w:t xml:space="preserve">[47:22] </w:t>
      </w:r>
      <w:r>
        <w:t>I am specifically interested in issues like spirituality, character building, humanity."</w:t>
      </w:r>
    </w:p>
    <w:p>
      <w:pPr>
        <w:jc w:val="right"/>
      </w:pPr>
      <w:r>
        <w:t>I am specifically interested in issues like spirituality, character building, humanity."</w:t>
      </w:r>
    </w:p>
    <w:p>
      <w:r>
        <w:rPr>
          <w:b/>
        </w:rPr>
        <w:t xml:space="preserve">[47:30] </w:t>
      </w:r>
      <w:r>
        <w:t>bhai, main kisi ki tafseer ka naam nahi le sakta. aap khud study kar ke janiye. jis tafseer ko aap samjhen, us ko apnaie. main kisi tafseer ka naam nahi le sakta.</w:t>
      </w:r>
    </w:p>
    <w:p>
      <w:pPr>
        <w:jc w:val="right"/>
      </w:pPr>
      <w:r>
        <w:t>بھائی، میں کسی کی تفسیر کا نام نہیں لے سکتا۔ آپ خود اسٹڈی کر کے جانیے۔ جس تفسیر کو آپ سمجھیں، اس کو اپنائیے۔ میں کسی تفسیر کا نام نہیں لے سکتا۔</w:t>
      </w:r>
    </w:p>
    <w:p>
      <w:r>
        <w:rPr>
          <w:b/>
        </w:rPr>
        <w:t xml:space="preserve">[47:42] </w:t>
      </w:r>
      <w:r>
        <w:t>kyunke main to ghair mutma'in hoon. to main kya naam loon ga? main to in tafseeron se ghair mutma'in hoon. aap khud daryaft kijiye.</w:t>
      </w:r>
    </w:p>
    <w:p>
      <w:pPr>
        <w:jc w:val="right"/>
      </w:pPr>
      <w:r>
        <w:t>کیونکہ میں تو غیر مطمئن ہوں۔ تو میں کیا نام لوں گا؟ میں تو ان تفسیروں سے غیر مطمئن ہوں۔ آپ خود دریافت کیجیے۔</w:t>
      </w:r>
    </w:p>
    <w:p>
      <w:r>
        <w:rPr>
          <w:b/>
        </w:rPr>
        <w:t xml:space="preserve">[47:52] </w:t>
      </w:r>
      <w:r>
        <w:t>main to tafseer se ghair mutma'in hoon.</w:t>
      </w:r>
    </w:p>
    <w:p>
      <w:pPr>
        <w:jc w:val="right"/>
      </w:pPr>
      <w:r>
        <w:t>میں تو تفسیر سے غیر مطمئن ہوں۔</w:t>
      </w:r>
    </w:p>
    <w:p>
      <w:r>
        <w:rPr>
          <w:b/>
        </w:rPr>
        <w:t xml:space="preserve">[47:57] </w:t>
      </w:r>
      <w:r>
        <w:t>Maulana, agla sawal Dilli se hai Shahnawaz Zafar Sahab ka, aur unhon ne likha hai: "aql insaan ke liye Allah ki taraf se sab se qeemti tohfa hai,</w:t>
      </w:r>
    </w:p>
    <w:p>
      <w:pPr>
        <w:jc w:val="right"/>
      </w:pPr>
      <w:r>
        <w:t>مولانا، اگلا سوال دلی سے ہے شاہنواز ظفر صاحب کا، اور انہوں نے لکھا ہے: "عقل انسان کے لیے اللہ کی طرف سے سب سے قیمتی تحفہ ہے،</w:t>
      </w:r>
    </w:p>
    <w:p>
      <w:r>
        <w:rPr>
          <w:b/>
        </w:rPr>
        <w:t xml:space="preserve">[48:10] </w:t>
      </w:r>
      <w:r>
        <w:t>aur Allah insaan ko aik aisi kitab de hi nahi sakta jo us ki aql ko address na kar sake ya us ki aql ke daire se bahar ki baat karta ho.</w:t>
      </w:r>
    </w:p>
    <w:p>
      <w:pPr>
        <w:jc w:val="right"/>
      </w:pPr>
      <w:r>
        <w:t>اور اللہ انسان کو ایک ایسی کتاب دے ہی نہیں سکتا جو اس کی عقل کو ایڈریس نہ کر سکے یا اس کی عقل کے دائرے سے باہر کی بات کرتا ہو۔</w:t>
      </w:r>
    </w:p>
    <w:p>
      <w:r>
        <w:rPr>
          <w:b/>
        </w:rPr>
        <w:t xml:space="preserve">[48:22] </w:t>
      </w:r>
      <w:r>
        <w:t>magar hamare ulama yeh kehte hain ke Islam mein aql ka koi dakhal nahi, aur yahi wajah hai ke aam musalman Quran ke muamle mein apni aql ka istemal karne ki jurrat nahi kar paate.</w:t>
      </w:r>
    </w:p>
    <w:p>
      <w:pPr>
        <w:jc w:val="right"/>
      </w:pPr>
      <w:r>
        <w:t>مگر ہمارے علماء یہ کہتے ہیں کہ اسلام میں عقل کا کوئی دخل نہیں، اور یہی وجہ ہے کہ عام مسلمان قرآن کے معاملے میں اپنی عقل کا استعمال کرنے کی جرات نہیں کر پاتے۔</w:t>
      </w:r>
    </w:p>
    <w:p>
      <w:r>
        <w:rPr>
          <w:b/>
        </w:rPr>
        <w:t xml:space="preserve">[48:37] </w:t>
      </w:r>
      <w:r>
        <w:t>meharbani kar ke wazahat karen. bhai, is ka jawab to main ne de diya ke woh jo tafseer bil rai ke baray mein jo hadith hai, us ka ghalat interpretation.</w:t>
      </w:r>
    </w:p>
    <w:p>
      <w:pPr>
        <w:jc w:val="right"/>
      </w:pPr>
      <w:r>
        <w:t>مہربانی کر کے وضاحت کریں۔ بھئی، اس کا جواب تو میں نے دے دیا کہ وہ جو تفسیر بالرائے کے بارے میں جو حدیث ہے، اس کا غلط انٹرپریٹیشن۔</w:t>
      </w:r>
    </w:p>
    <w:p>
      <w:r>
        <w:rPr>
          <w:b/>
        </w:rPr>
        <w:t xml:space="preserve">[48:54] </w:t>
      </w:r>
      <w:r>
        <w:t>yani tafseer bil rai mein mana kiya gaya tha ke bila tayari ke, baghair jaane boojhe, yun hi bas bol rahay hain, stage par kharay ho kar ke.</w:t>
      </w:r>
    </w:p>
    <w:p>
      <w:pPr>
        <w:jc w:val="right"/>
      </w:pPr>
      <w:r>
        <w:t>یعنی تفسیر بالرائے میں منع کیا گیا تھا کہ بلا تیاری کے، بغیر جانے بوجھے، یوں ہی بس بول رہے ہیں، اسٹیج پر کھڑے ہو کر کے۔</w:t>
      </w:r>
    </w:p>
    <w:p>
      <w:r>
        <w:rPr>
          <w:b/>
        </w:rPr>
        <w:t xml:space="preserve">[49:04] </w:t>
      </w:r>
      <w:r>
        <w:t>is se mana kiya gaya.</w:t>
      </w:r>
    </w:p>
    <w:p>
      <w:pPr>
        <w:jc w:val="right"/>
      </w:pPr>
      <w:r>
        <w:t>اس سے منع کیا گیا۔</w:t>
      </w:r>
    </w:p>
    <w:p>
      <w:r>
        <w:rPr>
          <w:b/>
        </w:rPr>
        <w:t xml:space="preserve">[49:08] </w:t>
      </w:r>
      <w:r>
        <w:t>baqi jahan tak is baat ka hai ke tehqeeq karen aap, aap arabi zaban seekhen, dua karen, aur phir poori, yani Allah ke Allah ke samne apne ko responsible samajhte rahiye, us ke mafhoom tak pohnchne ki koshish karen.</w:t>
      </w:r>
    </w:p>
    <w:p>
      <w:pPr>
        <w:jc w:val="right"/>
      </w:pPr>
      <w:r>
        <w:t>باقی جہاں تک اس بات کا ہے کہ تحقیق کریں آپ، آپ عربی زبان سیکھیں، دعا کریں، اور پھر پوری، یعنی اللہ کے اللہ کے سامنے اپنے کو ریسپانسبل سمجھتے رہیے، اس کے مفہوم تک پہنچنے کی کوشش کریں۔</w:t>
      </w:r>
    </w:p>
    <w:p>
      <w:r>
        <w:rPr>
          <w:b/>
        </w:rPr>
        <w:t xml:space="preserve">[49:29] </w:t>
      </w:r>
      <w:r>
        <w:t>yeh to bilkul aane matloob hai.</w:t>
      </w:r>
    </w:p>
    <w:p>
      <w:pPr>
        <w:jc w:val="right"/>
      </w:pPr>
      <w:r>
        <w:t>یہ تو بالکل آنے مطلوب ہے۔</w:t>
      </w:r>
    </w:p>
    <w:p>
      <w:r>
        <w:rPr>
          <w:b/>
        </w:rPr>
        <w:t xml:space="preserve">[49:31] </w:t>
      </w:r>
      <w:r>
        <w:t>to is hadith ka main samajhta hoon ke ghalat matlab le kar ke yeh zehan bana hai.</w:t>
      </w:r>
    </w:p>
    <w:p>
      <w:pPr>
        <w:jc w:val="right"/>
      </w:pPr>
      <w:r>
        <w:t>تو اس حدیث کا میں سمجھتا ہوں کہ غلط مطلب لے کر کے یہ ذہن بنا ہے۔</w:t>
      </w:r>
    </w:p>
    <w:p>
      <w:r>
        <w:rPr>
          <w:b/>
        </w:rPr>
        <w:t xml:space="preserve">[49:44] </w:t>
      </w:r>
      <w:r>
        <w:t>Maulana, agla sawal Bangalore se hai Farhad Sahab ka, aur unhon ne likha hai: "Molana, recent reports have revealed that many youths from India have gone to join ISIS, and they claim that they are doing it for the cause of Allah.</w:t>
      </w:r>
    </w:p>
    <w:p>
      <w:pPr>
        <w:jc w:val="right"/>
      </w:pPr>
      <w:r>
        <w:t>مولانا، اگلا سوال بینگلور سے ہے فرہاد صاحب کا، اور انہوں نے لکھا ہے: "Molana, recent reports have revealed that many youths from India have gone to join ISIS, and they claim that they are doing it for the cause of Allah.</w:t>
      </w:r>
    </w:p>
    <w:p>
      <w:r>
        <w:rPr>
          <w:b/>
        </w:rPr>
        <w:t xml:space="preserve">[50:03] </w:t>
      </w:r>
      <w:r>
        <w:t>Maulana, according to you, what is the reason that these educated youths are ready to join the terror and Islamic wings like ISIS?</w:t>
      </w:r>
    </w:p>
    <w:p>
      <w:pPr>
        <w:jc w:val="right"/>
      </w:pPr>
      <w:r>
        <w:t>مولانا، according to you, what is the reason that these educated youths are ready to join the terror and Islamic wings like ISIS?</w:t>
      </w:r>
    </w:p>
    <w:p>
      <w:r>
        <w:rPr>
          <w:b/>
        </w:rPr>
        <w:t xml:space="preserve">[50:13] </w:t>
      </w:r>
      <w:r>
        <w:t>This creates a very negative image of Islam. What is the solution? dekhiye, jahan tak main ne samjha hai, yeh youth agarchay parhay likhe hon ge,</w:t>
      </w:r>
    </w:p>
    <w:p>
      <w:pPr>
        <w:jc w:val="right"/>
      </w:pPr>
      <w:r>
        <w:t>This creates a very negative image of Islam. What is the solution? دیکھیے، جہاں تک میں نے سمجھا ہے، یہ یوتھ اگرچہ پڑھے لکھے ہوں گے،</w:t>
      </w:r>
    </w:p>
    <w:p>
      <w:r>
        <w:rPr>
          <w:b/>
        </w:rPr>
        <w:t xml:space="preserve">[50:29] </w:t>
      </w:r>
      <w:r>
        <w:t>lekin unhon ne quran ko</w:t>
      </w:r>
    </w:p>
    <w:p>
      <w:pPr>
        <w:jc w:val="right"/>
      </w:pPr>
      <w:r>
        <w:t>لیکن انہوں نے قرآن کو</w:t>
      </w:r>
    </w:p>
    <w:p>
      <w:r>
        <w:rPr>
          <w:b/>
        </w:rPr>
        <w:t xml:space="preserve">[50:33] </w:t>
      </w:r>
      <w:r>
        <w:t>nahin read kiya. unhon ne islam ko sirf samjha hai internet par jo maloomat aaj kal bhari ja rahi hain, screenst logon ki taraf se, us ko parha hai unhon ne.</w:t>
      </w:r>
    </w:p>
    <w:p>
      <w:pPr>
        <w:jc w:val="right"/>
      </w:pPr>
      <w:r>
        <w:t>نہیں ریسٹڈی کی۔ انہوں نے اسلام کو صرف سمجھا ہے انٹرنیٹ پر جو معلومات آج کل بھری جا رہی ہیں، اسکرینسٹ لوگوں کی طرف سے، اس کو پڑھا ہے انہوں نے۔</w:t>
      </w:r>
    </w:p>
    <w:p>
      <w:r>
        <w:rPr>
          <w:b/>
        </w:rPr>
        <w:t xml:space="preserve">[50:45] </w:t>
      </w:r>
      <w:r>
        <w:t>aaj kal bohat bura istemal kar rahe hain musalman is ka, internet ka. kya kehte hain sahab? is mein maloomat dalte hain jo?</w:t>
      </w:r>
    </w:p>
    <w:p>
      <w:pPr>
        <w:jc w:val="right"/>
      </w:pPr>
      <w:r>
        <w:t>آج کل بہت برا استعمال کر رہے ہیں مسلمان اس کا، انٹرنیٹ کا۔ کیا کہتے ہیں صاحب؟ اس میں معلومات ڈالتے ہیں جو؟</w:t>
      </w:r>
    </w:p>
    <w:p>
      <w:r>
        <w:rPr>
          <w:b/>
        </w:rPr>
        <w:t xml:space="preserve">[50:54] </w:t>
      </w:r>
      <w:r>
        <w:t>ji, internet theek hai, maulana. aaj kal aik nai, itni bari blessing hai internet, bohat bari blessing, lekin musalman is ka negative istemal kar rahe hain.</w:t>
      </w:r>
    </w:p>
    <w:p>
      <w:pPr>
        <w:jc w:val="right"/>
      </w:pPr>
      <w:r>
        <w:t>جی، انٹرنیٹ ٹھیک ہے، مولانا۔ آج کل ایک نئی، اتنی بڑی بریسنگ ہے انٹرنیٹ، بہت بڑی بریسنگ، لیکن مسلمان اس کا نیگیٹیو استعمال کر رہے ہیں۔</w:t>
      </w:r>
    </w:p>
    <w:p>
      <w:r>
        <w:rPr>
          <w:b/>
        </w:rPr>
        <w:t xml:space="preserve">[51:07] </w:t>
      </w:r>
      <w:r>
        <w:t>bohat hi zyada, yani misinformation ke zariye bana diya musalmanon ne is ko.</w:t>
      </w:r>
    </w:p>
    <w:p>
      <w:pPr>
        <w:jc w:val="right"/>
      </w:pPr>
      <w:r>
        <w:t>بہت ہی زیادہ، یعنی مس انفارمیشن کے ذریعے بنا دیا مسلمانوں نے اس کو۔</w:t>
      </w:r>
    </w:p>
    <w:p>
      <w:r>
        <w:rPr>
          <w:b/>
        </w:rPr>
        <w:t xml:space="preserve">[51:14] </w:t>
      </w:r>
      <w:r>
        <w:t>aik blessing ko apne liye ulta bana diya. isi ko parhte hain yeh log. in logon ne jo aap mujh se miliye, un se poochen, un hazrat se jin ko aap kehte hain ke muslim youth,</w:t>
      </w:r>
    </w:p>
    <w:p>
      <w:pPr>
        <w:jc w:val="right"/>
      </w:pPr>
      <w:r>
        <w:t>ایک بریسنگ کو اپنے لیے الٹا بنا دیا۔ اسی کو پڑھتے ہیں یہ لوگ۔ ان لوگوں نے جو آپ مجھ سے ملیے، ان سے پوچھیں، ان حضرات سے جن کو آپ کہتے ہیں کہ مسلم یوتھ،</w:t>
      </w:r>
    </w:p>
    <w:p>
      <w:r>
        <w:rPr>
          <w:b/>
        </w:rPr>
        <w:t xml:space="preserve">[51:30] </w:t>
      </w:r>
      <w:r>
        <w:t>mein aise kuch logon se mila hoon.</w:t>
      </w:r>
    </w:p>
    <w:p>
      <w:pPr>
        <w:jc w:val="right"/>
      </w:pPr>
      <w:r>
        <w:t>میں ایسے کچھ لوگوں سے ملا ہوں۔</w:t>
      </w:r>
    </w:p>
    <w:p>
      <w:r>
        <w:rPr>
          <w:b/>
        </w:rPr>
        <w:t xml:space="preserve">[51:33] </w:t>
      </w:r>
      <w:r>
        <w:t>mein ne un se pocha ke kya aap ne jo step liya hai, is se pehle bohat hi, yani sanjeedgi ke sath quran ko is darje tak parha tha ke quran kya kehta hai?</w:t>
      </w:r>
    </w:p>
    <w:p>
      <w:pPr>
        <w:jc w:val="right"/>
      </w:pPr>
      <w:r>
        <w:t>میں نے ان سے پوچھا کہ کیا آپ نے جو سٹیپ لیا ہے، اس سے پہلے بہت ہی، یعنی سنجیدگی کے ساتھ قرآن کو اس درجے تک پڑھا تھا کہ قرآن کیا کہتا ہے؟</w:t>
      </w:r>
    </w:p>
    <w:p>
      <w:r>
        <w:rPr>
          <w:b/>
        </w:rPr>
        <w:t xml:space="preserve">[51:47] </w:t>
      </w:r>
      <w:r>
        <w:t>phir aap ne jump kiya? to yaqeen kijiye, aik shakhs ne bhi yeh nahin kaha. bas in ki sara jo source hai, woh internet ki maloomat hai.</w:t>
      </w:r>
    </w:p>
    <w:p>
      <w:pPr>
        <w:jc w:val="right"/>
      </w:pPr>
      <w:r>
        <w:t>پھر آپ نے جمپ کیا؟ تو یقین کیجیے، ایک شخص نے بھی یہ نہیں کہا۔ بس ان کی سارا جو سورس ہے، وہ انٹرنیٹ کی معلومات ہے۔</w:t>
      </w:r>
    </w:p>
    <w:p>
      <w:r>
        <w:rPr>
          <w:b/>
        </w:rPr>
        <w:t xml:space="preserve">[51:56] </w:t>
      </w:r>
      <w:r>
        <w:t>aur internet ki maloomat kaun hai? woh extremist log bhar rahe hain.</w:t>
      </w:r>
    </w:p>
    <w:p>
      <w:pPr>
        <w:jc w:val="right"/>
      </w:pPr>
      <w:r>
        <w:t>اور انٹرنیٹ کی معلومات کون ہے؟ وہ ایکسٹریمسٹ لوگ بھر رہے ہیں۔</w:t>
      </w:r>
    </w:p>
    <w:p>
      <w:r>
        <w:rPr>
          <w:b/>
        </w:rPr>
        <w:t xml:space="preserve">[52:00] </w:t>
      </w:r>
      <w:r>
        <w:t>extremist logon ne internet ko apne liye bana liya hai zariya logon ko bharkane ka. aur is se kehte hain, nahin nahin, jhooti baatein is mein dalte hain.</w:t>
      </w:r>
    </w:p>
    <w:p>
      <w:pPr>
        <w:jc w:val="right"/>
      </w:pPr>
      <w:r>
        <w:t>ایکسٹریمسٹ لوگوں نے انٹرنیٹ کو اپنے لیے بنا لیا ہے ذریعہ لوگوں کو بھڑکانے کا۔ اور اس سے کہتے ہیں، نہیں نہیں، جھوٹی باتیں اس میں ڈالتے ہیں۔</w:t>
      </w:r>
    </w:p>
    <w:p>
      <w:r>
        <w:rPr>
          <w:b/>
        </w:rPr>
        <w:t xml:space="preserve">[52:11] </w:t>
      </w:r>
      <w:r>
        <w:t>yani kahin ka koi, kisi ne mara kisi ko, koi lashain pari hui hain, us ko dikha dein ke dekho bhai, yeh musalmanon ki lashain hain, maar maar ke dali hui hain.</w:t>
      </w:r>
    </w:p>
    <w:p>
      <w:pPr>
        <w:jc w:val="right"/>
      </w:pPr>
      <w:r>
        <w:t>یعنی کہیں کا کوئی، کسی نے مارا کسی کو، کوئی لاشیں پڑی ہوئی ہیں، اس کو دکھا دیں کہ دیکھو بھئی، یہ مسلمانوں کی لاشیں ہیں، مار مار کے ڈالی ہوئی ہیں۔</w:t>
      </w:r>
    </w:p>
    <w:p>
      <w:r>
        <w:rPr>
          <w:b/>
        </w:rPr>
        <w:t xml:space="preserve">[52:21] </w:t>
      </w:r>
      <w:r>
        <w:t>aik bohat hi munazzam tor par is trend ko misuse ho raha hai. is se yeh log ban rahe hain.</w:t>
      </w:r>
    </w:p>
    <w:p>
      <w:pPr>
        <w:jc w:val="right"/>
      </w:pPr>
      <w:r>
        <w:t>ایک بہت ہی منظم طور پر اس ٹینڈنٹ کو مس یوز ہو رہا ہے۔ اس سے یہ لوگ بن رہے ہیں۔</w:t>
      </w:r>
    </w:p>
    <w:p>
      <w:r>
        <w:rPr>
          <w:b/>
        </w:rPr>
        <w:t xml:space="preserve">[52:30] </w:t>
      </w:r>
      <w:r>
        <w:t>aap kisi se, kisi aik youth se pooch lijiye ke tum ne library mein ja kar ke sanjeedgi ke sath parha ke islam kya hai? phir aisa kiya?</w:t>
      </w:r>
    </w:p>
    <w:p>
      <w:pPr>
        <w:jc w:val="right"/>
      </w:pPr>
      <w:r>
        <w:t>آپ کسی سے، کسی ایک یوتھ سے پوچھ لیجیے کہ تم نے لائبریری میں جا کر کے سنجیدگی کے ساتھ پڑھا کہ اسلام کیا ہے؟ پھر ایسا کیا؟</w:t>
      </w:r>
    </w:p>
    <w:p>
      <w:r>
        <w:rPr>
          <w:b/>
        </w:rPr>
        <w:t xml:space="preserve">[52:39] </w:t>
      </w:r>
      <w:r>
        <w:t>to pata chale ke nahin, kuch bhi nahin. woh bhai, internet ki baatein parh parh ke ghussa ho gaye, wahan pohanch gaye.</w:t>
      </w:r>
    </w:p>
    <w:p>
      <w:pPr>
        <w:jc w:val="right"/>
      </w:pPr>
      <w:r>
        <w:t>تو پتہ چلے کہ نہیں، کچھ بھی نہیں۔ وہ بھئی، انٹرنیٹ کی باتیں پڑھ پڑھ کے غصہ ہو گئے، وہاں پہنچ گئے۔</w:t>
      </w:r>
    </w:p>
    <w:p>
      <w:r>
        <w:rPr>
          <w:b/>
        </w:rPr>
        <w:t xml:space="preserve">[52:48] </w:t>
      </w:r>
      <w:r>
        <w:t>yeh yeh youth kuch bhi jante nahin islam ke bare mein, kuch bhi nahin jante, siwaye is ke ke internet par jo, yani ghalat khabrein bhari hui hain, isi isi se isi ka pata hai un ko.</w:t>
      </w:r>
    </w:p>
    <w:p>
      <w:pPr>
        <w:jc w:val="right"/>
      </w:pPr>
      <w:r>
        <w:t>یہ یہ یوتھ کچھ بھی جانتے نہیں اسلام کے بارے میں، کچھ بھی نہیں جانتے، سوائے اس کے کہ انٹرنیٹ پر جو، یعنی غلط خبریں بھری ہوئی ہیں، اسی اسی سے اسی کا پتہ ہے ان کو۔</w:t>
      </w:r>
    </w:p>
    <w:p>
      <w:r>
        <w:rPr>
          <w:b/>
        </w:rPr>
        <w:t xml:space="preserve">[53:04] </w:t>
      </w:r>
      <w:r>
        <w:t>maulana, agla sawal adeel abad se kiya hai muhammad mehmood sahab ne, aur unhon ne likha hai ke aaj poori dunya mein muslim tanzeemein har jagah tashaddud aur fasad barpa kiye hue hain, aur isi ko woh naam dete hain jihad fi sabilillah ya iqamat deen ya islami hukumat ya islami nizam ka qaim waghera.</w:t>
      </w:r>
    </w:p>
    <w:p>
      <w:pPr>
        <w:jc w:val="right"/>
      </w:pPr>
      <w:r>
        <w:t>مولانا، اگلا سوال عدیل آباد سے کیا ہے محمد محمود صاحب نے، اور انہوں نے لکھا ہے کہ آج پوری دنیا میں مسلم تنظیمیں ہر جگہ تشدد اور فساد برپا کیے ہوئے ہیں، اور اسی کو وہ نام دیتے ہیں جہاد فی سبیل اللہ یا اقامت دین یا اسلامی حکومت یا اسلامی نظام کا قائم وغیرہ۔</w:t>
      </w:r>
    </w:p>
    <w:p>
      <w:r>
        <w:rPr>
          <w:b/>
        </w:rPr>
        <w:t xml:space="preserve">[53:29] </w:t>
      </w:r>
      <w:r>
        <w:t>kya yeh quran ka wrong application hai? aur</w:t>
      </w:r>
    </w:p>
    <w:p>
      <w:pPr>
        <w:jc w:val="right"/>
      </w:pPr>
      <w:r>
        <w:t>کیا یہ قرآن کا رونگ ایپلیکیشن ہے؟ اور</w:t>
      </w:r>
    </w:p>
    <w:p>
      <w:r>
        <w:rPr>
          <w:b/>
        </w:rPr>
        <w:t xml:space="preserve">[53:33] </w:t>
      </w:r>
      <w:r>
        <w:t>agar hai to is se bahar nikalna, bahar nikalne ka durust tareeqa kya hai? is ke bare mein bataein. mein to kehta hoon wrong application hai, lafz halka hai.</w:t>
      </w:r>
    </w:p>
    <w:p>
      <w:pPr>
        <w:jc w:val="right"/>
      </w:pPr>
      <w:r>
        <w:t>اگر ہے تو اس سے باہر نکلنا، باہر نکلنے کا درست طریقہ کیا ہے؟ اس کے بارے میں بتائیں۔ میں تو کہتا ہوں رونگ ایپلیکیشن ہے، لفظ ہلکا ہے۔</w:t>
      </w:r>
    </w:p>
    <w:p>
      <w:r>
        <w:rPr>
          <w:b/>
        </w:rPr>
        <w:t xml:space="preserve">[53:43] </w:t>
      </w:r>
      <w:r>
        <w:t>yeh to distortion hai. yeh quran ka wrong application aap kahein, tab bhi us ko halka halka lafz hi hai. distortion hai.</w:t>
      </w:r>
    </w:p>
    <w:p>
      <w:pPr>
        <w:jc w:val="right"/>
      </w:pPr>
      <w:r>
        <w:t>یہ تو ڈسٹارشن ہے۔ یہ قرآن کا رونگ ایپلیکیشن آپ کہیں، تب بھی اس کو ہلکا ہلکا لفظ ہی ہے۔ ڈسٹارشن ہے۔</w:t>
      </w:r>
    </w:p>
    <w:p>
      <w:r>
        <w:rPr>
          <w:b/>
        </w:rPr>
        <w:t xml:space="preserve">[53:53] </w:t>
      </w:r>
      <w:r>
        <w:t>yeh log, mein in logon ko bohat janta hoon, kitne logon se mila hoon, in ki kitabein parhi hain. intehai had tak in senior hote hain yeh</w:t>
      </w:r>
    </w:p>
    <w:p>
      <w:pPr>
        <w:jc w:val="right"/>
      </w:pPr>
      <w:r>
        <w:t>یہ لوگ، میں ان لوگوں کو بہت جانتا ہوں، کتنے لوگوں سے ملا ہوں، ان کی کتابیں پڑھی ہیں۔ انتہائی حد تک ان سینئر ہوتے ہیں یہ</w:t>
      </w:r>
    </w:p>
    <w:p>
      <w:r>
        <w:rPr>
          <w:b/>
        </w:rPr>
        <w:t xml:space="preserve">[54:00] </w:t>
      </w:r>
      <w:r>
        <w:t>log. inhe ladna bhadna hai, aur yeh aaj kal zamaney mein agar pata ho aap ko, yeh bohat bara business ban gaya hai. yeh poora jo idhar udhar chal rahi hai militancy, yeh bohat bara business hai.</w:t>
      </w:r>
    </w:p>
    <w:p>
      <w:pPr>
        <w:jc w:val="right"/>
      </w:pPr>
      <w:r>
        <w:t>لوگ۔ انہیں لڑنا بھڑنا ہے، اور یہ آج کل زمانے میں اگر پتہ ہو آپ کو، یہ بہت بڑا بزنس بن گیا ہے۔ یہ پورا جو ادھر ادھر چل رہی ہے ملٹینسی، یہ بہت بڑا بزنس ہے۔</w:t>
      </w:r>
    </w:p>
    <w:p>
      <w:r>
        <w:rPr>
          <w:b/>
        </w:rPr>
        <w:t xml:space="preserve">[54:16] </w:t>
      </w:r>
      <w:r>
        <w:t>aap gehrai ke sath mutalliq rahein to aap jaan lenge. bohat bara business hai. yeh jihad, yeh jihad nahin hai, yeh jihad hai na islam hai.</w:t>
      </w:r>
    </w:p>
    <w:p>
      <w:pPr>
        <w:jc w:val="right"/>
      </w:pPr>
      <w:r>
        <w:t>آپ گہرائی کے ساتھ متعلق رہیں تو آپ جان لیں گے۔ بہت بڑا بزنس ہے۔ یہ جہاد، یہ جہاد نہیں ہے، یہ جہاد ہے نا اسلام ہے۔</w:t>
      </w:r>
    </w:p>
    <w:p>
      <w:r>
        <w:rPr>
          <w:b/>
        </w:rPr>
        <w:t xml:space="preserve">[54:27] </w:t>
      </w:r>
      <w:r>
        <w:t>yeh naye daur ka business hai. yeh naye daur ka business hai. misaal ke tor par dekhiye, aik sathi se mein mila, jo leader hain militancy ke.</w:t>
      </w:r>
    </w:p>
    <w:p>
      <w:pPr>
        <w:jc w:val="right"/>
      </w:pPr>
      <w:r>
        <w:t>یہ نئے دور کا بزنس ہے۔ یہ نئے دور کا بزنس ہے۔ مثال کے طور پر دیکھیے، ایک ساتھی سے میں ملا، جو لیڈر ہیں ملٹینسی کے۔</w:t>
      </w:r>
    </w:p>
    <w:p>
      <w:r>
        <w:rPr>
          <w:b/>
        </w:rPr>
        <w:t xml:space="preserve">[54:42] </w:t>
      </w:r>
      <w:r>
        <w:t>aik yeh, yani yeh jihad ke naam par jo tehreek chal rahi hai, is ke is ke leader hain woh.</w:t>
      </w:r>
    </w:p>
    <w:p>
      <w:pPr>
        <w:jc w:val="right"/>
      </w:pPr>
      <w:r>
        <w:t>ایک یہ، یعنی یہ جہاد کے نام پر جو تحریک چل رہی ہے، اس کے اس کے لیڈر ہیں وہ۔</w:t>
      </w:r>
    </w:p>
    <w:p>
      <w:r>
        <w:rPr>
          <w:b/>
        </w:rPr>
        <w:t xml:space="preserve">[54:47] </w:t>
      </w:r>
      <w:r>
        <w:t>un ke do larkay thay, do larkay arab mein parh rahay thay, aur khud logon ko jihad ke naam par larwa rahay thay, woh woh sahib.</w:t>
      </w:r>
    </w:p>
    <w:p>
      <w:pPr>
        <w:jc w:val="right"/>
      </w:pPr>
      <w:r>
        <w:t>ان کے دو لڑکے تھے، دو لڑکے عرب میں پڑھ رہے تھے، اور خود لوگوں کو جہاد کے نام پر لڑوا رہے تھے، وہ وہ صاحب۔</w:t>
      </w:r>
    </w:p>
    <w:p>
      <w:r>
        <w:rPr>
          <w:b/>
        </w:rPr>
        <w:t xml:space="preserve">[54:59] </w:t>
      </w:r>
      <w:r>
        <w:t>yeh sab ka haal hai. aik aur saathi se mein mila to woh mustaqil tehreek chalai hui hain amreeka ke khilaaf, aur khud apnay bachon ko amreeka mein bhej settle kiye hue hain.</w:t>
      </w:r>
    </w:p>
    <w:p>
      <w:pPr>
        <w:jc w:val="right"/>
      </w:pPr>
      <w:r>
        <w:t>یہ سب کا حال ہے۔ ایک اور ساتھی سے میں ملا تو وہ مستقل تحریک چلائی ہوئی ہیں امریکہ کے خلاف، اور خود اپنے بچوں کو امریکہ میں بھیج سیٹل کیے ہوئے ہیں۔</w:t>
      </w:r>
    </w:p>
    <w:p>
      <w:r>
        <w:rPr>
          <w:b/>
        </w:rPr>
        <w:t xml:space="preserve">[55:12] </w:t>
      </w:r>
      <w:r>
        <w:t>yeh to business hai, is ka islam se koi talluq hai na quran se koi talluq.</w:t>
      </w:r>
    </w:p>
    <w:p>
      <w:pPr>
        <w:jc w:val="right"/>
      </w:pPr>
      <w:r>
        <w:t>یہ تو بزنس ہے، اس کا اسلام سے کوئی تعلق ہے نہ قرآن سے کوئی تعلق۔</w:t>
      </w:r>
    </w:p>
    <w:p>
      <w:r>
        <w:rPr>
          <w:b/>
        </w:rPr>
        <w:t xml:space="preserve">[55:19] </w:t>
      </w:r>
      <w:r>
        <w:t>aap gehrai se study karen, tab aap mujh se ittifaq karen ge.</w:t>
      </w:r>
    </w:p>
    <w:p>
      <w:pPr>
        <w:jc w:val="right"/>
      </w:pPr>
      <w:r>
        <w:t>آپ گہرائی سے اسٹڈی کریں، تب آپ مجھ سے اتفاق کریں گے۔</w:t>
      </w:r>
    </w:p>
    <w:p>
      <w:r>
        <w:rPr>
          <w:b/>
        </w:rPr>
        <w:t xml:space="preserve">[55:27] </w:t>
      </w:r>
      <w:r>
        <w:t>maulana, agla aik comment aur sawal aaya hai doctor safeena tabassum ka ajmer se. un ka comment</w:t>
      </w:r>
    </w:p>
    <w:p>
      <w:pPr>
        <w:jc w:val="right"/>
      </w:pPr>
      <w:r>
        <w:t>مولانا، اگلا ایک کمنٹ اور سوال آیا ہے ڈاکٹر سفینہ تبسم کا اجمیر سے۔ ان کا کمنٹ</w:t>
      </w:r>
    </w:p>
    <w:p>
      <w:r>
        <w:rPr>
          <w:b/>
        </w:rPr>
        <w:t xml:space="preserve">[55:36] </w:t>
      </w:r>
      <w:r>
        <w:t>pehlay parhtay hain. unhon ne likha hai ke maulana sahib, first of all, I must acknowledge that your last class on Surah Al-Asr has set me thinking for the whole week, and it has really cleared my thoughts.</w:t>
      </w:r>
    </w:p>
    <w:p>
      <w:pPr>
        <w:jc w:val="right"/>
      </w:pPr>
      <w:r>
        <w:t>پہلے پڑھتے ہیں۔ انہوں نے لکھا ہے کہ مولانا صاحب، فرسٹ آف آل، I must acknowledge that your last class on Surah Al-Asr has set me thinking for the whole week, and it has really cleared my thoughts.</w:t>
      </w:r>
    </w:p>
    <w:p>
      <w:r>
        <w:rPr>
          <w:b/>
        </w:rPr>
        <w:t xml:space="preserve">[55:52] </w:t>
      </w:r>
      <w:r>
        <w:t>My question for today is kya yeh kehna durust hoga ke qital aur jang ki ayaten sirf aik khaas daur ke liye theen aur aaj in ka koi significance nahi?</w:t>
      </w:r>
    </w:p>
    <w:p>
      <w:pPr>
        <w:jc w:val="right"/>
      </w:pPr>
      <w:r>
        <w:t>My question for today is کیا یہ کہنا درست ہوگا کہ قتال اور جنگ کی آیتیں صرف ایک خاص دور کے لیے تھیں اور آج ان کا کوئی significance نہیں؟</w:t>
      </w:r>
    </w:p>
    <w:p>
      <w:r>
        <w:rPr>
          <w:b/>
        </w:rPr>
        <w:t xml:space="preserve">[56:06] </w:t>
      </w:r>
      <w:r>
        <w:t>dekhiye, mein aap ko aik bohat hi usooli baat arz karta hoon. tamam fuqaha jo hain, aik baat mantay hain, fuqaha yeh islam ke scholars ke qital jo hai woh husn li zati hi nahi hai, husn li ghairi hai.</w:t>
      </w:r>
    </w:p>
    <w:p>
      <w:pPr>
        <w:jc w:val="right"/>
      </w:pPr>
      <w:r>
        <w:t>دیکھیے، میں آپ کو ایک بہت ہی اصولی بات عرض کرتا ہوں۔ تمام فقہاء جو ہیں، ایک بات مانتے ہیں، فقہاء یہ اسلام کے scholars کہ قتال جو ہے وہ حسن لذات ہی نہیں ہے، حسن لغیری ہے۔</w:t>
      </w:r>
    </w:p>
    <w:p>
      <w:r>
        <w:rPr>
          <w:b/>
        </w:rPr>
        <w:t xml:space="preserve">[56:23] </w:t>
      </w:r>
      <w:r>
        <w:t>yeh mein aap ko fiqhi term arz kar raha hoon, ethical term mein ke tamam islamic scholars without exception yeh mantay hain ke qital husn li zati nahi hai, husn li ghairi hai.</w:t>
      </w:r>
    </w:p>
    <w:p>
      <w:pPr>
        <w:jc w:val="right"/>
      </w:pPr>
      <w:r>
        <w:t>یہ میں آپ کو فقہی term عرض کر رہا ہوں، ethical term میں کہ تمام اسلامic scholars without exception یہ مانتے ہیں کہ قتال حسن لذاتی نہیں ہے، حسن لغیری ہے۔</w:t>
      </w:r>
    </w:p>
    <w:p>
      <w:r>
        <w:rPr>
          <w:b/>
        </w:rPr>
        <w:t xml:space="preserve">[56:39] </w:t>
      </w:r>
      <w:r>
        <w:t>yani is ka matlab kya hua? ke jang jo hai kisi positive result ke liye hoti hai, kham khwah nahi hoti.</w:t>
      </w:r>
    </w:p>
    <w:p>
      <w:pPr>
        <w:jc w:val="right"/>
      </w:pPr>
      <w:r>
        <w:t>یعنی اس کا مطلب کیا ہوا؟ کہ جنگ جو ہے کسی positive result کے لیے ہوتی ہے، خام خواہ نہیں ہوتی۔</w:t>
      </w:r>
    </w:p>
    <w:p>
      <w:r>
        <w:rPr>
          <w:b/>
        </w:rPr>
        <w:t xml:space="preserve">[56:51] </w:t>
      </w:r>
      <w:r>
        <w:t>yeh mantay hain sab log ke larai jo hai woh sirf maar kaat ke liye nahi hoti. yani violence, fateh se violence nahi hai yeh, balkay kisi positive result ke liye hoti hai.</w:t>
      </w:r>
    </w:p>
    <w:p>
      <w:pPr>
        <w:jc w:val="right"/>
      </w:pPr>
      <w:r>
        <w:t>یہ مانتے ہیں سب لوگ کہ لڑائی جو ہے وہ صرف مار کاٹ کے لیے نہیں ہوتی۔ یعنی violence، فتح سے violence نہیں ہے یہ، بلکہ کسی positive result کے لیے ہوتی ہے۔</w:t>
      </w:r>
    </w:p>
    <w:p>
      <w:r>
        <w:rPr>
          <w:b/>
        </w:rPr>
        <w:t xml:space="preserve">[57:07] </w:t>
      </w:r>
      <w:r>
        <w:t>to ab aap dekhiye, do so saal se musalman لڑ rahay hain jihad ke naam par. mujhe bataiye ke positive result kahan hai? kya kashmir mein hai?</w:t>
      </w:r>
    </w:p>
    <w:p>
      <w:pPr>
        <w:jc w:val="right"/>
      </w:pPr>
      <w:r>
        <w:t>تو اب آپ دیکھیے، دو سو سال سے مسلمان لڑ رہے ہیں جہاد کے نام پر۔ مجھے بتائیے کہ positive result کہاں ہے؟ کیا کشمیر میں ہے؟</w:t>
      </w:r>
    </w:p>
    <w:p>
      <w:r>
        <w:rPr>
          <w:b/>
        </w:rPr>
        <w:t xml:space="preserve">[57:17] </w:t>
      </w:r>
      <w:r>
        <w:t>kya falasteen mein hai? kya india mein musalman lade</w:t>
      </w:r>
    </w:p>
    <w:p>
      <w:pPr>
        <w:jc w:val="right"/>
      </w:pPr>
      <w:r>
        <w:t>کیا فلسطین میں ہے؟ کیا انڈیا میں مسلمان لڑے</w:t>
      </w:r>
    </w:p>
    <w:p>
      <w:r>
        <w:rPr>
          <w:b/>
        </w:rPr>
        <w:t xml:space="preserve">[57:21] </w:t>
      </w:r>
      <w:r>
        <w:t>britishon se? is mein kuch tha? afreeqa mein lade francision se? is mein koi positive result nikla? kuch bhi nahi. log thak haar kar ke apnay bachon ko angrezi parha rahay hain aaj kal.</w:t>
      </w:r>
    </w:p>
    <w:p>
      <w:pPr>
        <w:jc w:val="right"/>
      </w:pPr>
      <w:r>
        <w:t>برٹشوں سے؟ اس میں کچھ تھا؟ افریقہ میں لڑے فرانسیسیوں سے؟ اس میں کوئی positive result نکلا؟ کچھ بھی نہیں۔ لوگ تھک ہار کر کے اپنے بچوں کو انگریزی پڑھا رہے ہیں آج کل۔</w:t>
      </w:r>
    </w:p>
    <w:p>
      <w:r>
        <w:rPr>
          <w:b/>
        </w:rPr>
        <w:t xml:space="preserve">[57:34] </w:t>
      </w:r>
      <w:r>
        <w:t>sab ko mein jaanta hoon ke asia se aik afreeqa tha jo lade, ab in ke betay aur potay jo hain modern schoolon mein parh rahay hain.</w:t>
      </w:r>
    </w:p>
    <w:p>
      <w:pPr>
        <w:jc w:val="right"/>
      </w:pPr>
      <w:r>
        <w:t>سب کو میں جانتا ہوں کہ ایشیا سے ایک افریقہ تھا جو لڑے، اب ان کے بیٹے اور پوتے جو ہیں ماڈرن اسکولوں میں پڑھ رہے ہیں۔</w:t>
      </w:r>
    </w:p>
    <w:p>
      <w:r>
        <w:rPr>
          <w:b/>
        </w:rPr>
        <w:t xml:space="preserve">[57:45] </w:t>
      </w:r>
      <w:r>
        <w:t>So where is the result?</w:t>
      </w:r>
    </w:p>
    <w:p>
      <w:pPr>
        <w:jc w:val="right"/>
      </w:pPr>
      <w:r>
        <w:t>So where is the result?</w:t>
      </w:r>
    </w:p>
    <w:p>
      <w:r>
        <w:rPr>
          <w:b/>
        </w:rPr>
        <w:t xml:space="preserve">[57:47] </w:t>
      </w:r>
      <w:r>
        <w:t>jo result nahi nikla to husn li zati to nahi hua yeh, yeh to husn li ghairi ho gaya. to aap khud yeh fuqaha ke apnay usool ke mutabiq yeh jo jihad ke naam par jo riaya ho rahi hai, is ko bilkul dust stop kar dena chahiye ke band karo is ko, yeh to husn li ghairi ho raha hai,</w:t>
      </w:r>
    </w:p>
    <w:p>
      <w:pPr>
        <w:jc w:val="right"/>
      </w:pPr>
      <w:r>
        <w:t>جو result نہیں نکلا تو حسن لذاتی تو نہیں ہوا یہ، یہ تو حسن لغیری ہو گیا۔ تو آپ خود یہ فقہاء کے اپنے اصول کے مطابق یہ جو جہاد کے نام پر جو رعایا ہو رہی ہے، اس کو بالکل ڈسٹ اسٹاپ کر دینا چاہیے کہ بند کرو اس کو، یہ تو حسن لغیری ہو رہا ہے،</w:t>
      </w:r>
    </w:p>
    <w:p>
      <w:r>
        <w:rPr>
          <w:b/>
        </w:rPr>
        <w:t xml:space="preserve">[58:07] </w:t>
      </w:r>
      <w:r>
        <w:t>husn li zati nahi ho raha. koi bhi shakhs bataye ke jahan jahan musalman lade hain, wahan koi positive result mujhe bataiye kahan hua?</w:t>
      </w:r>
    </w:p>
    <w:p>
      <w:pPr>
        <w:jc w:val="right"/>
      </w:pPr>
      <w:r>
        <w:t>حسن لذاتی نہیں ہو رہا۔ کوئی بھی شخص بتائے کہ جہاں جہاں مسلمان لڑے ہیں، وہاں کوئی positive result مجھے بتائیے کہاں ہوا؟</w:t>
      </w:r>
    </w:p>
    <w:p>
      <w:r>
        <w:rPr>
          <w:b/>
        </w:rPr>
        <w:t xml:space="preserve">[58:17] </w:t>
      </w:r>
      <w:r>
        <w:t>kahin bhi nahi hua. iraq mein, afghanistan mein, pakistan mein, kahin bhi aap dekhiye, jahan jahan musalman lade hain, sirf tabahi, sirf tabahi, sirf tabahi.</w:t>
      </w:r>
    </w:p>
    <w:p>
      <w:pPr>
        <w:jc w:val="right"/>
      </w:pPr>
      <w:r>
        <w:t>کہیں بھی نہیں ہوا۔ عراق میں، افغانستان میں، پاکستان میں، کہیں بھی آپ دیکھیے، جہاں جہاں مسلمان لڑے ہیں، صرف تباہی، صرف تباہی، صرف تباہی۔</w:t>
      </w:r>
    </w:p>
    <w:p>
      <w:r>
        <w:rPr>
          <w:b/>
        </w:rPr>
        <w:t xml:space="preserve">[58:30] </w:t>
      </w:r>
      <w:r>
        <w:t>sab se bari misaal falasteen hai, saath baras se lade rahay hain arab wahan par, aur siwa nuqsan ke kuch nahi hua. tabahi, tabahi, tabahi, tabahi.</w:t>
      </w:r>
    </w:p>
    <w:p>
      <w:pPr>
        <w:jc w:val="right"/>
      </w:pPr>
      <w:r>
        <w:t>سب سے بڑی مثال فلسطین ہے، ساٹھ برس سے لڑ رہے ہیں عرب وہاں پر، اور سوا نقصان کو کچھ نہیں ہوا۔ تباہی، تباہی، تباہی، تباہی۔</w:t>
      </w:r>
    </w:p>
    <w:p>
      <w:r>
        <w:rPr>
          <w:b/>
        </w:rPr>
        <w:t xml:space="preserve">[58:41] </w:t>
      </w:r>
      <w:r>
        <w:t>to tabahi ke baad aap dekhiye, jab aap ka yani jihad ke naam par jo larai aap ki ulta result de, yani jis ko kehtay hain yani counter productive,</w:t>
      </w:r>
    </w:p>
    <w:p>
      <w:pPr>
        <w:jc w:val="right"/>
      </w:pPr>
      <w:r>
        <w:t>تو تباہی کے بعد آپ دیکھیے، جب آپ کا یعنی جہاد کے نام پر جو لڑائی آپ کی الٹا رزلٹ دے، یعنی جس کو کہتے ہیں یعنی کاؤنٹر پروڈکٹو،</w:t>
      </w:r>
    </w:p>
    <w:p>
      <w:r>
        <w:rPr>
          <w:b/>
        </w:rPr>
        <w:t xml:space="preserve">[58:57] </w:t>
      </w:r>
      <w:r>
        <w:t>to aap ko jang band karne ka option hai. yeh nahi ke aap shor karen ke zulm ho raha hai, zulm ho raha hai, zulm ho raha hai. aaj kal saaray musalman kya keh rahay hain ke fals</w:t>
      </w:r>
    </w:p>
    <w:p>
      <w:pPr>
        <w:jc w:val="right"/>
      </w:pPr>
      <w:r>
        <w:t>تو آپ کو جنگ بند کرنے کا آپشن ہے۔ یہ نہیں کہ آپ شور کریں کہ ظلم ہو رہا ہے، ظلم ہو رہا ہے، ظلم ہو رہا ہے۔ آج کل سارے مسلمان کیا کہہ رہے ہیں کہ فلس</w:t>
      </w:r>
    </w:p>
    <w:p>
      <w:r>
        <w:rPr>
          <w:b/>
        </w:rPr>
        <w:t xml:space="preserve">[59:06] </w:t>
      </w:r>
      <w:r>
        <w:t>teen mein zulm ho raha hai? nahi, yeh kaho ke falasteen mein jang ko band karo kyun ke result nahi nikal raha. yeh bohat serious baat hai, yeh bohat serious baat hai.</w:t>
      </w:r>
    </w:p>
    <w:p>
      <w:pPr>
        <w:jc w:val="right"/>
      </w:pPr>
      <w:r>
        <w:t>طین میں ظلم ہو رہا ہے؟ نہیں، یہ کہو کہ فلسطین میں جنگ کو بند کرو کیونکہ رزلٹ نہیں نکل رہا۔ یہ بہت سیریس بات ہے، یہ بہت سیریس بات ہے۔</w:t>
      </w:r>
    </w:p>
    <w:p>
      <w:r>
        <w:rPr>
          <w:b/>
        </w:rPr>
        <w:t xml:space="preserve">[59:17] </w:t>
      </w:r>
      <w:r>
        <w:t>yeh</w:t>
      </w:r>
    </w:p>
    <w:p>
      <w:pPr>
        <w:jc w:val="right"/>
      </w:pPr>
      <w:r>
        <w:t>یہ</w:t>
      </w:r>
    </w:p>
    <w:p>
      <w:r>
        <w:rPr>
          <w:b/>
        </w:rPr>
        <w:t xml:space="preserve">[59:22] </w:t>
      </w:r>
      <w:r>
        <w:t>mahatma gandhi ne aik bohat sanjeeda aadmi thay, mein bataoon ke hamaray leaderon se ziyada sanjeeda thay ke unhon ne tehreek chalai civil disobedience.</w:t>
      </w:r>
    </w:p>
    <w:p>
      <w:pPr>
        <w:jc w:val="right"/>
      </w:pPr>
      <w:r>
        <w:t>مہاتما گاندھی نے ایک بہت سنجیدہ آدمی تھے، میں بتاؤں کہ ہمارے لیڈروں سے زیادہ سنجیدہ تھے کہ انہوں نے تحریک چلائی سول ڈس اوبیڈینس۔</w:t>
      </w:r>
    </w:p>
    <w:p>
      <w:r>
        <w:rPr>
          <w:b/>
        </w:rPr>
        <w:t xml:space="preserve">[59:35] </w:t>
      </w:r>
      <w:r>
        <w:t>to un ke jo volunteers the barodoli mein, un ka jhadap ho gayi police se to unhon ne aag laga diya police station mein.</w:t>
      </w:r>
    </w:p>
    <w:p>
      <w:pPr>
        <w:jc w:val="right"/>
      </w:pPr>
      <w:r>
        <w:t>تو ان کے جو والنٹیئرز تھے باردولی میں، ان کا جھڑپ ہو گئی پولیس سے تو انہوں نے آگ لگا دیا پولیس اسٹیشن میں۔</w:t>
      </w:r>
    </w:p>
    <w:p>
      <w:r>
        <w:rPr>
          <w:b/>
        </w:rPr>
        <w:t xml:space="preserve">[59:47] </w:t>
      </w:r>
      <w:r>
        <w:t>wahan bohat se police wale jal gae. isi waqt aelan kar diya mahatma gandhi ke band karo is is movement ko kyunke hum is ke liye competent nahi hain.</w:t>
      </w:r>
    </w:p>
    <w:p>
      <w:pPr>
        <w:jc w:val="right"/>
      </w:pPr>
      <w:r>
        <w:t>وہاں بہت سے پولیس والے جل گئے۔ اسی وقت اعلان کر دیا مہاتما گاندھی کہ بند کرو اس اس موومنٹ کو کیونکہ ہم اس کے لیے کمپیٹنٹ نہیں ہیں۔</w:t>
      </w:r>
    </w:p>
    <w:p>
      <w:r>
        <w:rPr>
          <w:b/>
        </w:rPr>
        <w:t xml:space="preserve">[1:00:01] </w:t>
      </w:r>
      <w:r>
        <w:t>to hamare leader jo hain, jo duniya bhar mein jahan jahan larai chhide hue hain, sab log manenge ke is ka koi positive result nahi nikla.</w:t>
      </w:r>
    </w:p>
    <w:p>
      <w:pPr>
        <w:jc w:val="right"/>
      </w:pPr>
      <w:r>
        <w:t>تو ہمارے لیڈر جو ہیں، جو دنیا بھر میں جہاں جہاں لڑائی چھڑے ہوئے ہیں، سب لوگ مانیں گے کہ اس کا کوئی پازیٹیو رزلٹ نہیں نکلا۔</w:t>
      </w:r>
    </w:p>
    <w:p>
      <w:r>
        <w:rPr>
          <w:b/>
        </w:rPr>
        <w:t xml:space="preserve">[1:00:13] </w:t>
      </w:r>
      <w:r>
        <w:t>to aap par aap kya kar rahe hain? complaint ke zulm kar rahe hain, zulm ho raha hai, zulm nahi ho raha. tum apne yeh mano ke hum ghalati par thay ke hum ne ek aisi larai chhed di jo jihad nahi thi.</w:t>
      </w:r>
    </w:p>
    <w:p>
      <w:pPr>
        <w:jc w:val="right"/>
      </w:pPr>
      <w:r>
        <w:t>تو آپ پر آپ کیا کر رہے ہیں؟ کمپلینٹ کہ ظلم کر رہے ہیں، ظلم ہو رہا ہے، ظلم نہیں ہو رہا۔ تم اپنے یہ مانو کہ ہم غلطی پر تھے کہ ہم نے ایک ایسی لڑائی چھیڑ دی جو جہاد نہیں تھی۔</w:t>
      </w:r>
    </w:p>
    <w:p>
      <w:r>
        <w:rPr>
          <w:b/>
        </w:rPr>
        <w:t xml:space="preserve">[1:00:27] </w:t>
      </w:r>
      <w:r>
        <w:t>woh toh band karo is ko, dead! har jagah talwaron ko tod dalo, banduqon ko samandar mein daal do, aur bomb ko zameen mein gaar do kyunke hum positive result nahi le sake.</w:t>
      </w:r>
    </w:p>
    <w:p>
      <w:pPr>
        <w:jc w:val="right"/>
      </w:pPr>
      <w:r>
        <w:t>وہ تو بند کرو اس کو، ڈیڈ! ہر جگہ تلواروں کو توڑ ڈالو، بندوقوں کو سمندر میں ڈال دو، اور بم کو زمین میں گاڑ دو کیونکہ ہم پازیٹیو رزلٹ نہیں لے سکے۔</w:t>
      </w:r>
    </w:p>
    <w:p>
      <w:r>
        <w:rPr>
          <w:b/>
        </w:rPr>
        <w:t xml:space="preserve">[1:00:42] </w:t>
      </w:r>
      <w:r>
        <w:t>to tamam fuqaha yeh mante hain ke qital hasan lizati hai to qital hai, warna hasan laghari hai to qital nahi hai.</w:t>
      </w:r>
    </w:p>
    <w:p>
      <w:pPr>
        <w:jc w:val="right"/>
      </w:pPr>
      <w:r>
        <w:t>تو تمام فقہاء یہ مانتے ہیں کہ قتال حسن لذاتی ہے تو قتال ہے، ورنہ حسن لغاری ہے تو قتال نہیں ہے۔</w:t>
      </w:r>
    </w:p>
    <w:p>
      <w:r>
        <w:rPr>
          <w:b/>
        </w:rPr>
        <w:t xml:space="preserve">[1:00:53] </w:t>
      </w:r>
      <w:r>
        <w:t>yani maqsad jo maqsad hai, woh hasil ho tab qital hai,</w:t>
      </w:r>
    </w:p>
    <w:p>
      <w:pPr>
        <w:jc w:val="right"/>
      </w:pPr>
      <w:r>
        <w:t>یعنی مقصد جو مقصد ہے، وہ حاصل ہو تب قتال ہے،</w:t>
      </w:r>
    </w:p>
    <w:p>
      <w:r>
        <w:rPr>
          <w:b/>
        </w:rPr>
        <w:t xml:space="preserve">[1:00:57] </w:t>
      </w:r>
      <w:r>
        <w:t>nahi toh qital hi nahi hai. woh toh kahan maqsad hasil ho raha hai? is ki wajah kya hai? is ki wajah yeh hai ke yeh daur jo hai, yeh peaceful activism ka daur hai.</w:t>
      </w:r>
    </w:p>
    <w:p>
      <w:pPr>
        <w:jc w:val="right"/>
      </w:pPr>
      <w:r>
        <w:t>نہیں تو قتال ہی نہیں ہے۔ وہ تو کہاں مقصد حاصل ہو رہا ہے؟ اس کی وجہ کیا ہے؟ اس کی وجہ یہ ہے کہ یہ دور جو ہے، یہ پیس فل ایکٹیوزم کا دور ہے۔</w:t>
      </w:r>
    </w:p>
    <w:p>
      <w:r>
        <w:rPr>
          <w:b/>
        </w:rPr>
        <w:t xml:space="preserve">[1:01:09] </w:t>
      </w:r>
      <w:r>
        <w:t>violent activism ka daur hi khatam ho gaya.</w:t>
      </w:r>
    </w:p>
    <w:p>
      <w:pPr>
        <w:jc w:val="right"/>
      </w:pPr>
      <w:r>
        <w:t>والنٹ ایکٹیوزم کا دور ہی ختم ہو گیا۔</w:t>
      </w:r>
    </w:p>
    <w:p>
      <w:r>
        <w:rPr>
          <w:b/>
        </w:rPr>
        <w:t xml:space="preserve">[1:01:15] </w:t>
      </w:r>
      <w:r>
        <w:t>ab jo taraqqiyat duniya mein hui hain, freedom, democracy, aur secularism, un sab ke nateejay mein naya daur jo hai, peaceful activism ka daur ban gaya hai.</w:t>
      </w:r>
    </w:p>
    <w:p>
      <w:pPr>
        <w:jc w:val="right"/>
      </w:pPr>
      <w:r>
        <w:t>اب جو ترقیات دنیا میں ہوئی ہیں، فریڈم، ڈیموکریسی، اور سیکولرزم، ان سب کے نتیجے میں نیا دور جو ہے، پیس فل ایکٹیوزم کا دور بن گیا ہے۔</w:t>
      </w:r>
    </w:p>
    <w:p>
      <w:r>
        <w:rPr>
          <w:b/>
        </w:rPr>
        <w:t xml:space="preserve">[1:01:28] </w:t>
      </w:r>
      <w:r>
        <w:t>ab violent violent activism ka daur hi khatam. to is zamane ki is awaz ko samjhiye. hadith mein aata hai ke momin ke bare mein ke in yakoon baseeran bizamani momin woh hai jo apni zamani ko pehchane.</w:t>
      </w:r>
    </w:p>
    <w:p>
      <w:pPr>
        <w:jc w:val="right"/>
      </w:pPr>
      <w:r>
        <w:t>اب والنٹ والنٹ ایکٹیوزم کا دور ہی ختم۔ تو اس زمانے کی اس آواز کو سمجھیے۔ حدیث میں آتا ہے کہ مومن کے بارے میں کہ ان یکون بصیرا بزمانی مومن وہ ہے جو اپنی زبانی کو پہچانے۔</w:t>
      </w:r>
    </w:p>
    <w:p>
      <w:r>
        <w:rPr>
          <w:b/>
        </w:rPr>
        <w:t xml:space="preserve">[1:01:46] </w:t>
      </w:r>
      <w:r>
        <w:t>to saboot dijiye apni apne momin hone ka ke aap zamani ki pehchaniye ke yeh yeh zamana peaceful activism ka hai, violent activism ka zamana hi nahi hai.</w:t>
      </w:r>
    </w:p>
    <w:p>
      <w:pPr>
        <w:jc w:val="right"/>
      </w:pPr>
      <w:r>
        <w:t>تو ثبوت دیجئے اپنی اپنے مومن ہونے کا کہ آپ زبانی کی پہچانیے کہ یہ یہ زمانہ پیس فل ایکٹیوزم کا ہے، والنٹ ایکٹیوزم کا زمانہ ہی نہیں ہے۔</w:t>
      </w:r>
    </w:p>
    <w:p>
      <w:r>
        <w:rPr>
          <w:b/>
        </w:rPr>
        <w:t xml:space="preserve">[1:02:00] </w:t>
      </w:r>
      <w:r>
        <w:t>to yeh sab jo ho raha hai, is ka quran hadith se koi talluq nahi hai. yeh logon ki apni khud sakhta karrawaiyan hain.</w:t>
      </w:r>
    </w:p>
    <w:p>
      <w:pPr>
        <w:jc w:val="right"/>
      </w:pPr>
      <w:r>
        <w:t>تو یہ سب جو ہو رہا ہے، اس کا قرآن حدیث سے کوئی تعلق نہیں ہے۔ یہ لوگوں کی اپنی خود ساختہ کارروائیاں ہیں۔</w:t>
      </w:r>
    </w:p>
    <w:p>
      <w:r>
        <w:rPr>
          <w:b/>
        </w:rPr>
        <w:t xml:space="preserve">[1:02:09] </w:t>
      </w:r>
      <w:r>
        <w:t>maulana, agla sawal usman sahib ne kiya hai hyderabad se, aur unhon ne likha hai: "Scientist says, scientist say that energy never dies." is ka matlab kuch log yeh bhi lete hain ke "Energy is God or part of God." please is ki wazahat karen.</w:t>
      </w:r>
    </w:p>
    <w:p>
      <w:pPr>
        <w:jc w:val="right"/>
      </w:pPr>
      <w:r>
        <w:t>مولانا، اگلا سوال عثمان صاحب نے کیا ہے حیدرآباد سے، اور انہوں نے لکھا ہے: "Scientist says, scientist say that energy never dies." اس کا مطلب کچھ لوگ یہ بھی لیتے ہیں کہ "Energy is God or part of God." پلیز اس کی وضاحت کریں۔</w:t>
      </w:r>
    </w:p>
    <w:p>
      <w:r>
        <w:rPr>
          <w:b/>
        </w:rPr>
        <w:t xml:space="preserve">[1:02:31] </w:t>
      </w:r>
      <w:r>
        <w:t>nahi, nahi, bilkul imkan b</w:t>
      </w:r>
    </w:p>
    <w:p>
      <w:pPr>
        <w:jc w:val="right"/>
      </w:pPr>
      <w:r>
        <w:t>نہیں، نہیں، بالکل امکان ب</w:t>
      </w:r>
    </w:p>
    <w:p>
      <w:r>
        <w:rPr>
          <w:b/>
        </w:rPr>
        <w:t xml:space="preserve">[1:02:33] </w:t>
      </w:r>
      <w:r>
        <w:t>at hai. is waqt mein likh chuka hoon, aur risalat mein aap padh lijiye ke "Energy God has." yeh toh bilkul imkan baat hai. dekhen, God woh hai jo create kar sake.</w:t>
      </w:r>
    </w:p>
    <w:p>
      <w:pPr>
        <w:jc w:val="right"/>
      </w:pPr>
      <w:r>
        <w:t>ات ہے۔ اس وقت میں لکھ چکا ہوں، اور رسالت میں آپ پڑھ لیجیے کہ "Energy God has." یہ تو بالکل امکان بات ہے۔ دیکھیں، God وہ ہے جو create کر سکے۔</w:t>
      </w:r>
    </w:p>
    <w:p>
      <w:r>
        <w:rPr>
          <w:b/>
        </w:rPr>
        <w:t xml:space="preserve">[1:02:46] </w:t>
      </w:r>
      <w:r>
        <w:t>mein apne aap ko create nahi kar sakta, is liye mein God nahi hoon. energy kuch cheez create nahi kar sakti. sab se bari jo cheez darkar hai kisi ko God manane ke liye, yeh hai ke woh create kar sake.</w:t>
      </w:r>
    </w:p>
    <w:p>
      <w:pPr>
        <w:jc w:val="right"/>
      </w:pPr>
      <w:r>
        <w:t>میں اپنے آپ کو create نہیں کر سکتا، اس لیے میں God نہیں ہوں۔ Energy کچھ چیز create نہیں کر سکتی۔ سب سے بڑی جو چیز درکار ہے کسی کو God ماننے کے لیے، یہ ہے کہ وہ create کر سکے۔</w:t>
      </w:r>
    </w:p>
    <w:p>
      <w:r>
        <w:rPr>
          <w:b/>
        </w:rPr>
        <w:t xml:space="preserve">[1:03:01] </w:t>
      </w:r>
      <w:r>
        <w:t>mein sun ko create nahi kar sakta. mein ek zara bhi create nahi kar sakta. mein apne aap ko create nahi kar sakta. to khuda ko manna, is is is ke liye khuda ka khuda, yani woh hai khuda jo create kar sakta ho.</w:t>
      </w:r>
    </w:p>
    <w:p>
      <w:pPr>
        <w:jc w:val="right"/>
      </w:pPr>
      <w:r>
        <w:t>میں Sun کو create نہیں کر سکتا۔ میں ایک ذرہ بھی create نہیں کر سکتا۔ میں اپنے آپ کو create نہیں کر سکتا۔ تو خدا کو ماننا، اس اس اس کے لیے خدا کا خدا، یعنی وہ ہے خدا جو create کر سکتا ہو۔</w:t>
      </w:r>
    </w:p>
    <w:p>
      <w:r>
        <w:rPr>
          <w:b/>
        </w:rPr>
        <w:t xml:space="preserve">[1:03:19] </w:t>
      </w:r>
      <w:r>
        <w:t>create. energy koi cheez create nahi kar sakti. energy ek creation hai,</w:t>
      </w:r>
    </w:p>
    <w:p>
      <w:pPr>
        <w:jc w:val="right"/>
      </w:pPr>
      <w:r>
        <w:t>Create۔ Energy کوئی چیز create نہیں کر سکتی۔ Energy ایک creation ہے،</w:t>
      </w:r>
    </w:p>
    <w:p>
      <w:r>
        <w:rPr>
          <w:b/>
        </w:rPr>
        <w:t xml:space="preserve">[1:03:27] </w:t>
      </w:r>
      <w:r>
        <w:t>na ke creator. is par mein ne likha hai bohat tafseel ke sath apni kitabon mein. abhi jo kitab chhapi hai "izhar-e-deen", us ko bhi padh lijiye aap.</w:t>
      </w:r>
    </w:p>
    <w:p>
      <w:pPr>
        <w:jc w:val="right"/>
      </w:pPr>
      <w:r>
        <w:t>نہ کہ creator۔ اس پر میں نے لکھا ہے بہت تفصیل کے ساتھ اپنی کتابوں میں۔ ابھی جو کتاب چھپی ہے "اظہار دین"، اس کو بھی پڑھ لیجیے آپ۔</w:t>
      </w:r>
    </w:p>
    <w:p>
      <w:r>
        <w:rPr>
          <w:b/>
        </w:rPr>
        <w:t xml:space="preserve">[1:03:39] </w:t>
      </w:r>
      <w:r>
        <w:t>maulana, agla sawal dilli se kiya hai miss naghma siddiqui ne, aur unhon ne aap se poocha hai ke "When we achieve something, what is the way that we can attribute it only to God and not to anything of our own?"</w:t>
      </w:r>
    </w:p>
    <w:p>
      <w:pPr>
        <w:jc w:val="right"/>
      </w:pPr>
      <w:r>
        <w:t>مولانا، اگلا سوال دلی سے کیا ہے مس نغمہ صدیقی نے، اور انہوں نے آپ سے پوچھا ہے کہ "When we achieve something, what is the way that we can attribute it only to God and not to anything of our own?"</w:t>
      </w:r>
    </w:p>
    <w:p>
      <w:r>
        <w:rPr>
          <w:b/>
        </w:rPr>
        <w:t xml:space="preserve">[1:03:59] </w:t>
      </w:r>
      <w:r>
        <w:t>dekhiye, objective analysis aap karen kisi cheez ka bhi. to aap yahi tak pahunchenge ke woh cheez jo hai, jo mili hai mujhe, na mere paise se mili hai, na mere effort se mili hai.</w:t>
      </w:r>
    </w:p>
    <w:p>
      <w:pPr>
        <w:jc w:val="right"/>
      </w:pPr>
      <w:r>
        <w:t>دیکھیے، objective analysis آپ کریں کسی چیز کا بھی۔ تو آپ یہی تک پہنچیں گے کہ وہ چیز جو ہے، جو ملی ہے مجھے، نہ میرے پیسے سے ملی ہے، نہ میرے effort سے ملی ہے۔</w:t>
      </w:r>
    </w:p>
    <w:p>
      <w:r>
        <w:rPr>
          <w:b/>
        </w:rPr>
        <w:t xml:space="preserve">[1:04:14] </w:t>
      </w:r>
      <w:r>
        <w:t>woh khuda se mili hai. jaise misaal ke taur par dekhiye, yeh pani hai. yeh pani jo hai, aap jante hain ke water tax hum dete hain.</w:t>
      </w:r>
    </w:p>
    <w:p>
      <w:pPr>
        <w:jc w:val="right"/>
      </w:pPr>
      <w:r>
        <w:t>وہ خدا سے ملی ہے۔ جیسے مثال کے طور پر دیکھیے، یہ پانی ہے۔ یہ پانی جو ہے، آپ جانتے ہیں کہ water tax ہم دیتے ہیں۔</w:t>
      </w:r>
    </w:p>
    <w:p>
      <w:r>
        <w:rPr>
          <w:b/>
        </w:rPr>
        <w:t xml:space="preserve">[1:04:25] </w:t>
      </w:r>
      <w:r>
        <w:t>nal se pani aata hai.</w:t>
      </w:r>
    </w:p>
    <w:p>
      <w:pPr>
        <w:jc w:val="right"/>
      </w:pPr>
      <w:r>
        <w:t>نل سے پانی آتا ہے۔</w:t>
      </w:r>
    </w:p>
    <w:p>
      <w:r>
        <w:rPr>
          <w:b/>
        </w:rPr>
        <w:t xml:space="preserve">[1:04:27] </w:t>
      </w:r>
      <w:r>
        <w:t>water supply system jo hai, us se. to hum chahte hain ke water supply system hai, woh pani supply kar raha hai. hum ne water tax de kar apne haan tap lagwa liya to hamein pani mil raha hai.</w:t>
      </w:r>
    </w:p>
    <w:p>
      <w:pPr>
        <w:jc w:val="right"/>
      </w:pPr>
      <w:r>
        <w:t>Water supply system جو ہے، اس سے۔ تو ہم چاہتے ہیں کہ water supply system ہے، وہ پانی supply کر رہا ہے۔ ہم نے water tax دے کر اپنے ہاں ٹپ لگوا لیا تو ہمیں پانی مل رہا ہے۔</w:t>
      </w:r>
    </w:p>
    <w:p>
      <w:r>
        <w:rPr>
          <w:b/>
        </w:rPr>
        <w:t xml:space="preserve">[1:04:39] </w:t>
      </w:r>
      <w:r>
        <w:t>to yeh soch bohat superficial soch hai. You have to go to deeper. aur deep pe jaiye ke pani kaise bana?</w:t>
      </w:r>
    </w:p>
    <w:p>
      <w:pPr>
        <w:jc w:val="right"/>
      </w:pPr>
      <w:r>
        <w:t>تو یہ سوچ بہت superficial سوچ ہے۔ You have to go to deeper. اور deep پہ جائیے کہ پانی کیسے بنا؟</w:t>
      </w:r>
    </w:p>
    <w:p>
      <w:r>
        <w:rPr>
          <w:b/>
        </w:rPr>
        <w:t xml:space="preserve">[1:04:49] </w:t>
      </w:r>
      <w:r>
        <w:t>pani jaisi liquid cheez bani kaise?</w:t>
      </w:r>
    </w:p>
    <w:p>
      <w:pPr>
        <w:jc w:val="right"/>
      </w:pPr>
      <w:r>
        <w:t>پانی جیسی liquid چیز بنی کیسے؟</w:t>
      </w:r>
    </w:p>
    <w:p>
      <w:r>
        <w:rPr>
          <w:b/>
        </w:rPr>
        <w:t xml:space="preserve">[1:04:53] </w:t>
      </w:r>
      <w:r>
        <w:t>to aap pohnchenge ke do gason ka majmooa hai. phir aap samjhenge ke do cheezen jo gases theen, woh water liquid form kaise aa gayi?</w:t>
      </w:r>
    </w:p>
    <w:p>
      <w:pPr>
        <w:jc w:val="right"/>
      </w:pPr>
      <w:r>
        <w:t>تو آپ پہنچیں گے کہ دو گیسوں کا مجموعہ ہے۔ پھر آپ سمجھیں گے کہ دو چیزیں جو گیسز تھیں، وہ water liquid فارم کیسے آ گئی؟</w:t>
      </w:r>
    </w:p>
    <w:p>
      <w:r>
        <w:rPr>
          <w:b/>
        </w:rPr>
        <w:t xml:space="preserve">[1:05:04] </w:t>
      </w:r>
      <w:r>
        <w:t>ke kya koi insan kar sakta hai aisa? insan to na to gas ko create kar sakta, na gas ko convert kar sakta pani mein.</w:t>
      </w:r>
    </w:p>
    <w:p>
      <w:pPr>
        <w:jc w:val="right"/>
      </w:pPr>
      <w:r>
        <w:t>کہ کیا کوئی انسان کر سکتا ہے ایسا؟ انسان تو نہ تو گیس کو create کر سکتا، نہ گیس کو convert کر سکتا پانی میں۔</w:t>
      </w:r>
    </w:p>
    <w:p>
      <w:r>
        <w:rPr>
          <w:b/>
        </w:rPr>
        <w:t xml:space="preserve">[1:05:15] </w:t>
      </w:r>
      <w:r>
        <w:t>tab shukr hi shukr</w:t>
      </w:r>
    </w:p>
    <w:p>
      <w:pPr>
        <w:jc w:val="right"/>
      </w:pPr>
      <w:r>
        <w:t>تب شکر ہی شکر</w:t>
      </w:r>
    </w:p>
    <w:p>
      <w:r>
        <w:rPr>
          <w:b/>
        </w:rPr>
        <w:t xml:space="preserve">[1:05:16] </w:t>
      </w:r>
      <w:r>
        <w:t>aayega. to har cheez jo bazahir aap kharidte hain shopping centers se ya ya khud se kahin se aap hasil karte hain, to woh aap deep mein jaiye.</w:t>
      </w:r>
    </w:p>
    <w:p>
      <w:pPr>
        <w:jc w:val="right"/>
      </w:pPr>
      <w:r>
        <w:t>آئے گا۔ تو ہر چیز جو بظاہر آپ خریدتے ہیں shopping centers سے یا یا خود سے کہیں سے آپ حاصل کرتے ہیں، تو وہ آپ deep میں جائیے۔</w:t>
      </w:r>
    </w:p>
    <w:p>
      <w:r>
        <w:rPr>
          <w:b/>
        </w:rPr>
        <w:t xml:space="preserve">[1:05:32] </w:t>
      </w:r>
      <w:r>
        <w:t>deep mein jayenge to maloom hoga ke yeh sab Khuda ki taraf se hai.</w:t>
      </w:r>
    </w:p>
    <w:p>
      <w:pPr>
        <w:jc w:val="right"/>
      </w:pPr>
      <w:r>
        <w:t>Deep میں جائیں گے تو معلوم ہوگا کہ یہ سب خدا کی طرف سے ہے۔</w:t>
      </w:r>
    </w:p>
    <w:p>
      <w:r>
        <w:rPr>
          <w:b/>
        </w:rPr>
        <w:t xml:space="preserve">[1:05:36] </w:t>
      </w:r>
      <w:r>
        <w:t>misalan jo roti hum khate hain, to aap samjhen ke roti to hamein bazaar se khareed liya, gehoon aur chakar se paswa liya, aur cook ne paka diya, paisa de diya hum ne to roti mil gayi.</w:t>
      </w:r>
    </w:p>
    <w:p>
      <w:pPr>
        <w:jc w:val="right"/>
      </w:pPr>
      <w:r>
        <w:t>مثلاً جو روٹی ہم کھاتے ہیں، تو آپ سمجھیں کہ روٹی تو ہمیں بازار سے خرید لیا، گیہوں اور چکر سے پسوا لیا، اور cook نے پکا دیا، پیسہ دے دیا ہم نے تو روٹی مل گئی۔</w:t>
      </w:r>
    </w:p>
    <w:p>
      <w:r>
        <w:rPr>
          <w:b/>
        </w:rPr>
        <w:t xml:space="preserve">[1:05:49] </w:t>
      </w:r>
      <w:r>
        <w:t>aap aur deep mein jaiye ke kaise is is mitti se, is soil se gehoon ka poda hua. is mein kaise baal aayi, is mein kaise gehoon tha,</w:t>
      </w:r>
    </w:p>
    <w:p>
      <w:pPr>
        <w:jc w:val="right"/>
      </w:pPr>
      <w:r>
        <w:t>آپ اور deep میں جائیے کہ کیسے اس اس مٹی سے، اس soil سے گیہوں کا پودا ہوا۔ اس میں کیسے بال آئی، اس میں کیسے گیہوں تھا،</w:t>
      </w:r>
    </w:p>
    <w:p>
      <w:r>
        <w:rPr>
          <w:b/>
        </w:rPr>
        <w:t xml:space="preserve">[1:06:03] </w:t>
      </w:r>
      <w:r>
        <w:t>kaise yeh sab hua.</w:t>
      </w:r>
    </w:p>
    <w:p>
      <w:pPr>
        <w:jc w:val="right"/>
      </w:pPr>
      <w:r>
        <w:t>کیسے یہ سب ہوا۔</w:t>
      </w:r>
    </w:p>
    <w:p>
      <w:r>
        <w:rPr>
          <w:b/>
        </w:rPr>
        <w:t xml:space="preserve">[1:06:04] </w:t>
      </w:r>
      <w:r>
        <w:t>to maloom hoga ke yeh to mere bas mein to kuch hai nahi, yeh to koi aur kar raha hai. tab shukr hi shukr aayega.</w:t>
      </w:r>
    </w:p>
    <w:p>
      <w:pPr>
        <w:jc w:val="right"/>
      </w:pPr>
      <w:r>
        <w:t>تو معلوم ہوگا کہ یہ تو میرے بس میں تو کچھ ہے نہیں، یہ تو کوئی اور کر رہا ہے۔ تب شکر ہی شکر آئے گا۔</w:t>
      </w:r>
    </w:p>
    <w:p>
      <w:r>
        <w:rPr>
          <w:b/>
        </w:rPr>
        <w:t xml:space="preserve">[1:06:15] </w:t>
      </w:r>
      <w:r>
        <w:t>Maulana, agla sawal Muinuddin sahib ne kiya hai Delhi se, aur unhon ne likha hai: "Agar char imam barhaq hain to phir un ke followers ek doosre ki ahadees aur tafseer ko radd kyon karte hain?" is ke baray mein batayen.</w:t>
      </w:r>
    </w:p>
    <w:p>
      <w:pPr>
        <w:jc w:val="right"/>
      </w:pPr>
      <w:r>
        <w:t>مولانا، اگلا سوال معین الدین صاحب نے کیا ہے دلی سے، اور انہوں نے لکھا ہے: "اگر چار امام برحق ہیں تو پھر ان کے followers ایک دوسرے کی احادیث اور تفسیر کو رد کیوں کرتے ہیں؟" اس کے بارے میں بتائیں۔</w:t>
      </w:r>
    </w:p>
    <w:p>
      <w:r>
        <w:rPr>
          <w:b/>
        </w:rPr>
        <w:t xml:space="preserve">[1:06:32] </w:t>
      </w:r>
      <w:r>
        <w:t>dekhiye, is par meri kitab maujood hai, is ko parh lijiye aap: "Tajdeed-e-Deen". phir sawal kijiye. is kitab, is qism ke sawalat par hamari ek mustaqil kitab hai, is ka naam hai "Tajdeed-e-Deen".</w:t>
      </w:r>
    </w:p>
    <w:p>
      <w:pPr>
        <w:jc w:val="right"/>
      </w:pPr>
      <w:r>
        <w:t>دیکھیے، اس پر میری کتاب موجود ہے، اس کو پڑھ لیجیے آپ: "تجدید دین"۔ پھر سوال کیجیے۔ اس کتاب، اس قسم کے سوالات پر ہماری ایک مستقل کتاب ہے، اس کا نام ہے "تجدید دین"۔</w:t>
      </w:r>
    </w:p>
    <w:p>
      <w:r>
        <w:rPr>
          <w:b/>
        </w:rPr>
        <w:t xml:space="preserve">[1:06:45] </w:t>
      </w:r>
      <w:r>
        <w:t>is ko parhiye, phir agle Sunday ko sawal kijiye aap.</w:t>
      </w:r>
    </w:p>
    <w:p>
      <w:pPr>
        <w:jc w:val="right"/>
      </w:pPr>
      <w:r>
        <w:t>اس کو پڑھیے، پھر اگلے Sunday کو سوال کیجیے آپ۔</w:t>
      </w:r>
    </w:p>
    <w:p>
      <w:r>
        <w:rPr>
          <w:b/>
        </w:rPr>
        <w:t xml:space="preserve">[1:06:51] </w:t>
      </w:r>
      <w:r>
        <w:t>Maulana, agla sawal Raj Malak sahib ne kiya hai Delhi se, aur unhon ne likha hai: "Aaj kal Musalman ke darmiyan koi bhi baat khul kar bolte hue darr lagta hai ke isharay mein bhi koi baat Quran aur Nabi ke baray mein jis se Musalman ghussa ho kar kuch kar baithe.</w:t>
      </w:r>
    </w:p>
    <w:p>
      <w:pPr>
        <w:jc w:val="right"/>
      </w:pPr>
      <w:r>
        <w:t>مولانا، اگلا سوال راج ملک صاحب نے کیا ہے دلی سے، اور انہوں نے لکھا ہے: "آج کل مسلمان کے درمیان کوئی بھی بات کھل کر بولتے ہوئے ڈر لگتا ہے کہ اشارے میں بھی کوئی بات قرآن اور نبی کے بارے میں جس سے مسلمان غصہ ہو کر کچھ کر بیٹھیں۔</w:t>
      </w:r>
    </w:p>
    <w:p>
      <w:r>
        <w:rPr>
          <w:b/>
        </w:rPr>
        <w:t xml:space="preserve">[1:07:11] </w:t>
      </w:r>
      <w:r>
        <w:t>is se bachne ka tareeqa kya hai?"</w:t>
      </w:r>
    </w:p>
    <w:p>
      <w:pPr>
        <w:jc w:val="right"/>
      </w:pPr>
      <w:r>
        <w:t>اس سے بچنے کا طریقہ کیا ہے؟"</w:t>
      </w:r>
    </w:p>
    <w:p>
      <w:r>
        <w:rPr>
          <w:b/>
        </w:rPr>
        <w:t xml:space="preserve">[1:07:16] </w:t>
      </w:r>
      <w:r>
        <w:t>tareeqa yeh hai ke Musalman, ke yeh jo Musalmanon mein jo mizaj aa gaya hai, yeh to is ka Islam se koi talluq nahi hai. yeh to shaitani mizaj hai ke Allah Ta'ala ne kaha ke Adam ko main khaleefa banata hoon, aur phir shaitan ghussa ho gaya.</w:t>
      </w:r>
    </w:p>
    <w:p>
      <w:pPr>
        <w:jc w:val="right"/>
      </w:pPr>
      <w:r>
        <w:t>طریقہ یہ ہے کہ مسلمان، کہ یہ جو مسلمانوں میں جو مزاج آ گیا ہے، یہ تو اس کا اسلام سے کوئی تعلق نہیں ہے۔ یہ تو شیطانی مزاج ہے کہ اللہ تعالیٰ نے کہا کہ آدم کو میں خلیفہ بناتا ہوں، اور پھر شیطان غصہ ہو گیا۔</w:t>
      </w:r>
    </w:p>
    <w:p>
      <w:r>
        <w:rPr>
          <w:b/>
        </w:rPr>
        <w:t xml:space="preserve">[1:07:32] </w:t>
      </w:r>
      <w:r>
        <w:t>ke kaise bana denge khaleefa ab is ko aap? main is se bartar hoon. to cheezon ko sun kar bhadak uthna, yeh to shaitani nafsiyat hai, is ka Islam se koi talluq nahi.</w:t>
      </w:r>
    </w:p>
    <w:p>
      <w:pPr>
        <w:jc w:val="right"/>
      </w:pPr>
      <w:r>
        <w:t>کہ کیسے بنا دیں گے خلیفہ اب اس کو آپ؟ میں اس سے برتر ہوں۔ تو چیزوں کو سن کر بھڑک اٹھنا، یہ تو شیطانی نفسیات ہے، اس کا اسلام سے کوئی تعلق نہیں۔</w:t>
      </w:r>
    </w:p>
    <w:p>
      <w:r>
        <w:rPr>
          <w:b/>
        </w:rPr>
        <w:t xml:space="preserve">[1:07:45] </w:t>
      </w:r>
      <w:r>
        <w:t>aur is se, yani ya to avoid kijiye, ya agar aap aisa aadmi payen jo discuss kar sakta ho to discuss kijiye.</w:t>
      </w:r>
    </w:p>
    <w:p>
      <w:pPr>
        <w:jc w:val="right"/>
      </w:pPr>
      <w:r>
        <w:t>اور اس سے، یعنی یا تو avoid کیجیے، یا اگر آپ ایسا آدمی پائیں جو discuss کر سکتا ہو تو discuss کیجیے۔</w:t>
      </w:r>
    </w:p>
    <w:p>
      <w:r>
        <w:rPr>
          <w:b/>
        </w:rPr>
        <w:t xml:space="preserve">[1:07:56] </w:t>
      </w:r>
      <w:r>
        <w:t>warna yaqeenan yeh bhadakne ki nafsiyat jo hai, shaitani nafsiyat hai, is mein koi shakk nahi. pehla jo shakhs bhadka tha, woh shaitan tha.</w:t>
      </w:r>
    </w:p>
    <w:p>
      <w:pPr>
        <w:jc w:val="right"/>
      </w:pPr>
      <w:r>
        <w:t>ورنہ یقینا یہ بھڑکنے کی نفسیات جو ہے، شیطانی نفسیات ہے، اس میں کوئی شک نہیں۔ پہلا جو شخص بھڑکا تھا، وہ شیطان تھا۔</w:t>
      </w:r>
    </w:p>
    <w:p>
      <w:r>
        <w:rPr>
          <w:b/>
        </w:rPr>
        <w:t xml:space="preserve">[1:08:07] </w:t>
      </w:r>
      <w:r>
        <w:t>yeh to maloom baat hai ke Allah Ta'ala ne Adam ko banaya, aur yeh kaha ke Adam zameen ka khaleefa hoga.</w:t>
      </w:r>
    </w:p>
    <w:p>
      <w:pPr>
        <w:jc w:val="right"/>
      </w:pPr>
      <w:r>
        <w:t>یہ تو معلوم بات ہے کہ اللہ تعالیٰ نے آدم کو بنایا، اور یہ کہا کہ آدم زمین کا خلیفہ ہوگا۔</w:t>
      </w:r>
    </w:p>
    <w:p>
      <w:r>
        <w:rPr>
          <w:b/>
        </w:rPr>
        <w:t xml:space="preserve">[1:08:14] </w:t>
      </w:r>
      <w:r>
        <w:t>khaleefa ka matlab yeh koi religious term nahi hai, yeh religious term nahi hai. matlab zameen ka intezam chalayega, bas is sense mein.</w:t>
      </w:r>
    </w:p>
    <w:p>
      <w:pPr>
        <w:jc w:val="right"/>
      </w:pPr>
      <w:r>
        <w:t>خلیفہ کا معنی یہ کوئی مذہبی term نہیں ہے، یہ مذہبی term نہیں ہے۔ مطلب زمین کا انتظام چلائے گا، بس اس sense میں۔</w:t>
      </w:r>
    </w:p>
    <w:p>
      <w:r>
        <w:rPr>
          <w:b/>
        </w:rPr>
        <w:t xml:space="preserve">[1:08:25] </w:t>
      </w:r>
      <w:r>
        <w:t>zameen ka intezam chalayega. to shaitan bhadak utha. to kisi baat par ghaur karna, seriously samajhna, yeh insan ka kaam hai.</w:t>
      </w:r>
    </w:p>
    <w:p>
      <w:pPr>
        <w:jc w:val="right"/>
      </w:pPr>
      <w:r>
        <w:t>زمین کا انتظام چلائے گا۔ تو شیطان بھڑک اٹھا۔ تو کسی بات پر غور کرنا، seriously سمجھنا، یہ انسان کا کام ہے۔</w:t>
      </w:r>
    </w:p>
    <w:p>
      <w:r>
        <w:rPr>
          <w:b/>
        </w:rPr>
        <w:t xml:space="preserve">[1:08:38] </w:t>
      </w:r>
      <w:r>
        <w:t>ab bhadakna shaitan ka kaam hai.</w:t>
      </w:r>
    </w:p>
    <w:p>
      <w:pPr>
        <w:jc w:val="right"/>
      </w:pPr>
      <w:r>
        <w:t>اب بھڑکنا شیطان کا کام ہے۔</w:t>
      </w:r>
    </w:p>
    <w:p>
      <w:r>
        <w:rPr>
          <w:b/>
        </w:rPr>
        <w:t xml:space="preserve">[1:08:40] </w:t>
      </w:r>
      <w:r>
        <w:t>to Musalman jo baat baat bhadakte hain, bhadak kar larne maarne ke khare hote hain, woh to shaitani culture hai, is ka Islam se koi talluq nahi.</w:t>
      </w:r>
    </w:p>
    <w:p>
      <w:pPr>
        <w:jc w:val="right"/>
      </w:pPr>
      <w:r>
        <w:t>تو مسلمان جو بات بات بھڑکتے ہیں، بھڑک کر لڑنے مارنے کے کھڑے ہوتے ہیں، وہ تو شیطانی culture ہے، اس کا اسلام سے کوئی تعلق نہیں۔</w:t>
      </w:r>
    </w:p>
    <w:p>
      <w:r>
        <w:rPr>
          <w:b/>
        </w:rPr>
        <w:t xml:space="preserve">[1:08:52] </w:t>
      </w:r>
      <w:r>
        <w:t>Moulana, agla sawal poocha hai Ghaziabad se Waqar Sahab ne, aur unhon ne likha hai: "Moulana there are verses in the Quran which says Jews and Christians are your enemies.</w:t>
      </w:r>
    </w:p>
    <w:p>
      <w:pPr>
        <w:jc w:val="right"/>
      </w:pPr>
      <w:r>
        <w:t>مولانا، اگلا سوال پوچھا ہے غازی آباد سے وقار صاحب نے، اور انہوں نے لکھا ہے: "Moulana there are verses in the Quran which says Jews and Christians are your enemies.</w:t>
      </w:r>
    </w:p>
    <w:p>
      <w:r>
        <w:rPr>
          <w:b/>
        </w:rPr>
        <w:t xml:space="preserve">[1:09:05] </w:t>
      </w:r>
      <w:r>
        <w:t>My question is if they are our enemies then how can we take them as our Madhu?"</w:t>
      </w:r>
    </w:p>
    <w:p>
      <w:pPr>
        <w:jc w:val="right"/>
      </w:pPr>
      <w:r>
        <w:t>My question is if they are our enemies then how can we take them as our Madhu?"</w:t>
      </w:r>
    </w:p>
    <w:p>
      <w:r>
        <w:rPr>
          <w:b/>
        </w:rPr>
        <w:t xml:space="preserve">[1:09:13] </w:t>
      </w:r>
      <w:r>
        <w:t>Yeh to main abhi keh chuka hoon. Is se murad hai contemporary Jew. Aaj ke Jew nahin. Yani jo Rasool Allah se ladne ke liye tayyar ho gaye the.</w:t>
      </w:r>
    </w:p>
    <w:p>
      <w:pPr>
        <w:jc w:val="right"/>
      </w:pPr>
      <w:r>
        <w:t>یہ تو میں ابھی کہہ چکا ہوں۔ اس سے مراد ہے contemporary Jew۔ آج کے Jew نہیں۔ یعنی جو رسول اللہ سے لڑنے کے لیے تیار ہو گئے تھے۔</w:t>
      </w:r>
    </w:p>
    <w:p>
      <w:r>
        <w:rPr>
          <w:b/>
        </w:rPr>
        <w:t xml:space="preserve">[1:09:25] </w:t>
      </w:r>
      <w:r>
        <w:t>Aaj ke Jew se is ka koi talluq nahin. Aaj ke Christians se koi talluq nahin. Is mein lafz bana lijiye contemporary. Tab samjhenge aap is ko.</w:t>
      </w:r>
    </w:p>
    <w:p>
      <w:pPr>
        <w:jc w:val="right"/>
      </w:pPr>
      <w:r>
        <w:t>آج کے Jew سے اس کا کوئی تعلق نہیں۔ آج کے Christians سے کوئی تعلق نہیں۔ اس میں لفظ بنا لیجیے contemporary۔ تب سمجھیں گے آپ اس کو۔</w:t>
      </w:r>
    </w:p>
    <w:p>
      <w:r>
        <w:rPr>
          <w:b/>
        </w:rPr>
        <w:t xml:space="preserve">[1:09:36] </w:t>
      </w:r>
      <w:r>
        <w:t>Aaj ke jo Jew hain, bohat hi different hain woh.</w:t>
      </w:r>
    </w:p>
    <w:p>
      <w:pPr>
        <w:jc w:val="right"/>
      </w:pPr>
      <w:r>
        <w:t>آج کے جو Jew ہیں، بہت ہی different ہیں وہ۔</w:t>
      </w:r>
    </w:p>
    <w:p>
      <w:r>
        <w:rPr>
          <w:b/>
        </w:rPr>
        <w:t xml:space="preserve">[1:09:41] </w:t>
      </w:r>
      <w:r>
        <w:t>Main do baar ya teen baar kaha hoon Israel, bohat different hai. Kyun is different hai? Unhon ne science, bohat zyada scientific education un ka phaili.</w:t>
      </w:r>
    </w:p>
    <w:p>
      <w:pPr>
        <w:jc w:val="right"/>
      </w:pPr>
      <w:r>
        <w:t>میں دو بار یا تین بار کہا ہوں اسرائیل، بہت different ہے۔ کیوں اس different ہے؟ انہوں نے سائنس، بہت زیادہ سائنسی education ان کا پھیلی۔</w:t>
      </w:r>
    </w:p>
    <w:p>
      <w:r>
        <w:rPr>
          <w:b/>
        </w:rPr>
        <w:t xml:space="preserve">[1:09:51] </w:t>
      </w:r>
      <w:r>
        <w:t>Aaj ka jo Yahudi hai, woh ek scientific community hai. Us waqt jo Yahudi tha, woh doosra tha bilkul. To Quran mein jo hai, woh aaj ke Christian ke bare mein nahin hai, aaj ke Jew ke bare mein nahin hai.</w:t>
      </w:r>
    </w:p>
    <w:p>
      <w:pPr>
        <w:jc w:val="right"/>
      </w:pPr>
      <w:r>
        <w:t>آج کا جو یہودی ہے، وہ ایک scientific community ہے۔ اس وقت جو یہودی تھا، وہ دوسرا تھا بالکل۔ تو قرآن میں جو ہے، وہ آج کے Christian کے بارے میں نہیں ہے، آج کے Jew کے بارے میں نہیں ہے۔</w:t>
      </w:r>
    </w:p>
    <w:p>
      <w:r>
        <w:rPr>
          <w:b/>
        </w:rPr>
        <w:t xml:space="preserve">[1:10:07] </w:t>
      </w:r>
      <w:r>
        <w:t>Woh is zamane contemporary Jew ke bare mein hai, jo mar chuke hain, khatam ho chuke hain, ab woh maujood nahin hain un ka. Is ko aaj ke Jew par aap apply karen to aap gunah karen, gunah.</w:t>
      </w:r>
    </w:p>
    <w:p>
      <w:pPr>
        <w:jc w:val="right"/>
      </w:pPr>
      <w:r>
        <w:t>وہ اس زمانے contemporary Jew کے بارے میں ہے، جو مر چکے ہیں، ختم ہو چکے ہیں، اب وہ موجود نہیں ہیں ان کا۔ اس کو آج کے Jew پر آپ اپلائے کریں تو آپ گناہ کریں، گناہ۔</w:t>
      </w:r>
    </w:p>
    <w:p>
      <w:r>
        <w:rPr>
          <w:b/>
        </w:rPr>
        <w:t xml:space="preserve">[1:10:19] </w:t>
      </w:r>
      <w:r>
        <w:t>Is ka talluq Islam se ya Quran se nahin kuch hoga. Bohat bara gunah aur sarkashi hogi yeh ke aaj ke logon par aap apply karen.</w:t>
      </w:r>
    </w:p>
    <w:p>
      <w:pPr>
        <w:jc w:val="right"/>
      </w:pPr>
      <w:r>
        <w:t>اس کا تعلق اسلام سے یا قرآن سے نہیں کچھ ہوگا۔ بہت بڑا گناہ اور سرکشی ہوگی یہ کہ آج کے لوگوں پر آپ اپلائے کریں۔</w:t>
      </w:r>
    </w:p>
    <w:p>
      <w:r>
        <w:rPr>
          <w:b/>
        </w:rPr>
        <w:t xml:space="preserve">[1:10:31] </w:t>
      </w:r>
      <w:r>
        <w:t>Moulana, agla sawal Mumbai se kiya hai Ahmed Sahab ne, aur unhon ne likha hai: "Moulana you always say that we have to see the verses in the context of its background when they were revealed.</w:t>
      </w:r>
    </w:p>
    <w:p>
      <w:pPr>
        <w:jc w:val="right"/>
      </w:pPr>
      <w:r>
        <w:t>مولانا، اگلا سوال ممبئی سے کیا ہے احمد صاحب نے، اور انہوں نے لکھا ہے: "Moulana you always say that we have to see the verses in the context of its background when they were revealed.</w:t>
      </w:r>
    </w:p>
    <w:p>
      <w:r>
        <w:rPr>
          <w:b/>
        </w:rPr>
        <w:t xml:space="preserve">[1:10:44] </w:t>
      </w:r>
      <w:r>
        <w:t>And therefore those verses like fighting aur kafir related were meant for the time when they were revealed.</w:t>
      </w:r>
    </w:p>
    <w:p>
      <w:pPr>
        <w:jc w:val="right"/>
      </w:pPr>
      <w:r>
        <w:t>And therefore those verses like fighting اور کافر related were meant for the time when they were revealed.</w:t>
      </w:r>
    </w:p>
    <w:p>
      <w:r>
        <w:rPr>
          <w:b/>
        </w:rPr>
        <w:t xml:space="preserve">[1:10:54] </w:t>
      </w:r>
      <w:r>
        <w:t>When</w:t>
      </w:r>
    </w:p>
    <w:p>
      <w:pPr>
        <w:jc w:val="right"/>
      </w:pPr>
      <w:r>
        <w:t>When</w:t>
      </w:r>
    </w:p>
    <w:p>
      <w:r>
        <w:rPr>
          <w:b/>
        </w:rPr>
        <w:t xml:space="preserve">[1:10:55] </w:t>
      </w:r>
      <w:r>
        <w:t>we say this to people, they tell us what is the basis of your argument that those verses were not meant for future.</w:t>
      </w:r>
    </w:p>
    <w:p>
      <w:pPr>
        <w:jc w:val="right"/>
      </w:pPr>
      <w:r>
        <w:t>we say this to people, they tell us what is the basis of your argument that those verses were not meant for future.</w:t>
      </w:r>
    </w:p>
    <w:p>
      <w:r>
        <w:rPr>
          <w:b/>
        </w:rPr>
        <w:t xml:space="preserve">[1:11:04] </w:t>
      </w:r>
      <w:r>
        <w:t>They say that all the verses were meant for future as well. Moulana how can we address such issues on a rational level?" To main to jawab de diya aap ko ke sare Islam is cards mante hain ke qital ki ayat hai woh hasan li-zati nahin, hasan li-ghairi</w:t>
      </w:r>
    </w:p>
    <w:p>
      <w:pPr>
        <w:jc w:val="right"/>
      </w:pPr>
      <w:r>
        <w:t>They say that all the verses were meant for future as well. مولانا how can we address such issues on a rational level?" تو میں تو جواب دے دیا آپ کو کہ سارے اسلام اس کارڈز مانتے ہیں کہ قتال کی آیت ہے وہ حسن لذاتی نہیں، حسن لغاری</w:t>
      </w:r>
    </w:p>
    <w:p>
      <w:r>
        <w:rPr>
          <w:b/>
        </w:rPr>
        <w:t xml:space="preserve">[1:11:23] </w:t>
      </w:r>
      <w:r>
        <w:t>hai. Hasan hasan li-zati hain, hasan li-ghairi nahin. Yani hasan li-zati aur hasan li-ghairi ka matlab yeh hai ke violence fateh ka violence ke liye nahin hai, kisi positive end ke liye hai.</w:t>
      </w:r>
    </w:p>
    <w:p>
      <w:pPr>
        <w:jc w:val="right"/>
      </w:pPr>
      <w:r>
        <w:t>ہے۔ حسن حسن لذاتی ہیں، حسن لغاری نہیں۔ یعنی حسن لذاتی اور حسن لغاری کا مطلب یہ ہے کہ والنس فتح کا والنس کے لیے نہیں ہے، کسی پازیٹیو اینڈ کے لیے ہے۔</w:t>
      </w:r>
    </w:p>
    <w:p>
      <w:r>
        <w:rPr>
          <w:b/>
        </w:rPr>
        <w:t xml:space="preserve">[1:11:38] </w:t>
      </w:r>
      <w:r>
        <w:t>Woh positive end nahin ho to ladai bhi nahin ki jayegi. Yeh to sare log mante hain,</w:t>
      </w:r>
    </w:p>
    <w:p>
      <w:pPr>
        <w:jc w:val="right"/>
      </w:pPr>
      <w:r>
        <w:t>وہ پازیٹیو اینڈ نہیں ہو تو لڑائی بھی نہیں کی جائے گی۔ یہ تو سارے لوگ مانتے ہیں،</w:t>
      </w:r>
    </w:p>
    <w:p>
      <w:r>
        <w:rPr>
          <w:b/>
        </w:rPr>
        <w:t xml:space="preserve">[1:11:46] </w:t>
      </w:r>
      <w:r>
        <w:t>Yeh sare log mante hain.</w:t>
      </w:r>
    </w:p>
    <w:p>
      <w:pPr>
        <w:jc w:val="right"/>
      </w:pPr>
      <w:r>
        <w:t>یہ سارے لوگ مانتے ہیں۔</w:t>
      </w:r>
    </w:p>
    <w:p>
      <w:r>
        <w:rPr>
          <w:b/>
        </w:rPr>
        <w:t xml:space="preserve">[1:11:48] </w:t>
      </w:r>
      <w:r>
        <w:t>Na mare to yani bohat ajeeb baat hai ke agar koi na mare, us ko kiya khaas ladna ban raha hai? Laren, maren hain aap.</w:t>
      </w:r>
    </w:p>
    <w:p>
      <w:pPr>
        <w:jc w:val="right"/>
      </w:pPr>
      <w:r>
        <w:t>نہ مارے تو یعنی بہت عجیب بات ہے کہ اگر کوئی نہ مارے، اس کو کیا خاص لڑنا بن رہا ہے؟ لڑیں، مرے ہیں آپ۔</w:t>
      </w:r>
    </w:p>
    <w:p>
      <w:r>
        <w:rPr>
          <w:b/>
        </w:rPr>
        <w:t xml:space="preserve">[1:11:57] </w:t>
      </w:r>
      <w:r>
        <w:t>Yeh Islam hai, yeh koi maqsad nahin hai, koi koi koi positive end nahin hai. Khwah makhwah badhen, lad ke maren.</w:t>
      </w:r>
    </w:p>
    <w:p>
      <w:pPr>
        <w:jc w:val="right"/>
      </w:pPr>
      <w:r>
        <w:t>یہ اسلام ہے، یہ کوئی مقصد نہیں ہے، کوئی کوئی کوئی پازیٹیو اینڈ نہیں ہے۔ خوامخواہ بڑھیں، لڑ کے مریں۔</w:t>
      </w:r>
    </w:p>
    <w:p>
      <w:r>
        <w:rPr>
          <w:b/>
        </w:rPr>
        <w:t xml:space="preserve">[1:12:06] </w:t>
      </w:r>
      <w:r>
        <w:t>Yeh koi Islam hua?</w:t>
      </w:r>
    </w:p>
    <w:p>
      <w:pPr>
        <w:jc w:val="right"/>
      </w:pPr>
      <w:r>
        <w:t>یہ کوئی اسلام ہوا؟</w:t>
      </w:r>
    </w:p>
    <w:p>
      <w:r>
        <w:rPr>
          <w:b/>
        </w:rPr>
        <w:t xml:space="preserve">[1:12:11] </w:t>
      </w:r>
      <w:r>
        <w:t>Quran mein dekhen ayat hai ke qaatiloohum hatta la tuqro fitnatun</w:t>
      </w:r>
    </w:p>
    <w:p>
      <w:pPr>
        <w:jc w:val="right"/>
      </w:pPr>
      <w:r>
        <w:t>قرآن میں دیکھیں آیت ہے کہ قاتلوهم حتیٰ لا تُقْرُوا فِتْنَةً</w:t>
      </w:r>
    </w:p>
    <w:p>
      <w:r>
        <w:rPr>
          <w:b/>
        </w:rPr>
        <w:t xml:space="preserve">[1:12:16] </w:t>
      </w:r>
      <w:r>
        <w:t>Jab fitna ko khatam karne ke liye laro. Fitna nahin to ladai bhi nahin. Yani fitna khatam karne ke liye laro.</w:t>
      </w:r>
    </w:p>
    <w:p>
      <w:pPr>
        <w:jc w:val="right"/>
      </w:pPr>
      <w:r>
        <w:t>جب فتنہ کو ختم کرنے کے لیے لڑو۔ فتنہ نہیں تو لڑائی بھی نہیں۔ یعنی فتنہ ختم کرنے کے لیے لڑو۔</w:t>
      </w:r>
    </w:p>
    <w:p>
      <w:r>
        <w:rPr>
          <w:b/>
        </w:rPr>
        <w:t xml:space="preserve">[1:12:27] </w:t>
      </w:r>
      <w:r>
        <w:t>To ab fitna kahan hai? Fitna ka matlab hai religious persecution. Jab religious persecution nahin to ladna kis liye? Jab religious persecution nahin hai to ladna kis liye?</w:t>
      </w:r>
    </w:p>
    <w:p>
      <w:pPr>
        <w:jc w:val="right"/>
      </w:pPr>
      <w:r>
        <w:t>تو اب فتنہ کہاں ہے؟ فتنہ کا مطلب ہے religious persecution۔ جب religious persecution نہیں تو لڑنا کس لیے؟ جب religious persecution نہیں ہے تو لڑنا کس لیے؟</w:t>
      </w:r>
    </w:p>
    <w:p>
      <w:r>
        <w:rPr>
          <w:b/>
        </w:rPr>
        <w:t xml:space="preserve">[1:12:42] </w:t>
      </w:r>
      <w:r>
        <w:t>Dekhen is mein koi. Yani yani kuch cheezon ke bare mein yahi ulma mante bhi hain. Misal ke taur par dekhiye Quran mein hai ke a'idduhum masaddatakum bil quwwati yani quwwat quwwat faraham karo.</w:t>
      </w:r>
    </w:p>
    <w:p>
      <w:pPr>
        <w:jc w:val="right"/>
      </w:pPr>
      <w:r>
        <w:t>دیکھیں اس میں کوئی۔ یعنی یعنی کچھ چیزوں کے بارے میں یہی علماء مانتے بھی ہیں۔ مثال کے طور پر دیکھیے قرآن میں ہے کہ أعِدُّوهُمْ مَسَطَّاتُهُمْ بِالْقُوَّةِ یعنی قوت قوت فراہم کرو۔</w:t>
      </w:r>
    </w:p>
    <w:p>
      <w:r>
        <w:rPr>
          <w:b/>
        </w:rPr>
        <w:t xml:space="preserve">[1:13:01] </w:t>
      </w:r>
      <w:r>
        <w:t>Apne rival jo tumhare hain un ke liye muqable mein quwwat faraham karo. Quwwat ka matlab kiya hai?</w:t>
      </w:r>
    </w:p>
    <w:p>
      <w:pPr>
        <w:jc w:val="right"/>
      </w:pPr>
      <w:r>
        <w:t>اپنے rival جو تمہارے ہیں ان کے لیے مقابلے میں قوت فراہم کرو۔ قوت کا مطلب کیا ہے؟</w:t>
      </w:r>
    </w:p>
    <w:p>
      <w:r>
        <w:rPr>
          <w:b/>
        </w:rPr>
        <w:t xml:space="preserve">[1:13:10] </w:t>
      </w:r>
      <w:r>
        <w:t>hadis mein aata hai ke ala ind al quwwata aram</w:t>
      </w:r>
    </w:p>
    <w:p>
      <w:pPr>
        <w:jc w:val="right"/>
      </w:pPr>
      <w:r>
        <w:t>حدیث میں آتا ہے کہ أَلَا عِنْدَ الْقُوَّةَ أَرَّمِ</w:t>
      </w:r>
    </w:p>
    <w:p>
      <w:r>
        <w:rPr>
          <w:b/>
        </w:rPr>
        <w:t xml:space="preserve">[1:13:15] </w:t>
      </w:r>
      <w:r>
        <w:t>ke sun lo ke quwwat se murad hai teer marna.</w:t>
      </w:r>
    </w:p>
    <w:p>
      <w:pPr>
        <w:jc w:val="right"/>
      </w:pPr>
      <w:r>
        <w:t>کہ سن لو کہ قوت سے مراد ہے تیر مارنا۔</w:t>
      </w:r>
    </w:p>
    <w:p>
      <w:r>
        <w:rPr>
          <w:b/>
        </w:rPr>
        <w:t xml:space="preserve">[1:13:21] </w:t>
      </w:r>
      <w:r>
        <w:t>to kya aap aaj koi muslim state teer kaman ki fauj banayegi? koi banati hai? koi koi fauj?</w:t>
      </w:r>
    </w:p>
    <w:p>
      <w:pPr>
        <w:jc w:val="right"/>
      </w:pPr>
      <w:r>
        <w:t>تو کیا آپ آج کوئی مسلم state تیر کمان کی فوج بنائے گی؟ کوئی بناتی ہے؟ کوئی کوئی فوج؟</w:t>
      </w:r>
    </w:p>
    <w:p>
      <w:r>
        <w:rPr>
          <w:b/>
        </w:rPr>
        <w:t xml:space="preserve">[1:13:31] </w:t>
      </w:r>
      <w:r>
        <w:t>koi muslim fauj? koi dunya mein koi muslim mulk aisa hai jo kahe ke adad quwwat ka matlab hai teer kaman par raho?</w:t>
      </w:r>
    </w:p>
    <w:p>
      <w:pPr>
        <w:jc w:val="right"/>
      </w:pPr>
      <w:r>
        <w:t>کوئی مسلم فوج؟ کوئی دنیا میں کوئی مسلم ملک ایسا ہے جو کہے کہ اعداد قوت کا مطلب ہے تیر کمان پر رہو؟</w:t>
      </w:r>
    </w:p>
    <w:p>
      <w:r>
        <w:rPr>
          <w:b/>
        </w:rPr>
        <w:t xml:space="preserve">[1:13:41] </w:t>
      </w:r>
      <w:r>
        <w:t>yahan par sab logon ne, sare ulama ne yeh maan liya ke teer kaman ki baat is zamane ke lihaz se thi, aaj ke lihaz se nahi hai.</w:t>
      </w:r>
    </w:p>
    <w:p>
      <w:pPr>
        <w:jc w:val="right"/>
      </w:pPr>
      <w:r>
        <w:t>یہاں پر سب لوگوں نے، سارے علماء نے یہ مان لیا کہ تیر کمان کی بات اس زمانے کے لحاظ سے تھی، آج کے لحاظ سے نہیں ہے۔</w:t>
      </w:r>
    </w:p>
    <w:p>
      <w:r>
        <w:rPr>
          <w:b/>
        </w:rPr>
        <w:t xml:space="preserve">[1:13:50] </w:t>
      </w:r>
      <w:r>
        <w:t>aaj adad quwwat aaj ke lihaz se hoga. aaj jo jis cheez ko quwwat samjha, jo cheez quwwat hogi, us ke lihaz se hum tayari karenge.</w:t>
      </w:r>
    </w:p>
    <w:p>
      <w:pPr>
        <w:jc w:val="right"/>
      </w:pPr>
      <w:r>
        <w:t>آج اعداد قوت آج کے لحاظ سے ہوگا۔ آج جو جس چیز کو قوت سمجھا، جو چیز قوت ہوگی، اس کے لحاظ سے ہم تیاری کریں گے۔</w:t>
      </w:r>
    </w:p>
    <w:p>
      <w:r>
        <w:rPr>
          <w:b/>
        </w:rPr>
        <w:t xml:space="preserve">[1:14:00] </w:t>
      </w:r>
      <w:r>
        <w:t>to yahan to log mante hain, log adad quwwat ka matlab teer kaman nahi hai. aur doosre cheezon mein nahi mante.</w:t>
      </w:r>
    </w:p>
    <w:p>
      <w:pPr>
        <w:jc w:val="right"/>
      </w:pPr>
      <w:r>
        <w:t>تو یہاں تو لوگ مانتے ہیں، لوگ اعداد قوت کا مطلب تیر کمان نہیں ہے۔ اور دوسرے چیزوں میں نہیں مانتے۔</w:t>
      </w:r>
    </w:p>
    <w:p>
      <w:r>
        <w:rPr>
          <w:b/>
        </w:rPr>
        <w:t xml:space="preserve">[1:14:08] </w:t>
      </w:r>
      <w:r>
        <w:t>yeh to bilkul hi mein samajhta hoon ke sare log jo double standard ho gaye hain. sab ke sab double standard ho gaye hain.</w:t>
      </w:r>
    </w:p>
    <w:p>
      <w:pPr>
        <w:jc w:val="right"/>
      </w:pPr>
      <w:r>
        <w:t>یہ تو بالکل ہی میں سمجھتا ہوں کہ سارے لوگ جو double standard ہو گئے ہیں۔ سب کے سب double standard ہو گئے ہیں۔</w:t>
      </w:r>
    </w:p>
    <w:p>
      <w:r>
        <w:rPr>
          <w:b/>
        </w:rPr>
        <w:t xml:space="preserve">[1:14:19] </w:t>
      </w:r>
      <w:r>
        <w:t>maulana, agla sawal dilli se kya hai mahmood asim sahib ne, aur unhone likha hai: hindustan mein jo communal violence ka issue hai, us se niptne ke liye quran ka application kya hai?</w:t>
      </w:r>
    </w:p>
    <w:p>
      <w:pPr>
        <w:jc w:val="right"/>
      </w:pPr>
      <w:r>
        <w:t>مولانا، اگلا سوال دلی سے کیا ہے محمود عاصم صاحب نے، اور انہوں نے لکھا ہے: ہندوستان میں جو communal violence کا issue ہے، اس سے نپٹنے کے لیے قرآن کا application کیا ہے؟</w:t>
      </w:r>
    </w:p>
    <w:p>
      <w:r>
        <w:rPr>
          <w:b/>
        </w:rPr>
        <w:t xml:space="preserve">[1:14:33] </w:t>
      </w:r>
      <w:r>
        <w:t>sirf maar khana aur non-violently dawah karna? is ke bare mein? ji, kaun sahib hain yeh jo sawal kar rahe hain? humm, kaun sahib sawal kar rahe hain?</w:t>
      </w:r>
    </w:p>
    <w:p>
      <w:pPr>
        <w:jc w:val="right"/>
      </w:pPr>
      <w:r>
        <w:t>صرف مار کھانا اور non-violently دعویٰ کرنا؟ اس کے بارے میں؟ جی، کون صاحب ہیں یہ جو سوال کر رہے ہیں؟ ہمم، کون صاحب سوال کر رہے ہیں؟</w:t>
      </w:r>
    </w:p>
    <w:p>
      <w:r>
        <w:rPr>
          <w:b/>
        </w:rPr>
        <w:t xml:space="preserve">[1:14:43] </w:t>
      </w:r>
      <w:r>
        <w:t>shayad pehli baar aaye hain yahan par woh. ji. beharhal, is par maine kitabein likhi hain, aap padh lijie. aur muslim jo communal rights hain, us ko bohat deeply mein ne un ki study ki hai.</w:t>
      </w:r>
    </w:p>
    <w:p>
      <w:pPr>
        <w:jc w:val="right"/>
      </w:pPr>
      <w:r>
        <w:t>شاید پہلی بار آئے ہیں یہاں پر وہ۔ جی۔ بہرحال، اس پر میں نے کتابیں لکھی ہیں، آپ پڑھ لیجیے۔ اور مسلم جو communal rights ہیں، اس کو بہت deeply میں نے ان کی study کی ہے۔</w:t>
      </w:r>
    </w:p>
    <w:p>
      <w:r>
        <w:rPr>
          <w:b/>
        </w:rPr>
        <w:t xml:space="preserve">[1:14:59] </w:t>
      </w:r>
      <w:r>
        <w:t>sare communal rights jo hote hain, un ki beginning jo hoti hai, musalman bhadakne wali qaum ban gaye hain, bhadakte hain, bas fasad shuru ho jata hai. jahan jahan bhi hua, aghaz dekhiye aap.</w:t>
      </w:r>
    </w:p>
    <w:p>
      <w:pPr>
        <w:jc w:val="right"/>
      </w:pPr>
      <w:r>
        <w:t>سارے communal rights جو ہوتے ہیں، ان کی beginning جو ہوتی ہے، مسلمان بھڑکنے والی قوم بن گئے ہیں، بھڑکتے ہیں، بس فساد شروع ہو جاتا ہے۔ جہاں جہاں بھی ہوا، آغاز دیکھیے آپ۔</w:t>
      </w:r>
    </w:p>
    <w:p>
      <w:r>
        <w:rPr>
          <w:b/>
        </w:rPr>
        <w:t xml:space="preserve">[1:15:14] </w:t>
      </w:r>
      <w:r>
        <w:t>aghaz kahan se? mislan mauo mein hamara jo zila hai, adam padh, wahan mauo ek town hai. to wahan par fasad hua. bohat zabardast fasad hua.</w:t>
      </w:r>
    </w:p>
    <w:p>
      <w:pPr>
        <w:jc w:val="right"/>
      </w:pPr>
      <w:r>
        <w:t>آغاز کہاں سے؟ مثلاً موعو میں ہمارا جو ضلع ہے، آدم پڑھ، وہاں موعو ایک ٹاؤن ہے۔ تو وہاں پر فساد ہوا۔ بہت زبردست فساد ہوا۔</w:t>
      </w:r>
    </w:p>
    <w:p>
      <w:r>
        <w:rPr>
          <w:b/>
        </w:rPr>
        <w:t xml:space="preserve">[1:15:24] </w:t>
      </w:r>
      <w:r>
        <w:t>to maine direct mauo mein is ki tehqeeq ki.</w:t>
      </w:r>
    </w:p>
    <w:p>
      <w:pPr>
        <w:jc w:val="right"/>
      </w:pPr>
      <w:r>
        <w:t>تو میں نے direct موعو میں اس کی تحقیق کی۔</w:t>
      </w:r>
    </w:p>
    <w:p>
      <w:r>
        <w:rPr>
          <w:b/>
        </w:rPr>
        <w:t xml:space="preserve">[1:15:28] </w:t>
      </w:r>
      <w:r>
        <w:t>jo chupa tha muslim akhbaron mein, kya tha? ke hinduo ne yeh itna mara, hinduo ne itna mara. yani hinduo ke hinduo ne jo jalaya, phoonka, us ka zikr to khoob khoob tha.</w:t>
      </w:r>
    </w:p>
    <w:p>
      <w:pPr>
        <w:jc w:val="right"/>
      </w:pPr>
      <w:r>
        <w:t>جو چھپا تھا مسلم اخباروں میں، کیا تھا؟ کہ ہندوؤں نے یہ اتنا مارا، ہندوؤں نے اتنا مارا۔ یعنی ہندوؤں کے ہندوؤں نے جو جلایا، پھونکا، اس کا ذکر تو خوب خوب تھا۔</w:t>
      </w:r>
    </w:p>
    <w:p>
      <w:r>
        <w:rPr>
          <w:b/>
        </w:rPr>
        <w:t xml:space="preserve">[1:15:39] </w:t>
      </w:r>
      <w:r>
        <w:t>asal baat ka zikr nahi. maine wahan par tehqeeq ki to khud musalmano ne bataya ke asal baat yeh thi ke wahan par ek mandir tha, us mandir mein bhajan ho raha tha, kirtan.</w:t>
      </w:r>
    </w:p>
    <w:p>
      <w:pPr>
        <w:jc w:val="right"/>
      </w:pPr>
      <w:r>
        <w:t>اصل بات کا ذکر نہیں۔ میں نے وہاں پر تحقیق کی تو خود مسلمانوں نے بتایا کہ اصل بات یہ تھی کہ وہاں پر ایک مندر تھا، اس مندر میں بھجن ہو رہا تھا، کیرطن۔</w:t>
      </w:r>
    </w:p>
    <w:p>
      <w:r>
        <w:rPr>
          <w:b/>
        </w:rPr>
        <w:t xml:space="preserve">[1:15:53] </w:t>
      </w:r>
      <w:r>
        <w:t>to musalmano ne ja ke mana kiya ke tum kirtan mat karo.</w:t>
      </w:r>
    </w:p>
    <w:p>
      <w:pPr>
        <w:jc w:val="right"/>
      </w:pPr>
      <w:r>
        <w:t>تو مسلمانوں نے جا کے منع کیا کہ تم کیرطن مت کرو۔</w:t>
      </w:r>
    </w:p>
    <w:p>
      <w:r>
        <w:rPr>
          <w:b/>
        </w:rPr>
        <w:t xml:space="preserve">[1:15:57] </w:t>
      </w:r>
      <w:r>
        <w:t>haan, woh hamari masjid mein namaz ho rahi hai. to unhone kaha ke hum ne artificial se ijazat le li hai, hum nahi rokenge.</w:t>
      </w:r>
    </w:p>
    <w:p>
      <w:pPr>
        <w:jc w:val="right"/>
      </w:pPr>
      <w:r>
        <w:t>ہاں، وہ ہماری مسجد میں نماز ہو رہی ہے۔ تو انہوں نے کہا کہ ہم نے آرٹیفیشل سے اجازت لے لی ہے، ہم نہیں روکیں گے۔</w:t>
      </w:r>
    </w:p>
    <w:p>
      <w:r>
        <w:rPr>
          <w:b/>
        </w:rPr>
        <w:t xml:space="preserve">[1:16:07] </w:t>
      </w:r>
      <w:r>
        <w:t>to unhone is ko mic ko tod diya. to kya aap samajhte hain ke mic ko todenge, aap ko fasad nahi hoga? communal rights jo hai, yeh lafzi galat hai mere nazdeek.</w:t>
      </w:r>
    </w:p>
    <w:p>
      <w:pPr>
        <w:jc w:val="right"/>
      </w:pPr>
      <w:r>
        <w:t>تو انہوں نے اس کو مائیک کو توڑ دیا۔ تو کیا آپ سمجھتے ہیں کہ مائیک کو توڑیں گے، آپ کو فساد نہیں ہوگا؟ Communal rights جو ہے، یہ لفظی غلط ہے میرے نزدیک۔</w:t>
      </w:r>
    </w:p>
    <w:p>
      <w:r>
        <w:rPr>
          <w:b/>
        </w:rPr>
        <w:t xml:space="preserve">[1:16:21] </w:t>
      </w:r>
      <w:r>
        <w:t>humein jitne bhi rights hue hain, un sab ke bare mein mein keh sakta hoon ke maine bohat se rights ki tehqeeq ki hai. ke musalman jazbati qaum hain, mushtael ho jate hain, bhadak uthte hain.</w:t>
      </w:r>
    </w:p>
    <w:p>
      <w:pPr>
        <w:jc w:val="right"/>
      </w:pPr>
      <w:r>
        <w:t>ہمیں جتنے بھی rights ہوئے ہیں، ان سب کے بارے میں میں کہہ سکتا ہوں کہ میں نے بہت سے rights کی تحقیق کی ہے۔ کہ مسلمان جذباتی قوم ہیں، مشتعل ہو جاتے ہیں، بھڑک اٹھتے ہیں۔</w:t>
      </w:r>
    </w:p>
    <w:p>
      <w:r>
        <w:rPr>
          <w:b/>
        </w:rPr>
        <w:t xml:space="preserve">[1:16:32] </w:t>
      </w:r>
      <w:r>
        <w:t>to woh ja kar wahan, yani kuch na kuch kar baithte hain. abhi dekhiye, bhagalpur ki report abhi aayi hai.</w:t>
      </w:r>
    </w:p>
    <w:p>
      <w:pPr>
        <w:jc w:val="right"/>
      </w:pPr>
      <w:r>
        <w:t>تو وہ جا کر وہاں، یعنی کچھ نہ کچھ کر بیٹھتے ہیں۔ ابھی دیکھیے، بھاگل پور کی رپورٹ ابھی آئی ہے۔</w:t>
      </w:r>
    </w:p>
    <w:p>
      <w:r>
        <w:rPr>
          <w:b/>
        </w:rPr>
        <w:t xml:space="preserve">[1:16:41] </w:t>
      </w:r>
      <w:r>
        <w:t>bhagalpur ki direct maine tehqeeq kar ke batata hoon aap ko, jo bhagalpur rights hua tha.</w:t>
      </w:r>
    </w:p>
    <w:p>
      <w:pPr>
        <w:jc w:val="right"/>
      </w:pPr>
      <w:r>
        <w:t>بھاگل پور کی direct میں نے تحقیق کر کے بتاتا ہوں آپ کو، جو بھاگل پور rights ہوا تھا۔</w:t>
      </w:r>
    </w:p>
    <w:p>
      <w:r>
        <w:rPr>
          <w:b/>
        </w:rPr>
        <w:t xml:space="preserve">[1:16:48] </w:t>
      </w:r>
      <w:r>
        <w:t>ek sahib jo is par moti si kitab likhi thi, unhone. bhagalpur ka fasad. bohat hi mashhoor tha fasad bhagalpur ka.</w:t>
      </w:r>
    </w:p>
    <w:p>
      <w:pPr>
        <w:jc w:val="right"/>
      </w:pPr>
      <w:r>
        <w:t>ایک صاحب جو اس پر موٹی سی کتاب لکھی تھی، انہوں نے۔ بھاگل پور کا فساد۔ بہت ہی مشہور تھا فساد بھاگل پور کا۔</w:t>
      </w:r>
    </w:p>
    <w:p>
      <w:r>
        <w:rPr>
          <w:b/>
        </w:rPr>
        <w:t xml:space="preserve">[1:16:58] </w:t>
      </w:r>
      <w:r>
        <w:t>bhagalpur ka fasad. to mujhe la ke kitab diya unhone. is kitab mein maine dekha ke hinduo ne jo wahan par kiya tha, us ka bohat tasweer tazkira tha.</w:t>
      </w:r>
    </w:p>
    <w:p>
      <w:pPr>
        <w:jc w:val="right"/>
      </w:pPr>
      <w:r>
        <w:t>بھاگل پور کا فساد۔ تو مجھے لا کے کتاب دیا انہوں نے۔ اس کتاب میں میں نے دیکھا کہ ہندوؤں نے جو وہاں پر کیا تھا، اس کا بہت تصویر تذکرہ تھا۔</w:t>
      </w:r>
    </w:p>
    <w:p>
      <w:r>
        <w:rPr>
          <w:b/>
        </w:rPr>
        <w:t xml:space="preserve">[1:17:10] </w:t>
      </w:r>
      <w:r>
        <w:t>musalmano ka kuch bhi nahi tha.</w:t>
      </w:r>
    </w:p>
    <w:p>
      <w:pPr>
        <w:jc w:val="right"/>
      </w:pPr>
      <w:r>
        <w:t>مسلمانوں کا کچھ بھی نہیں تھا۔</w:t>
      </w:r>
    </w:p>
    <w:p>
      <w:r>
        <w:rPr>
          <w:b/>
        </w:rPr>
        <w:t xml:space="preserve">[1:17:12] </w:t>
      </w:r>
      <w:r>
        <w:t>sirf ek jagah ek lafz tha ke hinduon ne jlas juloos nikala, is ke baad muslim naujawanon ne ek step liya. is waqt fasaad shuru ho gaya.</w:t>
      </w:r>
    </w:p>
    <w:p>
      <w:pPr>
        <w:jc w:val="right"/>
      </w:pPr>
      <w:r>
        <w:t>صرف ایک جگہ ایک لفظ تھا کہ ہندوؤں نے جلاس جلوس نکالا، اس کے بعد مسلم نوجوانوں نے ایک step لیا۔ اس وقت فساد شروع ہو گیا۔</w:t>
      </w:r>
    </w:p>
    <w:p>
      <w:r>
        <w:rPr>
          <w:b/>
        </w:rPr>
        <w:t xml:space="preserve">[1:17:21] </w:t>
      </w:r>
      <w:r>
        <w:t>to main ne kaha ke yeh step, yeh step kya tha? aap ne mubham kyun kar</w:t>
      </w:r>
    </w:p>
    <w:p>
      <w:pPr>
        <w:jc w:val="right"/>
      </w:pPr>
      <w:r>
        <w:t>تو میں نے کہا کہ یہ step، یہ step کیا تھا؟ آپ نے مبہم کیوں کر</w:t>
      </w:r>
    </w:p>
    <w:p>
      <w:r>
        <w:rPr>
          <w:b/>
        </w:rPr>
        <w:t xml:space="preserve">[1:17:26] </w:t>
      </w:r>
      <w:r>
        <w:t>diya? hinduon ki baat to aap ne saaf saaf likhi hai, unhon ne falan dukaan jalai, falan ghar mein aisa kiya. yahan aap keh rahe hain ke musalman, muslim naujawanon ne step liya.</w:t>
      </w:r>
    </w:p>
    <w:p>
      <w:pPr>
        <w:jc w:val="right"/>
      </w:pPr>
      <w:r>
        <w:t>دیا؟ ہندوؤں کی بات تو آپ نے صاف صاف لکھی ہے، انہوں نے فلاں دکان جلائی، فلاں گھر میں ایسا کیا۔ یہاں آپ کہہ رہے ہیں کہ مسلمان، مسلم نوجوانوں نے step لیا۔</w:t>
      </w:r>
    </w:p>
    <w:p>
      <w:r>
        <w:rPr>
          <w:b/>
        </w:rPr>
        <w:t xml:space="preserve">[1:17:36] </w:t>
      </w:r>
      <w:r>
        <w:t>What is step? to batate nahin the. bahut zyada main un ki scrutiny ki to bata raha hoon ke step ke dasti bomb un ke paas tha, mara unhon ne.</w:t>
      </w:r>
    </w:p>
    <w:p>
      <w:pPr>
        <w:jc w:val="right"/>
      </w:pPr>
      <w:r>
        <w:t>What is step? تو بتاتے نہیں تھے۔ بہت زیادہ میں ان کی scrutiny کی تو بتا رہا ہوں کہ step کہ دستی بم ان کے پاس تھا، مارا انہوں نے۔</w:t>
      </w:r>
    </w:p>
    <w:p>
      <w:r>
        <w:rPr>
          <w:b/>
        </w:rPr>
        <w:t xml:space="preserve">[1:17:48] </w:t>
      </w:r>
      <w:r>
        <w:t>jab unhon ne is khud, unhon ne bataya, unhon ne ke hinduon ka juloos jo tha, us ko rokte the woh ke route badlo, route badlo, route badlo.</w:t>
      </w:r>
    </w:p>
    <w:p>
      <w:pPr>
        <w:jc w:val="right"/>
      </w:pPr>
      <w:r>
        <w:t>جب انہوں نے اس خود، انہوں نے بتایا، انہوں نے کہ ہندوؤں کا جلوس جو تھا، اس کو روکتے تھے وہ کہ route بدلو، route بدلو، route بدلو۔</w:t>
      </w:r>
    </w:p>
    <w:p>
      <w:r>
        <w:rPr>
          <w:b/>
        </w:rPr>
        <w:t xml:space="preserve">[1:17:58] </w:t>
      </w:r>
      <w:r>
        <w:t>to woh badalte nahin the. to muslim jo naujawanon ne dasti bomb phenka. aur sab dhuan bhar gaya wahan par sarak par.</w:t>
      </w:r>
    </w:p>
    <w:p>
      <w:pPr>
        <w:jc w:val="right"/>
      </w:pPr>
      <w:r>
        <w:t>تو وہ بدلتے نہیں تھے۔ تو مسلم جو نوجوانوں نے دستی بم پھینکا۔ اور سب دھواں بھر گیا وہاں پر سڑک پر۔</w:t>
      </w:r>
    </w:p>
    <w:p>
      <w:r>
        <w:rPr>
          <w:b/>
        </w:rPr>
        <w:t xml:space="preserve">[1:18:08] </w:t>
      </w:r>
      <w:r>
        <w:t>to kya is ke baad fasaad nahin hoga?</w:t>
      </w:r>
    </w:p>
    <w:p>
      <w:pPr>
        <w:jc w:val="right"/>
      </w:pPr>
      <w:r>
        <w:t>تو کیا اس کے بعد فساد نہیں ہوگا؟</w:t>
      </w:r>
    </w:p>
    <w:p>
      <w:r>
        <w:rPr>
          <w:b/>
        </w:rPr>
        <w:t xml:space="preserve">[1:18:12] </w:t>
      </w:r>
      <w:r>
        <w:t>fasaad nahin hoga is ke baad? arabi mein kaha tha ke albadi azlam jo shuru kare wohi zalim hai. wa hum badaukum awwal marra quran mein hai.</w:t>
      </w:r>
    </w:p>
    <w:p>
      <w:pPr>
        <w:jc w:val="right"/>
      </w:pPr>
      <w:r>
        <w:t>فساد نہیں ہوگا اس کے بعد؟ عربی میں کہا تھا کہ البادي أظلم جو شروع کرے وہی ظالم ہے۔ وَهُمْ بَدَوْكُمْ أَوْلَ مَرَّةٍ قرآن میں ہے۔</w:t>
      </w:r>
    </w:p>
    <w:p>
      <w:r>
        <w:rPr>
          <w:b/>
        </w:rPr>
        <w:t xml:space="preserve">[1:18:23] </w:t>
      </w:r>
      <w:r>
        <w:t>to badi har jagah quran musalman hote hain.</w:t>
      </w:r>
    </w:p>
    <w:p>
      <w:pPr>
        <w:jc w:val="right"/>
      </w:pPr>
      <w:r>
        <w:t>تو بادی ہر جگہ قرآن مسلمان ہوتے ہیں۔</w:t>
      </w:r>
    </w:p>
    <w:p>
      <w:r>
        <w:rPr>
          <w:b/>
        </w:rPr>
        <w:t xml:space="preserve">[1:18:26] </w:t>
      </w:r>
      <w:r>
        <w:t>kisi ko koi agar ikhtilaf ho to mujhe woh jagah bataen ke kahan par musalman badi nahin the. yani bigidar. badi matlab bigidar.</w:t>
      </w:r>
    </w:p>
    <w:p>
      <w:pPr>
        <w:jc w:val="right"/>
      </w:pPr>
      <w:r>
        <w:t>کسی کو کوئی اگر اختلاف ہو تو مجھے وہ جگہ بتائیں کہ کہاں پر مسلمان بادی نہیں تھے۔ یعنی بگیدر۔ بادی مطلب بگیدر۔</w:t>
      </w:r>
    </w:p>
    <w:p>
      <w:r>
        <w:rPr>
          <w:b/>
        </w:rPr>
        <w:t xml:space="preserve">[1:18:36] </w:t>
      </w:r>
      <w:r>
        <w:t>to aap bigidar karain to is ko, is ko then you are pricing the price and you are estimating the policy</w:t>
      </w:r>
    </w:p>
    <w:p>
      <w:pPr>
        <w:jc w:val="right"/>
      </w:pPr>
      <w:r>
        <w:t>تو آپ بگیدر کرائیں تو اس کو، اس کو then you are pricing the price اور you are estimating the policy</w:t>
      </w:r>
    </w:p>
    <w:p>
      <w:r>
        <w:rPr>
          <w:b/>
        </w:rPr>
        <w:t xml:space="preserve">[1:18:46] </w:t>
      </w:r>
      <w:r>
        <w:t>. communal riot ka lafz hi galat hai mere nazdeek. kyunke hota yeh hai ke musalman mushtael qaum ban gaye hain, jazbati qaum ban gaye hain. choti si baat pe bhark uthte hain.</w:t>
      </w:r>
    </w:p>
    <w:p>
      <w:pPr>
        <w:jc w:val="right"/>
      </w:pPr>
      <w:r>
        <w:t>۔ Communal riot کا لفظ ہی غلط ہے میرے نزدیک۔ کیونکہ ہوتا یہ ہے کہ مسلمان مشتعل قوم بن گئے ہیں، جذباتی قوم بن گئے ہیں۔ چھوٹی سی بات پہ بھڑک اٹھتے ہیں۔</w:t>
      </w:r>
    </w:p>
    <w:p>
      <w:r>
        <w:rPr>
          <w:b/>
        </w:rPr>
        <w:t xml:space="preserve">[1:18:56] </w:t>
      </w:r>
      <w:r>
        <w:t>badh kar ke kahin pathar maren ge, kahin kuch karen ge. to woh retaliate kare ga. Retaliation hota hai jis ke nateejay mein fasaad hota hai.</w:t>
      </w:r>
    </w:p>
    <w:p>
      <w:pPr>
        <w:jc w:val="right"/>
      </w:pPr>
      <w:r>
        <w:t>بڑھ کر کے کہیں پتھر ماریں گے، کہیں کچھ کریں گے۔ تو وہ retaliate کرے گا۔ Retaliation ہوتا ہے جس کے نتیجے میں فساد ہوتا ہے۔</w:t>
      </w:r>
    </w:p>
    <w:p>
      <w:r>
        <w:rPr>
          <w:b/>
        </w:rPr>
        <w:t xml:space="preserve">[1:19:06] </w:t>
      </w:r>
      <w:r>
        <w:t>agar jis ko shak ho is par to mujhe us jagah ka naam batao ke falan jagah aisa nahin hua. to main ja ke tehqeeq karoon ga.</w:t>
      </w:r>
    </w:p>
    <w:p>
      <w:pPr>
        <w:jc w:val="right"/>
      </w:pPr>
      <w:r>
        <w:t>اگر جس کو شک ہو اس پر تو مجھے اس جگہ کا نام بتاؤ کہ فلاں جگہ ایسا نہیں ہوا۔ تو میں جا کے تحقیق کروں گا۔</w:t>
      </w:r>
    </w:p>
    <w:p>
      <w:r>
        <w:rPr>
          <w:b/>
        </w:rPr>
        <w:t xml:space="preserve">[1:19:13] </w:t>
      </w:r>
      <w:r>
        <w:t>main ja kar wahan se tehqeeq karoon ga is ki. koi ek spot mujhe bataya jaye ke falan jagah jo hai, is mein musalmanon ne koi beginning nahin ki thi, phir bhi fasaad ho gaya.</w:t>
      </w:r>
    </w:p>
    <w:p>
      <w:pPr>
        <w:jc w:val="right"/>
      </w:pPr>
      <w:r>
        <w:t>میں جا کر وہاں سے تحقیق کروں گا اس کی۔ کوئی ایک spot مجھے بتایا جائے کہ فلاں جگہ جو ہے، اس میں مسلمانوں نے کوئی beginning نہیں کی تھی، پھر بھی فساد ہو گیا۔</w:t>
      </w:r>
    </w:p>
    <w:p>
      <w:r>
        <w:rPr>
          <w:b/>
        </w:rPr>
        <w:t xml:space="preserve">[1:19:25] </w:t>
      </w:r>
      <w:r>
        <w:t>woh mujhe bataiye is ko. to main jaon ga wahan par. har jagah musalman begin karte hain aur is ke baad woh retaliate karte hain, is se fasaad hota hai.</w:t>
      </w:r>
    </w:p>
    <w:p>
      <w:pPr>
        <w:jc w:val="right"/>
      </w:pPr>
      <w:r>
        <w:t>وہ مجھے بتائیے اس کو۔ تو میں جاؤں گا وہاں پر۔ ہر جگہ مسلمان begin کرتے ہیں اور اس کے بعد وہ retaliate کرتے ہیں، اس سے فساد ہوتا ہے۔</w:t>
      </w:r>
    </w:p>
    <w:p>
      <w:r>
        <w:rPr>
          <w:b/>
        </w:rPr>
        <w:t xml:space="preserve">[1:19:39] </w:t>
      </w:r>
      <w:r>
        <w:t>is par main ne baqayda kitaab likhi hai, aap is ko parh lijiyey.</w:t>
      </w:r>
    </w:p>
    <w:p>
      <w:pPr>
        <w:jc w:val="right"/>
      </w:pPr>
      <w:r>
        <w:t>اس پر میں نے باقاعدہ کتاب لکھی ہے، آپ اس کو پڑھ لیجیے۔</w:t>
      </w:r>
    </w:p>
    <w:p>
      <w:r>
        <w:rPr>
          <w:b/>
        </w:rPr>
        <w:t xml:space="preserve">[1:19:43] </w:t>
      </w:r>
      <w:r>
        <w:t>moti si kitaab hai, is par main ne bohat si is mein baaten likhi hain.</w:t>
      </w:r>
    </w:p>
    <w:p>
      <w:pPr>
        <w:jc w:val="right"/>
      </w:pPr>
      <w:r>
        <w:t>موٹی سی کتاب ہے، اس پر میں نے بہت سی اس میں باتیں لکھی ہیں۔</w:t>
      </w:r>
    </w:p>
    <w:p>
      <w:r>
        <w:rPr>
          <w:b/>
        </w:rPr>
        <w:t xml:space="preserve">[1:19:51] </w:t>
      </w:r>
      <w:r>
        <w:t>maulana, agla sawal lene se. hindustan, india mein jo communal riots hain, us ko khatam karne ka ek hi raaz hai. ke musalmanon ko samjhaen ke bharkayen nahin woh.</w:t>
      </w:r>
    </w:p>
    <w:p>
      <w:pPr>
        <w:jc w:val="right"/>
      </w:pPr>
      <w:r>
        <w:t>مولانا، اگلا سوال لینے سے۔ ہندوستان، انڈیا میں جو communal riots ہیں، اس کو ختم کرنے کا ایک ہی راز ہے۔ کہ مسلمانوں کو سمجھائیں کہ بھڑکائیں نہیں وہ۔</w:t>
      </w:r>
    </w:p>
    <w:p>
      <w:r>
        <w:rPr>
          <w:b/>
        </w:rPr>
        <w:t xml:space="preserve">[1:20:02] </w:t>
      </w:r>
      <w:r>
        <w:t>mushtael hona chhod den. bas aur koi nahin. musalman apna yeh mizaj khatam kar den ke zara si baat pe bhark uthte hain.</w:t>
      </w:r>
    </w:p>
    <w:p>
      <w:pPr>
        <w:jc w:val="right"/>
      </w:pPr>
      <w:r>
        <w:t>مشتعل ہونا چھوڑ دیں۔ بس اور کوئی نہیں۔ مسلمان اپنا یہ مزاج ختم کر دیں کہ ذرا سی بات پہ بھڑک اٹھتے ہیں۔</w:t>
      </w:r>
    </w:p>
    <w:p>
      <w:r>
        <w:rPr>
          <w:b/>
        </w:rPr>
        <w:t xml:space="preserve">[1:20:10] </w:t>
      </w:r>
      <w:r>
        <w:t>aur lagte hain pathar marne.</w:t>
      </w:r>
    </w:p>
    <w:p>
      <w:pPr>
        <w:jc w:val="right"/>
      </w:pPr>
      <w:r>
        <w:t>اور لگتے ہیں پتھر مارنے۔</w:t>
      </w:r>
    </w:p>
    <w:p>
      <w:r>
        <w:rPr>
          <w:b/>
        </w:rPr>
        <w:t xml:space="preserve">[1:20:14] </w:t>
      </w:r>
      <w:r>
        <w:t>to musalman mushtael hona chhod den aur fasaad isi din khatam ho jaye ga. dekhiye main aap ko ek raat ki baat batata hoon. hindu ek tajar qaum hai.</w:t>
      </w:r>
    </w:p>
    <w:p>
      <w:pPr>
        <w:jc w:val="right"/>
      </w:pPr>
      <w:r>
        <w:t>تو مسلمان مشتعل ہونا چھوڑ دیں اور فساد اسی دن ختم ہو جائے گا۔ دیکھیے میں آپ کو ایک رات کی بات بتاتا ہوں۔ ہندو ایک تاجر قوم ہے۔</w:t>
      </w:r>
    </w:p>
    <w:p>
      <w:r>
        <w:rPr>
          <w:b/>
        </w:rPr>
        <w:t xml:space="preserve">[1:20:28] </w:t>
      </w:r>
      <w:r>
        <w:t>hindu jo hai, sadiyon se tijarat dunya mein hai. un ki tijarat itni zabardast hai ke aurangzeb ne hindu se qarz liya tha.</w:t>
      </w:r>
    </w:p>
    <w:p>
      <w:pPr>
        <w:jc w:val="right"/>
      </w:pPr>
      <w:r>
        <w:t>ہندو جو ہے، صدیوں سے تجارت دنیا میں ہے۔ ان کی تجارت اتنی زبردست ہے کہ اورنگزیب نے ہندو سے قرض لیا تھا۔</w:t>
      </w:r>
    </w:p>
    <w:p>
      <w:r>
        <w:rPr>
          <w:b/>
        </w:rPr>
        <w:t xml:space="preserve">[1:20:37] </w:t>
      </w:r>
      <w:r>
        <w:t>itna itna zyada un ki tijarat ka mamla hai. to hindu ek tajar qaum hai. aur tajar qaum ki nafsiyat kya hoti hai? woh chahta hai normalcy.</w:t>
      </w:r>
    </w:p>
    <w:p>
      <w:pPr>
        <w:jc w:val="right"/>
      </w:pPr>
      <w:r>
        <w:t>اتنا اتنا زیادہ ان کی تجارت کا معاملہ ہے۔ تو ہندو ایک تاجر قوم ہے۔ اور تاجر قوم کی نفسیات کیا ہوتی ہے؟ وہ چاہتا ہے normalcy۔</w:t>
      </w:r>
    </w:p>
    <w:p>
      <w:r>
        <w:rPr>
          <w:b/>
        </w:rPr>
        <w:t xml:space="preserve">[1:20:48] </w:t>
      </w:r>
      <w:r>
        <w:t>normalcy chahta hai.</w:t>
      </w:r>
    </w:p>
    <w:p>
      <w:pPr>
        <w:jc w:val="right"/>
      </w:pPr>
      <w:r>
        <w:t>normalcy چاہتا ہے۔</w:t>
      </w:r>
    </w:p>
    <w:p>
      <w:r>
        <w:rPr>
          <w:b/>
        </w:rPr>
        <w:t xml:space="preserve">[1:20:50] </w:t>
      </w:r>
      <w:r>
        <w:t>to tajir kabhi nahi chahega ke wo fasad ho aur bazaar band ho jaye aur curfew nafiz ho, ye sab nahi chahega hindu kabhi bhi.</w:t>
      </w:r>
    </w:p>
    <w:p>
      <w:pPr>
        <w:jc w:val="right"/>
      </w:pPr>
      <w:r>
        <w:t>تو تاجر کبھی نہیں چاہے گا کہ وہ فساد ہو اور بازار بند ہو جائے اور کرفیو نافذ ہو، یہ سب نہیں چاہے گا ہندو کبھی بھی۔</w:t>
      </w:r>
    </w:p>
    <w:p>
      <w:r>
        <w:rPr>
          <w:b/>
        </w:rPr>
        <w:t xml:space="preserve">[1:21:02] </w:t>
      </w:r>
      <w:r>
        <w:t>is ka is ka paisa is ka gadbad hota hai. to by nature hindu kabhi bhi fasad nahi chahega. lekin jab aap bharka denge, aap pathar marenge to wo bhi apne karega jo us ke bas mein jo karna hai.</w:t>
      </w:r>
    </w:p>
    <w:p>
      <w:pPr>
        <w:jc w:val="right"/>
      </w:pPr>
      <w:r>
        <w:t>اس کا اس کا پیسہ اس کا گڑبڑ ہوتا ہے۔ تو by nature ہندو کبھی بھی فساد نہیں چاہے گا۔ لیکن جب آپ بھڑکا دیں گے، آپ پتھر ماریں گے تو وہ بھی اپنے کرے گا جو اس کے بس میں جو کرنا ہے۔</w:t>
      </w:r>
    </w:p>
    <w:p>
      <w:r>
        <w:rPr>
          <w:b/>
        </w:rPr>
        <w:t xml:space="preserve">[1:21:16] </w:t>
      </w:r>
      <w:r>
        <w:t>zyada tar to police ko bharka dete hain musalman.</w:t>
      </w:r>
    </w:p>
    <w:p>
      <w:pPr>
        <w:jc w:val="right"/>
      </w:pPr>
      <w:r>
        <w:t>زیادہ تر تو پولیس کو بھڑکا دیتے ہیں مسلمان۔</w:t>
      </w:r>
    </w:p>
    <w:p>
      <w:r>
        <w:rPr>
          <w:b/>
        </w:rPr>
        <w:t xml:space="preserve">[1:21:20] </w:t>
      </w:r>
      <w:r>
        <w:t>is ko aap objectively is pe ghor kijiye. objectively bohat hi dispassionately ghor kijiye.</w:t>
      </w:r>
    </w:p>
    <w:p>
      <w:pPr>
        <w:jc w:val="right"/>
      </w:pPr>
      <w:r>
        <w:t>اس کو آپ objectively اس پہ غور کیجیے۔ objectively بہت ہی dispassionately غور کیجیے۔</w:t>
      </w:r>
    </w:p>
    <w:p>
      <w:r>
        <w:rPr>
          <w:b/>
        </w:rPr>
        <w:t xml:space="preserve">[1:21:29] </w:t>
      </w:r>
      <w:r>
        <w:t>to aap is se ittefaq karenge. aur aap ko main do kitab padhne ke liye kahunga. meri kitab ek hai Indian Muslims: A Positive Outlook ye urdu bhi hai, english mein bhi hai.</w:t>
      </w:r>
    </w:p>
    <w:p>
      <w:pPr>
        <w:jc w:val="right"/>
      </w:pPr>
      <w:r>
        <w:t>تو آپ اس سے اتفاق کریں گے۔ اور آپ کو میں دو کتاب پڑھنے کے لیے کہوں گا۔ میری کتاب ایک ہے Indian Muslims: A Positive Outlook یہ اردو بھی ہے، انگلش میں بھی ہے۔</w:t>
      </w:r>
    </w:p>
    <w:p>
      <w:r>
        <w:rPr>
          <w:b/>
        </w:rPr>
        <w:t xml:space="preserve">[1:21:43] </w:t>
      </w:r>
      <w:r>
        <w:t>aur ek kitab hai fasad ka masla. is ko do kitab ko padhiye.</w:t>
      </w:r>
    </w:p>
    <w:p>
      <w:pPr>
        <w:jc w:val="right"/>
      </w:pPr>
      <w:r>
        <w:t>اور ایک کتاب ہے فساد کا مسئلہ۔ اس کو دو کتاب کو پڑھیے۔</w:t>
      </w:r>
    </w:p>
    <w:p>
      <w:r>
        <w:rPr>
          <w:b/>
        </w:rPr>
        <w:t xml:space="preserve">[1:21:48] </w:t>
      </w:r>
      <w:r>
        <w:t>ek aur kitab hai hal yahan hai. teen kitab hain. hal yahan hai. fasad ka masla hal yahan hai Indian Muslims: A Positive Outlook sari baatein is mein ne likh di hain.</w:t>
      </w:r>
    </w:p>
    <w:p>
      <w:pPr>
        <w:jc w:val="right"/>
      </w:pPr>
      <w:r>
        <w:t>ایک اور کتاب ہے حل یہاں ہے۔ تین کتاب ہیں۔ حل یہاں ہے۔ فساد کا مسئلہ حل یہاں ہے Indian Muslims: A Positive Outlook ساری باتیں اس میں نے لکھ دی ہیں۔</w:t>
      </w:r>
    </w:p>
    <w:p>
      <w:r>
        <w:rPr>
          <w:b/>
        </w:rPr>
        <w:t xml:space="preserve">[1:22:03] </w:t>
      </w:r>
      <w:r>
        <w:t>maulana, agla sawal lene se pehle ek comment padhna chahenge. jo miss gulzyba ahmed ne bheja hai maryland, usa se</w:t>
      </w:r>
    </w:p>
    <w:p>
      <w:pPr>
        <w:jc w:val="right"/>
      </w:pPr>
      <w:r>
        <w:t>مولانا، اگلا سوال لینے سے پہلے ایک comment پڑھنا چاہیں گے۔ جو مس گلزیبہ احمد نے بھیجا ہے میری لینڈ، یو ایس اے سے</w:t>
      </w:r>
    </w:p>
    <w:p>
      <w:r>
        <w:rPr>
          <w:b/>
        </w:rPr>
        <w:t xml:space="preserve">[1:22:12] </w:t>
      </w:r>
      <w:r>
        <w:t>. unhone likha hai: "maulana, I have read many tafsirs, but your tafsir al-Quran has helped me relate to real life.</w:t>
      </w:r>
    </w:p>
    <w:p>
      <w:pPr>
        <w:jc w:val="right"/>
      </w:pPr>
      <w:r>
        <w:t>۔ انہوں نے لکھا ہے: "مولانا، I have read many tafsirs, but your tafsir al-Quran has helped me relate to real life.</w:t>
      </w:r>
    </w:p>
    <w:p>
      <w:r>
        <w:rPr>
          <w:b/>
        </w:rPr>
        <w:t xml:space="preserve">[1:22:24] </w:t>
      </w:r>
      <w:r>
        <w:t>By comparing these tafsirs, I was able to tell which one was more accurate. Jazakallah Khair for writing the most beneficial readings for everyone.</w:t>
      </w:r>
    </w:p>
    <w:p>
      <w:pPr>
        <w:jc w:val="right"/>
      </w:pPr>
      <w:r>
        <w:t>By comparing these tafsirs, I was able to tell which one was more accurate. Jazakallah Khair for writing the most beneficial readings for everyone.</w:t>
      </w:r>
    </w:p>
    <w:p>
      <w:r>
        <w:rPr>
          <w:b/>
        </w:rPr>
        <w:t xml:space="preserve">[1:22:36] </w:t>
      </w:r>
      <w:r>
        <w:t>I have been sharing it as much as I can with everyone, which I am glad to do."</w:t>
      </w:r>
    </w:p>
    <w:p>
      <w:pPr>
        <w:jc w:val="right"/>
      </w:pPr>
      <w:r>
        <w:t>I have been sharing it as much as I can with everyone, which I am glad to do."</w:t>
      </w:r>
    </w:p>
    <w:p>
      <w:r>
        <w:rPr>
          <w:b/>
        </w:rPr>
        <w:t xml:space="preserve">[1:22:43] </w:t>
      </w:r>
      <w:r>
        <w:t>hmm, is mein ye baat aur nahi shayad ke tazkir al-Quran jo hai hamari tafsir us ko bohat phailati hain apni taraf se. yani bulk mein khareed kar ke logon ko pahunchati hain.</w:t>
      </w:r>
    </w:p>
    <w:p>
      <w:pPr>
        <w:jc w:val="right"/>
      </w:pPr>
      <w:r>
        <w:t>ہمم، اس میں یہ بات اور نہیں شاید کہ تذکر القرآن جو ہے ہماری تفسیر اس کو بہت پھیلاتی ہیں اپنی طرف سے۔ یعنی bulk میں خرید کر کے لوگوں کو پہنچاتی ہیں۔</w:t>
      </w:r>
    </w:p>
    <w:p>
      <w:r>
        <w:rPr>
          <w:b/>
        </w:rPr>
        <w:t xml:space="preserve">[1:22:55] </w:t>
      </w:r>
      <w:r>
        <w:t>wo english mein bhi chhapi hai ye tafsir aur urdu mein bhi chhapi hai aur arabi mein bhi chhapi hai. hindi mein bhi panch zabanon mein chhapi hai. wo char zabanon mein.</w:t>
      </w:r>
    </w:p>
    <w:p>
      <w:pPr>
        <w:jc w:val="right"/>
      </w:pPr>
      <w:r>
        <w:t>وہ انگلش میں بھی چھپی ہے یہ تفسیر اور اردو میں بھی چھپی ہے اور عربی میں بھی چھپی ہے۔ ہندی میں بھی پانچ زبانوں میں چھپی ہے۔ وہ چار زبانوں میں۔</w:t>
      </w:r>
    </w:p>
    <w:p>
      <w:r>
        <w:rPr>
          <w:b/>
        </w:rPr>
        <w:t xml:space="preserve">[1:23:05] </w:t>
      </w:r>
      <w:r>
        <w:t>urdu, hindi, arabi aur angre</w:t>
      </w:r>
    </w:p>
    <w:p>
      <w:pPr>
        <w:jc w:val="right"/>
      </w:pPr>
      <w:r>
        <w:t>اردو، ہندی، عربی اور انگری</w:t>
      </w:r>
    </w:p>
    <w:p>
      <w:r>
        <w:rPr>
          <w:b/>
        </w:rPr>
        <w:t xml:space="preserve">[1:23:08] </w:t>
      </w:r>
      <w:r>
        <w:t>zi. to english jo hai is ka wo phailati hain wahan par. america mein.</w:t>
      </w:r>
    </w:p>
    <w:p>
      <w:pPr>
        <w:jc w:val="right"/>
      </w:pPr>
      <w:r>
        <w:t>زی۔ تو انگلش جو ہے اس کا وہ پھیلاتی ہیں وہاں پر۔ امریکہ میں۔</w:t>
      </w:r>
    </w:p>
    <w:p>
      <w:r>
        <w:rPr>
          <w:b/>
        </w:rPr>
        <w:t xml:space="preserve">[1:23:15] </w:t>
      </w:r>
      <w:r>
        <w:t>maulana, agla sawal dilli se kya hai muhammad khizr sahab ne. unhone likha hai: "quran agar ek abadi kitab hai aur aap ke mutabiq kuffar yahood hamare dushman nahi hain to phir quran ki abadit kya hai?" is ke bare mein.</w:t>
      </w:r>
    </w:p>
    <w:p>
      <w:pPr>
        <w:jc w:val="right"/>
      </w:pPr>
      <w:r>
        <w:t>مولانا، اگلا سوال دلی سے کیا ہے محمد خضر صاحب نے۔ انہوں نے لکھا ہے: "قرآن اگر ایک ابدی کتاب ہے اور آپ کے مطابق کفار یہود ہمارے دشمن نہیں ہیں تو پھر قرآن کی ابدیت کیا ہے؟" اس کے بارے میں۔</w:t>
      </w:r>
    </w:p>
    <w:p>
      <w:r>
        <w:rPr>
          <w:b/>
        </w:rPr>
        <w:t xml:space="preserve">[1:23:34] </w:t>
      </w:r>
      <w:r>
        <w:t>ye kaise kaise sawal karte hain log bhai.</w:t>
      </w:r>
    </w:p>
    <w:p>
      <w:pPr>
        <w:jc w:val="right"/>
      </w:pPr>
      <w:r>
        <w:t>یہ کیسے کیسے سوال کرتے ہیں لوگ بھئی۔</w:t>
      </w:r>
    </w:p>
    <w:p>
      <w:r>
        <w:rPr>
          <w:b/>
        </w:rPr>
        <w:t xml:space="preserve">[1:23:39] </w:t>
      </w:r>
      <w:r>
        <w:t>abadit yahi quran ki? in ko kafir samajhna hai? isi ke liye quran utra tha?</w:t>
      </w:r>
    </w:p>
    <w:p>
      <w:pPr>
        <w:jc w:val="right"/>
      </w:pPr>
      <w:r>
        <w:t>ابدیت یہی قرآن کی؟ ان کو کافر سمجھنا ہے؟ اسی کے لیے قرآن اترا تھا؟</w:t>
      </w:r>
    </w:p>
    <w:p>
      <w:r>
        <w:rPr>
          <w:b/>
        </w:rPr>
        <w:t xml:space="preserve">[1:23:46] </w:t>
      </w:r>
      <w:r>
        <w:t>hain? dekhiye, makkah ke jo log the un ke bare mein quran mein kufr ka lafz aya.</w:t>
      </w:r>
    </w:p>
    <w:p>
      <w:pPr>
        <w:jc w:val="right"/>
      </w:pPr>
      <w:r>
        <w:t>ہیں؟ دیکھیے، مکہ کے جو لوگ تھے ان کے بارے میں قرآن میں کفر کا لفظ آیا۔</w:t>
      </w:r>
    </w:p>
    <w:p>
      <w:r>
        <w:rPr>
          <w:b/>
        </w:rPr>
        <w:t xml:space="preserve">[1:23:54] </w:t>
      </w:r>
      <w:r>
        <w:t>Qul ya ayyuhal kafirun quran mein jo ye ayat hai Qul ya ayyuhal kafirun ye makkah ke bare mein hai.</w:t>
      </w:r>
    </w:p>
    <w:p>
      <w:pPr>
        <w:jc w:val="right"/>
      </w:pPr>
      <w:r>
        <w:t>قُلْ يَا أَيُّهَا الْكَافِرُونَ قرآن میں جو یہ آیت ہے قُلْ يَا أَيُّهَا الْكَافِرُونَ یہ مکہ کے بارے میں ہے۔</w:t>
      </w:r>
    </w:p>
    <w:p>
      <w:r>
        <w:rPr>
          <w:b/>
        </w:rPr>
        <w:t xml:space="preserve">[1:24:03] </w:t>
      </w:r>
      <w:r>
        <w:t>quraish ke bare mein. achha, wahi jo muslim ban gaye sab ke sab. wahi makkah ke log jo hain is ke top ke log sahabi bane.</w:t>
      </w:r>
    </w:p>
    <w:p>
      <w:pPr>
        <w:jc w:val="right"/>
      </w:pPr>
      <w:r>
        <w:t>قریش کے بارے میں۔ اچھا، وہی جو مسلم بن گئے سب کے سب۔ وہی مکہ کے لوگ جو ہیں اس کے ٹاپ کے لوگ صحابہ بنے۔</w:t>
      </w:r>
    </w:p>
    <w:p>
      <w:r>
        <w:rPr>
          <w:b/>
        </w:rPr>
        <w:t xml:space="preserve">[1:24:13] </w:t>
      </w:r>
      <w:r>
        <w:t>to kya quran ki abadit khatam ho gayi? bas yahood se nafrat aap ko hai, bas yahood se marna hai aap ko ye. to ab sahaba ko mariye naozubillah.</w:t>
      </w:r>
    </w:p>
    <w:p>
      <w:pPr>
        <w:jc w:val="right"/>
      </w:pPr>
      <w:r>
        <w:t>تو کیا قرآن کی ابدیت ختم ہو گئی؟ بس یہود سے نفرت آپ کو ہے، بس یہود سے مارنا ہے آپ کو یہ۔ تو اب صحابہ کو ماریے نعوذ باللہ۔</w:t>
      </w:r>
    </w:p>
    <w:p>
      <w:r>
        <w:rPr>
          <w:b/>
        </w:rPr>
        <w:t xml:space="preserve">[1:24:22] </w:t>
      </w:r>
      <w:r>
        <w:t>kyun ke jin ko quran mein kaha gaya tha kafir, wahi to musalman ho gaye, wahi to sahabi bane.</w:t>
      </w:r>
    </w:p>
    <w:p>
      <w:pPr>
        <w:jc w:val="right"/>
      </w:pPr>
      <w:r>
        <w:t>کیونکہ جن کو قرآن میں کہا گیا تھا کافر، وہی تو مسلمان ہو گئے، وہی تو صحابی بنے۔</w:t>
      </w:r>
    </w:p>
    <w:p>
      <w:r>
        <w:rPr>
          <w:b/>
        </w:rPr>
        <w:t xml:space="preserve">[1:24:32] </w:t>
      </w:r>
      <w:r>
        <w:t>wahi to ahl-e-makkah ke log jo is islam mein dakhil hue the, wahi to sahaba kehelate hain. to quran mein kaha gaya tha in ko kafirun.</w:t>
      </w:r>
    </w:p>
    <w:p>
      <w:pPr>
        <w:jc w:val="right"/>
      </w:pPr>
      <w:r>
        <w:t>وہی تو اہل مکہ کے لوگ جو اس اسلام میں داخل ہوئے تھے، وہی تو صحابہ کہلاتے ہیں۔ تو قرآن میں کہا گیا تھا ان کو کافرون۔</w:t>
      </w:r>
    </w:p>
    <w:p>
      <w:r>
        <w:rPr>
          <w:b/>
        </w:rPr>
        <w:t xml:space="preserve">[1:24:42] </w:t>
      </w:r>
      <w:r>
        <w:t>Qul ya ayyuhal kafirun aur phir isi doosri surah hai ke ya rajjaa nasulil lahe wal fath wa raa tan naaso yad khuluna fi deenil la</w:t>
      </w:r>
    </w:p>
    <w:p>
      <w:pPr>
        <w:jc w:val="right"/>
      </w:pPr>
      <w:r>
        <w:t>قُلْ يَا أَيُّهَا الْكَافِرُونَ اور پھر اسی دوسری سورہ ہے کہ يَا رَجَّاءَ نَسُلِلَّهِ وَالْفَتْحِ وَرَأَتَ النَّاسِ يَدْخُلُونَ فِي دِينِ الل</w:t>
      </w:r>
    </w:p>
    <w:p>
      <w:r>
        <w:rPr>
          <w:b/>
        </w:rPr>
        <w:t xml:space="preserve">[1:24:53] </w:t>
      </w:r>
      <w:r>
        <w:t>illahi foujan unhi ke bare mein hai ke jin ko quran ne kafar kaha tha woh fouj dar fouj islam mein dakhil hue. yeh koi tareeqa nahi hai is quran ko samajhne ka.</w:t>
      </w:r>
    </w:p>
    <w:p>
      <w:pPr>
        <w:jc w:val="right"/>
      </w:pPr>
      <w:r>
        <w:t>َّهِ فَوْجًا انہی کے بارے میں ہے کہ جن کو قرآن نے کافر کہا تھا وہ فوج در فوج اسلام میں داخل ہوئے۔ یہ کوئی طریقہ نہیں ہے اس قرآن کو سمجھنے کا۔</w:t>
      </w:r>
    </w:p>
    <w:p>
      <w:r>
        <w:rPr>
          <w:b/>
        </w:rPr>
        <w:t xml:space="preserve">[1:25:03] </w:t>
      </w:r>
      <w:r>
        <w:t>ke aap bas yahood se nafrat hai to yahood se marna hai aap ko. nafrat ki nafsiyat, shaitan ki nafsiyat yaad rakhiye. shaitan, shaitan allah ke is ke bhi nahi samajh saka.</w:t>
      </w:r>
    </w:p>
    <w:p>
      <w:pPr>
        <w:jc w:val="right"/>
      </w:pPr>
      <w:r>
        <w:t>کہ آپ بس یہود سے نفرت ہے تو یہود سے مارنا ہے آپ کو۔ نفرت کی نفسیات، شیطان کی نفسیات یاد رکھیے۔ شیطان، شیطان اللہ کے اس کے بھی نہیں سمجھ سکا۔</w:t>
      </w:r>
    </w:p>
    <w:p>
      <w:r>
        <w:rPr>
          <w:b/>
        </w:rPr>
        <w:t xml:space="preserve">[1:25:15] </w:t>
      </w:r>
      <w:r>
        <w:t>shaitan jo hai mubtala hoga nafrat ki nafsiyat mein to allah ke is ke bhi nahi samajh saka</w:t>
      </w:r>
    </w:p>
    <w:p>
      <w:pPr>
        <w:jc w:val="right"/>
      </w:pPr>
      <w:r>
        <w:t>شیطان جو ہے مبتلا ہوگا نفرت کی نفسیات میں تو اللہ کے اس کے بھی نہیں سمجھ سکا</w:t>
      </w:r>
    </w:p>
    <w:p>
      <w:r>
        <w:rPr>
          <w:b/>
        </w:rPr>
        <w:t xml:space="preserve">[1:25:22] </w:t>
      </w:r>
      <w:r>
        <w:t>. musalman bhi agar nafsiyat, nafrat ki nafsiyat se bahar nahi ayenge to quran ko nahi samajh sakte woh. quran ko samajhne ke liye shart hai ke aap hate, hate psychology se bahar ayen.</w:t>
      </w:r>
    </w:p>
    <w:p>
      <w:pPr>
        <w:jc w:val="right"/>
      </w:pPr>
      <w:r>
        <w:t>۔ مسلمان بھی اگر نفسیات، نفرت کی نفسیات سے باہر نہیں آئیں گے تو قرآن کو نہیں سمجھ سکتے وہ۔ قرآن کو سمجھنے کے لیے شرط ہے کہ آپ ہیٹ، ہیٹ سائیکالوجی سے باہر آئیں۔</w:t>
      </w:r>
    </w:p>
    <w:p>
      <w:r>
        <w:rPr>
          <w:b/>
        </w:rPr>
        <w:t xml:space="preserve">[1:25:37] </w:t>
      </w:r>
      <w:r>
        <w:t>hate itni buri cheez hai ke shaitan ke dil mein hate aa gaya to allah ke is ke koi nahi samjha woh. is ka mukhalif ho gaya. to musalmanon mein hate ki nafsiyat aa gayi hai.</w:t>
      </w:r>
    </w:p>
    <w:p>
      <w:pPr>
        <w:jc w:val="right"/>
      </w:pPr>
      <w:r>
        <w:t>ہیٹ اتنی بری چیز ہے کہ شیطان کے دل میں ہیٹ آ گیا تو اللہ کے اس کے کوئی نہیں سمجھا وہ۔ اس کا مخالف ہو گیا۔ تو مسلمانوں میں ہیٹ کی نفسیات آ گئی ہے۔</w:t>
      </w:r>
    </w:p>
    <w:p>
      <w:r>
        <w:rPr>
          <w:b/>
        </w:rPr>
        <w:t xml:space="preserve">[1:25:47] </w:t>
      </w:r>
      <w:r>
        <w:t>to quran kya samjhenge woh? quran nahi samajh sakte woh.</w:t>
      </w:r>
    </w:p>
    <w:p>
      <w:pPr>
        <w:jc w:val="right"/>
      </w:pPr>
      <w:r>
        <w:t>تو قرآن کیا سمجھیں گے وہ؟ قرآن نہیں سمجھ سکتے وہ۔</w:t>
      </w:r>
    </w:p>
    <w:p>
      <w:r>
        <w:rPr>
          <w:b/>
        </w:rPr>
        <w:t xml:space="preserve">[1:25:55] </w:t>
      </w:r>
      <w:r>
        <w:t>maulana, agla sawal chennai se hai maulana iqbal umri ka. aur unhon ne likha hai: "aaj kal bohat se dawah centers hain aur mostly un ke naam peace related rehte hain.</w:t>
      </w:r>
    </w:p>
    <w:p>
      <w:pPr>
        <w:jc w:val="right"/>
      </w:pPr>
      <w:r>
        <w:t>مولانا، اگلا سوال چنئی سے ہے مولانا اقبال عمری کا۔ اور انہوں نے لکھا ہے: "آج کل بہت سے دعویٰ centers ہیں اور mostly ان کے نام peace related رہتے ہیں۔</w:t>
      </w:r>
    </w:p>
    <w:p>
      <w:r>
        <w:rPr>
          <w:b/>
        </w:rPr>
        <w:t xml:space="preserve">[1:26:09] </w:t>
      </w:r>
      <w:r>
        <w:t>aur sare yeh centers ek bari jang ke intezar mein hain. maulana, aisa kyun hai ke unhon ne naam to peace ka diya hua hai lekin mind violence wala hai?</w:t>
      </w:r>
    </w:p>
    <w:p>
      <w:pPr>
        <w:jc w:val="right"/>
      </w:pPr>
      <w:r>
        <w:t>اور سارے یہ centers ایک بڑی جنگ کے انتظار میں ہیں۔ مولانا، ایسا کیوں ہے کہ انہوں نے نام تو peace کا دیا ہوا ہے لیکن mind violence والا ہے؟</w:t>
      </w:r>
    </w:p>
    <w:p>
      <w:r>
        <w:rPr>
          <w:b/>
        </w:rPr>
        <w:t xml:space="preserve">[1:26:21] </w:t>
      </w:r>
      <w:r>
        <w:t>aisa kyun?" to main ne kaha dekhen sab double standard ho rahe hain.</w:t>
      </w:r>
    </w:p>
    <w:p>
      <w:pPr>
        <w:jc w:val="right"/>
      </w:pPr>
      <w:r>
        <w:t>ایسا کیوں؟" تو میں نے کہا دیکھیں سب double standard ہو رہے ہیں۔</w:t>
      </w:r>
    </w:p>
    <w:p>
      <w:r>
        <w:rPr>
          <w:b/>
        </w:rPr>
        <w:t xml:space="preserve">[1:26:26] </w:t>
      </w:r>
      <w:r>
        <w:t>dua ne pehle hi keh diya ke sab se zyada yeh log jo hain woh in ka culture double standard culture hai.</w:t>
      </w:r>
    </w:p>
    <w:p>
      <w:pPr>
        <w:jc w:val="right"/>
      </w:pPr>
      <w:r>
        <w:t>دعا نے پہلے ہی کہہ دیا کہ سب سے زیادہ یہ لوگ جو ہیں وہ ان کا culture double standard culture ہے۔</w:t>
      </w:r>
    </w:p>
    <w:p>
      <w:r>
        <w:rPr>
          <w:b/>
        </w:rPr>
        <w:t xml:space="preserve">[1:26:36] </w:t>
      </w:r>
      <w:r>
        <w:t>ab yeh mera tajurba hai kak room mein. jis ko dekhen woh double standard hai.</w:t>
      </w:r>
    </w:p>
    <w:p>
      <w:pPr>
        <w:jc w:val="right"/>
      </w:pPr>
      <w:r>
        <w:t>اب یہ میرا تجربہ ہے کاک روم میں۔ جس کو دیکھیں وہ double standard ہے۔</w:t>
      </w:r>
    </w:p>
    <w:p>
      <w:r>
        <w:rPr>
          <w:b/>
        </w:rPr>
        <w:t xml:space="preserve">[1:26:46] </w:t>
      </w:r>
      <w:r>
        <w:t>okay, so we will end this session now. thank you.</w:t>
      </w:r>
    </w:p>
    <w:p>
      <w:pPr>
        <w:jc w:val="right"/>
      </w:pPr>
      <w:r>
        <w:t>Okay, so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