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Science and Spirituality | April 25, 2007 | Maulana Wahiduddin Kha</w:t>
      </w:r>
    </w:p>
    <w:p>
      <w:r>
        <w:t>https://www.youtube.com/watch?v=cStp24Ri3ps</w:t>
      </w:r>
    </w:p>
    <w:p>
      <w:r>
        <w:rPr>
          <w:b/>
        </w:rPr>
        <w:t xml:space="preserve">[00:11] </w:t>
      </w:r>
      <w:r>
        <w:t>rabbi shrah li sadri, wa yassir li amri, wah lul uqdatan min lisani, yafqahu qawli.</w:t>
      </w:r>
    </w:p>
    <w:p>
      <w:pPr>
        <w:jc w:val="right"/>
      </w:pPr>
      <w:r>
        <w:t>رب اشرح لی صدری، ویسر لی امری، واحل العقدۃ من لسانی، یفقہ قولی.</w:t>
      </w:r>
    </w:p>
    <w:p>
      <w:r>
        <w:rPr>
          <w:b/>
        </w:rPr>
        <w:t xml:space="preserve">[00:21] </w:t>
      </w:r>
      <w:r>
        <w:t>The theme for this day is Science and Spirituality.</w:t>
      </w:r>
    </w:p>
    <w:p>
      <w:pPr>
        <w:jc w:val="right"/>
      </w:pPr>
      <w:r>
        <w:t>The theme for this day is Science and Spirituality.</w:t>
      </w:r>
    </w:p>
    <w:p>
      <w:r>
        <w:rPr>
          <w:b/>
        </w:rPr>
        <w:t xml:space="preserve">[00:31] </w:t>
      </w:r>
      <w:r>
        <w:t>Generally, people fe</w:t>
      </w:r>
    </w:p>
    <w:p>
      <w:pPr>
        <w:jc w:val="right"/>
      </w:pPr>
      <w:r>
        <w:t>Generally, people fe</w:t>
      </w:r>
    </w:p>
    <w:p>
      <w:r>
        <w:rPr>
          <w:b/>
        </w:rPr>
        <w:t xml:space="preserve">[00:41] </w:t>
      </w:r>
      <w:r>
        <w:t>el that Science and Spirituality are two different disciplines, two completely different disciplines.</w:t>
      </w:r>
    </w:p>
    <w:p>
      <w:pPr>
        <w:jc w:val="right"/>
      </w:pPr>
      <w:r>
        <w:t>el that Science and Spirituality are two different disciplines, two completely different disciplines.</w:t>
      </w:r>
    </w:p>
    <w:p>
      <w:r>
        <w:rPr>
          <w:b/>
        </w:rPr>
        <w:t xml:space="preserve">[00:56] </w:t>
      </w:r>
      <w:r>
        <w:t>According to their feeling, one can say that West, in the language of</w:t>
      </w:r>
    </w:p>
    <w:p>
      <w:pPr>
        <w:jc w:val="right"/>
      </w:pPr>
      <w:r>
        <w:t>According to their feeling, one can say that West, in the language of</w:t>
      </w:r>
    </w:p>
    <w:p>
      <w:r>
        <w:rPr>
          <w:b/>
        </w:rPr>
        <w:t xml:space="preserve">[01:11] </w:t>
      </w:r>
      <w:r>
        <w:t>Kipling, West is West and East is East, the twain can never meet.</w:t>
      </w:r>
    </w:p>
    <w:p>
      <w:pPr>
        <w:jc w:val="right"/>
      </w:pPr>
      <w:r>
        <w:t>Kipling, West is West and East is East, the twain can never meet.</w:t>
      </w:r>
    </w:p>
    <w:p>
      <w:r>
        <w:rPr>
          <w:b/>
        </w:rPr>
        <w:t xml:space="preserve">[01:19] </w:t>
      </w:r>
      <w:r>
        <w:t>But I think that it is not very correct.</w:t>
      </w:r>
    </w:p>
    <w:p>
      <w:pPr>
        <w:jc w:val="right"/>
      </w:pPr>
      <w:r>
        <w:t>But I think that it is not very correct.</w:t>
      </w:r>
    </w:p>
    <w:p>
      <w:r>
        <w:rPr>
          <w:b/>
        </w:rPr>
        <w:t xml:space="preserve">[01:27] </w:t>
      </w:r>
      <w:r>
        <w:t>I do not subscribe with this notion.</w:t>
      </w:r>
    </w:p>
    <w:p>
      <w:pPr>
        <w:jc w:val="right"/>
      </w:pPr>
      <w:r>
        <w:t>I do not subscribe with this notion.</w:t>
      </w:r>
    </w:p>
    <w:p>
      <w:r>
        <w:rPr>
          <w:b/>
        </w:rPr>
        <w:t xml:space="preserve">[01:35] </w:t>
      </w:r>
      <w:r>
        <w:t>I think that Science and Spirituality both are interlinked,</w:t>
      </w:r>
    </w:p>
    <w:p>
      <w:pPr>
        <w:jc w:val="right"/>
      </w:pPr>
      <w:r>
        <w:t>I think that Science and Spirituality both are interlinked,</w:t>
      </w:r>
    </w:p>
    <w:p>
      <w:r>
        <w:rPr>
          <w:b/>
        </w:rPr>
        <w:t xml:space="preserve">[01:43] </w:t>
      </w:r>
      <w:r>
        <w:t>both are important for our life.</w:t>
      </w:r>
    </w:p>
    <w:p>
      <w:pPr>
        <w:jc w:val="right"/>
      </w:pPr>
      <w:r>
        <w:t>both are important for our life.</w:t>
      </w:r>
    </w:p>
    <w:p>
      <w:r>
        <w:rPr>
          <w:b/>
        </w:rPr>
        <w:t xml:space="preserve">[01:53] </w:t>
      </w:r>
      <w:r>
        <w:t>According to my experience, Science has played a great role in our present time, and its role is,</w:t>
      </w:r>
    </w:p>
    <w:p>
      <w:pPr>
        <w:jc w:val="right"/>
      </w:pPr>
      <w:r>
        <w:t>According to my experience, Science has played a great role in our present time, and its role is,</w:t>
      </w:r>
    </w:p>
    <w:p>
      <w:r>
        <w:rPr>
          <w:b/>
        </w:rPr>
        <w:t xml:space="preserve">[02:04] </w:t>
      </w:r>
      <w:r>
        <w:t>in a single word I can say, that its role is</w:t>
      </w:r>
    </w:p>
    <w:p>
      <w:pPr>
        <w:jc w:val="right"/>
      </w:pPr>
      <w:r>
        <w:t>in a single word I can say, that its role is</w:t>
      </w:r>
    </w:p>
    <w:p>
      <w:r>
        <w:rPr>
          <w:b/>
        </w:rPr>
        <w:t xml:space="preserve">[02:14] </w:t>
      </w:r>
      <w:r>
        <w:t>a corrective role in every walk of life.</w:t>
      </w:r>
    </w:p>
    <w:p>
      <w:pPr>
        <w:jc w:val="right"/>
      </w:pPr>
      <w:r>
        <w:t>a corrective role in every walk of life.</w:t>
      </w:r>
    </w:p>
    <w:p>
      <w:r>
        <w:rPr>
          <w:b/>
        </w:rPr>
        <w:t xml:space="preserve">[02:24] </w:t>
      </w:r>
      <w:r>
        <w:t>Now, first of all, we have to know what is the definition of Spirituality.</w:t>
      </w:r>
    </w:p>
    <w:p>
      <w:pPr>
        <w:jc w:val="right"/>
      </w:pPr>
      <w:r>
        <w:t>Now, first of all, we have to know what is the definition of Spirituality.</w:t>
      </w:r>
    </w:p>
    <w:p>
      <w:r>
        <w:rPr>
          <w:b/>
        </w:rPr>
        <w:t xml:space="preserve">[02:34] </w:t>
      </w:r>
      <w:r>
        <w:t>If you consult dictionaries, you will find that according to the English dictionary,</w:t>
      </w:r>
    </w:p>
    <w:p>
      <w:pPr>
        <w:jc w:val="right"/>
      </w:pPr>
      <w:r>
        <w:t>If you consult dictionaries, you will find that according to the English dictionary,</w:t>
      </w:r>
    </w:p>
    <w:p>
      <w:r>
        <w:rPr>
          <w:b/>
        </w:rPr>
        <w:t xml:space="preserve">[02:44] </w:t>
      </w:r>
      <w:r>
        <w:t>Spirituality means opposed to worldliness, opposed to worldliness, or opposed to material.</w:t>
      </w:r>
    </w:p>
    <w:p>
      <w:pPr>
        <w:jc w:val="right"/>
      </w:pPr>
      <w:r>
        <w:t>Spirituality means opposed to worldliness, opposed to worldliness, or opposed to material.</w:t>
      </w:r>
    </w:p>
    <w:p>
      <w:r>
        <w:rPr>
          <w:b/>
        </w:rPr>
        <w:t xml:space="preserve">[02:54] </w:t>
      </w:r>
      <w:r>
        <w:t>This is the definition given by dictionaries.</w:t>
      </w:r>
    </w:p>
    <w:p>
      <w:pPr>
        <w:jc w:val="right"/>
      </w:pPr>
      <w:r>
        <w:t>This is the definition given by dictionaries.</w:t>
      </w:r>
    </w:p>
    <w:p>
      <w:r>
        <w:rPr>
          <w:b/>
        </w:rPr>
        <w:t xml:space="preserve">[03:04] </w:t>
      </w:r>
      <w:r>
        <w:t>I would like to say that</w:t>
      </w:r>
    </w:p>
    <w:p>
      <w:pPr>
        <w:jc w:val="right"/>
      </w:pPr>
      <w:r>
        <w:t>I would like to say that</w:t>
      </w:r>
    </w:p>
    <w:p>
      <w:r>
        <w:rPr>
          <w:b/>
        </w:rPr>
        <w:t xml:space="preserve">[03:14] </w:t>
      </w:r>
      <w:r>
        <w:t>I would like to give a very simple definition, a very simple definition, without any mysterious element.</w:t>
      </w:r>
    </w:p>
    <w:p>
      <w:pPr>
        <w:jc w:val="right"/>
      </w:pPr>
      <w:r>
        <w:t>I would like to give a very simple definition, a very simple definition, without any mysterious element.</w:t>
      </w:r>
    </w:p>
    <w:p>
      <w:r>
        <w:rPr>
          <w:b/>
        </w:rPr>
        <w:t xml:space="preserve">[03:24] </w:t>
      </w:r>
      <w:r>
        <w:t>No, first of all, I would like to say that opposed to worldliness does not mean that one</w:t>
      </w:r>
    </w:p>
    <w:p>
      <w:pPr>
        <w:jc w:val="right"/>
      </w:pPr>
      <w:r>
        <w:t>No, first of all, I would like to say that opposed to worldliness does not mean that one</w:t>
      </w:r>
    </w:p>
    <w:p>
      <w:r>
        <w:rPr>
          <w:b/>
        </w:rPr>
        <w:t xml:space="preserve">[03:34] </w:t>
      </w:r>
      <w:r>
        <w:t>must leave the physical</w:t>
      </w:r>
    </w:p>
    <w:p>
      <w:pPr>
        <w:jc w:val="right"/>
      </w:pPr>
      <w:r>
        <w:t>must leave the physical</w:t>
      </w:r>
    </w:p>
    <w:p>
      <w:r>
        <w:rPr>
          <w:b/>
        </w:rPr>
        <w:t xml:space="preserve">[03:44] </w:t>
      </w:r>
      <w:r>
        <w:t>world.</w:t>
      </w:r>
    </w:p>
    <w:p>
      <w:pPr>
        <w:jc w:val="right"/>
      </w:pPr>
      <w:r>
        <w:t>world.</w:t>
      </w:r>
    </w:p>
    <w:p>
      <w:r>
        <w:rPr>
          <w:b/>
        </w:rPr>
        <w:t xml:space="preserve">[03:55] </w:t>
      </w:r>
      <w:r>
        <w:t>No, it means that living in the material world without being materialistic, living in the physical world without being materialist.</w:t>
      </w:r>
    </w:p>
    <w:p>
      <w:pPr>
        <w:jc w:val="right"/>
      </w:pPr>
      <w:r>
        <w:t>No, it means that living in the material world without being materialistic, living in the physical world without being materialist.</w:t>
      </w:r>
    </w:p>
    <w:p>
      <w:r>
        <w:rPr>
          <w:b/>
        </w:rPr>
        <w:t xml:space="preserve">[04:06] </w:t>
      </w:r>
      <w:r>
        <w:t>This is the correct definition of Spirituality.</w:t>
      </w:r>
    </w:p>
    <w:p>
      <w:pPr>
        <w:jc w:val="right"/>
      </w:pPr>
      <w:r>
        <w:t>This is the correct definition of Spirituality.</w:t>
      </w:r>
    </w:p>
    <w:p>
      <w:r>
        <w:rPr>
          <w:b/>
        </w:rPr>
        <w:t xml:space="preserve">[04:17] </w:t>
      </w:r>
      <w:r>
        <w:t>Then I think that Spirituality has no mysterious element.</w:t>
      </w:r>
    </w:p>
    <w:p>
      <w:pPr>
        <w:jc w:val="right"/>
      </w:pPr>
      <w:r>
        <w:t>Then I think that Spirituality has no mysterious element.</w:t>
      </w:r>
    </w:p>
    <w:p>
      <w:r>
        <w:rPr>
          <w:b/>
        </w:rPr>
        <w:t xml:space="preserve">[04:27] </w:t>
      </w:r>
      <w:r>
        <w:t>It is a natural discipline.</w:t>
      </w:r>
    </w:p>
    <w:p>
      <w:pPr>
        <w:jc w:val="right"/>
      </w:pPr>
      <w:r>
        <w:t>It is a natural discipline.</w:t>
      </w:r>
    </w:p>
    <w:p>
      <w:r>
        <w:rPr>
          <w:b/>
        </w:rPr>
        <w:t xml:space="preserve">[04:37] </w:t>
      </w:r>
      <w:r>
        <w:t>If I use a secular definition, if I use secular langu</w:t>
      </w:r>
    </w:p>
    <w:p>
      <w:pPr>
        <w:jc w:val="right"/>
      </w:pPr>
      <w:r>
        <w:t>If I use a secular definition, if I use secular langu</w:t>
      </w:r>
    </w:p>
    <w:p>
      <w:r>
        <w:rPr>
          <w:b/>
        </w:rPr>
        <w:t xml:space="preserve">[04:47] </w:t>
      </w:r>
      <w:r>
        <w:t>age, I can say that simple living, high thinking, this is Spirituality.</w:t>
      </w:r>
    </w:p>
    <w:p>
      <w:pPr>
        <w:jc w:val="right"/>
      </w:pPr>
      <w:r>
        <w:t>age, I can say that simple living, high thinking, this is Spirituality.</w:t>
      </w:r>
    </w:p>
    <w:p>
      <w:r>
        <w:rPr>
          <w:b/>
        </w:rPr>
        <w:t xml:space="preserve">[04:57] </w:t>
      </w:r>
      <w:r>
        <w:t>In common secular language, I can say that simple living and high thinking, this is Spirituality.</w:t>
      </w:r>
    </w:p>
    <w:p>
      <w:pPr>
        <w:jc w:val="right"/>
      </w:pPr>
      <w:r>
        <w:t>In common secular language, I can say that simple living and high thinking, this is Spirituality.</w:t>
      </w:r>
    </w:p>
    <w:p>
      <w:r>
        <w:rPr>
          <w:b/>
        </w:rPr>
        <w:t xml:space="preserve">[05:08] </w:t>
      </w:r>
      <w:r>
        <w:t>Then according to the Quranic concept, I can</w:t>
      </w:r>
    </w:p>
    <w:p>
      <w:pPr>
        <w:jc w:val="right"/>
      </w:pPr>
      <w:r>
        <w:t>Then according to the Quranic concept, I can</w:t>
      </w:r>
    </w:p>
    <w:p>
      <w:r>
        <w:rPr>
          <w:b/>
        </w:rPr>
        <w:t xml:space="preserve">[05:18] </w:t>
      </w:r>
      <w:r>
        <w:t>say that although there is no such word in the Quran, Spirituality or Ruhaniyat, such words are not mentioned in the Quran. This kind of vocabulary is not found in the Quran. But there is a very relevant word, I think this is the Quranic</w:t>
      </w:r>
    </w:p>
    <w:p>
      <w:pPr>
        <w:jc w:val="right"/>
      </w:pPr>
      <w:r>
        <w:t>say that although there is no such word in the Quran, Spirituality or Ruhaniyat, such words are not mentioned in the Quran. This kind of vocabulary is not found in the Quran. But there is a very relevant word, I think this is the Quranic</w:t>
      </w:r>
    </w:p>
    <w:p>
      <w:r>
        <w:rPr>
          <w:b/>
        </w:rPr>
        <w:t xml:space="preserve">[05:48] </w:t>
      </w:r>
      <w:r>
        <w:t>Spirituality.</w:t>
      </w:r>
    </w:p>
    <w:p>
      <w:pPr>
        <w:jc w:val="right"/>
      </w:pPr>
      <w:r>
        <w:t>Spirituality.</w:t>
      </w:r>
    </w:p>
    <w:p>
      <w:r>
        <w:rPr>
          <w:b/>
        </w:rPr>
        <w:t xml:space="preserve">[05:55] </w:t>
      </w:r>
      <w:r>
        <w:t>This word or this term you will find in the chapter number 89.</w:t>
      </w:r>
    </w:p>
    <w:p>
      <w:pPr>
        <w:jc w:val="right"/>
      </w:pPr>
      <w:r>
        <w:t>This word or this term you will find in the chapter number 89.</w:t>
      </w:r>
    </w:p>
    <w:p>
      <w:r>
        <w:rPr>
          <w:b/>
        </w:rPr>
        <w:t xml:space="preserve">[06:03] </w:t>
      </w:r>
      <w:r>
        <w:t>Chapter number 89, there is Al-Fajr.</w:t>
      </w:r>
    </w:p>
    <w:p>
      <w:pPr>
        <w:jc w:val="right"/>
      </w:pPr>
      <w:r>
        <w:t>Chapter number 89, there is Al-Fajr.</w:t>
      </w:r>
    </w:p>
    <w:p>
      <w:r>
        <w:rPr>
          <w:b/>
        </w:rPr>
        <w:t xml:space="preserve">[06:11] </w:t>
      </w:r>
      <w:r>
        <w:t>In this chapter, we read this verse,</w:t>
      </w:r>
    </w:p>
    <w:p>
      <w:pPr>
        <w:jc w:val="right"/>
      </w:pPr>
      <w:r>
        <w:t>In this chapter, we read this verse,</w:t>
      </w:r>
    </w:p>
    <w:p>
      <w:r>
        <w:rPr>
          <w:b/>
        </w:rPr>
        <w:t xml:space="preserve">[06:19] </w:t>
      </w:r>
      <w:r>
        <w:t>"Ya ayyatuhannafsul mutmainna, irjai ila rabbik raziatam marziyya, fathuli fi abadi wathuli jannati." So in this word, in</w:t>
      </w:r>
    </w:p>
    <w:p>
      <w:pPr>
        <w:jc w:val="right"/>
      </w:pPr>
      <w:r>
        <w:t>"Ya ayyatuhannafsul mutmainna, irjai ila rabbik raziatam marziyya, fathuli fi abadi wathuli jannati." So in this word, in</w:t>
      </w:r>
    </w:p>
    <w:p>
      <w:r>
        <w:rPr>
          <w:b/>
        </w:rPr>
        <w:t xml:space="preserve">[06:29] </w:t>
      </w:r>
      <w:r>
        <w:t>this verse, in this verse we find annafsul mutmainna.</w:t>
      </w:r>
    </w:p>
    <w:p>
      <w:pPr>
        <w:jc w:val="right"/>
      </w:pPr>
      <w:r>
        <w:t>this verse, in this verse we find annafsul mutmainna.</w:t>
      </w:r>
    </w:p>
    <w:p>
      <w:r>
        <w:rPr>
          <w:b/>
        </w:rPr>
        <w:t xml:space="preserve">[06:40] </w:t>
      </w:r>
      <w:r>
        <w:t>And I think that annafsul mutmainna means a spiritual person</w:t>
      </w:r>
    </w:p>
    <w:p>
      <w:pPr>
        <w:jc w:val="right"/>
      </w:pPr>
      <w:r>
        <w:t>And I think that annafsul mutmainna means a spiritual person</w:t>
      </w:r>
    </w:p>
    <w:p>
      <w:r>
        <w:rPr>
          <w:b/>
        </w:rPr>
        <w:t xml:space="preserve">[06:50] </w:t>
      </w:r>
      <w:r>
        <w:t>.</w:t>
      </w:r>
    </w:p>
    <w:p>
      <w:pPr>
        <w:jc w:val="right"/>
      </w:pPr>
      <w:r>
        <w:t>.</w:t>
      </w:r>
    </w:p>
    <w:p>
      <w:r>
        <w:rPr>
          <w:b/>
        </w:rPr>
        <w:t xml:space="preserve">[06:56] </w:t>
      </w:r>
      <w:r>
        <w:t>A spiritual person, according to the Quranic term, a spiritual person is annafsul mutmainna.</w:t>
      </w:r>
    </w:p>
    <w:p>
      <w:pPr>
        <w:jc w:val="right"/>
      </w:pPr>
      <w:r>
        <w:t>A spiritual person, according to the Quranic term, a spiritual person is annafsul mutmainna.</w:t>
      </w:r>
    </w:p>
    <w:p>
      <w:r>
        <w:rPr>
          <w:b/>
        </w:rPr>
        <w:t xml:space="preserve">[07:02] </w:t>
      </w:r>
      <w:r>
        <w:t>Annafsul mutmainna means a complex free soul.</w:t>
      </w:r>
    </w:p>
    <w:p>
      <w:pPr>
        <w:jc w:val="right"/>
      </w:pPr>
      <w:r>
        <w:t>Annafsul mutmainna means a complex free soul.</w:t>
      </w:r>
    </w:p>
    <w:p>
      <w:r>
        <w:rPr>
          <w:b/>
        </w:rPr>
        <w:t xml:space="preserve">[07:08] </w:t>
      </w:r>
      <w:r>
        <w:t>Complex free soul.</w:t>
      </w:r>
    </w:p>
    <w:p>
      <w:pPr>
        <w:jc w:val="right"/>
      </w:pPr>
      <w:r>
        <w:t>Complex free soul.</w:t>
      </w:r>
    </w:p>
    <w:p>
      <w:r>
        <w:rPr>
          <w:b/>
        </w:rPr>
        <w:t xml:space="preserve">[07:14] </w:t>
      </w:r>
      <w:r>
        <w:t>So according to the Quranic definition, ya according to the Quran</w:t>
      </w:r>
    </w:p>
    <w:p>
      <w:pPr>
        <w:jc w:val="right"/>
      </w:pPr>
      <w:r>
        <w:t>So according to the Quranic definition, ya according to the Quran</w:t>
      </w:r>
    </w:p>
    <w:p>
      <w:r>
        <w:rPr>
          <w:b/>
        </w:rPr>
        <w:t xml:space="preserve">[07:20] </w:t>
      </w:r>
      <w:r>
        <w:t>ic term, a spiritual person is one who is a complex free soul, not complex.</w:t>
      </w:r>
    </w:p>
    <w:p>
      <w:pPr>
        <w:jc w:val="right"/>
      </w:pPr>
      <w:r>
        <w:t>ic term, a spiritual person is one who is a complex free soul, not complex.</w:t>
      </w:r>
    </w:p>
    <w:p>
      <w:r>
        <w:rPr>
          <w:b/>
        </w:rPr>
        <w:t xml:space="preserve">[07:36] </w:t>
      </w:r>
      <w:r>
        <w:t>Here, complex means negative thought, reactionary thinking like revenge and intolerance and hate, and</w:t>
      </w:r>
    </w:p>
    <w:p>
      <w:pPr>
        <w:jc w:val="right"/>
      </w:pPr>
      <w:r>
        <w:t>Here, complex means negative thought, reactionary thinking like revenge and intolerance and hate, and</w:t>
      </w:r>
    </w:p>
    <w:p>
      <w:r>
        <w:rPr>
          <w:b/>
        </w:rPr>
        <w:t xml:space="preserve">[07:51] </w:t>
      </w:r>
      <w:r>
        <w:t>all those negative thoughts are complex.</w:t>
      </w:r>
    </w:p>
    <w:p>
      <w:pPr>
        <w:jc w:val="right"/>
      </w:pPr>
      <w:r>
        <w:t>all those negative thoughts are complex.</w:t>
      </w:r>
    </w:p>
    <w:p>
      <w:r>
        <w:rPr>
          <w:b/>
        </w:rPr>
        <w:t xml:space="preserve">[07:59] </w:t>
      </w:r>
      <w:r>
        <w:t>So one who is free of these complexes, he is a complex free soul.</w:t>
      </w:r>
    </w:p>
    <w:p>
      <w:pPr>
        <w:jc w:val="right"/>
      </w:pPr>
      <w:r>
        <w:t>So one who is free of these complexes, he is a complex free soul.</w:t>
      </w:r>
    </w:p>
    <w:p>
      <w:r>
        <w:rPr>
          <w:b/>
        </w:rPr>
        <w:t xml:space="preserve">[08:07] </w:t>
      </w:r>
      <w:r>
        <w:t>An spiritual person is one who is a complex free soul.</w:t>
      </w:r>
    </w:p>
    <w:p>
      <w:pPr>
        <w:jc w:val="right"/>
      </w:pPr>
      <w:r>
        <w:t>An spiritual person is one who is a complex free soul.</w:t>
      </w:r>
    </w:p>
    <w:p>
      <w:r>
        <w:rPr>
          <w:b/>
        </w:rPr>
        <w:t xml:space="preserve">[08:14] </w:t>
      </w:r>
      <w:r>
        <w:t>Then also there is a detailed definition. Al</w:t>
      </w:r>
    </w:p>
    <w:p>
      <w:pPr>
        <w:jc w:val="right"/>
      </w:pPr>
      <w:r>
        <w:t>Then also there is a detailed definition. Al</w:t>
      </w:r>
    </w:p>
    <w:p>
      <w:r>
        <w:rPr>
          <w:b/>
        </w:rPr>
        <w:t xml:space="preserve">[08:22] </w:t>
      </w:r>
      <w:r>
        <w:t>so we find a detailed definition of Spirituality.</w:t>
      </w:r>
    </w:p>
    <w:p>
      <w:pPr>
        <w:jc w:val="right"/>
      </w:pPr>
      <w:r>
        <w:t>so we find a detailed definition of Spirituality.</w:t>
      </w:r>
    </w:p>
    <w:p>
      <w:r>
        <w:rPr>
          <w:b/>
        </w:rPr>
        <w:t xml:space="preserve">[08:32] </w:t>
      </w:r>
      <w:r>
        <w:t>In a prophetic dua, prophetic prayer, the Prophet said in a prayer, in one of his prayers, the</w:t>
      </w:r>
    </w:p>
    <w:p>
      <w:pPr>
        <w:jc w:val="right"/>
      </w:pPr>
      <w:r>
        <w:t>In a prophetic dua, prophetic prayer, the Prophet said in a prayer, in one of his prayers, the</w:t>
      </w:r>
    </w:p>
    <w:p>
      <w:r>
        <w:rPr>
          <w:b/>
        </w:rPr>
        <w:t xml:space="preserve">[08:42] </w:t>
      </w:r>
      <w:r>
        <w:t>Prophet said in one of his prayers, "Allahumma arinal haqq haqqan war zuknat tabaah wa arinal</w:t>
      </w:r>
    </w:p>
    <w:p>
      <w:pPr>
        <w:jc w:val="right"/>
      </w:pPr>
      <w:r>
        <w:t>Prophet said in one of his prayers, "Allahumma arinal haqq haqqan war zuknat tabaah wa arinal</w:t>
      </w:r>
    </w:p>
    <w:p>
      <w:r>
        <w:rPr>
          <w:b/>
        </w:rPr>
        <w:t xml:space="preserve">[08:52] </w:t>
      </w:r>
      <w:r>
        <w:t>batil baatlan war zuknajtanaba wa arinal ashiya kamaahya." I think that this is the gist of Spirituality.</w:t>
      </w:r>
    </w:p>
    <w:p>
      <w:pPr>
        <w:jc w:val="right"/>
      </w:pPr>
      <w:r>
        <w:t>batil baatlan war zuknajtanaba wa arinal ashiya kamaahya." I think that this is the gist of Spirituality.</w:t>
      </w:r>
    </w:p>
    <w:p>
      <w:r>
        <w:rPr>
          <w:b/>
        </w:rPr>
        <w:t xml:space="preserve">[09:07] </w:t>
      </w:r>
      <w:r>
        <w:t>It means that, "O God, show me the truth and help me to follow it</w:t>
      </w:r>
    </w:p>
    <w:p>
      <w:pPr>
        <w:jc w:val="right"/>
      </w:pPr>
      <w:r>
        <w:t>It means that, "O God, show me the truth and help me to follow it</w:t>
      </w:r>
    </w:p>
    <w:p>
      <w:r>
        <w:rPr>
          <w:b/>
        </w:rPr>
        <w:t xml:space="preserve">[09:23] </w:t>
      </w:r>
      <w:r>
        <w:t>.</w:t>
      </w:r>
    </w:p>
    <w:p>
      <w:pPr>
        <w:jc w:val="right"/>
      </w:pPr>
      <w:r>
        <w:t>.</w:t>
      </w:r>
    </w:p>
    <w:p>
      <w:r>
        <w:rPr>
          <w:b/>
        </w:rPr>
        <w:t xml:space="preserve">[09:33] </w:t>
      </w:r>
      <w:r>
        <w:t>O God, show me the truth and help me to follow it.</w:t>
      </w:r>
    </w:p>
    <w:p>
      <w:pPr>
        <w:jc w:val="right"/>
      </w:pPr>
      <w:r>
        <w:t>O God, show me the truth and help me to follow it.</w:t>
      </w:r>
    </w:p>
    <w:p>
      <w:r>
        <w:rPr>
          <w:b/>
        </w:rPr>
        <w:t xml:space="preserve">[09:43] </w:t>
      </w:r>
      <w:r>
        <w:t>O God, show me the falsehood and help me to save myself from it. And</w:t>
      </w:r>
    </w:p>
    <w:p>
      <w:pPr>
        <w:jc w:val="right"/>
      </w:pPr>
      <w:r>
        <w:t>O God, show me the falsehood and help me to save myself from it. And</w:t>
      </w:r>
    </w:p>
    <w:p>
      <w:r>
        <w:rPr>
          <w:b/>
        </w:rPr>
        <w:t xml:space="preserve">[09:54] </w:t>
      </w:r>
      <w:r>
        <w:t>O God, show me things as it is wa arinal ashiya kamaahya.</w:t>
      </w:r>
    </w:p>
    <w:p>
      <w:pPr>
        <w:jc w:val="right"/>
      </w:pPr>
      <w:r>
        <w:t>O God, show me things as it is wa arinal ashiya kamaahya.</w:t>
      </w:r>
    </w:p>
    <w:p>
      <w:r>
        <w:rPr>
          <w:b/>
        </w:rPr>
        <w:t xml:space="preserve">[10:04] </w:t>
      </w:r>
      <w:r>
        <w:t>O God, show me things as it is." This is the essence of Spirituality.</w:t>
      </w:r>
    </w:p>
    <w:p>
      <w:pPr>
        <w:jc w:val="right"/>
      </w:pPr>
      <w:r>
        <w:t>O God, show me things as it is." This is the essence of Spirituality.</w:t>
      </w:r>
    </w:p>
    <w:p>
      <w:r>
        <w:rPr>
          <w:b/>
        </w:rPr>
        <w:t xml:space="preserve">[10:14] </w:t>
      </w:r>
      <w:r>
        <w:t>This is the</w:t>
      </w:r>
    </w:p>
    <w:p>
      <w:pPr>
        <w:jc w:val="right"/>
      </w:pPr>
      <w:r>
        <w:t>This is the</w:t>
      </w:r>
    </w:p>
    <w:p>
      <w:r>
        <w:rPr>
          <w:b/>
        </w:rPr>
        <w:t xml:space="preserve">[10:25] </w:t>
      </w:r>
      <w:r>
        <w:t>Quranic concept of Spirituality.</w:t>
      </w:r>
    </w:p>
    <w:p>
      <w:pPr>
        <w:jc w:val="right"/>
      </w:pPr>
      <w:r>
        <w:t>Quranic concept of Spirituality.</w:t>
      </w:r>
    </w:p>
    <w:p>
      <w:r>
        <w:rPr>
          <w:b/>
        </w:rPr>
        <w:t xml:space="preserve">[10:35] </w:t>
      </w:r>
      <w:r>
        <w:t>Now, what is the scientific role in this regard?</w:t>
      </w:r>
    </w:p>
    <w:p>
      <w:pPr>
        <w:jc w:val="right"/>
      </w:pPr>
      <w:r>
        <w:t>Now, what is the scientific role in this regard?</w:t>
      </w:r>
    </w:p>
    <w:p>
      <w:r>
        <w:rPr>
          <w:b/>
        </w:rPr>
        <w:t xml:space="preserve">[10:45] </w:t>
      </w:r>
      <w:r>
        <w:t>You know, the history is divided into two periods: pre-scientific period</w:t>
      </w:r>
    </w:p>
    <w:p>
      <w:pPr>
        <w:jc w:val="right"/>
      </w:pPr>
      <w:r>
        <w:t>You know, the history is divided into two periods: pre-scientific period</w:t>
      </w:r>
    </w:p>
    <w:p>
      <w:r>
        <w:rPr>
          <w:b/>
        </w:rPr>
        <w:t xml:space="preserve">[10:55] </w:t>
      </w:r>
      <w:r>
        <w:t>and post-scientific period.</w:t>
      </w:r>
    </w:p>
    <w:p>
      <w:pPr>
        <w:jc w:val="right"/>
      </w:pPr>
      <w:r>
        <w:t>and post-scientific period.</w:t>
      </w:r>
    </w:p>
    <w:p>
      <w:r>
        <w:rPr>
          <w:b/>
        </w:rPr>
        <w:t xml:space="preserve">[11:06] </w:t>
      </w:r>
      <w:r>
        <w:t>During the pre-scientific period, man was obsessed with superstitious ideas.</w:t>
      </w:r>
    </w:p>
    <w:p>
      <w:pPr>
        <w:jc w:val="right"/>
      </w:pPr>
      <w:r>
        <w:t>During the pre-scientific period, man was obsessed with superstitious ideas.</w:t>
      </w:r>
    </w:p>
    <w:p>
      <w:r>
        <w:rPr>
          <w:b/>
        </w:rPr>
        <w:t xml:space="preserve">[11:17] </w:t>
      </w:r>
      <w:r>
        <w:t>Everywhere in the world, in every nation, in every country, life was</w:t>
      </w:r>
    </w:p>
    <w:p>
      <w:pPr>
        <w:jc w:val="right"/>
      </w:pPr>
      <w:r>
        <w:t>Everywhere in the world, in every nation, in every country, life was</w:t>
      </w:r>
    </w:p>
    <w:p>
      <w:r>
        <w:rPr>
          <w:b/>
        </w:rPr>
        <w:t xml:space="preserve">[11:28] </w:t>
      </w:r>
      <w:r>
        <w:t>superstitious.</w:t>
      </w:r>
    </w:p>
    <w:p>
      <w:pPr>
        <w:jc w:val="right"/>
      </w:pPr>
      <w:r>
        <w:t>superstitious.</w:t>
      </w:r>
    </w:p>
    <w:p>
      <w:r>
        <w:rPr>
          <w:b/>
        </w:rPr>
        <w:t xml:space="preserve">[11:36] </w:t>
      </w:r>
      <w:r>
        <w:t>In every aspect of life, superstition was dominated.</w:t>
      </w:r>
    </w:p>
    <w:p>
      <w:pPr>
        <w:jc w:val="right"/>
      </w:pPr>
      <w:r>
        <w:t>In every aspect of life, superstition was dominated.</w:t>
      </w:r>
    </w:p>
    <w:p>
      <w:r>
        <w:rPr>
          <w:b/>
        </w:rPr>
        <w:t xml:space="preserve">[11:43] </w:t>
      </w:r>
      <w:r>
        <w:t>Superstition was a dominating factor in every aspect of life, everywhere in the world.</w:t>
      </w:r>
    </w:p>
    <w:p>
      <w:pPr>
        <w:jc w:val="right"/>
      </w:pPr>
      <w:r>
        <w:t>Superstition was a dominating factor in every aspect of life, everywhere in the world.</w:t>
      </w:r>
    </w:p>
    <w:p>
      <w:r>
        <w:rPr>
          <w:b/>
        </w:rPr>
        <w:t xml:space="preserve">[11:51] </w:t>
      </w:r>
      <w:r>
        <w:t>Now, science, the advent of science was against</w:t>
      </w:r>
    </w:p>
    <w:p>
      <w:pPr>
        <w:jc w:val="right"/>
      </w:pPr>
      <w:r>
        <w:t>Now, science, the advent of science was against</w:t>
      </w:r>
    </w:p>
    <w:p>
      <w:r>
        <w:rPr>
          <w:b/>
        </w:rPr>
        <w:t xml:space="preserve">[11:58] </w:t>
      </w:r>
      <w:r>
        <w:t>this superstition.</w:t>
      </w:r>
    </w:p>
    <w:p>
      <w:pPr>
        <w:jc w:val="right"/>
      </w:pPr>
      <w:r>
        <w:t>this superstition.</w:t>
      </w:r>
    </w:p>
    <w:p>
      <w:r>
        <w:rPr>
          <w:b/>
        </w:rPr>
        <w:t xml:space="preserve">[12:03] </w:t>
      </w:r>
      <w:r>
        <w:t>For the first time in history, science was able to remove all these superstitions.</w:t>
      </w:r>
    </w:p>
    <w:p>
      <w:pPr>
        <w:jc w:val="right"/>
      </w:pPr>
      <w:r>
        <w:t>For the first time in history, science was able to remove all these superstitions.</w:t>
      </w:r>
    </w:p>
    <w:p>
      <w:r>
        <w:rPr>
          <w:b/>
        </w:rPr>
        <w:t xml:space="preserve">[12:08] </w:t>
      </w:r>
      <w:r>
        <w:t>Now, what is science?</w:t>
      </w:r>
    </w:p>
    <w:p>
      <w:pPr>
        <w:jc w:val="right"/>
      </w:pPr>
      <w:r>
        <w:t>Now, what is science?</w:t>
      </w:r>
    </w:p>
    <w:p>
      <w:r>
        <w:rPr>
          <w:b/>
        </w:rPr>
        <w:t xml:space="preserve">[12:13] </w:t>
      </w:r>
      <w:r>
        <w:t>Science is divine knowledge.</w:t>
      </w:r>
    </w:p>
    <w:p>
      <w:pPr>
        <w:jc w:val="right"/>
      </w:pPr>
      <w:r>
        <w:t>Science is divine knowledge.</w:t>
      </w:r>
    </w:p>
    <w:p>
      <w:r>
        <w:rPr>
          <w:b/>
        </w:rPr>
        <w:t xml:space="preserve">[12:18] </w:t>
      </w:r>
      <w:r>
        <w:t>Science is nothing but divine knowledge, divine laws.</w:t>
      </w:r>
    </w:p>
    <w:p>
      <w:pPr>
        <w:jc w:val="right"/>
      </w:pPr>
      <w:r>
        <w:t>Science is nothing but divine knowledge, divine laws.</w:t>
      </w:r>
    </w:p>
    <w:p>
      <w:r>
        <w:rPr>
          <w:b/>
        </w:rPr>
        <w:t xml:space="preserve">[12:23] </w:t>
      </w:r>
      <w:r>
        <w:t>When you discover</w:t>
      </w:r>
    </w:p>
    <w:p>
      <w:pPr>
        <w:jc w:val="right"/>
      </w:pPr>
      <w:r>
        <w:t>When you discover</w:t>
      </w:r>
    </w:p>
    <w:p>
      <w:r>
        <w:rPr>
          <w:b/>
        </w:rPr>
        <w:t xml:space="preserve">[12:28] </w:t>
      </w:r>
      <w:r>
        <w:t>those universal laws, those who rule the universe, then you call it science.</w:t>
      </w:r>
    </w:p>
    <w:p>
      <w:pPr>
        <w:jc w:val="right"/>
      </w:pPr>
      <w:r>
        <w:t>those universal laws, those who rule the universe, then you call it science.</w:t>
      </w:r>
    </w:p>
    <w:p>
      <w:r>
        <w:rPr>
          <w:b/>
        </w:rPr>
        <w:t xml:space="preserve">[12:39] </w:t>
      </w:r>
      <w:r>
        <w:t>Science means those spiritual, science means those universal laws set by the Creator in our world.</w:t>
      </w:r>
    </w:p>
    <w:p>
      <w:pPr>
        <w:jc w:val="right"/>
      </w:pPr>
      <w:r>
        <w:t>Science means those spiritual, science means those universal laws set by the Creator in our world.</w:t>
      </w:r>
    </w:p>
    <w:p>
      <w:r>
        <w:rPr>
          <w:b/>
        </w:rPr>
        <w:t xml:space="preserve">[12:49] </w:t>
      </w:r>
      <w:r>
        <w:t>So when man was able to discover</w:t>
      </w:r>
    </w:p>
    <w:p>
      <w:pPr>
        <w:jc w:val="right"/>
      </w:pPr>
      <w:r>
        <w:t>So when man was able to discover</w:t>
      </w:r>
    </w:p>
    <w:p>
      <w:r>
        <w:rPr>
          <w:b/>
        </w:rPr>
        <w:t xml:space="preserve">[13:00] </w:t>
      </w:r>
      <w:r>
        <w:t>these scientific laws, he became able to remove all those superstitions.</w:t>
      </w:r>
    </w:p>
    <w:p>
      <w:pPr>
        <w:jc w:val="right"/>
      </w:pPr>
      <w:r>
        <w:t>these scientific laws, he became able to remove all those superstitions.</w:t>
      </w:r>
    </w:p>
    <w:p>
      <w:r>
        <w:rPr>
          <w:b/>
        </w:rPr>
        <w:t xml:space="preserve">[13:07] </w:t>
      </w:r>
      <w:r>
        <w:t>Here, I would like to give some examples.</w:t>
      </w:r>
    </w:p>
    <w:p>
      <w:pPr>
        <w:jc w:val="right"/>
      </w:pPr>
      <w:r>
        <w:t>Here, I would like to give some examples.</w:t>
      </w:r>
    </w:p>
    <w:p>
      <w:r>
        <w:rPr>
          <w:b/>
        </w:rPr>
        <w:t xml:space="preserve">[13:15] </w:t>
      </w:r>
      <w:r>
        <w:t>For example, we are living in nature, in the world of nature.</w:t>
      </w:r>
    </w:p>
    <w:p>
      <w:pPr>
        <w:jc w:val="right"/>
      </w:pPr>
      <w:r>
        <w:t>For example, we are living in nature, in the world of nature.</w:t>
      </w:r>
    </w:p>
    <w:p>
      <w:r>
        <w:rPr>
          <w:b/>
        </w:rPr>
        <w:t xml:space="preserve">[13:22] </w:t>
      </w:r>
      <w:r>
        <w:t>In ancient days, man was</w:t>
      </w:r>
    </w:p>
    <w:p>
      <w:pPr>
        <w:jc w:val="right"/>
      </w:pPr>
      <w:r>
        <w:t>In ancient days, man was</w:t>
      </w:r>
    </w:p>
    <w:p>
      <w:r>
        <w:rPr>
          <w:b/>
        </w:rPr>
        <w:t xml:space="preserve">[13:30] </w:t>
      </w:r>
      <w:r>
        <w:t>worshipping all those natural phenomena, natural phenomena like the sun, moon, stars, planets, and mountains, oceans, even trees</w:t>
      </w:r>
    </w:p>
    <w:p>
      <w:pPr>
        <w:jc w:val="right"/>
      </w:pPr>
      <w:r>
        <w:t>worshipping all those natural phenomena, natural phenomena like the sun, moon, stars, planets, and mountains, oceans, even trees</w:t>
      </w:r>
    </w:p>
    <w:p>
      <w:r>
        <w:rPr>
          <w:b/>
        </w:rPr>
        <w:t xml:space="preserve">[13:45] </w:t>
      </w:r>
      <w:r>
        <w:t>and animals, all were supposed to be divine or gods. So what</w:t>
      </w:r>
    </w:p>
    <w:p>
      <w:pPr>
        <w:jc w:val="right"/>
      </w:pPr>
      <w:r>
        <w:t>and animals, all were supposed to be divine or gods. So what</w:t>
      </w:r>
    </w:p>
    <w:p>
      <w:r>
        <w:rPr>
          <w:b/>
        </w:rPr>
        <w:t xml:space="preserve">[14:00] </w:t>
      </w:r>
      <w:r>
        <w:t>is shirk?</w:t>
      </w:r>
    </w:p>
    <w:p>
      <w:pPr>
        <w:jc w:val="right"/>
      </w:pPr>
      <w:r>
        <w:t>is shirk?</w:t>
      </w:r>
    </w:p>
    <w:p>
      <w:r>
        <w:rPr>
          <w:b/>
        </w:rPr>
        <w:t xml:space="preserve">[14:07] </w:t>
      </w:r>
      <w:r>
        <w:t>Shirk is nature worship.</w:t>
      </w:r>
    </w:p>
    <w:p>
      <w:pPr>
        <w:jc w:val="right"/>
      </w:pPr>
      <w:r>
        <w:t>Shirk is nature worship.</w:t>
      </w:r>
    </w:p>
    <w:p>
      <w:r>
        <w:rPr>
          <w:b/>
        </w:rPr>
        <w:t xml:space="preserve">[14:15] </w:t>
      </w:r>
      <w:r>
        <w:t>In ancient days, man was worshipping nature, and this is shirk.</w:t>
      </w:r>
    </w:p>
    <w:p>
      <w:pPr>
        <w:jc w:val="right"/>
      </w:pPr>
      <w:r>
        <w:t>In ancient days, man was worshipping nature, and this is shirk.</w:t>
      </w:r>
    </w:p>
    <w:p>
      <w:r>
        <w:rPr>
          <w:b/>
        </w:rPr>
        <w:t xml:space="preserve">[14:22] </w:t>
      </w:r>
      <w:r>
        <w:t>When you worship other than God, anything else, anything other than God, then you are doing shirk. So man</w:t>
      </w:r>
    </w:p>
    <w:p>
      <w:pPr>
        <w:jc w:val="right"/>
      </w:pPr>
      <w:r>
        <w:t>When you worship other than God, anything else, anything other than God, then you are doing shirk. So man</w:t>
      </w:r>
    </w:p>
    <w:p>
      <w:r>
        <w:rPr>
          <w:b/>
        </w:rPr>
        <w:t xml:space="preserve">[14:30] </w:t>
      </w:r>
      <w:r>
        <w:t>was a worshipper of nature.</w:t>
      </w:r>
    </w:p>
    <w:p>
      <w:pPr>
        <w:jc w:val="right"/>
      </w:pPr>
      <w:r>
        <w:t>was a worshipper of nature.</w:t>
      </w:r>
    </w:p>
    <w:p>
      <w:r>
        <w:rPr>
          <w:b/>
        </w:rPr>
        <w:t xml:space="preserve">[14:36] </w:t>
      </w:r>
      <w:r>
        <w:t>It is called in the history of thought, nature worship, nature worship.</w:t>
      </w:r>
    </w:p>
    <w:p>
      <w:pPr>
        <w:jc w:val="right"/>
      </w:pPr>
      <w:r>
        <w:t>It is called in the history of thought, nature worship, nature worship.</w:t>
      </w:r>
    </w:p>
    <w:p>
      <w:r>
        <w:rPr>
          <w:b/>
        </w:rPr>
        <w:t xml:space="preserve">[14:42] </w:t>
      </w:r>
      <w:r>
        <w:t>Then science explored that nature is simply nature.</w:t>
      </w:r>
    </w:p>
    <w:p>
      <w:pPr>
        <w:jc w:val="right"/>
      </w:pPr>
      <w:r>
        <w:t>Then science explored that nature is simply nature.</w:t>
      </w:r>
    </w:p>
    <w:p>
      <w:r>
        <w:rPr>
          <w:b/>
        </w:rPr>
        <w:t xml:space="preserve">[14:48] </w:t>
      </w:r>
      <w:r>
        <w:t>It has no divine element.</w:t>
      </w:r>
    </w:p>
    <w:p>
      <w:pPr>
        <w:jc w:val="right"/>
      </w:pPr>
      <w:r>
        <w:t>It has no divine element.</w:t>
      </w:r>
    </w:p>
    <w:p>
      <w:r>
        <w:rPr>
          <w:b/>
        </w:rPr>
        <w:t xml:space="preserve">[14:54] </w:t>
      </w:r>
      <w:r>
        <w:t>For the first time in history, science was able</w:t>
      </w:r>
    </w:p>
    <w:p>
      <w:pPr>
        <w:jc w:val="right"/>
      </w:pPr>
      <w:r>
        <w:t>For the first time in history, science was able</w:t>
      </w:r>
    </w:p>
    <w:p>
      <w:r>
        <w:rPr>
          <w:b/>
        </w:rPr>
        <w:t xml:space="preserve">[15:00] </w:t>
      </w:r>
      <w:r>
        <w:t>to disclose that nature is simply a creature.</w:t>
      </w:r>
    </w:p>
    <w:p>
      <w:pPr>
        <w:jc w:val="right"/>
      </w:pPr>
      <w:r>
        <w:t>to disclose that nature is simply a creature.</w:t>
      </w:r>
    </w:p>
    <w:p>
      <w:r>
        <w:rPr>
          <w:b/>
        </w:rPr>
        <w:t xml:space="preserve">[15:07] </w:t>
      </w:r>
      <w:r>
        <w:t>Nature has no divine element.</w:t>
      </w:r>
    </w:p>
    <w:p>
      <w:pPr>
        <w:jc w:val="right"/>
      </w:pPr>
      <w:r>
        <w:t>Nature has no divine element.</w:t>
      </w:r>
    </w:p>
    <w:p>
      <w:r>
        <w:rPr>
          <w:b/>
        </w:rPr>
        <w:t xml:space="preserve">[15:13] </w:t>
      </w:r>
      <w:r>
        <w:t>So science dethroned nature from the status of divinity.</w:t>
      </w:r>
    </w:p>
    <w:p>
      <w:pPr>
        <w:jc w:val="right"/>
      </w:pPr>
      <w:r>
        <w:t>So science dethroned nature from the status of divinity.</w:t>
      </w:r>
    </w:p>
    <w:p>
      <w:r>
        <w:rPr>
          <w:b/>
        </w:rPr>
        <w:t xml:space="preserve">[15:20] </w:t>
      </w:r>
      <w:r>
        <w:t>This is what I have said, corrective role.</w:t>
      </w:r>
    </w:p>
    <w:p>
      <w:pPr>
        <w:jc w:val="right"/>
      </w:pPr>
      <w:r>
        <w:t>This is what I have said, corrective role.</w:t>
      </w:r>
    </w:p>
    <w:p>
      <w:r>
        <w:rPr>
          <w:b/>
        </w:rPr>
        <w:t xml:space="preserve">[15:26] </w:t>
      </w:r>
      <w:r>
        <w:t>This was the corrective role of science.</w:t>
      </w:r>
    </w:p>
    <w:p>
      <w:pPr>
        <w:jc w:val="right"/>
      </w:pPr>
      <w:r>
        <w:t>This was the corrective role of science.</w:t>
      </w:r>
    </w:p>
    <w:p>
      <w:r>
        <w:rPr>
          <w:b/>
        </w:rPr>
        <w:t xml:space="preserve">[15:33] </w:t>
      </w:r>
      <w:r>
        <w:t>This was the corrective role of science.</w:t>
      </w:r>
    </w:p>
    <w:p>
      <w:pPr>
        <w:jc w:val="right"/>
      </w:pPr>
      <w:r>
        <w:t>This was the corrective role of science.</w:t>
      </w:r>
    </w:p>
    <w:p>
      <w:r>
        <w:rPr>
          <w:b/>
        </w:rPr>
        <w:t xml:space="preserve">[15:37] </w:t>
      </w:r>
      <w:r>
        <w:t>Science dethroned nature from divinity.</w:t>
      </w:r>
    </w:p>
    <w:p>
      <w:pPr>
        <w:jc w:val="right"/>
      </w:pPr>
      <w:r>
        <w:t>Science dethroned nature from divinity.</w:t>
      </w:r>
    </w:p>
    <w:p>
      <w:r>
        <w:rPr>
          <w:b/>
        </w:rPr>
        <w:t xml:space="preserve">[15:41] </w:t>
      </w:r>
      <w:r>
        <w:t>So this was the corrective role of science.</w:t>
      </w:r>
    </w:p>
    <w:p>
      <w:pPr>
        <w:jc w:val="right"/>
      </w:pPr>
      <w:r>
        <w:t>So this was the corrective role of science.</w:t>
      </w:r>
    </w:p>
    <w:p>
      <w:r>
        <w:rPr>
          <w:b/>
        </w:rPr>
        <w:t xml:space="preserve">[15:46] </w:t>
      </w:r>
      <w:r>
        <w:t>Now we know that nature is nature.</w:t>
      </w:r>
    </w:p>
    <w:p>
      <w:pPr>
        <w:jc w:val="right"/>
      </w:pPr>
      <w:r>
        <w:t>Now we know that nature is nature.</w:t>
      </w:r>
    </w:p>
    <w:p>
      <w:r>
        <w:rPr>
          <w:b/>
        </w:rPr>
        <w:t xml:space="preserve">[15:50] </w:t>
      </w:r>
      <w:r>
        <w:t>Nature is simply a creature.</w:t>
      </w:r>
    </w:p>
    <w:p>
      <w:pPr>
        <w:jc w:val="right"/>
      </w:pPr>
      <w:r>
        <w:t>Nature is simply a creature.</w:t>
      </w:r>
    </w:p>
    <w:p>
      <w:r>
        <w:rPr>
          <w:b/>
        </w:rPr>
        <w:t xml:space="preserve">[15:54] </w:t>
      </w:r>
      <w:r>
        <w:t>Nature is for us, not we for nature.</w:t>
      </w:r>
    </w:p>
    <w:p>
      <w:pPr>
        <w:jc w:val="right"/>
      </w:pPr>
      <w:r>
        <w:t>Nature is for us, not we for nature.</w:t>
      </w:r>
    </w:p>
    <w:p>
      <w:r>
        <w:rPr>
          <w:b/>
        </w:rPr>
        <w:t xml:space="preserve">[15:59] </w:t>
      </w:r>
      <w:r>
        <w:t>All the natu</w:t>
      </w:r>
    </w:p>
    <w:p>
      <w:pPr>
        <w:jc w:val="right"/>
      </w:pPr>
      <w:r>
        <w:t>All the natu</w:t>
      </w:r>
    </w:p>
    <w:p>
      <w:r>
        <w:rPr>
          <w:b/>
        </w:rPr>
        <w:t xml:space="preserve">[16:03] </w:t>
      </w:r>
      <w:r>
        <w:t>re, all the natural world was created for man, not man for the nature.</w:t>
      </w:r>
    </w:p>
    <w:p>
      <w:pPr>
        <w:jc w:val="right"/>
      </w:pPr>
      <w:r>
        <w:t>re, all the natural world was created for man, not man for the nature.</w:t>
      </w:r>
    </w:p>
    <w:p>
      <w:r>
        <w:rPr>
          <w:b/>
        </w:rPr>
        <w:t xml:space="preserve">[16:11] </w:t>
      </w:r>
      <w:r>
        <w:t>So this is the, this was the corrective role of science in this regard.</w:t>
      </w:r>
    </w:p>
    <w:p>
      <w:pPr>
        <w:jc w:val="right"/>
      </w:pPr>
      <w:r>
        <w:t>So this is the, this was the corrective role of science in this regard.</w:t>
      </w:r>
    </w:p>
    <w:p>
      <w:r>
        <w:rPr>
          <w:b/>
        </w:rPr>
        <w:t xml:space="preserve">[16:18] </w:t>
      </w:r>
      <w:r>
        <w:t>Then I would like to give another example.</w:t>
      </w:r>
    </w:p>
    <w:p>
      <w:pPr>
        <w:jc w:val="right"/>
      </w:pPr>
      <w:r>
        <w:t>Then I would like to give another example.</w:t>
      </w:r>
    </w:p>
    <w:p>
      <w:r>
        <w:rPr>
          <w:b/>
        </w:rPr>
        <w:t xml:space="preserve">[16:26] </w:t>
      </w:r>
      <w:r>
        <w:t>For two thousand year</w:t>
      </w:r>
    </w:p>
    <w:p>
      <w:pPr>
        <w:jc w:val="right"/>
      </w:pPr>
      <w:r>
        <w:t>For two thousand year</w:t>
      </w:r>
    </w:p>
    <w:p>
      <w:r>
        <w:rPr>
          <w:b/>
        </w:rPr>
        <w:t xml:space="preserve">[16:33] </w:t>
      </w:r>
      <w:r>
        <w:t>s, man was believing that the Earth is the center of the solar system.</w:t>
      </w:r>
    </w:p>
    <w:p>
      <w:pPr>
        <w:jc w:val="right"/>
      </w:pPr>
      <w:r>
        <w:t>s, man was believing that the Earth is the center of the solar system.</w:t>
      </w:r>
    </w:p>
    <w:p>
      <w:r>
        <w:rPr>
          <w:b/>
        </w:rPr>
        <w:t xml:space="preserve">[16:41] </w:t>
      </w:r>
      <w:r>
        <w:t>Some people were believing that the Earth is the center of the whole cosmos.</w:t>
      </w:r>
    </w:p>
    <w:p>
      <w:pPr>
        <w:jc w:val="right"/>
      </w:pPr>
      <w:r>
        <w:t>Some people were believing that the Earth is the center of the whole cosmos.</w:t>
      </w:r>
    </w:p>
    <w:p>
      <w:r>
        <w:rPr>
          <w:b/>
        </w:rPr>
        <w:t xml:space="preserve">[16:49] </w:t>
      </w:r>
      <w:r>
        <w:t>So it was this thinking, according to this, that developed the geocentric theory.</w:t>
      </w:r>
    </w:p>
    <w:p>
      <w:pPr>
        <w:jc w:val="right"/>
      </w:pPr>
      <w:r>
        <w:t>So it was this thinking, according to this, that developed the geocentric theory.</w:t>
      </w:r>
    </w:p>
    <w:p>
      <w:r>
        <w:rPr>
          <w:b/>
        </w:rPr>
        <w:t xml:space="preserve">[16:56] </w:t>
      </w:r>
      <w:r>
        <w:t>Aristotle was believing in this the</w:t>
      </w:r>
    </w:p>
    <w:p>
      <w:pPr>
        <w:jc w:val="right"/>
      </w:pPr>
      <w:r>
        <w:t>Aristotle was believing in this the</w:t>
      </w:r>
    </w:p>
    <w:p>
      <w:r>
        <w:rPr>
          <w:b/>
        </w:rPr>
        <w:t xml:space="preserve">[17:04] </w:t>
      </w:r>
      <w:r>
        <w:t>ory, geocentric theory, that the Earth is in the center and the sun and all the other planets</w:t>
      </w:r>
    </w:p>
    <w:p>
      <w:pPr>
        <w:jc w:val="right"/>
      </w:pPr>
      <w:r>
        <w:t>ory, geocentric theory, that the Earth is in the center and the sun and all the other planets</w:t>
      </w:r>
    </w:p>
    <w:p>
      <w:r>
        <w:rPr>
          <w:b/>
        </w:rPr>
        <w:t xml:space="preserve">[17:10] </w:t>
      </w:r>
      <w:r>
        <w:t>are revolving around the Earth.</w:t>
      </w:r>
    </w:p>
    <w:p>
      <w:pPr>
        <w:jc w:val="right"/>
      </w:pPr>
      <w:r>
        <w:t>are revolving around the Earth.</w:t>
      </w:r>
    </w:p>
    <w:p>
      <w:r>
        <w:rPr>
          <w:b/>
        </w:rPr>
        <w:t xml:space="preserve">[17:16] </w:t>
      </w:r>
      <w:r>
        <w:t>This was the geocentric theory.</w:t>
      </w:r>
    </w:p>
    <w:p>
      <w:pPr>
        <w:jc w:val="right"/>
      </w:pPr>
      <w:r>
        <w:t>This was the geocentric theory.</w:t>
      </w:r>
    </w:p>
    <w:p>
      <w:r>
        <w:rPr>
          <w:b/>
        </w:rPr>
        <w:t xml:space="preserve">[17:22] </w:t>
      </w:r>
      <w:r>
        <w:t>It was completely wrong.</w:t>
      </w:r>
    </w:p>
    <w:p>
      <w:pPr>
        <w:jc w:val="right"/>
      </w:pPr>
      <w:r>
        <w:t>It was completely wrong.</w:t>
      </w:r>
    </w:p>
    <w:p>
      <w:r>
        <w:rPr>
          <w:b/>
        </w:rPr>
        <w:t xml:space="preserve">[17:28] </w:t>
      </w:r>
      <w:r>
        <w:t>Then science discovered that</w:t>
      </w:r>
    </w:p>
    <w:p>
      <w:pPr>
        <w:jc w:val="right"/>
      </w:pPr>
      <w:r>
        <w:t>Then science discovered that</w:t>
      </w:r>
    </w:p>
    <w:p>
      <w:r>
        <w:rPr>
          <w:b/>
        </w:rPr>
        <w:t xml:space="preserve">[17:34] </w:t>
      </w:r>
      <w:r>
        <w:t>this is not correct.</w:t>
      </w:r>
    </w:p>
    <w:p>
      <w:pPr>
        <w:jc w:val="right"/>
      </w:pPr>
      <w:r>
        <w:t>this is not correct.</w:t>
      </w:r>
    </w:p>
    <w:p>
      <w:r>
        <w:rPr>
          <w:b/>
        </w:rPr>
        <w:t xml:space="preserve">[17:39] </w:t>
      </w:r>
      <w:r>
        <w:t>The Earth is a satellite.</w:t>
      </w:r>
    </w:p>
    <w:p>
      <w:pPr>
        <w:jc w:val="right"/>
      </w:pPr>
      <w:r>
        <w:t>The Earth is a satellite.</w:t>
      </w:r>
    </w:p>
    <w:p>
      <w:r>
        <w:rPr>
          <w:b/>
        </w:rPr>
        <w:t xml:space="preserve">[17:43] </w:t>
      </w:r>
      <w:r>
        <w:t>It is the central body.</w:t>
      </w:r>
    </w:p>
    <w:p>
      <w:pPr>
        <w:jc w:val="right"/>
      </w:pPr>
      <w:r>
        <w:t>It is the central body.</w:t>
      </w:r>
    </w:p>
    <w:p>
      <w:r>
        <w:rPr>
          <w:b/>
        </w:rPr>
        <w:t xml:space="preserve">[17:47] </w:t>
      </w:r>
      <w:r>
        <w:t>In the solar system, the sun is the center.</w:t>
      </w:r>
    </w:p>
    <w:p>
      <w:pPr>
        <w:jc w:val="right"/>
      </w:pPr>
      <w:r>
        <w:t>In the solar system, the sun is the center.</w:t>
      </w:r>
    </w:p>
    <w:p>
      <w:r>
        <w:rPr>
          <w:b/>
        </w:rPr>
        <w:t xml:space="preserve">[17:52] </w:t>
      </w:r>
      <w:r>
        <w:t>The sun is in the center.</w:t>
      </w:r>
    </w:p>
    <w:p>
      <w:pPr>
        <w:jc w:val="right"/>
      </w:pPr>
      <w:r>
        <w:t>The sun is in the center.</w:t>
      </w:r>
    </w:p>
    <w:p>
      <w:r>
        <w:rPr>
          <w:b/>
        </w:rPr>
        <w:t xml:space="preserve">[17:56] </w:t>
      </w:r>
      <w:r>
        <w:t>So all these planets revolve around this sun.</w:t>
      </w:r>
    </w:p>
    <w:p>
      <w:pPr>
        <w:jc w:val="right"/>
      </w:pPr>
      <w:r>
        <w:t>So all these planets revolve around this sun.</w:t>
      </w:r>
    </w:p>
    <w:p>
      <w:r>
        <w:rPr>
          <w:b/>
        </w:rPr>
        <w:t xml:space="preserve">[18:01] </w:t>
      </w:r>
      <w:r>
        <w:t>So it was science that proved</w:t>
      </w:r>
    </w:p>
    <w:p>
      <w:pPr>
        <w:jc w:val="right"/>
      </w:pPr>
      <w:r>
        <w:t>So it was science that proved</w:t>
      </w:r>
    </w:p>
    <w:p>
      <w:r>
        <w:rPr>
          <w:b/>
        </w:rPr>
        <w:t xml:space="preserve">[18:05] </w:t>
      </w:r>
      <w:r>
        <w:t>after long, long research that the Earth-centered theory of the solar system was wrong.</w:t>
      </w:r>
    </w:p>
    <w:p>
      <w:pPr>
        <w:jc w:val="right"/>
      </w:pPr>
      <w:r>
        <w:t>after long, long research that the Earth-centered theory of the solar system was wrong.</w:t>
      </w:r>
    </w:p>
    <w:p>
      <w:r>
        <w:rPr>
          <w:b/>
        </w:rPr>
        <w:t xml:space="preserve">[18:20] </w:t>
      </w:r>
      <w:r>
        <w:t>And science established that the sun-centered, sun-oriented system of the sun-oriented solar system or sun-centered sol</w:t>
      </w:r>
    </w:p>
    <w:p>
      <w:pPr>
        <w:jc w:val="right"/>
      </w:pPr>
      <w:r>
        <w:t>And science established that the sun-centered, sun-oriented system of the sun-oriented solar system or sun-centered sol</w:t>
      </w:r>
    </w:p>
    <w:p>
      <w:r>
        <w:rPr>
          <w:b/>
        </w:rPr>
        <w:t xml:space="preserve">[18:35] </w:t>
      </w:r>
      <w:r>
        <w:t>ar system isright.</w:t>
      </w:r>
    </w:p>
    <w:p>
      <w:pPr>
        <w:jc w:val="right"/>
      </w:pPr>
      <w:r>
        <w:t>ar system isright.</w:t>
      </w:r>
    </w:p>
    <w:p>
      <w:r>
        <w:rPr>
          <w:b/>
        </w:rPr>
        <w:t xml:space="preserve">[18:40] </w:t>
      </w:r>
      <w:r>
        <w:t>That is the heliocentric theory.</w:t>
      </w:r>
    </w:p>
    <w:p>
      <w:pPr>
        <w:jc w:val="right"/>
      </w:pPr>
      <w:r>
        <w:t>That is the heliocentric theory.</w:t>
      </w:r>
    </w:p>
    <w:p>
      <w:r>
        <w:rPr>
          <w:b/>
        </w:rPr>
        <w:t xml:space="preserve">[18:45] </w:t>
      </w:r>
      <w:r>
        <w:t>So this was the corrective role of science.</w:t>
      </w:r>
    </w:p>
    <w:p>
      <w:pPr>
        <w:jc w:val="right"/>
      </w:pPr>
      <w:r>
        <w:t>So this was the corrective role of science.</w:t>
      </w:r>
    </w:p>
    <w:p>
      <w:r>
        <w:rPr>
          <w:b/>
        </w:rPr>
        <w:t xml:space="preserve">[18:50] </w:t>
      </w:r>
      <w:r>
        <w:t>The corrective role of science.</w:t>
      </w:r>
    </w:p>
    <w:p>
      <w:pPr>
        <w:jc w:val="right"/>
      </w:pPr>
      <w:r>
        <w:t>The corrective role of science.</w:t>
      </w:r>
    </w:p>
    <w:p>
      <w:r>
        <w:rPr>
          <w:b/>
        </w:rPr>
        <w:t xml:space="preserve">[18:55] </w:t>
      </w:r>
      <w:r>
        <w:t>There are thousands and thousands of such examples.</w:t>
      </w:r>
    </w:p>
    <w:p>
      <w:pPr>
        <w:jc w:val="right"/>
      </w:pPr>
      <w:r>
        <w:t>There are thousands and thousands of such examples.</w:t>
      </w:r>
    </w:p>
    <w:p>
      <w:r>
        <w:rPr>
          <w:b/>
        </w:rPr>
        <w:t xml:space="preserve">[19:00] </w:t>
      </w:r>
      <w:r>
        <w:t>And I think that in Spirituality also, there is</w:t>
      </w:r>
    </w:p>
    <w:p>
      <w:pPr>
        <w:jc w:val="right"/>
      </w:pPr>
      <w:r>
        <w:t>And I think that in Spirituality also, there is</w:t>
      </w:r>
    </w:p>
    <w:p>
      <w:r>
        <w:rPr>
          <w:b/>
        </w:rPr>
        <w:t xml:space="preserve">[19:05] </w:t>
      </w:r>
      <w:r>
        <w:t>the corrective role of science.</w:t>
      </w:r>
    </w:p>
    <w:p>
      <w:pPr>
        <w:jc w:val="right"/>
      </w:pPr>
      <w:r>
        <w:t>the corrective role of science.</w:t>
      </w:r>
    </w:p>
    <w:p>
      <w:r>
        <w:rPr>
          <w:b/>
        </w:rPr>
        <w:t xml:space="preserve">[19:13] </w:t>
      </w:r>
      <w:r>
        <w:t>What is that corrective role?</w:t>
      </w:r>
    </w:p>
    <w:p>
      <w:pPr>
        <w:jc w:val="right"/>
      </w:pPr>
      <w:r>
        <w:t>What is that corrective role?</w:t>
      </w:r>
    </w:p>
    <w:p>
      <w:r>
        <w:rPr>
          <w:b/>
        </w:rPr>
        <w:t xml:space="preserve">[19:21] </w:t>
      </w:r>
      <w:r>
        <w:t>You know, for centuries and centuries, man was believing that Spirituality is based on the heart, heart-based Spirituality.</w:t>
      </w:r>
    </w:p>
    <w:p>
      <w:pPr>
        <w:jc w:val="right"/>
      </w:pPr>
      <w:r>
        <w:t>You know, for centuries and centuries, man was believing that Spirituality is based on the heart, heart-based Spirituality.</w:t>
      </w:r>
    </w:p>
    <w:p>
      <w:r>
        <w:rPr>
          <w:b/>
        </w:rPr>
        <w:t xml:space="preserve">[19:28] </w:t>
      </w:r>
      <w:r>
        <w:t>You know, Spirituality is a very old discipline.</w:t>
      </w:r>
    </w:p>
    <w:p>
      <w:pPr>
        <w:jc w:val="right"/>
      </w:pPr>
      <w:r>
        <w:t>You know, Spirituality is a very old discipline.</w:t>
      </w:r>
    </w:p>
    <w:p>
      <w:r>
        <w:rPr>
          <w:b/>
        </w:rPr>
        <w:t xml:space="preserve">[19:36] </w:t>
      </w:r>
      <w:r>
        <w:t>It is not a new discipline in different names, although the names were different.</w:t>
      </w:r>
    </w:p>
    <w:p>
      <w:pPr>
        <w:jc w:val="right"/>
      </w:pPr>
      <w:r>
        <w:t>It is not a new discipline in different names, although the names were different.</w:t>
      </w:r>
    </w:p>
    <w:p>
      <w:r>
        <w:rPr>
          <w:b/>
        </w:rPr>
        <w:t xml:space="preserve">[19:47] </w:t>
      </w:r>
      <w:r>
        <w:t>But Spirituality is an old discipline.</w:t>
      </w:r>
    </w:p>
    <w:p>
      <w:pPr>
        <w:jc w:val="right"/>
      </w:pPr>
      <w:r>
        <w:t>But Spirituality is an old discipline.</w:t>
      </w:r>
    </w:p>
    <w:p>
      <w:r>
        <w:rPr>
          <w:b/>
        </w:rPr>
        <w:t xml:space="preserve">[19:57] </w:t>
      </w:r>
      <w:r>
        <w:t>And people were generally believing that the heart is the reservoir of Spirituality and everything is in the heart</w:t>
      </w:r>
    </w:p>
    <w:p>
      <w:pPr>
        <w:jc w:val="right"/>
      </w:pPr>
      <w:r>
        <w:t>And people were generally believing that the heart is the reservoir of Spirituality and everything is in the heart</w:t>
      </w:r>
    </w:p>
    <w:p>
      <w:r>
        <w:rPr>
          <w:b/>
        </w:rPr>
        <w:t xml:space="preserve">[20:08] </w:t>
      </w:r>
      <w:r>
        <w:t>.</w:t>
      </w:r>
    </w:p>
    <w:p>
      <w:pPr>
        <w:jc w:val="right"/>
      </w:pPr>
      <w:r>
        <w:t>.</w:t>
      </w:r>
    </w:p>
    <w:p>
      <w:r>
        <w:rPr>
          <w:b/>
        </w:rPr>
        <w:t xml:space="preserve">[20:18] </w:t>
      </w:r>
      <w:r>
        <w:t>So we have to central, we have to unfold Spirituality from the heart by adopting some practices like</w:t>
      </w:r>
    </w:p>
    <w:p>
      <w:pPr>
        <w:jc w:val="right"/>
      </w:pPr>
      <w:r>
        <w:t>So we have to central, we have to unfold Spirituality from the heart by adopting some practices like</w:t>
      </w:r>
    </w:p>
    <w:p>
      <w:r>
        <w:rPr>
          <w:b/>
        </w:rPr>
        <w:t xml:space="preserve">[20:28] </w:t>
      </w:r>
      <w:r>
        <w:t>muraqabah, like meditation, like tasavvuf. So people</w:t>
      </w:r>
    </w:p>
    <w:p>
      <w:pPr>
        <w:jc w:val="right"/>
      </w:pPr>
      <w:r>
        <w:t>muraqabah, like meditation, like tasavvuf. So people</w:t>
      </w:r>
    </w:p>
    <w:p>
      <w:r>
        <w:rPr>
          <w:b/>
        </w:rPr>
        <w:t xml:space="preserve">[20:38] </w:t>
      </w:r>
      <w:r>
        <w:t>were engaged in some practices with this belief that the heart is the center of all kinds of</w:t>
      </w:r>
    </w:p>
    <w:p>
      <w:pPr>
        <w:jc w:val="right"/>
      </w:pPr>
      <w:r>
        <w:t>were engaged in some practices with this belief that the heart is the center of all kinds of</w:t>
      </w:r>
    </w:p>
    <w:p>
      <w:r>
        <w:rPr>
          <w:b/>
        </w:rPr>
        <w:t xml:space="preserve">[20:48] </w:t>
      </w:r>
      <w:r>
        <w:t>Spiritual thought and we can unfold Spirituality from the heart by adopting these kinds of practices.</w:t>
      </w:r>
    </w:p>
    <w:p>
      <w:pPr>
        <w:jc w:val="right"/>
      </w:pPr>
      <w:r>
        <w:t>Spiritual thought and we can unfold Spirituality from the heart by adopting these kinds of practices.</w:t>
      </w:r>
    </w:p>
    <w:p>
      <w:r>
        <w:rPr>
          <w:b/>
        </w:rPr>
        <w:t xml:space="preserve">[20:58] </w:t>
      </w:r>
      <w:r>
        <w:t>For example, there was a practice in tasavvuf that, like this, that</w:t>
      </w:r>
    </w:p>
    <w:p>
      <w:pPr>
        <w:jc w:val="right"/>
      </w:pPr>
      <w:r>
        <w:t>For example, there was a practice in tasavvuf that, like this, that</w:t>
      </w:r>
    </w:p>
    <w:p>
      <w:r>
        <w:rPr>
          <w:b/>
        </w:rPr>
        <w:t xml:space="preserve">[21:08] </w:t>
      </w:r>
      <w:r>
        <w:t>"La ilaha illallah, La ilaha illallah." It is called zarb, meaning beat.</w:t>
      </w:r>
    </w:p>
    <w:p>
      <w:pPr>
        <w:jc w:val="right"/>
      </w:pPr>
      <w:r>
        <w:t>"La ilaha illallah, La ilaha illallah." It is called zarb, meaning beat.</w:t>
      </w:r>
    </w:p>
    <w:p>
      <w:r>
        <w:rPr>
          <w:b/>
        </w:rPr>
        <w:t xml:space="preserve">[21:18] </w:t>
      </w:r>
      <w:r>
        <w:t>So from this practice, by by by adopting this practice, they were believing that we can unfold all</w:t>
      </w:r>
    </w:p>
    <w:p>
      <w:pPr>
        <w:jc w:val="right"/>
      </w:pPr>
      <w:r>
        <w:t>So from this practice, by by by adopting this practice, they were believing that we can unfold all</w:t>
      </w:r>
    </w:p>
    <w:p>
      <w:r>
        <w:rPr>
          <w:b/>
        </w:rPr>
        <w:t xml:space="preserve">[21:28] </w:t>
      </w:r>
      <w:r>
        <w:t>those treasures from the heart, all those Spiritual treasures from our heart. So,</w:t>
      </w:r>
    </w:p>
    <w:p>
      <w:pPr>
        <w:jc w:val="right"/>
      </w:pPr>
      <w:r>
        <w:t>those treasures from the heart, all those Spiritual treasures from our heart. So,</w:t>
      </w:r>
    </w:p>
    <w:p>
      <w:r>
        <w:rPr>
          <w:b/>
        </w:rPr>
        <w:t xml:space="preserve">[21:38] </w:t>
      </w:r>
      <w:r>
        <w:t>but science, the modern science, modern science has proved that the heart is nothing but a tool of</w:t>
      </w:r>
    </w:p>
    <w:p>
      <w:pPr>
        <w:jc w:val="right"/>
      </w:pPr>
      <w:r>
        <w:t>but science, the modern science, modern science has proved that the heart is nothing but a tool of</w:t>
      </w:r>
    </w:p>
    <w:p>
      <w:r>
        <w:rPr>
          <w:b/>
        </w:rPr>
        <w:t xml:space="preserve">[21:47] </w:t>
      </w:r>
      <w:r>
        <w:t>circulation of blood, circulation of blood.</w:t>
      </w:r>
    </w:p>
    <w:p>
      <w:pPr>
        <w:jc w:val="right"/>
      </w:pPr>
      <w:r>
        <w:t>circulation of blood, circulation of blood.</w:t>
      </w:r>
    </w:p>
    <w:p>
      <w:r>
        <w:rPr>
          <w:b/>
        </w:rPr>
        <w:t xml:space="preserve">[21:55] </w:t>
      </w:r>
      <w:r>
        <w:t>There is no other function of the heart.</w:t>
      </w:r>
    </w:p>
    <w:p>
      <w:pPr>
        <w:jc w:val="right"/>
      </w:pPr>
      <w:r>
        <w:t>There is no other function of the heart.</w:t>
      </w:r>
    </w:p>
    <w:p>
      <w:r>
        <w:rPr>
          <w:b/>
        </w:rPr>
        <w:t xml:space="preserve">[22:03] </w:t>
      </w:r>
      <w:r>
        <w:t>There is no function of the heart other than circulation of blood.</w:t>
      </w:r>
    </w:p>
    <w:p>
      <w:pPr>
        <w:jc w:val="right"/>
      </w:pPr>
      <w:r>
        <w:t>There is no function of the heart other than circulation of blood.</w:t>
      </w:r>
    </w:p>
    <w:p>
      <w:r>
        <w:rPr>
          <w:b/>
        </w:rPr>
        <w:t xml:space="preserve">[22:12] </w:t>
      </w:r>
      <w:r>
        <w:t>There is no thinking capacity in the heart. There is no Spiritual capacity in the heart. There is no Spiritual reservoir in the heart. The heart is, the only function of the heart is to circulate the blood. That's all. So this is the corrective role of science in this regard. This</w:t>
      </w:r>
    </w:p>
    <w:p>
      <w:pPr>
        <w:jc w:val="right"/>
      </w:pPr>
      <w:r>
        <w:t>There is no thinking capacity in the heart. There is no Spiritual capacity in the heart. There is no Spiritual reservoir in the heart. The heart is, the only function of the heart is to circulate the blood. That's all. So this is the corrective role of science in this regard. This</w:t>
      </w:r>
    </w:p>
    <w:p>
      <w:r>
        <w:rPr>
          <w:b/>
        </w:rPr>
        <w:t xml:space="preserve">[22:42] </w:t>
      </w:r>
      <w:r>
        <w:t>is the corrective, this was the corrective role of science in this regard. Now, what is needed? We have to restructure the Spiritual thought. What is needed is that we have to restructure our Spiritual thought. And what is that restructuring?</w:t>
      </w:r>
    </w:p>
    <w:p>
      <w:pPr>
        <w:jc w:val="right"/>
      </w:pPr>
      <w:r>
        <w:t>is the corrective, this was the corrective role of science in this regard. Now, what is needed? We have to restructure the Spiritual thought. What is needed is that we have to restructure our Spiritual thought. And what is that restructuring?</w:t>
      </w:r>
    </w:p>
    <w:p>
      <w:r>
        <w:rPr>
          <w:b/>
        </w:rPr>
        <w:t xml:space="preserve">[23:12] </w:t>
      </w:r>
      <w:r>
        <w:t>It is to develop a new Spirituality.</w:t>
      </w:r>
    </w:p>
    <w:p>
      <w:pPr>
        <w:jc w:val="right"/>
      </w:pPr>
      <w:r>
        <w:t>It is to develop a new Spirituality.</w:t>
      </w:r>
    </w:p>
    <w:p>
      <w:r>
        <w:rPr>
          <w:b/>
        </w:rPr>
        <w:t xml:space="preserve">[23:22] </w:t>
      </w:r>
      <w:r>
        <w:t>That is, according to, in my words, mind-based Spirituality rather than heart-based Spirituality.</w:t>
      </w:r>
    </w:p>
    <w:p>
      <w:pPr>
        <w:jc w:val="right"/>
      </w:pPr>
      <w:r>
        <w:t>That is, according to, in my words, mind-based Spirituality rather than heart-based Spirituality.</w:t>
      </w:r>
    </w:p>
    <w:p>
      <w:r>
        <w:rPr>
          <w:b/>
        </w:rPr>
        <w:t xml:space="preserve">[23:32] </w:t>
      </w:r>
      <w:r>
        <w:t>Previously, people were adopted, previous people have adopted heart</w:t>
      </w:r>
    </w:p>
    <w:p>
      <w:pPr>
        <w:jc w:val="right"/>
      </w:pPr>
      <w:r>
        <w:t>Previously, people were adopted, previous people have adopted heart</w:t>
      </w:r>
    </w:p>
    <w:p>
      <w:r>
        <w:rPr>
          <w:b/>
        </w:rPr>
        <w:t xml:space="preserve">[23:42] </w:t>
      </w:r>
      <w:r>
        <w:t>-based Spirituality.</w:t>
      </w:r>
    </w:p>
    <w:p>
      <w:pPr>
        <w:jc w:val="right"/>
      </w:pPr>
      <w:r>
        <w:t>-based Spirituality.</w:t>
      </w:r>
    </w:p>
    <w:p>
      <w:r>
        <w:rPr>
          <w:b/>
        </w:rPr>
        <w:t xml:space="preserve">[23:48] </w:t>
      </w:r>
      <w:r>
        <w:t>Now science has disproved this notion.</w:t>
      </w:r>
    </w:p>
    <w:p>
      <w:pPr>
        <w:jc w:val="right"/>
      </w:pPr>
      <w:r>
        <w:t>Now science has disproved this notion.</w:t>
      </w:r>
    </w:p>
    <w:p>
      <w:r>
        <w:rPr>
          <w:b/>
        </w:rPr>
        <w:t xml:space="preserve">[23:54] </w:t>
      </w:r>
      <w:r>
        <w:t>So this is the corrective role of science.</w:t>
      </w:r>
    </w:p>
    <w:p>
      <w:pPr>
        <w:jc w:val="right"/>
      </w:pPr>
      <w:r>
        <w:t>So this is the corrective role of science.</w:t>
      </w:r>
    </w:p>
    <w:p>
      <w:r>
        <w:rPr>
          <w:b/>
        </w:rPr>
        <w:t xml:space="preserve">[24:00] </w:t>
      </w:r>
      <w:r>
        <w:t>So according to the modern science, according to the modern discoveries, we have to adopt a new kind of Spirituality.</w:t>
      </w:r>
    </w:p>
    <w:p>
      <w:pPr>
        <w:jc w:val="right"/>
      </w:pPr>
      <w:r>
        <w:t>So according to the modern science, according to the modern discoveries, we have to adopt a new kind of Spirituality.</w:t>
      </w:r>
    </w:p>
    <w:p>
      <w:r>
        <w:rPr>
          <w:b/>
        </w:rPr>
        <w:t xml:space="preserve">[24:07] </w:t>
      </w:r>
      <w:r>
        <w:t>That is mind-based Spirituality.</w:t>
      </w:r>
    </w:p>
    <w:p>
      <w:pPr>
        <w:jc w:val="right"/>
      </w:pPr>
      <w:r>
        <w:t>That is mind-based Spirituality.</w:t>
      </w:r>
    </w:p>
    <w:p>
      <w:r>
        <w:rPr>
          <w:b/>
        </w:rPr>
        <w:t xml:space="preserve">[24:13] </w:t>
      </w:r>
      <w:r>
        <w:t>This is the relationship of science.</w:t>
      </w:r>
    </w:p>
    <w:p>
      <w:pPr>
        <w:jc w:val="right"/>
      </w:pPr>
      <w:r>
        <w:t>This is the relationship of science.</w:t>
      </w:r>
    </w:p>
    <w:p>
      <w:r>
        <w:rPr>
          <w:b/>
        </w:rPr>
        <w:t xml:space="preserve">[24:17] </w:t>
      </w:r>
      <w:r>
        <w:t>This is the relationship of science and Spirituality.</w:t>
      </w:r>
    </w:p>
    <w:p>
      <w:pPr>
        <w:jc w:val="right"/>
      </w:pPr>
      <w:r>
        <w:t>This is the relationship of science and Spirituality.</w:t>
      </w:r>
    </w:p>
    <w:p>
      <w:r>
        <w:rPr>
          <w:b/>
        </w:rPr>
        <w:t xml:space="preserve">[24:21] </w:t>
      </w:r>
      <w:r>
        <w:t>Science itself is not Spirituality.</w:t>
      </w:r>
    </w:p>
    <w:p>
      <w:pPr>
        <w:jc w:val="right"/>
      </w:pPr>
      <w:r>
        <w:t>Science itself is not Spirituality.</w:t>
      </w:r>
    </w:p>
    <w:p>
      <w:r>
        <w:rPr>
          <w:b/>
        </w:rPr>
        <w:t xml:space="preserve">[24:26] </w:t>
      </w:r>
      <w:r>
        <w:t>Science is not a Spiritual discipline.</w:t>
      </w:r>
    </w:p>
    <w:p>
      <w:pPr>
        <w:jc w:val="right"/>
      </w:pPr>
      <w:r>
        <w:t>Science is not a Spiritual discipline.</w:t>
      </w:r>
    </w:p>
    <w:p>
      <w:r>
        <w:rPr>
          <w:b/>
        </w:rPr>
        <w:t xml:space="preserve">[24:30] </w:t>
      </w:r>
      <w:r>
        <w:t>But science has a corrective role.</w:t>
      </w:r>
    </w:p>
    <w:p>
      <w:pPr>
        <w:jc w:val="right"/>
      </w:pPr>
      <w:r>
        <w:t>But science has a corrective role.</w:t>
      </w:r>
    </w:p>
    <w:p>
      <w:r>
        <w:rPr>
          <w:b/>
        </w:rPr>
        <w:t xml:space="preserve">[24:35] </w:t>
      </w:r>
      <w:r>
        <w:t>And following this corrective role, we can restruct.</w:t>
      </w:r>
    </w:p>
    <w:p>
      <w:pPr>
        <w:jc w:val="right"/>
      </w:pPr>
      <w:r>
        <w:t>And following this corrective role, we can restruct.</w:t>
      </w:r>
    </w:p>
    <w:p>
      <w:r>
        <w:rPr>
          <w:b/>
        </w:rPr>
        <w:t xml:space="preserve">[24:39] </w:t>
      </w:r>
      <w:r>
        <w:t>We have to restruct our Spiritual thought</w:t>
      </w:r>
    </w:p>
    <w:p>
      <w:pPr>
        <w:jc w:val="right"/>
      </w:pPr>
      <w:r>
        <w:t>We have to restruct our Spiritual thought</w:t>
      </w:r>
    </w:p>
    <w:p>
      <w:r>
        <w:rPr>
          <w:b/>
        </w:rPr>
        <w:t xml:space="preserve">[24:43] </w:t>
      </w:r>
      <w:r>
        <w:t>.</w:t>
      </w:r>
    </w:p>
    <w:p>
      <w:pPr>
        <w:jc w:val="right"/>
      </w:pPr>
      <w:r>
        <w:t>.</w:t>
      </w:r>
    </w:p>
    <w:p>
      <w:r>
        <w:rPr>
          <w:b/>
        </w:rPr>
        <w:t xml:space="preserve">[24:51] </w:t>
      </w:r>
      <w:r>
        <w:t>And we have to re-establish, we have to redesign, we have to re, we have to redefine the Spirituality.</w:t>
      </w:r>
    </w:p>
    <w:p>
      <w:pPr>
        <w:jc w:val="right"/>
      </w:pPr>
      <w:r>
        <w:t>And we have to re-establish, we have to redesign, we have to re, we have to redefine the Spirituality.</w:t>
      </w:r>
    </w:p>
    <w:p>
      <w:r>
        <w:rPr>
          <w:b/>
        </w:rPr>
        <w:t xml:space="preserve">[24:58] </w:t>
      </w:r>
      <w:r>
        <w:t>So according to my experience, it is very good news for those who are interested in Spirituality because</w:t>
      </w:r>
    </w:p>
    <w:p>
      <w:pPr>
        <w:jc w:val="right"/>
      </w:pPr>
      <w:r>
        <w:t>So according to my experience, it is very good news for those who are interested in Spirituality because</w:t>
      </w:r>
    </w:p>
    <w:p>
      <w:r>
        <w:rPr>
          <w:b/>
        </w:rPr>
        <w:t xml:space="preserve">[25:06] </w:t>
      </w:r>
      <w:r>
        <w:t>now we are able to establish a cor</w:t>
      </w:r>
    </w:p>
    <w:p>
      <w:pPr>
        <w:jc w:val="right"/>
      </w:pPr>
      <w:r>
        <w:t>now we are able to establish a cor</w:t>
      </w:r>
    </w:p>
    <w:p>
      <w:r>
        <w:rPr>
          <w:b/>
        </w:rPr>
        <w:t xml:space="preserve">[25:13] </w:t>
      </w:r>
      <w:r>
        <w:t>rect Spirituality.</w:t>
      </w:r>
    </w:p>
    <w:p>
      <w:pPr>
        <w:jc w:val="right"/>
      </w:pPr>
      <w:r>
        <w:t>rect Spirituality.</w:t>
      </w:r>
    </w:p>
    <w:p>
      <w:r>
        <w:rPr>
          <w:b/>
        </w:rPr>
        <w:t xml:space="preserve">[25:19] </w:t>
      </w:r>
      <w:r>
        <w:t>Previously, it was a superfluous Spirituality.</w:t>
      </w:r>
    </w:p>
    <w:p>
      <w:pPr>
        <w:jc w:val="right"/>
      </w:pPr>
      <w:r>
        <w:t>Previously, it was a superfluous Spirituality.</w:t>
      </w:r>
    </w:p>
    <w:p>
      <w:r>
        <w:rPr>
          <w:b/>
        </w:rPr>
        <w:t xml:space="preserve">[25:25] </w:t>
      </w:r>
      <w:r>
        <w:t>It was a superfluous kind of Spirituality.</w:t>
      </w:r>
    </w:p>
    <w:p>
      <w:pPr>
        <w:jc w:val="right"/>
      </w:pPr>
      <w:r>
        <w:t>It was a superfluous kind of Spirituality.</w:t>
      </w:r>
    </w:p>
    <w:p>
      <w:r>
        <w:rPr>
          <w:b/>
        </w:rPr>
        <w:t xml:space="preserve">[25:31] </w:t>
      </w:r>
      <w:r>
        <w:t>Now, let us go to the deeper.</w:t>
      </w:r>
    </w:p>
    <w:p>
      <w:pPr>
        <w:jc w:val="right"/>
      </w:pPr>
      <w:r>
        <w:t>Now, let us go to the deeper.</w:t>
      </w:r>
    </w:p>
    <w:p>
      <w:r>
        <w:rPr>
          <w:b/>
        </w:rPr>
        <w:t xml:space="preserve">[25:37] </w:t>
      </w:r>
      <w:r>
        <w:t>In previous centuries, it was, in previous centuries, people of Spirituality</w:t>
      </w:r>
    </w:p>
    <w:p>
      <w:pPr>
        <w:jc w:val="right"/>
      </w:pPr>
      <w:r>
        <w:t>In previous centuries, it was, in previous centuries, people of Spirituality</w:t>
      </w:r>
    </w:p>
    <w:p>
      <w:r>
        <w:rPr>
          <w:b/>
        </w:rPr>
        <w:t xml:space="preserve">[25:43] </w:t>
      </w:r>
      <w:r>
        <w:t>were believing that the end result of Spirituality is ecstasy or vajd. In Persian, it was vajd. In English, you can say ecstasy. So ecstasy was the only achievement of Spirituality. I think it was a reduced</w:t>
      </w:r>
    </w:p>
    <w:p>
      <w:pPr>
        <w:jc w:val="right"/>
      </w:pPr>
      <w:r>
        <w:t>were believing that the end result of Spirituality is ecstasy or vajd. In Persian, it was vajd. In English, you can say ecstasy. So ecstasy was the only achievement of Spirituality. I think it was a reduced</w:t>
      </w:r>
    </w:p>
    <w:p>
      <w:r>
        <w:rPr>
          <w:b/>
        </w:rPr>
        <w:t xml:space="preserve">[26:13] </w:t>
      </w:r>
      <w:r>
        <w:t>form of Spirituality.</w:t>
      </w:r>
    </w:p>
    <w:p>
      <w:pPr>
        <w:jc w:val="right"/>
      </w:pPr>
      <w:r>
        <w:t>form of Spirituality.</w:t>
      </w:r>
    </w:p>
    <w:p>
      <w:r>
        <w:rPr>
          <w:b/>
        </w:rPr>
        <w:t xml:space="preserve">[26:21] </w:t>
      </w:r>
      <w:r>
        <w:t>It was a reduced form of Spirituality because ecstasy is nothing.</w:t>
      </w:r>
    </w:p>
    <w:p>
      <w:pPr>
        <w:jc w:val="right"/>
      </w:pPr>
      <w:r>
        <w:t>It was a reduced form of Spirituality because ecstasy is nothing.</w:t>
      </w:r>
    </w:p>
    <w:p>
      <w:r>
        <w:rPr>
          <w:b/>
        </w:rPr>
        <w:t xml:space="preserve">[26:28] </w:t>
      </w:r>
      <w:r>
        <w:t>Ecstasy is, ecstasy is a, meaning ecstasy is an animal level of Spirituality.</w:t>
      </w:r>
    </w:p>
    <w:p>
      <w:pPr>
        <w:jc w:val="right"/>
      </w:pPr>
      <w:r>
        <w:t>Ecstasy is, ecstasy is a, meaning ecstasy is an animal level of Spirituality.</w:t>
      </w:r>
    </w:p>
    <w:p>
      <w:r>
        <w:rPr>
          <w:b/>
        </w:rPr>
        <w:t xml:space="preserve">[26:36] </w:t>
      </w:r>
      <w:r>
        <w:t>Every animal, every</w:t>
      </w:r>
    </w:p>
    <w:p>
      <w:pPr>
        <w:jc w:val="right"/>
      </w:pPr>
      <w:r>
        <w:t>Every animal, every</w:t>
      </w:r>
    </w:p>
    <w:p>
      <w:r>
        <w:rPr>
          <w:b/>
        </w:rPr>
        <w:t xml:space="preserve">[26:43] </w:t>
      </w:r>
      <w:r>
        <w:t>animal enjoys this kind of Spirituality.</w:t>
      </w:r>
    </w:p>
    <w:p>
      <w:pPr>
        <w:jc w:val="right"/>
      </w:pPr>
      <w:r>
        <w:t>animal enjoys this kind of Spirituality.</w:t>
      </w:r>
    </w:p>
    <w:p>
      <w:r>
        <w:rPr>
          <w:b/>
        </w:rPr>
        <w:t xml:space="preserve">[26:49] </w:t>
      </w:r>
      <w:r>
        <w:t>Every animal is living in ecstasy.</w:t>
      </w:r>
    </w:p>
    <w:p>
      <w:pPr>
        <w:jc w:val="right"/>
      </w:pPr>
      <w:r>
        <w:t>Every animal is living in ecstasy.</w:t>
      </w:r>
    </w:p>
    <w:p>
      <w:r>
        <w:rPr>
          <w:b/>
        </w:rPr>
        <w:t xml:space="preserve">[26:55] </w:t>
      </w:r>
      <w:r>
        <w:t>So it is animalization of Spirituality.</w:t>
      </w:r>
    </w:p>
    <w:p>
      <w:pPr>
        <w:jc w:val="right"/>
      </w:pPr>
      <w:r>
        <w:t>So it is animalization of Spirituality.</w:t>
      </w:r>
    </w:p>
    <w:p>
      <w:r>
        <w:rPr>
          <w:b/>
        </w:rPr>
        <w:t xml:space="preserve">[27:02] </w:t>
      </w:r>
      <w:r>
        <w:t>It is a reduced form of Spirituality.</w:t>
      </w:r>
    </w:p>
    <w:p>
      <w:pPr>
        <w:jc w:val="right"/>
      </w:pPr>
      <w:r>
        <w:t>It is a reduced form of Spirituality.</w:t>
      </w:r>
    </w:p>
    <w:p>
      <w:r>
        <w:rPr>
          <w:b/>
        </w:rPr>
        <w:t xml:space="preserve">[27:08] </w:t>
      </w:r>
      <w:r>
        <w:t>Now science has also proved a very important thing, very, very important thing.</w:t>
      </w:r>
    </w:p>
    <w:p>
      <w:pPr>
        <w:jc w:val="right"/>
      </w:pPr>
      <w:r>
        <w:t>Now science has also proved a very important thing, very, very important thing.</w:t>
      </w:r>
    </w:p>
    <w:p>
      <w:r>
        <w:rPr>
          <w:b/>
        </w:rPr>
        <w:t xml:space="preserve">[27:14] </w:t>
      </w:r>
      <w:r>
        <w:t>Modern science tells us that our mind is a very, very precious asset of our personality. According to the scientific research, every individual mind, every individual mind has billion,</w:t>
      </w:r>
    </w:p>
    <w:p>
      <w:pPr>
        <w:jc w:val="right"/>
      </w:pPr>
      <w:r>
        <w:t>Modern science tells us that our mind is a very, very precious asset of our personality. According to the scientific research, every individual mind, every individual mind has billion,</w:t>
      </w:r>
    </w:p>
    <w:p>
      <w:r>
        <w:rPr>
          <w:b/>
        </w:rPr>
        <w:t xml:space="preserve">[27:44] </w:t>
      </w:r>
      <w:r>
        <w:t>billion, billion particles.</w:t>
      </w:r>
    </w:p>
    <w:p>
      <w:pPr>
        <w:jc w:val="right"/>
      </w:pPr>
      <w:r>
        <w:t>billion, billion particles.</w:t>
      </w:r>
    </w:p>
    <w:p>
      <w:r>
        <w:rPr>
          <w:b/>
        </w:rPr>
        <w:t xml:space="preserve">[27:49] </w:t>
      </w:r>
      <w:r>
        <w:t>Every individual mind, billion, billion, billion particles.</w:t>
      </w:r>
    </w:p>
    <w:p>
      <w:pPr>
        <w:jc w:val="right"/>
      </w:pPr>
      <w:r>
        <w:t>Every individual mind, billion, billion, billion particles.</w:t>
      </w:r>
    </w:p>
    <w:p>
      <w:r>
        <w:rPr>
          <w:b/>
        </w:rPr>
        <w:t xml:space="preserve">[27:54] </w:t>
      </w:r>
      <w:r>
        <w:t>And what are these particles?</w:t>
      </w:r>
    </w:p>
    <w:p>
      <w:pPr>
        <w:jc w:val="right"/>
      </w:pPr>
      <w:r>
        <w:t>And what are these particles?</w:t>
      </w:r>
    </w:p>
    <w:p>
      <w:r>
        <w:rPr>
          <w:b/>
        </w:rPr>
        <w:t xml:space="preserve">[27:59] </w:t>
      </w:r>
      <w:r>
        <w:t>They are not simply a sign. No.</w:t>
      </w:r>
    </w:p>
    <w:p>
      <w:pPr>
        <w:jc w:val="right"/>
      </w:pPr>
      <w:r>
        <w:t>They are not simply a sign. No.</w:t>
      </w:r>
    </w:p>
    <w:p>
      <w:r>
        <w:rPr>
          <w:b/>
        </w:rPr>
        <w:t xml:space="preserve">[28:04] </w:t>
      </w:r>
      <w:r>
        <w:t>Mind is not a desert.</w:t>
      </w:r>
    </w:p>
    <w:p>
      <w:pPr>
        <w:jc w:val="right"/>
      </w:pPr>
      <w:r>
        <w:t>Mind is not a desert.</w:t>
      </w:r>
    </w:p>
    <w:p>
      <w:r>
        <w:rPr>
          <w:b/>
        </w:rPr>
        <w:t xml:space="preserve">[28:09] </w:t>
      </w:r>
      <w:r>
        <w:t>Mind is a mind, a living personality. So</w:t>
      </w:r>
    </w:p>
    <w:p>
      <w:pPr>
        <w:jc w:val="right"/>
      </w:pPr>
      <w:r>
        <w:t>Mind is a mind, a living personality. So</w:t>
      </w:r>
    </w:p>
    <w:p>
      <w:r>
        <w:rPr>
          <w:b/>
        </w:rPr>
        <w:t xml:space="preserve">[28:14] </w:t>
      </w:r>
      <w:r>
        <w:t>these particles are living personal particles.</w:t>
      </w:r>
    </w:p>
    <w:p>
      <w:pPr>
        <w:jc w:val="right"/>
      </w:pPr>
      <w:r>
        <w:t>these particles are living personal particles.</w:t>
      </w:r>
    </w:p>
    <w:p>
      <w:r>
        <w:rPr>
          <w:b/>
        </w:rPr>
        <w:t xml:space="preserve">[28:25] </w:t>
      </w:r>
      <w:r>
        <w:t>These particles are particles of information, particles of wisdom, particles of Gyana.</w:t>
      </w:r>
    </w:p>
    <w:p>
      <w:pPr>
        <w:jc w:val="right"/>
      </w:pPr>
      <w:r>
        <w:t>These particles are particles of information, particles of wisdom, particles of Gyana.</w:t>
      </w:r>
    </w:p>
    <w:p>
      <w:r>
        <w:rPr>
          <w:b/>
        </w:rPr>
        <w:t xml:space="preserve">[28:36] </w:t>
      </w:r>
      <w:r>
        <w:t>You can understand by this discovery that every human being has enormous capacity, unlimited capacity, unlimited capacity.</w:t>
      </w:r>
    </w:p>
    <w:p>
      <w:pPr>
        <w:jc w:val="right"/>
      </w:pPr>
      <w:r>
        <w:t>You can understand by this discovery that every human being has enormous capacity, unlimited capacity, unlimited capacity.</w:t>
      </w:r>
    </w:p>
    <w:p>
      <w:r>
        <w:rPr>
          <w:b/>
        </w:rPr>
        <w:t xml:space="preserve">[28:47] </w:t>
      </w:r>
      <w:r>
        <w:t>So you have, you have to, you have to avail this opportunity.</w:t>
      </w:r>
    </w:p>
    <w:p>
      <w:pPr>
        <w:jc w:val="right"/>
      </w:pPr>
      <w:r>
        <w:t>So you have, you have to, you have to avail this opportunity.</w:t>
      </w:r>
    </w:p>
    <w:p>
      <w:r>
        <w:rPr>
          <w:b/>
        </w:rPr>
        <w:t xml:space="preserve">[28:54] </w:t>
      </w:r>
      <w:r>
        <w:t>It is a, it is an opportunity.</w:t>
      </w:r>
    </w:p>
    <w:p>
      <w:pPr>
        <w:jc w:val="right"/>
      </w:pPr>
      <w:r>
        <w:t>It is a, it is an opportunity.</w:t>
      </w:r>
    </w:p>
    <w:p>
      <w:r>
        <w:rPr>
          <w:b/>
        </w:rPr>
        <w:t xml:space="preserve">[29:00] </w:t>
      </w:r>
      <w:r>
        <w:t>You have to avail this opportunity.</w:t>
      </w:r>
    </w:p>
    <w:p>
      <w:pPr>
        <w:jc w:val="right"/>
      </w:pPr>
      <w:r>
        <w:t>You have to avail this opportunity.</w:t>
      </w:r>
    </w:p>
    <w:p>
      <w:r>
        <w:rPr>
          <w:b/>
        </w:rPr>
        <w:t xml:space="preserve">[29:06] </w:t>
      </w:r>
      <w:r>
        <w:t>You have to develop your mind.</w:t>
      </w:r>
    </w:p>
    <w:p>
      <w:pPr>
        <w:jc w:val="right"/>
      </w:pPr>
      <w:r>
        <w:t>You have to develop your mind.</w:t>
      </w:r>
    </w:p>
    <w:p>
      <w:r>
        <w:rPr>
          <w:b/>
        </w:rPr>
        <w:t xml:space="preserve">[29:12] </w:t>
      </w:r>
      <w:r>
        <w:t>But the traditional Spirituality says that stop the thinking process</w:t>
      </w:r>
    </w:p>
    <w:p>
      <w:pPr>
        <w:jc w:val="right"/>
      </w:pPr>
      <w:r>
        <w:t>But the traditional Spirituality says that stop the thinking process</w:t>
      </w:r>
    </w:p>
    <w:p>
      <w:r>
        <w:rPr>
          <w:b/>
        </w:rPr>
        <w:t xml:space="preserve">[29:18] </w:t>
      </w:r>
      <w:r>
        <w:t>—</w:t>
      </w:r>
    </w:p>
    <w:p>
      <w:pPr>
        <w:jc w:val="right"/>
      </w:pPr>
      <w:r>
        <w:t>.</w:t>
      </w:r>
    </w:p>
    <w:p>
      <w:r>
        <w:rPr>
          <w:b/>
        </w:rPr>
        <w:t xml:space="preserve">[29:28] </w:t>
      </w:r>
      <w:r>
        <w:t>According to traditional Spirituality, there is no function of mind in human life.</w:t>
      </w:r>
    </w:p>
    <w:p>
      <w:pPr>
        <w:jc w:val="right"/>
      </w:pPr>
      <w:r>
        <w:t>According to traditional Spirituality, there is no function of mind in human life.</w:t>
      </w:r>
    </w:p>
    <w:p>
      <w:r>
        <w:rPr>
          <w:b/>
        </w:rPr>
        <w:t xml:space="preserve">[29:38] </w:t>
      </w:r>
      <w:r>
        <w:t>All the Spiritual schools, all the Spiritual schools are, are, meaning suggesting us that stop the thinking process and</w:t>
      </w:r>
    </w:p>
    <w:p>
      <w:pPr>
        <w:jc w:val="right"/>
      </w:pPr>
      <w:r>
        <w:t>All the Spiritual schools, all the Spiritual schools are, are, meaning suggesting us that stop the thinking process and</w:t>
      </w:r>
    </w:p>
    <w:p>
      <w:r>
        <w:rPr>
          <w:b/>
        </w:rPr>
        <w:t xml:space="preserve">[29:48] </w:t>
      </w:r>
      <w:r>
        <w:t>you will find ecstasy.</w:t>
      </w:r>
    </w:p>
    <w:p>
      <w:pPr>
        <w:jc w:val="right"/>
      </w:pPr>
      <w:r>
        <w:t>you will find ecstasy.</w:t>
      </w:r>
    </w:p>
    <w:p>
      <w:r>
        <w:rPr>
          <w:b/>
        </w:rPr>
        <w:t xml:space="preserve">[29:53] </w:t>
      </w:r>
      <w:r>
        <w:t>Ecstasy, what is ecstasy?</w:t>
      </w:r>
    </w:p>
    <w:p>
      <w:pPr>
        <w:jc w:val="right"/>
      </w:pPr>
      <w:r>
        <w:t>Ecstasy, what is ecstasy?</w:t>
      </w:r>
    </w:p>
    <w:p>
      <w:r>
        <w:rPr>
          <w:b/>
        </w:rPr>
        <w:t xml:space="preserve">[29:59] </w:t>
      </w:r>
      <w:r>
        <w:t>It is just like anesthesia.</w:t>
      </w:r>
    </w:p>
    <w:p>
      <w:pPr>
        <w:jc w:val="right"/>
      </w:pPr>
      <w:r>
        <w:t>It is just like anesthesia.</w:t>
      </w:r>
    </w:p>
    <w:p>
      <w:r>
        <w:rPr>
          <w:b/>
        </w:rPr>
        <w:t xml:space="preserve">[30:04] </w:t>
      </w:r>
      <w:r>
        <w:t>It is like having sleeping pills.</w:t>
      </w:r>
    </w:p>
    <w:p>
      <w:pPr>
        <w:jc w:val="right"/>
      </w:pPr>
      <w:r>
        <w:t>It is like having sleeping pills.</w:t>
      </w:r>
    </w:p>
    <w:p>
      <w:r>
        <w:rPr>
          <w:b/>
        </w:rPr>
        <w:t xml:space="preserve">[30:09] </w:t>
      </w:r>
      <w:r>
        <w:t>I can say it is psychological death.</w:t>
      </w:r>
    </w:p>
    <w:p>
      <w:pPr>
        <w:jc w:val="right"/>
      </w:pPr>
      <w:r>
        <w:t>I can say it is psychological death.</w:t>
      </w:r>
    </w:p>
    <w:p>
      <w:r>
        <w:rPr>
          <w:b/>
        </w:rPr>
        <w:t xml:space="preserve">[30:14] </w:t>
      </w:r>
      <w:r>
        <w:t>So traditional Spirituality, in the</w:t>
      </w:r>
    </w:p>
    <w:p>
      <w:pPr>
        <w:jc w:val="right"/>
      </w:pPr>
      <w:r>
        <w:t>So traditional Spirituality, in the</w:t>
      </w:r>
    </w:p>
    <w:p>
      <w:r>
        <w:rPr>
          <w:b/>
        </w:rPr>
        <w:t xml:space="preserve">[30:19] </w:t>
      </w:r>
      <w:r>
        <w:t>framework of traditional Spirituality, there is no function of mind, no function of mind.</w:t>
      </w:r>
    </w:p>
    <w:p>
      <w:pPr>
        <w:jc w:val="right"/>
      </w:pPr>
      <w:r>
        <w:t>framework of traditional Spirituality, there is no function of mind, no function of mind.</w:t>
      </w:r>
    </w:p>
    <w:p>
      <w:r>
        <w:rPr>
          <w:b/>
        </w:rPr>
        <w:t xml:space="preserve">[30:29] </w:t>
      </w:r>
      <w:r>
        <w:t>But now, if you adopt the corrective role of science, we can establish a new kind of Spirituality.</w:t>
      </w:r>
    </w:p>
    <w:p>
      <w:pPr>
        <w:jc w:val="right"/>
      </w:pPr>
      <w:r>
        <w:t>But now, if you adopt the corrective role of science, we can establish a new kind of Spirituality.</w:t>
      </w:r>
    </w:p>
    <w:p>
      <w:r>
        <w:rPr>
          <w:b/>
        </w:rPr>
        <w:t xml:space="preserve">[30:39] </w:t>
      </w:r>
      <w:r>
        <w:t>And that is mind-based Spirituality, based on thinking</w:t>
      </w:r>
    </w:p>
    <w:p>
      <w:pPr>
        <w:jc w:val="right"/>
      </w:pPr>
      <w:r>
        <w:t>And that is mind-based Spirituality, based on thinking</w:t>
      </w:r>
    </w:p>
    <w:p>
      <w:r>
        <w:rPr>
          <w:b/>
        </w:rPr>
        <w:t xml:space="preserve">[30:49] </w:t>
      </w:r>
      <w:r>
        <w:t>capacity.</w:t>
      </w:r>
    </w:p>
    <w:p>
      <w:pPr>
        <w:jc w:val="right"/>
      </w:pPr>
      <w:r>
        <w:t>capacity.</w:t>
      </w:r>
    </w:p>
    <w:p>
      <w:r>
        <w:rPr>
          <w:b/>
        </w:rPr>
        <w:t xml:space="preserve">[30:57] </w:t>
      </w:r>
      <w:r>
        <w:t>I would like to give some examples to illustrate this point.</w:t>
      </w:r>
    </w:p>
    <w:p>
      <w:pPr>
        <w:jc w:val="right"/>
      </w:pPr>
      <w:r>
        <w:t>I would like to give some examples to illustrate this point.</w:t>
      </w:r>
    </w:p>
    <w:p>
      <w:r>
        <w:rPr>
          <w:b/>
        </w:rPr>
        <w:t xml:space="preserve">[31:04] </w:t>
      </w:r>
      <w:r>
        <w:t>You know, in our, in the present world, there are so many factories of de-stressing, factories or shops or institutions.</w:t>
      </w:r>
    </w:p>
    <w:p>
      <w:pPr>
        <w:jc w:val="right"/>
      </w:pPr>
      <w:r>
        <w:t>You know, in our, in the present world, there are so many factories of de-stressing, factories or shops or institutions.</w:t>
      </w:r>
    </w:p>
    <w:p>
      <w:r>
        <w:rPr>
          <w:b/>
        </w:rPr>
        <w:t xml:space="preserve">[31:12] </w:t>
      </w:r>
      <w:r>
        <w:t>They are experts of de-stressing because, you know, in our,</w:t>
      </w:r>
    </w:p>
    <w:p>
      <w:pPr>
        <w:jc w:val="right"/>
      </w:pPr>
      <w:r>
        <w:t>They are experts of de-stressing because, you know, in our,</w:t>
      </w:r>
    </w:p>
    <w:p>
      <w:r>
        <w:rPr>
          <w:b/>
        </w:rPr>
        <w:t xml:space="preserve">[31:19] </w:t>
      </w:r>
      <w:r>
        <w:t>in our modern times, people are living in tension, in stress.</w:t>
      </w:r>
    </w:p>
    <w:p>
      <w:pPr>
        <w:jc w:val="right"/>
      </w:pPr>
      <w:r>
        <w:t>in our modern times, people are living in tension, in stress.</w:t>
      </w:r>
    </w:p>
    <w:p>
      <w:r>
        <w:rPr>
          <w:b/>
        </w:rPr>
        <w:t xml:space="preserve">[31:26] </w:t>
      </w:r>
      <w:r>
        <w:t>Modern life is a very busy life.</w:t>
      </w:r>
    </w:p>
    <w:p>
      <w:pPr>
        <w:jc w:val="right"/>
      </w:pPr>
      <w:r>
        <w:t>Modern life is a very busy life.</w:t>
      </w:r>
    </w:p>
    <w:p>
      <w:r>
        <w:rPr>
          <w:b/>
        </w:rPr>
        <w:t xml:space="preserve">[31:32] </w:t>
      </w:r>
      <w:r>
        <w:t>Every time there are problems, there are diseases, there are tensions, there are problems.</w:t>
      </w:r>
    </w:p>
    <w:p>
      <w:pPr>
        <w:jc w:val="right"/>
      </w:pPr>
      <w:r>
        <w:t>Every time there are problems, there are diseases, there are tensions, there are problems.</w:t>
      </w:r>
    </w:p>
    <w:p>
      <w:r>
        <w:rPr>
          <w:b/>
        </w:rPr>
        <w:t xml:space="preserve">[31:39] </w:t>
      </w:r>
      <w:r>
        <w:t>So every man and woman are living in stress, in tension.</w:t>
      </w:r>
    </w:p>
    <w:p>
      <w:pPr>
        <w:jc w:val="right"/>
      </w:pPr>
      <w:r>
        <w:t>So every man and woman are living in stress, in tension.</w:t>
      </w:r>
    </w:p>
    <w:p>
      <w:r>
        <w:rPr>
          <w:b/>
        </w:rPr>
        <w:t xml:space="preserve">[31:46] </w:t>
      </w:r>
      <w:r>
        <w:t>So there are some experts, they invite you</w:t>
      </w:r>
    </w:p>
    <w:p>
      <w:pPr>
        <w:jc w:val="right"/>
      </w:pPr>
      <w:r>
        <w:t>So there are some experts, they invite you</w:t>
      </w:r>
    </w:p>
    <w:p>
      <w:r>
        <w:rPr>
          <w:b/>
        </w:rPr>
        <w:t xml:space="preserve">[31:52] </w:t>
      </w:r>
      <w:r>
        <w:t>to come to our office and we will, we have an art, we have, we are experts of de-stressing. We will de-stress your, we will de-stress your stressing. So they are experts of de-stressing. And what is de, what is this de-stressing? It is, it is a,</w:t>
      </w:r>
    </w:p>
    <w:p>
      <w:pPr>
        <w:jc w:val="right"/>
      </w:pPr>
      <w:r>
        <w:t>to come to our office and we will, we have an art, we have, we are experts of de-stressing. We will de-stress your, we will de-stress your stressing. So they are experts of de-stressing. And what is de, what is this de-stressing? It is, it is a,</w:t>
      </w:r>
    </w:p>
    <w:p>
      <w:r>
        <w:rPr>
          <w:b/>
        </w:rPr>
        <w:t xml:space="preserve">[32:22] </w:t>
      </w:r>
      <w:r>
        <w:t>it is, it is like psychological killing.</w:t>
      </w:r>
    </w:p>
    <w:p>
      <w:pPr>
        <w:jc w:val="right"/>
      </w:pPr>
      <w:r>
        <w:t>it is, it is like psychological killing.</w:t>
      </w:r>
    </w:p>
    <w:p>
      <w:r>
        <w:rPr>
          <w:b/>
        </w:rPr>
        <w:t xml:space="preserve">[32:28] </w:t>
      </w:r>
      <w:r>
        <w:t>If you join these institutions, you, if you seek help from these experts, they will tell you, stop</w:t>
      </w:r>
    </w:p>
    <w:p>
      <w:pPr>
        <w:jc w:val="right"/>
      </w:pPr>
      <w:r>
        <w:t>If you join these institutions, you, if you seek help from these experts, they will tell you, stop</w:t>
      </w:r>
    </w:p>
    <w:p>
      <w:r>
        <w:rPr>
          <w:b/>
        </w:rPr>
        <w:t xml:space="preserve">[32:34] </w:t>
      </w:r>
      <w:r>
        <w:t>thinking, stop the thinking process.</w:t>
      </w:r>
    </w:p>
    <w:p>
      <w:pPr>
        <w:jc w:val="right"/>
      </w:pPr>
      <w:r>
        <w:t>thinking, stop the thinking process.</w:t>
      </w:r>
    </w:p>
    <w:p>
      <w:r>
        <w:rPr>
          <w:b/>
        </w:rPr>
        <w:t xml:space="preserve">[32:40] </w:t>
      </w:r>
      <w:r>
        <w:t>And then there is no stress, there is no tension.</w:t>
      </w:r>
    </w:p>
    <w:p>
      <w:pPr>
        <w:jc w:val="right"/>
      </w:pPr>
      <w:r>
        <w:t>And then there is no stress, there is no tension.</w:t>
      </w:r>
    </w:p>
    <w:p>
      <w:r>
        <w:rPr>
          <w:b/>
        </w:rPr>
        <w:t xml:space="preserve">[32:47] </w:t>
      </w:r>
      <w:r>
        <w:t>Is it a solution?</w:t>
      </w:r>
    </w:p>
    <w:p>
      <w:pPr>
        <w:jc w:val="right"/>
      </w:pPr>
      <w:r>
        <w:t>Is it a solution?</w:t>
      </w:r>
    </w:p>
    <w:p>
      <w:r>
        <w:rPr>
          <w:b/>
        </w:rPr>
        <w:t xml:space="preserve">[32:53] </w:t>
      </w:r>
      <w:r>
        <w:t>Is it saying like that, take poison and there is no tension?</w:t>
      </w:r>
    </w:p>
    <w:p>
      <w:pPr>
        <w:jc w:val="right"/>
      </w:pPr>
      <w:r>
        <w:t>Is it saying like that, take poison and there is no tension?</w:t>
      </w:r>
    </w:p>
    <w:p>
      <w:r>
        <w:rPr>
          <w:b/>
        </w:rPr>
        <w:t xml:space="preserve">[33:00] </w:t>
      </w:r>
      <w:r>
        <w:t>It is a psychological killing.</w:t>
      </w:r>
    </w:p>
    <w:p>
      <w:pPr>
        <w:jc w:val="right"/>
      </w:pPr>
      <w:r>
        <w:t>It is a psychological killing.</w:t>
      </w:r>
    </w:p>
    <w:p>
      <w:r>
        <w:rPr>
          <w:b/>
        </w:rPr>
        <w:t xml:space="preserve">[33:08] </w:t>
      </w:r>
      <w:r>
        <w:t>So I would like to say this, that science shows us the way.</w:t>
      </w:r>
    </w:p>
    <w:p>
      <w:pPr>
        <w:jc w:val="right"/>
      </w:pPr>
      <w:r>
        <w:t>So I would like to say this, that science shows us the way.</w:t>
      </w:r>
    </w:p>
    <w:p>
      <w:r>
        <w:rPr>
          <w:b/>
        </w:rPr>
        <w:t xml:space="preserve">[33:15] </w:t>
      </w:r>
      <w:r>
        <w:t>And that is, avail your intellectual capacity, avail</w:t>
      </w:r>
    </w:p>
    <w:p>
      <w:pPr>
        <w:jc w:val="right"/>
      </w:pPr>
      <w:r>
        <w:t>And that is, avail your intellectual capacity, avail</w:t>
      </w:r>
    </w:p>
    <w:p>
      <w:r>
        <w:rPr>
          <w:b/>
        </w:rPr>
        <w:t xml:space="preserve">[33:23] </w:t>
      </w:r>
      <w:r>
        <w:t>all those, all those particles God has created for you. Then if you, if you use your mind, if you, if you use your mind and try to understand on an intellectual level, a mind-based Spirituality means trying to understand the things on an intellectual level, tr</w:t>
      </w:r>
    </w:p>
    <w:p>
      <w:pPr>
        <w:jc w:val="right"/>
      </w:pPr>
      <w:r>
        <w:t>all those, all those particles God has created for you. Then if you, if you use your mind, if you, if you use your mind and try to understand on an intellectual level, a mind-based Spirituality means trying to understand the things on an intellectual level, tr</w:t>
      </w:r>
    </w:p>
    <w:p>
      <w:r>
        <w:rPr>
          <w:b/>
        </w:rPr>
        <w:t xml:space="preserve">[33:53] </w:t>
      </w:r>
      <w:r>
        <w:t>ying to explain the things on an intellectual level.</w:t>
      </w:r>
    </w:p>
    <w:p>
      <w:pPr>
        <w:jc w:val="right"/>
      </w:pPr>
      <w:r>
        <w:t>ying to explain the things on an intellectual level.</w:t>
      </w:r>
    </w:p>
    <w:p>
      <w:r>
        <w:rPr>
          <w:b/>
        </w:rPr>
        <w:t xml:space="preserve">[34:01] </w:t>
      </w:r>
      <w:r>
        <w:t>So if you try to explain this phenomenon, that is stress or tension, on an intellectual level, you</w:t>
      </w:r>
    </w:p>
    <w:p>
      <w:pPr>
        <w:jc w:val="right"/>
      </w:pPr>
      <w:r>
        <w:t>So if you try to explain this phenomenon, that is stress or tension, on an intellectual level, you</w:t>
      </w:r>
    </w:p>
    <w:p>
      <w:r>
        <w:rPr>
          <w:b/>
        </w:rPr>
        <w:t xml:space="preserve">[34:09] </w:t>
      </w:r>
      <w:r>
        <w:t>will discover a great thing.</w:t>
      </w:r>
    </w:p>
    <w:p>
      <w:pPr>
        <w:jc w:val="right"/>
      </w:pPr>
      <w:r>
        <w:t>will discover a great thing.</w:t>
      </w:r>
    </w:p>
    <w:p>
      <w:r>
        <w:rPr>
          <w:b/>
        </w:rPr>
        <w:t xml:space="preserve">[34:17] </w:t>
      </w:r>
      <w:r>
        <w:t>And this, this also has already, this is also a discovery of science.</w:t>
      </w:r>
    </w:p>
    <w:p>
      <w:pPr>
        <w:jc w:val="right"/>
      </w:pPr>
      <w:r>
        <w:t>And this, this also has already, this is also a discovery of science.</w:t>
      </w:r>
    </w:p>
    <w:p>
      <w:r>
        <w:rPr>
          <w:b/>
        </w:rPr>
        <w:t xml:space="preserve">[34:25] </w:t>
      </w:r>
      <w:r>
        <w:t>Science has discovered that when man faces some challenges, there is a brainstorm in his mind.</w:t>
      </w:r>
    </w:p>
    <w:p>
      <w:pPr>
        <w:jc w:val="right"/>
      </w:pPr>
      <w:r>
        <w:t>Science has discovered that when man faces some challenges, there is a brainstorm in his mind.</w:t>
      </w:r>
    </w:p>
    <w:p>
      <w:r>
        <w:rPr>
          <w:b/>
        </w:rPr>
        <w:t xml:space="preserve">[34:31] </w:t>
      </w:r>
      <w:r>
        <w:t>When we face challenges, when we, when we face some big problems, then there is a, there is</w:t>
      </w:r>
    </w:p>
    <w:p>
      <w:pPr>
        <w:jc w:val="right"/>
      </w:pPr>
      <w:r>
        <w:t>When we face challenges, when we, when we face some big problems, then there is a, there is</w:t>
      </w:r>
    </w:p>
    <w:p>
      <w:r>
        <w:rPr>
          <w:b/>
        </w:rPr>
        <w:t xml:space="preserve">[34:37] </w:t>
      </w:r>
      <w:r>
        <w:t>a brainstorm in our, in our mind.</w:t>
      </w:r>
    </w:p>
    <w:p>
      <w:pPr>
        <w:jc w:val="right"/>
      </w:pPr>
      <w:r>
        <w:t>a brainstorm in our, in our mind.</w:t>
      </w:r>
    </w:p>
    <w:p>
      <w:r>
        <w:rPr>
          <w:b/>
        </w:rPr>
        <w:t xml:space="preserve">[34:43] </w:t>
      </w:r>
      <w:r>
        <w:t>And what is this brainstorm?</w:t>
      </w:r>
    </w:p>
    <w:p>
      <w:pPr>
        <w:jc w:val="right"/>
      </w:pPr>
      <w:r>
        <w:t>And what is this brainstorm?</w:t>
      </w:r>
    </w:p>
    <w:p>
      <w:r>
        <w:rPr>
          <w:b/>
        </w:rPr>
        <w:t xml:space="preserve">[34:49] </w:t>
      </w:r>
      <w:r>
        <w:t>According to scientific discov</w:t>
      </w:r>
    </w:p>
    <w:p>
      <w:pPr>
        <w:jc w:val="right"/>
      </w:pPr>
      <w:r>
        <w:t>According to scientific discov</w:t>
      </w:r>
    </w:p>
    <w:p>
      <w:r>
        <w:rPr>
          <w:b/>
        </w:rPr>
        <w:t xml:space="preserve">[34:55] </w:t>
      </w:r>
      <w:r>
        <w:t>eries, I am explaining the scientific Spirituality.</w:t>
      </w:r>
    </w:p>
    <w:p>
      <w:pPr>
        <w:jc w:val="right"/>
      </w:pPr>
      <w:r>
        <w:t>eries, I am explaining the scientific Spirituality.</w:t>
      </w:r>
    </w:p>
    <w:p>
      <w:r>
        <w:rPr>
          <w:b/>
        </w:rPr>
        <w:t xml:space="preserve">[35:02] </w:t>
      </w:r>
      <w:r>
        <w:t>This is scientific Spirituality.</w:t>
      </w:r>
    </w:p>
    <w:p>
      <w:pPr>
        <w:jc w:val="right"/>
      </w:pPr>
      <w:r>
        <w:t>This is scientific Spirituality.</w:t>
      </w:r>
    </w:p>
    <w:p>
      <w:r>
        <w:rPr>
          <w:b/>
        </w:rPr>
        <w:t xml:space="preserve">[35:10] </w:t>
      </w:r>
      <w:r>
        <w:t>So according to scientific discovery, when there is brainstorming, it is a blessing in disguise for you. Why?</w:t>
      </w:r>
    </w:p>
    <w:p>
      <w:pPr>
        <w:jc w:val="right"/>
      </w:pPr>
      <w:r>
        <w:t>So according to scientific discovery, when there is brainstorming, it is a blessing in disguise for you. Why?</w:t>
      </w:r>
    </w:p>
    <w:p>
      <w:r>
        <w:rPr>
          <w:b/>
        </w:rPr>
        <w:t xml:space="preserve">[35:17] </w:t>
      </w:r>
      <w:r>
        <w:t>Because brainstorming activates your, your mind. It activates</w:t>
      </w:r>
    </w:p>
    <w:p>
      <w:pPr>
        <w:jc w:val="right"/>
      </w:pPr>
      <w:r>
        <w:t>Because brainstorming activates your, your mind. It activates</w:t>
      </w:r>
    </w:p>
    <w:p>
      <w:r>
        <w:rPr>
          <w:b/>
        </w:rPr>
        <w:t xml:space="preserve">[35:25] </w:t>
      </w:r>
      <w:r>
        <w:t>all those particles, living particles.</w:t>
      </w:r>
    </w:p>
    <w:p>
      <w:pPr>
        <w:jc w:val="right"/>
      </w:pPr>
      <w:r>
        <w:t>all those particles, living particles.</w:t>
      </w:r>
    </w:p>
    <w:p>
      <w:r>
        <w:rPr>
          <w:b/>
        </w:rPr>
        <w:t xml:space="preserve">[35:33] </w:t>
      </w:r>
      <w:r>
        <w:t>So without brainstorming, your, your, your, your mind cannot, cannot be activated.</w:t>
      </w:r>
    </w:p>
    <w:p>
      <w:pPr>
        <w:jc w:val="right"/>
      </w:pPr>
      <w:r>
        <w:t>So without brainstorming, your, your, your, your mind cannot, cannot be activated.</w:t>
      </w:r>
    </w:p>
    <w:p>
      <w:r>
        <w:rPr>
          <w:b/>
        </w:rPr>
        <w:t xml:space="preserve">[35:40] </w:t>
      </w:r>
      <w:r>
        <w:t>It lives in a dormant position.</w:t>
      </w:r>
    </w:p>
    <w:p>
      <w:pPr>
        <w:jc w:val="right"/>
      </w:pPr>
      <w:r>
        <w:t>It lives in a dormant position.</w:t>
      </w:r>
    </w:p>
    <w:p>
      <w:r>
        <w:rPr>
          <w:b/>
        </w:rPr>
        <w:t xml:space="preserve">[35:48] </w:t>
      </w:r>
      <w:r>
        <w:t>So it is, it is the law of nature. It is</w:t>
      </w:r>
    </w:p>
    <w:p>
      <w:pPr>
        <w:jc w:val="right"/>
      </w:pPr>
      <w:r>
        <w:t>So it is, it is the law of nature. It is</w:t>
      </w:r>
    </w:p>
    <w:p>
      <w:r>
        <w:rPr>
          <w:b/>
        </w:rPr>
        <w:t xml:space="preserve">[35:55] </w:t>
      </w:r>
      <w:r>
        <w:t>, it is a natural method to activate your mind.</w:t>
      </w:r>
    </w:p>
    <w:p>
      <w:pPr>
        <w:jc w:val="right"/>
      </w:pPr>
      <w:r>
        <w:t>, it is a natural method to activate your mind.</w:t>
      </w:r>
    </w:p>
    <w:p>
      <w:r>
        <w:rPr>
          <w:b/>
        </w:rPr>
        <w:t xml:space="preserve">[36:06] </w:t>
      </w:r>
      <w:r>
        <w:t>Nature, this kind of brainstorming is a method of nature only to activate your mind.</w:t>
      </w:r>
    </w:p>
    <w:p>
      <w:pPr>
        <w:jc w:val="right"/>
      </w:pPr>
      <w:r>
        <w:t>Nature, this kind of brainstorming is a method of nature only to activate your mind.</w:t>
      </w:r>
    </w:p>
    <w:p>
      <w:r>
        <w:rPr>
          <w:b/>
        </w:rPr>
        <w:t xml:space="preserve">[36:16] </w:t>
      </w:r>
      <w:r>
        <w:t>And when your mind is activated, then it means that you are able to think, you are able to understand</w:t>
      </w:r>
    </w:p>
    <w:p>
      <w:pPr>
        <w:jc w:val="right"/>
      </w:pPr>
      <w:r>
        <w:t>And when your mind is activated, then it means that you are able to think, you are able to understand</w:t>
      </w:r>
    </w:p>
    <w:p>
      <w:r>
        <w:rPr>
          <w:b/>
        </w:rPr>
        <w:t xml:space="preserve">[36:27] </w:t>
      </w:r>
      <w:r>
        <w:t>, you are understandable, you are able to explain.</w:t>
      </w:r>
    </w:p>
    <w:p>
      <w:pPr>
        <w:jc w:val="right"/>
      </w:pPr>
      <w:r>
        <w:t>, you are understandable, you are able to explain.</w:t>
      </w:r>
    </w:p>
    <w:p>
      <w:r>
        <w:rPr>
          <w:b/>
        </w:rPr>
        <w:t xml:space="preserve">[36:37] </w:t>
      </w:r>
      <w:r>
        <w:t>Here I would like to add one point that there are millions, billions of people who are engaged</w:t>
      </w:r>
    </w:p>
    <w:p>
      <w:pPr>
        <w:jc w:val="right"/>
      </w:pPr>
      <w:r>
        <w:t>Here I would like to add one point that there are millions, billions of people who are engaged</w:t>
      </w:r>
    </w:p>
    <w:p>
      <w:r>
        <w:rPr>
          <w:b/>
        </w:rPr>
        <w:t xml:space="preserve">[36:48] </w:t>
      </w:r>
      <w:r>
        <w:t>in Spirituality, but no Spiritual person was able to produce a masterpiece,</w:t>
      </w:r>
    </w:p>
    <w:p>
      <w:pPr>
        <w:jc w:val="right"/>
      </w:pPr>
      <w:r>
        <w:t>in Spirituality, but no Spiritual person was able to produce a masterpiece,</w:t>
      </w:r>
    </w:p>
    <w:p>
      <w:r>
        <w:rPr>
          <w:b/>
        </w:rPr>
        <w:t xml:space="preserve">[36:58] </w:t>
      </w:r>
      <w:r>
        <w:t>a masterpiece, a book that is able to be awarded a Noble Prize.</w:t>
      </w:r>
    </w:p>
    <w:p>
      <w:pPr>
        <w:jc w:val="right"/>
      </w:pPr>
      <w:r>
        <w:t>a masterpiece, a book that is able to be awarded a Noble Prize.</w:t>
      </w:r>
    </w:p>
    <w:p>
      <w:r>
        <w:rPr>
          <w:b/>
        </w:rPr>
        <w:t xml:space="preserve">[37:08] </w:t>
      </w:r>
      <w:r>
        <w:t>No one was awarded a Nobel Prize.</w:t>
      </w:r>
    </w:p>
    <w:p>
      <w:pPr>
        <w:jc w:val="right"/>
      </w:pPr>
      <w:r>
        <w:t>No one was awarded a Nobel Prize.</w:t>
      </w:r>
    </w:p>
    <w:p>
      <w:r>
        <w:rPr>
          <w:b/>
        </w:rPr>
        <w:t xml:space="preserve">[37:19] </w:t>
      </w:r>
      <w:r>
        <w:t>In this, no one was, meaning no one was able to write a book</w:t>
      </w:r>
    </w:p>
    <w:p>
      <w:pPr>
        <w:jc w:val="right"/>
      </w:pPr>
      <w:r>
        <w:t>In this, no one was, meaning no one was able to write a book</w:t>
      </w:r>
    </w:p>
    <w:p>
      <w:r>
        <w:rPr>
          <w:b/>
        </w:rPr>
        <w:t xml:space="preserve">[37:29] </w:t>
      </w:r>
      <w:r>
        <w:t>on Spirituality on a scientific level and on such a great scale that he was able to be</w:t>
      </w:r>
    </w:p>
    <w:p>
      <w:pPr>
        <w:jc w:val="right"/>
      </w:pPr>
      <w:r>
        <w:t>on Spirituality on a scientific level and on such a great scale that he was able to be</w:t>
      </w:r>
    </w:p>
    <w:p>
      <w:r>
        <w:rPr>
          <w:b/>
        </w:rPr>
        <w:t xml:space="preserve">[37:35] </w:t>
      </w:r>
      <w:r>
        <w:t>awarded a Nobel Prize. Because why?</w:t>
      </w:r>
    </w:p>
    <w:p>
      <w:pPr>
        <w:jc w:val="right"/>
      </w:pPr>
      <w:r>
        <w:t>awarded a Nobel Prize. Because why?</w:t>
      </w:r>
    </w:p>
    <w:p>
      <w:r>
        <w:rPr>
          <w:b/>
        </w:rPr>
        <w:t xml:space="preserve">[37:41] </w:t>
      </w:r>
      <w:r>
        <w:t>Why all these Spiritual persons are living in traditional Spirituality?</w:t>
      </w:r>
    </w:p>
    <w:p>
      <w:pPr>
        <w:jc w:val="right"/>
      </w:pPr>
      <w:r>
        <w:t>Why all these Spiritual persons are living in traditional Spirituality?</w:t>
      </w:r>
    </w:p>
    <w:p>
      <w:r>
        <w:rPr>
          <w:b/>
        </w:rPr>
        <w:t xml:space="preserve">[37:47] </w:t>
      </w:r>
      <w:r>
        <w:t>They are living in ecstasy.</w:t>
      </w:r>
    </w:p>
    <w:p>
      <w:pPr>
        <w:jc w:val="right"/>
      </w:pPr>
      <w:r>
        <w:t>They are living in ecstasy.</w:t>
      </w:r>
    </w:p>
    <w:p>
      <w:r>
        <w:rPr>
          <w:b/>
        </w:rPr>
        <w:t xml:space="preserve">[37:53] </w:t>
      </w:r>
      <w:r>
        <w:t>There is no function of mind.</w:t>
      </w:r>
    </w:p>
    <w:p>
      <w:pPr>
        <w:jc w:val="right"/>
      </w:pPr>
      <w:r>
        <w:t>There is no function of mind.</w:t>
      </w:r>
    </w:p>
    <w:p>
      <w:r>
        <w:rPr>
          <w:b/>
        </w:rPr>
        <w:t xml:space="preserve">[37:59] </w:t>
      </w:r>
      <w:r>
        <w:t>It is the mind that writes a book.</w:t>
      </w:r>
    </w:p>
    <w:p>
      <w:pPr>
        <w:jc w:val="right"/>
      </w:pPr>
      <w:r>
        <w:t>It is the mind that writes a book.</w:t>
      </w:r>
    </w:p>
    <w:p>
      <w:r>
        <w:rPr>
          <w:b/>
        </w:rPr>
        <w:t xml:space="preserve">[38:05] </w:t>
      </w:r>
      <w:r>
        <w:t>Ecstasy cannot write a book.</w:t>
      </w:r>
    </w:p>
    <w:p>
      <w:pPr>
        <w:jc w:val="right"/>
      </w:pPr>
      <w:r>
        <w:t>Ecstasy cannot write a book.</w:t>
      </w:r>
    </w:p>
    <w:p>
      <w:r>
        <w:rPr>
          <w:b/>
        </w:rPr>
        <w:t xml:space="preserve">[38:10] </w:t>
      </w:r>
      <w:r>
        <w:t>When you are living in ecstasy, how can you write a book?</w:t>
      </w:r>
    </w:p>
    <w:p>
      <w:pPr>
        <w:jc w:val="right"/>
      </w:pPr>
      <w:r>
        <w:t>When you are living in ecstasy, how can you write a book?</w:t>
      </w:r>
    </w:p>
    <w:p>
      <w:r>
        <w:rPr>
          <w:b/>
        </w:rPr>
        <w:t xml:space="preserve">[38:15] </w:t>
      </w:r>
      <w:r>
        <w:t>How can you write an encyclopedia?</w:t>
      </w:r>
    </w:p>
    <w:p>
      <w:pPr>
        <w:jc w:val="right"/>
      </w:pPr>
      <w:r>
        <w:t>How can you write an encyclopedia?</w:t>
      </w:r>
    </w:p>
    <w:p>
      <w:r>
        <w:rPr>
          <w:b/>
        </w:rPr>
        <w:t xml:space="preserve">[38:21] </w:t>
      </w:r>
      <w:r>
        <w:t>One who is living in ecstasy, one who is living in ecstasy, he cannot write a book.</w:t>
      </w:r>
    </w:p>
    <w:p>
      <w:pPr>
        <w:jc w:val="right"/>
      </w:pPr>
      <w:r>
        <w:t>One who is living in ecstasy, one who is living in ecstasy, he cannot write a book.</w:t>
      </w:r>
    </w:p>
    <w:p>
      <w:r>
        <w:rPr>
          <w:b/>
        </w:rPr>
        <w:t xml:space="preserve">[38:26] </w:t>
      </w:r>
      <w:r>
        <w:t>He is just like an animal.</w:t>
      </w:r>
    </w:p>
    <w:p>
      <w:pPr>
        <w:jc w:val="right"/>
      </w:pPr>
      <w:r>
        <w:t>He is just like an animal.</w:t>
      </w:r>
    </w:p>
    <w:p>
      <w:r>
        <w:rPr>
          <w:b/>
        </w:rPr>
        <w:t xml:space="preserve">[38:31] </w:t>
      </w:r>
      <w:r>
        <w:t>A book can be produced only by that kind of mind who is living in Spirituality, who is</w:t>
      </w:r>
    </w:p>
    <w:p>
      <w:pPr>
        <w:jc w:val="right"/>
      </w:pPr>
      <w:r>
        <w:t>A book can be produced only by that kind of mind who is living in Spirituality, who is</w:t>
      </w:r>
    </w:p>
    <w:p>
      <w:r>
        <w:rPr>
          <w:b/>
        </w:rPr>
        <w:t xml:space="preserve">[38:39] </w:t>
      </w:r>
      <w:r>
        <w:t>living in intellectual development.</w:t>
      </w:r>
    </w:p>
    <w:p>
      <w:pPr>
        <w:jc w:val="right"/>
      </w:pPr>
      <w:r>
        <w:t>living in intellectual development.</w:t>
      </w:r>
    </w:p>
    <w:p>
      <w:r>
        <w:rPr>
          <w:b/>
        </w:rPr>
        <w:t xml:space="preserve">[38:47] </w:t>
      </w:r>
      <w:r>
        <w:t>So if you use your mind, then you will find, then you will discover that stress is a</w:t>
      </w:r>
    </w:p>
    <w:p>
      <w:pPr>
        <w:jc w:val="right"/>
      </w:pPr>
      <w:r>
        <w:t>So if you use your mind, then you will find, then you will discover that stress is a</w:t>
      </w:r>
    </w:p>
    <w:p>
      <w:r>
        <w:rPr>
          <w:b/>
        </w:rPr>
        <w:t xml:space="preserve">[38:54] </w:t>
      </w:r>
      <w:r>
        <w:t>challenge, tension is a challenge, and challenges are a challenge or competition</w:t>
      </w:r>
    </w:p>
    <w:p>
      <w:pPr>
        <w:jc w:val="right"/>
      </w:pPr>
      <w:r>
        <w:t>challenge, tension is a challenge, and challenges are a challenge or competition</w:t>
      </w:r>
    </w:p>
    <w:p>
      <w:r>
        <w:rPr>
          <w:b/>
        </w:rPr>
        <w:t xml:space="preserve">[39:02] </w:t>
      </w:r>
      <w:r>
        <w:t>. So when you discover that stress is a challenge and tension is a challenge, then you will discover that challenge is not evil. Challenge is a blessing. Because no challenge, no intellectual development. Challenge is the only way to develop</w:t>
      </w:r>
    </w:p>
    <w:p>
      <w:pPr>
        <w:jc w:val="right"/>
      </w:pPr>
      <w:r>
        <w:t>. So when you discover that stress is a challenge and tension is a challenge, then you will discover that challenge is not evil. Challenge is a blessing. Because no challenge, no intellectual development. Challenge is the only way to develop</w:t>
      </w:r>
    </w:p>
    <w:p>
      <w:r>
        <w:rPr>
          <w:b/>
        </w:rPr>
        <w:t xml:space="preserve">[39:32] </w:t>
      </w:r>
      <w:r>
        <w:t>, to bring about intellectual development.</w:t>
      </w:r>
    </w:p>
    <w:p>
      <w:pPr>
        <w:jc w:val="right"/>
      </w:pPr>
      <w:r>
        <w:t>, to bring about intellectual development.</w:t>
      </w:r>
    </w:p>
    <w:p>
      <w:r>
        <w:rPr>
          <w:b/>
        </w:rPr>
        <w:t xml:space="preserve">[39:37] </w:t>
      </w:r>
      <w:r>
        <w:t>So when you apply scientific discoveries, then you will discover that stress or tension is not a curse,</w:t>
      </w:r>
    </w:p>
    <w:p>
      <w:pPr>
        <w:jc w:val="right"/>
      </w:pPr>
      <w:r>
        <w:t>So when you apply scientific discoveries, then you will discover that stress or tension is not a curse,</w:t>
      </w:r>
    </w:p>
    <w:p>
      <w:r>
        <w:rPr>
          <w:b/>
        </w:rPr>
        <w:t xml:space="preserve">[39:43] </w:t>
      </w:r>
      <w:r>
        <w:t>not an evil.</w:t>
      </w:r>
    </w:p>
    <w:p>
      <w:pPr>
        <w:jc w:val="right"/>
      </w:pPr>
      <w:r>
        <w:t>not an evil.</w:t>
      </w:r>
    </w:p>
    <w:p>
      <w:r>
        <w:rPr>
          <w:b/>
        </w:rPr>
        <w:t xml:space="preserve">[39:48] </w:t>
      </w:r>
      <w:r>
        <w:t>Instead, it is a blessing.</w:t>
      </w:r>
    </w:p>
    <w:p>
      <w:pPr>
        <w:jc w:val="right"/>
      </w:pPr>
      <w:r>
        <w:t>Instead, it is a blessing.</w:t>
      </w:r>
    </w:p>
    <w:p>
      <w:r>
        <w:rPr>
          <w:b/>
        </w:rPr>
        <w:t xml:space="preserve">[39:53] </w:t>
      </w:r>
      <w:r>
        <w:t>It moves your mind.</w:t>
      </w:r>
    </w:p>
    <w:p>
      <w:pPr>
        <w:jc w:val="right"/>
      </w:pPr>
      <w:r>
        <w:t>It moves your mind.</w:t>
      </w:r>
    </w:p>
    <w:p>
      <w:r>
        <w:rPr>
          <w:b/>
        </w:rPr>
        <w:t xml:space="preserve">[39:58] </w:t>
      </w:r>
      <w:r>
        <w:t>It helps, it helps</w:t>
      </w:r>
    </w:p>
    <w:p>
      <w:pPr>
        <w:jc w:val="right"/>
      </w:pPr>
      <w:r>
        <w:t>It helps, it helps</w:t>
      </w:r>
    </w:p>
    <w:p>
      <w:r>
        <w:rPr>
          <w:b/>
        </w:rPr>
        <w:t xml:space="preserve">[40:04] </w:t>
      </w:r>
      <w:r>
        <w:t>develop your mind.</w:t>
      </w:r>
    </w:p>
    <w:p>
      <w:pPr>
        <w:jc w:val="right"/>
      </w:pPr>
      <w:r>
        <w:t>develop your mind.</w:t>
      </w:r>
    </w:p>
    <w:p>
      <w:r>
        <w:rPr>
          <w:b/>
        </w:rPr>
        <w:t xml:space="preserve">[40:11] </w:t>
      </w:r>
      <w:r>
        <w:t>Then I will give another example.</w:t>
      </w:r>
    </w:p>
    <w:p>
      <w:pPr>
        <w:jc w:val="right"/>
      </w:pPr>
      <w:r>
        <w:t>Then I will give another example.</w:t>
      </w:r>
    </w:p>
    <w:p>
      <w:r>
        <w:rPr>
          <w:b/>
        </w:rPr>
        <w:t xml:space="preserve">[40:19] </w:t>
      </w:r>
      <w:r>
        <w:t>You know, in our present time, the majority of boys and girls marry after a love affair.</w:t>
      </w:r>
    </w:p>
    <w:p>
      <w:pPr>
        <w:jc w:val="right"/>
      </w:pPr>
      <w:r>
        <w:t>You know, in our present time, the majority of boys and girls marry after a love affair.</w:t>
      </w:r>
    </w:p>
    <w:p>
      <w:r>
        <w:rPr>
          <w:b/>
        </w:rPr>
        <w:t xml:space="preserve">[40:26] </w:t>
      </w:r>
      <w:r>
        <w:t>So everywhere you know that people are, meaning love, everywhere in love marriages, everywhere in the world</w:t>
      </w:r>
    </w:p>
    <w:p>
      <w:pPr>
        <w:jc w:val="right"/>
      </w:pPr>
      <w:r>
        <w:t>So everywhere you know that people are, meaning love, everywhere in love marriages, everywhere in the world</w:t>
      </w:r>
    </w:p>
    <w:p>
      <w:r>
        <w:rPr>
          <w:b/>
        </w:rPr>
        <w:t xml:space="preserve">[40:34] </w:t>
      </w:r>
      <w:r>
        <w:t>, there are love marriages.</w:t>
      </w:r>
    </w:p>
    <w:p>
      <w:pPr>
        <w:jc w:val="right"/>
      </w:pPr>
      <w:r>
        <w:t>, there are love marriages.</w:t>
      </w:r>
    </w:p>
    <w:p>
      <w:r>
        <w:rPr>
          <w:b/>
        </w:rPr>
        <w:t xml:space="preserve">[40:41] </w:t>
      </w:r>
      <w:r>
        <w:t>But according to the report, more than 50% of marriages are failure.</w:t>
      </w:r>
    </w:p>
    <w:p>
      <w:pPr>
        <w:jc w:val="right"/>
      </w:pPr>
      <w:r>
        <w:t>But according to the report, more than 50% of marriages are failure.</w:t>
      </w:r>
    </w:p>
    <w:p>
      <w:r>
        <w:rPr>
          <w:b/>
        </w:rPr>
        <w:t xml:space="preserve">[40:49] </w:t>
      </w:r>
      <w:r>
        <w:t>More than 50% of marriages became failure. Why?</w:t>
      </w:r>
    </w:p>
    <w:p>
      <w:pPr>
        <w:jc w:val="right"/>
      </w:pPr>
      <w:r>
        <w:t>More than 50% of marriages became failure. Why?</w:t>
      </w:r>
    </w:p>
    <w:p>
      <w:r>
        <w:rPr>
          <w:b/>
        </w:rPr>
        <w:t xml:space="preserve">[40:56] </w:t>
      </w:r>
      <w:r>
        <w:t>The reason is that when they were simply lovers, there were no differences.</w:t>
      </w:r>
    </w:p>
    <w:p>
      <w:pPr>
        <w:jc w:val="right"/>
      </w:pPr>
      <w:r>
        <w:t>The reason is that when they were simply lovers, there were no differences.</w:t>
      </w:r>
    </w:p>
    <w:p>
      <w:r>
        <w:rPr>
          <w:b/>
        </w:rPr>
        <w:t xml:space="preserve">[41:04] </w:t>
      </w:r>
      <w:r>
        <w:t>But when they became partners of life, when they became, when they started living in a home, when they started a serious, when they became a serious partner in the life, then arose differences. Because difference is a part of, so part of social living. Difference is a part of social liv</w:t>
      </w:r>
    </w:p>
    <w:p>
      <w:pPr>
        <w:jc w:val="right"/>
      </w:pPr>
      <w:r>
        <w:t>But when they became partners of life, when they became, when they started living in a home, when they started a serious, when they became a serious partner in the life, then arose differences. Because difference is a part of, so part of social living. Difference is a part of social liv</w:t>
      </w:r>
    </w:p>
    <w:p>
      <w:r>
        <w:rPr>
          <w:b/>
        </w:rPr>
        <w:t xml:space="preserve">[41:34] </w:t>
      </w:r>
      <w:r>
        <w:t>ing.</w:t>
      </w:r>
    </w:p>
    <w:p>
      <w:pPr>
        <w:jc w:val="right"/>
      </w:pPr>
      <w:r>
        <w:t>ing.</w:t>
      </w:r>
    </w:p>
    <w:p>
      <w:r>
        <w:rPr>
          <w:b/>
        </w:rPr>
        <w:t xml:space="preserve">[41:38] </w:t>
      </w:r>
      <w:r>
        <w:t>When there is social living, there is difference.</w:t>
      </w:r>
    </w:p>
    <w:p>
      <w:pPr>
        <w:jc w:val="right"/>
      </w:pPr>
      <w:r>
        <w:t>When there is social living, there is difference.</w:t>
      </w:r>
    </w:p>
    <w:p>
      <w:r>
        <w:rPr>
          <w:b/>
        </w:rPr>
        <w:t xml:space="preserve">[41:41] </w:t>
      </w:r>
      <w:r>
        <w:t>So when they started living together, there were differences.</w:t>
      </w:r>
    </w:p>
    <w:p>
      <w:pPr>
        <w:jc w:val="right"/>
      </w:pPr>
      <w:r>
        <w:t>So when they started living together, there were differences.</w:t>
      </w:r>
    </w:p>
    <w:p>
      <w:r>
        <w:rPr>
          <w:b/>
        </w:rPr>
        <w:t xml:space="preserve">[41:45] </w:t>
      </w:r>
      <w:r>
        <w:t>So then what happened?</w:t>
      </w:r>
    </w:p>
    <w:p>
      <w:pPr>
        <w:jc w:val="right"/>
      </w:pPr>
      <w:r>
        <w:t>So then what happened?</w:t>
      </w:r>
    </w:p>
    <w:p>
      <w:r>
        <w:rPr>
          <w:b/>
        </w:rPr>
        <w:t xml:space="preserve">[41:49] </w:t>
      </w:r>
      <w:r>
        <w:t>Both of them, meaning husband and wife, both wanted to eliminate all the differences.</w:t>
      </w:r>
    </w:p>
    <w:p>
      <w:pPr>
        <w:jc w:val="right"/>
      </w:pPr>
      <w:r>
        <w:t>Both of them, meaning husband and wife, both wanted to eliminate all the differences.</w:t>
      </w:r>
    </w:p>
    <w:p>
      <w:r>
        <w:rPr>
          <w:b/>
        </w:rPr>
        <w:t xml:space="preserve">[41:53] </w:t>
      </w:r>
      <w:r>
        <w:t>And they failed.</w:t>
      </w:r>
    </w:p>
    <w:p>
      <w:pPr>
        <w:jc w:val="right"/>
      </w:pPr>
      <w:r>
        <w:t>And they failed.</w:t>
      </w:r>
    </w:p>
    <w:p>
      <w:r>
        <w:rPr>
          <w:b/>
        </w:rPr>
        <w:t xml:space="preserve">[41:57] </w:t>
      </w:r>
      <w:r>
        <w:t>And they failed.</w:t>
      </w:r>
    </w:p>
    <w:p>
      <w:pPr>
        <w:jc w:val="right"/>
      </w:pPr>
      <w:r>
        <w:t>And they failed.</w:t>
      </w:r>
    </w:p>
    <w:p>
      <w:r>
        <w:rPr>
          <w:b/>
        </w:rPr>
        <w:t xml:space="preserve">[42:00] </w:t>
      </w:r>
      <w:r>
        <w:t>So the result was</w:t>
      </w:r>
    </w:p>
    <w:p>
      <w:pPr>
        <w:jc w:val="right"/>
      </w:pPr>
      <w:r>
        <w:t>So the result was</w:t>
      </w:r>
    </w:p>
    <w:p>
      <w:r>
        <w:rPr>
          <w:b/>
        </w:rPr>
        <w:t xml:space="preserve">[42:04] </w:t>
      </w:r>
      <w:r>
        <w:t>breakdown, that is divorce.</w:t>
      </w:r>
    </w:p>
    <w:p>
      <w:pPr>
        <w:jc w:val="right"/>
      </w:pPr>
      <w:r>
        <w:t>breakdown, that is divorce.</w:t>
      </w:r>
    </w:p>
    <w:p>
      <w:r>
        <w:rPr>
          <w:b/>
        </w:rPr>
        <w:t xml:space="preserve">[42:12] </w:t>
      </w:r>
      <w:r>
        <w:t>Now, if you apply the scientific formula, if you use your mind, if you think about the problem,</w:t>
      </w:r>
    </w:p>
    <w:p>
      <w:pPr>
        <w:jc w:val="right"/>
      </w:pPr>
      <w:r>
        <w:t>Now, if you apply the scientific formula, if you use your mind, if you think about the problem,</w:t>
      </w:r>
    </w:p>
    <w:p>
      <w:r>
        <w:rPr>
          <w:b/>
        </w:rPr>
        <w:t xml:space="preserve">[42:19] </w:t>
      </w:r>
      <w:r>
        <w:t>you will discover that difference is not an evil.</w:t>
      </w:r>
    </w:p>
    <w:p>
      <w:pPr>
        <w:jc w:val="right"/>
      </w:pPr>
      <w:r>
        <w:t>you will discover that difference is not an evil.</w:t>
      </w:r>
    </w:p>
    <w:p>
      <w:r>
        <w:rPr>
          <w:b/>
        </w:rPr>
        <w:t xml:space="preserve">[42:27] </w:t>
      </w:r>
      <w:r>
        <w:t>Difference is an opportunity.</w:t>
      </w:r>
    </w:p>
    <w:p>
      <w:pPr>
        <w:jc w:val="right"/>
      </w:pPr>
      <w:r>
        <w:t>Difference is an opportunity.</w:t>
      </w:r>
    </w:p>
    <w:p>
      <w:r>
        <w:rPr>
          <w:b/>
        </w:rPr>
        <w:t xml:space="preserve">[42:35] </w:t>
      </w:r>
      <w:r>
        <w:t>When there is a difference between two persons, it provides you an issue of exchange, an issue of intellectual exchange.</w:t>
      </w:r>
    </w:p>
    <w:p>
      <w:pPr>
        <w:jc w:val="right"/>
      </w:pPr>
      <w:r>
        <w:t>When there is a difference between two persons, it provides you an issue of exchange, an issue of intellectual exchange.</w:t>
      </w:r>
    </w:p>
    <w:p>
      <w:r>
        <w:rPr>
          <w:b/>
        </w:rPr>
        <w:t xml:space="preserve">[42:42] </w:t>
      </w:r>
      <w:r>
        <w:t>So these boys and girls, or these husband and wife, are unaware that marriage is a companionship.</w:t>
      </w:r>
    </w:p>
    <w:p>
      <w:pPr>
        <w:jc w:val="right"/>
      </w:pPr>
      <w:r>
        <w:t>So these boys and girls, or these husband and wife, are unaware that marriage is a companionship.</w:t>
      </w:r>
    </w:p>
    <w:p>
      <w:r>
        <w:rPr>
          <w:b/>
        </w:rPr>
        <w:t xml:space="preserve">[42:50] </w:t>
      </w:r>
      <w:r>
        <w:t>Marriage is not simply a life partner.</w:t>
      </w:r>
    </w:p>
    <w:p>
      <w:pPr>
        <w:jc w:val="right"/>
      </w:pPr>
      <w:r>
        <w:t>Marriage is not simply a life partner.</w:t>
      </w:r>
    </w:p>
    <w:p>
      <w:r>
        <w:rPr>
          <w:b/>
        </w:rPr>
        <w:t xml:space="preserve">[42:57] </w:t>
      </w:r>
      <w:r>
        <w:t>Companionship, by companionship I</w:t>
      </w:r>
    </w:p>
    <w:p>
      <w:pPr>
        <w:jc w:val="right"/>
      </w:pPr>
      <w:r>
        <w:t>Companionship, by companionship I</w:t>
      </w:r>
    </w:p>
    <w:p>
      <w:r>
        <w:rPr>
          <w:b/>
        </w:rPr>
        <w:t xml:space="preserve">[43:05] </w:t>
      </w:r>
      <w:r>
        <w:t>mean intellectual partner.</w:t>
      </w:r>
    </w:p>
    <w:p>
      <w:pPr>
        <w:jc w:val="right"/>
      </w:pPr>
      <w:r>
        <w:t>mean intellectual partner.</w:t>
      </w:r>
    </w:p>
    <w:p>
      <w:r>
        <w:rPr>
          <w:b/>
        </w:rPr>
        <w:t xml:space="preserve">[43:10] </w:t>
      </w:r>
      <w:r>
        <w:t>Both are intellectual partners.</w:t>
      </w:r>
    </w:p>
    <w:p>
      <w:pPr>
        <w:jc w:val="right"/>
      </w:pPr>
      <w:r>
        <w:t>Both are intellectual partners.</w:t>
      </w:r>
    </w:p>
    <w:p>
      <w:r>
        <w:rPr>
          <w:b/>
        </w:rPr>
        <w:t xml:space="preserve">[43:15] </w:t>
      </w:r>
      <w:r>
        <w:t>Husband and wife, both are intellectual partners to each other.</w:t>
      </w:r>
    </w:p>
    <w:p>
      <w:pPr>
        <w:jc w:val="right"/>
      </w:pPr>
      <w:r>
        <w:t>Husband and wife, both are intellectual partners to each other.</w:t>
      </w:r>
    </w:p>
    <w:p>
      <w:r>
        <w:rPr>
          <w:b/>
        </w:rPr>
        <w:t xml:space="preserve">[43:20] </w:t>
      </w:r>
      <w:r>
        <w:t>And difference is a blessing.</w:t>
      </w:r>
    </w:p>
    <w:p>
      <w:pPr>
        <w:jc w:val="right"/>
      </w:pPr>
      <w:r>
        <w:t>And difference is a blessing.</w:t>
      </w:r>
    </w:p>
    <w:p>
      <w:r>
        <w:rPr>
          <w:b/>
        </w:rPr>
        <w:t xml:space="preserve">[43:25] </w:t>
      </w:r>
      <w:r>
        <w:t>Without difference, there is no intellectual exchange.</w:t>
      </w:r>
    </w:p>
    <w:p>
      <w:pPr>
        <w:jc w:val="right"/>
      </w:pPr>
      <w:r>
        <w:t>Without difference, there is no intellectual exchange.</w:t>
      </w:r>
    </w:p>
    <w:p>
      <w:r>
        <w:rPr>
          <w:b/>
        </w:rPr>
        <w:t xml:space="preserve">[43:30] </w:t>
      </w:r>
      <w:r>
        <w:t>There is a very beautiful</w:t>
      </w:r>
    </w:p>
    <w:p>
      <w:pPr>
        <w:jc w:val="right"/>
      </w:pPr>
      <w:r>
        <w:t>There is a very beautiful</w:t>
      </w:r>
    </w:p>
    <w:p>
      <w:r>
        <w:rPr>
          <w:b/>
        </w:rPr>
        <w:t xml:space="preserve">[43:35] </w:t>
      </w:r>
      <w:r>
        <w:t>saying that when all are thinking alike, when all are thinking alike, no one is thinking very much.</w:t>
      </w:r>
    </w:p>
    <w:p>
      <w:pPr>
        <w:jc w:val="right"/>
      </w:pPr>
      <w:r>
        <w:t>saying that when all are thinking alike, when all are thinking alike, no one is thinking very much.</w:t>
      </w:r>
    </w:p>
    <w:p>
      <w:r>
        <w:rPr>
          <w:b/>
        </w:rPr>
        <w:t xml:space="preserve">[43:42] </w:t>
      </w:r>
      <w:r>
        <w:t>No one is thinking very much.</w:t>
      </w:r>
    </w:p>
    <w:p>
      <w:pPr>
        <w:jc w:val="right"/>
      </w:pPr>
      <w:r>
        <w:t>No one is thinking very much.</w:t>
      </w:r>
    </w:p>
    <w:p>
      <w:r>
        <w:rPr>
          <w:b/>
        </w:rPr>
        <w:t xml:space="preserve">[43:50] </w:t>
      </w:r>
      <w:r>
        <w:t>So difference is a part of intellectual development.</w:t>
      </w:r>
    </w:p>
    <w:p>
      <w:pPr>
        <w:jc w:val="right"/>
      </w:pPr>
      <w:r>
        <w:t>So difference is a part of intellectual development.</w:t>
      </w:r>
    </w:p>
    <w:p>
      <w:r>
        <w:rPr>
          <w:b/>
        </w:rPr>
        <w:t xml:space="preserve">[43:57] </w:t>
      </w:r>
      <w:r>
        <w:t>Here, science gives us a very important clue in this regard, that take that differ</w:t>
      </w:r>
    </w:p>
    <w:p>
      <w:pPr>
        <w:jc w:val="right"/>
      </w:pPr>
      <w:r>
        <w:t>Here, science gives us a very important clue in this regard, that take that differ</w:t>
      </w:r>
    </w:p>
    <w:p>
      <w:r>
        <w:rPr>
          <w:b/>
        </w:rPr>
        <w:t xml:space="preserve">[44:05] </w:t>
      </w:r>
      <w:r>
        <w:t>ence as an issue of intellectual, an issue of dialogue.</w:t>
      </w:r>
    </w:p>
    <w:p>
      <w:pPr>
        <w:jc w:val="right"/>
      </w:pPr>
      <w:r>
        <w:t>ence as an issue of intellectual, an issue of dialogue.</w:t>
      </w:r>
    </w:p>
    <w:p>
      <w:r>
        <w:rPr>
          <w:b/>
        </w:rPr>
        <w:t xml:space="preserve">[44:11] </w:t>
      </w:r>
      <w:r>
        <w:t>You both are intellectual partners, intellectual partners to each other.</w:t>
      </w:r>
    </w:p>
    <w:p>
      <w:pPr>
        <w:jc w:val="right"/>
      </w:pPr>
      <w:r>
        <w:t>You both are intellectual partners, intellectual partners to each other.</w:t>
      </w:r>
    </w:p>
    <w:p>
      <w:r>
        <w:rPr>
          <w:b/>
        </w:rPr>
        <w:t xml:space="preserve">[44:18] </w:t>
      </w:r>
      <w:r>
        <w:t>So when there is a difference, take it as an issue of dialogue, an issue of exchange.</w:t>
      </w:r>
    </w:p>
    <w:p>
      <w:pPr>
        <w:jc w:val="right"/>
      </w:pPr>
      <w:r>
        <w:t>So when there is a difference, take it as an issue of dialogue, an issue of exchange.</w:t>
      </w:r>
    </w:p>
    <w:p>
      <w:r>
        <w:rPr>
          <w:b/>
        </w:rPr>
        <w:t xml:space="preserve">[44:24] </w:t>
      </w:r>
      <w:r>
        <w:t>So then you can avail it as an opportunity.</w:t>
      </w:r>
    </w:p>
    <w:p>
      <w:pPr>
        <w:jc w:val="right"/>
      </w:pPr>
      <w:r>
        <w:t>So then you can avail it as an opportunity.</w:t>
      </w:r>
    </w:p>
    <w:p>
      <w:r>
        <w:rPr>
          <w:b/>
        </w:rPr>
        <w:t xml:space="preserve">[44:31] </w:t>
      </w:r>
      <w:r>
        <w:t>Difference is an opportunity.</w:t>
      </w:r>
    </w:p>
    <w:p>
      <w:pPr>
        <w:jc w:val="right"/>
      </w:pPr>
      <w:r>
        <w:t>Difference is an opportunity.</w:t>
      </w:r>
    </w:p>
    <w:p>
      <w:r>
        <w:rPr>
          <w:b/>
        </w:rPr>
        <w:t xml:space="preserve">[44:37] </w:t>
      </w:r>
      <w:r>
        <w:t>So try to manage the difference rather than try to eliminate the difference. This is the formula of scientific Spirituality. In traditional Spirituality, there is no formula except to suppress your mind. They will tell you that suppress your mind. Traditional Spirituality will tell you that suppress your mind,</w:t>
      </w:r>
    </w:p>
    <w:p>
      <w:pPr>
        <w:jc w:val="right"/>
      </w:pPr>
      <w:r>
        <w:t>So try to manage the difference rather than try to eliminate the difference. This is the formula of scientific Spirituality. In traditional Spirituality, there is no formula except to suppress your mind. They will tell you that suppress your mind. Traditional Spirituality will tell you that suppress your mind,</w:t>
      </w:r>
    </w:p>
    <w:p>
      <w:r>
        <w:rPr>
          <w:b/>
        </w:rPr>
        <w:t xml:space="preserve">[45:07] </w:t>
      </w:r>
      <w:r>
        <w:t>stop your thinking.</w:t>
      </w:r>
    </w:p>
    <w:p>
      <w:pPr>
        <w:jc w:val="right"/>
      </w:pPr>
      <w:r>
        <w:t>stop your thinking.</w:t>
      </w:r>
    </w:p>
    <w:p>
      <w:r>
        <w:rPr>
          <w:b/>
        </w:rPr>
        <w:t xml:space="preserve">[45:14] </w:t>
      </w:r>
      <w:r>
        <w:t>This is their solution.</w:t>
      </w:r>
    </w:p>
    <w:p>
      <w:pPr>
        <w:jc w:val="right"/>
      </w:pPr>
      <w:r>
        <w:t>This is their solution.</w:t>
      </w:r>
    </w:p>
    <w:p>
      <w:r>
        <w:rPr>
          <w:b/>
        </w:rPr>
        <w:t xml:space="preserve">[45:20] </w:t>
      </w:r>
      <w:r>
        <w:t>But scientific Spirituality will tell you that difference gives you an opportunity for dialogue, for intellectual exchange.</w:t>
      </w:r>
    </w:p>
    <w:p>
      <w:pPr>
        <w:jc w:val="right"/>
      </w:pPr>
      <w:r>
        <w:t>But scientific Spirituality will tell you that difference gives you an opportunity for dialogue, for intellectual exchange.</w:t>
      </w:r>
    </w:p>
    <w:p>
      <w:r>
        <w:rPr>
          <w:b/>
        </w:rPr>
        <w:t xml:space="preserve">[45:26] </w:t>
      </w:r>
      <w:r>
        <w:t>And you know, without intellectual exchange, there is no intellectual development.</w:t>
      </w:r>
    </w:p>
    <w:p>
      <w:pPr>
        <w:jc w:val="right"/>
      </w:pPr>
      <w:r>
        <w:t>And you know, without intellectual exchange, there is no intellectual development.</w:t>
      </w:r>
    </w:p>
    <w:p>
      <w:r>
        <w:rPr>
          <w:b/>
        </w:rPr>
        <w:t xml:space="preserve">[45:33] </w:t>
      </w:r>
      <w:r>
        <w:t>Without intellectual exchange, there is no intellectual development.</w:t>
      </w:r>
    </w:p>
    <w:p>
      <w:pPr>
        <w:jc w:val="right"/>
      </w:pPr>
      <w:r>
        <w:t>Without intellectual exchange, there is no intellectual development.</w:t>
      </w:r>
    </w:p>
    <w:p>
      <w:r>
        <w:rPr>
          <w:b/>
        </w:rPr>
        <w:t xml:space="preserve">[45:39] </w:t>
      </w:r>
      <w:r>
        <w:t>So avail the difference as an opportunity.</w:t>
      </w:r>
    </w:p>
    <w:p>
      <w:pPr>
        <w:jc w:val="right"/>
      </w:pPr>
      <w:r>
        <w:t>So avail the difference as an opportunity.</w:t>
      </w:r>
    </w:p>
    <w:p>
      <w:r>
        <w:rPr>
          <w:b/>
        </w:rPr>
        <w:t xml:space="preserve">[45:46] </w:t>
      </w:r>
      <w:r>
        <w:t>Take the difference as an opportunity and avail it.</w:t>
      </w:r>
    </w:p>
    <w:p>
      <w:pPr>
        <w:jc w:val="right"/>
      </w:pPr>
      <w:r>
        <w:t>Take the difference as an opportunity and avail it.</w:t>
      </w:r>
    </w:p>
    <w:p>
      <w:r>
        <w:rPr>
          <w:b/>
        </w:rPr>
        <w:t xml:space="preserve">[45:54] </w:t>
      </w:r>
      <w:r>
        <w:t>So when you believe that husband and wife both are intellectual partners to each other, then you are</w:t>
      </w:r>
    </w:p>
    <w:p>
      <w:pPr>
        <w:jc w:val="right"/>
      </w:pPr>
      <w:r>
        <w:t>So when you believe that husband and wife both are intellectual partners to each other, then you are</w:t>
      </w:r>
    </w:p>
    <w:p>
      <w:r>
        <w:rPr>
          <w:b/>
        </w:rPr>
        <w:t xml:space="preserve">[46:01] </w:t>
      </w:r>
      <w:r>
        <w:t>able to take the difference as</w:t>
      </w:r>
    </w:p>
    <w:p>
      <w:pPr>
        <w:jc w:val="right"/>
      </w:pPr>
      <w:r>
        <w:t>able to take the difference as</w:t>
      </w:r>
    </w:p>
    <w:p>
      <w:r>
        <w:rPr>
          <w:b/>
        </w:rPr>
        <w:t xml:space="preserve">[46:09] </w:t>
      </w:r>
      <w:r>
        <w:t>an opportunity.</w:t>
      </w:r>
    </w:p>
    <w:p>
      <w:pPr>
        <w:jc w:val="right"/>
      </w:pPr>
      <w:r>
        <w:t>an opportunity.</w:t>
      </w:r>
    </w:p>
    <w:p>
      <w:r>
        <w:rPr>
          <w:b/>
        </w:rPr>
        <w:t xml:space="preserve">[46:14] </w:t>
      </w:r>
      <w:r>
        <w:t>Otherwise, you will go to some expert of stressing.</w:t>
      </w:r>
    </w:p>
    <w:p>
      <w:pPr>
        <w:jc w:val="right"/>
      </w:pPr>
      <w:r>
        <w:t>Otherwise, you will go to some expert of stressing.</w:t>
      </w:r>
    </w:p>
    <w:p>
      <w:r>
        <w:rPr>
          <w:b/>
        </w:rPr>
        <w:t xml:space="preserve">[46:20] </w:t>
      </w:r>
      <w:r>
        <w:t>They will tell you, "Suppress your mind." So this is the difference between traditional Spirituality and scientific Spirituality.</w:t>
      </w:r>
    </w:p>
    <w:p>
      <w:pPr>
        <w:jc w:val="right"/>
      </w:pPr>
      <w:r>
        <w:t>They will tell you, "Suppress your mind." So this is the difference between traditional Spirituality and scientific Spirituality.</w:t>
      </w:r>
    </w:p>
    <w:p>
      <w:r>
        <w:rPr>
          <w:b/>
        </w:rPr>
        <w:t xml:space="preserve">[46:25] </w:t>
      </w:r>
      <w:r>
        <w:t>And my Spirituality is scientific Spirituality.</w:t>
      </w:r>
    </w:p>
    <w:p>
      <w:pPr>
        <w:jc w:val="right"/>
      </w:pPr>
      <w:r>
        <w:t>And my Spirituality is scientific Spirituality.</w:t>
      </w:r>
    </w:p>
    <w:p>
      <w:r>
        <w:rPr>
          <w:b/>
        </w:rPr>
        <w:t xml:space="preserve">[46:30] </w:t>
      </w:r>
      <w:r>
        <w:t>There is mind-based Spirituality.</w:t>
      </w:r>
    </w:p>
    <w:p>
      <w:pPr>
        <w:jc w:val="right"/>
      </w:pPr>
      <w:r>
        <w:t>There is mind-based Spirituality.</w:t>
      </w:r>
    </w:p>
    <w:p>
      <w:r>
        <w:rPr>
          <w:b/>
        </w:rPr>
        <w:t xml:space="preserve">[46:36] </w:t>
      </w:r>
      <w:r>
        <w:t>I believe in mind-based Spirituality.</w:t>
      </w:r>
    </w:p>
    <w:p>
      <w:pPr>
        <w:jc w:val="right"/>
      </w:pPr>
      <w:r>
        <w:t>I believe in mind-based Spirituality.</w:t>
      </w:r>
    </w:p>
    <w:p>
      <w:r>
        <w:rPr>
          <w:b/>
        </w:rPr>
        <w:t xml:space="preserve">[46:41] </w:t>
      </w:r>
      <w:r>
        <w:t>And as far as the heart-based Spirituality is concerned, I think that is a remnant of superstition, superstition, simply superstition.</w:t>
      </w:r>
    </w:p>
    <w:p>
      <w:pPr>
        <w:jc w:val="right"/>
      </w:pPr>
      <w:r>
        <w:t>And as far as the heart-based Spirituality is concerned, I think that is a remnant of superstition, superstition, simply superstition.</w:t>
      </w:r>
    </w:p>
    <w:p>
      <w:r>
        <w:rPr>
          <w:b/>
        </w:rPr>
        <w:t xml:space="preserve">[46:51] </w:t>
      </w:r>
      <w:r>
        <w:t>Then I think that Jesus Christ, He was a prophet.</w:t>
      </w:r>
    </w:p>
    <w:p>
      <w:pPr>
        <w:jc w:val="right"/>
      </w:pPr>
      <w:r>
        <w:t>Then I think that Jesus Christ, He was a prophet.</w:t>
      </w:r>
    </w:p>
    <w:p>
      <w:r>
        <w:rPr>
          <w:b/>
        </w:rPr>
        <w:t xml:space="preserve">[47:01] </w:t>
      </w:r>
      <w:r>
        <w:t>We do not believe that He</w:t>
      </w:r>
    </w:p>
    <w:p>
      <w:pPr>
        <w:jc w:val="right"/>
      </w:pPr>
      <w:r>
        <w:t>We do not believe that He</w:t>
      </w:r>
    </w:p>
    <w:p>
      <w:r>
        <w:rPr>
          <w:b/>
        </w:rPr>
        <w:t xml:space="preserve">[47:11] </w:t>
      </w:r>
      <w:r>
        <w:t>was the Son of God.</w:t>
      </w:r>
    </w:p>
    <w:p>
      <w:pPr>
        <w:jc w:val="right"/>
      </w:pPr>
      <w:r>
        <w:t>was the Son of God.</w:t>
      </w:r>
    </w:p>
    <w:p>
      <w:r>
        <w:rPr>
          <w:b/>
        </w:rPr>
        <w:t xml:space="preserve">[47:19] </w:t>
      </w:r>
      <w:r>
        <w:t>He was the prophet of God.</w:t>
      </w:r>
    </w:p>
    <w:p>
      <w:pPr>
        <w:jc w:val="right"/>
      </w:pPr>
      <w:r>
        <w:t>He was the prophet of God.</w:t>
      </w:r>
    </w:p>
    <w:p>
      <w:r>
        <w:rPr>
          <w:b/>
        </w:rPr>
        <w:t xml:space="preserve">[47:26] </w:t>
      </w:r>
      <w:r>
        <w:t>And He gave us a very beautiful formula of Spirituality, that is, "Love your enemy." Love your enemy.</w:t>
      </w:r>
    </w:p>
    <w:p>
      <w:pPr>
        <w:jc w:val="right"/>
      </w:pPr>
      <w:r>
        <w:t>And He gave us a very beautiful formula of Spirituality, that is, "Love your enemy." Love your enemy.</w:t>
      </w:r>
    </w:p>
    <w:p>
      <w:r>
        <w:rPr>
          <w:b/>
        </w:rPr>
        <w:t xml:space="preserve">[47:34] </w:t>
      </w:r>
      <w:r>
        <w:t>It means you have to learn the art of</w:t>
      </w:r>
    </w:p>
    <w:p>
      <w:pPr>
        <w:jc w:val="right"/>
      </w:pPr>
      <w:r>
        <w:t>It means you have to learn the art of</w:t>
      </w:r>
    </w:p>
    <w:p>
      <w:r>
        <w:rPr>
          <w:b/>
        </w:rPr>
        <w:t xml:space="preserve">[47:41] </w:t>
      </w:r>
      <w:r>
        <w:t>enmity management.</w:t>
      </w:r>
    </w:p>
    <w:p>
      <w:pPr>
        <w:jc w:val="right"/>
      </w:pPr>
      <w:r>
        <w:t>enmity management.</w:t>
      </w:r>
    </w:p>
    <w:p>
      <w:r>
        <w:rPr>
          <w:b/>
        </w:rPr>
        <w:t xml:space="preserve">[47:47] </w:t>
      </w:r>
      <w:r>
        <w:t>Do not hate the enemy.</w:t>
      </w:r>
    </w:p>
    <w:p>
      <w:pPr>
        <w:jc w:val="right"/>
      </w:pPr>
      <w:r>
        <w:t>Do not hate the enemy.</w:t>
      </w:r>
    </w:p>
    <w:p>
      <w:r>
        <w:rPr>
          <w:b/>
        </w:rPr>
        <w:t xml:space="preserve">[47:52] </w:t>
      </w:r>
      <w:r>
        <w:t>Do not try to eliminate the enemy.</w:t>
      </w:r>
    </w:p>
    <w:p>
      <w:pPr>
        <w:jc w:val="right"/>
      </w:pPr>
      <w:r>
        <w:t>Do not try to eliminate the enemy.</w:t>
      </w:r>
    </w:p>
    <w:p>
      <w:r>
        <w:rPr>
          <w:b/>
        </w:rPr>
        <w:t xml:space="preserve">[47:57] </w:t>
      </w:r>
      <w:r>
        <w:t>Do not be negative against the enemy. No.</w:t>
      </w:r>
    </w:p>
    <w:p>
      <w:pPr>
        <w:jc w:val="right"/>
      </w:pPr>
      <w:r>
        <w:t>Do not be negative against the enemy. No.</w:t>
      </w:r>
    </w:p>
    <w:p>
      <w:r>
        <w:rPr>
          <w:b/>
        </w:rPr>
        <w:t xml:space="preserve">[48:03] </w:t>
      </w:r>
      <w:r>
        <w:t>"Love your enemy" means try to manage the enmity.</w:t>
      </w:r>
    </w:p>
    <w:p>
      <w:pPr>
        <w:jc w:val="right"/>
      </w:pPr>
      <w:r>
        <w:t>"Love your enemy" means try to manage the enmity.</w:t>
      </w:r>
    </w:p>
    <w:p>
      <w:r>
        <w:rPr>
          <w:b/>
        </w:rPr>
        <w:t xml:space="preserve">[48:08] </w:t>
      </w:r>
      <w:r>
        <w:t>And this is also mentioned in the Quran in these words</w:t>
      </w:r>
    </w:p>
    <w:p>
      <w:pPr>
        <w:jc w:val="right"/>
      </w:pPr>
      <w:r>
        <w:t>And this is also mentioned in the Quran in these words</w:t>
      </w:r>
    </w:p>
    <w:p>
      <w:r>
        <w:rPr>
          <w:b/>
        </w:rPr>
        <w:t xml:space="preserve">[48:13] </w:t>
      </w:r>
      <w:r>
        <w:t>that it means that do good deeds in return for bad deeds, and you will find that your enemy has become your dearest friend. It means that</w:t>
      </w:r>
    </w:p>
    <w:p>
      <w:pPr>
        <w:jc w:val="right"/>
      </w:pPr>
      <w:r>
        <w:t>that it means that do good deeds in return for bad deeds, and you will find that your enemy has become your dearest friend. It means that</w:t>
      </w:r>
    </w:p>
    <w:p>
      <w:r>
        <w:rPr>
          <w:b/>
        </w:rPr>
        <w:t xml:space="preserve">[48:43] </w:t>
      </w:r>
      <w:r>
        <w:t>according to the prophetic vision, Jesus Christ was a prophet, Muhammad was a prophet. So both the prophets tell us that you have to see the enemy as your friend. So according to this Quranic verse, our enemy is our potential friend. So turn this pot</w:t>
      </w:r>
    </w:p>
    <w:p>
      <w:pPr>
        <w:jc w:val="right"/>
      </w:pPr>
      <w:r>
        <w:t>according to the prophetic vision, Jesus Christ was a prophet, Muhammad was a prophet. So both the prophets tell us that you have to see the enemy as your friend. So according to this Quranic verse, our enemy is our potential friend. So turn this pot</w:t>
      </w:r>
    </w:p>
    <w:p>
      <w:r>
        <w:rPr>
          <w:b/>
        </w:rPr>
        <w:t xml:space="preserve">[49:13] </w:t>
      </w:r>
      <w:r>
        <w:t>ential to actual.</w:t>
      </w:r>
    </w:p>
    <w:p>
      <w:pPr>
        <w:jc w:val="right"/>
      </w:pPr>
      <w:r>
        <w:t>ential to actual.</w:t>
      </w:r>
    </w:p>
    <w:p>
      <w:r>
        <w:rPr>
          <w:b/>
        </w:rPr>
        <w:t xml:space="preserve">[49:18] </w:t>
      </w:r>
      <w:r>
        <w:t>So turn this potential to actual.</w:t>
      </w:r>
    </w:p>
    <w:p>
      <w:pPr>
        <w:jc w:val="right"/>
      </w:pPr>
      <w:r>
        <w:t>So turn this potential to actual.</w:t>
      </w:r>
    </w:p>
    <w:p>
      <w:r>
        <w:rPr>
          <w:b/>
        </w:rPr>
        <w:t xml:space="preserve">[49:22] </w:t>
      </w:r>
      <w:r>
        <w:t>And what a thrilling idea.</w:t>
      </w:r>
    </w:p>
    <w:p>
      <w:pPr>
        <w:jc w:val="right"/>
      </w:pPr>
      <w:r>
        <w:t>And what a thrilling idea.</w:t>
      </w:r>
    </w:p>
    <w:p>
      <w:r>
        <w:rPr>
          <w:b/>
        </w:rPr>
        <w:t xml:space="preserve">[49:26] </w:t>
      </w:r>
      <w:r>
        <w:t>This is true Spirituality.</w:t>
      </w:r>
    </w:p>
    <w:p>
      <w:pPr>
        <w:jc w:val="right"/>
      </w:pPr>
      <w:r>
        <w:t>This is true Spirituality.</w:t>
      </w:r>
    </w:p>
    <w:p>
      <w:r>
        <w:rPr>
          <w:b/>
        </w:rPr>
        <w:t xml:space="preserve">[49:31] </w:t>
      </w:r>
      <w:r>
        <w:t>This is true Spirituality.</w:t>
      </w:r>
    </w:p>
    <w:p>
      <w:pPr>
        <w:jc w:val="right"/>
      </w:pPr>
      <w:r>
        <w:t>This is true Spirituality.</w:t>
      </w:r>
    </w:p>
    <w:p>
      <w:r>
        <w:rPr>
          <w:b/>
        </w:rPr>
        <w:t xml:space="preserve">[49:35] </w:t>
      </w:r>
      <w:r>
        <w:t>When you discover that my enemy is my potential friend, that gives you a thrilling experience.</w:t>
      </w:r>
    </w:p>
    <w:p>
      <w:pPr>
        <w:jc w:val="right"/>
      </w:pPr>
      <w:r>
        <w:t>When you discover that my enemy is my potential friend, that gives you a thrilling experience.</w:t>
      </w:r>
    </w:p>
    <w:p>
      <w:r>
        <w:rPr>
          <w:b/>
        </w:rPr>
        <w:t xml:space="preserve">[49:39] </w:t>
      </w:r>
      <w:r>
        <w:t>It is like</w:t>
      </w:r>
    </w:p>
    <w:p>
      <w:pPr>
        <w:jc w:val="right"/>
      </w:pPr>
      <w:r>
        <w:t>It is like</w:t>
      </w:r>
    </w:p>
    <w:p>
      <w:r>
        <w:rPr>
          <w:b/>
        </w:rPr>
        <w:t xml:space="preserve">[49:43] </w:t>
      </w:r>
      <w:r>
        <w:t>Eureka, Eureka.</w:t>
      </w:r>
    </w:p>
    <w:p>
      <w:pPr>
        <w:jc w:val="right"/>
      </w:pPr>
      <w:r>
        <w:t>Eureka, Eureka.</w:t>
      </w:r>
    </w:p>
    <w:p>
      <w:r>
        <w:rPr>
          <w:b/>
        </w:rPr>
        <w:t xml:space="preserve">[49:50] </w:t>
      </w:r>
      <w:r>
        <w:t>It is an Eureka experience.</w:t>
      </w:r>
    </w:p>
    <w:p>
      <w:pPr>
        <w:jc w:val="right"/>
      </w:pPr>
      <w:r>
        <w:t>It is an Eureka experience.</w:t>
      </w:r>
    </w:p>
    <w:p>
      <w:r>
        <w:rPr>
          <w:b/>
        </w:rPr>
        <w:t xml:space="preserve">[49:56] </w:t>
      </w:r>
      <w:r>
        <w:t>I think that you will say that, "What a great idea that I can find a friend among my enemy.</w:t>
      </w:r>
    </w:p>
    <w:p>
      <w:pPr>
        <w:jc w:val="right"/>
      </w:pPr>
      <w:r>
        <w:t>I think that you will say that, "What a great idea that I can find a friend among my enemy.</w:t>
      </w:r>
    </w:p>
    <w:p>
      <w:r>
        <w:rPr>
          <w:b/>
        </w:rPr>
        <w:t xml:space="preserve">[50:03] </w:t>
      </w:r>
      <w:r>
        <w:t>My enemy is my friend." It is a thrilling idea.</w:t>
      </w:r>
    </w:p>
    <w:p>
      <w:pPr>
        <w:jc w:val="right"/>
      </w:pPr>
      <w:r>
        <w:t>My enemy is my friend." It is a thrilling idea.</w:t>
      </w:r>
    </w:p>
    <w:p>
      <w:r>
        <w:rPr>
          <w:b/>
        </w:rPr>
        <w:t xml:space="preserve">[50:09] </w:t>
      </w:r>
      <w:r>
        <w:t>This is true Spirituality.</w:t>
      </w:r>
    </w:p>
    <w:p>
      <w:pPr>
        <w:jc w:val="right"/>
      </w:pPr>
      <w:r>
        <w:t>This is true Spirituality.</w:t>
      </w:r>
    </w:p>
    <w:p>
      <w:r>
        <w:rPr>
          <w:b/>
        </w:rPr>
        <w:t xml:space="preserve">[50:15] </w:t>
      </w:r>
      <w:r>
        <w:t>People hate the enemy.</w:t>
      </w:r>
    </w:p>
    <w:p>
      <w:pPr>
        <w:jc w:val="right"/>
      </w:pPr>
      <w:r>
        <w:t>People hate the enemy.</w:t>
      </w:r>
    </w:p>
    <w:p>
      <w:r>
        <w:rPr>
          <w:b/>
        </w:rPr>
        <w:t xml:space="preserve">[50:21] </w:t>
      </w:r>
      <w:r>
        <w:t>They believe that the enemy is the enemy.</w:t>
      </w:r>
    </w:p>
    <w:p>
      <w:pPr>
        <w:jc w:val="right"/>
      </w:pPr>
      <w:r>
        <w:t>They believe that the enemy is the enemy.</w:t>
      </w:r>
    </w:p>
    <w:p>
      <w:r>
        <w:rPr>
          <w:b/>
        </w:rPr>
        <w:t xml:space="preserve">[50:28] </w:t>
      </w:r>
      <w:r>
        <w:t>They believe that the enemy is the enemy.</w:t>
      </w:r>
    </w:p>
    <w:p>
      <w:pPr>
        <w:jc w:val="right"/>
      </w:pPr>
      <w:r>
        <w:t>They believe that the enemy is the enemy.</w:t>
      </w:r>
    </w:p>
    <w:p>
      <w:r>
        <w:rPr>
          <w:b/>
        </w:rPr>
        <w:t xml:space="preserve">[50:34] </w:t>
      </w:r>
      <w:r>
        <w:t>But according to the prophetic guidance, the enemy is my potential friend.</w:t>
      </w:r>
    </w:p>
    <w:p>
      <w:pPr>
        <w:jc w:val="right"/>
      </w:pPr>
      <w:r>
        <w:t>But according to the prophetic guidance, the enemy is my potential friend.</w:t>
      </w:r>
    </w:p>
    <w:p>
      <w:r>
        <w:rPr>
          <w:b/>
        </w:rPr>
        <w:t xml:space="preserve">[50:40] </w:t>
      </w:r>
      <w:r>
        <w:t>So when you think like this, when you discover this truth, then you experience a thrill</w:t>
      </w:r>
    </w:p>
    <w:p>
      <w:pPr>
        <w:jc w:val="right"/>
      </w:pPr>
      <w:r>
        <w:t>So when you think like this, when you discover this truth, then you experience a thrill</w:t>
      </w:r>
    </w:p>
    <w:p>
      <w:r>
        <w:rPr>
          <w:b/>
        </w:rPr>
        <w:t xml:space="preserve">[50:46] </w:t>
      </w:r>
      <w:r>
        <w:t>.</w:t>
      </w:r>
    </w:p>
    <w:p>
      <w:pPr>
        <w:jc w:val="right"/>
      </w:pPr>
      <w:r>
        <w:t>.</w:t>
      </w:r>
    </w:p>
    <w:p>
      <w:r>
        <w:rPr>
          <w:b/>
        </w:rPr>
        <w:t xml:space="preserve">[50:52] </w:t>
      </w:r>
      <w:r>
        <w:t>It is a thrilling discovery.</w:t>
      </w:r>
    </w:p>
    <w:p>
      <w:pPr>
        <w:jc w:val="right"/>
      </w:pPr>
      <w:r>
        <w:t>It is a thrilling discovery.</w:t>
      </w:r>
    </w:p>
    <w:p>
      <w:r>
        <w:rPr>
          <w:b/>
        </w:rPr>
        <w:t xml:space="preserve">[50:58] </w:t>
      </w:r>
      <w:r>
        <w:t>It is like Eureka, Eureka.</w:t>
      </w:r>
    </w:p>
    <w:p>
      <w:pPr>
        <w:jc w:val="right"/>
      </w:pPr>
      <w:r>
        <w:t>It is like Eureka, Eureka.</w:t>
      </w:r>
    </w:p>
    <w:p>
      <w:r>
        <w:rPr>
          <w:b/>
        </w:rPr>
        <w:t xml:space="preserve">[51:04] </w:t>
      </w:r>
      <w:r>
        <w:t>This is true Spirituality.</w:t>
      </w:r>
    </w:p>
    <w:p>
      <w:pPr>
        <w:jc w:val="right"/>
      </w:pPr>
      <w:r>
        <w:t>This is true Spirituality.</w:t>
      </w:r>
    </w:p>
    <w:p>
      <w:r>
        <w:rPr>
          <w:b/>
        </w:rPr>
        <w:t xml:space="preserve">[51:10] </w:t>
      </w:r>
      <w:r>
        <w:t>Then I would like to add one more point, that man has great potential, great, great potential, unlimited potential</w:t>
      </w:r>
    </w:p>
    <w:p>
      <w:pPr>
        <w:jc w:val="right"/>
      </w:pPr>
      <w:r>
        <w:t>Then I would like to add one more point, that man has great potential, great, great potential, unlimited potential</w:t>
      </w:r>
    </w:p>
    <w:p>
      <w:r>
        <w:rPr>
          <w:b/>
        </w:rPr>
        <w:t xml:space="preserve">[51:17] </w:t>
      </w:r>
      <w:r>
        <w:t>.</w:t>
      </w:r>
    </w:p>
    <w:p>
      <w:pPr>
        <w:jc w:val="right"/>
      </w:pPr>
      <w:r>
        <w:t>.</w:t>
      </w:r>
    </w:p>
    <w:p>
      <w:r>
        <w:rPr>
          <w:b/>
        </w:rPr>
        <w:t xml:space="preserve">[51:23] </w:t>
      </w:r>
      <w:r>
        <w:t>So here I would like to refer to a psychologist.</w:t>
      </w:r>
    </w:p>
    <w:p>
      <w:pPr>
        <w:jc w:val="right"/>
      </w:pPr>
      <w:r>
        <w:t>So here I would like to refer to a psychologist.</w:t>
      </w:r>
    </w:p>
    <w:p>
      <w:r>
        <w:rPr>
          <w:b/>
        </w:rPr>
        <w:t xml:space="preserve">[51:29] </w:t>
      </w:r>
      <w:r>
        <w:t>His name was Alfred Adler.</w:t>
      </w:r>
    </w:p>
    <w:p>
      <w:pPr>
        <w:jc w:val="right"/>
      </w:pPr>
      <w:r>
        <w:t>His name was Alfred Adler.</w:t>
      </w:r>
    </w:p>
    <w:p>
      <w:r>
        <w:rPr>
          <w:b/>
        </w:rPr>
        <w:t xml:space="preserve">[51:35] </w:t>
      </w:r>
      <w:r>
        <w:t>He was a German scientist, Alfred Adler.</w:t>
      </w:r>
    </w:p>
    <w:p>
      <w:pPr>
        <w:jc w:val="right"/>
      </w:pPr>
      <w:r>
        <w:t>He was a German scientist, Alfred Adler.</w:t>
      </w:r>
    </w:p>
    <w:p>
      <w:r>
        <w:rPr>
          <w:b/>
        </w:rPr>
        <w:t xml:space="preserve">[51:41] </w:t>
      </w:r>
      <w:r>
        <w:t>His last book was "Individual Psychology." "Individual</w:t>
      </w:r>
    </w:p>
    <w:p>
      <w:pPr>
        <w:jc w:val="right"/>
      </w:pPr>
      <w:r>
        <w:t>His last book was "Individual Psychology." "Individual</w:t>
      </w:r>
    </w:p>
    <w:p>
      <w:r>
        <w:rPr>
          <w:b/>
        </w:rPr>
        <w:t xml:space="preserve">[51:47] </w:t>
      </w:r>
      <w:r>
        <w:t>Psychology." He was an authority in psychology.</w:t>
      </w:r>
    </w:p>
    <w:p>
      <w:pPr>
        <w:jc w:val="right"/>
      </w:pPr>
      <w:r>
        <w:t>Psychology." He was an authority in psychology.</w:t>
      </w:r>
    </w:p>
    <w:p>
      <w:r>
        <w:rPr>
          <w:b/>
        </w:rPr>
        <w:t xml:space="preserve">[51:53] </w:t>
      </w:r>
      <w:r>
        <w:t>So he says in this book, he says in the book that, "I have studied man." M-A-N, man</w:t>
      </w:r>
    </w:p>
    <w:p>
      <w:pPr>
        <w:jc w:val="right"/>
      </w:pPr>
      <w:r>
        <w:t>So he says in this book, he says in the book that, "I have studied man." M-A-N, man</w:t>
      </w:r>
    </w:p>
    <w:p>
      <w:r>
        <w:rPr>
          <w:b/>
        </w:rPr>
        <w:t xml:space="preserve">[51:59] </w:t>
      </w:r>
      <w:r>
        <w:t>was my subject.</w:t>
      </w:r>
    </w:p>
    <w:p>
      <w:pPr>
        <w:jc w:val="right"/>
      </w:pPr>
      <w:r>
        <w:t>was my subject.</w:t>
      </w:r>
    </w:p>
    <w:p>
      <w:r>
        <w:rPr>
          <w:b/>
        </w:rPr>
        <w:t xml:space="preserve">[52:06] </w:t>
      </w:r>
      <w:r>
        <w:t>Man was my subject.</w:t>
      </w:r>
    </w:p>
    <w:p>
      <w:pPr>
        <w:jc w:val="right"/>
      </w:pPr>
      <w:r>
        <w:t>Man was my subject.</w:t>
      </w:r>
    </w:p>
    <w:p>
      <w:r>
        <w:rPr>
          <w:b/>
        </w:rPr>
        <w:t xml:space="preserve">[52:12] </w:t>
      </w:r>
      <w:r>
        <w:t>I studied man throughout my lif</w:t>
      </w:r>
    </w:p>
    <w:p>
      <w:pPr>
        <w:jc w:val="right"/>
      </w:pPr>
      <w:r>
        <w:t>I studied man throughout my lif</w:t>
      </w:r>
    </w:p>
    <w:p>
      <w:r>
        <w:rPr>
          <w:b/>
        </w:rPr>
        <w:t xml:space="preserve">[52:18] </w:t>
      </w:r>
      <w:r>
        <w:t>e.</w:t>
      </w:r>
    </w:p>
    <w:p>
      <w:pPr>
        <w:jc w:val="right"/>
      </w:pPr>
      <w:r>
        <w:t>e.</w:t>
      </w:r>
    </w:p>
    <w:p>
      <w:r>
        <w:rPr>
          <w:b/>
        </w:rPr>
        <w:t xml:space="preserve">[52:26] </w:t>
      </w:r>
      <w:r>
        <w:t>The greatest thing I discovered is that man has a great potential, great, great potential.</w:t>
      </w:r>
    </w:p>
    <w:p>
      <w:pPr>
        <w:jc w:val="right"/>
      </w:pPr>
      <w:r>
        <w:t>The greatest thing I discovered is that man has a great potential, great, great potential.</w:t>
      </w:r>
    </w:p>
    <w:p>
      <w:r>
        <w:rPr>
          <w:b/>
        </w:rPr>
        <w:t xml:space="preserve">[52:34] </w:t>
      </w:r>
      <w:r>
        <w:t>So what was his discovery?</w:t>
      </w:r>
    </w:p>
    <w:p>
      <w:pPr>
        <w:jc w:val="right"/>
      </w:pPr>
      <w:r>
        <w:t>So what was his discovery?</w:t>
      </w:r>
    </w:p>
    <w:p>
      <w:r>
        <w:rPr>
          <w:b/>
        </w:rPr>
        <w:t xml:space="preserve">[52:42] </w:t>
      </w:r>
      <w:r>
        <w:t>In his own words, their power—it is his words—their power to turn a minus into a plus,</w:t>
      </w:r>
    </w:p>
    <w:p>
      <w:pPr>
        <w:jc w:val="right"/>
      </w:pPr>
      <w:r>
        <w:t>In his own words, their power—it is his words—their power to turn a minus into a plus,</w:t>
      </w:r>
    </w:p>
    <w:p>
      <w:r>
        <w:rPr>
          <w:b/>
        </w:rPr>
        <w:t xml:space="preserve">[52:50] </w:t>
      </w:r>
      <w:r>
        <w:t>their power to turn a minus into a plus.</w:t>
      </w:r>
    </w:p>
    <w:p>
      <w:pPr>
        <w:jc w:val="right"/>
      </w:pPr>
      <w:r>
        <w:t>their power to turn a minus into a plus.</w:t>
      </w:r>
    </w:p>
    <w:p>
      <w:r>
        <w:rPr>
          <w:b/>
        </w:rPr>
        <w:t xml:space="preserve">[52:56] </w:t>
      </w:r>
      <w:r>
        <w:t>This is the power of Spirituality.</w:t>
      </w:r>
    </w:p>
    <w:p>
      <w:pPr>
        <w:jc w:val="right"/>
      </w:pPr>
      <w:r>
        <w:t>This is the power of Spirituality.</w:t>
      </w:r>
    </w:p>
    <w:p>
      <w:r>
        <w:rPr>
          <w:b/>
        </w:rPr>
        <w:t xml:space="preserve">[53:02] </w:t>
      </w:r>
      <w:r>
        <w:t>You can turn your minus into a plus. But when?</w:t>
      </w:r>
    </w:p>
    <w:p>
      <w:pPr>
        <w:jc w:val="right"/>
      </w:pPr>
      <w:r>
        <w:t>You can turn your minus into a plus. But when?</w:t>
      </w:r>
    </w:p>
    <w:p>
      <w:r>
        <w:rPr>
          <w:b/>
        </w:rPr>
        <w:t xml:space="preserve">[53:08] </w:t>
      </w:r>
      <w:r>
        <w:t>When you are a spiritual person.</w:t>
      </w:r>
    </w:p>
    <w:p>
      <w:pPr>
        <w:jc w:val="right"/>
      </w:pPr>
      <w:r>
        <w:t>When you are a spiritual person.</w:t>
      </w:r>
    </w:p>
    <w:p>
      <w:r>
        <w:rPr>
          <w:b/>
        </w:rPr>
        <w:t xml:space="preserve">[53:14] </w:t>
      </w:r>
      <w:r>
        <w:t>It is Spirituality that enables you to avail this opportunity.</w:t>
      </w:r>
    </w:p>
    <w:p>
      <w:pPr>
        <w:jc w:val="right"/>
      </w:pPr>
      <w:r>
        <w:t>It is Spirituality that enables you to avail this opportunity.</w:t>
      </w:r>
    </w:p>
    <w:p>
      <w:r>
        <w:rPr>
          <w:b/>
        </w:rPr>
        <w:t xml:space="preserve">[53:21] </w:t>
      </w:r>
      <w:r>
        <w:t>Why?</w:t>
      </w:r>
    </w:p>
    <w:p>
      <w:pPr>
        <w:jc w:val="right"/>
      </w:pPr>
      <w:r>
        <w:t>Why?</w:t>
      </w:r>
    </w:p>
    <w:p>
      <w:r>
        <w:rPr>
          <w:b/>
        </w:rPr>
        <w:t xml:space="preserve">[53:25] </w:t>
      </w:r>
      <w:r>
        <w:t>It requires positive thinking.</w:t>
      </w:r>
    </w:p>
    <w:p>
      <w:pPr>
        <w:jc w:val="right"/>
      </w:pPr>
      <w:r>
        <w:t>It requires positive thinking.</w:t>
      </w:r>
    </w:p>
    <w:p>
      <w:r>
        <w:rPr>
          <w:b/>
        </w:rPr>
        <w:t xml:space="preserve">[53:29] </w:t>
      </w:r>
      <w:r>
        <w:t>It requires positive thinking.</w:t>
      </w:r>
    </w:p>
    <w:p>
      <w:pPr>
        <w:jc w:val="right"/>
      </w:pPr>
      <w:r>
        <w:t>It requires positive thinking.</w:t>
      </w:r>
    </w:p>
    <w:p>
      <w:r>
        <w:rPr>
          <w:b/>
        </w:rPr>
        <w:t xml:space="preserve">[53:33] </w:t>
      </w:r>
      <w:r>
        <w:t>It requires patience.</w:t>
      </w:r>
    </w:p>
    <w:p>
      <w:pPr>
        <w:jc w:val="right"/>
      </w:pPr>
      <w:r>
        <w:t>It requires patience.</w:t>
      </w:r>
    </w:p>
    <w:p>
      <w:r>
        <w:rPr>
          <w:b/>
        </w:rPr>
        <w:t xml:space="preserve">[53:37] </w:t>
      </w:r>
      <w:r>
        <w:t>It requires tolerance.</w:t>
      </w:r>
    </w:p>
    <w:p>
      <w:pPr>
        <w:jc w:val="right"/>
      </w:pPr>
      <w:r>
        <w:t>It requires tolerance.</w:t>
      </w:r>
    </w:p>
    <w:p>
      <w:r>
        <w:rPr>
          <w:b/>
        </w:rPr>
        <w:t xml:space="preserve">[53:41] </w:t>
      </w:r>
      <w:r>
        <w:t>It requires justice.</w:t>
      </w:r>
    </w:p>
    <w:p>
      <w:pPr>
        <w:jc w:val="right"/>
      </w:pPr>
      <w:r>
        <w:t>It requires justice.</w:t>
      </w:r>
    </w:p>
    <w:p>
      <w:r>
        <w:rPr>
          <w:b/>
        </w:rPr>
        <w:t xml:space="preserve">[53:45] </w:t>
      </w:r>
      <w:r>
        <w:t>It requires love.</w:t>
      </w:r>
    </w:p>
    <w:p>
      <w:pPr>
        <w:jc w:val="right"/>
      </w:pPr>
      <w:r>
        <w:t>It requires love.</w:t>
      </w:r>
    </w:p>
    <w:p>
      <w:r>
        <w:rPr>
          <w:b/>
        </w:rPr>
        <w:t xml:space="preserve">[53:49] </w:t>
      </w:r>
      <w:r>
        <w:t>It requires compassion.</w:t>
      </w:r>
    </w:p>
    <w:p>
      <w:pPr>
        <w:jc w:val="right"/>
      </w:pPr>
      <w:r>
        <w:t>It requires compassion.</w:t>
      </w:r>
    </w:p>
    <w:p>
      <w:r>
        <w:rPr>
          <w:b/>
        </w:rPr>
        <w:t xml:space="preserve">[53:53] </w:t>
      </w:r>
      <w:r>
        <w:t>Because you know, when there is a problem, so people generally think in reaction.</w:t>
      </w:r>
    </w:p>
    <w:p>
      <w:pPr>
        <w:jc w:val="right"/>
      </w:pPr>
      <w:r>
        <w:t>Because you know, when there is a problem, so people generally think in reaction.</w:t>
      </w:r>
    </w:p>
    <w:p>
      <w:r>
        <w:rPr>
          <w:b/>
        </w:rPr>
        <w:t xml:space="preserve">[54:03] </w:t>
      </w:r>
      <w:r>
        <w:t>Their thinking becomes reactionary thinking.</w:t>
      </w:r>
    </w:p>
    <w:p>
      <w:pPr>
        <w:jc w:val="right"/>
      </w:pPr>
      <w:r>
        <w:t>Their thinking becomes reactionary thinking.</w:t>
      </w:r>
    </w:p>
    <w:p>
      <w:r>
        <w:rPr>
          <w:b/>
        </w:rPr>
        <w:t xml:space="preserve">[54:13] </w:t>
      </w:r>
      <w:r>
        <w:t>So when you are responding in a reaction, when there is a situation and you are responding</w:t>
      </w:r>
    </w:p>
    <w:p>
      <w:pPr>
        <w:jc w:val="right"/>
      </w:pPr>
      <w:r>
        <w:t>So when you are responding in a reaction, when there is a situation and you are responding</w:t>
      </w:r>
    </w:p>
    <w:p>
      <w:r>
        <w:rPr>
          <w:b/>
        </w:rPr>
        <w:t xml:space="preserve">[54:23] </w:t>
      </w:r>
      <w:r>
        <w:t>negatively, then you would lose—then you will lose the positive thinking.</w:t>
      </w:r>
    </w:p>
    <w:p>
      <w:pPr>
        <w:jc w:val="right"/>
      </w:pPr>
      <w:r>
        <w:t>negatively, then you would lose—then you will lose the positive thinking.</w:t>
      </w:r>
    </w:p>
    <w:p>
      <w:r>
        <w:rPr>
          <w:b/>
        </w:rPr>
        <w:t xml:space="preserve">[54:30] </w:t>
      </w:r>
      <w:r>
        <w:t>And when you will lose positive thinking, then you cannot avail all the opportunities.</w:t>
      </w:r>
    </w:p>
    <w:p>
      <w:pPr>
        <w:jc w:val="right"/>
      </w:pPr>
      <w:r>
        <w:t>And when you will lose positive thinking, then you cannot avail all the opportunities.</w:t>
      </w:r>
    </w:p>
    <w:p>
      <w:r>
        <w:rPr>
          <w:b/>
        </w:rPr>
        <w:t xml:space="preserve">[54:38] </w:t>
      </w:r>
      <w:r>
        <w:t>You become unable to turn your minus into a plus.</w:t>
      </w:r>
    </w:p>
    <w:p>
      <w:pPr>
        <w:jc w:val="right"/>
      </w:pPr>
      <w:r>
        <w:t>You become unable to turn your minus into a plus.</w:t>
      </w:r>
    </w:p>
    <w:p>
      <w:r>
        <w:rPr>
          <w:b/>
        </w:rPr>
        <w:t xml:space="preserve">[54:45] </w:t>
      </w:r>
      <w:r>
        <w:t>So if you are</w:t>
      </w:r>
    </w:p>
    <w:p>
      <w:pPr>
        <w:jc w:val="right"/>
      </w:pPr>
      <w:r>
        <w:t>So if you are</w:t>
      </w:r>
    </w:p>
    <w:p>
      <w:r>
        <w:rPr>
          <w:b/>
        </w:rPr>
        <w:t xml:space="preserve">[54:53] </w:t>
      </w:r>
      <w:r>
        <w:t>a materialist, you are a worldly person, you are living in hate and intolerance, you cannot avail this opportunity.</w:t>
      </w:r>
    </w:p>
    <w:p>
      <w:pPr>
        <w:jc w:val="right"/>
      </w:pPr>
      <w:r>
        <w:t>a materialist, you are a worldly person, you are living in hate and intolerance, you cannot avail this opportunity.</w:t>
      </w:r>
    </w:p>
    <w:p>
      <w:r>
        <w:rPr>
          <w:b/>
        </w:rPr>
        <w:t xml:space="preserve">[54:58] </w:t>
      </w:r>
      <w:r>
        <w:t>You cannot turn your minus into a plus.</w:t>
      </w:r>
    </w:p>
    <w:p>
      <w:pPr>
        <w:jc w:val="right"/>
      </w:pPr>
      <w:r>
        <w:t>You cannot turn your minus into a plus.</w:t>
      </w:r>
    </w:p>
    <w:p>
      <w:r>
        <w:rPr>
          <w:b/>
        </w:rPr>
        <w:t xml:space="preserve">[55:04] </w:t>
      </w:r>
      <w:r>
        <w:t>It requires complete positivity.</w:t>
      </w:r>
    </w:p>
    <w:p>
      <w:pPr>
        <w:jc w:val="right"/>
      </w:pPr>
      <w:r>
        <w:t>It requires complete positivity.</w:t>
      </w:r>
    </w:p>
    <w:p>
      <w:r>
        <w:rPr>
          <w:b/>
        </w:rPr>
        <w:t xml:space="preserve">[55:09] </w:t>
      </w:r>
      <w:r>
        <w:t>It requires love towards humanity.</w:t>
      </w:r>
    </w:p>
    <w:p>
      <w:pPr>
        <w:jc w:val="right"/>
      </w:pPr>
      <w:r>
        <w:t>It requires love towards humanity.</w:t>
      </w:r>
    </w:p>
    <w:p>
      <w:r>
        <w:rPr>
          <w:b/>
        </w:rPr>
        <w:t xml:space="preserve">[55:15] </w:t>
      </w:r>
      <w:r>
        <w:t>Love means—what is love?</w:t>
      </w:r>
    </w:p>
    <w:p>
      <w:pPr>
        <w:jc w:val="right"/>
      </w:pPr>
      <w:r>
        <w:t>Love means—what is love?</w:t>
      </w:r>
    </w:p>
    <w:p>
      <w:r>
        <w:rPr>
          <w:b/>
        </w:rPr>
        <w:t xml:space="preserve">[55:20] </w:t>
      </w:r>
      <w:r>
        <w:t>Love means you are free of all kinds of negative thoughts.</w:t>
      </w:r>
    </w:p>
    <w:p>
      <w:pPr>
        <w:jc w:val="right"/>
      </w:pPr>
      <w:r>
        <w:t>Love means you are free of all kinds of negative thoughts.</w:t>
      </w:r>
    </w:p>
    <w:p>
      <w:r>
        <w:rPr>
          <w:b/>
        </w:rPr>
        <w:t xml:space="preserve">[55:25] </w:t>
      </w:r>
      <w:r>
        <w:t>When Jesus Christ said, "Love your enemy," it means that live without negativity, live without hate, live without</w:t>
      </w:r>
    </w:p>
    <w:p>
      <w:pPr>
        <w:jc w:val="right"/>
      </w:pPr>
      <w:r>
        <w:t>When Jesus Christ said, "Love your enemy," it means that live without negativity, live without hate, live without</w:t>
      </w:r>
    </w:p>
    <w:p>
      <w:r>
        <w:rPr>
          <w:b/>
        </w:rPr>
        <w:t xml:space="preserve">[55:41] </w:t>
      </w:r>
      <w:r>
        <w:t>complaint, live without protest. This is</w:t>
      </w:r>
    </w:p>
    <w:p>
      <w:pPr>
        <w:jc w:val="right"/>
      </w:pPr>
      <w:r>
        <w:t>complaint, live without protest. This is</w:t>
      </w:r>
    </w:p>
    <w:p>
      <w:r>
        <w:rPr>
          <w:b/>
        </w:rPr>
        <w:t xml:space="preserve">[55:56] </w:t>
      </w:r>
      <w:r>
        <w:t>"Love your enemy." It is a culture, a culture of positivity.</w:t>
      </w:r>
    </w:p>
    <w:p>
      <w:pPr>
        <w:jc w:val="right"/>
      </w:pPr>
      <w:r>
        <w:t>"Love your enemy." It is a culture, a culture of positivity.</w:t>
      </w:r>
    </w:p>
    <w:p>
      <w:r>
        <w:rPr>
          <w:b/>
        </w:rPr>
        <w:t xml:space="preserve">[56:06] </w:t>
      </w:r>
      <w:r>
        <w:t>The prophets of Islam and the prophet Jesus both tell us this secret of life, that if you</w:t>
      </w:r>
    </w:p>
    <w:p>
      <w:pPr>
        <w:jc w:val="right"/>
      </w:pPr>
      <w:r>
        <w:t>The prophets of Islam and the prophet Jesus both tell us this secret of life, that if you</w:t>
      </w:r>
    </w:p>
    <w:p>
      <w:r>
        <w:rPr>
          <w:b/>
        </w:rPr>
        <w:t xml:space="preserve">[56:16] </w:t>
      </w:r>
      <w:r>
        <w:t>are able to live in positivity, then you are able to turn your minus into a plus. Otherwise, no.</w:t>
      </w:r>
    </w:p>
    <w:p>
      <w:pPr>
        <w:jc w:val="right"/>
      </w:pPr>
      <w:r>
        <w:t>are able to live in positivity, then you are able to turn your minus into a plus. Otherwise, no.</w:t>
      </w:r>
    </w:p>
    <w:p>
      <w:r>
        <w:rPr>
          <w:b/>
        </w:rPr>
        <w:t xml:space="preserve">[56:26] </w:t>
      </w:r>
      <w:r>
        <w:t>Otherwise, no.</w:t>
      </w:r>
    </w:p>
    <w:p>
      <w:pPr>
        <w:jc w:val="right"/>
      </w:pPr>
      <w:r>
        <w:t>Otherwise, no.</w:t>
      </w:r>
    </w:p>
    <w:p>
      <w:r>
        <w:rPr>
          <w:b/>
        </w:rPr>
        <w:t xml:space="preserve">[56:32] </w:t>
      </w:r>
      <w:r>
        <w:t>This is the secret of life.</w:t>
      </w:r>
    </w:p>
    <w:p>
      <w:pPr>
        <w:jc w:val="right"/>
      </w:pPr>
      <w:r>
        <w:t>This is the secret of life.</w:t>
      </w:r>
    </w:p>
    <w:p>
      <w:r>
        <w:rPr>
          <w:b/>
        </w:rPr>
        <w:t xml:space="preserve">[56:38] </w:t>
      </w:r>
      <w:r>
        <w:t>And only a spiritual person can avail this opportunity.</w:t>
      </w:r>
    </w:p>
    <w:p>
      <w:pPr>
        <w:jc w:val="right"/>
      </w:pPr>
      <w:r>
        <w:t>And only a spiritual person can avail this opportunity.</w:t>
      </w:r>
    </w:p>
    <w:p>
      <w:r>
        <w:rPr>
          <w:b/>
        </w:rPr>
        <w:t xml:space="preserve">[56:44] </w:t>
      </w:r>
      <w:r>
        <w:t>This is the formula of superachievement.</w:t>
      </w:r>
    </w:p>
    <w:p>
      <w:pPr>
        <w:jc w:val="right"/>
      </w:pPr>
      <w:r>
        <w:t>This is the formula of superachievement.</w:t>
      </w:r>
    </w:p>
    <w:p>
      <w:r>
        <w:rPr>
          <w:b/>
        </w:rPr>
        <w:t xml:space="preserve">[56:50] </w:t>
      </w:r>
      <w:r>
        <w:t>What is Spiritual</w:t>
      </w:r>
    </w:p>
    <w:p>
      <w:pPr>
        <w:jc w:val="right"/>
      </w:pPr>
      <w:r>
        <w:t>What is Spiritual</w:t>
      </w:r>
    </w:p>
    <w:p>
      <w:r>
        <w:rPr>
          <w:b/>
        </w:rPr>
        <w:t xml:space="preserve">[56:56] </w:t>
      </w:r>
      <w:r>
        <w:t>ity?</w:t>
      </w:r>
    </w:p>
    <w:p>
      <w:pPr>
        <w:jc w:val="right"/>
      </w:pPr>
      <w:r>
        <w:t>ity?</w:t>
      </w:r>
    </w:p>
    <w:p>
      <w:r>
        <w:rPr>
          <w:b/>
        </w:rPr>
        <w:t xml:space="preserve">[57:01] </w:t>
      </w:r>
      <w:r>
        <w:t>Spirituality gives you the formula of superachievement.</w:t>
      </w:r>
    </w:p>
    <w:p>
      <w:pPr>
        <w:jc w:val="right"/>
      </w:pPr>
      <w:r>
        <w:t>Spirituality gives you the formula of superachievement.</w:t>
      </w:r>
    </w:p>
    <w:p>
      <w:r>
        <w:rPr>
          <w:b/>
        </w:rPr>
        <w:t xml:space="preserve">[57:07] </w:t>
      </w:r>
      <w:r>
        <w:t>Here is the formula of superachievement.</w:t>
      </w:r>
    </w:p>
    <w:p>
      <w:pPr>
        <w:jc w:val="right"/>
      </w:pPr>
      <w:r>
        <w:t>Here is the formula of superachievement.</w:t>
      </w:r>
    </w:p>
    <w:p>
      <w:r>
        <w:rPr>
          <w:b/>
        </w:rPr>
        <w:t xml:space="preserve">[57:12] </w:t>
      </w:r>
      <w:r>
        <w:t>All those formulas are false.</w:t>
      </w:r>
    </w:p>
    <w:p>
      <w:pPr>
        <w:jc w:val="right"/>
      </w:pPr>
      <w:r>
        <w:t>All those formulas are false.</w:t>
      </w:r>
    </w:p>
    <w:p>
      <w:r>
        <w:rPr>
          <w:b/>
        </w:rPr>
        <w:t xml:space="preserve">[57:17] </w:t>
      </w:r>
      <w:r>
        <w:t>I think that only Spirituality gives you the formula of superachievement.</w:t>
      </w:r>
    </w:p>
    <w:p>
      <w:pPr>
        <w:jc w:val="right"/>
      </w:pPr>
      <w:r>
        <w:t>I think that only Spirituality gives you the formula of superachievement.</w:t>
      </w:r>
    </w:p>
    <w:p>
      <w:r>
        <w:rPr>
          <w:b/>
        </w:rPr>
        <w:t xml:space="preserve">[57:22] </w:t>
      </w:r>
      <w:r>
        <w:t>If you follow this formula, you will become a superachiever, super</w:t>
      </w:r>
    </w:p>
    <w:p>
      <w:pPr>
        <w:jc w:val="right"/>
      </w:pPr>
      <w:r>
        <w:t>If you follow this formula, you will become a superachiever, super</w:t>
      </w:r>
    </w:p>
    <w:p>
      <w:r>
        <w:rPr>
          <w:b/>
        </w:rPr>
        <w:t xml:space="preserve">[57:27] </w:t>
      </w:r>
      <w:r>
        <w:t>achiever.</w:t>
      </w:r>
    </w:p>
    <w:p>
      <w:pPr>
        <w:jc w:val="right"/>
      </w:pPr>
      <w:r>
        <w:t>achiever.</w:t>
      </w:r>
    </w:p>
    <w:p>
      <w:r>
        <w:rPr>
          <w:b/>
        </w:rPr>
        <w:t xml:space="preserve">[57:34] </w:t>
      </w:r>
      <w:r>
        <w:t>Because it is Spirituality that enables you.</w:t>
      </w:r>
    </w:p>
    <w:p>
      <w:pPr>
        <w:jc w:val="right"/>
      </w:pPr>
      <w:r>
        <w:t>Because it is Spirituality that enables you.</w:t>
      </w:r>
    </w:p>
    <w:p>
      <w:r>
        <w:rPr>
          <w:b/>
        </w:rPr>
        <w:t xml:space="preserve">[57:42] </w:t>
      </w:r>
      <w:r>
        <w:t>It is Spirituality that enables you to turn your minus into a plus.</w:t>
      </w:r>
    </w:p>
    <w:p>
      <w:pPr>
        <w:jc w:val="right"/>
      </w:pPr>
      <w:r>
        <w:t>It is Spirituality that enables you to turn your minus into a plus.</w:t>
      </w:r>
    </w:p>
    <w:p>
      <w:r>
        <w:rPr>
          <w:b/>
        </w:rPr>
        <w:t xml:space="preserve">[57:50] </w:t>
      </w:r>
      <w:r>
        <w:t>And this is the highest—this is the highest form of humanity.</w:t>
      </w:r>
    </w:p>
    <w:p>
      <w:pPr>
        <w:jc w:val="right"/>
      </w:pPr>
      <w:r>
        <w:t>And this is the highest—this is the highest form of humanity.</w:t>
      </w:r>
    </w:p>
    <w:p>
      <w:r>
        <w:rPr>
          <w:b/>
        </w:rPr>
        <w:t xml:space="preserve">[57:57] </w:t>
      </w:r>
      <w:r>
        <w:t>So I would like to say that science has played a role of what I call a corrective</w:t>
      </w:r>
    </w:p>
    <w:p>
      <w:pPr>
        <w:jc w:val="right"/>
      </w:pPr>
      <w:r>
        <w:t>So I would like to say that science has played a role of what I call a corrective</w:t>
      </w:r>
    </w:p>
    <w:p>
      <w:r>
        <w:rPr>
          <w:b/>
        </w:rPr>
        <w:t xml:space="preserve">[58:07] </w:t>
      </w:r>
      <w:r>
        <w:t>role, corrective role in this regard.</w:t>
      </w:r>
    </w:p>
    <w:p>
      <w:pPr>
        <w:jc w:val="right"/>
      </w:pPr>
      <w:r>
        <w:t>role, corrective role in this regard.</w:t>
      </w:r>
    </w:p>
    <w:p>
      <w:r>
        <w:rPr>
          <w:b/>
        </w:rPr>
        <w:t xml:space="preserve">[58:17] </w:t>
      </w:r>
      <w:r>
        <w:t>Previously, Spirituality was obsessed with superstition. I</w:t>
      </w:r>
    </w:p>
    <w:p>
      <w:pPr>
        <w:jc w:val="right"/>
      </w:pPr>
      <w:r>
        <w:t>Previously, Spirituality was obsessed with superstition. I</w:t>
      </w:r>
    </w:p>
    <w:p>
      <w:r>
        <w:rPr>
          <w:b/>
        </w:rPr>
        <w:t xml:space="preserve">[58:27] </w:t>
      </w:r>
      <w:r>
        <w:t>can say that previously, Spirituality was simply a branch of superstition.</w:t>
      </w:r>
    </w:p>
    <w:p>
      <w:pPr>
        <w:jc w:val="right"/>
      </w:pPr>
      <w:r>
        <w:t>can say that previously, Spirituality was simply a branch of superstition.</w:t>
      </w:r>
    </w:p>
    <w:p>
      <w:r>
        <w:rPr>
          <w:b/>
        </w:rPr>
        <w:t xml:space="preserve">[58:38] </w:t>
      </w:r>
      <w:r>
        <w:t>The only achievement was ecstasy.</w:t>
      </w:r>
    </w:p>
    <w:p>
      <w:pPr>
        <w:jc w:val="right"/>
      </w:pPr>
      <w:r>
        <w:t>The only achievement was ecstasy.</w:t>
      </w:r>
    </w:p>
    <w:p>
      <w:r>
        <w:rPr>
          <w:b/>
        </w:rPr>
        <w:t xml:space="preserve">[58:48] </w:t>
      </w:r>
      <w:r>
        <w:t>And ecstasy is nothing. Now science</w:t>
      </w:r>
    </w:p>
    <w:p>
      <w:pPr>
        <w:jc w:val="right"/>
      </w:pPr>
      <w:r>
        <w:t>And ecstasy is nothing. Now science</w:t>
      </w:r>
    </w:p>
    <w:p>
      <w:r>
        <w:rPr>
          <w:b/>
        </w:rPr>
        <w:t xml:space="preserve">[58:58] </w:t>
      </w:r>
      <w:r>
        <w:t>has enabled us to develop Spirituality as a super-discipline of life. That is the same level that says Adler, to turn your minus into a plus. So Spirituality makes</w:t>
      </w:r>
    </w:p>
    <w:p>
      <w:pPr>
        <w:jc w:val="right"/>
      </w:pPr>
      <w:r>
        <w:t>has enabled us to develop Spirituality as a super-discipline of life. That is the same level that says Adler, to turn your minus into a plus. So Spirituality makes</w:t>
      </w:r>
    </w:p>
    <w:p>
      <w:r>
        <w:rPr>
          <w:b/>
        </w:rPr>
        <w:t xml:space="preserve">[59:28] </w:t>
      </w:r>
      <w:r>
        <w:t>you a superman. And then you can achieve super success. Aool qooli haza wa astaghfirullah al-ali al-azim.</w:t>
      </w:r>
    </w:p>
    <w:p>
      <w:pPr>
        <w:jc w:val="right"/>
      </w:pPr>
      <w:r>
        <w:t>you a superman. And then you can achieve super success. أقول قولي هذا وأستغفر الله العلي العظيم.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