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Quran A Dictionary of Truth (English) May 02, 2007 Maulana Wahiduddin Khan</w:t>
      </w:r>
    </w:p>
    <w:p>
      <w:r>
        <w:t>https://www.youtube.com/watch?v=plsYgl_xxbY</w:t>
      </w:r>
    </w:p>
    <w:p>
      <w:r>
        <w:rPr>
          <w:b/>
        </w:rPr>
        <w:t xml:space="preserve">[00:10] </w:t>
      </w:r>
      <w:r>
        <w:t>Bismillah al-rahman al-rahim wa salla Allahu ala al-nabi al-karim rab ishrah li sadri wa yassir li amri wa hluqdatan min lisani yafqahu qooli.</w:t>
      </w:r>
    </w:p>
    <w:p>
      <w:pPr>
        <w:jc w:val="right"/>
      </w:pPr>
      <w:r>
        <w:t>بسم اللہ الرحمن الرحیم وصلی اللہ علی النبی الکریم رب اشرح لی صدری ویسر لی امری واحل العقدۃ من لسانی یفقہ قولی.</w:t>
      </w:r>
    </w:p>
    <w:p>
      <w:r>
        <w:rPr>
          <w:b/>
        </w:rPr>
        <w:t xml:space="preserve">[00:31] </w:t>
      </w:r>
      <w:r>
        <w:t>The topic for this day is</w:t>
      </w:r>
    </w:p>
    <w:p>
      <w:pPr>
        <w:jc w:val="right"/>
      </w:pPr>
      <w:r>
        <w:t>The topic for this day is</w:t>
      </w:r>
    </w:p>
    <w:p>
      <w:r>
        <w:rPr>
          <w:b/>
        </w:rPr>
        <w:t xml:space="preserve">[00:39] </w:t>
      </w:r>
      <w:r>
        <w:t>"Quran: A Dictionary of Truth."</w:t>
      </w:r>
    </w:p>
    <w:p>
      <w:pPr>
        <w:jc w:val="right"/>
      </w:pPr>
      <w:r>
        <w:t>"Quran: A Dictionary of Truth."</w:t>
      </w:r>
    </w:p>
    <w:p>
      <w:r>
        <w:rPr>
          <w:b/>
        </w:rPr>
        <w:t xml:space="preserve">[00:49] </w:t>
      </w:r>
      <w:r>
        <w:t>I happened to meet an educated Muslim.</w:t>
      </w:r>
    </w:p>
    <w:p>
      <w:pPr>
        <w:jc w:val="right"/>
      </w:pPr>
      <w:r>
        <w:t>I happened to meet an educated Muslim.</w:t>
      </w:r>
    </w:p>
    <w:p>
      <w:r>
        <w:rPr>
          <w:b/>
        </w:rPr>
        <w:t xml:space="preserve">[00:57] </w:t>
      </w:r>
      <w:r>
        <w:t>During conversation, he said,</w:t>
      </w:r>
    </w:p>
    <w:p>
      <w:pPr>
        <w:jc w:val="right"/>
      </w:pPr>
      <w:r>
        <w:t>During conversation, he said,</w:t>
      </w:r>
    </w:p>
    <w:p>
      <w:r>
        <w:rPr>
          <w:b/>
        </w:rPr>
        <w:t xml:space="preserve">[01:03] </w:t>
      </w:r>
      <w:r>
        <w:t>"I have read several translations of the Quran, and I can say that all the translations are wrong." I asked him to give some examples.</w:t>
      </w:r>
    </w:p>
    <w:p>
      <w:pPr>
        <w:jc w:val="right"/>
      </w:pPr>
      <w:r>
        <w:t>"I have read several translations of the Quran, and I can say that all the translations are wrong." I asked him to give some examples.</w:t>
      </w:r>
    </w:p>
    <w:p>
      <w:r>
        <w:rPr>
          <w:b/>
        </w:rPr>
        <w:t xml:space="preserve">[01:26] </w:t>
      </w:r>
      <w:r>
        <w:t>He said, "The very first verse of the Quran is a proof." He said that in the beginning the Quran says,</w:t>
      </w:r>
    </w:p>
    <w:p>
      <w:pPr>
        <w:jc w:val="right"/>
      </w:pPr>
      <w:r>
        <w:t>He said, "The very first verse of the Quran is a proof." He said that in the beginning the Quran says,</w:t>
      </w:r>
    </w:p>
    <w:p>
      <w:r>
        <w:rPr>
          <w:b/>
        </w:rPr>
        <w:t xml:space="preserve">[01:41] </w:t>
      </w:r>
      <w:r>
        <w:t>"ذٰلِكَ الْكِتَابُ الْعَرَبَ فِيهِ." All the scholars translate these verses in these words.</w:t>
      </w:r>
    </w:p>
    <w:p>
      <w:pPr>
        <w:jc w:val="right"/>
      </w:pPr>
      <w:r>
        <w:t>"ذٰلِكَ الْكِتَابُ الْعَرَبَ فِيهِ." All the scholars translate these verses in these words.</w:t>
      </w:r>
    </w:p>
    <w:p>
      <w:r>
        <w:rPr>
          <w:b/>
        </w:rPr>
        <w:t xml:space="preserve">[01:54] </w:t>
      </w:r>
      <w:r>
        <w:t>This is the book. There is no doubt about it.</w:t>
      </w:r>
    </w:p>
    <w:p>
      <w:pPr>
        <w:jc w:val="right"/>
      </w:pPr>
      <w:r>
        <w:t>This is the book. There is no doubt about it.</w:t>
      </w:r>
    </w:p>
    <w:p>
      <w:r>
        <w:rPr>
          <w:b/>
        </w:rPr>
        <w:t xml:space="preserve">[02:02] </w:t>
      </w:r>
      <w:r>
        <w:t>He said,</w:t>
      </w:r>
    </w:p>
    <w:p>
      <w:pPr>
        <w:jc w:val="right"/>
      </w:pPr>
      <w:r>
        <w:t>He said,</w:t>
      </w:r>
    </w:p>
    <w:p>
      <w:r>
        <w:rPr>
          <w:b/>
        </w:rPr>
        <w:t xml:space="preserve">[02:06] </w:t>
      </w:r>
      <w:r>
        <w:t>"Book is not theright translation because the Quran is an encyclopedia. So the correct translation is that it is</w:t>
      </w:r>
    </w:p>
    <w:p>
      <w:pPr>
        <w:jc w:val="right"/>
      </w:pPr>
      <w:r>
        <w:t>"Book is not theright translation because the Quran is an encyclopedia. So the correct translation is that it is</w:t>
      </w:r>
    </w:p>
    <w:p>
      <w:r>
        <w:rPr>
          <w:b/>
        </w:rPr>
        <w:t xml:space="preserve">[02:21] </w:t>
      </w:r>
      <w:r>
        <w:t>an encyclopedia."</w:t>
      </w:r>
    </w:p>
    <w:p>
      <w:pPr>
        <w:jc w:val="right"/>
      </w:pPr>
      <w:r>
        <w:t>an encyclopedia."</w:t>
      </w:r>
    </w:p>
    <w:p>
      <w:r>
        <w:rPr>
          <w:b/>
        </w:rPr>
        <w:t xml:space="preserve">[02:30] </w:t>
      </w:r>
      <w:r>
        <w:t>I said that, "My brother, you are wrong.</w:t>
      </w:r>
    </w:p>
    <w:p>
      <w:pPr>
        <w:jc w:val="right"/>
      </w:pPr>
      <w:r>
        <w:t>I said that, "My brother, you are wrong.</w:t>
      </w:r>
    </w:p>
    <w:p>
      <w:r>
        <w:rPr>
          <w:b/>
        </w:rPr>
        <w:t xml:space="preserve">[02:36] </w:t>
      </w:r>
      <w:r>
        <w:t>Do you know what an encyclopedia is?" Encyclopedia means a book that gives</w:t>
      </w:r>
    </w:p>
    <w:p>
      <w:pPr>
        <w:jc w:val="right"/>
      </w:pPr>
      <w:r>
        <w:t>Do you know what an encyclopedia is?" Encyclopedia means a book that gives</w:t>
      </w:r>
    </w:p>
    <w:p>
      <w:r>
        <w:rPr>
          <w:b/>
        </w:rPr>
        <w:t xml:space="preserve">[02:53] </w:t>
      </w:r>
      <w:r>
        <w:t>information on</w:t>
      </w:r>
    </w:p>
    <w:p>
      <w:pPr>
        <w:jc w:val="right"/>
      </w:pPr>
      <w:r>
        <w:t>information on</w:t>
      </w:r>
    </w:p>
    <w:p>
      <w:r>
        <w:rPr>
          <w:b/>
        </w:rPr>
        <w:t xml:space="preserve">[02:56] </w:t>
      </w:r>
      <w:r>
        <w:t>. An encyclopedia is a book that gives information on all branches of knowledge.</w:t>
      </w:r>
    </w:p>
    <w:p>
      <w:pPr>
        <w:jc w:val="right"/>
      </w:pPr>
      <w:r>
        <w:t>. An encyclopedia is a book that gives information on all branches of knowledge.</w:t>
      </w:r>
    </w:p>
    <w:p>
      <w:r>
        <w:rPr>
          <w:b/>
        </w:rPr>
        <w:t xml:space="preserve">[03:10] </w:t>
      </w:r>
      <w:r>
        <w:t>Do you think that the Quran is such a kind of encyclopedia?</w:t>
      </w:r>
    </w:p>
    <w:p>
      <w:pPr>
        <w:jc w:val="right"/>
      </w:pPr>
      <w:r>
        <w:t>Do you think that the Quran is such a kind of encyclopedia?</w:t>
      </w:r>
    </w:p>
    <w:p>
      <w:r>
        <w:rPr>
          <w:b/>
        </w:rPr>
        <w:t xml:space="preserve">[03:19] </w:t>
      </w:r>
      <w:r>
        <w:t>I said that</w:t>
      </w:r>
    </w:p>
    <w:p>
      <w:pPr>
        <w:jc w:val="right"/>
      </w:pPr>
      <w:r>
        <w:t>I said that</w:t>
      </w:r>
    </w:p>
    <w:p>
      <w:r>
        <w:rPr>
          <w:b/>
        </w:rPr>
        <w:t xml:space="preserve">[03:24] </w:t>
      </w:r>
      <w:r>
        <w:t>you cannot find details of anything in the Quran. For example, it is not mentioned in the Quran in what year Muhammad was born,</w:t>
      </w:r>
    </w:p>
    <w:p>
      <w:pPr>
        <w:jc w:val="right"/>
      </w:pPr>
      <w:r>
        <w:t>you cannot find details of anything in the Quran. For example, it is not mentioned in the Quran in what year Muhammad was born,</w:t>
      </w:r>
    </w:p>
    <w:p>
      <w:r>
        <w:rPr>
          <w:b/>
        </w:rPr>
        <w:t xml:space="preserve">[03:39] </w:t>
      </w:r>
      <w:r>
        <w:t>in which year the first revelation he received,</w:t>
      </w:r>
    </w:p>
    <w:p>
      <w:pPr>
        <w:jc w:val="right"/>
      </w:pPr>
      <w:r>
        <w:t>in which year the first revelation he received,</w:t>
      </w:r>
    </w:p>
    <w:p>
      <w:r>
        <w:rPr>
          <w:b/>
        </w:rPr>
        <w:t xml:space="preserve">[03:46] </w:t>
      </w:r>
      <w:r>
        <w:t>in which year he migrated from Mecca to Madinah,</w:t>
      </w:r>
    </w:p>
    <w:p>
      <w:pPr>
        <w:jc w:val="right"/>
      </w:pPr>
      <w:r>
        <w:t>in which year he migrated from Mecca to Madinah,</w:t>
      </w:r>
    </w:p>
    <w:p>
      <w:r>
        <w:rPr>
          <w:b/>
        </w:rPr>
        <w:t xml:space="preserve">[03:52] </w:t>
      </w:r>
      <w:r>
        <w:t>what was the number of his companions. So all these informations are absent in the Quran.</w:t>
      </w:r>
    </w:p>
    <w:p>
      <w:pPr>
        <w:jc w:val="right"/>
      </w:pPr>
      <w:r>
        <w:t>what was the number of his companions. So all these informations are absent in the Quran.</w:t>
      </w:r>
    </w:p>
    <w:p>
      <w:r>
        <w:rPr>
          <w:b/>
        </w:rPr>
        <w:t xml:space="preserve">[04:05] </w:t>
      </w:r>
      <w:r>
        <w:t>So how can you say that the Quran is an encyclopedia?</w:t>
      </w:r>
    </w:p>
    <w:p>
      <w:pPr>
        <w:jc w:val="right"/>
      </w:pPr>
      <w:r>
        <w:t>So how can you say that the Quran is an encyclopedia?</w:t>
      </w:r>
    </w:p>
    <w:p>
      <w:r>
        <w:rPr>
          <w:b/>
        </w:rPr>
        <w:t xml:space="preserve">[04:11] </w:t>
      </w:r>
      <w:r>
        <w:t>No. The Quran is a book, and the Quran gives only the basic knowledge, basic truth, not the detailed truth</w:t>
      </w:r>
    </w:p>
    <w:p>
      <w:pPr>
        <w:jc w:val="right"/>
      </w:pPr>
      <w:r>
        <w:t>No. The Quran is a book, and the Quran gives only the basic knowledge, basic truth, not the detailed truth</w:t>
      </w:r>
    </w:p>
    <w:p>
      <w:r>
        <w:rPr>
          <w:b/>
        </w:rPr>
        <w:t xml:space="preserve">[04:25] </w:t>
      </w:r>
      <w:r>
        <w:t>. Encyclopedia gives you all the details, but the Quran gives you only the basics, not the details.</w:t>
      </w:r>
    </w:p>
    <w:p>
      <w:pPr>
        <w:jc w:val="right"/>
      </w:pPr>
      <w:r>
        <w:t>. Encyclopedia gives you all the details, but the Quran gives you only the basics, not the details.</w:t>
      </w:r>
    </w:p>
    <w:p>
      <w:r>
        <w:rPr>
          <w:b/>
        </w:rPr>
        <w:t xml:space="preserve">[04:40] </w:t>
      </w:r>
      <w:r>
        <w:t>Now, according to my study,</w:t>
      </w:r>
    </w:p>
    <w:p>
      <w:pPr>
        <w:jc w:val="right"/>
      </w:pPr>
      <w:r>
        <w:t>Now, according to my study,</w:t>
      </w:r>
    </w:p>
    <w:p>
      <w:r>
        <w:rPr>
          <w:b/>
        </w:rPr>
        <w:t xml:space="preserve">[04:46] </w:t>
      </w:r>
      <w:r>
        <w:t>I can say that the Quran is</w:t>
      </w:r>
    </w:p>
    <w:p>
      <w:pPr>
        <w:jc w:val="right"/>
      </w:pPr>
      <w:r>
        <w:t>I can say that the Quran is</w:t>
      </w:r>
    </w:p>
    <w:p>
      <w:r>
        <w:rPr>
          <w:b/>
        </w:rPr>
        <w:t xml:space="preserve">[04:56] </w:t>
      </w:r>
      <w:r>
        <w:t>a book of. The Quran is a dictionary of truth</w:t>
      </w:r>
    </w:p>
    <w:p>
      <w:pPr>
        <w:jc w:val="right"/>
      </w:pPr>
      <w:r>
        <w:t>a book of. The Quran is a dictionary of truth</w:t>
      </w:r>
    </w:p>
    <w:p>
      <w:r>
        <w:rPr>
          <w:b/>
        </w:rPr>
        <w:t xml:space="preserve">[05:03] </w:t>
      </w:r>
      <w:r>
        <w:t>. The Quran is a dictionary of truth. It means that all kinds of truths, not information.</w:t>
      </w:r>
    </w:p>
    <w:p>
      <w:pPr>
        <w:jc w:val="right"/>
      </w:pPr>
      <w:r>
        <w:t>. The Quran is a dictionary of truth. It means that all kinds of truths, not information.</w:t>
      </w:r>
    </w:p>
    <w:p>
      <w:r>
        <w:rPr>
          <w:b/>
        </w:rPr>
        <w:t xml:space="preserve">[05:15] </w:t>
      </w:r>
      <w:r>
        <w:t>Information is a very general term. It is not my claim that all kinds of information are present in the Quran.</w:t>
      </w:r>
    </w:p>
    <w:p>
      <w:pPr>
        <w:jc w:val="right"/>
      </w:pPr>
      <w:r>
        <w:t>Information is a very general term. It is not my claim that all kinds of information are present in the Quran.</w:t>
      </w:r>
    </w:p>
    <w:p>
      <w:r>
        <w:rPr>
          <w:b/>
        </w:rPr>
        <w:t xml:space="preserve">[05:24] </w:t>
      </w:r>
      <w:r>
        <w:t>No. I say that all kinds of truth</w:t>
      </w:r>
    </w:p>
    <w:p>
      <w:pPr>
        <w:jc w:val="right"/>
      </w:pPr>
      <w:r>
        <w:t>No. I say that all kinds of truth</w:t>
      </w:r>
    </w:p>
    <w:p>
      <w:r>
        <w:rPr>
          <w:b/>
        </w:rPr>
        <w:t xml:space="preserve">[05:33] </w:t>
      </w:r>
      <w:r>
        <w:t>you can find in the Quran. Truth means, "Who am I</w:t>
      </w:r>
    </w:p>
    <w:p>
      <w:pPr>
        <w:jc w:val="right"/>
      </w:pPr>
      <w:r>
        <w:t>you can find in the Quran. Truth means, "Who am I</w:t>
      </w:r>
    </w:p>
    <w:p>
      <w:r>
        <w:rPr>
          <w:b/>
        </w:rPr>
        <w:t xml:space="preserve">[05:41] </w:t>
      </w:r>
      <w:r>
        <w:t>? What is the purpose of life? Who is the Creator of God? What is the creation plan of God?</w:t>
      </w:r>
    </w:p>
    <w:p>
      <w:pPr>
        <w:jc w:val="right"/>
      </w:pPr>
      <w:r>
        <w:t>? What is the purpose of life? Who is the Creator of God? What is the creation plan of God?</w:t>
      </w:r>
    </w:p>
    <w:p>
      <w:r>
        <w:rPr>
          <w:b/>
        </w:rPr>
        <w:t xml:space="preserve">[05:49] </w:t>
      </w:r>
      <w:r>
        <w:t>What is the pre-death period? What is the post-death period?" All these things pertain to truth, the issue of truth.</w:t>
      </w:r>
    </w:p>
    <w:p>
      <w:pPr>
        <w:jc w:val="right"/>
      </w:pPr>
      <w:r>
        <w:t>What is the pre-death period? What is the post-death period?" All these things pertain to truth, the issue of truth.</w:t>
      </w:r>
    </w:p>
    <w:p>
      <w:r>
        <w:rPr>
          <w:b/>
        </w:rPr>
        <w:t xml:space="preserve">[06:02] </w:t>
      </w:r>
      <w:r>
        <w:t>So in the Quran, you can find</w:t>
      </w:r>
    </w:p>
    <w:p>
      <w:pPr>
        <w:jc w:val="right"/>
      </w:pPr>
      <w:r>
        <w:t>So in the Quran, you can find</w:t>
      </w:r>
    </w:p>
    <w:p>
      <w:r>
        <w:rPr>
          <w:b/>
        </w:rPr>
        <w:t xml:space="preserve">[06:08] </w:t>
      </w:r>
      <w:r>
        <w:t>all kinds of truth, all the questions of truth, the answers to all the questions of truth.</w:t>
      </w:r>
    </w:p>
    <w:p>
      <w:pPr>
        <w:jc w:val="right"/>
      </w:pPr>
      <w:r>
        <w:t>all kinds of truth, all the questions of truth, the answers to all the questions of truth.</w:t>
      </w:r>
    </w:p>
    <w:p>
      <w:r>
        <w:rPr>
          <w:b/>
        </w:rPr>
        <w:t xml:space="preserve">[06:18] </w:t>
      </w:r>
      <w:r>
        <w:t>In this sense, I can say that the Quran is a dictionary of truth, not an encyclopedia.</w:t>
      </w:r>
    </w:p>
    <w:p>
      <w:pPr>
        <w:jc w:val="right"/>
      </w:pPr>
      <w:r>
        <w:t>In this sense, I can say that the Quran is a dictionary of truth, not an encyclopedia.</w:t>
      </w:r>
    </w:p>
    <w:p>
      <w:r>
        <w:rPr>
          <w:b/>
        </w:rPr>
        <w:t xml:space="preserve">[06:30] </w:t>
      </w:r>
      <w:r>
        <w:t>Then,</w:t>
      </w:r>
    </w:p>
    <w:p>
      <w:pPr>
        <w:jc w:val="right"/>
      </w:pPr>
      <w:r>
        <w:t>Then,</w:t>
      </w:r>
    </w:p>
    <w:p>
      <w:r>
        <w:rPr>
          <w:b/>
        </w:rPr>
        <w:t xml:space="preserve">[06:35] </w:t>
      </w:r>
      <w:r>
        <w:t>how do we believe that the Quran is an authentic source of truth</w:t>
      </w:r>
    </w:p>
    <w:p>
      <w:pPr>
        <w:jc w:val="right"/>
      </w:pPr>
      <w:r>
        <w:t>how do we believe that the Quran is an authentic source of truth</w:t>
      </w:r>
    </w:p>
    <w:p>
      <w:r>
        <w:rPr>
          <w:b/>
        </w:rPr>
        <w:t xml:space="preserve">[06:42] </w:t>
      </w:r>
      <w:r>
        <w:t>? It is the first question. The first question in this regard is that how can we believe</w:t>
      </w:r>
    </w:p>
    <w:p>
      <w:pPr>
        <w:jc w:val="right"/>
      </w:pPr>
      <w:r>
        <w:t>? It is the first question. The first question in this regard is that how can we believe</w:t>
      </w:r>
    </w:p>
    <w:p>
      <w:r>
        <w:rPr>
          <w:b/>
        </w:rPr>
        <w:t xml:space="preserve">[06:55] </w:t>
      </w:r>
      <w:r>
        <w:t>that the Quran is an authentic source of knowing the truth</w:t>
      </w:r>
    </w:p>
    <w:p>
      <w:pPr>
        <w:jc w:val="right"/>
      </w:pPr>
      <w:r>
        <w:t>that the Quran is an authentic source of knowing the truth</w:t>
      </w:r>
    </w:p>
    <w:p>
      <w:r>
        <w:rPr>
          <w:b/>
        </w:rPr>
        <w:t xml:space="preserve">[07:05] </w:t>
      </w:r>
      <w:r>
        <w:t>? Here, I would like to give a formula or a criterion.</w:t>
      </w:r>
    </w:p>
    <w:p>
      <w:pPr>
        <w:jc w:val="right"/>
      </w:pPr>
      <w:r>
        <w:t>? Here, I would like to give a formula or a criterion.</w:t>
      </w:r>
    </w:p>
    <w:p>
      <w:r>
        <w:rPr>
          <w:b/>
        </w:rPr>
        <w:t xml:space="preserve">[07:14] </w:t>
      </w:r>
      <w:r>
        <w:t>Among scholars, it is</w:t>
      </w:r>
    </w:p>
    <w:p>
      <w:pPr>
        <w:jc w:val="right"/>
      </w:pPr>
      <w:r>
        <w:t>Among scholars, it is</w:t>
      </w:r>
    </w:p>
    <w:p>
      <w:r>
        <w:rPr>
          <w:b/>
        </w:rPr>
        <w:t xml:space="preserve">[07:20] </w:t>
      </w:r>
      <w:r>
        <w:t>an accepted formula which they call. In comparison, that we understand.</w:t>
      </w:r>
    </w:p>
    <w:p>
      <w:pPr>
        <w:jc w:val="right"/>
      </w:pPr>
      <w:r>
        <w:t>an accepted formula which they call. In comparison, that we understand.</w:t>
      </w:r>
    </w:p>
    <w:p>
      <w:r>
        <w:rPr>
          <w:b/>
        </w:rPr>
        <w:t xml:space="preserve">[07:31] </w:t>
      </w:r>
      <w:r>
        <w:t>In Arabic also, this formula is generally accepted in these words.</w:t>
      </w:r>
    </w:p>
    <w:p>
      <w:pPr>
        <w:jc w:val="right"/>
      </w:pPr>
      <w:r>
        <w:t>In Arabic also, this formula is generally accepted in these words.</w:t>
      </w:r>
    </w:p>
    <w:p>
      <w:r>
        <w:rPr>
          <w:b/>
        </w:rPr>
        <w:t xml:space="preserve">[07:47] </w:t>
      </w:r>
      <w:r>
        <w:t>So this is an accepted formula. I can say it is a universal formula in comparison to that we understand.</w:t>
      </w:r>
    </w:p>
    <w:p>
      <w:pPr>
        <w:jc w:val="right"/>
      </w:pPr>
      <w:r>
        <w:t>So this is an accepted formula. I can say it is a universal formula in comparison to that we understand.</w:t>
      </w:r>
    </w:p>
    <w:p>
      <w:r>
        <w:rPr>
          <w:b/>
        </w:rPr>
        <w:t xml:space="preserve">[07:59] </w:t>
      </w:r>
      <w:r>
        <w:t>So I would like to invite you to apply this formula</w:t>
      </w:r>
    </w:p>
    <w:p>
      <w:pPr>
        <w:jc w:val="right"/>
      </w:pPr>
      <w:r>
        <w:t>So I would like to invite you to apply this formula</w:t>
      </w:r>
    </w:p>
    <w:p>
      <w:r>
        <w:rPr>
          <w:b/>
        </w:rPr>
        <w:t xml:space="preserve">[08:13] </w:t>
      </w:r>
      <w:r>
        <w:t>about this question.</w:t>
      </w:r>
    </w:p>
    <w:p>
      <w:pPr>
        <w:jc w:val="right"/>
      </w:pPr>
      <w:r>
        <w:t>about this question.</w:t>
      </w:r>
    </w:p>
    <w:p>
      <w:r>
        <w:rPr>
          <w:b/>
        </w:rPr>
        <w:t xml:space="preserve">[08:18] </w:t>
      </w:r>
      <w:r>
        <w:t>Here, I would like to give two examples. First, about the Word of God.</w:t>
      </w:r>
    </w:p>
    <w:p>
      <w:pPr>
        <w:jc w:val="right"/>
      </w:pPr>
      <w:r>
        <w:t>Here, I would like to give two examples. First, about the Word of God.</w:t>
      </w:r>
    </w:p>
    <w:p>
      <w:r>
        <w:rPr>
          <w:b/>
        </w:rPr>
        <w:t xml:space="preserve">[08:27] </w:t>
      </w:r>
      <w:r>
        <w:t>Here you have a choice to compare between the Word of Man and the Word of God. The Quran claims that it</w:t>
      </w:r>
    </w:p>
    <w:p>
      <w:pPr>
        <w:jc w:val="right"/>
      </w:pPr>
      <w:r>
        <w:t>Here you have a choice to compare between the Word of Man and the Word of God. The Quran claims that it</w:t>
      </w:r>
    </w:p>
    <w:p>
      <w:r>
        <w:rPr>
          <w:b/>
        </w:rPr>
        <w:t xml:space="preserve">[08:42] </w:t>
      </w:r>
      <w:r>
        <w:t>contains the Word of God.</w:t>
      </w:r>
    </w:p>
    <w:p>
      <w:pPr>
        <w:jc w:val="right"/>
      </w:pPr>
      <w:r>
        <w:t>contains the Word of God.</w:t>
      </w:r>
    </w:p>
    <w:p>
      <w:r>
        <w:rPr>
          <w:b/>
        </w:rPr>
        <w:t xml:space="preserve">[08:46] </w:t>
      </w:r>
      <w:r>
        <w:t>Then there are many other books that are the Word of Man. So here we are in a position to compare between the Word of God and the Word of Man.</w:t>
      </w:r>
    </w:p>
    <w:p>
      <w:pPr>
        <w:jc w:val="right"/>
      </w:pPr>
      <w:r>
        <w:t>Then there are many other books that are the Word of Man. So here we are in a position to compare between the Word of God and the Word of Man.</w:t>
      </w:r>
    </w:p>
    <w:p>
      <w:r>
        <w:rPr>
          <w:b/>
        </w:rPr>
        <w:t xml:space="preserve">[08:59] </w:t>
      </w:r>
      <w:r>
        <w:t>It is very easy.</w:t>
      </w:r>
    </w:p>
    <w:p>
      <w:pPr>
        <w:jc w:val="right"/>
      </w:pPr>
      <w:r>
        <w:t>It is very easy.</w:t>
      </w:r>
    </w:p>
    <w:p>
      <w:r>
        <w:rPr>
          <w:b/>
        </w:rPr>
        <w:t xml:space="preserve">[09:03] </w:t>
      </w:r>
      <w:r>
        <w:t>Now, I have several experiences in this regard, several practical experiences.</w:t>
      </w:r>
    </w:p>
    <w:p>
      <w:pPr>
        <w:jc w:val="right"/>
      </w:pPr>
      <w:r>
        <w:t>Now, I have several experiences in this regard, several practical experiences.</w:t>
      </w:r>
    </w:p>
    <w:p>
      <w:r>
        <w:rPr>
          <w:b/>
        </w:rPr>
        <w:t xml:space="preserve">[09:15] </w:t>
      </w:r>
      <w:r>
        <w:t>One experience I want to share with you.</w:t>
      </w:r>
    </w:p>
    <w:p>
      <w:pPr>
        <w:jc w:val="right"/>
      </w:pPr>
      <w:r>
        <w:t>One experience I want to share with you.</w:t>
      </w:r>
    </w:p>
    <w:p>
      <w:r>
        <w:rPr>
          <w:b/>
        </w:rPr>
        <w:t xml:space="preserve">[09:21] </w:t>
      </w:r>
      <w:r>
        <w:t>It was</w:t>
      </w:r>
    </w:p>
    <w:p>
      <w:pPr>
        <w:jc w:val="right"/>
      </w:pPr>
      <w:r>
        <w:t>It was</w:t>
      </w:r>
    </w:p>
    <w:p>
      <w:r>
        <w:rPr>
          <w:b/>
        </w:rPr>
        <w:t xml:space="preserve">[09:25] </w:t>
      </w:r>
      <w:r>
        <w:t>February 1976.</w:t>
      </w:r>
    </w:p>
    <w:p>
      <w:pPr>
        <w:jc w:val="right"/>
      </w:pPr>
      <w:r>
        <w:t>February 1976.</w:t>
      </w:r>
    </w:p>
    <w:p>
      <w:r>
        <w:rPr>
          <w:b/>
        </w:rPr>
        <w:t xml:space="preserve">[09:30] </w:t>
      </w:r>
      <w:r>
        <w:t>February 1976. At that time, there was a Muslim-Christian dialogue in Libya,</w:t>
      </w:r>
    </w:p>
    <w:p>
      <w:pPr>
        <w:jc w:val="right"/>
      </w:pPr>
      <w:r>
        <w:t>February 1976. At that time, there was a Muslim-Christian dialogue in Libya,</w:t>
      </w:r>
    </w:p>
    <w:p>
      <w:r>
        <w:rPr>
          <w:b/>
        </w:rPr>
        <w:t xml:space="preserve">[09:47] </w:t>
      </w:r>
      <w:r>
        <w:t>in the Libyan capital that is Travelers or Tripoli.</w:t>
      </w:r>
    </w:p>
    <w:p>
      <w:pPr>
        <w:jc w:val="right"/>
      </w:pPr>
      <w:r>
        <w:t>in the Libyan capital that is Travelers or Tripoli.</w:t>
      </w:r>
    </w:p>
    <w:p>
      <w:r>
        <w:rPr>
          <w:b/>
        </w:rPr>
        <w:t xml:space="preserve">[09:54] </w:t>
      </w:r>
      <w:r>
        <w:t>Its Arabic title was Nedwat al-Hiwar al-Islami al-Masihi, and its English title was Muslim-Christian Dialogue.</w:t>
      </w:r>
    </w:p>
    <w:p>
      <w:pPr>
        <w:jc w:val="right"/>
      </w:pPr>
      <w:r>
        <w:t>Its Arabic title was Nedwat al-Hiwar al-Islami al-Masihi, and its English title was Muslim-Christian Dialogue.</w:t>
      </w:r>
    </w:p>
    <w:p>
      <w:r>
        <w:rPr>
          <w:b/>
        </w:rPr>
        <w:t xml:space="preserve">[10:08] </w:t>
      </w:r>
      <w:r>
        <w:t>It was an international dialogue. Near about 1977,</w:t>
      </w:r>
    </w:p>
    <w:p>
      <w:pPr>
        <w:jc w:val="right"/>
      </w:pPr>
      <w:r>
        <w:t>It was an international dialogue. Near about 1977,</w:t>
      </w:r>
    </w:p>
    <w:p>
      <w:r>
        <w:rPr>
          <w:b/>
        </w:rPr>
        <w:t xml:space="preserve">[10:20] </w:t>
      </w:r>
      <w:r>
        <w:t>near about</w:t>
      </w:r>
    </w:p>
    <w:p>
      <w:pPr>
        <w:jc w:val="right"/>
      </w:pPr>
      <w:r>
        <w:t>near about</w:t>
      </w:r>
    </w:p>
    <w:p>
      <w:r>
        <w:rPr>
          <w:b/>
        </w:rPr>
        <w:t xml:space="preserve">[10:23] </w:t>
      </w:r>
      <w:r>
        <w:t>scholars from seventy countries participated</w:t>
      </w:r>
    </w:p>
    <w:p>
      <w:pPr>
        <w:jc w:val="right"/>
      </w:pPr>
      <w:r>
        <w:t>scholars from seventy countries participated</w:t>
      </w:r>
    </w:p>
    <w:p>
      <w:r>
        <w:rPr>
          <w:b/>
        </w:rPr>
        <w:t xml:space="preserve">[10:29] </w:t>
      </w:r>
      <w:r>
        <w:t>. Scholars from seventy countries participated in this international conference, and the number of participants was the numbers of participants were</w:t>
      </w:r>
    </w:p>
    <w:p>
      <w:pPr>
        <w:jc w:val="right"/>
      </w:pPr>
      <w:r>
        <w:t>. Scholars from seventy countries participated in this international conference, and the number of participants was the numbers of participants were</w:t>
      </w:r>
    </w:p>
    <w:p>
      <w:r>
        <w:rPr>
          <w:b/>
        </w:rPr>
        <w:t xml:space="preserve">[10:49] </w:t>
      </w:r>
      <w:r>
        <w:t>near about five hundred, five hundred scholars, all were scholars, Muslim and Christian both</w:t>
      </w:r>
    </w:p>
    <w:p>
      <w:pPr>
        <w:jc w:val="right"/>
      </w:pPr>
      <w:r>
        <w:t>near about five hundred, five hundred scholars, all were scholars, Muslim and Christian both</w:t>
      </w:r>
    </w:p>
    <w:p>
      <w:r>
        <w:rPr>
          <w:b/>
        </w:rPr>
        <w:t xml:space="preserve">[10:58] </w:t>
      </w:r>
      <w:r>
        <w:t>. So</w:t>
      </w:r>
    </w:p>
    <w:p>
      <w:pPr>
        <w:jc w:val="right"/>
      </w:pPr>
      <w:r>
        <w:t>. So</w:t>
      </w:r>
    </w:p>
    <w:p>
      <w:r>
        <w:rPr>
          <w:b/>
        </w:rPr>
        <w:t xml:space="preserve">[11:01] </w:t>
      </w:r>
      <w:r>
        <w:t>it continued up to one week but failed.</w:t>
      </w:r>
    </w:p>
    <w:p>
      <w:pPr>
        <w:jc w:val="right"/>
      </w:pPr>
      <w:r>
        <w:t>it continued up to one week but failed.</w:t>
      </w:r>
    </w:p>
    <w:p>
      <w:r>
        <w:rPr>
          <w:b/>
        </w:rPr>
        <w:t xml:space="preserve">[11:10] </w:t>
      </w:r>
      <w:r>
        <w:t>But failed. The most contentious issue was that the Christian side was not ready to accept that the Quran was the Word of God,</w:t>
      </w:r>
    </w:p>
    <w:p>
      <w:pPr>
        <w:jc w:val="right"/>
      </w:pPr>
      <w:r>
        <w:t>But failed. The most contentious issue was that the Christian side was not ready to accept that the Quran was the Word of God,</w:t>
      </w:r>
    </w:p>
    <w:p>
      <w:r>
        <w:rPr>
          <w:b/>
        </w:rPr>
        <w:t xml:space="preserve">[11:27] </w:t>
      </w:r>
      <w:r>
        <w:t>while the Muslim side insisted on this point.</w:t>
      </w:r>
    </w:p>
    <w:p>
      <w:pPr>
        <w:jc w:val="right"/>
      </w:pPr>
      <w:r>
        <w:t>while the Muslim side insisted on this point.</w:t>
      </w:r>
    </w:p>
    <w:p>
      <w:r>
        <w:rPr>
          <w:b/>
        </w:rPr>
        <w:t xml:space="preserve">[11:34] </w:t>
      </w:r>
      <w:r>
        <w:t>The Muslim side persistently wanted, demanded</w:t>
      </w:r>
    </w:p>
    <w:p>
      <w:pPr>
        <w:jc w:val="right"/>
      </w:pPr>
      <w:r>
        <w:t>The Muslim side persistently wanted, demanded</w:t>
      </w:r>
    </w:p>
    <w:p>
      <w:r>
        <w:rPr>
          <w:b/>
        </w:rPr>
        <w:t xml:space="preserve">[11:42] </w:t>
      </w:r>
      <w:r>
        <w:t>that the other side must accept</w:t>
      </w:r>
    </w:p>
    <w:p>
      <w:pPr>
        <w:jc w:val="right"/>
      </w:pPr>
      <w:r>
        <w:t>that the other side must accept</w:t>
      </w:r>
    </w:p>
    <w:p>
      <w:r>
        <w:rPr>
          <w:b/>
        </w:rPr>
        <w:t xml:space="preserve">[11:48] </w:t>
      </w:r>
      <w:r>
        <w:t>this theory, this concept that the Quran is the Word of God.</w:t>
      </w:r>
    </w:p>
    <w:p>
      <w:pPr>
        <w:jc w:val="right"/>
      </w:pPr>
      <w:r>
        <w:t>this theory, this concept that the Quran is the Word of God.</w:t>
      </w:r>
    </w:p>
    <w:p>
      <w:r>
        <w:rPr>
          <w:b/>
        </w:rPr>
        <w:t xml:space="preserve">[11:53] </w:t>
      </w:r>
      <w:r>
        <w:t>But the Christian side never accepted, and the dialogue ended without any result.</w:t>
      </w:r>
    </w:p>
    <w:p>
      <w:pPr>
        <w:jc w:val="right"/>
      </w:pPr>
      <w:r>
        <w:t>But the Christian side never accepted, and the dialogue ended without any result.</w:t>
      </w:r>
    </w:p>
    <w:p>
      <w:r>
        <w:rPr>
          <w:b/>
        </w:rPr>
        <w:t xml:space="preserve">[12:07] </w:t>
      </w:r>
      <w:r>
        <w:t>Then</w:t>
      </w:r>
    </w:p>
    <w:p>
      <w:pPr>
        <w:jc w:val="right"/>
      </w:pPr>
      <w:r>
        <w:t>Then</w:t>
      </w:r>
    </w:p>
    <w:p>
      <w:r>
        <w:rPr>
          <w:b/>
        </w:rPr>
        <w:t xml:space="preserve">[12:11] </w:t>
      </w:r>
      <w:r>
        <w:t>it was decided that to conclude the dialogue, it was decided that as a good gesture, as a good gesture, we have to conclude the dialogue by recitation of both the scriptures, the Quran and the Gospel,</w:t>
      </w:r>
    </w:p>
    <w:p>
      <w:pPr>
        <w:jc w:val="right"/>
      </w:pPr>
      <w:r>
        <w:t>it was decided that to conclude the dialogue, it was decided that as a good gesture, as a good gesture, we have to conclude the dialogue by recitation of both the scriptures, the Quran and the Gospel,</w:t>
      </w:r>
    </w:p>
    <w:p>
      <w:r>
        <w:rPr>
          <w:b/>
        </w:rPr>
        <w:t xml:space="preserve">[12:40] </w:t>
      </w:r>
      <w:r>
        <w:t>that is, the New Testament</w:t>
      </w:r>
    </w:p>
    <w:p>
      <w:pPr>
        <w:jc w:val="right"/>
      </w:pPr>
      <w:r>
        <w:t>that is, the New Testament</w:t>
      </w:r>
    </w:p>
    <w:p>
      <w:r>
        <w:rPr>
          <w:b/>
        </w:rPr>
        <w:t xml:space="preserve">[12:44] </w:t>
      </w:r>
      <w:r>
        <w:t>. So one Christian scholar, he was a father, he was a Christian father, he was born in Lebanon.</w:t>
      </w:r>
    </w:p>
    <w:p>
      <w:pPr>
        <w:jc w:val="right"/>
      </w:pPr>
      <w:r>
        <w:t>. So one Christian scholar, he was a father, he was a Christian father, he was born in Lebanon.</w:t>
      </w:r>
    </w:p>
    <w:p>
      <w:r>
        <w:rPr>
          <w:b/>
        </w:rPr>
        <w:t xml:space="preserve">[12:58] </w:t>
      </w:r>
      <w:r>
        <w:t>You know, Lebanon is an Arab country. So he was well-versed in Arabic.</w:t>
      </w:r>
    </w:p>
    <w:p>
      <w:pPr>
        <w:jc w:val="right"/>
      </w:pPr>
      <w:r>
        <w:t>You know, Lebanon is an Arab country. So he was well-versed in Arabic.</w:t>
      </w:r>
    </w:p>
    <w:p>
      <w:r>
        <w:rPr>
          <w:b/>
        </w:rPr>
        <w:t xml:space="preserve">[13:08] </w:t>
      </w:r>
      <w:r>
        <w:t>Also, he was trained in Cairo. So he was knowing also the art of Tilaawat, the art of recitation.</w:t>
      </w:r>
    </w:p>
    <w:p>
      <w:pPr>
        <w:jc w:val="right"/>
      </w:pPr>
      <w:r>
        <w:t>Also, he was trained in Cairo. So he was knowing also the art of Tilaawat, the art of recitation.</w:t>
      </w:r>
    </w:p>
    <w:p>
      <w:r>
        <w:rPr>
          <w:b/>
        </w:rPr>
        <w:t xml:space="preserve">[13:23] </w:t>
      </w:r>
      <w:r>
        <w:t>So this Lebanon Christian scholar selected two passages, both Arabic, one from the Quran and one from the New Testament.</w:t>
      </w:r>
    </w:p>
    <w:p>
      <w:pPr>
        <w:jc w:val="right"/>
      </w:pPr>
      <w:r>
        <w:t>So this Lebanon Christian scholar selected two passages, both Arabic, one from the Quran and one from the New Testament.</w:t>
      </w:r>
    </w:p>
    <w:p>
      <w:r>
        <w:rPr>
          <w:b/>
        </w:rPr>
        <w:t xml:space="preserve">[13:40] </w:t>
      </w:r>
      <w:r>
        <w:t>From the Quran, he selected the last Ruku of chapter Al-Baqarah, the last Ruku of chapter Al-Baqarah,</w:t>
      </w:r>
    </w:p>
    <w:p>
      <w:pPr>
        <w:jc w:val="right"/>
      </w:pPr>
      <w:r>
        <w:t>From the Quran, he selected the last Ruku of chapter Al-Baqarah, the last Ruku of chapter Al-Baqarah,</w:t>
      </w:r>
    </w:p>
    <w:p>
      <w:r>
        <w:rPr>
          <w:b/>
        </w:rPr>
        <w:t xml:space="preserve">[13:53] </w:t>
      </w:r>
      <w:r>
        <w:t>and from the New Testament, he selected a passage from</w:t>
      </w:r>
    </w:p>
    <w:p>
      <w:pPr>
        <w:jc w:val="right"/>
      </w:pPr>
      <w:r>
        <w:t>and from the New Testament, he selected a passage from</w:t>
      </w:r>
    </w:p>
    <w:p>
      <w:r>
        <w:rPr>
          <w:b/>
        </w:rPr>
        <w:t xml:space="preserve">[14:06] </w:t>
      </w:r>
      <w:r>
        <w:t>perhaps from Luke.</w:t>
      </w:r>
    </w:p>
    <w:p>
      <w:pPr>
        <w:jc w:val="right"/>
      </w:pPr>
      <w:r>
        <w:t>perhaps from Luke.</w:t>
      </w:r>
    </w:p>
    <w:p>
      <w:r>
        <w:rPr>
          <w:b/>
        </w:rPr>
        <w:t xml:space="preserve">[14:13] </w:t>
      </w:r>
      <w:r>
        <w:t>So this Christian father recited both the passages. First, the passage from the New Testament</w:t>
      </w:r>
    </w:p>
    <w:p>
      <w:pPr>
        <w:jc w:val="right"/>
      </w:pPr>
      <w:r>
        <w:t>So this Christian father recited both the passages. First, the passage from the New Testament</w:t>
      </w:r>
    </w:p>
    <w:p>
      <w:r>
        <w:rPr>
          <w:b/>
        </w:rPr>
        <w:t xml:space="preserve">[14:29] </w:t>
      </w:r>
      <w:r>
        <w:t>. Both were in Arabic. But you know,</w:t>
      </w:r>
    </w:p>
    <w:p>
      <w:pPr>
        <w:jc w:val="right"/>
      </w:pPr>
      <w:r>
        <w:t>. Both were in Arabic. But you know,</w:t>
      </w:r>
    </w:p>
    <w:p>
      <w:r>
        <w:rPr>
          <w:b/>
        </w:rPr>
        <w:t xml:space="preserve">[14:36] </w:t>
      </w:r>
      <w:r>
        <w:t>the New Testament is a</w:t>
      </w:r>
    </w:p>
    <w:p>
      <w:pPr>
        <w:jc w:val="right"/>
      </w:pPr>
      <w:r>
        <w:t>the New Testament is a</w:t>
      </w:r>
    </w:p>
    <w:p>
      <w:r>
        <w:rPr>
          <w:b/>
        </w:rPr>
        <w:t xml:space="preserve">[14:43] </w:t>
      </w:r>
      <w:r>
        <w:t>translated version. It is not the original version because the original</w:t>
      </w:r>
    </w:p>
    <w:p>
      <w:pPr>
        <w:jc w:val="right"/>
      </w:pPr>
      <w:r>
        <w:t>translated version. It is not the original version because the original</w:t>
      </w:r>
    </w:p>
    <w:p>
      <w:r>
        <w:rPr>
          <w:b/>
        </w:rPr>
        <w:t xml:space="preserve">[14:52] </w:t>
      </w:r>
      <w:r>
        <w:t>Gospel is lost in history. Now, only translation is available</w:t>
      </w:r>
    </w:p>
    <w:p>
      <w:pPr>
        <w:jc w:val="right"/>
      </w:pPr>
      <w:r>
        <w:t>Gospel is lost in history. Now, only translation is available</w:t>
      </w:r>
    </w:p>
    <w:p>
      <w:r>
        <w:rPr>
          <w:b/>
        </w:rPr>
        <w:t xml:space="preserve">[15:00] </w:t>
      </w:r>
      <w:r>
        <w:t>. No one knows what was the original language of the Gospel. You know, at that time, when Jesus Christ was in Palestine, at that time, there were three languages: Greek,</w:t>
      </w:r>
    </w:p>
    <w:p>
      <w:pPr>
        <w:jc w:val="right"/>
      </w:pPr>
      <w:r>
        <w:t>. No one knows what was the original language of the Gospel. You know, at that time, when Jesus Christ was in Palestine, at that time, there were three languages: Greek,</w:t>
      </w:r>
    </w:p>
    <w:p>
      <w:r>
        <w:rPr>
          <w:b/>
        </w:rPr>
        <w:t xml:space="preserve">[15:19] </w:t>
      </w:r>
      <w:r>
        <w:t>Roman, and Hebrew. No one knows with certainty what was the language of Jesus Christ.</w:t>
      </w:r>
    </w:p>
    <w:p>
      <w:pPr>
        <w:jc w:val="right"/>
      </w:pPr>
      <w:r>
        <w:t>Roman, and Hebrew. No one knows with certainty what was the language of Jesus Christ.</w:t>
      </w:r>
    </w:p>
    <w:p>
      <w:r>
        <w:rPr>
          <w:b/>
        </w:rPr>
        <w:t xml:space="preserve">[15:32] </w:t>
      </w:r>
      <w:r>
        <w:t>So</w:t>
      </w:r>
    </w:p>
    <w:p>
      <w:pPr>
        <w:jc w:val="right"/>
      </w:pPr>
      <w:r>
        <w:t>So</w:t>
      </w:r>
    </w:p>
    <w:p>
      <w:r>
        <w:rPr>
          <w:b/>
        </w:rPr>
        <w:t xml:space="preserve">[15:33] </w:t>
      </w:r>
      <w:r>
        <w:t>the present Gospel is not the original Gospel. It is a translation. So this Christian scholar recited an Arabic translation from the Gospel, that is, the New Testament.</w:t>
      </w:r>
    </w:p>
    <w:p>
      <w:pPr>
        <w:jc w:val="right"/>
      </w:pPr>
      <w:r>
        <w:t>the present Gospel is not the original Gospel. It is a translation. So this Christian scholar recited an Arabic translation from the Gospel, that is, the New Testament.</w:t>
      </w:r>
    </w:p>
    <w:p>
      <w:r>
        <w:rPr>
          <w:b/>
        </w:rPr>
        <w:t xml:space="preserve">[15:52] </w:t>
      </w:r>
      <w:r>
        <w:t>Then the same Christian scholar recited a passage from the Quran, that is, the last Ruku of chapter Al-Baqarah.</w:t>
      </w:r>
    </w:p>
    <w:p>
      <w:pPr>
        <w:jc w:val="right"/>
      </w:pPr>
      <w:r>
        <w:t>Then the same Christian scholar recited a passage from the Quran, that is, the last Ruku of chapter Al-Baqarah.</w:t>
      </w:r>
    </w:p>
    <w:p>
      <w:r>
        <w:rPr>
          <w:b/>
        </w:rPr>
        <w:t xml:space="preserve">[16:06] </w:t>
      </w:r>
      <w:r>
        <w:t>So it was a very strange experience. You can say that it was a terrible experience. Everyone was stunned.</w:t>
      </w:r>
    </w:p>
    <w:p>
      <w:pPr>
        <w:jc w:val="right"/>
      </w:pPr>
      <w:r>
        <w:t>So it was a very strange experience. You can say that it was a terrible experience. Everyone was stunned.</w:t>
      </w:r>
    </w:p>
    <w:p>
      <w:r>
        <w:rPr>
          <w:b/>
        </w:rPr>
        <w:t xml:space="preserve">[16:16] </w:t>
      </w:r>
      <w:r>
        <w:t>Everyone was bewildered. At that time, there were more than five hundred people in the hall, Masrahat at-Tahrir.</w:t>
      </w:r>
    </w:p>
    <w:p>
      <w:pPr>
        <w:jc w:val="right"/>
      </w:pPr>
      <w:r>
        <w:t>Everyone was bewildered. At that time, there were more than five hundred people in the hall, Masrahat at-Tahrir.</w:t>
      </w:r>
    </w:p>
    <w:p>
      <w:r>
        <w:rPr>
          <w:b/>
        </w:rPr>
        <w:t xml:space="preserve">[16:25] </w:t>
      </w:r>
      <w:r>
        <w:t>It was Masrahat at-Tahrir. So there were more than five hundred people in that hall.</w:t>
      </w:r>
    </w:p>
    <w:p>
      <w:pPr>
        <w:jc w:val="right"/>
      </w:pPr>
      <w:r>
        <w:t>It was Masrahat at-Tahrir. So there were more than five hundred people in that hall.</w:t>
      </w:r>
    </w:p>
    <w:p>
      <w:r>
        <w:rPr>
          <w:b/>
        </w:rPr>
        <w:t xml:space="preserve">[16:34] </w:t>
      </w:r>
      <w:r>
        <w:t>Everyone was stunned. Why? Because that was a comparison between the Word of Man and the Word of God.</w:t>
      </w:r>
    </w:p>
    <w:p>
      <w:pPr>
        <w:jc w:val="right"/>
      </w:pPr>
      <w:r>
        <w:t>Everyone was stunned. Why? Because that was a comparison between the Word of Man and the Word of God.</w:t>
      </w:r>
    </w:p>
    <w:p>
      <w:r>
        <w:rPr>
          <w:b/>
        </w:rPr>
        <w:t xml:space="preserve">[16:47] </w:t>
      </w:r>
      <w:r>
        <w:t>That was not a simple recitation. It was a comparison between</w:t>
      </w:r>
    </w:p>
    <w:p>
      <w:pPr>
        <w:jc w:val="right"/>
      </w:pPr>
      <w:r>
        <w:t>That was not a simple recitation. It was a comparison between</w:t>
      </w:r>
    </w:p>
    <w:p>
      <w:r>
        <w:rPr>
          <w:b/>
        </w:rPr>
        <w:t xml:space="preserve">[16:59] </w:t>
      </w:r>
      <w:r>
        <w:t>the Word of Man and the Word of God.</w:t>
      </w:r>
    </w:p>
    <w:p>
      <w:pPr>
        <w:jc w:val="right"/>
      </w:pPr>
      <w:r>
        <w:t>the Word of Man and the Word of God.</w:t>
      </w:r>
    </w:p>
    <w:p>
      <w:r>
        <w:rPr>
          <w:b/>
        </w:rPr>
        <w:t xml:space="preserve">[17:02] </w:t>
      </w:r>
      <w:r>
        <w:t>What he recited from the Gospel, that was the Word of Man because it was a translation. What he recited from the Quran, it was the Word of God because it is not a translation.</w:t>
      </w:r>
    </w:p>
    <w:p>
      <w:pPr>
        <w:jc w:val="right"/>
      </w:pPr>
      <w:r>
        <w:t>What he recited from the Gospel, that was the Word of Man because it was a translation. What he recited from the Quran, it was the Word of God because it is not a translation.</w:t>
      </w:r>
    </w:p>
    <w:p>
      <w:r>
        <w:rPr>
          <w:b/>
        </w:rPr>
        <w:t xml:space="preserve">[17:17] </w:t>
      </w:r>
      <w:r>
        <w:t>It was the same Word that was revealed by the Gospel to the Prophet. So it was a comparison between the Word of Man and the Word of God</w:t>
      </w:r>
    </w:p>
    <w:p>
      <w:pPr>
        <w:jc w:val="right"/>
      </w:pPr>
      <w:r>
        <w:t>It was the same Word that was revealed by the Gospel to the Prophet. So it was a comparison between the Word of Man and the Word of God</w:t>
      </w:r>
    </w:p>
    <w:p>
      <w:r>
        <w:rPr>
          <w:b/>
        </w:rPr>
        <w:t xml:space="preserve">[17:35] </w:t>
      </w:r>
      <w:r>
        <w:t>. So what happened?</w:t>
      </w:r>
    </w:p>
    <w:p>
      <w:pPr>
        <w:jc w:val="right"/>
      </w:pPr>
      <w:r>
        <w:t>. So what happened?</w:t>
      </w:r>
    </w:p>
    <w:p>
      <w:r>
        <w:rPr>
          <w:b/>
        </w:rPr>
        <w:t xml:space="preserve">[17:40] </w:t>
      </w:r>
      <w:r>
        <w:t>The Word of Man proved that it was the Word of Man, and the Word of God proved that it was the Word of God.</w:t>
      </w:r>
    </w:p>
    <w:p>
      <w:pPr>
        <w:jc w:val="right"/>
      </w:pPr>
      <w:r>
        <w:t>The Word of Man proved that it was the Word of Man, and the Word of God proved that it was the Word of God.</w:t>
      </w:r>
    </w:p>
    <w:p>
      <w:r>
        <w:rPr>
          <w:b/>
        </w:rPr>
        <w:t xml:space="preserve">[17:51] </w:t>
      </w:r>
      <w:r>
        <w:t>The passage from the Gospel was very ordinary. It was like a common language, an ordinary language.</w:t>
      </w:r>
    </w:p>
    <w:p>
      <w:pPr>
        <w:jc w:val="right"/>
      </w:pPr>
      <w:r>
        <w:t>The passage from the Gospel was very ordinary. It was like a common language, an ordinary language.</w:t>
      </w:r>
    </w:p>
    <w:p>
      <w:r>
        <w:rPr>
          <w:b/>
        </w:rPr>
        <w:t xml:space="preserve">[18:05] </w:t>
      </w:r>
      <w:r>
        <w:t>But when that priest recited the Quran, it was a terrible experience.</w:t>
      </w:r>
    </w:p>
    <w:p>
      <w:pPr>
        <w:jc w:val="right"/>
      </w:pPr>
      <w:r>
        <w:t>But when that priest recited the Quran, it was a terrible experience.</w:t>
      </w:r>
    </w:p>
    <w:p>
      <w:r>
        <w:rPr>
          <w:b/>
        </w:rPr>
        <w:t xml:space="preserve">[18:15] </w:t>
      </w:r>
      <w:r>
        <w:t>It was so terrible that I cannot</w:t>
      </w:r>
    </w:p>
    <w:p>
      <w:pPr>
        <w:jc w:val="right"/>
      </w:pPr>
      <w:r>
        <w:t>It was so terrible that I cannot</w:t>
      </w:r>
    </w:p>
    <w:p>
      <w:r>
        <w:rPr>
          <w:b/>
        </w:rPr>
        <w:t xml:space="preserve">[18:22] </w:t>
      </w:r>
      <w:r>
        <w:t>say it in words. It was the same scene which is mentioned in the Quran. You know, when Prophet Moses threw his staff, S-T-A-F-F, his staff, a rod, an OD rod,</w:t>
      </w:r>
    </w:p>
    <w:p>
      <w:pPr>
        <w:jc w:val="right"/>
      </w:pPr>
      <w:r>
        <w:t>say it in words. It was the same scene which is mentioned in the Quran. You know, when Prophet Moses threw his staff, S-T-A-F-F, his staff, a rod, an OD rod,</w:t>
      </w:r>
    </w:p>
    <w:p>
      <w:r>
        <w:rPr>
          <w:b/>
        </w:rPr>
        <w:t xml:space="preserve">[18:43] </w:t>
      </w:r>
      <w:r>
        <w:t>when Prophet Moses</w:t>
      </w:r>
    </w:p>
    <w:p>
      <w:pPr>
        <w:jc w:val="right"/>
      </w:pPr>
      <w:r>
        <w:t>when Prophet Moses</w:t>
      </w:r>
    </w:p>
    <w:p>
      <w:r>
        <w:rPr>
          <w:b/>
        </w:rPr>
        <w:t xml:space="preserve">[18:49] </w:t>
      </w:r>
      <w:r>
        <w:t>threw</w:t>
      </w:r>
    </w:p>
    <w:p>
      <w:pPr>
        <w:jc w:val="right"/>
      </w:pPr>
      <w:r>
        <w:t>threw</w:t>
      </w:r>
    </w:p>
    <w:p>
      <w:r>
        <w:rPr>
          <w:b/>
        </w:rPr>
        <w:t xml:space="preserve">[18:52] </w:t>
      </w:r>
      <w:r>
        <w:t>his staff, it became a serpent, a living serpent. At that time, there were magicians.</w:t>
      </w:r>
    </w:p>
    <w:p>
      <w:pPr>
        <w:jc w:val="right"/>
      </w:pPr>
      <w:r>
        <w:t>his staff, it became a serpent, a living serpent. At that time, there were magicians.</w:t>
      </w:r>
    </w:p>
    <w:p>
      <w:r>
        <w:rPr>
          <w:b/>
        </w:rPr>
        <w:t xml:space="preserve">[19:04] </w:t>
      </w:r>
      <w:r>
        <w:t>You know, at that time in Egypt, there were great magicians. So King Pharaoh</w:t>
      </w:r>
    </w:p>
    <w:p>
      <w:pPr>
        <w:jc w:val="right"/>
      </w:pPr>
      <w:r>
        <w:t>You know, at that time in Egypt, there were great magicians. So King Pharaoh</w:t>
      </w:r>
    </w:p>
    <w:p>
      <w:r>
        <w:rPr>
          <w:b/>
        </w:rPr>
        <w:t xml:space="preserve">[19:16] </w:t>
      </w:r>
      <w:r>
        <w:t>organized a show.</w:t>
      </w:r>
    </w:p>
    <w:p>
      <w:pPr>
        <w:jc w:val="right"/>
      </w:pPr>
      <w:r>
        <w:t>organized a show.</w:t>
      </w:r>
    </w:p>
    <w:p>
      <w:r>
        <w:rPr>
          <w:b/>
        </w:rPr>
        <w:t xml:space="preserve">[19:19] </w:t>
      </w:r>
      <w:r>
        <w:t>He asked for those magicians. They</w:t>
      </w:r>
    </w:p>
    <w:p>
      <w:pPr>
        <w:jc w:val="right"/>
      </w:pPr>
      <w:r>
        <w:t>He asked for those magicians. They</w:t>
      </w:r>
    </w:p>
    <w:p>
      <w:r>
        <w:rPr>
          <w:b/>
        </w:rPr>
        <w:t xml:space="preserve">[19:27] </w:t>
      </w:r>
      <w:r>
        <w:t>showed their magic, their false magic. Then Prophet Moses threw his staff, and it became a serpent.</w:t>
      </w:r>
    </w:p>
    <w:p>
      <w:pPr>
        <w:jc w:val="right"/>
      </w:pPr>
      <w:r>
        <w:t>showed their magic, their false magic. Then Prophet Moses threw his staff, and it became a serpent.</w:t>
      </w:r>
    </w:p>
    <w:p>
      <w:r>
        <w:rPr>
          <w:b/>
        </w:rPr>
        <w:t xml:space="preserve">[19:41] </w:t>
      </w:r>
      <w:r>
        <w:t>The Quran says in Surah Al-A'raf that,</w:t>
      </w:r>
    </w:p>
    <w:p>
      <w:pPr>
        <w:jc w:val="right"/>
      </w:pPr>
      <w:r>
        <w:t>The Quran says in Surah Al-A'raf that,</w:t>
      </w:r>
    </w:p>
    <w:p>
      <w:r>
        <w:rPr>
          <w:b/>
        </w:rPr>
        <w:t xml:space="preserve">[19:51] </w:t>
      </w:r>
      <w:r>
        <w:t>"What happened?"</w:t>
      </w:r>
    </w:p>
    <w:p>
      <w:pPr>
        <w:jc w:val="right"/>
      </w:pPr>
      <w:r>
        <w:t>"What happened?"</w:t>
      </w:r>
    </w:p>
    <w:p>
      <w:r>
        <w:rPr>
          <w:b/>
        </w:rPr>
        <w:t xml:space="preserve">[20:00] </w:t>
      </w:r>
      <w:r>
        <w:t>Moses' staff swallowed their falsehood.</w:t>
      </w:r>
    </w:p>
    <w:p>
      <w:pPr>
        <w:jc w:val="right"/>
      </w:pPr>
      <w:r>
        <w:t>Moses' staff swallowed their falsehood.</w:t>
      </w:r>
    </w:p>
    <w:p>
      <w:r>
        <w:rPr>
          <w:b/>
        </w:rPr>
        <w:t xml:space="preserve">[20:06] </w:t>
      </w:r>
      <w:r>
        <w:t>Talqaf means swallow.</w:t>
      </w:r>
    </w:p>
    <w:p>
      <w:pPr>
        <w:jc w:val="right"/>
      </w:pPr>
      <w:r>
        <w:t>Talqaf means swallow.</w:t>
      </w:r>
    </w:p>
    <w:p>
      <w:r>
        <w:rPr>
          <w:b/>
        </w:rPr>
        <w:t xml:space="preserve">[20:08] </w:t>
      </w:r>
      <w:r>
        <w:t>Moses, the staff</w:t>
      </w:r>
    </w:p>
    <w:p>
      <w:pPr>
        <w:jc w:val="right"/>
      </w:pPr>
      <w:r>
        <w:t>Moses, the staff</w:t>
      </w:r>
    </w:p>
    <w:p>
      <w:r>
        <w:rPr>
          <w:b/>
        </w:rPr>
        <w:t xml:space="preserve">[20:13] </w:t>
      </w:r>
      <w:r>
        <w:t>of Moses or the rod of Moses</w:t>
      </w:r>
    </w:p>
    <w:p>
      <w:pPr>
        <w:jc w:val="right"/>
      </w:pPr>
      <w:r>
        <w:t>of Moses or the rod of Moses</w:t>
      </w:r>
    </w:p>
    <w:p>
      <w:r>
        <w:rPr>
          <w:b/>
        </w:rPr>
        <w:t xml:space="preserve">[20:18] </w:t>
      </w:r>
      <w:r>
        <w:t>swallowed the falsehood of</w:t>
      </w:r>
    </w:p>
    <w:p>
      <w:pPr>
        <w:jc w:val="right"/>
      </w:pPr>
      <w:r>
        <w:t>swallowed the falsehood of</w:t>
      </w:r>
    </w:p>
    <w:p>
      <w:r>
        <w:rPr>
          <w:b/>
        </w:rPr>
        <w:t xml:space="preserve">[20:25] </w:t>
      </w:r>
      <w:r>
        <w:t>the magicians.</w:t>
      </w:r>
    </w:p>
    <w:p>
      <w:pPr>
        <w:jc w:val="right"/>
      </w:pPr>
      <w:r>
        <w:t>the magicians.</w:t>
      </w:r>
    </w:p>
    <w:p>
      <w:r>
        <w:rPr>
          <w:b/>
        </w:rPr>
        <w:t xml:space="preserve">[20:30] </w:t>
      </w:r>
      <w:r>
        <w:t>So this happened in Masrahat at-Tahrir.</w:t>
      </w:r>
    </w:p>
    <w:p>
      <w:pPr>
        <w:jc w:val="right"/>
      </w:pPr>
      <w:r>
        <w:t>So this happened in Masrahat at-Tahrir.</w:t>
      </w:r>
    </w:p>
    <w:p>
      <w:r>
        <w:rPr>
          <w:b/>
        </w:rPr>
        <w:t xml:space="preserve">[20:37] </w:t>
      </w:r>
      <w:r>
        <w:t>The Word of God swallowed the Word of Man. Everyone was stunned. Then</w:t>
      </w:r>
    </w:p>
    <w:p>
      <w:pPr>
        <w:jc w:val="right"/>
      </w:pPr>
      <w:r>
        <w:t>The Word of God swallowed the Word of Man. Everyone was stunned. Then</w:t>
      </w:r>
    </w:p>
    <w:p>
      <w:r>
        <w:rPr>
          <w:b/>
        </w:rPr>
        <w:t xml:space="preserve">[20:48] </w:t>
      </w:r>
      <w:r>
        <w:t>after the conclusion, we came out</w:t>
      </w:r>
    </w:p>
    <w:p>
      <w:pPr>
        <w:jc w:val="right"/>
      </w:pPr>
      <w:r>
        <w:t>after the conclusion, we came out</w:t>
      </w:r>
    </w:p>
    <w:p>
      <w:r>
        <w:rPr>
          <w:b/>
        </w:rPr>
        <w:t xml:space="preserve">[20:53] </w:t>
      </w:r>
      <w:r>
        <w:t>. We were invited to a</w:t>
      </w:r>
    </w:p>
    <w:p>
      <w:pPr>
        <w:jc w:val="right"/>
      </w:pPr>
      <w:r>
        <w:t>. We were invited to a</w:t>
      </w:r>
    </w:p>
    <w:p>
      <w:r>
        <w:rPr>
          <w:b/>
        </w:rPr>
        <w:t xml:space="preserve">[20:58] </w:t>
      </w:r>
      <w:r>
        <w:t>tea. So there were several tables and chairs. I</w:t>
      </w:r>
    </w:p>
    <w:p>
      <w:pPr>
        <w:jc w:val="right"/>
      </w:pPr>
      <w:r>
        <w:t>tea. So there were several tables and chairs. I</w:t>
      </w:r>
    </w:p>
    <w:p>
      <w:r>
        <w:rPr>
          <w:b/>
        </w:rPr>
        <w:t xml:space="preserve">[21:11] </w:t>
      </w:r>
      <w:r>
        <w:t>sat at a chair.</w:t>
      </w:r>
    </w:p>
    <w:p>
      <w:pPr>
        <w:jc w:val="right"/>
      </w:pPr>
      <w:r>
        <w:t>sat at a chair.</w:t>
      </w:r>
    </w:p>
    <w:p>
      <w:r>
        <w:rPr>
          <w:b/>
        </w:rPr>
        <w:t xml:space="preserve">[21:16] </w:t>
      </w:r>
      <w:r>
        <w:t>So by chance, the other side, the man who sat on the other chair before me was</w:t>
      </w:r>
    </w:p>
    <w:p>
      <w:pPr>
        <w:jc w:val="right"/>
      </w:pPr>
      <w:r>
        <w:t>So by chance, the other side, the man who sat on the other chair before me was</w:t>
      </w:r>
    </w:p>
    <w:p>
      <w:r>
        <w:rPr>
          <w:b/>
        </w:rPr>
        <w:t xml:space="preserve">[21:33] </w:t>
      </w:r>
      <w:r>
        <w:t>a person from the Vatican. He was Dr. Anthony Sulical.</w:t>
      </w:r>
    </w:p>
    <w:p>
      <w:pPr>
        <w:jc w:val="right"/>
      </w:pPr>
      <w:r>
        <w:t>a person from the Vatican. He was Dr. Anthony Sulical.</w:t>
      </w:r>
    </w:p>
    <w:p>
      <w:r>
        <w:rPr>
          <w:b/>
        </w:rPr>
        <w:t xml:space="preserve">[21:41] </w:t>
      </w:r>
      <w:r>
        <w:t>Dr. Anthony Sulical. He was a member of the Vatican team.</w:t>
      </w:r>
    </w:p>
    <w:p>
      <w:pPr>
        <w:jc w:val="right"/>
      </w:pPr>
      <w:r>
        <w:t>Dr. Anthony Sulical. He was a member of the Vatican team.</w:t>
      </w:r>
    </w:p>
    <w:p>
      <w:r>
        <w:rPr>
          <w:b/>
        </w:rPr>
        <w:t xml:space="preserve">[21:49] </w:t>
      </w:r>
      <w:r>
        <w:t>So he was also in an obsession at that time.</w:t>
      </w:r>
    </w:p>
    <w:p>
      <w:pPr>
        <w:jc w:val="right"/>
      </w:pPr>
      <w:r>
        <w:t>So he was also in an obsession at that time.</w:t>
      </w:r>
    </w:p>
    <w:p>
      <w:r>
        <w:rPr>
          <w:b/>
        </w:rPr>
        <w:t xml:space="preserve">[21:56] </w:t>
      </w:r>
      <w:r>
        <w:t>I asked</w:t>
      </w:r>
    </w:p>
    <w:p>
      <w:pPr>
        <w:jc w:val="right"/>
      </w:pPr>
      <w:r>
        <w:t>I asked</w:t>
      </w:r>
    </w:p>
    <w:p>
      <w:r>
        <w:rPr>
          <w:b/>
        </w:rPr>
        <w:t xml:space="preserve">[22:03] </w:t>
      </w:r>
      <w:r>
        <w:t>Dr. Anthony Sulical, "Now you have seen a comparison.</w:t>
      </w:r>
    </w:p>
    <w:p>
      <w:pPr>
        <w:jc w:val="right"/>
      </w:pPr>
      <w:r>
        <w:t>Dr. Anthony Sulical, "Now you have seen a comparison.</w:t>
      </w:r>
    </w:p>
    <w:p>
      <w:r>
        <w:rPr>
          <w:b/>
        </w:rPr>
        <w:t xml:space="preserve">[22:13] </w:t>
      </w:r>
      <w:r>
        <w:t>You have heard the words of both the books. Now, do you believe that the Quran is the Book of God after this experience,</w:t>
      </w:r>
    </w:p>
    <w:p>
      <w:pPr>
        <w:jc w:val="right"/>
      </w:pPr>
      <w:r>
        <w:t>You have heard the words of both the books. Now, do you believe that the Quran is the Book of God after this experience,</w:t>
      </w:r>
    </w:p>
    <w:p>
      <w:r>
        <w:rPr>
          <w:b/>
        </w:rPr>
        <w:t xml:space="preserve">[22:31] </w:t>
      </w:r>
      <w:r>
        <w:t>after this comparison</w:t>
      </w:r>
    </w:p>
    <w:p>
      <w:pPr>
        <w:jc w:val="right"/>
      </w:pPr>
      <w:r>
        <w:t>after this comparison</w:t>
      </w:r>
    </w:p>
    <w:p>
      <w:r>
        <w:rPr>
          <w:b/>
        </w:rPr>
        <w:t xml:space="preserve">[22:33] </w:t>
      </w:r>
      <w:r>
        <w:t>?" So I asked, "Now, do you believe that the Quran is the Word of God?" Dr.</w:t>
      </w:r>
    </w:p>
    <w:p>
      <w:pPr>
        <w:jc w:val="right"/>
      </w:pPr>
      <w:r>
        <w:t>?" So I asked, "Now, do you believe that the Quran is the Word of God?" Dr.</w:t>
      </w:r>
    </w:p>
    <w:p>
      <w:r>
        <w:rPr>
          <w:b/>
        </w:rPr>
        <w:t xml:space="preserve">[22:50] </w:t>
      </w:r>
      <w:r>
        <w:t>Anthony Sulical said, "Yes." Under that obsession, he was not able to deny.</w:t>
      </w:r>
    </w:p>
    <w:p>
      <w:pPr>
        <w:jc w:val="right"/>
      </w:pPr>
      <w:r>
        <w:t>Anthony Sulical said, "Yes." Under that obsession, he was not able to deny.</w:t>
      </w:r>
    </w:p>
    <w:p>
      <w:r>
        <w:rPr>
          <w:b/>
        </w:rPr>
        <w:t xml:space="preserve">[23:01] </w:t>
      </w:r>
      <w:r>
        <w:t>So he accepted.</w:t>
      </w:r>
    </w:p>
    <w:p>
      <w:pPr>
        <w:jc w:val="right"/>
      </w:pPr>
      <w:r>
        <w:t>So he accepted.</w:t>
      </w:r>
    </w:p>
    <w:p>
      <w:r>
        <w:rPr>
          <w:b/>
        </w:rPr>
        <w:t xml:space="preserve">[23:07] </w:t>
      </w:r>
      <w:r>
        <w:t>That comparison he listened to in the hall was so powerful that he was not in a position to deny.</w:t>
      </w:r>
    </w:p>
    <w:p>
      <w:pPr>
        <w:jc w:val="right"/>
      </w:pPr>
      <w:r>
        <w:t>That comparison he listened to in the hall was so powerful that he was not in a position to deny.</w:t>
      </w:r>
    </w:p>
    <w:p>
      <w:r>
        <w:rPr>
          <w:b/>
        </w:rPr>
        <w:t xml:space="preserve">[23:20] </w:t>
      </w:r>
      <w:r>
        <w:t>He said, "Yes." But after some seconds, he felt that it is quite contradictory to that stand which he had adopted in the hall, in the discussion.</w:t>
      </w:r>
    </w:p>
    <w:p>
      <w:pPr>
        <w:jc w:val="right"/>
      </w:pPr>
      <w:r>
        <w:t>He said, "Yes." But after some seconds, he felt that it is quite contradictory to that stand which he had adopted in the hall, in the discussion.</w:t>
      </w:r>
    </w:p>
    <w:p>
      <w:r>
        <w:rPr>
          <w:b/>
        </w:rPr>
        <w:t xml:space="preserve">[23:39] </w:t>
      </w:r>
      <w:r>
        <w:t>So he corrected his statement</w:t>
      </w:r>
    </w:p>
    <w:p>
      <w:pPr>
        <w:jc w:val="right"/>
      </w:pPr>
      <w:r>
        <w:t>So he corrected his statement</w:t>
      </w:r>
    </w:p>
    <w:p>
      <w:r>
        <w:rPr>
          <w:b/>
        </w:rPr>
        <w:t xml:space="preserve">[23:42] </w:t>
      </w:r>
      <w:r>
        <w:t>. He said, "Yes, but it was for ancient Arabia." "Yes, the Quran is the Word of God, but it was for ancient Arabia." This was my experience.</w:t>
      </w:r>
    </w:p>
    <w:p>
      <w:pPr>
        <w:jc w:val="right"/>
      </w:pPr>
      <w:r>
        <w:t>. He said, "Yes, but it was for ancient Arabia." "Yes, the Quran is the Word of God, but it was for ancient Arabia." This was my experience.</w:t>
      </w:r>
    </w:p>
    <w:p>
      <w:r>
        <w:rPr>
          <w:b/>
        </w:rPr>
        <w:t xml:space="preserve">[24:06] </w:t>
      </w:r>
      <w:r>
        <w:t>I have some other experiences like this. So if you compare, I am giving you the formula of comparison.</w:t>
      </w:r>
    </w:p>
    <w:p>
      <w:pPr>
        <w:jc w:val="right"/>
      </w:pPr>
      <w:r>
        <w:t>I have some other experiences like this. So if you compare, I am giving you the formula of comparison.</w:t>
      </w:r>
    </w:p>
    <w:p>
      <w:r>
        <w:rPr>
          <w:b/>
        </w:rPr>
        <w:t xml:space="preserve">[24:19] </w:t>
      </w:r>
      <w:r>
        <w:t>In comparison, that you understand</w:t>
      </w:r>
    </w:p>
    <w:p>
      <w:pPr>
        <w:jc w:val="right"/>
      </w:pPr>
      <w:r>
        <w:t>In comparison, that you understand</w:t>
      </w:r>
    </w:p>
    <w:p>
      <w:r>
        <w:rPr>
          <w:b/>
        </w:rPr>
        <w:t xml:space="preserve">[24:21] </w:t>
      </w:r>
      <w:r>
        <w:t>. So apply this formula. So if you compare, you will find that all the books are in the Word of Man,</w:t>
      </w:r>
    </w:p>
    <w:p>
      <w:pPr>
        <w:jc w:val="right"/>
      </w:pPr>
      <w:r>
        <w:t>. So apply this formula. So if you compare, you will find that all the books are in the Word of Man,</w:t>
      </w:r>
    </w:p>
    <w:p>
      <w:r>
        <w:rPr>
          <w:b/>
        </w:rPr>
        <w:t xml:space="preserve">[24:37] </w:t>
      </w:r>
      <w:r>
        <w:t>and the Quran is exceptionally a book that is in the Word of God</w:t>
      </w:r>
    </w:p>
    <w:p>
      <w:pPr>
        <w:jc w:val="right"/>
      </w:pPr>
      <w:r>
        <w:t>and the Quran is exceptionally a book that is in the Word of God</w:t>
      </w:r>
    </w:p>
    <w:p>
      <w:r>
        <w:rPr>
          <w:b/>
        </w:rPr>
        <w:t xml:space="preserve">[24:46] </w:t>
      </w:r>
      <w:r>
        <w:t>. The Quran is the only book</w:t>
      </w:r>
    </w:p>
    <w:p>
      <w:pPr>
        <w:jc w:val="right"/>
      </w:pPr>
      <w:r>
        <w:t>. The Quran is the only book</w:t>
      </w:r>
    </w:p>
    <w:p>
      <w:r>
        <w:rPr>
          <w:b/>
        </w:rPr>
        <w:t xml:space="preserve">[24:50] </w:t>
      </w:r>
      <w:r>
        <w:t>under the sky.</w:t>
      </w:r>
    </w:p>
    <w:p>
      <w:pPr>
        <w:jc w:val="right"/>
      </w:pPr>
      <w:r>
        <w:t>under the sky.</w:t>
      </w:r>
    </w:p>
    <w:p>
      <w:r>
        <w:rPr>
          <w:b/>
        </w:rPr>
        <w:t xml:space="preserve">[24:55] </w:t>
      </w:r>
      <w:r>
        <w:t>You can. I invite you to compare the Quran with any other book, religious or secular.</w:t>
      </w:r>
    </w:p>
    <w:p>
      <w:pPr>
        <w:jc w:val="right"/>
      </w:pPr>
      <w:r>
        <w:t>You can. I invite you to compare the Quran with any other book, religious or secular.</w:t>
      </w:r>
    </w:p>
    <w:p>
      <w:r>
        <w:rPr>
          <w:b/>
        </w:rPr>
        <w:t xml:space="preserve">[25:07] </w:t>
      </w:r>
      <w:r>
        <w:t>So you will find that all the books are the Word of</w:t>
      </w:r>
    </w:p>
    <w:p>
      <w:pPr>
        <w:jc w:val="right"/>
      </w:pPr>
      <w:r>
        <w:t>So you will find that all the books are the Word of</w:t>
      </w:r>
    </w:p>
    <w:p>
      <w:r>
        <w:rPr>
          <w:b/>
        </w:rPr>
        <w:t xml:space="preserve">[25:12] </w:t>
      </w:r>
      <w:r>
        <w:t>. All the books were written in the Word of Man. The Quran is the only book that is in the Word of God</w:t>
      </w:r>
    </w:p>
    <w:p>
      <w:pPr>
        <w:jc w:val="right"/>
      </w:pPr>
      <w:r>
        <w:t>. All the books were written in the Word of Man. The Quran is the only book that is in the Word of God</w:t>
      </w:r>
    </w:p>
    <w:p>
      <w:r>
        <w:rPr>
          <w:b/>
        </w:rPr>
        <w:t xml:space="preserve">[25:25] </w:t>
      </w:r>
      <w:r>
        <w:t>. So this is the first principle which compels us to believe that the Quran is an authentic source of knowing what is truth and what is untruth,</w:t>
      </w:r>
    </w:p>
    <w:p>
      <w:pPr>
        <w:jc w:val="right"/>
      </w:pPr>
      <w:r>
        <w:t>. So this is the first principle which compels us to believe that the Quran is an authentic source of knowing what is truth and what is untruth,</w:t>
      </w:r>
    </w:p>
    <w:p>
      <w:r>
        <w:rPr>
          <w:b/>
        </w:rPr>
        <w:t xml:space="preserve">[25:42] </w:t>
      </w:r>
      <w:r>
        <w:t>what isright, what is wrong.</w:t>
      </w:r>
    </w:p>
    <w:p>
      <w:pPr>
        <w:jc w:val="right"/>
      </w:pPr>
      <w:r>
        <w:t>what isright, what is wrong.</w:t>
      </w:r>
    </w:p>
    <w:p>
      <w:r>
        <w:rPr>
          <w:b/>
        </w:rPr>
        <w:t xml:space="preserve">[25:46] </w:t>
      </w:r>
      <w:r>
        <w:t>Then also, there is another criterion, that is a logical criterion.</w:t>
      </w:r>
    </w:p>
    <w:p>
      <w:pPr>
        <w:jc w:val="right"/>
      </w:pPr>
      <w:r>
        <w:t>Then also, there is another criterion, that is a logical criterion.</w:t>
      </w:r>
    </w:p>
    <w:p>
      <w:r>
        <w:rPr>
          <w:b/>
        </w:rPr>
        <w:t xml:space="preserve">[25:58] </w:t>
      </w:r>
      <w:r>
        <w:t>Here also, I invite you to compare between the Quran and other books, other scholars, other thinkers, other philosophers.</w:t>
      </w:r>
    </w:p>
    <w:p>
      <w:pPr>
        <w:jc w:val="right"/>
      </w:pPr>
      <w:r>
        <w:t>Here also, I invite you to compare between the Quran and other books, other scholars, other thinkers, other philosophers.</w:t>
      </w:r>
    </w:p>
    <w:p>
      <w:r>
        <w:rPr>
          <w:b/>
        </w:rPr>
        <w:t xml:space="preserve">[26:13] </w:t>
      </w:r>
      <w:r>
        <w:t>I am sure that you will find that the Quran proves that it is the Book of Divine Ideology, and all other books are only human ideology.</w:t>
      </w:r>
    </w:p>
    <w:p>
      <w:pPr>
        <w:jc w:val="right"/>
      </w:pPr>
      <w:r>
        <w:t>I am sure that you will find that the Quran proves that it is the Book of Divine Ideology, and all other books are only human ideology.</w:t>
      </w:r>
    </w:p>
    <w:p>
      <w:r>
        <w:rPr>
          <w:b/>
        </w:rPr>
        <w:t xml:space="preserve">[26:28] </w:t>
      </w:r>
      <w:r>
        <w:t>So here, the comparison is between</w:t>
      </w:r>
    </w:p>
    <w:p>
      <w:pPr>
        <w:jc w:val="right"/>
      </w:pPr>
      <w:r>
        <w:t>So here, the comparison is between</w:t>
      </w:r>
    </w:p>
    <w:p>
      <w:r>
        <w:rPr>
          <w:b/>
        </w:rPr>
        <w:t xml:space="preserve">[26:35] </w:t>
      </w:r>
      <w:r>
        <w:t>human ideology and divine ideology. So I am sure that you will find that the Quran is the only book that can claim that it</w:t>
      </w:r>
    </w:p>
    <w:p>
      <w:pPr>
        <w:jc w:val="right"/>
      </w:pPr>
      <w:r>
        <w:t>human ideology and divine ideology. So I am sure that you will find that the Quran is the only book that can claim that it</w:t>
      </w:r>
    </w:p>
    <w:p>
      <w:r>
        <w:rPr>
          <w:b/>
        </w:rPr>
        <w:t xml:space="preserve">[26:50] </w:t>
      </w:r>
      <w:r>
        <w:t>contains the divine ideology, while other books are based on human ideology.</w:t>
      </w:r>
    </w:p>
    <w:p>
      <w:pPr>
        <w:jc w:val="right"/>
      </w:pPr>
      <w:r>
        <w:t>contains the divine ideology, while other books are based on human ideology.</w:t>
      </w:r>
    </w:p>
    <w:p>
      <w:r>
        <w:rPr>
          <w:b/>
        </w:rPr>
        <w:t xml:space="preserve">[27:02] </w:t>
      </w:r>
      <w:r>
        <w:t>I will give you some examples. First of all, I will say, according to my experience, according to my study, that the Quran was revealed in the first quarter of the seventh century.</w:t>
      </w:r>
    </w:p>
    <w:p>
      <w:pPr>
        <w:jc w:val="right"/>
      </w:pPr>
      <w:r>
        <w:t>I will give you some examples. First of all, I will say, according to my experience, according to my study, that the Quran was revealed in the first quarter of the seventh century.</w:t>
      </w:r>
    </w:p>
    <w:p>
      <w:r>
        <w:rPr>
          <w:b/>
        </w:rPr>
        <w:t xml:space="preserve">[27:29] </w:t>
      </w:r>
      <w:r>
        <w:t>The Quran was revealed in the first quarter of the seventh century. So after a long period, no one is in a position to disprove any</w:t>
      </w:r>
    </w:p>
    <w:p>
      <w:pPr>
        <w:jc w:val="right"/>
      </w:pPr>
      <w:r>
        <w:t>The Quran was revealed in the first quarter of the seventh century. So after a long period, no one is in a position to disprove any</w:t>
      </w:r>
    </w:p>
    <w:p>
      <w:r>
        <w:rPr>
          <w:b/>
        </w:rPr>
        <w:t xml:space="preserve">[27:53] </w:t>
      </w:r>
      <w:r>
        <w:t>concept of the Quran.</w:t>
      </w:r>
    </w:p>
    <w:p>
      <w:pPr>
        <w:jc w:val="right"/>
      </w:pPr>
      <w:r>
        <w:t>concept of the Quran.</w:t>
      </w:r>
    </w:p>
    <w:p>
      <w:r>
        <w:rPr>
          <w:b/>
        </w:rPr>
        <w:t xml:space="preserve">[27:57] </w:t>
      </w:r>
      <w:r>
        <w:t>The concept of the Quran, the theory of the Quran, the ideology of the Quran is still today</w:t>
      </w:r>
    </w:p>
    <w:p>
      <w:pPr>
        <w:jc w:val="right"/>
      </w:pPr>
      <w:r>
        <w:t>The concept of the Quran, the theory of the Quran, the ideology of the Quran is still today</w:t>
      </w:r>
    </w:p>
    <w:p>
      <w:r>
        <w:rPr>
          <w:b/>
        </w:rPr>
        <w:t xml:space="preserve">[28:09] </w:t>
      </w:r>
      <w:r>
        <w:t>as correct as it was in the seventh century.</w:t>
      </w:r>
    </w:p>
    <w:p>
      <w:pPr>
        <w:jc w:val="right"/>
      </w:pPr>
      <w:r>
        <w:t>as correct as it was in the seventh century.</w:t>
      </w:r>
    </w:p>
    <w:p>
      <w:r>
        <w:rPr>
          <w:b/>
        </w:rPr>
        <w:t xml:space="preserve">[28:17] </w:t>
      </w:r>
      <w:r>
        <w:t>All these centuries failed to disprove anything,</w:t>
      </w:r>
    </w:p>
    <w:p>
      <w:pPr>
        <w:jc w:val="right"/>
      </w:pPr>
      <w:r>
        <w:t>All these centuries failed to disprove anything,</w:t>
      </w:r>
    </w:p>
    <w:p>
      <w:r>
        <w:rPr>
          <w:b/>
        </w:rPr>
        <w:t xml:space="preserve">[28:24] </w:t>
      </w:r>
      <w:r>
        <w:t>any ideology of the Quran, while other scholars and other philosophers, the ideology of other philosophers, the concepts of other philosophers have failed during these centuries.</w:t>
      </w:r>
    </w:p>
    <w:p>
      <w:pPr>
        <w:jc w:val="right"/>
      </w:pPr>
      <w:r>
        <w:t>any ideology of the Quran, while other scholars and other philosophers, the ideology of other philosophers, the concepts of other philosophers have failed during these centuries.</w:t>
      </w:r>
    </w:p>
    <w:p>
      <w:r>
        <w:rPr>
          <w:b/>
        </w:rPr>
        <w:t xml:space="preserve">[28:42] </w:t>
      </w:r>
      <w:r>
        <w:t>For example, let us take Aristotle. Aristotle claimed that</w:t>
      </w:r>
    </w:p>
    <w:p>
      <w:pPr>
        <w:jc w:val="right"/>
      </w:pPr>
      <w:r>
        <w:t>For example, let us take Aristotle. Aristotle claimed that</w:t>
      </w:r>
    </w:p>
    <w:p>
      <w:r>
        <w:rPr>
          <w:b/>
        </w:rPr>
        <w:t xml:space="preserve">[28:54] </w:t>
      </w:r>
      <w:r>
        <w:t>the Earth is the center of the universe and the Sun is revolving</w:t>
      </w:r>
    </w:p>
    <w:p>
      <w:pPr>
        <w:jc w:val="right"/>
      </w:pPr>
      <w:r>
        <w:t>the Earth is the center of the universe and the Sun is revolving</w:t>
      </w:r>
    </w:p>
    <w:p>
      <w:r>
        <w:rPr>
          <w:b/>
        </w:rPr>
        <w:t xml:space="preserve">[29:04] </w:t>
      </w:r>
      <w:r>
        <w:t>around the Earth</w:t>
      </w:r>
    </w:p>
    <w:p>
      <w:pPr>
        <w:jc w:val="right"/>
      </w:pPr>
      <w:r>
        <w:t>around the Earth</w:t>
      </w:r>
    </w:p>
    <w:p>
      <w:r>
        <w:rPr>
          <w:b/>
        </w:rPr>
        <w:t xml:space="preserve">[29:06] </w:t>
      </w:r>
      <w:r>
        <w:t>. Our planet Earth is in the center, and the Sun is revolving around the planet Earth.</w:t>
      </w:r>
    </w:p>
    <w:p>
      <w:pPr>
        <w:jc w:val="right"/>
      </w:pPr>
      <w:r>
        <w:t>. Our planet Earth is in the center, and the Sun is revolving around the planet Earth.</w:t>
      </w:r>
    </w:p>
    <w:p>
      <w:r>
        <w:rPr>
          <w:b/>
        </w:rPr>
        <w:t xml:space="preserve">[29:16] </w:t>
      </w:r>
      <w:r>
        <w:t>But you know,</w:t>
      </w:r>
    </w:p>
    <w:p>
      <w:pPr>
        <w:jc w:val="right"/>
      </w:pPr>
      <w:r>
        <w:t>But you know,</w:t>
      </w:r>
    </w:p>
    <w:p>
      <w:r>
        <w:rPr>
          <w:b/>
        </w:rPr>
        <w:t xml:space="preserve">[29:21] </w:t>
      </w:r>
      <w:r>
        <w:t>after Copernicus, it was disproved.</w:t>
      </w:r>
    </w:p>
    <w:p>
      <w:pPr>
        <w:jc w:val="right"/>
      </w:pPr>
      <w:r>
        <w:t>after Copernicus, it was disproved.</w:t>
      </w:r>
    </w:p>
    <w:p>
      <w:r>
        <w:rPr>
          <w:b/>
        </w:rPr>
        <w:t xml:space="preserve">[29:28] </w:t>
      </w:r>
      <w:r>
        <w:t>Copernicus and other scientists proved that this theory was wrong.</w:t>
      </w:r>
    </w:p>
    <w:p>
      <w:pPr>
        <w:jc w:val="right"/>
      </w:pPr>
      <w:r>
        <w:t>Copernicus and other scientists proved that this theory was wrong.</w:t>
      </w:r>
    </w:p>
    <w:p>
      <w:r>
        <w:rPr>
          <w:b/>
        </w:rPr>
        <w:t xml:space="preserve">[29:37] </w:t>
      </w:r>
      <w:r>
        <w:t>This theory was wrong.</w:t>
      </w:r>
    </w:p>
    <w:p>
      <w:pPr>
        <w:jc w:val="right"/>
      </w:pPr>
      <w:r>
        <w:t>This theory was wrong.</w:t>
      </w:r>
    </w:p>
    <w:p>
      <w:r>
        <w:rPr>
          <w:b/>
        </w:rPr>
        <w:t xml:space="preserve">[29:43] </w:t>
      </w:r>
      <w:r>
        <w:t>Then you see,</w:t>
      </w:r>
    </w:p>
    <w:p>
      <w:pPr>
        <w:jc w:val="right"/>
      </w:pPr>
      <w:r>
        <w:t>Then you see,</w:t>
      </w:r>
    </w:p>
    <w:p>
      <w:r>
        <w:rPr>
          <w:b/>
        </w:rPr>
        <w:t xml:space="preserve">[29:48] </w:t>
      </w:r>
      <w:r>
        <w:t>Karl Barth was a great philosopher, a great thinker. He claimed that there is a dialectical materialism that controls the history.</w:t>
      </w:r>
    </w:p>
    <w:p>
      <w:pPr>
        <w:jc w:val="right"/>
      </w:pPr>
      <w:r>
        <w:t>Karl Barth was a great philosopher, a great thinker. He claimed that there is a dialectical materialism that controls the history.</w:t>
      </w:r>
    </w:p>
    <w:p>
      <w:r>
        <w:rPr>
          <w:b/>
        </w:rPr>
        <w:t xml:space="preserve">[30:09] </w:t>
      </w:r>
      <w:r>
        <w:t>Dialectical materialism that controls the history. It means that every time, in every age, the historical process produces some enemies.</w:t>
      </w:r>
    </w:p>
    <w:p>
      <w:pPr>
        <w:jc w:val="right"/>
      </w:pPr>
      <w:r>
        <w:t>Dialectical materialism that controls the history. It means that every time, in every age, the historical process produces some enemies.</w:t>
      </w:r>
    </w:p>
    <w:p>
      <w:r>
        <w:rPr>
          <w:b/>
        </w:rPr>
        <w:t xml:space="preserve">[30:35] </w:t>
      </w:r>
      <w:r>
        <w:t>For example, in our age, according to Marxian analysis,</w:t>
      </w:r>
    </w:p>
    <w:p>
      <w:pPr>
        <w:jc w:val="right"/>
      </w:pPr>
      <w:r>
        <w:t>For example, in our age, according to Marxian analysis,</w:t>
      </w:r>
    </w:p>
    <w:p>
      <w:r>
        <w:rPr>
          <w:b/>
        </w:rPr>
        <w:t xml:space="preserve">[30:45] </w:t>
      </w:r>
      <w:r>
        <w:t>the labor class was an enemy of the capitalist class.</w:t>
      </w:r>
    </w:p>
    <w:p>
      <w:pPr>
        <w:jc w:val="right"/>
      </w:pPr>
      <w:r>
        <w:t>the labor class was an enemy of the capitalist class.</w:t>
      </w:r>
    </w:p>
    <w:p>
      <w:r>
        <w:rPr>
          <w:b/>
        </w:rPr>
        <w:t xml:space="preserve">[30:51] </w:t>
      </w:r>
      <w:r>
        <w:t>So Marx claimed that the labor class is an enemy of the capitalist class.</w:t>
      </w:r>
    </w:p>
    <w:p>
      <w:pPr>
        <w:jc w:val="right"/>
      </w:pPr>
      <w:r>
        <w:t>So Marx claimed that the labor class is an enemy of the capitalist class.</w:t>
      </w:r>
    </w:p>
    <w:p>
      <w:r>
        <w:rPr>
          <w:b/>
        </w:rPr>
        <w:t xml:space="preserve">[31:02] </w:t>
      </w:r>
      <w:r>
        <w:t>And according to the law of history, according to the historical laws, there will be clash.</w:t>
      </w:r>
    </w:p>
    <w:p>
      <w:pPr>
        <w:jc w:val="right"/>
      </w:pPr>
      <w:r>
        <w:t>And according to the law of history, according to the historical laws, there will be clash.</w:t>
      </w:r>
    </w:p>
    <w:p>
      <w:r>
        <w:rPr>
          <w:b/>
        </w:rPr>
        <w:t xml:space="preserve">[31:16] </w:t>
      </w:r>
      <w:r>
        <w:t>And in the end, the labor class will be victorious and the capitalist class will finish from the</w:t>
      </w:r>
    </w:p>
    <w:p>
      <w:pPr>
        <w:jc w:val="right"/>
      </w:pPr>
      <w:r>
        <w:t>And in the end, the labor class will be victorious and the capitalist class will finish from the</w:t>
      </w:r>
    </w:p>
    <w:p>
      <w:r>
        <w:rPr>
          <w:b/>
        </w:rPr>
        <w:t xml:space="preserve">[31:33] </w:t>
      </w:r>
      <w:r>
        <w:t>planet Earth</w:t>
      </w:r>
    </w:p>
    <w:p>
      <w:pPr>
        <w:jc w:val="right"/>
      </w:pPr>
      <w:r>
        <w:t>planet Earth</w:t>
      </w:r>
    </w:p>
    <w:p>
      <w:r>
        <w:rPr>
          <w:b/>
        </w:rPr>
        <w:t xml:space="preserve">[31:35] </w:t>
      </w:r>
      <w:r>
        <w:t>. But it does not happen. You know, the capitalist class is everywhere, even in Russia.</w:t>
      </w:r>
    </w:p>
    <w:p>
      <w:pPr>
        <w:jc w:val="right"/>
      </w:pPr>
      <w:r>
        <w:t>. But it does not happen. You know, the capitalist class is everywhere, even in Russia.</w:t>
      </w:r>
    </w:p>
    <w:p>
      <w:r>
        <w:rPr>
          <w:b/>
        </w:rPr>
        <w:t xml:space="preserve">[31:45] </w:t>
      </w:r>
      <w:r>
        <w:t>The labor class failed to finish the capitalist class.</w:t>
      </w:r>
    </w:p>
    <w:p>
      <w:pPr>
        <w:jc w:val="right"/>
      </w:pPr>
      <w:r>
        <w:t>The labor class failed to finish the capitalist class.</w:t>
      </w:r>
    </w:p>
    <w:p>
      <w:r>
        <w:rPr>
          <w:b/>
        </w:rPr>
        <w:t xml:space="preserve">[31:54] </w:t>
      </w:r>
      <w:r>
        <w:t>You know, there were</w:t>
      </w:r>
    </w:p>
    <w:p>
      <w:pPr>
        <w:jc w:val="right"/>
      </w:pPr>
      <w:r>
        <w:t>You know, there were</w:t>
      </w:r>
    </w:p>
    <w:p>
      <w:r>
        <w:rPr>
          <w:b/>
        </w:rPr>
        <w:t xml:space="preserve">[31:58] </w:t>
      </w:r>
      <w:r>
        <w:t>these communist people, the followers of Marx, who were able to establish an empire, a great empire.</w:t>
      </w:r>
    </w:p>
    <w:p>
      <w:pPr>
        <w:jc w:val="right"/>
      </w:pPr>
      <w:r>
        <w:t>these communist people, the followers of Marx, who were able to establish an empire, a great empire.</w:t>
      </w:r>
    </w:p>
    <w:p>
      <w:r>
        <w:rPr>
          <w:b/>
        </w:rPr>
        <w:t xml:space="preserve">[32:10] </w:t>
      </w:r>
      <w:r>
        <w:t>The center of this empire was Russia. There is Moscow. I visited Moscow.</w:t>
      </w:r>
    </w:p>
    <w:p>
      <w:pPr>
        <w:jc w:val="right"/>
      </w:pPr>
      <w:r>
        <w:t>The center of this empire was Russia. There is Moscow. I visited Moscow.</w:t>
      </w:r>
    </w:p>
    <w:p>
      <w:r>
        <w:rPr>
          <w:b/>
        </w:rPr>
        <w:t xml:space="preserve">[32:17] </w:t>
      </w:r>
      <w:r>
        <w:t>I saw all those things. So</w:t>
      </w:r>
    </w:p>
    <w:p>
      <w:pPr>
        <w:jc w:val="right"/>
      </w:pPr>
      <w:r>
        <w:t>I saw all those things. So</w:t>
      </w:r>
    </w:p>
    <w:p>
      <w:r>
        <w:rPr>
          <w:b/>
        </w:rPr>
        <w:t xml:space="preserve">[32:25] </w:t>
      </w:r>
      <w:r>
        <w:t>after 75 years, this empire existed up to 75 years, but this empire failed.</w:t>
      </w:r>
    </w:p>
    <w:p>
      <w:pPr>
        <w:jc w:val="right"/>
      </w:pPr>
      <w:r>
        <w:t>after 75 years, this empire existed up to 75 years, but this empire failed.</w:t>
      </w:r>
    </w:p>
    <w:p>
      <w:r>
        <w:rPr>
          <w:b/>
        </w:rPr>
        <w:t xml:space="preserve">[32:44] </w:t>
      </w:r>
      <w:r>
        <w:t>They achieved the status of superpower, but they failed to</w:t>
      </w:r>
    </w:p>
    <w:p>
      <w:pPr>
        <w:jc w:val="right"/>
      </w:pPr>
      <w:r>
        <w:t>They achieved the status of superpower, but they failed to</w:t>
      </w:r>
    </w:p>
    <w:p>
      <w:r>
        <w:rPr>
          <w:b/>
        </w:rPr>
        <w:t xml:space="preserve">[32:52] </w:t>
      </w:r>
      <w:r>
        <w:t>abolish capitalism</w:t>
      </w:r>
    </w:p>
    <w:p>
      <w:pPr>
        <w:jc w:val="right"/>
      </w:pPr>
      <w:r>
        <w:t>abolish capitalism</w:t>
      </w:r>
    </w:p>
    <w:p>
      <w:r>
        <w:rPr>
          <w:b/>
        </w:rPr>
        <w:t xml:space="preserve">[32:55] </w:t>
      </w:r>
      <w:r>
        <w:t>. They failed to abolish private property. They failed to abolish the free economy,</w:t>
      </w:r>
    </w:p>
    <w:p>
      <w:pPr>
        <w:jc w:val="right"/>
      </w:pPr>
      <w:r>
        <w:t>. They failed to abolish private property. They failed to abolish the free economy,</w:t>
      </w:r>
    </w:p>
    <w:p>
      <w:r>
        <w:rPr>
          <w:b/>
        </w:rPr>
        <w:t xml:space="preserve">[33:07] </w:t>
      </w:r>
      <w:r>
        <w:t>even after 75 years. So it means that Marx was wrong, Engels was wrong, Lenin was wrong, Feuerbach was wrong.</w:t>
      </w:r>
    </w:p>
    <w:p>
      <w:pPr>
        <w:jc w:val="right"/>
      </w:pPr>
      <w:r>
        <w:t>even after 75 years. So it means that Marx was wrong, Engels was wrong, Lenin was wrong, Feuerbach was wrong.</w:t>
      </w:r>
    </w:p>
    <w:p>
      <w:r>
        <w:rPr>
          <w:b/>
        </w:rPr>
        <w:t xml:space="preserve">[33:22] </w:t>
      </w:r>
      <w:r>
        <w:t>But you cannot point out a single item in the Quran that was disproved by science or disproved by history.</w:t>
      </w:r>
    </w:p>
    <w:p>
      <w:pPr>
        <w:jc w:val="right"/>
      </w:pPr>
      <w:r>
        <w:t>But you cannot point out a single item in the Quran that was disproved by science or disproved by history.</w:t>
      </w:r>
    </w:p>
    <w:p>
      <w:r>
        <w:rPr>
          <w:b/>
        </w:rPr>
        <w:t xml:space="preserve">[33:37] </w:t>
      </w:r>
      <w:r>
        <w:t>Then you can see there were many Nazi leaders like Gandhi, like Rousseau, like Nelson Mandela,</w:t>
      </w:r>
    </w:p>
    <w:p>
      <w:pPr>
        <w:jc w:val="right"/>
      </w:pPr>
      <w:r>
        <w:t>Then you can see there were many Nazi leaders like Gandhi, like Rousseau, like Nelson Mandela,</w:t>
      </w:r>
    </w:p>
    <w:p>
      <w:r>
        <w:rPr>
          <w:b/>
        </w:rPr>
        <w:t xml:space="preserve">[33:53] </w:t>
      </w:r>
      <w:r>
        <w:t>so many nationalist leaders. They claimed that the source of all evil is foreign rule.</w:t>
      </w:r>
    </w:p>
    <w:p>
      <w:pPr>
        <w:jc w:val="right"/>
      </w:pPr>
      <w:r>
        <w:t>so many nationalist leaders. They claimed that the source of all evil is foreign rule.</w:t>
      </w:r>
    </w:p>
    <w:p>
      <w:r>
        <w:rPr>
          <w:b/>
        </w:rPr>
        <w:t xml:space="preserve">[34:06] </w:t>
      </w:r>
      <w:r>
        <w:t>Foreign rule is the source of all evil.</w:t>
      </w:r>
    </w:p>
    <w:p>
      <w:pPr>
        <w:jc w:val="right"/>
      </w:pPr>
      <w:r>
        <w:t>Foreign rule is the source of all evil.</w:t>
      </w:r>
    </w:p>
    <w:p>
      <w:r>
        <w:rPr>
          <w:b/>
        </w:rPr>
        <w:t xml:space="preserve">[34:13] </w:t>
      </w:r>
      <w:r>
        <w:t>If we establish national rule in our country, then we will find that</w:t>
      </w:r>
    </w:p>
    <w:p>
      <w:pPr>
        <w:jc w:val="right"/>
      </w:pPr>
      <w:r>
        <w:t>If we establish national rule in our country, then we will find that</w:t>
      </w:r>
    </w:p>
    <w:p>
      <w:r>
        <w:rPr>
          <w:b/>
        </w:rPr>
        <w:t xml:space="preserve">[34:24] </w:t>
      </w:r>
      <w:r>
        <w:t>there is no evil. There is an ideal society. They claimed that the Nazi society is an ideal society, and it is only foreign loot that is the source of all evils.</w:t>
      </w:r>
    </w:p>
    <w:p>
      <w:pPr>
        <w:jc w:val="right"/>
      </w:pPr>
      <w:r>
        <w:t>there is no evil. There is an ideal society. They claimed that the Nazi society is an ideal society, and it is only foreign loot that is the source of all evils.</w:t>
      </w:r>
    </w:p>
    <w:p>
      <w:r>
        <w:rPr>
          <w:b/>
        </w:rPr>
        <w:t xml:space="preserve">[34:42] </w:t>
      </w:r>
      <w:r>
        <w:t>So you see, everywhere in the world, they successfully removed foreign rule in India, in Pakistan, in Bangladesh, in South Africa, everywhere in the world,</w:t>
      </w:r>
    </w:p>
    <w:p>
      <w:pPr>
        <w:jc w:val="right"/>
      </w:pPr>
      <w:r>
        <w:t>So you see, everywhere in the world, they successfully removed foreign rule in India, in Pakistan, in Bangladesh, in South Africa, everywhere in the world,</w:t>
      </w:r>
    </w:p>
    <w:p>
      <w:r>
        <w:rPr>
          <w:b/>
        </w:rPr>
        <w:t xml:space="preserve">[35:00] </w:t>
      </w:r>
      <w:r>
        <w:t>in almost in 100 countries. But you know, in every country, there are all kinds of evils.</w:t>
      </w:r>
    </w:p>
    <w:p>
      <w:pPr>
        <w:jc w:val="right"/>
      </w:pPr>
      <w:r>
        <w:t>in almost in 100 countries. But you know, in every country, there are all kinds of evils.</w:t>
      </w:r>
    </w:p>
    <w:p>
      <w:r>
        <w:rPr>
          <w:b/>
        </w:rPr>
        <w:t xml:space="preserve">[35:10] </w:t>
      </w:r>
      <w:r>
        <w:t>All kinds of evils persist even after the foreign rule. You can experience in India. There is corruption.</w:t>
      </w:r>
    </w:p>
    <w:p>
      <w:pPr>
        <w:jc w:val="right"/>
      </w:pPr>
      <w:r>
        <w:t>All kinds of evils persist even after the foreign rule. You can experience in India. There is corruption.</w:t>
      </w:r>
    </w:p>
    <w:p>
      <w:r>
        <w:rPr>
          <w:b/>
        </w:rPr>
        <w:t xml:space="preserve">[35:19] </w:t>
      </w:r>
      <w:r>
        <w:t>There are evils. There is anarchy. So their assessment, their claim failed to prove its veracity.</w:t>
      </w:r>
    </w:p>
    <w:p>
      <w:pPr>
        <w:jc w:val="right"/>
      </w:pPr>
      <w:r>
        <w:t>There are evils. There is anarchy. So their assessment, their claim failed to prove its veracity.</w:t>
      </w:r>
    </w:p>
    <w:p>
      <w:r>
        <w:rPr>
          <w:b/>
        </w:rPr>
        <w:t xml:space="preserve">[35:35] </w:t>
      </w:r>
      <w:r>
        <w:t>All these so-called Nazi leaders failed. But you cannot point out a single item in the Quran that was disproved by the history, by the scientific researchers.</w:t>
      </w:r>
    </w:p>
    <w:p>
      <w:pPr>
        <w:jc w:val="right"/>
      </w:pPr>
      <w:r>
        <w:t>All these so-called Nazi leaders failed. But you cannot point out a single item in the Quran that was disproved by the history, by the scientific researchers.</w:t>
      </w:r>
    </w:p>
    <w:p>
      <w:r>
        <w:rPr>
          <w:b/>
        </w:rPr>
        <w:t xml:space="preserve">[35:51] </w:t>
      </w:r>
      <w:r>
        <w:t>Then in America, there was a great, great scholar. He claimed that man is</w:t>
      </w:r>
    </w:p>
    <w:p>
      <w:pPr>
        <w:jc w:val="right"/>
      </w:pPr>
      <w:r>
        <w:t>Then in America, there was a great, great scholar. He claimed that man is</w:t>
      </w:r>
    </w:p>
    <w:p>
      <w:r>
        <w:rPr>
          <w:b/>
        </w:rPr>
        <w:t xml:space="preserve">[36:03] </w:t>
      </w:r>
      <w:r>
        <w:t>proved.</w:t>
      </w:r>
    </w:p>
    <w:p>
      <w:pPr>
        <w:jc w:val="right"/>
      </w:pPr>
      <w:r>
        <w:t>proved.</w:t>
      </w:r>
    </w:p>
    <w:p>
      <w:r>
        <w:rPr>
          <w:b/>
        </w:rPr>
        <w:t xml:space="preserve">[36:06] </w:t>
      </w:r>
      <w:r>
        <w:t>He claimed that man is a product of his environment. Man is a product of the environment.</w:t>
      </w:r>
    </w:p>
    <w:p>
      <w:pPr>
        <w:jc w:val="right"/>
      </w:pPr>
      <w:r>
        <w:t>He claimed that man is a product of his environment. Man is a product of the environment.</w:t>
      </w:r>
    </w:p>
    <w:p>
      <w:r>
        <w:rPr>
          <w:b/>
        </w:rPr>
        <w:t xml:space="preserve">[36:17] </w:t>
      </w:r>
      <w:r>
        <w:t>And his theory was able to spread everywhere in the world</w:t>
      </w:r>
    </w:p>
    <w:p>
      <w:pPr>
        <w:jc w:val="right"/>
      </w:pPr>
      <w:r>
        <w:t>And his theory was able to spread everywhere in the world</w:t>
      </w:r>
    </w:p>
    <w:p>
      <w:r>
        <w:rPr>
          <w:b/>
        </w:rPr>
        <w:t xml:space="preserve">[36:27] </w:t>
      </w:r>
      <w:r>
        <w:t>. Everywhere in the university, it was a part of the curriculum up to 80 years. 80 years. His name was Watson.</w:t>
      </w:r>
    </w:p>
    <w:p>
      <w:pPr>
        <w:jc w:val="right"/>
      </w:pPr>
      <w:r>
        <w:t>. Everywhere in the university, it was a part of the curriculum up to 80 years. 80 years. His name was Watson.</w:t>
      </w:r>
    </w:p>
    <w:p>
      <w:r>
        <w:rPr>
          <w:b/>
        </w:rPr>
        <w:t xml:space="preserve">[36:38] </w:t>
      </w:r>
      <w:r>
        <w:t>His name was Watson.</w:t>
      </w:r>
    </w:p>
    <w:p>
      <w:pPr>
        <w:jc w:val="right"/>
      </w:pPr>
      <w:r>
        <w:t>His name was Watson.</w:t>
      </w:r>
    </w:p>
    <w:p>
      <w:r>
        <w:rPr>
          <w:b/>
        </w:rPr>
        <w:t xml:space="preserve">[36:41] </w:t>
      </w:r>
      <w:r>
        <w:t>But now it is disproved. Now it is proved after further researches that all those conditioning may be deconditioned.</w:t>
      </w:r>
    </w:p>
    <w:p>
      <w:pPr>
        <w:jc w:val="right"/>
      </w:pPr>
      <w:r>
        <w:t>But now it is disproved. Now it is proved after further researches that all those conditioning may be deconditioned.</w:t>
      </w:r>
    </w:p>
    <w:p>
      <w:r>
        <w:rPr>
          <w:b/>
        </w:rPr>
        <w:t xml:space="preserve">[36:59] </w:t>
      </w:r>
      <w:r>
        <w:t>All those conditioning of the environment may be deconditioned. So deconditioning is now proved as a fact.</w:t>
      </w:r>
    </w:p>
    <w:p>
      <w:pPr>
        <w:jc w:val="right"/>
      </w:pPr>
      <w:r>
        <w:t>All those conditioning of the environment may be deconditioned. So deconditioning is now proved as a fact.</w:t>
      </w:r>
    </w:p>
    <w:p>
      <w:r>
        <w:rPr>
          <w:b/>
        </w:rPr>
        <w:t xml:space="preserve">[37:11] </w:t>
      </w:r>
      <w:r>
        <w:t>Deconditioning is possible, although it is a fact that people are conditioned in their environment.</w:t>
      </w:r>
    </w:p>
    <w:p>
      <w:pPr>
        <w:jc w:val="right"/>
      </w:pPr>
      <w:r>
        <w:t>Deconditioning is possible, although it is a fact that people are conditioned in their environment.</w:t>
      </w:r>
    </w:p>
    <w:p>
      <w:r>
        <w:rPr>
          <w:b/>
        </w:rPr>
        <w:t xml:space="preserve">[37:20] </w:t>
      </w:r>
      <w:r>
        <w:t>But also, it is proved that it is artificial, that this kind of conditioning is artificial, and it is possible to decondition that conditioning.</w:t>
      </w:r>
    </w:p>
    <w:p>
      <w:pPr>
        <w:jc w:val="right"/>
      </w:pPr>
      <w:r>
        <w:t>But also, it is proved that it is artificial, that this kind of conditioning is artificial, and it is possible to decondition that conditioning.</w:t>
      </w:r>
    </w:p>
    <w:p>
      <w:r>
        <w:rPr>
          <w:b/>
        </w:rPr>
        <w:t xml:space="preserve">[37:35] </w:t>
      </w:r>
      <w:r>
        <w:t>So Watson was disproved. The theory of Watson was disproved.</w:t>
      </w:r>
    </w:p>
    <w:p>
      <w:pPr>
        <w:jc w:val="right"/>
      </w:pPr>
      <w:r>
        <w:t>So Watson was disproved. The theory of Watson was disproved.</w:t>
      </w:r>
    </w:p>
    <w:p>
      <w:r>
        <w:rPr>
          <w:b/>
        </w:rPr>
        <w:t xml:space="preserve">[37:43] </w:t>
      </w:r>
      <w:r>
        <w:t>But you cannot point out a single item in the Quran that was disproved by further researchers, by the development of science, by the process of history.</w:t>
      </w:r>
    </w:p>
    <w:p>
      <w:pPr>
        <w:jc w:val="right"/>
      </w:pPr>
      <w:r>
        <w:t>But you cannot point out a single item in the Quran that was disproved by further researchers, by the development of science, by the process of history.</w:t>
      </w:r>
    </w:p>
    <w:p>
      <w:r>
        <w:rPr>
          <w:b/>
        </w:rPr>
        <w:t xml:space="preserve">[38:00] </w:t>
      </w:r>
      <w:r>
        <w:t>So if you go through this issue, you will find</w:t>
      </w:r>
    </w:p>
    <w:p>
      <w:pPr>
        <w:jc w:val="right"/>
      </w:pPr>
      <w:r>
        <w:t>So if you go through this issue, you will find</w:t>
      </w:r>
    </w:p>
    <w:p>
      <w:r>
        <w:rPr>
          <w:b/>
        </w:rPr>
        <w:t xml:space="preserve">[38:10] </w:t>
      </w:r>
      <w:r>
        <w:t>dozens and dozens of examples that all those philosophers and reformers and thinkers</w:t>
      </w:r>
    </w:p>
    <w:p>
      <w:pPr>
        <w:jc w:val="right"/>
      </w:pPr>
      <w:r>
        <w:t>dozens and dozens of examples that all those philosophers and reformers and thinkers</w:t>
      </w:r>
    </w:p>
    <w:p>
      <w:r>
        <w:rPr>
          <w:b/>
        </w:rPr>
        <w:t xml:space="preserve">[38:21] </w:t>
      </w:r>
      <w:r>
        <w:t>were disproved in the later period of history.</w:t>
      </w:r>
    </w:p>
    <w:p>
      <w:pPr>
        <w:jc w:val="right"/>
      </w:pPr>
      <w:r>
        <w:t>were disproved in the later period of history.</w:t>
      </w:r>
    </w:p>
    <w:p>
      <w:r>
        <w:rPr>
          <w:b/>
        </w:rPr>
        <w:t xml:space="preserve">[38:28] </w:t>
      </w:r>
      <w:r>
        <w:t>But no theory of the Quran, no ideology of the Quran, no concept of the Quran was disproved in the later history.</w:t>
      </w:r>
    </w:p>
    <w:p>
      <w:pPr>
        <w:jc w:val="right"/>
      </w:pPr>
      <w:r>
        <w:t>But no theory of the Quran, no ideology of the Quran, no concept of the Quran was disproved in the later history.</w:t>
      </w:r>
    </w:p>
    <w:p>
      <w:r>
        <w:rPr>
          <w:b/>
        </w:rPr>
        <w:t xml:space="preserve">[38:40] </w:t>
      </w:r>
      <w:r>
        <w:t>So after this comparison, here you are in a position to compare the ideology of man and the ideology of God, divine ideology and human ideology.</w:t>
      </w:r>
    </w:p>
    <w:p>
      <w:pPr>
        <w:jc w:val="right"/>
      </w:pPr>
      <w:r>
        <w:t>So after this comparison, here you are in a position to compare the ideology of man and the ideology of God, divine ideology and human ideology.</w:t>
      </w:r>
    </w:p>
    <w:p>
      <w:r>
        <w:rPr>
          <w:b/>
        </w:rPr>
        <w:t xml:space="preserve">[38:55] </w:t>
      </w:r>
      <w:r>
        <w:t>You can compare between the two. And I am certain that you will find that</w:t>
      </w:r>
    </w:p>
    <w:p>
      <w:pPr>
        <w:jc w:val="right"/>
      </w:pPr>
      <w:r>
        <w:t>You can compare between the two. And I am certain that you will find that</w:t>
      </w:r>
    </w:p>
    <w:p>
      <w:r>
        <w:rPr>
          <w:b/>
        </w:rPr>
        <w:t xml:space="preserve">[39:05] </w:t>
      </w:r>
      <w:r>
        <w:t>the divine ideology has proved its veracity</w:t>
      </w:r>
    </w:p>
    <w:p>
      <w:pPr>
        <w:jc w:val="right"/>
      </w:pPr>
      <w:r>
        <w:t>the divine ideology has proved its veracity</w:t>
      </w:r>
    </w:p>
    <w:p>
      <w:r>
        <w:rPr>
          <w:b/>
        </w:rPr>
        <w:t xml:space="preserve">[39:16] </w:t>
      </w:r>
      <w:r>
        <w:t>in every period of history. But human</w:t>
      </w:r>
    </w:p>
    <w:p>
      <w:pPr>
        <w:jc w:val="right"/>
      </w:pPr>
      <w:r>
        <w:t>in every period of history. But human</w:t>
      </w:r>
    </w:p>
    <w:p>
      <w:r>
        <w:rPr>
          <w:b/>
        </w:rPr>
        <w:t xml:space="preserve">[39:24] </w:t>
      </w:r>
      <w:r>
        <w:t>ideology failed to prove its veracity. So here I mentioned two aspects.</w:t>
      </w:r>
    </w:p>
    <w:p>
      <w:pPr>
        <w:jc w:val="right"/>
      </w:pPr>
      <w:r>
        <w:t>ideology failed to prove its veracity. So here I mentioned two aspects.</w:t>
      </w:r>
    </w:p>
    <w:p>
      <w:r>
        <w:rPr>
          <w:b/>
        </w:rPr>
        <w:t xml:space="preserve">[39:38] </w:t>
      </w:r>
      <w:r>
        <w:t>One, two aspects of comparison. Here I mentioned two aspects of comparison. One,</w:t>
      </w:r>
    </w:p>
    <w:p>
      <w:pPr>
        <w:jc w:val="right"/>
      </w:pPr>
      <w:r>
        <w:t>One, two aspects of comparison. Here I mentioned two aspects of comparison. One,</w:t>
      </w:r>
    </w:p>
    <w:p>
      <w:r>
        <w:rPr>
          <w:b/>
        </w:rPr>
        <w:t xml:space="preserve">[39:49] </w:t>
      </w:r>
      <w:r>
        <w:t>the word of man and the word of God</w:t>
      </w:r>
    </w:p>
    <w:p>
      <w:pPr>
        <w:jc w:val="right"/>
      </w:pPr>
      <w:r>
        <w:t>the word of man and the word of God</w:t>
      </w:r>
    </w:p>
    <w:p>
      <w:r>
        <w:rPr>
          <w:b/>
        </w:rPr>
        <w:t xml:space="preserve">[39:52] </w:t>
      </w:r>
      <w:r>
        <w:t>. And the second, human ideology and divine ideology. And after this comparison, you have no option except to accept</w:t>
      </w:r>
    </w:p>
    <w:p>
      <w:pPr>
        <w:jc w:val="right"/>
      </w:pPr>
      <w:r>
        <w:t>. And the second, human ideology and divine ideology. And after this comparison, you have no option except to accept</w:t>
      </w:r>
    </w:p>
    <w:p>
      <w:r>
        <w:rPr>
          <w:b/>
        </w:rPr>
        <w:t xml:space="preserve">[40:09] </w:t>
      </w:r>
      <w:r>
        <w:t>this claim of the Quran that it is the book of God.</w:t>
      </w:r>
    </w:p>
    <w:p>
      <w:pPr>
        <w:jc w:val="right"/>
      </w:pPr>
      <w:r>
        <w:t>this claim of the Quran that it is the book of God.</w:t>
      </w:r>
    </w:p>
    <w:p>
      <w:r>
        <w:rPr>
          <w:b/>
        </w:rPr>
        <w:t xml:space="preserve">[40:17] </w:t>
      </w:r>
      <w:r>
        <w:t>This is the book of God. There is no doubt about it.</w:t>
      </w:r>
    </w:p>
    <w:p>
      <w:pPr>
        <w:jc w:val="right"/>
      </w:pPr>
      <w:r>
        <w:t>This is the book of God. There is no doubt about it.</w:t>
      </w:r>
    </w:p>
    <w:p>
      <w:r>
        <w:rPr>
          <w:b/>
        </w:rPr>
        <w:t xml:space="preserve">[40:22] </w:t>
      </w:r>
      <w:r>
        <w:t>Now, after this comparison and after this establishment, now we are in a position to question,</w:t>
      </w:r>
    </w:p>
    <w:p>
      <w:pPr>
        <w:jc w:val="right"/>
      </w:pPr>
      <w:r>
        <w:t>Now, after this comparison and after this establishment, now we are in a position to question,</w:t>
      </w:r>
    </w:p>
    <w:p>
      <w:r>
        <w:rPr>
          <w:b/>
        </w:rPr>
        <w:t xml:space="preserve">[40:41] </w:t>
      </w:r>
      <w:r>
        <w:t>to find the answers to our questions.</w:t>
      </w:r>
    </w:p>
    <w:p>
      <w:pPr>
        <w:jc w:val="right"/>
      </w:pPr>
      <w:r>
        <w:t>to find the answers to our questions.</w:t>
      </w:r>
    </w:p>
    <w:p>
      <w:r>
        <w:rPr>
          <w:b/>
        </w:rPr>
        <w:t xml:space="preserve">[40:49] </w:t>
      </w:r>
      <w:r>
        <w:t>For example, there is a question, "How was the universe created</w:t>
      </w:r>
    </w:p>
    <w:p>
      <w:pPr>
        <w:jc w:val="right"/>
      </w:pPr>
      <w:r>
        <w:t>For example, there is a question, "How was the universe created</w:t>
      </w:r>
    </w:p>
    <w:p>
      <w:r>
        <w:rPr>
          <w:b/>
        </w:rPr>
        <w:t xml:space="preserve">[40:57] </w:t>
      </w:r>
      <w:r>
        <w:t>?"</w:t>
      </w:r>
    </w:p>
    <w:p>
      <w:pPr>
        <w:jc w:val="right"/>
      </w:pPr>
      <w:r>
        <w:t>?"</w:t>
      </w:r>
    </w:p>
    <w:p>
      <w:r>
        <w:rPr>
          <w:b/>
        </w:rPr>
        <w:t xml:space="preserve">[41:00] </w:t>
      </w:r>
      <w:r>
        <w:t>There is a question in your mind. You will find the answer in the question that it was God who created this universe.</w:t>
      </w:r>
    </w:p>
    <w:p>
      <w:pPr>
        <w:jc w:val="right"/>
      </w:pPr>
      <w:r>
        <w:t>There is a question in your mind. You will find the answer in the question that it was God who created this universe.</w:t>
      </w:r>
    </w:p>
    <w:p>
      <w:r>
        <w:rPr>
          <w:b/>
        </w:rPr>
        <w:t xml:space="preserve">[41:13] </w:t>
      </w:r>
      <w:r>
        <w:t>You have to believe this statement</w:t>
      </w:r>
    </w:p>
    <w:p>
      <w:pPr>
        <w:jc w:val="right"/>
      </w:pPr>
      <w:r>
        <w:t>You have to believe this statement</w:t>
      </w:r>
    </w:p>
    <w:p>
      <w:r>
        <w:rPr>
          <w:b/>
        </w:rPr>
        <w:t xml:space="preserve">[41:21] </w:t>
      </w:r>
      <w:r>
        <w:t>. After that comparison, it is now established that the Quran is the book of God. So you have no option other than to accept all those statements you find in the Quran.</w:t>
      </w:r>
    </w:p>
    <w:p>
      <w:pPr>
        <w:jc w:val="right"/>
      </w:pPr>
      <w:r>
        <w:t>. After that comparison, it is now established that the Quran is the book of God. So you have no option other than to accept all those statements you find in the Quran.</w:t>
      </w:r>
    </w:p>
    <w:p>
      <w:r>
        <w:rPr>
          <w:b/>
        </w:rPr>
        <w:t xml:space="preserve">[41:37] </w:t>
      </w:r>
      <w:r>
        <w:t>So it was our question that, "Who is the creator of</w:t>
      </w:r>
    </w:p>
    <w:p>
      <w:pPr>
        <w:jc w:val="right"/>
      </w:pPr>
      <w:r>
        <w:t>So it was our question that, "Who is the creator of</w:t>
      </w:r>
    </w:p>
    <w:p>
      <w:r>
        <w:rPr>
          <w:b/>
        </w:rPr>
        <w:t xml:space="preserve">[41:48] </w:t>
      </w:r>
      <w:r>
        <w:t>the universe?" The Quran says, "Yes, it is God who created the universe." So you have to accept it.</w:t>
      </w:r>
    </w:p>
    <w:p>
      <w:pPr>
        <w:jc w:val="right"/>
      </w:pPr>
      <w:r>
        <w:t>the universe?" The Quran says, "Yes, it is God who created the universe." So you have to accept it.</w:t>
      </w:r>
    </w:p>
    <w:p>
      <w:r>
        <w:rPr>
          <w:b/>
        </w:rPr>
        <w:t xml:space="preserve">[42:01] </w:t>
      </w:r>
      <w:r>
        <w:t>Then there is a question, "From where can we find the guidance</w:t>
      </w:r>
    </w:p>
    <w:p>
      <w:pPr>
        <w:jc w:val="right"/>
      </w:pPr>
      <w:r>
        <w:t>Then there is a question, "From where can we find the guidance</w:t>
      </w:r>
    </w:p>
    <w:p>
      <w:r>
        <w:rPr>
          <w:b/>
        </w:rPr>
        <w:t xml:space="preserve">[42:07] </w:t>
      </w:r>
      <w:r>
        <w:t>?" We, as men, need guidance on how to live in this world, how to live in our family, in society, and with other people.</w:t>
      </w:r>
    </w:p>
    <w:p>
      <w:pPr>
        <w:jc w:val="right"/>
      </w:pPr>
      <w:r>
        <w:t>?" We, as men, need guidance on how to live in this world, how to live in our family, in society, and with other people.</w:t>
      </w:r>
    </w:p>
    <w:p>
      <w:r>
        <w:rPr>
          <w:b/>
        </w:rPr>
        <w:t xml:space="preserve">[42:24] </w:t>
      </w:r>
      <w:r>
        <w:t>Here you have to believe this assertion that Muhammad Rasulullah, Muhammad is the Prophet of God.</w:t>
      </w:r>
    </w:p>
    <w:p>
      <w:pPr>
        <w:jc w:val="right"/>
      </w:pPr>
      <w:r>
        <w:t>Here you have to believe this assertion that Muhammad Rasulullah, Muhammad is the Prophet of God.</w:t>
      </w:r>
    </w:p>
    <w:p>
      <w:r>
        <w:rPr>
          <w:b/>
        </w:rPr>
        <w:t xml:space="preserve">[42:34] </w:t>
      </w:r>
      <w:r>
        <w:t>You have to accept his guidance.</w:t>
      </w:r>
    </w:p>
    <w:p>
      <w:pPr>
        <w:jc w:val="right"/>
      </w:pPr>
      <w:r>
        <w:t>You have to accept his guidance.</w:t>
      </w:r>
    </w:p>
    <w:p>
      <w:r>
        <w:rPr>
          <w:b/>
        </w:rPr>
        <w:t xml:space="preserve">[42:42] </w:t>
      </w:r>
      <w:r>
        <w:t>When you have accepted that the Quran is the word of God after that comparison, now you have no option other than to accept this statement that Muhammad is the Prophet of God, and you have to follow his guidance.</w:t>
      </w:r>
    </w:p>
    <w:p>
      <w:pPr>
        <w:jc w:val="right"/>
      </w:pPr>
      <w:r>
        <w:t>When you have accepted that the Quran is the word of God after that comparison, now you have no option other than to accept this statement that Muhammad is the Prophet of God, and you have to follow his guidance.</w:t>
      </w:r>
    </w:p>
    <w:p>
      <w:r>
        <w:rPr>
          <w:b/>
        </w:rPr>
        <w:t xml:space="preserve">[43:04] </w:t>
      </w:r>
      <w:r>
        <w:t>Then there is a question, "What after death?</w:t>
      </w:r>
    </w:p>
    <w:p>
      <w:pPr>
        <w:jc w:val="right"/>
      </w:pPr>
      <w:r>
        <w:t>Then there is a question, "What after death?</w:t>
      </w:r>
    </w:p>
    <w:p>
      <w:r>
        <w:rPr>
          <w:b/>
        </w:rPr>
        <w:t xml:space="preserve">[43:11] </w:t>
      </w:r>
      <w:r>
        <w:t>" Here also, the Quran</w:t>
      </w:r>
    </w:p>
    <w:p>
      <w:pPr>
        <w:jc w:val="right"/>
      </w:pPr>
      <w:r>
        <w:t>" Here also, the Quran</w:t>
      </w:r>
    </w:p>
    <w:p>
      <w:r>
        <w:rPr>
          <w:b/>
        </w:rPr>
        <w:t xml:space="preserve">[43:16] </w:t>
      </w:r>
      <w:r>
        <w:t>gives an answer in a very clear manner, in a clear word, that</w:t>
      </w:r>
    </w:p>
    <w:p>
      <w:pPr>
        <w:jc w:val="right"/>
      </w:pPr>
      <w:r>
        <w:t>gives an answer in a very clear manner, in a clear word, that</w:t>
      </w:r>
    </w:p>
    <w:p>
      <w:r>
        <w:rPr>
          <w:b/>
        </w:rPr>
        <w:t xml:space="preserve">[43:27] </w:t>
      </w:r>
      <w:r>
        <w:t>there are two periods of life, a pre-death period and a post-death period.</w:t>
      </w:r>
    </w:p>
    <w:p>
      <w:pPr>
        <w:jc w:val="right"/>
      </w:pPr>
      <w:r>
        <w:t>there are two periods of life, a pre-death period and a post-death period.</w:t>
      </w:r>
    </w:p>
    <w:p>
      <w:r>
        <w:rPr>
          <w:b/>
        </w:rPr>
        <w:t xml:space="preserve">[43:35] </w:t>
      </w:r>
      <w:r>
        <w:t>Death is not the end of life. It is the beginning of a new period of life. So according to the Quran, there is a world hereafter.</w:t>
      </w:r>
    </w:p>
    <w:p>
      <w:pPr>
        <w:jc w:val="right"/>
      </w:pPr>
      <w:r>
        <w:t>Death is not the end of life. It is the beginning of a new period of life. So according to the Quran, there is a world hereafter.</w:t>
      </w:r>
    </w:p>
    <w:p>
      <w:r>
        <w:rPr>
          <w:b/>
        </w:rPr>
        <w:t xml:space="preserve">[43:51] </w:t>
      </w:r>
      <w:r>
        <w:t>So we have to believe it. We have to believe it that there is a world after this world.</w:t>
      </w:r>
    </w:p>
    <w:p>
      <w:pPr>
        <w:jc w:val="right"/>
      </w:pPr>
      <w:r>
        <w:t>So we have to believe it. We have to believe it that there is a world after this world.</w:t>
      </w:r>
    </w:p>
    <w:p>
      <w:r>
        <w:rPr>
          <w:b/>
        </w:rPr>
        <w:t xml:space="preserve">[44:03] </w:t>
      </w:r>
      <w:r>
        <w:t>There is life after life. You have to believe there is life after life. There is a world after this world.</w:t>
      </w:r>
    </w:p>
    <w:p>
      <w:pPr>
        <w:jc w:val="right"/>
      </w:pPr>
      <w:r>
        <w:t>There is life after life. You have to believe there is life after life. There is a world after this world.</w:t>
      </w:r>
    </w:p>
    <w:p>
      <w:r>
        <w:rPr>
          <w:b/>
        </w:rPr>
        <w:t xml:space="preserve">[44:15] </w:t>
      </w:r>
      <w:r>
        <w:t>Then there is a question,</w:t>
      </w:r>
    </w:p>
    <w:p>
      <w:pPr>
        <w:jc w:val="right"/>
      </w:pPr>
      <w:r>
        <w:t>Then there is a question,</w:t>
      </w:r>
    </w:p>
    <w:p>
      <w:r>
        <w:rPr>
          <w:b/>
        </w:rPr>
        <w:t xml:space="preserve">[44:20] </w:t>
      </w:r>
      <w:r>
        <w:t>"What is the fate of man in hereafter?" What is the fate of man in the world hereafter?</w:t>
      </w:r>
    </w:p>
    <w:p>
      <w:pPr>
        <w:jc w:val="right"/>
      </w:pPr>
      <w:r>
        <w:t>"What is the fate of man in hereafter?" What is the fate of man in the world hereafter?</w:t>
      </w:r>
    </w:p>
    <w:p>
      <w:r>
        <w:rPr>
          <w:b/>
        </w:rPr>
        <w:t xml:space="preserve">[44:34] </w:t>
      </w:r>
      <w:r>
        <w:t>The Quran again tells you</w:t>
      </w:r>
    </w:p>
    <w:p>
      <w:pPr>
        <w:jc w:val="right"/>
      </w:pPr>
      <w:r>
        <w:t>The Quran again tells you</w:t>
      </w:r>
    </w:p>
    <w:p>
      <w:r>
        <w:rPr>
          <w:b/>
        </w:rPr>
        <w:t xml:space="preserve">[44:40] </w:t>
      </w:r>
      <w:r>
        <w:t>again that there is the Day of Judgment. In that Day of Judgment, you will be present before God, and God will issue his verdict, his judgment</w:t>
      </w:r>
    </w:p>
    <w:p>
      <w:pPr>
        <w:jc w:val="right"/>
      </w:pPr>
      <w:r>
        <w:t>again that there is the Day of Judgment. In that Day of Judgment, you will be present before God, and God will issue his verdict, his judgment</w:t>
      </w:r>
    </w:p>
    <w:p>
      <w:r>
        <w:rPr>
          <w:b/>
        </w:rPr>
        <w:t xml:space="preserve">[44:58] </w:t>
      </w:r>
      <w:r>
        <w:t>. Then according to your present record,</w:t>
      </w:r>
    </w:p>
    <w:p>
      <w:pPr>
        <w:jc w:val="right"/>
      </w:pPr>
      <w:r>
        <w:t>. Then according to your present record,</w:t>
      </w:r>
    </w:p>
    <w:p>
      <w:r>
        <w:rPr>
          <w:b/>
        </w:rPr>
        <w:t xml:space="preserve">[45:07] </w:t>
      </w:r>
      <w:r>
        <w:t>you will be given either hell or paradise.</w:t>
      </w:r>
    </w:p>
    <w:p>
      <w:pPr>
        <w:jc w:val="right"/>
      </w:pPr>
      <w:r>
        <w:t>you will be given either hell or paradise.</w:t>
      </w:r>
    </w:p>
    <w:p>
      <w:r>
        <w:rPr>
          <w:b/>
        </w:rPr>
        <w:t xml:space="preserve">[45:15] </w:t>
      </w:r>
      <w:r>
        <w:t>The present world is a testing ground</w:t>
      </w:r>
    </w:p>
    <w:p>
      <w:pPr>
        <w:jc w:val="right"/>
      </w:pPr>
      <w:r>
        <w:t>The present world is a testing ground</w:t>
      </w:r>
    </w:p>
    <w:p>
      <w:r>
        <w:rPr>
          <w:b/>
        </w:rPr>
        <w:t xml:space="preserve">[45:20] </w:t>
      </w:r>
      <w:r>
        <w:t>. So according to the present world, you will be given</w:t>
      </w:r>
    </w:p>
    <w:p>
      <w:pPr>
        <w:jc w:val="right"/>
      </w:pPr>
      <w:r>
        <w:t>. So according to the present world, you will be given</w:t>
      </w:r>
    </w:p>
    <w:p>
      <w:r>
        <w:rPr>
          <w:b/>
        </w:rPr>
        <w:t xml:space="preserve">[45:31] </w:t>
      </w:r>
      <w:r>
        <w:t>either punishment or reward. You will be given either hell. You will face either punishment or reward.</w:t>
      </w:r>
    </w:p>
    <w:p>
      <w:pPr>
        <w:jc w:val="right"/>
      </w:pPr>
      <w:r>
        <w:t>either punishment or reward. You will be given either hell. You will face either punishment or reward.</w:t>
      </w:r>
    </w:p>
    <w:p>
      <w:r>
        <w:rPr>
          <w:b/>
        </w:rPr>
        <w:t xml:space="preserve">[45:40] </w:t>
      </w:r>
      <w:r>
        <w:t>You will be given either hell or paradise. So you have to accept it.</w:t>
      </w:r>
    </w:p>
    <w:p>
      <w:pPr>
        <w:jc w:val="right"/>
      </w:pPr>
      <w:r>
        <w:t>You will be given either hell or paradise. So you have to accept it.</w:t>
      </w:r>
    </w:p>
    <w:p>
      <w:r>
        <w:rPr>
          <w:b/>
        </w:rPr>
        <w:t xml:space="preserve">[45:51] </w:t>
      </w:r>
      <w:r>
        <w:t>When our comparison proved without failure that the Quran is the book of difference, and this difference proved that it is the word of God,</w:t>
      </w:r>
    </w:p>
    <w:p>
      <w:pPr>
        <w:jc w:val="right"/>
      </w:pPr>
      <w:r>
        <w:t>When our comparison proved without failure that the Quran is the book of difference, and this difference proved that it is the word of God,</w:t>
      </w:r>
    </w:p>
    <w:p>
      <w:r>
        <w:rPr>
          <w:b/>
        </w:rPr>
        <w:t xml:space="preserve">[46:10] </w:t>
      </w:r>
      <w:r>
        <w:t>it is very, very clear that the Quran is the book of</w:t>
      </w:r>
    </w:p>
    <w:p>
      <w:pPr>
        <w:jc w:val="right"/>
      </w:pPr>
      <w:r>
        <w:t>it is very, very clear that the Quran is the book of</w:t>
      </w:r>
    </w:p>
    <w:p>
      <w:r>
        <w:rPr>
          <w:b/>
        </w:rPr>
        <w:t xml:space="preserve">[46:16] </w:t>
      </w:r>
      <w:r>
        <w:t>the book with a difference.</w:t>
      </w:r>
    </w:p>
    <w:p>
      <w:pPr>
        <w:jc w:val="right"/>
      </w:pPr>
      <w:r>
        <w:t>the book with a difference.</w:t>
      </w:r>
    </w:p>
    <w:p>
      <w:r>
        <w:rPr>
          <w:b/>
        </w:rPr>
        <w:t xml:space="preserve">[46:23] </w:t>
      </w:r>
      <w:r>
        <w:t>It is proved that the Quran is with a difference. And this difference proved that the Quran is the word of God.</w:t>
      </w:r>
    </w:p>
    <w:p>
      <w:pPr>
        <w:jc w:val="right"/>
      </w:pPr>
      <w:r>
        <w:t>It is proved that the Quran is with a difference. And this difference proved that the Quran is the word of God.</w:t>
      </w:r>
    </w:p>
    <w:p>
      <w:r>
        <w:rPr>
          <w:b/>
        </w:rPr>
        <w:t xml:space="preserve">[46:33] </w:t>
      </w:r>
      <w:r>
        <w:t>The Quran is the book of God. And when the Quran is the book of God, we have to accept its</w:t>
      </w:r>
    </w:p>
    <w:p>
      <w:pPr>
        <w:jc w:val="right"/>
      </w:pPr>
      <w:r>
        <w:t>The Quran is the book of God. And when the Quran is the book of God, we have to accept its</w:t>
      </w:r>
    </w:p>
    <w:p>
      <w:r>
        <w:rPr>
          <w:b/>
        </w:rPr>
        <w:t xml:space="preserve">[46:43] </w:t>
      </w:r>
      <w:r>
        <w:t>statement. We have no option. We have no option.</w:t>
      </w:r>
    </w:p>
    <w:p>
      <w:pPr>
        <w:jc w:val="right"/>
      </w:pPr>
      <w:r>
        <w:t>statement. We have no option. We have no option.</w:t>
      </w:r>
    </w:p>
    <w:p>
      <w:r>
        <w:rPr>
          <w:b/>
        </w:rPr>
        <w:t xml:space="preserve">[46:52] </w:t>
      </w:r>
      <w:r>
        <w:t>We have to believe with all certainty that God is the creator of the universe, Muhammad the guide of all mankind, the Quran is the book of God,</w:t>
      </w:r>
    </w:p>
    <w:p>
      <w:pPr>
        <w:jc w:val="right"/>
      </w:pPr>
      <w:r>
        <w:t>We have to believe with all certainty that God is the creator of the universe, Muhammad the guide of all mankind, the Quran is the book of God,</w:t>
      </w:r>
    </w:p>
    <w:p>
      <w:r>
        <w:rPr>
          <w:b/>
        </w:rPr>
        <w:t xml:space="preserve">[47:11] </w:t>
      </w:r>
      <w:r>
        <w:t>and death is not the end of life. After death, there is hell and paradise. All these statements, we have no option other than to accept all these statements.</w:t>
      </w:r>
    </w:p>
    <w:p>
      <w:pPr>
        <w:jc w:val="right"/>
      </w:pPr>
      <w:r>
        <w:t>and death is not the end of life. After death, there is hell and paradise. All these statements, we have no option other than to accept all these statements.</w:t>
      </w:r>
    </w:p>
    <w:p>
      <w:r>
        <w:rPr>
          <w:b/>
        </w:rPr>
        <w:t xml:space="preserve">[47:32] </w:t>
      </w:r>
      <w:r>
        <w:t>Then there are some other aspects. We face some other questions, some other questions.</w:t>
      </w:r>
    </w:p>
    <w:p>
      <w:pPr>
        <w:jc w:val="right"/>
      </w:pPr>
      <w:r>
        <w:t>Then there are some other aspects. We face some other questions, some other questions.</w:t>
      </w:r>
    </w:p>
    <w:p>
      <w:r>
        <w:rPr>
          <w:b/>
        </w:rPr>
        <w:t xml:space="preserve">[47:45] </w:t>
      </w:r>
      <w:r>
        <w:t>For example,</w:t>
      </w:r>
    </w:p>
    <w:p>
      <w:pPr>
        <w:jc w:val="right"/>
      </w:pPr>
      <w:r>
        <w:t>For example,</w:t>
      </w:r>
    </w:p>
    <w:p>
      <w:r>
        <w:rPr>
          <w:b/>
        </w:rPr>
        <w:t xml:space="preserve">[47:49] </w:t>
      </w:r>
      <w:r>
        <w:t>everyone has some complaints</w:t>
      </w:r>
    </w:p>
    <w:p>
      <w:pPr>
        <w:jc w:val="right"/>
      </w:pPr>
      <w:r>
        <w:t>everyone has some complaints</w:t>
      </w:r>
    </w:p>
    <w:p>
      <w:r>
        <w:rPr>
          <w:b/>
        </w:rPr>
        <w:t xml:space="preserve">[47:52] </w:t>
      </w:r>
      <w:r>
        <w:t>. Every individual, every community has some complaints about others' conspiracy, about others' atrocities, about others' zulm.</w:t>
      </w:r>
    </w:p>
    <w:p>
      <w:pPr>
        <w:jc w:val="right"/>
      </w:pPr>
      <w:r>
        <w:t>. Every individual, every community has some complaints about others' conspiracy, about others' atrocities, about others' zulm.</w:t>
      </w:r>
    </w:p>
    <w:p>
      <w:r>
        <w:rPr>
          <w:b/>
        </w:rPr>
        <w:t xml:space="preserve">[48:08] </w:t>
      </w:r>
      <w:r>
        <w:t>So everyone, as an individual and every nation as a nation, has some complaint against others. Here also, we have to question.</w:t>
      </w:r>
    </w:p>
    <w:p>
      <w:pPr>
        <w:jc w:val="right"/>
      </w:pPr>
      <w:r>
        <w:t>So everyone, as an individual and every nation as a nation, has some complaint against others. Here also, we have to question.</w:t>
      </w:r>
    </w:p>
    <w:p>
      <w:r>
        <w:rPr>
          <w:b/>
        </w:rPr>
        <w:t xml:space="preserve">[48:20] </w:t>
      </w:r>
      <w:r>
        <w:t>Here also, we have a question whether our complaint is correct, whether we are correct to complain against others.</w:t>
      </w:r>
    </w:p>
    <w:p>
      <w:pPr>
        <w:jc w:val="right"/>
      </w:pPr>
      <w:r>
        <w:t>Here also, we have a question whether our complaint is correct, whether we are correct to complain against others.</w:t>
      </w:r>
    </w:p>
    <w:p>
      <w:r>
        <w:rPr>
          <w:b/>
        </w:rPr>
        <w:t xml:space="preserve">[48:35] </w:t>
      </w:r>
      <w:r>
        <w:t>But when we read the Quran, but when we read the Quran, you will find a clear answer, a clear answer.</w:t>
      </w:r>
    </w:p>
    <w:p>
      <w:pPr>
        <w:jc w:val="right"/>
      </w:pPr>
      <w:r>
        <w:t>But when we read the Quran, but when we read the Quran, you will find a clear answer, a clear answer.</w:t>
      </w:r>
    </w:p>
    <w:p>
      <w:r>
        <w:rPr>
          <w:b/>
        </w:rPr>
        <w:t xml:space="preserve">[48:59] </w:t>
      </w:r>
      <w:r>
        <w:t>All these things you are suffering, all those sufferings are just the result of your own deed.</w:t>
      </w:r>
    </w:p>
    <w:p>
      <w:pPr>
        <w:jc w:val="right"/>
      </w:pPr>
      <w:r>
        <w:t>All these things you are suffering, all those sufferings are just the result of your own deed.</w:t>
      </w:r>
    </w:p>
    <w:p>
      <w:r>
        <w:rPr>
          <w:b/>
        </w:rPr>
        <w:t xml:space="preserve">[49:12] </w:t>
      </w:r>
      <w:r>
        <w:t>All those things which you call injustice, you call conspiracy, you call atrocities, all these things, all these things are just the result of your own deed.</w:t>
      </w:r>
    </w:p>
    <w:p>
      <w:pPr>
        <w:jc w:val="right"/>
      </w:pPr>
      <w:r>
        <w:t>All those things which you call injustice, you call conspiracy, you call atrocities, all these things, all these things are just the result of your own deed.</w:t>
      </w:r>
    </w:p>
    <w:p>
      <w:r>
        <w:rPr>
          <w:b/>
        </w:rPr>
        <w:t xml:space="preserve">[49:27] </w:t>
      </w:r>
      <w:r>
        <w:t>You have created all these things. There is no other conspirator.</w:t>
      </w:r>
    </w:p>
    <w:p>
      <w:pPr>
        <w:jc w:val="right"/>
      </w:pPr>
      <w:r>
        <w:t>You have created all these things. There is no other conspirator.</w:t>
      </w:r>
    </w:p>
    <w:p>
      <w:r>
        <w:rPr>
          <w:b/>
        </w:rPr>
        <w:t xml:space="preserve">[49:37] </w:t>
      </w:r>
      <w:r>
        <w:t>So you have to blame yourself. You have to blame yourself. You have to go to introspection. You have to correct yourself.</w:t>
      </w:r>
    </w:p>
    <w:p>
      <w:pPr>
        <w:jc w:val="right"/>
      </w:pPr>
      <w:r>
        <w:t>So you have to blame yourself. You have to blame yourself. You have to go to introspection. You have to correct yourself.</w:t>
      </w:r>
    </w:p>
    <w:p>
      <w:r>
        <w:rPr>
          <w:b/>
        </w:rPr>
        <w:t xml:space="preserve">[50:02] </w:t>
      </w:r>
      <w:r>
        <w:t>There are</w:t>
      </w:r>
    </w:p>
    <w:p>
      <w:pPr>
        <w:jc w:val="right"/>
      </w:pPr>
      <w:r>
        <w:t>There are</w:t>
      </w:r>
    </w:p>
    <w:p>
      <w:r>
        <w:rPr>
          <w:b/>
        </w:rPr>
        <w:t xml:space="preserve">[50:05] </w:t>
      </w:r>
      <w:r>
        <w:t>near about a dozen verses in the Quran that clearly state that there is no one to blame except you.</w:t>
      </w:r>
    </w:p>
    <w:p>
      <w:pPr>
        <w:jc w:val="right"/>
      </w:pPr>
      <w:r>
        <w:t>near about a dozen verses in the Quran that clearly state that there is no one to blame except you.</w:t>
      </w:r>
    </w:p>
    <w:p>
      <w:r>
        <w:rPr>
          <w:b/>
        </w:rPr>
        <w:t xml:space="preserve">[50:19] </w:t>
      </w:r>
      <w:r>
        <w:t>So blame yourself. Go to introspection. Find your own fault</w:t>
      </w:r>
    </w:p>
    <w:p>
      <w:pPr>
        <w:jc w:val="right"/>
      </w:pPr>
      <w:r>
        <w:t>So blame yourself. Go to introspection. Find your own fault</w:t>
      </w:r>
    </w:p>
    <w:p>
      <w:r>
        <w:rPr>
          <w:b/>
        </w:rPr>
        <w:t xml:space="preserve">[50:29] </w:t>
      </w:r>
      <w:r>
        <w:t>. This is the clear message of the Quran. So again, we have to accept this. Again, we have no option other than to accept this Quranic principle</w:t>
      </w:r>
    </w:p>
    <w:p>
      <w:pPr>
        <w:jc w:val="right"/>
      </w:pPr>
      <w:r>
        <w:t>. This is the clear message of the Quran. So again, we have to accept this. Again, we have no option other than to accept this Quranic principle</w:t>
      </w:r>
    </w:p>
    <w:p>
      <w:r>
        <w:rPr>
          <w:b/>
        </w:rPr>
        <w:t xml:space="preserve">[50:47] </w:t>
      </w:r>
      <w:r>
        <w:t>that it is wrong to blame others.</w:t>
      </w:r>
    </w:p>
    <w:p>
      <w:pPr>
        <w:jc w:val="right"/>
      </w:pPr>
      <w:r>
        <w:t>that it is wrong to blame others.</w:t>
      </w:r>
    </w:p>
    <w:p>
      <w:r>
        <w:rPr>
          <w:b/>
        </w:rPr>
        <w:t xml:space="preserve">[50:51] </w:t>
      </w:r>
      <w:r>
        <w:t>I have to blame myself as an individual and as a nation, both.</w:t>
      </w:r>
    </w:p>
    <w:p>
      <w:pPr>
        <w:jc w:val="right"/>
      </w:pPr>
      <w:r>
        <w:t>I have to blame myself as an individual and as a nation, both.</w:t>
      </w:r>
    </w:p>
    <w:p>
      <w:r>
        <w:rPr>
          <w:b/>
        </w:rPr>
        <w:t xml:space="preserve">[51:01] </w:t>
      </w:r>
      <w:r>
        <w:t>It is very, very clear in the Quran, very, very clear. So all those complaints, all those protests are false, false complaints, false protests.</w:t>
      </w:r>
    </w:p>
    <w:p>
      <w:pPr>
        <w:jc w:val="right"/>
      </w:pPr>
      <w:r>
        <w:t>It is very, very clear in the Quran, very, very clear. So all those complaints, all those protests are false, false complaints, false protests.</w:t>
      </w:r>
    </w:p>
    <w:p>
      <w:r>
        <w:rPr>
          <w:b/>
        </w:rPr>
        <w:t xml:space="preserve">[51:17] </w:t>
      </w:r>
      <w:r>
        <w:t>Our whole journalism is full of complaints. So all this journalism is false journalism.</w:t>
      </w:r>
    </w:p>
    <w:p>
      <w:pPr>
        <w:jc w:val="right"/>
      </w:pPr>
      <w:r>
        <w:t>Our whole journalism is full of complaints. So all this journalism is false journalism.</w:t>
      </w:r>
    </w:p>
    <w:p>
      <w:r>
        <w:rPr>
          <w:b/>
        </w:rPr>
        <w:t xml:space="preserve">[51:26] </w:t>
      </w:r>
      <w:r>
        <w:t>All our present journalism is false journalism because it is full of complaints, full of protests, full of conspiracies, full of zulm.</w:t>
      </w:r>
    </w:p>
    <w:p>
      <w:pPr>
        <w:jc w:val="right"/>
      </w:pPr>
      <w:r>
        <w:t>All our present journalism is false journalism because it is full of complaints, full of protests, full of conspiracies, full of zulm.</w:t>
      </w:r>
    </w:p>
    <w:p>
      <w:r>
        <w:rPr>
          <w:b/>
        </w:rPr>
        <w:t xml:space="preserve">[51:37] </w:t>
      </w:r>
      <w:r>
        <w:t>And according to the Quran, all these things are baseless.</w:t>
      </w:r>
    </w:p>
    <w:p>
      <w:pPr>
        <w:jc w:val="right"/>
      </w:pPr>
      <w:r>
        <w:t>And according to the Quran, all these things are baseless.</w:t>
      </w:r>
    </w:p>
    <w:p>
      <w:r>
        <w:rPr>
          <w:b/>
        </w:rPr>
        <w:t xml:space="preserve">[51:42] </w:t>
      </w:r>
      <w:r>
        <w:t>So every question we have in our mind, we have to ask</w:t>
      </w:r>
    </w:p>
    <w:p>
      <w:pPr>
        <w:jc w:val="right"/>
      </w:pPr>
      <w:r>
        <w:t>So every question we have in our mind, we have to ask</w:t>
      </w:r>
    </w:p>
    <w:p>
      <w:r>
        <w:rPr>
          <w:b/>
        </w:rPr>
        <w:t xml:space="preserve">[51:49] </w:t>
      </w:r>
      <w:r>
        <w:t>from the Quran.</w:t>
      </w:r>
    </w:p>
    <w:p>
      <w:pPr>
        <w:jc w:val="right"/>
      </w:pPr>
      <w:r>
        <w:t>from the Quran.</w:t>
      </w:r>
    </w:p>
    <w:p>
      <w:r>
        <w:rPr>
          <w:b/>
        </w:rPr>
        <w:t xml:space="preserve">[51:51] </w:t>
      </w:r>
      <w:r>
        <w:t>You have to seek the answer in the Quran,</w:t>
      </w:r>
    </w:p>
    <w:p>
      <w:pPr>
        <w:jc w:val="right"/>
      </w:pPr>
      <w:r>
        <w:t>You have to seek the answer in the Quran,</w:t>
      </w:r>
    </w:p>
    <w:p>
      <w:r>
        <w:rPr>
          <w:b/>
        </w:rPr>
        <w:t xml:space="preserve">[51:55] </w:t>
      </w:r>
      <w:r>
        <w:t>and you will find because the Quran says, "Tafsir</w:t>
      </w:r>
    </w:p>
    <w:p>
      <w:pPr>
        <w:jc w:val="right"/>
      </w:pPr>
      <w:r>
        <w:t>and you will find because the Quran says, "Tafsir</w:t>
      </w:r>
    </w:p>
    <w:p>
      <w:r>
        <w:rPr>
          <w:b/>
        </w:rPr>
        <w:t xml:space="preserve">[52:03] </w:t>
      </w:r>
      <w:r>
        <w:t>al-Likul Lashayh." In the Quran, there is detail of all things.</w:t>
      </w:r>
    </w:p>
    <w:p>
      <w:pPr>
        <w:jc w:val="right"/>
      </w:pPr>
      <w:r>
        <w:t>al-Likul Lashayh." In the Quran, there is detail of all things.</w:t>
      </w:r>
    </w:p>
    <w:p>
      <w:r>
        <w:rPr>
          <w:b/>
        </w:rPr>
        <w:t xml:space="preserve">[52:13] </w:t>
      </w:r>
      <w:r>
        <w:t>In the Quran, there are details of all things. Details do not meet the details of science, details of philosophy, details of agriculture, details of hort</w:t>
      </w:r>
    </w:p>
    <w:p>
      <w:pPr>
        <w:jc w:val="right"/>
      </w:pPr>
      <w:r>
        <w:t>In the Quran, there are details of all things. Details do not meet the details of science, details of philosophy, details of agriculture, details of hort</w:t>
      </w:r>
    </w:p>
    <w:p>
      <w:r>
        <w:rPr>
          <w:b/>
        </w:rPr>
        <w:t xml:space="preserve">[52:25] </w:t>
      </w:r>
      <w:r>
        <w:t>iculture. No, this kind of thinking is wrong.</w:t>
      </w:r>
    </w:p>
    <w:p>
      <w:pPr>
        <w:jc w:val="right"/>
      </w:pPr>
      <w:r>
        <w:t>iculture. No, this kind of thinking is wrong.</w:t>
      </w:r>
    </w:p>
    <w:p>
      <w:r>
        <w:rPr>
          <w:b/>
        </w:rPr>
        <w:t xml:space="preserve">[52:31] </w:t>
      </w:r>
      <w:r>
        <w:t>This kind of thinking is wrong. The Quran is not a book of science. The Quran is not a book of agriculture.</w:t>
      </w:r>
    </w:p>
    <w:p>
      <w:pPr>
        <w:jc w:val="right"/>
      </w:pPr>
      <w:r>
        <w:t>This kind of thinking is wrong. The Quran is not a book of science. The Quran is not a book of agriculture.</w:t>
      </w:r>
    </w:p>
    <w:p>
      <w:r>
        <w:rPr>
          <w:b/>
        </w:rPr>
        <w:t xml:space="preserve">[52:41] </w:t>
      </w:r>
      <w:r>
        <w:t>The Quran is not a book of horticulture. The Quran is not a book of social sciences. The Quran is not a book of political science.</w:t>
      </w:r>
    </w:p>
    <w:p>
      <w:pPr>
        <w:jc w:val="right"/>
      </w:pPr>
      <w:r>
        <w:t>The Quran is not a book of horticulture. The Quran is not a book of social sciences. The Quran is not a book of political science.</w:t>
      </w:r>
    </w:p>
    <w:p>
      <w:r>
        <w:rPr>
          <w:b/>
        </w:rPr>
        <w:t xml:space="preserve">[52:53] </w:t>
      </w:r>
      <w:r>
        <w:t>The Quran is a book of man. The Quran is a book of spirituality. The Quran is a book of truth.</w:t>
      </w:r>
    </w:p>
    <w:p>
      <w:pPr>
        <w:jc w:val="right"/>
      </w:pPr>
      <w:r>
        <w:t>The Quran is a book of man. The Quran is a book of spirituality. The Quran is a book of truth.</w:t>
      </w:r>
    </w:p>
    <w:p>
      <w:r>
        <w:rPr>
          <w:b/>
        </w:rPr>
        <w:t xml:space="preserve">[53:01] </w:t>
      </w:r>
      <w:r>
        <w:t>The Quran is a book of divine guidance</w:t>
      </w:r>
    </w:p>
    <w:p>
      <w:pPr>
        <w:jc w:val="right"/>
      </w:pPr>
      <w:r>
        <w:t>The Quran is a book of divine guidance</w:t>
      </w:r>
    </w:p>
    <w:p>
      <w:r>
        <w:rPr>
          <w:b/>
        </w:rPr>
        <w:t xml:space="preserve">[53:06] </w:t>
      </w:r>
      <w:r>
        <w:t>. The Quran is a book of prophetic vision. All these things you can find in the Quran.</w:t>
      </w:r>
    </w:p>
    <w:p>
      <w:pPr>
        <w:jc w:val="right"/>
      </w:pPr>
      <w:r>
        <w:t>. The Quran is a book of prophetic vision. All these things you can find in the Quran.</w:t>
      </w:r>
    </w:p>
    <w:p>
      <w:r>
        <w:rPr>
          <w:b/>
        </w:rPr>
        <w:t xml:space="preserve">[53:16] </w:t>
      </w:r>
      <w:r>
        <w:t>So "Tafsir al-Likul Lashayh" means all those things that are important in terms of spirituality, in terms of religion, in terms of truth.</w:t>
      </w:r>
    </w:p>
    <w:p>
      <w:pPr>
        <w:jc w:val="right"/>
      </w:pPr>
      <w:r>
        <w:t>So "Tafsir al-Likul Lashayh" means all those things that are important in terms of spirituality, in terms of religion, in terms of truth.</w:t>
      </w:r>
    </w:p>
    <w:p>
      <w:r>
        <w:rPr>
          <w:b/>
        </w:rPr>
        <w:t xml:space="preserve">[53:30] </w:t>
      </w:r>
      <w:r>
        <w:t>You can find the answer, the questions, the answer of these questions.</w:t>
      </w:r>
    </w:p>
    <w:p>
      <w:pPr>
        <w:jc w:val="right"/>
      </w:pPr>
      <w:r>
        <w:t>You can find the answer, the questions, the answer of these questions.</w:t>
      </w:r>
    </w:p>
    <w:p>
      <w:r>
        <w:rPr>
          <w:b/>
        </w:rPr>
        <w:t xml:space="preserve">[53:47] </w:t>
      </w:r>
      <w:r>
        <w:t>For example,</w:t>
      </w:r>
    </w:p>
    <w:p>
      <w:pPr>
        <w:jc w:val="right"/>
      </w:pPr>
      <w:r>
        <w:t>For example,</w:t>
      </w:r>
    </w:p>
    <w:p>
      <w:r>
        <w:rPr>
          <w:b/>
        </w:rPr>
        <w:t xml:space="preserve">[53:52] </w:t>
      </w:r>
      <w:r>
        <w:t>if you take a copy of the Quran and start reading, you will find that the very first verses, "Alhamdulillahi Rabbil Alameen,"</w:t>
      </w:r>
    </w:p>
    <w:p>
      <w:pPr>
        <w:jc w:val="right"/>
      </w:pPr>
      <w:r>
        <w:t>if you take a copy of the Quran and start reading, you will find that the very first verses, "Alhamdulillahi Rabbil Alameen,"</w:t>
      </w:r>
    </w:p>
    <w:p>
      <w:r>
        <w:rPr>
          <w:b/>
        </w:rPr>
        <w:t xml:space="preserve">[54:09] </w:t>
      </w:r>
      <w:r>
        <w:t>"Thanks to God, the Lord of the universe," it means that all those blessings, all those blessings come from God.</w:t>
      </w:r>
    </w:p>
    <w:p>
      <w:pPr>
        <w:jc w:val="right"/>
      </w:pPr>
      <w:r>
        <w:t>"Thanks to God, the Lord of the universe," it means that all those blessings, all those blessings come from God.</w:t>
      </w:r>
    </w:p>
    <w:p>
      <w:r>
        <w:rPr>
          <w:b/>
        </w:rPr>
        <w:t xml:space="preserve">[54:25] </w:t>
      </w:r>
      <w:r>
        <w:t>All those blessings, all the life support systems, everything comes from God. The sunlight, the air, the oxygen, the water, the mountains, the ocean,</w:t>
      </w:r>
    </w:p>
    <w:p>
      <w:pPr>
        <w:jc w:val="right"/>
      </w:pPr>
      <w:r>
        <w:t>All those blessings, all the life support systems, everything comes from God. The sunlight, the air, the oxygen, the water, the mountains, the ocean,</w:t>
      </w:r>
    </w:p>
    <w:p>
      <w:r>
        <w:rPr>
          <w:b/>
        </w:rPr>
        <w:t xml:space="preserve">[54:42] </w:t>
      </w:r>
      <w:r>
        <w:t>the solar system, everything, everything, everything without any exception comes from God</w:t>
      </w:r>
    </w:p>
    <w:p>
      <w:pPr>
        <w:jc w:val="right"/>
      </w:pPr>
      <w:r>
        <w:t>the solar system, everything, everything, everything without any exception comes from God</w:t>
      </w:r>
    </w:p>
    <w:p>
      <w:r>
        <w:rPr>
          <w:b/>
        </w:rPr>
        <w:t xml:space="preserve">[54:51] </w:t>
      </w:r>
      <w:r>
        <w:t>. So you have to acknowledge, "Alhamdulillahi Rabbil Alameen,"</w:t>
      </w:r>
    </w:p>
    <w:p>
      <w:pPr>
        <w:jc w:val="right"/>
      </w:pPr>
      <w:r>
        <w:t>. So you have to acknowledge, "Alhamdulillahi Rabbil Alameen,"</w:t>
      </w:r>
    </w:p>
    <w:p>
      <w:r>
        <w:rPr>
          <w:b/>
        </w:rPr>
        <w:t xml:space="preserve">[55:00] </w:t>
      </w:r>
      <w:r>
        <w:t>"Thanks to God, the Lord of the universe."</w:t>
      </w:r>
    </w:p>
    <w:p>
      <w:pPr>
        <w:jc w:val="right"/>
      </w:pPr>
      <w:r>
        <w:t>"Thanks to God, the Lord of the universe."</w:t>
      </w:r>
    </w:p>
    <w:p>
      <w:r>
        <w:rPr>
          <w:b/>
        </w:rPr>
        <w:t xml:space="preserve">[55:07] </w:t>
      </w:r>
      <w:r>
        <w:t>So in the very first verse of the Quran, you will find this principle that God is Giver and you are Receiver.</w:t>
      </w:r>
    </w:p>
    <w:p>
      <w:pPr>
        <w:jc w:val="right"/>
      </w:pPr>
      <w:r>
        <w:t>So in the very first verse of the Quran, you will find this principle that God is Giver and you are Receiver.</w:t>
      </w:r>
    </w:p>
    <w:p>
      <w:r>
        <w:rPr>
          <w:b/>
        </w:rPr>
        <w:t xml:space="preserve">[55:21] </w:t>
      </w:r>
      <w:r>
        <w:t>God is Giver and you are Taker.</w:t>
      </w:r>
    </w:p>
    <w:p>
      <w:pPr>
        <w:jc w:val="right"/>
      </w:pPr>
      <w:r>
        <w:t>God is Giver and you are Taker.</w:t>
      </w:r>
    </w:p>
    <w:p>
      <w:r>
        <w:rPr>
          <w:b/>
        </w:rPr>
        <w:t xml:space="preserve">[55:29] </w:t>
      </w:r>
      <w:r>
        <w:t>God is All-Powerful and you are All-Powerless</w:t>
      </w:r>
    </w:p>
    <w:p>
      <w:pPr>
        <w:jc w:val="right"/>
      </w:pPr>
      <w:r>
        <w:t>God is All-Powerful and you are All-Powerless</w:t>
      </w:r>
    </w:p>
    <w:p>
      <w:r>
        <w:rPr>
          <w:b/>
        </w:rPr>
        <w:t xml:space="preserve">[55:35] </w:t>
      </w:r>
      <w:r>
        <w:t>. God is Great and you are not Great. So you have to surrender to God.</w:t>
      </w:r>
    </w:p>
    <w:p>
      <w:pPr>
        <w:jc w:val="right"/>
      </w:pPr>
      <w:r>
        <w:t>. God is Great and you are not Great. So you have to surrender to God.</w:t>
      </w:r>
    </w:p>
    <w:p>
      <w:r>
        <w:rPr>
          <w:b/>
        </w:rPr>
        <w:t xml:space="preserve">[55:43] </w:t>
      </w:r>
      <w:r>
        <w:t>You have to acknowledge to God. You have to believe that all those blessings come from God.</w:t>
      </w:r>
    </w:p>
    <w:p>
      <w:pPr>
        <w:jc w:val="right"/>
      </w:pPr>
      <w:r>
        <w:t>You have to acknowledge to God. You have to believe that all those blessings come from God.</w:t>
      </w:r>
    </w:p>
    <w:p>
      <w:r>
        <w:rPr>
          <w:b/>
        </w:rPr>
        <w:t xml:space="preserve">[55:54] </w:t>
      </w:r>
      <w:r>
        <w:t>And when you believe like this, then you feel a thrill</w:t>
      </w:r>
    </w:p>
    <w:p>
      <w:pPr>
        <w:jc w:val="right"/>
      </w:pPr>
      <w:r>
        <w:t>And when you believe like this, then you feel a thrill</w:t>
      </w:r>
    </w:p>
    <w:p>
      <w:r>
        <w:rPr>
          <w:b/>
        </w:rPr>
        <w:t xml:space="preserve">[56:02] </w:t>
      </w:r>
      <w:r>
        <w:t>. That thrill is, it is that thrill which is called "Thanks."</w:t>
      </w:r>
    </w:p>
    <w:p>
      <w:pPr>
        <w:jc w:val="right"/>
      </w:pPr>
      <w:r>
        <w:t>. That thrill is, it is that thrill which is called "Thanks."</w:t>
      </w:r>
    </w:p>
    <w:p>
      <w:r>
        <w:rPr>
          <w:b/>
        </w:rPr>
        <w:t xml:space="preserve">[56:14] </w:t>
      </w:r>
      <w:r>
        <w:t>And it is that thrill that is called "Thanks," "Thanks to God."</w:t>
      </w:r>
    </w:p>
    <w:p>
      <w:pPr>
        <w:jc w:val="right"/>
      </w:pPr>
      <w:r>
        <w:t>And it is that thrill that is called "Thanks," "Thanks to God."</w:t>
      </w:r>
    </w:p>
    <w:p>
      <w:r>
        <w:rPr>
          <w:b/>
        </w:rPr>
        <w:t xml:space="preserve">[56:25] </w:t>
      </w:r>
      <w:r>
        <w:t>"Thanks to God" means you are expressing your thrill before God.</w:t>
      </w:r>
    </w:p>
    <w:p>
      <w:pPr>
        <w:jc w:val="right"/>
      </w:pPr>
      <w:r>
        <w:t>"Thanks to God" means you are expressing your thrill before God.</w:t>
      </w:r>
    </w:p>
    <w:p>
      <w:r>
        <w:rPr>
          <w:b/>
        </w:rPr>
        <w:t xml:space="preserve">[56:34] </w:t>
      </w:r>
      <w:r>
        <w:t>It is not simply a lip service. It is not simply a lip service. It is an expression of thrill, expression of finding, expression of discovery,</w:t>
      </w:r>
    </w:p>
    <w:p>
      <w:pPr>
        <w:jc w:val="right"/>
      </w:pPr>
      <w:r>
        <w:t>It is not simply a lip service. It is not simply a lip service. It is an expression of thrill, expression of finding, expression of discovery,</w:t>
      </w:r>
    </w:p>
    <w:p>
      <w:r>
        <w:rPr>
          <w:b/>
        </w:rPr>
        <w:t xml:space="preserve">[56:51] </w:t>
      </w:r>
      <w:r>
        <w:t>expression of realization. So when you say, when you say, "Alhamdulillahi Rabbil Alameen," it is not a lip service.</w:t>
      </w:r>
    </w:p>
    <w:p>
      <w:pPr>
        <w:jc w:val="right"/>
      </w:pPr>
      <w:r>
        <w:t>expression of realization. So when you say, when you say, "Alhamdulillahi Rabbil Alameen," it is not a lip service.</w:t>
      </w:r>
    </w:p>
    <w:p>
      <w:r>
        <w:rPr>
          <w:b/>
        </w:rPr>
        <w:t xml:space="preserve">[57:04] </w:t>
      </w:r>
      <w:r>
        <w:t>You are expressing your heart, you are expressing your mind, you are expressing your thrill, you are expressing your love towards God.</w:t>
      </w:r>
    </w:p>
    <w:p>
      <w:pPr>
        <w:jc w:val="right"/>
      </w:pPr>
      <w:r>
        <w:t>You are expressing your heart, you are expressing your mind, you are expressing your thrill, you are expressing your love towards God.</w:t>
      </w:r>
    </w:p>
    <w:p>
      <w:r>
        <w:rPr>
          <w:b/>
        </w:rPr>
        <w:t xml:space="preserve">[57:17] </w:t>
      </w:r>
      <w:r>
        <w:t>You are expressing your soul.</w:t>
      </w:r>
    </w:p>
    <w:p>
      <w:pPr>
        <w:jc w:val="right"/>
      </w:pPr>
      <w:r>
        <w:t>You are expressing your soul.</w:t>
      </w:r>
    </w:p>
    <w:p>
      <w:r>
        <w:rPr>
          <w:b/>
        </w:rPr>
        <w:t xml:space="preserve">[57:27] </w:t>
      </w:r>
      <w:r>
        <w:t>So it is, it is the, I can say that it is the, it is the central theme of the Quran.</w:t>
      </w:r>
    </w:p>
    <w:p>
      <w:pPr>
        <w:jc w:val="right"/>
      </w:pPr>
      <w:r>
        <w:t>So it is, it is the, I can say that it is the, it is the central theme of the Quran.</w:t>
      </w:r>
    </w:p>
    <w:p>
      <w:r>
        <w:rPr>
          <w:b/>
        </w:rPr>
        <w:t xml:space="preserve">[57:39] </w:t>
      </w:r>
      <w:r>
        <w:t>It is the central theme of the Quran that you have to discover God with all those blessings.</w:t>
      </w:r>
    </w:p>
    <w:p>
      <w:pPr>
        <w:jc w:val="right"/>
      </w:pPr>
      <w:r>
        <w:t>It is the central theme of the Quran that you have to discover God with all those blessings.</w:t>
      </w:r>
    </w:p>
    <w:p>
      <w:r>
        <w:rPr>
          <w:b/>
        </w:rPr>
        <w:t xml:space="preserve">[57:52] </w:t>
      </w:r>
      <w:r>
        <w:t>You have to discover God in this sense that God is Giver and I am Taker.</w:t>
      </w:r>
    </w:p>
    <w:p>
      <w:pPr>
        <w:jc w:val="right"/>
      </w:pPr>
      <w:r>
        <w:t>You have to discover God in this sense that God is Giver and I am Taker.</w:t>
      </w:r>
    </w:p>
    <w:p>
      <w:r>
        <w:rPr>
          <w:b/>
        </w:rPr>
        <w:t xml:space="preserve">[58:03] </w:t>
      </w:r>
      <w:r>
        <w:t>You have to discover God as Maliki Yomiddin, Lord of the Day of Judgment.</w:t>
      </w:r>
    </w:p>
    <w:p>
      <w:pPr>
        <w:jc w:val="right"/>
      </w:pPr>
      <w:r>
        <w:t>You have to discover God as Maliki Yomiddin, Lord of the Day of Judgment.</w:t>
      </w:r>
    </w:p>
    <w:p>
      <w:r>
        <w:rPr>
          <w:b/>
        </w:rPr>
        <w:t xml:space="preserve">[58:11] </w:t>
      </w:r>
      <w:r>
        <w:t>"Alhamdulillahi Rabbil Alameen, Ar-Rahman Ar-Rahim, Maliki Yomiddin." You have to discover God as the Lord of the universe.</w:t>
      </w:r>
    </w:p>
    <w:p>
      <w:pPr>
        <w:jc w:val="right"/>
      </w:pPr>
      <w:r>
        <w:t>"Alhamdulillahi Rabbil Alameen, Ar-Rahman Ar-Rahim, Maliki Yomiddin." You have to discover God as the Lord of the universe.</w:t>
      </w:r>
    </w:p>
    <w:p>
      <w:r>
        <w:rPr>
          <w:b/>
        </w:rPr>
        <w:t xml:space="preserve">[58:20] </w:t>
      </w:r>
      <w:r>
        <w:t>And you have to discover God as a</w:t>
      </w:r>
    </w:p>
    <w:p>
      <w:pPr>
        <w:jc w:val="right"/>
      </w:pPr>
      <w:r>
        <w:t>And you have to discover God as a</w:t>
      </w:r>
    </w:p>
    <w:p>
      <w:r>
        <w:rPr>
          <w:b/>
        </w:rPr>
        <w:t xml:space="preserve">[58:27] </w:t>
      </w:r>
      <w:r>
        <w:t>Lord of the Judgment, Lord of the Day of Judgment, Maliki Yomiddin.</w:t>
      </w:r>
    </w:p>
    <w:p>
      <w:pPr>
        <w:jc w:val="right"/>
      </w:pPr>
      <w:r>
        <w:t>Lord of the Judgment, Lord of the Day of Judgment, Maliki Yomiddin.</w:t>
      </w:r>
    </w:p>
    <w:p>
      <w:r>
        <w:rPr>
          <w:b/>
        </w:rPr>
        <w:t xml:space="preserve">[58:38] </w:t>
      </w:r>
      <w:r>
        <w:t>So when you discover God in this sense that He is the Creator of the world, He is the Lord of the Day of the Judgment, then you feel a great, great sentiment, great thrills.</w:t>
      </w:r>
    </w:p>
    <w:p>
      <w:pPr>
        <w:jc w:val="right"/>
      </w:pPr>
      <w:r>
        <w:t>So when you discover God in this sense that He is the Creator of the world, He is the Lord of the Day of the Judgment, then you feel a great, great sentiment, great thrills.</w:t>
      </w:r>
    </w:p>
    <w:p>
      <w:r>
        <w:rPr>
          <w:b/>
        </w:rPr>
        <w:t xml:space="preserve">[59:00] </w:t>
      </w:r>
      <w:r>
        <w:t>You will fill with God consciousness</w:t>
      </w:r>
    </w:p>
    <w:p>
      <w:pPr>
        <w:jc w:val="right"/>
      </w:pPr>
      <w:r>
        <w:t>You will fill with God consciousness</w:t>
      </w:r>
    </w:p>
    <w:p>
      <w:r>
        <w:rPr>
          <w:b/>
        </w:rPr>
        <w:t xml:space="preserve">[59:05] </w:t>
      </w:r>
      <w:r>
        <w:t>. And then you will say, "Alhamdulillah," "Thanks to God." So "Alhamdulillah" is not simply a lip service.</w:t>
      </w:r>
    </w:p>
    <w:p>
      <w:pPr>
        <w:jc w:val="right"/>
      </w:pPr>
      <w:r>
        <w:t>. And then you will say, "Alhamdulillah," "Thanks to God." So "Alhamdulillah" is not simply a lip service.</w:t>
      </w:r>
    </w:p>
    <w:p>
      <w:r>
        <w:rPr>
          <w:b/>
        </w:rPr>
        <w:t xml:space="preserve">[59:17] </w:t>
      </w:r>
      <w:r>
        <w:t>It is presenting your whole personality to God. So this is the Quran.</w:t>
      </w:r>
    </w:p>
    <w:p>
      <w:pPr>
        <w:jc w:val="right"/>
      </w:pPr>
      <w:r>
        <w:t>It is presenting your whole personality to God. So this is the Quran.</w:t>
      </w:r>
    </w:p>
    <w:p>
      <w:r>
        <w:rPr>
          <w:b/>
        </w:rPr>
        <w:t xml:space="preserve">[59:27] </w:t>
      </w:r>
      <w:r>
        <w:t>The Quran is the book of, the Quran is the book of truth</w:t>
      </w:r>
    </w:p>
    <w:p>
      <w:pPr>
        <w:jc w:val="right"/>
      </w:pPr>
      <w:r>
        <w:t>The Quran is the book of, the Quran is the book of truth</w:t>
      </w:r>
    </w:p>
    <w:p>
      <w:r>
        <w:rPr>
          <w:b/>
        </w:rPr>
        <w:t xml:space="preserve">[59:32] </w:t>
      </w:r>
      <w:r>
        <w:t>. The Quran is the book of, the Quran is a dictionary of truth. "Aqoola qouli haaza wa astaghfaroo Allahi wal Qam al-Jama'in."</w:t>
      </w:r>
    </w:p>
    <w:p>
      <w:pPr>
        <w:jc w:val="right"/>
      </w:pPr>
      <w:r>
        <w:t>. The Quran is the book of, the Quran is a dictionary of truth. "Aqoola qouli haaza wa astaghfaroo Allahi wal Qam al-Jama'in."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