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Moral Teachings of Islam | April 30, 2007 | Maulana Wahiduddin Khan</w:t>
      </w:r>
    </w:p>
    <w:p>
      <w:r>
        <w:t>https://www.youtube.com/watch?v=jHfjRK1lH0Q</w:t>
      </w:r>
    </w:p>
    <w:p>
      <w:r>
        <w:rPr>
          <w:b/>
        </w:rPr>
        <w:t xml:space="preserve">[00:09] </w:t>
      </w:r>
      <w:r>
        <w:t>bismillah al-rahman al-rahim, wa salla Allahu ala al-nabi al-karim.</w:t>
      </w:r>
    </w:p>
    <w:p>
      <w:pPr>
        <w:jc w:val="right"/>
      </w:pPr>
      <w:r>
        <w:t>بسم اللہ الرحمن الرحیم، وصلی اللہ علی النبی الکریم۔</w:t>
      </w:r>
    </w:p>
    <w:p>
      <w:r>
        <w:rPr>
          <w:b/>
        </w:rPr>
        <w:t xml:space="preserve">[00:17] </w:t>
      </w:r>
      <w:r>
        <w:t>rab ishrah li sadri, wa yassir li amri, wa ihlul uqdatan min lisani yafqahu qawli.</w:t>
      </w:r>
    </w:p>
    <w:p>
      <w:pPr>
        <w:jc w:val="right"/>
      </w:pPr>
      <w:r>
        <w:t>رب اشرح لی صدری، ویسر لی امری، واحل العقدۃ من لسانی یفقہ قولی۔</w:t>
      </w:r>
    </w:p>
    <w:p>
      <w:r>
        <w:rPr>
          <w:b/>
        </w:rPr>
        <w:t xml:space="preserve">[00:25] </w:t>
      </w:r>
      <w:r>
        <w:t>The topic for this day is the moral teachings in Islam.</w:t>
      </w:r>
    </w:p>
    <w:p>
      <w:pPr>
        <w:jc w:val="right"/>
      </w:pPr>
      <w:r>
        <w:t>دا ٹاپک فار دس ڈے از دا مورل ٹیچنگز ان اسلام۔</w:t>
      </w:r>
    </w:p>
    <w:p>
      <w:r>
        <w:rPr>
          <w:b/>
        </w:rPr>
        <w:t xml:space="preserve">[00:32] </w:t>
      </w:r>
      <w:r>
        <w:t>The moral teachings in Islam</w:t>
      </w:r>
    </w:p>
    <w:p>
      <w:pPr>
        <w:jc w:val="right"/>
      </w:pPr>
      <w:r>
        <w:t>دا مورل ٹیچنگز ان اسلام</w:t>
      </w:r>
    </w:p>
    <w:p>
      <w:r>
        <w:rPr>
          <w:b/>
        </w:rPr>
        <w:t xml:space="preserve">[00:40] </w:t>
      </w:r>
      <w:r>
        <w:t>.</w:t>
      </w:r>
    </w:p>
    <w:p>
      <w:pPr>
        <w:jc w:val="right"/>
      </w:pPr>
      <w:r>
        <w:t>۔</w:t>
      </w:r>
    </w:p>
    <w:p>
      <w:r>
        <w:rPr>
          <w:b/>
        </w:rPr>
        <w:t xml:space="preserve">[00:50] </w:t>
      </w:r>
      <w:r>
        <w:t>Yesterday I was interviewed by a TV channel.</w:t>
      </w:r>
    </w:p>
    <w:p>
      <w:pPr>
        <w:jc w:val="right"/>
      </w:pPr>
      <w:r>
        <w:t>یسٹرڈے آئی واز انٹرویوڈ بائی ا ٹی وی چینل۔</w:t>
      </w:r>
    </w:p>
    <w:p>
      <w:r>
        <w:rPr>
          <w:b/>
        </w:rPr>
        <w:t xml:space="preserve">[01:01] </w:t>
      </w:r>
      <w:r>
        <w:t>The interviewer said, during their conversation, the interviewer said that it is a general impression that</w:t>
      </w:r>
    </w:p>
    <w:p>
      <w:pPr>
        <w:jc w:val="right"/>
      </w:pPr>
      <w:r>
        <w:t>دا انٹرویوور سیڈ، ڈورنگ دیر کنورسیشن، دا انٹرویوور سیڈ دیٹ اٹ از ا جنرل امپریشن دیٹ</w:t>
      </w:r>
    </w:p>
    <w:p>
      <w:r>
        <w:rPr>
          <w:b/>
        </w:rPr>
        <w:t xml:space="preserve">[01:11] </w:t>
      </w:r>
      <w:r>
        <w:t>there is no concept of psychotherapy in Islam, or at least the concept of psychotherapy was not developed in Islamic system. I said that this is a misunderstanding. The fact is that concept of psy</w:t>
      </w:r>
    </w:p>
    <w:p>
      <w:pPr>
        <w:jc w:val="right"/>
      </w:pPr>
      <w:r>
        <w:t>دیر از نو کانسیپٹ اف فرینتھریپی ان اسلام، اور ایٹ لیسٹ دا کانسیپٹ اف فرینتھریپی واز ناٹ ڈیولپڈ ان اسلامک سسٹم۔ آئی سیڈ دیٹ دس از ا مس انڈرسٹینڈنگ۔ دا فیکٹ از دیٹ کانسیپٹ اف فر</w:t>
      </w:r>
    </w:p>
    <w:p>
      <w:r>
        <w:rPr>
          <w:b/>
        </w:rPr>
        <w:t xml:space="preserve">[01:41] </w:t>
      </w:r>
      <w:r>
        <w:t>Philanthropy is very much in the Islamic system.</w:t>
      </w:r>
    </w:p>
    <w:p>
      <w:pPr>
        <w:jc w:val="right"/>
      </w:pPr>
      <w:r>
        <w:t>ینتھریپی از ویری مچ ان دا اسلامک سسٹم۔</w:t>
      </w:r>
    </w:p>
    <w:p>
      <w:r>
        <w:rPr>
          <w:b/>
        </w:rPr>
        <w:t xml:space="preserve">[01:51] </w:t>
      </w:r>
      <w:r>
        <w:t>If you read Quran and Hadith, you will find that there are hundreds of teachings in this regard.</w:t>
      </w:r>
    </w:p>
    <w:p>
      <w:pPr>
        <w:jc w:val="right"/>
      </w:pPr>
      <w:r>
        <w:t>اف یو ریڈ قرآن اینڈ حدیث، یو ویل فائنڈ دیٹ دیر ار ہنڈرڈز اف ٹیچنگز ان دس ریگارڈ۔</w:t>
      </w:r>
    </w:p>
    <w:p>
      <w:r>
        <w:rPr>
          <w:b/>
        </w:rPr>
        <w:t xml:space="preserve">[02:02] </w:t>
      </w:r>
      <w:r>
        <w:t>For example, if you take a copy of the Quran and open it</w:t>
      </w:r>
    </w:p>
    <w:p>
      <w:pPr>
        <w:jc w:val="right"/>
      </w:pPr>
      <w:r>
        <w:t>فار ایگزامپل، اف یو ٹیک ا کاپی اف دا قرآن اینڈ اوپن اٹ</w:t>
      </w:r>
    </w:p>
    <w:p>
      <w:r>
        <w:rPr>
          <w:b/>
        </w:rPr>
        <w:t xml:space="preserve">[02:12] </w:t>
      </w:r>
      <w:r>
        <w:t>You will find that the very first verse is like this: Bismillah Rahman Rahim, in the name of God, most merciful, most compassionate. Here you can see that Quran</w:t>
      </w:r>
    </w:p>
    <w:p>
      <w:pPr>
        <w:jc w:val="right"/>
      </w:pPr>
      <w:r>
        <w:t>، یو ویل فائنڈ دیٹ دا ویری فرسٹ ورس از لائک دس: بسم اللہ الرحمن الرحیم، ان دا نیم اف گاڈ، موسٹ مرسی فل، موسٹ کمپیشنیٹ۔ ہیر یو کین سی دیٹ قرآ</w:t>
      </w:r>
    </w:p>
    <w:p>
      <w:r>
        <w:rPr>
          <w:b/>
        </w:rPr>
        <w:t xml:space="preserve">[02:42] </w:t>
      </w:r>
      <w:r>
        <w:t>He introduces God as a merciful God, as a compassionate God.</w:t>
      </w:r>
    </w:p>
    <w:p>
      <w:pPr>
        <w:jc w:val="right"/>
      </w:pPr>
      <w:r>
        <w:t>ن انٹروڈیوسز گاڈ ایز اے مرسی فل گاڈ، ایز اے کمپیشنیٹ گاڈ۔</w:t>
      </w:r>
    </w:p>
    <w:p>
      <w:r>
        <w:rPr>
          <w:b/>
        </w:rPr>
        <w:t xml:space="preserve">[02:52] </w:t>
      </w:r>
      <w:r>
        <w:t>Deen there is a hadith: Takhallaqu bi akhlaq Allah, adopt the character of God.</w:t>
      </w:r>
    </w:p>
    <w:p>
      <w:pPr>
        <w:jc w:val="right"/>
      </w:pPr>
      <w:r>
        <w:t>دین دیر از اے حدیث: تخلق باخلاق اللہ، اڈاپٹ دا کریکٹر اف گاڈ۔</w:t>
      </w:r>
    </w:p>
    <w:p>
      <w:r>
        <w:rPr>
          <w:b/>
        </w:rPr>
        <w:t xml:space="preserve">[03:02] </w:t>
      </w:r>
      <w:r>
        <w:t>So when you</w:t>
      </w:r>
    </w:p>
    <w:p>
      <w:pPr>
        <w:jc w:val="right"/>
      </w:pPr>
      <w:r>
        <w:t>سو وین یو</w:t>
      </w:r>
    </w:p>
    <w:p>
      <w:r>
        <w:rPr>
          <w:b/>
        </w:rPr>
        <w:t xml:space="preserve">[03:12] </w:t>
      </w:r>
      <w:r>
        <w:t>Think about this, you will find that in the Quran and Hadith.</w:t>
      </w:r>
    </w:p>
    <w:p>
      <w:pPr>
        <w:jc w:val="right"/>
      </w:pPr>
      <w:r>
        <w:t>تھنک اباؤٹ دس، یو ویل فائنڈ دیٹ ان دا قرآن اینڈ حدیث۔</w:t>
      </w:r>
    </w:p>
    <w:p>
      <w:r>
        <w:rPr>
          <w:b/>
        </w:rPr>
        <w:t xml:space="preserve">[03:22] </w:t>
      </w:r>
      <w:r>
        <w:t>Quran and Hadith give great emphasis on the philanthropy.</w:t>
      </w:r>
    </w:p>
    <w:p>
      <w:pPr>
        <w:jc w:val="right"/>
      </w:pPr>
      <w:r>
        <w:t>قرآن اینڈ حدیث گیو گریٹ ایمفیسز ان دی فرینتھراپی۔</w:t>
      </w:r>
    </w:p>
    <w:p>
      <w:r>
        <w:rPr>
          <w:b/>
        </w:rPr>
        <w:t xml:space="preserve">[03:32] </w:t>
      </w:r>
      <w:r>
        <w:t>You know, the genesis of philanthropy is a mercy</w:t>
      </w:r>
    </w:p>
    <w:p>
      <w:pPr>
        <w:jc w:val="right"/>
      </w:pPr>
      <w:r>
        <w:t>یو نو، دا جینیسس اف فرینتھراپی از اے مرسی</w:t>
      </w:r>
    </w:p>
    <w:p>
      <w:r>
        <w:rPr>
          <w:b/>
        </w:rPr>
        <w:t xml:space="preserve">[03:42] </w:t>
      </w:r>
      <w:r>
        <w:t>and compassion, and this is the basic teaching of Islam.</w:t>
      </w:r>
    </w:p>
    <w:p>
      <w:pPr>
        <w:jc w:val="right"/>
      </w:pPr>
      <w:r>
        <w:t>اینڈ کمپیشن، اینڈ دس از دا بیسک ٹیچنگ اف اسلام۔</w:t>
      </w:r>
    </w:p>
    <w:p>
      <w:r>
        <w:rPr>
          <w:b/>
        </w:rPr>
        <w:t xml:space="preserve">[03:50] </w:t>
      </w:r>
      <w:r>
        <w:t>There is a hadith: Irham man fil ardh, yarhamuk man fis sama'.</w:t>
      </w:r>
    </w:p>
    <w:p>
      <w:pPr>
        <w:jc w:val="right"/>
      </w:pPr>
      <w:r>
        <w:t>دیر از اے حدیث: ارحم منفی الارض،یرحمک منفی السماء۔</w:t>
      </w:r>
    </w:p>
    <w:p>
      <w:r>
        <w:rPr>
          <w:b/>
        </w:rPr>
        <w:t xml:space="preserve">[03:58] </w:t>
      </w:r>
      <w:r>
        <w:t>arham man fi al-ard, yarhamka man fi al-sama.</w:t>
      </w:r>
    </w:p>
    <w:p>
      <w:pPr>
        <w:jc w:val="right"/>
      </w:pPr>
      <w:r>
        <w:t>ارحم منفی الارض،یرحمک منفی السماء۔</w:t>
      </w:r>
    </w:p>
    <w:p>
      <w:r>
        <w:rPr>
          <w:b/>
        </w:rPr>
        <w:t xml:space="preserve">[04:06] </w:t>
      </w:r>
      <w:r>
        <w:t>Be compassionate to to to mankind,</w:t>
      </w:r>
    </w:p>
    <w:p>
      <w:pPr>
        <w:jc w:val="right"/>
      </w:pPr>
      <w:r>
        <w:t>بی کمپیشنیٹ ٹو ٹو ٹو مین کائنڈ،</w:t>
      </w:r>
    </w:p>
    <w:p>
      <w:r>
        <w:rPr>
          <w:b/>
        </w:rPr>
        <w:t xml:space="preserve">[04:14] </w:t>
      </w:r>
      <w:r>
        <w:t>And God will be compassionate to you.</w:t>
      </w:r>
    </w:p>
    <w:p>
      <w:pPr>
        <w:jc w:val="right"/>
      </w:pPr>
      <w:r>
        <w:t>اینڈ گاڈ ویل بی کمپیشنیٹ ٹو یو۔</w:t>
      </w:r>
    </w:p>
    <w:p>
      <w:r>
        <w:rPr>
          <w:b/>
        </w:rPr>
        <w:t xml:space="preserve">[04:24] </w:t>
      </w:r>
      <w:r>
        <w:t>Here you can see that it is very clear in Islam that you have to be compassionate and</w:t>
      </w:r>
    </w:p>
    <w:p>
      <w:pPr>
        <w:jc w:val="right"/>
      </w:pPr>
      <w:r>
        <w:t>ہیر یو کین سی دیٹ اٹ از ویری کلیئر ان اسلام دیٹ یو ہیو ٹو بی کمپیشنیٹ اینڈ</w:t>
      </w:r>
    </w:p>
    <w:p>
      <w:r>
        <w:rPr>
          <w:b/>
        </w:rPr>
        <w:t xml:space="preserve">[04:34] </w:t>
      </w:r>
      <w:r>
        <w:t>merciful to other human beings, otherwise your salvation is doubtful. Arham</w:t>
      </w:r>
    </w:p>
    <w:p>
      <w:pPr>
        <w:jc w:val="right"/>
      </w:pPr>
      <w:r>
        <w:t>مرسی فل ٹو ادر ہیومن بینگ، ادروائز یور سالویشن از ڈاؤٹ فل۔ ارحم</w:t>
      </w:r>
    </w:p>
    <w:p>
      <w:r>
        <w:rPr>
          <w:b/>
        </w:rPr>
        <w:t xml:space="preserve">[04:44] </w:t>
      </w:r>
      <w:r>
        <w:t>منفی الارض، یرحمک منفی السماء۔</w:t>
      </w:r>
    </w:p>
    <w:p>
      <w:pPr>
        <w:jc w:val="right"/>
      </w:pPr>
      <w:r>
        <w:t>منفی الارض،یرحمک منفی السماء۔</w:t>
      </w:r>
    </w:p>
    <w:p>
      <w:r>
        <w:rPr>
          <w:b/>
        </w:rPr>
        <w:t xml:space="preserve">[04:54] </w:t>
      </w:r>
      <w:r>
        <w:t>Be compassionate to other men and women, to all mankind, so that you may receive the mercy of God.</w:t>
      </w:r>
    </w:p>
    <w:p>
      <w:pPr>
        <w:jc w:val="right"/>
      </w:pPr>
      <w:r>
        <w:t>بی کمپیشنیٹ ٹو ادر مین اینڈ وومن، ٹو ال مین کائنڈ، سو دیٹ یو می ریسیو دا مرسی اف گاڈ۔</w:t>
      </w:r>
    </w:p>
    <w:p>
      <w:r>
        <w:rPr>
          <w:b/>
        </w:rPr>
        <w:t xml:space="preserve">[05:05] </w:t>
      </w:r>
      <w:r>
        <w:t>So here you can see that it is in our personal interest to be merciful</w:t>
      </w:r>
    </w:p>
    <w:p>
      <w:pPr>
        <w:jc w:val="right"/>
      </w:pPr>
      <w:r>
        <w:t>سو ہیر یو کین سی دیٹ اٹ از ان اور پرسنل انٹرسٹ ٹو بی مرسی فل</w:t>
      </w:r>
    </w:p>
    <w:p>
      <w:r>
        <w:rPr>
          <w:b/>
        </w:rPr>
        <w:t xml:space="preserve">[05:15] </w:t>
      </w:r>
      <w:r>
        <w:t>to other.</w:t>
      </w:r>
    </w:p>
    <w:p>
      <w:pPr>
        <w:jc w:val="right"/>
      </w:pPr>
      <w:r>
        <w:t>ٹو ادر۔</w:t>
      </w:r>
    </w:p>
    <w:p>
      <w:r>
        <w:rPr>
          <w:b/>
        </w:rPr>
        <w:t xml:space="preserve">[05:26] </w:t>
      </w:r>
      <w:r>
        <w:t>According to Islamic frame, according to Islamic system, it is to our personal interest to adopt this culture, this character.</w:t>
      </w:r>
    </w:p>
    <w:p>
      <w:pPr>
        <w:jc w:val="right"/>
      </w:pPr>
      <w:r>
        <w:t>اکارڈنگ ٹو اسلامک فریم، اکارڈنگ ٹو اسلامک سسٹم، اٹ از ٹو اور پرسنل انٹرسٹ ٹو اڈاپٹ دس کلچر، دس کریکٹر۔</w:t>
      </w:r>
    </w:p>
    <w:p>
      <w:r>
        <w:rPr>
          <w:b/>
        </w:rPr>
        <w:t xml:space="preserve">[05:37] </w:t>
      </w:r>
      <w:r>
        <w:t>I think that this is enough to understand that philanthropy in Islam is</w:t>
      </w:r>
    </w:p>
    <w:p>
      <w:pPr>
        <w:jc w:val="right"/>
      </w:pPr>
      <w:r>
        <w:t>آئی تھنک دیٹ دس از انف ٹو انڈرسٹینڈ دیٹ فرینتھریپی ان اسلام از</w:t>
      </w:r>
    </w:p>
    <w:p>
      <w:r>
        <w:rPr>
          <w:b/>
        </w:rPr>
        <w:t xml:space="preserve">[05:47] </w:t>
      </w:r>
      <w:r>
        <w:t>incomplete sense of the world.</w:t>
      </w:r>
    </w:p>
    <w:p>
      <w:pPr>
        <w:jc w:val="right"/>
      </w:pPr>
      <w:r>
        <w:t>ان کمپلیٹ سینس اف دا ورلڈ۔</w:t>
      </w:r>
    </w:p>
    <w:p>
      <w:r>
        <w:rPr>
          <w:b/>
        </w:rPr>
        <w:t xml:space="preserve">[05:57] </w:t>
      </w:r>
      <w:r>
        <w:t>Philanthropy in Islam exists in complete sense of the word.</w:t>
      </w:r>
    </w:p>
    <w:p>
      <w:pPr>
        <w:jc w:val="right"/>
      </w:pPr>
      <w:r>
        <w:t>فرینتھریپی ان اسلام ایگزسٹ ان کمپلیٹ سینس اف دا ورلڈ۔</w:t>
      </w:r>
    </w:p>
    <w:p>
      <w:r>
        <w:rPr>
          <w:b/>
        </w:rPr>
        <w:t xml:space="preserve">[06:07] </w:t>
      </w:r>
      <w:r>
        <w:t>deen in the chapter number 90, 90 of the Quran, there is a verse: watawasau bis-sabr</w:t>
      </w:r>
    </w:p>
    <w:p>
      <w:pPr>
        <w:jc w:val="right"/>
      </w:pPr>
      <w:r>
        <w:t>دین ان دا چیپٹر نمبر 90، 90 اف دا قرآن، دیر از اے ورس: وتواسو بالص</w:t>
      </w:r>
    </w:p>
    <w:p>
      <w:r>
        <w:rPr>
          <w:b/>
        </w:rPr>
        <w:t xml:space="preserve">[06:17] </w:t>
      </w:r>
      <w:r>
        <w:t>br, vatawasu bil marhamah. enjoin patience and enjoin compassion in one another. Here you can see that Quran enjoins us to be mar</w:t>
      </w:r>
    </w:p>
    <w:p>
      <w:pPr>
        <w:jc w:val="right"/>
      </w:pPr>
      <w:r>
        <w:t>بر، وتواسو بالبرحمہ۔ انجوائن پیشنس اینڈ انجوائن کمپیشن ان ون انادر۔ ہیر یو کین سی دیٹ قرآن انجوائنس اس ٹو بی مر</w:t>
      </w:r>
    </w:p>
    <w:p>
      <w:r>
        <w:rPr>
          <w:b/>
        </w:rPr>
        <w:t xml:space="preserve">[06:47] </w:t>
      </w:r>
      <w:r>
        <w:t>See, to be compassionate to all mankind.</w:t>
      </w:r>
    </w:p>
    <w:p>
      <w:pPr>
        <w:jc w:val="right"/>
      </w:pPr>
      <w:r>
        <w:t>سی فل، ٹو بی کمپیشنیٹ ٹو ال مین کائنڈ۔</w:t>
      </w:r>
    </w:p>
    <w:p>
      <w:r>
        <w:rPr>
          <w:b/>
        </w:rPr>
        <w:t xml:space="preserve">[06:58] </w:t>
      </w:r>
      <w:r>
        <w:t>Here the word used in the Quran is marhama.</w:t>
      </w:r>
    </w:p>
    <w:p>
      <w:pPr>
        <w:jc w:val="right"/>
      </w:pPr>
      <w:r>
        <w:t>ہیر دا ورڈ یوزڈ ان دا قرآن از مرحمہ۔</w:t>
      </w:r>
    </w:p>
    <w:p>
      <w:r>
        <w:rPr>
          <w:b/>
        </w:rPr>
        <w:t xml:space="preserve">[07:08] </w:t>
      </w:r>
      <w:r>
        <w:t>All the commentators tell us that here marhama means shafqat alal khalq, or rehmat alal khalq. Al marhama means</w:t>
      </w:r>
    </w:p>
    <w:p>
      <w:pPr>
        <w:jc w:val="right"/>
      </w:pPr>
      <w:r>
        <w:t>ال دا کمنٹیٹرز ٹیل اس دیٹ دیٹ ہیر مرحمہ مینز شفقت علی الخلق، اور رحمت علی الخلق۔ المرحمہ مینز</w:t>
      </w:r>
    </w:p>
    <w:p>
      <w:r>
        <w:rPr>
          <w:b/>
        </w:rPr>
        <w:t xml:space="preserve">[07:18] </w:t>
      </w:r>
      <w:r>
        <w:t>to be merciful to all mankind.</w:t>
      </w:r>
    </w:p>
    <w:p>
      <w:pPr>
        <w:jc w:val="right"/>
      </w:pPr>
      <w:r>
        <w:t>ٹو بی مرسی فل ٹو ال مین کائنڈ۔</w:t>
      </w:r>
    </w:p>
    <w:p>
      <w:r>
        <w:rPr>
          <w:b/>
        </w:rPr>
        <w:t xml:space="preserve">[07:24] </w:t>
      </w:r>
      <w:r>
        <w:t>The word is not rahmat-al-lil-alamin.</w:t>
      </w:r>
    </w:p>
    <w:p>
      <w:pPr>
        <w:jc w:val="right"/>
      </w:pPr>
      <w:r>
        <w:t>دا ورڈ از ناٹ رحمت علی المسلم۔</w:t>
      </w:r>
    </w:p>
    <w:p>
      <w:r>
        <w:rPr>
          <w:b/>
        </w:rPr>
        <w:t xml:space="preserve">[07:31] </w:t>
      </w:r>
      <w:r>
        <w:t>Here the word is not rehmat alal Muslimeen, but rehmat alal khalq, rehmat alal ibad.</w:t>
      </w:r>
    </w:p>
    <w:p>
      <w:pPr>
        <w:jc w:val="right"/>
      </w:pPr>
      <w:r>
        <w:t>ہیر دا ورڈ از ناٹ رحمت علی المسلم، بٹ رحمت علی الخلق، رحمت علی العباد۔</w:t>
      </w:r>
    </w:p>
    <w:p>
      <w:r>
        <w:rPr>
          <w:b/>
        </w:rPr>
        <w:t xml:space="preserve">[07:37] </w:t>
      </w:r>
      <w:r>
        <w:t>Some competitors has explained it in these words: Ar-rahmah alal ibad.</w:t>
      </w:r>
    </w:p>
    <w:p>
      <w:pPr>
        <w:jc w:val="right"/>
      </w:pPr>
      <w:r>
        <w:t>سم کمپیٹیٹر ہیز ایکسپلینڈ اٹ ان دیز ورڈز: الرحمہ علی العباد۔</w:t>
      </w:r>
    </w:p>
    <w:p>
      <w:r>
        <w:rPr>
          <w:b/>
        </w:rPr>
        <w:t xml:space="preserve">[07:43] </w:t>
      </w:r>
      <w:r>
        <w:t>So, what wasu bil haq,</w:t>
      </w:r>
    </w:p>
    <w:p>
      <w:pPr>
        <w:jc w:val="right"/>
      </w:pPr>
      <w:r>
        <w:t>سو وتواسو بالحق،</w:t>
      </w:r>
    </w:p>
    <w:p>
      <w:r>
        <w:rPr>
          <w:b/>
        </w:rPr>
        <w:t xml:space="preserve">[07:49] </w:t>
      </w:r>
      <w:r>
        <w:t>وتواسو بالصبر، وتواسو بالمرحمہ means that you have to be merciful, you have to be compassionate to</w:t>
      </w:r>
    </w:p>
    <w:p>
      <w:pPr>
        <w:jc w:val="right"/>
      </w:pPr>
      <w:r>
        <w:t>وتواسو بالصبر، وتواسو بالمرحمہ مینز دیٹ یو ہیو ٹو بی مرسی فل، یو ہیو ٹو بی کمپیشنیٹ ٹو</w:t>
      </w:r>
    </w:p>
    <w:p>
      <w:r>
        <w:rPr>
          <w:b/>
        </w:rPr>
        <w:t xml:space="preserve">[07:56] </w:t>
      </w:r>
      <w:r>
        <w:t>all mankind, to all mankind.</w:t>
      </w:r>
    </w:p>
    <w:p>
      <w:pPr>
        <w:jc w:val="right"/>
      </w:pPr>
      <w:r>
        <w:t>ال مین کائنڈ، ٹو ال مین کائنڈ۔</w:t>
      </w:r>
    </w:p>
    <w:p>
      <w:r>
        <w:rPr>
          <w:b/>
        </w:rPr>
        <w:t xml:space="preserve">[08:04] </w:t>
      </w:r>
      <w:r>
        <w:t>Deen here Quran has bracketed patience, sabr, with marhama.</w:t>
      </w:r>
    </w:p>
    <w:p>
      <w:pPr>
        <w:jc w:val="right"/>
      </w:pPr>
      <w:r>
        <w:t>دین ہیر قرآن ہیز بریکیٹڈ پیشنس، صبر، ود مرحمہ۔</w:t>
      </w:r>
    </w:p>
    <w:p>
      <w:r>
        <w:rPr>
          <w:b/>
        </w:rPr>
        <w:t xml:space="preserve">[08:11] </w:t>
      </w:r>
      <w:r>
        <w:t>Why? Because it required patience, otherwise</w:t>
      </w:r>
    </w:p>
    <w:p>
      <w:pPr>
        <w:jc w:val="right"/>
      </w:pPr>
      <w:r>
        <w:t>وائی؟ بیکاز اٹ ریکوائرڈ پیشنس، ادروائز</w:t>
      </w:r>
    </w:p>
    <w:p>
      <w:r>
        <w:rPr>
          <w:b/>
        </w:rPr>
        <w:t xml:space="preserve">[08:19] </w:t>
      </w:r>
      <w:r>
        <w:t>You cannot adopt the character of mercy, character based on mercy.</w:t>
      </w:r>
    </w:p>
    <w:p>
      <w:pPr>
        <w:jc w:val="right"/>
      </w:pPr>
      <w:r>
        <w:t>یو کین ناٹ اڈاپٹ دا کریکٹر اف مرسی، کریکٹر بیسڈ ان مرسی۔</w:t>
      </w:r>
    </w:p>
    <w:p>
      <w:r>
        <w:rPr>
          <w:b/>
        </w:rPr>
        <w:t xml:space="preserve">[08:29] </w:t>
      </w:r>
      <w:r>
        <w:t>Because every time there are some, there are some, some negative experiences from other.</w:t>
      </w:r>
    </w:p>
    <w:p>
      <w:pPr>
        <w:jc w:val="right"/>
      </w:pPr>
      <w:r>
        <w:t>بیکاز ایوری ٹائم دیر ار سم، دیر ار سم، سم نیگیٹیو ایکسپیرینسز فرام ادر۔</w:t>
      </w:r>
    </w:p>
    <w:p>
      <w:r>
        <w:rPr>
          <w:b/>
        </w:rPr>
        <w:t xml:space="preserve">[08:39] </w:t>
      </w:r>
      <w:r>
        <w:t>You live in a society, you live in a family, so</w:t>
      </w:r>
    </w:p>
    <w:p>
      <w:pPr>
        <w:jc w:val="right"/>
      </w:pPr>
      <w:r>
        <w:t>یو لیو ان اے سوسائٹی، یو لیو ان اے فیملی، سو</w:t>
      </w:r>
    </w:p>
    <w:p>
      <w:r>
        <w:rPr>
          <w:b/>
        </w:rPr>
        <w:t xml:space="preserve">[08:49] </w:t>
      </w:r>
      <w:r>
        <w:t>from other, from other members of the society, you always experience some negative character. It is but natural. It is not possible to, it is not possible to live in a society where there is no problem, there is no negative experience</w:t>
      </w:r>
    </w:p>
    <w:p>
      <w:pPr>
        <w:jc w:val="right"/>
      </w:pPr>
      <w:r>
        <w:t>فرام ادر، فرام ادر ممبرز اف دا سوسائٹی، یو الویز ایکسپیرینس سم نیگیٹیو کریکٹر۔ اٹ از بٹ نیچرل۔ اٹ از ناٹ پوسیبل ٹو، اٹ از ناٹ پوسیبل ٹو لیو ان اے سوسائٹی ویر دیر از نو پرابلم، دیر از نو نیگیٹیو ایکسپیر</w:t>
      </w:r>
    </w:p>
    <w:p>
      <w:r>
        <w:rPr>
          <w:b/>
        </w:rPr>
        <w:t xml:space="preserve">[09:19] </w:t>
      </w:r>
      <w:r>
        <w:t>Yes.</w:t>
      </w:r>
    </w:p>
    <w:p>
      <w:pPr>
        <w:jc w:val="right"/>
      </w:pPr>
      <w:r>
        <w:t>ینس۔</w:t>
      </w:r>
    </w:p>
    <w:p>
      <w:r>
        <w:rPr>
          <w:b/>
        </w:rPr>
        <w:t xml:space="preserve">[09:24] </w:t>
      </w:r>
      <w:r>
        <w:t>It is not possible.</w:t>
      </w:r>
    </w:p>
    <w:p>
      <w:pPr>
        <w:jc w:val="right"/>
      </w:pPr>
      <w:r>
        <w:t>اٹ از ناٹ پوسیبل۔</w:t>
      </w:r>
    </w:p>
    <w:p>
      <w:r>
        <w:rPr>
          <w:b/>
        </w:rPr>
        <w:t xml:space="preserve">[09:29] </w:t>
      </w:r>
      <w:r>
        <w:t>Living in society is like living in a thorny bush.</w:t>
      </w:r>
    </w:p>
    <w:p>
      <w:pPr>
        <w:jc w:val="right"/>
      </w:pPr>
      <w:r>
        <w:t>لیونگ ان سوسائٹی از لائک لیونگ ان تھارڈنی پش۔</w:t>
      </w:r>
    </w:p>
    <w:p>
      <w:r>
        <w:rPr>
          <w:b/>
        </w:rPr>
        <w:t xml:space="preserve">[09:34] </w:t>
      </w:r>
      <w:r>
        <w:t>Living in a human society is like living in a thorny bush, living with rose flowers.</w:t>
      </w:r>
    </w:p>
    <w:p>
      <w:pPr>
        <w:jc w:val="right"/>
      </w:pPr>
      <w:r>
        <w:t>لیونگ ان اے ہیومن سوسائٹی از لائک لیونگ ان اے تھارڈنی پش، لیونگ ود روز فلاورز۔</w:t>
      </w:r>
    </w:p>
    <w:p>
      <w:r>
        <w:rPr>
          <w:b/>
        </w:rPr>
        <w:t xml:space="preserve">[09:39] </w:t>
      </w:r>
      <w:r>
        <w:t>You know, with every rose flower, there are thorns.</w:t>
      </w:r>
    </w:p>
    <w:p>
      <w:pPr>
        <w:jc w:val="right"/>
      </w:pPr>
      <w:r>
        <w:t>یو نو، ود ایوری روز فلاور، دیر ار تھارنز۔</w:t>
      </w:r>
    </w:p>
    <w:p>
      <w:r>
        <w:rPr>
          <w:b/>
        </w:rPr>
        <w:t xml:space="preserve">[09:45] </w:t>
      </w:r>
      <w:r>
        <w:t>So this is the example of</w:t>
      </w:r>
    </w:p>
    <w:p>
      <w:pPr>
        <w:jc w:val="right"/>
      </w:pPr>
      <w:r>
        <w:t>سو دس از دا ایگزیمپل اف</w:t>
      </w:r>
    </w:p>
    <w:p>
      <w:r>
        <w:rPr>
          <w:b/>
        </w:rPr>
        <w:t xml:space="preserve">[09:50] </w:t>
      </w:r>
      <w:r>
        <w:t>society, of human society.</w:t>
      </w:r>
    </w:p>
    <w:p>
      <w:pPr>
        <w:jc w:val="right"/>
      </w:pPr>
      <w:r>
        <w:t>سوسائٹی، اف ہیومن سوسائٹی۔</w:t>
      </w:r>
    </w:p>
    <w:p>
      <w:r>
        <w:rPr>
          <w:b/>
        </w:rPr>
        <w:t xml:space="preserve">[09:56] </w:t>
      </w:r>
      <w:r>
        <w:t>So it required sabr, patience, otherwise you cannot follow this teaching.</w:t>
      </w:r>
    </w:p>
    <w:p>
      <w:pPr>
        <w:jc w:val="right"/>
      </w:pPr>
      <w:r>
        <w:t>سو اٹ ریکوائرڈ صبر، پیشنس، ادروائز یو کین ناٹ فالو دس ٹیچنگ۔</w:t>
      </w:r>
    </w:p>
    <w:p>
      <w:r>
        <w:rPr>
          <w:b/>
        </w:rPr>
        <w:t xml:space="preserve">[10:02] </w:t>
      </w:r>
      <w:r>
        <w:t>If you want to be merciful, if you want to be compassionate to others, you have to</w:t>
      </w:r>
    </w:p>
    <w:p>
      <w:pPr>
        <w:jc w:val="right"/>
      </w:pPr>
      <w:r>
        <w:t>اف یو وانٹ ٹو بی مرسی فل، اف یو وانٹ ٹو بی کمپیشنیٹ ٹو ادر، یو ہیو ٹو</w:t>
      </w:r>
    </w:p>
    <w:p>
      <w:r>
        <w:rPr>
          <w:b/>
        </w:rPr>
        <w:t xml:space="preserve">[10:08] </w:t>
      </w:r>
      <w:r>
        <w:t>Be patient, you have to be tolerant.</w:t>
      </w:r>
    </w:p>
    <w:p>
      <w:pPr>
        <w:jc w:val="right"/>
      </w:pPr>
      <w:r>
        <w:t>بی پیشنٹ، یو ہیو ٹو بی ٹولرنٹ۔</w:t>
      </w:r>
    </w:p>
    <w:p>
      <w:r>
        <w:rPr>
          <w:b/>
        </w:rPr>
        <w:t xml:space="preserve">[10:14] </w:t>
      </w:r>
      <w:r>
        <w:t>It means that</w:t>
      </w:r>
    </w:p>
    <w:p>
      <w:pPr>
        <w:jc w:val="right"/>
      </w:pPr>
      <w:r>
        <w:t>اٹ مینز دیٹ</w:t>
      </w:r>
    </w:p>
    <w:p>
      <w:r>
        <w:rPr>
          <w:b/>
        </w:rPr>
        <w:t xml:space="preserve">[10:20] </w:t>
      </w:r>
      <w:r>
        <w:t>according to Islamic teachings, it is a unilateral character, not bilateral. Islamic concept of mercy or compassion is a unilateral character, it is not bilateral. From the other side, you always receive some negative experience, but you</w:t>
      </w:r>
    </w:p>
    <w:p>
      <w:pPr>
        <w:jc w:val="right"/>
      </w:pPr>
      <w:r>
        <w:t>اکارڈنگ ٹو اسلامک ٹیچنگز، اٹ از ا یونیلیٹرل کریکٹر، ناٹ بائی لیٹرل۔ اسلامک کانسیپٹ اف مرسی اور کمپیشن از ا یونیلیٹرل کریکٹر، اٹ از ناٹ بائی لیٹرل۔ فرام دی ادر سائیڈ، یو الویز ریسیو سم نیگیٹیو ایکسپیرینس، بٹ ی</w:t>
      </w:r>
    </w:p>
    <w:p>
      <w:r>
        <w:rPr>
          <w:b/>
        </w:rPr>
        <w:t xml:space="preserve">[10:50] </w:t>
      </w:r>
      <w:r>
        <w:t>We have to be merciful, you have to ignore all those things, you have to be patient.</w:t>
      </w:r>
    </w:p>
    <w:p>
      <w:pPr>
        <w:jc w:val="right"/>
      </w:pPr>
      <w:r>
        <w:t>و ہیو ٹو بی مرسی فل، یو ہیو ٹو اگنور ال دوز تھنگز، یو ہیو ٹو بی پیشنٹ۔</w:t>
      </w:r>
    </w:p>
    <w:p>
      <w:r>
        <w:rPr>
          <w:b/>
        </w:rPr>
        <w:t xml:space="preserve">[10:58] </w:t>
      </w:r>
      <w:r>
        <w:t>They are very important.</w:t>
      </w:r>
    </w:p>
    <w:p>
      <w:pPr>
        <w:jc w:val="right"/>
      </w:pPr>
      <w:r>
        <w:t>دے ار ویری امپورٹنٹ۔</w:t>
      </w:r>
    </w:p>
    <w:p>
      <w:r>
        <w:rPr>
          <w:b/>
        </w:rPr>
        <w:t xml:space="preserve">[11:05] </w:t>
      </w:r>
      <w:r>
        <w:t>So Quran at one side enjoins us, enjoins us to be merciful, to be compassionate, and at</w:t>
      </w:r>
    </w:p>
    <w:p>
      <w:pPr>
        <w:jc w:val="right"/>
      </w:pPr>
      <w:r>
        <w:t>سو قرآن ایٹ ون سائیڈ انجوائنس اس، انجوائنس اس ٹو بی مرسی فل، ٹو بی کمپیشنیٹ، اینڈ ایٹ</w:t>
      </w:r>
    </w:p>
    <w:p>
      <w:r>
        <w:rPr>
          <w:b/>
        </w:rPr>
        <w:t xml:space="preserve">[11:13] </w:t>
      </w:r>
      <w:r>
        <w:t>the same time Quran enjoins us</w:t>
      </w:r>
    </w:p>
    <w:p>
      <w:pPr>
        <w:jc w:val="right"/>
      </w:pPr>
      <w:r>
        <w:t>دا سیم ٹائم قرآن انجوائنس اس</w:t>
      </w:r>
    </w:p>
    <w:p>
      <w:r>
        <w:rPr>
          <w:b/>
        </w:rPr>
        <w:t xml:space="preserve">[11:21] </w:t>
      </w:r>
      <w:r>
        <w:t>to be patient.</w:t>
      </w:r>
    </w:p>
    <w:p>
      <w:pPr>
        <w:jc w:val="right"/>
      </w:pPr>
      <w:r>
        <w:t>ٹو بی پیشنٹ۔</w:t>
      </w:r>
    </w:p>
    <w:p>
      <w:r>
        <w:rPr>
          <w:b/>
        </w:rPr>
        <w:t xml:space="preserve">[11:25] </w:t>
      </w:r>
      <w:r>
        <w:t>wa tawasu bil sabr, wa tawasu bil rahmah.</w:t>
      </w:r>
    </w:p>
    <w:p>
      <w:pPr>
        <w:jc w:val="right"/>
      </w:pPr>
      <w:r>
        <w:t>وتواسو بالصبر، وتواسو بالبرحمہ۔</w:t>
      </w:r>
    </w:p>
    <w:p>
      <w:r>
        <w:rPr>
          <w:b/>
        </w:rPr>
        <w:t xml:space="preserve">[11:29] </w:t>
      </w:r>
      <w:r>
        <w:t>Without sabr, there is no rehmat.</w:t>
      </w:r>
    </w:p>
    <w:p>
      <w:pPr>
        <w:jc w:val="right"/>
      </w:pPr>
      <w:r>
        <w:t>وداؤٹ صبر، دیر از نو رحمت۔</w:t>
      </w:r>
    </w:p>
    <w:p>
      <w:r>
        <w:rPr>
          <w:b/>
        </w:rPr>
        <w:t xml:space="preserve">[11:34] </w:t>
      </w:r>
      <w:r>
        <w:t>Without patience, there is no compassion.</w:t>
      </w:r>
    </w:p>
    <w:p>
      <w:pPr>
        <w:jc w:val="right"/>
      </w:pPr>
      <w:r>
        <w:t>وداؤٹ پیشنس، دیر از نو کمپیشن۔</w:t>
      </w:r>
    </w:p>
    <w:p>
      <w:r>
        <w:rPr>
          <w:b/>
        </w:rPr>
        <w:t xml:space="preserve">[11:38] </w:t>
      </w:r>
      <w:r>
        <w:t>So it is very important.</w:t>
      </w:r>
    </w:p>
    <w:p>
      <w:pPr>
        <w:jc w:val="right"/>
      </w:pPr>
      <w:r>
        <w:t>سو اٹ از ویری امپورٹنٹ۔</w:t>
      </w:r>
    </w:p>
    <w:p>
      <w:r>
        <w:rPr>
          <w:b/>
        </w:rPr>
        <w:t xml:space="preserve">[11:42] </w:t>
      </w:r>
      <w:r>
        <w:t>Deen there is a hadith: walam yashkurinnas lam yashkurillah.</w:t>
      </w:r>
    </w:p>
    <w:p>
      <w:pPr>
        <w:jc w:val="right"/>
      </w:pPr>
      <w:r>
        <w:t>دین دیر از اے حدیث: ولم یشکر الناس لم یشکر اللہ۔</w:t>
      </w:r>
    </w:p>
    <w:p>
      <w:r>
        <w:rPr>
          <w:b/>
        </w:rPr>
        <w:t xml:space="preserve">[11:47] </w:t>
      </w:r>
      <w:r>
        <w:t>One who fails to acknowledge</w:t>
      </w:r>
    </w:p>
    <w:p>
      <w:pPr>
        <w:jc w:val="right"/>
      </w:pPr>
      <w:r>
        <w:t>ون ہو فیلز ٹو اکنالج</w:t>
      </w:r>
    </w:p>
    <w:p>
      <w:r>
        <w:rPr>
          <w:b/>
        </w:rPr>
        <w:t xml:space="preserve">[11:51] </w:t>
      </w:r>
      <w:r>
        <w:t>man, he will fail, he will be, he will fail to in acknowledging God.</w:t>
      </w:r>
    </w:p>
    <w:p>
      <w:pPr>
        <w:jc w:val="right"/>
      </w:pPr>
      <w:r>
        <w:t>مین، ہی ویل فل، ہی ویل بی، ہی ویل فیل ٹو ان اکنالجنگ گاڈ۔</w:t>
      </w:r>
    </w:p>
    <w:p>
      <w:r>
        <w:rPr>
          <w:b/>
        </w:rPr>
        <w:t xml:space="preserve">[11:59] </w:t>
      </w:r>
      <w:r>
        <w:t>It's very important.</w:t>
      </w:r>
    </w:p>
    <w:p>
      <w:pPr>
        <w:jc w:val="right"/>
      </w:pPr>
      <w:r>
        <w:t>اٹس ویری امپورٹنٹ۔</w:t>
      </w:r>
    </w:p>
    <w:p>
      <w:r>
        <w:rPr>
          <w:b/>
        </w:rPr>
        <w:t xml:space="preserve">[12:06] </w:t>
      </w:r>
      <w:r>
        <w:t>If you fail to acknowledge your, if you fail to acknowledge other human being, you will also fail</w:t>
      </w:r>
    </w:p>
    <w:p>
      <w:pPr>
        <w:jc w:val="right"/>
      </w:pPr>
      <w:r>
        <w:t>اف یو فیل ٹو اکنالج یور، اف یو فیل ٹو اکنالج ادر ہیومن بینگ، یو ویل السو فیل</w:t>
      </w:r>
    </w:p>
    <w:p>
      <w:r>
        <w:rPr>
          <w:b/>
        </w:rPr>
        <w:t xml:space="preserve">[12:14] </w:t>
      </w:r>
      <w:r>
        <w:t>to acknowledge the God Almighty.</w:t>
      </w:r>
    </w:p>
    <w:p>
      <w:pPr>
        <w:jc w:val="right"/>
      </w:pPr>
      <w:r>
        <w:t>ٹو اکنالج دی گاڈ المائٹی۔ و</w:t>
      </w:r>
    </w:p>
    <w:p>
      <w:r>
        <w:rPr>
          <w:b/>
        </w:rPr>
        <w:t xml:space="preserve">[12:21] </w:t>
      </w:r>
      <w:r>
        <w:t>I? You cannot divide mercy, sentiment of mercy, sentiment of passion, sentiment of acknowledgment is not, can</w:t>
      </w:r>
    </w:p>
    <w:p>
      <w:pPr>
        <w:jc w:val="right"/>
      </w:pPr>
      <w:r>
        <w:t>ائی؟ یو کین ناٹ ڈیوائیڈ مرسی، سینٹیمنٹ اف مرسی، سینٹیمنٹ اف پیشن، سینٹیمنٹ اف اکنالجمنٹ از ناٹ، کین</w:t>
      </w:r>
    </w:p>
    <w:p>
      <w:r>
        <w:rPr>
          <w:b/>
        </w:rPr>
        <w:t xml:space="preserve">[12:31] </w:t>
      </w:r>
      <w:r>
        <w:t>not be divided.</w:t>
      </w:r>
    </w:p>
    <w:p>
      <w:pPr>
        <w:jc w:val="right"/>
      </w:pPr>
      <w:r>
        <w:t>ناٹ بی ڈیوائیڈ۔</w:t>
      </w:r>
    </w:p>
    <w:p>
      <w:r>
        <w:rPr>
          <w:b/>
        </w:rPr>
        <w:t xml:space="preserve">[12:41] </w:t>
      </w:r>
      <w:r>
        <w:t>If you have sentiment of acknowledgment, so being merciful is a kind of acknowledgment. Why?</w:t>
      </w:r>
    </w:p>
    <w:p>
      <w:pPr>
        <w:jc w:val="right"/>
      </w:pPr>
      <w:r>
        <w:t>اف یو ہیو سینٹیمنٹ اف اکنالجمنٹ، سو بینگ مرسی فل از ا کائنڈ اف اکنالجمنٹ۔ وائی؟</w:t>
      </w:r>
    </w:p>
    <w:p>
      <w:r>
        <w:rPr>
          <w:b/>
        </w:rPr>
        <w:t xml:space="preserve">[12:52] </w:t>
      </w:r>
      <w:r>
        <w:t>When you are in society, every time you receive something from society, every time.</w:t>
      </w:r>
    </w:p>
    <w:p>
      <w:pPr>
        <w:jc w:val="right"/>
      </w:pPr>
      <w:r>
        <w:t>وین یو ار ان سوسائٹی، ایوری ٹائم یو ریسیو سمتھنگ فرام سوسائٹی، ایوری ٹائم۔</w:t>
      </w:r>
    </w:p>
    <w:p>
      <w:r>
        <w:rPr>
          <w:b/>
        </w:rPr>
        <w:t xml:space="preserve">[12:59] </w:t>
      </w:r>
      <w:r>
        <w:t>For example, when you went out from your home, you walk in a street.</w:t>
      </w:r>
    </w:p>
    <w:p>
      <w:pPr>
        <w:jc w:val="right"/>
      </w:pPr>
      <w:r>
        <w:t>فار ایگزامپل، وین یو وینٹ اؤٹ فرام یور ہوم، یو واک ان اے سٹریٹ۔</w:t>
      </w:r>
    </w:p>
    <w:p>
      <w:r>
        <w:rPr>
          <w:b/>
        </w:rPr>
        <w:t xml:space="preserve">[13:07] </w:t>
      </w:r>
      <w:r>
        <w:t>A state is a gift of society.</w:t>
      </w:r>
    </w:p>
    <w:p>
      <w:pPr>
        <w:jc w:val="right"/>
      </w:pPr>
      <w:r>
        <w:t>اے سٹریٹ از ا گفٹ اف سوسائٹی۔</w:t>
      </w:r>
    </w:p>
    <w:p>
      <w:r>
        <w:rPr>
          <w:b/>
        </w:rPr>
        <w:t xml:space="preserve">[13:14] </w:t>
      </w:r>
      <w:r>
        <w:t>When you walk on a street, you are receiving some benefits from society,</w:t>
      </w:r>
    </w:p>
    <w:p>
      <w:pPr>
        <w:jc w:val="right"/>
      </w:pPr>
      <w:r>
        <w:t>وین یو واک ان اے سٹریٹ، یو ار ریسیونگ سم بینیفٹس فرام سوسائٹی،</w:t>
      </w:r>
    </w:p>
    <w:p>
      <w:r>
        <w:rPr>
          <w:b/>
        </w:rPr>
        <w:t xml:space="preserve">[13:22] </w:t>
      </w:r>
      <w:r>
        <w:t>Because it is society, an organization.</w:t>
      </w:r>
    </w:p>
    <w:p>
      <w:pPr>
        <w:jc w:val="right"/>
      </w:pPr>
      <w:r>
        <w:t>بیکاز اٹ از سوسائٹی، ان ارگنائزیشن۔</w:t>
      </w:r>
    </w:p>
    <w:p>
      <w:r>
        <w:rPr>
          <w:b/>
        </w:rPr>
        <w:t xml:space="preserve">[13:30] </w:t>
      </w:r>
      <w:r>
        <w:t>It is the social organization that has gifted you a road, that has gifted you electric system, that</w:t>
      </w:r>
    </w:p>
    <w:p>
      <w:pPr>
        <w:jc w:val="right"/>
      </w:pPr>
      <w:r>
        <w:t>اٹ از دا سوشل ارگنائزیشن دیٹ ہیز گفٹڈ یو ا روڈ، دیٹ ہیز گفٹڈ یو الیکٹرک سسٹم، دیٹ</w:t>
      </w:r>
    </w:p>
    <w:p>
      <w:r>
        <w:rPr>
          <w:b/>
        </w:rPr>
        <w:t xml:space="preserve">[13:38] </w:t>
      </w:r>
      <w:r>
        <w:t>He has gifted you a plant city.</w:t>
      </w:r>
    </w:p>
    <w:p>
      <w:pPr>
        <w:jc w:val="right"/>
      </w:pPr>
      <w:r>
        <w:t>ہیز گفٹڈ یو ا پلانٹ سٹی۔</w:t>
      </w:r>
    </w:p>
    <w:p>
      <w:r>
        <w:rPr>
          <w:b/>
        </w:rPr>
        <w:t xml:space="preserve">[13:46] </w:t>
      </w:r>
      <w:r>
        <w:t>تو every time you are receiving some benefits from society.</w:t>
      </w:r>
    </w:p>
    <w:p>
      <w:pPr>
        <w:jc w:val="right"/>
      </w:pPr>
      <w:r>
        <w:t>تو ایوری ٹائم یو ار ریسیونگ سم بینیفٹس فرام سوسائٹی۔</w:t>
      </w:r>
    </w:p>
    <w:p>
      <w:r>
        <w:rPr>
          <w:b/>
        </w:rPr>
        <w:t xml:space="preserve">[13:54] </w:t>
      </w:r>
      <w:r>
        <w:t>if you take any things, pen or cloth or house, any things, you can, you, you, it is not your own discovery. When you, when you, when you use electric system, is it your own discovery? Have you the</w:t>
      </w:r>
    </w:p>
    <w:p>
      <w:pPr>
        <w:jc w:val="right"/>
      </w:pPr>
      <w:r>
        <w:t>اف یو ٹیک اینی تھنگ، پین اور کلاتھ اور ہاؤس، اینی تھنگ، یو کین، یو، یو، اٹ از ناٹ یور اون ڈسکوری۔ وین یو، وین یو، وین یو یوز الیکٹرک سسٹم، از اٹ یور اون ڈسکوری؟ ہیو یو ڈ</w:t>
      </w:r>
    </w:p>
    <w:p>
      <w:r>
        <w:rPr>
          <w:b/>
        </w:rPr>
        <w:t xml:space="preserve">[14:24] </w:t>
      </w:r>
      <w:r>
        <w:t>scored the electricity? When you use motor car, have you invented motor car? When you use cloth, have</w:t>
      </w:r>
    </w:p>
    <w:p>
      <w:pPr>
        <w:jc w:val="right"/>
      </w:pPr>
      <w:r>
        <w:t>سکورڈ دا الیکٹریسٹی؟ وین یو یوز موٹر کار، ہیو یو انوینٹڈ موٹر کار؟ وین یو یوز کلاتھ، ہیو</w:t>
      </w:r>
    </w:p>
    <w:p>
      <w:r>
        <w:rPr>
          <w:b/>
        </w:rPr>
        <w:t xml:space="preserve">[14:34] </w:t>
      </w:r>
      <w:r>
        <w:t>You invented modern cloth mills? So anything, anything you use in this world, that is a</w:t>
      </w:r>
    </w:p>
    <w:p>
      <w:pPr>
        <w:jc w:val="right"/>
      </w:pPr>
      <w:r>
        <w:t>یو انوینٹڈ ماڈرن کلاتھ ملز؟ سو اینی تھنگ، اینی تھنگ یو یوز ان دس ورلڈ، دیٹ از ا</w:t>
      </w:r>
    </w:p>
    <w:p>
      <w:r>
        <w:rPr>
          <w:b/>
        </w:rPr>
        <w:t xml:space="preserve">[14:44] </w:t>
      </w:r>
      <w:r>
        <w:t>gift from society</w:t>
      </w:r>
    </w:p>
    <w:p>
      <w:pPr>
        <w:jc w:val="right"/>
      </w:pPr>
      <w:r>
        <w:t>گفٹ فرام سوسائ</w:t>
      </w:r>
    </w:p>
    <w:p>
      <w:r>
        <w:rPr>
          <w:b/>
        </w:rPr>
        <w:t xml:space="preserve">[14:54] </w:t>
      </w:r>
      <w:r>
        <w:t>tea, gift from humanity, gift from civilization.</w:t>
      </w:r>
    </w:p>
    <w:p>
      <w:pPr>
        <w:jc w:val="right"/>
      </w:pPr>
      <w:r>
        <w:t>ٹی، گفٹ فرام ہیومینٹی، گفٹ فرام سیولائزیشن۔</w:t>
      </w:r>
    </w:p>
    <w:p>
      <w:r>
        <w:rPr>
          <w:b/>
        </w:rPr>
        <w:t xml:space="preserve">[15:00] </w:t>
      </w:r>
      <w:r>
        <w:t>So man in this world lives between two kinds of gift: natural support system, like sun and moon</w:t>
      </w:r>
    </w:p>
    <w:p>
      <w:pPr>
        <w:jc w:val="right"/>
      </w:pPr>
      <w:r>
        <w:t>سو مین ان دس ورلڈ لیوز بٹوین ٹو کائنڈ اف گفٹ: نیچرل سپورٹ سسٹم، لائک سن اینڈ مون</w:t>
      </w:r>
    </w:p>
    <w:p>
      <w:r>
        <w:rPr>
          <w:b/>
        </w:rPr>
        <w:t xml:space="preserve">[15:06] </w:t>
      </w:r>
      <w:r>
        <w:t>and stars and planet Earth.</w:t>
      </w:r>
    </w:p>
    <w:p>
      <w:pPr>
        <w:jc w:val="right"/>
      </w:pPr>
      <w:r>
        <w:t>اینڈ اسٹارز اینڈ پلینٹ ارتھ۔</w:t>
      </w:r>
    </w:p>
    <w:p>
      <w:r>
        <w:rPr>
          <w:b/>
        </w:rPr>
        <w:t xml:space="preserve">[15:12] </w:t>
      </w:r>
      <w:r>
        <w:t>All these things are gift from nature.</w:t>
      </w:r>
    </w:p>
    <w:p>
      <w:pPr>
        <w:jc w:val="right"/>
      </w:pPr>
      <w:r>
        <w:t>ال دیز تھنگز ار گفٹ فرام نیچر۔</w:t>
      </w:r>
    </w:p>
    <w:p>
      <w:r>
        <w:rPr>
          <w:b/>
        </w:rPr>
        <w:t xml:space="preserve">[15:18] </w:t>
      </w:r>
      <w:r>
        <w:t>So it is natural support system.</w:t>
      </w:r>
    </w:p>
    <w:p>
      <w:pPr>
        <w:jc w:val="right"/>
      </w:pPr>
      <w:r>
        <w:t>سو اٹ از نیچرل سپورٹ سسٹم۔</w:t>
      </w:r>
    </w:p>
    <w:p>
      <w:r>
        <w:rPr>
          <w:b/>
        </w:rPr>
        <w:t xml:space="preserve">[15:24] </w:t>
      </w:r>
      <w:r>
        <w:t>There are numerous things that you receive from mankind or from civilization, like planned city, like</w:t>
      </w:r>
    </w:p>
    <w:p>
      <w:pPr>
        <w:jc w:val="right"/>
      </w:pPr>
      <w:r>
        <w:t>دین دیر ار نیورس تھنگز دیٹ یو ریسیو فرام مین کائنڈ اور فرام سیولائزیشن، لائک پلانٹ سٹی، لائک</w:t>
      </w:r>
    </w:p>
    <w:p>
      <w:r>
        <w:rPr>
          <w:b/>
        </w:rPr>
        <w:t xml:space="preserve">[15:40] </w:t>
      </w:r>
      <w:r>
        <w:t>motor car, like communication, like all those things that you use in your life</w:t>
      </w:r>
    </w:p>
    <w:p>
      <w:pPr>
        <w:jc w:val="right"/>
      </w:pPr>
      <w:r>
        <w:t>موٹر کار، لائک کمیونیکیشن، لائک ال دوز تھنگز دیٹ یو یوز ان یور لائف</w:t>
      </w:r>
    </w:p>
    <w:p>
      <w:r>
        <w:rPr>
          <w:b/>
        </w:rPr>
        <w:t xml:space="preserve">[15:55] </w:t>
      </w:r>
      <w:r>
        <w:t>that are a result of long, long endeavor, long, long struggle made by the society, by the civilization.</w:t>
      </w:r>
    </w:p>
    <w:p>
      <w:pPr>
        <w:jc w:val="right"/>
      </w:pPr>
      <w:r>
        <w:t>، دیٹ ار رزلٹ اف لانگ، لانگ اینڈیور، لانگ، لانگ اسٹرگل میڈ بائی دا سوسائٹی، بائی دا سیولائزیشن۔</w:t>
      </w:r>
    </w:p>
    <w:p>
      <w:r>
        <w:rPr>
          <w:b/>
        </w:rPr>
        <w:t xml:space="preserve">[16:03] </w:t>
      </w:r>
      <w:r>
        <w:t>So you live between two things: civilizational support and natural support.</w:t>
      </w:r>
    </w:p>
    <w:p>
      <w:pPr>
        <w:jc w:val="right"/>
      </w:pPr>
      <w:r>
        <w:t>سو یو لیو بٹوین ٹو تھنگز: سیولائزیشنل سپورٹ اینڈ نیچرل سپورٹ۔</w:t>
      </w:r>
    </w:p>
    <w:p>
      <w:r>
        <w:rPr>
          <w:b/>
        </w:rPr>
        <w:t xml:space="preserve">[16:10] </w:t>
      </w:r>
      <w:r>
        <w:t>Without natural support, you cannot live.</w:t>
      </w:r>
    </w:p>
    <w:p>
      <w:pPr>
        <w:jc w:val="right"/>
      </w:pPr>
      <w:r>
        <w:t>وداؤٹ نیچرل سپورٹ، یو کین ناٹ لیو۔</w:t>
      </w:r>
    </w:p>
    <w:p>
      <w:r>
        <w:rPr>
          <w:b/>
        </w:rPr>
        <w:t xml:space="preserve">[16:18] </w:t>
      </w:r>
      <w:r>
        <w:t>without civilizational support, again you can't live. So</w:t>
      </w:r>
    </w:p>
    <w:p>
      <w:pPr>
        <w:jc w:val="right"/>
      </w:pPr>
      <w:r>
        <w:t>وداؤٹ سیولائزیشنل سپورٹ، اگین یو کینٹ لیو۔ سو</w:t>
      </w:r>
    </w:p>
    <w:p>
      <w:r>
        <w:rPr>
          <w:b/>
        </w:rPr>
        <w:t xml:space="preserve">[16:25] </w:t>
      </w:r>
      <w:r>
        <w:t>This is the meaning of that hadith: Malam yashkur al-nas lam yashkur Allah.</w:t>
      </w:r>
    </w:p>
    <w:p>
      <w:pPr>
        <w:jc w:val="right"/>
      </w:pPr>
      <w:r>
        <w:t>دس از دا میننگ اف دیٹ حدیث: ملم یشکر الناس لم یشکر اللہ۔</w:t>
      </w:r>
    </w:p>
    <w:p>
      <w:r>
        <w:rPr>
          <w:b/>
        </w:rPr>
        <w:t xml:space="preserve">[16:33] </w:t>
      </w:r>
      <w:r>
        <w:t>One who fails to acknowledge humanity, he will not, he will also fail to acknowledge God Almighty, because</w:t>
      </w:r>
    </w:p>
    <w:p>
      <w:pPr>
        <w:jc w:val="right"/>
      </w:pPr>
      <w:r>
        <w:t>ون ہو فیلز ٹو اکنالج ہیومینٹی، ہی ویل ناٹ، ہی ویل السو فیل ٹو اکنالج گاڈ المائٹی، بیکاز</w:t>
      </w:r>
    </w:p>
    <w:p>
      <w:r>
        <w:rPr>
          <w:b/>
        </w:rPr>
        <w:t xml:space="preserve">[16:41] </w:t>
      </w:r>
      <w:r>
        <w:t>The sentiment of ailment is not in his heart, not in mind.</w:t>
      </w:r>
    </w:p>
    <w:p>
      <w:pPr>
        <w:jc w:val="right"/>
      </w:pPr>
      <w:r>
        <w:t>دا سینٹیمنٹ اف ایلیمنٹ از ناٹ ان ہز ہارٹ، ناٹ ان مائنڈ۔</w:t>
      </w:r>
    </w:p>
    <w:p>
      <w:r>
        <w:rPr>
          <w:b/>
        </w:rPr>
        <w:t xml:space="preserve">[16:49] </w:t>
      </w:r>
      <w:r>
        <w:t>that the quality of acknowledgment, acknowledgment is a quality, is a consciousness.</w:t>
      </w:r>
    </w:p>
    <w:p>
      <w:pPr>
        <w:jc w:val="right"/>
      </w:pPr>
      <w:r>
        <w:t>دیٹ دا کوالٹی اف اکنالجمنٹ، اکنالجمنٹ از ا کوالٹی، از ا کانشیسنس۔</w:t>
      </w:r>
    </w:p>
    <w:p>
      <w:r>
        <w:rPr>
          <w:b/>
        </w:rPr>
        <w:t xml:space="preserve">[16:56] </w:t>
      </w:r>
      <w:r>
        <w:t>Acknowledgement is a thinking, is a mind, is a way of thinking.</w:t>
      </w:r>
    </w:p>
    <w:p>
      <w:pPr>
        <w:jc w:val="right"/>
      </w:pPr>
      <w:r>
        <w:t>اکنالجمنٹ از ا تھنکنگ، از ا مائنڈ، از ا وے اف تھنکنگ۔</w:t>
      </w:r>
    </w:p>
    <w:p>
      <w:r>
        <w:rPr>
          <w:b/>
        </w:rPr>
        <w:t xml:space="preserve">[17:03] </w:t>
      </w:r>
      <w:r>
        <w:t>Acknowledgement is a way of thinking.</w:t>
      </w:r>
    </w:p>
    <w:p>
      <w:pPr>
        <w:jc w:val="right"/>
      </w:pPr>
      <w:r>
        <w:t>اکنالجمنٹ از ا وے اف تھنکنگ۔</w:t>
      </w:r>
    </w:p>
    <w:p>
      <w:r>
        <w:rPr>
          <w:b/>
        </w:rPr>
        <w:t xml:space="preserve">[17:09] </w:t>
      </w:r>
      <w:r>
        <w:t>If you are deprived of that kind of way of thinking, then you will fail in the</w:t>
      </w:r>
    </w:p>
    <w:p>
      <w:pPr>
        <w:jc w:val="right"/>
      </w:pPr>
      <w:r>
        <w:t>اف یو ار ڈیپرائوڈ اف دیٹ کائنڈ اف وے اف تھنکنگ، دین یو ویل فیل ان ان دا</w:t>
      </w:r>
    </w:p>
    <w:p>
      <w:r>
        <w:rPr>
          <w:b/>
        </w:rPr>
        <w:t xml:space="preserve">[17:15] </w:t>
      </w:r>
      <w:r>
        <w:t>both the acknowledge, in both of the acknowledgement.</w:t>
      </w:r>
    </w:p>
    <w:p>
      <w:pPr>
        <w:jc w:val="right"/>
      </w:pPr>
      <w:r>
        <w:t>بوتھ دا اکنالج، ان بوتھ اف دا اکنالجمنٹ۔</w:t>
      </w:r>
    </w:p>
    <w:p>
      <w:r>
        <w:rPr>
          <w:b/>
        </w:rPr>
        <w:t xml:space="preserve">[17:21] </w:t>
      </w:r>
      <w:r>
        <w:t>you will fail to acknowledge, you will, if you fail to acknowledge</w:t>
      </w:r>
    </w:p>
    <w:p>
      <w:pPr>
        <w:jc w:val="right"/>
      </w:pPr>
      <w:r>
        <w:t>یو ویل فیل ٹو اکنالج، یو ویل، اف یو فیل ٹو اکنالج</w:t>
      </w:r>
    </w:p>
    <w:p>
      <w:r>
        <w:rPr>
          <w:b/>
        </w:rPr>
        <w:t xml:space="preserve">[17:27] </w:t>
      </w:r>
      <w:r>
        <w:t>Humanity, again you will fail to acknowledge God.</w:t>
      </w:r>
    </w:p>
    <w:p>
      <w:pPr>
        <w:jc w:val="right"/>
      </w:pPr>
      <w:r>
        <w:t>ہیومینٹی، اگین یو ویل فیل ٹو اکنالج گاڈ۔</w:t>
      </w:r>
    </w:p>
    <w:p>
      <w:r>
        <w:rPr>
          <w:b/>
        </w:rPr>
        <w:t xml:space="preserve">[17:35] </w:t>
      </w:r>
      <w:r>
        <w:t>So we are, every time we are receiving civilizational support, and then every time we are receiving natural support.</w:t>
      </w:r>
    </w:p>
    <w:p>
      <w:pPr>
        <w:jc w:val="right"/>
      </w:pPr>
      <w:r>
        <w:t>سو وی ار، ایوری ٹائم وی ار ریسیونگ سیولائزیشنل سپورٹ، اینڈ دین ایوری ٹائم وی ار ریسیونگ نیچرل سپورٹ۔</w:t>
      </w:r>
    </w:p>
    <w:p>
      <w:r>
        <w:rPr>
          <w:b/>
        </w:rPr>
        <w:t xml:space="preserve">[17:43] </w:t>
      </w:r>
      <w:r>
        <w:t>man lam yashkur al-nas lam yashkur Allah.</w:t>
      </w:r>
    </w:p>
    <w:p>
      <w:pPr>
        <w:jc w:val="right"/>
      </w:pPr>
      <w:r>
        <w:t>سو ملم یشکر الناس لم یشکر اللہ۔</w:t>
      </w:r>
    </w:p>
    <w:p>
      <w:r>
        <w:rPr>
          <w:b/>
        </w:rPr>
        <w:t xml:space="preserve">[17:50] </w:t>
      </w:r>
      <w:r>
        <w:t>One who fails to acknowledge humanity, he will also, he will fail to acknowledge God Almighty.</w:t>
      </w:r>
    </w:p>
    <w:p>
      <w:pPr>
        <w:jc w:val="right"/>
      </w:pPr>
      <w:r>
        <w:t>ون ہو فیلز ٹو اکنالج ہیومینٹی، ہی ویل السو، ہی ویل فیل ٹو اکنالج گاڈ المائٹی۔</w:t>
      </w:r>
    </w:p>
    <w:p>
      <w:r>
        <w:rPr>
          <w:b/>
        </w:rPr>
        <w:t xml:space="preserve">[17:58] </w:t>
      </w:r>
      <w:r>
        <w:t>This is the revolutionary teaching of Islam.</w:t>
      </w:r>
    </w:p>
    <w:p>
      <w:pPr>
        <w:jc w:val="right"/>
      </w:pPr>
      <w:r>
        <w:t>دس از دا ریولوشنری ٹیچنگ اف اسلام۔</w:t>
      </w:r>
    </w:p>
    <w:p>
      <w:r>
        <w:rPr>
          <w:b/>
        </w:rPr>
        <w:t xml:space="preserve">[18:05] </w:t>
      </w:r>
      <w:r>
        <w:t>When you are engaged in philanthropy, you are only acknowledging the human gift.</w:t>
      </w:r>
    </w:p>
    <w:p>
      <w:pPr>
        <w:jc w:val="right"/>
      </w:pPr>
      <w:r>
        <w:t>وین یو ار انگیجڈ ان فیلینتھراپی، یو ار اونلی اکنالجنگ دا ہیومن گفٹ۔</w:t>
      </w:r>
    </w:p>
    <w:p>
      <w:r>
        <w:rPr>
          <w:b/>
        </w:rPr>
        <w:t xml:space="preserve">[18:13] </w:t>
      </w:r>
      <w:r>
        <w:t>You are acknowledging the human gift.</w:t>
      </w:r>
    </w:p>
    <w:p>
      <w:pPr>
        <w:jc w:val="right"/>
      </w:pPr>
      <w:r>
        <w:t>یو ار اکنالجنگ دا ہیومن گفٹ۔</w:t>
      </w:r>
    </w:p>
    <w:p>
      <w:r>
        <w:rPr>
          <w:b/>
        </w:rPr>
        <w:t xml:space="preserve">[18:21] </w:t>
      </w:r>
      <w:r>
        <w:t>You are, you are returning only a portion of that, that, that gift.</w:t>
      </w:r>
    </w:p>
    <w:p>
      <w:pPr>
        <w:jc w:val="right"/>
      </w:pPr>
      <w:r>
        <w:t>یو ار، یو ار ریٹرننگ اونلی ا پورشن اف دیٹ، دیٹ، دیٹ گفٹ۔</w:t>
      </w:r>
    </w:p>
    <w:p>
      <w:r>
        <w:rPr>
          <w:b/>
        </w:rPr>
        <w:t xml:space="preserve">[18:28] </w:t>
      </w:r>
      <w:r>
        <w:t>Deen Islam has linked philanthropy or al-rahmah alal-khalq with belief system.</w:t>
      </w:r>
    </w:p>
    <w:p>
      <w:pPr>
        <w:jc w:val="right"/>
      </w:pPr>
      <w:r>
        <w:t>دین اسلام ہیز لنکڈ فیلینتھراپی اور الرحمہ علی الخلق ود بیلیف سسٹم۔</w:t>
      </w:r>
    </w:p>
    <w:p>
      <w:r>
        <w:rPr>
          <w:b/>
        </w:rPr>
        <w:t xml:space="preserve">[18:38] </w:t>
      </w:r>
      <w:r>
        <w:t>belief system. It means that moral conduct in Islam is not simply a social conduct.</w:t>
      </w:r>
    </w:p>
    <w:p>
      <w:pPr>
        <w:jc w:val="right"/>
      </w:pPr>
      <w:r>
        <w:t>بیلیف سسٹم، اٹ مینز دیٹ مورل کنڈکٹ ان اسلام از ناٹ سمپلی ا سوشل کنڈکٹ۔</w:t>
      </w:r>
    </w:p>
    <w:p>
      <w:r>
        <w:rPr>
          <w:b/>
        </w:rPr>
        <w:t xml:space="preserve">[18:48] </w:t>
      </w:r>
      <w:r>
        <w:t>In other system, moral conduct is</w:t>
      </w:r>
    </w:p>
    <w:p>
      <w:pPr>
        <w:jc w:val="right"/>
      </w:pPr>
      <w:r>
        <w:t>ان ادر سسٹم، مورل کنڈکٹ از</w:t>
      </w:r>
    </w:p>
    <w:p>
      <w:r>
        <w:rPr>
          <w:b/>
        </w:rPr>
        <w:t xml:space="preserve">[18:58] </w:t>
      </w:r>
      <w:r>
        <w:t>simply a social conduct, social behavior. That's all.</w:t>
      </w:r>
    </w:p>
    <w:p>
      <w:pPr>
        <w:jc w:val="right"/>
      </w:pPr>
      <w:r>
        <w:t>سمپلی ا سوشل کنڈکٹ، سوشل بیہیویئر۔ دیٹس ال۔</w:t>
      </w:r>
    </w:p>
    <w:p>
      <w:r>
        <w:rPr>
          <w:b/>
        </w:rPr>
        <w:t xml:space="preserve">[19:06] </w:t>
      </w:r>
      <w:r>
        <w:t>But in Islam, it is a rewardable conduct.</w:t>
      </w:r>
    </w:p>
    <w:p>
      <w:pPr>
        <w:jc w:val="right"/>
      </w:pPr>
      <w:r>
        <w:t>بٹ ان اسلام، اٹ از ا ریوارڈیبل کنڈکٹ۔</w:t>
      </w:r>
    </w:p>
    <w:p>
      <w:r>
        <w:rPr>
          <w:b/>
        </w:rPr>
        <w:t xml:space="preserve">[19:13] </w:t>
      </w:r>
      <w:r>
        <w:t>In Islam, it is linked with the Day of Judgment, with hell and fire, with hell, linked with hell paradise.</w:t>
      </w:r>
    </w:p>
    <w:p>
      <w:pPr>
        <w:jc w:val="right"/>
      </w:pPr>
      <w:r>
        <w:t>ان اسلام، اٹ از لنکڈ ود دا ڈے اف ججمنٹ، ود ہیلن فائر، ود ہیلن، لنکڈ ود ہیلن پیراڈائز۔</w:t>
      </w:r>
    </w:p>
    <w:p>
      <w:r>
        <w:rPr>
          <w:b/>
        </w:rPr>
        <w:t xml:space="preserve">[19:21] </w:t>
      </w:r>
      <w:r>
        <w:t>If you, if you</w:t>
      </w:r>
    </w:p>
    <w:p>
      <w:pPr>
        <w:jc w:val="right"/>
      </w:pPr>
      <w:r>
        <w:t>اف یو، اف ی</w:t>
      </w:r>
    </w:p>
    <w:p>
      <w:r>
        <w:rPr>
          <w:b/>
        </w:rPr>
        <w:t xml:space="preserve">[19:28] </w:t>
      </w:r>
      <w:r>
        <w:t>we adopt that system, if you are useful for other, if you, if you, should live in this</w:t>
      </w:r>
    </w:p>
    <w:p>
      <w:pPr>
        <w:jc w:val="right"/>
      </w:pPr>
      <w:r>
        <w:t>و اڈاپٹ دیٹ سسٹم، اف یو ار یوزفل فار ادر، اف یو، اف یو، شوڈ لیو ان دس</w:t>
      </w:r>
    </w:p>
    <w:p>
      <w:r>
        <w:rPr>
          <w:b/>
        </w:rPr>
        <w:t xml:space="preserve">[19:39] </w:t>
      </w:r>
      <w:r>
        <w:t>world as a, as a, as a giver person.</w:t>
      </w:r>
    </w:p>
    <w:p>
      <w:pPr>
        <w:jc w:val="right"/>
      </w:pPr>
      <w:r>
        <w:t>ورلڈ ایز ا، ایز ا، ایز ا گیور پرسن۔</w:t>
      </w:r>
    </w:p>
    <w:p>
      <w:r>
        <w:rPr>
          <w:b/>
        </w:rPr>
        <w:t xml:space="preserve">[19:49] </w:t>
      </w:r>
      <w:r>
        <w:t>If you are giving people your blessing, your mercy, then you will be</w:t>
      </w:r>
    </w:p>
    <w:p>
      <w:pPr>
        <w:jc w:val="right"/>
      </w:pPr>
      <w:r>
        <w:t>اف یو ار گیونگ پیپل یور بلیسنگ، یور مرسی، دین یو ویل بی</w:t>
      </w:r>
    </w:p>
    <w:p>
      <w:r>
        <w:rPr>
          <w:b/>
        </w:rPr>
        <w:t xml:space="preserve">[19:59] </w:t>
      </w:r>
      <w:r>
        <w:t>rewarded paradise in the hereafter.</w:t>
      </w:r>
    </w:p>
    <w:p>
      <w:pPr>
        <w:jc w:val="right"/>
      </w:pPr>
      <w:r>
        <w:t>ریوارڈڈ پیراڈائز ان دا ہیر افٹر۔</w:t>
      </w:r>
    </w:p>
    <w:p>
      <w:r>
        <w:rPr>
          <w:b/>
        </w:rPr>
        <w:t xml:space="preserve">[20:05] </w:t>
      </w:r>
      <w:r>
        <w:t>So, according to Islamic teaching, moral character is linked with the akhirah character, with paradise.</w:t>
      </w:r>
    </w:p>
    <w:p>
      <w:pPr>
        <w:jc w:val="right"/>
      </w:pPr>
      <w:r>
        <w:t>سو اکارڈنگ ٹو اسلامک ٹیچنگ، مورل کریکٹر از لنکڈ ود دی اخر کریکٹر، ود پیراڈائز۔</w:t>
      </w:r>
    </w:p>
    <w:p>
      <w:r>
        <w:rPr>
          <w:b/>
        </w:rPr>
        <w:t xml:space="preserve">[20:11] </w:t>
      </w:r>
      <w:r>
        <w:t>is very important.</w:t>
      </w:r>
    </w:p>
    <w:p>
      <w:pPr>
        <w:jc w:val="right"/>
      </w:pPr>
      <w:r>
        <w:t>از ویری امپورٹنٹ۔</w:t>
      </w:r>
    </w:p>
    <w:p>
      <w:r>
        <w:rPr>
          <w:b/>
        </w:rPr>
        <w:t xml:space="preserve">[20:17] </w:t>
      </w:r>
      <w:r>
        <w:t>This gives you great, great motivation, great incentive.</w:t>
      </w:r>
    </w:p>
    <w:p>
      <w:pPr>
        <w:jc w:val="right"/>
      </w:pPr>
      <w:r>
        <w:t>دس گیوز یو گریٹ، گریٹ موٹیویشن، گریٹ انسنٹیو۔</w:t>
      </w:r>
    </w:p>
    <w:p>
      <w:r>
        <w:rPr>
          <w:b/>
        </w:rPr>
        <w:t xml:space="preserve">[20:23] </w:t>
      </w:r>
      <w:r>
        <w:t>in another system</w:t>
      </w:r>
    </w:p>
    <w:p>
      <w:pPr>
        <w:jc w:val="right"/>
      </w:pPr>
      <w:r>
        <w:t>ان ادر سسٹم</w:t>
      </w:r>
    </w:p>
    <w:p>
      <w:r>
        <w:rPr>
          <w:b/>
        </w:rPr>
        <w:t xml:space="preserve">[20:29] </w:t>
      </w:r>
      <w:r>
        <w:t>, there is no such incentive. In other systems, moral character is simply a social character, social character. When it is in Islam, it is a paradise character. Is it linked with paradise? Paradise means eternal, eternal place of eternal happiness. So this gives you great impetus, great incen</w:t>
      </w:r>
    </w:p>
    <w:p>
      <w:pPr>
        <w:jc w:val="right"/>
      </w:pPr>
      <w:r>
        <w:t>، دیر از نو سچ انسنٹیو۔ ان ادر سسٹم، مورل کریکٹر از سمپلی ا سوشل کریکٹر، سوشل کریکٹر۔ وین اٹ از ان اسلام، اٹ از ا پیراڈائز کریکٹر۔ از اٹ لنکڈ ود پیراڈائز؟ پیراڈائز مینز ایٹرنل، ایٹرنل پلیس اف ایٹرنل ہیپینس۔ سو دس گیوز یو گریٹ ایمپیٹس، گریٹ انسن</w:t>
      </w:r>
    </w:p>
    <w:p>
      <w:r>
        <w:rPr>
          <w:b/>
        </w:rPr>
        <w:t xml:space="preserve">[20:59] </w:t>
      </w:r>
      <w:r>
        <w:t>tive, great motivation. So in this sense, Islam emphasizes, there is a great, emphasizes, a great scale. So then I would like to to tell you that according to this principle, there are</w:t>
      </w:r>
    </w:p>
    <w:p>
      <w:pPr>
        <w:jc w:val="right"/>
      </w:pPr>
      <w:r>
        <w:t>ٹیو، گریٹ موٹیویشن۔ سو ان دس سینس، اسلام ایمفسائزز، دیر از ا گریٹ، ایمفسائزز، ا گریٹ اسکیل۔ سو دین ائی وڈ لائک ٹو ٹو ٹیل یو دیٹ اکارڈنگ ٹو دس پرنسپل، دیر ار</w:t>
      </w:r>
    </w:p>
    <w:p>
      <w:r>
        <w:rPr>
          <w:b/>
        </w:rPr>
        <w:t xml:space="preserve">[21:29] </w:t>
      </w:r>
      <w:r>
        <w:t>some institutions also. Muslim society developed many, many institutions in this, in this regard. for example, waqf Allah, waqf Allah and sadaqah jariah and madrasah. all these things are in</w:t>
      </w:r>
    </w:p>
    <w:p>
      <w:pPr>
        <w:jc w:val="right"/>
      </w:pPr>
      <w:r>
        <w:t>سم انسٹیٹیوشنز السو۔ مسلم سوسائٹی ڈیولپڈ مینی، مینی انسٹیٹیوشنز ان دس، ان دس ریگارڈ۔ فار ایگزامپل، وقف اللہ، وقف اللہ اینڈ صدقہ جاریہ اینڈ مدرسہ۔ ال دیز تھنگز ار ان</w:t>
      </w:r>
    </w:p>
    <w:p>
      <w:r>
        <w:rPr>
          <w:b/>
        </w:rPr>
        <w:t xml:space="preserve">[21:59] </w:t>
      </w:r>
      <w:r>
        <w:t>institution, institutionalized way of philanthropy, institutionalized way of philanthropy.</w:t>
      </w:r>
    </w:p>
    <w:p>
      <w:pPr>
        <w:jc w:val="right"/>
      </w:pPr>
      <w:r>
        <w:t>سٹیٹیوشن، انسٹیٹیوشنلائزڈ وے اف فیلینتھراپی، انسٹیٹیوشنلائزڈ وے اف فیلینتھراپی۔</w:t>
      </w:r>
    </w:p>
    <w:p>
      <w:r>
        <w:rPr>
          <w:b/>
        </w:rPr>
        <w:t xml:space="preserve">[22:06] </w:t>
      </w:r>
      <w:r>
        <w:t>What is waqf Allah? Waqf Allah means waqf al-khalq.</w:t>
      </w:r>
    </w:p>
    <w:p>
      <w:pPr>
        <w:jc w:val="right"/>
      </w:pPr>
      <w:r>
        <w:t>واٹ از وقف اللہ؟ وقف اللہ مینز وقف الخلق۔</w:t>
      </w:r>
    </w:p>
    <w:p>
      <w:r>
        <w:rPr>
          <w:b/>
        </w:rPr>
        <w:t xml:space="preserve">[22:14] </w:t>
      </w:r>
      <w:r>
        <w:t>When you dedicate your property for all mankind, that is waqf Allah.</w:t>
      </w:r>
    </w:p>
    <w:p>
      <w:pPr>
        <w:jc w:val="right"/>
      </w:pPr>
      <w:r>
        <w:t>وین یو ڈیڈیکیٹ یور پراپرٹی فار ال مین کائنڈ، دیٹ از وقف اللہ۔</w:t>
      </w:r>
    </w:p>
    <w:p>
      <w:r>
        <w:rPr>
          <w:b/>
        </w:rPr>
        <w:t xml:space="preserve">[22:21] </w:t>
      </w:r>
      <w:r>
        <w:t>When you dedicate, you donate</w:t>
      </w:r>
    </w:p>
    <w:p>
      <w:pPr>
        <w:jc w:val="right"/>
      </w:pPr>
      <w:r>
        <w:t>وین یو ڈیڈیکیٹ، یو ڈونیٹ</w:t>
      </w:r>
    </w:p>
    <w:p>
      <w:r>
        <w:rPr>
          <w:b/>
        </w:rPr>
        <w:t xml:space="preserve">[22:29] </w:t>
      </w:r>
      <w:r>
        <w:t>some of your property for all mankind, that is waqf Allah.</w:t>
      </w:r>
    </w:p>
    <w:p>
      <w:pPr>
        <w:jc w:val="right"/>
      </w:pPr>
      <w:r>
        <w:t>سم اف یور پراپرٹی فار ال مین کائنڈ، دیٹ از وقف اللہ۔</w:t>
      </w:r>
    </w:p>
    <w:p>
      <w:r>
        <w:rPr>
          <w:b/>
        </w:rPr>
        <w:t xml:space="preserve">[22:37] </w:t>
      </w:r>
      <w:r>
        <w:t>So it is an institutionalized way of philanthropy.</w:t>
      </w:r>
    </w:p>
    <w:p>
      <w:pPr>
        <w:jc w:val="right"/>
      </w:pPr>
      <w:r>
        <w:t>سو اٹ از ا انسٹیٹیوشنلائزڈ وے اف فیلینتھراپی۔</w:t>
      </w:r>
    </w:p>
    <w:p>
      <w:r>
        <w:rPr>
          <w:b/>
        </w:rPr>
        <w:t xml:space="preserve">[22:44] </w:t>
      </w:r>
      <w:r>
        <w:t>It is doing philanthropy by way of organization.</w:t>
      </w:r>
    </w:p>
    <w:p>
      <w:pPr>
        <w:jc w:val="right"/>
      </w:pPr>
      <w:r>
        <w:t>اٹ از ڈوئنگ فیلینتھراپی بائے وے اف ارگنائزیشن۔</w:t>
      </w:r>
    </w:p>
    <w:p>
      <w:r>
        <w:rPr>
          <w:b/>
        </w:rPr>
        <w:t xml:space="preserve">[22:52] </w:t>
      </w:r>
      <w:r>
        <w:t>And in the history of Muslims, in every,</w:t>
      </w:r>
    </w:p>
    <w:p>
      <w:pPr>
        <w:jc w:val="right"/>
      </w:pPr>
      <w:r>
        <w:t>اینڈ ان دا ہسٹری اف مسلمز، ان ایوری،</w:t>
      </w:r>
    </w:p>
    <w:p>
      <w:r>
        <w:rPr>
          <w:b/>
        </w:rPr>
        <w:t xml:space="preserve">[22:59] </w:t>
      </w:r>
      <w:r>
        <w:t>In every period, there were so many awqaf, awqaf Allah, thousand and thousand awqaf.</w:t>
      </w:r>
    </w:p>
    <w:p>
      <w:pPr>
        <w:jc w:val="right"/>
      </w:pPr>
      <w:r>
        <w:t>ان ایوری پیریڈ، دیر ویر سو مینی اوقاف، اوقاف اللہ، تھاؤزنڈ اینڈ تھاؤزنڈ اوقاف۔</w:t>
      </w:r>
    </w:p>
    <w:p>
      <w:r>
        <w:rPr>
          <w:b/>
        </w:rPr>
        <w:t xml:space="preserve">[23:07] </w:t>
      </w:r>
      <w:r>
        <w:t>Even today, even today, there are many, many awqaf.</w:t>
      </w:r>
    </w:p>
    <w:p>
      <w:pPr>
        <w:jc w:val="right"/>
      </w:pPr>
      <w:r>
        <w:t>ایون ٹوڈے، ایون ٹوڈے، دیر ار مینی، مینی اوقاف۔</w:t>
      </w:r>
    </w:p>
    <w:p>
      <w:r>
        <w:rPr>
          <w:b/>
        </w:rPr>
        <w:t xml:space="preserve">[23:15] </w:t>
      </w:r>
      <w:r>
        <w:t>تو what is waqf Allah? Waqf Allah means waqf al-khalq.</w:t>
      </w:r>
    </w:p>
    <w:p>
      <w:pPr>
        <w:jc w:val="right"/>
      </w:pPr>
      <w:r>
        <w:t>تو واٹ از وقف اللہ؟ وقف اللہ مینز وقف الخلق۔</w:t>
      </w:r>
    </w:p>
    <w:p>
      <w:r>
        <w:rPr>
          <w:b/>
        </w:rPr>
        <w:t xml:space="preserve">[23:22] </w:t>
      </w:r>
      <w:r>
        <w:t>Waqf al-khalq means to dedicate.</w:t>
      </w:r>
    </w:p>
    <w:p>
      <w:pPr>
        <w:jc w:val="right"/>
      </w:pPr>
      <w:r>
        <w:t>وقف الخلق مینز ٹو ڈیڈیکیٹ</w:t>
      </w:r>
    </w:p>
    <w:p>
      <w:r>
        <w:rPr>
          <w:b/>
        </w:rPr>
        <w:t xml:space="preserve">[23:30] </w:t>
      </w:r>
      <w:r>
        <w:t>some of your property for the benefit of mankind.</w:t>
      </w:r>
    </w:p>
    <w:p>
      <w:pPr>
        <w:jc w:val="right"/>
      </w:pPr>
      <w:r>
        <w:t>سم اف یور پراپرٹی فار دا بینیفٹ اف مین کائنڈ۔</w:t>
      </w:r>
    </w:p>
    <w:p>
      <w:r>
        <w:rPr>
          <w:b/>
        </w:rPr>
        <w:t xml:space="preserve">[23:36] </w:t>
      </w:r>
      <w:r>
        <w:t>So this is an institutionalized way of philanthropy.</w:t>
      </w:r>
    </w:p>
    <w:p>
      <w:pPr>
        <w:jc w:val="right"/>
      </w:pPr>
      <w:r>
        <w:t>سو دس از ا انسٹیٹیوشنلائزڈ وے اف فیلینتھراپی۔</w:t>
      </w:r>
    </w:p>
    <w:p>
      <w:r>
        <w:rPr>
          <w:b/>
        </w:rPr>
        <w:t xml:space="preserve">[23:43] </w:t>
      </w:r>
      <w:r>
        <w:t>Deen sadqa jariya.</w:t>
      </w:r>
    </w:p>
    <w:p>
      <w:pPr>
        <w:jc w:val="right"/>
      </w:pPr>
      <w:r>
        <w:t>دین صدقہ جاریہ۔</w:t>
      </w:r>
    </w:p>
    <w:p>
      <w:r>
        <w:rPr>
          <w:b/>
        </w:rPr>
        <w:t xml:space="preserve">[23:49] </w:t>
      </w:r>
      <w:r>
        <w:t>What is sadaqah jariyah? Sadaqah jariyah means donating something which is beneficiary, which is, which is use, donating</w:t>
      </w:r>
    </w:p>
    <w:p>
      <w:pPr>
        <w:jc w:val="right"/>
      </w:pPr>
      <w:r>
        <w:t>واٹ از صدقہ جاریہ؟ صدقہ جاریہ مینز ڈونیٹنگ سمتھنگ وچ از بینیفیشری، وچ از، وچ از یوز، ڈونیٹنگ</w:t>
      </w:r>
    </w:p>
    <w:p>
      <w:r>
        <w:rPr>
          <w:b/>
        </w:rPr>
        <w:t xml:space="preserve">[23:55] </w:t>
      </w:r>
      <w:r>
        <w:t>something which is useful for,</w:t>
      </w:r>
    </w:p>
    <w:p>
      <w:pPr>
        <w:jc w:val="right"/>
      </w:pPr>
      <w:r>
        <w:t>سمتھنگ وچ از یوزفل فار،</w:t>
      </w:r>
    </w:p>
    <w:p>
      <w:r>
        <w:rPr>
          <w:b/>
        </w:rPr>
        <w:t xml:space="preserve">[24:01] </w:t>
      </w:r>
      <w:r>
        <w:t>for men, generation of the generations.</w:t>
      </w:r>
    </w:p>
    <w:p>
      <w:pPr>
        <w:jc w:val="right"/>
      </w:pPr>
      <w:r>
        <w:t>فار مین، جنریشن اف دا جنریشنز۔</w:t>
      </w:r>
    </w:p>
    <w:p>
      <w:r>
        <w:rPr>
          <w:b/>
        </w:rPr>
        <w:t xml:space="preserve">[24:11] </w:t>
      </w:r>
      <w:r>
        <w:t>For example, if you built a, if you built a, a road or a well or anything</w:t>
      </w:r>
    </w:p>
    <w:p>
      <w:pPr>
        <w:jc w:val="right"/>
      </w:pPr>
      <w:r>
        <w:t>فار ایگزامپل، اف یو بلٹ ا، اف یو بلٹ ا، ا روڈ اور ا ویل اور اینی تھنگ</w:t>
      </w:r>
    </w:p>
    <w:p>
      <w:r>
        <w:rPr>
          <w:b/>
        </w:rPr>
        <w:t xml:space="preserve">[24:21] </w:t>
      </w:r>
      <w:r>
        <w:t>that is used by, by common people, by common people</w:t>
      </w:r>
    </w:p>
    <w:p>
      <w:pPr>
        <w:jc w:val="right"/>
      </w:pPr>
      <w:r>
        <w:t>دیٹ از یوز بائے، بائے کامن پیپل، بائے کامن پیپل</w:t>
      </w:r>
    </w:p>
    <w:p>
      <w:r>
        <w:rPr>
          <w:b/>
        </w:rPr>
        <w:t xml:space="preserve">[24:31] </w:t>
      </w:r>
      <w:r>
        <w:t>, like bridge, like bridge.</w:t>
      </w:r>
    </w:p>
    <w:p>
      <w:pPr>
        <w:jc w:val="right"/>
      </w:pPr>
      <w:r>
        <w:t>، لائک برج، لائک برج۔</w:t>
      </w:r>
    </w:p>
    <w:p>
      <w:r>
        <w:rPr>
          <w:b/>
        </w:rPr>
        <w:t xml:space="preserve">[24:37] </w:t>
      </w:r>
      <w:r>
        <w:t>So this is sadaqa jariya.</w:t>
      </w:r>
    </w:p>
    <w:p>
      <w:pPr>
        <w:jc w:val="right"/>
      </w:pPr>
      <w:r>
        <w:t>سو دس از صدقہ جاریہ۔</w:t>
      </w:r>
    </w:p>
    <w:p>
      <w:r>
        <w:rPr>
          <w:b/>
        </w:rPr>
        <w:t xml:space="preserve">[24:43] </w:t>
      </w:r>
      <w:r>
        <w:t>If you build a, if you build a bridge, it will be useful for people, generation after generation.</w:t>
      </w:r>
    </w:p>
    <w:p>
      <w:pPr>
        <w:jc w:val="right"/>
      </w:pPr>
      <w:r>
        <w:t>اف یو بلٹ ا، اف یو بلٹ ا برج، اٹ ویل بی یوزفل فار پیپل، جنریشن اف جنریشن۔</w:t>
      </w:r>
    </w:p>
    <w:p>
      <w:r>
        <w:rPr>
          <w:b/>
        </w:rPr>
        <w:t xml:space="preserve">[24:49] </w:t>
      </w:r>
      <w:r>
        <w:t>That is sadaqa jariya.</w:t>
      </w:r>
    </w:p>
    <w:p>
      <w:pPr>
        <w:jc w:val="right"/>
      </w:pPr>
      <w:r>
        <w:t>دیٹ از صدقہ جاریہ۔</w:t>
      </w:r>
    </w:p>
    <w:p>
      <w:r>
        <w:rPr>
          <w:b/>
        </w:rPr>
        <w:t xml:space="preserve">[24:56] </w:t>
      </w:r>
      <w:r>
        <w:t>It was also an institution in the Muslim society in every age, in every period.</w:t>
      </w:r>
    </w:p>
    <w:p>
      <w:pPr>
        <w:jc w:val="right"/>
      </w:pPr>
      <w:r>
        <w:t>اٹ واز السو ا این انسٹیٹیوشن ان دا مسلم سوسائٹی ان ایوری ایج، ان ایوری پیریڈ۔</w:t>
      </w:r>
    </w:p>
    <w:p>
      <w:r>
        <w:rPr>
          <w:b/>
        </w:rPr>
        <w:t xml:space="preserve">[25:02] </w:t>
      </w:r>
      <w:r>
        <w:t>In every period, you can see that there are Muslims who are engaged in this institution, that is sadaqah jariyah.</w:t>
      </w:r>
    </w:p>
    <w:p>
      <w:pPr>
        <w:jc w:val="right"/>
      </w:pPr>
      <w:r>
        <w:t>ان ایوری پیریڈ، یو کین سی دیٹ دیر ار مسلمز ویر انگیجڈ ان دس انسٹیٹیوشن، دیٹ از صدقہ جاریہ۔</w:t>
      </w:r>
    </w:p>
    <w:p>
      <w:r>
        <w:rPr>
          <w:b/>
        </w:rPr>
        <w:t xml:space="preserve">[25:08] </w:t>
      </w:r>
      <w:r>
        <w:t>Then what is madrasa? Madrasa is also sadaqa jariya or philanthropy.</w:t>
      </w:r>
    </w:p>
    <w:p>
      <w:pPr>
        <w:jc w:val="right"/>
      </w:pPr>
      <w:r>
        <w:t>دین واٹ از مدرسہ؟ مدرسہ از السو صدقہ جاریہ اور فیلینتھراپی۔</w:t>
      </w:r>
    </w:p>
    <w:p>
      <w:r>
        <w:rPr>
          <w:b/>
        </w:rPr>
        <w:t xml:space="preserve">[25:14] </w:t>
      </w:r>
      <w:r>
        <w:t>The concept of madrasa is to empower people.</w:t>
      </w:r>
    </w:p>
    <w:p>
      <w:pPr>
        <w:jc w:val="right"/>
      </w:pPr>
      <w:r>
        <w:t>دا کانسیپٹ اف مدرسہ از ٹو ایمپاور پیپل۔</w:t>
      </w:r>
    </w:p>
    <w:p>
      <w:r>
        <w:rPr>
          <w:b/>
        </w:rPr>
        <w:t xml:space="preserve">[25:21] </w:t>
      </w:r>
      <w:r>
        <w:t>It is youth empowerment.</w:t>
      </w:r>
    </w:p>
    <w:p>
      <w:pPr>
        <w:jc w:val="right"/>
      </w:pPr>
      <w:r>
        <w:t>اٹ از یوتھ ایمپاورمنٹ۔</w:t>
      </w:r>
    </w:p>
    <w:p>
      <w:r>
        <w:rPr>
          <w:b/>
        </w:rPr>
        <w:t xml:space="preserve">[25:27] </w:t>
      </w:r>
      <w:r>
        <w:t>Madrasa means youth empowerment.</w:t>
      </w:r>
    </w:p>
    <w:p>
      <w:pPr>
        <w:jc w:val="right"/>
      </w:pPr>
      <w:r>
        <w:t>مدرسہ مینز یوتھ ایمپاورمنٹ۔</w:t>
      </w:r>
    </w:p>
    <w:p>
      <w:r>
        <w:rPr>
          <w:b/>
        </w:rPr>
        <w:t xml:space="preserve">[25:33] </w:t>
      </w:r>
      <w:r>
        <w:t>You need to educate, to educate youth, to empower youth, to make them able to cope the problem of life.</w:t>
      </w:r>
    </w:p>
    <w:p>
      <w:pPr>
        <w:jc w:val="right"/>
      </w:pPr>
      <w:r>
        <w:t>یو نیڈ ٹو ایجوکیٹ، ٹو ایجوکیٹ یوتھ، ٹو ایمپاور یوتھ، ٹو میک دیم ایبل ٹو کوپ دا پرابلم اف لائف۔</w:t>
      </w:r>
    </w:p>
    <w:p>
      <w:r>
        <w:rPr>
          <w:b/>
        </w:rPr>
        <w:t xml:space="preserve">[25:41] </w:t>
      </w:r>
      <w:r>
        <w:t>This is madrasa concept.</w:t>
      </w:r>
    </w:p>
    <w:p>
      <w:pPr>
        <w:jc w:val="right"/>
      </w:pPr>
      <w:r>
        <w:t>دس از مدرسہ کانسیپٹ۔</w:t>
      </w:r>
    </w:p>
    <w:p>
      <w:r>
        <w:rPr>
          <w:b/>
        </w:rPr>
        <w:t xml:space="preserve">[25:49] </w:t>
      </w:r>
      <w:r>
        <w:t>Previously, every community was taking admission in madrasa.</w:t>
      </w:r>
    </w:p>
    <w:p>
      <w:pPr>
        <w:jc w:val="right"/>
      </w:pPr>
      <w:r>
        <w:t>پریویسلی، ایوری کمیونٹی واز ٹیکنگ ایڈمیشن ان مدرسہ۔</w:t>
      </w:r>
    </w:p>
    <w:p>
      <w:r>
        <w:rPr>
          <w:b/>
        </w:rPr>
        <w:t xml:space="preserve">[25:57] </w:t>
      </w:r>
      <w:r>
        <w:t>Now, generally, Muslims</w:t>
      </w:r>
    </w:p>
    <w:p>
      <w:pPr>
        <w:jc w:val="right"/>
      </w:pPr>
      <w:r>
        <w:t>ناو، جنرلی مسلمز</w:t>
      </w:r>
    </w:p>
    <w:p>
      <w:r>
        <w:rPr>
          <w:b/>
        </w:rPr>
        <w:t xml:space="preserve">[26:05] </w:t>
      </w:r>
      <w:r>
        <w:t>are admitted in madrasa, but in previous years, it was not.</w:t>
      </w:r>
    </w:p>
    <w:p>
      <w:pPr>
        <w:jc w:val="right"/>
      </w:pPr>
      <w:r>
        <w:t>ار ایڈمیٹڈ ان مدرسہ، بٹ ان پریویس ایئرز، اٹ واز ناٹ۔</w:t>
      </w:r>
    </w:p>
    <w:p>
      <w:r>
        <w:rPr>
          <w:b/>
        </w:rPr>
        <w:t xml:space="preserve">[26:12] </w:t>
      </w:r>
      <w:r>
        <w:t>In India, you know, Dr. Rajendra Prasad was educated in madrasa.</w:t>
      </w:r>
    </w:p>
    <w:p>
      <w:pPr>
        <w:jc w:val="right"/>
      </w:pPr>
      <w:r>
        <w:t>ان انڈیا، یو نو، ڈاکٹر راجندر پرشاد واز ایجوکیٹڈ ان مدرسہ۔</w:t>
      </w:r>
    </w:p>
    <w:p>
      <w:r>
        <w:rPr>
          <w:b/>
        </w:rPr>
        <w:t xml:space="preserve">[26:20] </w:t>
      </w:r>
      <w:r>
        <w:t>Many, many old Hindu will tell you that we were educated in madrasa.</w:t>
      </w:r>
    </w:p>
    <w:p>
      <w:pPr>
        <w:jc w:val="right"/>
      </w:pPr>
      <w:r>
        <w:t>مینی، مینی اولڈ ہندو ویل ٹیل یو دیٹ وی ویر ایجوکیٹڈ ان مدرسہ۔</w:t>
      </w:r>
    </w:p>
    <w:p>
      <w:r>
        <w:rPr>
          <w:b/>
        </w:rPr>
        <w:t xml:space="preserve">[26:28] </w:t>
      </w:r>
      <w:r>
        <w:t>So madrasa was also a kind of youth empowerment</w:t>
      </w:r>
    </w:p>
    <w:p>
      <w:pPr>
        <w:jc w:val="right"/>
      </w:pPr>
      <w:r>
        <w:t>سو مدرسہ واز السو ا کائنڈ اف یوتھ ایمپاورمنٹ</w:t>
      </w:r>
    </w:p>
    <w:p>
      <w:r>
        <w:rPr>
          <w:b/>
        </w:rPr>
        <w:t xml:space="preserve">[26:35] </w:t>
      </w:r>
      <w:r>
        <w:t>through education, because education means making one, any enable one to, to live in a society, to, to find a successful, to find a successful base in the society. so it is youth empowerment. madras</w:t>
      </w:r>
    </w:p>
    <w:p>
      <w:pPr>
        <w:jc w:val="right"/>
      </w:pPr>
      <w:r>
        <w:t>تھرو ایجوکیشن، بیکاز ایجوکیشن مینز میکنگ ون، اینی اینیبل ون ٹو، ٹو لیو ان ا سوسائٹی، ٹو، ٹو فائنڈ ا سکسیس فل، ٹو فائنڈ ا سکسیس فل بیس ان دا سوسائٹی۔ سو اٹ از یوتھ ایمپاورمنٹ۔ مدرس</w:t>
      </w:r>
    </w:p>
    <w:p>
      <w:r>
        <w:rPr>
          <w:b/>
        </w:rPr>
        <w:t xml:space="preserve">[27:05] </w:t>
      </w:r>
      <w:r>
        <w:t>It means youth empowerment.</w:t>
      </w:r>
    </w:p>
    <w:p>
      <w:pPr>
        <w:jc w:val="right"/>
      </w:pPr>
      <w:r>
        <w:t>ہ مینز یوتھ ایمپاورمنٹ۔</w:t>
      </w:r>
    </w:p>
    <w:p>
      <w:r>
        <w:rPr>
          <w:b/>
        </w:rPr>
        <w:t xml:space="preserve">[27:16] </w:t>
      </w:r>
      <w:r>
        <w:t>So in Islam, philanthropy is a great, is a very important teachings.</w:t>
      </w:r>
    </w:p>
    <w:p>
      <w:pPr>
        <w:jc w:val="right"/>
      </w:pPr>
      <w:r>
        <w:t>سو ان اسلام، فیلینتھراپی از ا گریٹ، از ا ویری امپورٹنٹ ٹیچنگز۔</w:t>
      </w:r>
    </w:p>
    <w:p>
      <w:r>
        <w:rPr>
          <w:b/>
        </w:rPr>
        <w:t xml:space="preserve">[27:26] </w:t>
      </w:r>
      <w:r>
        <w:t>And also in Islam, in Islamic system, it is very important to know that Islam has linked</w:t>
      </w:r>
    </w:p>
    <w:p>
      <w:pPr>
        <w:jc w:val="right"/>
      </w:pPr>
      <w:r>
        <w:t>اینڈ السو ان اسلام، ان اسلامک سسٹم، اٹ از ویری امپورٹنٹ ٹو نو دیٹ اسلام ہیز لنکڈ</w:t>
      </w:r>
    </w:p>
    <w:p>
      <w:r>
        <w:rPr>
          <w:b/>
        </w:rPr>
        <w:t xml:space="preserve">[27:36] </w:t>
      </w:r>
      <w:r>
        <w:t>filiantherapy with belief. For example, once there was a servant with the prophet of Islam. So one day, he said to his servant, and he failed to do the job. The prophet became angry. He said, "lola khashiyat al-quwwat, lajatika al-suwa</w:t>
      </w:r>
    </w:p>
    <w:p>
      <w:pPr>
        <w:jc w:val="right"/>
      </w:pPr>
      <w:r>
        <w:t>فیلینتھراپی ود بیلیف۔ فار ایگزامپل، ونس دیر واز ا سرونٹ ود دی پرافٹ اف اسلام۔ سو ون ڈے، ہی سیڈ ٹو ہز سرونٹ، اینڈ ہی فیلڈ ٹو ڈو دا جاب۔ دا پرافٹ بیکم اینگری۔ ہی سیڈ، "لولا خشیت القوت، لاجاتک السوا</w:t>
      </w:r>
    </w:p>
    <w:p>
      <w:r>
        <w:rPr>
          <w:b/>
        </w:rPr>
        <w:t xml:space="preserve">[28:06] </w:t>
      </w:r>
      <w:r>
        <w:t>"It means that I fear, that I feel, that I will be punished by God, otherwise I</w:t>
      </w:r>
    </w:p>
    <w:p>
      <w:pPr>
        <w:jc w:val="right"/>
      </w:pPr>
      <w:r>
        <w:t>ک۔" اٹ مینز دیٹ ائی فیئر، دیٹ ائی فیل، دیٹ ائی ویل بی پنش بائے گاڈ، ادروائز ائی</w:t>
      </w:r>
    </w:p>
    <w:p>
      <w:r>
        <w:rPr>
          <w:b/>
        </w:rPr>
        <w:t xml:space="preserve">[28:16] </w:t>
      </w:r>
      <w:r>
        <w:t>would have to punish you.</w:t>
      </w:r>
    </w:p>
    <w:p>
      <w:pPr>
        <w:jc w:val="right"/>
      </w:pPr>
      <w:r>
        <w:t>وڈ ہیو ٹو پنش یو۔</w:t>
      </w:r>
    </w:p>
    <w:p>
      <w:r>
        <w:rPr>
          <w:b/>
        </w:rPr>
        <w:t xml:space="preserve">[28:26] </w:t>
      </w:r>
      <w:r>
        <w:t>So although servant was wrong, but he,</w:t>
      </w:r>
    </w:p>
    <w:p>
      <w:pPr>
        <w:jc w:val="right"/>
      </w:pPr>
      <w:r>
        <w:t>سو الدو سرونٹ واز رونگ، بٹ ہی،</w:t>
      </w:r>
    </w:p>
    <w:p>
      <w:r>
        <w:rPr>
          <w:b/>
        </w:rPr>
        <w:t xml:space="preserve">[28:36] </w:t>
      </w:r>
      <w:r>
        <w:t>He, but Prophet said nothing.</w:t>
      </w:r>
    </w:p>
    <w:p>
      <w:pPr>
        <w:jc w:val="right"/>
      </w:pPr>
      <w:r>
        <w:t>ہی، بٹ پرافٹ سیڈ نتھنگ۔</w:t>
      </w:r>
    </w:p>
    <w:p>
      <w:r>
        <w:rPr>
          <w:b/>
        </w:rPr>
        <w:t xml:space="preserve">[28:44] </w:t>
      </w:r>
      <w:r>
        <w:t>His belief refrained him from punishing him.</w:t>
      </w:r>
    </w:p>
    <w:p>
      <w:pPr>
        <w:jc w:val="right"/>
      </w:pPr>
      <w:r>
        <w:t>ہز بیلیف ریفرنڈ ہم فرام پنشنگ ہم۔</w:t>
      </w:r>
    </w:p>
    <w:p>
      <w:r>
        <w:rPr>
          <w:b/>
        </w:rPr>
        <w:t xml:space="preserve">[28:52] </w:t>
      </w:r>
      <w:r>
        <w:t>So here you can see that philanthropy is linked with belief system.</w:t>
      </w:r>
    </w:p>
    <w:p>
      <w:pPr>
        <w:jc w:val="right"/>
      </w:pPr>
      <w:r>
        <w:t>سو ہیر یو کین سی دیٹ فیلینتھراپی از لنکڈ ود بیلیف۔ سسٹم۔</w:t>
      </w:r>
    </w:p>
    <w:p>
      <w:r>
        <w:rPr>
          <w:b/>
        </w:rPr>
        <w:t xml:space="preserve">[28:59] </w:t>
      </w:r>
      <w:r>
        <w:t>So philanthropy in Islam is not simply a social behavior, social conduct. No,</w:t>
      </w:r>
    </w:p>
    <w:p>
      <w:pPr>
        <w:jc w:val="right"/>
      </w:pPr>
      <w:r>
        <w:t>سو فیلینتھراپی ان اسلام از ناٹ سمپلی ا سوشل بیہیویئر، سوشل کنڈکٹ۔ نو،</w:t>
      </w:r>
    </w:p>
    <w:p>
      <w:r>
        <w:rPr>
          <w:b/>
        </w:rPr>
        <w:t xml:space="preserve">[29:07] </w:t>
      </w:r>
      <w:r>
        <w:t>It is a rewardable act.</w:t>
      </w:r>
    </w:p>
    <w:p>
      <w:pPr>
        <w:jc w:val="right"/>
      </w:pPr>
      <w:r>
        <w:t>اٹ از ا ریوارڈیبل ایکٹ۔</w:t>
      </w:r>
    </w:p>
    <w:p>
      <w:r>
        <w:rPr>
          <w:b/>
        </w:rPr>
        <w:t xml:space="preserve">[29:14] </w:t>
      </w:r>
      <w:r>
        <w:t>If you do something better to other member of the society, you expect that you will be rewarded from God.</w:t>
      </w:r>
    </w:p>
    <w:p>
      <w:pPr>
        <w:jc w:val="right"/>
      </w:pPr>
      <w:r>
        <w:t>اف یو ڈو سمتھنگ بیٹر ٹو ادر ممبر اف دا سوسائٹی، یو ایکسپیکٹ دیٹ یو ویل بی ریوارڈڈ فرام گاڈ۔</w:t>
      </w:r>
    </w:p>
    <w:p>
      <w:r>
        <w:rPr>
          <w:b/>
        </w:rPr>
        <w:t xml:space="preserve">[29:22] </w:t>
      </w:r>
      <w:r>
        <w:t>You will be rewarded paradise.</w:t>
      </w:r>
    </w:p>
    <w:p>
      <w:pPr>
        <w:jc w:val="right"/>
      </w:pPr>
      <w:r>
        <w:t>یو ویل بی ریوارڈڈ پیراڈائز۔</w:t>
      </w:r>
    </w:p>
    <w:p>
      <w:r>
        <w:rPr>
          <w:b/>
        </w:rPr>
        <w:t xml:space="preserve">[29:29] </w:t>
      </w:r>
      <w:r>
        <w:t>So this, this, this, this belief, this b</w:t>
      </w:r>
    </w:p>
    <w:p>
      <w:pPr>
        <w:jc w:val="right"/>
      </w:pPr>
      <w:r>
        <w:t>سو دس، دس، دس، دس بیلیف، دس ب</w:t>
      </w:r>
    </w:p>
    <w:p>
      <w:r>
        <w:rPr>
          <w:b/>
        </w:rPr>
        <w:t xml:space="preserve">[29:37] </w:t>
      </w:r>
      <w:r>
        <w:t>belief system, to Islamic belief system provides an incentive, a motivation.</w:t>
      </w:r>
    </w:p>
    <w:p>
      <w:pPr>
        <w:jc w:val="right"/>
      </w:pPr>
      <w:r>
        <w:t>یلیف سسٹم، تو اسلامک بیلیف سسٹم پرووائیڈز این انسنٹیو، ا موٹیویشن۔</w:t>
      </w:r>
    </w:p>
    <w:p>
      <w:r>
        <w:rPr>
          <w:b/>
        </w:rPr>
        <w:t xml:space="preserve">[29:47] </w:t>
      </w:r>
      <w:r>
        <w:t>So it is very important.</w:t>
      </w:r>
    </w:p>
    <w:p>
      <w:pPr>
        <w:jc w:val="right"/>
      </w:pPr>
      <w:r>
        <w:t>سو اٹ از ویری امپورٹنٹ۔</w:t>
      </w:r>
    </w:p>
    <w:p>
      <w:r>
        <w:rPr>
          <w:b/>
        </w:rPr>
        <w:t xml:space="preserve">[29:57] </w:t>
      </w:r>
      <w:r>
        <w:t>When the Prophet was in Madinah, once he saw a Muslim, he was beating his</w:t>
      </w:r>
    </w:p>
    <w:p>
      <w:pPr>
        <w:jc w:val="right"/>
      </w:pPr>
      <w:r>
        <w:t>دین وین پرافٹ واز ان مدینہ، ونس ہی سا ا مسلم، ہی واز بیٹنگ ہز</w:t>
      </w:r>
    </w:p>
    <w:p>
      <w:r>
        <w:rPr>
          <w:b/>
        </w:rPr>
        <w:t xml:space="preserve">[30:07] </w:t>
      </w:r>
      <w:r>
        <w:t>servant.</w:t>
      </w:r>
    </w:p>
    <w:p>
      <w:pPr>
        <w:jc w:val="right"/>
      </w:pPr>
      <w:r>
        <w:t>سرونٹ۔</w:t>
      </w:r>
    </w:p>
    <w:p>
      <w:r>
        <w:rPr>
          <w:b/>
        </w:rPr>
        <w:t xml:space="preserve">[30:15] </w:t>
      </w:r>
      <w:r>
        <w:t>تو when Prophet saw it, he said, his name was Abu Masood.</w:t>
      </w:r>
    </w:p>
    <w:p>
      <w:pPr>
        <w:jc w:val="right"/>
      </w:pPr>
      <w:r>
        <w:t>تو وین پرافٹ سا اٹ، ہی سیڈ، ہز نیم واز ابو مسعود۔</w:t>
      </w:r>
    </w:p>
    <w:p>
      <w:r>
        <w:rPr>
          <w:b/>
        </w:rPr>
        <w:t xml:space="preserve">[30:22] </w:t>
      </w:r>
      <w:r>
        <w:t>He said that, "Ilm aba Masood, Allahu Akbar, Allahu Akbar, Ilm aba Masood, Allahu Akbar</w:t>
      </w:r>
    </w:p>
    <w:p>
      <w:pPr>
        <w:jc w:val="right"/>
      </w:pPr>
      <w:r>
        <w:t>ہی سیڈ دیٹ، "علم ابا مسعود، ل اللہ اکبر، ل اللہ اکبر، علم ابا مسعود، ل اللہ اکبر</w:t>
      </w:r>
    </w:p>
    <w:p>
      <w:r>
        <w:rPr>
          <w:b/>
        </w:rPr>
        <w:t xml:space="preserve">[30:30] </w:t>
      </w:r>
      <w:r>
        <w:t>علیک منک علی الغلام۔" O Abu Masood,</w:t>
      </w:r>
    </w:p>
    <w:p>
      <w:pPr>
        <w:jc w:val="right"/>
      </w:pPr>
      <w:r>
        <w:t>علیک منک علی الغلام۔" او ابو مسعود،</w:t>
      </w:r>
    </w:p>
    <w:p>
      <w:r>
        <w:rPr>
          <w:b/>
        </w:rPr>
        <w:t xml:space="preserve">[30:38] </w:t>
      </w:r>
      <w:r>
        <w:t>God is more powerful upon you than you upon this servant.</w:t>
      </w:r>
    </w:p>
    <w:p>
      <w:pPr>
        <w:jc w:val="right"/>
      </w:pPr>
      <w:r>
        <w:t>گاڈ از مور پاورفل اپون یو دین یو اپون دس سرونٹ۔</w:t>
      </w:r>
    </w:p>
    <w:p>
      <w:r>
        <w:rPr>
          <w:b/>
        </w:rPr>
        <w:t xml:space="preserve">[30:53] </w:t>
      </w:r>
      <w:r>
        <w:t>So he, he left that servant and said, "I'm sorry, forgive me." This is the power of Islamic teachings.</w:t>
      </w:r>
    </w:p>
    <w:p>
      <w:pPr>
        <w:jc w:val="right"/>
      </w:pPr>
      <w:r>
        <w:t>سو ہی، ہی لیفٹ دیٹ سرونٹ اینڈ سیڈ، "ایم سوری، فارگیو می۔" دس از دا پاور اف اسلامک ٹیچنگز۔</w:t>
      </w:r>
    </w:p>
    <w:p>
      <w:r>
        <w:rPr>
          <w:b/>
        </w:rPr>
        <w:t xml:space="preserve">[31:09] </w:t>
      </w:r>
      <w:r>
        <w:t>Power of Islamic teachings. In Islam, philanthropy is linked with the hereafter, with the Day of Judgment.</w:t>
      </w:r>
    </w:p>
    <w:p>
      <w:pPr>
        <w:jc w:val="right"/>
      </w:pPr>
      <w:r>
        <w:t>پاور اف اسلامک ٹیچنگز ان اسلام، فیلینتھراپی از لنکڈ ود دی ہیر افٹر، ود دا ڈے اف ججمنٹ۔</w:t>
      </w:r>
    </w:p>
    <w:p>
      <w:r>
        <w:rPr>
          <w:b/>
        </w:rPr>
        <w:t xml:space="preserve">[31:24] </w:t>
      </w:r>
      <w:r>
        <w:t>This Islamic belief system provides an incentive or motivation.</w:t>
      </w:r>
    </w:p>
    <w:p>
      <w:pPr>
        <w:jc w:val="right"/>
      </w:pPr>
      <w:r>
        <w:t>دس اسلامک بیلیف سسٹم پرووائیڈز این انسنٹیو اور موٹیویشن۔ اد</w:t>
      </w:r>
    </w:p>
    <w:p>
      <w:r>
        <w:rPr>
          <w:b/>
        </w:rPr>
        <w:t xml:space="preserve">[31:39] </w:t>
      </w:r>
      <w:r>
        <w:t>Because it is very, it is difficult to maintain in this, to maintain compassionate culture in a society,</w:t>
      </w:r>
    </w:p>
    <w:p>
      <w:pPr>
        <w:jc w:val="right"/>
      </w:pPr>
      <w:r>
        <w:t>روائز، اٹ از ویری، اٹ از ڈیفیکلٹ ٹو مینٹین ان دس، ٹو مینٹین کمپیشنٹ کلچر ان ا سوسائٹی،</w:t>
      </w:r>
    </w:p>
    <w:p>
      <w:r>
        <w:rPr>
          <w:b/>
        </w:rPr>
        <w:t xml:space="preserve">[31:57] </w:t>
      </w:r>
      <w:r>
        <w:t>because every time there are some kind of bad experience, some kind of negative experience. Then</w:t>
      </w:r>
    </w:p>
    <w:p>
      <w:pPr>
        <w:jc w:val="right"/>
      </w:pPr>
      <w:r>
        <w:t>بیکاز ایوری ٹائم دیر ار سم کائنڈ اف بیڈ ایکسپیرینس، سم کائنڈ اف نیگیٹیو ایکسپیرینس۔ دین</w:t>
      </w:r>
    </w:p>
    <w:p>
      <w:r>
        <w:rPr>
          <w:b/>
        </w:rPr>
        <w:t xml:space="preserve">[32:14] </w:t>
      </w:r>
      <w:r>
        <w:t>Islamic belief system wants to pay respect all mankind. Want to respect all mankind, not only for Muslims, but all mankind. Here I would like to refer an event when the</w:t>
      </w:r>
    </w:p>
    <w:p>
      <w:pPr>
        <w:jc w:val="right"/>
      </w:pPr>
      <w:r>
        <w:t>اسلامک بیلیف سسٹم وانٹس ٹو پے ریسپیکٹ ال مین کائنڈ۔ وانٹ ٹو ریسپیکٹ ال مین کائنڈ، ناٹ اونلی فار مسلمز، بٹ ال مین کائنڈ۔ ہیر ائی وڈ لائک ٹو ریفر ا این ایونٹ وین دا</w:t>
      </w:r>
    </w:p>
    <w:p>
      <w:r>
        <w:rPr>
          <w:b/>
        </w:rPr>
        <w:t xml:space="preserve">[32:44] </w:t>
      </w:r>
      <w:r>
        <w:t>The Prophet of Islam migrated from Mecca to Medina in 622.</w:t>
      </w:r>
    </w:p>
    <w:p>
      <w:pPr>
        <w:jc w:val="right"/>
      </w:pPr>
      <w:r>
        <w:t>پرافٹ اف اسلام مائیگریٹڈ فرام مکہ ٹو مدینہ ان 622۔</w:t>
      </w:r>
    </w:p>
    <w:p>
      <w:r>
        <w:rPr>
          <w:b/>
        </w:rPr>
        <w:t xml:space="preserve">[32:55] </w:t>
      </w:r>
      <w:r>
        <w:t>At that time, there were some Jewish tribes in Madinah at that time.</w:t>
      </w:r>
    </w:p>
    <w:p>
      <w:pPr>
        <w:jc w:val="right"/>
      </w:pPr>
      <w:r>
        <w:t>ایٹ دیٹ ٹائم، دیر ویر سم جوئش ٹرائبس ان مدینہ ایٹ دیٹ ٹائم۔</w:t>
      </w:r>
    </w:p>
    <w:p>
      <w:r>
        <w:rPr>
          <w:b/>
        </w:rPr>
        <w:t xml:space="preserve">[33:05] </w:t>
      </w:r>
      <w:r>
        <w:t>So what happened?</w:t>
      </w:r>
    </w:p>
    <w:p>
      <w:pPr>
        <w:jc w:val="right"/>
      </w:pPr>
      <w:r>
        <w:t>سو واٹ ہیپنڈ؟</w:t>
      </w:r>
    </w:p>
    <w:p>
      <w:r>
        <w:rPr>
          <w:b/>
        </w:rPr>
        <w:t xml:space="preserve">[33:16] </w:t>
      </w:r>
      <w:r>
        <w:t>One day, the Prophet saw a funeral procession, jalus-e janaza, a funeral procession, passing through a street in Madina.</w:t>
      </w:r>
    </w:p>
    <w:p>
      <w:pPr>
        <w:jc w:val="right"/>
      </w:pPr>
      <w:r>
        <w:t>ون ڈے، دا پرافٹ سا ا فیونرل پروسیشن، جلوس جنازہ، ا فیونرل پروسیشن، پاسنگ تھرو ا سٹریٹ ان مدینہ۔</w:t>
      </w:r>
    </w:p>
    <w:p>
      <w:r>
        <w:rPr>
          <w:b/>
        </w:rPr>
        <w:t xml:space="preserve">[33:31] </w:t>
      </w:r>
      <w:r>
        <w:t>On seeing the funeral, Prophet stood up.</w:t>
      </w:r>
    </w:p>
    <w:p>
      <w:pPr>
        <w:jc w:val="right"/>
      </w:pPr>
      <w:r>
        <w:t>ان سینگ دا فیونرل، پرافٹ اسٹوڈ اپ</w:t>
      </w:r>
    </w:p>
    <w:p>
      <w:r>
        <w:rPr>
          <w:b/>
        </w:rPr>
        <w:t xml:space="preserve">[33:46] </w:t>
      </w:r>
      <w:r>
        <w:t>in respect.</w:t>
      </w:r>
    </w:p>
    <w:p>
      <w:pPr>
        <w:jc w:val="right"/>
      </w:pPr>
      <w:r>
        <w:t>ان ریسپیکٹ۔</w:t>
      </w:r>
    </w:p>
    <w:p>
      <w:r>
        <w:rPr>
          <w:b/>
        </w:rPr>
        <w:t xml:space="preserve">[33:55] </w:t>
      </w:r>
      <w:r>
        <w:t>On seeing the funeral, Prophet stood up in respect.</w:t>
      </w:r>
    </w:p>
    <w:p>
      <w:pPr>
        <w:jc w:val="right"/>
      </w:pPr>
      <w:r>
        <w:t>ان سینگ دا فیونرل، پرافٹ اسٹوڈ اپ ان ریسپیکٹ۔</w:t>
      </w:r>
    </w:p>
    <w:p>
      <w:r>
        <w:rPr>
          <w:b/>
        </w:rPr>
        <w:t xml:space="preserve">[34:03] </w:t>
      </w:r>
      <w:r>
        <w:t>one of his companions said, "O Prophet, it was funeral of a Jew or funeral of a non</w:t>
      </w:r>
    </w:p>
    <w:p>
      <w:pPr>
        <w:jc w:val="right"/>
      </w:pPr>
      <w:r>
        <w:t>ون اف ہز کمپینین سیڈ، "او پرافٹ، اٹ واز فیونرل اف ا جیو اور فیونرل اف ا نان</w:t>
      </w:r>
    </w:p>
    <w:p>
      <w:r>
        <w:rPr>
          <w:b/>
        </w:rPr>
        <w:t xml:space="preserve">[34:12] </w:t>
      </w:r>
      <w:r>
        <w:t>Muslim, not a Muslim."</w:t>
      </w:r>
    </w:p>
    <w:p>
      <w:pPr>
        <w:jc w:val="right"/>
      </w:pPr>
      <w:r>
        <w:t>مسلم، ناٹ ا مسلم۔"</w:t>
      </w:r>
    </w:p>
    <w:p>
      <w:r>
        <w:rPr>
          <w:b/>
        </w:rPr>
        <w:t xml:space="preserve">[34:20] </w:t>
      </w:r>
      <w:r>
        <w:t>The Prophet said, "He never said that, 'Oh I was wrong, I was unaware that it is</w:t>
      </w:r>
    </w:p>
    <w:p>
      <w:pPr>
        <w:jc w:val="right"/>
      </w:pPr>
      <w:r>
        <w:t>دین پرافٹ سیڈ، "ہی نیور سیڈ دیٹ، 'او ائی واز رونگ، ائی واز ان اویئر دیٹ اٹ از</w:t>
      </w:r>
    </w:p>
    <w:p>
      <w:r>
        <w:rPr>
          <w:b/>
        </w:rPr>
        <w:t xml:space="preserve">[34:31] </w:t>
      </w:r>
      <w:r>
        <w:t>a funeral of a Jew, a funeral non-Muslim." He never said like this." He said, "Alaysat nafsa?"</w:t>
      </w:r>
    </w:p>
    <w:p>
      <w:pPr>
        <w:jc w:val="right"/>
      </w:pPr>
      <w:r>
        <w:t>ا فیونرل اف ا جیو، ا فیونرل نان مسلم۔' ہی نیور سیڈ لائک دس۔" ہی سیڈ، "علیست نفسا؟"</w:t>
      </w:r>
    </w:p>
    <w:p>
      <w:r>
        <w:rPr>
          <w:b/>
        </w:rPr>
        <w:t xml:space="preserve">[34:42] </w:t>
      </w:r>
      <w:r>
        <w:t>The Prophet of Islam said, "Alaysat nafsa?"</w:t>
      </w:r>
    </w:p>
    <w:p>
      <w:pPr>
        <w:jc w:val="right"/>
      </w:pPr>
      <w:r>
        <w:t>دا پرافٹ اف اسلام سیڈ، "علیست نفسا؟</w:t>
      </w:r>
    </w:p>
    <w:p>
      <w:r>
        <w:rPr>
          <w:b/>
        </w:rPr>
        <w:t xml:space="preserve">[34:52] </w:t>
      </w:r>
      <w:r>
        <w:t>"Was he not a human being? Was he not a human being?" Here you can see that every</w:t>
      </w:r>
    </w:p>
    <w:p>
      <w:pPr>
        <w:jc w:val="right"/>
      </w:pPr>
      <w:r>
        <w:t>واز ہی ناٹ ا ہیومن بینگ؟ واز ہی ناٹ ا ہیومن بینگ؟" ہیر یو کین سی دیٹ ایوری</w:t>
      </w:r>
    </w:p>
    <w:p>
      <w:r>
        <w:rPr>
          <w:b/>
        </w:rPr>
        <w:t xml:space="preserve">[35:03] </w:t>
      </w:r>
      <w:r>
        <w:t>One is respectable.</w:t>
      </w:r>
    </w:p>
    <w:p>
      <w:pPr>
        <w:jc w:val="right"/>
      </w:pPr>
      <w:r>
        <w:t>ون از ریسپیکٹیبل۔</w:t>
      </w:r>
    </w:p>
    <w:p>
      <w:r>
        <w:rPr>
          <w:b/>
        </w:rPr>
        <w:t xml:space="preserve">[35:14] </w:t>
      </w:r>
      <w:r>
        <w:t>Every Muslim, every non-Muslim, every Jew, every Christian, every Hindu, every Parsi, everyone is respectable.</w:t>
      </w:r>
    </w:p>
    <w:p>
      <w:pPr>
        <w:jc w:val="right"/>
      </w:pPr>
      <w:r>
        <w:t>ایوری مسلم، ایوری نان مسلم، ایوری جیو، ایوری کرسچن، ایوری ہندو، ایوری پارسی، ایوری ون از ریسپیکٹیبل۔</w:t>
      </w:r>
    </w:p>
    <w:p>
      <w:r>
        <w:rPr>
          <w:b/>
        </w:rPr>
        <w:t xml:space="preserve">[35:25] </w:t>
      </w:r>
      <w:r>
        <w:t>every human being is respectable. you have to pay respect. so you see, you know that in a society, in a healthy society, in a healthy society, it is must that everyone must be regarded as a respectable person. every man or w</w:t>
      </w:r>
    </w:p>
    <w:p>
      <w:pPr>
        <w:jc w:val="right"/>
      </w:pPr>
      <w:r>
        <w:t>ایوری ہیومن بینگ از ریسپیکٹیبل۔ یو ہیو ٹو پے ریسپیکٹ۔ سو یو سی، یو نو دیٹ ان ا سوسائٹی، ان ا ہیلدی سوسائٹی، ان ا ہیلدی سوسائٹی، اٹ از مسٹ دیٹ ایوری ون مسٹ بی ریگارڈڈ ایز ا ریسپیکٹیبل پرسن۔ ایوری مین اور و</w:t>
      </w:r>
    </w:p>
    <w:p>
      <w:r>
        <w:rPr>
          <w:b/>
        </w:rPr>
        <w:t xml:space="preserve">[35:55] </w:t>
      </w:r>
      <w:r>
        <w:t>A woman must be regarded as a respectable person.</w:t>
      </w:r>
    </w:p>
    <w:p>
      <w:pPr>
        <w:jc w:val="right"/>
      </w:pPr>
      <w:r>
        <w:t>ومن مسٹ بی ریگارڈڈ ایز ا ریسپیکٹیبل پرسن۔</w:t>
      </w:r>
    </w:p>
    <w:p>
      <w:r>
        <w:rPr>
          <w:b/>
        </w:rPr>
        <w:t xml:space="preserve">[36:06] </w:t>
      </w:r>
      <w:r>
        <w:t>If he is a man, then he is respectable.</w:t>
      </w:r>
    </w:p>
    <w:p>
      <w:pPr>
        <w:jc w:val="right"/>
      </w:pPr>
      <w:r>
        <w:t>اف ہی از ا مین، دین ہی از ریسپیکٹیبل۔</w:t>
      </w:r>
    </w:p>
    <w:p>
      <w:r>
        <w:rPr>
          <w:b/>
        </w:rPr>
        <w:t xml:space="preserve">[36:16] </w:t>
      </w:r>
      <w:r>
        <w:t>You know, the Prophet of Islam performed the Hajj</w:t>
      </w:r>
    </w:p>
    <w:p>
      <w:pPr>
        <w:jc w:val="right"/>
      </w:pPr>
      <w:r>
        <w:t>یو نو، دا پرافٹ اف اسلام پرفارمڈ دی حج</w:t>
      </w:r>
    </w:p>
    <w:p>
      <w:r>
        <w:rPr>
          <w:b/>
        </w:rPr>
        <w:t xml:space="preserve">[36:26] </w:t>
      </w:r>
      <w:r>
        <w:t>Before his death.</w:t>
      </w:r>
    </w:p>
    <w:p>
      <w:pPr>
        <w:jc w:val="right"/>
      </w:pPr>
      <w:r>
        <w:t>بیفور ہز ڈیتھ۔</w:t>
      </w:r>
    </w:p>
    <w:p>
      <w:r>
        <w:rPr>
          <w:b/>
        </w:rPr>
        <w:t xml:space="preserve">[36:32] </w:t>
      </w:r>
      <w:r>
        <w:t>He performed Hajj that is called Hajjatul wida in history.</w:t>
      </w:r>
    </w:p>
    <w:p>
      <w:pPr>
        <w:jc w:val="right"/>
      </w:pPr>
      <w:r>
        <w:t>ہی پرفارمڈ حج دیٹ از کالڈ حجۃ الوداع ان ہسٹری۔</w:t>
      </w:r>
    </w:p>
    <w:p>
      <w:r>
        <w:rPr>
          <w:b/>
        </w:rPr>
        <w:t xml:space="preserve">[36:39] </w:t>
      </w:r>
      <w:r>
        <w:t>Hajjatul wida, it was only two months before his death.</w:t>
      </w:r>
    </w:p>
    <w:p>
      <w:pPr>
        <w:jc w:val="right"/>
      </w:pPr>
      <w:r>
        <w:t>حجۃ الوداع، اٹ واز اونلی ٹو منتھ بیفور ہز ڈیتھ۔</w:t>
      </w:r>
    </w:p>
    <w:p>
      <w:r>
        <w:rPr>
          <w:b/>
        </w:rPr>
        <w:t xml:space="preserve">[36:45] </w:t>
      </w:r>
      <w:r>
        <w:t>So in this Hajj, he addressed the people.</w:t>
      </w:r>
    </w:p>
    <w:p>
      <w:pPr>
        <w:jc w:val="right"/>
      </w:pPr>
      <w:r>
        <w:t>سو ان دس حج، ہی ایڈریسڈ دا پیپل۔</w:t>
      </w:r>
    </w:p>
    <w:p>
      <w:r>
        <w:rPr>
          <w:b/>
        </w:rPr>
        <w:t xml:space="preserve">[36:51] </w:t>
      </w:r>
      <w:r>
        <w:t>There was a large gathering in Arafat.</w:t>
      </w:r>
    </w:p>
    <w:p>
      <w:pPr>
        <w:jc w:val="right"/>
      </w:pPr>
      <w:r>
        <w:t>دیر واز ا لارج گیدرنگ ان عرفات۔</w:t>
      </w:r>
    </w:p>
    <w:p>
      <w:r>
        <w:rPr>
          <w:b/>
        </w:rPr>
        <w:t xml:space="preserve">[36:57] </w:t>
      </w:r>
      <w:r>
        <w:t>Arafat is a vast field near the mountain Arafat.</w:t>
      </w:r>
    </w:p>
    <w:p>
      <w:pPr>
        <w:jc w:val="right"/>
      </w:pPr>
      <w:r>
        <w:t>عرفات از ا واسٹ فیلڈ نیئر دی ماؤنٹن عرفات۔</w:t>
      </w:r>
    </w:p>
    <w:p>
      <w:r>
        <w:rPr>
          <w:b/>
        </w:rPr>
        <w:t xml:space="preserve">[37:08] </w:t>
      </w:r>
      <w:r>
        <w:t>So, Prophet addressed a large gathering over there.</w:t>
      </w:r>
    </w:p>
    <w:p>
      <w:pPr>
        <w:jc w:val="right"/>
      </w:pPr>
      <w:r>
        <w:t>سو پرافٹ ایڈریسڈ ا لارج گیدرنگ اوور دیر۔</w:t>
      </w:r>
    </w:p>
    <w:p>
      <w:r>
        <w:rPr>
          <w:b/>
        </w:rPr>
        <w:t xml:space="preserve">[37:19] </w:t>
      </w:r>
      <w:r>
        <w:t>He said in this sermon, "La fadla li'arabi 'ala 'ajami, wa la li'aswadi 'ala ahmar."</w:t>
      </w:r>
    </w:p>
    <w:p>
      <w:pPr>
        <w:jc w:val="right"/>
      </w:pPr>
      <w:r>
        <w:t>ہی سیڈ ان دس سرمن، "لا فضلہ لعربی العجمین، ولا الاسود علی احمر۔"</w:t>
      </w:r>
    </w:p>
    <w:p>
      <w:r>
        <w:rPr>
          <w:b/>
        </w:rPr>
        <w:t xml:space="preserve">[37:29] </w:t>
      </w:r>
      <w:r>
        <w:t>He said that there is no superiority.</w:t>
      </w:r>
    </w:p>
    <w:p>
      <w:pPr>
        <w:jc w:val="right"/>
      </w:pPr>
      <w:r>
        <w:t>ہی سیڈ دیٹ دیر از نو سپیریٹی۔</w:t>
      </w:r>
    </w:p>
    <w:p>
      <w:r>
        <w:rPr>
          <w:b/>
        </w:rPr>
        <w:t xml:space="preserve">[37:37] </w:t>
      </w:r>
      <w:r>
        <w:t>Arabs are not superior in non-Arabs, and also whites are not superior.</w:t>
      </w:r>
    </w:p>
    <w:p>
      <w:pPr>
        <w:jc w:val="right"/>
      </w:pPr>
      <w:r>
        <w:t>عرب ار ناٹ سپیئر ان نان عربس، اینڈ السو وائٹس ار ناٹ سپیئر۔</w:t>
      </w:r>
    </w:p>
    <w:p>
      <w:r>
        <w:rPr>
          <w:b/>
        </w:rPr>
        <w:t xml:space="preserve">[37:44] </w:t>
      </w:r>
      <w:r>
        <w:t>Whites are also not spare upon blacks.</w:t>
      </w:r>
    </w:p>
    <w:p>
      <w:pPr>
        <w:jc w:val="right"/>
      </w:pPr>
      <w:r>
        <w:t>وائٹس ار السو ناٹ سپیئر اپون بلیکس۔</w:t>
      </w:r>
    </w:p>
    <w:p>
      <w:r>
        <w:rPr>
          <w:b/>
        </w:rPr>
        <w:t xml:space="preserve">[37:52] </w:t>
      </w:r>
      <w:r>
        <w:t>la fazula la</w:t>
      </w:r>
    </w:p>
    <w:p>
      <w:pPr>
        <w:jc w:val="right"/>
      </w:pPr>
      <w:r>
        <w:t>لا فضلہ لع</w:t>
      </w:r>
    </w:p>
    <w:p>
      <w:r>
        <w:rPr>
          <w:b/>
        </w:rPr>
        <w:t xml:space="preserve">[38:00] </w:t>
      </w:r>
      <w:r>
        <w:t>Rabb al-Ajamayn, wa la al-aswad ala ahmar.</w:t>
      </w:r>
    </w:p>
    <w:p>
      <w:pPr>
        <w:jc w:val="right"/>
      </w:pPr>
      <w:r>
        <w:t>ربی العجمین، ولا الاسود علی احمر۔</w:t>
      </w:r>
    </w:p>
    <w:p>
      <w:r>
        <w:rPr>
          <w:b/>
        </w:rPr>
        <w:t xml:space="preserve">[38:04] </w:t>
      </w:r>
      <w:r>
        <w:t>There is no superiority for Arab.</w:t>
      </w:r>
    </w:p>
    <w:p>
      <w:pPr>
        <w:jc w:val="right"/>
      </w:pPr>
      <w:r>
        <w:t>دیر از نو سپیریٹی فار عرب۔</w:t>
      </w:r>
    </w:p>
    <w:p>
      <w:r>
        <w:rPr>
          <w:b/>
        </w:rPr>
        <w:t xml:space="preserve">[38:08] </w:t>
      </w:r>
      <w:r>
        <w:t>There is no superiority for white people.</w:t>
      </w:r>
    </w:p>
    <w:p>
      <w:pPr>
        <w:jc w:val="right"/>
      </w:pPr>
      <w:r>
        <w:t>دیر از نو سپیریٹی فار وائٹ پیپل۔</w:t>
      </w:r>
    </w:p>
    <w:p>
      <w:r>
        <w:rPr>
          <w:b/>
        </w:rPr>
        <w:t xml:space="preserve">[38:12] </w:t>
      </w:r>
      <w:r>
        <w:t>There is no superiority for kings.</w:t>
      </w:r>
    </w:p>
    <w:p>
      <w:pPr>
        <w:jc w:val="right"/>
      </w:pPr>
      <w:r>
        <w:t>دیر از نو سپیریٹی فار کنگز۔</w:t>
      </w:r>
    </w:p>
    <w:p>
      <w:r>
        <w:rPr>
          <w:b/>
        </w:rPr>
        <w:t xml:space="preserve">[38:17] </w:t>
      </w:r>
      <w:r>
        <w:t>There is no superiority for wealthy people.</w:t>
      </w:r>
    </w:p>
    <w:p>
      <w:pPr>
        <w:jc w:val="right"/>
      </w:pPr>
      <w:r>
        <w:t>دیر از نو سپیریٹی فار ولدی پیپل۔</w:t>
      </w:r>
    </w:p>
    <w:p>
      <w:r>
        <w:rPr>
          <w:b/>
        </w:rPr>
        <w:t xml:space="preserve">[38:21] </w:t>
      </w:r>
      <w:r>
        <w:t>No, everyone is respectable.</w:t>
      </w:r>
    </w:p>
    <w:p>
      <w:pPr>
        <w:jc w:val="right"/>
      </w:pPr>
      <w:r>
        <w:t>نو، ایوری ون از ریسپیکٹیبل۔</w:t>
      </w:r>
    </w:p>
    <w:p>
      <w:r>
        <w:rPr>
          <w:b/>
        </w:rPr>
        <w:t xml:space="preserve">[38:25] </w:t>
      </w:r>
      <w:r>
        <w:t>Everyone is respectable. Are</w:t>
      </w:r>
    </w:p>
    <w:p>
      <w:pPr>
        <w:jc w:val="right"/>
      </w:pPr>
      <w:r>
        <w:t>ایوری ون از ریسپیکٹیبل۔ ار</w:t>
      </w:r>
    </w:p>
    <w:p>
      <w:r>
        <w:rPr>
          <w:b/>
        </w:rPr>
        <w:t xml:space="preserve">[38:30] </w:t>
      </w:r>
      <w:r>
        <w:t>e respective his creed, his race, his creed, his color, his culture, his religion. are respective all these things. he is respectable. if he is a man, then he is respectable. this is the base of philanthropy. is the base of moral behavior. when you feel</w:t>
      </w:r>
    </w:p>
    <w:p>
      <w:pPr>
        <w:jc w:val="right"/>
      </w:pPr>
      <w:r>
        <w:t>ریسپیکٹیو ہز کریڈ، ہز رنگ، ہز کریڈ، ہز کلر، ہز کلچر، ہز ریلیجن۔ ار ریسپیکٹیو ال دیز تھنگز۔ ہی از ریسپیکٹیبل۔ اف ہی از ا مین، دین ہی از ریسپیکٹیبل۔ دس از دا بیس اف فیلینتھراپی۔ از دا بیس اف مورل بیہیویئر۔ وین یو فیل</w:t>
      </w:r>
    </w:p>
    <w:p>
      <w:r>
        <w:rPr>
          <w:b/>
        </w:rPr>
        <w:t xml:space="preserve">[39:00] </w:t>
      </w:r>
      <w:r>
        <w:t>that all men and women are equal, then this thinking or this statement compels you to be to</w:t>
      </w:r>
    </w:p>
    <w:p>
      <w:pPr>
        <w:jc w:val="right"/>
      </w:pPr>
      <w:r>
        <w:t>دیٹ ال مین اینڈ وومن ار ایکول، دین دس تھنکنگ اور دس سیٹمنٹ کمپلز یو ٹو بی ٹو</w:t>
      </w:r>
    </w:p>
    <w:p>
      <w:r>
        <w:rPr>
          <w:b/>
        </w:rPr>
        <w:t xml:space="preserve">[39:07] </w:t>
      </w:r>
      <w:r>
        <w:t>Treat people as an equal.</w:t>
      </w:r>
    </w:p>
    <w:p>
      <w:pPr>
        <w:jc w:val="right"/>
      </w:pPr>
      <w:r>
        <w:t>ٹریٹ پیپل ایز این ایکول۔</w:t>
      </w:r>
    </w:p>
    <w:p>
      <w:r>
        <w:rPr>
          <w:b/>
        </w:rPr>
        <w:t xml:space="preserve">[39:15] </w:t>
      </w:r>
      <w:r>
        <w:t>Equality is the basic of Islamic teachings.</w:t>
      </w:r>
    </w:p>
    <w:p>
      <w:pPr>
        <w:jc w:val="right"/>
      </w:pPr>
      <w:r>
        <w:t>ایکولٹی از دا بیسک اف اسلامک ٹیچنگز۔</w:t>
      </w:r>
    </w:p>
    <w:p>
      <w:r>
        <w:rPr>
          <w:b/>
        </w:rPr>
        <w:t xml:space="preserve">[39:22] </w:t>
      </w:r>
      <w:r>
        <w:t>The Prophet of Islam used to rise early.</w:t>
      </w:r>
    </w:p>
    <w:p>
      <w:pPr>
        <w:jc w:val="right"/>
      </w:pPr>
      <w:r>
        <w:t>دا پرافٹ اف اسلام یوز ٹو رائز ار</w:t>
      </w:r>
    </w:p>
    <w:p>
      <w:r>
        <w:rPr>
          <w:b/>
        </w:rPr>
        <w:t xml:space="preserve">[39:30] </w:t>
      </w:r>
      <w:r>
        <w:t>ly in the morning, and after morning prayer, he used to say, "allahu mashhadan ala al-ibad kullu ikhwa." O God, I bear witness that all men or women are equal. All are sisters and brothers.</w:t>
      </w:r>
    </w:p>
    <w:p>
      <w:pPr>
        <w:jc w:val="right"/>
      </w:pPr>
      <w:r>
        <w:t>لی ان دا مارننگ، اینڈ افٹر مارننگ پریر، ہی یوز ٹو سے، "اللہ مشہد ان العباد کل اخوا۔" او گاڈ، ائی بیئر وٹنس دیٹ ال مین اور وومن ار ایکول۔ ال ار سسٹرز اینڈ براد</w:t>
      </w:r>
    </w:p>
    <w:p>
      <w:r>
        <w:rPr>
          <w:b/>
        </w:rPr>
        <w:t xml:space="preserve">[40:00] </w:t>
      </w:r>
      <w:r>
        <w:t>relates to each other.</w:t>
      </w:r>
    </w:p>
    <w:p>
      <w:pPr>
        <w:jc w:val="right"/>
      </w:pPr>
      <w:r>
        <w:t>رز ٹو ایچ ادر۔</w:t>
      </w:r>
    </w:p>
    <w:p>
      <w:r>
        <w:rPr>
          <w:b/>
        </w:rPr>
        <w:t xml:space="preserve">[40:06] </w:t>
      </w:r>
      <w:r>
        <w:t>This was not only a sermon.</w:t>
      </w:r>
    </w:p>
    <w:p>
      <w:pPr>
        <w:jc w:val="right"/>
      </w:pPr>
      <w:r>
        <w:t>دس واز ناٹ اونلی ا سرمن۔</w:t>
      </w:r>
    </w:p>
    <w:p>
      <w:r>
        <w:rPr>
          <w:b/>
        </w:rPr>
        <w:t xml:space="preserve">[40:12] </w:t>
      </w:r>
      <w:r>
        <w:t>This was a declaration by the head of the state.</w:t>
      </w:r>
    </w:p>
    <w:p>
      <w:pPr>
        <w:jc w:val="right"/>
      </w:pPr>
      <w:r>
        <w:t>دس واز ا ڈیکلیریشن بائی دا ہیڈ اف دا سٹیٹ۔</w:t>
      </w:r>
    </w:p>
    <w:p>
      <w:r>
        <w:rPr>
          <w:b/>
        </w:rPr>
        <w:t xml:space="preserve">[40:18] </w:t>
      </w:r>
      <w:r>
        <w:t>At that time, at that time, Prophet was the head of the state, and as a head of</w:t>
      </w:r>
    </w:p>
    <w:p>
      <w:pPr>
        <w:jc w:val="right"/>
      </w:pPr>
      <w:r>
        <w:t>ایٹ دیٹ ٹائم، ایٹ دیٹ ٹائم، پرافٹ واز دا ہیڈ اف دا سٹیٹ، اینڈ ایز ا ہیڈ اف</w:t>
      </w:r>
    </w:p>
    <w:p>
      <w:r>
        <w:rPr>
          <w:b/>
        </w:rPr>
        <w:t xml:space="preserve">[40:24] </w:t>
      </w:r>
      <w:r>
        <w:t>The state, he declared, he declared that everyone</w:t>
      </w:r>
    </w:p>
    <w:p>
      <w:pPr>
        <w:jc w:val="right"/>
      </w:pPr>
      <w:r>
        <w:t>دا سٹیٹ، ہی ڈیکلیئرڈ، ہی ڈیکلیئرڈ دیٹ ایوری ون</w:t>
      </w:r>
    </w:p>
    <w:p>
      <w:r>
        <w:rPr>
          <w:b/>
        </w:rPr>
        <w:t xml:space="preserve">[40:30] </w:t>
      </w:r>
      <w:r>
        <w:t>is equal.</w:t>
      </w:r>
    </w:p>
    <w:p>
      <w:pPr>
        <w:jc w:val="right"/>
      </w:pPr>
      <w:r>
        <w:t>از ایکول۔</w:t>
      </w:r>
    </w:p>
    <w:p>
      <w:r>
        <w:rPr>
          <w:b/>
        </w:rPr>
        <w:t xml:space="preserve">[40:36] </w:t>
      </w:r>
      <w:r>
        <w:t>This feature of Islam is recognized by all scholars, all historians.</w:t>
      </w:r>
    </w:p>
    <w:p>
      <w:pPr>
        <w:jc w:val="right"/>
      </w:pPr>
      <w:r>
        <w:t>دس فیچر اف اسلام از ریکگنائزڈ بائی ال سکالرز، ال ہسٹورینز۔</w:t>
      </w:r>
    </w:p>
    <w:p>
      <w:r>
        <w:rPr>
          <w:b/>
        </w:rPr>
        <w:t xml:space="preserve">[40:42] </w:t>
      </w:r>
      <w:r>
        <w:t>So, obviously, that all scholars have admitted it.</w:t>
      </w:r>
    </w:p>
    <w:p>
      <w:pPr>
        <w:jc w:val="right"/>
      </w:pPr>
      <w:r>
        <w:t>سو اویس دیٹ ال سکالرز ہیو ایڈمیٹڈ اٹ۔</w:t>
      </w:r>
    </w:p>
    <w:p>
      <w:r>
        <w:rPr>
          <w:b/>
        </w:rPr>
        <w:t xml:space="preserve">[40:48] </w:t>
      </w:r>
      <w:r>
        <w:t>Here I would like to say that, I like to quote one reference.</w:t>
      </w:r>
    </w:p>
    <w:p>
      <w:pPr>
        <w:jc w:val="right"/>
      </w:pPr>
      <w:r>
        <w:t>ہیر ائی وڈ لائک ٹو سے دیٹ، ائی لائک ٹو کوٹ ون ریفرنس۔</w:t>
      </w:r>
    </w:p>
    <w:p>
      <w:r>
        <w:rPr>
          <w:b/>
        </w:rPr>
        <w:t xml:space="preserve">[40:54] </w:t>
      </w:r>
      <w:r>
        <w:t>Swami Vivekananda was</w:t>
      </w:r>
    </w:p>
    <w:p>
      <w:pPr>
        <w:jc w:val="right"/>
      </w:pPr>
      <w:r>
        <w:t>سوامی بیوکانندہ واز</w:t>
      </w:r>
    </w:p>
    <w:p>
      <w:r>
        <w:rPr>
          <w:b/>
        </w:rPr>
        <w:t xml:space="preserve">[41:00] </w:t>
      </w:r>
      <w:r>
        <w:t>a great scholar of India.</w:t>
      </w:r>
    </w:p>
    <w:p>
      <w:pPr>
        <w:jc w:val="right"/>
      </w:pPr>
      <w:r>
        <w:t>ا گریٹ سکالر اف انڈیا۔</w:t>
      </w:r>
    </w:p>
    <w:p>
      <w:r>
        <w:rPr>
          <w:b/>
        </w:rPr>
        <w:t xml:space="preserve">[41:06] </w:t>
      </w:r>
      <w:r>
        <w:t>He was a great son of India.</w:t>
      </w:r>
    </w:p>
    <w:p>
      <w:pPr>
        <w:jc w:val="right"/>
      </w:pPr>
      <w:r>
        <w:t>ہی واز ا گریٹ سن اف انڈیا۔</w:t>
      </w:r>
    </w:p>
    <w:p>
      <w:r>
        <w:rPr>
          <w:b/>
        </w:rPr>
        <w:t xml:space="preserve">[41:12] </w:t>
      </w:r>
      <w:r>
        <w:t>He was authority in Hinduism.</w:t>
      </w:r>
    </w:p>
    <w:p>
      <w:pPr>
        <w:jc w:val="right"/>
      </w:pPr>
      <w:r>
        <w:t>ہی واز اتھارٹی ان ہندوازم۔</w:t>
      </w:r>
    </w:p>
    <w:p>
      <w:r>
        <w:rPr>
          <w:b/>
        </w:rPr>
        <w:t xml:space="preserve">[41:19] </w:t>
      </w:r>
      <w:r>
        <w:t>Swami Vivekananda writes in one of his letters that discussing this problem, the problem of equality, he says</w:t>
      </w:r>
    </w:p>
    <w:p>
      <w:pPr>
        <w:jc w:val="right"/>
      </w:pPr>
      <w:r>
        <w:t>سو سوامی بیوکانند رائٹس ان ون اف ہز لیٹرز دیٹ ڈسکسنگ دس پرابلم، پرابلم اف ایکولٹی، ہی سیز</w:t>
      </w:r>
    </w:p>
    <w:p>
      <w:r>
        <w:rPr>
          <w:b/>
        </w:rPr>
        <w:t xml:space="preserve">[41:25] </w:t>
      </w:r>
      <w:r>
        <w:t>in his letter</w:t>
      </w:r>
    </w:p>
    <w:p>
      <w:pPr>
        <w:jc w:val="right"/>
      </w:pPr>
      <w:r>
        <w:t>ان ہز لیٹر</w:t>
      </w:r>
    </w:p>
    <w:p>
      <w:r>
        <w:rPr>
          <w:b/>
        </w:rPr>
        <w:t xml:space="preserve">[41:31] </w:t>
      </w:r>
      <w:r>
        <w:t>that if ever any religion, if ever any religion approach to this equality, it is Islam and Islam alone.</w:t>
      </w:r>
    </w:p>
    <w:p>
      <w:pPr>
        <w:jc w:val="right"/>
      </w:pPr>
      <w:r>
        <w:t>دیٹ اف ایور اینی ریلیجن، اف ایور اینی ریلیجن اپروچ ٹو دس ایکولٹی، اٹ از اسلام اینڈ اسلام الون۔</w:t>
      </w:r>
    </w:p>
    <w:p>
      <w:r>
        <w:rPr>
          <w:b/>
        </w:rPr>
        <w:t xml:space="preserve">[41:46] </w:t>
      </w:r>
      <w:r>
        <w:t>یہ وردی کا اف سوامی بیوکانندہ، if ever any religion approach to this equality, it is Islam and Islam alone</w:t>
      </w:r>
    </w:p>
    <w:p>
      <w:pPr>
        <w:jc w:val="right"/>
      </w:pPr>
      <w:r>
        <w:t>یہ وردی کا اف سوامی بیوکانندہ، اف ایور اینی ریلیجن اپروچ ٹو دس ایکولٹی، اٹ از اسلام اینڈ اسلام الون</w:t>
      </w:r>
    </w:p>
    <w:p>
      <w:r>
        <w:rPr>
          <w:b/>
        </w:rPr>
        <w:t xml:space="preserve">[42:01] </w:t>
      </w:r>
      <w:r>
        <w:t>. So equality is the, is the, is the basis of Islamic moral system. Islamic moral system. So if you read Quran and if you read Hadith, you will find hundred</w:t>
      </w:r>
    </w:p>
    <w:p>
      <w:pPr>
        <w:jc w:val="right"/>
      </w:pPr>
      <w:r>
        <w:t>۔ سو ایکولٹی از دا، از دا، از دا بیسس اف اسلامک مورل سسٹم۔ اسلامک مورل سسٹم۔ سو اف یو ریڈ قران اینڈ اف یو ریڈ حدیث، یو ویل فائنڈ ہنڈرڈ</w:t>
      </w:r>
    </w:p>
    <w:p>
      <w:r>
        <w:rPr>
          <w:b/>
        </w:rPr>
        <w:t xml:space="preserve">[42:31] </w:t>
      </w:r>
      <w:r>
        <w:t>and hundred verses and sayings in this regard.</w:t>
      </w:r>
    </w:p>
    <w:p>
      <w:pPr>
        <w:jc w:val="right"/>
      </w:pPr>
      <w:r>
        <w:t>اینڈ ہنڈرڈ ورسز اینڈ سینگز ان دس ریگارڈ۔</w:t>
      </w:r>
    </w:p>
    <w:p>
      <w:r>
        <w:rPr>
          <w:b/>
        </w:rPr>
        <w:t xml:space="preserve">[42:46] </w:t>
      </w:r>
      <w:r>
        <w:t>Prophet of Islam has said that, "Wallahi la yumin, Wallahi la yumin, Wallahi la yumin alladhi la ya'manu jaruh,"</w:t>
      </w:r>
    </w:p>
    <w:p>
      <w:pPr>
        <w:jc w:val="right"/>
      </w:pPr>
      <w:r>
        <w:t>پرافٹ اف اسلام ہیز سیڈ دیٹ، "واللہ لا یومن، واللہ لا یومن، واللہ لا یومن الذی لا یامن جارہ،</w:t>
      </w:r>
    </w:p>
    <w:p>
      <w:r>
        <w:rPr>
          <w:b/>
        </w:rPr>
        <w:t xml:space="preserve">[43:01] </w:t>
      </w:r>
      <w:r>
        <w:t>الذی لا یامن جارہ بواقہ۔" It means that he is not a true believer.</w:t>
      </w:r>
    </w:p>
    <w:p>
      <w:pPr>
        <w:jc w:val="right"/>
      </w:pPr>
      <w:r>
        <w:t>الذی لا یامن جارہ بواقہ۔" اٹ مینز دیٹ ہی از ناٹ ا ٹرو بیلیور۔</w:t>
      </w:r>
    </w:p>
    <w:p>
      <w:r>
        <w:rPr>
          <w:b/>
        </w:rPr>
        <w:t xml:space="preserve">[43:07] </w:t>
      </w:r>
      <w:r>
        <w:t>He repeated this sentence three times.</w:t>
      </w:r>
    </w:p>
    <w:p>
      <w:pPr>
        <w:jc w:val="right"/>
      </w:pPr>
      <w:r>
        <w:t>ہی ریپیٹڈ دس سینٹنس تھری ٹائمز۔</w:t>
      </w:r>
    </w:p>
    <w:p>
      <w:r>
        <w:rPr>
          <w:b/>
        </w:rPr>
        <w:t xml:space="preserve">[43:13] </w:t>
      </w:r>
      <w:r>
        <w:t>He is not a true believer.</w:t>
      </w:r>
    </w:p>
    <w:p>
      <w:pPr>
        <w:jc w:val="right"/>
      </w:pPr>
      <w:r>
        <w:t>ہی از ناٹ ا ٹرو بیلیور۔</w:t>
      </w:r>
    </w:p>
    <w:p>
      <w:r>
        <w:rPr>
          <w:b/>
        </w:rPr>
        <w:t xml:space="preserve">[43:19] </w:t>
      </w:r>
      <w:r>
        <w:t>He is not a true believer.</w:t>
      </w:r>
    </w:p>
    <w:p>
      <w:pPr>
        <w:jc w:val="right"/>
      </w:pPr>
      <w:r>
        <w:t>ہی از ناٹ ا ٹرو بیلیور۔</w:t>
      </w:r>
    </w:p>
    <w:p>
      <w:r>
        <w:rPr>
          <w:b/>
        </w:rPr>
        <w:t xml:space="preserve">[43:25] </w:t>
      </w:r>
      <w:r>
        <w:t>He is not a true believer who creates problem for other.</w:t>
      </w:r>
    </w:p>
    <w:p>
      <w:pPr>
        <w:jc w:val="right"/>
      </w:pPr>
      <w:r>
        <w:t>ہی از ناٹ ا ٹرو بیلیور ہو کریٹس پرابلم فار ادر۔</w:t>
      </w:r>
    </w:p>
    <w:p>
      <w:r>
        <w:rPr>
          <w:b/>
        </w:rPr>
        <w:t xml:space="preserve">[43:31] </w:t>
      </w:r>
      <w:r>
        <w:t>who creates problem for other.</w:t>
      </w:r>
    </w:p>
    <w:p>
      <w:pPr>
        <w:jc w:val="right"/>
      </w:pPr>
      <w:r>
        <w:t>ہو کریٹس پرابلم فار ادر۔</w:t>
      </w:r>
    </w:p>
    <w:p>
      <w:r>
        <w:rPr>
          <w:b/>
        </w:rPr>
        <w:t xml:space="preserve">[43:39] </w:t>
      </w:r>
      <w:r>
        <w:t>It means that if you are living in a society and you create problem for other members of</w:t>
      </w:r>
    </w:p>
    <w:p>
      <w:pPr>
        <w:jc w:val="right"/>
      </w:pPr>
      <w:r>
        <w:t>اٹ مینز دیٹ اف یو ار لیونگ ان ا سوسائٹی اینڈ یو کریٹ پرابلم فار ادر ممبرز اف</w:t>
      </w:r>
    </w:p>
    <w:p>
      <w:r>
        <w:rPr>
          <w:b/>
        </w:rPr>
        <w:t xml:space="preserve">[43:47] </w:t>
      </w:r>
      <w:r>
        <w:t>society, you are not a believer, you are not a Muslim.</w:t>
      </w:r>
    </w:p>
    <w:p>
      <w:pPr>
        <w:jc w:val="right"/>
      </w:pPr>
      <w:r>
        <w:t>سوسائٹی، یو ار ناٹ ا بیلیور، یو ار ناٹ ا مسلم۔</w:t>
      </w:r>
    </w:p>
    <w:p>
      <w:r>
        <w:rPr>
          <w:b/>
        </w:rPr>
        <w:t xml:space="preserve">[43:55] </w:t>
      </w:r>
      <w:r>
        <w:t>So according to Islamic teachings, every believer must live</w:t>
      </w:r>
    </w:p>
    <w:p>
      <w:pPr>
        <w:jc w:val="right"/>
      </w:pPr>
      <w:r>
        <w:t>سو اکارڈنگ ٹو اسلامک ٹیچنگز، ایوری بیلیور مسٹ لیو</w:t>
      </w:r>
    </w:p>
    <w:p>
      <w:r>
        <w:rPr>
          <w:b/>
        </w:rPr>
        <w:t xml:space="preserve">[44:03] </w:t>
      </w:r>
      <w:r>
        <w:t>in society as a no problem person, as a no problem person, as a harmless person.</w:t>
      </w:r>
    </w:p>
    <w:p>
      <w:pPr>
        <w:jc w:val="right"/>
      </w:pPr>
      <w:r>
        <w:t>ان سوسائٹی ایز ا نو پرابلم پرسن، ایز ا نو پرابلم پرسن، ایز ا ہارملیس پرسن۔</w:t>
      </w:r>
    </w:p>
    <w:p>
      <w:r>
        <w:rPr>
          <w:b/>
        </w:rPr>
        <w:t xml:space="preserve">[44:13] </w:t>
      </w:r>
      <w:r>
        <w:t>Every believer must live in society as a harmless person.</w:t>
      </w:r>
    </w:p>
    <w:p>
      <w:pPr>
        <w:jc w:val="right"/>
      </w:pPr>
      <w:r>
        <w:t>ایوری بیلیور مسٹ لیو ان سوسائٹی ایز ا ہارملیس پرسن۔</w:t>
      </w:r>
    </w:p>
    <w:p>
      <w:r>
        <w:rPr>
          <w:b/>
        </w:rPr>
        <w:t xml:space="preserve">[44:23] </w:t>
      </w:r>
      <w:r>
        <w:t>harmless person, you are not allowed to create problems for others.</w:t>
      </w:r>
    </w:p>
    <w:p>
      <w:pPr>
        <w:jc w:val="right"/>
      </w:pPr>
      <w:r>
        <w:t>ہارملیس پرسن، یو ار ناٹ الاؤڈ ٹو کریٹ پرابلمز فار ادر۔</w:t>
      </w:r>
    </w:p>
    <w:p>
      <w:r>
        <w:rPr>
          <w:b/>
        </w:rPr>
        <w:t xml:space="preserve">[44:34] </w:t>
      </w:r>
      <w:r>
        <w:t>any kind of problem, you are not allowed to create any problem, any kind of problem for other,</w:t>
      </w:r>
    </w:p>
    <w:p>
      <w:pPr>
        <w:jc w:val="right"/>
      </w:pPr>
      <w:r>
        <w:t>اینی کائنڈ اف پرابلم، یو ار ناٹ الاؤڈ ٹو کریٹ اینی پرابلم، اینی کائنڈ اف پرابلم فار ادر،</w:t>
      </w:r>
    </w:p>
    <w:p>
      <w:r>
        <w:rPr>
          <w:b/>
        </w:rPr>
        <w:t xml:space="preserve">[44:41] </w:t>
      </w:r>
      <w:r>
        <w:t>for other members of the society.</w:t>
      </w:r>
    </w:p>
    <w:p>
      <w:pPr>
        <w:jc w:val="right"/>
      </w:pPr>
      <w:r>
        <w:t>فار ادر ممبرز اف دا سوسائٹی۔</w:t>
      </w:r>
    </w:p>
    <w:p>
      <w:r>
        <w:rPr>
          <w:b/>
        </w:rPr>
        <w:t xml:space="preserve">[44:49] </w:t>
      </w:r>
      <w:r>
        <w:t>It is a true philanthropy in Islam.</w:t>
      </w:r>
    </w:p>
    <w:p>
      <w:pPr>
        <w:jc w:val="right"/>
      </w:pPr>
      <w:r>
        <w:t>اٹ از ا ٹرو فیلینتھراپی ان اسلام۔</w:t>
      </w:r>
    </w:p>
    <w:p>
      <w:r>
        <w:rPr>
          <w:b/>
        </w:rPr>
        <w:t xml:space="preserve">[44:56] </w:t>
      </w:r>
      <w:r>
        <w:t>I would here, I would like to quote two different verses, one from Hadith, one from</w:t>
      </w:r>
    </w:p>
    <w:p>
      <w:pPr>
        <w:jc w:val="right"/>
      </w:pPr>
      <w:r>
        <w:t>ائی وڈ ہیر، ائی وڈ لائک ٹو کوٹ ٹو ڈفرنٹ ورسز، ون فرام حدیث، ون فر</w:t>
      </w:r>
    </w:p>
    <w:p>
      <w:r>
        <w:rPr>
          <w:b/>
        </w:rPr>
        <w:t xml:space="preserve">[45:04] </w:t>
      </w:r>
      <w:r>
        <w:t>Umm Quran.</w:t>
      </w:r>
    </w:p>
    <w:p>
      <w:pPr>
        <w:jc w:val="right"/>
      </w:pPr>
      <w:r>
        <w:t>ام قران۔</w:t>
      </w:r>
    </w:p>
    <w:p>
      <w:r>
        <w:rPr>
          <w:b/>
        </w:rPr>
        <w:t xml:space="preserve">[45:14] </w:t>
      </w:r>
      <w:r>
        <w:t>Quran says that, "Wa anzalnal hadida fihi basun shadidun wa manafi'u lin nas." Here Quran refers iron in this, in this Quranic verse.</w:t>
      </w:r>
    </w:p>
    <w:p>
      <w:pPr>
        <w:jc w:val="right"/>
      </w:pPr>
      <w:r>
        <w:t>قران سیز دیٹ، "وان الحدیث فی عباس شدید منافع الناس۔" ہیر قران ریفرز ائرن ان دس، ان دس قرانک ورس۔</w:t>
      </w:r>
    </w:p>
    <w:p>
      <w:r>
        <w:rPr>
          <w:b/>
        </w:rPr>
        <w:t xml:space="preserve">[45:25] </w:t>
      </w:r>
      <w:r>
        <w:t>Quran refers iron as a, as a model for character</w:t>
      </w:r>
    </w:p>
    <w:p>
      <w:pPr>
        <w:jc w:val="right"/>
      </w:pPr>
      <w:r>
        <w:t>قران ریفرز ائرن ایز ا، ایز ا ماڈل فار کریکٹر</w:t>
      </w:r>
    </w:p>
    <w:p>
      <w:r>
        <w:rPr>
          <w:b/>
        </w:rPr>
        <w:t xml:space="preserve">[45:36] </w:t>
      </w:r>
      <w:r>
        <w:t>.</w:t>
      </w:r>
    </w:p>
    <w:p>
      <w:pPr>
        <w:jc w:val="right"/>
      </w:pPr>
      <w:r>
        <w:t>۔</w:t>
      </w:r>
    </w:p>
    <w:p>
      <w:r>
        <w:rPr>
          <w:b/>
        </w:rPr>
        <w:t xml:space="preserve">[45:44] </w:t>
      </w:r>
      <w:r>
        <w:t>As a model for character, it means that be strong in your character like iron.</w:t>
      </w:r>
    </w:p>
    <w:p>
      <w:pPr>
        <w:jc w:val="right"/>
      </w:pPr>
      <w:r>
        <w:t>ایز ا ماڈل فار کریکٹر، اٹ مینز دیٹ بی سٹرونگ ان یور کریکٹر لائک ائرن۔</w:t>
      </w:r>
    </w:p>
    <w:p>
      <w:r>
        <w:rPr>
          <w:b/>
        </w:rPr>
        <w:t xml:space="preserve">[45:51] </w:t>
      </w:r>
      <w:r>
        <w:t>Be strong in your character like iron.</w:t>
      </w:r>
    </w:p>
    <w:p>
      <w:pPr>
        <w:jc w:val="right"/>
      </w:pPr>
      <w:r>
        <w:t>بی سٹرونگ ان یور کریکٹر لائک ائرن۔</w:t>
      </w:r>
    </w:p>
    <w:p>
      <w:r>
        <w:rPr>
          <w:b/>
        </w:rPr>
        <w:t xml:space="preserve">[45:59] </w:t>
      </w:r>
      <w:r>
        <w:t>"wan al-hadith fi abbas shadeed." So in in this world,</w:t>
      </w:r>
    </w:p>
    <w:p>
      <w:pPr>
        <w:jc w:val="right"/>
      </w:pPr>
      <w:r>
        <w:t>"وان الحدیث فی عباس شدید۔" سو ان ان دس ورلڈ،</w:t>
      </w:r>
    </w:p>
    <w:p>
      <w:r>
        <w:rPr>
          <w:b/>
        </w:rPr>
        <w:t xml:space="preserve">[46:07] </w:t>
      </w:r>
      <w:r>
        <w:t>Is in this world, God has set some models for our character.</w:t>
      </w:r>
    </w:p>
    <w:p>
      <w:pPr>
        <w:jc w:val="right"/>
      </w:pPr>
      <w:r>
        <w:t>اس ان دس ورلڈ، گاڈ ہیز سیٹ سم ماڈلز فار اور کریکٹر۔</w:t>
      </w:r>
    </w:p>
    <w:p>
      <w:r>
        <w:rPr>
          <w:b/>
        </w:rPr>
        <w:t xml:space="preserve">[46:17] </w:t>
      </w:r>
      <w:r>
        <w:t>So, iron is a model for strong character.</w:t>
      </w:r>
    </w:p>
    <w:p>
      <w:pPr>
        <w:jc w:val="right"/>
      </w:pPr>
      <w:r>
        <w:t>سو ائرن از ا ماڈل فار سٹرونگ کریکٹر۔</w:t>
      </w:r>
    </w:p>
    <w:p>
      <w:r>
        <w:rPr>
          <w:b/>
        </w:rPr>
        <w:t xml:space="preserve">[46:27] </w:t>
      </w:r>
      <w:r>
        <w:t>دین دیر از حدیث، "مثل مومن کمثل الخامہ۔" The believer is like a tender plant.</w:t>
      </w:r>
    </w:p>
    <w:p>
      <w:pPr>
        <w:jc w:val="right"/>
      </w:pPr>
      <w:r>
        <w:t>دین دیر از حدیث، "مثل مومن کمثل الخامہ۔" بیلیور از لائک ا ٹینڈر پلانٹ۔</w:t>
      </w:r>
    </w:p>
    <w:p>
      <w:r>
        <w:rPr>
          <w:b/>
        </w:rPr>
        <w:t xml:space="preserve">[46:38] </w:t>
      </w:r>
      <w:r>
        <w:t>"مثل مومن کمثل الخامہ۔" Momin is a, is like a tender plant.</w:t>
      </w:r>
    </w:p>
    <w:p>
      <w:pPr>
        <w:jc w:val="right"/>
      </w:pPr>
      <w:r>
        <w:t>"مثل مومن کمثل الخامہ۔" مومن از ا، از لائک ا ٹینڈر پلانٹ۔</w:t>
      </w:r>
    </w:p>
    <w:p>
      <w:r>
        <w:rPr>
          <w:b/>
        </w:rPr>
        <w:t xml:space="preserve">[46:46] </w:t>
      </w:r>
      <w:r>
        <w:t>Here you can see that at one side, a Momin must be strong like an iron, like a, like</w:t>
      </w:r>
    </w:p>
    <w:p>
      <w:pPr>
        <w:jc w:val="right"/>
      </w:pPr>
      <w:r>
        <w:t>ہیر یو کین سی دیٹ ایٹ ون سائیڈ، مومن مسٹ بی سٹرونگ لائک این ائرن، لائک ا، لائک</w:t>
      </w:r>
    </w:p>
    <w:p>
      <w:r>
        <w:rPr>
          <w:b/>
        </w:rPr>
        <w:t xml:space="preserve">[46:55] </w:t>
      </w:r>
      <w:r>
        <w:t>iron, and other side, momin must be lenient like tender plant.</w:t>
      </w:r>
    </w:p>
    <w:p>
      <w:pPr>
        <w:jc w:val="right"/>
      </w:pPr>
      <w:r>
        <w:t>ائرن، اینڈ ادر سائیڈ، مومن مسٹ بی لینین لائک ٹینڈر پلانٹ۔</w:t>
      </w:r>
    </w:p>
    <w:p>
      <w:r>
        <w:rPr>
          <w:b/>
        </w:rPr>
        <w:t xml:space="preserve">[47:03] </w:t>
      </w:r>
      <w:r>
        <w:t>It's very important to understand this.</w:t>
      </w:r>
    </w:p>
    <w:p>
      <w:pPr>
        <w:jc w:val="right"/>
      </w:pPr>
      <w:r>
        <w:t>اٹس ویری امپورٹنٹ ٹو انڈرسٹینڈ دس۔</w:t>
      </w:r>
    </w:p>
    <w:p>
      <w:r>
        <w:rPr>
          <w:b/>
        </w:rPr>
        <w:t xml:space="preserve">[47:12] </w:t>
      </w:r>
      <w:r>
        <w:t>And when you are living in society, you have to, you have to adopt a principal character strongly.</w:t>
      </w:r>
    </w:p>
    <w:p>
      <w:pPr>
        <w:jc w:val="right"/>
      </w:pPr>
      <w:r>
        <w:t>ان وین یو ار لیونگ ان سوسائٹی، یو ہیو ٹو، یو ہیو ٹو اڈاپٹ ا پرنسپل کریکٹر سٹرونگلی۔</w:t>
      </w:r>
    </w:p>
    <w:p>
      <w:r>
        <w:rPr>
          <w:b/>
        </w:rPr>
        <w:t xml:space="preserve">[47:22] </w:t>
      </w:r>
      <w:r>
        <w:t>You have to live as a principal person.</w:t>
      </w:r>
    </w:p>
    <w:p>
      <w:pPr>
        <w:jc w:val="right"/>
      </w:pPr>
      <w:r>
        <w:t>یو ہیو ٹو لیو ایز ا پرنسپل پرسن۔</w:t>
      </w:r>
    </w:p>
    <w:p>
      <w:r>
        <w:rPr>
          <w:b/>
        </w:rPr>
        <w:t xml:space="preserve">[47:32] </w:t>
      </w:r>
      <w:r>
        <w:t>You have to live very, very strong person in terms of character, in terms of morality.</w:t>
      </w:r>
    </w:p>
    <w:p>
      <w:pPr>
        <w:jc w:val="right"/>
      </w:pPr>
      <w:r>
        <w:t>یو ہیو ٹو لیو ویری، ویری سٹرونگ پرسن ان ٹرم اف کریکٹر، ان ٹرم اف موریلٹی۔</w:t>
      </w:r>
    </w:p>
    <w:p>
      <w:r>
        <w:rPr>
          <w:b/>
        </w:rPr>
        <w:t xml:space="preserve">[47:43] </w:t>
      </w:r>
      <w:r>
        <w:t>But at the same time, in terms of mercy, in terms of compassion, you have to be lenient</w:t>
      </w:r>
    </w:p>
    <w:p>
      <w:pPr>
        <w:jc w:val="right"/>
      </w:pPr>
      <w:r>
        <w:t>بٹ ایٹ دا سیم ٹائم، ان ٹرم اف مرسی، ان ٹرم اف کمپیشن، یو ہیو ٹو بی لیلینٹ</w:t>
      </w:r>
    </w:p>
    <w:p>
      <w:r>
        <w:rPr>
          <w:b/>
        </w:rPr>
        <w:t xml:space="preserve">[47:50] </w:t>
      </w:r>
      <w:r>
        <w:t>like tender plant.</w:t>
      </w:r>
    </w:p>
    <w:p>
      <w:pPr>
        <w:jc w:val="right"/>
      </w:pPr>
      <w:r>
        <w:t>لائک ٹینڈر پلانٹ۔</w:t>
      </w:r>
    </w:p>
    <w:p>
      <w:r>
        <w:rPr>
          <w:b/>
        </w:rPr>
        <w:t xml:space="preserve">[47:58] </w:t>
      </w:r>
      <w:r>
        <w:t>So in term of, in term of principle, in term of principled character, you have to be like iron.</w:t>
      </w:r>
    </w:p>
    <w:p>
      <w:pPr>
        <w:jc w:val="right"/>
      </w:pPr>
      <w:r>
        <w:t>سو ان ٹرم اف، ان ٹرم اف پرنسپل، ان ٹرم اف پرنسپلڈ کریکٹر، یو ہیو ٹو بی لائک ائرن۔</w:t>
      </w:r>
    </w:p>
    <w:p>
      <w:r>
        <w:rPr>
          <w:b/>
        </w:rPr>
        <w:t xml:space="preserve">[48:05] </w:t>
      </w:r>
      <w:r>
        <w:t>And in terms of mercy and compassion, you have to be like a, like to</w:t>
      </w:r>
    </w:p>
    <w:p>
      <w:pPr>
        <w:jc w:val="right"/>
      </w:pPr>
      <w:r>
        <w:t>اینڈ ان ٹرم اف مرسی اینڈ کمپیشن، یو ہیو ٹو بی لائک ا، لائک ٹ</w:t>
      </w:r>
    </w:p>
    <w:p>
      <w:r>
        <w:rPr>
          <w:b/>
        </w:rPr>
        <w:t xml:space="preserve">[48:13] </w:t>
      </w:r>
      <w:r>
        <w:t>and the plant. This is the two teachings of Islam. The same teaching you will find in the sayings of the, of Jesus Christ, Prophet Jesus. He said that this, you, this, this, you can see in Bible, in the New</w:t>
      </w:r>
    </w:p>
    <w:p>
      <w:pPr>
        <w:jc w:val="right"/>
      </w:pPr>
      <w:r>
        <w:t>ینڈر پلانٹ۔ دس از دا ٹو ٹیچنگز اف اسلام۔ دا سیم ٹیچنگ یو ویل فائنڈ ان دا سینگز اف دا، اف جیسس کرائسٹ، پرافٹ جیسس۔ ہی سیڈ دیٹ دس، یو، دس، دس، یو کین سی ان بائبل، ان دا نیو</w:t>
      </w:r>
    </w:p>
    <w:p>
      <w:r>
        <w:rPr>
          <w:b/>
        </w:rPr>
        <w:t xml:space="preserve">[48:43] </w:t>
      </w:r>
      <w:r>
        <w:t>testament.</w:t>
      </w:r>
    </w:p>
    <w:p>
      <w:pPr>
        <w:jc w:val="right"/>
      </w:pPr>
      <w:r>
        <w:t>ٹیسٹمنٹ۔</w:t>
      </w:r>
    </w:p>
    <w:p>
      <w:r>
        <w:rPr>
          <w:b/>
        </w:rPr>
        <w:t xml:space="preserve">[48:49] </w:t>
      </w:r>
      <w:r>
        <w:t>He said that be clever like a serpent.</w:t>
      </w:r>
    </w:p>
    <w:p>
      <w:pPr>
        <w:jc w:val="right"/>
      </w:pPr>
      <w:r>
        <w:t>ہی سیڈ دیٹ بی کلیور لائک ا سرپنٹ۔</w:t>
      </w:r>
    </w:p>
    <w:p>
      <w:r>
        <w:rPr>
          <w:b/>
        </w:rPr>
        <w:t xml:space="preserve">[48:55] </w:t>
      </w:r>
      <w:r>
        <w:t>Be clever like a serpent and be innocent like a pigeon.</w:t>
      </w:r>
    </w:p>
    <w:p>
      <w:pPr>
        <w:jc w:val="right"/>
      </w:pPr>
      <w:r>
        <w:t>بی کلیور لائک ا سرپنٹ اینڈ بی انوسنٹ لائک ا پیجن۔</w:t>
      </w:r>
    </w:p>
    <w:p>
      <w:r>
        <w:rPr>
          <w:b/>
        </w:rPr>
        <w:t xml:space="preserve">[49:01] </w:t>
      </w:r>
      <w:r>
        <w:t>Be clever like a serpent and be innocent like a pigeon.</w:t>
      </w:r>
    </w:p>
    <w:p>
      <w:pPr>
        <w:jc w:val="right"/>
      </w:pPr>
      <w:r>
        <w:t>بی کلیور لائک ا سرپنٹ اینڈ بی انوسنٹ لائک ا پیجن۔</w:t>
      </w:r>
    </w:p>
    <w:p>
      <w:r>
        <w:rPr>
          <w:b/>
        </w:rPr>
        <w:t xml:space="preserve">[49:07] </w:t>
      </w:r>
      <w:r>
        <w:t>This is a</w:t>
      </w:r>
    </w:p>
    <w:p>
      <w:pPr>
        <w:jc w:val="right"/>
      </w:pPr>
      <w:r>
        <w:t>دس از ا</w:t>
      </w:r>
    </w:p>
    <w:p>
      <w:r>
        <w:rPr>
          <w:b/>
        </w:rPr>
        <w:t xml:space="preserve">[49:13] </w:t>
      </w:r>
      <w:r>
        <w:t>True character of a believer.</w:t>
      </w:r>
    </w:p>
    <w:p>
      <w:pPr>
        <w:jc w:val="right"/>
      </w:pPr>
      <w:r>
        <w:t>ٹرو کریکٹر اف ا بیلیور۔</w:t>
      </w:r>
    </w:p>
    <w:p>
      <w:r>
        <w:rPr>
          <w:b/>
        </w:rPr>
        <w:t xml:space="preserve">[49:19] </w:t>
      </w:r>
      <w:r>
        <w:t>Believer is a strong person, but at the same time believer is a lenient person.</w:t>
      </w:r>
    </w:p>
    <w:p>
      <w:pPr>
        <w:jc w:val="right"/>
      </w:pPr>
      <w:r>
        <w:t>بیلیور از سٹرونگ پرسن، بٹ دا سیم ٹائم بیلیور از ا لینینٹ پرسن۔</w:t>
      </w:r>
    </w:p>
    <w:p>
      <w:r>
        <w:rPr>
          <w:b/>
        </w:rPr>
        <w:t xml:space="preserve">[49:25] </w:t>
      </w:r>
      <w:r>
        <w:t>And you know, both is required in, in a society.</w:t>
      </w:r>
    </w:p>
    <w:p>
      <w:pPr>
        <w:jc w:val="right"/>
      </w:pPr>
      <w:r>
        <w:t>اینڈ یو نو، بوتھ از ریکوائرڈ ان، ان ا سوسائٹی۔</w:t>
      </w:r>
    </w:p>
    <w:p>
      <w:r>
        <w:rPr>
          <w:b/>
        </w:rPr>
        <w:t xml:space="preserve">[49:31] </w:t>
      </w:r>
      <w:r>
        <w:t>in a society.</w:t>
      </w:r>
    </w:p>
    <w:p>
      <w:pPr>
        <w:jc w:val="right"/>
      </w:pPr>
      <w:r>
        <w:t>ان ا سوسائٹی۔</w:t>
      </w:r>
    </w:p>
    <w:p>
      <w:r>
        <w:rPr>
          <w:b/>
        </w:rPr>
        <w:t xml:space="preserve">[49:37] </w:t>
      </w:r>
      <w:r>
        <w:t>Now, Iron, who is Iron Man? Who</w:t>
      </w:r>
    </w:p>
    <w:p>
      <w:pPr>
        <w:jc w:val="right"/>
      </w:pPr>
      <w:r>
        <w:t>ناو، ائرن، ہو از ائرن مین؟ ہو</w:t>
      </w:r>
    </w:p>
    <w:p>
      <w:r>
        <w:rPr>
          <w:b/>
        </w:rPr>
        <w:t xml:space="preserve">[49:43] </w:t>
      </w:r>
      <w:r>
        <w:t>is iron man? I think that iron man is a predictable person. Iron character means you are a predictable person. One can predict your behavior. Iron is a predictable element. Iron is very, very strong. So iron is a predictable a</w:t>
      </w:r>
    </w:p>
    <w:p>
      <w:pPr>
        <w:jc w:val="right"/>
      </w:pPr>
      <w:r>
        <w:t>از ائرن مین؟ ائی تھنک دیٹ ائرن مین از ا پریڈکٹیبل پرسن۔ ائرن کریکٹر مینز یو ار ا پریڈکٹیبل پرسن۔ ون کین پریڈکٹ یور بیہیویئر۔ ائرن از ا پریڈکٹیبل ایلیمنٹ۔ ائرن از ویری، ویری سٹرونگ۔ سو ائرن از ا پریڈکٹیبل ا</w:t>
      </w:r>
    </w:p>
    <w:p>
      <w:r>
        <w:rPr>
          <w:b/>
        </w:rPr>
        <w:t xml:space="preserve">[50:13] </w:t>
      </w:r>
      <w:r>
        <w:t>element.</w:t>
      </w:r>
    </w:p>
    <w:p>
      <w:pPr>
        <w:jc w:val="right"/>
      </w:pPr>
      <w:r>
        <w:t>یلیمنٹ۔</w:t>
      </w:r>
    </w:p>
    <w:p>
      <w:r>
        <w:rPr>
          <w:b/>
        </w:rPr>
        <w:t xml:space="preserve">[50:20] </w:t>
      </w:r>
      <w:r>
        <w:t>You can predict that if you built a bridge using iron, then it will, it will last for centuries.</w:t>
      </w:r>
    </w:p>
    <w:p>
      <w:pPr>
        <w:jc w:val="right"/>
      </w:pPr>
      <w:r>
        <w:t>یو کین پریڈکٹ دیٹ اف یو بلٹ ا برج یوزنگ ائرن، دین اٹ ویل، اٹ ویل لاسٹ فار سینچریز۔</w:t>
      </w:r>
    </w:p>
    <w:p>
      <w:r>
        <w:rPr>
          <w:b/>
        </w:rPr>
        <w:t xml:space="preserve">[50:26] </w:t>
      </w:r>
      <w:r>
        <w:t>You can predict.</w:t>
      </w:r>
    </w:p>
    <w:p>
      <w:pPr>
        <w:jc w:val="right"/>
      </w:pPr>
      <w:r>
        <w:t>یو کین پریڈکٹ۔</w:t>
      </w:r>
    </w:p>
    <w:p>
      <w:r>
        <w:rPr>
          <w:b/>
        </w:rPr>
        <w:t xml:space="preserve">[50:33] </w:t>
      </w:r>
      <w:r>
        <w:t>So, iron man means predictable person having strong character.</w:t>
      </w:r>
    </w:p>
    <w:p>
      <w:pPr>
        <w:jc w:val="right"/>
      </w:pPr>
      <w:r>
        <w:t>سو ائرن مین مینز پریڈکٹیبل پرسن ہیونگ سٹرونگ کریکٹر۔</w:t>
      </w:r>
    </w:p>
    <w:p>
      <w:r>
        <w:rPr>
          <w:b/>
        </w:rPr>
        <w:t xml:space="preserve">[50:39] </w:t>
      </w:r>
      <w:r>
        <w:t>So at one</w:t>
      </w:r>
    </w:p>
    <w:p>
      <w:pPr>
        <w:jc w:val="right"/>
      </w:pPr>
      <w:r>
        <w:t>سو ایٹ ون</w:t>
      </w:r>
    </w:p>
    <w:p>
      <w:r>
        <w:rPr>
          <w:b/>
        </w:rPr>
        <w:t xml:space="preserve">[50:46] </w:t>
      </w:r>
      <w:r>
        <w:t>At one side, believer is a strong person.</w:t>
      </w:r>
    </w:p>
    <w:p>
      <w:pPr>
        <w:jc w:val="right"/>
      </w:pPr>
      <w:r>
        <w:t>، ایٹ ون سائیڈ، بیلیور از ا سٹرونگ پرسن۔</w:t>
      </w:r>
    </w:p>
    <w:p>
      <w:r>
        <w:rPr>
          <w:b/>
        </w:rPr>
        <w:t xml:space="preserve">[50:52] </w:t>
      </w:r>
      <w:r>
        <w:t>Believer is a predictable person.</w:t>
      </w:r>
    </w:p>
    <w:p>
      <w:pPr>
        <w:jc w:val="right"/>
      </w:pPr>
      <w:r>
        <w:t>بیلیور از ا پریڈکٹیبل پرسن۔</w:t>
      </w:r>
    </w:p>
    <w:p>
      <w:r>
        <w:rPr>
          <w:b/>
        </w:rPr>
        <w:t xml:space="preserve">[50:58] </w:t>
      </w:r>
      <w:r>
        <w:t>But at the same time, believer is a lenient person.</w:t>
      </w:r>
    </w:p>
    <w:p>
      <w:pPr>
        <w:jc w:val="right"/>
      </w:pPr>
      <w:r>
        <w:t>بٹ ایٹ دا سیم ٹائم، بیلیور از ا لینینٹ پرسن۔</w:t>
      </w:r>
    </w:p>
    <w:p>
      <w:r>
        <w:rPr>
          <w:b/>
        </w:rPr>
        <w:t xml:space="preserve">[51:04] </w:t>
      </w:r>
      <w:r>
        <w:t>Believer is a person who is mercy in his heart, who is compassion in his heart.</w:t>
      </w:r>
    </w:p>
    <w:p>
      <w:pPr>
        <w:jc w:val="right"/>
      </w:pPr>
      <w:r>
        <w:t>بیلیور از ا پرسن ہو از مرسی ان ہز ہارٹ، ہو از کمپیشن ان ہز ہارٹ۔</w:t>
      </w:r>
    </w:p>
    <w:p>
      <w:r>
        <w:rPr>
          <w:b/>
        </w:rPr>
        <w:t xml:space="preserve">[51:10] </w:t>
      </w:r>
      <w:r>
        <w:t>Once a man came to the Prophet and asked</w:t>
      </w:r>
    </w:p>
    <w:p>
      <w:pPr>
        <w:jc w:val="right"/>
      </w:pPr>
      <w:r>
        <w:t>ونس ا مین کیم ٹو دا پرافٹ اینڈ اسک</w:t>
      </w:r>
    </w:p>
    <w:p>
      <w:r>
        <w:rPr>
          <w:b/>
        </w:rPr>
        <w:t xml:space="preserve">[51:16] </w:t>
      </w:r>
      <w:r>
        <w:t>ڈ، "O Prophet, give me a master advice by which I may be able to manage all the</w:t>
      </w:r>
    </w:p>
    <w:p>
      <w:pPr>
        <w:jc w:val="right"/>
      </w:pPr>
      <w:r>
        <w:t>ڈ، "او پرافٹ، گیو می ا ماسٹر ایڈوائس بائی وچ ائی می بی ایبل ٹو مینج ال دا</w:t>
      </w:r>
    </w:p>
    <w:p>
      <w:r>
        <w:rPr>
          <w:b/>
        </w:rPr>
        <w:t xml:space="preserve">[51:31] </w:t>
      </w:r>
      <w:r>
        <w:t>affairs of my life." Prophet said, "La taghdhab, don't be angry, don't be angry." It means be</w:t>
      </w:r>
    </w:p>
    <w:p>
      <w:pPr>
        <w:jc w:val="right"/>
      </w:pPr>
      <w:r>
        <w:t>افیئرز اف مائی لائف۔" پرافٹ سیڈ، "لا تغضب، ڈونٹ بی اینگری، ڈونٹ بی اینگری۔" اٹ مینز بی</w:t>
      </w:r>
    </w:p>
    <w:p>
      <w:r>
        <w:rPr>
          <w:b/>
        </w:rPr>
        <w:t xml:space="preserve">[51:46] </w:t>
      </w:r>
      <w:r>
        <w:t>merciful to all mankind. when you are angry, then you are not merciful. so he said, "la taghzab, don't be angry." behave and live in a society without anger, without harsh character</w:t>
      </w:r>
    </w:p>
    <w:p>
      <w:pPr>
        <w:jc w:val="right"/>
      </w:pPr>
      <w:r>
        <w:t>مرسیفل ٹو ال مین کائنڈ۔ وین یو ار اینگری، دین یو ار ناٹ مرسیفل۔ سو ہی سیڈ، "لا تغضب، ڈونٹ بی اینگری۔" بیہیو اینڈ لیو ان ا سوسائٹی وداؤٹ اینگر، وداؤٹ ہارش کریکٹر</w:t>
      </w:r>
    </w:p>
    <w:p>
      <w:r>
        <w:rPr>
          <w:b/>
        </w:rPr>
        <w:t xml:space="preserve">[52:16] </w:t>
      </w:r>
      <w:r>
        <w:t>. so la taghzab means you have to, you have to live in society as a merciful person, as a compassionate person. your character must be friendly character. friendly character. when someone provok</w:t>
      </w:r>
    </w:p>
    <w:p>
      <w:pPr>
        <w:jc w:val="right"/>
      </w:pPr>
      <w:r>
        <w:t>۔ سو لا تغضب مینز یو ہیو ٹو، یو ہیو ٹو لیو ان سوسائٹی ایز ا مرسیفل پرسن، ایز ا کمپیشنٹ پرسن۔ یور کریکٹر مسٹ بی فرینڈلی کریکٹر۔ فرینڈلی کریکٹر۔ وین سم ون پرووک</w:t>
      </w:r>
    </w:p>
    <w:p>
      <w:r>
        <w:rPr>
          <w:b/>
        </w:rPr>
        <w:t xml:space="preserve">[52:46] </w:t>
      </w:r>
      <w:r>
        <w:t>You, someone shows enmity against you, then don't, don't react negatively.</w:t>
      </w:r>
    </w:p>
    <w:p>
      <w:pPr>
        <w:jc w:val="right"/>
      </w:pPr>
      <w:r>
        <w:t>یو، سم ون شوز اینیمیٹی اگینسٹ یو، دین ڈونٹ، ڈونٹ ری ایکٹ نیگیٹیولی۔</w:t>
      </w:r>
    </w:p>
    <w:p>
      <w:r>
        <w:rPr>
          <w:b/>
        </w:rPr>
        <w:t xml:space="preserve">[53:01] </w:t>
      </w:r>
      <w:r>
        <w:t>La taghdhab means that when someone provokes you, someone misbehaves, then you have to</w:t>
      </w:r>
    </w:p>
    <w:p>
      <w:pPr>
        <w:jc w:val="right"/>
      </w:pPr>
      <w:r>
        <w:t>لا تغضب مینز دیٹ وین سم ون پرووک یو، سم ون مس بیہیو، دین یو ہیو ٹو</w:t>
      </w:r>
    </w:p>
    <w:p>
      <w:r>
        <w:rPr>
          <w:b/>
        </w:rPr>
        <w:t xml:space="preserve">[53:16] </w:t>
      </w:r>
      <w:r>
        <w:t>Adapt the culture of the, adapt the, then you have to be merciful.</w:t>
      </w:r>
    </w:p>
    <w:p>
      <w:pPr>
        <w:jc w:val="right"/>
      </w:pPr>
      <w:r>
        <w:t>اڈاپٹ دا کلچر اف دا، اڈاپٹ دا، دین یو ہیو ٹو بی مرسیفل۔</w:t>
      </w:r>
    </w:p>
    <w:p>
      <w:r>
        <w:rPr>
          <w:b/>
        </w:rPr>
        <w:t xml:space="preserve">[53:24] </w:t>
      </w:r>
      <w:r>
        <w:t>Don't react negatively.</w:t>
      </w:r>
    </w:p>
    <w:p>
      <w:pPr>
        <w:jc w:val="right"/>
      </w:pPr>
      <w:r>
        <w:t>ڈونٹ ری ایکٹ نیگیٹیولی۔</w:t>
      </w:r>
    </w:p>
    <w:p>
      <w:r>
        <w:rPr>
          <w:b/>
        </w:rPr>
        <w:t xml:space="preserve">[53:31] </w:t>
      </w:r>
      <w:r>
        <w:t>This is the meaning of La Taghdhab.</w:t>
      </w:r>
    </w:p>
    <w:p>
      <w:pPr>
        <w:jc w:val="right"/>
      </w:pPr>
      <w:r>
        <w:t>دس از دا میننگ اف لا تغضب۔</w:t>
      </w:r>
    </w:p>
    <w:p>
      <w:r>
        <w:rPr>
          <w:b/>
        </w:rPr>
        <w:t xml:space="preserve">[53:39] </w:t>
      </w:r>
      <w:r>
        <w:t>تو at one, at one side, believer is a strong person like an i</w:t>
      </w:r>
    </w:p>
    <w:p>
      <w:pPr>
        <w:jc w:val="right"/>
      </w:pPr>
      <w:r>
        <w:t>تو ایٹ ون، ایٹ ون سائیڈ، بیلیور از ا سٹرونگ پرسن لائک این ائ</w:t>
      </w:r>
    </w:p>
    <w:p>
      <w:r>
        <w:rPr>
          <w:b/>
        </w:rPr>
        <w:t xml:space="preserve">[53:46] </w:t>
      </w:r>
      <w:r>
        <w:t>Run, but on the other side, believer is a lenient person, merciful and compassionate to everyone.</w:t>
      </w:r>
    </w:p>
    <w:p>
      <w:pPr>
        <w:jc w:val="right"/>
      </w:pPr>
      <w:r>
        <w:t>رن، بٹ ان دا ادر سائیڈ، بیلیور از ا لینینٹ پرسن، مرسیفل اینڈ کمپیشنٹ ٹو ایوری ون۔</w:t>
      </w:r>
    </w:p>
    <w:p>
      <w:r>
        <w:rPr>
          <w:b/>
        </w:rPr>
        <w:t xml:space="preserve">[53:56] </w:t>
      </w:r>
      <w:r>
        <w:t>This is a true picture of a believer.</w:t>
      </w:r>
    </w:p>
    <w:p>
      <w:pPr>
        <w:jc w:val="right"/>
      </w:pPr>
      <w:r>
        <w:t>دس از ا ٹرو پکچر اف ا بیلیور۔</w:t>
      </w:r>
    </w:p>
    <w:p>
      <w:r>
        <w:rPr>
          <w:b/>
        </w:rPr>
        <w:t xml:space="preserve">[54:07] </w:t>
      </w:r>
      <w:r>
        <w:t>There is a hadith, the Prophet of Islam has said,</w:t>
      </w:r>
    </w:p>
    <w:p>
      <w:pPr>
        <w:jc w:val="right"/>
      </w:pPr>
      <w:r>
        <w:t>دیر از ا حدیث، دا پرافٹ اف اسلام ہیز سیڈ،</w:t>
      </w:r>
    </w:p>
    <w:p>
      <w:r>
        <w:rPr>
          <w:b/>
        </w:rPr>
        <w:t xml:space="preserve">[54:17] </w:t>
      </w:r>
      <w:r>
        <w:t>taq Allah haythu ma kunta, wa 'ashir al-nas bi khuluqin hasanin. ataq al-nas, ataq Allah haythu ma kunta, wa 'ashir al-nas bi khuluqin hasanin.</w:t>
      </w:r>
    </w:p>
    <w:p>
      <w:pPr>
        <w:jc w:val="right"/>
      </w:pPr>
      <w:r>
        <w:t>"اتق اللہ حیث ما کنت، وعشر الناس بخلق حسن۔" اتق الناس، اتق اللہ حیث ما کنت، وعشر الناس بخلق حسن۔</w:t>
      </w:r>
    </w:p>
    <w:p>
      <w:r>
        <w:rPr>
          <w:b/>
        </w:rPr>
        <w:t xml:space="preserve">[54:32] </w:t>
      </w:r>
      <w:r>
        <w:t>It means that fear God,</w:t>
      </w:r>
    </w:p>
    <w:p>
      <w:pPr>
        <w:jc w:val="right"/>
      </w:pPr>
      <w:r>
        <w:t>اٹ مینز دیٹ فیئر گاڈ،</w:t>
      </w:r>
    </w:p>
    <w:p>
      <w:r>
        <w:rPr>
          <w:b/>
        </w:rPr>
        <w:t xml:space="preserve">[54:47] </w:t>
      </w:r>
      <w:r>
        <w:t>fear God. and behave with others, and your behavior with others will be good behavior. wa'ashir annasa bi khuluqin hasan. with good character, with good behavior. so here you can see that there are two</w:t>
      </w:r>
    </w:p>
    <w:p>
      <w:pPr>
        <w:jc w:val="right"/>
      </w:pPr>
      <w:r>
        <w:t>فیئر گاڈ۔ اینڈ بیہیو ود ادر، اینڈ یور بیہیویئر ود ادر ویل بی گڈ بیہیویئر۔ عشر الناس بخلق حسن۔ ود گڈ کریکٹر، ود گڈ بیہیویئر۔ سو ہیر یو کین سی دیٹ دیر ار ٹ</w:t>
      </w:r>
    </w:p>
    <w:p>
      <w:r>
        <w:rPr>
          <w:b/>
        </w:rPr>
        <w:t xml:space="preserve">[55:17] </w:t>
      </w:r>
      <w:r>
        <w:t>What kind of duties.</w:t>
      </w:r>
    </w:p>
    <w:p>
      <w:pPr>
        <w:jc w:val="right"/>
      </w:pPr>
      <w:r>
        <w:t>و کائنڈ اف ڈیوٹیز۔</w:t>
      </w:r>
    </w:p>
    <w:p>
      <w:r>
        <w:rPr>
          <w:b/>
        </w:rPr>
        <w:t xml:space="preserve">[55:23] </w:t>
      </w:r>
      <w:r>
        <w:t>In technical terms, we say, Huququllah, Huququl Ibad.</w:t>
      </w:r>
    </w:p>
    <w:p>
      <w:pPr>
        <w:jc w:val="right"/>
      </w:pPr>
      <w:r>
        <w:t>ان ٹیکنیکل ٹرم وی سی، حقوق اللہ، حقوق العباد۔</w:t>
      </w:r>
    </w:p>
    <w:p>
      <w:r>
        <w:rPr>
          <w:b/>
        </w:rPr>
        <w:t xml:space="preserve">[55:29] </w:t>
      </w:r>
      <w:r>
        <w:t>ان، ان فقہی ٹرم، ان legal term we say that Huquq Allah, Huquq al-Ibad.</w:t>
      </w:r>
    </w:p>
    <w:p>
      <w:pPr>
        <w:jc w:val="right"/>
      </w:pPr>
      <w:r>
        <w:t>ان، ان فقہی ٹرم، ان لیگل ٹرم وی سی دیٹ حقوق اللہ، حقوق العباد۔</w:t>
      </w:r>
    </w:p>
    <w:p>
      <w:r>
        <w:rPr>
          <w:b/>
        </w:rPr>
        <w:t xml:space="preserve">[55:35] </w:t>
      </w:r>
      <w:r>
        <w:t>Now, Huququllah means duties towards God.</w:t>
      </w:r>
    </w:p>
    <w:p>
      <w:pPr>
        <w:jc w:val="right"/>
      </w:pPr>
      <w:r>
        <w:t>ناو، حقوق اللہ مینز ڈیوٹیز ٹورڈز گاڈ۔</w:t>
      </w:r>
    </w:p>
    <w:p>
      <w:r>
        <w:rPr>
          <w:b/>
        </w:rPr>
        <w:t xml:space="preserve">[55:41] </w:t>
      </w:r>
      <w:r>
        <w:t>duties towards God.</w:t>
      </w:r>
    </w:p>
    <w:p>
      <w:pPr>
        <w:jc w:val="right"/>
      </w:pPr>
      <w:r>
        <w:t>ڈیوٹیز ٹورڈز گاڈ۔</w:t>
      </w:r>
    </w:p>
    <w:p>
      <w:r>
        <w:rPr>
          <w:b/>
        </w:rPr>
        <w:t xml:space="preserve">[55:47] </w:t>
      </w:r>
      <w:r>
        <w:t>And huquq-ul-ibad means duties towards man.</w:t>
      </w:r>
    </w:p>
    <w:p>
      <w:pPr>
        <w:jc w:val="right"/>
      </w:pPr>
      <w:r>
        <w:t>اینڈ حقوق العباد مینز ڈیوٹیز ٹورڈز مین۔</w:t>
      </w:r>
    </w:p>
    <w:p>
      <w:r>
        <w:rPr>
          <w:b/>
        </w:rPr>
        <w:t xml:space="preserve">[55:52] </w:t>
      </w:r>
      <w:r>
        <w:t>duties towards men.</w:t>
      </w:r>
    </w:p>
    <w:p>
      <w:pPr>
        <w:jc w:val="right"/>
      </w:pPr>
      <w:r>
        <w:t>ڈیوٹیز ٹورڈز مین۔</w:t>
      </w:r>
    </w:p>
    <w:p>
      <w:r>
        <w:rPr>
          <w:b/>
        </w:rPr>
        <w:t xml:space="preserve">[55:57] </w:t>
      </w:r>
      <w:r>
        <w:t>So these are two duties. Two duties.</w:t>
      </w:r>
    </w:p>
    <w:p>
      <w:pPr>
        <w:jc w:val="right"/>
      </w:pPr>
      <w:r>
        <w:t>سو دس ار ٹو ڈیوٹیز۔ ٹو ڈیوٹیز۔</w:t>
      </w:r>
    </w:p>
    <w:p>
      <w:r>
        <w:rPr>
          <w:b/>
        </w:rPr>
        <w:t xml:space="preserve">[56:02] </w:t>
      </w:r>
      <w:r>
        <w:t>Every believer is expected to perform these two duties.</w:t>
      </w:r>
    </w:p>
    <w:p>
      <w:pPr>
        <w:jc w:val="right"/>
      </w:pPr>
      <w:r>
        <w:t>ایوری بیلیور از ایکسپیکٹڈ ٹو پرفارم دس ٹو ڈیوٹیز۔</w:t>
      </w:r>
    </w:p>
    <w:p>
      <w:r>
        <w:rPr>
          <w:b/>
        </w:rPr>
        <w:t xml:space="preserve">[56:07] </w:t>
      </w:r>
      <w:r>
        <w:t>At one side, he must fulfill the duties of God.</w:t>
      </w:r>
    </w:p>
    <w:p>
      <w:pPr>
        <w:jc w:val="right"/>
      </w:pPr>
      <w:r>
        <w:t>ایٹ ون سائیڈ، ہی مسٹ فل فل دا ڈیوٹیز اف گاڈ۔</w:t>
      </w:r>
    </w:p>
    <w:p>
      <w:r>
        <w:rPr>
          <w:b/>
        </w:rPr>
        <w:t xml:space="preserve">[56:12] </w:t>
      </w:r>
      <w:r>
        <w:t>That is basically ibadah.</w:t>
      </w:r>
    </w:p>
    <w:p>
      <w:pPr>
        <w:jc w:val="right"/>
      </w:pPr>
      <w:r>
        <w:t>دیٹ از بیسکلی عبادہ۔</w:t>
      </w:r>
    </w:p>
    <w:p>
      <w:r>
        <w:rPr>
          <w:b/>
        </w:rPr>
        <w:t xml:space="preserve">[56:17] </w:t>
      </w:r>
      <w:r>
        <w:t>ibadah.</w:t>
      </w:r>
    </w:p>
    <w:p>
      <w:pPr>
        <w:jc w:val="right"/>
      </w:pPr>
      <w:r>
        <w:t>عبادہ۔</w:t>
      </w:r>
    </w:p>
    <w:p>
      <w:r>
        <w:rPr>
          <w:b/>
        </w:rPr>
        <w:t xml:space="preserve">[56:22] </w:t>
      </w:r>
      <w:r>
        <w:t>Huququllah means ibadah.</w:t>
      </w:r>
    </w:p>
    <w:p>
      <w:pPr>
        <w:jc w:val="right"/>
      </w:pPr>
      <w:r>
        <w:t>حقوق اللہ مینز عبادہ۔</w:t>
      </w:r>
    </w:p>
    <w:p>
      <w:r>
        <w:rPr>
          <w:b/>
        </w:rPr>
        <w:t xml:space="preserve">[56:27] </w:t>
      </w:r>
      <w:r>
        <w:t>And huquq-ul-ibad means akhlaq.</w:t>
      </w:r>
    </w:p>
    <w:p>
      <w:pPr>
        <w:jc w:val="right"/>
      </w:pPr>
      <w:r>
        <w:t>اینڈ حقوق العباد مینز اخلاق۔</w:t>
      </w:r>
    </w:p>
    <w:p>
      <w:r>
        <w:rPr>
          <w:b/>
        </w:rPr>
        <w:t xml:space="preserve">[56:32] </w:t>
      </w:r>
      <w:r>
        <w:t>تو ibadah and akhlaq, these are two basic duties in Islam.</w:t>
      </w:r>
    </w:p>
    <w:p>
      <w:pPr>
        <w:jc w:val="right"/>
      </w:pPr>
      <w:r>
        <w:t>تو عبادہ اینڈ اخلاق، دس ار ٹو بیسک ڈیوٹیز ان اسلام۔</w:t>
      </w:r>
    </w:p>
    <w:p>
      <w:r>
        <w:rPr>
          <w:b/>
        </w:rPr>
        <w:t xml:space="preserve">[56:37] </w:t>
      </w:r>
      <w:r>
        <w:t>You have to fulfill Huquq-Allah, duties towards God.</w:t>
      </w:r>
    </w:p>
    <w:p>
      <w:pPr>
        <w:jc w:val="right"/>
      </w:pPr>
      <w:r>
        <w:t>یو ہیو ٹو فل فل حقوق اللہ، ڈیوٹیز ٹورڈز گاڈ۔</w:t>
      </w:r>
    </w:p>
    <w:p>
      <w:r>
        <w:rPr>
          <w:b/>
        </w:rPr>
        <w:t xml:space="preserve">[56:43] </w:t>
      </w:r>
      <w:r>
        <w:t>That is basically ibadah. And akhlaq</w:t>
      </w:r>
    </w:p>
    <w:p>
      <w:pPr>
        <w:jc w:val="right"/>
      </w:pPr>
      <w:r>
        <w:t>دیٹ از بیسکلی عبادہ۔ اینڈ اخلاق</w:t>
      </w:r>
    </w:p>
    <w:p>
      <w:r>
        <w:rPr>
          <w:b/>
        </w:rPr>
        <w:t xml:space="preserve">[56:48] </w:t>
      </w:r>
      <w:r>
        <w:t>that is good character, good behavior.</w:t>
      </w:r>
    </w:p>
    <w:p>
      <w:pPr>
        <w:jc w:val="right"/>
      </w:pPr>
      <w:r>
        <w:t>، دیٹ از گڈ کریکٹر، گڈ بیہیویئر۔</w:t>
      </w:r>
    </w:p>
    <w:p>
      <w:r>
        <w:rPr>
          <w:b/>
        </w:rPr>
        <w:t xml:space="preserve">[56:55] </w:t>
      </w:r>
      <w:r>
        <w:t>So it is akhlaq.</w:t>
      </w:r>
    </w:p>
    <w:p>
      <w:pPr>
        <w:jc w:val="right"/>
      </w:pPr>
      <w:r>
        <w:t>سو اٹ از اخلاق۔</w:t>
      </w:r>
    </w:p>
    <w:p>
      <w:r>
        <w:rPr>
          <w:b/>
        </w:rPr>
        <w:t xml:space="preserve">[57:03] </w:t>
      </w:r>
      <w:r>
        <w:t>So all the teachings of Islam are divided between into teachings, ibadah and akhlaq.</w:t>
      </w:r>
    </w:p>
    <w:p>
      <w:pPr>
        <w:jc w:val="right"/>
      </w:pPr>
      <w:r>
        <w:t>سو ال دا ٹیچز اف اسلام ار ڈیوائیڈڈ بٹوین ان ٹو ٹیچنگز، عبادہ اینڈ اخلاق۔</w:t>
      </w:r>
    </w:p>
    <w:p>
      <w:r>
        <w:rPr>
          <w:b/>
        </w:rPr>
        <w:t xml:space="preserve">[57:11] </w:t>
      </w:r>
      <w:r>
        <w:t>So akhlaq is all, all the, all the duties that are</w:t>
      </w:r>
    </w:p>
    <w:p>
      <w:pPr>
        <w:jc w:val="right"/>
      </w:pPr>
      <w:r>
        <w:t>سو اخلاق از ال، ال دو، ال دو ڈیوٹیز دیٹ ار</w:t>
      </w:r>
    </w:p>
    <w:p>
      <w:r>
        <w:rPr>
          <w:b/>
        </w:rPr>
        <w:t xml:space="preserve">[57:19] </w:t>
      </w:r>
      <w:r>
        <w:t>Duties towards mankind are called akhlaq.</w:t>
      </w:r>
    </w:p>
    <w:p>
      <w:pPr>
        <w:jc w:val="right"/>
      </w:pPr>
      <w:r>
        <w:t>ڈیوٹیز ٹورڈز مین کائنڈ، ار کالڈ اخلاق۔</w:t>
      </w:r>
    </w:p>
    <w:p>
      <w:r>
        <w:rPr>
          <w:b/>
        </w:rPr>
        <w:t xml:space="preserve">[57:25] </w:t>
      </w:r>
      <w:r>
        <w:t>And that is based on the concept of mercy, concept of compassion.</w:t>
      </w:r>
    </w:p>
    <w:p>
      <w:pPr>
        <w:jc w:val="right"/>
      </w:pPr>
      <w:r>
        <w:t>اینڈ دیٹ از بیسڈ ان دا کانسیپٹ اف مرسی، کانسیپٹ اف کمپیشن۔</w:t>
      </w:r>
    </w:p>
    <w:p>
      <w:r>
        <w:rPr>
          <w:b/>
        </w:rPr>
        <w:t xml:space="preserve">[57:31] </w:t>
      </w:r>
      <w:r>
        <w:t>Compassion is the basis of akhlaq.</w:t>
      </w:r>
    </w:p>
    <w:p>
      <w:pPr>
        <w:jc w:val="right"/>
      </w:pPr>
      <w:r>
        <w:t>کمپیشن از بیسس اف اخلاق۔</w:t>
      </w:r>
    </w:p>
    <w:p>
      <w:r>
        <w:rPr>
          <w:b/>
        </w:rPr>
        <w:t xml:space="preserve">[57:37] </w:t>
      </w:r>
      <w:r>
        <w:t>Compassion and mercy and well-wishing is basis of akhlaq.</w:t>
      </w:r>
    </w:p>
    <w:p>
      <w:pPr>
        <w:jc w:val="right"/>
      </w:pPr>
      <w:r>
        <w:t>کمپیشن اینڈ مرسی اینڈ ول وشنگ از بیسس اف اخلاق۔</w:t>
      </w:r>
    </w:p>
    <w:p>
      <w:r>
        <w:rPr>
          <w:b/>
        </w:rPr>
        <w:t xml:space="preserve">[57:43] </w:t>
      </w:r>
      <w:r>
        <w:t>So I can say that</w:t>
      </w:r>
    </w:p>
    <w:p>
      <w:pPr>
        <w:jc w:val="right"/>
      </w:pPr>
      <w:r>
        <w:t>سو ائی کین سی دیٹ</w:t>
      </w:r>
    </w:p>
    <w:p>
      <w:r>
        <w:rPr>
          <w:b/>
        </w:rPr>
        <w:t xml:space="preserve">[57:49] </w:t>
      </w:r>
      <w:r>
        <w:t>Well-wisher to all mankind is the Islamic akhlaq. Hisabak akhlaq means being well-wisher to all mankind. Being well-wisher to all mankind. Having friendly character. Well-wisher to all mankind and having friendly character, this is the Islamic akhlaq, Islamic character.</w:t>
      </w:r>
    </w:p>
    <w:p>
      <w:pPr>
        <w:jc w:val="right"/>
      </w:pPr>
      <w:r>
        <w:t>ول وشر ٹو ال مین کائنڈ از دا اسلامی اخلاق۔ حسابک اخلاق مینز بینگ ول وشر ٹو ال مین کائنڈ۔ بینگ ول وشر ٹو ال مین کائنڈ۔ ہیونگ فرینڈلی کریکٹر۔ ول وشر ٹو ال مین کائنڈ اینڈ ہیونگ فرینڈلی کریکٹر، دس از دا اسلامی اخلاق، اسلامک کریکٹر</w:t>
      </w:r>
    </w:p>
    <w:p>
      <w:r>
        <w:rPr>
          <w:b/>
        </w:rPr>
        <w:t xml:space="preserve">[58:19] </w:t>
      </w:r>
      <w:r>
        <w:t>. aqoolu qawli wa astaghfirullaha li walakum ajmaeen.</w:t>
      </w:r>
    </w:p>
    <w:p>
      <w:pPr>
        <w:jc w:val="right"/>
      </w:pPr>
      <w:r>
        <w:t>۔ اقول قولی واستغفراللہ، لیولکم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