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Missing Pair of Our World | May 7, 2007</w:t>
      </w:r>
    </w:p>
    <w:p>
      <w:r>
        <w:t>https://www.youtube.com/watch?v=debZDQerew0</w:t>
      </w:r>
    </w:p>
    <w:p>
      <w:r>
        <w:rPr>
          <w:b/>
        </w:rPr>
        <w:t xml:space="preserve">[00:10] </w:t>
      </w:r>
      <w:r>
        <w:t>bismillah al-rahman al-rahim, wa salla Allahu ala al-nabi al-karim.</w:t>
      </w:r>
    </w:p>
    <w:p>
      <w:pPr>
        <w:jc w:val="right"/>
      </w:pPr>
      <w:r>
        <w:t>بسم اللہ الرحمن الرحیم، وصلی اللہ علی النبی الکریم۔</w:t>
      </w:r>
    </w:p>
    <w:p>
      <w:r>
        <w:rPr>
          <w:b/>
        </w:rPr>
        <w:t xml:space="preserve">[00:21] </w:t>
      </w:r>
      <w:r>
        <w:t>rab ishrah li sadri, wa yassir li amri, wa ihlul uqdatan min lisani, yafqahu qawli.</w:t>
      </w:r>
    </w:p>
    <w:p>
      <w:pPr>
        <w:jc w:val="right"/>
      </w:pPr>
      <w:r>
        <w:t>رب اشرح لی صدری، ویسر لی امری، واحل العقدۃ من لسانی، یفقہ قولی۔</w:t>
      </w:r>
    </w:p>
    <w:p>
      <w:r>
        <w:rPr>
          <w:b/>
        </w:rPr>
        <w:t xml:space="preserve">[00:32] </w:t>
      </w:r>
      <w:r>
        <w:t>The topic for this day is</w:t>
      </w:r>
    </w:p>
    <w:p>
      <w:pPr>
        <w:jc w:val="right"/>
      </w:pPr>
      <w:r>
        <w:t>دا ٹاپک فار دس ڈے از</w:t>
      </w:r>
    </w:p>
    <w:p>
      <w:r>
        <w:rPr>
          <w:b/>
        </w:rPr>
        <w:t xml:space="preserve">[00:43] </w:t>
      </w:r>
      <w:r>
        <w:t>missing pair of our world.</w:t>
      </w:r>
    </w:p>
    <w:p>
      <w:pPr>
        <w:jc w:val="right"/>
      </w:pPr>
      <w:r>
        <w:t>مسنگ پیئر آف اور ورلڈ۔</w:t>
      </w:r>
    </w:p>
    <w:p>
      <w:r>
        <w:rPr>
          <w:b/>
        </w:rPr>
        <w:t xml:space="preserve">[00:53] </w:t>
      </w:r>
      <w:r>
        <w:t>According to Islamic teachings, our world is incomplete, imperfect.</w:t>
      </w:r>
    </w:p>
    <w:p>
      <w:pPr>
        <w:jc w:val="right"/>
      </w:pPr>
      <w:r>
        <w:t>اکارڈنگ ٹو اسلامک ٹیچنگز، اور ورلڈ از ان کمپلیٹ، امپرفیکٹ۔</w:t>
      </w:r>
    </w:p>
    <w:p>
      <w:r>
        <w:rPr>
          <w:b/>
        </w:rPr>
        <w:t xml:space="preserve">[01:03] </w:t>
      </w:r>
      <w:r>
        <w:t>It is going to replace by another world that is perfect and ideal and permanent.</w:t>
      </w:r>
    </w:p>
    <w:p>
      <w:pPr>
        <w:jc w:val="right"/>
      </w:pPr>
      <w:r>
        <w:t>اٹ از گوئنگ ٹو ریپلیس بائے انادر ورلڈ دیٹ از پرفیکٹ اینڈ ائیڈیل اینڈ پرماننٹ</w:t>
      </w:r>
    </w:p>
    <w:p>
      <w:r>
        <w:rPr>
          <w:b/>
        </w:rPr>
        <w:t xml:space="preserve">[01:13] </w:t>
      </w:r>
      <w:r>
        <w:t>and eternal.</w:t>
      </w:r>
    </w:p>
    <w:p>
      <w:pPr>
        <w:jc w:val="right"/>
      </w:pPr>
      <w:r>
        <w:t>اینڈ ایٹرنل۔</w:t>
      </w:r>
    </w:p>
    <w:p>
      <w:r>
        <w:rPr>
          <w:b/>
        </w:rPr>
        <w:t xml:space="preserve">[01:19] </w:t>
      </w:r>
      <w:r>
        <w:t>So this world has a peer, and that peer is at present.</w:t>
      </w:r>
    </w:p>
    <w:p>
      <w:pPr>
        <w:jc w:val="right"/>
      </w:pPr>
      <w:r>
        <w:t>سو دس ورلڈ ہیز ا پیئر، اینڈ دیٹ پیئر از ایٹ پریزنٹ۔</w:t>
      </w:r>
    </w:p>
    <w:p>
      <w:r>
        <w:rPr>
          <w:b/>
        </w:rPr>
        <w:t xml:space="preserve">[01:25] </w:t>
      </w:r>
      <w:r>
        <w:t>At present, that pair is missing.</w:t>
      </w:r>
    </w:p>
    <w:p>
      <w:pPr>
        <w:jc w:val="right"/>
      </w:pPr>
      <w:r>
        <w:t>ایٹ پریزنٹ، دیٹ پیئر از مسنگ۔</w:t>
      </w:r>
    </w:p>
    <w:p>
      <w:r>
        <w:rPr>
          <w:b/>
        </w:rPr>
        <w:t xml:space="preserve">[01:32] </w:t>
      </w:r>
      <w:r>
        <w:t>So this is the theme of present talk.</w:t>
      </w:r>
    </w:p>
    <w:p>
      <w:pPr>
        <w:jc w:val="right"/>
      </w:pPr>
      <w:r>
        <w:t>سو دس از دا تھیم آف پریزنٹ ٹاک۔</w:t>
      </w:r>
    </w:p>
    <w:p>
      <w:r>
        <w:rPr>
          <w:b/>
        </w:rPr>
        <w:t xml:space="preserve">[01:38] </w:t>
      </w:r>
      <w:r>
        <w:t>Now, I would like to begin from the</w:t>
      </w:r>
    </w:p>
    <w:p>
      <w:pPr>
        <w:jc w:val="right"/>
      </w:pPr>
      <w:r>
        <w:t>ناؤ، ائی وڈ لائک ٹو بیگن فرام دا</w:t>
      </w:r>
    </w:p>
    <w:p>
      <w:r>
        <w:rPr>
          <w:b/>
        </w:rPr>
        <w:t xml:space="preserve">[01:44] </w:t>
      </w:r>
      <w:r>
        <w:t>Recent news about global warming.</w:t>
      </w:r>
    </w:p>
    <w:p>
      <w:pPr>
        <w:jc w:val="right"/>
      </w:pPr>
      <w:r>
        <w:t>ریسنٹ نیوز اباؤٹ گلوبل وارمنگ۔</w:t>
      </w:r>
    </w:p>
    <w:p>
      <w:r>
        <w:rPr>
          <w:b/>
        </w:rPr>
        <w:t xml:space="preserve">[01:50] </w:t>
      </w:r>
      <w:r>
        <w:t>You know, every day there are some news about global warming.</w:t>
      </w:r>
    </w:p>
    <w:p>
      <w:pPr>
        <w:jc w:val="right"/>
      </w:pPr>
      <w:r>
        <w:t>یو نو، ایوری ڈے دیر ار سم نیوز اباؤٹ گلوبل وارمنگ۔</w:t>
      </w:r>
    </w:p>
    <w:p>
      <w:r>
        <w:rPr>
          <w:b/>
        </w:rPr>
        <w:t xml:space="preserve">[01:57] </w:t>
      </w:r>
      <w:r>
        <w:t>Yesterday, I read a news item that we have only 10 years.</w:t>
      </w:r>
    </w:p>
    <w:p>
      <w:pPr>
        <w:jc w:val="right"/>
      </w:pPr>
      <w:r>
        <w:t>یسٹرڈے، ائی ریڈ این نیوز ائٹم دیٹ وی ہیو اونلی 10 ایئرز۔</w:t>
      </w:r>
    </w:p>
    <w:p>
      <w:r>
        <w:rPr>
          <w:b/>
        </w:rPr>
        <w:t xml:space="preserve">[02:03] </w:t>
      </w:r>
      <w:r>
        <w:t>10 years is very fatal.</w:t>
      </w:r>
    </w:p>
    <w:p>
      <w:pPr>
        <w:jc w:val="right"/>
      </w:pPr>
      <w:r>
        <w:t>10 ایئرز از ویری فیٹل۔</w:t>
      </w:r>
    </w:p>
    <w:p>
      <w:r>
        <w:rPr>
          <w:b/>
        </w:rPr>
        <w:t xml:space="preserve">[02:09] </w:t>
      </w:r>
      <w:r>
        <w:t>The caption was</w:t>
      </w:r>
    </w:p>
    <w:p>
      <w:pPr>
        <w:jc w:val="right"/>
      </w:pPr>
      <w:r>
        <w:t>دا کیپشن واز</w:t>
      </w:r>
    </w:p>
    <w:p>
      <w:r>
        <w:rPr>
          <w:b/>
        </w:rPr>
        <w:t xml:space="preserve">[02:16] </w:t>
      </w:r>
      <w:r>
        <w:t>that the countdown has begun.</w:t>
      </w:r>
    </w:p>
    <w:p>
      <w:pPr>
        <w:jc w:val="right"/>
      </w:pPr>
      <w:r>
        <w:t>دیٹ دا کاؤنٹ ڈاؤن ہیز بیگن۔</w:t>
      </w:r>
    </w:p>
    <w:p>
      <w:r>
        <w:rPr>
          <w:b/>
        </w:rPr>
        <w:t xml:space="preserve">[02:23] </w:t>
      </w:r>
      <w:r>
        <w:t>Countdown has begun.</w:t>
      </w:r>
    </w:p>
    <w:p>
      <w:pPr>
        <w:jc w:val="right"/>
      </w:pPr>
      <w:r>
        <w:t>کاؤنٹ ڈاؤن ہیز بیگن۔</w:t>
      </w:r>
    </w:p>
    <w:p>
      <w:r>
        <w:rPr>
          <w:b/>
        </w:rPr>
        <w:t xml:space="preserve">[02:31] </w:t>
      </w:r>
      <w:r>
        <w:t>So everything is jeopardized.</w:t>
      </w:r>
    </w:p>
    <w:p>
      <w:pPr>
        <w:jc w:val="right"/>
      </w:pPr>
      <w:r>
        <w:t>سو ایوری تھنگ از جیپرڈائزڈ۔</w:t>
      </w:r>
    </w:p>
    <w:p>
      <w:r>
        <w:rPr>
          <w:b/>
        </w:rPr>
        <w:t xml:space="preserve">[02:39] </w:t>
      </w:r>
      <w:r>
        <w:t>Every day, there are news on TV and in newspaper everywhere that glaciers are melting and</w:t>
      </w:r>
    </w:p>
    <w:p>
      <w:pPr>
        <w:jc w:val="right"/>
      </w:pPr>
      <w:r>
        <w:t>ایوری ڈے، دیر ار نیوز ان ٹی وی اینڈ ان نیوز پیپر ایوری ویر دیٹ گلیشیئرز ار میلٹنگ اینڈ</w:t>
      </w:r>
    </w:p>
    <w:p>
      <w:r>
        <w:rPr>
          <w:b/>
        </w:rPr>
        <w:t xml:space="preserve">[02:47] </w:t>
      </w:r>
      <w:r>
        <w:t>This and that.</w:t>
      </w:r>
    </w:p>
    <w:p>
      <w:pPr>
        <w:jc w:val="right"/>
      </w:pPr>
      <w:r>
        <w:t>دس اینڈ دیٹ۔</w:t>
      </w:r>
    </w:p>
    <w:p>
      <w:r>
        <w:rPr>
          <w:b/>
        </w:rPr>
        <w:t xml:space="preserve">[02:57] </w:t>
      </w:r>
      <w:r>
        <w:t>So if you read the Quran, it is not strange news.</w:t>
      </w:r>
    </w:p>
    <w:p>
      <w:pPr>
        <w:jc w:val="right"/>
      </w:pPr>
      <w:r>
        <w:t>سو اف یو ریڈ دا قرآن، اٹ از ناٹ اسٹرینج نیوز۔</w:t>
      </w:r>
    </w:p>
    <w:p>
      <w:r>
        <w:rPr>
          <w:b/>
        </w:rPr>
        <w:t xml:space="preserve">[03:07] </w:t>
      </w:r>
      <w:r>
        <w:t>It is natural news because you know, Quran is the word of God.</w:t>
      </w:r>
    </w:p>
    <w:p>
      <w:pPr>
        <w:jc w:val="right"/>
      </w:pPr>
      <w:r>
        <w:t>اٹ از نیچرل نیوز بیکاز یو نو، قرآن از دا ورڈ آف گاڈ۔</w:t>
      </w:r>
    </w:p>
    <w:p>
      <w:r>
        <w:rPr>
          <w:b/>
        </w:rPr>
        <w:t xml:space="preserve">[03:17] </w:t>
      </w:r>
      <w:r>
        <w:t>God has described his creation plan in the Quran, and in this Quran, although it was revealed in</w:t>
      </w:r>
    </w:p>
    <w:p>
      <w:pPr>
        <w:jc w:val="right"/>
      </w:pPr>
      <w:r>
        <w:t>گاڈ ہیز ڈسکرائب ہز کریشن پلان ان دی قرآن، اینڈ ان دس قرآن، الدو اٹ واز ریویلڈ ان</w:t>
      </w:r>
    </w:p>
    <w:p>
      <w:r>
        <w:rPr>
          <w:b/>
        </w:rPr>
        <w:t xml:space="preserve">[03:25] </w:t>
      </w:r>
      <w:r>
        <w:t>The seventh in the first quarter of seventh century, when there was no industrialization, when there was no</w:t>
      </w:r>
    </w:p>
    <w:p>
      <w:pPr>
        <w:jc w:val="right"/>
      </w:pPr>
      <w:r>
        <w:t>دا سیونتھ ان دا فرسٹ کوارٹر آف سیون سینچری، وین دیر واز نو انڈسٹریلائزیشن، وین دیر واز نو</w:t>
      </w:r>
    </w:p>
    <w:p>
      <w:r>
        <w:rPr>
          <w:b/>
        </w:rPr>
        <w:t xml:space="preserve">[03:32] </w:t>
      </w:r>
      <w:r>
        <w:t>Global warming, nothing.</w:t>
      </w:r>
    </w:p>
    <w:p>
      <w:pPr>
        <w:jc w:val="right"/>
      </w:pPr>
      <w:r>
        <w:t>گلوبل وارمنگ، نتھنگ۔</w:t>
      </w:r>
    </w:p>
    <w:p>
      <w:r>
        <w:rPr>
          <w:b/>
        </w:rPr>
        <w:t xml:space="preserve">[03:40] </w:t>
      </w:r>
      <w:r>
        <w:t>But in the first quarter of</w:t>
      </w:r>
    </w:p>
    <w:p>
      <w:pPr>
        <w:jc w:val="right"/>
      </w:pPr>
      <w:r>
        <w:t>بٹ ان دا فرسٹ کوارٹر آف</w:t>
      </w:r>
    </w:p>
    <w:p>
      <w:r>
        <w:rPr>
          <w:b/>
        </w:rPr>
        <w:t xml:space="preserve">[03:47] </w:t>
      </w:r>
      <w:r>
        <w:t>seven century, Quran declared that present world was a temporary world. The day will come when this world will be destroyed, and then we reconstruct another world. Yawma tubaddilul ardh ghairul ardh. So according to</w:t>
      </w:r>
    </w:p>
    <w:p>
      <w:pPr>
        <w:jc w:val="right"/>
      </w:pPr>
      <w:r>
        <w:t>سیون سینچری، قرآن ڈیکلیئرڈ دیٹ پریزنٹ ورلڈ واز ا ٹیمپریری ورلڈ۔ دا ڈے ویل کم وین دس ورلڈ ویل بی ڈسٹرائڈ، اینڈ دین وی ریکنسٹرکٹ انادر ورلڈ۔ یوم تبدل اللہ غیر اللہ۔ سو اکارڈنگ ٹ</w:t>
      </w:r>
    </w:p>
    <w:p>
      <w:r>
        <w:rPr>
          <w:b/>
        </w:rPr>
        <w:t xml:space="preserve">[04:17] </w:t>
      </w:r>
      <w:r>
        <w:t>"And the Quranic statement, this world was created as a testing ground, not a permanent abode for mankind."</w:t>
      </w:r>
    </w:p>
    <w:p>
      <w:pPr>
        <w:jc w:val="right"/>
      </w:pPr>
      <w:r>
        <w:t>و دا قرآنک سٹیٹمنٹ، دس ورلڈ واز کریٹڈ ایز ا ٹیسٹنگ گراؤنڈ، ناٹ ا پرماننٹ اباؤٹ فار مین کائنڈ۔</w:t>
      </w:r>
    </w:p>
    <w:p>
      <w:r>
        <w:rPr>
          <w:b/>
        </w:rPr>
        <w:t xml:space="preserve">[04:32] </w:t>
      </w:r>
      <w:r>
        <w:t>This was stated in the Quran in the first quarter of seventh century, before all these industrializations, be</w:t>
      </w:r>
    </w:p>
    <w:p>
      <w:pPr>
        <w:jc w:val="right"/>
      </w:pPr>
      <w:r>
        <w:t>دس واز سٹیٹڈ ان دا قرآن ان دا فرسٹ کوارٹر آف سیون سینچری، بیفور ال دیز انڈسٹریلائزیشنز، بی</w:t>
      </w:r>
    </w:p>
    <w:p>
      <w:r>
        <w:rPr>
          <w:b/>
        </w:rPr>
        <w:t xml:space="preserve">[04:48] </w:t>
      </w:r>
      <w:r>
        <w:t>For all these scientific news, before all these scientific discoveries, before present global warming.</w:t>
      </w:r>
    </w:p>
    <w:p>
      <w:pPr>
        <w:jc w:val="right"/>
      </w:pPr>
      <w:r>
        <w:t>فور ال دیز سائنٹیفک نیوز، بیفور ال دیز سائنٹیفک ڈسکوریز، بیفور پریزنٹ گلوبل وارمنگ۔</w:t>
      </w:r>
    </w:p>
    <w:p>
      <w:r>
        <w:rPr>
          <w:b/>
        </w:rPr>
        <w:t xml:space="preserve">[04:55] </w:t>
      </w:r>
      <w:r>
        <w:t>So Quran is book of God.</w:t>
      </w:r>
    </w:p>
    <w:p>
      <w:pPr>
        <w:jc w:val="right"/>
      </w:pPr>
      <w:r>
        <w:t>سو قرآن از بک آف گاڈ۔</w:t>
      </w:r>
    </w:p>
    <w:p>
      <w:r>
        <w:rPr>
          <w:b/>
        </w:rPr>
        <w:t xml:space="preserve">[05:03] </w:t>
      </w:r>
      <w:r>
        <w:t>The theme of the Quran is creation plan of God.</w:t>
      </w:r>
    </w:p>
    <w:p>
      <w:pPr>
        <w:jc w:val="right"/>
      </w:pPr>
      <w:r>
        <w:t>دا تھیم آف دا قرآن از کریشن پلان آف گاڈ۔</w:t>
      </w:r>
    </w:p>
    <w:p>
      <w:r>
        <w:rPr>
          <w:b/>
        </w:rPr>
        <w:t xml:space="preserve">[05:11] </w:t>
      </w:r>
      <w:r>
        <w:t>This is the theme of the Quran.</w:t>
      </w:r>
    </w:p>
    <w:p>
      <w:pPr>
        <w:jc w:val="right"/>
      </w:pPr>
      <w:r>
        <w:t>دس از دا تھیم آف دا قرآن۔</w:t>
      </w:r>
    </w:p>
    <w:p>
      <w:r>
        <w:rPr>
          <w:b/>
        </w:rPr>
        <w:t xml:space="preserve">[05:19] </w:t>
      </w:r>
      <w:r>
        <w:t>So Quran says: "Khalaqal mauta wal hayata liyabluwakum ayyukum ahsanu amala".</w:t>
      </w:r>
    </w:p>
    <w:p>
      <w:pPr>
        <w:jc w:val="right"/>
      </w:pPr>
      <w:r>
        <w:t>سو قرآن سیز: "خلق الموت والحیات لابلوکم ایم احسن عملا"۔</w:t>
      </w:r>
    </w:p>
    <w:p>
      <w:r>
        <w:rPr>
          <w:b/>
        </w:rPr>
        <w:t xml:space="preserve">[05:29] </w:t>
      </w:r>
      <w:r>
        <w:t>There are other verses of the Quran that tell us that present world was created as a testing ground.</w:t>
      </w:r>
    </w:p>
    <w:p>
      <w:pPr>
        <w:jc w:val="right"/>
      </w:pPr>
      <w:r>
        <w:t>دیر ار ادر ورسز آف دا قرآن دیٹ ٹیل اس دیٹ پریزنٹ ورلڈ واز کریٹڈ ایز ا ٹیسٹنگ گراؤنڈ۔</w:t>
      </w:r>
    </w:p>
    <w:p>
      <w:r>
        <w:rPr>
          <w:b/>
        </w:rPr>
        <w:t xml:space="preserve">[05:39] </w:t>
      </w:r>
      <w:r>
        <w:t>Man is his</w:t>
      </w:r>
    </w:p>
    <w:p>
      <w:pPr>
        <w:jc w:val="right"/>
      </w:pPr>
      <w:r>
        <w:t>مین از ہ</w:t>
      </w:r>
    </w:p>
    <w:p>
      <w:r>
        <w:rPr>
          <w:b/>
        </w:rPr>
        <w:t xml:space="preserve">[05:49] </w:t>
      </w:r>
      <w:r>
        <w:t>Here only as a test.</w:t>
      </w:r>
    </w:p>
    <w:p>
      <w:pPr>
        <w:jc w:val="right"/>
      </w:pPr>
      <w:r>
        <w:t>یر اونلی ایز ا ٹیسٹ۔</w:t>
      </w:r>
    </w:p>
    <w:p>
      <w:r>
        <w:rPr>
          <w:b/>
        </w:rPr>
        <w:t xml:space="preserve">[05:56] </w:t>
      </w:r>
      <w:r>
        <w:t>He is put in test.</w:t>
      </w:r>
    </w:p>
    <w:p>
      <w:pPr>
        <w:jc w:val="right"/>
      </w:pPr>
      <w:r>
        <w:t>ہی از پٹ ان ٹیسٹ۔</w:t>
      </w:r>
    </w:p>
    <w:p>
      <w:r>
        <w:rPr>
          <w:b/>
        </w:rPr>
        <w:t xml:space="preserve">[06:04] </w:t>
      </w:r>
      <w:r>
        <w:t>Deen, what is the purpose of test? Quran tells us that in that pre-death period is test.</w:t>
      </w:r>
    </w:p>
    <w:p>
      <w:pPr>
        <w:jc w:val="right"/>
      </w:pPr>
      <w:r>
        <w:t>دین، واٹ از دا پرپس آف ٹیسٹ؟ قرآن ٹیل اس دیٹ ان دیٹ پری ڈیتھ پیریڈ از ٹیسٹ</w:t>
      </w:r>
    </w:p>
    <w:p>
      <w:r>
        <w:rPr>
          <w:b/>
        </w:rPr>
        <w:t xml:space="preserve">[06:11] </w:t>
      </w:r>
      <w:r>
        <w:t>period, and post-death period is reward period.</w:t>
      </w:r>
    </w:p>
    <w:p>
      <w:pPr>
        <w:jc w:val="right"/>
      </w:pPr>
      <w:r>
        <w:t>پیریڈ، اینڈ پوسٹ ڈیتھ پیریڈ از ریوارڈ پیری</w:t>
      </w:r>
    </w:p>
    <w:p>
      <w:r>
        <w:rPr>
          <w:b/>
        </w:rPr>
        <w:t xml:space="preserve">[06:19] </w:t>
      </w:r>
      <w:r>
        <w:t>Dr.</w:t>
      </w:r>
    </w:p>
    <w:p>
      <w:pPr>
        <w:jc w:val="right"/>
      </w:pPr>
      <w:r>
        <w:t>ڈ۔</w:t>
      </w:r>
    </w:p>
    <w:p>
      <w:r>
        <w:rPr>
          <w:b/>
        </w:rPr>
        <w:t xml:space="preserve">[06:29] </w:t>
      </w:r>
      <w:r>
        <w:t>There is a hell and heaven.</w:t>
      </w:r>
    </w:p>
    <w:p>
      <w:pPr>
        <w:jc w:val="right"/>
      </w:pPr>
      <w:r>
        <w:t>دیر از ا ہیل اینڈ ہیون۔</w:t>
      </w:r>
    </w:p>
    <w:p>
      <w:r>
        <w:rPr>
          <w:b/>
        </w:rPr>
        <w:t xml:space="preserve">[06:39] </w:t>
      </w:r>
      <w:r>
        <w:t>So those who prove to be to be a deserving candidate for paradise, they will they will be rewarded paradise.</w:t>
      </w:r>
    </w:p>
    <w:p>
      <w:pPr>
        <w:jc w:val="right"/>
      </w:pPr>
      <w:r>
        <w:t>سو دوز ہو پروف ٹو بی ٹو بی ا ڈیزرونگ کینڈیڈیٹ فار پیراڈائز، دے ویل دے ویل بی ریوارڈڈ پیراڈائز،</w:t>
      </w:r>
    </w:p>
    <w:p>
      <w:r>
        <w:rPr>
          <w:b/>
        </w:rPr>
        <w:t xml:space="preserve">[06:49] </w:t>
      </w:r>
      <w:r>
        <w:t>and other will go to hell.</w:t>
      </w:r>
    </w:p>
    <w:p>
      <w:pPr>
        <w:jc w:val="right"/>
      </w:pPr>
      <w:r>
        <w:t>اینڈ ادر ویل گو ٹو ہیل۔</w:t>
      </w:r>
    </w:p>
    <w:p>
      <w:r>
        <w:rPr>
          <w:b/>
        </w:rPr>
        <w:t xml:space="preserve">[06:55] </w:t>
      </w:r>
      <w:r>
        <w:t>So, the present world was not created as a permanent world, as an eternal world, not as an eternal world.</w:t>
      </w:r>
    </w:p>
    <w:p>
      <w:pPr>
        <w:jc w:val="right"/>
      </w:pPr>
      <w:r>
        <w:t>سو پریزنٹ ورلڈ واز ناٹ کریٹڈ ایز ا پرماننٹ ورلڈ، ایز ا ایٹرنل ورلڈ، ناٹ ایز اینڈ ایٹرنل ورلڈ۔</w:t>
      </w:r>
    </w:p>
    <w:p>
      <w:r>
        <w:rPr>
          <w:b/>
        </w:rPr>
        <w:t xml:space="preserve">[07:01] </w:t>
      </w:r>
      <w:r>
        <w:t>It was for a short period.</w:t>
      </w:r>
    </w:p>
    <w:p>
      <w:pPr>
        <w:jc w:val="right"/>
      </w:pPr>
      <w:r>
        <w:t>اٹ واز فار ا شارٹ پیریڈ۔</w:t>
      </w:r>
    </w:p>
    <w:p>
      <w:r>
        <w:rPr>
          <w:b/>
        </w:rPr>
        <w:t xml:space="preserve">[07:08] </w:t>
      </w:r>
      <w:r>
        <w:t>It was created for a short period, and now the countdown has begun.</w:t>
      </w:r>
    </w:p>
    <w:p>
      <w:pPr>
        <w:jc w:val="right"/>
      </w:pPr>
      <w:r>
        <w:t>اٹ واز کریٹڈ فار ا شارٹ پیریڈ، اینڈ ناؤ دا کاؤنٹ ڈاؤن ہیز بیگن۔</w:t>
      </w:r>
    </w:p>
    <w:p>
      <w:r>
        <w:rPr>
          <w:b/>
        </w:rPr>
        <w:t xml:space="preserve">[07:14] </w:t>
      </w:r>
      <w:r>
        <w:t>There is no doubt about it</w:t>
      </w:r>
    </w:p>
    <w:p>
      <w:pPr>
        <w:jc w:val="right"/>
      </w:pPr>
      <w:r>
        <w:t>دیر نو ڈاؤٹ اباؤٹ اٹ</w:t>
      </w:r>
    </w:p>
    <w:p>
      <w:r>
        <w:rPr>
          <w:b/>
        </w:rPr>
        <w:t xml:space="preserve">[07:20] </w:t>
      </w:r>
      <w:r>
        <w:t>.</w:t>
      </w:r>
    </w:p>
    <w:p>
      <w:pPr>
        <w:jc w:val="right"/>
      </w:pPr>
      <w:r>
        <w:t>۔</w:t>
      </w:r>
    </w:p>
    <w:p>
      <w:r>
        <w:rPr>
          <w:b/>
        </w:rPr>
        <w:t xml:space="preserve">[07:31] </w:t>
      </w:r>
      <w:r>
        <w:t>Every day, you see and hear this news in the media.</w:t>
      </w:r>
    </w:p>
    <w:p>
      <w:pPr>
        <w:jc w:val="right"/>
      </w:pPr>
      <w:r>
        <w:t>ایوری ڈے، یو سی اینڈ ہیئر دس نیوز ان دا میڈیا۔</w:t>
      </w:r>
    </w:p>
    <w:p>
      <w:r>
        <w:rPr>
          <w:b/>
        </w:rPr>
        <w:t xml:space="preserve">[07:41] </w:t>
      </w:r>
      <w:r>
        <w:t>So for a person who has studied Quran, it is not a new because he is acquaint of this news.</w:t>
      </w:r>
    </w:p>
    <w:p>
      <w:pPr>
        <w:jc w:val="right"/>
      </w:pPr>
      <w:r>
        <w:t>سو فار ا پرسن ہو ہیز سٹڈی قرآن، اٹ از ناٹ ا نیو بیکاز ہی از ایکوینٹ اف دس نیوز۔</w:t>
      </w:r>
    </w:p>
    <w:p>
      <w:r>
        <w:rPr>
          <w:b/>
        </w:rPr>
        <w:t xml:space="preserve">[07:52] </w:t>
      </w:r>
      <w:r>
        <w:t>So I think that it is correct statement that countdown has begun.</w:t>
      </w:r>
    </w:p>
    <w:p>
      <w:pPr>
        <w:jc w:val="right"/>
      </w:pPr>
      <w:r>
        <w:t>سو ائی تھنک دیٹ اٹ از کریکٹ سٹیٹمنٹ دیٹ کاؤنٹ ڈاؤن ہیز بیگن۔</w:t>
      </w:r>
    </w:p>
    <w:p>
      <w:r>
        <w:rPr>
          <w:b/>
        </w:rPr>
        <w:t xml:space="preserve">[08:00] </w:t>
      </w:r>
      <w:r>
        <w:t>We are heading towards world.</w:t>
      </w:r>
    </w:p>
    <w:p>
      <w:pPr>
        <w:jc w:val="right"/>
      </w:pPr>
      <w:r>
        <w:t>وی ار ہیڈنگ ٹورڈز ورلڈ۔</w:t>
      </w:r>
    </w:p>
    <w:p>
      <w:r>
        <w:rPr>
          <w:b/>
        </w:rPr>
        <w:t xml:space="preserve">[08:08] </w:t>
      </w:r>
      <w:r>
        <w:t>We are heading towards the end of the world.</w:t>
      </w:r>
    </w:p>
    <w:p>
      <w:pPr>
        <w:jc w:val="right"/>
      </w:pPr>
      <w:r>
        <w:t>وی ار ہیڈنگ ٹورڈز دی اینڈ اف دا ورلڈ۔</w:t>
      </w:r>
    </w:p>
    <w:p>
      <w:r>
        <w:rPr>
          <w:b/>
        </w:rPr>
        <w:t xml:space="preserve">[08:16] </w:t>
      </w:r>
      <w:r>
        <w:t>We are living in the age when the history is going to be end, and then</w:t>
      </w:r>
    </w:p>
    <w:p>
      <w:pPr>
        <w:jc w:val="right"/>
      </w:pPr>
      <w:r>
        <w:t>وی ار لیونگ ان دا ایج وین دا ہسٹری از گوئنگ ٹو بی اینڈ، اینڈ دین</w:t>
      </w:r>
    </w:p>
    <w:p>
      <w:r>
        <w:rPr>
          <w:b/>
        </w:rPr>
        <w:t xml:space="preserve">[08:24] </w:t>
      </w:r>
      <w:r>
        <w:t>The world hereafter will begin.</w:t>
      </w:r>
    </w:p>
    <w:p>
      <w:pPr>
        <w:jc w:val="right"/>
      </w:pPr>
      <w:r>
        <w:t>دی ورلڈ ہیر افٹر ویل بیگن۔</w:t>
      </w:r>
    </w:p>
    <w:p>
      <w:r>
        <w:rPr>
          <w:b/>
        </w:rPr>
        <w:t xml:space="preserve">[08:31] </w:t>
      </w:r>
      <w:r>
        <w:t>Now, I would like to refer a very relevant verse in the Quran.</w:t>
      </w:r>
    </w:p>
    <w:p>
      <w:pPr>
        <w:jc w:val="right"/>
      </w:pPr>
      <w:r>
        <w:t>ناؤ، ائی وڈ لائک ٹو ریفر ا ویری ریلیونٹ ورس ان دا قرآن۔</w:t>
      </w:r>
    </w:p>
    <w:p>
      <w:r>
        <w:rPr>
          <w:b/>
        </w:rPr>
        <w:t xml:space="preserve">[08:39] </w:t>
      </w:r>
      <w:r>
        <w:t>It is: "Wa min kulli shai'in khalaqna zawjayni la'allakum tadhakkaroon".</w:t>
      </w:r>
    </w:p>
    <w:p>
      <w:pPr>
        <w:jc w:val="right"/>
      </w:pPr>
      <w:r>
        <w:t>اٹ از: "ومن کل شین خلقنا زوجین تذکرون"۔</w:t>
      </w:r>
    </w:p>
    <w:p>
      <w:r>
        <w:rPr>
          <w:b/>
        </w:rPr>
        <w:t xml:space="preserve">[08:46] </w:t>
      </w:r>
      <w:r>
        <w:t>This verse you can see in chapter</w:t>
      </w:r>
    </w:p>
    <w:p>
      <w:pPr>
        <w:jc w:val="right"/>
      </w:pPr>
      <w:r>
        <w:t>دس ورس یو کین سی ان چ</w:t>
      </w:r>
    </w:p>
    <w:p>
      <w:r>
        <w:rPr>
          <w:b/>
        </w:rPr>
        <w:t xml:space="preserve">[08:54] </w:t>
      </w:r>
      <w:r>
        <w:t>Chapter Az-Zariyat: "Wa min kulli shai'in khalaqna zawjayn la'allakum tadhakkaroon".</w:t>
      </w:r>
    </w:p>
    <w:p>
      <w:pPr>
        <w:jc w:val="right"/>
      </w:pPr>
      <w:r>
        <w:t>یپٹر الزاریات: "ومن کل شین خلقنا زوجین تذکرون"۔</w:t>
      </w:r>
    </w:p>
    <w:p>
      <w:r>
        <w:rPr>
          <w:b/>
        </w:rPr>
        <w:t xml:space="preserve">[09:04] </w:t>
      </w:r>
      <w:r>
        <w:t>It means that God created everything in peace, so that you may take lesson, so that you</w:t>
      </w:r>
    </w:p>
    <w:p>
      <w:pPr>
        <w:jc w:val="right"/>
      </w:pPr>
      <w:r>
        <w:t>اٹ مینز دیٹ گاڈ کریٹڈ ایوری تھنگ ان پیس، سو دیٹ یو می ٹیک لیسن، سو دیٹ یو</w:t>
      </w:r>
    </w:p>
    <w:p>
      <w:r>
        <w:rPr>
          <w:b/>
        </w:rPr>
        <w:t xml:space="preserve">[09:14] </w:t>
      </w:r>
      <w:r>
        <w:t>May reflect that where another pair</w:t>
      </w:r>
    </w:p>
    <w:p>
      <w:pPr>
        <w:jc w:val="right"/>
      </w:pPr>
      <w:r>
        <w:t>می ریفلیکٹ دیٹ ویر انادر پیئر</w:t>
      </w:r>
    </w:p>
    <w:p>
      <w:r>
        <w:rPr>
          <w:b/>
        </w:rPr>
        <w:t xml:space="preserve">[09:24] </w:t>
      </w:r>
      <w:r>
        <w:t>of this world.</w:t>
      </w:r>
    </w:p>
    <w:p>
      <w:pPr>
        <w:jc w:val="right"/>
      </w:pPr>
      <w:r>
        <w:t>اف دس ورلڈ۔</w:t>
      </w:r>
    </w:p>
    <w:p>
      <w:r>
        <w:rPr>
          <w:b/>
        </w:rPr>
        <w:t xml:space="preserve">[09:31] </w:t>
      </w:r>
      <w:r>
        <w:t>You know, the whole world is created in pairs.</w:t>
      </w:r>
    </w:p>
    <w:p>
      <w:pPr>
        <w:jc w:val="right"/>
      </w:pPr>
      <w:r>
        <w:t>یو نو، دا ہول ورلڈ از کریٹڈ ان پیئرز۔</w:t>
      </w:r>
    </w:p>
    <w:p>
      <w:r>
        <w:rPr>
          <w:b/>
        </w:rPr>
        <w:t xml:space="preserve">[09:37] </w:t>
      </w:r>
      <w:r>
        <w:t>The whole world is a completion of atoms, and what is atom? In every atom, there are two</w:t>
      </w:r>
    </w:p>
    <w:p>
      <w:pPr>
        <w:jc w:val="right"/>
      </w:pPr>
      <w:r>
        <w:t>دا ہول ورلڈ از ا کمپلیشن اف ایٹمز، اینڈ واٹ از ایٹم؟ ان ایوری ایٹم، دیر ار ٹو</w:t>
      </w:r>
    </w:p>
    <w:p>
      <w:r>
        <w:rPr>
          <w:b/>
        </w:rPr>
        <w:t xml:space="preserve">[09:43] </w:t>
      </w:r>
      <w:r>
        <w:t>particles: positive particle and negative particle.</w:t>
      </w:r>
    </w:p>
    <w:p>
      <w:pPr>
        <w:jc w:val="right"/>
      </w:pPr>
      <w:r>
        <w:t>پارٹیکلز: پازیٹیو پارٹیکل اینڈ نیگیٹیو پارٹیکل۔</w:t>
      </w:r>
    </w:p>
    <w:p>
      <w:r>
        <w:rPr>
          <w:b/>
        </w:rPr>
        <w:t xml:space="preserve">[09:49] </w:t>
      </w:r>
      <w:r>
        <w:t>So every atom is</w:t>
      </w:r>
    </w:p>
    <w:p>
      <w:pPr>
        <w:jc w:val="right"/>
      </w:pPr>
      <w:r>
        <w:t>سو ایوری ایٹم از</w:t>
      </w:r>
    </w:p>
    <w:p>
      <w:r>
        <w:rPr>
          <w:b/>
        </w:rPr>
        <w:t xml:space="preserve">[09:56] </w:t>
      </w:r>
      <w:r>
        <w:t>A completion of pairs: pair of negative particle, positive particle.</w:t>
      </w:r>
    </w:p>
    <w:p>
      <w:pPr>
        <w:jc w:val="right"/>
      </w:pPr>
      <w:r>
        <w:t>ا کمپلیشن اف پیئرز: پیئر اف نیگیٹیو پارٹیکل، پازیٹیو پارٹیکل۔</w:t>
      </w:r>
    </w:p>
    <w:p>
      <w:r>
        <w:rPr>
          <w:b/>
        </w:rPr>
        <w:t xml:space="preserve">[10:03] </w:t>
      </w:r>
      <w:r>
        <w:t>تو the whole world is peer world. Whole world.</w:t>
      </w:r>
    </w:p>
    <w:p>
      <w:pPr>
        <w:jc w:val="right"/>
      </w:pPr>
      <w:r>
        <w:t>تو دا ہول ورلڈ از پیئر ورلڈ۔ ہول ورلڈ۔</w:t>
      </w:r>
    </w:p>
    <w:p>
      <w:r>
        <w:rPr>
          <w:b/>
        </w:rPr>
        <w:t xml:space="preserve">[10:11] </w:t>
      </w:r>
      <w:r>
        <w:t>Then you see: "Let us take the plant kingdom".</w:t>
      </w:r>
    </w:p>
    <w:p>
      <w:pPr>
        <w:jc w:val="right"/>
      </w:pPr>
      <w:r>
        <w:t>دین یو سی: "لیٹ اس ٹیک دا پلانٹ کنگڈم"۔</w:t>
      </w:r>
    </w:p>
    <w:p>
      <w:r>
        <w:rPr>
          <w:b/>
        </w:rPr>
        <w:t xml:space="preserve">[10:19] </w:t>
      </w:r>
      <w:r>
        <w:t>Science has discovered that</w:t>
      </w:r>
    </w:p>
    <w:p>
      <w:pPr>
        <w:jc w:val="right"/>
      </w:pPr>
      <w:r>
        <w:t>سائنس ہیز ڈسکورڈ دیٹ</w:t>
      </w:r>
    </w:p>
    <w:p>
      <w:r>
        <w:rPr>
          <w:b/>
        </w:rPr>
        <w:t xml:space="preserve">[10:27] </w:t>
      </w:r>
      <w:r>
        <w:t>Plant plants are also based on pair system. There are female plant or female plant. There male plant or female plant. In plant kingdom, there are male plant and female plant. So here also you can see the pair system. Then,</w:t>
      </w:r>
    </w:p>
    <w:p>
      <w:pPr>
        <w:jc w:val="right"/>
      </w:pPr>
      <w:r>
        <w:t>پلانٹ پلانٹس ار السو بیسڈ ان پیئر سسٹم۔ دیر ار فیمیل پلانٹ اور فیمیل پلانٹ۔ دیر میل پلانٹ اور فیمیل پلانٹ۔ ان پلانٹ کنگڈم، دیر ار میل پلانٹ اینڈ فیمیل پلانٹ۔ سو ہیر السو یو کین سی دا پیئر سسٹم۔ دین،</w:t>
      </w:r>
    </w:p>
    <w:p>
      <w:r>
        <w:rPr>
          <w:b/>
        </w:rPr>
        <w:t xml:space="preserve">[10:57] </w:t>
      </w:r>
      <w:r>
        <w:t>Let us take the animal world. Here also you know that there are she-animal and he-animal. Here also there are she-animal and he-animal. Then, let us take the human being. Here also you see that there are men and women.</w:t>
      </w:r>
    </w:p>
    <w:p>
      <w:pPr>
        <w:jc w:val="right"/>
      </w:pPr>
      <w:r>
        <w:t>لیٹ اس ٹیک دا اینیمل ورلڈ۔ ہیر السو یو نو دیٹ دیر ار شی اینیمل اینڈ ہی اینیمل۔ ہیر السو دیر ار شی اینیمل اینڈ ہی اینیمل۔ دین، لیٹ اس ٹیک دا ہیومن بینگ۔ ہیر السو یو سی دیٹ دیر ار مین اینڈ ووم</w:t>
      </w:r>
    </w:p>
    <w:p>
      <w:r>
        <w:rPr>
          <w:b/>
        </w:rPr>
        <w:t xml:space="preserve">[11:27] </w:t>
      </w:r>
      <w:r>
        <w:t>men, men and women, men and women.</w:t>
      </w:r>
    </w:p>
    <w:p>
      <w:pPr>
        <w:jc w:val="right"/>
      </w:pPr>
      <w:r>
        <w:t>ن، مین اینڈ وومن، مین اینڈ وومن۔</w:t>
      </w:r>
    </w:p>
    <w:p>
      <w:r>
        <w:rPr>
          <w:b/>
        </w:rPr>
        <w:t xml:space="preserve">[11:34] </w:t>
      </w:r>
      <w:r>
        <w:t>So the whole world is world of pairs.</w:t>
      </w:r>
    </w:p>
    <w:p>
      <w:pPr>
        <w:jc w:val="right"/>
      </w:pPr>
      <w:r>
        <w:t>سو دا ہول ورلڈ از ورلڈ اف پیئرز۔</w:t>
      </w:r>
    </w:p>
    <w:p>
      <w:r>
        <w:rPr>
          <w:b/>
        </w:rPr>
        <w:t xml:space="preserve">[11:42] </w:t>
      </w:r>
      <w:r>
        <w:t>Now, I would like to refer a scientific theory.</w:t>
      </w:r>
    </w:p>
    <w:p>
      <w:pPr>
        <w:jc w:val="right"/>
      </w:pPr>
      <w:r>
        <w:t>ناؤ، ائی وڈ لائک ٹو ریفر ا سائنٹیفک تھیوری۔</w:t>
      </w:r>
    </w:p>
    <w:p>
      <w:r>
        <w:rPr>
          <w:b/>
        </w:rPr>
        <w:t xml:space="preserve">[11:50] </w:t>
      </w:r>
      <w:r>
        <w:t>Some scientists have theorized that our world has also a pair, just like an atom.</w:t>
      </w:r>
    </w:p>
    <w:p>
      <w:pPr>
        <w:jc w:val="right"/>
      </w:pPr>
      <w:r>
        <w:t>سم سائنٹسٹ ہیو تھیورائزڈ دیٹ اور ورلڈ ہیز السو ا پیئر، جسٹ لائک این ایٹم۔</w:t>
      </w:r>
    </w:p>
    <w:p>
      <w:r>
        <w:rPr>
          <w:b/>
        </w:rPr>
        <w:t xml:space="preserve">[11:58] </w:t>
      </w:r>
      <w:r>
        <w:t>Without pair, this world cannot exist. The scientists have theorized that our world is a pair world. Without pair, it cannot exist. So they maintain that present world is a positive world, and there is another world that is negative world.</w:t>
      </w:r>
    </w:p>
    <w:p>
      <w:pPr>
        <w:jc w:val="right"/>
      </w:pPr>
      <w:r>
        <w:t>وداؤٹ پیئر، دس ورلڈ کاناٹ ایگزسٹ۔ دس سائنٹسٹ ہیو تھیورائزڈ دیٹ اور ورلڈ از ا پیئر ورلڈ۔ وداؤٹ پیئر، اٹ کاناٹ ایگزسٹ۔ سو دے مینٹین دیٹ پریزنٹ ورلڈ از ا پازیٹیو ورلڈ، اینڈ دیر از انادر ورلڈ دیٹ از نیگیٹیو ورلڈ۔</w:t>
      </w:r>
    </w:p>
    <w:p>
      <w:r>
        <w:rPr>
          <w:b/>
        </w:rPr>
        <w:t xml:space="preserve">[12:28] </w:t>
      </w:r>
      <w:r>
        <w:t>Although this peer world is not visible, but it is there because all the physical laws require this this hypothesis.</w:t>
      </w:r>
    </w:p>
    <w:p>
      <w:pPr>
        <w:jc w:val="right"/>
      </w:pPr>
      <w:r>
        <w:t>الدو دس پیئر ورلڈ از ناٹ ویزیبل، بٹ اٹ از دیر بیکاز ال دا فزیکل لاز ریکوائر دس دس ہائیپوتھیسز۔</w:t>
      </w:r>
    </w:p>
    <w:p>
      <w:r>
        <w:rPr>
          <w:b/>
        </w:rPr>
        <w:t xml:space="preserve">[12:43] </w:t>
      </w:r>
      <w:r>
        <w:t>According to the physical law, scientists have theorized that there is a, our world is a pair</w:t>
      </w:r>
    </w:p>
    <w:p>
      <w:pPr>
        <w:jc w:val="right"/>
      </w:pPr>
      <w:r>
        <w:t>اکارڈنگ ٹو دا فزیکل لا، سائنٹسٹ ہیو تھیورائزڈ دیٹ دیر از ا اور ورلڈ از ا پیئر</w:t>
      </w:r>
    </w:p>
    <w:p>
      <w:r>
        <w:rPr>
          <w:b/>
        </w:rPr>
        <w:t xml:space="preserve">[12:58] </w:t>
      </w:r>
      <w:r>
        <w:t>world.</w:t>
      </w:r>
    </w:p>
    <w:p>
      <w:pPr>
        <w:jc w:val="right"/>
      </w:pPr>
      <w:r>
        <w:t>ورلڈ۔</w:t>
      </w:r>
    </w:p>
    <w:p>
      <w:r>
        <w:rPr>
          <w:b/>
        </w:rPr>
        <w:t xml:space="preserve">[13:04] </w:t>
      </w:r>
      <w:r>
        <w:t>One world is visible and the other world is not visible, but it is there.</w:t>
      </w:r>
    </w:p>
    <w:p>
      <w:pPr>
        <w:jc w:val="right"/>
      </w:pPr>
      <w:r>
        <w:t>ون ورلڈ از ویزیبل اینڈ دی ادر ورلڈ از ناٹ ویزیبل، بٹ اٹ از دیر۔</w:t>
      </w:r>
    </w:p>
    <w:p>
      <w:r>
        <w:rPr>
          <w:b/>
        </w:rPr>
        <w:t xml:space="preserve">[13:11] </w:t>
      </w:r>
      <w:r>
        <w:t>Now, let us take again that that that verse: "من کل شین خلقنا زوجین لکم تذکرون".</w:t>
      </w:r>
    </w:p>
    <w:p>
      <w:pPr>
        <w:jc w:val="right"/>
      </w:pPr>
      <w:r>
        <w:t>ناؤ، لیٹ اس ٹیک اگین دیٹ دیٹ دیٹ ورس: "من کل شین خلقنا زوجین لکم تذکرون"۔</w:t>
      </w:r>
    </w:p>
    <w:p>
      <w:r>
        <w:rPr>
          <w:b/>
        </w:rPr>
        <w:t xml:space="preserve">[13:17] </w:t>
      </w:r>
      <w:r>
        <w:t>We created everything in pairs so that you may take lesson, so that you may reflect.</w:t>
      </w:r>
    </w:p>
    <w:p>
      <w:pPr>
        <w:jc w:val="right"/>
      </w:pPr>
      <w:r>
        <w:t>وی کریٹڈ ایوری تھنگ ان پیئرز سو دیٹ یو می ٹیک لیسن، سو دیٹ یو می ریفلیکٹ۔</w:t>
      </w:r>
    </w:p>
    <w:p>
      <w:r>
        <w:rPr>
          <w:b/>
        </w:rPr>
        <w:t xml:space="preserve">[13:23] </w:t>
      </w:r>
      <w:r>
        <w:t>This Quranic verse refers to a very important aspect of our life.</w:t>
      </w:r>
    </w:p>
    <w:p>
      <w:pPr>
        <w:jc w:val="right"/>
      </w:pPr>
      <w:r>
        <w:t>دس قرآنک ورس ریفرز ا ویری امپورٹنٹ اسپیکٹ اف اور لائف۔</w:t>
      </w:r>
    </w:p>
    <w:p>
      <w:r>
        <w:rPr>
          <w:b/>
        </w:rPr>
        <w:t xml:space="preserve">[13:30] </w:t>
      </w:r>
      <w:r>
        <w:t>You know, every human being is born with desires, aspirations, wishes, longings.</w:t>
      </w:r>
    </w:p>
    <w:p>
      <w:pPr>
        <w:jc w:val="right"/>
      </w:pPr>
      <w:r>
        <w:t>یو نو، ایوری ہیومن بینگ از بورن ود ڈیزائرز، ایسپریشنز، وشز، لانگنگز۔</w:t>
      </w:r>
    </w:p>
    <w:p>
      <w:r>
        <w:rPr>
          <w:b/>
        </w:rPr>
        <w:t xml:space="preserve">[13:47] </w:t>
      </w:r>
      <w:r>
        <w:t>In one word, you can say that every human being is born with desires, numerous desires, unlimited desires.</w:t>
      </w:r>
    </w:p>
    <w:p>
      <w:pPr>
        <w:jc w:val="right"/>
      </w:pPr>
      <w:r>
        <w:t>ان ون ورڈ، یو کین سی دیٹ ایوری ہیومن بینگ از بورن ود ڈیزائرز، نیومرس ڈیزائرز، ان لمیٹڈ ڈیزائرز۔</w:t>
      </w:r>
    </w:p>
    <w:p>
      <w:r>
        <w:rPr>
          <w:b/>
        </w:rPr>
        <w:t xml:space="preserve">[14:04] </w:t>
      </w:r>
      <w:r>
        <w:t>But you know, no one was able to fulfill his desires.</w:t>
      </w:r>
    </w:p>
    <w:p>
      <w:pPr>
        <w:jc w:val="right"/>
      </w:pPr>
      <w:r>
        <w:t>بٹ یو نو، نو ون واز ایبل ٹو فلفل ہز ڈیزائرز۔</w:t>
      </w:r>
    </w:p>
    <w:p>
      <w:r>
        <w:rPr>
          <w:b/>
        </w:rPr>
        <w:t xml:space="preserve">[14:15] </w:t>
      </w:r>
      <w:r>
        <w:t>Everyone dies without fulfilling his desires because we have desire, but we are a limited being.</w:t>
      </w:r>
    </w:p>
    <w:p>
      <w:pPr>
        <w:jc w:val="right"/>
      </w:pPr>
      <w:r>
        <w:t>ایوری ون ڈائز وداؤٹ فلفلنگ ہز ڈیزائرز بیکاز وی ہیو ڈیزائر، بٹ وی ار ا لمیٹڈ بینگ۔</w:t>
      </w:r>
    </w:p>
    <w:p>
      <w:r>
        <w:rPr>
          <w:b/>
        </w:rPr>
        <w:t xml:space="preserve">[14:25] </w:t>
      </w:r>
      <w:r>
        <w:t>aur limitations, aur disadvantages are</w:t>
      </w:r>
    </w:p>
    <w:p>
      <w:pPr>
        <w:jc w:val="right"/>
      </w:pPr>
      <w:r>
        <w:t>اور لیٹیشنز، اور ڈس ایڈوانٹیجز ار</w:t>
      </w:r>
    </w:p>
    <w:p>
      <w:r>
        <w:rPr>
          <w:b/>
        </w:rPr>
        <w:t xml:space="preserve">[14:35] </w:t>
      </w:r>
      <w:r>
        <w:t>permanent hindrance towards fulfilling these desires.</w:t>
      </w:r>
    </w:p>
    <w:p>
      <w:pPr>
        <w:jc w:val="right"/>
      </w:pPr>
      <w:r>
        <w:t>پرماننٹ ہنٹرنس ٹورڈز فلفلنگ دیز ڈیزائرز۔</w:t>
      </w:r>
    </w:p>
    <w:p>
      <w:r>
        <w:rPr>
          <w:b/>
        </w:rPr>
        <w:t xml:space="preserve">[14:45] </w:t>
      </w:r>
      <w:r>
        <w:t>For example, there are so many problems with us: problem of disease, and boredom, and old age, and</w:t>
      </w:r>
    </w:p>
    <w:p>
      <w:pPr>
        <w:jc w:val="right"/>
      </w:pPr>
      <w:r>
        <w:t>فار ایگزیمپل، دیر ار سو مینی پرابلمز ود اس: پرابلم اف ڈیزیز، اینڈ بورڈم، اینڈ اولڈ ایج، اینڈ</w:t>
      </w:r>
    </w:p>
    <w:p>
      <w:r>
        <w:rPr>
          <w:b/>
        </w:rPr>
        <w:t xml:space="preserve">[14:56] </w:t>
      </w:r>
      <w:r>
        <w:t>accident, and finally death.</w:t>
      </w:r>
    </w:p>
    <w:p>
      <w:pPr>
        <w:jc w:val="right"/>
      </w:pPr>
      <w:r>
        <w:t>ایکسیڈنٹ، اینڈ فائنلی ڈیتھ۔</w:t>
      </w:r>
    </w:p>
    <w:p>
      <w:r>
        <w:rPr>
          <w:b/>
        </w:rPr>
        <w:t xml:space="preserve">[15:06] </w:t>
      </w:r>
      <w:r>
        <w:t>So everyone is, everyone has desires, but he has no, he has no, he is not</w:t>
      </w:r>
    </w:p>
    <w:p>
      <w:pPr>
        <w:jc w:val="right"/>
      </w:pPr>
      <w:r>
        <w:t>سو ایوری ون از ایوری ون ہیز ڈیزائرز، بٹ ہی ہیز نو، ہی ہیز نو، ہی از ناٹ</w:t>
      </w:r>
    </w:p>
    <w:p>
      <w:r>
        <w:rPr>
          <w:b/>
        </w:rPr>
        <w:t xml:space="preserve">[15:21] </w:t>
      </w:r>
      <w:r>
        <w:t>able to fulfill his desires because of these shortcomings, because of these limitations, because of these limitations</w:t>
      </w:r>
    </w:p>
    <w:p>
      <w:pPr>
        <w:jc w:val="right"/>
      </w:pPr>
      <w:r>
        <w:t>ایبل ٹو فلفل ہز ڈیزائرز بیکاز اف دیز شارٹ کمنگز، بیکاز اف دیز لیٹیشنز، بیکاز اف دیز لیٹیشن</w:t>
      </w:r>
    </w:p>
    <w:p>
      <w:r>
        <w:rPr>
          <w:b/>
        </w:rPr>
        <w:t xml:space="preserve">[15:36] </w:t>
      </w:r>
      <w:r>
        <w:t>and because of death.</w:t>
      </w:r>
    </w:p>
    <w:p>
      <w:pPr>
        <w:jc w:val="right"/>
      </w:pPr>
      <w:r>
        <w:t>ز، اینڈ بیکاز اف ڈیتھ۔</w:t>
      </w:r>
    </w:p>
    <w:p>
      <w:r>
        <w:rPr>
          <w:b/>
        </w:rPr>
        <w:t xml:space="preserve">[15:47] </w:t>
      </w:r>
      <w:r>
        <w:t>Death is killer of all our desires.</w:t>
      </w:r>
    </w:p>
    <w:p>
      <w:pPr>
        <w:jc w:val="right"/>
      </w:pPr>
      <w:r>
        <w:t>ڈیتھ از کلر اف ال اور ڈیزائرز۔</w:t>
      </w:r>
    </w:p>
    <w:p>
      <w:r>
        <w:rPr>
          <w:b/>
        </w:rPr>
        <w:t xml:space="preserve">[15:58] </w:t>
      </w:r>
      <w:r>
        <w:t>All those kings, all those wealthy people, and all those heroes died in despair, died in despair.</w:t>
      </w:r>
    </w:p>
    <w:p>
      <w:pPr>
        <w:jc w:val="right"/>
      </w:pPr>
      <w:r>
        <w:t>ال دوز کنگز، ال دوز ولدی پیپل، اینڈ ال دوز ہیروز ڈائیڈ ان ڈسپیئر، ڈائیڈ ان ڈسپیئر۔</w:t>
      </w:r>
    </w:p>
    <w:p>
      <w:r>
        <w:rPr>
          <w:b/>
        </w:rPr>
        <w:t xml:space="preserve">[16:09] </w:t>
      </w:r>
      <w:r>
        <w:t>So it means that man has desires, but man has no world, but man is not able to</w:t>
      </w:r>
    </w:p>
    <w:p>
      <w:pPr>
        <w:jc w:val="right"/>
      </w:pPr>
      <w:r>
        <w:t>سو اٹ مینز دیٹ مین ہیز ڈیزائرز، بٹ مین ہیز نو ورلڈ، بٹ مین از ناٹ ایبل ٹو</w:t>
      </w:r>
    </w:p>
    <w:p>
      <w:r>
        <w:rPr>
          <w:b/>
        </w:rPr>
        <w:t xml:space="preserve">[16:15] </w:t>
      </w:r>
      <w:r>
        <w:t>fulfill his desires.</w:t>
      </w:r>
    </w:p>
    <w:p>
      <w:pPr>
        <w:jc w:val="right"/>
      </w:pPr>
      <w:r>
        <w:t>فلفل ہز ڈیزائرز۔</w:t>
      </w:r>
    </w:p>
    <w:p>
      <w:r>
        <w:rPr>
          <w:b/>
        </w:rPr>
        <w:t xml:space="preserve">[16:22] </w:t>
      </w:r>
      <w:r>
        <w:t>It means we require, we need a world of fulfillment.</w:t>
      </w:r>
    </w:p>
    <w:p>
      <w:pPr>
        <w:jc w:val="right"/>
      </w:pPr>
      <w:r>
        <w:t>اٹ مینز وی ریکوائر، وی نیڈ ا ورلڈ اف فلفلمنٹ۔</w:t>
      </w:r>
    </w:p>
    <w:p>
      <w:r>
        <w:rPr>
          <w:b/>
        </w:rPr>
        <w:t xml:space="preserve">[16:28] </w:t>
      </w:r>
      <w:r>
        <w:t>We are living in a world of desire.</w:t>
      </w:r>
    </w:p>
    <w:p>
      <w:pPr>
        <w:jc w:val="right"/>
      </w:pPr>
      <w:r>
        <w:t>وی ار لیونگ ان ا ورلڈ اف ڈیزائر۔</w:t>
      </w:r>
    </w:p>
    <w:p>
      <w:r>
        <w:rPr>
          <w:b/>
        </w:rPr>
        <w:t xml:space="preserve">[16:34] </w:t>
      </w:r>
      <w:r>
        <w:t>Now, we need another world, this world of fulfillment</w:t>
      </w:r>
    </w:p>
    <w:p>
      <w:pPr>
        <w:jc w:val="right"/>
      </w:pPr>
      <w:r>
        <w:t>ناؤ، وی نیڈ انادر ورلڈ، دس ورلڈ اف فلفلمنٹ</w:t>
      </w:r>
    </w:p>
    <w:p>
      <w:r>
        <w:rPr>
          <w:b/>
        </w:rPr>
        <w:t xml:space="preserve">[16:41] </w:t>
      </w:r>
      <w:r>
        <w:t>The.</w:t>
      </w:r>
    </w:p>
    <w:p>
      <w:pPr>
        <w:jc w:val="right"/>
      </w:pPr>
      <w:r>
        <w:t>۔</w:t>
      </w:r>
    </w:p>
    <w:p>
      <w:r>
        <w:rPr>
          <w:b/>
        </w:rPr>
        <w:t xml:space="preserve">[16:46] </w:t>
      </w:r>
      <w:r>
        <w:t>تو where is that world? That is pair of this world.</w:t>
      </w:r>
    </w:p>
    <w:p>
      <w:pPr>
        <w:jc w:val="right"/>
      </w:pPr>
      <w:r>
        <w:t>تو ویئر از دیٹ ورلڈ؟ دیٹ از پیئر اف دس ورلڈ۔</w:t>
      </w:r>
    </w:p>
    <w:p>
      <w:r>
        <w:rPr>
          <w:b/>
        </w:rPr>
        <w:t xml:space="preserve">[16:51] </w:t>
      </w:r>
      <w:r>
        <w:t>This are true meaning of that verse of the Quran: "من کل شین خلقنا زوجین لکم تذکرون".</w:t>
      </w:r>
    </w:p>
    <w:p>
      <w:pPr>
        <w:jc w:val="right"/>
      </w:pPr>
      <w:r>
        <w:t>دس ار ٹرو میننگ اف دیٹ ورس اف دا قرآن: "من کل شین خلقنا زوجین لکم تذکرون"۔</w:t>
      </w:r>
    </w:p>
    <w:p>
      <w:r>
        <w:rPr>
          <w:b/>
        </w:rPr>
        <w:t xml:space="preserve">[16:57] </w:t>
      </w:r>
      <w:r>
        <w:t>We have a world of desire, but we don't have the world of fulfillment.</w:t>
      </w:r>
    </w:p>
    <w:p>
      <w:pPr>
        <w:jc w:val="right"/>
      </w:pPr>
      <w:r>
        <w:t>وی ہیو ا ورلڈ اف ڈیزائر، بٹ وی ڈونٹ ہیو دا ورلڈ اف فلفلمنٹ۔</w:t>
      </w:r>
    </w:p>
    <w:p>
      <w:r>
        <w:rPr>
          <w:b/>
        </w:rPr>
        <w:t xml:space="preserve">[17:02] </w:t>
      </w:r>
      <w:r>
        <w:t>So this is the pair.</w:t>
      </w:r>
    </w:p>
    <w:p>
      <w:pPr>
        <w:jc w:val="right"/>
      </w:pPr>
      <w:r>
        <w:t>سو دس از دا پیئر۔</w:t>
      </w:r>
    </w:p>
    <w:p>
      <w:r>
        <w:rPr>
          <w:b/>
        </w:rPr>
        <w:t xml:space="preserve">[17:07] </w:t>
      </w:r>
      <w:r>
        <w:t>That pair is missing.</w:t>
      </w:r>
    </w:p>
    <w:p>
      <w:pPr>
        <w:jc w:val="right"/>
      </w:pPr>
      <w:r>
        <w:t>دیٹ پیئر از مسنگ۔</w:t>
      </w:r>
    </w:p>
    <w:p>
      <w:r>
        <w:rPr>
          <w:b/>
        </w:rPr>
        <w:t xml:space="preserve">[17:12] </w:t>
      </w:r>
      <w:r>
        <w:t>World of fulfillment is missing.</w:t>
      </w:r>
    </w:p>
    <w:p>
      <w:pPr>
        <w:jc w:val="right"/>
      </w:pPr>
      <w:r>
        <w:t>ورلڈ اف فلفلمنٹ از مسنگ۔</w:t>
      </w:r>
    </w:p>
    <w:p>
      <w:r>
        <w:rPr>
          <w:b/>
        </w:rPr>
        <w:t xml:space="preserve">[17:20] </w:t>
      </w:r>
      <w:r>
        <w:t>World of desire is here, but world of fulfillment is missing.</w:t>
      </w:r>
    </w:p>
    <w:p>
      <w:pPr>
        <w:jc w:val="right"/>
      </w:pPr>
      <w:r>
        <w:t>ورلڈ اف ڈیزائر از ہیر، بٹ ورلڈ اف فلفلمنٹ از مسنگ۔</w:t>
      </w:r>
    </w:p>
    <w:p>
      <w:r>
        <w:rPr>
          <w:b/>
        </w:rPr>
        <w:t xml:space="preserve">[17:28] </w:t>
      </w:r>
      <w:r>
        <w:t>So it is missing pair.</w:t>
      </w:r>
    </w:p>
    <w:p>
      <w:pPr>
        <w:jc w:val="right"/>
      </w:pPr>
      <w:r>
        <w:t>سو اٹ از مسنگ پیئر۔</w:t>
      </w:r>
    </w:p>
    <w:p>
      <w:r>
        <w:rPr>
          <w:b/>
        </w:rPr>
        <w:t xml:space="preserve">[17:36] </w:t>
      </w:r>
      <w:r>
        <w:t>So that verse invites you to reflect: Where is that missing pair? Where is that missing pair?</w:t>
      </w:r>
    </w:p>
    <w:p>
      <w:pPr>
        <w:jc w:val="right"/>
      </w:pPr>
      <w:r>
        <w:t>سو دیٹ ورس انوائٹس یو ٹو ریفلیکٹ: ویئر از دیٹ مسنگ پیئر؟ ویئر از دیٹ مسنگ پیئر؟</w:t>
      </w:r>
    </w:p>
    <w:p>
      <w:r>
        <w:rPr>
          <w:b/>
        </w:rPr>
        <w:t xml:space="preserve">[17:45] </w:t>
      </w:r>
      <w:r>
        <w:t>Without that missing pair, this world, this world is incomplete, incomplete.</w:t>
      </w:r>
    </w:p>
    <w:p>
      <w:pPr>
        <w:jc w:val="right"/>
      </w:pPr>
      <w:r>
        <w:t>وداؤٹ دیٹ مسنگ پیئر، دس ورلڈ، دس ورلڈ از ان کمپلیٹ، ان کمپلیٹ۔</w:t>
      </w:r>
    </w:p>
    <w:p>
      <w:r>
        <w:rPr>
          <w:b/>
        </w:rPr>
        <w:t xml:space="preserve">[17:51] </w:t>
      </w:r>
      <w:r>
        <w:t>If you are able to discover that missing pair, then we can complete this world.</w:t>
      </w:r>
    </w:p>
    <w:p>
      <w:pPr>
        <w:jc w:val="right"/>
      </w:pPr>
      <w:r>
        <w:t>اف یو ار ایبل ٹو ڈسکور دیٹ مسنگ پیئر، دین وی کین کمپلیٹ دس ورلڈ۔</w:t>
      </w:r>
    </w:p>
    <w:p>
      <w:r>
        <w:rPr>
          <w:b/>
        </w:rPr>
        <w:t xml:space="preserve">[17:57] </w:t>
      </w:r>
      <w:r>
        <w:t>Otherwise, it is incomplete.</w:t>
      </w:r>
    </w:p>
    <w:p>
      <w:pPr>
        <w:jc w:val="right"/>
      </w:pPr>
      <w:r>
        <w:t>ادروائز، اٹ از ان کمپلیٹ۔</w:t>
      </w:r>
    </w:p>
    <w:p>
      <w:r>
        <w:rPr>
          <w:b/>
        </w:rPr>
        <w:t xml:space="preserve">[18:03] </w:t>
      </w:r>
      <w:r>
        <w:t>wa min kulli shay'in khalaqna zawjayn la'allakum tadhakkarun.</w:t>
      </w:r>
    </w:p>
    <w:p>
      <w:pPr>
        <w:jc w:val="right"/>
      </w:pPr>
      <w:r>
        <w:t>"ومن کل شین خلقنا زوجین لکم تذکرون"۔</w:t>
      </w:r>
    </w:p>
    <w:p>
      <w:r>
        <w:rPr>
          <w:b/>
        </w:rPr>
        <w:t xml:space="preserve">[18:10] </w:t>
      </w:r>
      <w:r>
        <w:t>We created everything in pairs.</w:t>
      </w:r>
    </w:p>
    <w:p>
      <w:pPr>
        <w:jc w:val="right"/>
      </w:pPr>
      <w:r>
        <w:t>وی کریٹڈ ایوری تھنگ ان پیئرز</w:t>
      </w:r>
    </w:p>
    <w:p>
      <w:r>
        <w:rPr>
          <w:b/>
        </w:rPr>
        <w:t xml:space="preserve">[18:16] </w:t>
      </w:r>
      <w:r>
        <w:t>So that you may reflect.</w:t>
      </w:r>
    </w:p>
    <w:p>
      <w:pPr>
        <w:jc w:val="right"/>
      </w:pPr>
      <w:r>
        <w:t>سو دیٹ یو می ریفلیکٹ۔</w:t>
      </w:r>
    </w:p>
    <w:p>
      <w:r>
        <w:rPr>
          <w:b/>
        </w:rPr>
        <w:t xml:space="preserve">[18:24] </w:t>
      </w:r>
      <w:r>
        <w:t>It means that in this vast universe, every atom and everything was created in pair.</w:t>
      </w:r>
    </w:p>
    <w:p>
      <w:pPr>
        <w:jc w:val="right"/>
      </w:pPr>
      <w:r>
        <w:t>اٹ مینز دیٹ ان دس واسٹ یونیورس، ایوری ایٹم اینڈ ایوری تھنگ واز کریٹڈ ان پیئر۔</w:t>
      </w:r>
    </w:p>
    <w:p>
      <w:r>
        <w:rPr>
          <w:b/>
        </w:rPr>
        <w:t xml:space="preserve">[18:32] </w:t>
      </w:r>
      <w:r>
        <w:t>So why this pair is missing? You know, our world is very very vast world.</w:t>
      </w:r>
    </w:p>
    <w:p>
      <w:pPr>
        <w:jc w:val="right"/>
      </w:pPr>
      <w:r>
        <w:t>سو وائی دس پیئر از مسنگ؟ یو نو، اور ورلڈ از ویری ویری واسٹ ورلڈ۔</w:t>
      </w:r>
    </w:p>
    <w:p>
      <w:r>
        <w:rPr>
          <w:b/>
        </w:rPr>
        <w:t xml:space="preserve">[18:40] </w:t>
      </w:r>
      <w:r>
        <w:t>There are numerous things, and everything is in pairs.</w:t>
      </w:r>
    </w:p>
    <w:p>
      <w:pPr>
        <w:jc w:val="right"/>
      </w:pPr>
      <w:r>
        <w:t>دیر ار نیومرس تھنگز، اینڈ ایوری تھنگ از ان پیئرز۔</w:t>
      </w:r>
    </w:p>
    <w:p>
      <w:r>
        <w:rPr>
          <w:b/>
        </w:rPr>
        <w:t xml:space="preserve">[18:48] </w:t>
      </w:r>
      <w:r>
        <w:t>تو why God created all things in pair, but only one pair is missing? This world of fulfillment.</w:t>
      </w:r>
    </w:p>
    <w:p>
      <w:pPr>
        <w:jc w:val="right"/>
      </w:pPr>
      <w:r>
        <w:t>تو وائی گاڈ کریٹڈ ال تھنگز ان پیئر، بٹ اونلی ون پیئر از مسنگ؟ دس ورلڈ اف فلفلمنٹ۔</w:t>
      </w:r>
    </w:p>
    <w:p>
      <w:r>
        <w:rPr>
          <w:b/>
        </w:rPr>
        <w:t xml:space="preserve">[18:58] </w:t>
      </w:r>
      <w:r>
        <w:t>This is the true meaning of that verse.</w:t>
      </w:r>
    </w:p>
    <w:p>
      <w:pPr>
        <w:jc w:val="right"/>
      </w:pPr>
      <w:r>
        <w:t>دس از دا ٹرو میننگ اف دیٹ ورس۔</w:t>
      </w:r>
    </w:p>
    <w:p>
      <w:r>
        <w:rPr>
          <w:b/>
        </w:rPr>
        <w:t xml:space="preserve">[19:08] </w:t>
      </w:r>
      <w:r>
        <w:t>Now, I would like to refer another point. You know,</w:t>
      </w:r>
    </w:p>
    <w:p>
      <w:pPr>
        <w:jc w:val="right"/>
      </w:pPr>
      <w:r>
        <w:t>ناؤ، ائی وڈ لائک ٹو ریفر انادر پوائنٹ۔ یو نو،</w:t>
      </w:r>
    </w:p>
    <w:p>
      <w:r>
        <w:rPr>
          <w:b/>
        </w:rPr>
        <w:t xml:space="preserve">[19:18] </w:t>
      </w:r>
      <w:r>
        <w:t>There are billions and billions novels, novels and stories.</w:t>
      </w:r>
    </w:p>
    <w:p>
      <w:pPr>
        <w:jc w:val="right"/>
      </w:pPr>
      <w:r>
        <w:t>دیر ار بلین اینڈ بلین ناولز، ناولز اینڈ سٹوریز۔</w:t>
      </w:r>
    </w:p>
    <w:p>
      <w:r>
        <w:rPr>
          <w:b/>
        </w:rPr>
        <w:t xml:space="preserve">[19:24] </w:t>
      </w:r>
      <w:r>
        <w:t>All these novels are stories of tragedy.</w:t>
      </w:r>
    </w:p>
    <w:p>
      <w:pPr>
        <w:jc w:val="right"/>
      </w:pPr>
      <w:r>
        <w:t>ال دیز ناولز ار سٹوریز اف ٹریجڈی۔</w:t>
      </w:r>
    </w:p>
    <w:p>
      <w:r>
        <w:rPr>
          <w:b/>
        </w:rPr>
        <w:t xml:space="preserve">[19:30] </w:t>
      </w:r>
      <w:r>
        <w:t>There is no great novel that is comedy.</w:t>
      </w:r>
    </w:p>
    <w:p>
      <w:pPr>
        <w:jc w:val="right"/>
      </w:pPr>
      <w:r>
        <w:t>دیر از نو گریٹ ناول دیٹ از کامیڈی۔</w:t>
      </w:r>
    </w:p>
    <w:p>
      <w:r>
        <w:rPr>
          <w:b/>
        </w:rPr>
        <w:t xml:space="preserve">[19:36] </w:t>
      </w:r>
      <w:r>
        <w:t>All the great novels are tragedy.</w:t>
      </w:r>
    </w:p>
    <w:p>
      <w:pPr>
        <w:jc w:val="right"/>
      </w:pPr>
      <w:r>
        <w:t>ال دا گریٹ ناولز ار ٹریجڈی۔</w:t>
      </w:r>
    </w:p>
    <w:p>
      <w:r>
        <w:rPr>
          <w:b/>
        </w:rPr>
        <w:t xml:space="preserve">[19:42] </w:t>
      </w:r>
      <w:r>
        <w:t>Now, what is novel</w:t>
      </w:r>
    </w:p>
    <w:p>
      <w:pPr>
        <w:jc w:val="right"/>
      </w:pPr>
      <w:r>
        <w:t>ناؤ، واٹ از ناول</w:t>
      </w:r>
    </w:p>
    <w:p>
      <w:r>
        <w:rPr>
          <w:b/>
        </w:rPr>
        <w:t xml:space="preserve">[19:48] </w:t>
      </w:r>
      <w:r>
        <w:t>novel is history of wishes, history of longings, history of desires.</w:t>
      </w:r>
    </w:p>
    <w:p>
      <w:pPr>
        <w:jc w:val="right"/>
      </w:pPr>
      <w:r>
        <w:t>؟ ناول از ہسٹری اف وشز، ہسٹری اف لانگنگز، ہسٹری اف ڈیزائرز۔</w:t>
      </w:r>
    </w:p>
    <w:p>
      <w:r>
        <w:rPr>
          <w:b/>
        </w:rPr>
        <w:t xml:space="preserve">[19:58] </w:t>
      </w:r>
      <w:r>
        <w:t>In every novel, you can see that man's desire is recorded in novel.</w:t>
      </w:r>
    </w:p>
    <w:p>
      <w:pPr>
        <w:jc w:val="right"/>
      </w:pPr>
      <w:r>
        <w:t>ان ایوری ناول، یو کین سی دیٹ مین ڈیزائر از ریکارڈڈ ان ناول۔</w:t>
      </w:r>
    </w:p>
    <w:p>
      <w:r>
        <w:rPr>
          <w:b/>
        </w:rPr>
        <w:t xml:space="preserve">[20:08] </w:t>
      </w:r>
      <w:r>
        <w:t>And what is novel? Novel means record of man's wishes in fiction.</w:t>
      </w:r>
    </w:p>
    <w:p>
      <w:pPr>
        <w:jc w:val="right"/>
      </w:pPr>
      <w:r>
        <w:t>ان واٹ از ناول؟ ناول مینز ریکارڈ اف مین وشز ان فک</w:t>
      </w:r>
    </w:p>
    <w:p>
      <w:r>
        <w:rPr>
          <w:b/>
        </w:rPr>
        <w:t xml:space="preserve">[20:18] </w:t>
      </w:r>
      <w:r>
        <w:t>شان سٹائل۔</w:t>
      </w:r>
    </w:p>
    <w:p>
      <w:pPr>
        <w:jc w:val="right"/>
      </w:pPr>
      <w:r>
        <w:t>شن سٹائل۔</w:t>
      </w:r>
    </w:p>
    <w:p>
      <w:r>
        <w:rPr>
          <w:b/>
        </w:rPr>
        <w:t xml:space="preserve">[20:28] </w:t>
      </w:r>
      <w:r>
        <w:t>Novel is death, but record of wishes, record of record of desires in the form of fiction.</w:t>
      </w:r>
    </w:p>
    <w:p>
      <w:pPr>
        <w:jc w:val="right"/>
      </w:pPr>
      <w:r>
        <w:t>ناول از ڈیتھک، بٹ ریکارڈ اف وشز، ریکارڈ اف ریکارڈ اف ڈیزائرز ان دا فارم اف فکشن۔</w:t>
      </w:r>
    </w:p>
    <w:p>
      <w:r>
        <w:rPr>
          <w:b/>
        </w:rPr>
        <w:t xml:space="preserve">[20:38] </w:t>
      </w:r>
      <w:r>
        <w:t>So there are numerous novels, but all the novels, all the great novels</w:t>
      </w:r>
    </w:p>
    <w:p>
      <w:pPr>
        <w:jc w:val="right"/>
      </w:pPr>
      <w:r>
        <w:t>سو دیر ار نیومرس ناولز، بٹ ال دا ناولز، ال دا گریٹ ناولز</w:t>
      </w:r>
    </w:p>
    <w:p>
      <w:r>
        <w:rPr>
          <w:b/>
        </w:rPr>
        <w:t xml:space="preserve">[20:49] </w:t>
      </w:r>
      <w:r>
        <w:t>are tragedies.</w:t>
      </w:r>
    </w:p>
    <w:p>
      <w:pPr>
        <w:jc w:val="right"/>
      </w:pPr>
      <w:r>
        <w:t>ار ٹریجڈیز۔</w:t>
      </w:r>
    </w:p>
    <w:p>
      <w:r>
        <w:rPr>
          <w:b/>
        </w:rPr>
        <w:t xml:space="preserve">[20:55] </w:t>
      </w:r>
      <w:r>
        <w:t>It means that all the novel tell us a very sad story that man is doomed to failure.</w:t>
      </w:r>
    </w:p>
    <w:p>
      <w:pPr>
        <w:jc w:val="right"/>
      </w:pPr>
      <w:r>
        <w:t>اٹ مینز دیٹ ال دا ناول ٹیل اس ا ویری سیڈ سٹوری دیٹ مین از ڈوم ٹو فیلیر۔</w:t>
      </w:r>
    </w:p>
    <w:p>
      <w:r>
        <w:rPr>
          <w:b/>
        </w:rPr>
        <w:t xml:space="preserve">[21:01] </w:t>
      </w:r>
      <w:r>
        <w:t>Man has desires, but there is no way to fulfill these desires.</w:t>
      </w:r>
    </w:p>
    <w:p>
      <w:pPr>
        <w:jc w:val="right"/>
      </w:pPr>
      <w:r>
        <w:t>مین ہیز ڈیزائرز، بٹ دیر از نو وے ٹو فلفل دیز ڈیزائرز۔</w:t>
      </w:r>
    </w:p>
    <w:p>
      <w:r>
        <w:rPr>
          <w:b/>
        </w:rPr>
        <w:t xml:space="preserve">[21:07] </w:t>
      </w:r>
      <w:r>
        <w:t>This theory of novels, novels and history, story and poetry.</w:t>
      </w:r>
    </w:p>
    <w:p>
      <w:pPr>
        <w:jc w:val="right"/>
      </w:pPr>
      <w:r>
        <w:t>دس تھیوری اف ناولز، ناولز اینڈ ہسٹری، اسٹوری اینڈ پوئٹری۔</w:t>
      </w:r>
    </w:p>
    <w:p>
      <w:r>
        <w:rPr>
          <w:b/>
        </w:rPr>
        <w:t xml:space="preserve">[21:13] </w:t>
      </w:r>
      <w:r>
        <w:t>All the stories, all the novels and all the</w:t>
      </w:r>
    </w:p>
    <w:p>
      <w:pPr>
        <w:jc w:val="right"/>
      </w:pPr>
      <w:r>
        <w:t>ال دی سٹوریز، ال دا ناولز اینڈ ال دا</w:t>
      </w:r>
    </w:p>
    <w:p>
      <w:r>
        <w:rPr>
          <w:b/>
        </w:rPr>
        <w:t xml:space="preserve">[21:19] </w:t>
      </w:r>
      <w:r>
        <w:t>Poetry tell us, tell us this sad aspect of our life.</w:t>
      </w:r>
    </w:p>
    <w:p>
      <w:pPr>
        <w:jc w:val="right"/>
      </w:pPr>
      <w:r>
        <w:t>پوئٹری ٹیل اس، ٹیل اس دس سیڈ اسپیکٹ اف اور لائف۔</w:t>
      </w:r>
    </w:p>
    <w:p>
      <w:r>
        <w:rPr>
          <w:b/>
        </w:rPr>
        <w:t xml:space="preserve">[21:34] </w:t>
      </w:r>
      <w:r>
        <w:t>So it means in other words that every novel tells us that here is a missing pair. Although this</w:t>
      </w:r>
    </w:p>
    <w:p>
      <w:pPr>
        <w:jc w:val="right"/>
      </w:pPr>
      <w:r>
        <w:t>سو اٹ مینز ان ادر ورڈز دیٹ ایوری ناول ٹیل اس دیٹ ہیر از ا مسنگ پیئر۔ الدو دس</w:t>
      </w:r>
    </w:p>
    <w:p>
      <w:r>
        <w:rPr>
          <w:b/>
        </w:rPr>
        <w:t xml:space="preserve">[21:49] </w:t>
      </w:r>
      <w:r>
        <w:t>verse you cannot read in novel, but it is there.</w:t>
      </w:r>
    </w:p>
    <w:p>
      <w:pPr>
        <w:jc w:val="right"/>
      </w:pPr>
      <w:r>
        <w:t>ورس یو کاناٹ ریڈ ان ناول، بٹ اٹ از دیر۔</w:t>
      </w:r>
    </w:p>
    <w:p>
      <w:r>
        <w:rPr>
          <w:b/>
        </w:rPr>
        <w:t xml:space="preserve">[22:05] </w:t>
      </w:r>
      <w:r>
        <w:t>All the novels, all the stories, all the poetries express that this sentiment that they</w:t>
      </w:r>
    </w:p>
    <w:p>
      <w:pPr>
        <w:jc w:val="right"/>
      </w:pPr>
      <w:r>
        <w:t>ال دا ناولز، ال دی سٹوریز، ال دا پوئٹریز ایکسپریس دیٹ دس سینٹیمنٹ دیٹ دے</w:t>
      </w:r>
    </w:p>
    <w:p>
      <w:r>
        <w:rPr>
          <w:b/>
        </w:rPr>
        <w:t xml:space="preserve">[22:21] </w:t>
      </w:r>
      <w:r>
        <w:t>They gave us this news about the history that, oh man, you are doomed to failure.</w:t>
      </w:r>
    </w:p>
    <w:p>
      <w:pPr>
        <w:jc w:val="right"/>
      </w:pPr>
      <w:r>
        <w:t>دے گیو اس دس نیوز اباؤٹ دا ہسٹری دیٹ او مین، یو ار ڈوم ٹو فیلیر۔</w:t>
      </w:r>
    </w:p>
    <w:p>
      <w:r>
        <w:rPr>
          <w:b/>
        </w:rPr>
        <w:t xml:space="preserve">[22:28] </w:t>
      </w:r>
      <w:r>
        <w:t>You have desires, but you cannot fulfill your desires.</w:t>
      </w:r>
    </w:p>
    <w:p>
      <w:pPr>
        <w:jc w:val="right"/>
      </w:pPr>
      <w:r>
        <w:t>یو ہیو ڈیزائرز، بٹ یو کاناٹ فلفل یور ڈیزائرز۔</w:t>
      </w:r>
    </w:p>
    <w:p>
      <w:r>
        <w:rPr>
          <w:b/>
        </w:rPr>
        <w:t xml:space="preserve">[22:36] </w:t>
      </w:r>
      <w:r>
        <w:t>So that part of your life is missing.</w:t>
      </w:r>
    </w:p>
    <w:p>
      <w:pPr>
        <w:jc w:val="right"/>
      </w:pPr>
      <w:r>
        <w:t>سو دیٹ پارٹ اف یور لائف از مسنگ۔</w:t>
      </w:r>
    </w:p>
    <w:p>
      <w:r>
        <w:rPr>
          <w:b/>
        </w:rPr>
        <w:t xml:space="preserve">[22:43] </w:t>
      </w:r>
      <w:r>
        <w:t>It is this fact which I call miss</w:t>
      </w:r>
    </w:p>
    <w:p>
      <w:pPr>
        <w:jc w:val="right"/>
      </w:pPr>
      <w:r>
        <w:t>اٹ از دس فیکٹ وچ ائی کال مس</w:t>
      </w:r>
    </w:p>
    <w:p>
      <w:r>
        <w:rPr>
          <w:b/>
        </w:rPr>
        <w:t xml:space="preserve">[22:51] </w:t>
      </w:r>
      <w:r>
        <w:t>ning pair.</w:t>
      </w:r>
    </w:p>
    <w:p>
      <w:pPr>
        <w:jc w:val="right"/>
      </w:pPr>
      <w:r>
        <w:t>نگ پیئر۔</w:t>
      </w:r>
    </w:p>
    <w:p>
      <w:r>
        <w:rPr>
          <w:b/>
        </w:rPr>
        <w:t xml:space="preserve">[22:56] </w:t>
      </w:r>
      <w:r>
        <w:t>missing pair means world of desire is here.</w:t>
      </w:r>
    </w:p>
    <w:p>
      <w:pPr>
        <w:jc w:val="right"/>
      </w:pPr>
      <w:r>
        <w:t>مسنگ پیئر مینز ورلڈ اف ڈیزائر از ہیر۔</w:t>
      </w:r>
    </w:p>
    <w:p>
      <w:r>
        <w:rPr>
          <w:b/>
        </w:rPr>
        <w:t xml:space="preserve">[23:02] </w:t>
      </w:r>
      <w:r>
        <w:t>There is one pair and world of fulfillment is not.</w:t>
      </w:r>
    </w:p>
    <w:p>
      <w:pPr>
        <w:jc w:val="right"/>
      </w:pPr>
      <w:r>
        <w:t>دیر از ون پیئر اینڈ ورلڈ اف فلفلمنٹ از ناٹ۔</w:t>
      </w:r>
    </w:p>
    <w:p>
      <w:r>
        <w:rPr>
          <w:b/>
        </w:rPr>
        <w:t xml:space="preserve">[23:07] </w:t>
      </w:r>
      <w:r>
        <w:t>There is another pair.</w:t>
      </w:r>
    </w:p>
    <w:p>
      <w:pPr>
        <w:jc w:val="right"/>
      </w:pPr>
      <w:r>
        <w:t>دیر از انادر پیئر۔</w:t>
      </w:r>
    </w:p>
    <w:p>
      <w:r>
        <w:rPr>
          <w:b/>
        </w:rPr>
        <w:t xml:space="preserve">[23:12] </w:t>
      </w:r>
      <w:r>
        <w:t>So we have to discover that pair, that missing pair.</w:t>
      </w:r>
    </w:p>
    <w:p>
      <w:pPr>
        <w:jc w:val="right"/>
      </w:pPr>
      <w:r>
        <w:t>سو وی ہیو ٹو ڈسکور دیٹ پیئر، دیٹ مسنگ پیئر۔</w:t>
      </w:r>
    </w:p>
    <w:p>
      <w:r>
        <w:rPr>
          <w:b/>
        </w:rPr>
        <w:t xml:space="preserve">[23:18] </w:t>
      </w:r>
      <w:r>
        <w:t>You know, Milton has</w:t>
      </w:r>
    </w:p>
    <w:p>
      <w:pPr>
        <w:jc w:val="right"/>
      </w:pPr>
      <w:r>
        <w:t>یو نو، ملٹن ہیز</w:t>
      </w:r>
    </w:p>
    <w:p>
      <w:r>
        <w:rPr>
          <w:b/>
        </w:rPr>
        <w:t xml:space="preserve">[23:23] </w:t>
      </w:r>
      <w:r>
        <w:t>publish a book that is well known with this title "Paradise Lost".</w:t>
      </w:r>
    </w:p>
    <w:p>
      <w:pPr>
        <w:jc w:val="right"/>
      </w:pPr>
      <w:r>
        <w:t>پبلش ا بک دیٹ از ویل نون ود دس ٹائٹل "پیرڈائز لاسٹ"۔</w:t>
      </w:r>
    </w:p>
    <w:p>
      <w:r>
        <w:rPr>
          <w:b/>
        </w:rPr>
        <w:t xml:space="preserve">[23:31] </w:t>
      </w:r>
      <w:r>
        <w:t>I can tell you that Quran is "Paradise Discovered".</w:t>
      </w:r>
    </w:p>
    <w:p>
      <w:pPr>
        <w:jc w:val="right"/>
      </w:pPr>
      <w:r>
        <w:t>ائی کین ٹیل یو دیٹ قرآن از "پیرڈائز ڈسکورڈ"۔</w:t>
      </w:r>
    </w:p>
    <w:p>
      <w:r>
        <w:rPr>
          <w:b/>
        </w:rPr>
        <w:t xml:space="preserve">[23:38] </w:t>
      </w:r>
      <w:r>
        <w:t>Milton only announced that "Paradise".</w:t>
      </w:r>
    </w:p>
    <w:p>
      <w:pPr>
        <w:jc w:val="right"/>
      </w:pPr>
      <w:r>
        <w:t>ملٹن اونلی اناؤنس دیٹ "پیرڈائز"۔</w:t>
      </w:r>
    </w:p>
    <w:p>
      <w:r>
        <w:rPr>
          <w:b/>
        </w:rPr>
        <w:t xml:space="preserve">[23:46] </w:t>
      </w:r>
      <w:r>
        <w:t>I want "paradise", but there is no "paradise" that I</w:t>
      </w:r>
    </w:p>
    <w:p>
      <w:pPr>
        <w:jc w:val="right"/>
      </w:pPr>
      <w:r>
        <w:t>ائی وانٹ "پیرڈائز"، بٹ دیر از نو "پیرڈائز" دیٹ ائی</w:t>
      </w:r>
    </w:p>
    <w:p>
      <w:r>
        <w:rPr>
          <w:b/>
        </w:rPr>
        <w:t xml:space="preserve">[23:54] </w:t>
      </w:r>
      <w:r>
        <w:t>can achieve.</w:t>
      </w:r>
    </w:p>
    <w:p>
      <w:pPr>
        <w:jc w:val="right"/>
      </w:pPr>
      <w:r>
        <w:t>کین اچیو۔</w:t>
      </w:r>
    </w:p>
    <w:p>
      <w:r>
        <w:rPr>
          <w:b/>
        </w:rPr>
        <w:t xml:space="preserve">[23:59] </w:t>
      </w:r>
      <w:r>
        <w:t>So Milton's story is "Paradise Lost".</w:t>
      </w:r>
    </w:p>
    <w:p>
      <w:pPr>
        <w:jc w:val="right"/>
      </w:pPr>
      <w:r>
        <w:t>سو ملٹن سٹوری از "پیرڈائز لاسٹ"۔</w:t>
      </w:r>
    </w:p>
    <w:p>
      <w:r>
        <w:rPr>
          <w:b/>
        </w:rPr>
        <w:t xml:space="preserve">[24:04] </w:t>
      </w:r>
      <w:r>
        <w:t>Quran, as Quran tells you that "paradise" is here.</w:t>
      </w:r>
    </w:p>
    <w:p>
      <w:pPr>
        <w:jc w:val="right"/>
      </w:pPr>
      <w:r>
        <w:t>قرآن از قرآن ٹیلز یو دیٹ "پیرڈائز" از ہیر۔</w:t>
      </w:r>
    </w:p>
    <w:p>
      <w:r>
        <w:rPr>
          <w:b/>
        </w:rPr>
        <w:t xml:space="preserve">[24:09] </w:t>
      </w:r>
      <w:r>
        <w:t>You can discover "paradise".</w:t>
      </w:r>
    </w:p>
    <w:p>
      <w:pPr>
        <w:jc w:val="right"/>
      </w:pPr>
      <w:r>
        <w:t>یو کین ڈسکور "پیرڈائز"۔</w:t>
      </w:r>
    </w:p>
    <w:p>
      <w:r>
        <w:rPr>
          <w:b/>
        </w:rPr>
        <w:t xml:space="preserve">[24:14] </w:t>
      </w:r>
      <w:r>
        <w:t>If you read Quran, you can hear.</w:t>
      </w:r>
    </w:p>
    <w:p>
      <w:pPr>
        <w:jc w:val="right"/>
      </w:pPr>
      <w:r>
        <w:t>اف یو ریڈ قرآن، یو کین ہیر۔</w:t>
      </w:r>
    </w:p>
    <w:p>
      <w:r>
        <w:rPr>
          <w:b/>
        </w:rPr>
        <w:t xml:space="preserve">[24:19] </w:t>
      </w:r>
      <w:r>
        <w:t>You can discover "paradise" and that is when you know</w:t>
      </w:r>
    </w:p>
    <w:p>
      <w:pPr>
        <w:jc w:val="right"/>
      </w:pPr>
      <w:r>
        <w:t>یو کین ڈسکور "پیرڈائز" اینڈ دیٹ از وین یو نو</w:t>
      </w:r>
    </w:p>
    <w:p>
      <w:r>
        <w:rPr>
          <w:b/>
        </w:rPr>
        <w:t xml:space="preserve">[24:24] </w:t>
      </w:r>
      <w:r>
        <w:t>The creation plan of God, then you are in a position to discover that paradise.</w:t>
      </w:r>
    </w:p>
    <w:p>
      <w:pPr>
        <w:jc w:val="right"/>
      </w:pPr>
      <w:r>
        <w:t>دا کریشن پلان اف گاڈ، دین یو ار ان ا پوزیشن ٹو ڈسکور دیٹ "پیرڈائز"۔</w:t>
      </w:r>
    </w:p>
    <w:p>
      <w:r>
        <w:rPr>
          <w:b/>
        </w:rPr>
        <w:t xml:space="preserve">[24:34] </w:t>
      </w:r>
      <w:r>
        <w:t>According to the creation plan of God, our life span was divided into two parts.</w:t>
      </w:r>
    </w:p>
    <w:p>
      <w:pPr>
        <w:jc w:val="right"/>
      </w:pPr>
      <w:r>
        <w:t>اکارڈنگ ٹو دا کریشن پلان اف گاڈ، اور لائف سپین واز ڈیوائیڈڈ انٹو ٹو پارٹ۔</w:t>
      </w:r>
    </w:p>
    <w:p>
      <w:r>
        <w:rPr>
          <w:b/>
        </w:rPr>
        <w:t xml:space="preserve">[24:44] </w:t>
      </w:r>
      <w:r>
        <w:t>According to the creation plan of God, our life is divided into two</w:t>
      </w:r>
    </w:p>
    <w:p>
      <w:pPr>
        <w:jc w:val="right"/>
      </w:pPr>
      <w:r>
        <w:t>اکارڈنگ ٹو دا کریشن پلان اف گاڈ، اور لائف از ڈیوائیڈڈ انٹو ٹو</w:t>
      </w:r>
    </w:p>
    <w:p>
      <w:r>
        <w:rPr>
          <w:b/>
        </w:rPr>
        <w:t xml:space="preserve">[24:54] </w:t>
      </w:r>
      <w:r>
        <w:t>part: pre-death period and post-death period.</w:t>
      </w:r>
    </w:p>
    <w:p>
      <w:pPr>
        <w:jc w:val="right"/>
      </w:pPr>
      <w:r>
        <w:t>پارٹ: پری ڈیتھ پیریڈ اینڈ پوسٹ ڈیتھ پیریڈ۔</w:t>
      </w:r>
    </w:p>
    <w:p>
      <w:r>
        <w:rPr>
          <w:b/>
        </w:rPr>
        <w:t xml:space="preserve">[25:00] </w:t>
      </w:r>
      <w:r>
        <w:t>Post-death, pre-death period is one pair of life and post-death period is the another pair</w:t>
      </w:r>
    </w:p>
    <w:p>
      <w:pPr>
        <w:jc w:val="right"/>
      </w:pPr>
      <w:r>
        <w:t>پوسٹ ڈیتھ، پری ڈیتھ پیریڈ از ون پیئر اف لائف اینڈ پوسٹ ڈیتھ پیریڈ از دی انادر پیئر</w:t>
      </w:r>
    </w:p>
    <w:p>
      <w:r>
        <w:rPr>
          <w:b/>
        </w:rPr>
        <w:t xml:space="preserve">[25:06] </w:t>
      </w:r>
      <w:r>
        <w:t>of our life.</w:t>
      </w:r>
    </w:p>
    <w:p>
      <w:pPr>
        <w:jc w:val="right"/>
      </w:pPr>
      <w:r>
        <w:t>اف اور لائف۔</w:t>
      </w:r>
    </w:p>
    <w:p>
      <w:r>
        <w:rPr>
          <w:b/>
        </w:rPr>
        <w:t xml:space="preserve">[25:12] </w:t>
      </w:r>
      <w:r>
        <w:t>So in pre-death period, we are in the test.</w:t>
      </w:r>
    </w:p>
    <w:p>
      <w:pPr>
        <w:jc w:val="right"/>
      </w:pPr>
      <w:r>
        <w:t>سو ان پری ڈیتھ پیریڈ، وی ار ان دا ٹیسٹ۔</w:t>
      </w:r>
    </w:p>
    <w:p>
      <w:r>
        <w:rPr>
          <w:b/>
        </w:rPr>
        <w:t xml:space="preserve">[25:18] </w:t>
      </w:r>
      <w:r>
        <w:t>We are in the test</w:t>
      </w:r>
    </w:p>
    <w:p>
      <w:pPr>
        <w:jc w:val="right"/>
      </w:pPr>
      <w:r>
        <w:t>وی ار ان دا ٹیسٹ</w:t>
      </w:r>
    </w:p>
    <w:p>
      <w:r>
        <w:rPr>
          <w:b/>
        </w:rPr>
        <w:t xml:space="preserve">[25:24] </w:t>
      </w:r>
      <w:r>
        <w:t>.</w:t>
      </w:r>
    </w:p>
    <w:p>
      <w:pPr>
        <w:jc w:val="right"/>
      </w:pPr>
      <w:r>
        <w:t>۔</w:t>
      </w:r>
    </w:p>
    <w:p>
      <w:r>
        <w:rPr>
          <w:b/>
        </w:rPr>
        <w:t xml:space="preserve">[25:32] </w:t>
      </w:r>
      <w:r>
        <w:t>And in the second part of the life, we will be awarded the result of the missing part</w:t>
      </w:r>
    </w:p>
    <w:p>
      <w:pPr>
        <w:jc w:val="right"/>
      </w:pPr>
      <w:r>
        <w:t>اینڈ ان دا سیکنڈ پارٹ اف دا لائف، وی ول بی اوارڈڈ دا رزلٹ اف دا مسنگ پارٹ</w:t>
      </w:r>
    </w:p>
    <w:p>
      <w:r>
        <w:rPr>
          <w:b/>
        </w:rPr>
        <w:t xml:space="preserve">[25:40] </w:t>
      </w:r>
      <w:r>
        <w:t>of the pair that is "paradise".</w:t>
      </w:r>
    </w:p>
    <w:p>
      <w:pPr>
        <w:jc w:val="right"/>
      </w:pPr>
      <w:r>
        <w:t>اف دا پیئر دیٹ از "پیرڈائز"۔</w:t>
      </w:r>
    </w:p>
    <w:p>
      <w:r>
        <w:rPr>
          <w:b/>
        </w:rPr>
        <w:t xml:space="preserve">[25:47] </w:t>
      </w:r>
      <w:r>
        <w:t>But this settlement will be on selective ground and not on common ground.</w:t>
      </w:r>
    </w:p>
    <w:p>
      <w:pPr>
        <w:jc w:val="right"/>
      </w:pPr>
      <w:r>
        <w:t>بٹ دس سیٹلمنٹ ول بی ان سلیکٹیو گراؤنڈ اینڈ ناٹ ان کامن گراؤنڈ۔</w:t>
      </w:r>
    </w:p>
    <w:p>
      <w:r>
        <w:rPr>
          <w:b/>
        </w:rPr>
        <w:t xml:space="preserve">[25:55] </w:t>
      </w:r>
      <w:r>
        <w:t>This settlement will be on selective basis rather than common basis.</w:t>
      </w:r>
    </w:p>
    <w:p>
      <w:pPr>
        <w:jc w:val="right"/>
      </w:pPr>
      <w:r>
        <w:t>دس سیٹلمنٹ ول بی ان سلیکٹیو بیسز رادر دین کامن بیسز۔</w:t>
      </w:r>
    </w:p>
    <w:p>
      <w:r>
        <w:rPr>
          <w:b/>
        </w:rPr>
        <w:t xml:space="preserve">[26:01] </w:t>
      </w:r>
      <w:r>
        <w:t>It means that everyone is not going to Paradise.</w:t>
      </w:r>
    </w:p>
    <w:p>
      <w:pPr>
        <w:jc w:val="right"/>
      </w:pPr>
      <w:r>
        <w:t>اٹ مینز دیٹ ایوری ون از ناٹ گوئنگ ٹو "پیرڈائز"۔</w:t>
      </w:r>
    </w:p>
    <w:p>
      <w:r>
        <w:rPr>
          <w:b/>
        </w:rPr>
        <w:t xml:space="preserve">[26:07] </w:t>
      </w:r>
      <w:r>
        <w:t>Every man and woman is not going to "paradise".</w:t>
      </w:r>
    </w:p>
    <w:p>
      <w:pPr>
        <w:jc w:val="right"/>
      </w:pPr>
      <w:r>
        <w:t>ایوری مین اینڈ وومن از ناٹ گوئنگ ٹو "پیرڈائز"۔</w:t>
      </w:r>
    </w:p>
    <w:p>
      <w:r>
        <w:rPr>
          <w:b/>
        </w:rPr>
        <w:t xml:space="preserve">[26:13] </w:t>
      </w:r>
      <w:r>
        <w:t>Only selective people will receive this blessing.</w:t>
      </w:r>
    </w:p>
    <w:p>
      <w:pPr>
        <w:jc w:val="right"/>
      </w:pPr>
      <w:r>
        <w:t>اونلی سلیکٹیو پیپل ول ریسیو دس بلیسنگ۔</w:t>
      </w:r>
    </w:p>
    <w:p>
      <w:r>
        <w:rPr>
          <w:b/>
        </w:rPr>
        <w:t xml:space="preserve">[26:19] </w:t>
      </w:r>
      <w:r>
        <w:t>And who are those selective people? Those</w:t>
      </w:r>
    </w:p>
    <w:p>
      <w:pPr>
        <w:jc w:val="right"/>
      </w:pPr>
      <w:r>
        <w:t>اینڈ ہو ار دوز سلیکٹیو پیپل؟ دوز</w:t>
      </w:r>
    </w:p>
    <w:p>
      <w:r>
        <w:rPr>
          <w:b/>
        </w:rPr>
        <w:t xml:space="preserve">[26:25] </w:t>
      </w:r>
      <w:r>
        <w:t>who have, those who have stand in the test.</w:t>
      </w:r>
    </w:p>
    <w:p>
      <w:pPr>
        <w:jc w:val="right"/>
      </w:pPr>
      <w:r>
        <w:t>ہو ہیو، دوز ہو ہیو اسٹینڈ ان دا ٹیسٹ۔</w:t>
      </w:r>
    </w:p>
    <w:p>
      <w:r>
        <w:rPr>
          <w:b/>
        </w:rPr>
        <w:t xml:space="preserve">[26:33] </w:t>
      </w:r>
      <w:r>
        <w:t>Those who stand in the test.</w:t>
      </w:r>
    </w:p>
    <w:p>
      <w:pPr>
        <w:jc w:val="right"/>
      </w:pPr>
      <w:r>
        <w:t>دوز ہو اسٹینڈ ان دا ٹیسٹ۔</w:t>
      </w:r>
    </w:p>
    <w:p>
      <w:r>
        <w:rPr>
          <w:b/>
        </w:rPr>
        <w:t xml:space="preserve">[26:41] </w:t>
      </w:r>
      <w:r>
        <w:t>Those who are deserving candidate of "paradise".</w:t>
      </w:r>
    </w:p>
    <w:p>
      <w:pPr>
        <w:jc w:val="right"/>
      </w:pPr>
      <w:r>
        <w:t>دوز ہو ار ڈیزرونگ کینڈیڈیٹ اف "پیرڈائز"۔</w:t>
      </w:r>
    </w:p>
    <w:p>
      <w:r>
        <w:rPr>
          <w:b/>
        </w:rPr>
        <w:t xml:space="preserve">[26:49] </w:t>
      </w:r>
      <w:r>
        <w:t>And what is that test? God gave man freedom, because without freedom, there is no test.</w:t>
      </w:r>
    </w:p>
    <w:p>
      <w:pPr>
        <w:jc w:val="right"/>
      </w:pPr>
      <w:r>
        <w:t>اینڈ واٹ از دیٹ ٹیسٹ؟ گاڈ گیو مین فریڈم، بیکاز وداؤٹ فریڈم، دیر از نو ٹیسٹ۔</w:t>
      </w:r>
    </w:p>
    <w:p>
      <w:r>
        <w:rPr>
          <w:b/>
        </w:rPr>
        <w:t xml:space="preserve">[26:57] </w:t>
      </w:r>
      <w:r>
        <w:t>So when God settled man in this testing ground in the present world, He gave man freedom, complete freedom.</w:t>
      </w:r>
    </w:p>
    <w:p>
      <w:pPr>
        <w:jc w:val="right"/>
      </w:pPr>
      <w:r>
        <w:t>سو وین گاڈ سیٹل مین ان دس ٹیسٹنگ گراؤنڈ ان دا پریزنٹ ورلڈ، ہی گیو مین فریڈم، کمپلیٹ فریڈم۔</w:t>
      </w:r>
    </w:p>
    <w:p>
      <w:r>
        <w:rPr>
          <w:b/>
        </w:rPr>
        <w:t xml:space="preserve">[27:07] </w:t>
      </w:r>
      <w:r>
        <w:t>And here is the test: Those who misuse their freedom, they will go to hell.</w:t>
      </w:r>
    </w:p>
    <w:p>
      <w:pPr>
        <w:jc w:val="right"/>
      </w:pPr>
      <w:r>
        <w:t>اینڈ ہیر از دا ٹیسٹ: دوز ہو مس یوز دیر فریڈم، دے ول گو ٹو ہیل۔</w:t>
      </w:r>
    </w:p>
    <w:p>
      <w:r>
        <w:rPr>
          <w:b/>
        </w:rPr>
        <w:t xml:space="preserve">[27:17] </w:t>
      </w:r>
      <w:r>
        <w:t>And those who</w:t>
      </w:r>
    </w:p>
    <w:p>
      <w:pPr>
        <w:jc w:val="right"/>
      </w:pPr>
      <w:r>
        <w:t>اینڈ دوز ہو</w:t>
      </w:r>
    </w:p>
    <w:p>
      <w:r>
        <w:rPr>
          <w:b/>
        </w:rPr>
        <w:t xml:space="preserve">[27:28] </w:t>
      </w:r>
      <w:r>
        <w:t>save themselves from misusing, they will go to "paradise".</w:t>
      </w:r>
    </w:p>
    <w:p>
      <w:pPr>
        <w:jc w:val="right"/>
      </w:pPr>
      <w:r>
        <w:t>سیو دیم سیلف فرام مس یوزنگ، دے ول گو ٹو "پیرڈائز"۔</w:t>
      </w:r>
    </w:p>
    <w:p>
      <w:r>
        <w:rPr>
          <w:b/>
        </w:rPr>
        <w:t xml:space="preserve">[27:35] </w:t>
      </w:r>
      <w:r>
        <w:t>So proper use of freedom and misuse of freedom, this is the demarcation of the both group.</w:t>
      </w:r>
    </w:p>
    <w:p>
      <w:pPr>
        <w:jc w:val="right"/>
      </w:pPr>
      <w:r>
        <w:t>سو پراپر یوز اف فریڈم اور مس یوز اف فریڈم، دس از دا ڈیمارکیشن اف دا بوتھ گروپ۔</w:t>
      </w:r>
    </w:p>
    <w:p>
      <w:r>
        <w:rPr>
          <w:b/>
        </w:rPr>
        <w:t xml:space="preserve">[27:43] </w:t>
      </w:r>
      <w:r>
        <w:t>This is the creation plan of God.</w:t>
      </w:r>
    </w:p>
    <w:p>
      <w:pPr>
        <w:jc w:val="right"/>
      </w:pPr>
      <w:r>
        <w:t>دس از دا کریشن پلان اف گاڈ۔</w:t>
      </w:r>
    </w:p>
    <w:p>
      <w:r>
        <w:rPr>
          <w:b/>
        </w:rPr>
        <w:t xml:space="preserve">[27:50] </w:t>
      </w:r>
      <w:r>
        <w:t>And according to this creation plan,</w:t>
      </w:r>
    </w:p>
    <w:p>
      <w:pPr>
        <w:jc w:val="right"/>
      </w:pPr>
      <w:r>
        <w:t>اینڈ اکارڈ ٹو دس کریشن پلان،</w:t>
      </w:r>
    </w:p>
    <w:p>
      <w:r>
        <w:rPr>
          <w:b/>
        </w:rPr>
        <w:t xml:space="preserve">[27:58] </w:t>
      </w:r>
      <w:r>
        <w:t>That missing pair of word is "paradise".</w:t>
      </w:r>
    </w:p>
    <w:p>
      <w:pPr>
        <w:jc w:val="right"/>
      </w:pPr>
      <w:r>
        <w:t>دیٹ مسنگ پیئر اف ورلڈ از "پیرڈائز"۔</w:t>
      </w:r>
    </w:p>
    <w:p>
      <w:r>
        <w:rPr>
          <w:b/>
        </w:rPr>
        <w:t xml:space="preserve">[28:06] </w:t>
      </w:r>
      <w:r>
        <w:t>And "paradise" is the another part of our earth.</w:t>
      </w:r>
    </w:p>
    <w:p>
      <w:pPr>
        <w:jc w:val="right"/>
      </w:pPr>
      <w:r>
        <w:t>اینڈ "پیرڈائز" از دی انادر پارٹ اف اور ارتھ۔</w:t>
      </w:r>
    </w:p>
    <w:p>
      <w:r>
        <w:rPr>
          <w:b/>
        </w:rPr>
        <w:t xml:space="preserve">[28:14] </w:t>
      </w:r>
      <w:r>
        <w:t>Then I would like to refer one very important point that is that these things are very clear,</w:t>
      </w:r>
    </w:p>
    <w:p>
      <w:pPr>
        <w:jc w:val="right"/>
      </w:pPr>
      <w:r>
        <w:t>دین ائی وڈ لائک ٹو ریفر ون ویری امپورٹنٹ پوائنٹ دیٹ از دیٹ دیز تھنگز ار ویری کلیئر،</w:t>
      </w:r>
    </w:p>
    <w:p>
      <w:r>
        <w:rPr>
          <w:b/>
        </w:rPr>
        <w:t xml:space="preserve">[28:22] </w:t>
      </w:r>
      <w:r>
        <w:t>But why people fail to understand it?</w:t>
      </w:r>
    </w:p>
    <w:p>
      <w:pPr>
        <w:jc w:val="right"/>
      </w:pPr>
      <w:r>
        <w:t>بٹ وائی پیپل فیل ٹو انڈرسٹینڈ اٹ</w:t>
      </w:r>
    </w:p>
    <w:p>
      <w:r>
        <w:rPr>
          <w:b/>
        </w:rPr>
        <w:t xml:space="preserve">[28:30] </w:t>
      </w:r>
      <w:r>
        <w:t>The reason is conditioning. There is a hadith. The Prophet of Islam has said: "Kal mauludi yulad al fitra yu waddanhi wa majsanihi wa nasrani"</w:t>
      </w:r>
    </w:p>
    <w:p>
      <w:pPr>
        <w:jc w:val="right"/>
      </w:pPr>
      <w:r>
        <w:t>؟ دا ریزن از کنڈیشننگ۔ دیر از اے حدیث۔ دا پرافٹ اف اسلام ہیز سیڈ: "کل مولودی یولد الفطرہ یو ودانہی و مجسانہی و نصرانی"</w:t>
      </w:r>
    </w:p>
    <w:p>
      <w:r>
        <w:rPr>
          <w:b/>
        </w:rPr>
        <w:t xml:space="preserve">[29:00] </w:t>
      </w:r>
      <w:r>
        <w:t>.</w:t>
      </w:r>
    </w:p>
    <w:p>
      <w:pPr>
        <w:jc w:val="right"/>
      </w:pPr>
      <w:r>
        <w:t>۔</w:t>
      </w:r>
    </w:p>
    <w:p>
      <w:r>
        <w:rPr>
          <w:b/>
        </w:rPr>
        <w:t xml:space="preserve">[29:07] </w:t>
      </w:r>
      <w:r>
        <w:t>Everyone is born in nature.</w:t>
      </w:r>
    </w:p>
    <w:p>
      <w:pPr>
        <w:jc w:val="right"/>
      </w:pPr>
      <w:r>
        <w:t>ایوری ون از بورن ان نیچر۔</w:t>
      </w:r>
    </w:p>
    <w:p>
      <w:r>
        <w:rPr>
          <w:b/>
        </w:rPr>
        <w:t xml:space="preserve">[29:15] </w:t>
      </w:r>
      <w:r>
        <w:t>Everyone is born in divine nature.</w:t>
      </w:r>
    </w:p>
    <w:p>
      <w:pPr>
        <w:jc w:val="right"/>
      </w:pPr>
      <w:r>
        <w:t>ایوری ون از بورن ان ڈیوائن نیچر۔</w:t>
      </w:r>
    </w:p>
    <w:p>
      <w:r>
        <w:rPr>
          <w:b/>
        </w:rPr>
        <w:t xml:space="preserve">[29:22] </w:t>
      </w:r>
      <w:r>
        <w:t>Then his parents make him who are Christian or Parsi.</w:t>
      </w:r>
    </w:p>
    <w:p>
      <w:pPr>
        <w:jc w:val="right"/>
      </w:pPr>
      <w:r>
        <w:t>دین ہز پیرنٹس میک ہم جو ار کرسچن ار پارسی۔ ہ</w:t>
      </w:r>
    </w:p>
    <w:p>
      <w:r>
        <w:rPr>
          <w:b/>
        </w:rPr>
        <w:t xml:space="preserve">[29:30] </w:t>
      </w:r>
      <w:r>
        <w:t>"These three words are, don't take these three words in a literal sense."</w:t>
      </w:r>
    </w:p>
    <w:p>
      <w:pPr>
        <w:jc w:val="right"/>
      </w:pPr>
      <w:r>
        <w:t>یر دس تھری ورڈز ار ڈونٹ ٹیک دس تھری ورڈز ان لٹرل سینس۔</w:t>
      </w:r>
    </w:p>
    <w:p>
      <w:r>
        <w:rPr>
          <w:b/>
        </w:rPr>
        <w:t xml:space="preserve">[29:35] </w:t>
      </w:r>
      <w:r>
        <w:t>You have to generalize it.</w:t>
      </w:r>
    </w:p>
    <w:p>
      <w:pPr>
        <w:jc w:val="right"/>
      </w:pPr>
      <w:r>
        <w:t>یو ہیو ٹو جنرلائز اٹ۔</w:t>
      </w:r>
    </w:p>
    <w:p>
      <w:r>
        <w:rPr>
          <w:b/>
        </w:rPr>
        <w:t xml:space="preserve">[29:40] </w:t>
      </w:r>
      <w:r>
        <w:t>You have to universalize it.</w:t>
      </w:r>
    </w:p>
    <w:p>
      <w:pPr>
        <w:jc w:val="right"/>
      </w:pPr>
      <w:r>
        <w:t>یو ہیو ٹو یونیورسلائز اٹ۔</w:t>
      </w:r>
    </w:p>
    <w:p>
      <w:r>
        <w:rPr>
          <w:b/>
        </w:rPr>
        <w:t xml:space="preserve">[29:45] </w:t>
      </w:r>
      <w:r>
        <w:t>Then you will find the true meaning of this Hadith.</w:t>
      </w:r>
    </w:p>
    <w:p>
      <w:pPr>
        <w:jc w:val="right"/>
      </w:pPr>
      <w:r>
        <w:t>دین یو ویل فائنڈ دا ٹرو میننگ اف دس حدیث۔</w:t>
      </w:r>
    </w:p>
    <w:p>
      <w:r>
        <w:rPr>
          <w:b/>
        </w:rPr>
        <w:t xml:space="preserve">[29:50] </w:t>
      </w:r>
      <w:r>
        <w:t>This hadith tells us about the conditioning.</w:t>
      </w:r>
    </w:p>
    <w:p>
      <w:pPr>
        <w:jc w:val="right"/>
      </w:pPr>
      <w:r>
        <w:t>دس حدیث ٹیلز اس اباؤٹ دا کنڈیشننگ۔</w:t>
      </w:r>
    </w:p>
    <w:p>
      <w:r>
        <w:rPr>
          <w:b/>
        </w:rPr>
        <w:t xml:space="preserve">[29:55] </w:t>
      </w:r>
      <w:r>
        <w:t>What is now known the phenomena of now known as kundalini</w:t>
      </w:r>
    </w:p>
    <w:p>
      <w:pPr>
        <w:jc w:val="right"/>
      </w:pPr>
      <w:r>
        <w:t>واٹ از ناو نو دا فیناومینا اف ناو نون ایز کنڈی</w:t>
      </w:r>
    </w:p>
    <w:p>
      <w:r>
        <w:rPr>
          <w:b/>
        </w:rPr>
        <w:t xml:space="preserve">[30:00] </w:t>
      </w:r>
      <w:r>
        <w:t>Shunning? Conditioning.</w:t>
      </w:r>
    </w:p>
    <w:p>
      <w:pPr>
        <w:jc w:val="right"/>
      </w:pPr>
      <w:r>
        <w:t>شننگ؟ کنڈیشننگ۔</w:t>
      </w:r>
    </w:p>
    <w:p>
      <w:r>
        <w:rPr>
          <w:b/>
        </w:rPr>
        <w:t xml:space="preserve">[30:10] </w:t>
      </w:r>
      <w:r>
        <w:t>تو this hadith means that everyone is Muslim by birth.</w:t>
      </w:r>
    </w:p>
    <w:p>
      <w:pPr>
        <w:jc w:val="right"/>
      </w:pPr>
      <w:r>
        <w:t>تو دس حدیث مینز دیٹ ایوری ون از مسٹر نیچر بائی برتھ۔</w:t>
      </w:r>
    </w:p>
    <w:p>
      <w:r>
        <w:rPr>
          <w:b/>
        </w:rPr>
        <w:t xml:space="preserve">[30:20] </w:t>
      </w:r>
      <w:r>
        <w:t>Everyone is Mr. Nature by birth, but his parents</w:t>
      </w:r>
    </w:p>
    <w:p>
      <w:pPr>
        <w:jc w:val="right"/>
      </w:pPr>
      <w:r>
        <w:t>ایوری ون از مسٹر نیچر بائی برتھ، بٹ ہز پیرنٹس</w:t>
      </w:r>
    </w:p>
    <w:p>
      <w:r>
        <w:rPr>
          <w:b/>
        </w:rPr>
        <w:t xml:space="preserve">[30:30] </w:t>
      </w:r>
      <w:r>
        <w:t>turn, but his parents turn him into Mr. Conditioned. Everyone is Mr. Nature by birth, but his parents turn him into Mr. Conditioned.</w:t>
      </w:r>
    </w:p>
    <w:p>
      <w:pPr>
        <w:jc w:val="right"/>
      </w:pPr>
      <w:r>
        <w:t>ٹرن، بٹ ہز پیرنٹس ٹرن ہم انٹو مسٹر کنڈیشنڈ۔ ایوری ون از مسٹر نیچر بائی برتھ، بٹ ہز پیرنٹس ٹرن ہم انٹو مسٹر کنڈیشن</w:t>
      </w:r>
    </w:p>
    <w:p>
      <w:r>
        <w:rPr>
          <w:b/>
        </w:rPr>
        <w:t xml:space="preserve">[31:00] </w:t>
      </w:r>
      <w:r>
        <w:t>.</w:t>
      </w:r>
    </w:p>
    <w:p>
      <w:pPr>
        <w:jc w:val="right"/>
      </w:pPr>
      <w:r>
        <w:t>۔</w:t>
      </w:r>
    </w:p>
    <w:p>
      <w:r>
        <w:rPr>
          <w:b/>
        </w:rPr>
        <w:t xml:space="preserve">[31:06] </w:t>
      </w:r>
      <w:r>
        <w:t>So this is the problem.</w:t>
      </w:r>
    </w:p>
    <w:p>
      <w:pPr>
        <w:jc w:val="right"/>
      </w:pPr>
      <w:r>
        <w:t>سو دس از دا پرابلم۔</w:t>
      </w:r>
    </w:p>
    <w:p>
      <w:r>
        <w:rPr>
          <w:b/>
        </w:rPr>
        <w:t xml:space="preserve">[31:12] </w:t>
      </w:r>
      <w:r>
        <w:t>According to my experience, I can say that there is no exception at all.</w:t>
      </w:r>
    </w:p>
    <w:p>
      <w:pPr>
        <w:jc w:val="right"/>
      </w:pPr>
      <w:r>
        <w:t>اکارڈنگ ٹو مائی ایکسپیرینس، ائی کین سے دیٹ دیر از نو ایکسیپشن ایٹ ال۔</w:t>
      </w:r>
    </w:p>
    <w:p>
      <w:r>
        <w:rPr>
          <w:b/>
        </w:rPr>
        <w:t xml:space="preserve">[31:18] </w:t>
      </w:r>
      <w:r>
        <w:t>Everyone is Mr. Condition, because after taking birth, he lives in a family, in a society, in institutions.</w:t>
      </w:r>
    </w:p>
    <w:p>
      <w:pPr>
        <w:jc w:val="right"/>
      </w:pPr>
      <w:r>
        <w:t>ایوری ون از مسٹر کنڈیشن، بیکاز افٹر ٹیکنگ برتھ، ہی لیوز ان ا فیملی، ان ا سوسائٹی، ان انسٹیٹیوشنز۔</w:t>
      </w:r>
    </w:p>
    <w:p>
      <w:r>
        <w:rPr>
          <w:b/>
        </w:rPr>
        <w:t xml:space="preserve">[31:24] </w:t>
      </w:r>
      <w:r>
        <w:t>So, everyone</w:t>
      </w:r>
    </w:p>
    <w:p>
      <w:pPr>
        <w:jc w:val="right"/>
      </w:pPr>
      <w:r>
        <w:t>سو ایوری ون</w:t>
      </w:r>
    </w:p>
    <w:p>
      <w:r>
        <w:rPr>
          <w:b/>
        </w:rPr>
        <w:t xml:space="preserve">[31:31] </w:t>
      </w:r>
      <w:r>
        <w:t>becomes Mr. conditioned. The first thing is, the first thing that is required is to de-condition himself. Without de-conditioning, one cannot understand anything. Without de-conditioning, everyone is, everyone is stepped. Every</w:t>
      </w:r>
    </w:p>
    <w:p>
      <w:pPr>
        <w:jc w:val="right"/>
      </w:pPr>
      <w:r>
        <w:t>بیکمز مسٹر کنڈیشنڈ۔ دا فرسٹ تھنگ از، دا فرسٹ تھنگ دیٹ از ریکوائرڈ از ٹو ڈی کنڈیشن ہم سیلف۔ وداؤٹ ڈی کنڈیشننگ، ون کاناٹ انڈرسٹینڈ اینی تھنگ۔ وداؤٹ ڈی کنڈیشننگ، ایوری ون از، ایوری ون از اسٹیپڈ۔ ایوری</w:t>
      </w:r>
    </w:p>
    <w:p>
      <w:r>
        <w:rPr>
          <w:b/>
        </w:rPr>
        <w:t xml:space="preserve">[32:01] </w:t>
      </w:r>
      <w:r>
        <w:t>One is like blind.</w:t>
      </w:r>
    </w:p>
    <w:p>
      <w:pPr>
        <w:jc w:val="right"/>
      </w:pPr>
      <w:r>
        <w:t>ون از لائک بلائنڈ۔</w:t>
      </w:r>
    </w:p>
    <w:p>
      <w:r>
        <w:rPr>
          <w:b/>
        </w:rPr>
        <w:t xml:space="preserve">[32:08] </w:t>
      </w:r>
      <w:r>
        <w:t>So first requirement is to to put, put him in process of condition, process of de-conditioning.</w:t>
      </w:r>
    </w:p>
    <w:p>
      <w:pPr>
        <w:jc w:val="right"/>
      </w:pPr>
      <w:r>
        <w:t>سو فرسٹ ریکوائرمنٹ از ٹو ٹو پٹ، پٹ ہم ان پروسیس اف کنڈیشن، پروسیس اف ڈی کنڈیشننگ۔</w:t>
      </w:r>
    </w:p>
    <w:p>
      <w:r>
        <w:rPr>
          <w:b/>
        </w:rPr>
        <w:t xml:space="preserve">[32:16] </w:t>
      </w:r>
      <w:r>
        <w:t>تو first requirement is to put him in the process of deconditioning.</w:t>
      </w:r>
    </w:p>
    <w:p>
      <w:pPr>
        <w:jc w:val="right"/>
      </w:pPr>
      <w:r>
        <w:t>تو فرسٹ ریکوائرمنٹ از ٹو پٹ ہم ان دا پروسیس اف ڈی کنڈیشننگ۔</w:t>
      </w:r>
    </w:p>
    <w:p>
      <w:r>
        <w:rPr>
          <w:b/>
        </w:rPr>
        <w:t xml:space="preserve">[32:23] </w:t>
      </w:r>
      <w:r>
        <w:t>Otherwise, we cannot understand.</w:t>
      </w:r>
    </w:p>
    <w:p>
      <w:pPr>
        <w:jc w:val="right"/>
      </w:pPr>
      <w:r>
        <w:t>ادروائز، وی کاناٹ انڈ</w:t>
      </w:r>
    </w:p>
    <w:p>
      <w:r>
        <w:rPr>
          <w:b/>
        </w:rPr>
        <w:t xml:space="preserve">[32:31] </w:t>
      </w:r>
      <w:r>
        <w:t>understand anything.</w:t>
      </w:r>
    </w:p>
    <w:p>
      <w:pPr>
        <w:jc w:val="right"/>
      </w:pPr>
      <w:r>
        <w:t>رسٹینڈ اینی تھنگ۔</w:t>
      </w:r>
    </w:p>
    <w:p>
      <w:r>
        <w:rPr>
          <w:b/>
        </w:rPr>
        <w:t xml:space="preserve">[32:39] </w:t>
      </w:r>
      <w:r>
        <w:t>This is a very very big problem.</w:t>
      </w:r>
    </w:p>
    <w:p>
      <w:pPr>
        <w:jc w:val="right"/>
      </w:pPr>
      <w:r>
        <w:t>دین دیر از ا ویری ویری بگ پرابلم۔</w:t>
      </w:r>
    </w:p>
    <w:p>
      <w:r>
        <w:rPr>
          <w:b/>
        </w:rPr>
        <w:t xml:space="preserve">[32:47] </w:t>
      </w:r>
      <w:r>
        <w:t>At present, the whole society becomes a consumer society, entertainment society.</w:t>
      </w:r>
    </w:p>
    <w:p>
      <w:pPr>
        <w:jc w:val="right"/>
      </w:pPr>
      <w:r>
        <w:t>ایٹ پریزنٹ، دا ہول سوسائٹی بیکمز ا کنزیومر سوسائٹی، انٹرٹینمنٹ سوسائٹی۔</w:t>
      </w:r>
    </w:p>
    <w:p>
      <w:r>
        <w:rPr>
          <w:b/>
        </w:rPr>
        <w:t xml:space="preserve">[32:55] </w:t>
      </w:r>
      <w:r>
        <w:t>People don't know nothing except, except to earn money and then adopt the ho-ha culture, consumer culture.</w:t>
      </w:r>
    </w:p>
    <w:p>
      <w:pPr>
        <w:jc w:val="right"/>
      </w:pPr>
      <w:r>
        <w:t>پیپل ڈونٹ نو نتھنگ ایکسیپٹ، ایکسیپٹ ٹوانڈ منی اینڈ دین اڈاپٹ دا ہو ہا کلچر، کنزیومر کلچر۔</w:t>
      </w:r>
    </w:p>
    <w:p>
      <w:r>
        <w:rPr>
          <w:b/>
        </w:rPr>
        <w:t xml:space="preserve">[33:03] </w:t>
      </w:r>
      <w:r>
        <w:t>This is life. Eat, drink and be merry. So everyone is like intellectual tar. Everyone is deprived of intellectual development. People are living, people are living like, like an animal. The present edu</w:t>
      </w:r>
    </w:p>
    <w:p>
      <w:pPr>
        <w:jc w:val="right"/>
      </w:pPr>
      <w:r>
        <w:t>دس از لائف۔ ایٹ ڈرنک اینڈ بی میری۔ سو ایوری ون از لائک انٹلیکچول ٹار۔ ایوری ون از ڈیپرائیوڈ اف انٹلیکچول ڈیولپمنٹ۔ پیپل ار لیونگ، پیپل ار لیونگ لائک، لائک این اینیمل۔ دا پریزنٹ ایجو</w:t>
      </w:r>
    </w:p>
    <w:p>
      <w:r>
        <w:rPr>
          <w:b/>
        </w:rPr>
        <w:t xml:space="preserve">[33:33] </w:t>
      </w:r>
      <w:r>
        <w:t>"Passion is also a hindrance."</w:t>
      </w:r>
    </w:p>
    <w:p>
      <w:pPr>
        <w:jc w:val="right"/>
      </w:pPr>
      <w:r>
        <w:t>کیشن از السو ا ہنڈرنس۔</w:t>
      </w:r>
    </w:p>
    <w:p>
      <w:r>
        <w:rPr>
          <w:b/>
        </w:rPr>
        <w:t xml:space="preserve">[33:43] </w:t>
      </w:r>
      <w:r>
        <w:t>Why? Because present education is, is a the whole education is a professional education.</w:t>
      </w:r>
    </w:p>
    <w:p>
      <w:pPr>
        <w:jc w:val="right"/>
      </w:pPr>
      <w:r>
        <w:t>وائی؟ بیکاز پریزنٹ ایجوکیشن از، از ا دا ہول ایجوکیشن از ا پروفیشنل ایجوکیشن۔</w:t>
      </w:r>
    </w:p>
    <w:p>
      <w:r>
        <w:rPr>
          <w:b/>
        </w:rPr>
        <w:t xml:space="preserve">[33:53] </w:t>
      </w:r>
      <w:r>
        <w:t>They take education only to, to, to develop their career. Their career</w:t>
      </w:r>
    </w:p>
    <w:p>
      <w:pPr>
        <w:jc w:val="right"/>
      </w:pPr>
      <w:r>
        <w:t>دے ٹیک ایجوکیشن اونلی ٹو، ٹو، ٹو ڈیولپ دیر کیریئر۔ دے کیریئر</w:t>
      </w:r>
    </w:p>
    <w:p>
      <w:r>
        <w:rPr>
          <w:b/>
        </w:rPr>
        <w:t xml:space="preserve">[34:04] </w:t>
      </w:r>
      <w:r>
        <w:t>career is the only target.</w:t>
      </w:r>
    </w:p>
    <w:p>
      <w:pPr>
        <w:jc w:val="right"/>
      </w:pPr>
      <w:r>
        <w:t>، کیریئر از دا اونلی ٹارگٹ۔</w:t>
      </w:r>
    </w:p>
    <w:p>
      <w:r>
        <w:rPr>
          <w:b/>
        </w:rPr>
        <w:t xml:space="preserve">[34:10] </w:t>
      </w:r>
      <w:r>
        <w:t>Profession is the only target.</w:t>
      </w:r>
    </w:p>
    <w:p>
      <w:pPr>
        <w:jc w:val="right"/>
      </w:pPr>
      <w:r>
        <w:t>پروفیشن از دا اونلی ٹارگٹ۔</w:t>
      </w:r>
    </w:p>
    <w:p>
      <w:r>
        <w:rPr>
          <w:b/>
        </w:rPr>
        <w:t xml:space="preserve">[34:16] </w:t>
      </w:r>
      <w:r>
        <w:t>Everyone wants to become an earning animal, earning animal.</w:t>
      </w:r>
    </w:p>
    <w:p>
      <w:pPr>
        <w:jc w:val="right"/>
      </w:pPr>
      <w:r>
        <w:t>ایوری ون وانٹس ٹو بیکم این ارننگ اینیمل، ارننگ اینیمل۔</w:t>
      </w:r>
    </w:p>
    <w:p>
      <w:r>
        <w:rPr>
          <w:b/>
        </w:rPr>
        <w:t xml:space="preserve">[34:22] </w:t>
      </w:r>
      <w:r>
        <w:t>And these education institutions are training center of this earning animals.</w:t>
      </w:r>
    </w:p>
    <w:p>
      <w:pPr>
        <w:jc w:val="right"/>
      </w:pPr>
      <w:r>
        <w:t>اینڈ دس ایجوکیشن انسٹیٹیوشنز ار ٹریننگ سینٹر اف دس ارننگ اینیملز۔</w:t>
      </w:r>
    </w:p>
    <w:p>
      <w:r>
        <w:rPr>
          <w:b/>
        </w:rPr>
        <w:t xml:space="preserve">[34:28] </w:t>
      </w:r>
      <w:r>
        <w:t>So it is very difficult to,</w:t>
      </w:r>
    </w:p>
    <w:p>
      <w:pPr>
        <w:jc w:val="right"/>
      </w:pPr>
      <w:r>
        <w:t>سو اٹ از ویری ڈیفیکلٹ ٹو،</w:t>
      </w:r>
    </w:p>
    <w:p>
      <w:r>
        <w:rPr>
          <w:b/>
        </w:rPr>
        <w:t xml:space="preserve">[34:34] </w:t>
      </w:r>
      <w:r>
        <w:t>to, to address these minds.</w:t>
      </w:r>
    </w:p>
    <w:p>
      <w:pPr>
        <w:jc w:val="right"/>
      </w:pPr>
      <w:r>
        <w:t>ٹو، ٹو ایڈریس دس مائنڈز۔</w:t>
      </w:r>
    </w:p>
    <w:p>
      <w:r>
        <w:rPr>
          <w:b/>
        </w:rPr>
        <w:t xml:space="preserve">[34:40] </w:t>
      </w:r>
      <w:r>
        <w:t>It is very difficult.</w:t>
      </w:r>
    </w:p>
    <w:p>
      <w:pPr>
        <w:jc w:val="right"/>
      </w:pPr>
      <w:r>
        <w:t>اٹ از ویری ڈیفیکلٹ۔</w:t>
      </w:r>
    </w:p>
    <w:p>
      <w:r>
        <w:rPr>
          <w:b/>
        </w:rPr>
        <w:t xml:space="preserve">[34:46] </w:t>
      </w:r>
      <w:r>
        <w:t>They cannot understand any deeper meaning of life.</w:t>
      </w:r>
    </w:p>
    <w:p>
      <w:pPr>
        <w:jc w:val="right"/>
      </w:pPr>
      <w:r>
        <w:t>دے کاناٹ انڈرسٹینڈ اینی ڈیپر میننگ اف لائف۔</w:t>
      </w:r>
    </w:p>
    <w:p>
      <w:r>
        <w:rPr>
          <w:b/>
        </w:rPr>
        <w:t xml:space="preserve">[34:52] </w:t>
      </w:r>
      <w:r>
        <w:t>They know nothing except to earn money and go to a culture, outing, shopping, consumerism. That's all.</w:t>
      </w:r>
    </w:p>
    <w:p>
      <w:pPr>
        <w:jc w:val="right"/>
      </w:pPr>
      <w:r>
        <w:t>دے نو نتھنگ ایکسیپٹ ٹو ارن منی اینڈ گو ٹو ہا کلچر، اؤٹنگ، شاپنگ، کنزیومرزم۔ دیٹس ال۔</w:t>
      </w:r>
    </w:p>
    <w:p>
      <w:r>
        <w:rPr>
          <w:b/>
        </w:rPr>
        <w:t xml:space="preserve">[34:58] </w:t>
      </w:r>
      <w:r>
        <w:t>It is very difficult problem</w:t>
      </w:r>
    </w:p>
    <w:p>
      <w:pPr>
        <w:jc w:val="right"/>
      </w:pPr>
      <w:r>
        <w:t>اٹ از ویری ڈیفیکلٹ پرابلم</w:t>
      </w:r>
    </w:p>
    <w:p>
      <w:r>
        <w:rPr>
          <w:b/>
        </w:rPr>
        <w:t xml:space="preserve">[35:04] </w:t>
      </w:r>
      <w:r>
        <w:t>.</w:t>
      </w:r>
    </w:p>
    <w:p>
      <w:pPr>
        <w:jc w:val="right"/>
      </w:pPr>
      <w:r>
        <w:t>۔</w:t>
      </w:r>
    </w:p>
    <w:p>
      <w:r>
        <w:rPr>
          <w:b/>
        </w:rPr>
        <w:t xml:space="preserve">[35:10] </w:t>
      </w:r>
      <w:r>
        <w:t>So the basic questions of life is not understandable, is not understandable to these people, because they are conditioned.</w:t>
      </w:r>
    </w:p>
    <w:p>
      <w:pPr>
        <w:jc w:val="right"/>
      </w:pPr>
      <w:r>
        <w:t>سو دا بیسک کوسچنز اف لائف از ناٹ انڈرسٹیبل، از ناٹ انڈرسٹینڈیبل ٹو دس پیپل، بیکاز دے ار کنڈیشنڈ۔</w:t>
      </w:r>
    </w:p>
    <w:p>
      <w:r>
        <w:rPr>
          <w:b/>
        </w:rPr>
        <w:t xml:space="preserve">[35:16] </w:t>
      </w:r>
      <w:r>
        <w:t>They are intellectually dwarf.</w:t>
      </w:r>
    </w:p>
    <w:p>
      <w:pPr>
        <w:jc w:val="right"/>
      </w:pPr>
      <w:r>
        <w:t>دے ار انٹلیکچولی ڈوارف۔</w:t>
      </w:r>
    </w:p>
    <w:p>
      <w:r>
        <w:rPr>
          <w:b/>
        </w:rPr>
        <w:t xml:space="preserve">[35:23] </w:t>
      </w:r>
      <w:r>
        <w:t>They don't nothing except to, except to eat, drink and be merry.</w:t>
      </w:r>
    </w:p>
    <w:p>
      <w:pPr>
        <w:jc w:val="right"/>
      </w:pPr>
      <w:r>
        <w:t>دے ڈونٹ نتھنگ ایکسیپٹ ٹو، ایکسیپٹ ٹو ایٹ، ڈرنک اینڈ بی میری۔</w:t>
      </w:r>
    </w:p>
    <w:p>
      <w:r>
        <w:rPr>
          <w:b/>
        </w:rPr>
        <w:t xml:space="preserve">[35:29] </w:t>
      </w:r>
      <w:r>
        <w:t>So it is very difficult</w:t>
      </w:r>
    </w:p>
    <w:p>
      <w:pPr>
        <w:jc w:val="right"/>
      </w:pPr>
      <w:r>
        <w:t>سو اٹ از ویری ڈیفیکلٹ</w:t>
      </w:r>
    </w:p>
    <w:p>
      <w:r>
        <w:rPr>
          <w:b/>
        </w:rPr>
        <w:t xml:space="preserve">[35:35] </w:t>
      </w:r>
      <w:r>
        <w:t>.</w:t>
      </w:r>
    </w:p>
    <w:p>
      <w:pPr>
        <w:jc w:val="right"/>
      </w:pPr>
      <w:r>
        <w:t>۔</w:t>
      </w:r>
    </w:p>
    <w:p>
      <w:r>
        <w:rPr>
          <w:b/>
        </w:rPr>
        <w:t xml:space="preserve">[35:41] </w:t>
      </w:r>
      <w:r>
        <w:t>People are dying every day without knowing the purpose of life.</w:t>
      </w:r>
    </w:p>
    <w:p>
      <w:pPr>
        <w:jc w:val="right"/>
      </w:pPr>
      <w:r>
        <w:t>پیپل ار ڈائنگ ایوری ڈے وداؤٹ نوئنگ دا پرپس اف لائف۔</w:t>
      </w:r>
    </w:p>
    <w:p>
      <w:r>
        <w:rPr>
          <w:b/>
        </w:rPr>
        <w:t xml:space="preserve">[35:47] </w:t>
      </w:r>
      <w:r>
        <w:t>Although everyday, there is news about global warming.</w:t>
      </w:r>
    </w:p>
    <w:p>
      <w:pPr>
        <w:jc w:val="right"/>
      </w:pPr>
      <w:r>
        <w:t>الدو ایوری ڈے، دیر از نیوز اباؤٹ گلوبل وارمنگ۔</w:t>
      </w:r>
    </w:p>
    <w:p>
      <w:r>
        <w:rPr>
          <w:b/>
        </w:rPr>
        <w:t xml:space="preserve">[35:53] </w:t>
      </w:r>
      <w:r>
        <w:t>Global warming means doomsday is coming.</w:t>
      </w:r>
    </w:p>
    <w:p>
      <w:pPr>
        <w:jc w:val="right"/>
      </w:pPr>
      <w:r>
        <w:t>گلوبل وارمنگ مینز ڈومز ڈے از کمنگ۔</w:t>
      </w:r>
    </w:p>
    <w:p>
      <w:r>
        <w:rPr>
          <w:b/>
        </w:rPr>
        <w:t xml:space="preserve">[35:59] </w:t>
      </w:r>
      <w:r>
        <w:t>What is global warming? Why glaciers are melting? All this phenomena, it is war</w:t>
      </w:r>
    </w:p>
    <w:p>
      <w:pPr>
        <w:jc w:val="right"/>
      </w:pPr>
      <w:r>
        <w:t>واٹ از گلوبل وارمنگ؟ وائی گلیشیئرز ار میلٹنگ؟ الدس فیناومینا، اٹ از وار</w:t>
      </w:r>
    </w:p>
    <w:p>
      <w:r>
        <w:rPr>
          <w:b/>
        </w:rPr>
        <w:t xml:space="preserve">[36:05] </w:t>
      </w:r>
      <w:r>
        <w:t>knowing that doomsday is coming.</w:t>
      </w:r>
    </w:p>
    <w:p>
      <w:pPr>
        <w:jc w:val="right"/>
      </w:pPr>
      <w:r>
        <w:t>ننگ دیٹ ڈومز ڈے از کمنگ۔</w:t>
      </w:r>
    </w:p>
    <w:p>
      <w:r>
        <w:rPr>
          <w:b/>
        </w:rPr>
        <w:t xml:space="preserve">[36:11] </w:t>
      </w:r>
      <w:r>
        <w:t>But due to their, due to the lack of intellectual development, they can understand anything.</w:t>
      </w:r>
    </w:p>
    <w:p>
      <w:pPr>
        <w:jc w:val="right"/>
      </w:pPr>
      <w:r>
        <w:t>بٹ ڈیو ٹو دیر، ڈیو ٹو دا لیک اف انٹلیکچول ڈیولپمنٹ، دے کین انڈرسٹینڈ اینی تھنگ۔</w:t>
      </w:r>
    </w:p>
    <w:p>
      <w:r>
        <w:rPr>
          <w:b/>
        </w:rPr>
        <w:t xml:space="preserve">[36:17] </w:t>
      </w:r>
      <w:r>
        <w:t>Due to their conditioning, they cannot understand anything.</w:t>
      </w:r>
    </w:p>
    <w:p>
      <w:pPr>
        <w:jc w:val="right"/>
      </w:pPr>
      <w:r>
        <w:t>ڈیو ٹو دیر کنڈیشننگ، دے کاناٹ انڈرسٹینڈ اینی تھنگ۔</w:t>
      </w:r>
    </w:p>
    <w:p>
      <w:r>
        <w:rPr>
          <w:b/>
        </w:rPr>
        <w:t xml:space="preserve">[36:23] </w:t>
      </w:r>
      <w:r>
        <w:t>It is very difficult.</w:t>
      </w:r>
    </w:p>
    <w:p>
      <w:pPr>
        <w:jc w:val="right"/>
      </w:pPr>
      <w:r>
        <w:t>اٹ از ویری ڈیفیکلٹ۔</w:t>
      </w:r>
    </w:p>
    <w:p>
      <w:r>
        <w:rPr>
          <w:b/>
        </w:rPr>
        <w:t xml:space="preserve">[36:29] </w:t>
      </w:r>
      <w:r>
        <w:t>It is very very difficult. Yesterday</w:t>
      </w:r>
    </w:p>
    <w:p>
      <w:pPr>
        <w:jc w:val="right"/>
      </w:pPr>
      <w:r>
        <w:t>اٹ از ویری ویری ڈیفیکلٹ۔ یسٹرڈ</w:t>
      </w:r>
    </w:p>
    <w:p>
      <w:r>
        <w:rPr>
          <w:b/>
        </w:rPr>
        <w:t xml:space="preserve">[36:35] </w:t>
      </w:r>
      <w:r>
        <w:t>I read in the newspaper that we have only 10 years.</w:t>
      </w:r>
    </w:p>
    <w:p>
      <w:pPr>
        <w:jc w:val="right"/>
      </w:pPr>
      <w:r>
        <w:t>ے، ائی ریڈ ان دا نیوز پیپر دیٹ وی ہیو اونلی ٹین ایئرز۔</w:t>
      </w:r>
    </w:p>
    <w:p>
      <w:r>
        <w:rPr>
          <w:b/>
        </w:rPr>
        <w:t xml:space="preserve">[36:42] </w:t>
      </w:r>
      <w:r>
        <w:t>What alarming news? Only ten years to reconstruct our thinking.</w:t>
      </w:r>
    </w:p>
    <w:p>
      <w:pPr>
        <w:jc w:val="right"/>
      </w:pPr>
      <w:r>
        <w:t>واٹ الارمنگ نیوز؟ اونلی ٹین ایئرز ٹو ریکنسٹرکٹ اور تھنکنگ۔</w:t>
      </w:r>
    </w:p>
    <w:p>
      <w:r>
        <w:rPr>
          <w:b/>
        </w:rPr>
        <w:t xml:space="preserve">[36:50] </w:t>
      </w:r>
      <w:r>
        <w:t>We have only ten years to rethink, to reconstruct our life.</w:t>
      </w:r>
    </w:p>
    <w:p>
      <w:pPr>
        <w:jc w:val="right"/>
      </w:pPr>
      <w:r>
        <w:t>وی ہیو اونلی ٹین ایئرز ٹو ری تھنک، ٹو ریکنسٹرکٹ اور لائف۔</w:t>
      </w:r>
    </w:p>
    <w:p>
      <w:r>
        <w:rPr>
          <w:b/>
        </w:rPr>
        <w:t xml:space="preserve">[36:57] </w:t>
      </w:r>
      <w:r>
        <w:t>What a, what an all</w:t>
      </w:r>
    </w:p>
    <w:p>
      <w:pPr>
        <w:jc w:val="right"/>
      </w:pPr>
      <w:r>
        <w:t>واٹ ا، واٹ این ال</w:t>
      </w:r>
    </w:p>
    <w:p>
      <w:r>
        <w:rPr>
          <w:b/>
        </w:rPr>
        <w:t xml:space="preserve">[37:05] </w:t>
      </w:r>
      <w:r>
        <w:t>Armageddon news? The doomsday is coming.</w:t>
      </w:r>
    </w:p>
    <w:p>
      <w:pPr>
        <w:jc w:val="right"/>
      </w:pPr>
      <w:r>
        <w:t>ارمنگ نیوز؟ دا ڈومز ڈے از کمنگ۔</w:t>
      </w:r>
    </w:p>
    <w:p>
      <w:r>
        <w:rPr>
          <w:b/>
        </w:rPr>
        <w:t xml:space="preserve">[37:13] </w:t>
      </w:r>
      <w:r>
        <w:t>The countdown has begun.</w:t>
      </w:r>
    </w:p>
    <w:p>
      <w:pPr>
        <w:jc w:val="right"/>
      </w:pPr>
      <w:r>
        <w:t>دا کاؤنٹ ڈاؤن ہیز بیگن۔</w:t>
      </w:r>
    </w:p>
    <w:p>
      <w:r>
        <w:rPr>
          <w:b/>
        </w:rPr>
        <w:t xml:space="preserve">[37:20] </w:t>
      </w:r>
      <w:r>
        <w:t>We have only ten years to rethink, to revise, to reconstruct our life, our lifestyle.</w:t>
      </w:r>
    </w:p>
    <w:p>
      <w:pPr>
        <w:jc w:val="right"/>
      </w:pPr>
      <w:r>
        <w:t>وی ہیو اونلی ٹین ایئرز ٹو ری تھنک، ٹو ریوائز، ٹو ریکنسٹرکٹ اور لائف، اور لائف اسٹائل۔</w:t>
      </w:r>
    </w:p>
    <w:p>
      <w:r>
        <w:rPr>
          <w:b/>
        </w:rPr>
        <w:t xml:space="preserve">[37:28] </w:t>
      </w:r>
      <w:r>
        <w:t>But people are</w:t>
      </w:r>
    </w:p>
    <w:p>
      <w:pPr>
        <w:jc w:val="right"/>
      </w:pPr>
      <w:r>
        <w:t>بٹ پیپل ار</w:t>
      </w:r>
    </w:p>
    <w:p>
      <w:r>
        <w:rPr>
          <w:b/>
        </w:rPr>
        <w:t xml:space="preserve">[37:35] </w:t>
      </w:r>
      <w:r>
        <w:t>unaware.</w:t>
      </w:r>
    </w:p>
    <w:p>
      <w:pPr>
        <w:jc w:val="right"/>
      </w:pPr>
      <w:r>
        <w:t>ان اویئر۔</w:t>
      </w:r>
    </w:p>
    <w:p>
      <w:r>
        <w:rPr>
          <w:b/>
        </w:rPr>
        <w:t xml:space="preserve">[37:42] </w:t>
      </w:r>
      <w:r>
        <w:t>They don't know nothing.</w:t>
      </w:r>
    </w:p>
    <w:p>
      <w:pPr>
        <w:jc w:val="right"/>
      </w:pPr>
      <w:r>
        <w:t>دے ڈونٹ نو نتھنگ۔</w:t>
      </w:r>
    </w:p>
    <w:p>
      <w:r>
        <w:rPr>
          <w:b/>
        </w:rPr>
        <w:t xml:space="preserve">[37:48] </w:t>
      </w:r>
      <w:r>
        <w:t>Why? Because of that conditioning, because of that intellectual dwarfism.</w:t>
      </w:r>
    </w:p>
    <w:p>
      <w:pPr>
        <w:jc w:val="right"/>
      </w:pPr>
      <w:r>
        <w:t>وائی؟ بیکاز اف دیٹ کنڈیشننگ، بیکاز اف دیٹ انٹلیکچول ڈوارفزم۔</w:t>
      </w:r>
    </w:p>
    <w:p>
      <w:r>
        <w:rPr>
          <w:b/>
        </w:rPr>
        <w:t xml:space="preserve">[37:54] </w:t>
      </w:r>
      <w:r>
        <w:t>Present generation is facing two very grave problem: conditioning and intellectual dwarfism.</w:t>
      </w:r>
    </w:p>
    <w:p>
      <w:pPr>
        <w:jc w:val="right"/>
      </w:pPr>
      <w:r>
        <w:t>پریزنٹ جنریشن از فیسنگ ٹو ویری گریو پرابلم: کنڈیشننگ اینڈ انٹلیکچول ڈوارفزم۔</w:t>
      </w:r>
    </w:p>
    <w:p>
      <w:r>
        <w:rPr>
          <w:b/>
        </w:rPr>
        <w:t xml:space="preserve">[38:00] </w:t>
      </w:r>
      <w:r>
        <w:t>All these consumer culture, all these whole culture, it is</w:t>
      </w:r>
    </w:p>
    <w:p>
      <w:pPr>
        <w:jc w:val="right"/>
      </w:pPr>
      <w:r>
        <w:t>الدیز کنزیومر کلچر، الدیز ہو کلچر، اٹ از</w:t>
      </w:r>
    </w:p>
    <w:p>
      <w:r>
        <w:rPr>
          <w:b/>
        </w:rPr>
        <w:t xml:space="preserve">[38:06] </w:t>
      </w:r>
      <w:r>
        <w:t>Nothing but that is intellectual dwarfism.</w:t>
      </w:r>
    </w:p>
    <w:p>
      <w:pPr>
        <w:jc w:val="right"/>
      </w:pPr>
      <w:r>
        <w:t>نتھنگ بٹ دیٹ از انٹلیکچول ڈوارفزم۔</w:t>
      </w:r>
    </w:p>
    <w:p>
      <w:r>
        <w:rPr>
          <w:b/>
        </w:rPr>
        <w:t xml:space="preserve">[38:13] </w:t>
      </w:r>
      <w:r>
        <w:t>It is intellectual dwarfism.</w:t>
      </w:r>
    </w:p>
    <w:p>
      <w:pPr>
        <w:jc w:val="right"/>
      </w:pPr>
      <w:r>
        <w:t>اٹ از انٹلیکچول ڈوارفزم۔</w:t>
      </w:r>
    </w:p>
    <w:p>
      <w:r>
        <w:rPr>
          <w:b/>
        </w:rPr>
        <w:t xml:space="preserve">[38:21] </w:t>
      </w:r>
      <w:r>
        <w:t>تو present generation is become, is facing two grave dangers: conditioning and intellectual dwarfism.</w:t>
      </w:r>
    </w:p>
    <w:p>
      <w:pPr>
        <w:jc w:val="right"/>
      </w:pPr>
      <w:r>
        <w:t>تو پریزنٹ جنریشن از بیکم، از فیسنگ ٹو گریو ڈینجر: کنڈیشننگ اینڈ انٹلیکچول ڈوارفزم۔</w:t>
      </w:r>
    </w:p>
    <w:p>
      <w:r>
        <w:rPr>
          <w:b/>
        </w:rPr>
        <w:t xml:space="preserve">[38:29] </w:t>
      </w:r>
      <w:r>
        <w:t>This is the problem every world, everywhere in the world.</w:t>
      </w:r>
    </w:p>
    <w:p>
      <w:pPr>
        <w:jc w:val="right"/>
      </w:pPr>
      <w:r>
        <w:t>دس از دا پرابلم ایوری ورلڈ، ایوری ویر ان دا ورلڈ۔</w:t>
      </w:r>
    </w:p>
    <w:p>
      <w:r>
        <w:rPr>
          <w:b/>
        </w:rPr>
        <w:t xml:space="preserve">[38:36] </w:t>
      </w:r>
      <w:r>
        <w:t>so-called developed countries and other countries, both are facing the same problem: underdeveloped countries and so</w:t>
      </w:r>
    </w:p>
    <w:p>
      <w:pPr>
        <w:jc w:val="right"/>
      </w:pPr>
      <w:r>
        <w:t>سو کالڈ ڈیولپڈ کنٹریز اینڈ انادر کنٹریز، بوتھ ار فیسنگ دا سیم پرابلم: انڈر ڈیولپڈ کنٹریز اینڈ سو</w:t>
      </w:r>
    </w:p>
    <w:p>
      <w:r>
        <w:rPr>
          <w:b/>
        </w:rPr>
        <w:t xml:space="preserve">[38:44] </w:t>
      </w:r>
      <w:r>
        <w:t>called developed countries.</w:t>
      </w:r>
    </w:p>
    <w:p>
      <w:pPr>
        <w:jc w:val="right"/>
      </w:pPr>
      <w:r>
        <w:t>کالڈ ڈیولپڈ کنٹریز۔</w:t>
      </w:r>
    </w:p>
    <w:p>
      <w:r>
        <w:rPr>
          <w:b/>
        </w:rPr>
        <w:t xml:space="preserve">[38:51] </w:t>
      </w:r>
      <w:r>
        <w:t>Underdeveloped countries and so-called developed countries, all are facing the same problem.</w:t>
      </w:r>
    </w:p>
    <w:p>
      <w:pPr>
        <w:jc w:val="right"/>
      </w:pPr>
      <w:r>
        <w:t>انڈر ڈیولپڈ کنٹریز اینڈ سو کالڈ ڈیولپڈ کنٹریز، ال ار فیسنگ دا سیم پرابلم۔</w:t>
      </w:r>
    </w:p>
    <w:p>
      <w:r>
        <w:rPr>
          <w:b/>
        </w:rPr>
        <w:t xml:space="preserve">[38:59] </w:t>
      </w:r>
      <w:r>
        <w:t>So the, so</w:t>
      </w:r>
    </w:p>
    <w:p>
      <w:pPr>
        <w:jc w:val="right"/>
      </w:pPr>
      <w:r>
        <w:t>سو دا، سو</w:t>
      </w:r>
    </w:p>
    <w:p>
      <w:r>
        <w:rPr>
          <w:b/>
        </w:rPr>
        <w:t xml:space="preserve">[39:06] </w:t>
      </w:r>
      <w:r>
        <w:t>Now the time is to rethink, to reconstruct our lifestyle.</w:t>
      </w:r>
    </w:p>
    <w:p>
      <w:pPr>
        <w:jc w:val="right"/>
      </w:pPr>
      <w:r>
        <w:t>ناؤ دا ٹائم از ٹو ری تھنک، ٹو ریکنسٹرکٹ اور لائف اسٹائل۔</w:t>
      </w:r>
    </w:p>
    <w:p>
      <w:r>
        <w:rPr>
          <w:b/>
        </w:rPr>
        <w:t xml:space="preserve">[39:16] </w:t>
      </w:r>
      <w:r>
        <w:t>The countdown has begun.</w:t>
      </w:r>
    </w:p>
    <w:p>
      <w:pPr>
        <w:jc w:val="right"/>
      </w:pPr>
      <w:r>
        <w:t>دا کاؤنٹ ڈاؤن ہیز بیگن۔</w:t>
      </w:r>
    </w:p>
    <w:p>
      <w:r>
        <w:rPr>
          <w:b/>
        </w:rPr>
        <w:t xml:space="preserve">[39:27] </w:t>
      </w:r>
      <w:r>
        <w:t>So I think that we have to be very serious to discover that missing pair of our world.</w:t>
      </w:r>
    </w:p>
    <w:p>
      <w:pPr>
        <w:jc w:val="right"/>
      </w:pPr>
      <w:r>
        <w:t>سو ائی تھنک دیٹ وی ہیو ٹو ویری سیریس ٹو ڈسکور دیٹ مسنگ پیئر اف اور ورلڈ</w:t>
      </w:r>
    </w:p>
    <w:p>
      <w:r>
        <w:rPr>
          <w:b/>
        </w:rPr>
        <w:t xml:space="preserve">[39:37] </w:t>
      </w:r>
      <w:r>
        <w:t>As I have said earlier that we are living in a world of desire. This is the, this is the world where we are living is, it is the world of desire. But our or our soul, our mind, our heart want</w:t>
      </w:r>
    </w:p>
    <w:p>
      <w:pPr>
        <w:jc w:val="right"/>
      </w:pPr>
      <w:r>
        <w:t>۔ ایز ائی ہیو سیڈ ارلیئر دیٹ وی ار لیونگ ان ا ورلڈ اف ڈیزائر۔ دس از دا، دس از دا ورلڈ ویئر وی ار لیونگ از، اٹ از دا ورلڈ اف ڈیزائر۔ بٹ اور اور اور سول، اور مائنڈ، اور ہارٹ وانٹ</w:t>
      </w:r>
    </w:p>
    <w:p>
      <w:r>
        <w:rPr>
          <w:b/>
        </w:rPr>
        <w:t xml:space="preserve">[40:07] </w:t>
      </w:r>
      <w:r>
        <w:t>another world.</w:t>
      </w:r>
    </w:p>
    <w:p>
      <w:pPr>
        <w:jc w:val="right"/>
      </w:pPr>
      <w:r>
        <w:t>انادر ورلڈ۔</w:t>
      </w:r>
    </w:p>
    <w:p>
      <w:r>
        <w:rPr>
          <w:b/>
        </w:rPr>
        <w:t xml:space="preserve">[40:10] </w:t>
      </w:r>
      <w:r>
        <w:t>That is world of fulfillment.</w:t>
      </w:r>
    </w:p>
    <w:p>
      <w:pPr>
        <w:jc w:val="right"/>
      </w:pPr>
      <w:r>
        <w:t>دیٹ از ورلڈ اف فلفلمنٹ۔</w:t>
      </w:r>
    </w:p>
    <w:p>
      <w:r>
        <w:rPr>
          <w:b/>
        </w:rPr>
        <w:t xml:space="preserve">[40:14] </w:t>
      </w:r>
      <w:r>
        <w:t>That is missing pair.</w:t>
      </w:r>
    </w:p>
    <w:p>
      <w:pPr>
        <w:jc w:val="right"/>
      </w:pPr>
      <w:r>
        <w:t>دیٹ از مسنگ پیئر۔</w:t>
      </w:r>
    </w:p>
    <w:p>
      <w:r>
        <w:rPr>
          <w:b/>
        </w:rPr>
        <w:t xml:space="preserve">[40:18] </w:t>
      </w:r>
      <w:r>
        <w:t>So you have to discover this missing pair.</w:t>
      </w:r>
    </w:p>
    <w:p>
      <w:pPr>
        <w:jc w:val="right"/>
      </w:pPr>
      <w:r>
        <w:t>سو یو ہیو ٹو ڈسکور دس مسنگ پیئر۔</w:t>
      </w:r>
    </w:p>
    <w:p>
      <w:r>
        <w:rPr>
          <w:b/>
        </w:rPr>
        <w:t xml:space="preserve">[40:22] </w:t>
      </w:r>
      <w:r>
        <w:t>This missing piece lies in the post-death period.</w:t>
      </w:r>
    </w:p>
    <w:p>
      <w:pPr>
        <w:jc w:val="right"/>
      </w:pPr>
      <w:r>
        <w:t>دس مسنگ پیئر لائیز ان دا پوسٹ ڈیتھ پیریڈ۔</w:t>
      </w:r>
    </w:p>
    <w:p>
      <w:r>
        <w:rPr>
          <w:b/>
        </w:rPr>
        <w:t xml:space="preserve">[40:25] </w:t>
      </w:r>
      <w:r>
        <w:t>in the post-death period.</w:t>
      </w:r>
    </w:p>
    <w:p>
      <w:pPr>
        <w:jc w:val="right"/>
      </w:pPr>
      <w:r>
        <w:t>ان دا پوسٹ ڈیتھ پیریڈ۔</w:t>
      </w:r>
    </w:p>
    <w:p>
      <w:r>
        <w:rPr>
          <w:b/>
        </w:rPr>
        <w:t xml:space="preserve">[40:29] </w:t>
      </w:r>
      <w:r>
        <w:t>yawma tubaddal al-ardu ghayra al-ard.</w:t>
      </w:r>
    </w:p>
    <w:p>
      <w:pPr>
        <w:jc w:val="right"/>
      </w:pPr>
      <w:r>
        <w:t>یوم تبدل الارض غیر الارض۔</w:t>
      </w:r>
    </w:p>
    <w:p>
      <w:r>
        <w:rPr>
          <w:b/>
        </w:rPr>
        <w:t xml:space="preserve">[40:33] </w:t>
      </w:r>
      <w:r>
        <w:t>A very important verse in the Quran. Yawma tubaddalu</w:t>
      </w:r>
    </w:p>
    <w:p>
      <w:pPr>
        <w:jc w:val="right"/>
      </w:pPr>
      <w:r>
        <w:t>اے ویری امپورٹنٹ ورس ان دا قران۔ یوم تبدل</w:t>
      </w:r>
    </w:p>
    <w:p>
      <w:r>
        <w:rPr>
          <w:b/>
        </w:rPr>
        <w:t xml:space="preserve">[40:37] </w:t>
      </w:r>
      <w:r>
        <w:t>al-arz ghair al-arz.</w:t>
      </w:r>
    </w:p>
    <w:p>
      <w:pPr>
        <w:jc w:val="right"/>
      </w:pPr>
      <w:r>
        <w:t>الارض غیر الارض۔</w:t>
      </w:r>
    </w:p>
    <w:p>
      <w:r>
        <w:rPr>
          <w:b/>
        </w:rPr>
        <w:t xml:space="preserve">[40:44] </w:t>
      </w:r>
      <w:r>
        <w:t>It means that God will destroy this earth and He reconstructs of this world.</w:t>
      </w:r>
    </w:p>
    <w:p>
      <w:pPr>
        <w:jc w:val="right"/>
      </w:pPr>
      <w:r>
        <w:t>اٹ مینز دیٹ گاڈ ول ڈسٹروئے دس ارتھ اینڈ ہی ریکنسٹرکٹ اف دس ورلڈ۔</w:t>
      </w:r>
    </w:p>
    <w:p>
      <w:r>
        <w:rPr>
          <w:b/>
        </w:rPr>
        <w:t xml:space="preserve">[40:52] </w:t>
      </w:r>
      <w:r>
        <w:t>The day will come when Creator will destroy this world and He will reconstruct this world.</w:t>
      </w:r>
    </w:p>
    <w:p>
      <w:pPr>
        <w:jc w:val="right"/>
      </w:pPr>
      <w:r>
        <w:t>دا ڈے ول کم وین کریٹر ول ڈسٹروئے دس ورلڈ اینڈ ہی ول ریکنسٹرکٹ دس ورلڈ۔</w:t>
      </w:r>
    </w:p>
    <w:p>
      <w:r>
        <w:rPr>
          <w:b/>
        </w:rPr>
        <w:t xml:space="preserve">[41:00] </w:t>
      </w:r>
      <w:r>
        <w:t>تو the time of reconstruction of this world is</w:t>
      </w:r>
    </w:p>
    <w:p>
      <w:pPr>
        <w:jc w:val="right"/>
      </w:pPr>
      <w:r>
        <w:t>تو دا ٹائم اف ریکنسٹرکشن اف دس ورلڈ از</w:t>
      </w:r>
    </w:p>
    <w:p>
      <w:r>
        <w:rPr>
          <w:b/>
        </w:rPr>
        <w:t xml:space="preserve">[41:07] </w:t>
      </w:r>
      <w:r>
        <w:t>very near.</w:t>
      </w:r>
    </w:p>
    <w:p>
      <w:pPr>
        <w:jc w:val="right"/>
      </w:pPr>
      <w:r>
        <w:t>ویری نیئر۔</w:t>
      </w:r>
    </w:p>
    <w:p>
      <w:r>
        <w:rPr>
          <w:b/>
        </w:rPr>
        <w:t xml:space="preserve">[41:13] </w:t>
      </w:r>
      <w:r>
        <w:t>yom tabdil al-arz ghair al-arz.</w:t>
      </w:r>
    </w:p>
    <w:p>
      <w:pPr>
        <w:jc w:val="right"/>
      </w:pPr>
      <w:r>
        <w:t>یوم تبدل الارض غیر الارض۔</w:t>
      </w:r>
    </w:p>
    <w:p>
      <w:r>
        <w:rPr>
          <w:b/>
        </w:rPr>
        <w:t xml:space="preserve">[41:19] </w:t>
      </w:r>
      <w:r>
        <w:t>When we destroy the present earth and we will reconstruct it and that reconstructed world and the reconstructed</w:t>
      </w:r>
    </w:p>
    <w:p>
      <w:pPr>
        <w:jc w:val="right"/>
      </w:pPr>
      <w:r>
        <w:t>وین وی ڈسٹروئے دا پریزنٹ ارتھ اینڈ وی ول ریکنسٹرکٹ اٹ اینڈ دیٹ ریکنسٹرکٹڈ ورلڈ اینڈ دی ریکنسٹرکٹڈ</w:t>
      </w:r>
    </w:p>
    <w:p>
      <w:r>
        <w:rPr>
          <w:b/>
        </w:rPr>
        <w:t xml:space="preserve">[41:25] </w:t>
      </w:r>
      <w:r>
        <w:t>World is paradise.</w:t>
      </w:r>
    </w:p>
    <w:p>
      <w:pPr>
        <w:jc w:val="right"/>
      </w:pPr>
      <w:r>
        <w:t>ورلڈ از پیراڈائز۔</w:t>
      </w:r>
    </w:p>
    <w:p>
      <w:r>
        <w:rPr>
          <w:b/>
        </w:rPr>
        <w:t xml:space="preserve">[41:31] </w:t>
      </w:r>
      <w:r>
        <w:t>and that r</w:t>
      </w:r>
    </w:p>
    <w:p>
      <w:pPr>
        <w:jc w:val="right"/>
      </w:pPr>
      <w:r>
        <w:t>اینڈ دیٹ ر</w:t>
      </w:r>
    </w:p>
    <w:p>
      <w:r>
        <w:rPr>
          <w:b/>
        </w:rPr>
        <w:t xml:space="preserve">[41:37] </w:t>
      </w:r>
      <w:r>
        <w:t>Reconstructed world is paradise.</w:t>
      </w:r>
    </w:p>
    <w:p>
      <w:pPr>
        <w:jc w:val="right"/>
      </w:pPr>
      <w:r>
        <w:t>یکنسٹرکٹڈ ورلڈ از پیراڈائز۔</w:t>
      </w:r>
    </w:p>
    <w:p>
      <w:r>
        <w:rPr>
          <w:b/>
        </w:rPr>
        <w:t xml:space="preserve">[41:44] </w:t>
      </w:r>
      <w:r>
        <w:t>So we have to to know this reality, this fact.</w:t>
      </w:r>
    </w:p>
    <w:p>
      <w:pPr>
        <w:jc w:val="right"/>
      </w:pPr>
      <w:r>
        <w:t>سو وی ہیو ٹو ٹو نو دس ریلیٹی، دس فیکٹ۔</w:t>
      </w:r>
    </w:p>
    <w:p>
      <w:r>
        <w:rPr>
          <w:b/>
        </w:rPr>
        <w:t xml:space="preserve">[41:50] </w:t>
      </w:r>
      <w:r>
        <w:t>There is no time.</w:t>
      </w:r>
    </w:p>
    <w:p>
      <w:pPr>
        <w:jc w:val="right"/>
      </w:pPr>
      <w:r>
        <w:t>دیر نو ٹائم۔</w:t>
      </w:r>
    </w:p>
    <w:p>
      <w:r>
        <w:rPr>
          <w:b/>
        </w:rPr>
        <w:t xml:space="preserve">[41:57] </w:t>
      </w:r>
      <w:r>
        <w:t>There is no time.</w:t>
      </w:r>
    </w:p>
    <w:p>
      <w:pPr>
        <w:jc w:val="right"/>
      </w:pPr>
      <w:r>
        <w:t>دیر نو ٹائم۔</w:t>
      </w:r>
    </w:p>
    <w:p>
      <w:r>
        <w:rPr>
          <w:b/>
        </w:rPr>
        <w:t xml:space="preserve">[42:03] </w:t>
      </w:r>
      <w:r>
        <w:t>There's no time. Now</w:t>
      </w:r>
    </w:p>
    <w:p>
      <w:pPr>
        <w:jc w:val="right"/>
      </w:pPr>
      <w:r>
        <w:t>دیر نو ٹائم۔ ناؤ</w:t>
      </w:r>
    </w:p>
    <w:p>
      <w:r>
        <w:rPr>
          <w:b/>
        </w:rPr>
        <w:t xml:space="preserve">[42:10] </w:t>
      </w:r>
      <w:r>
        <w:t>The Prophet of Islam has said a very relevant hadith: Allahumma la aisha illa aish al-akhirah.</w:t>
      </w:r>
    </w:p>
    <w:p>
      <w:pPr>
        <w:jc w:val="right"/>
      </w:pPr>
      <w:r>
        <w:t>دا پرافٹ اف اسلام ہیز سیڈ ا ویری ریلیونٹ حدیث: اللہم لا عیش الا عیش الاخرہ۔</w:t>
      </w:r>
    </w:p>
    <w:p>
      <w:r>
        <w:rPr>
          <w:b/>
        </w:rPr>
        <w:t xml:space="preserve">[42:21] </w:t>
      </w:r>
      <w:r>
        <w:t>allahum la aish illa aish akhrah.</w:t>
      </w:r>
    </w:p>
    <w:p>
      <w:pPr>
        <w:jc w:val="right"/>
      </w:pPr>
      <w:r>
        <w:t>اللہم لا عیش الا عیش الاخرہ۔</w:t>
      </w:r>
    </w:p>
    <w:p>
      <w:r>
        <w:rPr>
          <w:b/>
        </w:rPr>
        <w:t xml:space="preserve">[42:31] </w:t>
      </w:r>
      <w:r>
        <w:t>It means that the world of happiness is only in the hereafter.</w:t>
      </w:r>
    </w:p>
    <w:p>
      <w:pPr>
        <w:jc w:val="right"/>
      </w:pPr>
      <w:r>
        <w:t>اٹ مینز دیٹ دا ورلڈ اف ہیپینس از اونلی ان دا ہیر افٹر۔</w:t>
      </w:r>
    </w:p>
    <w:p>
      <w:r>
        <w:rPr>
          <w:b/>
        </w:rPr>
        <w:t xml:space="preserve">[42:42] </w:t>
      </w:r>
      <w:r>
        <w:t>This was set in the seven, in the first quarter of seventh century.</w:t>
      </w:r>
    </w:p>
    <w:p>
      <w:pPr>
        <w:jc w:val="right"/>
      </w:pPr>
      <w:r>
        <w:t>دس واز سیٹ ان دا سیون، ان دا فرسٹ کوارٹر اف سیون سینچری۔</w:t>
      </w:r>
    </w:p>
    <w:p>
      <w:r>
        <w:rPr>
          <w:b/>
        </w:rPr>
        <w:t xml:space="preserve">[42:50] </w:t>
      </w:r>
      <w:r>
        <w:t>After this saying, we created a civilization.</w:t>
      </w:r>
    </w:p>
    <w:p>
      <w:pPr>
        <w:jc w:val="right"/>
      </w:pPr>
      <w:r>
        <w:t>افٹر دس سینگ، وی کریٹڈ ا سولائزیشن۔</w:t>
      </w:r>
    </w:p>
    <w:p>
      <w:r>
        <w:rPr>
          <w:b/>
        </w:rPr>
        <w:t xml:space="preserve">[42:58] </w:t>
      </w:r>
      <w:r>
        <w:t>We created an industrial revolution.</w:t>
      </w:r>
    </w:p>
    <w:p>
      <w:pPr>
        <w:jc w:val="right"/>
      </w:pPr>
      <w:r>
        <w:t>وی کریٹڈ ا انڈسٹریل ریولیوشن۔</w:t>
      </w:r>
    </w:p>
    <w:p>
      <w:r>
        <w:rPr>
          <w:b/>
        </w:rPr>
        <w:t xml:space="preserve">[43:06] </w:t>
      </w:r>
      <w:r>
        <w:t>We perhaps you know about the book published by Alvin Toffler: Future Shock</w:t>
      </w:r>
    </w:p>
    <w:p>
      <w:pPr>
        <w:jc w:val="right"/>
      </w:pPr>
      <w:r>
        <w:t>وی پرہیپس یو نو اباؤٹ دا بک پبلش بائی الون ٹافر: فیوچر شاک</w:t>
      </w:r>
    </w:p>
    <w:p>
      <w:r>
        <w:rPr>
          <w:b/>
        </w:rPr>
        <w:t xml:space="preserve">[43:14] </w:t>
      </w:r>
      <w:r>
        <w:t>.</w:t>
      </w:r>
    </w:p>
    <w:p>
      <w:pPr>
        <w:jc w:val="right"/>
      </w:pPr>
      <w:r>
        <w:t>۔</w:t>
      </w:r>
    </w:p>
    <w:p>
      <w:r>
        <w:rPr>
          <w:b/>
        </w:rPr>
        <w:t xml:space="preserve">[43:19] </w:t>
      </w:r>
      <w:r>
        <w:t>That future shock now has been materialized.</w:t>
      </w:r>
    </w:p>
    <w:p>
      <w:pPr>
        <w:jc w:val="right"/>
      </w:pPr>
      <w:r>
        <w:t>دیٹ فیوچر شاک ناؤ ہیز بین مٹیریلائزڈ۔</w:t>
      </w:r>
    </w:p>
    <w:p>
      <w:r>
        <w:rPr>
          <w:b/>
        </w:rPr>
        <w:t xml:space="preserve">[43:24] </w:t>
      </w:r>
      <w:r>
        <w:t>So before all these things, prophet of Islam has said in the first quarter of seventh century that:</w:t>
      </w:r>
    </w:p>
    <w:p>
      <w:pPr>
        <w:jc w:val="right"/>
      </w:pPr>
      <w:r>
        <w:t>سو بیفور ال دس تھنگز، پرافٹ اف اسلام ہیز سیڈ ان دا فرسٹ کوارٹر اف سیون سینچری دیٹ:</w:t>
      </w:r>
    </w:p>
    <w:p>
      <w:r>
        <w:rPr>
          <w:b/>
        </w:rPr>
        <w:t xml:space="preserve">[43:29] </w:t>
      </w:r>
      <w:r>
        <w:t>allahum la aish illa aish akhrah.</w:t>
      </w:r>
    </w:p>
    <w:p>
      <w:pPr>
        <w:jc w:val="right"/>
      </w:pPr>
      <w:r>
        <w:t>اللہم لا عیش الا عیش الاخرہ۔</w:t>
      </w:r>
    </w:p>
    <w:p>
      <w:r>
        <w:rPr>
          <w:b/>
        </w:rPr>
        <w:t xml:space="preserve">[43:34] </w:t>
      </w:r>
      <w:r>
        <w:t>O God, I bear witness.</w:t>
      </w:r>
    </w:p>
    <w:p>
      <w:pPr>
        <w:jc w:val="right"/>
      </w:pPr>
      <w:r>
        <w:t>او گاڈ، ائی بیئر وٹنس۔</w:t>
      </w:r>
    </w:p>
    <w:p>
      <w:r>
        <w:rPr>
          <w:b/>
        </w:rPr>
        <w:t xml:space="preserve">[43:39] </w:t>
      </w:r>
      <w:r>
        <w:t>O God, I bear witness that</w:t>
      </w:r>
    </w:p>
    <w:p>
      <w:pPr>
        <w:jc w:val="right"/>
      </w:pPr>
      <w:r>
        <w:t>او گاڈ، ائی بیئر وٹنس دیٹ</w:t>
      </w:r>
    </w:p>
    <w:p>
      <w:r>
        <w:rPr>
          <w:b/>
        </w:rPr>
        <w:t xml:space="preserve">[43:45] </w:t>
      </w:r>
      <w:r>
        <w:t>The world of happiness lies in the hereafter, not in this world.</w:t>
      </w:r>
    </w:p>
    <w:p>
      <w:pPr>
        <w:jc w:val="right"/>
      </w:pPr>
      <w:r>
        <w:t>دا ورلڈ اف ہیپینس لائیز ان دا ہیر افٹر، ناٹ ان دس ورلڈ۔</w:t>
      </w:r>
    </w:p>
    <w:p>
      <w:r>
        <w:rPr>
          <w:b/>
        </w:rPr>
        <w:t xml:space="preserve">[43:52] </w:t>
      </w:r>
      <w:r>
        <w:t>The true happiness lies in the, in the post-death period and not in pre-death period.</w:t>
      </w:r>
    </w:p>
    <w:p>
      <w:pPr>
        <w:jc w:val="right"/>
      </w:pPr>
      <w:r>
        <w:t>دا ٹرو ہیپینس لائیز ان دا، ان دا پوسٹ ڈیتھ پیریڈ اینڈ ناٹ ان پری ڈیتھ پیریڈ۔</w:t>
      </w:r>
    </w:p>
    <w:p>
      <w:r>
        <w:rPr>
          <w:b/>
        </w:rPr>
        <w:t xml:space="preserve">[44:00] </w:t>
      </w:r>
      <w:r>
        <w:t>This was declared by the Prophet of Islam in the first quarter of the seventh century.</w:t>
      </w:r>
    </w:p>
    <w:p>
      <w:pPr>
        <w:jc w:val="right"/>
      </w:pPr>
      <w:r>
        <w:t>دس واز ڈیکلیئرڈ بائی دا پرافٹ اف اسلام ان دا فرسٹ کوارٹر اف سیون سینچری۔</w:t>
      </w:r>
    </w:p>
    <w:p>
      <w:r>
        <w:rPr>
          <w:b/>
        </w:rPr>
        <w:t xml:space="preserve">[44:08] </w:t>
      </w:r>
      <w:r>
        <w:t>before all these developments</w:t>
      </w:r>
    </w:p>
    <w:p>
      <w:pPr>
        <w:jc w:val="right"/>
      </w:pPr>
      <w:r>
        <w:t>بیفور ال دس ڈیولپمنٹس</w:t>
      </w:r>
    </w:p>
    <w:p>
      <w:r>
        <w:rPr>
          <w:b/>
        </w:rPr>
        <w:t xml:space="preserve">[44:16] </w:t>
      </w:r>
      <w:r>
        <w:t>, before all these developments, now all these developments has reached to its end.</w:t>
      </w:r>
    </w:p>
    <w:p>
      <w:pPr>
        <w:jc w:val="right"/>
      </w:pPr>
      <w:r>
        <w:t>، بیفور ال دس ڈیولپمنٹس، ناؤ ال دس ڈیولپمنٹس ہیز ریچ ٹو اٹس اینڈ۔</w:t>
      </w:r>
    </w:p>
    <w:p>
      <w:r>
        <w:rPr>
          <w:b/>
        </w:rPr>
        <w:t xml:space="preserve">[44:26] </w:t>
      </w:r>
      <w:r>
        <w:t>اور civilization has ended into global warming.</w:t>
      </w:r>
    </w:p>
    <w:p>
      <w:pPr>
        <w:jc w:val="right"/>
      </w:pPr>
      <w:r>
        <w:t>اور سولائزیشن ہیز اینڈڈ انٹو گلوبل وارمنگ۔</w:t>
      </w:r>
    </w:p>
    <w:p>
      <w:r>
        <w:rPr>
          <w:b/>
        </w:rPr>
        <w:t xml:space="preserve">[44:36] </w:t>
      </w:r>
      <w:r>
        <w:t>aur civilization, aur consumer culture, aur development, aur scientific progress has ended into</w:t>
      </w:r>
    </w:p>
    <w:p>
      <w:pPr>
        <w:jc w:val="right"/>
      </w:pPr>
      <w:r>
        <w:t>اور سولائزیشن، اور کنزیومر کلچر، اور ڈیولپمنٹ، اور سائنٹیفک پروگریس ہیز اینڈڈ انٹو</w:t>
      </w:r>
    </w:p>
    <w:p>
      <w:r>
        <w:rPr>
          <w:b/>
        </w:rPr>
        <w:t xml:space="preserve">[44:47] </w:t>
      </w:r>
      <w:r>
        <w:t>Global warming.</w:t>
      </w:r>
    </w:p>
    <w:p>
      <w:pPr>
        <w:jc w:val="right"/>
      </w:pPr>
      <w:r>
        <w:t>گلوبل وارمنگ۔</w:t>
      </w:r>
    </w:p>
    <w:p>
      <w:r>
        <w:rPr>
          <w:b/>
        </w:rPr>
        <w:t xml:space="preserve">[44:55] </w:t>
      </w:r>
      <w:r>
        <w:t>What a stage phenomena!</w:t>
      </w:r>
    </w:p>
    <w:p>
      <w:pPr>
        <w:jc w:val="right"/>
      </w:pPr>
      <w:r>
        <w:t>واٹ ا سٹیج فیناومینا!</w:t>
      </w:r>
    </w:p>
    <w:p>
      <w:r>
        <w:rPr>
          <w:b/>
        </w:rPr>
        <w:t xml:space="preserve">[45:03] </w:t>
      </w:r>
      <w:r>
        <w:t>So everyone who wants to live in happiness, he must reconsider.</w:t>
      </w:r>
    </w:p>
    <w:p>
      <w:pPr>
        <w:jc w:val="right"/>
      </w:pPr>
      <w:r>
        <w:t>سو ایوری ون ہو وانٹ ٹو لیو ان ہیپینس، ہی مسٹ ریکنسڈر۔</w:t>
      </w:r>
    </w:p>
    <w:p>
      <w:r>
        <w:rPr>
          <w:b/>
        </w:rPr>
        <w:t xml:space="preserve">[45:10] </w:t>
      </w:r>
      <w:r>
        <w:t>Everyone who want to live in, in, in, in a world where he can fulfill his desires,</w:t>
      </w:r>
    </w:p>
    <w:p>
      <w:pPr>
        <w:jc w:val="right"/>
      </w:pPr>
      <w:r>
        <w:t>ایوری ون ہو وانٹ ٹو لیو ان، ان، ان، ان ا ورلڈ ویری ہی کین فلفل ہز ڈیزائرز،</w:t>
      </w:r>
    </w:p>
    <w:p>
      <w:r>
        <w:rPr>
          <w:b/>
        </w:rPr>
        <w:t xml:space="preserve">[45:18] </w:t>
      </w:r>
      <w:r>
        <w:t>must seek paradise.</w:t>
      </w:r>
    </w:p>
    <w:p>
      <w:pPr>
        <w:jc w:val="right"/>
      </w:pPr>
      <w:r>
        <w:t>مسٹ سیک پیراڈائز۔</w:t>
      </w:r>
    </w:p>
    <w:p>
      <w:r>
        <w:rPr>
          <w:b/>
        </w:rPr>
        <w:t xml:space="preserve">[45:26] </w:t>
      </w:r>
      <w:r>
        <w:t>Without, without paradise, there is no fulfillment at all.</w:t>
      </w:r>
    </w:p>
    <w:p>
      <w:pPr>
        <w:jc w:val="right"/>
      </w:pPr>
      <w:r>
        <w:t>وداؤٹ، وداؤٹ پیراڈائز، دیر از نو فلفلمنٹ ایٹ ال۔</w:t>
      </w:r>
    </w:p>
    <w:p>
      <w:r>
        <w:rPr>
          <w:b/>
        </w:rPr>
        <w:t xml:space="preserve">[45:34] </w:t>
      </w:r>
      <w:r>
        <w:t>Then what is Paradise? The Prophet of Islam tells us in the language of, in a symbolic language.</w:t>
      </w:r>
    </w:p>
    <w:p>
      <w:pPr>
        <w:jc w:val="right"/>
      </w:pPr>
      <w:r>
        <w:t>دین واٹ از پیراڈائز؟ دا پرافٹ اف اسلام ٹیل اس ان دا لینگویج اف، ان ا سمبلک لینگویج۔</w:t>
      </w:r>
    </w:p>
    <w:p>
      <w:r>
        <w:rPr>
          <w:b/>
        </w:rPr>
        <w:t xml:space="preserve">[45:41] </w:t>
      </w:r>
      <w:r>
        <w:t>There is a hadith, it tells us that</w:t>
      </w:r>
    </w:p>
    <w:p>
      <w:pPr>
        <w:jc w:val="right"/>
      </w:pPr>
      <w:r>
        <w:t>دیر از ا حدیث، اٹ ٹیل اس دیٹ</w:t>
      </w:r>
    </w:p>
    <w:p>
      <w:r>
        <w:rPr>
          <w:b/>
        </w:rPr>
        <w:t xml:space="preserve">[45:49] </w:t>
      </w:r>
      <w:r>
        <w:t>When the Day of Judgment, at the, at the Day of Judgment, all the, all the people of history, all the men and all the men and women of history will be gathered in the maidan-e-hashr, and everyone will find its, its a, everyone will</w:t>
      </w:r>
    </w:p>
    <w:p>
      <w:pPr>
        <w:jc w:val="right"/>
      </w:pPr>
      <w:r>
        <w:t>وین دا ڈے اف ججمنٹ، ایٹ دا، ایٹ دا ڈے اف ججمنٹ، ال دا، ال دا پیپل اف ہسٹری، ال دا مین اینڈ ال دا مینر اینڈ وومن اف ہسٹری ول بی گیدرڈ ان دی میدان حشر، اینڈ ایوری ون ول فائنڈ اٹس، اٹس ا، ایوری ون ول</w:t>
      </w:r>
    </w:p>
    <w:p>
      <w:r>
        <w:rPr>
          <w:b/>
        </w:rPr>
        <w:t xml:space="preserve">[46:19] </w:t>
      </w:r>
      <w:r>
        <w:t>be judged by God.</w:t>
      </w:r>
    </w:p>
    <w:p>
      <w:pPr>
        <w:jc w:val="right"/>
      </w:pPr>
      <w:r>
        <w:t>بی جج بائی گاڈ۔</w:t>
      </w:r>
    </w:p>
    <w:p>
      <w:r>
        <w:rPr>
          <w:b/>
        </w:rPr>
        <w:t xml:space="preserve">[46:26] </w:t>
      </w:r>
      <w:r>
        <w:t>Some people will go to paradise and some will go to hell.</w:t>
      </w:r>
    </w:p>
    <w:p>
      <w:pPr>
        <w:jc w:val="right"/>
      </w:pPr>
      <w:r>
        <w:t>سم پیپل ول گو ٹو پیراڈائز اینڈ سم ول گو ٹو ہیل۔</w:t>
      </w:r>
    </w:p>
    <w:p>
      <w:r>
        <w:rPr>
          <w:b/>
        </w:rPr>
        <w:t xml:space="preserve">[46:32] </w:t>
      </w:r>
      <w:r>
        <w:t>Deen the Hadith says that when a person is standing in the Maidan-e-Hashr, waiting his fate, waiting his,</w:t>
      </w:r>
    </w:p>
    <w:p>
      <w:pPr>
        <w:jc w:val="right"/>
      </w:pPr>
      <w:r>
        <w:t>دین دا حدیث سیز دیٹ ون پرسن از اسٹینڈنگ ان دا میدان حشر، ویٹنگ ہز فیٹ، ویٹنگ ہز،</w:t>
      </w:r>
    </w:p>
    <w:p>
      <w:r>
        <w:rPr>
          <w:b/>
        </w:rPr>
        <w:t xml:space="preserve">[46:39] </w:t>
      </w:r>
      <w:r>
        <w:t>waiting the judgment of God about himself.</w:t>
      </w:r>
    </w:p>
    <w:p>
      <w:pPr>
        <w:jc w:val="right"/>
      </w:pPr>
      <w:r>
        <w:t>ویٹنگ دا ججمنٹ اف گاڈ اباؤٹ ہم سیلف۔</w:t>
      </w:r>
    </w:p>
    <w:p>
      <w:r>
        <w:rPr>
          <w:b/>
        </w:rPr>
        <w:t xml:space="preserve">[46:45] </w:t>
      </w:r>
      <w:r>
        <w:t>So he says: O God,</w:t>
      </w:r>
    </w:p>
    <w:p>
      <w:pPr>
        <w:jc w:val="right"/>
      </w:pPr>
      <w:r>
        <w:t>سو ہی سیز: او گاڈ،</w:t>
      </w:r>
    </w:p>
    <w:p>
      <w:r>
        <w:rPr>
          <w:b/>
        </w:rPr>
        <w:t xml:space="preserve">[46:52] </w:t>
      </w:r>
      <w:r>
        <w:t>You did not give me paradise.</w:t>
      </w:r>
    </w:p>
    <w:p>
      <w:pPr>
        <w:jc w:val="right"/>
      </w:pPr>
      <w:r>
        <w:t>یو ڈیڈ ناٹ گیو می پیراڈائز۔</w:t>
      </w:r>
    </w:p>
    <w:p>
      <w:r>
        <w:rPr>
          <w:b/>
        </w:rPr>
        <w:t xml:space="preserve">[47:00] </w:t>
      </w:r>
      <w:r>
        <w:t>Now show me what is paradise.</w:t>
      </w:r>
    </w:p>
    <w:p>
      <w:pPr>
        <w:jc w:val="right"/>
      </w:pPr>
      <w:r>
        <w:t>ناؤ شو می واٹ از پیراڈائز۔</w:t>
      </w:r>
    </w:p>
    <w:p>
      <w:r>
        <w:rPr>
          <w:b/>
        </w:rPr>
        <w:t xml:space="preserve">[47:08] </w:t>
      </w:r>
      <w:r>
        <w:t>I want to see what is paradise.</w:t>
      </w:r>
    </w:p>
    <w:p>
      <w:pPr>
        <w:jc w:val="right"/>
      </w:pPr>
      <w:r>
        <w:t>ائی وانٹ ٹو سی واٹ از پیراڈائز۔</w:t>
      </w:r>
    </w:p>
    <w:p>
      <w:r>
        <w:rPr>
          <w:b/>
        </w:rPr>
        <w:t xml:space="preserve">[47:16] </w:t>
      </w:r>
      <w:r>
        <w:t>I want to see with my eyes what is Paradise about which I was ignored</w:t>
      </w:r>
    </w:p>
    <w:p>
      <w:pPr>
        <w:jc w:val="right"/>
      </w:pPr>
      <w:r>
        <w:t>ائی وانٹ ٹو سی مائی ائیز واٹ از پیراڈائز اباؤٹ وچ ائی واز اگنورڈ</w:t>
      </w:r>
    </w:p>
    <w:p>
      <w:r>
        <w:rPr>
          <w:b/>
        </w:rPr>
        <w:t xml:space="preserve">[47:23] </w:t>
      </w:r>
      <w:r>
        <w:t>.</w:t>
      </w:r>
    </w:p>
    <w:p>
      <w:pPr>
        <w:jc w:val="right"/>
      </w:pPr>
      <w:r>
        <w:t>۔</w:t>
      </w:r>
    </w:p>
    <w:p>
      <w:r>
        <w:rPr>
          <w:b/>
        </w:rPr>
        <w:t xml:space="preserve">[47:30] </w:t>
      </w:r>
      <w:r>
        <w:t>So God will order to angels this that open the door of paradise so that this man can</w:t>
      </w:r>
    </w:p>
    <w:p>
      <w:pPr>
        <w:jc w:val="right"/>
      </w:pPr>
      <w:r>
        <w:t>سو گاڈ ول ارڈر ٹو اینجلز دس دیٹ اوپن دا ڈور اف پیراڈائز سو دیٹ دس مین کین</w:t>
      </w:r>
    </w:p>
    <w:p>
      <w:r>
        <w:rPr>
          <w:b/>
        </w:rPr>
        <w:t xml:space="preserve">[47:36] </w:t>
      </w:r>
      <w:r>
        <w:t>See the paradise.</w:t>
      </w:r>
    </w:p>
    <w:p>
      <w:pPr>
        <w:jc w:val="right"/>
      </w:pPr>
      <w:r>
        <w:t>سی دا پیراڈائز۔</w:t>
      </w:r>
    </w:p>
    <w:p>
      <w:r>
        <w:rPr>
          <w:b/>
        </w:rPr>
        <w:t xml:space="preserve">[47:42] </w:t>
      </w:r>
      <w:r>
        <w:t>So when the door is open and he sees the paradise, he finds paradise so beautiful, so meaning</w:t>
      </w:r>
    </w:p>
    <w:p>
      <w:pPr>
        <w:jc w:val="right"/>
      </w:pPr>
      <w:r>
        <w:t>سو وین دا ڈور از اوپن اینڈ ہی سیز دا پیراڈائز، ہی فائنڈز پیراڈائز سو بیوٹیفل، سو میننگ</w:t>
      </w:r>
    </w:p>
    <w:p>
      <w:r>
        <w:rPr>
          <w:b/>
        </w:rPr>
        <w:t xml:space="preserve">[47:48] </w:t>
      </w:r>
      <w:r>
        <w:t>full, so pleasant</w:t>
      </w:r>
    </w:p>
    <w:p>
      <w:pPr>
        <w:jc w:val="right"/>
      </w:pPr>
      <w:r>
        <w:t>فل، سو پلیزنٹ</w:t>
      </w:r>
    </w:p>
    <w:p>
      <w:r>
        <w:rPr>
          <w:b/>
        </w:rPr>
        <w:t xml:space="preserve">[47:54] </w:t>
      </w:r>
      <w:r>
        <w:t>.</w:t>
      </w:r>
    </w:p>
    <w:p>
      <w:pPr>
        <w:jc w:val="right"/>
      </w:pPr>
      <w:r>
        <w:t>۔</w:t>
      </w:r>
    </w:p>
    <w:p>
      <w:r>
        <w:rPr>
          <w:b/>
        </w:rPr>
        <w:t xml:space="preserve">[48:00] </w:t>
      </w:r>
      <w:r>
        <w:t>Then became thrilled.</w:t>
      </w:r>
    </w:p>
    <w:p>
      <w:pPr>
        <w:jc w:val="right"/>
      </w:pPr>
      <w:r>
        <w:t>دین بیکم تھرلڈ۔</w:t>
      </w:r>
    </w:p>
    <w:p>
      <w:r>
        <w:rPr>
          <w:b/>
        </w:rPr>
        <w:t xml:space="preserve">[48:07] </w:t>
      </w:r>
      <w:r>
        <w:t>deen he says: O God, give me Paradise.</w:t>
      </w:r>
    </w:p>
    <w:p>
      <w:pPr>
        <w:jc w:val="right"/>
      </w:pPr>
      <w:r>
        <w:t>دین ہی سیز: او گاڈ، گیو می پیراڈائز۔</w:t>
      </w:r>
    </w:p>
    <w:p>
      <w:r>
        <w:rPr>
          <w:b/>
        </w:rPr>
        <w:t xml:space="preserve">[48:13] </w:t>
      </w:r>
      <w:r>
        <w:t>Now I know what is the paradise, so please give me paradise as a blessing.</w:t>
      </w:r>
    </w:p>
    <w:p>
      <w:pPr>
        <w:jc w:val="right"/>
      </w:pPr>
      <w:r>
        <w:t>ناؤ ائی نو واٹ از دا پیراڈائز، سو پلیز گیو می پیراڈائز ایز ا بلیسنگ۔</w:t>
      </w:r>
    </w:p>
    <w:p>
      <w:r>
        <w:rPr>
          <w:b/>
        </w:rPr>
        <w:t xml:space="preserve">[48:19] </w:t>
      </w:r>
      <w:r>
        <w:t>God will see:</w:t>
      </w:r>
    </w:p>
    <w:p>
      <w:pPr>
        <w:jc w:val="right"/>
      </w:pPr>
      <w:r>
        <w:t>گاڈ ول سی:</w:t>
      </w:r>
    </w:p>
    <w:p>
      <w:r>
        <w:rPr>
          <w:b/>
        </w:rPr>
        <w:t xml:space="preserve">[48:26] </w:t>
      </w:r>
      <w:r>
        <w:t>Oh man, I will give you two world like that world where we are living in our present.</w:t>
      </w:r>
    </w:p>
    <w:p>
      <w:pPr>
        <w:jc w:val="right"/>
      </w:pPr>
      <w:r>
        <w:t>او مین، ائی ول گیو یو ٹو ورلڈ لائک دیٹ ورلڈ ویئر وی ار لیونگ ان اور پریزنٹ</w:t>
      </w:r>
    </w:p>
    <w:p>
      <w:r>
        <w:rPr>
          <w:b/>
        </w:rPr>
        <w:t xml:space="preserve">[48:33] </w:t>
      </w:r>
      <w:r>
        <w:t>world on planet Earth.</w:t>
      </w:r>
    </w:p>
    <w:p>
      <w:pPr>
        <w:jc w:val="right"/>
      </w:pPr>
      <w:r>
        <w:t>ورلڈ ان پلینٹ ارتھ۔</w:t>
      </w:r>
    </w:p>
    <w:p>
      <w:r>
        <w:rPr>
          <w:b/>
        </w:rPr>
        <w:t xml:space="preserve">[48:41] </w:t>
      </w:r>
      <w:r>
        <w:t>to planet Earth where there are Moscow, Washington, London and Paris and so on.</w:t>
      </w:r>
    </w:p>
    <w:p>
      <w:pPr>
        <w:jc w:val="right"/>
      </w:pPr>
      <w:r>
        <w:t>ٹو پلینٹ ارتھ ویئر دیر ار ماسکو، واشنگٹن، لندن اینڈ پیرس اینڈ سو ان۔</w:t>
      </w:r>
    </w:p>
    <w:p>
      <w:r>
        <w:rPr>
          <w:b/>
        </w:rPr>
        <w:t xml:space="preserve">[48:48] </w:t>
      </w:r>
      <w:r>
        <w:t>So, oh man, I am ready to give you two world like the</w:t>
      </w:r>
    </w:p>
    <w:p>
      <w:pPr>
        <w:jc w:val="right"/>
      </w:pPr>
      <w:r>
        <w:t>سو او مین، ائی ایم ریڈی ٹو گیو یو ٹو ورلڈ لائک دی</w:t>
      </w:r>
    </w:p>
    <w:p>
      <w:r>
        <w:rPr>
          <w:b/>
        </w:rPr>
        <w:t xml:space="preserve">[48:56] </w:t>
      </w:r>
      <w:r>
        <w:t>but don't ask me paradise.</w:t>
      </w:r>
    </w:p>
    <w:p>
      <w:pPr>
        <w:jc w:val="right"/>
      </w:pPr>
      <w:r>
        <w:t>ٹ، بٹ ڈونٹ اسک می پیراڈائز۔</w:t>
      </w:r>
    </w:p>
    <w:p>
      <w:r>
        <w:rPr>
          <w:b/>
        </w:rPr>
        <w:t xml:space="preserve">[49:06] </w:t>
      </w:r>
      <w:r>
        <w:t>Don't ask me paradise to world of like this, with all those cities, all those countries, all those</w:t>
      </w:r>
    </w:p>
    <w:p>
      <w:pPr>
        <w:jc w:val="right"/>
      </w:pPr>
      <w:r>
        <w:t>ڈونٹ اسک می پیراڈائز ٹو ورلڈ اف لائک دس، ود ال دوز سٹیز، ال دوز کنٹریز، ال دوز</w:t>
      </w:r>
    </w:p>
    <w:p>
      <w:r>
        <w:rPr>
          <w:b/>
        </w:rPr>
        <w:t xml:space="preserve">[49:16] </w:t>
      </w:r>
      <w:r>
        <w:t>developments, all those civilizations, all those gardens, all those this and that.</w:t>
      </w:r>
    </w:p>
    <w:p>
      <w:pPr>
        <w:jc w:val="right"/>
      </w:pPr>
      <w:r>
        <w:t>ڈیولپمنٹس، ال دوز سولائزیشنز، ال دوز گارڈنز، اور دوز دس اینڈ دیٹ۔</w:t>
      </w:r>
    </w:p>
    <w:p>
      <w:r>
        <w:rPr>
          <w:b/>
        </w:rPr>
        <w:t xml:space="preserve">[49:26] </w:t>
      </w:r>
      <w:r>
        <w:t>So God says that: I will give you two worlds like this, but don't ask paradise.</w:t>
      </w:r>
    </w:p>
    <w:p>
      <w:pPr>
        <w:jc w:val="right"/>
      </w:pPr>
      <w:r>
        <w:t>سو گاڈ سیز دیٹ: ائی ول گیو یو ٹو ورلڈ لائک دس، بٹ ڈونٹ اسک پیراڈائز۔</w:t>
      </w:r>
    </w:p>
    <w:p>
      <w:r>
        <w:rPr>
          <w:b/>
        </w:rPr>
        <w:t xml:space="preserve">[49:36] </w:t>
      </w:r>
      <w:r>
        <w:t>So that man will reply: This is the culmination of that dialogue.</w:t>
      </w:r>
    </w:p>
    <w:p>
      <w:pPr>
        <w:jc w:val="right"/>
      </w:pPr>
      <w:r>
        <w:t>سو دیٹ مین ول ریپلائی: دس از دا کلمنیشن اف دیٹ ڈائیلاگ۔</w:t>
      </w:r>
    </w:p>
    <w:p>
      <w:r>
        <w:rPr>
          <w:b/>
        </w:rPr>
        <w:t xml:space="preserve">[49:46] </w:t>
      </w:r>
      <w:r>
        <w:t>This is the culmination of that dialogue between man and God in the Maidan-e-Hashr. Ya Rabb.</w:t>
      </w:r>
    </w:p>
    <w:p>
      <w:pPr>
        <w:jc w:val="right"/>
      </w:pPr>
      <w:r>
        <w:t>دس از دا کلمنیشن اف دیٹ ڈائیلاگ بٹوین مین اینڈ گاڈ ان دی میدان حشر۔ یا ر</w:t>
      </w:r>
    </w:p>
    <w:p>
      <w:r>
        <w:rPr>
          <w:b/>
        </w:rPr>
        <w:t xml:space="preserve">[49:56] </w:t>
      </w:r>
      <w:r>
        <w:t>b, kaifa akuna ashqa ibadak? Ya Rab, kaifa akuna ashqa ibadak? O God, how can I take that two worlds and leave paradise? I</w:t>
      </w:r>
    </w:p>
    <w:p>
      <w:pPr>
        <w:jc w:val="right"/>
      </w:pPr>
      <w:r>
        <w:t>ب، کیف اکون اشقہ عبادک؟ یا رب، کیف اکون اشقہ عبادک؟ او گاڈ، ہاؤ کین ائی ٹیک دیٹ ٹو ورلڈ اینڈ لیو پیراڈائز؟ ا</w:t>
      </w:r>
    </w:p>
    <w:p>
      <w:r>
        <w:rPr>
          <w:b/>
        </w:rPr>
        <w:t xml:space="preserve">[50:26] </w:t>
      </w:r>
      <w:r>
        <w:t>It's not possible for me.</w:t>
      </w:r>
    </w:p>
    <w:p>
      <w:pPr>
        <w:jc w:val="right"/>
      </w:pPr>
      <w:r>
        <w:t>ٹ ناٹ پاسیبل فار می۔</w:t>
      </w:r>
    </w:p>
    <w:p>
      <w:r>
        <w:rPr>
          <w:b/>
        </w:rPr>
        <w:t xml:space="preserve">[50:34] </w:t>
      </w:r>
      <w:r>
        <w:t>As compared to paradise, all those two words worthless.</w:t>
      </w:r>
    </w:p>
    <w:p>
      <w:pPr>
        <w:jc w:val="right"/>
      </w:pPr>
      <w:r>
        <w:t>ایز کمپیر ٹو پیراڈائز، ال دوز ٹو ورڈز ورتھ لیس۔</w:t>
      </w:r>
    </w:p>
    <w:p>
      <w:r>
        <w:rPr>
          <w:b/>
        </w:rPr>
        <w:t xml:space="preserve">[50:41] </w:t>
      </w:r>
      <w:r>
        <w:t>As compared to paradise, all those two words are worthless.</w:t>
      </w:r>
    </w:p>
    <w:p>
      <w:pPr>
        <w:jc w:val="right"/>
      </w:pPr>
      <w:r>
        <w:t>ایز کمپیر ٹو پیراڈائز، ال دوز ٹو ورڈز ار ورتھ لیس۔</w:t>
      </w:r>
    </w:p>
    <w:p>
      <w:r>
        <w:rPr>
          <w:b/>
        </w:rPr>
        <w:t xml:space="preserve">[50:49] </w:t>
      </w:r>
      <w:r>
        <w:t>So how I can take this towards? Why he</w:t>
      </w:r>
    </w:p>
    <w:p>
      <w:pPr>
        <w:jc w:val="right"/>
      </w:pPr>
      <w:r>
        <w:t>سو ہاؤ ائی کین ٹیک دس ٹو ورڈز؟ وائی ہی</w:t>
      </w:r>
    </w:p>
    <w:p>
      <w:r>
        <w:rPr>
          <w:b/>
        </w:rPr>
        <w:t xml:space="preserve">[50:56] </w:t>
      </w:r>
      <w:r>
        <w:t>Why this man will say like this? What is the reason? The reason is very clear.</w:t>
      </w:r>
    </w:p>
    <w:p>
      <w:pPr>
        <w:jc w:val="right"/>
      </w:pPr>
      <w:r>
        <w:t>وائی دس مین ول سی لائک دس؟ واٹ از دا ریزن؟ دی ریزن از ویری کلیئر۔</w:t>
      </w:r>
    </w:p>
    <w:p>
      <w:r>
        <w:rPr>
          <w:b/>
        </w:rPr>
        <w:t xml:space="preserve">[51:06] </w:t>
      </w:r>
      <w:r>
        <w:t>present world is, is an imperfect world.</w:t>
      </w:r>
    </w:p>
    <w:p>
      <w:pPr>
        <w:jc w:val="right"/>
      </w:pPr>
      <w:r>
        <w:t>پریزنٹ ورلڈ از، از این امپرفیکٹ ورلڈ۔</w:t>
      </w:r>
    </w:p>
    <w:p>
      <w:r>
        <w:rPr>
          <w:b/>
        </w:rPr>
        <w:t xml:space="preserve">[51:16] </w:t>
      </w:r>
      <w:r>
        <w:t>Present world is an imperfect world, and paradise is a perfect world</w:t>
      </w:r>
    </w:p>
    <w:p>
      <w:pPr>
        <w:jc w:val="right"/>
      </w:pPr>
      <w:r>
        <w:t>پریزنٹ ورلڈ از این امپرفیکٹ ورلڈ، اینڈ پیراڈائز از اے پرفیکٹ ورلڈ</w:t>
      </w:r>
    </w:p>
    <w:p>
      <w:r>
        <w:rPr>
          <w:b/>
        </w:rPr>
        <w:t xml:space="preserve">[51:26] </w:t>
      </w:r>
      <w:r>
        <w:t>.</w:t>
      </w:r>
    </w:p>
    <w:p>
      <w:pPr>
        <w:jc w:val="right"/>
      </w:pPr>
      <w:r>
        <w:t>۔</w:t>
      </w:r>
    </w:p>
    <w:p>
      <w:r>
        <w:rPr>
          <w:b/>
        </w:rPr>
        <w:t xml:space="preserve">[51:37] </w:t>
      </w:r>
      <w:r>
        <w:t>Present world is an imperfect world, and paradise is a perfect world.</w:t>
      </w:r>
    </w:p>
    <w:p>
      <w:pPr>
        <w:jc w:val="right"/>
      </w:pPr>
      <w:r>
        <w:t>پریزنٹ ورلڈ از این امپرفیکٹ ورلڈ، اینڈ پیراڈائز از ا پرفیکٹ ورلڈ۔</w:t>
      </w:r>
    </w:p>
    <w:p>
      <w:r>
        <w:rPr>
          <w:b/>
        </w:rPr>
        <w:t xml:space="preserve">[51:47] </w:t>
      </w:r>
      <w:r>
        <w:t>And you know, no quantity of imperfection can be equal of a perfect world.</w:t>
      </w:r>
    </w:p>
    <w:p>
      <w:pPr>
        <w:jc w:val="right"/>
      </w:pPr>
      <w:r>
        <w:t>اینڈ یو نو، نو کوانٹٹی اف امپرفیکشن کین بی ایکول اف ا پرفیکٹ ورلڈ۔</w:t>
      </w:r>
    </w:p>
    <w:p>
      <w:r>
        <w:rPr>
          <w:b/>
        </w:rPr>
        <w:t xml:space="preserve">[51:58] </w:t>
      </w:r>
      <w:r>
        <w:t>2000 imperfect worlds are not equal to one perfect world.</w:t>
      </w:r>
    </w:p>
    <w:p>
      <w:pPr>
        <w:jc w:val="right"/>
      </w:pPr>
      <w:r>
        <w:t>2000 امپرفیکٹ ورلڈ ار ناٹ ایکول ٹو ون پرفیکٹ ورلڈ۔</w:t>
      </w:r>
    </w:p>
    <w:p>
      <w:r>
        <w:rPr>
          <w:b/>
        </w:rPr>
        <w:t xml:space="preserve">[52:08] </w:t>
      </w:r>
      <w:r>
        <w:t>So this world is imperfect world, and paradise a perfect world, ideal world in every sense of the word.</w:t>
      </w:r>
    </w:p>
    <w:p>
      <w:pPr>
        <w:jc w:val="right"/>
      </w:pPr>
      <w:r>
        <w:t>سو دس ورلڈ از امپرفیکٹ ورلڈ، اینڈ پیراڈائز اے پرفیکٹ ورلڈ، ائیڈیل ورلڈ ان ایوری سینس اف دا ورلڈ۔</w:t>
      </w:r>
    </w:p>
    <w:p>
      <w:r>
        <w:rPr>
          <w:b/>
        </w:rPr>
        <w:t xml:space="preserve">[52:18] </w:t>
      </w:r>
      <w:r>
        <w:t>So this is the difference. So by</w:t>
      </w:r>
    </w:p>
    <w:p>
      <w:pPr>
        <w:jc w:val="right"/>
      </w:pPr>
      <w:r>
        <w:t>سو دس از دا ڈیفرنس۔ سو بائی</w:t>
      </w:r>
    </w:p>
    <w:p>
      <w:r>
        <w:rPr>
          <w:b/>
        </w:rPr>
        <w:t xml:space="preserve">[52:28] </w:t>
      </w:r>
      <w:r>
        <w:t>This hadith, you can understand that what is paradise.</w:t>
      </w:r>
    </w:p>
    <w:p>
      <w:pPr>
        <w:jc w:val="right"/>
      </w:pPr>
      <w:r>
        <w:t>دس حدیث، یو کین انڈرسٹینڈ دیٹ واٹ از پیراڈائز۔</w:t>
      </w:r>
    </w:p>
    <w:p>
      <w:r>
        <w:rPr>
          <w:b/>
        </w:rPr>
        <w:t xml:space="preserve">[52:35] </w:t>
      </w:r>
      <w:r>
        <w:t>There is a hadith that: La ainun raat wala uzun sami'at wala khatara ala qalbi bashar.</w:t>
      </w:r>
    </w:p>
    <w:p>
      <w:pPr>
        <w:jc w:val="right"/>
      </w:pPr>
      <w:r>
        <w:t>دیر از ا حدیث دیٹ: لا عین رات ولا عذر سمیت ولا خطر علی قلب بشر۔</w:t>
      </w:r>
    </w:p>
    <w:p>
      <w:r>
        <w:rPr>
          <w:b/>
        </w:rPr>
        <w:t xml:space="preserve">[52:43] </w:t>
      </w:r>
      <w:r>
        <w:t>It means that paradise is so beautiful.</w:t>
      </w:r>
    </w:p>
    <w:p>
      <w:pPr>
        <w:jc w:val="right"/>
      </w:pPr>
      <w:r>
        <w:t>اٹ مینز دیٹ پیراڈائز از سو بیوٹیفل۔</w:t>
      </w:r>
    </w:p>
    <w:p>
      <w:r>
        <w:rPr>
          <w:b/>
        </w:rPr>
        <w:t xml:space="preserve">[52:50] </w:t>
      </w:r>
      <w:r>
        <w:t>Paradise is so</w:t>
      </w:r>
    </w:p>
    <w:p>
      <w:pPr>
        <w:jc w:val="right"/>
      </w:pPr>
      <w:r>
        <w:t>پیراڈائز از سو</w:t>
      </w:r>
    </w:p>
    <w:p>
      <w:r>
        <w:rPr>
          <w:b/>
        </w:rPr>
        <w:t xml:space="preserve">[52:58] </w:t>
      </w:r>
      <w:r>
        <w:t>Good that no man was able to see it, and no man has ever seen it.</w:t>
      </w:r>
    </w:p>
    <w:p>
      <w:pPr>
        <w:jc w:val="right"/>
      </w:pPr>
      <w:r>
        <w:t>گڈ دیٹ نو مین واز ایبل ٹو سی اٹ، اینڈ نو مین ہیز ایور سین اٹ۔</w:t>
      </w:r>
    </w:p>
    <w:p>
      <w:r>
        <w:rPr>
          <w:b/>
        </w:rPr>
        <w:t xml:space="preserve">[53:09] </w:t>
      </w:r>
      <w:r>
        <w:t>No man ever has heard it, and no man is able to think about it.</w:t>
      </w:r>
    </w:p>
    <w:p>
      <w:pPr>
        <w:jc w:val="right"/>
      </w:pPr>
      <w:r>
        <w:t>نو مین ایور ہیز ہرڈ اٹ، اینڈ نو مین از ایبل ٹو تھنک اباؤٹ اٹ۔</w:t>
      </w:r>
    </w:p>
    <w:p>
      <w:r>
        <w:rPr>
          <w:b/>
        </w:rPr>
        <w:t xml:space="preserve">[53:20] </w:t>
      </w:r>
      <w:r>
        <w:t>This is the paradise.</w:t>
      </w:r>
    </w:p>
    <w:p>
      <w:pPr>
        <w:jc w:val="right"/>
      </w:pPr>
      <w:r>
        <w:t>دس از دا پیراڈائز۔</w:t>
      </w:r>
    </w:p>
    <w:p>
      <w:r>
        <w:rPr>
          <w:b/>
        </w:rPr>
        <w:t xml:space="preserve">[53:30] </w:t>
      </w:r>
      <w:r>
        <w:t>Here I would like to say, I would like to add one more point.</w:t>
      </w:r>
    </w:p>
    <w:p>
      <w:pPr>
        <w:jc w:val="right"/>
      </w:pPr>
      <w:r>
        <w:t>ہیر ائی وڈ لائک ٹو سی، ائی وڈ لائک ٹو ایڈ ون مور پوائنٹ۔</w:t>
      </w:r>
    </w:p>
    <w:p>
      <w:r>
        <w:rPr>
          <w:b/>
        </w:rPr>
        <w:t xml:space="preserve">[53:38] </w:t>
      </w:r>
      <w:r>
        <w:t>People generally take paradise as a, as a place of material comfort.</w:t>
      </w:r>
    </w:p>
    <w:p>
      <w:pPr>
        <w:jc w:val="right"/>
      </w:pPr>
      <w:r>
        <w:t>پیپل جنرلی ٹیک پیراڈائز ایز اے، ایز اے پلیس اف مٹیریل کمفرٹ۔</w:t>
      </w:r>
    </w:p>
    <w:p>
      <w:r>
        <w:rPr>
          <w:b/>
        </w:rPr>
        <w:t xml:space="preserve">[53:47] </w:t>
      </w:r>
      <w:r>
        <w:t>It is, it is, it is to undertake, it is understated paradise.</w:t>
      </w:r>
    </w:p>
    <w:p>
      <w:pPr>
        <w:jc w:val="right"/>
      </w:pPr>
      <w:r>
        <w:t>اٹ از، اٹ از، اٹ از ٹو انڈرسٹیک، اٹ از انڈرسٹیٹ پیراڈائز۔</w:t>
      </w:r>
    </w:p>
    <w:p>
      <w:r>
        <w:rPr>
          <w:b/>
        </w:rPr>
        <w:t xml:space="preserve">[53:55] </w:t>
      </w:r>
      <w:r>
        <w:t>Although in paradise, there are all kind of material, material</w:t>
      </w:r>
    </w:p>
    <w:p>
      <w:pPr>
        <w:jc w:val="right"/>
      </w:pPr>
      <w:r>
        <w:t>الدو ان پیراڈائز، دیر ار ال کائنڈ اف مٹیریل، مٹیریل</w:t>
      </w:r>
    </w:p>
    <w:p>
      <w:r>
        <w:rPr>
          <w:b/>
        </w:rPr>
        <w:t xml:space="preserve">[54:03] </w:t>
      </w:r>
      <w:r>
        <w:t>pleasure. It is, it is a fact that in paradise, there are all kind of pleasure, all kind of material happiness. But in paradise, there are more than this. That is to live according to to find comp</w:t>
      </w:r>
    </w:p>
    <w:p>
      <w:pPr>
        <w:jc w:val="right"/>
      </w:pPr>
      <w:r>
        <w:t>پلیژر۔ اٹ از، اٹ از ا فیکٹ دیٹ ان پیراڈائز، دیر ار ال کائنڈ اف پلیژر، ال کائنڈ اف مٹیریل ہیپینس۔ بٹ ان پیراڈائز، دیر ار مور دین دس۔ دیٹ از ٹو لیو اکارڈنگ ٹو ٹو فائنڈ کمپ</w:t>
      </w:r>
    </w:p>
    <w:p>
      <w:r>
        <w:rPr>
          <w:b/>
        </w:rPr>
        <w:t xml:space="preserve">[54:33] </w:t>
      </w:r>
      <w:r>
        <w:t>Late fulfillment.</w:t>
      </w:r>
    </w:p>
    <w:p>
      <w:pPr>
        <w:jc w:val="right"/>
      </w:pPr>
      <w:r>
        <w:t>لیٹ فلفلمنٹ۔</w:t>
      </w:r>
    </w:p>
    <w:p>
      <w:r>
        <w:rPr>
          <w:b/>
        </w:rPr>
        <w:t xml:space="preserve">[54:40] </w:t>
      </w:r>
      <w:r>
        <w:t>In this world, we are deprived of complete fulfillment because our mind is, is mind has enormous capacity.</w:t>
      </w:r>
    </w:p>
    <w:p>
      <w:pPr>
        <w:jc w:val="right"/>
      </w:pPr>
      <w:r>
        <w:t>ان دس ورلڈ، وی ار ڈیپرائیڈ اف کمپلیٹ فلفلمنٹ بیکاز اور مائنڈ از، از مائنڈ ہیز انارمس کپیسٹی۔</w:t>
      </w:r>
    </w:p>
    <w:p>
      <w:r>
        <w:rPr>
          <w:b/>
        </w:rPr>
        <w:t xml:space="preserve">[54:47] </w:t>
      </w:r>
      <w:r>
        <w:t>I can see that our mind has unlimited capacity, unlimited capacity.</w:t>
      </w:r>
    </w:p>
    <w:p>
      <w:pPr>
        <w:jc w:val="right"/>
      </w:pPr>
      <w:r>
        <w:t>ائی کین سی دیٹ اور مائنڈ ہیز ان لمیٹڈ کپیسٹی، ان لمیٹڈ کپیسٹی۔</w:t>
      </w:r>
    </w:p>
    <w:p>
      <w:r>
        <w:rPr>
          <w:b/>
        </w:rPr>
        <w:t xml:space="preserve">[54:54] </w:t>
      </w:r>
      <w:r>
        <w:t>But our world is limited.</w:t>
      </w:r>
    </w:p>
    <w:p>
      <w:pPr>
        <w:jc w:val="right"/>
      </w:pPr>
      <w:r>
        <w:t>بٹ اور ورلڈ از لمیٹڈ۔</w:t>
      </w:r>
    </w:p>
    <w:p>
      <w:r>
        <w:rPr>
          <w:b/>
        </w:rPr>
        <w:t xml:space="preserve">[55:01] </w:t>
      </w:r>
      <w:r>
        <w:t>Here everything is limited.</w:t>
      </w:r>
    </w:p>
    <w:p>
      <w:pPr>
        <w:jc w:val="right"/>
      </w:pPr>
      <w:r>
        <w:t>ہیر ایوری تھنگ از لمیٹڈ۔</w:t>
      </w:r>
    </w:p>
    <w:p>
      <w:r>
        <w:rPr>
          <w:b/>
        </w:rPr>
        <w:t xml:space="preserve">[55:08] </w:t>
      </w:r>
      <w:r>
        <w:t>aur mind wants unlimited joy.</w:t>
      </w:r>
    </w:p>
    <w:p>
      <w:pPr>
        <w:jc w:val="right"/>
      </w:pPr>
      <w:r>
        <w:t>اور مائنڈ وانٹس ان لمیٹڈ جوئے۔</w:t>
      </w:r>
    </w:p>
    <w:p>
      <w:r>
        <w:rPr>
          <w:b/>
        </w:rPr>
        <w:t xml:space="preserve">[55:15] </w:t>
      </w:r>
      <w:r>
        <w:t>اور mind wants unlimited joy, but our body is limited.</w:t>
      </w:r>
    </w:p>
    <w:p>
      <w:pPr>
        <w:jc w:val="right"/>
      </w:pPr>
      <w:r>
        <w:t>اور مائنڈ وانٹس ان لمیٹڈ جوئے، بٹ اور باڈی از لمیٹڈ۔</w:t>
      </w:r>
    </w:p>
    <w:p>
      <w:r>
        <w:rPr>
          <w:b/>
        </w:rPr>
        <w:t xml:space="preserve">[55:23] </w:t>
      </w:r>
      <w:r>
        <w:t>Body cannot afford unlimited joy, and our world is limited.</w:t>
      </w:r>
    </w:p>
    <w:p>
      <w:pPr>
        <w:jc w:val="right"/>
      </w:pPr>
      <w:r>
        <w:t>باڈی کین ناٹ افورڈ ان لمیٹڈ جوئے، اینڈ اور ورلڈ از لمیٹڈ۔</w:t>
      </w:r>
    </w:p>
    <w:p>
      <w:r>
        <w:rPr>
          <w:b/>
        </w:rPr>
        <w:t xml:space="preserve">[55:30] </w:t>
      </w:r>
      <w:r>
        <w:t>We cannot find all those items in this world. So our</w:t>
      </w:r>
    </w:p>
    <w:p>
      <w:pPr>
        <w:jc w:val="right"/>
      </w:pPr>
      <w:r>
        <w:t>وی کین ناٹ فائنڈ ال دوز ائٹمز ان دس ورلڈ۔ سو اور</w:t>
      </w:r>
    </w:p>
    <w:p>
      <w:r>
        <w:rPr>
          <w:b/>
        </w:rPr>
        <w:t xml:space="preserve">[55:38] </w:t>
      </w:r>
      <w:r>
        <w:t>Body is limited.</w:t>
      </w:r>
    </w:p>
    <w:p>
      <w:pPr>
        <w:jc w:val="right"/>
      </w:pPr>
      <w:r>
        <w:t>باڈی از لمیٹڈ۔</w:t>
      </w:r>
    </w:p>
    <w:p>
      <w:r>
        <w:rPr>
          <w:b/>
        </w:rPr>
        <w:t xml:space="preserve">[55:44] </w:t>
      </w:r>
      <w:r>
        <w:t>aur our body is limited, and this planet Earth is also limited.</w:t>
      </w:r>
    </w:p>
    <w:p>
      <w:pPr>
        <w:jc w:val="right"/>
      </w:pPr>
      <w:r>
        <w:t>اور اور باڈی از لمیٹڈ، اینڈ دس پلینٹ ارتھ از السو لمیٹڈ۔</w:t>
      </w:r>
    </w:p>
    <w:p>
      <w:r>
        <w:rPr>
          <w:b/>
        </w:rPr>
        <w:t xml:space="preserve">[55:50] </w:t>
      </w:r>
      <w:r>
        <w:t>accept our mind, it is a fact that our mind is unlimited.</w:t>
      </w:r>
    </w:p>
    <w:p>
      <w:pPr>
        <w:jc w:val="right"/>
      </w:pPr>
      <w:r>
        <w:t>ایکسیپٹ اور مائنڈ، اٹ از ا فیکٹ دیٹ اور مائنڈ از ان لمیٹڈ۔</w:t>
      </w:r>
    </w:p>
    <w:p>
      <w:r>
        <w:rPr>
          <w:b/>
        </w:rPr>
        <w:t xml:space="preserve">[55:56] </w:t>
      </w:r>
      <w:r>
        <w:t>But accept our mind, mind means capacity. Capacity!</w:t>
      </w:r>
    </w:p>
    <w:p>
      <w:pPr>
        <w:jc w:val="right"/>
      </w:pPr>
      <w:r>
        <w:t>بٹ ایکسیپٹ اور مائنڈ، مائنڈ مینز کپیسٹی۔ کپیسٹی!</w:t>
      </w:r>
    </w:p>
    <w:p>
      <w:r>
        <w:rPr>
          <w:b/>
        </w:rPr>
        <w:t xml:space="preserve">[56:02] </w:t>
      </w:r>
      <w:r>
        <w:t>So it is a fact that our cup</w:t>
      </w:r>
    </w:p>
    <w:p>
      <w:pPr>
        <w:jc w:val="right"/>
      </w:pPr>
      <w:r>
        <w:t>سو اٹ از ا فیکٹ دیٹ اور کپ</w:t>
      </w:r>
    </w:p>
    <w:p>
      <w:r>
        <w:rPr>
          <w:b/>
        </w:rPr>
        <w:t xml:space="preserve">[56:08] </w:t>
      </w:r>
      <w:r>
        <w:t>Yes, it is unlimited.</w:t>
      </w:r>
    </w:p>
    <w:p>
      <w:pPr>
        <w:jc w:val="right"/>
      </w:pPr>
      <w:r>
        <w:t>یسٹی از ان لمیٹڈ۔</w:t>
      </w:r>
    </w:p>
    <w:p>
      <w:r>
        <w:rPr>
          <w:b/>
        </w:rPr>
        <w:t xml:space="preserve">[56:14] </w:t>
      </w:r>
      <w:r>
        <w:t>But other than capacity, everything is limited.</w:t>
      </w:r>
    </w:p>
    <w:p>
      <w:pPr>
        <w:jc w:val="right"/>
      </w:pPr>
      <w:r>
        <w:t>بٹ ادر دین کپیسٹی، ایوری تھنگ از لمیٹڈ۔</w:t>
      </w:r>
    </w:p>
    <w:p>
      <w:r>
        <w:rPr>
          <w:b/>
        </w:rPr>
        <w:t xml:space="preserve">[56:20] </w:t>
      </w:r>
      <w:r>
        <w:t>Everything is limited.</w:t>
      </w:r>
    </w:p>
    <w:p>
      <w:pPr>
        <w:jc w:val="right"/>
      </w:pPr>
      <w:r>
        <w:t>ایوری تھنگ از لمیٹڈ۔</w:t>
      </w:r>
    </w:p>
    <w:p>
      <w:r>
        <w:rPr>
          <w:b/>
        </w:rPr>
        <w:t xml:space="preserve">[56:27] </w:t>
      </w:r>
      <w:r>
        <w:t>So how you can achieve unlimited joy in such a world? It is true that we have</w:t>
      </w:r>
    </w:p>
    <w:p>
      <w:pPr>
        <w:jc w:val="right"/>
      </w:pPr>
      <w:r>
        <w:t>سو ہاؤ یو کین اچیو ان لمیٹڈ جوئے ان سچ ا ورلڈ؟ اٹ از ٹرو دیٹ وی ہیو</w:t>
      </w:r>
    </w:p>
    <w:p>
      <w:r>
        <w:rPr>
          <w:b/>
        </w:rPr>
        <w:t xml:space="preserve">[56:33] </w:t>
      </w:r>
      <w:r>
        <w:t>unlimited desire.</w:t>
      </w:r>
    </w:p>
    <w:p>
      <w:pPr>
        <w:jc w:val="right"/>
      </w:pPr>
      <w:r>
        <w:t>ان لمیٹڈ ڈیزائر۔</w:t>
      </w:r>
    </w:p>
    <w:p>
      <w:r>
        <w:rPr>
          <w:b/>
        </w:rPr>
        <w:t xml:space="preserve">[56:39] </w:t>
      </w:r>
      <w:r>
        <w:t>We have unlimited desire, but when the world is limited, how we can fulfill all those desires?</w:t>
      </w:r>
    </w:p>
    <w:p>
      <w:pPr>
        <w:jc w:val="right"/>
      </w:pPr>
      <w:r>
        <w:t>وی ہیو ان لمیٹڈ ڈیزائر، بٹ وین دا ورلڈ از لمیٹڈ، ہاؤ وی کین فلفل ال دوز ڈیزائرز؟</w:t>
      </w:r>
    </w:p>
    <w:p>
      <w:r>
        <w:rPr>
          <w:b/>
        </w:rPr>
        <w:t xml:space="preserve">[56:45] </w:t>
      </w:r>
      <w:r>
        <w:t>It is impossible.</w:t>
      </w:r>
    </w:p>
    <w:p>
      <w:pPr>
        <w:jc w:val="right"/>
      </w:pPr>
      <w:r>
        <w:t>اٹ از امپاسیبل۔</w:t>
      </w:r>
    </w:p>
    <w:p>
      <w:r>
        <w:rPr>
          <w:b/>
        </w:rPr>
        <w:t xml:space="preserve">[56:51] </w:t>
      </w:r>
      <w:r>
        <w:t>We cannot overcome this contradiction in this world.</w:t>
      </w:r>
    </w:p>
    <w:p>
      <w:pPr>
        <w:jc w:val="right"/>
      </w:pPr>
      <w:r>
        <w:t>وی کین ناٹ اوورکم دس کنٹراڈکشن ان دس ورلڈ۔</w:t>
      </w:r>
    </w:p>
    <w:p>
      <w:r>
        <w:rPr>
          <w:b/>
        </w:rPr>
        <w:t xml:space="preserve">[56:57] </w:t>
      </w:r>
      <w:r>
        <w:t>It is paradise where this contradiction will be disappear.</w:t>
      </w:r>
    </w:p>
    <w:p>
      <w:pPr>
        <w:jc w:val="right"/>
      </w:pPr>
      <w:r>
        <w:t>اٹ از پیراڈائز ویئر دس کنٹراڈکشن ول بی ڈس اپیئر۔</w:t>
      </w:r>
    </w:p>
    <w:p>
      <w:r>
        <w:rPr>
          <w:b/>
        </w:rPr>
        <w:t xml:space="preserve">[57:03] </w:t>
      </w:r>
      <w:r>
        <w:t>In Paradise, this contradiction will not exist. So on</w:t>
      </w:r>
    </w:p>
    <w:p>
      <w:pPr>
        <w:jc w:val="right"/>
      </w:pPr>
      <w:r>
        <w:t>ان پیراڈائز، دس کنٹراڈکشن ول ناٹ ایگزسٹ۔ سو اون</w:t>
      </w:r>
    </w:p>
    <w:p>
      <w:r>
        <w:rPr>
          <w:b/>
        </w:rPr>
        <w:t xml:space="preserve">[57:09] </w:t>
      </w:r>
      <w:r>
        <w:t>"Lee in desire, only in Paradise, we can achieve unlimited joy, total fulfillment, complete happiness."</w:t>
      </w:r>
    </w:p>
    <w:p>
      <w:pPr>
        <w:jc w:val="right"/>
      </w:pPr>
      <w:r>
        <w:t>لی ان ڈیزائر، اونلی ان پیراڈائز، وی کین اچیو ان لمیٹڈ جوئے، ٹوٹل فلفلمنٹ، کمپلیٹ ہیپینس۔</w:t>
      </w:r>
    </w:p>
    <w:p>
      <w:r>
        <w:rPr>
          <w:b/>
        </w:rPr>
        <w:t xml:space="preserve">[57:15] </w:t>
      </w:r>
      <w:r>
        <w:t>Because paradise is ideal world.</w:t>
      </w:r>
    </w:p>
    <w:p>
      <w:pPr>
        <w:jc w:val="right"/>
      </w:pPr>
      <w:r>
        <w:t>بیکاز پیراڈائز از ائیڈیل ورلڈ۔</w:t>
      </w:r>
    </w:p>
    <w:p>
      <w:r>
        <w:rPr>
          <w:b/>
        </w:rPr>
        <w:t xml:space="preserve">[57:20] </w:t>
      </w:r>
      <w:r>
        <w:t>Paradise is perfect world.</w:t>
      </w:r>
    </w:p>
    <w:p>
      <w:pPr>
        <w:jc w:val="right"/>
      </w:pPr>
      <w:r>
        <w:t>پیراڈائز از پرفیکٹ ورلڈ۔</w:t>
      </w:r>
    </w:p>
    <w:p>
      <w:r>
        <w:rPr>
          <w:b/>
        </w:rPr>
        <w:t xml:space="preserve">[57:26] </w:t>
      </w:r>
      <w:r>
        <w:t>Paradise and unlimited world.</w:t>
      </w:r>
    </w:p>
    <w:p>
      <w:pPr>
        <w:jc w:val="right"/>
      </w:pPr>
      <w:r>
        <w:t>پیراڈائز اینڈ ان لمیٹڈ ورلڈ۔</w:t>
      </w:r>
    </w:p>
    <w:p>
      <w:r>
        <w:rPr>
          <w:b/>
        </w:rPr>
        <w:t xml:space="preserve">[57:32] </w:t>
      </w:r>
      <w:r>
        <w:t>har do samawat ulurs.</w:t>
      </w:r>
    </w:p>
    <w:p>
      <w:pPr>
        <w:jc w:val="right"/>
      </w:pPr>
      <w:r>
        <w:t>ہر دو سماوات اولرس۔</w:t>
      </w:r>
    </w:p>
    <w:p>
      <w:r>
        <w:rPr>
          <w:b/>
        </w:rPr>
        <w:t xml:space="preserve">[57:37] </w:t>
      </w:r>
      <w:r>
        <w:t>har do samavat all over us.</w:t>
      </w:r>
    </w:p>
    <w:p>
      <w:pPr>
        <w:jc w:val="right"/>
      </w:pPr>
      <w:r>
        <w:t>ہر دو سماوات اولرس۔</w:t>
      </w:r>
    </w:p>
    <w:p>
      <w:r>
        <w:rPr>
          <w:b/>
        </w:rPr>
        <w:t xml:space="preserve">[57:43] </w:t>
      </w:r>
      <w:r>
        <w:t>So we have to, we have to understand this fact. We have to prepare ourselves for that perfect world, that is eternal paradise. Aqulu qawli hadha wa astaghfirullaha li walakum ajma'in.</w:t>
      </w:r>
    </w:p>
    <w:p>
      <w:pPr>
        <w:jc w:val="right"/>
      </w:pPr>
      <w:r>
        <w:t>سو وی ہیو ٹو، وی ہیو ٹو انڈرسٹینڈ دس فیکٹ۔ وی ہیو ٹو پریپیئر اور سیلف فار دیٹ پرفیکٹ ورلڈ، دیٹ از ایٹرنل پیراڈائز۔ اقول قولھذا: واستغفراللہ لی ولکم اجمعین۔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