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with Angels April 24, 2007 Maulana Wahiduddin Kha</w:t>
      </w:r>
    </w:p>
    <w:p>
      <w:r>
        <w:t>https://www.youtube.com/watch?v=vftCoFxsQFw</w:t>
      </w:r>
    </w:p>
    <w:p>
      <w:r>
        <w:rPr>
          <w:b/>
        </w:rPr>
        <w:t xml:space="preserve">[00:09] </w:t>
      </w:r>
      <w:r>
        <w:t>aur nabi al-kareem, rab ishrah li sadri, wa yassir li amri, wahlul uqdatan min lisani yafqahu qawli.</w:t>
      </w:r>
    </w:p>
    <w:p>
      <w:pPr>
        <w:jc w:val="right"/>
      </w:pPr>
      <w:r>
        <w:t>اور نبی الکریم، رب اشرح لی صدری، ویسر لی امری، واحل العقدۃ من لسانی یفقہ قولی۔</w:t>
      </w:r>
    </w:p>
    <w:p>
      <w:r>
        <w:rPr>
          <w:b/>
        </w:rPr>
        <w:t xml:space="preserve">[00:25] </w:t>
      </w:r>
      <w:r>
        <w:t>The theme for the present talk is</w:t>
      </w:r>
    </w:p>
    <w:p>
      <w:pPr>
        <w:jc w:val="right"/>
      </w:pPr>
      <w:r>
        <w:t>The theme for the present talk is</w:t>
      </w:r>
    </w:p>
    <w:p>
      <w:r>
        <w:rPr>
          <w:b/>
        </w:rPr>
        <w:t xml:space="preserve">[00:35] </w:t>
      </w:r>
      <w:r>
        <w:t>"Living with Angels".</w:t>
      </w:r>
    </w:p>
    <w:p>
      <w:pPr>
        <w:jc w:val="right"/>
      </w:pPr>
      <w:r>
        <w:t>"Living with Angels".</w:t>
      </w:r>
    </w:p>
    <w:p>
      <w:r>
        <w:rPr>
          <w:b/>
        </w:rPr>
        <w:t xml:space="preserve">[00:39] </w:t>
      </w:r>
      <w:r>
        <w:t>Living with Angels.</w:t>
      </w:r>
    </w:p>
    <w:p>
      <w:pPr>
        <w:jc w:val="right"/>
      </w:pPr>
      <w:r>
        <w:t>Living with Angels.</w:t>
      </w:r>
    </w:p>
    <w:p>
      <w:r>
        <w:rPr>
          <w:b/>
        </w:rPr>
        <w:t xml:space="preserve">[00:43] </w:t>
      </w:r>
      <w:r>
        <w:t>It seems to be a mysterious topic, but it is not</w:t>
      </w:r>
    </w:p>
    <w:p>
      <w:pPr>
        <w:jc w:val="right"/>
      </w:pPr>
      <w:r>
        <w:t>It seems to be a mysterious topic, but it is not</w:t>
      </w:r>
    </w:p>
    <w:p>
      <w:r>
        <w:rPr>
          <w:b/>
        </w:rPr>
        <w:t xml:space="preserve">[00:50] </w:t>
      </w:r>
      <w:r>
        <w:t>. It is a real topic.</w:t>
      </w:r>
    </w:p>
    <w:p>
      <w:pPr>
        <w:jc w:val="right"/>
      </w:pPr>
      <w:r>
        <w:t>. It is a real topic.</w:t>
      </w:r>
    </w:p>
    <w:p>
      <w:r>
        <w:rPr>
          <w:b/>
        </w:rPr>
        <w:t xml:space="preserve">[00:54] </w:t>
      </w:r>
      <w:r>
        <w:t>Anyone who knows the creation plan of God can easily understand that it is a real topic.</w:t>
      </w:r>
    </w:p>
    <w:p>
      <w:pPr>
        <w:jc w:val="right"/>
      </w:pPr>
      <w:r>
        <w:t>Anyone who knows the creation plan of God can easily understand that it is a real topic.</w:t>
      </w:r>
    </w:p>
    <w:p>
      <w:r>
        <w:rPr>
          <w:b/>
        </w:rPr>
        <w:t xml:space="preserve">[01:11] </w:t>
      </w:r>
      <w:r>
        <w:t>It is not a mysterious topic.</w:t>
      </w:r>
    </w:p>
    <w:p>
      <w:pPr>
        <w:jc w:val="right"/>
      </w:pPr>
      <w:r>
        <w:t>It is not a mysterious topic.</w:t>
      </w:r>
    </w:p>
    <w:p>
      <w:r>
        <w:rPr>
          <w:b/>
        </w:rPr>
        <w:t xml:space="preserve">[01:17] </w:t>
      </w:r>
      <w:r>
        <w:t>In this world, we are not alone.</w:t>
      </w:r>
    </w:p>
    <w:p>
      <w:pPr>
        <w:jc w:val="right"/>
      </w:pPr>
      <w:r>
        <w:t>In this world, we are not alone.</w:t>
      </w:r>
    </w:p>
    <w:p>
      <w:r>
        <w:rPr>
          <w:b/>
        </w:rPr>
        <w:t xml:space="preserve">[01:25] </w:t>
      </w:r>
      <w:r>
        <w:t>Apart from us, there are two more creatures, Satan and Angels.</w:t>
      </w:r>
    </w:p>
    <w:p>
      <w:pPr>
        <w:jc w:val="right"/>
      </w:pPr>
      <w:r>
        <w:t>Apart from us, there are two more creatures, Satan and Angels.</w:t>
      </w:r>
    </w:p>
    <w:p>
      <w:r>
        <w:rPr>
          <w:b/>
        </w:rPr>
        <w:t xml:space="preserve">[01:39] </w:t>
      </w:r>
      <w:r>
        <w:t>So, we are three living on this planet. Although they are not visible and we are visible creatures,</w:t>
      </w:r>
    </w:p>
    <w:p>
      <w:pPr>
        <w:jc w:val="right"/>
      </w:pPr>
      <w:r>
        <w:t>So, we are three living on this planet. Although they are not visible and we are visible creatures,</w:t>
      </w:r>
    </w:p>
    <w:p>
      <w:r>
        <w:rPr>
          <w:b/>
        </w:rPr>
        <w:t xml:space="preserve">[01:54] </w:t>
      </w:r>
      <w:r>
        <w:t>all these three live on this planet. And Satan and Angel both are alive.</w:t>
      </w:r>
    </w:p>
    <w:p>
      <w:pPr>
        <w:jc w:val="right"/>
      </w:pPr>
      <w:r>
        <w:t>all these three live on this planet. And Satan and Angel both are alive.</w:t>
      </w:r>
    </w:p>
    <w:p>
      <w:r>
        <w:rPr>
          <w:b/>
        </w:rPr>
        <w:t xml:space="preserve">[02:09] </w:t>
      </w:r>
      <w:r>
        <w:t>They are active. They think</w:t>
      </w:r>
    </w:p>
    <w:p>
      <w:pPr>
        <w:jc w:val="right"/>
      </w:pPr>
      <w:r>
        <w:t>They are active. They think</w:t>
      </w:r>
    </w:p>
    <w:p>
      <w:r>
        <w:rPr>
          <w:b/>
        </w:rPr>
        <w:t xml:space="preserve">[02:15] </w:t>
      </w:r>
      <w:r>
        <w:t>. They work. They plan. Everything</w:t>
      </w:r>
    </w:p>
    <w:p>
      <w:pPr>
        <w:jc w:val="right"/>
      </w:pPr>
      <w:r>
        <w:t>. They work. They plan. Everything</w:t>
      </w:r>
    </w:p>
    <w:p>
      <w:r>
        <w:rPr>
          <w:b/>
        </w:rPr>
        <w:t xml:space="preserve">[02:25] </w:t>
      </w:r>
      <w:r>
        <w:t>we know about a creature, you can find</w:t>
      </w:r>
    </w:p>
    <w:p>
      <w:pPr>
        <w:jc w:val="right"/>
      </w:pPr>
      <w:r>
        <w:t>we know about a creature, you can find</w:t>
      </w:r>
    </w:p>
    <w:p>
      <w:r>
        <w:rPr>
          <w:b/>
        </w:rPr>
        <w:t xml:space="preserve">[02:35] </w:t>
      </w:r>
      <w:r>
        <w:t>there, except visibility.</w:t>
      </w:r>
    </w:p>
    <w:p>
      <w:pPr>
        <w:jc w:val="right"/>
      </w:pPr>
      <w:r>
        <w:t>there, except visibility.</w:t>
      </w:r>
    </w:p>
    <w:p>
      <w:r>
        <w:rPr>
          <w:b/>
        </w:rPr>
        <w:t xml:space="preserve">[02:45] </w:t>
      </w:r>
      <w:r>
        <w:t>So, we are living</w:t>
      </w:r>
    </w:p>
    <w:p>
      <w:pPr>
        <w:jc w:val="right"/>
      </w:pPr>
      <w:r>
        <w:t>So, we are living</w:t>
      </w:r>
    </w:p>
    <w:p>
      <w:r>
        <w:rPr>
          <w:b/>
        </w:rPr>
        <w:t xml:space="preserve">[02:51] </w:t>
      </w:r>
      <w:r>
        <w:t>with two</w:t>
      </w:r>
    </w:p>
    <w:p>
      <w:pPr>
        <w:jc w:val="right"/>
      </w:pPr>
      <w:r>
        <w:t>with two</w:t>
      </w:r>
    </w:p>
    <w:p>
      <w:r>
        <w:rPr>
          <w:b/>
        </w:rPr>
        <w:t xml:space="preserve">[02:55] </w:t>
      </w:r>
      <w:r>
        <w:t>possible companionships. Either we will live in the companionship of Satan or in the companionship of Angels.</w:t>
      </w:r>
    </w:p>
    <w:p>
      <w:pPr>
        <w:jc w:val="right"/>
      </w:pPr>
      <w:r>
        <w:t>possible companionships. Either we will live in the companionship of Satan or in the companionship of Angels.</w:t>
      </w:r>
    </w:p>
    <w:p>
      <w:r>
        <w:rPr>
          <w:b/>
        </w:rPr>
        <w:t xml:space="preserve">[03:16] </w:t>
      </w:r>
      <w:r>
        <w:t>So, every time we are between two choices.</w:t>
      </w:r>
    </w:p>
    <w:p>
      <w:pPr>
        <w:jc w:val="right"/>
      </w:pPr>
      <w:r>
        <w:t>So, every time we are between two choices.</w:t>
      </w:r>
    </w:p>
    <w:p>
      <w:r>
        <w:rPr>
          <w:b/>
        </w:rPr>
        <w:t xml:space="preserve">[03:23] </w:t>
      </w:r>
      <w:r>
        <w:t>Every time we are between two choices.</w:t>
      </w:r>
    </w:p>
    <w:p>
      <w:pPr>
        <w:jc w:val="right"/>
      </w:pPr>
      <w:r>
        <w:t>Every time we are between two choices.</w:t>
      </w:r>
    </w:p>
    <w:p>
      <w:r>
        <w:rPr>
          <w:b/>
        </w:rPr>
        <w:t xml:space="preserve">[03:28] </w:t>
      </w:r>
      <w:r>
        <w:t>And that choice is very that moment of choice is very crucial.</w:t>
      </w:r>
    </w:p>
    <w:p>
      <w:pPr>
        <w:jc w:val="right"/>
      </w:pPr>
      <w:r>
        <w:t>And that choice is very that moment of choice is very crucial.</w:t>
      </w:r>
    </w:p>
    <w:p>
      <w:r>
        <w:rPr>
          <w:b/>
        </w:rPr>
        <w:t xml:space="preserve">[03:41] </w:t>
      </w:r>
      <w:r>
        <w:t>One choice makes us companion of Satan, and the second choice makes us companion of Angels.</w:t>
      </w:r>
    </w:p>
    <w:p>
      <w:pPr>
        <w:jc w:val="right"/>
      </w:pPr>
      <w:r>
        <w:t>One choice makes us companion of Satan, and the second choice makes us companion of Angels.</w:t>
      </w:r>
    </w:p>
    <w:p>
      <w:r>
        <w:rPr>
          <w:b/>
        </w:rPr>
        <w:t xml:space="preserve">[03:54] </w:t>
      </w:r>
      <w:r>
        <w:t>And you know, Satan is a negative force,</w:t>
      </w:r>
    </w:p>
    <w:p>
      <w:pPr>
        <w:jc w:val="right"/>
      </w:pPr>
      <w:r>
        <w:t>And you know, Satan is a negative force,</w:t>
      </w:r>
    </w:p>
    <w:p>
      <w:r>
        <w:rPr>
          <w:b/>
        </w:rPr>
        <w:t xml:space="preserve">[04:03] </w:t>
      </w:r>
      <w:r>
        <w:t>and Angels are a positive force.</w:t>
      </w:r>
    </w:p>
    <w:p>
      <w:pPr>
        <w:jc w:val="right"/>
      </w:pPr>
      <w:r>
        <w:t>and Angels are a positive force.</w:t>
      </w:r>
    </w:p>
    <w:p>
      <w:r>
        <w:rPr>
          <w:b/>
        </w:rPr>
        <w:t xml:space="preserve">[04:11] </w:t>
      </w:r>
      <w:r>
        <w:t>There is a verse in the Qur'an,</w:t>
      </w:r>
    </w:p>
    <w:p>
      <w:pPr>
        <w:jc w:val="right"/>
      </w:pPr>
      <w:r>
        <w:t>There is a verse in the Qur'an,</w:t>
      </w:r>
    </w:p>
    <w:p>
      <w:r>
        <w:rPr>
          <w:b/>
        </w:rPr>
        <w:t xml:space="preserve">[04:16] </w:t>
      </w:r>
      <w:r>
        <w:t>"Allahu waliu alladheen amanu</w:t>
      </w:r>
    </w:p>
    <w:p>
      <w:pPr>
        <w:jc w:val="right"/>
      </w:pPr>
      <w:r>
        <w:t>"Allahu waliu alladheen amanu</w:t>
      </w:r>
    </w:p>
    <w:p>
      <w:r>
        <w:rPr>
          <w:b/>
        </w:rPr>
        <w:t xml:space="preserve">[04:19] </w:t>
      </w:r>
      <w:r>
        <w:t>yukhrajahum minaz zulmatil an-nur</w:t>
      </w:r>
    </w:p>
    <w:p>
      <w:pPr>
        <w:jc w:val="right"/>
      </w:pPr>
      <w:r>
        <w:t>yukhrajahum minaz zulmatil an-nur</w:t>
      </w:r>
    </w:p>
    <w:p>
      <w:r>
        <w:rPr>
          <w:b/>
        </w:rPr>
        <w:t xml:space="preserve">[04:23] </w:t>
      </w:r>
      <w:r>
        <w:t>walladheen kafaru auliyaahum ath-taghut</w:t>
      </w:r>
    </w:p>
    <w:p>
      <w:pPr>
        <w:jc w:val="right"/>
      </w:pPr>
      <w:r>
        <w:t>walladheen kafaru auliyaahum ath-taghut</w:t>
      </w:r>
    </w:p>
    <w:p>
      <w:r>
        <w:rPr>
          <w:b/>
        </w:rPr>
        <w:t xml:space="preserve">[04:30] </w:t>
      </w:r>
      <w:r>
        <w:t>yukhrajunahum minaz nuri alaz zulmat</w:t>
      </w:r>
    </w:p>
    <w:p>
      <w:pPr>
        <w:jc w:val="right"/>
      </w:pPr>
      <w:r>
        <w:t>yukhrajunahum minaz nuri alaz zulmat</w:t>
      </w:r>
    </w:p>
    <w:p>
      <w:r>
        <w:rPr>
          <w:b/>
        </w:rPr>
        <w:t xml:space="preserve">[04:34] </w:t>
      </w:r>
      <w:r>
        <w:t>ulayika ashabun nar hum fiha khalidun."</w:t>
      </w:r>
    </w:p>
    <w:p>
      <w:pPr>
        <w:jc w:val="right"/>
      </w:pPr>
      <w:r>
        <w:t>ulayika ashabun nar hum fiha khalidun."</w:t>
      </w:r>
    </w:p>
    <w:p>
      <w:r>
        <w:rPr>
          <w:b/>
        </w:rPr>
        <w:t xml:space="preserve">[04:39] </w:t>
      </w:r>
      <w:r>
        <w:t>You can see that there are two different forces.</w:t>
      </w:r>
    </w:p>
    <w:p>
      <w:pPr>
        <w:jc w:val="right"/>
      </w:pPr>
      <w:r>
        <w:t>You can see that there are two different forces.</w:t>
      </w:r>
    </w:p>
    <w:p>
      <w:r>
        <w:rPr>
          <w:b/>
        </w:rPr>
        <w:t xml:space="preserve">[04:48] </w:t>
      </w:r>
      <w:r>
        <w:t>One is</w:t>
      </w:r>
    </w:p>
    <w:p>
      <w:pPr>
        <w:jc w:val="right"/>
      </w:pPr>
      <w:r>
        <w:t>One is</w:t>
      </w:r>
    </w:p>
    <w:p>
      <w:r>
        <w:rPr>
          <w:b/>
        </w:rPr>
        <w:t xml:space="preserve">[04:51] </w:t>
      </w:r>
      <w:r>
        <w:t>Taghut. Taghut means Satan.</w:t>
      </w:r>
    </w:p>
    <w:p>
      <w:pPr>
        <w:jc w:val="right"/>
      </w:pPr>
      <w:r>
        <w:t>Taghut. Taghut means Satan.</w:t>
      </w:r>
    </w:p>
    <w:p>
      <w:r>
        <w:rPr>
          <w:b/>
        </w:rPr>
        <w:t xml:space="preserve">[04:56] </w:t>
      </w:r>
      <w:r>
        <w:t>Satan leads you from light to darkness. Yukhrajahum minaz nuri alaz zulmat.</w:t>
      </w:r>
    </w:p>
    <w:p>
      <w:pPr>
        <w:jc w:val="right"/>
      </w:pPr>
      <w:r>
        <w:t>Satan leads you from light to darkness. Yukhrajahum minaz nuri alaz zulmat.</w:t>
      </w:r>
    </w:p>
    <w:p>
      <w:r>
        <w:rPr>
          <w:b/>
        </w:rPr>
        <w:t xml:space="preserve">[05:07] </w:t>
      </w:r>
      <w:r>
        <w:t>Satan is your enemy. Satan is a negative force. So, Satan always tries to lead you from light to darkness.</w:t>
      </w:r>
    </w:p>
    <w:p>
      <w:pPr>
        <w:jc w:val="right"/>
      </w:pPr>
      <w:r>
        <w:t>Satan is your enemy. Satan is a negative force. So, Satan always tries to lead you from light to darkness.</w:t>
      </w:r>
    </w:p>
    <w:p>
      <w:r>
        <w:rPr>
          <w:b/>
        </w:rPr>
        <w:t xml:space="preserve">[05:27] </w:t>
      </w:r>
      <w:r>
        <w:t>Satan always tries to lead you from</w:t>
      </w:r>
    </w:p>
    <w:p>
      <w:pPr>
        <w:jc w:val="right"/>
      </w:pPr>
      <w:r>
        <w:t>Satan always tries to lead you from</w:t>
      </w:r>
    </w:p>
    <w:p>
      <w:r>
        <w:rPr>
          <w:b/>
        </w:rPr>
        <w:t xml:space="preserve">[05:33] </w:t>
      </w:r>
      <w:r>
        <w:t>light to darkness. The other force is Angels.</w:t>
      </w:r>
    </w:p>
    <w:p>
      <w:pPr>
        <w:jc w:val="right"/>
      </w:pPr>
      <w:r>
        <w:t>light to darkness. The other force is Angels.</w:t>
      </w:r>
    </w:p>
    <w:p>
      <w:r>
        <w:rPr>
          <w:b/>
        </w:rPr>
        <w:t xml:space="preserve">[05:43] </w:t>
      </w:r>
      <w:r>
        <w:t>Angels work directly under the command of God.</w:t>
      </w:r>
    </w:p>
    <w:p>
      <w:pPr>
        <w:jc w:val="right"/>
      </w:pPr>
      <w:r>
        <w:t>Angels work directly under the command of God.</w:t>
      </w:r>
    </w:p>
    <w:p>
      <w:r>
        <w:rPr>
          <w:b/>
        </w:rPr>
        <w:t xml:space="preserve">[05:51] </w:t>
      </w:r>
      <w:r>
        <w:t>So, Angels try to lead you from darkness to light.</w:t>
      </w:r>
    </w:p>
    <w:p>
      <w:pPr>
        <w:jc w:val="right"/>
      </w:pPr>
      <w:r>
        <w:t>So, Angels try to lead you from darkness to light.</w:t>
      </w:r>
    </w:p>
    <w:p>
      <w:r>
        <w:rPr>
          <w:b/>
        </w:rPr>
        <w:t xml:space="preserve">[06:03] </w:t>
      </w:r>
      <w:r>
        <w:t>Now, I would like to give an example. First of all, you have to understand that we have two different faculties.</w:t>
      </w:r>
    </w:p>
    <w:p>
      <w:pPr>
        <w:jc w:val="right"/>
      </w:pPr>
      <w:r>
        <w:t>Now, I would like to give an example. First of all, you have to understand that we have two different faculties.</w:t>
      </w:r>
    </w:p>
    <w:p>
      <w:r>
        <w:rPr>
          <w:b/>
        </w:rPr>
        <w:t xml:space="preserve">[06:17] </w:t>
      </w:r>
      <w:r>
        <w:t>Every man and woman has two faculties.</w:t>
      </w:r>
    </w:p>
    <w:p>
      <w:pPr>
        <w:jc w:val="right"/>
      </w:pPr>
      <w:r>
        <w:t>Every man and woman has two faculties.</w:t>
      </w:r>
    </w:p>
    <w:p>
      <w:r>
        <w:rPr>
          <w:b/>
        </w:rPr>
        <w:t xml:space="preserve">[06:25] </w:t>
      </w:r>
      <w:r>
        <w:t>One is desire and the second is reason. Desire and reason. So, every time we are</w:t>
      </w:r>
    </w:p>
    <w:p>
      <w:pPr>
        <w:jc w:val="right"/>
      </w:pPr>
      <w:r>
        <w:t>One is desire and the second is reason. Desire and reason. So, every time we are</w:t>
      </w:r>
    </w:p>
    <w:p>
      <w:r>
        <w:rPr>
          <w:b/>
        </w:rPr>
        <w:t xml:space="preserve">[06:42] </w:t>
      </w:r>
      <w:r>
        <w:t>in every situation, we have to opt for either</w:t>
      </w:r>
    </w:p>
    <w:p>
      <w:pPr>
        <w:jc w:val="right"/>
      </w:pPr>
      <w:r>
        <w:t>in every situation, we have to opt for either</w:t>
      </w:r>
    </w:p>
    <w:p>
      <w:r>
        <w:rPr>
          <w:b/>
        </w:rPr>
        <w:t xml:space="preserve">[06:52] </w:t>
      </w:r>
      <w:r>
        <w:t>our desire or either our reason. For example, one finds in this world</w:t>
      </w:r>
    </w:p>
    <w:p>
      <w:pPr>
        <w:jc w:val="right"/>
      </w:pPr>
      <w:r>
        <w:t>our desire or either our reason. For example, one finds in this world</w:t>
      </w:r>
    </w:p>
    <w:p>
      <w:r>
        <w:rPr>
          <w:b/>
        </w:rPr>
        <w:t xml:space="preserve">[07:05] </w:t>
      </w:r>
      <w:r>
        <w:t>everyone is born in this world and he finds so many things. Then</w:t>
      </w:r>
    </w:p>
    <w:p>
      <w:pPr>
        <w:jc w:val="right"/>
      </w:pPr>
      <w:r>
        <w:t>everyone is born in this world and he finds so many things. Then</w:t>
      </w:r>
    </w:p>
    <w:p>
      <w:r>
        <w:rPr>
          <w:b/>
        </w:rPr>
        <w:t xml:space="preserve">[07:19] </w:t>
      </w:r>
      <w:r>
        <w:t>he is told from prophets, from Dawi, that there is a day of judgment</w:t>
      </w:r>
    </w:p>
    <w:p>
      <w:pPr>
        <w:jc w:val="right"/>
      </w:pPr>
      <w:r>
        <w:t>he is told from prophets, from Dawi, that there is a day of judgment</w:t>
      </w:r>
    </w:p>
    <w:p>
      <w:r>
        <w:rPr>
          <w:b/>
        </w:rPr>
        <w:t xml:space="preserve">[07:31] </w:t>
      </w:r>
      <w:r>
        <w:t>. Our life is not going to end. There is also a life after life.</w:t>
      </w:r>
    </w:p>
    <w:p>
      <w:pPr>
        <w:jc w:val="right"/>
      </w:pPr>
      <w:r>
        <w:t>. Our life is not going to end. There is also a life after life.</w:t>
      </w:r>
    </w:p>
    <w:p>
      <w:r>
        <w:rPr>
          <w:b/>
        </w:rPr>
        <w:t xml:space="preserve">[07:43] </w:t>
      </w:r>
      <w:r>
        <w:t>After death, there is also a life. And in that period of life, there is</w:t>
      </w:r>
    </w:p>
    <w:p>
      <w:pPr>
        <w:jc w:val="right"/>
      </w:pPr>
      <w:r>
        <w:t>After death, there is also a life. And in that period of life, there is</w:t>
      </w:r>
    </w:p>
    <w:p>
      <w:r>
        <w:rPr>
          <w:b/>
        </w:rPr>
        <w:t xml:space="preserve">[07:53] </w:t>
      </w:r>
      <w:r>
        <w:t>a day of judgment.</w:t>
      </w:r>
    </w:p>
    <w:p>
      <w:pPr>
        <w:jc w:val="right"/>
      </w:pPr>
      <w:r>
        <w:t>a day of judgment.</w:t>
      </w:r>
    </w:p>
    <w:p>
      <w:r>
        <w:rPr>
          <w:b/>
        </w:rPr>
        <w:t xml:space="preserve">[07:55] </w:t>
      </w:r>
      <w:r>
        <w:t>We have to face the Creator, Lord of the Judgment, Lord of the Day of Judgment. So, this is told by prophet, by Dawi.</w:t>
      </w:r>
    </w:p>
    <w:p>
      <w:pPr>
        <w:jc w:val="right"/>
      </w:pPr>
      <w:r>
        <w:t>We have to face the Creator, Lord of the Judgment, Lord of the Day of Judgment. So, this is told by prophet, by Dawi.</w:t>
      </w:r>
    </w:p>
    <w:p>
      <w:r>
        <w:rPr>
          <w:b/>
        </w:rPr>
        <w:t xml:space="preserve">[08:12] </w:t>
      </w:r>
      <w:r>
        <w:t>So, this message</w:t>
      </w:r>
    </w:p>
    <w:p>
      <w:pPr>
        <w:jc w:val="right"/>
      </w:pPr>
      <w:r>
        <w:t>So, this message</w:t>
      </w:r>
    </w:p>
    <w:p>
      <w:r>
        <w:rPr>
          <w:b/>
        </w:rPr>
        <w:t xml:space="preserve">[08:17] </w:t>
      </w:r>
      <w:r>
        <w:t>tells us that you have to be serious. You have to</w:t>
      </w:r>
    </w:p>
    <w:p>
      <w:pPr>
        <w:jc w:val="right"/>
      </w:pPr>
      <w:r>
        <w:t>tells us that you have to be serious. You have to</w:t>
      </w:r>
    </w:p>
    <w:p>
      <w:r>
        <w:rPr>
          <w:b/>
        </w:rPr>
        <w:t xml:space="preserve">[08:31] </w:t>
      </w:r>
      <w:r>
        <w:t>manage your life according to this concept. You have to save yourself from being diverted from theright path of God.</w:t>
      </w:r>
    </w:p>
    <w:p>
      <w:pPr>
        <w:jc w:val="right"/>
      </w:pPr>
      <w:r>
        <w:t>manage your life according to this concept. You have to save yourself from being diverted from theright path of God.</w:t>
      </w:r>
    </w:p>
    <w:p>
      <w:r>
        <w:rPr>
          <w:b/>
        </w:rPr>
        <w:t xml:space="preserve">[08:50] </w:t>
      </w:r>
      <w:r>
        <w:t>So, you have to prepare yourself for the success of the light hereafter. But</w:t>
      </w:r>
    </w:p>
    <w:p>
      <w:pPr>
        <w:jc w:val="right"/>
      </w:pPr>
      <w:r>
        <w:t>So, you have to prepare yourself for the success of the light hereafter. But</w:t>
      </w:r>
    </w:p>
    <w:p>
      <w:r>
        <w:rPr>
          <w:b/>
        </w:rPr>
        <w:t xml:space="preserve">[09:03] </w:t>
      </w:r>
      <w:r>
        <w:t>your desire there are temptations. There are desires.</w:t>
      </w:r>
    </w:p>
    <w:p>
      <w:pPr>
        <w:jc w:val="right"/>
      </w:pPr>
      <w:r>
        <w:t>your desire there are temptations. There are desires.</w:t>
      </w:r>
    </w:p>
    <w:p>
      <w:r>
        <w:rPr>
          <w:b/>
        </w:rPr>
        <w:t xml:space="preserve">[09:11] </w:t>
      </w:r>
      <w:r>
        <w:t>You feel that that is a matter of distant future</w:t>
      </w:r>
    </w:p>
    <w:p>
      <w:pPr>
        <w:jc w:val="right"/>
      </w:pPr>
      <w:r>
        <w:t>You feel that that is a matter of distant future</w:t>
      </w:r>
    </w:p>
    <w:p>
      <w:r>
        <w:rPr>
          <w:b/>
        </w:rPr>
        <w:t xml:space="preserve">[09:19] </w:t>
      </w:r>
      <w:r>
        <w:t>. Why do I bother? I have to adopt another formula. Eat, drink, and be merry.</w:t>
      </w:r>
    </w:p>
    <w:p>
      <w:pPr>
        <w:jc w:val="right"/>
      </w:pPr>
      <w:r>
        <w:t>. Why do I bother? I have to adopt another formula. Eat, drink, and be merry.</w:t>
      </w:r>
    </w:p>
    <w:p>
      <w:r>
        <w:rPr>
          <w:b/>
        </w:rPr>
        <w:t xml:space="preserve">[09:29] </w:t>
      </w:r>
      <w:r>
        <w:t>Formula of entertainment. Formula of hooha culture. Formula of happiness. So, there are two formulas.</w:t>
      </w:r>
    </w:p>
    <w:p>
      <w:pPr>
        <w:jc w:val="right"/>
      </w:pPr>
      <w:r>
        <w:t>Formula of entertainment. Formula of hooha culture. Formula of happiness. So, there are two formulas.</w:t>
      </w:r>
    </w:p>
    <w:p>
      <w:r>
        <w:rPr>
          <w:b/>
        </w:rPr>
        <w:t xml:space="preserve">[09:38] </w:t>
      </w:r>
      <w:r>
        <w:t>One, eat, drink, and be merry.</w:t>
      </w:r>
    </w:p>
    <w:p>
      <w:pPr>
        <w:jc w:val="right"/>
      </w:pPr>
      <w:r>
        <w:t>One, eat, drink, and be merry.</w:t>
      </w:r>
    </w:p>
    <w:p>
      <w:r>
        <w:rPr>
          <w:b/>
        </w:rPr>
        <w:t xml:space="preserve">[09:43] </w:t>
      </w:r>
      <w:r>
        <w:t>The second formula is you have to be cautious.</w:t>
      </w:r>
    </w:p>
    <w:p>
      <w:pPr>
        <w:jc w:val="right"/>
      </w:pPr>
      <w:r>
        <w:t>The second formula is you have to be cautious.</w:t>
      </w:r>
    </w:p>
    <w:p>
      <w:r>
        <w:rPr>
          <w:b/>
        </w:rPr>
        <w:t xml:space="preserve">[09:51] </w:t>
      </w:r>
      <w:r>
        <w:t>You have to manage your life. You have to manage your desires according to</w:t>
      </w:r>
    </w:p>
    <w:p>
      <w:pPr>
        <w:jc w:val="right"/>
      </w:pPr>
      <w:r>
        <w:t>You have to manage your life. You have to manage your desires according to</w:t>
      </w:r>
    </w:p>
    <w:p>
      <w:r>
        <w:rPr>
          <w:b/>
        </w:rPr>
        <w:t xml:space="preserve">[10:00] </w:t>
      </w:r>
      <w:r>
        <w:t>God's command.</w:t>
      </w:r>
    </w:p>
    <w:p>
      <w:pPr>
        <w:jc w:val="right"/>
      </w:pPr>
      <w:r>
        <w:t>God's command.</w:t>
      </w:r>
    </w:p>
    <w:p>
      <w:r>
        <w:rPr>
          <w:b/>
        </w:rPr>
        <w:t xml:space="preserve">[10:03] </w:t>
      </w:r>
      <w:r>
        <w:t>Because you are after death, you will face the day of judgment</w:t>
      </w:r>
    </w:p>
    <w:p>
      <w:pPr>
        <w:jc w:val="right"/>
      </w:pPr>
      <w:r>
        <w:t>Because you are after death, you will face the day of judgment</w:t>
      </w:r>
    </w:p>
    <w:p>
      <w:r>
        <w:rPr>
          <w:b/>
        </w:rPr>
        <w:t xml:space="preserve">[10:09] </w:t>
      </w:r>
      <w:r>
        <w:t>. So, you have to prepare for that moment. So, there are two formulas.</w:t>
      </w:r>
    </w:p>
    <w:p>
      <w:pPr>
        <w:jc w:val="right"/>
      </w:pPr>
      <w:r>
        <w:t>. So, you have to prepare for that moment. So, there are two formulas.</w:t>
      </w:r>
    </w:p>
    <w:p>
      <w:r>
        <w:rPr>
          <w:b/>
        </w:rPr>
        <w:t xml:space="preserve">[10:18] </w:t>
      </w:r>
      <w:r>
        <w:t>Your desire tells you one thing, and your reason tells you another thing. Your desire says, "Why do you bother all these things?</w:t>
      </w:r>
    </w:p>
    <w:p>
      <w:pPr>
        <w:jc w:val="right"/>
      </w:pPr>
      <w:r>
        <w:t>Your desire tells you one thing, and your reason tells you another thing. Your desire says, "Why do you bother all these things?</w:t>
      </w:r>
    </w:p>
    <w:p>
      <w:r>
        <w:rPr>
          <w:b/>
        </w:rPr>
        <w:t xml:space="preserve">[10:35] </w:t>
      </w:r>
      <w:r>
        <w:t>Eat, drink, and be merry."</w:t>
      </w:r>
    </w:p>
    <w:p>
      <w:pPr>
        <w:jc w:val="right"/>
      </w:pPr>
      <w:r>
        <w:t>Eat, drink, and be merry."</w:t>
      </w:r>
    </w:p>
    <w:p>
      <w:r>
        <w:rPr>
          <w:b/>
        </w:rPr>
        <w:t xml:space="preserve">[10:37] </w:t>
      </w:r>
      <w:r>
        <w:t>That is all. But if you apply your reason if you apply your reason, your reason</w:t>
      </w:r>
    </w:p>
    <w:p>
      <w:pPr>
        <w:jc w:val="right"/>
      </w:pPr>
      <w:r>
        <w:t>That is all. But if you apply your reason if you apply your reason, your reason</w:t>
      </w:r>
    </w:p>
    <w:p>
      <w:r>
        <w:rPr>
          <w:b/>
        </w:rPr>
        <w:t xml:space="preserve">[10:49] </w:t>
      </w:r>
      <w:r>
        <w:t>would tell you that this kind of formula is not workable because no one was able to fulfill his desires.</w:t>
      </w:r>
    </w:p>
    <w:p>
      <w:pPr>
        <w:jc w:val="right"/>
      </w:pPr>
      <w:r>
        <w:t>would tell you that this kind of formula is not workable because no one was able to fulfill his desires.</w:t>
      </w:r>
    </w:p>
    <w:p>
      <w:r>
        <w:rPr>
          <w:b/>
        </w:rPr>
        <w:t xml:space="preserve">[11:02] </w:t>
      </w:r>
      <w:r>
        <w:t>And I am not an exception. No king, no wealthy person, no leader, no one was able to fulfill his desires to have happiness</w:t>
      </w:r>
    </w:p>
    <w:p>
      <w:pPr>
        <w:jc w:val="right"/>
      </w:pPr>
      <w:r>
        <w:t>And I am not an exception. No king, no wealthy person, no leader, no one was able to fulfill his desires to have happiness</w:t>
      </w:r>
    </w:p>
    <w:p>
      <w:r>
        <w:rPr>
          <w:b/>
        </w:rPr>
        <w:t xml:space="preserve">[11:24] </w:t>
      </w:r>
      <w:r>
        <w:t>. Everyone, all those so-called bricks, all those so-called superachievers</w:t>
      </w:r>
    </w:p>
    <w:p>
      <w:pPr>
        <w:jc w:val="right"/>
      </w:pPr>
      <w:r>
        <w:t>. Everyone, all those so-called bricks, all those so-called superachievers</w:t>
      </w:r>
    </w:p>
    <w:p>
      <w:r>
        <w:rPr>
          <w:b/>
        </w:rPr>
        <w:t xml:space="preserve">[11:36] </w:t>
      </w:r>
      <w:r>
        <w:t>died in despair, died in disappointment because they adopted this formula, "Eat, drink, and be merry." But they failed.</w:t>
      </w:r>
    </w:p>
    <w:p>
      <w:pPr>
        <w:jc w:val="right"/>
      </w:pPr>
      <w:r>
        <w:t>died in despair, died in disappointment because they adopted this formula, "Eat, drink, and be merry." But they failed.</w:t>
      </w:r>
    </w:p>
    <w:p>
      <w:r>
        <w:rPr>
          <w:b/>
        </w:rPr>
        <w:t xml:space="preserve">[11:49] </w:t>
      </w:r>
      <w:r>
        <w:t>They failed.</w:t>
      </w:r>
    </w:p>
    <w:p>
      <w:pPr>
        <w:jc w:val="right"/>
      </w:pPr>
      <w:r>
        <w:t>They failed.</w:t>
      </w:r>
    </w:p>
    <w:p>
      <w:r>
        <w:rPr>
          <w:b/>
        </w:rPr>
        <w:t xml:space="preserve">[11:54] </w:t>
      </w:r>
      <w:r>
        <w:t>So, your reason tells you your reason tells you that this formula is not good because it is not achievable.</w:t>
      </w:r>
    </w:p>
    <w:p>
      <w:pPr>
        <w:jc w:val="right"/>
      </w:pPr>
      <w:r>
        <w:t>So, your reason tells you your reason tells you that this formula is not good because it is not achievable.</w:t>
      </w:r>
    </w:p>
    <w:p>
      <w:r>
        <w:rPr>
          <w:b/>
        </w:rPr>
        <w:t xml:space="preserve">[12:12] </w:t>
      </w:r>
      <w:r>
        <w:t>So, all those desires you feel in your mind, in your heart</w:t>
      </w:r>
    </w:p>
    <w:p>
      <w:pPr>
        <w:jc w:val="right"/>
      </w:pPr>
      <w:r>
        <w:t>So, all those desires you feel in your mind, in your heart</w:t>
      </w:r>
    </w:p>
    <w:p>
      <w:r>
        <w:rPr>
          <w:b/>
        </w:rPr>
        <w:t xml:space="preserve">[12:20] </w:t>
      </w:r>
      <w:r>
        <w:t>have to be fulfilled, but not in this world, but in the hereafter.</w:t>
      </w:r>
    </w:p>
    <w:p>
      <w:pPr>
        <w:jc w:val="right"/>
      </w:pPr>
      <w:r>
        <w:t>have to be fulfilled, but not in this world, but in the hereafter.</w:t>
      </w:r>
    </w:p>
    <w:p>
      <w:r>
        <w:rPr>
          <w:b/>
        </w:rPr>
        <w:t xml:space="preserve">[12:28] </w:t>
      </w:r>
      <w:r>
        <w:t>In the hereafter. Then there is another question. Everywhere in this world, there is injustice. There are crimes. There is anarchy.</w:t>
      </w:r>
    </w:p>
    <w:p>
      <w:pPr>
        <w:jc w:val="right"/>
      </w:pPr>
      <w:r>
        <w:t>In the hereafter. Then there is another question. Everywhere in this world, there is injustice. There are crimes. There is anarchy.</w:t>
      </w:r>
    </w:p>
    <w:p>
      <w:r>
        <w:rPr>
          <w:b/>
        </w:rPr>
        <w:t xml:space="preserve">[12:40] </w:t>
      </w:r>
      <w:r>
        <w:t>There are people who create problems. Problems, problems, problems.</w:t>
      </w:r>
    </w:p>
    <w:p>
      <w:pPr>
        <w:jc w:val="right"/>
      </w:pPr>
      <w:r>
        <w:t>There are people who create problems. Problems, problems, problems.</w:t>
      </w:r>
    </w:p>
    <w:p>
      <w:r>
        <w:rPr>
          <w:b/>
        </w:rPr>
        <w:t xml:space="preserve">[12:49] </w:t>
      </w:r>
      <w:r>
        <w:t>So, your conscience</w:t>
      </w:r>
    </w:p>
    <w:p>
      <w:pPr>
        <w:jc w:val="right"/>
      </w:pPr>
      <w:r>
        <w:t>So, your conscience</w:t>
      </w:r>
    </w:p>
    <w:p>
      <w:r>
        <w:rPr>
          <w:b/>
        </w:rPr>
        <w:t xml:space="preserve">[12:53] </w:t>
      </w:r>
      <w:r>
        <w:t>asks you whether there is any court in which they can be produced and they can be punished for their crimes.</w:t>
      </w:r>
    </w:p>
    <w:p>
      <w:pPr>
        <w:jc w:val="right"/>
      </w:pPr>
      <w:r>
        <w:t>asks you whether there is any court in which they can be produced and they can be punished for their crimes.</w:t>
      </w:r>
    </w:p>
    <w:p>
      <w:r>
        <w:rPr>
          <w:b/>
        </w:rPr>
        <w:t xml:space="preserve">[13:07] </w:t>
      </w:r>
      <w:r>
        <w:t>In this world, it is not possible.</w:t>
      </w:r>
    </w:p>
    <w:p>
      <w:pPr>
        <w:jc w:val="right"/>
      </w:pPr>
      <w:r>
        <w:t>In this world, it is not possible.</w:t>
      </w:r>
    </w:p>
    <w:p>
      <w:r>
        <w:rPr>
          <w:b/>
        </w:rPr>
        <w:t xml:space="preserve">[13:10] </w:t>
      </w:r>
      <w:r>
        <w:t>No worldly court has the power to punish all these criminals or those prime problem-makers.</w:t>
      </w:r>
    </w:p>
    <w:p>
      <w:pPr>
        <w:jc w:val="right"/>
      </w:pPr>
      <w:r>
        <w:t>No worldly court has the power to punish all these criminals or those prime problem-makers.</w:t>
      </w:r>
    </w:p>
    <w:p>
      <w:r>
        <w:rPr>
          <w:b/>
        </w:rPr>
        <w:t xml:space="preserve">[13:23] </w:t>
      </w:r>
      <w:r>
        <w:t>So, here your reason will here your reason would tell you that you have to adopt this formula because in the concept of hereafter, in the concept of the day of judgment, you can find the answers to these questions.</w:t>
      </w:r>
    </w:p>
    <w:p>
      <w:pPr>
        <w:jc w:val="right"/>
      </w:pPr>
      <w:r>
        <w:t>So, here your reason will here your reason would tell you that you have to adopt this formula because in the concept of hereafter, in the concept of the day of judgment, you can find the answers to these questions.</w:t>
      </w:r>
    </w:p>
    <w:p>
      <w:r>
        <w:rPr>
          <w:b/>
        </w:rPr>
        <w:t xml:space="preserve">[13:49] </w:t>
      </w:r>
      <w:r>
        <w:t>In this formula, in this ideology ideology of Akhira, ideology of hereafter, you can find the answers to all these questions.</w:t>
      </w:r>
    </w:p>
    <w:p>
      <w:pPr>
        <w:jc w:val="right"/>
      </w:pPr>
      <w:r>
        <w:t>In this formula, in this ideology ideology of Akhira, ideology of hereafter, you can find the answers to all these questions.</w:t>
      </w:r>
    </w:p>
    <w:p>
      <w:r>
        <w:rPr>
          <w:b/>
        </w:rPr>
        <w:t xml:space="preserve">[14:02] </w:t>
      </w:r>
      <w:r>
        <w:t>This ideology tells you that</w:t>
      </w:r>
    </w:p>
    <w:p>
      <w:pPr>
        <w:jc w:val="right"/>
      </w:pPr>
      <w:r>
        <w:t>This ideology tells you that</w:t>
      </w:r>
    </w:p>
    <w:p>
      <w:r>
        <w:rPr>
          <w:b/>
        </w:rPr>
        <w:t xml:space="preserve">[14:10] </w:t>
      </w:r>
      <w:r>
        <w:t>there is a paradise. There is a world after death.</w:t>
      </w:r>
    </w:p>
    <w:p>
      <w:pPr>
        <w:jc w:val="right"/>
      </w:pPr>
      <w:r>
        <w:t>there is a paradise. There is a world after death.</w:t>
      </w:r>
    </w:p>
    <w:p>
      <w:r>
        <w:rPr>
          <w:b/>
        </w:rPr>
        <w:t xml:space="preserve">[14:16] </w:t>
      </w:r>
      <w:r>
        <w:t>In that world, in that paradise, you will achieve complete fulfillment.</w:t>
      </w:r>
    </w:p>
    <w:p>
      <w:pPr>
        <w:jc w:val="right"/>
      </w:pPr>
      <w:r>
        <w:t>In that world, in that paradise, you will achieve complete fulfillment.</w:t>
      </w:r>
    </w:p>
    <w:p>
      <w:r>
        <w:rPr>
          <w:b/>
        </w:rPr>
        <w:t xml:space="preserve">[14:26] </w:t>
      </w:r>
      <w:r>
        <w:t>You will achieve complete happiness</w:t>
      </w:r>
    </w:p>
    <w:p>
      <w:pPr>
        <w:jc w:val="right"/>
      </w:pPr>
      <w:r>
        <w:t>You will achieve complete happiness</w:t>
      </w:r>
    </w:p>
    <w:p>
      <w:r>
        <w:rPr>
          <w:b/>
        </w:rPr>
        <w:t xml:space="preserve">[14:31] </w:t>
      </w:r>
      <w:r>
        <w:t>. You will see justice. You will see ideal life.</w:t>
      </w:r>
    </w:p>
    <w:p>
      <w:pPr>
        <w:jc w:val="right"/>
      </w:pPr>
      <w:r>
        <w:t>. You will see justice. You will see ideal life.</w:t>
      </w:r>
    </w:p>
    <w:p>
      <w:r>
        <w:rPr>
          <w:b/>
        </w:rPr>
        <w:t xml:space="preserve">[14:40] </w:t>
      </w:r>
      <w:r>
        <w:t>You will experience perfect society. So, this ideology tells you that all these things are possible</w:t>
      </w:r>
    </w:p>
    <w:p>
      <w:pPr>
        <w:jc w:val="right"/>
      </w:pPr>
      <w:r>
        <w:t>You will experience perfect society. So, this ideology tells you that all these things are possible</w:t>
      </w:r>
    </w:p>
    <w:p>
      <w:r>
        <w:rPr>
          <w:b/>
        </w:rPr>
        <w:t xml:space="preserve">[14:53] </w:t>
      </w:r>
      <w:r>
        <w:t>. We want by our nature we want all these things. Our nature asks our nature</w:t>
      </w:r>
    </w:p>
    <w:p>
      <w:pPr>
        <w:jc w:val="right"/>
      </w:pPr>
      <w:r>
        <w:t>. We want by our nature we want all these things. Our nature asks our nature</w:t>
      </w:r>
    </w:p>
    <w:p>
      <w:r>
        <w:rPr>
          <w:b/>
        </w:rPr>
        <w:t xml:space="preserve">[15:07] </w:t>
      </w:r>
      <w:r>
        <w:t>our requires idealism, perfection, justice, all these things. So, it is our naturalurge.</w:t>
      </w:r>
    </w:p>
    <w:p>
      <w:pPr>
        <w:jc w:val="right"/>
      </w:pPr>
      <w:r>
        <w:t>our requires idealism, perfection, justice, all these things. So, it is our naturalurge.</w:t>
      </w:r>
    </w:p>
    <w:p>
      <w:r>
        <w:rPr>
          <w:b/>
        </w:rPr>
        <w:t xml:space="preserve">[15:20] </w:t>
      </w:r>
      <w:r>
        <w:t>It is our naturalurge.</w:t>
      </w:r>
    </w:p>
    <w:p>
      <w:pPr>
        <w:jc w:val="right"/>
      </w:pPr>
      <w:r>
        <w:t>It is our naturalurge.</w:t>
      </w:r>
    </w:p>
    <w:p>
      <w:r>
        <w:rPr>
          <w:b/>
        </w:rPr>
        <w:t xml:space="preserve">[15:25] </w:t>
      </w:r>
      <w:r>
        <w:t>Every man and woman is born with this nature. But in this world, it is not achievable.</w:t>
      </w:r>
    </w:p>
    <w:p>
      <w:pPr>
        <w:jc w:val="right"/>
      </w:pPr>
      <w:r>
        <w:t>Every man and woman is born with this nature. But in this world, it is not achievable.</w:t>
      </w:r>
    </w:p>
    <w:p>
      <w:r>
        <w:rPr>
          <w:b/>
        </w:rPr>
        <w:t xml:space="preserve">[15:35] </w:t>
      </w:r>
      <w:r>
        <w:t>That formula, "Eat, drink, and be merry," is insufficient. This formula cannot give you answers to these natural questions.</w:t>
      </w:r>
    </w:p>
    <w:p>
      <w:pPr>
        <w:jc w:val="right"/>
      </w:pPr>
      <w:r>
        <w:t>That formula, "Eat, drink, and be merry," is insufficient. This formula cannot give you answers to these natural questions.</w:t>
      </w:r>
    </w:p>
    <w:p>
      <w:r>
        <w:rPr>
          <w:b/>
        </w:rPr>
        <w:t xml:space="preserve">[15:50] </w:t>
      </w:r>
      <w:r>
        <w:t>So, if you follow your reason, then your reason will tell you that you have to opt for this ideology ideology of hereafter, ideology of Akhira,</w:t>
      </w:r>
    </w:p>
    <w:p>
      <w:pPr>
        <w:jc w:val="right"/>
      </w:pPr>
      <w:r>
        <w:t>So, if you follow your reason, then your reason will tell you that you have to opt for this ideology ideology of hereafter, ideology of Akhira,</w:t>
      </w:r>
    </w:p>
    <w:p>
      <w:r>
        <w:rPr>
          <w:b/>
        </w:rPr>
        <w:t xml:space="preserve">[16:11] </w:t>
      </w:r>
      <w:r>
        <w:t>ideology of</w:t>
      </w:r>
    </w:p>
    <w:p>
      <w:pPr>
        <w:jc w:val="right"/>
      </w:pPr>
      <w:r>
        <w:t>ideology of</w:t>
      </w:r>
    </w:p>
    <w:p>
      <w:r>
        <w:rPr>
          <w:b/>
        </w:rPr>
        <w:t xml:space="preserve">[16:15] </w:t>
      </w:r>
      <w:r>
        <w:t>given by the prophets. So, your reason will tell you will assure you that this is the only option for you because here you can see that all those desires will be fulfilled in the complete sense of the word.</w:t>
      </w:r>
    </w:p>
    <w:p>
      <w:pPr>
        <w:jc w:val="right"/>
      </w:pPr>
      <w:r>
        <w:t>given by the prophets. So, your reason will tell you will assure you that this is the only option for you because here you can see that all those desires will be fulfilled in the complete sense of the word.</w:t>
      </w:r>
    </w:p>
    <w:p>
      <w:r>
        <w:rPr>
          <w:b/>
        </w:rPr>
        <w:t xml:space="preserve">[16:38] </w:t>
      </w:r>
      <w:r>
        <w:t>Here you can find idealism, perfection, all those things that</w:t>
      </w:r>
    </w:p>
    <w:p>
      <w:pPr>
        <w:jc w:val="right"/>
      </w:pPr>
      <w:r>
        <w:t>Here you can find idealism, perfection, all those things that</w:t>
      </w:r>
    </w:p>
    <w:p>
      <w:r>
        <w:rPr>
          <w:b/>
        </w:rPr>
        <w:t xml:space="preserve">[16:47] </w:t>
      </w:r>
      <w:r>
        <w:t>are required by nature. So, if you apply your reason if you follow your reason, then you will adopt this ideology ideology of prophets,</w:t>
      </w:r>
    </w:p>
    <w:p>
      <w:pPr>
        <w:jc w:val="right"/>
      </w:pPr>
      <w:r>
        <w:t>are required by nature. So, if you apply your reason if you follow your reason, then you will adopt this ideology ideology of prophets,</w:t>
      </w:r>
    </w:p>
    <w:p>
      <w:r>
        <w:rPr>
          <w:b/>
        </w:rPr>
        <w:t xml:space="preserve">[17:07] </w:t>
      </w:r>
      <w:r>
        <w:t>ideology of Akhira. But</w:t>
      </w:r>
    </w:p>
    <w:p>
      <w:pPr>
        <w:jc w:val="right"/>
      </w:pPr>
      <w:r>
        <w:t>ideology of Akhira. But</w:t>
      </w:r>
    </w:p>
    <w:p>
      <w:r>
        <w:rPr>
          <w:b/>
        </w:rPr>
        <w:t xml:space="preserve">[17:17] </w:t>
      </w:r>
      <w:r>
        <w:t>so, if you adopt this ideology, instantly you feel that you are living in the companionship of angels.</w:t>
      </w:r>
    </w:p>
    <w:p>
      <w:pPr>
        <w:jc w:val="right"/>
      </w:pPr>
      <w:r>
        <w:t>so, if you adopt this ideology, instantly you feel that you are living in the companionship of angels.</w:t>
      </w:r>
    </w:p>
    <w:p>
      <w:r>
        <w:rPr>
          <w:b/>
        </w:rPr>
        <w:t xml:space="preserve">[17:29] </w:t>
      </w:r>
      <w:r>
        <w:t>But if you adopt if you opt for that ideology, then you feel that you are living in the companionship of Satan.</w:t>
      </w:r>
    </w:p>
    <w:p>
      <w:pPr>
        <w:jc w:val="right"/>
      </w:pPr>
      <w:r>
        <w:t>But if you adopt if you opt for that ideology, then you feel that you are living in the companionship of Satan.</w:t>
      </w:r>
    </w:p>
    <w:p>
      <w:r>
        <w:rPr>
          <w:b/>
        </w:rPr>
        <w:t xml:space="preserve">[17:41] </w:t>
      </w:r>
      <w:r>
        <w:t>You have to know that according to the Quran, both forces are alive every time. They are waiting for your choice.</w:t>
      </w:r>
    </w:p>
    <w:p>
      <w:pPr>
        <w:jc w:val="right"/>
      </w:pPr>
      <w:r>
        <w:t>You have to know that according to the Quran, both forces are alive every time. They are waiting for your choice.</w:t>
      </w:r>
    </w:p>
    <w:p>
      <w:r>
        <w:rPr>
          <w:b/>
        </w:rPr>
        <w:t xml:space="preserve">[17:54] </w:t>
      </w:r>
      <w:r>
        <w:t>Choice is yours. It is not it will not come from Satan or from angels because man was born freedom.</w:t>
      </w:r>
    </w:p>
    <w:p>
      <w:pPr>
        <w:jc w:val="right"/>
      </w:pPr>
      <w:r>
        <w:t>Choice is yours. It is not it will not come from Satan or from angels because man was born freedom.</w:t>
      </w:r>
    </w:p>
    <w:p>
      <w:r>
        <w:rPr>
          <w:b/>
        </w:rPr>
        <w:t xml:space="preserve">[18:06] </w:t>
      </w:r>
      <w:r>
        <w:t>Man was born freedom.</w:t>
      </w:r>
    </w:p>
    <w:p>
      <w:pPr>
        <w:jc w:val="right"/>
      </w:pPr>
      <w:r>
        <w:t>Man was born freedom.</w:t>
      </w:r>
    </w:p>
    <w:p>
      <w:r>
        <w:rPr>
          <w:b/>
        </w:rPr>
        <w:t xml:space="preserve">[18:13] </w:t>
      </w:r>
      <w:r>
        <w:t>So, choice is your freedom.</w:t>
      </w:r>
    </w:p>
    <w:p>
      <w:pPr>
        <w:jc w:val="right"/>
      </w:pPr>
      <w:r>
        <w:t>So, choice is your freedom.</w:t>
      </w:r>
    </w:p>
    <w:p>
      <w:r>
        <w:rPr>
          <w:b/>
        </w:rPr>
        <w:t xml:space="preserve">[18:21] </w:t>
      </w:r>
      <w:r>
        <w:t>As soon as you opt for choice, you feel that you are living in in in the companionship of either Satan or angels.</w:t>
      </w:r>
    </w:p>
    <w:p>
      <w:pPr>
        <w:jc w:val="right"/>
      </w:pPr>
      <w:r>
        <w:t>As soon as you opt for choice, you feel that you are living in in in the companionship of either Satan or angels.</w:t>
      </w:r>
    </w:p>
    <w:p>
      <w:r>
        <w:rPr>
          <w:b/>
        </w:rPr>
        <w:t xml:space="preserve">[18:37] </w:t>
      </w:r>
      <w:r>
        <w:t>So, if you opt for the formula, "Eat, drink, and be merry," "Eat, drink, and be merry," this formula, so you will find yourself in the companionship of Satan.</w:t>
      </w:r>
    </w:p>
    <w:p>
      <w:pPr>
        <w:jc w:val="right"/>
      </w:pPr>
      <w:r>
        <w:t>So, if you opt for the formula, "Eat, drink, and be merry," "Eat, drink, and be merry," this formula, so you will find yourself in the companionship of Satan.</w:t>
      </w:r>
    </w:p>
    <w:p>
      <w:r>
        <w:rPr>
          <w:b/>
        </w:rPr>
        <w:t xml:space="preserve">[18:59] </w:t>
      </w:r>
      <w:r>
        <w:t>And Satan will lead you from light to darkness</w:t>
      </w:r>
    </w:p>
    <w:p>
      <w:pPr>
        <w:jc w:val="right"/>
      </w:pPr>
      <w:r>
        <w:t>And Satan will lead you from light to darkness</w:t>
      </w:r>
    </w:p>
    <w:p>
      <w:r>
        <w:rPr>
          <w:b/>
        </w:rPr>
        <w:t xml:space="preserve">[19:08] </w:t>
      </w:r>
      <w:r>
        <w:t>. Here, light means your reason, your nature, your conscience, your divine guidance.</w:t>
      </w:r>
    </w:p>
    <w:p>
      <w:pPr>
        <w:jc w:val="right"/>
      </w:pPr>
      <w:r>
        <w:t>. Here, light means your reason, your nature, your conscience, your divine guidance.</w:t>
      </w:r>
    </w:p>
    <w:p>
      <w:r>
        <w:rPr>
          <w:b/>
        </w:rPr>
        <w:t xml:space="preserve">[19:18] </w:t>
      </w:r>
      <w:r>
        <w:t>This is light</w:t>
      </w:r>
    </w:p>
    <w:p>
      <w:pPr>
        <w:jc w:val="right"/>
      </w:pPr>
      <w:r>
        <w:t>This is light</w:t>
      </w:r>
    </w:p>
    <w:p>
      <w:r>
        <w:rPr>
          <w:b/>
        </w:rPr>
        <w:t xml:space="preserve">[19:21] </w:t>
      </w:r>
      <w:r>
        <w:t>. But when you opted for that formula, then instantly you will find that Satan is coming to you.</w:t>
      </w:r>
    </w:p>
    <w:p>
      <w:pPr>
        <w:jc w:val="right"/>
      </w:pPr>
      <w:r>
        <w:t>. But when you opted for that formula, then instantly you will find that Satan is coming to you.</w:t>
      </w:r>
    </w:p>
    <w:p>
      <w:r>
        <w:rPr>
          <w:b/>
        </w:rPr>
        <w:t xml:space="preserve">[19:39] </w:t>
      </w:r>
      <w:r>
        <w:t>You will find yourself in the companionship of Satan. And Satan will lead you from light to darkness</w:t>
      </w:r>
    </w:p>
    <w:p>
      <w:pPr>
        <w:jc w:val="right"/>
      </w:pPr>
      <w:r>
        <w:t>You will find yourself in the companionship of Satan. And Satan will lead you from light to darkness</w:t>
      </w:r>
    </w:p>
    <w:p>
      <w:r>
        <w:rPr>
          <w:b/>
        </w:rPr>
        <w:t xml:space="preserve">[19:51] </w:t>
      </w:r>
      <w:r>
        <w:t>. The end is hell. The end of this</w:t>
      </w:r>
    </w:p>
    <w:p>
      <w:pPr>
        <w:jc w:val="right"/>
      </w:pPr>
      <w:r>
        <w:t>. The end is hell. The end of this</w:t>
      </w:r>
    </w:p>
    <w:p>
      <w:r>
        <w:rPr>
          <w:b/>
        </w:rPr>
        <w:t xml:space="preserve">[19:59] </w:t>
      </w:r>
      <w:r>
        <w:t>choice the end of this choice is hell. Satan is doomed to go to hell.</w:t>
      </w:r>
    </w:p>
    <w:p>
      <w:pPr>
        <w:jc w:val="right"/>
      </w:pPr>
      <w:r>
        <w:t>choice the end of this choice is hell. Satan is doomed to go to hell.</w:t>
      </w:r>
    </w:p>
    <w:p>
      <w:r>
        <w:rPr>
          <w:b/>
        </w:rPr>
        <w:t xml:space="preserve">[20:07] </w:t>
      </w:r>
      <w:r>
        <w:t>So, he wants not to go to hell alone. He wants to</w:t>
      </w:r>
    </w:p>
    <w:p>
      <w:pPr>
        <w:jc w:val="right"/>
      </w:pPr>
      <w:r>
        <w:t>So, he wants not to go to hell alone. He wants to</w:t>
      </w:r>
    </w:p>
    <w:p>
      <w:r>
        <w:rPr>
          <w:b/>
        </w:rPr>
        <w:t xml:space="preserve">[20:16] </w:t>
      </w:r>
      <w:r>
        <w:t>take a successive number from man. Satan</w:t>
      </w:r>
    </w:p>
    <w:p>
      <w:pPr>
        <w:jc w:val="right"/>
      </w:pPr>
      <w:r>
        <w:t>take a successive number from man. Satan</w:t>
      </w:r>
    </w:p>
    <w:p>
      <w:r>
        <w:rPr>
          <w:b/>
        </w:rPr>
        <w:t xml:space="preserve">[20:27] </w:t>
      </w:r>
      <w:r>
        <w:t>it is Satan's design</w:t>
      </w:r>
    </w:p>
    <w:p>
      <w:pPr>
        <w:jc w:val="right"/>
      </w:pPr>
      <w:r>
        <w:t>it is Satan's design</w:t>
      </w:r>
    </w:p>
    <w:p>
      <w:r>
        <w:rPr>
          <w:b/>
        </w:rPr>
        <w:t xml:space="preserve">[20:30] </w:t>
      </w:r>
      <w:r>
        <w:t>. This is</w:t>
      </w:r>
    </w:p>
    <w:p>
      <w:pPr>
        <w:jc w:val="right"/>
      </w:pPr>
      <w:r>
        <w:t>. This is</w:t>
      </w:r>
    </w:p>
    <w:p>
      <w:r>
        <w:rPr>
          <w:b/>
        </w:rPr>
        <w:t xml:space="preserve">[20:34] </w:t>
      </w:r>
      <w:r>
        <w:t>you can find in the Quran.</w:t>
      </w:r>
    </w:p>
    <w:p>
      <w:pPr>
        <w:jc w:val="right"/>
      </w:pPr>
      <w:r>
        <w:t>you can find in the Quran.</w:t>
      </w:r>
    </w:p>
    <w:p>
      <w:r>
        <w:rPr>
          <w:b/>
        </w:rPr>
        <w:t xml:space="preserve">[20:40] </w:t>
      </w:r>
      <w:r>
        <w:t>It is Satan's design that he has declared that, "I am not going to hell alone."</w:t>
      </w:r>
    </w:p>
    <w:p>
      <w:pPr>
        <w:jc w:val="right"/>
      </w:pPr>
      <w:r>
        <w:t>It is Satan's design that he has declared that, "I am not going to hell alone."</w:t>
      </w:r>
    </w:p>
    <w:p>
      <w:r>
        <w:rPr>
          <w:b/>
        </w:rPr>
        <w:t xml:space="preserve">[20:58] </w:t>
      </w:r>
      <w:r>
        <w:t>la hattani nakun naziruhum illa qalila. I am not going to hell alone. I will</w:t>
      </w:r>
    </w:p>
    <w:p>
      <w:pPr>
        <w:jc w:val="right"/>
      </w:pPr>
      <w:r>
        <w:t>لا حتَّنِكَ النَّظُّرُيَّةُمْ إِلَّا قَلِيلًا. I am not going to hell alone. I will</w:t>
      </w:r>
    </w:p>
    <w:p>
      <w:r>
        <w:rPr>
          <w:b/>
        </w:rPr>
        <w:t xml:space="preserve">[21:09] </w:t>
      </w:r>
      <w:r>
        <w:t>try to find some more people from mankind from men and women so that we may go to hell as a crowd.</w:t>
      </w:r>
    </w:p>
    <w:p>
      <w:pPr>
        <w:jc w:val="right"/>
      </w:pPr>
      <w:r>
        <w:t>try to find some more people from mankind from men and women so that we may go to hell as a crowd.</w:t>
      </w:r>
    </w:p>
    <w:p>
      <w:r>
        <w:rPr>
          <w:b/>
        </w:rPr>
        <w:t xml:space="preserve">[21:22] </w:t>
      </w:r>
      <w:r>
        <w:t>So, this is Satan's design.</w:t>
      </w:r>
    </w:p>
    <w:p>
      <w:pPr>
        <w:jc w:val="right"/>
      </w:pPr>
      <w:r>
        <w:t>So, this is Satan's design.</w:t>
      </w:r>
    </w:p>
    <w:p>
      <w:r>
        <w:rPr>
          <w:b/>
        </w:rPr>
        <w:t xml:space="preserve">[21:27] </w:t>
      </w:r>
      <w:r>
        <w:t>So, in nutshell, I say I will say that every man who follows his desires will go to hell.</w:t>
      </w:r>
    </w:p>
    <w:p>
      <w:pPr>
        <w:jc w:val="right"/>
      </w:pPr>
      <w:r>
        <w:t>So, in nutshell, I say I will say that every man who follows his desires will go to hell.</w:t>
      </w:r>
    </w:p>
    <w:p>
      <w:r>
        <w:rPr>
          <w:b/>
        </w:rPr>
        <w:t xml:space="preserve">[21:37] </w:t>
      </w:r>
      <w:r>
        <w:t>And everyone who follows his reason will go to Jannah, Paradise. This is the nutshell.</w:t>
      </w:r>
    </w:p>
    <w:p>
      <w:pPr>
        <w:jc w:val="right"/>
      </w:pPr>
      <w:r>
        <w:t>And everyone who follows his reason will go to Jannah, Paradise. This is the nutshell.</w:t>
      </w:r>
    </w:p>
    <w:p>
      <w:r>
        <w:rPr>
          <w:b/>
        </w:rPr>
        <w:t xml:space="preserve">[21:45] </w:t>
      </w:r>
      <w:r>
        <w:t>This is the crust of the matter.</w:t>
      </w:r>
    </w:p>
    <w:p>
      <w:pPr>
        <w:jc w:val="right"/>
      </w:pPr>
      <w:r>
        <w:t>This is the crust of the matter.</w:t>
      </w:r>
    </w:p>
    <w:p>
      <w:r>
        <w:rPr>
          <w:b/>
        </w:rPr>
        <w:t xml:space="preserve">[21:52] </w:t>
      </w:r>
      <w:r>
        <w:t>Then I would like to give some more references. One is Bismillahir Rahmanir Rahim.</w:t>
      </w:r>
    </w:p>
    <w:p>
      <w:pPr>
        <w:jc w:val="right"/>
      </w:pPr>
      <w:r>
        <w:t>Then I would like to give some more references. One is Bismillahir Rahmanir Rahim.</w:t>
      </w:r>
    </w:p>
    <w:p>
      <w:r>
        <w:rPr>
          <w:b/>
        </w:rPr>
        <w:t xml:space="preserve">[22:03] </w:t>
      </w:r>
      <w:r>
        <w:t>Bismillahir Rahmanir Rahim represents that kind of culture which you may call Paradise culture or Angelic culture.</w:t>
      </w:r>
    </w:p>
    <w:p>
      <w:pPr>
        <w:jc w:val="right"/>
      </w:pPr>
      <w:r>
        <w:t>Bismillahir Rahmanir Rahim represents that kind of culture which you may call Paradise culture or Angelic culture.</w:t>
      </w:r>
    </w:p>
    <w:p>
      <w:r>
        <w:rPr>
          <w:b/>
        </w:rPr>
        <w:t xml:space="preserve">[22:14] </w:t>
      </w:r>
      <w:r>
        <w:t>Bismillahir Rahmanir Rahim is a</w:t>
      </w:r>
    </w:p>
    <w:p>
      <w:pPr>
        <w:jc w:val="right"/>
      </w:pPr>
      <w:r>
        <w:t>Bismillahir Rahmanir Rahim is a</w:t>
      </w:r>
    </w:p>
    <w:p>
      <w:r>
        <w:rPr>
          <w:b/>
        </w:rPr>
        <w:t xml:space="preserve">[22:19] </w:t>
      </w:r>
      <w:r>
        <w:t>Qur'anic verse.</w:t>
      </w:r>
    </w:p>
    <w:p>
      <w:pPr>
        <w:jc w:val="right"/>
      </w:pPr>
      <w:r>
        <w:t>Qur'anic verse.</w:t>
      </w:r>
    </w:p>
    <w:p>
      <w:r>
        <w:rPr>
          <w:b/>
        </w:rPr>
        <w:t xml:space="preserve">[22:23] </w:t>
      </w:r>
      <w:r>
        <w:t>The Prophet of Islam has said, "Kullu amrin zi balin lam yubda bi Bismillahir Rahmanir Rahim fahua aqta."</w:t>
      </w:r>
    </w:p>
    <w:p>
      <w:pPr>
        <w:jc w:val="right"/>
      </w:pPr>
      <w:r>
        <w:t>The Prophet of Islam has said, "Kullu amrin zi balin lam yubda bi Bismillahir Rahmanir Rahim fahua aqta."</w:t>
      </w:r>
    </w:p>
    <w:p>
      <w:r>
        <w:rPr>
          <w:b/>
        </w:rPr>
        <w:t xml:space="preserve">[22:39] </w:t>
      </w:r>
      <w:r>
        <w:t>Any task any task this is Hadith Rasul saying of the Prophet any task undertaken without Bismillah</w:t>
      </w:r>
    </w:p>
    <w:p>
      <w:pPr>
        <w:jc w:val="right"/>
      </w:pPr>
      <w:r>
        <w:t>Any task any task this is Hadith Rasul saying of the Prophet any task undertaken without Bismillah</w:t>
      </w:r>
    </w:p>
    <w:p>
      <w:r>
        <w:rPr>
          <w:b/>
        </w:rPr>
        <w:t xml:space="preserve">[23:00] </w:t>
      </w:r>
      <w:r>
        <w:t>any task undertaken without Bismillah is rootless</w:t>
      </w:r>
    </w:p>
    <w:p>
      <w:pPr>
        <w:jc w:val="right"/>
      </w:pPr>
      <w:r>
        <w:t>any task undertaken without Bismillah is rootless</w:t>
      </w:r>
    </w:p>
    <w:p>
      <w:r>
        <w:rPr>
          <w:b/>
        </w:rPr>
        <w:t xml:space="preserve">[23:09] </w:t>
      </w:r>
      <w:r>
        <w:t>. Rootless, aqta. Aqta means rootless. Any task undertaken without Bismillah is rootless.</w:t>
      </w:r>
    </w:p>
    <w:p>
      <w:pPr>
        <w:jc w:val="right"/>
      </w:pPr>
      <w:r>
        <w:t>. Rootless, aqta. Aqta means rootless. Any task undertaken without Bismillah is rootless.</w:t>
      </w:r>
    </w:p>
    <w:p>
      <w:r>
        <w:rPr>
          <w:b/>
        </w:rPr>
        <w:t xml:space="preserve">[23:22] </w:t>
      </w:r>
      <w:r>
        <w:t>Rootless means that person will lose the companionship of angels.</w:t>
      </w:r>
    </w:p>
    <w:p>
      <w:pPr>
        <w:jc w:val="right"/>
      </w:pPr>
      <w:r>
        <w:t>Rootless means that person will lose the companionship of angels.</w:t>
      </w:r>
    </w:p>
    <w:p>
      <w:r>
        <w:rPr>
          <w:b/>
        </w:rPr>
        <w:t xml:space="preserve">[23:34] </w:t>
      </w:r>
      <w:r>
        <w:t>He will go to he will find the companionship of Satan. It is the situation of rootless.</w:t>
      </w:r>
    </w:p>
    <w:p>
      <w:pPr>
        <w:jc w:val="right"/>
      </w:pPr>
      <w:r>
        <w:t>He will go to he will find the companionship of Satan. It is the situation of rootless.</w:t>
      </w:r>
    </w:p>
    <w:p>
      <w:r>
        <w:rPr>
          <w:b/>
        </w:rPr>
        <w:t xml:space="preserve">[23:45] </w:t>
      </w:r>
      <w:r>
        <w:t>Now, if you take a copy of the Quran and you start reading, you will find that the very first verse of the Quran is Bismillahir Rahmanir Rahim.</w:t>
      </w:r>
    </w:p>
    <w:p>
      <w:pPr>
        <w:jc w:val="right"/>
      </w:pPr>
      <w:r>
        <w:t>Now, if you take a copy of the Quran and you start reading, you will find that the very first verse of the Quran is Bismillahir Rahmanir Rahim.</w:t>
      </w:r>
    </w:p>
    <w:p>
      <w:r>
        <w:rPr>
          <w:b/>
        </w:rPr>
        <w:t xml:space="preserve">[24:05] </w:t>
      </w:r>
      <w:r>
        <w:t>This is the very first verse of the Quran. Then this verse Bismillahir Rahmanir Rahim is a verse of the Quran.</w:t>
      </w:r>
    </w:p>
    <w:p>
      <w:pPr>
        <w:jc w:val="right"/>
      </w:pPr>
      <w:r>
        <w:t>This is the very first verse of the Quran. Then this verse Bismillahir Rahmanir Rahim is a verse of the Quran.</w:t>
      </w:r>
    </w:p>
    <w:p>
      <w:r>
        <w:rPr>
          <w:b/>
        </w:rPr>
        <w:t xml:space="preserve">[24:18] </w:t>
      </w:r>
      <w:r>
        <w:t>And this verse is repeated in the Quran no less than 114 times.</w:t>
      </w:r>
    </w:p>
    <w:p>
      <w:pPr>
        <w:jc w:val="right"/>
      </w:pPr>
      <w:r>
        <w:t>And this verse is repeated in the Quran no less than 114 times.</w:t>
      </w:r>
    </w:p>
    <w:p>
      <w:r>
        <w:rPr>
          <w:b/>
        </w:rPr>
        <w:t xml:space="preserve">[24:30] </w:t>
      </w:r>
      <w:r>
        <w:t>114 times. This shows that</w:t>
      </w:r>
    </w:p>
    <w:p>
      <w:pPr>
        <w:jc w:val="right"/>
      </w:pPr>
      <w:r>
        <w:t>114 times. This shows that</w:t>
      </w:r>
    </w:p>
    <w:p>
      <w:r>
        <w:rPr>
          <w:b/>
        </w:rPr>
        <w:t xml:space="preserve">[24:39] </w:t>
      </w:r>
      <w:r>
        <w:t>this shows the importance of this verse.</w:t>
      </w:r>
    </w:p>
    <w:p>
      <w:pPr>
        <w:jc w:val="right"/>
      </w:pPr>
      <w:r>
        <w:t>this shows the importance of this verse.</w:t>
      </w:r>
    </w:p>
    <w:p>
      <w:r>
        <w:rPr>
          <w:b/>
        </w:rPr>
        <w:t xml:space="preserve">[24:44] </w:t>
      </w:r>
      <w:r>
        <w:t>This shows the importance of this verse. Now, what is the meaning of this verse?</w:t>
      </w:r>
    </w:p>
    <w:p>
      <w:pPr>
        <w:jc w:val="right"/>
      </w:pPr>
      <w:r>
        <w:t>This shows the importance of this verse. Now, what is the meaning of this verse?</w:t>
      </w:r>
    </w:p>
    <w:p>
      <w:r>
        <w:rPr>
          <w:b/>
        </w:rPr>
        <w:t xml:space="preserve">[24:53] </w:t>
      </w:r>
      <w:r>
        <w:t>Literally, it means, "In the name of God, Most Merciful, Most Compassionate." "In the name of God,</w:t>
      </w:r>
    </w:p>
    <w:p>
      <w:pPr>
        <w:jc w:val="right"/>
      </w:pPr>
      <w:r>
        <w:t>Literally, it means, "In the name of God, Most Merciful, Most Compassionate." "In the name of God,</w:t>
      </w:r>
    </w:p>
    <w:p>
      <w:r>
        <w:rPr>
          <w:b/>
        </w:rPr>
        <w:t xml:space="preserve">[25:09] </w:t>
      </w:r>
      <w:r>
        <w:t>Most Merciful, Most Compassionate."</w:t>
      </w:r>
    </w:p>
    <w:p>
      <w:pPr>
        <w:jc w:val="right"/>
      </w:pPr>
      <w:r>
        <w:t>Most Merciful, Most Compassionate."</w:t>
      </w:r>
    </w:p>
    <w:p>
      <w:r>
        <w:rPr>
          <w:b/>
        </w:rPr>
        <w:t xml:space="preserve">[25:16] </w:t>
      </w:r>
      <w:r>
        <w:t>I wanted to know by Tafsir that is commentary what they say about this verse.</w:t>
      </w:r>
    </w:p>
    <w:p>
      <w:pPr>
        <w:jc w:val="right"/>
      </w:pPr>
      <w:r>
        <w:t>I wanted to know by Tafsir that is commentary what they say about this verse.</w:t>
      </w:r>
    </w:p>
    <w:p>
      <w:r>
        <w:rPr>
          <w:b/>
        </w:rPr>
        <w:t xml:space="preserve">[25:26] </w:t>
      </w:r>
      <w:r>
        <w:t>So, the most authentic Tafsir is Tafsir al-Qurtubi.</w:t>
      </w:r>
    </w:p>
    <w:p>
      <w:pPr>
        <w:jc w:val="right"/>
      </w:pPr>
      <w:r>
        <w:t>So, the most authentic Tafsir is Tafsir al-Qurtubi.</w:t>
      </w:r>
    </w:p>
    <w:p>
      <w:r>
        <w:rPr>
          <w:b/>
        </w:rPr>
        <w:t xml:space="preserve">[25:34] </w:t>
      </w:r>
      <w:r>
        <w:t>It is a very important Tafsir and very comprehensive Tafsir. Tafsir means commentary of the Quran. So, I found that this Mufassir as commentator says that there are 28 28 issues in this Qur'anic verse.</w:t>
      </w:r>
    </w:p>
    <w:p>
      <w:pPr>
        <w:jc w:val="right"/>
      </w:pPr>
      <w:r>
        <w:t>It is a very important Tafsir and very comprehensive Tafsir. Tafsir means commentary of the Quran. So, I found that this Mufassir as commentator says that there are 28 28 issues in this Qur'anic verse.</w:t>
      </w:r>
    </w:p>
    <w:p>
      <w:r>
        <w:rPr>
          <w:b/>
        </w:rPr>
        <w:t xml:space="preserve">[26:04] </w:t>
      </w:r>
      <w:r>
        <w:t>28 issues. What a nonsense. 28 issues means that there is you cannot focus on a single point</w:t>
      </w:r>
    </w:p>
    <w:p>
      <w:pPr>
        <w:jc w:val="right"/>
      </w:pPr>
      <w:r>
        <w:t>28 issues. What a nonsense. 28 issues means that there is you cannot focus on a single point</w:t>
      </w:r>
    </w:p>
    <w:p>
      <w:r>
        <w:rPr>
          <w:b/>
        </w:rPr>
        <w:t xml:space="preserve">[26:19] </w:t>
      </w:r>
      <w:r>
        <w:t>. If someone tells you that this Qur'anic verse has 28th aspect, how can you focus on a single point?</w:t>
      </w:r>
    </w:p>
    <w:p>
      <w:pPr>
        <w:jc w:val="right"/>
      </w:pPr>
      <w:r>
        <w:t>. If someone tells you that this Qur'anic verse has 28th aspect, how can you focus on a single point?</w:t>
      </w:r>
    </w:p>
    <w:p>
      <w:r>
        <w:rPr>
          <w:b/>
        </w:rPr>
        <w:t xml:space="preserve">[26:35] </w:t>
      </w:r>
      <w:r>
        <w:t>So, it becomes meaningless for you.</w:t>
      </w:r>
    </w:p>
    <w:p>
      <w:pPr>
        <w:jc w:val="right"/>
      </w:pPr>
      <w:r>
        <w:t>So, it becomes meaningless for you.</w:t>
      </w:r>
    </w:p>
    <w:p>
      <w:r>
        <w:rPr>
          <w:b/>
        </w:rPr>
        <w:t xml:space="preserve">[26:42] </w:t>
      </w:r>
      <w:r>
        <w:t>For example, the commentator says that there are discussions among commentators that whether</w:t>
      </w:r>
    </w:p>
    <w:p>
      <w:pPr>
        <w:jc w:val="right"/>
      </w:pPr>
      <w:r>
        <w:t>For example, the commentator says that there are discussions among commentators that whether</w:t>
      </w:r>
    </w:p>
    <w:p>
      <w:r>
        <w:rPr>
          <w:b/>
        </w:rPr>
        <w:t xml:space="preserve">[26:58] </w:t>
      </w:r>
      <w:r>
        <w:t>Bismillahir Rahmanir Rahim is a part of Qur'anic chapter or separate from Qur'anic chapter.</w:t>
      </w:r>
    </w:p>
    <w:p>
      <w:pPr>
        <w:jc w:val="right"/>
      </w:pPr>
      <w:r>
        <w:t>Bismillahir Rahmanir Rahim is a part of Qur'anic chapter or separate from Qur'anic chapter.</w:t>
      </w:r>
    </w:p>
    <w:p>
      <w:r>
        <w:rPr>
          <w:b/>
        </w:rPr>
        <w:t xml:space="preserve">[27:07] </w:t>
      </w:r>
      <w:r>
        <w:t>It is a discussion. You know, this Qur'anic verse is written at the beginning of every chapter.</w:t>
      </w:r>
    </w:p>
    <w:p>
      <w:pPr>
        <w:jc w:val="right"/>
      </w:pPr>
      <w:r>
        <w:t>It is a discussion. You know, this Qur'anic verse is written at the beginning of every chapter.</w:t>
      </w:r>
    </w:p>
    <w:p>
      <w:r>
        <w:rPr>
          <w:b/>
        </w:rPr>
        <w:t xml:space="preserve">[27:20] </w:t>
      </w:r>
      <w:r>
        <w:t>So, they are engaged in this discussion that</w:t>
      </w:r>
    </w:p>
    <w:p>
      <w:pPr>
        <w:jc w:val="right"/>
      </w:pPr>
      <w:r>
        <w:t>So, they are engaged in this discussion that</w:t>
      </w:r>
    </w:p>
    <w:p>
      <w:r>
        <w:rPr>
          <w:b/>
        </w:rPr>
        <w:t xml:space="preserve">[27:26] </w:t>
      </w:r>
      <w:r>
        <w:t>Bismillahir Rahmanir Rahim is part of these chapters or it is separate from the chapters.</w:t>
      </w:r>
    </w:p>
    <w:p>
      <w:pPr>
        <w:jc w:val="right"/>
      </w:pPr>
      <w:r>
        <w:t>Bismillahir Rahmanir Rahim is part of these chapters or it is separate from the chapters.</w:t>
      </w:r>
    </w:p>
    <w:p>
      <w:r>
        <w:rPr>
          <w:b/>
        </w:rPr>
        <w:t xml:space="preserve">[27:39] </w:t>
      </w:r>
      <w:r>
        <w:t>Then there is a discussion that what is the meaning of Ar-Rahman ar-Rahim.</w:t>
      </w:r>
    </w:p>
    <w:p>
      <w:pPr>
        <w:jc w:val="right"/>
      </w:pPr>
      <w:r>
        <w:t>Then there is a discussion that what is the meaning of Ar-Rahman ar-Rahim.</w:t>
      </w:r>
    </w:p>
    <w:p>
      <w:r>
        <w:rPr>
          <w:b/>
        </w:rPr>
        <w:t xml:space="preserve">[27:49] </w:t>
      </w:r>
      <w:r>
        <w:t>Ar-Rahman ar-Rahim. There are so many explanations. Some commentators say that Ar-Rahman is a Hebrew word.</w:t>
      </w:r>
    </w:p>
    <w:p>
      <w:pPr>
        <w:jc w:val="right"/>
      </w:pPr>
      <w:r>
        <w:t>Ar-Rahman ar-Rahim. There are so many explanations. Some commentators say that Ar-Rahman is a Hebrew word.</w:t>
      </w:r>
    </w:p>
    <w:p>
      <w:r>
        <w:rPr>
          <w:b/>
        </w:rPr>
        <w:t xml:space="preserve">[27:59] </w:t>
      </w:r>
      <w:r>
        <w:t>Ar-Rahim is an Arabic word.</w:t>
      </w:r>
    </w:p>
    <w:p>
      <w:pPr>
        <w:jc w:val="right"/>
      </w:pPr>
      <w:r>
        <w:t>Ar-Rahim is an Arabic word.</w:t>
      </w:r>
    </w:p>
    <w:p>
      <w:r>
        <w:rPr>
          <w:b/>
        </w:rPr>
        <w:t xml:space="preserve">[28:04] </w:t>
      </w:r>
      <w:r>
        <w:t>Ar-Rahman you know Bismillahir Rahmanir Rahim</w:t>
      </w:r>
    </w:p>
    <w:p>
      <w:pPr>
        <w:jc w:val="right"/>
      </w:pPr>
      <w:r>
        <w:t>Ar-Rahman you know Bismillahir Rahmanir Rahim</w:t>
      </w:r>
    </w:p>
    <w:p>
      <w:r>
        <w:rPr>
          <w:b/>
        </w:rPr>
        <w:t xml:space="preserve">[28:08] </w:t>
      </w:r>
      <w:r>
        <w:t>. There are two words. Both are very similar. So, they say that Ar-Rahman is derived from Hebrew language.</w:t>
      </w:r>
    </w:p>
    <w:p>
      <w:pPr>
        <w:jc w:val="right"/>
      </w:pPr>
      <w:r>
        <w:t>. There are two words. Both are very similar. So, they say that Ar-Rahman is derived from Hebrew language.</w:t>
      </w:r>
    </w:p>
    <w:p>
      <w:r>
        <w:rPr>
          <w:b/>
        </w:rPr>
        <w:t xml:space="preserve">[28:20] </w:t>
      </w:r>
      <w:r>
        <w:t>Ar-Rahim is from Arabic language. Again, I will say it is nonsense. It is nonsense.</w:t>
      </w:r>
    </w:p>
    <w:p>
      <w:pPr>
        <w:jc w:val="right"/>
      </w:pPr>
      <w:r>
        <w:t>Ar-Rahim is from Arabic language. Again, I will say it is nonsense. It is nonsense.</w:t>
      </w:r>
    </w:p>
    <w:p>
      <w:r>
        <w:rPr>
          <w:b/>
        </w:rPr>
        <w:t xml:space="preserve">[28:33] </w:t>
      </w:r>
      <w:r>
        <w:t>There are so many discussions like this. Like this.</w:t>
      </w:r>
    </w:p>
    <w:p>
      <w:pPr>
        <w:jc w:val="right"/>
      </w:pPr>
      <w:r>
        <w:t>There are so many discussions like this. Like this.</w:t>
      </w:r>
    </w:p>
    <w:p>
      <w:r>
        <w:rPr>
          <w:b/>
        </w:rPr>
        <w:t xml:space="preserve">[28:44] </w:t>
      </w:r>
      <w:r>
        <w:t>Now,</w:t>
      </w:r>
    </w:p>
    <w:p>
      <w:pPr>
        <w:jc w:val="right"/>
      </w:pPr>
      <w:r>
        <w:t>Now,</w:t>
      </w:r>
    </w:p>
    <w:p>
      <w:r>
        <w:rPr>
          <w:b/>
        </w:rPr>
        <w:t xml:space="preserve">[28:48] </w:t>
      </w:r>
      <w:r>
        <w:t>I would like to say a few words about this verse Bismillahir Rahmanir Rahim.</w:t>
      </w:r>
    </w:p>
    <w:p>
      <w:pPr>
        <w:jc w:val="right"/>
      </w:pPr>
      <w:r>
        <w:t>I would like to say a few words about this verse Bismillahir Rahmanir Rahim.</w:t>
      </w:r>
    </w:p>
    <w:p>
      <w:r>
        <w:rPr>
          <w:b/>
        </w:rPr>
        <w:t xml:space="preserve">[28:56] </w:t>
      </w:r>
      <w:r>
        <w:t>It means, "In the name of God, Most Merciful, Most Compassionate." Now, in the name of God Bismillah</w:t>
      </w:r>
    </w:p>
    <w:p>
      <w:pPr>
        <w:jc w:val="right"/>
      </w:pPr>
      <w:r>
        <w:t>It means, "In the name of God, Most Merciful, Most Compassionate." Now, in the name of God Bismillah</w:t>
      </w:r>
    </w:p>
    <w:p>
      <w:r>
        <w:rPr>
          <w:b/>
        </w:rPr>
        <w:t xml:space="preserve">[29:13] </w:t>
      </w:r>
      <w:r>
        <w:t>there are two parts of this sentence. There are two parts Bismillah and Ar-Rahmanir Rahim.</w:t>
      </w:r>
    </w:p>
    <w:p>
      <w:pPr>
        <w:jc w:val="right"/>
      </w:pPr>
      <w:r>
        <w:t>there are two parts of this sentence. There are two parts Bismillah and Ar-Rahmanir Rahim.</w:t>
      </w:r>
    </w:p>
    <w:p>
      <w:r>
        <w:rPr>
          <w:b/>
        </w:rPr>
        <w:t xml:space="preserve">[29:22] </w:t>
      </w:r>
      <w:r>
        <w:t>So, you know the first Surah al-Alaq the first Surah revealed to the Prophet was al-Alaq.</w:t>
      </w:r>
    </w:p>
    <w:p>
      <w:pPr>
        <w:jc w:val="right"/>
      </w:pPr>
      <w:r>
        <w:t>So, you know the first Surah al-Alaq the first Surah revealed to the Prophet was al-Alaq.</w:t>
      </w:r>
    </w:p>
    <w:p>
      <w:r>
        <w:rPr>
          <w:b/>
        </w:rPr>
        <w:t xml:space="preserve">[29:35] </w:t>
      </w:r>
      <w:r>
        <w:t>In this Surah, the first verse was</w:t>
      </w:r>
    </w:p>
    <w:p>
      <w:pPr>
        <w:jc w:val="right"/>
      </w:pPr>
      <w:r>
        <w:t>In this Surah, the first verse was</w:t>
      </w:r>
    </w:p>
    <w:p>
      <w:r>
        <w:rPr>
          <w:b/>
        </w:rPr>
        <w:t xml:space="preserve">[29:40] </w:t>
      </w:r>
      <w:r>
        <w:t>Iqra Bism Rabbik alladhi khalaq khalaqal linsan min alaq. Here you can say that Quran has bracketed creation with Allah.</w:t>
      </w:r>
    </w:p>
    <w:p>
      <w:pPr>
        <w:jc w:val="right"/>
      </w:pPr>
      <w:r>
        <w:t>Iqra Bism Rabbik alladhi khalaq khalaqal linsan min alaq. Here you can say that Quran has bracketed creation with Allah.</w:t>
      </w:r>
    </w:p>
    <w:p>
      <w:r>
        <w:rPr>
          <w:b/>
        </w:rPr>
        <w:t xml:space="preserve">[29:56] </w:t>
      </w:r>
      <w:r>
        <w:t>So, Allah means Allah the Creator.</w:t>
      </w:r>
    </w:p>
    <w:p>
      <w:pPr>
        <w:jc w:val="right"/>
      </w:pPr>
      <w:r>
        <w:t>So, Allah means Allah the Creator.</w:t>
      </w:r>
    </w:p>
    <w:p>
      <w:r>
        <w:rPr>
          <w:b/>
        </w:rPr>
        <w:t xml:space="preserve">[30:03] </w:t>
      </w:r>
      <w:r>
        <w:t>Iqra Bism Rabbik alladhi khalaq khalaqal linsan min alaq. Here you can say that Quran mentions the</w:t>
      </w:r>
    </w:p>
    <w:p>
      <w:pPr>
        <w:jc w:val="right"/>
      </w:pPr>
      <w:r>
        <w:t>Iqra Bism Rabbik alladhi khalaq khalaqal linsan min alaq. Here you can say that Quran mentions the</w:t>
      </w:r>
    </w:p>
    <w:p>
      <w:r>
        <w:rPr>
          <w:b/>
        </w:rPr>
        <w:t xml:space="preserve">[30:15] </w:t>
      </w:r>
      <w:r>
        <w:t>attribute of creation to Allah</w:t>
      </w:r>
    </w:p>
    <w:p>
      <w:pPr>
        <w:jc w:val="right"/>
      </w:pPr>
      <w:r>
        <w:t>attribute of creation to Allah</w:t>
      </w:r>
    </w:p>
    <w:p>
      <w:r>
        <w:rPr>
          <w:b/>
        </w:rPr>
        <w:t xml:space="preserve">[30:19] </w:t>
      </w:r>
      <w:r>
        <w:t>. So, Bismillah means in the name of Allah the Creator. In the name of Allah the Creator.</w:t>
      </w:r>
    </w:p>
    <w:p>
      <w:pPr>
        <w:jc w:val="right"/>
      </w:pPr>
      <w:r>
        <w:t>. So, Bismillah means in the name of Allah the Creator. In the name of Allah the Creator.</w:t>
      </w:r>
    </w:p>
    <w:p>
      <w:r>
        <w:rPr>
          <w:b/>
        </w:rPr>
        <w:t xml:space="preserve">[30:31] </w:t>
      </w:r>
      <w:r>
        <w:t>One who has created all these things. Then Ar-Rahmanir Rahim means Merciful, Compassionate.</w:t>
      </w:r>
    </w:p>
    <w:p>
      <w:pPr>
        <w:jc w:val="right"/>
      </w:pPr>
      <w:r>
        <w:t>One who has created all these things. Then Ar-Rahmanir Rahim means Merciful, Compassionate.</w:t>
      </w:r>
    </w:p>
    <w:p>
      <w:r>
        <w:rPr>
          <w:b/>
        </w:rPr>
        <w:t xml:space="preserve">[30:41] </w:t>
      </w:r>
      <w:r>
        <w:t>In this verse in this part of the sentence, Quran mentions that attribute of God which is Ar-Rahma mercy, compassion.</w:t>
      </w:r>
    </w:p>
    <w:p>
      <w:pPr>
        <w:jc w:val="right"/>
      </w:pPr>
      <w:r>
        <w:t>In this verse in this part of the sentence, Quran mentions that attribute of God which is Ar-Rahma mercy, compassion.</w:t>
      </w:r>
    </w:p>
    <w:p>
      <w:r>
        <w:rPr>
          <w:b/>
        </w:rPr>
        <w:t xml:space="preserve">[30:58] </w:t>
      </w:r>
      <w:r>
        <w:t>So, I think that Bismillahir Rahmanir Rahim mentions two more two very, very important attributes of God</w:t>
      </w:r>
    </w:p>
    <w:p>
      <w:pPr>
        <w:jc w:val="right"/>
      </w:pPr>
      <w:r>
        <w:t>So, I think that Bismillahir Rahmanir Rahim mentions two more two very, very important attributes of God</w:t>
      </w:r>
    </w:p>
    <w:p>
      <w:r>
        <w:rPr>
          <w:b/>
        </w:rPr>
        <w:t xml:space="preserve">[31:07] </w:t>
      </w:r>
      <w:r>
        <w:t>. Creation and Merciful.</w:t>
      </w:r>
    </w:p>
    <w:p>
      <w:pPr>
        <w:jc w:val="right"/>
      </w:pPr>
      <w:r>
        <w:t>. Creation and Merciful.</w:t>
      </w:r>
    </w:p>
    <w:p>
      <w:r>
        <w:rPr>
          <w:b/>
        </w:rPr>
        <w:t xml:space="preserve">[31:13] </w:t>
      </w:r>
      <w:r>
        <w:t>God has created all these cosmos the universe, the world, everything. So, God is the Creator.</w:t>
      </w:r>
    </w:p>
    <w:p>
      <w:pPr>
        <w:jc w:val="right"/>
      </w:pPr>
      <w:r>
        <w:t>God has created all these cosmos the universe, the world, everything. So, God is the Creator.</w:t>
      </w:r>
    </w:p>
    <w:p>
      <w:r>
        <w:rPr>
          <w:b/>
        </w:rPr>
        <w:t xml:space="preserve">[31:25] </w:t>
      </w:r>
      <w:r>
        <w:t>Creator.</w:t>
      </w:r>
    </w:p>
    <w:p>
      <w:pPr>
        <w:jc w:val="right"/>
      </w:pPr>
      <w:r>
        <w:t>Creator.</w:t>
      </w:r>
    </w:p>
    <w:p>
      <w:r>
        <w:rPr>
          <w:b/>
        </w:rPr>
        <w:t xml:space="preserve">[31:29] </w:t>
      </w:r>
      <w:r>
        <w:t>And again, God is Merciful, Compassionate. So, these are in this verse Quran mentions two</w:t>
      </w:r>
    </w:p>
    <w:p>
      <w:pPr>
        <w:jc w:val="right"/>
      </w:pPr>
      <w:r>
        <w:t>And again, God is Merciful, Compassionate. So, these are in this verse Quran mentions two</w:t>
      </w:r>
    </w:p>
    <w:p>
      <w:r>
        <w:rPr>
          <w:b/>
        </w:rPr>
        <w:t xml:space="preserve">[31:41] </w:t>
      </w:r>
      <w:r>
        <w:t>important attributes of God</w:t>
      </w:r>
    </w:p>
    <w:p>
      <w:pPr>
        <w:jc w:val="right"/>
      </w:pPr>
      <w:r>
        <w:t>important attributes of God</w:t>
      </w:r>
    </w:p>
    <w:p>
      <w:r>
        <w:rPr>
          <w:b/>
        </w:rPr>
        <w:t xml:space="preserve">[31:46] </w:t>
      </w:r>
      <w:r>
        <w:t>. Now, when you think about God the Creator, you will feel that God is great.</w:t>
      </w:r>
    </w:p>
    <w:p>
      <w:pPr>
        <w:jc w:val="right"/>
      </w:pPr>
      <w:r>
        <w:t>. Now, when you think about God the Creator, you will feel that God is great.</w:t>
      </w:r>
    </w:p>
    <w:p>
      <w:r>
        <w:rPr>
          <w:b/>
        </w:rPr>
        <w:t xml:space="preserve">[32:01] </w:t>
      </w:r>
      <w:r>
        <w:t>God is great because all mankind cannot create a particle, a leaf</w:t>
      </w:r>
    </w:p>
    <w:p>
      <w:pPr>
        <w:jc w:val="right"/>
      </w:pPr>
      <w:r>
        <w:t>God is great because all mankind cannot create a particle, a leaf</w:t>
      </w:r>
    </w:p>
    <w:p>
      <w:r>
        <w:rPr>
          <w:b/>
        </w:rPr>
        <w:t xml:space="preserve">[32:14] </w:t>
      </w:r>
      <w:r>
        <w:t>. We are we have no power to create anything. Creation means</w:t>
      </w:r>
    </w:p>
    <w:p>
      <w:pPr>
        <w:jc w:val="right"/>
      </w:pPr>
      <w:r>
        <w:t>. We are we have no power to create anything. Creation means</w:t>
      </w:r>
    </w:p>
    <w:p>
      <w:r>
        <w:rPr>
          <w:b/>
        </w:rPr>
        <w:t xml:space="preserve">[32:26] </w:t>
      </w:r>
      <w:r>
        <w:t>to create something from nothing. Creation means to create something from nothing. So, who has the power to create something from nothing</w:t>
      </w:r>
    </w:p>
    <w:p>
      <w:pPr>
        <w:jc w:val="right"/>
      </w:pPr>
      <w:r>
        <w:t>to create something from nothing. Creation means to create something from nothing. So, who has the power to create something from nothing</w:t>
      </w:r>
    </w:p>
    <w:p>
      <w:r>
        <w:rPr>
          <w:b/>
        </w:rPr>
        <w:t xml:space="preserve">[32:39] </w:t>
      </w:r>
      <w:r>
        <w:t>? We have no power. So, when you think about</w:t>
      </w:r>
    </w:p>
    <w:p>
      <w:pPr>
        <w:jc w:val="right"/>
      </w:pPr>
      <w:r>
        <w:t>? We have no power. So, when you think about</w:t>
      </w:r>
    </w:p>
    <w:p>
      <w:r>
        <w:rPr>
          <w:b/>
        </w:rPr>
        <w:t xml:space="preserve">[32:47] </w:t>
      </w:r>
      <w:r>
        <w:t>this attribute of God, you will feel that God is great. God is great. God is great. So, you are thrilled with this concept.</w:t>
      </w:r>
    </w:p>
    <w:p>
      <w:pPr>
        <w:jc w:val="right"/>
      </w:pPr>
      <w:r>
        <w:t>this attribute of God, you will feel that God is great. God is great. God is great. So, you are thrilled with this concept.</w:t>
      </w:r>
    </w:p>
    <w:p>
      <w:r>
        <w:rPr>
          <w:b/>
        </w:rPr>
        <w:t xml:space="preserve">[33:02] </w:t>
      </w:r>
      <w:r>
        <w:t>And then when you think about Ar-Rahmanir Rahim, you will</w:t>
      </w:r>
    </w:p>
    <w:p>
      <w:pPr>
        <w:jc w:val="right"/>
      </w:pPr>
      <w:r>
        <w:t>And then when you think about Ar-Rahmanir Rahim, you will</w:t>
      </w:r>
    </w:p>
    <w:p>
      <w:r>
        <w:rPr>
          <w:b/>
        </w:rPr>
        <w:t xml:space="preserve">[33:14] </w:t>
      </w:r>
      <w:r>
        <w:t>experience that attribute of God which is based on Mer</w:t>
      </w:r>
    </w:p>
    <w:p>
      <w:pPr>
        <w:jc w:val="right"/>
      </w:pPr>
      <w:r>
        <w:t>experience that attribute of God which is based on Mer</w:t>
      </w:r>
    </w:p>
    <w:p>
      <w:r>
        <w:rPr>
          <w:b/>
        </w:rPr>
        <w:t xml:space="preserve">[33:21] </w:t>
      </w:r>
      <w:r>
        <w:t>ciful. God is Merciful. So, everything is an expression of mercy, expression of blessing. God created us</w:t>
      </w:r>
    </w:p>
    <w:p>
      <w:pPr>
        <w:jc w:val="right"/>
      </w:pPr>
      <w:r>
        <w:t>ciful. God is Merciful. So, everything is an expression of mercy, expression of blessing. God created us</w:t>
      </w:r>
    </w:p>
    <w:p>
      <w:r>
        <w:rPr>
          <w:b/>
        </w:rPr>
        <w:t xml:space="preserve">[33:33] </w:t>
      </w:r>
      <w:r>
        <w:t>. God created all these the life support system. God created sun and moon and air and mountain and ocean.</w:t>
      </w:r>
    </w:p>
    <w:p>
      <w:pPr>
        <w:jc w:val="right"/>
      </w:pPr>
      <w:r>
        <w:t>. God created all these the life support system. God created sun and moon and air and mountain and ocean.</w:t>
      </w:r>
    </w:p>
    <w:p>
      <w:r>
        <w:rPr>
          <w:b/>
        </w:rPr>
        <w:t xml:space="preserve">[33:45] </w:t>
      </w:r>
      <w:r>
        <w:t>So, all these things are an expression of mercy, expression of blessing. So, in one aspect, God is great.</w:t>
      </w:r>
    </w:p>
    <w:p>
      <w:pPr>
        <w:jc w:val="right"/>
      </w:pPr>
      <w:r>
        <w:t>So, all these things are an expression of mercy, expression of blessing. So, in one aspect, God is great.</w:t>
      </w:r>
    </w:p>
    <w:p>
      <w:r>
        <w:rPr>
          <w:b/>
        </w:rPr>
        <w:t xml:space="preserve">[33:57] </w:t>
      </w:r>
      <w:r>
        <w:t>God is all-powerful</w:t>
      </w:r>
    </w:p>
    <w:p>
      <w:pPr>
        <w:jc w:val="right"/>
      </w:pPr>
      <w:r>
        <w:t>God is all-powerful</w:t>
      </w:r>
    </w:p>
    <w:p>
      <w:r>
        <w:rPr>
          <w:b/>
        </w:rPr>
        <w:t xml:space="preserve">[34:00] </w:t>
      </w:r>
      <w:r>
        <w:t>. In the other aspect, God is Merciful. God is Compassionate. God is Giver and You are Taker.</w:t>
      </w:r>
    </w:p>
    <w:p>
      <w:pPr>
        <w:jc w:val="right"/>
      </w:pPr>
      <w:r>
        <w:t>. In the other aspect, God is Merciful. God is Compassionate. God is Giver and You are Taker.</w:t>
      </w:r>
    </w:p>
    <w:p>
      <w:r>
        <w:rPr>
          <w:b/>
        </w:rPr>
        <w:t xml:space="preserve">[34:13] </w:t>
      </w:r>
      <w:r>
        <w:t>So, these two aspects are very important. So, this gives you a great thrill.</w:t>
      </w:r>
    </w:p>
    <w:p>
      <w:pPr>
        <w:jc w:val="right"/>
      </w:pPr>
      <w:r>
        <w:t>So, these two aspects are very important. So, this gives you a great thrill.</w:t>
      </w:r>
    </w:p>
    <w:p>
      <w:r>
        <w:rPr>
          <w:b/>
        </w:rPr>
        <w:t xml:space="preserve">[34:23] </w:t>
      </w:r>
      <w:r>
        <w:t>Great thrill.</w:t>
      </w:r>
    </w:p>
    <w:p>
      <w:pPr>
        <w:jc w:val="right"/>
      </w:pPr>
      <w:r>
        <w:t>Great thrill.</w:t>
      </w:r>
    </w:p>
    <w:p>
      <w:r>
        <w:rPr>
          <w:b/>
        </w:rPr>
        <w:t xml:space="preserve">[34:27] </w:t>
      </w:r>
      <w:r>
        <w:t>And you surrender before God.</w:t>
      </w:r>
    </w:p>
    <w:p>
      <w:pPr>
        <w:jc w:val="right"/>
      </w:pPr>
      <w:r>
        <w:t>And you surrender before God.</w:t>
      </w:r>
    </w:p>
    <w:p>
      <w:r>
        <w:rPr>
          <w:b/>
        </w:rPr>
        <w:t xml:space="preserve">[34:30] </w:t>
      </w:r>
      <w:r>
        <w:t>When you discover these attributes of God, you surrender before God. You show submission before God.</w:t>
      </w:r>
    </w:p>
    <w:p>
      <w:pPr>
        <w:jc w:val="right"/>
      </w:pPr>
      <w:r>
        <w:t>When you discover these attributes of God, you surrender before God. You show submission before God.</w:t>
      </w:r>
    </w:p>
    <w:p>
      <w:r>
        <w:rPr>
          <w:b/>
        </w:rPr>
        <w:t xml:space="preserve">[34:44] </w:t>
      </w:r>
      <w:r>
        <w:t>So, this is the deep meaning of this sentence. Then you see</w:t>
      </w:r>
    </w:p>
    <w:p>
      <w:pPr>
        <w:jc w:val="right"/>
      </w:pPr>
      <w:r>
        <w:t>So, this is the deep meaning of this sentence. Then you see</w:t>
      </w:r>
    </w:p>
    <w:p>
      <w:r>
        <w:rPr>
          <w:b/>
        </w:rPr>
        <w:t xml:space="preserve">[34:55] </w:t>
      </w:r>
      <w:r>
        <w:t>one other point</w:t>
      </w:r>
    </w:p>
    <w:p>
      <w:pPr>
        <w:jc w:val="right"/>
      </w:pPr>
      <w:r>
        <w:t>one other point</w:t>
      </w:r>
    </w:p>
    <w:p>
      <w:r>
        <w:rPr>
          <w:b/>
        </w:rPr>
        <w:t xml:space="preserve">[34:58] </w:t>
      </w:r>
      <w:r>
        <w:t>. When you utter this verse when you say Bismillahir Rahmanir Rahim, first of all, you experience the power of speech.</w:t>
      </w:r>
    </w:p>
    <w:p>
      <w:pPr>
        <w:jc w:val="right"/>
      </w:pPr>
      <w:r>
        <w:t>. When you utter this verse when you say Bismillahir Rahmanir Rahim, first of all, you experience the power of speech.</w:t>
      </w:r>
    </w:p>
    <w:p>
      <w:r>
        <w:rPr>
          <w:b/>
        </w:rPr>
        <w:t xml:space="preserve">[35:13] </w:t>
      </w:r>
      <w:r>
        <w:t>Power of speech.</w:t>
      </w:r>
    </w:p>
    <w:p>
      <w:pPr>
        <w:jc w:val="right"/>
      </w:pPr>
      <w:r>
        <w:t>Power of speech.</w:t>
      </w:r>
    </w:p>
    <w:p>
      <w:r>
        <w:rPr>
          <w:b/>
        </w:rPr>
        <w:t xml:space="preserve">[35:17] </w:t>
      </w:r>
      <w:r>
        <w:t>You are able to say like this. So, when you say Bismillahir Rahmanir Rahim, you will feel that God has given you power of speech, power of think.</w:t>
      </w:r>
    </w:p>
    <w:p>
      <w:pPr>
        <w:jc w:val="right"/>
      </w:pPr>
      <w:r>
        <w:t>You are able to say like this. So, when you say Bismillahir Rahmanir Rahim, you will feel that God has given you power of speech, power of think.</w:t>
      </w:r>
    </w:p>
    <w:p>
      <w:r>
        <w:rPr>
          <w:b/>
        </w:rPr>
        <w:t xml:space="preserve">[35:35] </w:t>
      </w:r>
      <w:r>
        <w:t>You can think</w:t>
      </w:r>
    </w:p>
    <w:p>
      <w:pPr>
        <w:jc w:val="right"/>
      </w:pPr>
      <w:r>
        <w:t>You can think</w:t>
      </w:r>
    </w:p>
    <w:p>
      <w:r>
        <w:rPr>
          <w:b/>
        </w:rPr>
        <w:t xml:space="preserve">[35:36] </w:t>
      </w:r>
      <w:r>
        <w:t>. You can</w:t>
      </w:r>
    </w:p>
    <w:p>
      <w:pPr>
        <w:jc w:val="right"/>
      </w:pPr>
      <w:r>
        <w:t>. You can</w:t>
      </w:r>
    </w:p>
    <w:p>
      <w:r>
        <w:rPr>
          <w:b/>
        </w:rPr>
        <w:t xml:space="preserve">[35:40] </w:t>
      </w:r>
      <w:r>
        <w:t>you can speech. So, this is a great blessing.</w:t>
      </w:r>
    </w:p>
    <w:p>
      <w:pPr>
        <w:jc w:val="right"/>
      </w:pPr>
      <w:r>
        <w:t>you can speech. So, this is a great blessing.</w:t>
      </w:r>
    </w:p>
    <w:p>
      <w:r>
        <w:rPr>
          <w:b/>
        </w:rPr>
        <w:t xml:space="preserve">[35:47] </w:t>
      </w:r>
      <w:r>
        <w:t>You know, power of speech is a great, great blessing.</w:t>
      </w:r>
    </w:p>
    <w:p>
      <w:pPr>
        <w:jc w:val="right"/>
      </w:pPr>
      <w:r>
        <w:t>You know, power of speech is a great, great blessing.</w:t>
      </w:r>
    </w:p>
    <w:p>
      <w:r>
        <w:rPr>
          <w:b/>
        </w:rPr>
        <w:t xml:space="preserve">[35:56] </w:t>
      </w:r>
      <w:r>
        <w:t>You see on the page and you find that Bismillahir Rahmanir Rahim is written on that page.</w:t>
      </w:r>
    </w:p>
    <w:p>
      <w:pPr>
        <w:jc w:val="right"/>
      </w:pPr>
      <w:r>
        <w:t>You see on the page and you find that Bismillahir Rahmanir Rahim is written on that page.</w:t>
      </w:r>
    </w:p>
    <w:p>
      <w:r>
        <w:rPr>
          <w:b/>
        </w:rPr>
        <w:t xml:space="preserve">[36:05] </w:t>
      </w:r>
      <w:r>
        <w:t>You see by your eye. You observe by your eye. Then you speak Bismillahir Rahmanir Rahim. So, when you read this sentence, you experience that</w:t>
      </w:r>
    </w:p>
    <w:p>
      <w:pPr>
        <w:jc w:val="right"/>
      </w:pPr>
      <w:r>
        <w:t>You see by your eye. You observe by your eye. Then you speak Bismillahir Rahmanir Rahim. So, when you read this sentence, you experience that</w:t>
      </w:r>
    </w:p>
    <w:p>
      <w:r>
        <w:rPr>
          <w:b/>
        </w:rPr>
        <w:t xml:space="preserve">[36:24] </w:t>
      </w:r>
      <w:r>
        <w:t>you experience the great blessing of God</w:t>
      </w:r>
    </w:p>
    <w:p>
      <w:pPr>
        <w:jc w:val="right"/>
      </w:pPr>
      <w:r>
        <w:t>you experience the great blessing of God</w:t>
      </w:r>
    </w:p>
    <w:p>
      <w:r>
        <w:rPr>
          <w:b/>
        </w:rPr>
        <w:t xml:space="preserve">[36:28] </w:t>
      </w:r>
      <w:r>
        <w:t>. God has given you power of speech. God has given you power of thinking. God has given you power of observation.</w:t>
      </w:r>
    </w:p>
    <w:p>
      <w:pPr>
        <w:jc w:val="right"/>
      </w:pPr>
      <w:r>
        <w:t>. God has given you power of speech. God has given you power of thinking. God has given you power of observation.</w:t>
      </w:r>
    </w:p>
    <w:p>
      <w:r>
        <w:rPr>
          <w:b/>
        </w:rPr>
        <w:t xml:space="preserve">[36:41] </w:t>
      </w:r>
      <w:r>
        <w:t>God has given you power of understanding all these things. So, you are</w:t>
      </w:r>
    </w:p>
    <w:p>
      <w:pPr>
        <w:jc w:val="right"/>
      </w:pPr>
      <w:r>
        <w:t>God has given you power of understanding all these things. So, you are</w:t>
      </w:r>
    </w:p>
    <w:p>
      <w:r>
        <w:rPr>
          <w:b/>
        </w:rPr>
        <w:t xml:space="preserve">[36:52] </w:t>
      </w:r>
      <w:r>
        <w:t>you feel yourself thrilled. You find yourself thrilled.</w:t>
      </w:r>
    </w:p>
    <w:p>
      <w:pPr>
        <w:jc w:val="right"/>
      </w:pPr>
      <w:r>
        <w:t>you feel yourself thrilled. You find yourself thrilled.</w:t>
      </w:r>
    </w:p>
    <w:p>
      <w:r>
        <w:rPr>
          <w:b/>
        </w:rPr>
        <w:t xml:space="preserve">[36:59] </w:t>
      </w:r>
      <w:r>
        <w:t>So, this is the discovery of God.</w:t>
      </w:r>
    </w:p>
    <w:p>
      <w:pPr>
        <w:jc w:val="right"/>
      </w:pPr>
      <w:r>
        <w:t>So, this is the discovery of God.</w:t>
      </w:r>
    </w:p>
    <w:p>
      <w:r>
        <w:rPr>
          <w:b/>
        </w:rPr>
        <w:t xml:space="preserve">[37:02] </w:t>
      </w:r>
      <w:r>
        <w:t>This is the realization of God.</w:t>
      </w:r>
    </w:p>
    <w:p>
      <w:pPr>
        <w:jc w:val="right"/>
      </w:pPr>
      <w:r>
        <w:t>This is the realization of God.</w:t>
      </w:r>
    </w:p>
    <w:p>
      <w:r>
        <w:rPr>
          <w:b/>
        </w:rPr>
        <w:t xml:space="preserve">[37:09] </w:t>
      </w:r>
      <w:r>
        <w:t>Then I would like to say that Bismillahir Rahmanir Rahim has so many other aspects.</w:t>
      </w:r>
    </w:p>
    <w:p>
      <w:pPr>
        <w:jc w:val="right"/>
      </w:pPr>
      <w:r>
        <w:t>Then I would like to say that Bismillahir Rahmanir Rahim has so many other aspects.</w:t>
      </w:r>
    </w:p>
    <w:p>
      <w:r>
        <w:rPr>
          <w:b/>
        </w:rPr>
        <w:t xml:space="preserve">[37:19] </w:t>
      </w:r>
      <w:r>
        <w:t>When you say, "In the name of God the Creator," you feel that I am helpless and God is I am Taker and God is Giver.</w:t>
      </w:r>
    </w:p>
    <w:p>
      <w:pPr>
        <w:jc w:val="right"/>
      </w:pPr>
      <w:r>
        <w:t>When you say, "In the name of God the Creator," you feel that I am helpless and God is I am Taker and God is Giver.</w:t>
      </w:r>
    </w:p>
    <w:p>
      <w:r>
        <w:rPr>
          <w:b/>
        </w:rPr>
        <w:t xml:space="preserve">[37:36] </w:t>
      </w:r>
      <w:r>
        <w:t>All those blessings you receive from God, all those things you have in this world, all were supplied by God.</w:t>
      </w:r>
    </w:p>
    <w:p>
      <w:pPr>
        <w:jc w:val="right"/>
      </w:pPr>
      <w:r>
        <w:t>All those blessings you receive from God, all those things you have in this world, all were supplied by God.</w:t>
      </w:r>
    </w:p>
    <w:p>
      <w:r>
        <w:rPr>
          <w:b/>
        </w:rPr>
        <w:t xml:space="preserve">[37:52] </w:t>
      </w:r>
      <w:r>
        <w:t>Sun and moon and oxygen and air and water and everything. All those life support systems were provided were supplied by God.</w:t>
      </w:r>
    </w:p>
    <w:p>
      <w:pPr>
        <w:jc w:val="right"/>
      </w:pPr>
      <w:r>
        <w:t>Sun and moon and oxygen and air and water and everything. All those life support systems were provided were supplied by God.</w:t>
      </w:r>
    </w:p>
    <w:p>
      <w:r>
        <w:rPr>
          <w:b/>
        </w:rPr>
        <w:t xml:space="preserve">[38:06] </w:t>
      </w:r>
      <w:r>
        <w:t>So, this gives you a sense of modesty. Modesty. When you think that God is Giver and I am Taker, all the blessings come from God.</w:t>
      </w:r>
    </w:p>
    <w:p>
      <w:pPr>
        <w:jc w:val="right"/>
      </w:pPr>
      <w:r>
        <w:t>So, this gives you a sense of modesty. Modesty. When you think that God is Giver and I am Taker, all the blessings come from God.</w:t>
      </w:r>
    </w:p>
    <w:p>
      <w:r>
        <w:rPr>
          <w:b/>
        </w:rPr>
        <w:t xml:space="preserve">[38:23] </w:t>
      </w:r>
      <w:r>
        <w:t>I am helpless and God is powerful. So, this feeling gives you a sense of modesty.</w:t>
      </w:r>
    </w:p>
    <w:p>
      <w:pPr>
        <w:jc w:val="right"/>
      </w:pPr>
      <w:r>
        <w:t>I am helpless and God is powerful. So, this feeling gives you a sense of modesty.</w:t>
      </w:r>
    </w:p>
    <w:p>
      <w:r>
        <w:rPr>
          <w:b/>
        </w:rPr>
        <w:t xml:space="preserve">[38:35] </w:t>
      </w:r>
      <w:r>
        <w:t>Modesty. And modesty is the greatest virtue for a human being. Without modesty, you cannot build a healthy society.</w:t>
      </w:r>
    </w:p>
    <w:p>
      <w:pPr>
        <w:jc w:val="right"/>
      </w:pPr>
      <w:r>
        <w:t>Modesty. And modesty is the greatest virtue for a human being. Without modesty, you cannot build a healthy society.</w:t>
      </w:r>
    </w:p>
    <w:p>
      <w:r>
        <w:rPr>
          <w:b/>
        </w:rPr>
        <w:t xml:space="preserve">[38:53] </w:t>
      </w:r>
      <w:r>
        <w:t>Healthy society means the combination of those persons who live in modesty. Without modesty, there is no healthy society.</w:t>
      </w:r>
    </w:p>
    <w:p>
      <w:pPr>
        <w:jc w:val="right"/>
      </w:pPr>
      <w:r>
        <w:t>Healthy society means the combination of those persons who live in modesty. Without modesty, there is no healthy society.</w:t>
      </w:r>
    </w:p>
    <w:p>
      <w:r>
        <w:rPr>
          <w:b/>
        </w:rPr>
        <w:t xml:space="preserve">[39:07] </w:t>
      </w:r>
      <w:r>
        <w:t>Otherwise, the society will be anarchic and everywhere</w:t>
      </w:r>
    </w:p>
    <w:p>
      <w:pPr>
        <w:jc w:val="right"/>
      </w:pPr>
      <w:r>
        <w:t>Otherwise, the society will be anarchic and everywhere</w:t>
      </w:r>
    </w:p>
    <w:p>
      <w:r>
        <w:rPr>
          <w:b/>
        </w:rPr>
        <w:t xml:space="preserve">[39:16] </w:t>
      </w:r>
      <w:r>
        <w:t>you will see anarchy. Here I will give you an example from the Islamic history.</w:t>
      </w:r>
    </w:p>
    <w:p>
      <w:pPr>
        <w:jc w:val="right"/>
      </w:pPr>
      <w:r>
        <w:t>you will see anarchy. Here I will give you an example from the Islamic history.</w:t>
      </w:r>
    </w:p>
    <w:p>
      <w:r>
        <w:rPr>
          <w:b/>
        </w:rPr>
        <w:t xml:space="preserve">[39:28] </w:t>
      </w:r>
      <w:r>
        <w:t>The virtue the value of modesty. What is the value of modesty?</w:t>
      </w:r>
    </w:p>
    <w:p>
      <w:pPr>
        <w:jc w:val="right"/>
      </w:pPr>
      <w:r>
        <w:t>The virtue the value of modesty. What is the value of modesty?</w:t>
      </w:r>
    </w:p>
    <w:p>
      <w:r>
        <w:rPr>
          <w:b/>
        </w:rPr>
        <w:t xml:space="preserve">[39:34] </w:t>
      </w:r>
      <w:r>
        <w:t>To build a healthy society. So, what happened</w:t>
      </w:r>
    </w:p>
    <w:p>
      <w:pPr>
        <w:jc w:val="right"/>
      </w:pPr>
      <w:r>
        <w:t>To build a healthy society. So, what happened</w:t>
      </w:r>
    </w:p>
    <w:p>
      <w:r>
        <w:rPr>
          <w:b/>
        </w:rPr>
        <w:t xml:space="preserve">[39:43] </w:t>
      </w:r>
      <w:r>
        <w:t>when Prophet of Islam died in 632? At that time, he was in Madinah.</w:t>
      </w:r>
    </w:p>
    <w:p>
      <w:pPr>
        <w:jc w:val="right"/>
      </w:pPr>
      <w:r>
        <w:t>when Prophet of Islam died in 632? At that time, he was in Madinah.</w:t>
      </w:r>
    </w:p>
    <w:p>
      <w:r>
        <w:rPr>
          <w:b/>
        </w:rPr>
        <w:t xml:space="preserve">[39:53] </w:t>
      </w:r>
      <w:r>
        <w:t>So, after his death, there was a question.</w:t>
      </w:r>
    </w:p>
    <w:p>
      <w:pPr>
        <w:jc w:val="right"/>
      </w:pPr>
      <w:r>
        <w:t>So, after his death, there was a question.</w:t>
      </w:r>
    </w:p>
    <w:p>
      <w:r>
        <w:rPr>
          <w:b/>
        </w:rPr>
        <w:t xml:space="preserve">[40:00] </w:t>
      </w:r>
      <w:r>
        <w:t>Who is going to be successor of the Prophet</w:t>
      </w:r>
    </w:p>
    <w:p>
      <w:pPr>
        <w:jc w:val="right"/>
      </w:pPr>
      <w:r>
        <w:t>Who is going to be successor of the Prophet</w:t>
      </w:r>
    </w:p>
    <w:p>
      <w:r>
        <w:rPr>
          <w:b/>
        </w:rPr>
        <w:t xml:space="preserve">[40:04] </w:t>
      </w:r>
      <w:r>
        <w:t>? At that time, Madinah was a society. It was a center of state.</w:t>
      </w:r>
    </w:p>
    <w:p>
      <w:pPr>
        <w:jc w:val="right"/>
      </w:pPr>
      <w:r>
        <w:t>? At that time, Madinah was a society. It was a center of state.</w:t>
      </w:r>
    </w:p>
    <w:p>
      <w:r>
        <w:rPr>
          <w:b/>
        </w:rPr>
        <w:t xml:space="preserve">[40:13] </w:t>
      </w:r>
      <w:r>
        <w:t>So, all minds were in this</w:t>
      </w:r>
    </w:p>
    <w:p>
      <w:pPr>
        <w:jc w:val="right"/>
      </w:pPr>
      <w:r>
        <w:t>So, all minds were in this</w:t>
      </w:r>
    </w:p>
    <w:p>
      <w:r>
        <w:rPr>
          <w:b/>
        </w:rPr>
        <w:t xml:space="preserve">[40:20] </w:t>
      </w:r>
      <w:r>
        <w:t>wanted to know who is the successor of the Prophet which we call Amirul Mumineen or Khalifa?</w:t>
      </w:r>
    </w:p>
    <w:p>
      <w:pPr>
        <w:jc w:val="right"/>
      </w:pPr>
      <w:r>
        <w:t>wanted to know who is the successor of the Prophet which we call Amirul Mumineen or Khalifa?</w:t>
      </w:r>
    </w:p>
    <w:p>
      <w:r>
        <w:rPr>
          <w:b/>
        </w:rPr>
        <w:t xml:space="preserve">[40:33] </w:t>
      </w:r>
      <w:r>
        <w:t>So, who is going to be successor of the Prophet of Islam?</w:t>
      </w:r>
    </w:p>
    <w:p>
      <w:pPr>
        <w:jc w:val="right"/>
      </w:pPr>
      <w:r>
        <w:t>So, who is going to be successor of the Prophet of Islam?</w:t>
      </w:r>
    </w:p>
    <w:p>
      <w:r>
        <w:rPr>
          <w:b/>
        </w:rPr>
        <w:t xml:space="preserve">[40:37] </w:t>
      </w:r>
      <w:r>
        <w:t>So, at that time in Madinah, there were two different groups. Muhajir and Ansar. Muhajir means immigrants.</w:t>
      </w:r>
    </w:p>
    <w:p>
      <w:pPr>
        <w:jc w:val="right"/>
      </w:pPr>
      <w:r>
        <w:t>So, at that time in Madinah, there were two different groups. Muhajir and Ansar. Muhajir means immigrants.</w:t>
      </w:r>
    </w:p>
    <w:p>
      <w:r>
        <w:rPr>
          <w:b/>
        </w:rPr>
        <w:t xml:space="preserve">[40:47] </w:t>
      </w:r>
      <w:r>
        <w:t>Immigrant Muslims. And Ansar means local Muslims. So, these were two groups. Immigrant Muslims and local Muslims.</w:t>
      </w:r>
    </w:p>
    <w:p>
      <w:pPr>
        <w:jc w:val="right"/>
      </w:pPr>
      <w:r>
        <w:t>Immigrant Muslims. And Ansar means local Muslims. So, these were two groups. Immigrant Muslims and local Muslims.</w:t>
      </w:r>
    </w:p>
    <w:p>
      <w:r>
        <w:rPr>
          <w:b/>
        </w:rPr>
        <w:t xml:space="preserve">[41:00] </w:t>
      </w:r>
      <w:r>
        <w:t>Muhajir and Ansar. So, what happened?</w:t>
      </w:r>
    </w:p>
    <w:p>
      <w:pPr>
        <w:jc w:val="right"/>
      </w:pPr>
      <w:r>
        <w:t>Muhajir and Ansar. So, what happened?</w:t>
      </w:r>
    </w:p>
    <w:p>
      <w:r>
        <w:rPr>
          <w:b/>
        </w:rPr>
        <w:t xml:space="preserve">[41:08] </w:t>
      </w:r>
      <w:r>
        <w:t>Some people said some people from Ansar,</w:t>
      </w:r>
    </w:p>
    <w:p>
      <w:pPr>
        <w:jc w:val="right"/>
      </w:pPr>
      <w:r>
        <w:t>Some people said some people from Ansar,</w:t>
      </w:r>
    </w:p>
    <w:p>
      <w:r>
        <w:rPr>
          <w:b/>
        </w:rPr>
        <w:t xml:space="preserve">[41:16] </w:t>
      </w:r>
      <w:r>
        <w:t>they said that, "Minna Amirun wa minkum Amir." You know, there were at that time there were two very distinguished leaders in both the groups.</w:t>
      </w:r>
    </w:p>
    <w:p>
      <w:pPr>
        <w:jc w:val="right"/>
      </w:pPr>
      <w:r>
        <w:t>they said that, "Minna Amirun wa minkum Amir." You know, there were at that time there were two very distinguished leaders in both the groups.</w:t>
      </w:r>
    </w:p>
    <w:p>
      <w:r>
        <w:rPr>
          <w:b/>
        </w:rPr>
        <w:t xml:space="preserve">[41:30] </w:t>
      </w:r>
      <w:r>
        <w:t>In Muhajir group, it was Syedna Abu Bakr. And in Ansar group, it was Saad ibn Abadah.</w:t>
      </w:r>
    </w:p>
    <w:p>
      <w:pPr>
        <w:jc w:val="right"/>
      </w:pPr>
      <w:r>
        <w:t>In Muhajir group, it was Syedna Abu Bakr. And in Ansar group, it was Saad ibn Abadah.</w:t>
      </w:r>
    </w:p>
    <w:p>
      <w:r>
        <w:rPr>
          <w:b/>
        </w:rPr>
        <w:t xml:space="preserve">[41:42] </w:t>
      </w:r>
      <w:r>
        <w:t>These two were very, very able persons and both were leaders of their group</w:t>
      </w:r>
    </w:p>
    <w:p>
      <w:pPr>
        <w:jc w:val="right"/>
      </w:pPr>
      <w:r>
        <w:t>These two were very, very able persons and both were leaders of their group</w:t>
      </w:r>
    </w:p>
    <w:p>
      <w:r>
        <w:rPr>
          <w:b/>
        </w:rPr>
        <w:t xml:space="preserve">[41:56] </w:t>
      </w:r>
      <w:r>
        <w:t>. Abu Bakr Siddiq and Saad ibn Abadah. So, some people from Ansar said that, "Minna Amirun wa minkum Amir." We have to appoint two leaders.</w:t>
      </w:r>
    </w:p>
    <w:p>
      <w:pPr>
        <w:jc w:val="right"/>
      </w:pPr>
      <w:r>
        <w:t>. Abu Bakr Siddiq and Saad ibn Abadah. So, some people from Ansar said that, "Minna Amirun wa minkum Amir." We have to appoint two leaders.</w:t>
      </w:r>
    </w:p>
    <w:p>
      <w:r>
        <w:rPr>
          <w:b/>
        </w:rPr>
        <w:t xml:space="preserve">[42:11] </w:t>
      </w:r>
      <w:r>
        <w:t>Two Amir or two Khalifa. "Minna Amirun wa minkum Amir." Amir means</w:t>
      </w:r>
    </w:p>
    <w:p>
      <w:pPr>
        <w:jc w:val="right"/>
      </w:pPr>
      <w:r>
        <w:t>Two Amir or two Khalifa. "Minna Amirun wa minkum Amir." Amir means</w:t>
      </w:r>
    </w:p>
    <w:p>
      <w:r>
        <w:rPr>
          <w:b/>
        </w:rPr>
        <w:t xml:space="preserve">[42:22] </w:t>
      </w:r>
      <w:r>
        <w:t>head head of the society, head of the system.</w:t>
      </w:r>
    </w:p>
    <w:p>
      <w:pPr>
        <w:jc w:val="right"/>
      </w:pPr>
      <w:r>
        <w:t>head head of the society, head of the system.</w:t>
      </w:r>
    </w:p>
    <w:p>
      <w:r>
        <w:rPr>
          <w:b/>
        </w:rPr>
        <w:t xml:space="preserve">[42:32] </w:t>
      </w:r>
      <w:r>
        <w:t>One Amir from us, one Amir from you. One Amir from Muhajir and one Amir from Ansar. It means that Abu Bakr and Saad ibn Abadah both</w:t>
      </w:r>
    </w:p>
    <w:p>
      <w:pPr>
        <w:jc w:val="right"/>
      </w:pPr>
      <w:r>
        <w:t>One Amir from us, one Amir from you. One Amir from Muhajir and one Amir from Ansar. It means that Abu Bakr and Saad ibn Abadah both</w:t>
      </w:r>
    </w:p>
    <w:p>
      <w:r>
        <w:rPr>
          <w:b/>
        </w:rPr>
        <w:t xml:space="preserve">[42:49] </w:t>
      </w:r>
      <w:r>
        <w:t>saw at that time Abu Bakr Siddiq who was very senior a senior Sahabi, he said that it is not possible.</w:t>
      </w:r>
    </w:p>
    <w:p>
      <w:pPr>
        <w:jc w:val="right"/>
      </w:pPr>
      <w:r>
        <w:t>saw at that time Abu Bakr Siddiq who was very senior a senior Sahabi, he said that it is not possible.</w:t>
      </w:r>
    </w:p>
    <w:p>
      <w:r>
        <w:rPr>
          <w:b/>
        </w:rPr>
        <w:t xml:space="preserve">[43:04] </w:t>
      </w:r>
      <w:r>
        <w:t>No system can afford two heads.</w:t>
      </w:r>
    </w:p>
    <w:p>
      <w:pPr>
        <w:jc w:val="right"/>
      </w:pPr>
      <w:r>
        <w:t>No system can afford two heads.</w:t>
      </w:r>
    </w:p>
    <w:p>
      <w:r>
        <w:rPr>
          <w:b/>
        </w:rPr>
        <w:t xml:space="preserve">[43:09] </w:t>
      </w:r>
      <w:r>
        <w:t>Headship cannot be divided. We need only one head. Otherwise, we cannot establish a society, a united society.</w:t>
      </w:r>
    </w:p>
    <w:p>
      <w:pPr>
        <w:jc w:val="right"/>
      </w:pPr>
      <w:r>
        <w:t>Headship cannot be divided. We need only one head. Otherwise, we cannot establish a society, a united society.</w:t>
      </w:r>
    </w:p>
    <w:p>
      <w:r>
        <w:rPr>
          <w:b/>
        </w:rPr>
        <w:t xml:space="preserve">[43:24] </w:t>
      </w:r>
      <w:r>
        <w:t>So, he said that it is not a feasible formula. It is a workable formula. It is simply a slogan.</w:t>
      </w:r>
    </w:p>
    <w:p>
      <w:pPr>
        <w:jc w:val="right"/>
      </w:pPr>
      <w:r>
        <w:t>So, he said that it is not a feasible formula. It is a workable formula. It is simply a slogan.</w:t>
      </w:r>
    </w:p>
    <w:p>
      <w:r>
        <w:rPr>
          <w:b/>
        </w:rPr>
        <w:t xml:space="preserve">[43:34] </w:t>
      </w:r>
      <w:r>
        <w:t>So, what happened?</w:t>
      </w:r>
    </w:p>
    <w:p>
      <w:pPr>
        <w:jc w:val="right"/>
      </w:pPr>
      <w:r>
        <w:t>So, what happened?</w:t>
      </w:r>
    </w:p>
    <w:p>
      <w:r>
        <w:rPr>
          <w:b/>
        </w:rPr>
        <w:t xml:space="preserve">[43:37] </w:t>
      </w:r>
      <w:r>
        <w:t>Saad ibn Abadah receded. Receded. He never claimed.</w:t>
      </w:r>
    </w:p>
    <w:p>
      <w:pPr>
        <w:jc w:val="right"/>
      </w:pPr>
      <w:r>
        <w:t>Saad ibn Abadah receded. Receded. He never claimed.</w:t>
      </w:r>
    </w:p>
    <w:p>
      <w:r>
        <w:rPr>
          <w:b/>
        </w:rPr>
        <w:t xml:space="preserve">[43:48] </w:t>
      </w:r>
      <w:r>
        <w:t>Why? Because he is a modest person. Although he was intelligent although he was an intelligent, a very able person he was having all those leadership qualities.</w:t>
      </w:r>
    </w:p>
    <w:p>
      <w:pPr>
        <w:jc w:val="right"/>
      </w:pPr>
      <w:r>
        <w:t>Why? Because he is a modest person. Although he was intelligent although he was an intelligent, a very able person he was having all those leadership qualities.</w:t>
      </w:r>
    </w:p>
    <w:p>
      <w:r>
        <w:rPr>
          <w:b/>
        </w:rPr>
        <w:t xml:space="preserve">[44:04] </w:t>
      </w:r>
      <w:r>
        <w:t>He was having</w:t>
      </w:r>
    </w:p>
    <w:p>
      <w:pPr>
        <w:jc w:val="right"/>
      </w:pPr>
      <w:r>
        <w:t>He was having</w:t>
      </w:r>
    </w:p>
    <w:p>
      <w:r>
        <w:rPr>
          <w:b/>
        </w:rPr>
        <w:t xml:space="preserve">[44:08] </w:t>
      </w:r>
      <w:r>
        <w:t>a followership among Ansars. There were so many followers of Saad ibn Abadah.</w:t>
      </w:r>
    </w:p>
    <w:p>
      <w:pPr>
        <w:jc w:val="right"/>
      </w:pPr>
      <w:r>
        <w:t>a followership among Ansars. There were so many followers of Saad ibn Abadah.</w:t>
      </w:r>
    </w:p>
    <w:p>
      <w:r>
        <w:rPr>
          <w:b/>
        </w:rPr>
        <w:t xml:space="preserve">[44:19] </w:t>
      </w:r>
      <w:r>
        <w:t>But he was a modest person.</w:t>
      </w:r>
    </w:p>
    <w:p>
      <w:pPr>
        <w:jc w:val="right"/>
      </w:pPr>
      <w:r>
        <w:t>But he was a modest person.</w:t>
      </w:r>
    </w:p>
    <w:p>
      <w:r>
        <w:rPr>
          <w:b/>
        </w:rPr>
        <w:t xml:space="preserve">[44:24] </w:t>
      </w:r>
      <w:r>
        <w:t>He was a true Mumin. He was a true believer. So, he was a modest person. Due to his modesty, he receded.</w:t>
      </w:r>
    </w:p>
    <w:p>
      <w:pPr>
        <w:jc w:val="right"/>
      </w:pPr>
      <w:r>
        <w:t>He was a true Mumin. He was a true believer. So, he was a modest person. Due to his modesty, he receded.</w:t>
      </w:r>
    </w:p>
    <w:p>
      <w:r>
        <w:rPr>
          <w:b/>
        </w:rPr>
        <w:t xml:space="preserve">[44:34] </w:t>
      </w:r>
      <w:r>
        <w:t>And then people were</w:t>
      </w:r>
    </w:p>
    <w:p>
      <w:pPr>
        <w:jc w:val="right"/>
      </w:pPr>
      <w:r>
        <w:t>And then people were</w:t>
      </w:r>
    </w:p>
    <w:p>
      <w:r>
        <w:rPr>
          <w:b/>
        </w:rPr>
        <w:t xml:space="preserve">[44:41] </w:t>
      </w:r>
      <w:r>
        <w:t>then Abu Bakr Siddiq was selected easily for the office of</w:t>
      </w:r>
    </w:p>
    <w:p>
      <w:pPr>
        <w:jc w:val="right"/>
      </w:pPr>
      <w:r>
        <w:t>then Abu Bakr Siddiq was selected easily for the office of</w:t>
      </w:r>
    </w:p>
    <w:p>
      <w:r>
        <w:rPr>
          <w:b/>
        </w:rPr>
        <w:t xml:space="preserve">[44:54] </w:t>
      </w:r>
      <w:r>
        <w:t>Khalifa. So, he became Khalifa or Amirul Mumineen. This was the result of modesty.</w:t>
      </w:r>
    </w:p>
    <w:p>
      <w:pPr>
        <w:jc w:val="right"/>
      </w:pPr>
      <w:r>
        <w:t>Khalifa. So, he became Khalifa or Amirul Mumineen. This was the result of modesty.</w:t>
      </w:r>
    </w:p>
    <w:p>
      <w:r>
        <w:rPr>
          <w:b/>
        </w:rPr>
        <w:t xml:space="preserve">[45:09] </w:t>
      </w:r>
      <w:r>
        <w:t>Without modesty, it cannot happen without modesty.</w:t>
      </w:r>
    </w:p>
    <w:p>
      <w:pPr>
        <w:jc w:val="right"/>
      </w:pPr>
      <w:r>
        <w:t>Without modesty, it cannot happen without modesty.</w:t>
      </w:r>
    </w:p>
    <w:p>
      <w:r>
        <w:rPr>
          <w:b/>
        </w:rPr>
        <w:t xml:space="preserve">[45:18] </w:t>
      </w:r>
      <w:r>
        <w:t>The alternative to modesty is anarchy in fighting, war, fassad.</w:t>
      </w:r>
    </w:p>
    <w:p>
      <w:pPr>
        <w:jc w:val="right"/>
      </w:pPr>
      <w:r>
        <w:t>The alternative to modesty is anarchy in fighting, war, fassad.</w:t>
      </w:r>
    </w:p>
    <w:p>
      <w:r>
        <w:rPr>
          <w:b/>
        </w:rPr>
        <w:t xml:space="preserve">[45:32] </w:t>
      </w:r>
      <w:r>
        <w:t>But modesty saved Muslims from being victims of these</w:t>
      </w:r>
    </w:p>
    <w:p>
      <w:pPr>
        <w:jc w:val="right"/>
      </w:pPr>
      <w:r>
        <w:t>But modesty saved Muslims from being victims of these</w:t>
      </w:r>
    </w:p>
    <w:p>
      <w:r>
        <w:rPr>
          <w:b/>
        </w:rPr>
        <w:t xml:space="preserve">[45:42] </w:t>
      </w:r>
      <w:r>
        <w:t>corruptions. So, modesty is very important. So, Bismillah inculcates in you in you the spirit of modesty.</w:t>
      </w:r>
    </w:p>
    <w:p>
      <w:pPr>
        <w:jc w:val="right"/>
      </w:pPr>
      <w:r>
        <w:t>corruptions. So, modesty is very important. So, Bismillah inculcates in you in you the spirit of modesty.</w:t>
      </w:r>
    </w:p>
    <w:p>
      <w:r>
        <w:rPr>
          <w:b/>
        </w:rPr>
        <w:t xml:space="preserve">[45:58] </w:t>
      </w:r>
      <w:r>
        <w:t>Spirit of modesty. When you think God is great, God is the Creator, so you feel you inculcate in yourself modesty.</w:t>
      </w:r>
    </w:p>
    <w:p>
      <w:pPr>
        <w:jc w:val="right"/>
      </w:pPr>
      <w:r>
        <w:t>Spirit of modesty. When you think God is great, God is the Creator, so you feel you inculcate in yourself modesty.</w:t>
      </w:r>
    </w:p>
    <w:p>
      <w:r>
        <w:rPr>
          <w:b/>
        </w:rPr>
        <w:t xml:space="preserve">[46:15] </w:t>
      </w:r>
      <w:r>
        <w:t>And modesty is the highest value. Then let us take the second part of this</w:t>
      </w:r>
    </w:p>
    <w:p>
      <w:pPr>
        <w:jc w:val="right"/>
      </w:pPr>
      <w:r>
        <w:t>And modesty is the highest value. Then let us take the second part of this</w:t>
      </w:r>
    </w:p>
    <w:p>
      <w:r>
        <w:rPr>
          <w:b/>
        </w:rPr>
        <w:t xml:space="preserve">[46:27] </w:t>
      </w:r>
      <w:r>
        <w:t>sentence. That is Ar-Rahman Ar-Rahim. Ar-Rahman Ar-Rahim means most merciful, most compassionate.</w:t>
      </w:r>
    </w:p>
    <w:p>
      <w:pPr>
        <w:jc w:val="right"/>
      </w:pPr>
      <w:r>
        <w:t>sentence. That is Ar-Rahman Ar-Rahim. Ar-Rahman Ar-Rahim means most merciful, most compassionate.</w:t>
      </w:r>
    </w:p>
    <w:p>
      <w:r>
        <w:rPr>
          <w:b/>
        </w:rPr>
        <w:t xml:space="preserve">[46:37] </w:t>
      </w:r>
      <w:r>
        <w:t>This reminds you that God is Giver. God is Giver. You are Receiver.</w:t>
      </w:r>
    </w:p>
    <w:p>
      <w:pPr>
        <w:jc w:val="right"/>
      </w:pPr>
      <w:r>
        <w:t>This reminds you that God is Giver. God is Giver. You are Receiver.</w:t>
      </w:r>
    </w:p>
    <w:p>
      <w:r>
        <w:rPr>
          <w:b/>
        </w:rPr>
        <w:t xml:space="preserve">[46:46] </w:t>
      </w:r>
      <w:r>
        <w:t>You are Taker.</w:t>
      </w:r>
    </w:p>
    <w:p>
      <w:pPr>
        <w:jc w:val="right"/>
      </w:pPr>
      <w:r>
        <w:t>You are Taker.</w:t>
      </w:r>
    </w:p>
    <w:p>
      <w:r>
        <w:rPr>
          <w:b/>
        </w:rPr>
        <w:t xml:space="preserve">[46:50] </w:t>
      </w:r>
      <w:r>
        <w:t>So, it gives you a conviction that in this world, you are not alone. God is with you with all His blessings.</w:t>
      </w:r>
    </w:p>
    <w:p>
      <w:pPr>
        <w:jc w:val="right"/>
      </w:pPr>
      <w:r>
        <w:t>So, it gives you a conviction that in this world, you are not alone. God is with you with all His blessings.</w:t>
      </w:r>
    </w:p>
    <w:p>
      <w:r>
        <w:rPr>
          <w:b/>
        </w:rPr>
        <w:t xml:space="preserve">[47:04] </w:t>
      </w:r>
      <w:r>
        <w:t>In this world of problems, you are not alone. God is with you with all His compassion, with all His mercy, with all His blessings.</w:t>
      </w:r>
    </w:p>
    <w:p>
      <w:pPr>
        <w:jc w:val="right"/>
      </w:pPr>
      <w:r>
        <w:t>In this world of problems, you are not alone. God is with you with all His compassion, with all His mercy, with all His blessings.</w:t>
      </w:r>
    </w:p>
    <w:p>
      <w:r>
        <w:rPr>
          <w:b/>
        </w:rPr>
        <w:t xml:space="preserve">[47:21] </w:t>
      </w:r>
      <w:r>
        <w:t>So, this gives you</w:t>
      </w:r>
    </w:p>
    <w:p>
      <w:pPr>
        <w:jc w:val="right"/>
      </w:pPr>
      <w:r>
        <w:t>So, this gives you</w:t>
      </w:r>
    </w:p>
    <w:p>
      <w:r>
        <w:rPr>
          <w:b/>
        </w:rPr>
        <w:t xml:space="preserve">[47:26] </w:t>
      </w:r>
      <w:r>
        <w:t>a conviction</w:t>
      </w:r>
    </w:p>
    <w:p>
      <w:pPr>
        <w:jc w:val="right"/>
      </w:pPr>
      <w:r>
        <w:t>a conviction</w:t>
      </w:r>
    </w:p>
    <w:p>
      <w:r>
        <w:rPr>
          <w:b/>
        </w:rPr>
        <w:t xml:space="preserve">[47:28] </w:t>
      </w:r>
      <w:r>
        <w:t>. And conviction is very important in life for every human being, men and women both.</w:t>
      </w:r>
    </w:p>
    <w:p>
      <w:pPr>
        <w:jc w:val="right"/>
      </w:pPr>
      <w:r>
        <w:t>. And conviction is very important in life for every human being, men and women both.</w:t>
      </w:r>
    </w:p>
    <w:p>
      <w:r>
        <w:rPr>
          <w:b/>
        </w:rPr>
        <w:t xml:space="preserve">[47:41] </w:t>
      </w:r>
      <w:r>
        <w:t>Here, I would like to give you again some examples to illustrate this point.</w:t>
      </w:r>
    </w:p>
    <w:p>
      <w:pPr>
        <w:jc w:val="right"/>
      </w:pPr>
      <w:r>
        <w:t>Here, I would like to give you again some examples to illustrate this point.</w:t>
      </w:r>
    </w:p>
    <w:p>
      <w:r>
        <w:rPr>
          <w:b/>
        </w:rPr>
        <w:t xml:space="preserve">[47:51] </w:t>
      </w:r>
      <w:r>
        <w:t>You know, the Prophet of Islam</w:t>
      </w:r>
    </w:p>
    <w:p>
      <w:pPr>
        <w:jc w:val="right"/>
      </w:pPr>
      <w:r>
        <w:t>You know, the Prophet of Islam</w:t>
      </w:r>
    </w:p>
    <w:p>
      <w:r>
        <w:rPr>
          <w:b/>
        </w:rPr>
        <w:t xml:space="preserve">[47:57] </w:t>
      </w:r>
      <w:r>
        <w:t>started his mission in Makkah in 610 AD. But there were some problems. There were atrocities.</w:t>
      </w:r>
    </w:p>
    <w:p>
      <w:pPr>
        <w:jc w:val="right"/>
      </w:pPr>
      <w:r>
        <w:t>started his mission in Makkah in 610 AD. But there were some problems. There were atrocities.</w:t>
      </w:r>
    </w:p>
    <w:p>
      <w:r>
        <w:rPr>
          <w:b/>
        </w:rPr>
        <w:t xml:space="preserve">[48:10] </w:t>
      </w:r>
      <w:r>
        <w:t>Few people accepted his message. But the majority became hostile. But the majority turned hostile.</w:t>
      </w:r>
    </w:p>
    <w:p>
      <w:pPr>
        <w:jc w:val="right"/>
      </w:pPr>
      <w:r>
        <w:t>Few people accepted his message. But the majority became hostile. But the majority turned hostile.</w:t>
      </w:r>
    </w:p>
    <w:p>
      <w:r>
        <w:rPr>
          <w:b/>
        </w:rPr>
        <w:t xml:space="preserve">[48:21] </w:t>
      </w:r>
      <w:r>
        <w:t>Even they wanted to kill the Prophet of Islam.</w:t>
      </w:r>
    </w:p>
    <w:p>
      <w:pPr>
        <w:jc w:val="right"/>
      </w:pPr>
      <w:r>
        <w:t>Even they wanted to kill the Prophet of Islam.</w:t>
      </w:r>
    </w:p>
    <w:p>
      <w:r>
        <w:rPr>
          <w:b/>
        </w:rPr>
        <w:t xml:space="preserve">[48:25] </w:t>
      </w:r>
      <w:r>
        <w:t>So, under these circumstances,</w:t>
      </w:r>
    </w:p>
    <w:p>
      <w:pPr>
        <w:jc w:val="right"/>
      </w:pPr>
      <w:r>
        <w:t>So, under these circumstances,</w:t>
      </w:r>
    </w:p>
    <w:p>
      <w:r>
        <w:rPr>
          <w:b/>
        </w:rPr>
        <w:t xml:space="preserve">[48:33] </w:t>
      </w:r>
      <w:r>
        <w:t>there were two options before Prophets. Either to go to fighting or to migrate to Makkah. So, he opted for this option.</w:t>
      </w:r>
    </w:p>
    <w:p>
      <w:pPr>
        <w:jc w:val="right"/>
      </w:pPr>
      <w:r>
        <w:t>there were two options before Prophets. Either to go to fighting or to migrate to Makkah. So, he opted for this option.</w:t>
      </w:r>
    </w:p>
    <w:p>
      <w:r>
        <w:rPr>
          <w:b/>
        </w:rPr>
        <w:t xml:space="preserve">[48:44] </w:t>
      </w:r>
      <w:r>
        <w:t>He migrated from Makkah and settled in Madinah. So, it was a very, very crucial journey.</w:t>
      </w:r>
    </w:p>
    <w:p>
      <w:pPr>
        <w:jc w:val="right"/>
      </w:pPr>
      <w:r>
        <w:t>He migrated from Makkah and settled in Madinah. So, it was a very, very crucial journey.</w:t>
      </w:r>
    </w:p>
    <w:p>
      <w:r>
        <w:rPr>
          <w:b/>
        </w:rPr>
        <w:t xml:space="preserve">[48:56] </w:t>
      </w:r>
      <w:r>
        <w:t>Very, very crucial journey. There were three miles' distance between Makkah and Madinah. So, when he was travelling, he came to know that they are pursuing enemies pursuing him.</w:t>
      </w:r>
    </w:p>
    <w:p>
      <w:pPr>
        <w:jc w:val="right"/>
      </w:pPr>
      <w:r>
        <w:t>Very, very crucial journey. There were three miles' distance between Makkah and Madinah. So, when he was travelling, he came to know that they are pursuing enemies pursuing him.</w:t>
      </w:r>
    </w:p>
    <w:p>
      <w:r>
        <w:rPr>
          <w:b/>
        </w:rPr>
        <w:t xml:space="preserve">[49:15] </w:t>
      </w:r>
      <w:r>
        <w:t>They wanted to kill him in the way to Makkah before reaching to Madinah.</w:t>
      </w:r>
    </w:p>
    <w:p>
      <w:pPr>
        <w:jc w:val="right"/>
      </w:pPr>
      <w:r>
        <w:t>They wanted to kill him in the way to Makkah before reaching to Madinah.</w:t>
      </w:r>
    </w:p>
    <w:p>
      <w:r>
        <w:rPr>
          <w:b/>
        </w:rPr>
        <w:t xml:space="preserve">[49:29] </w:t>
      </w:r>
      <w:r>
        <w:t>They wanted to kill him before reaching to Madinah. So, Prophet</w:t>
      </w:r>
    </w:p>
    <w:p>
      <w:pPr>
        <w:jc w:val="right"/>
      </w:pPr>
      <w:r>
        <w:t>They wanted to kill him before reaching to Madinah. So, Prophet</w:t>
      </w:r>
    </w:p>
    <w:p>
      <w:r>
        <w:rPr>
          <w:b/>
        </w:rPr>
        <w:t xml:space="preserve">[49:38] </w:t>
      </w:r>
      <w:r>
        <w:t>stayed in a cave. There was a</w:t>
      </w:r>
    </w:p>
    <w:p>
      <w:pPr>
        <w:jc w:val="right"/>
      </w:pPr>
      <w:r>
        <w:t>stayed in a cave. There was a</w:t>
      </w:r>
    </w:p>
    <w:p>
      <w:r>
        <w:rPr>
          <w:b/>
        </w:rPr>
        <w:t xml:space="preserve">[49:46] </w:t>
      </w:r>
      <w:r>
        <w:t>mountain, Jabal-e-Saur. Jabal-e-Saur, Mountain of Saur.</w:t>
      </w:r>
    </w:p>
    <w:p>
      <w:pPr>
        <w:jc w:val="right"/>
      </w:pPr>
      <w:r>
        <w:t>mountain, Jabal-e-Saur. Jabal-e-Saur, Mountain of Saur.</w:t>
      </w:r>
    </w:p>
    <w:p>
      <w:r>
        <w:rPr>
          <w:b/>
        </w:rPr>
        <w:t xml:space="preserve">[50:00] </w:t>
      </w:r>
      <w:r>
        <w:t>S-A-U-R</w:t>
      </w:r>
    </w:p>
    <w:p>
      <w:pPr>
        <w:jc w:val="right"/>
      </w:pPr>
      <w:r>
        <w:t>S-A-U-R</w:t>
      </w:r>
    </w:p>
    <w:p>
      <w:r>
        <w:rPr>
          <w:b/>
        </w:rPr>
        <w:t xml:space="preserve">[50:02] </w:t>
      </w:r>
      <w:r>
        <w:t>. So, he took refuge in a cave in this mountain.</w:t>
      </w:r>
    </w:p>
    <w:p>
      <w:pPr>
        <w:jc w:val="right"/>
      </w:pPr>
      <w:r>
        <w:t>. So, he took refuge in a cave in this mountain.</w:t>
      </w:r>
    </w:p>
    <w:p>
      <w:r>
        <w:rPr>
          <w:b/>
        </w:rPr>
        <w:t xml:space="preserve">[50:11] </w:t>
      </w:r>
      <w:r>
        <w:t>But</w:t>
      </w:r>
    </w:p>
    <w:p>
      <w:pPr>
        <w:jc w:val="right"/>
      </w:pPr>
      <w:r>
        <w:t>But</w:t>
      </w:r>
    </w:p>
    <w:p>
      <w:r>
        <w:rPr>
          <w:b/>
        </w:rPr>
        <w:t xml:space="preserve">[50:15] </w:t>
      </w:r>
      <w:r>
        <w:t>those enemies reached to that place also. So, his companion at that time, he was accompanying only one person, Abu Bakr Siddiq.</w:t>
      </w:r>
    </w:p>
    <w:p>
      <w:pPr>
        <w:jc w:val="right"/>
      </w:pPr>
      <w:r>
        <w:t>those enemies reached to that place also. So, his companion at that time, he was accompanying only one person, Abu Bakr Siddiq.</w:t>
      </w:r>
    </w:p>
    <w:p>
      <w:r>
        <w:rPr>
          <w:b/>
        </w:rPr>
        <w:t xml:space="preserve">[50:30] </w:t>
      </w:r>
      <w:r>
        <w:t>So, there were two only. So, Abu Bakr Siddiq saw Abu Bakr Siddiq noticed that they have reached here.</w:t>
      </w:r>
    </w:p>
    <w:p>
      <w:pPr>
        <w:jc w:val="right"/>
      </w:pPr>
      <w:r>
        <w:t>So, there were two only. So, Abu Bakr Siddiq saw Abu Bakr Siddiq noticed that they have reached here.</w:t>
      </w:r>
    </w:p>
    <w:p>
      <w:r>
        <w:rPr>
          <w:b/>
        </w:rPr>
        <w:t xml:space="preserve">[50:40] </w:t>
      </w:r>
      <w:r>
        <w:t>They are standing at the mouth of the cave.</w:t>
      </w:r>
    </w:p>
    <w:p>
      <w:pPr>
        <w:jc w:val="right"/>
      </w:pPr>
      <w:r>
        <w:t>They are standing at the mouth of the cave.</w:t>
      </w:r>
    </w:p>
    <w:p>
      <w:r>
        <w:rPr>
          <w:b/>
        </w:rPr>
        <w:t xml:space="preserve">[50:45] </w:t>
      </w:r>
      <w:r>
        <w:t>He said, "O Prophet, they reached here also. You see, they are at the mouth of this cave standing over there."</w:t>
      </w:r>
    </w:p>
    <w:p>
      <w:pPr>
        <w:jc w:val="right"/>
      </w:pPr>
      <w:r>
        <w:t>He said, "O Prophet, they reached here also. You see, they are at the mouth of this cave standing over there."</w:t>
      </w:r>
    </w:p>
    <w:p>
      <w:r>
        <w:rPr>
          <w:b/>
        </w:rPr>
        <w:t xml:space="preserve">[50:58] </w:t>
      </w:r>
      <w:r>
        <w:t>The Prophet said,</w:t>
      </w:r>
    </w:p>
    <w:p>
      <w:pPr>
        <w:jc w:val="right"/>
      </w:pPr>
      <w:r>
        <w:t>The Prophet said,</w:t>
      </w:r>
    </w:p>
    <w:p>
      <w:r>
        <w:rPr>
          <w:b/>
        </w:rPr>
        <w:t xml:space="preserve">[51:04] </w:t>
      </w:r>
      <w:r>
        <w:t>"La tahzan innallaha maana." It is mentioned in the Quran. "La tahzan innallaha maana."</w:t>
      </w:r>
    </w:p>
    <w:p>
      <w:pPr>
        <w:jc w:val="right"/>
      </w:pPr>
      <w:r>
        <w:t>"La tahzan innallaha maana." It is mentioned in the Quran. "La tahzan innallaha maana."</w:t>
      </w:r>
    </w:p>
    <w:p>
      <w:r>
        <w:rPr>
          <w:b/>
        </w:rPr>
        <w:t xml:space="preserve">[51:16] </w:t>
      </w:r>
      <w:r>
        <w:t>"Don't fear. God is with us.</w:t>
      </w:r>
    </w:p>
    <w:p>
      <w:pPr>
        <w:jc w:val="right"/>
      </w:pPr>
      <w:r>
        <w:t>"Don't fear. God is with us.</w:t>
      </w:r>
    </w:p>
    <w:p>
      <w:r>
        <w:rPr>
          <w:b/>
        </w:rPr>
        <w:t xml:space="preserve">[51:21] </w:t>
      </w:r>
      <w:r>
        <w:t>God is with us."</w:t>
      </w:r>
    </w:p>
    <w:p>
      <w:pPr>
        <w:jc w:val="right"/>
      </w:pPr>
      <w:r>
        <w:t>God is with us."</w:t>
      </w:r>
    </w:p>
    <w:p>
      <w:r>
        <w:rPr>
          <w:b/>
        </w:rPr>
        <w:t xml:space="preserve">[51:28] </w:t>
      </w:r>
      <w:r>
        <w:t>So, this was the</w:t>
      </w:r>
    </w:p>
    <w:p>
      <w:pPr>
        <w:jc w:val="right"/>
      </w:pPr>
      <w:r>
        <w:t>So, this was the</w:t>
      </w:r>
    </w:p>
    <w:p>
      <w:r>
        <w:rPr>
          <w:b/>
        </w:rPr>
        <w:t xml:space="preserve">[51:33] </w:t>
      </w:r>
      <w:r>
        <w:t>how Prophet was able to see like this? Because of conviction.</w:t>
      </w:r>
    </w:p>
    <w:p>
      <w:pPr>
        <w:jc w:val="right"/>
      </w:pPr>
      <w:r>
        <w:t>how Prophet was able to see like this? Because of conviction.</w:t>
      </w:r>
    </w:p>
    <w:p>
      <w:r>
        <w:rPr>
          <w:b/>
        </w:rPr>
        <w:t xml:space="preserve">[51:43] </w:t>
      </w:r>
      <w:r>
        <w:t>Conviction.</w:t>
      </w:r>
    </w:p>
    <w:p>
      <w:pPr>
        <w:jc w:val="right"/>
      </w:pPr>
      <w:r>
        <w:t>Conviction.</w:t>
      </w:r>
    </w:p>
    <w:p>
      <w:r>
        <w:rPr>
          <w:b/>
        </w:rPr>
        <w:t xml:space="preserve">[51:45] </w:t>
      </w:r>
      <w:r>
        <w:t>So, conviction is very, very important in our life. Every time we face some crisis, our life is full of crisis.</w:t>
      </w:r>
    </w:p>
    <w:p>
      <w:pPr>
        <w:jc w:val="right"/>
      </w:pPr>
      <w:r>
        <w:t>So, conviction is very, very important in our life. Every time we face some crisis, our life is full of crisis.</w:t>
      </w:r>
    </w:p>
    <w:p>
      <w:r>
        <w:rPr>
          <w:b/>
        </w:rPr>
        <w:t xml:space="preserve">[51:57] </w:t>
      </w:r>
      <w:r>
        <w:t>Our life is full of crisis, full of problems, full of danger, full of risks.</w:t>
      </w:r>
    </w:p>
    <w:p>
      <w:pPr>
        <w:jc w:val="right"/>
      </w:pPr>
      <w:r>
        <w:t>Our life is full of crisis, full of problems, full of danger, full of risks.</w:t>
      </w:r>
    </w:p>
    <w:p>
      <w:r>
        <w:rPr>
          <w:b/>
        </w:rPr>
        <w:t xml:space="preserve">[52:07] </w:t>
      </w:r>
      <w:r>
        <w:t>So, at that time, we need a source of conviction</w:t>
      </w:r>
    </w:p>
    <w:p>
      <w:pPr>
        <w:jc w:val="right"/>
      </w:pPr>
      <w:r>
        <w:t>So, at that time, we need a source of conviction</w:t>
      </w:r>
    </w:p>
    <w:p>
      <w:r>
        <w:rPr>
          <w:b/>
        </w:rPr>
        <w:t xml:space="preserve">[52:14] </w:t>
      </w:r>
      <w:r>
        <w:t>. Otherwise, we cannot stand in this world.</w:t>
      </w:r>
    </w:p>
    <w:p>
      <w:pPr>
        <w:jc w:val="right"/>
      </w:pPr>
      <w:r>
        <w:t>. Otherwise, we cannot stand in this world.</w:t>
      </w:r>
    </w:p>
    <w:p>
      <w:r>
        <w:rPr>
          <w:b/>
        </w:rPr>
        <w:t xml:space="preserve">[52:20] </w:t>
      </w:r>
      <w:r>
        <w:t>So, belief in God who is Rahman Ar-Rahim, who is merciful and compassionate, is a source of conviction for every man and woman in this world.</w:t>
      </w:r>
    </w:p>
    <w:p>
      <w:pPr>
        <w:jc w:val="right"/>
      </w:pPr>
      <w:r>
        <w:t>So, belief in God who is Rahman Ar-Rahim, who is merciful and compassionate, is a source of conviction for every man and woman in this world.</w:t>
      </w:r>
    </w:p>
    <w:p>
      <w:r>
        <w:rPr>
          <w:b/>
        </w:rPr>
        <w:t xml:space="preserve">[52:40] </w:t>
      </w:r>
      <w:r>
        <w:t>Here, I would like to add a very relevant story.</w:t>
      </w:r>
    </w:p>
    <w:p>
      <w:pPr>
        <w:jc w:val="right"/>
      </w:pPr>
      <w:r>
        <w:t>Here, I would like to add a very relevant story.</w:t>
      </w:r>
    </w:p>
    <w:p>
      <w:r>
        <w:rPr>
          <w:b/>
        </w:rPr>
        <w:t xml:space="preserve">[52:49] </w:t>
      </w:r>
      <w:r>
        <w:t>Sometime, a ship sailed from</w:t>
      </w:r>
    </w:p>
    <w:p>
      <w:pPr>
        <w:jc w:val="right"/>
      </w:pPr>
      <w:r>
        <w:t>Sometime, a ship sailed from</w:t>
      </w:r>
    </w:p>
    <w:p>
      <w:r>
        <w:rPr>
          <w:b/>
        </w:rPr>
        <w:t xml:space="preserve">[52:55] </w:t>
      </w:r>
      <w:r>
        <w:t>the American coast to Africa. You know, between Africa and America, there is the Atlantic Ocean.</w:t>
      </w:r>
    </w:p>
    <w:p>
      <w:pPr>
        <w:jc w:val="right"/>
      </w:pPr>
      <w:r>
        <w:t>the American coast to Africa. You know, between Africa and America, there is the Atlantic Ocean.</w:t>
      </w:r>
    </w:p>
    <w:p>
      <w:r>
        <w:rPr>
          <w:b/>
        </w:rPr>
        <w:t xml:space="preserve">[53:05] </w:t>
      </w:r>
      <w:r>
        <w:t>So, this ship was sailing in the Atlantic to reach Africa. So, during this journey, there was a storm.</w:t>
      </w:r>
    </w:p>
    <w:p>
      <w:pPr>
        <w:jc w:val="right"/>
      </w:pPr>
      <w:r>
        <w:t>So, this ship was sailing in the Atlantic to reach Africa. So, during this journey, there was a storm.</w:t>
      </w:r>
    </w:p>
    <w:p>
      <w:r>
        <w:rPr>
          <w:b/>
        </w:rPr>
        <w:t xml:space="preserve">[53:21] </w:t>
      </w:r>
      <w:r>
        <w:t>The ship was caught with the storm. There was jolt. It was a very dangerous situation. So, one passenger says that one passenger narrates a story that during this jolt and this storm,</w:t>
      </w:r>
    </w:p>
    <w:p>
      <w:pPr>
        <w:jc w:val="right"/>
      </w:pPr>
      <w:r>
        <w:t>The ship was caught with the storm. There was jolt. It was a very dangerous situation. So, one passenger says that one passenger narrates a story that during this jolt and this storm,</w:t>
      </w:r>
    </w:p>
    <w:p>
      <w:r>
        <w:rPr>
          <w:b/>
        </w:rPr>
        <w:t xml:space="preserve">[53:41] </w:t>
      </w:r>
      <w:r>
        <w:t>everyone was in fear. Everyone was living in anxiety. So, he says that this passenger says that he was</w:t>
      </w:r>
    </w:p>
    <w:p>
      <w:pPr>
        <w:jc w:val="right"/>
      </w:pPr>
      <w:r>
        <w:t>everyone was in fear. Everyone was living in anxiety. So, he says that this passenger says that he was</w:t>
      </w:r>
    </w:p>
    <w:p>
      <w:r>
        <w:rPr>
          <w:b/>
        </w:rPr>
        <w:t xml:space="preserve">[53:59] </w:t>
      </w:r>
      <w:r>
        <w:t>running in the ship</w:t>
      </w:r>
    </w:p>
    <w:p>
      <w:pPr>
        <w:jc w:val="right"/>
      </w:pPr>
      <w:r>
        <w:t>running in the ship</w:t>
      </w:r>
    </w:p>
    <w:p>
      <w:r>
        <w:rPr>
          <w:b/>
        </w:rPr>
        <w:t xml:space="preserve">[54:05] </w:t>
      </w:r>
      <w:r>
        <w:t>. "I noticed that in a corner of that ship, there is a little girl sitting in the corner and playing with dolls." This little girl was at that moment of crisis.</w:t>
      </w:r>
    </w:p>
    <w:p>
      <w:pPr>
        <w:jc w:val="right"/>
      </w:pPr>
      <w:r>
        <w:t>. "I noticed that in a corner of that ship, there is a little girl sitting in the corner and playing with dolls." This little girl was at that moment of crisis.</w:t>
      </w:r>
    </w:p>
    <w:p>
      <w:r>
        <w:rPr>
          <w:b/>
        </w:rPr>
        <w:t xml:space="preserve">[54:28] </w:t>
      </w:r>
      <w:r>
        <w:t>That little girl was playing with her dolls. So, this passenger said to this girl, "Do you know what is happening in this ship</w:t>
      </w:r>
    </w:p>
    <w:p>
      <w:pPr>
        <w:jc w:val="right"/>
      </w:pPr>
      <w:r>
        <w:t>That little girl was playing with her dolls. So, this passenger said to this girl, "Do you know what is happening in this ship</w:t>
      </w:r>
    </w:p>
    <w:p>
      <w:r>
        <w:rPr>
          <w:b/>
        </w:rPr>
        <w:t xml:space="preserve">[54:44] </w:t>
      </w:r>
      <w:r>
        <w:t>?" She said, "What?" He said that, "Our ship has caught a storm.</w:t>
      </w:r>
    </w:p>
    <w:p>
      <w:pPr>
        <w:jc w:val="right"/>
      </w:pPr>
      <w:r>
        <w:t>?" She said, "What?" He said that, "Our ship has caught a storm.</w:t>
      </w:r>
    </w:p>
    <w:p>
      <w:r>
        <w:rPr>
          <w:b/>
        </w:rPr>
        <w:t xml:space="preserve">[54:54] </w:t>
      </w:r>
      <w:r>
        <w:t>We are going to sink. Our ship is going to sink.</w:t>
      </w:r>
    </w:p>
    <w:p>
      <w:pPr>
        <w:jc w:val="right"/>
      </w:pPr>
      <w:r>
        <w:t>We are going to sink. Our ship is going to sink.</w:t>
      </w:r>
    </w:p>
    <w:p>
      <w:r>
        <w:rPr>
          <w:b/>
        </w:rPr>
        <w:t xml:space="preserve">[54:58] </w:t>
      </w:r>
      <w:r>
        <w:t>We are in danger."</w:t>
      </w:r>
    </w:p>
    <w:p>
      <w:pPr>
        <w:jc w:val="right"/>
      </w:pPr>
      <w:r>
        <w:t>We are in danger."</w:t>
      </w:r>
    </w:p>
    <w:p>
      <w:r>
        <w:rPr>
          <w:b/>
        </w:rPr>
        <w:t xml:space="preserve">[55:03] </w:t>
      </w:r>
      <w:r>
        <w:t>So, that girl said, "Don't fear.</w:t>
      </w:r>
    </w:p>
    <w:p>
      <w:pPr>
        <w:jc w:val="right"/>
      </w:pPr>
      <w:r>
        <w:t>So, that girl said, "Don't fear.</w:t>
      </w:r>
    </w:p>
    <w:p>
      <w:r>
        <w:rPr>
          <w:b/>
        </w:rPr>
        <w:t xml:space="preserve">[55:11] </w:t>
      </w:r>
      <w:r>
        <w:t>The captain of this ship is my father is the captain of this ship." That little girl said because the little girl has great faith upon her father.</w:t>
      </w:r>
    </w:p>
    <w:p>
      <w:pPr>
        <w:jc w:val="right"/>
      </w:pPr>
      <w:r>
        <w:t>The captain of this ship is my father is the captain of this ship." That little girl said because the little girl has great faith upon her father.</w:t>
      </w:r>
    </w:p>
    <w:p>
      <w:r>
        <w:rPr>
          <w:b/>
        </w:rPr>
        <w:t xml:space="preserve">[55:27] </w:t>
      </w:r>
      <w:r>
        <w:t>She said that, "My father is the captain of this ship</w:t>
      </w:r>
    </w:p>
    <w:p>
      <w:pPr>
        <w:jc w:val="right"/>
      </w:pPr>
      <w:r>
        <w:t>She said that, "My father is the captain of this ship</w:t>
      </w:r>
    </w:p>
    <w:p>
      <w:r>
        <w:rPr>
          <w:b/>
        </w:rPr>
        <w:t xml:space="preserve">[55:35] </w:t>
      </w:r>
      <w:r>
        <w:t>. He is not going to let it sink. My father is the captain of this ship.</w:t>
      </w:r>
    </w:p>
    <w:p>
      <w:pPr>
        <w:jc w:val="right"/>
      </w:pPr>
      <w:r>
        <w:t>. He is not going to let it sink. My father is the captain of this ship.</w:t>
      </w:r>
    </w:p>
    <w:p>
      <w:r>
        <w:rPr>
          <w:b/>
        </w:rPr>
        <w:t xml:space="preserve">[55:45] </w:t>
      </w:r>
      <w:r>
        <w:t>He is not going to let it sink." This is conviction.</w:t>
      </w:r>
    </w:p>
    <w:p>
      <w:pPr>
        <w:jc w:val="right"/>
      </w:pPr>
      <w:r>
        <w:t>He is not going to let it sink." This is conviction.</w:t>
      </w:r>
    </w:p>
    <w:p>
      <w:r>
        <w:rPr>
          <w:b/>
        </w:rPr>
        <w:t xml:space="preserve">[55:54] </w:t>
      </w:r>
      <w:r>
        <w:t>So, a believer, a true believer feels that God is the captain of my ship.</w:t>
      </w:r>
    </w:p>
    <w:p>
      <w:pPr>
        <w:jc w:val="right"/>
      </w:pPr>
      <w:r>
        <w:t>So, a believer, a true believer feels that God is the captain of my ship.</w:t>
      </w:r>
    </w:p>
    <w:p>
      <w:r>
        <w:rPr>
          <w:b/>
        </w:rPr>
        <w:t xml:space="preserve">[56:06] </w:t>
      </w:r>
      <w:r>
        <w:t>A true believer has this conviction. A true believer lives in this conviction that God is the captain of my ship.</w:t>
      </w:r>
    </w:p>
    <w:p>
      <w:pPr>
        <w:jc w:val="right"/>
      </w:pPr>
      <w:r>
        <w:t>A true believer has this conviction. A true believer lives in this conviction that God is the captain of my ship.</w:t>
      </w:r>
    </w:p>
    <w:p>
      <w:r>
        <w:rPr>
          <w:b/>
        </w:rPr>
        <w:t xml:space="preserve">[56:21] </w:t>
      </w:r>
      <w:r>
        <w:t>So, he is not going to let it sink. This formula we find in this sentence, Ar-Rahman Ar-Rahim.</w:t>
      </w:r>
    </w:p>
    <w:p>
      <w:pPr>
        <w:jc w:val="right"/>
      </w:pPr>
      <w:r>
        <w:t>So, he is not going to let it sink. This formula we find in this sentence, Ar-Rahman Ar-Rahim.</w:t>
      </w:r>
    </w:p>
    <w:p>
      <w:r>
        <w:rPr>
          <w:b/>
        </w:rPr>
        <w:t xml:space="preserve">[56:32] </w:t>
      </w:r>
      <w:r>
        <w:t>God God is Rahman. God is Rahim, most merciful, most compassionate. And also, He is powerful.</w:t>
      </w:r>
    </w:p>
    <w:p>
      <w:pPr>
        <w:jc w:val="right"/>
      </w:pPr>
      <w:r>
        <w:t>God God is Rahman. God is Rahim, most merciful, most compassionate. And also, He is powerful.</w:t>
      </w:r>
    </w:p>
    <w:p>
      <w:r>
        <w:rPr>
          <w:b/>
        </w:rPr>
        <w:t xml:space="preserve">[56:46] </w:t>
      </w:r>
      <w:r>
        <w:t>At that at once. And God is all-powerful. God is all-powerful. At the same time, He is all-merciful.</w:t>
      </w:r>
    </w:p>
    <w:p>
      <w:pPr>
        <w:jc w:val="right"/>
      </w:pPr>
      <w:r>
        <w:t>At that at once. And God is all-powerful. God is all-powerful. At the same time, He is all-merciful.</w:t>
      </w:r>
    </w:p>
    <w:p>
      <w:r>
        <w:rPr>
          <w:b/>
        </w:rPr>
        <w:t xml:space="preserve">[57:00] </w:t>
      </w:r>
      <w:r>
        <w:t>This sentence gives you this belief, this notion that God is all-powerful.</w:t>
      </w:r>
    </w:p>
    <w:p>
      <w:pPr>
        <w:jc w:val="right"/>
      </w:pPr>
      <w:r>
        <w:t>This sentence gives you this belief, this notion that God is all-powerful.</w:t>
      </w:r>
    </w:p>
    <w:p>
      <w:r>
        <w:rPr>
          <w:b/>
        </w:rPr>
        <w:t xml:space="preserve">[57:10] </w:t>
      </w:r>
      <w:r>
        <w:t>At the same time, God is all-merciful. This is a source of conviction of a believer.</w:t>
      </w:r>
    </w:p>
    <w:p>
      <w:pPr>
        <w:jc w:val="right"/>
      </w:pPr>
      <w:r>
        <w:t>At the same time, God is all-merciful. This is a source of conviction of a believer.</w:t>
      </w:r>
    </w:p>
    <w:p>
      <w:r>
        <w:rPr>
          <w:b/>
        </w:rPr>
        <w:t xml:space="preserve">[57:20] </w:t>
      </w:r>
      <w:r>
        <w:t>This is a source of conviction of a believer. Believer lives in this conviction.</w:t>
      </w:r>
    </w:p>
    <w:p>
      <w:pPr>
        <w:jc w:val="right"/>
      </w:pPr>
      <w:r>
        <w:t>This is a source of conviction of a believer. Believer lives in this conviction.</w:t>
      </w:r>
    </w:p>
    <w:p>
      <w:r>
        <w:rPr>
          <w:b/>
        </w:rPr>
        <w:t xml:space="preserve">[57:31] </w:t>
      </w:r>
      <w:r>
        <w:t>A true believer lives in this conviction that God is the captain of my ship. He is not going to sink.</w:t>
      </w:r>
    </w:p>
    <w:p>
      <w:pPr>
        <w:jc w:val="right"/>
      </w:pPr>
      <w:r>
        <w:t>A true believer lives in this conviction that God is the captain of my ship. He is not going to sink.</w:t>
      </w:r>
    </w:p>
    <w:p>
      <w:r>
        <w:rPr>
          <w:b/>
        </w:rPr>
        <w:t xml:space="preserve">[57:41] </w:t>
      </w:r>
      <w:r>
        <w:t>His God is not going to let it sink.</w:t>
      </w:r>
    </w:p>
    <w:p>
      <w:pPr>
        <w:jc w:val="right"/>
      </w:pPr>
      <w:r>
        <w:t>His God is not going to let it sink.</w:t>
      </w:r>
    </w:p>
    <w:p>
      <w:r>
        <w:rPr>
          <w:b/>
        </w:rPr>
        <w:t xml:space="preserve">[57:46] </w:t>
      </w:r>
      <w:r>
        <w:t>So, this is the true meaning of Bismillahir-Rahmanir-Rahim.</w:t>
      </w:r>
    </w:p>
    <w:p>
      <w:pPr>
        <w:jc w:val="right"/>
      </w:pPr>
      <w:r>
        <w:t>So, this is the true meaning of Bismillahir-Rahmanir-Rahim.</w:t>
      </w:r>
    </w:p>
    <w:p>
      <w:r>
        <w:rPr>
          <w:b/>
        </w:rPr>
        <w:t xml:space="preserve">[57:53] </w:t>
      </w:r>
      <w:r>
        <w:t>And when you as I earlier said that Prophet of Islam has said that,</w:t>
      </w:r>
    </w:p>
    <w:p>
      <w:pPr>
        <w:jc w:val="right"/>
      </w:pPr>
      <w:r>
        <w:t>And when you as I earlier said that Prophet of Islam has said that,</w:t>
      </w:r>
    </w:p>
    <w:p>
      <w:r>
        <w:rPr>
          <w:b/>
        </w:rPr>
        <w:t xml:space="preserve">[58:05] </w:t>
      </w:r>
      <w:r>
        <w:t>kullu amrin zi baadin lam yubda wa bismillahir-rahmanir-rahim faw aqta</w:t>
      </w:r>
    </w:p>
    <w:p>
      <w:pPr>
        <w:jc w:val="right"/>
      </w:pPr>
      <w:r>
        <w:t>"Kullu amrin zi baadin lam yubda wa Bismillahir-Rahmanir-Rahim faw aqta." Every task undertaken without Bismillah is rootless</w:t>
      </w:r>
    </w:p>
    <w:p>
      <w:r>
        <w:rPr>
          <w:b/>
        </w:rPr>
        <w:t xml:space="preserve">[58:13] </w:t>
      </w:r>
      <w:r>
        <w:t>. So, when you start your morning, when you start your work, you inculcate this feeling.</w:t>
      </w:r>
    </w:p>
    <w:p>
      <w:pPr>
        <w:jc w:val="right"/>
      </w:pPr>
      <w:r>
        <w:t>. So, when you start your morning, when you start your work, you inculcate this feeling.</w:t>
      </w:r>
    </w:p>
    <w:p>
      <w:r>
        <w:rPr>
          <w:b/>
        </w:rPr>
        <w:t xml:space="preserve">[58:26] </w:t>
      </w:r>
      <w:r>
        <w:t>You inculcate this conviction that I am living in a world of God Almighty. I am giving in the world of God All-Merciful.</w:t>
      </w:r>
    </w:p>
    <w:p>
      <w:pPr>
        <w:jc w:val="right"/>
      </w:pPr>
      <w:r>
        <w:t>You inculcate this conviction that I am living in a world of God Almighty. I am giving in the world of God All-Merciful.</w:t>
      </w:r>
    </w:p>
    <w:p>
      <w:r>
        <w:rPr>
          <w:b/>
        </w:rPr>
        <w:t xml:space="preserve">[58:41] </w:t>
      </w:r>
      <w:r>
        <w:t>So,</w:t>
      </w:r>
    </w:p>
    <w:p>
      <w:pPr>
        <w:jc w:val="right"/>
      </w:pPr>
      <w:r>
        <w:t>So,</w:t>
      </w:r>
    </w:p>
    <w:p>
      <w:r>
        <w:rPr>
          <w:b/>
        </w:rPr>
        <w:t xml:space="preserve">[58:44] </w:t>
      </w:r>
      <w:r>
        <w:t>bismillahir-rahmanir-rahim</w:t>
      </w:r>
    </w:p>
    <w:p>
      <w:pPr>
        <w:jc w:val="right"/>
      </w:pPr>
      <w:r>
        <w:t>I am so it is enough for me. So, when you say Bismillahir-Rahmanir-Rahim,</w:t>
      </w:r>
    </w:p>
    <w:p>
      <w:r>
        <w:rPr>
          <w:b/>
        </w:rPr>
        <w:t xml:space="preserve">[58:54] </w:t>
      </w:r>
      <w:r>
        <w:t>you</w:t>
      </w:r>
    </w:p>
    <w:p>
      <w:pPr>
        <w:jc w:val="right"/>
      </w:pPr>
      <w:r>
        <w:t>you</w:t>
      </w:r>
    </w:p>
    <w:p>
      <w:r>
        <w:rPr>
          <w:b/>
        </w:rPr>
        <w:t xml:space="preserve">[58:57] </w:t>
      </w:r>
      <w:r>
        <w:t>instill this spirit in your personality.</w:t>
      </w:r>
    </w:p>
    <w:p>
      <w:pPr>
        <w:jc w:val="right"/>
      </w:pPr>
      <w:r>
        <w:t>instill this spirit in your personality.</w:t>
      </w:r>
    </w:p>
    <w:p>
      <w:r>
        <w:rPr>
          <w:b/>
        </w:rPr>
        <w:t xml:space="preserve">[59:04] </w:t>
      </w:r>
      <w:r>
        <w:t>So, it is very important. When you take your food and you say when you take your food and you say Bismillahir-Rahmanir-Rahim, you acknowledge that you acknowledge God's you acknowledge your God</w:t>
      </w:r>
    </w:p>
    <w:p>
      <w:pPr>
        <w:jc w:val="right"/>
      </w:pPr>
      <w:r>
        <w:t>So, it is very important. When you take your food and you say when you take your food and you say Bismillahir-Rahmanir-Rahim, you acknowledge that you acknowledge God's you acknowledge your God</w:t>
      </w:r>
    </w:p>
    <w:p>
      <w:r>
        <w:rPr>
          <w:b/>
        </w:rPr>
        <w:t xml:space="preserve">[59:25] </w:t>
      </w:r>
      <w:r>
        <w:t>. When you take your lunch or dinner and you say at the beginning that Bismillahir-Rahmanir-Rahim, it is acknowledgment</w:t>
      </w:r>
    </w:p>
    <w:p>
      <w:pPr>
        <w:jc w:val="right"/>
      </w:pPr>
      <w:r>
        <w:t>. When you take your lunch or dinner and you say at the beginning that Bismillahir-Rahmanir-Rahim, it is acknowledgment</w:t>
      </w:r>
    </w:p>
    <w:p>
      <w:r>
        <w:rPr>
          <w:b/>
        </w:rPr>
        <w:t xml:space="preserve">[59:35] </w:t>
      </w:r>
      <w:r>
        <w:t>. And when you acknowledge God, you receive His blessing. You receive convictions.</w:t>
      </w:r>
    </w:p>
    <w:p>
      <w:pPr>
        <w:jc w:val="right"/>
      </w:pPr>
      <w:r>
        <w:t>. And when you acknowledge God, you receive His blessing. You receive convictions.</w:t>
      </w:r>
    </w:p>
    <w:p>
      <w:r>
        <w:rPr>
          <w:b/>
        </w:rPr>
        <w:t xml:space="preserve">[59:47] </w:t>
      </w:r>
      <w:r>
        <w:t>So, all these things are all these so, Bismillahir-Rahmanir-Rahim is a very, very important sentence</w:t>
      </w:r>
    </w:p>
    <w:p>
      <w:pPr>
        <w:jc w:val="right"/>
      </w:pPr>
      <w:r>
        <w:t>So, all these things are all these so, Bismillahir-Rahmanir-Rahim is a very, very important sentence</w:t>
      </w:r>
    </w:p>
    <w:p>
      <w:r>
        <w:rPr>
          <w:b/>
        </w:rPr>
        <w:t xml:space="preserve">[59:58] </w:t>
      </w:r>
      <w:r>
        <w:t>. And it is a it represents a culture, a divine culture. Bismillahir-Rahmanir-Rahim is a symbol of divine culture.</w:t>
      </w:r>
    </w:p>
    <w:p>
      <w:pPr>
        <w:jc w:val="right"/>
      </w:pPr>
      <w:r>
        <w:t>. And it is a it represents a culture, a divine culture. Bismillahir-Rahmanir-Rahim is a symbol of divine culture.</w:t>
      </w:r>
    </w:p>
    <w:p>
      <w:r>
        <w:rPr>
          <w:b/>
        </w:rPr>
        <w:t xml:space="preserve">[1:00:11] </w:t>
      </w:r>
      <w:r>
        <w:t>We have to live in this culture so that we may have conviction. We may live with conviction.</w:t>
      </w:r>
    </w:p>
    <w:p>
      <w:pPr>
        <w:jc w:val="right"/>
      </w:pPr>
      <w:r>
        <w:t>We have to live in this culture so that we may have conviction. We may live with conviction.</w:t>
      </w:r>
    </w:p>
    <w:p>
      <w:r>
        <w:rPr>
          <w:b/>
        </w:rPr>
        <w:t xml:space="preserve">[1:00:22] </w:t>
      </w:r>
      <w:r>
        <w:t>Aqulu qawli haza. Wastaghfirullah alayhi wa alaykum ajma'in.</w:t>
      </w:r>
    </w:p>
    <w:p>
      <w:pPr>
        <w:jc w:val="right"/>
      </w:pPr>
      <w:r>
        <w:t>Aqulu qawli haza. Wastaghfirullah alayhi wa alaykum ajma'in.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