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Phenomenon of Degeneration February 21, 2010 Maulana Wahiduddin khan</w:t>
      </w:r>
    </w:p>
    <w:p>
      <w:r>
        <w:t>https://www.youtube.com/watch?v=_YCfYOVKfhs</w:t>
      </w:r>
    </w:p>
    <w:p>
      <w:r>
        <w:rPr>
          <w:b/>
        </w:rPr>
        <w:t xml:space="preserve">[00:14] </w:t>
      </w:r>
      <w:r>
        <w:t>bismillahir rahmanir rahim, wasallallahu ala nabiyyil karim. Rabbishrah li sadri, wa yassir li amri, wahlu qadatan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[00:29] </w:t>
      </w:r>
      <w:r>
        <w:t>yafqahu qawli.</w:t>
      </w:r>
    </w:p>
    <w:p>
      <w:pPr>
        <w:jc w:val="right"/>
      </w:pPr>
      <w:r>
        <w:t>یفقہ قولی۔</w:t>
      </w:r>
    </w:p>
    <w:p>
      <w:r>
        <w:rPr>
          <w:b/>
        </w:rPr>
        <w:t xml:space="preserve">[00:36] </w:t>
      </w:r>
      <w:r>
        <w:t>kal akhbaron mein ek khabar aayi thi,</w:t>
      </w:r>
    </w:p>
    <w:p>
      <w:pPr>
        <w:jc w:val="right"/>
      </w:pPr>
      <w:r>
        <w:t>کل اخباروں میں ایک خبر آئی تھی،</w:t>
      </w:r>
    </w:p>
    <w:p>
      <w:r>
        <w:rPr>
          <w:b/>
        </w:rPr>
        <w:t xml:space="preserve">[00:43] </w:t>
      </w:r>
      <w:r>
        <w:t>bahut hi anokhe qism ki, ke America mein ek aadmi ne apna zaati jahaz le kar seven story building mein takra diya.</w:t>
      </w:r>
    </w:p>
    <w:p>
      <w:pPr>
        <w:jc w:val="right"/>
      </w:pPr>
      <w:r>
        <w:t>بہت ہی انوکھے قسم کی، کہ امریکہ میں ایک آدمی نے اپنا ذاتی جہاز لے کر سیون اسٹوری بلڈنگ میں ٹکرا دیا۔</w:t>
      </w:r>
    </w:p>
    <w:p>
      <w:r>
        <w:rPr>
          <w:b/>
        </w:rPr>
        <w:t xml:space="preserve">[00:58] </w:t>
      </w:r>
      <w:r>
        <w:t>is ka naam tha Joseph Andrew Stack. is ki umar thi 53 saal. kal akhbaron mein mein ne parha to us ne woh jahaz is ka apna jahaz tha.</w:t>
      </w:r>
    </w:p>
    <w:p>
      <w:pPr>
        <w:jc w:val="right"/>
      </w:pPr>
      <w:r>
        <w:t>اس کا نام تھا جوزف اینڈرو اسٹیک۔ اس کی عمر تھی 53 سال۔ کل اخباروں میں میں نے پڑھا تو اس نے وہ جہاز اس کا اپنا جہاز تھا۔</w:t>
      </w:r>
    </w:p>
    <w:p>
      <w:r>
        <w:rPr>
          <w:b/>
        </w:rPr>
        <w:t xml:space="preserve">[01:17] </w:t>
      </w:r>
      <w:r>
        <w:t>is mein tha ke "The plane belonged to him" yaani zaati jahaz tha is ka aur le kar us ne uraya aur seven story building se America mein ek shehar mein takra diya.</w:t>
      </w:r>
    </w:p>
    <w:p>
      <w:pPr>
        <w:jc w:val="right"/>
      </w:pPr>
      <w:r>
        <w:t>اس میں تھا کہ "The plane belonged to him" یعنی ذاتی جہاز تھا اس کا اور لے کر اس نے اڑایا اور سیون اسٹوری بلڈنگ سے امریکہ میں ایک شہر میں ٹکرا دیا۔</w:t>
      </w:r>
    </w:p>
    <w:p>
      <w:r>
        <w:rPr>
          <w:b/>
        </w:rPr>
        <w:t xml:space="preserve">[01:31] </w:t>
      </w:r>
      <w:r>
        <w:t>bazaahir yeh mar gaya. yeh goya ek yeh koi woh terrorism nahi tha, yeh kisi terrorist ka yeh act nahi tha.</w:t>
      </w:r>
    </w:p>
    <w:p>
      <w:pPr>
        <w:jc w:val="right"/>
      </w:pPr>
      <w:r>
        <w:t>بظاہر یہ مر گیا۔ یہ گویا ایک یہ کوئی وہ ٹیررزم نہیں تھا، یہ کسی ٹیررسٹ کا یہ ایکٹ نہیں تھا۔</w:t>
      </w:r>
    </w:p>
    <w:p>
      <w:r>
        <w:rPr>
          <w:b/>
        </w:rPr>
        <w:t xml:space="preserve">[01:43] </w:t>
      </w:r>
      <w:r>
        <w:t>yeh is ki apni khudkushi thi. ek American ki khud apni khudkushi thi. to is ne khudkushi kyun ki?</w:t>
      </w:r>
    </w:p>
    <w:p>
      <w:pPr>
        <w:jc w:val="right"/>
      </w:pPr>
      <w:r>
        <w:t>یہ اس کی اپنی خودکشی تھی۔ ایک امریکن کی خود اپنی خودکشی تھی۔ تو اس نے خودکشی کیوں کی؟</w:t>
      </w:r>
    </w:p>
    <w:p>
      <w:r>
        <w:rPr>
          <w:b/>
        </w:rPr>
        <w:t xml:space="preserve">[01:57] </w:t>
      </w:r>
      <w:r>
        <w:t>recession aap jante hain ke bahut bara problem aaya hai, shayad dunya mein aur America mein bhi bahut zyada hai. to is se bahut pareshan tha.</w:t>
      </w:r>
    </w:p>
    <w:p>
      <w:pPr>
        <w:jc w:val="right"/>
      </w:pPr>
      <w:r>
        <w:t>ریسیشن آپ جانتے ہیں کہ بہت بڑا پرابلم آیا ہے، شاید دنیا میں اور امریکہ میں بھی بہت زیادہ ہے۔ تو اس سے بہت پریشان تھا۔</w:t>
      </w:r>
    </w:p>
    <w:p>
      <w:r>
        <w:rPr>
          <w:b/>
        </w:rPr>
        <w:t xml:space="preserve">[02:09] </w:t>
      </w:r>
      <w:r>
        <w:t>is ko jo nuqsan hua tha recession ki wajah se, is ki wajah se bahut pareshan tha aur is ne apni jaan de di.</w:t>
      </w:r>
    </w:p>
    <w:p>
      <w:pPr>
        <w:jc w:val="right"/>
      </w:pPr>
      <w:r>
        <w:t>اس کو جو نقصان ہوا تھا ریسیشن کی وجہ سے، اس کی وجہ سے بہت پریشان تھا اور اس نے اپنی جان دے دی۔</w:t>
      </w:r>
    </w:p>
    <w:p>
      <w:r>
        <w:rPr>
          <w:b/>
        </w:rPr>
        <w:t xml:space="preserve">[02:20] </w:t>
      </w:r>
      <w:r>
        <w:t>tax walon se bahut hi is ko shikayat thi, tax department se. to is ne suicide karne se pehle ek lamba note likha tha aur us ko internet par daal diya tha us ne.</w:t>
      </w:r>
    </w:p>
    <w:p>
      <w:pPr>
        <w:jc w:val="right"/>
      </w:pPr>
      <w:r>
        <w:t>ٹیکس والوں سے بہت ہی اس کو شکایت تھی، ٹیکس ڈیپارٹمنٹ سے۔ تو اس نے سوسائیڈ کرنے سے پہلے ایک لمبا نوٹ لکھا تھا اور اس کو انٹرنیٹ پر ڈال دیا تھا اس نے۔</w:t>
      </w:r>
    </w:p>
    <w:p>
      <w:r>
        <w:rPr>
          <w:b/>
        </w:rPr>
        <w:t xml:space="preserve">[02:33] </w:t>
      </w:r>
      <w:r>
        <w:t>woh mein ne kal niklwaya us ko.</w:t>
      </w:r>
    </w:p>
    <w:p>
      <w:pPr>
        <w:jc w:val="right"/>
      </w:pPr>
      <w:r>
        <w:t>وہ میں نے کل نکلوایا اس کو۔</w:t>
      </w:r>
    </w:p>
    <w:p>
      <w:r>
        <w:rPr>
          <w:b/>
        </w:rPr>
        <w:t xml:space="preserve">[02:38] </w:t>
      </w:r>
      <w:r>
        <w:t>to dekhen is mein jo sochne ki baat hai woh yeh hai ke ek aadmi jo amreeka ka shehri hai, aaj kal samajhte hain ke amreeka ka shehri hona bohat ziyada khush qismati ki baat hai,</w:t>
      </w:r>
    </w:p>
    <w:p>
      <w:pPr>
        <w:jc w:val="right"/>
      </w:pPr>
      <w:r>
        <w:t>تو دیکھیں اس میں جو سوچنے کی بات ہے وہ یہ ہے کہ ایک آدمی جو امریکہ کا شہری ہے، آج کل سمجھتے ہیں کہ امریکہ کا شہری ہونا بہت زیادہ خوش قسمتی کی بات ہے،</w:t>
      </w:r>
    </w:p>
    <w:p>
      <w:r>
        <w:rPr>
          <w:b/>
        </w:rPr>
        <w:t xml:space="preserve">[02:54] </w:t>
      </w:r>
      <w:r>
        <w:t>woh itni position wala aadmi tha ke us ke paas private plane tha,</w:t>
      </w:r>
    </w:p>
    <w:p>
      <w:pPr>
        <w:jc w:val="right"/>
      </w:pPr>
      <w:r>
        <w:t>وہ اتنی پوزیشن والا آدمی تھا کہ اس کے پاس پرائیویٹ پلین تھا،</w:t>
      </w:r>
    </w:p>
    <w:p>
      <w:r>
        <w:rPr>
          <w:b/>
        </w:rPr>
        <w:t xml:space="preserve">[03:01] </w:t>
      </w:r>
      <w:r>
        <w:t>phir bhi khudkushi kar li us ne. to kuch problem us ko thay, economic problem. yahan par jo baat hai woh yeh hai jo mujhe jo cheez bohat ziyada strike hui ke us ne chote evil se bare evil ki taraf chhalang lagai.</w:t>
      </w:r>
    </w:p>
    <w:p>
      <w:pPr>
        <w:jc w:val="right"/>
      </w:pPr>
      <w:r>
        <w:t>پھر بھی خودکشی کر لی اس نے۔ تو کچھ پرابلم اس کو تھے، اکنامک پرابلم۔ یہاں پر جو بات ہے وہ یہ ہے جو مجھے جو چیز بہت زیادہ اسٹرائیک ہوئی کہ اس نے چھوٹے ایول سے بڑے ایول کی طرف چھلانگ لگائی۔</w:t>
      </w:r>
    </w:p>
    <w:p>
      <w:r>
        <w:rPr>
          <w:b/>
        </w:rPr>
        <w:t xml:space="preserve">[03:23] </w:t>
      </w:r>
      <w:r>
        <w:t>jis problem ko woh face kar raha tha woh to bohat hi chota tha kyunke abhi bhi us ke paas jahaz tha, abhi bhi us ke paas ghar tha, abhi bhi us ke paas degree thi, abhi bhi us ke paas yaani pilot ka license tha.</w:t>
      </w:r>
    </w:p>
    <w:p>
      <w:pPr>
        <w:jc w:val="right"/>
      </w:pPr>
      <w:r>
        <w:t>جس پرابلم کو وہ فیس کر رہا تھا وہ تو بہت ہی چھوٹا تھا کیونکہ ابھی بھی اس کے پاس جہاز تھا، ابھی بھی اس کے پاس گھر تھا، ابھی بھی اس کے پاس ڈگری تھی، ابھی بھی اس کے پاس یعنی پائلٹ کا لائسنس تھا۔</w:t>
      </w:r>
    </w:p>
    <w:p>
      <w:r>
        <w:rPr>
          <w:b/>
        </w:rPr>
        <w:t xml:space="preserve">[03:39] </w:t>
      </w:r>
      <w:r>
        <w:t>yeh sari cheezen abhi bhi us ke paas theen. aur bhi kya kya hoga? to abhi bhi us ke paas jeene ka sahara tha dunya mein aur suicide kar liya us ne.</w:t>
      </w:r>
    </w:p>
    <w:p>
      <w:pPr>
        <w:jc w:val="right"/>
      </w:pPr>
      <w:r>
        <w:t>یہ ساری چیزیں ابھی بھی اس کے پاس تھیں۔ اور بھی کیا کیا ہوگا؟ تو ابھی بھی اس کے پاس جینے کا سہارا تھا دنیا میں اور سوسائیڈ کر لیا اس نے۔</w:t>
      </w:r>
    </w:p>
    <w:p>
      <w:r>
        <w:rPr>
          <w:b/>
        </w:rPr>
        <w:t xml:space="preserve">[03:52] </w:t>
      </w:r>
      <w:r>
        <w:t>to us ne goya lesser problem se nikal kar greater problem ki taraf chhalang lagai.</w:t>
      </w:r>
    </w:p>
    <w:p>
      <w:pPr>
        <w:jc w:val="right"/>
      </w:pPr>
      <w:r>
        <w:t>تو اس نے گویا لسر پرابلم سے نکل کر گریٹر پرابلم کی طرف چھلانگ لگائی۔</w:t>
      </w:r>
    </w:p>
    <w:p>
      <w:r>
        <w:rPr>
          <w:b/>
        </w:rPr>
        <w:t xml:space="preserve">[04:01] </w:t>
      </w:r>
      <w:r>
        <w:t>kyun? woh jaanta nahi tha ke main jo kar raha hoon is ka result kya hoga. agar us ko pata hota ke marne ke baad hi main pahunch jaunga ek aisi dunya mein jahan sab problem hi problem honge, Khuda ka samna, farishton ka samna, accountability, hisab kitab, jannat jahannum,</w:t>
      </w:r>
    </w:p>
    <w:p>
      <w:pPr>
        <w:jc w:val="right"/>
      </w:pPr>
      <w:r>
        <w:t>کیوں؟ وہ جانتا نہیں تھا کہ میں جو کر رہا ہوں اس کا رزلٹ کیا ہوگا۔ اگر اس کو پتہ ہوتا کہ مرنے کے بعد ہی میں پہنچ جاؤں گا ایک ایسی دنیا میں جہاں سب پرابلم ہی پرابلم ہوں گے، خدا کا سامنا، فرشتوں کا سامنا، اکاؤنٹیبلٹی، حساب کتاب، جنت جہنم،</w:t>
      </w:r>
    </w:p>
    <w:p>
      <w:r>
        <w:rPr>
          <w:b/>
        </w:rPr>
        <w:t xml:space="preserve">[04:30] </w:t>
      </w:r>
      <w:r>
        <w:t>yaani world hereafter. yeh baaten woh agar jaanta to kabhi woh suicide na karta. yeh sab main sochta raha, sochta raha, sochta raha.</w:t>
      </w:r>
    </w:p>
    <w:p>
      <w:pPr>
        <w:jc w:val="right"/>
      </w:pPr>
      <w:r>
        <w:t>یعنی ورلڈ ایئر افٹر۔ یہ باتیں وہ اگر جانتا تو کبھی وہ سوسائیڈ نہ کرتا۔ یہ سب میں سوچتا رہا، سوچتا رہا، سوچتا رہا۔</w:t>
      </w:r>
    </w:p>
    <w:p>
      <w:r>
        <w:rPr>
          <w:b/>
        </w:rPr>
        <w:t xml:space="preserve">[04:44] </w:t>
      </w:r>
      <w:r>
        <w:t>phir main socha ke is ke zimmedaar kaun hai?</w:t>
      </w:r>
    </w:p>
    <w:p>
      <w:pPr>
        <w:jc w:val="right"/>
      </w:pPr>
      <w:r>
        <w:t>پھر میں سوچا کہ اس کے ذمہ دار کون ہے؟</w:t>
      </w:r>
    </w:p>
    <w:p>
      <w:r>
        <w:rPr>
          <w:b/>
        </w:rPr>
        <w:t xml:space="preserve">[04:51] </w:t>
      </w:r>
      <w:r>
        <w:t>kaun hai jo is ka zimmedaar hai?</w:t>
      </w:r>
    </w:p>
    <w:p>
      <w:pPr>
        <w:jc w:val="right"/>
      </w:pPr>
      <w:r>
        <w:t>کون ہے جو اس کا ذمہ دار ہے؟</w:t>
      </w:r>
    </w:p>
    <w:p>
      <w:r>
        <w:rPr>
          <w:b/>
        </w:rPr>
        <w:t xml:space="preserve">[04:57] </w:t>
      </w:r>
      <w:r>
        <w:t>is ka responsible hai? kya wohi aadmi jis ne suicide kiya? nahi, wohi aadmi nahi. woh log bhi is ke zimmedaar hain jinhone is ko bataya nahi.</w:t>
      </w:r>
    </w:p>
    <w:p>
      <w:pPr>
        <w:jc w:val="right"/>
      </w:pPr>
      <w:r>
        <w:t>اس کا ریسپانسبل ہے؟ کیا وہی آدمی جس نے سوسائیڈ کیا؟ نہیں، وہی آدمی نہیں۔ وہ لوگ بھی اس کے ذمہ دار ہیں جنہوں نے اس کو بتایا نہیں۔</w:t>
      </w:r>
    </w:p>
    <w:p>
      <w:r>
        <w:rPr>
          <w:b/>
        </w:rPr>
        <w:t xml:space="preserve">[05:11] </w:t>
      </w:r>
      <w:r>
        <w:t>reality of life kya hai, is ko bataya hi nahi. creation plan of God kya hai, is ko bataya hi nahi. maut ke baad kya kuch hone wala hai, is ko bataya hi nahi.</w:t>
      </w:r>
    </w:p>
    <w:p>
      <w:pPr>
        <w:jc w:val="right"/>
      </w:pPr>
      <w:r>
        <w:t>ریلیٹی آف لائف کیا ہے، اس کو بتایا ہی نہیں۔ کیشن پلان آف گاڈ کیا ہے، اس کو بتایا ہی نہیں۔ موت کے بعد کیا کچھ ہونے والا ہے، اس کو بتایا ہی نہیں۔</w:t>
      </w:r>
    </w:p>
    <w:p>
      <w:r>
        <w:rPr>
          <w:b/>
        </w:rPr>
        <w:t xml:space="preserve">[05:26] </w:t>
      </w:r>
      <w:r>
        <w:t>woh bhi zimmedaar hain, barabar ke zimmedaar hain. yeh cheez mujhe bohat pareshan karti rahi. yeh nahi ho sakta ke wohi aadmi zimmedaar ho aur jinko batana tha un ko na pakda jaye, un ko responsible na thehraya jaye.</w:t>
      </w:r>
    </w:p>
    <w:p>
      <w:pPr>
        <w:jc w:val="right"/>
      </w:pPr>
      <w:r>
        <w:t>وہ بھی ذمہ دار ہیں، برابر کے ذمہ دار ہیں۔ یہ چیز مجھے بہت پریشان کرتی رہی۔ یہ نہیں ہو سکتا کہ وہی آدمی ذمہ دار ہو اور جن کو بتانا تھا ان کو نہ پکڑا جائے، ان کو ریسپانسبل نہ ٹھہرایا جائے۔</w:t>
      </w:r>
    </w:p>
    <w:p>
      <w:r>
        <w:rPr>
          <w:b/>
        </w:rPr>
        <w:t xml:space="preserve">[05:49] </w:t>
      </w:r>
      <w:r>
        <w:t>aisa nahi ho sakta hai.</w:t>
      </w:r>
    </w:p>
    <w:p>
      <w:pPr>
        <w:jc w:val="right"/>
      </w:pPr>
      <w:r>
        <w:t>ایسا نہیں ہو سکتا ہے۔</w:t>
      </w:r>
    </w:p>
    <w:p>
      <w:r>
        <w:rPr>
          <w:b/>
        </w:rPr>
        <w:t xml:space="preserve">[05:53] </w:t>
      </w:r>
      <w:r>
        <w:t>phir mujhe ek hadith yaad aayi, is ko main ne kal hadith ko bhi niklwaya. ek hadith hai jo hadith ki sab kitabon mein aayi hai, Bukhari mein, Muslim mein aur doosri kitabon mein.</w:t>
      </w:r>
    </w:p>
    <w:p>
      <w:pPr>
        <w:jc w:val="right"/>
      </w:pPr>
      <w:r>
        <w:t>پھر مجھے ایک حدیث یاد آئی، اس کو میں نے کل حدیث کو بھی نکلوایا۔ ایک حدیث ہے جو حدیث کی سب کتابوں میں آئی ہے، بخاری میں، مسلم میں اور دوسری کتابوں میں۔</w:t>
      </w:r>
    </w:p>
    <w:p>
      <w:r>
        <w:rPr>
          <w:b/>
        </w:rPr>
        <w:t xml:space="preserve">[06:10] </w:t>
      </w:r>
      <w:r>
        <w:t>Rasool Allah Sal Allahu Alaihi Wasallam ka irshad: aap ne apni ummat ko khitab karte hue farmaya tha ke "لتتبعون سننا من کان قبلکم شبرا بشبر وذرعا بذرعین حتیٰ ولو دخلوا جہر ذبن لدخلتموہو".</w:t>
      </w:r>
    </w:p>
    <w:p>
      <w:pPr>
        <w:jc w:val="right"/>
      </w:pPr>
      <w:r>
        <w:t>رسول اللہ صلی اللہ علیہ وسلم کا ارشاد: آپ نے اپنی امت کو خطاب کرتے ہوئے فرمایا تھا کہ "لتتبعون سننا من کان قبلکم شبرا بشبر وذرعا بذرعین حتیٰ ولو دخلوا جہر ذبن لدخلتموہو"۔</w:t>
      </w:r>
    </w:p>
    <w:p>
      <w:r>
        <w:rPr>
          <w:b/>
        </w:rPr>
        <w:t xml:space="preserve">[06:35] </w:t>
      </w:r>
      <w:r>
        <w:t>قلنا یا رسول اللہ الیہود والنصاریٰ قال فمن؟ yeh hadith aap dekh sakte hain hadith ki sabhi kitabon mein.</w:t>
      </w:r>
    </w:p>
    <w:p>
      <w:pPr>
        <w:jc w:val="right"/>
      </w:pPr>
      <w:r>
        <w:t>قلنا یا رسول اللہ الیہود والنصاریٰ قال فمن؟ یہ حدیث آپ دیکھ سکتے ہیں حدیث کی سبھی کتابوں میں۔</w:t>
      </w:r>
    </w:p>
    <w:p>
      <w:r>
        <w:rPr>
          <w:b/>
        </w:rPr>
        <w:t xml:space="preserve">[06:46] </w:t>
      </w:r>
      <w:r>
        <w:t>is ka translation yeh hai ke tum log yaani ummat e Muhammadi, tum log zaroor follow, tum log zaroor pairvi karoge pichhli ummaton ki.</w:t>
      </w:r>
    </w:p>
    <w:p>
      <w:pPr>
        <w:jc w:val="right"/>
      </w:pPr>
      <w:r>
        <w:t>اس کا ٹرانسیشن یہ ہے کہ تم لوگ یعنی امت محمدی، تم لوگ ضرور فالو، تم لوگ ضرور پیروی کرو گے پچھلی امتوں کی۔</w:t>
      </w:r>
    </w:p>
    <w:p>
      <w:r>
        <w:rPr>
          <w:b/>
        </w:rPr>
        <w:t xml:space="preserve">[07:04] </w:t>
      </w:r>
      <w:r>
        <w:t>tum log zaroor peeche chaloge un ummaton ke jo guzar gaye. qadam ba qadam,</w:t>
      </w:r>
    </w:p>
    <w:p>
      <w:pPr>
        <w:jc w:val="right"/>
      </w:pPr>
      <w:r>
        <w:t>تم لوگ ضرور پیچھے چلو گے ان امتوں کے جو گزر گئے۔ قدم بقدم،</w:t>
      </w:r>
    </w:p>
    <w:p>
      <w:r>
        <w:rPr>
          <w:b/>
        </w:rPr>
        <w:t xml:space="preserve">[07:15] </w:t>
      </w:r>
      <w:r>
        <w:t>qadam ba qadam un ki pairvi karoge. yahan tak ke agar woh kisi goh ke bil mein ghuse hain to tum bhi us ke andar ghus jaoge.</w:t>
      </w:r>
    </w:p>
    <w:p>
      <w:pPr>
        <w:jc w:val="right"/>
      </w:pPr>
      <w:r>
        <w:t>قدم بقدم ان کی پیروی کرو گے۔ یہاں تک کہ اگر وہ کسی گوہ کے بل میں گھسے ہیں تو تم بھی اس کے اندر گھس جاؤ گے۔</w:t>
      </w:r>
    </w:p>
    <w:p>
      <w:r>
        <w:rPr>
          <w:b/>
        </w:rPr>
        <w:t xml:space="preserve">[07:29] </w:t>
      </w:r>
      <w:r>
        <w:t>to Sahaba ne kaha ke ya Rasool Allah kya is se murad Yahood o Nasara hain? aap ne kaha aur kaun?</w:t>
      </w:r>
    </w:p>
    <w:p>
      <w:pPr>
        <w:jc w:val="right"/>
      </w:pPr>
      <w:r>
        <w:t>تو صحابہ نے کہا کہ یا رسول اللہ کیا اس سے مراد یہود و نصاریٰ ہیں؟ آپ نے کہا اور کون؟</w:t>
      </w:r>
    </w:p>
    <w:p>
      <w:r>
        <w:rPr>
          <w:b/>
        </w:rPr>
        <w:t xml:space="preserve">[07:37] </w:t>
      </w:r>
      <w:r>
        <w:t>yeh badi hi chaunkane wali hadith hai jo hadith ki sari kitabon mein aayi hai.</w:t>
      </w:r>
    </w:p>
    <w:p>
      <w:pPr>
        <w:jc w:val="right"/>
      </w:pPr>
      <w:r>
        <w:t>یہ بڑی ہی چونکا دینے والی حدیث ہے جو حدیث کی ساری کتابوں میں آئی ہے۔</w:t>
      </w:r>
    </w:p>
    <w:p>
      <w:r>
        <w:rPr>
          <w:b/>
        </w:rPr>
        <w:t xml:space="preserve">[07:48] </w:t>
      </w:r>
      <w:r>
        <w:t>is hadith par main samajhta hoon ke logon ne bohat ziyada ghaur nahi kiya. bas is ko samajhte hain ke bohat hi bohat hi yaani chhote maene mein lete hain.</w:t>
      </w:r>
    </w:p>
    <w:p>
      <w:pPr>
        <w:jc w:val="right"/>
      </w:pPr>
      <w:r>
        <w:t>اس حدیث پر میں سمجھتا ہوں کہ لوگوں نے بہت زیادہ غور نہیں کیا۔ بس اس کو سمجھتے ہیں کہ بہت ہی بہت ہی یعنی چھوٹے معنی میں لیتے ہیں۔</w:t>
      </w:r>
    </w:p>
    <w:p>
      <w:r>
        <w:rPr>
          <w:b/>
        </w:rPr>
        <w:t xml:space="preserve">[08:02] </w:t>
      </w:r>
      <w:r>
        <w:t>woh samajhte hain ke Yahudiyon mein woh ganda taweez karte thay, woh log kuch jadoo waghera karte thay.</w:t>
      </w:r>
    </w:p>
    <w:p>
      <w:pPr>
        <w:jc w:val="right"/>
      </w:pPr>
      <w:r>
        <w:t>وہ سمجھتے ہیں کہ یہودیوں میں وہ گنڈا تعویذ کرتے تھے، وہ لوگ کچھ جادو وغیرہ کرتے تھے۔</w:t>
      </w:r>
    </w:p>
    <w:p>
      <w:r>
        <w:rPr>
          <w:b/>
        </w:rPr>
        <w:t xml:space="preserve">[08:13] </w:t>
      </w:r>
      <w:r>
        <w:t>qabr mein koi marta tha to likh kar ke de dete thay ke tumhari nijat ka yeh wahan dikha dena farishton ko. is tarah ki kuch cheezen theen.</w:t>
      </w:r>
    </w:p>
    <w:p>
      <w:pPr>
        <w:jc w:val="right"/>
      </w:pPr>
      <w:r>
        <w:t>قبر میں کوئی مرتا تھا تو لکھ کر کے دے دیتے تھے کہ تمہاری نجات کا یہ وہاں دکھا دینا فرشتوں کو۔ اس طرح کی کچھ چیزیں تھیں۔</w:t>
      </w:r>
    </w:p>
    <w:p>
      <w:r>
        <w:rPr>
          <w:b/>
        </w:rPr>
        <w:t xml:space="preserve">[08:22] </w:t>
      </w:r>
      <w:r>
        <w:t>to samajhte hain ke yahi murad hai is mein. aisa har giz nahi hai. Hadees ka bohat hi zyada bohat hi bohat hi serious hadees hai yeh.</w:t>
      </w:r>
    </w:p>
    <w:p>
      <w:pPr>
        <w:jc w:val="right"/>
      </w:pPr>
      <w:r>
        <w:t>تو سمجھتے ہیں کہ یہی مراد ہے اس میں۔ ایسا ہرگز نہیں ہے۔ حدیث کا بہت ہی زیادہ بہت ہی بہت ہی سیریس حدیث ہے یہ۔</w:t>
      </w:r>
    </w:p>
    <w:p>
      <w:r>
        <w:rPr>
          <w:b/>
        </w:rPr>
        <w:t xml:space="preserve">[08:37] </w:t>
      </w:r>
      <w:r>
        <w:t>aur aap ko zyada zyada gehrai ke sath is ko samajhna chahiye.</w:t>
      </w:r>
    </w:p>
    <w:p>
      <w:pPr>
        <w:jc w:val="right"/>
      </w:pPr>
      <w:r>
        <w:t>اور آپ کو زیادہ زیادہ گہرائی کے ساتھ اس کو سمجھنا چاہیے۔</w:t>
      </w:r>
    </w:p>
    <w:p>
      <w:r>
        <w:rPr>
          <w:b/>
        </w:rPr>
        <w:t xml:space="preserve">[08:49] </w:t>
      </w:r>
      <w:r>
        <w:t>phir maine is hadees ko is waqeye se jora.</w:t>
      </w:r>
    </w:p>
    <w:p>
      <w:pPr>
        <w:jc w:val="right"/>
      </w:pPr>
      <w:r>
        <w:t>پھر میں نے اس حدیث کو اس واقعے سے جوڑا۔</w:t>
      </w:r>
    </w:p>
    <w:p>
      <w:r>
        <w:rPr>
          <w:b/>
        </w:rPr>
        <w:t xml:space="preserve">[08:55] </w:t>
      </w:r>
      <w:r>
        <w:t>is waqeye se jora. Dekhein pichli jo ummaten theen yahood o nasara in ka mamla kya tha?</w:t>
      </w:r>
    </w:p>
    <w:p>
      <w:pPr>
        <w:jc w:val="right"/>
      </w:pPr>
      <w:r>
        <w:t>اس واقعے سے جوڑا۔ دیکھیں پچھلی جو امتیں تھیں یہود و نصاریٰ ان کا معاملہ کیا تھا؟</w:t>
      </w:r>
    </w:p>
    <w:p>
      <w:r>
        <w:rPr>
          <w:b/>
        </w:rPr>
        <w:t xml:space="preserve">[09:05] </w:t>
      </w:r>
      <w:r>
        <w:t>kahan unhon ne deviate kiya? Dekhein is hadees mein asal mein bataya gaya hai law of degeneration. Yeh koi mysterious baat nahi jo is hadees mein kahi gayi hai.</w:t>
      </w:r>
    </w:p>
    <w:p>
      <w:pPr>
        <w:jc w:val="right"/>
      </w:pPr>
      <w:r>
        <w:t>کہاں انہوں نے ڈیویٹ کیا؟ دیکھیں اس حدیث میں اصل میں بتایا گیا ہے لاء آف ڈی جنریشن۔ یہ کوئی مسٹیریس بات نہیں جو اس حدیث میں کہی گئی ہے۔</w:t>
      </w:r>
    </w:p>
    <w:p>
      <w:r>
        <w:rPr>
          <w:b/>
        </w:rPr>
        <w:t xml:space="preserve">[09:20] </w:t>
      </w:r>
      <w:r>
        <w:t>yeh koi yahood ko hum log bohat bura samajhte hain, samajhte hain ke bhai yahood thay kuch buraiyon mein par gaye. Nahi, yeh hai law of degeneration.</w:t>
      </w:r>
    </w:p>
    <w:p>
      <w:pPr>
        <w:jc w:val="right"/>
      </w:pPr>
      <w:r>
        <w:t>یہ کوئی یہود کو ہم لوگ بہت برا سمجھتے ہیں، سمجھتے ہیں کہ بھئی یہود تھے کچھ برائیوں میں پڑ گئے۔ نہیں، یہ ہے لاء آف ڈی جنریشن۔</w:t>
      </w:r>
    </w:p>
    <w:p>
      <w:r>
        <w:rPr>
          <w:b/>
        </w:rPr>
        <w:t xml:space="preserve">[09:30] </w:t>
      </w:r>
      <w:r>
        <w:t>yani har ummat par, har qaum par yeh waqt aata hai ke is ka zawal hota hai.</w:t>
      </w:r>
    </w:p>
    <w:p>
      <w:pPr>
        <w:jc w:val="right"/>
      </w:pPr>
      <w:r>
        <w:t>یعنی ہر امت پر، ہر قوم پر یہ وقت آتا ہے کہ اس کا زوال ہوتا ہے۔</w:t>
      </w:r>
    </w:p>
    <w:p>
      <w:r>
        <w:rPr>
          <w:b/>
        </w:rPr>
        <w:t xml:space="preserve">[09:40] </w:t>
      </w:r>
      <w:r>
        <w:t>zawal hota hai, degeneration hota hai. Ibn e Khaldun ne kaha hai ke "lil aqwami aamaar kama lil afraadi aamaar".</w:t>
      </w:r>
    </w:p>
    <w:p>
      <w:pPr>
        <w:jc w:val="right"/>
      </w:pPr>
      <w:r>
        <w:t>زوال ہوتا ہے، ڈی جنریشن ہوتا ہے۔ ابن خلدون نے کہا ہے کہ "للأقوام آمار کما للأفراد آمار"۔</w:t>
      </w:r>
    </w:p>
    <w:p>
      <w:r>
        <w:rPr>
          <w:b/>
        </w:rPr>
        <w:t xml:space="preserve">[09:52] </w:t>
      </w:r>
      <w:r>
        <w:t>qaumon ki bhi umrein hoti hain jis tarah fard ki umar hoti hai. To is liye qaumen is apne paighambaron ke zamane mein jaisi theen, baad ko waisi nahi rahengi woh.</w:t>
      </w:r>
    </w:p>
    <w:p>
      <w:pPr>
        <w:jc w:val="right"/>
      </w:pPr>
      <w:r>
        <w:t>قوموں کی بھی عمریں ہوتی ہیں جس طرح فرد کی عمر ہوتی ہے۔ تو اس لیے قومیں اس اپنے پیغمبروں کے زمانے میں جیسی تھیں، بعد کو ویسی نہیں رہیں گی وہ۔</w:t>
      </w:r>
    </w:p>
    <w:p>
      <w:r>
        <w:rPr>
          <w:b/>
        </w:rPr>
        <w:t xml:space="preserve">[10:07] </w:t>
      </w:r>
      <w:r>
        <w:t>baad ki jo naslein hain in mein</w:t>
      </w:r>
    </w:p>
    <w:p>
      <w:pPr>
        <w:jc w:val="right"/>
      </w:pPr>
      <w:r>
        <w:t>بعد کی جو نسلیں ہیں ان میں</w:t>
      </w:r>
    </w:p>
    <w:p>
      <w:r>
        <w:rPr>
          <w:b/>
        </w:rPr>
        <w:t xml:space="preserve">[10:12] </w:t>
      </w:r>
      <w:r>
        <w:t>bigad aata chala aayega, degeneration hoga, yahan tak ke bohat zyada farq ho jayega. Yahi hone wala tha according to the law of nature ummat e Muhammadi ke sath.</w:t>
      </w:r>
    </w:p>
    <w:p>
      <w:pPr>
        <w:jc w:val="right"/>
      </w:pPr>
      <w:r>
        <w:t>بگاڑ آتا چلا آئے گا، ڈی جنریشن ہوگا، یہاں تک کہ بہت زیادہ فرق ہو جائے گا۔ یہی ہونے والا تھا اکارڈنگ ٹو دا لاء آف نیچر امت محمدی کے ساتھ۔</w:t>
      </w:r>
    </w:p>
    <w:p>
      <w:r>
        <w:rPr>
          <w:b/>
        </w:rPr>
        <w:t xml:space="preserve">[10:27] </w:t>
      </w:r>
      <w:r>
        <w:t>yeh koi mysterious baat nahi, yaad rakhiye, yeh to hona hi hona hai. Jaise ek aadmi jawan hota hai, phir boodha ho jata hai, yeh to hona hi hona hai.</w:t>
      </w:r>
    </w:p>
    <w:p>
      <w:pPr>
        <w:jc w:val="right"/>
      </w:pPr>
      <w:r>
        <w:t>یہ کوئی مسٹیریس بات نہیں، یاد رکھیے، یہ تو ہونا ہی ہونا ہے۔ جیسے ایک آدمی جوان ہوتا ہے، پھر بوڑھا ہو جاتا ہے، یہ تو ہونا ہی ہونا ہے۔</w:t>
      </w:r>
    </w:p>
    <w:p>
      <w:r>
        <w:rPr>
          <w:b/>
        </w:rPr>
        <w:t xml:space="preserve">[10:37] </w:t>
      </w:r>
      <w:r>
        <w:t>kyun ke law of nature hai yeh. Aisi ummat e Muhammadi ke sath bhi yeh hona hi hona tha ke is ka degeneration ho aur phir aakhir mein woh wahan tak pahunch jaye jahan tak yahood o nasara pahunche thay.</w:t>
      </w:r>
    </w:p>
    <w:p>
      <w:pPr>
        <w:jc w:val="right"/>
      </w:pPr>
      <w:r>
        <w:t>کیونکہ لاء آف نیچر ہے یہ۔ ایسی امت محمدی کے ساتھ بھی یہ ہونا ہی ہونا تھا کہ اس کا ڈی جنریشن ہو اور پھر آخر میں وہ وہاں تک پہنچ جائے جہاں تک یہود و نصاریٰ پہنچے تھے۔</w:t>
      </w:r>
    </w:p>
    <w:p>
      <w:r>
        <w:rPr>
          <w:b/>
        </w:rPr>
        <w:t xml:space="preserve">[10:51] </w:t>
      </w:r>
      <w:r>
        <w:t>yeh to hona hi hona tha. Ab maine is par sochna shuru kiya to bohat si baaten samajh mein aayin. Pehli baat yeh samajh mein aayi kal ke waqeye ko le kar jis ne suicide kiya hai ke Bible mein bataya gaya hai ke yahood, yahood ke bare mein bataya gaya hai ke yahood ka kya mansab tha.</w:t>
      </w:r>
    </w:p>
    <w:p>
      <w:pPr>
        <w:jc w:val="right"/>
      </w:pPr>
      <w:r>
        <w:t>یہ تو ہونا ہی ہونا تھا۔ اب میں نے اس پر سوچنا شروع کیا تو بہت سی باتیں سمجھ میں آئیں۔ پہلی بات یہ سمجھ میں آئی کل کے واقعے کو لے کر جس نے سوسائیڈ کیا ہے کہ بائبل میں بتایا گیا ہے کہ یہود، یہود کے بارے میں بتایا گیا ہے کہ یہود کا کیا منصب تھا۔</w:t>
      </w:r>
    </w:p>
    <w:p>
      <w:r>
        <w:rPr>
          <w:b/>
        </w:rPr>
        <w:t xml:space="preserve">[11:16] </w:t>
      </w:r>
      <w:r>
        <w:t>Bible ka ek chapter hai "Isaiah". "Isaiah" ek chapter hai Bible ka,</w:t>
      </w:r>
    </w:p>
    <w:p>
      <w:pPr>
        <w:jc w:val="right"/>
      </w:pPr>
      <w:r>
        <w:t>بائبل کا ایک چیپٹر ہے "یسیا"۔ "یسیا" ایک چیپٹر ہے بائبل کا،</w:t>
      </w:r>
    </w:p>
    <w:p>
      <w:r>
        <w:rPr>
          <w:b/>
        </w:rPr>
        <w:t xml:space="preserve">[11:26] </w:t>
      </w:r>
      <w:r>
        <w:t>Old Testament ka. To is mein ek abhi bhi yeh ayat maujood hai ke Allah taala ne farmaya ke</w:t>
      </w:r>
    </w:p>
    <w:p>
      <w:pPr>
        <w:jc w:val="right"/>
      </w:pPr>
      <w:r>
        <w:t>اولڈ ٹیسٹمنٹ کا۔ تو اس میں ایک ابھی بھی یہ آیت موجود ہے کہ اللہ تعالیٰ نے فرمایا کہ</w:t>
      </w:r>
    </w:p>
    <w:p>
      <w:r>
        <w:rPr>
          <w:b/>
        </w:rPr>
        <w:t xml:space="preserve">[11:42] </w:t>
      </w:r>
      <w:r>
        <w:t>yahood ke bare mein, yani yeh yeh ayat yahood ke bare mein hai. Yahood ke bare mein Allah taala ne farmaya un ko mukhatib karte hue, yahood ko mukhatib karte hue: "You are my witnesses,</w:t>
      </w:r>
    </w:p>
    <w:p>
      <w:pPr>
        <w:jc w:val="right"/>
      </w:pPr>
      <w:r>
        <w:t>یہود کے بارے میں، یعنی یہ یہ آیت یہود کے بارے میں ہے۔ یہود کے بارے میں اللہ تعالیٰ نے فرمایا ان کو مخاطب کرتے ہوئے، یہود کو مخاطب کرتے ہوئے: "یو آر مائی وٹنسز،</w:t>
      </w:r>
    </w:p>
    <w:p>
      <w:r>
        <w:rPr>
          <w:b/>
        </w:rPr>
        <w:t xml:space="preserve">[11:57] </w:t>
      </w:r>
      <w:r>
        <w:t>you are my witnesses whom I have chosen. You are my witnesses whom I have chosen.</w:t>
      </w:r>
    </w:p>
    <w:p>
      <w:pPr>
        <w:jc w:val="right"/>
      </w:pPr>
      <w:r>
        <w:t>یو آر مائی وٹنسز ہوم آئی ہیو چوزن۔ یو آر مائی وٹنسز ہوم آئی ہیو چوزن۔</w:t>
      </w:r>
    </w:p>
    <w:p>
      <w:r>
        <w:rPr>
          <w:b/>
        </w:rPr>
        <w:t xml:space="preserve">[12:09] </w:t>
      </w:r>
      <w:r>
        <w:t>tum mere gawah ho aur main ne isi kaam ke liye tum ko chuna hai."</w:t>
      </w:r>
    </w:p>
    <w:p>
      <w:pPr>
        <w:jc w:val="right"/>
      </w:pPr>
      <w:r>
        <w:t>تم میرے گواہ ہو اور میں نے اسی کام کے لیے تم کو چنا ہے۔"</w:t>
      </w:r>
    </w:p>
    <w:p>
      <w:r>
        <w:rPr>
          <w:b/>
        </w:rPr>
        <w:t xml:space="preserve">[12:17] </w:t>
      </w:r>
      <w:r>
        <w:t>Paighambaron ka zamana jo tha yahood ka, Rasool Allah Sal Allahu Alaihi Wa Sallam ki aamad se pehle, Rasool Allah Sal Allahu Alaihi Wa Sallam ki aamad se pehle jo zamana tha, to us waqt Isaiah ek paighambar un ke darmiyan aaye.</w:t>
      </w:r>
    </w:p>
    <w:p>
      <w:pPr>
        <w:jc w:val="right"/>
      </w:pPr>
      <w:r>
        <w:t>پیغمبروں کا زمانہ جو تھا یہود کا، رسول اللہ صلی اللہ علیہ وسلم کی آمد سے پہلے، رسول اللہ صلی اللہ علیہ وسلم کی آمد سے پہلے جو زمانہ تھا، تو اس وقت یسیاہ ایک پیغمبر ان کے درمیان آئے۔</w:t>
      </w:r>
    </w:p>
    <w:p>
      <w:r>
        <w:rPr>
          <w:b/>
        </w:rPr>
        <w:t xml:space="preserve">[12:30] </w:t>
      </w:r>
      <w:r>
        <w:t>un ki zuban se yeh kahla gaya ke: "Ae yahood, ae Bani Israel, tum log Allah ke gawah ho</w:t>
      </w:r>
    </w:p>
    <w:p>
      <w:pPr>
        <w:jc w:val="right"/>
      </w:pPr>
      <w:r>
        <w:t>ان کی زبان سے یہ کہلایا گیا کہ: "اے یہود، اے بنی اسرائیل، تم لوگ اللہ کے گواہ ہو</w:t>
      </w:r>
    </w:p>
    <w:p>
      <w:r>
        <w:rPr>
          <w:b/>
        </w:rPr>
        <w:t xml:space="preserve">[12:42] </w:t>
      </w:r>
      <w:r>
        <w:t>aur isi ke liye main ne tum ko chun liya hai."</w:t>
      </w:r>
    </w:p>
    <w:p>
      <w:pPr>
        <w:jc w:val="right"/>
      </w:pPr>
      <w:r>
        <w:t>اور اسی کے لیے میں نے تم کو چن لیا ہے۔"</w:t>
      </w:r>
    </w:p>
    <w:p>
      <w:r>
        <w:rPr>
          <w:b/>
        </w:rPr>
        <w:t xml:space="preserve">[12:48] </w:t>
      </w:r>
      <w:r>
        <w:t>to dekhein is ka matlab kya hai? Logon ko batana hai ke zindagi kya hai, creation plan of God kya hai.</w:t>
      </w:r>
    </w:p>
    <w:p>
      <w:pPr>
        <w:jc w:val="right"/>
      </w:pPr>
      <w:r>
        <w:t>تو دیکھیں اس کا مطلب کیا ہے؟ لوگوں کو بتانا ہے کہ زندگی کیا ہے، کیشن پلان آف گاڈ کیا ہے۔</w:t>
      </w:r>
    </w:p>
    <w:p>
      <w:r>
        <w:rPr>
          <w:b/>
        </w:rPr>
        <w:t xml:space="preserve">[12:58] </w:t>
      </w:r>
      <w:r>
        <w:t>jis ne suicide kiya us ko bataya nahi gaya tha. Us se un aware tha, us se bekhabar tha woh. Us ko bata diya gaya hota ke suicide kar ke jahan tum pahunch rahe ho woh to greater problem hai.</w:t>
      </w:r>
    </w:p>
    <w:p>
      <w:pPr>
        <w:jc w:val="right"/>
      </w:pPr>
      <w:r>
        <w:t>جس نے سوسائیڈ کیا اس کو بتایا نہیں گیا تھا۔ اس سے ان اویئر تھا، اس سے بے خبر تھا وہ۔ اس کو بتا دیا گیا ہوتا کہ سوسائیڈ کر کے جہاں تم پہنچ رہے ہو وہ تو گریٹر پرابلم ہے۔</w:t>
      </w:r>
    </w:p>
    <w:p>
      <w:r>
        <w:rPr>
          <w:b/>
        </w:rPr>
        <w:t xml:space="preserve">[13:14] </w:t>
      </w:r>
      <w:r>
        <w:t>to kabhi bhi woh aisa na karta. To kya hua? Yani in logon ne, yahood ne kya kiya? Ke apne ko unhon ne yeh to keh diya ke hum chosen people hain.</w:t>
      </w:r>
    </w:p>
    <w:p>
      <w:pPr>
        <w:jc w:val="right"/>
      </w:pPr>
      <w:r>
        <w:t>تو کبھی بھی وہ ایسا نہ کرتا۔ تو کیا ہوا؟ یعنی ان لوگوں نے، یہود نے کیا کیا؟ کہ اپنے کو انہوں نے یہ تو کہہ دیا کہ ہم چوزن پیپل ہیں۔</w:t>
      </w:r>
    </w:p>
    <w:p>
      <w:r>
        <w:rPr>
          <w:b/>
        </w:rPr>
        <w:t xml:space="preserve">[13:27] </w:t>
      </w:r>
      <w:r>
        <w:t>chozan pipil yani is mein aadha alag kar diya, yeh nikaal diya ke hum Khuda ki taraf se witness hain. yeh liya ke hum chozan pipil hain.</w:t>
      </w:r>
    </w:p>
    <w:p>
      <w:pPr>
        <w:jc w:val="right"/>
      </w:pPr>
      <w:r>
        <w:t>چوزن پیپل یعنی اس میں آدھا الگ کر دیا، یہ نکال دیا کہ ہم خدا کی طرف سے وٹنس ہیں۔ یہ لیا کہ ہم چوزن پیپل ہیں۔</w:t>
      </w:r>
    </w:p>
    <w:p>
      <w:r>
        <w:rPr>
          <w:b/>
        </w:rPr>
        <w:t xml:space="preserve">[13:38] </w:t>
      </w:r>
      <w:r>
        <w:t>yani kya kiya unhon ne? yeh jo tha "that was title of duty"</w:t>
      </w:r>
    </w:p>
    <w:p>
      <w:pPr>
        <w:jc w:val="right"/>
      </w:pPr>
      <w:r>
        <w:t>یعنی کیا کیا انہوں نے؟ یہ جو تھا "دیٹ واز ٹائٹل آف ڈیوٹی"</w:t>
      </w:r>
    </w:p>
    <w:p>
      <w:r>
        <w:rPr>
          <w:b/>
        </w:rPr>
        <w:t xml:space="preserve">[13:50] </w:t>
      </w:r>
      <w:r>
        <w:t>but "they took it as a title of honor".</w:t>
      </w:r>
    </w:p>
    <w:p>
      <w:pPr>
        <w:jc w:val="right"/>
      </w:pPr>
      <w:r>
        <w:t>بٹ "دے ٹوک اٹ ایز ا ٹائٹل آف آنر"۔</w:t>
      </w:r>
    </w:p>
    <w:p>
      <w:r>
        <w:rPr>
          <w:b/>
        </w:rPr>
        <w:t xml:space="preserve">[13:57] </w:t>
      </w:r>
      <w:r>
        <w:t>jo cheez un ke liye duty un ko batati thi, duty us ko le rahe hain unhon ne eizaz ke ma'ne mein. duty chhod diya aur fakhr kar rahe hain ke hum to chozan pipil hain.</w:t>
      </w:r>
    </w:p>
    <w:p>
      <w:pPr>
        <w:jc w:val="right"/>
      </w:pPr>
      <w:r>
        <w:t>جو چیز ان کے لیے ڈیوٹی ان کو بتاتی تھی، ڈیوٹی اس کو لے رہے ہیں انہوں نے اعزاز کے معنی میں۔ ڈیوٹی چھوڑ دیا اور فخر کر رہے ہیں کہ ہم تو چوزن پیپل ہیں۔</w:t>
      </w:r>
    </w:p>
    <w:p>
      <w:r>
        <w:rPr>
          <w:b/>
        </w:rPr>
        <w:t xml:space="preserve">[14:10] </w:t>
      </w:r>
      <w:r>
        <w:t>saare Yahoodi fakhr kar rahe hain ke hum to chozan pipil hain aur duty karni karni thi. yahan tak ke Yahudiyon mein dawat ka concept khatm ho gaya. ab jo Yahoodi hain, ab sirf un ko kya hai?</w:t>
      </w:r>
    </w:p>
    <w:p>
      <w:pPr>
        <w:jc w:val="right"/>
      </w:pPr>
      <w:r>
        <w:t>سارے یہودی فخر کر رہے ہیں کہ ہم تو چوزن پیپل ہیں اور ڈیوٹی کرنی کرنی تھی۔ یہاں تک کہ یہودیوں میں دعوت کا کانسیپٹ ختم ہو گیا۔ اب جو یہودی ہیں، اب صرف ان کو کیا ہے؟</w:t>
      </w:r>
    </w:p>
    <w:p>
      <w:r>
        <w:rPr>
          <w:b/>
        </w:rPr>
        <w:t xml:space="preserve">[14:23] </w:t>
      </w:r>
      <w:r>
        <w:t>apni qaum, apni qaum, apni qaum. doosron ko Allah ka paigham pahunchana, yeh yeh yeh yeh soch hi khatm ho gayi un ke andar.</w:t>
      </w:r>
    </w:p>
    <w:p>
      <w:pPr>
        <w:jc w:val="right"/>
      </w:pPr>
      <w:r>
        <w:t>اپنی قوم، اپنی قوم، اپنی قوم۔ دوسروں کو اللہ کا پیغام پہنچانا، یہ یہ یہ یہ سوچ ہی ختم ہو گئی ان کے اندر۔</w:t>
      </w:r>
    </w:p>
    <w:p>
      <w:r>
        <w:rPr>
          <w:b/>
        </w:rPr>
        <w:t xml:space="preserve">[14:34] </w:t>
      </w:r>
      <w:r>
        <w:t>to Khuda ne kaha tha ke "you are my witnesses, whom I have chosen for this purpose".</w:t>
      </w:r>
    </w:p>
    <w:p>
      <w:pPr>
        <w:jc w:val="right"/>
      </w:pPr>
      <w:r>
        <w:t>تو خدا نے کہا تھا کہ "یو آر مائی وٹنسز، ہوم آئی ہیو چوزن فار دس پرپس"۔</w:t>
      </w:r>
    </w:p>
    <w:p>
      <w:r>
        <w:rPr>
          <w:b/>
        </w:rPr>
        <w:t xml:space="preserve">[14:43] </w:t>
      </w:r>
      <w:r>
        <w:t>to chozan pipil le liya us ne ke hum chozan pipil hain aur witness wali pehlu nikaal diya. yani jo cheez title of duty thi us ko unhon ne title of honor bana diya.</w:t>
      </w:r>
    </w:p>
    <w:p>
      <w:pPr>
        <w:jc w:val="right"/>
      </w:pPr>
      <w:r>
        <w:t>تو چوزن پیپل لے لیا اس نے کہ ہم چوزن پیپل ہیں اور وٹنس والی پہلو نکال دیا۔ یعنی جو چیز ٹائٹل آف ڈیوٹی تھی اس کو انہوں نے ٹائٹل آف آنر بنا دیا۔</w:t>
      </w:r>
    </w:p>
    <w:p>
      <w:r>
        <w:rPr>
          <w:b/>
        </w:rPr>
        <w:t xml:space="preserve">[14:59] </w:t>
      </w:r>
      <w:r>
        <w:t>theek yahi kaam is ne unhon ne kar rakha hai. theek exactly wahi kaam is ne unhon ne kar rakha hai. yani khair ul ummah ka khoob charchah hota, woh ummah laqab jis ka khair ul ummah tha.</w:t>
      </w:r>
    </w:p>
    <w:p>
      <w:pPr>
        <w:jc w:val="right"/>
      </w:pPr>
      <w:r>
        <w:t>ٹھیک یہی کام اس نے انہوں نے کر رکھا ہے۔ ٹھیک ایگزیکٹلی وہی کام اس نے انہوں نے کر رکھا ہے۔ یعنی خیر و امت کا خوب چرچہ ہوتا، وہ امت لقب جس کا خیر الامم تھا۔</w:t>
      </w:r>
    </w:p>
    <w:p>
      <w:r>
        <w:rPr>
          <w:b/>
        </w:rPr>
        <w:t xml:space="preserve">[15:15] </w:t>
      </w:r>
      <w:r>
        <w:t>khoob charchah hota ummah ke khair ul ummah hai, ummah khair ul ummah hai. lekin khair ul ummah kyun hai? "li takuna shuhada, li takuna shuhada ala al nas".</w:t>
      </w:r>
    </w:p>
    <w:p>
      <w:pPr>
        <w:jc w:val="right"/>
      </w:pPr>
      <w:r>
        <w:t>خوب چرچہ ہوتا امت کہ امت خیر و امت ہے، امت خیر و امت ہے۔ لیکن خیر و امت کیوں ہے؟ "لتکون شہداء، لتکون شہداء علی الناس"۔</w:t>
      </w:r>
    </w:p>
    <w:p>
      <w:r>
        <w:rPr>
          <w:b/>
        </w:rPr>
        <w:t xml:space="preserve">[15:29] </w:t>
      </w:r>
      <w:r>
        <w:t>hadees mein aata hai ke "antum shuhada Allah fi al arz". theek wahi baat Quran o hadees mein hai jo Yahood ke bare mein kahi gayi thi ke Musalman jo hain, yeh ummah Muhammadi jo hai woh Allah ki gawah hai.</w:t>
      </w:r>
    </w:p>
    <w:p>
      <w:pPr>
        <w:jc w:val="right"/>
      </w:pPr>
      <w:r>
        <w:t>حدیث میں آتا ہے کہ "انتم شہداء اللہ فی الارض"۔ ٹھیک وہی بات قرآن و حدیث میں ہے جو یہود کے بارے میں کہی گئی تھی کہ مسلمان جو ہیں، یہ امت محمدی جو ہے وہ اللہ کی گواہ ہے۔</w:t>
      </w:r>
    </w:p>
    <w:p>
      <w:r>
        <w:rPr>
          <w:b/>
        </w:rPr>
        <w:t xml:space="preserve">[15:46] </w:t>
      </w:r>
      <w:r>
        <w:t>yani isi liye wahan bhi dekhiye Yahudiyon ko kaha gaya tha, kaha kaha gaya tha Quran majeed mein hai: "fazalnakum ala al alamin".</w:t>
      </w:r>
    </w:p>
    <w:p>
      <w:pPr>
        <w:jc w:val="right"/>
      </w:pPr>
      <w:r>
        <w:t>یعنی اسی لیے وہاں بھی دیکھیے یہودیوں کو کہا گیا تھا، کہا کہا گیا تھا قرآن مجید میں ہے: "فضلناکم علی العالمین"۔</w:t>
      </w:r>
    </w:p>
    <w:p>
      <w:r>
        <w:rPr>
          <w:b/>
        </w:rPr>
        <w:t xml:space="preserve">[15:55] </w:t>
      </w:r>
      <w:r>
        <w:t>hum ne tum ko fazilat di saare alam par. to woh honor ke liye nahi tha, woh duty ke liye tha. woh yahan Musalmanon ne kya kiya?</w:t>
      </w:r>
    </w:p>
    <w:p>
      <w:pPr>
        <w:jc w:val="right"/>
      </w:pPr>
      <w:r>
        <w:t>ہم نے تم کو فضیلت دی سارے عالم پر۔ تو وہ آنر کے لیے نہیں تھا، وہ ڈیوٹی کے لیے تھا۔ وہ یہاں مسلمانوں نے کیا کیا؟</w:t>
      </w:r>
    </w:p>
    <w:p>
      <w:r>
        <w:rPr>
          <w:b/>
        </w:rPr>
        <w:t xml:space="preserve">[16:06] </w:t>
      </w:r>
      <w:r>
        <w:t>wohi kaam yahi kiya unhon ne ke khair ul ummah ka matlab yeh nahi tha ke tum ko hum ne muazzaz bana diya hai. nahi, "that was also a title of duty" and not title of honor.</w:t>
      </w:r>
    </w:p>
    <w:p>
      <w:pPr>
        <w:jc w:val="right"/>
      </w:pPr>
      <w:r>
        <w:t>وہی کام یہی کیا انہوں نے کہ خیر و امت کا مطلب یہ نہیں تھا کہ تم کو ہم نے معزز بنا دیا ہے۔ نہیں، "دیٹ واز آلسو ا ٹائٹل آف ڈیوٹی" اینڈ ناٹ ٹائٹل آف آنر۔</w:t>
      </w:r>
    </w:p>
    <w:p>
      <w:r>
        <w:rPr>
          <w:b/>
        </w:rPr>
        <w:t xml:space="preserve">[16:27] </w:t>
      </w:r>
      <w:r>
        <w:t>shuhada ke ma'ne wahi hote hain jo witnesses ke ma'ne hote hain. Yahood ko banaya tha afzal kis ma'ne mein?</w:t>
      </w:r>
    </w:p>
    <w:p>
      <w:pPr>
        <w:jc w:val="right"/>
      </w:pPr>
      <w:r>
        <w:t>شہداء کے معنی وہی ہوتے ہیں جو وٹنسز کے معنی ہوتے ہیں۔ یہود کو بنایا تھا افضل کس معنی میں؟</w:t>
      </w:r>
    </w:p>
    <w:p>
      <w:r>
        <w:rPr>
          <w:b/>
        </w:rPr>
        <w:t xml:space="preserve">[16:36] </w:t>
      </w:r>
      <w:r>
        <w:t>witness ke ma'ne mein ke tum ko hum ne chun liya hai ke tum dunya ke logon par haq ki gawahi dete raho, Khuda ka paigham batate raho.</w:t>
      </w:r>
    </w:p>
    <w:p>
      <w:pPr>
        <w:jc w:val="right"/>
      </w:pPr>
      <w:r>
        <w:t>وٹنس کے معنی میں کہ تم کو ہم نے چن لیا ہے کہ تم دنیا کے لوگوں پر حق کی گواہی دیتے رہو، خدا کا پیغام بتاتے رہو۔</w:t>
      </w:r>
    </w:p>
    <w:p>
      <w:r>
        <w:rPr>
          <w:b/>
        </w:rPr>
        <w:t xml:space="preserve">[16:45] </w:t>
      </w:r>
      <w:r>
        <w:t>yani creation plan of God se logon ko aagah karte raho. lekin unhon ne kya kiya? Musalmanon ne dono baaton ko alag kar diya.</w:t>
      </w:r>
    </w:p>
    <w:p>
      <w:pPr>
        <w:jc w:val="right"/>
      </w:pPr>
      <w:r>
        <w:t>یعنی کریشن پلان آف گاڈ سے لوگوں کو آگاہ کرتے رہو۔ لیکن انہوں نے کیا کیا؟ مسلمانوں نے دونوں باتوں کو الگ کر دیا۔</w:t>
      </w:r>
    </w:p>
    <w:p>
      <w:r>
        <w:rPr>
          <w:b/>
        </w:rPr>
        <w:t xml:space="preserve">[16:56] </w:t>
      </w:r>
      <w:r>
        <w:t>yeh to le liya ke hum khair ul ummah hain, hum afzal hain, hamari har cheez afzal hai aur duty wali baat ghayab. chunaanche Musalmanon mein dawat ka concept hi khatm ho gaya.</w:t>
      </w:r>
    </w:p>
    <w:p>
      <w:pPr>
        <w:jc w:val="right"/>
      </w:pPr>
      <w:r>
        <w:t>یہ تو لے لیا کہ ہم خیر و امت ہیں، ہم افضل ہیں، ہماری ہر چیز افضل ہے اور ڈیوٹی والی بات غائب۔ چنانچہ مسلمانوں میں دعوت کا کانسیپٹ ہی ختم ہو گیا۔</w:t>
      </w:r>
    </w:p>
    <w:p>
      <w:r>
        <w:rPr>
          <w:b/>
        </w:rPr>
        <w:t xml:space="preserve">[17:10] </w:t>
      </w:r>
      <w:r>
        <w:t>doctor dawat ka concept khatm. aaj keh ke dawat ke naam par koi Musalman sar-garmian hain, log us ko batate hain ke dekho wahan to dawat wahan. "there is not da'wah". woh un ki milli activities ka ek part hai.</w:t>
      </w:r>
    </w:p>
    <w:p>
      <w:pPr>
        <w:jc w:val="right"/>
      </w:pPr>
      <w:r>
        <w:t>ڈاکٹر دعوت کا کانسیپٹ ختم۔ آج کہہ کے دعوت کے نام پر کوئی مسلمان سرگرمیاں ہیں، لوگ اس کو بتاتے ہیں کہ دیکھو وہاں تو دعوت وہاں۔ "دیر از ناٹ دعویٰ"۔ وہ ان کی ملی ایکٹیویٹیز کا ایک پارٹ ہے۔</w:t>
      </w:r>
    </w:p>
    <w:p>
      <w:r>
        <w:rPr>
          <w:b/>
        </w:rPr>
        <w:t xml:space="preserve">[17:22] </w:t>
      </w:r>
      <w:r>
        <w:t>yaad rakhiye, aaj dunya mein jagah jagah aisi misalein aap bata sakte hain ke wahan to dawat ke naam par yeh ho raha hai, dawat ke naam par woh ho raha hai. woh kuch bhi nahi, nothing.</w:t>
      </w:r>
    </w:p>
    <w:p>
      <w:pPr>
        <w:jc w:val="right"/>
      </w:pPr>
      <w:r>
        <w:t>یاد رکھیے، آج دنیا میں جگہ جگہ ایسی مثالیں آپ بتا سکتے ہیں کہ وہاں تو دعوت کے نام پر یہ ہو رہا ہے، دعوت کے نام پر وہ ہو رہا ہے۔ وہ کچھ بھی نہیں، نتھنگ۔</w:t>
      </w:r>
    </w:p>
    <w:p>
      <w:r>
        <w:rPr>
          <w:b/>
        </w:rPr>
        <w:t xml:space="preserve">[17:34] </w:t>
      </w:r>
      <w:r>
        <w:t>woh un ki milli activities ka part hai. asal jo kaam kar rahe hain Musalman woh hai milli activism. milli activism.</w:t>
      </w:r>
    </w:p>
    <w:p>
      <w:pPr>
        <w:jc w:val="right"/>
      </w:pPr>
      <w:r>
        <w:t>وہ ان کی ملی ایکٹیویٹیز کا پارٹ ہے۔ اصل جو کام کر رہے ہیں مسلمان وہ ہے ملی ایکٹیوزم۔ ملی ایکٹیوزم۔</w:t>
      </w:r>
    </w:p>
    <w:p>
      <w:r>
        <w:rPr>
          <w:b/>
        </w:rPr>
        <w:t xml:space="preserve">[17:46] </w:t>
      </w:r>
      <w:r>
        <w:t>yeh main kyun keh raha hoon? ek sahib ne mujh se yeh baat kahi to main ne kaha ke dekhiye, da'i banne ke liye madon se mohabbat karna padta hai.</w:t>
      </w:r>
    </w:p>
    <w:p>
      <w:pPr>
        <w:jc w:val="right"/>
      </w:pPr>
      <w:r>
        <w:t>یہ میں کیوں کہہ رہا ہوں؟ ایک صاحب نے مجھ سے یہ بات کہی تو میں نے کہا کہ دیکھیے، داعی بننے کے لیے مادوں سے محبت کرنا پڑتا ہے۔</w:t>
      </w:r>
    </w:p>
    <w:p>
      <w:r>
        <w:rPr>
          <w:b/>
        </w:rPr>
        <w:t xml:space="preserve">[18:01] </w:t>
      </w:r>
      <w:r>
        <w:t>yani dawat ka aaghaz mohabbat se hota hai. yeh nahi ke aap loudspeaker le kar taqreer karne lagen. aur aaj kal Musalmanon ka kya haal hai?</w:t>
      </w:r>
    </w:p>
    <w:p>
      <w:pPr>
        <w:jc w:val="right"/>
      </w:pPr>
      <w:r>
        <w:t>یعنی دعوت کا آغاز محبت سے ہوتا ہے۔ یہ نہیں کہ آپ لاؤڈ سپیکر لے کر تقریر کرنے لگیں۔ اور آج کل مسلمانوں کا کیا حال ہے؟</w:t>
      </w:r>
    </w:p>
    <w:p>
      <w:r>
        <w:rPr>
          <w:b/>
        </w:rPr>
        <w:t xml:space="preserve">[18:13] </w:t>
      </w:r>
      <w:r>
        <w:t>jis Musalman se baat kijiye woh doosri qaumon ke bare mein nafrat liye hue hai. nafrat, nafrat, nafrat. yani sab se nafrat.</w:t>
      </w:r>
    </w:p>
    <w:p>
      <w:pPr>
        <w:jc w:val="right"/>
      </w:pPr>
      <w:r>
        <w:t>جس مسلمان سے بات کیجئے وہ دوسری قوموں کے بارے میں نفرت لیے ہوئے ہے۔ نفرت، نفرت، نفرت۔ یعنی سب سے نفرت۔</w:t>
      </w:r>
    </w:p>
    <w:p>
      <w:r>
        <w:rPr>
          <w:b/>
        </w:rPr>
        <w:t xml:space="preserve">[18:25] </w:t>
      </w:r>
      <w:r>
        <w:t>yani saare Musalmanon ke zehn ko agar ek lafz mein bataya jaye to kya hoga? pro Muslim, anti non Muslim. yahan se le ke America tak, yahan se le ke Europe tak, yahan se le ke Arab tak.</w:t>
      </w:r>
    </w:p>
    <w:p>
      <w:pPr>
        <w:jc w:val="right"/>
      </w:pPr>
      <w:r>
        <w:t>یعنی سارے مسلمانوں کے ذہن کو اگر ایک لفظ میں بتایا جائے تو کیا ہوگا؟ پرو مسلم، اینٹی نان مسلم۔ یہاں سے لے کے امریکہ تک، یہاں سے لے کے یورپ تک، یہاں سے لے کے عرب تک۔</w:t>
      </w:r>
    </w:p>
    <w:p>
      <w:r>
        <w:rPr>
          <w:b/>
        </w:rPr>
        <w:t xml:space="preserve">[18:38] </w:t>
      </w:r>
      <w:r>
        <w:t>kisi se baat kijiye, kisi se baat kijiye aap, jiska niklega uska mind set, uska andar ka mizaj pro muslim, anti non muslim.</w:t>
      </w:r>
    </w:p>
    <w:p>
      <w:pPr>
        <w:jc w:val="right"/>
      </w:pPr>
      <w:r>
        <w:t>کسی سے بات کیجئے، کسی سے بات کیجئے آپ، جس کا نکلے گا اس کا مائنڈ سیٹ، اس کا اندر کا مزاج پرو مسلم، اینٹی نان مسلم۔</w:t>
      </w:r>
    </w:p>
    <w:p>
      <w:r>
        <w:rPr>
          <w:b/>
        </w:rPr>
        <w:t xml:space="preserve">[18:53] </w:t>
      </w:r>
      <w:r>
        <w:t>to phir dawat kahan? jo maa apne bete se nafrat kare to to phir motherhood kahan?</w:t>
      </w:r>
    </w:p>
    <w:p>
      <w:pPr>
        <w:jc w:val="right"/>
      </w:pPr>
      <w:r>
        <w:t>تو پھر دعوت کہاں؟ جو ماں اپنے بیٹے سے نفرت کرے تو تو پھر مدر ہڈ کہاں؟</w:t>
      </w:r>
    </w:p>
    <w:p>
      <w:r>
        <w:rPr>
          <w:b/>
        </w:rPr>
        <w:t xml:space="preserve">[19:04] </w:t>
      </w:r>
      <w:r>
        <w:t>jo maa apne bete se nafrat kare to motherhood kahan hai? jo baap apne bete se nafrat kare to fatherhood kahan hai?</w:t>
      </w:r>
    </w:p>
    <w:p>
      <w:pPr>
        <w:jc w:val="right"/>
      </w:pPr>
      <w:r>
        <w:t>جو ماں اپنے بیٹے سے نفرت کرے تو مدر ہڈ کہاں ہے؟ جو باپ اپنے بیٹے سے نفرت کرے تو فادر ہڈ کہاں ہے؟</w:t>
      </w:r>
    </w:p>
    <w:p>
      <w:r>
        <w:rPr>
          <w:b/>
        </w:rPr>
        <w:t xml:space="preserve">[19:13] </w:t>
      </w:r>
      <w:r>
        <w:t>to jo log dawat ka dawa karein aur jab ke woh madon se nafrat karte hon to jhoota dawa kar rahe hain woh.</w:t>
      </w:r>
    </w:p>
    <w:p>
      <w:pPr>
        <w:jc w:val="right"/>
      </w:pPr>
      <w:r>
        <w:t>تو جو لوگ دعوت کا دعویٰ کریں اور جب کہ وہ مادوں سے نفرت کرتے ہوں تو جھوٹا دعویٰ کر رہے ہیں وہ۔</w:t>
      </w:r>
    </w:p>
    <w:p>
      <w:r>
        <w:rPr>
          <w:b/>
        </w:rPr>
        <w:t xml:space="preserve">[19:24] </w:t>
      </w:r>
      <w:r>
        <w:t>false claim kar rahe hain, false claim. to aaj kal jo activities musalmanon mein hain, different different namon ke sath, woh haqeeqat mein unki milli activities hain.</w:t>
      </w:r>
    </w:p>
    <w:p>
      <w:pPr>
        <w:jc w:val="right"/>
      </w:pPr>
      <w:r>
        <w:t>فالس کلیم کر رہے ہیں، فالس کلیم۔ تو آج کل جو ایکٹیویٹیز مسلمانوں میں ہیں، ڈفرنٹ ڈفرنٹ ناموں کے ساتھ، وہ حقیقت میں ان کی ملی ایکٹیویٹیز ہیں۔</w:t>
      </w:r>
    </w:p>
    <w:p>
      <w:r>
        <w:rPr>
          <w:b/>
        </w:rPr>
        <w:t xml:space="preserve">[19:40] </w:t>
      </w:r>
      <w:r>
        <w:t>milli activities ke ke different part hain. dawat ka koi wajood hi nahi hai. to theek wohi musalman hain jahan ke hindu, yahudi the.</w:t>
      </w:r>
    </w:p>
    <w:p>
      <w:pPr>
        <w:jc w:val="right"/>
      </w:pPr>
      <w:r>
        <w:t>ملی ایکٹیویٹیز کے کے ڈفرنٹ پارٹ ہیں۔ دعوت کا کوئی وجود ہی نہیں ہے۔ تو ٹھیک وہی مسلمان ہیں جہاں کے ہندو، یہودی تھے۔</w:t>
      </w:r>
    </w:p>
    <w:p>
      <w:r>
        <w:rPr>
          <w:b/>
        </w:rPr>
        <w:t xml:space="preserve">[19:54] </w:t>
      </w:r>
      <w:r>
        <w:t>ke apne ko yeh to samajh liya ke hum sab se oonchi qaum hain aur yeh bhula diya ke hamari duty kya hai.</w:t>
      </w:r>
    </w:p>
    <w:p>
      <w:pPr>
        <w:jc w:val="right"/>
      </w:pPr>
      <w:r>
        <w:t>کہ اپنے کو یہ تو سمجھ لیا کہ ہم سب سے اونچی قوم ہیں اور یہ بھلا دیا کہ ہماری ڈیوٹی کیا ہے۔</w:t>
      </w:r>
    </w:p>
    <w:p>
      <w:r>
        <w:rPr>
          <w:b/>
        </w:rPr>
        <w:t xml:space="preserve">[20:06] </w:t>
      </w:r>
      <w:r>
        <w:t>yeh musalmanon ne kiya hai jo ke yahudi kar chuke the pehle. to musalmanon ne khair ul ummah ko apne liye ek title of honor bana diya.</w:t>
      </w:r>
    </w:p>
    <w:p>
      <w:pPr>
        <w:jc w:val="right"/>
      </w:pPr>
      <w:r>
        <w:t>یہ مسلمانوں نے کیا ہے جو کہ یہودی کر چکے تھے پہلے۔ تو مسلمانوں نے خیر و امت کو اپنے لیے ایک ٹائٹل آف آنر بنا دیا۔</w:t>
      </w:r>
    </w:p>
    <w:p>
      <w:r>
        <w:rPr>
          <w:b/>
        </w:rPr>
        <w:t xml:space="preserve">[20:15] </w:t>
      </w:r>
      <w:r>
        <w:t>halankeh woh title of duty tha. matlab yeh gawahi do to tum khair ul ummah ho warna tum khair ul ummah nahi ho.</w:t>
      </w:r>
    </w:p>
    <w:p>
      <w:pPr>
        <w:jc w:val="right"/>
      </w:pPr>
      <w:r>
        <w:t>حالانکہ وہ ٹائٹل آف ڈیوٹی تھا۔ مطلب یہ گواہی دو تو تم خیر و امت ہو ورنہ تم خیر و امت نہیں ہو۔</w:t>
      </w:r>
    </w:p>
    <w:p>
      <w:r>
        <w:rPr>
          <w:b/>
        </w:rPr>
        <w:t xml:space="preserve">[20:29] </w:t>
      </w:r>
      <w:r>
        <w:t>kitni sangeen baat hai. to yeh sab baatein kal jo waqia hua suicide ka to main sochne laga ke iska zimmedar kaun hai?</w:t>
      </w:r>
    </w:p>
    <w:p>
      <w:pPr>
        <w:jc w:val="right"/>
      </w:pPr>
      <w:r>
        <w:t>کتنی سنگین بات ہے۔ تو یہ سب باتیں کل جو واقعہ ہوا سوسائیڈ کا تو میں سوچنے لگا کہ اس کا ذمہ دار کون ہے؟</w:t>
      </w:r>
    </w:p>
    <w:p>
      <w:r>
        <w:rPr>
          <w:b/>
        </w:rPr>
        <w:t xml:space="preserve">[20:41] </w:t>
      </w:r>
      <w:r>
        <w:t>is ke zimmedar yeh log hain jinke paas khudai kitab hai. jinko Khuda ne paighambar ke zariye, wahi ke zariye apni kitab bhej kar yeh bataya tha ke "what is the creation plan of</w:t>
      </w:r>
    </w:p>
    <w:p>
      <w:pPr>
        <w:jc w:val="right"/>
      </w:pPr>
      <w:r>
        <w:t>اس کے ذمہ دار یہ لوگ ہیں جن کے پاس خدائی کتاب ہے۔ جن کو خدا نے پیغمبر کے ذریعے، وحی کے ذریعے اپنی کتاب بھیج کر یہ بتایا تھا کہ "واٹ از دا کریشن پلان آف</w:t>
      </w:r>
    </w:p>
    <w:p>
      <w:r>
        <w:rPr>
          <w:b/>
        </w:rPr>
        <w:t xml:space="preserve">[20:59] </w:t>
      </w:r>
      <w:r>
        <w:t>god". maut kya hai, zindagi kya hai, pre death period ka hai, post death period ka hai,</w:t>
      </w:r>
    </w:p>
    <w:p>
      <w:pPr>
        <w:jc w:val="right"/>
      </w:pPr>
      <w:r>
        <w:t>گاڈ"۔ موت کیا ہے، زندگی کیا ہے، پری ڈیتھ پیریڈ کا ہے، پوسٹ ڈیتھ پیریڈ کا ہے،</w:t>
      </w:r>
    </w:p>
    <w:p>
      <w:r>
        <w:rPr>
          <w:b/>
        </w:rPr>
        <w:t xml:space="preserve">[21:09] </w:t>
      </w:r>
      <w:r>
        <w:t>success kya hai, failure kya hai, salvation kya hai, jannat kya hai, jahannum kya hai. yeh sab baatein Allah taala ne kholain. isi ko batane ka naam hai gawahi.</w:t>
      </w:r>
    </w:p>
    <w:p>
      <w:pPr>
        <w:jc w:val="right"/>
      </w:pPr>
      <w:r>
        <w:t>سکسیس کیا ہے، فیلیر کیا ہے، سالویشن کیا ہے، جنت کیا ہے، دوزخ کیا ہے۔ یہ سب باتیں اللہ تعالیٰ نے کھولیں۔ اسی کو بتانے کا نام ہے گواہی۔</w:t>
      </w:r>
    </w:p>
    <w:p>
      <w:r>
        <w:rPr>
          <w:b/>
        </w:rPr>
        <w:t xml:space="preserve">[21:21] </w:t>
      </w:r>
      <w:r>
        <w:t>inhin baaton ko batane ka naam hai gawahi. lekin yahudion ne is kaam ko chhod diya tha pehle, ab musalman chhoday hue hain.</w:t>
      </w:r>
    </w:p>
    <w:p>
      <w:pPr>
        <w:jc w:val="right"/>
      </w:pPr>
      <w:r>
        <w:t>انہی باتوں کو بتانے کا نام ہے گواہی۔ لیکن یہودیوں نے اس کام کو چھوڑ دیا تھا پہلے، اب مسلمان چھوڑے ہوئے ہیں۔</w:t>
      </w:r>
    </w:p>
    <w:p>
      <w:r>
        <w:rPr>
          <w:b/>
        </w:rPr>
        <w:t xml:space="preserve">[21:34] </w:t>
      </w:r>
      <w:r>
        <w:t>dawat ka tasawwur jo hai woh sarr e se maujood nahi hai.</w:t>
      </w:r>
    </w:p>
    <w:p>
      <w:pPr>
        <w:jc w:val="right"/>
      </w:pPr>
      <w:r>
        <w:t>دعوت کا تصور جو ہے وہ سرے سے موجود نہیں ہے۔</w:t>
      </w:r>
    </w:p>
    <w:p>
      <w:r>
        <w:rPr>
          <w:b/>
        </w:rPr>
        <w:t xml:space="preserve">[21:43] </w:t>
      </w:r>
      <w:r>
        <w:t>dawat ke naam se dhoke mein na aaiye. woh to milli activities hain. apne pride ko establish karna, apne khair ul ummah hone ko establish karna.</w:t>
      </w:r>
    </w:p>
    <w:p>
      <w:pPr>
        <w:jc w:val="right"/>
      </w:pPr>
      <w:r>
        <w:t>دعوت کے نام سے دھوکے میں نہ آئیے۔ وہ تو ملی ایکٹیویٹیز ہیں۔ اپنے پرائیڈ کو اسٹیبلش کرنا، اپنے خیر و امت ہونے کو اسٹیبلش کرنا۔</w:t>
      </w:r>
    </w:p>
    <w:p>
      <w:r>
        <w:rPr>
          <w:b/>
        </w:rPr>
        <w:t xml:space="preserve">[21:55] </w:t>
      </w:r>
      <w:r>
        <w:t>jise misaal to debate hota hai. musalman samajhte hain ke debate jo hai woh dawat hai. debate dawat kaise hai? debate ka maqsad hota hai ke doosre ko neecha dikhana, apne ko ooncha dikhana.</w:t>
      </w:r>
    </w:p>
    <w:p>
      <w:pPr>
        <w:jc w:val="right"/>
      </w:pPr>
      <w:r>
        <w:t>جسے مثال تو ڈیبیٹ ہوتا ہے۔ مسلمان سمجھتے ہیں کہ ڈیبیٹ جو ہے وہ دعوت ہے۔ ڈیبیٹ دعوت کیسے ہے؟ ڈیبیٹ کا مقصد ہوتا ہے کہ دوسرے کو نیچا دکھانا، اپنے کو اونچا دکھانا۔</w:t>
      </w:r>
    </w:p>
    <w:p>
      <w:r>
        <w:rPr>
          <w:b/>
        </w:rPr>
        <w:t xml:space="preserve">[22:07] </w:t>
      </w:r>
      <w:r>
        <w:t>yani apne pride ko establish karna. "that is not the work".</w:t>
      </w:r>
    </w:p>
    <w:p>
      <w:pPr>
        <w:jc w:val="right"/>
      </w:pPr>
      <w:r>
        <w:t>یعنی اپنے پرائیڈ کو اسٹیبلش کرنا۔ "دیٹ از ناٹ داؤ ورک"۔</w:t>
      </w:r>
    </w:p>
    <w:p>
      <w:r>
        <w:rPr>
          <w:b/>
        </w:rPr>
        <w:t xml:space="preserve">[22:17] </w:t>
      </w:r>
      <w:r>
        <w:t>yeh to milli work hai, qaumi qaumi kaam hai.</w:t>
      </w:r>
    </w:p>
    <w:p>
      <w:pPr>
        <w:jc w:val="right"/>
      </w:pPr>
      <w:r>
        <w:t>یہ تو ملی ورک ہے، قومی قومی کام ہے۔</w:t>
      </w:r>
    </w:p>
    <w:p>
      <w:r>
        <w:rPr>
          <w:b/>
        </w:rPr>
        <w:t xml:space="preserve">[22:23] </w:t>
      </w:r>
      <w:r>
        <w:t>yeh to qaumi kaam hai.</w:t>
      </w:r>
    </w:p>
    <w:p>
      <w:pPr>
        <w:jc w:val="right"/>
      </w:pPr>
      <w:r>
        <w:t>یہ تو قومی کام ہے۔</w:t>
      </w:r>
    </w:p>
    <w:p>
      <w:r>
        <w:rPr>
          <w:b/>
        </w:rPr>
        <w:t xml:space="preserve">[22:27] </w:t>
      </w:r>
      <w:r>
        <w:t>aur is zamane mein musalmanon ki jo bhi activities hain woh sab qaumi ban gayi hain. koi bhi activity usooli nahi hai.</w:t>
      </w:r>
    </w:p>
    <w:p>
      <w:pPr>
        <w:jc w:val="right"/>
      </w:pPr>
      <w:r>
        <w:t>اور اس زمانے میں مسلمانوں کی جو بھی ایکٹیویٹیز ہیں وہ سب قومی بن گئی ہیں۔ کوئی بھی ایکٹیویٹی اصولی نہیں ہے۔</w:t>
      </w:r>
    </w:p>
    <w:p>
      <w:r>
        <w:rPr>
          <w:b/>
        </w:rPr>
        <w:t xml:space="preserve">[22:36] </w:t>
      </w:r>
      <w:r>
        <w:t>jitni bhi hai. ab dekhiye yahudion mein bohat bari tehreek uthi Zionism. jo kehte hain Zionism. Zion jo hai arabi mein is ko kehte hain sihyun.</w:t>
      </w:r>
    </w:p>
    <w:p>
      <w:pPr>
        <w:jc w:val="right"/>
      </w:pPr>
      <w:r>
        <w:t>جتنی بھی ہے۔ اب دیکھیے یہودیوں میں بہت بڑی تحریک اٹھی زائنزم۔ جو کہتے ہیں زائنزم۔ زائن جو ہے عربی میں اس کو کہتے ہیں سہیون۔</w:t>
      </w:r>
    </w:p>
    <w:p>
      <w:r>
        <w:rPr>
          <w:b/>
        </w:rPr>
        <w:t xml:space="preserve">[22:49] </w:t>
      </w:r>
      <w:r>
        <w:t>ek pahad hai, ek pahadi keh lijiye Jerusalem mein. to Zionism ka matlab hota hai "return to Jerusalem".</w:t>
      </w:r>
    </w:p>
    <w:p>
      <w:pPr>
        <w:jc w:val="right"/>
      </w:pPr>
      <w:r>
        <w:t>ایک پہاڑ ہے، ایک پہاڑی کہہ لیجئے یروشلم میں۔ تو زائنزم کا مطلب ہوتا ہے "ریٹرن ٹو یروشلم"۔</w:t>
      </w:r>
    </w:p>
    <w:p>
      <w:r>
        <w:rPr>
          <w:b/>
        </w:rPr>
        <w:t xml:space="preserve">[23:00] </w:t>
      </w:r>
      <w:r>
        <w:t>"return to Zion". yani Jerusalem pahunch kar ke wahan apni state banana. yeh tehreek uthi yahudion mein.</w:t>
      </w:r>
    </w:p>
    <w:p>
      <w:pPr>
        <w:jc w:val="right"/>
      </w:pPr>
      <w:r>
        <w:t>"ریٹرن ٹو زائن"۔ یعنی یروشلم پہنچ کر کے وہاں اپنی اسٹیٹ بنانا۔ یہ تحریک اٹھی یہودیوں میں۔</w:t>
      </w:r>
    </w:p>
    <w:p>
      <w:r>
        <w:rPr>
          <w:b/>
        </w:rPr>
        <w:t xml:space="preserve">[23:10] </w:t>
      </w:r>
      <w:r>
        <w:t>yahan tak ke 1948 mein woh kamyab hui aur woh wahan aaye aur wahan unhon ne apni state banai. wahan par yahi to musalman bhi kar rahe hain. qibla awwal ki wapsi, qibla awwal ki wapsi ke naam par kar rahe hain.</w:t>
      </w:r>
    </w:p>
    <w:p>
      <w:pPr>
        <w:jc w:val="right"/>
      </w:pPr>
      <w:r>
        <w:t>یہاں تک کہ 1948 میں وہ کامیاب ہوئی اور وہ وہاں آئے اور وہاں انہوں نے اپنی اسٹیٹ بنائی۔ وہاں پر یہی تو مسلمان بھی کر رہے ہیں۔ قبلہ اول کی واپسی، قبلہ اول کی واپسی کے نام پر کر رہے ہیں۔</w:t>
      </w:r>
    </w:p>
    <w:p>
      <w:r>
        <w:rPr>
          <w:b/>
        </w:rPr>
        <w:t xml:space="preserve">[23:22] </w:t>
      </w:r>
      <w:r>
        <w:t>woh zain ki wapsi par kar rahe thay. zain jo hai yeh yerooshlem jo hai woh chala gaya tha usmani isai is waqt jab ke zains movement uthai gayi thi.</w:t>
      </w:r>
    </w:p>
    <w:p>
      <w:pPr>
        <w:jc w:val="right"/>
      </w:pPr>
      <w:r>
        <w:t>وہ زائن کی واپسی پر کر رہے تھے۔ زائن جو ہے یہ یروشلم جو ہے وہ چلا گیا تھا عثمانی عیسائی اس وقت جب کہ زائنس موومنٹ اٹھائی گئی تھی۔</w:t>
      </w:r>
    </w:p>
    <w:p>
      <w:r>
        <w:rPr>
          <w:b/>
        </w:rPr>
        <w:t xml:space="preserve">[23:34] </w:t>
      </w:r>
      <w:r>
        <w:t>tab yeh falasteen par qabza tha turki khilafat ka. khilafat turki wahan par thi.</w:t>
      </w:r>
    </w:p>
    <w:p>
      <w:pPr>
        <w:jc w:val="right"/>
      </w:pPr>
      <w:r>
        <w:t>تب یہ فلسطین پر قبضہ تھا ترکی خلافت کا۔ خلافت ترکی وہاں پر تھی۔</w:t>
      </w:r>
    </w:p>
    <w:p>
      <w:r>
        <w:rPr>
          <w:b/>
        </w:rPr>
        <w:t xml:space="preserve">[23:45] </w:t>
      </w:r>
      <w:r>
        <w:t>yani turk khilafat ke under mein tha us waqt falasteen. toh unhon ne zionism chalaya ke hamein yerooshlem hamein jana hai, yerooshlem par qabza karna hai.</w:t>
      </w:r>
    </w:p>
    <w:p>
      <w:pPr>
        <w:jc w:val="right"/>
      </w:pPr>
      <w:r>
        <w:t>یعنی ترک خلافت کے انڈر میں تھا اس وقت فلسطین۔ تو انہوں نے زائنزم چلایا کہ ہمیں یروشلم ہمیں جانا ہے، یروشلم پر قبضہ کرنا ہے۔</w:t>
      </w:r>
    </w:p>
    <w:p>
      <w:r>
        <w:rPr>
          <w:b/>
        </w:rPr>
        <w:t xml:space="preserve">[23:58] </w:t>
      </w:r>
      <w:r>
        <w:t>ab musalmanon ne bhi chala rakha hai ke hamein woh qibla awwal par hamein qabza karna hai. kaha farq kya hai?</w:t>
      </w:r>
    </w:p>
    <w:p>
      <w:pPr>
        <w:jc w:val="right"/>
      </w:pPr>
      <w:r>
        <w:t>اب مسلمانوں نے بھی چلا رکھا ہے کہ ہمیں وہ قبلہ اول پر ہمیں قبضہ کرنا ہے۔ کہا فرق کیا ہے؟</w:t>
      </w:r>
    </w:p>
    <w:p>
      <w:r>
        <w:rPr>
          <w:b/>
        </w:rPr>
        <w:t xml:space="preserve">[24:07] </w:t>
      </w:r>
      <w:r>
        <w:t>woh bhi qaumi, woh bhi qaumi. yahoodi tehreek bhi qaumi tehreek thi. muslim tehreek bhi qaumi tehreek hai. khuda ke deen se na is ka talluq na is ka koi talluq.</w:t>
      </w:r>
    </w:p>
    <w:p>
      <w:pPr>
        <w:jc w:val="right"/>
      </w:pPr>
      <w:r>
        <w:t>وہ بھی قومی، وہ بھی قومی۔ یہودی تحریک بھی قومی تحریک تھی۔ مسلم تحریک بھی قومی تحریک ہے۔ خدا کے دین سے نہ اس کا تعلق نہ اس کا کوئی تعلق۔</w:t>
      </w:r>
    </w:p>
    <w:p>
      <w:r>
        <w:rPr>
          <w:b/>
        </w:rPr>
        <w:t xml:space="preserve">[24:22] </w:t>
      </w:r>
      <w:r>
        <w:t>kyunke dekhiye agar musalmanon ki tehreek khuda ke deen</w:t>
      </w:r>
    </w:p>
    <w:p>
      <w:pPr>
        <w:jc w:val="right"/>
      </w:pPr>
      <w:r>
        <w:t>کیونکہ دیکھیے اگر مسلمانوں کی تحریک خدا کے دین</w:t>
      </w:r>
    </w:p>
    <w:p>
      <w:r>
        <w:rPr>
          <w:b/>
        </w:rPr>
        <w:t xml:space="preserve">[24:28] </w:t>
      </w:r>
      <w:r>
        <w:t>se is ka talluq hota toh jante hain kya hota?</w:t>
      </w:r>
    </w:p>
    <w:p>
      <w:pPr>
        <w:jc w:val="right"/>
      </w:pPr>
      <w:r>
        <w:t>سے اس کا تعلق ہوتا تو جانتے ہیں کیا ہوتا؟</w:t>
      </w:r>
    </w:p>
    <w:p>
      <w:r>
        <w:rPr>
          <w:b/>
        </w:rPr>
        <w:t xml:space="preserve">[24:35] </w:t>
      </w:r>
      <w:r>
        <w:t>tamam fuqaha yeh mante hain ke jihad ka aaghaz hota hai dawat se. pehle dawat, phir phir jihad.</w:t>
      </w:r>
    </w:p>
    <w:p>
      <w:pPr>
        <w:jc w:val="right"/>
      </w:pPr>
      <w:r>
        <w:t>تمام فقہاء یہ مانتے ہیں کہ جہاد کا آغاز ہوتا ہے دعوت سے۔ پہلے دعوت، پھر پھر جہاد۔</w:t>
      </w:r>
    </w:p>
    <w:p>
      <w:r>
        <w:rPr>
          <w:b/>
        </w:rPr>
        <w:t xml:space="preserve">[24:48] </w:t>
      </w:r>
      <w:r>
        <w:t>mere paas badad al-mujtahid hai jo jis mein sar fuqaha ka rai batai gayi hai. aap aa kar dekh lijiye. toh kya arabon ne falasteen mein daawti kaam kiya?</w:t>
      </w:r>
    </w:p>
    <w:p>
      <w:pPr>
        <w:jc w:val="right"/>
      </w:pPr>
      <w:r>
        <w:t>میرے پاس بدعاد المجتہد ہے جو جس میں سر فقہاء کا رائے بتائی گئی ہے۔ آپ آ کر دیکھ لیجئے۔ تو کیا عربوں نے فلسطین میں دعوتی کام کیا؟</w:t>
      </w:r>
    </w:p>
    <w:p>
      <w:r>
        <w:rPr>
          <w:b/>
        </w:rPr>
        <w:t xml:space="preserve">[25:00] </w:t>
      </w:r>
      <w:r>
        <w:t>yahudiyon ke samne? sare arab mil kar ke is mein lad rahe hain. yani falasteen ki ladai sare arabon ki ladai hai.</w:t>
      </w:r>
    </w:p>
    <w:p>
      <w:pPr>
        <w:jc w:val="right"/>
      </w:pPr>
      <w:r>
        <w:t>یہودیوں کے سامنے؟ سارے عرب مل کر کے اس میں لڑ رہے ہیں۔ یعنی فلسطین کی لڑائی سارے عربوں کی لڑائی ہے۔</w:t>
      </w:r>
    </w:p>
    <w:p>
      <w:r>
        <w:rPr>
          <w:b/>
        </w:rPr>
        <w:t xml:space="preserve">[25:12] </w:t>
      </w:r>
      <w:r>
        <w:t>is ladai se pehle kya unhon ne yahudiyon par daawti kaam kiya?</w:t>
      </w:r>
    </w:p>
    <w:p>
      <w:pPr>
        <w:jc w:val="right"/>
      </w:pPr>
      <w:r>
        <w:t>اس لڑائی سے پہلے کیا انہوں نے یہودیوں پر دعوتی کام کیا؟</w:t>
      </w:r>
    </w:p>
    <w:p>
      <w:r>
        <w:rPr>
          <w:b/>
        </w:rPr>
        <w:t xml:space="preserve">[25:19] </w:t>
      </w:r>
      <w:r>
        <w:t>in sare fuqaha ka is par ittefaq hai ke jihad se pehle dawat hai. phir aap ko dawat deni pare gi. phir woh waqt aye ga jab ke aap jihad karen.</w:t>
      </w:r>
    </w:p>
    <w:p>
      <w:pPr>
        <w:jc w:val="right"/>
      </w:pPr>
      <w:r>
        <w:t>ان سارے فقہاء کا اس پر اتفاق ہے کہ جہاد سے پہلے دعوت ہے۔ پھر آپ کو دعوت دینی پڑے گی۔ پھر وہ وقت آئے گا جب کہ آپ جہاد کریں۔</w:t>
      </w:r>
    </w:p>
    <w:p>
      <w:r>
        <w:rPr>
          <w:b/>
        </w:rPr>
        <w:t xml:space="preserve">[25:30] </w:t>
      </w:r>
      <w:r>
        <w:t>toh falasteen mein jihad kyun ho raha hai? kya daawti kaam ho chuka hai? kuch bhi nahi hua. log jante bhi nahi ke yahoodi hamare badu hain.</w:t>
      </w:r>
    </w:p>
    <w:p>
      <w:pPr>
        <w:jc w:val="right"/>
      </w:pPr>
      <w:r>
        <w:t>تو فلسطین میں جہاد کیوں ہو رہا ہے؟ کیا دعوتی کام ہو چکا ہے؟ کچھ بھی نہیں ہوا۔ لوگ جانتے بھی نہیں کہ یہودی ہمارے بدو ہیں۔</w:t>
      </w:r>
    </w:p>
    <w:p>
      <w:r>
        <w:rPr>
          <w:b/>
        </w:rPr>
        <w:t xml:space="preserve">[25:42] </w:t>
      </w:r>
      <w:r>
        <w:t>ek arab nahi janta is haqeeqat ko ke yahoodi isi tarah badu hain. ya rasool Allah ke liye wahan ke log badu thay. arab mein dekhiye isai bhi thay, mushrik bhi thay, yahoodi bhi thay.</w:t>
      </w:r>
    </w:p>
    <w:p>
      <w:pPr>
        <w:jc w:val="right"/>
      </w:pPr>
      <w:r>
        <w:t>ایک عرب نہیں جانتا اس حقیقت کو کہ یہودی اسی طرح بدو ہیں۔ یا رسول اللہ کے لیے وہاں کے لوگ بدو تھے۔ عرب میں دیکھیے عیسائی بھی تھے، مشرک بھی تھے، یہودی بھی تھے۔</w:t>
      </w:r>
    </w:p>
    <w:p>
      <w:r>
        <w:rPr>
          <w:b/>
        </w:rPr>
        <w:t xml:space="preserve">[25:56] </w:t>
      </w:r>
      <w:r>
        <w:t>sab ko rasool Allah ne apne badu ke roop mein dekha.</w:t>
      </w:r>
    </w:p>
    <w:p>
      <w:pPr>
        <w:jc w:val="right"/>
      </w:pPr>
      <w:r>
        <w:t>سب کو رسول اللہ نے اپنے بدو کے روپ میں دیکھا۔</w:t>
      </w:r>
    </w:p>
    <w:p>
      <w:r>
        <w:rPr>
          <w:b/>
        </w:rPr>
        <w:t xml:space="preserve">[26:03] </w:t>
      </w:r>
      <w:r>
        <w:t>yani makke mein, madine mein dono jagah aisa tha ke wahan par isai bhi thay, yahoodi bhi thay, mushrik bhi thay. rasool Allah ne un ko madu ki nazar nazar se dekha, un ko dawat di.</w:t>
      </w:r>
    </w:p>
    <w:p>
      <w:pPr>
        <w:jc w:val="right"/>
      </w:pPr>
      <w:r>
        <w:t>یعنی مکے میں، مدینے میں دونوں جگہ ایسا تھا کہ وہاں پر عیسائی بھی تھے، یہودی بھی تھے، مشرک بھی تھے۔ رسول اللہ نے ان کو مدو کی نظر نظر سے دیکھا، ان کو دعوت دی۔</w:t>
      </w:r>
    </w:p>
    <w:p>
      <w:r>
        <w:rPr>
          <w:b/>
        </w:rPr>
        <w:t xml:space="preserve">[26:16] </w:t>
      </w:r>
      <w:r>
        <w:t>aisa nahi ke talwar le ke ladna shuru shuru kar diya unhon ne. aisa nahi, rasool Allah sallallahu alaihi wasallam ne kiya. toh rasool Allah ki nazar mein isai bhi badu tha, mushrik bhi badu thay, yahoodi bhi badu thay.</w:t>
      </w:r>
    </w:p>
    <w:p>
      <w:pPr>
        <w:jc w:val="right"/>
      </w:pPr>
      <w:r>
        <w:t>ایسا نہیں کہ تلوار لے کے لڑنا شروع شروع کر دیا انہوں نے۔ ایسا نہیں، رسول اللہ صلی اللہ علیہ وسلم نے کیا۔ تو رسول اللہ کی نظر میں عیسائی بھی بدو تھا، مشرک بھی بدو تھے، یہودی بھی بدو تھے۔</w:t>
      </w:r>
    </w:p>
    <w:p>
      <w:r>
        <w:rPr>
          <w:b/>
        </w:rPr>
        <w:t xml:space="preserve">[26:32] </w:t>
      </w:r>
      <w:r>
        <w:t>toh kya falasteen mein aisa kiya gaya? bas jihad chhod diya gaya? 48 mein jihad shuru kar diya gaya dawat ke baghair?</w:t>
      </w:r>
    </w:p>
    <w:p>
      <w:pPr>
        <w:jc w:val="right"/>
      </w:pPr>
      <w:r>
        <w:t>تو کیا فلسطین میں ایسا کیا گیا؟ بس جہاد چھوڑ دیا گیا؟ 48 میں جہاد شروع کر دیا گیا دعوت کے بغیر؟</w:t>
      </w:r>
    </w:p>
    <w:p>
      <w:r>
        <w:rPr>
          <w:b/>
        </w:rPr>
        <w:t xml:space="preserve">[26:42] </w:t>
      </w:r>
      <w:r>
        <w:t>toh is ka Islam se kya talluq? Islam se kya talluq is ka? yeh toh qaumi ladai hai. is ke siwa aur kuch bhi nahi.</w:t>
      </w:r>
    </w:p>
    <w:p>
      <w:pPr>
        <w:jc w:val="right"/>
      </w:pPr>
      <w:r>
        <w:t>تو اس کا اسلام سے کیا تعلق؟ اسلام سے کیا تعلق اس کا؟ یہ تو قومی لڑائی ہے۔ اس کے سوا اور کچھ بھی نہیں۔</w:t>
      </w:r>
    </w:p>
    <w:p>
      <w:r>
        <w:rPr>
          <w:b/>
        </w:rPr>
        <w:t xml:space="preserve">[26:53] </w:t>
      </w:r>
      <w:r>
        <w:t>toh zionism ke naam se jo kaam yahoodi kar rahe thay, theek wohi kaam qibla awwal ke naam se musalman kar rahe hain. koi farq nahi dono mein.</w:t>
      </w:r>
    </w:p>
    <w:p>
      <w:pPr>
        <w:jc w:val="right"/>
      </w:pPr>
      <w:r>
        <w:t>تو زائنزم کے نام سے جو کام یہودی کر رہے تھے، ٹھیک وہی کام قبلہ اول کے نام سے مسلمان کر رہے ہیں۔ کوئی فرق نہیں دونوں میں۔</w:t>
      </w:r>
    </w:p>
    <w:p>
      <w:r>
        <w:rPr>
          <w:b/>
        </w:rPr>
        <w:t xml:space="preserve">[27:06] </w:t>
      </w:r>
      <w:r>
        <w:t>yahi hai "latatba'un man kana qablakum". dekhiye is hadees ko logon ne samjha nahi kyunke chhoti chhoti baton ko is ka masdaq samajhte rahe ke guda taweez dena, jadoo tona tona karna waghera waghera.</w:t>
      </w:r>
    </w:p>
    <w:p>
      <w:pPr>
        <w:jc w:val="right"/>
      </w:pPr>
      <w:r>
        <w:t>یہی ہے "لتتبعون من کان قبلکم"۔ دیکھیے اس حدیث کو لوگوں نے سمجھا نہیں کیونکہ چھوٹی چھوٹی باتوں کو اس کا مصداق سمجھتے رہے کہ گڈا تعویذ دینا، جادو ٹونا ٹونا کرنا وغیرہ وغیرہ۔</w:t>
      </w:r>
    </w:p>
    <w:p>
      <w:r>
        <w:rPr>
          <w:b/>
        </w:rPr>
        <w:t xml:space="preserve">[27:21] </w:t>
      </w:r>
      <w:r>
        <w:t>jo badi badi baatein hain woh aslan wahi matloob thi is mein. badi badi baatein. qaumi issues, mili issues, daawti zimmedari, shahadat ki zimmedari, woh sab is mein samajhna tha, batana bataya gaya tha.</w:t>
      </w:r>
    </w:p>
    <w:p>
      <w:pPr>
        <w:jc w:val="right"/>
      </w:pPr>
      <w:r>
        <w:t>جو بڑی بڑی باتیں ہیں وہ اصلًا وہی مطلوب تھی اس میں۔ بڑی بڑی باتیں۔ قومی ایشوز، ملی ایشوز، دعوتی ذمہ داری، شہادت کی ذمہ داری، وہ سب اس میں سمجھنا تھا، بتانا بتایا گیا تھا۔</w:t>
      </w:r>
    </w:p>
    <w:p>
      <w:r>
        <w:rPr>
          <w:b/>
        </w:rPr>
        <w:t xml:space="preserve">[27:43] </w:t>
      </w:r>
      <w:r>
        <w:t>lekin chhote chhote jo pade rahe, travel issues mein. toh is hadees ke partners ko samjha nahi.</w:t>
      </w:r>
    </w:p>
    <w:p>
      <w:pPr>
        <w:jc w:val="right"/>
      </w:pPr>
      <w:r>
        <w:t>لیکن چھوٹے چھوٹے جو پڑے رہے، ٹریول ایشوز میں۔ تو اس حدیث کے پارٹنرز کو سمجھا نہیں۔</w:t>
      </w:r>
    </w:p>
    <w:p>
      <w:r>
        <w:rPr>
          <w:b/>
        </w:rPr>
        <w:t xml:space="preserve">[27:53] </w:t>
      </w:r>
      <w:r>
        <w:t>toh aaj jo musalmanon ki halat hai is ka aaina is is hadees se aap dekh sakte hain.</w:t>
      </w:r>
    </w:p>
    <w:p>
      <w:pPr>
        <w:jc w:val="right"/>
      </w:pPr>
      <w:r>
        <w:t>تو آج جو مسلمانوں کی حالت ہے اس کا آئینہ اس اس حدیث سے آپ دیکھ سکتے ہیں۔</w:t>
      </w:r>
    </w:p>
    <w:p>
      <w:r>
        <w:rPr>
          <w:b/>
        </w:rPr>
        <w:t xml:space="preserve">[28:01] </w:t>
      </w:r>
      <w:r>
        <w:t>ke qaum qaumi jazbe se kaam karna aur is ka naam rakh dena Islam aur deen. toh yuhbibun yuhmadu bima lam yaf'alu fala tahsabanna biwufatin min 'adhab.</w:t>
      </w:r>
    </w:p>
    <w:p>
      <w:pPr>
        <w:jc w:val="right"/>
      </w:pPr>
      <w:r>
        <w:t>کہ قوم قومی جذبے سے کام کرنا اور اس کا نام رکھ دینا اسلام اور دین۔ تو یحبون یحمدو بما لم یفعلوا فلا تحسبن بوفات من عذاب۔</w:t>
      </w:r>
    </w:p>
    <w:p>
      <w:r>
        <w:rPr>
          <w:b/>
        </w:rPr>
        <w:t xml:space="preserve">[28:15] </w:t>
      </w:r>
      <w:r>
        <w:t>yani jo kaam aadmi ne nahi kiya us ka title lene ki koshish karna. ke yeh log chahte hain ke is kaam ka unhein credit diya jaye jo unhon ne kiya hi nahi.</w:t>
      </w:r>
    </w:p>
    <w:p>
      <w:pPr>
        <w:jc w:val="right"/>
      </w:pPr>
      <w:r>
        <w:t>یعنی جو کام آدمی نے نہیں کیا اس کا ٹائٹل لینے کی کوشش کرنا۔ کہ یہ لوگ چاہتے ہیں کہ اس کام کا انہیں کریڈٹ دیا جائے جو انہوں نے کیا ہی نہیں۔</w:t>
      </w:r>
    </w:p>
    <w:p>
      <w:r>
        <w:rPr>
          <w:b/>
        </w:rPr>
        <w:t xml:space="preserve">[28:28] </w:t>
      </w:r>
      <w:r>
        <w:t>yani islam ka kaam kiya hi nahi. kaam to kiya qaum ka. apni qaum ka.</w:t>
      </w:r>
    </w:p>
    <w:p>
      <w:pPr>
        <w:jc w:val="right"/>
      </w:pPr>
      <w:r>
        <w:t>یعنی اسلام کا کام کیا ہی نہیں۔ کام تو کیا قوم کا۔ اپنی قوم کا۔</w:t>
      </w:r>
    </w:p>
    <w:p>
      <w:r>
        <w:rPr>
          <w:b/>
        </w:rPr>
        <w:t xml:space="preserve">[28:36] </w:t>
      </w:r>
      <w:r>
        <w:t>saari duniya mein aap dekhiye, duniya bhar mein aap dekh lijiye, kahin bhi aap nahi paayenge ke log insaan ki mohabbat mein tadapte hon. madu ki ke dard mein woh tadap rahe hon ke yeh log jahannum mein jayenge, unhein bachana hai jahannum se.</w:t>
      </w:r>
    </w:p>
    <w:p>
      <w:pPr>
        <w:jc w:val="right"/>
      </w:pPr>
      <w:r>
        <w:t>ساری دنیا میں آپ دیکھیے، دنیا بھر میں آپ دیکھ لیجئے، کہیں بھی آپ نہیں پائیں گے کہ لوگ انسان کی محبت میں تڑپتے ہوں۔ مدو کی کے درد میں وہ تڑپ رہے ہوں کہ یہ لوگ جہنم میں جائیں گے، انہیں بچانا ہے جہنم سے۔</w:t>
      </w:r>
    </w:p>
    <w:p>
      <w:r>
        <w:rPr>
          <w:b/>
        </w:rPr>
        <w:t xml:space="preserve">[28:55] </w:t>
      </w:r>
      <w:r>
        <w:t>to insaan friendly behaviour ya madu friendly behaviour ka wajood nahi hai, kahin wajood nahi hai, wajood nahi hai.</w:t>
      </w:r>
    </w:p>
    <w:p>
      <w:pPr>
        <w:jc w:val="right"/>
      </w:pPr>
      <w:r>
        <w:t>تو انسان فرینڈلی بیہیویئر یا مدو فرینڈلی بیہیویئر کا وجود نہیں ہے، کہیں وجود نہیں ہے، وجود نہیں ہے۔</w:t>
      </w:r>
    </w:p>
    <w:p>
      <w:r>
        <w:rPr>
          <w:b/>
        </w:rPr>
        <w:t xml:space="preserve">[29:05] </w:t>
      </w:r>
      <w:r>
        <w:t>aap par farz hai ke aap madu se mohabbat karen. aap par farz hai ke aap madu ke khair khwah banen. aap par farz hai ke aap madu ki ko jahannum se bachane ke liye koshish karen.</w:t>
      </w:r>
    </w:p>
    <w:p>
      <w:pPr>
        <w:jc w:val="right"/>
      </w:pPr>
      <w:r>
        <w:t>آپ پر فرض ہے کہ آپ مدو سے محبت کریں۔ آپ پر فرض ہے کہ آپ مدو کے خیر خواہ بنیں۔ آپ پر فرض ہے کہ آپ مدو کی کو جہنم سے بچانے کے لیے کوشش کریں۔</w:t>
      </w:r>
    </w:p>
    <w:p>
      <w:r>
        <w:rPr>
          <w:b/>
        </w:rPr>
        <w:t xml:space="preserve">[29:17] </w:t>
      </w:r>
      <w:r>
        <w:t>madu kaun hai? sab madu hain. hindu madu hain, yahudi madu hain, isai madu hain, buddhist madu hain, jaini madu hain. sab aap ke liye madu hain.</w:t>
      </w:r>
    </w:p>
    <w:p>
      <w:pPr>
        <w:jc w:val="right"/>
      </w:pPr>
      <w:r>
        <w:t>مدو کون ہے؟ سب مدو ہیں۔ ہندو مدو ہیں، یہودی مدو ہیں، عیسائی مدو ہیں، بدھسٹ مدو ہیں، جینی مدو ہیں۔ سب آپ کے لیے مدو ہیں۔</w:t>
      </w:r>
    </w:p>
    <w:p>
      <w:r>
        <w:rPr>
          <w:b/>
        </w:rPr>
        <w:t xml:space="preserve">[29:30] </w:t>
      </w:r>
      <w:r>
        <w:t>jitne bhi hain woh sab madu hain aap ke liye. to aur is mein quran majeed mein hai ke "ani alaikum naseh". nase nase an an yush nase mani khair khwahi.</w:t>
      </w:r>
    </w:p>
    <w:p>
      <w:pPr>
        <w:jc w:val="right"/>
      </w:pPr>
      <w:r>
        <w:t>جتنے بھی ہیں وہ سب مدو ہیں آپ کے لیے۔ تو اور اس میں قرآن مجید میں ہے کہ "انی الکم ناسہ"۔ نس نس ان ان یو ایس ایچ نس معنی خیر خواہی۔</w:t>
      </w:r>
    </w:p>
    <w:p>
      <w:r>
        <w:rPr>
          <w:b/>
        </w:rPr>
        <w:t xml:space="preserve">[29:45] </w:t>
      </w:r>
      <w:r>
        <w:t>to aap ko well wisher banna hai apne doosri qaumon ka. nase ke mani well wishing, nase ke mani well wisher.</w:t>
      </w:r>
    </w:p>
    <w:p>
      <w:pPr>
        <w:jc w:val="right"/>
      </w:pPr>
      <w:r>
        <w:t>تو آپ کو ویل وشر بننا ہے اپنے دوسری قوموں کا۔ نس کے معنی ویل وشنگ، ناسے کے معنی ویل وشر۔</w:t>
      </w:r>
    </w:p>
    <w:p>
      <w:r>
        <w:rPr>
          <w:b/>
        </w:rPr>
        <w:t xml:space="preserve">[29:56] </w:t>
      </w:r>
      <w:r>
        <w:t>ani alaikum naseh, mein tumhara well wisher hoon. mein tumhara khair khwah hoon. yeh hai paighambar ki zuban. to in saari qaumon se jin se aap nafrat karte hain, jin se aap ladai chide hue hain,</w:t>
      </w:r>
    </w:p>
    <w:p>
      <w:pPr>
        <w:jc w:val="right"/>
      </w:pPr>
      <w:r>
        <w:t>انی الکم ناسے، میں تمہارا ویل وشر ہوں۔ میں تمہارا خیر خواہ ہوں۔ یہ ہے پیغمبر کی زبان۔ تو ان ساری قوموں سے جن سے آپ نفرت کرتے ہیں، جن سے آپ لڑائی چڑھے ہوئے ہیں،</w:t>
      </w:r>
    </w:p>
    <w:p>
      <w:r>
        <w:rPr>
          <w:b/>
        </w:rPr>
        <w:t xml:space="preserve">[30:11] </w:t>
      </w:r>
      <w:r>
        <w:t>in sab ko ke saath aap ka well wisher banna hai. well wisher.</w:t>
      </w:r>
    </w:p>
    <w:p>
      <w:pPr>
        <w:jc w:val="right"/>
      </w:pPr>
      <w:r>
        <w:t>ان سب کو کے ساتھ آپ کا ویل وشر بننا ہے۔ ویل وشر۔</w:t>
      </w:r>
    </w:p>
    <w:p>
      <w:r>
        <w:rPr>
          <w:b/>
        </w:rPr>
        <w:t xml:space="preserve">[30:21] </w:t>
      </w:r>
      <w:r>
        <w:t>yeh hai yahudiyon ka itteba. yahudiyon ke yahudiyon ka itteba. yahudiyon ne duniya ko samajh liya ke hum unhein exploit karen, un se paisa kamayen, un se hum un se hum zameen chinen.</w:t>
      </w:r>
    </w:p>
    <w:p>
      <w:pPr>
        <w:jc w:val="right"/>
      </w:pPr>
      <w:r>
        <w:t>یہی ہے یہودیوں کا اتباع۔ یہودیوں کے یہودیوں کا اتباع۔ یہودیوں نے دنیا کو سمجھ لیا کہ ہم انہیں ایکسپائٹ کریں، ان سے پیسہ کمائیں، ان سے ہم ان سے ہم زمین چھینیں۔</w:t>
      </w:r>
    </w:p>
    <w:p>
      <w:r>
        <w:rPr>
          <w:b/>
        </w:rPr>
        <w:t xml:space="preserve">[30:38] </w:t>
      </w:r>
      <w:r>
        <w:t>yeh yahudi nuqta nazar hai. yeh musalmanon ka hai ke logon se zameen chinen. aur sab islam ke naam par.</w:t>
      </w:r>
    </w:p>
    <w:p>
      <w:pPr>
        <w:jc w:val="right"/>
      </w:pPr>
      <w:r>
        <w:t>یہ یہودی نقطہ نظر ہے۔ یہ مسلمانوں کا ہے کہ لوگوں سے زمین چھینو۔ اور سب اسلام کے نام پر۔</w:t>
      </w:r>
    </w:p>
    <w:p>
      <w:r>
        <w:rPr>
          <w:b/>
        </w:rPr>
        <w:t xml:space="preserve">[30:49] </w:t>
      </w:r>
      <w:r>
        <w:t>sab islam ke naam par. to wohi kaam hadaf hai jo khair ul ummat ki aisi duty thi. yani dawat.</w:t>
      </w:r>
    </w:p>
    <w:p>
      <w:pPr>
        <w:jc w:val="right"/>
      </w:pPr>
      <w:r>
        <w:t>سب اسلام کے نام پر۔ تو وہی کام حذف ہے جو خیر و امت کی ایسی ڈیوٹی تھی۔ یعنی دعوت۔</w:t>
      </w:r>
    </w:p>
    <w:p>
      <w:r>
        <w:rPr>
          <w:b/>
        </w:rPr>
        <w:t xml:space="preserve">[30:58] </w:t>
      </w:r>
      <w:r>
        <w:t>jis yahudiyon ka hadaf ho gayi thi. yahudiyon ke haan h hadaf ho gayi thi. ke woh witness hain, yeh hadaf ho gaya tha. aur chosen people le rakha tha unhon ne.</w:t>
      </w:r>
    </w:p>
    <w:p>
      <w:pPr>
        <w:jc w:val="right"/>
      </w:pPr>
      <w:r>
        <w:t>جس یہودیوں کا حذف ہو گئی تھی۔ یہودیوں کے ہاں ایچ حذف ہو گئی تھی۔ کہ وہ وٹنس ہیں، یہ حذف ہو گیا تھا۔ اور چوزن پیپل لے رکھا تھا انہوں نے۔</w:t>
      </w:r>
    </w:p>
    <w:p>
      <w:r>
        <w:rPr>
          <w:b/>
        </w:rPr>
        <w:t xml:space="preserve">[31:09] </w:t>
      </w:r>
      <w:r>
        <w:t>abhi bhi liye hue hain. woh fakhar karte hain is ke upar. yeh musalmanon ne kar rakha hai ke dawat ko hadaf kar diya. aur khair ul ummat ko liye hue hain.</w:t>
      </w:r>
    </w:p>
    <w:p>
      <w:pPr>
        <w:jc w:val="right"/>
      </w:pPr>
      <w:r>
        <w:t>ابھی بھی لیے ہوئے ہیں۔ وہ فخر کرتے ہیں اس کے اوپر۔ یہ مسلمانوں نے کر رکھا ہے کہ دعوت کو حذف کر دیا۔ اور خیر و امت کو لیے ہوئے ہیں۔</w:t>
      </w:r>
    </w:p>
    <w:p>
      <w:r>
        <w:rPr>
          <w:b/>
        </w:rPr>
        <w:t xml:space="preserve">[31:20] </w:t>
      </w:r>
      <w:r>
        <w:t>aur fakhar karte hain is ke upar. yeh islam nahi hai, yeh is ka koi one percent bhi taluq islam se nahi hai. aaj ka musalman jis se khade hue hain woh qaumi mazhab hai, is woh woh khudai mazhab nahi hai.</w:t>
      </w:r>
    </w:p>
    <w:p>
      <w:pPr>
        <w:jc w:val="right"/>
      </w:pPr>
      <w:r>
        <w:t>اور فخر کرتے ہیں اس کے اوپر۔ یہ اسلام نہیں ہے، یہ اس کا کوئی ون پرسنٹ بھی تعلق اسلام سے نہیں ہے۔ آج کا مسلمان جس سے کھڑے ہوئے ہیں وہ قومی مذہب ہے، اس وہ وہ خدائی مذہب نہیں ہے۔</w:t>
      </w:r>
    </w:p>
    <w:p>
      <w:r>
        <w:rPr>
          <w:b/>
        </w:rPr>
        <w:t xml:space="preserve">[31:38] </w:t>
      </w:r>
      <w:r>
        <w:t>yeh sab baaten bohat zyada sochne ki hain. bohat zyada sochne ki hain.</w:t>
      </w:r>
    </w:p>
    <w:p>
      <w:pPr>
        <w:jc w:val="right"/>
      </w:pPr>
      <w:r>
        <w:t>یہ سب باتیں بہت زیادہ سوچنے کی ہیں۔ بہت زیادہ سوچنے کی ہیں۔</w:t>
      </w:r>
    </w:p>
    <w:p>
      <w:r>
        <w:rPr>
          <w:b/>
        </w:rPr>
        <w:t xml:space="preserve">[31:46] </w:t>
      </w:r>
      <w:r>
        <w:t>doosri cheez yeh hai ke yahudiyon ke aap aap yeh na samjhen ke yahudiyon ne deen ko chhod rakha hai. isaiyon ne deen ko chhod rakha hai. aaj bhi chhodha nahi unhon ne.</w:t>
      </w:r>
    </w:p>
    <w:p>
      <w:pPr>
        <w:jc w:val="right"/>
      </w:pPr>
      <w:r>
        <w:t>دوسری چیز یہ ہے کہ یہودیوں کے آپ آپ یہ نہ سمجھیں کہ یہودیوں نے دین کو چھوڑ رکھا ہے۔ عیسائیوں نے دین کو چھوڑ رکھا ہے۔ آج بھی چھوڑا نہیں انہوں نے۔</w:t>
      </w:r>
    </w:p>
    <w:p>
      <w:r>
        <w:rPr>
          <w:b/>
        </w:rPr>
        <w:t xml:space="preserve">[31:59] </w:t>
      </w:r>
      <w:r>
        <w:t>yeh yeh galat fehmi aap ko na ho ke hum hum to deen ko chhod nahi chhod rakha, unhon ne deen ko chhod diya. nahi. chhodne ka mani kya hai? chhodne ka mani yeh hai ke deen ko is ke reduced form mein lena.</w:t>
      </w:r>
    </w:p>
    <w:p>
      <w:pPr>
        <w:jc w:val="right"/>
      </w:pPr>
      <w:r>
        <w:t>یہ یہ غلط فہمی آپ کو نہ ہو کہ ہم ہم تو دین کو چھوڑ نہیں چھوڑ رکھا، انہوں نے دین کو چھوڑ دیا۔ نہیں۔ چھوڑنے کا معنی کیا ہے؟ چھوڑنے کا معنی یہ ہے کہ دین کو اس کے ریڈیوسڈ فارم میں لینا۔</w:t>
      </w:r>
    </w:p>
    <w:p>
      <w:r>
        <w:rPr>
          <w:b/>
        </w:rPr>
        <w:t xml:space="preserve">[32:13] </w:t>
      </w:r>
      <w:r>
        <w:t>chhodne ka matlab yeh hai. deen ko is ke reduced form mein lena. yahi chhodna hai. warna aap saari duniya aap dekhiye un ke synagogue jo hain abad hain, un ki church abad hain.</w:t>
      </w:r>
    </w:p>
    <w:p>
      <w:pPr>
        <w:jc w:val="right"/>
      </w:pPr>
      <w:r>
        <w:t>چھوڑنے کا مطلب یہ ہے۔ دین کو اس کے ریڈیوسڈ فارم میں لینا۔ یہی چھوڑنا ہے۔ ورنہ آپ ساری دنیا آپ دیکھیے ان کے سینگاگ جو ہیں آباد ہیں، ان کی چرچ آباد ہیں۔</w:t>
      </w:r>
    </w:p>
    <w:p>
      <w:r>
        <w:rPr>
          <w:b/>
        </w:rPr>
        <w:t xml:space="preserve">[32:27] </w:t>
      </w:r>
      <w:r>
        <w:t>duniya mein sab se zyada jo cheez chhappti hai kitab woh bible hai.</w:t>
      </w:r>
    </w:p>
    <w:p>
      <w:pPr>
        <w:jc w:val="right"/>
      </w:pPr>
      <w:r>
        <w:t>دنیا میں سب سے زیادہ جو چیز چھپتی ہے کتاب وہ بائبل ہے۔</w:t>
      </w:r>
    </w:p>
    <w:p>
      <w:r>
        <w:rPr>
          <w:b/>
        </w:rPr>
        <w:t xml:space="preserve">[32:33] </w:t>
      </w:r>
      <w:r>
        <w:t>sab se zyada jo kitab chhappti hai aur body aati hai duniya bhar mein woh bible hai. har zuban us ke transfer kar rakhe hain unhon ne. aur yeh itni activities conference hain.</w:t>
      </w:r>
    </w:p>
    <w:p>
      <w:pPr>
        <w:jc w:val="right"/>
      </w:pPr>
      <w:r>
        <w:t>سب سے زیادہ جو کتاب چھپتی ہے اور باڈی آتی ہے دنیا بھر میں وہ بائبل ہے۔ ہر زبان اس کے ٹرانسفر کر رکھے ہیں انہوں نے۔ اور یہ اتنی ایکٹیویٹیز کانفرنس ہیں۔</w:t>
      </w:r>
    </w:p>
    <w:p>
      <w:r>
        <w:rPr>
          <w:b/>
        </w:rPr>
        <w:t xml:space="preserve">[32:45] </w:t>
      </w:r>
      <w:r>
        <w:t>Vatican mein un ki state qaim hai baqayda. to yahudi aur aur yeh isai dono ke haan bohat sari religious activities hain.</w:t>
      </w:r>
    </w:p>
    <w:p>
      <w:pPr>
        <w:jc w:val="right"/>
      </w:pPr>
      <w:r>
        <w:t>ویٹیکن میں ان کی اسٹیٹ قائم ہے باقاعدہ۔ تو یہودی اور اور یہ عیسائی دونوں کے ہاں بہت ساری ریلیجیس ایکٹیویٹیز ہیں۔</w:t>
      </w:r>
    </w:p>
    <w:p>
      <w:r>
        <w:rPr>
          <w:b/>
        </w:rPr>
        <w:t xml:space="preserve">[32:56] </w:t>
      </w:r>
      <w:r>
        <w:t>aisa nahi ke unhon ne chhod rakha hai is ko. lekin woh kya hai? woh religion ka reduced form. yani spirit ghayab hai aur form maujood hai.</w:t>
      </w:r>
    </w:p>
    <w:p>
      <w:pPr>
        <w:jc w:val="right"/>
      </w:pPr>
      <w:r>
        <w:t>ایسا نہیں کہ انہوں نے چھوڑ رکھا ہے اس کو۔ لیکن وہ کیا ہے؟ وہ ریلیجن کا ریڈیوسڈ فارم۔ یعنی اسپرٹ غائب ہے اور فارم موجود ہے۔</w:t>
      </w:r>
    </w:p>
    <w:p>
      <w:r>
        <w:rPr>
          <w:b/>
        </w:rPr>
        <w:t xml:space="preserve">[33:07] </w:t>
      </w:r>
      <w:r>
        <w:t>spirit ghayab hai aur form maujood hai. aap kahin bhi jaiye, kisi bhi synagogue mein jaiye, kisi bhi church mein jaiye to bohat sari is mein rituals, bohat si rasmen ki jayengi.</w:t>
      </w:r>
    </w:p>
    <w:p>
      <w:pPr>
        <w:jc w:val="right"/>
      </w:pPr>
      <w:r>
        <w:t>اسپرٹ غائب ہے اور فارم موجود ہے۔ آپ کہیں بھی جائیے، کسی بھی سینگاگ میں جائیے، کسی بھی چرچ میں جائیے تو بہت ساری اس میں ریچولز، بہت سی رسمیں کی جائیں گی۔</w:t>
      </w:r>
    </w:p>
    <w:p>
      <w:r>
        <w:rPr>
          <w:b/>
        </w:rPr>
        <w:t xml:space="preserve">[33:19] </w:t>
      </w:r>
      <w:r>
        <w:t>mein do jagah gaya hoon. isi ko ibadat samajhte hain woh. isi ko ibadat samajhte hain.</w:t>
      </w:r>
    </w:p>
    <w:p>
      <w:pPr>
        <w:jc w:val="right"/>
      </w:pPr>
      <w:r>
        <w:t>میں دو جگہ گیا ہوں۔ اسی کو عبادت سمجھتے ہیں وہ۔ اسی کو عبادت سمجھتے ہیں۔</w:t>
      </w:r>
    </w:p>
    <w:p>
      <w:r>
        <w:rPr>
          <w:b/>
        </w:rPr>
        <w:t xml:space="preserve">[33:30] </w:t>
      </w:r>
      <w:r>
        <w:t>yani har church mein aap ja kar dekh sakte hain, har synagogue mein aap ja ke dekh sakte hain ke wahan par un ka mazhab apne khayal se zinda hai. lekin woh zinda kya hai?</w:t>
      </w:r>
    </w:p>
    <w:p>
      <w:pPr>
        <w:jc w:val="right"/>
      </w:pPr>
      <w:r>
        <w:t>یعنی ہر چرچ میں آپ جا کر دیکھ سکتے ہیں، ہر سینگاگ میں آپ جا کے دیکھ سکتے ہیں کہ وہاں پر ان کا مذہب اپنے خیال سے زندہ ہے۔ لیکن وہ زندہ کیا ہے؟</w:t>
      </w:r>
    </w:p>
    <w:p>
      <w:r>
        <w:rPr>
          <w:b/>
        </w:rPr>
        <w:t xml:space="preserve">[33:39] </w:t>
      </w:r>
      <w:r>
        <w:t>kuch rituals hain, kuch zahiri cheezein hain. bas spirit ghayab hai.</w:t>
      </w:r>
    </w:p>
    <w:p>
      <w:pPr>
        <w:jc w:val="right"/>
      </w:pPr>
      <w:r>
        <w:t>کچھ ریچولز ہیں، کچھ ظاہری چیزیں ہیں۔ بس اسپرٹ غائب ہے۔</w:t>
      </w:r>
    </w:p>
    <w:p>
      <w:r>
        <w:rPr>
          <w:b/>
        </w:rPr>
        <w:t xml:space="preserve">[33:51] </w:t>
      </w:r>
      <w:r>
        <w:t>mere paas yeh ek yahudi aaye jo Jerusalem mein rehte hain. to woh baatein nafrati kar rahe the musalmanon ke khilaf, arabon ke khilaf.</w:t>
      </w:r>
    </w:p>
    <w:p>
      <w:pPr>
        <w:jc w:val="right"/>
      </w:pPr>
      <w:r>
        <w:t>میرے پاس یہ ایک یہودی آئے جو یروشلم میں رہتے ہیں۔ تو وہ باتیں نفرتی کر رہے تھے مسلمانوں کے خلاف، عربوں کے خلاف۔</w:t>
      </w:r>
    </w:p>
    <w:p>
      <w:r>
        <w:rPr>
          <w:b/>
        </w:rPr>
        <w:t xml:space="preserve">[34:01] </w:t>
      </w:r>
      <w:r>
        <w:t>phir unhon ne kaha ke hamari namaz ka waqt ho gaya hai, hum namaz padhenge. to mere kamre mein yahin par, mere office mein unhon ne namaz padhi.</w:t>
      </w:r>
    </w:p>
    <w:p>
      <w:pPr>
        <w:jc w:val="right"/>
      </w:pPr>
      <w:r>
        <w:t>پھر انہوں نے کہا کہ ہماری نماز کا وقت ہو گیا ہے، ہم نماز پڑھیں گے۔ تو میرے کمرے میں یہیں پر، میرے آفس میں انہوں نے نماز پڑھی۔</w:t>
      </w:r>
    </w:p>
    <w:p>
      <w:r>
        <w:rPr>
          <w:b/>
        </w:rPr>
        <w:t xml:space="preserve">[34:10] </w:t>
      </w:r>
      <w:r>
        <w:t>woh uth ke namaz khade ho kar hoti hai. wahan ruku nahi hai, sajda nahi hai. unhon ne na ruku kiya, na sajda kiya. khade ho kar namaz padhi.</w:t>
      </w:r>
    </w:p>
    <w:p>
      <w:pPr>
        <w:jc w:val="right"/>
      </w:pPr>
      <w:r>
        <w:t>وہ اٹھ کے نماز کھڑے ہو کر ہوتی ہے۔ وہاں رکوع نہیں ہے، سجدہ نہیں ہے۔ انہوں نے نہ رکوع کیا، نہ سجدہ کیا۔ کھڑے ہو کر نماز پڑھی۔</w:t>
      </w:r>
    </w:p>
    <w:p>
      <w:r>
        <w:rPr>
          <w:b/>
        </w:rPr>
        <w:t xml:space="preserve">[34:20] </w:t>
      </w:r>
      <w:r>
        <w:t>baqayda namaz padhi lekin khade ho kar, baghair ruku, baghair sajda. ab baatein kya hain? in ko nafrat hai arabon se aur nafrat hai musalmanon se.</w:t>
      </w:r>
    </w:p>
    <w:p>
      <w:pPr>
        <w:jc w:val="right"/>
      </w:pPr>
      <w:r>
        <w:t>باقاعدہ نماز پڑھی لیکن کھڑے ہو کر، بغیر رکوع، بغیر سجدہ۔ اب باتیں کیا ہیں؟ ان کو نفرت ہے عربوں سے اور نفرت ہے مسلمانوں سے۔</w:t>
      </w:r>
    </w:p>
    <w:p>
      <w:r>
        <w:rPr>
          <w:b/>
        </w:rPr>
        <w:t xml:space="preserve">[34:30] </w:t>
      </w:r>
      <w:r>
        <w:t>to yeh ibadat bhi jaari hai, nafrat bhi jaari hai.</w:t>
      </w:r>
    </w:p>
    <w:p>
      <w:pPr>
        <w:jc w:val="right"/>
      </w:pPr>
      <w:r>
        <w:t>تو یہ عبادت بھی جاری ہے، نفرت بھی جاری ہے۔</w:t>
      </w:r>
    </w:p>
    <w:p>
      <w:r>
        <w:rPr>
          <w:b/>
        </w:rPr>
        <w:t xml:space="preserve">[34:37] </w:t>
      </w:r>
      <w:r>
        <w:t>to aise hi hai ke yeh yeh glass ka pani hai, is mein aap daal dein woh koi dirt, gandagi to goya ke pani ki purity bhi baqi rahe aur ganda bhi gandagi bhi baqi rahe.</w:t>
      </w:r>
    </w:p>
    <w:p>
      <w:pPr>
        <w:jc w:val="right"/>
      </w:pPr>
      <w:r>
        <w:t>تو ایسے ہی ہے کہ یہ یہ گلاس کا پانی ہے، اس میں آپ ڈال دیں وہ کوئی ڈرٹ، گندگی تو گویا کہ پانی کی پیورٹی بھی باقی رہے اور گندا بھی گندگی بھی باقی رہے۔</w:t>
      </w:r>
    </w:p>
    <w:p>
      <w:r>
        <w:rPr>
          <w:b/>
        </w:rPr>
        <w:t xml:space="preserve">[34:50] </w:t>
      </w:r>
      <w:r>
        <w:t>aisa ho sakta hai? aisa possible hai? ke is pani mein aap ne dirt daal diya, gandagi daal di. aur phir kya aap kehte hain dawah ke is ki purity bhi baqi hai?</w:t>
      </w:r>
    </w:p>
    <w:p>
      <w:pPr>
        <w:jc w:val="right"/>
      </w:pPr>
      <w:r>
        <w:t>ایسا ہو سکتا ہے؟ ایسا پاسیبل ہے؟ کہ اس پانی میں آپ نے ڈرٹ ڈال دیا، گندگی ڈال دی۔ اور پھر کیا آپ کہتے ہیں دعویٰ کہ اس کی پیورٹی بھی باقی ہے؟</w:t>
      </w:r>
    </w:p>
    <w:p>
      <w:r>
        <w:rPr>
          <w:b/>
        </w:rPr>
        <w:t xml:space="preserve">[35:04] </w:t>
      </w:r>
      <w:r>
        <w:t>yani gandagi bhi apni jagah par, purity bhi apni jagah par. yeh impossible hai.</w:t>
      </w:r>
    </w:p>
    <w:p>
      <w:pPr>
        <w:jc w:val="right"/>
      </w:pPr>
      <w:r>
        <w:t>یعنی گندگی بھی اپنی جگہ پر، پیورٹی بھی اپنی جگہ پر۔ یہ امپاسیبل ہے۔</w:t>
      </w:r>
    </w:p>
    <w:p>
      <w:r>
        <w:rPr>
          <w:b/>
        </w:rPr>
        <w:t xml:space="preserve">[35:12] </w:t>
      </w:r>
      <w:r>
        <w:t>to jis deen mein jab aap ke dilon mein logon ki nafrat hai, logon ke liye aap ko haqarat hai, aap apne aap ko superior samajhte hain to deen kahan?</w:t>
      </w:r>
    </w:p>
    <w:p>
      <w:pPr>
        <w:jc w:val="right"/>
      </w:pPr>
      <w:r>
        <w:t>تو جس دین میں جب آپ کے دلوں میں لوگوں کی نفرت ہے، لوگوں کے لیے آپ کو حقارت ہے، آپ اپنے آپ کو سپیریئر سمجھتے ہیں تو دین کہاں؟</w:t>
      </w:r>
    </w:p>
    <w:p>
      <w:r>
        <w:rPr>
          <w:b/>
        </w:rPr>
        <w:t xml:space="preserve">[35:24] </w:t>
      </w:r>
      <w:r>
        <w:t>deen khatam. gandagi aayi to is ki purity khatam. yani is mein gandagi aayi to purity khatam ho gayi is ki. aise jab hate aayi to deen ki purity khatam ho gayi.</w:t>
      </w:r>
    </w:p>
    <w:p>
      <w:pPr>
        <w:jc w:val="right"/>
      </w:pPr>
      <w:r>
        <w:t>دین ختم۔ گندگی آئی تو اس کی پیورٹی ختم۔ یعنی اس میں گندگی آئی تو پیورٹی ختم ہو گئی اس کی۔ ایسے جب ہیٹ آئی تو دین کی پیورٹی ختم ہو گئی۔</w:t>
      </w:r>
    </w:p>
    <w:p>
      <w:r>
        <w:rPr>
          <w:b/>
        </w:rPr>
        <w:t xml:space="preserve">[35:41] </w:t>
      </w:r>
      <w:r>
        <w:t>to form ke sense mein is waqt jo Islam hai, dhoom hai, aaj Islam ki dhoom hai musalmanon mein. lekin woh kya hai?</w:t>
      </w:r>
    </w:p>
    <w:p>
      <w:pPr>
        <w:jc w:val="right"/>
      </w:pPr>
      <w:r>
        <w:t>تو فارم کے سینس میں اس وقت جو اسلام ہے، دھوم ہے، آج اسلام کی دھوم ہے مسلمانوں میں۔ لیکن وہ کیا ہے؟</w:t>
      </w:r>
    </w:p>
    <w:p>
      <w:r>
        <w:rPr>
          <w:b/>
        </w:rPr>
        <w:t xml:space="preserve">[35:50] </w:t>
      </w:r>
      <w:r>
        <w:t>ek reduced form hai deen ka jo musalmanon mein hai. mislan namaz hai to is ki zahiri shakal hai aur khushu ghayab.</w:t>
      </w:r>
    </w:p>
    <w:p>
      <w:pPr>
        <w:jc w:val="right"/>
      </w:pPr>
      <w:r>
        <w:t>ایک ریڈیوسڈ فارم ہے دین کا جو مسلمانوں میں ہے۔ مثلاً نماز ہے تو اس کی ظاہری شکل ہے اور خشوع غائب۔</w:t>
      </w:r>
    </w:p>
    <w:p>
      <w:r>
        <w:rPr>
          <w:b/>
        </w:rPr>
        <w:t xml:space="preserve">[36:02] </w:t>
      </w:r>
      <w:r>
        <w:t>hadith mein aata hai ke "la salata limalam tukhsha" yani khushu ke baghair jo namaz ho woh namazi nahi hai. aur dhoom bachi hui hai.</w:t>
      </w:r>
    </w:p>
    <w:p>
      <w:pPr>
        <w:jc w:val="right"/>
      </w:pPr>
      <w:r>
        <w:t>حدیث میں آتا ہے کہ "لا صلاۃ لملم تخش" یعنی خشوع کے بغیر جو نماز ہو وہ نمازی نہیں ہے۔ اور دھوم بچی ہوئی ہے۔</w:t>
      </w:r>
    </w:p>
    <w:p>
      <w:r>
        <w:rPr>
          <w:b/>
        </w:rPr>
        <w:t xml:space="preserve">[36:10] </w:t>
      </w:r>
      <w:r>
        <w:t>jis masjid mein jaiye, dhoom bachi hui hai. aap jaayen masjidon mein to kya dekhenge aap? ke log namaz padh rahe hain aur un ke dhyan kis pe?</w:t>
      </w:r>
    </w:p>
    <w:p>
      <w:pPr>
        <w:jc w:val="right"/>
      </w:pPr>
      <w:r>
        <w:t>جس مسجد میں جائیے، دھوم بچی ہوئی ہے۔ آپ جائیں مسجدوں میں تو کیا دیکھیں گے آپ؟ کہ لوگ نماز پڑھ رہے ہیں اور ان کے دھیان کس پہ؟</w:t>
      </w:r>
    </w:p>
    <w:p>
      <w:r>
        <w:rPr>
          <w:b/>
        </w:rPr>
        <w:t xml:space="preserve">[36:21] </w:t>
      </w:r>
      <w:r>
        <w:t>mobile par hain. in is insan ko mein insan nahi samajhta jo jo mobile par jis ka dhyan laga ho.</w:t>
      </w:r>
    </w:p>
    <w:p>
      <w:pPr>
        <w:jc w:val="right"/>
      </w:pPr>
      <w:r>
        <w:t>موبائل پر ہیں۔ ان اس انسان کو میں انسان نہیں سمجھتا جو جو موبائل پر جس کا دھیان لگا ہو۔</w:t>
      </w:r>
    </w:p>
    <w:p>
      <w:r>
        <w:rPr>
          <w:b/>
        </w:rPr>
        <w:t xml:space="preserve">[36:31] </w:t>
      </w:r>
      <w:r>
        <w:t>jab mobile super distraction hai is zamane mein, ab masjid mein ghusa hua hai woh. kya namaz aise logon ki hai jinka dhyan mobile mein laga hua hai?</w:t>
      </w:r>
    </w:p>
    <w:p>
      <w:pPr>
        <w:jc w:val="right"/>
      </w:pPr>
      <w:r>
        <w:t>جب موبائل سپر ڈسٹریکشن ہے اس زمانے میں، اب مسجد میں گھسا ہوا ہے وہ۔ کیا نماز ایسے لوگوں کی ہے جن کا دھیان موبائل میں لگا ہوا ہے؟</w:t>
      </w:r>
    </w:p>
    <w:p>
      <w:r>
        <w:rPr>
          <w:b/>
        </w:rPr>
        <w:t xml:space="preserve">[36:41] </w:t>
      </w:r>
      <w:r>
        <w:t>jo distraction mein jeete hain. mein ne ek mazmoon likha hai ke is zamane mein jo shajar mamnu'a hai woh mobile hai. har zamane ka ek shajar mamnu'a hota hai, is zamane ka shajar mamnu'a mobile hai.</w:t>
      </w:r>
    </w:p>
    <w:p>
      <w:pPr>
        <w:jc w:val="right"/>
      </w:pPr>
      <w:r>
        <w:t>جو ڈسٹریکشن میں جیتے ہیں۔ میں نے ایک مضمون لکھا ہے کہ اس زمانے میں جو شجر ممنوعہ ہے وہ موبائل ہے۔ ہر زمانے کا ایک شجر ممنوعہ ہوتا ہے، اس زمانے کا شجر ممنوعہ موبائل ہے۔</w:t>
      </w:r>
    </w:p>
    <w:p>
      <w:r>
        <w:rPr>
          <w:b/>
        </w:rPr>
        <w:t xml:space="preserve">[36:51] </w:t>
      </w:r>
      <w:r>
        <w:t>yani fiber entry jo hai is zamane ka mobile hai. ise distraction mein jeeta hai har aadmi.</w:t>
      </w:r>
    </w:p>
    <w:p>
      <w:pPr>
        <w:jc w:val="right"/>
      </w:pPr>
      <w:r>
        <w:t>یعنی فائبر انٹری جو ہے اس زمانے کا موبائل ہے۔ اسے ڈسٹریکشن میں جیتا ہے ہر آدمی۔</w:t>
      </w:r>
    </w:p>
    <w:p>
      <w:r>
        <w:rPr>
          <w:b/>
        </w:rPr>
        <w:t xml:space="preserve">[37:00] </w:t>
      </w:r>
      <w:r>
        <w:t>jaise namaz khatam hogi, sab se pehle check karenge mobile mein, koi masjid to nahi aaya? koi missed call to nahi thi? namaz khatam hoti hai, pehla jo hota hai un ka mobile ko check karna.</w:t>
      </w:r>
    </w:p>
    <w:p>
      <w:pPr>
        <w:jc w:val="right"/>
      </w:pPr>
      <w:r>
        <w:t>جیسے نماز ختم ہوگی، سب سے پہلے چیک کریں گے موبائل میں، کوئی مسجد تو نہیں آیا؟ کوئی مسڈ کال تو نہیں تھی؟ نماز ختم ہوتی ہے، پہلا جو ہوتا ہے ان کا موبائل کو چیک کرنا۔</w:t>
      </w:r>
    </w:p>
    <w:p>
      <w:r>
        <w:rPr>
          <w:b/>
        </w:rPr>
        <w:t xml:space="preserve">[37:13] </w:t>
      </w:r>
      <w:r>
        <w:t>yeh koi namaz hai yeh? sahaba kiram namaz padhte the to namaz khatam hui to kuch bolte nahi the.</w:t>
      </w:r>
    </w:p>
    <w:p>
      <w:pPr>
        <w:jc w:val="right"/>
      </w:pPr>
      <w:r>
        <w:t>یہ کوئی نماز ہے یہ؟ صحابہ کرام نماز پڑھتے تھے تو نماز ختم ہوئی تو کچھ بولتے نہیں تھے۔</w:t>
      </w:r>
    </w:p>
    <w:p>
      <w:r>
        <w:rPr>
          <w:b/>
        </w:rPr>
        <w:t xml:space="preserve">[37:24] </w:t>
      </w:r>
      <w:r>
        <w:t>chup chap der tak sochte the. phir uthte the aur khamoshi ke sath dheere dheere dheere chalte hue ghar chale jaate the.</w:t>
      </w:r>
    </w:p>
    <w:p>
      <w:pPr>
        <w:jc w:val="right"/>
      </w:pPr>
      <w:r>
        <w:t>چپ چاپ دیر تک سوچتے تھے۔ پھر اٹھتے تھے اور خاموشی کے ساتھ دھیرے دھیرے دھیرے چلتے ہوئے گھر چلے جاتے تھے۔</w:t>
      </w:r>
    </w:p>
    <w:p>
      <w:r>
        <w:rPr>
          <w:b/>
        </w:rPr>
        <w:t xml:space="preserve">[37:34] </w:t>
      </w:r>
      <w:r>
        <w:t>kyun? namaz padhi thi unhon ne spirit ke sath, khushu ke sath. un ke dimagh mein ek halchal aayi thi namaz ko padh kar ke.</w:t>
      </w:r>
    </w:p>
    <w:p>
      <w:pPr>
        <w:jc w:val="right"/>
      </w:pPr>
      <w:r>
        <w:t>کیوں؟ نماز پڑھی تھی انہوں نے اسپرٹ کے ساتھ، خشوع کے ساتھ۔ ان کے دماغ میں ایک ہلچل آئی تھی نماز کو پڑھ کر کے۔</w:t>
      </w:r>
    </w:p>
    <w:p>
      <w:r>
        <w:rPr>
          <w:b/>
        </w:rPr>
        <w:t xml:space="preserve">[37:44] </w:t>
      </w:r>
      <w:r>
        <w:t>wo hilchal liye hue the wo. aisa nahi ke bas retrieve alfaaz dobara diya, be soche samjhe rak'at, ruku sajda kar liya.</w:t>
      </w:r>
    </w:p>
    <w:p>
      <w:pPr>
        <w:jc w:val="right"/>
      </w:pPr>
      <w:r>
        <w:t>وہ ہلچل لیے ہوئے تھے وہ۔ ایسا نہیں کہ بس ریٹریو الفاظ دوبارہ دیا، بے سوچے سمجھے رکعت، رکوع سجدہ کر لیا۔</w:t>
      </w:r>
    </w:p>
    <w:p>
      <w:r>
        <w:rPr>
          <w:b/>
        </w:rPr>
        <w:t xml:space="preserve">[37:54] </w:t>
      </w:r>
      <w:r>
        <w:t>dil kahin hai, dimagh kahin hai. aisa nahi tha in ka mamla. Namaz padhte the isi mein dhyan laga hua hai.</w:t>
      </w:r>
    </w:p>
    <w:p>
      <w:pPr>
        <w:jc w:val="right"/>
      </w:pPr>
      <w:r>
        <w:t>دل کہیں ہے، دماغ کہیں ہے۔ ایسا نہیں تھا ان کا معاملہ۔ نماز پڑھتے تھے اسی میں دھیان لگا ہوا ہے۔</w:t>
      </w:r>
    </w:p>
    <w:p>
      <w:r>
        <w:rPr>
          <w:b/>
        </w:rPr>
        <w:t xml:space="preserve">[38:05] </w:t>
      </w:r>
      <w:r>
        <w:t>baithna khatam hui tab bhi isi soch mein hain. Uthe to ja rahe hain. Koi aapas mein baat nahi karta tha sahabi. Aap kitabon mein padh lijiyee.</w:t>
      </w:r>
    </w:p>
    <w:p>
      <w:pPr>
        <w:jc w:val="right"/>
      </w:pPr>
      <w:r>
        <w:t>بیٹھنا ختم ہوئی تب بھی اسی سوچ میں ہیں۔ اٹھے تو جا رہے ہیں۔ کوئی آپس میں بات نہیں کرتا تھا صحابی۔ آپ کتابوں میں پڑھ لیجئے۔</w:t>
      </w:r>
    </w:p>
    <w:p>
      <w:r>
        <w:rPr>
          <w:b/>
        </w:rPr>
        <w:t xml:space="preserve">[38:17] </w:t>
      </w:r>
      <w:r>
        <w:t>Namaz padh kar jab sahabi nikalte the masjid se, gharon ko jate hue to aisa nahi ke aap baatein ha ha kar rahe hain baaton. Aaj kal kisi masjid mein chale jaiye aap, kisi bhi masjid mein jaiye aap.</w:t>
      </w:r>
    </w:p>
    <w:p>
      <w:pPr>
        <w:jc w:val="right"/>
      </w:pPr>
      <w:r>
        <w:t>نماز پڑھ کر جب صحابی نکلتے تھے مسجد سے، گھروں کو جاتے ہوئے تو ایسا نہیں کہ آپ باتیں ہا ہا کر رہے ہیں باتوں۔ آج کل کسی مسجد میں چلے جائیے آپ، کسی بھی مسجد میں جائیے آپ۔</w:t>
      </w:r>
    </w:p>
    <w:p>
      <w:r>
        <w:rPr>
          <w:b/>
        </w:rPr>
        <w:t xml:space="preserve">[38:27] </w:t>
      </w:r>
      <w:r>
        <w:t>jab niklenge log namaz se, gate par aate hi baatein idhar udhar ki baatein shuru kar denge. Koi namaz ki baat nahi karega, idhar udhar ki baaton.</w:t>
      </w:r>
    </w:p>
    <w:p>
      <w:pPr>
        <w:jc w:val="right"/>
      </w:pPr>
      <w:r>
        <w:t>جب نکلیں گے لوگ نماز سے، گیٹ پر آتے ہی باتیں ادھر ادھر کی باتیں شروع کر دیں گے۔ کوئی نماز کی بات نہیں کرے گا، ادھر ادھر کی باتیں۔</w:t>
      </w:r>
    </w:p>
    <w:p>
      <w:r>
        <w:rPr>
          <w:b/>
        </w:rPr>
        <w:t xml:space="preserve">[38:37] </w:t>
      </w:r>
      <w:r>
        <w:t>yeh koi namaz hai yeh? Yeh hai kuch rituals ko dohra kar samajhte hain ke hum ne namaz padh liya. To namaz ka ek reduced form hai.</w:t>
      </w:r>
    </w:p>
    <w:p>
      <w:pPr>
        <w:jc w:val="right"/>
      </w:pPr>
      <w:r>
        <w:t>یہ کوئی نماز ہے یہ؟ یہ ہے کچھ ریچولز کو دہرا کر سمجھتے ہیں کہ ہم نے نماز پڑھ لیا۔ تو نماز کا ایک ریڈیوسڈ فارم ہے۔</w:t>
      </w:r>
    </w:p>
    <w:p>
      <w:r>
        <w:rPr>
          <w:b/>
        </w:rPr>
        <w:t xml:space="preserve">[38:49] </w:t>
      </w:r>
      <w:r>
        <w:t>khud namaz ghayab hai. Aur yeh baat hadith mein peshangoi tor par maujood hai ke "masajid ma'amara wa yakhraabu min al-hadi" ek zamana aayega, is ke bare mein bataya gaya hai ke "masajid ma'amara wa yakhraabu min al-hadi" un ki masjidain khoob abad hongi lekin hidayat se khali hongi.</w:t>
      </w:r>
    </w:p>
    <w:p>
      <w:pPr>
        <w:jc w:val="right"/>
      </w:pPr>
      <w:r>
        <w:t>خود نماز غائب ہے۔ اور یہ بات حدیث میں پیشنگوئی طور پر موجود ہے کہ "مساجد معامرہ ویخراب من الحدی" ایک زمانہ آئے گا، اس کے بارے میں بتایا گیا ہے کہ "مساجد معامرہ ویخراب من الحدی" ان کی مسجدیں خوب آباد ہوں گی لیکن ہدایت سے خالی ہوں گی۔</w:t>
      </w:r>
    </w:p>
    <w:p>
      <w:r>
        <w:rPr>
          <w:b/>
        </w:rPr>
        <w:t xml:space="preserve">[39:10] </w:t>
      </w:r>
      <w:r>
        <w:t>to yahi to hai hi wo. Is par log fakhr karte hain ke hum ne masjidon ko abad kar diya. Abad to unhon ne bheed se abad kiya hai, namaziyon se nahi.</w:t>
      </w:r>
    </w:p>
    <w:p>
      <w:pPr>
        <w:jc w:val="right"/>
      </w:pPr>
      <w:r>
        <w:t>تو یہی تو ہے ہی وہ۔ اس پر لوگ فخر کرتے ہیں کہ ہم نے مسجدوں کو آباد کر دیا۔ آباد تو انہوں نے بھیڑ سے آباد کیا ہے، نمازیوں سے نہیں۔</w:t>
      </w:r>
    </w:p>
    <w:p>
      <w:r>
        <w:rPr>
          <w:b/>
        </w:rPr>
        <w:t xml:space="preserve">[39:21] </w:t>
      </w:r>
      <w:r>
        <w:t>aaj kal jo fakhr kiya jata hai ke masjidon ko hum ne abad kar diya to is ka matlab kya hai? Bheed se abad kiya hai unhon ne, namaziyon se abad nahi kiya hai.</w:t>
      </w:r>
    </w:p>
    <w:p>
      <w:pPr>
        <w:jc w:val="right"/>
      </w:pPr>
      <w:r>
        <w:t>آج کل جو فخر کیا جاتا ہے کہ مسجدوں کو ہم نے آباد کر دیا تو اس کا مطلب کیا ہے؟ بھیڑ سے آباد کیا ہے انہوں نے، نمازیوں سے آباد نہیں کیا ہے۔</w:t>
      </w:r>
    </w:p>
    <w:p>
      <w:r>
        <w:rPr>
          <w:b/>
        </w:rPr>
        <w:t xml:space="preserve">[39:31] </w:t>
      </w:r>
      <w:r>
        <w:t>agar namaziyon se abad kiya hota to wahi namaz padhte log jo sahaba namaz padhte the. Ke namaz padhi to un par khashiyat taari ho gayi ke bol band ho gayi.</w:t>
      </w:r>
    </w:p>
    <w:p>
      <w:pPr>
        <w:jc w:val="right"/>
      </w:pPr>
      <w:r>
        <w:t>اگر نمازیوں سے آباد کیا ہوتا تو وہی نماز پڑھتے لوگ جو صحابہ نماز پڑھتے تھے۔ کہ نماز پڑھی تو ان پر خشیت طاری ہو گئی کہ بول بند ہو گئی۔</w:t>
      </w:r>
    </w:p>
    <w:p>
      <w:r>
        <w:rPr>
          <w:b/>
        </w:rPr>
        <w:t xml:space="preserve">[39:44] </w:t>
      </w:r>
      <w:r>
        <w:t>unhein na mobile yaad hai, na bachche yaad hain.</w:t>
      </w:r>
    </w:p>
    <w:p>
      <w:pPr>
        <w:jc w:val="right"/>
      </w:pPr>
      <w:r>
        <w:t>انہیں نہ موبائل یاد ہے، نہ بچے یاد ہیں۔</w:t>
      </w:r>
    </w:p>
    <w:p>
      <w:r>
        <w:rPr>
          <w:b/>
        </w:rPr>
        <w:t xml:space="preserve">[39:49] </w:t>
      </w:r>
      <w:r>
        <w:t>Farsi ke ek shayar ne kaha tha ke "shab shab cho aqd-e-namaz bar bandam che khurd ba'amdaaz farzandam".</w:t>
      </w:r>
    </w:p>
    <w:p>
      <w:pPr>
        <w:jc w:val="right"/>
      </w:pPr>
      <w:r>
        <w:t>فارسی کے ایک شاعر نے کہا تھا کہ "شب شب چو عقد نماز بر بندم چہ خرد بامداد فرزندم"۔</w:t>
      </w:r>
    </w:p>
    <w:p>
      <w:r>
        <w:rPr>
          <w:b/>
        </w:rPr>
        <w:t xml:space="preserve">[39:58] </w:t>
      </w:r>
      <w:r>
        <w:t>"shab cho aqd-e-namaz bar bandam che khurd ba'amdaaz farzandam". Matlab yeh hai ke raat ko jab mein ne namaz ke liye khada hua, niyat bandhi to dil mein kya tha?</w:t>
      </w:r>
    </w:p>
    <w:p>
      <w:pPr>
        <w:jc w:val="right"/>
      </w:pPr>
      <w:r>
        <w:t>"شب چو عقد نماز بر بندم چہ خرد بامداد فرزندم"۔ مطلب یہ ہے کہ رات کو جب میں نے نماز کے لیے کھڑا ہوا، نیت باندھی تو دل میں کیا تھا؟</w:t>
      </w:r>
    </w:p>
    <w:p>
      <w:r>
        <w:rPr>
          <w:b/>
        </w:rPr>
        <w:t xml:space="preserve">[40:12] </w:t>
      </w:r>
      <w:r>
        <w:t>ke subah ko mere bachche kya khayenge? Yani namaz padh raha hoon, dil mein yeh hai ke subah ko mere bachche kya khayenge? Wahi aaj ka haal hai ke namaz padh rahe hain aur dhyan kis par hai?</w:t>
      </w:r>
    </w:p>
    <w:p>
      <w:pPr>
        <w:jc w:val="right"/>
      </w:pPr>
      <w:r>
        <w:t>کہ صبح کو میرے بچے کیا کھائیں گے؟ یعنی نماز پڑھ رہا ہوں، دل میں یہ ہے کہ صبح کو میرے بچے کیا کھائیں گے؟ وہی آج کا حال ہے کہ نماز پڑھ رہے ہیں اور دھیان کس پر ہے؟</w:t>
      </w:r>
    </w:p>
    <w:p>
      <w:r>
        <w:rPr>
          <w:b/>
        </w:rPr>
        <w:t xml:space="preserve">[40:23] </w:t>
      </w:r>
      <w:r>
        <w:t>ek mobile par ke mobile mein kis ka message aaya hai? Kisi ka call aayi hai? Yeh namaz hai yeh? Yeh wo namaz hai is ke bare mein hai ke logon ko phenk diya gaya logon ke upar.</w:t>
      </w:r>
    </w:p>
    <w:p>
      <w:pPr>
        <w:jc w:val="right"/>
      </w:pPr>
      <w:r>
        <w:t>ایک موبائل پر کہ موبائل میں کس کا میسج آیا ہے؟ کسی کا کال آئی ہے؟ یہ نماز ہے یہ؟ یہ وہ نماز ہے اس کے بارے میں ہے کہ لوگوں کو پھینک دیا گیا لوگوں کے اوپر۔</w:t>
      </w:r>
    </w:p>
    <w:p>
      <w:r>
        <w:rPr>
          <w:b/>
        </w:rPr>
        <w:t xml:space="preserve">[40:33] </w:t>
      </w:r>
      <w:r>
        <w:t>le jao ab namaz ko apne paas. Khuda ko aisi namaz nahi chahiye. Yeh hai reduced form. Yahi isaiyon mein aaya, yahudiyon mein aaya, yeh musalmanon mein aaya.</w:t>
      </w:r>
    </w:p>
    <w:p>
      <w:pPr>
        <w:jc w:val="right"/>
      </w:pPr>
      <w:r>
        <w:t>لے جاؤ اب نماز کو اپنے پاس۔ خدا کو ایسی نماز نہیں چاہیے۔ یہ ہے ریڈیوسڈ فارم۔ یہی عیسائیوں میں آیا، یہودیوں میں آیا، یہ مسلمانوں میں آیا۔</w:t>
      </w:r>
    </w:p>
    <w:p>
      <w:r>
        <w:rPr>
          <w:b/>
        </w:rPr>
        <w:t xml:space="preserve">[40:45] </w:t>
      </w:r>
      <w:r>
        <w:t>agar aap ko shak ho to aap kisi chale jaiye, kisi church mein, kisi synagogue mein, apni masjid mein jaiye. Har jagah kya hai?</w:t>
      </w:r>
    </w:p>
    <w:p>
      <w:pPr>
        <w:jc w:val="right"/>
      </w:pPr>
      <w:r>
        <w:t>اگر آپ کو شک ہو تو آپ کسی چلے جائیے، کسی چرچ میں، کسی سینگاگ میں، اپنی مسجد میں جائیے۔ ہر جگہ کیا ہے؟</w:t>
      </w:r>
    </w:p>
    <w:p>
      <w:r>
        <w:rPr>
          <w:b/>
        </w:rPr>
        <w:t xml:space="preserve">[40:54] </w:t>
      </w:r>
      <w:r>
        <w:t>aap ko rituals milenge, kuch form ke hangame milenge. Spirit ghayab hai. Yani Khuda ka khauf, Khuda se mohabbat, Khuda ka charcha, Khuda ki barhai.</w:t>
      </w:r>
    </w:p>
    <w:p>
      <w:pPr>
        <w:jc w:val="right"/>
      </w:pPr>
      <w:r>
        <w:t>آپ کو ریچول ملیں گے، کچھ فارم کے ہنگامے ملیں گے۔ اسپرٹ غائب ہے۔ یعنی خدا کا خوف، خدا سے محبت، خدا کا چرچہ، خدا کی بڑائی۔</w:t>
      </w:r>
    </w:p>
    <w:p>
      <w:r>
        <w:rPr>
          <w:b/>
        </w:rPr>
        <w:t xml:space="preserve">[41:08] </w:t>
      </w:r>
      <w:r>
        <w:t>is ka koi wajood hi nahi hai, is ka koi wajood hi nahi. Is ka koi wajood hi nahi hai, is ka koi. Yeh na synagogue mein hai, na church mein hai, aur na masjid mein hai.</w:t>
      </w:r>
    </w:p>
    <w:p>
      <w:pPr>
        <w:jc w:val="right"/>
      </w:pPr>
      <w:r>
        <w:t>اس کا کوئی وجود ہی نہیں ہے، اس کا کوئی وجود ہی نہیں۔ اس کا کوئی وجود ہی نہیں ہے، اس کا کوئی۔ یہ نہ سینگاگ میں ہے، نہ چرچ میں ہے، اور نہ مسجد میں ہے۔</w:t>
      </w:r>
    </w:p>
    <w:p>
      <w:r>
        <w:rPr>
          <w:b/>
        </w:rPr>
        <w:t xml:space="preserve">[41:23] </w:t>
      </w:r>
      <w:r>
        <w:t>to yahi hai "latatba'un man kana qablakum". Log samajhte hain kuch ajeeb o ghareeb cheezein samajhte hain ke wo mislan ek kaha jata hai ke yahudi kya tha ke jab koi marta tha to paisa de kar ke wo khareeda jata tha, ek ek dastavez wo likh deta tha ke yeh falan sahib hain aur mein sifarish karta hoon ke in ko aap salvation de dein.</w:t>
      </w:r>
    </w:p>
    <w:p>
      <w:pPr>
        <w:jc w:val="right"/>
      </w:pPr>
      <w:r>
        <w:t>تو یہی ہے "لتتبعون من کان قبلکم"۔ لوگ سمجھتے ہیں کچھ عجیب و غریب چیزیں سمجھتے ہیں کہ وہ مثلاً ایک کہا جاتا ہے کہ یہودی کیا تھا کہ جب کوئی مرتا تھا تو پیسہ دے کر کے وہ خریدا جاتا تھا، ایک ایک دستاویز وہ لکھ دیتا تھا کہ یہ فلاں صاحب ہیں اور میں سفارش کرتا ہوں کہ ان کو آپ سالویشن دے دیں۔</w:t>
      </w:r>
    </w:p>
    <w:p>
      <w:r>
        <w:rPr>
          <w:b/>
        </w:rPr>
        <w:t xml:space="preserve">[41:49] </w:t>
      </w:r>
      <w:r>
        <w:t>to wo angels is ko padh kar ke in ko salvation likh denge in ke liye. Yeh kharidte the log in se aur qabron pe rakhte the is ko.</w:t>
      </w:r>
    </w:p>
    <w:p>
      <w:pPr>
        <w:jc w:val="right"/>
      </w:pPr>
      <w:r>
        <w:t>تو وہ اینجلز اس کو پڑھ کر کے ان کو سالویشن لکھ دیں گے ان کے لیے۔ یہ خریدتے تھے لوگ ان سے اور قبروں پہ رکھتے تھے اس کو۔</w:t>
      </w:r>
    </w:p>
    <w:p>
      <w:r>
        <w:rPr>
          <w:b/>
        </w:rPr>
        <w:t xml:space="preserve">[41:58] </w:t>
      </w:r>
      <w:r>
        <w:t>inhi sab baaton ko samajhte hain ke yahudiyat hai. Aur wo sab badi badi cheezein hain, is ko is se wo bekhabar hain. Kyun ke khud is se mubtala hai wo.</w:t>
      </w:r>
    </w:p>
    <w:p>
      <w:pPr>
        <w:jc w:val="right"/>
      </w:pPr>
      <w:r>
        <w:t>انہی سب باتوں کو سمجھتے ہیں کہ یہودیت ہے۔ اور وہ سب بڑی بڑی چیزیں ہیں، اس کو اس سے وہ بے خبر ہیں۔ کیونکہ خود اس سے مبتلا ہے وہ۔</w:t>
      </w:r>
    </w:p>
    <w:p>
      <w:r>
        <w:rPr>
          <w:b/>
        </w:rPr>
        <w:t xml:space="preserve">[42:09] </w:t>
      </w:r>
      <w:r>
        <w:t>to hamari milli policy, hamari political activities, hamare jihadi activities sab yeh yehudiyat hai, yeh Islam nahi hai, yeh yaad rakhiye. Yeh wo bhi yahi yahi sab kar rahe hain, wo log wahi kar rahe hain.</w:t>
      </w:r>
    </w:p>
    <w:p>
      <w:pPr>
        <w:jc w:val="right"/>
      </w:pPr>
      <w:r>
        <w:t>تو ہماری ملی پالیسی، ہماری پولیٹیکل ایکٹیویٹیز، ہمارے جہادی ایکٹیویٹیز سب یہ یہودیت ہے، یہ اسلام نہیں ہے، یہ یاد رکھیے۔ یہ وہ بھی یہی یہی سب کر رہے ہیں، وہ لوگ وہی کر رہے ہیں۔</w:t>
      </w:r>
    </w:p>
    <w:p>
      <w:r>
        <w:rPr>
          <w:b/>
        </w:rPr>
        <w:t xml:space="preserve">[42:21] </w:t>
      </w:r>
      <w:r>
        <w:t>yahudi maar rahe hain arbon ko, arab maar rahe hain yahudiyon ko. In ke liye wo jihad hai, un ka wo jihad hai. Yahudi jab marte hain arbon ko to un ka wo jihad hota hai.</w:t>
      </w:r>
    </w:p>
    <w:p>
      <w:pPr>
        <w:jc w:val="right"/>
      </w:pPr>
      <w:r>
        <w:t>یہودی مار رہے ہیں عربوں کو، عرب مار رہے ہیں یہودیوں کو۔ ان کے لیے وہ جہاد ہے، ان کا وہ جہاد ہے۔ یہودی جب مارتے ہیں عربوں کو تو ان کا وہ جہاد ہوتا ہے۔</w:t>
      </w:r>
    </w:p>
    <w:p>
      <w:r>
        <w:rPr>
          <w:b/>
        </w:rPr>
        <w:t xml:space="preserve">[42:32] </w:t>
      </w:r>
      <w:r>
        <w:t>aur arab jab marte hain yahudiyon ko to un ka wo jihad hota hai. Halanke wo na jihad fi sabilillah hai, na wo jihad fi sabilillah hai. Yahudi jo marte hain to wo bhi samajhte hain ke hum jihad kar rahe hain.</w:t>
      </w:r>
    </w:p>
    <w:p>
      <w:pPr>
        <w:jc w:val="right"/>
      </w:pPr>
      <w:r>
        <w:t>اور عرب جب مارتے ہیں یہودیوں کو تو ان کا وہ جہاد ہوتا ہے۔ حالانکہ وہ نہ جہاد فی سبیل اللہ ہے، نہ وہ جہاد فی سبیل اللہ ہے۔ یہودی جو مارتے ہیں تو وہ بھی سمجھتے ہیں کہ ہم جہاد کر رہے ہیں۔</w:t>
      </w:r>
    </w:p>
    <w:p>
      <w:r>
        <w:rPr>
          <w:b/>
        </w:rPr>
        <w:t xml:space="preserve">[42:44] </w:t>
      </w:r>
      <w:r>
        <w:t>aur eesaai maarte hain to woh bhi, aur yeh yahoodi, arab maarte hain to woh bhi samajhte hain ke hum jehad kar rahe hain. Yeh jehad hai, na woh jehad hai. Yeh to bilkul aik aik nafs ki ladaai hai, qaum ki ladaai hai,</w:t>
      </w:r>
    </w:p>
    <w:p>
      <w:pPr>
        <w:jc w:val="right"/>
      </w:pPr>
      <w:r>
        <w:t>اور عیسائی مارتے ہیں تو وہ بھی، اور یہ یہودی، عرب مارتے ہیں تو وہ بھی سمجھتے ہیں کہ ہم جہاد کر رہے ہیں۔ یہ جہاد ہے، نہ وہ جہاد ہے۔ یہ تو بالکل ایک ایک نفس کی لڑائی ہے، قوم کی لڑائی ہے،</w:t>
      </w:r>
    </w:p>
    <w:p>
      <w:r>
        <w:rPr>
          <w:b/>
        </w:rPr>
        <w:t xml:space="preserve">[42:59] </w:t>
      </w:r>
      <w:r>
        <w:t>paraiyd ki ladaai hai. Is ka Islam se kya ta'alluq?</w:t>
      </w:r>
    </w:p>
    <w:p>
      <w:pPr>
        <w:jc w:val="right"/>
      </w:pPr>
      <w:r>
        <w:t>پرائیڈ کی لڑائی ہے۔ اس کا اسلام سے کیا تعلق؟</w:t>
      </w:r>
    </w:p>
    <w:p>
      <w:r>
        <w:rPr>
          <w:b/>
        </w:rPr>
        <w:t xml:space="preserve">[43:06] </w:t>
      </w:r>
      <w:r>
        <w:t>Aise hi dekhiye aap, eesaaiyon mein kya hai? Aik eesaaiyon mein jo bohat bari gumraahi aai hai, woh kya aai hai?</w:t>
      </w:r>
    </w:p>
    <w:p>
      <w:pPr>
        <w:jc w:val="right"/>
      </w:pPr>
      <w:r>
        <w:t>ایسے ہی دیکھیے آپ، عیسائیوں میں کیا ہے؟ ایک عیسائیوں میں جو بہت بڑی گمراہی آئی ہے، وہ کیا آئی ہے؟</w:t>
      </w:r>
    </w:p>
    <w:p>
      <w:r>
        <w:rPr>
          <w:b/>
        </w:rPr>
        <w:t xml:space="preserve">[43:18] </w:t>
      </w:r>
      <w:r>
        <w:t>ke rasmi aqeeday ko samajh liya ke is se salvation mil jayegi. Rasmi aqeeday ko jannat ka daricha samajh liya.</w:t>
      </w:r>
    </w:p>
    <w:p>
      <w:pPr>
        <w:jc w:val="right"/>
      </w:pPr>
      <w:r>
        <w:t>کہ رسمی عقیدے کو سمجھ لیا کہ اس سے سالویشن مل جائے گی۔ رسمی عقیدے کو جنت کا دریچہ سمجھ لیا۔</w:t>
      </w:r>
    </w:p>
    <w:p>
      <w:r>
        <w:rPr>
          <w:b/>
        </w:rPr>
        <w:t xml:space="preserve">[43:26] </w:t>
      </w:r>
      <w:r>
        <w:t>Rasmi aqeedah kya hai? Yeh maan lena ke Hazrat Masih jo masloob hue the, jis ko kehte hain atonement, atonement yaani kaffarah, bas is ko maan lo.</w:t>
      </w:r>
    </w:p>
    <w:p>
      <w:pPr>
        <w:jc w:val="right"/>
      </w:pPr>
      <w:r>
        <w:t>رسمی عقیدہ کیا ہے؟ یہ مان لینا کہ حضرت مسیح جو مصلوب ہوئے تھے، جس کو کہتے ہیں اٹونمنٹ، اٹونمنٹ یعنی کفارہ، بس اس کو مان لو۔</w:t>
      </w:r>
    </w:p>
    <w:p>
      <w:r>
        <w:rPr>
          <w:b/>
        </w:rPr>
        <w:t xml:space="preserve">[43:38] </w:t>
      </w:r>
      <w:r>
        <w:t>Aik bator-e-aqeedah yeh maan lo ke Hazrat Masih jo jo jo saleeb pe charhe the to woh hamara gunaah dhone ke liye the. Yeh maan lo to bas woh salvation mil gayi.</w:t>
      </w:r>
    </w:p>
    <w:p>
      <w:pPr>
        <w:jc w:val="right"/>
      </w:pPr>
      <w:r>
        <w:t>ایک بطور عقیدہ یہ مان لو کہ حضرت مسیح جو جو جو صلیب پہ چڑھے تھے تو وہ ہمارا گناہ دھونے کے لیے تھے۔ یہ مان لو تو بس وہ سالویشن مل گئی۔</w:t>
      </w:r>
    </w:p>
    <w:p>
      <w:r>
        <w:rPr>
          <w:b/>
        </w:rPr>
        <w:t xml:space="preserve">[43:49] </w:t>
      </w:r>
      <w:r>
        <w:t>To aik be rooh aqeeday ko samajh liya ke is se salvation mil jayegi. Yeh Musalmanon ka haal hai. Shafa'at ke naam se woh samajhte hain ke Rasool Allah ke baray mein maan lo ke woh shafa'at karenge, bas nahi, hamari nijaat pakki hai.</w:t>
      </w:r>
    </w:p>
    <w:p>
      <w:pPr>
        <w:jc w:val="right"/>
      </w:pPr>
      <w:r>
        <w:t>تو ایک بے روح عقیدے کو سمجھ لیا کہ اس سے سالویشن مل جائے گی۔ یہ مسلمانوں کا حال ہے۔ شفاعت کے نام سے وہ سمجھتے ہیں کہ رسول اللہ کے بارے میں مان لو کہ وہ شفاعت کریں گے، بس نہیں، ہماری نجات پکی ہے۔</w:t>
      </w:r>
    </w:p>
    <w:p>
      <w:r>
        <w:rPr>
          <w:b/>
        </w:rPr>
        <w:t xml:space="preserve">[44:04] </w:t>
      </w:r>
      <w:r>
        <w:t>Halankeh na na shafa'at ka koi haqeeqat hai, na kaffaray ki koi haqeeqat hai.</w:t>
      </w:r>
    </w:p>
    <w:p>
      <w:pPr>
        <w:jc w:val="right"/>
      </w:pPr>
      <w:r>
        <w:t>حالانکہ نہ نہ شفاعت کا کوئی حقیقت ہے، نہ کفارے کی کوئی حقیقت ہے۔</w:t>
      </w:r>
    </w:p>
    <w:p>
      <w:r>
        <w:rPr>
          <w:b/>
        </w:rPr>
        <w:t xml:space="preserve">[44:10] </w:t>
      </w:r>
      <w:r>
        <w:t>Bohat saari aikuli baseless. Yeh baatein shafa'at ki hargiz nahi hain jo jo aaj ka Musalman samajh rakha hai. To aik be rooh aqeeday ko eesaaiyon ne samajh liya ke is se salvation milegi.</w:t>
      </w:r>
    </w:p>
    <w:p>
      <w:pPr>
        <w:jc w:val="right"/>
      </w:pPr>
      <w:r>
        <w:t>بہت ساری ایکولی بیسلیس۔ یہ باتیں شفاعت کی ہرگز نہیں ہیں جو جو آج کا مسلمان سمجھ رکھا ہے۔ تو ایک بے روح عقیدے کو عیسائیوں نے سمجھ لیا کہ اس سے سالویشن ملے گی۔</w:t>
      </w:r>
    </w:p>
    <w:p>
      <w:r>
        <w:rPr>
          <w:b/>
        </w:rPr>
        <w:t xml:space="preserve">[44:25] </w:t>
      </w:r>
      <w:r>
        <w:t>Aise Musalmanon ne bhi aik be rooh aqeedon ko samajh liya ke is se hamein jannat mil jayegi. Halankeh woh bhi aik fareb hai, yeh bhi aik fareb hai.</w:t>
      </w:r>
    </w:p>
    <w:p>
      <w:pPr>
        <w:jc w:val="right"/>
      </w:pPr>
      <w:r>
        <w:t>ایسے مسلمانوں نے بھی ایک بے روح عقیدوں کو سمجھ لیا کہ اس سے ہمیں جنت مل جائے گی۔ حالانکہ وہ بھی ایک فریب ہے، یہ بھی ایک فریب ہے۔</w:t>
      </w:r>
    </w:p>
    <w:p>
      <w:r>
        <w:rPr>
          <w:b/>
        </w:rPr>
        <w:t xml:space="preserve">[44:38] </w:t>
      </w:r>
      <w:r>
        <w:t>Itna clear aayat hai, itna clear aayat hai Quran Majeed mein. Lais bimaa lakum yaani is tarah ke jo be rooh aqeeday hain, isi ko amaani kaha gaya Quran Majeed mein.</w:t>
      </w:r>
    </w:p>
    <w:p>
      <w:pPr>
        <w:jc w:val="right"/>
      </w:pPr>
      <w:r>
        <w:t>اتنا کلیئر آیت ہے، اتنا کلیئر آیت ہے قرآن مجید میں۔ لیس بیماریکم یعنی اس طرح کے جو بے روح عقیدے ہیں، اسی کو امانی کہا گیا قرآن مجید میں۔</w:t>
      </w:r>
    </w:p>
    <w:p>
      <w:r>
        <w:rPr>
          <w:b/>
        </w:rPr>
        <w:t xml:space="preserve">[44:49] </w:t>
      </w:r>
      <w:r>
        <w:t>Amaani hamare khush khush fehmi, wishful thinking. Lais bimaa lakum wala amaani ahl al-kitaab man ya'mal yujzahu.</w:t>
      </w:r>
    </w:p>
    <w:p>
      <w:pPr>
        <w:jc w:val="right"/>
      </w:pPr>
      <w:r>
        <w:t>امانی ہمارے خوش خوش فہمی، وش فل تھنکنگ۔ لیس بیماریکم ولا امانی اہل الکتاب من یعمل یجذبہ۔</w:t>
      </w:r>
    </w:p>
    <w:p>
      <w:r>
        <w:rPr>
          <w:b/>
        </w:rPr>
        <w:t xml:space="preserve">[45:03] </w:t>
      </w:r>
      <w:r>
        <w:t>In na faisla hoga tumhari wishful thinking par, na faisla hoga ahl-e-kitaab ki wishful thinking par, ya Yahood-o-Nasara ki wishful thinking par.</w:t>
      </w:r>
    </w:p>
    <w:p>
      <w:pPr>
        <w:jc w:val="right"/>
      </w:pPr>
      <w:r>
        <w:t>ان نہ فیصلہ ہوگا تمہاری وش فل تھنکنگ پر، نہ فیصلہ ہوگا اہل کتاب کی وش فل تھنکنگ پر، یا یہود و نصاری کی وش فل تھنکنگ پر۔</w:t>
      </w:r>
    </w:p>
    <w:p>
      <w:r>
        <w:rPr>
          <w:b/>
        </w:rPr>
        <w:t xml:space="preserve">[45:15] </w:t>
      </w:r>
      <w:r>
        <w:t>Man ya'mal yujzahu jo bura karega, woh bura hi payega. Jo achha karega, woh achha hi payega.</w:t>
      </w:r>
    </w:p>
    <w:p>
      <w:pPr>
        <w:jc w:val="right"/>
      </w:pPr>
      <w:r>
        <w:t>من یعمل یجذبہ جو برا کرے گا، وہ برا ہی پائے گا۔ جو اچھا کرے گا، وہ اچھا ہی پائے گا۔</w:t>
      </w:r>
    </w:p>
    <w:p>
      <w:r>
        <w:rPr>
          <w:b/>
        </w:rPr>
        <w:t xml:space="preserve">[45:24] </w:t>
      </w:r>
      <w:r>
        <w:t>Be rooh aqeedon ko logon ne samajh liya hai ke is se jannat mil jayegi. Hamare aam to mashhoor hai ke kalma go ke liye jannat hai.</w:t>
      </w:r>
    </w:p>
    <w:p>
      <w:pPr>
        <w:jc w:val="right"/>
      </w:pPr>
      <w:r>
        <w:t>بے روح عقیدوں کو لوگوں نے سمجھ لیا ہے کہ اس سے جنت مل جائے گی۔ ہمارے عام تو مشہور ہے کہ کلمہ گو کے لیے جنت ہے۔</w:t>
      </w:r>
    </w:p>
    <w:p>
      <w:r>
        <w:rPr>
          <w:b/>
        </w:rPr>
        <w:t xml:space="preserve">[45:34] </w:t>
      </w:r>
      <w:r>
        <w:t>Aam to ab mashhoor hai, kalma go ke liye jannat hai. Matlab aap ne zabaan se bol diya ke laa ilaaha ill-Allah Muhammadur Rasool Allah, bas jannat pakki ho gayi aap ki.</w:t>
      </w:r>
    </w:p>
    <w:p>
      <w:pPr>
        <w:jc w:val="right"/>
      </w:pPr>
      <w:r>
        <w:t>عام تو اب مشہور ہے، کلمہ گو کے لیے جنت ہے۔ مطلب آپ نے زبان سے بول دیا کہ لا لا الہ الا اللہ محمد رسول اللہ، بس جنت پکی ہو گئی آپ کی۔</w:t>
      </w:r>
    </w:p>
    <w:p>
      <w:r>
        <w:rPr>
          <w:b/>
        </w:rPr>
        <w:t xml:space="preserve">[45:45] </w:t>
      </w:r>
      <w:r>
        <w:t>Yeh kya? Yeh to ridiculous hai, ridiculous, ridiculous hai yeh baat ke munh se bol diya aur jannat jannat pakki.</w:t>
      </w:r>
    </w:p>
    <w:p>
      <w:pPr>
        <w:jc w:val="right"/>
      </w:pPr>
      <w:r>
        <w:t>یہ کیا؟ یہ تو ریڈیکولس ہے، ریڈیکولس، ریڈیکولس ہے یہ بات کہ منہ سے بول دیا اور جنت جنت پکی۔</w:t>
      </w:r>
    </w:p>
    <w:p>
      <w:r>
        <w:rPr>
          <w:b/>
        </w:rPr>
        <w:t xml:space="preserve">[45:56] </w:t>
      </w:r>
      <w:r>
        <w:t>Munh se bol kar ke to aap aik aik itna sa market se nahi pa sakte. Aap munh se bolein to yeh mil jayega aap ko, yeh market se nahi milega aap ko.</w:t>
      </w:r>
    </w:p>
    <w:p>
      <w:pPr>
        <w:jc w:val="right"/>
      </w:pPr>
      <w:r>
        <w:t>منہ سے بول کر کے تو آپ ایک ایک اتنا سا مارکیٹ سے نہیں پا سکتے۔ آپ منہ سے بولیں تو یہ مل جائے گا آپ کو، یہ مارکیٹ سے نہیں ملے گا آپ کو۔</w:t>
      </w:r>
    </w:p>
    <w:p>
      <w:r>
        <w:rPr>
          <w:b/>
        </w:rPr>
        <w:t xml:space="preserve">[46:06] </w:t>
      </w:r>
      <w:r>
        <w:t>Is ki is ki price deni padegi aap ko. To jannat jo hai, is ki koi price nahi hai. Munh se bol do, jannat pakki hai.</w:t>
      </w:r>
    </w:p>
    <w:p>
      <w:pPr>
        <w:jc w:val="right"/>
      </w:pPr>
      <w:r>
        <w:t>اس کی اس کی پرائس دینی پڑے گی آپ کو۔ تو جنت جو ہے، اس کی کوئی پرائس نہیں ہے۔ منہ سے بول دو، جنت پکی ہے۔</w:t>
      </w:r>
    </w:p>
    <w:p>
      <w:r>
        <w:rPr>
          <w:b/>
        </w:rPr>
        <w:t xml:space="preserve">[46:19] </w:t>
      </w:r>
      <w:r>
        <w:t>Mera aik sahabi, aik Musalman, der tak baithe, phir kya kehte hain? Woh Allah ka bara ehsaan hai ke hum ko Musalman ghar mein paida kiya aur hamein kalma mil gaya.</w:t>
      </w:r>
    </w:p>
    <w:p>
      <w:pPr>
        <w:jc w:val="right"/>
      </w:pPr>
      <w:r>
        <w:t>میرا ایک صحابہ، ایک مسلمان، دیر تک بیٹھے، پھر کیا کہتے ہیں؟ وہ اللہ کا بڑا احسان ہے کہ ہم کو مسلمان گھر میں پیدا کیا اور ہمیں کلمہ مل گیا۔</w:t>
      </w:r>
    </w:p>
    <w:p>
      <w:r>
        <w:rPr>
          <w:b/>
        </w:rPr>
        <w:t xml:space="preserve">[46:35] </w:t>
      </w:r>
      <w:r>
        <w:t>Halankeh woh namaz nahi padhte the, woh main jaanta tha ke namaz nahi padhte. Woh to kehte kya hain ke Allah ka bara ehsaan hai ke hum ko Musalman ghar mein paida kiya, hum ko kalma mil gaya.</w:t>
      </w:r>
    </w:p>
    <w:p>
      <w:pPr>
        <w:jc w:val="right"/>
      </w:pPr>
      <w:r>
        <w:t>حالانکہ وہ نماز نہیں پڑھتے تھے، وہ میں جانتا تھا کہ نماز نہیں پڑھتے۔ وہ تو کہتے کیا ہیں کہ اللہ کا بڑا احسان ہے کہ ہم کو مسلمان گھر میں پیدا کیا، ہم کو کلمہ مل گیا۔</w:t>
      </w:r>
    </w:p>
    <w:p>
      <w:r>
        <w:rPr>
          <w:b/>
        </w:rPr>
        <w:t xml:space="preserve">[46:47] </w:t>
      </w:r>
      <w:r>
        <w:t>Ab to inshallah hum jannat mein jayenge. Matlab kalma padh liya to jannat pakki ho gayi.</w:t>
      </w:r>
    </w:p>
    <w:p>
      <w:pPr>
        <w:jc w:val="right"/>
      </w:pPr>
      <w:r>
        <w:t>اب تو انشاءاللہ ہم جنت میں جائیں گے۔ مطلب کلمہ پڑھ لیا تو جنت پکی ہو گئی۔</w:t>
      </w:r>
    </w:p>
    <w:p>
      <w:r>
        <w:rPr>
          <w:b/>
        </w:rPr>
        <w:t xml:space="preserve">[46:55] </w:t>
      </w:r>
      <w:r>
        <w:t>Kaise ajeeb-o-ghareeb! Yahi to hai Yahoodiyat, yahi to hai Eesaaiyat.</w:t>
      </w:r>
    </w:p>
    <w:p>
      <w:pPr>
        <w:jc w:val="right"/>
      </w:pPr>
      <w:r>
        <w:t>کیسے عجیب و غریب! یہی تو ہے یہودیت، یہی تو ہے عیسائیت۔</w:t>
      </w:r>
    </w:p>
    <w:p>
      <w:r>
        <w:rPr>
          <w:b/>
        </w:rPr>
        <w:t xml:space="preserve">[47:02] </w:t>
      </w:r>
      <w:r>
        <w:t>Yahoodi samajhte hain ke jo aadmi paida hoga Yahood family mein, us ki jannat pakki hai. Eesaai samajhte hain ke jo yeh maan le ke Hazrat Masih kaffaray par ke liye sulee pe charh gaye, bas us ki jannat pakki hai.</w:t>
      </w:r>
    </w:p>
    <w:p>
      <w:pPr>
        <w:jc w:val="right"/>
      </w:pPr>
      <w:r>
        <w:t>یہودی سمجھتے ہیں کہ جو آدمی پیدا ہوگا یہود فیملی میں، اس جنت پکی ہے۔ عیسائی سمجھتے ہیں کہ جو یہ مان لے کہ حضرت مسیح کفارے پر کے لیے سولی پہ چڑھ گئے، بس اس کی جنت پکی ہے۔</w:t>
      </w:r>
    </w:p>
    <w:p>
      <w:r>
        <w:rPr>
          <w:b/>
        </w:rPr>
        <w:t xml:space="preserve">[47:17] </w:t>
      </w:r>
      <w:r>
        <w:t>Aise Musalman samajhte hain jis ne lip service ke taur par kalma padh liya to bas us ki jannat pakki hai.</w:t>
      </w:r>
    </w:p>
    <w:p>
      <w:pPr>
        <w:jc w:val="right"/>
      </w:pPr>
      <w:r>
        <w:t>ایسے مسلمان سمجھتے ہیں جس میں لپ سروس کے طور پر کلمہ پڑھ لیا تو بس اس کی جنت پکی ہے۔</w:t>
      </w:r>
    </w:p>
    <w:p>
      <w:r>
        <w:rPr>
          <w:b/>
        </w:rPr>
        <w:t xml:space="preserve">[47:27] </w:t>
      </w:r>
      <w:r>
        <w:t>yahi hai "lata'tabu'un man kana qablakum" ke tum wahi karoge jo pichhli ummaton ne kiya. Isi raste par tum bhi chaloge jis raste par woh chale.</w:t>
      </w:r>
    </w:p>
    <w:p>
      <w:pPr>
        <w:jc w:val="right"/>
      </w:pPr>
      <w:r>
        <w:t>یہی ہے "لتتبعون من کان قبلکم" کہ تم وہی کرو گے جو پچھلی امتوں نے کیا۔ اسی راستے پر تم بھی چلو گے جس راستے پر وہ چلے۔</w:t>
      </w:r>
    </w:p>
    <w:p>
      <w:r>
        <w:rPr>
          <w:b/>
        </w:rPr>
        <w:t xml:space="preserve">[47:41] </w:t>
      </w:r>
      <w:r>
        <w:t>yeh jo is mein go ka hai, woh tamseel ka hai. Tamseel ke taur par woh jo hadith mein hai ke tum woh log agar go ke bil mein ghuse hain, tum bhi go ke bil mein ghusoge.</w:t>
      </w:r>
    </w:p>
    <w:p>
      <w:pPr>
        <w:jc w:val="right"/>
      </w:pPr>
      <w:r>
        <w:t>یہ جو اس میں گو کا ہے، وہ تمثیل کا ہے۔ تمثیل کے طور پر وہ جو حدیث میں ہے کہ تم وہ لوگ اگر گو کے بل میں گھسے ہیں، تم بھی گو کے بل میں گھسو گے۔</w:t>
      </w:r>
    </w:p>
    <w:p>
      <w:r>
        <w:rPr>
          <w:b/>
        </w:rPr>
        <w:t xml:space="preserve">[47:50] </w:t>
      </w:r>
      <w:r>
        <w:t>yeh tamseel hai, tamseel hai. Matlab sab kuch kar daloge tum. To yeh hai degeneration ka phenomenon.</w:t>
      </w:r>
    </w:p>
    <w:p>
      <w:pPr>
        <w:jc w:val="right"/>
      </w:pPr>
      <w:r>
        <w:t>یہ تمثیل ہے، تمثیل ہے۔ مطلب سب کچھ کر ڈالو گے تم۔ تو یہ ہے ڈی جنریشن کا فیناومینا۔</w:t>
      </w:r>
    </w:p>
    <w:p>
      <w:r>
        <w:rPr>
          <w:b/>
        </w:rPr>
        <w:t xml:space="preserve">[48:01] </w:t>
      </w:r>
      <w:r>
        <w:t>it is phenomenon of degeneration. Aaj ke talk ka, aaj ke talk bhi samjhiye ke phenomenon of degeneration par hai. Yeh aaj ke talk ka jo title hai, woh hai "phenomenon of degeneration".</w:t>
      </w:r>
    </w:p>
    <w:p>
      <w:pPr>
        <w:jc w:val="right"/>
      </w:pPr>
      <w:r>
        <w:t>اٹ از فیناومینا اف ڈی جنریشن۔ آج کے ٹاک کا، آج کے ٹاک بھی سمجھئے کہ فیناومینا اف ڈی جنریشن پر ہے۔ یہ آج کے ٹاک کا جو ٹائٹل ہے، وہ ہے "فیناومینا اف ڈی جنریشن"۔</w:t>
      </w:r>
    </w:p>
    <w:p>
      <w:r>
        <w:rPr>
          <w:b/>
        </w:rPr>
        <w:t xml:space="preserve">[48:16] </w:t>
      </w:r>
      <w:r>
        <w:t>is hadith mein yahi bataya gaya hai. Yeh jo hadith hai, is mein yahi bataya gaya hai. To aaj ke talk ka yahi subject hai, title hai "phenomenon of degeneration".</w:t>
      </w:r>
    </w:p>
    <w:p>
      <w:pPr>
        <w:jc w:val="right"/>
      </w:pPr>
      <w:r>
        <w:t>اس حدیث میں یہی بتایا گیا ہے۔ یہ جو حدیث ہے، اس میں یہی بتایا گیا ہے۔ تو آج کے ٹاک کا یہی سبجیکٹ ہے، ٹائٹل ہے "فیناومینا اف ڈی جنریشن"۔</w:t>
      </w:r>
    </w:p>
    <w:p>
      <w:r>
        <w:rPr>
          <w:b/>
        </w:rPr>
        <w:t xml:space="preserve">[48:31] </w:t>
      </w:r>
      <w:r>
        <w:t>to sab se pehli baat hamein yeh daryaft karna tha ke ab musalman hain kahan? Bahut si kitabein likhi gayi hain arabi mein, urdu mein, farsi mein.</w:t>
      </w:r>
    </w:p>
    <w:p>
      <w:pPr>
        <w:jc w:val="right"/>
      </w:pPr>
      <w:r>
        <w:t>تو سب سے پہلی بات ہمیں یہ دریافت کرنا تھا کہ اب مسلمان ہیں کہاں؟ بہت سی کتابیں لکھی گئی ہیں عربی میں، اردو میں، فارسی میں۔</w:t>
      </w:r>
    </w:p>
    <w:p>
      <w:r>
        <w:rPr>
          <w:b/>
        </w:rPr>
        <w:t xml:space="preserve">[48:45] </w:t>
      </w:r>
      <w:r>
        <w:t>misalan "madha khasir al-alam bayna hadarat al-muslimin", "limadha ta'akhkhar al-muslimun wa taqaddama ghayruhum", aur "musalman qaul al-zawal hadir al-alam al-islami".</w:t>
      </w:r>
    </w:p>
    <w:p>
      <w:pPr>
        <w:jc w:val="right"/>
      </w:pPr>
      <w:r>
        <w:t>مثلاً "ماذا خسر العالم بین حضرات المسلمین"، "لماذا تاخر المسلمون وتقدم غیرہم"، اور "مسلمان قول الزوال حاضر العالم الاسلامی"۔</w:t>
      </w:r>
    </w:p>
    <w:p>
      <w:r>
        <w:rPr>
          <w:b/>
        </w:rPr>
        <w:t xml:space="preserve">[48:56] </w:t>
      </w:r>
      <w:r>
        <w:t>bahut si kitabein, hazaron hazar kitabein likhi gayi hain musalmanon ke bare mein. Lekin kisi ko pata hi nahi ke starting point kahan hai. Koi ro raha hai ke mughal saltanat khatm ho gayi, koi ro raha hai ke usmani khilafat khatm ho gayi,</w:t>
      </w:r>
    </w:p>
    <w:p>
      <w:pPr>
        <w:jc w:val="right"/>
      </w:pPr>
      <w:r>
        <w:t>بہت سی کتابیں، ہزاروں ہزار کتابیں لکھی گئی ہیں مسلمانوں کے بارے میں۔ لیکن کسی کو پتہ ہی نہیں کہ سٹارٹنگ پوائنٹ کہاں ہے۔ کوئی رو رہا ہے کہ مغل سلطنت ختم ہوگئی، کوئی رو رہا ہے کہ عثمانی خلافت ختم ہوگئی،</w:t>
      </w:r>
    </w:p>
    <w:p>
      <w:r>
        <w:rPr>
          <w:b/>
        </w:rPr>
        <w:t xml:space="preserve">[49:12] </w:t>
      </w:r>
      <w:r>
        <w:t>koi ro raha hai ke maghribi qaumon ne hamare sath sazishien kin. Sare muslim dunya mein ek lafz bahut zyada chhaya hua hai, woh hai "ma'amra".</w:t>
      </w:r>
    </w:p>
    <w:p>
      <w:pPr>
        <w:jc w:val="right"/>
      </w:pPr>
      <w:r>
        <w:t>کوئی رو رہا ہے کہ مغربی قوموں نے ہمارے ساتھ سازشیں کیں۔ سارے مسلم دنیا میں ایک لفظ بہت زیادہ چھایا ہوا ہے، وہ ہے "معامرہ"۔</w:t>
      </w:r>
    </w:p>
    <w:p>
      <w:r>
        <w:rPr>
          <w:b/>
        </w:rPr>
        <w:t xml:space="preserve">[49:22] </w:t>
      </w:r>
      <w:r>
        <w:t>arab log kehte hain "ma'amra", india mein kaha jata hai "sazish", angrezi mein kehte hain "conspiracy". Sare musalmanon ka zehan yahi hai ke hamare khilaf ma'amra ho raha hai, hamare khilaf sazish ho rahi hai, hamare khilaf conspiracy ho rahi hai.</w:t>
      </w:r>
    </w:p>
    <w:p>
      <w:pPr>
        <w:jc w:val="right"/>
      </w:pPr>
      <w:r>
        <w:t>عرب لوگ کہتے ہیں "معامرہ"، انڈیا میں کہا جاتا ہے "سازش"، انگریزی میں کہتے ہیں "کانسپریسی"۔ سارے مسلمانوں کا ذہن یہی ہے کہ ہمارے خلاف معامرہ ہو رہا ہے، ہمارے خلاف سازش ہو رہی ہے، ہمارے خلاف کانسپریسی ہو رہی ہے۔</w:t>
      </w:r>
    </w:p>
    <w:p>
      <w:r>
        <w:rPr>
          <w:b/>
        </w:rPr>
        <w:t xml:space="preserve">[49:40] </w:t>
      </w:r>
      <w:r>
        <w:t>yeh sab kuch daley hue jis khane mein woh yahi khana hai.</w:t>
      </w:r>
    </w:p>
    <w:p>
      <w:pPr>
        <w:jc w:val="right"/>
      </w:pPr>
      <w:r>
        <w:t>یہ سب کچھ ڈالے ہوئے جس خانے میں وہ یہی خانہ ہے۔</w:t>
      </w:r>
    </w:p>
    <w:p>
      <w:r>
        <w:rPr>
          <w:b/>
        </w:rPr>
        <w:t xml:space="preserve">[49:46] </w:t>
      </w:r>
      <w:r>
        <w:t>arab log lafz bolte hain "ma'amra", india mein log bolte hain "sazish", english mein bolte hain is ko "conspiracy". Kis qadar bes bes lais baat hai!</w:t>
      </w:r>
    </w:p>
    <w:p>
      <w:pPr>
        <w:jc w:val="right"/>
      </w:pPr>
      <w:r>
        <w:t>عرب لوگ لفظ بولتے ہیں "معامرہ"، انڈیا میں لوگ بولتے ہیں "سازش"، انگلش میں بولتے ہیں اس کو "کانسپریسی"۔ کس قدر بیس بیس لیس بات ہے!</w:t>
      </w:r>
    </w:p>
    <w:p>
      <w:r>
        <w:rPr>
          <w:b/>
        </w:rPr>
        <w:t xml:space="preserve">[49:57] </w:t>
      </w:r>
      <w:r>
        <w:t>aur khuda kahan baitha hua hai? Khuda ne quran mein kaha tha ke "antum al-a'la min kum mu'minun". "antum al-a'la min kum mu'minun".</w:t>
      </w:r>
    </w:p>
    <w:p>
      <w:pPr>
        <w:jc w:val="right"/>
      </w:pPr>
      <w:r>
        <w:t>اور خدا کہاں بیٹھا ہوا ہے؟ خدا نے قرآن میں کہا تھا کہ "انتم العلم منکم مومنین"۔ "انتم العلم منکم مومنین"۔</w:t>
      </w:r>
    </w:p>
    <w:p>
      <w:r>
        <w:rPr>
          <w:b/>
        </w:rPr>
        <w:t xml:space="preserve">[50:07] </w:t>
      </w:r>
      <w:r>
        <w:t>tum hi rahoge successful, tum hi rahoge ghalib. Agar tum momin ho to agar hum momin hain to khuda kahan baitha hua hai?</w:t>
      </w:r>
    </w:p>
    <w:p>
      <w:pPr>
        <w:jc w:val="right"/>
      </w:pPr>
      <w:r>
        <w:t>تم ہی رہو گے سکسیس فل، تم ہی رہو گے غالب۔ اگر تم مومن ہو تو اگر ہم مومن ہیں تو خدا کہاں بیٹھا ہوا ہے؟</w:t>
      </w:r>
    </w:p>
    <w:p>
      <w:r>
        <w:rPr>
          <w:b/>
        </w:rPr>
        <w:t xml:space="preserve">[50:15] </w:t>
      </w:r>
      <w:r>
        <w:t>na'uzubillah, na'uzubillah, na'uzubillah! To cheez yeh hai ke logon ne is ko daryaft nahi kiya ke musalman is waqt degeneration ke satah pahunch chuke hain.</w:t>
      </w:r>
    </w:p>
    <w:p>
      <w:pPr>
        <w:jc w:val="right"/>
      </w:pPr>
      <w:r>
        <w:t>نعوذ باللہ، نعوذ باللہ، نعوذ باللہ! تو چیز یہ ہے کہ لوگوں نے اس کو دریافت نہیں کیا کہ مسلمان اس وقت ڈی جنریشن کے سطح پہنچ چکے ہیں۔</w:t>
      </w:r>
    </w:p>
    <w:p>
      <w:r>
        <w:rPr>
          <w:b/>
        </w:rPr>
        <w:t xml:space="preserve">[50:28] </w:t>
      </w:r>
      <w:r>
        <w:t>iqbal ne kaha tha ke "zara num ho to yeh mitti bahut zar-khez hai". Zara num ho to yeh mitti bahut zar-khez hai. Saqi sare muqarririn wa'izeen is ko dohrate hain.</w:t>
      </w:r>
    </w:p>
    <w:p>
      <w:pPr>
        <w:jc w:val="right"/>
      </w:pPr>
      <w:r>
        <w:t>اقبال نے کہا تھا کہ "ذرا نم ہو تو یہ مٹی بہت زرخیز ہے"۔ ذرا نم ہو تو یہ مٹی بہت زرخیز ہے۔ ساقی سارے مقررین واعظین اس کو دہراتے ہیں۔</w:t>
      </w:r>
    </w:p>
    <w:p>
      <w:r>
        <w:rPr>
          <w:b/>
        </w:rPr>
        <w:t xml:space="preserve">[50:39] </w:t>
      </w:r>
      <w:r>
        <w:t>mein bachpan se sunta aya hoon is ko, bachpan se. "zara num ho to yeh mitti bahut zar-khez hai". Saqi to beshumar log paida hue aur khoob is ko zar-khez banaya, yahan tak ke jal thal ho gayi mitti.</w:t>
      </w:r>
    </w:p>
    <w:p>
      <w:pPr>
        <w:jc w:val="right"/>
      </w:pPr>
      <w:r>
        <w:t>میں بچپن سے سنتا آیا ہوں اس کو، بچپن سے۔ "ذرا نم ہو تو یہ مٹی بہت زرخیز ہے"۔ ساقی تو بے شمار لوگ پیدا ہوئے اور خوب اس کو زرخیز بنایا، یہاں تک کہ جل تھل ہو گئی مٹی۔</w:t>
      </w:r>
    </w:p>
    <w:p>
      <w:r>
        <w:rPr>
          <w:b/>
        </w:rPr>
        <w:t xml:space="preserve">[50:55] </w:t>
      </w:r>
      <w:r>
        <w:t>masajid, madaris, idare, conferencein, seminar, sar-garmiyan, kaam bahar laga hua hai. To to to jal thal kar dala aap ne, to zar-khez kyun nahi ho gayi?</w:t>
      </w:r>
    </w:p>
    <w:p>
      <w:pPr>
        <w:jc w:val="right"/>
      </w:pPr>
      <w:r>
        <w:t>مسجدیں، مدرسے، ادارے، کانفرنسیں، سیمینار، سرگرمیاں، کام باہر لگا ہوا ہے۔ تو تو تو جل تھل کر ڈالا آپ نے، تو زرخیز کیوں نہیں ہو گئی؟</w:t>
      </w:r>
    </w:p>
    <w:p>
      <w:r>
        <w:rPr>
          <w:b/>
        </w:rPr>
        <w:t xml:space="preserve">[51:09] </w:t>
      </w:r>
      <w:r>
        <w:t>woh abhi bhi shikayatein hain. To cheez yeh hai ke in logon ne yeh jaane nahi ke yeh mamla doosra hai</w:t>
      </w:r>
    </w:p>
    <w:p>
      <w:pPr>
        <w:jc w:val="right"/>
      </w:pPr>
      <w:r>
        <w:t>وہ ابھی بھی شکایتیں ہیں۔ تو چیز یہ ہے کہ ان لوگوں نے یہ جانے نہیں کہ یہ معاملہ دوسرا ہے</w:t>
      </w:r>
    </w:p>
    <w:p>
      <w:r>
        <w:rPr>
          <w:b/>
        </w:rPr>
        <w:t xml:space="preserve">[51:20] </w:t>
      </w:r>
      <w:r>
        <w:t>ke musalmanon ka case degeneration ka case hai.</w:t>
      </w:r>
    </w:p>
    <w:p>
      <w:pPr>
        <w:jc w:val="right"/>
      </w:pPr>
      <w:r>
        <w:t>کہ مسلمانوں کا کیس ڈی جنریشن کا کیس ہے۔</w:t>
      </w:r>
    </w:p>
    <w:p>
      <w:r>
        <w:rPr>
          <w:b/>
        </w:rPr>
        <w:t xml:space="preserve">[51:27] </w:t>
      </w:r>
      <w:r>
        <w:t>they are degenerated lot. Present muslims are degenerated lot. Isi isi ko na janne ki wajah se sare yani bes lais activities hoti rahin, nateeja kuch nahi.</w:t>
      </w:r>
    </w:p>
    <w:p>
      <w:pPr>
        <w:jc w:val="right"/>
      </w:pPr>
      <w:r>
        <w:t>دے آر ڈی جنریٹڈ لاٹ۔ پریزنٹ مسلمز آر ڈی جنریٹڈ لاٹ۔ اسی اسی کو نہ جاننے کی وجہ سے سارے یعنی بیس لیس ایکٹیویٹیز ہوتی رہیں، نتیجہ کچھ نہیں۔</w:t>
      </w:r>
    </w:p>
    <w:p>
      <w:r>
        <w:rPr>
          <w:b/>
        </w:rPr>
        <w:t xml:space="preserve">[51:42] </w:t>
      </w:r>
      <w:r>
        <w:t>starting point yahan se tha ke in ko phir se regenerate karna. Jo starting point tha, woh yeh nahi ke jalson karo, conferencein karo aur idare banao, dhoom machao loud speaker ki.</w:t>
      </w:r>
    </w:p>
    <w:p>
      <w:pPr>
        <w:jc w:val="right"/>
      </w:pPr>
      <w:r>
        <w:t>سٹارٹنگ پوائنٹ یہاں سے تھا کہ ان کو پھر سے ری جنریٹ کرنا۔ جو سٹارٹنگ پوائنٹ تھا، وہ یہ نہیں کہ جلسوں کرو، کانفرنسیں کرو اور ادارے بناؤ، دھوم مچاؤ لاؤڈ سپیکر کی۔</w:t>
      </w:r>
    </w:p>
    <w:p>
      <w:r>
        <w:rPr>
          <w:b/>
        </w:rPr>
        <w:t xml:space="preserve">[51:56] </w:t>
      </w:r>
      <w:r>
        <w:t>yeh yeh yeh yeh starting point nahi tha. Yeh yani stage aur loud speaker, yeh starting point nahi hai.</w:t>
      </w:r>
    </w:p>
    <w:p>
      <w:pPr>
        <w:jc w:val="right"/>
      </w:pPr>
      <w:r>
        <w:t>یہ یہ یہ یہ سٹارٹنگ پوائنٹ نہیں تھا۔ یہ یعنی اسٹیج اور لاؤڈ سپیکر، یہ سٹارٹنگ پوائنٹ نہیں ہے۔</w:t>
      </w:r>
    </w:p>
    <w:p>
      <w:r>
        <w:rPr>
          <w:b/>
        </w:rPr>
        <w:t xml:space="preserve">[52:11] </w:t>
      </w:r>
      <w:r>
        <w:t>shairi aur khitabat aur taqreer aur sab dhoom machi hui hai. Sari dunya mein dhoom machi hui hai Islam ke naam par, deen ke naam par. Lekin sab kya hai?</w:t>
      </w:r>
    </w:p>
    <w:p>
      <w:pPr>
        <w:jc w:val="right"/>
      </w:pPr>
      <w:r>
        <w:t>شاعری اور خطابت اور تقریر اور سب دھوم مچی ہوئی ہے۔ ساری دنیا میں دھوم مچی ہوئی ہے اسلام کے نام پر، دین کے نام پر۔ لیکن سب کیا ہے؟</w:t>
      </w:r>
    </w:p>
    <w:p>
      <w:r>
        <w:rPr>
          <w:b/>
        </w:rPr>
        <w:t xml:space="preserve">[52:23] </w:t>
      </w:r>
      <w:r>
        <w:t>yani starting point jahan se hona hai, jahan se shuru karein, wahan ke woh kahin aur shuru kar kar rakha hai logon ne. Kahin aur se shuru kar rahe hain.</w:t>
      </w:r>
    </w:p>
    <w:p>
      <w:pPr>
        <w:jc w:val="right"/>
      </w:pPr>
      <w:r>
        <w:t>یعنی سٹارٹنگ پوائنٹ جہاں سے ہونا ہے، جہاں سے شروع کریں، وہاں کے وہ کہیں اور شروع کر کر رکھا ہے لوگوں نے۔ کہیں اور سے شروع کر رہے ہیں۔</w:t>
      </w:r>
    </w:p>
    <w:p>
      <w:r>
        <w:rPr>
          <w:b/>
        </w:rPr>
        <w:t xml:space="preserve">[52:36] </w:t>
      </w:r>
      <w:r>
        <w:t>to sab result less hua chala ja raha hai. asal cheez hai, sab se bari discovery hamein karna chahiye tha hamare sare rehnamaon ko ke muslim ka case kya hai?</w:t>
      </w:r>
    </w:p>
    <w:p>
      <w:pPr>
        <w:jc w:val="right"/>
      </w:pPr>
      <w:r>
        <w:t>تو سب رزلٹ لیس ہوا چلا جا رہا ہے۔ اصل چیز ہے، سب سے بڑی ڈسکوری ہمیں کرنا چاہیے تھا ہمارے سارے رہنماؤں کو کہ مسلم کا کیس کیا ہے؟</w:t>
      </w:r>
    </w:p>
    <w:p>
      <w:r>
        <w:rPr>
          <w:b/>
        </w:rPr>
        <w:t xml:space="preserve">[52:51] </w:t>
      </w:r>
      <w:r>
        <w:t>muslim case yeh nahi hai ke log hamare khilaf conspiracy kar rahe hain. muslim case yeh nahi hai ke woh bohat hi zarkhez hai. muslim case yeh nahi hai ke woh namaz masjidain bharo aur phir sara mamla durust ho jaye ga.</w:t>
      </w:r>
    </w:p>
    <w:p>
      <w:pPr>
        <w:jc w:val="right"/>
      </w:pPr>
      <w:r>
        <w:t>مسلم کیس یہ نہیں ہے کہ لوگ ہمارے خلاف کانسپریسی کر رہے ہیں۔ مسلم کیس یہ نہیں ہے کہ وہ بہت ہی زرخیز ہے۔ مسلم کیس یہ نہیں ہے کہ وہ نماز مسجدیں بھرو اور پھر سارا معاملہ درست ہو جائے گا۔</w:t>
      </w:r>
    </w:p>
    <w:p>
      <w:r>
        <w:rPr>
          <w:b/>
        </w:rPr>
        <w:t xml:space="preserve">[53:06] </w:t>
      </w:r>
      <w:r>
        <w:t>yeh case hai hi nahi musalmanon ka.</w:t>
      </w:r>
    </w:p>
    <w:p>
      <w:pPr>
        <w:jc w:val="right"/>
      </w:pPr>
      <w:r>
        <w:t>یہ کیس ہے ہی نہیں مسلمانوں کا۔</w:t>
      </w:r>
    </w:p>
    <w:p>
      <w:r>
        <w:rPr>
          <w:b/>
        </w:rPr>
        <w:t xml:space="preserve">[53:11] </w:t>
      </w:r>
      <w:r>
        <w:t>musalmanon ka case hai ke in ko regenerate karna, un ke mind ki re engineering karna, un ke andar spirit phir se lana, phir se un ke andar yani deeni spirit ko revive karna.</w:t>
      </w:r>
    </w:p>
    <w:p>
      <w:pPr>
        <w:jc w:val="right"/>
      </w:pPr>
      <w:r>
        <w:t>مسلمانوں کا کیس ہے کہ ان کو ری جنریٹ کرنا، ان کے مائنڈ کی ری انجینئرنگ کرنا، ان کے اندر اسپرٹ پھر سے لانا، پھر سے ان کے اندر یعنی دینی اسپرٹ کو ریوائیو کرنا۔</w:t>
      </w:r>
    </w:p>
    <w:p>
      <w:r>
        <w:rPr>
          <w:b/>
        </w:rPr>
        <w:t xml:space="preserve">[53:27] </w:t>
      </w:r>
      <w:r>
        <w:t>here was the starting point. yeh baat quran mein batai gayi hai.</w:t>
      </w:r>
    </w:p>
    <w:p>
      <w:pPr>
        <w:jc w:val="right"/>
      </w:pPr>
      <w:r>
        <w:t>ہیئر واز دا سٹارٹنگ پوائنٹ۔ یہ بات قرآن میں بتائی گئی ہے۔</w:t>
      </w:r>
    </w:p>
    <w:p>
      <w:r>
        <w:rPr>
          <w:b/>
        </w:rPr>
        <w:t xml:space="preserve">[53:36] </w:t>
      </w:r>
      <w:r>
        <w:t>alam yani lillazina amanu takhsha qulub li zikrillah min alhaqq. surah hadid mein hai. surah hadid mein do ayatein hain.</w:t>
      </w:r>
    </w:p>
    <w:p>
      <w:pPr>
        <w:jc w:val="right"/>
      </w:pPr>
      <w:r>
        <w:t>الم یعنی للذین آمنوا تخش قلوب لذکر اللہ من الحق۔ سورہ الحدید میں ہے۔ سورہ الحدید میں دو آیتیں ہیں۔</w:t>
      </w:r>
    </w:p>
    <w:p>
      <w:r>
        <w:rPr>
          <w:b/>
        </w:rPr>
        <w:t xml:space="preserve">[53:46] </w:t>
      </w:r>
      <w:r>
        <w:t>is do ayaton ko parhiye aap ja kar ke. in dono ayaton ko,</w:t>
      </w:r>
    </w:p>
    <w:p>
      <w:pPr>
        <w:jc w:val="right"/>
      </w:pPr>
      <w:r>
        <w:t>اس دو آیتوں کو پڑھیے آپ جا کر کے۔ ان دونوں آیتوں کو،</w:t>
      </w:r>
    </w:p>
    <w:p>
      <w:r>
        <w:rPr>
          <w:b/>
        </w:rPr>
        <w:t xml:space="preserve">[53:53] </w:t>
      </w:r>
      <w:r>
        <w:t>in dono ayaton ko parhiye. is mein bataya gaya hai ke ek waqt aye ga ummat par jab is ke andar qasawat aa jayegi. qasawat, qasawat mani kya hai?</w:t>
      </w:r>
    </w:p>
    <w:p>
      <w:pPr>
        <w:jc w:val="right"/>
      </w:pPr>
      <w:r>
        <w:t>ان دونوں آیتوں کو پڑھیے۔ اس میں بتایا گیا ہے کہ ایک وقت آئے گا امت پر جب اس کے اندر قساوت آ جائے گی۔ قساوت، قساوت معنی کیا ہے؟</w:t>
      </w:r>
    </w:p>
    <w:p>
      <w:r>
        <w:rPr>
          <w:b/>
        </w:rPr>
        <w:t xml:space="preserve">[54:05] </w:t>
      </w:r>
      <w:r>
        <w:t>in sensitivity, be hsi yani spirit less ho jayegi. yani ek waqt aye ga ke jab ummat in sensitive ho jayegi,</w:t>
      </w:r>
    </w:p>
    <w:p>
      <w:pPr>
        <w:jc w:val="right"/>
      </w:pPr>
      <w:r>
        <w:t>ان سینسٹیوٹی، بے حسی یعنی اسپرٹ لیس ہو جائے گی۔ یعنی ایک وقت آئے گا کہ جب امت ان سینسٹیو ہو جائے گی،</w:t>
      </w:r>
    </w:p>
    <w:p>
      <w:r>
        <w:rPr>
          <w:b/>
        </w:rPr>
        <w:t xml:space="preserve">[54:20] </w:t>
      </w:r>
      <w:r>
        <w:t>be hsi ho jayegi, spirit khatam ho jayegi. is waqt kya karna hai? isi ke baad doosri ayat mein ek tamseel ki zuban mein woh jawab diya gaya hai.</w:t>
      </w:r>
    </w:p>
    <w:p>
      <w:pPr>
        <w:jc w:val="right"/>
      </w:pPr>
      <w:r>
        <w:t>بے حس ہو جائے گی، اسپرٹ ختم ہو جائے گی۔ اس وقت کیا کرنا ہے؟ اسی کے بعد دوسری آیت میں ایک تمثیل کی زبان میں وہ جواب دیا گیا ہے۔</w:t>
      </w:r>
    </w:p>
    <w:p>
      <w:r>
        <w:rPr>
          <w:b/>
        </w:rPr>
        <w:t xml:space="preserve">[54:33] </w:t>
      </w:r>
      <w:r>
        <w:t>is ka tamseel kya hai? agriculture ki tamseel hai ke ek land hai, woh land jo hai, woh bila kheti ki ho gayi.</w:t>
      </w:r>
    </w:p>
    <w:p>
      <w:pPr>
        <w:jc w:val="right"/>
      </w:pPr>
      <w:r>
        <w:t>اس کا تمثیل کیا ہے؟ ایگریکلچر کی تمثیل ہے کہ ایک لینڈ ہے، وہ لینڈ جو ہے، وہ بلا کھیتی کی ہو گئی۔</w:t>
      </w:r>
    </w:p>
    <w:p>
      <w:r>
        <w:rPr>
          <w:b/>
        </w:rPr>
        <w:t xml:space="preserve">[54:47] </w:t>
      </w:r>
      <w:r>
        <w:t>is mein kuch ug nahi raha hai, banjar ho gayi. to kisan kya karega? pehle kya karega? is ko khode ga, is mein khad dalega, is mein pani dalega.</w:t>
      </w:r>
    </w:p>
    <w:p>
      <w:pPr>
        <w:jc w:val="right"/>
      </w:pPr>
      <w:r>
        <w:t>اس میں کچھ اگ نہیں رہا ہے، بنجر ہو گئی۔ تو کسان کیا کرے گا؟ پہلے کیا کرے گا؟ اس کو کھودے گا، اس میں کھاد ڈالے گا، اس میں پانی ڈالے گا۔</w:t>
      </w:r>
    </w:p>
    <w:p>
      <w:r>
        <w:rPr>
          <w:b/>
        </w:rPr>
        <w:t xml:space="preserve">[55:00] </w:t>
      </w:r>
      <w:r>
        <w:t>woh sara jo cheez chahiye, shuru wali, woh sab karega wahan par. phir wahan, phir wahan fasal age gi.</w:t>
      </w:r>
    </w:p>
    <w:p>
      <w:pPr>
        <w:jc w:val="right"/>
      </w:pPr>
      <w:r>
        <w:t>وہ سارا جو چیز چاہیے، شروع والی، وہ سب کرے گا وہاں پر۔ پھر وہاں، پھر وہاں فصل اگے گی۔</w:t>
      </w:r>
    </w:p>
    <w:p>
      <w:r>
        <w:rPr>
          <w:b/>
        </w:rPr>
        <w:t xml:space="preserve">[55:17] </w:t>
      </w:r>
      <w:r>
        <w:t>to jab ek zameen banjar ho jaye to aghaz wahan aap kahan se karenge? harvest se nahi kar sakte aap. harvesting se aap nahi aghaz kar sakte aap ke wahan ja ke aap phal kaatain aur wahan par dana nikalein.</w:t>
      </w:r>
    </w:p>
    <w:p>
      <w:pPr>
        <w:jc w:val="right"/>
      </w:pPr>
      <w:r>
        <w:t>تو جب ایک زمین بنجر ہو جائے تو آغاز وہاں آپ کہاں سے کریں گے؟ ہارویسٹ سے نہیں کر سکتے آپ۔ ہارویسٹنگ سے آپ نہیں آغاز کر سکتے آپ کہ وہاں جا کے آپ پھل کاٹیں اور وہاں پر دانہ نکالیں۔</w:t>
      </w:r>
    </w:p>
    <w:p>
      <w:r>
        <w:rPr>
          <w:b/>
        </w:rPr>
        <w:t xml:space="preserve">[55:34] </w:t>
      </w:r>
      <w:r>
        <w:t>to is se aghaz nahi kar sakte aap. aap ko aghaz karna ek waqt zameen theek karne se, zameen theek karne se karna parega.</w:t>
      </w:r>
    </w:p>
    <w:p>
      <w:pPr>
        <w:jc w:val="right"/>
      </w:pPr>
      <w:r>
        <w:t>تو اس سے آغاز نہیں کر سکتے آپ۔ آپ کو آغاز کرنا ایک وقت زمین ٹھیک کرنے سے، زمین ٹھیک کرنے سے کرنا پڑے گا۔</w:t>
      </w:r>
    </w:p>
    <w:p>
      <w:r>
        <w:rPr>
          <w:b/>
        </w:rPr>
        <w:t xml:space="preserve">[55:46] </w:t>
      </w:r>
      <w:r>
        <w:t>yeh quran mein do ayatein hain, is ko aap parhiye ja kar ke, is ka mutalia kijiye. is mein bataya gaya hai ke ummat jo hai, is par ek waqt aye ga jab ke woh spirit khatam ho jayegi, is ki banjar zameen ki manind ho jayegi.</w:t>
      </w:r>
    </w:p>
    <w:p>
      <w:pPr>
        <w:jc w:val="right"/>
      </w:pPr>
      <w:r>
        <w:t>یہ قرآن میں دو آیتیں ہیں، اس کو آپ پڑھیے جا کر کے، اس کا مطالعہ کیجئے۔ اس میں بتایا گیا ہے کہ امت جو ہے، اس پر ایک وقت آئے گا جب کہ وہ اسپرٹ ختم ہو جائے گی، اس کی بنجر زمین کی مانند ہو جائے گی۔</w:t>
      </w:r>
    </w:p>
    <w:p>
      <w:r>
        <w:rPr>
          <w:b/>
        </w:rPr>
        <w:t xml:space="preserve">[56:03] </w:t>
      </w:r>
      <w:r>
        <w:t>is waqt jo hai starting point kya hoga? yeh nahi hoga ke aap ja ke wahan fasal kaatain aur phal todein.</w:t>
      </w:r>
    </w:p>
    <w:p>
      <w:pPr>
        <w:jc w:val="right"/>
      </w:pPr>
      <w:r>
        <w:t>اس وقت جو ہے سٹارٹنگ پوائنٹ کیا ہوگا؟ یہ نہیں ہوگا کہ آپ جا کے وہاں فصل کاٹیں اور پھل توڑیں۔</w:t>
      </w:r>
    </w:p>
    <w:p>
      <w:r>
        <w:rPr>
          <w:b/>
        </w:rPr>
        <w:t xml:space="preserve">[56:14] </w:t>
      </w:r>
      <w:r>
        <w:t>that is putting the cart before the horse. yahi kar rahe hain sare leader one to all. yahi kar rahe hain.</w:t>
      </w:r>
    </w:p>
    <w:p>
      <w:pPr>
        <w:jc w:val="right"/>
      </w:pPr>
      <w:r>
        <w:t>دیٹ از پٹنگ دا کارٹ بیفور دی ہارس۔ یہی کر رہے ہیں سارے لیڈر ون ٹو ال۔ یہی کر رہے ہیں۔</w:t>
      </w:r>
    </w:p>
    <w:p>
      <w:r>
        <w:rPr>
          <w:b/>
        </w:rPr>
        <w:t xml:space="preserve">[56:24] </w:t>
      </w:r>
      <w:r>
        <w:t>they are putting the cart before the horse. be natija ho raha hai.</w:t>
      </w:r>
    </w:p>
    <w:p>
      <w:pPr>
        <w:jc w:val="right"/>
      </w:pPr>
      <w:r>
        <w:t>دے آر پٹنگ دا کارٹ بیفور دی ہارس۔ بے نتیجہ ہو رہا ہے۔</w:t>
      </w:r>
    </w:p>
    <w:p>
      <w:r>
        <w:rPr>
          <w:b/>
        </w:rPr>
        <w:t xml:space="preserve">[56:31] </w:t>
      </w:r>
      <w:r>
        <w:t>aap ko phir se in ka spirit jagana hai, phir se in ke mind ko reactivate karna hai, in ke mind ki re engineering karna hai.</w:t>
      </w:r>
    </w:p>
    <w:p>
      <w:pPr>
        <w:jc w:val="right"/>
      </w:pPr>
      <w:r>
        <w:t>آپ کو پھر سے ان کا اسپرٹ جگانا ہے، پھر سے ان کے مائنڈ کو ری ایکٹیویٹ کرنا ہے، ان کے مائنڈ کی ری انجینئرنگ کرنا ہے۔</w:t>
      </w:r>
    </w:p>
    <w:p>
      <w:r>
        <w:rPr>
          <w:b/>
        </w:rPr>
        <w:t xml:space="preserve">[56:40] </w:t>
      </w:r>
      <w:r>
        <w:t>is mein ek baat aur bhi add kar doon ke according to the modern idiom karna hai. aisa aap nahi kar sakte ke pichhle pichhle pichli baton ko le le kar ke aap taqreerein karein,</w:t>
      </w:r>
    </w:p>
    <w:p>
      <w:pPr>
        <w:jc w:val="right"/>
      </w:pPr>
      <w:r>
        <w:t>اس میں ایک بات اور بھی ایڈ کر دوں کہ اکارڈنگ ٹو دا ماڈرن ایڈیم کرنا ہے۔ ایسا آپ نہیں کر سکتے کہ پچھلے پچھلے پچھلی باتوں کو لے لے کر کے آپ تقریریں کریں،</w:t>
      </w:r>
    </w:p>
    <w:p>
      <w:r>
        <w:rPr>
          <w:b/>
        </w:rPr>
        <w:t xml:space="preserve">[56:56] </w:t>
      </w:r>
      <w:r>
        <w:t>jo qisse kahaniyan bohat soi kitabein bhari hui hain, us ko le le ke bayan karein logon ko aur logon ke andar log regenerate ho jayein. aisa nahi ho sakta hai. aap</w:t>
      </w:r>
    </w:p>
    <w:p>
      <w:pPr>
        <w:jc w:val="right"/>
      </w:pPr>
      <w:r>
        <w:t>جو قصے کہانیاں بہت سوائی کتابیں بھری ہوئی ہیں، اس کو لے لے کے بیان کریں لوگوں کو اور لوگوں کے اندر لوگ ری جنریٹ ہو جائیں۔ ایسا نہیں ہو سکتا ہے۔ آپ</w:t>
      </w:r>
    </w:p>
    <w:p>
      <w:r>
        <w:rPr>
          <w:b/>
        </w:rPr>
        <w:t xml:space="preserve">[57:07] </w:t>
      </w:r>
      <w:r>
        <w:t>sirf do and don't ke ke demand bolein, aap qisse kahaniyan aap sunayein, aap political nare lagayein, is se kuch nahi hone wala hai.</w:t>
      </w:r>
    </w:p>
    <w:p>
      <w:pPr>
        <w:jc w:val="right"/>
      </w:pPr>
      <w:r>
        <w:t>صرف ڈو اینڈ ڈونٹ کے کے ڈیمانڈ بولیں، آپ قصے کہانیاں آپ سنائیں، آپ پولیٹیکل نعرے لگائیں، اس سے کچھ نہیں ہونے والا ہے۔</w:t>
      </w:r>
    </w:p>
    <w:p>
      <w:r>
        <w:rPr>
          <w:b/>
        </w:rPr>
        <w:t xml:space="preserve">[57:18] </w:t>
      </w:r>
      <w:r>
        <w:t>debate karein, is se kuch nahi hone wala hai. debate se, political taqreeron se waqti tor par kisi ko josh aa sakta hai, lekin mind ki re engineering nahi ho sakti.</w:t>
      </w:r>
    </w:p>
    <w:p>
      <w:pPr>
        <w:jc w:val="right"/>
      </w:pPr>
      <w:r>
        <w:t>ڈیبیٹ کریں، اس سے کچھ نہیں ہونے والا ہے۔ ڈیبیٹ سے، پولیٹیکل تقریروں سے وقتی طور پر کسی کو جوش آ سکتا ہے، لیکن مائنڈ کی ری انجینئرنگ نہیں ہو سکتی۔</w:t>
      </w:r>
    </w:p>
    <w:p>
      <w:r>
        <w:rPr>
          <w:b/>
        </w:rPr>
        <w:t xml:space="preserve">[57:29] </w:t>
      </w:r>
      <w:r>
        <w:t>is se to aap ko individual based mission chalana hoga, crowd based nahi.</w:t>
      </w:r>
    </w:p>
    <w:p>
      <w:pPr>
        <w:jc w:val="right"/>
      </w:pPr>
      <w:r>
        <w:t>اس سے تو آپ کو انڈیویجول بیسڈ مشن چلانا ہوگا، کراؤڈ بیسڈ نہیں۔</w:t>
      </w:r>
    </w:p>
    <w:p>
      <w:r>
        <w:rPr>
          <w:b/>
        </w:rPr>
        <w:t xml:space="preserve">[57:41] </w:t>
      </w:r>
      <w:r>
        <w:t>yeh bhi bohat important point hai ke jab qom par zawal aa jaye, jab is ka degeneration ho jaye to masla individual level par aa jata hai.</w:t>
      </w:r>
    </w:p>
    <w:p>
      <w:pPr>
        <w:jc w:val="right"/>
      </w:pPr>
      <w:r>
        <w:t>یہ بھی بہت امپورٹنٹ پوائنٹ ہے کہ جب قوم پر زوال آ جائے، جب اس کا ڈی جنریشن ہو جائے تو مسئلہ انڈیویجول لیول پر آ جاتا ہے۔</w:t>
      </w:r>
    </w:p>
    <w:p>
      <w:r>
        <w:rPr>
          <w:b/>
        </w:rPr>
        <w:t xml:space="preserve">[57:56] </w:t>
      </w:r>
      <w:r>
        <w:t>you have to regenerate, you have to re engineer the individual mind. in</w:t>
      </w:r>
    </w:p>
    <w:p>
      <w:pPr>
        <w:jc w:val="right"/>
      </w:pPr>
      <w:r>
        <w:t>یو ہیو ٹو ری جنریٹ، یو ہیو ٹو ری ری انجینئر دا انڈیویجول مائنڈ۔ ان</w:t>
      </w:r>
    </w:p>
    <w:p>
      <w:r>
        <w:rPr>
          <w:b/>
        </w:rPr>
        <w:t xml:space="preserve">[58:04] </w:t>
      </w:r>
      <w:r>
        <w:t>dividual based mission chalana hoga, crowd based mission nahi. starting point yeh hai. hum khuda hafiz yahi kar rahe hain.</w:t>
      </w:r>
    </w:p>
    <w:p>
      <w:pPr>
        <w:jc w:val="right"/>
      </w:pPr>
      <w:r>
        <w:t>ڈیویجول بیسڈ مشن چلانا ہوگا، کراؤڈ بیسڈ مشن نہیں۔ سٹارٹنگ پوائنٹ یہ ہے۔ ہم خدا حافظ یہی کر رہے ہیں۔</w:t>
      </w:r>
    </w:p>
    <w:p>
      <w:r>
        <w:rPr>
          <w:b/>
        </w:rPr>
        <w:t xml:space="preserve">[58:14] </w:t>
      </w:r>
      <w:r>
        <w:t>hum hamari team isi mein lagi hui hai. hum log crowd ke peeche nahi daurte. hum individual ko le kar is ko, is ko is ke mind ki re engineering karte hain.</w:t>
      </w:r>
    </w:p>
    <w:p>
      <w:pPr>
        <w:jc w:val="right"/>
      </w:pPr>
      <w:r>
        <w:t>ہم ہماری ٹیم اسی میں لگی ہوئی ہے۔ ہم لوگ کراؤڈ کے پیچھے نہیں دوڑتے۔ ہم انڈیویجول کو لے کر اس کو، اس کو اس کے مائنڈ کی ری انجینئرنگ کرتے ہیں۔</w:t>
      </w:r>
    </w:p>
    <w:p>
      <w:r>
        <w:rPr>
          <w:b/>
        </w:rPr>
        <w:t xml:space="preserve">[58:29] </w:t>
      </w:r>
      <w:r>
        <w:t>to starting point jab aap ko sahi na mile to kya hoga? sara aap ka jo aage ka ke jo aap activities hain, woh sab bilkul yani result less ho jayengi.</w:t>
      </w:r>
    </w:p>
    <w:p>
      <w:pPr>
        <w:jc w:val="right"/>
      </w:pPr>
      <w:r>
        <w:t>تو سٹارٹنگ پوائنٹ جب آپ کو صحیح نہ ملے تو کیا ہوگا؟ سارا آپ کا جو آگے کا کہ جو آپ ایکٹیویٹیز ہیں، وہ سب بالکل یعنی رزلٹ لیس ہو جائیں گی۔</w:t>
      </w:r>
    </w:p>
    <w:p>
      <w:r>
        <w:rPr>
          <w:b/>
        </w:rPr>
        <w:t xml:space="preserve">[58:47] </w:t>
      </w:r>
      <w:r>
        <w:t>to is ko kehte hain yani diagnosis. jab diagnosis hi galat hai to ilaaj kaise hoga?</w:t>
      </w:r>
    </w:p>
    <w:p>
      <w:pPr>
        <w:jc w:val="right"/>
      </w:pPr>
      <w:r>
        <w:t>تو اس کو کہتے ہیں یعنی ڈائیگنوسس۔ جب ڈائیگنوسس ہی غلط ہے تو علاج کیسے ہوگا؟</w:t>
      </w:r>
    </w:p>
    <w:p>
      <w:r>
        <w:rPr>
          <w:b/>
        </w:rPr>
        <w:t xml:space="preserve">[58:58] </w:t>
      </w:r>
      <w:r>
        <w:t>to aap ko modern adium kya hai, is ko janna hoga. modern mind kya hai, is ko janna hoga. aaj musalman kahan hain, is ko janna hoga.</w:t>
      </w:r>
    </w:p>
    <w:p>
      <w:pPr>
        <w:jc w:val="right"/>
      </w:pPr>
      <w:r>
        <w:t>تو آپ کو ماڈرن ایڈیم کیا ہے، اس کو جاننا ہوگا۔ ماڈرن مائنڈ کیا ہے، اس کو جاننا ہوگا۔ آج مسلمان کہاں ہیں، اس کو جاننا ہوگا۔</w:t>
      </w:r>
    </w:p>
    <w:p>
      <w:r>
        <w:rPr>
          <w:b/>
        </w:rPr>
        <w:t xml:space="preserve">[59:09] </w:t>
      </w:r>
      <w:r>
        <w:t>aur is hadith ke mutabiq kis tarah unhon ne yahood o nasara ke rastay ko pakad rakha hai. yani yahood o nasara ka bigad kya tha, woh bigad kis tarah musalmanon mein aa gaya hai.</w:t>
      </w:r>
    </w:p>
    <w:p>
      <w:pPr>
        <w:jc w:val="right"/>
      </w:pPr>
      <w:r>
        <w:t>اور اس حدیث کے مطابق کس طرح انہوں نے یہود و نصاری کے راستے کو پکڑ رکھا ہے۔ یعنی یہود و نصاری کا بگاڑ کیا تھا، وہ بگاڑ کس طرح مسلمانوں میں آ گیا ہے۔</w:t>
      </w:r>
    </w:p>
    <w:p>
      <w:r>
        <w:rPr>
          <w:b/>
        </w:rPr>
        <w:t xml:space="preserve">[59:20] </w:t>
      </w:r>
      <w:r>
        <w:t>wohi taweez gande ke mani mein nahi hai, woh qomi policy ke mani mein hai aur bare bare jo mamlaat hain, is ke mani mein hai. to pehla kaam yeh hai ke aap situation ko samjhein, situation ko read karein.</w:t>
      </w:r>
    </w:p>
    <w:p>
      <w:pPr>
        <w:jc w:val="right"/>
      </w:pPr>
      <w:r>
        <w:t>وہی تعویذ گنڈے کے معنی میں نہیں ہے، وہ قومی پالیسی کے معنی میں ہے اور بڑے بڑے جو معاملات ہیں، اس کے معنی میں ہے۔ تو پہلا کام یہ ہے کہ آپ سچوئیشن کو سمجھیں، سچوئیشن کو ریڈ کریں۔</w:t>
      </w:r>
    </w:p>
    <w:p>
      <w:r>
        <w:rPr>
          <w:b/>
        </w:rPr>
        <w:t xml:space="preserve">[59:38] </w:t>
      </w:r>
      <w:r>
        <w:t>hum khuda ke fazal se, mein aur meri team isi mein lagi hui hain. aqool qawli haza wastaghfirullaha li walakum ajmaeen.</w:t>
      </w:r>
    </w:p>
    <w:p>
      <w:pPr>
        <w:jc w:val="right"/>
      </w:pPr>
      <w:r>
        <w:t>ہم خدا کے فضل سے، میں اور میری ٹیم اسی میں لگی ہوئی ہیں۔ اقول قولیھذا واستغفراللہ لی ولکم اجمعین۔</w:t>
      </w:r>
    </w:p>
    <w:p>
      <w:r>
        <w:rPr>
          <w:b/>
        </w:rPr>
        <w:t xml:space="preserve">[59:58] </w:t>
      </w:r>
      <w:r>
        <w:t>das question is from Maulana Zikwan Nadvi from New Delhi. what is khushu and how can one inculcate this?</w:t>
      </w:r>
    </w:p>
    <w:p>
      <w:pPr>
        <w:jc w:val="right"/>
      </w:pPr>
      <w:r>
        <w:t>دس کوئسچن از فرام مولانا زکوان ندوی فرام نیو دہلی۔ واٹ از خشوع اینڈ ہاؤ کین ون انکلکیٹ دس؟</w:t>
      </w:r>
    </w:p>
    <w:p>
      <w:r>
        <w:rPr>
          <w:b/>
        </w:rPr>
        <w:t xml:space="preserve">[1:00:09] </w:t>
      </w:r>
      <w:r>
        <w:t>Maulana kindly let us know. dekhiye, Quran mein is ka jawab maujood hai. khasha quloobuhum li dhikrillah wa ma nazala min al haqq.</w:t>
      </w:r>
    </w:p>
    <w:p>
      <w:pPr>
        <w:jc w:val="right"/>
      </w:pPr>
      <w:r>
        <w:t>مولانا کائنڈلی لیٹ اس نو۔ دیکھیے، قرآن میں اس کا جواب موجود ہے۔ خشع قلوبہم لذکر اللہ وما نزل من الحق۔</w:t>
      </w:r>
    </w:p>
    <w:p>
      <w:r>
        <w:rPr>
          <w:b/>
        </w:rPr>
        <w:t xml:space="preserve">[1:00:25] </w:t>
      </w:r>
      <w:r>
        <w:t>ae Allah ke zikr se un ke dil ka jhuk jana.</w:t>
      </w:r>
    </w:p>
    <w:p>
      <w:pPr>
        <w:jc w:val="right"/>
      </w:pPr>
      <w:r>
        <w:t>اے اللہ کے ذکر سے ان کے دل کا جھک جانا۔</w:t>
      </w:r>
    </w:p>
    <w:p>
      <w:r>
        <w:rPr>
          <w:b/>
        </w:rPr>
        <w:t xml:space="preserve">[1:00:36] </w:t>
      </w:r>
      <w:r>
        <w:t>yani</w:t>
      </w:r>
    </w:p>
    <w:p>
      <w:pPr>
        <w:jc w:val="right"/>
      </w:pPr>
      <w:r>
        <w:t>یعنی</w:t>
      </w:r>
    </w:p>
    <w:p>
      <w:r>
        <w:rPr>
          <w:b/>
        </w:rPr>
        <w:t xml:space="preserve">[1:00:41] </w:t>
      </w:r>
      <w:r>
        <w:t>misal ke taur par namaz ko le lijiye. Quran mein hai ke qat an al mominoon allazeena fi salatihim khashi'oon. kamyab hain woh log jin ke jo namaz parhte hain khushu ke sath.</w:t>
      </w:r>
    </w:p>
    <w:p>
      <w:pPr>
        <w:jc w:val="right"/>
      </w:pPr>
      <w:r>
        <w:t>مثلاً نماز کو لیجئے۔ قرآن میں ہے کہ قطعاً المؤمنون الذین فی صراطہم خاشعون۔ کامیاب ہیں وہ لوگ جن کے جو نماز پڑھتے ہیں خشوع کے ساتھ۔</w:t>
      </w:r>
    </w:p>
    <w:p>
      <w:r>
        <w:rPr>
          <w:b/>
        </w:rPr>
        <w:t xml:space="preserve">[1:00:56] </w:t>
      </w:r>
      <w:r>
        <w:t>to dekhiye, ek hai form wali namaz, ek hai khushu wali namaz. form ki namaz kya hai?</w:t>
      </w:r>
    </w:p>
    <w:p>
      <w:pPr>
        <w:jc w:val="right"/>
      </w:pPr>
      <w:r>
        <w:t>تو دیکھیے، ایک ہے فارم والی نماز، ایک ہے خشوع والی نماز۔ فارم کی نماز کیا ہے؟</w:t>
      </w:r>
    </w:p>
    <w:p>
      <w:r>
        <w:rPr>
          <w:b/>
        </w:rPr>
        <w:t xml:space="preserve">[1:01:07] </w:t>
      </w:r>
      <w:r>
        <w:t>aap ne kuch duaein hain, kuch ayatein hain, is ko yaad kar liya aap ne, is ko dohra diya. ruku aur sajde ke kuch form hain, is form ko aap ne dohra diya.</w:t>
      </w:r>
    </w:p>
    <w:p>
      <w:pPr>
        <w:jc w:val="right"/>
      </w:pPr>
      <w:r>
        <w:t>آپ نے کچھ دعائیں ہیں، کچھ آیتیں ہیں، اس کو یاد کر لیا آپ نے، اس کو دہرا دیا۔ رکوع اور سجدے کے کچھ فارم ہیں، اس فارم کو آپ نے دہرا دیا۔</w:t>
      </w:r>
    </w:p>
    <w:p>
      <w:r>
        <w:rPr>
          <w:b/>
        </w:rPr>
        <w:t xml:space="preserve">[1:01:22] </w:t>
      </w:r>
      <w:r>
        <w:t>to kuch shabdon ko ya kuch form ko dohra dena yeh hai form wali namaz. doosra spirit wali namaz.</w:t>
      </w:r>
    </w:p>
    <w:p>
      <w:pPr>
        <w:jc w:val="right"/>
      </w:pPr>
      <w:r>
        <w:t>تو کچھ शब्दوں کو یا کچھ فارم کو دہرا دینا یہ ہے فارم والی نماز۔ دوسرا اسپرٹ والی نماز۔</w:t>
      </w:r>
    </w:p>
    <w:p>
      <w:r>
        <w:rPr>
          <w:b/>
        </w:rPr>
        <w:t xml:space="preserve">[1:01:33] </w:t>
      </w:r>
      <w:r>
        <w:t>khushu wali namaz woh hai jo spirit wali namaz ho. yani jab aap misal ke taur par aap ne kaha Alhamdulillah Rabbil Alameen to hamd ka ek aap ko ek samandar aap ke andar aa gaya.</w:t>
      </w:r>
    </w:p>
    <w:p>
      <w:pPr>
        <w:jc w:val="right"/>
      </w:pPr>
      <w:r>
        <w:t>خشوع والی نماز وہ ہے جو اسپرٹ والی نماز ہو۔ یعنی جب آپ مثلاً آپ نے کہا الحمدللہ رب العالمین تو حمد کا ایک آپ کو ایک سمندر آپ کے اندر آ گیا۔</w:t>
      </w:r>
    </w:p>
    <w:p>
      <w:r>
        <w:rPr>
          <w:b/>
        </w:rPr>
        <w:t xml:space="preserve">[1:01:49] </w:t>
      </w:r>
      <w:r>
        <w:t>yani hamd hai, yani mein ka matlab yeh hai ke mein acknowledge karta hoon Allah ki barai ka,</w:t>
      </w:r>
    </w:p>
    <w:p>
      <w:pPr>
        <w:jc w:val="right"/>
      </w:pPr>
      <w:r>
        <w:t>یعنی حمد ہے، یعنی میں کا مطلب یہ ہے کہ میں اکنالج کرتا ہوں اللہ کی بڑائی کا،</w:t>
      </w:r>
    </w:p>
    <w:p>
      <w:r>
        <w:rPr>
          <w:b/>
        </w:rPr>
        <w:t xml:space="preserve">[1:02:00] </w:t>
      </w:r>
      <w:r>
        <w:t>Rabbil Alameen ka. to jab Khuda ki barai ko aap sochen aur is ko acknowledge karein to zahir hai ke ek toofan barpa hoga aap ke dimagh mein ke kitna bara hai Khuda.</w:t>
      </w:r>
    </w:p>
    <w:p>
      <w:pPr>
        <w:jc w:val="right"/>
      </w:pPr>
      <w:r>
        <w:t>رب العالمین کا۔ تو جب خدا کی بڑائی کو آپ سوچیں اور اس کو اکنالج کریں تو ظاہر ہے کہ ایک طوفان برپا ہوگا آپ کے دماغ میں کہ کتنا بڑا ہے خدا۔</w:t>
      </w:r>
    </w:p>
    <w:p>
      <w:r>
        <w:rPr>
          <w:b/>
        </w:rPr>
        <w:t xml:space="preserve">[1:02:16] </w:t>
      </w:r>
      <w:r>
        <w:t>kitna bara hai Khuda. ek sahib mujh se mile, unhon ne New York ke woh building dekhi thi jo ab nahi hai, jis ko ke hijack kar ke is ko woh jahaz takra kar khatam kar diya gaya tha.</w:t>
      </w:r>
    </w:p>
    <w:p>
      <w:pPr>
        <w:jc w:val="right"/>
      </w:pPr>
      <w:r>
        <w:t>کتنا بڑا ہے خدا۔ ایک صاحب مجھ سے ملے، انہوں نے نیوار کے وہ بلڈنگ دیکھی تھی جو اب نہیں ہے، جس کو کہ ہائی جیک کر کے اس کو وہ جہاز ٹکرا کر ختم کر دیا گیا تھا۔</w:t>
      </w:r>
    </w:p>
    <w:p>
      <w:r>
        <w:rPr>
          <w:b/>
        </w:rPr>
        <w:t xml:space="preserve">[1:02:32] </w:t>
      </w:r>
      <w:r>
        <w:t>jis ko jis ko tower kaha jata tha. ek sau se zyada is ki building woh thi, is ki stories theen. to jab bata rahe the woh to jo hai un ko ek ajeeb qism ka ek ek ehsas tari tha un ke upar, is ki azmat ka.</w:t>
      </w:r>
    </w:p>
    <w:p>
      <w:pPr>
        <w:jc w:val="right"/>
      </w:pPr>
      <w:r>
        <w:t>جس کو جس کو ٹاور کہا جاتا تھا۔ ایک سو سے زیادہ اس کی بلڈنگ وہ تھی، اس کی سٹوریز تھیں۔ تو جب بتا رہے تھے وہ تو جو ہے ان کو ایک عجیب قسم کا ایک ایک احساس طاری تھا ان کے اوپر، اس کی عظمت کا۔</w:t>
      </w:r>
    </w:p>
    <w:p>
      <w:r>
        <w:rPr>
          <w:b/>
        </w:rPr>
        <w:t xml:space="preserve">[1:02:49] </w:t>
      </w:r>
      <w:r>
        <w:t>kitni oonchi building hai, kitna. to aap New York tower ka bayan karte hue aap ke andar azmat ka ehsas aa jaye, aap ka lehja badal jaye, aap ka tone badal jaye to Khuda ki azmat ka jab tazkara karenge aap to woh kya, bohat sa ek lip lip service hoga woh.</w:t>
      </w:r>
    </w:p>
    <w:p>
      <w:pPr>
        <w:jc w:val="right"/>
      </w:pPr>
      <w:r>
        <w:t>کتنی اونچی بلڈنگ ہے، کتنا۔ تو آپ نیوار ٹاور کا بیان کرتے ہوئے آپ کے اندر عظمت کا احساس آ جائے، آپ کا لہجہ بدل جائے، آپ کا ٹون بدل جائے تو خدا کی عظمت کا جب تذکرہ کریں گے آپ تو وہ کیا، بہت سا ایک لپ لپ سروس ہوگا وہ۔</w:t>
      </w:r>
    </w:p>
    <w:p>
      <w:r>
        <w:rPr>
          <w:b/>
        </w:rPr>
        <w:t xml:space="preserve">[1:03:10] </w:t>
      </w:r>
      <w:r>
        <w:t>aise hi sari baatein hain ke jin lafzon ko aap namaz mein dohrate hain, jis Khuda ke aage aap jhukte hain, jab aap yeh ehsas karein ke is ki barai ka, is ki azmat ka, is ki glory ka, aala Allah ka to aap ke andar ek thrill ayega.</w:t>
      </w:r>
    </w:p>
    <w:p>
      <w:pPr>
        <w:jc w:val="right"/>
      </w:pPr>
      <w:r>
        <w:t>ایسے ہی ساری باتیں ہیں کہ جن لفظوں کو آپ نماز میں دہراتے ہیں، جس خدا کے آگے آپ جھکتے ہیں، جب آپ یہ احساس کریں کہ اس کی بڑائی کا، اس کی عظمت کا، اس کی گلوری کا، اعلیٰ اللہ کا تو آپ کے اندر ایک تھرل آئے گا۔</w:t>
      </w:r>
    </w:p>
    <w:p>
      <w:r>
        <w:rPr>
          <w:b/>
        </w:rPr>
        <w:t xml:space="preserve">[1:03:30] </w:t>
      </w:r>
      <w:r>
        <w:t>kabhi thral aaye ga, kabhi kapkapi aaye gi, kabhi rongtay kharay honge aap ki body ke. it is not natural. to aik hai jise quran majeed mein kaha gaya hai saho ki namaz.</w:t>
      </w:r>
    </w:p>
    <w:p>
      <w:pPr>
        <w:jc w:val="right"/>
      </w:pPr>
      <w:r>
        <w:t>کبھی تھرل آئے گا، کبھی کپکپی آئے گی، کبھی رونگٹے کھڑے ہوں گے آپ کی باڈی کے۔ اٹ از ناٹ نیچرل۔ تو ایک ہے جسے قرآن مجید میں کہا گیا ہے صحو کی نماز۔</w:t>
      </w:r>
    </w:p>
    <w:p>
      <w:r>
        <w:rPr>
          <w:b/>
        </w:rPr>
        <w:t xml:space="preserve">[1:03:43] </w:t>
      </w:r>
      <w:r>
        <w:t>saho ka mani yeh hai ke aap aap ko yeh namaz parh rahay hain aur dimagh kahin aur hai, soch kahin aur hai. matlab form ko dohra rahay hain, soch kahin aur lagi hui hai.</w:t>
      </w:r>
    </w:p>
    <w:p>
      <w:pPr>
        <w:jc w:val="right"/>
      </w:pPr>
      <w:r>
        <w:t>صحو کا معنی یہ ہے کہ آپ آپ کو یہ نماز پڑھ رہے ہیں اور دماغ کہیں اور ہے، سوچ کہیں اور ہے۔ مطلب فارم کو دہرا رہے ہیں، سوچ کہیں اور لگی ہوئی ہے۔</w:t>
      </w:r>
    </w:p>
    <w:p>
      <w:r>
        <w:rPr>
          <w:b/>
        </w:rPr>
        <w:t xml:space="preserve">[1:03:56] </w:t>
      </w:r>
      <w:r>
        <w:t>to woh hai saho ki namaz. foil al musallin alladhina fi siratim sahun alladhina hum an siratim sahun. to sirat aik sirat saho hai, aik sirat khushu hai.</w:t>
      </w:r>
    </w:p>
    <w:p>
      <w:pPr>
        <w:jc w:val="right"/>
      </w:pPr>
      <w:r>
        <w:t>تو وہ ہے صحو کی نماز۔ فوائل المصلین الذین فی صراطہم صاحون الذین ہم عن صراطہم صاحون۔ تو صراط ایک صراط صحو ہے، ایک صراط خشوع ہے۔</w:t>
      </w:r>
    </w:p>
    <w:p>
      <w:r>
        <w:rPr>
          <w:b/>
        </w:rPr>
        <w:t xml:space="preserve">[1:04:10] </w:t>
      </w:r>
      <w:r>
        <w:t>sirat saho woh hai ke aap ka dimagh alag soch raha ho aur aap ke hath paon alag is form ko dohra rahay hon.</w:t>
      </w:r>
    </w:p>
    <w:p>
      <w:pPr>
        <w:jc w:val="right"/>
      </w:pPr>
      <w:r>
        <w:t>صراط صحو وہ ہے کہ آپ کا دماغ الگ سوچ رہا ہو اور آپ کے ہاتھ پاؤں الگ اس فارم کو دہرا رہے ہوں۔</w:t>
      </w:r>
    </w:p>
    <w:p>
      <w:r>
        <w:rPr>
          <w:b/>
        </w:rPr>
        <w:t xml:space="preserve">[1:04:21] </w:t>
      </w:r>
      <w:r>
        <w:t>aur sirat khushu woh hai ke aap jo kuch dohra rahay hain, usi ko soch rahay hon, aap ka dimagh usi pe chal raha ho. to jab aap sochen ge to usi isi ka naam sirat hai, isi ka naam khushu hai.</w:t>
      </w:r>
    </w:p>
    <w:p>
      <w:pPr>
        <w:jc w:val="right"/>
      </w:pPr>
      <w:r>
        <w:t>اور صراط خشوع وہ ہے کہ آپ جو کچھ دہرا رہے ہیں، اسی کو سوچ رہے ہوں، آپ کا دماغ اسی پہ چل رہا ہو۔ تو جب آپ سوچیں گے تو اسی اسی کا نام صراط ہے، اسی کا نام خشوع ہے۔</w:t>
      </w:r>
    </w:p>
    <w:p>
      <w:r>
        <w:rPr>
          <w:b/>
        </w:rPr>
        <w:t xml:space="preserve">[1:04:33] </w:t>
      </w:r>
      <w:r>
        <w:t>jab aap khuda ki azmat ko sochen ge ke kaise khuda ne banaya mujh ko, is sari kainat ko, is ko sochen ge</w:t>
      </w:r>
    </w:p>
    <w:p>
      <w:pPr>
        <w:jc w:val="right"/>
      </w:pPr>
      <w:r>
        <w:t>جب آپ خدا کی عظمت کو سوچیں گے کہ کیسے خدا نے بنایا مجھ کو، اس ساری کائنات کو، اس کو سوچیں گے</w:t>
      </w:r>
    </w:p>
    <w:p>
      <w:r>
        <w:rPr>
          <w:b/>
        </w:rPr>
        <w:t xml:space="preserve">[1:04:45] </w:t>
      </w:r>
      <w:r>
        <w:t>to zahir hai ke aap ko aik aik ajeeb aik kaifiyat taari hogi aap ke andar. ajeeb kaifiyat taari hogi.</w:t>
      </w:r>
    </w:p>
    <w:p>
      <w:pPr>
        <w:jc w:val="right"/>
      </w:pPr>
      <w:r>
        <w:t>تو ظاہر ہے کہ آپ کو ایک ایک عجیب ایک کیفیت طاری ہوگی آپ کے اندر۔ عجیب کیفیت طاری ہوگی۔</w:t>
      </w:r>
    </w:p>
    <w:p>
      <w:r>
        <w:rPr>
          <w:b/>
        </w:rPr>
        <w:t xml:space="preserve">[1:04:56] </w:t>
      </w:r>
      <w:r>
        <w:t>farz yahi aap sochen ke main</w:t>
      </w:r>
    </w:p>
    <w:p>
      <w:pPr>
        <w:jc w:val="right"/>
      </w:pPr>
      <w:r>
        <w:t>فرض یہی آپ سوچیں کہ میں</w:t>
      </w:r>
    </w:p>
    <w:p>
      <w:r>
        <w:rPr>
          <w:b/>
        </w:rPr>
        <w:t xml:space="preserve">[1:05:01] </w:t>
      </w:r>
      <w:r>
        <w:t>paida jab hua, is se pehle mera koi wajood nahi tha. khuda ne aik ghair maujood ko maujood kar diya. isi ko sochen agar aap to kaisa lage ga aap ko?</w:t>
      </w:r>
    </w:p>
    <w:p>
      <w:pPr>
        <w:jc w:val="right"/>
      </w:pPr>
      <w:r>
        <w:t>پیدا جب ہوا، اس سے پہلے میرا کوئی وجود نہیں تھا۔ خدا نے ایک غیر موجود کو موجود کر دیا۔ اسی کو سوچیں اگر آپ تو کیسا لگے گا آپ کو؟</w:t>
      </w:r>
    </w:p>
    <w:p>
      <w:r>
        <w:rPr>
          <w:b/>
        </w:rPr>
        <w:t xml:space="preserve">[1:05:13] </w:t>
      </w:r>
      <w:r>
        <w:t>aik date thi jis din mein ماں ke pait se paida hua. is ke bas is ke pehle to mein kuch bhi nahi tha. ab mein aik insan hoon jo chalta phirta hai, jo dekhta hai, jo sunta hai, jo aik aik zinda wajood hai.</w:t>
      </w:r>
    </w:p>
    <w:p>
      <w:pPr>
        <w:jc w:val="right"/>
      </w:pPr>
      <w:r>
        <w:t>ایک ڈیٹ تھی جس دن میں ماں کے پیٹ سے پیدا ہوا۔ اس کے بس اس کے پہلے تو میں کچھ بھی نہیں تھا۔ اب میں ایک انسان ہوں جو چلتا پھرتا ہے، جو دیکھتا ہے، جو سنتا ہے، جو ایک ایک زندہ وجود ہے۔</w:t>
      </w:r>
    </w:p>
    <w:p>
      <w:r>
        <w:rPr>
          <w:b/>
        </w:rPr>
        <w:t xml:space="preserve">[1:05:29] </w:t>
      </w:r>
      <w:r>
        <w:t>sochen to kaisa ajeeb lage ga aap ko</w:t>
      </w:r>
    </w:p>
    <w:p>
      <w:pPr>
        <w:jc w:val="right"/>
      </w:pPr>
      <w:r>
        <w:t>سوچیں تو کیسا عجیب لگے گا آپ کو</w:t>
      </w:r>
    </w:p>
    <w:p>
      <w:r>
        <w:rPr>
          <w:b/>
        </w:rPr>
        <w:t xml:space="preserve">[1:05:34] </w:t>
      </w:r>
      <w:r>
        <w:t>ke first january ka farz kiya aap paida hue to first january se pehle aap ka koi wajood nahi tha aur is ke baad aap ka aik zinda wajood ban gaya jo zameen pe chal phir raha hai. to aisi billion trillion cheezain hain, is ko sochen to aap ke andar aik ajeeb ehsas paida hoga.</w:t>
      </w:r>
    </w:p>
    <w:p>
      <w:pPr>
        <w:jc w:val="right"/>
      </w:pPr>
      <w:r>
        <w:t>کہ فرسٹ جنوری کا فرض کیا آپ پیدا ہوئے تو فرسٹ جنوری سے پہلے آپ کا کوئی وجود نہیں تھا اور اس کے بعد آپ کا ایک زندہ وجود بن گیا جو زمین پہ چل پھر رہا ہے۔ تو ایسی بلین ٹریلین چیزیں ہیں، اس کو سوچیں تو آپ کے اندر ایک عجیب احساس پیدا ہوگا۔</w:t>
      </w:r>
    </w:p>
    <w:p>
      <w:r>
        <w:rPr>
          <w:b/>
        </w:rPr>
        <w:t xml:space="preserve">[1:05:51] </w:t>
      </w:r>
      <w:r>
        <w:t>kabhi thral aaye ga, kabhi kapkapi aaye gi, kabhi bande ke rongtay kharay honge is soch ki wajah se. to isi ka naam khushu hai.</w:t>
      </w:r>
    </w:p>
    <w:p>
      <w:pPr>
        <w:jc w:val="right"/>
      </w:pPr>
      <w:r>
        <w:t>کبھی تھرل آئے گا، کبھی کپکپی آئے گی، کبھی بندے کے رونگٹے کھڑے ہوں گے اس سوچ کی وجہ سے۔ تو اسی کا نام خشوع ہے۔</w:t>
      </w:r>
    </w:p>
    <w:p>
      <w:r>
        <w:rPr>
          <w:b/>
        </w:rPr>
        <w:t xml:space="preserve">[1:06:02] </w:t>
      </w:r>
      <w:r>
        <w:t>khushu koi mysterious cheez nahi hai, balkay aik natural phenomena ka naam khushu hai.</w:t>
      </w:r>
    </w:p>
    <w:p>
      <w:pPr>
        <w:jc w:val="right"/>
      </w:pPr>
      <w:r>
        <w:t>خشوع کوئی مسٹیریس چیز نہیں ہے، بلکہ ایک نیچرل فیناومینا کا نام خشوع ہے۔</w:t>
      </w:r>
    </w:p>
    <w:p>
      <w:r>
        <w:rPr>
          <w:b/>
        </w:rPr>
        <w:t xml:space="preserve">[1:06:13] </w:t>
      </w:r>
      <w:r>
        <w:t>das question is from mr muhammad asif riyaz from patna. h and every hindu brother says that god is one, but in practice they worship many gods.</w:t>
      </w:r>
    </w:p>
    <w:p>
      <w:pPr>
        <w:jc w:val="right"/>
      </w:pPr>
      <w:r>
        <w:t>دس کوئسچن از فرام مسٹر محمد اصف ریاض فرام پٹنہ۔ ایچ اینڈ ایوری ہندو برادر سیز دیٹ گاڈ از ون، بٹ ان پریکٹس دے ورشپ مینی گاڈز۔</w:t>
      </w:r>
    </w:p>
    <w:p>
      <w:r>
        <w:rPr>
          <w:b/>
        </w:rPr>
        <w:t xml:space="preserve">[1:06:28] </w:t>
      </w:r>
      <w:r>
        <w:t>maulana, why is this so?</w:t>
      </w:r>
    </w:p>
    <w:p>
      <w:pPr>
        <w:jc w:val="right"/>
      </w:pPr>
      <w:r>
        <w:t>مولانا، وائی از دس سو؟</w:t>
      </w:r>
    </w:p>
    <w:p>
      <w:r>
        <w:rPr>
          <w:b/>
        </w:rPr>
        <w:t xml:space="preserve">[1:06:31] </w:t>
      </w:r>
      <w:r>
        <w:t>bhai, yeh to inhi se poochhiye. bhai, yeh to aap jis ne kaha hoga, aap ko is se poocha ho chahiye tha aap ko. ji,</w:t>
      </w:r>
    </w:p>
    <w:p>
      <w:pPr>
        <w:jc w:val="right"/>
      </w:pPr>
      <w:r>
        <w:t>بھئی، یہ تو انہی سے پوچھیے۔ بھئی، یہ تو آپ جس نے کہا ہوگا، آپ کو اس سے پوچھا ہو چاہیے تھا آپ کو۔ جی،</w:t>
      </w:r>
    </w:p>
    <w:p>
      <w:r>
        <w:rPr>
          <w:b/>
        </w:rPr>
        <w:t xml:space="preserve">[1:06:43] </w:t>
      </w:r>
      <w:r>
        <w:t>jis ne aap ko kaha hoga, jis hindu ne, us se aap poochna chahiye aap ko ke tum jab aik mante ho to kai ko kyun pochte ho?</w:t>
      </w:r>
    </w:p>
    <w:p>
      <w:pPr>
        <w:jc w:val="right"/>
      </w:pPr>
      <w:r>
        <w:t>جس نے آپ کو کہا ہوگا، جس ہندو نے، اس سے آپ پوچھنا چاہیے آپ کو کہ تم جب ایک مانتے ہو تو کئی کو کیوں پوچھتے ہو؟</w:t>
      </w:r>
    </w:p>
    <w:p>
      <w:r>
        <w:rPr>
          <w:b/>
        </w:rPr>
        <w:t xml:space="preserve">[1:06:58] </w:t>
      </w:r>
      <w:r>
        <w:t>waqai yeh hai ke jahan tak mein janta hoon, in ka manna yeh hai ke sachai aik hai, lekin is ke is ka manifestation alag alag hua hai.</w:t>
      </w:r>
    </w:p>
    <w:p>
      <w:pPr>
        <w:jc w:val="right"/>
      </w:pPr>
      <w:r>
        <w:t>واقعی یہ ہے کہ جہاں تک میں جانتا ہوں، ان کا ماننا یہ ہے کہ سچائی ایک ہے، لیکن اس کے اس کا مینیفیسٹیشن الگ الگ ہوا ہے۔</w:t>
      </w:r>
    </w:p>
    <w:p>
      <w:r>
        <w:rPr>
          <w:b/>
        </w:rPr>
        <w:t xml:space="preserve">[1:07:07] </w:t>
      </w:r>
      <w:r>
        <w:t>to woh jo kai ko pochte hain, woh is ka manifestation ho, manifestation manifestation hota hai is aik ka, is ka mazhar hota hai aik. to sachai aik hai, is ka zahoor kai shakaloon mein hua hai.</w:t>
      </w:r>
    </w:p>
    <w:p>
      <w:pPr>
        <w:jc w:val="right"/>
      </w:pPr>
      <w:r>
        <w:t>تو وہ جو کئی کو پوچھتے ہیں، وہ اس کا مینیفیسٹیشن ہو، مینیفیسٹیشن مینیفیسٹیشن ہوتا ہے اس ایک کا، اس کا مظہر ہوتا ہے ایک۔ تو سچائی ایک ہے، اس کا ظہور کئی شکلوں میں ہوا ہے۔</w:t>
      </w:r>
    </w:p>
    <w:p>
      <w:r>
        <w:rPr>
          <w:b/>
        </w:rPr>
        <w:t xml:space="preserve">[1:07:19] </w:t>
      </w:r>
      <w:r>
        <w:t>mein is philosophy ko nahi manta kyunke woh aisa kehte hain. beharhal, doosri baat yeh hai ke hindu log jis aik khuda ko mante hain, woh is se alag hai jo islam mein mana gaya hai.</w:t>
      </w:r>
    </w:p>
    <w:p>
      <w:pPr>
        <w:jc w:val="right"/>
      </w:pPr>
      <w:r>
        <w:t>میں اس فلاسفی کو نہیں مانتا کیونکہ وہ ایسا کہتے ہیں۔ بہرحال، دوسری بات یہ ہے کہ ہندو لوگ جس ایک خدا کو مانتے ہیں، وہ اس سے الگ ہے جو اسلام میں مانا گیا ہے۔</w:t>
      </w:r>
    </w:p>
    <w:p>
      <w:r>
        <w:rPr>
          <w:b/>
        </w:rPr>
        <w:t xml:space="preserve">[1:07:32] </w:t>
      </w:r>
      <w:r>
        <w:t>dekhiye, islam mein monotheism hai, un ke haan monism hai. yani aik hai wahid wajood, aik hai tauheed. to islam mein tauheed hai, wahid wajood nahi hai.</w:t>
      </w:r>
    </w:p>
    <w:p>
      <w:pPr>
        <w:jc w:val="right"/>
      </w:pPr>
      <w:r>
        <w:t>دیکھیے، اسلام میں مونوتھیزم ہے، ان کے ہاں مونزم ہے۔ یعنی ایک ہے وحی وجود، ایک ہے توحید۔ تو اسلام میں توحید ہے، وحی وجود نہیں ہے۔</w:t>
      </w:r>
    </w:p>
    <w:p>
      <w:r>
        <w:rPr>
          <w:b/>
        </w:rPr>
        <w:t xml:space="preserve">[1:07:45] </w:t>
      </w:r>
      <w:r>
        <w:t>sufiyon ne wahid wajood ko le liya, lekin woh to un ka deviation tha, inhiraf tha. islam mein khuda ka jo tasawwur hai, woh tauheed hai.</w:t>
      </w:r>
    </w:p>
    <w:p>
      <w:pPr>
        <w:jc w:val="right"/>
      </w:pPr>
      <w:r>
        <w:t>صوفیوں نے وحی وجود کو لے لیا، لیکن وہ تو ان کا ڈیوی ایشن تھا، انحراف تھا۔ اسلام میں خدا کا جو تصور ہے، وہ توحید ہے۔</w:t>
      </w:r>
    </w:p>
    <w:p>
      <w:r>
        <w:rPr>
          <w:b/>
        </w:rPr>
        <w:t xml:space="preserve">[1:07:54] </w:t>
      </w:r>
      <w:r>
        <w:t>yani aik khuda, makhlooq alag hai, khuda alag hai.</w:t>
      </w:r>
    </w:p>
    <w:p>
      <w:pPr>
        <w:jc w:val="right"/>
      </w:pPr>
      <w:r>
        <w:t>یعنی ایک خدا، مخلوق الگ ہے، خدا الگ ہے۔</w:t>
      </w:r>
    </w:p>
    <w:p>
      <w:r>
        <w:rPr>
          <w:b/>
        </w:rPr>
        <w:t xml:space="preserve">[1:08:01] </w:t>
      </w:r>
      <w:r>
        <w:t>un ke haan yeh hai ke makhlooq aur khuda aik hi cheez hai. is ko kehte hain advaita vedanta ya monism, woh islam mein nahi hai. mera manna hai ke hindutv mein jo mazhab hai, woh philosophy hai.</w:t>
      </w:r>
    </w:p>
    <w:p>
      <w:pPr>
        <w:jc w:val="right"/>
      </w:pPr>
      <w:r>
        <w:t>ان کے ہاں یہ ہے کہ مخلوق اور خدا ایک ہی چیز ہے۔ اس کو کہتے ہیں ادوئی اتحاد یا مونزم، وہ اسلام میں نہیں ہے۔ میرا ماننا ہے کہ ہندوت میں جو مذہب ہے، وہ فلاسفی ہے۔</w:t>
      </w:r>
    </w:p>
    <w:p>
      <w:r>
        <w:rPr>
          <w:b/>
        </w:rPr>
        <w:t xml:space="preserve">[1:08:14] </w:t>
      </w:r>
      <w:r>
        <w:t>yeh mazhab nahin, yeh philosophy hai. Yeh yeh hamesha se philosopher mante aate the ke haqeeqat ek hai. Isi ko Hindu logon ne apna liya.</w:t>
      </w:r>
    </w:p>
    <w:p>
      <w:pPr>
        <w:jc w:val="right"/>
      </w:pPr>
      <w:r>
        <w:t>یہ مذہب نہیں، یہ فلاسفی ہے۔ یہ یہ ہمیشہ سے فلاسفر مانتے آتے تھے کہ حقیقت ایک ہے۔ اسی کو ہندو لوگوں نے اپنا لیا۔</w:t>
      </w:r>
    </w:p>
    <w:p>
      <w:r>
        <w:rPr>
          <w:b/>
        </w:rPr>
        <w:t xml:space="preserve">[1:08:24] </w:t>
      </w:r>
      <w:r>
        <w:t>jise koi log kehte hain adwai ittehad ya monism, woh haqeeqatan ek philosophical concept of God hai, woh religious concept nahin hai.</w:t>
      </w:r>
    </w:p>
    <w:p>
      <w:pPr>
        <w:jc w:val="right"/>
      </w:pPr>
      <w:r>
        <w:t>جسے کوئی لوگ کہتے ہیں ادوئی اتحاد یا مونزم، وہ حقیقتاً ایک فلاسفیکل کانسیپٹ آف گاڈ ہے، وہ ریلیجیس کانسیپٹ نہیں ہے۔</w:t>
      </w:r>
    </w:p>
    <w:p>
      <w:r>
        <w:rPr>
          <w:b/>
        </w:rPr>
        <w:t xml:space="preserve">[1:08:34] </w:t>
      </w:r>
      <w:r>
        <w:t>aisa main samjha hoon.</w:t>
      </w:r>
    </w:p>
    <w:p>
      <w:pPr>
        <w:jc w:val="right"/>
      </w:pPr>
      <w:r>
        <w:t>ایسا میں سمجھا ہوں۔</w:t>
      </w:r>
    </w:p>
    <w:p>
      <w:r>
        <w:rPr>
          <w:b/>
        </w:rPr>
        <w:t xml:space="preserve">[1:08:39] </w:t>
      </w:r>
      <w:r>
        <w:t>yeh question is from Mr Nafees Shiraz from Delhi. Ek survey ke mutabiq dunya mein Khuda ki sab se zyada ibadat karne wale log Musalman hain,</w:t>
      </w:r>
    </w:p>
    <w:p>
      <w:pPr>
        <w:jc w:val="right"/>
      </w:pPr>
      <w:r>
        <w:t>دس کوئسچن از فرام مسٹر نفیس شیراز فرام دہلی۔ ایک سروے کے مطابق دنیا میں خدا کی سب سے زیادہ عبادت کرنے والے لوگ مسلمان ہیں،</w:t>
      </w:r>
    </w:p>
    <w:p>
      <w:r>
        <w:rPr>
          <w:b/>
        </w:rPr>
        <w:t xml:space="preserve">[1:08:52] </w:t>
      </w:r>
      <w:r>
        <w:t>lekin phir bhi unka Khuda unse raazi nahin. Aisa kyun hai, Maulana? Yeh yeh yeh supposition hi galat hai.</w:t>
      </w:r>
    </w:p>
    <w:p>
      <w:pPr>
        <w:jc w:val="right"/>
      </w:pPr>
      <w:r>
        <w:t>لیکن پھر بھی ان کا خدا ان سے راضی نہیں۔ ایسا کیوں ہے، مولانا؟ یہ یہ یہ سپوزیشن ہی غلط ہے۔</w:t>
      </w:r>
    </w:p>
    <w:p>
      <w:r>
        <w:rPr>
          <w:b/>
        </w:rPr>
        <w:t xml:space="preserve">[1:09:02] </w:t>
      </w:r>
      <w:r>
        <w:t>Musalman ibadat karte hain. Main ne abhi kaha na aap ke woh Musalman kuch rituals ko badal lete hain ja kar ke, woh samajhte hain hum ibadat kar rahe hain.</w:t>
      </w:r>
    </w:p>
    <w:p>
      <w:pPr>
        <w:jc w:val="right"/>
      </w:pPr>
      <w:r>
        <w:t>مسلمان عبادت کرتے ہیں۔ میں نے ابھی کہا نا آپ کہ وہ مسلمان کچھ ریچولز کو بدل لیتے ہیں جا کر کے، وہ سمجھتے ہیں ہم عبادت کر رہے ہیں۔</w:t>
      </w:r>
    </w:p>
    <w:p>
      <w:r>
        <w:rPr>
          <w:b/>
        </w:rPr>
        <w:t xml:space="preserve">[1:09:12] </w:t>
      </w:r>
      <w:r>
        <w:t>woh rituals hoti hain, woh koi ibadat nahin hoti. Woh iska zinda saboot yeh hai ke aap kisi masjid, kisi masjid mein jaiye, aap kisi bhi masjid mein to dekhen, namazon ko kitna atka hua hai mobile mein.</w:t>
      </w:r>
    </w:p>
    <w:p>
      <w:pPr>
        <w:jc w:val="right"/>
      </w:pPr>
      <w:r>
        <w:t>وہ ریچولز ہوتی ہیں، وہ کوئی عبادت نہیں ہوتی۔ وہ اس کا زندہ ثبوت یہ ہے کہ آپ کسی مسجد، کسی مسجد میں جائیے، آپ کسی بھی مسجد میں تو دیکھیں، نمازوں کو کتنا اٹکا ہوا ہے موبائل میں۔</w:t>
      </w:r>
    </w:p>
    <w:p>
      <w:r>
        <w:rPr>
          <w:b/>
        </w:rPr>
        <w:t xml:space="preserve">[1:09:24] </w:t>
      </w:r>
      <w:r>
        <w:t>to namaz parh rahe hain, woh yeh iska naam namaz chhodie.</w:t>
      </w:r>
    </w:p>
    <w:p>
      <w:pPr>
        <w:jc w:val="right"/>
      </w:pPr>
      <w:r>
        <w:t>تو نماز پڑھ رہے ہیں، وہ یہ اس کا نام نماز چھوڑیے۔</w:t>
      </w:r>
    </w:p>
    <w:p>
      <w:r>
        <w:rPr>
          <w:b/>
        </w:rPr>
        <w:t xml:space="preserve">[1:09:31] </w:t>
      </w:r>
      <w:r>
        <w:t>Rijal malakum bil masajid Hadees mein aata hai. Rijal malakum bil masajid namazi woh hai jis ka namaz namaz mein dil atka hua ho.</w:t>
      </w:r>
    </w:p>
    <w:p>
      <w:pPr>
        <w:jc w:val="right"/>
      </w:pPr>
      <w:r>
        <w:t>رجل مالکم بالمساجد حدیث میں آتا ہے۔ رجل مالکم بالمساجد نمازی وہ ہے جس کا نماز نماز میں دل اٹکا ہوا ہو۔</w:t>
      </w:r>
    </w:p>
    <w:p>
      <w:r>
        <w:rPr>
          <w:b/>
        </w:rPr>
        <w:t xml:space="preserve">[1:09:41] </w:t>
      </w:r>
      <w:r>
        <w:t>aap ka dil atka hua hai apni family mein, apne mobile mein, apne business mein. Yeh namaz thodi hai. Yeh namaz ke naam se ek ritual se jo dohraaye jaate hain, is mein to koi shaq nahin hai.</w:t>
      </w:r>
    </w:p>
    <w:p>
      <w:pPr>
        <w:jc w:val="right"/>
      </w:pPr>
      <w:r>
        <w:t>آپ کا دل اٹکا ہوا ہے اپنی فیملی میں، اپنے موبائل میں، اپنے بزنس میں۔ یہ نماز تھوڑی ہے۔ یہ نماز کے نام سے ایک ریچول سے جو دہرائے جاتے ہیں، اس میں تو کوئی شک نہیں ہے۔</w:t>
      </w:r>
    </w:p>
    <w:p>
      <w:r>
        <w:rPr>
          <w:b/>
        </w:rPr>
        <w:t xml:space="preserve">[1:09:58] </w:t>
      </w:r>
      <w:r>
        <w:t>yeh question is from Mr Owais Siddiqui from Delhi. There is a saying: Dunya ba qadr-e-qismat, deen ba qadr-e-zehmat.</w:t>
      </w:r>
    </w:p>
    <w:p>
      <w:pPr>
        <w:jc w:val="right"/>
      </w:pPr>
      <w:r>
        <w:t>دس کوئسچن از فرام مسٹر اویس صدیقی فرام دہلی۔ دیر از ا سینگ: دنیا بقدر قسمت، دین بقدر زحمت۔</w:t>
      </w:r>
    </w:p>
    <w:p>
      <w:r>
        <w:rPr>
          <w:b/>
        </w:rPr>
        <w:t xml:space="preserve">[1:10:10] </w:t>
      </w:r>
      <w:r>
        <w:t>What does it mean?</w:t>
      </w:r>
    </w:p>
    <w:p>
      <w:pPr>
        <w:jc w:val="right"/>
      </w:pPr>
      <w:r>
        <w:t>واٹ ڈز اٹ مین؟</w:t>
      </w:r>
    </w:p>
    <w:p>
      <w:r>
        <w:rPr>
          <w:b/>
        </w:rPr>
        <w:t xml:space="preserve">[1:10:12] </w:t>
      </w:r>
      <w:r>
        <w:t>Is there any relationship between the hardship a person bears and his spirituality or the result of the da'wah work that he does?</w:t>
      </w:r>
    </w:p>
    <w:p>
      <w:pPr>
        <w:jc w:val="right"/>
      </w:pPr>
      <w:r>
        <w:t>از دیر اینی ریلیشن شپ بٹوین دی ہارڈ شپ ا پرسن بیئرز اینڈ ہز سپرچویلٹی اور دی رزلٹ اف داوا ورک دیٹ ہی ڈز؟</w:t>
      </w:r>
    </w:p>
    <w:p>
      <w:r>
        <w:rPr>
          <w:b/>
        </w:rPr>
        <w:t xml:space="preserve">[1:10:23] </w:t>
      </w:r>
      <w:r>
        <w:t>yani yeh sab bekar ke masle hain. Yeh is ki koi haqeeqat nahin hai, na koi scientific yeh baat hai, na koi philosophical baat hai.</w:t>
      </w:r>
    </w:p>
    <w:p>
      <w:pPr>
        <w:jc w:val="right"/>
      </w:pPr>
      <w:r>
        <w:t>یعنی یہ سب بیکار کے مسئلے ہیں۔ یہ اس کی کوئی حقیقت نہیں ہے، نہ کوئی سائنٹیفک یہ بات ہے، نہ کوئی فلاسفیکل بات ہے۔</w:t>
      </w:r>
    </w:p>
    <w:p>
      <w:r>
        <w:rPr>
          <w:b/>
        </w:rPr>
        <w:t xml:space="preserve">[1:10:33] </w:t>
      </w:r>
      <w:r>
        <w:t>Yeh kuch log aise kehte hain, dono hi baatein galat hain. Yeh dono hi baatein galat hain ke dunya ba qadr-e-qismat aur deen ba qadr-e-mehnat, yeh dono hi baatein galat hain.</w:t>
      </w:r>
    </w:p>
    <w:p>
      <w:pPr>
        <w:jc w:val="right"/>
      </w:pPr>
      <w:r>
        <w:t>یہ کچھ لوگ ایسے کہتے ہیں، دونوں ہی باتیں غلط ہیں۔ یہ دونوں ہی باتیں غلط ہیں کہ دنیا بقدر قسمت اور دین بقدر محنت، یہ دونوں ہی باتیں غلط ہیں۔</w:t>
      </w:r>
    </w:p>
    <w:p>
      <w:r>
        <w:rPr>
          <w:b/>
        </w:rPr>
        <w:t xml:space="preserve">[1:10:46] </w:t>
      </w:r>
      <w:r>
        <w:t>dekhen, dunya jo hai, kya hai? Dunya milti hai aap ko imtehan ke taur par. Har cheez test paper hai.</w:t>
      </w:r>
    </w:p>
    <w:p>
      <w:pPr>
        <w:jc w:val="right"/>
      </w:pPr>
      <w:r>
        <w:t>دیکھیں، دنیا جو ہے، کیا ہے؟ دنیا ملتی ہے آپ کو امتحان کے طور پر۔ ہر چیز ٹیسٹ پیپر ہے۔</w:t>
      </w:r>
    </w:p>
    <w:p>
      <w:r>
        <w:rPr>
          <w:b/>
        </w:rPr>
        <w:t xml:space="preserve">[1:10:58] </w:t>
      </w:r>
      <w:r>
        <w:t>to dunya jo milti hai, ba qadr-e-test paper. Yani Khuda hi ko pata hai ke aap ka test kis cheez mein lena hai. Is ko nahin hua.</w:t>
      </w:r>
    </w:p>
    <w:p>
      <w:pPr>
        <w:jc w:val="right"/>
      </w:pPr>
      <w:r>
        <w:t>تو دنیا جو ملتی ہے، بقدر ٹیسٹ پیپر۔ یعنی خدا ہی کو پتہ ہے کہ آپ کا ٹیسٹ کس چیز میں لینا ہے۔ اس کو نہیں ہوا۔</w:t>
      </w:r>
    </w:p>
    <w:p>
      <w:r>
        <w:rPr>
          <w:b/>
        </w:rPr>
        <w:t xml:space="preserve">[1:11:06] </w:t>
      </w:r>
      <w:r>
        <w:t>yani aap ko</w:t>
      </w:r>
    </w:p>
    <w:p>
      <w:pPr>
        <w:jc w:val="right"/>
      </w:pPr>
      <w:r>
        <w:t>یعنی آپ کو</w:t>
      </w:r>
    </w:p>
    <w:p>
      <w:r>
        <w:rPr>
          <w:b/>
        </w:rPr>
        <w:t xml:space="preserve">[1:11:10] </w:t>
      </w:r>
      <w:r>
        <w:t>kis situation mein rakhna hai, aap ko khud kin halaat mein rakhna hai, aur wahan pe aap ko test lena hai. Aap ko to qismat nahin hoti hai, woh woh test paper hota hai.</w:t>
      </w:r>
    </w:p>
    <w:p>
      <w:pPr>
        <w:jc w:val="right"/>
      </w:pPr>
      <w:r>
        <w:t>کس سچویشن میں رکھنا ہے، آپ کو خود کن حالات میں رکھنا ہے، اور وہاں پہ آپ کو ٹیسٹ لینا ہے۔ آپ کو تو قسمت نہیں ہوتی ہے، وہ وہ ٹیسٹ پیپر ہوتا ہے۔</w:t>
      </w:r>
    </w:p>
    <w:p>
      <w:r>
        <w:rPr>
          <w:b/>
        </w:rPr>
        <w:t xml:space="preserve">[1:11:19] </w:t>
      </w:r>
      <w:r>
        <w:t>yani koi aadmi agar paida hua ek mamooli ghar mein, tab bhi woh test paper tha. Is ka mahal mein paida ho, tab bhi woh test paper tha.</w:t>
      </w:r>
    </w:p>
    <w:p>
      <w:pPr>
        <w:jc w:val="right"/>
      </w:pPr>
      <w:r>
        <w:t>یعنی کوئی آدمی اگر پیدا ہوا ایک معمولی گھر میں، تب بھی وہ ٹیسٹ پیپر تھا۔ اس کا محل میں پیدا ہو، تب بھی وہ ٹیسٹ پیپر تھا۔</w:t>
      </w:r>
    </w:p>
    <w:p>
      <w:r>
        <w:rPr>
          <w:b/>
        </w:rPr>
        <w:t xml:space="preserve">[1:11:28] </w:t>
      </w:r>
      <w:r>
        <w:t>Is ka koi ek cheez dunya mein aisi nahin jo aap ko ba taur-e-nemmat ki milti ho. Kuch bhi nahin, na daulat, na hukoomat, na izzat, kuch bhi nahin.</w:t>
      </w:r>
    </w:p>
    <w:p>
      <w:pPr>
        <w:jc w:val="right"/>
      </w:pPr>
      <w:r>
        <w:t>اس کا کوئی ایک چیز دنیا میں ایسی نہیں جو آپ کو بطور نعمت کی ملتی ہو۔ کچھ بھی نہیں، نہ دولت، نہ حکومت، نہ عزت، کچھ بھی نہیں۔</w:t>
      </w:r>
    </w:p>
    <w:p>
      <w:r>
        <w:rPr>
          <w:b/>
        </w:rPr>
        <w:t xml:space="preserve">[1:11:36] </w:t>
      </w:r>
      <w:r>
        <w:t>sab test papers hain. Dunya hai ba qadr-e-test paper. Dunya hai ba qadr-e-parcha imtehan.</w:t>
      </w:r>
    </w:p>
    <w:p>
      <w:pPr>
        <w:jc w:val="right"/>
      </w:pPr>
      <w:r>
        <w:t>سب ٹیسٹ پیپرز ہیں۔ دنیا ہے بقدر ٹیسٹ پیپر۔ دنیا ہے بقدر پرچہ امتحان۔</w:t>
      </w:r>
    </w:p>
    <w:p>
      <w:r>
        <w:rPr>
          <w:b/>
        </w:rPr>
        <w:t xml:space="preserve">[1:11:47] </w:t>
      </w:r>
      <w:r>
        <w:t>yeh kehna chahiye, woh galat hai. Woh baat aur deen hai jo ba qadr-e-mehnat. Aap ne kaha, woh bhi galat hai. Deen hai ba qadr-e-tadabbur. Jitna aap sochenge, Quran majeed mein hai, Quran utara hai hum ne tadabbur ke liye.</w:t>
      </w:r>
    </w:p>
    <w:p>
      <w:pPr>
        <w:jc w:val="right"/>
      </w:pPr>
      <w:r>
        <w:t>یہ کہنا چاہیے، وہ غلط ہے۔ وہ بات اور دین ہے جو بقدر محنت۔ آپ نے کہا، وہ بھی غلط ہے۔ دین ہے بقدر تدبر۔ جتنا آپ سوچیں گے، قرآن مجید میں ہے، قرآن اتارا ہے ہم نے تدبر کے لیے۔</w:t>
      </w:r>
    </w:p>
    <w:p>
      <w:r>
        <w:rPr>
          <w:b/>
        </w:rPr>
        <w:t xml:space="preserve">[1:12:03] </w:t>
      </w:r>
      <w:r>
        <w:t>to deen hai ba qadr-e-tadabbur, ba qadr-e-tafakkur. To kaisa deen aap ka hai, woh yeh dekhna hoga ke aap mein kitni soch ubhri hai, kitna zehn bana hai, kitna tadabbur karte hain.</w:t>
      </w:r>
    </w:p>
    <w:p>
      <w:pPr>
        <w:jc w:val="right"/>
      </w:pPr>
      <w:r>
        <w:t>تو دین ہے بقدر تدبر، بقدر تفکر۔ تو کیسا دین آپ کا ہے، وہ یہ دیکھنا ہوگا کہ آپ میں کتنی سوچ ابھری ہے، کتنا ذہن بنا ہے، کتنا تدبر کرتے ہیں۔</w:t>
      </w:r>
    </w:p>
    <w:p>
      <w:r>
        <w:rPr>
          <w:b/>
        </w:rPr>
        <w:t xml:space="preserve">[1:12:18] </w:t>
      </w:r>
      <w:r>
        <w:t>Is se aap ka deen, deeni shakhsiyat banti hai aap ki. To yeh dono baatein galat hain ke ba qadr-e-qismat dunya hai aur ba qadr-e-mehnat deen hai.</w:t>
      </w:r>
    </w:p>
    <w:p>
      <w:pPr>
        <w:jc w:val="right"/>
      </w:pPr>
      <w:r>
        <w:t>اس سے آپ کا دین، دینی شخصیت بنتی ہے آپ کی۔ تو یہ دونوں باتیں غلط ہیں کہ بقدر قسمت دنیا ہے اور بقدر محنت دین ہے۔</w:t>
      </w:r>
    </w:p>
    <w:p>
      <w:r>
        <w:rPr>
          <w:b/>
        </w:rPr>
        <w:t xml:space="preserve">[1:12:27] </w:t>
      </w:r>
      <w:r>
        <w:t>yeh dono baatein galat hain, bilkul be be maeni, bes les hain. Jisko dunya mein koi cheez mili hai, woh Allah ke is faisle ke tehat mili hai ke is se kis kin halaat mein is ka is ka imtehan lena hai.</w:t>
      </w:r>
    </w:p>
    <w:p>
      <w:pPr>
        <w:jc w:val="right"/>
      </w:pPr>
      <w:r>
        <w:t>یہ دونوں باتیں غلط ہیں، بالکل بے بے معنی، بیس لیس ہیں۔ جس کو دنیا میں کوئی چیز ملی ہے، وہ اللہ کے اس فیصلے کے تحت ملی ہے کہ اس سے کس کن حالات میں اس کا اس کا امتحان لینا ہے۔</w:t>
      </w:r>
    </w:p>
    <w:p>
      <w:r>
        <w:rPr>
          <w:b/>
        </w:rPr>
        <w:t xml:space="preserve">[1:12:40] </w:t>
      </w:r>
      <w:r>
        <w:t>Toh sahi baat yeh hai ke dunya baqadr, dunya baqadr purcha imtehan aur deen baqadr tadabbur aur tafakkur.</w:t>
      </w:r>
    </w:p>
    <w:p>
      <w:pPr>
        <w:jc w:val="right"/>
      </w:pPr>
      <w:r>
        <w:t>تو صحیح بات یہ ہے کہ دنیا بقدر، دنیا بقدر پرچہ امتحان اور دین بقدر تدبر اور تفکر۔</w:t>
      </w:r>
    </w:p>
    <w:p>
      <w:r>
        <w:rPr>
          <w:b/>
        </w:rPr>
        <w:t xml:space="preserve">[1:12:52] </w:t>
      </w:r>
      <w:r>
        <w:t>Mere nazdeek yeh baat sahi hai.</w:t>
      </w:r>
    </w:p>
    <w:p>
      <w:pPr>
        <w:jc w:val="right"/>
      </w:pPr>
      <w:r>
        <w:t>میرے نزدیک یہ بات صحیح ہے۔</w:t>
      </w:r>
    </w:p>
    <w:p>
      <w:r>
        <w:rPr>
          <w:b/>
        </w:rPr>
        <w:t xml:space="preserve">[1:12:57] </w:t>
      </w:r>
      <w:r>
        <w:t>Das question is from Mr Kishan Jeevan Patil from Maharashtra. Some people say that man has a part of God within us.</w:t>
      </w:r>
    </w:p>
    <w:p>
      <w:pPr>
        <w:jc w:val="right"/>
      </w:pPr>
      <w:r>
        <w:t>دس کوئسچن از فرام مسٹر کشن جیون پاٹل فرام مہاراشٹر۔ سم پیپل سی دیٹ مین ہیز ا پارٹ اف گاڈ ود ان اس۔</w:t>
      </w:r>
    </w:p>
    <w:p>
      <w:r>
        <w:rPr>
          <w:b/>
        </w:rPr>
        <w:t xml:space="preserve">[1:13:09] </w:t>
      </w:r>
      <w:r>
        <w:t>In this regard, they refer to a Quranic verse in which it is said that we have given our spirit in the man.</w:t>
      </w:r>
    </w:p>
    <w:p>
      <w:pPr>
        <w:jc w:val="right"/>
      </w:pPr>
      <w:r>
        <w:t>ان دس ریگارڈ، دے ریفر ٹو ا قرآنک ورس ان وچ اٹ از سیڈ دیٹ وی ہیو گیون اور سپرٹ ان دا مین۔</w:t>
      </w:r>
    </w:p>
    <w:p>
      <w:r>
        <w:rPr>
          <w:b/>
        </w:rPr>
        <w:t xml:space="preserve">[1:13:18] </w:t>
      </w:r>
      <w:r>
        <w:t>Maulana, kindly explain this. Yani yeh sab laghu baat hai. Yani aap khud yeh maaniye ke insaan jo hai, Khuda ka ansh hai.</w:t>
      </w:r>
    </w:p>
    <w:p>
      <w:pPr>
        <w:jc w:val="right"/>
      </w:pPr>
      <w:r>
        <w:t>مولانا، کائنڈلی ایکسپلین دس۔ یعنی یہ سب لغو بات ہے۔ یعنی آپ خود یہ مانیے کہ انسان جو ہے، خدا کا अंश ہے۔</w:t>
      </w:r>
    </w:p>
    <w:p>
      <w:r>
        <w:rPr>
          <w:b/>
        </w:rPr>
        <w:t xml:space="preserve">[1:13:31] </w:t>
      </w:r>
      <w:r>
        <w:t>Jisko kehte hain indwelling God, ek concept hai. Usko kehte hain indwelling God. Yeh Khuda hamare andar basa hua hai. Toh aap maaniye, lekin Quran se kaise nikalte hain? Aap yeh toh bilkul bes les baat hai.</w:t>
      </w:r>
    </w:p>
    <w:p>
      <w:pPr>
        <w:jc w:val="right"/>
      </w:pPr>
      <w:r>
        <w:t>جس کو کہتے ہیں ان ڈوئلنگ گاڈ، ایک کانسیپٹ ہے۔ اس کو کہتے ہیں ان ڈوئلنگ گاڈ۔ یہ خدا ہمارے اندر بسا ہوا ہے۔ تو آپ مانیے، لیکن قرآن سے کیسے نکالتے ہیں؟ آپ یہ تو بالکل بیس لیس بات ہے۔</w:t>
      </w:r>
    </w:p>
    <w:p>
      <w:r>
        <w:rPr>
          <w:b/>
        </w:rPr>
        <w:t xml:space="preserve">[1:13:41] </w:t>
      </w:r>
      <w:r>
        <w:t>Yeh ghair scientific baat hai. Yeh ghair scientific bind hota hai jo apni baat ko nikalta hai Quran se. Aap ko right hai ke aap kuch bhi kahein, indwelling God ka idhar rakhein.</w:t>
      </w:r>
    </w:p>
    <w:p>
      <w:pPr>
        <w:jc w:val="right"/>
      </w:pPr>
      <w:r>
        <w:t>یہ غیر سائنٹیفک بات ہے۔ یہ غیر سائنٹیفک بائنڈ ہوتا ہے جو اپنی بات کو نکالتا ہے قرآن سے۔ آپ کو رائٹ ہے کہ آپ کچھ بھی کہیں، ان ڈوئلنگ گاڈ کا ادھر رکھیں۔</w:t>
      </w:r>
    </w:p>
    <w:p>
      <w:r>
        <w:rPr>
          <w:b/>
        </w:rPr>
        <w:t xml:space="preserve">[1:13:54] </w:t>
      </w:r>
      <w:r>
        <w:t>Aap dekhein, aap yeh kehne ka haq nahi hai ke Quran mein likha hua hai. Yeh toh bilkul bes les baat hai.</w:t>
      </w:r>
    </w:p>
    <w:p>
      <w:pPr>
        <w:jc w:val="right"/>
      </w:pPr>
      <w:r>
        <w:t>آپ دیکھیں، آپ یہ کہنے کا حق نہیں ہے کہ قرآن میں لکھا ہوا ہے۔ یہ تو بالکل بیس لیس بات ہے۔</w:t>
      </w:r>
    </w:p>
    <w:p>
      <w:r>
        <w:rPr>
          <w:b/>
        </w:rPr>
        <w:t xml:space="preserve">[1:14:03] </w:t>
      </w:r>
      <w:r>
        <w:t>Yeh toh bilkul bes les baat hai. Ek saahab the toh woh apne guru ko khabir kaha karte the. Ek halqa hai, abhi bhi hai.</w:t>
      </w:r>
    </w:p>
    <w:p>
      <w:pPr>
        <w:jc w:val="right"/>
      </w:pPr>
      <w:r>
        <w:t>یہ تو بالکل بیس لیس بات ہے۔ ایک صاحب تھے تو وہ اپنے گرو کو خبیر کہا کرتے تھے۔ ایک حلقہ ہے، ابھی بھی ہے۔</w:t>
      </w:r>
    </w:p>
    <w:p>
      <w:r>
        <w:rPr>
          <w:b/>
        </w:rPr>
        <w:t xml:space="preserve">[1:14:12] </w:t>
      </w:r>
      <w:r>
        <w:t>Woh halqa, ek group hai. Toh apne guru ko kehte hain khabir. Khabir ka maeni jaan ne wala. Sab baat woh jaante hain. Sab baat jaante hain.</w:t>
      </w:r>
    </w:p>
    <w:p>
      <w:pPr>
        <w:jc w:val="right"/>
      </w:pPr>
      <w:r>
        <w:t>وہ حلقہ، ایک گروپ ہے۔ تو اپنے گرو کو کہتے ہیں خبیر۔ خبیر کا معنی جاننے والا۔ سب بات وہ جانتے ہیں۔ سب بات جانتے ہیں۔</w:t>
      </w:r>
    </w:p>
    <w:p>
      <w:r>
        <w:rPr>
          <w:b/>
        </w:rPr>
        <w:t xml:space="preserve">[1:14:22] </w:t>
      </w:r>
      <w:r>
        <w:t>Woh toh khabir ko kehte hain. Sachai ki baat ho ya koi baat, sab woh jaante hain. Woh toh unhone kaha ke yeh toh Quran mein likha hua hai. Hamare guru khabir hain.</w:t>
      </w:r>
    </w:p>
    <w:p>
      <w:pPr>
        <w:jc w:val="right"/>
      </w:pPr>
      <w:r>
        <w:t>وہ تو خبیر کو کہتے ہیں۔ سچائی کی بات ہو یا کوئی بات، سب وہ جانتے ہیں۔ وہ تو انہوں نے کہا کہ یہ تو قرآن میں لکھا ہوا ہے۔ ہمارے گرو خبیر ہیں۔</w:t>
      </w:r>
    </w:p>
    <w:p>
      <w:r>
        <w:rPr>
          <w:b/>
        </w:rPr>
        <w:t xml:space="preserve">[1:14:33] </w:t>
      </w:r>
      <w:r>
        <w:t>Maine kaha kahan likha hua hai? Unhone kaha ke woh aayat padhi. Unhone kaha: "Fas'al bi khabeerah, fas'al bi khabeerah". Is tarah se nahi koi baat saabit hoti.</w:t>
      </w:r>
    </w:p>
    <w:p>
      <w:pPr>
        <w:jc w:val="right"/>
      </w:pPr>
      <w:r>
        <w:t>میں نے کہا کہاں لکھا ہوا ہے؟ انہوں نے کہا کہ وہ آیت پڑھی۔ انہوں نے کہا: "فصل بہ خبیرہ، فصل بہ خبیرہ"۔ اس طرح سے نہیں کوئی بات ثابت ہوتی۔</w:t>
      </w:r>
    </w:p>
    <w:p>
      <w:r>
        <w:rPr>
          <w:b/>
        </w:rPr>
        <w:t xml:space="preserve">[1:14:42] </w:t>
      </w:r>
      <w:r>
        <w:t>Yeh ghair scientific mind hote hain. Aisi baatein kaha karte hain. Woh main isko honesty nahi samajhta. Yeh dishonesty hai.</w:t>
      </w:r>
    </w:p>
    <w:p>
      <w:pPr>
        <w:jc w:val="right"/>
      </w:pPr>
      <w:r>
        <w:t>یہ غیر سائنٹیفک مائنڈ ہوتے ہیں۔ ایسی باتیں کہا کرتے ہیں۔ وہ میں اس کو اونسٹی نہیں سمجھتا۔ یہ ڈس اونسٹی ہے۔</w:t>
      </w:r>
    </w:p>
    <w:p>
      <w:r>
        <w:rPr>
          <w:b/>
        </w:rPr>
        <w:t xml:space="preserve">[1:14:51] </w:t>
      </w:r>
      <w:r>
        <w:t>Aap ko right hai yeh kehne ka ke main indwelling God ko maanta hoon. Yeh right nahi hai aap ka ke Quran mein yeh likha hua hai. Quran mein toh hai: "Qul Huwallahu Ahad, Allahus Samad, Lam Yalid wa Lam Yulad, wa Lam Yakullahu Kufuwan Ahad" ke Khuda mukammal taur par insaan se alag ek hasti hai.</w:t>
      </w:r>
    </w:p>
    <w:p>
      <w:pPr>
        <w:jc w:val="right"/>
      </w:pPr>
      <w:r>
        <w:t>آپ کو رائٹ ہے یہ کہنے کا کہ میں ان ڈوئلنگ گاڈ کو مانتا ہوں۔ یہ رائٹ نہیں ہے آپ کا کہ قرآن میں یہ لکھا ہوا ہے۔ قرآن میں تو ہے: "قلھو اللہ احد، اللہ الصمد، لمیلد ولم یولد، ولم کل کفوا احد" کہ خدا مکمل طور پر انسان سے الگ ایک ہستی ہے۔</w:t>
      </w:r>
    </w:p>
    <w:p>
      <w:r>
        <w:rPr>
          <w:b/>
        </w:rPr>
        <w:t xml:space="preserve">[1:15:09] </w:t>
      </w:r>
      <w:r>
        <w:t>Hamare andar basa hua hai. Yeh bilkul bes les baat hai. Quran, Quran ke mutabiq hamara part hai, hamare andar hai.</w:t>
      </w:r>
    </w:p>
    <w:p>
      <w:pPr>
        <w:jc w:val="right"/>
      </w:pPr>
      <w:r>
        <w:t>ہمارے اندر بسا ہوا ہے۔ یہ بالکل بیس لیس بات ہے۔ قرآن، قرآن کے مطابق ہمارا پارٹ ہے، ہمارے اندر ہے۔</w:t>
      </w:r>
    </w:p>
    <w:p>
      <w:r>
        <w:rPr>
          <w:b/>
        </w:rPr>
        <w:t xml:space="preserve">[1:15:17] </w:t>
      </w:r>
      <w:r>
        <w:t>Yeh sab Quranic se se alien hai. Yeh sab baatein hain. Toh main yeh kahunga ke aadmi ko azaadi hai is dunya mein ke jo chahe kahe, lekin apni taraf,</w:t>
      </w:r>
    </w:p>
    <w:p>
      <w:pPr>
        <w:jc w:val="right"/>
      </w:pPr>
      <w:r>
        <w:t>یہ سب قرآنی سے سے ایلین ہے۔ یہ سب باتیں ہیں۔ تو میں یہ کہوں گا کہ آدمی کو آزادی ہے اس دنیا میں کہ جو چاہے کہے، لیکن اپنی طرف،</w:t>
      </w:r>
    </w:p>
    <w:p>
      <w:r>
        <w:rPr>
          <w:b/>
        </w:rPr>
        <w:t xml:space="preserve">[1:15:32] </w:t>
      </w:r>
      <w:r>
        <w:t>apne ko apni base par kahe. Woh Quran ki base par kehna yeh dishonesty hai. Aisi ghalti nahi karni chahiye aadmi ko, kyunke Quran mein bohat hi clear hai, bohat hi clear hai ke Khuda ek hai,</w:t>
      </w:r>
    </w:p>
    <w:p>
      <w:pPr>
        <w:jc w:val="right"/>
      </w:pPr>
      <w:r>
        <w:t>اپنے کو اپنی بیس پر کہے۔ وہ قرآن کی بیس پر کہنا یہ ڈس اونسٹی ہے۔ ایسی غلطی نہیں کرنی چاہیے آدمی کو، کیونکہ قرآن میں بہت ہی کلیئر ہے، بہت ہی کلیئر ہے کہ خدا ایک ہے،</w:t>
      </w:r>
    </w:p>
    <w:p>
      <w:r>
        <w:rPr>
          <w:b/>
        </w:rPr>
        <w:t xml:space="preserve">[1:15:47] </w:t>
      </w:r>
      <w:r>
        <w:t>woh alag hai, uska makhlooq alag hai, Khuda alag hai, khaliq alag hai, makhlooq alag hai. Woh is, woh jab kuch nahi tha, tab Khuda tha.</w:t>
      </w:r>
    </w:p>
    <w:p>
      <w:pPr>
        <w:jc w:val="right"/>
      </w:pPr>
      <w:r>
        <w:t>وہ الگ ہے، اس کا مخلوق الگ ہے، خدا الگ ہے، خالق الگ ہے، مخلوق الگ ہے۔ وہ اس، وہ جب کچھ نہیں تھا، تب خدا تھا۔</w:t>
      </w:r>
    </w:p>
    <w:p>
      <w:r>
        <w:rPr>
          <w:b/>
        </w:rPr>
        <w:t xml:space="preserve">[1:15:58] </w:t>
      </w:r>
      <w:r>
        <w:t>Khuda ne phir paida kiya. Toh yeh isi ko kehte hain tauheed. Toh tauheed ka aqeedah bohat hi clear hai Quran majeed mein.</w:t>
      </w:r>
    </w:p>
    <w:p>
      <w:pPr>
        <w:jc w:val="right"/>
      </w:pPr>
      <w:r>
        <w:t>خدا نے پھر پیدا کیا۔ تو یہ اسی کو کہتے ہیں توحید۔ تو توحید کا عقیدہ بہت ہی کلیئر ہے قرآن مجید میں۔</w:t>
      </w:r>
    </w:p>
    <w:p>
      <w:r>
        <w:rPr>
          <w:b/>
        </w:rPr>
        <w:t xml:space="preserve">[1:16:07] </w:t>
      </w:r>
      <w:r>
        <w:t>Bohat clear hai, bohat clear hai, bohat clear hai. Toh yeh baat logon ko jo kehte hain, woh main woh dishonesty karte hain ke apni baat ko khwamkhwah Quran majeed mein shaamil karte hain.</w:t>
      </w:r>
    </w:p>
    <w:p>
      <w:pPr>
        <w:jc w:val="right"/>
      </w:pPr>
      <w:r>
        <w:t>بہت کلیئر ہے، بہت کلیئر ہے، بہت کلیئر ہے۔ تو یہ بات لوگوں کو جو کہتے ہیں، وہ میں وہ ڈس اونسٹی کرتے ہیں کہ اپنی بات کو خوامخواہ قرآن مجید میں شامل کرتے ہیں۔</w:t>
      </w:r>
    </w:p>
    <w:p>
      <w:r>
        <w:rPr>
          <w:b/>
        </w:rPr>
        <w:t xml:space="preserve">[1:16:22] </w:t>
      </w:r>
      <w:r>
        <w:t>Das question is from Mr Jan Muhammad from Afghanistan. My question is in regard to the American occupation of Afghanistan.</w:t>
      </w:r>
    </w:p>
    <w:p>
      <w:pPr>
        <w:jc w:val="right"/>
      </w:pPr>
      <w:r>
        <w:t>دس کوئسچن از فرام مسٹر جن محمد فرام افغانستان۔ مائی کوئسچن از ان ریگارڈ ٹو دا امریکن اکوپیشن اف افغانستان۔</w:t>
      </w:r>
    </w:p>
    <w:p>
      <w:r>
        <w:rPr>
          <w:b/>
        </w:rPr>
        <w:t xml:space="preserve">[1:16:34] </w:t>
      </w:r>
      <w:r>
        <w:t>Should this not be seen as an opportunity to communicate the message of Islam to Americans?</w:t>
      </w:r>
    </w:p>
    <w:p>
      <w:pPr>
        <w:jc w:val="right"/>
      </w:pPr>
      <w:r>
        <w:t>شوڈ دس ناٹ بی سین ایز این اپرچونیٹی ٹو کمیونیکیٹ دا میسج اف اسلام ٹو امریکنز؟</w:t>
      </w:r>
    </w:p>
    <w:p>
      <w:r>
        <w:rPr>
          <w:b/>
        </w:rPr>
        <w:t xml:space="preserve">[1:16:43] </w:t>
      </w:r>
      <w:r>
        <w:t>Nahi, mera maanna toh yahi hai ke chahe mad'u aap ke mulk mein aa gaya ho ya khud apne des mein ho, har haalat mein us ko mad'u ki nazar se dekhein.</w:t>
      </w:r>
    </w:p>
    <w:p>
      <w:pPr>
        <w:jc w:val="right"/>
      </w:pPr>
      <w:r>
        <w:t>نہیں، میرا ماننا تو یہی ہے کہ چاہے مدعو آپ کے ملک میں آ گیا ہو یا خود اپنے دیس میں ہو، ہر حالت میں اس کو مدعو کی نظر سے دیکھیں۔</w:t>
      </w:r>
    </w:p>
    <w:p>
      <w:r>
        <w:rPr>
          <w:b/>
        </w:rPr>
        <w:t xml:space="preserve">[1:16:55] </w:t>
      </w:r>
      <w:r>
        <w:t>Yani American jab the apne des mein, USA mein, tab bhi hamare liye mad'u the. Ab agar woh aaye hain Iraq, Afghanistan mein, tab bhi hamare liye mad'u hain.</w:t>
      </w:r>
    </w:p>
    <w:p>
      <w:pPr>
        <w:jc w:val="right"/>
      </w:pPr>
      <w:r>
        <w:t>یعنی امریکن جب تھے اپنے دیس میں، یو ایس اے میں، تب بھی ہمارے لیے مدعو تھے۔ اب اگر وہ آئے ہیں عراق، افغانستان میں، تب بھی ہمارے لیے مدعو ہیں۔</w:t>
      </w:r>
    </w:p>
    <w:p>
      <w:r>
        <w:rPr>
          <w:b/>
        </w:rPr>
        <w:t xml:space="preserve">[1:17:07] </w:t>
      </w:r>
      <w:r>
        <w:t>to un ko samjhiye ke aap hamare madu hain, hamare darwaze pe aa gaye hain. un ko deen pohanchao. dushman ki nazar se dekhna, yeh main is ko sahi nahi samajhta. un se aap discuss kijiye, un se dialogue kijiye, un ke new session kijiye, un ko islami literature pohanchaiye.</w:t>
      </w:r>
    </w:p>
    <w:p>
      <w:pPr>
        <w:jc w:val="right"/>
      </w:pPr>
      <w:r>
        <w:t>تو ان کو سمجھیے کہ آپ ہمارے مدعو ہیں، ہمارے دروازے پہ آ گئے ہیں۔ ان کو دین پہنچاؤ۔ دشمن کی نظر سے دیکھنا، یہ میں اس کو صحیح نہیں سمجھتا۔ ان سے آپ ڈسکس کیجئے، ان سے ڈائیلاگ کیجئے، ان کے نیو سیشن کیجئے، ان کو اسلامی لٹریچر پہنچائیے۔</w:t>
      </w:r>
    </w:p>
    <w:p>
      <w:r>
        <w:rPr>
          <w:b/>
        </w:rPr>
        <w:t xml:space="preserve">[1:17:26] </w:t>
      </w:r>
      <w:r>
        <w:t>aur is ki misaal maujood hai ke pichli war mein, jo jo khaleej, yaani jo gulf war hui thi, yaar basiner ke zamane mein, to misr mein aur is area mein, yaani yaani is mein yeh middle east mein bohat se american fauji is zamane mein wahan pe station kiye gaye the, jagah jagah.</w:t>
      </w:r>
    </w:p>
    <w:p>
      <w:pPr>
        <w:jc w:val="right"/>
      </w:pPr>
      <w:r>
        <w:t>اور اس کی مثال موجود ہے کہ پچھلی وار میں، جو جو خلیج، یعنی جو گلف وار ہوئی تھی، یار بسینر کے زمانے میں، تو مصر میں اور اس ایریا میں، یعنی یعنی اس میں یہ مڈل ایسٹ میں بہت سے امریکن فوجی اس زمانے میں وہاں پہ اسٹیشن کیے گئے تھے، جگہ جگہ۔</w:t>
      </w:r>
    </w:p>
    <w:p>
      <w:r>
        <w:rPr>
          <w:b/>
        </w:rPr>
        <w:t xml:space="preserve">[1:17:52] </w:t>
      </w:r>
      <w:r>
        <w:t>to wahan par khud unhi ki request par ek misr ke ek sahib ko muqarrar kiya gaya ke woh islam batain.</w:t>
      </w:r>
    </w:p>
    <w:p>
      <w:pPr>
        <w:jc w:val="right"/>
      </w:pPr>
      <w:r>
        <w:t>تو وہاں پر خود انہی کی ریکویسٹ پر ایک مصر کے ایک صاحب کو مقرر کیا گیا کہ وہ اسلام بتائیں۔</w:t>
      </w:r>
    </w:p>
    <w:p>
      <w:r>
        <w:rPr>
          <w:b/>
        </w:rPr>
        <w:t xml:space="preserve">[1:18:00] </w:t>
      </w:r>
      <w:r>
        <w:t>un ko khud faujiyon ne request kiya tha. yeh to ek sahib the jo english jante the. to woh wahan par un sahib se meri mulaqat hui, misri professor se.</w:t>
      </w:r>
    </w:p>
    <w:p>
      <w:pPr>
        <w:jc w:val="right"/>
      </w:pPr>
      <w:r>
        <w:t>ان کو خود فوجیوں نے ریکویسٹ کیا تھا۔ یہ تو ایک صاحب تھے جو انگلش جانتے تھے۔ تو وہ وہاں پر ان صاحب سے میری ملاقات ہوئی، مصری پروفیسر سے۔</w:t>
      </w:r>
    </w:p>
    <w:p>
      <w:r>
        <w:rPr>
          <w:b/>
        </w:rPr>
        <w:t xml:space="preserve">[1:18:12] </w:t>
      </w:r>
      <w:r>
        <w:t>woh english jante the, woh ja kar english mein lecture dene lage, woh islam par. aur do hazar amriki jo hain, unhone islam qabool kar liya. to aap un ko dushman kyun samajhte hain?</w:t>
      </w:r>
    </w:p>
    <w:p>
      <w:pPr>
        <w:jc w:val="right"/>
      </w:pPr>
      <w:r>
        <w:t>وہ انگلش جانتے تھے، وہ جا کر انگلش میں لیکچر دینے لگے، وہ اسلام پر۔ اور دو ہزار امریکی جو ہیں، انہوں نے اسلام قبول کر لیا۔ تو آپ ان کو دشمن کیوں سمجھتے ہیں؟</w:t>
      </w:r>
    </w:p>
    <w:p>
      <w:r>
        <w:rPr>
          <w:b/>
        </w:rPr>
        <w:t xml:space="preserve">[1:18:23] </w:t>
      </w:r>
      <w:r>
        <w:t>is ko insan samjhiye.</w:t>
      </w:r>
    </w:p>
    <w:p>
      <w:pPr>
        <w:jc w:val="right"/>
      </w:pPr>
      <w:r>
        <w:t>اس کو انسان سمجھیے۔</w:t>
      </w:r>
    </w:p>
    <w:p>
      <w:r>
        <w:rPr>
          <w:b/>
        </w:rPr>
        <w:t xml:space="preserve">[1:18:31] </w:t>
      </w:r>
      <w:r>
        <w:t>ek sahib mujh se mile the japan ke, to unhone japan ke bare mein bataya ke main no musalman hoon, main japan mein paida hua, phir main ne islam qabool kar liya.</w:t>
      </w:r>
    </w:p>
    <w:p>
      <w:pPr>
        <w:jc w:val="right"/>
      </w:pPr>
      <w:r>
        <w:t>ایک صاحب مجھ سے ملے تھے جاپان کے، تو انہوں نے جاپان کے بارے میں بتایا کہ میں نو مسلم ہوں، میں جاپان میں پیدا ہوا، پھر میں نے اسلام قبول کر لیا۔</w:t>
      </w:r>
    </w:p>
    <w:p>
      <w:r>
        <w:rPr>
          <w:b/>
        </w:rPr>
        <w:t xml:space="preserve">[1:18:41] </w:t>
      </w:r>
      <w:r>
        <w:t>to baat karte hue unhone kaha tha ke "japanese are potentially muslims". "japanese are potentially muslims".</w:t>
      </w:r>
    </w:p>
    <w:p>
      <w:pPr>
        <w:jc w:val="right"/>
      </w:pPr>
      <w:r>
        <w:t>تو بات کرتے ہوئے انہوں نے کہا تھا کہ "جیپنیز ار پوٹینشلی مسلمز"۔ "جیپنیز ار پوٹینشلی مسلمز"۔</w:t>
      </w:r>
    </w:p>
    <w:p>
      <w:r>
        <w:rPr>
          <w:b/>
        </w:rPr>
        <w:t xml:space="preserve">[1:18:50] </w:t>
      </w:r>
      <w:r>
        <w:t>to main ne kaha ke nahi, "every human being is potentially muslims". har aadmi ko khuda ne banaya hai, har aadmi ka nature wahi hai, har aadmi ka ka jo jo fitri dhancha hai, wahi same hai.</w:t>
      </w:r>
    </w:p>
    <w:p>
      <w:pPr>
        <w:jc w:val="right"/>
      </w:pPr>
      <w:r>
        <w:t>تو میں نے کہا کہ نہیں، "ایوری ہیومن بینگ از پوٹینشلی مسلمز"۔ ہر آدمی کو خدا نے بنایا ہے، ہر آدمی کا نیچر وہی ہے، ہر آدمی کا کا جو جو فطری ڈھانچہ ہے، وہی سیم ہے۔</w:t>
      </w:r>
    </w:p>
    <w:p>
      <w:r>
        <w:rPr>
          <w:b/>
        </w:rPr>
        <w:t xml:space="preserve">[1:19:07] </w:t>
      </w:r>
      <w:r>
        <w:t>to har aadmi potentially muslim hai.</w:t>
      </w:r>
    </w:p>
    <w:p>
      <w:pPr>
        <w:jc w:val="right"/>
      </w:pPr>
      <w:r>
        <w:t>تو ہر آدمی پوٹینشلی مسلم ہے۔</w:t>
      </w:r>
    </w:p>
    <w:p>
      <w:r>
        <w:rPr>
          <w:b/>
        </w:rPr>
        <w:t xml:space="preserve">[1:19:12] </w:t>
      </w:r>
      <w:r>
        <w:t>to main samajhta hoon ke agar yeh baat main ne kashmiriوں se kahi, kashmir ke ek sahib se baat hui, unhone kaha ke aap da'wation ka kaam kyun nahi karte?</w:t>
      </w:r>
    </w:p>
    <w:p>
      <w:pPr>
        <w:jc w:val="right"/>
      </w:pPr>
      <w:r>
        <w:t>تو میں سمجھتا ہوں کہ اگر یہ بات میں نے کشمیریوں سے کہی، کشمیر کے ایک صاحب سے بات ہوئی، انہوں نے کہا کہ آپ دعوتیوں کا کام کیوں نہیں کرتے؟</w:t>
      </w:r>
    </w:p>
    <w:p>
      <w:r>
        <w:rPr>
          <w:b/>
        </w:rPr>
        <w:t xml:space="preserve">[1:19:23] </w:t>
      </w:r>
      <w:r>
        <w:t>to unhone kaha ke hamare ghair muslim kahan hain? hum to da'wati kaam kahan karein? aur to sab musalman musalman hain. main ne kaha galat hai, aap kehte hain kashmir mein to behtareen jagah hai da'wat da'wat work karne ki.</w:t>
      </w:r>
    </w:p>
    <w:p>
      <w:pPr>
        <w:jc w:val="right"/>
      </w:pPr>
      <w:r>
        <w:t>تو انہوں نے کہا کہ ہمارے غیر مسلم کہاں ہیں؟ ہم تو دعوتی کام کہاں کریں؟ اور تو سب مسلمان مسلمان ہیں۔ میں نے کہا غلط ہے، آپ کہتے ہیں کشمیر میں تو بہترین جگہ ہے دعوت دعوت ورک کرنے کی۔</w:t>
      </w:r>
    </w:p>
    <w:p>
      <w:r>
        <w:rPr>
          <w:b/>
        </w:rPr>
        <w:t xml:space="preserve">[1:19:35] </w:t>
      </w:r>
      <w:r>
        <w:t>jo aaj jis jo army hai, indian army, woh sab woh sab ke sab ghair muslim hain. un mein da'wat work kijiye, lekin chounke aap un ko dushman ki nazar se dekhte hain, to aap ko samajh mein nahi aya ke un par da'wat work karein.</w:t>
      </w:r>
    </w:p>
    <w:p>
      <w:pPr>
        <w:jc w:val="right"/>
      </w:pPr>
      <w:r>
        <w:t>جو آج جس جو آرمی ہے، انڈین آرمی، وہ سب وہ سب کے سب غیر مسلم ہیں۔ ان میں دعوت ورک کیجئے، لیکن چونکہ آپ ان کو دشمن کی نظر سے دیکھتے ہیں، تو آپ کو سمجھ میں نہیں آیا کہ ان پر دعوت ورک کریں۔</w:t>
      </w:r>
    </w:p>
    <w:p>
      <w:r>
        <w:rPr>
          <w:b/>
        </w:rPr>
        <w:t xml:space="preserve">[1:19:50] </w:t>
      </w:r>
      <w:r>
        <w:t>hum aise aise tourist aate hain kashmir mein, touriston ko bhi aksar ghair muslim hote hain. un mein aap da'wati kaam kijiye.</w:t>
      </w:r>
    </w:p>
    <w:p>
      <w:pPr>
        <w:jc w:val="right"/>
      </w:pPr>
      <w:r>
        <w:t>ہم ایسے ایسے ٹورسٹ آتے ہیں کشمیر میں، ٹورسٹوں کو بھی اکثر غیر مسلم ہوتے ہیں۔ ان میں آپ دعوتی کام کیجئے۔</w:t>
      </w:r>
    </w:p>
    <w:p>
      <w:r>
        <w:rPr>
          <w:b/>
        </w:rPr>
        <w:t xml:space="preserve">[1:20:00] </w:t>
      </w:r>
      <w:r>
        <w:t>to basic baat hai ke musalman doosron ko enemy ke roop mein dekhte hain, madu ke roop mein nahi dekhte, ajnabi ke roop mein dekhte hain, attacker ke roop mein dekhte hain.</w:t>
      </w:r>
    </w:p>
    <w:p>
      <w:pPr>
        <w:jc w:val="right"/>
      </w:pPr>
      <w:r>
        <w:t>تو بیسک بات ہے کہ مسلمان دوسروں کو اینمی کے روپ میں دیکھتے ہیں، مدعو کے روپ میں نہیں دیکھتے، اجنبی کے روپ میں دیکھتے ہیں، اٹیکر کے روپ میں دیکھتے ہیں۔</w:t>
      </w:r>
    </w:p>
    <w:p>
      <w:r>
        <w:rPr>
          <w:b/>
        </w:rPr>
        <w:t xml:space="preserve">[1:20:11] </w:t>
      </w:r>
      <w:r>
        <w:t>madu ke roop mein dekha hai to khoob da'wati kaam karne ka mauqa hai har jagah. abhi bhi arab khaleej ke jo jo gulf gulf countries jo hain, jis mein bahar ke log aaye hain kaam karne ke liye, to barabar mere paas arabi akhbar aata hai, us mein barabar khabrein hoti hain.</w:t>
      </w:r>
    </w:p>
    <w:p>
      <w:pPr>
        <w:jc w:val="right"/>
      </w:pPr>
      <w:r>
        <w:t>مدعو کے روپ میں دیکھا ہے تو خوب دعوتی کام کرنے کا موقع ہے ہر جگہ۔ ابھی بھی عرب خلیج کے جو جو گلف گلف کنٹریز جو ہیں، جس میں باہر کے لوگ آئے ہیں کام کرنے کے لیے، تو برابر میرے پاس عربی اخبار آتا ہے، اس میں برابر خبریں ہوتی ہیں۔</w:t>
      </w:r>
    </w:p>
    <w:p>
      <w:r>
        <w:rPr>
          <w:b/>
        </w:rPr>
        <w:t xml:space="preserve">[1:20:29] </w:t>
      </w:r>
      <w:r>
        <w:t>kitne logon ne islam qabool kar liya hota hai, logon ne islam qabool kar liya sirf interaction se. musalmanon se interaction hua, un ka sirf interaction se aisa hua, phir discussion hua aur quran parha, unhone islam qabool kar liya.</w:t>
      </w:r>
    </w:p>
    <w:p>
      <w:pPr>
        <w:jc w:val="right"/>
      </w:pPr>
      <w:r>
        <w:t>کتنے لوگوں نے اسلام قبول کر لیا ہوتا ہے، لوگوں نے اسلام قبول کر لیا صرف انٹریکشن سے۔ مسلمانوں سے انٹریکشن ہوا، ان کا صرف انٹریکشن سے ایسا ہوا، پھر ڈسکشن ہوا اور قرآن پڑھا، انہوں نے اسلام قبول کر لیا۔</w:t>
      </w:r>
    </w:p>
    <w:p>
      <w:r>
        <w:rPr>
          <w:b/>
        </w:rPr>
        <w:t xml:space="preserve">[1:20:42] </w:t>
      </w:r>
      <w:r>
        <w:t>unhone kitna bara potential hai, lekin is ko apne aap to yeh apne aap to kuch log aisa kar rahe hain apne aap, lekin da'wati zor musalman mein nahi hai, jis ke tehat woh is ko ek ek opportunity ke taur par dekhein aur is ko avail karein.</w:t>
      </w:r>
    </w:p>
    <w:p>
      <w:pPr>
        <w:jc w:val="right"/>
      </w:pPr>
      <w:r>
        <w:t>انہوں نے کتنا بڑا پوٹینشل ہے، لیکن اس کو اپنے آپ تو یہ اپنے آپ تو کچھ لوگ ایسا کر رہے ہیں اپنے آپ، لیکن دعوتی زور مسلمان میں نہیں ہے، جس کے تحت وہ اس کو ایک ایک اپرچونیٹی کے طور پر دیکھیں اور اس کو اویل کریں۔</w:t>
      </w:r>
    </w:p>
    <w:p>
      <w:r>
        <w:rPr>
          <w:b/>
        </w:rPr>
        <w:t xml:space="preserve">[1:21:04] </w:t>
      </w:r>
      <w:r>
        <w:t>das question is from mr waqar alam from new york</w:t>
      </w:r>
    </w:p>
    <w:p>
      <w:pPr>
        <w:jc w:val="right"/>
      </w:pPr>
      <w:r>
        <w:t>دس کوئسچن از فرام مسٹر وقار عالم فرام نیویارک</w:t>
      </w:r>
    </w:p>
    <w:p>
      <w:r>
        <w:rPr>
          <w:b/>
        </w:rPr>
        <w:t xml:space="preserve">[1:21:10] </w:t>
      </w:r>
      <w:r>
        <w:t>maulana, i understand your concept of love for madu. i am also aware that we cannot consider non muslims are friends.</w:t>
      </w:r>
    </w:p>
    <w:p>
      <w:pPr>
        <w:jc w:val="right"/>
      </w:pPr>
      <w:r>
        <w:t>۔ مولانا، آئی انڈرسٹینڈ یور کانسیپٹ اف لو فار مدعو۔ آئی ایم السو اویئر دیٹ وی کین ناٹ کنسیڈر نان مسلمز ار فرینڈز۔</w:t>
      </w:r>
    </w:p>
    <w:p>
      <w:r>
        <w:rPr>
          <w:b/>
        </w:rPr>
        <w:t xml:space="preserve">[1:21:20] </w:t>
      </w:r>
      <w:r>
        <w:t>where should we draw the line while working with them? kindly let us know.</w:t>
      </w:r>
    </w:p>
    <w:p>
      <w:pPr>
        <w:jc w:val="right"/>
      </w:pPr>
      <w:r>
        <w:t>ویر شوڈ وی ڈرا دا لائن وائل ورکنگ ود دیم؟ کائنڈلی لیٹ اس نو۔</w:t>
      </w:r>
    </w:p>
    <w:p>
      <w:r>
        <w:rPr>
          <w:b/>
        </w:rPr>
        <w:t xml:space="preserve">[1:21:27] </w:t>
      </w:r>
      <w:r>
        <w:t>koi line nahi hai. yaani jis tarah maa apne period se mohabbat karti hai, waise aap karna hai. is mein line kya hai? kuch nahi.</w:t>
      </w:r>
    </w:p>
    <w:p>
      <w:pPr>
        <w:jc w:val="right"/>
      </w:pPr>
      <w:r>
        <w:t>کوئی لائن نہیں ہے۔ یعنی جس طرح ماں اپنے پیریڈ سے محبت کرتی ہے، ویسے آپ کرنا ہے۔ اس میں لائن کیا ہے؟ کچھ نہیں۔</w:t>
      </w:r>
    </w:p>
    <w:p>
      <w:r>
        <w:rPr>
          <w:b/>
        </w:rPr>
        <w:t xml:space="preserve">[1:21:38] </w:t>
      </w:r>
      <w:r>
        <w:t>yaani agar woh aap ko lage ke yeh conspiracy kar rahe hain, tab bhi aap se mohabbat karna hai. un ko Hazrat Masih ne kaha tha ke "love your enemy". is ka matlab yeh hai ke yahan love jo Hazrat Masih ne kaha tha, madu har har aadmi aap ko madu hai, chahe woh enemy nazar aata hai.</w:t>
      </w:r>
    </w:p>
    <w:p>
      <w:pPr>
        <w:jc w:val="right"/>
      </w:pPr>
      <w:r>
        <w:t>یعنی اگر وہ آپ کو لگے کہ یہ کانسپیریسی کر رہے ہیں، تب بھی آپ سے محبت کرنا ہے۔ ان کو حضرت مسیح نے کہا تھا کہ "لو یور اینمی"۔ اس کا مطلب یہ ہے کہ یہاں لو جو حضرت مسیح نے کہا تھا، مدعو ہر ہر آدمی آپ کو مدعو ہے، چاہے وہ اینمی نظر آتا ہے۔</w:t>
      </w:r>
    </w:p>
    <w:p>
      <w:r>
        <w:rPr>
          <w:b/>
        </w:rPr>
        <w:t xml:space="preserve">[1:21:56] </w:t>
      </w:r>
      <w:r>
        <w:t>aap ko Hazrat Masih ke qaul ka matlab hai ke madu se mohabbat karo, chahe woh tum ko enemy dikhai parta ho. "love your enemy" ka matlab yahi hai ke apne madu se mohabbat karo, chahe tum ko woh enemy dikhai deta ho, tab bhi.</w:t>
      </w:r>
    </w:p>
    <w:p>
      <w:pPr>
        <w:jc w:val="right"/>
      </w:pPr>
      <w:r>
        <w:t>آپ کو حضرت مسیح کے قول کا مطلب ہے کہ مدعو سے محبت کرو، چاہے وہ تم کو اینمی دکھائی پڑتا ہو۔ "لو یور اینمی" کا مطلب یہی ہے کہ اپنے مدعو سے محبت کرو، چاہے تم کو وہ اینمی دکھائی دیتا ہو، تب بھی۔</w:t>
      </w:r>
    </w:p>
    <w:p>
      <w:r>
        <w:rPr>
          <w:b/>
        </w:rPr>
        <w:t xml:space="preserve">[1:22:13] </w:t>
      </w:r>
      <w:r>
        <w:t>to koi is mein aap line nahi kheench sakte. aap ko unilateral taur par har insaan se mohabbat karna hai, kyunke woh aap ka madu hai.</w:t>
      </w:r>
    </w:p>
    <w:p>
      <w:pPr>
        <w:jc w:val="right"/>
      </w:pPr>
      <w:r>
        <w:t>تو کوئی اس میں آپ لائن نہیں کھینچ سکتے۔ آپ کو یونلیٹرل طور پر ہر انسان سے محبت کرنا ہے، کیونکہ وہ آپ کا مدعو ہے۔</w:t>
      </w:r>
    </w:p>
    <w:p>
      <w:r>
        <w:rPr>
          <w:b/>
        </w:rPr>
        <w:t xml:space="preserve">[1:22:26] </w:t>
      </w:r>
      <w:r>
        <w:t>koi line is mein nahin hai.</w:t>
      </w:r>
    </w:p>
    <w:p>
      <w:pPr>
        <w:jc w:val="right"/>
      </w:pPr>
      <w:r>
        <w:t>کوئی لائن اس میں نہیں ہے۔</w:t>
      </w:r>
    </w:p>
    <w:p>
      <w:r>
        <w:rPr>
          <w:b/>
        </w:rPr>
        <w:t xml:space="preserve">[1:22:30] </w:t>
      </w:r>
      <w:r>
        <w:t>das question is from mr s ahmad from new delhi. maulana sahib, thank you very much for your thought provoking lecture today.</w:t>
      </w:r>
    </w:p>
    <w:p>
      <w:pPr>
        <w:jc w:val="right"/>
      </w:pPr>
      <w:r>
        <w:t>دس کوئسچن از فرام مسٹر ایس احمد فرام نیو دہلی۔ مولانا صاحب، تھینک یو ویری مچ فار یور تھاٹ پرووکنگ لیکچر ٹوڈے۔</w:t>
      </w:r>
    </w:p>
    <w:p>
      <w:r>
        <w:rPr>
          <w:b/>
        </w:rPr>
        <w:t xml:space="preserve">[1:22:42] </w:t>
      </w:r>
      <w:r>
        <w:t>many people say that today, if there is high clash between muslims and jews or christians, it is because of quran.</w:t>
      </w:r>
    </w:p>
    <w:p>
      <w:pPr>
        <w:jc w:val="right"/>
      </w:pPr>
      <w:r>
        <w:t>مینی پیپل سی دیٹ ٹوڈے، اف دیر از ہائی کلیش بٹوین مسلمز اینڈ جیوز اور کرسچنز، اٹ از بیکاز اف قرآن۔</w:t>
      </w:r>
    </w:p>
    <w:p>
      <w:r>
        <w:rPr>
          <w:b/>
        </w:rPr>
        <w:t xml:space="preserve">[1:22:52] </w:t>
      </w:r>
      <w:r>
        <w:t>as in quran, there are incidents pointed out against jews and christians number of times. what do you think about a</w:t>
      </w:r>
    </w:p>
    <w:p>
      <w:pPr>
        <w:jc w:val="right"/>
      </w:pPr>
      <w:r>
        <w:t>ایز ان قرآن، دیر ار انسیڈنٹس پوائنٹڈ آؤٹ اگینسٹ جیوز اینڈ کرسچنز نمبر اف ٹائمز۔ واٹ ڈو یو تھنک اباؤٹ ا</w:t>
      </w:r>
    </w:p>
    <w:p>
      <w:r>
        <w:rPr>
          <w:b/>
        </w:rPr>
        <w:t xml:space="preserve">[1:23:01] </w:t>
      </w:r>
      <w:r>
        <w:t>t? kindly elaborate. aise references bilkul galat hain. koi yani koi musalmanon mein aur aur jews mein koi permanent war likhi ho quran majeed mein, aisa kuch bhi nahin hai.</w:t>
      </w:r>
    </w:p>
    <w:p>
      <w:pPr>
        <w:jc w:val="right"/>
      </w:pPr>
      <w:r>
        <w:t>ٹ؟ کائنڈلی ایلیبریٹ۔ ایسے ریفرنسز بالکل غلط ہیں۔ کوئی یعنی کوئی مسلمانوں میں اور اور جیوز میں کوئی پرماننٹ وار لکھی ہو قرآن مجید میں، ایسا کچھ بھی نہیں ہے۔</w:t>
      </w:r>
    </w:p>
    <w:p>
      <w:r>
        <w:rPr>
          <w:b/>
        </w:rPr>
        <w:t xml:space="preserve">[1:23:18] </w:t>
      </w:r>
      <w:r>
        <w:t>jo aisa kahe, woh bilkul baseless baat kehta hai. wahan par rasool allah ki jo chand ladaiyan hui thin, bahut thin.</w:t>
      </w:r>
    </w:p>
    <w:p>
      <w:pPr>
        <w:jc w:val="right"/>
      </w:pPr>
      <w:r>
        <w:t>جو ایسا کہے، وہ بالکل بیس لیس بات کہتا ہے۔ وہاں پر رسول اللہ کی جو چند لڑائیاں ہوئی تھیں، بہت تھیں۔</w:t>
      </w:r>
    </w:p>
    <w:p>
      <w:r>
        <w:rPr>
          <w:b/>
        </w:rPr>
        <w:t xml:space="preserve">[1:23:28] </w:t>
      </w:r>
      <w:r>
        <w:t>main is ko skirmishes kehta hoon. rasool allah ki jo ladai hui thi, sirf char bar, woh skirmishes thin. woh woh war nahin thi, koi full-fledged war nahin thi.</w:t>
      </w:r>
    </w:p>
    <w:p>
      <w:pPr>
        <w:jc w:val="right"/>
      </w:pPr>
      <w:r>
        <w:t>میں اس کو اسکرمیشنز کہتا ہوں۔ رسول اللہ کی جو لڑائی ہوئی تھی، صرف چار بار، وہ اسکرمیشنز تھیں۔ وہ وہ وار نہیں تھی، کوئی فل فلیج وار نہیں تھی۔</w:t>
      </w:r>
    </w:p>
    <w:p>
      <w:r>
        <w:rPr>
          <w:b/>
        </w:rPr>
        <w:t xml:space="preserve">[1:23:39] </w:t>
      </w:r>
      <w:r>
        <w:t>woh yaad rakhiye, woh kyun thi? unhon ne attack kiya tha. yeh bilkul hi baseless baat hai manna, kyunke hum se un se koi ladai permanent war chidi hui hai.</w:t>
      </w:r>
    </w:p>
    <w:p>
      <w:pPr>
        <w:jc w:val="right"/>
      </w:pPr>
      <w:r>
        <w:t>وہ یاد رکھیے، وہ کیوں تھی؟ انہوں نے اٹیک کیا تھا۔ یہ بالکل ہی بیس لیس بات ہے ماننا، کیونکہ ہم سے ان سے کوئی لڑائی پرماننٹ وار چھڑی ہوئی ہے۔</w:t>
      </w:r>
    </w:p>
    <w:p>
      <w:r>
        <w:rPr>
          <w:b/>
        </w:rPr>
        <w:t xml:space="preserve">[1:23:51] </w:t>
      </w:r>
      <w:r>
        <w:t>jo aisa kehta hai, woh quran par ilzaam lagata hai.</w:t>
      </w:r>
    </w:p>
    <w:p>
      <w:pPr>
        <w:jc w:val="right"/>
      </w:pPr>
      <w:r>
        <w:t>جو ایسا کہتا ہے، وہ قرآن پر الزام لگاتا ہے۔</w:t>
      </w:r>
    </w:p>
    <w:p>
      <w:r>
        <w:rPr>
          <w:b/>
        </w:rPr>
        <w:t xml:space="preserve">[1:23:58] </w:t>
      </w:r>
      <w:r>
        <w:t>hum jaisa ke main abhi speech mein baat kar chuka hoon, main is liye ke musalman ki jo hesiyat hai, us ko maaniye, samjhiye, woh kya hai? woh hai shuhada ki hesiyat.</w:t>
      </w:r>
    </w:p>
    <w:p>
      <w:pPr>
        <w:jc w:val="right"/>
      </w:pPr>
      <w:r>
        <w:t>ہم جیسا کہ میں ابھی اسپیچ میں بات کر چکا ہوں، میں اس لیے کہ مسلمان کی جو حیثیت ہے، اس کو مانیے، سمجھیے، وہ کیا ہے؟ وہ ہے شہداء کی حیثیت۔</w:t>
      </w:r>
    </w:p>
    <w:p>
      <w:r>
        <w:rPr>
          <w:b/>
        </w:rPr>
        <w:t xml:space="preserve">[1:24:08] </w:t>
      </w:r>
      <w:r>
        <w:t>quran majeed mein hai: "latuqoon al-shuhada 'ala al-nas". hadith mein hai ke: "al-musalmoon shuhada Allah fil ard". yani hum gawah hain, wahi jo bible mein likha hua hai, witness.</w:t>
      </w:r>
    </w:p>
    <w:p>
      <w:pPr>
        <w:jc w:val="right"/>
      </w:pPr>
      <w:r>
        <w:t>قرآن مجید میں ہے: "لتقون الشہداء علی الناس"۔ حدیث میں ہے کہ: "المسلمون شہداء اللہ فی الارض"۔ یعنی ہم گواہ ہیں، وہی جو بائبل میں لکھا ہوا ہے، وٹنس۔</w:t>
      </w:r>
    </w:p>
    <w:p>
      <w:r>
        <w:rPr>
          <w:b/>
        </w:rPr>
        <w:t xml:space="preserve">[1:24:19] </w:t>
      </w:r>
      <w:r>
        <w:t>hum gawah hain, to humein kisi aur cheez ko excuse lena hi nahin, right nahin hai. hum kisi cheez ko excuse nahin bana sakte. kisi ek cheez ko hum excuse nahin bana sakte.</w:t>
      </w:r>
    </w:p>
    <w:p>
      <w:pPr>
        <w:jc w:val="right"/>
      </w:pPr>
      <w:r>
        <w:t>ہم گواہ ہیں، تو ہمیں کسی اور چیز کو ایکسکیوز لینا ہی نہیں، رائٹ نہیں ہے۔ ہم کسی چیز کو ایکسکیوز نہیں بنا سکتے۔ کسی ایک چیز کو ہم ایکسکیوز نہیں بنا سکتے۔</w:t>
      </w:r>
    </w:p>
    <w:p>
      <w:r>
        <w:rPr>
          <w:b/>
        </w:rPr>
        <w:t xml:space="preserve">[1:24:31] </w:t>
      </w:r>
      <w:r>
        <w:t>aap aap ko gawahi deni hi deni hai, aur gawahi dene ke liye aap ko yahi karna hai ke unilaterally aap doosron se friendship karein, doosron ko apna dost samjhein, doosron se mohabbat karein.</w:t>
      </w:r>
    </w:p>
    <w:p>
      <w:pPr>
        <w:jc w:val="right"/>
      </w:pPr>
      <w:r>
        <w:t>آپ آپ کو گواہی دینی ہی دینا ہے، اور گواہی دینے کے لیے آپ کو یہی کرنا ہے کہ یونلیٹرل طور پر آپ دوسروں سے فرینڈ شپ کریں، دوسروں کو اپنا دوست سمجھیں، دوسروں سے محبت کریں۔</w:t>
      </w:r>
    </w:p>
    <w:p>
      <w:r>
        <w:rPr>
          <w:b/>
        </w:rPr>
        <w:t xml:space="preserve">[1:24:44] </w:t>
      </w:r>
      <w:r>
        <w:t>yeh unilaterally woh woh kya karte hain, woh woh jaanein. aap ko apni duty poori karna hai.</w:t>
      </w:r>
    </w:p>
    <w:p>
      <w:pPr>
        <w:jc w:val="right"/>
      </w:pPr>
      <w:r>
        <w:t>یہ یونلیٹرل طور پر وہ وہ کیا کرتے ہیں، وہ وہ جانیں۔ آپ کو اپنی ڈیوٹی پوری کرنا ہے۔</w:t>
      </w:r>
    </w:p>
    <w:p>
      <w:r>
        <w:rPr>
          <w:b/>
        </w:rPr>
        <w:t xml:space="preserve">[1:24:52] </w:t>
      </w:r>
      <w:r>
        <w:t>nahin poori kareinge to khuda ke pakde jayeinge. koi bhi yaad rakhiye, koi bhi excuse mein chalne wala hai nahin ke sahib, woh to conspiracy karte the, woh to enemy bane hue the, unhon ne to hamare nuksan pahunchaya tha.</w:t>
      </w:r>
    </w:p>
    <w:p>
      <w:pPr>
        <w:jc w:val="right"/>
      </w:pPr>
      <w:r>
        <w:t>نہیں پوری کریں گے تو خدا کے پکڑے جائیں گے۔ کوئی بھی یاد رکھیے، کوئی بھی ایکسکیوز میں چلنے والا ہے نہیں کہ صاحب، وہ تو کانسپیریسی کرتے تھے، وہ تو اینمی بنے ہوئے تھے، انہوں نے تو ہمارے نقصان پہنچایا تھا۔</w:t>
      </w:r>
    </w:p>
    <w:p>
      <w:r>
        <w:rPr>
          <w:b/>
        </w:rPr>
        <w:t xml:space="preserve">[1:25:05] </w:t>
      </w:r>
      <w:r>
        <w:t>koi excuse khuda ke haan nahin chalne wala hai is maamle mein. unilaterally aap ko sab ko bhula kar ke, sab ko ignore kar ke, un ko dawat work karte rehna hai, karte rehna hai, karte rehna hai.</w:t>
      </w:r>
    </w:p>
    <w:p>
      <w:pPr>
        <w:jc w:val="right"/>
      </w:pPr>
      <w:r>
        <w:t>کوئی ایکسکیوز خدا کے ہاں نہیں چلنے والا ہے اس معاملے میں۔ یونلیٹرل طور پر آپ کو سب کو بھلا کر کے، سب کو اگنور کر کے، ان کو دعوت ورک کرتے رہنا ہے، کرتے رہنا ہے، کرتے رہنا ہے۔</w:t>
      </w:r>
    </w:p>
    <w:p>
      <w:r>
        <w:rPr>
          <w:b/>
        </w:rPr>
        <w:t xml:space="preserve">[1:25:20] </w:t>
      </w:r>
      <w:r>
        <w:t>isi mein mar jana hai. is mein koi shaq nahin. quran majeed mein jo deen hai, woh yahi deen hai. jo log yani misquote kar ke, to koi baat kahin se bhi nikal sakte hain.</w:t>
      </w:r>
    </w:p>
    <w:p>
      <w:pPr>
        <w:jc w:val="right"/>
      </w:pPr>
      <w:r>
        <w:t>اسی میں مر جانا ہے۔ اس میں کوئی شک نہیں۔ قرآن مجید میں جو دین ہے، وہ یہی دین ہے۔ جو لوگ یعنی مس کوٹ کر کے، تو کوئی بات کہیں سے بھی نکال سکتے ہیں۔</w:t>
      </w:r>
    </w:p>
    <w:p>
      <w:r>
        <w:rPr>
          <w:b/>
        </w:rPr>
        <w:t xml:space="preserve">[1:25:32] </w:t>
      </w:r>
      <w:r>
        <w:t>aap mere paas america se khat aaya to us par naam likha hua tha: "miss m i double s bas bahl islam".</w:t>
      </w:r>
    </w:p>
    <w:p>
      <w:pPr>
        <w:jc w:val="right"/>
      </w:pPr>
      <w:r>
        <w:t>آپ میرے پاس امریکہ سے خط آیا تو اس پر نام لکھا ہوا تھا: "مس ایم ائی ڈبل ایس بس باہل اسلام"۔</w:t>
      </w:r>
    </w:p>
    <w:p>
      <w:r>
        <w:rPr>
          <w:b/>
        </w:rPr>
        <w:t xml:space="preserve">[1:25:43] </w:t>
      </w:r>
      <w:r>
        <w:t>m i double s bas bahl islam. to woh ek sahib the, un ka un un un un ka naam tha: "miss bahl islam".</w:t>
      </w:r>
    </w:p>
    <w:p>
      <w:pPr>
        <w:jc w:val="right"/>
      </w:pPr>
      <w:r>
        <w:t>ایم ائی ڈبل ایس بس باہل اسلام۔ تو وہ ایک صاحب تھے، ان کا ان ان ان ان کا نام تھا: "مس باہل اسلام"۔</w:t>
      </w:r>
    </w:p>
    <w:p>
      <w:r>
        <w:rPr>
          <w:b/>
        </w:rPr>
        <w:t xml:space="preserve">[1:25:54] </w:t>
      </w:r>
      <w:r>
        <w:t>miss bahl islam. to woh jo american lady thi, us ne miss ko alag kiya aur bahl islam ko alag kiya, aur mard ko aurat bana diya.</w:t>
      </w:r>
    </w:p>
    <w:p>
      <w:pPr>
        <w:jc w:val="right"/>
      </w:pPr>
      <w:r>
        <w:t>مس باہل اسلام۔ تو وہ جو امریکن لیڈی تھی، اس نے مس کو الگ کیا اور باہل اسلام کو الگ کیا، اور مرد کو عورت بنا دیا۔</w:t>
      </w:r>
    </w:p>
    <w:p>
      <w:r>
        <w:rPr>
          <w:b/>
        </w:rPr>
        <w:t xml:space="preserve">[1:26:02] </w:t>
      </w:r>
      <w:r>
        <w:t>us ne yani mr miss bahl islam ki bajaye, us ne miss bahl islam. to aap kuch bhi kar lijiye, sirf idhar udhar kar ke, idhar kar ke, lafzon ko ult pher kar ke.</w:t>
      </w:r>
    </w:p>
    <w:p>
      <w:pPr>
        <w:jc w:val="right"/>
      </w:pPr>
      <w:r>
        <w:t>اس نے یعنی مسٹر مس باہل اسلام کی بجائے، اس نے مس باہل اسلام۔ تو آپ کچھ بھی کر لیجئے، صرف ادھر ادھر کر کے، ادھر کر کے، لفظوں کو الٹ پھیر کر کے۔</w:t>
      </w:r>
    </w:p>
    <w:p>
      <w:r>
        <w:rPr>
          <w:b/>
        </w:rPr>
        <w:t xml:space="preserve">[1:26:17] </w:t>
      </w:r>
      <w:r>
        <w:t>yahi karte hain log quran mein. apni baat ko quran se nikalte hain. yeh bahut bada gunah hai, bahut bada gunah hai, bahut bada gunah hai ke apne mind mein jo hai, us ko aap quran se nikalein.</w:t>
      </w:r>
    </w:p>
    <w:p>
      <w:pPr>
        <w:jc w:val="right"/>
      </w:pPr>
      <w:r>
        <w:t>یہی کرتے ہیں لوگ قرآن میں۔ اپنی بات کو قرآن سے نکالتے ہیں۔ یہ بہت بڑا گناہ ہے، بہت بڑا گناہ ہے، بہت بڑا گناہ ہے کہ اپنے مائنڈ میں جو ہے، اس کو آپ قرآن سے نکالیں۔</w:t>
      </w:r>
    </w:p>
    <w:p>
      <w:r>
        <w:rPr>
          <w:b/>
        </w:rPr>
        <w:t xml:space="preserve">[1:26:30] </w:t>
      </w:r>
      <w:r>
        <w:t>quran ko maine jo log aisa karte hain, un se bahut log bolne mein poocha maine ke kya aap ne empty mind ho kar quran ko shuru se aakhir tak padha hai?</w:t>
      </w:r>
    </w:p>
    <w:p>
      <w:pPr>
        <w:jc w:val="right"/>
      </w:pPr>
      <w:r>
        <w:t>قرآن کو میں نے جو لوگ ایسا کرتے ہیں، ان سے بہت لوگ بولنے میں پوچھا میں نے کہ کیا آپ نے ایمپٹی مائنڈ ہو کر قرآن کو شروع سے آخر تک پڑھا ہے؟</w:t>
      </w:r>
    </w:p>
    <w:p>
      <w:r>
        <w:rPr>
          <w:b/>
        </w:rPr>
        <w:t xml:space="preserve">[1:26:41] </w:t>
      </w:r>
      <w:r>
        <w:t>empty mind ho kar ke aap ne wuzu kiya, do rakat namaz padhi, aur dua kiya ke khuda ya, mujhe yeh baat is mein hai, us ko khol de mere upar.</w:t>
      </w:r>
    </w:p>
    <w:p>
      <w:pPr>
        <w:jc w:val="right"/>
      </w:pPr>
      <w:r>
        <w:t>ایمپٹی مائنڈ ہو کر کہ آپ نے وضو کیا، دو رکعت نماز پڑھی، اور دعا کیا کہ خدایا، مجھے یہ بات اس میں ہے، اس کو کھول دے میرے اوپر۔</w:t>
      </w:r>
    </w:p>
    <w:p>
      <w:r>
        <w:rPr>
          <w:b/>
        </w:rPr>
        <w:t xml:space="preserve">[1:26:51] </w:t>
      </w:r>
      <w:r>
        <w:t>quran mein jo baat hai, woh mere upar khul jaye. aur phir aap ne quran ko padha empty mind ho kar ke, objectively. yaad rakhiye, kisi ek shakhs ne bhi nahin kaha ke haan, maine aisa kiya hai.</w:t>
      </w:r>
    </w:p>
    <w:p>
      <w:pPr>
        <w:jc w:val="right"/>
      </w:pPr>
      <w:r>
        <w:t>قرآن میں جو بات ہے، وہ میرے اوپر کھل جائے۔ اور پھر آپ نے قرآن کو پڑھا ایمپٹی مائنڈ ہو کر کے، ابجیکٹولی۔ یاد رکھیے، کسی ایک شخص نے بھی نہیں کہا کہ ہاں، میں نے ایسا کیا ہے۔</w:t>
      </w:r>
    </w:p>
    <w:p>
      <w:r>
        <w:rPr>
          <w:b/>
        </w:rPr>
        <w:t xml:space="preserve">[1:27:03] </w:t>
      </w:r>
      <w:r>
        <w:t>yeh to quran ko mis quote karte hain.</w:t>
      </w:r>
    </w:p>
    <w:p>
      <w:pPr>
        <w:jc w:val="right"/>
      </w:pPr>
      <w:r>
        <w:t>یہ تو قرآن کو مس کوٹ کرتے ہیں۔</w:t>
      </w:r>
    </w:p>
    <w:p>
      <w:r>
        <w:rPr>
          <w:b/>
        </w:rPr>
        <w:t xml:space="preserve">[1:27:09] </w:t>
      </w:r>
      <w:r>
        <w:t>yeh yeh bhi yahoodi aur nasara ne kiya tha. Allah ke alfaaz ko unhon ne bhi yahi kiya tha. Wahi musalman ab kar rahe hain ke is ko khud sakhta maani pehnaye.</w:t>
      </w:r>
    </w:p>
    <w:p>
      <w:pPr>
        <w:jc w:val="right"/>
      </w:pPr>
      <w:r>
        <w:t>یہ یہ بھی یہودی اور نصاری نے کیا تھا۔ اللہ کے الفاظ کو انہوں نے بھی یہی کیا تھا۔ وہی مسلمان اب کر رہے ہیں کہ اس کو خود ساختہ معنی پہنائے۔</w:t>
      </w:r>
    </w:p>
    <w:p>
      <w:r>
        <w:rPr>
          <w:b/>
        </w:rPr>
        <w:t xml:space="preserve">[1:27:20] </w:t>
      </w:r>
      <w:r>
        <w:t>tahreef kiya hai? tahreef mein khud sakhta maani pehnana. To yahood o nasara ne kiya kaha tha? Ke Allah ke kalam mein khud sakhta maani pehnaye, jis ko hum tahreef kehte hain.</w:t>
      </w:r>
    </w:p>
    <w:p>
      <w:pPr>
        <w:jc w:val="right"/>
      </w:pPr>
      <w:r>
        <w:t>تحریف کیا ہے؟ تحریف میں خود ساختہ معنی پہنانا۔ تو یہود و نصاری نے کیا کہا تھا؟ کہ اللہ کے کلام میں خود ساختہ معنی پہنائے، جس کو ہم تحریف کہتے ہیں۔</w:t>
      </w:r>
    </w:p>
    <w:p>
      <w:r>
        <w:rPr>
          <w:b/>
        </w:rPr>
        <w:t xml:space="preserve">[1:27:30] </w:t>
      </w:r>
      <w:r>
        <w:t>Wahi musalman bhi to kar rahe hain. Woh farq sirf yeh hai ke unhon ne yani text tak ko badal diya tha. Ab musalman text badal nahi sakte ke woh quran mehfooz ho chuka hai.</w:t>
      </w:r>
    </w:p>
    <w:p>
      <w:pPr>
        <w:jc w:val="right"/>
      </w:pPr>
      <w:r>
        <w:t>وہی مسلمان بھی تو کر رہے ہیں۔ وہ فرق صرف یہ ہے کہ انہوں نے یعنی ٹیکسٹ تک کو بدل دیا تھا۔ اب مسلمان ٹیکسٹ بدل نہیں سکتے کہ وہ قرآن محفوظ ہو چکا ہے۔</w:t>
      </w:r>
    </w:p>
    <w:p>
      <w:r>
        <w:rPr>
          <w:b/>
        </w:rPr>
        <w:t xml:space="preserve">[1:27:43] </w:t>
      </w:r>
      <w:r>
        <w:t>To kiya karte hain? Interpretation mein wahi baatein late hain. Woh interpretation mein tahreef karte hain. To is mein dono mein farq kiya hai?</w:t>
      </w:r>
    </w:p>
    <w:p>
      <w:pPr>
        <w:jc w:val="right"/>
      </w:pPr>
      <w:r>
        <w:t>تو کیا کرتے ہیں؟ انٹرپریٹیشن میں وہی باتیں لاتے ہیں۔ وہ انٹرپریٹیشن میں تحریف کرتے ہیں۔ تو اس میں دونوں میں فرق کیا ہے؟</w:t>
      </w:r>
    </w:p>
    <w:p>
      <w:r>
        <w:rPr>
          <w:b/>
        </w:rPr>
        <w:t xml:space="preserve">[1:27:53] </w:t>
      </w:r>
      <w:r>
        <w:t>Beharhaal, main arz karunga ke jis ko bhi quran ke behalf mein bolna hai, quran se quote karna hai, sab se pehle yeh kaam kare.</w:t>
      </w:r>
    </w:p>
    <w:p>
      <w:pPr>
        <w:jc w:val="right"/>
      </w:pPr>
      <w:r>
        <w:t>بہرحال، میں عرض کروں گا کہ جس کو بھی قرآن کے بہاف میں بولنا ہے، قرآن سے کوٹ کرنا ہے، سب سے پہلے یہ کام کرے۔</w:t>
      </w:r>
    </w:p>
    <w:p>
      <w:r>
        <w:rPr>
          <w:b/>
        </w:rPr>
        <w:t xml:space="preserve">[1:28:03] </w:t>
      </w:r>
      <w:r>
        <w:t>Woh ke jo Hazrat Imam Ibn Taymiyyah ne kiya tha ke unhon ne ghar se bahar chale gaye, khul jangall mein wuzu kiya, do rak'at namaz parhi, namaz parh ke dua ki thi ke "Ya Muallim Israel Ibrahim Allimni".</w:t>
      </w:r>
    </w:p>
    <w:p>
      <w:pPr>
        <w:jc w:val="right"/>
      </w:pPr>
      <w:r>
        <w:t>وہ کہ جو حضرت امام ابن تیمیہ نے کیا تھا کہ انہوں نے گھر سے باہر چلے گئے، کھل جنگل میں وضو کیا، دو رکعت نماز پڑھی، نماز پڑھ کے دعا کی تھی کہ "یا معلمہ اسرائیل ابراہیم علمنی"۔</w:t>
      </w:r>
    </w:p>
    <w:p>
      <w:r>
        <w:rPr>
          <w:b/>
        </w:rPr>
        <w:t xml:space="preserve">[1:28:22] </w:t>
      </w:r>
      <w:r>
        <w:t>"Ya Muallim Ibrahim Allimni". Ae Ibrahim ke muallim, mujhe bhi bata de. Ibrahim ko batane wale, mujhe bhi bata de. To is tareeqe se aap poore quran ko padhiye.</w:t>
      </w:r>
    </w:p>
    <w:p>
      <w:pPr>
        <w:jc w:val="right"/>
      </w:pPr>
      <w:r>
        <w:t>"یا معلمہ ابراہیم علمنی"۔ اے ابراہیم کے معلم، مجھے بھی بتا دے۔ ابراہیم کو بتانے والے، مجھے بھی بتا دے۔ تو اس طریقے سے آپ پورے قرآن کو پڑھیے۔</w:t>
      </w:r>
    </w:p>
    <w:p>
      <w:r>
        <w:rPr>
          <w:b/>
        </w:rPr>
        <w:t xml:space="preserve">[1:28:35] </w:t>
      </w:r>
      <w:r>
        <w:t>Phir dekhiye, aap par kiya khulta hai. Yeh koi tareeqa nahi hai ke aap idhar se idhar se kuch aayat le kar ke aur is ka apne mind mein jo baat hai, us ko is mein shamil kar ke kahein ke dekho, quran mein yeh likha hua hai.</w:t>
      </w:r>
    </w:p>
    <w:p>
      <w:pPr>
        <w:jc w:val="right"/>
      </w:pPr>
      <w:r>
        <w:t>پھر دیکھیے، آپ پر کیا کھلتا ہے۔ یہ کوئی طریقہ نہیں ہے کہ آپ ادھر سے ادھر سے کچھ آیتیں لے کر کے اور اس کا اپنے مائنڈ میں جو بات ہے، اس کو اس میں شامل کر کے کہیں کہ دیکھو، قرآن میں یہ لکھا ہوا ہے۔</w:t>
      </w:r>
    </w:p>
    <w:p>
      <w:r>
        <w:rPr>
          <w:b/>
        </w:rPr>
        <w:t xml:space="preserve">[1:28:48] </w:t>
      </w:r>
      <w:r>
        <w:t>Yaqeen kijiye ke bohat bari responsibility hai yeh. Aur yaqeenan jo log aisa karein, woh Allah ke haan pakde jayenge.</w:t>
      </w:r>
    </w:p>
    <w:p>
      <w:pPr>
        <w:jc w:val="right"/>
      </w:pPr>
      <w:r>
        <w:t>یقین کیجئے کہ بہت بڑی ریسپانسبیلٹی ہے یہ۔ اور یقینا جو لوگ ایسا کریں، وہ اللہ کے ہاں پکڑے جائیں گے۔</w:t>
      </w:r>
    </w:p>
    <w:p>
      <w:r>
        <w:rPr>
          <w:b/>
        </w:rPr>
        <w:t xml:space="preserve">[1:28:58] </w:t>
      </w:r>
      <w:r>
        <w:t>This question is from Mr. Khwaja Kalimuddin from Pennsylvania.</w:t>
      </w:r>
    </w:p>
    <w:p>
      <w:pPr>
        <w:jc w:val="right"/>
      </w:pPr>
      <w:r>
        <w:t>دس کوئسچن از فرام مسٹر خواجہ کلیم الدین فرام پینسلوینیا۔</w:t>
      </w:r>
    </w:p>
    <w:p>
      <w:r>
        <w:rPr>
          <w:b/>
        </w:rPr>
        <w:t xml:space="preserve">[1:29:04] </w:t>
      </w:r>
      <w:r>
        <w:t>مولانا صاحب، it has been seen today as a common phenomena all over that Muslim institutions</w:t>
      </w:r>
    </w:p>
    <w:p>
      <w:pPr>
        <w:jc w:val="right"/>
      </w:pPr>
      <w:r>
        <w:t>مولانا صاحب، اٹ ہیز بین سین ٹوڈے ایز ا کامن فیناومینا ال اوور دیٹ مسلم انسٹیٹیوشنز</w:t>
      </w:r>
    </w:p>
    <w:p>
      <w:r>
        <w:rPr>
          <w:b/>
        </w:rPr>
        <w:t xml:space="preserve">[1:29:12] </w:t>
      </w:r>
      <w:r>
        <w:t>have taken up the task of teaching the Arabic language, tajweed of reading Quran, and memorization of Quran,</w:t>
      </w:r>
    </w:p>
    <w:p>
      <w:pPr>
        <w:jc w:val="right"/>
      </w:pPr>
      <w:r>
        <w:t>ہیو ٹیکن اپ دا ٹاسک اف ٹیچنگ دی عربک لینگویج، تجوید اف ریڈنگ قرآن، اینڈ میمورائزیشن اف قرآن،</w:t>
      </w:r>
    </w:p>
    <w:p>
      <w:r>
        <w:rPr>
          <w:b/>
        </w:rPr>
        <w:t xml:space="preserve">[1:29:21] </w:t>
      </w:r>
      <w:r>
        <w:t>and so on, and so on through electronic media, and also one-on-one sessions.</w:t>
      </w:r>
    </w:p>
    <w:p>
      <w:pPr>
        <w:jc w:val="right"/>
      </w:pPr>
      <w:r>
        <w:t>اینڈ سو ان، اینڈ سو ان تھرو الیکٹرانک میڈیا، اینڈ السو ون ان ون سیشنز۔</w:t>
      </w:r>
    </w:p>
    <w:p>
      <w:r>
        <w:rPr>
          <w:b/>
        </w:rPr>
        <w:t xml:space="preserve">[1:29:29] </w:t>
      </w:r>
      <w:r>
        <w:t>And most Muslims who want to be good Muslims are busy following it.</w:t>
      </w:r>
    </w:p>
    <w:p>
      <w:pPr>
        <w:jc w:val="right"/>
      </w:pPr>
      <w:r>
        <w:t>اینڈ موسٹ مسلمز ہو وانٹ ٹو بی گڈ مسلمز ار بزی فالونگ اٹ۔</w:t>
      </w:r>
    </w:p>
    <w:p>
      <w:r>
        <w:rPr>
          <w:b/>
        </w:rPr>
        <w:t xml:space="preserve">[1:29:35] </w:t>
      </w:r>
      <w:r>
        <w:t>I have hardly noticed any institution teaching tadabbur or tafakkur in deen or Quran. Maulana sahib, is this a positive phenomenon?</w:t>
      </w:r>
    </w:p>
    <w:p>
      <w:pPr>
        <w:jc w:val="right"/>
      </w:pPr>
      <w:r>
        <w:t>ائی ہیو ہارڈلی نوٹس اینی انسٹیٹیوشن ٹیچنگ تدبر اور تفکر ان دین اور قرآن۔ مولانا صاحب، از دس ا پوزیٹیو فیناومینا؟</w:t>
      </w:r>
    </w:p>
    <w:p>
      <w:r>
        <w:rPr>
          <w:b/>
        </w:rPr>
        <w:t xml:space="preserve">[1:29:47] </w:t>
      </w:r>
      <w:r>
        <w:t>Kindly comment on which direction these institutions are taking the ummah. Yeh yahoodi phenomenon hai. Yeh yahoodi phenomenon hai.</w:t>
      </w:r>
    </w:p>
    <w:p>
      <w:pPr>
        <w:jc w:val="right"/>
      </w:pPr>
      <w:r>
        <w:t>کائنڈلی کمنٹ ان وچ ڈائریکشن دیز انسٹیٹیوشنز ار ٹیکنگ دا امہ۔ یہ یہودی فیناومینا ہے۔ یہ یہودی فیناومینا ہے۔</w:t>
      </w:r>
    </w:p>
    <w:p>
      <w:r>
        <w:rPr>
          <w:b/>
        </w:rPr>
        <w:t xml:space="preserve">[1:29:58] </w:t>
      </w:r>
      <w:r>
        <w:t>Yeh yeh Isai phenomenon hai. Ek martaba main ek conference mein tha. Ek Isai sahib aaye to unhon ne Yuhanna ka jo baab hai Anjeel mein, to us ka arabi jo tha, woh us ko padha unhon ne.</w:t>
      </w:r>
    </w:p>
    <w:p>
      <w:pPr>
        <w:jc w:val="right"/>
      </w:pPr>
      <w:r>
        <w:t>یہ یہ عیسائی فیناومینا ہے۔ ایک مرتبہ میں ایک کانفرنس میں تھا۔ ایک عیسائی صاحب آئے تو انہوں نے یوحنا کا جو باب ہے انجیل میں، تو اس کا عربی جو تھا، وہ اس کو پڑھا انہوں نے۔</w:t>
      </w:r>
    </w:p>
    <w:p>
      <w:r>
        <w:rPr>
          <w:b/>
        </w:rPr>
        <w:t xml:space="preserve">[1:30:14] </w:t>
      </w:r>
      <w:r>
        <w:t>Aur khoob qira'at ke saath padha unhon ne. Woh arabi jante the, woh shayad Lebanon ke the. To woh arabi jante the. To isi tarah qira'at ke saath padha unhon ne, jis tarah se ek hamara qari padhta hai.</w:t>
      </w:r>
    </w:p>
    <w:p>
      <w:pPr>
        <w:jc w:val="right"/>
      </w:pPr>
      <w:r>
        <w:t>اور خوب قرأت کے ساتھ پڑھا انہوں نے۔ وہ عربی جانتے تھے، وہ شاید لبنان کے تھے۔ تو وہ عربی جانتے تھے۔ تو اسی طرح قرأت کے ساتھ پڑھا انہوں نے، جس طریقے سے ایک ہمارا قاری پڑھتا ہے۔</w:t>
      </w:r>
    </w:p>
    <w:p>
      <w:r>
        <w:rPr>
          <w:b/>
        </w:rPr>
        <w:t xml:space="preserve">[1:30:27] </w:t>
      </w:r>
      <w:r>
        <w:t>Yeh yeh bhi yeh bhi yani Isaiyon ki ki naqal hai. Yani musalman yeh samajhte hain quran ek bohat hi zyada muqaddas kitaab hai.</w:t>
      </w:r>
    </w:p>
    <w:p>
      <w:pPr>
        <w:jc w:val="right"/>
      </w:pPr>
      <w:r>
        <w:t>یہ یہ بھی یہ بھی یعنی عیسائیوں کی کی نقل ہے۔ یعنی مسلمان یہ سمجھتے ہیں قرآن ایک بہت ہی زیادہ مقدس کتاب ہے۔</w:t>
      </w:r>
    </w:p>
    <w:p>
      <w:r>
        <w:rPr>
          <w:b/>
        </w:rPr>
        <w:t xml:space="preserve">[1:30:37] </w:t>
      </w:r>
      <w:r>
        <w:t>Bohat mysterious sense mein koi bohat hi ajeeb o ghareeb cheez hai. Bas is ke lafzon ko agar sahi sahi uchhan kar dein, to dohra dein, to bas sara maamla durust hai.</w:t>
      </w:r>
    </w:p>
    <w:p>
      <w:pPr>
        <w:jc w:val="right"/>
      </w:pPr>
      <w:r>
        <w:t>بہت مسٹیریس سینس میں کوئی بہت ہی عجیب و غریب چیز ہے۔ بس اس کے لفظوں کو اگر صحیح صحیح اچان کر دیں، تو دہرا دیں، تو بس سارا معاملہ درست ہے۔</w:t>
      </w:r>
    </w:p>
    <w:p>
      <w:r>
        <w:rPr>
          <w:b/>
        </w:rPr>
        <w:t xml:space="preserve">[1:30:48] </w:t>
      </w:r>
      <w:r>
        <w:t>To is ke lafzon ko logon ne samajh liya secret. Aur lafzon ko sahi sahi dohra dene ka naam samajhte hain tajweed aur qira'at.</w:t>
      </w:r>
    </w:p>
    <w:p>
      <w:pPr>
        <w:jc w:val="right"/>
      </w:pPr>
      <w:r>
        <w:t>تو اس کے لفظوں کو لوگوں نے سمجھ لیا سیکرٹ۔ اور لفظوں کو صحیح صحیح دہرا دینے کا نام سمجھتے ہیں تجوید اور قرأت۔</w:t>
      </w:r>
    </w:p>
    <w:p>
      <w:r>
        <w:rPr>
          <w:b/>
        </w:rPr>
        <w:t xml:space="preserve">[1:30:57] </w:t>
      </w:r>
      <w:r>
        <w:t>Bas is ke baad jannat mil gayi. Yeh bilkul yeh yeh bid'at hai. Yeh yeh Sahaba ka tareeqa nahi tha. Maine aap ko sunaya tha qissa is se pehle ke Hazrat Aisha ke zamane mein ek shakhs bohat padhta tha quran.</w:t>
      </w:r>
    </w:p>
    <w:p>
      <w:pPr>
        <w:jc w:val="right"/>
      </w:pPr>
      <w:r>
        <w:t>بس اس کے بعد جنت مل گئی۔ یہ بالکل یہ یہ بد بدعت ہے۔ یہ یہ صحابہ کا طریقہ نہیں تھا۔ میں نے آپ کو سنایا تھا قصہ اس سے پہلے کہ حضرت عائشہ کے زمانے میں ایک شخص بہت پڑھتا تھا قرآن۔</w:t>
      </w:r>
    </w:p>
    <w:p>
      <w:r>
        <w:rPr>
          <w:b/>
        </w:rPr>
        <w:t xml:space="preserve">[1:31:12] </w:t>
      </w:r>
      <w:r>
        <w:t>Kuch log padhte the quran. Aur wahi jis ko aap kehte hain tajweed ke saath, use achhi tajweed kaun karega? Jo ahl-e-zaban the. Woh to ahl-e-zaban the.</w:t>
      </w:r>
    </w:p>
    <w:p>
      <w:pPr>
        <w:jc w:val="right"/>
      </w:pPr>
      <w:r>
        <w:t>کچھ لوگ پڑھتے تھے قرآن۔ اور وہی جس کو آپ کہتے ہیں تجوید کے ساتھ، اسے اچھی تجوید کون کرے گا؟ جو اہل زبان تھے۔ وہ تو اہل زبان تھے۔</w:t>
      </w:r>
    </w:p>
    <w:p>
      <w:r>
        <w:rPr>
          <w:b/>
        </w:rPr>
        <w:t xml:space="preserve">[1:31:21] </w:t>
      </w:r>
      <w:r>
        <w:t>Use achhi tajweed aap kar sakte hain. To woh sirf lafzon ko bohat zabardast tareeqe se ada kar ke quran padhte the. Woh woh tadabbur nahi karte the.</w:t>
      </w:r>
    </w:p>
    <w:p>
      <w:pPr>
        <w:jc w:val="right"/>
      </w:pPr>
      <w:r>
        <w:t>اسے اچھی تجوید آپ کر سکتے ہیں۔ تو وہ صرف لفظوں کو بہت زبردست طریقے سے ادا کر کے قرآن پڑھتے تھے۔ وہ وہ تدبر نہیں کرتے تھے۔</w:t>
      </w:r>
    </w:p>
    <w:p>
      <w:r>
        <w:rPr>
          <w:b/>
        </w:rPr>
        <w:t xml:space="preserve">[1:31:33] </w:t>
      </w:r>
      <w:r>
        <w:t>Woh baghair tadabbur ke. To Hazrat Aisha ne kaha ke "Ola'ika quru'uhum lam yaqru". Unhon ne padha magar unhon ne nahi padha.</w:t>
      </w:r>
    </w:p>
    <w:p>
      <w:pPr>
        <w:jc w:val="right"/>
      </w:pPr>
      <w:r>
        <w:t>وہ بغیر تدبر کے۔ تو حضرت عائشہ نے کہا کہ "اولائک قروہم لم یقرو"۔ انہوں نے پڑھا مگر انہوں نے نہیں پڑھا۔</w:t>
      </w:r>
    </w:p>
    <w:p>
      <w:r>
        <w:rPr>
          <w:b/>
        </w:rPr>
        <w:t xml:space="preserve">[1:31:43] </w:t>
      </w:r>
      <w:r>
        <w:t>Matlab lafzon ko dohrana aur tadabbur nahi kiya. To yeh na padhne ke barabar hai. To yeh sara aaj kal jo ho raha hai, yeh isi isi ka yani woh apply hota hai.</w:t>
      </w:r>
    </w:p>
    <w:p>
      <w:pPr>
        <w:jc w:val="right"/>
      </w:pPr>
      <w:r>
        <w:t>مطلب لفظوں کو دہرایا اور تدبر نہیں کیا۔ تو یہ نہ پڑھنے کے برابر ہے۔ تو یہ سارا آج کل جو ہو رہا ہے، یہ اسی اسی کا یعنی وہ اپلائی ہوتا ہے۔</w:t>
      </w:r>
    </w:p>
    <w:p>
      <w:r>
        <w:rPr>
          <w:b/>
        </w:rPr>
        <w:t xml:space="preserve">[1:31:55] </w:t>
      </w:r>
      <w:r>
        <w:t>Hazrat Aisha qaul is par apply hota hai ke "Walai'ka quru'uhum yaqru lam yaqru". Woh padh rahe hain magar woh nahi padh rahe hain kyunke tadabbur nahi kar rahe hain.</w:t>
      </w:r>
    </w:p>
    <w:p>
      <w:pPr>
        <w:jc w:val="right"/>
      </w:pPr>
      <w:r>
        <w:t>حضرت عائشہ قول اس پر اپلائی ہوتا ہے کہ "ولائک قروہم یقرو لم یقرو"۔ وہ پڑھ رہے ہیں مگر وہ نہیں پڑھ رہے ہیں کیونکہ تدبر نہیں کر رہے ہیں۔</w:t>
      </w:r>
    </w:p>
    <w:p>
      <w:r>
        <w:rPr>
          <w:b/>
        </w:rPr>
        <w:t xml:space="preserve">[1:32:05] </w:t>
      </w:r>
      <w:r>
        <w:t>jab quran mein saaf saaf hai, dekhiye ke "liya tadabur ayatuh". quran utara gaya hai is liye ke taake log is mein tadabur karen.</w:t>
      </w:r>
    </w:p>
    <w:p>
      <w:pPr>
        <w:jc w:val="right"/>
      </w:pPr>
      <w:r>
        <w:t>جب قرآن میں صاف صاف ہے، دیکھیے کہ "لیا تدبر آیاتہ"۔ قرآن اتارا گیا ہے اس لیے کہ تاکہ لوگ اس میں تدبر کریں۔</w:t>
      </w:r>
    </w:p>
    <w:p>
      <w:r>
        <w:rPr>
          <w:b/>
        </w:rPr>
        <w:t xml:space="preserve">[1:32:14] </w:t>
      </w:r>
      <w:r>
        <w:t>saaf saaf likha hua hai. yeh to kahin likha hua nahi ke quran utara gaya hai ke is ke lafzon ko bohat ziyada tajweed ke sath parho. yeh kahan likha hua hai? quran mein kahin likha hua nahi hai ke quran is liye utara gaya hai ke log is ko bohat zabardast tareeqe se tajweed ke sath parhen.</w:t>
      </w:r>
    </w:p>
    <w:p>
      <w:pPr>
        <w:jc w:val="right"/>
      </w:pPr>
      <w:r>
        <w:t>صاف صاف لکھا ہوا ہے۔ یہ تو کہیں لکھا ہوا نہیں کہ قرآن اتارا گیا ہے کہ اس کے لفظوں کو بہت زیادہ تجوید کے ساتھ پڑھو۔ یہ کہاں لکھا ہوا ہے؟ قرآن میں کہیں لکھا ہوا نہیں ہے کہ قرآن اس لیے اتارا گیا ہے کہ لوگ اس کو بہت زبردست طریقے سے تجوید کے ساتھ پڑھیں۔</w:t>
      </w:r>
    </w:p>
    <w:p>
      <w:r>
        <w:rPr>
          <w:b/>
        </w:rPr>
        <w:t xml:space="preserve">[1:32:31] </w:t>
      </w:r>
      <w:r>
        <w:t>makharij ko sahi sahi ada kar ke parhen. kahin kaha aisa kahin bhi nahi hai. aur yeh saaf saaf hai surah saad mein "liya tadabur ayatuh".</w:t>
      </w:r>
    </w:p>
    <w:p>
      <w:pPr>
        <w:jc w:val="right"/>
      </w:pPr>
      <w:r>
        <w:t>مخارج کو صحیح صحیح ادا کر کے پڑھیں۔ کہیں کہا ایسا کہیں بھی نہیں ہے۔ اور یہ صاف صاف ہے سورہ سعد میں "لیا تدبر آیاتہ"۔</w:t>
      </w:r>
    </w:p>
    <w:p>
      <w:r>
        <w:rPr>
          <w:b/>
        </w:rPr>
        <w:t xml:space="preserve">[1:32:43] </w:t>
      </w:r>
      <w:r>
        <w:t>"wa yatazakkar ul albab" ke quran utra is liye ke log is mein tadabur karen. tadabur karen yaani contemplation jis ko kehte hain contemplate karen.</w:t>
      </w:r>
    </w:p>
    <w:p>
      <w:pPr>
        <w:jc w:val="right"/>
      </w:pPr>
      <w:r>
        <w:t>"ویتذکر الالباب" کہ قرآن اترا اس لیے کہ لوگ اس میں تدبر کریں۔ تدبر کریں یعنی کنٹیمپلیٹ جس کو کہتے ہیں کنٹیمپلیٹ کریں۔</w:t>
      </w:r>
    </w:p>
    <w:p>
      <w:r>
        <w:rPr>
          <w:b/>
        </w:rPr>
        <w:t xml:space="preserve">[1:32:55] </w:t>
      </w:r>
      <w:r>
        <w:t>contemplation for the sake of contemplation aur phir is se naseehat len. yeh saaf saaf likha hua hai. to main samajhta hoon ke yeh log jo kar rahe hain, woh un par hazrat hazrat aisha ka wohi qaul jo hai, wohi apply hota hai ke "wa laika qruhum la yaqru".</w:t>
      </w:r>
    </w:p>
    <w:p>
      <w:pPr>
        <w:jc w:val="right"/>
      </w:pPr>
      <w:r>
        <w:t>کنٹیمپلیشن فار دا سیک اف کنٹیمپلیشن اور پھر اس سے نصیحت لیں۔ یہ صاف صاف لکھا ہوا ہے۔ تو میں سمجھتا ہوں کہ یہ لوگ جو کر رہے ہیں، وہ ان پر حضرت حضرت عائشہ کا وہی قول جو ہے، وہی اپلائی ہوتا ہے کہ "ولائک قروہم لم یقرو"۔</w:t>
      </w:r>
    </w:p>
    <w:p>
      <w:r>
        <w:rPr>
          <w:b/>
        </w:rPr>
        <w:t xml:space="preserve">[1:33:17] </w:t>
      </w:r>
      <w:r>
        <w:t>yeh sawal hai mister abdul aziz ka bengaluru se. jaisa ke aap ne aaj ki baat mein bataya hai ke shobde ko pakizgi se hatana, mera sawal hai ke kahan se shuru karen?</w:t>
      </w:r>
    </w:p>
    <w:p>
      <w:pPr>
        <w:jc w:val="right"/>
      </w:pPr>
      <w:r>
        <w:t>دس کوئسچن از فرام مسٹر عبدالعزیز فرام بینگلور۔ ایز یو ہیو ٹولڈ ان ٹوڈے ٹاک ٹو ریموو ڈرٹ فرام پیورٹی، مائی کوئسچن از ویئر ٹو سٹارٹ فرام؟</w:t>
      </w:r>
    </w:p>
    <w:p>
      <w:r>
        <w:rPr>
          <w:b/>
        </w:rPr>
        <w:t xml:space="preserve">[1:33:32] </w:t>
      </w:r>
      <w:r>
        <w:t>khandan ke andar ya jamaat ke mukhtalif girohon se? meharbani kar ke wazahat karen.</w:t>
      </w:r>
    </w:p>
    <w:p>
      <w:pPr>
        <w:jc w:val="right"/>
      </w:pPr>
      <w:r>
        <w:t>ود ان دا فیملی اور فرام ڈفرنٹ گروپس اف جماعت؟ کائنڈلی کلیریفائی۔</w:t>
      </w:r>
    </w:p>
    <w:p>
      <w:r>
        <w:rPr>
          <w:b/>
        </w:rPr>
        <w:t xml:space="preserve">[1:33:41] </w:t>
      </w:r>
      <w:r>
        <w:t>nahi dekhiye, main ne abhi arz kiya hai abhi ke kaam shuru hota hai individual se, doosron se nahi.</w:t>
      </w:r>
    </w:p>
    <w:p>
      <w:pPr>
        <w:jc w:val="right"/>
      </w:pPr>
      <w:r>
        <w:t>نہیں دیکھیے، میں نے ابھی عرض کیا ہے ابھی کہ کام شروع ہوتا ہے انڈیویجول سے، دوسروں سے نہیں۔</w:t>
      </w:r>
    </w:p>
    <w:p>
      <w:r>
        <w:rPr>
          <w:b/>
        </w:rPr>
        <w:t xml:space="preserve">[1:33:52] </w:t>
      </w:r>
      <w:r>
        <w:t>aap khandan mein hon, society mein hon, kahin bhi hon, kaam har haal mein apne se shuru karna parega. apne aap ko.</w:t>
      </w:r>
    </w:p>
    <w:p>
      <w:pPr>
        <w:jc w:val="right"/>
      </w:pPr>
      <w:r>
        <w:t>آپ فیملی میں ہوں، سوسائٹی میں ہوں، کہیں بھی ہوں، کام ہر حال میں اپنے سے شروع کرنا پڑے گا۔ اپنے آپ کو۔</w:t>
      </w:r>
    </w:p>
    <w:p>
      <w:r>
        <w:rPr>
          <w:b/>
        </w:rPr>
        <w:t xml:space="preserve">[1:34:03] </w:t>
      </w:r>
      <w:r>
        <w:t>kal kuch log aaye thay mere paas to main ne un se kaha ke dekhiye. woh islam ka kaam kar rahe hain. woh aur ji woh ghareeb baatein kar rahe thay.</w:t>
      </w:r>
    </w:p>
    <w:p>
      <w:pPr>
        <w:jc w:val="right"/>
      </w:pPr>
      <w:r>
        <w:t>کل کچھ لوگ آئے تھے میرے پاس تو میں نے ان سے کہا کہ دیکھیے۔ وہ اسلام کا کام کر رہے ہیں۔ وہ اور جی وہ غریب باتیں کر رہے تھے۔</w:t>
      </w:r>
    </w:p>
    <w:p>
      <w:r>
        <w:rPr>
          <w:b/>
        </w:rPr>
        <w:t xml:space="preserve">[1:34:12] </w:t>
      </w:r>
      <w:r>
        <w:t>woh to main ne kaha ke dekhiye, hadees mein aata hai ke "kull mawlood yulad al fitra" yaani har aadmi har aadmi jo hai, woh kya hai?</w:t>
      </w:r>
    </w:p>
    <w:p>
      <w:pPr>
        <w:jc w:val="right"/>
      </w:pPr>
      <w:r>
        <w:t>وہ تو میں نے کہا کہ دیکھیے، حدیث میں آتا ہے کہ "کل موردی یولد الفطرہ" یعنی ہر آدمی ہر آدمی جو ہے، وہ کیا ہے؟</w:t>
      </w:r>
    </w:p>
    <w:p>
      <w:r>
        <w:rPr>
          <w:b/>
        </w:rPr>
        <w:t xml:space="preserve">[1:34:25] </w:t>
      </w:r>
      <w:r>
        <w:t>conditioned hai. is hadees ka matlab yeh hai ke har aadmi conditioned hai. to sab se pehla kaam kya hai?</w:t>
      </w:r>
    </w:p>
    <w:p>
      <w:pPr>
        <w:jc w:val="right"/>
      </w:pPr>
      <w:r>
        <w:t>مسٹر کنڈیشنڈ ہے۔ اس حدیث کا مطلب یہ ہے کہ ہر آدمی مسٹر کنڈیشنڈ ہے۔ تو سب سے پہلا کام کیا ہے؟</w:t>
      </w:r>
    </w:p>
    <w:p>
      <w:r>
        <w:rPr>
          <w:b/>
        </w:rPr>
        <w:t xml:space="preserve">[1:34:34] </w:t>
      </w:r>
      <w:r>
        <w:t>apni deconditioning karna. to kya aap ne apni deconditioning ki? to is ka jawab un ke paas kuch nahi tha. to dekhiye, starting point hai khud apni deconditioning karna.</w:t>
      </w:r>
    </w:p>
    <w:p>
      <w:pPr>
        <w:jc w:val="right"/>
      </w:pPr>
      <w:r>
        <w:t>اپنی ڈی کنڈیشننگ کرنا۔ تو کیا آپ نے اپنی ڈی کنڈیشننگ کی؟ تو اس کا جواب ان کے پاس کچھ نہیں تھا۔ تو دیکھیے، سٹارٹنگ پوائنٹ ہے خود اپنی ڈی کنڈیشننگ کرنا۔</w:t>
      </w:r>
    </w:p>
    <w:p>
      <w:r>
        <w:rPr>
          <w:b/>
        </w:rPr>
        <w:t xml:space="preserve">[1:34:48] </w:t>
      </w:r>
      <w:r>
        <w:t>kyun ke hadees sabit hai ke har har mard, har har aurat jo hai, woh is ki conditioning hoti hai apne ghar mein, apne mahaul mein, jis jis halaat mein woh paida hota hai, wahan.</w:t>
      </w:r>
    </w:p>
    <w:p>
      <w:pPr>
        <w:jc w:val="right"/>
      </w:pPr>
      <w:r>
        <w:t>کیونکہ حدیث ثابت ہے کہ ہر ہر مرد، ہر ہر عورت جو ہے، وہ اس کی کنڈیشننگ ہوتی ہے اپنے گھر میں، اپنے ماحول میں، جس جس حالات میں وہ پیدا ہوتا ہے، وہاں۔</w:t>
      </w:r>
    </w:p>
    <w:p>
      <w:r>
        <w:rPr>
          <w:b/>
        </w:rPr>
        <w:t xml:space="preserve">[1:35:04] </w:t>
      </w:r>
      <w:r>
        <w:t>to har aadmi ek case jo hai, conditioning ka case hota hai. yeh hota hi hota hai, is mein koi exception nahi hai. to sab se pehla kaam hai apni deconditioning.</w:t>
      </w:r>
    </w:p>
    <w:p>
      <w:pPr>
        <w:jc w:val="right"/>
      </w:pPr>
      <w:r>
        <w:t>تو ہر آدمی ایک کیس جو ہے، کنڈیشننگ کا کیس ہوتا ہے۔ یہ ہوتا ہی ہوتا ہے، اس میں کوئی ایکسیپشن نہیں ہے۔ تو سب سے پہلا کام ہے اپنی ڈی کنڈیشننگ۔</w:t>
      </w:r>
    </w:p>
    <w:p>
      <w:r>
        <w:rPr>
          <w:b/>
        </w:rPr>
        <w:t xml:space="preserve">[1:35:17] </w:t>
      </w:r>
      <w:r>
        <w:t>here is the starting point.</w:t>
      </w:r>
    </w:p>
    <w:p>
      <w:pPr>
        <w:jc w:val="right"/>
      </w:pPr>
      <w:r>
        <w:t>ہیر از دا سٹارٹنگ پوائنٹ۔</w:t>
      </w:r>
    </w:p>
    <w:p>
      <w:r>
        <w:rPr>
          <w:b/>
        </w:rPr>
        <w:t xml:space="preserve">[1:35:20] </w:t>
      </w:r>
      <w:r>
        <w:t>isi ko dekhiye, yaani quran hadees mein is ko kaha muhasba kaha gaya hai. haseb al nafs qabl an tuhasabu.</w:t>
      </w:r>
    </w:p>
    <w:p>
      <w:pPr>
        <w:jc w:val="right"/>
      </w:pPr>
      <w:r>
        <w:t>اسی کو دیکھیے، یعنی قرآن حدیث میں اس کو کہا محاسبہ کہا گیا ہے۔ حاسب الفس کو قابلہ تحاسب۔</w:t>
      </w:r>
    </w:p>
    <w:p>
      <w:r>
        <w:rPr>
          <w:b/>
        </w:rPr>
        <w:t xml:space="preserve">[1:35:30] </w:t>
      </w:r>
      <w:r>
        <w:t>yeh sharai lafz is ke liye deconditioning ke liye sharai lafz hai, woh hai muhasba. isi ko main deconditioning kehta hoon. muhasba ka matlab yahi hai apni deconditioning.</w:t>
      </w:r>
    </w:p>
    <w:p>
      <w:pPr>
        <w:jc w:val="right"/>
      </w:pPr>
      <w:r>
        <w:t>یہ شرعی لفظ اس کے لیے ڈی کنڈیشننگ کے لیے شرعی لفظ ہے، وہ ہے محاسبہ۔ اسی کو میں ڈی کنڈیشننگ کہتا ہوں۔ محاسبہ کا معنی یہی ہے اپنی ڈی کنڈیشننگ۔</w:t>
      </w:r>
    </w:p>
    <w:p>
      <w:r>
        <w:rPr>
          <w:b/>
        </w:rPr>
        <w:t xml:space="preserve">[1:35:44] </w:t>
      </w:r>
      <w:r>
        <w:t>to here is the starting point</w:t>
      </w:r>
    </w:p>
    <w:p>
      <w:pPr>
        <w:jc w:val="right"/>
      </w:pPr>
      <w:r>
        <w:t>تو ہیر از دا سٹارٹنگ پوائنٹ</w:t>
      </w:r>
    </w:p>
    <w:p>
      <w:r>
        <w:rPr>
          <w:b/>
        </w:rPr>
        <w:t xml:space="preserve">[1:35:46] </w:t>
      </w:r>
      <w:r>
        <w:t>. jab tak aap apne ko theek na kar len, aap kuch bhi effect nahi daal payenge na apni family par na apni society par.</w:t>
      </w:r>
    </w:p>
    <w:p>
      <w:pPr>
        <w:jc w:val="right"/>
      </w:pPr>
      <w:r>
        <w:t>۔ جب تک آپ اپنے کو ٹھیک نہ کر لیں، آپ کچھ بھی ایفیکٹ نہیں ڈال پائیں گے نہ اپنی فیملی پر نہ اپنی سوسائٹی پر۔</w:t>
      </w:r>
    </w:p>
    <w:p>
      <w:r>
        <w:rPr>
          <w:b/>
        </w:rPr>
        <w:t xml:space="preserve">[1:36:02] </w:t>
      </w:r>
      <w:r>
        <w:t>yeh sawal hai mis raziya ka delhi se. beelievers ki agli naslen kamzor kyun ho jati hain?</w:t>
      </w:r>
    </w:p>
    <w:p>
      <w:pPr>
        <w:jc w:val="right"/>
      </w:pPr>
      <w:r>
        <w:t>دس کوئسچن از فرام مس راضیہ فرام دہلی۔ وائی ڈو سکسیدنگ جنریشنز اف بیلیورز ڈی جنریٹ؟</w:t>
      </w:r>
    </w:p>
    <w:p>
      <w:r>
        <w:rPr>
          <w:b/>
        </w:rPr>
        <w:t xml:space="preserve">[1:36:16] </w:t>
      </w:r>
      <w:r>
        <w:t>dekhiye, is mein believer aur non believer ki baat nahi hai.</w:t>
      </w:r>
    </w:p>
    <w:p>
      <w:pPr>
        <w:jc w:val="right"/>
      </w:pPr>
      <w:r>
        <w:t>دیکھیے، اس میں بیلیور اور نان بیلیور کی بات نہیں ہے۔</w:t>
      </w:r>
    </w:p>
    <w:p>
      <w:r>
        <w:rPr>
          <w:b/>
        </w:rPr>
        <w:t xml:space="preserve">[1:36:23] </w:t>
      </w:r>
      <w:r>
        <w:t>degenerate hota hi hota hai agli agli nasal mein. dekhiye, rasool allah ke zamane mein kya hua ke log islam par nahi thay, kuch aur un ka deen tha.</w:t>
      </w:r>
    </w:p>
    <w:p>
      <w:pPr>
        <w:jc w:val="right"/>
      </w:pPr>
      <w:r>
        <w:t>ڈی جنریٹ ہوتا ہی ہوتا ہے اگلی اگلی نسل میں۔ دیکھیے، رسول اللہ کے زمانے میں کیا ہوا کہ لوگ اسلام پر نہیں تھے، کچھ اور ان کا دین تھا۔</w:t>
      </w:r>
    </w:p>
    <w:p>
      <w:r>
        <w:rPr>
          <w:b/>
        </w:rPr>
        <w:t xml:space="preserve">[1:36:40] </w:t>
      </w:r>
      <w:r>
        <w:t>to rasool allah ne un ke samne deen pesh kiya. to islam was yaani there discovery. woh kuch aur jee rahe thay, kuch aur zindagi.</w:t>
      </w:r>
    </w:p>
    <w:p>
      <w:pPr>
        <w:jc w:val="right"/>
      </w:pPr>
      <w:r>
        <w:t>تو رسول اللہ نے ان کے سامنے دین پیش کیا۔ تو اسلام واز یعنی دیر ڈسکوری۔ وہ کچھ اور جی رہے تھے، کچھ اور زندگی۔</w:t>
      </w:r>
    </w:p>
    <w:p>
      <w:r>
        <w:rPr>
          <w:b/>
        </w:rPr>
        <w:t xml:space="preserve">[1:36:52] </w:t>
      </w:r>
      <w:r>
        <w:t>ab jab rasool allah ki baatein suni, unhon ne quran ko parha, unhon ne to unhein pata chala ke hum to ghalati par thay. to un ko islam jo hai, as a discovery mila tha.</w:t>
      </w:r>
    </w:p>
    <w:p>
      <w:pPr>
        <w:jc w:val="right"/>
      </w:pPr>
      <w:r>
        <w:t>اب جب رسول اللہ کی باتیں سنی، انہوں نے قرآن کو پڑھا، انہوں نے تو انہیں پتہ چلا کہ ہم تو غلطی پر تھے۔ تو ان کو اسلام جو ہے، ایز اے ڈسکوری ملا تھا۔</w:t>
      </w:r>
    </w:p>
    <w:p>
      <w:r>
        <w:rPr>
          <w:b/>
        </w:rPr>
        <w:t xml:space="preserve">[1:37:02] </w:t>
      </w:r>
      <w:r>
        <w:t>is ko marifat kehte hain. yani arbi mein is ko marifat kehte hain. isi ko mein discovery kehta hoon. to discovery se in ke andar aik naya emergency hua.</w:t>
      </w:r>
    </w:p>
    <w:p>
      <w:pPr>
        <w:jc w:val="right"/>
      </w:pPr>
      <w:r>
        <w:t>اس کو معرفت کہتے ہیں۔ یعنی عربی میں اس کو معرفت کہتے ہیں۔ اسی کو میں ڈسکوری کہتا ہوں۔ تو ڈسکوری سے ان کے اندر ایک نیا ایمرجنسی ہوا۔</w:t>
      </w:r>
    </w:p>
    <w:p>
      <w:r>
        <w:rPr>
          <w:b/>
        </w:rPr>
        <w:t xml:space="preserve">[1:37:13] </w:t>
      </w:r>
      <w:r>
        <w:t>aik nai spirit bani. aai in ke andar naya character aaya. ke discovery jo hai, aadmi ko halchal, aadmi ko halchal paida kar deti hai.</w:t>
      </w:r>
    </w:p>
    <w:p>
      <w:pPr>
        <w:jc w:val="right"/>
      </w:pPr>
      <w:r>
        <w:t>ایک نئی سپرٹ بنی۔ آئی ان کے اندر نیا کریکٹر آیا۔ کہ ڈسکوری جو ہے، آدمی کو ہلچل، آدمی کو ہلچل پیدا کر دیتی ہے۔</w:t>
      </w:r>
    </w:p>
    <w:p>
      <w:r>
        <w:rPr>
          <w:b/>
        </w:rPr>
        <w:t xml:space="preserve">[1:37:22] </w:t>
      </w:r>
      <w:r>
        <w:t>jab bhi koi cheez matlab discovery aap payein to aap ke andar aik halchal aa jayegi. aik naya emergency hoga aap ke andar. aik naya revolution aa jayega aap ke andar. ab kya hai?</w:t>
      </w:r>
    </w:p>
    <w:p>
      <w:pPr>
        <w:jc w:val="right"/>
      </w:pPr>
      <w:r>
        <w:t>جب بھی کوئی چیز مطلب ڈسکوری آپ پائیں تو آپ کے اندر ایک ہلچل آ جائے گی۔ ایک نیا ایمرجنسی ہوگا آپ کے اندر۔ ایک نیا ریولوشن آ جائے گا آپ کے اندر۔ اب کیا ہے؟</w:t>
      </w:r>
    </w:p>
    <w:p>
      <w:r>
        <w:rPr>
          <w:b/>
        </w:rPr>
        <w:t xml:space="preserve">[1:37:32] </w:t>
      </w:r>
      <w:r>
        <w:t>paida hue to samajh lein ke hum paida hue to hum musalman ho gaye. paida hote hi apne aap ko musalman samajhne lage woh. to unhon ne islam ko as a discovery nahi paya.</w:t>
      </w:r>
    </w:p>
    <w:p>
      <w:pPr>
        <w:jc w:val="right"/>
      </w:pPr>
      <w:r>
        <w:t>پیدا ہوئے تو سمجھ لیں کہ ہم پیدا ہوئے تو ہم مسلمان ہو گئے۔ پیدا ہوتے ہی اپنے آپ کو مسلمان سمجھنے لگے وہ۔ تو انہوں نے اسلام کو ایز اے ڈسکوری نہیں پایا۔</w:t>
      </w:r>
    </w:p>
    <w:p>
      <w:r>
        <w:rPr>
          <w:b/>
        </w:rPr>
        <w:t xml:space="preserve">[1:37:45] </w:t>
      </w:r>
      <w:r>
        <w:t>bas samajh liya ke hum paida ho ke to hum musalman hain. to degeneration ka matlab yahi hai ke discovery ke baghair koi samajh le ke mujhe islam mil gaya.</w:t>
      </w:r>
    </w:p>
    <w:p>
      <w:pPr>
        <w:jc w:val="right"/>
      </w:pPr>
      <w:r>
        <w:t>بس سمجھ لیا کہ ہم پیدا ہو کے تو ہم مسلمان ہیں۔ تو ڈی جنریشن کا معنی یہی ہے کہ ڈسکوری کے بغیر کوئی سمجھ لے کہ مجھے اسلام مل گیا۔</w:t>
      </w:r>
    </w:p>
    <w:p>
      <w:r>
        <w:rPr>
          <w:b/>
        </w:rPr>
        <w:t xml:space="preserve">[1:37:59] </w:t>
      </w:r>
      <w:r>
        <w:t>ab ise kya karna hai? ke is ko phir se sochna hai, ghor karna hai, study karna hai. aur islam ko phir rediscovery banana hai. isi liye mein aksar kaha karta hoon ke doosron ke liye humein islam ko un ki discovery banana hai.</w:t>
      </w:r>
    </w:p>
    <w:p>
      <w:pPr>
        <w:jc w:val="right"/>
      </w:pPr>
      <w:r>
        <w:t>اب اسے کیا کرنا ہے؟ کہ اس کو پھر سے سوچنا ہے، غور کرنا ہے، اسٹڈی کرنا ہے۔ اور اسلام کو پھر ری ڈسکوری بنانا ہے۔ اسی لیے میں اکثر کہا کرتا ہوں کہ دوسروں کے لیے ہمیں اسلام کو ان کی ڈسکوری بنانا ہے۔</w:t>
      </w:r>
    </w:p>
    <w:p>
      <w:r>
        <w:rPr>
          <w:b/>
        </w:rPr>
        <w:t xml:space="preserve">[1:38:13] </w:t>
      </w:r>
      <w:r>
        <w:t>aur musalmanon ko humein islam ko un ki rediscovery banana hai. to hamara to fold mission hai. hamara to fold mission hai. doosre logon ke liye hum ko yeh hai karna ke hum un ko is un ke liye islam ko un ki discovery banayein.</w:t>
      </w:r>
    </w:p>
    <w:p>
      <w:pPr>
        <w:jc w:val="right"/>
      </w:pPr>
      <w:r>
        <w:t>اور مسلمانوں کو ہمیں اسلام کو ان کی ری ڈسکوری بنانا ہے۔ تو ہمارا ٹو فولڈ مشن ہے۔ ہمارا ٹو فولڈ مشن ہے۔ دوسرے لوگوں کے لیے ہم کو یہ ہے کرنا کہ ہم ان کو اس ان کے لیے اسلام کو ان کی ڈسکوری بنائیں۔</w:t>
      </w:r>
    </w:p>
    <w:p>
      <w:r>
        <w:rPr>
          <w:b/>
        </w:rPr>
        <w:t xml:space="preserve">[1:38:28] </w:t>
      </w:r>
      <w:r>
        <w:t>aur musalmanon ke liye karna hai ke un ko hum islam ko un ke liye hum rediscovery banayein. yahi hamare mission ka yani ke to point formula hai.</w:t>
      </w:r>
    </w:p>
    <w:p>
      <w:pPr>
        <w:jc w:val="right"/>
      </w:pPr>
      <w:r>
        <w:t>اور مسلمانوں کے لیے کرنا ہے کہ ان کو ہم اسلام کو ان کے لیے ہم ری ڈسکوری بنائیں۔ یہی ہمارے مشن کا یعنی کہ ٹو پوائنٹ فارمولا ہے۔</w:t>
      </w:r>
    </w:p>
    <w:p>
      <w:r>
        <w:rPr>
          <w:b/>
        </w:rPr>
        <w:t xml:space="preserve">[1:38:43] </w:t>
      </w:r>
      <w:r>
        <w:t>das question is from mr ravi kumar from delhi. maulana, tauheed ka matlab bataiye. tauheed kise kehte hain?</w:t>
      </w:r>
    </w:p>
    <w:p>
      <w:pPr>
        <w:jc w:val="right"/>
      </w:pPr>
      <w:r>
        <w:t>دس کوئسچن از فرام مسٹر روی کمار فرام دہلی۔ مولانا، توحید کا مطلب بتائیے۔ توحید کسے کہتے ہیں؟</w:t>
      </w:r>
    </w:p>
    <w:p>
      <w:r>
        <w:rPr>
          <w:b/>
        </w:rPr>
        <w:t xml:space="preserve">[1:38:55] </w:t>
      </w:r>
      <w:r>
        <w:t>dekhiye, tauheed ka jo lafz hai, woh wahdat se bana hai. aik yani aik manna. tauheed ka matlab aik manna.</w:t>
      </w:r>
    </w:p>
    <w:p>
      <w:pPr>
        <w:jc w:val="right"/>
      </w:pPr>
      <w:r>
        <w:t>دیکھیے، توحید کا جو لفظ ہے، وہ وحدت سے بنا ہے۔ ایک یعنی ایک ماننا۔ توحید کا معنی ایک ماننا۔</w:t>
      </w:r>
    </w:p>
    <w:p>
      <w:r>
        <w:rPr>
          <w:b/>
        </w:rPr>
        <w:t xml:space="preserve">[1:39:06] </w:t>
      </w:r>
      <w:r>
        <w:t>to yahan par lafz khuda ke liye bola jata hai. yani khuda ko aik manna. khuda ko aik manna. to philosopher jo the, yani hazaron saal se, woh sochte the.</w:t>
      </w:r>
    </w:p>
    <w:p>
      <w:pPr>
        <w:jc w:val="right"/>
      </w:pPr>
      <w:r>
        <w:t>تو یہاں پر لفظ خدا کے لیے بولا جاتا ہے۔ یعنی خدا کو ایک ماننا۔ خدا کو ایک ماننا۔ تو فلاسفر جو تھے، یعنی ہزاروں سال سے، وہ سوچتے تھے۔</w:t>
      </w:r>
    </w:p>
    <w:p>
      <w:r>
        <w:rPr>
          <w:b/>
        </w:rPr>
        <w:t xml:space="preserve">[1:39:21] </w:t>
      </w:r>
      <w:r>
        <w:t>to un ko unhon ne yani falsafi falsafiyana soch bichar kar ke unhon ne yeh mana ke ke haqeeqat reality aik hai.</w:t>
      </w:r>
    </w:p>
    <w:p>
      <w:pPr>
        <w:jc w:val="right"/>
      </w:pPr>
      <w:r>
        <w:t>تو ان کو انہوں نے یعنی فلسفی فلسفیانہ سوچ بچار کر کے انہوں نے یہ مانا کہ کہ حقیقت ریلیٹی ایک ہے۔</w:t>
      </w:r>
    </w:p>
    <w:p>
      <w:r>
        <w:rPr>
          <w:b/>
        </w:rPr>
        <w:t xml:space="preserve">[1:39:31] </w:t>
      </w:r>
      <w:r>
        <w:t>reality aik hai. is ko kehte the monistic concept of reality. yani zameen, aasman, suraj, chand, har cheez aik hi hai.</w:t>
      </w:r>
    </w:p>
    <w:p>
      <w:pPr>
        <w:jc w:val="right"/>
      </w:pPr>
      <w:r>
        <w:t>ریلیٹی ایک ہے۔ اس کو کہتے تھے مونسٹک کانسیپٹ آف ریلیٹی۔ یعنی زمین، آسمان، سورج، چاند، ہر چیز ایک ہی ہے۔</w:t>
      </w:r>
    </w:p>
    <w:p>
      <w:r>
        <w:rPr>
          <w:b/>
        </w:rPr>
        <w:t xml:space="preserve">[1:39:40] </w:t>
      </w:r>
      <w:r>
        <w:t>yani insan ho ya animal ho, sab aik hi aik hai. aik hi reality ke manifestations hain, alag alag. yeh un ka falsafa, yani falsafiyon ka manna tha yeh ke woh duality ko nahi mante the ke do duniya mein duality nahi hai.</w:t>
      </w:r>
    </w:p>
    <w:p>
      <w:pPr>
        <w:jc w:val="right"/>
      </w:pPr>
      <w:r>
        <w:t>یعنی انسان ہو یا اینیمل ہو، سب ایک ہی ایک ہے۔ ایک ہی ریلیٹی کے مینیفیسٹیشنز ہیں، الگ الگ۔ یہ ان کا فلسفہ، یعنی فلسفیوں کا ماننا تھا یہ کہ وہ ڈویلٹی کو نہیں مانتے تھے کہ دو دنیا میں ڈویلٹی نہیں ہے۔</w:t>
      </w:r>
    </w:p>
    <w:p>
      <w:r>
        <w:rPr>
          <w:b/>
        </w:rPr>
        <w:t xml:space="preserve">[1:39:58] </w:t>
      </w:r>
      <w:r>
        <w:t>yani do haq cheezein nahi hain, aik hi cheez hai. isi aik ne is ko hegel ne kaha tha world spirit.</w:t>
      </w:r>
    </w:p>
    <w:p>
      <w:pPr>
        <w:jc w:val="right"/>
      </w:pPr>
      <w:r>
        <w:t>یعنی دو حق چیزیں نہیں ہیں، ایک ہی چیز ہے۔ اسی ایک نے اس کو ہیگل نے کہا تھا ورلڈ سپرٹ۔</w:t>
      </w:r>
    </w:p>
    <w:p>
      <w:r>
        <w:rPr>
          <w:b/>
        </w:rPr>
        <w:t xml:space="preserve">[1:40:09] </w:t>
      </w:r>
      <w:r>
        <w:t>aise hi doosre logon ne naam diya, lekin is ko kaha jata hai technical tor par ke monistic concept of reality. to yeh is ko kuch mazhabon ne le liya.</w:t>
      </w:r>
    </w:p>
    <w:p>
      <w:pPr>
        <w:jc w:val="right"/>
      </w:pPr>
      <w:r>
        <w:t>ایسے ہی دوسرے لوگوں نے نام دیا، لیکن اس کو کہا جاتا ہے ٹیکنیکل طور پر کہ مونسٹک کانسیپٹ آف ریلیٹی۔ تو یہ اس کو کچھ مذہبوں نے لے لیا۔</w:t>
      </w:r>
    </w:p>
    <w:p>
      <w:r>
        <w:rPr>
          <w:b/>
        </w:rPr>
        <w:t xml:space="preserve">[1:40:20] </w:t>
      </w:r>
      <w:r>
        <w:t>yani jo jin ko jo hum kehte hain jo woh mazahib hain, yani Aryan religions mein. Aryan religions mein isi falsafiyana concept ko le liya.</w:t>
      </w:r>
    </w:p>
    <w:p>
      <w:pPr>
        <w:jc w:val="right"/>
      </w:pPr>
      <w:r>
        <w:t>یعنی جو جن کو جو ہم کہتے ہیں جو وہ مذاہب ہیں، یعنی ایرین ریلیجنز میں۔ ایرین ریلیجنز میں اسی فلسفیانہ کانسیپٹ کو لے لیا۔</w:t>
      </w:r>
    </w:p>
    <w:p>
      <w:r>
        <w:rPr>
          <w:b/>
        </w:rPr>
        <w:t xml:space="preserve">[1:40:33] </w:t>
      </w:r>
      <w:r>
        <w:t>is ko woh kehte hain advaita ya monism. lekin jo paighambaron ke zariye se jo tasawwur khuda ka diya gaya hai, sare paighambaron ne tauheed ka paigham diya.</w:t>
      </w:r>
    </w:p>
    <w:p>
      <w:pPr>
        <w:jc w:val="right"/>
      </w:pPr>
      <w:r>
        <w:t>اس کو وہ کہتے ہیں ادوئی تواد یا مونزم۔ لیکن جو پیغمبروں کے ذریعے سے جو تصور خدا کا دیا گیا ہے، سارے پیغمبروں نے توحید کا پیغام دیا۔</w:t>
      </w:r>
    </w:p>
    <w:p>
      <w:r>
        <w:rPr>
          <w:b/>
        </w:rPr>
        <w:t xml:space="preserve">[1:40:44] </w:t>
      </w:r>
      <w:r>
        <w:t>yani khuda jo hai, creation se alag hai. creation, creator do alag cheezein hain. khuda ne create kiya hai, na ke is ka woh part hai.</w:t>
      </w:r>
    </w:p>
    <w:p>
      <w:pPr>
        <w:jc w:val="right"/>
      </w:pPr>
      <w:r>
        <w:t>یعنی خدا جو ہے، کریشن سے الگ ہے۔ کریشن، کریٹر دو الگ چیزیں ہیں۔ خدا نے کریٹ کیا ہے، نہ کہ اس کا وہ پارٹ ہے۔</w:t>
      </w:r>
    </w:p>
    <w:p>
      <w:r>
        <w:rPr>
          <w:b/>
        </w:rPr>
        <w:t xml:space="preserve">[1:40:57] </w:t>
      </w:r>
      <w:r>
        <w:t>to tauheed aur wahdat al wajood do alag alag nazariye hain. wahdat al wajood ka matlab yeh hai, yani wahdat al wajood ka matlab hai yeh advaita.</w:t>
      </w:r>
    </w:p>
    <w:p>
      <w:pPr>
        <w:jc w:val="right"/>
      </w:pPr>
      <w:r>
        <w:t>تو توحید اور وحدت وجود دو الگ الگ نظریے ہیں۔ وحدت وجود کا مطلب یہ ہے، یعنی وحدت وجود کا مطلب ہے یہ ادوئی تواد۔</w:t>
      </w:r>
    </w:p>
    <w:p>
      <w:r>
        <w:rPr>
          <w:b/>
        </w:rPr>
        <w:t xml:space="preserve">[1:41:08] </w:t>
      </w:r>
      <w:r>
        <w:t>aur tauheed ka matlab hai duality. yani tauheed mein yeh mana gaya hai ke khalq alag hai, makhlooq alag hai. khuda alag hai aur insan alag hai.</w:t>
      </w:r>
    </w:p>
    <w:p>
      <w:pPr>
        <w:jc w:val="right"/>
      </w:pPr>
      <w:r>
        <w:t>اور توحید کا مطلب ہے دوئی تواد۔ یعنی توحید میں یہ مانا گیا ہے کہ خالق الگ ہے، مخلوق الگ ہے۔ خدا الگ ہے اور انسان الگ ہے۔</w:t>
      </w:r>
    </w:p>
    <w:p>
      <w:r>
        <w:rPr>
          <w:b/>
        </w:rPr>
        <w:t xml:space="preserve">[1:41:19] </w:t>
      </w:r>
      <w:r>
        <w:t>yeh hai duality. aur monism mein yeh hai ke advaita. ke sab sab aik hi haqeeqat hai, usi ke alag alag manifestations hain.</w:t>
      </w:r>
    </w:p>
    <w:p>
      <w:pPr>
        <w:jc w:val="right"/>
      </w:pPr>
      <w:r>
        <w:t>یہ ہے دوئی تواد۔ اور مونزم میں یہ ہے کہ ادوئی تواد۔ کہ سب سب ایک ہی حقیقت ہے، اسی کے الگ الگ مینیفیسٹیشنز ہیں۔</w:t>
      </w:r>
    </w:p>
    <w:p>
      <w:r>
        <w:rPr>
          <w:b/>
        </w:rPr>
        <w:t xml:space="preserve">[1:41:29] </w:t>
      </w:r>
      <w:r>
        <w:t>to behal tauheed jo hai, jo jo quran mein batai gayi hai, woh bilkul alag hai wahdat al wajood se. wahdat al wajood jo hai, quran ka concept nahi hai.</w:t>
      </w:r>
    </w:p>
    <w:p>
      <w:pPr>
        <w:jc w:val="right"/>
      </w:pPr>
      <w:r>
        <w:t>تو بہرحال توحید جو ہے، جو جو قرآن میں بتائی گئی ہے، وہ بالکل الگ ہے وحدت وجود سے۔ وحدت وجود جو ہے، قرآن کا کانسیپٹ نہیں ہے۔</w:t>
      </w:r>
    </w:p>
    <w:p>
      <w:r>
        <w:rPr>
          <w:b/>
        </w:rPr>
        <w:t xml:space="preserve">[1:41:40] </w:t>
      </w:r>
      <w:r>
        <w:t>quran ka concept yeh hai ke khuda hi tha. jab kuch nahi tha to khuda tha. sirf khuda tha.</w:t>
      </w:r>
    </w:p>
    <w:p>
      <w:pPr>
        <w:jc w:val="right"/>
      </w:pPr>
      <w:r>
        <w:t>قرآن کا کانسیپٹ یہ ہے کہ خدا ہی تھا۔ جب کچھ نہیں تھا تو خدا تھا۔ صرف خدا تھا۔</w:t>
      </w:r>
    </w:p>
    <w:p>
      <w:r>
        <w:rPr>
          <w:b/>
        </w:rPr>
        <w:t xml:space="preserve">[1:41:49] </w:t>
      </w:r>
      <w:r>
        <w:t>phir khuda ne apne irade se create kiya. material world ko, animal world ko, insan ko, sab ko khuda ne create kiya. to khuda creator hai, hum creature hain.</w:t>
      </w:r>
    </w:p>
    <w:p>
      <w:pPr>
        <w:jc w:val="right"/>
      </w:pPr>
      <w:r>
        <w:t>پھر خدا نے اپنے ارادے سے کریٹ کیا۔ مٹیریل ورلڈ کو، اینیمل ورلڈ کو، انسان کو، سب کو خدا نے کریٹ کیا۔ تو خدا کریٹر ہے، ہم کریچر ہیں۔</w:t>
      </w:r>
    </w:p>
    <w:p>
      <w:r>
        <w:rPr>
          <w:b/>
        </w:rPr>
        <w:t xml:space="preserve">[1:41:59] </w:t>
      </w:r>
      <w:r>
        <w:t>yeh hai tauheed.</w:t>
      </w:r>
    </w:p>
    <w:p>
      <w:pPr>
        <w:jc w:val="right"/>
      </w:pPr>
      <w:r>
        <w:t>یہ ہے توحید۔</w:t>
      </w:r>
    </w:p>
    <w:p>
      <w:r>
        <w:rPr>
          <w:b/>
        </w:rPr>
        <w:t xml:space="preserve">[1:42:03] </w:t>
      </w:r>
      <w:r>
        <w:t>das question is from mr abdul basit from doha. maulana, hinduon ka yeh aqeedah hai ke sachai ek hai aur us ke zahoor kai.</w:t>
      </w:r>
    </w:p>
    <w:p>
      <w:pPr>
        <w:jc w:val="right"/>
      </w:pPr>
      <w:r>
        <w:t>دس کوئسچن از فرام مسٹر عبدالباسط فرام دوحہ۔ مولانا، ہندوؤں کا یہ عقیدہ ہے کہ سچائی ایک ہے اور اس کے ظہور کئی۔</w:t>
      </w:r>
    </w:p>
    <w:p>
      <w:r>
        <w:rPr>
          <w:b/>
        </w:rPr>
        <w:t xml:space="preserve">[1:42:17] </w:t>
      </w:r>
      <w:r>
        <w:t>to sahih yeh hai ke sachai ek hai magar us ke saboot kai hain. balkeh yeh sari dunya sachai ka saboot hai.</w:t>
      </w:r>
    </w:p>
    <w:p>
      <w:pPr>
        <w:jc w:val="right"/>
      </w:pPr>
      <w:r>
        <w:t>تو صحیح یہ ہے کہ سچائی ایک ہے مگر اس کے ثبوت کئی ہیں۔ بلکہ یہ ساری دنیا سچائی کا ثبوت ہے۔</w:t>
      </w:r>
    </w:p>
    <w:p>
      <w:r>
        <w:rPr>
          <w:b/>
        </w:rPr>
        <w:t xml:space="preserve">[1:42:27] </w:t>
      </w:r>
      <w:r>
        <w:t>maulana, kya yeh sahih hai? haan, theek hai. yeh baat theek hai. aap sahih keh rahe hain. allah ke yaani aala hain yeh, jis ko aala allah kaha gaya hai.</w:t>
      </w:r>
    </w:p>
    <w:p>
      <w:pPr>
        <w:jc w:val="right"/>
      </w:pPr>
      <w:r>
        <w:t>مولانا، کیا یہ صحیح ہے؟ ہاں، ٹھیک ہے۔ یہ بات ٹھیک ہے۔ آپ صحیح کہہ رہے ہیں۔ اللہ کے یعنی اعلیٰ ہیں یہ، جس کو اعلیٰ اللہ کہا گیا ہے۔</w:t>
      </w:r>
    </w:p>
    <w:p>
      <w:r>
        <w:rPr>
          <w:b/>
        </w:rPr>
        <w:t xml:space="preserve">[1:42:42] </w:t>
      </w:r>
      <w:r>
        <w:t>ek arabi shair ne kaha tha ke abu al-atahiya ne ke "wa min kulli shai'in lahu ayatul tadullu 'ala annahu al-wahid".</w:t>
      </w:r>
    </w:p>
    <w:p>
      <w:pPr>
        <w:jc w:val="right"/>
      </w:pPr>
      <w:r>
        <w:t>ایک عربی شاعر نے کہا تھا کہ ابو العطاہیہ نے کہ "وبن کل شئ لہ آیت تدل علی انہ الواحد"۔</w:t>
      </w:r>
    </w:p>
    <w:p>
      <w:r>
        <w:rPr>
          <w:b/>
        </w:rPr>
        <w:t xml:space="preserve">[1:42:52] </w:t>
      </w:r>
      <w:r>
        <w:t>jis ko aap shai, jis ko aap saboot kar rahe hain, usi ko hum keh sakte hain ke ayat ya shai. asi gi and shai. to sari cheezein khuda ke shai'z hain.</w:t>
      </w:r>
    </w:p>
    <w:p>
      <w:pPr>
        <w:jc w:val="right"/>
      </w:pPr>
      <w:r>
        <w:t>جس کو آپ شئ، جس کو آپ ثبوت کر رہے ہیں، اسی کو ہم کہہ سکتے ہیں کہ آیت یا شئ۔ ایس آئی جی اینڈ شئ۔ تو ساری چیزیں خدا کے شئز ہیں۔</w:t>
      </w:r>
    </w:p>
    <w:p>
      <w:r>
        <w:rPr>
          <w:b/>
        </w:rPr>
        <w:t xml:space="preserve">[1:43:03] </w:t>
      </w:r>
      <w:r>
        <w:t>khuda ke ayatein hain, khuda ki nishaniyan hain. aur woh usi ko aap ne saboot kaha hai.</w:t>
      </w:r>
    </w:p>
    <w:p>
      <w:pPr>
        <w:jc w:val="right"/>
      </w:pPr>
      <w:r>
        <w:t>خدا کے آیتیں ہیں، خدا کی نشانیاں ہیں۔ اور وہ اسی کو آپ نے ثبوت کہا ہے۔</w:t>
      </w:r>
    </w:p>
    <w:p>
      <w:r>
        <w:rPr>
          <w:b/>
        </w:rPr>
        <w:t xml:space="preserve">[1:43:11] </w:t>
      </w:r>
      <w:r>
        <w:t>main samajhta hoon ke theek kaha hai aap ne.</w:t>
      </w:r>
    </w:p>
    <w:p>
      <w:pPr>
        <w:jc w:val="right"/>
      </w:pPr>
      <w:r>
        <w:t>میں سمجھتا ہوں کہ ٹھیک کہا ہے آپ نے۔</w:t>
      </w:r>
    </w:p>
    <w:p>
      <w:r>
        <w:rPr>
          <w:b/>
        </w:rPr>
        <w:t xml:space="preserve">[1:43:17] </w:t>
      </w:r>
      <w:r>
        <w:t>das question is from mr sajid from lucknow.</w:t>
      </w:r>
    </w:p>
    <w:p>
      <w:pPr>
        <w:jc w:val="right"/>
      </w:pPr>
      <w:r>
        <w:t>دس کوئسچن از فرام مسٹر ساجد فرام لکھنو۔</w:t>
      </w:r>
    </w:p>
    <w:p>
      <w:r>
        <w:rPr>
          <w:b/>
        </w:rPr>
        <w:t xml:space="preserve">[1:43:21] </w:t>
      </w:r>
      <w:r>
        <w:t>is only spreading message among non muslims dawah work. what is the nature of dawah</w:t>
      </w:r>
    </w:p>
    <w:p>
      <w:pPr>
        <w:jc w:val="right"/>
      </w:pPr>
      <w:r>
        <w:t>از اونلی سپریڈنگ میسج امنگ نان مسلمز دعویٰ ورک۔ واٹ از دا نیچر آف دعویٰ</w:t>
      </w:r>
    </w:p>
    <w:p>
      <w:r>
        <w:rPr>
          <w:b/>
        </w:rPr>
        <w:t xml:space="preserve">[1:43:29] </w:t>
      </w:r>
      <w:r>
        <w:t>work? kindly explain. yeh only ki baat nahi hai. aap kya karenge? un ka dil to nahi chirengay aap? koi danda to nahi marenge is ko aap?</w:t>
      </w:r>
    </w:p>
    <w:p>
      <w:pPr>
        <w:jc w:val="right"/>
      </w:pPr>
      <w:r>
        <w:t>ورک؟ کائنڈلی ایکسپلین۔ یہ اونلی کی بات نہیں ہے۔ آپ کیا کریں گے؟ ان کا دل تو نہیں چیریں گے آپ؟ کوئی ڈنڈا تو نہیں ماریں گے اس کو آپ؟</w:t>
      </w:r>
    </w:p>
    <w:p>
      <w:r>
        <w:rPr>
          <w:b/>
        </w:rPr>
        <w:t xml:space="preserve">[1:43:40] </w:t>
      </w:r>
      <w:r>
        <w:t>only, only keh kar ke is ko aap ghataya aap ne. kya karenge aap bataiye? rasool allah ne ya peghambaron ne yahi to kiya ke un ko paigham pohanchaya.</w:t>
      </w:r>
    </w:p>
    <w:p>
      <w:pPr>
        <w:jc w:val="right"/>
      </w:pPr>
      <w:r>
        <w:t>اونلی، اونلی کہہ کر کے اس کو آپ گھٹایا آپ نے۔ کیا کریں گے آپ بتائیے؟ رسول اللہ نے یا پیغمبروں نے یہی تو کیا کہ ان کو پیغام پہنچایا۔</w:t>
      </w:r>
    </w:p>
    <w:p>
      <w:r>
        <w:rPr>
          <w:b/>
        </w:rPr>
        <w:t xml:space="preserve">[1:43:50] </w:t>
      </w:r>
      <w:r>
        <w:t>daleel di, un ke liye duaein keen. un ke liye tarpe, un ke liye roye. phir kisi ne mana, kisi ne nahi mana. yaani only keh kar ke aap is ko hatate kyun hain?</w:t>
      </w:r>
    </w:p>
    <w:p>
      <w:pPr>
        <w:jc w:val="right"/>
      </w:pPr>
      <w:r>
        <w:t>دلیل دی، ان کے لیے دعائیں کیں۔ ان کے لیے تڑپے، ان کے لیے روئے۔ پھر کسی نے مانا، کسی نے نہیں مانا۔ یعنی اونلی کہہ کر کے آپ اس کو ہٹاتے کیوں ہیں؟</w:t>
      </w:r>
    </w:p>
    <w:p>
      <w:r>
        <w:rPr>
          <w:b/>
        </w:rPr>
        <w:t xml:space="preserve">[1:44:01] </w:t>
      </w:r>
      <w:r>
        <w:t>kai log aisi baatein kehte hain ke main kehta hoon aur kya karenge aap bataiye? kaha marenge un ko?</w:t>
      </w:r>
    </w:p>
    <w:p>
      <w:pPr>
        <w:jc w:val="right"/>
      </w:pPr>
      <w:r>
        <w:t>کئی لوگ ایسی باتیں کہتے ہیں کہ میں کہتا ہوں اور کیا کریں گے آپ بتائیے؟ کہا ماریں گے ان کو؟</w:t>
      </w:r>
    </w:p>
    <w:p>
      <w:r>
        <w:rPr>
          <w:b/>
        </w:rPr>
        <w:t xml:space="preserve">[1:44:10] </w:t>
      </w:r>
      <w:r>
        <w:t>maar maar ke kalma parhwenge? hamare bas mein yahi hai ke hum un ko samjhayein. un ke dil mein utarne wali baat kahein.</w:t>
      </w:r>
    </w:p>
    <w:p>
      <w:pPr>
        <w:jc w:val="right"/>
      </w:pPr>
      <w:r>
        <w:t>مار مار کے کلمہ پڑھوائیں گے؟ ہمارے بس میں یہی ہے کہ ہم ان کو سمجھائیں۔ ان کے دل میں اترنے والی بات کہیں۔</w:t>
      </w:r>
    </w:p>
    <w:p>
      <w:r>
        <w:rPr>
          <w:b/>
        </w:rPr>
        <w:t xml:space="preserve">[1:44:21] </w:t>
      </w:r>
      <w:r>
        <w:t>un ke un ka jo mind hai, us ke mutabiq koi daleel dein. aur phir dua karein, dua karein, dua karein, dua karein. un ke liye tode, un ke liye royein, un ke liye tarpein.</w:t>
      </w:r>
    </w:p>
    <w:p>
      <w:pPr>
        <w:jc w:val="right"/>
      </w:pPr>
      <w:r>
        <w:t>ان کے ان کا جو مائنڈ ہے، اس کے مطابق کوئی دلیل دیں۔ اور پھر دعا کریں، دعا کریں، دعا کریں، دعا کریں۔ ان کے لیے توڑ، ان کے لیے روئیں، ان کے لیے تڑپیں۔</w:t>
      </w:r>
    </w:p>
    <w:p>
      <w:r>
        <w:rPr>
          <w:b/>
        </w:rPr>
        <w:t xml:space="preserve">[1:44:30] </w:t>
      </w:r>
      <w:r>
        <w:t>aur kya hai? is ke baad jo hai, response kya hai, us par depend karta hai. yaani pehla jo hai, hamara kaam yeh hoga ke hum isi sense mein dawah work karenge.</w:t>
      </w:r>
    </w:p>
    <w:p>
      <w:pPr>
        <w:jc w:val="right"/>
      </w:pPr>
      <w:r>
        <w:t>اور کیا ہے؟ اس کے بعد جو ہے، رسپانس کیا ہے، اس پر ڈیپینڈ کرتا ہے۔ یعنی پہلا جو ہے، ہمارا کام یہ ہوگا کہ ہم اسی سینس میں دعویٰ ورک کریں گے۔</w:t>
      </w:r>
    </w:p>
    <w:p>
      <w:r>
        <w:rPr>
          <w:b/>
        </w:rPr>
        <w:t xml:space="preserve">[1:44:44] </w:t>
      </w:r>
      <w:r>
        <w:t>lekin agar use is par response kaisa hoga, us us par agli cheezein depend karengi. misaal ke taur par peghambaron ke zamane mein, pichle peghambaron ke zamane mein kabhi bhi aisa nahi hua ke bohat se logon ne peghambar ka saath de diya ho.</w:t>
      </w:r>
    </w:p>
    <w:p>
      <w:pPr>
        <w:jc w:val="right"/>
      </w:pPr>
      <w:r>
        <w:t>لیکن اگر اسے اس پر رسپانس کیسا ہوگا، اس اس پر اگلی چیزیں ڈیپینڈ کریں گی۔ مثال کے طور پر پیغمبروں کے زمانے میں، پچھلے پیغمبروں کے زمانے میں کبھی بھی ایسا نہیں ہوا کہ بہت سے لوگوں نے پیغمبر کا ساتھ دے دیا ہو۔</w:t>
      </w:r>
    </w:p>
    <w:p>
      <w:r>
        <w:rPr>
          <w:b/>
        </w:rPr>
        <w:t xml:space="preserve">[1:44:59] </w:t>
      </w:r>
      <w:r>
        <w:t>to na koi society bani, na koi state bani. rasool allah ke zamane mein aisa hua ke logon ne saath de diya to society bhi bani, state bhi bani. lekin starting point to sab ka wahi tha.</w:t>
      </w:r>
    </w:p>
    <w:p>
      <w:pPr>
        <w:jc w:val="right"/>
      </w:pPr>
      <w:r>
        <w:t>تو نہ کوئی سوسائٹی بنی، نہ کوئی اسٹیٹ بنی۔ رسول اللہ کے زمانے میں ایسا ہوا کہ لوگوں نے ساتھ دے دیا تو سوسائٹی بھی بنی، اسٹیٹ بھی بنی۔ لیکن سٹارٹنگ پوائنٹ تو سب کا وہی تھا۔</w:t>
      </w:r>
    </w:p>
    <w:p>
      <w:r>
        <w:rPr>
          <w:b/>
        </w:rPr>
        <w:t xml:space="preserve">[1:45:11] </w:t>
      </w:r>
      <w:r>
        <w:t>starting point sab ka wahi tha ke inzar o it'aam. logon ko batana, samjhana, dua karna. to dekhiye, do alag alag cheezein hain.</w:t>
      </w:r>
    </w:p>
    <w:p>
      <w:pPr>
        <w:jc w:val="right"/>
      </w:pPr>
      <w:r>
        <w:t>سٹارٹنگ پوائنٹ سب کا وہی تھا کہ انظار و تفسیر۔ لوگوں کو بتانا، سمجھانا، دعا کرنا۔ تو دیکھیے، دو الگ الگ چیزیں ہیں۔</w:t>
      </w:r>
    </w:p>
    <w:p>
      <w:r>
        <w:rPr>
          <w:b/>
        </w:rPr>
        <w:t xml:space="preserve">[1:45:22] </w:t>
      </w:r>
      <w:r>
        <w:t>ek yeh hai ke hamare, hamari jo zimmedari hai dawati, woh kya hai? woh yeh hai ke hum baat pohanchayein.</w:t>
      </w:r>
    </w:p>
    <w:p>
      <w:pPr>
        <w:jc w:val="right"/>
      </w:pPr>
      <w:r>
        <w:t>ایک یہ ہے کہ ہمارے، ہماری جو ذمہ داری ہے دعوتی، وہ کیا ہے؟ وہ یہ ہے کہ ہم بات پہنچائیں۔</w:t>
      </w:r>
    </w:p>
    <w:p>
      <w:r>
        <w:rPr>
          <w:b/>
        </w:rPr>
        <w:t xml:space="preserve">[1:45:36] </w:t>
      </w:r>
      <w:r>
        <w:t>baat pohanchayein, maani nahi ke loudspeaker se announce karein, yeh matlab nahi hai. un ko read karein, un ki study karein, un ke mind ko samjhein. un ki, un ki, un ki understandable language ko jaanein.</w:t>
      </w:r>
    </w:p>
    <w:p>
      <w:pPr>
        <w:jc w:val="right"/>
      </w:pPr>
      <w:r>
        <w:t>بات پہنچائیں، معنی نہیں کہ لاؤڈ سپیکر سے اناؤنس کریں، یہ مطلب نہیں ہے۔ ان کو ریڈ کریں، ان کی اسٹڈی کریں، ان کے مائنڈ کو سمجھیں۔ ان کی، ان کی، ان کی انڈرسٹینڈیبل لینگویج کو جانیں۔</w:t>
      </w:r>
    </w:p>
    <w:p>
      <w:r>
        <w:rPr>
          <w:b/>
        </w:rPr>
        <w:t xml:space="preserve">[1:45:49] </w:t>
      </w:r>
      <w:r>
        <w:t>kaun se medium un ko mutasir karta hai, us ko jaanein. yeh sab baatein jaanein. qul lahum fil amri qawlan baligha.</w:t>
      </w:r>
    </w:p>
    <w:p>
      <w:pPr>
        <w:jc w:val="right"/>
      </w:pPr>
      <w:r>
        <w:t>کون سے میڈیم ان کو متاثر کرتا ہے، اس کو جانیں۔ یہ سب باتیں جانیں۔ قلھم فی الفسم قول بلیغہ۔</w:t>
      </w:r>
    </w:p>
    <w:p>
      <w:r>
        <w:rPr>
          <w:b/>
        </w:rPr>
        <w:t xml:space="preserve">[1:45:58] </w:t>
      </w:r>
      <w:r>
        <w:t>yeh dil mein utarne wali baat jo hai, is tarah se kaho. to har woh jatan hum karenge jo un ke, un ko convince kare. jo un ke mind ko address kare.</w:t>
      </w:r>
    </w:p>
    <w:p>
      <w:pPr>
        <w:jc w:val="right"/>
      </w:pPr>
      <w:r>
        <w:t>یہ دل میں اترنے والی بات جو ہے، اس طرح سے کہو۔ تو ہر وہ جتن ہم کریں گے جو ان کے، ان کو کنونس کرے۔ جو ان کے مائنڈ کو ایڈریس کرے۔</w:t>
      </w:r>
    </w:p>
    <w:p>
      <w:r>
        <w:rPr>
          <w:b/>
        </w:rPr>
        <w:t xml:space="preserve">[1:46:09] </w:t>
      </w:r>
      <w:r>
        <w:t>lekin is ke baad jo kuch hai, un ke response par hai. un ke response par hai.</w:t>
      </w:r>
    </w:p>
    <w:p>
      <w:pPr>
        <w:jc w:val="right"/>
      </w:pPr>
      <w:r>
        <w:t>لیکن اس کے بعد جو کچھ ہے، ان کے رسپانس پر ہے۔ ان کے رسپانس پر ہے۔</w:t>
      </w:r>
    </w:p>
    <w:p>
      <w:r>
        <w:rPr>
          <w:b/>
        </w:rPr>
        <w:t xml:space="preserve">[1:46:17] </w:t>
      </w:r>
      <w:r>
        <w:t>response kaisa hai, isi ke mutabiq agle, yani baat ke jo stages hain, woh aayenge. Bani baat ki planning jo hai, ke unke response par hogi.</w:t>
      </w:r>
    </w:p>
    <w:p>
      <w:pPr>
        <w:jc w:val="right"/>
      </w:pPr>
      <w:r>
        <w:t>رسپانس کیسا ہے، اسی کے مطابق اگلے، یعنی بات کے جو اسٹیجز ہیں، وہ آئیں گے۔ بنی بات کی پلاننگ جو ہے، کہ ان کے رسپانس پر ہوگی۔</w:t>
      </w:r>
    </w:p>
    <w:p>
      <w:r>
        <w:rPr>
          <w:b/>
        </w:rPr>
        <w:t xml:space="preserve">[1:46:29] </w:t>
      </w:r>
      <w:r>
        <w:t>pehli planning to sirf yahi hogi ke hum baat pahunchayen. Iske baad doosre stage mein unka response kya hai, us par phir hamari planning hogi.</w:t>
      </w:r>
    </w:p>
    <w:p>
      <w:pPr>
        <w:jc w:val="right"/>
      </w:pPr>
      <w:r>
        <w:t>پہلی پلاننگ تو صرف یہی ہوگی کہ ہم بات پہنچائیں۔ اس کے بعد دوسرے اسٹیج میں ان کا رسپانس کیا ہے، اس پر پھر ہماری پلاننگ ہوگی۔</w:t>
      </w:r>
    </w:p>
    <w:p>
      <w:r>
        <w:rPr>
          <w:b/>
        </w:rPr>
        <w:t xml:space="preserve">[1:46:39] </w:t>
      </w:r>
      <w:r>
        <w:t>aur yeh Quran mein aap nabiyon ke waqiat padhiye, is mein aap ko milega ke ke saare nabiyon ne yahi kiya ke pehle marhale mein sirf baat pahunchai.</w:t>
      </w:r>
    </w:p>
    <w:p>
      <w:pPr>
        <w:jc w:val="right"/>
      </w:pPr>
      <w:r>
        <w:t>اور یہ قرآن میں آپ نبیوں کے واقعات پڑھیے، اس میں آپ کو ملے گا کہ کہ سارے نبیوں نے یہی کیا کہ پہلے مرحلے میں صرف بات پہنچائی۔</w:t>
      </w:r>
    </w:p>
    <w:p>
      <w:r>
        <w:rPr>
          <w:b/>
        </w:rPr>
        <w:t xml:space="preserve">[1:46:50] </w:t>
      </w:r>
      <w:r>
        <w:t>phir jaisa response hua, us ke mutabiq un ko unhon ne aindah planning ki. Yeh, yeh, yeh, yahi natural baat hai.</w:t>
      </w:r>
    </w:p>
    <w:p>
      <w:pPr>
        <w:jc w:val="right"/>
      </w:pPr>
      <w:r>
        <w:t>پھر جیسا رسپانس ہوا، اس کے مطابق ان کو انہوں نے آئندہ پلاننگ کی۔ یہ، یہ، یہ، یہی نیچرل بات ہے۔</w:t>
      </w:r>
    </w:p>
    <w:p>
      <w:r>
        <w:rPr>
          <w:b/>
        </w:rPr>
        <w:t xml:space="preserve">[1:46:59] </w:t>
      </w:r>
      <w:r>
        <w:t>aur yeh, yeh, yeh possible hai. Aur kuch to possible nahi hai.</w:t>
      </w:r>
    </w:p>
    <w:p>
      <w:pPr>
        <w:jc w:val="right"/>
      </w:pPr>
      <w:r>
        <w:t>اور یہ، یہ، یہ پاسیبل ہے۔ اور کچھ تو پاسیبل نہیں ہے۔</w:t>
      </w:r>
    </w:p>
    <w:p>
      <w:r>
        <w:rPr>
          <w:b/>
        </w:rPr>
        <w:t xml:space="preserve">[1:47:07] </w:t>
      </w:r>
      <w:r>
        <w:t>das question is from Mr Khwaja Kaleemuddin from Pennsylvania. Maulana Sahab, what is the method of doing tadabbur in Quran?</w:t>
      </w:r>
    </w:p>
    <w:p>
      <w:pPr>
        <w:jc w:val="right"/>
      </w:pPr>
      <w:r>
        <w:t>دس کوئسچن از فرام مسٹر خواجہ کلیم الدین فرام پینسلوینیا۔ مولانا صاحب، واٹ از دا میتھڈ آف ڈوئنگ تدبر ان قرآن؟</w:t>
      </w:r>
    </w:p>
    <w:p>
      <w:r>
        <w:rPr>
          <w:b/>
        </w:rPr>
        <w:t xml:space="preserve">[1:47:19] </w:t>
      </w:r>
      <w:r>
        <w:t>is it necessary to learn Arabic language for this? And people of what age should learn Arabic language to study Quran?</w:t>
      </w:r>
    </w:p>
    <w:p>
      <w:pPr>
        <w:jc w:val="right"/>
      </w:pPr>
      <w:r>
        <w:t>از اٹ نیسیسری ٹو لرن عربک لینگویج فار دس؟ اینڈ پیپل آف واٹ ایج شوڈ لرن عربک لینگویج ٹو سٹڈی قرآن؟</w:t>
      </w:r>
    </w:p>
    <w:p>
      <w:r>
        <w:rPr>
          <w:b/>
        </w:rPr>
        <w:t xml:space="preserve">[1:47:31] </w:t>
      </w:r>
      <w:r>
        <w:t>dekhiye, yeh aadmi ke apne halaat par hai. Agar kisi ke paas time hai to Arabic zaroor padhe woh.</w:t>
      </w:r>
    </w:p>
    <w:p>
      <w:pPr>
        <w:jc w:val="right"/>
      </w:pPr>
      <w:r>
        <w:t>دیکھیے، یہ آدمی کے اپنے حالات پر ہے۔ اگر کسی کے پاس ٹائم ہے تو عربی ضرور پڑھے وہ۔</w:t>
      </w:r>
    </w:p>
    <w:p>
      <w:r>
        <w:rPr>
          <w:b/>
        </w:rPr>
        <w:t xml:space="preserve">[1:47:45] </w:t>
      </w:r>
      <w:r>
        <w:t>kyunki jab tak Arabic nahi padhenge, bharpoor taur par Quran ko samajh nahi payenge. Lekin la yukallifullahu nafsan illa wus'aha.</w:t>
      </w:r>
    </w:p>
    <w:p>
      <w:pPr>
        <w:jc w:val="right"/>
      </w:pPr>
      <w:r>
        <w:t>کیونکہ جب تک عربی نہیں پڑھیں گے، بھرپور طور پر قرآن کو سمجھ نہیں پائیں گے۔ لیکن لا یکلف اللہ نفسا الا وسعا۔</w:t>
      </w:r>
    </w:p>
    <w:p>
      <w:r>
        <w:rPr>
          <w:b/>
        </w:rPr>
        <w:t xml:space="preserve">[1:47:55] </w:t>
      </w:r>
      <w:r>
        <w:t>yeh Quran ka usool hai. Ke jitna bas mein hai, utni hi aap par zimmedari hai. To main yeh kahunga ke do tareeqe hain.</w:t>
      </w:r>
    </w:p>
    <w:p>
      <w:pPr>
        <w:jc w:val="right"/>
      </w:pPr>
      <w:r>
        <w:t>یہ قرآن کا اصول ہے۔ کہ جتنا بس میں ہے، اتنی ہی آپ پر ذمہ داری ہے۔ تو میں یہ کہوں گا کہ دو طریقے ہیں۔</w:t>
      </w:r>
    </w:p>
    <w:p>
      <w:r>
        <w:rPr>
          <w:b/>
        </w:rPr>
        <w:t xml:space="preserve">[1:48:04] </w:t>
      </w:r>
      <w:r>
        <w:t>jiske paas waqt ho, jo afford kar sakta ho, to woh zaroor Arabic padhe. Aur phir padh kar ke Quran ko study kare.</w:t>
      </w:r>
    </w:p>
    <w:p>
      <w:pPr>
        <w:jc w:val="right"/>
      </w:pPr>
      <w:r>
        <w:t>جس کے پاس وقت ہو، جو افورڈ کر سکتا ہو، تو وہ ضرور عربی پڑھے۔ اور پھر پڑھ کر کے قرآن کو اسٹڈی کرے۔</w:t>
      </w:r>
    </w:p>
    <w:p>
      <w:r>
        <w:rPr>
          <w:b/>
        </w:rPr>
        <w:t xml:space="preserve">[1:48:17] </w:t>
      </w:r>
      <w:r>
        <w:t>agar uske paas aisa waqt nahi hai, kyunki Arabic padhne ka matlab kya hai? Spectator ban jaye. Spectator banne se kuch bhi nahi hota. Bahut zyada aap ko padhna padega.</w:t>
      </w:r>
    </w:p>
    <w:p>
      <w:pPr>
        <w:jc w:val="right"/>
      </w:pPr>
      <w:r>
        <w:t>اگر اس کے پاس ایسا وقت نہیں ہے، کیونکہ عربی پڑھنے کا معنی کیا ہے؟ اسپیٹر بن جائے۔ اسپیٹر بننے سے کچھ بھی نہیں ہوتا۔ بہت زیادہ آپ کو پڑھنا پڑے گا۔</w:t>
      </w:r>
    </w:p>
    <w:p>
      <w:r>
        <w:rPr>
          <w:b/>
        </w:rPr>
        <w:t xml:space="preserve">[1:48:28] </w:t>
      </w:r>
      <w:r>
        <w:t>aaj kal ek chala hua hai ke thoda sa sikha dete hain Arabic, kehte hain ke bas ho gaya kafi. Is ko kehte hain spectering. Spectering se kuch bhi nahi hota.</w:t>
      </w:r>
    </w:p>
    <w:p>
      <w:pPr>
        <w:jc w:val="right"/>
      </w:pPr>
      <w:r>
        <w:t>آج کل ایک چلا ہوا ہے کہ تھوڑا سا سکھا دیتے ہیں عربی، کہتے ہیں کہ بس ہو گیا کافی۔ اس کو کہتے ہیں اسپیٹرنگ۔ اسپیٹرنگ سے کچھ بھی نہیں ہوتا۔</w:t>
      </w:r>
    </w:p>
    <w:p>
      <w:r>
        <w:rPr>
          <w:b/>
        </w:rPr>
        <w:t xml:space="preserve">[1:48:43] </w:t>
      </w:r>
      <w:r>
        <w:t>yani spectering of knowledge jo hai, woh nothing, nothing hai. To agar aap ke paas, aap ke paas kam waqt ho to aap yeh karna nahi chahiye aap ko yeh kaam.</w:t>
      </w:r>
    </w:p>
    <w:p>
      <w:pPr>
        <w:jc w:val="right"/>
      </w:pPr>
      <w:r>
        <w:t>یعنی اسپیٹرنگ آف نالج جو ہے، وہ نتھنگ، نتھنگ ہے۔ تو اگر آپ کے پاس، آپ کے پاس کم وقت ہو تو آپ یہ کرنا نہیں چاہیے آپ کو یہ کام۔</w:t>
      </w:r>
    </w:p>
    <w:p>
      <w:r>
        <w:rPr>
          <w:b/>
        </w:rPr>
        <w:t xml:space="preserve">[1:48:52] </w:t>
      </w:r>
      <w:r>
        <w:t>kyunki spectering of knowledge jo hai, woh bahut khatarnak hoti hai. Bahut khatarnak hai. To agar aap ke paas kafi waqt hai aur sach much aap bahut zyada mehnat kar sakte hain,</w:t>
      </w:r>
    </w:p>
    <w:p>
      <w:pPr>
        <w:jc w:val="right"/>
      </w:pPr>
      <w:r>
        <w:t>کیونکہ اسپیٹرنگ آف نالج جو ہے، وہ بہت خطرناک ہوتی ہے۔ بہت خطرناک ہے۔ تو اگر آپ کے پاس کافی وقت ہے اور سچ مچ آپ بہت زیادہ محنت کر سکتے ہیں،</w:t>
      </w:r>
    </w:p>
    <w:p>
      <w:r>
        <w:rPr>
          <w:b/>
        </w:rPr>
        <w:t xml:space="preserve">[1:49:06] </w:t>
      </w:r>
      <w:r>
        <w:t>to aap Arabic seekhiye. Nahi, agar aisa nahi hai to phir aap ko translation par, woh ek, woh translation padhna chahiye.</w:t>
      </w:r>
    </w:p>
    <w:p>
      <w:pPr>
        <w:jc w:val="right"/>
      </w:pPr>
      <w:r>
        <w:t>تو آپ عربی سیکھیے۔ نہیں، اگر ایسا نہیں ہے تو پھر آپ کو ٹرانسلیشن پر، وہ ایک، وہ ٹرانسلیشن پڑھنا چاہیے۔</w:t>
      </w:r>
    </w:p>
    <w:p>
      <w:r>
        <w:rPr>
          <w:b/>
        </w:rPr>
        <w:t xml:space="preserve">[1:49:16] </w:t>
      </w:r>
      <w:r>
        <w:t>translation. Aur translation bhi dekhiye, agar koi aadmi sach much samajhna chahe Quran mein kya, Quran ka kya, yani Quran ki apni scheme kya hai,</w:t>
      </w:r>
    </w:p>
    <w:p>
      <w:pPr>
        <w:jc w:val="right"/>
      </w:pPr>
      <w:r>
        <w:t>ٹرانسلیشن۔ اور ٹرانسلیشن بھی دیکھیے، اگر کوئی آدمی سچ مچ سمجھنا چاہے قرآن میں کیا، قرآن کا کیا، یعنی قرآن کی اپنی اسکیم کیا ہے،</w:t>
      </w:r>
    </w:p>
    <w:p>
      <w:r>
        <w:rPr>
          <w:b/>
        </w:rPr>
        <w:t xml:space="preserve">[1:49:32] </w:t>
      </w:r>
      <w:r>
        <w:t>aur bilkul objective ho kar ke padhe woh. Bilkul objective ho kar. To Quran ka translation padhe, commentary padhe, aur jo literature hai, us ko padhe, aur ulama se discuss bhi kare woh.</w:t>
      </w:r>
    </w:p>
    <w:p>
      <w:pPr>
        <w:jc w:val="right"/>
      </w:pPr>
      <w:r>
        <w:t>اور بالکل ابجیکٹو ہو کر کے پڑھے وہ۔ بالکل ابجیکٹو ہو کر۔ تو قرآن کا ٹرانسلیشن پڑھے، کمنٹری پڑھے، اور جو لٹریچر ہے، اس کو پڑھے، اور علماء سے ڈسکس بھی کرے وہ۔</w:t>
      </w:r>
    </w:p>
    <w:p>
      <w:r>
        <w:rPr>
          <w:b/>
        </w:rPr>
        <w:t xml:space="preserve">[1:49:45] </w:t>
      </w:r>
      <w:r>
        <w:t>to main samajhta hoon ke kafi hai Quran ki scheme ko samajhne ke liye. To shart jo hai, woh sincerity hai, objectivity hai. Mere nazdeek sab se badi shart jo hai, woh hai sincerity, objectivity.</w:t>
      </w:r>
    </w:p>
    <w:p>
      <w:pPr>
        <w:jc w:val="right"/>
      </w:pPr>
      <w:r>
        <w:t>تو میں سمجھتا ہوں کہ کافی ہے قرآن کی اسکیم کو سمجھنے کے لیے۔ تو شرط جو ہے، وہ سنسیرٹی ہے، ابجیکٹیوٹی ہے۔ میرے نزدیک سب سے بڑی شرط جو ہے، وہ ہے سنسیرٹی، ابجیکٹیوٹی۔</w:t>
      </w:r>
    </w:p>
    <w:p>
      <w:r>
        <w:rPr>
          <w:b/>
        </w:rPr>
        <w:t xml:space="preserve">[1:50:02] </w:t>
      </w:r>
      <w:r>
        <w:t>aur honesty. Warna aap Arabic janne ke baad bhi kuch nahi samajh sakenge. Agar aap ke andar honesty nahi hai, objectivity nahi hai,</w:t>
      </w:r>
    </w:p>
    <w:p>
      <w:pPr>
        <w:jc w:val="right"/>
      </w:pPr>
      <w:r>
        <w:t>اور اونسٹی۔ ورنہ آپ عربی جاننے کے بعد بھی کچھ نہیں سمجھ سکیں گے۔ اگر آپ کے اندر اونسٹی نہیں ہے، ابجیکٹیوٹی نہیں ہے،</w:t>
      </w:r>
    </w:p>
    <w:p>
      <w:r>
        <w:rPr>
          <w:b/>
        </w:rPr>
        <w:t xml:space="preserve">[1:50:14] </w:t>
      </w:r>
      <w:r>
        <w:t>sincerity nahi hai, to aap Arabic janne ke baad bhi kuch nahi samajh sakte. Kuch ke kuch matlab nikalenge, ajeeb o ghareeb matlab nikalenge. Kyunki aap ke mind jo bhara hua hoga, usi ko aap Quran se nikalenge.</w:t>
      </w:r>
    </w:p>
    <w:p>
      <w:pPr>
        <w:jc w:val="right"/>
      </w:pPr>
      <w:r>
        <w:t>سنسیرٹی نہیں ہے، تو آپ عربی جاننے کے بعد بھی کچھ نہیں سمجھ سکتے۔ کچھ کے کچھ مطلب نکالیں گے، عجیب و غریب مطلب نکالیں گے۔ کیونکہ آپ کے مائنڈ جو بھرا ہوا ہوگا، اسی کو آپ قرآن سے نکالیں گے۔</w:t>
      </w:r>
    </w:p>
    <w:p>
      <w:r>
        <w:rPr>
          <w:b/>
        </w:rPr>
        <w:t xml:space="preserve">[1:50:26] </w:t>
      </w:r>
      <w:r>
        <w:t>aur Arabic janne ke bawajood, Arabic jante hue bhi aap wahi nikalenge jo aap ke mind mein bhara hua hai.</w:t>
      </w:r>
    </w:p>
    <w:p>
      <w:pPr>
        <w:jc w:val="right"/>
      </w:pPr>
      <w:r>
        <w:t>اور عربی جاننے کے باوجود، عربی جانتے ہوئے بھی آپ وہی نکالیں گے جو آپ کے مائنڈ میں بھرا ہوا ہے۔</w:t>
      </w:r>
    </w:p>
    <w:p>
      <w:r>
        <w:rPr>
          <w:b/>
        </w:rPr>
        <w:t xml:space="preserve">[1:50:35] </w:t>
      </w:r>
      <w:r>
        <w:t>ab jaise bahut se Arab ulama hain, unhone society banning ko jaiz qarar diya. Khoob Arabic jante hain. Halanke society banning haram hai. Lekin un ko, un ko bhi nikal mil gayi koi ayat aur hadith.</w:t>
      </w:r>
    </w:p>
    <w:p>
      <w:pPr>
        <w:jc w:val="right"/>
      </w:pPr>
      <w:r>
        <w:t>اب جیسے بہت سے عرب علماء ہیں، انہوں نے سوسائٹی بامنگ کو جائز قرار دیا۔ خوب عربی جانتے ہیں۔ حالانکہ سوسائٹی بامنگ حرام ہے۔ لیکن ان کو، ان کو بھی نکل مل گئی کوئی آیت اور حدیث۔</w:t>
      </w:r>
    </w:p>
    <w:p>
      <w:r>
        <w:rPr>
          <w:b/>
        </w:rPr>
        <w:t xml:space="preserve">[1:50:49] </w:t>
      </w:r>
      <w:r>
        <w:t>to dekhiye, asal cheez jo hai, woh sincerity hai, objectivity hai. Khuda se dua karna hai. Sach much talib banna hai, talib seekhne wala.</w:t>
      </w:r>
    </w:p>
    <w:p>
      <w:pPr>
        <w:jc w:val="right"/>
      </w:pPr>
      <w:r>
        <w:t>تو دیکھیے، اصل چیز جو ہے، وہ سنسیرٹی ہے، ابجیکٹیوٹی ہے۔ خدا سے دعا کرنا ہے۔ سچ مچ طالب بننا ہے، طالب سیکھر۔</w:t>
      </w:r>
    </w:p>
    <w:p>
      <w:r>
        <w:rPr>
          <w:b/>
        </w:rPr>
        <w:t xml:space="preserve">[1:51:01] </w:t>
      </w:r>
      <w:r>
        <w:t>sach much seekhe, sab se badi shart ek aap seekhne wale hon. Sach much, real seeker. Jab tak aap real seeker nahi hain, koi cheez aap ko faida nahi degi.</w:t>
      </w:r>
    </w:p>
    <w:p>
      <w:pPr>
        <w:jc w:val="right"/>
      </w:pPr>
      <w:r>
        <w:t>سچ مچ سیکھ، سب سے بڑی شرط ایک آپ سیکھر ہوں۔ سچ مچ، ریئل سیکھر۔ جب تک آپ ریئل سیکھر نہیں ہیں، کوئی چیز آپ کو فائدہ نہیں دے گی۔</w:t>
      </w:r>
    </w:p>
    <w:p>
      <w:r>
        <w:rPr>
          <w:b/>
        </w:rPr>
        <w:t xml:space="preserve">[1:51:13] </w:t>
      </w:r>
      <w:r>
        <w:t>is mein koi shaq nahi hai. maulana, second part to the question was, is there any age? when a person should start at that age, he should start learning to, he should start learning arabic language?</w:t>
      </w:r>
    </w:p>
    <w:p>
      <w:pPr>
        <w:jc w:val="right"/>
      </w:pPr>
      <w:r>
        <w:t>اس میں کوئی شک نہیں ہے۔ مولانا، سیکنڈ پارٹ ٹو دا کوئسچن واز، از دیر اینی ایج؟ وین ا پرسن شوڈ سٹارٹ ایٹ دیٹ ایج، ہی شوڈ سٹارٹ لرننگ ٹو، ہی شوڈ سٹارٹ لرننگ عربک لینگویج؟</w:t>
      </w:r>
    </w:p>
    <w:p>
      <w:r>
        <w:rPr>
          <w:b/>
        </w:rPr>
        <w:t xml:space="preserve">[1:51:27] </w:t>
      </w:r>
      <w:r>
        <w:t>dekhiye, is mein age ki baat nahi hai, aap ke halaat ki baat hai. is mein age ki baat nahi hai. agar sach much aap is mein bharpoor lag sakte hain, apne aap ko, kisi bhi age mein shuru kar dijiye.</w:t>
      </w:r>
    </w:p>
    <w:p>
      <w:pPr>
        <w:jc w:val="right"/>
      </w:pPr>
      <w:r>
        <w:t>دیکھیے، اس میں ایج کی بات نہیں ہے، آپ کے حالات کی بات ہے۔ اس میں ایج کی بات نہیں ہے۔ اگر سچ مچ آپ اس میں بھرپور لگ سکتے ہیں، اپنے آپ کو، کسی بھی ایج میں شروع کر دیجیے۔</w:t>
      </w:r>
    </w:p>
    <w:p>
      <w:r>
        <w:rPr>
          <w:b/>
        </w:rPr>
        <w:t xml:space="preserve">[1:51:41] </w:t>
      </w:r>
      <w:r>
        <w:t>lekin yeh hai, log distracted life jeete hain. main to yeh jaanta hoon, jis ko bhi dekha hai, woh distortion mein jeeta hai, woh. to phir urdu kis se shuru kare woh?</w:t>
      </w:r>
    </w:p>
    <w:p>
      <w:pPr>
        <w:jc w:val="right"/>
      </w:pPr>
      <w:r>
        <w:t>لیکن یہ ہے، لوگ ڈسٹرٹڈ لائف جیتے ہیں۔ میں تو یہ جانتا ہوں، جس کو بھی دیکھا ہے، وہ ڈسٹرشن میں جیتا ہے، وہ۔ تو پھر عربی کس سے شروع کرے وہ؟</w:t>
      </w:r>
    </w:p>
    <w:p>
      <w:r>
        <w:rPr>
          <w:b/>
        </w:rPr>
        <w:t xml:space="preserve">[1:51:51] </w:t>
      </w:r>
      <w:r>
        <w:t>jab tak aap ke andar yeh, yeh taqat na ho ke aap concentrate karenge usi ke upar, tab tak shuru hi mat kijiye aap.</w:t>
      </w:r>
    </w:p>
    <w:p>
      <w:pPr>
        <w:jc w:val="right"/>
      </w:pPr>
      <w:r>
        <w:t>جب تک آپ کے اندر یہ، یہ طاقت نہ ہو کہ آپ کنسنٹریٹ کریں گے اسی کے اوپر، تب تک شروع ہی مت کیجیے آپ۔</w:t>
      </w:r>
    </w:p>
    <w:p>
      <w:r>
        <w:rPr>
          <w:b/>
        </w:rPr>
        <w:t xml:space="preserve">[1:52:02] </w:t>
      </w:r>
      <w:r>
        <w:t>jo aadmi distortion mein jeeta ho, woh na urdu samajhta tha, na urdu samajh sakta tha, angrezi samajh sakta tha. woh jo hai, kafal master of none ban jayega.</w:t>
      </w:r>
    </w:p>
    <w:p>
      <w:pPr>
        <w:jc w:val="right"/>
      </w:pPr>
      <w:r>
        <w:t>جو آدمی ڈسٹرشن میں جیتا ہو، وہ نہ عربی سمجھتا تھا، نہ اردو سمجھ سکتا تھا، انگریزی سمجھ سکتا تھا۔ وہ جو ہے، کافال ماسٹر آف نن بن جائے گا۔</w:t>
      </w:r>
    </w:p>
    <w:p>
      <w:r>
        <w:rPr>
          <w:b/>
        </w:rPr>
        <w:t xml:space="preserve">[1:52:13] </w:t>
      </w:r>
      <w:r>
        <w:t>sab se pehli cheez hai ke aap distortion se bachayein apne aap ko, aur sach much aap ko devote kar saken, dedicate kar saken. to kisi bhi age mein shuru kar dijiye. is ki age, is mein koi, mere khayal se, koi factor nahi hai.</w:t>
      </w:r>
    </w:p>
    <w:p>
      <w:pPr>
        <w:jc w:val="right"/>
      </w:pPr>
      <w:r>
        <w:t>سب سے پہلی چیز ہے کہ آپ ڈسٹرشن سے بچائیں اپنے آپ کو، اور سچ مچ آپ کو ڈیووٹ کر سکیں، ڈیڈیکیٹ کر سکیں۔ تو کسی بھی ایج میں شروع کر دیجیے۔ اس کی ایج، اس میں کوئی، میرے خیال سے، کوئی فیکٹر نہیں ہے۔</w:t>
      </w:r>
    </w:p>
    <w:p>
      <w:r>
        <w:rPr>
          <w:b/>
        </w:rPr>
        <w:t xml:space="preserve">[1:52:30] </w:t>
      </w:r>
      <w:r>
        <w:t>das question is from miss shahida parveen from delhi. kindly explain about moharram for a lady. who are the relatives with whom a lady can go for hajj and umrah?</w:t>
      </w:r>
    </w:p>
    <w:p>
      <w:pPr>
        <w:jc w:val="right"/>
      </w:pPr>
      <w:r>
        <w:t>دس کوئسچن از فرام مس شاہدہ پروین فرام دہلی۔ کائنڈلی ایکسپلین اباؤٹ محرم فار ا لیڈی۔ ہو آر دا ریلیٹوز ود ہوم ا لیڈی کین گو فار حج اینڈ عمرہ؟</w:t>
      </w:r>
    </w:p>
    <w:p>
      <w:r>
        <w:rPr>
          <w:b/>
        </w:rPr>
        <w:t xml:space="preserve">[1:52:43] </w:t>
      </w:r>
      <w:r>
        <w:t>some ladies group without any male member are planning to go to perform umrah. please guide us in these topics.</w:t>
      </w:r>
    </w:p>
    <w:p>
      <w:pPr>
        <w:jc w:val="right"/>
      </w:pPr>
      <w:r>
        <w:t>سم لیڈیز گروپ ودا آؤٹ اینی میل ممبر آر پلاننگ ٹو گو ٹو پرفارم عمرہ۔ پلیز گائیڈ اس ان دیز ٹاپکس۔</w:t>
      </w:r>
    </w:p>
    <w:p>
      <w:r>
        <w:rPr>
          <w:b/>
        </w:rPr>
        <w:t xml:space="preserve">[1:52:54] </w:t>
      </w:r>
      <w:r>
        <w:t>bhai, is par aap padh lijiye kitab jo hai, khatoon-e-islam. is mein aap ko detail mil jayegi. aur bahut sari kitabein hain, behishti zevar padh lijiye, bahut si kitabein hain.</w:t>
      </w:r>
    </w:p>
    <w:p>
      <w:pPr>
        <w:jc w:val="right"/>
      </w:pPr>
      <w:r>
        <w:t>بھائی، اس پر آپ پڑھ لیجیے کتاب جو ہے، خاتون اسلام۔ اس میں آپ کو ڈیٹیل مل جائے گی۔ اور بہت ساری کتابیں ہیں، بہشتی زیور پڑھ لیجیے، بہت سی کتابیں ہیں۔</w:t>
      </w:r>
    </w:p>
    <w:p>
      <w:r>
        <w:rPr>
          <w:b/>
        </w:rPr>
        <w:t xml:space="preserve">[1:53:06] </w:t>
      </w:r>
      <w:r>
        <w:t>aap ko sari detail mil jayegi. das question is from mister nafees shiraz from delhi. buzurgon ne ladai jhagde ke teen karan bataye hain.</w:t>
      </w:r>
    </w:p>
    <w:p>
      <w:pPr>
        <w:jc w:val="right"/>
      </w:pPr>
      <w:r>
        <w:t>آپ کو ساری ڈیٹیل مل جائے گی۔ دس کوئسچن از فرام مسٹر نفیس شیراز فرام دہلی۔ بزرگوں نے لڑائی جھگڑے کے تین کارن بتائے ہیں۔</w:t>
      </w:r>
    </w:p>
    <w:p>
      <w:r>
        <w:rPr>
          <w:b/>
        </w:rPr>
        <w:t xml:space="preserve">[1:53:18] </w:t>
      </w:r>
      <w:r>
        <w:t>zar, zan, zameen. yaani un ke mutabiq ladai jhagde ka ek mukhya karan aurat bhi hai.</w:t>
      </w:r>
    </w:p>
    <w:p>
      <w:pPr>
        <w:jc w:val="right"/>
      </w:pPr>
      <w:r>
        <w:t>زر، زن، زمین۔ یعنی ان کے مطابق لڑائی جھگڑے کا ایک मुख्य کارن عورت بھی ہے۔</w:t>
      </w:r>
    </w:p>
    <w:p>
      <w:r>
        <w:rPr>
          <w:b/>
        </w:rPr>
        <w:t xml:space="preserve">[1:53:28] </w:t>
      </w:r>
      <w:r>
        <w:t>magar mera khayal hai ke yeh aurat par ek ilzaam hai. is vishe mein aap ka kya vichar hai? yeh ek masla hai, lekin matlab zaroori nahi ke woh sahi ho.</w:t>
      </w:r>
    </w:p>
    <w:p>
      <w:pPr>
        <w:jc w:val="right"/>
      </w:pPr>
      <w:r>
        <w:t>مگر میرا خیال ہے کہ یہ عورت پر ایک الزام ہے۔ اس विषے میں آپ کا کیا ਵਿਚار ہے؟ یہ ایک مسئلہ ہے، لیکن مطلب ضروری نہیں کہ وہ صحیح ہو۔</w:t>
      </w:r>
    </w:p>
    <w:p>
      <w:r>
        <w:rPr>
          <w:b/>
        </w:rPr>
        <w:t xml:space="preserve">[1:53:41] </w:t>
      </w:r>
      <w:r>
        <w:t>ladai ka mind se shuru hoti hai. unesco ka woh hai, dictum hai ke war begins from mind.</w:t>
      </w:r>
    </w:p>
    <w:p>
      <w:pPr>
        <w:jc w:val="right"/>
      </w:pPr>
      <w:r>
        <w:t>لڑائی کا مائنڈ سے شروع ہوتی ہے۔ یونیسکو کا وہ ہے، ڈکٹم ہے کہ وار بگنز فرام مائنڈ۔</w:t>
      </w:r>
    </w:p>
    <w:p>
      <w:r>
        <w:rPr>
          <w:b/>
        </w:rPr>
        <w:t xml:space="preserve">[1:53:52] </w:t>
      </w:r>
      <w:r>
        <w:t>violence, violence, war begins from mind. yahan se shuru hoti hai. na is ka zar mein hai, na zameen mein hai, na kahin aur hai.</w:t>
      </w:r>
    </w:p>
    <w:p>
      <w:pPr>
        <w:jc w:val="right"/>
      </w:pPr>
      <w:r>
        <w:t>وائیلنس، وائیلنس، وار بگنز فرام مائنڈ۔ یہاں سے شروع ہوتی ہے۔ نہ اس کا زر میں ہے، نہ زمین میں ہے، نہ کہیں اور ہے۔</w:t>
      </w:r>
    </w:p>
    <w:p>
      <w:r>
        <w:rPr>
          <w:b/>
        </w:rPr>
        <w:t xml:space="preserve">[1:54:03] </w:t>
      </w:r>
      <w:r>
        <w:t>aap ki thinking agar sahi nahi hai, negative hai, aap bhadak jate hain, aap ghussa ho jate hain, to aap lad jayenge kisi se. woh to irrelevant hai.</w:t>
      </w:r>
    </w:p>
    <w:p>
      <w:pPr>
        <w:jc w:val="right"/>
      </w:pPr>
      <w:r>
        <w:t>آپ کی تھنکنگ اگر صحیح نہیں ہے، نیگیٹیو ہے، آپ بھڑک جاتے ہیں، آپ غصہ ہو جاتے ہیں، تو آپ لڑ جائیں گے کسی سے۔ وہ تو اریلیونٹ ہے۔</w:t>
      </w:r>
    </w:p>
    <w:p>
      <w:r>
        <w:rPr>
          <w:b/>
        </w:rPr>
        <w:t xml:space="preserve">[1:54:16] </w:t>
      </w:r>
      <w:r>
        <w:t>zar ka ho mamla, zameen ka mamla ho,</w:t>
      </w:r>
    </w:p>
    <w:p>
      <w:pPr>
        <w:jc w:val="right"/>
      </w:pPr>
      <w:r>
        <w:t>زر کا ہو معاملہ، زمین کا معاملہ ہو،</w:t>
      </w:r>
    </w:p>
    <w:p>
      <w:r>
        <w:rPr>
          <w:b/>
        </w:rPr>
        <w:t xml:space="preserve">[1:54:22] </w:t>
      </w:r>
      <w:r>
        <w:t>zan ka mamla ho, woh to ek bahana hota hai. asal cheez yeh hoti hai ke aap ke andar soch jo hai, soch woh positive nahi hai.</w:t>
      </w:r>
    </w:p>
    <w:p>
      <w:pPr>
        <w:jc w:val="right"/>
      </w:pPr>
      <w:r>
        <w:t>زن کا معاملہ ہو، وہ تو ایک بہانہ ہوتا ہے۔ اصل چیز یہ ہوتی ہے کہ آپ کے اندر سوچ جو ہے، سوچ وہ پازیٹیو نہیں ہے۔</w:t>
      </w:r>
    </w:p>
    <w:p>
      <w:r>
        <w:rPr>
          <w:b/>
        </w:rPr>
        <w:t xml:space="preserve">[1:54:30] </w:t>
      </w:r>
      <w:r>
        <w:t>aap ke andar adjustment nahi hai. aap ke andar bardasht nahi hai. aap ghusse mein bhadak uthte hain. yahan se shuru hoti hai ladai.</w:t>
      </w:r>
    </w:p>
    <w:p>
      <w:pPr>
        <w:jc w:val="right"/>
      </w:pPr>
      <w:r>
        <w:t>آپ کے اندر ایڈجسٹمنٹ نہیں ہے۔ آپ کے اندر برداشت نہیں ہے۔ آپ غصے میں بھڑک اٹھتے ہیں۔ یہاں سے شروع ہوتی ہے لڑائی۔</w:t>
      </w:r>
    </w:p>
    <w:p>
      <w:r>
        <w:rPr>
          <w:b/>
        </w:rPr>
        <w:t xml:space="preserve">[1:54:40] </w:t>
      </w:r>
      <w:r>
        <w:t>baqi na zar, na zameen, na nazar, yeh sab kahani ki baatein hain, yeh sab. das question is from miss sadia from delhi.</w:t>
      </w:r>
    </w:p>
    <w:p>
      <w:pPr>
        <w:jc w:val="right"/>
      </w:pPr>
      <w:r>
        <w:t>باقی نہ زر، نہ زمین، نہ نظر، یہ سب کہانی کی باتیں ہیں، یہ سب۔ دس کوئسچن از فرام مس سعدیہ فرام دہلی۔</w:t>
      </w:r>
    </w:p>
    <w:p>
      <w:r>
        <w:rPr>
          <w:b/>
        </w:rPr>
        <w:t xml:space="preserve">[1:54:52] </w:t>
      </w:r>
      <w:r>
        <w:t>has there been any community in history which was saved from degeneration?</w:t>
      </w:r>
    </w:p>
    <w:p>
      <w:pPr>
        <w:jc w:val="right"/>
      </w:pPr>
      <w:r>
        <w:t>ہیز دیر بین اینی کمیونٹی ان ہسٹری وچ واز سیوڈ فرام ڈی جنریشن؟</w:t>
      </w:r>
    </w:p>
    <w:p>
      <w:r>
        <w:rPr>
          <w:b/>
        </w:rPr>
        <w:t xml:space="preserve">[1:54:59] </w:t>
      </w:r>
      <w:r>
        <w:t>can a community ever be saved from degeneration?</w:t>
      </w:r>
    </w:p>
    <w:p>
      <w:pPr>
        <w:jc w:val="right"/>
      </w:pPr>
      <w:r>
        <w:t>کین ا کمیونٹی ایور بی سیوڈ فرام ڈی جنریشن؟</w:t>
      </w:r>
    </w:p>
    <w:p>
      <w:r>
        <w:rPr>
          <w:b/>
        </w:rPr>
        <w:t xml:space="preserve">[1:55:06] </w:t>
      </w:r>
      <w:r>
        <w:t>the answer is negative. is liye ke yeh to law of nature hai. hazrat adam ki jo nasal thi, woh bhi degeneration is ka bhi hua.</w:t>
      </w:r>
    </w:p>
    <w:p>
      <w:pPr>
        <w:jc w:val="right"/>
      </w:pPr>
      <w:r>
        <w:t>دا انسر از نیگیٹیو۔ اس لیے کہ یہ تو لاء آف نیچر ہے۔ حضرت آدم کی جو نسل تھی، وہ بھی ڈی جنریشن اس کا بھی ہوا۔</w:t>
      </w:r>
    </w:p>
    <w:p>
      <w:r>
        <w:rPr>
          <w:b/>
        </w:rPr>
        <w:t xml:space="preserve">[1:55:17] </w:t>
      </w:r>
      <w:r>
        <w:t>har paighambar ke baad ke logon ko degeneration hua, khud musalmanon ka hua. to woh to law of nature hai. there is no escape from, there is no escape from law of nature.</w:t>
      </w:r>
    </w:p>
    <w:p>
      <w:pPr>
        <w:jc w:val="right"/>
      </w:pPr>
      <w:r>
        <w:t>ہر پیغمبر کے بعد کے لوگوں کو ڈی جنریشن ہوا، خود مسلمانوں کا ہوا۔ تو وہ تو لاء آف نیچر ہے۔ دیر از نو اسکیپ فرام، دیر از نو اسکیپ فرام لاء آف نیچر۔</w:t>
      </w:r>
    </w:p>
    <w:p>
      <w:r>
        <w:rPr>
          <w:b/>
        </w:rPr>
        <w:t xml:space="preserve">[1:55:29] </w:t>
      </w:r>
      <w:r>
        <w:t>kaise bach sakte hain aap? woh to hona hi hona hai. agli naslon mein</w:t>
      </w:r>
    </w:p>
    <w:p>
      <w:pPr>
        <w:jc w:val="right"/>
      </w:pPr>
      <w:r>
        <w:t>کیسے بچ سکتے ہیں آپ؟ وہ تو ہونا ہی ہونا ہے۔ اگلی نسلوں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