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and The Quran | June 25, 2017</w:t>
      </w:r>
    </w:p>
    <w:p>
      <w:r>
        <w:t>https://www.youtube.com/watch?v=57G2Uyeq_JI</w:t>
      </w:r>
    </w:p>
    <w:p>
      <w:r>
        <w:rPr>
          <w:b/>
        </w:rPr>
        <w:t xml:space="preserve">[00:14] </w:t>
      </w:r>
      <w:r>
        <w:t>bismillah ir rehman ir rahim, wa salallahu ala nabiyyil karim.</w:t>
      </w:r>
    </w:p>
    <w:p>
      <w:pPr>
        <w:jc w:val="right"/>
      </w:pPr>
      <w:r>
        <w:t>بسم اللہ الرحمن الرحیم، وصلی اللہ علی النبی الکریم۔</w:t>
      </w:r>
    </w:p>
    <w:p>
      <w:r>
        <w:rPr>
          <w:b/>
        </w:rPr>
        <w:t xml:space="preserve">[00:24]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[00:34] </w:t>
      </w:r>
      <w:r>
        <w:t>ramzan ke mahine ko quran mein ka ka bataya gaya hai, yani q</w:t>
      </w:r>
    </w:p>
    <w:p>
      <w:pPr>
        <w:jc w:val="right"/>
      </w:pPr>
      <w:r>
        <w:t>رمضان کے مہینے کو قرآن میں کا کا بتایا گیا ہے، یعنی قر</w:t>
      </w:r>
    </w:p>
    <w:p>
      <w:r>
        <w:rPr>
          <w:b/>
        </w:rPr>
        <w:t xml:space="preserve">[00:44] </w:t>
      </w:r>
      <w:r>
        <w:t>aan ki study karne ka mahina.</w:t>
      </w:r>
    </w:p>
    <w:p>
      <w:pPr>
        <w:jc w:val="right"/>
      </w:pPr>
      <w:r>
        <w:t>آن کی اسٹڈی کرنے کا مہینہ۔</w:t>
      </w:r>
    </w:p>
    <w:p>
      <w:r>
        <w:rPr>
          <w:b/>
        </w:rPr>
        <w:t xml:space="preserve">[00:52] </w:t>
      </w:r>
      <w:r>
        <w:t>aap jante hain ke roza rakhne ka tareeqa islam mein choda sau arttees saal pehle shuru hua.</w:t>
      </w:r>
    </w:p>
    <w:p>
      <w:pPr>
        <w:jc w:val="right"/>
      </w:pPr>
      <w:r>
        <w:t>آپ جانتے ہیں کہ روزہ رکھنے کا طریقہ اسلام میں چودہ سو اڑتیس سال پہلے شروع ہوا۔</w:t>
      </w:r>
    </w:p>
    <w:p>
      <w:r>
        <w:rPr>
          <w:b/>
        </w:rPr>
        <w:t xml:space="preserve">[00:59] </w:t>
      </w:r>
      <w:r>
        <w:t>choda sau arttees saal pehle.</w:t>
      </w:r>
    </w:p>
    <w:p>
      <w:pPr>
        <w:jc w:val="right"/>
      </w:pPr>
      <w:r>
        <w:t>چودہ سو اڑتیس سال پہلے۔</w:t>
      </w:r>
    </w:p>
    <w:p>
      <w:r>
        <w:rPr>
          <w:b/>
        </w:rPr>
        <w:t xml:space="preserve">[01:07] </w:t>
      </w:r>
      <w:r>
        <w:t>is ka matlab kya hua? sab se pehle</w:t>
      </w:r>
    </w:p>
    <w:p>
      <w:pPr>
        <w:jc w:val="right"/>
      </w:pPr>
      <w:r>
        <w:t>اس کا مطلب کیا ہوا؟ سب سے پہلے</w:t>
      </w:r>
    </w:p>
    <w:p>
      <w:r>
        <w:rPr>
          <w:b/>
        </w:rPr>
        <w:t xml:space="preserve">[01:14] </w:t>
      </w:r>
      <w:r>
        <w:t>yeh amal rasool Allah ne kiya aur sahaba ne kiya, phir tabayeen aur tabay tabayeen ne kiya.</w:t>
      </w:r>
    </w:p>
    <w:p>
      <w:pPr>
        <w:jc w:val="right"/>
      </w:pPr>
      <w:r>
        <w:t>یہ عمل رسول اللہ نے کیا اور صحابہ نے کیا، پھر تابعین اور تبع تابعین نے کیا۔</w:t>
      </w:r>
    </w:p>
    <w:p>
      <w:r>
        <w:rPr>
          <w:b/>
        </w:rPr>
        <w:t xml:space="preserve">[01:22] </w:t>
      </w:r>
      <w:r>
        <w:t>phir yeh silsila chalta raha.</w:t>
      </w:r>
    </w:p>
    <w:p>
      <w:pPr>
        <w:jc w:val="right"/>
      </w:pPr>
      <w:r>
        <w:t>پھر یہ سلسلہ چلتا رہا۔</w:t>
      </w:r>
    </w:p>
    <w:p>
      <w:r>
        <w:rPr>
          <w:b/>
        </w:rPr>
        <w:t xml:space="preserve">[01:30] </w:t>
      </w:r>
      <w:r>
        <w:t>dargah islam ki tareekh mein choda sau arttees saal se yeh amal jari hai ke log har saal</w:t>
      </w:r>
    </w:p>
    <w:p>
      <w:pPr>
        <w:jc w:val="right"/>
      </w:pPr>
      <w:r>
        <w:t>دگاہ اسلام کی تاریخ میں چودہ سو اڑتیس سال سے یہ عمل جاری ہے کہ لوگ ہر سال</w:t>
      </w:r>
    </w:p>
    <w:p>
      <w:r>
        <w:rPr>
          <w:b/>
        </w:rPr>
        <w:t xml:space="preserve">[01:39] </w:t>
      </w:r>
      <w:r>
        <w:t>quran padhte hain, is mein hidayat dhoondhte hain.</w:t>
      </w:r>
    </w:p>
    <w:p>
      <w:pPr>
        <w:jc w:val="right"/>
      </w:pPr>
      <w:r>
        <w:t>قرآن پڑھتے ہیں، اس میں ہدایت ڈھونڈتے ہیں۔</w:t>
      </w:r>
    </w:p>
    <w:p>
      <w:r>
        <w:rPr>
          <w:b/>
        </w:rPr>
        <w:t xml:space="preserve">[01:47] </w:t>
      </w:r>
      <w:r>
        <w:t>agar mein tafseer ki zabaan mein kahoon ke islam ki tareekh mein ek building ban rahi hai, ek</w:t>
      </w:r>
    </w:p>
    <w:p>
      <w:pPr>
        <w:jc w:val="right"/>
      </w:pPr>
      <w:r>
        <w:t>اگر میں تفسیر کی زبان میں کہوں کہ اسلام کی تاریخ میں ایک بلڈنگ بن رہی ہے، ایک</w:t>
      </w:r>
    </w:p>
    <w:p>
      <w:r>
        <w:rPr>
          <w:b/>
        </w:rPr>
        <w:t xml:space="preserve">[01:54] </w:t>
      </w:r>
      <w:r>
        <w:t>imarat ban rahi hai, har saal is ki ek story banti hai, to is saal is building ki</w:t>
      </w:r>
    </w:p>
    <w:p>
      <w:pPr>
        <w:jc w:val="right"/>
      </w:pPr>
      <w:r>
        <w:t>عمارت بن رہی ہے، ہر سال اس کی ایک اسٹوری بنتی ہے، تو اس سال اس بلڈنگ کی</w:t>
      </w:r>
    </w:p>
    <w:p>
      <w:r>
        <w:rPr>
          <w:b/>
        </w:rPr>
        <w:t xml:space="preserve">[02:02] </w:t>
      </w:r>
      <w:r>
        <w:t>choda sau arttees story tayyar hui.</w:t>
      </w:r>
    </w:p>
    <w:p>
      <w:pPr>
        <w:jc w:val="right"/>
      </w:pPr>
      <w:r>
        <w:t>چودہ سو اڑتیس اسٹوری تیار ہوئی۔</w:t>
      </w:r>
    </w:p>
    <w:p>
      <w:r>
        <w:rPr>
          <w:b/>
        </w:rPr>
        <w:t xml:space="preserve">[02:10] </w:t>
      </w:r>
      <w:r>
        <w:t>choda sau arttees.</w:t>
      </w:r>
    </w:p>
    <w:p>
      <w:pPr>
        <w:jc w:val="right"/>
      </w:pPr>
      <w:r>
        <w:t>چودہ سو اڑتیس۔</w:t>
      </w:r>
    </w:p>
    <w:p>
      <w:r>
        <w:rPr>
          <w:b/>
        </w:rPr>
        <w:t xml:space="preserve">[02:18] </w:t>
      </w:r>
      <w:r>
        <w:t>to ab jin logon ko ramzan ka yeh mahina mila, woh kitni ajeeb qism ki saadat paayi unhon ne.</w:t>
      </w:r>
    </w:p>
    <w:p>
      <w:pPr>
        <w:jc w:val="right"/>
      </w:pPr>
      <w:r>
        <w:t>تو اب جن لوگوں کو رمضان کا یہ مہینہ ملا، وہ کتنی عجیب قسم کی سعادت پائی انہوں نے۔</w:t>
      </w:r>
    </w:p>
    <w:p>
      <w:r>
        <w:rPr>
          <w:b/>
        </w:rPr>
        <w:t xml:space="preserve">[02:25] </w:t>
      </w:r>
      <w:r>
        <w:t>yani islam ki tareekh mein choda sau arttees manzilein banin, is ka hissa hain.</w:t>
      </w:r>
    </w:p>
    <w:p>
      <w:pPr>
        <w:jc w:val="right"/>
      </w:pPr>
      <w:r>
        <w:t>یعنی اسلام کی تاریخ میں چودہ سو اڑتیس منزلیں بنیں، اس کا حصہ ہیں۔</w:t>
      </w:r>
    </w:p>
    <w:p>
      <w:r>
        <w:rPr>
          <w:b/>
        </w:rPr>
        <w:t xml:space="preserve">[02:33] </w:t>
      </w:r>
      <w:r>
        <w:t>is ka hissa hain.</w:t>
      </w:r>
    </w:p>
    <w:p>
      <w:pPr>
        <w:jc w:val="right"/>
      </w:pPr>
      <w:r>
        <w:t>اس کا حصہ ہیں۔</w:t>
      </w:r>
    </w:p>
    <w:p>
      <w:r>
        <w:rPr>
          <w:b/>
        </w:rPr>
        <w:t xml:space="preserve">[02:41] </w:t>
      </w:r>
      <w:r>
        <w:t>yeh aisi manzil hai, aisi building hai</w:t>
      </w:r>
    </w:p>
    <w:p>
      <w:pPr>
        <w:jc w:val="right"/>
      </w:pPr>
      <w:r>
        <w:t>یہ ایسی منزل ہے، ایسی بلڈنگ ہے</w:t>
      </w:r>
    </w:p>
    <w:p>
      <w:r>
        <w:rPr>
          <w:b/>
        </w:rPr>
        <w:t xml:space="preserve">[02:48] </w:t>
      </w:r>
      <w:r>
        <w:t>jis mein khud rasool shamil hain, sahaba shamil hain.</w:t>
      </w:r>
    </w:p>
    <w:p>
      <w:pPr>
        <w:jc w:val="right"/>
      </w:pPr>
      <w:r>
        <w:t>جس میں خود رسول شامل ہیں، صحابہ شامل ہیں۔</w:t>
      </w:r>
    </w:p>
    <w:p>
      <w:r>
        <w:rPr>
          <w:b/>
        </w:rPr>
        <w:t xml:space="preserve">[02:54] </w:t>
      </w:r>
      <w:r>
        <w:t>to ramzan ke mahine mein quran ko sirf tilawat ke liye nahi kaha gaya hai, balke ghaur o</w:t>
      </w:r>
    </w:p>
    <w:p>
      <w:pPr>
        <w:jc w:val="right"/>
      </w:pPr>
      <w:r>
        <w:t>تو رمضان کے مہینے میں قرآن کو صرف تلاوت کے لئے نہیں کہا گیا ہے، بلکہ غور و</w:t>
      </w:r>
    </w:p>
    <w:p>
      <w:r>
        <w:rPr>
          <w:b/>
        </w:rPr>
        <w:t xml:space="preserve">[03:00] </w:t>
      </w:r>
      <w:r>
        <w:t>fikr ke liye kaha gaya hai.</w:t>
      </w:r>
    </w:p>
    <w:p>
      <w:pPr>
        <w:jc w:val="right"/>
      </w:pPr>
      <w:r>
        <w:t>فکر کے لئے کہا گیا ہے۔</w:t>
      </w:r>
    </w:p>
    <w:p>
      <w:r>
        <w:rPr>
          <w:b/>
        </w:rPr>
        <w:t xml:space="preserve">[03:06] </w:t>
      </w:r>
      <w:r>
        <w:t>to mein is ke ek pehlu ko aap ke samne rakhna chahta hoon.</w:t>
      </w:r>
    </w:p>
    <w:p>
      <w:pPr>
        <w:jc w:val="right"/>
      </w:pPr>
      <w:r>
        <w:t>تو میں اس کے ایک پہلو کو آپ کے سامنے رکھنا چاہتا ہوں۔</w:t>
      </w:r>
    </w:p>
    <w:p>
      <w:r>
        <w:rPr>
          <w:b/>
        </w:rPr>
        <w:t xml:space="preserve">[03:12] </w:t>
      </w:r>
      <w:r>
        <w:t>quran mein bohat si aa</w:t>
      </w:r>
    </w:p>
    <w:p>
      <w:pPr>
        <w:jc w:val="right"/>
      </w:pPr>
      <w:r>
        <w:t>قرآن میں بہت سی آ</w:t>
      </w:r>
    </w:p>
    <w:p>
      <w:r>
        <w:rPr>
          <w:b/>
        </w:rPr>
        <w:t xml:space="preserve">[03:18] </w:t>
      </w:r>
      <w:r>
        <w:t>yaat hain jo umeed ki ayaat hain, hope ki ayaat hain.</w:t>
      </w:r>
    </w:p>
    <w:p>
      <w:pPr>
        <w:jc w:val="right"/>
      </w:pPr>
      <w:r>
        <w:t>یات ہیں جو امید کی آیات ہیں، ہوپ کی آیات ہیں۔</w:t>
      </w:r>
    </w:p>
    <w:p>
      <w:r>
        <w:rPr>
          <w:b/>
        </w:rPr>
        <w:t xml:space="preserve">[03:24] </w:t>
      </w:r>
      <w:r>
        <w:t>to poori tareekh mein, yani sahaba ke zamane se log dhoondhte rahe hain ke quran mein kaun si</w:t>
      </w:r>
    </w:p>
    <w:p>
      <w:pPr>
        <w:jc w:val="right"/>
      </w:pPr>
      <w:r>
        <w:t>تو پوری تاریخ میں، یعنی صحابہ کے زمانے سے لوگ ڈھونڈتے رہے ہیں کہ قرآن میں کون سی</w:t>
      </w:r>
    </w:p>
    <w:p>
      <w:r>
        <w:rPr>
          <w:b/>
        </w:rPr>
        <w:t xml:space="preserve">[03:31] </w:t>
      </w:r>
      <w:r>
        <w:t>aayat sab se zyada umeed ki aayat hai.</w:t>
      </w:r>
    </w:p>
    <w:p>
      <w:pPr>
        <w:jc w:val="right"/>
      </w:pPr>
      <w:r>
        <w:t>آیت سب سے زیادہ امید کی آیت ہے۔</w:t>
      </w:r>
    </w:p>
    <w:p>
      <w:r>
        <w:rPr>
          <w:b/>
        </w:rPr>
        <w:t xml:space="preserve">[03:37] </w:t>
      </w:r>
      <w:r>
        <w:t>is par bohat se mazameen likhe gaye hain, risale likhe gaye hain, tafseeron mein bahasein ki gayi hain.</w:t>
      </w:r>
    </w:p>
    <w:p>
      <w:pPr>
        <w:jc w:val="right"/>
      </w:pPr>
      <w:r>
        <w:t>اس پر بہت سے مضامین لکھے گئے ہیں، رسائل لکھے گئے ہیں، تفسیروں میں بحثیں کی گئی ہیں۔</w:t>
      </w:r>
    </w:p>
    <w:p>
      <w:r>
        <w:rPr>
          <w:b/>
        </w:rPr>
        <w:t xml:space="preserve">[03:43] </w:t>
      </w:r>
      <w:r>
        <w:t>imam suyuti ne apni kitab</w:t>
      </w:r>
    </w:p>
    <w:p>
      <w:pPr>
        <w:jc w:val="right"/>
      </w:pPr>
      <w:r>
        <w:t>امام سیوطی نے اپنی کتاب</w:t>
      </w:r>
    </w:p>
    <w:p>
      <w:r>
        <w:rPr>
          <w:b/>
        </w:rPr>
        <w:t xml:space="preserve">[03:49] </w:t>
      </w:r>
      <w:r>
        <w:t>al-atghan mein is par likha hai.</w:t>
      </w:r>
    </w:p>
    <w:p>
      <w:pPr>
        <w:jc w:val="right"/>
      </w:pPr>
      <w:r>
        <w:t>الاطغان میں اس پر لکھا ہے۔</w:t>
      </w:r>
    </w:p>
    <w:p>
      <w:r>
        <w:rPr>
          <w:b/>
        </w:rPr>
        <w:t xml:space="preserve">[03:55] </w:t>
      </w:r>
      <w:r>
        <w:t>is mein unhon ne pandrah ayat shumar ki hain, jis ko logon ne sab se zyada hopeful</w:t>
      </w:r>
    </w:p>
    <w:p>
      <w:pPr>
        <w:jc w:val="right"/>
      </w:pPr>
      <w:r>
        <w:t>اس میں انہوں نے پندرہ آیات شمار کی ہیں، جس کو لوگوں نے سب سے زیادہ ہوپ فل</w:t>
      </w:r>
    </w:p>
    <w:p>
      <w:r>
        <w:rPr>
          <w:b/>
        </w:rPr>
        <w:t xml:space="preserve">[04:02] </w:t>
      </w:r>
      <w:r>
        <w:t>ayat bataya hai.</w:t>
      </w:r>
    </w:p>
    <w:p>
      <w:pPr>
        <w:jc w:val="right"/>
      </w:pPr>
      <w:r>
        <w:t>آیت بتایا ہے۔</w:t>
      </w:r>
    </w:p>
    <w:p>
      <w:r>
        <w:rPr>
          <w:b/>
        </w:rPr>
        <w:t xml:space="preserve">[04:08] </w:t>
      </w:r>
      <w:r>
        <w:t>aisi aur bhi bohat si choti choti kitabein likhi gayi hain.</w:t>
      </w:r>
    </w:p>
    <w:p>
      <w:pPr>
        <w:jc w:val="right"/>
      </w:pPr>
      <w:r>
        <w:t>ایسی اور بھی بہت سی چھوٹی چھوٹی کتابیں لکھی گئی ہیں۔</w:t>
      </w:r>
    </w:p>
    <w:p>
      <w:r>
        <w:rPr>
          <w:b/>
        </w:rPr>
        <w:t xml:space="preserve">[04:14] </w:t>
      </w:r>
      <w:r>
        <w:t>to pandrah ya solah ayat ko logon ne likha hai ke ummat-e-muslima ke muttaqi aur barhe log</w:t>
      </w:r>
    </w:p>
    <w:p>
      <w:pPr>
        <w:jc w:val="right"/>
      </w:pPr>
      <w:r>
        <w:t>تو پندرہ یا سولہ آیات کو لوگوں نے لکھا ہے کہ امت مسلمہ کے متقی اور بڑے لوگ</w:t>
      </w:r>
    </w:p>
    <w:p>
      <w:r>
        <w:rPr>
          <w:b/>
        </w:rPr>
        <w:t xml:space="preserve">[04:20] </w:t>
      </w:r>
      <w:r>
        <w:t>un ayaton ko sab se zyada hopeful ayat samajhte rahe.</w:t>
      </w:r>
    </w:p>
    <w:p>
      <w:pPr>
        <w:jc w:val="right"/>
      </w:pPr>
      <w:r>
        <w:t>ان آیات کو سب سے زیادہ ہوپ فل آیت سمجھتے رہے۔</w:t>
      </w:r>
    </w:p>
    <w:p>
      <w:r>
        <w:rPr>
          <w:b/>
        </w:rPr>
        <w:t xml:space="preserve">[04:28] </w:t>
      </w:r>
      <w:r>
        <w:t>yeh ayat taqreeban pandrah hain ya solah hain.</w:t>
      </w:r>
    </w:p>
    <w:p>
      <w:pPr>
        <w:jc w:val="right"/>
      </w:pPr>
      <w:r>
        <w:t>یہ آیات تقریباً پندرہ ہیں یا سولہ ہیں۔</w:t>
      </w:r>
    </w:p>
    <w:p>
      <w:r>
        <w:rPr>
          <w:b/>
        </w:rPr>
        <w:t xml:space="preserve">[04:36] </w:t>
      </w:r>
      <w:r>
        <w:t>in mein sab se zyada jis ayat ko logon ne mana hai, woh hai yeh ayat ke kal</w:t>
      </w:r>
    </w:p>
    <w:p>
      <w:pPr>
        <w:jc w:val="right"/>
      </w:pPr>
      <w:r>
        <w:t>ان میں سب سے زیادہ جس آیت کو لوگوں نے مانا ہے، وہ ہے یہ آیت کہ کل</w:t>
      </w:r>
    </w:p>
    <w:p>
      <w:r>
        <w:rPr>
          <w:b/>
        </w:rPr>
        <w:t xml:space="preserve">[04:43] </w:t>
      </w:r>
      <w:r>
        <w:t>ya ibadi allazina asrafu ala anfusihim la takhafaw min rahmatillah fa inna Allaha yaghfiruz-zunuba jami'an.</w:t>
      </w:r>
    </w:p>
    <w:p>
      <w:pPr>
        <w:jc w:val="right"/>
      </w:pPr>
      <w:r>
        <w:t>یا عبادی الذین اصرفوا علی أنفسہم لا تخفوا من رحمة الله فإن الله يغفر الذنوب جميعاً۔</w:t>
      </w:r>
    </w:p>
    <w:p>
      <w:r>
        <w:rPr>
          <w:b/>
        </w:rPr>
        <w:t xml:space="preserve">[04:51] </w:t>
      </w:r>
      <w:r>
        <w:t>yaani keh do ke aye mere bando! Allah taala ne farmaya jin logon ne apni jaan par ziyadti ki hai, woh Allah ki rehmat se mayoos na hon, kyun ke Allah sare gunahon ko bakhsh deta hai. is mein yeh cheez understood hai ke agar log maghfirat mangein, un ke andar repent</w:t>
      </w:r>
    </w:p>
    <w:p>
      <w:pPr>
        <w:jc w:val="right"/>
      </w:pPr>
      <w:r>
        <w:t>یعنی کہہ دو کہ اے میرے بندو! اللہ تعالیٰ نے فرمایا جن لوگوں نے اپنی جان پر زیادتی کی ہے، وہ اللہ کی رحمت سے مایوس نہ ہوں، کیوں کہ اللہ سارے گناہوں کو بخش دیتا ہے۔ اس میں یہ چیز انڈرسٹڈ ہے کہ اگر لوگ مغفرت مانگیں، ان کے اندر ریپنٹ</w:t>
      </w:r>
    </w:p>
    <w:p>
      <w:r>
        <w:rPr>
          <w:b/>
        </w:rPr>
        <w:t xml:space="preserve">[05:21] </w:t>
      </w:r>
      <w:r>
        <w:t>نس آئے، وہ اللہ سے طالب ہوں کہ وہ دوبارہ ان کو accept کرے، تو ایسا ہوتا ہے۔</w:t>
      </w:r>
    </w:p>
    <w:p>
      <w:pPr>
        <w:jc w:val="right"/>
      </w:pPr>
      <w:r>
        <w:t>نس آئے، وہ اللہ سے طالب ہوں کہ وہ دوبارہ ان کو ایکسپٹ کرے، تو ایسا ہوتا ہے۔</w:t>
      </w:r>
    </w:p>
    <w:p>
      <w:r>
        <w:rPr>
          <w:b/>
        </w:rPr>
        <w:t xml:space="preserve">[05:31] </w:t>
      </w:r>
      <w:r>
        <w:t>to zyada tar logon ne is ayat ko number one ayat qarar diya hai, yani arja ayat min al-quran al-karim.</w:t>
      </w:r>
    </w:p>
    <w:p>
      <w:pPr>
        <w:jc w:val="right"/>
      </w:pPr>
      <w:r>
        <w:t>تو زیادہ تر لوگوں نے اس آیت کو نمبر ون آیت قرار دیا ہے، یعنی ارجع آیت من القرآن الکریم۔</w:t>
      </w:r>
    </w:p>
    <w:p>
      <w:r>
        <w:rPr>
          <w:b/>
        </w:rPr>
        <w:t xml:space="preserve">[05:41] </w:t>
      </w:r>
      <w:r>
        <w:t>main ne is par bar bar ghaur kiya hai. to mujhe</w:t>
      </w:r>
    </w:p>
    <w:p>
      <w:pPr>
        <w:jc w:val="right"/>
      </w:pPr>
      <w:r>
        <w:t>میں نے اس پر بار بار غور کیا ہے۔ تو مجھے</w:t>
      </w:r>
    </w:p>
    <w:p>
      <w:r>
        <w:rPr>
          <w:b/>
        </w:rPr>
        <w:t xml:space="preserve">[05:51] </w:t>
      </w:r>
      <w:r>
        <w:t>apne zaouq ke aitbar se aik hadees bohat zyada umeed ki lagti hai. yeh hadees qudsi hai aur yeh bukhari mein aur doosri aksar kitabon mein aayi hai. to hadees qudsi ka matlab yeh hai ke hadees ho, woh Allah ki zabaan mein. to is hadees mein chand alfaaz aaye hain, aik lafz yeh</w:t>
      </w:r>
    </w:p>
    <w:p>
      <w:pPr>
        <w:jc w:val="right"/>
      </w:pPr>
      <w:r>
        <w:t>اپنے ذوق کے اعتبار سے ایک حدیث بہت زیادہ امید کی لگتی ہے۔ یہ حدیث قدسی ہے اور یہ بخاری میں اور دوسری اکثر کتابوں میں آئی ہے۔ تو حدیث قدسی کا مطلب یہ ہے کہ حدیث ہو، وہ اللہ کی زبان میں۔ تو اس حدیث میں چند الفاظ آئے ہیں، ایک لفظ یہ</w:t>
      </w:r>
    </w:p>
    <w:p>
      <w:r>
        <w:rPr>
          <w:b/>
        </w:rPr>
        <w:t xml:space="preserve">[06:21] </w:t>
      </w:r>
      <w:r>
        <w:t>hai ke ana 'inda zanni 'abdi fa'lyazunnni ma sha'a.</w:t>
      </w:r>
    </w:p>
    <w:p>
      <w:pPr>
        <w:jc w:val="right"/>
      </w:pPr>
      <w:r>
        <w:t>ہے کہ أنا عند ذن عبدي فليذرني خيراً۔</w:t>
      </w:r>
    </w:p>
    <w:p>
      <w:r>
        <w:rPr>
          <w:b/>
        </w:rPr>
        <w:t xml:space="preserve">[06:27] </w:t>
      </w:r>
      <w:r>
        <w:t>yeh mujhe bohat hadith bohat ajeeb lagti hai, yeh hadith qudsi.</w:t>
      </w:r>
    </w:p>
    <w:p>
      <w:pPr>
        <w:jc w:val="right"/>
      </w:pPr>
      <w:r>
        <w:t>یہ مجھے بہت حدیث بہت عجیب لگتی ہے، یہ حدیث قدسی۔</w:t>
      </w:r>
    </w:p>
    <w:p>
      <w:r>
        <w:rPr>
          <w:b/>
        </w:rPr>
        <w:t xml:space="preserve">[06:34] </w:t>
      </w:r>
      <w:r>
        <w:t>yeh aap yeh nahi keh sakte ke kaun sa zyada arja hai, kaun si ayat.</w:t>
      </w:r>
    </w:p>
    <w:p>
      <w:pPr>
        <w:jc w:val="right"/>
      </w:pPr>
      <w:r>
        <w:t>یہ آپ یہ نہیں کہہ سکتے کہ کون سا زیادہ ارجع ہے، کون سی آیت۔</w:t>
      </w:r>
    </w:p>
    <w:p>
      <w:r>
        <w:rPr>
          <w:b/>
        </w:rPr>
        <w:t xml:space="preserve">[06:40] </w:t>
      </w:r>
      <w:r>
        <w:t>to yeh ek har aadmi ke zaeq ki baat hai.</w:t>
      </w:r>
    </w:p>
    <w:p>
      <w:pPr>
        <w:jc w:val="right"/>
      </w:pPr>
      <w:r>
        <w:t>تو یہ ایک ہر آدمی کے ذوق کی بات ہے۔</w:t>
      </w:r>
    </w:p>
    <w:p>
      <w:r>
        <w:rPr>
          <w:b/>
        </w:rPr>
        <w:t xml:space="preserve">[06:46] </w:t>
      </w:r>
      <w:r>
        <w:t>lekin yeh jo hadith qudsi hai,</w:t>
      </w:r>
    </w:p>
    <w:p>
      <w:pPr>
        <w:jc w:val="right"/>
      </w:pPr>
      <w:r>
        <w:t>لیکن یہ جو حدیث قدسی ہے،</w:t>
      </w:r>
    </w:p>
    <w:p>
      <w:r>
        <w:rPr>
          <w:b/>
        </w:rPr>
        <w:t xml:space="preserve">[06:52] </w:t>
      </w:r>
      <w:r>
        <w:t>ana 'inda zanni 'abdi fa'lyazunnni ma sha'a, is ka tarjuma yeh hai ke main bande ke ghuman ke sath hoon.</w:t>
      </w:r>
    </w:p>
    <w:p>
      <w:pPr>
        <w:jc w:val="right"/>
      </w:pPr>
      <w:r>
        <w:t>أنا عند ذن عبدي فليذرني ماشاءً، اس کا ترجمہ یہ ہے کہ میں بندے کے گمان کے ساتھ ہوں۔</w:t>
      </w:r>
    </w:p>
    <w:p>
      <w:r>
        <w:rPr>
          <w:b/>
        </w:rPr>
        <w:t xml:space="preserve">[07:00] </w:t>
      </w:r>
      <w:r>
        <w:t>main bande ke ghuman ke sath hoon.</w:t>
      </w:r>
    </w:p>
    <w:p>
      <w:pPr>
        <w:jc w:val="right"/>
      </w:pPr>
      <w:r>
        <w:t>میں بندے کے گمان کے ساتھ ہوں۔</w:t>
      </w:r>
    </w:p>
    <w:p>
      <w:r>
        <w:rPr>
          <w:b/>
        </w:rPr>
        <w:t xml:space="preserve">[07:08] </w:t>
      </w:r>
      <w:r>
        <w:t>to banda mere baray mein jo ghuman chahe kar de.</w:t>
      </w:r>
    </w:p>
    <w:p>
      <w:pPr>
        <w:jc w:val="right"/>
      </w:pPr>
      <w:r>
        <w:t>تو بندہ میرے بارے میں جو گمان چاہے کر دے۔</w:t>
      </w:r>
    </w:p>
    <w:p>
      <w:r>
        <w:rPr>
          <w:b/>
        </w:rPr>
        <w:t xml:space="preserve">[07:16] </w:t>
      </w:r>
      <w:r>
        <w:t>banda mere baray mein</w:t>
      </w:r>
    </w:p>
    <w:p>
      <w:pPr>
        <w:jc w:val="right"/>
      </w:pPr>
      <w:r>
        <w:t>بندہ میرے بارے میں</w:t>
      </w:r>
    </w:p>
    <w:p>
      <w:r>
        <w:rPr>
          <w:b/>
        </w:rPr>
        <w:t xml:space="preserve">[07:24] </w:t>
      </w:r>
      <w:r>
        <w:t>ghuman mein ho umeed, jo umeed chahe qaim kar le.</w:t>
      </w:r>
    </w:p>
    <w:p>
      <w:pPr>
        <w:jc w:val="right"/>
      </w:pPr>
      <w:r>
        <w:t>گمان میں ہو امید، جو امید چاہے قائم کر لے۔</w:t>
      </w:r>
    </w:p>
    <w:p>
      <w:r>
        <w:rPr>
          <w:b/>
        </w:rPr>
        <w:t xml:space="preserve">[07:31] </w:t>
      </w:r>
      <w:r>
        <w:t>yeh ek muttaqi insaan ki baat hai, jo Allah se darta ho, jo sincere ho.</w:t>
      </w:r>
    </w:p>
    <w:p>
      <w:pPr>
        <w:jc w:val="right"/>
      </w:pPr>
      <w:r>
        <w:t>یہ ایک متقی انسان کی بات ہے، جو اللہ سے ڈرتا ہو، جو سنسیر ہو۔</w:t>
      </w:r>
    </w:p>
    <w:p>
      <w:r>
        <w:rPr>
          <w:b/>
        </w:rPr>
        <w:t xml:space="preserve">[07:39] </w:t>
      </w:r>
      <w:r>
        <w:t>to main ne socha ke aisa aadmi kya chahega, kya sochega? zahir hai ke woh soche</w:t>
      </w:r>
    </w:p>
    <w:p>
      <w:pPr>
        <w:jc w:val="right"/>
      </w:pPr>
      <w:r>
        <w:t>تو میں نے سوچا کہ ایسا آدمی کیا چاہے گا، کیا سوچے گا؟ ظاہر ہے کہ وہ سوچے</w:t>
      </w:r>
    </w:p>
    <w:p>
      <w:r>
        <w:rPr>
          <w:b/>
        </w:rPr>
        <w:t xml:space="preserve">[07:46] </w:t>
      </w:r>
      <w:r>
        <w:t>ga Allah ki rehmat</w:t>
      </w:r>
    </w:p>
    <w:p>
      <w:pPr>
        <w:jc w:val="right"/>
      </w:pPr>
      <w:r>
        <w:t>گا اللہ کی رحمت</w:t>
      </w:r>
    </w:p>
    <w:p>
      <w:r>
        <w:rPr>
          <w:b/>
        </w:rPr>
        <w:t xml:space="preserve">[07:54] </w:t>
      </w:r>
      <w:r>
        <w:t>ke term mein, rehmat ke hisab se sochega woh.</w:t>
      </w:r>
    </w:p>
    <w:p>
      <w:pPr>
        <w:jc w:val="right"/>
      </w:pPr>
      <w:r>
        <w:t>کے ٹرم میں، رحمت کے حساب سے سوچے گا وہ۔</w:t>
      </w:r>
    </w:p>
    <w:p>
      <w:r>
        <w:rPr>
          <w:b/>
        </w:rPr>
        <w:t xml:space="preserve">[08:01] </w:t>
      </w:r>
      <w:r>
        <w:t>to rehmat ke aitbar se sochne ki jo baat hai, us par mein sochta raha, sochta raha, sochta raha.</w:t>
      </w:r>
    </w:p>
    <w:p>
      <w:pPr>
        <w:jc w:val="right"/>
      </w:pPr>
      <w:r>
        <w:t>تو رحمت کے اعتبار سے سوچنے کی جو بات ہے، اس پر میں سوچتا رہا، سوچتا رہا، سوچتا رہا۔</w:t>
      </w:r>
    </w:p>
    <w:p>
      <w:r>
        <w:rPr>
          <w:b/>
        </w:rPr>
        <w:t xml:space="preserve">[08:09] </w:t>
      </w:r>
      <w:r>
        <w:t>to mujhe ek qissa yaad aaya, ek qissa.</w:t>
      </w:r>
    </w:p>
    <w:p>
      <w:pPr>
        <w:jc w:val="right"/>
      </w:pPr>
      <w:r>
        <w:t>تو مجھے ایک قصہ یاد آیا، ایک قصہ۔</w:t>
      </w:r>
    </w:p>
    <w:p>
      <w:r>
        <w:rPr>
          <w:b/>
        </w:rPr>
        <w:t xml:space="preserve">[08:16] </w:t>
      </w:r>
      <w:r>
        <w:t>aap jante hain ke Abbasi</w:t>
      </w:r>
    </w:p>
    <w:p>
      <w:pPr>
        <w:jc w:val="right"/>
      </w:pPr>
      <w:r>
        <w:t>آپ جانتے ہیں کہ عباسی</w:t>
      </w:r>
    </w:p>
    <w:p>
      <w:r>
        <w:rPr>
          <w:b/>
        </w:rPr>
        <w:t xml:space="preserve">[08:24] </w:t>
      </w:r>
      <w:r>
        <w:t>khilafat jo bano umiya ke baad qaim hui thi islam ki tareekh mein, to is ka aik khalifa tha haroon al rasheed, jo bohat hi acha khalifa mana jata hai. to aik qissa aata hai ke aik aam qism ka, aik jo kehte hain badu, aik</w:t>
      </w:r>
    </w:p>
    <w:p>
      <w:pPr>
        <w:jc w:val="right"/>
      </w:pPr>
      <w:r>
        <w:t>خلافت جو بنو امیہ کے بعد قائم ہوئی تھی اسلام کی تاریخ میں، تو اس کا ایک خلیفہ تھا ہارون الرشید، جو بہت ہی اچھا خلیفہ مانا جاتا ہے۔ تو ایک قصہ آتا ہے کہ ایک عام قسم کا، ایک جو کہتے ہیں بدو، ایک</w:t>
      </w:r>
    </w:p>
    <w:p>
      <w:r>
        <w:rPr>
          <w:b/>
        </w:rPr>
        <w:t xml:space="preserve">[08:54] </w:t>
      </w:r>
      <w:r>
        <w:t>shakhs tha, to yeh sehra se guzar raha tha. to aap jante hain ke sehra mein nakhlistan hota hai, chashme hote hain. to us ne dekha aik jagah chashma hai. to us zamane mein chashma bohat bari cheez samjha di thi. to us ne samjha ke yeh bari achi cheez mujhe mil gayi hai, mein pani le aaunga khalifa ke pas. to</w:t>
      </w:r>
    </w:p>
    <w:p>
      <w:pPr>
        <w:jc w:val="right"/>
      </w:pPr>
      <w:r>
        <w:t>شخص تھا، تو یہ صحرا سے گزر رہا تھا۔ تو آپ جانتے ہیں کہ صحرا میں نخلستان ہوتا ہے، چشمے ہوتے ہیں۔ تو اس نے دیکھا ایک جگہ چشمہ ہے۔ تو اس زمانے میں چشمہ بہت بڑی چیز سمجھا دی تھی۔ تو اس نے سمجھا کہ یہ بڑی اچھی چیز مجھے مل گئی ہے، میں پانی لے آؤں گا خلیفہ کے پاس۔ تو</w:t>
      </w:r>
    </w:p>
    <w:p>
      <w:r>
        <w:rPr>
          <w:b/>
        </w:rPr>
        <w:t xml:space="preserve">[09:24] </w:t>
      </w:r>
      <w:r>
        <w:t>Khalifa Ar-Rashid bohat mashhoor tha ke woh logon ko inaam o ikraam karta hai.</w:t>
      </w:r>
    </w:p>
    <w:p>
      <w:pPr>
        <w:jc w:val="right"/>
      </w:pPr>
      <w:r>
        <w:t>خلیفہ الرشید بہت مشہور تھا کہ وہ لوگوں کو انعام و اکرام کرتا ہے۔</w:t>
      </w:r>
    </w:p>
    <w:p>
      <w:r>
        <w:rPr>
          <w:b/>
        </w:rPr>
        <w:t xml:space="preserve">[09:31] </w:t>
      </w:r>
      <w:r>
        <w:t>to us ne samjha ke is se milunga, to kuch mujhe dene ke liye, mujhe chahiye kuch, koi gift.</w:t>
      </w:r>
    </w:p>
    <w:p>
      <w:pPr>
        <w:jc w:val="right"/>
      </w:pPr>
      <w:r>
        <w:t>تو اس نے سمجھا کہ اس سے ملوں گا، تو کچھ مجھے دینے کے لئے، مجھے چاہیے کچھ، کوئی گفٹ۔</w:t>
      </w:r>
    </w:p>
    <w:p>
      <w:r>
        <w:rPr>
          <w:b/>
        </w:rPr>
        <w:t xml:space="preserve">[09:39] </w:t>
      </w:r>
      <w:r>
        <w:t>to mein pani ka gift dunga aur mujhe inaam o ikraam dega woh.</w:t>
      </w:r>
    </w:p>
    <w:p>
      <w:pPr>
        <w:jc w:val="right"/>
      </w:pPr>
      <w:r>
        <w:t>تو میں پانی کا گفٹ دوں گا اور مجھے انعام و اکرام دے گا وہ۔</w:t>
      </w:r>
    </w:p>
    <w:p>
      <w:r>
        <w:rPr>
          <w:b/>
        </w:rPr>
        <w:t xml:space="preserve">[09:47] </w:t>
      </w:r>
      <w:r>
        <w:t>to Arab ke sehra se woh pani ek kooday mein le kar chale. Ek kooday</w:t>
      </w:r>
    </w:p>
    <w:p>
      <w:pPr>
        <w:jc w:val="right"/>
      </w:pPr>
      <w:r>
        <w:t>تو عرب کے صحرا سے وہ پانی ایک کودے میں لے کر چلے۔ ایک کودے</w:t>
      </w:r>
    </w:p>
    <w:p>
      <w:r>
        <w:rPr>
          <w:b/>
        </w:rPr>
        <w:t xml:space="preserve">[09:54] </w:t>
      </w:r>
      <w:r>
        <w:t>mein, ek mitti ke bartan mein unhon ne pani liya, us ko kapray se lapeta aur le kar chale.</w:t>
      </w:r>
    </w:p>
    <w:p>
      <w:pPr>
        <w:jc w:val="right"/>
      </w:pPr>
      <w:r>
        <w:t>میں، ایک مٹی کے برتن میں انہوں نے پانی لیا، اس کو کپڑے سے لپیٹا اور لے کر چلے۔</w:t>
      </w:r>
    </w:p>
    <w:p>
      <w:r>
        <w:rPr>
          <w:b/>
        </w:rPr>
        <w:t xml:space="preserve">[10:00] </w:t>
      </w:r>
      <w:r>
        <w:t>chalte chalte woh Baghdad pohanche.</w:t>
      </w:r>
    </w:p>
    <w:p>
      <w:pPr>
        <w:jc w:val="right"/>
      </w:pPr>
      <w:r>
        <w:t>چلتے چلتے وہ بغداد پہنچے۔</w:t>
      </w:r>
    </w:p>
    <w:p>
      <w:r>
        <w:rPr>
          <w:b/>
        </w:rPr>
        <w:t xml:space="preserve">[10:06] </w:t>
      </w:r>
      <w:r>
        <w:t>Baghdad mein Khalifa Ar-Rashid ka bohat bara mahal hua karta tha, bohat bara mahal.</w:t>
      </w:r>
    </w:p>
    <w:p>
      <w:pPr>
        <w:jc w:val="right"/>
      </w:pPr>
      <w:r>
        <w:t>بغداد میں خلیفہ الرشید کا بہت بڑا محل ہوا کرتا تھا، بہت بڑا محل۔</w:t>
      </w:r>
    </w:p>
    <w:p>
      <w:r>
        <w:rPr>
          <w:b/>
        </w:rPr>
        <w:t xml:space="preserve">[10:13] </w:t>
      </w:r>
      <w:r>
        <w:t>to us mein woh dakhil hue.</w:t>
      </w:r>
    </w:p>
    <w:p>
      <w:pPr>
        <w:jc w:val="right"/>
      </w:pPr>
      <w:r>
        <w:t>تو اس میں وہ داخل ہوئے۔</w:t>
      </w:r>
    </w:p>
    <w:p>
      <w:r>
        <w:rPr>
          <w:b/>
        </w:rPr>
        <w:t xml:space="preserve">[10:19] </w:t>
      </w:r>
      <w:r>
        <w:t>unhon ne kaha ke darban se ke mujhe Khalifa se milna hai.</w:t>
      </w:r>
    </w:p>
    <w:p>
      <w:pPr>
        <w:jc w:val="right"/>
      </w:pPr>
      <w:r>
        <w:t>انہوں نے کہا کہ دربان سے کہ مجھے خلیفہ سے ملنا ہے۔</w:t>
      </w:r>
    </w:p>
    <w:p>
      <w:r>
        <w:rPr>
          <w:b/>
        </w:rPr>
        <w:t xml:space="preserve">[10:25] </w:t>
      </w:r>
      <w:r>
        <w:t>to us zamane mein koi bhi shakhs Khalifa mil sakta tha.</w:t>
      </w:r>
    </w:p>
    <w:p>
      <w:pPr>
        <w:jc w:val="right"/>
      </w:pPr>
      <w:r>
        <w:t>تو اس زمانے میں کوئی بھی شخص خلیفہ مل سکتا تھا۔</w:t>
      </w:r>
    </w:p>
    <w:p>
      <w:r>
        <w:rPr>
          <w:b/>
        </w:rPr>
        <w:t xml:space="preserve">[10:31] </w:t>
      </w:r>
      <w:r>
        <w:t>to darban ne un ko allow kar diya.</w:t>
      </w:r>
    </w:p>
    <w:p>
      <w:pPr>
        <w:jc w:val="right"/>
      </w:pPr>
      <w:r>
        <w:t>تو دربان نے ان کو الاؤ کر دیا۔</w:t>
      </w:r>
    </w:p>
    <w:p>
      <w:r>
        <w:rPr>
          <w:b/>
        </w:rPr>
        <w:t xml:space="preserve">[10:37] </w:t>
      </w:r>
      <w:r>
        <w:t>to Khalifa ke paas pohanche, us ke takht ke paas.</w:t>
      </w:r>
    </w:p>
    <w:p>
      <w:pPr>
        <w:jc w:val="right"/>
      </w:pPr>
      <w:r>
        <w:t>تو خلیفہ کے پاس پہنچے، اس کے تخت کے پاس۔</w:t>
      </w:r>
    </w:p>
    <w:p>
      <w:r>
        <w:rPr>
          <w:b/>
        </w:rPr>
        <w:t xml:space="preserve">[10:43] </w:t>
      </w:r>
      <w:r>
        <w:t>to unhon ne apna woh bartan jo le gaye the pani ka, us ko khol kar Khalifa ke</w:t>
      </w:r>
    </w:p>
    <w:p>
      <w:pPr>
        <w:jc w:val="right"/>
      </w:pPr>
      <w:r>
        <w:t>تو انہوں نے اپنا وہ برتن جو لے گئے تھے پانی کا، اس کو کھول کر خلیفہ کے</w:t>
      </w:r>
    </w:p>
    <w:p>
      <w:r>
        <w:rPr>
          <w:b/>
        </w:rPr>
        <w:t xml:space="preserve">[10:49] </w:t>
      </w:r>
      <w:r>
        <w:t>samne rakh diya ke yeh mein aap ke liye ek tohfa laya hoon, ek gift laya hoon. To Khalif</w:t>
      </w:r>
    </w:p>
    <w:p>
      <w:pPr>
        <w:jc w:val="right"/>
      </w:pPr>
      <w:r>
        <w:t>سامنے رکھ دیا کہ یہ میں آپ کے لئے ایک تحفہ لایا ہوں، ایک گفٹ لایا ہوں۔ تو خلیف</w:t>
      </w:r>
    </w:p>
    <w:p>
      <w:r>
        <w:rPr>
          <w:b/>
        </w:rPr>
        <w:t xml:space="preserve">[10:55] </w:t>
      </w:r>
      <w:r>
        <w:t>ah ne kapra us ko uthaya.</w:t>
      </w:r>
    </w:p>
    <w:p>
      <w:pPr>
        <w:jc w:val="right"/>
      </w:pPr>
      <w:r>
        <w:t>ہ نے کپڑا اس کو اٹھایا۔</w:t>
      </w:r>
    </w:p>
    <w:p>
      <w:r>
        <w:rPr>
          <w:b/>
        </w:rPr>
        <w:t xml:space="preserve">[11:01] </w:t>
      </w:r>
      <w:r>
        <w:t>to itna lamba safar karte karte pani ke andar boo paida ho gayi thi, boo.</w:t>
      </w:r>
    </w:p>
    <w:p>
      <w:pPr>
        <w:jc w:val="right"/>
      </w:pPr>
      <w:r>
        <w:t>تو اتنا لمبا سفر کرتے کرتے پانی کے اندر بو پیدا ہو گئی تھی، بو۔</w:t>
      </w:r>
    </w:p>
    <w:p>
      <w:r>
        <w:rPr>
          <w:b/>
        </w:rPr>
        <w:t xml:space="preserve">[11:07] </w:t>
      </w:r>
      <w:r>
        <w:t>woh pani yani qabil-e-istemal nahi raha tha.</w:t>
      </w:r>
    </w:p>
    <w:p>
      <w:pPr>
        <w:jc w:val="right"/>
      </w:pPr>
      <w:r>
        <w:t>وہ پانی یعنی قابل استعمال نہیں رہا تھا۔</w:t>
      </w:r>
    </w:p>
    <w:p>
      <w:r>
        <w:rPr>
          <w:b/>
        </w:rPr>
        <w:t xml:space="preserve">[11:13] </w:t>
      </w:r>
      <w:r>
        <w:t>lekin yeh jo Khalifa Ar-Rashid jo tha, bohat hi zyada shareef aadmi tha.</w:t>
      </w:r>
    </w:p>
    <w:p>
      <w:pPr>
        <w:jc w:val="right"/>
      </w:pPr>
      <w:r>
        <w:t>لیکن یہ جو خلیفہ الرشید جو تھا، بہت ہی زیادہ شریف آدمی تھا۔</w:t>
      </w:r>
    </w:p>
    <w:p>
      <w:r>
        <w:rPr>
          <w:b/>
        </w:rPr>
        <w:t xml:space="preserve">[11:19] </w:t>
      </w:r>
      <w:r>
        <w:t>us ke baray mein ek qaul mashhoor hai ke shareef aadmi woh hai jo apne se</w:t>
      </w:r>
    </w:p>
    <w:p>
      <w:pPr>
        <w:jc w:val="right"/>
      </w:pPr>
      <w:r>
        <w:t>اس کے بارے میں ایک قول مشہور ہے کہ شریف آدمی وہ ہے جو اپنے سے</w:t>
      </w:r>
    </w:p>
    <w:p>
      <w:r>
        <w:rPr>
          <w:b/>
        </w:rPr>
        <w:t xml:space="preserve">[11:25] </w:t>
      </w:r>
      <w:r>
        <w:t>baray ko dabaye aur apne chotay se khud dab jaye.</w:t>
      </w:r>
    </w:p>
    <w:p>
      <w:pPr>
        <w:jc w:val="right"/>
      </w:pPr>
      <w:r>
        <w:t>بڑے کو دبائے اور اپنے چھوٹے سے خود دب جائے۔</w:t>
      </w:r>
    </w:p>
    <w:p>
      <w:r>
        <w:rPr>
          <w:b/>
        </w:rPr>
        <w:t xml:space="preserve">[11:33] </w:t>
      </w:r>
      <w:r>
        <w:t>to us ne us ko dhak diya aur achay kalimat kahe is aadmi ke liye.</w:t>
      </w:r>
    </w:p>
    <w:p>
      <w:pPr>
        <w:jc w:val="right"/>
      </w:pPr>
      <w:r>
        <w:t>تو اس نے اس کو ڈھک دیا اور اچھے کلمات کہے اس آدمی کے لئے۔</w:t>
      </w:r>
    </w:p>
    <w:p>
      <w:r>
        <w:rPr>
          <w:b/>
        </w:rPr>
        <w:t xml:space="preserve">[11:40] </w:t>
      </w:r>
      <w:r>
        <w:t>kuch koi is ko koi dot dot nahi ki, achhe kalmat kahe aur hukum diya ke is ko</w:t>
      </w:r>
    </w:p>
    <w:p>
      <w:pPr>
        <w:jc w:val="right"/>
      </w:pPr>
      <w:r>
        <w:t>کچھ کوئی اس کو کوئی ڈاٹ ڈاٹ نہیں کی، اچھے کلمات کہے اور حکم دیا کہ اس کو</w:t>
      </w:r>
    </w:p>
    <w:p>
      <w:r>
        <w:rPr>
          <w:b/>
        </w:rPr>
        <w:t xml:space="preserve">[11:48] </w:t>
      </w:r>
      <w:r>
        <w:t>inaam o ikraam diya jaye aur is ko mahal ke is simt se nikala jaye jis taraf</w:t>
      </w:r>
    </w:p>
    <w:p>
      <w:pPr>
        <w:jc w:val="right"/>
      </w:pPr>
      <w:r>
        <w:t>انعام و اکرام دیا جائے اور اس کو محل کے اس سمت سے نکالا جائے جس طرف</w:t>
      </w:r>
    </w:p>
    <w:p>
      <w:r>
        <w:rPr>
          <w:b/>
        </w:rPr>
        <w:t xml:space="preserve">[11:55] </w:t>
      </w:r>
      <w:r>
        <w:t>dijla river, jis ko tigri kehte hain, dijla river behta hai.</w:t>
      </w:r>
    </w:p>
    <w:p>
      <w:pPr>
        <w:jc w:val="right"/>
      </w:pPr>
      <w:r>
        <w:t>دجلہ ریور، جس کو ٹگری کہتے ہیں، دجلہ ریور بہتا ہے۔</w:t>
      </w:r>
    </w:p>
    <w:p>
      <w:r>
        <w:rPr>
          <w:b/>
        </w:rPr>
        <w:t xml:space="preserve">[12:00] </w:t>
      </w:r>
      <w:r>
        <w:t>idhar se nikala gaya is ko.</w:t>
      </w:r>
    </w:p>
    <w:p>
      <w:pPr>
        <w:jc w:val="right"/>
      </w:pPr>
      <w:r>
        <w:t>ادھر سے نکالا گیا اس کو۔</w:t>
      </w:r>
    </w:p>
    <w:p>
      <w:r>
        <w:rPr>
          <w:b/>
        </w:rPr>
        <w:t xml:space="preserve">[12:05] </w:t>
      </w:r>
      <w:r>
        <w:t>to aap jante hain ke tigri jo hai ya dijla iraq mein bohat hi bara darya hai, bohat bara darya.</w:t>
      </w:r>
    </w:p>
    <w:p>
      <w:pPr>
        <w:jc w:val="right"/>
      </w:pPr>
      <w:r>
        <w:t>تو آپ جانتے ہیں کہ ٹگری جو ہے یا دجلہ عراق میں بہت ہی بڑا دریا ہے، بہت بڑا دریا۔</w:t>
      </w:r>
    </w:p>
    <w:p>
      <w:r>
        <w:rPr>
          <w:b/>
        </w:rPr>
        <w:t xml:space="preserve">[12:10] </w:t>
      </w:r>
      <w:r>
        <w:t>is ka mini samandar hai.</w:t>
      </w:r>
    </w:p>
    <w:p>
      <w:pPr>
        <w:jc w:val="right"/>
      </w:pPr>
      <w:r>
        <w:t>اس کا منی سمندر ہے۔</w:t>
      </w:r>
    </w:p>
    <w:p>
      <w:r>
        <w:rPr>
          <w:b/>
        </w:rPr>
        <w:t xml:space="preserve">[12:16] </w:t>
      </w:r>
      <w:r>
        <w:t>to idhar se guzra wo.</w:t>
      </w:r>
    </w:p>
    <w:p>
      <w:pPr>
        <w:jc w:val="right"/>
      </w:pPr>
      <w:r>
        <w:t>تو ادھر سے گزرا وہ۔</w:t>
      </w:r>
    </w:p>
    <w:p>
      <w:r>
        <w:rPr>
          <w:b/>
        </w:rPr>
        <w:t xml:space="preserve">[12:21] </w:t>
      </w:r>
      <w:r>
        <w:t>to main ne socha</w:t>
      </w:r>
    </w:p>
    <w:p>
      <w:pPr>
        <w:jc w:val="right"/>
      </w:pPr>
      <w:r>
        <w:t>تو میں نے سوچا</w:t>
      </w:r>
    </w:p>
    <w:p>
      <w:r>
        <w:rPr>
          <w:b/>
        </w:rPr>
        <w:t xml:space="preserve">[12:26] </w:t>
      </w:r>
      <w:r>
        <w:t>ke haroon ur rasheed ne jo yeh kaha tha ke is ko dijla ki taraf se guzaro, to is</w:t>
      </w:r>
    </w:p>
    <w:p>
      <w:pPr>
        <w:jc w:val="right"/>
      </w:pPr>
      <w:r>
        <w:t>کہ ہارون الرشید نے جو یہ کہا تھا کہ اس کو دجلہ کی طرف سے گزارو، تو اس</w:t>
      </w:r>
    </w:p>
    <w:p>
      <w:r>
        <w:rPr>
          <w:b/>
        </w:rPr>
        <w:t xml:space="preserve">[12:34] </w:t>
      </w:r>
      <w:r>
        <w:t>ki sharafat ke khilaf hai ke yeh chahe ke woh apne tohfe ka haqeer hona samjhe ke khalifa</w:t>
      </w:r>
    </w:p>
    <w:p>
      <w:pPr>
        <w:jc w:val="right"/>
      </w:pPr>
      <w:r>
        <w:t>کی شرافت کے خلاف ہے کہ یہ چاہے کہ وہ اپنے تحفے کا حقیر ہونا سمجھے کہ خلیفہ</w:t>
      </w:r>
    </w:p>
    <w:p>
      <w:r>
        <w:rPr>
          <w:b/>
        </w:rPr>
        <w:t xml:space="preserve">[12:42] </w:t>
      </w:r>
      <w:r>
        <w:t>ke paas itna bara darya hai to mere paas to kuch bhi nahi.</w:t>
      </w:r>
    </w:p>
    <w:p>
      <w:pPr>
        <w:jc w:val="right"/>
      </w:pPr>
      <w:r>
        <w:t>کے پاس اتنا بڑا دریا ہے تو میرے پاس تو کچھ بھی نہیں۔</w:t>
      </w:r>
    </w:p>
    <w:p>
      <w:r>
        <w:rPr>
          <w:b/>
        </w:rPr>
        <w:t xml:space="preserve">[12:51] </w:t>
      </w:r>
      <w:r>
        <w:t>yani is ko zillat ka ehsas ho, yeh haroon ur rasheed ki sharafat ke khilaf hai.</w:t>
      </w:r>
    </w:p>
    <w:p>
      <w:pPr>
        <w:jc w:val="right"/>
      </w:pPr>
      <w:r>
        <w:t>یعنی اس کو ذلت کا احساس ہو، یہ ہارون الرشید کی شرافت کے خلاف ہے۔</w:t>
      </w:r>
    </w:p>
    <w:p>
      <w:r>
        <w:rPr>
          <w:b/>
        </w:rPr>
        <w:t xml:space="preserve">[12:59] </w:t>
      </w:r>
      <w:r>
        <w:t>to phir is ne kyun aisa kaha? to mujhe samajh mein aya ke is ne ghaliban socha ke</w:t>
      </w:r>
    </w:p>
    <w:p>
      <w:pPr>
        <w:jc w:val="right"/>
      </w:pPr>
      <w:r>
        <w:t>تو پھر اس نے کیوں ایسا کہا؟ تو مجھے سمجھ میں آیا کہ اس نے غالباً سوچا کہ</w:t>
      </w:r>
    </w:p>
    <w:p>
      <w:r>
        <w:rPr>
          <w:b/>
        </w:rPr>
        <w:t xml:space="preserve">[13:07] </w:t>
      </w:r>
      <w:r>
        <w:t>yeh aadmi apne tohfe ko kam samajhta hoga ke itna chhota tohfa main le gaya hoon haroon ur rasheed ke paas.</w:t>
      </w:r>
    </w:p>
    <w:p>
      <w:pPr>
        <w:jc w:val="right"/>
      </w:pPr>
      <w:r>
        <w:t>یہ آدمی اپنے تحفے کو کم سمجھتا ہوگا کہ اتنا چھوٹا تحفہ میں لے گیا ہوں ہارون الرشید کے پاس۔</w:t>
      </w:r>
    </w:p>
    <w:p>
      <w:r>
        <w:rPr>
          <w:b/>
        </w:rPr>
        <w:t xml:space="preserve">[13:14] </w:t>
      </w:r>
      <w:r>
        <w:t>lekin main ne socha ke aisa nahi hoga.</w:t>
      </w:r>
    </w:p>
    <w:p>
      <w:pPr>
        <w:jc w:val="right"/>
      </w:pPr>
      <w:r>
        <w:t>لیکن میں نے سوچا کہ ایسا نہیں ہوگا۔</w:t>
      </w:r>
    </w:p>
    <w:p>
      <w:r>
        <w:rPr>
          <w:b/>
        </w:rPr>
        <w:t xml:space="preserve">[13:22] </w:t>
      </w:r>
      <w:r>
        <w:t>wo is liye kaha is ne taake woh aadmi yeh soche</w:t>
      </w:r>
    </w:p>
    <w:p>
      <w:pPr>
        <w:jc w:val="right"/>
      </w:pPr>
      <w:r>
        <w:t>وہ اس لئے کہا اس نے تاکہ وہ آدمی یہ سوچے</w:t>
      </w:r>
    </w:p>
    <w:p>
      <w:r>
        <w:rPr>
          <w:b/>
        </w:rPr>
        <w:t xml:space="preserve">[13:30] </w:t>
      </w:r>
      <w:r>
        <w:t>ke yani dijla ko dekh kar yeh soche ke itna zyada rehmat ka saman hai khalifa ke paas,</w:t>
      </w:r>
    </w:p>
    <w:p>
      <w:pPr>
        <w:jc w:val="right"/>
      </w:pPr>
      <w:r>
        <w:t>کہ یعنی دجلہ کو دیکھ کر یہ سوچے کہ اتنا زیادہ رحمت کا سامان ہے خلیفہ کے پاس،</w:t>
      </w:r>
    </w:p>
    <w:p>
      <w:r>
        <w:rPr>
          <w:b/>
        </w:rPr>
        <w:t xml:space="preserve">[13:40] </w:t>
      </w:r>
      <w:r>
        <w:t>mere paas to kuch bhi nahi.</w:t>
      </w:r>
    </w:p>
    <w:p>
      <w:pPr>
        <w:jc w:val="right"/>
      </w:pPr>
      <w:r>
        <w:t>میرے پاس تو کچھ بھی نہیں۔</w:t>
      </w:r>
    </w:p>
    <w:p>
      <w:r>
        <w:rPr>
          <w:b/>
        </w:rPr>
        <w:t xml:space="preserve">[13:50] </w:t>
      </w:r>
      <w:r>
        <w:t>to goya woh aadmi khalifat ki shan rehmat ke khilaf soche, khalifa ki shan azmat ke mutabiq soche, na ke</w:t>
      </w:r>
    </w:p>
    <w:p>
      <w:pPr>
        <w:jc w:val="right"/>
      </w:pPr>
      <w:r>
        <w:t>تو گویا وہ آدمی خلیفت کی شان رحمت کے خلاف سوچے، خلیفہ کی شان عظمت کے مطابق سوچے، نہ کہ</w:t>
      </w:r>
    </w:p>
    <w:p>
      <w:r>
        <w:rPr>
          <w:b/>
        </w:rPr>
        <w:t xml:space="preserve">[14:00] </w:t>
      </w:r>
      <w:r>
        <w:t>apni kami ke lehaz se soche.</w:t>
      </w:r>
    </w:p>
    <w:p>
      <w:pPr>
        <w:jc w:val="right"/>
      </w:pPr>
      <w:r>
        <w:t>اپنی کمی کے لحاظ سے سوچے۔</w:t>
      </w:r>
    </w:p>
    <w:p>
      <w:r>
        <w:rPr>
          <w:b/>
        </w:rPr>
        <w:t xml:space="preserve">[14:07] </w:t>
      </w:r>
      <w:r>
        <w:t>to yeh jo hadith hai ke main bande ke guman ke sath hoon, to banda mere baray mein</w:t>
      </w:r>
    </w:p>
    <w:p>
      <w:pPr>
        <w:jc w:val="right"/>
      </w:pPr>
      <w:r>
        <w:t>تو یہ جو حدیث ہے کہ میں بندے کے گمان کے ساتھ ہوں، تو بندہ میرے بارے میں</w:t>
      </w:r>
    </w:p>
    <w:p>
      <w:r>
        <w:rPr>
          <w:b/>
        </w:rPr>
        <w:t xml:space="preserve">[14:15] </w:t>
      </w:r>
      <w:r>
        <w:t>jo guman chahe kar le.</w:t>
      </w:r>
    </w:p>
    <w:p>
      <w:pPr>
        <w:jc w:val="right"/>
      </w:pPr>
      <w:r>
        <w:t>جو گمان چاہے کر لے۔</w:t>
      </w:r>
    </w:p>
    <w:p>
      <w:r>
        <w:rPr>
          <w:b/>
        </w:rPr>
        <w:t xml:space="preserve">[14:22] </w:t>
      </w:r>
      <w:r>
        <w:t>to zahir hai ke banda jo hai jab rab ke baray mein sochega to rab ki shan az</w:t>
      </w:r>
    </w:p>
    <w:p>
      <w:pPr>
        <w:jc w:val="right"/>
      </w:pPr>
      <w:r>
        <w:t>تو ظاہر ہے کہ بندہ جو ہے جب رب کے بارے میں سوچے گا تو رب کی شان عظ</w:t>
      </w:r>
    </w:p>
    <w:p>
      <w:r>
        <w:rPr>
          <w:b/>
        </w:rPr>
        <w:t xml:space="preserve">[14:30] </w:t>
      </w:r>
      <w:r>
        <w:t>mat ke lehaz se sochega woh ke Allah rab ul alameen itna bara hai ke is ne itni</w:t>
      </w:r>
    </w:p>
    <w:p>
      <w:pPr>
        <w:jc w:val="right"/>
      </w:pPr>
      <w:r>
        <w:t>مت کے لحاظ سے سوچے گا وہ کہ اللہ رب العالمین اتنا بڑا ہے کہ اس نے اتنی</w:t>
      </w:r>
    </w:p>
    <w:p>
      <w:r>
        <w:rPr>
          <w:b/>
        </w:rPr>
        <w:t xml:space="preserve">[14:38] </w:t>
      </w:r>
      <w:r>
        <w:t>bari kainat banai, pani barsaya, pahar banaye, janglat ugaya.</w:t>
      </w:r>
    </w:p>
    <w:p>
      <w:pPr>
        <w:jc w:val="right"/>
      </w:pPr>
      <w:r>
        <w:t>بڑی کائنات بنائی، پانی برسایا، پہاڑ بنائے، جنگل اگایا۔</w:t>
      </w:r>
    </w:p>
    <w:p>
      <w:r>
        <w:rPr>
          <w:b/>
        </w:rPr>
        <w:t xml:space="preserve">[14:46] </w:t>
      </w:r>
      <w:r>
        <w:t>yani is ki jo bari bari shan rehmat hai, wo is ko le kar sochega wo keh</w:t>
      </w:r>
    </w:p>
    <w:p>
      <w:pPr>
        <w:jc w:val="right"/>
      </w:pPr>
      <w:r>
        <w:t>یعنی اس کی جو بڑی بڑی شان رحمت ہے، وہ اس کو لے کر سوچے گا وہ کہ</w:t>
      </w:r>
    </w:p>
    <w:p>
      <w:r>
        <w:rPr>
          <w:b/>
        </w:rPr>
        <w:t xml:space="preserve">[14:54] </w:t>
      </w:r>
      <w:r>
        <w:t>jis Allah rab ul alameen ki shan itni bari hai, to</w:t>
      </w:r>
    </w:p>
    <w:p>
      <w:pPr>
        <w:jc w:val="right"/>
      </w:pPr>
      <w:r>
        <w:t>جس اللہ رب العالمین کی شان اتنی بڑی ہے، تو</w:t>
      </w:r>
    </w:p>
    <w:p>
      <w:r>
        <w:rPr>
          <w:b/>
        </w:rPr>
        <w:t xml:space="preserve">[15:02] </w:t>
      </w:r>
      <w:r>
        <w:t>kese is aisa hoga ke wo mujh ko qabool na kare? is ke liye kya hai ke chota</w:t>
      </w:r>
    </w:p>
    <w:p>
      <w:pPr>
        <w:jc w:val="right"/>
      </w:pPr>
      <w:r>
        <w:t>کیسے اس ایسا ہوگا کہ وہ مجھ کو قبول نہ کرے؟ اس کے لئے کیا ہے کہ چھوٹا</w:t>
      </w:r>
    </w:p>
    <w:p>
      <w:r>
        <w:rPr>
          <w:b/>
        </w:rPr>
        <w:t xml:space="preserve">[15:09] </w:t>
      </w:r>
      <w:r>
        <w:t>tohfa hai, bara tohfa hai, kam amal hai, zyada amal, ye is ke liye kya hai? to is</w:t>
      </w:r>
    </w:p>
    <w:p>
      <w:pPr>
        <w:jc w:val="right"/>
      </w:pPr>
      <w:r>
        <w:t>تحفہ ہے، بڑا تحفہ ہے، کم عمل ہے، زیادہ عمل، یہ اس کے لئے کیا ہے؟ تو اس</w:t>
      </w:r>
    </w:p>
    <w:p>
      <w:r>
        <w:rPr>
          <w:b/>
        </w:rPr>
        <w:t xml:space="preserve">[15:17] </w:t>
      </w:r>
      <w:r>
        <w:t>hades ka matlab ye hai ke bande ko chahiye ke wo jo is ke paas dene ke liye</w:t>
      </w:r>
    </w:p>
    <w:p>
      <w:pPr>
        <w:jc w:val="right"/>
      </w:pPr>
      <w:r>
        <w:t>حدیث کا مطلب یہ ہے کہ بندے کو چاہیے کہ وہ جو اس کے پاس دینے کے لئے</w:t>
      </w:r>
    </w:p>
    <w:p>
      <w:r>
        <w:rPr>
          <w:b/>
        </w:rPr>
        <w:t xml:space="preserve">[15:25] </w:t>
      </w:r>
      <w:r>
        <w:t>hai, bande ko chahiye ke wo jo is ke</w:t>
      </w:r>
    </w:p>
    <w:p>
      <w:pPr>
        <w:jc w:val="right"/>
      </w:pPr>
      <w:r>
        <w:t>ہے، بندے کو چاہیے کہ وہ جو اس کے</w:t>
      </w:r>
    </w:p>
    <w:p>
      <w:r>
        <w:rPr>
          <w:b/>
        </w:rPr>
        <w:t xml:space="preserve">[15:32] </w:t>
      </w:r>
      <w:r>
        <w:t>apnay paas dene ke liye hai, us ko le kar na soche, balkeh jo Allah rab ul alameen ke paas dene ke liye hai, us ko le kar soche. yeh matlab hai fal yaznub mashaa. to aap ghor kijiye keh bande ke paas dene ke liye to kuch bhi nahi hai, lekin Allah rab ul alameen ke paas to dene ke liye itne ziyada hain keh hum</w:t>
      </w:r>
    </w:p>
    <w:p>
      <w:pPr>
        <w:jc w:val="right"/>
      </w:pPr>
      <w:r>
        <w:t>اپنے پاس دینے کے لئے ہے، اس کو لے کر نہ سوچے، بلکہ جو اللہ رب العالمین کے پاس دینے کے لئے ہے، اس کو لے کر سوچے۔ یہ مطلب ہے فَلْيَذُنِبِ مَاشَاءً۔ تو آپ غور کیجئے کہ بندے کے پاس دینے کے لئے تو کچھ بھی نہیں ہے، لیکن اللہ رب العالمین کے پاس تو دینے کے لئے اتنے زیادہ ہیں کہ ہم</w:t>
      </w:r>
    </w:p>
    <w:p>
      <w:r>
        <w:rPr>
          <w:b/>
        </w:rPr>
        <w:t xml:space="preserve">[16:02] </w:t>
      </w:r>
      <w:r>
        <w:t>ginti nahi kar sakte.</w:t>
      </w:r>
    </w:p>
    <w:p>
      <w:pPr>
        <w:jc w:val="right"/>
      </w:pPr>
      <w:r>
        <w:t>گنتی نہیں کر سکتے۔</w:t>
      </w:r>
    </w:p>
    <w:p>
      <w:r>
        <w:rPr>
          <w:b/>
        </w:rPr>
        <w:t xml:space="preserve">[16:08] </w:t>
      </w:r>
      <w:r>
        <w:t>to main samajhta hoon ke ye jo Ramzan ka mahina hai, is mein sab se bari cheez jo</w:t>
      </w:r>
    </w:p>
    <w:p>
      <w:pPr>
        <w:jc w:val="right"/>
      </w:pPr>
      <w:r>
        <w:t>تو میں سمجھتا ہوں کہ یہ جو رمضان کا مہینہ ہے، اس میں سب سے بڑی چیز جو</w:t>
      </w:r>
    </w:p>
    <w:p>
      <w:r>
        <w:rPr>
          <w:b/>
        </w:rPr>
        <w:t xml:space="preserve">[16:14] </w:t>
      </w:r>
      <w:r>
        <w:t>daryaft karne ki hai, wo ye hai ke aap Allah rab ul alameen ko daryaft karen.</w:t>
      </w:r>
    </w:p>
    <w:p>
      <w:pPr>
        <w:jc w:val="right"/>
      </w:pPr>
      <w:r>
        <w:t>دریافت کرنے کی ہے، وہ یہ ہے کہ آپ اللہ رب العالمین کو دریافت کریں۔</w:t>
      </w:r>
    </w:p>
    <w:p>
      <w:r>
        <w:rPr>
          <w:b/>
        </w:rPr>
        <w:t xml:space="preserve">[16:20] </w:t>
      </w:r>
      <w:r>
        <w:t>is waqt sochte hue mujhe Quran ki ek ayat yaad aayi, is ka matlab main samajh paya.</w:t>
      </w:r>
    </w:p>
    <w:p>
      <w:pPr>
        <w:jc w:val="right"/>
      </w:pPr>
      <w:r>
        <w:t>اس وقت سوچتے ہوئے مجھے قرآن کی ایک آیت یاد آئی، اس کا مطلب میں سمجھ پایا۔</w:t>
      </w:r>
    </w:p>
    <w:p>
      <w:r>
        <w:rPr>
          <w:b/>
        </w:rPr>
        <w:t xml:space="preserve">[16:26] </w:t>
      </w:r>
      <w:r>
        <w:t>wo ayat hai</w:t>
      </w:r>
    </w:p>
    <w:p>
      <w:pPr>
        <w:jc w:val="right"/>
      </w:pPr>
      <w:r>
        <w:t>وہ آیت ہے</w:t>
      </w:r>
    </w:p>
    <w:p>
      <w:r>
        <w:rPr>
          <w:b/>
        </w:rPr>
        <w:t xml:space="preserve">[16:32] </w:t>
      </w:r>
      <w:r>
        <w:t>wama qadar allaha haqq qadrehi walhadha jabiyyan qabdatuhu wassamawatu matyavadhun bi aminehi.</w:t>
      </w:r>
    </w:p>
    <w:p>
      <w:pPr>
        <w:jc w:val="right"/>
      </w:pPr>
      <w:r>
        <w:t>وَمَا قَدَرُ اللَّهَ حَقَّ قَدْرِهِ وَلَهْذَا جَبِيًّا قَبْضَتُهُ وَالسَّمَاوَاتُ مَتْيَاوِضٌ بِأَمِينِهِ۔</w:t>
      </w:r>
    </w:p>
    <w:p>
      <w:r>
        <w:rPr>
          <w:b/>
        </w:rPr>
        <w:t xml:space="preserve">[16:40] </w:t>
      </w:r>
      <w:r>
        <w:t>logon ne Allah ki qadar nahi pehchani, halankay poori zameen is ki muthi mein hai aur poora aasman</w:t>
      </w:r>
    </w:p>
    <w:p>
      <w:pPr>
        <w:jc w:val="right"/>
      </w:pPr>
      <w:r>
        <w:t>لوگوں نے اللہ کی قدر نہیں پہچانی، حالانکہ پوری زمین اس کی مٹھی میں ہے اور پورا آسمان</w:t>
      </w:r>
    </w:p>
    <w:p>
      <w:r>
        <w:rPr>
          <w:b/>
        </w:rPr>
        <w:t xml:space="preserve">[16:47] </w:t>
      </w:r>
      <w:r>
        <w:t>is ke hath se lipta hua hai.</w:t>
      </w:r>
    </w:p>
    <w:p>
      <w:pPr>
        <w:jc w:val="right"/>
      </w:pPr>
      <w:r>
        <w:t>اس کے ہاتھ سے لپٹا ہوا ہے۔</w:t>
      </w:r>
    </w:p>
    <w:p>
      <w:r>
        <w:rPr>
          <w:b/>
        </w:rPr>
        <w:t xml:space="preserve">[16:55] </w:t>
      </w:r>
      <w:r>
        <w:t>aam tor par log is ko akhirat</w:t>
      </w:r>
    </w:p>
    <w:p>
      <w:pPr>
        <w:jc w:val="right"/>
      </w:pPr>
      <w:r>
        <w:t>عام طور پر لوگ اس کو آخرت</w:t>
      </w:r>
    </w:p>
    <w:p>
      <w:r>
        <w:rPr>
          <w:b/>
        </w:rPr>
        <w:t xml:space="preserve">[17:02] </w:t>
      </w:r>
      <w:r>
        <w:t>se mutalliq samajhte hain, yani akhirat mein Khuda to zahir hoga ke ek hath mein is ki zameen</w:t>
      </w:r>
    </w:p>
    <w:p>
      <w:pPr>
        <w:jc w:val="right"/>
      </w:pPr>
      <w:r>
        <w:t>سے متعلق سمجھتے ہیں، یعنی آخرت میں خدا تو ظاہر ہوگا کہ ایک ہاتھ میں اس کی زمین</w:t>
      </w:r>
    </w:p>
    <w:p>
      <w:r>
        <w:rPr>
          <w:b/>
        </w:rPr>
        <w:t xml:space="preserve">[17:08] </w:t>
      </w:r>
      <w:r>
        <w:t>hogi aur doosre hath mein sara aasman hoga.</w:t>
      </w:r>
    </w:p>
    <w:p>
      <w:pPr>
        <w:jc w:val="right"/>
      </w:pPr>
      <w:r>
        <w:t>ہوگی اور دوسرے ہاتھ میں سارا آسمان ہوگا۔</w:t>
      </w:r>
    </w:p>
    <w:p>
      <w:r>
        <w:rPr>
          <w:b/>
        </w:rPr>
        <w:t xml:space="preserve">[17:14] </w:t>
      </w:r>
      <w:r>
        <w:t>main samajhta hoon aisa nahi hai, ye haal ki baat hai, aaj ki baat hai.</w:t>
      </w:r>
    </w:p>
    <w:p>
      <w:pPr>
        <w:jc w:val="right"/>
      </w:pPr>
      <w:r>
        <w:t>میں سمجھتا ہوں ایسا نہیں ہے، یہ حال کی بات ہے، آج کی بات ہے۔</w:t>
      </w:r>
    </w:p>
    <w:p>
      <w:r>
        <w:rPr>
          <w:b/>
        </w:rPr>
        <w:t xml:space="preserve">[17:20] </w:t>
      </w:r>
      <w:r>
        <w:t>ye jo shan hai Allah Ta'ala ki, is ke lehaz se Allah ka andaza nahi kiya.</w:t>
      </w:r>
    </w:p>
    <w:p>
      <w:pPr>
        <w:jc w:val="right"/>
      </w:pPr>
      <w:r>
        <w:t>یہ جو شان ہے اللہ تعالیٰ کی، اس کے لحاظ سے اللہ کا اندازہ نہیں کیا۔</w:t>
      </w:r>
    </w:p>
    <w:p>
      <w:r>
        <w:rPr>
          <w:b/>
        </w:rPr>
        <w:t xml:space="preserve">[17:26] </w:t>
      </w:r>
      <w:r>
        <w:t>qadar ka matlab hai underestimate karna,</w:t>
      </w:r>
    </w:p>
    <w:p>
      <w:pPr>
        <w:jc w:val="right"/>
      </w:pPr>
      <w:r>
        <w:t>قدر کا مطلب ہے انڈر ایسٹیمیٹ کرنا،</w:t>
      </w:r>
    </w:p>
    <w:p>
      <w:r>
        <w:rPr>
          <w:b/>
        </w:rPr>
        <w:t xml:space="preserve">[17:33] </w:t>
      </w:r>
      <w:r>
        <w:t>kamtar andaza kiya hai, mani underestimate kiya hai.</w:t>
      </w:r>
    </w:p>
    <w:p>
      <w:pPr>
        <w:jc w:val="right"/>
      </w:pPr>
      <w:r>
        <w:t>کمتر اندازہ کیا ہے، معنی انڈر ایسٹیمیٹ کیا ہے۔</w:t>
      </w:r>
    </w:p>
    <w:p>
      <w:r>
        <w:rPr>
          <w:b/>
        </w:rPr>
        <w:t xml:space="preserve">[17:39] </w:t>
      </w:r>
      <w:r>
        <w:t>Khuda ke baray mein jo un ka andaza hai, kamtar andaza.</w:t>
      </w:r>
    </w:p>
    <w:p>
      <w:pPr>
        <w:jc w:val="right"/>
      </w:pPr>
      <w:r>
        <w:t>خدا کے بارے میں جو ان کا اندازہ ہے، کمتر اندازہ۔</w:t>
      </w:r>
    </w:p>
    <w:p>
      <w:r>
        <w:rPr>
          <w:b/>
        </w:rPr>
        <w:t xml:space="preserve">[17:45] </w:t>
      </w:r>
      <w:r>
        <w:t>warna Allah to ye hai, itna azmat wala hai ke sari zameen is ke control mein hai.</w:t>
      </w:r>
    </w:p>
    <w:p>
      <w:pPr>
        <w:jc w:val="right"/>
      </w:pPr>
      <w:r>
        <w:t>ورنہ اللہ تو یہ ہے، اتنا عظمت والا ہے کہ ساری زمین اس کے کنٹرول میں ہے۔</w:t>
      </w:r>
    </w:p>
    <w:p>
      <w:r>
        <w:rPr>
          <w:b/>
        </w:rPr>
        <w:t xml:space="preserve">[17:51] </w:t>
      </w:r>
      <w:r>
        <w:t>wo bhi is mani mein nahi ke hath mein pakray hue, ye matlab nahi hai is ka.</w:t>
      </w:r>
    </w:p>
    <w:p>
      <w:pPr>
        <w:jc w:val="right"/>
      </w:pPr>
      <w:r>
        <w:t>وہ بھی اس معنی میں نہیں کہ ہاتھ میں پکڑے ہوئے، یہ مطلب نہیں ہے اس کا۔</w:t>
      </w:r>
    </w:p>
    <w:p>
      <w:r>
        <w:rPr>
          <w:b/>
        </w:rPr>
        <w:t xml:space="preserve">[17:57] </w:t>
      </w:r>
      <w:r>
        <w:t>yani sari zameen ya sara suraj system is ke control mein hai aur</w:t>
      </w:r>
    </w:p>
    <w:p>
      <w:pPr>
        <w:jc w:val="right"/>
      </w:pPr>
      <w:r>
        <w:t>یعنی ساری زمین یا سارا سورج سسٹم اس کے کنٹرول میں ہے اور</w:t>
      </w:r>
    </w:p>
    <w:p>
      <w:r>
        <w:rPr>
          <w:b/>
        </w:rPr>
        <w:t xml:space="preserve">[18:03] </w:t>
      </w:r>
      <w:r>
        <w:t>poori kainaat, jis mein billion billion galaxy hain, woh bhi is ke control mein hai.</w:t>
      </w:r>
    </w:p>
    <w:p>
      <w:pPr>
        <w:jc w:val="right"/>
      </w:pPr>
      <w:r>
        <w:t>پوری کائنات، جس میں بلین بلین گلیکسی ہیں، وہ بھی اس کے کنٹرول میں ہے۔</w:t>
      </w:r>
    </w:p>
    <w:p>
      <w:r>
        <w:rPr>
          <w:b/>
        </w:rPr>
        <w:t xml:space="preserve">[18:09] </w:t>
      </w:r>
      <w:r>
        <w:t>to aisa Khuda ko kabhi yeh ghalti nahi karna chahiye, bande ko ke is ko underestimate kare.</w:t>
      </w:r>
    </w:p>
    <w:p>
      <w:pPr>
        <w:jc w:val="right"/>
      </w:pPr>
      <w:r>
        <w:t>تو ایسا خدا کو کبھی یہ غلطی نہیں کرنا چاہیے، بندے کو کہ اس کو انڈر ایسٹیمیٹ کرے۔</w:t>
      </w:r>
    </w:p>
    <w:p>
      <w:r>
        <w:rPr>
          <w:b/>
        </w:rPr>
        <w:t xml:space="preserve">[18:15] </w:t>
      </w:r>
      <w:r>
        <w:t>underestimate nahi karna chahiye kabhi bhi.</w:t>
      </w:r>
    </w:p>
    <w:p>
      <w:pPr>
        <w:jc w:val="right"/>
      </w:pPr>
      <w:r>
        <w:t>انڈر ایسٹیمیٹ نہیں کرنا چاہیے کبھی بھی۔</w:t>
      </w:r>
    </w:p>
    <w:p>
      <w:r>
        <w:rPr>
          <w:b/>
        </w:rPr>
        <w:t xml:space="preserve">[18:21] </w:t>
      </w:r>
      <w:r>
        <w:t>underestimate nahi karna chahiye.</w:t>
      </w:r>
    </w:p>
    <w:p>
      <w:pPr>
        <w:jc w:val="right"/>
      </w:pPr>
      <w:r>
        <w:t>انڈر ایسٹیمیٹ نہیں کرنا چاہیے۔</w:t>
      </w:r>
    </w:p>
    <w:p>
      <w:r>
        <w:rPr>
          <w:b/>
        </w:rPr>
        <w:t xml:space="preserve">[18:27] </w:t>
      </w:r>
      <w:r>
        <w:t>dekhiye, modern science hai, yaani astronomy,</w:t>
      </w:r>
    </w:p>
    <w:p>
      <w:pPr>
        <w:jc w:val="right"/>
      </w:pPr>
      <w:r>
        <w:t>دیکھئے، ماڈرن سائنس ہے، یعنی آسٹرانومی،</w:t>
      </w:r>
    </w:p>
    <w:p>
      <w:r>
        <w:rPr>
          <w:b/>
        </w:rPr>
        <w:t xml:space="preserve">[18:33] </w:t>
      </w:r>
      <w:r>
        <w:t>is ne daryaft kiya hai ke hamara jo suraj system hai, woh milky way mein hai.</w:t>
      </w:r>
    </w:p>
    <w:p>
      <w:pPr>
        <w:jc w:val="right"/>
      </w:pPr>
      <w:r>
        <w:t>اس نے دریافت کیا ہے کہ ہمارا جو سورج سسٹم ہے، وہ ملکی وے میں ہے۔</w:t>
      </w:r>
    </w:p>
    <w:p>
      <w:r>
        <w:rPr>
          <w:b/>
        </w:rPr>
        <w:t xml:space="preserve">[18:41] </w:t>
      </w:r>
      <w:r>
        <w:t>milky way mein taqreeban aik billion baray baray sitaray hain, aik billion, aur isi ka aik hissa hai suraj system.</w:t>
      </w:r>
    </w:p>
    <w:p>
      <w:pPr>
        <w:jc w:val="right"/>
      </w:pPr>
      <w:r>
        <w:t>ملکی وے میں تقریباً ایک بلین بڑے بڑے ستارے ہیں، ایک بلین، اور اسی کا ایک حصہ ہے سورج سسٹم۔</w:t>
      </w:r>
    </w:p>
    <w:p>
      <w:r>
        <w:rPr>
          <w:b/>
        </w:rPr>
        <w:t xml:space="preserve">[18:48] </w:t>
      </w:r>
      <w:r>
        <w:t>phir is ke siwa billion billion galaxy hain, jis mein billion billion sitaray hain.</w:t>
      </w:r>
    </w:p>
    <w:p>
      <w:pPr>
        <w:jc w:val="right"/>
      </w:pPr>
      <w:r>
        <w:t>پھر اس کے سوا بلین بلین گلیکسی ہیں، جس میں بلین بلین ستارے ہیں۔</w:t>
      </w:r>
    </w:p>
    <w:p>
      <w:r>
        <w:rPr>
          <w:b/>
        </w:rPr>
        <w:t xml:space="preserve">[18:56] </w:t>
      </w:r>
      <w:r>
        <w:t>ghor kijiye ke mind</w:t>
      </w:r>
    </w:p>
    <w:p>
      <w:pPr>
        <w:jc w:val="right"/>
      </w:pPr>
      <w:r>
        <w:t>غور کیجئے کہ مائنڈ</w:t>
      </w:r>
    </w:p>
    <w:p>
      <w:r>
        <w:rPr>
          <w:b/>
        </w:rPr>
        <w:t xml:space="preserve">[19:03] </w:t>
      </w:r>
      <w:r>
        <w:t>boggling azmat hai Khuda ki.</w:t>
      </w:r>
    </w:p>
    <w:p>
      <w:pPr>
        <w:jc w:val="right"/>
      </w:pPr>
      <w:r>
        <w:t>باگلنگ عظمت ہے خدا کی۔</w:t>
      </w:r>
    </w:p>
    <w:p>
      <w:r>
        <w:rPr>
          <w:b/>
        </w:rPr>
        <w:t xml:space="preserve">[19:10] </w:t>
      </w:r>
      <w:r>
        <w:t>yeh jo Khuda ki greatness hai, woh mind boggling greatness hai.</w:t>
      </w:r>
    </w:p>
    <w:p>
      <w:pPr>
        <w:jc w:val="right"/>
      </w:pPr>
      <w:r>
        <w:t>یہ جو خدا کی گریٹنس ہے، وہ مائنڈ باگلنگ گریٹنس ہے۔</w:t>
      </w:r>
    </w:p>
    <w:p>
      <w:r>
        <w:rPr>
          <w:b/>
        </w:rPr>
        <w:t xml:space="preserve">[19:16] </w:t>
      </w:r>
      <w:r>
        <w:t>to Ramzan mein jo fasting ki aati hai, woh is ke liye hai ke aap jab khanay ka</w:t>
      </w:r>
    </w:p>
    <w:p>
      <w:pPr>
        <w:jc w:val="right"/>
      </w:pPr>
      <w:r>
        <w:t>تو رمضان میں جو فاسٹنگ کی آتی ہے، وہ اس کے لئے ہے کہ آپ جب کھانے کا</w:t>
      </w:r>
    </w:p>
    <w:p>
      <w:r>
        <w:rPr>
          <w:b/>
        </w:rPr>
        <w:t xml:space="preserve">[19:22] </w:t>
      </w:r>
      <w:r>
        <w:t>aik tukra munh mein dalen to aap sochtay hain ke mein aik insaan hoon, mere paas to khanay</w:t>
      </w:r>
    </w:p>
    <w:p>
      <w:pPr>
        <w:jc w:val="right"/>
      </w:pPr>
      <w:r>
        <w:t>ایک ٹکڑا منہ میں ڈالیں تو آپ سوچتے ہیں کہ میں ایک انسان ہوں، میرے پاس تو کھانے</w:t>
      </w:r>
    </w:p>
    <w:p>
      <w:r>
        <w:rPr>
          <w:b/>
        </w:rPr>
        <w:t xml:space="preserve">[19:28] </w:t>
      </w:r>
      <w:r>
        <w:t>ka aik tukra hai, lekin Khuda to</w:t>
      </w:r>
    </w:p>
    <w:p>
      <w:pPr>
        <w:jc w:val="right"/>
      </w:pPr>
      <w:r>
        <w:t>کا ایک ٹکڑا ہے، لیکن خدا تو</w:t>
      </w:r>
    </w:p>
    <w:p>
      <w:r>
        <w:rPr>
          <w:b/>
        </w:rPr>
        <w:t xml:space="preserve">[19:34] </w:t>
      </w:r>
      <w:r>
        <w:t>sari kainat ka malik hai, sab kuch is ki muthi mein hai, sari zameen par is ka control hai aur sari universe par is ka control hai. jab aap is tarah sochen ge to Allah ke baray mein aap ki umeedain bohat barh jayen gi. Allah ke baray mein aap, Allah ki rehmat, Allah ki azmat, Allah</w:t>
      </w:r>
    </w:p>
    <w:p>
      <w:pPr>
        <w:jc w:val="right"/>
      </w:pPr>
      <w:r>
        <w:t>ساری کائنات کا مالک ہے، سب کچھ اس کی مٹھی میں ہے، ساری زمین پر اس کا کنٹرول ہے اور ساری یونیورس پر اس کا کنٹرول ہے۔ جب آپ اس طرح سوچیں گے تو اللہ کے بارے میں آپ کی امیدیں بہت بڑھ جائیں گی۔ اللہ کے بارے میں آپ، اللہ کی رحمت، اللہ کی عظمت، اللہ</w:t>
      </w:r>
    </w:p>
    <w:p>
      <w:r>
        <w:rPr>
          <w:b/>
        </w:rPr>
        <w:t xml:space="preserve">[20:04] </w:t>
      </w:r>
      <w:r>
        <w:t>ki shan karimi, is ke baray mein aap ki soch bohat barh jaye gi.</w:t>
      </w:r>
    </w:p>
    <w:p>
      <w:pPr>
        <w:jc w:val="right"/>
      </w:pPr>
      <w:r>
        <w:t>کی شان کریمی، اس کے بارے میں آپ کی سوچ بہت بڑھ جائے گی۔</w:t>
      </w:r>
    </w:p>
    <w:p>
      <w:r>
        <w:rPr>
          <w:b/>
        </w:rPr>
        <w:t xml:space="preserve">[20:12] </w:t>
      </w:r>
      <w:r>
        <w:t>phir yahi nahi ke aap, yaani apni zaat ke baray mein bhi baat sochen ge ke mere bete</w:t>
      </w:r>
    </w:p>
    <w:p>
      <w:pPr>
        <w:jc w:val="right"/>
      </w:pPr>
      <w:r>
        <w:t>پھر یہی نہیں کہ آپ، یعنی اپنی ذات کے بارے میں بھی بات سوچیں گے کہ میرے بیٹے</w:t>
      </w:r>
    </w:p>
    <w:p>
      <w:r>
        <w:rPr>
          <w:b/>
        </w:rPr>
        <w:t xml:space="preserve">[20:20] </w:t>
      </w:r>
      <w:r>
        <w:t>ko bari naukri mil jaye gi, mere paas bara ghar ban jaye ga.</w:t>
      </w:r>
    </w:p>
    <w:p>
      <w:pPr>
        <w:jc w:val="right"/>
      </w:pPr>
      <w:r>
        <w:t>کو بڑی ملازمت مل جائے گی، میرے پاس بڑا گھر بن جائے گا۔</w:t>
      </w:r>
    </w:p>
    <w:p>
      <w:r>
        <w:rPr>
          <w:b/>
        </w:rPr>
        <w:t xml:space="preserve">[20:27] </w:t>
      </w:r>
      <w:r>
        <w:t>nahi, is se bari bari bhi baat hai ke jab koi shakhs aap se kahay ga</w:t>
      </w:r>
    </w:p>
    <w:p>
      <w:pPr>
        <w:jc w:val="right"/>
      </w:pPr>
      <w:r>
        <w:t>نہیں، اس سے بڑی بڑی بھی بات ہے کہ جب کوئی شخص آپ سے کہے گا</w:t>
      </w:r>
    </w:p>
    <w:p>
      <w:r>
        <w:rPr>
          <w:b/>
        </w:rPr>
        <w:t xml:space="preserve">[20:35] </w:t>
      </w:r>
      <w:r>
        <w:t>ke is zamanay mein Islam ke dushmanon ka ghalba hai aur Islam under stage hai, ya aap se</w:t>
      </w:r>
    </w:p>
    <w:p>
      <w:pPr>
        <w:jc w:val="right"/>
      </w:pPr>
      <w:r>
        <w:t>کہ اس زمانے میں اسلام کے دشمنوں کا غلبہ ہے اور اسلام انڈر اسٹیج ہے، یا آپ سے</w:t>
      </w:r>
    </w:p>
    <w:p>
      <w:r>
        <w:rPr>
          <w:b/>
        </w:rPr>
        <w:t xml:space="preserve">[20:42] </w:t>
      </w:r>
      <w:r>
        <w:t>kahain log ke Islam ya musalman under stage hain, to aap us ko kahain ge ke tum kaisay nadan ho.</w:t>
      </w:r>
    </w:p>
    <w:p>
      <w:pPr>
        <w:jc w:val="right"/>
      </w:pPr>
      <w:r>
        <w:t>کہیں لوگ کہ اسلام یا مسلمان انڈر اسٹیج ہیں، تو آپ اس کو کہیں گے کہ تم کیسے نادان ہو۔</w:t>
      </w:r>
    </w:p>
    <w:p>
      <w:r>
        <w:rPr>
          <w:b/>
        </w:rPr>
        <w:t xml:space="preserve">[20:50] </w:t>
      </w:r>
      <w:r>
        <w:t>Allah ki azmat ko tum underestimate kar rahay ho? jo deen Allah ne bheja, jis deen ka</w:t>
      </w:r>
    </w:p>
    <w:p>
      <w:pPr>
        <w:jc w:val="right"/>
      </w:pPr>
      <w:r>
        <w:t>اللہ کی عظمت کو تم انڈر ایسٹیمیٹ کر رہے ہو؟ جو دین اللہ نے بھیجا، جس دین کا</w:t>
      </w:r>
    </w:p>
    <w:p>
      <w:r>
        <w:rPr>
          <w:b/>
        </w:rPr>
        <w:t xml:space="preserve">[20:57] </w:t>
      </w:r>
      <w:r>
        <w:t>muhafiz Allah taala hai, jo</w:t>
      </w:r>
    </w:p>
    <w:p>
      <w:pPr>
        <w:jc w:val="right"/>
      </w:pPr>
      <w:r>
        <w:t>محافظ اللہ تعالیٰ ہے، جو</w:t>
      </w:r>
    </w:p>
    <w:p>
      <w:r>
        <w:rPr>
          <w:b/>
        </w:rPr>
        <w:t xml:space="preserve">[21:05] </w:t>
      </w:r>
      <w:r>
        <w:t>deen deen Khudaawandi hai, kiya tum samajhtay ho ke yeh jo jin ko tum dushman keh rahay ho,</w:t>
      </w:r>
    </w:p>
    <w:p>
      <w:pPr>
        <w:jc w:val="right"/>
      </w:pPr>
      <w:r>
        <w:t>دین دین خداوندی ہے، کیا تم سمجھتے ہو کہ یہ جو جن کو تم دشمن کہہ رہے ہو،</w:t>
      </w:r>
    </w:p>
    <w:p>
      <w:r>
        <w:rPr>
          <w:b/>
        </w:rPr>
        <w:t xml:space="preserve">[21:15] </w:t>
      </w:r>
      <w:r>
        <w:t>woh is ka kuch bigaar sakte hain? aisa Khuda ka deen, itnay baray Khuda ka deen, kaisay kisi</w:t>
      </w:r>
    </w:p>
    <w:p>
      <w:pPr>
        <w:jc w:val="right"/>
      </w:pPr>
      <w:r>
        <w:t>وہ اس کا کچھ بگاڑ سکتے ہیں؟ ایسا خدا کا دین، اتنے بڑے خدا کا دین، کیسے کسی</w:t>
      </w:r>
    </w:p>
    <w:p>
      <w:r>
        <w:rPr>
          <w:b/>
        </w:rPr>
        <w:t xml:space="preserve">[21:25] </w:t>
      </w:r>
      <w:r>
        <w:t>ke yeh kehna ke Islam under stage hai ya musalman und</w:t>
      </w:r>
    </w:p>
    <w:p>
      <w:pPr>
        <w:jc w:val="right"/>
      </w:pPr>
      <w:r>
        <w:t>کے یہ کہنا کہ اسلام انڈر اسٹیج ہے یا مسلمان انڈ</w:t>
      </w:r>
    </w:p>
    <w:p>
      <w:r>
        <w:rPr>
          <w:b/>
        </w:rPr>
        <w:t xml:space="preserve">[21:35] </w:t>
      </w:r>
      <w:r>
        <w:t>stage hai, yeh Allah ki azmat ka kamtar andaza hai. Allah ki greatness ko underestimate karna hai. yahan tak baat pohnche gi. sirf yeh nahi keh aap samjhen mere bete ko acha job mil jaye ga, meri business achay se chal jaye gi. yeh to bohat choti batain hain. yeh to bohat choti batain hain. aap Islam ke mustaqbil, millat e muslema ke mustaqbil ke baray mein bari bari batain sochen</w:t>
      </w:r>
    </w:p>
    <w:p>
      <w:pPr>
        <w:jc w:val="right"/>
      </w:pPr>
      <w:r>
        <w:t>ر اسٹیج ہے، یہ اللہ کی عظمت کا کمتر اندازہ ہے۔ اللہ کی گریٹنس کو انڈر ایسٹیمیٹ کرنا ہے۔ یہاں تک بات پہنچے گی۔ صرف یہ نہیں کہ آپ سمجھیں میرے بیٹے کو اچھا جاب مل جائے گا، میری بزنس اچھے سے چل جائے گی۔ یہ تو بہت چھوٹی باتیں ہیں۔ یہ تو بہت چھوٹی باتیں ہیں۔ آپ اسلام کے مستقبل، ملت مسلمہ کے مستقبل کے بارے میں بڑی بڑی باتیں سوچیں</w:t>
      </w:r>
    </w:p>
    <w:p>
      <w:r>
        <w:rPr>
          <w:b/>
        </w:rPr>
        <w:t xml:space="preserve">[22:05] </w:t>
      </w:r>
      <w:r>
        <w:t>ge aur khauf aap ke dil se nikal jayega.</w:t>
      </w:r>
    </w:p>
    <w:p>
      <w:pPr>
        <w:jc w:val="right"/>
      </w:pPr>
      <w:r>
        <w:t>گے اور خوف آپ کے دل سے نکل جائے گا۔</w:t>
      </w:r>
    </w:p>
    <w:p>
      <w:r>
        <w:rPr>
          <w:b/>
        </w:rPr>
        <w:t xml:space="preserve">[22:11] </w:t>
      </w:r>
      <w:r>
        <w:t>to yeh mahina jo tha, jo aaj khatm ho gaya, in sab baaton ke liye hai.</w:t>
      </w:r>
    </w:p>
    <w:p>
      <w:pPr>
        <w:jc w:val="right"/>
      </w:pPr>
      <w:r>
        <w:t>تو یہ مہینہ جو تھا، جو آج ختم ہو گیا، ان سب باتوں کے لئے ہے۔</w:t>
      </w:r>
    </w:p>
    <w:p>
      <w:r>
        <w:rPr>
          <w:b/>
        </w:rPr>
        <w:t xml:space="preserve">[22:17] </w:t>
      </w:r>
      <w:r>
        <w:t>quran jab padhein aap to quran se hi sab milna chahiye aap ko.</w:t>
      </w:r>
    </w:p>
    <w:p>
      <w:pPr>
        <w:jc w:val="right"/>
      </w:pPr>
      <w:r>
        <w:t>قرآن جب پڑھیں آپ تو قرآن سے ہی سب ملنا چاہیے آپ کو۔</w:t>
      </w:r>
    </w:p>
    <w:p>
      <w:r>
        <w:rPr>
          <w:b/>
        </w:rPr>
        <w:t xml:space="preserve">[22:24] </w:t>
      </w:r>
      <w:r>
        <w:t>alhamdulillah rabbul alameen milna chahiye.</w:t>
      </w:r>
    </w:p>
    <w:p>
      <w:pPr>
        <w:jc w:val="right"/>
      </w:pPr>
      <w:r>
        <w:t>الحمدللہ رب العالمین ملنا چاہیے۔</w:t>
      </w:r>
    </w:p>
    <w:p>
      <w:r>
        <w:rPr>
          <w:b/>
        </w:rPr>
        <w:t xml:space="preserve">[22:30] </w:t>
      </w:r>
      <w:r>
        <w:t>yeh ayat milni chahiye ke wa ma qadar allaha haqq qadrihi wa lahaza jabiyyan qabzatuhu was samawatu matyawiḍun bi aminihi.</w:t>
      </w:r>
    </w:p>
    <w:p>
      <w:pPr>
        <w:jc w:val="right"/>
      </w:pPr>
      <w:r>
        <w:t>یہ آیت ملنی چاہیے کہ وَمَا قَدَرُ اللَّهَ حَقَّ قَدْرِهِ وَلَهْذَا جَبِيًّا قَبْضَتُهُ وَالسَّمَاوَاتُ مَتْيَاوِضٌ بِأَمِينِهِ۔</w:t>
      </w:r>
    </w:p>
    <w:p>
      <w:r>
        <w:rPr>
          <w:b/>
        </w:rPr>
        <w:t xml:space="preserve">[22:36] </w:t>
      </w:r>
      <w:r>
        <w:t>keh Allah rab ul alameen itna bara hai, itni azmat hai is ki keh sari zameen, zameen ke mani yahan hain, mere khayal se poora suraj system, poora suraj system is ke control mein hai aur poora universe is ke control mein hai. mukammal control mein, mukammal control mein. aap dekhiye, zameen rotate kar rahi hai. dekhiye, itni aik</w:t>
      </w:r>
    </w:p>
    <w:p>
      <w:pPr>
        <w:jc w:val="right"/>
      </w:pPr>
      <w:r>
        <w:t>کہ اللہ رب العالمین اتنا بڑا ہے، اتنی عظمت ہے اس کی کہ ساری زمین، زمین کے معنی یہاں ہیں، میرے خیال سے پورا سورج سسٹم، پورا سورج سسٹم اس کے کنٹرول میں ہے اور پورا یونیورس اس کے کنٹرول میں ہے۔ مکمل کنٹرول میں، مکمل کنٹرول میں۔ آپ دیکھئے، زمین روٹیٹ کر رہی ہے۔ دیکھئے، اتنی ایک</w:t>
      </w:r>
    </w:p>
    <w:p>
      <w:r>
        <w:rPr>
          <w:b/>
        </w:rPr>
        <w:t xml:space="preserve">[23:06] </w:t>
      </w:r>
      <w:r>
        <w:t>virasi hai iski speed mein ke million million saal mein bhi farq nahin aata.</w:t>
      </w:r>
    </w:p>
    <w:p>
      <w:pPr>
        <w:jc w:val="right"/>
      </w:pPr>
      <w:r>
        <w:t>وریسی ہے اس کی سپیڈ میں کہ ملین ملین سال میں بھی فرق نہیں آتا۔</w:t>
      </w:r>
    </w:p>
    <w:p>
      <w:r>
        <w:rPr>
          <w:b/>
        </w:rPr>
        <w:t xml:space="preserve">[23:12] </w:t>
      </w:r>
      <w:r>
        <w:t>to kitna bada is ka, kitna zyada power full hai khuda.</w:t>
      </w:r>
    </w:p>
    <w:p>
      <w:pPr>
        <w:jc w:val="right"/>
      </w:pPr>
      <w:r>
        <w:t>تو کتنا بڑا اس کا، کتنا زیادہ پاور فل ہے خدا۔</w:t>
      </w:r>
    </w:p>
    <w:p>
      <w:r>
        <w:rPr>
          <w:b/>
        </w:rPr>
        <w:t xml:space="preserve">[23:18] </w:t>
      </w:r>
      <w:r>
        <w:t>to jab aap discover karenge allah ki azmat ko to aap ke liye namumkin ho jayega</w:t>
      </w:r>
    </w:p>
    <w:p>
      <w:pPr>
        <w:jc w:val="right"/>
      </w:pPr>
      <w:r>
        <w:t>تو جب آپ ڈسکور کریں گے اللہ کی عظمت کو تو آپ کے لئے ناممکن ہو جائے گا</w:t>
      </w:r>
    </w:p>
    <w:p>
      <w:r>
        <w:rPr>
          <w:b/>
        </w:rPr>
        <w:t xml:space="preserve">[23:24] </w:t>
      </w:r>
      <w:r>
        <w:t>ke aap yeh aap ki dictionary mein alfaz maujood rahen.</w:t>
      </w:r>
    </w:p>
    <w:p>
      <w:pPr>
        <w:jc w:val="right"/>
      </w:pPr>
      <w:r>
        <w:t>کہ آپ یہ آپ کی ڈکشنری میں الفاظ موجود رہیں۔</w:t>
      </w:r>
    </w:p>
    <w:p>
      <w:r>
        <w:rPr>
          <w:b/>
        </w:rPr>
        <w:t xml:space="preserve">[23:30] </w:t>
      </w:r>
      <w:r>
        <w:t>aap ki dictionary se dushman ke alfaz khatm,</w:t>
      </w:r>
    </w:p>
    <w:p>
      <w:pPr>
        <w:jc w:val="right"/>
      </w:pPr>
      <w:r>
        <w:t>آپ کی ڈکشنری سے دشمن کے الفاظ ختم،</w:t>
      </w:r>
    </w:p>
    <w:p>
      <w:r>
        <w:rPr>
          <w:b/>
        </w:rPr>
        <w:t xml:space="preserve">[23:36] </w:t>
      </w:r>
      <w:r>
        <w:t>sazish ke alfaz khatm, yeh sab lafz bilkul khatm hi ho jayenge ke allah rabbul alameen ke</w:t>
      </w:r>
    </w:p>
    <w:p>
      <w:pPr>
        <w:jc w:val="right"/>
      </w:pPr>
      <w:r>
        <w:t>سازش کے الفاظ ختم، یہ سب لفظ بالکل ختم ہی ہو جائیں گے کہ اللہ رب العالمین کے</w:t>
      </w:r>
    </w:p>
    <w:p>
      <w:r>
        <w:rPr>
          <w:b/>
        </w:rPr>
        <w:t xml:space="preserve">[23:46] </w:t>
      </w:r>
      <w:r>
        <w:t>deen ko kaun dushmani kar ke afford kar sakta hai? kaun is ko under stage le sakta hai?</w:t>
      </w:r>
    </w:p>
    <w:p>
      <w:pPr>
        <w:jc w:val="right"/>
      </w:pPr>
      <w:r>
        <w:t>دین کو کون دشمنی کر کے افورڈ کر سکتا ہے؟ کون اس کو انڈر اسٹیج لے سکتا ہے؟</w:t>
      </w:r>
    </w:p>
    <w:p>
      <w:r>
        <w:rPr>
          <w:b/>
        </w:rPr>
        <w:t xml:space="preserve">[23:56] </w:t>
      </w:r>
      <w:r>
        <w:t>to ek atha yaqeen aayega aap ke andar, ek atha, ek bahut badi soch aap ke andar</w:t>
      </w:r>
    </w:p>
    <w:p>
      <w:pPr>
        <w:jc w:val="right"/>
      </w:pPr>
      <w:r>
        <w:t>تو ایک اتھا یقین آئے گا آپ کے اندر، ایک اتھا، ایک بہت بڑی سوچ آپ کے اندر</w:t>
      </w:r>
    </w:p>
    <w:p>
      <w:r>
        <w:rPr>
          <w:b/>
        </w:rPr>
        <w:t xml:space="preserve">[24:06] </w:t>
      </w:r>
      <w:r>
        <w:t>aayegi.</w:t>
      </w:r>
    </w:p>
    <w:p>
      <w:pPr>
        <w:jc w:val="right"/>
      </w:pPr>
      <w:r>
        <w:t>آئے گی۔</w:t>
      </w:r>
    </w:p>
    <w:p>
      <w:r>
        <w:rPr>
          <w:b/>
        </w:rPr>
        <w:t xml:space="preserve">[24:12] </w:t>
      </w:r>
      <w:r>
        <w:t>aur phir kya hoga? aap ke culture mein nafrat khatm, hate khatm, waris khatm, marna khatm.</w:t>
      </w:r>
    </w:p>
    <w:p>
      <w:pPr>
        <w:jc w:val="right"/>
      </w:pPr>
      <w:r>
        <w:t>اور پھر کیا ہوگا؟ آپ کے کلچر میں نفرت ختم، ہیٹ ختم، وارث ختم، مارنا ختم۔</w:t>
      </w:r>
    </w:p>
    <w:p>
      <w:r>
        <w:rPr>
          <w:b/>
        </w:rPr>
        <w:t xml:space="preserve">[24:18] </w:t>
      </w:r>
      <w:r>
        <w:t>kal mein ek ek khabar padh raha tha, kuch musalmanon ne bomb mara ek maqam par aur bahut</w:t>
      </w:r>
    </w:p>
    <w:p>
      <w:pPr>
        <w:jc w:val="right"/>
      </w:pPr>
      <w:r>
        <w:t>کل میں ایک ایک خبر پڑھ رہا تھا، کچھ مسلمانوں نے بم مارا ایک مقام پر اور بہت</w:t>
      </w:r>
    </w:p>
    <w:p>
      <w:r>
        <w:rPr>
          <w:b/>
        </w:rPr>
        <w:t xml:space="preserve">[24:24] </w:t>
      </w:r>
      <w:r>
        <w:t>se log mar gaye is mein.</w:t>
      </w:r>
    </w:p>
    <w:p>
      <w:pPr>
        <w:jc w:val="right"/>
      </w:pPr>
      <w:r>
        <w:t>سے لوگ مر گئے اس میں۔</w:t>
      </w:r>
    </w:p>
    <w:p>
      <w:r>
        <w:rPr>
          <w:b/>
        </w:rPr>
        <w:t xml:space="preserve">[24:30] </w:t>
      </w:r>
      <w:r>
        <w:t>yeh kal ki khabar hai.</w:t>
      </w:r>
    </w:p>
    <w:p>
      <w:pPr>
        <w:jc w:val="right"/>
      </w:pPr>
      <w:r>
        <w:t>یہ کل کی خبر ہے۔</w:t>
      </w:r>
    </w:p>
    <w:p>
      <w:r>
        <w:rPr>
          <w:b/>
        </w:rPr>
        <w:t xml:space="preserve">[24:36] </w:t>
      </w:r>
      <w:r>
        <w:t>aur is ke baad sardar ne yeh kaha ke hum bomb marte rahenge jab tak ke yeh</w:t>
      </w:r>
    </w:p>
    <w:p>
      <w:pPr>
        <w:jc w:val="right"/>
      </w:pPr>
      <w:r>
        <w:t>اور اس کے بعد سردار نے یہ کہا کہ ہم بم مارتے رہیں گے جب تک کہ یہ</w:t>
      </w:r>
    </w:p>
    <w:p>
      <w:r>
        <w:rPr>
          <w:b/>
        </w:rPr>
        <w:t xml:space="preserve">[24:42] </w:t>
      </w:r>
      <w:r>
        <w:t>rural islam ki shariyat ko enforce na karen.</w:t>
      </w:r>
    </w:p>
    <w:p>
      <w:pPr>
        <w:jc w:val="right"/>
      </w:pPr>
      <w:r>
        <w:t>رورل اسلام کی شریعت کو انفورس نہ کریں۔</w:t>
      </w:r>
    </w:p>
    <w:p>
      <w:r>
        <w:rPr>
          <w:b/>
        </w:rPr>
        <w:t xml:space="preserve">[24:49] </w:t>
      </w:r>
      <w:r>
        <w:t>is ko padh kar maine socha ke yeh yeh yeh allah.</w:t>
      </w:r>
    </w:p>
    <w:p>
      <w:pPr>
        <w:jc w:val="right"/>
      </w:pPr>
      <w:r>
        <w:t>اس کو پڑھ کر میں نے سوچا کہ یہ یہ یہ اللہ۔</w:t>
      </w:r>
    </w:p>
    <w:p>
      <w:r>
        <w:rPr>
          <w:b/>
        </w:rPr>
        <w:t xml:space="preserve">[24:55] </w:t>
      </w:r>
      <w:r>
        <w:t>ramzan ka mahina hai aur yeh allah ki azmat se be khabar hain.</w:t>
      </w:r>
    </w:p>
    <w:p>
      <w:pPr>
        <w:jc w:val="right"/>
      </w:pPr>
      <w:r>
        <w:t>رمضان کا مہینہ ہے اور یہ اللہ کی عظمت سے بے خبر ہیں۔</w:t>
      </w:r>
    </w:p>
    <w:p>
      <w:r>
        <w:rPr>
          <w:b/>
        </w:rPr>
        <w:t xml:space="preserve">[25:01] </w:t>
      </w:r>
      <w:r>
        <w:t>kaun hai jo allah ki shariyat ko rok sake?</w:t>
      </w:r>
    </w:p>
    <w:p>
      <w:pPr>
        <w:jc w:val="right"/>
      </w:pPr>
      <w:r>
        <w:t>کون ہے جو اللہ کی شریعت کو روک سکے؟</w:t>
      </w:r>
    </w:p>
    <w:p>
      <w:r>
        <w:rPr>
          <w:b/>
        </w:rPr>
        <w:t xml:space="preserve">[25:07] </w:t>
      </w:r>
      <w:r>
        <w:t>kaun hai jo allah ke deen ko rok sake? kaun hai jo allah ke chahne ko rok sake?</w:t>
      </w:r>
    </w:p>
    <w:p>
      <w:pPr>
        <w:jc w:val="right"/>
      </w:pPr>
      <w:r>
        <w:t>کون ہے جو اللہ کے دین کو روک سکے؟ کون ہے جو اللہ کے چاہنے کو روک سکے؟</w:t>
      </w:r>
    </w:p>
    <w:p>
      <w:r>
        <w:rPr>
          <w:b/>
        </w:rPr>
        <w:t xml:space="preserve">[25:15] </w:t>
      </w:r>
      <w:r>
        <w:t>agar allah yeh chahta hai ke shariyat shayad duniya mein enforce ki jaye to koi rok sakta tha</w:t>
      </w:r>
    </w:p>
    <w:p>
      <w:pPr>
        <w:jc w:val="right"/>
      </w:pPr>
      <w:r>
        <w:t>اگر اللہ یہ چاہتا ہے کہ شریعت شاید دنیا میں انفورس کی جائے تو کوئی روک سکتا تھا</w:t>
      </w:r>
    </w:p>
    <w:p>
      <w:r>
        <w:rPr>
          <w:b/>
        </w:rPr>
        <w:t xml:space="preserve">[25:22] </w:t>
      </w:r>
      <w:r>
        <w:t>is ko? to enforcement ka lafz yahan apni qabool nahi hai.</w:t>
      </w:r>
    </w:p>
    <w:p>
      <w:pPr>
        <w:jc w:val="right"/>
      </w:pPr>
      <w:r>
        <w:t>اس کو؟ تو انفورسمنٹ کا لفظ یہاں اپنی قبول نہیں ہے۔</w:t>
      </w:r>
    </w:p>
    <w:p>
      <w:r>
        <w:rPr>
          <w:b/>
        </w:rPr>
        <w:t xml:space="preserve">[25:30] </w:t>
      </w:r>
      <w:r>
        <w:t>shariat ko enforce karna yeh yeh lafz hi yahan apni qabool nahi hai. shariat</w:t>
      </w:r>
    </w:p>
    <w:p>
      <w:pPr>
        <w:jc w:val="right"/>
      </w:pPr>
      <w:r>
        <w:t>شریعت کو انفورس کرنا یہ یہ لفظ ہی یہاں اپنی قبول نہیں ہے۔ شریعت</w:t>
      </w:r>
    </w:p>
    <w:p>
      <w:r>
        <w:rPr>
          <w:b/>
        </w:rPr>
        <w:t xml:space="preserve">[25:37] </w:t>
      </w:r>
      <w:r>
        <w:t>pairvi ke liye hai, enforcement ke liye nahi hai.</w:t>
      </w:r>
    </w:p>
    <w:p>
      <w:pPr>
        <w:jc w:val="right"/>
      </w:pPr>
      <w:r>
        <w:t>پیروی کے لئے ہے، انفورسمنٹ کے لئے نہیں ہے۔</w:t>
      </w:r>
    </w:p>
    <w:p>
      <w:r>
        <w:rPr>
          <w:b/>
        </w:rPr>
        <w:t xml:space="preserve">[25:42] </w:t>
      </w:r>
      <w:r>
        <w:t>shariat jo hai is liye hai ke har musalman is ki pairvi kare, is ki pairvi kare.</w:t>
      </w:r>
    </w:p>
    <w:p>
      <w:pPr>
        <w:jc w:val="right"/>
      </w:pPr>
      <w:r>
        <w:t>شریعت جو ہے اس لئے ہے کہ ہر مسلمان اس کی پیروی کرے، اس کی پیروی کرے۔</w:t>
      </w:r>
    </w:p>
    <w:p>
      <w:r>
        <w:rPr>
          <w:b/>
        </w:rPr>
        <w:t xml:space="preserve">[25:46] </w:t>
      </w:r>
      <w:r>
        <w:t>yeh nahi ke koi enforce kare police aur fauj ke dande se.</w:t>
      </w:r>
    </w:p>
    <w:p>
      <w:pPr>
        <w:jc w:val="right"/>
      </w:pPr>
      <w:r>
        <w:t>یہ نہیں کہ کوئی انفورس کرے پولیس اور فوج کے ڈنڈے سے۔</w:t>
      </w:r>
    </w:p>
    <w:p>
      <w:r>
        <w:rPr>
          <w:b/>
        </w:rPr>
        <w:t xml:space="preserve">[25:50] </w:t>
      </w:r>
      <w:r>
        <w:t>yeh is liye hai hi nahi woh.</w:t>
      </w:r>
    </w:p>
    <w:p>
      <w:pPr>
        <w:jc w:val="right"/>
      </w:pPr>
      <w:r>
        <w:t>یہ اس لئے ہے ہی نہیں وہ۔</w:t>
      </w:r>
    </w:p>
    <w:p>
      <w:r>
        <w:rPr>
          <w:b/>
        </w:rPr>
        <w:t xml:space="preserve">[25:55] </w:t>
      </w:r>
      <w:r>
        <w:t>agar hoti to har jagah farishtay khare rehtay is ko enforce karne ke liye.</w:t>
      </w:r>
    </w:p>
    <w:p>
      <w:pPr>
        <w:jc w:val="right"/>
      </w:pPr>
      <w:r>
        <w:t>اگر ہوتی تو ہر جگہ فرشتے کھڑے رہتے اس کو انفورس کرنے کے لئے۔</w:t>
      </w:r>
    </w:p>
    <w:p>
      <w:r>
        <w:rPr>
          <w:b/>
        </w:rPr>
        <w:t xml:space="preserve">[25:59] </w:t>
      </w:r>
      <w:r>
        <w:t>to yahi hai wa ma qadar allaha haqq qadrehi.</w:t>
      </w:r>
    </w:p>
    <w:p>
      <w:pPr>
        <w:jc w:val="right"/>
      </w:pPr>
      <w:r>
        <w:t>تو یہی ہے وَمَا قَدَرُ اللَّهَ حَقَّ قَدْرِهِ۔</w:t>
      </w:r>
    </w:p>
    <w:p>
      <w:r>
        <w:rPr>
          <w:b/>
        </w:rPr>
        <w:t xml:space="preserve">[26:03] </w:t>
      </w:r>
      <w:r>
        <w:t>logon ne allah ka kam</w:t>
      </w:r>
    </w:p>
    <w:p>
      <w:pPr>
        <w:jc w:val="right"/>
      </w:pPr>
      <w:r>
        <w:t>لوگوں نے اللہ کا کم</w:t>
      </w:r>
    </w:p>
    <w:p>
      <w:r>
        <w:rPr>
          <w:b/>
        </w:rPr>
        <w:t xml:space="preserve">[26:07] </w:t>
      </w:r>
      <w:r>
        <w:t>تر اندازہ کیا، لوگوں نے اللہ کو underestimate کیا۔</w:t>
      </w:r>
    </w:p>
    <w:p>
      <w:pPr>
        <w:jc w:val="right"/>
      </w:pPr>
      <w:r>
        <w:t>تر اندازہ کیا، لوگوں نے اللہ کو انڈر ایسٹیمیٹ کیا۔</w:t>
      </w:r>
    </w:p>
    <w:p>
      <w:r>
        <w:rPr>
          <w:b/>
        </w:rPr>
        <w:t xml:space="preserve">[26:13] </w:t>
      </w:r>
      <w:r>
        <w:t>halankay allah ki azmat to yeh hai ke sara suraj system is ki muthi mein hai aur sara</w:t>
      </w:r>
    </w:p>
    <w:p>
      <w:pPr>
        <w:jc w:val="right"/>
      </w:pPr>
      <w:r>
        <w:t>حالانکہ اللہ کی عظمت تو یہ ہے کہ سارا سورج سسٹم اس کی مٹھی میں ہے اور سارا</w:t>
      </w:r>
    </w:p>
    <w:p>
      <w:r>
        <w:rPr>
          <w:b/>
        </w:rPr>
        <w:t xml:space="preserve">[26:18] </w:t>
      </w:r>
      <w:r>
        <w:t>universe is ki muthi mein hai.</w:t>
      </w:r>
    </w:p>
    <w:p>
      <w:pPr>
        <w:jc w:val="right"/>
      </w:pPr>
      <w:r>
        <w:t>یونیورس اس کی مٹھی میں ہے۔</w:t>
      </w:r>
    </w:p>
    <w:p>
      <w:r>
        <w:rPr>
          <w:b/>
        </w:rPr>
        <w:t xml:space="preserve">[26:23] </w:t>
      </w:r>
      <w:r>
        <w:t>to yeh log jo hain allah ki ghalat gawahi de rahe hain.</w:t>
      </w:r>
    </w:p>
    <w:p>
      <w:pPr>
        <w:jc w:val="right"/>
      </w:pPr>
      <w:r>
        <w:t>تو یہ لوگ جو ہیں اللہ کی غلط گواہی دے رہے ہیں۔</w:t>
      </w:r>
    </w:p>
    <w:p>
      <w:r>
        <w:rPr>
          <w:b/>
        </w:rPr>
        <w:t xml:space="preserve">[26:28] </w:t>
      </w:r>
      <w:r>
        <w:t>musalman ka kaam hai ke allah ka gawah banaye.</w:t>
      </w:r>
    </w:p>
    <w:p>
      <w:pPr>
        <w:jc w:val="right"/>
      </w:pPr>
      <w:r>
        <w:t>مسلمان کا کام ہے کہ اللہ کا گواہ بنائے۔</w:t>
      </w:r>
    </w:p>
    <w:p>
      <w:r>
        <w:rPr>
          <w:b/>
        </w:rPr>
        <w:t xml:space="preserve">[26:33] </w:t>
      </w:r>
      <w:r>
        <w:t>musalman ka kaam hai ke woh is dunya mein allah ka gawah banaye, gawah, witness bane.</w:t>
      </w:r>
    </w:p>
    <w:p>
      <w:pPr>
        <w:jc w:val="right"/>
      </w:pPr>
      <w:r>
        <w:t>مسلمان کا کام ہے کہ وہ اس دنیا میں اللہ کا گواہ بنائے، گواہ، وٹنس بنے۔</w:t>
      </w:r>
    </w:p>
    <w:p>
      <w:r>
        <w:rPr>
          <w:b/>
        </w:rPr>
        <w:t xml:space="preserve">[26:38] </w:t>
      </w:r>
      <w:r>
        <w:t>dekhiye, witness kis baat ka gawahi de rahe hain? ke allah naoozubillah, naoozubillah, naoozubillah itna</w:t>
      </w:r>
    </w:p>
    <w:p>
      <w:pPr>
        <w:jc w:val="right"/>
      </w:pPr>
      <w:r>
        <w:t>دیکھئے، وٹنس کس بات کا گواہی دے رہے ہیں؟ کہ اللہ نعوذ باللہ، نعوذ باللہ، نعوذ باللہ اتنا</w:t>
      </w:r>
    </w:p>
    <w:p>
      <w:r>
        <w:rPr>
          <w:b/>
        </w:rPr>
        <w:t xml:space="preserve">[26:43] </w:t>
      </w:r>
      <w:r>
        <w:t>kamzor hai ke is ki shariat hi koi naafiz nahi kar raha hai.</w:t>
      </w:r>
    </w:p>
    <w:p>
      <w:pPr>
        <w:jc w:val="right"/>
      </w:pPr>
      <w:r>
        <w:t>کمزور ہے کہ اس کی شریعت ہی کوئی نافذ نہیں کر رہا ہے۔</w:t>
      </w:r>
    </w:p>
    <w:p>
      <w:r>
        <w:rPr>
          <w:b/>
        </w:rPr>
        <w:t xml:space="preserve">[26:48] </w:t>
      </w:r>
      <w:r>
        <w:t>log apna maal bana rahe hain aur shariat ka maal nahi bana rahe.</w:t>
      </w:r>
    </w:p>
    <w:p>
      <w:pPr>
        <w:jc w:val="right"/>
      </w:pPr>
      <w:r>
        <w:t>لوگ اپنا مال بنا رہے ہیں اور شریعت کا مال نہیں بنا رہے۔</w:t>
      </w:r>
    </w:p>
    <w:p>
      <w:r>
        <w:rPr>
          <w:b/>
        </w:rPr>
        <w:t xml:space="preserve">[26:52] </w:t>
      </w:r>
      <w:r>
        <w:t>yeh matlab hi nahi hai.</w:t>
      </w:r>
    </w:p>
    <w:p>
      <w:pPr>
        <w:jc w:val="right"/>
      </w:pPr>
      <w:r>
        <w:t>یہ مطلوب ہی نہیں ہے۔</w:t>
      </w:r>
    </w:p>
    <w:p>
      <w:r>
        <w:rPr>
          <w:b/>
        </w:rPr>
        <w:t xml:space="preserve">[26:57] </w:t>
      </w:r>
      <w:r>
        <w:t>yeh kehna ke do log apna maal bana rahe hain aur shariat ka maal nahi bana rahe, yeh</w:t>
      </w:r>
    </w:p>
    <w:p>
      <w:pPr>
        <w:jc w:val="right"/>
      </w:pPr>
      <w:r>
        <w:t>یہ کہنا کہ دو لوگ اپنا مال بنا رہے ہیں اور شریعت کا مال نہیں بنا رہے، یہ</w:t>
      </w:r>
    </w:p>
    <w:p>
      <w:r>
        <w:rPr>
          <w:b/>
        </w:rPr>
        <w:t xml:space="preserve">[27:01] </w:t>
      </w:r>
      <w:r>
        <w:t>allah ko matlab hota to woh ban jata.</w:t>
      </w:r>
    </w:p>
    <w:p>
      <w:pPr>
        <w:jc w:val="right"/>
      </w:pPr>
      <w:r>
        <w:t>اللہ کو مطلوب ہوتا تو وہ بن جاتا۔</w:t>
      </w:r>
    </w:p>
    <w:p>
      <w:r>
        <w:rPr>
          <w:b/>
        </w:rPr>
        <w:t xml:space="preserve">[27:06] </w:t>
      </w:r>
      <w:r>
        <w:t>allah ko matlab hi nahi ke shariat ka maal bane.</w:t>
      </w:r>
    </w:p>
    <w:p>
      <w:pPr>
        <w:jc w:val="right"/>
      </w:pPr>
      <w:r>
        <w:t>اللہ کو مطلوب ہی نہیں کہ شریعت کا مال بنے۔</w:t>
      </w:r>
    </w:p>
    <w:p>
      <w:r>
        <w:rPr>
          <w:b/>
        </w:rPr>
        <w:t xml:space="preserve">[27:10] </w:t>
      </w:r>
      <w:r>
        <w:t>allah ko to woh insan chahiye jo allah se mohabbat karne walay hon, allah se darne walay hon,</w:t>
      </w:r>
    </w:p>
    <w:p>
      <w:pPr>
        <w:jc w:val="right"/>
      </w:pPr>
      <w:r>
        <w:t>اللہ کو تو وہ انسان چاہیے جو اللہ سے محبت کرنے والے ہوں، اللہ سے ڈرنے والے ہوں،</w:t>
      </w:r>
    </w:p>
    <w:p>
      <w:r>
        <w:rPr>
          <w:b/>
        </w:rPr>
        <w:t xml:space="preserve">[27:21] </w:t>
      </w:r>
      <w:r>
        <w:t>jo allah mein jeene walay hon, jin ke subah shaam allah ki yaad mein guzrein.</w:t>
      </w:r>
    </w:p>
    <w:p>
      <w:pPr>
        <w:jc w:val="right"/>
      </w:pPr>
      <w:r>
        <w:t>جو اللہ میں جینے والے ہوں، جن کے صبح شام اللہ کی یاد میں گزریں۔</w:t>
      </w:r>
    </w:p>
    <w:p>
      <w:r>
        <w:rPr>
          <w:b/>
        </w:rPr>
        <w:t xml:space="preserve">[27:32] </w:t>
      </w:r>
      <w:r>
        <w:t>jin ka dil allah ke khauf se dharakta ho.</w:t>
      </w:r>
    </w:p>
    <w:p>
      <w:pPr>
        <w:jc w:val="right"/>
      </w:pPr>
      <w:r>
        <w:t>جن کا دل اللہ کے خوف سے دھڑکتا ہو۔</w:t>
      </w:r>
    </w:p>
    <w:p>
      <w:r>
        <w:rPr>
          <w:b/>
        </w:rPr>
        <w:t xml:space="preserve">[27:42] </w:t>
      </w:r>
      <w:r>
        <w:t>jo Allah ki kitab mein maarfat ka khazana payen, wisdom ka khazana payen. yeh sab chahiye Allah taala ko. yeh Allah ko under estimate karna hai. warna Allah agar yahi marzi yahi hoti to sari tareekh khali hai is se. tareekh mein kabhi aisa nahi hua keh hukoomat elahiya sari duniya mein qaim ho jaye. sari duniya mein hukoomat elahi</w:t>
      </w:r>
    </w:p>
    <w:p>
      <w:pPr>
        <w:jc w:val="right"/>
      </w:pPr>
      <w:r>
        <w:t>جو اللہ کی کتاب میں معرفت کا خزانہ پائیں، وزڈم کا خزانہ پائیں۔ یہ سب چاہیے اللہ تعالیٰ کو۔ یہ اللہ کو انڈر ایسٹیمیٹ کرنا ہے۔ ورنہ اللہ اگر یہی مرضی یہی ہوتی تو ساری تاریخ خالی ہے اس سے۔ تاریخ میں کبھی ایسا نہیں ہوا کہ حکومت الہیہ ساری دنیا میں قائم ہو جائے۔ ساری دنیا میں حکومت الہی</w:t>
      </w:r>
    </w:p>
    <w:p>
      <w:r>
        <w:rPr>
          <w:b/>
        </w:rPr>
        <w:t xml:space="preserve">[28:12] </w:t>
      </w:r>
      <w:r>
        <w:t>ha qaim ho jaye, aisa to kabhi hua nahi.</w:t>
      </w:r>
    </w:p>
    <w:p>
      <w:pPr>
        <w:jc w:val="right"/>
      </w:pPr>
      <w:r>
        <w:t>ہ قائم ہو جائے، ایسا تو کبھی ہوا نہیں۔</w:t>
      </w:r>
    </w:p>
    <w:p>
      <w:r>
        <w:rPr>
          <w:b/>
        </w:rPr>
        <w:t xml:space="preserve">[28:17] </w:t>
      </w:r>
      <w:r>
        <w:t>kabhi bhi nahi hua.</w:t>
      </w:r>
    </w:p>
    <w:p>
      <w:pPr>
        <w:jc w:val="right"/>
      </w:pPr>
      <w:r>
        <w:t>کبھی بھی نہیں ہوا۔</w:t>
      </w:r>
    </w:p>
    <w:p>
      <w:r>
        <w:rPr>
          <w:b/>
        </w:rPr>
        <w:t xml:space="preserve">[28:22] </w:t>
      </w:r>
      <w:r>
        <w:t>yeh kyunke yeh Allah ko matloob hi nahi hai, yeh Allah ka naqsha hi nahi hai, yeh Allah</w:t>
      </w:r>
    </w:p>
    <w:p>
      <w:pPr>
        <w:jc w:val="right"/>
      </w:pPr>
      <w:r>
        <w:t>یہ کیونکہ یہ اللہ کو مطلوب ہی نہیں ہے، یہ اللہ کا نقشہ ہی نہیں ہے، یہ اللہ</w:t>
      </w:r>
    </w:p>
    <w:p>
      <w:r>
        <w:rPr>
          <w:b/>
        </w:rPr>
        <w:t xml:space="preserve">[28:28] </w:t>
      </w:r>
      <w:r>
        <w:t>ka target hi nahi hai.</w:t>
      </w:r>
    </w:p>
    <w:p>
      <w:pPr>
        <w:jc w:val="right"/>
      </w:pPr>
      <w:r>
        <w:t>کا ٹارگٹ ہی نہیں ہے۔</w:t>
      </w:r>
    </w:p>
    <w:p>
      <w:r>
        <w:rPr>
          <w:b/>
        </w:rPr>
        <w:t xml:space="preserve">[28:33] </w:t>
      </w:r>
      <w:r>
        <w:t>اللہ کو وہ انسان چاہیے جو انسان اللہ کی greatness کو discover کریں۔</w:t>
      </w:r>
    </w:p>
    <w:p>
      <w:pPr>
        <w:jc w:val="right"/>
      </w:pPr>
      <w:r>
        <w:t>اللہ کو وہ انسان چاہیے جو انسان اللہ کی گریٹنس کو ڈسکور کریں۔</w:t>
      </w:r>
    </w:p>
    <w:p>
      <w:r>
        <w:rPr>
          <w:b/>
        </w:rPr>
        <w:t xml:space="preserve">[28:38] </w:t>
      </w:r>
      <w:r>
        <w:t>aur discovery itne barhe darje ki ho</w:t>
      </w:r>
    </w:p>
    <w:p>
      <w:pPr>
        <w:jc w:val="right"/>
      </w:pPr>
      <w:r>
        <w:t>اور ڈسکوری اتنے بڑے درجے کی ہو</w:t>
      </w:r>
    </w:p>
    <w:p>
      <w:r>
        <w:rPr>
          <w:b/>
        </w:rPr>
        <w:t xml:space="preserve">[28:43] </w:t>
      </w:r>
      <w:r>
        <w:t>keh Allah se ek un ko thrill aaye, thrill, thrilling maarfat, thrilling mohabbat. Allah se darne wale dil un ke andar paida hon. aap ghor kijiye, kyun nahi sochte yeh log keh agar Allah ka marza yeh tha keh sari duniya mein hukoomat elahiya qaim ho to poori tareekh mein qaim</w:t>
      </w:r>
    </w:p>
    <w:p>
      <w:pPr>
        <w:jc w:val="right"/>
      </w:pPr>
      <w:r>
        <w:t>کہ اللہ سے ایک ان کو تھرل آئے، تھرل، تھرلنگ معرفت، تھرلنگ محبت۔ اللہ سے ڈرنے والے دل ان کے اندر پیدا ہو۔ آپ غور کیجئے، کیوں نہیں سوچتے یہ لوگ کہ اگر اللہ کا مرضا یہ تھا کہ ساری دنیا میں حکومت الہیہ قائم ہو تو پوری تاریخ میں قائم</w:t>
      </w:r>
    </w:p>
    <w:p>
      <w:r>
        <w:rPr>
          <w:b/>
        </w:rPr>
        <w:t xml:space="preserve">[29:13] </w:t>
      </w:r>
      <w:r>
        <w:t>hi nahi hui? poori tareekh mein kabhi aisa nahi hua keh planet earth par hukoomat elahiya qaim ho, kabhi hua hi nahi. to naoozubillah, kya Allah itna kamzor hai keh ek cheez ko apna target banaye aur poora na kar sake woh? yaani Allah naoozubillah itna kamzor hai keh woh ek cheez ko apna target banaye, target, aur kabhi us ko poora na kar sake woh? yahan tak qayamat aa</w:t>
      </w:r>
    </w:p>
    <w:p>
      <w:pPr>
        <w:jc w:val="right"/>
      </w:pPr>
      <w:r>
        <w:t>ہی نہیں ہوئی؟ پوری تاریخ میں کبھی ایسا نہیں ہوا کہ پلینٹ ارتھ پر حکومت الہیہ قائم ہو، کبھی ہوا ہی نہیں۔ تو نعوذ باللہ، کیا اللہ اتنا کمزور ہے کہ ایک چیز کو اپنا ٹارگٹ بنائے اور پورا نہ کر سکے وہ؟ یعنی اللہ نعوذ باللہ اتنا کمزور ہے کہ وہ ایک چیز کو اپنا ٹارگٹ بنائے، ٹارگٹ، اور کبھی اس کو پورا نہ کر سکے وہ؟ یہاں تک قیامت آ</w:t>
      </w:r>
    </w:p>
    <w:p>
      <w:r>
        <w:rPr>
          <w:b/>
        </w:rPr>
        <w:t xml:space="preserve">[29:43] </w:t>
      </w:r>
      <w:r>
        <w:t>jaye.</w:t>
      </w:r>
    </w:p>
    <w:p>
      <w:pPr>
        <w:jc w:val="right"/>
      </w:pPr>
      <w:r>
        <w:t>جائے۔</w:t>
      </w:r>
    </w:p>
    <w:p>
      <w:r>
        <w:rPr>
          <w:b/>
        </w:rPr>
        <w:t xml:space="preserve">[29:47] </w:t>
      </w:r>
      <w:r>
        <w:t>aap jante hain, ab to qayamat ka countdown shuru ho gaya hai.</w:t>
      </w:r>
    </w:p>
    <w:p>
      <w:pPr>
        <w:jc w:val="right"/>
      </w:pPr>
      <w:r>
        <w:t>آپ جانتے ہیں، اب تو قیامت کا کاؤنٹ ڈاؤن شروع ہو گیا ہے۔</w:t>
      </w:r>
    </w:p>
    <w:p>
      <w:r>
        <w:rPr>
          <w:b/>
        </w:rPr>
        <w:t xml:space="preserve">[29:52] </w:t>
      </w:r>
      <w:r>
        <w:t>science daan bar bar keh rahe hain ke ab zameen ka countdown ho raha hai.</w:t>
      </w:r>
    </w:p>
    <w:p>
      <w:pPr>
        <w:jc w:val="right"/>
      </w:pPr>
      <w:r>
        <w:t>سائنسدان بار بار کہہ رہے ہیں کہ اب زمین کا کاؤنٹ ڈاؤن ہو رہا ہے۔</w:t>
      </w:r>
    </w:p>
    <w:p>
      <w:r>
        <w:rPr>
          <w:b/>
        </w:rPr>
        <w:t xml:space="preserve">[29:56] </w:t>
      </w:r>
      <w:r>
        <w:t>to poori tareekh guzar gayi aur hukoomat elahiya kabhi qaim hi nahi hui.</w:t>
      </w:r>
    </w:p>
    <w:p>
      <w:pPr>
        <w:jc w:val="right"/>
      </w:pPr>
      <w:r>
        <w:t>تو پوری تاریخ گزر گئی اور حکومت الہیہ کبھی قائم ہی نہیں ہوئی۔</w:t>
      </w:r>
    </w:p>
    <w:p>
      <w:r>
        <w:rPr>
          <w:b/>
        </w:rPr>
        <w:t xml:space="preserve">[30:00] </w:t>
      </w:r>
      <w:r>
        <w:t>yeh bilkul ridiculous hai, ridiculous.</w:t>
      </w:r>
    </w:p>
    <w:p>
      <w:pPr>
        <w:jc w:val="right"/>
      </w:pPr>
      <w:r>
        <w:t>یہ بالکل ریڈیکلس ہے، ریڈیکلس۔</w:t>
      </w:r>
    </w:p>
    <w:p>
      <w:r>
        <w:rPr>
          <w:b/>
        </w:rPr>
        <w:t xml:space="preserve">[30:05] </w:t>
      </w:r>
      <w:r>
        <w:t>yeh sab baatein ridiculous hain.</w:t>
      </w:r>
    </w:p>
    <w:p>
      <w:pPr>
        <w:jc w:val="right"/>
      </w:pPr>
      <w:r>
        <w:t>یہ سب باتیں ریڈیکلس ہیں۔</w:t>
      </w:r>
    </w:p>
    <w:p>
      <w:r>
        <w:rPr>
          <w:b/>
        </w:rPr>
        <w:t xml:space="preserve">[30:09] </w:t>
      </w:r>
      <w:r>
        <w:t>aap yeh kijiye, karne ka kaam</w:t>
      </w:r>
    </w:p>
    <w:p>
      <w:pPr>
        <w:jc w:val="right"/>
      </w:pPr>
      <w:r>
        <w:t>آپ یہ کیجئے، کرنے کا کام</w:t>
      </w:r>
    </w:p>
    <w:p>
      <w:r>
        <w:rPr>
          <w:b/>
        </w:rPr>
        <w:t xml:space="preserve">[30:14] </w:t>
      </w:r>
      <w:r>
        <w:t>جو ہے کہ اللہ کا جو کلام ہے، اس کی study کیجئے۔</w:t>
      </w:r>
    </w:p>
    <w:p>
      <w:pPr>
        <w:jc w:val="right"/>
      </w:pPr>
      <w:r>
        <w:t>جو ہے کہ اللہ کا جو کلام ہے، اس کی اسٹڈی کیجئے۔</w:t>
      </w:r>
    </w:p>
    <w:p>
      <w:r>
        <w:rPr>
          <w:b/>
        </w:rPr>
        <w:t xml:space="preserve">[30:21] </w:t>
      </w:r>
      <w:r>
        <w:t>study ka matlab kya hai? maslan aap ne Quran khola aur is mein aap ne parha Alhamdulillah Rabb-ul-Alameen.</w:t>
      </w:r>
    </w:p>
    <w:p>
      <w:pPr>
        <w:jc w:val="right"/>
      </w:pPr>
      <w:r>
        <w:t>اسٹڈی کا مطلب کیا ہے؟ مثلاً آپ نے قرآن کھولا اور اس میں آپ نے پڑھا الحمدللہ رب العالمین۔</w:t>
      </w:r>
    </w:p>
    <w:p>
      <w:r>
        <w:rPr>
          <w:b/>
        </w:rPr>
        <w:t xml:space="preserve">[30:29] </w:t>
      </w:r>
      <w:r>
        <w:t>hamd hai Allah Rabb-ul-Alameen ki.</w:t>
      </w:r>
    </w:p>
    <w:p>
      <w:pPr>
        <w:jc w:val="right"/>
      </w:pPr>
      <w:r>
        <w:t>حمد ہے اللہ رب العالمین کی۔</w:t>
      </w:r>
    </w:p>
    <w:p>
      <w:r>
        <w:rPr>
          <w:b/>
        </w:rPr>
        <w:t xml:space="preserve">[30:36] </w:t>
      </w:r>
      <w:r>
        <w:t>hamd ka matlab hai tareef, shukr, glory, sab is mein shamil hai. to</w:t>
      </w:r>
    </w:p>
    <w:p>
      <w:pPr>
        <w:jc w:val="right"/>
      </w:pPr>
      <w:r>
        <w:t>حمد کا مطلب ہے تعریف، شکر، گلوری، سب اس میں شامل ہے۔ تو</w:t>
      </w:r>
    </w:p>
    <w:p>
      <w:r>
        <w:rPr>
          <w:b/>
        </w:rPr>
        <w:t xml:space="preserve">[30:44] </w:t>
      </w:r>
      <w:r>
        <w:t>jab aap yeh parhenge tab dekhenge dunya mein to qatl ho raha hai, corruption ho raha hai.</w:t>
      </w:r>
    </w:p>
    <w:p>
      <w:pPr>
        <w:jc w:val="right"/>
      </w:pPr>
      <w:r>
        <w:t>جب آپ یہ پڑھیں گے تب دیکھیں گے دنیا میں تو قتل ہو رہا ہے، کرپشن ہو رہا ہے۔</w:t>
      </w:r>
    </w:p>
    <w:p>
      <w:r>
        <w:rPr>
          <w:b/>
        </w:rPr>
        <w:t xml:space="preserve">[30:54] </w:t>
      </w:r>
      <w:r>
        <w:t>تو وہ تو ہم کو نیگیٹیو بناتا ہے، discrimination ہو رہا ہے، Islamophobia چلایا جا رہا ہے۔</w:t>
      </w:r>
    </w:p>
    <w:p>
      <w:pPr>
        <w:jc w:val="right"/>
      </w:pPr>
      <w:r>
        <w:t>تو وہ تو ہم کو نیگیٹیو بناتا ہے، ڈسکریمینیشن ہو رہا ہے، اسلامو فوبیا چلایا جا رہا ہے۔</w:t>
      </w:r>
    </w:p>
    <w:p>
      <w:r>
        <w:rPr>
          <w:b/>
        </w:rPr>
        <w:t xml:space="preserve">[31:04] </w:t>
      </w:r>
      <w:r>
        <w:t>to in cheezon ko le kar aap bazahir yeh hona chahiye ke aap</w:t>
      </w:r>
    </w:p>
    <w:p>
      <w:pPr>
        <w:jc w:val="right"/>
      </w:pPr>
      <w:r>
        <w:t>تو ان چیزوں کو لے کر آپ بظاہر یہ ہونا چاہیے کہ آپ</w:t>
      </w:r>
    </w:p>
    <w:p>
      <w:r>
        <w:rPr>
          <w:b/>
        </w:rPr>
        <w:t xml:space="preserve">[31:14] </w:t>
      </w:r>
      <w:r>
        <w:t>aap negative ho jayen, dunya se aap ko nafrat paida ho jaye. lekin nahi.</w:t>
      </w:r>
    </w:p>
    <w:p>
      <w:pPr>
        <w:jc w:val="right"/>
      </w:pPr>
      <w:r>
        <w:t>آپ نیگیٹیو ہو جائیں، دنیا سے آپ کو نفرت پیدا ہو جائے۔ لیکن نہیں۔</w:t>
      </w:r>
    </w:p>
    <w:p>
      <w:r>
        <w:rPr>
          <w:b/>
        </w:rPr>
        <w:t xml:space="preserve">[31:19] </w:t>
      </w:r>
      <w:r>
        <w:t>inspite of all that, Alhamdu Lillah Rabbil Alameen ka matlab yeh hai ke inspite of all that, agarche duniya</w:t>
      </w:r>
    </w:p>
    <w:p>
      <w:pPr>
        <w:jc w:val="right"/>
      </w:pPr>
      <w:r>
        <w:t>انسپائٹ آف آل دیٹ، الحمدللہ رب العالمین کا مطلب یہ ہے کہ انسپائٹ آف آل دیٹ، اگرچہ دنیا</w:t>
      </w:r>
    </w:p>
    <w:p>
      <w:r>
        <w:rPr>
          <w:b/>
        </w:rPr>
        <w:t xml:space="preserve">[31:24] </w:t>
      </w:r>
      <w:r>
        <w:t>میں یہ سب ہو رہا ہے، اگر دنیا میں لوگ اپنی freedom کو misuse کر رہے ہیں،</w:t>
      </w:r>
    </w:p>
    <w:p>
      <w:pPr>
        <w:jc w:val="right"/>
      </w:pPr>
      <w:r>
        <w:t>میں یہ سب ہو رہا ہے، اگر دنیا میں لوگ اپنی فریڈم کو مس یوز کر رہے ہیں،</w:t>
      </w:r>
    </w:p>
    <w:p>
      <w:r>
        <w:rPr>
          <w:b/>
        </w:rPr>
        <w:t xml:space="preserve">[31:29] </w:t>
      </w:r>
      <w:r>
        <w:t>karne do un ko, pakre jayenge woh akhirat ke din.</w:t>
      </w:r>
    </w:p>
    <w:p>
      <w:pPr>
        <w:jc w:val="right"/>
      </w:pPr>
      <w:r>
        <w:t>کرنے دو ان کو، پکڑے جائیں گے وہ آخرت کے دن۔</w:t>
      </w:r>
    </w:p>
    <w:p>
      <w:r>
        <w:rPr>
          <w:b/>
        </w:rPr>
        <w:t xml:space="preserve">[31:34] </w:t>
      </w:r>
      <w:r>
        <w:t>tum sar ta pa hamd ban jao, tumhara seena hamd se bhar jaye.</w:t>
      </w:r>
    </w:p>
    <w:p>
      <w:pPr>
        <w:jc w:val="right"/>
      </w:pPr>
      <w:r>
        <w:t>تم سر تا پا حمد بن جاؤ، تمہارا سینہ حمد سے بھر جائے۔</w:t>
      </w:r>
    </w:p>
    <w:p>
      <w:r>
        <w:rPr>
          <w:b/>
        </w:rPr>
        <w:t xml:space="preserve">[31:39] </w:t>
      </w:r>
      <w:r>
        <w:t>to pehli ayat jo hai Alhamdulillah</w:t>
      </w:r>
    </w:p>
    <w:p>
      <w:pPr>
        <w:jc w:val="right"/>
      </w:pPr>
      <w:r>
        <w:t>تو پہلی آیت جو ہے الحمدللہ</w:t>
      </w:r>
    </w:p>
    <w:p>
      <w:r>
        <w:rPr>
          <w:b/>
        </w:rPr>
        <w:t xml:space="preserve">[31:44] </w:t>
      </w:r>
      <w:r>
        <w:t>رب العالمین یہ بتاتی ہے کہ in spite of all the evils، تمہارا سینہ حمد سے بھر جائے، اللہ</w:t>
      </w:r>
    </w:p>
    <w:p>
      <w:pPr>
        <w:jc w:val="right"/>
      </w:pPr>
      <w:r>
        <w:t>رب العالمین یہ بتاتی ہے کہ انسپائٹ آف آل دیٹ ایولز، تمہارا سینہ حمد سے بھر جائے، اللہ</w:t>
      </w:r>
    </w:p>
    <w:p>
      <w:r>
        <w:rPr>
          <w:b/>
        </w:rPr>
        <w:t xml:space="preserve">[31:52] </w:t>
      </w:r>
      <w:r>
        <w:t>ke shukr se bhar jaye, Allah ki glory se bhar jaye, Allah ki azmat se bhar jaye.</w:t>
      </w:r>
    </w:p>
    <w:p>
      <w:pPr>
        <w:jc w:val="right"/>
      </w:pPr>
      <w:r>
        <w:t>کے شکر سے بھر جائے، اللہ کی گلوری سے بھر جائے، اللہ کی عظمت سے بھر جائے۔</w:t>
      </w:r>
    </w:p>
    <w:p>
      <w:r>
        <w:rPr>
          <w:b/>
        </w:rPr>
        <w:t xml:space="preserve">[31:59] </w:t>
      </w:r>
      <w:r>
        <w:t>yeh pehla kalma hai.</w:t>
      </w:r>
    </w:p>
    <w:p>
      <w:pPr>
        <w:jc w:val="right"/>
      </w:pPr>
      <w:r>
        <w:t>یہ پہلا کلمہ ہے۔</w:t>
      </w:r>
    </w:p>
    <w:p>
      <w:r>
        <w:rPr>
          <w:b/>
        </w:rPr>
        <w:t xml:space="preserve">[32:07] </w:t>
      </w:r>
      <w:r>
        <w:t>yeh kab payenge aap? jab aap ghor o fikr karenge. tilawat</w:t>
      </w:r>
    </w:p>
    <w:p>
      <w:pPr>
        <w:jc w:val="right"/>
      </w:pPr>
      <w:r>
        <w:t>یہ کب پائیں گے آپ؟ جب آپ غور و فکر کریں گے۔ تلاوت</w:t>
      </w:r>
    </w:p>
    <w:p>
      <w:r>
        <w:rPr>
          <w:b/>
        </w:rPr>
        <w:t xml:space="preserve">[32:14] </w:t>
      </w:r>
      <w:r>
        <w:t>nahi.</w:t>
      </w:r>
    </w:p>
    <w:p>
      <w:pPr>
        <w:jc w:val="right"/>
      </w:pPr>
      <w:r>
        <w:t>نہیں۔</w:t>
      </w:r>
    </w:p>
    <w:p>
      <w:r>
        <w:rPr>
          <w:b/>
        </w:rPr>
        <w:t xml:space="preserve">[32:20] </w:t>
      </w:r>
      <w:r>
        <w:t>tilawat ke baray mein Hazrat Aisha ne kaha tha ke unhon ne Quran ko parha magar unhon ne</w:t>
      </w:r>
    </w:p>
    <w:p>
      <w:pPr>
        <w:jc w:val="right"/>
      </w:pPr>
      <w:r>
        <w:t>تلاوت کے بارے میں حضرت عائشہ نے کہا تھا کہ انہوں نے قرآن کو پڑھا مگر انہوں نے</w:t>
      </w:r>
    </w:p>
    <w:p>
      <w:r>
        <w:rPr>
          <w:b/>
        </w:rPr>
        <w:t xml:space="preserve">[32:27] </w:t>
      </w:r>
      <w:r>
        <w:t>Quran ko nahi parha.</w:t>
      </w:r>
    </w:p>
    <w:p>
      <w:pPr>
        <w:jc w:val="right"/>
      </w:pPr>
      <w:r>
        <w:t>قرآن کو نہیں پڑھا۔</w:t>
      </w:r>
    </w:p>
    <w:p>
      <w:r>
        <w:rPr>
          <w:b/>
        </w:rPr>
        <w:t xml:space="preserve">[32:33] </w:t>
      </w:r>
      <w:r>
        <w:t>جو لوگ صرف تلاوت کرتے ہیں، تلاوت کر رہے ہیں، rapid speed کے ساتھ اور ختم مخاطب کرتے</w:t>
      </w:r>
    </w:p>
    <w:p>
      <w:pPr>
        <w:jc w:val="right"/>
      </w:pPr>
      <w:r>
        <w:t>جو لوگ صرف تلاوت کرتے ہیں، تلاوت کر رہے ہیں، ریپیڈ سپیڈ کے ساتھ اور ختم مخاطب کرتے</w:t>
      </w:r>
    </w:p>
    <w:p>
      <w:r>
        <w:rPr>
          <w:b/>
        </w:rPr>
        <w:t xml:space="preserve">[32:40] </w:t>
      </w:r>
      <w:r>
        <w:t>hain, aik khatm, do khatm, teen khatm, un ke bare mein hazrat aisha ne kaha tha ke</w:t>
      </w:r>
    </w:p>
    <w:p>
      <w:pPr>
        <w:jc w:val="right"/>
      </w:pPr>
      <w:r>
        <w:t>ہیں، ایک ختم، دو ختم، تین ختم، ان کے بارے میں حضرت عائشہ نے کہا تھا کہ</w:t>
      </w:r>
    </w:p>
    <w:p>
      <w:r>
        <w:rPr>
          <w:b/>
        </w:rPr>
        <w:t xml:space="preserve">[32:46] </w:t>
      </w:r>
      <w:r>
        <w:t>unhon ne quran ko parha magar unhon ne quran ko nahi parha.</w:t>
      </w:r>
    </w:p>
    <w:p>
      <w:pPr>
        <w:jc w:val="right"/>
      </w:pPr>
      <w:r>
        <w:t>انہوں نے قرآن کو پڑھا مگر انہوں نے قرآن کو نہیں پڑھا۔</w:t>
      </w:r>
    </w:p>
    <w:p>
      <w:r>
        <w:rPr>
          <w:b/>
        </w:rPr>
        <w:t xml:space="preserve">[32:56] </w:t>
      </w:r>
      <w:r>
        <w:t>to quran ke mani ko is ke andar aap ko wisdom mile, allah ki jhalakiyan milein, quran ke</w:t>
      </w:r>
    </w:p>
    <w:p>
      <w:pPr>
        <w:jc w:val="right"/>
      </w:pPr>
      <w:r>
        <w:t>تو قرآن کے معنی کو اس کے اندر آپ کو وزڈم ملے، اللہ کی جھلکیاں ملیں، قرآن کے</w:t>
      </w:r>
    </w:p>
    <w:p>
      <w:r>
        <w:rPr>
          <w:b/>
        </w:rPr>
        <w:t xml:space="preserve">[33:06] </w:t>
      </w:r>
      <w:r>
        <w:t>andar aap ko taqwa aur mohabbat ilahi aur mohabbat khauf ki ghizayen milein, tab woh tilawat quran hai. to yeh</w:t>
      </w:r>
    </w:p>
    <w:p>
      <w:pPr>
        <w:jc w:val="right"/>
      </w:pPr>
      <w:r>
        <w:t>اندر آپ کو تقویٰ اور محبت الہیٰ اور محبت خوف کی غذائیں ملیں، تب وہ تلاوت قرآن ہے۔ تو یہ</w:t>
      </w:r>
    </w:p>
    <w:p>
      <w:r>
        <w:rPr>
          <w:b/>
        </w:rPr>
        <w:t xml:space="preserve">[33:16] </w:t>
      </w:r>
      <w:r>
        <w:t>ramzan ka mahina is ke liye tha jo aaj khatm ho gaya, jo aaj khatm ho gaya.</w:t>
      </w:r>
    </w:p>
    <w:p>
      <w:pPr>
        <w:jc w:val="right"/>
      </w:pPr>
      <w:r>
        <w:t>رمضان کا مہینہ اس کے لئے تھا جو آج ختم ہو گیا، جو آج ختم ہو گیا۔</w:t>
      </w:r>
    </w:p>
    <w:p>
      <w:r>
        <w:rPr>
          <w:b/>
        </w:rPr>
        <w:t xml:space="preserve">[33:24] </w:t>
      </w:r>
      <w:r>
        <w:t>ab dekhiye, jin logon ne ramzan ke mahine ko is tarah guzara jaisa ke maine arz kiya,</w:t>
      </w:r>
    </w:p>
    <w:p>
      <w:pPr>
        <w:jc w:val="right"/>
      </w:pPr>
      <w:r>
        <w:t>اب دیکھئے، جن لوگوں نے رمضان کے مہینے کو اس طرح گزارا جیسا کہ میں نے عرض کیا،</w:t>
      </w:r>
    </w:p>
    <w:p>
      <w:r>
        <w:rPr>
          <w:b/>
        </w:rPr>
        <w:t xml:space="preserve">[33:31] </w:t>
      </w:r>
      <w:r>
        <w:t>to un ko chahiye ke woh shukr karein, shukr karein, shukr.</w:t>
      </w:r>
    </w:p>
    <w:p>
      <w:pPr>
        <w:jc w:val="right"/>
      </w:pPr>
      <w:r>
        <w:t>تو ان کو چاہیے کہ وہ شکر کریں، شکر کریں، شکر۔</w:t>
      </w:r>
    </w:p>
    <w:p>
      <w:r>
        <w:rPr>
          <w:b/>
        </w:rPr>
        <w:t xml:space="preserve">[33:39] </w:t>
      </w:r>
      <w:r>
        <w:t>agar phir bil farz kuch log is tarah nahi guzar sake to ahd</w:t>
      </w:r>
    </w:p>
    <w:p>
      <w:pPr>
        <w:jc w:val="right"/>
      </w:pPr>
      <w:r>
        <w:t>اگر پھر بالفرض کچھ لوگ اس طرح نہیں گزار سکے تو عہد</w:t>
      </w:r>
    </w:p>
    <w:p>
      <w:r>
        <w:rPr>
          <w:b/>
        </w:rPr>
        <w:t xml:space="preserve">[33:46] </w:t>
      </w:r>
      <w:r>
        <w:t>karein, ahd, please, agli baar jab ramzan aayega to hum isi tarah guzarein ge, isi tarah guzarein ge.</w:t>
      </w:r>
    </w:p>
    <w:p>
      <w:pPr>
        <w:jc w:val="right"/>
      </w:pPr>
      <w:r>
        <w:t>کریں، عہد، پلیز، اگلی بار جب رمضان آئے گا تو ہم اسی طرح گزاریں گے، اسی طرح گزاریں گے۔</w:t>
      </w:r>
    </w:p>
    <w:p>
      <w:r>
        <w:rPr>
          <w:b/>
        </w:rPr>
        <w:t xml:space="preserve">[34:01] </w:t>
      </w:r>
      <w:r>
        <w:t>to yaad rakhiye, agar ramzan ne aap ke andar soch bhari ho, thinking paida ki ho,</w:t>
      </w:r>
    </w:p>
    <w:p>
      <w:pPr>
        <w:jc w:val="right"/>
      </w:pPr>
      <w:r>
        <w:t>تو یاد رکھیے، اگر رمضان نے آپ کے اندر سوچ بھاری ہو، تھینکنگ پیدا کی ہو،</w:t>
      </w:r>
    </w:p>
    <w:p>
      <w:r>
        <w:rPr>
          <w:b/>
        </w:rPr>
        <w:t xml:space="preserve">[34:16] </w:t>
      </w:r>
      <w:r>
        <w:t>aap ke andar dekhne wali aankh, sunne wala kaan.</w:t>
      </w:r>
    </w:p>
    <w:p>
      <w:pPr>
        <w:jc w:val="right"/>
      </w:pPr>
      <w:r>
        <w:t>آپ کے اندر دیکھنے والی آنکھ، سننے والا کان۔</w:t>
      </w:r>
    </w:p>
    <w:p>
      <w:r>
        <w:rPr>
          <w:b/>
        </w:rPr>
        <w:t xml:space="preserve">[34:21] </w:t>
      </w:r>
      <w:r>
        <w:t>sochne wala dimagh paida kiya ho, tab aap ka ramzan ramzan tha.</w:t>
      </w:r>
    </w:p>
    <w:p>
      <w:pPr>
        <w:jc w:val="right"/>
      </w:pPr>
      <w:r>
        <w:t>سوچنے والا دماغ پیدا کیا ہو، تب آپ کا رمضان رمضان تھا۔</w:t>
      </w:r>
    </w:p>
    <w:p>
      <w:r>
        <w:rPr>
          <w:b/>
        </w:rPr>
        <w:t xml:space="preserve">[34:27] </w:t>
      </w:r>
      <w:r>
        <w:t>warna woh just like other month tha.</w:t>
      </w:r>
    </w:p>
    <w:p>
      <w:pPr>
        <w:jc w:val="right"/>
      </w:pPr>
      <w:r>
        <w:t>ورنہ وہ جسٹ لائک ادر منتھ تھا۔</w:t>
      </w:r>
    </w:p>
    <w:p>
      <w:r>
        <w:rPr>
          <w:b/>
        </w:rPr>
        <w:t xml:space="preserve">[34:32] </w:t>
      </w:r>
      <w:r>
        <w:t>agar aap ke andar ramzan ne yeh sab si fatah paida nahi ki to aap ke liye ramzan</w:t>
      </w:r>
    </w:p>
    <w:p>
      <w:pPr>
        <w:jc w:val="right"/>
      </w:pPr>
      <w:r>
        <w:t>اگر آپ کے اندر رمضان نے یہ سب سی فتح پیدا نہیں کی تو آپ کے لئے رمضان</w:t>
      </w:r>
    </w:p>
    <w:p>
      <w:r>
        <w:rPr>
          <w:b/>
        </w:rPr>
        <w:t xml:space="preserve">[34:37] </w:t>
      </w:r>
      <w:r>
        <w:t>just like other month tha.</w:t>
      </w:r>
    </w:p>
    <w:p>
      <w:pPr>
        <w:jc w:val="right"/>
      </w:pPr>
      <w:r>
        <w:t>جسٹ لائک ادر منتھ تھا۔</w:t>
      </w:r>
    </w:p>
    <w:p>
      <w:r>
        <w:rPr>
          <w:b/>
        </w:rPr>
        <w:t xml:space="preserve">[34:42] </w:t>
      </w:r>
      <w:r>
        <w:t>january february tha woh.</w:t>
      </w:r>
    </w:p>
    <w:p>
      <w:pPr>
        <w:jc w:val="right"/>
      </w:pPr>
      <w:r>
        <w:t>جنوری فروری تھا وہ۔</w:t>
      </w:r>
    </w:p>
    <w:p>
      <w:r>
        <w:rPr>
          <w:b/>
        </w:rPr>
        <w:t xml:space="preserve">[34:47] </w:t>
      </w:r>
      <w:r>
        <w:t>to aaj jo maine soch raha tha, le kar ke, to woh maine aap se shuru mein</w:t>
      </w:r>
    </w:p>
    <w:p>
      <w:pPr>
        <w:jc w:val="right"/>
      </w:pPr>
      <w:r>
        <w:t>تو آج جو میں سوچ رہا تھا، لے کر کے، تو وہ میں نے آپ سے شروع میں</w:t>
      </w:r>
    </w:p>
    <w:p>
      <w:r>
        <w:rPr>
          <w:b/>
        </w:rPr>
        <w:t xml:space="preserve">[34:57] </w:t>
      </w:r>
      <w:r>
        <w:t>arz kiya, aik hadith qudsi ke le kar, falazzu al-nabiyyi khayran, falazzu al-nabiyyi mashaa'a.</w:t>
      </w:r>
    </w:p>
    <w:p>
      <w:pPr>
        <w:jc w:val="right"/>
      </w:pPr>
      <w:r>
        <w:t>عرض کیا، ایک حدیث قدسی کے لے کر، فَلَّذُ النَّبِيِّ خَيْرًا، فَلَّذُ النَّبِيِّ مَاشَاءَ۔</w:t>
      </w:r>
    </w:p>
    <w:p>
      <w:r>
        <w:rPr>
          <w:b/>
        </w:rPr>
        <w:t xml:space="preserve">[35:07] </w:t>
      </w:r>
      <w:r>
        <w:t>to aap apne bare mein, apne mustaqbil ke bare mein, apni akhirat ke bare mein,</w:t>
      </w:r>
    </w:p>
    <w:p>
      <w:pPr>
        <w:jc w:val="right"/>
      </w:pPr>
      <w:r>
        <w:t>تو آپ اپنے بارے میں، اپنے مستقبل کے بارے میں، اپنی آخرت کے بارے میں،</w:t>
      </w:r>
    </w:p>
    <w:p>
      <w:r>
        <w:rPr>
          <w:b/>
        </w:rPr>
        <w:t xml:space="preserve">[35:17] </w:t>
      </w:r>
      <w:r>
        <w:t>apni jannat ke bare mein, allah ki rehmat ko le kar sochein, allah ki rehmat ko le kar</w:t>
      </w:r>
    </w:p>
    <w:p>
      <w:pPr>
        <w:jc w:val="right"/>
      </w:pPr>
      <w:r>
        <w:t>اپنی جنت کے بارے میں، اللہ کی رحمت کو لے کر سوچیں، اللہ کی رحمت کو لے کر</w:t>
      </w:r>
    </w:p>
    <w:p>
      <w:r>
        <w:rPr>
          <w:b/>
        </w:rPr>
        <w:t xml:space="preserve">[35:23] </w:t>
      </w:r>
      <w:r>
        <w:t>sochein, is se kya hoga? aap ke andar hope paida hogi.</w:t>
      </w:r>
    </w:p>
    <w:p>
      <w:pPr>
        <w:jc w:val="right"/>
      </w:pPr>
      <w:r>
        <w:t>سوچیں، اس سے کیا ہوگا؟ آپ کے اندر ہوپ پیدا ہوگی۔</w:t>
      </w:r>
    </w:p>
    <w:p>
      <w:r>
        <w:rPr>
          <w:b/>
        </w:rPr>
        <w:t xml:space="preserve">[35:29] </w:t>
      </w:r>
      <w:r>
        <w:t>aur hope paida hogi to hope khali aik cheez ka naam nahi hai.</w:t>
      </w:r>
    </w:p>
    <w:p>
      <w:pPr>
        <w:jc w:val="right"/>
      </w:pPr>
      <w:r>
        <w:t>اور ہوپ پیدا ہوگی تو ہوپ خالی ایک چیز کا نام نہیں ہے۔</w:t>
      </w:r>
    </w:p>
    <w:p>
      <w:r>
        <w:rPr>
          <w:b/>
        </w:rPr>
        <w:t xml:space="preserve">[35:35] </w:t>
      </w:r>
      <w:r>
        <w:t>aik cheez ka naam agar ho to phir hope nahi hai, wishful thinking hai.</w:t>
      </w:r>
    </w:p>
    <w:p>
      <w:pPr>
        <w:jc w:val="right"/>
      </w:pPr>
      <w:r>
        <w:t>ایک چیز کا نام اگر ہو تو پھر ہوپ نہیں ہے، وِش وِڈ تھنکنگ ہے۔</w:t>
      </w:r>
    </w:p>
    <w:p>
      <w:r>
        <w:rPr>
          <w:b/>
        </w:rPr>
        <w:t xml:space="preserve">[35:41] </w:t>
      </w:r>
      <w:r>
        <w:t>یاد رکھیے، there is difference between hope and</w:t>
      </w:r>
    </w:p>
    <w:p>
      <w:pPr>
        <w:jc w:val="right"/>
      </w:pPr>
      <w:r>
        <w:t>یاد رکھیے، دیر از ڈفرنس بٹوین ہوپ اینڈ</w:t>
      </w:r>
    </w:p>
    <w:p>
      <w:r>
        <w:rPr>
          <w:b/>
        </w:rPr>
        <w:t xml:space="preserve">[35:47] </w:t>
      </w:r>
      <w:r>
        <w:t>wishful thinking. achhi tarah yaad rakhiye keh there is difference between hope and wishful thinking. wishful thinking to kuch bhi nahi hai, nothing hai. jabkeh hope jo hai bohat bari cheez hai, bohat bari cheez hai.</w:t>
      </w:r>
    </w:p>
    <w:p>
      <w:pPr>
        <w:jc w:val="right"/>
      </w:pPr>
      <w:r>
        <w:t>وِش وِڈ تھنکنگ۔ اچھی طرح یاد رکھیے کہ دیر از ڈفرنس بٹوین ہوپ اینڈ وِش وِڈ تھنکنگ۔ وِش وِڈ تھنکنگ تو کچھ بھی نہیں ہے، نتھنگ ہے۔ جبکہ ہوپ جو ہے بہت بڑی چیز ہے، بہت بڑی چیز ہے۔</w:t>
      </w:r>
    </w:p>
    <w:p>
      <w:r>
        <w:rPr>
          <w:b/>
        </w:rPr>
        <w:t xml:space="preserve">[36:17] </w:t>
      </w:r>
      <w:r>
        <w:t>main ne paya hai apne tajrube mein keh log wishful thinking mein hote hain aur sochte hain keh woh divine hope mein jee rahe hain. yaani jeete hain woh wishful thinking mein aur sochte kya hain? keh woh divine hope mein jee rahe hain. to divine hope mein jeena bohat bari baat hai, wishful thinking mein jeena to nothing hai, kuch</w:t>
      </w:r>
    </w:p>
    <w:p>
      <w:pPr>
        <w:jc w:val="right"/>
      </w:pPr>
      <w:r>
        <w:t>میں نے پایا ہے اپنے تجربے میں کہ لوگ وِش وِڈ تھنکنگ میں ہوتے ہیں اور سوچتے ہیں کہ وہ ڈیوائن ہوپ میں جی رہے ہیں۔ یعنی جیتے ہیں وہ وِش وِڈ تھنکنگ میں اور سوچتے کیا ہیں؟ کہ وہ ڈیوائن ہوپ میں جی رہے ہیں۔ تو ڈیوائن ہوپ میں جینا بہت بڑی بات ہے، وِش وِڈ تھنکنگ میں جینا تو نتھنگ ہے، کچھ</w:t>
      </w:r>
    </w:p>
    <w:p>
      <w:r>
        <w:rPr>
          <w:b/>
        </w:rPr>
        <w:t xml:space="preserve">[36:47] </w:t>
      </w:r>
      <w:r>
        <w:t>bhi nahi hai. to aaj ka din jo hai, main to samajhta hoon keh introspection ka din hai, introspection yaani muhasiba keh yeh mahina mera kaisa guzra, is se main ne mera, jis ko kehte hain angrezi mein, take away. p</w:t>
      </w:r>
    </w:p>
    <w:p>
      <w:pPr>
        <w:jc w:val="right"/>
      </w:pPr>
      <w:r>
        <w:t>بھی نہیں ہے۔ تو آج کا دن جو ہے، میں تو سمجھتا ہوں کہ انٹراسپیکشن کا دن ہے، انٹراسپیکشن یعنی محاسبہ کہ یہ مہینہ میرا کیسا گزرا، اس سے میں نے میرا، جس کو کہتے ہیں انگریزی میں، ٹیک اوے۔ پ</w:t>
      </w:r>
    </w:p>
    <w:p>
      <w:r>
        <w:rPr>
          <w:b/>
        </w:rPr>
        <w:t xml:space="preserve">[37:17] </w:t>
      </w:r>
      <w:r>
        <w:t>har ramzan se mera take away kya tha? ramzan ka mahina jo aaya aur aaj aakhri tareekh is</w:t>
      </w:r>
    </w:p>
    <w:p>
      <w:pPr>
        <w:jc w:val="right"/>
      </w:pPr>
      <w:r>
        <w:t>ھر رمضان سے میرا ٹیک اوے کیا تھا؟ رمضان کا مہینہ جو آیا اور آج آخری تاریخ اس</w:t>
      </w:r>
    </w:p>
    <w:p>
      <w:r>
        <w:rPr>
          <w:b/>
        </w:rPr>
        <w:t xml:space="preserve">[37:27] </w:t>
      </w:r>
      <w:r>
        <w:t>ki ho gayi, to ramzan se mera take away kya tha? yeh aik sawal maine aap ke samne</w:t>
      </w:r>
    </w:p>
    <w:p>
      <w:pPr>
        <w:jc w:val="right"/>
      </w:pPr>
      <w:r>
        <w:t>کی ہو گئی، تو رمضان سے میرا ٹیک اوے کیا تھا؟ یہ ایک سوال میں آپ کے سامنے</w:t>
      </w:r>
    </w:p>
    <w:p>
      <w:r>
        <w:rPr>
          <w:b/>
        </w:rPr>
        <w:t xml:space="preserve">[37:37] </w:t>
      </w:r>
      <w:r>
        <w:t>rakhta hoon ke aap is tarah sochiye, isi ek cheez ke logon ko sochiye</w:t>
      </w:r>
    </w:p>
    <w:p>
      <w:pPr>
        <w:jc w:val="right"/>
      </w:pPr>
      <w:r>
        <w:t>رکھتا ہوں کہ آپ اس طرح سوچیے، اسی ایک چیز کے لوگوں کو سوچیے</w:t>
      </w:r>
    </w:p>
    <w:p>
      <w:r>
        <w:rPr>
          <w:b/>
        </w:rPr>
        <w:t xml:space="preserve">[37:47] </w:t>
      </w:r>
      <w:r>
        <w:t>ke ramzan ke mahine se mera take away kya tha? is se aap ko yeh yeh faida hoga</w:t>
      </w:r>
    </w:p>
    <w:p>
      <w:pPr>
        <w:jc w:val="right"/>
      </w:pPr>
      <w:r>
        <w:t>کہ رمضان کے مہینے سے میرا ٹیک اوے کیا تھا؟ اس سے آپ کو یہ یہ فائدہ ہوگا</w:t>
      </w:r>
    </w:p>
    <w:p>
      <w:r>
        <w:rPr>
          <w:b/>
        </w:rPr>
        <w:t xml:space="preserve">[37:55] </w:t>
      </w:r>
      <w:r>
        <w:t>ke aap agle mahine ki, agle saalon ki right planning kar saken ge.</w:t>
      </w:r>
    </w:p>
    <w:p>
      <w:pPr>
        <w:jc w:val="right"/>
      </w:pPr>
      <w:r>
        <w:t>کہ آپ اگلے مہینے کی، اگلے سالوں کی رائٹ پلاننگ کر سکیں گے۔</w:t>
      </w:r>
    </w:p>
    <w:p>
      <w:r>
        <w:rPr>
          <w:b/>
        </w:rPr>
        <w:t xml:space="preserve">[38:03] </w:t>
      </w:r>
      <w:r>
        <w:t>agar aap ne ghalati ki thi to aap you turn len ge, agar aap ki planning theek nahi</w:t>
      </w:r>
    </w:p>
    <w:p>
      <w:pPr>
        <w:jc w:val="right"/>
      </w:pPr>
      <w:r>
        <w:t>اگر آپ نے غلطی کی تھی تو آپ یو ٹرن لیں گے، اگر آپ کی پلاننگ ٹھیک نہیں</w:t>
      </w:r>
    </w:p>
    <w:p>
      <w:r>
        <w:rPr>
          <w:b/>
        </w:rPr>
        <w:t xml:space="preserve">[38:10] </w:t>
      </w:r>
      <w:r>
        <w:t>thi to aap</w:t>
      </w:r>
    </w:p>
    <w:p>
      <w:pPr>
        <w:jc w:val="right"/>
      </w:pPr>
      <w:r>
        <w:t>تھی تو آپ</w:t>
      </w:r>
    </w:p>
    <w:p>
      <w:r>
        <w:rPr>
          <w:b/>
        </w:rPr>
        <w:t xml:space="preserve">[38:18] </w:t>
      </w:r>
      <w:r>
        <w:t>re planning karen ge.</w:t>
      </w:r>
    </w:p>
    <w:p>
      <w:pPr>
        <w:jc w:val="right"/>
      </w:pPr>
      <w:r>
        <w:t>ری پلاننگ کریں گے۔</w:t>
      </w:r>
    </w:p>
    <w:p>
      <w:r>
        <w:rPr>
          <w:b/>
        </w:rPr>
        <w:t xml:space="preserve">[38:26] </w:t>
      </w:r>
      <w:r>
        <w:t>agar aap ko kuch kuch bhool ho gayi hai to aap is ka correction karen ge.</w:t>
      </w:r>
    </w:p>
    <w:p>
      <w:pPr>
        <w:jc w:val="right"/>
      </w:pPr>
      <w:r>
        <w:t>اگر آپ کو کچھ کچھ بھول ہو گئی ہے تو آپ اس کا کریکشن کریں گے۔</w:t>
      </w:r>
    </w:p>
    <w:p>
      <w:r>
        <w:rPr>
          <w:b/>
        </w:rPr>
        <w:t xml:space="preserve">[38:34] </w:t>
      </w:r>
      <w:r>
        <w:t>agar aap se kuch khoya gaya hai to dobara is ko paane ki koshish karen ge.</w:t>
      </w:r>
    </w:p>
    <w:p>
      <w:pPr>
        <w:jc w:val="right"/>
      </w:pPr>
      <w:r>
        <w:t>اگر آپ سے کچھ کھویا گیا ہے تو دوبارہ اس کو پانے کی کوشش کریں گے۔</w:t>
      </w:r>
    </w:p>
    <w:p>
      <w:r>
        <w:rPr>
          <w:b/>
        </w:rPr>
        <w:t xml:space="preserve">[38:42] </w:t>
      </w:r>
      <w:r>
        <w:t>to yaad rakhiye, Allah ke account ke mutabiq</w:t>
      </w:r>
    </w:p>
    <w:p>
      <w:pPr>
        <w:jc w:val="right"/>
      </w:pPr>
      <w:r>
        <w:t>تو یاد رکھیے، اللہ کے اکاؤنٹ کے مطابق</w:t>
      </w:r>
    </w:p>
    <w:p>
      <w:r>
        <w:rPr>
          <w:b/>
        </w:rPr>
        <w:t xml:space="preserve">[38:49] </w:t>
      </w:r>
      <w:r>
        <w:t>asal kami khona nahi hai. kisi ne kisi ka take away keh na ho, us ne kho diya ho. To yaad rakhiye, yahi sab kuch nahi hai. Is se bari baat jo hai wo ye hai ke aadmi re planning kare, u-turn le. Is ke andar repentance aaye aur jo kuch khoya gaya, phir se paane ke l</w:t>
      </w:r>
    </w:p>
    <w:p>
      <w:pPr>
        <w:jc w:val="right"/>
      </w:pPr>
      <w:r>
        <w:t>اصل کمی کھونا نہیں ہے۔ کسی نے کسی کا ٹیک اوے کہ نہ ہو، اس نے کھو دیا ہو۔ تو یاد رکھیے، یہی سب کچھ نہیں ہے۔ اس سے بڑی بات جو ہے وہ یہ ہے کہ آدمی ری پلاننگ کرے، یو ٹرن لے۔ اس کے اندر ریپینڈنس آئے اور جو کچھ کھویا گیا، پھر سے پانے کے ل</w:t>
      </w:r>
    </w:p>
    <w:p>
      <w:r>
        <w:rPr>
          <w:b/>
        </w:rPr>
        <w:t xml:space="preserve">[39:19] </w:t>
      </w:r>
      <w:r>
        <w:t>iye is ke andar spirit ubhar aaye. To main dua karta hoon Allah taala se apne liye aur aap sab logon ke liye ke hum isi ko kehte hain sirat e mustaqeem keh hum sirat e mustaqeem par chalne wale banen.</w:t>
      </w:r>
    </w:p>
    <w:p>
      <w:pPr>
        <w:jc w:val="right"/>
      </w:pPr>
      <w:r>
        <w:t>ئے اس کے اندر اسپرٹ ابھر آئے۔ تو میں دعا کرتا ہوں اللہ تعالیٰ سے اپنے لئے اور آپ سب لوگوں کے لئے کہ ہم اسی کو کہتے ہیں صراط مستقیم کہ ہم صراط مستقیم پر چلنے والے بنیں۔</w:t>
      </w:r>
    </w:p>
    <w:p>
      <w:r>
        <w:rPr>
          <w:b/>
        </w:rPr>
        <w:t xml:space="preserve">[39:49] </w:t>
      </w:r>
      <w:r>
        <w:t>yeh sab baaten jo hain isi ka naam hai sirat e mustaqeem.</w:t>
      </w:r>
    </w:p>
    <w:p>
      <w:pPr>
        <w:jc w:val="right"/>
      </w:pPr>
      <w:r>
        <w:t>یہ سب باتیں جو ہیں اسی کا نام ہے صراط مستقیم۔</w:t>
      </w:r>
    </w:p>
    <w:p>
      <w:r>
        <w:rPr>
          <w:b/>
        </w:rPr>
        <w:t xml:space="preserve">[39:56] </w:t>
      </w:r>
      <w:r>
        <w:t>sirat e mustaqeem koi purasrar cheez nahi hai, mysterious cheez nahi hai.</w:t>
      </w:r>
    </w:p>
    <w:p>
      <w:pPr>
        <w:jc w:val="right"/>
      </w:pPr>
      <w:r>
        <w:t>صراط مستقیم کوئی پراسرار چیز نہیں ہے، مسٹیریس چیز نہیں ہے۔</w:t>
      </w:r>
    </w:p>
    <w:p>
      <w:r>
        <w:rPr>
          <w:b/>
        </w:rPr>
        <w:t xml:space="preserve">[40:02] </w:t>
      </w:r>
      <w:r>
        <w:t>sirat e mustaqeem yahi baaten jo maine arz keen, yahi sirat e mustaqeem hai.</w:t>
      </w:r>
    </w:p>
    <w:p>
      <w:pPr>
        <w:jc w:val="right"/>
      </w:pPr>
      <w:r>
        <w:t>صراط مستقیم یہی باتیں جو میں نے عرض کیں، یہی صراط مستقیم ہے۔</w:t>
      </w:r>
    </w:p>
    <w:p>
      <w:r>
        <w:rPr>
          <w:b/>
        </w:rPr>
        <w:t xml:space="preserve">[40:08] </w:t>
      </w:r>
      <w:r>
        <w:t>to meri dua hai ke aap sab logon ke andar, khud mere andar, Allah taala yeh spirit paida</w:t>
      </w:r>
    </w:p>
    <w:p>
      <w:pPr>
        <w:jc w:val="right"/>
      </w:pPr>
      <w:r>
        <w:t>تو میری دعا ہے کہ آپ سب لوگوں کے اندر، خود میرے اندر، اللہ تعالیٰ یہ اسپرٹ پیدا</w:t>
      </w:r>
    </w:p>
    <w:p>
      <w:r>
        <w:rPr>
          <w:b/>
        </w:rPr>
        <w:t xml:space="preserve">[40:15] </w:t>
      </w:r>
      <w:r>
        <w:t>karen ke hum</w:t>
      </w:r>
    </w:p>
    <w:p>
      <w:pPr>
        <w:jc w:val="right"/>
      </w:pPr>
      <w:r>
        <w:t>کریں کہ ہم</w:t>
      </w:r>
    </w:p>
    <w:p>
      <w:r>
        <w:rPr>
          <w:b/>
        </w:rPr>
        <w:t xml:space="preserve">[40:21] </w:t>
      </w:r>
      <w:r>
        <w:t>sirat e mustaqeem par chalne wale banen, right path par chalne wale banen.</w:t>
      </w:r>
    </w:p>
    <w:p>
      <w:pPr>
        <w:jc w:val="right"/>
      </w:pPr>
      <w:r>
        <w:t>صراط مستقیم پر چلنے والے بنیں، رائٹ پاتھ پر چلنے والے بنیں۔</w:t>
      </w:r>
    </w:p>
    <w:p>
      <w:r>
        <w:rPr>
          <w:b/>
        </w:rPr>
        <w:t xml:space="preserve">[40:27] </w:t>
      </w:r>
      <w:r>
        <w:t>aur ek cheez to aap bilkul haram samajh kar chhod den, woh hai offend hona.</w:t>
      </w:r>
    </w:p>
    <w:p>
      <w:pPr>
        <w:jc w:val="right"/>
      </w:pPr>
      <w:r>
        <w:t>اور ایک چیز تو آپ بالکل حرام سمجھ کر چھوڑ دیں، وہ ہے افنڈ ہونا۔</w:t>
      </w:r>
    </w:p>
    <w:p>
      <w:r>
        <w:rPr>
          <w:b/>
        </w:rPr>
        <w:t xml:space="preserve">[40:33] </w:t>
      </w:r>
      <w:r>
        <w:t>aam taur par maine paya hai ke kisi ko koi naseehat ki jaye, kisi ko koi baat</w:t>
      </w:r>
    </w:p>
    <w:p>
      <w:pPr>
        <w:jc w:val="right"/>
      </w:pPr>
      <w:r>
        <w:t>عام طور پر میں نے پایا ہے کہ کسی کو کوئی نصیحت کی جائے، کسی کو کوئی بات</w:t>
      </w:r>
    </w:p>
    <w:p>
      <w:r>
        <w:rPr>
          <w:b/>
        </w:rPr>
        <w:t xml:space="preserve">[40:39] </w:t>
      </w:r>
      <w:r>
        <w:t>samjhaye jaye to foran offend ho jata hai ke mujh ko dekho yeh bura keh rahe hain, mujh</w:t>
      </w:r>
    </w:p>
    <w:p>
      <w:pPr>
        <w:jc w:val="right"/>
      </w:pPr>
      <w:r>
        <w:t>سمجھائی جائے تو فوراً افنڈ ہو جاتا ہے کہ مجھ کو دیکھو یہ برا کہہ رہے ہیں، مجھ</w:t>
      </w:r>
    </w:p>
    <w:p>
      <w:r>
        <w:rPr>
          <w:b/>
        </w:rPr>
        <w:t xml:space="preserve">[40:45] </w:t>
      </w:r>
      <w:r>
        <w:t>ko bura bata rahe hain. to</w:t>
      </w:r>
    </w:p>
    <w:p>
      <w:pPr>
        <w:jc w:val="right"/>
      </w:pPr>
      <w:r>
        <w:t>کو برا بتا رہے ہیں۔ تو</w:t>
      </w:r>
    </w:p>
    <w:p>
      <w:r>
        <w:rPr>
          <w:b/>
        </w:rPr>
        <w:t xml:space="preserve">[40:51] </w:t>
      </w:r>
      <w:r>
        <w:t>kam se kam, kam se kam, kam se kam aaj aap yeh faisla kijiye ke aap offend hone</w:t>
      </w:r>
    </w:p>
    <w:p>
      <w:pPr>
        <w:jc w:val="right"/>
      </w:pPr>
      <w:r>
        <w:t>کم سے کم، کم سے کم، کم سے کم آج آپ یہ فیصلہ کیجئے کہ آپ افنڈ ہونے</w:t>
      </w:r>
    </w:p>
    <w:p>
      <w:r>
        <w:rPr>
          <w:b/>
        </w:rPr>
        <w:t xml:space="preserve">[40:59] </w:t>
      </w:r>
      <w:r>
        <w:t>ko haram samjhen ge.</w:t>
      </w:r>
    </w:p>
    <w:p>
      <w:pPr>
        <w:jc w:val="right"/>
      </w:pPr>
      <w:r>
        <w:t>کو حرام سمجھیں گے۔</w:t>
      </w:r>
    </w:p>
    <w:p>
      <w:r>
        <w:rPr>
          <w:b/>
        </w:rPr>
        <w:t xml:space="preserve">[41:07] </w:t>
      </w:r>
      <w:r>
        <w:t>Islam mein kai cheezen hain jo ghair mehram haram hain, yani haram ke alfaaz mein in ka zikr</w:t>
      </w:r>
    </w:p>
    <w:p>
      <w:pPr>
        <w:jc w:val="right"/>
      </w:pPr>
      <w:r>
        <w:t>اسلام میں کئی چیزیں ہیں جو غیر محرم حرام ہیں، یعنی حرام کے الفاظ میں ان کا ذکر</w:t>
      </w:r>
    </w:p>
    <w:p>
      <w:r>
        <w:rPr>
          <w:b/>
        </w:rPr>
        <w:t xml:space="preserve">[41:16] </w:t>
      </w:r>
      <w:r>
        <w:t>to nahi aaya hai, lekin apni haqeeqat ke aitbaar se woh haram ke darje mein hain.</w:t>
      </w:r>
    </w:p>
    <w:p>
      <w:pPr>
        <w:jc w:val="right"/>
      </w:pPr>
      <w:r>
        <w:t>تو نہیں آیا ہے، لیکن اپنی حقیقت کے اعتبار سے وہ حرام کے درجے میں ہیں۔</w:t>
      </w:r>
    </w:p>
    <w:p>
      <w:r>
        <w:rPr>
          <w:b/>
        </w:rPr>
        <w:t xml:space="preserve">[41:24] </w:t>
      </w:r>
      <w:r>
        <w:t>to aaj se aap, yani minimum yeh hai, minimum ke aaj yeh faisla karen aap ke main aaj</w:t>
      </w:r>
    </w:p>
    <w:p>
      <w:pPr>
        <w:jc w:val="right"/>
      </w:pPr>
      <w:r>
        <w:t>تو آج سے آپ، یعنی منیمم یہ ہے، منیمم کہ آج یہ فیصلہ کریں آپ کہ میں آج</w:t>
      </w:r>
    </w:p>
    <w:p>
      <w:r>
        <w:rPr>
          <w:b/>
        </w:rPr>
        <w:t xml:space="preserve">[41:32] </w:t>
      </w:r>
      <w:r>
        <w:t>se offend hone ko haram samjhunga, offend hone ko haram samjhunga.</w:t>
      </w:r>
    </w:p>
    <w:p>
      <w:pPr>
        <w:jc w:val="right"/>
      </w:pPr>
      <w:r>
        <w:t>سے افنڈ ہونے کو حرام سمجھوں گا، افنڈ ہونے کو حرام سمجھوں گا۔</w:t>
      </w:r>
    </w:p>
    <w:p>
      <w:r>
        <w:rPr>
          <w:b/>
        </w:rPr>
        <w:t xml:space="preserve">[41:39] </w:t>
      </w:r>
      <w:r>
        <w:t>yeh minimum hai.</w:t>
      </w:r>
    </w:p>
    <w:p>
      <w:pPr>
        <w:jc w:val="right"/>
      </w:pPr>
      <w:r>
        <w:t>یہ منیمم ہے۔</w:t>
      </w:r>
    </w:p>
    <w:p>
      <w:r>
        <w:rPr>
          <w:b/>
        </w:rPr>
        <w:t xml:space="preserve">[41:47] </w:t>
      </w:r>
      <w:r>
        <w:t>ab maximum mein sab kuch shamil hai, sara quran, sara deen</w:t>
      </w:r>
    </w:p>
    <w:p>
      <w:pPr>
        <w:jc w:val="right"/>
      </w:pPr>
      <w:r>
        <w:t>اب میکسیمم میں سب کچھ شامل ہے، سارا قرآن، سارا دین</w:t>
      </w:r>
    </w:p>
    <w:p>
      <w:r>
        <w:rPr>
          <w:b/>
        </w:rPr>
        <w:t xml:space="preserve">[41:55] </w:t>
      </w:r>
      <w:r>
        <w:t>, lekin sara deen sirf nafiz karne ke maene mein nahi hai, implement karne ke maene mein nahi</w:t>
      </w:r>
    </w:p>
    <w:p>
      <w:pPr>
        <w:jc w:val="right"/>
      </w:pPr>
      <w:r>
        <w:t>، لیکن سارا دین صرف نافذ کرنے کے معنی میں نہیں ہے، امپلیمنٹ کرنے کے معنی میں نہیں</w:t>
      </w:r>
    </w:p>
    <w:p>
      <w:r>
        <w:rPr>
          <w:b/>
        </w:rPr>
        <w:t xml:space="preserve">[42:01] </w:t>
      </w:r>
      <w:r>
        <w:t>hai, follow karne ke maene mein hai.</w:t>
      </w:r>
    </w:p>
    <w:p>
      <w:pPr>
        <w:jc w:val="right"/>
      </w:pPr>
      <w:r>
        <w:t>ہے، فالو کرنے کے معنی میں ہے۔</w:t>
      </w:r>
    </w:p>
    <w:p>
      <w:r>
        <w:rPr>
          <w:b/>
        </w:rPr>
        <w:t xml:space="preserve">[42:07] </w:t>
      </w:r>
      <w:r>
        <w:t>yeh bohat bari bhool is zamane mein hui hai ke hamare rehnamaon ne islam ko enforce karne ki cheez samjha.</w:t>
      </w:r>
    </w:p>
    <w:p>
      <w:pPr>
        <w:jc w:val="right"/>
      </w:pPr>
      <w:r>
        <w:t>یہ بہت بڑی بھول اس زمانے میں ہوئی ہے کہ ہمارے رہنماؤں نے اسلام کو انفورس کرنے کی چیز سمجھا۔</w:t>
      </w:r>
    </w:p>
    <w:p>
      <w:r>
        <w:rPr>
          <w:b/>
        </w:rPr>
        <w:t xml:space="preserve">[42:13] </w:t>
      </w:r>
      <w:r>
        <w:t>islam ko hamare jitne bare bare jo rehnama paida hue is zamane mein, un se ek bohat bhayanak</w:t>
      </w:r>
    </w:p>
    <w:p>
      <w:pPr>
        <w:jc w:val="right"/>
      </w:pPr>
      <w:r>
        <w:t>اسلام کو ہمارے جتنے بڑے بڑے جو رہنما پیدا ہوئے اس زمانے میں، ان سے ایک بہت بھیانک</w:t>
      </w:r>
    </w:p>
    <w:p>
      <w:r>
        <w:rPr>
          <w:b/>
        </w:rPr>
        <w:t xml:space="preserve">[42:19] </w:t>
      </w:r>
      <w:r>
        <w:t>ghalti hui, bhayanak ke unhon ne islam ko</w:t>
      </w:r>
    </w:p>
    <w:p>
      <w:pPr>
        <w:jc w:val="right"/>
      </w:pPr>
      <w:r>
        <w:t>غلطی ہوئی، بھیانک کہ انہوں نے اسلام کو</w:t>
      </w:r>
    </w:p>
    <w:p>
      <w:r>
        <w:rPr>
          <w:b/>
        </w:rPr>
        <w:t xml:space="preserve">[42:25] </w:t>
      </w:r>
      <w:r>
        <w:t>enforce karne ki cheez samajh liya, islam ko nafiz karne ki cheez samajh liya.</w:t>
      </w:r>
    </w:p>
    <w:p>
      <w:pPr>
        <w:jc w:val="right"/>
      </w:pPr>
      <w:r>
        <w:t>انفورس کرنے کی چیز سمجھ لیا، اسلام کو نافذ کرنے کی چیز سمجھ لیا۔</w:t>
      </w:r>
    </w:p>
    <w:p>
      <w:r>
        <w:rPr>
          <w:b/>
        </w:rPr>
        <w:t xml:space="preserve">[42:31] </w:t>
      </w:r>
      <w:r>
        <w:t>islam to follow karne ki cheez hai.</w:t>
      </w:r>
    </w:p>
    <w:p>
      <w:pPr>
        <w:jc w:val="right"/>
      </w:pPr>
      <w:r>
        <w:t>اسلام تو فالو کرنے کی چیز ہے۔</w:t>
      </w:r>
    </w:p>
    <w:p>
      <w:r>
        <w:rPr>
          <w:b/>
        </w:rPr>
        <w:t xml:space="preserve">[42:37] </w:t>
      </w:r>
      <w:r>
        <w:t>isi ghalti ki wajah se sare muslim dunya mein violence hai, violence, violence.</w:t>
      </w:r>
    </w:p>
    <w:p>
      <w:pPr>
        <w:jc w:val="right"/>
      </w:pPr>
      <w:r>
        <w:t>اسی غلطی کی وجہ سے سارے مسلم دنیا میں وائلنس ہے، وائلنس، وائلنس۔</w:t>
      </w:r>
    </w:p>
    <w:p>
      <w:r>
        <w:rPr>
          <w:b/>
        </w:rPr>
        <w:t xml:space="preserve">[42:43] </w:t>
      </w:r>
      <w:r>
        <w:t>to aaj yeh faisla kijiye ke aap bilkul is ghalti se nikalenge taake aap Allah ki rehmat</w:t>
      </w:r>
    </w:p>
    <w:p>
      <w:pPr>
        <w:jc w:val="right"/>
      </w:pPr>
      <w:r>
        <w:t>تو آج یہ فیصلہ کیجئے کہ آپ بالکل اس غلطی سے نکالیں گے تاکہ آپ اللہ کی رحمت</w:t>
      </w:r>
    </w:p>
    <w:p>
      <w:r>
        <w:rPr>
          <w:b/>
        </w:rPr>
        <w:t xml:space="preserve">[42:49] </w:t>
      </w:r>
      <w:r>
        <w:t>ke mustahiq ban</w:t>
      </w:r>
    </w:p>
    <w:p>
      <w:pPr>
        <w:jc w:val="right"/>
      </w:pPr>
      <w:r>
        <w:t>کے مستحق بن</w:t>
      </w:r>
    </w:p>
    <w:p>
      <w:r>
        <w:rPr>
          <w:b/>
        </w:rPr>
        <w:t xml:space="preserve">[42:55] </w:t>
      </w:r>
      <w:r>
        <w:t>en, taake aap ko Allah taala apni jannaton mein dakhil farmaye.</w:t>
      </w:r>
    </w:p>
    <w:p>
      <w:pPr>
        <w:jc w:val="right"/>
      </w:pPr>
      <w:r>
        <w:t>یں، تاکہ آپ کو اللہ تعالیٰ اپنی جنتوں میں داخل فرمائے۔</w:t>
      </w:r>
    </w:p>
    <w:p>
      <w:r>
        <w:rPr>
          <w:b/>
        </w:rPr>
        <w:t xml:space="preserve">[43:03] </w:t>
      </w:r>
      <w:r>
        <w:t>assalam o alaikum wa rehmatullah.</w:t>
      </w:r>
    </w:p>
    <w:p>
      <w:pPr>
        <w:jc w:val="right"/>
      </w:pPr>
      <w:r>
        <w:t>السلام علیکم ورحمتہ اللہ۔</w:t>
      </w:r>
    </w:p>
    <w:p>
      <w:r>
        <w:rPr>
          <w:b/>
        </w:rPr>
        <w:t xml:space="preserve">[43:10] </w:t>
      </w:r>
      <w:r>
        <w:t>Okay, so ah ah, I will start reading out the comments that have come ah in today's talk.</w:t>
      </w:r>
    </w:p>
    <w:p>
      <w:pPr>
        <w:jc w:val="right"/>
      </w:pPr>
      <w:r>
        <w:t>اوکے، سو آہ آہ، آئی ویل سٹارٹ ریڈنگ آؤٹ دی کمنٹس دیٹ ہیو کم آہ ان ٹوڈے ٹاک۔</w:t>
      </w:r>
    </w:p>
    <w:p>
      <w:r>
        <w:rPr>
          <w:b/>
        </w:rPr>
        <w:t xml:space="preserve">[43:18] </w:t>
      </w:r>
      <w:r>
        <w:t>aah Maulana sahib, pehla comment bheja hai Ms Sidra Humayun ne Pakistan se</w:t>
      </w:r>
    </w:p>
    <w:p>
      <w:pPr>
        <w:jc w:val="right"/>
      </w:pPr>
      <w:r>
        <w:t>آہ مولانا صاحب، پہلا کمنٹ بھیجا ہے مس سدرہ ہمایوں نے پاکستان سے</w:t>
      </w:r>
    </w:p>
    <w:p>
      <w:r>
        <w:rPr>
          <w:b/>
        </w:rPr>
        <w:t xml:space="preserve">[43:26] </w:t>
      </w:r>
      <w:r>
        <w:t>, unhon ne likha hai: "Maulana sahib, aap ko ajr e azeem ata karein, Allah aap ko ajr e azeem</w:t>
      </w:r>
    </w:p>
    <w:p>
      <w:pPr>
        <w:jc w:val="right"/>
      </w:pPr>
      <w:r>
        <w:t>، انہوں نے لکھا ہے: "مولانا صاحب، آپ کو اجر عظیم عطا کریں، اللہ آپ کو اجر عظیم</w:t>
      </w:r>
    </w:p>
    <w:p>
      <w:r>
        <w:rPr>
          <w:b/>
        </w:rPr>
        <w:t xml:space="preserve">[43:33] </w:t>
      </w:r>
      <w:r>
        <w:t>ata karein." We had spend a meaningful Ramadan with you, Alhamdulillah.</w:t>
      </w:r>
    </w:p>
    <w:p>
      <w:pPr>
        <w:jc w:val="right"/>
      </w:pPr>
      <w:r>
        <w:t>عطا کریں۔" وی ہیڈ سپینڈ ا میننگ فل رمضان ود یو، الحمدللہ۔</w:t>
      </w:r>
    </w:p>
    <w:p>
      <w:r>
        <w:rPr>
          <w:b/>
        </w:rPr>
        <w:t xml:space="preserve">[43:41] </w:t>
      </w:r>
      <w:r>
        <w:t>Maulana Iqbal Umri ne Chennai se likha hai: "Allah ki qadar aur azmat is ke creation plan ko</w:t>
      </w:r>
    </w:p>
    <w:p>
      <w:pPr>
        <w:jc w:val="right"/>
      </w:pPr>
      <w:r>
        <w:t>مولانا اقبال عمری نے چنئی سے لکھا ہے: "اللہ کی قدر اور عظمت اس کے کریشن پلان کو</w:t>
      </w:r>
    </w:p>
    <w:p>
      <w:r>
        <w:rPr>
          <w:b/>
        </w:rPr>
        <w:t xml:space="preserve">[43:48] </w:t>
      </w:r>
      <w:r>
        <w:t>جاننے سے ہی ممکن ہے، آج واضح ہوا۔" مس شبانہ انصاری نے پاکستان سے لکھا ہے: "May Allah grant</w:t>
      </w:r>
    </w:p>
    <w:p>
      <w:pPr>
        <w:jc w:val="right"/>
      </w:pPr>
      <w:r>
        <w:t>جاننے سے ہی ممکن ہے، آج واضح ہوا۔" مس شبانہ انصاری نے پاکستان سے لکھا ہے: "مے اللہ گر</w:t>
      </w:r>
    </w:p>
    <w:p>
      <w:r>
        <w:rPr>
          <w:b/>
        </w:rPr>
        <w:t xml:space="preserve">[43:56] </w:t>
      </w:r>
      <w:r>
        <w:t>ant us all akhirat oriented life in this life." Dr. Safeena Tabassum ne Ajmer se likha hai: "Maulana sahib, aaj clear hua ke jo log Allah ke deen ko nafiz karne ko apna farz mante hain, aslan wo Khuda ko underestimate kar rahe hain. Allah ki azmat itni choti nahi ho sakti ke wo jo chahe na kar sake." Muhammad Abdullah sahib ne Kolka</w:t>
      </w:r>
    </w:p>
    <w:p>
      <w:pPr>
        <w:jc w:val="right"/>
      </w:pPr>
      <w:r>
        <w:t>انٹ از آل آخرت اورینٹڈ لائف ان دس لائف۔" ڈاکٹر سفینہ تبسم نے اجمیر سے لکھا ہے: "مولانا صاحب، آج کلیئر ہوا کہ جو لوگ اللہ کے دین کو نافذ کرنے کو اپنا فرض مانتے ہیں، اصلاً وہ خدا کو انڈر ایسٹیمیٹ کر رہے ہیں۔ اللہ کی عظمت اتنی چھوٹی نہیں ہو سکتی کہ وہ جو چاہے نہ کر سکے۔" محمد عبداللہ صاحب نے کلکت</w:t>
      </w:r>
    </w:p>
    <w:p>
      <w:r>
        <w:rPr>
          <w:b/>
        </w:rPr>
        <w:t xml:space="preserve">[44:26] </w:t>
      </w:r>
      <w:r>
        <w:t>ہ سے لکھا ہے: "جزاک اللہ مولانا صاحب to help me come out of the confusion about hope</w:t>
      </w:r>
    </w:p>
    <w:p>
      <w:pPr>
        <w:jc w:val="right"/>
      </w:pPr>
      <w:r>
        <w:t>ہ سے لکھا ہے: "جزاک اللہ مولانا صاحب ٹو ہیلپ می کم آؤٹ آف دا کنفیوژن اباؤٹ ہوپ</w:t>
      </w:r>
    </w:p>
    <w:p>
      <w:r>
        <w:rPr>
          <w:b/>
        </w:rPr>
        <w:t xml:space="preserve">[44:34] </w:t>
      </w:r>
      <w:r>
        <w:t>and wishful thinking." Dr Muhammad Waqar Alam sahib ne USA se likha hai: "Great naseehat."</w:t>
      </w:r>
    </w:p>
    <w:p>
      <w:pPr>
        <w:jc w:val="right"/>
      </w:pPr>
      <w:r>
        <w:t>اینڈ وش فل تھنکنگ۔" ڈاکٹر محمد وقار عالم صاحب نے یو ایس اے سے لکھا ہے: "گریٹ نصیحت۔"</w:t>
      </w:r>
    </w:p>
    <w:p>
      <w:r>
        <w:rPr>
          <w:b/>
        </w:rPr>
        <w:t xml:space="preserve">[44:42] </w:t>
      </w:r>
      <w:r>
        <w:t>Ms Firdous Sharif ne likha hai: "Aap ne bohat hi aala naseehat ki ke Allah Pak ki rehmat</w:t>
      </w:r>
    </w:p>
    <w:p>
      <w:pPr>
        <w:jc w:val="right"/>
      </w:pPr>
      <w:r>
        <w:t>مس فردوس شریف نے لکھا ہے: "آپ نے بہت ہی اعلیٰ نصیحت کی کہ اللہ پاک کی رحمت</w:t>
      </w:r>
    </w:p>
    <w:p>
      <w:r>
        <w:rPr>
          <w:b/>
        </w:rPr>
        <w:t xml:space="preserve">[44:50] </w:t>
      </w:r>
      <w:r>
        <w:t>aap par ho."</w:t>
      </w:r>
    </w:p>
    <w:p>
      <w:pPr>
        <w:jc w:val="right"/>
      </w:pPr>
      <w:r>
        <w:t>آپ پر ہو۔"</w:t>
      </w:r>
    </w:p>
    <w:p>
      <w:r>
        <w:rPr>
          <w:b/>
        </w:rPr>
        <w:t xml:space="preserve">[44:58] </w:t>
      </w:r>
      <w:r>
        <w:t>محمد ایوب صاحب نے پٹیالہ سے لکھا ہے: "Great advice. Islam follow کرنے کے لئے ہے، نافذ کرنے</w:t>
      </w:r>
    </w:p>
    <w:p>
      <w:pPr>
        <w:jc w:val="right"/>
      </w:pPr>
      <w:r>
        <w:t>محمد ایوب صاحب نے پٹیالہ سے لکھا ہے: "گریٹ ایڈوائس، اسلام فالو کرنے کے لئے ہے، نافذ کرنے</w:t>
      </w:r>
    </w:p>
    <w:p>
      <w:r>
        <w:rPr>
          <w:b/>
        </w:rPr>
        <w:t xml:space="preserve">[45:04] </w:t>
      </w:r>
      <w:r>
        <w:t>ke liye nahi." Jazak Allah.</w:t>
      </w:r>
    </w:p>
    <w:p>
      <w:pPr>
        <w:jc w:val="right"/>
      </w:pPr>
      <w:r>
        <w:t>کے لئے نہیں۔" جزاک اللہ۔</w:t>
      </w:r>
    </w:p>
    <w:p>
      <w:r>
        <w:rPr>
          <w:b/>
        </w:rPr>
        <w:t xml:space="preserve">[45:10] </w:t>
      </w:r>
      <w:r>
        <w:t>مس شبانہ انصاری نے پاکستان سے لکھا ہے: "Very true Maulana Sahib, Islam is for following, not for</w:t>
      </w:r>
    </w:p>
    <w:p>
      <w:pPr>
        <w:jc w:val="right"/>
      </w:pPr>
      <w:r>
        <w:t>مس شبانہ انصاری نے پاکستان سے لکھا ہے: "ویری ٹرو مولانا صاحب، اسلام از فار فالوئنگ، ناٹ فار</w:t>
      </w:r>
    </w:p>
    <w:p>
      <w:r>
        <w:rPr>
          <w:b/>
        </w:rPr>
        <w:t xml:space="preserve">[45:17] </w:t>
      </w:r>
      <w:r>
        <w:t>enforcement." Jazak Allah.</w:t>
      </w:r>
    </w:p>
    <w:p>
      <w:pPr>
        <w:jc w:val="right"/>
      </w:pPr>
      <w:r>
        <w:t>انفورسمنٹ۔" جزاک اللہ۔</w:t>
      </w:r>
    </w:p>
    <w:p>
      <w:r>
        <w:rPr>
          <w:b/>
        </w:rPr>
        <w:t xml:space="preserve">[45:23] </w:t>
      </w:r>
      <w:r>
        <w:t>Muhammad Irfan Rashidi from Nagpur writes: "Jazakallah Maulana Sahib, your every talk</w:t>
      </w:r>
    </w:p>
    <w:p>
      <w:pPr>
        <w:jc w:val="right"/>
      </w:pPr>
      <w:r>
        <w:t>محمد عرفان رشیدی نے ناگپور سے لکھا ہے: "جزاک اللہ مولانا صاحب، یور ایوری ٹاک</w:t>
      </w:r>
    </w:p>
    <w:p>
      <w:r>
        <w:rPr>
          <w:b/>
        </w:rPr>
        <w:t xml:space="preserve">[45:29] </w:t>
      </w:r>
      <w:r>
        <w:t>"During Ramadan guided me to the true spirit of Ramadan." Faisal Saleem Sahib has written from Bangalore:</w:t>
      </w:r>
    </w:p>
    <w:p>
      <w:pPr>
        <w:jc w:val="right"/>
      </w:pPr>
      <w:r>
        <w:t>ڈیورنگ رمضان گائیڈڈ می ٹو دا ٹرو سپرٹ آف رمضان۔" فیصل سلیم صاحب نے بینگلور سے لکھا ہے:</w:t>
      </w:r>
    </w:p>
    <w:p>
      <w:r>
        <w:rPr>
          <w:b/>
        </w:rPr>
        <w:t xml:space="preserve">[45:37] </w:t>
      </w:r>
      <w:r>
        <w:t>Jazakallah Maulana Sahab, your every speech in this month has made me understand what actually Ramadan means</w:t>
      </w:r>
    </w:p>
    <w:p>
      <w:pPr>
        <w:jc w:val="right"/>
      </w:pPr>
      <w:r>
        <w:t>"جزاک اللہ مولانا صاحب، یور ایوری سپیچ ان دس منتھ ہیز میڈ می انڈرسٹڈ واٹ ایکچولی رمضان مینز</w:t>
      </w:r>
    </w:p>
    <w:p>
      <w:r>
        <w:rPr>
          <w:b/>
        </w:rPr>
        <w:t xml:space="preserve">[45:45] </w:t>
      </w:r>
      <w:r>
        <w:t>and how helpful is it in our life." Dr Aslam Khan ne Saharanpur se likha hai:</w:t>
      </w:r>
    </w:p>
    <w:p>
      <w:pPr>
        <w:jc w:val="right"/>
      </w:pPr>
      <w:r>
        <w:t>اینڈ ہاؤ ہیلپ فل از اٹ ان آر لائف۔" ڈاکٹر اسلم خان نے سارن پور سے لکھا ہے:</w:t>
      </w:r>
    </w:p>
    <w:p>
      <w:r>
        <w:rPr>
          <w:b/>
        </w:rPr>
        <w:t xml:space="preserve">[45:54] </w:t>
      </w:r>
      <w:r>
        <w:t>"Our great concern Ms B Allah."</w:t>
      </w:r>
    </w:p>
    <w:p>
      <w:pPr>
        <w:jc w:val="right"/>
      </w:pPr>
      <w:r>
        <w:t>"آر گریٹ کنسرن مس بی اللہ۔"</w:t>
      </w:r>
    </w:p>
    <w:p>
      <w:r>
        <w:rPr>
          <w:b/>
        </w:rPr>
        <w:t xml:space="preserve">[46:02] </w:t>
      </w:r>
      <w:r>
        <w:t>Dr. Naghma Siddiqui ne Delhi se likha hai: "The interpretation you gave about the Quranic words of the heavens and earth being in God's hands and grasp is truly an eye opener. I have truly been able to discover God at a much higher level and realized how to develop high thinking." Jazak Allah Maulana sahib. Okay, so we will end today's session. From next</w:t>
      </w:r>
    </w:p>
    <w:p>
      <w:pPr>
        <w:jc w:val="right"/>
      </w:pPr>
      <w:r>
        <w:t>ڈاکٹر نغمہ صدیقی نے دلی سے لکھا ہے: "دا انٹرپریٹیشن یو گیو اباؤٹ دا قرآنک ورڈز آف دی ہیونز اینڈ ارتھ بینگ ان گاڈز ہینڈز اینڈ گراسپ از ٹرولی اینڈ آئی اوپنر۔ آئی ہیو ٹرولی بین ایبل ٹو ڈسکور گاڈ ایٹ ا مچ ہائیر لیول اینڈ ریلائزڈ ہاؤ ٹو ڈویلپ ہائی تھنکنگ۔" جزاک اللہ مولانا صاحب۔ اوکے، سو وی ویل اینڈ ٹوڈے سیشن۔ فرام نیکسٹ</w:t>
      </w:r>
    </w:p>
    <w:p>
      <w:r>
        <w:rPr>
          <w:b/>
        </w:rPr>
        <w:t xml:space="preserve">[46:32] </w:t>
      </w:r>
      <w:r>
        <w:t>Sunday we will resume the question answer session after Maulana's talk, so you may send your questions immediately after the talk is over. Keep watching CPS International and write to us with your feedback or if you want to join CPS. Thank you.</w:t>
      </w:r>
    </w:p>
    <w:p>
      <w:pPr>
        <w:jc w:val="right"/>
      </w:pPr>
      <w:r>
        <w:t>سنڈے وی ویل ریزیوم دی کوئسچن انسر سیشن افٹر مولانا ٹاک، سو یو می سینڈ یور کوئسچنز امیڈیٹلی افٹر دا ٹاک از اوور۔ کیپ واچنگ سی پی ایس انٹرنیشنل اینڈ رائٹ ٹو اس ود یور فیڈ بیک اور اف یو وانٹ ٹو جوائن سی پی ایس۔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