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Tajdid in Islam April 19, 2007</w:t>
      </w:r>
    </w:p>
    <w:p>
      <w:r>
        <w:t>https://www.youtube.com/watch?v=xOF-8m3m7KA</w:t>
      </w:r>
    </w:p>
    <w:p>
      <w:r>
        <w:rPr>
          <w:b/>
        </w:rPr>
        <w:t xml:space="preserve">[00:10] </w:t>
      </w:r>
      <w:r>
        <w:t>wasallallahu ala nabiyil kareem. rab ishrah li sadri, wa yassir li amri, wah lul uqdatan min lisani, yafqahu qawli.</w:t>
      </w:r>
    </w:p>
    <w:p>
      <w:pPr>
        <w:jc w:val="right"/>
      </w:pPr>
      <w:r>
        <w:t>وصلی اللہ علی النبی الکریم۔ رب اشرح لی صدری، ویسر لی امری، واحل العقدۃ من لسانی، یفقہ قولی۔</w:t>
      </w:r>
    </w:p>
    <w:p>
      <w:r>
        <w:rPr>
          <w:b/>
        </w:rPr>
        <w:t xml:space="preserve">[00:29] </w:t>
      </w:r>
      <w:r>
        <w:t>The theme for the present talk is tajdeed.</w:t>
      </w:r>
    </w:p>
    <w:p>
      <w:pPr>
        <w:jc w:val="right"/>
      </w:pPr>
      <w:r>
        <w:t>دا تھیم فار دا پریزنٹ ٹاک از تجدید</w:t>
      </w:r>
    </w:p>
    <w:p>
      <w:r>
        <w:rPr>
          <w:b/>
        </w:rPr>
        <w:t xml:space="preserve">[00:39] </w:t>
      </w:r>
      <w:r>
        <w:t>. da concept of tajdeed in islam.</w:t>
      </w:r>
    </w:p>
    <w:p>
      <w:pPr>
        <w:jc w:val="right"/>
      </w:pPr>
      <w:r>
        <w:t>۔ دا کانسیپٹ آف تجدید ان اسلام۔</w:t>
      </w:r>
    </w:p>
    <w:p>
      <w:r>
        <w:rPr>
          <w:b/>
        </w:rPr>
        <w:t xml:space="preserve">[00:46] </w:t>
      </w:r>
      <w:r>
        <w:t>tajdeed is a very important institution in islam.</w:t>
      </w:r>
    </w:p>
    <w:p>
      <w:pPr>
        <w:jc w:val="right"/>
      </w:pPr>
      <w:r>
        <w:t>تجدید از اے ویری امپورٹنٹ انسٹیٹیوشن ان اسلام۔</w:t>
      </w:r>
    </w:p>
    <w:p>
      <w:r>
        <w:rPr>
          <w:b/>
        </w:rPr>
        <w:t xml:space="preserve">[00:54] </w:t>
      </w:r>
      <w:r>
        <w:t>literally tajdeed means to renew, to refresh, to revive.</w:t>
      </w:r>
    </w:p>
    <w:p>
      <w:pPr>
        <w:jc w:val="right"/>
      </w:pPr>
      <w:r>
        <w:t>لٹرلی تجدید مینز ٹو رینیو، ٹو ریفریش، ٹو ریوائیو۔</w:t>
      </w:r>
    </w:p>
    <w:p>
      <w:r>
        <w:rPr>
          <w:b/>
        </w:rPr>
        <w:t xml:space="preserve">[01:05] </w:t>
      </w:r>
      <w:r>
        <w:t>so tajdeed means revival ya revivalism.</w:t>
      </w:r>
    </w:p>
    <w:p>
      <w:pPr>
        <w:jc w:val="right"/>
      </w:pPr>
      <w:r>
        <w:t>سو تجدید مینز ریوائیول یا ریوائیولزم۔</w:t>
      </w:r>
    </w:p>
    <w:p>
      <w:r>
        <w:rPr>
          <w:b/>
        </w:rPr>
        <w:t xml:space="preserve">[01:12] </w:t>
      </w:r>
      <w:r>
        <w:t>it is very important in islam, in islamic life. da concept of tajdeed is based on a tradition.</w:t>
      </w:r>
    </w:p>
    <w:p>
      <w:pPr>
        <w:jc w:val="right"/>
      </w:pPr>
      <w:r>
        <w:t>اٹ از ویری امپورٹنٹ ان اسلام، ان اسلامک لائف۔ دا کانسیپٹ آف تجدید از بیسڈ ان اے ٹریڈیشن۔</w:t>
      </w:r>
    </w:p>
    <w:p>
      <w:r>
        <w:rPr>
          <w:b/>
        </w:rPr>
        <w:t xml:space="preserve">[01:29] </w:t>
      </w:r>
      <w:r>
        <w:t>The Prophet of Islam has said: "in allah yu ali ras kull miat sanat man yujaddid dineh".</w:t>
      </w:r>
    </w:p>
    <w:p>
      <w:pPr>
        <w:jc w:val="right"/>
      </w:pPr>
      <w:r>
        <w:t>دا پرافٹ آف اسلام ہیز سیڈ: "ان اللہ یو علی راس کل میت سنت من یجدد دینہ"۔</w:t>
      </w:r>
    </w:p>
    <w:p>
      <w:r>
        <w:rPr>
          <w:b/>
        </w:rPr>
        <w:t xml:space="preserve">[01:46] </w:t>
      </w:r>
      <w:r>
        <w:t>yeh hadith</w:t>
      </w:r>
    </w:p>
    <w:p>
      <w:pPr>
        <w:jc w:val="right"/>
      </w:pPr>
      <w:r>
        <w:t>یہ حدیث</w:t>
      </w:r>
    </w:p>
    <w:p>
      <w:r>
        <w:rPr>
          <w:b/>
        </w:rPr>
        <w:t xml:space="preserve">[01:48] </w:t>
      </w:r>
      <w:r>
        <w:t>. it means that</w:t>
      </w:r>
    </w:p>
    <w:p>
      <w:pPr>
        <w:jc w:val="right"/>
      </w:pPr>
      <w:r>
        <w:t>۔ اٹ مینز دیٹ</w:t>
      </w:r>
    </w:p>
    <w:p>
      <w:r>
        <w:rPr>
          <w:b/>
        </w:rPr>
        <w:t xml:space="preserve">[01:53] </w:t>
      </w:r>
      <w:r>
        <w:t>after every century or after every one hundred years, god will send a person who will revive the religion of islam.</w:t>
      </w:r>
    </w:p>
    <w:p>
      <w:pPr>
        <w:jc w:val="right"/>
      </w:pPr>
      <w:r>
        <w:t>افٹر ایوری سینچری اور افٹر ایوری ون ہنڈرڈ ایئرز، گاڈ ول سینڈ ا پرسن ہو ول ریوائیو دا ریلیجن آف اسلام۔</w:t>
      </w:r>
    </w:p>
    <w:p>
      <w:r>
        <w:rPr>
          <w:b/>
        </w:rPr>
        <w:t xml:space="preserve">[02:13] </w:t>
      </w:r>
      <w:r>
        <w:t>this is tajdeed.</w:t>
      </w:r>
    </w:p>
    <w:p>
      <w:pPr>
        <w:jc w:val="right"/>
      </w:pPr>
      <w:r>
        <w:t>دس از تجدید۔</w:t>
      </w:r>
    </w:p>
    <w:p>
      <w:r>
        <w:rPr>
          <w:b/>
        </w:rPr>
        <w:t xml:space="preserve">[02:19] </w:t>
      </w:r>
      <w:r>
        <w:t>so why is this tajdeed? you know, religion of islam is a complete religion.</w:t>
      </w:r>
    </w:p>
    <w:p>
      <w:pPr>
        <w:jc w:val="right"/>
      </w:pPr>
      <w:r>
        <w:t>سو وائی از دس تجدید؟ یو نو، ریلیجن آف اسلام از اے کمپلیٹ ریلیجن۔</w:t>
      </w:r>
    </w:p>
    <w:p>
      <w:r>
        <w:rPr>
          <w:b/>
        </w:rPr>
        <w:t xml:space="preserve">[02:32] </w:t>
      </w:r>
      <w:r>
        <w:t>Quran is an eternal book.</w:t>
      </w:r>
    </w:p>
    <w:p>
      <w:pPr>
        <w:jc w:val="right"/>
      </w:pPr>
      <w:r>
        <w:t>قرآن از این ایٹرنل بک۔</w:t>
      </w:r>
    </w:p>
    <w:p>
      <w:r>
        <w:rPr>
          <w:b/>
        </w:rPr>
        <w:t xml:space="preserve">[02:38] </w:t>
      </w:r>
      <w:r>
        <w:t>Quranic ideology is an eternal ideology. Then why revivalism?</w:t>
      </w:r>
    </w:p>
    <w:p>
      <w:pPr>
        <w:jc w:val="right"/>
      </w:pPr>
      <w:r>
        <w:t>قرآنک ائیڈیالوجی از این ایٹرنل ائیڈیالوجی۔ دین وائی ریوائیولزم؟</w:t>
      </w:r>
    </w:p>
    <w:p>
      <w:r>
        <w:rPr>
          <w:b/>
        </w:rPr>
        <w:t xml:space="preserve">[02:47] </w:t>
      </w:r>
      <w:r>
        <w:t>it is due to the law of nature.</w:t>
      </w:r>
    </w:p>
    <w:p>
      <w:pPr>
        <w:jc w:val="right"/>
      </w:pPr>
      <w:r>
        <w:t>اٹ از ڈیو ٹو دا لاء آف نیچر۔</w:t>
      </w:r>
    </w:p>
    <w:p>
      <w:r>
        <w:rPr>
          <w:b/>
        </w:rPr>
        <w:t xml:space="preserve">[02:51] </w:t>
      </w:r>
      <w:r>
        <w:t>in our present world, it is law of nature that everything</w:t>
      </w:r>
    </w:p>
    <w:p>
      <w:pPr>
        <w:jc w:val="right"/>
      </w:pPr>
      <w:r>
        <w:t>ان اور پریزنٹ ورلڈ، اٹ از لاء آف نیچر دیٹ ایوری تھنگ</w:t>
      </w:r>
    </w:p>
    <w:p>
      <w:r>
        <w:rPr>
          <w:b/>
        </w:rPr>
        <w:t xml:space="preserve">[03:02] </w:t>
      </w:r>
      <w:r>
        <w:t>is subject to decay, deterioration.</w:t>
      </w:r>
    </w:p>
    <w:p>
      <w:pPr>
        <w:jc w:val="right"/>
      </w:pPr>
      <w:r>
        <w:t>از سبجیکٹ ٹو ڈیکے، ڈیٹوریشن۔</w:t>
      </w:r>
    </w:p>
    <w:p>
      <w:r>
        <w:rPr>
          <w:b/>
        </w:rPr>
        <w:t xml:space="preserve">[03:10] </w:t>
      </w:r>
      <w:r>
        <w:t>so religion is not an exception.</w:t>
      </w:r>
    </w:p>
    <w:p>
      <w:pPr>
        <w:jc w:val="right"/>
      </w:pPr>
      <w:r>
        <w:t>سو ریلیجن از ناٹ این ایکسیپشن۔</w:t>
      </w:r>
    </w:p>
    <w:p>
      <w:r>
        <w:rPr>
          <w:b/>
        </w:rPr>
        <w:t xml:space="preserve">[03:16] </w:t>
      </w:r>
      <w:r>
        <w:t>after some generations, there is a deterioration in religion also. religion means people of religion.</w:t>
      </w:r>
    </w:p>
    <w:p>
      <w:pPr>
        <w:jc w:val="right"/>
      </w:pPr>
      <w:r>
        <w:t>افٹر سم جنریشنز، دیر از اے ڈیٹوریشن ان ریلیجن السو۔ ریلیجن مینز پیپل آف ریلیجن۔</w:t>
      </w:r>
    </w:p>
    <w:p>
      <w:r>
        <w:rPr>
          <w:b/>
        </w:rPr>
        <w:t xml:space="preserve">[03:29] </w:t>
      </w:r>
      <w:r>
        <w:t>so</w:t>
      </w:r>
    </w:p>
    <w:p>
      <w:pPr>
        <w:jc w:val="right"/>
      </w:pPr>
      <w:r>
        <w:t>سو</w:t>
      </w:r>
    </w:p>
    <w:p>
      <w:r>
        <w:rPr>
          <w:b/>
        </w:rPr>
        <w:t xml:space="preserve">[03:33] </w:t>
      </w:r>
      <w:r>
        <w:t>it is this law of nature which requires tajdeed, to renew again, to refresh again.</w:t>
      </w:r>
    </w:p>
    <w:p>
      <w:pPr>
        <w:jc w:val="right"/>
      </w:pPr>
      <w:r>
        <w:t>اٹ از دس لاء آف نیچر وچ ریکوائر تجدید، ٹو رینیو اگین، ٹو ریفریش اگین۔</w:t>
      </w:r>
    </w:p>
    <w:p>
      <w:r>
        <w:rPr>
          <w:b/>
        </w:rPr>
        <w:t xml:space="preserve">[03:44] </w:t>
      </w:r>
      <w:r>
        <w:t>now, there are two different aspects of this tajdeed.</w:t>
      </w:r>
    </w:p>
    <w:p>
      <w:pPr>
        <w:jc w:val="right"/>
      </w:pPr>
      <w:r>
        <w:t>ناؤ، دیر ار ٹو ڈفرنٹ اسپیکٹ اف اس اف دس تجدید۔</w:t>
      </w:r>
    </w:p>
    <w:p>
      <w:r>
        <w:rPr>
          <w:b/>
        </w:rPr>
        <w:t xml:space="preserve">[03:57] </w:t>
      </w:r>
      <w:r>
        <w:t>one i can say reawakening. the second i can say reinterpretation.</w:t>
      </w:r>
    </w:p>
    <w:p>
      <w:pPr>
        <w:jc w:val="right"/>
      </w:pPr>
      <w:r>
        <w:t>ون ائی کین سے ری اویکننگ۔ دا سیکنڈ ائی کین سے ری انٹرپریٹیشن۔</w:t>
      </w:r>
    </w:p>
    <w:p>
      <w:r>
        <w:rPr>
          <w:b/>
        </w:rPr>
        <w:t xml:space="preserve">[04:09] </w:t>
      </w:r>
      <w:r>
        <w:t>the first aspect means deterioration in practice.</w:t>
      </w:r>
    </w:p>
    <w:p>
      <w:pPr>
        <w:jc w:val="right"/>
      </w:pPr>
      <w:r>
        <w:t>دا فرسٹ اسپیکٹ مینز ڈیٹوریشن ان پریکٹس۔</w:t>
      </w:r>
    </w:p>
    <w:p>
      <w:r>
        <w:rPr>
          <w:b/>
        </w:rPr>
        <w:t xml:space="preserve">[04:19] </w:t>
      </w:r>
      <w:r>
        <w:t>this is where we find a reference in this regard in the hadith</w:t>
      </w:r>
    </w:p>
    <w:p>
      <w:pPr>
        <w:jc w:val="right"/>
      </w:pPr>
      <w:r>
        <w:t>دس از وی فائنڈ ا ریفرنس ان دس ریگارڈ ان دی حدیث</w:t>
      </w:r>
    </w:p>
    <w:p>
      <w:r>
        <w:rPr>
          <w:b/>
        </w:rPr>
        <w:t xml:space="preserve">[04:26] </w:t>
      </w:r>
      <w:r>
        <w:t>. the prophet of islam has said: "masaj ma'amra wa hi kharab min al-hadi". the day will come when masjids are full, but there is no guide, there is no hidayat.</w:t>
      </w:r>
    </w:p>
    <w:p>
      <w:pPr>
        <w:jc w:val="right"/>
      </w:pPr>
      <w:r>
        <w:t>۔ دا پرافٹ آف اسلام ہیز سیڈ: "مساج معامرہ وحی خراب من الحدی"۔ دا ڈے ول کم وین ماسکس ار فلڈ، بٹ دیر از نو گائیڈ، دیر از نو ہدایت۔</w:t>
      </w:r>
    </w:p>
    <w:p>
      <w:r>
        <w:rPr>
          <w:b/>
        </w:rPr>
        <w:t xml:space="preserve">[04:50] </w:t>
      </w:r>
      <w:r>
        <w:t>that means spirit.</w:t>
      </w:r>
    </w:p>
    <w:p>
      <w:pPr>
        <w:jc w:val="right"/>
      </w:pPr>
      <w:r>
        <w:t>دیٹ مینز اسپرٹ۔</w:t>
      </w:r>
    </w:p>
    <w:p>
      <w:r>
        <w:rPr>
          <w:b/>
        </w:rPr>
        <w:t xml:space="preserve">[04:53] </w:t>
      </w:r>
      <w:r>
        <w:t>so activities are there, but spirit is not. it means that salat, sirat, salat prayer will be there,</w:t>
      </w:r>
    </w:p>
    <w:p>
      <w:pPr>
        <w:jc w:val="right"/>
      </w:pPr>
      <w:r>
        <w:t>سو ایکٹیویٹیز ار دیر، بٹ اسپرٹ از ناٹ۔ اٹ مینز دیٹ صلاۃ، صراط، صلاۃ پریئر ول بی دیر،</w:t>
      </w:r>
    </w:p>
    <w:p>
      <w:r>
        <w:rPr>
          <w:b/>
        </w:rPr>
        <w:t xml:space="preserve">[05:09] </w:t>
      </w:r>
      <w:r>
        <w:t>but only some rituals, only a form.</w:t>
      </w:r>
    </w:p>
    <w:p>
      <w:pPr>
        <w:jc w:val="right"/>
      </w:pPr>
      <w:r>
        <w:t>بٹ اونلی سم ریچولز، اونلی اے فارم۔</w:t>
      </w:r>
    </w:p>
    <w:p>
      <w:r>
        <w:rPr>
          <w:b/>
        </w:rPr>
        <w:t xml:space="preserve">[05:16] </w:t>
      </w:r>
      <w:r>
        <w:t>as far as the spirit is concerned, so spirit is not there.</w:t>
      </w:r>
    </w:p>
    <w:p>
      <w:pPr>
        <w:jc w:val="right"/>
      </w:pPr>
      <w:r>
        <w:t>ایز فار ایز دا اسپرٹ از کنسرن، سو اسپرٹ از ناٹ دیر۔</w:t>
      </w:r>
    </w:p>
    <w:p>
      <w:r>
        <w:rPr>
          <w:b/>
        </w:rPr>
        <w:t xml:space="preserve">[05:23] </w:t>
      </w:r>
      <w:r>
        <w:t>so this is deterioration. when salat becomes spirit less, that is deterioration.</w:t>
      </w:r>
    </w:p>
    <w:p>
      <w:pPr>
        <w:jc w:val="right"/>
      </w:pPr>
      <w:r>
        <w:t>سو دس از ڈیٹوریشن۔ وین صلاۃ بیکمز اسپرٹ لیس، دیٹ از ڈیٹوریشن۔</w:t>
      </w:r>
    </w:p>
    <w:p>
      <w:r>
        <w:rPr>
          <w:b/>
        </w:rPr>
        <w:t xml:space="preserve">[05:36] </w:t>
      </w:r>
      <w:r>
        <w:t>so here revival means to revive the spirit of salat</w:t>
      </w:r>
    </w:p>
    <w:p>
      <w:pPr>
        <w:jc w:val="right"/>
      </w:pPr>
      <w:r>
        <w:t>سو ہیر ریوائیول مینز ٹو ریوائیو دا اسپرٹ اف صلاۃ</w:t>
      </w:r>
    </w:p>
    <w:p>
      <w:r>
        <w:rPr>
          <w:b/>
        </w:rPr>
        <w:t xml:space="preserve">[05:46] </w:t>
      </w:r>
      <w:r>
        <w:t>. when salat is based, when salat is reduced to a form.</w:t>
      </w:r>
    </w:p>
    <w:p>
      <w:pPr>
        <w:jc w:val="right"/>
      </w:pPr>
      <w:r>
        <w:t>۔ وین صلاۃ از بیسڈ، وین صلاۃ از ریڈیوس ٹو ا فارم۔</w:t>
      </w:r>
    </w:p>
    <w:p>
      <w:r>
        <w:rPr>
          <w:b/>
        </w:rPr>
        <w:t xml:space="preserve">[05:54] </w:t>
      </w:r>
      <w:r>
        <w:t>when prayer salat is reduced to a form or set of rituals, you have to reestablish it in spirit.</w:t>
      </w:r>
    </w:p>
    <w:p>
      <w:pPr>
        <w:jc w:val="right"/>
      </w:pPr>
      <w:r>
        <w:t>وین پریر صلاۃ از ریڈیوس ٹو ا فارم اور سیٹ اف ریچولز، یو ہیو ٹو ری اسٹیبلش اٹ ان اسپرٹ۔</w:t>
      </w:r>
    </w:p>
    <w:p>
      <w:r>
        <w:rPr>
          <w:b/>
        </w:rPr>
        <w:t xml:space="preserve">[06:06] </w:t>
      </w:r>
      <w:r>
        <w:t>so in islam, spirit based ibadah is required or not simply form based ibadah.</w:t>
      </w:r>
    </w:p>
    <w:p>
      <w:pPr>
        <w:jc w:val="right"/>
      </w:pPr>
      <w:r>
        <w:t>سو ان اسلام، اسپرٹ بیسڈ عبادت از ریکوائرڈ اور ناٹ سمپلی فارم بیسڈ عبادت۔</w:t>
      </w:r>
    </w:p>
    <w:p>
      <w:r>
        <w:rPr>
          <w:b/>
        </w:rPr>
        <w:t xml:space="preserve">[06:18] </w:t>
      </w:r>
      <w:r>
        <w:t>so is the first aspect. every time when islamic practice, islamic ibadah reduces to a form, to rituals, then it is duty of scholars, duty of mujaddid to</w:t>
      </w:r>
    </w:p>
    <w:p>
      <w:pPr>
        <w:jc w:val="right"/>
      </w:pPr>
      <w:r>
        <w:t>سو از دا فرسٹ اسپیکٹ۔ ایوری ٹائم وین اسلامک پریکٹس، اسلامک عبادت ریڈیوس ٹو ا فارم، ٹو ریچولز، دین اٹ از ڈیوٹی اف سکالرز، ڈیوٹی اف مجدد ٹو</w:t>
      </w:r>
    </w:p>
    <w:p>
      <w:r>
        <w:rPr>
          <w:b/>
        </w:rPr>
        <w:t xml:space="preserve">[06:44] </w:t>
      </w:r>
      <w:r>
        <w:t>inculcate spirit, to base it on spirit.</w:t>
      </w:r>
    </w:p>
    <w:p>
      <w:pPr>
        <w:jc w:val="right"/>
      </w:pPr>
      <w:r>
        <w:t>انکلکیٹ اسپرٹ، ٹو بیس اٹ ان اسپرٹ۔</w:t>
      </w:r>
    </w:p>
    <w:p>
      <w:r>
        <w:rPr>
          <w:b/>
        </w:rPr>
        <w:t xml:space="preserve">[06:52] </w:t>
      </w:r>
      <w:r>
        <w:t>because spirit based ibadah is required or not</w:t>
      </w:r>
    </w:p>
    <w:p>
      <w:pPr>
        <w:jc w:val="right"/>
      </w:pPr>
      <w:r>
        <w:t>بیکاز اسپرٹ بیسڈ عبادت از ریکوائرڈ اور ناٹ</w:t>
      </w:r>
    </w:p>
    <w:p>
      <w:r>
        <w:rPr>
          <w:b/>
        </w:rPr>
        <w:t xml:space="preserve">[07:02] </w:t>
      </w:r>
      <w:r>
        <w:t>form based ibadah. ibadah means worship. then let us take the other aspect, which is reinterpretation.</w:t>
      </w:r>
    </w:p>
    <w:p>
      <w:pPr>
        <w:jc w:val="right"/>
      </w:pPr>
      <w:r>
        <w:t>فارم بیسڈ عبادت۔ عبادت مینز ورشپ۔ دین لیٹ اس ٹیک دی ادر اسپیکٹ، وچ از ری انٹرپریٹیشن۔</w:t>
      </w:r>
    </w:p>
    <w:p>
      <w:r>
        <w:rPr>
          <w:b/>
        </w:rPr>
        <w:t xml:space="preserve">[07:16] </w:t>
      </w:r>
      <w:r>
        <w:t>so islam is an eternal religion. its teachings are eternal</w:t>
      </w:r>
    </w:p>
    <w:p>
      <w:pPr>
        <w:jc w:val="right"/>
      </w:pPr>
      <w:r>
        <w:t>سو اسلام از این ایٹرنل ریلیجن۔ اس ٹیچنگز ار ایٹرن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