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Religion in an Age of Science</w:t>
      </w:r>
    </w:p>
    <w:p>
      <w:r>
        <w:t>https://www.youtube.com/watch?v=xp07WVxbxlk</w:t>
      </w:r>
    </w:p>
    <w:p>
      <w:r>
        <w:rPr>
          <w:b/>
        </w:rPr>
        <w:t xml:space="preserve">[00:12] </w:t>
      </w:r>
      <w:r>
        <w:t>bismillah rehman rehim, wasalli allah ala nabiyil karim.</w:t>
      </w:r>
    </w:p>
    <w:p>
      <w:pPr>
        <w:jc w:val="right"/>
      </w:pPr>
      <w:r>
        <w:t>بسم اللہ الرحمن الرحیم، وصلی اللہ علی النبی الکریم۔</w:t>
      </w:r>
    </w:p>
    <w:p>
      <w:r>
        <w:rPr>
          <w:b/>
        </w:rPr>
        <w:t xml:space="preserve">[00:23]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[00:33] </w:t>
      </w:r>
      <w:r>
        <w:t>aaj ki talk ka jo mozu hai</w:t>
      </w:r>
    </w:p>
    <w:p>
      <w:pPr>
        <w:jc w:val="right"/>
      </w:pPr>
      <w:r>
        <w:t>آج کی ٹاک کا جو موضوع ہے</w:t>
      </w:r>
    </w:p>
    <w:p>
      <w:r>
        <w:rPr>
          <w:b/>
        </w:rPr>
        <w:t xml:space="preserve">[00:44] </w:t>
      </w:r>
      <w:r>
        <w:t>woh dawat se taalluq rakhta hai, yani woh hai ke sachai ko janne ke liye aadmi ko kya karna hai, sachai kis tarah zamane mein zahir hui hai aur</w:t>
      </w:r>
    </w:p>
    <w:p>
      <w:pPr>
        <w:jc w:val="right"/>
      </w:pPr>
      <w:r>
        <w:t>وہ دعوت سے تعلق رکھتا ہے، یعنی وہ ہے کہ سچائی کو جاننے کے لیے آدمی کو کیا کرنا ہے، سچائی کس طرح زمانے میں ظاہر ہوئی ہے اور</w:t>
      </w:r>
    </w:p>
    <w:p>
      <w:r>
        <w:rPr>
          <w:b/>
        </w:rPr>
        <w:t xml:space="preserve">[01:14] </w:t>
      </w:r>
      <w:r>
        <w:t>humein kis tarah is ko pana hai.</w:t>
      </w:r>
    </w:p>
    <w:p>
      <w:pPr>
        <w:jc w:val="right"/>
      </w:pPr>
      <w:r>
        <w:t>ہمیں کس طرح اس کو پانا ہے۔</w:t>
      </w:r>
    </w:p>
    <w:p>
      <w:r>
        <w:rPr>
          <w:b/>
        </w:rPr>
        <w:t xml:space="preserve">[01:24] </w:t>
      </w:r>
      <w:r>
        <w:t>dekhein, mein yahan se shuru karunga ke ek british philosopher tha, is ka naam tha francis herbert bradley.</w:t>
      </w:r>
    </w:p>
    <w:p>
      <w:pPr>
        <w:jc w:val="right"/>
      </w:pPr>
      <w:r>
        <w:t>دیکھیں، میں یہاں سے شروع کروں گا کہ ایک برٹش فلاسفر تھا، اس کا نام تھا فرانسس ہربرٹ بریڈلے۔</w:t>
      </w:r>
    </w:p>
    <w:p>
      <w:r>
        <w:rPr>
          <w:b/>
        </w:rPr>
        <w:t xml:space="preserve">[01:34] </w:t>
      </w:r>
      <w:r>
        <w:t>francis herbert bradley,</w:t>
      </w:r>
    </w:p>
    <w:p>
      <w:pPr>
        <w:jc w:val="right"/>
      </w:pPr>
      <w:r>
        <w:t>فرانسس ہربرٹ بریڈلے،</w:t>
      </w:r>
    </w:p>
    <w:p>
      <w:r>
        <w:rPr>
          <w:b/>
        </w:rPr>
        <w:t xml:space="preserve">[01:44] </w:t>
      </w:r>
      <w:r>
        <w:t>english philosopher.</w:t>
      </w:r>
    </w:p>
    <w:p>
      <w:pPr>
        <w:jc w:val="right"/>
      </w:pPr>
      <w:r>
        <w:t>انگلش فلاسفر۔</w:t>
      </w:r>
    </w:p>
    <w:p>
      <w:r>
        <w:rPr>
          <w:b/>
        </w:rPr>
        <w:t xml:space="preserve">[01:50] </w:t>
      </w:r>
      <w:r>
        <w:t>is ki wafat hui hai 1924 mein.</w:t>
      </w:r>
    </w:p>
    <w:p>
      <w:pPr>
        <w:jc w:val="right"/>
      </w:pPr>
      <w:r>
        <w:t>اس کی وفات ہوئی ہے 1924 میں۔</w:t>
      </w:r>
    </w:p>
    <w:p>
      <w:r>
        <w:rPr>
          <w:b/>
        </w:rPr>
        <w:t xml:space="preserve">[01:56] </w:t>
      </w:r>
      <w:r>
        <w:t>to bradley ki kitab hai bohat hi maroof kitab, "Appearance and Reality".</w:t>
      </w:r>
    </w:p>
    <w:p>
      <w:pPr>
        <w:jc w:val="right"/>
      </w:pPr>
      <w:r>
        <w:t>تو بریڈلے کی کتاب ہے بہت ہی معروف کتاب، "Appearance and Reality"۔</w:t>
      </w:r>
    </w:p>
    <w:p>
      <w:r>
        <w:rPr>
          <w:b/>
        </w:rPr>
        <w:t xml:space="preserve">[02:02] </w:t>
      </w:r>
      <w:r>
        <w:t>moti si kitab hai.</w:t>
      </w:r>
    </w:p>
    <w:p>
      <w:pPr>
        <w:jc w:val="right"/>
      </w:pPr>
      <w:r>
        <w:t>موٹی سی کتاب ہے۔</w:t>
      </w:r>
    </w:p>
    <w:p>
      <w:r>
        <w:rPr>
          <w:b/>
        </w:rPr>
        <w:t xml:space="preserve">[02:08] </w:t>
      </w:r>
      <w:r>
        <w:t>"Appearance and Reality" ka ek chapter</w:t>
      </w:r>
    </w:p>
    <w:p>
      <w:pPr>
        <w:jc w:val="right"/>
      </w:pPr>
      <w:r>
        <w:t>"Appearance and Reality" کا ایک چیپٹر</w:t>
      </w:r>
    </w:p>
    <w:p>
      <w:r>
        <w:rPr>
          <w:b/>
        </w:rPr>
        <w:t xml:space="preserve">[02:14] </w:t>
      </w:r>
      <w:r>
        <w:t>aaakhir mein hai jis ka unwan yeh hai: "Scientific Religion".</w:t>
      </w:r>
    </w:p>
    <w:p>
      <w:pPr>
        <w:jc w:val="right"/>
      </w:pPr>
      <w:r>
        <w:t>آخر میں ہے جس کا عنوان یہ ہے: "Scientific Religion"۔</w:t>
      </w:r>
    </w:p>
    <w:p>
      <w:r>
        <w:rPr>
          <w:b/>
        </w:rPr>
        <w:t xml:space="preserve">[02:29] </w:t>
      </w:r>
      <w:r>
        <w:t>is chapter mein bradley yeh kehta hai ke aaj hum ko</w:t>
      </w:r>
    </w:p>
    <w:p>
      <w:pPr>
        <w:jc w:val="right"/>
      </w:pPr>
      <w:r>
        <w:t>اس چیپٹر میں بریڈلے یہ کہتا ہے کہ آج ہم کو</w:t>
      </w:r>
    </w:p>
    <w:p>
      <w:r>
        <w:rPr>
          <w:b/>
        </w:rPr>
        <w:t xml:space="preserve">[02:45] </w:t>
      </w:r>
      <w:r>
        <w:t>ek scientific mazhab ki zaroorat hai.</w:t>
      </w:r>
    </w:p>
    <w:p>
      <w:pPr>
        <w:jc w:val="right"/>
      </w:pPr>
      <w:r>
        <w:t>ایک سائنسی مذہب کی ضرورت ہے۔</w:t>
      </w:r>
    </w:p>
    <w:p>
      <w:r>
        <w:rPr>
          <w:b/>
        </w:rPr>
        <w:t xml:space="preserve">[02:52] </w:t>
      </w:r>
      <w:r>
        <w:t>woh bohat bara philosopher tha, british philosopher.</w:t>
      </w:r>
    </w:p>
    <w:p>
      <w:pPr>
        <w:jc w:val="right"/>
      </w:pPr>
      <w:r>
        <w:t>وہ بہت بڑا فلاسفر تھا، برٹش فلاسفر۔</w:t>
      </w:r>
    </w:p>
    <w:p>
      <w:r>
        <w:rPr>
          <w:b/>
        </w:rPr>
        <w:t xml:space="preserve">[03:00] </w:t>
      </w:r>
      <w:r>
        <w:t>to woh yeh manta hai ke insan ko mazhab chahiye, insan ko mazhab chahiye.</w:t>
      </w:r>
    </w:p>
    <w:p>
      <w:pPr>
        <w:jc w:val="right"/>
      </w:pPr>
      <w:r>
        <w:t>تو وہ یہ مانتا ہے کہ انسان کو مذہب چاہیے، انسان کو مذہب چاہیے۔</w:t>
      </w:r>
    </w:p>
    <w:p>
      <w:r>
        <w:rPr>
          <w:b/>
        </w:rPr>
        <w:t xml:space="preserve">[03:08] </w:t>
      </w:r>
      <w:r>
        <w:t>lekin woh kehta hai ke jo mazhab pehle tha, aaj ka insan is se</w:t>
      </w:r>
    </w:p>
    <w:p>
      <w:pPr>
        <w:jc w:val="right"/>
      </w:pPr>
      <w:r>
        <w:t>لیکن وہ کہتا ہے کہ جو مذہب پہلے تھا، آج کا انسان اس سے</w:t>
      </w:r>
    </w:p>
    <w:p>
      <w:r>
        <w:rPr>
          <w:b/>
        </w:rPr>
        <w:t xml:space="preserve">[03:15] </w:t>
      </w:r>
      <w:r>
        <w:t>mutmain nahi ho sakta hai. aaj ka insaan jis mazhab se mutmain hoga woh hoga scientific mazhab. toh woh yeh baat kehta hai apni kitab mein. dekhein, bradley ka matlab scientific mazhab se kya hai? uska matlab</w:t>
      </w:r>
    </w:p>
    <w:p>
      <w:pPr>
        <w:jc w:val="right"/>
      </w:pPr>
      <w:r>
        <w:t>مطمئن نہیں ہو سکتا ہے۔ آج کا انسان جس مذہب سے مطمئن ہوگا وہ ہوگا سائنسی مذہب۔ تو وہ یہ بات کہتا ہے اپنی کتاب میں۔ دیکھیں، بریڈلے کا مطلب سائنسی مذہب سے کیا ہے؟ اس کا مطلب</w:t>
      </w:r>
    </w:p>
    <w:p>
      <w:r>
        <w:rPr>
          <w:b/>
        </w:rPr>
        <w:t xml:space="preserve">[03:45] </w:t>
      </w:r>
      <w:r>
        <w:t>یہ نہیں ہے کہ ہم ایسا کوئی مذہب بنائیں جس کا prophet جو ہے وہ نیوٹن ہو اور</w:t>
      </w:r>
    </w:p>
    <w:p>
      <w:pPr>
        <w:jc w:val="right"/>
      </w:pPr>
      <w:r>
        <w:t>یہ نہیں ہے کہ ہم ایسا کوئی مذہب بنائیں جس کا پرافٹ جو ہے وہ نیوٹن ہو اور</w:t>
      </w:r>
    </w:p>
    <w:p>
      <w:r>
        <w:rPr>
          <w:b/>
        </w:rPr>
        <w:t xml:space="preserve">[03:52] </w:t>
      </w:r>
      <w:r>
        <w:t>jis ki muqaddas kitab jo hai woh principia ho.</w:t>
      </w:r>
    </w:p>
    <w:p>
      <w:pPr>
        <w:jc w:val="right"/>
      </w:pPr>
      <w:r>
        <w:t>جس کی مقدس کتاب جو ہے وہ پرنسپیا ہو۔</w:t>
      </w:r>
    </w:p>
    <w:p>
      <w:r>
        <w:rPr>
          <w:b/>
        </w:rPr>
        <w:t xml:space="preserve">[03:58] </w:t>
      </w:r>
      <w:r>
        <w:t>ya ye keh hum ek aisa mazhab banayein jis ka profit einstein ho aur jis ki ideology jo</w:t>
      </w:r>
    </w:p>
    <w:p>
      <w:pPr>
        <w:jc w:val="right"/>
      </w:pPr>
      <w:r>
        <w:t>یا یہ کہ ہم ایک ایسا مذہب بنائیں جس کا پرافٹ آئنسٹائن ہو اور جس کی آئیڈیالوجی جو</w:t>
      </w:r>
    </w:p>
    <w:p>
      <w:r>
        <w:rPr>
          <w:b/>
        </w:rPr>
        <w:t xml:space="preserve">[04:05] </w:t>
      </w:r>
      <w:r>
        <w:t>hai woh general theory of relativity ho.</w:t>
      </w:r>
    </w:p>
    <w:p>
      <w:pPr>
        <w:jc w:val="right"/>
      </w:pPr>
      <w:r>
        <w:t>ہے وہ جنرل تھیوری آف ریلیٹیوٹی ہو۔</w:t>
      </w:r>
    </w:p>
    <w:p>
      <w:r>
        <w:rPr>
          <w:b/>
        </w:rPr>
        <w:t xml:space="preserve">[04:11] </w:t>
      </w:r>
      <w:r>
        <w:t>ye matlab is ka nahi hai.</w:t>
      </w:r>
    </w:p>
    <w:p>
      <w:pPr>
        <w:jc w:val="right"/>
      </w:pPr>
      <w:r>
        <w:t>یہ مطلب اس کا نہیں ہے۔</w:t>
      </w:r>
    </w:p>
    <w:p>
      <w:r>
        <w:rPr>
          <w:b/>
        </w:rPr>
        <w:t xml:space="preserve">[04:18] </w:t>
      </w:r>
      <w:r>
        <w:t>ye matlab nahi hai.</w:t>
      </w:r>
    </w:p>
    <w:p>
      <w:pPr>
        <w:jc w:val="right"/>
      </w:pPr>
      <w:r>
        <w:t>یہ مطلب نہیں ہے۔</w:t>
      </w:r>
    </w:p>
    <w:p>
      <w:r>
        <w:rPr>
          <w:b/>
        </w:rPr>
        <w:t xml:space="preserve">[04:28] </w:t>
      </w:r>
      <w:r>
        <w:t>is ka kehne ka matlab ye hai ke aaj hamein woh mazhab chahiye jo sainsi test par poora utre.</w:t>
      </w:r>
    </w:p>
    <w:p>
      <w:pPr>
        <w:jc w:val="right"/>
      </w:pPr>
      <w:r>
        <w:t>اس کا کہنے کا مطلب یہ ہے کہ آج ہمیں وہ مذہب چاہیے جو سائنسی ٹیسٹ پر پورا اترے۔</w:t>
      </w:r>
    </w:p>
    <w:p>
      <w:r>
        <w:rPr>
          <w:b/>
        </w:rPr>
        <w:t xml:space="preserve">[04:38] </w:t>
      </w:r>
      <w:r>
        <w:t>yaani post sainsi daur mein jo mayar bana hai, jo jis tarah cheezon ki jaanch partaal ki jati hai,</w:t>
      </w:r>
    </w:p>
    <w:p>
      <w:pPr>
        <w:jc w:val="right"/>
      </w:pPr>
      <w:r>
        <w:t>یعنی پوسٹ سائنسی دور میں جو معیار بنا ہے، جو جس طرح چیزوں کی جانچ پڑتال کی جاتی ہے،</w:t>
      </w:r>
    </w:p>
    <w:p>
      <w:r>
        <w:rPr>
          <w:b/>
        </w:rPr>
        <w:t xml:space="preserve">[04:49] </w:t>
      </w:r>
      <w:r>
        <w:t>jis tarah baaton ko samjhaya jata hai, to is sainsi framework mein mazhab ko samajh mein aane</w:t>
      </w:r>
    </w:p>
    <w:p>
      <w:pPr>
        <w:jc w:val="right"/>
      </w:pPr>
      <w:r>
        <w:t>جس طرح باتوں کو سمجھایا جاتا ہے، تو اس سائنسی فریم ورک میں مذہب کو سمجھ میں آنے</w:t>
      </w:r>
    </w:p>
    <w:p>
      <w:r>
        <w:rPr>
          <w:b/>
        </w:rPr>
        <w:t xml:space="preserve">[04:55] </w:t>
      </w:r>
      <w:r>
        <w:t>wala hona chahiye.</w:t>
      </w:r>
    </w:p>
    <w:p>
      <w:pPr>
        <w:jc w:val="right"/>
      </w:pPr>
      <w:r>
        <w:t>والا ہونا چاہیے۔</w:t>
      </w:r>
    </w:p>
    <w:p>
      <w:r>
        <w:rPr>
          <w:b/>
        </w:rPr>
        <w:t xml:space="preserve">[05:01] </w:t>
      </w:r>
      <w:r>
        <w:t>to is ka matlab ye hai ke aaj hum ko ek aise mazhab ki zaroorat hai jo jadeed</w:t>
      </w:r>
    </w:p>
    <w:p>
      <w:pPr>
        <w:jc w:val="right"/>
      </w:pPr>
      <w:r>
        <w:t>تو اس کا مطلب یہ ہے کہ آج ہم کو ایک ایسے مذہب کی ضرورت ہے جو جدید</w:t>
      </w:r>
    </w:p>
    <w:p>
      <w:r>
        <w:rPr>
          <w:b/>
        </w:rPr>
        <w:t xml:space="preserve">[05:08] </w:t>
      </w:r>
      <w:r>
        <w:t>sainsi framework mein poora utre.</w:t>
      </w:r>
    </w:p>
    <w:p>
      <w:pPr>
        <w:jc w:val="right"/>
      </w:pPr>
      <w:r>
        <w:t>سائنسی فریم ورک میں پورا اترے۔</w:t>
      </w:r>
    </w:p>
    <w:p>
      <w:r>
        <w:rPr>
          <w:b/>
        </w:rPr>
        <w:t xml:space="preserve">[05:14] </w:t>
      </w:r>
      <w:r>
        <w:t>tabhi insaan is par yaqeen karega.</w:t>
      </w:r>
    </w:p>
    <w:p>
      <w:pPr>
        <w:jc w:val="right"/>
      </w:pPr>
      <w:r>
        <w:t>تبھی انسان اس پر یقین کرے گا۔</w:t>
      </w:r>
    </w:p>
    <w:p>
      <w:r>
        <w:rPr>
          <w:b/>
        </w:rPr>
        <w:t xml:space="preserve">[05:20] </w:t>
      </w:r>
      <w:r>
        <w:t>dekhein, is ko samajhne ke liye kuch aur bhi baatein janni padengi.</w:t>
      </w:r>
    </w:p>
    <w:p>
      <w:pPr>
        <w:jc w:val="right"/>
      </w:pPr>
      <w:r>
        <w:t>دیکھیں، اس کو سمجھنے کے لیے کچھ اور بھی باتیں جاننی پڑیں گی۔</w:t>
      </w:r>
    </w:p>
    <w:p>
      <w:r>
        <w:rPr>
          <w:b/>
        </w:rPr>
        <w:t xml:space="preserve">[05:28] </w:t>
      </w:r>
      <w:r>
        <w:t>aap jante hain ke tareekh-e-fikr jo hai is ke do barhe adwaar hain: pre sainsi daur aur</w:t>
      </w:r>
    </w:p>
    <w:p>
      <w:pPr>
        <w:jc w:val="right"/>
      </w:pPr>
      <w:r>
        <w:t>آپ جانتے ہیں کہ تاریخِ فکر جو ہے اس کے دو بڑے ادوار ہیں: پری سائنسی دور اور</w:t>
      </w:r>
    </w:p>
    <w:p>
      <w:r>
        <w:rPr>
          <w:b/>
        </w:rPr>
        <w:t xml:space="preserve">[05:36] </w:t>
      </w:r>
      <w:r>
        <w:t>post sainsi daur.</w:t>
      </w:r>
    </w:p>
    <w:p>
      <w:pPr>
        <w:jc w:val="right"/>
      </w:pPr>
      <w:r>
        <w:t>پوسٹ سائنسی دور۔</w:t>
      </w:r>
    </w:p>
    <w:p>
      <w:r>
        <w:rPr>
          <w:b/>
        </w:rPr>
        <w:t xml:space="preserve">[05:44] </w:t>
      </w:r>
      <w:r>
        <w:t>pre sainsi daur mein aadmi riwayati</w:t>
      </w:r>
    </w:p>
    <w:p>
      <w:pPr>
        <w:jc w:val="right"/>
      </w:pPr>
      <w:r>
        <w:t>پری سائنسی دور میں آدمی روایتی</w:t>
      </w:r>
    </w:p>
    <w:p>
      <w:r>
        <w:rPr>
          <w:b/>
        </w:rPr>
        <w:t xml:space="preserve">[05:52] </w:t>
      </w:r>
      <w:r>
        <w:t>jo baatein chali aa rahi theen, jo baatein riwayati taur par chali aa rahi theen, is ko le</w:t>
      </w:r>
    </w:p>
    <w:p>
      <w:pPr>
        <w:jc w:val="right"/>
      </w:pPr>
      <w:r>
        <w:t>جو باتیں چلی آ رہی تھیں، جو باتیں روایتی طور پر چلی آ رہی تھیں، اس کو لے</w:t>
      </w:r>
    </w:p>
    <w:p>
      <w:r>
        <w:rPr>
          <w:b/>
        </w:rPr>
        <w:t xml:space="preserve">[06:00] </w:t>
      </w:r>
      <w:r>
        <w:t>kar sochta tha.</w:t>
      </w:r>
    </w:p>
    <w:p>
      <w:pPr>
        <w:jc w:val="right"/>
      </w:pPr>
      <w:r>
        <w:t>کر سوچتا تھا۔</w:t>
      </w:r>
    </w:p>
    <w:p>
      <w:r>
        <w:rPr>
          <w:b/>
        </w:rPr>
        <w:t xml:space="preserve">[06:08] </w:t>
      </w:r>
      <w:r>
        <w:t>baap dada se jo rasmein chali aa rahi theen, jo aqaaid duniya mein qaim ho gaye the, un</w:t>
      </w:r>
    </w:p>
    <w:p>
      <w:pPr>
        <w:jc w:val="right"/>
      </w:pPr>
      <w:r>
        <w:t>باپ دادا سے جو رسمیں چلی آ رہی تھیں، جو عقائد دنیا میں قائم ہو گئے تھے، ان</w:t>
      </w:r>
    </w:p>
    <w:p>
      <w:r>
        <w:rPr>
          <w:b/>
        </w:rPr>
        <w:t xml:space="preserve">[06:16] </w:t>
      </w:r>
      <w:r>
        <w:t>se insaan junoon mein tha aur isi ke andar woh sochta tha. lekin</w:t>
      </w:r>
    </w:p>
    <w:p>
      <w:pPr>
        <w:jc w:val="right"/>
      </w:pPr>
      <w:r>
        <w:t>سے انسان جنون میں تھا اور اسی کے اندر وہ سوچتا تھا۔ لیکن</w:t>
      </w:r>
    </w:p>
    <w:p>
      <w:r>
        <w:rPr>
          <w:b/>
        </w:rPr>
        <w:t xml:space="preserve">[06:23] </w:t>
      </w:r>
      <w:r>
        <w:t>jab science ka zamana aaya, newton ke baad, to framework badal gaya, sochne ka naqsha badal gaya,</w:t>
      </w:r>
    </w:p>
    <w:p>
      <w:pPr>
        <w:jc w:val="right"/>
      </w:pPr>
      <w:r>
        <w:t>جب سائنس کا زمانہ آیا، نیوٹن کے بعد، تو فریم ورک بدل گیا، سوچنے کا نقشہ بدل گیا،</w:t>
      </w:r>
    </w:p>
    <w:p>
      <w:r>
        <w:rPr>
          <w:b/>
        </w:rPr>
        <w:t xml:space="preserve">[06:33] </w:t>
      </w:r>
      <w:r>
        <w:t>raaye banane ka mayar badal gaya.</w:t>
      </w:r>
    </w:p>
    <w:p>
      <w:pPr>
        <w:jc w:val="right"/>
      </w:pPr>
      <w:r>
        <w:t>رائے بنانے کا معیار بدل گیا۔</w:t>
      </w:r>
    </w:p>
    <w:p>
      <w:r>
        <w:rPr>
          <w:b/>
        </w:rPr>
        <w:t xml:space="preserve">[06:43] </w:t>
      </w:r>
      <w:r>
        <w:t>to aaj ka insaan jo hai jis tarah sochta hai, jo is ka framework hai, to</w:t>
      </w:r>
    </w:p>
    <w:p>
      <w:pPr>
        <w:jc w:val="right"/>
      </w:pPr>
      <w:r>
        <w:t>تو آج کا انسان جو ہے جس طرح سوچتا ہے، جو اس کا فریم ورک ہے، تو</w:t>
      </w:r>
    </w:p>
    <w:p>
      <w:r>
        <w:rPr>
          <w:b/>
        </w:rPr>
        <w:t xml:space="preserve">[06:54] </w:t>
      </w:r>
      <w:r>
        <w:t>aisa mazhab chahiye jo is framework mein baithe, tab insaan is ko maane ga.</w:t>
      </w:r>
    </w:p>
    <w:p>
      <w:pPr>
        <w:jc w:val="right"/>
      </w:pPr>
      <w:r>
        <w:t>ایسا مذہب چاہیے جو اس فریم ورک میں بیٹھے، تب انسان اس کو مانے گا۔</w:t>
      </w:r>
    </w:p>
    <w:p>
      <w:r>
        <w:rPr>
          <w:b/>
        </w:rPr>
        <w:t xml:space="preserve">[07:04] </w:t>
      </w:r>
      <w:r>
        <w:t>mein ek misaal deta hoon is ko samajhne ke liye.</w:t>
      </w:r>
    </w:p>
    <w:p>
      <w:pPr>
        <w:jc w:val="right"/>
      </w:pPr>
      <w:r>
        <w:t>میں ایک مثال دیتا ہوں اس کو سمجھنے کے لیے۔</w:t>
      </w:r>
    </w:p>
    <w:p>
      <w:r>
        <w:rPr>
          <w:b/>
        </w:rPr>
        <w:t xml:space="preserve">[07:15] </w:t>
      </w:r>
      <w:r>
        <w:t>hazrat masih se pehle yunnan mein ek philosopher paida hua jis ka naam tha democritus.</w:t>
      </w:r>
    </w:p>
    <w:p>
      <w:pPr>
        <w:jc w:val="right"/>
      </w:pPr>
      <w:r>
        <w:t>حضرت مسیح سے پہلے یونان میں ایک فلاسفر پیدا ہوا جس کا نام تھا ڈیموکریٹس۔</w:t>
      </w:r>
    </w:p>
    <w:p>
      <w:r>
        <w:rPr>
          <w:b/>
        </w:rPr>
        <w:t xml:space="preserve">[07:26] </w:t>
      </w:r>
      <w:r>
        <w:t>hazrat maseeh se chhe sau saal pehle is ki fawata ho gayi.</w:t>
      </w:r>
    </w:p>
    <w:p>
      <w:pPr>
        <w:jc w:val="right"/>
      </w:pPr>
      <w:r>
        <w:t>حضرت مسیح سے چھ سو سال پہلے اس کی وفات ہوگئی۔</w:t>
      </w:r>
    </w:p>
    <w:p>
      <w:r>
        <w:rPr>
          <w:b/>
        </w:rPr>
        <w:t xml:space="preserve">[07:32] </w:t>
      </w:r>
      <w:r>
        <w:t>to democrats ne ek theory pesh ki ke dunya ki tamam cheezain chhote chhote zarat se bani hain</w:t>
      </w:r>
    </w:p>
    <w:p>
      <w:pPr>
        <w:jc w:val="right"/>
      </w:pPr>
      <w:r>
        <w:t>تو ڈیموکریٹس نے ایک تھیوری پیش کی کہ دنیا کی تمام چیزیں چھوٹے چھوٹے ذرات سے بنی ہیں</w:t>
      </w:r>
    </w:p>
    <w:p>
      <w:r>
        <w:rPr>
          <w:b/>
        </w:rPr>
        <w:t xml:space="preserve">[07:38] </w:t>
      </w:r>
      <w:r>
        <w:t>jin ka naam atom hai.</w:t>
      </w:r>
    </w:p>
    <w:p>
      <w:pPr>
        <w:jc w:val="right"/>
      </w:pPr>
      <w:r>
        <w:t>جن کا نام ایٹم ہے۔</w:t>
      </w:r>
    </w:p>
    <w:p>
      <w:r>
        <w:rPr>
          <w:b/>
        </w:rPr>
        <w:t xml:space="preserve">[07:44] </w:t>
      </w:r>
      <w:r>
        <w:t>atom ke baad phir kuchh aur nahin hai.</w:t>
      </w:r>
    </w:p>
    <w:p>
      <w:pPr>
        <w:jc w:val="right"/>
      </w:pPr>
      <w:r>
        <w:t>ایٹم کے بعد پھر کچھ اور نہیں ہے۔</w:t>
      </w:r>
    </w:p>
    <w:p>
      <w:r>
        <w:rPr>
          <w:b/>
        </w:rPr>
        <w:t xml:space="preserve">[07:50] </w:t>
      </w:r>
      <w:r>
        <w:t>aakhri jis ko arabi mein keh</w:t>
      </w:r>
    </w:p>
    <w:p>
      <w:pPr>
        <w:jc w:val="right"/>
      </w:pPr>
      <w:r>
        <w:t>آخری جس کو عربی میں کہ</w:t>
      </w:r>
    </w:p>
    <w:p>
      <w:r>
        <w:rPr>
          <w:b/>
        </w:rPr>
        <w:t xml:space="preserve">[07:56] </w:t>
      </w:r>
      <w:r>
        <w:t>a jata hai juz la yajza, us ke baad koi aur toot phoot nahin hai.</w:t>
      </w:r>
    </w:p>
    <w:p>
      <w:pPr>
        <w:jc w:val="right"/>
      </w:pPr>
      <w:r>
        <w:t>ا جاتا ہے جزء لا تجزأ، اس کے بعد کوئی اور ٹوٹ پھوٹ نہیں ہے۔</w:t>
      </w:r>
    </w:p>
    <w:p>
      <w:r>
        <w:rPr>
          <w:b/>
        </w:rPr>
        <w:t xml:space="preserve">[08:02] </w:t>
      </w:r>
      <w:r>
        <w:t>isi par khatm hai.</w:t>
      </w:r>
    </w:p>
    <w:p>
      <w:pPr>
        <w:jc w:val="right"/>
      </w:pPr>
      <w:r>
        <w:t>اسی پر ختم ہے۔</w:t>
      </w:r>
    </w:p>
    <w:p>
      <w:r>
        <w:rPr>
          <w:b/>
        </w:rPr>
        <w:t xml:space="preserve">[08:08] </w:t>
      </w:r>
      <w:r>
        <w:t>yeh chalta raha nazariya democrats ka.</w:t>
      </w:r>
    </w:p>
    <w:p>
      <w:pPr>
        <w:jc w:val="right"/>
      </w:pPr>
      <w:r>
        <w:t>یہ چلتا رہا نظریہ ڈیموکریٹس کا۔</w:t>
      </w:r>
    </w:p>
    <w:p>
      <w:r>
        <w:rPr>
          <w:b/>
        </w:rPr>
        <w:t xml:space="preserve">[08:14] </w:t>
      </w:r>
      <w:r>
        <w:t>lekin aap jante hain ke is ke baad dalton ka zamana aaya, einstein ka zamana aaya.</w:t>
      </w:r>
    </w:p>
    <w:p>
      <w:pPr>
        <w:jc w:val="right"/>
      </w:pPr>
      <w:r>
        <w:t>لیکن آپ جانتے ہیں کہ اس کے بعد ڈالٹن کا زمانہ آیا، آئنسٹائن کا زمانہ آیا۔</w:t>
      </w:r>
    </w:p>
    <w:p>
      <w:r>
        <w:rPr>
          <w:b/>
        </w:rPr>
        <w:t xml:space="preserve">[08:21] </w:t>
      </w:r>
      <w:r>
        <w:t>to yeh atom jo thos maada samjhata tha is kainaat ka</w:t>
      </w:r>
    </w:p>
    <w:p>
      <w:pPr>
        <w:jc w:val="right"/>
      </w:pPr>
      <w:r>
        <w:t>تو یہ ایٹم جو ٹھوس مادہ سمجھاتا تھا اس کائنات کا</w:t>
      </w:r>
    </w:p>
    <w:p>
      <w:r>
        <w:rPr>
          <w:b/>
        </w:rPr>
        <w:t xml:space="preserve">[08:27] </w:t>
      </w:r>
      <w:r>
        <w:t>, jaise ek ghar eenton par banta hai, to har eent ek unit hai.</w:t>
      </w:r>
    </w:p>
    <w:p>
      <w:pPr>
        <w:jc w:val="right"/>
      </w:pPr>
      <w:r>
        <w:t>، جیسے ایک گھر اینٹوں پر بنتا ہے، تو ہر اینٹ ایک یونٹ ہے۔</w:t>
      </w:r>
    </w:p>
    <w:p>
      <w:r>
        <w:rPr>
          <w:b/>
        </w:rPr>
        <w:t xml:space="preserve">[08:33] </w:t>
      </w:r>
      <w:r>
        <w:t>aise hi samjha jata tha ke kainaat jo hai us ki unit atom hai.</w:t>
      </w:r>
    </w:p>
    <w:p>
      <w:pPr>
        <w:jc w:val="right"/>
      </w:pPr>
      <w:r>
        <w:t>ایسے ہی سمجھا جاتا تھا کہ کائنات جو ہے اس کی یونٹ ایٹم ہے۔</w:t>
      </w:r>
    </w:p>
    <w:p>
      <w:r>
        <w:rPr>
          <w:b/>
        </w:rPr>
        <w:t xml:space="preserve">[08:39] </w:t>
      </w:r>
      <w:r>
        <w:t>atomon se mil kar yeh bani hai kainaat.</w:t>
      </w:r>
    </w:p>
    <w:p>
      <w:pPr>
        <w:jc w:val="right"/>
      </w:pPr>
      <w:r>
        <w:t>ایٹموں سے مل کر یہ بنی ہے کائنات۔</w:t>
      </w:r>
    </w:p>
    <w:p>
      <w:r>
        <w:rPr>
          <w:b/>
        </w:rPr>
        <w:t xml:space="preserve">[08:45] </w:t>
      </w:r>
      <w:r>
        <w:t>lekin dalton ki research ke baad aur einstein ki research ke baad yeh theory toot gayi kyunke atom toot gaya.</w:t>
      </w:r>
    </w:p>
    <w:p>
      <w:pPr>
        <w:jc w:val="right"/>
      </w:pPr>
      <w:r>
        <w:t>لیکن ڈالٹن کی ریسرچ کے بعد اور آئنسٹائن کی ریسرچ کے بعد یہ تھیوری ٹوٹ گئی کیونکہ ایٹم ٹوٹ گیا۔</w:t>
      </w:r>
    </w:p>
    <w:p>
      <w:r>
        <w:rPr>
          <w:b/>
        </w:rPr>
        <w:t xml:space="preserve">[08:51] </w:t>
      </w:r>
      <w:r>
        <w:t>atom mein dhamaka hua aur pata ch</w:t>
      </w:r>
    </w:p>
    <w:p>
      <w:pPr>
        <w:jc w:val="right"/>
      </w:pPr>
      <w:r>
        <w:t>ایٹم میں دھماکہ ہوا اور پتہ چ</w:t>
      </w:r>
    </w:p>
    <w:p>
      <w:r>
        <w:rPr>
          <w:b/>
        </w:rPr>
        <w:t xml:space="preserve">[08:57] </w:t>
      </w:r>
      <w:r>
        <w:t>la ke atom ka jo saakht hai woh aage tak jata hai, yaani electron proton tak jata hai.</w:t>
      </w:r>
    </w:p>
    <w:p>
      <w:pPr>
        <w:jc w:val="right"/>
      </w:pPr>
      <w:r>
        <w:t>لا کہ ایٹم کا جو ساخت ہے وہ آگے تک جاتا ہے، یعنی الیکٹران پروٹان تک جاتا ہے۔</w:t>
      </w:r>
    </w:p>
    <w:p>
      <w:r>
        <w:rPr>
          <w:b/>
        </w:rPr>
        <w:t xml:space="preserve">[09:05] </w:t>
      </w:r>
      <w:r>
        <w:t>to pichhli theory radd ho gayi.</w:t>
      </w:r>
    </w:p>
    <w:p>
      <w:pPr>
        <w:jc w:val="right"/>
      </w:pPr>
      <w:r>
        <w:t>تو پچھلی تھیوری رد ہوگئی۔</w:t>
      </w:r>
    </w:p>
    <w:p>
      <w:r>
        <w:rPr>
          <w:b/>
        </w:rPr>
        <w:t xml:space="preserve">[09:13] </w:t>
      </w:r>
      <w:r>
        <w:t>dalton se pehle ya democrats ke baad jo theory chal rahi thi aur sari dunya mein maan li</w:t>
      </w:r>
    </w:p>
    <w:p>
      <w:pPr>
        <w:jc w:val="right"/>
      </w:pPr>
      <w:r>
        <w:t>ڈالٹن سے پہلے یا ڈیموکریٹس کے بعد جو تھیوری چل رہی تھی اور ساری دنیا میں مان لی</w:t>
      </w:r>
    </w:p>
    <w:p>
      <w:r>
        <w:rPr>
          <w:b/>
        </w:rPr>
        <w:t xml:space="preserve">[09:21] </w:t>
      </w:r>
      <w:r>
        <w:t>gayi thi, woh radd ho gayi aur ab aaj jo atomi theory hai woh woh nahin hai jo pehle thi.</w:t>
      </w:r>
    </w:p>
    <w:p>
      <w:pPr>
        <w:jc w:val="right"/>
      </w:pPr>
      <w:r>
        <w:t>گئی تھی، وہ رد ہوگئی اور اب آج جو ایٹمی تھیوری ہے وہ وہ نہیں ہے جو پہلے تھی۔</w:t>
      </w:r>
    </w:p>
    <w:p>
      <w:r>
        <w:rPr>
          <w:b/>
        </w:rPr>
        <w:t xml:space="preserve">[09:28] </w:t>
      </w:r>
      <w:r>
        <w:t>isi tarah dekhen, nizaam shamsi ko lijiyey.</w:t>
      </w:r>
    </w:p>
    <w:p>
      <w:pPr>
        <w:jc w:val="right"/>
      </w:pPr>
      <w:r>
        <w:t>اسی طرح دیکھیں، نظام شمسی کو لیجیے۔</w:t>
      </w:r>
    </w:p>
    <w:p>
      <w:r>
        <w:rPr>
          <w:b/>
        </w:rPr>
        <w:t xml:space="preserve">[09:36] </w:t>
      </w:r>
      <w:r>
        <w:t>insaan dekhta tha ke suraj jo hai woh mashriq se nikla aur maghrib mein doob gaya.</w:t>
      </w:r>
    </w:p>
    <w:p>
      <w:pPr>
        <w:jc w:val="right"/>
      </w:pPr>
      <w:r>
        <w:t>انسان دیکھتا تھا کہ سورج جو ہے وہ مشرق سے نکلا اور مغرب میں ڈوب گیا۔</w:t>
      </w:r>
    </w:p>
    <w:p>
      <w:r>
        <w:rPr>
          <w:b/>
        </w:rPr>
        <w:t xml:space="preserve">[09:44] </w:t>
      </w:r>
      <w:r>
        <w:t>to is dekhne se logon ne rai banai ke zameen markaz mein hai, yaani hum zameen par khade</w:t>
      </w:r>
    </w:p>
    <w:p>
      <w:pPr>
        <w:jc w:val="right"/>
      </w:pPr>
      <w:r>
        <w:t>تو اس دیکھنے سے لوگوں نے رائے بنائی کہ زمین مرکز میں ہے، یعنی ہم زمین پر کھڑے</w:t>
      </w:r>
    </w:p>
    <w:p>
      <w:r>
        <w:rPr>
          <w:b/>
        </w:rPr>
        <w:t xml:space="preserve">[09:52] </w:t>
      </w:r>
      <w:r>
        <w:t>hue hain, yahan se hum dekhte hain suraj ko.</w:t>
      </w:r>
    </w:p>
    <w:p>
      <w:pPr>
        <w:jc w:val="right"/>
      </w:pPr>
      <w:r>
        <w:t>ہوئے ہیں، یہاں سے ہم دیکھتے ہیں سورج کو۔</w:t>
      </w:r>
    </w:p>
    <w:p>
      <w:r>
        <w:rPr>
          <w:b/>
        </w:rPr>
        <w:t xml:space="preserve">[10:00] </w:t>
      </w:r>
      <w:r>
        <w:t>toh is dekhne se yeh rai banayi gayi ke zameen markaz mein hai, yani sayyarah zameen markaz mein hai aur suraj is ke gird ghoom raha hai. yeh tha geo-centric theory, yani zameen markazi theory. is theory ko aristotle ne jo Hazrat Masih se pehle paida hua, Yunan mein,</w:t>
      </w:r>
    </w:p>
    <w:p>
      <w:pPr>
        <w:jc w:val="right"/>
      </w:pPr>
      <w:r>
        <w:t>تو اس دیکھنے سے یہ رائے بنائی گئی کہ زمین مرکز میں ہے، یعنی سیارہ زمین مرکز میں ہے اور سورج اس کے گرد گھوم رہا ہے۔ یہ تھا جیو سینٹرک تھیوری، یعنی زمین مرکزی تھیوری۔ اس تھیوری کو ارسطو نے جو حضرت مسیح سے پہلے پیدا ہوا، یونان میں،</w:t>
      </w:r>
    </w:p>
    <w:p>
      <w:r>
        <w:rPr>
          <w:b/>
        </w:rPr>
        <w:t xml:space="preserve">[10:30] </w:t>
      </w:r>
      <w:r>
        <w:t>us ne maan liya jo bahut bada philosopher tha, bahut bada yunani philosopher tha.</w:t>
      </w:r>
    </w:p>
    <w:p>
      <w:pPr>
        <w:jc w:val="right"/>
      </w:pPr>
      <w:r>
        <w:t>اس نے مان لیا جو بہت بڑا فلاسفر تھا، بہت بڑا یونانی فلاسفر تھا۔</w:t>
      </w:r>
    </w:p>
    <w:p>
      <w:r>
        <w:rPr>
          <w:b/>
        </w:rPr>
        <w:t xml:space="preserve">[10:37] </w:t>
      </w:r>
      <w:r>
        <w:t>aur phir chalti rahi theory.</w:t>
      </w:r>
    </w:p>
    <w:p>
      <w:pPr>
        <w:jc w:val="right"/>
      </w:pPr>
      <w:r>
        <w:t>اور پھر چلتی رہی تھیوری۔</w:t>
      </w:r>
    </w:p>
    <w:p>
      <w:r>
        <w:rPr>
          <w:b/>
        </w:rPr>
        <w:t xml:space="preserve">[10:45] </w:t>
      </w:r>
      <w:r>
        <w:t>jeo sentrik theori chalti rahi, chalti rahi yahan tak ke copernicus ke zamane mein khatm hui jabke telescope bani.</w:t>
      </w:r>
    </w:p>
    <w:p>
      <w:pPr>
        <w:jc w:val="right"/>
      </w:pPr>
      <w:r>
        <w:t>جیو سینٹرک تھیوری چلتی رہی، چلتی رہی یہاں تک کہ کوپرنیکس کے زمانے میں ختم ہوئی جبکہ ٹیلیسکوپ بن گئی۔</w:t>
      </w:r>
    </w:p>
    <w:p>
      <w:r>
        <w:rPr>
          <w:b/>
        </w:rPr>
        <w:t xml:space="preserve">[10:52] </w:t>
      </w:r>
      <w:r>
        <w:t>ab tehqiqat se pata chala ke jo cheez markaz mein hai woh hamari</w:t>
      </w:r>
    </w:p>
    <w:p>
      <w:pPr>
        <w:jc w:val="right"/>
      </w:pPr>
      <w:r>
        <w:t>اب تحقیقات سے پتہ چلا کہ جو چیز مرکز میں ہے وہ ہماری</w:t>
      </w:r>
    </w:p>
    <w:p>
      <w:r>
        <w:rPr>
          <w:b/>
        </w:rPr>
        <w:t xml:space="preserve">[11:00] </w:t>
      </w:r>
      <w:r>
        <w:t>zameen nahin hai balkeh suraj hai.</w:t>
      </w:r>
    </w:p>
    <w:p>
      <w:pPr>
        <w:jc w:val="right"/>
      </w:pPr>
      <w:r>
        <w:t>زمین نہیں ہے بلکہ سورج ہے۔</w:t>
      </w:r>
    </w:p>
    <w:p>
      <w:r>
        <w:rPr>
          <w:b/>
        </w:rPr>
        <w:t xml:space="preserve">[11:06] </w:t>
      </w:r>
      <w:r>
        <w:t>suraj ke gird zameen ghoomti hai aur doosre sayare bhi ghoomte hain.</w:t>
      </w:r>
    </w:p>
    <w:p>
      <w:pPr>
        <w:jc w:val="right"/>
      </w:pPr>
      <w:r>
        <w:t>سورج کے گرد زمین گھومتی ہے اور دوسرے سیارے بھی گھومتے ہیں۔</w:t>
      </w:r>
    </w:p>
    <w:p>
      <w:r>
        <w:rPr>
          <w:b/>
        </w:rPr>
        <w:t xml:space="preserve">[11:12] </w:t>
      </w:r>
      <w:r>
        <w:t>ab helio sentrik theori bani, yani aaftab markazi nazariya.</w:t>
      </w:r>
    </w:p>
    <w:p>
      <w:pPr>
        <w:jc w:val="right"/>
      </w:pPr>
      <w:r>
        <w:t>اب ہیلیو سینٹرک تھیوری بنی، یعنی آفتاب مرکزی نظریہ۔</w:t>
      </w:r>
    </w:p>
    <w:p>
      <w:r>
        <w:rPr>
          <w:b/>
        </w:rPr>
        <w:t xml:space="preserve">[11:18] </w:t>
      </w:r>
      <w:r>
        <w:t>to jeo sentrik theori radd ho gayi aur helio sentrik theori maan li gayi.</w:t>
      </w:r>
    </w:p>
    <w:p>
      <w:pPr>
        <w:jc w:val="right"/>
      </w:pPr>
      <w:r>
        <w:t>تو جیو سینٹرک تھیوری رد ہوگئی اور ہیلیو سینٹرک تھیوری مان لی گئی۔</w:t>
      </w:r>
    </w:p>
    <w:p>
      <w:r>
        <w:rPr>
          <w:b/>
        </w:rPr>
        <w:t xml:space="preserve">[11:24] </w:t>
      </w:r>
      <w:r>
        <w:t>yeh hai matlab is ka bradley ka ke mazhab bhi</w:t>
      </w:r>
    </w:p>
    <w:p>
      <w:pPr>
        <w:jc w:val="right"/>
      </w:pPr>
      <w:r>
        <w:t>یہ ہے مطلب اس کا بریڈلے کا کہ مذہب بھی</w:t>
      </w:r>
    </w:p>
    <w:p>
      <w:r>
        <w:rPr>
          <w:b/>
        </w:rPr>
        <w:t xml:space="preserve">[11:31] </w:t>
      </w:r>
      <w:r>
        <w:t>science par jaancha jaye.</w:t>
      </w:r>
    </w:p>
    <w:p>
      <w:pPr>
        <w:jc w:val="right"/>
      </w:pPr>
      <w:r>
        <w:t>سائنس پر جانچا جائے۔</w:t>
      </w:r>
    </w:p>
    <w:p>
      <w:r>
        <w:rPr>
          <w:b/>
        </w:rPr>
        <w:t xml:space="preserve">[11:38] </w:t>
      </w:r>
      <w:r>
        <w:t>jis tarah doosri cheezon ki sainsi jaanch partaal ki gayi hai, mazhab ki bhi sainsi jaanch partaal ki jaye.</w:t>
      </w:r>
    </w:p>
    <w:p>
      <w:pPr>
        <w:jc w:val="right"/>
      </w:pPr>
      <w:r>
        <w:t>جس طرح دوسری چیزوں کی سائنسی جانچ پڑتال کی گئی ہے، مذہب کی بھی سائنسی جانچ پڑتال کی جائے۔</w:t>
      </w:r>
    </w:p>
    <w:p>
      <w:r>
        <w:rPr>
          <w:b/>
        </w:rPr>
        <w:t xml:space="preserve">[11:46] </w:t>
      </w:r>
      <w:r>
        <w:t>aur jo mazhab ya mazhab ke jo ajzaa sainsi jaanch partaal par poore utrein, wohi is zamane ka mazhab hoga.</w:t>
      </w:r>
    </w:p>
    <w:p>
      <w:pPr>
        <w:jc w:val="right"/>
      </w:pPr>
      <w:r>
        <w:t>اور جو مذہب یا مذہب کے جو اجزاء سائنسی جانچ پڑتال پر پورے اتریں، وہی اس زمانے کا مذہب ہوگا۔</w:t>
      </w:r>
    </w:p>
    <w:p>
      <w:r>
        <w:rPr>
          <w:b/>
        </w:rPr>
        <w:t xml:space="preserve">[11:53] </w:t>
      </w:r>
      <w:r>
        <w:t>yeh hai francis herbert bradley ka matlab</w:t>
      </w:r>
    </w:p>
    <w:p>
      <w:pPr>
        <w:jc w:val="right"/>
      </w:pPr>
      <w:r>
        <w:t>یہ ہے فرانسس ہربرٹ بریڈلے کا مطلب</w:t>
      </w:r>
    </w:p>
    <w:p>
      <w:r>
        <w:rPr>
          <w:b/>
        </w:rPr>
        <w:t xml:space="preserve">[12:01] </w:t>
      </w:r>
      <w:r>
        <w:t>hamare log jo hain, muslim scientist jo hain, is tarah ki baatein jo kahi gayin toh is par radd-e-amal dete rahe woh. manfi radd-e-amal ke yeh Islam ke dushman hain, yeh sazish karte hain, yeh log yeh atheist hain, yeh murid hain, gumrah hain. main toh samajhta hoon ke yeh bahut badi barkat thi Islam ke liye ke ek bade philos</w:t>
      </w:r>
    </w:p>
    <w:p>
      <w:pPr>
        <w:jc w:val="right"/>
      </w:pPr>
      <w:r>
        <w:t>۔ ہمارے لوگ جو ہیں، مسلم سائنسدان جو ہیں، اس طرح کی باتیں جو کہی گئیں تو اس پر ردعمل دیتے رہے وہ۔ منفی ردعمل کہ یہ اسلام کے دشمن ہیں، یہ سازش کرتے ہیں، یہ لوگ یہ آتھیسٹ ہیں، یہ مرید ہیں، گمراہ ہیں۔ میں تو سمجھتا ہوں کہ یہ بہت بڑی برکت تھی اسلام کے لیے کہ ایک بڑے فلاس</w:t>
      </w:r>
    </w:p>
    <w:p>
      <w:r>
        <w:rPr>
          <w:b/>
        </w:rPr>
        <w:t xml:space="preserve">[12:31] </w:t>
      </w:r>
      <w:r>
        <w:t>fr ne ek aisa mayar diya jis mein jaancha jaye to sirf islam hi qaim rehta hai aur</w:t>
      </w:r>
    </w:p>
    <w:p>
      <w:pPr>
        <w:jc w:val="right"/>
      </w:pPr>
      <w:r>
        <w:t>فر نے ایک ایسا معیار دیا جس میں جانچا جائے تو صرف اسلام ہی قائم رہتا ہے اور</w:t>
      </w:r>
    </w:p>
    <w:p>
      <w:r>
        <w:rPr>
          <w:b/>
        </w:rPr>
        <w:t xml:space="preserve">[12:41] </w:t>
      </w:r>
      <w:r>
        <w:t>doosre mazhab jo hain woh radd ho jate hain.</w:t>
      </w:r>
    </w:p>
    <w:p>
      <w:pPr>
        <w:jc w:val="right"/>
      </w:pPr>
      <w:r>
        <w:t>دوسرے مذہب جو ہیں وہ رد ہو جاتے ہیں۔</w:t>
      </w:r>
    </w:p>
    <w:p>
      <w:r>
        <w:rPr>
          <w:b/>
        </w:rPr>
        <w:t xml:space="preserve">[12:51] </w:t>
      </w:r>
      <w:r>
        <w:t>mera matlab yeh nahin hai ke jo doosre mazhab asal mein sahi nahin the, jo bhi</w:t>
      </w:r>
    </w:p>
    <w:p>
      <w:pPr>
        <w:jc w:val="right"/>
      </w:pPr>
      <w:r>
        <w:t>میرا مطلب یہ نہیں ہے کہ جو دوسرے مذہب اصل میں صحیح نہیں تھے۔ جو بھی</w:t>
      </w:r>
    </w:p>
    <w:p>
      <w:r>
        <w:rPr>
          <w:b/>
        </w:rPr>
        <w:t xml:space="preserve">[13:01] </w:t>
      </w:r>
      <w:r>
        <w:t>mazhab khuda ki taraf se aya hai, aap jantay hain ke quran mein hai ke har qaryay mein bhi bhejja gaya nazir o bashir, har zamanay mein bhejja gaya khuda ka peghambar. to goya ke bohat se khuda ke bande thay jinhon ne dunya ko bataya sachai. aaj hum jahan hain</w:t>
      </w:r>
    </w:p>
    <w:p>
      <w:pPr>
        <w:jc w:val="right"/>
      </w:pPr>
      <w:r>
        <w:t>مذہب خدا کی طرف سے آیا ہے، آپ جانتے ہیں کہ قرآن میں ہے کہ ہر قریہ میں بھیجا گیا نذیر و بشیر، ہر زمانے میں بھیجا گیا خدا کا پیغمبر۔ تو گویا کہ بہت سے خدا کے بندے تھے جنہوں نے دنیا کو بتایا سچائی۔ آج ہم جہاں ہیں</w:t>
      </w:r>
    </w:p>
    <w:p>
      <w:r>
        <w:rPr>
          <w:b/>
        </w:rPr>
        <w:t xml:space="preserve">[13:31] </w:t>
      </w:r>
      <w:r>
        <w:t>to pichlay mazhab aaj apni asal shakal mein baqi nahi rahay. pichlay zamanay mein cheezon ko mehfooz karne ka itna saadhan nahi hota tha. aaj to ek aam aadmi bhi ek kitab likhe aur us ko type karwa kar chhapwa de to ek aam aadmi ki kitab bhi mehfooz ho gayi. ek bilkul aam aadmi jo koi</w:t>
      </w:r>
    </w:p>
    <w:p>
      <w:pPr>
        <w:jc w:val="right"/>
      </w:pPr>
      <w:r>
        <w:t>تو پچھلے مذہب آج اپنی اصل شکل میں باقی نہیں رہے۔ پچھلے زمانے میں چیزوں کو محفوظ کرنے کا اتنا ساधन نہیں ہوتا تھا۔ آج تو ایک عام آدمی بھی ایک کتاب لکھے اور اس کو ٹائپ کروا کر چھپوا دے تو ایک عام آدمی کی کتاب بھی محفوظ ہوگئی۔ ایک بالکل عام آدمی جو کوئی</w:t>
      </w:r>
    </w:p>
    <w:p>
      <w:r>
        <w:rPr>
          <w:b/>
        </w:rPr>
        <w:t xml:space="preserve">[14:01] </w:t>
      </w:r>
      <w:r>
        <w:t>bara musannif nahin hai, koi bara scientist nahin hai, lekin woh agar chhapwa deta hai is ko to</w:t>
      </w:r>
    </w:p>
    <w:p>
      <w:pPr>
        <w:jc w:val="right"/>
      </w:pPr>
      <w:r>
        <w:t>بڑا مصنف نہیں ہے، کوئی بڑا سائنسدان نہیں ہے، لیکن وہ اگر چھپوا دیتا ہے اس کو تو</w:t>
      </w:r>
    </w:p>
    <w:p>
      <w:r>
        <w:rPr>
          <w:b/>
        </w:rPr>
        <w:t xml:space="preserve">[14:06] </w:t>
      </w:r>
      <w:r>
        <w:t>bas woh mehfooz ho gayi.</w:t>
      </w:r>
    </w:p>
    <w:p>
      <w:pPr>
        <w:jc w:val="right"/>
      </w:pPr>
      <w:r>
        <w:t>بس وہ محفوظ ہوگئی۔</w:t>
      </w:r>
    </w:p>
    <w:p>
      <w:r>
        <w:rPr>
          <w:b/>
        </w:rPr>
        <w:t xml:space="preserve">[14:11] </w:t>
      </w:r>
      <w:r>
        <w:t>aap library mein rakh dijiye is ko.</w:t>
      </w:r>
    </w:p>
    <w:p>
      <w:pPr>
        <w:jc w:val="right"/>
      </w:pPr>
      <w:r>
        <w:t>آپ لائبریری میں رکھ دیجیے اس کو۔</w:t>
      </w:r>
    </w:p>
    <w:p>
      <w:r>
        <w:rPr>
          <w:b/>
        </w:rPr>
        <w:t xml:space="preserve">[14:16] </w:t>
      </w:r>
      <w:r>
        <w:t>pehle zamane mein aisa saadhan nahin hua karte the.</w:t>
      </w:r>
    </w:p>
    <w:p>
      <w:pPr>
        <w:jc w:val="right"/>
      </w:pPr>
      <w:r>
        <w:t>پہلے زمانے میں ایسا ساधन نہیں ہوا کرتے تھے۔</w:t>
      </w:r>
    </w:p>
    <w:p>
      <w:r>
        <w:rPr>
          <w:b/>
        </w:rPr>
        <w:t xml:space="preserve">[14:21] </w:t>
      </w:r>
      <w:r>
        <w:t>is liye pehle zamane mein na to kaghaz is tarah ka hota tha, na printing press tha, na</w:t>
      </w:r>
    </w:p>
    <w:p>
      <w:pPr>
        <w:jc w:val="right"/>
      </w:pPr>
      <w:r>
        <w:t>اس لیے پہلے زمانے میں نہ تو کاغذ اس طرح کا ہوتا تھا، نہ پرنٹنگ پریس تھا، نہ</w:t>
      </w:r>
    </w:p>
    <w:p>
      <w:r>
        <w:rPr>
          <w:b/>
        </w:rPr>
        <w:t xml:space="preserve">[14:26] </w:t>
      </w:r>
      <w:r>
        <w:t>mowaslat tha, kuch bhi nahin tha.</w:t>
      </w:r>
    </w:p>
    <w:p>
      <w:pPr>
        <w:jc w:val="right"/>
      </w:pPr>
      <w:r>
        <w:t>مواصلات تھا، کچھ بھی نہیں تھا۔</w:t>
      </w:r>
    </w:p>
    <w:p>
      <w:r>
        <w:rPr>
          <w:b/>
        </w:rPr>
        <w:t xml:space="preserve">[14:31] </w:t>
      </w:r>
      <w:r>
        <w:t>is liye asal mein har mazhab sahi tha lekin us zamane mein saadhan na hone ki wajah se</w:t>
      </w:r>
    </w:p>
    <w:p>
      <w:pPr>
        <w:jc w:val="right"/>
      </w:pPr>
      <w:r>
        <w:t>اس لیے اصل میں ہر مذہب صحیح تھا لیکن اس زمانے میں ساधन نہ ہونے کی وجہ سے</w:t>
      </w:r>
    </w:p>
    <w:p>
      <w:r>
        <w:rPr>
          <w:b/>
        </w:rPr>
        <w:t xml:space="preserve">[14:37] </w:t>
      </w:r>
      <w:r>
        <w:t>pichhle mazhab jo hain woh mehfooz nahin rakhe sake.</w:t>
      </w:r>
    </w:p>
    <w:p>
      <w:pPr>
        <w:jc w:val="right"/>
      </w:pPr>
      <w:r>
        <w:t>پچھلے مذہب جو ہیں وہ محفوظ نہیں رکھے سکے۔</w:t>
      </w:r>
    </w:p>
    <w:p>
      <w:r>
        <w:rPr>
          <w:b/>
        </w:rPr>
        <w:t xml:space="preserve">[14:44] </w:t>
      </w:r>
      <w:r>
        <w:t>islam pehla mazhab hai jo is zamane mein aaya jabke yeh saadhan wajood mein aa chuke the.</w:t>
      </w:r>
    </w:p>
    <w:p>
      <w:pPr>
        <w:jc w:val="right"/>
      </w:pPr>
      <w:r>
        <w:t>اسلام پہلا مذہب ہے جو اس زمانے میں آیا جبکہ یہ ساधन وجود میں آچکے تھے۔</w:t>
      </w:r>
    </w:p>
    <w:p>
      <w:r>
        <w:rPr>
          <w:b/>
        </w:rPr>
        <w:t xml:space="preserve">[14:50] </w:t>
      </w:r>
      <w:r>
        <w:t>yani saatvin sadi ka pehla se mahi.</w:t>
      </w:r>
    </w:p>
    <w:p>
      <w:pPr>
        <w:jc w:val="right"/>
      </w:pPr>
      <w:r>
        <w:t>یعنی ساتویں صدی کا پہلا سہ ماہی۔</w:t>
      </w:r>
    </w:p>
    <w:p>
      <w:r>
        <w:rPr>
          <w:b/>
        </w:rPr>
        <w:t xml:space="preserve">[14:56] </w:t>
      </w:r>
      <w:r>
        <w:t>is zamane mein kaghaz</w:t>
      </w:r>
    </w:p>
    <w:p>
      <w:pPr>
        <w:jc w:val="right"/>
      </w:pPr>
      <w:r>
        <w:t>اس زمانے میں کاغذ</w:t>
      </w:r>
    </w:p>
    <w:p>
      <w:r>
        <w:rPr>
          <w:b/>
        </w:rPr>
        <w:t xml:space="preserve">[15:02] </w:t>
      </w:r>
      <w:r>
        <w:t>banne laga tha.</w:t>
      </w:r>
    </w:p>
    <w:p>
      <w:pPr>
        <w:jc w:val="right"/>
      </w:pPr>
      <w:r>
        <w:t>بننے لگا تھا۔</w:t>
      </w:r>
    </w:p>
    <w:p>
      <w:r>
        <w:rPr>
          <w:b/>
        </w:rPr>
        <w:t xml:space="preserve">[15:07] </w:t>
      </w:r>
      <w:r>
        <w:t>kagaz misr mein aur cheen mein kagaz banta tha aur woh market hota tha yani tajar log is</w:t>
      </w:r>
    </w:p>
    <w:p>
      <w:pPr>
        <w:jc w:val="right"/>
      </w:pPr>
      <w:r>
        <w:t>کاغذ مصر میں اور چین میں کاغذ بنتا تھا اور وہ مارکیٹ ہوتا تھا یعنی تاجر لوگ اس</w:t>
      </w:r>
    </w:p>
    <w:p>
      <w:r>
        <w:rPr>
          <w:b/>
        </w:rPr>
        <w:t xml:space="preserve">[15:12] </w:t>
      </w:r>
      <w:r>
        <w:t>ko bechte the idhar udhar le kar ke.</w:t>
      </w:r>
    </w:p>
    <w:p>
      <w:pPr>
        <w:jc w:val="right"/>
      </w:pPr>
      <w:r>
        <w:t>کو بیچتے تھے ادھر ادھر لے کر کے۔</w:t>
      </w:r>
    </w:p>
    <w:p>
      <w:r>
        <w:rPr>
          <w:b/>
        </w:rPr>
        <w:t xml:space="preserve">[15:17] </w:t>
      </w:r>
      <w:r>
        <w:t>printing press agarche baad ko wajood mein aaya lekin kagaz toh ban chuka tha toh likha ja sakta tha.</w:t>
      </w:r>
    </w:p>
    <w:p>
      <w:pPr>
        <w:jc w:val="right"/>
      </w:pPr>
      <w:r>
        <w:t>پرنٹنگ پریس اگرچہ بعد کو وجود میں آیا لیکن کاغذ تو بن چکا تھا تو لکھا جا سکتا تھا۔</w:t>
      </w:r>
    </w:p>
    <w:p>
      <w:r>
        <w:rPr>
          <w:b/>
        </w:rPr>
        <w:t xml:space="preserve">[15:22] </w:t>
      </w:r>
      <w:r>
        <w:t>is se pehle toh kagaz bhi nahi tha.</w:t>
      </w:r>
    </w:p>
    <w:p>
      <w:pPr>
        <w:jc w:val="right"/>
      </w:pPr>
      <w:r>
        <w:t>اس سے پہلے تو کاغذ بھی نہیں تھا۔</w:t>
      </w:r>
    </w:p>
    <w:p>
      <w:r>
        <w:rPr>
          <w:b/>
        </w:rPr>
        <w:t xml:space="preserve">[15:27] </w:t>
      </w:r>
      <w:r>
        <w:t>toh behal is zamane</w:t>
      </w:r>
    </w:p>
    <w:p>
      <w:pPr>
        <w:jc w:val="right"/>
      </w:pPr>
      <w:r>
        <w:t>تو بہرحال اس زمانے</w:t>
      </w:r>
    </w:p>
    <w:p>
      <w:r>
        <w:rPr>
          <w:b/>
        </w:rPr>
        <w:t xml:space="preserve">[15:32] </w:t>
      </w:r>
      <w:r>
        <w:t>ka aghaz ho gaya rasool Allah ke zamane mein.</w:t>
      </w:r>
    </w:p>
    <w:p>
      <w:pPr>
        <w:jc w:val="right"/>
      </w:pPr>
      <w:r>
        <w:t>کا آغاز ہوگیا رسول اللہ کے زمانے میں۔</w:t>
      </w:r>
    </w:p>
    <w:p>
      <w:r>
        <w:rPr>
          <w:b/>
        </w:rPr>
        <w:t xml:space="preserve">[15:36] </w:t>
      </w:r>
      <w:r>
        <w:t>is baat ko samjhiye ke main kya keh raha hoon.</w:t>
      </w:r>
    </w:p>
    <w:p>
      <w:pPr>
        <w:jc w:val="right"/>
      </w:pPr>
      <w:r>
        <w:t>اس بات کو سمجھئے کہ میں کیا کہہ رہا ہوں۔</w:t>
      </w:r>
    </w:p>
    <w:p>
      <w:r>
        <w:rPr>
          <w:b/>
        </w:rPr>
        <w:t xml:space="preserve">[15:41] </w:t>
      </w:r>
      <w:r>
        <w:t>main yeh nahi keh raha hoon ke pichhle mazahib jo the kamtar the, islam aala hai.</w:t>
      </w:r>
    </w:p>
    <w:p>
      <w:pPr>
        <w:jc w:val="right"/>
      </w:pPr>
      <w:r>
        <w:t>میں یہ نہیں کہہ رہا ہوں کہ پچھلے مذاہب جو تھے کمتر تھے، اسلام اعلیٰ ہے۔</w:t>
      </w:r>
    </w:p>
    <w:p>
      <w:r>
        <w:rPr>
          <w:b/>
        </w:rPr>
        <w:t xml:space="preserve">[15:45] </w:t>
      </w:r>
      <w:r>
        <w:t>pichhle mazahib ghair afzal the, islam afzal hai.</w:t>
      </w:r>
    </w:p>
    <w:p>
      <w:pPr>
        <w:jc w:val="right"/>
      </w:pPr>
      <w:r>
        <w:t>پچھلے مذاہب غیر افضل تھے، اسلام افضل ہے۔</w:t>
      </w:r>
    </w:p>
    <w:p>
      <w:r>
        <w:rPr>
          <w:b/>
        </w:rPr>
        <w:t xml:space="preserve">[15:49] </w:t>
      </w:r>
      <w:r>
        <w:t>nahi nahi, aisi yeh sab bilkul aap sard baatein hain, be buniyad baatein hain.</w:t>
      </w:r>
    </w:p>
    <w:p>
      <w:pPr>
        <w:jc w:val="right"/>
      </w:pPr>
      <w:r>
        <w:t>نہیں نہیں، ایسی یہ سب بالکل آپ سرد باتیں ہیں، بے بنیاد باتیں ہیں۔</w:t>
      </w:r>
    </w:p>
    <w:p>
      <w:r>
        <w:rPr>
          <w:b/>
        </w:rPr>
        <w:t xml:space="preserve">[15:54] </w:t>
      </w:r>
      <w:r>
        <w:t>khuda ka bheja hua har mazhab yeksan tha.</w:t>
      </w:r>
    </w:p>
    <w:p>
      <w:pPr>
        <w:jc w:val="right"/>
      </w:pPr>
      <w:r>
        <w:t>خدا کا بھیجا ہوا ہر مذہب یکساں تھا۔</w:t>
      </w:r>
    </w:p>
    <w:p>
      <w:r>
        <w:rPr>
          <w:b/>
        </w:rPr>
        <w:t xml:space="preserve">[15:58] </w:t>
      </w:r>
      <w:r>
        <w:t>la man wahi taleem</w:t>
      </w:r>
    </w:p>
    <w:p>
      <w:pPr>
        <w:jc w:val="right"/>
      </w:pPr>
      <w:r>
        <w:t>لا من وہی تعلیم</w:t>
      </w:r>
    </w:p>
    <w:p>
      <w:r>
        <w:rPr>
          <w:b/>
        </w:rPr>
        <w:t xml:space="preserve">[16:02] </w:t>
      </w:r>
      <w:r>
        <w:t>wahi sachai jo ek mazhab mein thi wahi doosre mazhab mein thi.</w:t>
      </w:r>
    </w:p>
    <w:p>
      <w:pPr>
        <w:jc w:val="right"/>
      </w:pPr>
      <w:r>
        <w:t>، وہی سچائی جو ایک مذہب میں تھی وہی دوسرے مذہب میں تھی۔</w:t>
      </w:r>
    </w:p>
    <w:p>
      <w:r>
        <w:rPr>
          <w:b/>
        </w:rPr>
        <w:t xml:space="preserve">[16:10] </w:t>
      </w:r>
      <w:r>
        <w:t>jo farq hai woh is aitbar se hai ke pichhle mazahib mehfooz nahi reh sake.</w:t>
      </w:r>
    </w:p>
    <w:p>
      <w:pPr>
        <w:jc w:val="right"/>
      </w:pPr>
      <w:r>
        <w:t>جو فرق ہے وہ اس اعتبار سے ہے کہ پچھلے مذاہب محفوظ نہیں رہ سکے۔</w:t>
      </w:r>
    </w:p>
    <w:p>
      <w:r>
        <w:rPr>
          <w:b/>
        </w:rPr>
        <w:t xml:space="preserve">[16:18] </w:t>
      </w:r>
      <w:r>
        <w:t>islam jo hai mehfooz reh saka kyunke woh zamana aa chuka tha mehfooz rakhne ka.</w:t>
      </w:r>
    </w:p>
    <w:p>
      <w:pPr>
        <w:jc w:val="right"/>
      </w:pPr>
      <w:r>
        <w:t>اسلام جو ہے محفوظ رہ سکا کیونکہ وہ زمانہ آچکا تھا محفوظ رکھنے کا۔</w:t>
      </w:r>
    </w:p>
    <w:p>
      <w:r>
        <w:rPr>
          <w:b/>
        </w:rPr>
        <w:t xml:space="preserve">[16:25] </w:t>
      </w:r>
      <w:r>
        <w:t>aise saadhan wajood mein aa chuke the jabke kisi cheez ko aap mehfooz kar saken. phir jab</w:t>
      </w:r>
    </w:p>
    <w:p>
      <w:pPr>
        <w:jc w:val="right"/>
      </w:pPr>
      <w:r>
        <w:t>ایسے ساधन وجود میں آچکے تھے جبکہ کسی چیز کو آپ محفوظ کر سکیں۔ پھر جب</w:t>
      </w:r>
    </w:p>
    <w:p>
      <w:r>
        <w:rPr>
          <w:b/>
        </w:rPr>
        <w:t xml:space="preserve">[16:33] </w:t>
      </w:r>
      <w:r>
        <w:t>printing press ban gaya phir toh mehfooz karne ka aur bhi zyada mazboot saadhan mil gaya ke ab</w:t>
      </w:r>
    </w:p>
    <w:p>
      <w:pPr>
        <w:jc w:val="right"/>
      </w:pPr>
      <w:r>
        <w:t>پرنٹنگ پریس بن گیا پھر تو محفوظ کرنے کا اور بھی زیادہ مضبوط ساधन مل گیا کہ اب</w:t>
      </w:r>
    </w:p>
    <w:p>
      <w:r>
        <w:rPr>
          <w:b/>
        </w:rPr>
        <w:t xml:space="preserve">[16:39] </w:t>
      </w:r>
      <w:r>
        <w:t>koi is mein badlao ho hi nahi sakta hai.</w:t>
      </w:r>
    </w:p>
    <w:p>
      <w:pPr>
        <w:jc w:val="right"/>
      </w:pPr>
      <w:r>
        <w:t>کوئی اس میں بدلاؤ ہو ہی نہیں سکتا ہے۔</w:t>
      </w:r>
    </w:p>
    <w:p>
      <w:r>
        <w:rPr>
          <w:b/>
        </w:rPr>
        <w:t xml:space="preserve">[16:45] </w:t>
      </w:r>
      <w:r>
        <w:t>yeh matlab hai mere kehne ka.</w:t>
      </w:r>
    </w:p>
    <w:p>
      <w:pPr>
        <w:jc w:val="right"/>
      </w:pPr>
      <w:r>
        <w:t>یہ مطلب ہے میرے کہنے کا۔</w:t>
      </w:r>
    </w:p>
    <w:p>
      <w:r>
        <w:rPr>
          <w:b/>
        </w:rPr>
        <w:t xml:space="preserve">[16:51] </w:t>
      </w:r>
      <w:r>
        <w:t>toh behal Francis Herbert Bradley akela nahi hai, aisi baatein aur bhi kai logon ne kahi thi.</w:t>
      </w:r>
    </w:p>
    <w:p>
      <w:pPr>
        <w:jc w:val="right"/>
      </w:pPr>
      <w:r>
        <w:t>تو بہرحال فرانسس ہربرٹ بریڈلے اکیلا نہیں ہے، ایسی باتیں اور بھی کئی لوگوں نے کہی تھیں۔</w:t>
      </w:r>
    </w:p>
    <w:p>
      <w:r>
        <w:rPr>
          <w:b/>
        </w:rPr>
        <w:t xml:space="preserve">[16:58] </w:t>
      </w:r>
      <w:r>
        <w:t>toh log is par bhadak uthe halanke yeh toh ek bahut badi</w:t>
      </w:r>
    </w:p>
    <w:p>
      <w:pPr>
        <w:jc w:val="right"/>
      </w:pPr>
      <w:r>
        <w:t>تو لوگ اس پر بھڑک اٹھے حالانکہ یہ تو ایک بہت بڑی</w:t>
      </w:r>
    </w:p>
    <w:p>
      <w:r>
        <w:rPr>
          <w:b/>
        </w:rPr>
        <w:t xml:space="preserve">[17:04] </w:t>
      </w:r>
      <w:r>
        <w:t>faida mand baat thi hamare liye.</w:t>
      </w:r>
    </w:p>
    <w:p>
      <w:pPr>
        <w:jc w:val="right"/>
      </w:pPr>
      <w:r>
        <w:t>فائدہ مند بات تھی ہمارے لیے۔</w:t>
      </w:r>
    </w:p>
    <w:p>
      <w:r>
        <w:rPr>
          <w:b/>
        </w:rPr>
        <w:t xml:space="preserve">[17:12] </w:t>
      </w:r>
      <w:r>
        <w:t>yani dunya ka jo ilmi tabqa tha, jo sainsi tabqa tha, jo dunya ke jo mufakkir log the</w:t>
      </w:r>
    </w:p>
    <w:p>
      <w:pPr>
        <w:jc w:val="right"/>
      </w:pPr>
      <w:r>
        <w:t>یعنی دنیا کا جو علمی طبقہ تھا، جو سائنسی طبقہ تھا، جو دنیا کے جو مفکر لوگ تھے</w:t>
      </w:r>
    </w:p>
    <w:p>
      <w:r>
        <w:rPr>
          <w:b/>
        </w:rPr>
        <w:t xml:space="preserve">[17:19] </w:t>
      </w:r>
      <w:r>
        <w:t>woh khud ek aisa miyar de rahe the jis miyar par faisla karne ke baad islami se asal mazhab nikle.</w:t>
      </w:r>
    </w:p>
    <w:p>
      <w:pPr>
        <w:jc w:val="right"/>
      </w:pPr>
      <w:r>
        <w:t>وہ خود ایک ایسا معیار دے رہے تھے جس معیار پر فیصلہ کرنے کے بعد اسلامی سے اصل مذہب نکلے۔</w:t>
      </w:r>
    </w:p>
    <w:p>
      <w:r>
        <w:rPr>
          <w:b/>
        </w:rPr>
        <w:t xml:space="preserve">[17:27] </w:t>
      </w:r>
      <w:r>
        <w:t>farz kijiye ke kisi</w:t>
      </w:r>
    </w:p>
    <w:p>
      <w:pPr>
        <w:jc w:val="right"/>
      </w:pPr>
      <w:r>
        <w:t>فرض کیجیے کہ کسی</w:t>
      </w:r>
    </w:p>
    <w:p>
      <w:r>
        <w:rPr>
          <w:b/>
        </w:rPr>
        <w:t xml:space="preserve">[17:35] </w:t>
      </w:r>
      <w:r>
        <w:t>shehar mein logon ne yeh kiya hai ke pital ke zewaron ke upar sone ka malma yani sunhari</w:t>
      </w:r>
    </w:p>
    <w:p>
      <w:pPr>
        <w:jc w:val="right"/>
      </w:pPr>
      <w:r>
        <w:t>شہر میں لوگوں نے یہ کیا ہے کہ پیتل کے زیوروں کے اوپر سونے کا ملمہ یعنی سنہری</w:t>
      </w:r>
    </w:p>
    <w:p>
      <w:r>
        <w:rPr>
          <w:b/>
        </w:rPr>
        <w:t xml:space="preserve">[17:42] </w:t>
      </w:r>
      <w:r>
        <w:t>polish kar kar ke rakhi hui hain gharon mein.</w:t>
      </w:r>
    </w:p>
    <w:p>
      <w:pPr>
        <w:jc w:val="right"/>
      </w:pPr>
      <w:r>
        <w:t>پالش کر کر کے رکھی ہوئی ہیں گھروں میں۔</w:t>
      </w:r>
    </w:p>
    <w:p>
      <w:r>
        <w:rPr>
          <w:b/>
        </w:rPr>
        <w:t xml:space="preserve">[17:50] </w:t>
      </w:r>
      <w:r>
        <w:t>yani kuch dukandar, dukandar ki misaal lijiye ke kisi shehar mein dukandaron ne yeh kiya hai ke logon</w:t>
      </w:r>
    </w:p>
    <w:p>
      <w:pPr>
        <w:jc w:val="right"/>
      </w:pPr>
      <w:r>
        <w:t>یعنی کچھ دکاندار، دکاندار کی مثال لیجیے کہ کسی شہر میں دکانداروں نے یہ کیا ہے کہ لوگوں</w:t>
      </w:r>
    </w:p>
    <w:p>
      <w:r>
        <w:rPr>
          <w:b/>
        </w:rPr>
        <w:t xml:space="preserve">[17:57] </w:t>
      </w:r>
      <w:r>
        <w:t>ne yeh kiya hai ke pital ke zewar banwaye.</w:t>
      </w:r>
    </w:p>
    <w:p>
      <w:pPr>
        <w:jc w:val="right"/>
      </w:pPr>
      <w:r>
        <w:t>نے یہ کیا ہے کہ پیتل کے زیور بنوائے۔</w:t>
      </w:r>
    </w:p>
    <w:p>
      <w:r>
        <w:rPr>
          <w:b/>
        </w:rPr>
        <w:t xml:space="preserve">[18:05] </w:t>
      </w:r>
      <w:r>
        <w:t>pital ke zewar banway, us ke oopar sunhari polish kar di, sone ka malma kar diya aur bech rahay hain sone ke naam par. lekin ek dukan aisi hai, ek dukan jahan sone hi ke zewar bantay hain, wahan polish nahi ki jati. ab agar hukoomat yeh ailan kare ke hum saray dukandaron ko hum jaanchay gay aur jo niklay ga ke us ne jho</w:t>
      </w:r>
    </w:p>
    <w:p>
      <w:pPr>
        <w:jc w:val="right"/>
      </w:pPr>
      <w:r>
        <w:t>پیتل کے زیور بنوائے، اس کے اوپر سنہری پالش کر دی، سونے کا ملمہ کر دیا اور بیچ رہے ہیں سونے کے نام پر۔ لیکن ایک دکان ایسی ہے، ایک دکان جہاں سونے ہی کے زیور بنتے ہیں، وہاں پالش نہیں کی جاتی۔ اب اگر حکومت یہ اعلان کرے کہ ہم سارے دکانداروں کو ہم جانچیں گے اور جو نکلے گا کہ اس نے جھو</w:t>
      </w:r>
    </w:p>
    <w:p>
      <w:r>
        <w:rPr>
          <w:b/>
        </w:rPr>
        <w:t xml:space="preserve">[18:35] </w:t>
      </w:r>
      <w:r>
        <w:t>ta malma bana kar ke dunya ke samnay dhoka de raha hai yani pital ko bech raha hai sone ke bhaw par, us ko goli mar di jaye gi. to kis ko pareshan hona chahiye? kya us ko jis ke pas sone ke, sach much sone ke ke zewar hain, woh kyun pareshan hoga? pareshan ho to doosray log hon. is farq ko nahi samjha logon ne aur khwah makhwah lagay maghrib ko bura kehne, maghribi ta</w:t>
      </w:r>
    </w:p>
    <w:p>
      <w:pPr>
        <w:jc w:val="right"/>
      </w:pPr>
      <w:r>
        <w:t>ٹا ملمہ بنا کر کے دنیا کے سامنے دھوکہ دے رہا ہے یعنی پیتل کو بیچ رہا ہے سونے کے بھاؤ پر، اس کو گولی مار دی جائے گی۔ تو کس کو پریشان ہونا چاہیے؟ کیا اس کو جس کے پاس سونے کے، سچ مچ سونے کے کے زیور ہیں، وہ کیوں پریشان ہوگا؟ پریشان ہو تو دوسرے لوگ ہوں۔ اس فرق کو نہیں سمجھا لوگوں نے اور خواہ مخواہ لگے مغرب کو برا کہنے، مغربی ت</w:t>
      </w:r>
    </w:p>
    <w:p>
      <w:r>
        <w:rPr>
          <w:b/>
        </w:rPr>
        <w:t xml:space="preserve">[19:05] </w:t>
      </w:r>
      <w:r>
        <w:t>hazeeb ko dushman samajh liya.</w:t>
      </w:r>
    </w:p>
    <w:p>
      <w:pPr>
        <w:jc w:val="right"/>
      </w:pPr>
      <w:r>
        <w:t>ہذیب کو دشمن سمجھ لیا۔</w:t>
      </w:r>
    </w:p>
    <w:p>
      <w:r>
        <w:rPr>
          <w:b/>
        </w:rPr>
        <w:t xml:space="preserve">[19:12] </w:t>
      </w:r>
      <w:r>
        <w:t>maghribi scientiston ko samjha ke sazish kar rahe hain yeh log.</w:t>
      </w:r>
    </w:p>
    <w:p>
      <w:pPr>
        <w:jc w:val="right"/>
      </w:pPr>
      <w:r>
        <w:t>مغربی سائنسدانوں کو سمجھا کہ سازش کر رہے ہیں یہ لوگ۔</w:t>
      </w:r>
    </w:p>
    <w:p>
      <w:r>
        <w:rPr>
          <w:b/>
        </w:rPr>
        <w:t xml:space="preserve">[19:18] </w:t>
      </w:r>
      <w:r>
        <w:t>to behal is mein mein aap ko kuch is silsile mein kuch baatein karna chahunga.</w:t>
      </w:r>
    </w:p>
    <w:p>
      <w:pPr>
        <w:jc w:val="right"/>
      </w:pPr>
      <w:r>
        <w:t>تو بہرحال اس میں میں آپ کو کچھ اس سلسلے میں کچھ باتیں کرنا چاہوں گا۔</w:t>
      </w:r>
    </w:p>
    <w:p>
      <w:r>
        <w:rPr>
          <w:b/>
        </w:rPr>
        <w:t xml:space="preserve">[19:25] </w:t>
      </w:r>
      <w:r>
        <w:t>sab se pehle aap lijiye yaqeen ke nizam ko.</w:t>
      </w:r>
    </w:p>
    <w:p>
      <w:pPr>
        <w:jc w:val="right"/>
      </w:pPr>
      <w:r>
        <w:t>سب سے پہلے آپ لیجیے یقین کے نظام کو۔</w:t>
      </w:r>
    </w:p>
    <w:p>
      <w:r>
        <w:rPr>
          <w:b/>
        </w:rPr>
        <w:t xml:space="preserve">[19:31] </w:t>
      </w:r>
      <w:r>
        <w:t>mazhab ka yaqeen ka nizam yani aqeedah.</w:t>
      </w:r>
    </w:p>
    <w:p>
      <w:pPr>
        <w:jc w:val="right"/>
      </w:pPr>
      <w:r>
        <w:t>مذہب کا یقین کا نظام یعنی عقیدہ۔</w:t>
      </w:r>
    </w:p>
    <w:p>
      <w:r>
        <w:rPr>
          <w:b/>
        </w:rPr>
        <w:t xml:space="preserve">[19:38] </w:t>
      </w:r>
      <w:r>
        <w:t>dekhein jab aap is par ghor karenge to aap payenge ke jo mazahib dunya mein hain</w:t>
      </w:r>
    </w:p>
    <w:p>
      <w:pPr>
        <w:jc w:val="right"/>
      </w:pPr>
      <w:r>
        <w:t>دیکھیں جب آپ اس پر غور کریں گے تو آپ پائیں گے کہ جو مذاہب دنیا میں ہیں</w:t>
      </w:r>
    </w:p>
    <w:p>
      <w:r>
        <w:rPr>
          <w:b/>
        </w:rPr>
        <w:t xml:space="preserve">[19:45] </w:t>
      </w:r>
      <w:r>
        <w:t>to buniyadi taur par woh do qism ke hain.</w:t>
      </w:r>
    </w:p>
    <w:p>
      <w:pPr>
        <w:jc w:val="right"/>
      </w:pPr>
      <w:r>
        <w:t>تو بنیادی طور پر وہ دو قسم کے ہیں۔</w:t>
      </w:r>
    </w:p>
    <w:p>
      <w:r>
        <w:rPr>
          <w:b/>
        </w:rPr>
        <w:t xml:space="preserve">[19:51] </w:t>
      </w:r>
      <w:r>
        <w:t>ek woh jin ko kaha jata hai semitic mazhab, ek woh jin ko kaha jata hai, jin ko</w:t>
      </w:r>
    </w:p>
    <w:p>
      <w:pPr>
        <w:jc w:val="right"/>
      </w:pPr>
      <w:r>
        <w:t>ایک وہ جن کو کہا جاتا ہے سیمیٹک مذہب، ایک وہ جن کو کہا جاتا ہے، جن کو</w:t>
      </w:r>
    </w:p>
    <w:p>
      <w:r>
        <w:rPr>
          <w:b/>
        </w:rPr>
        <w:t xml:space="preserve">[19:58] </w:t>
      </w:r>
      <w:r>
        <w:t>kaha jata hai aryan mazhab.</w:t>
      </w:r>
    </w:p>
    <w:p>
      <w:pPr>
        <w:jc w:val="right"/>
      </w:pPr>
      <w:r>
        <w:t>کہا جاتا ہے آرین مذہب۔</w:t>
      </w:r>
    </w:p>
    <w:p>
      <w:r>
        <w:rPr>
          <w:b/>
        </w:rPr>
        <w:t xml:space="preserve">[20:05] </w:t>
      </w:r>
      <w:r>
        <w:t>to buniyadi taur par jo farq hai dono mein woh kya hai?</w:t>
      </w:r>
    </w:p>
    <w:p>
      <w:pPr>
        <w:jc w:val="right"/>
      </w:pPr>
      <w:r>
        <w:t>تو بنیادی طور پر جو فرق ہے دونوں میں وہ کیا ہے؟</w:t>
      </w:r>
    </w:p>
    <w:p>
      <w:r>
        <w:rPr>
          <w:b/>
        </w:rPr>
        <w:t xml:space="preserve">[20:12] </w:t>
      </w:r>
      <w:r>
        <w:t>ke ya aryan mazhab ka manna hai ke sachai jo hai yani khuda ko dono mante hain, wahi</w:t>
      </w:r>
    </w:p>
    <w:p>
      <w:pPr>
        <w:jc w:val="right"/>
      </w:pPr>
      <w:r>
        <w:t>کہ یا آرین مذہب کا ماننا ہے کہ سچائی جو ہے یعنی خدا کو دونوں مانتے ہیں، وہی</w:t>
      </w:r>
    </w:p>
    <w:p>
      <w:r>
        <w:rPr>
          <w:b/>
        </w:rPr>
        <w:t xml:space="preserve">[20:18] </w:t>
      </w:r>
      <w:r>
        <w:t>mante hain khuda ko, wahi mante hain khuda ko.</w:t>
      </w:r>
    </w:p>
    <w:p>
      <w:pPr>
        <w:jc w:val="right"/>
      </w:pPr>
      <w:r>
        <w:t>مانتے ہیں خدا کو، وہی مانتے ہیں خدا کو۔</w:t>
      </w:r>
    </w:p>
    <w:p>
      <w:r>
        <w:rPr>
          <w:b/>
        </w:rPr>
        <w:t xml:space="preserve">[20:25] </w:t>
      </w:r>
      <w:r>
        <w:t>lekin aryan mazhab jo hai un ke haan monism ka tasawwur hai.</w:t>
      </w:r>
    </w:p>
    <w:p>
      <w:pPr>
        <w:jc w:val="right"/>
      </w:pPr>
      <w:r>
        <w:t>لیکن آرین مذہب جو ہے ان کے ہاں مونزم کا تصور ہے۔</w:t>
      </w:r>
    </w:p>
    <w:p>
      <w:r>
        <w:rPr>
          <w:b/>
        </w:rPr>
        <w:t xml:space="preserve">[20:32] </w:t>
      </w:r>
      <w:r>
        <w:t>monistic khuda ko mante hain woh.</w:t>
      </w:r>
    </w:p>
    <w:p>
      <w:pPr>
        <w:jc w:val="right"/>
      </w:pPr>
      <w:r>
        <w:t>مونسٹک خدا کو مانتے ہیں وہ۔</w:t>
      </w:r>
    </w:p>
    <w:p>
      <w:r>
        <w:rPr>
          <w:b/>
        </w:rPr>
        <w:t xml:space="preserve">[20:38] </w:t>
      </w:r>
      <w:r>
        <w:t>aur jo semitic mazhab hai woh monotheistic khuda ko mante hain.</w:t>
      </w:r>
    </w:p>
    <w:p>
      <w:pPr>
        <w:jc w:val="right"/>
      </w:pPr>
      <w:r>
        <w:t>اور جو سیمیٹک مذہب ہے وہ مونوتھیسٹک خدا کو مانتے ہیں۔</w:t>
      </w:r>
    </w:p>
    <w:p>
      <w:r>
        <w:rPr>
          <w:b/>
        </w:rPr>
        <w:t xml:space="preserve">[20:45] </w:t>
      </w:r>
      <w:r>
        <w:t>monism kya hai? monotheistic kya hai? monism yeh hai ke aap khuda ko maanein ek rooh ke taur par.</w:t>
      </w:r>
    </w:p>
    <w:p>
      <w:pPr>
        <w:jc w:val="right"/>
      </w:pPr>
      <w:r>
        <w:t>مونزم کیا ہے؟ مونوتھیسٹک کیا ہے؟ مونزم یہ ہے کہ آپ خدا کو مانیں ایک روح کے طور پر۔</w:t>
      </w:r>
    </w:p>
    <w:p>
      <w:r>
        <w:rPr>
          <w:b/>
        </w:rPr>
        <w:t xml:space="preserve">[20:51] </w:t>
      </w:r>
      <w:r>
        <w:t>ghair shakhsi khuda maanein us ko.</w:t>
      </w:r>
    </w:p>
    <w:p>
      <w:pPr>
        <w:jc w:val="right"/>
      </w:pPr>
      <w:r>
        <w:t>غیر ذاتی خدا مانیں اس کو۔</w:t>
      </w:r>
    </w:p>
    <w:p>
      <w:r>
        <w:rPr>
          <w:b/>
        </w:rPr>
        <w:t xml:space="preserve">[20:57] </w:t>
      </w:r>
      <w:r>
        <w:t>aur monotheistic mein aisa hai ke khuda ko shakhsi khuda mana jata hai.</w:t>
      </w:r>
    </w:p>
    <w:p>
      <w:pPr>
        <w:jc w:val="right"/>
      </w:pPr>
      <w:r>
        <w:t>اور مونوتھیسٹک میں ایسا ہے کہ خدا کو ذاتی خدا مانا جاتا ہے۔</w:t>
      </w:r>
    </w:p>
    <w:p>
      <w:r>
        <w:rPr>
          <w:b/>
        </w:rPr>
        <w:t xml:space="preserve">[21:03] </w:t>
      </w:r>
      <w:r>
        <w:t>khuda bator shakhs.</w:t>
      </w:r>
    </w:p>
    <w:p>
      <w:pPr>
        <w:jc w:val="right"/>
      </w:pPr>
      <w:r>
        <w:t>خدا بطور شخص۔</w:t>
      </w:r>
    </w:p>
    <w:p>
      <w:r>
        <w:rPr>
          <w:b/>
        </w:rPr>
        <w:t xml:space="preserve">[21:09] </w:t>
      </w:r>
      <w:r>
        <w:t>to yeh monism ki jo theory hai yeh asal mein</w:t>
      </w:r>
    </w:p>
    <w:p>
      <w:pPr>
        <w:jc w:val="right"/>
      </w:pPr>
      <w:r>
        <w:t>تو یہ مونزم کی جو تھیوری ہے یہ اصل میں</w:t>
      </w:r>
    </w:p>
    <w:p>
      <w:r>
        <w:rPr>
          <w:b/>
        </w:rPr>
        <w:t xml:space="preserve">[21:15] </w:t>
      </w:r>
      <w:r>
        <w:t>yeh yeh hai falsafiyana theory.</w:t>
      </w:r>
    </w:p>
    <w:p>
      <w:pPr>
        <w:jc w:val="right"/>
      </w:pPr>
      <w:r>
        <w:t>یہ یہ ہے فلسفیانہ تھیوری۔</w:t>
      </w:r>
    </w:p>
    <w:p>
      <w:r>
        <w:rPr>
          <w:b/>
        </w:rPr>
        <w:t xml:space="preserve">[21:22] </w:t>
      </w:r>
      <w:r>
        <w:t>filasfarz aisay huay hain, yunan mein huay thay aisay log.</w:t>
      </w:r>
    </w:p>
    <w:p>
      <w:pPr>
        <w:jc w:val="right"/>
      </w:pPr>
      <w:r>
        <w:t>فلاسفرز ایسے ہوئے ہیں، یونان میں ہوئے تھے ایسے لوگ۔</w:t>
      </w:r>
    </w:p>
    <w:p>
      <w:r>
        <w:rPr>
          <w:b/>
        </w:rPr>
        <w:t xml:space="preserve">[21:30] </w:t>
      </w:r>
      <w:r>
        <w:t>phir Spinoza aur Hegel jaisay filasfar jo thay unhon ne is ki vakalat ki.</w:t>
      </w:r>
    </w:p>
    <w:p>
      <w:pPr>
        <w:jc w:val="right"/>
      </w:pPr>
      <w:r>
        <w:t>پھر اسپینوزا اور ہیگل جیسے فلاسفر جو تھے انہوں نے اس کی وکالت کی۔</w:t>
      </w:r>
    </w:p>
    <w:p>
      <w:r>
        <w:rPr>
          <w:b/>
        </w:rPr>
        <w:t xml:space="preserve">[21:38] </w:t>
      </w:r>
      <w:r>
        <w:t>unhon ne yeh kaha ke sachai jo hai aik, unhon ne sachai ko aik rooh ke roop mein pesh kiya.</w:t>
      </w:r>
    </w:p>
    <w:p>
      <w:pPr>
        <w:jc w:val="right"/>
      </w:pPr>
      <w:r>
        <w:t>انہوں نے یہ کہا کہ سچائی جو ہے ایک، انہوں نے سچائی کو ایک روح کے روپ میں پیش کیا۔</w:t>
      </w:r>
    </w:p>
    <w:p>
      <w:r>
        <w:rPr>
          <w:b/>
        </w:rPr>
        <w:t xml:space="preserve">[21:45] </w:t>
      </w:r>
      <w:r>
        <w:t>jaisay Hegel ne kaha ke sachai ko ke world rooh, yeh world idea bataya is ko.</w:t>
      </w:r>
    </w:p>
    <w:p>
      <w:pPr>
        <w:jc w:val="right"/>
      </w:pPr>
      <w:r>
        <w:t>جیسے ہیگل نے کہا کہ سچائی کو کہ ورلڈ روح، یہ ورلڈ آئیڈیا بتایا اس کو۔</w:t>
      </w:r>
    </w:p>
    <w:p>
      <w:r>
        <w:rPr>
          <w:b/>
        </w:rPr>
        <w:t xml:space="preserve">[21:51] </w:t>
      </w:r>
      <w:r>
        <w:t>yani Khuda aik shakhs nahi hai, aik zinda hasti nahi hai.</w:t>
      </w:r>
    </w:p>
    <w:p>
      <w:pPr>
        <w:jc w:val="right"/>
      </w:pPr>
      <w:r>
        <w:t>یعنی خدا ایک شخص نہیں ہے، ایک زندہ ہستی نہیں ہے۔</w:t>
      </w:r>
    </w:p>
    <w:p>
      <w:r>
        <w:rPr>
          <w:b/>
        </w:rPr>
        <w:t xml:space="preserve">[21:57] </w:t>
      </w:r>
      <w:r>
        <w:t>aik idea hai, aik rooh hai, bilkul jaisay kashish-e-ghal ya cosmic rays.</w:t>
      </w:r>
    </w:p>
    <w:p>
      <w:pPr>
        <w:jc w:val="right"/>
      </w:pPr>
      <w:r>
        <w:t>ایک آئیڈیا ہے، ایک روح ہے، بالکل جیسے کشش ثقل یا کاسمک ریز۔</w:t>
      </w:r>
    </w:p>
    <w:p>
      <w:r>
        <w:rPr>
          <w:b/>
        </w:rPr>
        <w:t xml:space="preserve">[22:03] </w:t>
      </w:r>
      <w:r>
        <w:t>yeh falsafa agayi mazhab mein.</w:t>
      </w:r>
    </w:p>
    <w:p>
      <w:pPr>
        <w:jc w:val="right"/>
      </w:pPr>
      <w:r>
        <w:t>یہ فلسفی آگئی مذہب میں۔</w:t>
      </w:r>
    </w:p>
    <w:p>
      <w:r>
        <w:rPr>
          <w:b/>
        </w:rPr>
        <w:t xml:space="preserve">[22:09] </w:t>
      </w:r>
      <w:r>
        <w:t>yani kuch mazahib ne apni jo theology banai, theology, is theology ko buniyad kar diya</w:t>
      </w:r>
    </w:p>
    <w:p>
      <w:pPr>
        <w:jc w:val="right"/>
      </w:pPr>
      <w:r>
        <w:t>یعنی کچھ مذہبوں نے اپنی جو تھیالوجی بنائی، تھیالوجی، اس تھیالوجی کو بنیاد کر دیا</w:t>
      </w:r>
    </w:p>
    <w:p>
      <w:r>
        <w:rPr>
          <w:b/>
        </w:rPr>
        <w:t xml:space="preserve">[22:16] </w:t>
      </w:r>
      <w:r>
        <w:t>unhon ne monism, monism falsafa par.</w:t>
      </w:r>
    </w:p>
    <w:p>
      <w:pPr>
        <w:jc w:val="right"/>
      </w:pPr>
      <w:r>
        <w:t>انہوں نے مونزم، مونزم فلسفی پر۔</w:t>
      </w:r>
    </w:p>
    <w:p>
      <w:r>
        <w:rPr>
          <w:b/>
        </w:rPr>
        <w:t xml:space="preserve">[22:21] </w:t>
      </w:r>
      <w:r>
        <w:t>un ko laga ke yahan to humain falsafa se madad mil rahi hai ke hum apne nazariye ko</w:t>
      </w:r>
    </w:p>
    <w:p>
      <w:pPr>
        <w:jc w:val="right"/>
      </w:pPr>
      <w:r>
        <w:t>ان کو لگا کہ یہاں تو ہمیں فلسفی سے مدد مل رہی ہے کہ ہم اپنے نظریے کو</w:t>
      </w:r>
    </w:p>
    <w:p>
      <w:r>
        <w:rPr>
          <w:b/>
        </w:rPr>
        <w:t xml:space="preserve">[22:26] </w:t>
      </w:r>
      <w:r>
        <w:t>qaim kar saken.</w:t>
      </w:r>
    </w:p>
    <w:p>
      <w:pPr>
        <w:jc w:val="right"/>
      </w:pPr>
      <w:r>
        <w:t>قائم کر سکیں۔</w:t>
      </w:r>
    </w:p>
    <w:p>
      <w:r>
        <w:rPr>
          <w:b/>
        </w:rPr>
        <w:t xml:space="preserve">[22:31] </w:t>
      </w:r>
      <w:r>
        <w:t>to baharhal unhon ne is falsafiyana tasawwur ko le liya aur apni theology jo hai monism par buniyad</w:t>
      </w:r>
    </w:p>
    <w:p>
      <w:pPr>
        <w:jc w:val="right"/>
      </w:pPr>
      <w:r>
        <w:t>تو بہرحال انہوں نے اس فلسفیانہ تصور کو لے لیا اور اپنی تھیالوجی جو ہے مونزم پر بنیاد</w:t>
      </w:r>
    </w:p>
    <w:p>
      <w:r>
        <w:rPr>
          <w:b/>
        </w:rPr>
        <w:t xml:space="preserve">[22:37] </w:t>
      </w:r>
      <w:r>
        <w:t>kar ke banai.</w:t>
      </w:r>
    </w:p>
    <w:p>
      <w:pPr>
        <w:jc w:val="right"/>
      </w:pPr>
      <w:r>
        <w:t>کر کے بنائی۔</w:t>
      </w:r>
    </w:p>
    <w:p>
      <w:r>
        <w:rPr>
          <w:b/>
        </w:rPr>
        <w:t xml:space="preserve">[22:42] </w:t>
      </w:r>
      <w:r>
        <w:t>lekin Islam ki theology jo hai woh monotheistic par buniyad karti hai.</w:t>
      </w:r>
    </w:p>
    <w:p>
      <w:pPr>
        <w:jc w:val="right"/>
      </w:pPr>
      <w:r>
        <w:t>لیکن اسلام کی تھیالوجی جو ہے وہ مونوتھیسٹک پر بنیاد کرتی ہے۔</w:t>
      </w:r>
    </w:p>
    <w:p>
      <w:r>
        <w:rPr>
          <w:b/>
        </w:rPr>
        <w:t xml:space="preserve">[22:47] </w:t>
      </w:r>
      <w:r>
        <w:t>ab dekhiye ke science ne jo dunya daryaft ki hai is par aap, is par aap dono ko</w:t>
      </w:r>
    </w:p>
    <w:p>
      <w:pPr>
        <w:jc w:val="right"/>
      </w:pPr>
      <w:r>
        <w:t>اب دیکھیے کہ سائنس نے جو دنیا دریافت کی ہے اس پر آپ، اس پر آپ دونوں کو</w:t>
      </w:r>
    </w:p>
    <w:p>
      <w:r>
        <w:rPr>
          <w:b/>
        </w:rPr>
        <w:t xml:space="preserve">[22:53] </w:t>
      </w:r>
      <w:r>
        <w:t>aap faisla kijiye.</w:t>
      </w:r>
    </w:p>
    <w:p>
      <w:pPr>
        <w:jc w:val="right"/>
      </w:pPr>
      <w:r>
        <w:t>آپ فیصلہ کیجیے۔</w:t>
      </w:r>
    </w:p>
    <w:p>
      <w:r>
        <w:rPr>
          <w:b/>
        </w:rPr>
        <w:t xml:space="preserve">[23:00] </w:t>
      </w:r>
      <w:r>
        <w:t>monotheistic kya kehta hai? Khuda aik shakhs hai, jaisay ke hum aik shakhs hain.</w:t>
      </w:r>
    </w:p>
    <w:p>
      <w:pPr>
        <w:jc w:val="right"/>
      </w:pPr>
      <w:r>
        <w:t>مونوتھیسٹک کیا کہتا ہے؟ خدا ایک شخص ہے، جیسے کہ ہم ایک شخص ہیں۔</w:t>
      </w:r>
    </w:p>
    <w:p>
      <w:r>
        <w:rPr>
          <w:b/>
        </w:rPr>
        <w:t xml:space="preserve">[23:06] </w:t>
      </w:r>
      <w:r>
        <w:t>Khuda dekhta hai, bolta hai, sochta hai, woh pakadta hai.</w:t>
      </w:r>
    </w:p>
    <w:p>
      <w:pPr>
        <w:jc w:val="right"/>
      </w:pPr>
      <w:r>
        <w:t>خدا دیکھتا ہے، بول وہ سوچتا ہے، وہ پکڑتا ہے۔</w:t>
      </w:r>
    </w:p>
    <w:p>
      <w:r>
        <w:rPr>
          <w:b/>
        </w:rPr>
        <w:t xml:space="preserve">[23:12] </w:t>
      </w:r>
      <w:r>
        <w:t>yani Khuda poori tarah se aik hasti hai, aik zinda hasti.</w:t>
      </w:r>
    </w:p>
    <w:p>
      <w:pPr>
        <w:jc w:val="right"/>
      </w:pPr>
      <w:r>
        <w:t>یعنی خدا پوری طرح سے ایک ہستی ہے، ایک زندہ ہستی۔</w:t>
      </w:r>
    </w:p>
    <w:p>
      <w:r>
        <w:rPr>
          <w:b/>
        </w:rPr>
        <w:t xml:space="preserve">[23:18] </w:t>
      </w:r>
      <w:r>
        <w:t>aur monism yeh kehti hai ke nahi, Khuda aik rooh hai.</w:t>
      </w:r>
    </w:p>
    <w:p>
      <w:pPr>
        <w:jc w:val="right"/>
      </w:pPr>
      <w:r>
        <w:t>اور مونزم یہ کہتی ہے کہ نہیں، خدا ایک روح ہے۔</w:t>
      </w:r>
    </w:p>
    <w:p>
      <w:r>
        <w:rPr>
          <w:b/>
        </w:rPr>
        <w:t xml:space="preserve">[23:25] </w:t>
      </w:r>
      <w:r>
        <w:t>aik rooh hai.</w:t>
      </w:r>
    </w:p>
    <w:p>
      <w:pPr>
        <w:jc w:val="right"/>
      </w:pPr>
      <w:r>
        <w:t>ایک روح ہے۔</w:t>
      </w:r>
    </w:p>
    <w:p>
      <w:r>
        <w:rPr>
          <w:b/>
        </w:rPr>
        <w:t xml:space="preserve">[23:31] </w:t>
      </w:r>
      <w:r>
        <w:t>ab aap do nazariye chal rahe thay to chunancha woh log jo yunani filasfarz thay aur phir is</w:t>
      </w:r>
    </w:p>
    <w:p>
      <w:pPr>
        <w:jc w:val="right"/>
      </w:pPr>
      <w:r>
        <w:t>اب آپ دو نظریے چل رہے تھے تو چنانچہ وہ لوگ جو یونانی فلاسفرز تھے اور پھر اس</w:t>
      </w:r>
    </w:p>
    <w:p>
      <w:r>
        <w:rPr>
          <w:b/>
        </w:rPr>
        <w:t xml:space="preserve">[23:37] </w:t>
      </w:r>
      <w:r>
        <w:t>ke baad jo hamare yani jo is monistic mazhab ke jo theologist thay unhon ne yeh kaha ke</w:t>
      </w:r>
    </w:p>
    <w:p>
      <w:pPr>
        <w:jc w:val="right"/>
      </w:pPr>
      <w:r>
        <w:t>کے بعد جو ہمارے یعنی جو اس مونسٹک مذہب کے جو تھیالوجین تھے انہوں نے یہ کہا کہ</w:t>
      </w:r>
    </w:p>
    <w:p>
      <w:r>
        <w:rPr>
          <w:b/>
        </w:rPr>
        <w:t xml:space="preserve">[23:43] </w:t>
      </w:r>
      <w:r>
        <w:t>yeh dunya, yeh jo kainat hai jo kainat hai</w:t>
      </w:r>
    </w:p>
    <w:p>
      <w:pPr>
        <w:jc w:val="right"/>
      </w:pPr>
      <w:r>
        <w:t>یہ دنیا، یہ جو کائنات ہے جو کائنات ہے</w:t>
      </w:r>
    </w:p>
    <w:p>
      <w:r>
        <w:rPr>
          <w:b/>
        </w:rPr>
        <w:t xml:space="preserve">[23:49] </w:t>
      </w:r>
      <w:r>
        <w:t>yeh perennial hai.</w:t>
      </w:r>
    </w:p>
    <w:p>
      <w:pPr>
        <w:jc w:val="right"/>
      </w:pPr>
      <w:r>
        <w:t>یہ پرینیل ہے۔</w:t>
      </w:r>
    </w:p>
    <w:p>
      <w:r>
        <w:rPr>
          <w:b/>
        </w:rPr>
        <w:t xml:space="preserve">[23:53] </w:t>
      </w:r>
      <w:r>
        <w:t>yani is ki, is ka na to koi aaghaz hai na is ka koi anjam hai.</w:t>
      </w:r>
    </w:p>
    <w:p>
      <w:pPr>
        <w:jc w:val="right"/>
      </w:pPr>
      <w:r>
        <w:t>یعنی اس کی، اس کا نہ تو کوئی آغاز ہے نہ اس کا کوئی انجام ہے۔</w:t>
      </w:r>
    </w:p>
    <w:p>
      <w:r>
        <w:rPr>
          <w:b/>
        </w:rPr>
        <w:t xml:space="preserve">[23:58] </w:t>
      </w:r>
      <w:r>
        <w:t>chali ja rahi hai, chali ja rahi hai, chali ja rahi hai.</w:t>
      </w:r>
    </w:p>
    <w:p>
      <w:pPr>
        <w:jc w:val="right"/>
      </w:pPr>
      <w:r>
        <w:t>چلی جا رہی ہے، چلی جا رہی ہے، چلی جا رہی ہے۔</w:t>
      </w:r>
    </w:p>
    <w:p>
      <w:r>
        <w:rPr>
          <w:b/>
        </w:rPr>
        <w:t xml:space="preserve">[24:02] </w:t>
      </w:r>
      <w:r>
        <w:t>is se khuda bator shakhs ki zaroorat nahi thi unhein.</w:t>
      </w:r>
    </w:p>
    <w:p>
      <w:pPr>
        <w:jc w:val="right"/>
      </w:pPr>
      <w:r>
        <w:t>اس سے خدا بطور شخص کی ضرورت نہیں تھی انہیں۔</w:t>
      </w:r>
    </w:p>
    <w:p>
      <w:r>
        <w:rPr>
          <w:b/>
        </w:rPr>
        <w:t xml:space="preserve">[24:06] </w:t>
      </w:r>
      <w:r>
        <w:t>yeh kainat apne aap chali ja rahi hai.</w:t>
      </w:r>
    </w:p>
    <w:p>
      <w:pPr>
        <w:jc w:val="right"/>
      </w:pPr>
      <w:r>
        <w:t>یہ کائنات اپنے آپ چلی جا رہی ہے۔</w:t>
      </w:r>
    </w:p>
    <w:p>
      <w:r>
        <w:rPr>
          <w:b/>
        </w:rPr>
        <w:t xml:space="preserve">[24:10] </w:t>
      </w:r>
      <w:r>
        <w:t>is ki na koi aaghaz hai na koi is ka anjam hai.</w:t>
      </w:r>
    </w:p>
    <w:p>
      <w:pPr>
        <w:jc w:val="right"/>
      </w:pPr>
      <w:r>
        <w:t>اس کی نہ کوئی آغاز ہے نہ کوئی اس کا انجام ہے۔</w:t>
      </w:r>
    </w:p>
    <w:p>
      <w:r>
        <w:rPr>
          <w:b/>
        </w:rPr>
        <w:t xml:space="preserve">[24:15] </w:t>
      </w:r>
      <w:r>
        <w:t>doosri taraf jo theory hai islam ki jis mein ke jo tauheed par mabni hai.</w:t>
      </w:r>
    </w:p>
    <w:p>
      <w:pPr>
        <w:jc w:val="right"/>
      </w:pPr>
      <w:r>
        <w:t>دوسری طرف جو تھیوری ہے اسلام کی جس میں کہ جو توحید پر مبنی ہے۔</w:t>
      </w:r>
    </w:p>
    <w:p>
      <w:r>
        <w:rPr>
          <w:b/>
        </w:rPr>
        <w:t xml:space="preserve">[24:19] </w:t>
      </w:r>
      <w:r>
        <w:t>monotheistic ka matlab hai tauheed.</w:t>
      </w:r>
    </w:p>
    <w:p>
      <w:pPr>
        <w:jc w:val="right"/>
      </w:pPr>
      <w:r>
        <w:t>مونوتھیسٹک کا مطلب ہے توحید۔</w:t>
      </w:r>
    </w:p>
    <w:p>
      <w:r>
        <w:rPr>
          <w:b/>
        </w:rPr>
        <w:t xml:space="preserve">[24:25] </w:t>
      </w:r>
      <w:r>
        <w:t>khuda ek hai.</w:t>
      </w:r>
    </w:p>
    <w:p>
      <w:pPr>
        <w:jc w:val="right"/>
      </w:pPr>
      <w:r>
        <w:t>خدا ایک ہے۔</w:t>
      </w:r>
    </w:p>
    <w:p>
      <w:r>
        <w:rPr>
          <w:b/>
        </w:rPr>
        <w:t xml:space="preserve">[24:31] </w:t>
      </w:r>
      <w:r>
        <w:t>to yahan par dekhiye aisa lagta tha ke tauheed ke nazariye ki zaroorat hi nahi koi.</w:t>
      </w:r>
    </w:p>
    <w:p>
      <w:pPr>
        <w:jc w:val="right"/>
      </w:pPr>
      <w:r>
        <w:t>تو یہاں پر دیکھیے ایسا لگتا تھا کہ توحید کے نظریے کی ضرورت ہی نہیں کوئی۔</w:t>
      </w:r>
    </w:p>
    <w:p>
      <w:r>
        <w:rPr>
          <w:b/>
        </w:rPr>
        <w:t xml:space="preserve">[24:38] </w:t>
      </w:r>
      <w:r>
        <w:t>jab kainat apne aap chali ja rahi hai to kisi khuda ki zaroorat kya hai? to monism mein</w:t>
      </w:r>
    </w:p>
    <w:p>
      <w:pPr>
        <w:jc w:val="right"/>
      </w:pPr>
      <w:r>
        <w:t>جب کائنات اپنے آپ چلی جا رہی ہے تو کسی خدا کی ضرورت کیا ہے؟ تو مونزم میں</w:t>
      </w:r>
    </w:p>
    <w:p>
      <w:r>
        <w:rPr>
          <w:b/>
        </w:rPr>
        <w:t xml:space="preserve">[24:44] </w:t>
      </w:r>
      <w:r>
        <w:t>aur monism par bunyad karti jo theology banai gayi kuch mazahib mein is mein aisa hua.</w:t>
      </w:r>
    </w:p>
    <w:p>
      <w:pPr>
        <w:jc w:val="right"/>
      </w:pPr>
      <w:r>
        <w:t>اور مونزم پر بنیاد کرتی جو تھیالوجی بنائی گئی کچھ مذاہب میں اس میں ایسا ہوا۔</w:t>
      </w:r>
    </w:p>
    <w:p>
      <w:r>
        <w:rPr>
          <w:b/>
        </w:rPr>
        <w:t xml:space="preserve">[24:50] </w:t>
      </w:r>
      <w:r>
        <w:t>to is se pehle dekhiye dono ka jo muqabla tha wo sirf qiyasi daleel par hota tha.</w:t>
      </w:r>
    </w:p>
    <w:p>
      <w:pPr>
        <w:jc w:val="right"/>
      </w:pPr>
      <w:r>
        <w:t>تو اس سے پہلے دیکھیے دونوں کا جو مقابلہ تھا وہ صرف قیاسی دلیل پر ہوتا تھا۔</w:t>
      </w:r>
    </w:p>
    <w:p>
      <w:r>
        <w:rPr>
          <w:b/>
        </w:rPr>
        <w:t xml:space="preserve">[24:56] </w:t>
      </w:r>
      <w:r>
        <w:t>yani qiyasi bunyad par dono bolte the.</w:t>
      </w:r>
    </w:p>
    <w:p>
      <w:pPr>
        <w:jc w:val="right"/>
      </w:pPr>
      <w:r>
        <w:t>یعنی قیاسی بنیاد پر دونوں بولتے تھے۔</w:t>
      </w:r>
    </w:p>
    <w:p>
      <w:r>
        <w:rPr>
          <w:b/>
        </w:rPr>
        <w:t xml:space="preserve">[25:02] </w:t>
      </w:r>
      <w:r>
        <w:t>lekin baisvin sadi ke pehle sehi mah mein jab big bang theory bani aur jo tehqeeq karte karte</w:t>
      </w:r>
    </w:p>
    <w:p>
      <w:pPr>
        <w:jc w:val="right"/>
      </w:pPr>
      <w:r>
        <w:t>لیکن بیسویں صدی کے پہلے سہ ماہی میں جب بگ بینک تھیوری بنی اور جو تحقیق کرتے کرتے</w:t>
      </w:r>
    </w:p>
    <w:p>
      <w:r>
        <w:rPr>
          <w:b/>
        </w:rPr>
        <w:t xml:space="preserve">[25:08] </w:t>
      </w:r>
      <w:r>
        <w:t>wo qaim ho gayi.</w:t>
      </w:r>
    </w:p>
    <w:p>
      <w:pPr>
        <w:jc w:val="right"/>
      </w:pPr>
      <w:r>
        <w:t>وہ قائم ہوگئی۔</w:t>
      </w:r>
    </w:p>
    <w:p>
      <w:r>
        <w:rPr>
          <w:b/>
        </w:rPr>
        <w:t xml:space="preserve">[25:14] </w:t>
      </w:r>
      <w:r>
        <w:t>aaj scientific community</w:t>
      </w:r>
    </w:p>
    <w:p>
      <w:pPr>
        <w:jc w:val="right"/>
      </w:pPr>
      <w:r>
        <w:t>آج سائنسی کمیونٹی</w:t>
      </w:r>
    </w:p>
    <w:p>
      <w:r>
        <w:rPr>
          <w:b/>
        </w:rPr>
        <w:t xml:space="preserve">[25:20] </w:t>
      </w:r>
      <w:r>
        <w:t>yeh manti hai ke tera arab saal pehle ek dhamaka hua.</w:t>
      </w:r>
    </w:p>
    <w:p>
      <w:pPr>
        <w:jc w:val="right"/>
      </w:pPr>
      <w:r>
        <w:t>یہ مانتی ہے کہ تیرہ ارب سال پہلے ایک دھماکہ ہوا۔</w:t>
      </w:r>
    </w:p>
    <w:p>
      <w:r>
        <w:rPr>
          <w:b/>
        </w:rPr>
        <w:t xml:space="preserve">[25:26] </w:t>
      </w:r>
      <w:r>
        <w:t>us waqt ek cosmic ball tha jis mein saare zarrat, ab jo kainat hai kainat ke jitne zarrat</w:t>
      </w:r>
    </w:p>
    <w:p>
      <w:pPr>
        <w:jc w:val="right"/>
      </w:pPr>
      <w:r>
        <w:t>اس وقت ایک کاسمک بال تھا جس میں سارے ذرات، اب جو کائنات ہے کائنات کے جتنے ذرات</w:t>
      </w:r>
    </w:p>
    <w:p>
      <w:r>
        <w:rPr>
          <w:b/>
        </w:rPr>
        <w:t xml:space="preserve">[25:32] </w:t>
      </w:r>
      <w:r>
        <w:t>hain wo sab ke sab is cosmic ball mein maujood the.</w:t>
      </w:r>
    </w:p>
    <w:p>
      <w:pPr>
        <w:jc w:val="right"/>
      </w:pPr>
      <w:r>
        <w:t>ہیں وہ سب کے سب اس کاسمک بال میں موجود تھے۔</w:t>
      </w:r>
    </w:p>
    <w:p>
      <w:r>
        <w:rPr>
          <w:b/>
        </w:rPr>
        <w:t xml:space="preserve">[25:38] </w:t>
      </w:r>
      <w:r>
        <w:t>lekin bohat hi compact halat mein the.</w:t>
      </w:r>
    </w:p>
    <w:p>
      <w:pPr>
        <w:jc w:val="right"/>
      </w:pPr>
      <w:r>
        <w:t>لیکن بہت ہی کمپیکٹ حالت میں تھے۔</w:t>
      </w:r>
    </w:p>
    <w:p>
      <w:r>
        <w:rPr>
          <w:b/>
        </w:rPr>
        <w:t xml:space="preserve">[25:45] </w:t>
      </w:r>
      <w:r>
        <w:t>to tabai qanoon yeh kehta hai ke wo</w:t>
      </w:r>
    </w:p>
    <w:p>
      <w:pPr>
        <w:jc w:val="right"/>
      </w:pPr>
      <w:r>
        <w:t>تو طبیعی قانون یہ کہتا ہے کہ وہ</w:t>
      </w:r>
    </w:p>
    <w:p>
      <w:r>
        <w:rPr>
          <w:b/>
        </w:rPr>
        <w:t xml:space="preserve">[25:51] </w:t>
      </w:r>
      <w:r>
        <w:t>ek doosre se aise compact rahenge, jude rahenge.</w:t>
      </w:r>
    </w:p>
    <w:p>
      <w:pPr>
        <w:jc w:val="right"/>
      </w:pPr>
      <w:r>
        <w:t>ایک دوسرے سے ایسے کمپیکٹ رہیں گے، جڑے رہیں گے۔</w:t>
      </w:r>
    </w:p>
    <w:p>
      <w:r>
        <w:rPr>
          <w:b/>
        </w:rPr>
        <w:t xml:space="preserve">[25:55] </w:t>
      </w:r>
      <w:r>
        <w:t>wo toot nahi sakte.</w:t>
      </w:r>
    </w:p>
    <w:p>
      <w:pPr>
        <w:jc w:val="right"/>
      </w:pPr>
      <w:r>
        <w:t>وہ ٹوٹ نہیں سکتے۔</w:t>
      </w:r>
    </w:p>
    <w:p>
      <w:r>
        <w:rPr>
          <w:b/>
        </w:rPr>
        <w:t xml:space="preserve">[25:59] </w:t>
      </w:r>
      <w:r>
        <w:t>yani tabai qanoon ke mutabiq yeh zarrat androni safar nahi ho sakti thi in mein, baironi safar nahi</w:t>
      </w:r>
    </w:p>
    <w:p>
      <w:pPr>
        <w:jc w:val="right"/>
      </w:pPr>
      <w:r>
        <w:t>یعنی طبیعی قانون کے مطابق یہ ذرات اندرونی سفر نہیں ہو سکتی تھی ان میں، بیرونی سفر نہیں</w:t>
      </w:r>
    </w:p>
    <w:p>
      <w:r>
        <w:rPr>
          <w:b/>
        </w:rPr>
        <w:t xml:space="preserve">[26:04] </w:t>
      </w:r>
      <w:r>
        <w:t>ho sakti thi woh.</w:t>
      </w:r>
    </w:p>
    <w:p>
      <w:pPr>
        <w:jc w:val="right"/>
      </w:pPr>
      <w:r>
        <w:t>ہو سکتی تھی وہ۔</w:t>
      </w:r>
    </w:p>
    <w:p>
      <w:r>
        <w:rPr>
          <w:b/>
        </w:rPr>
        <w:t xml:space="preserve">[26:08] </w:t>
      </w:r>
      <w:r>
        <w:t>yani andar ki taraf khinchein ek doosre se woh.</w:t>
      </w:r>
    </w:p>
    <w:p>
      <w:pPr>
        <w:jc w:val="right"/>
      </w:pPr>
      <w:r>
        <w:t>یعنی اندر کی طرف کھنچیں ایک دوسرے سے وہ۔</w:t>
      </w:r>
    </w:p>
    <w:p>
      <w:r>
        <w:rPr>
          <w:b/>
        </w:rPr>
        <w:t xml:space="preserve">[26:12] </w:t>
      </w:r>
      <w:r>
        <w:t>bahar ki taraf safar karein aisa mumkin nahi tha tabai qanoon ke mutabiq.</w:t>
      </w:r>
    </w:p>
    <w:p>
      <w:pPr>
        <w:jc w:val="right"/>
      </w:pPr>
      <w:r>
        <w:t>باہر کی طرف سفر کریں ایسا ممکن نہیں تھا طبیعی قانون کے مطابق۔</w:t>
      </w:r>
    </w:p>
    <w:p>
      <w:r>
        <w:rPr>
          <w:b/>
        </w:rPr>
        <w:t xml:space="preserve">[26:17] </w:t>
      </w:r>
      <w:r>
        <w:t>to yeh mana jata hai tehqeeq ki buniyad par ke tera arab saal pehle is</w:t>
      </w:r>
    </w:p>
    <w:p>
      <w:pPr>
        <w:jc w:val="right"/>
      </w:pPr>
      <w:r>
        <w:t>تو یہ مانا جاتا ہے تحقیق کی بنیاد پر کہ تیرہ ارب سال پہلے اس</w:t>
      </w:r>
    </w:p>
    <w:p>
      <w:r>
        <w:rPr>
          <w:b/>
        </w:rPr>
        <w:t xml:space="preserve">[26:21] </w:t>
      </w:r>
      <w:r>
        <w:t>cosmic ball mein ek dhamaka hua.</w:t>
      </w:r>
    </w:p>
    <w:p>
      <w:pPr>
        <w:jc w:val="right"/>
      </w:pPr>
      <w:r>
        <w:t>کاسمک بال میں ایک دھماکہ ہوا۔</w:t>
      </w:r>
    </w:p>
    <w:p>
      <w:r>
        <w:rPr>
          <w:b/>
        </w:rPr>
        <w:t xml:space="preserve">[26:26] </w:t>
      </w:r>
      <w:r>
        <w:t>woh phat gaya.</w:t>
      </w:r>
    </w:p>
    <w:p>
      <w:pPr>
        <w:jc w:val="right"/>
      </w:pPr>
      <w:r>
        <w:t>وہ پھٹ گیا۔</w:t>
      </w:r>
    </w:p>
    <w:p>
      <w:r>
        <w:rPr>
          <w:b/>
        </w:rPr>
        <w:t xml:space="preserve">[26:31] </w:t>
      </w:r>
      <w:r>
        <w:t>is ke saare zarat jo hain woh un ki beroni safar shuru hogayi.</w:t>
      </w:r>
    </w:p>
    <w:p>
      <w:pPr>
        <w:jc w:val="right"/>
      </w:pPr>
      <w:r>
        <w:t>اس کے سارے ذرات جو ہیں وہ ان کی بیرونی سفر شروع ہوگئی۔</w:t>
      </w:r>
    </w:p>
    <w:p>
      <w:r>
        <w:rPr>
          <w:b/>
        </w:rPr>
        <w:t xml:space="preserve">[26:36] </w:t>
      </w:r>
      <w:r>
        <w:t>yani beroni duniya mein un ki safar shuru hogayi.</w:t>
      </w:r>
    </w:p>
    <w:p>
      <w:pPr>
        <w:jc w:val="right"/>
      </w:pPr>
      <w:r>
        <w:t>یعنی بیرونی دنیا میں ان کی سفر شروع ہوگئی۔</w:t>
      </w:r>
    </w:p>
    <w:p>
      <w:r>
        <w:rPr>
          <w:b/>
        </w:rPr>
        <w:t xml:space="preserve">[26:41] </w:t>
      </w:r>
      <w:r>
        <w:t>aur yahi saare zarat hain jin se yeh kainat bani hai.</w:t>
      </w:r>
    </w:p>
    <w:p>
      <w:pPr>
        <w:jc w:val="right"/>
      </w:pPr>
      <w:r>
        <w:t>اور یہی سارے ذرات ہیں جن سے یہ کائنات بنی ہے۔</w:t>
      </w:r>
    </w:p>
    <w:p>
      <w:r>
        <w:rPr>
          <w:b/>
        </w:rPr>
        <w:t xml:space="preserve">[26:46] </w:t>
      </w:r>
      <w:r>
        <w:t>jisko hum kehte hain sayare, sitare, kahkashayein, shamsi nizam,</w:t>
      </w:r>
    </w:p>
    <w:p>
      <w:pPr>
        <w:jc w:val="right"/>
      </w:pPr>
      <w:r>
        <w:t>جس کو ہم کہتے ہیں سیارے، ستارے، کہکشائیں، شمسی نظام،</w:t>
      </w:r>
    </w:p>
    <w:p>
      <w:r>
        <w:rPr>
          <w:b/>
        </w:rPr>
        <w:t xml:space="preserve">[26:52] </w:t>
      </w:r>
      <w:r>
        <w:t>jo kuch bhi hum kehte hain.</w:t>
      </w:r>
    </w:p>
    <w:p>
      <w:pPr>
        <w:jc w:val="right"/>
      </w:pPr>
      <w:r>
        <w:t>جو کچھ بھی ہم کہتے ہیں۔</w:t>
      </w:r>
    </w:p>
    <w:p>
      <w:r>
        <w:rPr>
          <w:b/>
        </w:rPr>
        <w:t xml:space="preserve">[26:57] </w:t>
      </w:r>
      <w:r>
        <w:t>jo bhi kuch bhi hum jante hain.</w:t>
      </w:r>
    </w:p>
    <w:p>
      <w:pPr>
        <w:jc w:val="right"/>
      </w:pPr>
      <w:r>
        <w:t>جو بھی کچھ بھی ہم جانتے ہیں۔</w:t>
      </w:r>
    </w:p>
    <w:p>
      <w:r>
        <w:rPr>
          <w:b/>
        </w:rPr>
        <w:t xml:space="preserve">[27:02] </w:t>
      </w:r>
      <w:r>
        <w:t>woh sab isi zarat se bana.</w:t>
      </w:r>
    </w:p>
    <w:p>
      <w:pPr>
        <w:jc w:val="right"/>
      </w:pPr>
      <w:r>
        <w:t>وہ سب اسی ذرات سے بنا۔</w:t>
      </w:r>
    </w:p>
    <w:p>
      <w:r>
        <w:rPr>
          <w:b/>
        </w:rPr>
        <w:t xml:space="preserve">[27:07] </w:t>
      </w:r>
      <w:r>
        <w:t>ab aap dekhiye yani yeh jo big bang theory hai is ne is nazariye ko radd kar diya</w:t>
      </w:r>
    </w:p>
    <w:p>
      <w:pPr>
        <w:jc w:val="right"/>
      </w:pPr>
      <w:r>
        <w:t>اب آپ دیکھیے یعنی یہ جو بگ بینک تھیوری ہے اس نے اس نظریے کو رد کر دیا</w:t>
      </w:r>
    </w:p>
    <w:p>
      <w:r>
        <w:rPr>
          <w:b/>
        </w:rPr>
        <w:t xml:space="preserve">[27:12] </w:t>
      </w:r>
      <w:r>
        <w:t>ke kainat hamesha se chali aa rahi hai.</w:t>
      </w:r>
    </w:p>
    <w:p>
      <w:pPr>
        <w:jc w:val="right"/>
      </w:pPr>
      <w:r>
        <w:t>کہ کائنات ہمیشہ سے چلی آ رہی ہے۔</w:t>
      </w:r>
    </w:p>
    <w:p>
      <w:r>
        <w:rPr>
          <w:b/>
        </w:rPr>
        <w:t xml:space="preserve">[27:17] </w:t>
      </w:r>
      <w:r>
        <w:t>is ka koi aaghaz nahi. ab</w:t>
      </w:r>
    </w:p>
    <w:p>
      <w:pPr>
        <w:jc w:val="right"/>
      </w:pPr>
      <w:r>
        <w:t>اس کا کوئی آغاز نہیں۔ اب</w:t>
      </w:r>
    </w:p>
    <w:p>
      <w:r>
        <w:rPr>
          <w:b/>
        </w:rPr>
        <w:t xml:space="preserve">[27:22] </w:t>
      </w:r>
      <w:r>
        <w:t>sabit hua ke tera arab saal pehle is ki ek aaghaz hui ek dhamake se.</w:t>
      </w:r>
    </w:p>
    <w:p>
      <w:pPr>
        <w:jc w:val="right"/>
      </w:pPr>
      <w:r>
        <w:t>ثابت ہوا کہ تیرہ ارب سال پہلے اس کی ایک آغاز ہوئی ایک دھماکے سے۔</w:t>
      </w:r>
    </w:p>
    <w:p>
      <w:r>
        <w:rPr>
          <w:b/>
        </w:rPr>
        <w:t xml:space="preserve">[27:29] </w:t>
      </w:r>
      <w:r>
        <w:t>ek to aaghaz sabit hui, aaghaz sabit hui.</w:t>
      </w:r>
    </w:p>
    <w:p>
      <w:pPr>
        <w:jc w:val="right"/>
      </w:pPr>
      <w:r>
        <w:t>ایک تو آغاز ثابت ہوئی، آغاز ثابت ہوئی۔</w:t>
      </w:r>
    </w:p>
    <w:p>
      <w:r>
        <w:rPr>
          <w:b/>
        </w:rPr>
        <w:t xml:space="preserve">[27:37] </w:t>
      </w:r>
      <w:r>
        <w:t>doosri baat yeh hai ke is se yeh nikla, is se yeh qaim hua ke is mein ek mudakhlat hui.</w:t>
      </w:r>
    </w:p>
    <w:p>
      <w:pPr>
        <w:jc w:val="right"/>
      </w:pPr>
      <w:r>
        <w:t>دوسری بات یہ ہے کہ اس سے یہ نکلا، اس سے یہ قائم ہوا کہ اس میں ایک مداخلت ہوئی۔</w:t>
      </w:r>
    </w:p>
    <w:p>
      <w:r>
        <w:rPr>
          <w:b/>
        </w:rPr>
        <w:t xml:space="preserve">[27:44] </w:t>
      </w:r>
      <w:r>
        <w:t>kyun ke woh itne compact halat mein jo they woh cosmic ball ke andar jo zarat they baghair ber</w:t>
      </w:r>
    </w:p>
    <w:p>
      <w:pPr>
        <w:jc w:val="right"/>
      </w:pPr>
      <w:r>
        <w:t>کیونکہ وہ اتنے کمپیکٹ حالت میں جو تھے وہ کاسمک بال کے اندر جو ذرات تھے بغیر بیر</w:t>
      </w:r>
    </w:p>
    <w:p>
      <w:r>
        <w:rPr>
          <w:b/>
        </w:rPr>
        <w:t xml:space="preserve">[27:52] </w:t>
      </w:r>
      <w:r>
        <w:t>oni mudakhlat ke un mein beroni safar shuru nahi ho sakti thi.</w:t>
      </w:r>
    </w:p>
    <w:p>
      <w:pPr>
        <w:jc w:val="right"/>
      </w:pPr>
      <w:r>
        <w:t>ونی مداخلت کے ان میں بیرونی سفر شروع نہیں ہو سکتی تھی۔</w:t>
      </w:r>
    </w:p>
    <w:p>
      <w:r>
        <w:rPr>
          <w:b/>
        </w:rPr>
        <w:t xml:space="preserve">[27:58] </w:t>
      </w:r>
      <w:r>
        <w:t>tabai qanoon ke mutabiq yeh namumkin tha.</w:t>
      </w:r>
    </w:p>
    <w:p>
      <w:pPr>
        <w:jc w:val="right"/>
      </w:pPr>
      <w:r>
        <w:t>طبیعی قانون کے مطابق یہ ناممکن تھا۔</w:t>
      </w:r>
    </w:p>
    <w:p>
      <w:r>
        <w:rPr>
          <w:b/>
        </w:rPr>
        <w:t xml:space="preserve">[28:04] </w:t>
      </w:r>
      <w:r>
        <w:t>to dhamaka jo hua jis ko big bang kaha jata hai dhamaka is baat ko sabit karta hai</w:t>
      </w:r>
    </w:p>
    <w:p>
      <w:pPr>
        <w:jc w:val="right"/>
      </w:pPr>
      <w:r>
        <w:t>تو دھماکہ جو ہوا جس کو بگ بینک کہا جاتا ہے دھماکہ اس بات کو ثابت کرتا ہے</w:t>
      </w:r>
    </w:p>
    <w:p>
      <w:r>
        <w:rPr>
          <w:b/>
        </w:rPr>
        <w:t xml:space="preserve">[28:10] </w:t>
      </w:r>
      <w:r>
        <w:t>ke wahan par mudakhlat hui.</w:t>
      </w:r>
    </w:p>
    <w:p>
      <w:pPr>
        <w:jc w:val="right"/>
      </w:pPr>
      <w:r>
        <w:t>کہ وہاں پر مداخلت ہوئی۔</w:t>
      </w:r>
    </w:p>
    <w:p>
      <w:r>
        <w:rPr>
          <w:b/>
        </w:rPr>
        <w:t xml:space="preserve">[28:17] </w:t>
      </w:r>
      <w:r>
        <w:t>to mein yeh kahunga ke</w:t>
      </w:r>
    </w:p>
    <w:p>
      <w:pPr>
        <w:jc w:val="right"/>
      </w:pPr>
      <w:r>
        <w:t>تو میں یہ کہوں گا کہ</w:t>
      </w:r>
    </w:p>
    <w:p>
      <w:r>
        <w:rPr>
          <w:b/>
        </w:rPr>
        <w:t xml:space="preserve">[28:23] </w:t>
      </w:r>
      <w:r>
        <w:t>jab koi mudakhlat nahi hoti nahi yeh mein kahunga ke jo dhamaka hai dhamaka matlab mudakhlat.</w:t>
      </w:r>
    </w:p>
    <w:p>
      <w:pPr>
        <w:jc w:val="right"/>
      </w:pPr>
      <w:r>
        <w:t>جب کوئی مداخلت نہیں ہوتی نہیں یہ میں کہوں گا کہ جو دھماکہ ہے دھماکہ مطلب مداخلت۔</w:t>
      </w:r>
    </w:p>
    <w:p>
      <w:r>
        <w:rPr>
          <w:b/>
        </w:rPr>
        <w:t xml:space="preserve">[28:30] </w:t>
      </w:r>
      <w:r>
        <w:t>dhamaka matlab mudakhlat.</w:t>
      </w:r>
    </w:p>
    <w:p>
      <w:pPr>
        <w:jc w:val="right"/>
      </w:pPr>
      <w:r>
        <w:t>دھماکہ مطلب مداخلت۔</w:t>
      </w:r>
    </w:p>
    <w:p>
      <w:r>
        <w:rPr>
          <w:b/>
        </w:rPr>
        <w:t xml:space="preserve">[28:38] </w:t>
      </w:r>
      <w:r>
        <w:t>to dhamaka sabit karta hai mudakhlat.</w:t>
      </w:r>
    </w:p>
    <w:p>
      <w:pPr>
        <w:jc w:val="right"/>
      </w:pPr>
      <w:r>
        <w:t>تو دھماکہ ثابت کرتا ہے مداخلت۔</w:t>
      </w:r>
    </w:p>
    <w:p>
      <w:r>
        <w:rPr>
          <w:b/>
        </w:rPr>
        <w:t xml:space="preserve">[28:45] </w:t>
      </w:r>
      <w:r>
        <w:t>aur jab mudakhlat sabit hoti hai mudakhlat bhi sabit hoti hai. aur</w:t>
      </w:r>
    </w:p>
    <w:p>
      <w:pPr>
        <w:jc w:val="right"/>
      </w:pPr>
      <w:r>
        <w:t>اور جب مداخلت ثابت ہوتی ہے مداخلت بھی ثابت ہوتی ہے۔ اور</w:t>
      </w:r>
    </w:p>
    <w:p>
      <w:r>
        <w:rPr>
          <w:b/>
        </w:rPr>
        <w:t xml:space="preserve">[28:53] </w:t>
      </w:r>
      <w:r>
        <w:t>jab mudakhlat sabit hoti hai wajood-e-khuda bhi sabit hoti hai.</w:t>
      </w:r>
    </w:p>
    <w:p>
      <w:pPr>
        <w:jc w:val="right"/>
      </w:pPr>
      <w:r>
        <w:t>جب مداخلت ثابت ہوتی ہے وجودِ خدا بھی ثابت ہوتی ہے۔</w:t>
      </w:r>
    </w:p>
    <w:p>
      <w:r>
        <w:rPr>
          <w:b/>
        </w:rPr>
        <w:t xml:space="preserve">[29:01] </w:t>
      </w:r>
      <w:r>
        <w:t>yani meri mantiq yeh hai ke jab dhamaka hua to dhamake se yeh baat apne aap qaim ho gayi</w:t>
      </w:r>
    </w:p>
    <w:p>
      <w:pPr>
        <w:jc w:val="right"/>
      </w:pPr>
      <w:r>
        <w:t>یعنی میری منطق یہ ہے کہ جب دھماکہ ہوا تو دھماکے سے یہ بات اپنے آپ قائم ہوگئی</w:t>
      </w:r>
    </w:p>
    <w:p>
      <w:r>
        <w:rPr>
          <w:b/>
        </w:rPr>
        <w:t xml:space="preserve">[29:08] </w:t>
      </w:r>
      <w:r>
        <w:t>ke wahan mudakhlat hui.</w:t>
      </w:r>
    </w:p>
    <w:p>
      <w:pPr>
        <w:jc w:val="right"/>
      </w:pPr>
      <w:r>
        <w:t>کہ وہاں مداخلت ہوئی۔</w:t>
      </w:r>
    </w:p>
    <w:p>
      <w:r>
        <w:rPr>
          <w:b/>
        </w:rPr>
        <w:t xml:space="preserve">[29:16] </w:t>
      </w:r>
      <w:r>
        <w:t>jab mudakhlat sabit ho gaya to yeh bhi sabit ho gaya ke is par koi mudakhlat tha jis ne mudakhlat ki.</w:t>
      </w:r>
    </w:p>
    <w:p>
      <w:pPr>
        <w:jc w:val="right"/>
      </w:pPr>
      <w:r>
        <w:t>جب مداخلت ثابت ہوگیا تو یہ بھی ثابت ہوگیا کہ اس پر کوئی مداخلت تھا جس نے مداخلت کی۔</w:t>
      </w:r>
    </w:p>
    <w:p>
      <w:r>
        <w:rPr>
          <w:b/>
        </w:rPr>
        <w:t xml:space="preserve">[29:24] </w:t>
      </w:r>
      <w:r>
        <w:t>aur jab aap mudakhlat ko maan lein to is ka matlab hai ke aap ne wajood-e-khuda ko</w:t>
      </w:r>
    </w:p>
    <w:p>
      <w:pPr>
        <w:jc w:val="right"/>
      </w:pPr>
      <w:r>
        <w:t>اور جب آپ مداخلت کو مان لیں تو اس کا مطلب ہے کہ آپ نے وجودِ خدا کو</w:t>
      </w:r>
    </w:p>
    <w:p>
      <w:r>
        <w:rPr>
          <w:b/>
        </w:rPr>
        <w:t xml:space="preserve">[29:29] </w:t>
      </w:r>
      <w:r>
        <w:t>hi maan liya.</w:t>
      </w:r>
    </w:p>
    <w:p>
      <w:pPr>
        <w:jc w:val="right"/>
      </w:pPr>
      <w:r>
        <w:t>ہی مان لیا۔</w:t>
      </w:r>
    </w:p>
    <w:p>
      <w:r>
        <w:rPr>
          <w:b/>
        </w:rPr>
        <w:t xml:space="preserve">[29:34] </w:t>
      </w:r>
      <w:r>
        <w:t>ab yahan par dekhiye kitni khuli hui baat hai ke tauheed ka jo nazariya tha us ko sainsi</w:t>
      </w:r>
    </w:p>
    <w:p>
      <w:pPr>
        <w:jc w:val="right"/>
      </w:pPr>
      <w:r>
        <w:t>اب یہاں پر دیکھیے کتنی کھلی ہوئی بات ہے کہ توحید کا جو نظریہ تھا اس کو سائنسی</w:t>
      </w:r>
    </w:p>
    <w:p>
      <w:r>
        <w:rPr>
          <w:b/>
        </w:rPr>
        <w:t xml:space="preserve">[29:40] </w:t>
      </w:r>
      <w:r>
        <w:t>buniyad mil gayi.</w:t>
      </w:r>
    </w:p>
    <w:p>
      <w:pPr>
        <w:jc w:val="right"/>
      </w:pPr>
      <w:r>
        <w:t>بنیاد مل گئی۔</w:t>
      </w:r>
    </w:p>
    <w:p>
      <w:r>
        <w:rPr>
          <w:b/>
        </w:rPr>
        <w:t xml:space="preserve">[29:45] </w:t>
      </w:r>
      <w:r>
        <w:t>yani bradlijis sainsi nazariye ki baat kar raha hai woh buniyad mil gayi science ke zariye se</w:t>
      </w:r>
    </w:p>
    <w:p>
      <w:pPr>
        <w:jc w:val="right"/>
      </w:pPr>
      <w:r>
        <w:t>یعنی بریڈلیج جس سائنسی نظریے کی بات کر رہا ہے وہ بنیاد مل گئی سائنس کے ذریعے سے</w:t>
      </w:r>
    </w:p>
    <w:p>
      <w:r>
        <w:rPr>
          <w:b/>
        </w:rPr>
        <w:t xml:space="preserve">[29:51] </w:t>
      </w:r>
      <w:r>
        <w:t>tauheed ke nazariye ko.</w:t>
      </w:r>
    </w:p>
    <w:p>
      <w:pPr>
        <w:jc w:val="right"/>
      </w:pPr>
      <w:r>
        <w:t>توحید کے نظریے کو۔</w:t>
      </w:r>
    </w:p>
    <w:p>
      <w:r>
        <w:rPr>
          <w:b/>
        </w:rPr>
        <w:t xml:space="preserve">[29:56] </w:t>
      </w:r>
      <w:r>
        <w:t>yani islam jo tauheed ke jis ka yaqeen ka nizam tauheed par mabni hai.</w:t>
      </w:r>
    </w:p>
    <w:p>
      <w:pPr>
        <w:jc w:val="right"/>
      </w:pPr>
      <w:r>
        <w:t>یعنی اسلام جو توحید کے جس کا یقین کا نظام توحید پر مبنی ہے۔</w:t>
      </w:r>
    </w:p>
    <w:p>
      <w:r>
        <w:rPr>
          <w:b/>
        </w:rPr>
        <w:t xml:space="preserve">[30:00] </w:t>
      </w:r>
      <w:r>
        <w:t>wahdat-e-khuda par.</w:t>
      </w:r>
    </w:p>
    <w:p>
      <w:pPr>
        <w:jc w:val="right"/>
      </w:pPr>
      <w:r>
        <w:t>وحدتِ خدا پر۔</w:t>
      </w:r>
    </w:p>
    <w:p>
      <w:r>
        <w:rPr>
          <w:b/>
        </w:rPr>
        <w:t xml:space="preserve">[30:05] </w:t>
      </w:r>
      <w:r>
        <w:t>ke ek khuda hai woh ek shakhs, bilkul jaise ek shakhs woh ek khuda hai.</w:t>
      </w:r>
    </w:p>
    <w:p>
      <w:pPr>
        <w:jc w:val="right"/>
      </w:pPr>
      <w:r>
        <w:t>کہ ایک خدا ہے وہ ایک شخص، بالکل جیسے ایک شخص وہ ایک خدا ہے۔</w:t>
      </w:r>
    </w:p>
    <w:p>
      <w:r>
        <w:rPr>
          <w:b/>
        </w:rPr>
        <w:t xml:space="preserve">[30:09] </w:t>
      </w:r>
      <w:r>
        <w:t>woh khaliq hai, woh qaim karne wala hai.</w:t>
      </w:r>
    </w:p>
    <w:p>
      <w:pPr>
        <w:jc w:val="right"/>
      </w:pPr>
      <w:r>
        <w:t>وہ خالق ہے، وہ قائم کرنے والا ہے۔</w:t>
      </w:r>
    </w:p>
    <w:p>
      <w:r>
        <w:rPr>
          <w:b/>
        </w:rPr>
        <w:t xml:space="preserve">[30:14] </w:t>
      </w:r>
      <w:r>
        <w:t>woh sab kuch hai.</w:t>
      </w:r>
    </w:p>
    <w:p>
      <w:pPr>
        <w:jc w:val="right"/>
      </w:pPr>
      <w:r>
        <w:t>وہ سب کچھ ہے۔</w:t>
      </w:r>
    </w:p>
    <w:p>
      <w:r>
        <w:rPr>
          <w:b/>
        </w:rPr>
        <w:t xml:space="preserve">[30:18] </w:t>
      </w:r>
      <w:r>
        <w:t>is ko hum kehte hain tauheed.</w:t>
      </w:r>
    </w:p>
    <w:p>
      <w:pPr>
        <w:jc w:val="right"/>
      </w:pPr>
      <w:r>
        <w:t>اس کو ہم کہتے ہیں توحید۔</w:t>
      </w:r>
    </w:p>
    <w:p>
      <w:r>
        <w:rPr>
          <w:b/>
        </w:rPr>
        <w:t xml:space="preserve">[30:22] </w:t>
      </w:r>
      <w:r>
        <w:t>to aap yahan par dekhiye ke</w:t>
      </w:r>
    </w:p>
    <w:p>
      <w:pPr>
        <w:jc w:val="right"/>
      </w:pPr>
      <w:r>
        <w:t>تو آپ یہاں پر دیکھیے کہ</w:t>
      </w:r>
    </w:p>
    <w:p>
      <w:r>
        <w:rPr>
          <w:b/>
        </w:rPr>
        <w:t xml:space="preserve">[30:27] </w:t>
      </w:r>
      <w:r>
        <w:t>science ne ek buniyad di kis ko? tauheed ke nazariye ko. aur doosri taraf jo doosra nazariya tha monism wala woh toh radd ho gaya. jo yeh manta tha ke kainat hamesha se chali aa rahi hai. kisi ne is ko paida nahi kiya hai. yaani kainat ka jo wajood hai is ki is ke liye humein kisi Khuda ki zaroorat nahi hai. kyunke apne aap</w:t>
      </w:r>
    </w:p>
    <w:p>
      <w:pPr>
        <w:jc w:val="right"/>
      </w:pPr>
      <w:r>
        <w:t>سائنس نے ایک بنیاد دی کس کو؟ توحید کے نظریے کو۔ اور دوسری طرف جو دوسرا نظریہ تھا مونزم والا وہ تو رد ہوگیا۔ جو یہ مانتا تھا کہ کائنات ہمیشہ سے چلی آ رہی ہے۔ کسی نے اس کو پیدا نہیں کیا ہے۔ یعنی کائنات کا جو وجود ہے اس کی اس کے لیے ہمیں کسی خدا کی ضرورت نہیں ہے۔ کیونکہ اپنے آپ</w:t>
      </w:r>
    </w:p>
    <w:p>
      <w:r>
        <w:rPr>
          <w:b/>
        </w:rPr>
        <w:t xml:space="preserve">[30:57] </w:t>
      </w:r>
      <w:r>
        <w:t>chali aa rahi hai woh.</w:t>
      </w:r>
    </w:p>
    <w:p>
      <w:pPr>
        <w:jc w:val="right"/>
      </w:pPr>
      <w:r>
        <w:t>چلی آ رہی ہے وہ۔</w:t>
      </w:r>
    </w:p>
    <w:p>
      <w:r>
        <w:rPr>
          <w:b/>
        </w:rPr>
        <w:t xml:space="preserve">[31:01] </w:t>
      </w:r>
      <w:r>
        <w:t>to big bang theory ne yeh sabit kar diya ke yeh theory, ke yeh sochna ghalat hai.</w:t>
      </w:r>
    </w:p>
    <w:p>
      <w:pPr>
        <w:jc w:val="right"/>
      </w:pPr>
      <w:r>
        <w:t>تو بگ بینک تھیوری نے یہ ثابت کر دیا کہ یہ تھیوری، کہ یہ سوچنا غلط ہے۔</w:t>
      </w:r>
    </w:p>
    <w:p>
      <w:r>
        <w:rPr>
          <w:b/>
        </w:rPr>
        <w:t xml:space="preserve">[31:05] </w:t>
      </w:r>
      <w:r>
        <w:t>kainaat ki ek aaghaz hai.</w:t>
      </w:r>
    </w:p>
    <w:p>
      <w:pPr>
        <w:jc w:val="right"/>
      </w:pPr>
      <w:r>
        <w:t>کائنات کی ایک آغاز ہے۔</w:t>
      </w:r>
    </w:p>
    <w:p>
      <w:r>
        <w:rPr>
          <w:b/>
        </w:rPr>
        <w:t xml:space="preserve">[31:10] </w:t>
      </w:r>
      <w:r>
        <w:t>is mein ek mudakhlat ka kirdaar hai.</w:t>
      </w:r>
    </w:p>
    <w:p>
      <w:pPr>
        <w:jc w:val="right"/>
      </w:pPr>
      <w:r>
        <w:t>اس میں ایک مداخلت کا کردار ہے۔</w:t>
      </w:r>
    </w:p>
    <w:p>
      <w:r>
        <w:rPr>
          <w:b/>
        </w:rPr>
        <w:t xml:space="preserve">[31:14] </w:t>
      </w:r>
      <w:r>
        <w:t>doosre lafzon mein keh khuda ka is mein kirdaar hai.</w:t>
      </w:r>
    </w:p>
    <w:p>
      <w:pPr>
        <w:jc w:val="right"/>
      </w:pPr>
      <w:r>
        <w:t>دوسرے لفظوں میں کہ خدا کا اس میں کردار ہے۔</w:t>
      </w:r>
    </w:p>
    <w:p>
      <w:r>
        <w:rPr>
          <w:b/>
        </w:rPr>
        <w:t xml:space="preserve">[31:18] </w:t>
      </w:r>
      <w:r>
        <w:t>to jab bradley ne yeh kaha ke doosre aur bohat se logon ne yeh baat kahi to hamein</w:t>
      </w:r>
    </w:p>
    <w:p>
      <w:pPr>
        <w:jc w:val="right"/>
      </w:pPr>
      <w:r>
        <w:t>تو جب بریڈلیج نے یہ کہا کہ دوسرے اور بہت سے لوگوں نے یہ بات کہی تو ہمیں</w:t>
      </w:r>
    </w:p>
    <w:p>
      <w:r>
        <w:rPr>
          <w:b/>
        </w:rPr>
        <w:t xml:space="preserve">[31:23] </w:t>
      </w:r>
      <w:r>
        <w:t>is ko le</w:t>
      </w:r>
    </w:p>
    <w:p>
      <w:pPr>
        <w:jc w:val="right"/>
      </w:pPr>
      <w:r>
        <w:t>اس کو لے</w:t>
      </w:r>
    </w:p>
    <w:p>
      <w:r>
        <w:rPr>
          <w:b/>
        </w:rPr>
        <w:t xml:space="preserve">[31:27] </w:t>
      </w:r>
      <w:r>
        <w:t>lena chahiye tha yeh keh kar ke yeh to hamein ain hamare haq mein hai yeh.</w:t>
      </w:r>
    </w:p>
    <w:p>
      <w:pPr>
        <w:jc w:val="right"/>
      </w:pPr>
      <w:r>
        <w:t>لینا چاہیے تھا یہ کہہ کر کے کہ یہ تو ہمیں عین ہمارے حق میں ہے یہ۔</w:t>
      </w:r>
    </w:p>
    <w:p>
      <w:r>
        <w:rPr>
          <w:b/>
        </w:rPr>
        <w:t xml:space="preserve">[31:33] </w:t>
      </w:r>
      <w:r>
        <w:t>yaani zamane ne jo faisle ki buniyad di thi woh ain hamare haq mein thi.</w:t>
      </w:r>
    </w:p>
    <w:p>
      <w:pPr>
        <w:jc w:val="right"/>
      </w:pPr>
      <w:r>
        <w:t>یعنی زمانے نے جو فیصلے کی بنیاد دی تھی وہ عین ہمارے حق میں تھی۔</w:t>
      </w:r>
    </w:p>
    <w:p>
      <w:r>
        <w:rPr>
          <w:b/>
        </w:rPr>
        <w:t xml:space="preserve">[31:39] </w:t>
      </w:r>
      <w:r>
        <w:t>ab khwamkhwah log bharkne lagay.</w:t>
      </w:r>
    </w:p>
    <w:p>
      <w:pPr>
        <w:jc w:val="right"/>
      </w:pPr>
      <w:r>
        <w:t>اب خوامخواہ لوگ بھڑکنے لگے۔</w:t>
      </w:r>
    </w:p>
    <w:p>
      <w:r>
        <w:rPr>
          <w:b/>
        </w:rPr>
        <w:t xml:space="preserve">[31:45] </w:t>
      </w:r>
      <w:r>
        <w:t>khwamkhwah is ko samajhne lagay ke yeh dushman-e-islam hai.</w:t>
      </w:r>
    </w:p>
    <w:p>
      <w:pPr>
        <w:jc w:val="right"/>
      </w:pPr>
      <w:r>
        <w:t>خوامخواہ اس کو سمجھنے لگے کہ یہ دشمنِ اسلام ہے۔</w:t>
      </w:r>
    </w:p>
    <w:p>
      <w:r>
        <w:rPr>
          <w:b/>
        </w:rPr>
        <w:t xml:space="preserve">[31:51] </w:t>
      </w:r>
      <w:r>
        <w:t>to yahan mein keh raha hoon ke science ne hamare yaqeen ke nizaam ko ya tauheed ko aik ilmi</w:t>
      </w:r>
    </w:p>
    <w:p>
      <w:pPr>
        <w:jc w:val="right"/>
      </w:pPr>
      <w:r>
        <w:t>تو یہاں میں کہہ رہا ہوں کہ سائنس نے ہمارے یقین کے نظام کو یا توحید کو ایک علمی</w:t>
      </w:r>
    </w:p>
    <w:p>
      <w:r>
        <w:rPr>
          <w:b/>
        </w:rPr>
        <w:t xml:space="preserve">[31:57] </w:t>
      </w:r>
      <w:r>
        <w:t>buniyad faraham kar di hai.</w:t>
      </w:r>
    </w:p>
    <w:p>
      <w:pPr>
        <w:jc w:val="right"/>
      </w:pPr>
      <w:r>
        <w:t>بنیاد فراہم کر دی ہے۔</w:t>
      </w:r>
    </w:p>
    <w:p>
      <w:r>
        <w:rPr>
          <w:b/>
        </w:rPr>
        <w:t xml:space="preserve">[32:01] </w:t>
      </w:r>
      <w:r>
        <w:t>ilmi buniyad ka matlab kya hota hai? ke woh buniyad jis ko insaan jis ko qabool kiya gaya ho.</w:t>
      </w:r>
    </w:p>
    <w:p>
      <w:pPr>
        <w:jc w:val="right"/>
      </w:pPr>
      <w:r>
        <w:t>علمی بنیاد کا مطلب کیا ہوتا ہے؟ کہ وہ بنیاد جس کو انسان جس کو قبول کیا گیا ہو۔</w:t>
      </w:r>
    </w:p>
    <w:p>
      <w:r>
        <w:rPr>
          <w:b/>
        </w:rPr>
        <w:t xml:space="preserve">[32:06] </w:t>
      </w:r>
      <w:r>
        <w:t>dekhiye aik hoti hai aiteqadi buniyad.</w:t>
      </w:r>
    </w:p>
    <w:p>
      <w:pPr>
        <w:jc w:val="right"/>
      </w:pPr>
      <w:r>
        <w:t>دیکھیے ایک ہوتی ہے اعتقادی بنیاد۔</w:t>
      </w:r>
    </w:p>
    <w:p>
      <w:r>
        <w:rPr>
          <w:b/>
        </w:rPr>
        <w:t xml:space="preserve">[32:10] </w:t>
      </w:r>
      <w:r>
        <w:t>aik hoti hai sainsi buniyad.</w:t>
      </w:r>
    </w:p>
    <w:p>
      <w:pPr>
        <w:jc w:val="right"/>
      </w:pPr>
      <w:r>
        <w:t>ایک ہوتی ہے سائنسی بنیاد۔</w:t>
      </w:r>
    </w:p>
    <w:p>
      <w:r>
        <w:rPr>
          <w:b/>
        </w:rPr>
        <w:t xml:space="preserve">[32:14] </w:t>
      </w:r>
      <w:r>
        <w:t>aiteqadi buniyad ka matlab kya hai? woh aiteqadi buniyad hamesha mozuati buniyad hoti hai.</w:t>
      </w:r>
    </w:p>
    <w:p>
      <w:pPr>
        <w:jc w:val="right"/>
      </w:pPr>
      <w:r>
        <w:t>اعتقادی بنیاد کا مطلب کیا ہے؟ وہ اعتقادی بنیاد ہمیشہ موضوعی بنیاد ہوتی ہے۔</w:t>
      </w:r>
    </w:p>
    <w:p>
      <w:r>
        <w:rPr>
          <w:b/>
        </w:rPr>
        <w:t xml:space="preserve">[32:18] </w:t>
      </w:r>
      <w:r>
        <w:t>yeh mein maan raha hoon is liye maan raha hoon.</w:t>
      </w:r>
    </w:p>
    <w:p>
      <w:pPr>
        <w:jc w:val="right"/>
      </w:pPr>
      <w:r>
        <w:t>یہ میں مان رہا ہوں اس لیے مان رہا ہوں۔</w:t>
      </w:r>
    </w:p>
    <w:p>
      <w:r>
        <w:rPr>
          <w:b/>
        </w:rPr>
        <w:t xml:space="preserve">[32:23] </w:t>
      </w:r>
      <w:r>
        <w:t>yeh aqeedah hai.</w:t>
      </w:r>
    </w:p>
    <w:p>
      <w:pPr>
        <w:jc w:val="right"/>
      </w:pPr>
      <w:r>
        <w:t>یہ عقیدہ ہے۔</w:t>
      </w:r>
    </w:p>
    <w:p>
      <w:r>
        <w:rPr>
          <w:b/>
        </w:rPr>
        <w:t xml:space="preserve">[32:27] </w:t>
      </w:r>
      <w:r>
        <w:t>lekin sainsi buniyad ka matlab kya hai? logon ke haan jo mayar qabool ho chuka ho us qabool</w:t>
      </w:r>
    </w:p>
    <w:p>
      <w:pPr>
        <w:jc w:val="right"/>
      </w:pPr>
      <w:r>
        <w:t>لیکن سائنسی بنیاد کا مطلب کیا ہے؟ لوگوں کے ہاں جو معیار قبول ہو چکا ہو اس قبول</w:t>
      </w:r>
    </w:p>
    <w:p>
      <w:r>
        <w:rPr>
          <w:b/>
        </w:rPr>
        <w:t xml:space="preserve">[32:33] </w:t>
      </w:r>
      <w:r>
        <w:t>shuda mayar par qaim karna, sabit karna is ka.</w:t>
      </w:r>
    </w:p>
    <w:p>
      <w:pPr>
        <w:jc w:val="right"/>
      </w:pPr>
      <w:r>
        <w:t>شدہ معیار پر قائم کرنا، ثابت کرنا اس کا۔</w:t>
      </w:r>
    </w:p>
    <w:p>
      <w:r>
        <w:rPr>
          <w:b/>
        </w:rPr>
        <w:t xml:space="preserve">[32:39] </w:t>
      </w:r>
      <w:r>
        <w:t>to yahan par aap dekhiye ke zamana aik aise daur mein pahunch gaya jabke islam ke aqeeday ko</w:t>
      </w:r>
    </w:p>
    <w:p>
      <w:pPr>
        <w:jc w:val="right"/>
      </w:pPr>
      <w:r>
        <w:t>تو یہاں پر آپ دیکھیے کہ زمانہ ایک ایسے دور میں پہنچ گیا جبکہ اسلام کے عقیدے کو</w:t>
      </w:r>
    </w:p>
    <w:p>
      <w:r>
        <w:rPr>
          <w:b/>
        </w:rPr>
        <w:t xml:space="preserve">[32:45] </w:t>
      </w:r>
      <w:r>
        <w:t>aik sainsi buniyad mil gayi.</w:t>
      </w:r>
    </w:p>
    <w:p>
      <w:pPr>
        <w:jc w:val="right"/>
      </w:pPr>
      <w:r>
        <w:t>ایک سائنسی بنیاد مل گئی۔</w:t>
      </w:r>
    </w:p>
    <w:p>
      <w:r>
        <w:rPr>
          <w:b/>
        </w:rPr>
        <w:t xml:space="preserve">[32:51] </w:t>
      </w:r>
      <w:r>
        <w:t>aisi buniyad jo insaan</w:t>
      </w:r>
    </w:p>
    <w:p>
      <w:pPr>
        <w:jc w:val="right"/>
      </w:pPr>
      <w:r>
        <w:t>ایسی بنیاد جو انسان</w:t>
      </w:r>
    </w:p>
    <w:p>
      <w:r>
        <w:rPr>
          <w:b/>
        </w:rPr>
        <w:t xml:space="preserve">[32:57] </w:t>
      </w:r>
      <w:r>
        <w:t>ke darmiyan ilmi aitbaar se qabool shuda thi.</w:t>
      </w:r>
    </w:p>
    <w:p>
      <w:pPr>
        <w:jc w:val="right"/>
      </w:pPr>
      <w:r>
        <w:t>کے درمیان علمی اعتبار سے قبول شدہ تھی۔</w:t>
      </w:r>
    </w:p>
    <w:p>
      <w:r>
        <w:rPr>
          <w:b/>
        </w:rPr>
        <w:t xml:space="preserve">[33:01] </w:t>
      </w:r>
      <w:r>
        <w:t>qaim ho chuki thi.</w:t>
      </w:r>
    </w:p>
    <w:p>
      <w:pPr>
        <w:jc w:val="right"/>
      </w:pPr>
      <w:r>
        <w:t>قائم ہو چکی تھی۔</w:t>
      </w:r>
    </w:p>
    <w:p>
      <w:r>
        <w:rPr>
          <w:b/>
        </w:rPr>
        <w:t xml:space="preserve">[33:05] </w:t>
      </w:r>
      <w:r>
        <w:t>ab mein doosri cheez par aata hoon.</w:t>
      </w:r>
    </w:p>
    <w:p>
      <w:pPr>
        <w:jc w:val="right"/>
      </w:pPr>
      <w:r>
        <w:t>اب میں دوسری چیز پر آتا ہوں۔</w:t>
      </w:r>
    </w:p>
    <w:p>
      <w:r>
        <w:rPr>
          <w:b/>
        </w:rPr>
        <w:t xml:space="preserve">[33:10] </w:t>
      </w:r>
      <w:r>
        <w:t>woh hai khuda ka takhleeqi mansoobah.</w:t>
      </w:r>
    </w:p>
    <w:p>
      <w:pPr>
        <w:jc w:val="right"/>
      </w:pPr>
      <w:r>
        <w:t>وہ ہے خدا کا تخلیقی منصوبہ۔</w:t>
      </w:r>
    </w:p>
    <w:p>
      <w:r>
        <w:rPr>
          <w:b/>
        </w:rPr>
        <w:t xml:space="preserve">[33:14] </w:t>
      </w:r>
      <w:r>
        <w:t>khuda ka jo takhleeqi mansoobah hai woh yeh hai.</w:t>
      </w:r>
    </w:p>
    <w:p>
      <w:pPr>
        <w:jc w:val="right"/>
      </w:pPr>
      <w:r>
        <w:t>خدا کا جو تخلیقی منصوبہ ہے وہ یہ ہے۔</w:t>
      </w:r>
    </w:p>
    <w:p>
      <w:r>
        <w:rPr>
          <w:b/>
        </w:rPr>
        <w:t xml:space="preserve">[33:18] </w:t>
      </w:r>
      <w:r>
        <w:t>khuda ne banaya hai insan ko is dunya mein azmaish ke liye.</w:t>
      </w:r>
    </w:p>
    <w:p>
      <w:pPr>
        <w:jc w:val="right"/>
      </w:pPr>
      <w:r>
        <w:t>خدا نے بنایا ہے انسان کو اس دنیا میں آزمائش کے لیے۔</w:t>
      </w:r>
    </w:p>
    <w:p>
      <w:r>
        <w:rPr>
          <w:b/>
        </w:rPr>
        <w:t xml:space="preserve">[33:22] </w:t>
      </w:r>
      <w:r>
        <w:t>yeh azmaish ka maidan hai.</w:t>
      </w:r>
    </w:p>
    <w:p>
      <w:pPr>
        <w:jc w:val="right"/>
      </w:pPr>
      <w:r>
        <w:t>یہ آزمائش کا میدان ہے۔</w:t>
      </w:r>
    </w:p>
    <w:p>
      <w:r>
        <w:rPr>
          <w:b/>
        </w:rPr>
        <w:t xml:space="preserve">[33:26] </w:t>
      </w:r>
      <w:r>
        <w:t>yahan par insan ko jaancha ja raha hai.</w:t>
      </w:r>
    </w:p>
    <w:p>
      <w:pPr>
        <w:jc w:val="right"/>
      </w:pPr>
      <w:r>
        <w:t>یہاں پر انسان کو جانچا جا رہا ہے۔</w:t>
      </w:r>
    </w:p>
    <w:p>
      <w:r>
        <w:rPr>
          <w:b/>
        </w:rPr>
        <w:t xml:space="preserve">[33:30] </w:t>
      </w:r>
      <w:r>
        <w:t>maut ke baad is ko jaanch mein jo record is ka hai bana hai us record ke mutabiq</w:t>
      </w:r>
    </w:p>
    <w:p>
      <w:pPr>
        <w:jc w:val="right"/>
      </w:pPr>
      <w:r>
        <w:t>موت کے بعد اس کو جانچ میں جو ریکارڈ اس کا ہے بنا ہے اس ریکارڈ کے مطابق</w:t>
      </w:r>
    </w:p>
    <w:p>
      <w:r>
        <w:rPr>
          <w:b/>
        </w:rPr>
        <w:t xml:space="preserve">[33:38] </w:t>
      </w:r>
      <w:r>
        <w:t>is ka faisla kiya jayega.</w:t>
      </w:r>
    </w:p>
    <w:p>
      <w:pPr>
        <w:jc w:val="right"/>
      </w:pPr>
      <w:r>
        <w:t>اس کا فیصلہ کیا جائے گا۔</w:t>
      </w:r>
    </w:p>
    <w:p>
      <w:r>
        <w:rPr>
          <w:b/>
        </w:rPr>
        <w:t xml:space="preserve">[33:45] </w:t>
      </w:r>
      <w:r>
        <w:t>aaj mein is par soch raha tha is baat par to mere zehn mein yeh aaya ke dunya</w:t>
      </w:r>
    </w:p>
    <w:p>
      <w:pPr>
        <w:jc w:val="right"/>
      </w:pPr>
      <w:r>
        <w:t>آج میں اس پر سوچ رہا تھا اس بات پر تو میرے ذہن میں یہ آیا کہ دنیا</w:t>
      </w:r>
    </w:p>
    <w:p>
      <w:r>
        <w:rPr>
          <w:b/>
        </w:rPr>
        <w:t xml:space="preserve">[33:53] </w:t>
      </w:r>
      <w:r>
        <w:t>mein yaani dunya ka matlab hai ke</w:t>
      </w:r>
    </w:p>
    <w:p>
      <w:pPr>
        <w:jc w:val="right"/>
      </w:pPr>
      <w:r>
        <w:t>میں یعنی دنیا کا مطلب ہے کہ</w:t>
      </w:r>
    </w:p>
    <w:p>
      <w:r>
        <w:rPr>
          <w:b/>
        </w:rPr>
        <w:t xml:space="preserve">[34:00] </w:t>
      </w:r>
      <w:r>
        <w:t>qabl az maut aur baad az maut.</w:t>
      </w:r>
    </w:p>
    <w:p>
      <w:pPr>
        <w:jc w:val="right"/>
      </w:pPr>
      <w:r>
        <w:t>قبل از موت اور بعد از موت۔</w:t>
      </w:r>
    </w:p>
    <w:p>
      <w:r>
        <w:rPr>
          <w:b/>
        </w:rPr>
        <w:t xml:space="preserve">[34:05] </w:t>
      </w:r>
      <w:r>
        <w:t>is par mein soch raha tha.</w:t>
      </w:r>
    </w:p>
    <w:p>
      <w:pPr>
        <w:jc w:val="right"/>
      </w:pPr>
      <w:r>
        <w:t>اس پر میں سوچ رہا تھا۔</w:t>
      </w:r>
    </w:p>
    <w:p>
      <w:r>
        <w:rPr>
          <w:b/>
        </w:rPr>
        <w:t xml:space="preserve">[34:09] </w:t>
      </w:r>
      <w:r>
        <w:t>to mujhe samajh mein aaya ke qabl az maut mein khuda ne lazzat-e-marifat rakhi hai.</w:t>
      </w:r>
    </w:p>
    <w:p>
      <w:pPr>
        <w:jc w:val="right"/>
      </w:pPr>
      <w:r>
        <w:t>تو مجھے سمجھ میں آیا کہ قبل از موت میں خدا نے لذتِ معرفت رکھی ہے۔</w:t>
      </w:r>
    </w:p>
    <w:p>
      <w:r>
        <w:rPr>
          <w:b/>
        </w:rPr>
        <w:t xml:space="preserve">[34:14] </w:t>
      </w:r>
      <w:r>
        <w:t>aur baad az maut mein khuda ne lazzat-e-jannat rakhi hai.</w:t>
      </w:r>
    </w:p>
    <w:p>
      <w:pPr>
        <w:jc w:val="right"/>
      </w:pPr>
      <w:r>
        <w:t>اور بعد از موت میں خدا نے لذتِ جنت رکھی ہے۔</w:t>
      </w:r>
    </w:p>
    <w:p>
      <w:r>
        <w:rPr>
          <w:b/>
        </w:rPr>
        <w:t xml:space="preserve">[34:18] </w:t>
      </w:r>
      <w:r>
        <w:t>ek hai aaj ki dunya aur ek hai kal ki dunya.</w:t>
      </w:r>
    </w:p>
    <w:p>
      <w:pPr>
        <w:jc w:val="right"/>
      </w:pPr>
      <w:r>
        <w:t>ایک ہے آج کی دنیا اور ایک ہے کل کی دنیا۔</w:t>
      </w:r>
    </w:p>
    <w:p>
      <w:r>
        <w:rPr>
          <w:b/>
        </w:rPr>
        <w:t xml:space="preserve">[34:22] </w:t>
      </w:r>
      <w:r>
        <w:t>aaj ki dunya mein log lazzat dhoondh rahe hain.</w:t>
      </w:r>
    </w:p>
    <w:p>
      <w:pPr>
        <w:jc w:val="right"/>
      </w:pPr>
      <w:r>
        <w:t>آج کی دنیا میں لوگ لذت ڈھونڈ رہے ہیں۔</w:t>
      </w:r>
    </w:p>
    <w:p>
      <w:r>
        <w:rPr>
          <w:b/>
        </w:rPr>
        <w:t xml:space="preserve">[34:27] </w:t>
      </w:r>
      <w:r>
        <w:t>har aadmi lazzat ki talash mein hai.</w:t>
      </w:r>
    </w:p>
    <w:p>
      <w:pPr>
        <w:jc w:val="right"/>
      </w:pPr>
      <w:r>
        <w:t>ہر آدمی لذت کی تلاش میں ہے۔</w:t>
      </w:r>
    </w:p>
    <w:p>
      <w:r>
        <w:rPr>
          <w:b/>
        </w:rPr>
        <w:t xml:space="preserve">[34:31] </w:t>
      </w:r>
      <w:r>
        <w:t>musarrat ki talash mein hai.</w:t>
      </w:r>
    </w:p>
    <w:p>
      <w:pPr>
        <w:jc w:val="right"/>
      </w:pPr>
      <w:r>
        <w:t>مسرت کی تلاش میں ہے۔</w:t>
      </w:r>
    </w:p>
    <w:p>
      <w:r>
        <w:rPr>
          <w:b/>
        </w:rPr>
        <w:t xml:space="preserve">[34:36] </w:t>
      </w:r>
      <w:r>
        <w:t>lekin musarrat jo hai Allah khuda ke takhleeqi naqshe ke mutabiq khuda ke takhleeqi mansoobe ke mutabiq aaj</w:t>
      </w:r>
    </w:p>
    <w:p>
      <w:pPr>
        <w:jc w:val="right"/>
      </w:pPr>
      <w:r>
        <w:t>لیکن مسرت جو ہے اللہ خدا کے تخلیقی نقشے کے مطابق خدا کے تخلیقی منصوبے کے مطابق آج</w:t>
      </w:r>
    </w:p>
    <w:p>
      <w:r>
        <w:rPr>
          <w:b/>
        </w:rPr>
        <w:t xml:space="preserve">[34:41] </w:t>
      </w:r>
      <w:r>
        <w:t>ki dunya mein sirf lazzat-e-marifat mumkin hai aadmi ke liye.</w:t>
      </w:r>
    </w:p>
    <w:p>
      <w:pPr>
        <w:jc w:val="right"/>
      </w:pPr>
      <w:r>
        <w:t>کی دنیا میں صرف لذتِ معرفت ممکن ہے آدمی کے لیے۔</w:t>
      </w:r>
    </w:p>
    <w:p>
      <w:r>
        <w:rPr>
          <w:b/>
        </w:rPr>
        <w:t xml:space="preserve">[34:46] </w:t>
      </w:r>
      <w:r>
        <w:t>yaani sachai ko aap daryaft kar saken.</w:t>
      </w:r>
    </w:p>
    <w:p>
      <w:pPr>
        <w:jc w:val="right"/>
      </w:pPr>
      <w:r>
        <w:t>یعنی سچائی کو آپ دریافت کر سکیں۔</w:t>
      </w:r>
    </w:p>
    <w:p>
      <w:r>
        <w:rPr>
          <w:b/>
        </w:rPr>
        <w:t xml:space="preserve">[34:51] </w:t>
      </w:r>
      <w:r>
        <w:t>sachai ko aap daryaft kar saken.</w:t>
      </w:r>
    </w:p>
    <w:p>
      <w:pPr>
        <w:jc w:val="right"/>
      </w:pPr>
      <w:r>
        <w:t>سچائی کو آپ دریافت کر سکیں۔</w:t>
      </w:r>
    </w:p>
    <w:p>
      <w:r>
        <w:rPr>
          <w:b/>
        </w:rPr>
        <w:t xml:space="preserve">[34:56] </w:t>
      </w:r>
      <w:r>
        <w:t>khuda ko aap</w:t>
      </w:r>
    </w:p>
    <w:p>
      <w:pPr>
        <w:jc w:val="right"/>
      </w:pPr>
      <w:r>
        <w:t>خدا کو آپ</w:t>
      </w:r>
    </w:p>
    <w:p>
      <w:r>
        <w:rPr>
          <w:b/>
        </w:rPr>
        <w:t xml:space="preserve">[35:01] </w:t>
      </w:r>
      <w:r>
        <w:t>ki marifat aap ko hasil ho jaye.</w:t>
      </w:r>
    </w:p>
    <w:p>
      <w:pPr>
        <w:jc w:val="right"/>
      </w:pPr>
      <w:r>
        <w:t>کی معرفت آپ کو حاصل ہو جائے۔</w:t>
      </w:r>
    </w:p>
    <w:p>
      <w:r>
        <w:rPr>
          <w:b/>
        </w:rPr>
        <w:t xml:space="preserve">[35:05] </w:t>
      </w:r>
      <w:r>
        <w:t>yeh lazzat mumkin hai aap ke liye.</w:t>
      </w:r>
    </w:p>
    <w:p>
      <w:pPr>
        <w:jc w:val="right"/>
      </w:pPr>
      <w:r>
        <w:t>یہ لذت ممکن ہے آپ کے لیے۔</w:t>
      </w:r>
    </w:p>
    <w:p>
      <w:r>
        <w:rPr>
          <w:b/>
        </w:rPr>
        <w:t xml:space="preserve">[35:09] </w:t>
      </w:r>
      <w:r>
        <w:t>aap koi bhi mahal banaiye.</w:t>
      </w:r>
    </w:p>
    <w:p>
      <w:pPr>
        <w:jc w:val="right"/>
      </w:pPr>
      <w:r>
        <w:t>آپ کوئی بھی محل بنائیے۔</w:t>
      </w:r>
    </w:p>
    <w:p>
      <w:r>
        <w:rPr>
          <w:b/>
        </w:rPr>
        <w:t xml:space="preserve">[35:13] </w:t>
      </w:r>
      <w:r>
        <w:t>aap dunya ke shandar carain aur shandar hawai jahaz ke malik ban jaiye.</w:t>
      </w:r>
    </w:p>
    <w:p>
      <w:pPr>
        <w:jc w:val="right"/>
      </w:pPr>
      <w:r>
        <w:t>آپ دنیا کے شاندار کاریں اور شاندار ہوائی جہاز کے مالک بن جائیے۔</w:t>
      </w:r>
    </w:p>
    <w:p>
      <w:r>
        <w:rPr>
          <w:b/>
        </w:rPr>
        <w:t xml:space="preserve">[35:16] </w:t>
      </w:r>
      <w:r>
        <w:t>arbon, kharbon dollar aap ke paas bank mein ho jaye.</w:t>
      </w:r>
    </w:p>
    <w:p>
      <w:pPr>
        <w:jc w:val="right"/>
      </w:pPr>
      <w:r>
        <w:t>اربوں، کھربوں ڈالر آپ کے پاس بینک میں ہو جائے۔</w:t>
      </w:r>
    </w:p>
    <w:p>
      <w:r>
        <w:rPr>
          <w:b/>
        </w:rPr>
        <w:t xml:space="preserve">[35:20] </w:t>
      </w:r>
      <w:r>
        <w:t>kuch bhi ho jaye.</w:t>
      </w:r>
    </w:p>
    <w:p>
      <w:pPr>
        <w:jc w:val="right"/>
      </w:pPr>
      <w:r>
        <w:t>کچھ بھی ہو جائے۔</w:t>
      </w:r>
    </w:p>
    <w:p>
      <w:r>
        <w:rPr>
          <w:b/>
        </w:rPr>
        <w:t xml:space="preserve">[35:24] </w:t>
      </w:r>
      <w:r>
        <w:t>sachi musarrat aap ko, sacha lazzat aap ko nahi mil sakta.</w:t>
      </w:r>
    </w:p>
    <w:p>
      <w:pPr>
        <w:jc w:val="right"/>
      </w:pPr>
      <w:r>
        <w:t>سچی مسرت آپ کو، سچا لذت آپ کو نہیں مل سکتا۔</w:t>
      </w:r>
    </w:p>
    <w:p>
      <w:r>
        <w:rPr>
          <w:b/>
        </w:rPr>
        <w:t xml:space="preserve">[35:28] </w:t>
      </w:r>
      <w:r>
        <w:t>is ka saboot yeh hai ke jin logon ke pas yeh sab cheez</w:t>
      </w:r>
    </w:p>
    <w:p>
      <w:pPr>
        <w:jc w:val="right"/>
      </w:pPr>
      <w:r>
        <w:t>اس کا ثبوت یہ ہے کہ جن لوگوں کے پاس یہ سب چیز</w:t>
      </w:r>
    </w:p>
    <w:p>
      <w:r>
        <w:rPr>
          <w:b/>
        </w:rPr>
        <w:t xml:space="preserve">[35:31] </w:t>
      </w:r>
      <w:r>
        <w:t>ein hain woh sachi khushi se hamesha mehroom rahe yahan tak ke mehroomi ki halat hi mar gaye woh.</w:t>
      </w:r>
    </w:p>
    <w:p>
      <w:pPr>
        <w:jc w:val="right"/>
      </w:pPr>
      <w:r>
        <w:t>یں ہیں وہ سچی خوشی سے ہمیشہ محروم رہے یہاں تک کہ محرومی کی حالت ہی مر گئے وہ۔</w:t>
      </w:r>
    </w:p>
    <w:p>
      <w:r>
        <w:rPr>
          <w:b/>
        </w:rPr>
        <w:t xml:space="preserve">[35:36] </w:t>
      </w:r>
      <w:r>
        <w:t>aaj mein khud yahi jo bradlij ka mein ne zikr kiya.</w:t>
      </w:r>
    </w:p>
    <w:p>
      <w:pPr>
        <w:jc w:val="right"/>
      </w:pPr>
      <w:r>
        <w:t>آج میں خود یہی جو بریڈلیج کا میں نے ذکر کیا۔</w:t>
      </w:r>
    </w:p>
    <w:p>
      <w:r>
        <w:rPr>
          <w:b/>
        </w:rPr>
        <w:t xml:space="preserve">[35:42] </w:t>
      </w:r>
      <w:r>
        <w:t>fransis herbert bradlij bohat bara falsafi tha.</w:t>
      </w:r>
    </w:p>
    <w:p>
      <w:pPr>
        <w:jc w:val="right"/>
      </w:pPr>
      <w:r>
        <w:t>فرانسس ہربرٹ بریڈلیج بہت بڑا فلسفی تھا۔</w:t>
      </w:r>
    </w:p>
    <w:p>
      <w:r>
        <w:rPr>
          <w:b/>
        </w:rPr>
        <w:t xml:space="preserve">[35:47] </w:t>
      </w:r>
      <w:r>
        <w:t>us ke pas sab cheez thi.</w:t>
      </w:r>
    </w:p>
    <w:p>
      <w:pPr>
        <w:jc w:val="right"/>
      </w:pPr>
      <w:r>
        <w:t>اس کے پاس سب چیز تھی۔</w:t>
      </w:r>
    </w:p>
    <w:p>
      <w:r>
        <w:rPr>
          <w:b/>
        </w:rPr>
        <w:t xml:space="preserve">[35:52] </w:t>
      </w:r>
      <w:r>
        <w:t>ek cheez ki kami nahi thi us ke pas.</w:t>
      </w:r>
    </w:p>
    <w:p>
      <w:pPr>
        <w:jc w:val="right"/>
      </w:pPr>
      <w:r>
        <w:t>ایک چیز کی کمی نہیں تھی اس کے پاس۔</w:t>
      </w:r>
    </w:p>
    <w:p>
      <w:r>
        <w:rPr>
          <w:b/>
        </w:rPr>
        <w:t xml:space="preserve">[35:57] </w:t>
      </w:r>
      <w:r>
        <w:t>lekin kya hua? us ki dono gardiyan fail ho gayeen.</w:t>
      </w:r>
    </w:p>
    <w:p>
      <w:pPr>
        <w:jc w:val="right"/>
      </w:pPr>
      <w:r>
        <w:t>لیکن کیا ہوا؟ اس کی دونوں گردیاں فیل ہوگئیں۔</w:t>
      </w:r>
    </w:p>
    <w:p>
      <w:r>
        <w:rPr>
          <w:b/>
        </w:rPr>
        <w:t xml:space="preserve">[36:02] </w:t>
      </w:r>
      <w:r>
        <w:t>aakhri zamanay mein bohat hi buri halat mein woh dunya mein zinda raha.</w:t>
      </w:r>
    </w:p>
    <w:p>
      <w:pPr>
        <w:jc w:val="right"/>
      </w:pPr>
      <w:r>
        <w:t>آخری زمانے میں بہت ہی بری حالت میں وہ دنیا میں زندہ رہا۔</w:t>
      </w:r>
    </w:p>
    <w:p>
      <w:r>
        <w:rPr>
          <w:b/>
        </w:rPr>
        <w:t xml:space="preserve">[36:06] </w:t>
      </w:r>
      <w:r>
        <w:t>aur phir mar gaya woh.</w:t>
      </w:r>
    </w:p>
    <w:p>
      <w:pPr>
        <w:jc w:val="right"/>
      </w:pPr>
      <w:r>
        <w:t>اور پھر مر گیا وہ۔</w:t>
      </w:r>
    </w:p>
    <w:p>
      <w:r>
        <w:rPr>
          <w:b/>
        </w:rPr>
        <w:t xml:space="preserve">[36:11] </w:t>
      </w:r>
      <w:r>
        <w:t>to sab kuch us ke pas tha.</w:t>
      </w:r>
    </w:p>
    <w:p>
      <w:pPr>
        <w:jc w:val="right"/>
      </w:pPr>
      <w:r>
        <w:t>تو سب کچھ اس کے پاس تھا۔</w:t>
      </w:r>
    </w:p>
    <w:p>
      <w:r>
        <w:rPr>
          <w:b/>
        </w:rPr>
        <w:t xml:space="preserve">[36:15] </w:t>
      </w:r>
      <w:r>
        <w:t>lekin phir bhi us ko khushi nahi mil saki.</w:t>
      </w:r>
    </w:p>
    <w:p>
      <w:pPr>
        <w:jc w:val="right"/>
      </w:pPr>
      <w:r>
        <w:t>لیکن پھر بھی اس کو خوشی نہیں مل سکی۔</w:t>
      </w:r>
    </w:p>
    <w:p>
      <w:r>
        <w:rPr>
          <w:b/>
        </w:rPr>
        <w:t xml:space="preserve">[36:19] </w:t>
      </w:r>
      <w:r>
        <w:t>kyun ke apne koi use rok nahi sakta tha ke us ki gardi fail na ho.</w:t>
      </w:r>
    </w:p>
    <w:p>
      <w:pPr>
        <w:jc w:val="right"/>
      </w:pPr>
      <w:r>
        <w:t>کیونکہ اپنے کوئی اسے روک نہیں سکتا تھا کہ اس کی گردی فیل نہ ہو۔</w:t>
      </w:r>
    </w:p>
    <w:p>
      <w:r>
        <w:rPr>
          <w:b/>
        </w:rPr>
        <w:t xml:space="preserve">[36:24] </w:t>
      </w:r>
      <w:r>
        <w:t>fail ka matlab hai ke bimari yani gardi bimari us ko ho gayi.</w:t>
      </w:r>
    </w:p>
    <w:p>
      <w:pPr>
        <w:jc w:val="right"/>
      </w:pPr>
      <w:r>
        <w:t>فیل کا مطلب ہے کہ بیماری یعنی گردی بیماری اس کو ہوگئی۔</w:t>
      </w:r>
    </w:p>
    <w:p>
      <w:r>
        <w:rPr>
          <w:b/>
        </w:rPr>
        <w:t xml:space="preserve">[36:28] </w:t>
      </w:r>
      <w:r>
        <w:t>us ke gurday jo hain us mein bimari lag gayi.</w:t>
      </w:r>
    </w:p>
    <w:p>
      <w:pPr>
        <w:jc w:val="right"/>
      </w:pPr>
      <w:r>
        <w:t>اس کے گردے جو ہیں اس میں بیماری لگ گئی۔</w:t>
      </w:r>
    </w:p>
    <w:p>
      <w:r>
        <w:rPr>
          <w:b/>
        </w:rPr>
        <w:t xml:space="preserve">[36:32] </w:t>
      </w:r>
      <w:r>
        <w:t>aur ilaaj karta raha, ilaaj karta raha, kabhi acha nahi hua woh.</w:t>
      </w:r>
    </w:p>
    <w:p>
      <w:pPr>
        <w:jc w:val="right"/>
      </w:pPr>
      <w:r>
        <w:t>اور علاج کرتا رہا، علاج کرتا رہا، کبھی اچھا نہیں ہوا وہ۔</w:t>
      </w:r>
    </w:p>
    <w:p>
      <w:r>
        <w:rPr>
          <w:b/>
        </w:rPr>
        <w:t xml:space="preserve">[36:37] </w:t>
      </w:r>
      <w:r>
        <w:t>to apni umar ke aakhri hissay mein woh gardi bimari mein jiya.</w:t>
      </w:r>
    </w:p>
    <w:p>
      <w:pPr>
        <w:jc w:val="right"/>
      </w:pPr>
      <w:r>
        <w:t>تو اپنی عمر کے آخری حصے میں وہ گردی بیماری میں جیا۔</w:t>
      </w:r>
    </w:p>
    <w:p>
      <w:r>
        <w:rPr>
          <w:b/>
        </w:rPr>
        <w:t xml:space="preserve">[36:41] </w:t>
      </w:r>
      <w:r>
        <w:t>to aap sochiye ke kaise musarrat mile gi us ko.</w:t>
      </w:r>
    </w:p>
    <w:p>
      <w:pPr>
        <w:jc w:val="right"/>
      </w:pPr>
      <w:r>
        <w:t>تو آپ سوچیے کہ کیسے مسرت ملے گی اس کو۔</w:t>
      </w:r>
    </w:p>
    <w:p>
      <w:r>
        <w:rPr>
          <w:b/>
        </w:rPr>
        <w:t xml:space="preserve">[36:45] </w:t>
      </w:r>
      <w:r>
        <w:t>to khushi jo hai sirf us mein hai ke aap Khuda ko daryaft kar saken.</w:t>
      </w:r>
    </w:p>
    <w:p>
      <w:pPr>
        <w:jc w:val="right"/>
      </w:pPr>
      <w:r>
        <w:t>تو خوشی جو ہے صرف اس میں ہے کہ آپ خدا کو دریافت کر سکیں۔</w:t>
      </w:r>
    </w:p>
    <w:p>
      <w:r>
        <w:rPr>
          <w:b/>
        </w:rPr>
        <w:t xml:space="preserve">[36:50] </w:t>
      </w:r>
      <w:r>
        <w:t>sachai ko daryaft kar saken.</w:t>
      </w:r>
    </w:p>
    <w:p>
      <w:pPr>
        <w:jc w:val="right"/>
      </w:pPr>
      <w:r>
        <w:t>سچائی کو دریافت کر سکیں۔</w:t>
      </w:r>
    </w:p>
    <w:p>
      <w:r>
        <w:rPr>
          <w:b/>
        </w:rPr>
        <w:t xml:space="preserve">[36:54] </w:t>
      </w:r>
      <w:r>
        <w:t>isi ko mein keh raha hoon lazzat-e-ma'rifat.</w:t>
      </w:r>
    </w:p>
    <w:p>
      <w:pPr>
        <w:jc w:val="right"/>
      </w:pPr>
      <w:r>
        <w:t>اسی کو میں کہہ رہا ہوں لذتِ معرفت۔</w:t>
      </w:r>
    </w:p>
    <w:p>
      <w:r>
        <w:rPr>
          <w:b/>
        </w:rPr>
        <w:t xml:space="preserve">[36:58] </w:t>
      </w:r>
      <w:r>
        <w:t>dunya mein lazzat-e-da'wat nahi hai. dunya mein</w:t>
      </w:r>
    </w:p>
    <w:p>
      <w:pPr>
        <w:jc w:val="right"/>
      </w:pPr>
      <w:r>
        <w:t>دنیا میں لذتِ دعوت نہیں ہے۔ دنیا میں</w:t>
      </w:r>
    </w:p>
    <w:p>
      <w:r>
        <w:rPr>
          <w:b/>
        </w:rPr>
        <w:t xml:space="preserve">[37:03] </w:t>
      </w:r>
      <w:r>
        <w:t>lazzat-e-shohrat nahi hai.</w:t>
      </w:r>
    </w:p>
    <w:p>
      <w:pPr>
        <w:jc w:val="right"/>
      </w:pPr>
      <w:r>
        <w:t>لذتِ شہرت نہیں ہے۔</w:t>
      </w:r>
    </w:p>
    <w:p>
      <w:r>
        <w:rPr>
          <w:b/>
        </w:rPr>
        <w:t xml:space="preserve">[37:06] </w:t>
      </w:r>
      <w:r>
        <w:t>dunya mein lazzat-e-siyasat nahi hai.</w:t>
      </w:r>
    </w:p>
    <w:p>
      <w:pPr>
        <w:jc w:val="right"/>
      </w:pPr>
      <w:r>
        <w:t>دنیا میں لذتِ سیاست نہیں ہے۔</w:t>
      </w:r>
    </w:p>
    <w:p>
      <w:r>
        <w:rPr>
          <w:b/>
        </w:rPr>
        <w:t xml:space="preserve">[37:10] </w:t>
      </w:r>
      <w:r>
        <w:t>ek hi hai woh hai lazzat-e-ma'rifat.</w:t>
      </w:r>
    </w:p>
    <w:p>
      <w:pPr>
        <w:jc w:val="right"/>
      </w:pPr>
      <w:r>
        <w:t>ایک ہی ہے وہ ہے لذتِ معرفت۔</w:t>
      </w:r>
    </w:p>
    <w:p>
      <w:r>
        <w:rPr>
          <w:b/>
        </w:rPr>
        <w:t xml:space="preserve">[37:14] </w:t>
      </w:r>
      <w:r>
        <w:t>matlab sachai ko daryaft karne ki ki lazzat.</w:t>
      </w:r>
    </w:p>
    <w:p>
      <w:pPr>
        <w:jc w:val="right"/>
      </w:pPr>
      <w:r>
        <w:t>مطلب سچائی کو دریافت کرنے کی کی لذت۔</w:t>
      </w:r>
    </w:p>
    <w:p>
      <w:r>
        <w:rPr>
          <w:b/>
        </w:rPr>
        <w:t xml:space="preserve">[37:18] </w:t>
      </w:r>
      <w:r>
        <w:t>is ka lazzat.</w:t>
      </w:r>
    </w:p>
    <w:p>
      <w:pPr>
        <w:jc w:val="right"/>
      </w:pPr>
      <w:r>
        <w:t>اس کا لذت۔</w:t>
      </w:r>
    </w:p>
    <w:p>
      <w:r>
        <w:rPr>
          <w:b/>
        </w:rPr>
        <w:t xml:space="preserve">[37:21] </w:t>
      </w:r>
      <w:r>
        <w:t>aur akhirat mein kya hai? lazzat-e-jannat.</w:t>
      </w:r>
    </w:p>
    <w:p>
      <w:pPr>
        <w:jc w:val="right"/>
      </w:pPr>
      <w:r>
        <w:t>اور آخرت میں کیا ہے؟ لذتِ جنت۔</w:t>
      </w:r>
    </w:p>
    <w:p>
      <w:r>
        <w:rPr>
          <w:b/>
        </w:rPr>
        <w:t xml:space="preserve">[37:25] </w:t>
      </w:r>
      <w:r>
        <w:t>yani jis ko jannat mil gayi us ko abadi khushi mile gi.</w:t>
      </w:r>
    </w:p>
    <w:p>
      <w:pPr>
        <w:jc w:val="right"/>
      </w:pPr>
      <w:r>
        <w:t>یعنی جس کو جنت مل گئی اس کو ابدی خوشی ملے گی۔</w:t>
      </w:r>
    </w:p>
    <w:p>
      <w:r>
        <w:rPr>
          <w:b/>
        </w:rPr>
        <w:t xml:space="preserve">[37:29] </w:t>
      </w:r>
      <w:r>
        <w:t>us ko abadi khu</w:t>
      </w:r>
    </w:p>
    <w:p>
      <w:pPr>
        <w:jc w:val="right"/>
      </w:pPr>
      <w:r>
        <w:t>اس کو ابدی خو</w:t>
      </w:r>
    </w:p>
    <w:p>
      <w:r>
        <w:rPr>
          <w:b/>
        </w:rPr>
        <w:t xml:space="preserve">[37:33] </w:t>
      </w:r>
      <w:r>
        <w:t>shi milegi. toh khair main yeh keh raha tha ke Khuda ka jo takhleeqi mansoobah hai is mein yeh hai ke insan ka record is duniya mein ban raha hai. aur phir marne ke baad foran hi is ka record samnay aayega. is ke mutabiq jannat hai ya jahanum hai. lekin ek nazariya doosra mazhabon ke darmiyan aaya. woh tha jo karam ki theory. kar</w:t>
      </w:r>
    </w:p>
    <w:p>
      <w:pPr>
        <w:jc w:val="right"/>
      </w:pPr>
      <w:r>
        <w:t>شی ملے گی۔ تو خیر میں یہ کہہ رہا تھا کہ خدا کا جو تخلیقی منصوبہ ہے اس میں یہ ہے کہ انسان کا ریکارڈ اس دنیا میں بن رہا ہے۔ اور پھر مرنے کے بعد فوراً ہی اس کا ریکارڈ سامنے آئے گا۔ اس کے مطابق جنت ہے یا جنت ہے۔ لیکن ایک نظریہ دوسرا مذہبوں کے درمیان آیا۔ وہ تھا جو کرم کی تھیوری۔ کر</w:t>
      </w:r>
    </w:p>
    <w:p>
      <w:r>
        <w:rPr>
          <w:b/>
        </w:rPr>
        <w:t xml:space="preserve">[38:03] </w:t>
      </w:r>
      <w:r>
        <w:t>m ki theory ka matlab kya hai? ke hum is dunya mein jo kuch karte hain to sabab</w:t>
      </w:r>
    </w:p>
    <w:p>
      <w:pPr>
        <w:jc w:val="right"/>
      </w:pPr>
      <w:r>
        <w:t>م کی تھیوری کا مطلب کیا ہے؟ کہ ہم اس دنیا میں جو کچھ کرتے ہیں تو سبب</w:t>
      </w:r>
    </w:p>
    <w:p>
      <w:r>
        <w:rPr>
          <w:b/>
        </w:rPr>
        <w:t xml:space="preserve">[38:08] </w:t>
      </w:r>
      <w:r>
        <w:t>o natije ke zariye se yeh hota hai ke acha karam kiya to gadha jo hai woh insan ban gaya.</w:t>
      </w:r>
    </w:p>
    <w:p>
      <w:pPr>
        <w:jc w:val="right"/>
      </w:pPr>
      <w:r>
        <w:t>و نتیجے کے ذریعے سے یہ ہوتا ہے کہ اچھا کرم کیا تو گدھا جو ہے وہ انسان بن گیا۔</w:t>
      </w:r>
    </w:p>
    <w:p>
      <w:r>
        <w:rPr>
          <w:b/>
        </w:rPr>
        <w:t xml:space="preserve">[38:13] </w:t>
      </w:r>
      <w:r>
        <w:t>bara karam kiya to insan jo hai gadha ban gaya.</w:t>
      </w:r>
    </w:p>
    <w:p>
      <w:pPr>
        <w:jc w:val="right"/>
      </w:pPr>
      <w:r>
        <w:t>برا کرم کیا تو انسان جو ہے گدھا بن گیا۔</w:t>
      </w:r>
    </w:p>
    <w:p>
      <w:r>
        <w:rPr>
          <w:b/>
        </w:rPr>
        <w:t xml:space="preserve">[38:18] </w:t>
      </w:r>
      <w:r>
        <w:t>is tarah se 80 lakh saal tak chalta rehta hai. ek chakar.</w:t>
      </w:r>
    </w:p>
    <w:p>
      <w:pPr>
        <w:jc w:val="right"/>
      </w:pPr>
      <w:r>
        <w:t>اس طرح سے 80 لاکھ سال تک چلتا رہتا ہے۔ ایک چکر۔</w:t>
      </w:r>
    </w:p>
    <w:p>
      <w:r>
        <w:rPr>
          <w:b/>
        </w:rPr>
        <w:t xml:space="preserve">[38:23] </w:t>
      </w:r>
      <w:r>
        <w:t>karam ka chakar.</w:t>
      </w:r>
    </w:p>
    <w:p>
      <w:pPr>
        <w:jc w:val="right"/>
      </w:pPr>
      <w:r>
        <w:t>کرم کا چکر۔</w:t>
      </w:r>
    </w:p>
    <w:p>
      <w:r>
        <w:rPr>
          <w:b/>
        </w:rPr>
        <w:t xml:space="preserve">[38:28] </w:t>
      </w:r>
      <w:r>
        <w:t>ke aadmi acha kar ke</w:t>
      </w:r>
    </w:p>
    <w:p>
      <w:pPr>
        <w:jc w:val="right"/>
      </w:pPr>
      <w:r>
        <w:t>کہ آدمی اچھا کر کے</w:t>
      </w:r>
    </w:p>
    <w:p>
      <w:r>
        <w:rPr>
          <w:b/>
        </w:rPr>
        <w:t xml:space="preserve">[38:33] </w:t>
      </w:r>
      <w:r>
        <w:t>matlab insan ke roop mein janam leta hai. aur bura kar ke janwar ban jata hai. janwar ke roop mein janam leta hai. acha kar ke insan ban jata hai. yeh ek chakar hai. yeh ek chakar hai. aur phir 80 lakh saal, 82 lakh saal mein ja kar ke is ko koi milta hai shaitan. yeh theory yeh dihi kitna zyada ghair mantiqi hai, kitna ghair maaqool hai yeh. science ke zamane mein aadmi</w:t>
      </w:r>
    </w:p>
    <w:p>
      <w:pPr>
        <w:jc w:val="right"/>
      </w:pPr>
      <w:r>
        <w:t>مطلب انسان کے روپ میں جنم لیتا ہے۔ اور برا کر کے جانور بن جاتا ہے۔ جانور کے روپ میں جنم لیتا ہے۔ اچھا کر کے انسان بن جاتا ہے۔ یہ ایک چکر ہے۔ یہ ایک چکر ہے۔ اور پھر 80 لاکھ سال، 82 لاکھ سال میں جا کر کے اس کو کوئی ملتا ہے شیطان۔ یہ تھیوری یہ دیہی کتنا زیادہ غیر منطقی ہے، کتنا غیر معقول ہے یہ۔ سائنس کے زمانے میں آدمی</w:t>
      </w:r>
    </w:p>
    <w:p>
      <w:r>
        <w:rPr>
          <w:b/>
        </w:rPr>
        <w:t xml:space="preserve">[39:03] </w:t>
      </w:r>
      <w:r>
        <w:t>is ko soch sakta hai. pehle log soch nahi sakte the. dekhiye pehle kya tha? rohani tehqeeq nahi thi. cheezon ko sawal karne ka mizaj nahi tha. sainsi zamane mein sab se bari cheez jo humein mili hai woh kya hai? rohani tehqeeq. irada-e-shak, sawal. pehle yeh sab tha nahi. pehle to tha ke jo hai wohi maan liya. jo</w:t>
      </w:r>
    </w:p>
    <w:p>
      <w:pPr>
        <w:jc w:val="right"/>
      </w:pPr>
      <w:r>
        <w:t>اس کو سوچ سکتا ہے۔ پہلے لوگ سوچ نہیں سکتے تھے۔ دیکھیے پہلے کیا تھا؟ روحانی تحقیق نہیں تھی۔ چیزوں کو سوال کرنے کا مزاج نہیں تھا۔ سائنسی زمانے میں سب سے بڑی چیز جو ہمیں ملی ہے وہ کیا ہے؟ روحانی تحقیق۔ ارادہِ شک، سوال۔ پہلے یہ سب تھا نہیں۔ پہلے تو تھا کہ جو ہے وہی مان لیا۔ جو</w:t>
      </w:r>
    </w:p>
    <w:p>
      <w:r>
        <w:rPr>
          <w:b/>
        </w:rPr>
        <w:t xml:space="preserve">[39:33] </w:t>
      </w:r>
      <w:r>
        <w:t>baap dada se aa raha hai wohi maan liya.</w:t>
      </w:r>
    </w:p>
    <w:p>
      <w:pPr>
        <w:jc w:val="right"/>
      </w:pPr>
      <w:r>
        <w:t>باپ دادا سے آ رہا ہے وہی مان لیا۔</w:t>
      </w:r>
    </w:p>
    <w:p>
      <w:r>
        <w:rPr>
          <w:b/>
        </w:rPr>
        <w:t xml:space="preserve">[39:37] </w:t>
      </w:r>
      <w:r>
        <w:t>jo rasam riwaj hai woh maan liya.</w:t>
      </w:r>
    </w:p>
    <w:p>
      <w:pPr>
        <w:jc w:val="right"/>
      </w:pPr>
      <w:r>
        <w:t>جو رسم رواج ہے وہ مان لیا۔</w:t>
      </w:r>
    </w:p>
    <w:p>
      <w:r>
        <w:rPr>
          <w:b/>
        </w:rPr>
        <w:t xml:space="preserve">[39:42] </w:t>
      </w:r>
      <w:r>
        <w:t>bas cheezon ko janchana yeh science ki teen hai.</w:t>
      </w:r>
    </w:p>
    <w:p>
      <w:pPr>
        <w:jc w:val="right"/>
      </w:pPr>
      <w:r>
        <w:t>بس چیزوں کو جانچنا یہ سائنس کی تین ہے۔</w:t>
      </w:r>
    </w:p>
    <w:p>
      <w:r>
        <w:rPr>
          <w:b/>
        </w:rPr>
        <w:t xml:space="preserve">[39:46] </w:t>
      </w:r>
      <w:r>
        <w:t>to yeh kitni bari nemat hamein mili hai ke hum janch karen.</w:t>
      </w:r>
    </w:p>
    <w:p>
      <w:pPr>
        <w:jc w:val="right"/>
      </w:pPr>
      <w:r>
        <w:t>تو یہ کتنی بڑی نعمت ہمیں ملی ہے کہ ہم جانچ کریں۔</w:t>
      </w:r>
    </w:p>
    <w:p>
      <w:r>
        <w:rPr>
          <w:b/>
        </w:rPr>
        <w:t xml:space="preserve">[39:50] </w:t>
      </w:r>
      <w:r>
        <w:t>aur phir pata chal jaye ke yeh yeh jo hai malme wala zevar hai aur yeh sacha sone</w:t>
      </w:r>
    </w:p>
    <w:p>
      <w:pPr>
        <w:jc w:val="right"/>
      </w:pPr>
      <w:r>
        <w:t>اور پھر پتہ چل جائے کہ یہ یہ جو ہے ملمے والا زیور ہے اور یہ سچا سونے</w:t>
      </w:r>
    </w:p>
    <w:p>
      <w:r>
        <w:rPr>
          <w:b/>
        </w:rPr>
        <w:t xml:space="preserve">[39:55] </w:t>
      </w:r>
      <w:r>
        <w:t>ka zevar hai.</w:t>
      </w:r>
    </w:p>
    <w:p>
      <w:pPr>
        <w:jc w:val="right"/>
      </w:pPr>
      <w:r>
        <w:t>کا زیور ہے۔</w:t>
      </w:r>
    </w:p>
    <w:p>
      <w:r>
        <w:rPr>
          <w:b/>
        </w:rPr>
        <w:t xml:space="preserve">[39:59] </w:t>
      </w:r>
      <w:r>
        <w:t>ab is ko aap dekhiye jo mein keh raha hoon. ke ek</w:t>
      </w:r>
    </w:p>
    <w:p>
      <w:pPr>
        <w:jc w:val="right"/>
      </w:pPr>
      <w:r>
        <w:t>اب اس کو آپ دیکھیے جو میں کہہ رہا ہوں۔ کہ ایک</w:t>
      </w:r>
    </w:p>
    <w:p>
      <w:r>
        <w:rPr>
          <w:b/>
        </w:rPr>
        <w:t xml:space="preserve">[40:03] </w:t>
      </w:r>
      <w:r>
        <w:t>theory yeh hai ke sab kuch sabab o nateeje par chal raha hai. karam ki jo theory hai woh is ko mante hain yeh log sabab o nateeje. lekin aap ghor kijiye ke sabab o nateeja kya cheez hai? sabab o nateeja kya cheez hai? yeh log ek taraf to Khuda ko be-maani mante hain. Khuda ko rooh sirf mant</w:t>
      </w:r>
    </w:p>
    <w:p>
      <w:pPr>
        <w:jc w:val="right"/>
      </w:pPr>
      <w:r>
        <w:t>تھیوری یہ ہے کہ سب کچھ سبب و نتیجے پر چل رہا ہے۔ کرم کی جو تھیوری ہے وہ اس کو مانتے ہیں یہ لوگ سبب و نتیجے۔ لیکن آپ غور کیجیے کہ سبب و نتیجہ کیا چیز ہے؟ سبب و نتیجہ کیا چیز ہے؟ یہ لوگ ایک طرف تو خدا کو بے معنی مانتے ہیں۔ خدا کو روح صرف مانت</w:t>
      </w:r>
    </w:p>
    <w:p>
      <w:r>
        <w:rPr>
          <w:b/>
        </w:rPr>
        <w:t xml:space="preserve">[40:33] </w:t>
      </w:r>
      <w:r>
        <w:t>e hain.</w:t>
      </w:r>
    </w:p>
    <w:p>
      <w:pPr>
        <w:jc w:val="right"/>
      </w:pPr>
      <w:r>
        <w:t>ے ہیں۔</w:t>
      </w:r>
    </w:p>
    <w:p>
      <w:r>
        <w:rPr>
          <w:b/>
        </w:rPr>
        <w:t xml:space="preserve">[40:37] </w:t>
      </w:r>
      <w:r>
        <w:t>khuda ko koi wajah nahi mante.</w:t>
      </w:r>
    </w:p>
    <w:p>
      <w:pPr>
        <w:jc w:val="right"/>
      </w:pPr>
      <w:r>
        <w:t>خدا کو کوئی وجہ نہیں مانتے۔</w:t>
      </w:r>
    </w:p>
    <w:p>
      <w:r>
        <w:rPr>
          <w:b/>
        </w:rPr>
        <w:t xml:space="preserve">[40:42] </w:t>
      </w:r>
      <w:r>
        <w:t>to yeh kis ne qaim kiya hai yeh sabab o natija? kaise qaim hua? yeh kaise qaim hua?</w:t>
      </w:r>
    </w:p>
    <w:p>
      <w:pPr>
        <w:jc w:val="right"/>
      </w:pPr>
      <w:r>
        <w:t>تو یہ کس نے قائم کیا ہے یہ سبب و نتیجہ؟ کیسے قائم ہوا؟ یہ کیسے قائم ہوا؟</w:t>
      </w:r>
    </w:p>
    <w:p>
      <w:r>
        <w:rPr>
          <w:b/>
        </w:rPr>
        <w:t xml:space="preserve">[40:46] </w:t>
      </w:r>
      <w:r>
        <w:t>yani ghair zaati khuda jo hai woh zaati kaise ban gaya? insan ko batate hain ke woh khuda</w:t>
      </w:r>
    </w:p>
    <w:p>
      <w:pPr>
        <w:jc w:val="right"/>
      </w:pPr>
      <w:r>
        <w:t>یعنی غیر ذاتی خدا جو ہے وہ ذاتی کیسے بن گیا؟ انسان کو بتاتے ہیں کہ وہ خدا</w:t>
      </w:r>
    </w:p>
    <w:p>
      <w:r>
        <w:rPr>
          <w:b/>
        </w:rPr>
        <w:t xml:space="preserve">[40:51] </w:t>
      </w:r>
      <w:r>
        <w:t>ka roop hai.</w:t>
      </w:r>
    </w:p>
    <w:p>
      <w:pPr>
        <w:jc w:val="right"/>
      </w:pPr>
      <w:r>
        <w:t>کا روپ ہے۔</w:t>
      </w:r>
    </w:p>
    <w:p>
      <w:r>
        <w:rPr>
          <w:b/>
        </w:rPr>
        <w:t xml:space="preserve">[40:55] </w:t>
      </w:r>
      <w:r>
        <w:t>to khuda khud to ghair zaati hai.</w:t>
      </w:r>
    </w:p>
    <w:p>
      <w:pPr>
        <w:jc w:val="right"/>
      </w:pPr>
      <w:r>
        <w:t>تو خدا خود تو غیر ذاتی ہے۔</w:t>
      </w:r>
    </w:p>
    <w:p>
      <w:r>
        <w:rPr>
          <w:b/>
        </w:rPr>
        <w:t xml:space="preserve">[40:59] </w:t>
      </w:r>
      <w:r>
        <w:t>ghair zaati hai.</w:t>
      </w:r>
    </w:p>
    <w:p>
      <w:pPr>
        <w:jc w:val="right"/>
      </w:pPr>
      <w:r>
        <w:t>غیر ذاتی ہے۔</w:t>
      </w:r>
    </w:p>
    <w:p>
      <w:r>
        <w:rPr>
          <w:b/>
        </w:rPr>
        <w:t xml:space="preserve">[41:04] </w:t>
      </w:r>
      <w:r>
        <w:t>ghair zaati khuda ne zaati ko kaise paida kar diya? woh kehte hain ke samandar ka, samandar ka</w:t>
      </w:r>
    </w:p>
    <w:p>
      <w:pPr>
        <w:jc w:val="right"/>
      </w:pPr>
      <w:r>
        <w:t>غیر ذاتی خدا نے ذاتی کو کیسے پیدا کر دیا؟ وہ کہتے ہیں کہ سمندر کا، سمندر کا</w:t>
      </w:r>
    </w:p>
    <w:p>
      <w:r>
        <w:rPr>
          <w:b/>
        </w:rPr>
        <w:t xml:space="preserve">[41:07] </w:t>
      </w:r>
      <w:r>
        <w:t>ek qatra hai insaan.</w:t>
      </w:r>
    </w:p>
    <w:p>
      <w:pPr>
        <w:jc w:val="right"/>
      </w:pPr>
      <w:r>
        <w:t>ایک قطرہ ہے انسان۔</w:t>
      </w:r>
    </w:p>
    <w:p>
      <w:r>
        <w:rPr>
          <w:b/>
        </w:rPr>
        <w:t xml:space="preserve">[41:11] </w:t>
      </w:r>
      <w:r>
        <w:t>yaani khuda jo hai woh samandar hai iska qatra hai insaan.</w:t>
      </w:r>
    </w:p>
    <w:p>
      <w:pPr>
        <w:jc w:val="right"/>
      </w:pPr>
      <w:r>
        <w:t>یعنی خدا جو ہے وہ سمندر ہے اس کا قطرہ ہے انسان۔</w:t>
      </w:r>
    </w:p>
    <w:p>
      <w:r>
        <w:rPr>
          <w:b/>
        </w:rPr>
        <w:t xml:space="preserve">[41:15] </w:t>
      </w:r>
      <w:r>
        <w:t>toh aap dekhiye yahan par.</w:t>
      </w:r>
    </w:p>
    <w:p>
      <w:pPr>
        <w:jc w:val="right"/>
      </w:pPr>
      <w:r>
        <w:t>تو آپ دیکھیے یہاں پر۔</w:t>
      </w:r>
    </w:p>
    <w:p>
      <w:r>
        <w:rPr>
          <w:b/>
        </w:rPr>
        <w:t xml:space="preserve">[41:19] </w:t>
      </w:r>
      <w:r>
        <w:t>samandar ki jo khoobi hai woh sab ki sab hoti hai qatre ke andar.</w:t>
      </w:r>
    </w:p>
    <w:p>
      <w:pPr>
        <w:jc w:val="right"/>
      </w:pPr>
      <w:r>
        <w:t>سمندر کی جو خوبی ہے وہ سب کی سب ہوتی ہے قطرے کے اندر۔</w:t>
      </w:r>
    </w:p>
    <w:p>
      <w:r>
        <w:rPr>
          <w:b/>
        </w:rPr>
        <w:t xml:space="preserve">[41:23] </w:t>
      </w:r>
      <w:r>
        <w:t>aisa nahi ke samandar ki khoobi kuch ho aur qatre ki khoobi kuch ho.</w:t>
      </w:r>
    </w:p>
    <w:p>
      <w:pPr>
        <w:jc w:val="right"/>
      </w:pPr>
      <w:r>
        <w:t>ایسا نہیں کہ سمندر کی خوبی کچھ ہو اور قطرے کی خوبی کچھ ہو۔</w:t>
      </w:r>
    </w:p>
    <w:p>
      <w:r>
        <w:rPr>
          <w:b/>
        </w:rPr>
        <w:t xml:space="preserve">[41:26] </w:t>
      </w:r>
      <w:r>
        <w:t>ek jaisi khoobiyan.</w:t>
      </w:r>
    </w:p>
    <w:p>
      <w:pPr>
        <w:jc w:val="right"/>
      </w:pPr>
      <w:r>
        <w:t>ایک جیسی خوبیاں۔</w:t>
      </w:r>
    </w:p>
    <w:p>
      <w:r>
        <w:rPr>
          <w:b/>
        </w:rPr>
        <w:t xml:space="preserve">[41:30] </w:t>
      </w:r>
      <w:r>
        <w:t>wohi HO2 ka formula.</w:t>
      </w:r>
    </w:p>
    <w:p>
      <w:pPr>
        <w:jc w:val="right"/>
      </w:pPr>
      <w:r>
        <w:t>وہی HO2 کا فارمولا۔</w:t>
      </w:r>
    </w:p>
    <w:p>
      <w:r>
        <w:rPr>
          <w:b/>
        </w:rPr>
        <w:t xml:space="preserve">[41:34] </w:t>
      </w:r>
      <w:r>
        <w:t>jo qatre mein hai wohi samandar mein bhi hai.</w:t>
      </w:r>
    </w:p>
    <w:p>
      <w:pPr>
        <w:jc w:val="right"/>
      </w:pPr>
      <w:r>
        <w:t>جو قطرے میں ہے وہی سمندر میں بھی ہے۔</w:t>
      </w:r>
    </w:p>
    <w:p>
      <w:r>
        <w:rPr>
          <w:b/>
        </w:rPr>
        <w:t xml:space="preserve">[41:38] </w:t>
      </w:r>
      <w:r>
        <w:t>lekin yeh jo theology hai is theology mein khuda toh ghair zaati hai.</w:t>
      </w:r>
    </w:p>
    <w:p>
      <w:pPr>
        <w:jc w:val="right"/>
      </w:pPr>
      <w:r>
        <w:t>لیکن یہ جو تھیالوجی ہے اس تھیالوجی میں خدا تو غیر ذاتی ہے۔</w:t>
      </w:r>
    </w:p>
    <w:p>
      <w:r>
        <w:rPr>
          <w:b/>
        </w:rPr>
        <w:t xml:space="preserve">[41:43] </w:t>
      </w:r>
      <w:r>
        <w:t>toh zaati ko kaise wajood deta hai? ghair zaati khuda insaan kaise banata hai? ghair zaati khuda janwar</w:t>
      </w:r>
    </w:p>
    <w:p>
      <w:pPr>
        <w:jc w:val="right"/>
      </w:pPr>
      <w:r>
        <w:t>تو ذاتی کو کیسے وجود دیتا ہے؟ غیر ذاتی خدا انسان کیسے بناتا ہے؟ غیر ذاتی خدا جانور</w:t>
      </w:r>
    </w:p>
    <w:p>
      <w:r>
        <w:rPr>
          <w:b/>
        </w:rPr>
        <w:t xml:space="preserve">[41:47] </w:t>
      </w:r>
      <w:r>
        <w:t>kaise banata hai? woh khud toh ghair zaati hai.</w:t>
      </w:r>
    </w:p>
    <w:p>
      <w:pPr>
        <w:jc w:val="right"/>
      </w:pPr>
      <w:r>
        <w:t>کیسے بناتا ہے؟ وہ خود تو غیر ذاتی ہے۔</w:t>
      </w:r>
    </w:p>
    <w:p>
      <w:r>
        <w:rPr>
          <w:b/>
        </w:rPr>
        <w:t xml:space="preserve">[41:51] </w:t>
      </w:r>
      <w:r>
        <w:t>iska koi na toh wajood hai na iske koi wajah iske paas hai na is</w:t>
      </w:r>
    </w:p>
    <w:p>
      <w:pPr>
        <w:jc w:val="right"/>
      </w:pPr>
      <w:r>
        <w:t>اس کا کوئی نہ تو وجود ہے نہ اس کے کوئی وجہ اس کے پاس ہے نہ اس</w:t>
      </w:r>
    </w:p>
    <w:p>
      <w:r>
        <w:rPr>
          <w:b/>
        </w:rPr>
        <w:t xml:space="preserve">[41:55] </w:t>
      </w:r>
      <w:r>
        <w:t>mein koi aqal iske paas koi hai.</w:t>
      </w:r>
    </w:p>
    <w:p>
      <w:pPr>
        <w:jc w:val="right"/>
      </w:pPr>
      <w:r>
        <w:t>میں کوئی عقل اس کے پاس کوئی ہے۔</w:t>
      </w:r>
    </w:p>
    <w:p>
      <w:r>
        <w:rPr>
          <w:b/>
        </w:rPr>
        <w:t xml:space="preserve">[42:00] </w:t>
      </w:r>
      <w:r>
        <w:t>woh toh j</w:t>
      </w:r>
    </w:p>
    <w:p>
      <w:pPr>
        <w:jc w:val="right"/>
      </w:pPr>
      <w:r>
        <w:t>وہ تو ج</w:t>
      </w:r>
    </w:p>
    <w:p>
      <w:r>
        <w:rPr>
          <w:b/>
        </w:rPr>
        <w:t xml:space="preserve">[42:04] </w:t>
      </w:r>
      <w:r>
        <w:t>aisay kashish-e-saqul hai.</w:t>
      </w:r>
    </w:p>
    <w:p>
      <w:pPr>
        <w:jc w:val="right"/>
      </w:pPr>
      <w:r>
        <w:t>یسے کشش ثقل ہے۔</w:t>
      </w:r>
    </w:p>
    <w:p>
      <w:r>
        <w:rPr>
          <w:b/>
        </w:rPr>
        <w:t xml:space="preserve">[42:09] </w:t>
      </w:r>
      <w:r>
        <w:t>samandar toh samandar se agar ek qatra nikla jo samandar mein tha wohi qatre mein bhi hai.</w:t>
      </w:r>
    </w:p>
    <w:p>
      <w:pPr>
        <w:jc w:val="right"/>
      </w:pPr>
      <w:r>
        <w:t>سمندر تو سمندر سے اگر ایک قطرہ نکلا جو سمندر میں تھا وہی قطرے میں بھی ہے۔</w:t>
      </w:r>
    </w:p>
    <w:p>
      <w:r>
        <w:rPr>
          <w:b/>
        </w:rPr>
        <w:t xml:space="preserve">[42:14] </w:t>
      </w:r>
      <w:r>
        <w:t>yahan aisa kahan hai? ek khud mutazad theory hai yeh.</w:t>
      </w:r>
    </w:p>
    <w:p>
      <w:pPr>
        <w:jc w:val="right"/>
      </w:pPr>
      <w:r>
        <w:t>یہاں ایسا کہاں ہے؟ ایک خود متضاد تھیوری ہے یہ۔</w:t>
      </w:r>
    </w:p>
    <w:p>
      <w:r>
        <w:rPr>
          <w:b/>
        </w:rPr>
        <w:t xml:space="preserve">[42:20] </w:t>
      </w:r>
      <w:r>
        <w:t>khud mutazad theory hai yeh.</w:t>
      </w:r>
    </w:p>
    <w:p>
      <w:pPr>
        <w:jc w:val="right"/>
      </w:pPr>
      <w:r>
        <w:t>خود متضاد تھیوری ہے یہ۔</w:t>
      </w:r>
    </w:p>
    <w:p>
      <w:r>
        <w:rPr>
          <w:b/>
        </w:rPr>
        <w:t xml:space="preserve">[42:25] </w:t>
      </w:r>
      <w:r>
        <w:t>ghair zaati khuda jo hai woh zaati ko kaise wajood mein lata hai? haiwan hai tab bhi zaati hai.</w:t>
      </w:r>
    </w:p>
    <w:p>
      <w:pPr>
        <w:jc w:val="right"/>
      </w:pPr>
      <w:r>
        <w:t>غیر ذاتی خدا جو ہے وہ ذاتی کو کیسے وجود میں لاتا ہے؟ حیوان ہے تب بھی ذاتی ہے۔</w:t>
      </w:r>
    </w:p>
    <w:p>
      <w:r>
        <w:rPr>
          <w:b/>
        </w:rPr>
        <w:t xml:space="preserve">[42:30] </w:t>
      </w:r>
      <w:r>
        <w:t>janwar hai tab bhi zaati hai.</w:t>
      </w:r>
    </w:p>
    <w:p>
      <w:pPr>
        <w:jc w:val="right"/>
      </w:pPr>
      <w:r>
        <w:t>جانور ہے تب بھی ذاتی ہے۔</w:t>
      </w:r>
    </w:p>
    <w:p>
      <w:r>
        <w:rPr>
          <w:b/>
        </w:rPr>
        <w:t xml:space="preserve">[42:35] </w:t>
      </w:r>
      <w:r>
        <w:t>toh kaise aisa hota hai? khuda ko aap mante hain ghair zaati.</w:t>
      </w:r>
    </w:p>
    <w:p>
      <w:pPr>
        <w:jc w:val="right"/>
      </w:pPr>
      <w:r>
        <w:t>تو کیسے ایسا ہوتا ہے؟ خدا کو آپ مانتے ہیں غیر ذاتی۔</w:t>
      </w:r>
    </w:p>
    <w:p>
      <w:r>
        <w:rPr>
          <w:b/>
        </w:rPr>
        <w:t xml:space="preserve">[42:41] </w:t>
      </w:r>
      <w:r>
        <w:t>aur khuda ne jo cheez banai woh zaati ho gayi.</w:t>
      </w:r>
    </w:p>
    <w:p>
      <w:pPr>
        <w:jc w:val="right"/>
      </w:pPr>
      <w:r>
        <w:t>اور خدا نے جو چیز بنائی وہ ذاتی ہوگئی۔</w:t>
      </w:r>
    </w:p>
    <w:p>
      <w:r>
        <w:rPr>
          <w:b/>
        </w:rPr>
        <w:t xml:space="preserve">[42:48] </w:t>
      </w:r>
      <w:r>
        <w:t>iska matlab hai ke samandar mein toh HO2 nahi tha iska formula lekin qatre mein ho gaya.</w:t>
      </w:r>
    </w:p>
    <w:p>
      <w:pPr>
        <w:jc w:val="right"/>
      </w:pPr>
      <w:r>
        <w:t>اس کا معنی ہے کہ سمندر میں تو HO2 نہیں تھا اس کا فارمولا لیکن قطرے میں ہوگیا۔</w:t>
      </w:r>
    </w:p>
    <w:p>
      <w:r>
        <w:rPr>
          <w:b/>
        </w:rPr>
        <w:t xml:space="preserve">[42:54] </w:t>
      </w:r>
      <w:r>
        <w:t>aisa kaise ho sakta hai? yeh hai khud mutzad tasawwur.</w:t>
      </w:r>
    </w:p>
    <w:p>
      <w:pPr>
        <w:jc w:val="right"/>
      </w:pPr>
      <w:r>
        <w:t>ایسا کیسے ہو سکتا ہے؟ یہ ہے خود متضاد تصور۔</w:t>
      </w:r>
    </w:p>
    <w:p>
      <w:r>
        <w:rPr>
          <w:b/>
        </w:rPr>
        <w:t xml:space="preserve">[43:00] </w:t>
      </w:r>
      <w:r>
        <w:t>ab dekhiye ke sabab o nateeja jo hai woh kaise banega?</w:t>
      </w:r>
    </w:p>
    <w:p>
      <w:pPr>
        <w:jc w:val="right"/>
      </w:pPr>
      <w:r>
        <w:t>اب دیکھیے کہ سبب و نتیجہ جو ہے وہ کیسے بنے گا؟</w:t>
      </w:r>
    </w:p>
    <w:p>
      <w:r>
        <w:rPr>
          <w:b/>
        </w:rPr>
        <w:t xml:space="preserve">[43:06] </w:t>
      </w:r>
      <w:r>
        <w:t>yaani sabab jo hai aap mante hain ke woh woh hai is ke paas koi aqal nahi hai is sabab ke paas. woh ek naamaloom na is ka koi wajood hai sabab ka. ek naamaloom takhayyul hai. to ghair zaati hai sabab. to in ghair zaati sabab</w:t>
      </w:r>
    </w:p>
    <w:p>
      <w:pPr>
        <w:jc w:val="right"/>
      </w:pPr>
      <w:r>
        <w:t>یعنی سبب جو ہے آپ مانتے ہیں کہ وہ وہ ہے اس کے پاس کوئی عقل نہیں ہے اس سبب کے پاس۔ وہ ایک نامعلوم نہ اس کا کوئی وجود ہے سبب کا۔ ایک نامعلوم تخیل ہے۔ تو غیر ذاتی ہے سبب۔ تو ان غیر ذاتی سبب</w:t>
      </w:r>
    </w:p>
    <w:p>
      <w:r>
        <w:rPr>
          <w:b/>
        </w:rPr>
        <w:t xml:space="preserve">[43:36] </w:t>
      </w:r>
      <w:r>
        <w:t>jo hai zaati cheez ko kaise wajood mein de deta hai? matlab kaise woh insaan ko gadha bana</w:t>
      </w:r>
    </w:p>
    <w:p>
      <w:pPr>
        <w:jc w:val="right"/>
      </w:pPr>
      <w:r>
        <w:t>جو ہے ذاتی چیز کو کیسے وجود میں دے دیتا ہے؟ مطلب کیسے وہ انسان کو گدھا بنا</w:t>
      </w:r>
    </w:p>
    <w:p>
      <w:r>
        <w:rPr>
          <w:b/>
        </w:rPr>
        <w:t xml:space="preserve">[43:42] </w:t>
      </w:r>
      <w:r>
        <w:t>deta hai? gadhe ko insaan bana deta hai? khud toh woh ghair zaati hai.</w:t>
      </w:r>
    </w:p>
    <w:p>
      <w:pPr>
        <w:jc w:val="right"/>
      </w:pPr>
      <w:r>
        <w:t>دیتا ہے؟ گدھے کو انسان بنا دیتا ہے؟ خود تو وہ غیر ذاتی ہے۔</w:t>
      </w:r>
    </w:p>
    <w:p>
      <w:r>
        <w:rPr>
          <w:b/>
        </w:rPr>
        <w:t xml:space="preserve">[43:48] </w:t>
      </w:r>
      <w:r>
        <w:t>lekin jisne banaya usay woh zaati ban gaya woh.</w:t>
      </w:r>
    </w:p>
    <w:p>
      <w:pPr>
        <w:jc w:val="right"/>
      </w:pPr>
      <w:r>
        <w:t>لیکن جس نے بنایا اسے وہ ذاتی بن گیا وہ۔</w:t>
      </w:r>
    </w:p>
    <w:p>
      <w:r>
        <w:rPr>
          <w:b/>
        </w:rPr>
        <w:t xml:space="preserve">[43:54] </w:t>
      </w:r>
      <w:r>
        <w:t>aisa kaise hua? toh yeh chakkar jo theory hai jo karam ki theory hai woh khud mutzad theory hai. khud mutzad.</w:t>
      </w:r>
    </w:p>
    <w:p>
      <w:pPr>
        <w:jc w:val="right"/>
      </w:pPr>
      <w:r>
        <w:t>ایسا کیسے ہوا؟ تو یہ چکر جو تھیوری ہے جو کرم کی تھیوری ہے وہ خود متضاد تھیوری ہے۔ خود متضاد۔</w:t>
      </w:r>
    </w:p>
    <w:p>
      <w:r>
        <w:rPr>
          <w:b/>
        </w:rPr>
        <w:t xml:space="preserve">[44:00] </w:t>
      </w:r>
      <w:r>
        <w:t>kyunke is mein aap ko manna padta hai ke</w:t>
      </w:r>
    </w:p>
    <w:p>
      <w:pPr>
        <w:jc w:val="right"/>
      </w:pPr>
      <w:r>
        <w:t>کیونکہ اس میں آپ کو ماننا پڑتا ہے کہ</w:t>
      </w:r>
    </w:p>
    <w:p>
      <w:r>
        <w:rPr>
          <w:b/>
        </w:rPr>
        <w:t xml:space="preserve">[44:06] </w:t>
      </w:r>
      <w:r>
        <w:t>sabab khud toh ghair zaati hai.</w:t>
      </w:r>
    </w:p>
    <w:p>
      <w:pPr>
        <w:jc w:val="right"/>
      </w:pPr>
      <w:r>
        <w:t>سبب خود تو غیر ذاتی ہے۔</w:t>
      </w:r>
    </w:p>
    <w:p>
      <w:r>
        <w:rPr>
          <w:b/>
        </w:rPr>
        <w:t xml:space="preserve">[44:10] </w:t>
      </w:r>
      <w:r>
        <w:t>aur nateeja jo hai woh zaati hai.</w:t>
      </w:r>
    </w:p>
    <w:p>
      <w:pPr>
        <w:jc w:val="right"/>
      </w:pPr>
      <w:r>
        <w:t>اور نتیجہ جو ہے وہ ذاتی ہے۔</w:t>
      </w:r>
    </w:p>
    <w:p>
      <w:r>
        <w:rPr>
          <w:b/>
        </w:rPr>
        <w:t xml:space="preserve">[44:14] </w:t>
      </w:r>
      <w:r>
        <w:t>toh kaise aisa ho sakta hai aise? aap ko manna padega ke sabab bhi zaati hai.</w:t>
      </w:r>
    </w:p>
    <w:p>
      <w:pPr>
        <w:jc w:val="right"/>
      </w:pPr>
      <w:r>
        <w:t>تو کیسے ایسا ہو سکتا ہے ایسے؟ آپ کو ماننا پڑے گا کہ سبب بھی ذاتی ہے۔</w:t>
      </w:r>
    </w:p>
    <w:p>
      <w:r>
        <w:rPr>
          <w:b/>
        </w:rPr>
        <w:t xml:space="preserve">[44:18] </w:t>
      </w:r>
      <w:r>
        <w:t>lekin aap maan nahi sakte.</w:t>
      </w:r>
    </w:p>
    <w:p>
      <w:pPr>
        <w:jc w:val="right"/>
      </w:pPr>
      <w:r>
        <w:t>لیکن آپ مان نہیں سکتے۔</w:t>
      </w:r>
    </w:p>
    <w:p>
      <w:r>
        <w:rPr>
          <w:b/>
        </w:rPr>
        <w:t xml:space="preserve">[44:21] </w:t>
      </w:r>
      <w:r>
        <w:t>is liye ke aap ek formula Khuda ko mante hain.</w:t>
      </w:r>
    </w:p>
    <w:p>
      <w:pPr>
        <w:jc w:val="right"/>
      </w:pPr>
      <w:r>
        <w:t>اس لیے کہ آپ ایک فارمولا خدا کو مانتے ہیں۔</w:t>
      </w:r>
    </w:p>
    <w:p>
      <w:r>
        <w:rPr>
          <w:b/>
        </w:rPr>
        <w:t xml:space="preserve">[44:25] </w:t>
      </w:r>
      <w:r>
        <w:t>ek aise Khuda ko mante hain jo zaati nahi hai.</w:t>
      </w:r>
    </w:p>
    <w:p>
      <w:pPr>
        <w:jc w:val="right"/>
      </w:pPr>
      <w:r>
        <w:t>ایک ایسے خدا کو مانتے ہیں جو ذاتی نہیں ہے۔</w:t>
      </w:r>
    </w:p>
    <w:p>
      <w:r>
        <w:rPr>
          <w:b/>
        </w:rPr>
        <w:t xml:space="preserve">[44:29] </w:t>
      </w:r>
      <w:r>
        <w:t>yeh sara tazad hai.</w:t>
      </w:r>
    </w:p>
    <w:p>
      <w:pPr>
        <w:jc w:val="right"/>
      </w:pPr>
      <w:r>
        <w:t>یہ سارا تضاد ہے۔</w:t>
      </w:r>
    </w:p>
    <w:p>
      <w:r>
        <w:rPr>
          <w:b/>
        </w:rPr>
        <w:t xml:space="preserve">[44:33] </w:t>
      </w:r>
      <w:r>
        <w:t>Islam mein aisa kuch bhi</w:t>
      </w:r>
    </w:p>
    <w:p>
      <w:pPr>
        <w:jc w:val="right"/>
      </w:pPr>
      <w:r>
        <w:t>اسلام میں ایسا کچھ بھی</w:t>
      </w:r>
    </w:p>
    <w:p>
      <w:r>
        <w:rPr>
          <w:b/>
        </w:rPr>
        <w:t xml:space="preserve">[44:37] </w:t>
      </w:r>
      <w:r>
        <w:t>nahi hai.</w:t>
      </w:r>
    </w:p>
    <w:p>
      <w:pPr>
        <w:jc w:val="right"/>
      </w:pPr>
      <w:r>
        <w:t>نہیں ہے۔</w:t>
      </w:r>
    </w:p>
    <w:p>
      <w:r>
        <w:rPr>
          <w:b/>
        </w:rPr>
        <w:t xml:space="preserve">[44:42] </w:t>
      </w:r>
      <w:r>
        <w:t>aisa koi tazad nahi hai.</w:t>
      </w:r>
    </w:p>
    <w:p>
      <w:pPr>
        <w:jc w:val="right"/>
      </w:pPr>
      <w:r>
        <w:t>ایسا کوئی تضاد نہیں ہے۔</w:t>
      </w:r>
    </w:p>
    <w:p>
      <w:r>
        <w:rPr>
          <w:b/>
        </w:rPr>
        <w:t xml:space="preserve">[44:47] </w:t>
      </w:r>
      <w:r>
        <w:t>toh aaj jo sciencee jaanch ki jayegi toh kya hoga? aaj ka sciencee zehn jab jaanch kare</w:t>
      </w:r>
    </w:p>
    <w:p>
      <w:pPr>
        <w:jc w:val="right"/>
      </w:pPr>
      <w:r>
        <w:t>تو آج جو سائنسی جانچ کی جائے گی تو کیا ہوگا؟ آج کا سائنسی ذہن جب جانچ کرے</w:t>
      </w:r>
    </w:p>
    <w:p>
      <w:r>
        <w:rPr>
          <w:b/>
        </w:rPr>
        <w:t xml:space="preserve">[44:52] </w:t>
      </w:r>
      <w:r>
        <w:t>ga toh dekhega ke doosri theory jo hai woh toh khud mutzad hai.</w:t>
      </w:r>
    </w:p>
    <w:p>
      <w:pPr>
        <w:jc w:val="right"/>
      </w:pPr>
      <w:r>
        <w:t>گا تو دیکھے گا کہ دوسری تھیوری جو ہے وہ تو خود متضاد ہے۔</w:t>
      </w:r>
    </w:p>
    <w:p>
      <w:r>
        <w:rPr>
          <w:b/>
        </w:rPr>
        <w:t xml:space="preserve">[44:57] </w:t>
      </w:r>
      <w:r>
        <w:t>Islam mein koi tazad nahi hai.</w:t>
      </w:r>
    </w:p>
    <w:p>
      <w:pPr>
        <w:jc w:val="right"/>
      </w:pPr>
      <w:r>
        <w:t>اسلام میں کوئی تضاد نہیں ہے۔</w:t>
      </w:r>
    </w:p>
    <w:p>
      <w:r>
        <w:rPr>
          <w:b/>
        </w:rPr>
        <w:t xml:space="preserve">[45:02] </w:t>
      </w:r>
      <w:r>
        <w:t>kyunke Islam mein Khuda ek zaati hai.</w:t>
      </w:r>
    </w:p>
    <w:p>
      <w:pPr>
        <w:jc w:val="right"/>
      </w:pPr>
      <w:r>
        <w:t>کیونکہ اسلام میں خدا ایک ذاتی ہے۔</w:t>
      </w:r>
    </w:p>
    <w:p>
      <w:r>
        <w:rPr>
          <w:b/>
        </w:rPr>
        <w:t xml:space="preserve">[45:07] </w:t>
      </w:r>
      <w:r>
        <w:t>ek zaati shakhs.</w:t>
      </w:r>
    </w:p>
    <w:p>
      <w:pPr>
        <w:jc w:val="right"/>
      </w:pPr>
      <w:r>
        <w:t>ایک ذاتی شخص۔</w:t>
      </w:r>
    </w:p>
    <w:p>
      <w:r>
        <w:rPr>
          <w:b/>
        </w:rPr>
        <w:t xml:space="preserve">[45:10] </w:t>
      </w:r>
      <w:r>
        <w:t>is zaati shakhs ne insaan ko paida kiya.</w:t>
      </w:r>
    </w:p>
    <w:p>
      <w:pPr>
        <w:jc w:val="right"/>
      </w:pPr>
      <w:r>
        <w:t>اس ذاتی شخص نے انسان کو پیدا کیا۔</w:t>
      </w:r>
    </w:p>
    <w:p>
      <w:r>
        <w:rPr>
          <w:b/>
        </w:rPr>
        <w:t xml:space="preserve">[45:14] </w:t>
      </w:r>
      <w:r>
        <w:t>is duniya ko isne ek testing ground banaya.</w:t>
      </w:r>
    </w:p>
    <w:p>
      <w:pPr>
        <w:jc w:val="right"/>
      </w:pPr>
      <w:r>
        <w:t>اس دنیا کو اس نے ایک ٹیسٹنگ گراؤنڈ بنایا۔</w:t>
      </w:r>
    </w:p>
    <w:p>
      <w:r>
        <w:rPr>
          <w:b/>
        </w:rPr>
        <w:t xml:space="preserve">[45:17] </w:t>
      </w:r>
      <w:r>
        <w:t>iska record farishton ke zariye liya.</w:t>
      </w:r>
    </w:p>
    <w:p>
      <w:pPr>
        <w:jc w:val="right"/>
      </w:pPr>
      <w:r>
        <w:t>اس کا ریکارڈ فرشتوں کے ذریعے لیا۔</w:t>
      </w:r>
    </w:p>
    <w:p>
      <w:r>
        <w:rPr>
          <w:b/>
        </w:rPr>
        <w:t xml:space="preserve">[45:20] </w:t>
      </w:r>
      <w:r>
        <w:t>phir isi record ki buniyad par maut ke baad is ka faisla kiya us ne.</w:t>
      </w:r>
    </w:p>
    <w:p>
      <w:pPr>
        <w:jc w:val="right"/>
      </w:pPr>
      <w:r>
        <w:t>پھر اسی ریکارڈ کی بنیاد پر موت کے بعد اس کا فیصلہ کیا اس نے۔</w:t>
      </w:r>
    </w:p>
    <w:p>
      <w:r>
        <w:rPr>
          <w:b/>
        </w:rPr>
        <w:t xml:space="preserve">[45:24] </w:t>
      </w:r>
      <w:r>
        <w:t>kisi ke liye jannat, kisi ke liye jannat.</w:t>
      </w:r>
    </w:p>
    <w:p>
      <w:pPr>
        <w:jc w:val="right"/>
      </w:pPr>
      <w:r>
        <w:t>کسی کے لیے جنت، کسی کے لیے جنت۔</w:t>
      </w:r>
    </w:p>
    <w:p>
      <w:r>
        <w:rPr>
          <w:b/>
        </w:rPr>
        <w:t xml:space="preserve">[45:27] </w:t>
      </w:r>
      <w:r>
        <w:t>to bilkul scientific tasawwur hai yeh.</w:t>
      </w:r>
    </w:p>
    <w:p>
      <w:pPr>
        <w:jc w:val="right"/>
      </w:pPr>
      <w:r>
        <w:t>تو بالکل سائنسی تصور ہے یہ۔</w:t>
      </w:r>
    </w:p>
    <w:p>
      <w:r>
        <w:rPr>
          <w:b/>
        </w:rPr>
        <w:t xml:space="preserve">[45:31] </w:t>
      </w:r>
      <w:r>
        <w:t>is mein kahin bhi tazad nahin kahien.</w:t>
      </w:r>
    </w:p>
    <w:p>
      <w:pPr>
        <w:jc w:val="right"/>
      </w:pPr>
      <w:r>
        <w:t>اس میں کہیں بھی تضاد نہیں کہیں۔</w:t>
      </w:r>
    </w:p>
    <w:p>
      <w:r>
        <w:rPr>
          <w:b/>
        </w:rPr>
        <w:t xml:space="preserve">[45:34] </w:t>
      </w:r>
      <w:r>
        <w:t>is baat ko samjhiye ke is zamane mein ek bohat bari</w:t>
      </w:r>
    </w:p>
    <w:p>
      <w:pPr>
        <w:jc w:val="right"/>
      </w:pPr>
      <w:r>
        <w:t>اس بات کو سمجھیے کہ اس زمانے میں ایک بہت بڑی</w:t>
      </w:r>
    </w:p>
    <w:p>
      <w:r>
        <w:rPr>
          <w:b/>
        </w:rPr>
        <w:t xml:space="preserve">[45:37] </w:t>
      </w:r>
      <w:r>
        <w:t>cheez wajood mein aai hai jo pehle maujood nahin thi woh hai scientific tehqeeq.</w:t>
      </w:r>
    </w:p>
    <w:p>
      <w:pPr>
        <w:jc w:val="right"/>
      </w:pPr>
      <w:r>
        <w:t>چیز وجود میں آئی ہے جو پہلے موجود نہیں تھی وہ ہے سائنسی تحقیق۔</w:t>
      </w:r>
    </w:p>
    <w:p>
      <w:r>
        <w:rPr>
          <w:b/>
        </w:rPr>
        <w:t xml:space="preserve">[45:42] </w:t>
      </w:r>
      <w:r>
        <w:t>pehle insan scientific tehqeeq nahin karta tha.</w:t>
      </w:r>
    </w:p>
    <w:p>
      <w:pPr>
        <w:jc w:val="right"/>
      </w:pPr>
      <w:r>
        <w:t>پہلے انسان سائنسی تحقیق نہیں کرتا تھا۔</w:t>
      </w:r>
    </w:p>
    <w:p>
      <w:r>
        <w:rPr>
          <w:b/>
        </w:rPr>
        <w:t xml:space="preserve">[45:46] </w:t>
      </w:r>
      <w:r>
        <w:t>bas cheezon ko maan liya.</w:t>
      </w:r>
    </w:p>
    <w:p>
      <w:pPr>
        <w:jc w:val="right"/>
      </w:pPr>
      <w:r>
        <w:t>بس چیزوں کو مان لیا۔</w:t>
      </w:r>
    </w:p>
    <w:p>
      <w:r>
        <w:rPr>
          <w:b/>
        </w:rPr>
        <w:t xml:space="preserve">[45:50] </w:t>
      </w:r>
      <w:r>
        <w:t>be buniyad le liya.</w:t>
      </w:r>
    </w:p>
    <w:p>
      <w:pPr>
        <w:jc w:val="right"/>
      </w:pPr>
      <w:r>
        <w:t>بے بنیاد لے لیا۔</w:t>
      </w:r>
    </w:p>
    <w:p>
      <w:r>
        <w:rPr>
          <w:b/>
        </w:rPr>
        <w:t xml:space="preserve">[45:54] </w:t>
      </w:r>
      <w:r>
        <w:t>baap dada se suna isi ko maan liya.</w:t>
      </w:r>
    </w:p>
    <w:p>
      <w:pPr>
        <w:jc w:val="right"/>
      </w:pPr>
      <w:r>
        <w:t>باپ دادا سے سنا اسی کو مان لیا۔</w:t>
      </w:r>
    </w:p>
    <w:p>
      <w:r>
        <w:rPr>
          <w:b/>
        </w:rPr>
        <w:t xml:space="preserve">[45:59] </w:t>
      </w:r>
      <w:r>
        <w:t>hazaron saal se aise hi hota tha.</w:t>
      </w:r>
    </w:p>
    <w:p>
      <w:pPr>
        <w:jc w:val="right"/>
      </w:pPr>
      <w:r>
        <w:t>ہزاروں سال سے ایسے ہی ہوتا تھا۔</w:t>
      </w:r>
    </w:p>
    <w:p>
      <w:r>
        <w:rPr>
          <w:b/>
        </w:rPr>
        <w:t xml:space="preserve">[46:03] </w:t>
      </w:r>
      <w:r>
        <w:t>Bertrand Russell ne Aristotle ke bare mein likha hai ke us ne jo naqsha banaya tha</w:t>
      </w:r>
    </w:p>
    <w:p>
      <w:pPr>
        <w:jc w:val="right"/>
      </w:pPr>
      <w:r>
        <w:t>برٹ نرسل نے ارسطو کے بارے میں لکھا ہے کہ اس نے جو نقشہ بنایا تھا</w:t>
      </w:r>
    </w:p>
    <w:p>
      <w:r>
        <w:rPr>
          <w:b/>
        </w:rPr>
        <w:t xml:space="preserve">[46:07] </w:t>
      </w:r>
      <w:r>
        <w:t>apne misali riyasat ka is mein aurat ko kam jagah di thi us ne.</w:t>
      </w:r>
    </w:p>
    <w:p>
      <w:pPr>
        <w:jc w:val="right"/>
      </w:pPr>
      <w:r>
        <w:t>اپنے مثالی ریاست کا اس میں عورت کو کم جگہ دی تھی اس نے۔</w:t>
      </w:r>
    </w:p>
    <w:p>
      <w:r>
        <w:rPr>
          <w:b/>
        </w:rPr>
        <w:t xml:space="preserve">[46:12] </w:t>
      </w:r>
      <w:r>
        <w:t>yeh keh kar ke aurat jo hai kamtar hoti hai.</w:t>
      </w:r>
    </w:p>
    <w:p>
      <w:pPr>
        <w:jc w:val="right"/>
      </w:pPr>
      <w:r>
        <w:t>یہ کہہ کر کہ عورت جو ہے کمتر ہوتی ہے۔</w:t>
      </w:r>
    </w:p>
    <w:p>
      <w:r>
        <w:rPr>
          <w:b/>
        </w:rPr>
        <w:t xml:space="preserve">[46:16] </w:t>
      </w:r>
      <w:r>
        <w:t>to kya us ne likha tha us ne ke aurat ke munh mein kam daant hote hain? Aurat</w:t>
      </w:r>
    </w:p>
    <w:p>
      <w:pPr>
        <w:jc w:val="right"/>
      </w:pPr>
      <w:r>
        <w:t>تو کیا اس نے لکھا تھا اس نے کہ عورت کے منہ میں کم دانت ہوتے ہیں؟ عورت</w:t>
      </w:r>
    </w:p>
    <w:p>
      <w:r>
        <w:rPr>
          <w:b/>
        </w:rPr>
        <w:t xml:space="preserve">[46:20] </w:t>
      </w:r>
      <w:r>
        <w:t>ke munh mein kam daant hote hain.</w:t>
      </w:r>
    </w:p>
    <w:p>
      <w:pPr>
        <w:jc w:val="right"/>
      </w:pPr>
      <w:r>
        <w:t>کے منہ میں کم دانت ہوتے ہیں۔</w:t>
      </w:r>
    </w:p>
    <w:p>
      <w:r>
        <w:rPr>
          <w:b/>
        </w:rPr>
        <w:t xml:space="preserve">[46:25] </w:t>
      </w:r>
      <w:r>
        <w:t>to Bertrand Russell ne likha hai ke ke us ki do biwiyan theen.</w:t>
      </w:r>
    </w:p>
    <w:p>
      <w:pPr>
        <w:jc w:val="right"/>
      </w:pPr>
      <w:r>
        <w:t>تو برٹ نرسل نے لکھا ہے کہ کہ اس کی دو بیویاں تھیں۔</w:t>
      </w:r>
    </w:p>
    <w:p>
      <w:r>
        <w:rPr>
          <w:b/>
        </w:rPr>
        <w:t xml:space="preserve">[46:29] </w:t>
      </w:r>
      <w:r>
        <w:t>do shadiyan ki theen us ne.</w:t>
      </w:r>
    </w:p>
    <w:p>
      <w:pPr>
        <w:jc w:val="right"/>
      </w:pPr>
      <w:r>
        <w:t>دو شادیاں کی تھیں اس نے۔</w:t>
      </w:r>
    </w:p>
    <w:p>
      <w:r>
        <w:rPr>
          <w:b/>
        </w:rPr>
        <w:t xml:space="preserve">[46:33] </w:t>
      </w:r>
      <w:r>
        <w:t>kabhi aisa nahin kiya us ne ke apne munh</w:t>
      </w:r>
    </w:p>
    <w:p>
      <w:pPr>
        <w:jc w:val="right"/>
      </w:pPr>
      <w:r>
        <w:t>کبھی ایسا نہیں کیا اس نے کہ اپنے منہ</w:t>
      </w:r>
    </w:p>
    <w:p>
      <w:r>
        <w:rPr>
          <w:b/>
        </w:rPr>
        <w:t xml:space="preserve">[46:38] </w:t>
      </w:r>
      <w:r>
        <w:t>ka ek munh kholo apna mein tumhare daant ginoonga.</w:t>
      </w:r>
    </w:p>
    <w:p>
      <w:pPr>
        <w:jc w:val="right"/>
      </w:pPr>
      <w:r>
        <w:t>کا ایک منہ کھولو اپنا میں تمہارے دانت گنوں گا۔</w:t>
      </w:r>
    </w:p>
    <w:p>
      <w:r>
        <w:rPr>
          <w:b/>
        </w:rPr>
        <w:t xml:space="preserve">[46:41] </w:t>
      </w:r>
      <w:r>
        <w:t>ke mard ke daant hote hain 32.</w:t>
      </w:r>
    </w:p>
    <w:p>
      <w:pPr>
        <w:jc w:val="right"/>
      </w:pPr>
      <w:r>
        <w:t>کہ مرد کے دانت ہوتے ہیں 32۔</w:t>
      </w:r>
    </w:p>
    <w:p>
      <w:r>
        <w:rPr>
          <w:b/>
        </w:rPr>
        <w:t xml:space="preserve">[46:44] </w:t>
      </w:r>
      <w:r>
        <w:t>32 to tumhare bhi 32 hain ya tumhare kam hain kuch? To kabhi aisa nahin kiya ke apni</w:t>
      </w:r>
    </w:p>
    <w:p>
      <w:pPr>
        <w:jc w:val="right"/>
      </w:pPr>
      <w:r>
        <w:t>32 تو تمہارے بھی 32 ہیں یا تمہارے کم ہیں کچھ؟ تو کبھی ایسا نہیں کیا کہ اپنی</w:t>
      </w:r>
    </w:p>
    <w:p>
      <w:r>
        <w:rPr>
          <w:b/>
        </w:rPr>
        <w:t xml:space="preserve">[46:48] </w:t>
      </w:r>
      <w:r>
        <w:t>biwi ke munh khole aur gine daant un ke.</w:t>
      </w:r>
    </w:p>
    <w:p>
      <w:pPr>
        <w:jc w:val="right"/>
      </w:pPr>
      <w:r>
        <w:t>بیوی کے منہ کھولے اور گنے دانت ان کے۔</w:t>
      </w:r>
    </w:p>
    <w:p>
      <w:r>
        <w:rPr>
          <w:b/>
        </w:rPr>
        <w:t xml:space="preserve">[46:51] </w:t>
      </w:r>
      <w:r>
        <w:t>aise hi bas maan liya.</w:t>
      </w:r>
    </w:p>
    <w:p>
      <w:pPr>
        <w:jc w:val="right"/>
      </w:pPr>
      <w:r>
        <w:t>ایسے ہی بس مان لیا۔</w:t>
      </w:r>
    </w:p>
    <w:p>
      <w:r>
        <w:rPr>
          <w:b/>
        </w:rPr>
        <w:t xml:space="preserve">[46:54] </w:t>
      </w:r>
      <w:r>
        <w:t>yeh misal deta hai woh ke pehle zamane mein cheezon ko bas maan lete thay.</w:t>
      </w:r>
    </w:p>
    <w:p>
      <w:pPr>
        <w:jc w:val="right"/>
      </w:pPr>
      <w:r>
        <w:t>یہ مثال دیتا ہے وہ کہ پہلے زمانے میں چیزوں کو بس مان لیتے تھے۔</w:t>
      </w:r>
    </w:p>
    <w:p>
      <w:r>
        <w:rPr>
          <w:b/>
        </w:rPr>
        <w:t xml:space="preserve">[46:58] </w:t>
      </w:r>
      <w:r>
        <w:t>be buniyad le lete thay.</w:t>
      </w:r>
    </w:p>
    <w:p>
      <w:pPr>
        <w:jc w:val="right"/>
      </w:pPr>
      <w:r>
        <w:t>بے بنیاد لے لیتے تھے۔</w:t>
      </w:r>
    </w:p>
    <w:p>
      <w:r>
        <w:rPr>
          <w:b/>
        </w:rPr>
        <w:t xml:space="preserve">[47:01] </w:t>
      </w:r>
      <w:r>
        <w:t>jo chala aa raha hai bas woh theek hai.</w:t>
      </w:r>
    </w:p>
    <w:p>
      <w:pPr>
        <w:jc w:val="right"/>
      </w:pPr>
      <w:r>
        <w:t>جو چلا آ رہا ہے بس وہ ٹھیک ہے۔</w:t>
      </w:r>
    </w:p>
    <w:p>
      <w:r>
        <w:rPr>
          <w:b/>
        </w:rPr>
        <w:t xml:space="preserve">[47:05] </w:t>
      </w:r>
      <w:r>
        <w:t>jo suntay aa rahay hain bas woh theek hai. to</w:t>
      </w:r>
    </w:p>
    <w:p>
      <w:pPr>
        <w:jc w:val="right"/>
      </w:pPr>
      <w:r>
        <w:t>جو سنتے آ رہے ہیں بس وہ ٹھیک ہے۔ تو</w:t>
      </w:r>
    </w:p>
    <w:p>
      <w:r>
        <w:rPr>
          <w:b/>
        </w:rPr>
        <w:t xml:space="preserve">[47:08] </w:t>
      </w:r>
      <w:r>
        <w:t>science nay aik naya zehan banaya.</w:t>
      </w:r>
    </w:p>
    <w:p>
      <w:pPr>
        <w:jc w:val="right"/>
      </w:pPr>
      <w:r>
        <w:t>سائنس نے ایک نیا ذہن بنایا۔</w:t>
      </w:r>
    </w:p>
    <w:p>
      <w:r>
        <w:rPr>
          <w:b/>
        </w:rPr>
        <w:t xml:space="preserve">[47:12] </w:t>
      </w:r>
      <w:r>
        <w:t>keh cheezon ki tehqeeq karo.</w:t>
      </w:r>
    </w:p>
    <w:p>
      <w:pPr>
        <w:jc w:val="right"/>
      </w:pPr>
      <w:r>
        <w:t>کہ چیزوں کی تحقیق کرو۔</w:t>
      </w:r>
    </w:p>
    <w:p>
      <w:r>
        <w:rPr>
          <w:b/>
        </w:rPr>
        <w:t xml:space="preserve">[47:15] </w:t>
      </w:r>
      <w:r>
        <w:t>cheezon ko janchon.</w:t>
      </w:r>
    </w:p>
    <w:p>
      <w:pPr>
        <w:jc w:val="right"/>
      </w:pPr>
      <w:r>
        <w:t>چیزوں کو جانچو۔</w:t>
      </w:r>
    </w:p>
    <w:p>
      <w:r>
        <w:rPr>
          <w:b/>
        </w:rPr>
        <w:t xml:space="preserve">[47:19] </w:t>
      </w:r>
      <w:r>
        <w:t>cheezon ka tajziya karo.</w:t>
      </w:r>
    </w:p>
    <w:p>
      <w:pPr>
        <w:jc w:val="right"/>
      </w:pPr>
      <w:r>
        <w:t>چیزوں کا تجزیہ کرو۔</w:t>
      </w:r>
    </w:p>
    <w:p>
      <w:r>
        <w:rPr>
          <w:b/>
        </w:rPr>
        <w:t xml:space="preserve">[47:23] </w:t>
      </w:r>
      <w:r>
        <w:t>is ko kehtay hain sainsi tehqeeq.</w:t>
      </w:r>
    </w:p>
    <w:p>
      <w:pPr>
        <w:jc w:val="right"/>
      </w:pPr>
      <w:r>
        <w:t>اس کو کہتے ہیں سائنسی تحقیق۔</w:t>
      </w:r>
    </w:p>
    <w:p>
      <w:r>
        <w:rPr>
          <w:b/>
        </w:rPr>
        <w:t xml:space="preserve">[47:27] </w:t>
      </w:r>
      <w:r>
        <w:t>sainsi tehqeeq yeh science kay zamanay ki cheez hai.</w:t>
      </w:r>
    </w:p>
    <w:p>
      <w:pPr>
        <w:jc w:val="right"/>
      </w:pPr>
      <w:r>
        <w:t>سائنسی تحقیق یہ سائنس کے زمانے کی چیز ہے۔</w:t>
      </w:r>
    </w:p>
    <w:p>
      <w:r>
        <w:rPr>
          <w:b/>
        </w:rPr>
        <w:t xml:space="preserve">[47:31] </w:t>
      </w:r>
      <w:r>
        <w:t>yeh to ain is mazhab kay haq mein hai jo mazhab Khuda ka mazhab ho aur mehfooz halat mein ho.</w:t>
      </w:r>
    </w:p>
    <w:p>
      <w:pPr>
        <w:jc w:val="right"/>
      </w:pPr>
      <w:r>
        <w:t>یہ تو عین اس مذہب کے حق میں ہے جو مذہب خدا کا مذہب ہو اور محفوظ حالت میں ہو۔</w:t>
      </w:r>
    </w:p>
    <w:p>
      <w:r>
        <w:rPr>
          <w:b/>
        </w:rPr>
        <w:t xml:space="preserve">[47:34] </w:t>
      </w:r>
      <w:r>
        <w:t>woh jo mazhab Khuda ka bheja hua hai</w:t>
      </w:r>
    </w:p>
    <w:p>
      <w:pPr>
        <w:jc w:val="right"/>
      </w:pPr>
      <w:r>
        <w:t>وہ جو مذہب خدا کا بھیجا ہوا ہے</w:t>
      </w:r>
    </w:p>
    <w:p>
      <w:r>
        <w:rPr>
          <w:b/>
        </w:rPr>
        <w:t xml:space="preserve">[47:38] </w:t>
      </w:r>
      <w:r>
        <w:t>aur woh mehfooz halat mein hai.</w:t>
      </w:r>
    </w:p>
    <w:p>
      <w:pPr>
        <w:jc w:val="right"/>
      </w:pPr>
      <w:r>
        <w:t>اور وہ محفوظ حالت میں ہے۔</w:t>
      </w:r>
    </w:p>
    <w:p>
      <w:r>
        <w:rPr>
          <w:b/>
        </w:rPr>
        <w:t xml:space="preserve">[47:43] </w:t>
      </w:r>
      <w:r>
        <w:t>zahir hai keh is ka har juz sacha hoga.</w:t>
      </w:r>
    </w:p>
    <w:p>
      <w:pPr>
        <w:jc w:val="right"/>
      </w:pPr>
      <w:r>
        <w:t>ظاہر ہے کہ اس کا ہر جز سچا ہوگا۔</w:t>
      </w:r>
    </w:p>
    <w:p>
      <w:r>
        <w:rPr>
          <w:b/>
        </w:rPr>
        <w:t xml:space="preserve">[47:48] </w:t>
      </w:r>
      <w:r>
        <w:t>to sainsi tehqeeq kay zamanay nay aik aisa miyar diya hai jis par janch kar kay yeh sabit</w:t>
      </w:r>
    </w:p>
    <w:p>
      <w:pPr>
        <w:jc w:val="right"/>
      </w:pPr>
      <w:r>
        <w:t>تو سائنسی تحقیق کے زمانے نے ایک ایسا معیار دیا ہے جس پر جانچ کر کے یہ ثابت</w:t>
      </w:r>
    </w:p>
    <w:p>
      <w:r>
        <w:rPr>
          <w:b/>
        </w:rPr>
        <w:t xml:space="preserve">[47:53] </w:t>
      </w:r>
      <w:r>
        <w:t>ho sakay keh kon sa mazhab Khuda ka mehfooz mazhab hai.</w:t>
      </w:r>
    </w:p>
    <w:p>
      <w:pPr>
        <w:jc w:val="right"/>
      </w:pPr>
      <w:r>
        <w:t>ہو سکے کہ کون سا مذہب خدا کا محفوظ مذہب ہے۔</w:t>
      </w:r>
    </w:p>
    <w:p>
      <w:r>
        <w:rPr>
          <w:b/>
        </w:rPr>
        <w:t xml:space="preserve">[47:59] </w:t>
      </w:r>
      <w:r>
        <w:t>kon mazhab woh hai jis mein milawatein ho chuki hain.</w:t>
      </w:r>
    </w:p>
    <w:p>
      <w:pPr>
        <w:jc w:val="right"/>
      </w:pPr>
      <w:r>
        <w:t>کون مذہب وہ ہے جس میں ملاوٹیں ہوچکی ہیں۔</w:t>
      </w:r>
    </w:p>
    <w:p>
      <w:r>
        <w:rPr>
          <w:b/>
        </w:rPr>
        <w:t xml:space="preserve">[48:04] </w:t>
      </w:r>
      <w:r>
        <w:t>yeh kitni bari nemat hai.</w:t>
      </w:r>
    </w:p>
    <w:p>
      <w:pPr>
        <w:jc w:val="right"/>
      </w:pPr>
      <w:r>
        <w:t>یہ کتنی بڑی نعمت ہے۔</w:t>
      </w:r>
    </w:p>
    <w:p>
      <w:r>
        <w:rPr>
          <w:b/>
        </w:rPr>
        <w:t xml:space="preserve">[48:09] </w:t>
      </w:r>
      <w:r>
        <w:t>phir mein aik baat yeh kahoon ga keh insan kisi mazhab ko mannay kay liye yeh chahta hai</w:t>
      </w:r>
    </w:p>
    <w:p>
      <w:pPr>
        <w:jc w:val="right"/>
      </w:pPr>
      <w:r>
        <w:t>پھر میں ایک بات یہ کہوں گا کہ انسان کسی مذہب کو ماننے کے لیے یہ چاہتا ہے</w:t>
      </w:r>
    </w:p>
    <w:p>
      <w:r>
        <w:rPr>
          <w:b/>
        </w:rPr>
        <w:t xml:space="preserve">[48:15] </w:t>
      </w:r>
      <w:r>
        <w:t>keh is ka aik zinda model is kay paas ho.</w:t>
      </w:r>
    </w:p>
    <w:p>
      <w:pPr>
        <w:jc w:val="right"/>
      </w:pPr>
      <w:r>
        <w:t>کہ اس کا ایک زندہ ماڈل اس کے پاس ہو۔</w:t>
      </w:r>
    </w:p>
    <w:p>
      <w:r>
        <w:rPr>
          <w:b/>
        </w:rPr>
        <w:t xml:space="preserve">[48:21] </w:t>
      </w:r>
      <w:r>
        <w:t>aisa zinda model jo haqeeqi model ho.</w:t>
      </w:r>
    </w:p>
    <w:p>
      <w:pPr>
        <w:jc w:val="right"/>
      </w:pPr>
      <w:r>
        <w:t>ایسا زندہ ماڈل جو حقیقی ماڈل ہو۔</w:t>
      </w:r>
    </w:p>
    <w:p>
      <w:r>
        <w:rPr>
          <w:b/>
        </w:rPr>
        <w:t xml:space="preserve">[48:28] </w:t>
      </w:r>
      <w:r>
        <w:t>jaisay woh doctor kay munshi ki kitab hai jis mein unhon nay dikhaya hai keh Ram ko unhon</w:t>
      </w:r>
    </w:p>
    <w:p>
      <w:pPr>
        <w:jc w:val="right"/>
      </w:pPr>
      <w:r>
        <w:t>جیسے وہ ڈاکٹر کے منشی کی کتاب ہے جس میں انہوں نے دکھایا ہے کہ رام کو انہوں</w:t>
      </w:r>
    </w:p>
    <w:p>
      <w:r>
        <w:rPr>
          <w:b/>
        </w:rPr>
        <w:t xml:space="preserve">[48:34] </w:t>
      </w:r>
      <w:r>
        <w:t>nay dikhaya hai keh yeh aik misali model.</w:t>
      </w:r>
    </w:p>
    <w:p>
      <w:pPr>
        <w:jc w:val="right"/>
      </w:pPr>
      <w:r>
        <w:t>نے دکھایا ہے کہ یہ ایک مثالی ماڈل۔</w:t>
      </w:r>
    </w:p>
    <w:p>
      <w:r>
        <w:rPr>
          <w:b/>
        </w:rPr>
        <w:t xml:space="preserve">[48:40] </w:t>
      </w:r>
      <w:r>
        <w:t>yeh munshi bohat qabil aadmi thay.</w:t>
      </w:r>
    </w:p>
    <w:p>
      <w:pPr>
        <w:jc w:val="right"/>
      </w:pPr>
      <w:r>
        <w:t>یہ منشی بہت قابل آدمی تھے۔</w:t>
      </w:r>
    </w:p>
    <w:p>
      <w:r>
        <w:rPr>
          <w:b/>
        </w:rPr>
        <w:t xml:space="preserve">[48:43] </w:t>
      </w:r>
      <w:r>
        <w:t>bohat hi taleem yafta aadmi thay.</w:t>
      </w:r>
    </w:p>
    <w:p>
      <w:pPr>
        <w:jc w:val="right"/>
      </w:pPr>
      <w:r>
        <w:t>بہت ہی تعلیم یافتہ آدمی تھے۔</w:t>
      </w:r>
    </w:p>
    <w:p>
      <w:r>
        <w:rPr>
          <w:b/>
        </w:rPr>
        <w:t xml:space="preserve">[48:46] </w:t>
      </w:r>
      <w:r>
        <w:t>unhon nay kitab likhi.</w:t>
      </w:r>
    </w:p>
    <w:p>
      <w:pPr>
        <w:jc w:val="right"/>
      </w:pPr>
      <w:r>
        <w:t>انہوں نے کتاب لکھی۔</w:t>
      </w:r>
    </w:p>
    <w:p>
      <w:r>
        <w:rPr>
          <w:b/>
        </w:rPr>
        <w:t xml:space="preserve">[48:49] </w:t>
      </w:r>
      <w:r>
        <w:t>is kitab mein moti si kitab hai ke ram ko bataya unhon ne misali model.</w:t>
      </w:r>
    </w:p>
    <w:p>
      <w:pPr>
        <w:jc w:val="right"/>
      </w:pPr>
      <w:r>
        <w:t>اس کتاب میں موٹی سی کتاب ہے کہ رام کو بتایا انہوں نے مثالی ماڈل۔</w:t>
      </w:r>
    </w:p>
    <w:p>
      <w:r>
        <w:rPr>
          <w:b/>
        </w:rPr>
        <w:t xml:space="preserve">[48:52] </w:t>
      </w:r>
      <w:r>
        <w:t>lekin aap jante hain ke ram to koi tarikh ki shakhsiyat nahin.</w:t>
      </w:r>
    </w:p>
    <w:p>
      <w:pPr>
        <w:jc w:val="right"/>
      </w:pPr>
      <w:r>
        <w:t>لیکن آپ جانتے ہیں کہ رام تو کوئی تاریخی شخصیت نہیں۔</w:t>
      </w:r>
    </w:p>
    <w:p>
      <w:r>
        <w:rPr>
          <w:b/>
        </w:rPr>
        <w:t xml:space="preserve">[48:55] </w:t>
      </w:r>
      <w:r>
        <w:t>wo to ek batil hain.</w:t>
      </w:r>
    </w:p>
    <w:p>
      <w:pPr>
        <w:jc w:val="right"/>
      </w:pPr>
      <w:r>
        <w:t>وہ تو ایک باطل ہیں۔</w:t>
      </w:r>
    </w:p>
    <w:p>
      <w:r>
        <w:rPr>
          <w:b/>
        </w:rPr>
        <w:t xml:space="preserve">[48:58] </w:t>
      </w:r>
      <w:r>
        <w:t>wo qissa kahani hai.</w:t>
      </w:r>
    </w:p>
    <w:p>
      <w:pPr>
        <w:jc w:val="right"/>
      </w:pPr>
      <w:r>
        <w:t>وہ قصہ کہانی ہے۔</w:t>
      </w:r>
    </w:p>
    <w:p>
      <w:r>
        <w:rPr>
          <w:b/>
        </w:rPr>
        <w:t xml:space="preserve">[49:01] </w:t>
      </w:r>
      <w:r>
        <w:t>qissa kahani aap jo chahen bana lijie.</w:t>
      </w:r>
    </w:p>
    <w:p>
      <w:pPr>
        <w:jc w:val="right"/>
      </w:pPr>
      <w:r>
        <w:t>قصہ کہانی آپ جو چاہیں بنا لیجیے۔</w:t>
      </w:r>
    </w:p>
    <w:p>
      <w:r>
        <w:rPr>
          <w:b/>
        </w:rPr>
        <w:t xml:space="preserve">[49:04] </w:t>
      </w:r>
      <w:r>
        <w:t>qissa kahani aap jo chahen bana lijie.</w:t>
      </w:r>
    </w:p>
    <w:p>
      <w:pPr>
        <w:jc w:val="right"/>
      </w:pPr>
      <w:r>
        <w:t>قصہ کہانی آپ جو چاہیں بنا لیجیے۔</w:t>
      </w:r>
    </w:p>
    <w:p>
      <w:r>
        <w:rPr>
          <w:b/>
        </w:rPr>
        <w:t xml:space="preserve">[49:07] </w:t>
      </w:r>
      <w:r>
        <w:t>jaise ke ek likha unhon</w:t>
      </w:r>
    </w:p>
    <w:p>
      <w:pPr>
        <w:jc w:val="right"/>
      </w:pPr>
      <w:r>
        <w:t>جیسے کہ ایک لکھا انہوں</w:t>
      </w:r>
    </w:p>
    <w:p>
      <w:r>
        <w:rPr>
          <w:b/>
        </w:rPr>
        <w:t xml:space="preserve">[49:10] </w:t>
      </w:r>
      <w:r>
        <w:t>ne ek aadmi ne apne paon se ram ke sine par mara.</w:t>
      </w:r>
    </w:p>
    <w:p>
      <w:pPr>
        <w:jc w:val="right"/>
      </w:pPr>
      <w:r>
        <w:t>نے ایک آدمی نے اپنے پاؤں سے رام کے سینے پر مارا۔</w:t>
      </w:r>
    </w:p>
    <w:p>
      <w:r>
        <w:rPr>
          <w:b/>
        </w:rPr>
        <w:t xml:space="preserve">[49:16] </w:t>
      </w:r>
      <w:r>
        <w:t>ek aam aadmi koi dehati aadmi ne apne paon se bohat zor se mara un ke sine par.</w:t>
      </w:r>
    </w:p>
    <w:p>
      <w:pPr>
        <w:jc w:val="right"/>
      </w:pPr>
      <w:r>
        <w:t>ایک عام آدمی کوئی دیہاتی آدمی نے اپنے پاؤں سے بہت زور سے مارا ان کے سینے پر۔</w:t>
      </w:r>
    </w:p>
    <w:p>
      <w:r>
        <w:rPr>
          <w:b/>
        </w:rPr>
        <w:t xml:space="preserve">[49:23] </w:t>
      </w:r>
      <w:r>
        <w:t>ram ke sine par.</w:t>
      </w:r>
    </w:p>
    <w:p>
      <w:pPr>
        <w:jc w:val="right"/>
      </w:pPr>
      <w:r>
        <w:t>رام کے سینے پر۔</w:t>
      </w:r>
    </w:p>
    <w:p>
      <w:r>
        <w:rPr>
          <w:b/>
        </w:rPr>
        <w:t xml:space="preserve">[49:29] </w:t>
      </w:r>
      <w:r>
        <w:t>to ram ghussa nahin hue.</w:t>
      </w:r>
    </w:p>
    <w:p>
      <w:pPr>
        <w:jc w:val="right"/>
      </w:pPr>
      <w:r>
        <w:t>تو رام غصہ نہیں ہوئے۔</w:t>
      </w:r>
    </w:p>
    <w:p>
      <w:r>
        <w:rPr>
          <w:b/>
        </w:rPr>
        <w:t xml:space="preserve">[49:35] </w:t>
      </w:r>
      <w:r>
        <w:t>unhon ne kaha ke mere lokhan sine se tumhare komal paon ko chot to nahin lagi?</w:t>
      </w:r>
    </w:p>
    <w:p>
      <w:pPr>
        <w:jc w:val="right"/>
      </w:pPr>
      <w:r>
        <w:t>انہوں نے کہا کہ میرے لوکھن سینے سے تمہارے کومل پاؤں کو چوٹ تو نہیں لگی؟</w:t>
      </w:r>
    </w:p>
    <w:p>
      <w:r>
        <w:rPr>
          <w:b/>
        </w:rPr>
        <w:t xml:space="preserve">[49:41] </w:t>
      </w:r>
      <w:r>
        <w:t>lokhan matlab loha. mere lokhan seenay se tumhare komal paon ko chot to nahi lagi? dekhiye bari khoobsurat kahani hai. lekin koi aisa waqia kabhi hua nahi tareekh mein. to yeh kahani hai. aap kahani to jo chahen bana leejiyey. aap yahi bana leejiyey ke us ne mara un ko pathar se aur daud ke unhon ne jaldi se us ko haar pehna di. unhon ne us ki apni sari jaidad us ke naam likh</w:t>
      </w:r>
    </w:p>
    <w:p>
      <w:pPr>
        <w:jc w:val="right"/>
      </w:pPr>
      <w:r>
        <w:t>لوکھن مطلب لوہا۔ میرے لوکھن سینے سے تمہارے کومل پاؤں کو چوٹ تو نہیں لگی؟ دیکھیے بڑی خوبصورت کہانی ہے۔ لیکن کوئی ایسا واقعہ کبھی ہوا نہیں تاریخ میں۔ تو یہ کہانی ہے۔ آپ کہانی تو جو چاہیں بنا لیجیے۔ آپ یہی بنا لیجیے کہ اس نے مارا ان کو پتھر سے اور دوڑ کے انہوں نے جلدی سے اس کو ہار پہنا دیے۔ انہوں نے اس کی اپنی ساری جائیداد اس کے نام لکھ</w:t>
      </w:r>
    </w:p>
    <w:p>
      <w:r>
        <w:rPr>
          <w:b/>
        </w:rPr>
        <w:t xml:space="preserve">[50:11] </w:t>
      </w:r>
      <w:r>
        <w:t>di.</w:t>
      </w:r>
    </w:p>
    <w:p>
      <w:pPr>
        <w:jc w:val="right"/>
      </w:pPr>
      <w:r>
        <w:t>دی۔</w:t>
      </w:r>
    </w:p>
    <w:p>
      <w:r>
        <w:rPr>
          <w:b/>
        </w:rPr>
        <w:t xml:space="preserve">[50:15] </w:t>
      </w:r>
      <w:r>
        <w:t>phir kuch bhi bana lijie kahani.</w:t>
      </w:r>
    </w:p>
    <w:p>
      <w:pPr>
        <w:jc w:val="right"/>
      </w:pPr>
      <w:r>
        <w:t>پھر کچھ بھی بنا لیجیے کہانی۔</w:t>
      </w:r>
    </w:p>
    <w:p>
      <w:r>
        <w:rPr>
          <w:b/>
        </w:rPr>
        <w:t xml:space="preserve">[50:19] </w:t>
      </w:r>
      <w:r>
        <w:t>is ko sar par bithha liya is ko utha kar ke.</w:t>
      </w:r>
    </w:p>
    <w:p>
      <w:pPr>
        <w:jc w:val="right"/>
      </w:pPr>
      <w:r>
        <w:t>اس کو سر پر بٹھا لیا اس کو اٹھا کر کے۔</w:t>
      </w:r>
    </w:p>
    <w:p>
      <w:r>
        <w:rPr>
          <w:b/>
        </w:rPr>
        <w:t xml:space="preserve">[50:23] </w:t>
      </w:r>
      <w:r>
        <w:t>phir kahani mein to jo chahen bana lijie.</w:t>
      </w:r>
    </w:p>
    <w:p>
      <w:pPr>
        <w:jc w:val="right"/>
      </w:pPr>
      <w:r>
        <w:t>پھر کہانی میں تو جو چاہیں بنا لیجیے۔</w:t>
      </w:r>
    </w:p>
    <w:p>
      <w:r>
        <w:rPr>
          <w:b/>
        </w:rPr>
        <w:t xml:space="preserve">[50:26] </w:t>
      </w:r>
      <w:r>
        <w:t>hamare gaon mein bachche ikatthe hue the kuch to kisi ne poocha bhai kya kar rahe ho? to</w:t>
      </w:r>
    </w:p>
    <w:p>
      <w:pPr>
        <w:jc w:val="right"/>
      </w:pPr>
      <w:r>
        <w:t>ہمارے گاؤں میں بچے اکٹھے ہوئے تھے کچھ تو کسی نے پوچھا بھئی کیا کر رہے ہو؟ تو</w:t>
      </w:r>
    </w:p>
    <w:p>
      <w:r>
        <w:rPr>
          <w:b/>
        </w:rPr>
        <w:t xml:space="preserve">[50:30] </w:t>
      </w:r>
      <w:r>
        <w:t>bachche ne kaha ke hum dehati zaban mein koi jhutl mitthl khichri paka rahe hain.</w:t>
      </w:r>
    </w:p>
    <w:p>
      <w:pPr>
        <w:jc w:val="right"/>
      </w:pPr>
      <w:r>
        <w:t>بچے نے کہا کہ ہم دیہاتی زبان میں کوئی جھٹل مٹھل کھچڑی پکا رہے ہیں۔</w:t>
      </w:r>
    </w:p>
    <w:p>
      <w:r>
        <w:rPr>
          <w:b/>
        </w:rPr>
        <w:t xml:space="preserve">[50:34] </w:t>
      </w:r>
      <w:r>
        <w:t>jhutl matlab hai jhooti khichri.</w:t>
      </w:r>
    </w:p>
    <w:p>
      <w:pPr>
        <w:jc w:val="right"/>
      </w:pPr>
      <w:r>
        <w:t>جھٹل مطلب ہے جھوٹی کھچڑی۔</w:t>
      </w:r>
    </w:p>
    <w:p>
      <w:r>
        <w:rPr>
          <w:b/>
        </w:rPr>
        <w:t xml:space="preserve">[50:38] </w:t>
      </w:r>
      <w:r>
        <w:t>yani kuch hota nahin na wahan chawal hain na daal hai na</w:t>
      </w:r>
    </w:p>
    <w:p>
      <w:pPr>
        <w:jc w:val="right"/>
      </w:pPr>
      <w:r>
        <w:t>یعنی کچھ ہوتا نہیں نہ وہاں چاول ہیں نہ دال ہے نہ</w:t>
      </w:r>
    </w:p>
    <w:p>
      <w:r>
        <w:rPr>
          <w:b/>
        </w:rPr>
        <w:t xml:space="preserve">[50:41] </w:t>
      </w:r>
      <w:r>
        <w:t>aag hai na kuch aise kar rahe hain. to is ne kaha hum jhatal mithal khichri paka rahe hain. to is ne kaha ke jhatal mithal pakana ho to pulao pakao phir. khichri kyon paka rahe ho? to matlab ye hai ke aap kahani bana lijie jo chahen kahani bana lijie. wo insaan ke liye haqeeqi model nahi hai. kahani ka model insaan ke model nahi hua karta. to kem munshi ne bari achi kitab likhi hai</w:t>
      </w:r>
    </w:p>
    <w:p>
      <w:pPr>
        <w:jc w:val="right"/>
      </w:pPr>
      <w:r>
        <w:t>آگ ہے نہ کچھ ایسے کر رہے ہیں۔ تو اس نے کہا ہم جھٹل مٹھل کھچڑی پکا رہے ہیں۔ تو اس نے کہا کہ جھٹل مٹھل پکانا ہو تو پلاؤ پکاؤ پھر۔ کھچڑی کیوں پکا رہے ہو؟ تو مطلب یہ ہے کہ آپ کہانی بنا لیجیے جو چاہیں کہانی بنا لیجیے۔ وہ انسان کے لیے حقیقی ماڈل نہیں ہے۔ کہانی کا ماڈل انسان کے ماڈل نہیں ہوا کرتا۔ تو کیم منشی نے بڑی اچھی کتاب لکھی ہے</w:t>
      </w:r>
    </w:p>
    <w:p>
      <w:r>
        <w:rPr>
          <w:b/>
        </w:rPr>
        <w:t xml:space="preserve">[51:11] </w:t>
      </w:r>
      <w:r>
        <w:t>waise.</w:t>
      </w:r>
    </w:p>
    <w:p>
      <w:pPr>
        <w:jc w:val="right"/>
      </w:pPr>
      <w:r>
        <w:t>ویسے۔</w:t>
      </w:r>
    </w:p>
    <w:p>
      <w:r>
        <w:rPr>
          <w:b/>
        </w:rPr>
        <w:t xml:space="preserve">[51:17] </w:t>
      </w:r>
      <w:r>
        <w:t>lekin ram ko aap bata rahe hain misali kirdaar to insan kaise maane ga? ke jab tareekh se</w:t>
      </w:r>
    </w:p>
    <w:p>
      <w:pPr>
        <w:jc w:val="right"/>
      </w:pPr>
      <w:r>
        <w:t>لیکن رام کو آپ بتا رہے ہیں مثالی کردار تو انسان کیسے مانے گا؟ کہ جب تاریخ سے</w:t>
      </w:r>
    </w:p>
    <w:p>
      <w:r>
        <w:rPr>
          <w:b/>
        </w:rPr>
        <w:t xml:space="preserve">[51:22] </w:t>
      </w:r>
      <w:r>
        <w:t>iska koi saboot nahin hai ke koi ram paida hue na wo kahaniyan jo hain tareekh batati</w:t>
      </w:r>
    </w:p>
    <w:p>
      <w:pPr>
        <w:jc w:val="right"/>
      </w:pPr>
      <w:r>
        <w:t>اس کا کوئی ثبوت نہیں ہے کہ کوئی رام پیدا ہوئے نہ وہ کہانیاں جو ہیں تاریخ بتاتی</w:t>
      </w:r>
    </w:p>
    <w:p>
      <w:r>
        <w:rPr>
          <w:b/>
        </w:rPr>
        <w:t xml:space="preserve">[51:27] </w:t>
      </w:r>
      <w:r>
        <w:t>hain ke aisa waqea hua kabhi zameen par.</w:t>
      </w:r>
    </w:p>
    <w:p>
      <w:pPr>
        <w:jc w:val="right"/>
      </w:pPr>
      <w:r>
        <w:t>ہیں کہ ایسا واقعہ ہوا کبھی زمین پر۔</w:t>
      </w:r>
    </w:p>
    <w:p>
      <w:r>
        <w:rPr>
          <w:b/>
        </w:rPr>
        <w:t xml:space="preserve">[51:32] </w:t>
      </w:r>
      <w:r>
        <w:t>aap bataiye kaise aisa hota hai ke ye insan is ko misali model ke taur par le? lekin</w:t>
      </w:r>
    </w:p>
    <w:p>
      <w:pPr>
        <w:jc w:val="right"/>
      </w:pPr>
      <w:r>
        <w:t>آپ بتائیے کیسے ایسا ہوتا ہے کہ یہ انسان اس کو مثالی ماڈل کے طور پر لے؟ لیکن</w:t>
      </w:r>
    </w:p>
    <w:p>
      <w:r>
        <w:rPr>
          <w:b/>
        </w:rPr>
        <w:t xml:space="preserve">[51:37] </w:t>
      </w:r>
      <w:r>
        <w:t>yahan aap dekhiye islam mein.</w:t>
      </w:r>
    </w:p>
    <w:p>
      <w:pPr>
        <w:jc w:val="right"/>
      </w:pPr>
      <w:r>
        <w:t>یہاں آپ دیکھیے اسلام میں۔</w:t>
      </w:r>
    </w:p>
    <w:p>
      <w:r>
        <w:rPr>
          <w:b/>
        </w:rPr>
        <w:t xml:space="preserve">[51:43] </w:t>
      </w:r>
      <w:r>
        <w:t>sab kuch tareekh hai.</w:t>
      </w:r>
    </w:p>
    <w:p>
      <w:pPr>
        <w:jc w:val="right"/>
      </w:pPr>
      <w:r>
        <w:t>سب کچھ تاریخ ہے۔</w:t>
      </w:r>
    </w:p>
    <w:p>
      <w:r>
        <w:rPr>
          <w:b/>
        </w:rPr>
        <w:t xml:space="preserve">[51:48] </w:t>
      </w:r>
      <w:r>
        <w:t>ایک عیسائی اسکالر نے لکھا ہے ایک یورپی اسکالر نے Muhammad was born within the full light of</w:t>
      </w:r>
    </w:p>
    <w:p>
      <w:pPr>
        <w:jc w:val="right"/>
      </w:pPr>
      <w:r>
        <w:t>ایک عیسائی اسکالر نے لکھا ہے ایک یورپی اسکالر نے محمد واز born within the full light of</w:t>
      </w:r>
    </w:p>
    <w:p>
      <w:r>
        <w:rPr>
          <w:b/>
        </w:rPr>
        <w:t xml:space="preserve">[51:53] </w:t>
      </w:r>
      <w:r>
        <w:t>history muhammad paida hue poori poori tareekh ki roshni mein.</w:t>
      </w:r>
    </w:p>
    <w:p>
      <w:pPr>
        <w:jc w:val="right"/>
      </w:pPr>
      <w:r>
        <w:t>history محمد پیدا ہوئے پوری پوری تاریخ کی روشنی میں۔</w:t>
      </w:r>
    </w:p>
    <w:p>
      <w:r>
        <w:rPr>
          <w:b/>
        </w:rPr>
        <w:t xml:space="preserve">[51:58] </w:t>
      </w:r>
      <w:r>
        <w:t>Muhammad was born within the full light of history. ایک ایک چیز تاریخی طور پر معلوم ہے۔</w:t>
      </w:r>
    </w:p>
    <w:p>
      <w:pPr>
        <w:jc w:val="right"/>
      </w:pPr>
      <w:r>
        <w:t>محمد واز born within the full light of history ایک ایک چیز تاریخی طور پر معلوم ہے۔</w:t>
      </w:r>
    </w:p>
    <w:p>
      <w:r>
        <w:rPr>
          <w:b/>
        </w:rPr>
        <w:t xml:space="preserve">[52:03] </w:t>
      </w:r>
      <w:r>
        <w:t>ek ek cheez.</w:t>
      </w:r>
    </w:p>
    <w:p>
      <w:pPr>
        <w:jc w:val="right"/>
      </w:pPr>
      <w:r>
        <w:t>ایک ایک چیز۔</w:t>
      </w:r>
    </w:p>
    <w:p>
      <w:r>
        <w:rPr>
          <w:b/>
        </w:rPr>
        <w:t xml:space="preserve">[52:08] </w:t>
      </w:r>
      <w:r>
        <w:t>to kyun aisa hua?</w:t>
      </w:r>
    </w:p>
    <w:p>
      <w:pPr>
        <w:jc w:val="right"/>
      </w:pPr>
      <w:r>
        <w:t>تو کیوں ایسا ہوا؟</w:t>
      </w:r>
    </w:p>
    <w:p>
      <w:r>
        <w:rPr>
          <w:b/>
        </w:rPr>
        <w:t xml:space="preserve">[52:13] </w:t>
      </w:r>
      <w:r>
        <w:t>dekhiye pre muhammad daur mein tareekh ki recording nahi hua karti thi.</w:t>
      </w:r>
    </w:p>
    <w:p>
      <w:pPr>
        <w:jc w:val="right"/>
      </w:pPr>
      <w:r>
        <w:t>دیکھیے پری محمد دور میں تاریخ کی ریکارڈنگ نہیں ہوا کرتی تھی۔</w:t>
      </w:r>
    </w:p>
    <w:p>
      <w:r>
        <w:rPr>
          <w:b/>
        </w:rPr>
        <w:t xml:space="preserve">[52:18] </w:t>
      </w:r>
      <w:r>
        <w:t>aise hi log kahani bana lete the.</w:t>
      </w:r>
    </w:p>
    <w:p>
      <w:pPr>
        <w:jc w:val="right"/>
      </w:pPr>
      <w:r>
        <w:t>ایسے ہی لوگ کہانی بنا لیتے تھے۔</w:t>
      </w:r>
    </w:p>
    <w:p>
      <w:r>
        <w:rPr>
          <w:b/>
        </w:rPr>
        <w:t xml:space="preserve">[52:22] </w:t>
      </w:r>
      <w:r>
        <w:t>aap jab zamane mein aaye to tareekh jo hai likhi jaane lagi thi.</w:t>
      </w:r>
    </w:p>
    <w:p>
      <w:pPr>
        <w:jc w:val="right"/>
      </w:pPr>
      <w:r>
        <w:t>آپ جب زمانے میں آئے تو تاریخ جو ہے لکھی جانے لگی تھی۔</w:t>
      </w:r>
    </w:p>
    <w:p>
      <w:r>
        <w:rPr>
          <w:b/>
        </w:rPr>
        <w:t xml:space="preserve">[52:26] </w:t>
      </w:r>
      <w:r>
        <w:t>insan ke waqiaat ko record kiya jaane laga tha.</w:t>
      </w:r>
    </w:p>
    <w:p>
      <w:pPr>
        <w:jc w:val="right"/>
      </w:pPr>
      <w:r>
        <w:t>انسان کے واقعات کو ریکارڈ کیا جانے لگا تھا۔</w:t>
      </w:r>
    </w:p>
    <w:p>
      <w:r>
        <w:rPr>
          <w:b/>
        </w:rPr>
        <w:t xml:space="preserve">[52:31] </w:t>
      </w:r>
      <w:r>
        <w:t>wo kaghaz wajood mein aa gaya tha.</w:t>
      </w:r>
    </w:p>
    <w:p>
      <w:pPr>
        <w:jc w:val="right"/>
      </w:pPr>
      <w:r>
        <w:t>وہ کاغذ وجود میں آگیا تھا۔</w:t>
      </w:r>
    </w:p>
    <w:p>
      <w:r>
        <w:rPr>
          <w:b/>
        </w:rPr>
        <w:t xml:space="preserve">[52:35] </w:t>
      </w:r>
      <w:r>
        <w:t>isi liye hum dekhte hain pichhle log bhi tareekh rahe honge apne zamane mein.</w:t>
      </w:r>
    </w:p>
    <w:p>
      <w:pPr>
        <w:jc w:val="right"/>
      </w:pPr>
      <w:r>
        <w:t>اسی لیے ہم دیکھتے ہیں پچھلے لوگ بھی تاریخ رہے ہوں گے اپنے زمانے میں۔</w:t>
      </w:r>
    </w:p>
    <w:p>
      <w:r>
        <w:rPr>
          <w:b/>
        </w:rPr>
        <w:t xml:space="preserve">[52:39] </w:t>
      </w:r>
      <w:r>
        <w:t>lekin yeh zamane ki baat hai yani umar</w:t>
      </w:r>
    </w:p>
    <w:p>
      <w:pPr>
        <w:jc w:val="right"/>
      </w:pPr>
      <w:r>
        <w:t>لیکن یہ زمانے کی بات ہے یعنی عمر</w:t>
      </w:r>
    </w:p>
    <w:p>
      <w:r>
        <w:rPr>
          <w:b/>
        </w:rPr>
        <w:t xml:space="preserve">[52:44] </w:t>
      </w:r>
      <w:r>
        <w:t>ka aamil ki baat hai ke sirf nabi alaihissalam jo hai unhi ki zindagi likhi gayi.</w:t>
      </w:r>
    </w:p>
    <w:p>
      <w:pPr>
        <w:jc w:val="right"/>
      </w:pPr>
      <w:r>
        <w:t>کا عامل کی بات ہے کہ صرف نبی علیہ السلام جو ہے انہی کی زندگی لکھی گئی۔</w:t>
      </w:r>
    </w:p>
    <w:p>
      <w:r>
        <w:rPr>
          <w:b/>
        </w:rPr>
        <w:t xml:space="preserve">[52:49] </w:t>
      </w:r>
      <w:r>
        <w:t>unhi ki zindagi tareekh bani.</w:t>
      </w:r>
    </w:p>
    <w:p>
      <w:pPr>
        <w:jc w:val="right"/>
      </w:pPr>
      <w:r>
        <w:t>انہی کی زندگی تاریخ بنی۔</w:t>
      </w:r>
    </w:p>
    <w:p>
      <w:r>
        <w:rPr>
          <w:b/>
        </w:rPr>
        <w:t xml:space="preserve">[52:54] </w:t>
      </w:r>
      <w:r>
        <w:t>to ab rasool Allah ki zindagi mein jo waqiaat hain hum keh sakte hain ke yeh ek haqeeqi kirdaar hai.</w:t>
      </w:r>
    </w:p>
    <w:p>
      <w:pPr>
        <w:jc w:val="right"/>
      </w:pPr>
      <w:r>
        <w:t>تو اب رسول اللہ کی زندگی میں جو واقعات ہیں ہم کہہ سکتے ہیں کہ یہ ایک حقیقی کردار ہے۔</w:t>
      </w:r>
    </w:p>
    <w:p>
      <w:r>
        <w:rPr>
          <w:b/>
        </w:rPr>
        <w:t xml:space="preserve">[52:59] </w:t>
      </w:r>
      <w:r>
        <w:t>yeh ek model kirdaar hai tumhare liye.</w:t>
      </w:r>
    </w:p>
    <w:p>
      <w:pPr>
        <w:jc w:val="right"/>
      </w:pPr>
      <w:r>
        <w:t>یہ ایک ماڈل کردار ہے تمہارے لیے۔</w:t>
      </w:r>
    </w:p>
    <w:p>
      <w:r>
        <w:rPr>
          <w:b/>
        </w:rPr>
        <w:t xml:space="preserve">[53:05] </w:t>
      </w:r>
      <w:r>
        <w:t>kyun ke ek haqeeqi waqia jo hua jab haqeeqi waqia jo hua wo mere liye namoona ban sakta hai.</w:t>
      </w:r>
    </w:p>
    <w:p>
      <w:pPr>
        <w:jc w:val="right"/>
      </w:pPr>
      <w:r>
        <w:t>کیونکہ ایک حقیقی واقعہ جو ہوا جب حقیقی واقعہ جو ہوا وہ میرے لیے نمونہ بن سکتا ہے۔</w:t>
      </w:r>
    </w:p>
    <w:p>
      <w:r>
        <w:rPr>
          <w:b/>
        </w:rPr>
        <w:t xml:space="preserve">[53:10] </w:t>
      </w:r>
      <w:r>
        <w:t>lekin jo waqia hua nahi wo mere liye namoona kaise banega?</w:t>
      </w:r>
    </w:p>
    <w:p>
      <w:pPr>
        <w:jc w:val="right"/>
      </w:pPr>
      <w:r>
        <w:t>لیکن جو واقعہ ہوا نہیں وہ میرے لیے نمونہ کیسے بنے گا؟</w:t>
      </w:r>
    </w:p>
    <w:p>
      <w:r>
        <w:rPr>
          <w:b/>
        </w:rPr>
        <w:t xml:space="preserve">[53:15] </w:t>
      </w:r>
      <w:r>
        <w:t>ab yeh kitni badi cheez hai jo sainsi tehqeeq ke zamane mein haasil hui hai aap ko.</w:t>
      </w:r>
    </w:p>
    <w:p>
      <w:pPr>
        <w:jc w:val="right"/>
      </w:pPr>
      <w:r>
        <w:t>اب یہ کتنی بڑی چیز ہے جو سائنسی تحقیق کے زمانے میں حاصل ہوئی ہے آپ کو۔</w:t>
      </w:r>
    </w:p>
    <w:p>
      <w:r>
        <w:rPr>
          <w:b/>
        </w:rPr>
        <w:t xml:space="preserve">[53:20] </w:t>
      </w:r>
      <w:r>
        <w:t>yeh sainsi tehqeeq yeh bhi hai is ka ek usool ke wo tareekh ko manta hai miyaar.</w:t>
      </w:r>
    </w:p>
    <w:p>
      <w:pPr>
        <w:jc w:val="right"/>
      </w:pPr>
      <w:r>
        <w:t>یہ سائنسی تحقیق یہ بھی ہے اس کا ایک اصول کہ وہ تاریخ کو مانتا ہے معیار۔</w:t>
      </w:r>
    </w:p>
    <w:p>
      <w:r>
        <w:rPr>
          <w:b/>
        </w:rPr>
        <w:t xml:space="preserve">[53:25] </w:t>
      </w:r>
      <w:r>
        <w:t>aaj ka insan.</w:t>
      </w:r>
    </w:p>
    <w:p>
      <w:pPr>
        <w:jc w:val="right"/>
      </w:pPr>
      <w:r>
        <w:t>آج کا انسان۔</w:t>
      </w:r>
    </w:p>
    <w:p>
      <w:r>
        <w:rPr>
          <w:b/>
        </w:rPr>
        <w:t xml:space="preserve">[53:31] </w:t>
      </w:r>
      <w:r>
        <w:t>aaj ka insan tareekh ko miyaar manta hai.</w:t>
      </w:r>
    </w:p>
    <w:p>
      <w:pPr>
        <w:jc w:val="right"/>
      </w:pPr>
      <w:r>
        <w:t>آج کا انسان تاریخ کو معیار مانتا ہے۔</w:t>
      </w:r>
    </w:p>
    <w:p>
      <w:r>
        <w:rPr>
          <w:b/>
        </w:rPr>
        <w:t xml:space="preserve">[53:36] </w:t>
      </w:r>
      <w:r>
        <w:t>yaani tareekhi aitbaar hona chahiye us ko.</w:t>
      </w:r>
    </w:p>
    <w:p>
      <w:pPr>
        <w:jc w:val="right"/>
      </w:pPr>
      <w:r>
        <w:t>یعنی تاریخی اعتبار ہونا چاہیے اس کو۔</w:t>
      </w:r>
    </w:p>
    <w:p>
      <w:r>
        <w:rPr>
          <w:b/>
        </w:rPr>
        <w:t xml:space="preserve">[53:41] </w:t>
      </w:r>
      <w:r>
        <w:t>isi liye burt narsal ne keh diya Hazrat Maseeh ke bare mein</w:t>
      </w:r>
    </w:p>
    <w:p>
      <w:pPr>
        <w:jc w:val="right"/>
      </w:pPr>
      <w:r>
        <w:t>اسی لیے برٹ نرسل نے کہہ دیا حضرت مسیح کے بارے میں</w:t>
      </w:r>
    </w:p>
    <w:p>
      <w:r>
        <w:rPr>
          <w:b/>
        </w:rPr>
        <w:t xml:space="preserve">[53:46] </w:t>
      </w:r>
      <w:r>
        <w:t>ke tareekhi taur par yeh mashkooq hai ke aaya Maseeh kabhi maujood rahe hain? Lekin koi nabi alaih</w:t>
      </w:r>
    </w:p>
    <w:p>
      <w:pPr>
        <w:jc w:val="right"/>
      </w:pPr>
      <w:r>
        <w:t>کہ تاریخی طور پر یہ مشکوک ہے کہ آیا مسیح کبھی موجود رہے ہیں؟ لیکن کوئی نبی علیہ</w:t>
      </w:r>
    </w:p>
    <w:p>
      <w:r>
        <w:rPr>
          <w:b/>
        </w:rPr>
        <w:t xml:space="preserve">[53:51] </w:t>
      </w:r>
      <w:r>
        <w:t>assalam ke bare mein aisa nahi keh sakta.</w:t>
      </w:r>
    </w:p>
    <w:p>
      <w:pPr>
        <w:jc w:val="right"/>
      </w:pPr>
      <w:r>
        <w:t>السلام کے بارے میں ایسا نہیں کہہ سکتا۔</w:t>
      </w:r>
    </w:p>
    <w:p>
      <w:r>
        <w:rPr>
          <w:b/>
        </w:rPr>
        <w:t xml:space="preserve">[53:56] </w:t>
      </w:r>
      <w:r>
        <w:t>to insan ko ek model chahiye.</w:t>
      </w:r>
    </w:p>
    <w:p>
      <w:pPr>
        <w:jc w:val="right"/>
      </w:pPr>
      <w:r>
        <w:t>تو انسان کو ایک ماڈل چاہیے۔</w:t>
      </w:r>
    </w:p>
    <w:p>
      <w:r>
        <w:rPr>
          <w:b/>
        </w:rPr>
        <w:t xml:space="preserve">[54:01] </w:t>
      </w:r>
      <w:r>
        <w:t>insan ko liye ek ek ek wo chahiye.</w:t>
      </w:r>
    </w:p>
    <w:p>
      <w:pPr>
        <w:jc w:val="right"/>
      </w:pPr>
      <w:r>
        <w:t>انسان کو لیے ایک ایک ایک وہ چاہیے۔</w:t>
      </w:r>
    </w:p>
    <w:p>
      <w:r>
        <w:rPr>
          <w:b/>
        </w:rPr>
        <w:t xml:space="preserve">[54:06] </w:t>
      </w:r>
      <w:r>
        <w:t>ek ek namuna chahiye.</w:t>
      </w:r>
    </w:p>
    <w:p>
      <w:pPr>
        <w:jc w:val="right"/>
      </w:pPr>
      <w:r>
        <w:t>ایک ایک نمونہ چاہیے۔</w:t>
      </w:r>
    </w:p>
    <w:p>
      <w:r>
        <w:rPr>
          <w:b/>
        </w:rPr>
        <w:t xml:space="preserve">[54:11] </w:t>
      </w:r>
      <w:r>
        <w:t>ek role model chahiye. lekin</w:t>
      </w:r>
    </w:p>
    <w:p>
      <w:pPr>
        <w:jc w:val="right"/>
      </w:pPr>
      <w:r>
        <w:t>ایک رول ماڈل چاہیے۔ لیکن</w:t>
      </w:r>
    </w:p>
    <w:p>
      <w:r>
        <w:rPr>
          <w:b/>
        </w:rPr>
        <w:t xml:space="preserve">[54:16] </w:t>
      </w:r>
      <w:r>
        <w:t>role model kon hoga? jo haqeeqi model ho.</w:t>
      </w:r>
    </w:p>
    <w:p>
      <w:pPr>
        <w:jc w:val="right"/>
      </w:pPr>
      <w:r>
        <w:t>رول ماڈل کون ہوگا؟ جو حقیقی ماڈل ہو۔</w:t>
      </w:r>
    </w:p>
    <w:p>
      <w:r>
        <w:rPr>
          <w:b/>
        </w:rPr>
        <w:t xml:space="preserve">[54:19] </w:t>
      </w:r>
      <w:r>
        <w:t>jo haqeeqi insan ho.</w:t>
      </w:r>
    </w:p>
    <w:p>
      <w:pPr>
        <w:jc w:val="right"/>
      </w:pPr>
      <w:r>
        <w:t>جو حقیقی انسان ہو۔</w:t>
      </w:r>
    </w:p>
    <w:p>
      <w:r>
        <w:rPr>
          <w:b/>
        </w:rPr>
        <w:t xml:space="preserve">[54:22] </w:t>
      </w:r>
      <w:r>
        <w:t>jo sach much duniya mein paida hua.</w:t>
      </w:r>
    </w:p>
    <w:p>
      <w:pPr>
        <w:jc w:val="right"/>
      </w:pPr>
      <w:r>
        <w:t>جو سچ مچ دنیا میں پیدا ہوا۔</w:t>
      </w:r>
    </w:p>
    <w:p>
      <w:r>
        <w:rPr>
          <w:b/>
        </w:rPr>
        <w:t xml:space="preserve">[54:25] </w:t>
      </w:r>
      <w:r>
        <w:t>jo sach much duniya mein is ke sath yeh sab waqiat paish aaye.</w:t>
      </w:r>
    </w:p>
    <w:p>
      <w:pPr>
        <w:jc w:val="right"/>
      </w:pPr>
      <w:r>
        <w:t>جو سچ مچ دنیا میں اس کے ساتھ یہ سب واقعات پیش آئے۔</w:t>
      </w:r>
    </w:p>
    <w:p>
      <w:r>
        <w:rPr>
          <w:b/>
        </w:rPr>
        <w:t xml:space="preserve">[54:28] </w:t>
      </w:r>
      <w:r>
        <w:t>aur ek ajeeb baat hai ke nabi alai assalam jo the un ki zindagi bohat hi waqiat bhari zindagi thi.</w:t>
      </w:r>
    </w:p>
    <w:p>
      <w:pPr>
        <w:jc w:val="right"/>
      </w:pPr>
      <w:r>
        <w:t>اور ایک عجیب بات ہے کہ نبی علیہ السلام جو تھے ان کی زندگی بہت ہی واقعات بھری زندگی تھی۔</w:t>
      </w:r>
    </w:p>
    <w:p>
      <w:r>
        <w:rPr>
          <w:b/>
        </w:rPr>
        <w:t xml:space="preserve">[54:31] </w:t>
      </w:r>
      <w:r>
        <w:t>waqiat bhari zindagi.</w:t>
      </w:r>
    </w:p>
    <w:p>
      <w:pPr>
        <w:jc w:val="right"/>
      </w:pPr>
      <w:r>
        <w:t>واقعات بھری زندگی۔</w:t>
      </w:r>
    </w:p>
    <w:p>
      <w:r>
        <w:rPr>
          <w:b/>
        </w:rPr>
        <w:t xml:space="preserve">[54:34] </w:t>
      </w:r>
      <w:r>
        <w:t>misalan hazrat maseeh alai assalam ko dekhiye un ki zindagi waqiat bhari nahi thi.</w:t>
      </w:r>
    </w:p>
    <w:p>
      <w:pPr>
        <w:jc w:val="right"/>
      </w:pPr>
      <w:r>
        <w:t>مثلاً حضرت مسیح علیہ السلام کو دیکھیے ان کی زندگی واقعات بھری نہیں تھی۔</w:t>
      </w:r>
    </w:p>
    <w:p>
      <w:r>
        <w:rPr>
          <w:b/>
        </w:rPr>
        <w:t xml:space="preserve">[54:37] </w:t>
      </w:r>
      <w:r>
        <w:t>thore din duniya mein rahe wo.</w:t>
      </w:r>
    </w:p>
    <w:p>
      <w:pPr>
        <w:jc w:val="right"/>
      </w:pPr>
      <w:r>
        <w:t>تھوڑے دنوں دنیا میں رہے وہ۔</w:t>
      </w:r>
    </w:p>
    <w:p>
      <w:r>
        <w:rPr>
          <w:b/>
        </w:rPr>
        <w:t xml:space="preserve">[54:40] </w:t>
      </w:r>
      <w:r>
        <w:t>bohat kam waqiat paish aaye aap ke sath.</w:t>
      </w:r>
    </w:p>
    <w:p>
      <w:pPr>
        <w:jc w:val="right"/>
      </w:pPr>
      <w:r>
        <w:t>بہت کم واقعات پیش آئے آپ کے ساتھ۔</w:t>
      </w:r>
    </w:p>
    <w:p>
      <w:r>
        <w:rPr>
          <w:b/>
        </w:rPr>
        <w:t xml:space="preserve">[54:43] </w:t>
      </w:r>
      <w:r>
        <w:t>aur phir chale gaye aap duniya</w:t>
      </w:r>
    </w:p>
    <w:p>
      <w:pPr>
        <w:jc w:val="right"/>
      </w:pPr>
      <w:r>
        <w:t>اور پھر چلے گئے آپ دنیا</w:t>
      </w:r>
    </w:p>
    <w:p>
      <w:r>
        <w:rPr>
          <w:b/>
        </w:rPr>
        <w:t xml:space="preserve">[54:46] </w:t>
      </w:r>
      <w:r>
        <w:t>se.</w:t>
      </w:r>
    </w:p>
    <w:p>
      <w:pPr>
        <w:jc w:val="right"/>
      </w:pPr>
      <w:r>
        <w:t>سے۔</w:t>
      </w:r>
    </w:p>
    <w:p>
      <w:r>
        <w:rPr>
          <w:b/>
        </w:rPr>
        <w:t xml:space="preserve">[54:50] </w:t>
      </w:r>
      <w:r>
        <w:t>lekin nabi alai assalam ki zindagi jo hai bohat waqiat bhari zindagi hai.</w:t>
      </w:r>
    </w:p>
    <w:p>
      <w:pPr>
        <w:jc w:val="right"/>
      </w:pPr>
      <w:r>
        <w:t>لیکن نبی علیہ السلام کی زندگی جو ہے بہت واقعات بھری زندگی ہے۔</w:t>
      </w:r>
    </w:p>
    <w:p>
      <w:r>
        <w:rPr>
          <w:b/>
        </w:rPr>
        <w:t xml:space="preserve">[54:54] </w:t>
      </w:r>
      <w:r>
        <w:t>shuru se akhir tak waqiat se bhari hui.</w:t>
      </w:r>
    </w:p>
    <w:p>
      <w:pPr>
        <w:jc w:val="right"/>
      </w:pPr>
      <w:r>
        <w:t>شروع سے آخر تک واقعات سے بھری ہوئی۔</w:t>
      </w:r>
    </w:p>
    <w:p>
      <w:r>
        <w:rPr>
          <w:b/>
        </w:rPr>
        <w:t xml:space="preserve">[54:58] </w:t>
      </w:r>
      <w:r>
        <w:t>har qism ke waqiat.</w:t>
      </w:r>
    </w:p>
    <w:p>
      <w:pPr>
        <w:jc w:val="right"/>
      </w:pPr>
      <w:r>
        <w:t>ہر قسم کے واقعات۔</w:t>
      </w:r>
    </w:p>
    <w:p>
      <w:r>
        <w:rPr>
          <w:b/>
        </w:rPr>
        <w:t xml:space="preserve">[55:01] </w:t>
      </w:r>
      <w:r>
        <w:t>har qism ke waqiat.</w:t>
      </w:r>
    </w:p>
    <w:p>
      <w:pPr>
        <w:jc w:val="right"/>
      </w:pPr>
      <w:r>
        <w:t>ہر قسم کے واقعات۔</w:t>
      </w:r>
    </w:p>
    <w:p>
      <w:r>
        <w:rPr>
          <w:b/>
        </w:rPr>
        <w:t xml:space="preserve">[55:05] </w:t>
      </w:r>
      <w:r>
        <w:t>misalan yeh bhi waqia maujood hai ke rasool Allah ghore par barhe baithe aur gir pade.</w:t>
      </w:r>
    </w:p>
    <w:p>
      <w:pPr>
        <w:jc w:val="right"/>
      </w:pPr>
      <w:r>
        <w:t>مثلاً یہ بھی واقعہ موجود ہے کہ رسول اللہ گھوڑے پر بڑھے بیٹھے اور گر پڑے۔</w:t>
      </w:r>
    </w:p>
    <w:p>
      <w:r>
        <w:rPr>
          <w:b/>
        </w:rPr>
        <w:t xml:space="preserve">[55:09] </w:t>
      </w:r>
      <w:r>
        <w:t>yeh bhi waqia hai ke rasool Allah ghore par baithe aur gir pade.</w:t>
      </w:r>
    </w:p>
    <w:p>
      <w:pPr>
        <w:jc w:val="right"/>
      </w:pPr>
      <w:r>
        <w:t>یہ بھی واقعہ ہے کہ رسول اللہ گھوڑے پر بیٹھے اور گر پڑے۔</w:t>
      </w:r>
    </w:p>
    <w:p>
      <w:r>
        <w:rPr>
          <w:b/>
        </w:rPr>
        <w:t xml:space="preserve">[55:13] </w:t>
      </w:r>
      <w:r>
        <w:t>rasool Allah ko pathar mara gaya aap ke dant toot gaye. aur</w:t>
      </w:r>
    </w:p>
    <w:p>
      <w:pPr>
        <w:jc w:val="right"/>
      </w:pPr>
      <w:r>
        <w:t>رسول اللہ کو پتھر مارا گیا آپ کے دانت ٹوٹ گئے۔ اور</w:t>
      </w:r>
    </w:p>
    <w:p>
      <w:r>
        <w:rPr>
          <w:b/>
        </w:rPr>
        <w:t xml:space="preserve">[55:16] </w:t>
      </w:r>
      <w:r>
        <w:t>saath sath ye bhi hai ke aap madine ki jo riyasat bani thi us ke aap sarbarah thay. sarbarah riyasat bhi thay aap. bohat hi waqeyat bhari zindagi aap ki hai. har lihaz se aap ki zindagi mein namoona hai. har lihaz se aap ki zindagi mein hum namoona pa sakte hain. to main jo baat is waqt kehna chahta tha wo ye ke science ke zamane mein jo nai tabdiliyan</w:t>
      </w:r>
    </w:p>
    <w:p>
      <w:pPr>
        <w:jc w:val="right"/>
      </w:pPr>
      <w:r>
        <w:t>ساتھ ساتھ یہ بھی ہے کہ آپ مدینے کی جو ریاست بنی تھی اس کے آپ سربراہ تھے۔ سربراہ ریاست بھی تھے آپ۔ بہت ہی واقعات بھری زندگی آپ کی ہے۔ ہر لحاظ سے آپ کی زندگی میں نمونہ ہے۔ ہر لحاظ سے آپ کی زندگی میں ہم نمونہ پا سکتے ہیں۔ تو میں جو بات اس وقت کہنا چاہتا تھا وہ یہ کہ سائنس کے زمانے میں جو نئی تبدیلیاں</w:t>
      </w:r>
    </w:p>
    <w:p>
      <w:r>
        <w:rPr>
          <w:b/>
        </w:rPr>
        <w:t xml:space="preserve">[55:46] </w:t>
      </w:r>
      <w:r>
        <w:t>huin wo tabdiliyan aeen hamare muwafiq theen.</w:t>
      </w:r>
    </w:p>
    <w:p>
      <w:pPr>
        <w:jc w:val="right"/>
      </w:pPr>
      <w:r>
        <w:t>ہوئیں وہ تبدیلیاں عین ہمارے موافق تھیں۔</w:t>
      </w:r>
    </w:p>
    <w:p>
      <w:r>
        <w:rPr>
          <w:b/>
        </w:rPr>
        <w:t xml:space="preserve">[55:51] </w:t>
      </w:r>
      <w:r>
        <w:t>lekin kham khwah log ghussa ho gaye aur lage jitne bhi is zamane mein muslim scholar paida hue hain</w:t>
      </w:r>
    </w:p>
    <w:p>
      <w:pPr>
        <w:jc w:val="right"/>
      </w:pPr>
      <w:r>
        <w:t>لیکن خام خواہ لوگ غصہ ہوگئے اور لگے جتنے بھی اس زمانے میں مسلم اسکالر پیدا ہوئے ہیں</w:t>
      </w:r>
    </w:p>
    <w:p>
      <w:r>
        <w:rPr>
          <w:b/>
        </w:rPr>
        <w:t xml:space="preserve">[55:55] </w:t>
      </w:r>
      <w:r>
        <w:t>sab ne maghribi tehzeeb ke bare mein manfi baatein kahi hain.</w:t>
      </w:r>
    </w:p>
    <w:p>
      <w:pPr>
        <w:jc w:val="right"/>
      </w:pPr>
      <w:r>
        <w:t>سب نے مغربی تہذیب کے بارے میں منفی باتیں کہی ہیں۔</w:t>
      </w:r>
    </w:p>
    <w:p>
      <w:r>
        <w:rPr>
          <w:b/>
        </w:rPr>
        <w:t xml:space="preserve">[55:59] </w:t>
      </w:r>
      <w:r>
        <w:t>sab ke sab.</w:t>
      </w:r>
    </w:p>
    <w:p>
      <w:pPr>
        <w:jc w:val="right"/>
      </w:pPr>
      <w:r>
        <w:t>سب کے سب۔</w:t>
      </w:r>
    </w:p>
    <w:p>
      <w:r>
        <w:rPr>
          <w:b/>
        </w:rPr>
        <w:t xml:space="preserve">[56:04] </w:t>
      </w:r>
      <w:r>
        <w:t>yani poori muslim dunya ke bare mein mein keh raha hoon ke maghribi tehzeeb ke bare mein logon</w:t>
      </w:r>
    </w:p>
    <w:p>
      <w:pPr>
        <w:jc w:val="right"/>
      </w:pPr>
      <w:r>
        <w:t>یعنی پوری مسلم دنیا کے بارے میں میں کہہ رہا ہوں کہ مغربی تہذیب کے بارے میں لوگوں</w:t>
      </w:r>
    </w:p>
    <w:p>
      <w:r>
        <w:rPr>
          <w:b/>
        </w:rPr>
        <w:t xml:space="preserve">[56:08] </w:t>
      </w:r>
      <w:r>
        <w:t>ne manfi baatein kahi hain.</w:t>
      </w:r>
    </w:p>
    <w:p>
      <w:pPr>
        <w:jc w:val="right"/>
      </w:pPr>
      <w:r>
        <w:t>نے منفی باتیں کہی ہیں۔</w:t>
      </w:r>
    </w:p>
    <w:p>
      <w:r>
        <w:rPr>
          <w:b/>
        </w:rPr>
        <w:t xml:space="preserve">[56:12] </w:t>
      </w:r>
      <w:r>
        <w:t>mein is ko be buniyad samajhta hoon. Be bani</w:t>
      </w:r>
    </w:p>
    <w:p>
      <w:pPr>
        <w:jc w:val="right"/>
      </w:pPr>
      <w:r>
        <w:t>میں اس کو بے بنیاد سمجھتا ہوں۔ بے بنی</w:t>
      </w:r>
    </w:p>
    <w:p>
      <w:r>
        <w:rPr>
          <w:b/>
        </w:rPr>
        <w:t xml:space="preserve">[56:17] </w:t>
      </w:r>
      <w:r>
        <w:t>aad.</w:t>
      </w:r>
    </w:p>
    <w:p>
      <w:pPr>
        <w:jc w:val="right"/>
      </w:pPr>
      <w:r>
        <w:t>اد۔</w:t>
      </w:r>
    </w:p>
    <w:p>
      <w:r>
        <w:rPr>
          <w:b/>
        </w:rPr>
        <w:t xml:space="preserve">[56:21] </w:t>
      </w:r>
      <w:r>
        <w:t>is liye ke maghribi tehzeeb ne ek bohat bari cheez di thi.</w:t>
      </w:r>
    </w:p>
    <w:p>
      <w:pPr>
        <w:jc w:val="right"/>
      </w:pPr>
      <w:r>
        <w:t>اس لیے کہ مغربی تہذیب نے ایک بہت بڑی چیز دی تھی۔</w:t>
      </w:r>
    </w:p>
    <w:p>
      <w:r>
        <w:rPr>
          <w:b/>
        </w:rPr>
        <w:t xml:space="preserve">[56:25] </w:t>
      </w:r>
      <w:r>
        <w:t>woh thi scientific tareeqa.</w:t>
      </w:r>
    </w:p>
    <w:p>
      <w:pPr>
        <w:jc w:val="right"/>
      </w:pPr>
      <w:r>
        <w:t>وہ تھی سائنسی طریقہ۔</w:t>
      </w:r>
    </w:p>
    <w:p>
      <w:r>
        <w:rPr>
          <w:b/>
        </w:rPr>
        <w:t xml:space="preserve">[56:30] </w:t>
      </w:r>
      <w:r>
        <w:t>scientific tareeqa toh ain ain khudai mazhab ke haq mein hai.</w:t>
      </w:r>
    </w:p>
    <w:p>
      <w:pPr>
        <w:jc w:val="right"/>
      </w:pPr>
      <w:r>
        <w:t>سائنسی طریقہ تو عین عین خدائی مذہب کے حق میں ہے۔</w:t>
      </w:r>
    </w:p>
    <w:p>
      <w:r>
        <w:rPr>
          <w:b/>
        </w:rPr>
        <w:t xml:space="preserve">[56:34] </w:t>
      </w:r>
      <w:r>
        <w:t>isi liye kaha gaya hai baseerat be zamana.</w:t>
      </w:r>
    </w:p>
    <w:p>
      <w:pPr>
        <w:jc w:val="right"/>
      </w:pPr>
      <w:r>
        <w:t>اسی لیے کہا گیا ہے بصیرت بے زمانہ۔</w:t>
      </w:r>
    </w:p>
    <w:p>
      <w:r>
        <w:rPr>
          <w:b/>
        </w:rPr>
        <w:t xml:space="preserve">[56:39] </w:t>
      </w:r>
      <w:r>
        <w:t>zamane ko janne wale baniye.</w:t>
      </w:r>
    </w:p>
    <w:p>
      <w:pPr>
        <w:jc w:val="right"/>
      </w:pPr>
      <w:r>
        <w:t>زمانے کو جاننے والے بنیے۔</w:t>
      </w:r>
    </w:p>
    <w:p>
      <w:r>
        <w:rPr>
          <w:b/>
        </w:rPr>
        <w:t xml:space="preserve">[56:43] </w:t>
      </w:r>
      <w:r>
        <w:t>toh behal is waqt mein yahi kehna chahta tha ke</w:t>
      </w:r>
    </w:p>
    <w:p>
      <w:pPr>
        <w:jc w:val="right"/>
      </w:pPr>
      <w:r>
        <w:t>تو بہرحال اس وقت میں یہی کہنا چاہتا تھا کہ</w:t>
      </w:r>
    </w:p>
    <w:p>
      <w:r>
        <w:rPr>
          <w:b/>
        </w:rPr>
        <w:t xml:space="preserve">[56:48] </w:t>
      </w:r>
      <w:r>
        <w:t>musbat soch ka apna andaza paida kijiye. ye zamana agar aap ko musbat nazar se dekhen to sachai ko sainsi satah par aaj sabit shuda kar diya gaya hai. aur poore yaqeen ke sath aap sachai ko dobara le sakte hain apni zindagi mein. aqool qawli haza wa astaghfirullah li wa lakum ajmaeen.</w:t>
      </w:r>
    </w:p>
    <w:p>
      <w:pPr>
        <w:jc w:val="right"/>
      </w:pPr>
      <w:r>
        <w:t>مثبت سوچ کا اپنا اندازہ پیدا کیجیے۔ یہ زمانہ اگر آپ کو مثبت نظر سے دیکھیں تو سچائی کو سائنسی سطح پر آج ثابت شدہ کر دیا گیا ہے۔ اور پورے یقین کے ساتھ آپ سچائی کو دوبارہ لے سکتے ہیں اپنی زندگی میں۔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