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Oneness of God | July 19, 2009 | Maulana Wahiduddin Khan</w:t>
      </w:r>
    </w:p>
    <w:p>
      <w:r>
        <w:t>https://www.youtube.com/watch?v=tlfYgAB5LPk</w:t>
      </w:r>
    </w:p>
    <w:p>
      <w:r>
        <w:rPr>
          <w:b/>
        </w:rPr>
        <w:t xml:space="preserve">[00:13] </w:t>
      </w:r>
      <w:r>
        <w:t>bismillah hir rahman nir raheem, wa salli Allahu ala an nabiyyil kareem.</w:t>
      </w:r>
    </w:p>
    <w:p>
      <w:pPr>
        <w:jc w:val="right"/>
      </w:pPr>
      <w:r>
        <w:t>بسم اللہ الرحمن الرحیم، وصلی اللہ علی النبی الکریم۔</w:t>
      </w:r>
    </w:p>
    <w:p>
      <w:r>
        <w:rPr>
          <w:b/>
        </w:rPr>
        <w:t xml:space="preserve">[00:23] </w:t>
      </w:r>
      <w:r>
        <w:t>rab ishrah li sadri, wa yassir li amri, wah lul uqdatan min lisani, jab kahoo qawli.</w:t>
      </w:r>
    </w:p>
    <w:p>
      <w:pPr>
        <w:jc w:val="right"/>
      </w:pPr>
      <w:r>
        <w:t>رب اشرح لی صدری، ویسر لی امری، واحل العقدۃ من لسانی، جب کہو قولی۔</w:t>
      </w:r>
    </w:p>
    <w:p>
      <w:r>
        <w:rPr>
          <w:b/>
        </w:rPr>
        <w:t xml:space="preserve">[00:34] </w:t>
      </w:r>
      <w:r>
        <w:t>aaj ka topic hai "The</w:t>
      </w:r>
    </w:p>
    <w:p>
      <w:pPr>
        <w:jc w:val="right"/>
      </w:pPr>
      <w:r>
        <w:t>آج کا ٹاپک ہے "The</w:t>
      </w:r>
    </w:p>
    <w:p>
      <w:r>
        <w:rPr>
          <w:b/>
        </w:rPr>
        <w:t xml:space="preserve">[00:44] </w:t>
      </w:r>
      <w:r>
        <w:t>Oneness of God".</w:t>
      </w:r>
    </w:p>
    <w:p>
      <w:pPr>
        <w:jc w:val="right"/>
      </w:pPr>
      <w:r>
        <w:t>Oneness of God"۔</w:t>
      </w:r>
    </w:p>
    <w:p>
      <w:r>
        <w:rPr>
          <w:b/>
        </w:rPr>
        <w:t xml:space="preserve">[00:53] </w:t>
      </w:r>
      <w:r>
        <w:t>is topic par jab mein ne sochna shuru kiya toh aisa laga ke yeh khud meri apni zindagi</w:t>
      </w:r>
    </w:p>
    <w:p>
      <w:pPr>
        <w:jc w:val="right"/>
      </w:pPr>
      <w:r>
        <w:t>اس ٹاپک پر جب میں نے سوچنا شروع کیا تو ایسا لگا کہ یہ خود میری اپنی زندگی</w:t>
      </w:r>
    </w:p>
    <w:p>
      <w:r>
        <w:rPr>
          <w:b/>
        </w:rPr>
        <w:t xml:space="preserve">[01:03] </w:t>
      </w:r>
      <w:r>
        <w:t>ka topic hai.</w:t>
      </w:r>
    </w:p>
    <w:p>
      <w:pPr>
        <w:jc w:val="right"/>
      </w:pPr>
      <w:r>
        <w:t>کا ٹاپک ہے۔</w:t>
      </w:r>
    </w:p>
    <w:p>
      <w:r>
        <w:rPr>
          <w:b/>
        </w:rPr>
        <w:t xml:space="preserve">[01:12] </w:t>
      </w:r>
      <w:r>
        <w:t>mein yeh keh sakta hoon ke meri poori zindagi Khuda ki talash mein guzri hai.</w:t>
      </w:r>
    </w:p>
    <w:p>
      <w:pPr>
        <w:jc w:val="right"/>
      </w:pPr>
      <w:r>
        <w:t>میں یہ کہہ سکتا ہوں کہ میری پوری زندگی خدا کی تلاش میں گزری ہے۔</w:t>
      </w:r>
    </w:p>
    <w:p>
      <w:r>
        <w:rPr>
          <w:b/>
        </w:rPr>
        <w:t xml:space="preserve">[01:21] </w:t>
      </w:r>
      <w:r>
        <w:t>is mein koi exaggeration nahi hai.</w:t>
      </w:r>
    </w:p>
    <w:p>
      <w:pPr>
        <w:jc w:val="right"/>
      </w:pPr>
      <w:r>
        <w:t>اس میں کوئی exaggeration نہیں ہے۔</w:t>
      </w:r>
    </w:p>
    <w:p>
      <w:r>
        <w:rPr>
          <w:b/>
        </w:rPr>
        <w:t xml:space="preserve">[01:29] </w:t>
      </w:r>
      <w:r>
        <w:t>ajeeb ajeeb meri zindagi ke waqiyat hain.</w:t>
      </w:r>
    </w:p>
    <w:p>
      <w:pPr>
        <w:jc w:val="right"/>
      </w:pPr>
      <w:r>
        <w:t>عجیب عجیب میری زندگی کے واقعات ہیں۔</w:t>
      </w:r>
    </w:p>
    <w:p>
      <w:r>
        <w:rPr>
          <w:b/>
        </w:rPr>
        <w:t xml:space="preserve">[01:37] </w:t>
      </w:r>
      <w:r>
        <w:t>misal ke taur par Adam Garh mein, mujhe ab tak yaad hai, naujawani ki umar mein, wahan ki jo Jame Masjid</w:t>
      </w:r>
    </w:p>
    <w:p>
      <w:pPr>
        <w:jc w:val="right"/>
      </w:pPr>
      <w:r>
        <w:t>مثلاً آدم گڑھ میں، مجھے اب تک یاد ہے، نوجوانی کی عمر میں، وہاں کی جو جامع مسجد</w:t>
      </w:r>
    </w:p>
    <w:p>
      <w:r>
        <w:rPr>
          <w:b/>
        </w:rPr>
        <w:t xml:space="preserve">[01:44] </w:t>
      </w:r>
      <w:r>
        <w:t>hai, wahan par mein gaya toh wahan par us waqt</w:t>
      </w:r>
    </w:p>
    <w:p>
      <w:pPr>
        <w:jc w:val="right"/>
      </w:pPr>
      <w:r>
        <w:t>ہے، وہاں پر میں گیا تو وہاں پر اس وقت</w:t>
      </w:r>
    </w:p>
    <w:p>
      <w:r>
        <w:rPr>
          <w:b/>
        </w:rPr>
        <w:t xml:space="preserve">[01:52] </w:t>
      </w:r>
      <w:r>
        <w:t>papite ka ek peed hua karta tha.</w:t>
      </w:r>
    </w:p>
    <w:p>
      <w:pPr>
        <w:jc w:val="right"/>
      </w:pPr>
      <w:r>
        <w:t>پپیتے کا ایک پیڑ ہوا کرتا تھا۔</w:t>
      </w:r>
    </w:p>
    <w:p>
      <w:r>
        <w:rPr>
          <w:b/>
        </w:rPr>
        <w:t xml:space="preserve">[01:57] </w:t>
      </w:r>
      <w:r>
        <w:t>iske neeche mein khada ho gaya.</w:t>
      </w:r>
    </w:p>
    <w:p>
      <w:pPr>
        <w:jc w:val="right"/>
      </w:pPr>
      <w:r>
        <w:t>اس کے نیچے میں کھڑا ہو گیا۔</w:t>
      </w:r>
    </w:p>
    <w:p>
      <w:r>
        <w:rPr>
          <w:b/>
        </w:rPr>
        <w:t xml:space="preserve">[02:02] </w:t>
      </w:r>
      <w:r>
        <w:t>upar se papite ke phool gir rahe the zameen par.</w:t>
      </w:r>
    </w:p>
    <w:p>
      <w:pPr>
        <w:jc w:val="right"/>
      </w:pPr>
      <w:r>
        <w:t>اوپر سے پپیتے کے پھول گر رہے تھے زمین پر۔</w:t>
      </w:r>
    </w:p>
    <w:p>
      <w:r>
        <w:rPr>
          <w:b/>
        </w:rPr>
        <w:t xml:space="preserve">[02:07] </w:t>
      </w:r>
      <w:r>
        <w:t>aur mere aansu tapak tapak kar zameen par gir rahe the.</w:t>
      </w:r>
    </w:p>
    <w:p>
      <w:pPr>
        <w:jc w:val="right"/>
      </w:pPr>
      <w:r>
        <w:t>اور میرے آنسو ٹپک ٹپک کر زمین پر گر رہے تھے۔</w:t>
      </w:r>
    </w:p>
    <w:p>
      <w:r>
        <w:rPr>
          <w:b/>
        </w:rPr>
        <w:t xml:space="preserve">[02:12] </w:t>
      </w:r>
      <w:r>
        <w:t>yeh halat thi meri.</w:t>
      </w:r>
    </w:p>
    <w:p>
      <w:pPr>
        <w:jc w:val="right"/>
      </w:pPr>
      <w:r>
        <w:t>یہ حالت تھی میری۔</w:t>
      </w:r>
    </w:p>
    <w:p>
      <w:r>
        <w:rPr>
          <w:b/>
        </w:rPr>
        <w:t xml:space="preserve">[02:16] </w:t>
      </w:r>
      <w:r>
        <w:t>achanak mere zuban se nikla, "khawand!</w:t>
      </w:r>
    </w:p>
    <w:p>
      <w:pPr>
        <w:jc w:val="right"/>
      </w:pPr>
      <w:r>
        <w:t>اچانک میرے زبان سے نکلا، "خداوند!</w:t>
      </w:r>
    </w:p>
    <w:p>
      <w:r>
        <w:rPr>
          <w:b/>
        </w:rPr>
        <w:t xml:space="preserve">[02:21] </w:t>
      </w:r>
      <w:r>
        <w:t>tu kab aayega? main kab tak tere aane ka intezar karoon?"</w:t>
      </w:r>
    </w:p>
    <w:p>
      <w:pPr>
        <w:jc w:val="right"/>
      </w:pPr>
      <w:r>
        <w:t>تو کب آئے گا؟ میں کب تک تیرے آنے کا انتظار کروں؟"</w:t>
      </w:r>
    </w:p>
    <w:p>
      <w:r>
        <w:rPr>
          <w:b/>
        </w:rPr>
        <w:t xml:space="preserve">[02:26] </w:t>
      </w:r>
      <w:r>
        <w:t>ek baar main ghar se paidal nikal pada.</w:t>
      </w:r>
    </w:p>
    <w:p>
      <w:pPr>
        <w:jc w:val="right"/>
      </w:pPr>
      <w:r>
        <w:t>ایک بار میں گھر سے پیدل نکل پڑا۔</w:t>
      </w:r>
    </w:p>
    <w:p>
      <w:r>
        <w:rPr>
          <w:b/>
        </w:rPr>
        <w:t xml:space="preserve">[02:32] </w:t>
      </w:r>
      <w:r>
        <w:t>paidal chal raha tha aur paon mein chhale pad gaye the.</w:t>
      </w:r>
    </w:p>
    <w:p>
      <w:pPr>
        <w:jc w:val="right"/>
      </w:pPr>
      <w:r>
        <w:t>پیدل چل رہا تھا اور پاؤں میں چھالے پڑ گئے تھے۔</w:t>
      </w:r>
    </w:p>
    <w:p>
      <w:r>
        <w:rPr>
          <w:b/>
        </w:rPr>
        <w:t xml:space="preserve">[02:39] </w:t>
      </w:r>
      <w:r>
        <w:t>aaj main sochta hoon to samajh mein aata hai ke main kaise chalta raha.</w:t>
      </w:r>
    </w:p>
    <w:p>
      <w:pPr>
        <w:jc w:val="right"/>
      </w:pPr>
      <w:r>
        <w:t>آج میں سوچتا ہوں تو سمجھ میں آتا ہے کہ میں کیسے چلتا رہا۔</w:t>
      </w:r>
    </w:p>
    <w:p>
      <w:r>
        <w:rPr>
          <w:b/>
        </w:rPr>
        <w:t xml:space="preserve">[02:45] </w:t>
      </w:r>
      <w:r>
        <w:t>aur yeh sher padhta tha main, "chala hai shauq be khabar, junoon mein jaaniye kidhar, na koi manzil</w:t>
      </w:r>
    </w:p>
    <w:p>
      <w:pPr>
        <w:jc w:val="right"/>
      </w:pPr>
      <w:r>
        <w:t>اور یہ شعر پڑھتا تھا میں، "چلا ہے شوق بے خبر، جنوں میں جانیے کدھر، نہ کوئی منزل</w:t>
      </w:r>
    </w:p>
    <w:p>
      <w:r>
        <w:rPr>
          <w:b/>
        </w:rPr>
        <w:t xml:space="preserve">[02:51] </w:t>
      </w:r>
      <w:r>
        <w:t>safar, na qaid kuch maqam ki."</w:t>
      </w:r>
    </w:p>
    <w:p>
      <w:pPr>
        <w:jc w:val="right"/>
      </w:pPr>
      <w:r>
        <w:t>سفر، نہ قید کچھ مقام کی۔"</w:t>
      </w:r>
    </w:p>
    <w:p>
      <w:r>
        <w:rPr>
          <w:b/>
        </w:rPr>
        <w:t xml:space="preserve">[02:57] </w:t>
      </w:r>
      <w:r>
        <w:t>gharz hai ke is tarah ki bohat sari kahaniyan hain.</w:t>
      </w:r>
    </w:p>
    <w:p>
      <w:pPr>
        <w:jc w:val="right"/>
      </w:pPr>
      <w:r>
        <w:t>غرض ہے کہ اس طرح کی بہت ساری کہانیاں ہیں۔</w:t>
      </w:r>
    </w:p>
    <w:p>
      <w:r>
        <w:rPr>
          <w:b/>
        </w:rPr>
        <w:t xml:space="preserve">[03:05] </w:t>
      </w:r>
      <w:r>
        <w:t>to Khuda ki talash mere andar kyun aayi? yahan par main yeh kehna chahunga ke Khuda ka</w:t>
      </w:r>
    </w:p>
    <w:p>
      <w:pPr>
        <w:jc w:val="right"/>
      </w:pPr>
      <w:r>
        <w:t>تو خدا کی تلاش میرے اندر کیوں آئی؟ یہاں پر میں یہ کہنا چاہوں گا کہ خدا کا</w:t>
      </w:r>
    </w:p>
    <w:p>
      <w:r>
        <w:rPr>
          <w:b/>
        </w:rPr>
        <w:t xml:space="preserve">[03:13] </w:t>
      </w:r>
      <w:r>
        <w:t>jo subject hai, uska ek aspect hai scientific aur doosra hai psychological.</w:t>
      </w:r>
    </w:p>
    <w:p>
      <w:pPr>
        <w:jc w:val="right"/>
      </w:pPr>
      <w:r>
        <w:t>جو سبجیکٹ ہے، اس کا ایک aspect ہے سائنٹیفک اور دوسرا ہے سائیکلوجیکل۔</w:t>
      </w:r>
    </w:p>
    <w:p>
      <w:r>
        <w:rPr>
          <w:b/>
        </w:rPr>
        <w:t xml:space="preserve">[03:20] </w:t>
      </w:r>
      <w:r>
        <w:t>scientific aspect jo hai, us mein argument hai, us mein mantiq hai, us mein reason hai, us mein analysis hai.</w:t>
      </w:r>
    </w:p>
    <w:p>
      <w:pPr>
        <w:jc w:val="right"/>
      </w:pPr>
      <w:r>
        <w:t>سائنٹیفک aspect جو ہے، اس میں argument ہے، اس میں منطق ہے، اس میں reason ہے، اس میں analysis ہے۔</w:t>
      </w:r>
    </w:p>
    <w:p>
      <w:r>
        <w:rPr>
          <w:b/>
        </w:rPr>
        <w:t xml:space="preserve">[03:28] </w:t>
      </w:r>
      <w:r>
        <w:t>yeh aspect hai.</w:t>
      </w:r>
    </w:p>
    <w:p>
      <w:pPr>
        <w:jc w:val="right"/>
      </w:pPr>
      <w:r>
        <w:t>یہ aspect ہے۔</w:t>
      </w:r>
    </w:p>
    <w:p>
      <w:r>
        <w:rPr>
          <w:b/>
        </w:rPr>
        <w:t xml:space="preserve">[03:33] </w:t>
      </w:r>
      <w:r>
        <w:t>aur doosra aspect yeh hai ke aadmi ki jo atma hai, uski jo rooh hai, uski</w:t>
      </w:r>
    </w:p>
    <w:p>
      <w:pPr>
        <w:jc w:val="right"/>
      </w:pPr>
      <w:r>
        <w:t>اور دوسرا aspect یہ ہے کہ آدمی کی جو آتما ہے، اس کی جو روح ہے، اس کی</w:t>
      </w:r>
    </w:p>
    <w:p>
      <w:r>
        <w:rPr>
          <w:b/>
        </w:rPr>
        <w:t xml:space="preserve">[03:38] </w:t>
      </w:r>
      <w:r>
        <w:t>jo soul hai, andar se uski ek arz hai, ek pukar hai, ek maang hai.</w:t>
      </w:r>
    </w:p>
    <w:p>
      <w:pPr>
        <w:jc w:val="right"/>
      </w:pPr>
      <w:r>
        <w:t>جو soul ہے، اندر سے اس کی ایک عرض ہے، ایک پکار ہے، ایک مانگ ہے۔</w:t>
      </w:r>
    </w:p>
    <w:p>
      <w:r>
        <w:rPr>
          <w:b/>
        </w:rPr>
        <w:t xml:space="preserve">[03:44] </w:t>
      </w:r>
      <w:r>
        <w:t>woh har ek mein hoti hai.</w:t>
      </w:r>
    </w:p>
    <w:p>
      <w:pPr>
        <w:jc w:val="right"/>
      </w:pPr>
      <w:r>
        <w:t>وہ ہر ایک میں ہوتی ہے۔</w:t>
      </w:r>
    </w:p>
    <w:p>
      <w:r>
        <w:rPr>
          <w:b/>
        </w:rPr>
        <w:t xml:space="preserve">[03:49] </w:t>
      </w:r>
      <w:r>
        <w:t>har aurat mein, har mard mein.</w:t>
      </w:r>
    </w:p>
    <w:p>
      <w:pPr>
        <w:jc w:val="right"/>
      </w:pPr>
      <w:r>
        <w:t>ہر عورت میں، ہر مرد میں۔</w:t>
      </w:r>
    </w:p>
    <w:p>
      <w:r>
        <w:rPr>
          <w:b/>
        </w:rPr>
        <w:t xml:space="preserve">[03:54] </w:t>
      </w:r>
      <w:r>
        <w:t>indian mein bhi hai, non indian mein bhi hai.</w:t>
      </w:r>
    </w:p>
    <w:p>
      <w:pPr>
        <w:jc w:val="right"/>
      </w:pPr>
      <w:r>
        <w:t>انڈین میں بھی ہے، non انڈین میں بھی ہے۔</w:t>
      </w:r>
    </w:p>
    <w:p>
      <w:r>
        <w:rPr>
          <w:b/>
        </w:rPr>
        <w:t xml:space="preserve">[03:59] </w:t>
      </w:r>
      <w:r>
        <w:t>phir jab maine parha anthropology ko to mujhe maloom hua ke anthropology, aap jante hain, anthropology societies ka mutala karti hai. to jo primitive society thi insaan ki, bohat pehle ki society, jis ke bare mein historical record bhi nahi hai, kuch archaeological evidence par ya kuch aur cheezon par rai ban</w:t>
      </w:r>
    </w:p>
    <w:p>
      <w:pPr>
        <w:jc w:val="right"/>
      </w:pPr>
      <w:r>
        <w:t>پھر جب میں نے پڑھا anthropology کو تو مجھے معلوم ہوا کہ anthropology، آپ جانتے ہیں، anthropology societies کا مطالعہ کرتی ہے۔ تو جو primitive society تھی انسان کی، بہت پہلے کی society، جس کے بارے میں historical ریکارڈ بھی نہیں ہے، کچھ archaeological evidence پر یا کچھ اور چیزوں پر رائے بن</w:t>
      </w:r>
    </w:p>
    <w:p>
      <w:r>
        <w:rPr>
          <w:b/>
        </w:rPr>
        <w:t xml:space="preserve">[04:29] </w:t>
      </w:r>
      <w:r>
        <w:t>aayi jaati hai, to primitive society jo thi, us mein bhi Khuda ka concept maujood tha.</w:t>
      </w:r>
    </w:p>
    <w:p>
      <w:pPr>
        <w:jc w:val="right"/>
      </w:pPr>
      <w:r>
        <w:t>ائی جاتی ہے، تو primitive society جو تھی، اس میں بھی خدا کا concept موجود تھا۔</w:t>
      </w:r>
    </w:p>
    <w:p>
      <w:r>
        <w:rPr>
          <w:b/>
        </w:rPr>
        <w:t xml:space="preserve">[04:35] </w:t>
      </w:r>
      <w:r>
        <w:t>aur aaj bhi hai.</w:t>
      </w:r>
    </w:p>
    <w:p>
      <w:pPr>
        <w:jc w:val="right"/>
      </w:pPr>
      <w:r>
        <w:t>اور آج بھی ہے۔</w:t>
      </w:r>
    </w:p>
    <w:p>
      <w:r>
        <w:rPr>
          <w:b/>
        </w:rPr>
        <w:t xml:space="preserve">[04:41] </w:t>
      </w:r>
      <w:r>
        <w:t>kabhi bhi insaan ya koi society Khuda ke concept se khali nahi rahi hai.</w:t>
      </w:r>
    </w:p>
    <w:p>
      <w:pPr>
        <w:jc w:val="right"/>
      </w:pPr>
      <w:r>
        <w:t>کبھی بھی انسان یا کوئی society خدا کے concept سے خالی نہیں رہی ہے۔</w:t>
      </w:r>
    </w:p>
    <w:p>
      <w:r>
        <w:rPr>
          <w:b/>
        </w:rPr>
        <w:t xml:space="preserve">[04:47] </w:t>
      </w:r>
      <w:r>
        <w:t>main ne bohat padha hai is subject par.</w:t>
      </w:r>
    </w:p>
    <w:p>
      <w:pPr>
        <w:jc w:val="right"/>
      </w:pPr>
      <w:r>
        <w:t>میں نے بہت پڑھا ہے اس سبجیکٹ پر۔</w:t>
      </w:r>
    </w:p>
    <w:p>
      <w:r>
        <w:rPr>
          <w:b/>
        </w:rPr>
        <w:t xml:space="preserve">[04:53] </w:t>
      </w:r>
      <w:r>
        <w:t>kuch individual sarzamanay mein aise zaroor hue hain jo Khuda ka inkar karte the.</w:t>
      </w:r>
    </w:p>
    <w:p>
      <w:pPr>
        <w:jc w:val="right"/>
      </w:pPr>
      <w:r>
        <w:t>کچھ individual سرزمانے میں ایسے ضرور ہوئے ہیں جو خدا کا انکار کرتے تھے۔</w:t>
      </w:r>
    </w:p>
    <w:p>
      <w:r>
        <w:rPr>
          <w:b/>
        </w:rPr>
        <w:t xml:space="preserve">[05:00] </w:t>
      </w:r>
      <w:r>
        <w:t>lekin woh aise logon ko yeh kaha jata hai ke woh negligible minority, naqabil-e-lehaz aqalliyat.</w:t>
      </w:r>
    </w:p>
    <w:p>
      <w:pPr>
        <w:jc w:val="right"/>
      </w:pPr>
      <w:r>
        <w:t>لیکن وہ ایسے لوگوں کو یہ کہا جاتا ہے کہ وہ negligible minority، ناقابل لحاظ اقلیت۔</w:t>
      </w:r>
    </w:p>
    <w:p>
      <w:r>
        <w:rPr>
          <w:b/>
        </w:rPr>
        <w:t xml:space="preserve">[05:10] </w:t>
      </w:r>
      <w:r>
        <w:t>wa nasara-e-insaan, saare insaan, saare insaan.</w:t>
      </w:r>
    </w:p>
    <w:p>
      <w:pPr>
        <w:jc w:val="right"/>
      </w:pPr>
      <w:r>
        <w:t>وَنَسَّارِهِ إِنْسَانٌ، سارے انسان، سارے انسان۔</w:t>
      </w:r>
    </w:p>
    <w:p>
      <w:r>
        <w:rPr>
          <w:b/>
        </w:rPr>
        <w:t xml:space="preserve">[05:20] </w:t>
      </w:r>
      <w:r>
        <w:t>to aisa kyun hai? aisa kyun hai? yeh qissa, iska jawab mujhe mila</w:t>
      </w:r>
    </w:p>
    <w:p>
      <w:pPr>
        <w:jc w:val="right"/>
      </w:pPr>
      <w:r>
        <w:t>تو ایسا کیوں ہے؟ ایسا کیوں ہے؟ یہ قصہ، اس کا جواب مجھے ملا</w:t>
      </w:r>
    </w:p>
    <w:p>
      <w:r>
        <w:rPr>
          <w:b/>
        </w:rPr>
        <w:t xml:space="preserve">[05:30] </w:t>
      </w:r>
      <w:r>
        <w:t>ek qisse mein.</w:t>
      </w:r>
    </w:p>
    <w:p>
      <w:pPr>
        <w:jc w:val="right"/>
      </w:pPr>
      <w:r>
        <w:t>ایک قصے میں۔</w:t>
      </w:r>
    </w:p>
    <w:p>
      <w:r>
        <w:rPr>
          <w:b/>
        </w:rPr>
        <w:t xml:space="preserve">[05:36] </w:t>
      </w:r>
      <w:r>
        <w:t>mumbail qile jo hai wahan ka, America ka, jo apne bare mein kehta tha ke "I am king</w:t>
      </w:r>
    </w:p>
    <w:p>
      <w:pPr>
        <w:jc w:val="right"/>
      </w:pPr>
      <w:r>
        <w:t>ممبللی قلعے جو ہے وہاں کا، امریکہ کا، جو اپنے بارے میں کہتا تھا کہ "I am king</w:t>
      </w:r>
    </w:p>
    <w:p>
      <w:r>
        <w:rPr>
          <w:b/>
        </w:rPr>
        <w:t xml:space="preserve">[05:42] </w:t>
      </w:r>
      <w:r>
        <w:t>of the world." kisi ko manta nahi tha woh.</w:t>
      </w:r>
    </w:p>
    <w:p>
      <w:pPr>
        <w:jc w:val="right"/>
      </w:pPr>
      <w:r>
        <w:t>of the world۔" کسی کو مانتا نہیں تھا وہ۔</w:t>
      </w:r>
    </w:p>
    <w:p>
      <w:r>
        <w:rPr>
          <w:b/>
        </w:rPr>
        <w:t xml:space="preserve">[05:48] </w:t>
      </w:r>
      <w:r>
        <w:t>"I am king of the world." to ek guru usko mila.</w:t>
      </w:r>
    </w:p>
    <w:p>
      <w:pPr>
        <w:jc w:val="right"/>
      </w:pPr>
      <w:r>
        <w:t>"I am king of the world۔" تو ایک گرو اس کو ملا۔</w:t>
      </w:r>
    </w:p>
    <w:p>
      <w:r>
        <w:rPr>
          <w:b/>
        </w:rPr>
        <w:t xml:space="preserve">[05:54] </w:t>
      </w:r>
      <w:r>
        <w:t>is guru ne kuch aisi baatein kaheen ke uska andar ka jo</w:t>
      </w:r>
    </w:p>
    <w:p>
      <w:pPr>
        <w:jc w:val="right"/>
      </w:pPr>
      <w:r>
        <w:t>اس گرو نے کچھ ایسی باتیں کہیں کہ اس کا اندر کا جو</w:t>
      </w:r>
    </w:p>
    <w:p>
      <w:r>
        <w:rPr>
          <w:b/>
        </w:rPr>
        <w:t xml:space="preserve">[06:00] </w:t>
      </w:r>
      <w:r>
        <w:t>, andar ki jo aatma thi, woh touch ho gayi.</w:t>
      </w:r>
    </w:p>
    <w:p>
      <w:pPr>
        <w:jc w:val="right"/>
      </w:pPr>
      <w:r>
        <w:t>، اندر کی جو آتما تھی، وہ touch ہو گئی۔</w:t>
      </w:r>
    </w:p>
    <w:p>
      <w:r>
        <w:rPr>
          <w:b/>
        </w:rPr>
        <w:t xml:space="preserve">[06:05] </w:t>
      </w:r>
      <w:r>
        <w:t>uske aage jhuk gaya woh.</w:t>
      </w:r>
    </w:p>
    <w:p>
      <w:pPr>
        <w:jc w:val="right"/>
      </w:pPr>
      <w:r>
        <w:t>اس کے آگے جھک گیا وہ۔</w:t>
      </w:r>
    </w:p>
    <w:p>
      <w:r>
        <w:rPr>
          <w:b/>
        </w:rPr>
        <w:t xml:space="preserve">[06:10] </w:t>
      </w:r>
      <w:r>
        <w:t>to times, times jo nikalta hai wahan se, New York se, to is mein likha tha ke woh aadmi</w:t>
      </w:r>
    </w:p>
    <w:p>
      <w:pPr>
        <w:jc w:val="right"/>
      </w:pPr>
      <w:r>
        <w:t>تو ٹائمز، ٹائمز جو نکلتا ہے وہاں سے، نیویارک سے، تو اس میں لکھا تھا کہ وہ آدمی</w:t>
      </w:r>
    </w:p>
    <w:p>
      <w:r>
        <w:rPr>
          <w:b/>
        </w:rPr>
        <w:t xml:space="preserve">[06:15] </w:t>
      </w:r>
      <w:r>
        <w:t>jo kehta tha "I am king of the world", woh kyun ek guru ke aage jhuk gaya woh?</w:t>
      </w:r>
    </w:p>
    <w:p>
      <w:pPr>
        <w:jc w:val="right"/>
      </w:pPr>
      <w:r>
        <w:t>جو کہتا تھا "I am king of the world"، وہ کیوں ایک گرو کے آگے جھک گیا وہ؟</w:t>
      </w:r>
    </w:p>
    <w:p>
      <w:r>
        <w:rPr>
          <w:b/>
        </w:rPr>
        <w:t xml:space="preserve">[06:20] </w:t>
      </w:r>
      <w:r>
        <w:t>is mein usko psychoanalysis kiya tha isne.</w:t>
      </w:r>
    </w:p>
    <w:p>
      <w:pPr>
        <w:jc w:val="right"/>
      </w:pPr>
      <w:r>
        <w:t>اس میں اس کو psychoanalysis کیا تھا اس نے۔</w:t>
      </w:r>
    </w:p>
    <w:p>
      <w:r>
        <w:rPr>
          <w:b/>
        </w:rPr>
        <w:t xml:space="preserve">[06:25] </w:t>
      </w:r>
      <w:r>
        <w:t>usne kaha ke chahe aadmi yeh kahe apne munh se ke "I am king of the world", lekin andar</w:t>
      </w:r>
    </w:p>
    <w:p>
      <w:pPr>
        <w:jc w:val="right"/>
      </w:pPr>
      <w:r>
        <w:t>اس نے کہا کہ چاہے آدمی یہ کہے اپنے منہ سے کہ "I am king of the world"، لیکن اند</w:t>
      </w:r>
    </w:p>
    <w:p>
      <w:r>
        <w:rPr>
          <w:b/>
        </w:rPr>
        <w:t xml:space="preserve">[06:30] </w:t>
      </w:r>
      <w:r>
        <w:t>uske kuch aur hota hai.</w:t>
      </w:r>
    </w:p>
    <w:p>
      <w:pPr>
        <w:jc w:val="right"/>
      </w:pPr>
      <w:r>
        <w:t>ر اس کے کچھ اور ہوتا ہے۔</w:t>
      </w:r>
    </w:p>
    <w:p>
      <w:r>
        <w:rPr>
          <w:b/>
        </w:rPr>
        <w:t xml:space="preserve">[06:35] </w:t>
      </w:r>
      <w:r>
        <w:t>woh chahta hai koi king ho uske aage mein jhukoon.</w:t>
      </w:r>
    </w:p>
    <w:p>
      <w:pPr>
        <w:jc w:val="right"/>
      </w:pPr>
      <w:r>
        <w:t>وہ چاہتا ہے کوئی king ہو اس کے آگے میں جھکوں۔</w:t>
      </w:r>
    </w:p>
    <w:p>
      <w:r>
        <w:rPr>
          <w:b/>
        </w:rPr>
        <w:t xml:space="preserve">[06:39] </w:t>
      </w:r>
      <w:r>
        <w:t>insaan ke nature mein yeh hai kisi ke aage jhukna.</w:t>
      </w:r>
    </w:p>
    <w:p>
      <w:pPr>
        <w:jc w:val="right"/>
      </w:pPr>
      <w:r>
        <w:t>انسان کے nature میں یہ ہے کسی کے آگے جھکنا۔</w:t>
      </w:r>
    </w:p>
    <w:p>
      <w:r>
        <w:rPr>
          <w:b/>
        </w:rPr>
        <w:t xml:space="preserve">[06:43] </w:t>
      </w:r>
      <w:r>
        <w:t>kisi ke aage surrender karna.</w:t>
      </w:r>
    </w:p>
    <w:p>
      <w:pPr>
        <w:jc w:val="right"/>
      </w:pPr>
      <w:r>
        <w:t>کسی کے آگے surrender کرنا۔</w:t>
      </w:r>
    </w:p>
    <w:p>
      <w:r>
        <w:rPr>
          <w:b/>
        </w:rPr>
        <w:t xml:space="preserve">[06:48] </w:t>
      </w:r>
      <w:r>
        <w:t>to jab tak woh nahi milta, tab tak woh kuch bolta rehta hai.</w:t>
      </w:r>
    </w:p>
    <w:p>
      <w:pPr>
        <w:jc w:val="right"/>
      </w:pPr>
      <w:r>
        <w:t>تو جب تک وہ نہیں ملتا، تب تک وہ کچھ بولتا رہتا ہے۔</w:t>
      </w:r>
    </w:p>
    <w:p>
      <w:r>
        <w:rPr>
          <w:b/>
        </w:rPr>
        <w:t xml:space="preserve">[06:52] </w:t>
      </w:r>
      <w:r>
        <w:t>lekin jab woh mil jaye to woh surrender kar deta hai.</w:t>
      </w:r>
    </w:p>
    <w:p>
      <w:pPr>
        <w:jc w:val="right"/>
      </w:pPr>
      <w:r>
        <w:t>لیکن جب وہ مل جائے تو وہ surrender کر دیتا ہے۔</w:t>
      </w:r>
    </w:p>
    <w:p>
      <w:r>
        <w:rPr>
          <w:b/>
        </w:rPr>
        <w:t xml:space="preserve">[06:56] </w:t>
      </w:r>
      <w:r>
        <w:t>to mein apne experience ki bina par keh sakta hoon ke insaan</w:t>
      </w:r>
    </w:p>
    <w:p>
      <w:pPr>
        <w:jc w:val="right"/>
      </w:pPr>
      <w:r>
        <w:t>تو میں اپنے experience کی بنا پر کہہ سکتا ہوں کہ انسان</w:t>
      </w:r>
    </w:p>
    <w:p>
      <w:r>
        <w:rPr>
          <w:b/>
        </w:rPr>
        <w:t xml:space="preserve">[07:01] </w:t>
      </w:r>
      <w:r>
        <w:t>by nature yeh chahta hai koi bada ho jis se woh mohabbat kare.</w:t>
      </w:r>
    </w:p>
    <w:p>
      <w:pPr>
        <w:jc w:val="right"/>
      </w:pPr>
      <w:r>
        <w:t>by nature یہ چاہتا ہے کوئی بڑا ہو جس سے وہ محبت کرے۔</w:t>
      </w:r>
    </w:p>
    <w:p>
      <w:r>
        <w:rPr>
          <w:b/>
        </w:rPr>
        <w:t xml:space="preserve">[07:04] </w:t>
      </w:r>
      <w:r>
        <w:t>koi bada ho jis se woh mohabbat kare.</w:t>
      </w:r>
    </w:p>
    <w:p>
      <w:pPr>
        <w:jc w:val="right"/>
      </w:pPr>
      <w:r>
        <w:t>کوئی بڑا ہو جس سے وہ محبت کرے۔</w:t>
      </w:r>
    </w:p>
    <w:p>
      <w:r>
        <w:rPr>
          <w:b/>
        </w:rPr>
        <w:t xml:space="preserve">[07:07] </w:t>
      </w:r>
      <w:r>
        <w:t>apne se bada.</w:t>
      </w:r>
    </w:p>
    <w:p>
      <w:pPr>
        <w:jc w:val="right"/>
      </w:pPr>
      <w:r>
        <w:t>اپنے سے بڑا۔</w:t>
      </w:r>
    </w:p>
    <w:p>
      <w:r>
        <w:rPr>
          <w:b/>
        </w:rPr>
        <w:t xml:space="preserve">[07:11] </w:t>
      </w:r>
      <w:r>
        <w:t>samaj se bada.</w:t>
      </w:r>
    </w:p>
    <w:p>
      <w:pPr>
        <w:jc w:val="right"/>
      </w:pPr>
      <w:r>
        <w:t>سماج سے بڑا۔</w:t>
      </w:r>
    </w:p>
    <w:p>
      <w:r>
        <w:rPr>
          <w:b/>
        </w:rPr>
        <w:t xml:space="preserve">[07:14] </w:t>
      </w:r>
      <w:r>
        <w:t>nation se bara.</w:t>
      </w:r>
    </w:p>
    <w:p>
      <w:pPr>
        <w:jc w:val="right"/>
      </w:pPr>
      <w:r>
        <w:t>nation سے بڑا۔</w:t>
      </w:r>
    </w:p>
    <w:p>
      <w:r>
        <w:rPr>
          <w:b/>
        </w:rPr>
        <w:t xml:space="preserve">[07:17] </w:t>
      </w:r>
      <w:r>
        <w:t>aulad se bara.</w:t>
      </w:r>
    </w:p>
    <w:p>
      <w:pPr>
        <w:jc w:val="right"/>
      </w:pPr>
      <w:r>
        <w:t>اولاد سے بڑا۔</w:t>
      </w:r>
    </w:p>
    <w:p>
      <w:r>
        <w:rPr>
          <w:b/>
        </w:rPr>
        <w:t xml:space="preserve">[07:21] </w:t>
      </w:r>
      <w:r>
        <w:t>paise se bara.</w:t>
      </w:r>
    </w:p>
    <w:p>
      <w:pPr>
        <w:jc w:val="right"/>
      </w:pPr>
      <w:r>
        <w:t>پیسے سے بڑا۔</w:t>
      </w:r>
    </w:p>
    <w:p>
      <w:r>
        <w:rPr>
          <w:b/>
        </w:rPr>
        <w:t xml:space="preserve">[07:24] </w:t>
      </w:r>
      <w:r>
        <w:t>koi super natural level par koi bara ho.</w:t>
      </w:r>
    </w:p>
    <w:p>
      <w:pPr>
        <w:jc w:val="right"/>
      </w:pPr>
      <w:r>
        <w:t>کوئی super natural level پر کوئی بڑا ہو۔</w:t>
      </w:r>
    </w:p>
    <w:p>
      <w:r>
        <w:rPr>
          <w:b/>
        </w:rPr>
        <w:t xml:space="preserve">[07:28] </w:t>
      </w:r>
      <w:r>
        <w:t>to jab tak woh nahi pata,</w:t>
      </w:r>
    </w:p>
    <w:p>
      <w:pPr>
        <w:jc w:val="right"/>
      </w:pPr>
      <w:r>
        <w:t>تو جب تک وہ نہیں پاتا،</w:t>
      </w:r>
    </w:p>
    <w:p>
      <w:r>
        <w:rPr>
          <w:b/>
        </w:rPr>
        <w:t xml:space="preserve">[07:31] </w:t>
      </w:r>
      <w:r>
        <w:t>tab tak atka rehta hai idhar udhar.</w:t>
      </w:r>
    </w:p>
    <w:p>
      <w:pPr>
        <w:jc w:val="right"/>
      </w:pPr>
      <w:r>
        <w:t>تب تک اٹکا رہتا ہے ادھر ادھر۔</w:t>
      </w:r>
    </w:p>
    <w:p>
      <w:r>
        <w:rPr>
          <w:b/>
        </w:rPr>
        <w:t xml:space="preserve">[07:35] </w:t>
      </w:r>
      <w:r>
        <w:t>lekin paane ke baad woh bilkul isi ka aage surrender kar deta hai.</w:t>
      </w:r>
    </w:p>
    <w:p>
      <w:pPr>
        <w:jc w:val="right"/>
      </w:pPr>
      <w:r>
        <w:t>لیکن پانے کے بعد وہ بالکل اسی کا آگے surrender کر دیتا ہے۔</w:t>
      </w:r>
    </w:p>
    <w:p>
      <w:r>
        <w:rPr>
          <w:b/>
        </w:rPr>
        <w:t xml:space="preserve">[07:39] </w:t>
      </w:r>
      <w:r>
        <w:t>to main ek zamindar family mein paida hua.</w:t>
      </w:r>
    </w:p>
    <w:p>
      <w:pPr>
        <w:jc w:val="right"/>
      </w:pPr>
      <w:r>
        <w:t>تو میں ایک زمیندار family میں پیدا ہوا۔</w:t>
      </w:r>
    </w:p>
    <w:p>
      <w:r>
        <w:rPr>
          <w:b/>
        </w:rPr>
        <w:t xml:space="preserve">[07:44] </w:t>
      </w:r>
      <w:r>
        <w:t>waise hamare ghar mein sab kuch tha material aitbar se.</w:t>
      </w:r>
    </w:p>
    <w:p>
      <w:pPr>
        <w:jc w:val="right"/>
      </w:pPr>
      <w:r>
        <w:t>ویسے ہمارے گھر میں سب کچھ تھا material اعتبار سے۔</w:t>
      </w:r>
    </w:p>
    <w:p>
      <w:r>
        <w:rPr>
          <w:b/>
        </w:rPr>
        <w:t xml:space="preserve">[07:48] </w:t>
      </w:r>
      <w:r>
        <w:t>lekin kisi cheez se mera dil lagta nahi tha.</w:t>
      </w:r>
    </w:p>
    <w:p>
      <w:pPr>
        <w:jc w:val="right"/>
      </w:pPr>
      <w:r>
        <w:t>لیکن کسی چیز سے میرا دل لگتا نہیں تھا۔</w:t>
      </w:r>
    </w:p>
    <w:p>
      <w:r>
        <w:rPr>
          <w:b/>
        </w:rPr>
        <w:t xml:space="preserve">[07:52] </w:t>
      </w:r>
      <w:r>
        <w:t>kyunki mujhe is super natural Khuda ki zaroorat thi.</w:t>
      </w:r>
    </w:p>
    <w:p>
      <w:pPr>
        <w:jc w:val="right"/>
      </w:pPr>
      <w:r>
        <w:t>کیونکہ مجھے اس super natural خدا کی ضرورت تھی۔</w:t>
      </w:r>
    </w:p>
    <w:p>
      <w:r>
        <w:rPr>
          <w:b/>
        </w:rPr>
        <w:t xml:space="preserve">[07:57] </w:t>
      </w:r>
      <w:r>
        <w:t>to jab mujhe iski discovery hui</w:t>
      </w:r>
    </w:p>
    <w:p>
      <w:pPr>
        <w:jc w:val="right"/>
      </w:pPr>
      <w:r>
        <w:t>تو جب مجھے اس کی discovery ہوئی</w:t>
      </w:r>
    </w:p>
    <w:p>
      <w:r>
        <w:rPr>
          <w:b/>
        </w:rPr>
        <w:t xml:space="preserve">[08:01] </w:t>
      </w:r>
      <w:r>
        <w:t>, main samajhta hoon ke unnis sau artalis mein mujhe discovery hui, nineteen forty eight mein.</w:t>
      </w:r>
    </w:p>
    <w:p>
      <w:pPr>
        <w:jc w:val="right"/>
      </w:pPr>
      <w:r>
        <w:t>، میں سمجھتا ہوں کہ انیس سو اڑتالیس میں مجھے discovery ہوئی، نائنٹین فورٹی ایٹ میں۔</w:t>
      </w:r>
    </w:p>
    <w:p>
      <w:r>
        <w:rPr>
          <w:b/>
        </w:rPr>
        <w:t xml:space="preserve">[08:05] </w:t>
      </w:r>
      <w:r>
        <w:t>azaadi ke baad.</w:t>
      </w:r>
    </w:p>
    <w:p>
      <w:pPr>
        <w:jc w:val="right"/>
      </w:pPr>
      <w:r>
        <w:t>آزادی کے بعد۔</w:t>
      </w:r>
    </w:p>
    <w:p>
      <w:r>
        <w:rPr>
          <w:b/>
        </w:rPr>
        <w:t xml:space="preserve">[08:10] </w:t>
      </w:r>
      <w:r>
        <w:t>to iske baad Khuda mera supreme ban gaya.</w:t>
      </w:r>
    </w:p>
    <w:p>
      <w:pPr>
        <w:jc w:val="right"/>
      </w:pPr>
      <w:r>
        <w:t>تو اس کے بعد خدا میرا supreme بن گیا۔</w:t>
      </w:r>
    </w:p>
    <w:p>
      <w:r>
        <w:rPr>
          <w:b/>
        </w:rPr>
        <w:t xml:space="preserve">[08:14] </w:t>
      </w:r>
      <w:r>
        <w:t>Supreme concern ban gaya.</w:t>
      </w:r>
    </w:p>
    <w:p>
      <w:pPr>
        <w:jc w:val="right"/>
      </w:pPr>
      <w:r>
        <w:t>Supreme concern بن گیا۔</w:t>
      </w:r>
    </w:p>
    <w:p>
      <w:r>
        <w:rPr>
          <w:b/>
        </w:rPr>
        <w:t xml:space="preserve">[08:18] </w:t>
      </w:r>
      <w:r>
        <w:t>aur main keh sakta hoon ke aaj mujhe sab se zyada mohabbat agar hai to Khuda se hai.</w:t>
      </w:r>
    </w:p>
    <w:p>
      <w:pPr>
        <w:jc w:val="right"/>
      </w:pPr>
      <w:r>
        <w:t>اور میں کہہ سکتا ہوں کہ آج مجھے سب سے زیادہ محبت اگر ہے تو خدا سے ہے۔</w:t>
      </w:r>
    </w:p>
    <w:p>
      <w:r>
        <w:rPr>
          <w:b/>
        </w:rPr>
        <w:t xml:space="preserve">[08:22] </w:t>
      </w:r>
      <w:r>
        <w:t>sab se zyada dar agar hai to Khuda se hai.</w:t>
      </w:r>
    </w:p>
    <w:p>
      <w:pPr>
        <w:jc w:val="right"/>
      </w:pPr>
      <w:r>
        <w:t>سب سے زیادہ ڈر اگر ہے تو خدا سے ہے۔</w:t>
      </w:r>
    </w:p>
    <w:p>
      <w:r>
        <w:rPr>
          <w:b/>
        </w:rPr>
        <w:t xml:space="preserve">[08:27] </w:t>
      </w:r>
      <w:r>
        <w:t>jo Quran mein aaya hai ke</w:t>
      </w:r>
    </w:p>
    <w:p>
      <w:pPr>
        <w:jc w:val="right"/>
      </w:pPr>
      <w:r>
        <w:t>جو قرآن میں آیا ہے کہ</w:t>
      </w:r>
    </w:p>
    <w:p>
      <w:r>
        <w:rPr>
          <w:b/>
        </w:rPr>
        <w:t xml:space="preserve">[08:31] </w:t>
      </w:r>
      <w:r>
        <w:t>"ashaddu hubban lillahi" aur "lam yakhsha illa Allah".</w:t>
      </w:r>
    </w:p>
    <w:p>
      <w:pPr>
        <w:jc w:val="right"/>
      </w:pPr>
      <w:r>
        <w:t>"أَشَدُّ حُبًّا لِلَّهِ" اور "لَمْ يَخْشَ إِلَّا اللَّهِ"۔</w:t>
      </w:r>
    </w:p>
    <w:p>
      <w:r>
        <w:rPr>
          <w:b/>
        </w:rPr>
        <w:t xml:space="preserve">[08:35] </w:t>
      </w:r>
      <w:r>
        <w:t>to main apne bare mein keh sakta hoon ke mere andar sab se zyada mohabbat agar kisi ke</w:t>
      </w:r>
    </w:p>
    <w:p>
      <w:pPr>
        <w:jc w:val="right"/>
      </w:pPr>
      <w:r>
        <w:t>تو میں اپنے بارے میں کہہ سکتا ہوں کہ میرے اندر سب سے زیادہ محبت اگر کسی کے</w:t>
      </w:r>
    </w:p>
    <w:p>
      <w:r>
        <w:rPr>
          <w:b/>
        </w:rPr>
        <w:t xml:space="preserve">[08:40] </w:t>
      </w:r>
      <w:r>
        <w:t>liye hai to Khuda ke liye hai.</w:t>
      </w:r>
    </w:p>
    <w:p>
      <w:pPr>
        <w:jc w:val="right"/>
      </w:pPr>
      <w:r>
        <w:t>لیے ہے تو خدا کے لیے ہے۔</w:t>
      </w:r>
    </w:p>
    <w:p>
      <w:r>
        <w:rPr>
          <w:b/>
        </w:rPr>
        <w:t xml:space="preserve">[08:44] </w:t>
      </w:r>
      <w:r>
        <w:t>aur sab se zyada dar agar mujhe kisi ka hai to Khuda ka dar hai.</w:t>
      </w:r>
    </w:p>
    <w:p>
      <w:pPr>
        <w:jc w:val="right"/>
      </w:pPr>
      <w:r>
        <w:t>اور سب سے زیادہ ڈر اگر مجھے کسی کا ہے تو خدا کا ڈر ہے۔</w:t>
      </w:r>
    </w:p>
    <w:p>
      <w:r>
        <w:rPr>
          <w:b/>
        </w:rPr>
        <w:t xml:space="preserve">[08:48] </w:t>
      </w:r>
      <w:r>
        <w:t>yeh koi acquired cheez nahi thi.</w:t>
      </w:r>
    </w:p>
    <w:p>
      <w:pPr>
        <w:jc w:val="right"/>
      </w:pPr>
      <w:r>
        <w:t>یہ کوئی acquired چیز نہیں تھی۔</w:t>
      </w:r>
    </w:p>
    <w:p>
      <w:r>
        <w:rPr>
          <w:b/>
        </w:rPr>
        <w:t xml:space="preserve">[08:53] </w:t>
      </w:r>
      <w:r>
        <w:t>aisa nahi ke maine kuch acquire kiya ho.</w:t>
      </w:r>
    </w:p>
    <w:p>
      <w:pPr>
        <w:jc w:val="right"/>
      </w:pPr>
      <w:r>
        <w:t>ایسا نہیں کہ میں نے کچھ acquire کیا ہو۔</w:t>
      </w:r>
    </w:p>
    <w:p>
      <w:r>
        <w:rPr>
          <w:b/>
        </w:rPr>
        <w:t xml:space="preserve">[08:57] </w:t>
      </w:r>
      <w:r>
        <w:t>mera nature chahta hi tha ke koi ho jis se main mah</w:t>
      </w:r>
    </w:p>
    <w:p>
      <w:pPr>
        <w:jc w:val="right"/>
      </w:pPr>
      <w:r>
        <w:t>میرا nature چاہتا ہی تھا کہ کوئی ہو جس سے میں مح</w:t>
      </w:r>
    </w:p>
    <w:p>
      <w:r>
        <w:rPr>
          <w:b/>
        </w:rPr>
        <w:t xml:space="preserve">[09:01] </w:t>
      </w:r>
      <w:r>
        <w:t>abbat karoon.</w:t>
      </w:r>
    </w:p>
    <w:p>
      <w:pPr>
        <w:jc w:val="right"/>
      </w:pPr>
      <w:r>
        <w:t>بت کروں۔</w:t>
      </w:r>
    </w:p>
    <w:p>
      <w:r>
        <w:rPr>
          <w:b/>
        </w:rPr>
        <w:t xml:space="preserve">[09:05] </w:t>
      </w:r>
      <w:r>
        <w:t>koi ho jis se main daroon.</w:t>
      </w:r>
    </w:p>
    <w:p>
      <w:pPr>
        <w:jc w:val="right"/>
      </w:pPr>
      <w:r>
        <w:t>کوئی ہو جس سے میں ڈروں۔</w:t>
      </w:r>
    </w:p>
    <w:p>
      <w:r>
        <w:rPr>
          <w:b/>
        </w:rPr>
        <w:t xml:space="preserve">[09:09] </w:t>
      </w:r>
      <w:r>
        <w:t>yeh mere nature mein interwoven tha.</w:t>
      </w:r>
    </w:p>
    <w:p>
      <w:pPr>
        <w:jc w:val="right"/>
      </w:pPr>
      <w:r>
        <w:t>یہ میرے nature میں interwoven تھا۔</w:t>
      </w:r>
    </w:p>
    <w:p>
      <w:r>
        <w:rPr>
          <w:b/>
        </w:rPr>
        <w:t xml:space="preserve">[09:14] </w:t>
      </w:r>
      <w:r>
        <w:t>aur har insan ke andar interwoven hai.</w:t>
      </w:r>
    </w:p>
    <w:p>
      <w:pPr>
        <w:jc w:val="right"/>
      </w:pPr>
      <w:r>
        <w:t>اور ہر انسان کے اندر interwoven ہے۔</w:t>
      </w:r>
    </w:p>
    <w:p>
      <w:r>
        <w:rPr>
          <w:b/>
        </w:rPr>
        <w:t xml:space="preserve">[09:18] </w:t>
      </w:r>
      <w:r>
        <w:t>phir dekhiye, bohat si ghatnaein ghatein.</w:t>
      </w:r>
    </w:p>
    <w:p>
      <w:pPr>
        <w:jc w:val="right"/>
      </w:pPr>
      <w:r>
        <w:t>پھر دیکھئے، بہت سی گھٹنائیں گھٹیں۔</w:t>
      </w:r>
    </w:p>
    <w:p>
      <w:r>
        <w:rPr>
          <w:b/>
        </w:rPr>
        <w:t xml:space="preserve">[09:22] </w:t>
      </w:r>
      <w:r>
        <w:t>bohat se qisse pesh aaye.</w:t>
      </w:r>
    </w:p>
    <w:p>
      <w:pPr>
        <w:jc w:val="right"/>
      </w:pPr>
      <w:r>
        <w:t>بہت سے قصے پیش آئے۔</w:t>
      </w:r>
    </w:p>
    <w:p>
      <w:r>
        <w:rPr>
          <w:b/>
        </w:rPr>
        <w:t xml:space="preserve">[09:26] </w:t>
      </w:r>
      <w:r>
        <w:t>kis tarah se mera rasta aage badhta raha.</w:t>
      </w:r>
    </w:p>
    <w:p>
      <w:pPr>
        <w:jc w:val="right"/>
      </w:pPr>
      <w:r>
        <w:t>کس طرح سے میرا راستہ آگے بڑھتا رہا۔</w:t>
      </w:r>
    </w:p>
    <w:p>
      <w:r>
        <w:rPr>
          <w:b/>
        </w:rPr>
        <w:t xml:space="preserve">[09:30] </w:t>
      </w:r>
      <w:r>
        <w:t>to main ek baar maine padha</w:t>
      </w:r>
    </w:p>
    <w:p>
      <w:pPr>
        <w:jc w:val="right"/>
      </w:pPr>
      <w:r>
        <w:t>تو میں ایک بار میں نے پڑھا</w:t>
      </w:r>
    </w:p>
    <w:p>
      <w:r>
        <w:rPr>
          <w:b/>
        </w:rPr>
        <w:t xml:space="preserve">[09:34] </w:t>
      </w:r>
      <w:r>
        <w:t>ke ek ship, yaani yeh kahani hai jo aviation ke daur se pehle ki hai.</w:t>
      </w:r>
    </w:p>
    <w:p>
      <w:pPr>
        <w:jc w:val="right"/>
      </w:pPr>
      <w:r>
        <w:t>کہ ایک ship، یعنی یہ کہانی ہے جو aviation کے دور سے پہلے کی ہے۔</w:t>
      </w:r>
    </w:p>
    <w:p>
      <w:r>
        <w:rPr>
          <w:b/>
        </w:rPr>
        <w:t xml:space="preserve">[09:39] </w:t>
      </w:r>
      <w:r>
        <w:t>ab log jahaz par udte hain.</w:t>
      </w:r>
    </w:p>
    <w:p>
      <w:pPr>
        <w:jc w:val="right"/>
      </w:pPr>
      <w:r>
        <w:t>اب لوگ جہاز پر اڑتے ہیں۔</w:t>
      </w:r>
    </w:p>
    <w:p>
      <w:r>
        <w:rPr>
          <w:b/>
        </w:rPr>
        <w:t xml:space="preserve">[09:44] </w:t>
      </w:r>
      <w:r>
        <w:t>to ek ship America se Africa ke liye rawana hua.</w:t>
      </w:r>
    </w:p>
    <w:p>
      <w:pPr>
        <w:jc w:val="right"/>
      </w:pPr>
      <w:r>
        <w:t>تو ایک ship امریکہ سے افریقہ کے لیے روانہ ہوا۔</w:t>
      </w:r>
    </w:p>
    <w:p>
      <w:r>
        <w:rPr>
          <w:b/>
        </w:rPr>
        <w:t xml:space="preserve">[09:49] </w:t>
      </w:r>
      <w:r>
        <w:t>Atlantic ke zariye.</w:t>
      </w:r>
    </w:p>
    <w:p>
      <w:pPr>
        <w:jc w:val="right"/>
      </w:pPr>
      <w:r>
        <w:t>اٹلانٹک کے ذریعے۔</w:t>
      </w:r>
    </w:p>
    <w:p>
      <w:r>
        <w:rPr>
          <w:b/>
        </w:rPr>
        <w:t xml:space="preserve">[09:55] </w:t>
      </w:r>
      <w:r>
        <w:t>Atlantic jo ocean hai.</w:t>
      </w:r>
    </w:p>
    <w:p>
      <w:pPr>
        <w:jc w:val="right"/>
      </w:pPr>
      <w:r>
        <w:t>اٹلانٹک جو ocean ہے۔</w:t>
      </w:r>
    </w:p>
    <w:p>
      <w:r>
        <w:rPr>
          <w:b/>
        </w:rPr>
        <w:t xml:space="preserve">[10:00] </w:t>
      </w:r>
      <w:r>
        <w:t>to jab woh ship beech mein pahuncha</w:t>
      </w:r>
    </w:p>
    <w:p>
      <w:pPr>
        <w:jc w:val="right"/>
      </w:pPr>
      <w:r>
        <w:t>تو جب وہ ship بیچ میں پہنچا</w:t>
      </w:r>
    </w:p>
    <w:p>
      <w:r>
        <w:rPr>
          <w:b/>
        </w:rPr>
        <w:t xml:space="preserve">[10:05] </w:t>
      </w:r>
      <w:r>
        <w:t>to ek storm aa gaya, storm. aap jante hain ke jab storm aata hai to ship jo hai aise bilkul hilne lagta hai jaise ke koi patti ho. koi paper ho. kyunke ocean ke muqable mein ship ki koi haqeeqat nahi hoti hai. to ek aadmi ne likha tha ke us waqt mein ghabraya hua ship ke andar idhar udhar ja</w:t>
      </w:r>
    </w:p>
    <w:p>
      <w:pPr>
        <w:jc w:val="right"/>
      </w:pPr>
      <w:r>
        <w:t>تو ایک storm آ گیا، storm۔ آپ جانتے ہیں کہ جب storm آتا ہے تو ship جو ہے ایسے بالکل ہلنے لگتا ہے جیسے کہ کوئی پتی ہو۔ کوئی paper ہو۔ کیونکہ ocean کے مقابلے میں ship کی کوئی حقیقت نہیں ہوتی ہے۔ تو ایک آدمی نے لکھا تھا کہ اس وقت میں گھبرایا ہوا ship کے اندر ادھر ادھر جا</w:t>
      </w:r>
    </w:p>
    <w:p>
      <w:r>
        <w:rPr>
          <w:b/>
        </w:rPr>
        <w:t xml:space="preserve">[10:35] </w:t>
      </w:r>
      <w:r>
        <w:t>raha tha.</w:t>
      </w:r>
    </w:p>
    <w:p>
      <w:pPr>
        <w:jc w:val="right"/>
      </w:pPr>
      <w:r>
        <w:t>رہا تھا۔</w:t>
      </w:r>
    </w:p>
    <w:p>
      <w:r>
        <w:rPr>
          <w:b/>
        </w:rPr>
        <w:t xml:space="preserve">[10:40] </w:t>
      </w:r>
      <w:r>
        <w:t>to ek corner mein ek bachi baithi hui apne dolls se khel rahi thi, apne khilone se khel rahi thi.</w:t>
      </w:r>
    </w:p>
    <w:p>
      <w:pPr>
        <w:jc w:val="right"/>
      </w:pPr>
      <w:r>
        <w:t>تو ایک corner میں ایک بچی بیٹھی ہوئی اپنے dolls سے کھیل رہی تھی، اپنے کھلونے سے کھیل رہی تھی۔</w:t>
      </w:r>
    </w:p>
    <w:p>
      <w:r>
        <w:rPr>
          <w:b/>
        </w:rPr>
        <w:t xml:space="preserve">[10:45] </w:t>
      </w:r>
      <w:r>
        <w:t>to maine us se poocha ke tum khilone se khel rahi ho? kyunke pata nahin ke hum</w:t>
      </w:r>
    </w:p>
    <w:p>
      <w:pPr>
        <w:jc w:val="right"/>
      </w:pPr>
      <w:r>
        <w:t>تو میں نے اس سے پوچھا کہ تم کھلونے سے کھیل رہی ہو؟ کیونکہ پتہ نہیں کہ ہم</w:t>
      </w:r>
    </w:p>
    <w:p>
      <w:r>
        <w:rPr>
          <w:b/>
        </w:rPr>
        <w:t xml:space="preserve">[10:50] </w:t>
      </w:r>
      <w:r>
        <w:t>storm mein phans gaye hain.</w:t>
      </w:r>
    </w:p>
    <w:p>
      <w:pPr>
        <w:jc w:val="right"/>
      </w:pPr>
      <w:r>
        <w:t>storm میں پھنس گئے ہیں۔</w:t>
      </w:r>
    </w:p>
    <w:p>
      <w:r>
        <w:rPr>
          <w:b/>
        </w:rPr>
        <w:t xml:space="preserve">[10:56] </w:t>
      </w:r>
      <w:r>
        <w:t>aur jahaz doobne wala hai.</w:t>
      </w:r>
    </w:p>
    <w:p>
      <w:pPr>
        <w:jc w:val="right"/>
      </w:pPr>
      <w:r>
        <w:t>اور جہاز ڈوبنے والا ہے۔</w:t>
      </w:r>
    </w:p>
    <w:p>
      <w:r>
        <w:rPr>
          <w:b/>
        </w:rPr>
        <w:t xml:space="preserve">[11:01] </w:t>
      </w:r>
      <w:r>
        <w:t>to bachi nihayat hi itminan ke sath boli, "You know,</w:t>
      </w:r>
    </w:p>
    <w:p>
      <w:pPr>
        <w:jc w:val="right"/>
      </w:pPr>
      <w:r>
        <w:t>تو بچی نہایت ہی اطمینان کے ساتھ بولی، "You know,</w:t>
      </w:r>
    </w:p>
    <w:p>
      <w:r>
        <w:rPr>
          <w:b/>
        </w:rPr>
        <w:t xml:space="preserve">[11:06] </w:t>
      </w:r>
      <w:r>
        <w:t>my father is captain of this ship. He is not going to let it sink. mera baap is ship ka captain hai. woh is ko doobne nahi de ga." to ek bachi ko apne baap par bharosa ho sakta tha. lekin bare hone ke baad to nahi ho sakta. ek bachi jo abhi ignorant hai. kuch jaan</w:t>
      </w:r>
    </w:p>
    <w:p>
      <w:pPr>
        <w:jc w:val="right"/>
      </w:pPr>
      <w:r>
        <w:t>my father is captain of this ship. He is not going to let it sink۔ میرا باپ اس ship کا captain ہے۔ وہ اس کو ڈوبنے نہیں دے گا۔" تو ایک بچی کو اپنے باپ پر بھروسہ ہو سکتا تھا۔ لیکن بڑے ہونے کے بعد تو نہیں ہو سکتا۔ ایک بچی جو ابھی ignorant ہے۔ کچھ جان</w:t>
      </w:r>
    </w:p>
    <w:p>
      <w:r>
        <w:rPr>
          <w:b/>
        </w:rPr>
        <w:t xml:space="preserve">[11:36] </w:t>
      </w:r>
      <w:r>
        <w:t>ti nahi hai apne baap ke bahir kya hai. woh toofan, storm jo hai, woh billion elephants se bhi zyada taqatwar hota hai. to bachi ko pata nahi woh apne baap hi ko bari cheez samajh rahi hai. to mein jab mature ho chuka tha to mein is bachi ki tarah apne baap par to bharosa nahi kar sakta tha. mujhe baap se bari cheez chahiye thi. lekin is</w:t>
      </w:r>
    </w:p>
    <w:p>
      <w:pPr>
        <w:jc w:val="right"/>
      </w:pPr>
      <w:r>
        <w:t>تی نہیں ہے اپنے باپ کے باہر کیا ہے۔ وہ طوفان، storm جو ہے، وہ billion elephants سے بھی زیادہ طاقتور ہوتا ہے۔ تو بچی کو پتہ نہیں وہ اپنے باپ ہی کو بڑی چیز سمجھ رہی ہے۔ تو میں جب mature ہو چکا تھا تو میں اس بچی کی طرح اپنے باپ پر تو بھروسہ نہیں کر سکتا تھا۔ مجھے باپ سے بڑی چیز چاہیے تھی۔ لیکن اس</w:t>
      </w:r>
    </w:p>
    <w:p>
      <w:r>
        <w:rPr>
          <w:b/>
        </w:rPr>
        <w:t xml:space="preserve">[12:06] </w:t>
      </w:r>
      <w:r>
        <w:t>main maine nature ko padha.</w:t>
      </w:r>
    </w:p>
    <w:p>
      <w:pPr>
        <w:jc w:val="right"/>
      </w:pPr>
      <w:r>
        <w:t>میں میں نے nature کو پڑھا۔</w:t>
      </w:r>
    </w:p>
    <w:p>
      <w:r>
        <w:rPr>
          <w:b/>
        </w:rPr>
        <w:t xml:space="preserve">[12:11] </w:t>
      </w:r>
      <w:r>
        <w:t>is qisse mein.</w:t>
      </w:r>
    </w:p>
    <w:p>
      <w:pPr>
        <w:jc w:val="right"/>
      </w:pPr>
      <w:r>
        <w:t>اس قصے میں۔</w:t>
      </w:r>
    </w:p>
    <w:p>
      <w:r>
        <w:rPr>
          <w:b/>
        </w:rPr>
        <w:t xml:space="preserve">[12:16] </w:t>
      </w:r>
      <w:r>
        <w:t>ke har aadmi jo hai is duniya mein aap dekhiye, kahin na kahin hamein helplessness ka ehsas hota hai.</w:t>
      </w:r>
    </w:p>
    <w:p>
      <w:pPr>
        <w:jc w:val="right"/>
      </w:pPr>
      <w:r>
        <w:t>کہ ہر آدمی جو ہے اس دنیا میں آپ دیکھئے، کہیں نہ کہیں ہمیں helplessness کا احساس ہوتا ہے۔</w:t>
      </w:r>
    </w:p>
    <w:p>
      <w:r>
        <w:rPr>
          <w:b/>
        </w:rPr>
        <w:t xml:space="preserve">[12:22] </w:t>
      </w:r>
      <w:r>
        <w:t>Helplessness kahin na kahin.</w:t>
      </w:r>
    </w:p>
    <w:p>
      <w:pPr>
        <w:jc w:val="right"/>
      </w:pPr>
      <w:r>
        <w:t>Helplessness کہیں نہ کہیں۔</w:t>
      </w:r>
    </w:p>
    <w:p>
      <w:r>
        <w:rPr>
          <w:b/>
        </w:rPr>
        <w:t xml:space="preserve">[12:27] </w:t>
      </w:r>
      <w:r>
        <w:t>chahay woh koi king ho, chahay super power ho, koi bhi ho.</w:t>
      </w:r>
    </w:p>
    <w:p>
      <w:pPr>
        <w:jc w:val="right"/>
      </w:pPr>
      <w:r>
        <w:t>چاہے وہ کوئی king ہو، چاہے super power ہو، کوئی بھی ہو۔</w:t>
      </w:r>
    </w:p>
    <w:p>
      <w:r>
        <w:rPr>
          <w:b/>
        </w:rPr>
        <w:t xml:space="preserve">[12:32] </w:t>
      </w:r>
      <w:r>
        <w:t>koi bhi aisa nahi kar sakta ke us ko helplessness ka ehsas nahi hota.</w:t>
      </w:r>
    </w:p>
    <w:p>
      <w:pPr>
        <w:jc w:val="right"/>
      </w:pPr>
      <w:r>
        <w:t>کوئی بھی ایسا نہیں کر سکتا کہ اس کو helplessness کا احساس نہیں ہوتا۔</w:t>
      </w:r>
    </w:p>
    <w:p>
      <w:r>
        <w:rPr>
          <w:b/>
        </w:rPr>
        <w:t xml:space="preserve">[12:37] </w:t>
      </w:r>
      <w:r>
        <w:t>Impossible hai yeh, impossible hai. to jahan us ko helplessness ka ehsaas hota hai, wahan us ko ek ek aisa chahiye jis par woh trust kar sake. to bachi ne trust kiya tha apne baap par. mujhe trust karne ke liye khuda chahiye tha. to jab maine khuda ko daryaft kiya nineteen forty eight mein, to mujhe woh sahara mil gaya jis se jis ke bal par mein jee sak</w:t>
      </w:r>
    </w:p>
    <w:p>
      <w:pPr>
        <w:jc w:val="right"/>
      </w:pPr>
      <w:r>
        <w:t>Impossible ہے یہ، impossible ہے۔ تو جہاں اس کو helplessness کا احساس ہوتا ہے، وہاں اس کو ایک ایک ایسا چاہیے جس پر وہ trust کر سکے۔ تو بچی نے trust کیا تھا اپنے باپ پر۔ مجھے trust کرنے کے لیے خدا چاہیے تھا۔ تو جب میں نے خدا کو دریافت کیا نائنٹین فورٹی ایٹ میں، تو مجھے وہ سہارا مل گیا جس سے جس کے بل پر میں جی سک</w:t>
      </w:r>
    </w:p>
    <w:p>
      <w:r>
        <w:rPr>
          <w:b/>
        </w:rPr>
        <w:t xml:space="preserve">[13:07] </w:t>
      </w:r>
      <w:r>
        <w:t>oon. woh sahara, woh trust, woh aitmaad. is tarah se maine keh sakta hoon ke maine psychological level par khuda ko discover kiya. agarche reason aur logic bhi maine parhi, is level par hi meri discovery hui. jis ko mein bayan karna chahoon ga. lekin asal discovery jo meri</w:t>
      </w:r>
    </w:p>
    <w:p>
      <w:pPr>
        <w:jc w:val="right"/>
      </w:pPr>
      <w:r>
        <w:t>وں۔ وہ سہارا، وہ trust، وہ اعتماد۔ اس طرح سے میں نے کہہ سکتا ہوں کہ میں نے psychological level پر خدا کو discover کیا۔ اگرچہ reason اور logic بھی میں نے پڑھی، اس level پر ہی میری discovery ہوئی۔ جس کو میں بیان کرنا چاہوں گا۔ لیکن اصل discovery جو میری</w:t>
      </w:r>
    </w:p>
    <w:p>
      <w:r>
        <w:rPr>
          <w:b/>
        </w:rPr>
        <w:t xml:space="preserve">[13:37] </w:t>
      </w:r>
      <w:r>
        <w:t>God ki hai, woh psychological level par hai. kyunke reason se aap ko khuda ko payein, aap logic se aap khuda ko payein, to aap ke liye woh object of love nahi ban sakta. sab se zyada mohabbat khuda se karne lagein aap, woh to woh khuda hoga jo aap ko psychological level par mila ho. to mein agar sirf reason</w:t>
      </w:r>
    </w:p>
    <w:p>
      <w:pPr>
        <w:jc w:val="right"/>
      </w:pPr>
      <w:r>
        <w:t>God کی ہے، وہ psychological level پر ہے۔ کیونکہ reason سے آپ کو خدا کو پائیں، آپ logic سے آپ خدا کو پائیں، تو آپ کے لیے وہ object of love نہیں بن سکتا۔ سب سے زیادہ محبت خدا سے کرنے لگیں آپ، وہ تو وہ خدا ہوگا جو آپ کو psychological level پر ملا ہو۔ تو میں اگر صرف reason</w:t>
      </w:r>
    </w:p>
    <w:p>
      <w:r>
        <w:rPr>
          <w:b/>
        </w:rPr>
        <w:t xml:space="preserve">[14:07] </w:t>
      </w:r>
      <w:r>
        <w:t>ke through, logic ke zariye pata khuda ko, to wahi hota hai jaise har falsafi, philosophers pate hain.</w:t>
      </w:r>
    </w:p>
    <w:p>
      <w:pPr>
        <w:jc w:val="right"/>
      </w:pPr>
      <w:r>
        <w:t>کے through، logic کے ذریعے پاتا خدا کو، تو وہی ہوتا ہے جیسے ہر فلسفی، philosophers پاتے ہیں۔</w:t>
      </w:r>
    </w:p>
    <w:p>
      <w:r>
        <w:rPr>
          <w:b/>
        </w:rPr>
        <w:t xml:space="preserve">[14:12] </w:t>
      </w:r>
      <w:r>
        <w:t>kisi philosopher ko apne Khuda se mohabbat nahi hoti hai.</w:t>
      </w:r>
    </w:p>
    <w:p>
      <w:pPr>
        <w:jc w:val="right"/>
      </w:pPr>
      <w:r>
        <w:t>کسی philosopher کو اپنے خدا سے محبت نہیں ہوتی ہے۔</w:t>
      </w:r>
    </w:p>
    <w:p>
      <w:r>
        <w:rPr>
          <w:b/>
        </w:rPr>
        <w:t xml:space="preserve">[14:18] </w:t>
      </w:r>
      <w:r>
        <w:t>jitnay philosophers hain, woh sab Khuda ko mantay thay kisi na kisi shakal mein.</w:t>
      </w:r>
    </w:p>
    <w:p>
      <w:pPr>
        <w:jc w:val="right"/>
      </w:pPr>
      <w:r>
        <w:t>جتنے philosophers ہیں، وہ سب خدا کو مانتے تھے کسی نہ کسی شکل میں۔</w:t>
      </w:r>
    </w:p>
    <w:p>
      <w:r>
        <w:rPr>
          <w:b/>
        </w:rPr>
        <w:t xml:space="preserve">[14:23] </w:t>
      </w:r>
      <w:r>
        <w:t>lekin Khuda un ke liye object of love nahi tha.</w:t>
      </w:r>
    </w:p>
    <w:p>
      <w:pPr>
        <w:jc w:val="right"/>
      </w:pPr>
      <w:r>
        <w:t>لیکن خدا ان کے لیے object of love نہیں تھا۔</w:t>
      </w:r>
    </w:p>
    <w:p>
      <w:r>
        <w:rPr>
          <w:b/>
        </w:rPr>
        <w:t xml:space="preserve">[14:28] </w:t>
      </w:r>
      <w:r>
        <w:t>mujhe aisa Khuda nahi chahiye tha.</w:t>
      </w:r>
    </w:p>
    <w:p>
      <w:pPr>
        <w:jc w:val="right"/>
      </w:pPr>
      <w:r>
        <w:t>مجھے ایسا خدا نہیں چاہیے تھا۔</w:t>
      </w:r>
    </w:p>
    <w:p>
      <w:r>
        <w:rPr>
          <w:b/>
        </w:rPr>
        <w:t xml:space="preserve">[14:33] </w:t>
      </w:r>
      <w:r>
        <w:t>mujhe to apne apne</w:t>
      </w:r>
    </w:p>
    <w:p>
      <w:pPr>
        <w:jc w:val="right"/>
      </w:pPr>
      <w:r>
        <w:t>مجھے تو اپنے اپنے</w:t>
      </w:r>
    </w:p>
    <w:p>
      <w:r>
        <w:rPr>
          <w:b/>
        </w:rPr>
        <w:t xml:space="preserve">[14:38] </w:t>
      </w:r>
      <w:r>
        <w:t>apnay mohabbat ka jo samandar hai, mein udel sakoon, woh hasti chahiye thi.</w:t>
      </w:r>
    </w:p>
    <w:p>
      <w:pPr>
        <w:jc w:val="right"/>
      </w:pPr>
      <w:r>
        <w:t>اپنے محبت کا جو سمندر ہے، میں اڈیل سکوں، وہ ہستی چاہیے تھی۔</w:t>
      </w:r>
    </w:p>
    <w:p>
      <w:r>
        <w:rPr>
          <w:b/>
        </w:rPr>
        <w:t xml:space="preserve">[14:44] </w:t>
      </w:r>
      <w:r>
        <w:t>meray dil mein jo pyar ka aur mohabbat ka aur love ka aik samandar tha, kahan mein udeloon</w:t>
      </w:r>
    </w:p>
    <w:p>
      <w:pPr>
        <w:jc w:val="right"/>
      </w:pPr>
      <w:r>
        <w:t>میرے دل میں جو پیار کا اور محبت کا اور love کا ایک سمندر تھا، کہاں میں اڈیلوں</w:t>
      </w:r>
    </w:p>
    <w:p>
      <w:r>
        <w:rPr>
          <w:b/>
        </w:rPr>
        <w:t xml:space="preserve">[14:50] </w:t>
      </w:r>
      <w:r>
        <w:t>isko? mujhe woh Khuda chahiye tha.</w:t>
      </w:r>
    </w:p>
    <w:p>
      <w:pPr>
        <w:jc w:val="right"/>
      </w:pPr>
      <w:r>
        <w:t>اس کو؟ مجھے وہ خدا چاہیے تھا۔</w:t>
      </w:r>
    </w:p>
    <w:p>
      <w:r>
        <w:rPr>
          <w:b/>
        </w:rPr>
        <w:t xml:space="preserve">[14:56] </w:t>
      </w:r>
      <w:r>
        <w:t>to jab woh Khuda mein nay daryaft kiya, tab ja kar ke meri rooh ko taskeen hui.</w:t>
      </w:r>
    </w:p>
    <w:p>
      <w:pPr>
        <w:jc w:val="right"/>
      </w:pPr>
      <w:r>
        <w:t>تو جب وہ خدا میں نے دریافت کیا، تب جا کر کے میری روح کو تسکین ہوئی۔</w:t>
      </w:r>
    </w:p>
    <w:p>
      <w:r>
        <w:rPr>
          <w:b/>
        </w:rPr>
        <w:t xml:space="preserve">[15:02] </w:t>
      </w:r>
      <w:r>
        <w:t>woh Khuda mein nay daryaft kiya</w:t>
      </w:r>
    </w:p>
    <w:p>
      <w:pPr>
        <w:jc w:val="right"/>
      </w:pPr>
      <w:r>
        <w:t>وہ خدا میں نے دریافت کیا</w:t>
      </w:r>
    </w:p>
    <w:p>
      <w:r>
        <w:rPr>
          <w:b/>
        </w:rPr>
        <w:t xml:space="preserve">[15:08] </w:t>
      </w:r>
      <w:r>
        <w:t>quran ke zariye se. kyunke quran ke siwa koi kitab aisi nahi hai jis mein khuda ki ka introduction poori us ki sahi shakal mein kiya gaya ho. aur jitni kitabein hain, sab mein aap jante hain ke alteration hua hai, change hua hai, badlao hua hai. to mujhe jo khuda mila, woh quran ke zariye mila. ek choti si surah hai, ek chota</w:t>
      </w:r>
    </w:p>
    <w:p>
      <w:pPr>
        <w:jc w:val="right"/>
      </w:pPr>
      <w:r>
        <w:t>قرآن کے ذریعے سے۔ کیونکہ قرآن کے سوا کوئی کتاب ایسی نہیں ہے جس میں خدا کی کا introduction پوری اس کی صحیح شکل میں کیا گیا ہو۔ اور جتنی کتابیں ہیں، سب میں آپ جانتے ہیں کہ alteration ہوا ہے، change ہوا ہے، بدلاؤ ہوا ہے۔ تو مجھے جو خدا ملا، وہ قرآن کے ذریعے ملا۔ ایک چھوٹی سی سورہ ہے، ایک چھوٹا</w:t>
      </w:r>
    </w:p>
    <w:p>
      <w:r>
        <w:rPr>
          <w:b/>
        </w:rPr>
        <w:t xml:space="preserve">[15:38] </w:t>
      </w:r>
      <w:r>
        <w:t>sa chapter hai Quran Majeed mein.</w:t>
      </w:r>
    </w:p>
    <w:p>
      <w:pPr>
        <w:jc w:val="right"/>
      </w:pPr>
      <w:r>
        <w:t>سا چیپٹر ہے قرآن مجید میں۔</w:t>
      </w:r>
    </w:p>
    <w:p>
      <w:r>
        <w:rPr>
          <w:b/>
        </w:rPr>
        <w:t xml:space="preserve">[15:43] </w:t>
      </w:r>
      <w:r>
        <w:t>qul huwa Allahu ahad, Allahus samad, lam yalid wa lam yoolad, wa lam yakullahu kufuwan ahad.</w:t>
      </w:r>
    </w:p>
    <w:p>
      <w:pPr>
        <w:jc w:val="right"/>
      </w:pPr>
      <w:r>
        <w:t>قُلْ هُوَ اللَّهُ أَحَدٌ، اللَّهُ الصَّمَدُ، لَمْ يَلِدْ وَلَمْ يُولَدْ، وَلَمْ يَكُلَّهُ كُفْوًا وَنَّهَدًا۔</w:t>
      </w:r>
    </w:p>
    <w:p>
      <w:r>
        <w:rPr>
          <w:b/>
        </w:rPr>
        <w:t xml:space="preserve">[15:47] </w:t>
      </w:r>
      <w:r>
        <w:t>kaho ke Khuda aik hai.</w:t>
      </w:r>
    </w:p>
    <w:p>
      <w:pPr>
        <w:jc w:val="right"/>
      </w:pPr>
      <w:r>
        <w:t>کہو کہ خدا ایک ہے۔</w:t>
      </w:r>
    </w:p>
    <w:p>
      <w:r>
        <w:rPr>
          <w:b/>
        </w:rPr>
        <w:t xml:space="preserve">[15:52] </w:t>
      </w:r>
      <w:r>
        <w:t>kaho ke Khuda bay niaz hai.</w:t>
      </w:r>
    </w:p>
    <w:p>
      <w:pPr>
        <w:jc w:val="right"/>
      </w:pPr>
      <w:r>
        <w:t>کہو کہ خدا بے نیاز ہے۔</w:t>
      </w:r>
    </w:p>
    <w:p>
      <w:r>
        <w:rPr>
          <w:b/>
        </w:rPr>
        <w:t xml:space="preserve">[15:56] </w:t>
      </w:r>
      <w:r>
        <w:t>woh kisi ka beta nahi hai aur na koi uska beta.</w:t>
      </w:r>
    </w:p>
    <w:p>
      <w:pPr>
        <w:jc w:val="right"/>
      </w:pPr>
      <w:r>
        <w:t>وہ کسی کا بیٹا نہیں ہے اور نہ کوئی اس کا بیٹا۔</w:t>
      </w:r>
    </w:p>
    <w:p>
      <w:r>
        <w:rPr>
          <w:b/>
        </w:rPr>
        <w:t xml:space="preserve">[16:00] </w:t>
      </w:r>
      <w:r>
        <w:t>aur woh yakta hai.</w:t>
      </w:r>
    </w:p>
    <w:p>
      <w:pPr>
        <w:jc w:val="right"/>
      </w:pPr>
      <w:r>
        <w:t>اور وہ یکتا ہے۔</w:t>
      </w:r>
    </w:p>
    <w:p>
      <w:r>
        <w:rPr>
          <w:b/>
        </w:rPr>
        <w:t xml:space="preserve">[16:05] </w:t>
      </w:r>
      <w:r>
        <w:t>waisa hai, us ke jaisa aur koi nahi.</w:t>
      </w:r>
    </w:p>
    <w:p>
      <w:pPr>
        <w:jc w:val="right"/>
      </w:pPr>
      <w:r>
        <w:t>ویسا ہے، اس کے جیسا اور کوئی نہیں۔</w:t>
      </w:r>
    </w:p>
    <w:p>
      <w:r>
        <w:rPr>
          <w:b/>
        </w:rPr>
        <w:t xml:space="preserve">[16:09] </w:t>
      </w:r>
      <w:r>
        <w:t>dekhiye, chand alfaz mein poore Khuda ka is mein taaruf aa gaya hai.</w:t>
      </w:r>
    </w:p>
    <w:p>
      <w:pPr>
        <w:jc w:val="right"/>
      </w:pPr>
      <w:r>
        <w:t>دیکھئے، چند शब्दوں میں پورے خدا کا اس میں تعارف آ گیا ہے۔</w:t>
      </w:r>
    </w:p>
    <w:p>
      <w:r>
        <w:rPr>
          <w:b/>
        </w:rPr>
        <w:t xml:space="preserve">[16:17] </w:t>
      </w:r>
      <w:r>
        <w:t>to khair bhai, yeh meri daryaft ka yeh woh aspect tha jis ko mein kehta hoon psychological aspect.</w:t>
      </w:r>
    </w:p>
    <w:p>
      <w:pPr>
        <w:jc w:val="right"/>
      </w:pPr>
      <w:r>
        <w:t>تو خیر بھائی، یہ میری دریافت کا یہ وہ aspect تھا جس کو میں کہتا ہوں psychological aspect۔</w:t>
      </w:r>
    </w:p>
    <w:p>
      <w:r>
        <w:rPr>
          <w:b/>
        </w:rPr>
        <w:t xml:space="preserve">[16:25] </w:t>
      </w:r>
      <w:r>
        <w:t>ab mein doosray aitbar se arz karta chahoon ga, yani logical aspect.</w:t>
      </w:r>
    </w:p>
    <w:p>
      <w:pPr>
        <w:jc w:val="right"/>
      </w:pPr>
      <w:r>
        <w:t>اب میں دوسرے اعتبار سے عرض کرتا چاہوں گا، یعنی logical aspect۔</w:t>
      </w:r>
    </w:p>
    <w:p>
      <w:r>
        <w:rPr>
          <w:b/>
        </w:rPr>
        <w:t xml:space="preserve">[16:33] </w:t>
      </w:r>
      <w:r>
        <w:t>to jahan tak mein nay study ki hai,</w:t>
      </w:r>
    </w:p>
    <w:p>
      <w:pPr>
        <w:jc w:val="right"/>
      </w:pPr>
      <w:r>
        <w:t>تو جہاں تک میں نے study کی ہے،</w:t>
      </w:r>
    </w:p>
    <w:p>
      <w:r>
        <w:rPr>
          <w:b/>
        </w:rPr>
        <w:t xml:space="preserve">[16:40] </w:t>
      </w:r>
      <w:r>
        <w:t>saaray system mein, saaray religion mein aik Khuda concept paya jata hai.</w:t>
      </w:r>
    </w:p>
    <w:p>
      <w:pPr>
        <w:jc w:val="right"/>
      </w:pPr>
      <w:r>
        <w:t>سارے system میں، سارے religion میں ایک خدا concept پایا جاتا ہے۔</w:t>
      </w:r>
    </w:p>
    <w:p>
      <w:r>
        <w:rPr>
          <w:b/>
        </w:rPr>
        <w:t xml:space="preserve">[16:45] </w:t>
      </w:r>
      <w:r>
        <w:t>lekin definition difference hai, definition ka farq hai.</w:t>
      </w:r>
    </w:p>
    <w:p>
      <w:pPr>
        <w:jc w:val="right"/>
      </w:pPr>
      <w:r>
        <w:t>لیکن definition difference ہے، definition کا فرق ہے۔</w:t>
      </w:r>
    </w:p>
    <w:p>
      <w:r>
        <w:rPr>
          <w:b/>
        </w:rPr>
        <w:t xml:space="preserve">[16:50] </w:t>
      </w:r>
      <w:r>
        <w:t>jaise unhon ne kaha, kabir ne, "ek kahoon to hai nahin, do hi kahoon to gaar.</w:t>
      </w:r>
    </w:p>
    <w:p>
      <w:pPr>
        <w:jc w:val="right"/>
      </w:pPr>
      <w:r>
        <w:t>جیسے انہوں نے کہا، کبیر نے، "ایک کہوں تو ہے نہیں، دو ہی کہوں تو غار۔</w:t>
      </w:r>
    </w:p>
    <w:p>
      <w:r>
        <w:rPr>
          <w:b/>
        </w:rPr>
        <w:t xml:space="preserve">[16:55] </w:t>
      </w:r>
      <w:r>
        <w:t>ek kahoon to hai nahin, do hi kahoon to gaar." agar main kahoon khuda ek hai to khuda</w:t>
      </w:r>
    </w:p>
    <w:p>
      <w:pPr>
        <w:jc w:val="right"/>
      </w:pPr>
      <w:r>
        <w:t>ایک کہوں تو ہے نہیں، دو ہی کہوں تو غار۔" اگر میں کہوں خدا ایک ہے تو خدا</w:t>
      </w:r>
    </w:p>
    <w:p>
      <w:r>
        <w:rPr>
          <w:b/>
        </w:rPr>
        <w:t xml:space="preserve">[17:00] </w:t>
      </w:r>
      <w:r>
        <w:t>ek hai nahin.</w:t>
      </w:r>
    </w:p>
    <w:p>
      <w:pPr>
        <w:jc w:val="right"/>
      </w:pPr>
      <w:r>
        <w:t>ایک ہے نہیں۔</w:t>
      </w:r>
    </w:p>
    <w:p>
      <w:r>
        <w:rPr>
          <w:b/>
        </w:rPr>
        <w:t xml:space="preserve">[17:05] </w:t>
      </w:r>
      <w:r>
        <w:t>do kahoon to yeh gaali hai</w:t>
      </w:r>
    </w:p>
    <w:p>
      <w:pPr>
        <w:jc w:val="right"/>
      </w:pPr>
      <w:r>
        <w:t>دو کہوں تو یہ گالی ہے</w:t>
      </w:r>
    </w:p>
    <w:p>
      <w:r>
        <w:rPr>
          <w:b/>
        </w:rPr>
        <w:t xml:space="preserve">[17:10] </w:t>
      </w:r>
      <w:r>
        <w:t>hai kyunke khuda do bhi nahi hai. to ekiyat yeh giroh hai jo khuda ko ek mistri ke taur par leta hai. khuda na ek hai, na do hai, na das hai. bas khuda hai, bas kaise hai, woh kuch pata nahi. yeh un ke haan khuda ek mistri hai. mere meri jo rooh hai, mere to har insaan ke andar wahi rooh hai. mein aise khuda ko jo mistri ho, woh mere mujhe</w:t>
      </w:r>
    </w:p>
    <w:p>
      <w:pPr>
        <w:jc w:val="right"/>
      </w:pPr>
      <w:r>
        <w:t>کیونکہ خدا دو بھی نہیں ہے۔ تو ایکیت یہ گروہ ہے جو خدا کو ایک مستری کے طور پر لیتا ہے۔ خدا نہ ایک ہے، نہ دو ہے، نہ دس ہے۔ بس خدا ہے، بس کیسے ہے، وہ کچھ پتہ نہیں۔ یہ ان کے ہاں خدا ایک مستری ہے۔ میرے میری جو روح ہے، میرے تو ہر انسان کے اندر وہی روح ہے۔ میں ایسے خدا کو جو مستری ہو، وہ میرے مجھے</w:t>
      </w:r>
    </w:p>
    <w:p>
      <w:r>
        <w:rPr>
          <w:b/>
        </w:rPr>
        <w:t xml:space="preserve">[17:40] </w:t>
      </w:r>
      <w:r>
        <w:t>satisfy nahin kar sakta.</w:t>
      </w:r>
    </w:p>
    <w:p>
      <w:pPr>
        <w:jc w:val="right"/>
      </w:pPr>
      <w:r>
        <w:t>satisfy نہیں کر سکتا۔</w:t>
      </w:r>
    </w:p>
    <w:p>
      <w:r>
        <w:rPr>
          <w:b/>
        </w:rPr>
        <w:t xml:space="preserve">[17:45] </w:t>
      </w:r>
      <w:r>
        <w:t>khuda meri discovery hona chahiye.</w:t>
      </w:r>
    </w:p>
    <w:p>
      <w:pPr>
        <w:jc w:val="right"/>
      </w:pPr>
      <w:r>
        <w:t>خدا میری discovery ہونا چاہیے۔</w:t>
      </w:r>
    </w:p>
    <w:p>
      <w:r>
        <w:rPr>
          <w:b/>
        </w:rPr>
        <w:t xml:space="preserve">[17:51] </w:t>
      </w:r>
      <w:r>
        <w:t>mistri aap ki discovery nahin ho sakti, yaad rakhiye.</w:t>
      </w:r>
    </w:p>
    <w:p>
      <w:pPr>
        <w:jc w:val="right"/>
      </w:pPr>
      <w:r>
        <w:t>مستری آپ کی discovery نہیں ہو سکتی، یاد رکھیے۔</w:t>
      </w:r>
    </w:p>
    <w:p>
      <w:r>
        <w:rPr>
          <w:b/>
        </w:rPr>
        <w:t xml:space="preserve">[17:56] </w:t>
      </w:r>
      <w:r>
        <w:t>archimedes jo discovery hui thi, jis ne kaha tha eureka, eureka, to agar mistri ko paya hota is</w:t>
      </w:r>
    </w:p>
    <w:p>
      <w:pPr>
        <w:jc w:val="right"/>
      </w:pPr>
      <w:r>
        <w:t>آرکمیڈیز جو discovery ہوئی تھی، جس نے کہا تھا یوریکا، یوریکا، تو اگر مستری کو پایا ہوتا اس</w:t>
      </w:r>
    </w:p>
    <w:p>
      <w:r>
        <w:rPr>
          <w:b/>
        </w:rPr>
        <w:t xml:space="preserve">[18:01] </w:t>
      </w:r>
      <w:r>
        <w:t>نے تو Eureka, Eureka تھوڑی کہتا وہ کہ میں نے پا لیا، میں نے پا لیا۔</w:t>
      </w:r>
    </w:p>
    <w:p>
      <w:pPr>
        <w:jc w:val="right"/>
      </w:pPr>
      <w:r>
        <w:t>نے تو یوریکا، یوریکا تھوڑی کہتا وہ کہ میں نے پا لیا، میں نے پا لیا۔</w:t>
      </w:r>
    </w:p>
    <w:p>
      <w:r>
        <w:rPr>
          <w:b/>
        </w:rPr>
        <w:t xml:space="preserve">[18:06] </w:t>
      </w:r>
      <w:r>
        <w:t>yaad rakhiye, khuda ka koi bhi aisa concept jo mistri par base karta ho,</w:t>
      </w:r>
    </w:p>
    <w:p>
      <w:pPr>
        <w:jc w:val="right"/>
      </w:pPr>
      <w:r>
        <w:t>یاد رکھیے، خدا کا کوئی بھی ایسا concept جو مستری پر base کرتا ہو،</w:t>
      </w:r>
    </w:p>
    <w:p>
      <w:r>
        <w:rPr>
          <w:b/>
        </w:rPr>
        <w:t xml:space="preserve">[18:11] </w:t>
      </w:r>
      <w:r>
        <w:t>wo concept hi nahin hai.</w:t>
      </w:r>
    </w:p>
    <w:p>
      <w:pPr>
        <w:jc w:val="right"/>
      </w:pPr>
      <w:r>
        <w:t>وہ concept ہی نہیں ہے۔</w:t>
      </w:r>
    </w:p>
    <w:p>
      <w:r>
        <w:rPr>
          <w:b/>
        </w:rPr>
        <w:t xml:space="preserve">[18:16] </w:t>
      </w:r>
      <w:r>
        <w:t>wo kyunke hum jo chahte hain, khuda wo ek aisa khuda hai jis ko hum ne discover kiya ho.</w:t>
      </w:r>
    </w:p>
    <w:p>
      <w:pPr>
        <w:jc w:val="right"/>
      </w:pPr>
      <w:r>
        <w:t>وہ کیونکہ ہم جو چاہتے ہیں، خدا وہ ایک ایسا خدا ہے جس کو ہم نے discover کیا ہو۔</w:t>
      </w:r>
    </w:p>
    <w:p>
      <w:r>
        <w:rPr>
          <w:b/>
        </w:rPr>
        <w:t xml:space="preserve">[18:21] </w:t>
      </w:r>
      <w:r>
        <w:t>wo thrill jo discovery se hoti hai, wo mile mujhe.</w:t>
      </w:r>
    </w:p>
    <w:p>
      <w:pPr>
        <w:jc w:val="right"/>
      </w:pPr>
      <w:r>
        <w:t>وہ thrill جو discovery سے ہوتی ہے، وہ ملے مجھے۔</w:t>
      </w:r>
    </w:p>
    <w:p>
      <w:r>
        <w:rPr>
          <w:b/>
        </w:rPr>
        <w:t xml:space="preserve">[18:26] </w:t>
      </w:r>
      <w:r>
        <w:t>تو Archimedes کو اگر ایک ایک مستری ملی ہوتی تو کبھی اس کے منہ سے نہ نکلتا کہ</w:t>
      </w:r>
    </w:p>
    <w:p>
      <w:pPr>
        <w:jc w:val="right"/>
      </w:pPr>
      <w:r>
        <w:t>تو آرکمیڈیز کو اگر ایک ایک مستری ملی ہوتی تو کبھی اس کے منہ سے نہ نکلتا کہ</w:t>
      </w:r>
    </w:p>
    <w:p>
      <w:r>
        <w:rPr>
          <w:b/>
        </w:rPr>
        <w:t xml:space="preserve">[18:31] </w:t>
      </w:r>
      <w:r>
        <w:t>eureka, eureka, maine pa liya, maine pa liya.</w:t>
      </w:r>
    </w:p>
    <w:p>
      <w:pPr>
        <w:jc w:val="right"/>
      </w:pPr>
      <w:r>
        <w:t>یوریکا، یوریکا، میں نے پا لیا، میں نے پا لیا۔</w:t>
      </w:r>
    </w:p>
    <w:p>
      <w:r>
        <w:rPr>
          <w:b/>
        </w:rPr>
        <w:t xml:space="preserve">[18:36] </w:t>
      </w:r>
      <w:r>
        <w:t>is wajah se in baaton ko</w:t>
      </w:r>
    </w:p>
    <w:p>
      <w:pPr>
        <w:jc w:val="right"/>
      </w:pPr>
      <w:r>
        <w:t>اس وجہ سے ان باتوں کو</w:t>
      </w:r>
    </w:p>
    <w:p>
      <w:r>
        <w:rPr>
          <w:b/>
        </w:rPr>
        <w:t xml:space="preserve">[18:42] </w:t>
      </w:r>
      <w:r>
        <w:t>ke ek kahoon to hai nahin, do hi kahoon to gaar, to yeh kuch shabdon ka janjal hai.</w:t>
      </w:r>
    </w:p>
    <w:p>
      <w:pPr>
        <w:jc w:val="right"/>
      </w:pPr>
      <w:r>
        <w:t>کہ ایک کہوں تو ہے نہیں، دو ہی کہوں تو غار، تو یہ کچھ शब्दوں کا جنجال ہے۔</w:t>
      </w:r>
    </w:p>
    <w:p>
      <w:r>
        <w:rPr>
          <w:b/>
        </w:rPr>
        <w:t xml:space="preserve">[18:48] </w:t>
      </w:r>
      <w:r>
        <w:t>yeh sirf yahan mein ek baat yeh kehna chahunga ke history ke history of thought jo hai,</w:t>
      </w:r>
    </w:p>
    <w:p>
      <w:pPr>
        <w:jc w:val="right"/>
      </w:pPr>
      <w:r>
        <w:t>یہ صرف یہاں میں ایک بات یہ کہنا چاہوں گا کہ history کے history of thought جو ہے،</w:t>
      </w:r>
    </w:p>
    <w:p>
      <w:r>
        <w:rPr>
          <w:b/>
        </w:rPr>
        <w:t xml:space="preserve">[18:54] </w:t>
      </w:r>
      <w:r>
        <w:t>is ke do phases hain, do period hain.</w:t>
      </w:r>
    </w:p>
    <w:p>
      <w:pPr>
        <w:jc w:val="right"/>
      </w:pPr>
      <w:r>
        <w:t>اس کے دو phases ہیں، دو period ہیں۔</w:t>
      </w:r>
    </w:p>
    <w:p>
      <w:r>
        <w:rPr>
          <w:b/>
        </w:rPr>
        <w:t xml:space="preserve">[19:00] </w:t>
      </w:r>
      <w:r>
        <w:t>ek hai jo science se shuru hota hai, ek hai pre-scientific period, ek hai post-scientific period.</w:t>
      </w:r>
    </w:p>
    <w:p>
      <w:pPr>
        <w:jc w:val="right"/>
      </w:pPr>
      <w:r>
        <w:t>ایک ہے جو سائنس سے شروع ہوتا ہے، ایک ہے pre-scientific period، ایک ہے post-scientific period۔</w:t>
      </w:r>
    </w:p>
    <w:p>
      <w:r>
        <w:rPr>
          <w:b/>
        </w:rPr>
        <w:t xml:space="preserve">[19:06] </w:t>
      </w:r>
      <w:r>
        <w:t>scientific period mein pehli baar aisa hua hai,</w:t>
      </w:r>
    </w:p>
    <w:p>
      <w:pPr>
        <w:jc w:val="right"/>
      </w:pPr>
      <w:r>
        <w:t>سائنٹیفک پیریڈ میں پہلی بار ایسا ہوا ہے،</w:t>
      </w:r>
    </w:p>
    <w:p>
      <w:r>
        <w:rPr>
          <w:b/>
        </w:rPr>
        <w:t xml:space="preserve">[19:12] </w:t>
      </w:r>
      <w:r>
        <w:t>pehli baar aisa hua hai ke hum yeh janne lage hain ke reason based argument kya cheez hai. Yaani supporting supporting data ho, us par ek argument khara kiya jaye, woh kya cheez hai. Pehle zamanay mein aisa nahi tha. Pehle zamanay mein tha ke kuch bhi baat shabdon mein agar keh di jaye to bas goya ke baat ho gayi. Jaise Kabir ne jo kaha ke ek kahoon to hai nahi,</w:t>
      </w:r>
    </w:p>
    <w:p>
      <w:pPr>
        <w:jc w:val="right"/>
      </w:pPr>
      <w:r>
        <w:t>پہلی بار ایسا ہوا ہے کہ ہم یہ جاننے لگے ہیں کہ reason based argument کیا چیز ہے۔ یعنی supporting supporting data ہو، اس پر ایک argument کھڑا کیا جائے، وہ کیا چیز ہے۔ پہلے زمانے میں ایسا نہیں تھا۔ پہلے زمانے میں تھا کہ کچھ بھی بات शब्दوں میں اگر کہہ دی جائے تو بس گویا کہ بات ہو گئی۔ جیسے کبیر نے جو کہا کہ ایک کہوں تو ہے نہیں،</w:t>
      </w:r>
    </w:p>
    <w:p>
      <w:r>
        <w:rPr>
          <w:b/>
        </w:rPr>
        <w:t xml:space="preserve">[19:42] </w:t>
      </w:r>
      <w:r>
        <w:t>do hi kahoon to gaar, yeh shabde hain, kuch alfaaz hain, kuch words hain, kuch nahin, is mein</w:t>
      </w:r>
    </w:p>
    <w:p>
      <w:pPr>
        <w:jc w:val="right"/>
      </w:pPr>
      <w:r>
        <w:t>دو ہی کہوں تو غار، یہ शब्द ہیں، کچھ الفاظ ہیں، کچھ words ہیں، کچھ نہیں، اس میں</w:t>
      </w:r>
    </w:p>
    <w:p>
      <w:r>
        <w:rPr>
          <w:b/>
        </w:rPr>
        <w:t xml:space="preserve">[19:47] </w:t>
      </w:r>
      <w:r>
        <w:t>koi argument hai, na koi daleel hai.</w:t>
      </w:r>
    </w:p>
    <w:p>
      <w:pPr>
        <w:jc w:val="right"/>
      </w:pPr>
      <w:r>
        <w:t>کوئی argument ہے، نہ کوئی دلیل ہے۔</w:t>
      </w:r>
    </w:p>
    <w:p>
      <w:r>
        <w:rPr>
          <w:b/>
        </w:rPr>
        <w:t xml:space="preserve">[19:52] </w:t>
      </w:r>
      <w:r>
        <w:t>to unhon ne ek keh diya to laga ke yeh bhi keh diya gaya.</w:t>
      </w:r>
    </w:p>
    <w:p>
      <w:pPr>
        <w:jc w:val="right"/>
      </w:pPr>
      <w:r>
        <w:t>تو انہوں نے ایک کہہ دیا تو لگا کہ یہ بھی کہہ دیا گیا۔</w:t>
      </w:r>
    </w:p>
    <w:p>
      <w:r>
        <w:rPr>
          <w:b/>
        </w:rPr>
        <w:t xml:space="preserve">[19:57] </w:t>
      </w:r>
      <w:r>
        <w:t>bahut se log is ko dohrate rehte hain.</w:t>
      </w:r>
    </w:p>
    <w:p>
      <w:pPr>
        <w:jc w:val="right"/>
      </w:pPr>
      <w:r>
        <w:t>بہت سے لوگ اس کو دہراتے رہتے ہیں۔</w:t>
      </w:r>
    </w:p>
    <w:p>
      <w:r>
        <w:rPr>
          <w:b/>
        </w:rPr>
        <w:t xml:space="preserve">[20:02] </w:t>
      </w:r>
      <w:r>
        <w:t>to aap pehle ka jo hai, agar aap literature parhein, jo religious ka literature hai, jis mein khuda</w:t>
      </w:r>
    </w:p>
    <w:p>
      <w:pPr>
        <w:jc w:val="right"/>
      </w:pPr>
      <w:r>
        <w:t>تو آپ پہلے کا جو ہے، اگر آپ literature پڑھیں، جو religious کا literature ہے، جس میں خدا</w:t>
      </w:r>
    </w:p>
    <w:p>
      <w:r>
        <w:rPr>
          <w:b/>
        </w:rPr>
        <w:t xml:space="preserve">[20:07] </w:t>
      </w:r>
      <w:r>
        <w:t>ke baray mein, to sara aap payenge ke sab is pe base karta hai anology par.</w:t>
      </w:r>
    </w:p>
    <w:p>
      <w:pPr>
        <w:jc w:val="right"/>
      </w:pPr>
      <w:r>
        <w:t>کے بارے میں، تو سارا آپ پائیں گے کہ سب اس پہ base کرتا ہے anology پر۔</w:t>
      </w:r>
    </w:p>
    <w:p>
      <w:r>
        <w:rPr>
          <w:b/>
        </w:rPr>
        <w:t xml:space="preserve">[20:12] </w:t>
      </w:r>
      <w:r>
        <w:t>yeh science ne pehli baar bataya hai ke anology is the weakest form of argument. Anology is the weakest form of argument. Jaise aap dekhiye, jo log yeh mante hain, yaani modism ko mante hain ke sab kuch ek hai, matlab insan aur darakht aur pathar aur Khuda sab kuch ek hai, do hi nahi hai, to woh kya kehte hain ke aap ocean</w:t>
      </w:r>
    </w:p>
    <w:p>
      <w:pPr>
        <w:jc w:val="right"/>
      </w:pPr>
      <w:r>
        <w:t>یہ سائنس نے پہلی بار بتایا ہے کہ anology is the weakest form of argument۔ Anology is the weakest form of argument۔ جیسے آپ دیکھیے، جو لوگ یہ مانتے ہیں، یعنی ماڈزم کو مانتے ہیں کہ سب کچھ ایک ہے، مطلب انسان اور درخت اور پتھر اور خدا سب کچھ ایک ہے، دو ہی نہیں ہے، تو وہ کیا کہتے ہیں کہ آپ ocean</w:t>
      </w:r>
    </w:p>
    <w:p>
      <w:r>
        <w:rPr>
          <w:b/>
        </w:rPr>
        <w:t xml:space="preserve">[20:42] </w:t>
      </w:r>
      <w:r>
        <w:t>se ek drop pani ke lijie.</w:t>
      </w:r>
    </w:p>
    <w:p>
      <w:pPr>
        <w:jc w:val="right"/>
      </w:pPr>
      <w:r>
        <w:t>سے ایک ڈراپ پانی کے لیجئے۔</w:t>
      </w:r>
    </w:p>
    <w:p>
      <w:r>
        <w:rPr>
          <w:b/>
        </w:rPr>
        <w:t xml:space="preserve">[20:47] </w:t>
      </w:r>
      <w:r>
        <w:t>to ab apparently aap samjhen ke do chezen hain, ek drop hai, ek sam ocean hai, lekin is</w:t>
      </w:r>
    </w:p>
    <w:p>
      <w:pPr>
        <w:jc w:val="right"/>
      </w:pPr>
      <w:r>
        <w:t>تو اب apparently آپ سمجھیں کہ دو چیزیں ہیں، ایک ڈراپ ہے، ایک سم ocean ہے، لیکن اس</w:t>
      </w:r>
    </w:p>
    <w:p>
      <w:r>
        <w:rPr>
          <w:b/>
        </w:rPr>
        <w:t xml:space="preserve">[20:51] </w:t>
      </w:r>
      <w:r>
        <w:t>ko dal dijie aap ocean mein to ek ho jaega.</w:t>
      </w:r>
    </w:p>
    <w:p>
      <w:pPr>
        <w:jc w:val="right"/>
      </w:pPr>
      <w:r>
        <w:t>کو ڈال دیجئے آپ ocean میں تو ایک ہو جائے گا۔</w:t>
      </w:r>
    </w:p>
    <w:p>
      <w:r>
        <w:rPr>
          <w:b/>
        </w:rPr>
        <w:t xml:space="preserve">[20:55] </w:t>
      </w:r>
      <w:r>
        <w:t>to yeh ya is se koi cheez prove nahin hoti.</w:t>
      </w:r>
    </w:p>
    <w:p>
      <w:pPr>
        <w:jc w:val="right"/>
      </w:pPr>
      <w:r>
        <w:t>تو یہ یا اس سے کوئی چیز prove نہیں ہوتی۔</w:t>
      </w:r>
    </w:p>
    <w:p>
      <w:r>
        <w:rPr>
          <w:b/>
        </w:rPr>
        <w:t xml:space="preserve">[21:00] </w:t>
      </w:r>
      <w:r>
        <w:t>yeh shabdon ka ek qissa hai.</w:t>
      </w:r>
    </w:p>
    <w:p>
      <w:pPr>
        <w:jc w:val="right"/>
      </w:pPr>
      <w:r>
        <w:t>یہ शब्दوں کا ایک قصہ ہے۔</w:t>
      </w:r>
    </w:p>
    <w:p>
      <w:r>
        <w:rPr>
          <w:b/>
        </w:rPr>
        <w:t xml:space="preserve">[21:04] </w:t>
      </w:r>
      <w:r>
        <w:t>aise jaise kuch log kehte hain ke sachai ek hai, rastay is ke kai hain.</w:t>
      </w:r>
    </w:p>
    <w:p>
      <w:pPr>
        <w:jc w:val="right"/>
      </w:pPr>
      <w:r>
        <w:t>ایسے جیسے کچھ لوگ کہتے ہیں کہ سچائی ایک ہے، راستے اس کے کئی ہیں۔</w:t>
      </w:r>
    </w:p>
    <w:p>
      <w:r>
        <w:rPr>
          <w:b/>
        </w:rPr>
        <w:t xml:space="preserve">[21:08] </w:t>
      </w:r>
      <w:r>
        <w:t>to kya aap bol</w:t>
      </w:r>
    </w:p>
    <w:p>
      <w:pPr>
        <w:jc w:val="right"/>
      </w:pPr>
      <w:r>
        <w:t>تو کیا آپ بول</w:t>
      </w:r>
    </w:p>
    <w:p>
      <w:r>
        <w:rPr>
          <w:b/>
        </w:rPr>
        <w:t xml:space="preserve">[21:13] </w:t>
      </w:r>
      <w:r>
        <w:t>te hain ek pahaar par ek building hai aur har taraf se log is par aa rahe hain,</w:t>
      </w:r>
    </w:p>
    <w:p>
      <w:pPr>
        <w:jc w:val="right"/>
      </w:pPr>
      <w:r>
        <w:t>تے ہیں ایک پہاڑ پر ایک بلڈنگ ہے اور ہر طرف سے لوگ اس پر آ رہے ہیں،</w:t>
      </w:r>
    </w:p>
    <w:p>
      <w:r>
        <w:rPr>
          <w:b/>
        </w:rPr>
        <w:t xml:space="preserve">[21:20] </w:t>
      </w:r>
      <w:r>
        <w:t>to har taraf chalenge lekin pahunchenge to is se ek hi building mein pahunchenge.</w:t>
      </w:r>
    </w:p>
    <w:p>
      <w:pPr>
        <w:jc w:val="right"/>
      </w:pPr>
      <w:r>
        <w:t>تو ہر طرف چلیں گے لیکن پہنچیں گے تو اس سے ایک ہی بلڈنگ میں پہنچیں گے۔</w:t>
      </w:r>
    </w:p>
    <w:p>
      <w:r>
        <w:rPr>
          <w:b/>
        </w:rPr>
        <w:t xml:space="preserve">[21:28] </w:t>
      </w:r>
      <w:r>
        <w:t>ab dekhen, yeh yeh jo hai, yeh jo yeh metaphor jo hai, yeh metaphor applicable nahin yahan par hai.</w:t>
      </w:r>
    </w:p>
    <w:p>
      <w:pPr>
        <w:jc w:val="right"/>
      </w:pPr>
      <w:r>
        <w:t>اب دیکھیں، یہ یہ جو ہے، یہ جو یہ میٹافر جو ہے، یہ میٹافر applicably نہیں یہاں پر ہے۔</w:t>
      </w:r>
    </w:p>
    <w:p>
      <w:r>
        <w:rPr>
          <w:b/>
        </w:rPr>
        <w:t xml:space="preserve">[21:35] </w:t>
      </w:r>
      <w:r>
        <w:t>kyunki hum hum sachai ko, hum sachai ko janna chahte hain, pahaar ke rastay ko nahin.</w:t>
      </w:r>
    </w:p>
    <w:p>
      <w:pPr>
        <w:jc w:val="right"/>
      </w:pPr>
      <w:r>
        <w:t>کیونکہ ہم ہم سچائی کو، ہم سچائی کو جاننا چاہتے ہیں، پہاڑ کے راستے کو نہیں۔</w:t>
      </w:r>
    </w:p>
    <w:p>
      <w:r>
        <w:rPr>
          <w:b/>
        </w:rPr>
        <w:t xml:space="preserve">[21:43] </w:t>
      </w:r>
      <w:r>
        <w:t>ek sath maine kaha ke agar aap is ko badal den aur yeh kahen ke nai dilli</w:t>
      </w:r>
    </w:p>
    <w:p>
      <w:pPr>
        <w:jc w:val="right"/>
      </w:pPr>
      <w:r>
        <w:t>ایک ساتھ میں نے کہا کہ اگر آپ اس کو بدل دیں اور یہ کہیں کہ نئی دہلی</w:t>
      </w:r>
    </w:p>
    <w:p>
      <w:r>
        <w:rPr>
          <w:b/>
        </w:rPr>
        <w:t xml:space="preserve">[21:48] </w:t>
      </w:r>
      <w:r>
        <w:t>ke railway station par ek aadmi khada hai, wahan darjanon railein hain, darjanon railein hain jahan har ek</w:t>
      </w:r>
    </w:p>
    <w:p>
      <w:pPr>
        <w:jc w:val="right"/>
      </w:pPr>
      <w:r>
        <w:t>کے ریلوے اسٹیشن پر ایک آدمی کھڑا ہے، وہاں درجنوں ریلیں ہیں، درجنوں ریلیں ہیں جہاں ہر ایک</w:t>
      </w:r>
    </w:p>
    <w:p>
      <w:r>
        <w:rPr>
          <w:b/>
        </w:rPr>
        <w:t xml:space="preserve">[21:53] </w:t>
      </w:r>
      <w:r>
        <w:t>engine laga hua hai, har ek mein.</w:t>
      </w:r>
    </w:p>
    <w:p>
      <w:pPr>
        <w:jc w:val="right"/>
      </w:pPr>
      <w:r>
        <w:t>انجن لگا ہوا ہے، ہر ایک میں۔</w:t>
      </w:r>
    </w:p>
    <w:p>
      <w:r>
        <w:rPr>
          <w:b/>
        </w:rPr>
        <w:t xml:space="preserve">[21:58] </w:t>
      </w:r>
      <w:r>
        <w:t>to aap wahan kehte hain ke jis rastay chalo to usi building pahunch jaoge.</w:t>
      </w:r>
    </w:p>
    <w:p>
      <w:pPr>
        <w:jc w:val="right"/>
      </w:pPr>
      <w:r>
        <w:t>تو آپ وہاں کہتے ہیں کہ جس راستے چلو تو اسی بلڈنگ پہنچ جاؤ گے۔</w:t>
      </w:r>
    </w:p>
    <w:p>
      <w:r>
        <w:rPr>
          <w:b/>
        </w:rPr>
        <w:t xml:space="preserve">[22:03] </w:t>
      </w:r>
      <w:r>
        <w:t>kya aap yahan bhi keh sakte hain ke jis gaadi mein jao, baith jao to apne destination pahunch</w:t>
      </w:r>
    </w:p>
    <w:p>
      <w:pPr>
        <w:jc w:val="right"/>
      </w:pPr>
      <w:r>
        <w:t>کیا آپ یہاں بھی کہہ سکتے ہیں کہ جس گاڑی میں جاؤ، بیٹھ جاؤ تو اپنے ڈیسٹینیشن پہنچ</w:t>
      </w:r>
    </w:p>
    <w:p>
      <w:r>
        <w:rPr>
          <w:b/>
        </w:rPr>
        <w:t xml:space="preserve">[22:08] </w:t>
      </w:r>
      <w:r>
        <w:t>jaoge? aisa keh sakte hain aap</w:t>
      </w:r>
    </w:p>
    <w:p>
      <w:pPr>
        <w:jc w:val="right"/>
      </w:pPr>
      <w:r>
        <w:t>جاؤ گے؟ ایسا کہہ سکتے ہیں آپ</w:t>
      </w:r>
    </w:p>
    <w:p>
      <w:r>
        <w:rPr>
          <w:b/>
        </w:rPr>
        <w:t xml:space="preserve">[22:13] </w:t>
      </w:r>
      <w:r>
        <w:t>ke jis train mein jao, baith jao, pahuncho ge wahin jahan tum jana, tum ko jana hai.</w:t>
      </w:r>
    </w:p>
    <w:p>
      <w:pPr>
        <w:jc w:val="right"/>
      </w:pPr>
      <w:r>
        <w:t>کہ جس ٹرین میں جاؤ، بیٹھ جاؤ، پہنچو گے وہیں جہاں تم جانا، تم کو جانا ہے۔</w:t>
      </w:r>
    </w:p>
    <w:p>
      <w:r>
        <w:rPr>
          <w:b/>
        </w:rPr>
        <w:t xml:space="preserve">[22:19] </w:t>
      </w:r>
      <w:r>
        <w:t>to metaphor jo hai, is se koi cheez prove nahin hoti.</w:t>
      </w:r>
    </w:p>
    <w:p>
      <w:pPr>
        <w:jc w:val="right"/>
      </w:pPr>
      <w:r>
        <w:t>تو میٹافر جو ہے، اس سے کوئی چیز prove نہیں ہوتی۔</w:t>
      </w:r>
    </w:p>
    <w:p>
      <w:r>
        <w:rPr>
          <w:b/>
        </w:rPr>
        <w:t xml:space="preserve">[22:25] </w:t>
      </w:r>
      <w:r>
        <w:t>lekin pehle zamanay mein, yani science se pehle ke zamanay mein, log is ko jante nahin the consciously.</w:t>
      </w:r>
    </w:p>
    <w:p>
      <w:pPr>
        <w:jc w:val="right"/>
      </w:pPr>
      <w:r>
        <w:t>لیکن پہلے زمانے میں، یعنی سائنس سے پہلے کے زمانے میں، لوگ اس کو جانتے نہیں تھے consciously۔</w:t>
      </w:r>
    </w:p>
    <w:p>
      <w:r>
        <w:rPr>
          <w:b/>
        </w:rPr>
        <w:t xml:space="preserve">[22:31] </w:t>
      </w:r>
      <w:r>
        <w:t>kuch bhi jo shabdon mein keh diya jae, samajhte hain ke woh ho gaya, baat prove ho gai.</w:t>
      </w:r>
    </w:p>
    <w:p>
      <w:pPr>
        <w:jc w:val="right"/>
      </w:pPr>
      <w:r>
        <w:t>کچھ بھی جو शब्दوں میں کہہ دیا جائے، سمجھتے ہیں کہ وہ ہو گیا، بات prove ہو گئی۔</w:t>
      </w:r>
    </w:p>
    <w:p>
      <w:r>
        <w:rPr>
          <w:b/>
        </w:rPr>
        <w:t xml:space="preserve">[22:37] </w:t>
      </w:r>
      <w:r>
        <w:t>science ne pehli bar bataya hai ke kya hai reason, kya hai</w:t>
      </w:r>
    </w:p>
    <w:p>
      <w:pPr>
        <w:jc w:val="right"/>
      </w:pPr>
      <w:r>
        <w:t>سائنس نے پہلی بار بتایا ہے کہ کیا ہے reason، کیا ہے</w:t>
      </w:r>
    </w:p>
    <w:p>
      <w:r>
        <w:rPr>
          <w:b/>
        </w:rPr>
        <w:t xml:space="preserve">[22:43] </w:t>
      </w:r>
      <w:r>
        <w:t>analysis, kya hai argument.</w:t>
      </w:r>
    </w:p>
    <w:p>
      <w:pPr>
        <w:jc w:val="right"/>
      </w:pPr>
      <w:r>
        <w:t>analysis، کیا ہے argument۔</w:t>
      </w:r>
    </w:p>
    <w:p>
      <w:r>
        <w:rPr>
          <w:b/>
        </w:rPr>
        <w:t xml:space="preserve">[22:50] </w:t>
      </w:r>
      <w:r>
        <w:t>to supporting evidence ke baghair pehle zamanay mein baat kehte the log.</w:t>
      </w:r>
    </w:p>
    <w:p>
      <w:pPr>
        <w:jc w:val="right"/>
      </w:pPr>
      <w:r>
        <w:t>تو supporting evidence کے بغیر پہلے زمانے میں بات کہتے تھے لوگ۔</w:t>
      </w:r>
    </w:p>
    <w:p>
      <w:r>
        <w:rPr>
          <w:b/>
        </w:rPr>
        <w:t xml:space="preserve">[22:56] </w:t>
      </w:r>
      <w:r>
        <w:t>ab supporting evidence hona chahiye, data hona chahiye.</w:t>
      </w:r>
    </w:p>
    <w:p>
      <w:pPr>
        <w:jc w:val="right"/>
      </w:pPr>
      <w:r>
        <w:t>اب supporting evidence ہونا چاہیے، data ہونا چاہیے۔</w:t>
      </w:r>
    </w:p>
    <w:p>
      <w:r>
        <w:rPr>
          <w:b/>
        </w:rPr>
        <w:t xml:space="preserve">[23:03] </w:t>
      </w:r>
      <w:r>
        <w:t>jab tak aap ke paas supporting data nahin hai, supporting evidence nahin hai, woh baat sabit nahin maani jayegi.</w:t>
      </w:r>
    </w:p>
    <w:p>
      <w:pPr>
        <w:jc w:val="right"/>
      </w:pPr>
      <w:r>
        <w:t>جب تک آپ کے پاس supporting data نہیں ہے، supporting evidence نہیں ہے، وہ بات ثابت نہیں مانی جائے گی۔</w:t>
      </w:r>
    </w:p>
    <w:p>
      <w:r>
        <w:rPr>
          <w:b/>
        </w:rPr>
        <w:t xml:space="preserve">[23:09] </w:t>
      </w:r>
      <w:r>
        <w:t>to yeh is lihaaz se aap dekhen to hamari poori history mein</w:t>
      </w:r>
    </w:p>
    <w:p>
      <w:pPr>
        <w:jc w:val="right"/>
      </w:pPr>
      <w:r>
        <w:t>تو یہ اس لحاظ سے آپ دیکھیں تو ہماری پوری history میں</w:t>
      </w:r>
    </w:p>
    <w:p>
      <w:r>
        <w:rPr>
          <w:b/>
        </w:rPr>
        <w:t xml:space="preserve">[23:16] </w:t>
      </w:r>
      <w:r>
        <w:t>chand woh hain, yaani chand zamane hain.</w:t>
      </w:r>
    </w:p>
    <w:p>
      <w:pPr>
        <w:jc w:val="right"/>
      </w:pPr>
      <w:r>
        <w:t>چند وہ ہیں، یعنی چند زمانے ہیں۔</w:t>
      </w:r>
    </w:p>
    <w:p>
      <w:r>
        <w:rPr>
          <w:b/>
        </w:rPr>
        <w:t xml:space="preserve">[23:21] </w:t>
      </w:r>
      <w:r>
        <w:t>un ko main kahunga ke sab se pehla jo zamana hai, woh hai superstition ka zamana.</w:t>
      </w:r>
    </w:p>
    <w:p>
      <w:pPr>
        <w:jc w:val="right"/>
      </w:pPr>
      <w:r>
        <w:t>ان کو میں کہوں گا کہ سب سے پہلا جو زمانہ ہے، وہ ہے superstition کا زمانہ۔</w:t>
      </w:r>
    </w:p>
    <w:p>
      <w:r>
        <w:rPr>
          <w:b/>
        </w:rPr>
        <w:t xml:space="preserve">[23:27] </w:t>
      </w:r>
      <w:r>
        <w:t>to sab se pehle insaan ne Khuda ka jo concept, yaani yaani super superstition model ko le kar</w:t>
      </w:r>
    </w:p>
    <w:p>
      <w:pPr>
        <w:jc w:val="right"/>
      </w:pPr>
      <w:r>
        <w:t>تو سب سے پہلے انسان نے خدا کا جو concept، یعنی یعنی super superstition ماڈل کو لے کر</w:t>
      </w:r>
    </w:p>
    <w:p>
      <w:r>
        <w:rPr>
          <w:b/>
        </w:rPr>
        <w:t xml:space="preserve">[23:32] </w:t>
      </w:r>
      <w:r>
        <w:t>Khuda ka concept bana.</w:t>
      </w:r>
    </w:p>
    <w:p>
      <w:pPr>
        <w:jc w:val="right"/>
      </w:pPr>
      <w:r>
        <w:t>خدا کا concept بنا۔</w:t>
      </w:r>
    </w:p>
    <w:p>
      <w:r>
        <w:rPr>
          <w:b/>
        </w:rPr>
        <w:t xml:space="preserve">[23:37] </w:t>
      </w:r>
      <w:r>
        <w:t>pehla jo concept tha Khuda ka, woh base karta tha superstition model par.</w:t>
      </w:r>
    </w:p>
    <w:p>
      <w:pPr>
        <w:jc w:val="right"/>
      </w:pPr>
      <w:r>
        <w:t>پہلا جو concept تھا خدا کا، وہ base کرتا تھا superstition ماڈل پر۔</w:t>
      </w:r>
    </w:p>
    <w:p>
      <w:r>
        <w:rPr>
          <w:b/>
        </w:rPr>
        <w:t xml:space="preserve">[23:42] </w:t>
      </w:r>
      <w:r>
        <w:t>Superstition model kya tha?</w:t>
      </w:r>
    </w:p>
    <w:p>
      <w:pPr>
        <w:jc w:val="right"/>
      </w:pPr>
      <w:r>
        <w:t>Superstition ماڈل کیا تھا؟</w:t>
      </w:r>
    </w:p>
    <w:p>
      <w:r>
        <w:rPr>
          <w:b/>
        </w:rPr>
        <w:t xml:space="preserve">[23:48] </w:t>
      </w:r>
      <w:r>
        <w:t>insaan ne dekha ke suraj chamak raha hai to kaha yeh bhi Khuda hai.</w:t>
      </w:r>
    </w:p>
    <w:p>
      <w:pPr>
        <w:jc w:val="right"/>
      </w:pPr>
      <w:r>
        <w:t>انسان نے دیکھا کہ سورج چمک رہا ہے تو کہا یہ بھی خدا ہے۔</w:t>
      </w:r>
    </w:p>
    <w:p>
      <w:r>
        <w:rPr>
          <w:b/>
        </w:rPr>
        <w:t xml:space="preserve">[23:54] </w:t>
      </w:r>
      <w:r>
        <w:t>chaand chamak raha hai to woh Khuda samajh liya.</w:t>
      </w:r>
    </w:p>
    <w:p>
      <w:pPr>
        <w:jc w:val="right"/>
      </w:pPr>
      <w:r>
        <w:t>چاند چمک رہا ہے تو وہ خدا سمجھ لیا۔</w:t>
      </w:r>
    </w:p>
    <w:p>
      <w:r>
        <w:rPr>
          <w:b/>
        </w:rPr>
        <w:t xml:space="preserve">[24:00] </w:t>
      </w:r>
      <w:r>
        <w:t>is ko samandar mein paani jitna zyada hai, samajh lein aik samandar bhi Khuda hai, mountain bhi Khuda hai.</w:t>
      </w:r>
    </w:p>
    <w:p>
      <w:pPr>
        <w:jc w:val="right"/>
      </w:pPr>
      <w:r>
        <w:t>اس کو سمندر میں پانی جتنا زیادہ ہے، سمجھ لیں ایک سمندر بھی خدا ہے، ماؤنٹین بھی خدا ہے۔</w:t>
      </w:r>
    </w:p>
    <w:p>
      <w:r>
        <w:rPr>
          <w:b/>
        </w:rPr>
        <w:t xml:space="preserve">[24:06] </w:t>
      </w:r>
      <w:r>
        <w:t>to bohat se Khudaon ka concept is tarah aaya super superstition ke zamane mein.</w:t>
      </w:r>
    </w:p>
    <w:p>
      <w:pPr>
        <w:jc w:val="right"/>
      </w:pPr>
      <w:r>
        <w:t>تو بہت سے خداؤں کا concept اس طرح آیا super superstition کے زمانے میں۔</w:t>
      </w:r>
    </w:p>
    <w:p>
      <w:r>
        <w:rPr>
          <w:b/>
        </w:rPr>
        <w:t xml:space="preserve">[24:13] </w:t>
      </w:r>
      <w:r>
        <w:t>is ko superstition model, yaani tabaah maati model, kisi bhi cheez ko baghair analysis kiye hue</w:t>
      </w:r>
    </w:p>
    <w:p>
      <w:pPr>
        <w:jc w:val="right"/>
      </w:pPr>
      <w:r>
        <w:t>اس کو superstition ماڈل، یعنی تباہ ماتی ماڈل، کسی بھی چیز کو بغیر analysis کیے ہوئے</w:t>
      </w:r>
    </w:p>
    <w:p>
      <w:r>
        <w:rPr>
          <w:b/>
        </w:rPr>
        <w:t xml:space="preserve">[24:19] </w:t>
      </w:r>
      <w:r>
        <w:t>Khuda maan lena.</w:t>
      </w:r>
    </w:p>
    <w:p>
      <w:pPr>
        <w:jc w:val="right"/>
      </w:pPr>
      <w:r>
        <w:t>خدا مان لینا۔</w:t>
      </w:r>
    </w:p>
    <w:p>
      <w:r>
        <w:rPr>
          <w:b/>
        </w:rPr>
        <w:t xml:space="preserve">[24:24] </w:t>
      </w:r>
      <w:r>
        <w:t>to beshumaar Khuda ho gaye, beshumaar Khuda ho gaye.</w:t>
      </w:r>
    </w:p>
    <w:p>
      <w:pPr>
        <w:jc w:val="right"/>
      </w:pPr>
      <w:r>
        <w:t>تو بے شمار خدا ہو گئے، بے شمار خدا ہو گئے۔</w:t>
      </w:r>
    </w:p>
    <w:p>
      <w:r>
        <w:rPr>
          <w:b/>
        </w:rPr>
        <w:t xml:space="preserve">[24:29] </w:t>
      </w:r>
      <w:r>
        <w:t>is ke baad aaya philosophy ka zamana to falsafiyana model duniya mein aaya.</w:t>
      </w:r>
    </w:p>
    <w:p>
      <w:pPr>
        <w:jc w:val="right"/>
      </w:pPr>
      <w:r>
        <w:t>اس کے بعد آیا فلاسفی کا زمانہ تو فلسفیانہ ماڈل دنیا میں آیا۔</w:t>
      </w:r>
    </w:p>
    <w:p>
      <w:r>
        <w:rPr>
          <w:b/>
        </w:rPr>
        <w:t xml:space="preserve">[24:34] </w:t>
      </w:r>
      <w:r>
        <w:t>Philosophers ne jo study ki to taqreeban tamam philosophers jo hain, woh Khuda ko maante the.</w:t>
      </w:r>
    </w:p>
    <w:p>
      <w:pPr>
        <w:jc w:val="right"/>
      </w:pPr>
      <w:r>
        <w:t>فلاسفرز نے جو study کی تو تقریباً تمام فلاسفر جو ہیں، وہ خدا کو مانتے تھے۔</w:t>
      </w:r>
    </w:p>
    <w:p>
      <w:r>
        <w:rPr>
          <w:b/>
        </w:rPr>
        <w:t xml:space="preserve">[24:39] </w:t>
      </w:r>
      <w:r>
        <w:t>is tarah nahin jaise main maanta hoon, is tarah nahin, lekin kisi na kisi shakal mein.</w:t>
      </w:r>
    </w:p>
    <w:p>
      <w:pPr>
        <w:jc w:val="right"/>
      </w:pPr>
      <w:r>
        <w:t>اس طرح نہیں جیسے میں مانتا ہوں، اس طرح نہیں، لیکن کسی نہ کسی شکل میں۔</w:t>
      </w:r>
    </w:p>
    <w:p>
      <w:r>
        <w:rPr>
          <w:b/>
        </w:rPr>
        <w:t xml:space="preserve">[24:44] </w:t>
      </w:r>
      <w:r>
        <w:t>misalan aap parhein Plato ko, Plato Khuda</w:t>
      </w:r>
    </w:p>
    <w:p>
      <w:pPr>
        <w:jc w:val="right"/>
      </w:pPr>
      <w:r>
        <w:t>مثلاً آپ پڑھیں پلیٹو کو، پلیٹو خدا</w:t>
      </w:r>
    </w:p>
    <w:p>
      <w:r>
        <w:rPr>
          <w:b/>
        </w:rPr>
        <w:t xml:space="preserve">[24:49] </w:t>
      </w:r>
      <w:r>
        <w:t>ko manta tha. Aap Hegel ko parhein to Hegel Khuda ko manta tha. Aap Berkeley ko parhein to Berkeley Khuda ko manta tha. Aap Kant ko parhein to Kant Khuda ko manta tha, lekin apne andaz mein us ki apni definition thi Khuda ki. Woh kya thi jis ko Hegel ne kaha hai "world spirit". World spirit to philosopher saare ke saare Khuda ko mante the. Ek kitaab hai jis</w:t>
      </w:r>
    </w:p>
    <w:p>
      <w:pPr>
        <w:jc w:val="right"/>
      </w:pPr>
      <w:r>
        <w:t>کو مانتا تھا۔ آپ ہیگل کو پڑھیں تو ہیگل خدا کو مانتا تھا۔ آپ برکلے کو پڑھیں تو برکلے خدا کو مانتا تھا۔ آپ کانٹ کو پڑھیں تو کانٹ خدا کو مانتا تھا، لیکن اپنے انداز میں اس کی اپنی definition تھی خدا کی۔ وہ کیا تھی جس کو ہیگل نے کہا ہے "ورلڈ اسپرٹ"۔ ورلڈ اسپرٹ تو فلاسفر سارے کے سارے خدا کو مانتے تھے۔ ایک کتاب ہے جس</w:t>
      </w:r>
    </w:p>
    <w:p>
      <w:r>
        <w:rPr>
          <w:b/>
        </w:rPr>
        <w:t xml:space="preserve">[25:19] </w:t>
      </w:r>
      <w:r>
        <w:t>ka naam hai arabi mein "Qissat al-Iman bin Ilm wal-Falsafa wal-Quran".</w:t>
      </w:r>
    </w:p>
    <w:p>
      <w:pPr>
        <w:jc w:val="right"/>
      </w:pPr>
      <w:r>
        <w:t>کا نام ہے عربی میں "قصۃ الایمان بن علم والفلسفۃ والقرآن"۔</w:t>
      </w:r>
    </w:p>
    <w:p>
      <w:r>
        <w:rPr>
          <w:b/>
        </w:rPr>
        <w:t xml:space="preserve">[25:25] </w:t>
      </w:r>
      <w:r>
        <w:t>is mein unhon ne dikhaya hai, woh philosophy ke, woh un ka subject philosophy tha, yeh Algeria ke the.</w:t>
      </w:r>
    </w:p>
    <w:p>
      <w:pPr>
        <w:jc w:val="right"/>
      </w:pPr>
      <w:r>
        <w:t>اس میں انہوں نے دکھایا ہے، وہ فلاسفی کے، وہ ان کا سبجیکٹ فلاسفی تھا، یہ الجزائر کے تھے۔</w:t>
      </w:r>
    </w:p>
    <w:p>
      <w:r>
        <w:rPr>
          <w:b/>
        </w:rPr>
        <w:t xml:space="preserve">[25:31] </w:t>
      </w:r>
      <w:r>
        <w:t>yeh is mein dikhaya ke saare philosophers Khuda ko maante the, lekin main yeh kahunga ke yeh</w:t>
      </w:r>
    </w:p>
    <w:p>
      <w:pPr>
        <w:jc w:val="right"/>
      </w:pPr>
      <w:r>
        <w:t>یہ اس میں دکھایا کہ سارے فلاسفرز خدا کو مانتے تھے، لیکن میں یہ کہوں گا کہ یہ</w:t>
      </w:r>
    </w:p>
    <w:p>
      <w:r>
        <w:rPr>
          <w:b/>
        </w:rPr>
        <w:t xml:space="preserve">[25:38] </w:t>
      </w:r>
      <w:r>
        <w:t>baat, haan, yaani yeh 50 percent, yaani yeh half truth hai.</w:t>
      </w:r>
    </w:p>
    <w:p>
      <w:pPr>
        <w:jc w:val="right"/>
      </w:pPr>
      <w:r>
        <w:t>بات، ہاں، یعنی یہ 50 پرسنٹ، یعنی یہ ہاف ٹروتھ ہے۔</w:t>
      </w:r>
    </w:p>
    <w:p>
      <w:r>
        <w:rPr>
          <w:b/>
        </w:rPr>
        <w:t xml:space="preserve">[25:44] </w:t>
      </w:r>
      <w:r>
        <w:t>yeh kyunke Khuda ko maante the</w:t>
      </w:r>
    </w:p>
    <w:p>
      <w:pPr>
        <w:jc w:val="right"/>
      </w:pPr>
      <w:r>
        <w:t>یہ کیونکہ خدا کو مانتے تھے</w:t>
      </w:r>
    </w:p>
    <w:p>
      <w:r>
        <w:rPr>
          <w:b/>
        </w:rPr>
        <w:t xml:space="preserve">[25:50] </w:t>
      </w:r>
      <w:r>
        <w:t>spirit ke sense mein, personal God ka concept nahin tha un ke haan.</w:t>
      </w:r>
    </w:p>
    <w:p>
      <w:pPr>
        <w:jc w:val="right"/>
      </w:pPr>
      <w:r>
        <w:t>اسپرٹ کے سینس میں، پرسنل گاڈ کا کانسیپٹ نہیں تھا ان کے ہاں۔</w:t>
      </w:r>
    </w:p>
    <w:p>
      <w:r>
        <w:rPr>
          <w:b/>
        </w:rPr>
        <w:t xml:space="preserve">[25:56] </w:t>
      </w:r>
      <w:r>
        <w:t>jaise gravity, just like gravity, cosmic gravity, to Khuda bhi is tarah se ek cheez hai.</w:t>
      </w:r>
    </w:p>
    <w:p>
      <w:pPr>
        <w:jc w:val="right"/>
      </w:pPr>
      <w:r>
        <w:t>جیسے گریوٹی، جسٹ لائک گریوٹی، کاسمک گریوٹی، تو خدا بھی اس طرح سے ایک چیز ہے۔</w:t>
      </w:r>
    </w:p>
    <w:p>
      <w:r>
        <w:rPr>
          <w:b/>
        </w:rPr>
        <w:t xml:space="preserve">[26:02] </w:t>
      </w:r>
      <w:r>
        <w:t>to main yeh kahunga ke is ko hamare haan kaha jata hai "nirakar Khuda".</w:t>
      </w:r>
    </w:p>
    <w:p>
      <w:pPr>
        <w:jc w:val="right"/>
      </w:pPr>
      <w:r>
        <w:t>تو میں یہ کہوں گا کہ اس کو ہمارے ہاں کہا جاتا ہے "نیراکار خدا"۔</w:t>
      </w:r>
    </w:p>
    <w:p>
      <w:r>
        <w:rPr>
          <w:b/>
        </w:rPr>
        <w:t xml:space="preserve">[26:08] </w:t>
      </w:r>
      <w:r>
        <w:t>nirakar Khuda jis ka koi aakar nahi hai.</w:t>
      </w:r>
    </w:p>
    <w:p>
      <w:pPr>
        <w:jc w:val="right"/>
      </w:pPr>
      <w:r>
        <w:t>نراکار خدا جس کا کوئی آکار نہیں ہے۔</w:t>
      </w:r>
    </w:p>
    <w:p>
      <w:r>
        <w:rPr>
          <w:b/>
        </w:rPr>
        <w:t xml:space="preserve">[26:14] </w:t>
      </w:r>
      <w:r>
        <w:t>lekin sawal yeh hai ke jis Khuda ko main chahta hoon, woh Khuda woh kaise banega? Aisa Khuda, main</w:t>
      </w:r>
    </w:p>
    <w:p>
      <w:pPr>
        <w:jc w:val="right"/>
      </w:pPr>
      <w:r>
        <w:t>لیکن سوال یہ ہے کہ جس خدا کو میں چاہتا ہوں، وہ خدا وہ کیسے بنے گا؟ ایسا خدا، میں</w:t>
      </w:r>
    </w:p>
    <w:p>
      <w:r>
        <w:rPr>
          <w:b/>
        </w:rPr>
        <w:t xml:space="preserve">[26:20] </w:t>
      </w:r>
      <w:r>
        <w:t>Khuda, yani insan jo chahta hai, aisa Khuda jo us ki helplessness ki koi compensate kare, jo us</w:t>
      </w:r>
    </w:p>
    <w:p>
      <w:pPr>
        <w:jc w:val="right"/>
      </w:pPr>
      <w:r>
        <w:t>خدا، یعنی انسان جو چاہتا ہے، ایسا خدا جو اس کی ہیلپلیسنس کی کوئی کمپنسیٹ کرے، جو اس</w:t>
      </w:r>
    </w:p>
    <w:p>
      <w:r>
        <w:rPr>
          <w:b/>
        </w:rPr>
        <w:t xml:space="preserve">[26:25] </w:t>
      </w:r>
      <w:r>
        <w:t>ke liye mohabbat ka subject bane.</w:t>
      </w:r>
    </w:p>
    <w:p>
      <w:pPr>
        <w:jc w:val="right"/>
      </w:pPr>
      <w:r>
        <w:t>کے لیے محبت کا سبجیکٹ بنے۔</w:t>
      </w:r>
    </w:p>
    <w:p>
      <w:r>
        <w:rPr>
          <w:b/>
        </w:rPr>
        <w:t xml:space="preserve">[26:30] </w:t>
      </w:r>
      <w:r>
        <w:t>insan chahta hai ke main sab se zyada mohabbat kisi se karoon, koi ho jo meri, jo mera,</w:t>
      </w:r>
    </w:p>
    <w:p>
      <w:pPr>
        <w:jc w:val="right"/>
      </w:pPr>
      <w:r>
        <w:t>انسان چاہتا ہے کہ میں سب سے زیادہ محبت کسی سے کروں، کوئی ہو جو میری، جو میرا،</w:t>
      </w:r>
    </w:p>
    <w:p>
      <w:r>
        <w:rPr>
          <w:b/>
        </w:rPr>
        <w:t xml:space="preserve">[26:35] </w:t>
      </w:r>
      <w:r>
        <w:t>jis par main trust kar sakoon, koi ho jo mujhe guide kare zindagi mein.</w:t>
      </w:r>
    </w:p>
    <w:p>
      <w:pPr>
        <w:jc w:val="right"/>
      </w:pPr>
      <w:r>
        <w:t>جس پر میں ٹرسٹ کر سکوں، کوئی ہو جو مجھے گائیڈ کرے زندگی میں۔</w:t>
      </w:r>
    </w:p>
    <w:p>
      <w:r>
        <w:rPr>
          <w:b/>
        </w:rPr>
        <w:t xml:space="preserve">[26:40] </w:t>
      </w:r>
      <w:r>
        <w:t>kyunki duniya mein aap jante hain, insan aata hai to kuch bhi le kar nahi aata, woh kuch</w:t>
      </w:r>
    </w:p>
    <w:p>
      <w:pPr>
        <w:jc w:val="right"/>
      </w:pPr>
      <w:r>
        <w:t>کیونکہ دنیا میں آپ جانتے ہیں، انسان آتا ہے تو کچھ بھی لے کر نہیں آتا، وہ کچھ</w:t>
      </w:r>
    </w:p>
    <w:p>
      <w:r>
        <w:rPr>
          <w:b/>
        </w:rPr>
        <w:t xml:space="preserve">[26:46] </w:t>
      </w:r>
      <w:r>
        <w:t>bhi le kar nahi aata.</w:t>
      </w:r>
    </w:p>
    <w:p>
      <w:pPr>
        <w:jc w:val="right"/>
      </w:pPr>
      <w:r>
        <w:t>بھی لے کر نہیں آتا۔</w:t>
      </w:r>
    </w:p>
    <w:p>
      <w:r>
        <w:rPr>
          <w:b/>
        </w:rPr>
        <w:t xml:space="preserve">[26:51] </w:t>
      </w:r>
      <w:r>
        <w:t>to insan ko guidance chahiye, insan ko trust chahiye, insan ko koi chahiye jis ko apna supreme person bana sake.</w:t>
      </w:r>
    </w:p>
    <w:p>
      <w:pPr>
        <w:jc w:val="right"/>
      </w:pPr>
      <w:r>
        <w:t>تو انسان کو گائیڈنس چاہیے، انسان کو ٹرسٹ چاہیے، انسان کو کوئی چاہیے جس کو اپنا سپریم پرسن بنا سکے۔</w:t>
      </w:r>
    </w:p>
    <w:p>
      <w:r>
        <w:rPr>
          <w:b/>
        </w:rPr>
        <w:t xml:space="preserve">[26:57] </w:t>
      </w:r>
      <w:r>
        <w:t>to aisa Khuda ko kaise banega insan? Isi liye aap dekhiye, sare philosopher Khuda ko mante the,</w:t>
      </w:r>
    </w:p>
    <w:p>
      <w:pPr>
        <w:jc w:val="right"/>
      </w:pPr>
      <w:r>
        <w:t>تو ایسا خدا کو کیسے بنائے گا انسان؟ اسی لیے آپ دیکھیے، سارے فلاسفر خدا کو مانتے تھے،</w:t>
      </w:r>
    </w:p>
    <w:p>
      <w:r>
        <w:rPr>
          <w:b/>
        </w:rPr>
        <w:t xml:space="preserve">[27:03] </w:t>
      </w:r>
      <w:r>
        <w:t>lekin kisi philosopher ne Khuda se dua nahi ki.</w:t>
      </w:r>
    </w:p>
    <w:p>
      <w:pPr>
        <w:jc w:val="right"/>
      </w:pPr>
      <w:r>
        <w:t>لیکن کسی فلسفی نے خدا سے دعا نہیں کی۔</w:t>
      </w:r>
    </w:p>
    <w:p>
      <w:r>
        <w:rPr>
          <w:b/>
        </w:rPr>
        <w:t xml:space="preserve">[27:09] </w:t>
      </w:r>
      <w:r>
        <w:t>kyunki woh, woh gravity se aap dua karenge, spirit se aap dua karenge, yani insan ke</w:t>
      </w:r>
    </w:p>
    <w:p>
      <w:pPr>
        <w:jc w:val="right"/>
      </w:pPr>
      <w:r>
        <w:t>کیونکہ وہ، وہ گریوٹی سے آپ دعا کریں گے، اسپرٹ سے آپ دعا کریں گے، یعنی انسان کے</w:t>
      </w:r>
    </w:p>
    <w:p>
      <w:r>
        <w:rPr>
          <w:b/>
        </w:rPr>
        <w:t xml:space="preserve">[27:15] </w:t>
      </w:r>
      <w:r>
        <w:t>andar ek bahut bada jazba hai dua karne ka,</w:t>
      </w:r>
    </w:p>
    <w:p>
      <w:pPr>
        <w:jc w:val="right"/>
      </w:pPr>
      <w:r>
        <w:t>اندر ایک بہت بڑا جذبہ ہے دعا کرنے کا،</w:t>
      </w:r>
    </w:p>
    <w:p>
      <w:r>
        <w:rPr>
          <w:b/>
        </w:rPr>
        <w:t xml:space="preserve">[27:21] </w:t>
      </w:r>
      <w:r>
        <w:t>kisi se talab karne ka. Lekin kisi philosopher ka dua concept nahi, kisi philosopher ka mohabbat Khuda ka concept nahi, khud hi kisi philosopher ka khwab Khuda ka concept nahi. Kyun ke un ka jo Khuda tha, woh bas ek vague Khuda tha, vague abstract. Saare philosopher Khuda ko mante the, lekin un ka Khuda abstract Khuda tha jis ko Hegel ne "world spirit" kaha. To Plato, Hegel, Berkeley, Kant aur sa</w:t>
      </w:r>
    </w:p>
    <w:p>
      <w:pPr>
        <w:jc w:val="right"/>
      </w:pPr>
      <w:r>
        <w:t>کسی سے طلب کرنے کا۔ لیکن کسی فلسفی کا دعا کانسیپٹ نہیں، کسی فلسفی کا محبت خدا کا کانسیپٹ نہیں، خود ہی کسی فلسفی کا خواب خدا کا کانسیپٹ نہیں۔ کیونکہ ان کا جو خدا تھا، وہ بس ایک ویگ خدا تھا، ویگ ابسٹرکٹ۔ سارے فلسفی خدا کو مانتے تھے، لیکن ان کا خدا ابسٹرکٹ خدا تھا جس کو ہیگل نے "ورلڈ اسپرٹ" کہا۔ تو پلیٹو، ہیگل، برکلے، کانٹ اور س</w:t>
      </w:r>
    </w:p>
    <w:p>
      <w:r>
        <w:rPr>
          <w:b/>
        </w:rPr>
        <w:t xml:space="preserve">[27:51] </w:t>
      </w:r>
      <w:r>
        <w:t>arey philosopher Khuda ko mante the, lekin un ka jo manna tha, woh abstract Khuda ko manna tha.</w:t>
      </w:r>
    </w:p>
    <w:p>
      <w:pPr>
        <w:jc w:val="right"/>
      </w:pPr>
      <w:r>
        <w:t>ارے فلاسفر خدا کو مانتے تھے، لیکن ان کا جو ماننا تھا، وہ ابسٹرکٹ خدا کو ماننا تھا۔</w:t>
      </w:r>
    </w:p>
    <w:p>
      <w:r>
        <w:rPr>
          <w:b/>
        </w:rPr>
        <w:t xml:space="preserve">[27:57] </w:t>
      </w:r>
      <w:r>
        <w:t>philosophy ke baad dekhiye, doosra jo hai "spirituality".</w:t>
      </w:r>
    </w:p>
    <w:p>
      <w:pPr>
        <w:jc w:val="right"/>
      </w:pPr>
      <w:r>
        <w:t>فلاسفی کے بعد دیکھیے، دوسرا جو ہے "اسپیریچولیٹی"۔</w:t>
      </w:r>
    </w:p>
    <w:p>
      <w:r>
        <w:rPr>
          <w:b/>
        </w:rPr>
        <w:t xml:space="preserve">[28:03] </w:t>
      </w:r>
      <w:r>
        <w:t>spirituality bhi ek science hai, yani heart based spirituality.</w:t>
      </w:r>
    </w:p>
    <w:p>
      <w:pPr>
        <w:jc w:val="right"/>
      </w:pPr>
      <w:r>
        <w:t>اسپریچولیٹی بھی ایک سائنس ہے، یعنی ہارٹ بیسڈ اسپریچولیٹی۔</w:t>
      </w:r>
    </w:p>
    <w:p>
      <w:r>
        <w:rPr>
          <w:b/>
        </w:rPr>
        <w:t xml:space="preserve">[28:09] </w:t>
      </w:r>
      <w:r>
        <w:t>to jo log is is maidan mein gaye, woh bhi Khuda ki talash karna chahte the.</w:t>
      </w:r>
    </w:p>
    <w:p>
      <w:pPr>
        <w:jc w:val="right"/>
      </w:pPr>
      <w:r>
        <w:t>تو جو لوگ اس اس میدان میں گئے، وہ بھی خدا کی تلاش کرنا چاہتے تھے۔</w:t>
      </w:r>
    </w:p>
    <w:p>
      <w:r>
        <w:rPr>
          <w:b/>
        </w:rPr>
        <w:t xml:space="preserve">[28:15] </w:t>
      </w:r>
      <w:r>
        <w:t>lekin dekhiye, jitne log bhi rohaniyat ya spirituality</w:t>
      </w:r>
    </w:p>
    <w:p>
      <w:pPr>
        <w:jc w:val="right"/>
      </w:pPr>
      <w:r>
        <w:t>لیکن دیکھیے، جتنے لوگ بھی روحانیت یا اسپریچولیٹی</w:t>
      </w:r>
    </w:p>
    <w:p>
      <w:r>
        <w:rPr>
          <w:b/>
        </w:rPr>
        <w:t xml:space="preserve">[28:21] </w:t>
      </w:r>
      <w:r>
        <w:t>ke maidan mein mutallashi bane, to un ka, un ka woh base jo tha, wohi nahi tha.</w:t>
      </w:r>
    </w:p>
    <w:p>
      <w:pPr>
        <w:jc w:val="right"/>
      </w:pPr>
      <w:r>
        <w:t>کے میدان میں متلاشی بنے، تو ان کا، ان کا وہ بیس جو تھا، وہی نہیں تھا۔</w:t>
      </w:r>
    </w:p>
    <w:p>
      <w:r>
        <w:rPr>
          <w:b/>
        </w:rPr>
        <w:t xml:space="preserve">[28:29] </w:t>
      </w:r>
      <w:r>
        <w:t>unhone, woh unhone kya samjha tha ke dil jo hai, insan ka dil wohi hai "breather wire".</w:t>
      </w:r>
    </w:p>
    <w:p>
      <w:pPr>
        <w:jc w:val="right"/>
      </w:pPr>
      <w:r>
        <w:t>انہوں نے، وہ انہوں نے کیا سمجھا تھا کہ دل جو ہے، انسان کا دل وہی ہے "بریدر وائر"۔</w:t>
      </w:r>
    </w:p>
    <w:p>
      <w:r>
        <w:rPr>
          <w:b/>
        </w:rPr>
        <w:t xml:space="preserve">[28:37] </w:t>
      </w:r>
      <w:r>
        <w:t>woh hai sara khazana, wohi dil mein hai.</w:t>
      </w:r>
    </w:p>
    <w:p>
      <w:pPr>
        <w:jc w:val="right"/>
      </w:pPr>
      <w:r>
        <w:t>وہ ہے سارا خزانہ، وہی دل میں ہے۔</w:t>
      </w:r>
    </w:p>
    <w:p>
      <w:r>
        <w:rPr>
          <w:b/>
        </w:rPr>
        <w:t xml:space="preserve">[28:44] </w:t>
      </w:r>
      <w:r>
        <w:t>to dil mein jhaanko, dil se lo lagao, dil mein utro to sara khazana tum ko mil jayega. Jo</w:t>
      </w:r>
    </w:p>
    <w:p>
      <w:pPr>
        <w:jc w:val="right"/>
      </w:pPr>
      <w:r>
        <w:t>تو دل میں جھانکو، دل سے لو لگاؤ، دل میں اترو تو سارا خزانہ تم کو مل جائے گا۔ جو</w:t>
      </w:r>
    </w:p>
    <w:p>
      <w:r>
        <w:rPr>
          <w:b/>
        </w:rPr>
        <w:t xml:space="preserve">[28:52] </w:t>
      </w:r>
      <w:r>
        <w:t>kehte hain "indwelling God", yani Khuda hamare andar dwelling kar raha hai, hamare, hamare dil mein dwelling</w:t>
      </w:r>
    </w:p>
    <w:p>
      <w:pPr>
        <w:jc w:val="right"/>
      </w:pPr>
      <w:r>
        <w:t>کہتے ہیں "ان ڈویلنگ گاڈ"، یعنی خدا ہمارے اندر ڈویل کر رہا ہے، ہمارے، ہمارے دل میں ڈویل</w:t>
      </w:r>
    </w:p>
    <w:p>
      <w:r>
        <w:rPr>
          <w:b/>
        </w:rPr>
        <w:t xml:space="preserve">[28:57] </w:t>
      </w:r>
      <w:r>
        <w:t>kar raha hai.</w:t>
      </w:r>
    </w:p>
    <w:p>
      <w:pPr>
        <w:jc w:val="right"/>
      </w:pPr>
      <w:r>
        <w:t>کر رہا ہے۔</w:t>
      </w:r>
    </w:p>
    <w:p>
      <w:r>
        <w:rPr>
          <w:b/>
        </w:rPr>
        <w:t xml:space="preserve">[29:02] </w:t>
      </w:r>
      <w:r>
        <w:t>to in developing god jo hai, jab science aayi aur us ne bataya ke dil mein to kuch</w:t>
      </w:r>
    </w:p>
    <w:p>
      <w:pPr>
        <w:jc w:val="right"/>
      </w:pPr>
      <w:r>
        <w:t>تو ان ڈویلنگ گاڈ جو ہے، جب سائنس آئی اور اس نے بتایا کہ دل میں تو کچھ</w:t>
      </w:r>
    </w:p>
    <w:p>
      <w:r>
        <w:rPr>
          <w:b/>
        </w:rPr>
        <w:t xml:space="preserve">[29:07] </w:t>
      </w:r>
      <w:r>
        <w:t>bhi nahi hai, dil to sirf aik, yani blood circulation ka aik zariya hai, bas us se zyada</w:t>
      </w:r>
    </w:p>
    <w:p>
      <w:pPr>
        <w:jc w:val="right"/>
      </w:pPr>
      <w:r>
        <w:t>بھی نہیں ہے، دل تو صرف ایک، یعنی بلڈ سرکولیشن کا ایک ذریعہ ہے، بس اس سے زیادہ</w:t>
      </w:r>
    </w:p>
    <w:p>
      <w:r>
        <w:rPr>
          <w:b/>
        </w:rPr>
        <w:t xml:space="preserve">[29:12] </w:t>
      </w:r>
      <w:r>
        <w:t>aur kuch bhi nahi hai.</w:t>
      </w:r>
    </w:p>
    <w:p>
      <w:pPr>
        <w:jc w:val="right"/>
      </w:pPr>
      <w:r>
        <w:t>اور کچھ بھی نہیں ہے۔</w:t>
      </w:r>
    </w:p>
    <w:p>
      <w:r>
        <w:rPr>
          <w:b/>
        </w:rPr>
        <w:t xml:space="preserve">[29:18] </w:t>
      </w:r>
      <w:r>
        <w:t>to spirituality ki poori history aik dam woh ho gayi,</w:t>
      </w:r>
    </w:p>
    <w:p>
      <w:pPr>
        <w:jc w:val="right"/>
      </w:pPr>
      <w:r>
        <w:t>تو اسپریچولیٹی کی پوری ہسٹری ایک دم وہ ہو گئی،</w:t>
      </w:r>
    </w:p>
    <w:p>
      <w:r>
        <w:rPr>
          <w:b/>
        </w:rPr>
        <w:t xml:space="preserve">[29:23] </w:t>
      </w:r>
      <w:r>
        <w:t>yaani baseless ho gayi. Jab dil mein kuch hai hi nahi to wahan se kya payein ge aap? To indwelling God ka jo concept hai, woh science ke stand, yaani science ki scrutiny pe woh koi stand nahi karta. To woh sirf ek, ek, woh ek, ek speculation, speculation ban jata hai. Speculation. Phir dekhiye, religion ko lijiye. Reli</w:t>
      </w:r>
    </w:p>
    <w:p>
      <w:pPr>
        <w:jc w:val="right"/>
      </w:pPr>
      <w:r>
        <w:t>یعنی بیسلیس ہو گئی۔ جب دل میں کچھ ہے ہی نہیں تو وہاں سے کیا پائیں گے آپ؟ تو ان ڈویلنگ گاڈ کا جو کانسیپٹ ہے، وہ سائنس کے اسٹینڈ، یعنی سائنس کی سکروٹنی پہ وہ کوئی سٹینڈ نہیں کرتا۔ تو وہ صرف ایک، ایک، وہ ایک، ایک اسپیکولیشن، اسپیکولیشن بن جاتا ہے۔ اسپیکولیشن۔ پھر دیکھیے، ریلیجن کو لیجئے۔ ریلی</w:t>
      </w:r>
    </w:p>
    <w:p>
      <w:r>
        <w:rPr>
          <w:b/>
        </w:rPr>
        <w:t xml:space="preserve">[29:53] </w:t>
      </w:r>
      <w:r>
        <w:t>jin mein jo concept hai khuda ka, to basically do concept hain: aik tauheed, aik, aik jis ko</w:t>
      </w:r>
    </w:p>
    <w:p>
      <w:pPr>
        <w:jc w:val="right"/>
      </w:pPr>
      <w:r>
        <w:t>جن میں جو کانسیپٹ ہے خدا کا، تو بیسیکلی دو کانسیپٹ ہیں: ایک توحید، ایک، ایک جس کو</w:t>
      </w:r>
    </w:p>
    <w:p>
      <w:r>
        <w:rPr>
          <w:b/>
        </w:rPr>
        <w:t xml:space="preserve">[30:01] </w:t>
      </w:r>
      <w:r>
        <w:t>wahdat kehte hain.</w:t>
      </w:r>
    </w:p>
    <w:p>
      <w:pPr>
        <w:jc w:val="right"/>
      </w:pPr>
      <w:r>
        <w:t>وحدت کہتے ہیں۔</w:t>
      </w:r>
    </w:p>
    <w:p>
      <w:r>
        <w:rPr>
          <w:b/>
        </w:rPr>
        <w:t xml:space="preserve">[30:09] </w:t>
      </w:r>
      <w:r>
        <w:t>tauheed aur wahdat, yani monism aur monotheism.</w:t>
      </w:r>
    </w:p>
    <w:p>
      <w:pPr>
        <w:jc w:val="right"/>
      </w:pPr>
      <w:r>
        <w:t>توحید اور وحدت، یعنی مونزم اور مونوتھیزم۔</w:t>
      </w:r>
    </w:p>
    <w:p>
      <w:r>
        <w:rPr>
          <w:b/>
        </w:rPr>
        <w:t xml:space="preserve">[30:16] </w:t>
      </w:r>
      <w:r>
        <w:t>to monism ka jo concept hai, woh basically woh, woh philosophy se liya hua concept hai.</w:t>
      </w:r>
    </w:p>
    <w:p>
      <w:pPr>
        <w:jc w:val="right"/>
      </w:pPr>
      <w:r>
        <w:t>تو مونزم کا جو کانسیپٹ ہے، وہ بیسیکلی وہ، وہ فلاسفی سے لیا ہوا کانسیپٹ ہے۔</w:t>
      </w:r>
    </w:p>
    <w:p>
      <w:r>
        <w:rPr>
          <w:b/>
        </w:rPr>
        <w:t xml:space="preserve">[30:24] </w:t>
      </w:r>
      <w:r>
        <w:t>mein, mein yeh kahunga ke philosophical concept of god jo hai, usi ko mazhab mein le liya,</w:t>
      </w:r>
    </w:p>
    <w:p>
      <w:pPr>
        <w:jc w:val="right"/>
      </w:pPr>
      <w:r>
        <w:t>میں، میں یہ کہوں گا کہ فلاسفیکل کانسیپٹ آف گاڈ جو ہے، اسی کو مذہب میں لے لیا،</w:t>
      </w:r>
    </w:p>
    <w:p>
      <w:r>
        <w:rPr>
          <w:b/>
        </w:rPr>
        <w:t xml:space="preserve">[30:29] </w:t>
      </w:r>
      <w:r>
        <w:t>kuch, kuch mazahib ne le liya.</w:t>
      </w:r>
    </w:p>
    <w:p>
      <w:pPr>
        <w:jc w:val="right"/>
      </w:pPr>
      <w:r>
        <w:t>کچھ، کچھ مذاہب نے لے لیا۔</w:t>
      </w:r>
    </w:p>
    <w:p>
      <w:r>
        <w:rPr>
          <w:b/>
        </w:rPr>
        <w:t xml:space="preserve">[30:34] </w:t>
      </w:r>
      <w:r>
        <w:t>to aik hai tauheed ya monotheism ka jo concept.</w:t>
      </w:r>
    </w:p>
    <w:p>
      <w:pPr>
        <w:jc w:val="right"/>
      </w:pPr>
      <w:r>
        <w:t>تو ایک ہے توحید یا مونوتھیزم کا جو کانسیپٹ۔</w:t>
      </w:r>
    </w:p>
    <w:p>
      <w:r>
        <w:rPr>
          <w:b/>
        </w:rPr>
        <w:t xml:space="preserve">[30:39] </w:t>
      </w:r>
      <w:r>
        <w:t>to mein apni study ke aitbaar se kahunga ke tauheed ka jo concept hai, woh revelation based</w:t>
      </w:r>
    </w:p>
    <w:p>
      <w:pPr>
        <w:jc w:val="right"/>
      </w:pPr>
      <w:r>
        <w:t>تو میں اپنی اسٹڈی کے اعتبار سے کہوں گا کہ توحید کا جو کانسیپٹ ہے، وہ ریولیشن بیسڈ</w:t>
      </w:r>
    </w:p>
    <w:p>
      <w:r>
        <w:rPr>
          <w:b/>
        </w:rPr>
        <w:t xml:space="preserve">[30:44] </w:t>
      </w:r>
      <w:r>
        <w:t>hai, yani revelation se drive hai.</w:t>
      </w:r>
    </w:p>
    <w:p>
      <w:pPr>
        <w:jc w:val="right"/>
      </w:pPr>
      <w:r>
        <w:t>ہے، یعنی ریولیشن سے ڈرائیو ہے۔</w:t>
      </w:r>
    </w:p>
    <w:p>
      <w:r>
        <w:rPr>
          <w:b/>
        </w:rPr>
        <w:t xml:space="preserve">[30:49] </w:t>
      </w:r>
      <w:r>
        <w:t>woh khuda ne jo reveal kiya peghambaron par, jo haqeeqat hai, us se derived hai to</w:t>
      </w:r>
    </w:p>
    <w:p>
      <w:pPr>
        <w:jc w:val="right"/>
      </w:pPr>
      <w:r>
        <w:t>وہ خدا نے جو ریویل کیا پیغمبروں پر، جو حقیقت ہے، اس سے ڈرائیوڈ ہے تو</w:t>
      </w:r>
    </w:p>
    <w:p>
      <w:r>
        <w:rPr>
          <w:b/>
        </w:rPr>
        <w:t xml:space="preserve">[30:54] </w:t>
      </w:r>
      <w:r>
        <w:t>heed ka concept ya monotheism ka jo concept.</w:t>
      </w:r>
    </w:p>
    <w:p>
      <w:pPr>
        <w:jc w:val="right"/>
      </w:pPr>
      <w:r>
        <w:t>حید کا کانسیپٹ یا مونوتھیزم کا جو کانسیپٹ۔</w:t>
      </w:r>
    </w:p>
    <w:p>
      <w:r>
        <w:rPr>
          <w:b/>
        </w:rPr>
        <w:t xml:space="preserve">[31:00] </w:t>
      </w:r>
      <w:r>
        <w:t>lekin jo monism ka jo concept hai, woh philosophy se derived hai, philosophy based hai.</w:t>
      </w:r>
    </w:p>
    <w:p>
      <w:pPr>
        <w:jc w:val="right"/>
      </w:pPr>
      <w:r>
        <w:t>لیکن جو مونزم کا جو کانسیپٹ ہے، وہ فلاسفی سے ڈرائیوڈ ہے، فلاسفی بیسڈ ہے۔</w:t>
      </w:r>
    </w:p>
    <w:p>
      <w:r>
        <w:rPr>
          <w:b/>
        </w:rPr>
        <w:t xml:space="preserve">[31:06] </w:t>
      </w:r>
      <w:r>
        <w:t>woh to philosophy to apne aap hi mein koi is ki koi base nahi hai.</w:t>
      </w:r>
    </w:p>
    <w:p>
      <w:pPr>
        <w:jc w:val="right"/>
      </w:pPr>
      <w:r>
        <w:t>وہ تو فلاسفی تو اپنے آپ ہی میں کوئی اس کی کوئی بیس نہیں ہے۔</w:t>
      </w:r>
    </w:p>
    <w:p>
      <w:r>
        <w:rPr>
          <w:b/>
        </w:rPr>
        <w:t xml:space="preserve">[31:12] </w:t>
      </w:r>
      <w:r>
        <w:t>philosophy to apni base nahi koi hai.</w:t>
      </w:r>
    </w:p>
    <w:p>
      <w:pPr>
        <w:jc w:val="right"/>
      </w:pPr>
      <w:r>
        <w:t>فلاسفی تو اپنی بیس نہیں کوئی ہے۔</w:t>
      </w:r>
    </w:p>
    <w:p>
      <w:r>
        <w:rPr>
          <w:b/>
        </w:rPr>
        <w:t xml:space="preserve">[31:18] </w:t>
      </w:r>
      <w:r>
        <w:t>to philosophy ne yeh jo concept diya tha khuda ka, aik vague abstract khuda, just like spirit, just like</w:t>
      </w:r>
    </w:p>
    <w:p>
      <w:pPr>
        <w:jc w:val="right"/>
      </w:pPr>
      <w:r>
        <w:t>تو فلاسفی نے یہ جو کانسیپٹ دیا تھا خدا کا، ایک ویگ ابسٹرکٹ خدا، جسٹ لائک اسپرٹ، جسٹ لائک</w:t>
      </w:r>
    </w:p>
    <w:p>
      <w:r>
        <w:rPr>
          <w:b/>
        </w:rPr>
        <w:t xml:space="preserve">[31:24] </w:t>
      </w:r>
      <w:r>
        <w:t>gravity, woh aa gaya kuch mazahib mein jis ko hum kehte hain monism.</w:t>
      </w:r>
    </w:p>
    <w:p>
      <w:pPr>
        <w:jc w:val="right"/>
      </w:pPr>
      <w:r>
        <w:t>گریوٹی، وہ آ گیا کچھ مذاہب میں جس کو ہم کہتے ہیں مونزم۔</w:t>
      </w:r>
    </w:p>
    <w:p>
      <w:r>
        <w:rPr>
          <w:b/>
        </w:rPr>
        <w:t xml:space="preserve">[31:30] </w:t>
      </w:r>
      <w:r>
        <w:t>to mein samajhta hoon ke monism jo hai, woh insaan ke rooh ka jawab nahi hai.</w:t>
      </w:r>
    </w:p>
    <w:p>
      <w:pPr>
        <w:jc w:val="right"/>
      </w:pPr>
      <w:r>
        <w:t>تو میں سمجھتا ہوں کہ مونزم جو ہے، وہ انسان کے روح کا جواب نہیں ہے۔</w:t>
      </w:r>
    </w:p>
    <w:p>
      <w:r>
        <w:rPr>
          <w:b/>
        </w:rPr>
        <w:t xml:space="preserve">[31:35] </w:t>
      </w:r>
      <w:r>
        <w:t>insaan jo khuda chahta hai, woh khuda us mein nahi hai.</w:t>
      </w:r>
    </w:p>
    <w:p>
      <w:pPr>
        <w:jc w:val="right"/>
      </w:pPr>
      <w:r>
        <w:t>انسان جو خدا چاہتا ہے، وہ خدا اس میں نہیں ہے۔</w:t>
      </w:r>
    </w:p>
    <w:p>
      <w:r>
        <w:rPr>
          <w:b/>
        </w:rPr>
        <w:t xml:space="preserve">[31:41] </w:t>
      </w:r>
      <w:r>
        <w:t>isi liye aap dekhiye, jo log monism, yani monistic concept of god jinke andar hai, un ke</w:t>
      </w:r>
    </w:p>
    <w:p>
      <w:pPr>
        <w:jc w:val="right"/>
      </w:pPr>
      <w:r>
        <w:t>اسی لیے آپ دیکھیے، جو لوگ مونزم، یعنی مونسٹک کانسیپٹ آف گاڈ جن کے اندر ہے، ان کے</w:t>
      </w:r>
    </w:p>
    <w:p>
      <w:r>
        <w:rPr>
          <w:b/>
        </w:rPr>
        <w:t xml:space="preserve">[31:46] </w:t>
      </w:r>
      <w:r>
        <w:t>bhi aap dekhen to un ka haan dua nahi mile gi.</w:t>
      </w:r>
    </w:p>
    <w:p>
      <w:pPr>
        <w:jc w:val="right"/>
      </w:pPr>
      <w:r>
        <w:t>بھی آپ دیکھیں تو ان کا ہاں دعا نہیں ملے گی۔</w:t>
      </w:r>
    </w:p>
    <w:p>
      <w:r>
        <w:rPr>
          <w:b/>
        </w:rPr>
        <w:t xml:space="preserve">[31:51] </w:t>
      </w:r>
      <w:r>
        <w:t>koi kis se woh mangein? woh kis se mangein? woh</w:t>
      </w:r>
    </w:p>
    <w:p>
      <w:pPr>
        <w:jc w:val="right"/>
      </w:pPr>
      <w:r>
        <w:t>کوئی کس سے وہ مانگیں؟ وہ کس سے مانگیں؟ وہ</w:t>
      </w:r>
    </w:p>
    <w:p>
      <w:r>
        <w:rPr>
          <w:b/>
        </w:rPr>
        <w:t xml:space="preserve">[31:57] </w:t>
      </w:r>
      <w:r>
        <w:t>jab khuda koi person nahin hai, khuda koi hasti nahin hai, khuda koi conscious being nahin hai, to</w:t>
      </w:r>
    </w:p>
    <w:p>
      <w:pPr>
        <w:jc w:val="right"/>
      </w:pPr>
      <w:r>
        <w:t>جب خدا کوئی پرسن نہیں ہے، خدا کوئی ہستی نہیں ہے، خدا کوئی کانشیس بینگ نہیں ہے، تو</w:t>
      </w:r>
    </w:p>
    <w:p>
      <w:r>
        <w:rPr>
          <w:b/>
        </w:rPr>
        <w:t xml:space="preserve">[32:03] </w:t>
      </w:r>
      <w:r>
        <w:t>aap use mangein kaise? aap to mazhab khuda ko maan kar bhi un ke haan sara worldly culture hota hai.</w:t>
      </w:r>
    </w:p>
    <w:p>
      <w:pPr>
        <w:jc w:val="right"/>
      </w:pPr>
      <w:r>
        <w:t>آپ اسے مانگیں کیسے؟ آپ تو مذہب خدا کو مان کر بھی ان کے ہاں سارا ورلڈلی کلچر ہوتا ہے۔</w:t>
      </w:r>
    </w:p>
    <w:p>
      <w:r>
        <w:rPr>
          <w:b/>
        </w:rPr>
        <w:t xml:space="preserve">[32:09] </w:t>
      </w:r>
      <w:r>
        <w:t>agar aap ghor karein ge to monistic concept of god jinke haan hai, un ke haan god</w:t>
      </w:r>
    </w:p>
    <w:p>
      <w:pPr>
        <w:jc w:val="right"/>
      </w:pPr>
      <w:r>
        <w:t>اگر آپ غور کریں گے تو مونسٹک کانسیپٹ آف گاڈ جن کے ہاں ہے، ان کے ہاں گاڈ</w:t>
      </w:r>
    </w:p>
    <w:p>
      <w:r>
        <w:rPr>
          <w:b/>
        </w:rPr>
        <w:t xml:space="preserve">[32:15] </w:t>
      </w:r>
      <w:r>
        <w:t>worship nahin hai, un ka matter ki worship hai.</w:t>
      </w:r>
    </w:p>
    <w:p>
      <w:pPr>
        <w:jc w:val="right"/>
      </w:pPr>
      <w:r>
        <w:t>ورشپ نہیں ہے، ان کا میٹر کی ورشپ ہے۔</w:t>
      </w:r>
    </w:p>
    <w:p>
      <w:r>
        <w:rPr>
          <w:b/>
        </w:rPr>
        <w:t xml:space="preserve">[32:21] </w:t>
      </w:r>
      <w:r>
        <w:t>to is wajah se mujhe</w:t>
      </w:r>
    </w:p>
    <w:p>
      <w:pPr>
        <w:jc w:val="right"/>
      </w:pPr>
      <w:r>
        <w:t>تو اس وجہ سے مجھے</w:t>
      </w:r>
    </w:p>
    <w:p>
      <w:r>
        <w:rPr>
          <w:b/>
        </w:rPr>
        <w:t xml:space="preserve">[32:27] </w:t>
      </w:r>
      <w:r>
        <w:t>wo mutmaeen nahin karta, yaani philosophical model jo hai, wahi mutmaeen nahin karta aur yeh religious model jo hai, wahi mutmaeen nahin karta. mujhe phir jo model hai, wo islam ka, tauheed ka, quran ka, is model mein jo hai, haan ek mein model arz karoon, ek science ka model darmiyan mein ek science ka model aaya. to science jo hai, is ko mein arz karna chahoon ga ke s</w:t>
      </w:r>
    </w:p>
    <w:p>
      <w:pPr>
        <w:jc w:val="right"/>
      </w:pPr>
      <w:r>
        <w:t>وہ مطمئن نہیں کرتا، یعنی فلاسفیکل ماڈل جو ہے، وہی مطمئن نہیں کرتا اور یہ ریلیجیس ماڈل جو ہے، وہی مطمئن نہیں کرتا۔ مجھے پھر جو ماڈل ہے، وہ اسلام کا، توحید کا، قرآن کا، اس ماڈل میں جو ہے، ہاں ایک میں ماڈل عرض کروں، ایک سائنس کا ماڈل درمیان میں ایک سائنس کا ماڈل آیا۔ تو سائنس جو ہے، اس کو میں عرض کرنا چاہوں گا کہ س</w:t>
      </w:r>
    </w:p>
    <w:p>
      <w:r>
        <w:rPr>
          <w:b/>
        </w:rPr>
        <w:t xml:space="preserve">[32:57] </w:t>
      </w:r>
      <w:r>
        <w:t>science mein kya concept hai.</w:t>
      </w:r>
    </w:p>
    <w:p>
      <w:pPr>
        <w:jc w:val="right"/>
      </w:pPr>
      <w:r>
        <w:t>ائنس میں کیا کانسیپٹ ہے۔</w:t>
      </w:r>
    </w:p>
    <w:p>
      <w:r>
        <w:rPr>
          <w:b/>
        </w:rPr>
        <w:t xml:space="preserve">[33:03] </w:t>
      </w:r>
      <w:r>
        <w:t>modern science jo hai, is ka founder mana jata hai Newton ko, jo 400 saal pehle ka zamana</w:t>
      </w:r>
    </w:p>
    <w:p>
      <w:pPr>
        <w:jc w:val="right"/>
      </w:pPr>
      <w:r>
        <w:t>ماڈرن سائنس جو ہے، اس کا فاؤنڈر مانا جاتا ہے نیوٹن کو، جو 400 سال پہلے کا زمانہ</w:t>
      </w:r>
    </w:p>
    <w:p>
      <w:r>
        <w:rPr>
          <w:b/>
        </w:rPr>
        <w:t xml:space="preserve">[33:09] </w:t>
      </w:r>
      <w:r>
        <w:t>hai is ka.</w:t>
      </w:r>
    </w:p>
    <w:p>
      <w:pPr>
        <w:jc w:val="right"/>
      </w:pPr>
      <w:r>
        <w:t>ہے اس کا۔</w:t>
      </w:r>
    </w:p>
    <w:p>
      <w:r>
        <w:rPr>
          <w:b/>
        </w:rPr>
        <w:t xml:space="preserve">[33:16] </w:t>
      </w:r>
      <w:r>
        <w:t>تو نیوٹن نے جو اسٹڈی کی، تو نیوٹن نے یہ بتایا کہ matter is the building block of universe.</w:t>
      </w:r>
    </w:p>
    <w:p>
      <w:pPr>
        <w:jc w:val="right"/>
      </w:pPr>
      <w:r>
        <w:t>تو نیوٹن نے جو اسٹڈی کی، تو نیوٹن نے یہ بتایا کہ میٹر از دا بلڈنگ بلاک آف یونیورس۔</w:t>
      </w:r>
    </w:p>
    <w:p>
      <w:r>
        <w:rPr>
          <w:b/>
        </w:rPr>
        <w:t xml:space="preserve">[33:22] </w:t>
      </w:r>
      <w:r>
        <w:t>yeh universe hai, jo duniya hai, jo kainat hai,</w:t>
      </w:r>
    </w:p>
    <w:p>
      <w:pPr>
        <w:jc w:val="right"/>
      </w:pPr>
      <w:r>
        <w:t>یہ یونیورس ہے، جو دنیا ہے، جو کائنات ہے،</w:t>
      </w:r>
    </w:p>
    <w:p>
      <w:r>
        <w:rPr>
          <w:b/>
        </w:rPr>
        <w:t xml:space="preserve">[33:28] </w:t>
      </w:r>
      <w:r>
        <w:t>woh bani hai matter se, bas matter ke siwa kuch aur nahin hai wahan yahan par.</w:t>
      </w:r>
    </w:p>
    <w:p>
      <w:pPr>
        <w:jc w:val="right"/>
      </w:pPr>
      <w:r>
        <w:t>وہ بنی ہے میٹر سے، بس میٹر کے سوا کچھ اور نہیں ہے وہاں یہاں پر۔</w:t>
      </w:r>
    </w:p>
    <w:p>
      <w:r>
        <w:rPr>
          <w:b/>
        </w:rPr>
        <w:t xml:space="preserve">[33:34] </w:t>
      </w:r>
      <w:r>
        <w:t>to Newton ke zamane mein matter ko samjha jata tha ke wohi sab kuch hai.</w:t>
      </w:r>
    </w:p>
    <w:p>
      <w:pPr>
        <w:jc w:val="right"/>
      </w:pPr>
      <w:r>
        <w:t>تو نیوٹن کے زمانے میں میٹر کو سمجھا جاتا تھا کہ وہی سب کچھ ہے۔</w:t>
      </w:r>
    </w:p>
    <w:p>
      <w:r>
        <w:rPr>
          <w:b/>
        </w:rPr>
        <w:t xml:space="preserve">[33:40] </w:t>
      </w:r>
      <w:r>
        <w:t>Matter is the building block of universe.</w:t>
      </w:r>
    </w:p>
    <w:p>
      <w:pPr>
        <w:jc w:val="right"/>
      </w:pPr>
      <w:r>
        <w:t>میٹر از دا بلڈنگ بلاک آف یونیورس۔</w:t>
      </w:r>
    </w:p>
    <w:p>
      <w:r>
        <w:rPr>
          <w:b/>
        </w:rPr>
        <w:t xml:space="preserve">[33:46] </w:t>
      </w:r>
      <w:r>
        <w:t>lekin aap jante hain ke science mein research hoti rehti hai, barabar research hoti rehti hai.</w:t>
      </w:r>
    </w:p>
    <w:p>
      <w:pPr>
        <w:jc w:val="right"/>
      </w:pPr>
      <w:r>
        <w:t>لیکن آپ جانتے ہیں کہ سائنس میں ریسرچ ہوتی رہتی ہے، برابر ریسرچ ہوتی رہتی ہے۔</w:t>
      </w:r>
    </w:p>
    <w:p>
      <w:r>
        <w:rPr>
          <w:b/>
        </w:rPr>
        <w:t xml:space="preserve">[33:52] </w:t>
      </w:r>
      <w:r>
        <w:t>to kuch dinon tak yeh chala, phir Einstein ke zaman</w:t>
      </w:r>
    </w:p>
    <w:p>
      <w:pPr>
        <w:jc w:val="right"/>
      </w:pPr>
      <w:r>
        <w:t>تو کچھ دنوں تک یہ چلا، پھر آئنسٹائن کے زمان</w:t>
      </w:r>
    </w:p>
    <w:p>
      <w:r>
        <w:rPr>
          <w:b/>
        </w:rPr>
        <w:t xml:space="preserve">[33:58] </w:t>
      </w:r>
      <w:r>
        <w:t>e mein nai cheezein discover huin, yani 20th century ke first half mein.</w:t>
      </w:r>
    </w:p>
    <w:p>
      <w:pPr>
        <w:jc w:val="right"/>
      </w:pPr>
      <w:r>
        <w:t>ے میں نئی چیزیں ڈسکور ہوئیں، یعنی ٹونٹی سینچری کے فرسٹ ہاف میں۔</w:t>
      </w:r>
    </w:p>
    <w:p>
      <w:r>
        <w:rPr>
          <w:b/>
        </w:rPr>
        <w:t xml:space="preserve">[34:05] </w:t>
      </w:r>
      <w:r>
        <w:t>aap jante hain ke Newton ka zamana jo hai, 400 saal pehle ka zamana hai aur aur aur</w:t>
      </w:r>
    </w:p>
    <w:p>
      <w:pPr>
        <w:jc w:val="right"/>
      </w:pPr>
      <w:r>
        <w:t>آپ جانتے ہیں کہ نیوٹن کا زمانہ جو ہے، 400 سال پہلے کا زمانہ ہے اور اور اور</w:t>
      </w:r>
    </w:p>
    <w:p>
      <w:r>
        <w:rPr>
          <w:b/>
        </w:rPr>
        <w:t xml:space="preserve">[34:13] </w:t>
      </w:r>
      <w:r>
        <w:t>Einstein ka zamana jo hai, 20th 20th century ka first half ka zamana hai.</w:t>
      </w:r>
    </w:p>
    <w:p>
      <w:pPr>
        <w:jc w:val="right"/>
      </w:pPr>
      <w:r>
        <w:t>آئنسٹائن کا زمانہ جو ہے، ٹونٹی ٹونٹی سینچری کا فرسٹ ہاف کا زمانہ ہے۔</w:t>
      </w:r>
    </w:p>
    <w:p>
      <w:r>
        <w:rPr>
          <w:b/>
        </w:rPr>
        <w:t xml:space="preserve">[34:20] </w:t>
      </w:r>
      <w:r>
        <w:t>to Einstein ne jo discovery ki, to matter jo hai, split ho gaya, matter</w:t>
      </w:r>
    </w:p>
    <w:p>
      <w:pPr>
        <w:jc w:val="right"/>
      </w:pPr>
      <w:r>
        <w:t>تو آئنسٹائن نے جو ڈسکوری کی، تو میٹر جو ہے، اسپلٹ ہو گیا، میٹر</w:t>
      </w:r>
    </w:p>
    <w:p>
      <w:r>
        <w:rPr>
          <w:b/>
        </w:rPr>
        <w:t xml:space="preserve">[34:28] </w:t>
      </w:r>
      <w:r>
        <w:t>toot ke energy ban gaya.</w:t>
      </w:r>
    </w:p>
    <w:p>
      <w:pPr>
        <w:jc w:val="right"/>
      </w:pPr>
      <w:r>
        <w:t>ٹوٹ کے انرجی بن گیا۔</w:t>
      </w:r>
    </w:p>
    <w:p>
      <w:r>
        <w:rPr>
          <w:b/>
        </w:rPr>
        <w:t xml:space="preserve">[34:33] </w:t>
      </w:r>
      <w:r>
        <w:t>matter jo hai, woh energy mein convert ho gaya.</w:t>
      </w:r>
    </w:p>
    <w:p>
      <w:pPr>
        <w:jc w:val="right"/>
      </w:pPr>
      <w:r>
        <w:t>میٹر جو ہے، وہ انرجی میں کنورٹ ہو گیا۔</w:t>
      </w:r>
    </w:p>
    <w:p>
      <w:r>
        <w:rPr>
          <w:b/>
        </w:rPr>
        <w:t xml:space="preserve">[34:38] </w:t>
      </w:r>
      <w:r>
        <w:t>to science mein, to to Einstein ke zamane mein science mein yeh mana gaya ke energy is the</w:t>
      </w:r>
    </w:p>
    <w:p>
      <w:pPr>
        <w:jc w:val="right"/>
      </w:pPr>
      <w:r>
        <w:t>تو سائنس میں، تو تو آئنسٹائن کے زمانے میں سائنس میں یہ مانا گیا کہ انرجی از دا</w:t>
      </w:r>
    </w:p>
    <w:p>
      <w:r>
        <w:rPr>
          <w:b/>
        </w:rPr>
        <w:t xml:space="preserve">[34:43] </w:t>
      </w:r>
      <w:r>
        <w:t>building block of universe.</w:t>
      </w:r>
    </w:p>
    <w:p>
      <w:pPr>
        <w:jc w:val="right"/>
      </w:pPr>
      <w:r>
        <w:t>بلڈنگ بلاک آف یونیورس۔</w:t>
      </w:r>
    </w:p>
    <w:p>
      <w:r>
        <w:rPr>
          <w:b/>
        </w:rPr>
        <w:t xml:space="preserve">[34:48] </w:t>
      </w:r>
      <w:r>
        <w:t>یعنی نیوٹن کے زمانے میں مانا جاتا تھا کہ matter is the building block of universe.</w:t>
      </w:r>
    </w:p>
    <w:p>
      <w:pPr>
        <w:jc w:val="right"/>
      </w:pPr>
      <w:r>
        <w:t>یعنی نیوٹن کے زمانے میں مانا جاتا تھا کہ میٹر از دا بلڈنگ بلاک آف یونیورس۔</w:t>
      </w:r>
    </w:p>
    <w:p>
      <w:r>
        <w:rPr>
          <w:b/>
        </w:rPr>
        <w:t xml:space="preserve">[34:53] </w:t>
      </w:r>
      <w:r>
        <w:t>in science, in Einstein ke zamane mein yeh mana gaya ke</w:t>
      </w:r>
    </w:p>
    <w:p>
      <w:pPr>
        <w:jc w:val="right"/>
      </w:pPr>
      <w:r>
        <w:t>ان سائنس، ان آئنسٹائن کے زمانے میں یہ مانا گیا کہ</w:t>
      </w:r>
    </w:p>
    <w:p>
      <w:r>
        <w:rPr>
          <w:b/>
        </w:rPr>
        <w:t xml:space="preserve">[34:58] </w:t>
      </w:r>
      <w:r>
        <w:t>Energy is the building block of universe.</w:t>
      </w:r>
    </w:p>
    <w:p>
      <w:pPr>
        <w:jc w:val="right"/>
      </w:pPr>
      <w:r>
        <w:t>انرجی از دا بلڈنگ بلاک آف یونیورس۔</w:t>
      </w:r>
    </w:p>
    <w:p>
      <w:r>
        <w:rPr>
          <w:b/>
        </w:rPr>
        <w:t xml:space="preserve">[35:03] </w:t>
      </w:r>
      <w:r>
        <w:t>lekin abhi tak science khuda tak nahin pahunchi thi, khuda se qareeb to zaroor ho rahi thi, khuda</w:t>
      </w:r>
    </w:p>
    <w:p>
      <w:pPr>
        <w:jc w:val="right"/>
      </w:pPr>
      <w:r>
        <w:t>لیکن ابھی تک سائنس خدا تک نہیں پہنچی تھی، خدا سے قریب تو ضرور ہو رہی تھی، خدا</w:t>
      </w:r>
    </w:p>
    <w:p>
      <w:r>
        <w:rPr>
          <w:b/>
        </w:rPr>
        <w:t xml:space="preserve">[35:08] </w:t>
      </w:r>
      <w:r>
        <w:t>tak pahunchi nahin thi.</w:t>
      </w:r>
    </w:p>
    <w:p>
      <w:pPr>
        <w:jc w:val="right"/>
      </w:pPr>
      <w:r>
        <w:t>تک پہنچی نہیں تھی۔</w:t>
      </w:r>
    </w:p>
    <w:p>
      <w:r>
        <w:rPr>
          <w:b/>
        </w:rPr>
        <w:t xml:space="preserve">[35:13] </w:t>
      </w:r>
      <w:r>
        <w:t>lekin ab jo hai, yani twenty century ke aakhir mein jo zamana aaya hai, bohat se scientist aise</w:t>
      </w:r>
    </w:p>
    <w:p>
      <w:pPr>
        <w:jc w:val="right"/>
      </w:pPr>
      <w:r>
        <w:t>لیکن اب جو ہے، یعنی ٹونٹی سینچری کے آخر میں جو زمانہ آیا ہے، بہت سے سائنٹسٹ ایسے</w:t>
      </w:r>
    </w:p>
    <w:p>
      <w:r>
        <w:rPr>
          <w:b/>
        </w:rPr>
        <w:t xml:space="preserve">[35:18] </w:t>
      </w:r>
      <w:r>
        <w:t>paida hue hain, mislan jinhon ne ek nai cheez daryaft ki.</w:t>
      </w:r>
    </w:p>
    <w:p>
      <w:pPr>
        <w:jc w:val="right"/>
      </w:pPr>
      <w:r>
        <w:t>پیدا ہوئے ہیں، مثلاً جنہوں نے ایک نئی چیز دریافت کی۔</w:t>
      </w:r>
    </w:p>
    <w:p>
      <w:r>
        <w:rPr>
          <w:b/>
        </w:rPr>
        <w:t xml:space="preserve">[35:23] </w:t>
      </w:r>
      <w:r>
        <w:t>aur ab yeh mana jata hai</w:t>
      </w:r>
    </w:p>
    <w:p>
      <w:pPr>
        <w:jc w:val="right"/>
      </w:pPr>
      <w:r>
        <w:t>اور اب یہ مانا جاتا ہے</w:t>
      </w:r>
    </w:p>
    <w:p>
      <w:r>
        <w:rPr>
          <w:b/>
        </w:rPr>
        <w:t xml:space="preserve">[35:28] </w:t>
      </w:r>
      <w:r>
        <w:t>کہ consciousness is the building block of universe.</w:t>
      </w:r>
    </w:p>
    <w:p>
      <w:pPr>
        <w:jc w:val="right"/>
      </w:pPr>
      <w:r>
        <w:t>کہ کانشیسنس از دا بلڈنگ بلاک آف یونیورس۔</w:t>
      </w:r>
    </w:p>
    <w:p>
      <w:r>
        <w:rPr>
          <w:b/>
        </w:rPr>
        <w:t xml:space="preserve">[35:33] </w:t>
      </w:r>
      <w:r>
        <w:t>is mein David Bohm ki kitab bohat mashhoor hai, ab woh is mein is fiqah ka champion samjha jata hai.</w:t>
      </w:r>
    </w:p>
    <w:p>
      <w:pPr>
        <w:jc w:val="right"/>
      </w:pPr>
      <w:r>
        <w:t>اس میں ڈیوڈ بوم کی کتاب بہت مشہور ہے، اب وہ اس میں اس فقہ کا چیمپیئن سمجھا جاتا ہے۔</w:t>
      </w:r>
    </w:p>
    <w:p>
      <w:r>
        <w:rPr>
          <w:b/>
        </w:rPr>
        <w:t xml:space="preserve">[35:38] </w:t>
      </w:r>
      <w:r>
        <w:t>woh toh ab jo maan liya gaya hai, ab twenty first century mein science mein, woh yeh hai</w:t>
      </w:r>
    </w:p>
    <w:p>
      <w:pPr>
        <w:jc w:val="right"/>
      </w:pPr>
      <w:r>
        <w:t>وہ تو اب جو مان لیا گیا ہے، اب ٹونٹی فرسٹ سینچری میں سائنس میں، وہ یہ ہے</w:t>
      </w:r>
    </w:p>
    <w:p>
      <w:r>
        <w:rPr>
          <w:b/>
        </w:rPr>
        <w:t xml:space="preserve">[35:44] </w:t>
      </w:r>
      <w:r>
        <w:t>کہ consciousness is the building block of the universe.</w:t>
      </w:r>
    </w:p>
    <w:p>
      <w:pPr>
        <w:jc w:val="right"/>
      </w:pPr>
      <w:r>
        <w:t>کہ کانشیسنس از دا بلڈنگ بلاک آف دی یونیورس۔</w:t>
      </w:r>
    </w:p>
    <w:p>
      <w:r>
        <w:rPr>
          <w:b/>
        </w:rPr>
        <w:t xml:space="preserve">[35:49] </w:t>
      </w:r>
      <w:r>
        <w:t>ab yahan par dekhen toh sirf naam ki baat reh gayi.</w:t>
      </w:r>
    </w:p>
    <w:p>
      <w:pPr>
        <w:jc w:val="right"/>
      </w:pPr>
      <w:r>
        <w:t>اب یہاں پر دیکھیں تو صرف نام کی بات رہ گئی۔</w:t>
      </w:r>
    </w:p>
    <w:p>
      <w:r>
        <w:rPr>
          <w:b/>
        </w:rPr>
        <w:t xml:space="preserve">[35:54] </w:t>
      </w:r>
      <w:r>
        <w:t>is mazhab mein jis cheez ka naam Khuda hai,</w:t>
      </w:r>
    </w:p>
    <w:p>
      <w:pPr>
        <w:jc w:val="right"/>
      </w:pPr>
      <w:r>
        <w:t>اس مذہب میں جس چیز کا نام خدا ہے،</w:t>
      </w:r>
    </w:p>
    <w:p>
      <w:r>
        <w:rPr>
          <w:b/>
        </w:rPr>
        <w:t xml:space="preserve">[35:59] </w:t>
      </w:r>
      <w:r>
        <w:t>science mein is ka naam consciousness hai.</w:t>
      </w:r>
    </w:p>
    <w:p>
      <w:pPr>
        <w:jc w:val="right"/>
      </w:pPr>
      <w:r>
        <w:t>سائنس میں اس کا نام کانشیسنس ہے۔</w:t>
      </w:r>
    </w:p>
    <w:p>
      <w:r>
        <w:rPr>
          <w:b/>
        </w:rPr>
        <w:t xml:space="preserve">[36:04] </w:t>
      </w:r>
      <w:r>
        <w:t>itna hi farq hai, bas.</w:t>
      </w:r>
    </w:p>
    <w:p>
      <w:pPr>
        <w:jc w:val="right"/>
      </w:pPr>
      <w:r>
        <w:t>اتنا ہی فرق ہے، بس۔</w:t>
      </w:r>
    </w:p>
    <w:p>
      <w:r>
        <w:rPr>
          <w:b/>
        </w:rPr>
        <w:t xml:space="preserve">[36:08] </w:t>
      </w:r>
      <w:r>
        <w:t>toh main samajhta hoon ke science jo hai, poori tarah support kar rahi hai is concept ki jis</w:t>
      </w:r>
    </w:p>
    <w:p>
      <w:pPr>
        <w:jc w:val="right"/>
      </w:pPr>
      <w:r>
        <w:t>تو میں سمجھتا ہوں کہ سائنس جو ہے، پوری طرح سپورٹ کر رہی ہے اس کانسیپٹ کی جس</w:t>
      </w:r>
    </w:p>
    <w:p>
      <w:r>
        <w:rPr>
          <w:b/>
        </w:rPr>
        <w:t xml:space="preserve">[36:12] </w:t>
      </w:r>
      <w:r>
        <w:t>ko hum tauheed ka concept kehte hain.</w:t>
      </w:r>
    </w:p>
    <w:p>
      <w:pPr>
        <w:jc w:val="right"/>
      </w:pPr>
      <w:r>
        <w:t>کو ہم توحید کا کانسیپٹ کہتے ہیں۔</w:t>
      </w:r>
    </w:p>
    <w:p>
      <w:r>
        <w:rPr>
          <w:b/>
        </w:rPr>
        <w:t xml:space="preserve">[36:17] </w:t>
      </w:r>
      <w:r>
        <w:t>Newton ke zamane mein aisa nahi tha, Einstein ke zamane mein aisa nahi tha, lekin David Bohm ke</w:t>
      </w:r>
    </w:p>
    <w:p>
      <w:pPr>
        <w:jc w:val="right"/>
      </w:pPr>
      <w:r>
        <w:t>نیوٹن کے زمانے میں ایسا نہیں تھا، آئنسٹائن کے زمانے میں ایسا نہیں تھا، لیکن ڈیوڈ بوم کے</w:t>
      </w:r>
    </w:p>
    <w:p>
      <w:r>
        <w:rPr>
          <w:b/>
        </w:rPr>
        <w:t xml:space="preserve">[36:21] </w:t>
      </w:r>
      <w:r>
        <w:t>zamane mein, yani twenty first century mein, science poori tarah support de rahi hai tauheed ke concept ki</w:t>
      </w:r>
    </w:p>
    <w:p>
      <w:pPr>
        <w:jc w:val="right"/>
      </w:pPr>
      <w:r>
        <w:t>زمانے میں، یعنی ٹونٹی فرسٹ سینچری میں، سائنس پوری طرح سپورٹ دے رہی ہے توحید کے کانسیپٹ کی</w:t>
      </w:r>
    </w:p>
    <w:p>
      <w:r>
        <w:rPr>
          <w:b/>
        </w:rPr>
        <w:t xml:space="preserve">[36:26] </w:t>
      </w:r>
      <w:r>
        <w:t>ke Khuda aik hai,</w:t>
      </w:r>
    </w:p>
    <w:p>
      <w:pPr>
        <w:jc w:val="right"/>
      </w:pPr>
      <w:r>
        <w:t>کہ خدا ایک ہے،</w:t>
      </w:r>
    </w:p>
    <w:p>
      <w:r>
        <w:rPr>
          <w:b/>
        </w:rPr>
        <w:t xml:space="preserve">[36:30] </w:t>
      </w:r>
      <w:r>
        <w:t>woh shaoor hai, woh wajood hai.</w:t>
      </w:r>
    </w:p>
    <w:p>
      <w:pPr>
        <w:jc w:val="right"/>
      </w:pPr>
      <w:r>
        <w:t>وہ شعور ہے، وہ وجود ہے۔</w:t>
      </w:r>
    </w:p>
    <w:p>
      <w:r>
        <w:rPr>
          <w:b/>
        </w:rPr>
        <w:t xml:space="preserve">[36:34] </w:t>
      </w:r>
      <w:r>
        <w:t>yani jis ko hum kehte hain personal God, is personal God ke liye science ki base hamein hasil</w:t>
      </w:r>
    </w:p>
    <w:p>
      <w:pPr>
        <w:jc w:val="right"/>
      </w:pPr>
      <w:r>
        <w:t>یعنی جس کو ہم کہتے ہیں پرسنل گاڈ، اس پرسنل گاڈ کے لیے سائنس کی بیس ہمیں حاصل</w:t>
      </w:r>
    </w:p>
    <w:p>
      <w:r>
        <w:rPr>
          <w:b/>
        </w:rPr>
        <w:t xml:space="preserve">[36:39] </w:t>
      </w:r>
      <w:r>
        <w:t>ho chuki hai is zamane mein.</w:t>
      </w:r>
    </w:p>
    <w:p>
      <w:pPr>
        <w:jc w:val="right"/>
      </w:pPr>
      <w:r>
        <w:t>ہو چکی ہے اس زمانے میں۔</w:t>
      </w:r>
    </w:p>
    <w:p>
      <w:r>
        <w:rPr>
          <w:b/>
        </w:rPr>
        <w:t xml:space="preserve">[36:43] </w:t>
      </w:r>
      <w:r>
        <w:t>toh main yeh kahunga ke ab is ke aage jo hai, yani scientific discovery ke aage jo</w:t>
      </w:r>
    </w:p>
    <w:p>
      <w:pPr>
        <w:jc w:val="right"/>
      </w:pPr>
      <w:r>
        <w:t>تو میں یہ کہوں گا کہ اب اس کے آگے جو ہے، یعنی سائنسی ڈسکوری کے آگے جو</w:t>
      </w:r>
    </w:p>
    <w:p>
      <w:r>
        <w:rPr>
          <w:b/>
        </w:rPr>
        <w:t xml:space="preserve">[36:47] </w:t>
      </w:r>
      <w:r>
        <w:t>cheez hai, woh hai revelation.</w:t>
      </w:r>
    </w:p>
    <w:p>
      <w:pPr>
        <w:jc w:val="right"/>
      </w:pPr>
      <w:r>
        <w:t>چیز ہے، وہ ہے ریولیشن۔</w:t>
      </w:r>
    </w:p>
    <w:p>
      <w:r>
        <w:rPr>
          <w:b/>
        </w:rPr>
        <w:t xml:space="preserve">[36:52] </w:t>
      </w:r>
      <w:r>
        <w:t>woh revelation ko aap Quran ke zariye daryaft karte hain.</w:t>
      </w:r>
    </w:p>
    <w:p>
      <w:pPr>
        <w:jc w:val="right"/>
      </w:pPr>
      <w:r>
        <w:t>وہ ریولیشن کو آپ قرآن کے ذریعے دریافت کرتے ہیں۔</w:t>
      </w:r>
    </w:p>
    <w:p>
      <w:r>
        <w:rPr>
          <w:b/>
        </w:rPr>
        <w:t xml:space="preserve">[36:56] </w:t>
      </w:r>
      <w:r>
        <w:t>revelation ka jo mehfooz zakhira hai, woh hai</w:t>
      </w:r>
    </w:p>
    <w:p>
      <w:pPr>
        <w:jc w:val="right"/>
      </w:pPr>
      <w:r>
        <w:t>ریولیشن کا جو محفوظ ذخیرہ ہے، وہ ہے</w:t>
      </w:r>
    </w:p>
    <w:p>
      <w:r>
        <w:rPr>
          <w:b/>
        </w:rPr>
        <w:t xml:space="preserve">[37:01] </w:t>
      </w:r>
      <w:r>
        <w:t>Quran.</w:t>
      </w:r>
    </w:p>
    <w:p>
      <w:pPr>
        <w:jc w:val="right"/>
      </w:pPr>
      <w:r>
        <w:t>قرآن۔</w:t>
      </w:r>
    </w:p>
    <w:p>
      <w:r>
        <w:rPr>
          <w:b/>
        </w:rPr>
        <w:t xml:space="preserve">[37:07] </w:t>
      </w:r>
      <w:r>
        <w:t>toh agar aap Quran ki study karen toh aap poora Quran kya hai, poora jo hai, woh introduction</w:t>
      </w:r>
    </w:p>
    <w:p>
      <w:pPr>
        <w:jc w:val="right"/>
      </w:pPr>
      <w:r>
        <w:t>تو اگر آپ قرآن کی اسٹڈی کریں تو آپ پورا قرآن کیا ہے، پورا جو ہے، وہ انٹروڈکشن</w:t>
      </w:r>
    </w:p>
    <w:p>
      <w:r>
        <w:rPr>
          <w:b/>
        </w:rPr>
        <w:t xml:space="preserve">[37:13] </w:t>
      </w:r>
      <w:r>
        <w:t>God ka introduction isi ka naam hai Quran.</w:t>
      </w:r>
    </w:p>
    <w:p>
      <w:pPr>
        <w:jc w:val="right"/>
      </w:pPr>
      <w:r>
        <w:t>گاڈ کا انٹروڈکشن اسی کا نام ہے قرآن۔</w:t>
      </w:r>
    </w:p>
    <w:p>
      <w:r>
        <w:rPr>
          <w:b/>
        </w:rPr>
        <w:t xml:space="preserve">[37:19] </w:t>
      </w:r>
      <w:r>
        <w:t>isi ka naam hai Quran.</w:t>
      </w:r>
    </w:p>
    <w:p>
      <w:pPr>
        <w:jc w:val="right"/>
      </w:pPr>
      <w:r>
        <w:t>اسی کا نام ہے قرآن۔</w:t>
      </w:r>
    </w:p>
    <w:p>
      <w:r>
        <w:rPr>
          <w:b/>
        </w:rPr>
        <w:t xml:space="preserve">[37:25] </w:t>
      </w:r>
      <w:r>
        <w:t>to mein samajhta hoon ke jo aadmi is maamle mein janna chahe to woh apna safar</w:t>
      </w:r>
    </w:p>
    <w:p>
      <w:pPr>
        <w:jc w:val="right"/>
      </w:pPr>
      <w:r>
        <w:t>تو میں سمجھتا ہوں کہ جو آدمی اس معاملے میں جاننا چاہے تو وہ اپنا سفر</w:t>
      </w:r>
    </w:p>
    <w:p>
      <w:r>
        <w:rPr>
          <w:b/>
        </w:rPr>
        <w:t xml:space="preserve">[37:31] </w:t>
      </w:r>
      <w:r>
        <w:t>shuru karega.</w:t>
      </w:r>
    </w:p>
    <w:p>
      <w:pPr>
        <w:jc w:val="right"/>
      </w:pPr>
      <w:r>
        <w:t>شروع کرے گا۔</w:t>
      </w:r>
    </w:p>
    <w:p>
      <w:r>
        <w:rPr>
          <w:b/>
        </w:rPr>
        <w:t xml:space="preserve">[37:36] </w:t>
      </w:r>
      <w:r>
        <w:t>woh wahan se jab superstition hua karta tha, jab misalon mein baatein hua karti thi, phir woh</w:t>
      </w:r>
    </w:p>
    <w:p>
      <w:pPr>
        <w:jc w:val="right"/>
      </w:pPr>
      <w:r>
        <w:t>وہ وہاں سے جب سپر سٹیشن ہوا کرتا تھا، جب مثالوں میں باتیں ہوا کرتی تھیں، پھر وہ</w:t>
      </w:r>
    </w:p>
    <w:p>
      <w:r>
        <w:rPr>
          <w:b/>
        </w:rPr>
        <w:t xml:space="preserve">[37:41] </w:t>
      </w:r>
      <w:r>
        <w:t>philosophy tak pahunchega, phir science tak pahunchega, aur phir science tak pahunchne ke baad agla darwaza</w:t>
      </w:r>
    </w:p>
    <w:p>
      <w:pPr>
        <w:jc w:val="right"/>
      </w:pPr>
      <w:r>
        <w:t>فلاسفی تک پہنچے گا، پھر سائنس تک پہنچے گا، اور پھر سائنس تک پہنچنے کے بعد اگلا دروازہ</w:t>
      </w:r>
    </w:p>
    <w:p>
      <w:r>
        <w:rPr>
          <w:b/>
        </w:rPr>
        <w:t xml:space="preserve">[37:46] </w:t>
      </w:r>
      <w:r>
        <w:t>us ko dikhai dega, wahi jis ko hum revelation kehte hain, tauheed.</w:t>
      </w:r>
    </w:p>
    <w:p>
      <w:pPr>
        <w:jc w:val="right"/>
      </w:pPr>
      <w:r>
        <w:t>اس کو دکھائی دے گا، وہی جس کو ہم ریولیشن کہتے ہیں، توحید۔</w:t>
      </w:r>
    </w:p>
    <w:p>
      <w:r>
        <w:rPr>
          <w:b/>
        </w:rPr>
        <w:t xml:space="preserve">[37:51] </w:t>
      </w:r>
      <w:r>
        <w:t>to yeh bas yeh mera safar hai.</w:t>
      </w:r>
    </w:p>
    <w:p>
      <w:pPr>
        <w:jc w:val="right"/>
      </w:pPr>
      <w:r>
        <w:t>تو یہ بس یہ میرا سفر ہے۔</w:t>
      </w:r>
    </w:p>
    <w:p>
      <w:r>
        <w:rPr>
          <w:b/>
        </w:rPr>
        <w:t xml:space="preserve">[37:56] </w:t>
      </w:r>
      <w:r>
        <w:t>mere safar ka ek aspect woh tha jis ko maine kaha psychological aspect.</w:t>
      </w:r>
    </w:p>
    <w:p>
      <w:pPr>
        <w:jc w:val="right"/>
      </w:pPr>
      <w:r>
        <w:t>میرے سفر کا ایک اسپیکٹ وہ تھا جس کو میں نے کہا سائیکلوجیکل اسپیکٹ۔</w:t>
      </w:r>
    </w:p>
    <w:p>
      <w:r>
        <w:rPr>
          <w:b/>
        </w:rPr>
        <w:t xml:space="preserve">[38:01] </w:t>
      </w:r>
      <w:r>
        <w:t>doosra safar jo hai, woh scientific aspect keh sakte hain aap is ko.</w:t>
      </w:r>
    </w:p>
    <w:p>
      <w:pPr>
        <w:jc w:val="right"/>
      </w:pPr>
      <w:r>
        <w:t>دوسرا سفر جو ہے، وہ سائنٹیفک اسپیکٹ کہہ سکتے ہیں آپ اس کو۔</w:t>
      </w:r>
    </w:p>
    <w:p>
      <w:r>
        <w:rPr>
          <w:b/>
        </w:rPr>
        <w:t xml:space="preserve">[38:07] </w:t>
      </w:r>
      <w:r>
        <w:t>to Quran mein jo concept diya gaya hai Khuda ka, us ke lihaaz se mein chand baatein arz</w:t>
      </w:r>
    </w:p>
    <w:p>
      <w:pPr>
        <w:jc w:val="right"/>
      </w:pPr>
      <w:r>
        <w:t>تو قرآن میں جو کانسیپٹ دیا گیا ہے خدا کا، اس کے لحاظ سے میں چند باتیں عرض</w:t>
      </w:r>
    </w:p>
    <w:p>
      <w:r>
        <w:rPr>
          <w:b/>
        </w:rPr>
        <w:t xml:space="preserve">[38:13] </w:t>
      </w:r>
      <w:r>
        <w:t>karna chahunga.</w:t>
      </w:r>
    </w:p>
    <w:p>
      <w:pPr>
        <w:jc w:val="right"/>
      </w:pPr>
      <w:r>
        <w:t>کرنا چاہوں گا۔</w:t>
      </w:r>
    </w:p>
    <w:p>
      <w:r>
        <w:rPr>
          <w:b/>
        </w:rPr>
        <w:t xml:space="preserve">[38:20] </w:t>
      </w:r>
      <w:r>
        <w:t>Quran ko aap kholien to pehli ayat jo aap dekhenge, bilkul pehli, woh kya hai? Alhamdulillah Rabb-ul-Aalameen.</w:t>
      </w:r>
    </w:p>
    <w:p>
      <w:pPr>
        <w:jc w:val="right"/>
      </w:pPr>
      <w:r>
        <w:t>قرآن کو آپ کھولیں تو پہلی آیت جو آپ دیکھیں گے، بالکل پہلی، وہ کیا ہے؟ الحمدللہ رب العالمین۔</w:t>
      </w:r>
    </w:p>
    <w:p>
      <w:r>
        <w:rPr>
          <w:b/>
        </w:rPr>
        <w:t xml:space="preserve">[38:26] </w:t>
      </w:r>
      <w:r>
        <w:t>saari hamd hai Allah ke liye</w:t>
      </w:r>
    </w:p>
    <w:p>
      <w:pPr>
        <w:jc w:val="right"/>
      </w:pPr>
      <w:r>
        <w:t>ساری حمد ہے اللہ کے لیے</w:t>
      </w:r>
    </w:p>
    <w:p>
      <w:r>
        <w:rPr>
          <w:b/>
        </w:rPr>
        <w:t xml:space="preserve">[38:33] </w:t>
      </w:r>
      <w:r>
        <w:t>jo Rabb-ul-Aalameen hai.</w:t>
      </w:r>
    </w:p>
    <w:p>
      <w:pPr>
        <w:jc w:val="right"/>
      </w:pPr>
      <w:r>
        <w:t>جو رب العالمین ہے۔</w:t>
      </w:r>
    </w:p>
    <w:p>
      <w:r>
        <w:rPr>
          <w:b/>
        </w:rPr>
        <w:t xml:space="preserve">[38:39] </w:t>
      </w:r>
      <w:r>
        <w:t>dekhen, hamd ka lafz jo hai Arabi zabaan mein, is mein shukr aata hai, tareef aati hai, yani</w:t>
      </w:r>
    </w:p>
    <w:p>
      <w:pPr>
        <w:jc w:val="right"/>
      </w:pPr>
      <w:r>
        <w:t>دیکھیں، حمد کا لفظ جو ہے عربی زبان میں، اس میں شکر آتا ہے، تعریف آتی ہے، یعنی</w:t>
      </w:r>
    </w:p>
    <w:p>
      <w:r>
        <w:rPr>
          <w:b/>
        </w:rPr>
        <w:t xml:space="preserve">[38:45] </w:t>
      </w:r>
      <w:r>
        <w:t>acknowledgement jis ko aap kehte hain, super acknowledgement kisi ka, us ko hamd kahenge.</w:t>
      </w:r>
    </w:p>
    <w:p>
      <w:pPr>
        <w:jc w:val="right"/>
      </w:pPr>
      <w:r>
        <w:t>اکنالجمنٹ جس کو آپ کہتے ہیں، سپر اکنالجمنٹ کسی کا، اس کو حمد کہیں گے۔</w:t>
      </w:r>
    </w:p>
    <w:p>
      <w:r>
        <w:rPr>
          <w:b/>
        </w:rPr>
        <w:t xml:space="preserve">[38:51] </w:t>
      </w:r>
      <w:r>
        <w:t>bahut zyada kisi ko acknowledge karen, aap bahut zyada acknowledge karen kisi ko, aap us ko hamd kahenge.</w:t>
      </w:r>
    </w:p>
    <w:p>
      <w:pPr>
        <w:jc w:val="right"/>
      </w:pPr>
      <w:r>
        <w:t>بہت زیادہ کسی کو اکنالج کریں، آپ بہت زیادہ اکنالج کریں کسی کو، آپ اس کو حمد کہیں گے۔</w:t>
      </w:r>
    </w:p>
    <w:p>
      <w:r>
        <w:rPr>
          <w:b/>
        </w:rPr>
        <w:t xml:space="preserve">[38:57] </w:t>
      </w:r>
      <w:r>
        <w:t>to Quran mein yeh ayat chaudah sau saal pehle se thi.</w:t>
      </w:r>
    </w:p>
    <w:p>
      <w:pPr>
        <w:jc w:val="right"/>
      </w:pPr>
      <w:r>
        <w:t>تو قرآن میں یہ آیت چودہ سو سال پہلے سے تھی۔</w:t>
      </w:r>
    </w:p>
    <w:p>
      <w:r>
        <w:rPr>
          <w:b/>
        </w:rPr>
        <w:t xml:space="preserve">[39:04] </w:t>
      </w:r>
      <w:r>
        <w:t>ab science ne is ko aur khol diya hai.</w:t>
      </w:r>
    </w:p>
    <w:p>
      <w:pPr>
        <w:jc w:val="right"/>
      </w:pPr>
      <w:r>
        <w:t>اب سائنس نے اس کو اور کھول دیا ہے۔</w:t>
      </w:r>
    </w:p>
    <w:p>
      <w:r>
        <w:rPr>
          <w:b/>
        </w:rPr>
        <w:t xml:space="preserve">[39:10] </w:t>
      </w:r>
      <w:r>
        <w:t>science ne is ki importance ko aur aur zyada khol diya.</w:t>
      </w:r>
    </w:p>
    <w:p>
      <w:pPr>
        <w:jc w:val="right"/>
      </w:pPr>
      <w:r>
        <w:t>سائنس نے اس کی امپورٹنس کو اور اور زیادہ کھول دیا۔</w:t>
      </w:r>
    </w:p>
    <w:p>
      <w:r>
        <w:rPr>
          <w:b/>
        </w:rPr>
        <w:t xml:space="preserve">[39:16] </w:t>
      </w:r>
      <w:r>
        <w:t>misal ke taur par dekhiye, aap science ki study ne bataya, yani pehle zamane mein jab aadmi kehta</w:t>
      </w:r>
    </w:p>
    <w:p>
      <w:pPr>
        <w:jc w:val="right"/>
      </w:pPr>
      <w:r>
        <w:t>مثال کے طور پر دیکھیے، آپ سائنس کی اسٹڈی نے بتایا، یعنی پہلے زمانے میں جب آدمی کہتا</w:t>
      </w:r>
    </w:p>
    <w:p>
      <w:r>
        <w:rPr>
          <w:b/>
        </w:rPr>
        <w:t xml:space="preserve">[39:22] </w:t>
      </w:r>
      <w:r>
        <w:t>tha Alhamdulillah Rabb-ul-Aalameen, to us ko billion time zyada badha diya science ne.</w:t>
      </w:r>
    </w:p>
    <w:p>
      <w:pPr>
        <w:jc w:val="right"/>
      </w:pPr>
      <w:r>
        <w:t>تھا الحمدللہ رب العالمین، تو اس کو بلین ٹائم زیادہ بڑھا دیا سائنس نے۔</w:t>
      </w:r>
    </w:p>
    <w:p>
      <w:r>
        <w:rPr>
          <w:b/>
        </w:rPr>
        <w:t xml:space="preserve">[39:28] </w:t>
      </w:r>
      <w:r>
        <w:t>ab kyunke science scientific study se kya hua? hum ne yeh jaana</w:t>
      </w:r>
    </w:p>
    <w:p>
      <w:pPr>
        <w:jc w:val="right"/>
      </w:pPr>
      <w:r>
        <w:t>اب کیونکہ سائنس سائنٹیفک اسٹڈی سے کیا ہوا؟ ہم نے یہ جانا</w:t>
      </w:r>
    </w:p>
    <w:p>
      <w:r>
        <w:rPr>
          <w:b/>
        </w:rPr>
        <w:t xml:space="preserve">[39:34] </w:t>
      </w:r>
      <w:r>
        <w:t>ke ab se 15 billion saal pehle big bang hua to material world wajood mein aaya.</w:t>
      </w:r>
    </w:p>
    <w:p>
      <w:pPr>
        <w:jc w:val="right"/>
      </w:pPr>
      <w:r>
        <w:t>کہ اب سے 15 بلین سال پہلے بگ بینگ ہوا تو مٹیریل ورلڈ وجود میں آیا۔</w:t>
      </w:r>
    </w:p>
    <w:p>
      <w:r>
        <w:rPr>
          <w:b/>
        </w:rPr>
        <w:t xml:space="preserve">[39:39] </w:t>
      </w:r>
      <w:r>
        <w:t>us ke baad little bang hua to solar system bana.</w:t>
      </w:r>
    </w:p>
    <w:p>
      <w:pPr>
        <w:jc w:val="right"/>
      </w:pPr>
      <w:r>
        <w:t>اس کے بعد لٹل بینگ ہوا تو سولر سسٹم بنا۔</w:t>
      </w:r>
    </w:p>
    <w:p>
      <w:r>
        <w:rPr>
          <w:b/>
        </w:rPr>
        <w:t xml:space="preserve">[39:43] </w:t>
      </w:r>
      <w:r>
        <w:t>us ke baad hamare planet, planet Earth jo hai, is par water bang hua aur paani se bhar</w:t>
      </w:r>
    </w:p>
    <w:p>
      <w:pPr>
        <w:jc w:val="right"/>
      </w:pPr>
      <w:r>
        <w:t>اس کے بعد ہمارے پلینٹ، پلینٹ ارتھ جو ہے، اس پر واٹر بینگ ہوا اور پانی سے بھر</w:t>
      </w:r>
    </w:p>
    <w:p>
      <w:r>
        <w:rPr>
          <w:b/>
        </w:rPr>
        <w:t xml:space="preserve">[39:47] </w:t>
      </w:r>
      <w:r>
        <w:t>gayi ye zameen.</w:t>
      </w:r>
    </w:p>
    <w:p>
      <w:pPr>
        <w:jc w:val="right"/>
      </w:pPr>
      <w:r>
        <w:t>گئی یہ زمین۔</w:t>
      </w:r>
    </w:p>
    <w:p>
      <w:r>
        <w:rPr>
          <w:b/>
        </w:rPr>
        <w:t xml:space="preserve">[39:51] </w:t>
      </w:r>
      <w:r>
        <w:t>is ke baad yahan par life being hua aur insan paida hua.</w:t>
      </w:r>
    </w:p>
    <w:p>
      <w:pPr>
        <w:jc w:val="right"/>
      </w:pPr>
      <w:r>
        <w:t>اس کے بعد یہاں پر لائف بینگ ہوا اور انسان پیدا ہوا۔</w:t>
      </w:r>
    </w:p>
    <w:p>
      <w:r>
        <w:rPr>
          <w:b/>
        </w:rPr>
        <w:t xml:space="preserve">[39:56] </w:t>
      </w:r>
      <w:r>
        <w:t>phir dheere dheere ye sara ek poora 15 billion saal ka zamana hai.</w:t>
      </w:r>
    </w:p>
    <w:p>
      <w:pPr>
        <w:jc w:val="right"/>
      </w:pPr>
      <w:r>
        <w:t>پھر دھیرے دھیرے یہ سارا ایک پورا 15 بلین سال کا زمانہ ہے۔</w:t>
      </w:r>
    </w:p>
    <w:p>
      <w:r>
        <w:rPr>
          <w:b/>
        </w:rPr>
        <w:t xml:space="preserve">[40:00] </w:t>
      </w:r>
      <w:r>
        <w:t>phir is zameen par life support system</w:t>
      </w:r>
    </w:p>
    <w:p>
      <w:pPr>
        <w:jc w:val="right"/>
      </w:pPr>
      <w:r>
        <w:t>پھر اس زمین پر لائف سپورٹ سسٹم</w:t>
      </w:r>
    </w:p>
    <w:p>
      <w:r>
        <w:rPr>
          <w:b/>
        </w:rPr>
        <w:t xml:space="preserve">[40:04] </w:t>
      </w:r>
      <w:r>
        <w:t>hai, ye zameen par pani hai, ye zameen par food hai.</w:t>
      </w:r>
    </w:p>
    <w:p>
      <w:pPr>
        <w:jc w:val="right"/>
      </w:pPr>
      <w:r>
        <w:t>ہے، یہ زمین پر پانی ہے، یہ زمین پر فوڈ ہے۔</w:t>
      </w:r>
    </w:p>
    <w:p>
      <w:r>
        <w:rPr>
          <w:b/>
        </w:rPr>
        <w:t xml:space="preserve">[40:10] </w:t>
      </w:r>
      <w:r>
        <w:t>is woh sab cheez jo mujhe chahiye insan ko, woh sab zameen par maujood hai.</w:t>
      </w:r>
    </w:p>
    <w:p>
      <w:pPr>
        <w:jc w:val="right"/>
      </w:pPr>
      <w:r>
        <w:t>اس وہ سب چیز جو مجھے چاہیے انسان کو، وہ سب زمین پر موجود ہے۔</w:t>
      </w:r>
    </w:p>
    <w:p>
      <w:r>
        <w:rPr>
          <w:b/>
        </w:rPr>
        <w:t xml:space="preserve">[40:17] </w:t>
      </w:r>
      <w:r>
        <w:t>ab ye sari cheezon ko aap sochen ke 15 billion saal mein kis tarah Allah taala ne zameen</w:t>
      </w:r>
    </w:p>
    <w:p>
      <w:pPr>
        <w:jc w:val="right"/>
      </w:pPr>
      <w:r>
        <w:t>اب یہ ساری چیزوں کو آپ سوچیں کہ 15 بلین سال میں کس طرح اللہ تعالی نے زمین</w:t>
      </w:r>
    </w:p>
    <w:p>
      <w:r>
        <w:rPr>
          <w:b/>
        </w:rPr>
        <w:t xml:space="preserve">[40:23] </w:t>
      </w:r>
      <w:r>
        <w:t>ko banaya, duniya ko banaya, aur mere insan ke liye is ko kis tarah se tayyar kiya.</w:t>
      </w:r>
    </w:p>
    <w:p>
      <w:pPr>
        <w:jc w:val="right"/>
      </w:pPr>
      <w:r>
        <w:t>کو بنایا، دنیا کو بنایا، اور میرے انسان کے لیے اس کو کس طرح سے تیار کیا۔</w:t>
      </w:r>
    </w:p>
    <w:p>
      <w:r>
        <w:rPr>
          <w:b/>
        </w:rPr>
        <w:t xml:space="preserve">[40:29] </w:t>
      </w:r>
      <w:r>
        <w:t>tab aap jab kahin Alhamdulillah Rabb-ul-Alameen to woh ek samandar hoga jo aap ke dil se niklega.</w:t>
      </w:r>
    </w:p>
    <w:p>
      <w:pPr>
        <w:jc w:val="right"/>
      </w:pPr>
      <w:r>
        <w:t>تب آپ جب کہیں الحمدللہ رب العالمین تو وہ ایک سمندر ہوگا جو آپ کے دل سے نکلے گا۔</w:t>
      </w:r>
    </w:p>
    <w:p>
      <w:r>
        <w:rPr>
          <w:b/>
        </w:rPr>
        <w:t xml:space="preserve">[40:35] </w:t>
      </w:r>
      <w:r>
        <w:t>pehlay agar woh ek shab tha to ab ek samandar ban jaye ga, woh ek ocean ban jaye ga.</w:t>
      </w:r>
    </w:p>
    <w:p>
      <w:pPr>
        <w:jc w:val="right"/>
      </w:pPr>
      <w:r>
        <w:t>پہلے اگر وہ ایک شب تھا تو اب ایک سمندر بن جائے گا، وہ ایک اوشن بن جائے گا۔</w:t>
      </w:r>
    </w:p>
    <w:p>
      <w:r>
        <w:rPr>
          <w:b/>
        </w:rPr>
        <w:t xml:space="preserve">[40:41] </w:t>
      </w:r>
      <w:r>
        <w:t>ocean, ocean ban jaye ga.</w:t>
      </w:r>
    </w:p>
    <w:p>
      <w:pPr>
        <w:jc w:val="right"/>
      </w:pPr>
      <w:r>
        <w:t>اوشن، اوشن بن جائے گا۔</w:t>
      </w:r>
    </w:p>
    <w:p>
      <w:r>
        <w:rPr>
          <w:b/>
        </w:rPr>
        <w:t xml:space="preserve">[40:47] </w:t>
      </w:r>
      <w:r>
        <w:t>is tarah se dekhiye jo Quran mein ya tauheed mein jo nazariya hai, woh ek Khuda ka hai,</w:t>
      </w:r>
    </w:p>
    <w:p>
      <w:pPr>
        <w:jc w:val="right"/>
      </w:pPr>
      <w:r>
        <w:t>اس طرح سے دیکھیے جو قرآن میں یا توحید میں جو نظریہ ہے، وہ ایک خدا کا ہے،</w:t>
      </w:r>
    </w:p>
    <w:p>
      <w:r>
        <w:rPr>
          <w:b/>
        </w:rPr>
        <w:t xml:space="preserve">[40:53] </w:t>
      </w:r>
      <w:r>
        <w:t>sirf ek Khuda hai.</w:t>
      </w:r>
    </w:p>
    <w:p>
      <w:pPr>
        <w:jc w:val="right"/>
      </w:pPr>
      <w:r>
        <w:t>صرف ایک خدا ہے۔</w:t>
      </w:r>
    </w:p>
    <w:p>
      <w:r>
        <w:rPr>
          <w:b/>
        </w:rPr>
        <w:t xml:space="preserve">[40:59] </w:t>
      </w:r>
      <w:r>
        <w:t>Quran mein hai ke agar is kainaat ke ek se ziyada Khuda hotay to fasad barpa hota, corrupt</w:t>
      </w:r>
    </w:p>
    <w:p>
      <w:pPr>
        <w:jc w:val="right"/>
      </w:pPr>
      <w:r>
        <w:t>قرآن میں ہے کہ اگر اس کائنات کے ایک سے زیادہ خدا ہوتے تو فساد برپا ہوتا، کرپ</w:t>
      </w:r>
    </w:p>
    <w:p>
      <w:r>
        <w:rPr>
          <w:b/>
        </w:rPr>
        <w:t xml:space="preserve">[41:05] </w:t>
      </w:r>
      <w:r>
        <w:t>ion hota, takrao hota.</w:t>
      </w:r>
    </w:p>
    <w:p>
      <w:pPr>
        <w:jc w:val="right"/>
      </w:pPr>
      <w:r>
        <w:t>شن ہوتا، ٹکراؤ ہوتا۔</w:t>
      </w:r>
    </w:p>
    <w:p>
      <w:r>
        <w:rPr>
          <w:b/>
        </w:rPr>
        <w:t xml:space="preserve">[41:11] </w:t>
      </w:r>
      <w:r>
        <w:t>ab science ne dekhen daryaft kiya hai ke itni bari universe hai, is mein ek dam harmony hai.</w:t>
      </w:r>
    </w:p>
    <w:p>
      <w:pPr>
        <w:jc w:val="right"/>
      </w:pPr>
      <w:r>
        <w:t>اب سائنس نے دیکھیں دریافت کیا ہے کہ اتنی بڑی یونیورس ہے، اس میں ایک دم ہارمونی ہے۔</w:t>
      </w:r>
    </w:p>
    <w:p>
      <w:r>
        <w:rPr>
          <w:b/>
        </w:rPr>
        <w:t xml:space="preserve">[41:17] </w:t>
      </w:r>
      <w:r>
        <w:t>itni bari universe mein harmony hai, kaise hai? kaise harmony hai itni bari universe mein? ek hi control</w:t>
      </w:r>
    </w:p>
    <w:p>
      <w:pPr>
        <w:jc w:val="right"/>
      </w:pPr>
      <w:r>
        <w:t>اتنی بڑی یونیورس میں ہارمونی ہے، کیسے ہے؟ کیسے ہارمونی ہے اتنی بڑی یونیورس میں؟ ایک ہی کنٹرول</w:t>
      </w:r>
    </w:p>
    <w:p>
      <w:r>
        <w:rPr>
          <w:b/>
        </w:rPr>
        <w:t xml:space="preserve">[41:23] </w:t>
      </w:r>
      <w:r>
        <w:t>agar hoga tab ye poori harmony ho sakti hai.</w:t>
      </w:r>
    </w:p>
    <w:p>
      <w:pPr>
        <w:jc w:val="right"/>
      </w:pPr>
      <w:r>
        <w:t>اگر ہوگا تب یہ پوری ہارمونی ہو سکتی ہے۔</w:t>
      </w:r>
    </w:p>
    <w:p>
      <w:r>
        <w:rPr>
          <w:b/>
        </w:rPr>
        <w:t xml:space="preserve">[41:29] </w:t>
      </w:r>
      <w:r>
        <w:t>ye poori poori kainaat jo hai, zero defect, yani koi nuqs is mein, koi defect aaj tak</w:t>
      </w:r>
    </w:p>
    <w:p>
      <w:pPr>
        <w:jc w:val="right"/>
      </w:pPr>
      <w:r>
        <w:t>یہ پوری پوری کائنات جو ہے، زیرو ڈیفیکٹ، یعنی کوئی نقص اس میں، کوئی ڈیفیکٹ آج تک</w:t>
      </w:r>
    </w:p>
    <w:p>
      <w:r>
        <w:rPr>
          <w:b/>
        </w:rPr>
        <w:t xml:space="preserve">[41:35] </w:t>
      </w:r>
      <w:r>
        <w:t>daryaft nahi ho saka.</w:t>
      </w:r>
    </w:p>
    <w:p>
      <w:pPr>
        <w:jc w:val="right"/>
      </w:pPr>
      <w:r>
        <w:t>دریافت نہیں ہو سکا۔</w:t>
      </w:r>
    </w:p>
    <w:p>
      <w:r>
        <w:rPr>
          <w:b/>
        </w:rPr>
        <w:t xml:space="preserve">[41:40] </w:t>
      </w:r>
      <w:r>
        <w:t>har cheez apne final model par hai.</w:t>
      </w:r>
    </w:p>
    <w:p>
      <w:pPr>
        <w:jc w:val="right"/>
      </w:pPr>
      <w:r>
        <w:t>ہر چیز اپنے فائنل ماڈل پر ہے۔</w:t>
      </w:r>
    </w:p>
    <w:p>
      <w:r>
        <w:rPr>
          <w:b/>
        </w:rPr>
        <w:t xml:space="preserve">[41:44] </w:t>
      </w:r>
      <w:r>
        <w:t>mein aksar sochta rehta hoon ke ghaas ka model bhi koi is se acha nahi bana sakta.</w:t>
      </w:r>
    </w:p>
    <w:p>
      <w:pPr>
        <w:jc w:val="right"/>
      </w:pPr>
      <w:r>
        <w:t>میں اکثر سوچتا رہتا ہوں کہ گھاس کا ماڈل بھی کوئی اس سے اچھا نہیں بنا سکتا۔</w:t>
      </w:r>
    </w:p>
    <w:p>
      <w:r>
        <w:rPr>
          <w:b/>
        </w:rPr>
        <w:t xml:space="preserve">[41:49] </w:t>
      </w:r>
      <w:r>
        <w:t>jo cheez bhi apne final model par hai, insan apne final model par hai, ghaas apne final model</w:t>
      </w:r>
    </w:p>
    <w:p>
      <w:pPr>
        <w:jc w:val="right"/>
      </w:pPr>
      <w:r>
        <w:t>جو چیز بھی اپنے فائنل ماڈل پر ہے، انسان اپنے فائنل ماڈل پر ہے، گھاس اپنے فائنل ماڈل</w:t>
      </w:r>
    </w:p>
    <w:p>
      <w:r>
        <w:rPr>
          <w:b/>
        </w:rPr>
        <w:t xml:space="preserve">[41:53] </w:t>
      </w:r>
      <w:r>
        <w:t>par hai, mountain apne final model par hai, ocean apne final model par hai, hathi aur sher apne</w:t>
      </w:r>
    </w:p>
    <w:p>
      <w:pPr>
        <w:jc w:val="right"/>
      </w:pPr>
      <w:r>
        <w:t>پر ہے، ماؤنٹین اپنے فائنل ماڈل پر ہے، اوشن اپنے فائنل ماڈل پر ہے، ہاتھی اور شیر اپنے</w:t>
      </w:r>
    </w:p>
    <w:p>
      <w:r>
        <w:rPr>
          <w:b/>
        </w:rPr>
        <w:t xml:space="preserve">[41:58] </w:t>
      </w:r>
      <w:r>
        <w:t>final model par hain.</w:t>
      </w:r>
    </w:p>
    <w:p>
      <w:pPr>
        <w:jc w:val="right"/>
      </w:pPr>
      <w:r>
        <w:t>فائنل ماڈل پر ہیں۔</w:t>
      </w:r>
    </w:p>
    <w:p>
      <w:r>
        <w:rPr>
          <w:b/>
        </w:rPr>
        <w:t xml:space="preserve">[42:02] </w:t>
      </w:r>
      <w:r>
        <w:t>har cheez apne final model par hai.</w:t>
      </w:r>
    </w:p>
    <w:p>
      <w:pPr>
        <w:jc w:val="right"/>
      </w:pPr>
      <w:r>
        <w:t>ہر چیز اپنے فائنل ماڈل پر ہے۔</w:t>
      </w:r>
    </w:p>
    <w:p>
      <w:r>
        <w:rPr>
          <w:b/>
        </w:rPr>
        <w:t xml:space="preserve">[42:07] </w:t>
      </w:r>
      <w:r>
        <w:t>aik khuda, aik khuda ka, yani ka concept hi is ko explain kar sakta hai ke kaise itni</w:t>
      </w:r>
    </w:p>
    <w:p>
      <w:pPr>
        <w:jc w:val="right"/>
      </w:pPr>
      <w:r>
        <w:t>ایک خدا، ایک خدا کا، یعنی کا کانسیپٹ ہی اس کو ایکسپلین کر سکتا ہے کہ کیسے اتنی</w:t>
      </w:r>
    </w:p>
    <w:p>
      <w:r>
        <w:rPr>
          <w:b/>
        </w:rPr>
        <w:t xml:space="preserve">[42:13] </w:t>
      </w:r>
      <w:r>
        <w:t>bari ham-aahangi hai, kaise itni bari unity hai, kaise itni zyada beauty hai.</w:t>
      </w:r>
    </w:p>
    <w:p>
      <w:pPr>
        <w:jc w:val="right"/>
      </w:pPr>
      <w:r>
        <w:t>بڑی ہم آہنگی ہے، کیسے اتنی بڑی یونٹی ہے، کیسے اتنی زیادہ بیوٹی ہے۔</w:t>
      </w:r>
    </w:p>
    <w:p>
      <w:r>
        <w:rPr>
          <w:b/>
        </w:rPr>
        <w:t xml:space="preserve">[42:19] </w:t>
      </w:r>
      <w:r>
        <w:t>to is tarah science ne jo bataya hamein, is se bhi tasdeeq hoti hai.</w:t>
      </w:r>
    </w:p>
    <w:p>
      <w:pPr>
        <w:jc w:val="right"/>
      </w:pPr>
      <w:r>
        <w:t>تو اس طرح سائنس نے جو بتایا ہمیں، اس سے بھی تصدیق ہوتی ہے۔</w:t>
      </w:r>
    </w:p>
    <w:p>
      <w:r>
        <w:rPr>
          <w:b/>
        </w:rPr>
        <w:t xml:space="preserve">[42:25] </w:t>
      </w:r>
      <w:r>
        <w:t>chunanche aap jante hain ke science mein pehle newton ke zamane mein chaar forces theen, is ke baad</w:t>
      </w:r>
    </w:p>
    <w:p>
      <w:pPr>
        <w:jc w:val="right"/>
      </w:pPr>
      <w:r>
        <w:t>چنانچہ آپ جانتے ہیں کہ سائنس میں پہلے نیوٹن کے زمانے میں چار فورسز تھیں، اس کے بعد</w:t>
      </w:r>
    </w:p>
    <w:p>
      <w:r>
        <w:rPr>
          <w:b/>
        </w:rPr>
        <w:t xml:space="preserve">[42:32] </w:t>
      </w:r>
      <w:r>
        <w:t>teen forces maani gaein.</w:t>
      </w:r>
    </w:p>
    <w:p>
      <w:pPr>
        <w:jc w:val="right"/>
      </w:pPr>
      <w:r>
        <w:t>تین فورسز مانی گئیں۔</w:t>
      </w:r>
    </w:p>
    <w:p>
      <w:r>
        <w:rPr>
          <w:b/>
        </w:rPr>
        <w:t xml:space="preserve">[42:38] </w:t>
      </w:r>
      <w:r>
        <w:t>aur ab jo hai, ab is waqt jo hai, yani stephen hawking ka jo zamana hai, is mein</w:t>
      </w:r>
    </w:p>
    <w:p>
      <w:pPr>
        <w:jc w:val="right"/>
      </w:pPr>
      <w:r>
        <w:t>اور اب جو ہے، اب اس وقت جو ہے، یعنی اسٹیفنڈ ہاکنگ کا جو زمانہ ہے، اس میں</w:t>
      </w:r>
    </w:p>
    <w:p>
      <w:r>
        <w:rPr>
          <w:b/>
        </w:rPr>
        <w:t xml:space="preserve">[42:44] </w:t>
      </w:r>
      <w:r>
        <w:t>aik single force ko maan liya gaya hai ke poori universe mein aik single force control kar rahi hai.</w:t>
      </w:r>
    </w:p>
    <w:p>
      <w:pPr>
        <w:jc w:val="right"/>
      </w:pPr>
      <w:r>
        <w:t>ایک سنگل فورس کو مان لیا گیا ہے کہ پوری یونیورس میں ایک سنگل فورس کنٹرول کر رہی ہے۔</w:t>
      </w:r>
    </w:p>
    <w:p>
      <w:r>
        <w:rPr>
          <w:b/>
        </w:rPr>
        <w:t xml:space="preserve">[42:50] </w:t>
      </w:r>
      <w:r>
        <w:t>phir aaj kal jo news aayi hai, aap ne parha hoga aap walon mein ke jis ko aap</w:t>
      </w:r>
    </w:p>
    <w:p>
      <w:pPr>
        <w:jc w:val="right"/>
      </w:pPr>
      <w:r>
        <w:t>پھر آج کل جو نیوز آئی ہے، آپ نے پڑھا ہوگا آپ والوں میں کہ جس کو آپ</w:t>
      </w:r>
    </w:p>
    <w:p>
      <w:r>
        <w:rPr>
          <w:b/>
        </w:rPr>
        <w:t xml:space="preserve">[42:56] </w:t>
      </w:r>
      <w:r>
        <w:t>chahein to internet se nikaal sakte hain.</w:t>
      </w:r>
    </w:p>
    <w:p>
      <w:pPr>
        <w:jc w:val="right"/>
      </w:pPr>
      <w:r>
        <w:t>چاہیں تو انٹرنیٹ سے نکال سکتے ہیں۔</w:t>
      </w:r>
    </w:p>
    <w:p>
      <w:r>
        <w:rPr>
          <w:b/>
        </w:rPr>
        <w:t xml:space="preserve">[43:02] </w:t>
      </w:r>
      <w:r>
        <w:t>میں نے نکلوایا اس کو، thought control</w:t>
      </w:r>
    </w:p>
    <w:p>
      <w:pPr>
        <w:jc w:val="right"/>
      </w:pPr>
      <w:r>
        <w:t>میں نے نکلوایا اس کو، تھاٹ کنٹرول و</w:t>
      </w:r>
    </w:p>
    <w:p>
      <w:r>
        <w:rPr>
          <w:b/>
        </w:rPr>
        <w:t xml:space="preserve">[43:08] </w:t>
      </w:r>
      <w:r>
        <w:t>wheelchair, is ke tehat nikwaya mein ne.</w:t>
      </w:r>
    </w:p>
    <w:p>
      <w:pPr>
        <w:jc w:val="right"/>
      </w:pPr>
      <w:r>
        <w:t>یل چیئر، اس کے تحت نکلوایا میں نے۔</w:t>
      </w:r>
    </w:p>
    <w:p>
      <w:r>
        <w:rPr>
          <w:b/>
        </w:rPr>
        <w:t xml:space="preserve">[43:14] </w:t>
      </w:r>
      <w:r>
        <w:t>to ab japan mein aik banaya gaya hai, yani kuch aisi device jis ko sar par laga leta</w:t>
      </w:r>
    </w:p>
    <w:p>
      <w:pPr>
        <w:jc w:val="right"/>
      </w:pPr>
      <w:r>
        <w:t>تو اب جاپان میں ایک بنایا گیا ہے، یعنی کچھ ایسی ڈیوائس جس کو سر پر لگا لیتا</w:t>
      </w:r>
    </w:p>
    <w:p>
      <w:r>
        <w:rPr>
          <w:b/>
        </w:rPr>
        <w:t xml:space="preserve">[43:20] </w:t>
      </w:r>
      <w:r>
        <w:t>hai aadmi aur wheelchair par baithta hai, to apne mind se wo is ko control kar raha hota hai.</w:t>
      </w:r>
    </w:p>
    <w:p>
      <w:pPr>
        <w:jc w:val="right"/>
      </w:pPr>
      <w:r>
        <w:t>ہے آدمی اور ویل چیئر پر بیٹھتا ہے، تو اپنے مائنڈ سے وہ اس کو کنٹرول کر رہا ہوتا ہے۔</w:t>
      </w:r>
    </w:p>
    <w:p>
      <w:r>
        <w:rPr>
          <w:b/>
        </w:rPr>
        <w:t xml:space="preserve">[43:26] </w:t>
      </w:r>
      <w:r>
        <w:t>yani helmet type, helmet type koi cheez sar pe hoti hai, is ke is mein koi device hoti</w:t>
      </w:r>
    </w:p>
    <w:p>
      <w:pPr>
        <w:jc w:val="right"/>
      </w:pPr>
      <w:r>
        <w:t>یعنی ہیلمٹ ٹائپ، ہیلمٹ ٹائپ کوئی چیز سر پہ ہوتی ہے، اس کے اس میں کوئی ڈیوائس ہوتی</w:t>
      </w:r>
    </w:p>
    <w:p>
      <w:r>
        <w:rPr>
          <w:b/>
        </w:rPr>
        <w:t xml:space="preserve">[43:32] </w:t>
      </w:r>
      <w:r>
        <w:t>hai, aur aur is mein baitha hua hai, kuch physically wo is ko handle nahi</w:t>
      </w:r>
    </w:p>
    <w:p>
      <w:pPr>
        <w:jc w:val="right"/>
      </w:pPr>
      <w:r>
        <w:t>ہے، اور اور اس میں بیٹھا ہوا ہے، کچھ فزیکلی وہ اس کو ہینڈل نہیں</w:t>
      </w:r>
    </w:p>
    <w:p>
      <w:r>
        <w:rPr>
          <w:b/>
        </w:rPr>
        <w:t xml:space="preserve">[43:38] </w:t>
      </w:r>
      <w:r>
        <w:t>karta. wo apne mind se wo chahta hai, jis jis chahta hai, idhar ja rahi hai. wo to is is ko kehte hain thought control wheelchair. abhi phir khabar mein aaya hai ke thought control computer yahan aa kar ke yeh bilkul prove ho gaya ke ek ek ek shaoor hai, ek shaoor, ek consciousness hai jo poore universe ko control kar raha hai. insan jis tarah se thought ke zariye se ek</w:t>
      </w:r>
    </w:p>
    <w:p>
      <w:pPr>
        <w:jc w:val="right"/>
      </w:pPr>
      <w:r>
        <w:t>کرتا۔ وہ اپنے مائنڈ سے وہ چاہتا ہے، جس جس چاہتا ہے، ادھر جا رہی ہے۔ وہ تو اس اس کو کہتے ہیں تھاٹ کنٹرول ویل چیئر۔ ابھی پھر خبر میں آیا ہے کہ تھاٹ کنٹرول کمپیوٹر یہاں آ کر کے یہ بالکل پروف ہو گیا کہ ایک ایک ایک شعور ہے، ایک شعور، ایک کانشیسنس ہے جو پورے یونیورس کو کنٹرول کر رہا ہے۔ انسان جس طرح سے تھاٹ کے ذریعے سے ایک</w:t>
      </w:r>
    </w:p>
    <w:p>
      <w:r>
        <w:rPr>
          <w:b/>
        </w:rPr>
        <w:t xml:space="preserve">[44:08] </w:t>
      </w:r>
      <w:r>
        <w:t>wheelchair ko control kar sakta hai, insan thought ke zariye se ek computer ko control kar sakta hai, is se yeh yeh probability ya possibility sabit ho gayi ke aisi ek bari hasti hai jo thought ke zariye se poore kainat ko control kar rahi hai. to jab mein ne yeh parha thought control wheelchair, to achaanak mere dimagh se nikla ke thought control universe, jis tarah se hum dekh rahe hain ek thought control wheel</w:t>
      </w:r>
    </w:p>
    <w:p>
      <w:pPr>
        <w:jc w:val="right"/>
      </w:pPr>
      <w:r>
        <w:t>ویل چیئر کو کنٹرول کر سکتا ہے، انسان تھاٹ کے ذریعے سے ایک کمپیوٹر کو کنٹرول کر سکتا ہے، اس سے یہ یہ پروبیبلیٹی یا پاسیبلیٹی ثابت ہو گئی کہ ایسی ایک بڑی ہستی ہے جو تھاٹ کے ذریعے سے پورے کائنات کو کنٹرول کر رہی ہے۔ تو جب میں نے یہ پڑھا تھاٹ کنٹرول ویل چیئر، تو اچانک میرے دماغ سے نکلا کہ تھاٹ کنٹرول یونیورس، جس طرح سے ہم دیکھ رہے ہیں ایک تھاٹ کنٹرول ویل</w:t>
      </w:r>
    </w:p>
    <w:p>
      <w:r>
        <w:rPr>
          <w:b/>
        </w:rPr>
        <w:t xml:space="preserve">[44:38] </w:t>
      </w:r>
      <w:r>
        <w:t>chair ko, isi tarah yeh poori universe jo hai, thought control universe hai.</w:t>
      </w:r>
    </w:p>
    <w:p>
      <w:pPr>
        <w:jc w:val="right"/>
      </w:pPr>
      <w:r>
        <w:t>چیئر کو، اسی طرح یہ پوری ورس جو ہے، تھاٹ کنٹرول یونیورس ہے۔</w:t>
      </w:r>
    </w:p>
    <w:p>
      <w:r>
        <w:rPr>
          <w:b/>
        </w:rPr>
        <w:t xml:space="preserve">[44:43] </w:t>
      </w:r>
      <w:r>
        <w:t>to toheed ke principle jo hai, is ki is ke is ke sachcha hone ki sab se bara</w:t>
      </w:r>
    </w:p>
    <w:p>
      <w:pPr>
        <w:jc w:val="right"/>
      </w:pPr>
      <w:r>
        <w:t>تو توحید کے پرنسپل جو ہے، اس کی اس کے اس کے سچا ہونے کی سب سے بڑا</w:t>
      </w:r>
    </w:p>
    <w:p>
      <w:r>
        <w:rPr>
          <w:b/>
        </w:rPr>
        <w:t xml:space="preserve">[44:48] </w:t>
      </w:r>
      <w:r>
        <w:t>proof yeh hai ke saari evidences is ko favor kar rahi hain, is ke favor mein ja rahi</w:t>
      </w:r>
    </w:p>
    <w:p>
      <w:pPr>
        <w:jc w:val="right"/>
      </w:pPr>
      <w:r>
        <w:t>پروف یہ ہے کہ ساری ایویڈنسز اس کو فیور کر رہی ہیں، اس کے فیور میں جا رہی</w:t>
      </w:r>
    </w:p>
    <w:p>
      <w:r>
        <w:rPr>
          <w:b/>
        </w:rPr>
        <w:t xml:space="preserve">[44:53] </w:t>
      </w:r>
      <w:r>
        <w:t>hain, isi ko support kar rahi hain.</w:t>
      </w:r>
    </w:p>
    <w:p>
      <w:pPr>
        <w:jc w:val="right"/>
      </w:pPr>
      <w:r>
        <w:t>ہیں، اسی کو سپورٹ کر رہی ہیں۔</w:t>
      </w:r>
    </w:p>
    <w:p>
      <w:r>
        <w:rPr>
          <w:b/>
        </w:rPr>
        <w:t xml:space="preserve">[44:58] </w:t>
      </w:r>
      <w:r>
        <w:t>jitne data hain, jitne evidences hain, sab is ke support mein ja rahi hain.</w:t>
      </w:r>
    </w:p>
    <w:p>
      <w:pPr>
        <w:jc w:val="right"/>
      </w:pPr>
      <w:r>
        <w:t>جتنے ڈیٹا ہیں، جتنے ایویڈنسز ہیں، سب اس کے سپورٹ میں جا رہی ہیں۔</w:t>
      </w:r>
    </w:p>
    <w:p>
      <w:r>
        <w:rPr>
          <w:b/>
        </w:rPr>
        <w:t xml:space="preserve">[45:03] </w:t>
      </w:r>
      <w:r>
        <w:t>aap jante hain ke</w:t>
      </w:r>
    </w:p>
    <w:p>
      <w:pPr>
        <w:jc w:val="right"/>
      </w:pPr>
      <w:r>
        <w:t>آپ جانتے ہیں کہ</w:t>
      </w:r>
    </w:p>
    <w:p>
      <w:r>
        <w:rPr>
          <w:b/>
        </w:rPr>
        <w:t xml:space="preserve">[45:08] </w:t>
      </w:r>
      <w:r>
        <w:t>yeh bhi science ka usool hai.</w:t>
      </w:r>
    </w:p>
    <w:p>
      <w:pPr>
        <w:jc w:val="right"/>
      </w:pPr>
      <w:r>
        <w:t>یہ بھی سائنس کا اصول ہے۔</w:t>
      </w:r>
    </w:p>
    <w:p>
      <w:r>
        <w:rPr>
          <w:b/>
        </w:rPr>
        <w:t xml:space="preserve">[45:14] </w:t>
      </w:r>
      <w:r>
        <w:t>misal ke taur par jab newton ne kaha ke zameen mein gravity hai, us ne dekha ke peed se seb gira,</w:t>
      </w:r>
    </w:p>
    <w:p>
      <w:pPr>
        <w:jc w:val="right"/>
      </w:pPr>
      <w:r>
        <w:t>مثلاً جب نیوٹن نے کہا کہ زمین میں گریویٹی ہے، اس نے دیکھا کہ پیڑ سے سیب گرا،</w:t>
      </w:r>
    </w:p>
    <w:p>
      <w:r>
        <w:rPr>
          <w:b/>
        </w:rPr>
        <w:t xml:space="preserve">[45:20] </w:t>
      </w:r>
      <w:r>
        <w:t>apple neeche aa gaya.</w:t>
      </w:r>
    </w:p>
    <w:p>
      <w:pPr>
        <w:jc w:val="right"/>
      </w:pPr>
      <w:r>
        <w:t>ایپل نیچے آ گیا۔</w:t>
      </w:r>
    </w:p>
    <w:p>
      <w:r>
        <w:rPr>
          <w:b/>
        </w:rPr>
        <w:t xml:space="preserve">[45:26] </w:t>
      </w:r>
      <w:r>
        <w:t>us ne sochna shuru kiya ke apple oopar se gir kar neeche kaise aa gaya.</w:t>
      </w:r>
    </w:p>
    <w:p>
      <w:pPr>
        <w:jc w:val="right"/>
      </w:pPr>
      <w:r>
        <w:t>اس نے سوچنا شروع کیا کہ ایپل اوپر سے گر کر نیچے کیسے آ گیا۔</w:t>
      </w:r>
    </w:p>
    <w:p>
      <w:r>
        <w:rPr>
          <w:b/>
        </w:rPr>
        <w:t xml:space="preserve">[45:32] </w:t>
      </w:r>
      <w:r>
        <w:t>to sochte sochte yahan pohancha woh ke zameen mein gravity hai,</w:t>
      </w:r>
    </w:p>
    <w:p>
      <w:pPr>
        <w:jc w:val="right"/>
      </w:pPr>
      <w:r>
        <w:t>تو سوچتے سوچتے یہاں پہنچا وہ کہ زمین میں گریویٹی ہے،</w:t>
      </w:r>
    </w:p>
    <w:p>
      <w:r>
        <w:rPr>
          <w:b/>
        </w:rPr>
        <w:t xml:space="preserve">[45:38] </w:t>
      </w:r>
      <w:r>
        <w:t>gravitational pull hai, is ki wajah se oopar ke ka saib neeche aa gaya.</w:t>
      </w:r>
    </w:p>
    <w:p>
      <w:pPr>
        <w:jc w:val="right"/>
      </w:pPr>
      <w:r>
        <w:t>گریویٹیشنل پل ہے، اس کی وجہ سے اوپر کے کا سیب نیچے آ گیا۔</w:t>
      </w:r>
    </w:p>
    <w:p>
      <w:r>
        <w:rPr>
          <w:b/>
        </w:rPr>
        <w:t xml:space="preserve">[45:45] </w:t>
      </w:r>
      <w:r>
        <w:t>is ke baad jab socha gaya, socha gaya to sari cheezein jo oopar se hain, woh neeche aati hain.</w:t>
      </w:r>
    </w:p>
    <w:p>
      <w:pPr>
        <w:jc w:val="right"/>
      </w:pPr>
      <w:r>
        <w:t>اس کے بعد جب سوچا گیا، سوچا گیا تو ساری چیزیں جو اوپر سے ہیں، وہ نیچے آتی ہیں۔</w:t>
      </w:r>
    </w:p>
    <w:p>
      <w:r>
        <w:rPr>
          <w:b/>
        </w:rPr>
        <w:t xml:space="preserve">[45:51] </w:t>
      </w:r>
      <w:r>
        <w:t>agar ek cheez bhi differ kare, ek ek misaal agar differ kare to jab yeh principle toot jayega.</w:t>
      </w:r>
    </w:p>
    <w:p>
      <w:pPr>
        <w:jc w:val="right"/>
      </w:pPr>
      <w:r>
        <w:t>اگر ایک چیز بھی ڈیفر کرے، ایک ایک مثال اگر ڈیفر کرے تو جب یہ پرنسپل ٹوٹ جائے گا۔</w:t>
      </w:r>
    </w:p>
    <w:p>
      <w:r>
        <w:rPr>
          <w:b/>
        </w:rPr>
        <w:t xml:space="preserve">[45:57] </w:t>
      </w:r>
      <w:r>
        <w:t>misalan aap ek gend phenkein oopar, woh neeche na gire, oopar hi reh jaye, woh to maloom hoga</w:t>
      </w:r>
    </w:p>
    <w:p>
      <w:pPr>
        <w:jc w:val="right"/>
      </w:pPr>
      <w:r>
        <w:t>مثلاً آپ ایک گیند پھینکیں اوپر، وہ نیچے نہ گرے، اوپر ہی رہ جائے، وہ تو معلوم ہوگا</w:t>
      </w:r>
    </w:p>
    <w:p>
      <w:r>
        <w:rPr>
          <w:b/>
        </w:rPr>
        <w:t xml:space="preserve">[46:03] </w:t>
      </w:r>
      <w:r>
        <w:t>ke yeh ek concept galat hai.</w:t>
      </w:r>
    </w:p>
    <w:p>
      <w:pPr>
        <w:jc w:val="right"/>
      </w:pPr>
      <w:r>
        <w:t>کہ یہ ایک کانسیپٹ غلط ہے۔</w:t>
      </w:r>
    </w:p>
    <w:p>
      <w:r>
        <w:rPr>
          <w:b/>
        </w:rPr>
        <w:t xml:space="preserve">[46:09] </w:t>
      </w:r>
      <w:r>
        <w:t>yeh science mein ek principle hai ke agar saare hi relevant evidence jo hain, woh is ko support</w:t>
      </w:r>
    </w:p>
    <w:p>
      <w:pPr>
        <w:jc w:val="right"/>
      </w:pPr>
      <w:r>
        <w:t>یہ سائنس میں ایک پرنسپل ہے کہ اگر سارے ہی ریلیونٹ ایویڈنس جو ہیں، وہ اس کو سپورٹ</w:t>
      </w:r>
    </w:p>
    <w:p>
      <w:r>
        <w:rPr>
          <w:b/>
        </w:rPr>
        <w:t xml:space="preserve">[46:15] </w:t>
      </w:r>
      <w:r>
        <w:t>de rahe hon to woh fact maan liya jata hai.</w:t>
      </w:r>
    </w:p>
    <w:p>
      <w:pPr>
        <w:jc w:val="right"/>
      </w:pPr>
      <w:r>
        <w:t>دے رہے ہوں تو وہ فیکٹ مان لیا جاتا ہے۔</w:t>
      </w:r>
    </w:p>
    <w:p>
      <w:r>
        <w:rPr>
          <w:b/>
        </w:rPr>
        <w:t xml:space="preserve">[46:21] </w:t>
      </w:r>
      <w:r>
        <w:t>to chounke koi bhi aisa object daryaft nahi hua ke oopar se neeche na gire, oopar is oopar</w:t>
      </w:r>
    </w:p>
    <w:p>
      <w:pPr>
        <w:jc w:val="right"/>
      </w:pPr>
      <w:r>
        <w:t>تو چونکہ کوئی بھی ایسا ابجیکٹ دریافت نہیں ہوا کہ اوپر سے نیچے نہ گرے، اوپر اس اوپر</w:t>
      </w:r>
    </w:p>
    <w:p>
      <w:r>
        <w:rPr>
          <w:b/>
        </w:rPr>
        <w:t xml:space="preserve">[46:27] </w:t>
      </w:r>
      <w:r>
        <w:t>chala jaye, is liye maan liya gaya ke gravity ek fact hai.</w:t>
      </w:r>
    </w:p>
    <w:p>
      <w:pPr>
        <w:jc w:val="right"/>
      </w:pPr>
      <w:r>
        <w:t>چلا جائے، اس لیے مان لیا گیا کہ گریویٹی ایک فیکٹ ہے۔</w:t>
      </w:r>
    </w:p>
    <w:p>
      <w:r>
        <w:rPr>
          <w:b/>
        </w:rPr>
        <w:t xml:space="preserve">[46:33] </w:t>
      </w:r>
      <w:r>
        <w:t>is tareeqe se tauheed ka jo concept hai, to jitne bhi jo jo jis ko kehte hain re</w:t>
      </w:r>
    </w:p>
    <w:p>
      <w:pPr>
        <w:jc w:val="right"/>
      </w:pPr>
      <w:r>
        <w:t>اس طریقے سے توحید کا جو کانسیپٹ ہے، تو جتنے بھی جو جو جس کو کہتے ہیں ری</w:t>
      </w:r>
    </w:p>
    <w:p>
      <w:r>
        <w:rPr>
          <w:b/>
        </w:rPr>
        <w:t xml:space="preserve">[46:39] </w:t>
      </w:r>
      <w:r>
        <w:t>ver of knowledge, ilm ka darya, to jitni bhi cheezein daryaft huin, jitne bhi data daryaft hue, woh sab usko tasdeeq kar rahe hain, usko confirm kar rahe hain, usko usko usko support de rahe hain. is se sabit ho gaya hai ke ek khuda concept bilkul sahi concept hai. to main yeh kahunga ke jahan tak ek khuda ki baat hai, jo poori humanity mein ek khuda mana gaya hai, yani ek khi</w:t>
      </w:r>
    </w:p>
    <w:p>
      <w:pPr>
        <w:jc w:val="right"/>
      </w:pPr>
      <w:r>
        <w:t>ور آف نالج، علم کا دریا، تو جتنی بھی چیزیں دریافت ہوئیں، جتنے بھی ڈیٹا دریافت ہوئے، وہ سب اس کو تصدیق کر رہے ہیں، اس کو کنفرم کر رہے ہیں، اس کو اس کو اس کو اس کو سپورٹ دے رہے ہیں۔ اس سے ثابت ہو گیا ہے کہ ایک خدا کانسیپٹ بالکل صحیح کانسیپٹ ہے۔ تو میں یہ کہوں گا کہ جہاں تک ایک خدا کی بات ہے، جو پوری ہیومینٹی میں ایک خدا مانا گیا ہے، یعنی ایک خ</w:t>
      </w:r>
    </w:p>
    <w:p>
      <w:r>
        <w:rPr>
          <w:b/>
        </w:rPr>
        <w:t xml:space="preserve">[47:09] </w:t>
      </w:r>
      <w:r>
        <w:t>da concept koi naya nahi hai.</w:t>
      </w:r>
    </w:p>
    <w:p>
      <w:pPr>
        <w:jc w:val="right"/>
      </w:pPr>
      <w:r>
        <w:t>دا کانسیپٹ کوئی نیا نہیں ہے۔</w:t>
      </w:r>
    </w:p>
    <w:p>
      <w:r>
        <w:rPr>
          <w:b/>
        </w:rPr>
        <w:t xml:space="preserve">[47:15] </w:t>
      </w:r>
      <w:r>
        <w:t>farq sirf kis mein hai ke ek Khuda concept jo hai, yani personal God hai ya impersonal God hai.</w:t>
      </w:r>
    </w:p>
    <w:p>
      <w:pPr>
        <w:jc w:val="right"/>
      </w:pPr>
      <w:r>
        <w:t>فرق صرف کس میں ہے کہ ایک خدا کانسیپٹ جو ہے، یعنی پرسنل گاڈ ہے یا ام پرسنل گاڈ ہے۔</w:t>
      </w:r>
    </w:p>
    <w:p>
      <w:r>
        <w:rPr>
          <w:b/>
        </w:rPr>
        <w:t xml:space="preserve">[47:20] </w:t>
      </w:r>
      <w:r>
        <w:t>mein farq isi mein hai ke kuch mazhabon mein impersonal God maana jata hai, lekin tauheed mein</w:t>
      </w:r>
    </w:p>
    <w:p>
      <w:pPr>
        <w:jc w:val="right"/>
      </w:pPr>
      <w:r>
        <w:t>میں فرق اسی میں ہے کہ کچھ مذہبوں میں ام پرسنل گاڈ مانا جاتا ہے، لیکن توحید میں</w:t>
      </w:r>
    </w:p>
    <w:p>
      <w:r>
        <w:rPr>
          <w:b/>
        </w:rPr>
        <w:t xml:space="preserve">[47:25] </w:t>
      </w:r>
      <w:r>
        <w:t>personal God maana gaya hai.</w:t>
      </w:r>
    </w:p>
    <w:p>
      <w:pPr>
        <w:jc w:val="right"/>
      </w:pPr>
      <w:r>
        <w:t>پرسنل گاڈ مانا گیا ہے۔</w:t>
      </w:r>
    </w:p>
    <w:p>
      <w:r>
        <w:rPr>
          <w:b/>
        </w:rPr>
        <w:t xml:space="preserve">[47:30] </w:t>
      </w:r>
      <w:r>
        <w:t>to mein yeh kahunga ke science ki support aur insaan ki jo psychology hai, is ki maang</w:t>
      </w:r>
    </w:p>
    <w:p>
      <w:pPr>
        <w:jc w:val="right"/>
      </w:pPr>
      <w:r>
        <w:t>تو میں یہ کہوں گا کہ سائنس کی سپورٹ اور انسان کی جو سائیکالوجی ہے، اس کی مانگ</w:t>
      </w:r>
    </w:p>
    <w:p>
      <w:r>
        <w:rPr>
          <w:b/>
        </w:rPr>
        <w:t xml:space="preserve">[47:35] </w:t>
      </w:r>
      <w:r>
        <w:t>donon yeh kehte hain ke</w:t>
      </w:r>
    </w:p>
    <w:p>
      <w:pPr>
        <w:jc w:val="right"/>
      </w:pPr>
      <w:r>
        <w:t>دونوں یہ کہتے ہیں کہ</w:t>
      </w:r>
    </w:p>
    <w:p>
      <w:r>
        <w:rPr>
          <w:b/>
        </w:rPr>
        <w:t xml:space="preserve">[47:40] </w:t>
      </w:r>
      <w:r>
        <w:t>personal god hona chahiye, impersonal god nahi hona chahiye. kyunke impersonal god agar rahe to consciousness to kahan se aa gaya? jab science yeh keh rahi hai ke duniya ko jo cheez control kar rahi hai, woh thought hai, consciousness hai, intelligence hai, yeh ek scientific fact ban chuka hai. ab yeh is universe ko jo cheez control kar rahi hai, woh thought hai, woh consciousness hai, woh intelligence hai. impersonal god mein is ko kahan aap</w:t>
      </w:r>
    </w:p>
    <w:p>
      <w:pPr>
        <w:jc w:val="right"/>
      </w:pPr>
      <w:r>
        <w:t>پرسنل گاڈ ہونا چاہیے، ام پرسنل گاڈ نہیں ہونا چاہیے۔ کیونکہ ام پرسنل گاڈ اگر رہے تو کانشیسنس تو کہاں سے آ گیا؟ جب سائنس یہ کہہ رہی ہے کہ دنیا کو جو چیز کنٹرول کر رہی ہے، وہ تھاٹ ہے، کانشیسنس ہے، انٹیلیجنس ہے، یہ ایک سائنٹیفک فیکٹ بن چکا ہے۔ اب یہ اس یونیورس کو جو چیز کنٹرول کر رہی ہے، وہ تھاٹ ہے، وہ کانشیسنس ہے، وہ انٹیلیجنس ہے۔ ام پرسنل گاڈ میں اس کو کہاں آپ</w:t>
      </w:r>
    </w:p>
    <w:p>
      <w:r>
        <w:rPr>
          <w:b/>
        </w:rPr>
        <w:t xml:space="preserve">[48:10] </w:t>
      </w:r>
      <w:r>
        <w:t>فٹ کریں گے؟ اس کو اس کو کہاں فٹ کریں گے؟ آپ یہ صرف فٹ ہوتا ہے personal</w:t>
      </w:r>
    </w:p>
    <w:p>
      <w:pPr>
        <w:jc w:val="right"/>
      </w:pPr>
      <w:r>
        <w:t>فٹ کریں گے؟ اس کو اس کو کہاں فٹ کریں گے؟ آپ یہ صرف فٹ ہوتا ہے پرسنل</w:t>
      </w:r>
    </w:p>
    <w:p>
      <w:r>
        <w:rPr>
          <w:b/>
        </w:rPr>
        <w:t xml:space="preserve">[48:20] </w:t>
      </w:r>
      <w:r>
        <w:t>God میں، یعنی انسان جیسا ایک خدا، انسان جیسا ایک سپر، ایک سپر ہستی، ایک سپر نیچرل ہستی۔</w:t>
      </w:r>
    </w:p>
    <w:p>
      <w:pPr>
        <w:jc w:val="right"/>
      </w:pPr>
      <w:r>
        <w:t>گاڈ میں، یعنی انسان جیسا ایک خدا، انسان جیسا ایک سپر، ایک سپر ہستی، ایک سپر نیچرل ہستی۔</w:t>
      </w:r>
    </w:p>
    <w:p>
      <w:r>
        <w:rPr>
          <w:b/>
        </w:rPr>
        <w:t xml:space="preserve">[48:30] </w:t>
      </w:r>
      <w:r>
        <w:t>to jo cheezein is science ne daryaft ki hain, woh woh impersonal God ke sath woh fit nahi baithti,</w:t>
      </w:r>
    </w:p>
    <w:p>
      <w:pPr>
        <w:jc w:val="right"/>
      </w:pPr>
      <w:r>
        <w:t>تو جو چیزیں اس سائنس نے دریافت کی ہیں، وہ وہ ام پرسنل گاڈ کے ساتھ وہ فٹ نہیں بیٹھتی،</w:t>
      </w:r>
    </w:p>
    <w:p>
      <w:r>
        <w:rPr>
          <w:b/>
        </w:rPr>
        <w:t xml:space="preserve">[48:41] </w:t>
      </w:r>
      <w:r>
        <w:t>woh sab ki sab fit baithti hain personal god ke sath. to ek taraf to yeh scientific support aur doosri taraf yeh hai ke insan jo jis khuda ki maang insan ke andar hai, uske nature mein, us nature jo hai, personal god hi par mutmaeen ho sakti hai. insan ki nature chahti hai aisa khuda jis se woh dua kare, jis se woh mange, jis se woh mohabbat kare, jis ko apna concern banaye,</w:t>
      </w:r>
    </w:p>
    <w:p>
      <w:pPr>
        <w:jc w:val="right"/>
      </w:pPr>
      <w:r>
        <w:t>وہ سب کی سب فٹ بیٹھتی ہیں پرسنل گاڈ کے ساتھ۔ تو ایک طرف تو یہ سائنٹیفک سپورٹ اور دوسری طرف یہ ہے کہ انسان جو جس خدا کی مانگ انسان کے اندر ہے، اس کے نیچر میں، اس نیچر جو ہے، پرسنل گاڈ ہی پر مطمئن ہو سکتی ہے۔ انسان کی نیچر چاہتی ہے ایسا خدا جس سے وہ دعا کرے، جس سے وہ مانگے، جس سے وہ محبت کرے، جس کو اپنا کنسرن بنائے،</w:t>
      </w:r>
    </w:p>
    <w:p>
      <w:r>
        <w:rPr>
          <w:b/>
        </w:rPr>
        <w:t xml:space="preserve">[49:11] </w:t>
      </w:r>
      <w:r>
        <w:t>jis ko sab se bari cheez samjhe, jis se woh explain kar sake saare sari sari phenomena ko.</w:t>
      </w:r>
    </w:p>
    <w:p>
      <w:pPr>
        <w:jc w:val="right"/>
      </w:pPr>
      <w:r>
        <w:t>جس کو سب سے بڑی چیز سمجھے، جس سے وہ ایکسپلین کر سکے سارے ساری سارے فیناومینا کو۔</w:t>
      </w:r>
    </w:p>
    <w:p>
      <w:r>
        <w:rPr>
          <w:b/>
        </w:rPr>
        <w:t xml:space="preserve">[49:18] </w:t>
      </w:r>
      <w:r>
        <w:t>to impersonal God se aap explain nahi kar sakte, personal God hi ke zariye aap explain kar sakte hain.</w:t>
      </w:r>
    </w:p>
    <w:p>
      <w:pPr>
        <w:jc w:val="right"/>
      </w:pPr>
      <w:r>
        <w:t>تو ام پرسنل گاڈ سے آپ ایکسپلین نہیں کر سکتے، پرسنل گاڈ ہی کے ذریعے آپ ایکسپلین کر سکتے ہیں۔</w:t>
      </w:r>
    </w:p>
    <w:p>
      <w:r>
        <w:rPr>
          <w:b/>
        </w:rPr>
        <w:t xml:space="preserve">[49:26] </w:t>
      </w:r>
      <w:r>
        <w:t>to Khuda ek hai, woh ek ek is ki apni ek hasti hai, woh dekhne wala hai, sunne</w:t>
      </w:r>
    </w:p>
    <w:p>
      <w:pPr>
        <w:jc w:val="right"/>
      </w:pPr>
      <w:r>
        <w:t>تو خدا ایک ہے، وہ ایک ایک اس کی اپنی ایک ہستی ہے، وہ دیکھنے والا ہے، سننے</w:t>
      </w:r>
    </w:p>
    <w:p>
      <w:r>
        <w:rPr>
          <w:b/>
        </w:rPr>
        <w:t xml:space="preserve">[49:34] </w:t>
      </w:r>
      <w:r>
        <w:t>wala hai, janne wala hai, pakadne wala hai,</w:t>
      </w:r>
    </w:p>
    <w:p>
      <w:pPr>
        <w:jc w:val="right"/>
      </w:pPr>
      <w:r>
        <w:t>والا ہے، جاننے والا ہے، پکڑنے والا ہے،</w:t>
      </w:r>
    </w:p>
    <w:p>
      <w:r>
        <w:rPr>
          <w:b/>
        </w:rPr>
        <w:t xml:space="preserve">[49:41] </w:t>
      </w:r>
      <w:r>
        <w:t>woh almighty hai, all knowing hai. yeh hai personal god ka concept, yani impersonal god mein khuda ek spirit hota hai, just like gravity, aur personal god mein khuda ek aisi hasti hota hai jis mein woh sari sifat hoti hain jo insan ke andar hain, bade pemane par, bade level par. isi liye bukhari mein ek riwayat hai ke khalaq Allah Adam</w:t>
      </w:r>
    </w:p>
    <w:p>
      <w:pPr>
        <w:jc w:val="right"/>
      </w:pPr>
      <w:r>
        <w:t>وہ المائٹی ہے، ال نوئنگ ہے۔ یہ ہے پرسنل گاڈ کا کانسیپٹ، یعنی ام پرسنل گاڈ میں خدا ایک اسپرٹ ہوتا ہے، جسٹ لائک گریویٹی، اور پرسنل گاڈ میں خدا ایک ایسی ہستی ہوتا ہے جس میں وہ ساری صفات ہوتی ہیں جو انسان کے اندر ہیں، بڑے پیمانے پر، بڑے لیول پر۔ اسی لیے بخاری میں ایک روایت ہے کہ خلق اللہ آدم</w:t>
      </w:r>
    </w:p>
    <w:p>
      <w:r>
        <w:rPr>
          <w:b/>
        </w:rPr>
        <w:t xml:space="preserve">[50:11] </w:t>
      </w:r>
      <w:r>
        <w:t>ala surtih, Allah ne paida kiya insan ko apni surat par. khalaq Allah Adam ala surtih, is ka matlab kya hai? ek khuda ko janna chahte ho, apne aap ko jano. apne aap ko jab jab discover karoge tum, to isi ko bade pemane par jab tum samjhoge, to isi ka naam khuda hai. to insan jaisa ek ek super insan, insan jaisi ek super hasti, insan ji</w:t>
      </w:r>
    </w:p>
    <w:p>
      <w:pPr>
        <w:jc w:val="right"/>
      </w:pPr>
      <w:r>
        <w:t>علی صورتہ، اللہ نے پیدا کیا انسان کو اپنی صورت پر۔ خلق اللہ آدم علی صورتہ، اس کا مطلب کیا ہے؟ ایک خدا کو جاننا چاہتے ہو، اپنے آپ کو جانو۔ اپنے آپ کو جب جب ڈسکور کرو گے تم، تو اسی کو بڑے پیمانے پر جب تم سمجھو گے، تو اسی کا نام خدا ہے۔ تو انسان جیسا ایک ایک سپر انسان، انسان جیسی ایک سپر ہستی، انسان جی</w:t>
      </w:r>
    </w:p>
    <w:p>
      <w:r>
        <w:rPr>
          <w:b/>
        </w:rPr>
        <w:t xml:space="preserve">[50:41] </w:t>
      </w:r>
      <w:r>
        <w:t>si ek super natural hasti, yeh hai personal god. to main yeh kahunga ke yani yeh personal god, impersonal god hi ko monistic god aur monotheistic god kaha jata hai. to monistic god jo hai, woh woh logic ke logic par, science par, aur jo evid</w:t>
      </w:r>
    </w:p>
    <w:p>
      <w:pPr>
        <w:jc w:val="right"/>
      </w:pPr>
      <w:r>
        <w:t>سی ایک سپر نیچرل ہستی، یہ ہے پرسنل گاڈ۔ تو میں یہ کہوں گا کہ یعنی یہ پرسنل گاڈ، ام پرسنل گاڈ ہی کو مانسٹک گاڈ اور مانتھیسٹک گاڈ کہا جاتا ہے۔ تو مانسٹک گاڈ جو ہے، وہ وہ لاجک کے لاجک پر، سائنس پر، اور جو ایویڈ</w:t>
      </w:r>
    </w:p>
    <w:p>
      <w:r>
        <w:rPr>
          <w:b/>
        </w:rPr>
        <w:t xml:space="preserve">[51:11] </w:t>
      </w:r>
      <w:r>
        <w:t>nas hamein daryaft hui, is par is par woh fit nahi baithta.</w:t>
      </w:r>
    </w:p>
    <w:p>
      <w:pPr>
        <w:jc w:val="right"/>
      </w:pPr>
      <w:r>
        <w:t>نس ہمیں دریافت ہوئی، اس پر اس پر وہ فٹ نہیں بیٹھتا۔</w:t>
      </w:r>
    </w:p>
    <w:p>
      <w:r>
        <w:rPr>
          <w:b/>
        </w:rPr>
        <w:t xml:space="preserve">[51:19] </w:t>
      </w:r>
      <w:r>
        <w:t>woh woh is pe, woh is pe, is ko is is mein is ko support nahi milti.</w:t>
      </w:r>
    </w:p>
    <w:p>
      <w:pPr>
        <w:jc w:val="right"/>
      </w:pPr>
      <w:r>
        <w:t>وہ وہ اس پہ، وہ اس پہ، اس کو اس اس میں اس کو سپورٹ نہیں ملتی۔</w:t>
      </w:r>
    </w:p>
    <w:p>
      <w:r>
        <w:rPr>
          <w:b/>
        </w:rPr>
        <w:t xml:space="preserve">[51:27] </w:t>
      </w:r>
      <w:r>
        <w:t>lekin jo concept hai personal God ka, yani monotheistic God jo hai, woh poori tarah is mein fit baithta hai.</w:t>
      </w:r>
    </w:p>
    <w:p>
      <w:pPr>
        <w:jc w:val="right"/>
      </w:pPr>
      <w:r>
        <w:t>لیکن جو کانسیپٹ ہے پرسنل گاڈ کا، یعنی مانتھیسٹک گاڈ جو ہے، وہ پوری طرح اس میں فٹ بیٹھتا ہے۔</w:t>
      </w:r>
    </w:p>
    <w:p>
      <w:r>
        <w:rPr>
          <w:b/>
        </w:rPr>
        <w:t xml:space="preserve">[51:35] </w:t>
      </w:r>
      <w:r>
        <w:t>woh toh insaan ki psychology aur external evidences dono personal god ke haq mein</w:t>
      </w:r>
    </w:p>
    <w:p>
      <w:pPr>
        <w:jc w:val="right"/>
      </w:pPr>
      <w:r>
        <w:t>وہ تو انسان کی سائیکالوجی اور ایکسٹرنل ایویڈنسز دونوں پرسنل گاڈ کے حق میں</w:t>
      </w:r>
    </w:p>
    <w:p>
      <w:r>
        <w:rPr>
          <w:b/>
        </w:rPr>
        <w:t xml:space="preserve">[51:43] </w:t>
      </w:r>
      <w:r>
        <w:t>hain, na ke impersonal god ke haq mein.</w:t>
      </w:r>
    </w:p>
    <w:p>
      <w:pPr>
        <w:jc w:val="right"/>
      </w:pPr>
      <w:r>
        <w:t>ہیں، نہ کہ ام پرسنل گاڈ کے حق میں۔</w:t>
      </w:r>
    </w:p>
    <w:p>
      <w:r>
        <w:rPr>
          <w:b/>
        </w:rPr>
        <w:t xml:space="preserve">[51:50] </w:t>
      </w:r>
      <w:r>
        <w:t>toh yeh hai meri meri journey, yeh mera safar jo khuda ke liye, khuda ki talash mein mere saath guzra.</w:t>
      </w:r>
    </w:p>
    <w:p>
      <w:pPr>
        <w:jc w:val="right"/>
      </w:pPr>
      <w:r>
        <w:t>تو یہ ہے میری میری جرنی، یہ میرا سفر جو خدا کے لیے، خدا کی تلاش میں میرے ساتھ گزرا۔</w:t>
      </w:r>
    </w:p>
    <w:p>
      <w:r>
        <w:rPr>
          <w:b/>
        </w:rPr>
        <w:t xml:space="preserve">[51:58] </w:t>
      </w:r>
      <w:r>
        <w:t>mein yeh keh sakta hoon ke mein paida hi hua tha ek mutallashi insaan ke hissay se, yaani</w:t>
      </w:r>
    </w:p>
    <w:p>
      <w:pPr>
        <w:jc w:val="right"/>
      </w:pPr>
      <w:r>
        <w:t>میں یہ کہہ سکتا ہوں کہ میں پیدا ہی ہوا تھا ایک متلاشی انسان کے حصے سے، یعنی</w:t>
      </w:r>
    </w:p>
    <w:p>
      <w:r>
        <w:rPr>
          <w:b/>
        </w:rPr>
        <w:t xml:space="preserve">[52:06] </w:t>
      </w:r>
      <w:r>
        <w:t>bachpan jo hai mera, uss waqt jo baatein meri maa bata di thi,</w:t>
      </w:r>
    </w:p>
    <w:p>
      <w:pPr>
        <w:jc w:val="right"/>
      </w:pPr>
      <w:r>
        <w:t>بچپن جو ہے میرا، اس وقت جو باتیں میری ماں بتا دی تھیں،</w:t>
      </w:r>
    </w:p>
    <w:p>
      <w:r>
        <w:rPr>
          <w:b/>
        </w:rPr>
        <w:t xml:space="preserve">[52:14] </w:t>
      </w:r>
      <w:r>
        <w:t>to us se maine samjha ke main ek mutalashi insan ke hisse, yani mutalashi matlab seeker, main paida hua tabhi se seeker insan ke hisse paida hua. to khuda ko, khuda ki talash karna, khuda ko daryaft karna, khuda ko paana, yeh meri nature mein introven tha. yeh is ka matlab yeh nahi ke main alag koi insan hoon. asal mein sab mein yahi hota hai, har ek seeker hi hota hai, har insan. lekin me</w:t>
      </w:r>
    </w:p>
    <w:p>
      <w:pPr>
        <w:jc w:val="right"/>
      </w:pPr>
      <w:r>
        <w:t>تو اس سے میں نے سمجھا کہ میں ایک متلاشی انسان کے حصے، یعنی متلاشی مطلب سیکھر، میں پیدا ہوا تبھی سے سیکھر انسان کے حصے پیدا ہوا۔ تو خدا کو، خدا کی تلاش کرنا، خدا کو دریافت کرنا، خدا کو پانا، یہ میری نیچر میں انٹروون تھا۔ یہ اس کا مطلب یہ نہیں کہ میں الگ کوئی انسان ہوں۔ اصل میں سب میں یہی ہوتا ہے، ہر ایک سیکھر ہی ہوتا ہے، ہر انسان۔ لیکن می</w:t>
      </w:r>
    </w:p>
    <w:p>
      <w:r>
        <w:rPr>
          <w:b/>
        </w:rPr>
        <w:t xml:space="preserve">[52:44] </w:t>
      </w:r>
      <w:r>
        <w:t>mere andar khaas baat shayad yeh thi ke mere andar ek ek uncompromising attitude tha.</w:t>
      </w:r>
    </w:p>
    <w:p>
      <w:pPr>
        <w:jc w:val="right"/>
      </w:pPr>
      <w:r>
        <w:t>رے اندر خاص بات شاید یہ تھی کہ میرے اندر ایک ایک ان کمپرومائزنگ ایٹیٹیوڈ تھا۔</w:t>
      </w:r>
    </w:p>
    <w:p>
      <w:r>
        <w:rPr>
          <w:b/>
        </w:rPr>
        <w:t xml:space="preserve">[52:49] </w:t>
      </w:r>
      <w:r>
        <w:t>bachpan se kisi cheez se compromise nahi kar sakta tha mein ke koi acha job mile toh mein</w:t>
      </w:r>
    </w:p>
    <w:p>
      <w:pPr>
        <w:jc w:val="right"/>
      </w:pPr>
      <w:r>
        <w:t>بچپن سے کسی چیز سے کمپرومائز نہیں کر سکتا تھا میں کہ کوئی اچھا جاب ملے تو میں</w:t>
      </w:r>
    </w:p>
    <w:p>
      <w:r>
        <w:rPr>
          <w:b/>
        </w:rPr>
        <w:t xml:space="preserve">[52:54] </w:t>
      </w:r>
      <w:r>
        <w:t>ussey fit kar loon apne aap ko, koi business chal jaye toh ussey fit kar loon apne aap</w:t>
      </w:r>
    </w:p>
    <w:p>
      <w:pPr>
        <w:jc w:val="right"/>
      </w:pPr>
      <w:r>
        <w:t>اسے فٹ کر لوں اپنے آپ کو، کوئی بزنس چل جائے تو اسے فٹ کر لوں اپنے آپ</w:t>
      </w:r>
    </w:p>
    <w:p>
      <w:r>
        <w:rPr>
          <w:b/>
        </w:rPr>
        <w:t xml:space="preserve">[52:59] </w:t>
      </w:r>
      <w:r>
        <w:t>ko, koi bohat achi marriage ho jaye toh uss mein mein apne ko fit kar loon.</w:t>
      </w:r>
    </w:p>
    <w:p>
      <w:pPr>
        <w:jc w:val="right"/>
      </w:pPr>
      <w:r>
        <w:t>کو، کوئی بہت اچھی میرج ہو جائے تو اس میں میں اپنے کو فٹ کر لوں۔</w:t>
      </w:r>
    </w:p>
    <w:p>
      <w:r>
        <w:rPr>
          <w:b/>
        </w:rPr>
        <w:t xml:space="preserve">[53:04] </w:t>
      </w:r>
      <w:r>
        <w:t>mein ab toh bohat si cheezein jo insaan jin se apne aap ko fit kar leta hai aur</w:t>
      </w:r>
    </w:p>
    <w:p>
      <w:pPr>
        <w:jc w:val="right"/>
      </w:pPr>
      <w:r>
        <w:t>میں اب تو بہت سی چیزیں جو انسان جن سے اپنے آپ کو فٹ کر لیتا ہے اور</w:t>
      </w:r>
    </w:p>
    <w:p>
      <w:r>
        <w:rPr>
          <w:b/>
        </w:rPr>
        <w:t xml:space="preserve">[53:09] </w:t>
      </w:r>
      <w:r>
        <w:t>uss mein jeene lagta hai, usi ko mein keh raha</w:t>
      </w:r>
    </w:p>
    <w:p>
      <w:pPr>
        <w:jc w:val="right"/>
      </w:pPr>
      <w:r>
        <w:t>اس میں جینے لگتا ہے، اسی کو میں کہہ رہا ہ</w:t>
      </w:r>
    </w:p>
    <w:p>
      <w:r>
        <w:rPr>
          <w:b/>
        </w:rPr>
        <w:t xml:space="preserve">[53:14] </w:t>
      </w:r>
      <w:r>
        <w:t>hoon compromising attitude.</w:t>
      </w:r>
    </w:p>
    <w:p>
      <w:pPr>
        <w:jc w:val="right"/>
      </w:pPr>
      <w:r>
        <w:t>وں کمپرومائزنگ ایٹیٹیوڈ۔</w:t>
      </w:r>
    </w:p>
    <w:p>
      <w:r>
        <w:rPr>
          <w:b/>
        </w:rPr>
        <w:t xml:space="preserve">[53:17] </w:t>
      </w:r>
      <w:r>
        <w:t>toh mere andar compromising attitude nahi tha.</w:t>
      </w:r>
    </w:p>
    <w:p>
      <w:pPr>
        <w:jc w:val="right"/>
      </w:pPr>
      <w:r>
        <w:t>تو میرے اندر کمپرومائزنگ ایٹیٹیوڈ نہیں تھا۔</w:t>
      </w:r>
    </w:p>
    <w:p>
      <w:r>
        <w:rPr>
          <w:b/>
        </w:rPr>
        <w:t xml:space="preserve">[53:21] </w:t>
      </w:r>
      <w:r>
        <w:t>mein kisi cheez se compromise nahi karta tha.</w:t>
      </w:r>
    </w:p>
    <w:p>
      <w:pPr>
        <w:jc w:val="right"/>
      </w:pPr>
      <w:r>
        <w:t>میں کسی چیز سے کمپرومائز نہیں کرتا تھا۔</w:t>
      </w:r>
    </w:p>
    <w:p>
      <w:r>
        <w:rPr>
          <w:b/>
        </w:rPr>
        <w:t xml:space="preserve">[53:24] </w:t>
      </w:r>
      <w:r>
        <w:t>kisi ko shohrat mil jati hai, popularity, usi mein gum ho jata hai.</w:t>
      </w:r>
    </w:p>
    <w:p>
      <w:pPr>
        <w:jc w:val="right"/>
      </w:pPr>
      <w:r>
        <w:t>کسی کو شہرت مل جاتی ہے، پاپولیرٹی، اسی میں گم ہو جاتا ہے۔</w:t>
      </w:r>
    </w:p>
    <w:p>
      <w:r>
        <w:rPr>
          <w:b/>
        </w:rPr>
        <w:t xml:space="preserve">[53:28] </w:t>
      </w:r>
      <w:r>
        <w:t>woh koi power mil jata hai, uss mein gum ho jata hai.</w:t>
      </w:r>
    </w:p>
    <w:p>
      <w:pPr>
        <w:jc w:val="right"/>
      </w:pPr>
      <w:r>
        <w:t>وہ کوئی پاور مل جاتا ہے، اس میں گم ہو جاتا ہے۔</w:t>
      </w:r>
    </w:p>
    <w:p>
      <w:r>
        <w:rPr>
          <w:b/>
        </w:rPr>
        <w:t xml:space="preserve">[53:31] </w:t>
      </w:r>
      <w:r>
        <w:t>woh koi ohda mil jata hai, usi mein gum ho jata hai.</w:t>
      </w:r>
    </w:p>
    <w:p>
      <w:pPr>
        <w:jc w:val="right"/>
      </w:pPr>
      <w:r>
        <w:t>وہ کوئی عہدہ مل جاتا ہے، اسی میں گم ہو جاتا ہے۔</w:t>
      </w:r>
    </w:p>
    <w:p>
      <w:r>
        <w:rPr>
          <w:b/>
        </w:rPr>
        <w:t xml:space="preserve">[53:35] </w:t>
      </w:r>
      <w:r>
        <w:t>woh poori zindagi maine dekha hai ke log jo hain, kuch pa jaate hain toh bas usi</w:t>
      </w:r>
    </w:p>
    <w:p>
      <w:pPr>
        <w:jc w:val="right"/>
      </w:pPr>
      <w:r>
        <w:t>وہ پوری زندگی میں نے دیکھا ہے کہ لوگ جو ہیں، کچھ پا جاتے ہیں تو بس اسی</w:t>
      </w:r>
    </w:p>
    <w:p>
      <w:r>
        <w:rPr>
          <w:b/>
        </w:rPr>
        <w:t xml:space="preserve">[53:38] </w:t>
      </w:r>
      <w:r>
        <w:t>mein woh gum ho jaate hain.</w:t>
      </w:r>
    </w:p>
    <w:p>
      <w:pPr>
        <w:jc w:val="right"/>
      </w:pPr>
      <w:r>
        <w:t>میں وہ گم ہو جاتے ہیں۔</w:t>
      </w:r>
    </w:p>
    <w:p>
      <w:r>
        <w:rPr>
          <w:b/>
        </w:rPr>
        <w:t xml:space="preserve">[53:42] </w:t>
      </w:r>
      <w:r>
        <w:t>woh usi mein woh unko satisfaction mil jata hai. woh</w:t>
      </w:r>
    </w:p>
    <w:p>
      <w:pPr>
        <w:jc w:val="right"/>
      </w:pPr>
      <w:r>
        <w:t>وہ اسی میں وہ ان کو سیٹسفیکشن مل جاتا ہے۔ وہ</w:t>
      </w:r>
    </w:p>
    <w:p>
      <w:r>
        <w:rPr>
          <w:b/>
        </w:rPr>
        <w:t xml:space="preserve">[53:45] </w:t>
      </w:r>
      <w:r>
        <w:t>mujhe khuda ke fazl se aisa tha ke kuch bhi, koi bhi bari cheez, choti cheez, bari cheez,</w:t>
      </w:r>
    </w:p>
    <w:p>
      <w:pPr>
        <w:jc w:val="right"/>
      </w:pPr>
      <w:r>
        <w:t>مجھے خدا کے فضل سے ایسا تھا کہ کچھ بھی، کوئی بھی بڑی چیز، چھوٹی چیز، بڑی چیز،</w:t>
      </w:r>
    </w:p>
    <w:p>
      <w:r>
        <w:rPr>
          <w:b/>
        </w:rPr>
        <w:t xml:space="preserve">[53:49] </w:t>
      </w:r>
      <w:r>
        <w:t>mujhe sukoon nahi de deti hai.</w:t>
      </w:r>
    </w:p>
    <w:p>
      <w:pPr>
        <w:jc w:val="right"/>
      </w:pPr>
      <w:r>
        <w:t>مجھے سکون نہیں دے دیتی ہے۔</w:t>
      </w:r>
    </w:p>
    <w:p>
      <w:r>
        <w:rPr>
          <w:b/>
        </w:rPr>
        <w:t xml:space="preserve">[53:53] </w:t>
      </w:r>
      <w:r>
        <w:t>ek martaba mujhe bulaya gaya ek ek badshah ke haan, kuch ulama ko, dunya bhar se kuch ulama</w:t>
      </w:r>
    </w:p>
    <w:p>
      <w:pPr>
        <w:jc w:val="right"/>
      </w:pPr>
      <w:r>
        <w:t>ایک مرتبہ مجھے بلایا گیا ایک ایک بادشاہ کے ہاں، کچھ علماء کو، دنیا بھر سے کچھ علماء</w:t>
      </w:r>
    </w:p>
    <w:p>
      <w:r>
        <w:rPr>
          <w:b/>
        </w:rPr>
        <w:t xml:space="preserve">[53:56] </w:t>
      </w:r>
      <w:r>
        <w:t>bulaye gaye thay.</w:t>
      </w:r>
    </w:p>
    <w:p>
      <w:pPr>
        <w:jc w:val="right"/>
      </w:pPr>
      <w:r>
        <w:t>بلائے گئے تھے۔</w:t>
      </w:r>
    </w:p>
    <w:p>
      <w:r>
        <w:rPr>
          <w:b/>
        </w:rPr>
        <w:t xml:space="preserve">[54:00] </w:t>
      </w:r>
      <w:r>
        <w:t>mein bhi uss mein gaya tha toh unke mahal mein hamein rehne ko mauqa mila tha.</w:t>
      </w:r>
    </w:p>
    <w:p>
      <w:pPr>
        <w:jc w:val="right"/>
      </w:pPr>
      <w:r>
        <w:t>میں بھی اس میں گیا تھا تو ان کے محل میں ہمیں رہنے کو موقع ملا تھا۔</w:t>
      </w:r>
    </w:p>
    <w:p>
      <w:r>
        <w:rPr>
          <w:b/>
        </w:rPr>
        <w:t xml:space="preserve">[54:04] </w:t>
      </w:r>
      <w:r>
        <w:t>wohan hamein aik mahina rehna tha, aik mahina mushko aur doosre ulma ke sath.</w:t>
      </w:r>
    </w:p>
    <w:p>
      <w:pPr>
        <w:jc w:val="right"/>
      </w:pPr>
      <w:r>
        <w:t>وہاں ہمیں ایک مہینہ رہنا تھا، ایک مہینہ مشکو اور دوسرے علماء کے ساتھ۔</w:t>
      </w:r>
    </w:p>
    <w:p>
      <w:r>
        <w:rPr>
          <w:b/>
        </w:rPr>
        <w:t xml:space="preserve">[54:08] </w:t>
      </w:r>
      <w:r>
        <w:t>aur wahan sab royal intazamat thay.</w:t>
      </w:r>
    </w:p>
    <w:p>
      <w:pPr>
        <w:jc w:val="right"/>
      </w:pPr>
      <w:r>
        <w:t>اور وہاں سب رائل انتظامات تھے۔</w:t>
      </w:r>
    </w:p>
    <w:p>
      <w:r>
        <w:rPr>
          <w:b/>
        </w:rPr>
        <w:t xml:space="preserve">[54:11] </w:t>
      </w:r>
      <w:r>
        <w:t>mein aik haftay mein bhaga wahan se</w:t>
      </w:r>
    </w:p>
    <w:p>
      <w:pPr>
        <w:jc w:val="right"/>
      </w:pPr>
      <w:r>
        <w:t>میں ایک ہفتے میں بھاگا وہاں سے</w:t>
      </w:r>
    </w:p>
    <w:p>
      <w:r>
        <w:rPr>
          <w:b/>
        </w:rPr>
        <w:t xml:space="preserve">[54:15] </w:t>
      </w:r>
      <w:r>
        <w:t>mujhe sab ka sab vexation hone laga, vexation, kyunke mujhe is se koi dilchaspi nahi thi ke bahut shandar khana ho, bahut acha bed ho, aur bahut acha rehne ke liye room ho. mujhe is se koi dilchaspi nahi. to main waisa hi insan jaise doosra insan, lekin mere andar bachpan se yeh hai ke main uncompromising attitude hoon. kisi cheez se main compromise nahi kar sakta soaye us ke ke jo supreme tr</w:t>
      </w:r>
    </w:p>
    <w:p>
      <w:pPr>
        <w:jc w:val="right"/>
      </w:pPr>
      <w:r>
        <w:t>۔ مجھے سب کا سب وکیشن ہونے لگا، سب وکیشن، کیونکہ مجھے اس سے کوئی دلچسپی نہیں تھی کہ بہت شاندار کھانا ہو، بہت اچھا بیڈ ہو، اور بہت اچھا رہنے کے لیے روم ہو۔ مجھے اس سے کوئی دلچسپی نہیں۔ تو میں ویسا ہی انسان جیسے دوسرا انسان، لیکن میرے اندر بچپن سے یہ ہے کہ میں ان کمپرومائزنگ ایٹیٹیوڈ ہوں۔ کسی چیز سے میں کمپرومائز نہیں کر سکتا سوائے اس کے کہ جو سپریم ٹ</w:t>
      </w:r>
    </w:p>
    <w:p>
      <w:r>
        <w:rPr>
          <w:b/>
        </w:rPr>
        <w:t xml:space="preserve">[54:45] </w:t>
      </w:r>
      <w:r>
        <w:t>truth hai.</w:t>
      </w:r>
    </w:p>
    <w:p>
      <w:pPr>
        <w:jc w:val="right"/>
      </w:pPr>
      <w:r>
        <w:t>روتھ ہے۔</w:t>
      </w:r>
    </w:p>
    <w:p>
      <w:r>
        <w:rPr>
          <w:b/>
        </w:rPr>
        <w:t xml:space="preserve">[54:49] </w:t>
      </w:r>
      <w:r>
        <w:t>sirf supreme truth ke sath mein compromise kar sakta hoon.</w:t>
      </w:r>
    </w:p>
    <w:p>
      <w:pPr>
        <w:jc w:val="right"/>
      </w:pPr>
      <w:r>
        <w:t>صرف سپریم ٹروتھ کے ساتھ میں کمپرومائز کر سکتا ہوں۔</w:t>
      </w:r>
    </w:p>
    <w:p>
      <w:r>
        <w:rPr>
          <w:b/>
        </w:rPr>
        <w:t xml:space="preserve">[54:54] </w:t>
      </w:r>
      <w:r>
        <w:t>isi liye kahin atka nahin.</w:t>
      </w:r>
    </w:p>
    <w:p>
      <w:pPr>
        <w:jc w:val="right"/>
      </w:pPr>
      <w:r>
        <w:t>اسی لیے کہیں اٹکا نہیں۔</w:t>
      </w:r>
    </w:p>
    <w:p>
      <w:r>
        <w:rPr>
          <w:b/>
        </w:rPr>
        <w:t xml:space="preserve">[54:58] </w:t>
      </w:r>
      <w:r>
        <w:t>mein mera journey chalti rahi, chalti rahi, chalti rahi.</w:t>
      </w:r>
    </w:p>
    <w:p>
      <w:pPr>
        <w:jc w:val="right"/>
      </w:pPr>
      <w:r>
        <w:t>میں میرا جرنی چلتی رہی، چلتی رہی، چلتی رہی۔</w:t>
      </w:r>
    </w:p>
    <w:p>
      <w:r>
        <w:rPr>
          <w:b/>
        </w:rPr>
        <w:t xml:space="preserve">[55:02] </w:t>
      </w:r>
      <w:r>
        <w:t>to pehle journey meri chali psychological level par, phir religious literature maine parha, phir science ko mein</w:t>
      </w:r>
    </w:p>
    <w:p>
      <w:pPr>
        <w:jc w:val="right"/>
      </w:pPr>
      <w:r>
        <w:t>تو پہلے جرنی میری چلی سائیکلوجیکل لیول پر، پھر ریلیجیس لٹریچر میں نے پڑھا، پھر سائنس کو میں</w:t>
      </w:r>
    </w:p>
    <w:p>
      <w:r>
        <w:rPr>
          <w:b/>
        </w:rPr>
        <w:t xml:space="preserve">[55:07] </w:t>
      </w:r>
      <w:r>
        <w:t>ne parha, phir philosophy ko parha.</w:t>
      </w:r>
    </w:p>
    <w:p>
      <w:pPr>
        <w:jc w:val="right"/>
      </w:pPr>
      <w:r>
        <w:t>نے پڑھا، پھر فلاسفی کو پڑھا۔</w:t>
      </w:r>
    </w:p>
    <w:p>
      <w:r>
        <w:rPr>
          <w:b/>
        </w:rPr>
        <w:t xml:space="preserve">[55:11] </w:t>
      </w:r>
      <w:r>
        <w:t>is tarah se kahin bhi mein ruka nahin, kyunke jab tak mujhe supreme level, yani supreme</w:t>
      </w:r>
    </w:p>
    <w:p>
      <w:pPr>
        <w:jc w:val="right"/>
      </w:pPr>
      <w:r>
        <w:t>اس طرح سے کہیں بھی میں رکا نہیں، کیونکہ جب تک مجھے سپریم لیول، یعنی سپریم</w:t>
      </w:r>
    </w:p>
    <w:p>
      <w:r>
        <w:rPr>
          <w:b/>
        </w:rPr>
        <w:t xml:space="preserve">[55:15] </w:t>
      </w:r>
      <w:r>
        <w:t>hasti ki satah par, jab tak khuda na mil jata, tab tak mujhe satisfaction nahi ho sakta tha. to yeh hai ek aitbar se unfolding of nature, doosre aitbar se unfolding of universe. yani nahi, main yoon kahunga ke ek hai unfolding of soul, unfolding of nature. yani ek insan ka jo soul hai, insan ka rooh hai, us ko unfold karna to aap khuda tak pahunchte hain. aur doosra yeh</w:t>
      </w:r>
    </w:p>
    <w:p>
      <w:pPr>
        <w:jc w:val="right"/>
      </w:pPr>
      <w:r>
        <w:t>ہستی کی سطح پر، جب تک خدا نہ مل جاتا، تب تک مجھے سیٹسفیکشن نہیں ہو سکتا تھا۔ تو یہ ہے ایک اعتبار سے ان فولڈنگ آف نیچر، دوسرے اعتبار سے ان فولڈنگ آف یونیورس۔ یعنی نہیں، میں یوں کہوں گا کہ ایک ہے ان فولڈنگ آف سول، ان فولڈنگ آف نیچر۔ یعنی ایک انسان کا جو سول ہے، انسان کا روح ہے، اس کو ان فولڈ کرنا تو آپ خدا تک پہنچتے ہیں۔ اور دوسرا یہ</w:t>
      </w:r>
    </w:p>
    <w:p>
      <w:r>
        <w:rPr>
          <w:b/>
        </w:rPr>
        <w:t xml:space="preserve">[55:45] </w:t>
      </w:r>
      <w:r>
        <w:t>ke aap nature jo hai, hamare wajood ke bahar jo duniya hai, us ko aap unfold karna</w:t>
      </w:r>
    </w:p>
    <w:p>
      <w:pPr>
        <w:jc w:val="right"/>
      </w:pPr>
      <w:r>
        <w:t>کہ آپ نیچر جو ہے، ہمارے وجود کے باہر جو دنیا ہے، اس کو آپ ان فولڈ کرنا</w:t>
      </w:r>
    </w:p>
    <w:p>
      <w:r>
        <w:rPr>
          <w:b/>
        </w:rPr>
        <w:t xml:space="preserve">[55:49] </w:t>
      </w:r>
      <w:r>
        <w:t>chahein, tab bhi aap wahin pohanchte hain.</w:t>
      </w:r>
    </w:p>
    <w:p>
      <w:pPr>
        <w:jc w:val="right"/>
      </w:pPr>
      <w:r>
        <w:t>چاہیں، تب بھی آپ وہیں پہنچتے ہیں۔</w:t>
      </w:r>
    </w:p>
    <w:p>
      <w:r>
        <w:rPr>
          <w:b/>
        </w:rPr>
        <w:t xml:space="preserve">[55:54] </w:t>
      </w:r>
      <w:r>
        <w:t>to science jo hai, science unfold karti hai nature ko, aur aap khuda ke zariye apne aap</w:t>
      </w:r>
    </w:p>
    <w:p>
      <w:pPr>
        <w:jc w:val="right"/>
      </w:pPr>
      <w:r>
        <w:t>تو سائنس جو ہے، سائنس ان فولڈ کرتی ہے نیچر کو، اور آپ کورفی کے ذریعے اپنے آپ</w:t>
      </w:r>
    </w:p>
    <w:p>
      <w:r>
        <w:rPr>
          <w:b/>
        </w:rPr>
        <w:t xml:space="preserve">[55:58] </w:t>
      </w:r>
      <w:r>
        <w:t>ko unfold karte hain.</w:t>
      </w:r>
    </w:p>
    <w:p>
      <w:pPr>
        <w:jc w:val="right"/>
      </w:pPr>
      <w:r>
        <w:t>کو ان فولڈ کرتے ہیں۔</w:t>
      </w:r>
    </w:p>
    <w:p>
      <w:r>
        <w:rPr>
          <w:b/>
        </w:rPr>
        <w:t xml:space="preserve">[56:02] </w:t>
      </w:r>
      <w:r>
        <w:t>to baharhal mera tajurba yeh hai ke aap apne aap ko unfold karein, tab bhi aap khuda</w:t>
      </w:r>
    </w:p>
    <w:p>
      <w:pPr>
        <w:jc w:val="right"/>
      </w:pPr>
      <w:r>
        <w:t>تو بہرحال میرا تجربہ یہ ہے کہ آپ اپنے آپ کو ان فولڈ کریں، تب بھی آپ خدا</w:t>
      </w:r>
    </w:p>
    <w:p>
      <w:r>
        <w:rPr>
          <w:b/>
        </w:rPr>
        <w:t xml:space="preserve">[56:07] </w:t>
      </w:r>
      <w:r>
        <w:t>tak pohanchte hain.</w:t>
      </w:r>
    </w:p>
    <w:p>
      <w:pPr>
        <w:jc w:val="right"/>
      </w:pPr>
      <w:r>
        <w:t>تک پہنچتے ہیں۔</w:t>
      </w:r>
    </w:p>
    <w:p>
      <w:r>
        <w:rPr>
          <w:b/>
        </w:rPr>
        <w:t xml:space="preserve">[56:11] </w:t>
      </w:r>
      <w:r>
        <w:t>nature ko unfold karein, tab bhi aap khuda tak pohanchte hain.</w:t>
      </w:r>
    </w:p>
    <w:p>
      <w:pPr>
        <w:jc w:val="right"/>
      </w:pPr>
      <w:r>
        <w:t>نیچر کو ان فولڈ کریں، تب بھی آپ خدا تک پہنچتے ہیں۔</w:t>
      </w:r>
    </w:p>
    <w:p>
      <w:r>
        <w:rPr>
          <w:b/>
        </w:rPr>
        <w:t xml:space="preserve">[56:15] </w:t>
      </w:r>
      <w:r>
        <w:t>aur phir aap ko poori poora satisfaction mil jata hai, intellectual satisfaction ke jo cheez main chahta tha, woh mujhe mil gaya. jis cheez ki mujhe talash thi, woh main ne pa liya. to main samajhta hoon ke jab tak aadmi ke andar yeh baat na ho ke supreme truth se kam cheez par raazi na ho, woh tab tak khuda ko nahi payega. woh main apni apni tajurbe ki roshni mein yeh keh sakta hoon ke aap ke andar</w:t>
      </w:r>
    </w:p>
    <w:p>
      <w:pPr>
        <w:jc w:val="right"/>
      </w:pPr>
      <w:r>
        <w:t>اور پھر آپ کو پوری پورا سیٹسفیکشن مل جاتا ہے، انٹلیکچول سیٹسفیکشن کہ جو چیز میں چاہتا تھا، وہ مجھے مل گئی۔ جس چیز کی مجھے تلاش تھی، وہ میں نے پا لیا۔ تو میں سمجھتا ہوں کہ جب تک آدمی کے اندر یہ بات نہ ہو کہ سپریم ٹروتھ سے کم چیز پر راضی نہ ہو، وہ تب تک خدا کو نہیں پائے گا۔ وہ میں اپنی اپنی تجربے کی روشنی میں یہ کہہ سکتا ہوں کہ آپ کے اندر</w:t>
      </w:r>
    </w:p>
    <w:p>
      <w:r>
        <w:rPr>
          <w:b/>
        </w:rPr>
        <w:t xml:space="preserve">[56:45] </w:t>
      </w:r>
      <w:r>
        <w:t>yeh hona chahiye, capacity ya salahiyat ya spirit ke aap supreme truth se kam koi bhi cheez aap</w:t>
      </w:r>
    </w:p>
    <w:p>
      <w:pPr>
        <w:jc w:val="right"/>
      </w:pPr>
      <w:r>
        <w:t>یہ ہونا چاہیے، کیپیسٹی یا صلاحیت یا اسپرٹ کہ آپ سپریم ٹروتھ سے کم کوئی بھی چیز آپ</w:t>
      </w:r>
    </w:p>
    <w:p>
      <w:r>
        <w:rPr>
          <w:b/>
        </w:rPr>
        <w:t xml:space="preserve">[56:52] </w:t>
      </w:r>
      <w:r>
        <w:t>ko raazi na kar sake, aap ko khush na kar sake.</w:t>
      </w:r>
    </w:p>
    <w:p>
      <w:pPr>
        <w:jc w:val="right"/>
      </w:pPr>
      <w:r>
        <w:t>کو راضی نہ کر سکے، آپ کو خوش نہ کر سکے۔</w:t>
      </w:r>
    </w:p>
    <w:p>
      <w:r>
        <w:rPr>
          <w:b/>
        </w:rPr>
        <w:t xml:space="preserve">[56:58] </w:t>
      </w:r>
      <w:r>
        <w:t>nahi to aap kahin na kahin atak jayenge, kahin na kahin atak jayenge.</w:t>
      </w:r>
    </w:p>
    <w:p>
      <w:pPr>
        <w:jc w:val="right"/>
      </w:pPr>
      <w:r>
        <w:t>نہیں تو آپ کہیں نہ کہیں اٹک جائیں گے، کہیں نہ کہیں اٹک جائیں گے۔</w:t>
      </w:r>
    </w:p>
    <w:p>
      <w:r>
        <w:rPr>
          <w:b/>
        </w:rPr>
        <w:t xml:space="preserve">[57:04] </w:t>
      </w:r>
      <w:r>
        <w:t>to Allah taala ka mere upar yeh ehsan tha ke mein aisa mizaj mera tha, aisa mizaj ke</w:t>
      </w:r>
    </w:p>
    <w:p>
      <w:pPr>
        <w:jc w:val="right"/>
      </w:pPr>
      <w:r>
        <w:t>تو اللہ تعالی کا میرے اوپر یہ احسان تھا کہ میں ایسا مزاج میرا تھا، ایسا مزاج کہ</w:t>
      </w:r>
    </w:p>
    <w:p>
      <w:r>
        <w:rPr>
          <w:b/>
        </w:rPr>
        <w:t xml:space="preserve">[57:11] </w:t>
      </w:r>
      <w:r>
        <w:t>supreme truth se kam koi cheez mujhe khush nahi kar sakti thi.</w:t>
      </w:r>
    </w:p>
    <w:p>
      <w:pPr>
        <w:jc w:val="right"/>
      </w:pPr>
      <w:r>
        <w:t>سپریم ٹروتھ سے کم کوئی چیز مجھے خوش نہیں کر سکتی تھی۔</w:t>
      </w:r>
    </w:p>
    <w:p>
      <w:r>
        <w:rPr>
          <w:b/>
        </w:rPr>
        <w:t xml:space="preserve">[57:17] </w:t>
      </w:r>
      <w:r>
        <w:t>mein kahin atak nahi sakta tha, kisi se mein compromise nahi kar sakta tha.</w:t>
      </w:r>
    </w:p>
    <w:p>
      <w:pPr>
        <w:jc w:val="right"/>
      </w:pPr>
      <w:r>
        <w:t>میں کہیں اٹک نہیں سکتا تھا، کسی سے میں کمپرومائز نہیں کر سکتا تھا۔</w:t>
      </w:r>
    </w:p>
    <w:p>
      <w:r>
        <w:rPr>
          <w:b/>
        </w:rPr>
        <w:t xml:space="preserve">[57:24] </w:t>
      </w:r>
      <w:r>
        <w:t>isi liye maine khuda ko pa liya, inshallah.</w:t>
      </w:r>
    </w:p>
    <w:p>
      <w:pPr>
        <w:jc w:val="right"/>
      </w:pPr>
      <w:r>
        <w:t>اس لیے میں نے خدا کو پا لیا، انشاءاللہ۔</w:t>
      </w:r>
    </w:p>
    <w:p>
      <w:r>
        <w:rPr>
          <w:b/>
        </w:rPr>
        <w:t xml:space="preserve">[57:31] </w:t>
      </w:r>
      <w:r>
        <w:t>mein yeh keh sakta hoon ke maine khuda ko paya hai, consciously, spiritually, intellectually, har level par.</w:t>
      </w:r>
    </w:p>
    <w:p>
      <w:pPr>
        <w:jc w:val="right"/>
      </w:pPr>
      <w:r>
        <w:t>میں یہ کہہ سکتا ہوں کہ میں نے خدا کو پایا ہے، کانشیسلی، اسپریچولی، انٹلیکچولی، ہر لیول پر۔</w:t>
      </w:r>
    </w:p>
    <w:p>
      <w:r>
        <w:rPr>
          <w:b/>
        </w:rPr>
        <w:t xml:space="preserve">[57:38] </w:t>
      </w:r>
      <w:r>
        <w:t>achha, alhamdulillah rabbul alameen, is pe mashhoor karta hoon Allah taala ka, aur dua karta hoon ke aap</w:t>
      </w:r>
    </w:p>
    <w:p>
      <w:pPr>
        <w:jc w:val="right"/>
      </w:pPr>
      <w:r>
        <w:t>اچھا، الحمدللہ رب العالمین، اس پہ مشہور کرتا ہوں اللہ تعالی کا، اور دعا کرتا ہوں کہ آپ</w:t>
      </w:r>
    </w:p>
    <w:p>
      <w:r>
        <w:rPr>
          <w:b/>
        </w:rPr>
        <w:t xml:space="preserve">[57:45] </w:t>
      </w:r>
      <w:r>
        <w:t>sab logon ko Khuda ki taraf daryaft isi tarah ho jaye.</w:t>
      </w:r>
    </w:p>
    <w:p>
      <w:pPr>
        <w:jc w:val="right"/>
      </w:pPr>
      <w:r>
        <w:t>سب لوگوں کو خدا کی طرف دریافت اسی طرح ہو جائے۔</w:t>
      </w:r>
    </w:p>
    <w:p>
      <w:r>
        <w:rPr>
          <w:b/>
        </w:rPr>
        <w:t xml:space="preserve">[57:52] </w:t>
      </w:r>
      <w:r>
        <w:t>I will start with the first question, which is from Salish Malhotra from Singapore.</w:t>
      </w:r>
    </w:p>
    <w:p>
      <w:pPr>
        <w:jc w:val="right"/>
      </w:pPr>
      <w:r>
        <w:t>ائی ویل سٹارٹ ود دا فرسٹ کوئسچن، وچ از فرام سلیش ملھوترا فرام سنگاپور۔</w:t>
      </w:r>
    </w:p>
    <w:p>
      <w:r>
        <w:rPr>
          <w:b/>
        </w:rPr>
        <w:t xml:space="preserve">[58:00] </w:t>
      </w:r>
      <w:r>
        <w:t>مولانا، how would you define consciousness, and what is the difference between consciousness and spirituality? دیکھیں، اس معاملے</w:t>
      </w:r>
    </w:p>
    <w:p>
      <w:pPr>
        <w:jc w:val="right"/>
      </w:pPr>
      <w:r>
        <w:t>مولانا، ہاؤ وڈ یو ڈیفائن کانشیسنس، اینڈ واٹ از دا ڈیفرنس بٹوین کانشیسنس اینڈ سپریچولیٹی؟ دیکھیں، اس معاملے</w:t>
      </w:r>
    </w:p>
    <w:p>
      <w:r>
        <w:rPr>
          <w:b/>
        </w:rPr>
        <w:t xml:space="preserve">[58:08] </w:t>
      </w:r>
      <w:r>
        <w:t>main jo science ka stand hai, woh yeh manta hoon ke sab kuch insaan combined hai, aur sab</w:t>
      </w:r>
    </w:p>
    <w:p>
      <w:pPr>
        <w:jc w:val="right"/>
      </w:pPr>
      <w:r>
        <w:t>میں جو سائنس کا اسٹینڈ ہے، وہ یہ مانتا ہوں کہ سب کچھ انسان کمبائنڈ ہے، اور سب</w:t>
      </w:r>
    </w:p>
    <w:p>
      <w:r>
        <w:rPr>
          <w:b/>
        </w:rPr>
        <w:t xml:space="preserve">[58:16] </w:t>
      </w:r>
      <w:r>
        <w:t>cheezein isi ka function hain.</w:t>
      </w:r>
    </w:p>
    <w:p>
      <w:pPr>
        <w:jc w:val="right"/>
      </w:pPr>
      <w:r>
        <w:t>چیزیں اسی کا فنکشن ہیں۔</w:t>
      </w:r>
    </w:p>
    <w:p>
      <w:r>
        <w:rPr>
          <w:b/>
        </w:rPr>
        <w:t xml:space="preserve">[58:24] </w:t>
      </w:r>
      <w:r>
        <w:t>consciousness jo hai, isi ko asal manta hoon, kyunke mind ka jo function hai, woh consciousness hai, aur</w:t>
      </w:r>
    </w:p>
    <w:p>
      <w:pPr>
        <w:jc w:val="right"/>
      </w:pPr>
      <w:r>
        <w:t>کانشیسنس جو ہے، اسی کو اصل مانتا ہوں، کیونکہ مائنڈ کا جو فنکشن ہے، وہ کانشیسنس ہے، اور</w:t>
      </w:r>
    </w:p>
    <w:p>
      <w:r>
        <w:rPr>
          <w:b/>
        </w:rPr>
        <w:t xml:space="preserve">[58:29] </w:t>
      </w:r>
      <w:r>
        <w:t>spirituality ho ya aur koi bhi cheez ho, woh isi ke hisse hain, isi ke part hain.</w:t>
      </w:r>
    </w:p>
    <w:p>
      <w:pPr>
        <w:jc w:val="right"/>
      </w:pPr>
      <w:r>
        <w:t>اسپریچولیٹی ہو یا اور کوئی بھی چیز ہو، وہ اسی کے حصے ہیں، اسی کے پارٹ ہیں۔</w:t>
      </w:r>
    </w:p>
    <w:p>
      <w:r>
        <w:rPr>
          <w:b/>
        </w:rPr>
        <w:t xml:space="preserve">[58:34] </w:t>
      </w:r>
      <w:r>
        <w:t>to main yeh kahunga ke mere nazdeek, aur main apni baat nahi kar raha hoon, balkeh jo</w:t>
      </w:r>
    </w:p>
    <w:p>
      <w:pPr>
        <w:jc w:val="right"/>
      </w:pPr>
      <w:r>
        <w:t>تو میں یہ کہوں گا کہ میرے نزدیک، اور میں اپنی بات نہیں کر رہا ہوں، بلکہ جو</w:t>
      </w:r>
    </w:p>
    <w:p>
      <w:r>
        <w:rPr>
          <w:b/>
        </w:rPr>
        <w:t xml:space="preserve">[58:39] </w:t>
      </w:r>
      <w:r>
        <w:t>science ka jo stand hai, woh keh raha hoon ke mind ke siwa koi aur cheez hamari body</w:t>
      </w:r>
    </w:p>
    <w:p>
      <w:pPr>
        <w:jc w:val="right"/>
      </w:pPr>
      <w:r>
        <w:t>سائنس کا جو اسٹینڈ ہے، وہ کہہ رہا ہوں کہ مائنڈ کے سوا کوئی اور چیز ہماری باڈی</w:t>
      </w:r>
    </w:p>
    <w:p>
      <w:r>
        <w:rPr>
          <w:b/>
        </w:rPr>
        <w:t xml:space="preserve">[58:44] </w:t>
      </w:r>
      <w:r>
        <w:t>mein nahi hai.</w:t>
      </w:r>
    </w:p>
    <w:p>
      <w:pPr>
        <w:jc w:val="right"/>
      </w:pPr>
      <w:r>
        <w:t>میں نہیں ہے۔</w:t>
      </w:r>
    </w:p>
    <w:p>
      <w:r>
        <w:rPr>
          <w:b/>
        </w:rPr>
        <w:t xml:space="preserve">[58:49] </w:t>
      </w:r>
      <w:r>
        <w:t>woh sab jo hai, woh physical part</w:t>
      </w:r>
    </w:p>
    <w:p>
      <w:pPr>
        <w:jc w:val="right"/>
      </w:pPr>
      <w:r>
        <w:t>وہ سب جو ہے، وہ فزیکل پار</w:t>
      </w:r>
    </w:p>
    <w:p>
      <w:r>
        <w:rPr>
          <w:b/>
        </w:rPr>
        <w:t xml:space="preserve">[58:54] </w:t>
      </w:r>
      <w:r>
        <w:t>hai.</w:t>
      </w:r>
    </w:p>
    <w:p>
      <w:pPr>
        <w:jc w:val="right"/>
      </w:pPr>
      <w:r>
        <w:t>ٹ ہے۔</w:t>
      </w:r>
    </w:p>
    <w:p>
      <w:r>
        <w:rPr>
          <w:b/>
        </w:rPr>
        <w:t xml:space="preserve">[58:59] </w:t>
      </w:r>
      <w:r>
        <w:t>mind hi hai jo consciousness jis ke andar hai.</w:t>
      </w:r>
    </w:p>
    <w:p>
      <w:pPr>
        <w:jc w:val="right"/>
      </w:pPr>
      <w:r>
        <w:t>مائنڈ ہی ہے جو کانشیسنس جس کے اندر ہے۔</w:t>
      </w:r>
    </w:p>
    <w:p>
      <w:r>
        <w:rPr>
          <w:b/>
        </w:rPr>
        <w:t xml:space="preserve">[59:03] </w:t>
      </w:r>
      <w:r>
        <w:t>na dil mein koi spirituality ya koi ehsas hai, aur na kahin hai.</w:t>
      </w:r>
    </w:p>
    <w:p>
      <w:pPr>
        <w:jc w:val="right"/>
      </w:pPr>
      <w:r>
        <w:t>نہ دل میں کوئی اسپریچولیٹی یا کوئی احساس ہے، اور نہ کہیں ہے۔</w:t>
      </w:r>
    </w:p>
    <w:p>
      <w:r>
        <w:rPr>
          <w:b/>
        </w:rPr>
        <w:t xml:space="preserve">[59:08] </w:t>
      </w:r>
      <w:r>
        <w:t>to hamara jo asal, jo hamari hasti hai, woh hamara mind hai.</w:t>
      </w:r>
    </w:p>
    <w:p>
      <w:pPr>
        <w:jc w:val="right"/>
      </w:pPr>
      <w:r>
        <w:t>تو ہمارا جو اصل، جو ہماری ہستی ہے، وہ ہمارا مائنڈ ہے۔</w:t>
      </w:r>
    </w:p>
    <w:p>
      <w:r>
        <w:rPr>
          <w:b/>
        </w:rPr>
        <w:t xml:space="preserve">[59:13] </w:t>
      </w:r>
      <w:r>
        <w:t>asal hasti hai jo hamari hai.</w:t>
      </w:r>
    </w:p>
    <w:p>
      <w:pPr>
        <w:jc w:val="right"/>
      </w:pPr>
      <w:r>
        <w:t>اصل ہستی ہے جو ہماری ہے۔</w:t>
      </w:r>
    </w:p>
    <w:p>
      <w:r>
        <w:rPr>
          <w:b/>
        </w:rPr>
        <w:t xml:space="preserve">[59:17] </w:t>
      </w:r>
      <w:r>
        <w:t>to is hasti ke kai hisse hain.</w:t>
      </w:r>
    </w:p>
    <w:p>
      <w:pPr>
        <w:jc w:val="right"/>
      </w:pPr>
      <w:r>
        <w:t>تو اس ہستی کے کئی حصے ہیں۔</w:t>
      </w:r>
    </w:p>
    <w:p>
      <w:r>
        <w:rPr>
          <w:b/>
        </w:rPr>
        <w:t xml:space="preserve">[59:22] </w:t>
      </w:r>
      <w:r>
        <w:t>isi hasti mein love hai, isi hasti mein anger hai, isi mein spirituality hai, isi mein sab kuch hai.</w:t>
      </w:r>
    </w:p>
    <w:p>
      <w:pPr>
        <w:jc w:val="right"/>
      </w:pPr>
      <w:r>
        <w:t>اسی ہستی میں لو ہے، اسی ہستی میں اینگر ہے، اسی میں اسپریچولیٹی ہے، اسی میں سب کچھ ہے۔</w:t>
      </w:r>
    </w:p>
    <w:p>
      <w:r>
        <w:rPr>
          <w:b/>
        </w:rPr>
        <w:t xml:space="preserve">[59:27] </w:t>
      </w:r>
      <w:r>
        <w:t>to behal, main jo manta hoon, jo main jo maine study kiya hai, psychology, psychology ki, aur</w:t>
      </w:r>
    </w:p>
    <w:p>
      <w:pPr>
        <w:jc w:val="right"/>
      </w:pPr>
      <w:r>
        <w:t>تو بہرحال، میں جو مانتا ہوں، جو میں جو میں نے سٹڈی کیا ہے، سائیکلوجی، سائیکالوجی کی، اور</w:t>
      </w:r>
    </w:p>
    <w:p>
      <w:r>
        <w:rPr>
          <w:b/>
        </w:rPr>
        <w:t xml:space="preserve">[59:34] </w:t>
      </w:r>
      <w:r>
        <w:t>aur science ki, to main yahi samajhta hoon ke asal cheez mind hai, asal cheez consciousness hai, aur</w:t>
      </w:r>
    </w:p>
    <w:p>
      <w:pPr>
        <w:jc w:val="right"/>
      </w:pPr>
      <w:r>
        <w:t>اور سائنس کی، تو میں یہی سمجھتا ہوں کہ اصل چیز مائنڈ ہے، اصل چیز کانشیسنس ہے، اور</w:t>
      </w:r>
    </w:p>
    <w:p>
      <w:r>
        <w:rPr>
          <w:b/>
        </w:rPr>
        <w:t xml:space="preserve">[59:42] </w:t>
      </w:r>
      <w:r>
        <w:t>isi ka ek hissa hai, isi ka ek function hai, ya isi ka ek juz hai, woh cheez</w:t>
      </w:r>
    </w:p>
    <w:p>
      <w:pPr>
        <w:jc w:val="right"/>
      </w:pPr>
      <w:r>
        <w:t>اسی کا ایک حصہ ہے، اسی کا ایک فنکشن ہے، یا اسی کا ایک جز ہے، وہ چیز</w:t>
      </w:r>
    </w:p>
    <w:p>
      <w:r>
        <w:rPr>
          <w:b/>
        </w:rPr>
        <w:t xml:space="preserve">[59:49] </w:t>
      </w:r>
      <w:r>
        <w:t>jis ko hum spirituality kehte hain. Das question</w:t>
      </w:r>
    </w:p>
    <w:p>
      <w:pPr>
        <w:jc w:val="right"/>
      </w:pPr>
      <w:r>
        <w:t>جس کو ہم اسپریچولیٹی کہتے ہیں۔ دس کوئسچن</w:t>
      </w:r>
    </w:p>
    <w:p>
      <w:r>
        <w:rPr>
          <w:b/>
        </w:rPr>
        <w:t xml:space="preserve">[59:57] </w:t>
      </w:r>
      <w:r>
        <w:t>is from Mr. Faiq from Pennsylvania. Maulana sahib, some say that science should not be used to explain or justify the facts stated in Quran or Islam, since scientific theories may change with new revelations coming in each day, but the Quranic realities are eternal. what is your comment on this? jo log aisa kehte hain, woh koi misaal nahi dete, baghair misaal</w:t>
      </w:r>
    </w:p>
    <w:p>
      <w:pPr>
        <w:jc w:val="right"/>
      </w:pPr>
      <w:r>
        <w:t>از فرام مسٹر فائق فرام پینسلوینیا۔ مولانا صاحب، سم سے دیٹ سائنس شوڈ ناٹ بی یوز ٹو ایکسپلین اور جسٹیفائی دا فیکٹس سٹیٹڈ ان قرآن اور اسلام، سنس سائنٹیفک تھیوریز می چینج ود نیو ریولیشنز کمنگ ان ایچ ڈے، بٹ دا قرآنک ریلیٹیز ار ایٹرنل۔ واٹ از یور کمنٹ ان دس؟ جو لوگ ایسا کہتے ہیں، وہ کوئی مثال نہیں دیتے، بغیر مثال</w:t>
      </w:r>
    </w:p>
    <w:p>
      <w:r>
        <w:rPr>
          <w:b/>
        </w:rPr>
        <w:t xml:space="preserve">[1:00:27] </w:t>
      </w:r>
      <w:r>
        <w:t>ke aisi kehte rehte hain.</w:t>
      </w:r>
    </w:p>
    <w:p>
      <w:pPr>
        <w:jc w:val="right"/>
      </w:pPr>
      <w:r>
        <w:t>کے ایسی کہتے رہتے ہیں۔</w:t>
      </w:r>
    </w:p>
    <w:p>
      <w:r>
        <w:rPr>
          <w:b/>
        </w:rPr>
        <w:t xml:space="preserve">[1:00:30] </w:t>
      </w:r>
      <w:r>
        <w:t>to baghair misaal ke aap, maine is kehta hoon ke jo main pesh karta hoon, us ko</w:t>
      </w:r>
    </w:p>
    <w:p>
      <w:pPr>
        <w:jc w:val="right"/>
      </w:pPr>
      <w:r>
        <w:t>تو بغیر مثال کے آپ، میں نے اس کہتا ہوں کہ جو میں پیش کرتا ہوں، اس کو</w:t>
      </w:r>
    </w:p>
    <w:p>
      <w:r>
        <w:rPr>
          <w:b/>
        </w:rPr>
        <w:t xml:space="preserve">[1:00:34] </w:t>
      </w:r>
      <w:r>
        <w:t>kisi misaal se us ko radd karo.</w:t>
      </w:r>
    </w:p>
    <w:p>
      <w:pPr>
        <w:jc w:val="right"/>
      </w:pPr>
      <w:r>
        <w:t>کسی مثال سے اس کو رد کرو۔</w:t>
      </w:r>
    </w:p>
    <w:p>
      <w:r>
        <w:rPr>
          <w:b/>
        </w:rPr>
        <w:t xml:space="preserve">[1:00:37] </w:t>
      </w:r>
      <w:r>
        <w:t>yeh to kehne ki baat hai.</w:t>
      </w:r>
    </w:p>
    <w:p>
      <w:pPr>
        <w:jc w:val="right"/>
      </w:pPr>
      <w:r>
        <w:t>یہ تو کہنے کی بات ہے۔</w:t>
      </w:r>
    </w:p>
    <w:p>
      <w:r>
        <w:rPr>
          <w:b/>
        </w:rPr>
        <w:t xml:space="preserve">[1:00:41] </w:t>
      </w:r>
      <w:r>
        <w:t>mein yeh nahin kehta ke islam quran science hai.</w:t>
      </w:r>
    </w:p>
    <w:p>
      <w:pPr>
        <w:jc w:val="right"/>
      </w:pPr>
      <w:r>
        <w:t>میں یہ نہیں کہتا کہ اسلام قرآن سائنس ہے۔</w:t>
      </w:r>
    </w:p>
    <w:p>
      <w:r>
        <w:rPr>
          <w:b/>
        </w:rPr>
        <w:t xml:space="preserve">[1:00:44] </w:t>
      </w:r>
      <w:r>
        <w:t>kuch logon ka yeh stand hai ke quran mein sari sciences hain.</w:t>
      </w:r>
    </w:p>
    <w:p>
      <w:pPr>
        <w:jc w:val="right"/>
      </w:pPr>
      <w:r>
        <w:t>کچھ لوگوں کا یہ اسٹینڈ ہے کہ قرآن میں ساری سائنسز ہیں۔</w:t>
      </w:r>
    </w:p>
    <w:p>
      <w:r>
        <w:rPr>
          <w:b/>
        </w:rPr>
        <w:t xml:space="preserve">[1:00:47] </w:t>
      </w:r>
      <w:r>
        <w:t>yeh galat hai, mein is ko galat manta hoon.</w:t>
      </w:r>
    </w:p>
    <w:p>
      <w:pPr>
        <w:jc w:val="right"/>
      </w:pPr>
      <w:r>
        <w:t>یہ غلط ہے، میں اس کو غلط مانتا ہوں۔</w:t>
      </w:r>
    </w:p>
    <w:p>
      <w:r>
        <w:rPr>
          <w:b/>
        </w:rPr>
        <w:t xml:space="preserve">[1:00:51] </w:t>
      </w:r>
      <w:r>
        <w:t>quran book of science nahin hai.</w:t>
      </w:r>
    </w:p>
    <w:p>
      <w:pPr>
        <w:jc w:val="right"/>
      </w:pPr>
      <w:r>
        <w:t>قرآن بک آف سائنس نہیں ہے۔</w:t>
      </w:r>
    </w:p>
    <w:p>
      <w:r>
        <w:rPr>
          <w:b/>
        </w:rPr>
        <w:t xml:space="preserve">[1:00:54] </w:t>
      </w:r>
      <w:r>
        <w:t>quran jo hai, book of science nahin hai.</w:t>
      </w:r>
    </w:p>
    <w:p>
      <w:pPr>
        <w:jc w:val="right"/>
      </w:pPr>
      <w:r>
        <w:t>قرآن جو ہے، بک آف سائنس نہیں ہے۔</w:t>
      </w:r>
    </w:p>
    <w:p>
      <w:r>
        <w:rPr>
          <w:b/>
        </w:rPr>
        <w:t xml:space="preserve">[1:00:58] </w:t>
      </w:r>
      <w:r>
        <w:t>lekin quran mein kuch eternal phenomena ke references hain, suraj ka, chand ka, eternal cheezon ka.</w:t>
      </w:r>
    </w:p>
    <w:p>
      <w:pPr>
        <w:jc w:val="right"/>
      </w:pPr>
      <w:r>
        <w:t>لیکن قرآن میں کچھ ایٹرنل فیناومینا کے ریفرنسز ہیں، سورج کا، چاند کا، ایٹرنل چیزوں کا۔</w:t>
      </w:r>
    </w:p>
    <w:p>
      <w:r>
        <w:rPr>
          <w:b/>
        </w:rPr>
        <w:t xml:space="preserve">[1:01:03] </w:t>
      </w:r>
      <w:r>
        <w:t>is mein kuch, is mein kuch change ki baat hi nahin hai.</w:t>
      </w:r>
    </w:p>
    <w:p>
      <w:pPr>
        <w:jc w:val="right"/>
      </w:pPr>
      <w:r>
        <w:t>اس میں کچھ، اس میں کچھ چینج کی بات ہی نہیں ہے۔</w:t>
      </w:r>
    </w:p>
    <w:p>
      <w:r>
        <w:rPr>
          <w:b/>
        </w:rPr>
        <w:t xml:space="preserve">[1:01:08] </w:t>
      </w:r>
      <w:r>
        <w:t>is mein kuch change ki baat hi nahin hai.</w:t>
      </w:r>
    </w:p>
    <w:p>
      <w:pPr>
        <w:jc w:val="right"/>
      </w:pPr>
      <w:r>
        <w:t>اس میں کچھ چینج کی بات ہی نہیں ہے۔</w:t>
      </w:r>
    </w:p>
    <w:p>
      <w:r>
        <w:rPr>
          <w:b/>
        </w:rPr>
        <w:t xml:space="preserve">[1:01:13] </w:t>
      </w:r>
      <w:r>
        <w:t>woh mein jo baat kehta hoon quran se, woh wahi hoti hai ke quran mein sari sciences hain.</w:t>
      </w:r>
    </w:p>
    <w:p>
      <w:pPr>
        <w:jc w:val="right"/>
      </w:pPr>
      <w:r>
        <w:t>وہ میں جو بات کہتا ہوں قرآن سے، وہ وہی ہوتی ہے کہ قرآن میں ساری سائنسز ہیں۔</w:t>
      </w:r>
    </w:p>
    <w:p>
      <w:r>
        <w:rPr>
          <w:b/>
        </w:rPr>
        <w:t xml:space="preserve">[1:01:18] </w:t>
      </w:r>
      <w:r>
        <w:t>is is ko mein galat manta hoon.</w:t>
      </w:r>
    </w:p>
    <w:p>
      <w:pPr>
        <w:jc w:val="right"/>
      </w:pPr>
      <w:r>
        <w:t>اس اس کو میں غلط مانتا ہوں۔</w:t>
      </w:r>
    </w:p>
    <w:p>
      <w:r>
        <w:rPr>
          <w:b/>
        </w:rPr>
        <w:t xml:space="preserve">[1:01:23] </w:t>
      </w:r>
      <w:r>
        <w:t>misalan aik sahab, abhi haal mein mere paas aik kitaab laaye, is mein nikala tha unhon ne quran mein</w:t>
      </w:r>
    </w:p>
    <w:p>
      <w:pPr>
        <w:jc w:val="right"/>
      </w:pPr>
      <w:r>
        <w:t>مثلاً ایک صاحب، ابھی حال میں میرے پاس ایک کتاب لائے، اس میں نکالا تھا انہوں نے قرآن میں</w:t>
      </w:r>
    </w:p>
    <w:p>
      <w:r>
        <w:rPr>
          <w:b/>
        </w:rPr>
        <w:t xml:space="preserve">[1:01:28] </w:t>
      </w:r>
      <w:r>
        <w:t>woh hai black holes.</w:t>
      </w:r>
    </w:p>
    <w:p>
      <w:pPr>
        <w:jc w:val="right"/>
      </w:pPr>
      <w:r>
        <w:t>وہ ہے بلیک ہولز۔</w:t>
      </w:r>
    </w:p>
    <w:p>
      <w:r>
        <w:rPr>
          <w:b/>
        </w:rPr>
        <w:t xml:space="preserve">[1:01:32] </w:t>
      </w:r>
      <w:r>
        <w:t>قرآن میں black holes، اور اس کو نکالا تھا کس سے؟ انہوں نے وہ خنس اور کنس کے</w:t>
      </w:r>
    </w:p>
    <w:p>
      <w:pPr>
        <w:jc w:val="right"/>
      </w:pPr>
      <w:r>
        <w:t>قرآن میں بلیک ہولز، اور اس کو نکالا تھا کس سے؟ انہوں نے وہ خنس اور کنس کے</w:t>
      </w:r>
    </w:p>
    <w:p>
      <w:r>
        <w:rPr>
          <w:b/>
        </w:rPr>
        <w:t xml:space="preserve">[1:01:37] </w:t>
      </w:r>
      <w:r>
        <w:t>jo alfaaz hain quran majeed mein, toh mein is ko absurd samajhta hoon.</w:t>
      </w:r>
    </w:p>
    <w:p>
      <w:pPr>
        <w:jc w:val="right"/>
      </w:pPr>
      <w:r>
        <w:t>جو الفاظ ہیں قرآن مجید میں، تو میں اس کو ایبسرٹ سمجھتا ہوں۔</w:t>
      </w:r>
    </w:p>
    <w:p>
      <w:r>
        <w:rPr>
          <w:b/>
        </w:rPr>
        <w:t xml:space="preserve">[1:01:41] </w:t>
      </w:r>
      <w:r>
        <w:t>yaani quran mein science ke concepts nahin hain.</w:t>
      </w:r>
    </w:p>
    <w:p>
      <w:pPr>
        <w:jc w:val="right"/>
      </w:pPr>
      <w:r>
        <w:t>یعنی قرآن میں سائنس کے کانسیپٹ نہیں ہیں۔</w:t>
      </w:r>
    </w:p>
    <w:p>
      <w:r>
        <w:rPr>
          <w:b/>
        </w:rPr>
        <w:t xml:space="preserve">[1:01:46] </w:t>
      </w:r>
      <w:r>
        <w:t>yeh mein nahin manta ke science ki theory, science ke concepts, science ka formula quran mein maujood hai.</w:t>
      </w:r>
    </w:p>
    <w:p>
      <w:pPr>
        <w:jc w:val="right"/>
      </w:pPr>
      <w:r>
        <w:t>یہ میں نہیں مانتا کہ سائنس کی تھیوری، سائنس کے کانسیپٹ، سائنس کا فارمولا قرآن میں موجود ہے۔</w:t>
      </w:r>
    </w:p>
    <w:p>
      <w:r>
        <w:rPr>
          <w:b/>
        </w:rPr>
        <w:t xml:space="preserve">[1:01:50] </w:t>
      </w:r>
      <w:r>
        <w:t>yeh mera kehna nahin hai.</w:t>
      </w:r>
    </w:p>
    <w:p>
      <w:pPr>
        <w:jc w:val="right"/>
      </w:pPr>
      <w:r>
        <w:t>یہ میرا کہنا نہیں ہے۔</w:t>
      </w:r>
    </w:p>
    <w:p>
      <w:r>
        <w:rPr>
          <w:b/>
        </w:rPr>
        <w:t xml:space="preserve">[1:01:54] </w:t>
      </w:r>
      <w:r>
        <w:t>mein sirf yeh kehta hoon ke jo references quran mein hain,</w:t>
      </w:r>
    </w:p>
    <w:p>
      <w:pPr>
        <w:jc w:val="right"/>
      </w:pPr>
      <w:r>
        <w:t>میں صرف یہ کہتا ہوں کہ جو ریفرنسز قرآن میں ہیں،</w:t>
      </w:r>
    </w:p>
    <w:p>
      <w:r>
        <w:rPr>
          <w:b/>
        </w:rPr>
        <w:t xml:space="preserve">[1:01:59] </w:t>
      </w:r>
      <w:r>
        <w:t>zameen ke baray mein, aasman ke baray mein, chand, suraj ke baray mein, toh science ki jo jo</w:t>
      </w:r>
    </w:p>
    <w:p>
      <w:pPr>
        <w:jc w:val="right"/>
      </w:pPr>
      <w:r>
        <w:t>زمین کے بارے میں، آسمان کے بارے میں، چاند، سورج کے بارے میں، تو سائنس کی جو جو</w:t>
      </w:r>
    </w:p>
    <w:p>
      <w:r>
        <w:rPr>
          <w:b/>
        </w:rPr>
        <w:t xml:space="preserve">[1:02:04] </w:t>
      </w:r>
      <w:r>
        <w:t>jo discoveries hain, is ko support deti hain, is ko confirm karti hain.</w:t>
      </w:r>
    </w:p>
    <w:p>
      <w:pPr>
        <w:jc w:val="right"/>
      </w:pPr>
      <w:r>
        <w:t>جو ڈسکوریز ہیں، اس کو سپورٹ دیتی ہیں، اس کو کنفرم کرتی ہیں۔</w:t>
      </w:r>
    </w:p>
    <w:p>
      <w:r>
        <w:rPr>
          <w:b/>
        </w:rPr>
        <w:t xml:space="preserve">[1:02:09] </w:t>
      </w:r>
      <w:r>
        <w:t>yeh yeh hai mera mauqaf.</w:t>
      </w:r>
    </w:p>
    <w:p>
      <w:pPr>
        <w:jc w:val="right"/>
      </w:pPr>
      <w:r>
        <w:t>یہ یہ ہے میرا موقف۔</w:t>
      </w:r>
    </w:p>
    <w:p>
      <w:r>
        <w:rPr>
          <w:b/>
        </w:rPr>
        <w:t xml:space="preserve">[1:02:14] </w:t>
      </w:r>
      <w:r>
        <w:t>is mein koi koi jab tak koi misaal na de, aik misaal agar aap dein toh hum is</w:t>
      </w:r>
    </w:p>
    <w:p>
      <w:pPr>
        <w:jc w:val="right"/>
      </w:pPr>
      <w:r>
        <w:t>اس میں کوئی کوئی جب تک کوئی مثال نہ دے، ایک مثال اگر آپ دیں تو ہم اس</w:t>
      </w:r>
    </w:p>
    <w:p>
      <w:r>
        <w:rPr>
          <w:b/>
        </w:rPr>
        <w:t xml:space="preserve">[1:02:19] </w:t>
      </w:r>
      <w:r>
        <w:t>peh reconsider kar sakte hain.</w:t>
      </w:r>
    </w:p>
    <w:p>
      <w:pPr>
        <w:jc w:val="right"/>
      </w:pPr>
      <w:r>
        <w:t>پہ ری کنسیڈر کر سکتے ہیں۔</w:t>
      </w:r>
    </w:p>
    <w:p>
      <w:r>
        <w:rPr>
          <w:b/>
        </w:rPr>
        <w:t xml:space="preserve">[1:02:24] </w:t>
      </w:r>
      <w:r>
        <w:t>jab tak aap koi misaal na dein, tab kaise hum reconsider karein ge is ko?</w:t>
      </w:r>
    </w:p>
    <w:p>
      <w:pPr>
        <w:jc w:val="right"/>
      </w:pPr>
      <w:r>
        <w:t>جب تک آپ کوئی مثال نہ دیں، تب کیسے ہم ری کنسیڈر کریں گے اس کو؟</w:t>
      </w:r>
    </w:p>
    <w:p>
      <w:r>
        <w:rPr>
          <w:b/>
        </w:rPr>
        <w:t xml:space="preserve">[1:02:29] </w:t>
      </w:r>
      <w:r>
        <w:t>to us ko achhe se samajh lijiye ke mera stand yeh nahi hai ke Quran mein sari sciences hain. us ko mein absurd samajhta hoon. mein sirf yeh keh raha hoon ke Quran mein jo references the, nature ko le kar ke, yaani material world ko le kar ke, to woh science ne us ko confirm kiya hai, us ko galat sabit nahi kiya hai. is mein agar kisi ko ikhtilaf ho to woh mujhe misaal de is ki. abhi tak to kisi ne misaal pesh nahi ki hai. his</w:t>
      </w:r>
    </w:p>
    <w:p>
      <w:pPr>
        <w:jc w:val="right"/>
      </w:pPr>
      <w:r>
        <w:t>تو اس کو اچھے سے سمجھ لیجئے کہ میرا اسٹینڈ یہ نہیں ہے کہ قرآن میں ساری سائنسز ہیں۔ اس کو میں ابسرٹ سمجھتا ہوں۔ میں صرف یہ کہہ رہا ہوں کہ قرآن میں جو ریفرنسز تھے، نیچر کو لے کر کے، یعنی مٹیریل ورلڈ کو لے کر کے، تو وہ سائنس نے اس کو کنفرم کیا ہے، اس کو غلط ثابت نہیں کیا ہے۔ اس میں اگر کسی کو اختلاف ہو تو وہ مجھے مثال دے اس کی۔ ابھی تک تو کسی نے مثال پیش نہیں کی ہے۔ ہز</w:t>
      </w:r>
    </w:p>
    <w:p>
      <w:r>
        <w:rPr>
          <w:b/>
        </w:rPr>
        <w:t xml:space="preserve">[1:02:59] </w:t>
      </w:r>
      <w:r>
        <w:t>The question is: While marriage is allowed for Muslim men with the women from People of the Book, that</w:t>
      </w:r>
    </w:p>
    <w:p>
      <w:pPr>
        <w:jc w:val="right"/>
      </w:pPr>
      <w:r>
        <w:t>ادہ کوئسچن از: وائل میرج از الاؤڈ فار مسلم مین ودا وومن فرام پیپل آف دا بک، دیٹ</w:t>
      </w:r>
    </w:p>
    <w:p>
      <w:r>
        <w:rPr>
          <w:b/>
        </w:rPr>
        <w:t xml:space="preserve">[1:03:06] </w:t>
      </w:r>
      <w:r>
        <w:t>as christian or jew, since this can be a good means of dawah, why it does not include</w:t>
      </w:r>
    </w:p>
    <w:p>
      <w:pPr>
        <w:jc w:val="right"/>
      </w:pPr>
      <w:r>
        <w:t>از کرسچن اور جیو، سنس دس کین بی ا گڈ مینز آف دعویٰ، وائی اٹ ڈز ناٹ انکلوڈ</w:t>
      </w:r>
    </w:p>
    <w:p>
      <w:r>
        <w:rPr>
          <w:b/>
        </w:rPr>
        <w:t xml:space="preserve">[1:03:14] </w:t>
      </w:r>
      <w:r>
        <w:t>other religions? dekhein, is par mein koi alag se meri rai nahin hai.</w:t>
      </w:r>
    </w:p>
    <w:p>
      <w:pPr>
        <w:jc w:val="right"/>
      </w:pPr>
      <w:r>
        <w:t>ادر ریلیجنز؟ دیکھیں، اس پر میں کوئی الگ سے میری رائے نہیں ہے۔</w:t>
      </w:r>
    </w:p>
    <w:p>
      <w:r>
        <w:rPr>
          <w:b/>
        </w:rPr>
        <w:t xml:space="preserve">[1:03:21] </w:t>
      </w:r>
      <w:r>
        <w:t>jo ulama ne likha hai, wahi wahi rai meri bhi hai ke insani</w:t>
      </w:r>
    </w:p>
    <w:p>
      <w:pPr>
        <w:jc w:val="right"/>
      </w:pPr>
      <w:r>
        <w:t>جو علماء نے لکھا ہے، وہی وہی رائے میری بھی ہے کہ انسانی</w:t>
      </w:r>
    </w:p>
    <w:p>
      <w:r>
        <w:rPr>
          <w:b/>
        </w:rPr>
        <w:t xml:space="preserve">[1:03:29] </w:t>
      </w:r>
      <w:r>
        <w:t>moashra jo hai, is mein aam taur par yeh hota hai ke aurat jo hai, mard ke sath rehti hai.</w:t>
      </w:r>
    </w:p>
    <w:p>
      <w:pPr>
        <w:jc w:val="right"/>
      </w:pPr>
      <w:r>
        <w:t>معاشرہ جو ہے، اس میں عام طور پر یہ ہوتا ہے کہ عورت جو ہے، مرد کے ساتھ رہتی ہے۔</w:t>
      </w:r>
    </w:p>
    <w:p>
      <w:r>
        <w:rPr>
          <w:b/>
        </w:rPr>
        <w:t xml:space="preserve">[1:03:35] </w:t>
      </w:r>
      <w:r>
        <w:t>abhi europe, america mein broken homes ke masle paida hue hain, lekin woh koi alternative nahin.</w:t>
      </w:r>
    </w:p>
    <w:p>
      <w:pPr>
        <w:jc w:val="right"/>
      </w:pPr>
      <w:r>
        <w:t>ابھی یورپ، امریکہ میں بروکن ہومز کے مسئلے پیدا ہوئے ہیں، لیکن وہ کوئی الٹرنیٹو نہیں۔</w:t>
      </w:r>
    </w:p>
    <w:p>
      <w:r>
        <w:rPr>
          <w:b/>
        </w:rPr>
        <w:t xml:space="preserve">[1:03:41] </w:t>
      </w:r>
      <w:r>
        <w:t>mere khayal se sahi tareeqa wahi hai jo chala aa raha hai traditionally.</w:t>
      </w:r>
    </w:p>
    <w:p>
      <w:pPr>
        <w:jc w:val="right"/>
      </w:pPr>
      <w:r>
        <w:t>میرے خیال سے صحیح طریقہ وہی ہے جو چلا آ رہا ہے ٹریڈیشنلی۔</w:t>
      </w:r>
    </w:p>
    <w:p>
      <w:r>
        <w:rPr>
          <w:b/>
        </w:rPr>
        <w:t xml:space="preserve">[1:03:47] </w:t>
      </w:r>
      <w:r>
        <w:t>to aurat ko rehna parta hai mard ke sath.</w:t>
      </w:r>
    </w:p>
    <w:p>
      <w:pPr>
        <w:jc w:val="right"/>
      </w:pPr>
      <w:r>
        <w:t>تو عورت کو رہنا پڑتا ہے مرد کے ساتھ۔</w:t>
      </w:r>
    </w:p>
    <w:p>
      <w:r>
        <w:rPr>
          <w:b/>
        </w:rPr>
        <w:t xml:space="preserve">[1:03:53] </w:t>
      </w:r>
      <w:r>
        <w:t>to aur agar, to agar woh, yani</w:t>
      </w:r>
    </w:p>
    <w:p>
      <w:pPr>
        <w:jc w:val="right"/>
      </w:pPr>
      <w:r>
        <w:t>تو اور اگر، تو اگر وہ، یعنی</w:t>
      </w:r>
    </w:p>
    <w:p>
      <w:r>
        <w:rPr>
          <w:b/>
        </w:rPr>
        <w:t xml:space="preserve">[1:04:00] </w:t>
      </w:r>
      <w:r>
        <w:t>woh agar is ka, woh bohat adjust kar kar sakti hai, bohat jald, bohat aasani se.</w:t>
      </w:r>
    </w:p>
    <w:p>
      <w:pPr>
        <w:jc w:val="right"/>
      </w:pPr>
      <w:r>
        <w:t>وہ اگر اس کا، وہ بہت ایڈجسٹ کر کر سکتی ہے، بہت جلد، بہت آسانی سے۔</w:t>
      </w:r>
    </w:p>
    <w:p>
      <w:r>
        <w:rPr>
          <w:b/>
        </w:rPr>
        <w:t xml:space="preserve">[1:04:05] </w:t>
      </w:r>
      <w:r>
        <w:t>lekin agar mard ko is ke sath rehna ho to woh adjust nahin kar payega.</w:t>
      </w:r>
    </w:p>
    <w:p>
      <w:pPr>
        <w:jc w:val="right"/>
      </w:pPr>
      <w:r>
        <w:t>لیکن اگر مرد کو اس کے ساتھ رہنا ہو تو وہ ایڈجسٹ نہیں کر پائے گا۔</w:t>
      </w:r>
    </w:p>
    <w:p>
      <w:r>
        <w:rPr>
          <w:b/>
        </w:rPr>
        <w:t xml:space="preserve">[1:04:10] </w:t>
      </w:r>
      <w:r>
        <w:t>to yeh basically bas mein to adjustment ka masla hai.</w:t>
      </w:r>
    </w:p>
    <w:p>
      <w:pPr>
        <w:jc w:val="right"/>
      </w:pPr>
      <w:r>
        <w:t>تو یہ بیسکلی بس میں تو ایڈجسٹمنٹ کا مسئلہ ہے۔</w:t>
      </w:r>
    </w:p>
    <w:p>
      <w:r>
        <w:rPr>
          <w:b/>
        </w:rPr>
        <w:t xml:space="preserve">[1:04:15] </w:t>
      </w:r>
      <w:r>
        <w:t>yani aurat ke sath shadi hone mein shayad, yani adjustment ho jata hai, lekin agar mard se shadi</w:t>
      </w:r>
    </w:p>
    <w:p>
      <w:pPr>
        <w:jc w:val="right"/>
      </w:pPr>
      <w:r>
        <w:t>یعنی عورت کے ساتھ شادی ہونے میں شاید، یعنی ایڈجسٹمنٹ ہو جاتا ہے، لیکن اگر مرد سے شادی</w:t>
      </w:r>
    </w:p>
    <w:p>
      <w:r>
        <w:rPr>
          <w:b/>
        </w:rPr>
        <w:t xml:space="preserve">[1:04:20] </w:t>
      </w:r>
      <w:r>
        <w:t>kare ek aurat to adjustment nahin hoga.</w:t>
      </w:r>
    </w:p>
    <w:p>
      <w:pPr>
        <w:jc w:val="right"/>
      </w:pPr>
      <w:r>
        <w:t>کرے ایک عورت تو ایڈجسٹمنٹ نہیں ہوگا۔</w:t>
      </w:r>
    </w:p>
    <w:p>
      <w:r>
        <w:rPr>
          <w:b/>
        </w:rPr>
        <w:t xml:space="preserve">[1:04:25] </w:t>
      </w:r>
      <w:r>
        <w:t>woh aur tajurba yeh bhi batata hai jo jo tajur</w:t>
      </w:r>
    </w:p>
    <w:p>
      <w:pPr>
        <w:jc w:val="right"/>
      </w:pPr>
      <w:r>
        <w:t>وہ اور تجربہ یہ بھی بتاتا ہے جو جو تجرب</w:t>
      </w:r>
    </w:p>
    <w:p>
      <w:r>
        <w:rPr>
          <w:b/>
        </w:rPr>
        <w:t xml:space="preserve">[1:04:30] </w:t>
      </w:r>
      <w:r>
        <w:t>be hue hain, jo aise international marriages ke, is mein yeh yahi sabit hua hai ke adjustment nahin hota.</w:t>
      </w:r>
    </w:p>
    <w:p>
      <w:pPr>
        <w:jc w:val="right"/>
      </w:pPr>
      <w:r>
        <w:t>ے ہوئے ہیں، جو ایسے انٹرنیشنل میرجز کے، اس میں یہ یہی ثابت ہوا ہے کہ ایڈجسٹمنٹ نہیں ہوتا۔</w:t>
      </w:r>
    </w:p>
    <w:p>
      <w:r>
        <w:rPr>
          <w:b/>
        </w:rPr>
        <w:t xml:space="preserve">[1:04:35] </w:t>
      </w:r>
      <w:r>
        <w:t>to is mamle mein main samajhta hoon ke masla jaiz najais ka nahin hai, balke adjustment ka masla hai.</w:t>
      </w:r>
    </w:p>
    <w:p>
      <w:pPr>
        <w:jc w:val="right"/>
      </w:pPr>
      <w:r>
        <w:t>تو اس معاملے میں میں سمجھتا ہوں کہ مسئلہ جائز ناجائز کا نہیں ہے، بلکہ ایڈجسٹمنٹ کا مسئلہ ہے۔</w:t>
      </w:r>
    </w:p>
    <w:p>
      <w:r>
        <w:rPr>
          <w:b/>
        </w:rPr>
        <w:t xml:space="preserve">[1:04:40] </w:t>
      </w:r>
      <w:r>
        <w:t>islam mein shadi mein basic cheez adjustment hai.</w:t>
      </w:r>
    </w:p>
    <w:p>
      <w:pPr>
        <w:jc w:val="right"/>
      </w:pPr>
      <w:r>
        <w:t>اسلام میں شادی میں بیسک چیز ایڈجسٹمنٹ ہے۔</w:t>
      </w:r>
    </w:p>
    <w:p>
      <w:r>
        <w:rPr>
          <w:b/>
        </w:rPr>
        <w:t xml:space="preserve">[1:04:45] </w:t>
      </w:r>
      <w:r>
        <w:t>basic cheez islam mein asal mein love marriage concept nahin hai islam mein, kyunke do, yani dono mein</w:t>
      </w:r>
    </w:p>
    <w:p>
      <w:pPr>
        <w:jc w:val="right"/>
      </w:pPr>
      <w:r>
        <w:t>بیسک چیز اسلام میں اصل میں لو میرج کانسیپٹ نہیں ہے اسلام میں، کیونکہ دو، یعنی دونوں میں</w:t>
      </w:r>
    </w:p>
    <w:p>
      <w:r>
        <w:rPr>
          <w:b/>
        </w:rPr>
        <w:t xml:space="preserve">[1:04:50] </w:t>
      </w:r>
      <w:r>
        <w:t>differences hote hain.</w:t>
      </w:r>
    </w:p>
    <w:p>
      <w:pPr>
        <w:jc w:val="right"/>
      </w:pPr>
      <w:r>
        <w:t>ڈیفرنسز ہوتے ہیں۔</w:t>
      </w:r>
    </w:p>
    <w:p>
      <w:r>
        <w:rPr>
          <w:b/>
        </w:rPr>
        <w:t xml:space="preserve">[1:04:55] </w:t>
      </w:r>
      <w:r>
        <w:t>temperament alag hain,</w:t>
      </w:r>
    </w:p>
    <w:p>
      <w:pPr>
        <w:jc w:val="right"/>
      </w:pPr>
      <w:r>
        <w:t>ٹیمپرامنٹ الگ ہیں،</w:t>
      </w:r>
    </w:p>
    <w:p>
      <w:r>
        <w:rPr>
          <w:b/>
        </w:rPr>
        <w:t xml:space="preserve">[1:05:00] </w:t>
      </w:r>
      <w:r>
        <w:t>habits alag hain, soch alag hai.</w:t>
      </w:r>
    </w:p>
    <w:p>
      <w:pPr>
        <w:jc w:val="right"/>
      </w:pPr>
      <w:r>
        <w:t>ہیبٹس الگ ہیں، سوچ الگ ہے۔</w:t>
      </w:r>
    </w:p>
    <w:p>
      <w:r>
        <w:rPr>
          <w:b/>
        </w:rPr>
        <w:t xml:space="preserve">[1:05:03] </w:t>
      </w:r>
      <w:r>
        <w:t>to dono Mr Different aur Ms Different hote hain.</w:t>
      </w:r>
    </w:p>
    <w:p>
      <w:pPr>
        <w:jc w:val="right"/>
      </w:pPr>
      <w:r>
        <w:t>تو دونوں مسٹر ڈفرنٹ اور مس ڈفرنٹ ہوتے ہیں۔</w:t>
      </w:r>
    </w:p>
    <w:p>
      <w:r>
        <w:rPr>
          <w:b/>
        </w:rPr>
        <w:t xml:space="preserve">[1:05:07] </w:t>
      </w:r>
      <w:r>
        <w:t>to basic cheez islam mein jo bani gayi hai, woh woh adjustment hai.</w:t>
      </w:r>
    </w:p>
    <w:p>
      <w:pPr>
        <w:jc w:val="right"/>
      </w:pPr>
      <w:r>
        <w:t>تو بیسک چیز اسلام میں جو بانی گئی ہے، وہ وہ ایڈجسٹمنٹ ہے۔</w:t>
      </w:r>
    </w:p>
    <w:p>
      <w:r>
        <w:rPr>
          <w:b/>
        </w:rPr>
        <w:t xml:space="preserve">[1:05:11] </w:t>
      </w:r>
      <w:r>
        <w:t>to isi liye kuff ka masla hai.</w:t>
      </w:r>
    </w:p>
    <w:p>
      <w:pPr>
        <w:jc w:val="right"/>
      </w:pPr>
      <w:r>
        <w:t>تو اسی لیے کف کا مسئلہ ہے۔</w:t>
      </w:r>
    </w:p>
    <w:p>
      <w:r>
        <w:rPr>
          <w:b/>
        </w:rPr>
        <w:t xml:space="preserve">[1:05:15] </w:t>
      </w:r>
      <w:r>
        <w:t>kuff kaff wao khas taur par Hanafi fiqh mein.</w:t>
      </w:r>
    </w:p>
    <w:p>
      <w:pPr>
        <w:jc w:val="right"/>
      </w:pPr>
      <w:r>
        <w:t>کف کف واؤ خاص طور پر حنفی فقہ میں۔</w:t>
      </w:r>
    </w:p>
    <w:p>
      <w:r>
        <w:rPr>
          <w:b/>
        </w:rPr>
        <w:t xml:space="preserve">[1:05:19] </w:t>
      </w:r>
      <w:r>
        <w:t>to kuff jo hai, woh yani barabari ki shadi, woh is liye nahin ke barabari ki shadi ho</w:t>
      </w:r>
    </w:p>
    <w:p>
      <w:pPr>
        <w:jc w:val="right"/>
      </w:pPr>
      <w:r>
        <w:t>تو کف جو ہے، وہ یعنی برابری کی شادی، وہ اس لیے نہیں کہ برابری کی شادی ہو</w:t>
      </w:r>
    </w:p>
    <w:p>
      <w:r>
        <w:rPr>
          <w:b/>
        </w:rPr>
        <w:t xml:space="preserve">[1:05:22] </w:t>
      </w:r>
      <w:r>
        <w:t>tab hi shadi hai, warna woh nikah nahin hoga.</w:t>
      </w:r>
    </w:p>
    <w:p>
      <w:pPr>
        <w:jc w:val="right"/>
      </w:pPr>
      <w:r>
        <w:t>تب ہی شادی ہے، ورنہ وہ نکاح نہیں ہوگا۔</w:t>
      </w:r>
    </w:p>
    <w:p>
      <w:r>
        <w:rPr>
          <w:b/>
        </w:rPr>
        <w:t xml:space="preserve">[1:05:26] </w:t>
      </w:r>
      <w:r>
        <w:t>woh kuch log extremist</w:t>
      </w:r>
    </w:p>
    <w:p>
      <w:pPr>
        <w:jc w:val="right"/>
      </w:pPr>
      <w:r>
        <w:t>وہ کچھ لوگ ایکسٹریمس</w:t>
      </w:r>
    </w:p>
    <w:p>
      <w:r>
        <w:rPr>
          <w:b/>
        </w:rPr>
        <w:t xml:space="preserve">[1:05:30] </w:t>
      </w:r>
      <w:r>
        <w:t>t aisa bhi kehte hain.</w:t>
      </w:r>
    </w:p>
    <w:p>
      <w:pPr>
        <w:jc w:val="right"/>
      </w:pPr>
      <w:r>
        <w:t>ٹ ایسا بھی کہتے ہیں۔</w:t>
      </w:r>
    </w:p>
    <w:p>
      <w:r>
        <w:rPr>
          <w:b/>
        </w:rPr>
        <w:t xml:space="preserve">[1:05:34] </w:t>
      </w:r>
      <w:r>
        <w:t>toh woh bhi adjustment ke liye hai.</w:t>
      </w:r>
    </w:p>
    <w:p>
      <w:pPr>
        <w:jc w:val="right"/>
      </w:pPr>
      <w:r>
        <w:t>تو وہ بھی ایڈجسٹمنٹ کے لیے ہے۔</w:t>
      </w:r>
    </w:p>
    <w:p>
      <w:r>
        <w:rPr>
          <w:b/>
        </w:rPr>
        <w:t xml:space="preserve">[1:05:38] </w:t>
      </w:r>
      <w:r>
        <w:t>toh ahl-e-kitab se shadi ke mamle mein jo basic nuqta nazar hai, woh haram halal ka nahi hai.</w:t>
      </w:r>
    </w:p>
    <w:p>
      <w:pPr>
        <w:jc w:val="right"/>
      </w:pPr>
      <w:r>
        <w:t>تو اہل کتاب سے شادی کے معاملے میں جو بیسک نقطہ نظر ہے، وہ حرام حلال کا نہیں ہے۔</w:t>
      </w:r>
    </w:p>
    <w:p>
      <w:r>
        <w:rPr>
          <w:b/>
        </w:rPr>
        <w:t xml:space="preserve">[1:05:43] </w:t>
      </w:r>
      <w:r>
        <w:t>yeh adjustment ka hai.</w:t>
      </w:r>
    </w:p>
    <w:p>
      <w:pPr>
        <w:jc w:val="right"/>
      </w:pPr>
      <w:r>
        <w:t>یہ ایڈجسٹمنٹ کا ہے۔</w:t>
      </w:r>
    </w:p>
    <w:p>
      <w:r>
        <w:rPr>
          <w:b/>
        </w:rPr>
        <w:t xml:space="preserve">[1:05:47] </w:t>
      </w:r>
      <w:r>
        <w:t>toh adjustment is mein jo tajruba batata hai, is mein adjustment hota nahi.</w:t>
      </w:r>
    </w:p>
    <w:p>
      <w:pPr>
        <w:jc w:val="right"/>
      </w:pPr>
      <w:r>
        <w:t>تو ایڈجسٹمنٹ اس میں جو تجربہ بتاتا ہے، اس میں ایڈجسٹمنٹ ہوتا نہیں۔</w:t>
      </w:r>
    </w:p>
    <w:p>
      <w:r>
        <w:rPr>
          <w:b/>
        </w:rPr>
        <w:t xml:space="preserve">[1:05:51] </w:t>
      </w:r>
      <w:r>
        <w:t>toh is is angle se agar dekhenge toh aap is ko samajh sakenge.</w:t>
      </w:r>
    </w:p>
    <w:p>
      <w:pPr>
        <w:jc w:val="right"/>
      </w:pPr>
      <w:r>
        <w:t>تو اس اس اینگل سے اگر دیکھیں گے تو آپ اس کو سمجھ سکیں گے۔</w:t>
      </w:r>
    </w:p>
    <w:p>
      <w:r>
        <w:rPr>
          <w:b/>
        </w:rPr>
        <w:t xml:space="preserve">[1:05:56] </w:t>
      </w:r>
      <w:r>
        <w:t>molana, another part to this ques</w:t>
      </w:r>
    </w:p>
    <w:p>
      <w:pPr>
        <w:jc w:val="right"/>
      </w:pPr>
      <w:r>
        <w:t>مولانا، انادر پارٹ ٹو دس کوئس</w:t>
      </w:r>
    </w:p>
    <w:p>
      <w:r>
        <w:rPr>
          <w:b/>
        </w:rPr>
        <w:t xml:space="preserve">[1:06:00] </w:t>
      </w:r>
      <w:r>
        <w:t>When that is asked is that whether marriage between a Muslim girl and a non-Muslim man is</w:t>
      </w:r>
    </w:p>
    <w:p>
      <w:pPr>
        <w:jc w:val="right"/>
      </w:pPr>
      <w:r>
        <w:t>چن دیٹ از اسکڈ از دیٹ ویدر میرج بٹوین ا مسلم گرل اینڈ ا نان مسلم مین از</w:t>
      </w:r>
    </w:p>
    <w:p>
      <w:r>
        <w:rPr>
          <w:b/>
        </w:rPr>
        <w:t xml:space="preserve">[1:06:06] </w:t>
      </w:r>
      <w:r>
        <w:t>allowed in Islam? dekhen, is jo mera alag se koi rai is pe nahi hai, lekin jo maslak</w:t>
      </w:r>
    </w:p>
    <w:p>
      <w:pPr>
        <w:jc w:val="right"/>
      </w:pPr>
      <w:r>
        <w:t>الاؤڈ ان اسلام؟ دیکھیں، اس جو میرا الگ سے کوئی رائے اس پہ نہیں ہے، لیکن جو مسلک</w:t>
      </w:r>
    </w:p>
    <w:p>
      <w:r>
        <w:rPr>
          <w:b/>
        </w:rPr>
        <w:t xml:space="preserve">[1:06:12] </w:t>
      </w:r>
      <w:r>
        <w:t>hai ulama ka, woh yeh hai ke sirf ahl-e-kitab se jaiz hai, ghair ahl-e-kitab se nahi.</w:t>
      </w:r>
    </w:p>
    <w:p>
      <w:pPr>
        <w:jc w:val="right"/>
      </w:pPr>
      <w:r>
        <w:t>ہے علماء کا، وہ یہ ہے کہ صرف اہل کتاب سے جائز ہے، غیر اہل کتاب سے نہیں۔</w:t>
      </w:r>
    </w:p>
    <w:p>
      <w:r>
        <w:rPr>
          <w:b/>
        </w:rPr>
        <w:t xml:space="preserve">[1:06:18] </w:t>
      </w:r>
      <w:r>
        <w:t>ahl-e-kitab mein yahoodi aate hain aur isai aate hain.</w:t>
      </w:r>
    </w:p>
    <w:p>
      <w:pPr>
        <w:jc w:val="right"/>
      </w:pPr>
      <w:r>
        <w:t>اہل کتاب میں یہودی آتے ہیں اور عیسائی آتے ہیں۔</w:t>
      </w:r>
    </w:p>
    <w:p>
      <w:r>
        <w:rPr>
          <w:b/>
        </w:rPr>
        <w:t xml:space="preserve">[1:06:24] </w:t>
      </w:r>
      <w:r>
        <w:t>yahoodi aur isai fem</w:t>
      </w:r>
    </w:p>
    <w:p>
      <w:pPr>
        <w:jc w:val="right"/>
      </w:pPr>
      <w:r>
        <w:t>یہودی اور عیسائی فیم</w:t>
      </w:r>
    </w:p>
    <w:p>
      <w:r>
        <w:rPr>
          <w:b/>
        </w:rPr>
        <w:t xml:space="preserve">[1:06:30] </w:t>
      </w:r>
      <w:r>
        <w:t>ily mein ek ladki paida hui hai toh ek musalman mard is se shadi kar sakta hai.</w:t>
      </w:r>
    </w:p>
    <w:p>
      <w:pPr>
        <w:jc w:val="right"/>
      </w:pPr>
      <w:r>
        <w:t>لی میں ایک لڑکی پیدا ہوئی ہے تو ایک مسلمان مرد اس سے شادی کر سکتا ہے۔</w:t>
      </w:r>
    </w:p>
    <w:p>
      <w:r>
        <w:rPr>
          <w:b/>
        </w:rPr>
        <w:t xml:space="preserve">[1:06:35] </w:t>
      </w:r>
      <w:r>
        <w:t>lekin yahoodi aur isai ke ilawa jo ahl-e-kitab nahi hain, un se shadi ko ulama ne jaiz</w:t>
      </w:r>
    </w:p>
    <w:p>
      <w:pPr>
        <w:jc w:val="right"/>
      </w:pPr>
      <w:r>
        <w:t>لیکن یہودی اور عیسائی کے علاوہ جو اہل کتاب نہیں ہیں، ان سے شادی کو علماء نے جائز</w:t>
      </w:r>
    </w:p>
    <w:p>
      <w:r>
        <w:rPr>
          <w:b/>
        </w:rPr>
        <w:t xml:space="preserve">[1:06:40] </w:t>
      </w:r>
      <w:r>
        <w:t>nahi mana hai.</w:t>
      </w:r>
    </w:p>
    <w:p>
      <w:pPr>
        <w:jc w:val="right"/>
      </w:pPr>
      <w:r>
        <w:t>نہیں مانا ہے۔</w:t>
      </w:r>
    </w:p>
    <w:p>
      <w:r>
        <w:rPr>
          <w:b/>
        </w:rPr>
        <w:t xml:space="preserve">[1:06:45] </w:t>
      </w:r>
      <w:r>
        <w:t>is ke ilawa kuch ulama ab yeh bhi kehte hain ke ahl-e-kitab ke matlab hain ke jo</w:t>
      </w:r>
    </w:p>
    <w:p>
      <w:pPr>
        <w:jc w:val="right"/>
      </w:pPr>
      <w:r>
        <w:t>اس کے علاوہ کچھ علماء اب یہ بھی کہتے ہیں کہ اہل کتاب کے معنی ہیں کہ جو</w:t>
      </w:r>
    </w:p>
    <w:p>
      <w:r>
        <w:rPr>
          <w:b/>
        </w:rPr>
        <w:t xml:space="preserve">[1:06:50] </w:t>
      </w:r>
      <w:r>
        <w:t>woh family jo apne mazhab par amal kar rahi ho, yani woh family agar secular family hai toh</w:t>
      </w:r>
    </w:p>
    <w:p>
      <w:pPr>
        <w:jc w:val="right"/>
      </w:pPr>
      <w:r>
        <w:t>وہ فیملی جو اپنے مذہب پر عمل کر رہی ہو، یعنی وہ فیملی اگر سیکولر فیملی ہے تو</w:t>
      </w:r>
    </w:p>
    <w:p>
      <w:r>
        <w:rPr>
          <w:b/>
        </w:rPr>
        <w:t xml:space="preserve">[1:06:55] </w:t>
      </w:r>
      <w:r>
        <w:t>woh is ka</w:t>
      </w:r>
    </w:p>
    <w:p>
      <w:pPr>
        <w:jc w:val="right"/>
      </w:pPr>
      <w:r>
        <w:t>وہ اس کا</w:t>
      </w:r>
    </w:p>
    <w:p>
      <w:r>
        <w:rPr>
          <w:b/>
        </w:rPr>
        <w:t xml:space="preserve">[1:07:00] </w:t>
      </w:r>
      <w:r>
        <w:t>hukm bhi wohi ho jayega.</w:t>
      </w:r>
    </w:p>
    <w:p>
      <w:pPr>
        <w:jc w:val="right"/>
      </w:pPr>
      <w:r>
        <w:t>حکم بھی وہی ہو جائے گا۔</w:t>
      </w:r>
    </w:p>
    <w:p>
      <w:r>
        <w:rPr>
          <w:b/>
        </w:rPr>
        <w:t xml:space="preserve">[1:07:05] </w:t>
      </w:r>
      <w:r>
        <w:t>yani aaj kal jo riwaj ho gaya hai ke ladkiyan agar isai family mein paida ho gayeen, chahe kehte</w:t>
      </w:r>
    </w:p>
    <w:p>
      <w:pPr>
        <w:jc w:val="right"/>
      </w:pPr>
      <w:r>
        <w:t>یعنی آج کل جو رواج ہو گیا ہے کہ لڑکیاں اگر عیسائی فیملی میں پیدا ہوگئیں، چاہے کہتے</w:t>
      </w:r>
    </w:p>
    <w:p>
      <w:r>
        <w:rPr>
          <w:b/>
        </w:rPr>
        <w:t xml:space="preserve">[1:07:10] </w:t>
      </w:r>
      <w:r>
        <w:t>hain secular hon, mante bhi na hon isaiyat ko, phir bhi shadi ko jaiz samajhte hain.</w:t>
      </w:r>
    </w:p>
    <w:p>
      <w:pPr>
        <w:jc w:val="right"/>
      </w:pPr>
      <w:r>
        <w:t>ہیں سیکولر ہوں، مانتے بھی نہ ہوں عیسائیت کو، پھر بھی شادی کو جائز سمجھتے ہیں۔</w:t>
      </w:r>
    </w:p>
    <w:p>
      <w:r>
        <w:rPr>
          <w:b/>
        </w:rPr>
        <w:t xml:space="preserve">[1:07:16] </w:t>
      </w:r>
      <w:r>
        <w:t>toh ulama jo ulama ka giroh is ko sahi nahi samajhta, sirf un ladkiyon se shadi ko sahi</w:t>
      </w:r>
    </w:p>
    <w:p>
      <w:pPr>
        <w:jc w:val="right"/>
      </w:pPr>
      <w:r>
        <w:t>تو علماء جو علماء کا گروہ اس کو صحیح نہیں سمجھتا، صرف ان لڑکیوں سے شادی کو صحیح</w:t>
      </w:r>
    </w:p>
    <w:p>
      <w:r>
        <w:rPr>
          <w:b/>
        </w:rPr>
        <w:t xml:space="preserve">[1:07:21] </w:t>
      </w:r>
      <w:r>
        <w:t>samajhta hai jo apne mazhab par hon ya apne mazhab par na hon.</w:t>
      </w:r>
    </w:p>
    <w:p>
      <w:pPr>
        <w:jc w:val="right"/>
      </w:pPr>
      <w:r>
        <w:t>سمجھتا ہے جو اپنے مذہب پر ہوں یا اپنے مذہب پر نہ ہوں۔</w:t>
      </w:r>
    </w:p>
    <w:p>
      <w:r>
        <w:rPr>
          <w:b/>
        </w:rPr>
        <w:t xml:space="preserve">[1:07:26] </w:t>
      </w:r>
      <w:r>
        <w:t>toh un ka hukm bhi wohi ho jayega jo doosre logon ka hai.</w:t>
      </w:r>
    </w:p>
    <w:p>
      <w:pPr>
        <w:jc w:val="right"/>
      </w:pPr>
      <w:r>
        <w:t>تو ان کا حکم بھی وہی ہو جائے گا جو دوسرے لوگوں کا ہے۔</w:t>
      </w:r>
    </w:p>
    <w:p>
      <w:r>
        <w:rPr>
          <w:b/>
        </w:rPr>
        <w:t xml:space="preserve">[1:07:31] </w:t>
      </w:r>
      <w:r>
        <w:t>This question is from Mr. Idris from Delhi.</w:t>
      </w:r>
    </w:p>
    <w:p>
      <w:pPr>
        <w:jc w:val="right"/>
      </w:pPr>
      <w:r>
        <w:t>دس کوئسچن از فرام مسٹر ادریس فرام دہلی۔</w:t>
      </w:r>
    </w:p>
    <w:p>
      <w:r>
        <w:rPr>
          <w:b/>
        </w:rPr>
        <w:t xml:space="preserve">[1:07:41] </w:t>
      </w:r>
      <w:r>
        <w:t>What is the purpose of creation? Why has God created this world? Kindly comment on this.</w:t>
      </w:r>
    </w:p>
    <w:p>
      <w:pPr>
        <w:jc w:val="right"/>
      </w:pPr>
      <w:r>
        <w:t>واٹ از دا پرپس اف کریشن؟ وائی ہیز گاڈ کریٹڈ دس ورلڈ؟ کائنڈلی کمنٹ ان دس۔</w:t>
      </w:r>
    </w:p>
    <w:p>
      <w:r>
        <w:rPr>
          <w:b/>
        </w:rPr>
        <w:t xml:space="preserve">[1:07:52] </w:t>
      </w:r>
      <w:r>
        <w:t>molana, dekhen jahan tak maine samjha hai toh meri samajh ke mutabiq yeh hai ke</w:t>
      </w:r>
    </w:p>
    <w:p>
      <w:pPr>
        <w:jc w:val="right"/>
      </w:pPr>
      <w:r>
        <w:t>مولانا، دیکھیں جہاں تک میں نے سمجھا ہے تو میری سمجھ کے مطابق یہ ہے کہ</w:t>
      </w:r>
    </w:p>
    <w:p>
      <w:r>
        <w:rPr>
          <w:b/>
        </w:rPr>
        <w:t xml:space="preserve">[1:08:02] </w:t>
      </w:r>
      <w:r>
        <w:t>is ek hadith hai, agarchay hazrat idrees ko sanad ke aitbar se kamzor batate hain, lekin mein is</w:t>
      </w:r>
    </w:p>
    <w:p>
      <w:pPr>
        <w:jc w:val="right"/>
      </w:pPr>
      <w:r>
        <w:t>اس ایک حدیث ہے، اگرچہ حضرت ادریس کو سند کے اعتبار سے کمزور بتاتے ہیں، لیکن میں اس</w:t>
      </w:r>
    </w:p>
    <w:p>
      <w:r>
        <w:rPr>
          <w:b/>
        </w:rPr>
        <w:t xml:space="preserve">[1:08:08] </w:t>
      </w:r>
      <w:r>
        <w:t>ko yani is ke mafhoom ke aitbar se sahi samajhta hoon ke woh hadith hai ke "kunt kunz</w:t>
      </w:r>
    </w:p>
    <w:p>
      <w:pPr>
        <w:jc w:val="right"/>
      </w:pPr>
      <w:r>
        <w:t>کو یعنی اس کے مفہوم کے اعتبار سے صحیح سمجھتا ہوں کہ وہ حدیث ہے کہ "کنت کنز</w:t>
      </w:r>
    </w:p>
    <w:p>
      <w:r>
        <w:rPr>
          <w:b/>
        </w:rPr>
        <w:t xml:space="preserve">[1:08:14] </w:t>
      </w:r>
      <w:r>
        <w:t>makhfiya aur fakhlaqtul khalq".</w:t>
      </w:r>
    </w:p>
    <w:p>
      <w:pPr>
        <w:jc w:val="right"/>
      </w:pPr>
      <w:r>
        <w:t>مخفیہ اور فخلقت الخلق"۔</w:t>
      </w:r>
    </w:p>
    <w:p>
      <w:r>
        <w:rPr>
          <w:b/>
        </w:rPr>
        <w:t xml:space="preserve">[1:08:20] </w:t>
      </w:r>
      <w:r>
        <w:t>mein ek "i was a hidden treasure".</w:t>
      </w:r>
    </w:p>
    <w:p>
      <w:pPr>
        <w:jc w:val="right"/>
      </w:pPr>
      <w:r>
        <w:t>میں ایک "آئی واز ا ہڈن ٹریزر"۔</w:t>
      </w:r>
    </w:p>
    <w:p>
      <w:r>
        <w:rPr>
          <w:b/>
        </w:rPr>
        <w:t xml:space="preserve">[1:08:26] </w:t>
      </w:r>
      <w:r>
        <w:t>"Then I wanted to be known and I created me</w:t>
      </w:r>
    </w:p>
    <w:p>
      <w:pPr>
        <w:jc w:val="right"/>
      </w:pPr>
      <w:r>
        <w:t>"دین آئی وانٹڈ ٹو بی نون اینڈ آئی کریٹڈ می</w:t>
      </w:r>
    </w:p>
    <w:p>
      <w:r>
        <w:rPr>
          <w:b/>
        </w:rPr>
        <w:t xml:space="preserve">[1:08:32] </w:t>
      </w:r>
      <w:r>
        <w:t>n".</w:t>
      </w:r>
    </w:p>
    <w:p>
      <w:pPr>
        <w:jc w:val="right"/>
      </w:pPr>
      <w:r>
        <w:t>ن"۔</w:t>
      </w:r>
    </w:p>
    <w:p>
      <w:r>
        <w:rPr>
          <w:b/>
        </w:rPr>
        <w:t xml:space="preserve">[1:08:36] </w:t>
      </w:r>
      <w:r>
        <w:t>mein ek chupa hua khazana tha.</w:t>
      </w:r>
    </w:p>
    <w:p>
      <w:pPr>
        <w:jc w:val="right"/>
      </w:pPr>
      <w:r>
        <w:t>میں ایک چھپا ہوا خزانہ تھا۔</w:t>
      </w:r>
    </w:p>
    <w:p>
      <w:r>
        <w:rPr>
          <w:b/>
        </w:rPr>
        <w:t xml:space="preserve">[1:08:40] </w:t>
      </w:r>
      <w:r>
        <w:t>mein ne chaha ke logon ko meri marifat ho, to mein ne insaan ko paida kiya.</w:t>
      </w:r>
    </w:p>
    <w:p>
      <w:pPr>
        <w:jc w:val="right"/>
      </w:pPr>
      <w:r>
        <w:t>میں نے چاہا کہ لوگوں کو میری معرفت ہو، تو میں نے انسان کو پیدا کیا۔</w:t>
      </w:r>
    </w:p>
    <w:p>
      <w:r>
        <w:rPr>
          <w:b/>
        </w:rPr>
        <w:t xml:space="preserve">[1:08:44] </w:t>
      </w:r>
      <w:r>
        <w:t>is ke baad samajhta hoon ke quran se bhi tasdeeq hoti hai, kyunke woh jo ayat hai "wama</w:t>
      </w:r>
    </w:p>
    <w:p>
      <w:pPr>
        <w:jc w:val="right"/>
      </w:pPr>
      <w:r>
        <w:t>اس کے بعد سمجھتا ہوں کہ قرآن سے بھی تصدیق ہوتی ہے، کیونکہ وہ جو آیت ہے "وما</w:t>
      </w:r>
    </w:p>
    <w:p>
      <w:r>
        <w:rPr>
          <w:b/>
        </w:rPr>
        <w:t xml:space="preserve">[1:08:48] </w:t>
      </w:r>
      <w:r>
        <w:t>khalaqtul jinna wal insa illa li ya'budun".</w:t>
      </w:r>
    </w:p>
    <w:p>
      <w:pPr>
        <w:jc w:val="right"/>
      </w:pPr>
      <w:r>
        <w:t>خلقت الجن والانس الا لیعبدون"۔</w:t>
      </w:r>
    </w:p>
    <w:p>
      <w:r>
        <w:rPr>
          <w:b/>
        </w:rPr>
        <w:t xml:space="preserve">[1:08:52] </w:t>
      </w:r>
      <w:r>
        <w:t>to "li ya'budun" jo hai ke mein ne paida kiya insaan ko sirf is liye ke meri ibadat karein.</w:t>
      </w:r>
    </w:p>
    <w:p>
      <w:pPr>
        <w:jc w:val="right"/>
      </w:pPr>
      <w:r>
        <w:t>تو "لیعبدون" جو ہے کہ میں نے پیدا کیا انسان کو صرف اس لیے کہ میری عبادت کریں۔</w:t>
      </w:r>
    </w:p>
    <w:p>
      <w:r>
        <w:rPr>
          <w:b/>
        </w:rPr>
        <w:t xml:space="preserve">[1:08:56] </w:t>
      </w:r>
      <w:r>
        <w:t>to is ki tashreeh ki gayi hai ke meri marifat hasil ho un ko.</w:t>
      </w:r>
    </w:p>
    <w:p>
      <w:pPr>
        <w:jc w:val="right"/>
      </w:pPr>
      <w:r>
        <w:t>تو اس کی تشریح کی گئی ہے کہ میری معرفت حاصل ہو ان کو۔</w:t>
      </w:r>
    </w:p>
    <w:p>
      <w:r>
        <w:rPr>
          <w:b/>
        </w:rPr>
        <w:t xml:space="preserve">[1:08:59] </w:t>
      </w:r>
      <w:r>
        <w:t>to "li ya'budun" ke mani wahan pe liye gaye hain "li ya'rifun".</w:t>
      </w:r>
    </w:p>
    <w:p>
      <w:pPr>
        <w:jc w:val="right"/>
      </w:pPr>
      <w:r>
        <w:t>تو "لیعبدون" کے معنی وہاں پہ لیے گئے ہیں "لیعارفون"۔</w:t>
      </w:r>
    </w:p>
    <w:p>
      <w:r>
        <w:rPr>
          <w:b/>
        </w:rPr>
        <w:t xml:space="preserve">[1:09:03] </w:t>
      </w:r>
      <w:r>
        <w:t>to mein samajhta hoon ke Allah taala ne ek bohat bari blessing thi.</w:t>
      </w:r>
    </w:p>
    <w:p>
      <w:pPr>
        <w:jc w:val="right"/>
      </w:pPr>
      <w:r>
        <w:t>تو میں سمجھتا ہوں کہ اللہ تعالی نے ایک بہت بڑی بلیسنگ تھی۔</w:t>
      </w:r>
    </w:p>
    <w:p>
      <w:r>
        <w:rPr>
          <w:b/>
        </w:rPr>
        <w:t xml:space="preserve">[1:09:08] </w:t>
      </w:r>
      <w:r>
        <w:t>Allah taala ki ke Allah taala ne chaha ke Allah taala ne ek ek ek jannat banai, ideal</w:t>
      </w:r>
    </w:p>
    <w:p>
      <w:pPr>
        <w:jc w:val="right"/>
      </w:pPr>
      <w:r>
        <w:t>اللہ تعالی کی کہ اللہ تعالی نے چاہا کہ اللہ تعالی نے ایک ایک ایک جنت بنائی، آئیڈیل</w:t>
      </w:r>
    </w:p>
    <w:p>
      <w:r>
        <w:rPr>
          <w:b/>
        </w:rPr>
        <w:t xml:space="preserve">[1:09:13] </w:t>
      </w:r>
      <w:r>
        <w:t>World, beautiful world, perfect world.</w:t>
      </w:r>
    </w:p>
    <w:p>
      <w:pPr>
        <w:jc w:val="right"/>
      </w:pPr>
      <w:r>
        <w:t>ورلڈ، بیوٹی فل ورلڈ، پرفیکٹ ورلڈ۔</w:t>
      </w:r>
    </w:p>
    <w:p>
      <w:r>
        <w:rPr>
          <w:b/>
        </w:rPr>
        <w:t xml:space="preserve">[1:09:18] </w:t>
      </w:r>
      <w:r>
        <w:t>sari cheezein us ke andar mojood hain.</w:t>
      </w:r>
    </w:p>
    <w:p>
      <w:pPr>
        <w:jc w:val="right"/>
      </w:pPr>
      <w:r>
        <w:t>ساری چیزیں اس کے اندر موجود ہیں۔</w:t>
      </w:r>
    </w:p>
    <w:p>
      <w:r>
        <w:rPr>
          <w:b/>
        </w:rPr>
        <w:t xml:space="preserve">[1:09:23] </w:t>
      </w:r>
      <w:r>
        <w:t>to Khuda ne chaha ke ek aisi makhlooq paida ho jo us ko enjoy kar sake.</w:t>
      </w:r>
    </w:p>
    <w:p>
      <w:pPr>
        <w:jc w:val="right"/>
      </w:pPr>
      <w:r>
        <w:t>تو خدا نے چاہا کہ ایک ایسی مخلوق پیدا ہو جو اس کو انجوائے کر سکے۔</w:t>
      </w:r>
    </w:p>
    <w:p>
      <w:r>
        <w:rPr>
          <w:b/>
        </w:rPr>
        <w:t xml:space="preserve">[1:09:28] </w:t>
      </w:r>
      <w:r>
        <w:t>aur enjoy karne ki qeemat kya hai? marifat, yani Khuda ki discovery, Kh</w:t>
      </w:r>
    </w:p>
    <w:p>
      <w:pPr>
        <w:jc w:val="right"/>
      </w:pPr>
      <w:r>
        <w:t>اور انجوائے کرنے کی قیمت کیا ہے؟ معرفت، یعنی خدا کی ڈسکوری، خ</w:t>
      </w:r>
    </w:p>
    <w:p>
      <w:r>
        <w:rPr>
          <w:b/>
        </w:rPr>
        <w:t xml:space="preserve">[1:09:33] </w:t>
      </w:r>
      <w:r>
        <w:t>uda ki realization.</w:t>
      </w:r>
    </w:p>
    <w:p>
      <w:pPr>
        <w:jc w:val="right"/>
      </w:pPr>
      <w:r>
        <w:t>دا کی ریلائزیشن۔</w:t>
      </w:r>
    </w:p>
    <w:p>
      <w:r>
        <w:rPr>
          <w:b/>
        </w:rPr>
        <w:t xml:space="preserve">[1:09:38] </w:t>
      </w:r>
      <w:r>
        <w:t>marifat ko Khuda ne is ka is ki price banaya.</w:t>
      </w:r>
    </w:p>
    <w:p>
      <w:pPr>
        <w:jc w:val="right"/>
      </w:pPr>
      <w:r>
        <w:t>معرفت کو خدا نے اس کا اس کی پرائس بنایا۔</w:t>
      </w:r>
    </w:p>
    <w:p>
      <w:r>
        <w:rPr>
          <w:b/>
        </w:rPr>
        <w:t xml:space="preserve">[1:09:42] </w:t>
      </w:r>
      <w:r>
        <w:t>to mein samajhta hoon ke yeh Khuda ki super blessing thi ke us ne ek aisi makhlooq paida</w:t>
      </w:r>
    </w:p>
    <w:p>
      <w:pPr>
        <w:jc w:val="right"/>
      </w:pPr>
      <w:r>
        <w:t>تو میں سمجھتا ہوں کہ یہ خدا کی سپر بلیسنگ تھی کہ اس نے ایک ایسی مخلوق پیدا</w:t>
      </w:r>
    </w:p>
    <w:p>
      <w:r>
        <w:rPr>
          <w:b/>
        </w:rPr>
        <w:t xml:space="preserve">[1:09:46] </w:t>
      </w:r>
      <w:r>
        <w:t>ki jis ke andar enjoy karne ki capacity thi.</w:t>
      </w:r>
    </w:p>
    <w:p>
      <w:pPr>
        <w:jc w:val="right"/>
      </w:pPr>
      <w:r>
        <w:t>کی جس کے اندر انجوائے کرنے کی کیپیسٹی تھی۔</w:t>
      </w:r>
    </w:p>
    <w:p>
      <w:r>
        <w:rPr>
          <w:b/>
        </w:rPr>
        <w:t xml:space="preserve">[1:09:51] </w:t>
      </w:r>
      <w:r>
        <w:t>to aap jante hain ke koi enjoy nahi kar sakta, koi yani sher ya ya hathi ya koi</w:t>
      </w:r>
    </w:p>
    <w:p>
      <w:pPr>
        <w:jc w:val="right"/>
      </w:pPr>
      <w:r>
        <w:t>تو آپ جانتے ہیں کہ کوئی انجوائے نہیں کر سکتا، کوئی یعنی شیر یا یا ہاتھی یا کوئی</w:t>
      </w:r>
    </w:p>
    <w:p>
      <w:r>
        <w:rPr>
          <w:b/>
        </w:rPr>
        <w:t xml:space="preserve">[1:09:55] </w:t>
      </w:r>
      <w:r>
        <w:t>sense of enjoy kisi ke andar hai hi nahi.</w:t>
      </w:r>
    </w:p>
    <w:p>
      <w:pPr>
        <w:jc w:val="right"/>
      </w:pPr>
      <w:r>
        <w:t>سینس آف انجوائے کسی کے اندر ہے ہی نہیں۔</w:t>
      </w:r>
    </w:p>
    <w:p>
      <w:r>
        <w:rPr>
          <w:b/>
        </w:rPr>
        <w:t xml:space="preserve">[1:09:59] </w:t>
      </w:r>
      <w:r>
        <w:t>hai hi nahi kisi ke andar. abhi</w:t>
      </w:r>
    </w:p>
    <w:p>
      <w:pPr>
        <w:jc w:val="right"/>
      </w:pPr>
      <w:r>
        <w:t>ہے ہی نہیں کسی کے اندر۔ ابھی</w:t>
      </w:r>
    </w:p>
    <w:p>
      <w:r>
        <w:rPr>
          <w:b/>
        </w:rPr>
        <w:t xml:space="preserve">[1:10:03] </w:t>
      </w:r>
      <w:r>
        <w:t>mein ne kal paper mein parha ke ek aadmi America ka hai, us ke dono haath ka kisi</w:t>
      </w:r>
    </w:p>
    <w:p>
      <w:pPr>
        <w:jc w:val="right"/>
      </w:pPr>
      <w:r>
        <w:t>میں نے کل پیپر میں پڑھا کہ ایک آدمی امریکہ کا ہے، اس کے دونوں ہاتھ کا کسی</w:t>
      </w:r>
    </w:p>
    <w:p>
      <w:r>
        <w:rPr>
          <w:b/>
        </w:rPr>
        <w:t xml:space="preserve">[1:10:08] </w:t>
      </w:r>
      <w:r>
        <w:t>wajeh se kharab ho gaye.</w:t>
      </w:r>
    </w:p>
    <w:p>
      <w:pPr>
        <w:jc w:val="right"/>
      </w:pPr>
      <w:r>
        <w:t>وجہ سے خراب ہو گئے۔</w:t>
      </w:r>
    </w:p>
    <w:p>
      <w:r>
        <w:rPr>
          <w:b/>
        </w:rPr>
        <w:t xml:space="preserve">[1:10:12] </w:t>
      </w:r>
      <w:r>
        <w:t>to plastic ke hath lagaye gaye is ko.</w:t>
      </w:r>
    </w:p>
    <w:p>
      <w:pPr>
        <w:jc w:val="right"/>
      </w:pPr>
      <w:r>
        <w:t>تو پلاسٹک کے ہاتھ لگائے گئے اس کو۔</w:t>
      </w:r>
    </w:p>
    <w:p>
      <w:r>
        <w:rPr>
          <w:b/>
        </w:rPr>
        <w:t xml:space="preserve">[1:10:16] </w:t>
      </w:r>
      <w:r>
        <w:t>donon hath is ke ho gaye hain aise jaise dikhai dete hain, lekin woh plastic ke hain.</w:t>
      </w:r>
    </w:p>
    <w:p>
      <w:pPr>
        <w:jc w:val="right"/>
      </w:pPr>
      <w:r>
        <w:t>دونوں ہاتھ اس کے ہو گئے ہیں ایسے جیسے دکھائی دیتے ہیں، لیکن وہ پلاسٹک کے ہیں۔</w:t>
      </w:r>
    </w:p>
    <w:p>
      <w:r>
        <w:rPr>
          <w:b/>
        </w:rPr>
        <w:t xml:space="preserve">[1:10:21] </w:t>
      </w:r>
      <w:r>
        <w:t>woh to is ne jab apni biwi ko chhoota hai to touch karne mein jo enjoy hota hai,</w:t>
      </w:r>
    </w:p>
    <w:p>
      <w:pPr>
        <w:jc w:val="right"/>
      </w:pPr>
      <w:r>
        <w:t>وہ تو اس نے جب اپنی بیوی کو چھوتا ہے تو ٹچ کرنے میں جو انجوائے ہوتا ہے،</w:t>
      </w:r>
    </w:p>
    <w:p>
      <w:r>
        <w:rPr>
          <w:b/>
        </w:rPr>
        <w:t xml:space="preserve">[1:10:25] </w:t>
      </w:r>
      <w:r>
        <w:t>isko hasil nahin hota.</w:t>
      </w:r>
    </w:p>
    <w:p>
      <w:pPr>
        <w:jc w:val="right"/>
      </w:pPr>
      <w:r>
        <w:t>اس کو حاصل نہیں ہوتا۔</w:t>
      </w:r>
    </w:p>
    <w:p>
      <w:r>
        <w:rPr>
          <w:b/>
        </w:rPr>
        <w:t xml:space="preserve">[1:10:29] </w:t>
      </w:r>
      <w:r>
        <w:t>to yeh yeh sirf insan ki sifat hai enjoy karna. to</w:t>
      </w:r>
    </w:p>
    <w:p>
      <w:pPr>
        <w:jc w:val="right"/>
      </w:pPr>
      <w:r>
        <w:t>تو یہ یہ صرف انسان کی صفت ہے انجوائے کرنا۔ تو</w:t>
      </w:r>
    </w:p>
    <w:p>
      <w:r>
        <w:rPr>
          <w:b/>
        </w:rPr>
        <w:t xml:space="preserve">[1:10:34] </w:t>
      </w:r>
      <w:r>
        <w:t>Allah taala ne ek aisi hasti paida ki insan ki shakal mein jisko jiske andar sense</w:t>
      </w:r>
    </w:p>
    <w:p>
      <w:pPr>
        <w:jc w:val="right"/>
      </w:pPr>
      <w:r>
        <w:t>اللہ تعالی نے ایک ایسی ہستی پیدا کی انسان کی شکل میں جس کو جس کے اندر سینس</w:t>
      </w:r>
    </w:p>
    <w:p>
      <w:r>
        <w:rPr>
          <w:b/>
        </w:rPr>
        <w:t xml:space="preserve">[1:10:38] </w:t>
      </w:r>
      <w:r>
        <w:t>of enjoy tha har qism ka ke chhoone mein bhi, chho kar bhi aap enjoy karte hain, dekh</w:t>
      </w:r>
    </w:p>
    <w:p>
      <w:pPr>
        <w:jc w:val="right"/>
      </w:pPr>
      <w:r>
        <w:t>آف انجوائے تھا ہر قسم کا کہ چھونے میں بھی، چھو کر بھی آپ انجوائے کرتے ہیں، دیکھ</w:t>
      </w:r>
    </w:p>
    <w:p>
      <w:r>
        <w:rPr>
          <w:b/>
        </w:rPr>
        <w:t xml:space="preserve">[1:10:42] </w:t>
      </w:r>
      <w:r>
        <w:t>kar enjoy karte hain.</w:t>
      </w:r>
    </w:p>
    <w:p>
      <w:pPr>
        <w:jc w:val="right"/>
      </w:pPr>
      <w:r>
        <w:t>کر انجوائے کرتے ہیں۔</w:t>
      </w:r>
    </w:p>
    <w:p>
      <w:r>
        <w:rPr>
          <w:b/>
        </w:rPr>
        <w:t xml:space="preserve">[1:10:47] </w:t>
      </w:r>
      <w:r>
        <w:t>har cheez mein ek pleasure hota hai aap ko.</w:t>
      </w:r>
    </w:p>
    <w:p>
      <w:pPr>
        <w:jc w:val="right"/>
      </w:pPr>
      <w:r>
        <w:t>ہر چیز میں ایک پلیژر ہوتا ہے آپ کو۔</w:t>
      </w:r>
    </w:p>
    <w:p>
      <w:r>
        <w:rPr>
          <w:b/>
        </w:rPr>
        <w:t xml:space="preserve">[1:10:51] </w:t>
      </w:r>
      <w:r>
        <w:t>aur jannat banai jahan aap fulfillment mile aap ko.</w:t>
      </w:r>
    </w:p>
    <w:p>
      <w:pPr>
        <w:jc w:val="right"/>
      </w:pPr>
      <w:r>
        <w:t>اور جنت بنائی جہاں آپ فلفلمنٹ ملے آپ کو۔</w:t>
      </w:r>
    </w:p>
    <w:p>
      <w:r>
        <w:rPr>
          <w:b/>
        </w:rPr>
        <w:t xml:space="preserve">[1:10:55] </w:t>
      </w:r>
      <w:r>
        <w:t>aur is ki is ki is ki jo price bohat hi kam ke marifat Allah taala ko daryaft</w:t>
      </w:r>
    </w:p>
    <w:p>
      <w:pPr>
        <w:jc w:val="right"/>
      </w:pPr>
      <w:r>
        <w:t>اور اس کی اس کی اس کی جو پرائس بہت ہی کم کہ معرفت اللہ تعالی کو دریافت</w:t>
      </w:r>
    </w:p>
    <w:p>
      <w:r>
        <w:rPr>
          <w:b/>
        </w:rPr>
        <w:t xml:space="preserve">[1:11:00] </w:t>
      </w:r>
      <w:r>
        <w:t>karein, aap Allah taala ko acknowledge karein, aap Allah taala ki ibadat karein, aap</w:t>
      </w:r>
    </w:p>
    <w:p>
      <w:pPr>
        <w:jc w:val="right"/>
      </w:pPr>
      <w:r>
        <w:t>کریں، آپ اللہ تعالی کو اکنالج کریں، آپ اللہ تعالی کی عبادت کریں، آپ</w:t>
      </w:r>
    </w:p>
    <w:p>
      <w:r>
        <w:rPr>
          <w:b/>
        </w:rPr>
        <w:t xml:space="preserve">[1:11:04] </w:t>
      </w:r>
      <w:r>
        <w:t>yahi is ki qeemat hai.</w:t>
      </w:r>
    </w:p>
    <w:p>
      <w:pPr>
        <w:jc w:val="right"/>
      </w:pPr>
      <w:r>
        <w:t>یہی اس کی قیمت ہے۔</w:t>
      </w:r>
    </w:p>
    <w:p>
      <w:r>
        <w:rPr>
          <w:b/>
        </w:rPr>
        <w:t xml:space="preserve">[1:11:10] </w:t>
      </w:r>
      <w:r>
        <w:t>to main samajhta hoon ke yeh to super blessing thi Allah taala ki ke is ne insan ko</w:t>
      </w:r>
    </w:p>
    <w:p>
      <w:pPr>
        <w:jc w:val="right"/>
      </w:pPr>
      <w:r>
        <w:t>تو میں سمجھتا ہوں کہ یہ تو سپر بلیسنگ تھی اللہ تعالی کی کہ اس نے انسان کو</w:t>
      </w:r>
    </w:p>
    <w:p>
      <w:r>
        <w:rPr>
          <w:b/>
        </w:rPr>
        <w:t xml:space="preserve">[1:11:16] </w:t>
      </w:r>
      <w:r>
        <w:t>banaya aur eternal ek is ko eternity de di.</w:t>
      </w:r>
    </w:p>
    <w:p>
      <w:pPr>
        <w:jc w:val="right"/>
      </w:pPr>
      <w:r>
        <w:t>بنایا اور ایٹرنل ایک اس کو ایٹرنیٹی دے دی۔</w:t>
      </w:r>
    </w:p>
    <w:p>
      <w:r>
        <w:rPr>
          <w:b/>
        </w:rPr>
        <w:t xml:space="preserve">[1:11:22] </w:t>
      </w:r>
      <w:r>
        <w:t>yani eternally, eternally aap aap ek joy mein zindagi guzarein to is se bari blessing kya ho sakti</w:t>
      </w:r>
    </w:p>
    <w:p>
      <w:pPr>
        <w:jc w:val="right"/>
      </w:pPr>
      <w:r>
        <w:t>یعنی ایٹرنلی، ایٹرنلی آپ آپ ایک جوائے میں زندگی گزاریں تو اس سے بڑی بلیسنگ کیا ہو سکتی</w:t>
      </w:r>
    </w:p>
    <w:p>
      <w:r>
        <w:rPr>
          <w:b/>
        </w:rPr>
        <w:t xml:space="preserve">[1:11:28] </w:t>
      </w:r>
      <w:r>
        <w:t>hai? to main samajhta hoon ke yeh creation jo tha Allah taala ka, yeh super blessing thi insan ke li</w:t>
      </w:r>
    </w:p>
    <w:p>
      <w:pPr>
        <w:jc w:val="right"/>
      </w:pPr>
      <w:r>
        <w:t>ہے؟ تو میں سمجھتا ہوں کہ یہ کریشن جو تھا اللہ تعالی کا، یہ سپر بلیسنگ تھی انسان کے لی</w:t>
      </w:r>
    </w:p>
    <w:p>
      <w:r>
        <w:rPr>
          <w:b/>
        </w:rPr>
        <w:t xml:space="preserve">[1:11:34] </w:t>
      </w:r>
      <w:r>
        <w:t>e. this question is from Mr Khwaja Kaleemuddin from Pennsylvania. Maulana sahib, it is the known fact that the works of poet Allama Iqbal prove that he was a believer of monism, which is against the philosophy given by Islam, that is monotheism. then how come he has become so much popular among all ulema of Islam except you? people even</w:t>
      </w:r>
    </w:p>
    <w:p>
      <w:pPr>
        <w:jc w:val="right"/>
      </w:pPr>
      <w:r>
        <w:t>ے۔ دس کوئسچن از فرام مسٹر خواجہ کلیم الدین فرام پینسلوینیا۔ مولانا صاحب، اٹ از دا نون فیکٹ دیٹ دا ورکس اف پوئٹ علامہ اقبال پروف دیٹ ہی واز ا بیلیور اف مونزم، وچ از اگینسٹ دا فلاسفی گیون بائے اسلام، دیٹ از مونیتھزم۔ دین ہاؤ کم ہی ہیز بیکم سو مچ پاپولر امنگ ال علماء اف اسلام ایکسیپٹ یو؟ پیپل ایون</w:t>
      </w:r>
    </w:p>
    <w:p>
      <w:r>
        <w:rPr>
          <w:b/>
        </w:rPr>
        <w:t xml:space="preserve">[1:12:04] </w:t>
      </w:r>
      <w:r>
        <w:t>went as far as seeing that his poetry is nothing but the tafsir of Quran.</w:t>
      </w:r>
    </w:p>
    <w:p>
      <w:pPr>
        <w:jc w:val="right"/>
      </w:pPr>
      <w:r>
        <w:t>وینٹ ایز فار ایز سینگ دیٹ ہز پوئٹری از نتھنگ بٹ دا تفسیر اف قرآن۔</w:t>
      </w:r>
    </w:p>
    <w:p>
      <w:r>
        <w:rPr>
          <w:b/>
        </w:rPr>
        <w:t xml:space="preserve">[1:12:10] </w:t>
      </w:r>
      <w:r>
        <w:t>what is your comment? dekhein, Iqbal ki jo popularity hui, woh jis wajah se hui, woh woh woh</w:t>
      </w:r>
    </w:p>
    <w:p>
      <w:pPr>
        <w:jc w:val="right"/>
      </w:pPr>
      <w:r>
        <w:t>واٹ از یور کمنٹ؟ دیکھیں، اقبال کی جو پاپولیرٹی ہوئی، وہ جس وجہ سے ہوئی، وہ وہ وہ</w:t>
      </w:r>
    </w:p>
    <w:p>
      <w:r>
        <w:rPr>
          <w:b/>
        </w:rPr>
        <w:t xml:space="preserve">[1:12:16] </w:t>
      </w:r>
      <w:r>
        <w:t>yeh thi ke Iqbal aise zamane mein paida hue jab musalman ka degeneration ho chuka tha, yani</w:t>
      </w:r>
    </w:p>
    <w:p>
      <w:pPr>
        <w:jc w:val="right"/>
      </w:pPr>
      <w:r>
        <w:t>یہ تھی کہ اقبال ایسے زمانے میں پیدا ہوئے جب مسلمان کا ڈی جنریشن ہو چکا تھا، یعنی</w:t>
      </w:r>
    </w:p>
    <w:p>
      <w:r>
        <w:rPr>
          <w:b/>
        </w:rPr>
        <w:t xml:space="preserve">[1:12:22] </w:t>
      </w:r>
      <w:r>
        <w:t>zawal ke zamane mein the.</w:t>
      </w:r>
    </w:p>
    <w:p>
      <w:pPr>
        <w:jc w:val="right"/>
      </w:pPr>
      <w:r>
        <w:t>زوال کے زمانے میں تھے۔</w:t>
      </w:r>
    </w:p>
    <w:p>
      <w:r>
        <w:rPr>
          <w:b/>
        </w:rPr>
        <w:t xml:space="preserve">[1:12:28] </w:t>
      </w:r>
      <w:r>
        <w:t>woh to musalmanon ke paas</w:t>
      </w:r>
    </w:p>
    <w:p>
      <w:pPr>
        <w:jc w:val="right"/>
      </w:pPr>
      <w:r>
        <w:t>وہ تو مسلمانوں کے پاس</w:t>
      </w:r>
    </w:p>
    <w:p>
      <w:r>
        <w:rPr>
          <w:b/>
        </w:rPr>
        <w:t xml:space="preserve">[1:12:34] </w:t>
      </w:r>
      <w:r>
        <w:t>yani practical tor par kuch bhi nahin tha, lekin fakhar hua, yani paranoid character ban chuka tha un ka.</w:t>
      </w:r>
    </w:p>
    <w:p>
      <w:pPr>
        <w:jc w:val="right"/>
      </w:pPr>
      <w:r>
        <w:t>یعنی پریکٹیکل طور پر کچھ بھی نہیں تھا، لیکن فخر ہوا، یعنی پیرانوئک کریکٹر بن چکا تھا ان کا۔</w:t>
      </w:r>
    </w:p>
    <w:p>
      <w:r>
        <w:rPr>
          <w:b/>
        </w:rPr>
        <w:t xml:space="preserve">[1:12:39] </w:t>
      </w:r>
      <w:r>
        <w:t>fakhar yani maazi par fakhar.</w:t>
      </w:r>
    </w:p>
    <w:p>
      <w:pPr>
        <w:jc w:val="right"/>
      </w:pPr>
      <w:r>
        <w:t>فخر یعنی ماضی پر فخر۔</w:t>
      </w:r>
    </w:p>
    <w:p>
      <w:r>
        <w:rPr>
          <w:b/>
        </w:rPr>
        <w:t xml:space="preserve">[1:12:43] </w:t>
      </w:r>
      <w:r>
        <w:t>english mein ek word hai "paranoia", matlab past par fakhr karna, jis ko jis ko kehte hain persian</w:t>
      </w:r>
    </w:p>
    <w:p>
      <w:pPr>
        <w:jc w:val="right"/>
      </w:pPr>
      <w:r>
        <w:t>انگلش میں ایک ورڈ ہے "پیرانوئیا"، مطلب پاسٹ پر فخر کرنا، جس کو جس کو کہتے ہیں پرشین</w:t>
      </w:r>
    </w:p>
    <w:p>
      <w:r>
        <w:rPr>
          <w:b/>
        </w:rPr>
        <w:t xml:space="preserve">[1:12:47] </w:t>
      </w:r>
      <w:r>
        <w:t>mein "badar-e-sultan bood" ke mera baap badshah tha.</w:t>
      </w:r>
    </w:p>
    <w:p>
      <w:pPr>
        <w:jc w:val="right"/>
      </w:pPr>
      <w:r>
        <w:t>میں "بیدرم سلطان بود" کہ میرا باپ بادشاہ تھا۔</w:t>
      </w:r>
    </w:p>
    <w:p>
      <w:r>
        <w:rPr>
          <w:b/>
        </w:rPr>
        <w:t xml:space="preserve">[1:12:52] </w:t>
      </w:r>
      <w:r>
        <w:t>to iqbal ne yeh yeh feat kiya, ek ghiza di un ko.</w:t>
      </w:r>
    </w:p>
    <w:p>
      <w:pPr>
        <w:jc w:val="right"/>
      </w:pPr>
      <w:r>
        <w:t>تو اقبال نے یہ یہ فیٹ کیا، ایک غذا دی ان کو۔</w:t>
      </w:r>
    </w:p>
    <w:p>
      <w:r>
        <w:rPr>
          <w:b/>
        </w:rPr>
        <w:t xml:space="preserve">[1:12:56] </w:t>
      </w:r>
      <w:r>
        <w:t>iqbal ka kalam parh kar ke un ko ek fakhr milta tha.</w:t>
      </w:r>
    </w:p>
    <w:p>
      <w:pPr>
        <w:jc w:val="right"/>
      </w:pPr>
      <w:r>
        <w:t>اقبال کا کلام پڑھ کر کے ان کو ایک فخر ملتا تھا۔</w:t>
      </w:r>
    </w:p>
    <w:p>
      <w:r>
        <w:rPr>
          <w:b/>
        </w:rPr>
        <w:t xml:space="preserve">[1:13:00] </w:t>
      </w:r>
      <w:r>
        <w:t>fakhr jitna bhi aap</w:t>
      </w:r>
    </w:p>
    <w:p>
      <w:pPr>
        <w:jc w:val="right"/>
      </w:pPr>
      <w:r>
        <w:t>فخر جتنا بھی آپ</w:t>
      </w:r>
    </w:p>
    <w:p>
      <w:r>
        <w:rPr>
          <w:b/>
        </w:rPr>
        <w:t xml:space="preserve">[1:13:05] </w:t>
      </w:r>
      <w:r>
        <w:t>iqbal ka kalam parhein, har har har kalam mein un ke har shair mein ek ek fakhr mile</w:t>
      </w:r>
    </w:p>
    <w:p>
      <w:pPr>
        <w:jc w:val="right"/>
      </w:pPr>
      <w:r>
        <w:t>اقبال کا کلام پڑھیں، ہر ہر ہر کلام میں ان کے ہر شعر میں ایک ایک فخر ملے</w:t>
      </w:r>
    </w:p>
    <w:p>
      <w:r>
        <w:rPr>
          <w:b/>
        </w:rPr>
        <w:t xml:space="preserve">[1:13:08] </w:t>
      </w:r>
      <w:r>
        <w:t>ga aap ko.</w:t>
      </w:r>
    </w:p>
    <w:p>
      <w:pPr>
        <w:jc w:val="right"/>
      </w:pPr>
      <w:r>
        <w:t>گا آپ کو۔</w:t>
      </w:r>
    </w:p>
    <w:p>
      <w:r>
        <w:rPr>
          <w:b/>
        </w:rPr>
        <w:t xml:space="preserve">[1:13:12] </w:t>
      </w:r>
      <w:r>
        <w:t>to ek aisi qaum jo zawal mein mubtala ho chuki thi, to us ko unhon ne intellectual level</w:t>
      </w:r>
    </w:p>
    <w:p>
      <w:pPr>
        <w:jc w:val="right"/>
      </w:pPr>
      <w:r>
        <w:t>تو ایک ایسی قوم جو زوال میں مبتلا ہو چکی تھی، تو اس کو انہوں نے انٹلیکچول لیول</w:t>
      </w:r>
    </w:p>
    <w:p>
      <w:r>
        <w:rPr>
          <w:b/>
        </w:rPr>
        <w:t xml:space="preserve">[1:13:16] </w:t>
      </w:r>
      <w:r>
        <w:t>par ek fakhr diya, pride diya.</w:t>
      </w:r>
    </w:p>
    <w:p>
      <w:pPr>
        <w:jc w:val="right"/>
      </w:pPr>
      <w:r>
        <w:t>پر ایک فخر دیا، پرائیڈ دیا۔</w:t>
      </w:r>
    </w:p>
    <w:p>
      <w:r>
        <w:rPr>
          <w:b/>
        </w:rPr>
        <w:t xml:space="preserve">[1:13:20] </w:t>
      </w:r>
      <w:r>
        <w:t>is wajah se popular ho gaye woh.</w:t>
      </w:r>
    </w:p>
    <w:p>
      <w:pPr>
        <w:jc w:val="right"/>
      </w:pPr>
      <w:r>
        <w:t>اس وجہ سے پاپولر ہو گئے وہ۔</w:t>
      </w:r>
    </w:p>
    <w:p>
      <w:r>
        <w:rPr>
          <w:b/>
        </w:rPr>
        <w:t xml:space="preserve">[1:13:23] </w:t>
      </w:r>
      <w:r>
        <w:t>is ke muqable mein agar us ko karne ka kaha jaye ke tum phir se mehnat karo, struggle</w:t>
      </w:r>
    </w:p>
    <w:p>
      <w:pPr>
        <w:jc w:val="right"/>
      </w:pPr>
      <w:r>
        <w:t>اس کے مقابلے میں اگر اس کو کرنے کا کہا جائے کہ تم پھر سے محنت کرو، اسٹرگل</w:t>
      </w:r>
    </w:p>
    <w:p>
      <w:r>
        <w:rPr>
          <w:b/>
        </w:rPr>
        <w:t xml:space="preserve">[1:13:27] </w:t>
      </w:r>
      <w:r>
        <w:t>karo, to woh un logon ko is pe yani is pe logon ki dilchaspi nahi hogi.</w:t>
      </w:r>
    </w:p>
    <w:p>
      <w:pPr>
        <w:jc w:val="right"/>
      </w:pPr>
      <w:r>
        <w:t>کرو، تو وہ ان لوگوں کو اس پہ یعنی اس پہ لوگوں کی دلچسپی نہیں ہوگی۔</w:t>
      </w:r>
    </w:p>
    <w:p>
      <w:r>
        <w:rPr>
          <w:b/>
        </w:rPr>
        <w:t xml:space="preserve">[1:13:31] </w:t>
      </w:r>
      <w:r>
        <w:t>is mein meh</w:t>
      </w:r>
    </w:p>
    <w:p>
      <w:pPr>
        <w:jc w:val="right"/>
      </w:pPr>
      <w:r>
        <w:t>اس میں مح</w:t>
      </w:r>
    </w:p>
    <w:p>
      <w:r>
        <w:rPr>
          <w:b/>
        </w:rPr>
        <w:t xml:space="preserve">[1:13:35] </w:t>
      </w:r>
      <w:r>
        <w:t>nat karna parega.</w:t>
      </w:r>
    </w:p>
    <w:p>
      <w:pPr>
        <w:jc w:val="right"/>
      </w:pPr>
      <w:r>
        <w:t>نت کرنا پڑے گا۔</w:t>
      </w:r>
    </w:p>
    <w:p>
      <w:r>
        <w:rPr>
          <w:b/>
        </w:rPr>
        <w:t xml:space="preserve">[1:13:38] </w:t>
      </w:r>
      <w:r>
        <w:t>to baghair kuch kiye hue unhon ne fakhr de diya musalmanon ko, lafzi fakhr.</w:t>
      </w:r>
    </w:p>
    <w:p>
      <w:pPr>
        <w:jc w:val="right"/>
      </w:pPr>
      <w:r>
        <w:t>تو بغیر کچھ کیے ہوئے انہوں نے فخر دے دیا مسلمانوں کو، لفظی فخر۔</w:t>
      </w:r>
    </w:p>
    <w:p>
      <w:r>
        <w:rPr>
          <w:b/>
        </w:rPr>
        <w:t xml:space="preserve">[1:13:42] </w:t>
      </w:r>
      <w:r>
        <w:t>jaise un ka shair hai ke "goftan zamane, goftan jahan mein aaya but-e-sa'adat, goftam ke na-</w:t>
      </w:r>
    </w:p>
    <w:p>
      <w:pPr>
        <w:jc w:val="right"/>
      </w:pPr>
      <w:r>
        <w:t>جیسے ان کا شعر ہے کہ "گفتن زمانے، گفتن جہان میں آیا بت می سعادت، گفتم کہ نمی</w:t>
      </w:r>
    </w:p>
    <w:p>
      <w:r>
        <w:rPr>
          <w:b/>
        </w:rPr>
        <w:t xml:space="preserve">[1:13:46] </w:t>
      </w:r>
      <w:r>
        <w:t>sa'adat, goftam ke barham zar".</w:t>
      </w:r>
    </w:p>
    <w:p>
      <w:pPr>
        <w:jc w:val="right"/>
      </w:pPr>
      <w:r>
        <w:t>سعادت، گفتم کہ برہم زر"۔</w:t>
      </w:r>
    </w:p>
    <w:p>
      <w:r>
        <w:rPr>
          <w:b/>
        </w:rPr>
        <w:t xml:space="preserve">[1:13:50] </w:t>
      </w:r>
      <w:r>
        <w:t>to yeh lafzon ka khel hai, yeh lafzon ka khel hai.</w:t>
      </w:r>
    </w:p>
    <w:p>
      <w:pPr>
        <w:jc w:val="right"/>
      </w:pPr>
      <w:r>
        <w:t>تو یہ لفظوں کا کھیل ہے، یہ لفظوں کا کھیل ہے۔</w:t>
      </w:r>
    </w:p>
    <w:p>
      <w:r>
        <w:rPr>
          <w:b/>
        </w:rPr>
        <w:t xml:space="preserve">[1:13:54] </w:t>
      </w:r>
      <w:r>
        <w:t>momin hai to be-tegh bhi ladta hai, sipahi.</w:t>
      </w:r>
    </w:p>
    <w:p>
      <w:pPr>
        <w:jc w:val="right"/>
      </w:pPr>
      <w:r>
        <w:t>مومن ہے تو بے تیغ بھی لڑتا ہے، سپاہی۔</w:t>
      </w:r>
    </w:p>
    <w:p>
      <w:r>
        <w:rPr>
          <w:b/>
        </w:rPr>
        <w:t xml:space="preserve">[1:13:57] </w:t>
      </w:r>
      <w:r>
        <w:t>yeh sab lafzon ka khel hai.</w:t>
      </w:r>
    </w:p>
    <w:p>
      <w:pPr>
        <w:jc w:val="right"/>
      </w:pPr>
      <w:r>
        <w:t>یہ سب لفظوں کا کھیل ہے۔</w:t>
      </w:r>
    </w:p>
    <w:p>
      <w:r>
        <w:rPr>
          <w:b/>
        </w:rPr>
        <w:t xml:space="preserve">[1:14:01] </w:t>
      </w:r>
      <w:r>
        <w:t>mein lahore gaya to</w:t>
      </w:r>
    </w:p>
    <w:p>
      <w:pPr>
        <w:jc w:val="right"/>
      </w:pPr>
      <w:r>
        <w:t>میں لاہور گیا تو</w:t>
      </w:r>
    </w:p>
    <w:p>
      <w:r>
        <w:rPr>
          <w:b/>
        </w:rPr>
        <w:t xml:space="preserve">[1:14:05] </w:t>
      </w:r>
      <w:r>
        <w:t>mein ne kuch logon se kaha ke iqbal ne ek shair kaha tha: "nahi tera nishiman qasr-e-sultani</w:t>
      </w:r>
    </w:p>
    <w:p>
      <w:pPr>
        <w:jc w:val="right"/>
      </w:pPr>
      <w:r>
        <w:t>میں نے کچھ لوگوں سے کہا کہ اقبال نے ایک شعر کہا تھا: "نہیں تیرا نشیمن قصر سلطانی</w:t>
      </w:r>
    </w:p>
    <w:p>
      <w:r>
        <w:rPr>
          <w:b/>
        </w:rPr>
        <w:t xml:space="preserve">[1:14:11] </w:t>
      </w:r>
      <w:r>
        <w:t>gumbad par, tu shahi hai basera kar paharon ke chatanon mein".</w:t>
      </w:r>
    </w:p>
    <w:p>
      <w:pPr>
        <w:jc w:val="right"/>
      </w:pPr>
      <w:r>
        <w:t>گنبد پر، تو شاہی ہے بسیرا کر پہاڑوں کے چٹانوں میں"۔</w:t>
      </w:r>
    </w:p>
    <w:p>
      <w:r>
        <w:rPr>
          <w:b/>
        </w:rPr>
        <w:t xml:space="preserve">[1:14:17] </w:t>
      </w:r>
      <w:r>
        <w:t>ab yeh sab jo hai ek ek hawai, ek ek hawai romance is ke andar hai, halanke khud</w:t>
      </w:r>
    </w:p>
    <w:p>
      <w:pPr>
        <w:jc w:val="right"/>
      </w:pPr>
      <w:r>
        <w:t>اب یہ سب جو ہے ایک ایک ہوائی، ایک ایک ہوائی رومانس اس کے اندر ہے، حالانکہ خود</w:t>
      </w:r>
    </w:p>
    <w:p>
      <w:r>
        <w:rPr>
          <w:b/>
        </w:rPr>
        <w:t xml:space="preserve">[1:14:23] </w:t>
      </w:r>
      <w:r>
        <w:t>unhon ne apna ghar banaya lahore mein.</w:t>
      </w:r>
    </w:p>
    <w:p>
      <w:pPr>
        <w:jc w:val="right"/>
      </w:pPr>
      <w:r>
        <w:t>انہوں نے اپنا گھر بنایا لاہور میں۔</w:t>
      </w:r>
    </w:p>
    <w:p>
      <w:r>
        <w:rPr>
          <w:b/>
        </w:rPr>
        <w:t xml:space="preserve">[1:14:29] </w:t>
      </w:r>
      <w:r>
        <w:t>to ek hawai romance, ek hawai fakhr, ek hawai yani pride in ke ashaar mein milta tha musalmanon ko.</w:t>
      </w:r>
    </w:p>
    <w:p>
      <w:pPr>
        <w:jc w:val="right"/>
      </w:pPr>
      <w:r>
        <w:t>تو ایک ہوائی رومانس، ایک ہوائی فخر، ایک ہوائی یعنی پرائیڈ ان کے اشعار میں ملتا تھا مسلمانوں کو۔</w:t>
      </w:r>
    </w:p>
    <w:p>
      <w:r>
        <w:rPr>
          <w:b/>
        </w:rPr>
        <w:t xml:space="preserve">[1:14:35] </w:t>
      </w:r>
      <w:r>
        <w:t>is ki wajah se woh maqbool ho gaye.</w:t>
      </w:r>
    </w:p>
    <w:p>
      <w:pPr>
        <w:jc w:val="right"/>
      </w:pPr>
      <w:r>
        <w:t>اس کی وجہ سے وہ مقبول ہو گئے۔</w:t>
      </w:r>
    </w:p>
    <w:p>
      <w:r>
        <w:rPr>
          <w:b/>
        </w:rPr>
        <w:t xml:space="preserve">[1:14:40] </w:t>
      </w:r>
      <w:r>
        <w:t>woh jahan tak malanz ki baat hai to yeh ek controvwershal baat hai.</w:t>
      </w:r>
    </w:p>
    <w:p>
      <w:pPr>
        <w:jc w:val="right"/>
      </w:pPr>
      <w:r>
        <w:t>وہ جہاں تک مالنز کی بات ہے تو یہ ایک کنٹروورشل بات ہے۔</w:t>
      </w:r>
    </w:p>
    <w:p>
      <w:r>
        <w:rPr>
          <w:b/>
        </w:rPr>
        <w:t xml:space="preserve">[1:14:45] </w:t>
      </w:r>
      <w:r>
        <w:t>main manta hoon ke kahan malanz paya jata hai, lekin kuch log is ke inkar bhi karte hain.</w:t>
      </w:r>
    </w:p>
    <w:p>
      <w:pPr>
        <w:jc w:val="right"/>
      </w:pPr>
      <w:r>
        <w:t>میں مانتا ہوں کہ کہاں مالنز پایا جاتا ہے، لیکن کچھ لوگ اس کے انکار بھی کرتے ہیں۔</w:t>
      </w:r>
    </w:p>
    <w:p>
      <w:r>
        <w:rPr>
          <w:b/>
        </w:rPr>
        <w:t xml:space="preserve">[1:14:50] </w:t>
      </w:r>
      <w:r>
        <w:t>to is ko main nahin le raha hoon kyunke is mein controversy hai.</w:t>
      </w:r>
    </w:p>
    <w:p>
      <w:pPr>
        <w:jc w:val="right"/>
      </w:pPr>
      <w:r>
        <w:t>تو اس کو میں نہیں لے رہا ہوں کیونکہ اس میں کنٹروورسی ہے۔</w:t>
      </w:r>
    </w:p>
    <w:p>
      <w:r>
        <w:rPr>
          <w:b/>
        </w:rPr>
        <w:t xml:space="preserve">[1:14:56] </w:t>
      </w:r>
      <w:r>
        <w:t>main jis ko leta hoon woh yeh hai ke ek zawal yafata qom ko unhon ne lafzi aitbar</w:t>
      </w:r>
    </w:p>
    <w:p>
      <w:pPr>
        <w:jc w:val="right"/>
      </w:pPr>
      <w:r>
        <w:t>میں جس کو لیتا ہوں وہ یہ ہے کہ ایک زوال یافتہ قوم کو انہوں نے لفظی اعتبار</w:t>
      </w:r>
    </w:p>
    <w:p>
      <w:r>
        <w:rPr>
          <w:b/>
        </w:rPr>
        <w:t xml:space="preserve">[1:15:01] </w:t>
      </w:r>
      <w:r>
        <w:t>se alfaaz mein pride ki ghiza di, kuch kiye baghair, ek fakhr</w:t>
      </w:r>
    </w:p>
    <w:p>
      <w:pPr>
        <w:jc w:val="right"/>
      </w:pPr>
      <w:r>
        <w:t>سے الفاظ میں پرائیڈ کی غذا دی، کچھ کیے بغیر، ایک فخر</w:t>
      </w:r>
    </w:p>
    <w:p>
      <w:r>
        <w:rPr>
          <w:b/>
        </w:rPr>
        <w:t xml:space="preserve">[1:15:06] </w:t>
      </w:r>
      <w:r>
        <w:t>, ashaar gungana kar ke fakhr.</w:t>
      </w:r>
    </w:p>
    <w:p>
      <w:pPr>
        <w:jc w:val="right"/>
      </w:pPr>
      <w:r>
        <w:t>، اشعار گنگنا کر کے فخر۔</w:t>
      </w:r>
    </w:p>
    <w:p>
      <w:r>
        <w:rPr>
          <w:b/>
        </w:rPr>
        <w:t xml:space="preserve">[1:15:11] </w:t>
      </w:r>
      <w:r>
        <w:t>yeh tha un ki maqbooliyat ka raaz.</w:t>
      </w:r>
    </w:p>
    <w:p>
      <w:pPr>
        <w:jc w:val="right"/>
      </w:pPr>
      <w:r>
        <w:t>یہ تھا ان کی مقبولیت کا راز۔</w:t>
      </w:r>
    </w:p>
    <w:p>
      <w:r>
        <w:rPr>
          <w:b/>
        </w:rPr>
        <w:t xml:space="preserve">[1:15:16] </w:t>
      </w:r>
      <w:r>
        <w:t>This question is from Dr. Farida Khanum from Delhi.</w:t>
      </w:r>
    </w:p>
    <w:p>
      <w:pPr>
        <w:jc w:val="right"/>
      </w:pPr>
      <w:r>
        <w:t>دس کوئسچن از فرام ڈاکٹر فریدہ خانم فرام دہلی۔</w:t>
      </w:r>
    </w:p>
    <w:p>
      <w:r>
        <w:rPr>
          <w:b/>
        </w:rPr>
        <w:t xml:space="preserve">[1:15:21] </w:t>
      </w:r>
      <w:r>
        <w:t>There is a very strange phenomena in today's world that God does not form part of even the</w:t>
      </w:r>
    </w:p>
    <w:p>
      <w:pPr>
        <w:jc w:val="right"/>
      </w:pPr>
      <w:r>
        <w:t>دیر از ا ویری سٹرینج فیناومینا ان ٹوڈے ورلڈ دیٹ گاڈ ڈز ناٹ فارم پارٹ اف ایون دا</w:t>
      </w:r>
    </w:p>
    <w:p>
      <w:r>
        <w:rPr>
          <w:b/>
        </w:rPr>
        <w:t xml:space="preserve">[1:15:26] </w:t>
      </w:r>
      <w:r>
        <w:t>religious-minded people who pray regularly, fast and pay zakat.</w:t>
      </w:r>
    </w:p>
    <w:p>
      <w:pPr>
        <w:jc w:val="right"/>
      </w:pPr>
      <w:r>
        <w:t>ریلیجیس مائنڈڈ پیپل ہو پری ریگولرلی فاسٹ اینڈ پے زکوۃ۔</w:t>
      </w:r>
    </w:p>
    <w:p>
      <w:r>
        <w:rPr>
          <w:b/>
        </w:rPr>
        <w:t xml:space="preserve">[1:15:31] </w:t>
      </w:r>
      <w:r>
        <w:t>you may talk to them for hours,</w:t>
      </w:r>
    </w:p>
    <w:p>
      <w:pPr>
        <w:jc w:val="right"/>
      </w:pPr>
      <w:r>
        <w:t>یو می ٹاک ٹو دیم فار اورز،</w:t>
      </w:r>
    </w:p>
    <w:p>
      <w:r>
        <w:rPr>
          <w:b/>
        </w:rPr>
        <w:t xml:space="preserve">[1:15:36] </w:t>
      </w:r>
      <w:r>
        <w:t>But not even once God will figure in their conversation.</w:t>
      </w:r>
    </w:p>
    <w:p>
      <w:pPr>
        <w:jc w:val="right"/>
      </w:pPr>
      <w:r>
        <w:t>بٹ ناٹ ایون ونس گاڈ ول فگر ان دیر کنورسیشن۔</w:t>
      </w:r>
    </w:p>
    <w:p>
      <w:r>
        <w:rPr>
          <w:b/>
        </w:rPr>
        <w:t xml:space="preserve">[1:15:42] </w:t>
      </w:r>
      <w:r>
        <w:t>What type of religiosity is this that people are so far away from God and Paradise? They don't</w:t>
      </w:r>
    </w:p>
    <w:p>
      <w:pPr>
        <w:jc w:val="right"/>
      </w:pPr>
      <w:r>
        <w:t>واٹ ٹائپ اف ریلیجیسٹی از دس دیٹ پیپل ار سو فار اوے فرام گاڈ اینڈ پیراڈائز؟ دے ڈونٹ</w:t>
      </w:r>
    </w:p>
    <w:p>
      <w:r>
        <w:rPr>
          <w:b/>
        </w:rPr>
        <w:t xml:space="preserve">[1:15:47] </w:t>
      </w:r>
      <w:r>
        <w:t>think of the hereafter and lead their life as if they are going to live in this</w:t>
      </w:r>
    </w:p>
    <w:p>
      <w:pPr>
        <w:jc w:val="right"/>
      </w:pPr>
      <w:r>
        <w:t>تھنک اف دی ہیر افٹر اینڈ لیڈ دیر لائف ایز اف دے ار گوئنگ ٹو لیو ان دس</w:t>
      </w:r>
    </w:p>
    <w:p>
      <w:r>
        <w:rPr>
          <w:b/>
        </w:rPr>
        <w:t xml:space="preserve">[1:15:53] </w:t>
      </w:r>
      <w:r>
        <w:t>world for ever.</w:t>
      </w:r>
    </w:p>
    <w:p>
      <w:pPr>
        <w:jc w:val="right"/>
      </w:pPr>
      <w:r>
        <w:t>ورلڈ فار ایور۔</w:t>
      </w:r>
    </w:p>
    <w:p>
      <w:r>
        <w:rPr>
          <w:b/>
        </w:rPr>
        <w:t xml:space="preserve">[1:15:58] </w:t>
      </w:r>
      <w:r>
        <w:t>dekhen, yeh mujhe bhi bar bar aisa hota hai.</w:t>
      </w:r>
    </w:p>
    <w:p>
      <w:pPr>
        <w:jc w:val="right"/>
      </w:pPr>
      <w:r>
        <w:t>دیکھیں، یہ مجھے بھی بار بار ایسا ہوتا ہے۔</w:t>
      </w:r>
    </w:p>
    <w:p>
      <w:r>
        <w:rPr>
          <w:b/>
        </w:rPr>
        <w:t xml:space="preserve">[1:16:04] </w:t>
      </w:r>
      <w:r>
        <w:t>abhi recently main chand din hue ek sahab se mulaqat hui.</w:t>
      </w:r>
    </w:p>
    <w:p>
      <w:pPr>
        <w:jc w:val="right"/>
      </w:pPr>
      <w:r>
        <w:t>ابھی ریسنٹلی میں چند دن ہوئے ایک صاحب سے ملاقات ہوئی۔</w:t>
      </w:r>
    </w:p>
    <w:p>
      <w:r>
        <w:rPr>
          <w:b/>
        </w:rPr>
        <w:t xml:space="preserve">[1:16:09] </w:t>
      </w:r>
      <w:r>
        <w:t>ek rozah nahin hoti rehti hai ke un se der tak baaten kijiye aur musalmanon ke masail aur</w:t>
      </w:r>
    </w:p>
    <w:p>
      <w:pPr>
        <w:jc w:val="right"/>
      </w:pPr>
      <w:r>
        <w:t>ایک روزہ نہیں ہوتی رہتی ہے کہ ان سے دیر تک باتیں کیجئے اور مسلمانوں کے مسائل اور</w:t>
      </w:r>
    </w:p>
    <w:p>
      <w:r>
        <w:rPr>
          <w:b/>
        </w:rPr>
        <w:t xml:space="preserve">[1:16:14] </w:t>
      </w:r>
      <w:r>
        <w:t>musalmanon ki tareekh is par khoob baaten karenge woh, lekin Khuda ka charchah kuch bhi nahin hoga</w:t>
      </w:r>
    </w:p>
    <w:p>
      <w:pPr>
        <w:jc w:val="right"/>
      </w:pPr>
      <w:r>
        <w:t>مسلمانوں کی تاریخ اس پر خوب باتیں کریں گے وہ، لیکن خدا کا چرچہ کچھ بھی نہیں ہوگا</w:t>
      </w:r>
    </w:p>
    <w:p>
      <w:r>
        <w:rPr>
          <w:b/>
        </w:rPr>
        <w:t xml:space="preserve">[1:16:20] </w:t>
      </w:r>
      <w:r>
        <w:t>un ke haan.</w:t>
      </w:r>
    </w:p>
    <w:p>
      <w:pPr>
        <w:jc w:val="right"/>
      </w:pPr>
      <w:r>
        <w:t>ان کے ہاں۔</w:t>
      </w:r>
    </w:p>
    <w:p>
      <w:r>
        <w:rPr>
          <w:b/>
        </w:rPr>
        <w:t xml:space="preserve">[1:16:25] </w:t>
      </w:r>
      <w:r>
        <w:t>Khuda ki mohabbat, Khuda ka khauf, jannat, in sab jo kuch charchah hi nahin hoga un ka.</w:t>
      </w:r>
    </w:p>
    <w:p>
      <w:pPr>
        <w:jc w:val="right"/>
      </w:pPr>
      <w:r>
        <w:t>خدا کی محبت، خدا کا خوف، جنت، ان سب جو کچھ چرچہ ہی نہیں ہوگا ان کا۔</w:t>
      </w:r>
    </w:p>
    <w:p>
      <w:r>
        <w:rPr>
          <w:b/>
        </w:rPr>
        <w:t xml:space="preserve">[1:16:30] </w:t>
      </w:r>
      <w:r>
        <w:t>to is ki wajah kya hai? yeh maine parha ek ek shakhs ka, ek ek ek scholar</w:t>
      </w:r>
    </w:p>
    <w:p>
      <w:pPr>
        <w:jc w:val="right"/>
      </w:pPr>
      <w:r>
        <w:t>تو اس کی وجہ کیا ہے؟ یہ میں نے پڑھا ایک ایک شخص کا، ایک ایک ایک سکالر</w:t>
      </w:r>
    </w:p>
    <w:p>
      <w:r>
        <w:rPr>
          <w:b/>
        </w:rPr>
        <w:t xml:space="preserve">[1:16:35] </w:t>
      </w:r>
      <w:r>
        <w:t>ne likha hai ke</w:t>
      </w:r>
    </w:p>
    <w:p>
      <w:pPr>
        <w:jc w:val="right"/>
      </w:pPr>
      <w:r>
        <w:t>نے لکھا ہے کہ</w:t>
      </w:r>
    </w:p>
    <w:p>
      <w:r>
        <w:rPr>
          <w:b/>
        </w:rPr>
        <w:t xml:space="preserve">[1:16:40] </w:t>
      </w:r>
      <w:r>
        <w:t>ke "religion begins as an ideology, but after some generations is reduced to a culture". aaj ka jo Islam hai woh cultural Islam hai, woh Islam nahi hai jo Sahaba ka Islam tha. Sahaba ka Islam jo tha us mein unhon ne in in in ko discovery hui Khuda ki, un ko discovery hui sachai ki, un ko discovery hui ke yeh Quran jo hai Khuda ki</w:t>
      </w:r>
    </w:p>
    <w:p>
      <w:pPr>
        <w:jc w:val="right"/>
      </w:pPr>
      <w:r>
        <w:t>کہ "ریلیجن بگنز ایز این ائیڈیالوجی، بٹ افٹر سم جنریشن از ریڈیوسڈ ٹو ا کلچر"۔ آج کا جو اسلام ہے وہ کلچرل اسلام ہے، وہ اسلام نہیں ہے جو صحابہ کا اسلام تھا۔ صحابہ کا اسلام جو تھا اس میں انہوں نے ان ان ان کو ڈسکوری ہوئی خدا کی، ان کو ڈسکوری ہوئی سچائی کی، ان کو ڈسکوری ہوئی کہ یہ قرآن جو ہے خدا کی</w:t>
      </w:r>
    </w:p>
    <w:p>
      <w:r>
        <w:rPr>
          <w:b/>
        </w:rPr>
        <w:t xml:space="preserve">[1:17:10] </w:t>
      </w:r>
      <w:r>
        <w:t>kitab hai.</w:t>
      </w:r>
    </w:p>
    <w:p>
      <w:pPr>
        <w:jc w:val="right"/>
      </w:pPr>
      <w:r>
        <w:t>کتاب ہے۔</w:t>
      </w:r>
    </w:p>
    <w:p>
      <w:r>
        <w:rPr>
          <w:b/>
        </w:rPr>
        <w:t xml:space="preserve">[1:17:15] </w:t>
      </w:r>
      <w:r>
        <w:t>to un ka un ki jo starting thi woh discovery se hui thi.</w:t>
      </w:r>
    </w:p>
    <w:p>
      <w:pPr>
        <w:jc w:val="right"/>
      </w:pPr>
      <w:r>
        <w:t>تو ان کا ان کی جو سٹارٹنگ تھی وہ ڈسکوری سے ہوئی تھی۔</w:t>
      </w:r>
    </w:p>
    <w:p>
      <w:r>
        <w:rPr>
          <w:b/>
        </w:rPr>
        <w:t xml:space="preserve">[1:17:20] </w:t>
      </w:r>
      <w:r>
        <w:t>پھر ان کی زندگی میں ایک ایک چینج آیا، انقلاب آیا، ایک revolution آیا۔</w:t>
      </w:r>
    </w:p>
    <w:p>
      <w:pPr>
        <w:jc w:val="right"/>
      </w:pPr>
      <w:r>
        <w:t>پھر ان کی زندگی میں ایک ایک چینج آیا، انقلاب آیا، ایک ریولوشن آیا۔</w:t>
      </w:r>
    </w:p>
    <w:p>
      <w:r>
        <w:rPr>
          <w:b/>
        </w:rPr>
        <w:t xml:space="preserve">[1:17:25] </w:t>
      </w:r>
      <w:r>
        <w:t>to phir un ke haan Khuda ki barhai thi, jannat ka ehsas tha, jahannum ka ehsas tha, sari baaten thin.</w:t>
      </w:r>
    </w:p>
    <w:p>
      <w:pPr>
        <w:jc w:val="right"/>
      </w:pPr>
      <w:r>
        <w:t>تو پھر ان کے ہاں خدا کی بڑائی تھی، جنت کا احساس تھا، جہنم کا احساس تھا، ساری باتیں تھیں۔</w:t>
      </w:r>
    </w:p>
    <w:p>
      <w:r>
        <w:rPr>
          <w:b/>
        </w:rPr>
        <w:t xml:space="preserve">[1:17:30] </w:t>
      </w:r>
      <w:r>
        <w:t>aaj ke musalman jo hain, jo sainkaron generation ke baad yeh musalman hain, to yeh to ek Islam,</w:t>
      </w:r>
    </w:p>
    <w:p>
      <w:pPr>
        <w:jc w:val="right"/>
      </w:pPr>
      <w:r>
        <w:t>آج کے مسلمان جو ہیں، جو سینکڑوں جنریشن کے بعد یہ مسلمان ہیں، تو یہ تو ایک اسلام،</w:t>
      </w:r>
    </w:p>
    <w:p>
      <w:r>
        <w:rPr>
          <w:b/>
        </w:rPr>
        <w:t xml:space="preserve">[1:17:35] </w:t>
      </w:r>
      <w:r>
        <w:t>ek un ek ek cultural Islam hai, is par woh hain. woh</w:t>
      </w:r>
    </w:p>
    <w:p>
      <w:pPr>
        <w:jc w:val="right"/>
      </w:pPr>
      <w:r>
        <w:t>ایک ان ایک ایک کلچرل اسلام ہے، اس پر وہ ہیں۔ وہ</w:t>
      </w:r>
    </w:p>
    <w:p>
      <w:r>
        <w:rPr>
          <w:b/>
        </w:rPr>
        <w:t xml:space="preserve">[1:17:40] </w:t>
      </w:r>
      <w:r>
        <w:t>Islam par nahin hain, woh mini mata ke Islam par hain, hatta ke namaz bhi ek cultural part hai.</w:t>
      </w:r>
    </w:p>
    <w:p>
      <w:pPr>
        <w:jc w:val="right"/>
      </w:pPr>
      <w:r>
        <w:t>اسلام پر نہیں ہیں، وہ منی ماتا کے اسلام پر ہیں، حتی کہ نماز بھی ایک کلچرل پارٹ ہے۔</w:t>
      </w:r>
    </w:p>
    <w:p>
      <w:r>
        <w:rPr>
          <w:b/>
        </w:rPr>
        <w:t xml:space="preserve">[1:17:46] </w:t>
      </w:r>
      <w:r>
        <w:t>mein masjidon mein jata hoon to lagta hai ke yeh yeh yaani point of socialization hai.</w:t>
      </w:r>
    </w:p>
    <w:p>
      <w:pPr>
        <w:jc w:val="right"/>
      </w:pPr>
      <w:r>
        <w:t>میں مسجدوں میں جاتا ہوں تو لگتا ہے کہ یہ یہ یعنی پوائنٹ اف سوشلائزیشن ہے۔</w:t>
      </w:r>
    </w:p>
    <w:p>
      <w:r>
        <w:rPr>
          <w:b/>
        </w:rPr>
        <w:t xml:space="preserve">[1:17:52] </w:t>
      </w:r>
      <w:r>
        <w:t>yeh masjid in ke liye aktha hui hai, baaz cheezain kar rahay hain, chalay gaye.</w:t>
      </w:r>
    </w:p>
    <w:p>
      <w:pPr>
        <w:jc w:val="right"/>
      </w:pPr>
      <w:r>
        <w:t>یہ مسجد ان کے لیے اکٹھا ہوئی ہے، بعض چیزیں کر رہے ہیں، چلے گئے۔</w:t>
      </w:r>
    </w:p>
    <w:p>
      <w:r>
        <w:rPr>
          <w:b/>
        </w:rPr>
        <w:t xml:space="preserve">[1:17:59] </w:t>
      </w:r>
      <w:r>
        <w:t>is ke baad aik misaal bhi deta hoon aap ko sahaba ki aur is ka farq samajhnay ke liye.</w:t>
      </w:r>
    </w:p>
    <w:p>
      <w:pPr>
        <w:jc w:val="right"/>
      </w:pPr>
      <w:r>
        <w:t>اس کے بعد ایک مثال بھی دیتا ہوں آپ کو صحابہ کی اور اس کا فرق سمجھنے کے لیے۔</w:t>
      </w:r>
    </w:p>
    <w:p>
      <w:r>
        <w:rPr>
          <w:b/>
        </w:rPr>
        <w:t xml:space="preserve">[1:18:05] </w:t>
      </w:r>
      <w:r>
        <w:t>sahaba ke baray mein aata hai ke jab woh atay thay namaz parhnay ke liye to</w:t>
      </w:r>
    </w:p>
    <w:p>
      <w:pPr>
        <w:jc w:val="right"/>
      </w:pPr>
      <w:r>
        <w:t>صحابہ کے بارے میں آتا ہے کہ جب وہ آتے تھے نماز پڑھنے کے لیے تو</w:t>
      </w:r>
    </w:p>
    <w:p>
      <w:r>
        <w:rPr>
          <w:b/>
        </w:rPr>
        <w:t xml:space="preserve">[1:18:11] </w:t>
      </w:r>
      <w:r>
        <w:t>namaz parh kar jab niklte thay, woh to aik aik Sahabi khamosh hota tha, chup chap masjid se nikla, bilkul chup chap ghar chala jata tha, woh baat nahi karta tha. woh aaj jab kisi bhi masjid mein aap jaiye, jab masjid musalman se niklte hain musalman to foran baat shuru ho jati hai. duniya ki baat hai, job ki baat, business ki baat, ghar ki baat, family ki baat. yani Sahaba jo namaz parhte thay to us waqt un ko Khuda yaad</w:t>
      </w:r>
    </w:p>
    <w:p>
      <w:pPr>
        <w:jc w:val="right"/>
      </w:pPr>
      <w:r>
        <w:t>نماز پڑھ کر جب نکلتے تھے، وہ تو ایک ایک صحابی خاموش ہوتا تھا، چپ چاپ مسجد سے نکلا، بالکل چپ چاپ گھر چلا جاتا تھا، وہ بات نہیں کرتا تھا۔ وہ آج جب کسی بھی مسجد میں آپ جائیے، جب مسجد مسلمان سے نکلتے ہیں مسلمان تو فوراً بات شروع ہو جاتی ہے۔ دنیا کی بات ہے، جاب کی بات، بزنس کی بات، گھر کی بات، فیملی کی بات۔ یعنی صحابہ جو نماز پڑھتے تھے تو اس وقت ان کو خدا یاد</w:t>
      </w:r>
    </w:p>
    <w:p>
      <w:r>
        <w:rPr>
          <w:b/>
        </w:rPr>
        <w:t xml:space="preserve">[1:18:41] </w:t>
      </w:r>
      <w:r>
        <w:t>aata tha, jannat o jahannum ka ehsas jagta tha aur woh un ki dimagh chha jata tha.</w:t>
      </w:r>
    </w:p>
    <w:p>
      <w:pPr>
        <w:jc w:val="right"/>
      </w:pPr>
      <w:r>
        <w:t>آتا تھا، جنت و جہنم کا احساس جاگتا تھا اور وہ ان کی دماغ چھا جاتا تھا۔</w:t>
      </w:r>
    </w:p>
    <w:p>
      <w:r>
        <w:rPr>
          <w:b/>
        </w:rPr>
        <w:t xml:space="preserve">[1:18:45] </w:t>
      </w:r>
      <w:r>
        <w:t>isi chhayay huay zehn ke tehat nikaltay thay bahar, isi ko soch rahay hain, yaani is Khuda ke</w:t>
      </w:r>
    </w:p>
    <w:p>
      <w:pPr>
        <w:jc w:val="right"/>
      </w:pPr>
      <w:r>
        <w:t>اسی چھائے ہوئے ذہن کے تحت نکلتے تھے باہر، اسی کو سوچ رہے ہیں، یعنی اس خدا کے</w:t>
      </w:r>
    </w:p>
    <w:p>
      <w:r>
        <w:rPr>
          <w:b/>
        </w:rPr>
        <w:t xml:space="preserve">[1:18:49] </w:t>
      </w:r>
      <w:r>
        <w:t>baray mein soch rahay hain, jannat ke baray mein soch rahay hain, jahannum ke baray mein soch rahay</w:t>
      </w:r>
    </w:p>
    <w:p>
      <w:pPr>
        <w:jc w:val="right"/>
      </w:pPr>
      <w:r>
        <w:t>بارے میں سوچ رہے ہیں، جنت کے بارے میں سوچ رہے ہیں، جہنم کے بارے میں سوچ رہے</w:t>
      </w:r>
    </w:p>
    <w:p>
      <w:r>
        <w:rPr>
          <w:b/>
        </w:rPr>
        <w:t xml:space="preserve">[1:18:54] </w:t>
      </w:r>
      <w:r>
        <w:t>hain, akhirat ke pakar ke baray mein soch rahay hain.</w:t>
      </w:r>
    </w:p>
    <w:p>
      <w:pPr>
        <w:jc w:val="right"/>
      </w:pPr>
      <w:r>
        <w:t>ہیں، آخرت کے پکڑ کے بارے میں سوچ رہے ہیں۔</w:t>
      </w:r>
    </w:p>
    <w:p>
      <w:r>
        <w:rPr>
          <w:b/>
        </w:rPr>
        <w:t xml:space="preserve">[1:18:58] </w:t>
      </w:r>
      <w:r>
        <w:t>is ehsas mein woh masjid se nikal ghar jatay thay.</w:t>
      </w:r>
    </w:p>
    <w:p>
      <w:pPr>
        <w:jc w:val="right"/>
      </w:pPr>
      <w:r>
        <w:t>اس احساس میں وہ مسجد سے نکل گھر جاتے تھے۔</w:t>
      </w:r>
    </w:p>
    <w:p>
      <w:r>
        <w:rPr>
          <w:b/>
        </w:rPr>
        <w:t xml:space="preserve">[1:19:02] </w:t>
      </w:r>
      <w:r>
        <w:t>وہ اب کیا ہے؟ انہوں نے بس ایک رسم ادا کر لی، بے سوچے سمجھے، ایک rituals کے طور پر۔</w:t>
      </w:r>
    </w:p>
    <w:p>
      <w:pPr>
        <w:jc w:val="right"/>
      </w:pPr>
      <w:r>
        <w:t>وہ اب کیا ہے؟ انہوں نے بس ایک رسم ادا کر لی، بے سوچے سمجھے، ایک ریچولز کے طور پر۔</w:t>
      </w:r>
    </w:p>
    <w:p>
      <w:r>
        <w:rPr>
          <w:b/>
        </w:rPr>
        <w:t xml:space="preserve">[1:19:07] </w:t>
      </w:r>
      <w:r>
        <w:t>to un ke</w:t>
      </w:r>
    </w:p>
    <w:p>
      <w:pPr>
        <w:jc w:val="right"/>
      </w:pPr>
      <w:r>
        <w:t>تو ان کے</w:t>
      </w:r>
    </w:p>
    <w:p>
      <w:r>
        <w:rPr>
          <w:b/>
        </w:rPr>
        <w:t xml:space="preserve">[1:19:11] </w:t>
      </w:r>
      <w:r>
        <w:t>un ke andar koi ehsas nahi jaaga, un ke andar koi shaoor nahi jaaga. to yeh yeh to yeh namaz ka hai, yeh to aik culture ka hissa hai, yeh bhi. to aaj ka musalman jo hai aik cultural Islam par hai, isi liye is ka un ke haan woh sab baatein nahi hain jo Sahaba ke haan hua karti theen. mein apna aik tajruba bataoon aap ko, bohat hi dardnak tajruba. jab mein Rampur mein tha to woh</w:t>
      </w:r>
    </w:p>
    <w:p>
      <w:pPr>
        <w:jc w:val="right"/>
      </w:pPr>
      <w:r>
        <w:t>ان کے اندر کوئی احساس نہیں جاگا، ان کے اندر کوئی شعور نہیں جاگا۔ تو یہ یہ تو یہ نماز کا ہے، یہ تو ایک کلچر کا حصہ ہے، یہ بھی۔ تو آج کا مسلمان جو ہے ایک کلچرل اسلام پر ہے، اسی لیے اس کا ان کے ہاں وہ سب باتیں نہیں ہیں جو صحابہ کے ہاں ہوا کرتی تھیں۔ میں اپنا ایک تجربہ بتاؤں آپ کو، بہت ہی دردناک تجربہ۔ جب میں رام پور میں تھا تو وہ</w:t>
      </w:r>
    </w:p>
    <w:p>
      <w:r>
        <w:rPr>
          <w:b/>
        </w:rPr>
        <w:t xml:space="preserve">[1:19:41] </w:t>
      </w:r>
      <w:r>
        <w:t>wahan par jahri namaz mein parhaya karta tha. aik masjid thi, us mein jahri namaz ke ma'ni hote hain, yani khaas tor par Isha aur Fajr ki namaz, jis mein buland awaz se Quran ki tilawat ki jati hai. to Isha ki namaz aur Fajr ki namaz mein parhaya karta tha. to aik sahib thay jo bohat pabandi se aate thay namaz parhne ke liye masjid mein. to kuch dinon ke baad unhon ne masjid chhod di, unhon ne ke mein is masjid mein nahi namaz</w:t>
      </w:r>
    </w:p>
    <w:p>
      <w:pPr>
        <w:jc w:val="right"/>
      </w:pPr>
      <w:r>
        <w:t>اں پر جہری نماز میں پڑھایا کرتا تھا۔ ایک مسجد تھی، اس میں جہری نماز کے معنی ہوتے ہیں، یعنی خاص طور پر عشاء اور فجر کی نماز، جس میں بلند آواز سے قرآن کی تلاوت کی جاتی ہے۔ تو عشاء کی نماز اور فجر کی نماز میں پڑھایا کرتا تھا۔ تو ایک صاحب تھے جو بہت پابندی سے آتے تھے نماز پڑھنے کے لیے مسجد میں۔ تو کچھ دنوں کے بعد انہوں نے مسجد چھوڑ دی، انہوں نے کہ میں اس مسجد میں نہیں نماز</w:t>
      </w:r>
    </w:p>
    <w:p>
      <w:r>
        <w:rPr>
          <w:b/>
        </w:rPr>
        <w:t xml:space="preserve">[1:20:11] </w:t>
      </w:r>
      <w:r>
        <w:t>parhoon ga.</w:t>
      </w:r>
    </w:p>
    <w:p>
      <w:pPr>
        <w:jc w:val="right"/>
      </w:pPr>
      <w:r>
        <w:t>پڑھوں گا۔</w:t>
      </w:r>
    </w:p>
    <w:p>
      <w:r>
        <w:rPr>
          <w:b/>
        </w:rPr>
        <w:t xml:space="preserve">[1:20:19] </w:t>
      </w:r>
      <w:r>
        <w:t>to poocha gaya to unhon ne kaha ke mein jab qirat karta tha, qirat to mujhe aansu nikal</w:t>
      </w:r>
    </w:p>
    <w:p>
      <w:pPr>
        <w:jc w:val="right"/>
      </w:pPr>
      <w:r>
        <w:t>تو پوچھا گیا تو انہوں نے کہا کہ میں جب قرأت کرتا تھا، قرأت تو مجھے آنسو نکل</w:t>
      </w:r>
    </w:p>
    <w:p>
      <w:r>
        <w:rPr>
          <w:b/>
        </w:rPr>
        <w:t xml:space="preserve">[1:20:27] </w:t>
      </w:r>
      <w:r>
        <w:t>partay thay Quran ki qirat kartay huay.</w:t>
      </w:r>
    </w:p>
    <w:p>
      <w:pPr>
        <w:jc w:val="right"/>
      </w:pPr>
      <w:r>
        <w:t>پڑتے تھے قرآن کی قرأت کرتے ہوئے۔</w:t>
      </w:r>
    </w:p>
    <w:p>
      <w:r>
        <w:rPr>
          <w:b/>
        </w:rPr>
        <w:t xml:space="preserve">[1:20:35] </w:t>
      </w:r>
      <w:r>
        <w:t>jaise mein qirat kiya mein ne ke "</w:t>
      </w:r>
    </w:p>
    <w:p>
      <w:pPr>
        <w:jc w:val="right"/>
      </w:pPr>
      <w:r>
        <w:t>جیسے میں قرأت کیا میں نے کہ "</w:t>
      </w:r>
    </w:p>
    <w:p>
      <w:r>
        <w:rPr>
          <w:b/>
        </w:rPr>
        <w:t xml:space="preserve">[1:20:43] </w:t>
      </w:r>
      <w:r>
        <w:t>ab".</w:t>
      </w:r>
    </w:p>
    <w:p>
      <w:pPr>
        <w:jc w:val="right"/>
      </w:pPr>
      <w:r>
        <w:t>اب"۔</w:t>
      </w:r>
    </w:p>
    <w:p>
      <w:r>
        <w:rPr>
          <w:b/>
        </w:rPr>
        <w:t xml:space="preserve">[1:20:47] </w:t>
      </w:r>
      <w:r>
        <w:t>is tarah ke parhta tha mein namaz mein to aansu nikal partay thay, dil tarap uthta tha.</w:t>
      </w:r>
    </w:p>
    <w:p>
      <w:pPr>
        <w:jc w:val="right"/>
      </w:pPr>
      <w:r>
        <w:t>اس طرح کے پڑھتا تھا میں نماز میں تو آنسو نکل پڑتے تھے، دل تڑپ اٹھتا تھا۔</w:t>
      </w:r>
    </w:p>
    <w:p>
      <w:r>
        <w:rPr>
          <w:b/>
        </w:rPr>
        <w:t xml:space="preserve">[1:20:52] </w:t>
      </w:r>
      <w:r>
        <w:t>to unhon ne kaha yeh kaun si namaz hai? Rone ki kya zaroorat hai namaz mein? Yaani yeh</w:t>
      </w:r>
    </w:p>
    <w:p>
      <w:pPr>
        <w:jc w:val="right"/>
      </w:pPr>
      <w:r>
        <w:t>تو انہوں نے کہا یہ کون سی نماز ہے؟ رونے کی کیا ضرورت ہے نماز میں؟ یعنی یہ</w:t>
      </w:r>
    </w:p>
    <w:p>
      <w:r>
        <w:rPr>
          <w:b/>
        </w:rPr>
        <w:t xml:space="preserve">[1:20:56] </w:t>
      </w:r>
      <w:r>
        <w:t>baat sacha waqia hai.</w:t>
      </w:r>
    </w:p>
    <w:p>
      <w:pPr>
        <w:jc w:val="right"/>
      </w:pPr>
      <w:r>
        <w:t>بات سچا واقعہ ہے۔</w:t>
      </w:r>
    </w:p>
    <w:p>
      <w:r>
        <w:rPr>
          <w:b/>
        </w:rPr>
        <w:t xml:space="preserve">[1:21:00] </w:t>
      </w:r>
      <w:r>
        <w:t>yeh to woh jantay nahi thay ke sahaba to namaz mein rotay hi thay.</w:t>
      </w:r>
    </w:p>
    <w:p>
      <w:pPr>
        <w:jc w:val="right"/>
      </w:pPr>
      <w:r>
        <w:t>یہ تو وہ جانتے نہیں تھے کہ صحابہ تو نماز میں روتے ہی تھے۔</w:t>
      </w:r>
    </w:p>
    <w:p>
      <w:r>
        <w:rPr>
          <w:b/>
        </w:rPr>
        <w:t xml:space="preserve">[1:21:05] </w:t>
      </w:r>
      <w:r>
        <w:t>sahaba ki namaz hoti thi, namaz mein rotay thay.</w:t>
      </w:r>
    </w:p>
    <w:p>
      <w:pPr>
        <w:jc w:val="right"/>
      </w:pPr>
      <w:r>
        <w:t>صحابہ کی نماز ہوتی تھی، نماز میں روتے تھے۔</w:t>
      </w:r>
    </w:p>
    <w:p>
      <w:r>
        <w:rPr>
          <w:b/>
        </w:rPr>
        <w:t xml:space="preserve">[1:21:09] </w:t>
      </w:r>
      <w:r>
        <w:t>woh kyun? jab aap Quran ko parhain ge, is mein is mein Khuda ki barhai, jannat ka charchaa</w:t>
      </w:r>
    </w:p>
    <w:p>
      <w:pPr>
        <w:jc w:val="right"/>
      </w:pPr>
      <w:r>
        <w:t>وہ کیوں؟ جب آپ قرآن کو پڑھیں گے، اس میں اس میں خدا کی بڑائی، جنت کا چرچہ</w:t>
      </w:r>
    </w:p>
    <w:p>
      <w:r>
        <w:rPr>
          <w:b/>
        </w:rPr>
        <w:t xml:space="preserve">[1:21:13] </w:t>
      </w:r>
      <w:r>
        <w:t>, jahannum ki aag, yeh sab parhain ge to kaise na roain ge aap? Aap ka dil kaise</w:t>
      </w:r>
    </w:p>
    <w:p>
      <w:pPr>
        <w:jc w:val="right"/>
      </w:pPr>
      <w:r>
        <w:t>، جہنم کی آگ، یہ سب پڑھیں گے تو کیسے نہ روئیں گے آپ؟ آپ کا دل کیسے</w:t>
      </w:r>
    </w:p>
    <w:p>
      <w:r>
        <w:rPr>
          <w:b/>
        </w:rPr>
        <w:t xml:space="preserve">[1:21:18] </w:t>
      </w:r>
      <w:r>
        <w:t>nahi tarpay ga? to unhon ne wahan namaz parhna chhor diya ke yeh kaun si namaz hai? Kyun?</w:t>
      </w:r>
    </w:p>
    <w:p>
      <w:pPr>
        <w:jc w:val="right"/>
      </w:pPr>
      <w:r>
        <w:t>نہیں تڑپے گا؟ تو انہوں نے وہاں نماز پڑھنا چھوڑ دیا کہ یہ کون سی نماز ہے؟ کیوں؟</w:t>
      </w:r>
    </w:p>
    <w:p>
      <w:r>
        <w:rPr>
          <w:b/>
        </w:rPr>
        <w:t xml:space="preserve">[1:21:22] </w:t>
      </w:r>
      <w:r>
        <w:t>woh samajhtay thay namaz ke mani rituals, aik rituals hai.</w:t>
      </w:r>
    </w:p>
    <w:p>
      <w:pPr>
        <w:jc w:val="right"/>
      </w:pPr>
      <w:r>
        <w:t>وہ سمجھتے تھے نماز کے معنی ریچولز، ایک ریچولز ہے۔</w:t>
      </w:r>
    </w:p>
    <w:p>
      <w:r>
        <w:rPr>
          <w:b/>
        </w:rPr>
        <w:t xml:space="preserve">[1:21:26] </w:t>
      </w:r>
      <w:r>
        <w:t>is ko ada kar lo bas.</w:t>
      </w:r>
    </w:p>
    <w:p>
      <w:pPr>
        <w:jc w:val="right"/>
      </w:pPr>
      <w:r>
        <w:t>اس کو ادا کر لو بس۔</w:t>
      </w:r>
    </w:p>
    <w:p>
      <w:r>
        <w:rPr>
          <w:b/>
        </w:rPr>
        <w:t xml:space="preserve">[1:21:30] </w:t>
      </w:r>
      <w:r>
        <w:t>yani spirit less namaz hoti hai logon ki, yeh saare musalmanon ki.</w:t>
      </w:r>
    </w:p>
    <w:p>
      <w:pPr>
        <w:jc w:val="right"/>
      </w:pPr>
      <w:r>
        <w:t>یعنی سپرٹ لیس نماز ہوتی ہے لوگوں کی، یہ سارے مسلمانوں کی۔</w:t>
      </w:r>
    </w:p>
    <w:p>
      <w:r>
        <w:rPr>
          <w:b/>
        </w:rPr>
        <w:t xml:space="preserve">[1:21:35] </w:t>
      </w:r>
      <w:r>
        <w:t>kisi masjid mein chale jaiye, aap ja ke dekh lijiye, un ki ek ek baat se pata chale</w:t>
      </w:r>
    </w:p>
    <w:p>
      <w:pPr>
        <w:jc w:val="right"/>
      </w:pPr>
      <w:r>
        <w:t>کسی مسجد میں چلے جائیے، آپ جا کے دیکھ لیجئے، ان کی ایک ایک بات سے پتہ چلے</w:t>
      </w:r>
    </w:p>
    <w:p>
      <w:r>
        <w:rPr>
          <w:b/>
        </w:rPr>
        <w:t xml:space="preserve">[1:21:39] </w:t>
      </w:r>
      <w:r>
        <w:t>ga ke namaz un ke liye ek re</w:t>
      </w:r>
    </w:p>
    <w:p>
      <w:pPr>
        <w:jc w:val="right"/>
      </w:pPr>
      <w:r>
        <w:t>گا کہ نماز ان کے لیے ایک ری</w:t>
      </w:r>
    </w:p>
    <w:p>
      <w:r>
        <w:rPr>
          <w:b/>
        </w:rPr>
        <w:t xml:space="preserve">[1:21:43] </w:t>
      </w:r>
      <w:r>
        <w:t>chuals hai, spirit less rituals, ek be rooh kuch rituals.</w:t>
      </w:r>
    </w:p>
    <w:p>
      <w:pPr>
        <w:jc w:val="right"/>
      </w:pPr>
      <w:r>
        <w:t>چولز ہے، سپرٹ لیس ریچولز، ایک بے روح کچھ ریچولز۔</w:t>
      </w:r>
    </w:p>
    <w:p>
      <w:r>
        <w:rPr>
          <w:b/>
        </w:rPr>
        <w:t xml:space="preserve">[1:21:48] </w:t>
      </w:r>
      <w:r>
        <w:t>to in in ke andar kahan se woh sab baatein aayengi? to baharhal mein is mein mujhe</w:t>
      </w:r>
    </w:p>
    <w:p>
      <w:pPr>
        <w:jc w:val="right"/>
      </w:pPr>
      <w:r>
        <w:t>تو ان ان کے اندر کہاں سے وہ سب باتیں آئیں گی؟ تو بہرحال میں اس میں مجھے</w:t>
      </w:r>
    </w:p>
    <w:p>
      <w:r>
        <w:rPr>
          <w:b/>
        </w:rPr>
        <w:t xml:space="preserve">[1:21:53] </w:t>
      </w:r>
      <w:r>
        <w:t>zara bhi shakk nahi ke aaj jo Islam hai logon ke andar, woh Islam nahi hai, woh Islam</w:t>
      </w:r>
    </w:p>
    <w:p>
      <w:pPr>
        <w:jc w:val="right"/>
      </w:pPr>
      <w:r>
        <w:t>ذرا بھی شک نہیں کہ آج جو اسلام ہے لوگوں کے اندر، وہ اسلام نہیں ہے، وہ اسلام</w:t>
      </w:r>
    </w:p>
    <w:p>
      <w:r>
        <w:rPr>
          <w:b/>
        </w:rPr>
        <w:t xml:space="preserve">[1:21:58] </w:t>
      </w:r>
      <w:r>
        <w:t>ke naam par ek culture hai.</w:t>
      </w:r>
    </w:p>
    <w:p>
      <w:pPr>
        <w:jc w:val="right"/>
      </w:pPr>
      <w:r>
        <w:t>کے نام پر ایک کلچر ہے۔</w:t>
      </w:r>
    </w:p>
    <w:p>
      <w:r>
        <w:rPr>
          <w:b/>
        </w:rPr>
        <w:t xml:space="preserve">[1:22:03] </w:t>
      </w:r>
      <w:r>
        <w:t>culture yahan se le kar America tak yahi haal hai, har mulk mein yahi haal hai ke Islam</w:t>
      </w:r>
    </w:p>
    <w:p>
      <w:pPr>
        <w:jc w:val="right"/>
      </w:pPr>
      <w:r>
        <w:t>کلچر یہاں سے لے کر امریکہ تک یہی حال ہے، ہر ملک میں یہی حال ہے کہ اسلام</w:t>
      </w:r>
    </w:p>
    <w:p>
      <w:r>
        <w:rPr>
          <w:b/>
        </w:rPr>
        <w:t xml:space="preserve">[1:22:08] </w:t>
      </w:r>
      <w:r>
        <w:t>ke naam par ek culture hai, jis tarah doosri qaumon mein culture hai, hinduo mein hindu mazhab nahi hai, cultch</w:t>
      </w:r>
    </w:p>
    <w:p>
      <w:pPr>
        <w:jc w:val="right"/>
      </w:pPr>
      <w:r>
        <w:t>کے نام پر ایک کلچر ہے، جس طرح دوسری قوموں میں کلچر ہے، ہندوؤں میں ہندو مذہب نہیں ہے، کلچ</w:t>
      </w:r>
    </w:p>
    <w:p>
      <w:r>
        <w:rPr>
          <w:b/>
        </w:rPr>
        <w:t xml:space="preserve">[1:22:13] </w:t>
      </w:r>
      <w:r>
        <w:t>ral mazhab hai, sikho mein sikhism nahi hai, ek ek ek ek culture hai jis par woh chal rahe hain.</w:t>
      </w:r>
    </w:p>
    <w:p>
      <w:pPr>
        <w:jc w:val="right"/>
      </w:pPr>
      <w:r>
        <w:t>رل مذہب ہے، سکھوں میں سکھزم نہیں ہے، ایک ایک ایک ایک کلچر ہے جس پر وہ چل رہے ہیں۔</w:t>
      </w:r>
    </w:p>
    <w:p>
      <w:r>
        <w:rPr>
          <w:b/>
        </w:rPr>
        <w:t xml:space="preserve">[1:22:19] </w:t>
      </w:r>
      <w:r>
        <w:t>woh log sab ke haan is liye hai, mazhab ka spirit kahin bhi nahi hai, ek culture hai</w:t>
      </w:r>
    </w:p>
    <w:p>
      <w:pPr>
        <w:jc w:val="right"/>
      </w:pPr>
      <w:r>
        <w:t>وہ لوگ سب کے ہاں اس لیے ہے، مذہب کا اسپرٹ کہیں بھی نہیں ہے، ایک کلچر ہے</w:t>
      </w:r>
    </w:p>
    <w:p>
      <w:r>
        <w:rPr>
          <w:b/>
        </w:rPr>
        <w:t xml:space="preserve">[1:22:24] </w:t>
      </w:r>
      <w:r>
        <w:t>jis par woh chale ja rahe hain.</w:t>
      </w:r>
    </w:p>
    <w:p>
      <w:pPr>
        <w:jc w:val="right"/>
      </w:pPr>
      <w:r>
        <w:t>جس پر وہ چلے جا رہے ہیں۔</w:t>
      </w:r>
    </w:p>
    <w:p>
      <w:r>
        <w:rPr>
          <w:b/>
        </w:rPr>
        <w:t xml:space="preserve">[1:22:29] </w:t>
      </w:r>
      <w:r>
        <w:t>woh wohi musalmanon ka haal ho gaya hai.</w:t>
      </w:r>
    </w:p>
    <w:p>
      <w:pPr>
        <w:jc w:val="right"/>
      </w:pPr>
      <w:r>
        <w:t>وہ وہی مسلمانوں کا حال ہو گیا ہے۔</w:t>
      </w:r>
    </w:p>
    <w:p>
      <w:r>
        <w:rPr>
          <w:b/>
        </w:rPr>
        <w:t xml:space="preserve">[1:22:34] </w:t>
      </w:r>
      <w:r>
        <w:t>woh to cultural Islam mein woh baatein kahan se aayengi jo sahaba karam mein hua karti thi?</w:t>
      </w:r>
    </w:p>
    <w:p>
      <w:pPr>
        <w:jc w:val="right"/>
      </w:pPr>
      <w:r>
        <w:t>وہ تو کلچرل اسلام میں وہ باتیں کہاں سے آئیں گی جو صحابہ کرام میں ہوا کرتی تھیں؟</w:t>
      </w:r>
    </w:p>
    <w:p>
      <w:r>
        <w:rPr>
          <w:b/>
        </w:rPr>
        <w:t xml:space="preserve">[1:22:39] </w:t>
      </w:r>
      <w:r>
        <w:t>das question is from miss aisha from delhi.</w:t>
      </w:r>
    </w:p>
    <w:p>
      <w:pPr>
        <w:jc w:val="right"/>
      </w:pPr>
      <w:r>
        <w:t>دس کوئسچن از فرام مس عائشہ فرام دہلی۔</w:t>
      </w:r>
    </w:p>
    <w:p>
      <w:r>
        <w:rPr>
          <w:b/>
        </w:rPr>
        <w:t xml:space="preserve">[1:22:44] </w:t>
      </w:r>
      <w:r>
        <w:t>maulana, what do the words "ashhad huba lilah" mean? Kindly emphasize on "ashhad". walzain aamanu ashadd ashhad nahi hai, ha nahi hai is mein. walzain aamanu ashadd huba lilah yeh hai. walzain aamanu ashadd huba lilah yani yeh momin ki definition di gayi hai keh momin kon hota hai. is ka translation hai is words</w:t>
      </w:r>
    </w:p>
    <w:p>
      <w:pPr>
        <w:jc w:val="right"/>
      </w:pPr>
      <w:r>
        <w:t>مولانا، واٹ ڈز دا ورڈز "اشھد حبا للہ" مین؟ کائنڈلی ایمفسائز ان "اشھد"۔ والذین آمنوا اشد اشھد نہیں ہے، ہ نہیں ہے اس میں۔ والذین آمنوا اشد حبا للہ یہ ہے۔ والذین آمنوا اشد حبا للہ یعنی یہ مومن کی ڈیفینیشن دی گئی ہے کہ مومن کون ہوتا ہے۔ اس کا ٹرانسلیشن ہے اس ورڈز</w:t>
      </w:r>
    </w:p>
    <w:p>
      <w:r>
        <w:rPr>
          <w:b/>
        </w:rPr>
        <w:t xml:space="preserve">[1:23:14] </w:t>
      </w:r>
      <w:r>
        <w:t>ka aur jo hain believer, woh sab se zyada mohabbat karte hain Allah se aur jo hain iman</w:t>
      </w:r>
    </w:p>
    <w:p>
      <w:pPr>
        <w:jc w:val="right"/>
      </w:pPr>
      <w:r>
        <w:t>کا اور جو ہیں بیلیور، وہ سب سے زیادہ محبت کرتے ہیں اللہ سے اور جو ہیں ایمان</w:t>
      </w:r>
    </w:p>
    <w:p>
      <w:r>
        <w:rPr>
          <w:b/>
        </w:rPr>
        <w:t xml:space="preserve">[1:23:20] </w:t>
      </w:r>
      <w:r>
        <w:t>lane wale, woh sab se zyada mohabbat karte hain Allah se.</w:t>
      </w:r>
    </w:p>
    <w:p>
      <w:pPr>
        <w:jc w:val="right"/>
      </w:pPr>
      <w:r>
        <w:t>لانے والے، وہ سب سے زیادہ محبت کرتے ہیں اللہ سے۔</w:t>
      </w:r>
    </w:p>
    <w:p>
      <w:r>
        <w:rPr>
          <w:b/>
        </w:rPr>
        <w:t xml:space="preserve">[1:23:26] </w:t>
      </w:r>
      <w:r>
        <w:t>to yeh is ka translation hai.</w:t>
      </w:r>
    </w:p>
    <w:p>
      <w:pPr>
        <w:jc w:val="right"/>
      </w:pPr>
      <w:r>
        <w:t>تو یہ اس کا ٹرانسلیشن ہے۔</w:t>
      </w:r>
    </w:p>
    <w:p>
      <w:r>
        <w:rPr>
          <w:b/>
        </w:rPr>
        <w:t xml:space="preserve">[1:23:32] </w:t>
      </w:r>
      <w:r>
        <w:t>is ka matlab kya hua? jo log Allah ko discover karte hain ke woh itne bare universe ka</w:t>
      </w:r>
    </w:p>
    <w:p>
      <w:pPr>
        <w:jc w:val="right"/>
      </w:pPr>
      <w:r>
        <w:t>اس کا مطلب کیا ہوا؟ جو لوگ اللہ کو ڈسکور کرتے ہیں کہ وہ اتنے بڑے یونیورس کا</w:t>
      </w:r>
    </w:p>
    <w:p>
      <w:r>
        <w:rPr>
          <w:b/>
        </w:rPr>
        <w:t xml:space="preserve">[1:23:38] </w:t>
      </w:r>
      <w:r>
        <w:t>creator hai, uska sustainer hai, jo life sp</w:t>
      </w:r>
    </w:p>
    <w:p>
      <w:pPr>
        <w:jc w:val="right"/>
      </w:pPr>
      <w:r>
        <w:t>کریٹر ہے، اس کا سسٹینر ہے، جو لائف سپ</w:t>
      </w:r>
    </w:p>
    <w:p>
      <w:r>
        <w:rPr>
          <w:b/>
        </w:rPr>
        <w:t xml:space="preserve">[1:23:45] </w:t>
      </w:r>
      <w:r>
        <w:t>vart sistam humein mila hua hai, is ko denay wala hai, woh woh samundaron ko aur paharon ko paida karnay wala hai. yeh is hasiyat se jab diskavr karte hain Khuda ko to kaisay muhabbat nahi aay gi? mujhe bataiyay, kaisay nahi aay gi? main to apnay haan dekhya, aap ko maloom hai keh hum nay apnay si pi es ti mein lagaya hai, yeh yeh chalaya hai, mizaj Khuda fazl unhon nay pakar liya hai keh pani ko aap piyen to aap samjhen keh yeh to supr blaising hai</w:t>
      </w:r>
    </w:p>
    <w:p>
      <w:pPr>
        <w:jc w:val="right"/>
      </w:pPr>
      <w:r>
        <w:t>ورٹ سسٹم ہمیں ملا ہوا ہے، اس کو دینے والا ہے، وہ وہ سمندروں کو اور پہاڑوں کو پیدا کرنے والا ہے۔ یہ اس حیثیت سے جب ڈسکور کرتے ہیں خدا کو تو کیسے محبت نہیں آئے گی؟ مجھے بتائیے، کیسے نہیں آئے گی؟ میں تو اپنے ہاں دیکھیا، آپ کو معلوم ہے کہ ہم نے اپنے سی پی ایس ٹی میں لگایا ہے، یہ یہ چلایا ہے، مزاج خدا فضل انہوں نے پکڑ لیا ہے کہ پانی کو آپ پیئیں تو آپ سمجھیں کہ یہ تو سپر بلیسنگ ہے</w:t>
      </w:r>
    </w:p>
    <w:p>
      <w:r>
        <w:rPr>
          <w:b/>
        </w:rPr>
        <w:t xml:space="preserve">[1:24:15] </w:t>
      </w:r>
      <w:r>
        <w:t>aur ek ek drop bhi aap zaya na karein is ka.</w:t>
      </w:r>
    </w:p>
    <w:p>
      <w:pPr>
        <w:jc w:val="right"/>
      </w:pPr>
      <w:r>
        <w:t>اور ایک ایک ڈراپ بھی آپ ضائع نہ کریں اس کا۔</w:t>
      </w:r>
    </w:p>
    <w:p>
      <w:r>
        <w:rPr>
          <w:b/>
        </w:rPr>
        <w:t xml:space="preserve">[1:24:21] </w:t>
      </w:r>
      <w:r>
        <w:t>aur Khuda ke fazl se aap cps mein yeh baat aa chuki hai ke hamare paas</w:t>
      </w:r>
    </w:p>
    <w:p>
      <w:pPr>
        <w:jc w:val="right"/>
      </w:pPr>
      <w:r>
        <w:t>اور خدا کے فضل سے آپ سی پی ایس میں یہ بات آ چکی ہے کہ ہمارے پاس</w:t>
      </w:r>
    </w:p>
    <w:p>
      <w:r>
        <w:rPr>
          <w:b/>
        </w:rPr>
        <w:t xml:space="preserve">[1:24:27] </w:t>
      </w:r>
      <w:r>
        <w:t>log aate the, pani adha piya, adha chhod diya.</w:t>
      </w:r>
    </w:p>
    <w:p>
      <w:pPr>
        <w:jc w:val="right"/>
      </w:pPr>
      <w:r>
        <w:t>لوگ آتے تھے، پانی ادھا پیا، ادھا چھوڑ دیا۔</w:t>
      </w:r>
    </w:p>
    <w:p>
      <w:r>
        <w:rPr>
          <w:b/>
        </w:rPr>
        <w:t xml:space="preserve">[1:24:33] </w:t>
      </w:r>
      <w:r>
        <w:t>main ne kaha aap pani ko aap kya samajhte hain? pani ke baghair to zindagi nahi, more than</w:t>
      </w:r>
    </w:p>
    <w:p>
      <w:pPr>
        <w:jc w:val="right"/>
      </w:pPr>
      <w:r>
        <w:t>میں نے کہا آپ پانی کو آپ کیا سمجھتے ہیں؟ پانی کے بغیر تو زندگی نہیں، مور دین</w:t>
      </w:r>
    </w:p>
    <w:p>
      <w:r>
        <w:rPr>
          <w:b/>
        </w:rPr>
        <w:t xml:space="preserve">[1:24:39] </w:t>
      </w:r>
      <w:r>
        <w:t>80 percent aap ki body ka pani hai, pani hi se sab kuch hai, pani ke baghair zindagi nahi. abdul rahim khan</w:t>
      </w:r>
    </w:p>
    <w:p>
      <w:pPr>
        <w:jc w:val="right"/>
      </w:pPr>
      <w:r>
        <w:t>80 پرسنٹ آپ کی باڈی کا پانی ہے، پانی ہی سے سب کچھ ہے، پانی کے بغیر زندگی نہیں۔ عبدالرحیم خان</w:t>
      </w:r>
    </w:p>
    <w:p>
      <w:r>
        <w:rPr>
          <w:b/>
        </w:rPr>
        <w:t xml:space="preserve">[1:24:45] </w:t>
      </w:r>
      <w:r>
        <w:t>khana ne kaha tha ke "rehman rehman pani rakhiyo bil pani sab son".</w:t>
      </w:r>
    </w:p>
    <w:p>
      <w:pPr>
        <w:jc w:val="right"/>
      </w:pPr>
      <w:r>
        <w:t>خانہ نے کہا تھا کہ "رحمن رحمن پانی راکھیو بل پانی سب سون"۔</w:t>
      </w:r>
    </w:p>
    <w:p>
      <w:r>
        <w:rPr>
          <w:b/>
        </w:rPr>
        <w:t xml:space="preserve">[1:24:51] </w:t>
      </w:r>
      <w:r>
        <w:t>bohat hi intelligent aadmi tha abdulrahim khan khana to us ne kaha ke "rehman pani rakhiyo bil pani sab son".</w:t>
      </w:r>
    </w:p>
    <w:p>
      <w:pPr>
        <w:jc w:val="right"/>
      </w:pPr>
      <w:r>
        <w:t>بہت ہی انٹیلیجنٹ آدمی تھا عبدالرحیم خان خانہ تو اس نے کہا کہ "رحمن پانی راکھیو بل پانی سب سون"۔</w:t>
      </w:r>
    </w:p>
    <w:p>
      <w:r>
        <w:rPr>
          <w:b/>
        </w:rPr>
        <w:t xml:space="preserve">[1:24:57] </w:t>
      </w:r>
      <w:r>
        <w:t>bilkul bilkul sahi baat hai.</w:t>
      </w:r>
    </w:p>
    <w:p>
      <w:pPr>
        <w:jc w:val="right"/>
      </w:pPr>
      <w:r>
        <w:t>بالکل بالکل صحیح بات ہے۔</w:t>
      </w:r>
    </w:p>
    <w:p>
      <w:r>
        <w:rPr>
          <w:b/>
        </w:rPr>
        <w:t xml:space="preserve">[1:25:03] </w:t>
      </w:r>
      <w:r>
        <w:t>to jab khuda ko is hesiyat se discover karen ge aap to "ashhadu hubban lillah" to aani hi</w:t>
      </w:r>
    </w:p>
    <w:p>
      <w:pPr>
        <w:jc w:val="right"/>
      </w:pPr>
      <w:r>
        <w:t>تو جب خدا کو اس حیثیت سے ڈسکور کریں گے آپ تو "اشھد حبا للہ" تو آنی ہی</w:t>
      </w:r>
    </w:p>
    <w:p>
      <w:r>
        <w:rPr>
          <w:b/>
        </w:rPr>
        <w:t xml:space="preserve">[1:25:09] </w:t>
      </w:r>
      <w:r>
        <w:t>aana hai, is ki sab</w:t>
      </w:r>
    </w:p>
    <w:p>
      <w:pPr>
        <w:jc w:val="right"/>
      </w:pPr>
      <w:r>
        <w:t>آنا ہے، اس کی سب</w:t>
      </w:r>
    </w:p>
    <w:p>
      <w:r>
        <w:rPr>
          <w:b/>
        </w:rPr>
        <w:t xml:space="preserve">[1:25:15] </w:t>
      </w:r>
      <w:r>
        <w:t>se zyada mohabbat aap khuda hi se karen ge.</w:t>
      </w:r>
    </w:p>
    <w:p>
      <w:pPr>
        <w:jc w:val="right"/>
      </w:pPr>
      <w:r>
        <w:t>سے زیادہ محبت آپ خدا ہی سے کریں گے۔</w:t>
      </w:r>
    </w:p>
    <w:p>
      <w:r>
        <w:rPr>
          <w:b/>
        </w:rPr>
        <w:t xml:space="preserve">[1:25:19] </w:t>
      </w:r>
      <w:r>
        <w:t>aap ehtram itna bara tasawwur aap ke mind mein aaye ga, khuda ka aa jaye ga ke aap</w:t>
      </w:r>
    </w:p>
    <w:p>
      <w:pPr>
        <w:jc w:val="right"/>
      </w:pPr>
      <w:r>
        <w:t>آپ احترام اتنا بڑا تصور آپ کے مائنڈ میں آئے گا، خدا کا آ جائے گا کہ آپ</w:t>
      </w:r>
    </w:p>
    <w:p>
      <w:r>
        <w:rPr>
          <w:b/>
        </w:rPr>
        <w:t xml:space="preserve">[1:25:23] </w:t>
      </w:r>
      <w:r>
        <w:t>bilkul aap surrender karen ge, is ki mohabbat hi mein jeene lagen ge, wahi aap ka supreme concern</w:t>
      </w:r>
    </w:p>
    <w:p>
      <w:pPr>
        <w:jc w:val="right"/>
      </w:pPr>
      <w:r>
        <w:t>بالکل آپ سرینڈر کریں گے، اس کی محبت ہی میں جینے لگیں گے، وہی آپ کا سپریم کنسرن</w:t>
      </w:r>
    </w:p>
    <w:p>
      <w:r>
        <w:rPr>
          <w:b/>
        </w:rPr>
        <w:t xml:space="preserve">[1:25:28] </w:t>
      </w:r>
      <w:r>
        <w:t>ban jaye ga, sab kuch ban jaye ga.</w:t>
      </w:r>
    </w:p>
    <w:p>
      <w:pPr>
        <w:jc w:val="right"/>
      </w:pPr>
      <w:r>
        <w:t>بن جائے گا، سب کچھ بن جائے گا۔</w:t>
      </w:r>
    </w:p>
    <w:p>
      <w:r>
        <w:rPr>
          <w:b/>
        </w:rPr>
        <w:t xml:space="preserve">[1:25:32] </w:t>
      </w:r>
      <w:r>
        <w:t>wo to wo ayat hai "allazina amanu ashadd hubban lillah" aur jo hain eman lane wale, wo sab</w:t>
      </w:r>
    </w:p>
    <w:p>
      <w:pPr>
        <w:jc w:val="right"/>
      </w:pPr>
      <w:r>
        <w:t>وہ تو وہ آیت ہے "الذین آمنوا اشد حبا للہ" اور جو ہیں ایمان لانے والے، وہ سب</w:t>
      </w:r>
    </w:p>
    <w:p>
      <w:r>
        <w:rPr>
          <w:b/>
        </w:rPr>
        <w:t xml:space="preserve">[1:25:37] </w:t>
      </w:r>
      <w:r>
        <w:t>se zyada mohabbat karte hain Allah se.</w:t>
      </w:r>
    </w:p>
    <w:p>
      <w:pPr>
        <w:jc w:val="right"/>
      </w:pPr>
      <w:r>
        <w:t>سے زیادہ محبت کرتے ہیں اللہ سے۔</w:t>
      </w:r>
    </w:p>
    <w:p>
      <w:r>
        <w:rPr>
          <w:b/>
        </w:rPr>
        <w:t xml:space="preserve">[1:25:41] </w:t>
      </w:r>
      <w:r>
        <w:t>ye result hota hai</w:t>
      </w:r>
    </w:p>
    <w:p>
      <w:pPr>
        <w:jc w:val="right"/>
      </w:pPr>
      <w:r>
        <w:t>یہ رزلٹ ہوتا ہے</w:t>
      </w:r>
    </w:p>
    <w:p>
      <w:r>
        <w:rPr>
          <w:b/>
        </w:rPr>
        <w:t xml:space="preserve">[1:25:45] </w:t>
      </w:r>
      <w:r>
        <w:t>is baat ka keh aap nay Khuda ko discovery ke taur par jana, mahaz aik rasmi lip service ke taur par nahi jana. The question is from Mr. O.P. Sikha from Delhi. Maulana Sahib, who is the fully realized soul? I have profoundly benefited by your highly enlightened talk on oneness of God, quoting from supersti</w:t>
      </w:r>
    </w:p>
    <w:p>
      <w:pPr>
        <w:jc w:val="right"/>
      </w:pPr>
      <w:r>
        <w:t>اس بات کا کہ آپ نے خدا کو ڈسکوری کے طور پر جانا، محض ایک رسمی لپ سروس کے طور پر نہیں جانا۔ دس کوئسچن از فرام مسٹر او پی سکہ فرام دہلی۔ مولانا صاحب، ہو از دا فلی ریلائزڈ سول؟ آئی ہیو پروفاؤنڈلی بینیفٹڈ بائے یور ہائیلی انلائٹن ٹاک ان وننس اف گاڈ، کورنگ فرام سپر اسٹی</w:t>
      </w:r>
    </w:p>
    <w:p>
      <w:r>
        <w:rPr>
          <w:b/>
        </w:rPr>
        <w:t xml:space="preserve">[1:26:15] </w:t>
      </w:r>
      <w:r>
        <w:t>an era, then philosophy, and now latest scientific research including consciousness.</w:t>
      </w:r>
    </w:p>
    <w:p>
      <w:pPr>
        <w:jc w:val="right"/>
      </w:pPr>
      <w:r>
        <w:t>شن ایرا، دین فلاسفی، اینڈ ناؤ لیٹسٹ سائنٹیفک ریسرچ انکلوڈنگ کانشیسنس۔</w:t>
      </w:r>
    </w:p>
    <w:p>
      <w:r>
        <w:rPr>
          <w:b/>
        </w:rPr>
        <w:t xml:space="preserve">[1:26:22] </w:t>
      </w:r>
      <w:r>
        <w:t>It has become clear that God is personal, and so to know Him, one has to know oneself.</w:t>
      </w:r>
    </w:p>
    <w:p>
      <w:pPr>
        <w:jc w:val="right"/>
      </w:pPr>
      <w:r>
        <w:t>اٹ ہیز بیکم کلیئر دیٹ گاڈ از پرسنل، اینڈ سو ٹو نو ہم، ون ہیز ٹو نو ون سیلف۔</w:t>
      </w:r>
    </w:p>
    <w:p>
      <w:r>
        <w:rPr>
          <w:b/>
        </w:rPr>
        <w:t xml:space="preserve">[1:26:28] </w:t>
      </w:r>
      <w:r>
        <w:t>I bow down for all this knowledge imparted to us.</w:t>
      </w:r>
    </w:p>
    <w:p>
      <w:pPr>
        <w:jc w:val="right"/>
      </w:pPr>
      <w:r>
        <w:t>آئی بور ڈاؤن فار ال دس نالج امپارٹڈ ٹو اس۔</w:t>
      </w:r>
    </w:p>
    <w:p>
      <w:r>
        <w:rPr>
          <w:b/>
        </w:rPr>
        <w:t xml:space="preserve">[1:26:35] </w:t>
      </w:r>
      <w:r>
        <w:t>My query is that you realized him on your own level.</w:t>
      </w:r>
    </w:p>
    <w:p>
      <w:pPr>
        <w:jc w:val="right"/>
      </w:pPr>
      <w:r>
        <w:t>مائی کوئری از دیٹ یو ریلائزڈ ہم ان یور اون لیول۔</w:t>
      </w:r>
    </w:p>
    <w:p>
      <w:r>
        <w:rPr>
          <w:b/>
        </w:rPr>
        <w:t xml:space="preserve">[1:26:42] </w:t>
      </w:r>
      <w:r>
        <w:t>kya aap doosron ki madad kar sakte hain usay mehsoos karne mein?</w:t>
      </w:r>
    </w:p>
    <w:p>
      <w:pPr>
        <w:jc w:val="right"/>
      </w:pPr>
      <w:r>
        <w:t>کین یو ہیلپ ادرز ٹو ریلائز ہم؟</w:t>
      </w:r>
    </w:p>
    <w:p>
      <w:r>
        <w:rPr>
          <w:b/>
        </w:rPr>
        <w:t xml:space="preserve">[1:26:48] </w:t>
      </w:r>
      <w:r>
        <w:t>dekhen, main ye keh sakta hoon ke main ne khuda ko realize kiya hai.</w:t>
      </w:r>
    </w:p>
    <w:p>
      <w:pPr>
        <w:jc w:val="right"/>
      </w:pPr>
      <w:r>
        <w:t>دیکھیں، میں یہ کہہ سکتا ہوں کہ میں نے خدا کو ریلائز کیا ہے۔</w:t>
      </w:r>
    </w:p>
    <w:p>
      <w:r>
        <w:rPr>
          <w:b/>
        </w:rPr>
        <w:t xml:space="preserve">[1:26:56] </w:t>
      </w:r>
      <w:r>
        <w:t>mere sath aap aik din aur aik raat rahen to aap us ko manen ge ke main khuda</w:t>
      </w:r>
    </w:p>
    <w:p>
      <w:pPr>
        <w:jc w:val="right"/>
      </w:pPr>
      <w:r>
        <w:t>میرے ساتھ آپ ایک دن اور ایک رات رہیں تو آپ اس کو مانیں گے کہ میں خدا</w:t>
      </w:r>
    </w:p>
    <w:p>
      <w:r>
        <w:rPr>
          <w:b/>
        </w:rPr>
        <w:t xml:space="preserve">[1:27:03] </w:t>
      </w:r>
      <w:r>
        <w:t>mein jeeta hoon, mere liye sab kuch khuda hai.</w:t>
      </w:r>
    </w:p>
    <w:p>
      <w:pPr>
        <w:jc w:val="right"/>
      </w:pPr>
      <w:r>
        <w:t>میں جیتا ہوں، میرے لیے سب کچھ خدا ہے۔</w:t>
      </w:r>
    </w:p>
    <w:p>
      <w:r>
        <w:rPr>
          <w:b/>
        </w:rPr>
        <w:t xml:space="preserve">[1:27:11] </w:t>
      </w:r>
      <w:r>
        <w:t>ye pani ka aik qatra bhi, aik aik boond bhi, agar main agar main</w:t>
      </w:r>
    </w:p>
    <w:p>
      <w:pPr>
        <w:jc w:val="right"/>
      </w:pPr>
      <w:r>
        <w:t>یہ پانی کا ایک قطرہ بھی، ایک ایک بوند بھی، اگر میں اگر میں</w:t>
      </w:r>
    </w:p>
    <w:p>
      <w:r>
        <w:rPr>
          <w:b/>
        </w:rPr>
        <w:t xml:space="preserve">[1:27:18] </w:t>
      </w:r>
      <w:r>
        <w:t>us ko zaya karoon to us ko afford nahi kar sakta.</w:t>
      </w:r>
    </w:p>
    <w:p>
      <w:pPr>
        <w:jc w:val="right"/>
      </w:pPr>
      <w:r>
        <w:t>اس کو ضائع کروں تو اس کو افورڈ نہیں کر سکتا۔</w:t>
      </w:r>
    </w:p>
    <w:p>
      <w:r>
        <w:rPr>
          <w:b/>
        </w:rPr>
        <w:t xml:space="preserve">[1:27:25] </w:t>
      </w:r>
      <w:r>
        <w:t>main pani ke aik boond ko bhi itni bari blessing samajhta hoon khuda ki ke main afford nahi</w:t>
      </w:r>
    </w:p>
    <w:p>
      <w:pPr>
        <w:jc w:val="right"/>
      </w:pPr>
      <w:r>
        <w:t>میں پانی کے ایک بوند کو بھی اتنی بڑی بلیسنگ سمجھتا ہوں خدا کی کہ میں افورڈ نہیں</w:t>
      </w:r>
    </w:p>
    <w:p>
      <w:r>
        <w:rPr>
          <w:b/>
        </w:rPr>
        <w:t xml:space="preserve">[1:27:31] </w:t>
      </w:r>
      <w:r>
        <w:t>kar sakta ke us ko main aise hi gira doon.</w:t>
      </w:r>
    </w:p>
    <w:p>
      <w:pPr>
        <w:jc w:val="right"/>
      </w:pPr>
      <w:r>
        <w:t>کر سکتا کہ اس کو میں ایسے ہی گرا دوں۔</w:t>
      </w:r>
    </w:p>
    <w:p>
      <w:r>
        <w:rPr>
          <w:b/>
        </w:rPr>
        <w:t xml:space="preserve">[1:27:37] </w:t>
      </w:r>
      <w:r>
        <w:t>baqi doosra aaj pe jo aap question ka hai to main ye kahoon ga ke main koi exceptional</w:t>
      </w:r>
    </w:p>
    <w:p>
      <w:pPr>
        <w:jc w:val="right"/>
      </w:pPr>
      <w:r>
        <w:t>باقی دوسرا آج پہ جو آپ کوئسچن کا ہے تو میں یہ کہوں گا کہ میں کوئی ایکسیپشنل</w:t>
      </w:r>
    </w:p>
    <w:p>
      <w:r>
        <w:rPr>
          <w:b/>
        </w:rPr>
        <w:t xml:space="preserve">[1:27:44] </w:t>
      </w:r>
      <w:r>
        <w:t>creation nahi hoon,</w:t>
      </w:r>
    </w:p>
    <w:p>
      <w:pPr>
        <w:jc w:val="right"/>
      </w:pPr>
      <w:r>
        <w:t>کریشن نہیں ہوں،</w:t>
      </w:r>
    </w:p>
    <w:p>
      <w:r>
        <w:rPr>
          <w:b/>
        </w:rPr>
        <w:t xml:space="preserve">[1:27:50] </w:t>
      </w:r>
      <w:r>
        <w:t>har insan meray jaisa insan hai, har insan isi tarah Khuda ko realize kar sakta hai jis tarah se main nay kiya. shart kya hai? apnay ko main nay aksar kaha kaha hai keh apnay ko distraction se bachana, true seeker hona, true seeker hona. jaisay main nay bataya aap ko keh main adam garh se chala gaya, wahan rast kumari bara lamba rasta tha, train ke zri</w:t>
      </w:r>
    </w:p>
    <w:p>
      <w:pPr>
        <w:jc w:val="right"/>
      </w:pPr>
      <w:r>
        <w:t>ہر انسان میرے جیسا انسان ہے، ہر انسان اسی طرح خدا کو ریلائز کر سکتا ہے جس طرح سے میں نے کیا۔ شرط کیا ہے؟ اپنے کو میں نے اکثر کہا کہا ہے کہ اپنے کو ڈسٹریکشن سے بچانا، ٹرو اسپیکر ہونا، ٹرو اسپیکر ہونا۔ جیسے میں نے بتایا آپ کو کہ میں آدم گڑھ سے چلا گیا، وہاں راست کماری بڑا لمبا راستہ تھا، ٹرین کے ذری</w:t>
      </w:r>
    </w:p>
    <w:p>
      <w:r>
        <w:rPr>
          <w:b/>
        </w:rPr>
        <w:t xml:space="preserve">[1:28:20] </w:t>
      </w:r>
      <w:r>
        <w:t>ay se gaya tha, train se tab jahaz bhi nahi hotay thay. ab wahan woh akaila baitha hua, bilkul akaila, jab tak yaad hai woh bandar keh samundar ke kinare desert tha, wahan par rait, main baitha hua hoon akaila, samundar ko dekh raha hoon, is desert ko dekh raha hoon, aasman ko dekh raha hoon. to yeh yeh jo hai meray andar spirit thi sachi, yani ta</w:t>
      </w:r>
    </w:p>
    <w:p>
      <w:pPr>
        <w:jc w:val="right"/>
      </w:pPr>
      <w:r>
        <w:t>عے سے گیا تھا، ٹرین سے تب جہاز بھی نہیں ہوتے تھے۔ اب وہاں وہ اکیلا بیٹھا ہوا، بالکل اکیلا، جب تک یاد ہے وہ بندر کہ سمندر کے کنارے ڈیزرٹ تھا، وہاں پر ریت، میں بیٹھا ہوا ہوں اکیلا، سمندر کو دیکھ رہا ہوں، اس چراٹ کو دیکھ رہا ہوں، آسمان کو دیکھ رہا ہوں۔ تو یہ یہ جو ہے میرے اندر اسپرٹ تھی سچی، یعنی ت</w:t>
      </w:r>
    </w:p>
    <w:p>
      <w:r>
        <w:rPr>
          <w:b/>
        </w:rPr>
        <w:t xml:space="preserve">[1:28:50] </w:t>
      </w:r>
      <w:r>
        <w:t>lash ki. to aadmi true speaker banay aur apnay ko distraction se bachay to har aadmi meri tarah se realize kar sakta hai Khuda ka. do hi yeh to point of all hai keh true true seeker baniyay aur distraction se apnay aap ko bachaiyay, sachay mutalashi baniyay aur distraction se apnay aap ko bachaiyay. is ke baad har aadmi Khuda nay paida hi kiya insan</w:t>
      </w:r>
    </w:p>
    <w:p>
      <w:pPr>
        <w:jc w:val="right"/>
      </w:pPr>
      <w:r>
        <w:t>لاش کی۔ تو آدمی ٹرو اسپیکر بنے اور اپنے کو ڈسٹریکشن سے بچائے تو ہر آدمی میری طرح سے ریلائز کر سکتا ہے خدا کا۔ دو ہی یہ ٹو پوائنٹ فارمولا ہے کہ ٹرو ٹرو سیکھر بنیے اور ڈسٹریکشن سے اپنے آپ کو بچائیے، سچے متلاشی بنیے اور ڈسٹریکشن سے اپنے آپ کو بچائیے۔ اس کے بعد ہر آدمی خدا نے پیدا ہی کیا انسان</w:t>
      </w:r>
    </w:p>
    <w:p>
      <w:r>
        <w:rPr>
          <w:b/>
        </w:rPr>
        <w:t xml:space="preserve">[1:29:20] </w:t>
      </w:r>
      <w:r>
        <w:t>ko, jaisa ke main ne hadith parhi aur quran mein bhi wahi baat hai ke khuda ne paida</w:t>
      </w:r>
    </w:p>
    <w:p>
      <w:pPr>
        <w:jc w:val="right"/>
      </w:pPr>
      <w:r>
        <w:t>کو، جیسا کہ میں نے حدیث پڑھی اور قرآن میں بھی وہی بات ہے کہ خدا نے پیدا</w:t>
      </w:r>
    </w:p>
    <w:p>
      <w:r>
        <w:rPr>
          <w:b/>
        </w:rPr>
        <w:t xml:space="preserve">[1:29:26] </w:t>
      </w:r>
      <w:r>
        <w:t>hi kiya insaan ko is liye ke wo is ki marifat hasil kare.</w:t>
      </w:r>
    </w:p>
    <w:p>
      <w:pPr>
        <w:jc w:val="right"/>
      </w:pPr>
      <w:r>
        <w:t>ہی کیا انسان کو اس لیے کہ وہ اس کی معرفت حاصل کرے۔</w:t>
      </w:r>
    </w:p>
    <w:p>
      <w:r>
        <w:rPr>
          <w:b/>
        </w:rPr>
        <w:t xml:space="preserve">[1:29:32] </w:t>
      </w:r>
      <w:r>
        <w:t>to sara jo hamara, hamari jo tashkeel hai, hamara jo hasti hai, hamari wo bani hi isi tarike</w:t>
      </w:r>
    </w:p>
    <w:p>
      <w:pPr>
        <w:jc w:val="right"/>
      </w:pPr>
      <w:r>
        <w:t>تو سارا جو ہمارا، ہماری جو تشکیل ہے، ہمارا جو ہستی ہے، ہماری وہ بنی ہی اسی طریقے</w:t>
      </w:r>
    </w:p>
    <w:p>
      <w:r>
        <w:rPr>
          <w:b/>
        </w:rPr>
        <w:t xml:space="preserve">[1:29:38] </w:t>
      </w:r>
      <w:r>
        <w:t>se hai, woh isi tarah bani hi hai, isi tarike se ke rag rag mein hamare Khuda ka</w:t>
      </w:r>
    </w:p>
    <w:p>
      <w:pPr>
        <w:jc w:val="right"/>
      </w:pPr>
      <w:r>
        <w:t>سے ہے، وہ اسی طرح بنی ہی ہے، اسی طریقے سے کہ رگ رگ میں ہمارے خدا کا</w:t>
      </w:r>
    </w:p>
    <w:p>
      <w:r>
        <w:rPr>
          <w:b/>
        </w:rPr>
        <w:t xml:space="preserve">[1:29:44] </w:t>
      </w:r>
      <w:r>
        <w:t>ehsas inter o</w:t>
      </w:r>
    </w:p>
    <w:p>
      <w:pPr>
        <w:jc w:val="right"/>
      </w:pPr>
      <w:r>
        <w:t>احساس انٹر و</w:t>
      </w:r>
    </w:p>
    <w:p>
      <w:r>
        <w:rPr>
          <w:b/>
        </w:rPr>
        <w:t xml:space="preserve">[1:29:50] </w:t>
      </w:r>
      <w:r>
        <w:t>waman hai.</w:t>
      </w:r>
    </w:p>
    <w:p>
      <w:pPr>
        <w:jc w:val="right"/>
      </w:pPr>
      <w:r>
        <w:t>ومن ہے۔</w:t>
      </w:r>
    </w:p>
    <w:p>
      <w:r>
        <w:rPr>
          <w:b/>
        </w:rPr>
        <w:t xml:space="preserve">[1:29:54] </w:t>
      </w:r>
      <w:r>
        <w:t>to yeh to banai hai insan isi tarike, isi tarah ke Khuda ko realize kare, woh yeh yeh maqsad hai.</w:t>
      </w:r>
    </w:p>
    <w:p>
      <w:pPr>
        <w:jc w:val="right"/>
      </w:pPr>
      <w:r>
        <w:t>تو یہ تو بنائی ہے انسان اسی طریقے، اسی طرح کے خدا کو ریلائز کرے، وہ یہ یہ مقصد ہے۔</w:t>
      </w:r>
    </w:p>
    <w:p>
      <w:r>
        <w:rPr>
          <w:b/>
        </w:rPr>
        <w:t xml:space="preserve">[1:29:59] </w:t>
      </w:r>
      <w:r>
        <w:t>wama khalaqtul jinna wal insa illa li ya'budun.</w:t>
      </w:r>
    </w:p>
    <w:p>
      <w:pPr>
        <w:jc w:val="right"/>
      </w:pPr>
      <w:r>
        <w:t>وما خلقت الجن والانس الا لیعبدون۔</w:t>
      </w:r>
    </w:p>
    <w:p>
      <w:r>
        <w:rPr>
          <w:b/>
        </w:rPr>
        <w:t xml:space="preserve">[1:30:03] </w:t>
      </w:r>
      <w:r>
        <w:t>yeh maine paida kiya insan ko sirf is liye ke woh meri ma'rifat hasil karein.</w:t>
      </w:r>
    </w:p>
    <w:p>
      <w:pPr>
        <w:jc w:val="right"/>
      </w:pPr>
      <w:r>
        <w:t>یہ میں نے پیدا کیا انسان کو صرف اس لیے کہ وہ میری معرفت حاصل کریں۔</w:t>
      </w:r>
    </w:p>
    <w:p>
      <w:r>
        <w:rPr>
          <w:b/>
        </w:rPr>
        <w:t xml:space="preserve">[1:30:07] </w:t>
      </w:r>
      <w:r>
        <w:t>to ma'rifat to isi waqt bhar di Allah taala ne, isi ko unfold karna hai.</w:t>
      </w:r>
    </w:p>
    <w:p>
      <w:pPr>
        <w:jc w:val="right"/>
      </w:pPr>
      <w:r>
        <w:t>تو معرفت تو اسی وقت بھر دی اللہ تعالی نے، اسی کو ان فولڈ کرنا ہے۔</w:t>
      </w:r>
    </w:p>
    <w:p>
      <w:r>
        <w:rPr>
          <w:b/>
        </w:rPr>
        <w:t xml:space="preserve">[1:30:12] </w:t>
      </w:r>
      <w:r>
        <w:t>تو realization جو ہے، وہ unfold کرنا ہے بس اور کچھ بھی نہیں۔</w:t>
      </w:r>
    </w:p>
    <w:p>
      <w:pPr>
        <w:jc w:val="right"/>
      </w:pPr>
      <w:r>
        <w:t>تو ریلائزیشن جو ہے، وہ ان فولڈ کرنا ہے بس اور کچھ بھی نہیں۔</w:t>
      </w:r>
    </w:p>
    <w:p>
      <w:r>
        <w:rPr>
          <w:b/>
        </w:rPr>
        <w:t xml:space="preserve">[1:30:16] </w:t>
      </w:r>
      <w:r>
        <w:t>Newton ka yeh nazariya tha, woh</w:t>
      </w:r>
    </w:p>
    <w:p>
      <w:pPr>
        <w:jc w:val="right"/>
      </w:pPr>
      <w:r>
        <w:t>نیوٹن کا یہ نظریہ تھا، وہ</w:t>
      </w:r>
    </w:p>
    <w:p>
      <w:r>
        <w:rPr>
          <w:b/>
        </w:rPr>
        <w:t xml:space="preserve">[1:30:20] </w:t>
      </w:r>
      <w:r>
        <w:t>sahih tha ke is is duniya mein hum na to ek atom badha sakte hain, na ek atom</w:t>
      </w:r>
    </w:p>
    <w:p>
      <w:pPr>
        <w:jc w:val="right"/>
      </w:pPr>
      <w:r>
        <w:t>صحیح تھا کہ اس اس دنیا میں ہم نہ تو ایک ایٹم بڑھا سکتے ہیں، نہ ایک ایٹم</w:t>
      </w:r>
    </w:p>
    <w:p>
      <w:r>
        <w:rPr>
          <w:b/>
        </w:rPr>
        <w:t xml:space="preserve">[1:30:24] </w:t>
      </w:r>
      <w:r>
        <w:t>ghata sakte hain.</w:t>
      </w:r>
    </w:p>
    <w:p>
      <w:pPr>
        <w:jc w:val="right"/>
      </w:pPr>
      <w:r>
        <w:t>گھٹا سکتے ہیں۔</w:t>
      </w:r>
    </w:p>
    <w:p>
      <w:r>
        <w:rPr>
          <w:b/>
        </w:rPr>
        <w:t xml:space="preserve">[1:30:29] </w:t>
      </w:r>
      <w:r>
        <w:t>wohi hamare apne bare mein bhi hai ke hum aisa nahi ke hum acquire kar sakte hain kahin</w:t>
      </w:r>
    </w:p>
    <w:p>
      <w:pPr>
        <w:jc w:val="right"/>
      </w:pPr>
      <w:r>
        <w:t>وہی ہمارے اپنے بارے میں بھی ہے کہ ہم ایسا نہیں کہ ہم اکوائر کر سکتے ہیں کہیں</w:t>
      </w:r>
    </w:p>
    <w:p>
      <w:r>
        <w:rPr>
          <w:b/>
        </w:rPr>
        <w:t xml:space="preserve">[1:30:33] </w:t>
      </w:r>
      <w:r>
        <w:t>se ma'rifat ko.</w:t>
      </w:r>
    </w:p>
    <w:p>
      <w:pPr>
        <w:jc w:val="right"/>
      </w:pPr>
      <w:r>
        <w:t>سے معرفت کو۔</w:t>
      </w:r>
    </w:p>
    <w:p>
      <w:r>
        <w:rPr>
          <w:b/>
        </w:rPr>
        <w:t xml:space="preserve">[1:30:37] </w:t>
      </w:r>
      <w:r>
        <w:t>ma'rifat mani realization, woh to hamare andar hai maujood, is ko sirf unfold karna hai.</w:t>
      </w:r>
    </w:p>
    <w:p>
      <w:pPr>
        <w:jc w:val="right"/>
      </w:pPr>
      <w:r>
        <w:t>معرفت معنی ریلائزیشن، وہ تو ہمارے اندر ہے موجود، اس کو صرف ان فولڈ کرنا ہے۔</w:t>
      </w:r>
    </w:p>
    <w:p>
      <w:r>
        <w:rPr>
          <w:b/>
        </w:rPr>
        <w:t xml:space="preserve">[1:30:42] </w:t>
      </w:r>
      <w:r>
        <w:t>lekin unfold karne ke liye yeh do cheezein chahiye ke hum sache seeker hon aur apne aap</w:t>
      </w:r>
    </w:p>
    <w:p>
      <w:pPr>
        <w:jc w:val="right"/>
      </w:pPr>
      <w:r>
        <w:t>لیکن ان فولڈ کرنے کے لیے یہ دو چیزیں چاہیے کہ ہم سچے سیکھر ہوں اور اپنے آپ</w:t>
      </w:r>
    </w:p>
    <w:p>
      <w:r>
        <w:rPr>
          <w:b/>
        </w:rPr>
        <w:t xml:space="preserve">[1:30:46] </w:t>
      </w:r>
      <w:r>
        <w:t>ko distraction se bachayein.</w:t>
      </w:r>
    </w:p>
    <w:p>
      <w:pPr>
        <w:jc w:val="right"/>
      </w:pPr>
      <w:r>
        <w:t>کو ڈسٹریکشن سے بچائیں۔</w:t>
      </w:r>
    </w:p>
    <w:p>
      <w:r>
        <w:rPr>
          <w:b/>
        </w:rPr>
        <w:t xml:space="preserve">[1:30:51] </w:t>
      </w:r>
      <w:r>
        <w:t>bas is ke baad har aadmi realize, yani realization aur aur discovery ke darje pahunch sakta hai.</w:t>
      </w:r>
    </w:p>
    <w:p>
      <w:pPr>
        <w:jc w:val="right"/>
      </w:pPr>
      <w:r>
        <w:t>بس اس کے بعد ہر آدمی ریلائز، یعنی ریلائزیشن اور اور ڈسکوری کے درجے پہنچ سکتا ہے۔</w:t>
      </w:r>
    </w:p>
    <w:p>
      <w:r>
        <w:rPr>
          <w:b/>
        </w:rPr>
        <w:t xml:space="preserve">[1:30:58] </w:t>
      </w:r>
      <w:r>
        <w:t>This question is from Dr. Farida Khanum from Delhi.</w:t>
      </w:r>
    </w:p>
    <w:p>
      <w:pPr>
        <w:jc w:val="right"/>
      </w:pPr>
      <w:r>
        <w:t>دس کوئسچن از فرام ڈاکٹر فریدہ خانم فرام دہلی۔</w:t>
      </w:r>
    </w:p>
    <w:p>
      <w:r>
        <w:rPr>
          <w:b/>
        </w:rPr>
        <w:t xml:space="preserve">[1:31:06] </w:t>
      </w:r>
      <w:r>
        <w:t>To my way of thinking, today's lecture was the best lecture ever delivered by Maulana.</w:t>
      </w:r>
    </w:p>
    <w:p>
      <w:pPr>
        <w:jc w:val="right"/>
      </w:pPr>
      <w:r>
        <w:t>ٹو مائی وے اف تھنکنگ، ٹوڈے لیکچر واز دا بیسٹ لیکچر ایور ڈیلیورڈ بائے مولانا۔</w:t>
      </w:r>
    </w:p>
    <w:p>
      <w:r>
        <w:rPr>
          <w:b/>
        </w:rPr>
        <w:t xml:space="preserve">[1:31:14] </w:t>
      </w:r>
      <w:r>
        <w:t>aur faith and conviction in God has greatly increased.</w:t>
      </w:r>
    </w:p>
    <w:p>
      <w:pPr>
        <w:jc w:val="right"/>
      </w:pPr>
      <w:r>
        <w:t>اور فیتھ اینڈ کنوکشن ان گاڈ ہیز گریٹلی انکریز۔</w:t>
      </w:r>
    </w:p>
    <w:p>
      <w:r>
        <w:rPr>
          <w:b/>
        </w:rPr>
        <w:t xml:space="preserve">[1:31:21] </w:t>
      </w:r>
      <w:r>
        <w:t>My question is, do we need to adopt an uncompromising attitude to discover God, or should we just</w:t>
      </w:r>
    </w:p>
    <w:p>
      <w:pPr>
        <w:jc w:val="right"/>
      </w:pPr>
      <w:r>
        <w:t>مائی کوئسچن از، ڈو وی نیڈ ٹو اڈاپٹ ان کمپرومائزنگ ایٹیٹیوڈ ٹو ڈسکور گاڈ، اور شوڈ وی جسٹ</w:t>
      </w:r>
    </w:p>
    <w:p>
      <w:r>
        <w:rPr>
          <w:b/>
        </w:rPr>
        <w:t xml:space="preserve">[1:31:31] </w:t>
      </w:r>
      <w:r>
        <w:t>Trust someone and follow that person who has discovered God by having adopted uncompromising attitude? Kindly comment.</w:t>
      </w:r>
    </w:p>
    <w:p>
      <w:pPr>
        <w:jc w:val="right"/>
      </w:pPr>
      <w:r>
        <w:t>ٹرسٹ سم ون اینڈ فالو دیٹ پرسن ہو ہیز ڈسکورڈ گاڈ بائے ہیونگ اڈاپٹڈ ان کمپرومائزنگ ایٹیٹیوڈ؟ کائنڈلی کمنٹ۔</w:t>
      </w:r>
    </w:p>
    <w:p>
      <w:r>
        <w:rPr>
          <w:b/>
        </w:rPr>
        <w:t xml:space="preserve">[1:31:41] </w:t>
      </w:r>
      <w:r>
        <w:t>dekhein, do mein yeh kahunga ke do</w:t>
      </w:r>
    </w:p>
    <w:p>
      <w:pPr>
        <w:jc w:val="right"/>
      </w:pPr>
      <w:r>
        <w:t>دیکھیں، دو میں یہ کہوں گا کہ دو</w:t>
      </w:r>
    </w:p>
    <w:p>
      <w:r>
        <w:rPr>
          <w:b/>
        </w:rPr>
        <w:t xml:space="preserve">[1:31:52] </w:t>
      </w:r>
      <w:r>
        <w:t>do darje hain.</w:t>
      </w:r>
    </w:p>
    <w:p>
      <w:pPr>
        <w:jc w:val="right"/>
      </w:pPr>
      <w:r>
        <w:t>دو درجے ہیں۔</w:t>
      </w:r>
    </w:p>
    <w:p>
      <w:r>
        <w:rPr>
          <w:b/>
        </w:rPr>
        <w:t xml:space="preserve">[1:31:57] </w:t>
      </w:r>
      <w:r>
        <w:t>jaise ek mission ke bare mein hum kaha karte hain ke one man one mission, one man to</w:t>
      </w:r>
    </w:p>
    <w:p>
      <w:pPr>
        <w:jc w:val="right"/>
      </w:pPr>
      <w:r>
        <w:t>جیسے ایک مشن کے بارے میں ہم کہا کرتے ہیں کہ ون مین ون مشن، ون مین ٹو</w:t>
      </w:r>
    </w:p>
    <w:p>
      <w:r>
        <w:rPr>
          <w:b/>
        </w:rPr>
        <w:t xml:space="preserve">[1:32:02] </w:t>
      </w:r>
      <w:r>
        <w:t>mission ke ek aadmi agar sab kuch isi mein laga de apne aap ko, woh one man one</w:t>
      </w:r>
    </w:p>
    <w:p>
      <w:pPr>
        <w:jc w:val="right"/>
      </w:pPr>
      <w:r>
        <w:t>مشن کہ ایک آدمی اگر سب کچھ اسی میں لگا دے اپنے آپ کو، وہ ون مین ون</w:t>
      </w:r>
    </w:p>
    <w:p>
      <w:r>
        <w:rPr>
          <w:b/>
        </w:rPr>
        <w:t xml:space="preserve">[1:32:07] </w:t>
      </w:r>
      <w:r>
        <w:t>mission hota hai.</w:t>
      </w:r>
    </w:p>
    <w:p>
      <w:pPr>
        <w:jc w:val="right"/>
      </w:pPr>
      <w:r>
        <w:t>مشن ہوتا ہے۔</w:t>
      </w:r>
    </w:p>
    <w:p>
      <w:r>
        <w:rPr>
          <w:b/>
        </w:rPr>
        <w:t xml:space="preserve">[1:32:13] </w:t>
      </w:r>
      <w:r>
        <w:t>aadha khane kamane mein lagaye, aadha is mein lagaye to woh one man to mission hota hai.</w:t>
      </w:r>
    </w:p>
    <w:p>
      <w:pPr>
        <w:jc w:val="right"/>
      </w:pPr>
      <w:r>
        <w:t>ادھا کھانے کمانے میں لگائے، ادھا اس میں لگائے تو وہ ون مین ٹو مشن ہوتا ہے۔</w:t>
      </w:r>
    </w:p>
    <w:p>
      <w:r>
        <w:rPr>
          <w:b/>
        </w:rPr>
        <w:t xml:space="preserve">[1:32:18] </w:t>
      </w:r>
      <w:r>
        <w:t>apne tajrube se mein yeh baat kahunga ke</w:t>
      </w:r>
    </w:p>
    <w:p>
      <w:pPr>
        <w:jc w:val="right"/>
      </w:pPr>
      <w:r>
        <w:t>اپنے تجربے سے میں یہ بات کہوں گا کہ</w:t>
      </w:r>
    </w:p>
    <w:p>
      <w:r>
        <w:rPr>
          <w:b/>
        </w:rPr>
        <w:t xml:space="preserve">[1:32:23] </w:t>
      </w:r>
      <w:r>
        <w:t>sab kuch denay wala Khuda hai. humein sirf kya banna hai? talib banna hai. jaisay keh main bohat pehlay ki baat hai, shayad 45 sal pehlay ki baat keh is waqt main nay yeh faisla kiya keh mujhe is mission mein one man mission ke taur par dakhil hona hai, sab kuch apnay kuch mein laga dena hai. to aik raat thi</w:t>
      </w:r>
    </w:p>
    <w:p>
      <w:pPr>
        <w:jc w:val="right"/>
      </w:pPr>
      <w:r>
        <w:t>سب کچھ دینے والا خدا ہے۔ ہمیں صرف کیا بننا ہے؟ طالب بننا ہے۔ جیسے کہ میں بہت پہلے کی بات ہے، شاید 45 سال پہلے کی بات کہ اس وقت میں نے یہ فیصلہ کیا کہ مجھے اس مشن میں ون مین ون مشن کے طور پر داخل ہونا ہے، سب کچھ اپنے کچھ میں لگا دینا ہے۔ تو ایک رات تھی</w:t>
      </w:r>
    </w:p>
    <w:p>
      <w:r>
        <w:rPr>
          <w:b/>
        </w:rPr>
        <w:t xml:space="preserve">[1:32:53] </w:t>
      </w:r>
      <w:r>
        <w:t>jab ke mujhe jis woh hui, aik jis ko in ko in ko in ko in ko in ko in ko info kehte hain, woh hua. main sochta tha ke kya hoga? hamari biwi ki saheli theen raziya, woh kaha karti theen apni hamari biwi se ke tumhare aadmi jo hain kuch karte nahin, to kaise tumhara kaam chalega? tum logon ka, tum log kaise dunya mein zinda raho ge? kya kaise tumhara kaam chalega? to aik raat thi, us raat mein aik us lambi</w:t>
      </w:r>
    </w:p>
    <w:p>
      <w:pPr>
        <w:jc w:val="right"/>
      </w:pPr>
      <w:r>
        <w:t>جب کہ مجھے جس وہ ہوئی، ایک جس کو ان کو ان کو ان کو ان کو ان کو ان کو انفو کہتے ہیں، وہ ہوا۔ میں سوچتا تھا کہ کیا ہوگا؟ ہماری بیوی کی سہیلی تھیں رضیہ، وہ کہا کرتی تھیں اپنی ہماری بیوی سے کہ تمہارے آدمی جو ہیں کچھ کرتے نہیں، تو کیسے تمہارا کام چلے گا؟ تم لوگوں کا، تم لوگ کیسے دنیا میں زندہ رہو گے؟ کیا کیسے تمہارا کام چلے گا؟ تو ایک رات تھی، اس رات میں ایک اس لمبی</w:t>
      </w:r>
    </w:p>
    <w:p>
      <w:r>
        <w:rPr>
          <w:b/>
        </w:rPr>
        <w:t xml:space="preserve">[1:33:23] </w:t>
      </w:r>
      <w:r>
        <w:t>kahani hai.</w:t>
      </w:r>
    </w:p>
    <w:p>
      <w:pPr>
        <w:jc w:val="right"/>
      </w:pPr>
      <w:r>
        <w:t>کہانی ہے۔</w:t>
      </w:r>
    </w:p>
    <w:p>
      <w:r>
        <w:rPr>
          <w:b/>
        </w:rPr>
        <w:t xml:space="preserve">[1:33:31] </w:t>
      </w:r>
      <w:r>
        <w:t>achanak mere samne ek hadith aayi, ek hadith aayi, woh hadith yeh thi: "man ja'ala al-humuma al-wahida</w:t>
      </w:r>
    </w:p>
    <w:p>
      <w:pPr>
        <w:jc w:val="right"/>
      </w:pPr>
      <w:r>
        <w:t>اچانک میرے سامنے ایک حدیث آئی، ایک حدیث آئی، وہ حدیث یہ تھی: "من جعل الهموم محمد واحدا</w:t>
      </w:r>
    </w:p>
    <w:p>
      <w:r>
        <w:rPr>
          <w:b/>
        </w:rPr>
        <w:t xml:space="preserve">[1:33:38] </w:t>
      </w:r>
      <w:r>
        <w:t>hum aakhiratuh kafahullah anhum bid dunya wa man tashabuh bil humoomullah be halq".</w:t>
      </w:r>
    </w:p>
    <w:p>
      <w:pPr>
        <w:jc w:val="right"/>
      </w:pPr>
      <w:r>
        <w:t>ہم آخرتہ کفاہ اللہ عنہم بالدنیا ومن تشابہ بالهموم اللہ بے حلق"۔</w:t>
      </w:r>
    </w:p>
    <w:p>
      <w:r>
        <w:rPr>
          <w:b/>
        </w:rPr>
        <w:t xml:space="preserve">[1:33:46] </w:t>
      </w:r>
      <w:r>
        <w:t>is mein yeh hai ke jis ne ab, jis ne Allah ko apna supreme concern bana liya,</w:t>
      </w:r>
    </w:p>
    <w:p>
      <w:pPr>
        <w:jc w:val="right"/>
      </w:pPr>
      <w:r>
        <w:t>اس میں یہ ہے کہ جس نے اب، جس نے اللہ کو اپنا سپریم کنسرن بنا لیا،</w:t>
      </w:r>
    </w:p>
    <w:p>
      <w:r>
        <w:rPr>
          <w:b/>
        </w:rPr>
        <w:t xml:space="preserve">[1:33:53] </w:t>
      </w:r>
      <w:r>
        <w:t>to Allah is ke liye kafi ho jayega.</w:t>
      </w:r>
    </w:p>
    <w:p>
      <w:pPr>
        <w:jc w:val="right"/>
      </w:pPr>
      <w:r>
        <w:t>تو اللہ اس کے لیے کافی ہو جائے گا۔</w:t>
      </w:r>
    </w:p>
    <w:p>
      <w:r>
        <w:rPr>
          <w:b/>
        </w:rPr>
        <w:t xml:space="preserve">[1:33:58] </w:t>
      </w:r>
      <w:r>
        <w:t>yeh sab kuch soch Khuda ke liye, sara fikr Khuda ke liye, sara dard Khuda ke liye, apni</w:t>
      </w:r>
    </w:p>
    <w:p>
      <w:pPr>
        <w:jc w:val="right"/>
      </w:pPr>
      <w:r>
        <w:t>یہ سب کچھ سوچ خدا کے لیے، سارا فکر خدا کے لیے، سارا درد خدا کے لیے، اپنی</w:t>
      </w:r>
    </w:p>
    <w:p>
      <w:r>
        <w:rPr>
          <w:b/>
        </w:rPr>
        <w:t xml:space="preserve">[1:34:03] </w:t>
      </w:r>
      <w:r>
        <w:t>chahat sari Khuda ke liye.</w:t>
      </w:r>
    </w:p>
    <w:p>
      <w:pPr>
        <w:jc w:val="right"/>
      </w:pPr>
      <w:r>
        <w:t>چاہت ساری خدا کے لیے۔</w:t>
      </w:r>
    </w:p>
    <w:p>
      <w:r>
        <w:rPr>
          <w:b/>
        </w:rPr>
        <w:t xml:space="preserve">[1:34:08] </w:t>
      </w:r>
      <w:r>
        <w:t>to jis ne apne aap ko sab kuch, Khuda hi ko apna sab kuch bana liya, to Khuda</w:t>
      </w:r>
    </w:p>
    <w:p>
      <w:pPr>
        <w:jc w:val="right"/>
      </w:pPr>
      <w:r>
        <w:t>تو جس نے اپنے آپ کو سب کچھ، خدا ہی کو اپنا سب کچھ بنا لیا، تو خدا</w:t>
      </w:r>
    </w:p>
    <w:p>
      <w:r>
        <w:rPr>
          <w:b/>
        </w:rPr>
        <w:t xml:space="preserve">[1:34:13] </w:t>
      </w:r>
      <w:r>
        <w:t>is ki tamam cheezon ke liye kafi ho jayega.</w:t>
      </w:r>
    </w:p>
    <w:p>
      <w:pPr>
        <w:jc w:val="right"/>
      </w:pPr>
      <w:r>
        <w:t>اس کی تمام چیزوں کے لیے کافی ہو جائے گا۔</w:t>
      </w:r>
    </w:p>
    <w:p>
      <w:r>
        <w:rPr>
          <w:b/>
        </w:rPr>
        <w:t xml:space="preserve">[1:34:19] </w:t>
      </w:r>
      <w:r>
        <w:t>bas is hadees ko maine yaqeen kar liya, is ko maine chand shabd nahi samjha,</w:t>
      </w:r>
    </w:p>
    <w:p>
      <w:pPr>
        <w:jc w:val="right"/>
      </w:pPr>
      <w:r>
        <w:t>بس اس حدیث کو میں نے یقین کر لیا، اس کو میں نے چند शब्द نہیں سمجھا،</w:t>
      </w:r>
    </w:p>
    <w:p>
      <w:r>
        <w:rPr>
          <w:b/>
        </w:rPr>
        <w:t xml:space="preserve">[1:34:24] </w:t>
      </w:r>
      <w:r>
        <w:t>Khuda ka assurance samjha.</w:t>
      </w:r>
    </w:p>
    <w:p>
      <w:pPr>
        <w:jc w:val="right"/>
      </w:pPr>
      <w:r>
        <w:t>خدا کا اشورنس سمجھا۔</w:t>
      </w:r>
    </w:p>
    <w:p>
      <w:r>
        <w:rPr>
          <w:b/>
        </w:rPr>
        <w:t xml:space="preserve">[1:34:31] </w:t>
      </w:r>
      <w:r>
        <w:t>assurance yeh mera khayal hai se 45 saal pehle ki baat hai ya shayad 50 saal pehle ki baat hai.</w:t>
      </w:r>
    </w:p>
    <w:p>
      <w:pPr>
        <w:jc w:val="right"/>
      </w:pPr>
      <w:r>
        <w:t>اشورنس یہ میرا خیال ہے سے 45 سال پہلے کی بات ہے یا شاید 50 سال پہلے کی بات ہو۔</w:t>
      </w:r>
    </w:p>
    <w:p>
      <w:r>
        <w:rPr>
          <w:b/>
        </w:rPr>
        <w:t xml:space="preserve">[1:34:39] </w:t>
      </w:r>
      <w:r>
        <w:t>bas is par maine apni zindagi ko daal diya, ek dum daal diya, bilkul.</w:t>
      </w:r>
    </w:p>
    <w:p>
      <w:pPr>
        <w:jc w:val="right"/>
      </w:pPr>
      <w:r>
        <w:t>بس اس پر میں نے اپنی زندگی کو ڈال دیا، ایک دم ڈال دیا، بالکل۔</w:t>
      </w:r>
    </w:p>
    <w:p>
      <w:r>
        <w:rPr>
          <w:b/>
        </w:rPr>
        <w:t xml:space="preserve">[1:34:46] </w:t>
      </w:r>
      <w:r>
        <w:t>jo farsi ka sher hai ke "woh sipurd sipurd badu maaya khish ra</w:t>
      </w:r>
    </w:p>
    <w:p>
      <w:pPr>
        <w:jc w:val="right"/>
      </w:pPr>
      <w:r>
        <w:t>جو فارسی کا شعر ہے کہ "وہ سپرد سپرد بدو مایہ خیش را</w:t>
      </w:r>
    </w:p>
    <w:p>
      <w:r>
        <w:rPr>
          <w:b/>
        </w:rPr>
        <w:t xml:space="preserve">[1:34:54] </w:t>
      </w:r>
      <w:r>
        <w:t>tu daani hisaab kum o besh ra".</w:t>
      </w:r>
    </w:p>
    <w:p>
      <w:pPr>
        <w:jc w:val="right"/>
      </w:pPr>
      <w:r>
        <w:t>تو دانی حساب کم و بیش را"۔</w:t>
      </w:r>
    </w:p>
    <w:p>
      <w:r>
        <w:rPr>
          <w:b/>
        </w:rPr>
        <w:t xml:space="preserve">[1:35:00] </w:t>
      </w:r>
      <w:r>
        <w:t>to main yeh keh sakta hoon ke Allah taala ne mujhe ek lamhe ke liye bhi choda nahi,</w:t>
      </w:r>
    </w:p>
    <w:p>
      <w:pPr>
        <w:jc w:val="right"/>
      </w:pPr>
      <w:r>
        <w:t>تو میں یہ کہہ سکتا ہوں کہ اللہ تعالی نے مجھے ایک لمحے کے لیے بھی چھوڑا نہیں،</w:t>
      </w:r>
    </w:p>
    <w:p>
      <w:r>
        <w:rPr>
          <w:b/>
        </w:rPr>
        <w:t xml:space="preserve">[1:35:06] </w:t>
      </w:r>
      <w:r>
        <w:t>ek lamhe ke liye bhi Allah taala ne choda nahi.</w:t>
      </w:r>
    </w:p>
    <w:p>
      <w:pPr>
        <w:jc w:val="right"/>
      </w:pPr>
      <w:r>
        <w:t>ایک لمحے کے لیے بھی اللہ تعالی نے چھوڑا نہیں۔</w:t>
      </w:r>
    </w:p>
    <w:p>
      <w:r>
        <w:rPr>
          <w:b/>
        </w:rPr>
        <w:t xml:space="preserve">[1:35:12] </w:t>
      </w:r>
      <w:r>
        <w:t>lekin yeh sab ke liye nahi hai.</w:t>
      </w:r>
    </w:p>
    <w:p>
      <w:pPr>
        <w:jc w:val="right"/>
      </w:pPr>
      <w:r>
        <w:t>لیکن یہ سب کے لیے نہیں ہے۔</w:t>
      </w:r>
    </w:p>
    <w:p>
      <w:r>
        <w:rPr>
          <w:b/>
        </w:rPr>
        <w:t xml:space="preserve">[1:35:18] </w:t>
      </w:r>
      <w:r>
        <w:t>yeh jo tareeqa hai, is mein hadiyan pighal jati hain, khoon khushk ho</w:t>
      </w:r>
    </w:p>
    <w:p>
      <w:pPr>
        <w:jc w:val="right"/>
      </w:pPr>
      <w:r>
        <w:t>یہ جو طریقہ ہے، اس میں ہڈیاں پگھل جاتی ہیں، خون خشک ہو</w:t>
      </w:r>
    </w:p>
    <w:p>
      <w:r>
        <w:rPr>
          <w:b/>
        </w:rPr>
        <w:t xml:space="preserve">[1:35:24] </w:t>
      </w:r>
      <w:r>
        <w:t>jata hai, yeh sab ke liye nahi hai. Baqi ke liye kya hai ke woh aisa koi insaan unhein mil jaye to us par, us par, us ko apna unconditional guru banaaye. Woh ek ka khud guru banna to woh bohat hi rarely koi insaan ban pata hai kyunke us ko sacrifice deni parti hai. Woh sacrifice bohat hi yani nervous breaking hoti hai. Woh lekin jab aap</w:t>
      </w:r>
    </w:p>
    <w:p>
      <w:pPr>
        <w:jc w:val="right"/>
      </w:pPr>
      <w:r>
        <w:t>جاتا ہے، یہ سب کے لیے نہیں ہے۔ بقیہ کے لیے کیا ہے کہ وہ ایسا کوئی انسان انہیں مل جائے تو اس پر، اس پر، اس کو اپنا ان کنڈیشن گرو بنائے۔ وہ ایک کا خود گرو بننا تو وہ بہت ہی ریرلی کوئی انسان بن پاتا ہے کیونکہ اس کو سیکریفائس دینی پڑتی ہے۔ وہ سیکریفائس بہت ہی یعنی نروس بریکنگ ہوتی ہے۔ وہ لیکن جب آپ</w:t>
      </w:r>
    </w:p>
    <w:p>
      <w:r>
        <w:rPr>
          <w:b/>
        </w:rPr>
        <w:t xml:space="preserve">[1:35:54] </w:t>
      </w:r>
      <w:r>
        <w:t>ek aise guru ko paal lein to us ko unconditional tor par us ko maan lein.</w:t>
      </w:r>
    </w:p>
    <w:p>
      <w:pPr>
        <w:jc w:val="right"/>
      </w:pPr>
      <w:r>
        <w:t>ایک ایسے گرو کو پال لیں تو اس کو ان کنڈیشنل طور پر اس کو مان لیں۔</w:t>
      </w:r>
    </w:p>
    <w:p>
      <w:r>
        <w:rPr>
          <w:b/>
        </w:rPr>
        <w:t xml:space="preserve">[1:35:59] </w:t>
      </w:r>
      <w:r>
        <w:t>aap mein samajhta hoon ke yahi yahi do cheezein hain, teesri koi cheez nahi hai.</w:t>
      </w:r>
    </w:p>
    <w:p>
      <w:pPr>
        <w:jc w:val="right"/>
      </w:pPr>
      <w:r>
        <w:t>آپ میں سمجھتا ہوں کہ یہی یہی دو چیزیں ہیں، تیسری کوئی چیز نہیں ہے۔</w:t>
      </w:r>
    </w:p>
    <w:p>
      <w:r>
        <w:rPr>
          <w:b/>
        </w:rPr>
        <w:t xml:space="preserve">[1:36:04] </w:t>
      </w:r>
      <w:r>
        <w:t>ya to khud aap apne aap ko is is satah par le aa sakein, aala satah par, aur</w:t>
      </w:r>
    </w:p>
    <w:p>
      <w:pPr>
        <w:jc w:val="right"/>
      </w:pPr>
      <w:r>
        <w:t>یا تو خود آپ اپنے آپ کو اس اس سطح پر لے آ سکیں، اعلیٰ سطح پر، اور</w:t>
      </w:r>
    </w:p>
    <w:p>
      <w:r>
        <w:rPr>
          <w:b/>
        </w:rPr>
        <w:t xml:space="preserve">[1:36:09] </w:t>
      </w:r>
      <w:r>
        <w:t>nahi to kisi aise insaan ko pakad lijiyye.</w:t>
      </w:r>
    </w:p>
    <w:p>
      <w:pPr>
        <w:jc w:val="right"/>
      </w:pPr>
      <w:r>
        <w:t>نہیں تو کسی ایسے انسان کو پکڑ لیجئے۔</w:t>
      </w:r>
    </w:p>
    <w:p>
      <w:r>
        <w:rPr>
          <w:b/>
        </w:rPr>
        <w:t xml:space="preserve">[1:36:14] </w:t>
      </w:r>
      <w:r>
        <w:t>yeh do do shakalain hain, teesri koi shakal nahi hai.</w:t>
      </w:r>
    </w:p>
    <w:p>
      <w:pPr>
        <w:jc w:val="right"/>
      </w:pPr>
      <w:r>
        <w:t>یہ دو دو شکلیں ہیں، تیسری کوئی شکل نہیں ہے۔</w:t>
      </w:r>
    </w:p>
    <w:p>
      <w:r>
        <w:rPr>
          <w:b/>
        </w:rPr>
        <w:t xml:space="preserve">[1:36:19] </w:t>
      </w:r>
      <w:r>
        <w:t>das question is from Maulana Zakwan</w:t>
      </w:r>
    </w:p>
    <w:p>
      <w:pPr>
        <w:jc w:val="right"/>
      </w:pPr>
      <w:r>
        <w:t>دس کوئسچن از فرام مولانا زکوان</w:t>
      </w:r>
    </w:p>
    <w:p>
      <w:r>
        <w:rPr>
          <w:b/>
        </w:rPr>
        <w:t xml:space="preserve">[1:36:24] </w:t>
      </w:r>
      <w:r>
        <w:t>Nadvi from Delhi. Maulana, how one can discover God at psychological level and what is the importance of dua in this regard? Dekhein, mein samajhta hoon ke dua hi sab kuch hai. Dua ka concept sirf Islam mein hai, yeh ajeeb baat hai. Pata nahi kaise har mazhab mein bhi dua ka concept bigad gaya. Sahi tasawwur concept</w:t>
      </w:r>
    </w:p>
    <w:p>
      <w:pPr>
        <w:jc w:val="right"/>
      </w:pPr>
      <w:r>
        <w:t>ندوی فرام دہلی۔ مولانا، ہاؤ ون کین ڈسکور گاڈ ایٹ سائیکلوجیکل لیول اینڈ واٹ از دی امپورٹنس اف دعا ان دس ریگارڈ؟ دیکھیں، میں سمجھتا ہوں کہ دعا ہی سب کچھ ہے۔ دعا کا کانسیپٹ صرف اسلام میں ہے، یہ عجیب بات ہے۔ پتہ نہیں کیسے ہر مذہب میں بھی دعا کا کانسیپٹ بگڑ گیا۔ صحیح تصور کانسیپٹ</w:t>
      </w:r>
    </w:p>
    <w:p>
      <w:r>
        <w:rPr>
          <w:b/>
        </w:rPr>
        <w:t xml:space="preserve">[1:36:54] </w:t>
      </w:r>
      <w:r>
        <w:t>ka dua ka nahi hai. Maslan kahin dua nahi hai, wahan sirf ja kar ke phool chada dein ge, Khuda ko phool chada dein ge to us ko samajhte hain ke woh sab kuch ka ban gaya. Un ka kahin koi beech ka hai, ek beech ka koi wasta hai, use kahenge: "Meri meri yeh dua Khuda tak pahuncha do". Ghraz yeh ke dua ka jo concept Islam mein hai, woh kahin mein ne paya hi nahi. Islam mein Khuda ka dua concept</w:t>
      </w:r>
    </w:p>
    <w:p>
      <w:pPr>
        <w:jc w:val="right"/>
      </w:pPr>
      <w:r>
        <w:t>کا دعا کا نہیں ہے۔ مثلاً کہیں دعا نہیں ہے، وہاں صرف جا کر کے پھول چڑھا دیں گے، خدا کو پھول چڑھا دیں گے تو اس کو سمجھتے ہیں کہ وہ سب کچھ کا بن گیا۔ ان کا کہیں کوئی بیچ کا ہے، ایک بیچ کا کوئی واسطہ ہے، اسے کہیں گے: "میری میری یہ دعا خدا تک پہنچا دو"۔ غرض یہ کہ دعا کا جو کانسیپٹ اسلام میں ہے، وہ کہیں میں نے پایا ہی نہیں۔ اسلام میں خدا کا دعا کانسیپٹ</w:t>
      </w:r>
    </w:p>
    <w:p>
      <w:r>
        <w:rPr>
          <w:b/>
        </w:rPr>
        <w:t xml:space="preserve">[1:37:24] </w:t>
      </w:r>
      <w:r>
        <w:t>hai: "abdani fani qareeb".</w:t>
      </w:r>
    </w:p>
    <w:p>
      <w:pPr>
        <w:jc w:val="right"/>
      </w:pPr>
      <w:r>
        <w:t>ہے: "عبدانی فانی قریب"۔</w:t>
      </w:r>
    </w:p>
    <w:p>
      <w:r>
        <w:rPr>
          <w:b/>
        </w:rPr>
        <w:t xml:space="preserve">[1:37:29] </w:t>
      </w:r>
      <w:r>
        <w:t>yani bande jab poochein mere bare mein to keh do ke main un ke qareeb hi hoon, un</w:t>
      </w:r>
    </w:p>
    <w:p>
      <w:pPr>
        <w:jc w:val="right"/>
      </w:pPr>
      <w:r>
        <w:t>یعنی بندے جب پوچھیں میرے بارے میں تو کہہ دو کہ میں ان کے قریب ہی ہوں، ان</w:t>
      </w:r>
    </w:p>
    <w:p>
      <w:r>
        <w:rPr>
          <w:b/>
        </w:rPr>
        <w:t xml:space="preserve">[1:37:34] </w:t>
      </w:r>
      <w:r>
        <w:t>ki pukaar ko sunta hoon.</w:t>
      </w:r>
    </w:p>
    <w:p>
      <w:pPr>
        <w:jc w:val="right"/>
      </w:pPr>
      <w:r>
        <w:t>کی پکار کو سنتا ہوں۔</w:t>
      </w:r>
    </w:p>
    <w:p>
      <w:r>
        <w:rPr>
          <w:b/>
        </w:rPr>
        <w:t xml:space="preserve">[1:37:40] </w:t>
      </w:r>
      <w:r>
        <w:t>yeh jo concept hai ke khuda sunne wala hai, tumhare paas hai, woh sunne wala bhi hai, woh</w:t>
      </w:r>
    </w:p>
    <w:p>
      <w:pPr>
        <w:jc w:val="right"/>
      </w:pPr>
      <w:r>
        <w:t>یہ جو کانسیپٹ ہے کہ خدا سننے والا ہے، تمہارے پاس ہے، وہ سننے والا بھی ہے، وہ</w:t>
      </w:r>
    </w:p>
    <w:p>
      <w:r>
        <w:rPr>
          <w:b/>
        </w:rPr>
        <w:t xml:space="preserve">[1:37:45] </w:t>
      </w:r>
      <w:r>
        <w:t>koi pathar nahi hai.</w:t>
      </w:r>
    </w:p>
    <w:p>
      <w:pPr>
        <w:jc w:val="right"/>
      </w:pPr>
      <w:r>
        <w:t>کوئی پتھر نہیں ہے۔</w:t>
      </w:r>
    </w:p>
    <w:p>
      <w:r>
        <w:rPr>
          <w:b/>
        </w:rPr>
        <w:t xml:space="preserve">[1:37:50] </w:t>
      </w:r>
      <w:r>
        <w:t>woh to pukaro, woh sune ga</w:t>
      </w:r>
    </w:p>
    <w:p>
      <w:pPr>
        <w:jc w:val="right"/>
      </w:pPr>
      <w:r>
        <w:t>وہ تو پکارو، وہ سنے گا</w:t>
      </w:r>
    </w:p>
    <w:p>
      <w:r>
        <w:rPr>
          <w:b/>
        </w:rPr>
        <w:t xml:space="preserve">[1:37:55] </w:t>
      </w:r>
      <w:r>
        <w:t>aur tumhari baat poori kare ga.</w:t>
      </w:r>
    </w:p>
    <w:p>
      <w:pPr>
        <w:jc w:val="right"/>
      </w:pPr>
      <w:r>
        <w:t>اور تمہاری بات پوری کرے گا۔</w:t>
      </w:r>
    </w:p>
    <w:p>
      <w:r>
        <w:rPr>
          <w:b/>
        </w:rPr>
        <w:t xml:space="preserve">[1:38:00] </w:t>
      </w:r>
      <w:r>
        <w:t>dekhen, yeh baat material sense mein nahi hai ke mera muqadma farz kijiye ke adalat mein hai to</w:t>
      </w:r>
    </w:p>
    <w:p>
      <w:pPr>
        <w:jc w:val="right"/>
      </w:pPr>
      <w:r>
        <w:t>دیکھیں، یہ بات مٹیریل سینس میں نہیں ہے کہ میرا مقدمہ فرض کیجئے کہ عدالت میں ہے تو</w:t>
      </w:r>
    </w:p>
    <w:p>
      <w:r>
        <w:rPr>
          <w:b/>
        </w:rPr>
        <w:t xml:space="preserve">[1:38:05] </w:t>
      </w:r>
      <w:r>
        <w:t>mein dua karoon khuda mera muqadma jeet jaye.</w:t>
      </w:r>
    </w:p>
    <w:p>
      <w:pPr>
        <w:jc w:val="right"/>
      </w:pPr>
      <w:r>
        <w:t>میں دعا کروں خدا میرا مقدمہ جیت جائے۔</w:t>
      </w:r>
    </w:p>
    <w:p>
      <w:r>
        <w:rPr>
          <w:b/>
        </w:rPr>
        <w:t xml:space="preserve">[1:38:10] </w:t>
      </w:r>
      <w:r>
        <w:t>yeh sab third class ki baatein hain, yeh sab third class ki baatein hain.</w:t>
      </w:r>
    </w:p>
    <w:p>
      <w:pPr>
        <w:jc w:val="right"/>
      </w:pPr>
      <w:r>
        <w:t>یہ سب تھرڈ کلاس کی باتیں ہیں، یہ سب تھرڈ کلاس کی باتیں ہیں۔</w:t>
      </w:r>
    </w:p>
    <w:p>
      <w:r>
        <w:rPr>
          <w:b/>
        </w:rPr>
        <w:t xml:space="preserve">[1:38:15] </w:t>
      </w:r>
      <w:r>
        <w:t>mein jo baat kar raha hoon, woh rohani safar ki baat kar raha hoon.</w:t>
      </w:r>
    </w:p>
    <w:p>
      <w:pPr>
        <w:jc w:val="right"/>
      </w:pPr>
      <w:r>
        <w:t>میں جو بات کر رہا ہوں، وہ روحانی سفر کی بات کر رہا ہوں۔</w:t>
      </w:r>
    </w:p>
    <w:p>
      <w:r>
        <w:rPr>
          <w:b/>
        </w:rPr>
        <w:t xml:space="preserve">[1:38:20] </w:t>
      </w:r>
      <w:r>
        <w:t>mein spiritual journey, intellectual journey, personality development, yeh jo hai, is</w:t>
      </w:r>
    </w:p>
    <w:p>
      <w:pPr>
        <w:jc w:val="right"/>
      </w:pPr>
      <w:r>
        <w:t>میں اسپیریچول جرنی، انٹلیکچول جرنی، پرسنیلٹی ڈیویلپمنٹ، یہ جو ہے، اس</w:t>
      </w:r>
    </w:p>
    <w:p>
      <w:r>
        <w:rPr>
          <w:b/>
        </w:rPr>
        <w:t xml:space="preserve">[1:38:25] </w:t>
      </w:r>
      <w:r>
        <w:t>mein khuda ki madad, the work, is mein khuda ki madad.</w:t>
      </w:r>
    </w:p>
    <w:p>
      <w:pPr>
        <w:jc w:val="right"/>
      </w:pPr>
      <w:r>
        <w:t>میں خدا کی مدد، دا ورک، اس میں خدا کی مدد۔</w:t>
      </w:r>
    </w:p>
    <w:p>
      <w:r>
        <w:rPr>
          <w:b/>
        </w:rPr>
        <w:t xml:space="preserve">[1:38:32] </w:t>
      </w:r>
      <w:r>
        <w:t>to mein samajhta hoon ke dua se to bari koi cheez hi nahi.</w:t>
      </w:r>
    </w:p>
    <w:p>
      <w:pPr>
        <w:jc w:val="right"/>
      </w:pPr>
      <w:r>
        <w:t>تو میں سمجھتا ہوں کہ دعا سے تو بڑی کوئی چیز ہی نہیں۔</w:t>
      </w:r>
    </w:p>
    <w:p>
      <w:r>
        <w:rPr>
          <w:b/>
        </w:rPr>
        <w:t xml:space="preserve">[1:38:38] </w:t>
      </w:r>
      <w:r>
        <w:t>mein apna aik tajurba arz karta hoon aap ko.</w:t>
      </w:r>
    </w:p>
    <w:p>
      <w:pPr>
        <w:jc w:val="right"/>
      </w:pPr>
      <w:r>
        <w:t>میں اپنا ایک تجربہ عرض کرتا ہوں آپ کو۔</w:t>
      </w:r>
    </w:p>
    <w:p>
      <w:r>
        <w:rPr>
          <w:b/>
        </w:rPr>
        <w:t xml:space="preserve">[1:38:44] </w:t>
      </w:r>
      <w:r>
        <w:t>jab mein Adampur mein tha to wahan par aik town hai, Anjaan Shaheed.</w:t>
      </w:r>
    </w:p>
    <w:p>
      <w:pPr>
        <w:jc w:val="right"/>
      </w:pPr>
      <w:r>
        <w:t>جب میں آدم گڑھ میں تھا تو وہاں پر ایک ٹاؤن ہے، انجان شہید۔</w:t>
      </w:r>
    </w:p>
    <w:p>
      <w:r>
        <w:rPr>
          <w:b/>
        </w:rPr>
        <w:t xml:space="preserve">[1:38:50] </w:t>
      </w:r>
      <w:r>
        <w:t>wahan par aik jalsa tha to wahan par mein gaya tha.</w:t>
      </w:r>
    </w:p>
    <w:p>
      <w:pPr>
        <w:jc w:val="right"/>
      </w:pPr>
      <w:r>
        <w:t>وہاں پر ایک جلسہ تھا تو وہاں پر میں گیا تھا۔</w:t>
      </w:r>
    </w:p>
    <w:p>
      <w:r>
        <w:rPr>
          <w:b/>
        </w:rPr>
        <w:t xml:space="preserve">[1:38:56] </w:t>
      </w:r>
      <w:r>
        <w:t>Us waqt tak mein taqreer nahi karta tha, taqreer karna mujhe aata hi nahi tha. Bilkul dil dehalta tha aur kapkapi taari hoti thi, dimagh hilne lagta tha mein stage par aate hi. Lekin logon ne mujhe, kuch logon ne khada kar diya. Mein unhon ne taqreer karein ge yeh to mein stage par aaya jab ke mein taqreer kar nahi jaanta tha. Us waqt tak likhta tha, bas likhta tha. To ek ajeeb, mein</w:t>
      </w:r>
    </w:p>
    <w:p>
      <w:pPr>
        <w:jc w:val="right"/>
      </w:pPr>
      <w:r>
        <w:t>اس وقت تک میں تقریر نہیں کرتا تھا، تقریر کرنا مجھے آتا ہی نہیں تھا۔ بالکل دل دہلتا تھا اور کپکپی طاری ہوتی تھی، دماغ ہلنے لگتا تھا میں اسٹیج پر آتے ہی۔ لیکن لوگوں نے مجھے، کچھ لوگوں نے کھڑا کر دیا۔ میں انہوں نے تقریر کریں گے یہ تو میں اسٹیج پر آیا جب کہ میں تقریر کر نہیں جانتا تھا۔ اس وقت تک لکھتا تھا، بس لکھتا تھا۔ تو ایک عجیب، میں</w:t>
      </w:r>
    </w:p>
    <w:p>
      <w:r>
        <w:rPr>
          <w:b/>
        </w:rPr>
        <w:t xml:space="preserve">[1:39:26] </w:t>
      </w:r>
      <w:r>
        <w:t>deewar ki taari hui, mere deewar ki taari hui bilkul.</w:t>
      </w:r>
    </w:p>
    <w:p>
      <w:pPr>
        <w:jc w:val="right"/>
      </w:pPr>
      <w:r>
        <w:t>دیوار کی طاری ہوئی، میرے دیوار کی طاری ہوئی بالکل۔</w:t>
      </w:r>
    </w:p>
    <w:p>
      <w:r>
        <w:rPr>
          <w:b/>
        </w:rPr>
        <w:t xml:space="preserve">[1:39:32] </w:t>
      </w:r>
      <w:r>
        <w:t>aur mujhe woh yaad aya ke Hazrat Musa (AS) ne kaha tha Allah taala se ke khuda</w:t>
      </w:r>
    </w:p>
    <w:p>
      <w:pPr>
        <w:jc w:val="right"/>
      </w:pPr>
      <w:r>
        <w:t>اور مجھے وہ یاد آیا کہ حضرت موسیٰ علیہ السلام نے کہا تھا اللہ تعالی سے کہ خدا</w:t>
      </w:r>
    </w:p>
    <w:p>
      <w:r>
        <w:rPr>
          <w:b/>
        </w:rPr>
        <w:t xml:space="preserve">[1:39:38] </w:t>
      </w:r>
      <w:r>
        <w:t>mujhe taqreer karna nahi aata.</w:t>
      </w:r>
    </w:p>
    <w:p>
      <w:pPr>
        <w:jc w:val="right"/>
      </w:pPr>
      <w:r>
        <w:t>مجھے تقریر کرنا نہیں آتا۔</w:t>
      </w:r>
    </w:p>
    <w:p>
      <w:r>
        <w:rPr>
          <w:b/>
        </w:rPr>
        <w:t xml:space="preserve">[1:39:44] </w:t>
      </w:r>
      <w:r>
        <w:t>Hazrat Musa se jab Allah taala ne farmaya ke jao Firon ke paas dawat pahunchao to unhon ne</w:t>
      </w:r>
    </w:p>
    <w:p>
      <w:pPr>
        <w:jc w:val="right"/>
      </w:pPr>
      <w:r>
        <w:t>حضرت موسیٰ سے جب اللہ تعالی نے فرمایا کہ جاؤ فرعون کے پاس دعوت پہنچاؤ تو انہوں نے</w:t>
      </w:r>
    </w:p>
    <w:p>
      <w:r>
        <w:rPr>
          <w:b/>
        </w:rPr>
        <w:t xml:space="preserve">[1:39:50] </w:t>
      </w:r>
      <w:r>
        <w:t>yeh kaha tha ke khuda ya mera seena tang hota hai, meri zuban chal</w:t>
      </w:r>
    </w:p>
    <w:p>
      <w:pPr>
        <w:jc w:val="right"/>
      </w:pPr>
      <w:r>
        <w:t>یہ کہا تھا کہ خدایا میرا سینہ تنگ ہوتا ہے، میری زبان چل</w:t>
      </w:r>
    </w:p>
    <w:p>
      <w:r>
        <w:rPr>
          <w:b/>
        </w:rPr>
        <w:t xml:space="preserve">[1:39:56] </w:t>
      </w:r>
      <w:r>
        <w:t>ti nahi.</w:t>
      </w:r>
    </w:p>
    <w:p>
      <w:pPr>
        <w:jc w:val="right"/>
      </w:pPr>
      <w:r>
        <w:t>تی نہیں۔</w:t>
      </w:r>
    </w:p>
    <w:p>
      <w:r>
        <w:rPr>
          <w:b/>
        </w:rPr>
        <w:t xml:space="preserve">[1:40:01] </w:t>
      </w:r>
      <w:r>
        <w:t>Hazrat sadri wilayat lisani to mein deewangi ke alam mein khara ho gaya.</w:t>
      </w:r>
    </w:p>
    <w:p>
      <w:pPr>
        <w:jc w:val="right"/>
      </w:pPr>
      <w:r>
        <w:t>حضرت صدری ولایت لسانی تو میں دیوانگی کے عالم میں کھڑا ہو گیا۔</w:t>
      </w:r>
    </w:p>
    <w:p>
      <w:r>
        <w:rPr>
          <w:b/>
        </w:rPr>
        <w:t xml:space="preserve">[1:40:06] </w:t>
      </w:r>
      <w:r>
        <w:t>mein ne kaha Quran majeed mein is tarah ke jo cheezein hain, woh aik story nahi hai, woh</w:t>
      </w:r>
    </w:p>
    <w:p>
      <w:pPr>
        <w:jc w:val="right"/>
      </w:pPr>
      <w:r>
        <w:t>میں نے کہا قرآن مجید میں اس طرح کے جو چیزیں ہیں، وہ ایک سٹوری نہیں ہے، وہ</w:t>
      </w:r>
    </w:p>
    <w:p>
      <w:r>
        <w:rPr>
          <w:b/>
        </w:rPr>
        <w:t xml:space="preserve">[1:40:11] </w:t>
      </w:r>
      <w:r>
        <w:t>historical sense mein nahi hai ke kabhi aisa ho gaya tha.</w:t>
      </w:r>
    </w:p>
    <w:p>
      <w:pPr>
        <w:jc w:val="right"/>
      </w:pPr>
      <w:r>
        <w:t>ہسٹوریکل سینس میں نہیں ہے کہ کبھی ایسا ہو گیا تھا۔</w:t>
      </w:r>
    </w:p>
    <w:p>
      <w:r>
        <w:rPr>
          <w:b/>
        </w:rPr>
        <w:t xml:space="preserve">[1:40:16] </w:t>
      </w:r>
      <w:r>
        <w:t>aaj bhi in ka relevance hai, aaj bhi.</w:t>
      </w:r>
    </w:p>
    <w:p>
      <w:pPr>
        <w:jc w:val="right"/>
      </w:pPr>
      <w:r>
        <w:t>آج بھی ان کا ریلیونس ہے، آج بھی۔</w:t>
      </w:r>
    </w:p>
    <w:p>
      <w:r>
        <w:rPr>
          <w:b/>
        </w:rPr>
        <w:t xml:space="preserve">[1:40:21] </w:t>
      </w:r>
      <w:r>
        <w:t>to isi diwangi mein maine kaha ke aaj bhi koi khuda ghabanda</w:t>
      </w:r>
    </w:p>
    <w:p>
      <w:pPr>
        <w:jc w:val="right"/>
      </w:pPr>
      <w:r>
        <w:t>تو اسی دیوانگی میں میں نے کہا کہ آج بھی کوئی خدا گھبندا</w:t>
      </w:r>
    </w:p>
    <w:p>
      <w:r>
        <w:rPr>
          <w:b/>
        </w:rPr>
        <w:t xml:space="preserve">[1:40:27] </w:t>
      </w:r>
      <w:r>
        <w:t>koii khada ho, koii kahe ke Allah sadri wilayat lisani to aaj bhi awaz aayegi Khuda ki</w:t>
      </w:r>
    </w:p>
    <w:p>
      <w:pPr>
        <w:jc w:val="right"/>
      </w:pPr>
      <w:r>
        <w:t>کوئی کھڑا ہو، کوئی کہے کہ اللہ صدری ولایت لسانی تو آج بھی آواز آئے گی خدا کی</w:t>
      </w:r>
    </w:p>
    <w:p>
      <w:r>
        <w:rPr>
          <w:b/>
        </w:rPr>
        <w:t xml:space="preserve">[1:40:32] </w:t>
      </w:r>
      <w:r>
        <w:t>taraf se: "laqad ooti rasooluk ya moosa".</w:t>
      </w:r>
    </w:p>
    <w:p>
      <w:pPr>
        <w:jc w:val="right"/>
      </w:pPr>
      <w:r>
        <w:t>طرف سے: "لقد اوتی رسولک یا موسیٰ"۔</w:t>
      </w:r>
    </w:p>
    <w:p>
      <w:r>
        <w:rPr>
          <w:b/>
        </w:rPr>
        <w:t xml:space="preserve">[1:40:37] </w:t>
      </w:r>
      <w:r>
        <w:t>quran majeed mein hai ke Allah taala ne farmaya: "laqad ooti rasooluk ya moosa".</w:t>
      </w:r>
    </w:p>
    <w:p>
      <w:pPr>
        <w:jc w:val="right"/>
      </w:pPr>
      <w:r>
        <w:t>قرآن مجید میں ہے کہ اللہ تعالی نے فرمایا: "لقد اوتی رسولک یا موسیٰ"۔</w:t>
      </w:r>
    </w:p>
    <w:p>
      <w:r>
        <w:rPr>
          <w:b/>
        </w:rPr>
        <w:t xml:space="preserve">[1:40:42] </w:t>
      </w:r>
      <w:r>
        <w:t>ae moosa, jo tune manga woh hum ne de diya tujh ko.</w:t>
      </w:r>
    </w:p>
    <w:p>
      <w:pPr>
        <w:jc w:val="right"/>
      </w:pPr>
      <w:r>
        <w:t>اے موسیٰ، جو تو نے مانگا وہ ہم نے دے دیا تجھ کو۔</w:t>
      </w:r>
    </w:p>
    <w:p>
      <w:r>
        <w:rPr>
          <w:b/>
        </w:rPr>
        <w:t xml:space="preserve">[1:40:47] </w:t>
      </w:r>
      <w:r>
        <w:t>to main diwangi ke alam mein hi maine kaha yeh baat ke agar aaj bhi koi Khuda</w:t>
      </w:r>
    </w:p>
    <w:p>
      <w:pPr>
        <w:jc w:val="right"/>
      </w:pPr>
      <w:r>
        <w:t>تو میں دیوانگی کے عالم میں ہی میں نے کہا یہ بات کہ اگر آج بھی کوئی خدا</w:t>
      </w:r>
    </w:p>
    <w:p>
      <w:r>
        <w:rPr>
          <w:b/>
        </w:rPr>
        <w:t xml:space="preserve">[1:40:52] </w:t>
      </w:r>
      <w:r>
        <w:t>ka banda khada ho aur yeh kahe:</w:t>
      </w:r>
    </w:p>
    <w:p>
      <w:pPr>
        <w:jc w:val="right"/>
      </w:pPr>
      <w:r>
        <w:t>کا بندہ کھڑا ہو اور یہ کہے:</w:t>
      </w:r>
    </w:p>
    <w:p>
      <w:r>
        <w:rPr>
          <w:b/>
        </w:rPr>
        <w:t xml:space="preserve">[1:40:57] </w:t>
      </w:r>
      <w:r>
        <w:t>"Allahum yazid sadri wilayat lisani" to aaj bhi Khuda ki taraf se awaz aayegi: "laqad ooti rasooluk ya moosa".</w:t>
      </w:r>
    </w:p>
    <w:p>
      <w:pPr>
        <w:jc w:val="right"/>
      </w:pPr>
      <w:r>
        <w:t>"اللہم یزید صدری ولایت لسانی" تو آج بھی خدا کی طرف سے آواز آئے گی: "لقد اوتی رسولک یا موسیٰ"۔</w:t>
      </w:r>
    </w:p>
    <w:p>
      <w:r>
        <w:rPr>
          <w:b/>
        </w:rPr>
        <w:t xml:space="preserve">[1:41:03] </w:t>
      </w:r>
      <w:r>
        <w:t>ae mere bande, maine tujhe de diya woh cheez jo tune manga.</w:t>
      </w:r>
    </w:p>
    <w:p>
      <w:pPr>
        <w:jc w:val="right"/>
      </w:pPr>
      <w:r>
        <w:t>اے میرے بندے، میں نے تجھے دے دیا وہ چیز جو تو نے مانگا۔</w:t>
      </w:r>
    </w:p>
    <w:p>
      <w:r>
        <w:rPr>
          <w:b/>
        </w:rPr>
        <w:t xml:space="preserve">[1:41:09] </w:t>
      </w:r>
      <w:r>
        <w:t>is sense mein main keh raha hoon to yeh jo dua ka jo concept hai, yeh to Islam</w:t>
      </w:r>
    </w:p>
    <w:p>
      <w:pPr>
        <w:jc w:val="right"/>
      </w:pPr>
      <w:r>
        <w:t>اس سینس میں میں کہہ رہا ہوں تو یہ جو دعا کا جو کانسیپٹ ہے، یہ تو اسلام</w:t>
      </w:r>
    </w:p>
    <w:p>
      <w:r>
        <w:rPr>
          <w:b/>
        </w:rPr>
        <w:t xml:space="preserve">[1:41:15] </w:t>
      </w:r>
      <w:r>
        <w:t>ke siwa kahin bhi nahin.</w:t>
      </w:r>
    </w:p>
    <w:p>
      <w:pPr>
        <w:jc w:val="right"/>
      </w:pPr>
      <w:r>
        <w:t>کے سوا کہیں بھی نہیں۔</w:t>
      </w:r>
    </w:p>
    <w:p>
      <w:r>
        <w:rPr>
          <w:b/>
        </w:rPr>
        <w:t xml:space="preserve">[1:41:21] </w:t>
      </w:r>
      <w:r>
        <w:t>Khuda ek zinda hasti hai, woh dekhne wala hai, sunne wala hai, janne wala hai, poora karne wala hai,</w:t>
      </w:r>
    </w:p>
    <w:p>
      <w:pPr>
        <w:jc w:val="right"/>
      </w:pPr>
      <w:r>
        <w:t>خدا ایک زندہ ہستی ہے، وہ دیکھنے والا ہے، سننے والا ہے، جاننے والا ہے، پورا کرنے والا ہے،</w:t>
      </w:r>
    </w:p>
    <w:p>
      <w:r>
        <w:rPr>
          <w:b/>
        </w:rPr>
        <w:t xml:space="preserve">[1:41:27] </w:t>
      </w:r>
      <w:r>
        <w:t>woh God Almighty hai.</w:t>
      </w:r>
    </w:p>
    <w:p>
      <w:pPr>
        <w:jc w:val="right"/>
      </w:pPr>
      <w:r>
        <w:t>وہ گاڈ المائٹی ہے۔</w:t>
      </w:r>
    </w:p>
    <w:p>
      <w:r>
        <w:rPr>
          <w:b/>
        </w:rPr>
        <w:t xml:space="preserve">[1:41:32] </w:t>
      </w:r>
      <w:r>
        <w:t>woh to jab yeh tasawwur hai, tabhi to aap Khuda se dua karenge.</w:t>
      </w:r>
    </w:p>
    <w:p>
      <w:pPr>
        <w:jc w:val="right"/>
      </w:pPr>
      <w:r>
        <w:t>وہ تو جب یہ تصور ہے، تبھی تو آپ خدا سے دعا کریں گے۔</w:t>
      </w:r>
    </w:p>
    <w:p>
      <w:r>
        <w:rPr>
          <w:b/>
        </w:rPr>
        <w:t xml:space="preserve">[1:41:37] </w:t>
      </w:r>
      <w:r>
        <w:t>patthar se kaise dua karenge aap? to dua ka jo jo living concept hai, living concept woh</w:t>
      </w:r>
    </w:p>
    <w:p>
      <w:pPr>
        <w:jc w:val="right"/>
      </w:pPr>
      <w:r>
        <w:t>پتھر سے کیسے دعا کریں گے آپ؟ تو دعا کا جو جو لیونگ کانسیپٹ ہے، لیونگ کانسیپٹ وہ</w:t>
      </w:r>
    </w:p>
    <w:p>
      <w:r>
        <w:rPr>
          <w:b/>
        </w:rPr>
        <w:t xml:space="preserve">[1:41:42] </w:t>
      </w:r>
      <w:r>
        <w:t>sirf Islam mein hai kyunke Islam mein sachi tauheed hai.</w:t>
      </w:r>
    </w:p>
    <w:p>
      <w:pPr>
        <w:jc w:val="right"/>
      </w:pPr>
      <w:r>
        <w:t>صرف اسلام میں ہے کیونکہ اسلام میں سچی توحید ہے۔</w:t>
      </w:r>
    </w:p>
    <w:p>
      <w:r>
        <w:rPr>
          <w:b/>
        </w:rPr>
        <w:t xml:space="preserve">[1:41:47] </w:t>
      </w:r>
      <w:r>
        <w:t>woh jo maine qissa bataya aap ko ke woh ladki ne jo kaha tha ke "my father</w:t>
      </w:r>
    </w:p>
    <w:p>
      <w:pPr>
        <w:jc w:val="right"/>
      </w:pPr>
      <w:r>
        <w:t>وہ جو میں نے قصہ بتایا آپ کو کہ وہ لڑکی نے جو کہا تھا کہ "مائی فادر</w:t>
      </w:r>
    </w:p>
    <w:p>
      <w:r>
        <w:rPr>
          <w:b/>
        </w:rPr>
        <w:t xml:space="preserve">[1:41:52] </w:t>
      </w:r>
      <w:r>
        <w:t>is captain of this ship,</w:t>
      </w:r>
    </w:p>
    <w:p>
      <w:pPr>
        <w:jc w:val="right"/>
      </w:pPr>
      <w:r>
        <w:t>از کیپٹن اف دس شپ،</w:t>
      </w:r>
    </w:p>
    <w:p>
      <w:r>
        <w:rPr>
          <w:b/>
        </w:rPr>
        <w:t xml:space="preserve">[1:41:57] </w:t>
      </w:r>
      <w:r>
        <w:t>he is not going to let it sink" to woh jo bepanah yaqeen tha us bachchi ko,</w:t>
      </w:r>
    </w:p>
    <w:p>
      <w:pPr>
        <w:jc w:val="right"/>
      </w:pPr>
      <w:r>
        <w:t>ہی از ناٹ گوئنگ ٹو لیٹ اٹ سنک" تو وہ جو بے پناہ یقین تھا اس بچی کو،</w:t>
      </w:r>
    </w:p>
    <w:p>
      <w:r>
        <w:rPr>
          <w:b/>
        </w:rPr>
        <w:t xml:space="preserve">[1:42:02] </w:t>
      </w:r>
      <w:r>
        <w:t>woh bepanah yaqeen aap kahan se le aata hai Khuda ke bare mein? billion time zyada.</w:t>
      </w:r>
    </w:p>
    <w:p>
      <w:pPr>
        <w:jc w:val="right"/>
      </w:pPr>
      <w:r>
        <w:t>وہ بے پناہ یقین آپ کہاں سے لے آتا ہے خدا کے بارے میں؟ بلین ٹائم زیادہ۔</w:t>
      </w:r>
    </w:p>
    <w:p>
      <w:r>
        <w:rPr>
          <w:b/>
        </w:rPr>
        <w:t xml:space="preserve">[1:42:07] </w:t>
      </w:r>
      <w:r>
        <w:t>lekin kab hoga? bachchi jaanti thi ke mera ek baap hai, woh captain hai, woh insan hai, woh</w:t>
      </w:r>
    </w:p>
    <w:p>
      <w:pPr>
        <w:jc w:val="right"/>
      </w:pPr>
      <w:r>
        <w:t>لیکن کب ہوگا؟ بچی جانتی تھی کہ میرا ایک باپ ہے، وہ کیپٹن ہے، وہ انسان ہے، وہ</w:t>
      </w:r>
    </w:p>
    <w:p>
      <w:r>
        <w:rPr>
          <w:b/>
        </w:rPr>
        <w:t xml:space="preserve">[1:42:12] </w:t>
      </w:r>
      <w:r>
        <w:t>woh woh woh technology jaanta hai jahaz chalane ke liye.</w:t>
      </w:r>
    </w:p>
    <w:p>
      <w:pPr>
        <w:jc w:val="right"/>
      </w:pPr>
      <w:r>
        <w:t>وہ وہ وہ ٹیکنالوجی جانتا ہے جہاز چلانے کے لیے۔</w:t>
      </w:r>
    </w:p>
    <w:p>
      <w:r>
        <w:rPr>
          <w:b/>
        </w:rPr>
        <w:t xml:space="preserve">[1:42:17] </w:t>
      </w:r>
      <w:r>
        <w:t>uske paas mind hai, yaani ek poori living hasti hai.</w:t>
      </w:r>
    </w:p>
    <w:p>
      <w:pPr>
        <w:jc w:val="right"/>
      </w:pPr>
      <w:r>
        <w:t>اس کے پاس مائنڈ ہے، یعنی ایک پوری لیونگ ہستی ہے۔</w:t>
      </w:r>
    </w:p>
    <w:p>
      <w:r>
        <w:rPr>
          <w:b/>
        </w:rPr>
        <w:t xml:space="preserve">[1:42:22] </w:t>
      </w:r>
      <w:r>
        <w:t>uski agar samajhti woh ke mera baap jo hai ek</w:t>
      </w:r>
    </w:p>
    <w:p>
      <w:pPr>
        <w:jc w:val="right"/>
      </w:pPr>
      <w:r>
        <w:t>اس کی اگر سمجھتی وہ کہ میرا باپ جو ہے ایک</w:t>
      </w:r>
    </w:p>
    <w:p>
      <w:r>
        <w:rPr>
          <w:b/>
        </w:rPr>
        <w:t xml:space="preserve">[1:42:27] </w:t>
      </w:r>
      <w:r>
        <w:t>ek patthar ki taraf kahin rakha hua hai to ab nahin keh sakti thi woh aisa.</w:t>
      </w:r>
    </w:p>
    <w:p>
      <w:pPr>
        <w:jc w:val="right"/>
      </w:pPr>
      <w:r>
        <w:t>ایک پتھر کی طرف کہیں رکھا ہوا ہے تو اب نہیں کہہ سکتی تھی وہ ایسا۔</w:t>
      </w:r>
    </w:p>
    <w:p>
      <w:r>
        <w:rPr>
          <w:b/>
        </w:rPr>
        <w:t xml:space="preserve">[1:42:33] </w:t>
      </w:r>
      <w:r>
        <w:t>tab nahi keh sakti thi woh ek lakri ka statue hota to kya woh keh sakti thi bachche</w:t>
      </w:r>
    </w:p>
    <w:p>
      <w:pPr>
        <w:jc w:val="right"/>
      </w:pPr>
      <w:r>
        <w:t>تب نہیں کہہ سکتی تھی وہ ایک لکڑی کا سٹیچو ہوتا تو کیا وہ کہہ سکتی تھی بچے</w:t>
      </w:r>
    </w:p>
    <w:p>
      <w:r>
        <w:rPr>
          <w:b/>
        </w:rPr>
        <w:t xml:space="preserve">[1:42:38] </w:t>
      </w:r>
      <w:r>
        <w:t>is tarah is ke bare mein? to jis tarah se ek living baap tha, uska living baap</w:t>
      </w:r>
    </w:p>
    <w:p>
      <w:pPr>
        <w:jc w:val="right"/>
      </w:pPr>
      <w:r>
        <w:t>اس طرح اس کے بارے میں؟ تو جس طرح سے ایک لیونگ باپ تھا، اس کا لیونگ باپ</w:t>
      </w:r>
    </w:p>
    <w:p>
      <w:r>
        <w:rPr>
          <w:b/>
        </w:rPr>
        <w:t xml:space="preserve">[1:42:43] </w:t>
      </w:r>
      <w:r>
        <w:t>aise ek living god chahiye hum ko.</w:t>
      </w:r>
    </w:p>
    <w:p>
      <w:pPr>
        <w:jc w:val="right"/>
      </w:pPr>
      <w:r>
        <w:t>ایسے ایک لیونگ گاڈ چاہیے ہم کو۔</w:t>
      </w:r>
    </w:p>
    <w:p>
      <w:r>
        <w:rPr>
          <w:b/>
        </w:rPr>
        <w:t xml:space="preserve">[1:42:48] </w:t>
      </w:r>
      <w:r>
        <w:t>tab hum yeh keh sakte hain.</w:t>
      </w:r>
    </w:p>
    <w:p>
      <w:pPr>
        <w:jc w:val="right"/>
      </w:pPr>
      <w:r>
        <w:t>تب ہم یہ کہہ سکتے ہیں۔</w:t>
      </w:r>
    </w:p>
    <w:p>
      <w:r>
        <w:rPr>
          <w:b/>
        </w:rPr>
        <w:t xml:space="preserve">[1:42:53] </w:t>
      </w:r>
      <w:r>
        <w:t>is bachchi ko pata tha ke mera baap ek living god hai.</w:t>
      </w:r>
    </w:p>
    <w:p>
      <w:pPr>
        <w:jc w:val="right"/>
      </w:pPr>
      <w:r>
        <w:t>اس بچی کو پتہ تھا کہ میرا باپ ایک لیونگ گاڈ ہے۔</w:t>
      </w:r>
    </w:p>
    <w:p>
      <w:r>
        <w:rPr>
          <w:b/>
        </w:rPr>
        <w:t xml:space="preserve">[1:42:58] </w:t>
      </w:r>
      <w:r>
        <w:t>Nahi, woh bachchi ko pata tha ke mera baap ek living God hai, living God, ek zinda khud zinda baap hai. Tab us ke tab keh sake woh aise insaan ko ek living God chahiye. Tab woh keh sake ga ke mera mera Khuda mera sambhalne wala hai, woh mere jahaz ko doobne nahi de ga. To yeh living God ka jo concept hai, woh sirf Islam mein hai, sirf Quran mein hai, sirf tauheed mein hai. Isi liye kahin bhi aap jaiye, kisi mazhab mein aap ko zinda dua nahi mile</w:t>
      </w:r>
    </w:p>
    <w:p>
      <w:pPr>
        <w:jc w:val="right"/>
      </w:pPr>
      <w:r>
        <w:t>نہیں، وہ بچی کو پتہ تھا کہ میرا باپ ایک لیونگ گاڈ ہے، لیونگ گاڈ، ایک زندہ خود زندہ باپ ہے۔ تب اس کے تب کہہ سکے وہ ایسے انسان کو ایک لیونگ گاڈ چاہیے۔ تب وہ کہہ سکے گا کہ میرا میرا خدا میرا سنبھالنے والا ہے، وہ میرے جہاز کو ڈوبنے نہیں دے گا۔ تو یہ لیونگ گاڈ کا جو کانسیپٹ ہے، وہ صرف اسلام میں ہے، صرف قرآن میں ہے، صرف توحید میں ہے۔ اسی لیے کہیں بھی آپ جائیے، کسی مذہب میں آپ کو زندہ دعا نہیں ملے</w:t>
      </w:r>
    </w:p>
    <w:p>
      <w:r>
        <w:rPr>
          <w:b/>
        </w:rPr>
        <w:t xml:space="preserve">[1:43:28] </w:t>
      </w:r>
      <w:r>
        <w:t>gi.</w:t>
      </w:r>
    </w:p>
    <w:p>
      <w:pPr>
        <w:jc w:val="right"/>
      </w:pPr>
      <w:r>
        <w:t>گی۔</w:t>
      </w:r>
    </w:p>
    <w:p>
      <w:r>
        <w:rPr>
          <w:b/>
        </w:rPr>
        <w:t xml:space="preserve">[1:43:32] </w:t>
      </w:r>
      <w:r>
        <w:t>kahin aap ko main har jagah gaya hoon, har mazhab mein main gaya hoon, har mazhab ke ibadat</w:t>
      </w:r>
    </w:p>
    <w:p>
      <w:pPr>
        <w:jc w:val="right"/>
      </w:pPr>
      <w:r>
        <w:t>کہیں آپ کو میں ہر جگہ گیا ہوں، ہر مذہب میں میں گیا ہوں، ہر مذہب کے عبادت</w:t>
      </w:r>
    </w:p>
    <w:p>
      <w:r>
        <w:rPr>
          <w:b/>
        </w:rPr>
        <w:t xml:space="preserve">[1:43:37] </w:t>
      </w:r>
      <w:r>
        <w:t>khanon mein gaya hoon, kahin bhi maine nahi paya ke yeh living dua jo hai, living dua,</w:t>
      </w:r>
    </w:p>
    <w:p>
      <w:pPr>
        <w:jc w:val="right"/>
      </w:pPr>
      <w:r>
        <w:t>خانوں میں گیا ہوں، کہیں بھی میں نے نہیں پایا کہ یہ لیونگ دعا جو ہے، لیونگ دعا،</w:t>
      </w:r>
    </w:p>
    <w:p>
      <w:r>
        <w:rPr>
          <w:b/>
        </w:rPr>
        <w:t xml:space="preserve">[1:43:41] </w:t>
      </w:r>
      <w:r>
        <w:t>ek zinda dua, mujhe kahin mili nahi.</w:t>
      </w:r>
    </w:p>
    <w:p>
      <w:pPr>
        <w:jc w:val="right"/>
      </w:pPr>
      <w:r>
        <w:t>ایک زندہ دعا، مجھے کہیں ملی نہیں۔</w:t>
      </w:r>
    </w:p>
    <w:p>
      <w:r>
        <w:rPr>
          <w:b/>
        </w:rPr>
        <w:t xml:space="preserve">[1:43:45] </w:t>
      </w:r>
      <w:r>
        <w:t>kyun ke living dua ke liye zinda Khuda ka tasawwur chahiye.</w:t>
      </w:r>
    </w:p>
    <w:p>
      <w:pPr>
        <w:jc w:val="right"/>
      </w:pPr>
      <w:r>
        <w:t>کیونکہ لیونگ دعا کے لیے زندہ خدا کا تصور چاہیے۔</w:t>
      </w:r>
    </w:p>
    <w:p>
      <w:r>
        <w:rPr>
          <w:b/>
        </w:rPr>
        <w:t xml:space="preserve">[1:43:49] </w:t>
      </w:r>
      <w:r>
        <w:t>jaise maine arz kiya ke ek ek lakri ek kis shakal ki ek murti hoti hai, us</w:t>
      </w:r>
    </w:p>
    <w:p>
      <w:pPr>
        <w:jc w:val="right"/>
      </w:pPr>
      <w:r>
        <w:t>جیسے میں نے عرض کیا کہ ایک ایک لکڑی ایک کس شکل کی ایک مورتی ہوتی ہے، اس</w:t>
      </w:r>
    </w:p>
    <w:p>
      <w:r>
        <w:rPr>
          <w:b/>
        </w:rPr>
        <w:t xml:space="preserve">[1:43:54] </w:t>
      </w:r>
      <w:r>
        <w:t>ka baap jo hai ek lakri ki murti hota. to kya</w:t>
      </w:r>
    </w:p>
    <w:p>
      <w:pPr>
        <w:jc w:val="right"/>
      </w:pPr>
      <w:r>
        <w:t>کا باپ جو ہے ایک لکڑی کی مورتی ہوتا۔ تو کیا</w:t>
      </w:r>
    </w:p>
    <w:p>
      <w:r>
        <w:rPr>
          <w:b/>
        </w:rPr>
        <w:t xml:space="preserve">[1:43:58] </w:t>
      </w:r>
      <w:r>
        <w:t>keh sakti thi woh? ek living baap hi ke liye keh sakti thi.</w:t>
      </w:r>
    </w:p>
    <w:p>
      <w:pPr>
        <w:jc w:val="right"/>
      </w:pPr>
      <w:r>
        <w:t>کہہ سکتی تھی وہ؟ ایک لیونگ باپ ہی کے لیے کہہ سکتی تھی۔</w:t>
      </w:r>
    </w:p>
    <w:p>
      <w:r>
        <w:rPr>
          <w:b/>
        </w:rPr>
        <w:t xml:space="preserve">[1:44:03] </w:t>
      </w:r>
      <w:r>
        <w:t>aisa woh living father ke liye.</w:t>
      </w:r>
    </w:p>
    <w:p>
      <w:pPr>
        <w:jc w:val="right"/>
      </w:pPr>
      <w:r>
        <w:t>ایسا وہ لیونگ فادر کے لیے۔</w:t>
      </w:r>
    </w:p>
    <w:p>
      <w:r>
        <w:rPr>
          <w:b/>
        </w:rPr>
        <w:t xml:space="preserve">[1:44:08] </w:t>
      </w:r>
      <w:r>
        <w:t>aise hi jab tak aap ke samne Khuda ka woh woh woh woh concept concept na ho, Rab</w:t>
      </w:r>
    </w:p>
    <w:p>
      <w:pPr>
        <w:jc w:val="right"/>
      </w:pPr>
      <w:r>
        <w:t>ایسے ہی جب تک آپ کے سامنے خدا کا وہ وہ وہ وہ کنسیپٹ کانسیپٹ نہ ہو، رب</w:t>
      </w:r>
    </w:p>
    <w:p>
      <w:r>
        <w:rPr>
          <w:b/>
        </w:rPr>
        <w:t xml:space="preserve">[1:44:13] </w:t>
      </w:r>
      <w:r>
        <w:t>ul-alameen ka jo concept hai, tab tak aap kaise dua karenge? tab tak zinda dua kaise nikle</w:t>
      </w:r>
    </w:p>
    <w:p>
      <w:pPr>
        <w:jc w:val="right"/>
      </w:pPr>
      <w:r>
        <w:t>العالمین کا جو کانسیپٹ ہے، تب تک آپ کیسے دعا کریں گے؟ تب تک زندہ دعا کیسے نکلے</w:t>
      </w:r>
    </w:p>
    <w:p>
      <w:r>
        <w:rPr>
          <w:b/>
        </w:rPr>
        <w:t xml:space="preserve">[1:44:18] </w:t>
      </w:r>
      <w:r>
        <w:t>gi? ke kaise sina aap ka tadpega? kaise yaqeen kahan se aayega aap ko? source of</w:t>
      </w:r>
    </w:p>
    <w:p>
      <w:pPr>
        <w:jc w:val="right"/>
      </w:pPr>
      <w:r>
        <w:t>گی؟ کہ کیسے سینہ آپ کا تڑپے گا؟ کیسے یقین کہاں سے آئے گا آپ کو؟ سورس آف</w:t>
      </w:r>
    </w:p>
    <w:p>
      <w:r>
        <w:rPr>
          <w:b/>
        </w:rPr>
        <w:t xml:space="preserve">[1:44:23] </w:t>
      </w:r>
      <w:r>
        <w:t>conviction kahan se banega woh aap ke liye? to main apne mat</w:t>
      </w:r>
    </w:p>
    <w:p>
      <w:pPr>
        <w:jc w:val="right"/>
      </w:pPr>
      <w:r>
        <w:t>کنوکشن کہاں سے بنے گا وہ آپ کے لیے؟ تو میں اپنے مط</w:t>
      </w:r>
    </w:p>
    <w:p>
      <w:r>
        <w:rPr>
          <w:b/>
        </w:rPr>
        <w:t xml:space="preserve">[1:44:28] </w:t>
      </w:r>
      <w:r>
        <w:t>lub apna jo study maine ki hai, main keh sakta hoon ke tauheed ka khalis concept, Khuda</w:t>
      </w:r>
    </w:p>
    <w:p>
      <w:pPr>
        <w:jc w:val="right"/>
      </w:pPr>
      <w:r>
        <w:t>لب اپنا جو سٹڈی میں نے کی ہے، میں کہہ سکتا ہوں کہ توحید کا خالص کانسیپٹ، خدا</w:t>
      </w:r>
    </w:p>
    <w:p>
      <w:r>
        <w:rPr>
          <w:b/>
        </w:rPr>
        <w:t xml:space="preserve">[1:44:34] </w:t>
      </w:r>
      <w:r>
        <w:t>ka khalis concept, dua ka khalis concept, ibadat ka khalis concept agar kahin hai to sirf Islam mein</w:t>
      </w:r>
    </w:p>
    <w:p>
      <w:pPr>
        <w:jc w:val="right"/>
      </w:pPr>
      <w:r>
        <w:t>کا خالص کانسیپٹ، دعا کا خالص کانسیپٹ، عبادت کا خالص کانسیپٹ اگر کہیں ہے تو صرف اسلام میں</w:t>
      </w:r>
    </w:p>
    <w:p>
      <w:r>
        <w:rPr>
          <w:b/>
        </w:rPr>
        <w:t xml:space="preserve">[1:44:40] </w:t>
      </w:r>
      <w:r>
        <w:t>hai, sirf Quran mein hai, sirf tauheed mein hai, aur kahin nahi hai.</w:t>
      </w:r>
    </w:p>
    <w:p>
      <w:pPr>
        <w:jc w:val="right"/>
      </w:pPr>
      <w:r>
        <w:t>ہے، صرف قرآن میں ہے، صرف توحید میں ہے، اور کہیں نہیں ہے۔</w:t>
      </w:r>
    </w:p>
    <w:p>
      <w:r>
        <w:rPr>
          <w:b/>
        </w:rPr>
        <w:t xml:space="preserve">[1:44:46] </w:t>
      </w:r>
      <w:r>
        <w:t>This question is from Mr. Khawaja Kaleemuddin from Pennsylvania.</w:t>
      </w:r>
    </w:p>
    <w:p>
      <w:pPr>
        <w:jc w:val="right"/>
      </w:pPr>
      <w:r>
        <w:t>دس کوئسچن از فرام مسٹر خواجہ کلیم الدین فرام پینسلوینیا۔</w:t>
      </w:r>
    </w:p>
    <w:p>
      <w:r>
        <w:rPr>
          <w:b/>
        </w:rPr>
        <w:t xml:space="preserve">[1:44:52] </w:t>
      </w:r>
      <w:r>
        <w:t>In Islam, as far as inheritance is concerned: male child gets two shares as compared to a female child.</w:t>
      </w:r>
    </w:p>
    <w:p>
      <w:pPr>
        <w:jc w:val="right"/>
      </w:pPr>
      <w:r>
        <w:t>ان اسلام ایز فار انہیریٹنس از کنسرنڈ: میل چائلڈ گیٹس ٹو شیئرز ایز کمپیر ٹو ا فیمیل چائل</w:t>
      </w:r>
    </w:p>
    <w:p>
      <w:r>
        <w:rPr>
          <w:b/>
        </w:rPr>
        <w:t xml:space="preserve">[1:44:58] </w:t>
      </w:r>
      <w:r>
        <w:t>d.</w:t>
      </w:r>
    </w:p>
    <w:p>
      <w:pPr>
        <w:jc w:val="right"/>
      </w:pPr>
      <w:r>
        <w:t>ڈ۔</w:t>
      </w:r>
    </w:p>
    <w:p>
      <w:r>
        <w:rPr>
          <w:b/>
        </w:rPr>
        <w:t xml:space="preserve">[1:45:04] </w:t>
      </w:r>
      <w:r>
        <w:t>What is the wisdom behind it? In today's society, both male and female children take equal responsibility of parents.</w:t>
      </w:r>
    </w:p>
    <w:p>
      <w:pPr>
        <w:jc w:val="right"/>
      </w:pPr>
      <w:r>
        <w:t>واٹ از دا وزڈم بیہائنڈ اٹ؟ ان ٹوڈے سوسائٹی، بوتھ میل اینڈ فیمیل چلڈرن ٹیک ایکول ریسپانسبیلٹی اف پیرنٹس۔</w:t>
      </w:r>
    </w:p>
    <w:p>
      <w:r>
        <w:rPr>
          <w:b/>
        </w:rPr>
        <w:t xml:space="preserve">[1:45:10] </w:t>
      </w:r>
      <w:r>
        <w:t>In this condition, how is it just to give two shares to a male child? Maulana, kindly comment.</w:t>
      </w:r>
    </w:p>
    <w:p>
      <w:pPr>
        <w:jc w:val="right"/>
      </w:pPr>
      <w:r>
        <w:t>ان دس کنڈیشن، ہاؤ از اٹ جسٹ ٹو گیو ٹو شیئرز ٹو ا میل چائلڈ؟ مولانا، کائنڈلی کمنٹ۔</w:t>
      </w:r>
    </w:p>
    <w:p>
      <w:r>
        <w:rPr>
          <w:b/>
        </w:rPr>
        <w:t xml:space="preserve">[1:45:17] </w:t>
      </w:r>
      <w:r>
        <w:t>dekhein, yeh is par kafi likha ja chuka hai.</w:t>
      </w:r>
    </w:p>
    <w:p>
      <w:pPr>
        <w:jc w:val="right"/>
      </w:pPr>
      <w:r>
        <w:t>دیکھیں، یہ اس پر کافی لکھا جا چکا ہے۔</w:t>
      </w:r>
    </w:p>
    <w:p>
      <w:r>
        <w:rPr>
          <w:b/>
        </w:rPr>
        <w:t xml:space="preserve">[1:45:23] </w:t>
      </w:r>
      <w:r>
        <w:t>Islam ka jo poora system hai, us ko dekh kar</w:t>
      </w:r>
    </w:p>
    <w:p>
      <w:pPr>
        <w:jc w:val="right"/>
      </w:pPr>
      <w:r>
        <w:t>اسلام کا جو پورا سسٹم ہے، اس کو دیکھ کر</w:t>
      </w:r>
    </w:p>
    <w:p>
      <w:r>
        <w:rPr>
          <w:b/>
        </w:rPr>
        <w:t xml:space="preserve">[1:45:29] </w:t>
      </w:r>
      <w:r>
        <w:t>yeh baat samajh mein aa sakti hai ke Islam mein wirasat jo hai, aurat ko do taraf se</w:t>
      </w:r>
    </w:p>
    <w:p>
      <w:pPr>
        <w:jc w:val="right"/>
      </w:pPr>
      <w:r>
        <w:t>یہ بات سمجھ میں آ سکتی ہے کہ اسلام میں وراثت جو ہے، عورت کو دو طرف سے</w:t>
      </w:r>
    </w:p>
    <w:p>
      <w:r>
        <w:rPr>
          <w:b/>
        </w:rPr>
        <w:t xml:space="preserve">[1:45:34] </w:t>
      </w:r>
      <w:r>
        <w:t>milti hai, yani susral se bhi, make se bhi.</w:t>
      </w:r>
    </w:p>
    <w:p>
      <w:pPr>
        <w:jc w:val="right"/>
      </w:pPr>
      <w:r>
        <w:t>ملتی ہے، یعنی سسرال سے بھی، میکے سے بھی۔</w:t>
      </w:r>
    </w:p>
    <w:p>
      <w:r>
        <w:rPr>
          <w:b/>
        </w:rPr>
        <w:t xml:space="preserve">[1:45:39] </w:t>
      </w:r>
      <w:r>
        <w:t>یہ سسٹم ان سوسائٹیز میں نہیں ہے جس کا آپ refer کر رہے ہیں کہ دونوں طرف سے</w:t>
      </w:r>
    </w:p>
    <w:p>
      <w:pPr>
        <w:jc w:val="right"/>
      </w:pPr>
      <w:r>
        <w:t>یہ سسٹم ان سوسائٹیز میں نہیں ہے جس کا آپ ریفر کر رہے ہیں کہ دونوں طرف سے</w:t>
      </w:r>
    </w:p>
    <w:p>
      <w:r>
        <w:rPr>
          <w:b/>
        </w:rPr>
        <w:t xml:space="preserve">[1:45:44] </w:t>
      </w:r>
      <w:r>
        <w:t>isko wirasat mile.</w:t>
      </w:r>
    </w:p>
    <w:p>
      <w:pPr>
        <w:jc w:val="right"/>
      </w:pPr>
      <w:r>
        <w:t>اس کو وراثت ملے۔</w:t>
      </w:r>
    </w:p>
    <w:p>
      <w:r>
        <w:rPr>
          <w:b/>
        </w:rPr>
        <w:t xml:space="preserve">[1:45:49] </w:t>
      </w:r>
      <w:r>
        <w:t>یہ دو special چیز ہیں عورت کے ساتھ جو اور کہیں نہیں پائیں گے اور societies میں کہ</w:t>
      </w:r>
    </w:p>
    <w:p>
      <w:pPr>
        <w:jc w:val="right"/>
      </w:pPr>
      <w:r>
        <w:t>یہ دو اسپیشل چیز ہیں عورت کے ساتھ جو اور کہیں نہیں پائیں گے اور سوسائٹیز میں کہ</w:t>
      </w:r>
    </w:p>
    <w:p>
      <w:r>
        <w:rPr>
          <w:b/>
        </w:rPr>
        <w:t xml:space="preserve">[1:45:54] </w:t>
      </w:r>
      <w:r>
        <w:t>ek yeh hai ke aurat ko</w:t>
      </w:r>
    </w:p>
    <w:p>
      <w:pPr>
        <w:jc w:val="right"/>
      </w:pPr>
      <w:r>
        <w:t>ایک یہ ہے کہ عورت کو</w:t>
      </w:r>
    </w:p>
    <w:p>
      <w:r>
        <w:rPr>
          <w:b/>
        </w:rPr>
        <w:t xml:space="preserve">[1:46:00] </w:t>
      </w:r>
      <w:r>
        <w:t>mard ko to sirf apna apna hi hissa mile ga, yani apne aur aurat ko maike se bhi mile ga, sasural se bhi mile ga, dono se us ko hissa milta hai. Doosri baat yeh hai ke aurat jo hai, yani biwi par ghar chalane ki bhi pabandi nahi hai. Yani aurat agar kamati hai aur apna paisa apne paas, apne apne account mein rakhti hai to us ko haq hai Islam ki rooh se. Us ko yeh</w:t>
      </w:r>
    </w:p>
    <w:p>
      <w:pPr>
        <w:jc w:val="right"/>
      </w:pPr>
      <w:r>
        <w:t>مرد کو تو صرف اپنے اپنا ہی حصہ ملے گا، یعنی اپنے اور عورت کو میکے سے بھی ملے گا، سسرال سے بھی ملے گا، دونوں سے اس کو حصہ ملتا ہے۔ دوسری بات یہ ہے کہ عورت جو ہے، یعنی بیوی پر گھر چلانے کی بھی پابندی نہیں ہے۔ یعنی عورت اگر کماتی ہے اور اپنا پیسہ اپنے پاس، اپنے اپنے اکاؤنٹ میں رکھتی ہے تو اس کو حق ہے اسلام کی روح سے۔ اس کو یہ</w:t>
      </w:r>
    </w:p>
    <w:p>
      <w:r>
        <w:rPr>
          <w:b/>
        </w:rPr>
        <w:t xml:space="preserve">[1:46:30] </w:t>
      </w:r>
      <w:r>
        <w:t>pabandi nahi hai ke ghar chalane ke liye woh woh share kare.</w:t>
      </w:r>
    </w:p>
    <w:p>
      <w:pPr>
        <w:jc w:val="right"/>
      </w:pPr>
      <w:r>
        <w:t>پابندی نہیں ہے کہ گھر چلانے کے لیے وہ وہ شیئر کرے۔</w:t>
      </w:r>
    </w:p>
    <w:p>
      <w:r>
        <w:rPr>
          <w:b/>
        </w:rPr>
        <w:t xml:space="preserve">[1:46:33] </w:t>
      </w:r>
      <w:r>
        <w:t>ghar chalane ki zimmedari sirf shohar par hai, aurat par nahi hai.</w:t>
      </w:r>
    </w:p>
    <w:p>
      <w:pPr>
        <w:jc w:val="right"/>
      </w:pPr>
      <w:r>
        <w:t>گھر چلانے کی ذمہ داری صرف شوہر پر ہے، عورت پر نہیں ہے۔</w:t>
      </w:r>
    </w:p>
    <w:p>
      <w:r>
        <w:rPr>
          <w:b/>
        </w:rPr>
        <w:t xml:space="preserve">[1:46:37] </w:t>
      </w:r>
      <w:r>
        <w:t>to aurat ko zyada faide mein hai.</w:t>
      </w:r>
    </w:p>
    <w:p>
      <w:pPr>
        <w:jc w:val="right"/>
      </w:pPr>
      <w:r>
        <w:t>تو عورت کو زیادہ فائدے میں ہے۔</w:t>
      </w:r>
    </w:p>
    <w:p>
      <w:r>
        <w:rPr>
          <w:b/>
        </w:rPr>
        <w:t xml:space="preserve">[1:46:41] </w:t>
      </w:r>
      <w:r>
        <w:t>aurat jo hai islam mein zyada faide mein hai.</w:t>
      </w:r>
    </w:p>
    <w:p>
      <w:pPr>
        <w:jc w:val="right"/>
      </w:pPr>
      <w:r>
        <w:t>عورت جو ہے اسلام میں زیادہ فائدے میں ہے۔</w:t>
      </w:r>
    </w:p>
    <w:p>
      <w:r>
        <w:rPr>
          <w:b/>
        </w:rPr>
        <w:t xml:space="preserve">[1:46:45] </w:t>
      </w:r>
      <w:r>
        <w:t>ek taraf to apna apni kamai ko bank mein rakh sakti hai, woh shohar us se taqaza nahi</w:t>
      </w:r>
    </w:p>
    <w:p>
      <w:pPr>
        <w:jc w:val="right"/>
      </w:pPr>
      <w:r>
        <w:t>ایک طرف تو اپنا اپنی کمائی کو بینک میں رکھ سکتی ہے، وہ شوہر اس سے تقاضا نہیں</w:t>
      </w:r>
    </w:p>
    <w:p>
      <w:r>
        <w:rPr>
          <w:b/>
        </w:rPr>
        <w:t xml:space="preserve">[1:46:48] </w:t>
      </w:r>
      <w:r>
        <w:t>kar sakta ke tumhein bhi share karna chahiye.</w:t>
      </w:r>
    </w:p>
    <w:p>
      <w:pPr>
        <w:jc w:val="right"/>
      </w:pPr>
      <w:r>
        <w:t>کر سکتا کہ تمہیں بھی شیئر کرنا چاہیے۔</w:t>
      </w:r>
    </w:p>
    <w:p>
      <w:r>
        <w:rPr>
          <w:b/>
        </w:rPr>
        <w:t xml:space="preserve">[1:46:52] </w:t>
      </w:r>
      <w:r>
        <w:t>to apni sari kamai bank mein rakh sakti hai.</w:t>
      </w:r>
    </w:p>
    <w:p>
      <w:pPr>
        <w:jc w:val="right"/>
      </w:pPr>
      <w:r>
        <w:t>تو اپنی ساری کمائی بینک میں رکھ سکتی ہے۔</w:t>
      </w:r>
    </w:p>
    <w:p>
      <w:r>
        <w:rPr>
          <w:b/>
        </w:rPr>
        <w:t xml:space="preserve">[1:46:56] </w:t>
      </w:r>
      <w:r>
        <w:t>woh aur doosri yeh ke wa</w:t>
      </w:r>
    </w:p>
    <w:p>
      <w:pPr>
        <w:jc w:val="right"/>
      </w:pPr>
      <w:r>
        <w:t>وہ اور دوسری یہ کہ و</w:t>
      </w:r>
    </w:p>
    <w:p>
      <w:r>
        <w:rPr>
          <w:b/>
        </w:rPr>
        <w:t xml:space="preserve">[1:47:00] </w:t>
      </w:r>
      <w:r>
        <w:t>rasat mein usko make se bhi milega aur susral se bhi milega.</w:t>
      </w:r>
    </w:p>
    <w:p>
      <w:pPr>
        <w:jc w:val="right"/>
      </w:pPr>
      <w:r>
        <w:t>راثت میں اس کو میکے سے بھی ملے گا اور سسرال سے بھی ملے گا۔</w:t>
      </w:r>
    </w:p>
    <w:p>
      <w:r>
        <w:rPr>
          <w:b/>
        </w:rPr>
        <w:t xml:space="preserve">[1:47:05] </w:t>
      </w:r>
      <w:r>
        <w:t>to aurat to zyada faide mein hai, yeh kam az kam barabar hai.</w:t>
      </w:r>
    </w:p>
    <w:p>
      <w:pPr>
        <w:jc w:val="right"/>
      </w:pPr>
      <w:r>
        <w:t>تو عورت تو زیادہ فائدے میں ہے، یہ کم از کم برابر ہے۔</w:t>
      </w:r>
    </w:p>
    <w:p>
      <w:r>
        <w:rPr>
          <w:b/>
        </w:rPr>
        <w:t xml:space="preserve">[1:47:10] </w:t>
      </w:r>
      <w:r>
        <w:t>to pure pura jo system hai, usko samne rakh kar dekha jaye, tab uski wisdom samajh</w:t>
      </w:r>
    </w:p>
    <w:p>
      <w:pPr>
        <w:jc w:val="right"/>
      </w:pPr>
      <w:r>
        <w:t>تو پورے پورا جو سسٹم ہے، اس کو سامنے رکھ کر دیکھا جائے، تب اس کی وزڈم سمجھ</w:t>
      </w:r>
    </w:p>
    <w:p>
      <w:r>
        <w:rPr>
          <w:b/>
        </w:rPr>
        <w:t xml:space="preserve">[1:47:15] </w:t>
      </w:r>
      <w:r>
        <w:t>mein aati hai.</w:t>
      </w:r>
    </w:p>
    <w:p>
      <w:pPr>
        <w:jc w:val="right"/>
      </w:pPr>
      <w:r>
        <w:t>میں آتی ہے۔</w:t>
      </w:r>
    </w:p>
    <w:p>
      <w:r>
        <w:rPr>
          <w:b/>
        </w:rPr>
        <w:t xml:space="preserve">[1:47:20] </w:t>
      </w:r>
      <w:r>
        <w:t>This question is from Mr. Nafees Akhtar from Aligarh.</w:t>
      </w:r>
    </w:p>
    <w:p>
      <w:pPr>
        <w:jc w:val="right"/>
      </w:pPr>
      <w:r>
        <w:t>دس کوئسچن از فرام مسٹر نفیس اختر فرام علی گڑھ۔</w:t>
      </w:r>
    </w:p>
    <w:p>
      <w:r>
        <w:rPr>
          <w:b/>
        </w:rPr>
        <w:t xml:space="preserve">[1:47:25] </w:t>
      </w:r>
      <w:r>
        <w:t>according to Holy Book of Allah, the lifespan of حضرت نوح</w:t>
      </w:r>
    </w:p>
    <w:p>
      <w:pPr>
        <w:jc w:val="right"/>
      </w:pPr>
      <w:r>
        <w:t>اکارڈنگ ٹو ہولی بک اف اللہ، دا لائف سپین اف حضرت نوح</w:t>
      </w:r>
    </w:p>
    <w:p>
      <w:r>
        <w:rPr>
          <w:b/>
        </w:rPr>
        <w:t xml:space="preserve">[1:47:30] </w:t>
      </w:r>
      <w:r>
        <w:t>was more than 950 years.</w:t>
      </w:r>
    </w:p>
    <w:p>
      <w:pPr>
        <w:jc w:val="right"/>
      </w:pPr>
      <w:r>
        <w:t>واز مور دین 950 ایئرز۔</w:t>
      </w:r>
    </w:p>
    <w:p>
      <w:r>
        <w:rPr>
          <w:b/>
        </w:rPr>
        <w:t xml:space="preserve">[1:47:34] </w:t>
      </w:r>
      <w:r>
        <w:t>How can it be believable in this era of science? دیکھیں، یہ سائنس کی بات نہیں ہے، یہ</w:t>
      </w:r>
    </w:p>
    <w:p>
      <w:pPr>
        <w:jc w:val="right"/>
      </w:pPr>
      <w:r>
        <w:t>ہاؤ کین اٹ بی بیلیویبل ان دس ایرا اف سائنس؟ دیکھیں، یہ سائنس کی بات نہیں ہے، یہ</w:t>
      </w:r>
    </w:p>
    <w:p>
      <w:r>
        <w:rPr>
          <w:b/>
        </w:rPr>
        <w:t xml:space="preserve">[1:47:39] </w:t>
      </w:r>
      <w:r>
        <w:t>moajze ki baat hai.</w:t>
      </w:r>
    </w:p>
    <w:p>
      <w:pPr>
        <w:jc w:val="right"/>
      </w:pPr>
      <w:r>
        <w:t>معجزہ کی بات ہے۔</w:t>
      </w:r>
    </w:p>
    <w:p>
      <w:r>
        <w:rPr>
          <w:b/>
        </w:rPr>
        <w:t xml:space="preserve">[1:47:43] </w:t>
      </w:r>
      <w:r>
        <w:t>exception hote hain aur science mein bhi exception mana jata hai.</w:t>
      </w:r>
    </w:p>
    <w:p>
      <w:pPr>
        <w:jc w:val="right"/>
      </w:pPr>
      <w:r>
        <w:t>ایکسیپشن ہوتے ہیں اور سائنس میں بھی ایکسیپشن مانا جاتا ہے۔</w:t>
      </w:r>
    </w:p>
    <w:p>
      <w:r>
        <w:rPr>
          <w:b/>
        </w:rPr>
        <w:t xml:space="preserve">[1:47:47] </w:t>
      </w:r>
      <w:r>
        <w:t>to general rule yeh nahi hai ke koi aadmi saade nau sou saal zinda rahe, lekin exceptional tor</w:t>
      </w:r>
    </w:p>
    <w:p>
      <w:pPr>
        <w:jc w:val="right"/>
      </w:pPr>
      <w:r>
        <w:t>تو جنرل رول یہ نہیں ہے کہ کوئی آدمی ساڑھے نو سو سال زندہ رہے، لیکن ایکسیپشنل طور</w:t>
      </w:r>
    </w:p>
    <w:p>
      <w:r>
        <w:rPr>
          <w:b/>
        </w:rPr>
        <w:t xml:space="preserve">[1:47:52] </w:t>
      </w:r>
      <w:r>
        <w:t>par koi bhi cheez ho sakti hai.</w:t>
      </w:r>
    </w:p>
    <w:p>
      <w:pPr>
        <w:jc w:val="right"/>
      </w:pPr>
      <w:r>
        <w:t>پر کوئی بھی چیز ہو سکتی ہے۔</w:t>
      </w:r>
    </w:p>
    <w:p>
      <w:r>
        <w:rPr>
          <w:b/>
        </w:rPr>
        <w:t xml:space="preserve">[1:47:56] </w:t>
      </w:r>
      <w:r>
        <w:t>yani agar ek aadmi aisa m</w:t>
      </w:r>
    </w:p>
    <w:p>
      <w:pPr>
        <w:jc w:val="right"/>
      </w:pPr>
      <w:r>
        <w:t>یعنی اگر ایک آدمی ایسا مم</w:t>
      </w:r>
    </w:p>
    <w:p>
      <w:r>
        <w:rPr>
          <w:b/>
        </w:rPr>
        <w:t xml:space="preserve">[1:48:00] </w:t>
      </w:r>
      <w:r>
        <w:t>kon hai ke ek saal mein mar jaye aur koi sau saal mein maray, koi dehdh so saal mein maray, yeh to aap dekhte hain, yeh variations, yeh variations aap dekh rahe hain. To is variation ko agar aur barha diya jaye to is mein kya? Yani is mein kyun impossible? Kyun hai? Yani already there are variations ke aam aadmi agar 50 saal mein marta hai, 70 saal mein marta hai to koi aadmi dehdh so saal marta hai. Abhi bhi aisa ho raha hai.</w:t>
      </w:r>
    </w:p>
    <w:p>
      <w:pPr>
        <w:jc w:val="right"/>
      </w:pPr>
      <w:r>
        <w:t>کن ہے کہ ایک سال میں مر جائے اور کوئی سو سال میں مرے، کوئی ڈیڑھ سو سال میں مرے، یہ تو آپ دیکھتے ہیں، یہ ویری ایشنز، یہ ویری ایشنز آپ دیکھ رہے ہیں۔ تو اس ویری ایشن کو اگر اور بڑھا دیا جائے تو اس میں کیا؟ یعنی اس میں کیوں امپاسیبل؟ کیوں ہے؟ یعنی الریڈی دیر از ویری ایشنز کہ عام آدمی اگر 50 سال میں مرتا ہے، 70 سال میں مرتا ہے تو کوئی آدمی ڈیڑھ سو سال مرتا ہے۔ ابھی بھی ایسا ہو رہا ہے۔</w:t>
      </w:r>
    </w:p>
    <w:p>
      <w:r>
        <w:rPr>
          <w:b/>
        </w:rPr>
        <w:t xml:space="preserve">[1:48:30] </w:t>
      </w:r>
      <w:r>
        <w:t>To is variation hi ko agar aap aur lamba kar dein to is mein koi, main samajhta hoon ke koi koi na koi na to unscientific baat hai, na koi irrational baat hai. To Allah taala ne apni khaas hikmat ke tehat kisi shakhs ki umar lamba kar di. Waise bhi kisi shakhs ko lamba karta hai. Ab main dekhiye, mera mere do bachay mar chukay hain. Ek bachhi jo thi, woh shayad ek saal mein mar gayi. Mera ek bach</w:t>
      </w:r>
    </w:p>
    <w:p>
      <w:pPr>
        <w:jc w:val="right"/>
      </w:pPr>
      <w:r>
        <w:t>تو اس ویری ایشن ہی کو اگر آپ اور لمبا کر دیں تو اس میں کوئی، میں سمجھتا ہوں کہ کوئی کوئی نہ کوئی نہ تو غیر سائنٹیفک بات ہے، نہ کوئی انریشنل بات ہے۔ تو اللہ تعالی نے اپنی خاص حکمت کے تحت کسی شخص کی عمر لمبی کر دی۔ ویسے بھی کسی شخص کو لمبی کرتا ہے۔ اب میں دیکھیے، میرا میرے دو بچے مر چکے ہیں۔ ایک بچی جو تھی، وہ شاید ایک سال میں مر گئی۔ میرا ایک بچ</w:t>
      </w:r>
    </w:p>
    <w:p>
      <w:r>
        <w:rPr>
          <w:b/>
        </w:rPr>
        <w:t xml:space="preserve">[1:49:00] </w:t>
      </w:r>
      <w:r>
        <w:t>h teen saal mein mar gaya aur mein abhi tak zinda hoon.</w:t>
      </w:r>
    </w:p>
    <w:p>
      <w:pPr>
        <w:jc w:val="right"/>
      </w:pPr>
      <w:r>
        <w:t>ہ تین سال میں مر گیا اور میں ابھی تک زندہ ہوں۔</w:t>
      </w:r>
    </w:p>
    <w:p>
      <w:r>
        <w:rPr>
          <w:b/>
        </w:rPr>
        <w:t xml:space="preserve">[1:49:06] </w:t>
      </w:r>
      <w:r>
        <w:t>to agar is qism ka variation possible hai to ek aur variation bhi possible hai.</w:t>
      </w:r>
    </w:p>
    <w:p>
      <w:pPr>
        <w:jc w:val="right"/>
      </w:pPr>
      <w:r>
        <w:t>تو اگر اس قسم کا ویری ایشن پاسیبل ہے تو ایک اور ویری ایشن بھی پاسیبل ہے۔</w:t>
      </w:r>
    </w:p>
    <w:p>
      <w:r>
        <w:rPr>
          <w:b/>
        </w:rPr>
        <w:t xml:space="preserve">[1:49:12] </w:t>
      </w:r>
      <w:r>
        <w:t>is mein koi baat unthinkable nahi hai, mere khayal se.</w:t>
      </w:r>
    </w:p>
    <w:p>
      <w:pPr>
        <w:jc w:val="right"/>
      </w:pPr>
      <w:r>
        <w:t>اس میں کوئی بات ان تھنکیبل نہیں ہے، میرے خیال سے۔</w:t>
      </w:r>
    </w:p>
    <w:p>
      <w:r>
        <w:rPr>
          <w:b/>
        </w:rPr>
        <w:t xml:space="preserve">[1:49:19] </w:t>
      </w:r>
      <w:r>
        <w:t>This question is from Mr. Hasan Tariq from Delhi.</w:t>
      </w:r>
    </w:p>
    <w:p>
      <w:pPr>
        <w:jc w:val="right"/>
      </w:pPr>
      <w:r>
        <w:t>دس کوئسچن از فرام مسٹر حسن طارق فرام دہلی۔</w:t>
      </w:r>
    </w:p>
    <w:p>
      <w:r>
        <w:rPr>
          <w:b/>
        </w:rPr>
        <w:t xml:space="preserve">[1:49:25] </w:t>
      </w:r>
      <w:r>
        <w:t>kya aaj sari duniya mein musalmanon ki behurmati, bezati ki wajah hamare apne aamal nahi hain?</w:t>
      </w:r>
    </w:p>
    <w:p>
      <w:pPr>
        <w:jc w:val="right"/>
      </w:pPr>
      <w:r>
        <w:t>کیا آج ساری دنیا میں مسلمانوں کی بے حرمتی، بے عزتی کی وجہ ہمارے اپنے اعمال نہیں ہیں؟</w:t>
      </w:r>
    </w:p>
    <w:p>
      <w:r>
        <w:rPr>
          <w:b/>
        </w:rPr>
        <w:t xml:space="preserve">[1:49:31] </w:t>
      </w:r>
      <w:r>
        <w:t>Yeh yeh concept mein nahi manta ke be-hurmati aur be-izzati ho rahi hai. Kahan ho rahi hai? Bhai, hum aap yahan baithe hain, baat kar rahe hain, koi humein rukawat nahi hai. To be-hurmati, be-izzati kahan ho rahi hai? Yeh to ek khayali baat hai. Main samajhta hoon ke akhbaron ne phaila rakhi hai aisi baat. Hum to dunya ke har mulk mein gaye hain, aksar mulkon mein, hum har jagah dekhte hain log izzat se reh rahe hain. Har jagah izzat se reh rahe hain, hatta ke abhi jo latest jo qissa hai Singh Kang ka China</w:t>
      </w:r>
    </w:p>
    <w:p>
      <w:pPr>
        <w:jc w:val="right"/>
      </w:pPr>
      <w:r>
        <w:t>یہ یہ کانسیپٹ میں نہیں مانتا کہ بے حرمتی اور بے عزتی ہو رہی ہے۔ کہاں ہو رہی ہے؟ بھائی، ہم آپ یہاں بیٹھے ہیں، بات کر رہے ہیں، کوئی ہمیں رکاوٹ نہیں ہے۔ تو بے حرمتی، بے عزتی کہاں ہو رہی ہے؟ یہ تو ایک خیالی بات ہے۔ میں سمجھتا ہوں کہ اخباروں نے پھیلا رکھی ہے ایسی بات۔ ہم تو دنیا کے ہر ملک میں گئے ہیں، اکثر ملکوں میں، ہم ہر جگہ دیکھتے ہیں لوگ عزت سے رہ رہے ہیں۔ ہر جگہ عزت سے رہ رہے ہیں، حتیٰ کہ ابھی جو لیٹسٹ جو قصہ ہے سنگھ کانگ کا چائنہ</w:t>
      </w:r>
    </w:p>
    <w:p>
      <w:r>
        <w:rPr>
          <w:b/>
        </w:rPr>
        <w:t xml:space="preserve">[1:50:01] </w:t>
      </w:r>
      <w:r>
        <w:t>mein, wahan log izzat se reh rahe thay, khoob aram se. Lekin wahan par koi leader niklay, ek leader sahab niklay, kuch leader to unhon ne Islami hukumat qaim karo. To zahir hai ke aap Islami hukumat qaim karoge to woh to baghawat samjhenge, us ko baghawat samjhenge, marenge us ko. To yeh yeh yeh yeh theory hi galat hai ke hum Musal</w:t>
      </w:r>
    </w:p>
    <w:p>
      <w:pPr>
        <w:jc w:val="right"/>
      </w:pPr>
      <w:r>
        <w:t>میں، وہاں لوگ عزت سے رہ رہے تھے، خوب آرام سے۔ لیکن وہاں پر کوئی لیڈر نکلے، ایک لیڈر صاحب نکلے، کچھ لیڈر تو انہوں نے اسلامی حکومت قائم کرو۔ تو ظاہر ہے کہ آپ اسلامی حکومت قائم کرو گے تو وہ تو بغاوت سمجھیں گے، اس کو بغاوت سمجھیں گے، ماریں گے اس کو۔ تو یہ یہ یہ یہ تھیوری ہی غلط ہے کہ ہم مسلمان بے حرمت کیے جا رہے ہیں۔ کہیں بھی نہیں کیا، ہر عزت سے رہ رہے ہیں۔ اسی دنیا میں، اسی انڈیا میں خوب عزت سے رہ رہے ہیں، اسی نظام الدین ویسٹ میں ع</w:t>
      </w:r>
    </w:p>
    <w:p>
      <w:r>
        <w:rPr>
          <w:b/>
        </w:rPr>
        <w:t xml:space="preserve">[1:50:31] </w:t>
      </w:r>
      <w:r>
        <w:t>se reh rahe hain. Yeh theory mein is ko bilkul galat samajhta hoon, baseless samajhta hoon is theory ko. Das question is from Mr. Nafees Shiraz from Delhi. Maulana, ek Hadees mein aaya hai ke Musalmanon ke liye sari zameen masjid kar di gayi hai. To kya Musalman mandir mein bhi namaz parh sakte hain? Haan, har jagah parh sakte hain. Kaaba woh sab mandir hi tha, Rasool Allah jab namaz parhte thay woh</w:t>
      </w:r>
    </w:p>
    <w:p>
      <w:pPr>
        <w:jc w:val="right"/>
      </w:pPr>
      <w:r>
        <w:t>زت سے رہ رہے ہیں۔ یہ تھیوری میں اس کو بالکل غلط سمجھتا ہوں، بیسلیس سمجھتا ہوں اس تھیوری کو۔ دس کوئسچن از فرام مسٹر نفیس شیراز فرام دہلی۔ مولانا، ایک حدیث میں آیا ہے کہ مسلمانوں کے لیے ساری زمین مسجد کر دی گئی ہے۔ تو کیا مسلمان مندر میں بھی نماز پڑھ سکتے ہیں؟ ہاں، ہر جگہ پڑھ سکتے ہیں۔ کعبہ وہ سب مندر ہی تھا، رسول اللہ جب نماز پڑھتے تھے وہ</w:t>
      </w:r>
    </w:p>
    <w:p>
      <w:r>
        <w:rPr>
          <w:b/>
        </w:rPr>
        <w:t xml:space="preserve">[1:51:01] </w:t>
      </w:r>
      <w:r>
        <w:t>aan par.</w:t>
      </w:r>
    </w:p>
    <w:p>
      <w:pPr>
        <w:jc w:val="right"/>
      </w:pPr>
      <w:r>
        <w:t>اں پر۔</w:t>
      </w:r>
    </w:p>
    <w:p>
      <w:r>
        <w:rPr>
          <w:b/>
        </w:rPr>
        <w:t xml:space="preserve">[1:51:04] </w:t>
      </w:r>
      <w:r>
        <w:t>mandir is jagah ka naam hai jahan but ho.</w:t>
      </w:r>
    </w:p>
    <w:p>
      <w:pPr>
        <w:jc w:val="right"/>
      </w:pPr>
      <w:r>
        <w:t>مندر اس جگہ کا نام ہے جہاں بت ہو۔</w:t>
      </w:r>
    </w:p>
    <w:p>
      <w:r>
        <w:rPr>
          <w:b/>
        </w:rPr>
        <w:t xml:space="preserve">[1:51:07] </w:t>
      </w:r>
      <w:r>
        <w:t>to kaaba to but hi tha is waqt.</w:t>
      </w:r>
    </w:p>
    <w:p>
      <w:pPr>
        <w:jc w:val="right"/>
      </w:pPr>
      <w:r>
        <w:t>تو کعبہ تو بت ہی تھا اس وقت۔</w:t>
      </w:r>
    </w:p>
    <w:p>
      <w:r>
        <w:rPr>
          <w:b/>
        </w:rPr>
        <w:t xml:space="preserve">[1:51:11] </w:t>
      </w:r>
      <w:r>
        <w:t>yani kaaba practically mandir tha is waqt.</w:t>
      </w:r>
    </w:p>
    <w:p>
      <w:pPr>
        <w:jc w:val="right"/>
      </w:pPr>
      <w:r>
        <w:t>یعنی کعبہ پریکٹیکلی مندر تھا اس وقت۔</w:t>
      </w:r>
    </w:p>
    <w:p>
      <w:r>
        <w:rPr>
          <w:b/>
        </w:rPr>
        <w:t xml:space="preserve">[1:51:14] </w:t>
      </w:r>
      <w:r>
        <w:t>360 udal the woh wahan rakhe hue the.</w:t>
      </w:r>
    </w:p>
    <w:p>
      <w:pPr>
        <w:jc w:val="right"/>
      </w:pPr>
      <w:r>
        <w:t>360 اڈل تھے وہ وہاں رکھے ہوئے تھے۔</w:t>
      </w:r>
    </w:p>
    <w:p>
      <w:r>
        <w:rPr>
          <w:b/>
        </w:rPr>
        <w:t xml:space="preserve">[1:51:17] </w:t>
      </w:r>
      <w:r>
        <w:t>rasool Allah wahan namaz padhte the.</w:t>
      </w:r>
    </w:p>
    <w:p>
      <w:pPr>
        <w:jc w:val="right"/>
      </w:pPr>
      <w:r>
        <w:t>رسول اللہ وہاں نماز پڑھتے تھے۔</w:t>
      </w:r>
    </w:p>
    <w:p>
      <w:r>
        <w:rPr>
          <w:b/>
        </w:rPr>
        <w:t xml:space="preserve">[1:51:21] </w:t>
      </w:r>
      <w:r>
        <w:t>hazrat umar R.A. ne church mein namaz padhi.</w:t>
      </w:r>
    </w:p>
    <w:p>
      <w:pPr>
        <w:jc w:val="right"/>
      </w:pPr>
      <w:r>
        <w:t>حضرت عمر رضی اللہ عنہ نے چرچ میں نماز پڑھی۔</w:t>
      </w:r>
    </w:p>
    <w:p>
      <w:r>
        <w:rPr>
          <w:b/>
        </w:rPr>
        <w:t xml:space="preserve">[1:51:24] </w:t>
      </w:r>
      <w:r>
        <w:t>to namaz ke liye kahin bhi padh sakte hain aap, koi rukawat nahi hai.</w:t>
      </w:r>
    </w:p>
    <w:p>
      <w:pPr>
        <w:jc w:val="right"/>
      </w:pPr>
      <w:r>
        <w:t>تو نماز کے لیے کہیں بھی پڑھ سکتے ہیں آپ، کوئی رکاوٹ نہیں ہے۔</w:t>
      </w:r>
    </w:p>
    <w:p>
      <w:r>
        <w:rPr>
          <w:b/>
        </w:rPr>
        <w:t xml:space="preserve">[1:51:28] </w:t>
      </w:r>
      <w:r>
        <w:t>das question is</w:t>
      </w:r>
    </w:p>
    <w:p>
      <w:pPr>
        <w:jc w:val="right"/>
      </w:pPr>
      <w:r>
        <w:t>دس کوئسچن از</w:t>
      </w:r>
    </w:p>
    <w:p>
      <w:r>
        <w:rPr>
          <w:b/>
        </w:rPr>
        <w:t xml:space="preserve">[1:51:31] </w:t>
      </w:r>
      <w:r>
        <w:t>from Mr. Zubair from Delhi.</w:t>
      </w:r>
    </w:p>
    <w:p>
      <w:pPr>
        <w:jc w:val="right"/>
      </w:pPr>
      <w:r>
        <w:t>فرام مسٹر زبیر فرام دہلی۔</w:t>
      </w:r>
    </w:p>
    <w:p>
      <w:r>
        <w:rPr>
          <w:b/>
        </w:rPr>
        <w:t xml:space="preserve">[1:51:37] </w:t>
      </w:r>
      <w:r>
        <w:t>In Bukhari, it is mentioned that Umar ibn al-Khattab stopped the Prophet from writing a will.</w:t>
      </w:r>
    </w:p>
    <w:p>
      <w:pPr>
        <w:jc w:val="right"/>
      </w:pPr>
      <w:r>
        <w:t>ان بخاری اٹ از مینشن دیٹ عمر بن الخطاب سٹاپ دا پرافٹ فرام رائٹنگ ا ول۔</w:t>
      </w:r>
    </w:p>
    <w:p>
      <w:r>
        <w:rPr>
          <w:b/>
        </w:rPr>
        <w:t xml:space="preserve">[1:51:43] </w:t>
      </w:r>
      <w:r>
        <w:t>Doesn't this mean that Umar was not a righteous man? What is your comment on this? یہ ایک</w:t>
      </w:r>
    </w:p>
    <w:p>
      <w:pPr>
        <w:jc w:val="right"/>
      </w:pPr>
      <w:r>
        <w:t>ڈزنٹ دس مین دیٹ عمر واز ناٹ ا رائٹیس مین؟ واٹ از یور کمنٹ ان دس؟ یہ ایک</w:t>
      </w:r>
    </w:p>
    <w:p>
      <w:r>
        <w:rPr>
          <w:b/>
        </w:rPr>
        <w:t xml:space="preserve">[1:51:49] </w:t>
      </w:r>
      <w:r>
        <w:t>qissa hai, woh ashiyayi logon ne itna is ko badhaya chadhaya hai, is ki koi koi haqeeqat nahi hai.</w:t>
      </w:r>
    </w:p>
    <w:p>
      <w:pPr>
        <w:jc w:val="right"/>
      </w:pPr>
      <w:r>
        <w:t>قصہ ہے، وہ ایشیائی لوگوں نے اتنا اس کو بڑھایا چڑھایا ہے، اس کی کوئی کوئی حقیقت نہیں ہے۔</w:t>
      </w:r>
    </w:p>
    <w:p>
      <w:r>
        <w:rPr>
          <w:b/>
        </w:rPr>
        <w:t xml:space="preserve">[1:51:55] </w:t>
      </w:r>
      <w:r>
        <w:t>ashiyayi logon ka</w:t>
      </w:r>
    </w:p>
    <w:p>
      <w:pPr>
        <w:jc w:val="right"/>
      </w:pPr>
      <w:r>
        <w:t>ایشیائی لوگوں کا</w:t>
      </w:r>
    </w:p>
    <w:p>
      <w:r>
        <w:rPr>
          <w:b/>
        </w:rPr>
        <w:t xml:space="preserve">[1:52:01] </w:t>
      </w:r>
      <w:r>
        <w:t>ke yani khud sakhta taur par unhon ne is ka koi matlab nikal rakha hai.</w:t>
      </w:r>
    </w:p>
    <w:p>
      <w:pPr>
        <w:jc w:val="right"/>
      </w:pPr>
      <w:r>
        <w:t>کہ یعنی خود ساختہ طور پر انہوں نے اس کا کوئی مطلب نکال رکھا ہے۔</w:t>
      </w:r>
    </w:p>
    <w:p>
      <w:r>
        <w:rPr>
          <w:b/>
        </w:rPr>
        <w:t xml:space="preserve">[1:52:06] </w:t>
      </w:r>
      <w:r>
        <w:t>woh nahi, woh ek saada si baat hai.</w:t>
      </w:r>
    </w:p>
    <w:p>
      <w:pPr>
        <w:jc w:val="right"/>
      </w:pPr>
      <w:r>
        <w:t>وہ نہیں، وہ ایک سادہ سی بات ہے۔</w:t>
      </w:r>
    </w:p>
    <w:p>
      <w:r>
        <w:rPr>
          <w:b/>
        </w:rPr>
        <w:t xml:space="preserve">[1:52:11] </w:t>
      </w:r>
      <w:r>
        <w:t>woh is ki detail aap janna chahein to mere paas aaein, aap mein kitabon se bataunga aap</w:t>
      </w:r>
    </w:p>
    <w:p>
      <w:pPr>
        <w:jc w:val="right"/>
      </w:pPr>
      <w:r>
        <w:t>وہ اس کی ڈیٹیل آپ جاننا چاہیں تو میرے پاس آئیں، آپ میں کتابوں سے بتاؤں گا آپ</w:t>
      </w:r>
    </w:p>
    <w:p>
      <w:r>
        <w:rPr>
          <w:b/>
        </w:rPr>
        <w:t xml:space="preserve">[1:52:16] </w:t>
      </w:r>
      <w:r>
        <w:t>ko, tab aap ko itminan hoga aap ko ke is mein kuch bhi nahi hai, bilkul seedhi saadi baat hai.</w:t>
      </w:r>
    </w:p>
    <w:p>
      <w:pPr>
        <w:jc w:val="right"/>
      </w:pPr>
      <w:r>
        <w:t>کو، تب آپ کو اطمینان ہوگا آپ کو کہ اس میں کچھ بھی نہیں ہے، بالکل سیدھی سادی بات ہے۔</w:t>
      </w:r>
    </w:p>
    <w:p>
      <w:r>
        <w:rPr>
          <w:b/>
        </w:rPr>
        <w:t xml:space="preserve">[1:52:22] </w:t>
      </w:r>
      <w:r>
        <w:t>shia logon ne is ko bohat hi badhaya chadhaya hai, is ki haqeeqat kuch bhi nahi hai.</w:t>
      </w:r>
    </w:p>
    <w:p>
      <w:pPr>
        <w:jc w:val="right"/>
      </w:pPr>
      <w:r>
        <w:t>شیعہ لوگوں نے اس کو بہت ہی بڑھایا چڑھا دیا ہے، اس کی حقیقت کچھ بھی نہیں ہے۔</w:t>
      </w:r>
    </w:p>
    <w:p>
      <w:r>
        <w:rPr>
          <w:b/>
        </w:rPr>
        <w:t xml:space="preserve">[1:52:27] </w:t>
      </w:r>
      <w:r>
        <w:t>His next question is: Some scholars say that God is everywhere and give us scientific</w:t>
      </w:r>
    </w:p>
    <w:p>
      <w:pPr>
        <w:jc w:val="right"/>
      </w:pPr>
      <w:r>
        <w:t>ہز نیکسٹ کوئسچن از: سم سکالرز سے دیٹ گاڈ از ایوری ویئر اینڈ گیو اس سائنٹیفک</w:t>
      </w:r>
    </w:p>
    <w:p>
      <w:r>
        <w:rPr>
          <w:b/>
        </w:rPr>
        <w:t xml:space="preserve">[1:52:32] </w:t>
      </w:r>
      <w:r>
        <w:t>reasoning regarding this concept, like Harun Yahya.</w:t>
      </w:r>
    </w:p>
    <w:p>
      <w:pPr>
        <w:jc w:val="right"/>
      </w:pPr>
      <w:r>
        <w:t>ریزننگ ریگارڈنگ دس کانسیپٹ، لائک ہارون یحیی۔</w:t>
      </w:r>
    </w:p>
    <w:p>
      <w:r>
        <w:rPr>
          <w:b/>
        </w:rPr>
        <w:t xml:space="preserve">[1:52:36] </w:t>
      </w:r>
      <w:r>
        <w:t>what is your opinion on this? Maulana, dekhein, ulama ne jo mana hai woh yeh hai ke God</w:t>
      </w:r>
    </w:p>
    <w:p>
      <w:pPr>
        <w:jc w:val="right"/>
      </w:pPr>
      <w:r>
        <w:t>واٹ از یور اوپینین ان دس؟ مولانا، دیکھیں، علماء نے جو مانا ہے وہ یہ ہے کہ گاڈ</w:t>
      </w:r>
    </w:p>
    <w:p>
      <w:r>
        <w:rPr>
          <w:b/>
        </w:rPr>
        <w:t xml:space="preserve">[1:52:40] </w:t>
      </w:r>
      <w:r>
        <w:t>is everywhere ka matlab yeh nahi hai ke jaise kursi yahan hai to Khuda bhi yahin baitha hua hai.</w:t>
      </w:r>
    </w:p>
    <w:p>
      <w:pPr>
        <w:jc w:val="right"/>
      </w:pPr>
      <w:r>
        <w:t>از ایوری ویئر کا مطلب یہ نہیں ہے کہ جیسے کرسی یہاں ہے تو خدا بھی یہیں بیٹھا ہوا ہے۔</w:t>
      </w:r>
    </w:p>
    <w:p>
      <w:r>
        <w:rPr>
          <w:b/>
        </w:rPr>
        <w:t xml:space="preserve">[1:52:44] </w:t>
      </w:r>
      <w:r>
        <w:t>Khuda jahan hai, wahan hai.</w:t>
      </w:r>
    </w:p>
    <w:p>
      <w:pPr>
        <w:jc w:val="right"/>
      </w:pPr>
      <w:r>
        <w:t>خدا جہاں ہے، وہاں ہے۔</w:t>
      </w:r>
    </w:p>
    <w:p>
      <w:r>
        <w:rPr>
          <w:b/>
        </w:rPr>
        <w:t xml:space="preserve">[1:52:49] </w:t>
      </w:r>
      <w:r>
        <w:t>ab ilm ke aitbar se woh yahan bhi maujood hai.</w:t>
      </w:r>
    </w:p>
    <w:p>
      <w:pPr>
        <w:jc w:val="right"/>
      </w:pPr>
      <w:r>
        <w:t>اب علم کے اعتبار سے وہ یہاں بھی موجود ہے۔</w:t>
      </w:r>
    </w:p>
    <w:p>
      <w:r>
        <w:rPr>
          <w:b/>
        </w:rPr>
        <w:t xml:space="preserve">[1:52:53] </w:t>
      </w:r>
      <w:r>
        <w:t>yani ek hai Khuda ki hasti, ek hai Khuda ka ilm.</w:t>
      </w:r>
    </w:p>
    <w:p>
      <w:pPr>
        <w:jc w:val="right"/>
      </w:pPr>
      <w:r>
        <w:t>یعنی ایک ہے خدا کی ہستی، ایک ہے خدا کا علم۔</w:t>
      </w:r>
    </w:p>
    <w:p>
      <w:r>
        <w:rPr>
          <w:b/>
        </w:rPr>
        <w:t xml:space="preserve">[1:52:57] </w:t>
      </w:r>
      <w:r>
        <w:t>to aisa nahi ke Khuda itna bada hai ke sari kainat mein har</w:t>
      </w:r>
    </w:p>
    <w:p>
      <w:pPr>
        <w:jc w:val="right"/>
      </w:pPr>
      <w:r>
        <w:t>تو ایسا نہیں کہ خدا اتنا بڑا ہے کہ ساری کائنات میں ہر</w:t>
      </w:r>
    </w:p>
    <w:p>
      <w:r>
        <w:rPr>
          <w:b/>
        </w:rPr>
        <w:t xml:space="preserve">[1:53:02] </w:t>
      </w:r>
      <w:r>
        <w:t>cheez mein woh shamil hai, kursi aur mez mein bhi shamil hai.</w:t>
      </w:r>
    </w:p>
    <w:p>
      <w:pPr>
        <w:jc w:val="right"/>
      </w:pPr>
      <w:r>
        <w:t>چیز میں وہ شامل ہے، کرسی اور میز میں بھی شامل ہے۔</w:t>
      </w:r>
    </w:p>
    <w:p>
      <w:r>
        <w:rPr>
          <w:b/>
        </w:rPr>
        <w:t xml:space="preserve">[1:53:06] </w:t>
      </w:r>
      <w:r>
        <w:t>woh aisa nahi hai.</w:t>
      </w:r>
    </w:p>
    <w:p>
      <w:pPr>
        <w:jc w:val="right"/>
      </w:pPr>
      <w:r>
        <w:t>وہ ایسا نہیں ہے۔</w:t>
      </w:r>
    </w:p>
    <w:p>
      <w:r>
        <w:rPr>
          <w:b/>
        </w:rPr>
        <w:t xml:space="preserve">[1:53:11] </w:t>
      </w:r>
      <w:r>
        <w:t>khuda jo hai, apne ilm ke aitbaar se, apni ba-khabri ke aitbaar se, apne yaani apne aware hone</w:t>
      </w:r>
    </w:p>
    <w:p>
      <w:pPr>
        <w:jc w:val="right"/>
      </w:pPr>
      <w:r>
        <w:t>خدا جو ہے، اپنے علم کے اعتبار سے، اپنی باخبری کے اعتبار سے، اپنے یعنی اپنے اویئر ہونے</w:t>
      </w:r>
    </w:p>
    <w:p>
      <w:r>
        <w:rPr>
          <w:b/>
        </w:rPr>
        <w:t xml:space="preserve">[1:53:16] </w:t>
      </w:r>
      <w:r>
        <w:t>ke aitbaar se har jagah maujood hai.</w:t>
      </w:r>
    </w:p>
    <w:p>
      <w:pPr>
        <w:jc w:val="right"/>
      </w:pPr>
      <w:r>
        <w:t>کے اعتبار سے ہر جگہ موجود ہے۔</w:t>
      </w:r>
    </w:p>
    <w:p>
      <w:r>
        <w:rPr>
          <w:b/>
        </w:rPr>
        <w:t xml:space="preserve">[1:53:21] </w:t>
      </w:r>
      <w:r>
        <w:t>yeh ulma ka manna hai, isi ko mein bhi manta hoon.</w:t>
      </w:r>
    </w:p>
    <w:p>
      <w:pPr>
        <w:jc w:val="right"/>
      </w:pPr>
      <w:r>
        <w:t>یہ علماء کا ماننا ہے، اسی کو میں بھی مانتا ہوں۔</w:t>
      </w:r>
    </w:p>
    <w:p>
      <w:r>
        <w:rPr>
          <w:b/>
        </w:rPr>
        <w:t xml:space="preserve">[1:53:26] </w:t>
      </w:r>
      <w:r>
        <w:t>This question is from Ms. Najma Siddiqui from Delhi.</w:t>
      </w:r>
    </w:p>
    <w:p>
      <w:pPr>
        <w:jc w:val="right"/>
      </w:pPr>
      <w:r>
        <w:t>دس کوئسچن از فرام مس نجمہ صدیقی فرام دہلی۔</w:t>
      </w:r>
    </w:p>
    <w:p>
      <w:r>
        <w:rPr>
          <w:b/>
        </w:rPr>
        <w:t xml:space="preserve">[1:53:30] </w:t>
      </w:r>
      <w:r>
        <w:t>مولانا، can you please explain the concept of azab-e-qabr?</w:t>
      </w:r>
    </w:p>
    <w:p>
      <w:pPr>
        <w:jc w:val="right"/>
      </w:pPr>
      <w:r>
        <w:t>مولانا، کین یو پلیز ایکسپلین دی کانسیپٹ اف عذاب قبر؟</w:t>
      </w:r>
    </w:p>
    <w:p>
      <w:r>
        <w:rPr>
          <w:b/>
        </w:rPr>
        <w:t xml:space="preserve">[1:53:35] </w:t>
      </w:r>
      <w:r>
        <w:t>dekhiye, azaab-e-qabr jo hai, woh hadith mein hai, quran mein nahi hai.</w:t>
      </w:r>
    </w:p>
    <w:p>
      <w:pPr>
        <w:jc w:val="right"/>
      </w:pPr>
      <w:r>
        <w:t>دیکھیے، عذاب قبر جو ہے، وہ حدیث میں ہے، قرآن میں نہیں ہے۔</w:t>
      </w:r>
    </w:p>
    <w:p>
      <w:r>
        <w:rPr>
          <w:b/>
        </w:rPr>
        <w:t xml:space="preserve">[1:53:40] </w:t>
      </w:r>
      <w:r>
        <w:t>yeh baat pehle samajh lijiye aap.</w:t>
      </w:r>
    </w:p>
    <w:p>
      <w:pPr>
        <w:jc w:val="right"/>
      </w:pPr>
      <w:r>
        <w:t>یہ بات پہلے سمجھ لیجئے آپ۔</w:t>
      </w:r>
    </w:p>
    <w:p>
      <w:r>
        <w:rPr>
          <w:b/>
        </w:rPr>
        <w:t xml:space="preserve">[1:53:45] </w:t>
      </w:r>
      <w:r>
        <w:t>quran mein kahin bhi yeh nahi ke qabr mein azaab hota hai, hadith mein hai.</w:t>
      </w:r>
    </w:p>
    <w:p>
      <w:pPr>
        <w:jc w:val="right"/>
      </w:pPr>
      <w:r>
        <w:t>قرآن میں کہیں بھی یہ نہیں کہ قبر میں عذاب ہوتا ہے، حدیث میں ہے۔</w:t>
      </w:r>
    </w:p>
    <w:p>
      <w:r>
        <w:rPr>
          <w:b/>
        </w:rPr>
        <w:t xml:space="preserve">[1:53:50] </w:t>
      </w:r>
      <w:r>
        <w:t>toh mein aap ko yeh arz karna chahunga ke hadith aur quran mein ek farq hai.</w:t>
      </w:r>
    </w:p>
    <w:p>
      <w:pPr>
        <w:jc w:val="right"/>
      </w:pPr>
      <w:r>
        <w:t>تو میں آپ کو یہ عرض کرنا چاہوں گا کہ حدیث اور قرآن میں ایک فرق ہے۔</w:t>
      </w:r>
    </w:p>
    <w:p>
      <w:r>
        <w:rPr>
          <w:b/>
        </w:rPr>
        <w:t xml:space="preserve">[1:53:55] </w:t>
      </w:r>
      <w:r>
        <w:t>وہ ہے کہ حدیث جو ہے، وہ اس میں symbolism ہے، قرآن میں symbolism نہیں ہے۔</w:t>
      </w:r>
    </w:p>
    <w:p>
      <w:pPr>
        <w:jc w:val="right"/>
      </w:pPr>
      <w:r>
        <w:t>وہ ہے کہ حدیث جو ہے، وہ اس میں سمبولزم ہے، قرآن میں سمبولزم نہیں ہے۔</w:t>
      </w:r>
    </w:p>
    <w:p>
      <w:r>
        <w:rPr>
          <w:b/>
        </w:rPr>
        <w:t xml:space="preserve">[1:54:00] </w:t>
      </w:r>
      <w:r>
        <w:t>is zamane mein, jis zamane mein ke quran aaya, toh sari duniya mein mazhab</w:t>
      </w:r>
    </w:p>
    <w:p>
      <w:pPr>
        <w:jc w:val="right"/>
      </w:pPr>
      <w:r>
        <w:t>اس زمانے میں، جس زمانے میں کہ قرآن آیا، تو ساری دنیا میں مذہ</w:t>
      </w:r>
    </w:p>
    <w:p>
      <w:r>
        <w:rPr>
          <w:b/>
        </w:rPr>
        <w:t xml:space="preserve">[1:54:05] </w:t>
      </w:r>
      <w:r>
        <w:t>bi jo mazhabi jo baatein hua karti thi, toh sab mein wohi tha: symbolism, metaphor, simile.</w:t>
      </w:r>
    </w:p>
    <w:p>
      <w:pPr>
        <w:jc w:val="right"/>
      </w:pPr>
      <w:r>
        <w:t>بی جو مذہبی جو باتیں ہوا کرتی تھیں، تو سب میں وہی تھا: سمبولزم، میٹافر، سمیلی۔</w:t>
      </w:r>
    </w:p>
    <w:p>
      <w:r>
        <w:rPr>
          <w:b/>
        </w:rPr>
        <w:t xml:space="preserve">[1:54:12] </w:t>
      </w:r>
      <w:r>
        <w:t>yahi zabaan thi us waqt ki, tamseel ki zabaan.</w:t>
      </w:r>
    </w:p>
    <w:p>
      <w:pPr>
        <w:jc w:val="right"/>
      </w:pPr>
      <w:r>
        <w:t>یہی زبان تھی اس وقت کی، تمثیل کی زبان۔</w:t>
      </w:r>
    </w:p>
    <w:p>
      <w:r>
        <w:rPr>
          <w:b/>
        </w:rPr>
        <w:t xml:space="preserve">[1:54:18] </w:t>
      </w:r>
      <w:r>
        <w:t>toh toh yeh jo yaani yeh jo zamane mein riwaj tha tamseel ki zabaan ka, toh uska</w:t>
      </w:r>
    </w:p>
    <w:p>
      <w:pPr>
        <w:jc w:val="right"/>
      </w:pPr>
      <w:r>
        <w:t>تو تو یہ جو یعنی یہ جو زمانے میں رواج تھا تمثیل کی زبان کا، تو اس کا</w:t>
      </w:r>
    </w:p>
    <w:p>
      <w:r>
        <w:rPr>
          <w:b/>
        </w:rPr>
        <w:t xml:space="preserve">[1:54:24] </w:t>
      </w:r>
      <w:r>
        <w:t>حدیث میں بھی اس کا reflection ہے۔</w:t>
      </w:r>
    </w:p>
    <w:p>
      <w:pPr>
        <w:jc w:val="right"/>
      </w:pPr>
      <w:r>
        <w:t>حدیث میں بھی اس کا ریفلیکشن ہے۔</w:t>
      </w:r>
    </w:p>
    <w:p>
      <w:r>
        <w:rPr>
          <w:b/>
        </w:rPr>
        <w:t xml:space="preserve">[1:54:30] </w:t>
      </w:r>
      <w:r>
        <w:t>kyunke rasool Allah logon se khitaab karte the, woh log isi</w:t>
      </w:r>
    </w:p>
    <w:p>
      <w:pPr>
        <w:jc w:val="right"/>
      </w:pPr>
      <w:r>
        <w:t>کیونکہ رسول اللہ لوگوں سے خطاب کرتے تھے، وہ لوگ اسی</w:t>
      </w:r>
    </w:p>
    <w:p>
      <w:r>
        <w:rPr>
          <w:b/>
        </w:rPr>
        <w:t xml:space="preserve">[1:54:36] </w:t>
      </w:r>
      <w:r>
        <w:t>mizaaj ke hua karte the.</w:t>
      </w:r>
    </w:p>
    <w:p>
      <w:pPr>
        <w:jc w:val="right"/>
      </w:pPr>
      <w:r>
        <w:t>مزاج کے ہوا کرتے تھے۔</w:t>
      </w:r>
    </w:p>
    <w:p>
      <w:r>
        <w:rPr>
          <w:b/>
        </w:rPr>
        <w:t xml:space="preserve">[1:54:40] </w:t>
      </w:r>
      <w:r>
        <w:t>لیکن قرآن ایک eternal زبان بولتا ہے، تو قرآن میں metaphor یا یا symbolism بالکل نہیں ہے۔</w:t>
      </w:r>
    </w:p>
    <w:p>
      <w:pPr>
        <w:jc w:val="right"/>
      </w:pPr>
      <w:r>
        <w:t>لیکن قرآن ایک ایٹرنل زبان بولتا ہے، تو قرآن میں میٹافر یا یا سمبولزم بالکل نہیں ہے۔</w:t>
      </w:r>
    </w:p>
    <w:p>
      <w:r>
        <w:rPr>
          <w:b/>
        </w:rPr>
        <w:t xml:space="preserve">[1:54:45] </w:t>
      </w:r>
      <w:r>
        <w:t>toh mein yeh manta hoon isko le kar ke, is farq ko le kar ke ke hadith</w:t>
      </w:r>
    </w:p>
    <w:p>
      <w:pPr>
        <w:jc w:val="right"/>
      </w:pPr>
      <w:r>
        <w:t>تو میں یہ مانتا ہوں اس کو لے کر کے، اس فرق کو لے کر کے کہ حدیث</w:t>
      </w:r>
    </w:p>
    <w:p>
      <w:r>
        <w:rPr>
          <w:b/>
        </w:rPr>
        <w:t xml:space="preserve">[1:54:49] </w:t>
      </w:r>
      <w:r>
        <w:t>میں جو آیا ہے قبر عذاب قبر کے بارے میں، تو وہ تمثیل کے معنی میں ہے، metaphor</w:t>
      </w:r>
    </w:p>
    <w:p>
      <w:pPr>
        <w:jc w:val="right"/>
      </w:pPr>
      <w:r>
        <w:t>میں جو آیا ہے قبر عذاب قبر کے بارے میں، تو وہ تمثیل کے معنی میں ہے، میٹافر</w:t>
      </w:r>
    </w:p>
    <w:p>
      <w:r>
        <w:rPr>
          <w:b/>
        </w:rPr>
        <w:t xml:space="preserve">[1:54:54] </w:t>
      </w:r>
      <w:r>
        <w:t>ke maani mein.</w:t>
      </w:r>
    </w:p>
    <w:p>
      <w:pPr>
        <w:jc w:val="right"/>
      </w:pPr>
      <w:r>
        <w:t>کے معنی میں۔</w:t>
      </w:r>
    </w:p>
    <w:p>
      <w:r>
        <w:rPr>
          <w:b/>
        </w:rPr>
        <w:t xml:space="preserve">[1:54:58] </w:t>
      </w:r>
      <w:r>
        <w:t>yaani isi gadhe mein azaab ho raha hai, yeh matlab iska nahi hai.</w:t>
      </w:r>
    </w:p>
    <w:p>
      <w:pPr>
        <w:jc w:val="right"/>
      </w:pPr>
      <w:r>
        <w:t>یعنی اسی گڑھے میں عذاب ہو رہا ہے، یہ مطلب اس کا نہیں ہے۔</w:t>
      </w:r>
    </w:p>
    <w:p>
      <w:r>
        <w:rPr>
          <w:b/>
        </w:rPr>
        <w:t xml:space="preserve">[1:55:03] </w:t>
      </w:r>
      <w:r>
        <w:t>iska matlab hai after death azaab</w:t>
      </w:r>
    </w:p>
    <w:p>
      <w:pPr>
        <w:jc w:val="right"/>
      </w:pPr>
      <w:r>
        <w:t>اس کا مطلب ہے افٹر ڈیتھ عذاب</w:t>
      </w:r>
    </w:p>
    <w:p>
      <w:r>
        <w:rPr>
          <w:b/>
        </w:rPr>
        <w:t xml:space="preserve">[1:55:07] </w:t>
      </w:r>
      <w:r>
        <w:t>, chunke quran mein nahi hai maujood aur hadith mein hai, toh woh symbolic daur tha, woh zamana</w:t>
      </w:r>
    </w:p>
    <w:p>
      <w:pPr>
        <w:jc w:val="right"/>
      </w:pPr>
      <w:r>
        <w:t>، چونکہ قرآن میں نہیں ہے موجود اور حدیث میں ہے، تو وہ سمبولک دور تھا، وہ زمانہ</w:t>
      </w:r>
    </w:p>
    <w:p>
      <w:r>
        <w:rPr>
          <w:b/>
        </w:rPr>
        <w:t xml:space="preserve">[1:55:13] </w:t>
      </w:r>
      <w:r>
        <w:t>symbolism ka zamana tha.</w:t>
      </w:r>
    </w:p>
    <w:p>
      <w:pPr>
        <w:jc w:val="right"/>
      </w:pPr>
      <w:r>
        <w:t>سمبولزم کا زمانہ تھا۔</w:t>
      </w:r>
    </w:p>
    <w:p>
      <w:r>
        <w:rPr>
          <w:b/>
        </w:rPr>
        <w:t xml:space="preserve">[1:55:19] </w:t>
      </w:r>
      <w:r>
        <w:t>woh is farq ko le kar mein ne samjha hoon ke hadithon mein jo azaab-e-qabr ki baat</w:t>
      </w:r>
    </w:p>
    <w:p>
      <w:pPr>
        <w:jc w:val="right"/>
      </w:pPr>
      <w:r>
        <w:t>وہ اس فرق کو لے کر میں نے سمجھا ہوں کہ حدیثوں میں جو عذاب قبر کی بات</w:t>
      </w:r>
    </w:p>
    <w:p>
      <w:r>
        <w:rPr>
          <w:b/>
        </w:rPr>
        <w:t xml:space="preserve">[1:55:25] </w:t>
      </w:r>
      <w:r>
        <w:t>aayi hai, uska matlab yeh nahi ke isi gadhe mein azaab, maut ke baad azaab, after death azaab.</w:t>
      </w:r>
    </w:p>
    <w:p>
      <w:pPr>
        <w:jc w:val="right"/>
      </w:pPr>
      <w:r>
        <w:t>آئی ہے، اس کا مطلب یہ نہیں کہ اسی گڑھے میں عذاب، موت کے بعد عذاب، افٹر ڈیتھ عذاب۔</w:t>
      </w:r>
    </w:p>
    <w:p>
      <w:r>
        <w:rPr>
          <w:b/>
        </w:rPr>
        <w:t xml:space="preserve">[1:55:31] </w:t>
      </w:r>
      <w:r>
        <w:t>تو ایک اور حدیث زیادہ مجھے یعنی clearer لگتی ہے اس معاملے میں کہ من مات ف</w:t>
      </w:r>
    </w:p>
    <w:p>
      <w:pPr>
        <w:jc w:val="right"/>
      </w:pPr>
      <w:r>
        <w:t>تو ایک اور حدیث زیادہ مجھے یعنی کلر لگتی ہے اس معاملے میں کہ من مات ف</w:t>
      </w:r>
    </w:p>
    <w:p>
      <w:r>
        <w:rPr>
          <w:b/>
        </w:rPr>
        <w:t xml:space="preserve">[1:55:37] </w:t>
      </w:r>
      <w:r>
        <w:t>qut qamat qiyamata.</w:t>
      </w:r>
    </w:p>
    <w:p>
      <w:pPr>
        <w:jc w:val="right"/>
      </w:pPr>
      <w:r>
        <w:t>قط قامت قیامتہ۔</w:t>
      </w:r>
    </w:p>
    <w:p>
      <w:r>
        <w:rPr>
          <w:b/>
        </w:rPr>
        <w:t xml:space="preserve">[1:55:41] </w:t>
      </w:r>
      <w:r>
        <w:t>ek aur hadith hai ke ke qabr jo hai, ya toh rauz min jannat aur hafratun min hafr</w:t>
      </w:r>
    </w:p>
    <w:p>
      <w:pPr>
        <w:jc w:val="right"/>
      </w:pPr>
      <w:r>
        <w:t>ایک اور حدیث ہے کہ کہ قبر جو ہے، یا تو روز من جنت اور حفرۃ من حفر</w:t>
      </w:r>
    </w:p>
    <w:p>
      <w:r>
        <w:rPr>
          <w:b/>
        </w:rPr>
        <w:t xml:space="preserve">[1:55:46] </w:t>
      </w:r>
      <w:r>
        <w:t>al-nar, yaani qabr ya toh jannat ke baghon mein se ek baagh hai ya jahannum ke badon mein</w:t>
      </w:r>
    </w:p>
    <w:p>
      <w:pPr>
        <w:jc w:val="right"/>
      </w:pPr>
      <w:r>
        <w:t>النار، یعنی قبر یا تو جنت کے باغوں میں سے ایک باغ ہے یا جہنم کے بڑوں میں</w:t>
      </w:r>
    </w:p>
    <w:p>
      <w:r>
        <w:rPr>
          <w:b/>
        </w:rPr>
        <w:t xml:space="preserve">[1:55:50] </w:t>
      </w:r>
      <w:r>
        <w:t>se ek gadha hai.</w:t>
      </w:r>
    </w:p>
    <w:p>
      <w:pPr>
        <w:jc w:val="right"/>
      </w:pPr>
      <w:r>
        <w:t>سے ایک گڑھا ہے۔</w:t>
      </w:r>
    </w:p>
    <w:p>
      <w:r>
        <w:rPr>
          <w:b/>
        </w:rPr>
        <w:t xml:space="preserve">[1:55:54] </w:t>
      </w:r>
      <w:r>
        <w:t>to in sab cheezon ko le kar main yeh samjha hoon ke maut ke maut ke baad hi</w:t>
      </w:r>
    </w:p>
    <w:p>
      <w:pPr>
        <w:jc w:val="right"/>
      </w:pPr>
      <w:r>
        <w:t>تو ان سب چیزوں کو لے کر میں یہ سمجھا ہوں کہ موت کے موت کے بعد ہی</w:t>
      </w:r>
    </w:p>
    <w:p>
      <w:r>
        <w:rPr>
          <w:b/>
        </w:rPr>
        <w:t xml:space="preserve">[1:55:59] </w:t>
      </w:r>
      <w:r>
        <w:t>sab shuru ho jata hai.</w:t>
      </w:r>
    </w:p>
    <w:p>
      <w:pPr>
        <w:jc w:val="right"/>
      </w:pPr>
      <w:r>
        <w:t>سب شروع ہو جاتا ہے۔</w:t>
      </w:r>
    </w:p>
    <w:p>
      <w:r>
        <w:rPr>
          <w:b/>
        </w:rPr>
        <w:t xml:space="preserve">[1:56:03] </w:t>
      </w:r>
      <w:r>
        <w:t>aisa nahi ke maut ke baad adam</w:t>
      </w:r>
    </w:p>
    <w:p>
      <w:pPr>
        <w:jc w:val="right"/>
      </w:pPr>
      <w:r>
        <w:t>ایسا نہیں کہ موت کے بعد آدم</w:t>
      </w:r>
    </w:p>
    <w:p>
      <w:r>
        <w:rPr>
          <w:b/>
        </w:rPr>
        <w:t xml:space="preserve">[1:56:07] </w:t>
      </w:r>
      <w:r>
        <w:t>hazaaroon saal tak kahin pada rahega, phir kabhi waqt aayega ke jannat jahannum is ke samne aaye.</w:t>
      </w:r>
    </w:p>
    <w:p>
      <w:pPr>
        <w:jc w:val="right"/>
      </w:pPr>
      <w:r>
        <w:t>ی ہزاروں سال تک کہیں پڑا رہے گا، پھر کبھی وقت آئے گا کہ جنت جہنم اس کے سامنے آئے۔</w:t>
      </w:r>
    </w:p>
    <w:p>
      <w:r>
        <w:rPr>
          <w:b/>
        </w:rPr>
        <w:t xml:space="preserve">[1:56:12] </w:t>
      </w:r>
      <w:r>
        <w:t>woh aisa nahi hai.</w:t>
      </w:r>
    </w:p>
    <w:p>
      <w:pPr>
        <w:jc w:val="right"/>
      </w:pPr>
      <w:r>
        <w:t>وہ ایسا نہیں ہے۔</w:t>
      </w:r>
    </w:p>
    <w:p>
      <w:r>
        <w:rPr>
          <w:b/>
        </w:rPr>
        <w:t xml:space="preserve">[1:56:17] </w:t>
      </w:r>
      <w:r>
        <w:t>idhar mara to doosri duniya mein dakhil ho gaya woh, lekin woh kis shakal mein dakhila hota hai,</w:t>
      </w:r>
    </w:p>
    <w:p>
      <w:pPr>
        <w:jc w:val="right"/>
      </w:pPr>
      <w:r>
        <w:t>ادھر مرا تو دوسری دنیا میں داخل ہو گیا وہ، لیکن وہ کس شکل میں داخلہ ہوتا ہے،</w:t>
      </w:r>
    </w:p>
    <w:p>
      <w:r>
        <w:rPr>
          <w:b/>
        </w:rPr>
        <w:t xml:space="preserve">[1:56:21] </w:t>
      </w:r>
      <w:r>
        <w:t>woh hum nahi keh sakte.</w:t>
      </w:r>
    </w:p>
    <w:p>
      <w:pPr>
        <w:jc w:val="right"/>
      </w:pPr>
      <w:r>
        <w:t>وہ ہم نہیں کہہ سکتے۔</w:t>
      </w:r>
    </w:p>
    <w:p>
      <w:r>
        <w:rPr>
          <w:b/>
        </w:rPr>
        <w:t xml:space="preserve">[1:56:26] </w:t>
      </w:r>
      <w:r>
        <w:t>lekin aqeeday ke aitbaar se main manta hoon ke is gadhe mein koi jannat hai na jahannum hai,</w:t>
      </w:r>
    </w:p>
    <w:p>
      <w:pPr>
        <w:jc w:val="right"/>
      </w:pPr>
      <w:r>
        <w:t>لیکن عقیدے کے اعتبار سے میں مانتا ہوں کہ اس گڑھے میں کوئی جنت ہے نہ جہنم ہے،</w:t>
      </w:r>
    </w:p>
    <w:p>
      <w:r>
        <w:rPr>
          <w:b/>
        </w:rPr>
        <w:t xml:space="preserve">[1:56:31] </w:t>
      </w:r>
      <w:r>
        <w:t>lekin maut ke baad zaroor jannat jahannum shuru ho jati hai.</w:t>
      </w:r>
    </w:p>
    <w:p>
      <w:pPr>
        <w:jc w:val="right"/>
      </w:pPr>
      <w:r>
        <w:t>لیکن موت کے بعد ضرور جنت جہنم شروع ہو جاتی ہے۔</w:t>
      </w:r>
    </w:p>
    <w:p>
      <w:r>
        <w:rPr>
          <w:b/>
        </w:rPr>
        <w:t xml:space="preserve">[1:56:35] </w:t>
      </w:r>
      <w:r>
        <w:t>aisa main manta hoon. main</w:t>
      </w:r>
    </w:p>
    <w:p>
      <w:pPr>
        <w:jc w:val="right"/>
      </w:pPr>
      <w:r>
        <w:t>ایسا میں مانتا ہوں۔ میں</w:t>
      </w:r>
    </w:p>
    <w:p>
      <w:r>
        <w:rPr>
          <w:b/>
        </w:rPr>
        <w:t xml:space="preserve">[1:56:40] </w:t>
      </w:r>
      <w:r>
        <w:t>This question is from Mr. Khawaja Kaleemuddin from Pennsylvania.</w:t>
      </w:r>
    </w:p>
    <w:p>
      <w:pPr>
        <w:jc w:val="right"/>
      </w:pPr>
      <w:r>
        <w:t>دس کوئسچن از فرام مسٹر خواجہ کلیم الدین فرام پینسلوینیا۔</w:t>
      </w:r>
    </w:p>
    <w:p>
      <w:r>
        <w:rPr>
          <w:b/>
        </w:rPr>
        <w:t xml:space="preserve">[1:56:48] </w:t>
      </w:r>
      <w:r>
        <w:t>Maulana, is not the secondary purpose of praying in masjid in congregation to develop a stronger bond with</w:t>
      </w:r>
    </w:p>
    <w:p>
      <w:pPr>
        <w:jc w:val="right"/>
      </w:pPr>
      <w:r>
        <w:t>مولانا، از ناٹ دا سیکنڈری پرپس اف پرینگ ان مسجد ان کانگریگیشن ٹو ڈویلپ ا سٹرونگر بونڈ ود</w:t>
      </w:r>
    </w:p>
    <w:p>
      <w:r>
        <w:rPr>
          <w:b/>
        </w:rPr>
        <w:t xml:space="preserve">[1:56:55] </w:t>
      </w:r>
      <w:r>
        <w:t>Fellow Muslims? If yes, then what is wrong if worshipers interact with each other before and after the</w:t>
      </w:r>
    </w:p>
    <w:p>
      <w:pPr>
        <w:jc w:val="right"/>
      </w:pPr>
      <w:r>
        <w:t>فیلو مسلمز؟ اف یس، دین واٹ از رونگ اف ورشپرز انٹریکٹ ود ایچ ادر بیفور اینڈ افٹر دا</w:t>
      </w:r>
    </w:p>
    <w:p>
      <w:r>
        <w:rPr>
          <w:b/>
        </w:rPr>
        <w:t xml:space="preserve">[1:57:03] </w:t>
      </w:r>
      <w:r>
        <w:t>salat? interaction kis liye hona chahiye, woh main keh raha hoon</w:t>
      </w:r>
    </w:p>
    <w:p>
      <w:pPr>
        <w:jc w:val="right"/>
      </w:pPr>
      <w:r>
        <w:t>صلاۃ؟ انٹریکشن کس لیے ہونا چاہیے، وہ میں کہہ رہا ہوں</w:t>
      </w:r>
    </w:p>
    <w:p>
      <w:r>
        <w:rPr>
          <w:b/>
        </w:rPr>
        <w:t xml:space="preserve">[1:57:10] </w:t>
      </w:r>
      <w:r>
        <w:t>—</w:t>
      </w:r>
    </w:p>
    <w:p>
      <w:pPr>
        <w:jc w:val="right"/>
      </w:pPr>
      <w:r>
        <w:t>۔</w:t>
      </w:r>
    </w:p>
    <w:p>
      <w:r>
        <w:rPr>
          <w:b/>
        </w:rPr>
        <w:t xml:space="preserve">[1:57:15] </w:t>
      </w:r>
      <w:r>
        <w:t>hadees mein aata hai ke al masajid buyoot al muttaqeen masjiden taqwa ka ghar hain, taqwa ka ghar yani center of taqwa.</w:t>
      </w:r>
    </w:p>
    <w:p>
      <w:pPr>
        <w:jc w:val="right"/>
      </w:pPr>
      <w:r>
        <w:t>حدیث میں آتا ہے کہ المساجد البیوت المتقین مسجدیں تقوی کا گھر ہیں، تقوی کا گھر یعنی سینٹر اف تقوی۔</w:t>
      </w:r>
    </w:p>
    <w:p>
      <w:r>
        <w:rPr>
          <w:b/>
        </w:rPr>
        <w:t xml:space="preserve">[1:57:20] </w:t>
      </w:r>
      <w:r>
        <w:t>masjid mein agar taqwa ki baat karein to mujhe is ko koi aitraaz nahi hai.</w:t>
      </w:r>
    </w:p>
    <w:p>
      <w:pPr>
        <w:jc w:val="right"/>
      </w:pPr>
      <w:r>
        <w:t>مسجد میں اگر تقوی کی بات کریں تو مجھے اس کو کوئی اعتراض نہیں ہے۔</w:t>
      </w:r>
    </w:p>
    <w:p>
      <w:r>
        <w:rPr>
          <w:b/>
        </w:rPr>
        <w:t xml:space="preserve">[1:57:25] </w:t>
      </w:r>
      <w:r>
        <w:t>duniya ki baatein hoti hain.</w:t>
      </w:r>
    </w:p>
    <w:p>
      <w:pPr>
        <w:jc w:val="right"/>
      </w:pPr>
      <w:r>
        <w:t>دنیا کی باتیں ہوتی ہیں۔</w:t>
      </w:r>
    </w:p>
    <w:p>
      <w:r>
        <w:rPr>
          <w:b/>
        </w:rPr>
        <w:t xml:space="preserve">[1:57:30] </w:t>
      </w:r>
      <w:r>
        <w:t>masjido mein woh mobile le ke jaate hain aur isi mein mashgool rehte hain.</w:t>
      </w:r>
    </w:p>
    <w:p>
      <w:pPr>
        <w:jc w:val="right"/>
      </w:pPr>
      <w:r>
        <w:t>مسجدوں میں وہ موبائل لے کے جاتے ہیں اور اسی میں مشغول رہتے ہیں۔</w:t>
      </w:r>
    </w:p>
    <w:p>
      <w:r>
        <w:rPr>
          <w:b/>
        </w:rPr>
        <w:t xml:space="preserve">[1:57:35] </w:t>
      </w:r>
      <w:r>
        <w:t>woh to yeh is ka taluq ittihad se thori hai. woh is</w:t>
      </w:r>
    </w:p>
    <w:p>
      <w:pPr>
        <w:jc w:val="right"/>
      </w:pPr>
      <w:r>
        <w:t>وہ تو یہ اس کا تعلق اتحاد سے تھوڑی ہے۔ وہ اس</w:t>
      </w:r>
    </w:p>
    <w:p>
      <w:r>
        <w:rPr>
          <w:b/>
        </w:rPr>
        <w:t xml:space="preserve">[1:57:40] </w:t>
      </w:r>
      <w:r>
        <w:t>jo ayat parhi aap ki, yawma yafirru al-marru min akhi, to is par baat ho ke bhai yeh kya Quran mein aaya hai, kya hoga? Is par baat karein log to bohat acha hai, yeh bohat acha hai. Lekin aisa hota kahan hai? Bilkul worldly baatein hoti hain, bekar ki baatein hoti hain aur is mein na koi taqwa hota, na koi khushu hota, na koi tadap hoti, na koi khauf-e-Khuda hota, kuch bhi nahi hota. Main, main, main to itni</w:t>
      </w:r>
    </w:p>
    <w:p>
      <w:pPr>
        <w:jc w:val="right"/>
      </w:pPr>
      <w:r>
        <w:t>ی لیے، اسی لیے اتحاد تو ہے کہاں مسلمانوں میں؟ اتحاد تو ہے ہی نہیں، اتحاد تو ہے ہی نہیں۔ تو مسجد ہے نماز کے لیے۔ نماز سے ریلیٹڈ سبجیکٹ پر بات چیت ہو رہی ہے تو بالکل ٹھیک ہے، لیکن اگر موبائل والی بات، موبائل کو تو چھوڑ کر گھر جانا چاہیے آدمی کو۔ جیب موبائل لے کر جانے کا معنی کہ آپ نماز پڑھنے نہیں جا رہے ہیں۔ موبائل کو یا تو ڈیڈ سٹاپ کر دیجئے، گھر چھوڑ کے جائیے اور باتیں کیجئے تو وہی باتیں کیجئے۔ ابھی مثلاً اگر بات یہ ہو، فرض کیجئے کہ یہ میں</w:t>
      </w:r>
    </w:p>
    <w:p>
      <w:r>
        <w:rPr>
          <w:b/>
        </w:rPr>
        <w:t xml:space="preserve">[1:58:10] </w:t>
      </w:r>
      <w:r>
        <w:t>jo ayat padhi aap ki, yom yafir al mar min akhi, to us par baat ho ke bhai yeh</w:t>
      </w:r>
    </w:p>
    <w:p>
      <w:pPr>
        <w:jc w:val="right"/>
      </w:pPr>
      <w:r>
        <w:t>جو آیت پڑھی آپ کی، یوم یفر المر من اخی، تو اس پر بات ہو کہ بھئی یہ</w:t>
      </w:r>
    </w:p>
    <w:p>
      <w:r>
        <w:rPr>
          <w:b/>
        </w:rPr>
        <w:t xml:space="preserve">[1:58:15] </w:t>
      </w:r>
      <w:r>
        <w:t>kya quran mein aaya hai, kya hoga? us par baat karein log to bohat acha hai, yeh bohat acha hai.</w:t>
      </w:r>
    </w:p>
    <w:p>
      <w:pPr>
        <w:jc w:val="right"/>
      </w:pPr>
      <w:r>
        <w:t>کیا قرآن میں آیا ہے، کیا ہوگا؟ اس پر بات کریں لوگ تو بہت اچھا ہے، یہ بہت اچھا ہے۔</w:t>
      </w:r>
    </w:p>
    <w:p>
      <w:r>
        <w:rPr>
          <w:b/>
        </w:rPr>
        <w:t xml:space="preserve">[1:58:20] </w:t>
      </w:r>
      <w:r>
        <w:t>lekin aisa hota kahan hai? bilkul worldly baatein hoti hain, bekar ki baatein hoti hain aur is mein</w:t>
      </w:r>
    </w:p>
    <w:p>
      <w:pPr>
        <w:jc w:val="right"/>
      </w:pPr>
      <w:r>
        <w:t>لیکن ایسا ہوتا کہاں ہے؟ بالکل ورڈلی باتیں ہوتی ہیں، بیکار کی باتیں ہوتی ہیں اور اس میں</w:t>
      </w:r>
    </w:p>
    <w:p>
      <w:r>
        <w:rPr>
          <w:b/>
        </w:rPr>
        <w:t xml:space="preserve">[1:58:25] </w:t>
      </w:r>
      <w:r>
        <w:t>na koi taqwa hota, na koi khushu hota, na koi tadap hoti, na koi khauf khuda hota, kuch</w:t>
      </w:r>
    </w:p>
    <w:p>
      <w:pPr>
        <w:jc w:val="right"/>
      </w:pPr>
      <w:r>
        <w:t>نہ کوئی تقوی ہوتا، نہ کوئی خشوع ہوتا، نہ کوئی تڑپ ہوتی، نہ کوئی خوف خدا ہوتا، کچھ</w:t>
      </w:r>
    </w:p>
    <w:p>
      <w:r>
        <w:rPr>
          <w:b/>
        </w:rPr>
        <w:t xml:space="preserve">[1:58:30] </w:t>
      </w:r>
      <w:r>
        <w:t>bhi nahi hota.</w:t>
      </w:r>
    </w:p>
    <w:p>
      <w:pPr>
        <w:jc w:val="right"/>
      </w:pPr>
      <w:r>
        <w:t>بھی نہیں ہوتا۔</w:t>
      </w:r>
    </w:p>
    <w:p>
      <w:r>
        <w:rPr>
          <w:b/>
        </w:rPr>
        <w:t xml:space="preserve">[1:58:35] </w:t>
      </w:r>
      <w:r>
        <w:t>main, main, main to itni</w:t>
      </w:r>
    </w:p>
    <w:p>
      <w:pPr>
        <w:jc w:val="right"/>
      </w:pPr>
      <w:r>
        <w:t>میں، میں، میں تو اتنی</w:t>
      </w:r>
    </w:p>
    <w:p>
      <w:r>
        <w:rPr>
          <w:b/>
        </w:rPr>
        <w:t xml:space="preserve">[1:58:40] </w:t>
      </w:r>
      <w:r>
        <w:t>ka taqwa se kya taluq? Das question is from Ms. Sadia from Delhi. What is the difference between adjustment and compromise? Kindly comment. Dekhiye, farq ke aitbar se dono mein koi bara farq nahi hai. Intention ke lehaz se farq hai. Agar aap kisi principle ke liye, kisi baray cause ke liye</w:t>
      </w:r>
    </w:p>
    <w:p>
      <w:pPr>
        <w:jc w:val="right"/>
      </w:pPr>
      <w:r>
        <w:t>لمبی عمر ہے، میں یہی دیکھتا چلا آ رہا ہوں اور امریکہ میں بھی میں نے دیکھا ہے کہ وہاں کا بھی ماحول یہی ہے۔ امریکہ میں تو مسجدیں جو ہیں، جو اسلامک سینٹر جو کہا جاتا ہے، وہاں وہ تو، وہ تو، وہ تو سوشلائزیشن کے لیے ہیں۔ میں، میں ان لوگوں سے کہا ہوں، ان لوگوں سے کہ آپ کو اب دوسرے ملکوں سے آئیں، یہاں آپ کو سوسائٹی نہیں ملتی۔ آپ کو تو یہاں پر آپ سوشلائزیشن کرتے ہیں، آ کر کے کھاتے پیتے ہیں اور خوب ہوا کرتے ہیں۔ بچے، عورتیں سب اس</w:t>
      </w:r>
    </w:p>
    <w:p>
      <w:r>
        <w:rPr>
          <w:b/>
        </w:rPr>
        <w:t xml:space="preserve">[1:59:10] </w:t>
      </w:r>
      <w:r>
        <w:t>کا تقوی سے کیا تعلق؟ This question is from Miss Sadia from Delhi.</w:t>
      </w:r>
    </w:p>
    <w:p>
      <w:pPr>
        <w:jc w:val="right"/>
      </w:pPr>
      <w:r>
        <w:t>کا تقوی سے کیا تعلق؟ دس کوئسچن از فرام مس سعدیہ فرام دہلی۔</w:t>
      </w:r>
    </w:p>
    <w:p>
      <w:r>
        <w:rPr>
          <w:b/>
        </w:rPr>
        <w:t xml:space="preserve">[1:59:17] </w:t>
      </w:r>
      <w:r>
        <w:t>What is the difference between adjustment and compromise? Kindly comment.</w:t>
      </w:r>
    </w:p>
    <w:p>
      <w:pPr>
        <w:jc w:val="right"/>
      </w:pPr>
      <w:r>
        <w:t>واٹ از دا ڈیفرنس بٹوین ایڈجسٹمنٹ اینڈ کمپرومائز؟ کائنڈلی کمنٹ۔</w:t>
      </w:r>
    </w:p>
    <w:p>
      <w:r>
        <w:rPr>
          <w:b/>
        </w:rPr>
        <w:t xml:space="preserve">[1:59:23] </w:t>
      </w:r>
      <w:r>
        <w:t>dekhiye, farb ke aitbaar se dono mein koi bara farq nahi hai.</w:t>
      </w:r>
    </w:p>
    <w:p>
      <w:pPr>
        <w:jc w:val="right"/>
      </w:pPr>
      <w:r>
        <w:t>دیکھیے، فارب کے اعتبار سے دونوں میں کوئی بڑا فرق نہیں ہے۔</w:t>
      </w:r>
    </w:p>
    <w:p>
      <w:r>
        <w:rPr>
          <w:b/>
        </w:rPr>
        <w:t xml:space="preserve">[1:59:29] </w:t>
      </w:r>
      <w:r>
        <w:t>intention ke lehaz se farq hai.</w:t>
      </w:r>
    </w:p>
    <w:p>
      <w:pPr>
        <w:jc w:val="right"/>
      </w:pPr>
      <w:r>
        <w:t>انٹینشن کے لحاظ سے فرق ہے۔</w:t>
      </w:r>
    </w:p>
    <w:p>
      <w:r>
        <w:rPr>
          <w:b/>
        </w:rPr>
        <w:t xml:space="preserve">[1:59:35] </w:t>
      </w:r>
      <w:r>
        <w:t>agar aap kisi principle ke liye, kisi bade cause ke liye</w:t>
      </w:r>
    </w:p>
    <w:p>
      <w:pPr>
        <w:jc w:val="right"/>
      </w:pPr>
      <w:r>
        <w:t>اگر آپ کسی پرنسپل کے لیے، کسی بڑے کاز کے لیے</w:t>
      </w:r>
    </w:p>
    <w:p>
      <w:r>
        <w:rPr>
          <w:b/>
        </w:rPr>
        <w:t xml:space="preserve">[1:59:42] </w:t>
      </w:r>
      <w:r>
        <w:t>, kisi bade maqsad ke liye aap karein to us ko adjustment kaha jayega.</w:t>
      </w:r>
    </w:p>
    <w:p>
      <w:pPr>
        <w:jc w:val="right"/>
      </w:pPr>
      <w:r>
        <w:t>، کسی بڑے مقصد کے لیے آپ کریں تو اس کو ایڈجسٹمنٹ کہا جائے گا۔</w:t>
      </w:r>
    </w:p>
    <w:p>
      <w:r>
        <w:rPr>
          <w:b/>
        </w:rPr>
        <w:t xml:space="preserve">[1:59:48] </w:t>
      </w:r>
      <w:r>
        <w:t>aur mahaz petty maqsad ke liye, bilkul sirf yani zaati interest ke liye, zaati cheezon ke liye karein</w:t>
      </w:r>
    </w:p>
    <w:p>
      <w:pPr>
        <w:jc w:val="right"/>
      </w:pPr>
      <w:r>
        <w:t>اور محض پیٹی مقصد کے لیے، بالکل صرف یعنی ذاتی انٹرسٹ کے لیے، ذاتی چیزوں کے لیے کریں</w:t>
      </w:r>
    </w:p>
    <w:p>
      <w:r>
        <w:rPr>
          <w:b/>
        </w:rPr>
        <w:t xml:space="preserve">[1:59:54] </w:t>
      </w:r>
      <w:r>
        <w:t>to woh compromise kaha jayega.</w:t>
      </w:r>
    </w:p>
    <w:p>
      <w:pPr>
        <w:jc w:val="right"/>
      </w:pPr>
      <w:r>
        <w:t>تو وہ کمپرومائز کہا جائے گا۔</w:t>
      </w:r>
    </w:p>
    <w:p>
      <w:r>
        <w:rPr>
          <w:b/>
        </w:rPr>
        <w:t xml:space="preserve">[2:00:00] </w:t>
      </w:r>
      <w:r>
        <w:t>haan, adjustment aur compromise dono jo hain, apni shakal ke aitbar se taqreeban ek hi hain ke adjustment</w:t>
      </w:r>
    </w:p>
    <w:p>
      <w:pPr>
        <w:jc w:val="right"/>
      </w:pPr>
      <w:r>
        <w:t>ہاں، ایڈجسٹمنٹ اور کمپرومائز دونوں جو ہیں، اپنی شکل کے اعتبار سے تقریباً ایک ہی ہیں کہ ایڈجسٹمنٹ</w:t>
      </w:r>
    </w:p>
    <w:p>
      <w:r>
        <w:rPr>
          <w:b/>
        </w:rPr>
        <w:t xml:space="preserve">[2:00:06] </w:t>
      </w:r>
      <w:r>
        <w:t>jo hota hai, woh ek principle ke liye hota hai aur compromise jo hota hai, woh</w:t>
      </w:r>
    </w:p>
    <w:p>
      <w:pPr>
        <w:jc w:val="right"/>
      </w:pPr>
      <w:r>
        <w:t>جو ہوتا ہے، وہ ایک پرنسپل کے لیے ہوتا ہے اور کمپرومائز جو ہوتا ہے، وہ</w:t>
      </w:r>
    </w:p>
    <w:p>
      <w:r>
        <w:rPr>
          <w:b/>
        </w:rPr>
        <w:t xml:space="preserve">[2:00:13] </w:t>
      </w:r>
      <w:r>
        <w:t>aam taur par material gain ke liye hota hai. lekin dono ko aap yani woh aik doosre ke alternative ki taraf bhi istemaal kar sakte hain. yani is mein aisa nahin hai ke adjustment bilkul alag cheez hai, compromise bilkul alag cheez hai. lekin main jis compromise ko ya us adjustment ko baar baar kehta hoon logon se, woh principle ke taur par hota hai. jise main misaal doon aap ko ke aaj kal kya hai, logon ke andar dual character paida ho</w:t>
      </w:r>
    </w:p>
    <w:p>
      <w:pPr>
        <w:jc w:val="right"/>
      </w:pPr>
      <w:r>
        <w:t>عام طور پر مٹیریل گین کے لیے ہوتا ہے۔ لیکن دونوں کو آپ یعنی وہ ایک دوسرے کے الٹرنیٹو کی طرف بھی استعمال کر سکتے ہیں۔ یعنی اس میں ایسا نہیں ہے کہ ایڈجسٹمنٹ بالکل الگ چیز ہے، کمپرومائز بالکل الگ چیز ہے۔ لیکن میں جس کمپرومائز کو یا اس ایڈجسٹمنٹ کو بار بار کہتا ہوں لوگوں سے، وہ پرنسپل کے طور پر ہوتا ہے۔ جسے میں مثال دوں آپ کو کہ آج کل کیا ہے، لوگوں کے اندر ڈول کریکٹر پیدا ہو</w:t>
      </w:r>
    </w:p>
    <w:p>
      <w:r>
        <w:rPr>
          <w:b/>
        </w:rPr>
        <w:t xml:space="preserve">[2:00:43] </w:t>
      </w:r>
      <w:r>
        <w:t>gaya hai.</w:t>
      </w:r>
    </w:p>
    <w:p>
      <w:pPr>
        <w:jc w:val="right"/>
      </w:pPr>
      <w:r>
        <w:t>گیا ہے۔</w:t>
      </w:r>
    </w:p>
    <w:p>
      <w:r>
        <w:rPr>
          <w:b/>
        </w:rPr>
        <w:t xml:space="preserve">[2:00:47] </w:t>
      </w:r>
      <w:r>
        <w:t>dual character yani yahan kuch baatein karein ge aur jab jayenge wahan par doosri baatein karein ge.</w:t>
      </w:r>
    </w:p>
    <w:p>
      <w:pPr>
        <w:jc w:val="right"/>
      </w:pPr>
      <w:r>
        <w:t>ڈول کریکٹر یعنی یہاں کچھ باتیں کریں گے اور جب جائیں گے وہاں پر دوسری باتیں کریں گے۔</w:t>
      </w:r>
    </w:p>
    <w:p>
      <w:r>
        <w:rPr>
          <w:b/>
        </w:rPr>
        <w:t xml:space="preserve">[2:00:51] </w:t>
      </w:r>
      <w:r>
        <w:t>ke ek company mein aap hain, ek institution mein aap hain, ya ek stage par aap ko taqreer</w:t>
      </w:r>
    </w:p>
    <w:p>
      <w:pPr>
        <w:jc w:val="right"/>
      </w:pPr>
      <w:r>
        <w:t>کہ ایک کمپنی میں آپ ہیں، ایک انسٹیٹیوشن میں آپ ہیں، یا ایک اسٹیج پر آپ کو تقریر</w:t>
      </w:r>
    </w:p>
    <w:p>
      <w:r>
        <w:rPr>
          <w:b/>
        </w:rPr>
        <w:t xml:space="preserve">[2:00:55] </w:t>
      </w:r>
      <w:r>
        <w:t>karna hai to wahan aap ek aur hi baat karein ge.</w:t>
      </w:r>
    </w:p>
    <w:p>
      <w:pPr>
        <w:jc w:val="right"/>
      </w:pPr>
      <w:r>
        <w:t>کرنا ہے تو وہاں آپ ایک اور ہی بات کریں گے۔</w:t>
      </w:r>
    </w:p>
    <w:p>
      <w:r>
        <w:rPr>
          <w:b/>
        </w:rPr>
        <w:t xml:space="preserve">[2:01:00] </w:t>
      </w:r>
      <w:r>
        <w:t>aap yani wahan aap compromise ki baatein karein ge, aap aur yahan par jihad ki baatein karein ge.</w:t>
      </w:r>
    </w:p>
    <w:p>
      <w:pPr>
        <w:jc w:val="right"/>
      </w:pPr>
      <w:r>
        <w:t>آپ یعنی وہاں آپ کمپرومائز کی باتیں کریں گے، آپ اور یہاں پر جہاد کی باتیں کریں گے۔</w:t>
      </w:r>
    </w:p>
    <w:p>
      <w:r>
        <w:rPr>
          <w:b/>
        </w:rPr>
        <w:t xml:space="preserve">[2:01:04] </w:t>
      </w:r>
      <w:r>
        <w:t>aap yahan par jihad ki baatein karein ge, private majlisoun mein wahan par baatein karein ge peace ki.</w:t>
      </w:r>
    </w:p>
    <w:p>
      <w:pPr>
        <w:jc w:val="right"/>
      </w:pPr>
      <w:r>
        <w:t>آپ یہاں پر جہاد کی باتیں کریں گے، پرائیویٹ مجلسوں میں وہاں پر باتیں کریں گے پیس کی۔</w:t>
      </w:r>
    </w:p>
    <w:p>
      <w:r>
        <w:rPr>
          <w:b/>
        </w:rPr>
        <w:t xml:space="preserve">[2:01:08] </w:t>
      </w:r>
      <w:r>
        <w:t>yeh, yeh is ko hamein compromise, yeh na</w:t>
      </w:r>
    </w:p>
    <w:p>
      <w:pPr>
        <w:jc w:val="right"/>
      </w:pPr>
      <w:r>
        <w:t>یہ، یہ اس کو ہمیں کمپرومائز، یہ نہ</w:t>
      </w:r>
    </w:p>
    <w:p>
      <w:r>
        <w:rPr>
          <w:b/>
        </w:rPr>
        <w:t xml:space="preserve">[2:01:13] </w:t>
      </w:r>
      <w:r>
        <w:t>compromise and adjustment, yeh to bohat hi kharab cheez hai. to aik, aik is dunya mein chounke Allah taala ne is tarah banaya hai dunya ko ke har aadmi ko freedom mila hua hai, to jab freedom mila hua hai to aap larr kar nahin reh sakte dunya mein. kisi bhi maqsad ke liye agar aap ko koi kaam karna hai to aap ko compromise karna pare ga, adjustment karna pare ga. to compromise ya adjustment dono taqreeban aik hi cheez hain. farq jo hai is aitbaar se hai ke aap aik principle ke liye karte hain ya double standard</w:t>
      </w:r>
    </w:p>
    <w:p>
      <w:pPr>
        <w:jc w:val="right"/>
      </w:pPr>
      <w:r>
        <w:t>کمپرومائز نہ ایڈجسٹمنٹ، یہ تو بہت ہی خراب چیز ہے۔ تو ایک، ایک اس دنیا میں چونکہ اللہ تعالی نے اس طرح بنایا ہے دنیا کو کہ ہر آدمی کو فریڈم ملا ہوا ہے، تو جب فریڈم ملا ہوا ہے تو آپ لڑ کر نہیں رہ سکتے دنیا میں۔ کسی بھی مقصد کے لیے اگر آپ کو کوئی کام کرنا ہے تو آپ کو کمپرومائز کرنا پڑے گا، ایڈجسٹمنٹ کرنا پڑے گا۔ تو کمپرومائز یا ایڈجسٹمنٹ دونوں تقریباً ایک ہی چیز ہیں۔ فرق جو ہے اس اعتبار سے ہے کہ آپ ایک پرنسپل کے لیے کرتے ہیں یا ڈبل اسٹینڈر</w:t>
      </w:r>
    </w:p>
    <w:p>
      <w:r>
        <w:rPr>
          <w:b/>
        </w:rPr>
        <w:t xml:space="preserve">[2:01:43] </w:t>
      </w:r>
      <w:r>
        <w:t>do burger karte hain to, to galat.</w:t>
      </w:r>
    </w:p>
    <w:p>
      <w:pPr>
        <w:jc w:val="right"/>
      </w:pPr>
      <w:r>
        <w:t>ڈ برگر کرتے ہیں تو، تو غلط۔</w:t>
      </w:r>
    </w:p>
    <w:p>
      <w:r>
        <w:rPr>
          <w:b/>
        </w:rPr>
        <w:t xml:space="preserve">[2:01:47] </w:t>
      </w:r>
      <w:r>
        <w:t>یعنی پرنسپل کے لیے کرتے ہیں تو ٹھیک ہے، اگر آپ double standard work کریں کہ مفاد ہے</w:t>
      </w:r>
    </w:p>
    <w:p>
      <w:pPr>
        <w:jc w:val="right"/>
      </w:pPr>
      <w:r>
        <w:t>یعنی پرنسپل کے لیے کرتے ہیں تو ٹھیک ہے، اگر آپ ڈبل اسٹینڈرڈ برگر کریں کہ مفاد ہے</w:t>
      </w:r>
    </w:p>
    <w:p>
      <w:r>
        <w:rPr>
          <w:b/>
        </w:rPr>
        <w:t xml:space="preserve">[2:01:52] </w:t>
      </w:r>
      <w:r>
        <w:t>to, jo to adjust kar rahe hain, jahan mafad nahi hai to wahan lad rahe hain to woh</w:t>
      </w:r>
    </w:p>
    <w:p>
      <w:pPr>
        <w:jc w:val="right"/>
      </w:pPr>
      <w:r>
        <w:t>تو، جو تو ایڈجسٹ کر رہے ہیں، جہاں مفاد نہیں ہے تو وہاں لڑ رہے ہیں تو وہ</w:t>
      </w:r>
    </w:p>
    <w:p>
      <w:r>
        <w:rPr>
          <w:b/>
        </w:rPr>
        <w:t xml:space="preserve">[2:01:57] </w:t>
      </w:r>
      <w:r>
        <w:t>galat ho jayega.</w:t>
      </w:r>
    </w:p>
    <w:p>
      <w:pPr>
        <w:jc w:val="right"/>
      </w:pPr>
      <w:r>
        <w:t>غلط ہو جائے گا۔</w:t>
      </w:r>
    </w:p>
    <w:p>
      <w:r>
        <w:rPr>
          <w:b/>
        </w:rPr>
        <w:t xml:space="preserve">[2:02:01] </w:t>
      </w:r>
      <w:r>
        <w:t>This question is from Mr. Mufad. Mufad ka matlab interest.</w:t>
      </w:r>
    </w:p>
    <w:p>
      <w:pPr>
        <w:jc w:val="right"/>
      </w:pPr>
      <w:r>
        <w:t>دس کوئسچن از فرام مسٹر مفاد، مفاد کا مطلب انٹرسٹ۔</w:t>
      </w:r>
    </w:p>
    <w:p>
      <w:r>
        <w:rPr>
          <w:b/>
        </w:rPr>
        <w:t xml:space="preserve">[2:02:06] </w:t>
      </w:r>
      <w:r>
        <w:t>das question is from Muhammad Asif Riyaz.</w:t>
      </w:r>
    </w:p>
    <w:p>
      <w:pPr>
        <w:jc w:val="right"/>
      </w:pPr>
      <w:r>
        <w:t>دس کوئسچن از فرام محمد اصف ریاض۔</w:t>
      </w:r>
    </w:p>
    <w:p>
      <w:r>
        <w:rPr>
          <w:b/>
        </w:rPr>
        <w:t xml:space="preserve">[2:02:11] </w:t>
      </w:r>
      <w:r>
        <w:t>what is the difference between tanqeed and shosha?</w:t>
      </w:r>
    </w:p>
    <w:p>
      <w:pPr>
        <w:jc w:val="right"/>
      </w:pPr>
      <w:r>
        <w:t>واٹ از دا ڈیفرنس بٹوین تنقید اینڈ شوشہ؟</w:t>
      </w:r>
    </w:p>
    <w:p>
      <w:r>
        <w:rPr>
          <w:b/>
        </w:rPr>
        <w:t xml:space="preserve">[2:02:15] </w:t>
      </w:r>
      <w:r>
        <w:t>dekhein, tanqeed jo hai, us ko main kahunga ke woh logical analysis ka naam tanqeed hai.</w:t>
      </w:r>
    </w:p>
    <w:p>
      <w:pPr>
        <w:jc w:val="right"/>
      </w:pPr>
      <w:r>
        <w:t>دیکھیں، تنقید جو ہے، اس کو میں کہوں گا کہ وہ لاجیکل انالیسز کا نام تنقید ہے۔</w:t>
      </w:r>
    </w:p>
    <w:p>
      <w:r>
        <w:rPr>
          <w:b/>
        </w:rPr>
        <w:t xml:space="preserve">[2:02:20] </w:t>
      </w:r>
      <w:r>
        <w:t>tanqeed jo hai, woh logical analysis hai aur shosha yeh hai ke koi yani khwamkhwah hi ek ek</w:t>
      </w:r>
    </w:p>
    <w:p>
      <w:pPr>
        <w:jc w:val="right"/>
      </w:pPr>
      <w:r>
        <w:t>تنقید جو ہے، وہ لاجیکل انالیسز ہے اور شوشہ یہ ہے کہ کوئی یعنی خوامخواہ ہی ایک ایک</w:t>
      </w:r>
    </w:p>
    <w:p>
      <w:r>
        <w:rPr>
          <w:b/>
        </w:rPr>
        <w:t xml:space="preserve">[2:02:25] </w:t>
      </w:r>
      <w:r>
        <w:t>tamasha kar ke shosha nikal ke bolna.</w:t>
      </w:r>
    </w:p>
    <w:p>
      <w:pPr>
        <w:jc w:val="right"/>
      </w:pPr>
      <w:r>
        <w:t>تماشہ کر کے شوشہ نکال کے بولنا۔</w:t>
      </w:r>
    </w:p>
    <w:p>
      <w:r>
        <w:rPr>
          <w:b/>
        </w:rPr>
        <w:t xml:space="preserve">[2:02:30] </w:t>
      </w:r>
      <w:r>
        <w:t>jaise main ek misaal doon aap ko ke Allahabad mein ek sahab hote the angrezon ke zamane</w:t>
      </w:r>
    </w:p>
    <w:p>
      <w:pPr>
        <w:jc w:val="right"/>
      </w:pPr>
      <w:r>
        <w:t>جیسے میں ایک مثال دوں آپ کو کہ الہ آباد میں ایک صاحب ہوتے تھے انگریزوں کے زمانے</w:t>
      </w:r>
    </w:p>
    <w:p>
      <w:r>
        <w:rPr>
          <w:b/>
        </w:rPr>
        <w:t xml:space="preserve">[2:02:36] </w:t>
      </w:r>
      <w:r>
        <w:t>mein to un ka naam tha Akbar Ilahabadi.</w:t>
      </w:r>
    </w:p>
    <w:p>
      <w:pPr>
        <w:jc w:val="right"/>
      </w:pPr>
      <w:r>
        <w:t>میں تو ان کا نام تھا اکبر الہ آبادی۔</w:t>
      </w:r>
    </w:p>
    <w:p>
      <w:r>
        <w:rPr>
          <w:b/>
        </w:rPr>
        <w:t xml:space="preserve">[2:02:41] </w:t>
      </w:r>
      <w:r>
        <w:t>bahut mashhoor hain, woh sab log jante honge</w:t>
      </w:r>
    </w:p>
    <w:p>
      <w:pPr>
        <w:jc w:val="right"/>
      </w:pPr>
      <w:r>
        <w:t>بہت مشہور ہیں، وہ سب لوگ جانتے ہوں گے</w:t>
      </w:r>
    </w:p>
    <w:p>
      <w:r>
        <w:rPr>
          <w:b/>
        </w:rPr>
        <w:t xml:space="preserve">[2:02:46] </w:t>
      </w:r>
      <w:r>
        <w:t>akbar ilah abadi.</w:t>
      </w:r>
    </w:p>
    <w:p>
      <w:pPr>
        <w:jc w:val="right"/>
      </w:pPr>
      <w:r>
        <w:t>اکبر الہ آبادی۔</w:t>
      </w:r>
    </w:p>
    <w:p>
      <w:r>
        <w:rPr>
          <w:b/>
        </w:rPr>
        <w:t xml:space="preserve">[2:02:51] </w:t>
      </w:r>
      <w:r>
        <w:t>tu woh tu shayari karte thay, woh woh aik mansif bhi thay.</w:t>
      </w:r>
    </w:p>
    <w:p>
      <w:pPr>
        <w:jc w:val="right"/>
      </w:pPr>
      <w:r>
        <w:t>تو وہ تو شاعری کرتے تھے، وہ وہ ایک منصف بھی تھے۔</w:t>
      </w:r>
    </w:p>
    <w:p>
      <w:r>
        <w:rPr>
          <w:b/>
        </w:rPr>
        <w:t xml:space="preserve">[2:02:56] </w:t>
      </w:r>
      <w:r>
        <w:t>woh tu is zamane mein angrezon se nafrat ka mahol tha, har cheez ko mazak urate thay angrezon ki.</w:t>
      </w:r>
    </w:p>
    <w:p>
      <w:pPr>
        <w:jc w:val="right"/>
      </w:pPr>
      <w:r>
        <w:t>وہ تو اس زمانے میں انگریزوں سے نفرت کا ماحول تھا، ہر چیز کو مذاق اڑاتے تھے انگریزوں کی۔</w:t>
      </w:r>
    </w:p>
    <w:p>
      <w:r>
        <w:rPr>
          <w:b/>
        </w:rPr>
        <w:t xml:space="preserve">[2:03:01] </w:t>
      </w:r>
      <w:r>
        <w:t>woh zamana tha is ka.</w:t>
      </w:r>
    </w:p>
    <w:p>
      <w:pPr>
        <w:jc w:val="right"/>
      </w:pPr>
      <w:r>
        <w:t>وہ زمانہ تھا اس کا۔</w:t>
      </w:r>
    </w:p>
    <w:p>
      <w:r>
        <w:rPr>
          <w:b/>
        </w:rPr>
        <w:t xml:space="preserve">[2:03:06] </w:t>
      </w:r>
      <w:r>
        <w:t>tu angrezon ke zamane mein kya hua ke pipe se pani ghar mein la.</w:t>
      </w:r>
    </w:p>
    <w:p>
      <w:pPr>
        <w:jc w:val="right"/>
      </w:pPr>
      <w:r>
        <w:t>تو انگریزوں کے زمانے میں کیا ہوا کہ پائپ سے پانی گھر میں لا۔</w:t>
      </w:r>
    </w:p>
    <w:p>
      <w:r>
        <w:rPr>
          <w:b/>
        </w:rPr>
        <w:t xml:space="preserve">[2:03:11] </w:t>
      </w:r>
      <w:r>
        <w:t>pehle zamane mein pipe nahi hua karta tha tu pipe se pani ghar mein lane ka</w:t>
      </w:r>
    </w:p>
    <w:p>
      <w:pPr>
        <w:jc w:val="right"/>
      </w:pPr>
      <w:r>
        <w:t>پہلے زمانے میں پائپ نہیں ہوا کرتا تھا تو پائپ سے پانی گھر میں لانے کا</w:t>
      </w:r>
    </w:p>
    <w:p>
      <w:r>
        <w:rPr>
          <w:b/>
        </w:rPr>
        <w:t xml:space="preserve">[2:03:16] </w:t>
      </w:r>
      <w:r>
        <w:t>nizam qaim hua aur isi zamane mein type chala, type se chhapne ka.</w:t>
      </w:r>
    </w:p>
    <w:p>
      <w:pPr>
        <w:jc w:val="right"/>
      </w:pPr>
      <w:r>
        <w:t>نظام قائم ہوا اور اسی زمانے میں ٹائپ چلا، ٹائپ سے چھپنے کا۔</w:t>
      </w:r>
    </w:p>
    <w:p>
      <w:r>
        <w:rPr>
          <w:b/>
        </w:rPr>
        <w:t xml:space="preserve">[2:03:22] </w:t>
      </w:r>
      <w:r>
        <w:t>pehle type se nahi chha pa karta tha tu type aur pipe ke bare mein unhon ne shair kaha</w:t>
      </w:r>
    </w:p>
    <w:p>
      <w:pPr>
        <w:jc w:val="right"/>
      </w:pPr>
      <w:r>
        <w:t>پہلے ٹائپ سے نہیں چھپا کرتا تھا تو ٹائپ اور پائپ کے بارے میں انہوں نے شعر کہا</w:t>
      </w:r>
    </w:p>
    <w:p>
      <w:r>
        <w:rPr>
          <w:b/>
        </w:rPr>
        <w:t xml:space="preserve">[2:03:28] </w:t>
      </w:r>
      <w:r>
        <w:t>ke woh pani peena para hai, pipe ka harf parhna para hai, type ka pet chalta hai, aankh</w:t>
      </w:r>
    </w:p>
    <w:p>
      <w:pPr>
        <w:jc w:val="right"/>
      </w:pPr>
      <w:r>
        <w:t>کہ وہ پانی پینا پڑا ہے، پائپ کا حرف پڑھنا پڑا ہے، ٹائپ کا پیٹ چلتا ہے، آنکھ</w:t>
      </w:r>
    </w:p>
    <w:p>
      <w:r>
        <w:rPr>
          <w:b/>
        </w:rPr>
        <w:t xml:space="preserve">[2:03:35] </w:t>
      </w:r>
      <w:r>
        <w:t>aai hai, mere Allah teri dahai hai.</w:t>
      </w:r>
    </w:p>
    <w:p>
      <w:pPr>
        <w:jc w:val="right"/>
      </w:pPr>
      <w:r>
        <w:t>آئی ہے، میرے اللہ تیری دہائی ہے۔</w:t>
      </w:r>
    </w:p>
    <w:p>
      <w:r>
        <w:rPr>
          <w:b/>
        </w:rPr>
        <w:t xml:space="preserve">[2:03:41] </w:t>
      </w:r>
      <w:r>
        <w:t>ab yeh koi koi tanqeed nahi hai, yeh yeh tu shoshah shoshah nikal kar ke is ko</w:t>
      </w:r>
    </w:p>
    <w:p>
      <w:pPr>
        <w:jc w:val="right"/>
      </w:pPr>
      <w:r>
        <w:t>اب یہ کوئی کوئی تنقید نہیں ہے، یہ یہ تو شوشہ شوشہ نکال کر کے اس کو</w:t>
      </w:r>
    </w:p>
    <w:p>
      <w:r>
        <w:rPr>
          <w:b/>
        </w:rPr>
        <w:t xml:space="preserve">[2:03:47] </w:t>
      </w:r>
      <w:r>
        <w:t>ridicule karna hai khwah makhwah.</w:t>
      </w:r>
    </w:p>
    <w:p>
      <w:pPr>
        <w:jc w:val="right"/>
      </w:pPr>
      <w:r>
        <w:t>ریڈیکول کرنا ہے خوامخواہ۔</w:t>
      </w:r>
    </w:p>
    <w:p>
      <w:r>
        <w:rPr>
          <w:b/>
        </w:rPr>
        <w:t xml:space="preserve">[2:03:52] </w:t>
      </w:r>
      <w:r>
        <w:t>tu aik, aik, aik kisi kisi logical base par agar aap kisi ko criticize karte hain tu woh</w:t>
      </w:r>
    </w:p>
    <w:p>
      <w:pPr>
        <w:jc w:val="right"/>
      </w:pPr>
      <w:r>
        <w:t>تو ایک، ایک، ایک کسی کسی لاجیکل بیس پر اگر آپ کسی کو کریٹیسائز کرتے ہیں تو وہ</w:t>
      </w:r>
    </w:p>
    <w:p>
      <w:r>
        <w:rPr>
          <w:b/>
        </w:rPr>
        <w:t xml:space="preserve">[2:03:57] </w:t>
      </w:r>
      <w:r>
        <w:t>tanqeed hai logical base par.</w:t>
      </w:r>
    </w:p>
    <w:p>
      <w:pPr>
        <w:jc w:val="right"/>
      </w:pPr>
      <w:r>
        <w:t>تنقید ہے لاجیکل بیس پر۔</w:t>
      </w:r>
    </w:p>
    <w:p>
      <w:r>
        <w:rPr>
          <w:b/>
        </w:rPr>
        <w:t xml:space="preserve">[2:04:02] </w:t>
      </w:r>
      <w:r>
        <w:t>aur agar ek, ek, ek shosha nikal kar ke jaise yeh sher hai, usko ridicule karte hain</w:t>
      </w:r>
    </w:p>
    <w:p>
      <w:pPr>
        <w:jc w:val="right"/>
      </w:pPr>
      <w:r>
        <w:t>اور اگر ایک، ایک، ایک شوشہ نکال کر کے جیسے یہ شعر ہے، اس کو ریڈیکول کرتے ہیں</w:t>
      </w:r>
    </w:p>
    <w:p>
      <w:r>
        <w:rPr>
          <w:b/>
        </w:rPr>
        <w:t xml:space="preserve">[2:04:07] </w:t>
      </w:r>
      <w:r>
        <w:t>tu woh woh bohat buri cheez hai.</w:t>
      </w:r>
    </w:p>
    <w:p>
      <w:pPr>
        <w:jc w:val="right"/>
      </w:pPr>
      <w:r>
        <w:t>تو وہ وہ بہت بری چیز ہے۔</w:t>
      </w:r>
    </w:p>
    <w:p>
      <w:r>
        <w:rPr>
          <w:b/>
        </w:rPr>
        <w:t xml:space="preserve">[2:04:12] </w:t>
      </w:r>
      <w:r>
        <w:t>aur yeh is ko tanqeed urdu mein is ko tanqeed kehte hain, tanqees tanqis.</w:t>
      </w:r>
    </w:p>
    <w:p>
      <w:pPr>
        <w:jc w:val="right"/>
      </w:pPr>
      <w:r>
        <w:t>اور یہ اس کو تنقید اردو میں اس کو تنقید کہتے ہیں، تنقیس ٹی اے این کیو آئی ایس۔</w:t>
      </w:r>
    </w:p>
    <w:p>
      <w:r>
        <w:rPr>
          <w:b/>
        </w:rPr>
        <w:t xml:space="preserve">[2:04:18] </w:t>
      </w:r>
      <w:r>
        <w:t>okay, well and the session now, well take.</w:t>
      </w:r>
    </w:p>
    <w:p>
      <w:pPr>
        <w:jc w:val="right"/>
      </w:pPr>
      <w:r>
        <w:t>اوکے، ویل اینڈ دی سیشن ناؤ، ویل ٹیک۔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