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Man and Angels April 27, 2014</w:t>
      </w:r>
    </w:p>
    <w:p>
      <w:r>
        <w:t>https://www.youtube.com/watch?v=b3fk1cakPeo</w:t>
      </w:r>
    </w:p>
    <w:p>
      <w:r>
        <w:rPr>
          <w:b/>
        </w:rPr>
        <w:t xml:space="preserve">[00:14] </w:t>
      </w:r>
      <w:r>
        <w:t>bismillah hir rahman nir rahim, wa salla Allahu ala an-nabiyyil kareem.</w:t>
      </w:r>
    </w:p>
    <w:p>
      <w:pPr>
        <w:jc w:val="right"/>
      </w:pPr>
      <w:r>
        <w:t>بسم اللہ الرحمن الرحیم، وصلی اللہ علی النبی الکریم۔</w:t>
      </w:r>
    </w:p>
    <w:p>
      <w:r>
        <w:rPr>
          <w:b/>
        </w:rPr>
        <w:t xml:space="preserve">[00:23]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[00:38] </w:t>
      </w:r>
      <w:r>
        <w:t>27 April 2014.</w:t>
      </w:r>
    </w:p>
    <w:p>
      <w:pPr>
        <w:jc w:val="right"/>
      </w:pPr>
      <w:r>
        <w:t>27 اپریل 2014۔</w:t>
      </w:r>
    </w:p>
    <w:p>
      <w:r>
        <w:rPr>
          <w:b/>
        </w:rPr>
        <w:t xml:space="preserve">[00:46] </w:t>
      </w:r>
      <w:r>
        <w:t>aaj ka topic hai:</w:t>
      </w:r>
    </w:p>
    <w:p>
      <w:pPr>
        <w:jc w:val="right"/>
      </w:pPr>
      <w:r>
        <w:t>آج کا ٹاپک ہے:</w:t>
      </w:r>
    </w:p>
    <w:p>
      <w:r>
        <w:rPr>
          <w:b/>
        </w:rPr>
        <w:t xml:space="preserve">[00:52] </w:t>
      </w:r>
      <w:r>
        <w:t>firishta aur insaan, yani Man and Angels.</w:t>
      </w:r>
    </w:p>
    <w:p>
      <w:pPr>
        <w:jc w:val="right"/>
      </w:pPr>
      <w:r>
        <w:t>فرشتہ اور انسان، یعنی Man and Angels.</w:t>
      </w:r>
    </w:p>
    <w:p>
      <w:r>
        <w:rPr>
          <w:b/>
        </w:rPr>
        <w:t xml:space="preserve">[01:01] </w:t>
      </w:r>
      <w:r>
        <w:t>aap jante hain ke Quran Khuda ki kitab hai.</w:t>
      </w:r>
    </w:p>
    <w:p>
      <w:pPr>
        <w:jc w:val="right"/>
      </w:pPr>
      <w:r>
        <w:t>آپ جانتے ہیں کہ قرآن خدا کی کتاب ہے۔</w:t>
      </w:r>
    </w:p>
    <w:p>
      <w:r>
        <w:rPr>
          <w:b/>
        </w:rPr>
        <w:t xml:space="preserve">[01:10] </w:t>
      </w:r>
      <w:r>
        <w:t>Quran mein insaan ke liye woh baatein batai gayi hain jo us ki eternal life ke liye</w:t>
      </w:r>
    </w:p>
    <w:p>
      <w:pPr>
        <w:jc w:val="right"/>
      </w:pPr>
      <w:r>
        <w:t>قرآن میں انسان کے لیے وہ باتیں بتائی گئی ہیں جو اس کی Eternal Life کے لیے</w:t>
      </w:r>
    </w:p>
    <w:p>
      <w:r>
        <w:rPr>
          <w:b/>
        </w:rPr>
        <w:t xml:space="preserve">[01:27] </w:t>
      </w:r>
      <w:r>
        <w:t>saheeh raasta batati hain.</w:t>
      </w:r>
    </w:p>
    <w:p>
      <w:pPr>
        <w:jc w:val="right"/>
      </w:pPr>
      <w:r>
        <w:t>صحیح راستہ بتاتی ہیں۔</w:t>
      </w:r>
    </w:p>
    <w:p>
      <w:r>
        <w:rPr>
          <w:b/>
        </w:rPr>
        <w:t xml:space="preserve">[01:33] </w:t>
      </w:r>
      <w:r>
        <w:t>to unhi mein se aik baat yeh hai Quran mein ke Allah ne is dunya mein anginat firishte rakh diye hain jo history ko manage kar rahe hain,</w:t>
      </w:r>
    </w:p>
    <w:p>
      <w:pPr>
        <w:jc w:val="right"/>
      </w:pPr>
      <w:r>
        <w:t>تو انہی میں سے ایک بات یہ ہے قرآن میں کہ اللہ نے اس دنیا میں انگنت فرشتے رکھ دیے ہیں جو History کو manage کر رہے ہیں،</w:t>
      </w:r>
    </w:p>
    <w:p>
      <w:r>
        <w:rPr>
          <w:b/>
        </w:rPr>
        <w:t xml:space="preserve">[01:52] </w:t>
      </w:r>
      <w:r>
        <w:t>insaan ki help kar rahe hain. aap jante hain ke is dunya mein har moment activities jaari hain.</w:t>
      </w:r>
    </w:p>
    <w:p>
      <w:pPr>
        <w:jc w:val="right"/>
      </w:pPr>
      <w:r>
        <w:t>انسان کی help کر رہے ہیں۔ آپ جانتے ہیں کہ اس دنیا میں ہر moment activities جاری ہیں۔</w:t>
      </w:r>
    </w:p>
    <w:p>
      <w:r>
        <w:rPr>
          <w:b/>
        </w:rPr>
        <w:t xml:space="preserve">[02:05] </w:t>
      </w:r>
      <w:r>
        <w:t>hawaein chalti hain, suraj nikalta hai, zameen ghoom rahi hai,</w:t>
      </w:r>
    </w:p>
    <w:p>
      <w:pPr>
        <w:jc w:val="right"/>
      </w:pPr>
      <w:r>
        <w:t>ہوائیں چلتی ہیں، سورج نکلتا ہے، زمین گھوم رہی ہے،</w:t>
      </w:r>
    </w:p>
    <w:p>
      <w:r>
        <w:rPr>
          <w:b/>
        </w:rPr>
        <w:t xml:space="preserve">[02:14] </w:t>
      </w:r>
      <w:r>
        <w:t>zameen se ghalla ugta hai, drakht par phal paida hotay hain, is tarah ke numerous waqiat.</w:t>
      </w:r>
    </w:p>
    <w:p>
      <w:pPr>
        <w:jc w:val="right"/>
      </w:pPr>
      <w:r>
        <w:t>زمین سے غلہ اگتا ہے، درخت پر پھل پیدا ہوتے ہیں، اس طرح کے numerous واقعات۔</w:t>
      </w:r>
    </w:p>
    <w:p>
      <w:r>
        <w:rPr>
          <w:b/>
        </w:rPr>
        <w:t xml:space="preserve">[02:25] </w:t>
      </w:r>
      <w:r>
        <w:t>to isi ko main keh raha hoon ke activities, activities. to is ko manage kon kar raha hai? is ko Angels manage kar rahay hain.</w:t>
      </w:r>
    </w:p>
    <w:p>
      <w:pPr>
        <w:jc w:val="right"/>
      </w:pPr>
      <w:r>
        <w:t>تو اسی کو میں کہہ رہا ہوں کہ activities، activities۔ تو اس کو manage کون کر رہا ہے؟ اس کو Angels manage کر رہے ہیں۔</w:t>
      </w:r>
    </w:p>
    <w:p>
      <w:r>
        <w:rPr>
          <w:b/>
        </w:rPr>
        <w:t xml:space="preserve">[02:41] </w:t>
      </w:r>
      <w:r>
        <w:t>Galaxy se le kar Planet Earth tak, Mountain se le kar Ocean tak, jo aik dunya hai jis mein har lamha, har moment activities jaari hain,</w:t>
      </w:r>
    </w:p>
    <w:p>
      <w:pPr>
        <w:jc w:val="right"/>
      </w:pPr>
      <w:r>
        <w:t>Galaxy سے لے کر Planet Earth تک، Mountain سے لے کر Ocean تک، جو ایک دنیا ہے جس میں ہر لمحہ، ہر moment activities جاری ہیں،</w:t>
      </w:r>
    </w:p>
    <w:p>
      <w:r>
        <w:rPr>
          <w:b/>
        </w:rPr>
        <w:t xml:space="preserve">[02:59] </w:t>
      </w:r>
      <w:r>
        <w:t>is ko manage kar rahay hain farishtay jo</w:t>
      </w:r>
    </w:p>
    <w:p>
      <w:pPr>
        <w:jc w:val="right"/>
      </w:pPr>
      <w:r>
        <w:t>اس کو manage کر رہے ہیں فرشتے جو</w:t>
      </w:r>
    </w:p>
    <w:p>
      <w:r>
        <w:rPr>
          <w:b/>
        </w:rPr>
        <w:t xml:space="preserve">[03:05] </w:t>
      </w:r>
      <w:r>
        <w:t>itnay ziyada hain ke un ke number hum ko nahi pata, hum ko kitnay number hain un ke. to farishtay insaan ki madad par har waqt rehtay hain.</w:t>
      </w:r>
    </w:p>
    <w:p>
      <w:pPr>
        <w:jc w:val="right"/>
      </w:pPr>
      <w:r>
        <w:t>اتنے زیادہ ہیں کہ ان کے نمبر ہم کو نہیں پتہ، ہم کو کتنے نمبر ہیں ان کے۔ تو فرشتے انسان کی مدد پر ہر وقت رہتے ہیں۔</w:t>
      </w:r>
    </w:p>
    <w:p>
      <w:r>
        <w:rPr>
          <w:b/>
        </w:rPr>
        <w:t xml:space="preserve">[03:19] </w:t>
      </w:r>
      <w:r>
        <w:t>inhi mein se aik ayat woh hai jo Quran ki Chapter Number Fifty, Verse Number Twenty One mein hai, yani Surah Qaf mein.</w:t>
      </w:r>
    </w:p>
    <w:p>
      <w:pPr>
        <w:jc w:val="right"/>
      </w:pPr>
      <w:r>
        <w:t>انہی میں سے ایک آیت وہ ہے جو قرآن کی Chapter Number Fifty، Verse Number Twenty One میں ہے، یعنی سورہ قاف میں۔</w:t>
      </w:r>
    </w:p>
    <w:p>
      <w:r>
        <w:rPr>
          <w:b/>
        </w:rPr>
        <w:t xml:space="preserve">[03:35] </w:t>
      </w:r>
      <w:r>
        <w:t>wajatat kullu nafsin ma shaaq shaheed. is mein zikr hai is dunya ka jo maut ke baad hum mein se har shakhs par samnay aanay wali hai.</w:t>
      </w:r>
    </w:p>
    <w:p>
      <w:pPr>
        <w:jc w:val="right"/>
      </w:pPr>
      <w:r>
        <w:t>وجعت کل نفس ماہا سائق شہید۔ اس میں ذکر ہے اس دنیا کا جو موت کے بعد ہم میں سے ہر شخص پر سامنے آنے والی ہے۔</w:t>
      </w:r>
    </w:p>
    <w:p>
      <w:r>
        <w:rPr>
          <w:b/>
        </w:rPr>
        <w:t xml:space="preserve">[03:48] </w:t>
      </w:r>
      <w:r>
        <w:t>yani Quran ke mutabiq har insaan marta hai aur maut ke baad woh khatam nahi ho jata.</w:t>
      </w:r>
    </w:p>
    <w:p>
      <w:pPr>
        <w:jc w:val="right"/>
      </w:pPr>
      <w:r>
        <w:t>یعنی قرآن کے مطابق ہر انسان مرتا ہے اور موت کے بعد وہ ختم نہیں ہو جاتا۔</w:t>
      </w:r>
    </w:p>
    <w:p>
      <w:r>
        <w:rPr>
          <w:b/>
        </w:rPr>
        <w:t xml:space="preserve">[03:58] </w:t>
      </w:r>
      <w:r>
        <w:t>aik aur dunya, jaisi yeh dunya hai jahan hum rehtay hain, aisi aik aur bhi dunya hai, aik Fulfilled dunya, wahan hum chalay atay hain.</w:t>
      </w:r>
    </w:p>
    <w:p>
      <w:pPr>
        <w:jc w:val="right"/>
      </w:pPr>
      <w:r>
        <w:t>ایک اور دنیا، جیسی یہ دنیا ہے جہاں ہم رہتے ہیں، ایسی ایک اور بھی دنیا ہے، ایک Fulfilled دنیا، وہاں ہم چلے آتے ہیں۔</w:t>
      </w:r>
    </w:p>
    <w:p>
      <w:r>
        <w:rPr>
          <w:b/>
        </w:rPr>
        <w:t xml:space="preserve">[04:12] </w:t>
      </w:r>
      <w:r>
        <w:t>to wahan par jo insaan aaye ga, Allah ke samnay hazir hoga, us ka naqsha bataya gaya hai ke wajatat kullu nafsin ma shaaq shaheed.</w:t>
      </w:r>
    </w:p>
    <w:p>
      <w:pPr>
        <w:jc w:val="right"/>
      </w:pPr>
      <w:r>
        <w:t>تو وہاں پر جو انسان آئے گا، اللہ کے سامنے حاضر ہوگا، اس کا نقشہ بتایا گیا ہے کہ وجعت کل نفس ماہا سائق شہید۔</w:t>
      </w:r>
    </w:p>
    <w:p>
      <w:r>
        <w:rPr>
          <w:b/>
        </w:rPr>
        <w:t xml:space="preserve">[04:25] </w:t>
      </w:r>
      <w:r>
        <w:t>har aadmi, har aurat aur har mard wahan is tarah pohanchay ge ke har aik ke sath do farishtay honge, aik saiq aur aik shaheed.</w:t>
      </w:r>
    </w:p>
    <w:p>
      <w:pPr>
        <w:jc w:val="right"/>
      </w:pPr>
      <w:r>
        <w:t>ہر آدمی، ہر عورت اور ہر مرد وہاں اس طرح پہنچیں گے کہ ہر ایک کے ساتھ دو فرشتے ہوں گے، ایک سائق اور ایک شہید۔</w:t>
      </w:r>
    </w:p>
    <w:p>
      <w:r>
        <w:rPr>
          <w:b/>
        </w:rPr>
        <w:t xml:space="preserve">[04:41] </w:t>
      </w:r>
      <w:r>
        <w:t>shaheed ke mani to hotay hain Witness</w:t>
      </w:r>
    </w:p>
    <w:p>
      <w:pPr>
        <w:jc w:val="right"/>
      </w:pPr>
      <w:r>
        <w:t>شہید کے معنی تو ہوتے ہیں Witness</w:t>
      </w:r>
    </w:p>
    <w:p>
      <w:r>
        <w:rPr>
          <w:b/>
        </w:rPr>
        <w:t xml:space="preserve">[04:46] </w:t>
      </w:r>
      <w:r>
        <w:t>aur saiq ke mani hotay hain Driver. to bari anokhi ayat hai yeh. tafseeron mein wazeh nahi hai ke is ka matlab kya hai.</w:t>
      </w:r>
    </w:p>
    <w:p>
      <w:pPr>
        <w:jc w:val="right"/>
      </w:pPr>
      <w:r>
        <w:t>اور سائق کے معنی ہوتے ہیں Driver۔ تو بڑی انوکھی آیت ہے یہ۔ تفسیروں میں واضح نہیں ہے کہ اس کا مطلب کیا ہے۔</w:t>
      </w:r>
    </w:p>
    <w:p>
      <w:r>
        <w:rPr>
          <w:b/>
        </w:rPr>
        <w:t xml:space="preserve">[05:00] </w:t>
      </w:r>
      <w:r>
        <w:t>lekin Quran ki jo doosri ayaten hain, un ko le ke jab sochen hum tab is ka matlab khul jata hai.</w:t>
      </w:r>
    </w:p>
    <w:p>
      <w:pPr>
        <w:jc w:val="right"/>
      </w:pPr>
      <w:r>
        <w:t>لیکن قرآن کی جو دوسری آیتیں ہیں، ان کو لے کے جب سوچیں ہم تب اس کا مطلب کھل جاتا ہے۔</w:t>
      </w:r>
    </w:p>
    <w:p>
      <w:r>
        <w:rPr>
          <w:b/>
        </w:rPr>
        <w:t xml:space="preserve">[05:10] </w:t>
      </w:r>
      <w:r>
        <w:t>pehli baat to yeh hai ke isi Surah Qaf mein, aik aur ayat mein yeh aaya hai ke har insaan ke sath do farishtay hain.</w:t>
      </w:r>
    </w:p>
    <w:p>
      <w:pPr>
        <w:jc w:val="right"/>
      </w:pPr>
      <w:r>
        <w:t>پہلی بات تو یہ ہے کہ اسی سورہ قافی میں، ایک اور آیت میں یہ آیا ہے کہ ہر انسان کے ساتھ دو فرشتے ہیں۔</w:t>
      </w:r>
    </w:p>
    <w:p>
      <w:r>
        <w:rPr>
          <w:b/>
        </w:rPr>
        <w:t xml:space="preserve">[05:26] </w:t>
      </w:r>
      <w:r>
        <w:t>isi Surah Qaf mein jo</w:t>
      </w:r>
    </w:p>
    <w:p>
      <w:pPr>
        <w:jc w:val="right"/>
      </w:pPr>
      <w:r>
        <w:t>اسی سورہ قافی میں جو</w:t>
      </w:r>
    </w:p>
    <w:p>
      <w:r>
        <w:rPr>
          <w:b/>
        </w:rPr>
        <w:t xml:space="preserve">[05:32] </w:t>
      </w:r>
      <w:r>
        <w:t>insaan ke munh se nikli hui har baat ka record karte rehtay hain.</w:t>
      </w:r>
    </w:p>
    <w:p>
      <w:pPr>
        <w:jc w:val="right"/>
      </w:pPr>
      <w:r>
        <w:t>انسان کے منہ سے نکلی ہوئی ہر بات کا ریکارڈ کرتے رہتے ہیں۔</w:t>
      </w:r>
    </w:p>
    <w:p>
      <w:r>
        <w:rPr>
          <w:b/>
        </w:rPr>
        <w:t xml:space="preserve">[05:39] </w:t>
      </w:r>
      <w:r>
        <w:t>isi Surah mein aaya hai ke do farishtay.</w:t>
      </w:r>
    </w:p>
    <w:p>
      <w:pPr>
        <w:jc w:val="right"/>
      </w:pPr>
      <w:r>
        <w:t>اسی سورہ میں آیا ہے کہ دو فرشتے۔</w:t>
      </w:r>
    </w:p>
    <w:p>
      <w:r>
        <w:rPr>
          <w:b/>
        </w:rPr>
        <w:t xml:space="preserve">[05:53] </w:t>
      </w:r>
      <w:r>
        <w:t>to main samajhta hoon ke yahi do farishtay hain jin ka zikr is ayat mein bhi hai.</w:t>
      </w:r>
    </w:p>
    <w:p>
      <w:pPr>
        <w:jc w:val="right"/>
      </w:pPr>
      <w:r>
        <w:t>تو میں سمجھتا ہوں کہ یہی دو فرشتے ہیں جن کا ذکر اس آیت میں بھی ہے۔</w:t>
      </w:r>
    </w:p>
    <w:p>
      <w:r>
        <w:rPr>
          <w:b/>
        </w:rPr>
        <w:t xml:space="preserve">[06:03] </w:t>
      </w:r>
      <w:r>
        <w:t>to asal mein in farishton ke do role hain, alag alag. aik role ka zikr aik ayat mein hai, doosray role ka zikr doosri ayat mein hai. yeh role ka farq hai.</w:t>
      </w:r>
    </w:p>
    <w:p>
      <w:pPr>
        <w:jc w:val="right"/>
      </w:pPr>
      <w:r>
        <w:t>تو اصل میں ان فرشتوں کے دو رول ہیں، الگ الگ۔ ایک رول کا ذکر ایک آیت میں ہے، دوسرے رول کا ذکر دوسری آیت میں ہے۔ یہ رول کا فرق ہے۔</w:t>
      </w:r>
    </w:p>
    <w:p>
      <w:r>
        <w:rPr>
          <w:b/>
        </w:rPr>
        <w:t xml:space="preserve">[06:15] </w:t>
      </w:r>
      <w:r>
        <w:t>in farishton ka aik role yeh hai ke woh hamaray har baat ka record kar rahay hain.</w:t>
      </w:r>
    </w:p>
    <w:p>
      <w:pPr>
        <w:jc w:val="right"/>
      </w:pPr>
      <w:r>
        <w:t>ان فرشتوں کا ایک رول یہ ہے کہ وہ ہمارے ہر بات کا ریکارڈ کر رہے ہیں۔</w:t>
      </w:r>
    </w:p>
    <w:p>
      <w:r>
        <w:rPr>
          <w:b/>
        </w:rPr>
        <w:t xml:space="preserve">[06:26] </w:t>
      </w:r>
      <w:r>
        <w:t>aik Unseen World hai. aik Unseen World hai is mein woh farishtay maujood hain. aap jantay hain ke dunya mein sab kuch Unseen hi hai.</w:t>
      </w:r>
    </w:p>
    <w:p>
      <w:pPr>
        <w:jc w:val="right"/>
      </w:pPr>
      <w:r>
        <w:t>ایک Unseen World ہے۔ ایک Unseen World ہے اس میں وہ فرشتے موجود ہیں۔ آپ جانتے ہیں کہ دنیا میں سب کچھ Unseen ہی ہے۔</w:t>
      </w:r>
    </w:p>
    <w:p>
      <w:r>
        <w:rPr>
          <w:b/>
        </w:rPr>
        <w:t xml:space="preserve">[06:41] </w:t>
      </w:r>
      <w:r>
        <w:t>to woh hamari har baat ka record karte rehtay hain. to aik role in farishton ka yeh hai.</w:t>
      </w:r>
    </w:p>
    <w:p>
      <w:pPr>
        <w:jc w:val="right"/>
      </w:pPr>
      <w:r>
        <w:t>تو وہ ہماری ہر بات کا ریکارڈ کرتے رہتے ہیں۔ تو ایک رول ان فرشتوں کا یہ ہے۔</w:t>
      </w:r>
    </w:p>
    <w:p>
      <w:r>
        <w:rPr>
          <w:b/>
        </w:rPr>
        <w:t xml:space="preserve">[06:50] </w:t>
      </w:r>
      <w:r>
        <w:t>doosra role hai ke woh saiq aur shaheed banenge qayamat ke din. to shaheed to yeh hai ke jo unhon ne record tayyar kiya hai, us ke gawah ban kar ke woh akhirat mein hazir honge.</w:t>
      </w:r>
    </w:p>
    <w:p>
      <w:pPr>
        <w:jc w:val="right"/>
      </w:pPr>
      <w:r>
        <w:t>دوسرا رول ہے کہ وہ سائق اور شہید بنیں گے قیامت کے دن۔ تو شہید تو یہ ہے کہ جو انہوں نے ریکارڈ تیار کیا ہے، اس کے گواہ بن کر کے وہ آخرت میں حاضر ہوں گے۔</w:t>
      </w:r>
    </w:p>
    <w:p>
      <w:r>
        <w:rPr>
          <w:b/>
        </w:rPr>
        <w:t xml:space="preserve">[07:08] </w:t>
      </w:r>
      <w:r>
        <w:t>akhirat mein jab har insaan ke baray mein</w:t>
      </w:r>
    </w:p>
    <w:p>
      <w:pPr>
        <w:jc w:val="right"/>
      </w:pPr>
      <w:r>
        <w:t>آخرت میں جب ہر انسان کے بارے میں</w:t>
      </w:r>
    </w:p>
    <w:p>
      <w:r>
        <w:rPr>
          <w:b/>
        </w:rPr>
        <w:t xml:space="preserve">[07:14] </w:t>
      </w:r>
      <w:r>
        <w:t>malik kainaat ka faisla hoga, har aadmi ke Eternal Life ke bare mein.</w:t>
      </w:r>
    </w:p>
    <w:p>
      <w:pPr>
        <w:jc w:val="right"/>
      </w:pPr>
      <w:r>
        <w:t>مالک کائنات کا فیصلہ ہوگا، ہر آدمی کے Eternal Life کے بارے میں۔</w:t>
      </w:r>
    </w:p>
    <w:p>
      <w:r>
        <w:rPr>
          <w:b/>
        </w:rPr>
        <w:t xml:space="preserve">[07:25] </w:t>
      </w:r>
      <w:r>
        <w:t>kyun ke aap jante hain ke yeh duniya Temporary hai aur maut ke baad jo duniya aane wali hai woh Eternal hai. toh wahan ke bare mein jo Allah rab ul alameen ka faisla hoga,</w:t>
      </w:r>
    </w:p>
    <w:p>
      <w:pPr>
        <w:jc w:val="right"/>
      </w:pPr>
      <w:r>
        <w:t>کیونکہ آپ جانتے ہیں کہ یہ دنیا Temporary ہے اور موت کے بعد جو دنیا آنے والی ہے وہ Eternal ہے۔ تو وہاں کے بارے میں جو اللہ رب العالمین کا فیصلہ ہوگا،</w:t>
      </w:r>
    </w:p>
    <w:p>
      <w:r>
        <w:rPr>
          <w:b/>
        </w:rPr>
        <w:t xml:space="preserve">[07:41] </w:t>
      </w:r>
      <w:r>
        <w:t>is mein yeh farishtay gawah ke taur par pesh honge. aur gawahi isi buniyad par hogi ke unhon ne duniya mein jo dekha tha, jo likha tha, jo record kiya tha, us ki buniyad par.</w:t>
      </w:r>
    </w:p>
    <w:p>
      <w:pPr>
        <w:jc w:val="right"/>
      </w:pPr>
      <w:r>
        <w:t>اس میں یہ فرشتے گواہ کے طور پر پیش ہوں گے۔ اور گواہی اسی بنیاد پر ہوگی کہ انہوں نے دنیا میں جو دیکھا تھا، جو لکھا تھا، جو ریکارڈ کیا تھا، اس کی بنیاد پر۔</w:t>
      </w:r>
    </w:p>
    <w:p>
      <w:r>
        <w:rPr>
          <w:b/>
        </w:rPr>
        <w:t xml:space="preserve">[07:56] </w:t>
      </w:r>
      <w:r>
        <w:t>ab sawal hai ke saiq se kya murad hai? dekhein, saiq ke lafzi maani hain wahi jis ko hum kehte hain Driver.</w:t>
      </w:r>
    </w:p>
    <w:p>
      <w:pPr>
        <w:jc w:val="right"/>
      </w:pPr>
      <w:r>
        <w:t>اب سوال ہے کہ سائق سے کیا مراد ہے؟ دیکھیں، سائق کے لفظی معنی ہیں وہی جس کو ہم کہتے ہیں Driver۔</w:t>
      </w:r>
    </w:p>
    <w:p>
      <w:r>
        <w:rPr>
          <w:b/>
        </w:rPr>
        <w:t xml:space="preserve">[08:08] </w:t>
      </w:r>
      <w:r>
        <w:t>Driver. is par ghor karne ke baad main samjhaun ke har aadmi, har insaan ek Vehicle par sawaar hai.</w:t>
      </w:r>
    </w:p>
    <w:p>
      <w:pPr>
        <w:jc w:val="right"/>
      </w:pPr>
      <w:r>
        <w:t>Driver۔ اس پر غور کرنے کے بعد میں سمجھاؤں کہ ہر آدمی، ہر انسان ایک Vehicle پر سوار ہے۔</w:t>
      </w:r>
    </w:p>
    <w:p>
      <w:r>
        <w:rPr>
          <w:b/>
        </w:rPr>
        <w:t xml:space="preserve">[08:20] </w:t>
      </w:r>
      <w:r>
        <w:t>Vehicle of History. hum History mein safar kar rahe hain. hum mein se har insaan ka jo Journey hai, woh History mein ho rahi hai.</w:t>
      </w:r>
    </w:p>
    <w:p>
      <w:pPr>
        <w:jc w:val="right"/>
      </w:pPr>
      <w:r>
        <w:t>Vehicle of History۔ ہم History میں سفر کر رہے ہیں۔ ہم میں سے ہر انسان کا جو Journey ہے، وہ History میں ہو رہی ہے۔</w:t>
      </w:r>
    </w:p>
    <w:p>
      <w:r>
        <w:rPr>
          <w:b/>
        </w:rPr>
        <w:t xml:space="preserve">[08:31] </w:t>
      </w:r>
      <w:r>
        <w:t>maazi se haal ki taraf, haal se Future ki taraf. yaani Past se Present ki taraf, Present se Future ki taraf. yeh hai Journey in the History.</w:t>
      </w:r>
    </w:p>
    <w:p>
      <w:pPr>
        <w:jc w:val="right"/>
      </w:pPr>
      <w:r>
        <w:t>ماضی سے حال کی طرف، حال سے Future کی طرف۔ یعنی Past سے Present کی طرف، Present سے Future کی طرف۔ یہ ہے Journey in the History۔</w:t>
      </w:r>
    </w:p>
    <w:p>
      <w:r>
        <w:rPr>
          <w:b/>
        </w:rPr>
        <w:t xml:space="preserve">[08:42] </w:t>
      </w:r>
      <w:r>
        <w:t>toh hum mein se har shakhs History mein safar kar raha hai. toh is safar ke liye jo Vehicle hai, woh yahi farishtay hamare liye Vehicle ka kaam karte hain.</w:t>
      </w:r>
    </w:p>
    <w:p>
      <w:pPr>
        <w:jc w:val="right"/>
      </w:pPr>
      <w:r>
        <w:t>تو ہم میں سے ہر شخص History میں سفر کر رہا ہے۔ تو اس سفر کے لیے جو Vehicle ہے، وہ یہی فرشتے ہمارے لیے Vehicle کا کام کرتے ہیں۔</w:t>
      </w:r>
    </w:p>
    <w:p>
      <w:r>
        <w:rPr>
          <w:b/>
        </w:rPr>
        <w:t xml:space="preserve">[08:57] </w:t>
      </w:r>
      <w:r>
        <w:t>toh saiq jo hai, jo Driver hai, woh hamari Vehicle of History ka Driver hai.</w:t>
      </w:r>
    </w:p>
    <w:p>
      <w:pPr>
        <w:jc w:val="right"/>
      </w:pPr>
      <w:r>
        <w:t>تو سائق جو ہے، جو Driver ہے، وہ ہماری Vehicle of History کا Driver ہے۔</w:t>
      </w:r>
    </w:p>
    <w:p>
      <w:r>
        <w:rPr>
          <w:b/>
        </w:rPr>
        <w:t xml:space="preserve">[09:07] </w:t>
      </w:r>
      <w:r>
        <w:t>hum ko le kar chal raha hai, chal raha hai, chal raha hai. lekin woh sirf Driver nahi hai. woh Driver nahi hai.</w:t>
      </w:r>
    </w:p>
    <w:p>
      <w:pPr>
        <w:jc w:val="right"/>
      </w:pPr>
      <w:r>
        <w:t>ہم کو لے کر چل رہا ہے، چل رہا ہے، چل رہا ہے۔ لیکن وہ صرف Driver نہیں ہے۔ وہ Driver نہیں ہے۔</w:t>
      </w:r>
    </w:p>
    <w:p>
      <w:r>
        <w:rPr>
          <w:b/>
        </w:rPr>
        <w:t xml:space="preserve">[09:18] </w:t>
      </w:r>
      <w:r>
        <w:t>woh hamare liye Support aur Help ka sara kaam karta hai.</w:t>
      </w:r>
    </w:p>
    <w:p>
      <w:pPr>
        <w:jc w:val="right"/>
      </w:pPr>
      <w:r>
        <w:t>وہ ہمارے لیے Support اور Help کا سارا کام کرتا ہے۔</w:t>
      </w:r>
    </w:p>
    <w:p>
      <w:r>
        <w:rPr>
          <w:b/>
        </w:rPr>
        <w:t xml:space="preserve">[09:26] </w:t>
      </w:r>
      <w:r>
        <w:t>kyun ke dekhein, is duniya mein hum aap ke paas koi taqat nahi hai. koi chahe Political Seat par baitha hua ho ya kisi ke paas bohat zyada Wealth ho ya kuch bhi ho, har aadmi Helpless hai.</w:t>
      </w:r>
    </w:p>
    <w:p>
      <w:pPr>
        <w:jc w:val="right"/>
      </w:pPr>
      <w:r>
        <w:t>کیونکہ دیکھیں، اس دنیا میں ہم آپ کے پاس کوئی طاقت نہیں ہے۔ کوئی چاہے Political Seat پر بیٹھا ہوا ہو یا کسی کے پاس بہت زیادہ Wealth ہو یا کچھ بھی ہو، ہر آدمی Helpless ہے۔</w:t>
      </w:r>
    </w:p>
    <w:p>
      <w:r>
        <w:rPr>
          <w:b/>
        </w:rPr>
        <w:t xml:space="preserve">[09:50] </w:t>
      </w:r>
      <w:r>
        <w:t>toh is Helplessness ka Compensate kaun karta hai? hamari Ages ko khalqah insan zaeefa jo mamla insan ka hai, toh is ko Compensate kaun karta hai?</w:t>
      </w:r>
    </w:p>
    <w:p>
      <w:pPr>
        <w:jc w:val="right"/>
      </w:pPr>
      <w:r>
        <w:t>تو اس Helplessness کا Compensate کون کرتا ہے؟ ہماری Ages کو خلقہ انسان ضعیفہ جو معاملہ ہے انسان کا، تو اس کو Compensate کون کرتا ہے؟</w:t>
      </w:r>
    </w:p>
    <w:p>
      <w:r>
        <w:rPr>
          <w:b/>
        </w:rPr>
        <w:t xml:space="preserve">[10:05] </w:t>
      </w:r>
      <w:r>
        <w:t>yahi Angel karte hain, yahi saiq jo hamari zindagi ke Driver hain.</w:t>
      </w:r>
    </w:p>
    <w:p>
      <w:pPr>
        <w:jc w:val="right"/>
      </w:pPr>
      <w:r>
        <w:t>یہی Angel کرتے ہیں، یہی سائق جو ہماری زندگی کے Driver ہیں۔</w:t>
      </w:r>
    </w:p>
    <w:p>
      <w:r>
        <w:rPr>
          <w:b/>
        </w:rPr>
        <w:t xml:space="preserve">[10:15] </w:t>
      </w:r>
      <w:r>
        <w:t>aur sirf yahi nahi hai, woh hum ko poori zindagi mein</w:t>
      </w:r>
    </w:p>
    <w:p>
      <w:pPr>
        <w:jc w:val="right"/>
      </w:pPr>
      <w:r>
        <w:t>اور صرف یہی نہیں ہے، وہ ہم کو پوری زندگی میں</w:t>
      </w:r>
    </w:p>
    <w:p>
      <w:r>
        <w:rPr>
          <w:b/>
        </w:rPr>
        <w:t xml:space="preserve">[10:21] </w:t>
      </w:r>
      <w:r>
        <w:t>Right Direction mein chalane ka kaam kar rahe hain. hum is duniya mein aap dekhein, ek jangl hai.</w:t>
      </w:r>
    </w:p>
    <w:p>
      <w:pPr>
        <w:jc w:val="right"/>
      </w:pPr>
      <w:r>
        <w:t>Right Direction میں چلانے کا کام کر رہے ہیں۔ ہم اس دنیا میں آپ دیکھیں، ایک جنگل ہے۔</w:t>
      </w:r>
    </w:p>
    <w:p>
      <w:r>
        <w:rPr>
          <w:b/>
        </w:rPr>
        <w:t xml:space="preserve">[10:33] </w:t>
      </w:r>
      <w:r>
        <w:t>jangl of Thought ke darmiyan hum jeete hain. yeh jaanna ke sachai kya hai, Right Direction kya hai, mujhe kya karna hai, kya nahi karna hai, kya cheez mere liye achi hai, kya buri hai,</w:t>
      </w:r>
    </w:p>
    <w:p>
      <w:pPr>
        <w:jc w:val="right"/>
      </w:pPr>
      <w:r>
        <w:t>جنگل آف Thought کے درمیان ہم جیتے ہیں۔ یہ جاننا کہ سچائی کیا ہے، Right Direction کیا ہے، مجھے کیا کرنا ہے، کیا نہیں کرنا ہے، کیا چیز میرے لیے اچھی ہے، کیا بری ہے،</w:t>
      </w:r>
    </w:p>
    <w:p>
      <w:r>
        <w:rPr>
          <w:b/>
        </w:rPr>
        <w:t xml:space="preserve">[10:51] </w:t>
      </w:r>
      <w:r>
        <w:t>is tarah ke Thousand and Thousand Questions hain. koi insaan nahi jo yeh daawa kar sake ke woh jaata hai, woh jaanta hai Answer in tamam Questions ka, koi nahi.</w:t>
      </w:r>
    </w:p>
    <w:p>
      <w:pPr>
        <w:jc w:val="right"/>
      </w:pPr>
      <w:r>
        <w:t>اس طرح کے Thousand and Thousand Questions ہیں۔ کوئی انسان نہیں جو یہ دعویٰ کر سکے کہ وہ جاتا ہے، وہ جانتا ہے Answer ان تمام Questions کا، کوئی نہیں۔</w:t>
      </w:r>
    </w:p>
    <w:p>
      <w:r>
        <w:rPr>
          <w:b/>
        </w:rPr>
        <w:t xml:space="preserve">[11:06] </w:t>
      </w:r>
      <w:r>
        <w:t>toh yeh jo Angel hain, woh hamare liye isi liye hain ke woh hum ko bar bar Help karein. hum ko Direct karte rahein.</w:t>
      </w:r>
    </w:p>
    <w:p>
      <w:pPr>
        <w:jc w:val="right"/>
      </w:pPr>
      <w:r>
        <w:t>تو یہ جو Angel ہیں، وہ ہمارے لیے اسی لیے ہیں کہ وہ ہم کو بار بار Help کریں۔ ہم کو Direct کرتے رہیں۔</w:t>
      </w:r>
    </w:p>
    <w:p>
      <w:r>
        <w:rPr>
          <w:b/>
        </w:rPr>
        <w:t xml:space="preserve">[11:17] </w:t>
      </w:r>
      <w:r>
        <w:t>hamari Journey ko sahi simt mein chalne ki Guarantee hain woh. lekin dekhein, yeh bohat hi Intricate mamla hai.</w:t>
      </w:r>
    </w:p>
    <w:p>
      <w:pPr>
        <w:jc w:val="right"/>
      </w:pPr>
      <w:r>
        <w:t>ہماری Journey کو صحیح سمت میں چلنے کی Guarantee ہیں وہ۔ لیکن دیکھیں، یہ بہت ہی Intricate معاملہ ہے۔</w:t>
      </w:r>
    </w:p>
    <w:p>
      <w:r>
        <w:rPr>
          <w:b/>
        </w:rPr>
        <w:t xml:space="preserve">[11:30] </w:t>
      </w:r>
      <w:r>
        <w:t>kyun ke insaan azaad hai. aisa nahi ke insaan suraj chand ki tarah se is ki koi Freedom nahi hai.</w:t>
      </w:r>
    </w:p>
    <w:p>
      <w:pPr>
        <w:jc w:val="right"/>
      </w:pPr>
      <w:r>
        <w:t>کیونکہ انسان آزاد ہے۔ ایسا نہیں کہ انسان سورج چاند کی طرح سے اس کی کوئی Freedom نہیں ہے۔</w:t>
      </w:r>
    </w:p>
    <w:p>
      <w:r>
        <w:rPr>
          <w:b/>
        </w:rPr>
        <w:t xml:space="preserve">[11:40] </w:t>
      </w:r>
      <w:r>
        <w:t>Law of Nature is ko jis tarah chahein chalayein. har insaan azaad hai. toh azaad insaan khud bhi chahta hai ke main kya karun, jo chahe woh jo chahe main karun, yeh is ke andar jazba hota hai.</w:t>
      </w:r>
    </w:p>
    <w:p>
      <w:pPr>
        <w:jc w:val="right"/>
      </w:pPr>
      <w:r>
        <w:t>Law of Nature اس کو جس طرح چاہیں چلائیں۔ ہر انسان آزاد ہے۔ تو آزاد انسان خود بھی چاہتا ہے کہ میں کیا کروں، جو چاہے وہ جو چاہے میں کروں، یہ اس کے اندر جذبہ ہوتا ہے۔</w:t>
      </w:r>
    </w:p>
    <w:p>
      <w:r>
        <w:rPr>
          <w:b/>
        </w:rPr>
        <w:t xml:space="preserve">[12:00] </w:t>
      </w:r>
      <w:r>
        <w:t>toh ek azaad insaan ko Right Path par chalana bohat hi pecheeda kaam hai. kyun ke is mein insaan ki, insaan agar Support de, insaan Accept kare in ki Guidance ko, tab hi toh hoga, warna toh nahi hoga.</w:t>
      </w:r>
    </w:p>
    <w:p>
      <w:pPr>
        <w:jc w:val="right"/>
      </w:pPr>
      <w:r>
        <w:t>تو ایک آزاد انسان کو Right Path پر چلانا بہت ہی پیچیدہ کام ہے۔ کیونکہ اس میں انسان کی، انسان اگر Support دے، انسان Accept کرے ان کی Guidance کو، تب ہی تو ہوگا، ورنہ تو نہیں ہوگا۔</w:t>
      </w:r>
    </w:p>
    <w:p>
      <w:r>
        <w:rPr>
          <w:b/>
        </w:rPr>
        <w:t xml:space="preserve">[12:20] </w:t>
      </w:r>
      <w:r>
        <w:t>toh yeh bohat hi pecheeda mamla hai. yaani Allah ne har insaan ke saath ek saiq de diya, us ki zindagi ka Driver, jo us ko Right Path par chalane ki Guarantee hai.</w:t>
      </w:r>
    </w:p>
    <w:p>
      <w:pPr>
        <w:jc w:val="right"/>
      </w:pPr>
      <w:r>
        <w:t>تو یہ بہت ہی پیچیدہ معاملہ ہے۔ یعنی اللہ نے ہر انسان کے ساتھ ایک سائق دے دیا، اس کی زندگی کا Driver، جو اس کو Right Path پر چلانے کی Guarantee ہے۔</w:t>
      </w:r>
    </w:p>
    <w:p>
      <w:r>
        <w:rPr>
          <w:b/>
        </w:rPr>
        <w:t xml:space="preserve">[12:35] </w:t>
      </w:r>
      <w:r>
        <w:t>lekin yeh farishton ki yeh Help isi waqt kaam hogi aap ke, isi waqt aap ke kaam aayegi jab ke aap is ko Accept karein, aap apni Freedom ko rokein aur un ki baat ko maanein.</w:t>
      </w:r>
    </w:p>
    <w:p>
      <w:pPr>
        <w:jc w:val="right"/>
      </w:pPr>
      <w:r>
        <w:t>لیکن یہ فرشتوں کی یہ Help اسی وقت کام ہوگی آپ کے، اسی وقت آپ کے کام آئے گی۔ جبکہ آپ اس کو Accept کریں، آپ اپنی Freedom کو روکیں اور ان کی بات کو مانیں۔</w:t>
      </w:r>
    </w:p>
    <w:p>
      <w:r>
        <w:rPr>
          <w:b/>
        </w:rPr>
        <w:t xml:space="preserve">[12:53] </w:t>
      </w:r>
      <w:r>
        <w:t>yeh bohat hi nazuk mamla hai. agar aap apne aap ko farishte ke hawale kar dein to woh aap ko chalaye ga, chalaye ga, chalaye ga, yahan tak ke aap ko destination pohncha de ga.</w:t>
      </w:r>
    </w:p>
    <w:p>
      <w:pPr>
        <w:jc w:val="right"/>
      </w:pPr>
      <w:r>
        <w:t>یہ بہت ہی نازک معاملہ ہے۔ اگر آپ اپنے آپ کو فرشتے کے حوالے کر دیں تو وہ آپ کو چلائے گا، چلائے گا، چلائے گا، یہاں تک کہ آپ کو Destination پہنچا دے گا۔</w:t>
      </w:r>
    </w:p>
    <w:p>
      <w:r>
        <w:rPr>
          <w:b/>
        </w:rPr>
        <w:t xml:space="preserve">[13:07] </w:t>
      </w:r>
      <w:r>
        <w:t>aur aap na manen to farishta aap ko aisa nahi kar sakta ke woh koi compassion create kare aap ke liye.</w:t>
      </w:r>
    </w:p>
    <w:p>
      <w:pPr>
        <w:jc w:val="right"/>
      </w:pPr>
      <w:r>
        <w:t>اور آپ نہ مانیں تو فرشتہ آپ کو ایسا نہیں کر سکتا کہ وہ کوئی Compassion Create کرے آپ کے لیے۔</w:t>
      </w:r>
    </w:p>
    <w:p>
      <w:r>
        <w:rPr>
          <w:b/>
        </w:rPr>
        <w:t xml:space="preserve">[13:18] </w:t>
      </w:r>
      <w:r>
        <w:t>kabhi bhi compassion create nahi kare ga.</w:t>
      </w:r>
    </w:p>
    <w:p>
      <w:pPr>
        <w:jc w:val="right"/>
      </w:pPr>
      <w:r>
        <w:t>کبھی بھی Compassion Create نہیں کرے گا۔</w:t>
      </w:r>
    </w:p>
    <w:p>
      <w:r>
        <w:rPr>
          <w:b/>
        </w:rPr>
        <w:t xml:space="preserve">[13:23] </w:t>
      </w:r>
      <w:r>
        <w:t>yeh hai mamla.</w:t>
      </w:r>
    </w:p>
    <w:p>
      <w:pPr>
        <w:jc w:val="right"/>
      </w:pPr>
      <w:r>
        <w:t>یہ ہے معاملہ۔</w:t>
      </w:r>
    </w:p>
    <w:p>
      <w:r>
        <w:rPr>
          <w:b/>
        </w:rPr>
        <w:t xml:space="preserve">[13:27] </w:t>
      </w:r>
      <w:r>
        <w:t>is par ghor karte hue mujhe samajh mein aata hai ke Allah ne is ka aik model, aik known model bhi hamein de diya ke farishta kis tarah se hamein guide karta hai.</w:t>
      </w:r>
    </w:p>
    <w:p>
      <w:pPr>
        <w:jc w:val="right"/>
      </w:pPr>
      <w:r>
        <w:t>اس پر غور کرتے ہوئے مجھے سمجھ میں آتا ہے کہ اللہ نے اس کا ایک Model، ایک Known Model بھی ہمیں دے دیا کہ فرشتہ کس طرح سے ہمیں Guide کرتا ہے۔</w:t>
      </w:r>
    </w:p>
    <w:p>
      <w:r>
        <w:rPr>
          <w:b/>
        </w:rPr>
        <w:t xml:space="preserve">[13:45] </w:t>
      </w:r>
      <w:r>
        <w:t>aik model. woh model hai Hazrat Ibrahim ki zindagi mein. Hazrat Ibrahim paida hue Iraq mein.</w:t>
      </w:r>
    </w:p>
    <w:p>
      <w:pPr>
        <w:jc w:val="right"/>
      </w:pPr>
      <w:r>
        <w:t>ایک Model۔ وہ Model ہے حضرت ابراہیم کی زندگی میں۔ حضرت ابراہیم پیدا ہوئے عراق میں۔</w:t>
      </w:r>
    </w:p>
    <w:p>
      <w:r>
        <w:rPr>
          <w:b/>
        </w:rPr>
        <w:t xml:space="preserve">[13:55] </w:t>
      </w:r>
      <w:r>
        <w:t>wahan unhon ne dawat ka kaam kiya. is ke baad un ko hukum hua ke tum Iraq chhod kar jao, doosre maqam par tumhein apni duty anjam dena hai.</w:t>
      </w:r>
    </w:p>
    <w:p>
      <w:pPr>
        <w:jc w:val="right"/>
      </w:pPr>
      <w:r>
        <w:t>وہاں انہوں نے دعوت کا کام کیا۔ اس کے بعد ان کو حکم ہوا کہ تم عراق چھوڑ کر جاؤ، دوسرے مقام پر تمہیں اپنی ڈیوٹی انجام دینا ہے۔</w:t>
      </w:r>
    </w:p>
    <w:p>
      <w:r>
        <w:rPr>
          <w:b/>
        </w:rPr>
        <w:t xml:space="preserve">[14:09] </w:t>
      </w:r>
      <w:r>
        <w:t>to Iraq se aik angel un ko le kar chale. aik angel le kar chala un ko. to rastay mein bohat si bastiyan aati theen,</w:t>
      </w:r>
    </w:p>
    <w:p>
      <w:pPr>
        <w:jc w:val="right"/>
      </w:pPr>
      <w:r>
        <w:t>تو عراق سے ایک Angel ان کو لے کر چلے۔ ایک Angel لے کر چلا ان کو۔ تو راستے میں بہت سی بستیاں آتی تھیں،</w:t>
      </w:r>
    </w:p>
    <w:p>
      <w:r>
        <w:rPr>
          <w:b/>
        </w:rPr>
        <w:t xml:space="preserve">[14:24] </w:t>
      </w:r>
      <w:r>
        <w:t>bohat se town, city aate the. to Hazrat Ibrahim poochte the farishte se ke kya mujh ko yahan rehne ka hukum diya gaya hai?</w:t>
      </w:r>
    </w:p>
    <w:p>
      <w:pPr>
        <w:jc w:val="right"/>
      </w:pPr>
      <w:r>
        <w:t>بہت سے Town، City آتے تھے۔ تو حضرت ابراہیم پوچھتے تھے فرشتے سے کہ کیا مجھ کو یہاں رہنے کا حکم دیا گیا ہے؟</w:t>
      </w:r>
    </w:p>
    <w:p>
      <w:r>
        <w:rPr>
          <w:b/>
        </w:rPr>
        <w:t xml:space="preserve">[14:35] </w:t>
      </w:r>
      <w:r>
        <w:t>is basti mein? to farishta kehta tha nahi, aage badhiye. to jab bhi koi basti aati thi to woh farishte se poochte the ke yahan mujhe hukum diya gaya rehne ka to kaha karani.</w:t>
      </w:r>
    </w:p>
    <w:p>
      <w:pPr>
        <w:jc w:val="right"/>
      </w:pPr>
      <w:r>
        <w:t>اس بستی میں؟ تو فرشتہ کہتا تھا نہیں، آگے بڑھیے۔ تو جب بھی کوئی بستی آتی تھی تو وہ فرشتے سے پوچھتے تھے کہ یہاں مجھے حکم دیا گیا رہنے کا تو کہا کرنی۔</w:t>
      </w:r>
    </w:p>
    <w:p>
      <w:r>
        <w:rPr>
          <w:b/>
        </w:rPr>
        <w:t xml:space="preserve">[14:51] </w:t>
      </w:r>
      <w:r>
        <w:t>to chalte chalte un ko pohncha diya unhon ne, farishte ne wahan jahan ab Makkah hai. us waqt Makkah nahi tha, tab wahan desert tha.</w:t>
      </w:r>
    </w:p>
    <w:p>
      <w:pPr>
        <w:jc w:val="right"/>
      </w:pPr>
      <w:r>
        <w:t>تو چلتے چلتے ان کو پہنچا دیا انہوں نے، فرشتے نے وہاں جہاں اب مکہ ہے۔ اس وقت مکہ نہیں تھا، تب وہاں Desert تھا۔</w:t>
      </w:r>
    </w:p>
    <w:p>
      <w:r>
        <w:rPr>
          <w:b/>
        </w:rPr>
        <w:t xml:space="preserve">[15:01] </w:t>
      </w:r>
      <w:r>
        <w:t>ke is desert mein aap ko apne aulad ko basana hai aur yahan par aik nai nasal banana hai, yeh aap ka kaam hai.</w:t>
      </w:r>
    </w:p>
    <w:p>
      <w:pPr>
        <w:jc w:val="right"/>
      </w:pPr>
      <w:r>
        <w:t>کہ اس Desert میں آپ کو اپنے اولاد کو بسانا ہے اور یہاں پر ایک نئی نسل بنانا ہے، یہ آپ کا کام ہے۔</w:t>
      </w:r>
    </w:p>
    <w:p>
      <w:r>
        <w:rPr>
          <w:b/>
        </w:rPr>
        <w:t xml:space="preserve">[15:11] </w:t>
      </w:r>
      <w:r>
        <w:t>yeh mein samajhta hoon ke prophet ki shakal mein aik model hum ko diya gaya hai. har insan ke sath isi tarah se aik angel laga hua hai.</w:t>
      </w:r>
    </w:p>
    <w:p>
      <w:pPr>
        <w:jc w:val="right"/>
      </w:pPr>
      <w:r>
        <w:t>یہ میں سمجھتا ہوں کہ Prophet کی شکل میں ایک Model ہم کو دیا گیا ہے۔ ہر انسان کے ساتھ اسی طریقے سے ایک Angel لگا ہوا ہے۔</w:t>
      </w:r>
    </w:p>
    <w:p>
      <w:r>
        <w:rPr>
          <w:b/>
        </w:rPr>
        <w:t xml:space="preserve">[15:22] </w:t>
      </w:r>
      <w:r>
        <w:t>Hazrat Ibrahim ke liye woh visible tor par tha, visible. hamare liye woh hai invisible tor par. yeh farq hai. magar hai zaroor.</w:t>
      </w:r>
    </w:p>
    <w:p>
      <w:pPr>
        <w:jc w:val="right"/>
      </w:pPr>
      <w:r>
        <w:t>حضرت ابراہیم کے لیے وہ Visible طور پر تھا، Visible۔ ہمارے لیے وہ ہے Invisible طور پر۔ یہ فرق ہے۔ مگر ہے ضرور۔</w:t>
      </w:r>
    </w:p>
    <w:p>
      <w:r>
        <w:rPr>
          <w:b/>
        </w:rPr>
        <w:t xml:space="preserve">[15:33] </w:t>
      </w:r>
      <w:r>
        <w:t>hai hamare sath bhi farishta. sirf is farq ke sath ke Hazrat Ibrahim ke sath woh visible tor par tha, hamare sath woh invisible tor par hai.</w:t>
      </w:r>
    </w:p>
    <w:p>
      <w:pPr>
        <w:jc w:val="right"/>
      </w:pPr>
      <w:r>
        <w:t>ہے ہمارے ساتھ بھی فرشتہ۔ صرف اس فرق کے ساتھ کہ حضرت ابراہیم کے ساتھ وہ Visible طور پر تھا، ہمارے ساتھ وہ Invisible طور پر ہے۔</w:t>
      </w:r>
    </w:p>
    <w:p>
      <w:r>
        <w:rPr>
          <w:b/>
        </w:rPr>
        <w:t xml:space="preserve">[15:44] </w:t>
      </w:r>
      <w:r>
        <w:t>is haqeeqat ko samjhiye. is par ghor karne se yeh samajh mein aata hai ke aadmi paida hota hai, jawan hota hai, phir woh parhta hai aur yeh karta hai, woh karta hai, hote hote apni journey shuru karta hai.</w:t>
      </w:r>
    </w:p>
    <w:p>
      <w:pPr>
        <w:jc w:val="right"/>
      </w:pPr>
      <w:r>
        <w:t>اس حقیقت کو سمجھیے۔ اس پر غور کرنے سے یہ سمجھ میں آتا ہے کہ آدمی پیدا ہوتا ہے، جوان ہوتا ہے، پھر وہ پڑھتا ہے اور یہ کرتا ہے، وہ کرتا ہے، ہوتے ہوتے اپنی Journey شروع کرتا ہے۔</w:t>
      </w:r>
    </w:p>
    <w:p>
      <w:r>
        <w:rPr>
          <w:b/>
        </w:rPr>
        <w:t xml:space="preserve">[16:03] </w:t>
      </w:r>
      <w:r>
        <w:t>zindagi ka safar. zindagi ke safar mein invisible tor par farishta us ke sath hota hai. to jab bhi aap ko koi setback hota hai, koi baat bigadti hai aap ki, koi target aap chahte the woh poora nahi hota,</w:t>
      </w:r>
    </w:p>
    <w:p>
      <w:pPr>
        <w:jc w:val="right"/>
      </w:pPr>
      <w:r>
        <w:t>زندگی کا سفر۔ زندگی کے سفر میں Invisible طور پر فرشتہ اس کے ساتھ ہوتا ہے۔ تو جب بھی آپ کو کوئی Setback ہوتا ہے، کوئی بات بگڑتی ہے آپ کی، کوئی Target آپ چاہتے تھے وہ پورا نہیں ہوتا،</w:t>
      </w:r>
    </w:p>
    <w:p>
      <w:r>
        <w:rPr>
          <w:b/>
        </w:rPr>
        <w:t xml:space="preserve">[16:23] </w:t>
      </w:r>
      <w:r>
        <w:t>to wahan kya hai woh? woh angel intervene karta hai. waise hi jaise Hazrat Ibrahim ke liye kiya tha ke nahi, yeh nahi, yahan nahi, yahan nahi theharna hai.</w:t>
      </w:r>
    </w:p>
    <w:p>
      <w:pPr>
        <w:jc w:val="right"/>
      </w:pPr>
      <w:r>
        <w:t>تو وہاں کیا ہے وہ؟ وہ Angel Intervene کرتا ہے۔ ویسے ہی جیسے حضرت ابراہیم کے لیے کیا تھا کہ نہیں، یہ نہیں، یہاں نہیں، یہاں نہیں ٹھہرنا ہے۔</w:t>
      </w:r>
    </w:p>
    <w:p>
      <w:r>
        <w:rPr>
          <w:b/>
        </w:rPr>
        <w:t xml:space="preserve">[16:35] </w:t>
      </w:r>
      <w:r>
        <w:t>to woh intervene kar ke aap ke kaam ko hone nahi deta. aap ko woh jo aap chahte the aur jo aap ke liye sahi nahi tha,</w:t>
      </w:r>
    </w:p>
    <w:p>
      <w:pPr>
        <w:jc w:val="right"/>
      </w:pPr>
      <w:r>
        <w:t>تو وہ Intervene کر کے آپ کے کام کو ہونے نہیں دیتا۔ آپ کو وہ جو آپ چاہتے تھے اور جو آپ کے لیے صحیح نہیں تھا،</w:t>
      </w:r>
    </w:p>
    <w:p>
      <w:r>
        <w:rPr>
          <w:b/>
        </w:rPr>
        <w:t xml:space="preserve">[16:49] </w:t>
      </w:r>
      <w:r>
        <w:t>to us ko correct karta hai. angel correct karta hai. aur phir dobara aap ko right path par lata hai.</w:t>
      </w:r>
    </w:p>
    <w:p>
      <w:pPr>
        <w:jc w:val="right"/>
      </w:pPr>
      <w:r>
        <w:t>تو اس کو Correct کرتا ہے۔ Angel Correct کرتا ہے۔ اور پھر دوبارہ آپ کو Right Path پر لاتا ہے۔</w:t>
      </w:r>
    </w:p>
    <w:p>
      <w:r>
        <w:rPr>
          <w:b/>
        </w:rPr>
        <w:t xml:space="preserve">[17:01] </w:t>
      </w:r>
      <w:r>
        <w:t>yeh bataya gaya hai is mein.</w:t>
      </w:r>
    </w:p>
    <w:p>
      <w:pPr>
        <w:jc w:val="right"/>
      </w:pPr>
      <w:r>
        <w:t>یہ بتایا گیا ہے اس میں۔</w:t>
      </w:r>
    </w:p>
    <w:p>
      <w:r>
        <w:rPr>
          <w:b/>
        </w:rPr>
        <w:t xml:space="preserve">[17:06] </w:t>
      </w:r>
      <w:r>
        <w:t>bohat hi zyada aham baat hai yeh jis ko aap ko samajhna chahiye. mein apni zindagi mein mein ne dekha hai ke mein ne bar bar apna aik goal banaya, aik target rakha ke mujhe yeh karna hai,</w:t>
      </w:r>
    </w:p>
    <w:p>
      <w:pPr>
        <w:jc w:val="right"/>
      </w:pPr>
      <w:r>
        <w:t>بہت ہی زیادہ اہم بات ہے یہ جس کو آپ کو سمجھنا چاہیے۔ میں اپنی زندگی میں میں نے دیکھا ہے کہ میں نے بار بار اپنا ایک Goal بنایا، ایک Target رکھا کہ مجھے یہ کرنا ہے،</w:t>
      </w:r>
    </w:p>
    <w:p>
      <w:r>
        <w:rPr>
          <w:b/>
        </w:rPr>
        <w:t xml:space="preserve">[17:23] </w:t>
      </w:r>
      <w:r>
        <w:t>mujhe ghar banana hai, mujhe business karna hai, mujhe job hasil karna hai. bar bar, bar bar.</w:t>
      </w:r>
    </w:p>
    <w:p>
      <w:pPr>
        <w:jc w:val="right"/>
      </w:pPr>
      <w:r>
        <w:t>مجھے گھر بنانا ہے، مجھے Business کرنا ہے، مجھے جاب حاصل کرنا ہے۔ بار بار، بار بار۔</w:t>
      </w:r>
    </w:p>
    <w:p>
      <w:r>
        <w:rPr>
          <w:b/>
        </w:rPr>
        <w:t xml:space="preserve">[17:31] </w:t>
      </w:r>
      <w:r>
        <w:t>yani mein samajhta hoon ke jab mein apni recall karta hoon apni pichli zindagi ko to kam az kam pachees aise waqeat mujhe yaad aate hain jab ke mein ne aik cheez chaha.</w:t>
      </w:r>
    </w:p>
    <w:p>
      <w:pPr>
        <w:jc w:val="right"/>
      </w:pPr>
      <w:r>
        <w:t>یعنی میں سمجھتا ہوں کہ جب میں اپنی Recall کرتا ہوں اپنی پچھلی زندگی کو تو کم از کم پچیس ایسے واقعات مجھے یاد آتے ہیں جب کہ میں نے ایک چیز چاہا۔</w:t>
      </w:r>
    </w:p>
    <w:p>
      <w:r>
        <w:rPr>
          <w:b/>
        </w:rPr>
        <w:t xml:space="preserve">[17:46] </w:t>
      </w:r>
      <w:r>
        <w:t>lekin woh hua nahi. hua nahi. to mein wahan par yahi samjha ke mein jaise har aadmi sad ho jata hai, mein bhi sad ho gaya.</w:t>
      </w:r>
    </w:p>
    <w:p>
      <w:pPr>
        <w:jc w:val="right"/>
      </w:pPr>
      <w:r>
        <w:t>لیکن وہ ہوا نہیں۔ ہوا نہیں۔ تو میں وہاں پر یہی سمجھا کہ میں جیسے ہر آدمی Sad ہو جاتا ہے، میں بھی Sad ہو گیا۔</w:t>
      </w:r>
    </w:p>
    <w:p>
      <w:r>
        <w:rPr>
          <w:b/>
        </w:rPr>
        <w:t xml:space="preserve">[17:59] </w:t>
      </w:r>
      <w:r>
        <w:t>is waqt to sad ho gaya mein. lekin baad ke waqiat ne bataya ke woh bohat hi sahih tha. jo nahi hua, woh is liye nahi hua ke woh target hi galat tha.</w:t>
      </w:r>
    </w:p>
    <w:p>
      <w:pPr>
        <w:jc w:val="right"/>
      </w:pPr>
      <w:r>
        <w:t>اس وقت تو Sad ہو گیا میں۔ لیکن بعد کے واقعات نے بتایا کہ وہ بہت ہی صحیح تھا۔ جو نہیں ہوا، وہ اس لیے نہیں ہوا کہ وہ Target ہی غلط تھا۔</w:t>
      </w:r>
    </w:p>
    <w:p>
      <w:r>
        <w:rPr>
          <w:b/>
        </w:rPr>
        <w:t xml:space="preserve">[18:14] </w:t>
      </w:r>
      <w:r>
        <w:t>misal ke tor par dekhen, jab British Period mein, mein British Period mein paida hua to mein dekhta tha ke log college aur university mein parhte hain, is se unhein job milta hai aur achi zindagi ban jati hai un ki.</w:t>
      </w:r>
    </w:p>
    <w:p>
      <w:pPr>
        <w:jc w:val="right"/>
      </w:pPr>
      <w:r>
        <w:t>مثال کے طور پر دیکھیں، جب British Period میں، میں British Period میں پیدا ہوا تو میں دیکھتا تھا کہ لوگ کالج اور یونیورسٹی میں پڑھتے ہیں، اس سے انہیں جاب ملتا ہے اور اچھی زندگی بن جاتی ہے ان کی۔</w:t>
      </w:r>
    </w:p>
    <w:p>
      <w:r>
        <w:rPr>
          <w:b/>
        </w:rPr>
        <w:t xml:space="preserve">[18:34] </w:t>
      </w:r>
      <w:r>
        <w:t>to mein ne bhi college mein dakhla lena chaha, school aur college aur university ki taleem hasil karna chaha.</w:t>
      </w:r>
    </w:p>
    <w:p>
      <w:pPr>
        <w:jc w:val="right"/>
      </w:pPr>
      <w:r>
        <w:t>تو میں نے بھی کالج میں داخلہ لینا چاہا، اسکول اور کالج اور یونیورسٹی کی تعلیم حاصل کرنا چاہا۔</w:t>
      </w:r>
    </w:p>
    <w:p>
      <w:r>
        <w:rPr>
          <w:b/>
        </w:rPr>
        <w:t xml:space="preserve">[18:43] </w:t>
      </w:r>
      <w:r>
        <w:t>kai bar mein ne koshish ki is ki. har koshish meri nakam ho gayi. mujhe admission hi nahi mila.</w:t>
      </w:r>
    </w:p>
    <w:p>
      <w:pPr>
        <w:jc w:val="right"/>
      </w:pPr>
      <w:r>
        <w:t>کئی بار میں نے کوشش کی اس کی۔ ہر کوشش میری ناکام ہو گئی۔ مجھے Admission ہی نہیں ملا۔</w:t>
      </w:r>
    </w:p>
    <w:p>
      <w:r>
        <w:rPr>
          <w:b/>
        </w:rPr>
        <w:t xml:space="preserve">[18:54] </w:t>
      </w:r>
      <w:r>
        <w:t>bohat hi ajib o gharib baat hai ke mujhe admission hi nahi mila. mein sochta tha ke yeh kya cheez hai? ab mein sochta hoon ke admission na milna mere liye kitni bari blessing thi.</w:t>
      </w:r>
    </w:p>
    <w:p>
      <w:pPr>
        <w:jc w:val="right"/>
      </w:pPr>
      <w:r>
        <w:t>بہت ہی عجیب و غریب بات ہے کہ مجھے Admission ہی نہیں ملا۔ میں سوچتا تھا کہ یہ کیا چیز ہے؟ اب میں سوچتا ہوں کہ Admission نہ ملنا میرے لیے کتنی بڑی Blessing تھی۔</w:t>
      </w:r>
    </w:p>
    <w:p>
      <w:r>
        <w:rPr>
          <w:b/>
        </w:rPr>
        <w:t xml:space="preserve">[19:07] </w:t>
      </w:r>
      <w:r>
        <w:t>kyun ke jin ko admission mil gaya, jinho ne BA, MA kiya, woh job market mein chale gaye. aur earning annual ban gaye.</w:t>
      </w:r>
    </w:p>
    <w:p>
      <w:pPr>
        <w:jc w:val="right"/>
      </w:pPr>
      <w:r>
        <w:t>کیونکہ جن کو Admission مل گیا، جنہوں نے بی اے، ایم اے کیا، وہ جاب Market میں چلے گئے۔ اور Earning Annual بن گئے۔</w:t>
      </w:r>
    </w:p>
    <w:p>
      <w:r>
        <w:rPr>
          <w:b/>
        </w:rPr>
        <w:t xml:space="preserve">[19:19] </w:t>
      </w:r>
      <w:r>
        <w:t>isi mein jiye, isi mein mare. to mein bhi wahi hota, earning annual ban jata. mein man of mission nahi ban sakta tha.</w:t>
      </w:r>
    </w:p>
    <w:p>
      <w:pPr>
        <w:jc w:val="right"/>
      </w:pPr>
      <w:r>
        <w:t>اسی میں جیے، اسی میں مرے۔ تو میں بھی وہی ہوتا، Earning Annual بن جاتا۔ میں Man of Mission نہیں بن سکتا تھا۔</w:t>
      </w:r>
    </w:p>
    <w:p>
      <w:r>
        <w:rPr>
          <w:b/>
        </w:rPr>
        <w:t xml:space="preserve">[19:31] </w:t>
      </w:r>
      <w:r>
        <w:t>aise hi kai bar mein ne business kiya, jaunpur mein, kanpur mein, banaras mein, adum garh mein. koi business mein acha chala nahi, sab fail ho gaya.</w:t>
      </w:r>
    </w:p>
    <w:p>
      <w:pPr>
        <w:jc w:val="right"/>
      </w:pPr>
      <w:r>
        <w:t>ایسے ہی کئی بار میں نے Business کیا، جون پور میں، کان پور میں، بنارس میں، آدم گڑھ میں۔ کوئی Business میں اچھا چلا نہیں، سب Fail ہو گیا۔</w:t>
      </w:r>
    </w:p>
    <w:p>
      <w:r>
        <w:rPr>
          <w:b/>
        </w:rPr>
        <w:t xml:space="preserve">[19:44] </w:t>
      </w:r>
      <w:r>
        <w:t>mein sochta tha ke shayad meri, jaise log sochte hain ke I am not a lucky person.</w:t>
      </w:r>
    </w:p>
    <w:p>
      <w:pPr>
        <w:jc w:val="right"/>
      </w:pPr>
      <w:r>
        <w:t>میں سوچتا تھا کہ شاید میری، جیسے لوگ سوچتے ہیں کہ I am not a lucky person۔</w:t>
      </w:r>
    </w:p>
    <w:p>
      <w:r>
        <w:rPr>
          <w:b/>
        </w:rPr>
        <w:t xml:space="preserve">[19:54] </w:t>
      </w:r>
      <w:r>
        <w:t>aaj mein sochta hoon ke agar mera business chal gaya hota to jis tarah doosre log bas business karte hain, khate kamate hain aur mar jate hain, wahi mera bhi haal hota.</w:t>
      </w:r>
    </w:p>
    <w:p>
      <w:pPr>
        <w:jc w:val="right"/>
      </w:pPr>
      <w:r>
        <w:t>آج میں سوچتا ہوں کہ اگر میرا Business چل گیا ہوتا تو جس طرح دوسرے لوگ بس Business کرتے ہیں، کھاتے کماؤتے ہیں اور مر جاتے ہیں، وہی میرا بھی حال ہوتا۔</w:t>
      </w:r>
    </w:p>
    <w:p>
      <w:r>
        <w:rPr>
          <w:b/>
        </w:rPr>
        <w:t xml:space="preserve">[20:07] </w:t>
      </w:r>
      <w:r>
        <w:t>mein mission le kar khara nahi ho sakta tha.</w:t>
      </w:r>
    </w:p>
    <w:p>
      <w:pPr>
        <w:jc w:val="right"/>
      </w:pPr>
      <w:r>
        <w:t>میں Mission لے کر کھڑا نہیں ہو سکتا تھا۔</w:t>
      </w:r>
    </w:p>
    <w:p>
      <w:r>
        <w:rPr>
          <w:b/>
        </w:rPr>
        <w:t xml:space="preserve">[20:12] </w:t>
      </w:r>
      <w:r>
        <w:t>is tarah ki bohat si nakamiyan meri zindagi mein huin. dekhen, nakamiyon ka sab faida kya hua? ke mere andar ek curiosity ja gayi, curiosity.</w:t>
      </w:r>
    </w:p>
    <w:p>
      <w:pPr>
        <w:jc w:val="right"/>
      </w:pPr>
      <w:r>
        <w:t>اس طرح کی بہت سی ناکامیاں میری زندگی میں ہوئیں۔ دیکھیں، ناکامیوں کا سب فائدہ کیا ہوا؟ کہ میرے اندر ایک Curiosity جا گئی، Curiosity۔</w:t>
      </w:r>
    </w:p>
    <w:p>
      <w:r>
        <w:rPr>
          <w:b/>
        </w:rPr>
        <w:t xml:space="preserve">[20:26] </w:t>
      </w:r>
      <w:r>
        <w:t>ek</w:t>
      </w:r>
    </w:p>
    <w:p>
      <w:pPr>
        <w:jc w:val="right"/>
      </w:pPr>
      <w:r>
        <w:t>ایک</w:t>
      </w:r>
    </w:p>
    <w:p>
      <w:r>
        <w:rPr>
          <w:b/>
        </w:rPr>
        <w:t xml:space="preserve">[20:29] </w:t>
      </w:r>
      <w:r>
        <w:t>spirit ja gayi ke zindagi ki haqiqat hai kya? sachai hai kya? mein true seeker ban gaya.</w:t>
      </w:r>
    </w:p>
    <w:p>
      <w:pPr>
        <w:jc w:val="right"/>
      </w:pPr>
      <w:r>
        <w:t>Spirit جا گئی کہ زندگی کی حقیقت ہے کیا؟ سچائی ہے کیا؟ میں True Seeker بن گیا۔</w:t>
      </w:r>
    </w:p>
    <w:p>
      <w:r>
        <w:rPr>
          <w:b/>
        </w:rPr>
        <w:t xml:space="preserve">[20:41] </w:t>
      </w:r>
      <w:r>
        <w:t>agar mein university mein job le leta, job mil jata mujhe to mein true seeker na banta. mera business kamyab ho jata to mein true seeker na banta.</w:t>
      </w:r>
    </w:p>
    <w:p>
      <w:pPr>
        <w:jc w:val="right"/>
      </w:pPr>
      <w:r>
        <w:t>اگر میں یونیورسٹی میں جاب لے لیتا، جاب مل جاتا مجھے تو میں True Seeker نہ بنتا۔ میرا Business کامیاب ہو جاتا تو میں True Seeker نہ بنتا۔</w:t>
      </w:r>
    </w:p>
    <w:p>
      <w:r>
        <w:rPr>
          <w:b/>
        </w:rPr>
        <w:t xml:space="preserve">[20:54] </w:t>
      </w:r>
      <w:r>
        <w:t>ek acha sa ghar mein jo chahta tha banana, woh ban gaya hota to mein true seeker na banta. meri nakamiyon ne mujhe true seeker bana diya.</w:t>
      </w:r>
    </w:p>
    <w:p>
      <w:pPr>
        <w:jc w:val="right"/>
      </w:pPr>
      <w:r>
        <w:t>ایک اچھا سا گھر میں جو چاہتا تھا بنانا، وہ بن گیا ہوتا تو میں True Seeker نہ بنتا۔ میری ناکامیوں نے مجھے True Seeker بنا دیا۔</w:t>
      </w:r>
    </w:p>
    <w:p>
      <w:r>
        <w:rPr>
          <w:b/>
        </w:rPr>
        <w:t xml:space="preserve">[21:08] </w:t>
      </w:r>
      <w:r>
        <w:t>meri nakamiyon ne mujhe sachai ka mutalashi bana diya. yeh hai angel ka intervention.</w:t>
      </w:r>
    </w:p>
    <w:p>
      <w:pPr>
        <w:jc w:val="right"/>
      </w:pPr>
      <w:r>
        <w:t>میری ناکامیوں نے مجھے سچائی کا متلاشی بنا دیا۔ یہ ہے Angel کا Intervention۔</w:t>
      </w:r>
    </w:p>
    <w:p>
      <w:r>
        <w:rPr>
          <w:b/>
        </w:rPr>
        <w:t xml:space="preserve">[21:17] </w:t>
      </w:r>
      <w:r>
        <w:t>yani angel ne yeh nahi chaha ke mein business mein, job mein ya kisi madi naqshe mein apne ko fit kar loon aur just like annual zindagi guzaroon aur mar jaoon.</w:t>
      </w:r>
    </w:p>
    <w:p>
      <w:pPr>
        <w:jc w:val="right"/>
      </w:pPr>
      <w:r>
        <w:t>یعنی Angel نے یہ نہیں چاہا کہ میں Business میں، جاب میں یا کسی مادی نقشے میں اپنے کو فٹ کر لوں اور Just like Annual زندگی گزاروں اور مر جاؤں۔</w:t>
      </w:r>
    </w:p>
    <w:p>
      <w:r>
        <w:rPr>
          <w:b/>
        </w:rPr>
        <w:t xml:space="preserve">[21:34] </w:t>
      </w:r>
      <w:r>
        <w:t>nahi. mera jo saiq tha, mera jo angel tha, us ne chaha ke mein seeker banoon, seeker.</w:t>
      </w:r>
    </w:p>
    <w:p>
      <w:pPr>
        <w:jc w:val="right"/>
      </w:pPr>
      <w:r>
        <w:t>نہیں۔ میرا جو سائق تھا، میرا جو Angel تھا، اس نے چاہا کہ میں Seeker بنوں، Seeker۔</w:t>
      </w:r>
    </w:p>
    <w:p>
      <w:r>
        <w:rPr>
          <w:b/>
        </w:rPr>
        <w:t xml:space="preserve">[21:43] </w:t>
      </w:r>
      <w:r>
        <w:t>sachai ko daryaft karoon.</w:t>
      </w:r>
    </w:p>
    <w:p>
      <w:pPr>
        <w:jc w:val="right"/>
      </w:pPr>
      <w:r>
        <w:t>سچائی کو دریافت کروں۔</w:t>
      </w:r>
    </w:p>
    <w:p>
      <w:r>
        <w:rPr>
          <w:b/>
        </w:rPr>
        <w:t xml:space="preserve">[21:48] </w:t>
      </w:r>
      <w:r>
        <w:t>to mor mor kar mujhe mor mor kar yahan le gaya. phir mein ne study ki, bohat ziyada parha. is ke baad mujhe sachai ki daryaft hui.</w:t>
      </w:r>
    </w:p>
    <w:p>
      <w:pPr>
        <w:jc w:val="right"/>
      </w:pPr>
      <w:r>
        <w:t>تو موڑ موڑ کر مجھے موڑ موڑ کر یہاں لے گیا۔ پھر میں نے Study کی، بہت زیادہ پڑھا۔ اس کے بعد مجھے سچائی کی دریافت ہوئی۔</w:t>
      </w:r>
    </w:p>
    <w:p>
      <w:r>
        <w:rPr>
          <w:b/>
        </w:rPr>
        <w:t xml:space="preserve">[21:59] </w:t>
      </w:r>
      <w:r>
        <w:t>mein apne bare mein yeh keh sakta hoon ke sachai meri discovery hai. sachai ko mein ne kisi family mein janam le kar nahi paya hai.</w:t>
      </w:r>
    </w:p>
    <w:p>
      <w:pPr>
        <w:jc w:val="right"/>
      </w:pPr>
      <w:r>
        <w:t>میں اپنے بارے میں یہ کہہ سکتا ہوں کہ سچائی میری Discovery ہے۔ سچائی کو میں نے کسی Family میں جنم لے کر نہیں پایا ہے۔</w:t>
      </w:r>
    </w:p>
    <w:p>
      <w:r>
        <w:rPr>
          <w:b/>
        </w:rPr>
        <w:t xml:space="preserve">[22:15] </w:t>
      </w:r>
      <w:r>
        <w:t>kisi family mein mera janam ho gaya, kisi madrase mein mein ne parha, kisi mahaul mein mein</w:t>
      </w:r>
    </w:p>
    <w:p>
      <w:pPr>
        <w:jc w:val="right"/>
      </w:pPr>
      <w:r>
        <w:t>کسی Family میں میرا جنم ہو گیا، کسی مدرسے میں میں نے پڑھا، کسی ماحول میں میں</w:t>
      </w:r>
    </w:p>
    <w:p>
      <w:r>
        <w:rPr>
          <w:b/>
        </w:rPr>
        <w:t xml:space="preserve">[22:26] </w:t>
      </w:r>
      <w:r>
        <w:t>jiya, logon ke darmiyan. in cheezon se mujhe sachai nahi mili. mera jo mazhab hai, jo meri sachai hai, woh meri discovery hai.</w:t>
      </w:r>
    </w:p>
    <w:p>
      <w:pPr>
        <w:jc w:val="right"/>
      </w:pPr>
      <w:r>
        <w:t>جیا، لوگوں کے درمیان۔ ان چیزوں سے مجھے سچائی نہیں ملی۔ میرا جو مذہب ہے، جو میری سچائی ہے، وہ میری Discovery ہے۔</w:t>
      </w:r>
    </w:p>
    <w:p>
      <w:r>
        <w:rPr>
          <w:b/>
        </w:rPr>
        <w:t xml:space="preserve">[22:39] </w:t>
      </w:r>
      <w:r>
        <w:t>yeh kyun aisa hua? isi liye hua ke mein madi cheezon mein mujhe mere angel ne, mere saiq ne mujhe bhatkne nahi diya.</w:t>
      </w:r>
    </w:p>
    <w:p>
      <w:pPr>
        <w:jc w:val="right"/>
      </w:pPr>
      <w:r>
        <w:t>یہ کیوں ایسا ہوا؟ اسی لیے ہوا کہ میں مادی چیزوں میں مجھے میرے Angel نے، میرے سائق نے مجھے بھٹکنے نہیں دیا۔</w:t>
      </w:r>
    </w:p>
    <w:p>
      <w:r>
        <w:rPr>
          <w:b/>
        </w:rPr>
        <w:t xml:space="preserve">[22:53] </w:t>
      </w:r>
      <w:r>
        <w:t>aur mujhe wahan pohanchaya ke in sab nakami'on ke baad, mujhe yaad hai ke main us waqt Adam Garh mein tha. to main soch raha tha ke is Front par main nakaam ho gaya, is Front par nakaam ho gaya.</w:t>
      </w:r>
    </w:p>
    <w:p>
      <w:pPr>
        <w:jc w:val="right"/>
      </w:pPr>
      <w:r>
        <w:t>اور مجھے وہاں پہنچایا کہ ان سب ناکامیوں کے بعد، مجھے یاد ہے کہ میں اس وقت آدم گڑھ میں تھا۔ تو میں سوچ رہا تھا کہ اس Front پر میں ناکام ہو گیا، اس Front پر ناکام ہو گیا۔</w:t>
      </w:r>
    </w:p>
    <w:p>
      <w:r>
        <w:rPr>
          <w:b/>
        </w:rPr>
        <w:t xml:space="preserve">[23:13] </w:t>
      </w:r>
      <w:r>
        <w:t>har jagah mein,</w:t>
      </w:r>
    </w:p>
    <w:p>
      <w:pPr>
        <w:jc w:val="right"/>
      </w:pPr>
      <w:r>
        <w:t>ہر جگہ میں،</w:t>
      </w:r>
    </w:p>
    <w:p>
      <w:r>
        <w:rPr>
          <w:b/>
        </w:rPr>
        <w:t xml:space="preserve">[23:17] </w:t>
      </w:r>
      <w:r>
        <w:t>yani ek aap ko ek waqea batata hoon jo meri zindagi ka koi ek Symbolic namoona hai, Symbolic. hamare Adam Garh mein ek Mission school hai,</w:t>
      </w:r>
    </w:p>
    <w:p>
      <w:pPr>
        <w:jc w:val="right"/>
      </w:pPr>
      <w:r>
        <w:t>یعنی ایک آپ کو ایک واقعہ بتاتا ہوں جو میری زندگی کا کوئی ایک Symbolic نمونہ ہے، Symbolic۔ ہمارے آدم گڑھ میں ایک Mission اسکول ہے،</w:t>
      </w:r>
    </w:p>
    <w:p>
      <w:r>
        <w:rPr>
          <w:b/>
        </w:rPr>
        <w:t xml:space="preserve">[23:31] </w:t>
      </w:r>
      <w:r>
        <w:t>Wesley School kaha jata hai is ko. to jab main chota tha,</w:t>
      </w:r>
    </w:p>
    <w:p>
      <w:pPr>
        <w:jc w:val="right"/>
      </w:pPr>
      <w:r>
        <w:t>Wesley School کہا جاتا ہے اس کو۔ تو جب میں چھوٹا تھا،</w:t>
      </w:r>
    </w:p>
    <w:p>
      <w:r>
        <w:rPr>
          <w:b/>
        </w:rPr>
        <w:t xml:space="preserve">[23:39] </w:t>
      </w:r>
      <w:r>
        <w:t>jab main chota tha to main Adam Garh mein, hamare rishtedar log rehte the, wahan gaya hua tha. to Road par chalte hue ek din dekha maine ke is is school campus mein line lagi hui hai.</w:t>
      </w:r>
    </w:p>
    <w:p>
      <w:pPr>
        <w:jc w:val="right"/>
      </w:pPr>
      <w:r>
        <w:t>جب میں چھوٹا تھا تو میں آدم گڑھ میں، ہمارے رشتہ دار لوگ رہتے تھے، وہاں گیا ہوا تھا۔ تو Road پر چلتے ہوئے ایک دن دیکھا میں نے کہ اس اسکول کیمپس میں لائن لگی ہوئی ہے۔</w:t>
      </w:r>
    </w:p>
    <w:p>
      <w:r>
        <w:rPr>
          <w:b/>
        </w:rPr>
        <w:t xml:space="preserve">[23:58] </w:t>
      </w:r>
      <w:r>
        <w:t>wo line jo thi ke ek Window tak pohanchti thi. to main ek gaon ka ek ladka tha us waqt, kuch janta nahi tha. wo line mein lag gaya.</w:t>
      </w:r>
    </w:p>
    <w:p>
      <w:pPr>
        <w:jc w:val="right"/>
      </w:pPr>
      <w:r>
        <w:t>وہ لائن جو تھی کہ ایک Window تک پہنچتی تھی۔ تو میں ایک گاؤں کا ایک لڑکا تھا اس وقت، کچھ جانتا نہیں تھا۔ وہ لائن میں لگ گیا۔</w:t>
      </w:r>
    </w:p>
    <w:p>
      <w:r>
        <w:rPr>
          <w:b/>
        </w:rPr>
        <w:t xml:space="preserve">[24:09] </w:t>
      </w:r>
      <w:r>
        <w:t>jab chalte chalte main Window pohancha to Window ke peeche jo aadmi baitha hua tha, wo mujh se mangta hai Identity Card.</w:t>
      </w:r>
    </w:p>
    <w:p>
      <w:pPr>
        <w:jc w:val="right"/>
      </w:pPr>
      <w:r>
        <w:t>جب چلتے چلتے میں Window پہنچا تو Window کے پیچھے جو آدمی بیٹھا ہوا تھا، وہ مجھ سے مانگتا ہے Identity Card۔</w:t>
      </w:r>
    </w:p>
    <w:p>
      <w:r>
        <w:rPr>
          <w:b/>
        </w:rPr>
        <w:t xml:space="preserve">[24:19] </w:t>
      </w:r>
      <w:r>
        <w:t>to meri samajh mein kuch nahi aaya ke main kya jawab doon us ko. to wahan par Sweet par rahi thi, Sweet. to mujhe us ne Sweet nahi di aur mujhe lota diya.</w:t>
      </w:r>
    </w:p>
    <w:p>
      <w:pPr>
        <w:jc w:val="right"/>
      </w:pPr>
      <w:r>
        <w:t>تو میری سمجھ میں کچھ نہیں آیا کہ میں کیا جواب دوں اس کو۔ تو وہاں پر Sweet پڑ رہی تھی، Sweet۔ تو مجھے اس نے Sweet نہیں دی اور مجھے لوٹا دیا۔</w:t>
      </w:r>
    </w:p>
    <w:p>
      <w:r>
        <w:rPr>
          <w:b/>
        </w:rPr>
        <w:t xml:space="preserve">[24:31] </w:t>
      </w:r>
      <w:r>
        <w:t>isi tarah mera har poori zindagi mein yahi hua mere sath. har jis Window par main khara hua, mujhe lota diya gaya wahan par.</w:t>
      </w:r>
    </w:p>
    <w:p>
      <w:pPr>
        <w:jc w:val="right"/>
      </w:pPr>
      <w:r>
        <w:t>اسی طرح میرا ہر پوری زندگی میں یہی ہوا میرے ساتھ۔ ہر جس Window پر میں کھڑا ہوا، مجھے لوٹا دیا گیا وہاں پر۔</w:t>
      </w:r>
    </w:p>
    <w:p>
      <w:r>
        <w:rPr>
          <w:b/>
        </w:rPr>
        <w:t xml:space="preserve">[24:42] </w:t>
      </w:r>
      <w:r>
        <w:t>main keh sakta hoon ke kai darjan Window par khara hua. job ke aitbar se, Education ke aitbar se, Business ke aitbar se, ghar banane ke aitbar se.</w:t>
      </w:r>
    </w:p>
    <w:p>
      <w:pPr>
        <w:jc w:val="right"/>
      </w:pPr>
      <w:r>
        <w:t>میں کہہ سکتا ہوں کہ کئی درجن Window پر کھڑا ہوا۔ جاب کے اعتبار سے، Education کے اعتبار سے، Business کے اعتبار سے، گھر بنانے کے اعتبار سے۔</w:t>
      </w:r>
    </w:p>
    <w:p>
      <w:r>
        <w:rPr>
          <w:b/>
        </w:rPr>
        <w:t xml:space="preserve">[24:55] </w:t>
      </w:r>
      <w:r>
        <w:t>kai darjan Window par. har jagah mujhe lota diya gaya. yahan tak ke waqt aaya ke main bilkul diwanagi mein idhar udhar phirta tha aur kehta tha ke Khawand to kab aye ga?</w:t>
      </w:r>
    </w:p>
    <w:p>
      <w:pPr>
        <w:jc w:val="right"/>
      </w:pPr>
      <w:r>
        <w:t>کئی درجن Window پر۔ ہر جگہ مجھے لوٹا دیا گیا۔ یہاں تک کہ وقت آیا کہ میں بالکل دیوانگی میں ادھر ادھر پھرتا تھا اور کہتا تھا کہ خداوند تو کب آئے گا؟</w:t>
      </w:r>
    </w:p>
    <w:p>
      <w:r>
        <w:rPr>
          <w:b/>
        </w:rPr>
        <w:t xml:space="preserve">[25:10] </w:t>
      </w:r>
      <w:r>
        <w:t>main kab tak tere aanay ka intezar karoon? matlab hai ke jo main chahta hoon wo kab mujhe mile ga? abhi tak to mila nahi.</w:t>
      </w:r>
    </w:p>
    <w:p>
      <w:pPr>
        <w:jc w:val="right"/>
      </w:pPr>
      <w:r>
        <w:t>میں کب تک تیرے آنے کا انتظار کروں؟ مطلب ہے کہ جو میں چاہتا ہوں وہ کب مجھے ملے گا؟ ابھی تک تو ملا نہیں۔</w:t>
      </w:r>
    </w:p>
    <w:p>
      <w:r>
        <w:rPr>
          <w:b/>
        </w:rPr>
        <w:t xml:space="preserve">[25:20] </w:t>
      </w:r>
      <w:r>
        <w:t>wo kya cheez hai jo mere liye muqaddar ki gayi hai? Rabb inni lima anzalta alaiyya min khairin faqeer.</w:t>
      </w:r>
    </w:p>
    <w:p>
      <w:pPr>
        <w:jc w:val="right"/>
      </w:pPr>
      <w:r>
        <w:t>وہ کیا چیز ہے جو میرے لیے مقدر کی گئی ہے؟ ربّ انی لما انزلت علی من خیر فقیر۔</w:t>
      </w:r>
    </w:p>
    <w:p>
      <w:r>
        <w:rPr>
          <w:b/>
        </w:rPr>
        <w:t xml:space="preserve">[25:30] </w:t>
      </w:r>
      <w:r>
        <w:t>to jab main yeh kehta tha ke Khawand to kab aye ga? main kab tak tere aanay ka intezar karoon? is ka matlab yeh hota tha ke Khuda ya mera Goal kab poora hoga?</w:t>
      </w:r>
    </w:p>
    <w:p>
      <w:pPr>
        <w:jc w:val="right"/>
      </w:pPr>
      <w:r>
        <w:t>تو جب میں یہ کہتا تھا کہ خداوند تو کب آئے گا؟ میں کب تک تیرے آنے کا انتظار کروں؟ اس کا مطلب یہ ہوتا تھا کہ خدایا میرا Goal کب پورا ہوگا؟</w:t>
      </w:r>
    </w:p>
    <w:p>
      <w:r>
        <w:rPr>
          <w:b/>
        </w:rPr>
        <w:t xml:space="preserve">[25:39] </w:t>
      </w:r>
      <w:r>
        <w:t>mujhe mera nishana kab mile ga?</w:t>
      </w:r>
    </w:p>
    <w:p>
      <w:pPr>
        <w:jc w:val="right"/>
      </w:pPr>
      <w:r>
        <w:t>مجھے میرا نشانہ کب ملے گا؟</w:t>
      </w:r>
    </w:p>
    <w:p>
      <w:r>
        <w:rPr>
          <w:b/>
        </w:rPr>
        <w:t xml:space="preserve">[25:45] </w:t>
      </w:r>
      <w:r>
        <w:t>to aakhir kar 1948 mein mujhe sachai ki daryaft hui. 1948 mein.</w:t>
      </w:r>
    </w:p>
    <w:p>
      <w:pPr>
        <w:jc w:val="right"/>
      </w:pPr>
      <w:r>
        <w:t>تو آخر کار 1948 میں مجھے سچائی کی دریافت ہوئی۔ 1948 میں۔</w:t>
      </w:r>
    </w:p>
    <w:p>
      <w:r>
        <w:rPr>
          <w:b/>
        </w:rPr>
        <w:t xml:space="preserve">[25:55] </w:t>
      </w:r>
      <w:r>
        <w:t>is ke baad se maine Mission shuru kiya. yeh Mission mukhtalif Phases mein guzarta hua yahan tak pohancha ke main yahan Delhi mein Islamic Center aur CPS qaim kar ke yahan par yeh kaam kar raha hoon.</w:t>
      </w:r>
    </w:p>
    <w:p>
      <w:pPr>
        <w:jc w:val="right"/>
      </w:pPr>
      <w:r>
        <w:t>اس کے بعد سے میں نے Mission شروع کیا۔ یہ Mission مختلف Phases میں گزرتا ہوا یہاں تک پہنچا کہ میں یہاں دلی میں Islamic Center اور سی پی ایس قائم کر کے یہاں پر یہ کام کر رہا ہوں۔</w:t>
      </w:r>
    </w:p>
    <w:p>
      <w:r>
        <w:rPr>
          <w:b/>
        </w:rPr>
        <w:t xml:space="preserve">[26:13] </w:t>
      </w:r>
      <w:r>
        <w:t>to yeh dekhiye is mein saiq ka bohat bara dakhal hai. jo farishta mere sath tha, wo kahin is ne mujhe murnay nahi diya. kahin mujhe Deviate nahi hone diya.</w:t>
      </w:r>
    </w:p>
    <w:p>
      <w:pPr>
        <w:jc w:val="right"/>
      </w:pPr>
      <w:r>
        <w:t>تو یہ دیکھیے اس میں سائق کا بہت بڑا دخل ہے۔ جو فرشتہ میرے ساتھ تھا، وہ کہیں اس نے مجھے مڑنے نہیں دیا۔ کہیں مجھے Deviate نہیں ہونے دیا۔</w:t>
      </w:r>
    </w:p>
    <w:p>
      <w:r>
        <w:rPr>
          <w:b/>
        </w:rPr>
        <w:t xml:space="preserve">[26:24] </w:t>
      </w:r>
      <w:r>
        <w:t>kahin mujh ko Derail nahi hone diya.</w:t>
      </w:r>
    </w:p>
    <w:p>
      <w:pPr>
        <w:jc w:val="right"/>
      </w:pPr>
      <w:r>
        <w:t>کہیں مجھ کو Derail نہیں ہونے دیا۔</w:t>
      </w:r>
    </w:p>
    <w:p>
      <w:r>
        <w:rPr>
          <w:b/>
        </w:rPr>
        <w:t xml:space="preserve">[26:30] </w:t>
      </w:r>
      <w:r>
        <w:t>yeh har aadmi ka qissa hai. har aadmi ko farishta yahi tareeqay se Guide kar raha hai. agar aap farishtay ki Guidance ko manen, tab to wo kaam aye ga.</w:t>
      </w:r>
    </w:p>
    <w:p>
      <w:pPr>
        <w:jc w:val="right"/>
      </w:pPr>
      <w:r>
        <w:t>یہ ہر آدمی کا قصہ ہے۔ ہر آدمی کو فرشتہ یہی طریقے سے Guide کر رہا ہے۔ اگر آپ فرشتے کی Guidance کو مانیں، تب تو وہ کام آئے گا۔</w:t>
      </w:r>
    </w:p>
    <w:p>
      <w:r>
        <w:rPr>
          <w:b/>
        </w:rPr>
        <w:t xml:space="preserve">[26:43] </w:t>
      </w:r>
      <w:r>
        <w:t>agar aap sarkashi karen, agar aap Ego dikhayen, agar aap Negative Thinking mein par jayen to farishta aap ke liye kaam nahi aye ga aap ka.</w:t>
      </w:r>
    </w:p>
    <w:p>
      <w:pPr>
        <w:jc w:val="right"/>
      </w:pPr>
      <w:r>
        <w:t>اگر آپ سرکشی کریں، اگر آپ Ego دکھائیں، اگر آپ Negative Thinking میں پڑ جائیں تو فرشتہ آپ کے لیے کام نہیں آئے گا آپ کا۔</w:t>
      </w:r>
    </w:p>
    <w:p>
      <w:r>
        <w:rPr>
          <w:b/>
        </w:rPr>
        <w:t xml:space="preserve">[26:56] </w:t>
      </w:r>
      <w:r>
        <w:t>to Allah ke fazal se mera mamla aisa hai ke main kabhi yani apni Positivity ko bhi khoi nahi maine.</w:t>
      </w:r>
    </w:p>
    <w:p>
      <w:pPr>
        <w:jc w:val="right"/>
      </w:pPr>
      <w:r>
        <w:t>تو اللہ کے فضل سے میرا معاملہ ایسا ہے کہ میں کبھی یعنی اپنی Positivity کو بھی کھوئی نہیں میں نے۔</w:t>
      </w:r>
    </w:p>
    <w:p>
      <w:r>
        <w:rPr>
          <w:b/>
        </w:rPr>
        <w:t xml:space="preserve">[27:06] </w:t>
      </w:r>
      <w:r>
        <w:t>har nakami ke baad phir sochta tha main. har Failure ke baad main phir sochta tha, phir sochta tha.</w:t>
      </w:r>
    </w:p>
    <w:p>
      <w:pPr>
        <w:jc w:val="right"/>
      </w:pPr>
      <w:r>
        <w:t>ہر ناکامی کے بعد پھر سوچتا تھا میں۔ ہر Failure کے بعد میں پھر سوچتا تھا، پھر سوچتا تھا۔</w:t>
      </w:r>
    </w:p>
    <w:p>
      <w:r>
        <w:rPr>
          <w:b/>
        </w:rPr>
        <w:t xml:space="preserve">[27:16] </w:t>
      </w:r>
      <w:r>
        <w:t>to yeh hai is ayat mein jo baat kahi gayi hai. dekhiye yeh fard ke liye bhi hai, majmooi ke liye bhi hai, poori Nation ke liye bhi hai.</w:t>
      </w:r>
    </w:p>
    <w:p>
      <w:pPr>
        <w:jc w:val="right"/>
      </w:pPr>
      <w:r>
        <w:t>تو یہ ہے اس آیت میں جو بات کہی گئی ہے۔ دیکھیے یہ فرد کے لیے بھی ہے، مجموعی کے لیے بھی ہے، پوری Nation کے لیے بھی ہے۔</w:t>
      </w:r>
    </w:p>
    <w:p>
      <w:r>
        <w:rPr>
          <w:b/>
        </w:rPr>
        <w:t xml:space="preserve">[27:28] </w:t>
      </w:r>
      <w:r>
        <w:t>aaj main soch raha tha jab is Subject par to mujhe yaad aya ke is zamanay ke Musalman sirf shikayat karte hain. jahan dekhiye shikayat.</w:t>
      </w:r>
    </w:p>
    <w:p>
      <w:pPr>
        <w:jc w:val="right"/>
      </w:pPr>
      <w:r>
        <w:t>آج میں سوچ رہا تھا جب اس Subject پر تو مجھے یاد آیا کہ اس زمانے کے مسلمان صرف شکایت کرتے ہیں۔ جہاں دیکھیے شکایت۔</w:t>
      </w:r>
    </w:p>
    <w:p>
      <w:r>
        <w:rPr>
          <w:b/>
        </w:rPr>
        <w:t xml:space="preserve">[27:39] </w:t>
      </w:r>
      <w:r>
        <w:t>lekin unhein pata nahin hai ke wahan Angel jis cheez ko woh kehte hain ke un ka kaam nahin bana aur shikayat mein pad gaye woh, to woh Angel ne wahan Intervene kiya tha.</w:t>
      </w:r>
    </w:p>
    <w:p>
      <w:pPr>
        <w:jc w:val="right"/>
      </w:pPr>
      <w:r>
        <w:t>لیکن انہیں پتہ نہیں ہے کہ وہاں Angel جس چیز کو وہ کہتے ہیں کہ ان کا کام نہیں بنا اور شکایت میں پڑ گئے وہ، تو وہ Angel نے وہاں Intervene کیا تھا۔</w:t>
      </w:r>
    </w:p>
    <w:p>
      <w:r>
        <w:rPr>
          <w:b/>
        </w:rPr>
        <w:t xml:space="preserve">[27:51] </w:t>
      </w:r>
      <w:r>
        <w:t>jaise misaal ke taur par dekhiye, India ke ulama ne 1857 mein British Rule ke khilaaf jihad kiya.</w:t>
      </w:r>
    </w:p>
    <w:p>
      <w:pPr>
        <w:jc w:val="right"/>
      </w:pPr>
      <w:r>
        <w:t>جیسے مثال کے طور پر دیکھیے، انڈیا کے علماء نے 1857 میں British Rule کے خلاف جہاد کیا۔</w:t>
      </w:r>
    </w:p>
    <w:p>
      <w:r>
        <w:rPr>
          <w:b/>
        </w:rPr>
        <w:t xml:space="preserve">[28:02] </w:t>
      </w:r>
      <w:r>
        <w:t>aur is mein bohat se log maare gaye, phansi pe charhaye gaye. to unhone kya kiya ke saare ulama aur saare musalman British ke khilaaf nafrat mein pad gaye.</w:t>
      </w:r>
    </w:p>
    <w:p>
      <w:pPr>
        <w:jc w:val="right"/>
      </w:pPr>
      <w:r>
        <w:t>اور اس میں بہت سے لوگ مارے گئے، پھانسی پہ چڑھائے گئے۔ تو انہوں نے کیا کیا کہ سارے علماء اور سارے مسلمان British کے خلاف نفرت میں پڑ گئے۔</w:t>
      </w:r>
    </w:p>
    <w:p>
      <w:r>
        <w:rPr>
          <w:b/>
        </w:rPr>
        <w:t xml:space="preserve">[28:15] </w:t>
      </w:r>
      <w:r>
        <w:t>Hate. bas Hate, Hate, Hate. yeh zalim hain, bure hain. sochne ki baat yeh thi ke yeh jo hum British ke khilaaf hamari jo jihad tha woh kaamyaab nahin hua.</w:t>
      </w:r>
    </w:p>
    <w:p>
      <w:pPr>
        <w:jc w:val="right"/>
      </w:pPr>
      <w:r>
        <w:t>Hate۔ بس Hate، Hate، Hate۔ یہ ظالم ہیں، برے ہیں۔ سوچنے کی بات یہ تھی کہ یہ جو ہم British کے خلاف ہماری جو جہاد تھا وہ کامیاب نہیں ہوا۔</w:t>
      </w:r>
    </w:p>
    <w:p>
      <w:r>
        <w:rPr>
          <w:b/>
        </w:rPr>
        <w:t xml:space="preserve">[28:27] </w:t>
      </w:r>
      <w:r>
        <w:t>kyun woh nahin hua? woh farishte ne Intervene kiya tha wahan. farishta yeh keh raha tha ke tum ne apna Target galat banaya hai.</w:t>
      </w:r>
    </w:p>
    <w:p>
      <w:pPr>
        <w:jc w:val="right"/>
      </w:pPr>
      <w:r>
        <w:t>کیوں وہ نہیں ہوا؟ وہ فرشتے نے Intervene کیا تھا وہاں۔ فرشتہ یہ کہہ رہا تھا کہ تم نے اپنا Target غلط بنایا ہے۔</w:t>
      </w:r>
    </w:p>
    <w:p>
      <w:r>
        <w:rPr>
          <w:b/>
        </w:rPr>
        <w:t xml:space="preserve">[28:40] </w:t>
      </w:r>
      <w:r>
        <w:t>yeh jo British, yeh European jo aaye hain tumhare mulk mein, in ko mad'u samjho, mad'u. dawat do in ko. ladai kis liye kar rahe ho? yeh saare ulama aur saare rehnuma hamare jo British ke khilaaf ladne ke tayyar ho gaye the,</w:t>
      </w:r>
    </w:p>
    <w:p>
      <w:pPr>
        <w:jc w:val="right"/>
      </w:pPr>
      <w:r>
        <w:t>یہ جو British، یہ European جو آئے ہیں تمہارے ملک میں، ان کو مدعو سمجھو، مدعو۔ دعوت دو ان کو۔ لڑائی کس لیے کر رہے ہو؟ یہ سارے علماء اور سارے رہنما ہمارے جو British کے خلاف لڑنے کے تیار ہو گئے تھے،</w:t>
      </w:r>
    </w:p>
    <w:p>
      <w:r>
        <w:rPr>
          <w:b/>
        </w:rPr>
        <w:t xml:space="preserve">[28:56] </w:t>
      </w:r>
      <w:r>
        <w:t>to hamari ladai ke Target ko Angel ne poora nahin hone diya. is ka matlab kya tha? That was a sign that we have opted for a wrong Target.</w:t>
      </w:r>
    </w:p>
    <w:p>
      <w:pPr>
        <w:jc w:val="right"/>
      </w:pPr>
      <w:r>
        <w:t>تو ہماری لڑائی کے Target کو Angel نے پورا نہیں ہونے دیا۔ اس کا مطلب کیا تھا؟ That was a sign that we have opted for a wrong Target۔</w:t>
      </w:r>
    </w:p>
    <w:p>
      <w:r>
        <w:rPr>
          <w:b/>
        </w:rPr>
        <w:t xml:space="preserve">[29:13] </w:t>
      </w:r>
      <w:r>
        <w:t>ke jin se hum lad rahe hain woh hamare mad'u hain. un par dawat ka kaam karo. lekin mere ilm mein koi ek bhi aalim nahin hai India ka jo is raaz ko jaana ho jis ne, is awaaz ko jis ne suna ho jis ne apne saiq ki is rehnumai ko pehchana ho.</w:t>
      </w:r>
    </w:p>
    <w:p>
      <w:pPr>
        <w:jc w:val="right"/>
      </w:pPr>
      <w:r>
        <w:t>کہ جن سے ہم لڑ رہے ہیں وہ ہمارے مدعو ہیں۔ ان پر دعوت کا کام کرو۔ لیکن میرے علم میں کوئی ایک بھی عالم نہیں ہے انڈیا کا جو اس راز کو جانا ہو جس نے، اس آواز کو اس نے سنا ہو جس نے اپنے سائق کی اس رہنمائی کو پہچانا ہو۔</w:t>
      </w:r>
    </w:p>
    <w:p>
      <w:r>
        <w:rPr>
          <w:b/>
        </w:rPr>
        <w:t xml:space="preserve">[29:30] </w:t>
      </w:r>
      <w:r>
        <w:t>aaj bhi nafrat mein jeete hain, aaj bhi.</w:t>
      </w:r>
    </w:p>
    <w:p>
      <w:pPr>
        <w:jc w:val="right"/>
      </w:pPr>
      <w:r>
        <w:t>آج بھی نفرت میں جیتے ہیں، آج بھی۔</w:t>
      </w:r>
    </w:p>
    <w:p>
      <w:r>
        <w:rPr>
          <w:b/>
        </w:rPr>
        <w:t xml:space="preserve">[29:35] </w:t>
      </w:r>
      <w:r>
        <w:t>ulama ke halaat mein parta hoon mein to likha rehta hai ke Hazrat ko angrezon se bari nafrat thi. Hazrat ko angrezon se bari nafrat thi.</w:t>
      </w:r>
    </w:p>
    <w:p>
      <w:pPr>
        <w:jc w:val="right"/>
      </w:pPr>
      <w:r>
        <w:t>علماء کے حالات میں پڑھتا ہوں میں تو لکھا رہتا ہے کہ حضرت کو انگریزوں سے بڑی نفرت تھی۔ حضرت کو انگریزوں سے بڑی نفرت تھی۔</w:t>
      </w:r>
    </w:p>
    <w:p>
      <w:r>
        <w:rPr>
          <w:b/>
        </w:rPr>
        <w:t xml:space="preserve">[29:44] </w:t>
      </w:r>
      <w:r>
        <w:t>bhai nafrat kyun thi? is liye ke farishte ki awaaz suna nahin unhone. farishta keh raha tha ke in ko tum apna Rival bas samjho.</w:t>
      </w:r>
    </w:p>
    <w:p>
      <w:pPr>
        <w:jc w:val="right"/>
      </w:pPr>
      <w:r>
        <w:t>بھئی نفرت کیوں تھی؟ اس لیے کہ فرشتے کی آواز سنا نہیں انہوں نے۔ فرشتہ کہہ رہا تھا کہ ان کو تم اپنا Rival بس سمجھو۔</w:t>
      </w:r>
    </w:p>
    <w:p>
      <w:r>
        <w:rPr>
          <w:b/>
        </w:rPr>
        <w:t xml:space="preserve">[29:53] </w:t>
      </w:r>
      <w:r>
        <w:t>in ko apna mad'u samjho. un par dawat ka kaam karo. to dawat ka kaam kiya nahin? yaani un ka jo Failure tha, woh Failure that was due to Angel's Intervention.</w:t>
      </w:r>
    </w:p>
    <w:p>
      <w:pPr>
        <w:jc w:val="right"/>
      </w:pPr>
      <w:r>
        <w:t>ان کو اپنا مدعو سمجھو۔ ان پر دعوت کا کام کرو۔ تو دعوت کا کام کیا نہیں؟ یعنی ان کا جو Failure تھا، وہ Failure that was due to Angel's Intervention۔</w:t>
      </w:r>
    </w:p>
    <w:p>
      <w:r>
        <w:rPr>
          <w:b/>
        </w:rPr>
        <w:t xml:space="preserve">[30:11] </w:t>
      </w:r>
      <w:r>
        <w:t>Angel ne chaha ke woh aap ke safar ko Correct kare, Correct. aap ke Derailment ko Correct kare.</w:t>
      </w:r>
    </w:p>
    <w:p>
      <w:pPr>
        <w:jc w:val="right"/>
      </w:pPr>
      <w:r>
        <w:t>Angel نے چاہا کہ وہ آپ کے سفر کو Correct کرے، Correct۔ آپ کے Derailment کو Correct کرے۔</w:t>
      </w:r>
    </w:p>
    <w:p>
      <w:r>
        <w:rPr>
          <w:b/>
        </w:rPr>
        <w:t xml:space="preserve">[30:21] </w:t>
      </w:r>
      <w:r>
        <w:t>aap ko ladai ke rastay se nikal kar ke dawat ke rastay par daale. lekin saare ulama, saare ulama, saare ulama is awaaz ko sunne se sun nahin sake.</w:t>
      </w:r>
    </w:p>
    <w:p>
      <w:pPr>
        <w:jc w:val="right"/>
      </w:pPr>
      <w:r>
        <w:t>آپ کو لڑائی کے راستے سے نکال کر کے دعوت کے راستے پر ڈالے۔ لیکن سارے علماء، سارے علماء، سارے علماء اس آواز کو سننے سے سن نہیں سکے۔</w:t>
      </w:r>
    </w:p>
    <w:p>
      <w:r>
        <w:rPr>
          <w:b/>
        </w:rPr>
        <w:t xml:space="preserve">[30:34] </w:t>
      </w:r>
      <w:r>
        <w:t>aur aaj bhi be khabar hain woh.</w:t>
      </w:r>
    </w:p>
    <w:p>
      <w:pPr>
        <w:jc w:val="right"/>
      </w:pPr>
      <w:r>
        <w:t>اور آج بھی بے خبر ہیں وہ۔</w:t>
      </w:r>
    </w:p>
    <w:p>
      <w:r>
        <w:rPr>
          <w:b/>
        </w:rPr>
        <w:t xml:space="preserve">[30:39] </w:t>
      </w:r>
      <w:r>
        <w:t>aur misaal lijiye, aaj kal khabrein suntay honge aap Egypt ki, Misr ki. ladai ho rahi hai, hazaron aadmi maare ja rahe hain. Economy tabah ho rahi hai.</w:t>
      </w:r>
    </w:p>
    <w:p>
      <w:pPr>
        <w:jc w:val="right"/>
      </w:pPr>
      <w:r>
        <w:t>اور مثال لیجیے، آج کل خبریں سنتے ہوں گے آپ Egypt کی، مصر کی۔ لڑائی ہو رہی ہے، ہزاروں آدمی مارے جا رہے ہیں۔ Economy تباہ ہو رہی ہے۔</w:t>
      </w:r>
    </w:p>
    <w:p>
      <w:r>
        <w:rPr>
          <w:b/>
        </w:rPr>
        <w:t xml:space="preserve">[30:48] </w:t>
      </w:r>
      <w:r>
        <w:t>woh bhi kya hai? Ahl-e-Ikhwan al-Muslimeen, jis ko aap log Muslim Brotherhood ke naam se jantay hain, unhone taqreeban saath saal pehle wahan par hukumat par qabza karne ka nishana banaya.</w:t>
      </w:r>
    </w:p>
    <w:p>
      <w:pPr>
        <w:jc w:val="right"/>
      </w:pPr>
      <w:r>
        <w:t>وہ بھی کیا ہے؟ اہل اخوان المسلمون، جس کو آپ لوگ مسلم برادرہوڈ کے نام سے جانتے ہیں، انہوں نے تقریباً ساٹھ سال پہلے وہاں پر حکومت پر قبضہ کرنے کا نشانہ بنایا۔</w:t>
      </w:r>
    </w:p>
    <w:p>
      <w:r>
        <w:rPr>
          <w:b/>
        </w:rPr>
        <w:t xml:space="preserve">[31:04] </w:t>
      </w:r>
      <w:r>
        <w:t>hukumat par qabza. aur Justice ka nizam qaim karna wahan. lekin musalsal un ko nakami ho rahi hai.</w:t>
      </w:r>
    </w:p>
    <w:p>
      <w:pPr>
        <w:jc w:val="right"/>
      </w:pPr>
      <w:r>
        <w:t>حکومت پر قبضہ۔ اور Justice کا نظام قائم کرنا وہاں۔ لیکن مسلسل ان کو ناکامی ہو رہی ہے۔</w:t>
      </w:r>
    </w:p>
    <w:p>
      <w:r>
        <w:rPr>
          <w:b/>
        </w:rPr>
        <w:t xml:space="preserve">[31:16] </w:t>
      </w:r>
      <w:r>
        <w:t>yaani woh chahtay hain ke hukumat par qabza karein magar hukumat par qabza kis ka hota hai? General Najeeb ka, Gamal Abdel Nasser ka, Anwar Sadat ka, Hosni Mubarak ka, aur ab General Sisi ka.</w:t>
      </w:r>
    </w:p>
    <w:p>
      <w:pPr>
        <w:jc w:val="right"/>
      </w:pPr>
      <w:r>
        <w:t>یعنی وہ چاہتے ہیں کہ حکومت پر قبضہ کریں مگر حکومت پر قبضہ کس کا ہوتا ہے؟ جنرل نجیب کا، جمال عبدالناصر کا، انور سادات کا، حسنی مبارک کا، اور اب جنرل اسیسی کا۔</w:t>
      </w:r>
    </w:p>
    <w:p>
      <w:r>
        <w:rPr>
          <w:b/>
        </w:rPr>
        <w:t xml:space="preserve">[31:31] </w:t>
      </w:r>
      <w:r>
        <w:t>yeh kya hai? ab nafrat hi nafrat. aaj kal yeh haal hai ke musalmanon ka ke woh kahin General Sisi jo hai Yahudi hai. nafrat mein gharaq hain, nafrat.</w:t>
      </w:r>
    </w:p>
    <w:p>
      <w:pPr>
        <w:jc w:val="right"/>
      </w:pPr>
      <w:r>
        <w:t>یہ کیا ہے؟ اب نفرت ہی نفرت۔ آج کل یہ حال ہے کہ مسلمانوں کا کہ وہ کہیں جنرل اسیسی جو ہے یہودی ہے۔ نفرت میں غرق ہیں، نفرت۔</w:t>
      </w:r>
    </w:p>
    <w:p>
      <w:r>
        <w:rPr>
          <w:b/>
        </w:rPr>
        <w:t xml:space="preserve">[31:45] </w:t>
      </w:r>
      <w:r>
        <w:t>yahan dobara mein yeh kahunga ke yeh jo waqea hua Egypt mein, that was due to Intervention of Angels.</w:t>
      </w:r>
    </w:p>
    <w:p>
      <w:pPr>
        <w:jc w:val="right"/>
      </w:pPr>
      <w:r>
        <w:t>یہاں دوبارہ میں یہ کہوں گا کہ یہ جو واقعہ ہوا Egypt میں، that was due to Intervention of Angels۔</w:t>
      </w:r>
    </w:p>
    <w:p>
      <w:r>
        <w:rPr>
          <w:b/>
        </w:rPr>
        <w:t xml:space="preserve">[31:54] </w:t>
      </w:r>
      <w:r>
        <w:t>Angels ne wahan par un ko chalne nahin diya. kyun? yahan bhi wahi baat thi ke Misr mein dawat ke mawaqe un ka Avail karo.</w:t>
      </w:r>
    </w:p>
    <w:p>
      <w:pPr>
        <w:jc w:val="right"/>
      </w:pPr>
      <w:r>
        <w:t>Angels نے وہاں پر ان کو چلنے نہیں دیا۔ کیوں؟ یہاں بھی وہی بات تھی کہ مصر میں دعوت کے مواقع ان کا Avail کرو۔</w:t>
      </w:r>
    </w:p>
    <w:p>
      <w:r>
        <w:rPr>
          <w:b/>
        </w:rPr>
        <w:t xml:space="preserve">[32:05] </w:t>
      </w:r>
      <w:r>
        <w:t>yeh kya ladai bhadai? yeh ladai bhadai kis liye?</w:t>
      </w:r>
    </w:p>
    <w:p>
      <w:pPr>
        <w:jc w:val="right"/>
      </w:pPr>
      <w:r>
        <w:t>یہ کیا لڑائی بھڑائی؟ یہ لڑائی بھڑائی کس لیے؟</w:t>
      </w:r>
    </w:p>
    <w:p>
      <w:r>
        <w:rPr>
          <w:b/>
        </w:rPr>
        <w:t xml:space="preserve">[32:13] </w:t>
      </w:r>
      <w:r>
        <w:t>Misr aur jo yeh Arab ilaaqa hai, wahan par bohat Touristic Spot hai. aap jantay hain ke Misr mein dunya ka sab se qadeem Historical Monument hai,</w:t>
      </w:r>
    </w:p>
    <w:p>
      <w:pPr>
        <w:jc w:val="right"/>
      </w:pPr>
      <w:r>
        <w:t>مصر اور جو یہ عرب علاقہ ہے، وہاں پر بہت Touristic Spot ہے۔ آپ جانتے ہیں کہ مصر میں دنیا کا سب سے قدیم Historical Monument ہے،</w:t>
      </w:r>
    </w:p>
    <w:p>
      <w:r>
        <w:rPr>
          <w:b/>
        </w:rPr>
        <w:t xml:space="preserve">[32:27] </w:t>
      </w:r>
      <w:r>
        <w:t>Abu al-Hawl aur Pyramids. aur bohat is poore area mein Historical Monument phailay hue hain. to wahan bohat ziyada aate hain siyah, Tourist.</w:t>
      </w:r>
    </w:p>
    <w:p>
      <w:pPr>
        <w:jc w:val="right"/>
      </w:pPr>
      <w:r>
        <w:t>ابو الحول اور پیرامڈ۔ اور بہت اس پورے ایریا میں Historical Monument پھیلے ہوئے ہیں۔ تو وہاں بہت زیادہ آتے ہیں سیاح، Tourist۔</w:t>
      </w:r>
    </w:p>
    <w:p>
      <w:r>
        <w:rPr>
          <w:b/>
        </w:rPr>
        <w:t xml:space="preserve">[32:41] </w:t>
      </w:r>
      <w:r>
        <w:t>to Angel aap ko sabaq de raha hai ke chhoro ladai bhadai ko, chhoro Political hangamon ko, chhoro hukumat ke mamlaat ko.</w:t>
      </w:r>
    </w:p>
    <w:p>
      <w:pPr>
        <w:jc w:val="right"/>
      </w:pPr>
      <w:r>
        <w:t>تو Angel آپ کو سبق دے رہا ہے کہ چھوڑو لڑائی بھڑائی کو، چھوڑو Political ہنگاموں کو، چھوڑو حکومت کے معاملات کو۔</w:t>
      </w:r>
    </w:p>
    <w:p>
      <w:r>
        <w:rPr>
          <w:b/>
        </w:rPr>
        <w:t xml:space="preserve">[32:52] </w:t>
      </w:r>
      <w:r>
        <w:t>dawat ke Field mein aa jao. aur yeh jo saare log jo hain, jo bator madu tumhare mulk mein aa rahe hain rozana, un mein dawat ka kaam karo.</w:t>
      </w:r>
    </w:p>
    <w:p>
      <w:pPr>
        <w:jc w:val="right"/>
      </w:pPr>
      <w:r>
        <w:t>دعوت کے Field میں آ جاؤ۔ اور یہ جو سارے لوگ جو ہیں، جو بطور مدعو تمہارے ملک میں آ رہے ہیں روزانہ، ان میں دعوت کا کام کرو۔</w:t>
      </w:r>
    </w:p>
    <w:p>
      <w:r>
        <w:rPr>
          <w:b/>
        </w:rPr>
        <w:t xml:space="preserve">[33:03] </w:t>
      </w:r>
      <w:r>
        <w:t>Allah ke paigham ko pahunchao. lekin kuch nahi, bas nafrat, nafrat, nafrat. jaise India ke ulma nafrat mein gharaq ho gaye, aise hi Egypt ke jo Muslim Brotherhood hain, woh nafrat mein gharaq hain.</w:t>
      </w:r>
    </w:p>
    <w:p>
      <w:pPr>
        <w:jc w:val="right"/>
      </w:pPr>
      <w:r>
        <w:t>اللہ کے پیغام کو پہنچاؤ۔ لیکن کچھ نہیں، بس نفرت، نفرت، نفرت۔ جیسے انڈیا کے علماء نفرت میں غرق ہو گئے، ایسے ہی Egypt کے جو مسلم برادرہوڈ ہیں، وہ نفرت میں غرق ہیں۔</w:t>
      </w:r>
    </w:p>
    <w:p>
      <w:r>
        <w:rPr>
          <w:b/>
        </w:rPr>
        <w:t xml:space="preserve">[33:23] </w:t>
      </w:r>
      <w:r>
        <w:t>meri zindagi mein jo hua to Allah ke fazl se main nafrat mein kabhi gharaq nahi hua. baar baar jab Angel ne mujhe Intervene kar ke mere Target ko poora nahi hone diya to main nafrat mein gharaq nahi hua.</w:t>
      </w:r>
    </w:p>
    <w:p>
      <w:pPr>
        <w:jc w:val="right"/>
      </w:pPr>
      <w:r>
        <w:t>میری زندگی میں جو ہوا تو اللہ کے فضل سے میں نفرت میں کبھی غرق نہیں ہوا۔ بار بار جب Angel نے مجھے Intervene کر کے میرے Target کو پورا نہیں ہونے دیا تو میں نفرت میں غرق نہیں ہوا۔</w:t>
      </w:r>
    </w:p>
    <w:p>
      <w:r>
        <w:rPr>
          <w:b/>
        </w:rPr>
        <w:t xml:space="preserve">[33:37] </w:t>
      </w:r>
      <w:r>
        <w:t>balkeh Rethinking aai, Rethinking. Rethinking aai, duaein aati rahin. to India ke ulma ko aur Egypt ke Muslim Brotherhood ko yeh chahiye ke inka Rethinking aaye, Reassessment aaye.</w:t>
      </w:r>
    </w:p>
    <w:p>
      <w:pPr>
        <w:jc w:val="right"/>
      </w:pPr>
      <w:r>
        <w:t>بلکہ Rethinking آئی، Rethinking۔ Rethinking آئی، دعائیں آتی رہیں۔ تو انڈیا کے علماء کو اور Egypt کے مسلم برادرہوڈ کو یہ چاہیے کہ ان کا Rethinking آئے، Reassessment آئے۔</w:t>
      </w:r>
    </w:p>
    <w:p>
      <w:r>
        <w:rPr>
          <w:b/>
        </w:rPr>
        <w:t xml:space="preserve">[33:54] </w:t>
      </w:r>
      <w:r>
        <w:t>woh sochein ke kyun Target hamara poora nahi hua? yeh saiq ka mamla to nahi hai? yeh Angel ka Intervention to nahi hai?</w:t>
      </w:r>
    </w:p>
    <w:p>
      <w:pPr>
        <w:jc w:val="right"/>
      </w:pPr>
      <w:r>
        <w:t>وہ سوچیں کہ کیوں Target ہمارا پورا نہیں ہوا؟ یہ سائق کا معاملہ تو نہیں ہے؟ یہ Angel کا Intervention تو نہیں ہے؟</w:t>
      </w:r>
    </w:p>
    <w:p>
      <w:r>
        <w:rPr>
          <w:b/>
        </w:rPr>
        <w:t xml:space="preserve">[34:06] </w:t>
      </w:r>
      <w:r>
        <w:t>aur yeh India aur Egypt ki baat nahi, sari dunya ke musalmanon ka haal yahi hai. sari dunya ke musalman shikayat mein jeete hain.</w:t>
      </w:r>
    </w:p>
    <w:p>
      <w:pPr>
        <w:jc w:val="right"/>
      </w:pPr>
      <w:r>
        <w:t>اور یہ انڈیا اور Egypt کی بات نہیں، ساری دنیا کے مسلمانوں کا حال یہی ہے۔ ساری دنیا کے مسلمان شکایت میں جیتے ہیں۔</w:t>
      </w:r>
    </w:p>
    <w:p>
      <w:r>
        <w:rPr>
          <w:b/>
        </w:rPr>
        <w:t xml:space="preserve">[34:16] </w:t>
      </w:r>
      <w:r>
        <w:t>zulm ki dastanain har ek ke paas hain. to kyun? kyunke unhon ne kuch Target banaye, Target. woh Target poore nahi hue. har mulk mein, dunya bhar mein musalmanon ne kuch Target banaye.</w:t>
      </w:r>
    </w:p>
    <w:p>
      <w:pPr>
        <w:jc w:val="right"/>
      </w:pPr>
      <w:r>
        <w:t>ظلم کی داستانیں ہر ایک کے پاس ہیں۔ تو کیوں؟ کیونکہ انہوں نے کچھ Target بنائے، Target۔ وہ Target پورے نہیں ہوئے۔ ہر ملک میں، دنیا بھر میں مسلمانوں نے کچھ Target بنائے۔</w:t>
      </w:r>
    </w:p>
    <w:p>
      <w:r>
        <w:rPr>
          <w:b/>
        </w:rPr>
        <w:t xml:space="preserve">[34:32] </w:t>
      </w:r>
      <w:r>
        <w:t>is mein yahan tak, is Extent tak gaye ke unhon ne 9/11 ka qissa kar diya. is Extent tak gaye. 9/11 aur kya kya kiya?</w:t>
      </w:r>
    </w:p>
    <w:p>
      <w:pPr>
        <w:jc w:val="right"/>
      </w:pPr>
      <w:r>
        <w:t>اس میں یہاں تک، اس Extent تک گئے کہ انہوں نے 9/11 کا قصہ کر دیا۔ اس Extent تک گئے۔ 9/11 اور کیا کیا کیا؟</w:t>
      </w:r>
    </w:p>
    <w:p>
      <w:r>
        <w:rPr>
          <w:b/>
        </w:rPr>
        <w:t xml:space="preserve">[34:43] </w:t>
      </w:r>
      <w:r>
        <w:t>Suicide bombing aur kya kya rozana aap media mein khabrein dekhte hain. lekin Total Failure.</w:t>
      </w:r>
    </w:p>
    <w:p>
      <w:pPr>
        <w:jc w:val="right"/>
      </w:pPr>
      <w:r>
        <w:t>Suicide bombing اور کیا کیا روزانہ آپ میڈیا میں خبریں دیکھتے ہیں۔ لیکن Total Failure۔</w:t>
      </w:r>
    </w:p>
    <w:p>
      <w:r>
        <w:rPr>
          <w:b/>
        </w:rPr>
        <w:t xml:space="preserve">[34:54] </w:t>
      </w:r>
      <w:r>
        <w:t>koi Result nahi. kyun? is liye ke Intervention hai yahan par, Angel ka Intervention hai. woh aap ke Target ko poora nahi hone de raha hai.</w:t>
      </w:r>
    </w:p>
    <w:p>
      <w:pPr>
        <w:jc w:val="right"/>
      </w:pPr>
      <w:r>
        <w:t>کوئی Result نہیں۔ کیوں؟ اس لیے کہ Intervention ہے یہاں پر، Angel کا Intervention ہے۔ وہ آپ کے Target کو پورا نہیں ہونے دے رہا ہے۔</w:t>
      </w:r>
    </w:p>
    <w:p>
      <w:r>
        <w:rPr>
          <w:b/>
        </w:rPr>
        <w:t xml:space="preserve">[35:05] </w:t>
      </w:r>
      <w:r>
        <w:t>woh chahta hai ke aap Correct karein apne Target ko.</w:t>
      </w:r>
    </w:p>
    <w:p>
      <w:pPr>
        <w:jc w:val="right"/>
      </w:pPr>
      <w:r>
        <w:t>وہ چاہتا ہے کہ آپ Correct کریں اپنے Target کو۔</w:t>
      </w:r>
    </w:p>
    <w:p>
      <w:r>
        <w:rPr>
          <w:b/>
        </w:rPr>
        <w:t xml:space="preserve">[35:11] </w:t>
      </w:r>
      <w:r>
        <w:t>har ek ke sath jo saiq hai, jo Angel hai, woh chahta hai ke aap apne Target ko ki tasheeh karein, Correction karein is ka.</w:t>
      </w:r>
    </w:p>
    <w:p>
      <w:pPr>
        <w:jc w:val="right"/>
      </w:pPr>
      <w:r>
        <w:t>ہر ایک کے ساتھ جو سائق ہے، جو Angel ہے، وہ چاہتا ہے کہ آپ اپنے Target کو کی تصحیح کریں، Correction کریں اس کا۔</w:t>
      </w:r>
    </w:p>
    <w:p>
      <w:r>
        <w:rPr>
          <w:b/>
        </w:rPr>
        <w:t xml:space="preserve">[35:22] </w:t>
      </w:r>
      <w:r>
        <w:t>yani Hate, ladai bhadai, Violence ka jo Target hai aap ka, us ko chhoro aur dawat ke Target ko lao. yeh Message hai.</w:t>
      </w:r>
    </w:p>
    <w:p>
      <w:pPr>
        <w:jc w:val="right"/>
      </w:pPr>
      <w:r>
        <w:t>یعنی Hate، لڑائی بھڑائی، Violence کا جو Target ہے آپ کا، اس کو چھوڑیں اور دعوت کے Target کو لیں۔ یہ Message ہے۔</w:t>
      </w:r>
    </w:p>
    <w:p>
      <w:r>
        <w:rPr>
          <w:b/>
        </w:rPr>
        <w:t xml:space="preserve">[35:36] </w:t>
      </w:r>
      <w:r>
        <w:t>lekin yeh Message khamosh zaban mein hai. yeh Loudspeaker ki zaban mein nahi hai.</w:t>
      </w:r>
    </w:p>
    <w:p>
      <w:pPr>
        <w:jc w:val="right"/>
      </w:pPr>
      <w:r>
        <w:t>لیکن یہ Message خاموش زبان میں ہے۔ یہ Loudspeaker کی زبان میں نہیں ہے۔</w:t>
      </w:r>
    </w:p>
    <w:p>
      <w:r>
        <w:rPr>
          <w:b/>
        </w:rPr>
        <w:t xml:space="preserve">[35:48] </w:t>
      </w:r>
      <w:r>
        <w:t>bad qismati se hamare saare musalmanon ke jo ulma hain, rehnuma hain, jo Leader hain, woh sab Angel ki awazon ko sunne ke liye, sunne ke liye bilkul yani unki sumaat full ho rahi hai.</w:t>
      </w:r>
    </w:p>
    <w:p>
      <w:pPr>
        <w:jc w:val="right"/>
      </w:pPr>
      <w:r>
        <w:t>بدقسمتی سے ہمارے سارے مسلمانوں کے جو علماء ہیں، رہنما ہیں، جو Leader ہیں، وہ سب Angel کی آوازوں کو سننے کے لیے، سننے کے لیے بالکل یعنی ان کی سماعت فل ہو رہی ہے۔</w:t>
      </w:r>
    </w:p>
    <w:p>
      <w:r>
        <w:rPr>
          <w:b/>
        </w:rPr>
        <w:t xml:space="preserve">[36:05] </w:t>
      </w:r>
      <w:r>
        <w:t>sunne ke qabil nahi rahe hain woh.</w:t>
      </w:r>
    </w:p>
    <w:p>
      <w:pPr>
        <w:jc w:val="right"/>
      </w:pPr>
      <w:r>
        <w:t>سننے کے قابل نہیں رہے ہیں وہ۔</w:t>
      </w:r>
    </w:p>
    <w:p>
      <w:r>
        <w:rPr>
          <w:b/>
        </w:rPr>
        <w:t xml:space="preserve">[36:11] </w:t>
      </w:r>
      <w:r>
        <w:t>to yeh is ayat mein bohat hi ajeeb o ghareeb baat kahi gayi hai. ke Allah ne itna bara insaan ke sath reham ka mamla kiya.</w:t>
      </w:r>
    </w:p>
    <w:p>
      <w:pPr>
        <w:jc w:val="right"/>
      </w:pPr>
      <w:r>
        <w:t>تو یہ اس آیت میں بہت ہی عجیب و غریب بات کہی گئی ہے۔ کہ اللہ نے اتنا بڑا انسان کے ساتھ رحم کا معاملہ کیا۔</w:t>
      </w:r>
    </w:p>
    <w:p>
      <w:r>
        <w:rPr>
          <w:b/>
        </w:rPr>
        <w:t xml:space="preserve">[36:21] </w:t>
      </w:r>
      <w:r>
        <w:t>dekhiye, Allah ne bohat se Level par aap ko hidayat ka intezam kiya hai. aap ko Conscience diya, aap ko sochne ke liye Reason diya, aap ko aql diya.</w:t>
      </w:r>
    </w:p>
    <w:p>
      <w:pPr>
        <w:jc w:val="right"/>
      </w:pPr>
      <w:r>
        <w:t>دیکھیے، اللہ نے بہت سے Level پر آپ کو ہدایت کا انتظام کیا ہے۔ آپ کو Conscience دیا، آپ کو سوچنے کے لیے Reason دیا، آپ کو عقل دیا۔</w:t>
      </w:r>
    </w:p>
    <w:p>
      <w:r>
        <w:rPr>
          <w:b/>
        </w:rPr>
        <w:t xml:space="preserve">[36:36] </w:t>
      </w:r>
      <w:r>
        <w:t>paighambar bheje, apni kitab bheji. bohat sare intezamat kiye. aur Plus yeh hai ke har aadmi ke sath ek Angel laga diya.</w:t>
      </w:r>
    </w:p>
    <w:p>
      <w:pPr>
        <w:jc w:val="right"/>
      </w:pPr>
      <w:r>
        <w:t>پیغمبر بھیجے، اپنی کتاب بھیجی۔ بہت سارے انتظامات کیے۔ اور Plus یہ ہے کہ ہر آدمی کے ساتھ ایک Angel لگا دیا۔</w:t>
      </w:r>
    </w:p>
    <w:p>
      <w:r>
        <w:rPr>
          <w:b/>
        </w:rPr>
        <w:t xml:space="preserve">[36:47] </w:t>
      </w:r>
      <w:r>
        <w:t>ek saiq. jo aap ko kahin dayen bayen Deviate na hone de.</w:t>
      </w:r>
    </w:p>
    <w:p>
      <w:pPr>
        <w:jc w:val="right"/>
      </w:pPr>
      <w:r>
        <w:t>ایک سائق۔ جو آپ کو کہیں دائیں بائیں Deviate نہ ہونے دے۔</w:t>
      </w:r>
    </w:p>
    <w:p>
      <w:r>
        <w:rPr>
          <w:b/>
        </w:rPr>
        <w:t xml:space="preserve">[36:58] </w:t>
      </w:r>
      <w:r>
        <w:t>chahe Individual ka mamla ho, chahe poore poore Group ka mamla ho, poore poore Nation ka mamla ho, Angel har jagah yahi kar raha hai.</w:t>
      </w:r>
    </w:p>
    <w:p>
      <w:pPr>
        <w:jc w:val="right"/>
      </w:pPr>
      <w:r>
        <w:t>چاہے Individual کا معاملہ ہو، چاہے پورے پورے Group کا معاملہ ہو، پورے پورے Nation کا معاملہ ہو، Angel ہر جگہ یہی کر رہا ہے۔</w:t>
      </w:r>
    </w:p>
    <w:p>
      <w:r>
        <w:rPr>
          <w:b/>
        </w:rPr>
        <w:t xml:space="preserve">[37:10] </w:t>
      </w:r>
      <w:r>
        <w:t>hum ko ghalat Target par jane nahi deta. lekin Right ka Target par apne aap ko chalana yeh to hamara aap Choice ka mamla hai, hamare Choice ka mamla hai.</w:t>
      </w:r>
    </w:p>
    <w:p>
      <w:pPr>
        <w:jc w:val="right"/>
      </w:pPr>
      <w:r>
        <w:t>ہم کو غلط Target پر جانے نہیں دیتا۔ لیکن Right کا Target پر اپنے آپ کو چلانا یہ تو ہمارا آپ Choice کا معاملہ ہے، ہمارے Choice کا معاملہ ہے۔</w:t>
      </w:r>
    </w:p>
    <w:p>
      <w:r>
        <w:rPr>
          <w:b/>
        </w:rPr>
        <w:t xml:space="preserve">[37:25] </w:t>
      </w:r>
      <w:r>
        <w:t>kyunke Angel hamari Freedom ko Abolish nahi kar sakta. Freedom to phir bhi baqi hai.</w:t>
      </w:r>
    </w:p>
    <w:p>
      <w:pPr>
        <w:jc w:val="right"/>
      </w:pPr>
      <w:r>
        <w:t>کیونکہ Angel ہماری Freedom کو Abolish نہیں کر سکتا۔ Freedom تو پھر بھی باقی ہے۔</w:t>
      </w:r>
    </w:p>
    <w:p>
      <w:r>
        <w:rPr>
          <w:b/>
        </w:rPr>
        <w:t xml:space="preserve">[37:36] </w:t>
      </w:r>
      <w:r>
        <w:t>Angel sirf yahi karega ke aap ke jab aap ghalat Target lenge to wahan par Intervene kar ke mamle ko yani aap ko Target poora nahi hone dega.</w:t>
      </w:r>
    </w:p>
    <w:p>
      <w:pPr>
        <w:jc w:val="right"/>
      </w:pPr>
      <w:r>
        <w:t>Angel صرف یہی کرے گا کہ آپ کے جب آپ غلط Target لیں گے تو وہاں پر Intervene کر کے معاملے کو یعنی آپ کو Target پورا نہیں ہونے دے گا۔</w:t>
      </w:r>
    </w:p>
    <w:p>
      <w:r>
        <w:rPr>
          <w:b/>
        </w:rPr>
        <w:t xml:space="preserve">[37:52] </w:t>
      </w:r>
      <w:r>
        <w:t>is waqt dunya mein saare musalman jo hain shikayatein karte hain, Protest kar rahe hain, zalimon ke zulm ko bayan kar rahe hain. woh kya hai?</w:t>
      </w:r>
    </w:p>
    <w:p>
      <w:pPr>
        <w:jc w:val="right"/>
      </w:pPr>
      <w:r>
        <w:t>اس وقت دنیا میں سارے مسلمان جو ہیں شکایتیں کرتے ہیں، Protest کر رہے ہیں، ظالموں کے ظلم کو بیان کر رہے ہیں۔ وہ کیا ہے؟</w:t>
      </w:r>
    </w:p>
    <w:p>
      <w:r>
        <w:rPr>
          <w:b/>
        </w:rPr>
        <w:t xml:space="preserve">[38:01] </w:t>
      </w:r>
      <w:r>
        <w:t>woh saara ka saara Angel ki wajah se hai. saara ka saara. chounke ab musalmanon ne ghalat Target apne samne rakha.</w:t>
      </w:r>
    </w:p>
    <w:p>
      <w:pPr>
        <w:jc w:val="right"/>
      </w:pPr>
      <w:r>
        <w:t>وہ سارا کا سارا Angel کی وجہ سے ہے۔ سارا کا سارا۔ چونکہ اب مسلمانوں نے غلط Target اپنے سامنے رکھا۔</w:t>
      </w:r>
    </w:p>
    <w:p>
      <w:r>
        <w:rPr>
          <w:b/>
        </w:rPr>
        <w:t xml:space="preserve">[38:11] </w:t>
      </w:r>
      <w:r>
        <w:t>yaani larai ka Target, takrao ka Target, logon ko Suicide bombing kar ke khatam karne ka Target, yeh sab ghalat Target ghalat thay.</w:t>
      </w:r>
    </w:p>
    <w:p>
      <w:pPr>
        <w:jc w:val="right"/>
      </w:pPr>
      <w:r>
        <w:t>یعنی لڑائی کا Target، ٹکراؤ کا Target، لوگوں کو Suicide bombing کر کے ختم کرنے کا Target، یہ سب غلط Target غلط تھے۔</w:t>
      </w:r>
    </w:p>
    <w:p>
      <w:r>
        <w:rPr>
          <w:b/>
        </w:rPr>
        <w:t xml:space="preserve">[38:22] </w:t>
      </w:r>
      <w:r>
        <w:t>Political Target. toh Angel ne woh is Target ko chalne nahi diya. lekin Right Path par, Right Path ka Choice lena yeh toh aap ko karna parega.</w:t>
      </w:r>
    </w:p>
    <w:p>
      <w:pPr>
        <w:jc w:val="right"/>
      </w:pPr>
      <w:r>
        <w:t>Political Target۔ تو Angel نے وہ اس Target کو چلنے نہیں دیا۔ لیکن Right Path پر، Right Path کا Choice لینا یہ تو آپ کو کرنا پڑے گا۔</w:t>
      </w:r>
    </w:p>
    <w:p>
      <w:r>
        <w:rPr>
          <w:b/>
        </w:rPr>
        <w:t xml:space="preserve">[38:39] </w:t>
      </w:r>
      <w:r>
        <w:t>yeh nahi kar sakta Angel ke aap ko Right Path par zabardasti chalaye aur aap ko zabardasti jannat mein dakhil kar de. aisa nahi karega woh.</w:t>
      </w:r>
    </w:p>
    <w:p>
      <w:pPr>
        <w:jc w:val="right"/>
      </w:pPr>
      <w:r>
        <w:t>یہ نہیں کر سکتا Angel کہ آپ کو Right Path پر زبردستی چلائے اور آپ کو زبردستی جنت میں داخل کر دے۔ ایسا نہیں کرے گا وہ۔</w:t>
      </w:r>
    </w:p>
    <w:p>
      <w:r>
        <w:rPr>
          <w:b/>
        </w:rPr>
        <w:t xml:space="preserve">[38:51] </w:t>
      </w:r>
      <w:r>
        <w:t>woh Correction karega, Correction. lekin Right Path ka Choice lena woh aap ka kaam hai.</w:t>
      </w:r>
    </w:p>
    <w:p>
      <w:pPr>
        <w:jc w:val="right"/>
      </w:pPr>
      <w:r>
        <w:t>وہ Correction کرے گا، Correction۔ لیکن Right Path کا Choice لینا وہ آپ کا کام ہے۔</w:t>
      </w:r>
    </w:p>
    <w:p>
      <w:r>
        <w:rPr>
          <w:b/>
        </w:rPr>
        <w:t xml:space="preserve">[39:03] </w:t>
      </w:r>
      <w:r>
        <w:t>saaq jo aap ka hai, jo aap ka saaq hai, woh sirf yahi karega ke aap ko Deviate na hone de. lekin phir bhi yeh aap ka kaam rahega ke aap Right Path par apne aap ko chalaein.</w:t>
      </w:r>
    </w:p>
    <w:p>
      <w:pPr>
        <w:jc w:val="right"/>
      </w:pPr>
      <w:r>
        <w:t>سائق جو آپ کا ہے، جو آپ کا سائق ہے، وہ صرف یہی کرے گا کہ آپ کو Deviate نہ ہونے دے۔ لیکن پھر بھی یہ آپ کا کام رہے گا کہ آپ Right Path پر اپنے آپ کو چلائیں۔</w:t>
      </w:r>
    </w:p>
    <w:p>
      <w:r>
        <w:rPr>
          <w:b/>
        </w:rPr>
        <w:t xml:space="preserve">[39:17] </w:t>
      </w:r>
      <w:r>
        <w:t>aur wohi nahi kar pa rahe hain musalman. saare musalman, mujhe nahi maloom ke is mein koi Exception hai, saaq ki khamosh zuban ko sunne ke liye bilkul bekhabar ho rahe hain.</w:t>
      </w:r>
    </w:p>
    <w:p>
      <w:pPr>
        <w:jc w:val="right"/>
      </w:pPr>
      <w:r>
        <w:t>اور وہی نہیں کر پا رہے ہیں مسلمان۔ سارے مسلمان، مجھے نہیں معلوم کہ اس میں کوئی Exception ہے، سائق کی خاموش زبان کو سننے کے لیے بالکل بے خبر ہو رہے ہیں۔</w:t>
      </w:r>
    </w:p>
    <w:p>
      <w:r>
        <w:rPr>
          <w:b/>
        </w:rPr>
        <w:t xml:space="preserve">[39:34] </w:t>
      </w:r>
      <w:r>
        <w:t>bhatak rahe hain, zulm ki dastanain bayan kar rahe hain aur shikayatein kar rahe hain. aur Negativity un ke andar barh gayi hai ke apne aap ko maar kar ke doosron ko halak kar rahe hain.</w:t>
      </w:r>
    </w:p>
    <w:p>
      <w:pPr>
        <w:jc w:val="right"/>
      </w:pPr>
      <w:r>
        <w:t>بھٹک رہے ہیں، ظلم کی داستانیں بیان کر رہے ہیں اور شکایتیں کر رہے ہیں۔ اور Negativity ان کے اندر بڑھ گئی ہے کہ اپنے آپ کو مار کر کے دوسروں کو ہلاک کر رہے ہیں۔</w:t>
      </w:r>
    </w:p>
    <w:p>
      <w:r>
        <w:rPr>
          <w:b/>
        </w:rPr>
        <w:t xml:space="preserve">[39:49] </w:t>
      </w:r>
      <w:r>
        <w:t>Suicide bombing kya hai? Suicide bombing jo hai Frustration ka aakhri hadd hai. jab Frustration ki aakhri hadd aa jati hai toh aap yahi karte hain ke apne ko halak kar ke chalo hum kuch toh un ko nuqsan pahunchayein, chahe hum khud hi mar jayein.</w:t>
      </w:r>
    </w:p>
    <w:p>
      <w:pPr>
        <w:jc w:val="right"/>
      </w:pPr>
      <w:r>
        <w:t>Suicide bombing کیا ہے؟ Suicide bombing جو ہے Frustration کا آخری حد ہے۔ جب Frustration کی آخری حد آ جاتی ہے تو آپ یہی کرتے ہیں کہ اپنے کو ہلاک کر کے چلو ہم کچھ تو ان کو نقصان پہنچائیں، چاہے ہم خود ہی مر جائیں۔</w:t>
      </w:r>
    </w:p>
    <w:p>
      <w:r>
        <w:rPr>
          <w:b/>
        </w:rPr>
        <w:t xml:space="preserve">[40:13] </w:t>
      </w:r>
      <w:r>
        <w:t>toh bajaye is ke ke woh Angel ke Intervention ko samajhte, Angel ke Direction ko padhte, is baat ko jaante ke Angel un ko, un ke Deviation ko rok raha hai.</w:t>
      </w:r>
    </w:p>
    <w:p>
      <w:pPr>
        <w:jc w:val="right"/>
      </w:pPr>
      <w:r>
        <w:t>تو بجائے اس کے کہ وہ Angel کے Intervention کو سمجھتے، Angel کے Direction کو پڑھتے، اس بات کو جانتے کہ Angel ان کو، ان کے Deviation کو روک رہا ہے۔</w:t>
      </w:r>
    </w:p>
    <w:p>
      <w:r>
        <w:rPr>
          <w:b/>
        </w:rPr>
        <w:t xml:space="preserve">[40:33] </w:t>
      </w:r>
      <w:r>
        <w:t>woh jo Derailment ho raha hai, us ko sahi raste par lane is ka kaam hai.</w:t>
      </w:r>
    </w:p>
    <w:p>
      <w:pPr>
        <w:jc w:val="right"/>
      </w:pPr>
      <w:r>
        <w:t>وہ جو Derailment ہو رہا ہے، اس کو صحیح راستے پر لانے اس کا کام ہے۔</w:t>
      </w:r>
    </w:p>
    <w:p>
      <w:r>
        <w:rPr>
          <w:b/>
        </w:rPr>
        <w:t xml:space="preserve">[40:42] </w:t>
      </w:r>
      <w:r>
        <w:t>phir aap sochte ke mujhe sahi rukh par safar karna hai.</w:t>
      </w:r>
    </w:p>
    <w:p>
      <w:pPr>
        <w:jc w:val="right"/>
      </w:pPr>
      <w:r>
        <w:t>پھر آپ سوچتے کہ مجھے صحیح رخ پر سفر کرنا ہے۔</w:t>
      </w:r>
    </w:p>
    <w:p>
      <w:r>
        <w:rPr>
          <w:b/>
        </w:rPr>
        <w:t xml:space="preserve">[40:51] </w:t>
      </w:r>
      <w:r>
        <w:t>toh yeh saari tareekh jo is zamane ki hai, do teen sau saal ki, yeh bata rahi hai ke jo jo Target musalmanon ne liye, Political Target aur Suicide bombing aur tashaddud</w:t>
      </w:r>
    </w:p>
    <w:p>
      <w:pPr>
        <w:jc w:val="right"/>
      </w:pPr>
      <w:r>
        <w:t>تو یہ ساری تاریخ جو اس زمانے کی ہے، دو تین سو سال کی، یہ بتا رہی ہے کہ جو جو Target مسلمانوں نے لیے، Political Target اور Suicide bombing اور تشدد</w:t>
      </w:r>
    </w:p>
    <w:p>
      <w:r>
        <w:rPr>
          <w:b/>
        </w:rPr>
        <w:t xml:space="preserve">[41:11] </w:t>
      </w:r>
      <w:r>
        <w:t>aur hukoomat qaim karna, jhande uthana, hangame karna, sadkon par muzahire karna, Islam ke naam par, yeh sab ke sab ghalat Target thay.</w:t>
      </w:r>
    </w:p>
    <w:p>
      <w:pPr>
        <w:jc w:val="right"/>
      </w:pPr>
      <w:r>
        <w:t>اور حکومت قائم کرنا، جھنڈے اٹھانا، ہنگامے کرنا، سڑکوں پر مظاہرے کرنا، اسلام کے نام پر، یہ سب کے سب غلط Target تھے۔</w:t>
      </w:r>
    </w:p>
    <w:p>
      <w:r>
        <w:rPr>
          <w:b/>
        </w:rPr>
        <w:t xml:space="preserve">[41:26] </w:t>
      </w:r>
      <w:r>
        <w:t>aur Angel ne is ko poora nahi hone diya.</w:t>
      </w:r>
    </w:p>
    <w:p>
      <w:pPr>
        <w:jc w:val="right"/>
      </w:pPr>
      <w:r>
        <w:t>اور Angel نے اس کو پورا نہیں ہونے دیا۔</w:t>
      </w:r>
    </w:p>
    <w:p>
      <w:r>
        <w:rPr>
          <w:b/>
        </w:rPr>
        <w:t xml:space="preserve">[41:33] </w:t>
      </w:r>
      <w:r>
        <w:t>Angel ne is ko poora nahi, kyunke Angel ki duty yeh hai ke aap ko jahan aap Derail hon, wahan aap ko roke.</w:t>
      </w:r>
    </w:p>
    <w:p>
      <w:pPr>
        <w:jc w:val="right"/>
      </w:pPr>
      <w:r>
        <w:t>Angel نے اس کو پورا نہیں، کیونکہ Angel کی ڈیوٹی یہ ہے کہ آپ کو جہاں آپ Derail ہوں، وہاں آپ کو روکے۔</w:t>
      </w:r>
    </w:p>
    <w:p>
      <w:r>
        <w:rPr>
          <w:b/>
        </w:rPr>
        <w:t xml:space="preserve">[41:42] </w:t>
      </w:r>
      <w:r>
        <w:t>jahan aap Deviate hon, wahan aap roke, aap ko. yeh Angel ki duty hai. lekin aap ka jo aap ka kaam hai ke Right Path par chalein aap, apne sahi, sahi, sahi cheez ka Choice lein, yeh aap hi ko karna hai.</w:t>
      </w:r>
    </w:p>
    <w:p>
      <w:pPr>
        <w:jc w:val="right"/>
      </w:pPr>
      <w:r>
        <w:t>جہاں آپ Deviate ہوں، وہاں آپ روکے، آپ کو۔ یہ Angel کی ڈیوٹی ہے۔ لیکن آپ کا جو آپ کا کام ہے کہ Right Path پر چلیں آپ، اپنے صحیح، صحیح، صحیح چیز کا Choice لیں، یہ آپ ہی کو کرنا ہے۔</w:t>
      </w:r>
    </w:p>
    <w:p>
      <w:r>
        <w:rPr>
          <w:b/>
        </w:rPr>
        <w:t xml:space="preserve">[42:01] </w:t>
      </w:r>
      <w:r>
        <w:t>woh tha, woh hai dawat, dawat lillah. yaani Allah ke paigham ko jo aap ke paas aaya hai, jo Quran ki surat mein, Rasool Allah ki sunnat ki shakal mein mehfooz hai,</w:t>
      </w:r>
    </w:p>
    <w:p>
      <w:pPr>
        <w:jc w:val="right"/>
      </w:pPr>
      <w:r>
        <w:t>وہ تھا، وہ ہے دعوت، دعوت للہ۔ یعنی اللہ کے پیغام کو جو آپ کے پاس آیا ہے، جو قرآن کی سورت میں، رسول اللہ کی سنت کی شکل میں محفوظ ہے،</w:t>
      </w:r>
    </w:p>
    <w:p>
      <w:r>
        <w:rPr>
          <w:b/>
        </w:rPr>
        <w:t xml:space="preserve">[42:15] </w:t>
      </w:r>
      <w:r>
        <w:t>us ko dunya ko pahunchana.</w:t>
      </w:r>
    </w:p>
    <w:p>
      <w:pPr>
        <w:jc w:val="right"/>
      </w:pPr>
      <w:r>
        <w:t>اس کو دنیا کو پہنچانا۔</w:t>
      </w:r>
    </w:p>
    <w:p>
      <w:r>
        <w:rPr>
          <w:b/>
        </w:rPr>
        <w:t xml:space="preserve">[42:20] </w:t>
      </w:r>
      <w:r>
        <w:t>toh yaad rakhiye, qayamat tak agar musalmanon ne yeh yeh nahi kiya toh nakami hote rahenge woh. kabhi bhi kamyab nahi honge.</w:t>
      </w:r>
    </w:p>
    <w:p>
      <w:pPr>
        <w:jc w:val="right"/>
      </w:pPr>
      <w:r>
        <w:t>تو یاد رکھیے، قیامت تک اگر مسلمانوں نے یہ یہ نہیں کیا تو ناکامی ہوتے رہیں گے وہ۔ کبھی بھی کامیاب نہیں ہوں گے۔</w:t>
      </w:r>
    </w:p>
    <w:p>
      <w:r>
        <w:rPr>
          <w:b/>
        </w:rPr>
        <w:t xml:space="preserve">[42:33] </w:t>
      </w:r>
      <w:r>
        <w:t>kamyab honge toh dawat ke raste se. aur yeh jo Politics hai, jo Violence hai, Suicide bombing hai, yeh hangame hain, is se kabhi bhi woh kamyab nahi ho sakte.</w:t>
      </w:r>
    </w:p>
    <w:p>
      <w:pPr>
        <w:jc w:val="right"/>
      </w:pPr>
      <w:r>
        <w:t>کامیاب ہوں گے تو دعوت کے راستے سے۔ اور یہ جو Politics ہے، جو Violence ہے، Suicide bombing ہے، یہ ہنگامے ہیں، اس سے کبھی بھی وہ کامیاب نہیں ہو سکتے۔</w:t>
      </w:r>
    </w:p>
    <w:p>
      <w:r>
        <w:rPr>
          <w:b/>
        </w:rPr>
        <w:t xml:space="preserve">[42:46] </w:t>
      </w:r>
      <w:r>
        <w:t>kyunke saaq jo hai woh chalne nahi dega in ko. jo hamara saaq hai, jo hamara farishta hai, jab bhi aap chahenge ke Violence ke raste par, Politics ke raste par, sadak ke hangamon ke raste par chal kar kuch hasil karna chahein toh.</w:t>
      </w:r>
    </w:p>
    <w:p>
      <w:pPr>
        <w:jc w:val="right"/>
      </w:pPr>
      <w:r>
        <w:t>کیونکہ سائق جو ہے وہ چلنے نہیں دے گا ان کو۔ جو ہمارا سائق ہے، جو ہمارا فرشتہ ہے، جب بھی آپ چاہیں گے کہ Violence کے راستے پر، Politics کے راستے پر، سڑک کے ہنگاموں کے راستے پر چل کر کچھ حاصل کرنا چاہیں تو۔</w:t>
      </w:r>
    </w:p>
    <w:p>
      <w:r>
        <w:rPr>
          <w:b/>
        </w:rPr>
        <w:t xml:space="preserve">[43:04] </w:t>
      </w:r>
      <w:r>
        <w:t>toh toh aap ko kuch bhi hasil nahi hoga. kyunke wahan farishta record ban jayega.</w:t>
      </w:r>
    </w:p>
    <w:p>
      <w:pPr>
        <w:jc w:val="right"/>
      </w:pPr>
      <w:r>
        <w:t>تو تو آپ کو کچھ بھی حاصل نہیں ہوگا۔ کیونکہ وہاں فرشتہ ریکارڈ بن جائے گا۔</w:t>
      </w:r>
    </w:p>
    <w:p>
      <w:r>
        <w:rPr>
          <w:b/>
        </w:rPr>
        <w:t xml:space="preserve">[43:12] </w:t>
      </w:r>
      <w:r>
        <w:t>toh ab aakhri waqt aa gaya hai ke musalman Reassess karein, Revise karein, sochein.</w:t>
      </w:r>
    </w:p>
    <w:p>
      <w:pPr>
        <w:jc w:val="right"/>
      </w:pPr>
      <w:r>
        <w:t>تو اب آخری وقت آگیا ہے کہ مسلمان Reassess کریں، Revise کریں، سوچیں۔</w:t>
      </w:r>
    </w:p>
    <w:p>
      <w:r>
        <w:rPr>
          <w:b/>
        </w:rPr>
        <w:t xml:space="preserve">[43:21] </w:t>
      </w:r>
      <w:r>
        <w:t>aur saiq ka jo Intervention hai, us se faida uthaen. apni zaat ki had tak maine yahi kiya. aur hamara Mission yahi hai.</w:t>
      </w:r>
    </w:p>
    <w:p>
      <w:pPr>
        <w:jc w:val="right"/>
      </w:pPr>
      <w:r>
        <w:t>اور سائق کا جو Intervention ہے، اس سے فائدہ اٹھائیں۔ اپنی ذات کی حد تک میں نے یہی کیا۔ اور ہمارا Mission یہی ہے۔</w:t>
      </w:r>
    </w:p>
    <w:p>
      <w:r>
        <w:rPr>
          <w:b/>
        </w:rPr>
        <w:t xml:space="preserve">[43:33] </w:t>
      </w:r>
      <w:r>
        <w:t>lekin poori ummat, poora jo majmooa hai musalmanon ka, jo ek billion se zyada hai, woh sab isi mein mubtala hai.</w:t>
      </w:r>
    </w:p>
    <w:p>
      <w:pPr>
        <w:jc w:val="right"/>
      </w:pPr>
      <w:r>
        <w:t>لیکن پوری امت، پورا جو مجموعہ ہے مسلمانوں کا، جو ایک بلین سے زیادہ ہے، وہ سب اسی میں مبتلا ہے۔</w:t>
      </w:r>
    </w:p>
    <w:p>
      <w:r>
        <w:rPr>
          <w:b/>
        </w:rPr>
        <w:t xml:space="preserve">[43:42] </w:t>
      </w:r>
      <w:r>
        <w:t>kabhi bhi in ko in raston par, jin raston par woh chal rahe hain, yaani hangama aur aur Political tehreekein aur Suicide bombing aur Hate, us se kuch bhi nahi hone wala.</w:t>
      </w:r>
    </w:p>
    <w:p>
      <w:pPr>
        <w:jc w:val="right"/>
      </w:pPr>
      <w:r>
        <w:t>کبھی بھی ان کو ان راستوں پر، جن راستوں پر وہ چل رہے ہیں، یعنی ہنگامہ اور اور Political تحریکیں اور Suicide bombing اور Hate، اس سے کچھ بھی نہیں ہونے والا۔</w:t>
      </w:r>
    </w:p>
    <w:p>
      <w:r>
        <w:rPr>
          <w:b/>
        </w:rPr>
        <w:t xml:space="preserve">[43:59] </w:t>
      </w:r>
      <w:r>
        <w:t>kabhi bhi koi cheez nahi milegi musalmanon ko. milegi kab? jab ke woh Correction karen. yeh sab raston ko chhod kar ke dawat lillah ke kaam pe aa jaen.</w:t>
      </w:r>
    </w:p>
    <w:p>
      <w:pPr>
        <w:jc w:val="right"/>
      </w:pPr>
      <w:r>
        <w:t>کبھی بھی کوئی چیز نہیں ملے گی مسلمانوں کو۔ ملے گی کب؟ جب کہ وہ Correction کریں۔ یہ سب راستوں کو چھوڑ کر کے دعوت للہ کے کام پہ آ جائیں۔</w:t>
      </w:r>
    </w:p>
    <w:p>
      <w:r>
        <w:rPr>
          <w:b/>
        </w:rPr>
        <w:t xml:space="preserve">[44:13] </w:t>
      </w:r>
      <w:r>
        <w:t>to meri dua hai ke Allah taala mujh ko aur aap ko tofeeq de ke hum is awaz ko sunein aur sahih raste par apne aap ko chalen. aqool qawli hadha wa astaghfirullaha li wa lakum ajmaeen.</w:t>
      </w:r>
    </w:p>
    <w:p>
      <w:pPr>
        <w:jc w:val="right"/>
      </w:pPr>
      <w:r>
        <w:t>تو میری دعا ہے کہ اللہ تعالیٰ مجھ کو اور آپ کو توفیق دے کہ ہم اس آواز کو سنیں اور صحیح راستے پر اپنے آپ کو چلائیں۔ أقول قولي هذا وأستغفر الله لي ولكم أجمعين.</w:t>
      </w:r>
    </w:p>
    <w:p>
      <w:r>
        <w:rPr>
          <w:b/>
        </w:rPr>
        <w:t xml:space="preserve">[44:36] </w:t>
      </w:r>
      <w:r>
        <w:t>pehle ek comment padhna chahenge jo Kashmir se Hamidullah Hameed sahib ne bheja hai. unhon ne likha hai: "1050 Quran.</w:t>
      </w:r>
    </w:p>
    <w:p>
      <w:pPr>
        <w:jc w:val="right"/>
      </w:pPr>
      <w:r>
        <w:t>پہلے ایک کمنٹ پڑھنا چاہیں گے جو کشمیر سے حامد اللہ حمید صاحب نے بھیجا ہے۔ انہوں نے لکھا ہے: "1050 قرآن۔</w:t>
      </w:r>
    </w:p>
    <w:p>
      <w:r>
        <w:rPr>
          <w:b/>
        </w:rPr>
        <w:t xml:space="preserve">[44:47] </w:t>
      </w:r>
      <w:r>
        <w:t>Around 2800 leaflets, booklets, and 300 Quran were distributed at the Tulip Garden. Kashmir team is distributing literature daily among tourists at large scale.</w:t>
      </w:r>
    </w:p>
    <w:p>
      <w:pPr>
        <w:jc w:val="right"/>
      </w:pPr>
      <w:r>
        <w:t>Around 2800 leaflets, booklets, and 300 قرآن were distributed at the Tulip Garden. Kashmir team is distributing literature daily among tourists at large scale.</w:t>
      </w:r>
    </w:p>
    <w:p>
      <w:r>
        <w:rPr>
          <w:b/>
        </w:rPr>
        <w:t xml:space="preserve">[45:00] </w:t>
      </w:r>
      <w:r>
        <w:t>Quran has also been made available at Khanka-e-Mawalla, which is a historical place and visited by many foreigners. Peace in Kashmir and dawn over Kashmir, and hundreds of Quran and other literature have been distributed at famous shrine Sheikhol Alam Cherar Sharif.</w:t>
      </w:r>
    </w:p>
    <w:p>
      <w:pPr>
        <w:jc w:val="right"/>
      </w:pPr>
      <w:r>
        <w:t>Quran has also been made available at Khanka-e-Mawalla, which is a historical place and visited by many foreigners. Peace in Kashmir and dawn over Kashmir, and hundreds of Quran and other literature have been distributed at famous shrine Sheikhol Alam Cherar Sharif.</w:t>
      </w:r>
    </w:p>
    <w:p>
      <w:r>
        <w:rPr>
          <w:b/>
        </w:rPr>
        <w:t xml:space="preserve">[45:19] </w:t>
      </w:r>
      <w:r>
        <w:t>Also in the yearly magazine which is titled "Bairam" of 2013 and 2014, which is published by Government Boys Higher Secondary School Birwa, Maulana's article titled "Root Cause of Terrorism and Its Solution" has been carried on page number 6 and page number 7.</w:t>
      </w:r>
    </w:p>
    <w:p>
      <w:pPr>
        <w:jc w:val="right"/>
      </w:pPr>
      <w:r>
        <w:t>Also in the yearly magazine which is titled "Bairam" of 2013 and 2014, which is published by Government Boys Higher Secondary School Birwa, Maulana's article titled "Root Cause of Terrorism and Its Solution" has been carried on page number 6 and page number 7.</w:t>
      </w:r>
    </w:p>
    <w:p>
      <w:r>
        <w:rPr>
          <w:b/>
        </w:rPr>
        <w:t xml:space="preserve">[45:42] </w:t>
      </w:r>
      <w:r>
        <w:t>Yesterday we have kept Quran in all the 80 rooms of Hotel Shah Abbas, which is a three-star hotel on the banks of Dal Lake Srinagar.</w:t>
      </w:r>
    </w:p>
    <w:p>
      <w:pPr>
        <w:jc w:val="right"/>
      </w:pPr>
      <w:r>
        <w:t>Yesterday we have kept Quran in all the 80 rooms of Hotel Shah Abbas, which is a three-star hotel on the banks of Dal Lake Srinagar.</w:t>
      </w:r>
    </w:p>
    <w:p>
      <w:r>
        <w:rPr>
          <w:b/>
        </w:rPr>
        <w:t xml:space="preserve">[45:52] </w:t>
      </w:r>
      <w:r>
        <w:t>And today the Kashmir Dawah teams are doing a drive at Pahalgam and Gulmark."</w:t>
      </w:r>
    </w:p>
    <w:p>
      <w:pPr>
        <w:jc w:val="right"/>
      </w:pPr>
      <w:r>
        <w:t>And today the Kashmir Dawah teams are doing a drive at Pahalgam and Gulmark."</w:t>
      </w:r>
    </w:p>
    <w:p>
      <w:r>
        <w:rPr>
          <w:b/>
        </w:rPr>
        <w:t xml:space="preserve">[46:01] </w:t>
      </w:r>
      <w:r>
        <w:t>Masha Allah. Maulana, agla jo sawal hai woh Pakistan se aaya hai Aamir bin Yusuf sahib ka. unhon ne likha hai: "Dunya ki kamyabi mein sakina ka kya role hai?" Maulana, is ko wazeh karen.</w:t>
      </w:r>
    </w:p>
    <w:p>
      <w:pPr>
        <w:jc w:val="right"/>
      </w:pPr>
      <w:r>
        <w:t>ماشاءاللہ۔ مولانا، اگلا جو سوال ہے وہ پاکستان سے آیا ہے عامر بن یوسف صاحب کا۔ انہوں نے لکھا ہے: "دنیا کی کامیابی میں سکینہ کا کیا رول ہے؟" مولانا، اس کو واضح کریں۔</w:t>
      </w:r>
    </w:p>
    <w:p>
      <w:r>
        <w:rPr>
          <w:b/>
        </w:rPr>
        <w:t xml:space="preserve">[46:19] </w:t>
      </w:r>
      <w:r>
        <w:t>Dunya ki kamyabi musalman ki manzil hi nahi hai. Dunya mein faqat zaroorat manzil hai musalman ki. yeh bohat bada dhoka hai jis ko kehte hain falah daren.</w:t>
      </w:r>
    </w:p>
    <w:p>
      <w:pPr>
        <w:jc w:val="right"/>
      </w:pPr>
      <w:r>
        <w:t>دنیا کی کامیابی مسلمان کی منزل ہی نہیں ہے۔ دنیا میں فقط ضرورت منزل ہے مسلمان کی۔ یہ بہت بڑا دھوکہ ہے جس کو کہتے ہیں فلاح دارین۔</w:t>
      </w:r>
    </w:p>
    <w:p>
      <w:r>
        <w:rPr>
          <w:b/>
        </w:rPr>
        <w:t xml:space="preserve">[46:33] </w:t>
      </w:r>
      <w:r>
        <w:t>Falah dunya, yeh musalmanon ka eejad kardah hai.</w:t>
      </w:r>
    </w:p>
    <w:p>
      <w:pPr>
        <w:jc w:val="right"/>
      </w:pPr>
      <w:r>
        <w:t>فلاح الدین دنیا، یہ مسلمانوں کا ایجاد کردہ ہے۔</w:t>
      </w:r>
    </w:p>
    <w:p>
      <w:r>
        <w:rPr>
          <w:b/>
        </w:rPr>
        <w:t xml:space="preserve">[46:40] </w:t>
      </w:r>
      <w:r>
        <w:t>Dunya mein aap ko kam par razi hona padega. Simple life par razi hona padega. Faqat zaroorat par razi hona padega. Warna aap jo duty hai, duty, shahadat haq ki aur dawat Allah ki, woh duty aap anjam nahi de sakte.</w:t>
      </w:r>
    </w:p>
    <w:p>
      <w:pPr>
        <w:jc w:val="right"/>
      </w:pPr>
      <w:r>
        <w:t>دنیا میں آپ کو کم پر راضی ہونا پڑے گا۔ Simple life پر راضی ہونا پڑے گا۔ فقط ضرورت پر راضی ہونا پڑے گا۔ ورنہ آپ جو ڈیوٹی ہے، ڈیوٹی، شہادت حق کی اور دعوت اللہ کی، وہ ڈیوٹی آپ انجام نہیں دے سکتے۔</w:t>
      </w:r>
    </w:p>
    <w:p>
      <w:r>
        <w:rPr>
          <w:b/>
        </w:rPr>
        <w:t xml:space="preserve">[46:56] </w:t>
      </w:r>
      <w:r>
        <w:t>Khali apni family ke liye jeeyenge aur family ke liye marenge. log kamate hain, bas family par kharch karte hain. yeh to haram se zyada buri cheez hai yeh.</w:t>
      </w:r>
    </w:p>
    <w:p>
      <w:pPr>
        <w:jc w:val="right"/>
      </w:pPr>
      <w:r>
        <w:t>خالی اپنی فیملی کے لیے جئیں گے اور فیملی کے لیے مریں گے۔ لوگ کماتے ہیں، بس فیملی پر خرچ کرتے ہیں۔ یہ تو حرام سے زیادہ بری چیز ہے یہ۔</w:t>
      </w:r>
    </w:p>
    <w:p>
      <w:r>
        <w:rPr>
          <w:b/>
        </w:rPr>
        <w:t xml:space="preserve">[47:06] </w:t>
      </w:r>
      <w:r>
        <w:t>Yaad rakhiye. yeh kama kama kar family par kharch karna, yeh haram se zyada bura hai yeh. aap kamaiye aur faqat zaroorat apne liye, baqi sab dawah ke kaam ke liye.</w:t>
      </w:r>
    </w:p>
    <w:p>
      <w:pPr>
        <w:jc w:val="right"/>
      </w:pPr>
      <w:r>
        <w:t>یاد رکھیے۔ یہ کما کما کر فیملی پر خرچ کرنا، یہ حرام سے زیادہ برا ہے یہ۔ آپ کمائیے اور فقط ضرورت اپنے لیے، باقی سب دعوت کے کام کے لیے۔</w:t>
      </w:r>
    </w:p>
    <w:p>
      <w:r>
        <w:rPr>
          <w:b/>
        </w:rPr>
        <w:t xml:space="preserve">[47:22] </w:t>
      </w:r>
      <w:r>
        <w:t>Yusallun ka mawad yunfiqun qul al-afiyah. yaani apni kamai mein se faqat zaroorat apne liye lo. baqi sab dawah ke aur shahadat ke liye, Allah ke mission ke liye kharch karo.</w:t>
      </w:r>
    </w:p>
    <w:p>
      <w:pPr>
        <w:jc w:val="right"/>
      </w:pPr>
      <w:r>
        <w:t>یصلون کا موضع ینفقون قل العافیہ۔ یعنی اپنی کمائی میں سے فقط ضرورت اپنے لیے لو۔ باقی سب دعوت کے اور شہادت کے لیے، اللہ کے مشن کے لیے خرچ کرو۔</w:t>
      </w:r>
    </w:p>
    <w:p>
      <w:r>
        <w:rPr>
          <w:b/>
        </w:rPr>
        <w:t xml:space="preserve">[47:36] </w:t>
      </w:r>
      <w:r>
        <w:t>Baqi jo musalmanon ne khud se bana rakha hai, woh musalmanon ka apna deen hai. woh apna Self-instilled deen hai.</w:t>
      </w:r>
    </w:p>
    <w:p>
      <w:pPr>
        <w:jc w:val="right"/>
      </w:pPr>
      <w:r>
        <w:t>باقی جو مسلمانوں نے خود سے بنا رکھا ہے، وہ مسلمانوں کا اپنا دین ہے۔ وہ اپنا Self-instilled دین ہے۔</w:t>
      </w:r>
    </w:p>
    <w:p>
      <w:r>
        <w:rPr>
          <w:b/>
        </w:rPr>
        <w:t xml:space="preserve">[47:45] </w:t>
      </w:r>
      <w:r>
        <w:t>Unhon ne Invent kar rakha hai. woh Allah ke haan accepted nahi hai woh.</w:t>
      </w:r>
    </w:p>
    <w:p>
      <w:pPr>
        <w:jc w:val="right"/>
      </w:pPr>
      <w:r>
        <w:t>انہوں نے Invent کر رکھا ہے۔ وہ اللہ کے ہاں Accepted نہیں ہے وہ۔</w:t>
      </w:r>
    </w:p>
    <w:p>
      <w:r>
        <w:rPr>
          <w:b/>
        </w:rPr>
        <w:t xml:space="preserve">[47:50] </w:t>
      </w:r>
      <w:r>
        <w:t>Maulana, agla jo sawal hai woh Khawaja Kaleemuddin sahib ne kiya hai Pennsylvania se. unhon ne likha hai: "Maulana sahib, The CPS USA and CPS Pakistan has formed a joint discussion group last month.</w:t>
      </w:r>
    </w:p>
    <w:p>
      <w:pPr>
        <w:jc w:val="right"/>
      </w:pPr>
      <w:r>
        <w:t>مولانا، اگلا جو سوال ہے وہ خواجہ کلیم الدین صاحب نے کیا ہے پینسلونیا سے۔ انہوں نے لکھا ہے: "مولانا صاحب، The CPS USA and CPS Pakistan has formed a joint discussion group last month.</w:t>
      </w:r>
    </w:p>
    <w:p>
      <w:r>
        <w:rPr>
          <w:b/>
        </w:rPr>
        <w:t xml:space="preserve">[48:07] </w:t>
      </w:r>
      <w:r>
        <w:t>We decided that we will meet on international conference call on the last Sunday of every month.</w:t>
      </w:r>
    </w:p>
    <w:p>
      <w:pPr>
        <w:jc w:val="right"/>
      </w:pPr>
      <w:r>
        <w:t>We decided that we will meet on international conference call on the last Sunday of every month.</w:t>
      </w:r>
    </w:p>
    <w:p>
      <w:r>
        <w:rPr>
          <w:b/>
        </w:rPr>
        <w:t xml:space="preserve">[48:15] </w:t>
      </w:r>
      <w:r>
        <w:t>We have agreed that every participant member would have studied the Al-Risalah of the month before the scheduled meeting and then described the lessons drawn from the articles.</w:t>
      </w:r>
    </w:p>
    <w:p>
      <w:pPr>
        <w:jc w:val="right"/>
      </w:pPr>
      <w:r>
        <w:t>We have agreed that every participant member would have studied the Al-Risalah of the month before the scheduled meeting and then described the lessons drawn from the articles.</w:t>
      </w:r>
    </w:p>
    <w:p>
      <w:r>
        <w:rPr>
          <w:b/>
        </w:rPr>
        <w:t xml:space="preserve">[48:27] </w:t>
      </w:r>
      <w:r>
        <w:t>Maulana sahib, we have just hours back concluded our second meeting. One of the highlights of today's discussion was that one of the participants brought up a point while discussing the article "Maazi or Hal" of April issue of Al-Risalah.</w:t>
      </w:r>
    </w:p>
    <w:p>
      <w:pPr>
        <w:jc w:val="right"/>
      </w:pPr>
      <w:r>
        <w:t>مولانا صاحب، we have just hours back concluded our second meeting. One of the highlights of today's discussion was that one of the participants brought up a point while discussing the article "Maazi or Hal" of April issue of Al-Risalah.</w:t>
      </w:r>
    </w:p>
    <w:p>
      <w:r>
        <w:rPr>
          <w:b/>
        </w:rPr>
        <w:t xml:space="preserve">[48:46] </w:t>
      </w:r>
      <w:r>
        <w:t>In this article you said that many Muslim groups and its leaders had failed in their objective in spite of their long existence.</w:t>
      </w:r>
    </w:p>
    <w:p>
      <w:pPr>
        <w:jc w:val="right"/>
      </w:pPr>
      <w:r>
        <w:t>In this article you said that many Muslim groups and its leaders had failed in their objective in spite of their long existence.</w:t>
      </w:r>
    </w:p>
    <w:p>
      <w:r>
        <w:rPr>
          <w:b/>
        </w:rPr>
        <w:t xml:space="preserve">[48:57] </w:t>
      </w:r>
      <w:r>
        <w:t>Then the question arised that the same can be said about Al-Risalah mission also. It has been in existence for the last sixty plus years.</w:t>
      </w:r>
    </w:p>
    <w:p>
      <w:pPr>
        <w:jc w:val="right"/>
      </w:pPr>
      <w:r>
        <w:t>Then the question arised that the same can be said about Al-Risalah mission also. It has been in existence for the last sixty plus years.</w:t>
      </w:r>
    </w:p>
    <w:p>
      <w:r>
        <w:rPr>
          <w:b/>
        </w:rPr>
        <w:t xml:space="preserve">[49:07] </w:t>
      </w:r>
      <w:r>
        <w:t>It has not become a well-known jamaat among Muslims. After the discussion on it, it has been concluded that the success of any group should not be seen in terms of its popularity but the achievement of its stated goals.</w:t>
      </w:r>
    </w:p>
    <w:p>
      <w:pPr>
        <w:jc w:val="right"/>
      </w:pPr>
      <w:r>
        <w:t>It has not become a well-known جماعت among Muslims. After the discussion on it, it has been concluded that the success of any group should not be seen in terms of its popularity but the achievement of its stated goals.</w:t>
      </w:r>
    </w:p>
    <w:p>
      <w:r>
        <w:rPr>
          <w:b/>
        </w:rPr>
        <w:t xml:space="preserve">[49:24] </w:t>
      </w:r>
      <w:r>
        <w:t>For example, the stated goals of other groups were establishment of Khilafah or implementation of Sharia and so on.</w:t>
      </w:r>
    </w:p>
    <w:p>
      <w:pPr>
        <w:jc w:val="right"/>
      </w:pPr>
      <w:r>
        <w:t>For example, the stated goals of other groups were establishment of Khilafah or implementation of Sharia and so on.</w:t>
      </w:r>
    </w:p>
    <w:p>
      <w:r>
        <w:rPr>
          <w:b/>
        </w:rPr>
        <w:t xml:space="preserve">[49:34] </w:t>
      </w:r>
      <w:r>
        <w:t>All of these groups, in spite of their popularity world over, they utterly failed in achieving their stated goals. On the other hand, the stated objective of Al-Risalah mission is to bring about people of divine personality, Rabbani-un.</w:t>
      </w:r>
    </w:p>
    <w:p>
      <w:pPr>
        <w:jc w:val="right"/>
      </w:pPr>
      <w:r>
        <w:t>All of these groups, in spite of their popularity world over, they utterly failed in achieving their stated goals. On the other hand, the stated objective of Al-Risalah mission is to bring about people of divine personality, Rabbani-un.</w:t>
      </w:r>
    </w:p>
    <w:p>
      <w:r>
        <w:rPr>
          <w:b/>
        </w:rPr>
        <w:t xml:space="preserve">[49:52] </w:t>
      </w:r>
      <w:r>
        <w:t>It can be said without any iota of doubt that every person who joined the mission witnessed that he or she has been experiencing a positive sea change in their personality.</w:t>
      </w:r>
    </w:p>
    <w:p>
      <w:pPr>
        <w:jc w:val="right"/>
      </w:pPr>
      <w:r>
        <w:t>It can be said without any iota of doubt that every person who joined the mission witnessed that he or she has been experiencing a positive sea change in their personality.</w:t>
      </w:r>
    </w:p>
    <w:p>
      <w:r>
        <w:rPr>
          <w:b/>
        </w:rPr>
        <w:t xml:space="preserve">[50:05] </w:t>
      </w:r>
      <w:r>
        <w:t>The measure or proof of this change is everyone's experiencing a Solis, Sakinah, in his or her personality after studying the literature produced by this mission.</w:t>
      </w:r>
    </w:p>
    <w:p>
      <w:pPr>
        <w:jc w:val="right"/>
      </w:pPr>
      <w:r>
        <w:t>The measure or proof of this change is everyone's experiencing a Solis, Sakinah, in his or her personality after studying the literature produced by this mission.</w:t>
      </w:r>
    </w:p>
    <w:p>
      <w:r>
        <w:rPr>
          <w:b/>
        </w:rPr>
        <w:t xml:space="preserve">[50:18] </w:t>
      </w:r>
      <w:r>
        <w:t>This is undoubtedly an immediate success and if God willing, the far success is not far. Maulana, please comment on this.</w:t>
      </w:r>
    </w:p>
    <w:p>
      <w:pPr>
        <w:jc w:val="right"/>
      </w:pPr>
      <w:r>
        <w:t>This is undoubtedly an immediate success and if God willing, the far success is not far. مولانا، please comment on this.</w:t>
      </w:r>
    </w:p>
    <w:p>
      <w:r>
        <w:rPr>
          <w:b/>
        </w:rPr>
        <w:t xml:space="preserve">[50:30] </w:t>
      </w:r>
      <w:r>
        <w:t>Dekhiye, doosre log jo hain, woh un ka jo target hota hai, us ke lihaaz se un ko judge kiya jayega. Hamara jo target hai, us ke lihaaz se hum ko judge kijiye.</w:t>
      </w:r>
    </w:p>
    <w:p>
      <w:pPr>
        <w:jc w:val="right"/>
      </w:pPr>
      <w:r>
        <w:t>دیکھیے، دوسرے لوگ جو ہیں، وہ ان کا جو ٹارگٹ ہوتا ہے، اس کے لحاظ سے ان کو judge کیا جائے گا۔ ہمارا جو ٹارگٹ ہے، اس کے لحاظ سے ہم کو judge کیجیے۔</w:t>
      </w:r>
    </w:p>
    <w:p>
      <w:r>
        <w:rPr>
          <w:b/>
        </w:rPr>
        <w:t xml:space="preserve">[50:41] </w:t>
      </w:r>
      <w:r>
        <w:t>Un ka target hai, yaani un ka target hai government banana, hukoomat qaim karna.</w:t>
      </w:r>
    </w:p>
    <w:p>
      <w:pPr>
        <w:jc w:val="right"/>
      </w:pPr>
      <w:r>
        <w:t>ان کا ٹارگٹ ہے، یعنی ان کا ٹارگٹ ہے government بنانا، حکومت قائم کرنا۔</w:t>
      </w:r>
    </w:p>
    <w:p>
      <w:r>
        <w:rPr>
          <w:b/>
        </w:rPr>
        <w:t xml:space="preserve">[50:53] </w:t>
      </w:r>
      <w:r>
        <w:t>To woh kai so saal se yeh target chal raha hai, aaj tak kuch hua nahin. Hamara target yeh nahin hai. Hamara target sirf yeh hai ke apni islaah aur doosron tak message pohanchana.</w:t>
      </w:r>
    </w:p>
    <w:p>
      <w:pPr>
        <w:jc w:val="right"/>
      </w:pPr>
      <w:r>
        <w:t>تو وہ کئی سو سال سے یہ ٹارگٹ چل رہا ہے، آج تک کچھ ہوا نہیں۔ ہمارا ٹارگٹ یہ ہے ہی نہیں۔ ہمارا ٹارگٹ صرف یہ ہے کہ اپنی اصلاح اور دوسروں تک message پہنچانا۔</w:t>
      </w:r>
    </w:p>
    <w:p>
      <w:r>
        <w:rPr>
          <w:b/>
        </w:rPr>
        <w:t xml:space="preserve">[51:08] </w:t>
      </w:r>
      <w:r>
        <w:t>To Allah ke fazl se hum apne target mein kaamyaab samajhte hain apne aap ko. Ke apni islaah mein bhi hamare log lage hue hain aur saath saath woh mission doosron tak pohanchate hain.</w:t>
      </w:r>
    </w:p>
    <w:p>
      <w:pPr>
        <w:jc w:val="right"/>
      </w:pPr>
      <w:r>
        <w:t>تو اللہ کے فضل سے ہم اپنے ٹارگٹ میں کامیاب سمجھتے ہیں اپنے آپ کو۔ کہ اپنی اصلاح میں بھی ہمارے لوگ لگے ہوئے ہیں اور ساتھ ساتھ وہ mission دوسروں تک پہنچاتے ہیں۔</w:t>
      </w:r>
    </w:p>
    <w:p>
      <w:r>
        <w:rPr>
          <w:b/>
        </w:rPr>
        <w:t xml:space="preserve">[51:19] </w:t>
      </w:r>
      <w:r>
        <w:t>Jaise aap ne suna Kashmir ki report. To hum apne target ko Allah ke fazl se poora kar pa rahe hain. Doosron logon ka target hai, woh un ko poora nahin kar pa rahe.</w:t>
      </w:r>
    </w:p>
    <w:p>
      <w:pPr>
        <w:jc w:val="right"/>
      </w:pPr>
      <w:r>
        <w:t>جیسے آپ نے سنا کشمیر کی رپورٹ۔ تو ہم اپنے ٹارگٹ کو اللہ کے فضل سے پورا کر پا رہے ہیں۔ دوسروں لوگوں کا ٹارگٹ ہے، وہ ان کو پورا نہیں کر پا رہے۔</w:t>
      </w:r>
    </w:p>
    <w:p>
      <w:r>
        <w:rPr>
          <w:b/>
        </w:rPr>
        <w:t xml:space="preserve">[51:31] </w:t>
      </w:r>
      <w:r>
        <w:t>To woh, woh, woh un ko hum keh sakte hain ke woh nakaam hain. Hum apne ko nakaam nahin samajhte. Kyun ke hamara target alag hai. Hum apne target lihaaz se apne ko nakaam nahin samajhte.</w:t>
      </w:r>
    </w:p>
    <w:p>
      <w:pPr>
        <w:jc w:val="right"/>
      </w:pPr>
      <w:r>
        <w:t>تو وہ، وہ، وہ ان کو ہم کہہ سکتے ہیں کہ وہ ناکام ہیں۔ ہم اپنے کو ناکام نہیں سمجھتے۔ کیونکہ ہمارا ٹارگٹ الگ ہے۔ ہم اپنے ٹارگٹ لحاظ سے اپنے کو ناکام نہیں سمجھتے۔</w:t>
      </w:r>
    </w:p>
    <w:p>
      <w:r>
        <w:rPr>
          <w:b/>
        </w:rPr>
        <w:t xml:space="preserve">[51:42] </w:t>
      </w:r>
      <w:r>
        <w:t>Aur woh to hum keh sakte hain ke nakaam hain yeh log. Ke woh kai so saal beet gaye to aaj tak hukoomat qaim nahin hui. Na be-shumaar log, hazaron hazaron Musalman mar gaye isi mein.</w:t>
      </w:r>
    </w:p>
    <w:p>
      <w:pPr>
        <w:jc w:val="right"/>
      </w:pPr>
      <w:r>
        <w:t>اور وہ تو ہم کہہ سکتے ہیں کہ ناکام ہیں یہ لوگ۔ کہ وہ کئی سو سال بیت گئے تو آج تک حکومت قائم نہیں ہوئی۔ نہ بے شمار لوگ، ہزاروں ہزاروں مسلمان مر گئے اسی میں۔</w:t>
      </w:r>
    </w:p>
    <w:p>
      <w:r>
        <w:rPr>
          <w:b/>
        </w:rPr>
        <w:t xml:space="preserve">[51:54] </w:t>
      </w:r>
      <w:r>
        <w:t>Jee. Baat clear hai? Bilkul clear hai Maulana, sahi hai Maulana. Maulana, agla sawal Pakistan se kya hai Tariq Badar Sahab ne.</w:t>
      </w:r>
    </w:p>
    <w:p>
      <w:pPr>
        <w:jc w:val="right"/>
      </w:pPr>
      <w:r>
        <w:t>جی۔ بات clear ہے؟ بالکل clear ہے مولانا، صحیح ہے مولانا۔ مولانا، اگلا سوال پاکستان سے کیا ہے طارق بدر صاحب نے۔</w:t>
      </w:r>
    </w:p>
    <w:p>
      <w:r>
        <w:rPr>
          <w:b/>
        </w:rPr>
        <w:t xml:space="preserve">[52:03] </w:t>
      </w:r>
      <w:r>
        <w:t>Unhon ne likha hai:</w:t>
      </w:r>
    </w:p>
    <w:p>
      <w:pPr>
        <w:jc w:val="right"/>
      </w:pPr>
      <w:r>
        <w:t>انہوں نے لکھا ہے:</w:t>
      </w:r>
    </w:p>
    <w:p>
      <w:r>
        <w:rPr>
          <w:b/>
        </w:rPr>
        <w:t xml:space="preserve">[52:08] </w:t>
      </w:r>
      <w:r>
        <w:t>"Surah Al-Baqarah ki jo doosri ayat hai, it says that guidance is for muttaqeen and meaning of muttaqeen is God fearing people.</w:t>
      </w:r>
    </w:p>
    <w:p>
      <w:pPr>
        <w:jc w:val="right"/>
      </w:pPr>
      <w:r>
        <w:t>"سورہ البقرہ کی جو دوسری آیت ہے، it says that guidance is for متقین and meaning of متقین is God fearing people.</w:t>
      </w:r>
    </w:p>
    <w:p>
      <w:r>
        <w:rPr>
          <w:b/>
        </w:rPr>
        <w:t xml:space="preserve">[52:20] </w:t>
      </w:r>
      <w:r>
        <w:t>In that case, if someone is not God fearing aur may not be a Muslim aur atheist, then is Quran a book of guidance for him?" Is ke bare mein bataein.</w:t>
      </w:r>
    </w:p>
    <w:p>
      <w:pPr>
        <w:jc w:val="right"/>
      </w:pPr>
      <w:r>
        <w:t>In that case, if someone is not God fearing اور may not be a مسلم اور atheist, then is قرآن a book of guidance for him؟" اس کے بارے میں بتائیں۔</w:t>
      </w:r>
    </w:p>
    <w:p>
      <w:r>
        <w:rPr>
          <w:b/>
        </w:rPr>
        <w:t xml:space="preserve">[52:33] </w:t>
      </w:r>
      <w:r>
        <w:t>Nahin dekhiye, muttaqi ka matlab yahan hai wohi jis ko hum kehte hain sincerity. Yaani sincerity jis ke andar hogi, us ko hidayat milegi.</w:t>
      </w:r>
    </w:p>
    <w:p>
      <w:pPr>
        <w:jc w:val="right"/>
      </w:pPr>
      <w:r>
        <w:t>نہیں دیکھیے، متقی کا مطلب یہاں ہے وہی جس کو ہم کہتے ہیں sincerity۔ یعنی sincerity جس کے اندر ہوگی، اس کو ہدایت ملے گی۔</w:t>
      </w:r>
    </w:p>
    <w:p>
      <w:r>
        <w:rPr>
          <w:b/>
        </w:rPr>
        <w:t xml:space="preserve">[52:46] </w:t>
      </w:r>
      <w:r>
        <w:t>Us ke bare mein hum likh chuke hain ke yahan jo cheez murad hai, woh sincerity hai. Agar sincerity nahin hai to Quran se aap ko koi guidance nahin milegi.</w:t>
      </w:r>
    </w:p>
    <w:p>
      <w:pPr>
        <w:jc w:val="right"/>
      </w:pPr>
      <w:r>
        <w:t>اس کے بارے میں ہم لکھ چکے ہیں کہ یہاں جو چیز مراد ہے، وہ sincerity ہے۔ اگر sincerity نہیں ہے تو قرآن سے آپ کو کوئی guidance نہیں ملے گی۔</w:t>
      </w:r>
    </w:p>
    <w:p>
      <w:r>
        <w:rPr>
          <w:b/>
        </w:rPr>
        <w:t xml:space="preserve">[52:58] </w:t>
      </w:r>
      <w:r>
        <w:t>Yeh matlab hai is ka. Tazkir-ul-Quran jo tafseer hai hamari, us ko padh lijiyega. To sincerity shart hai Quran se hidayat lene ke liye.</w:t>
      </w:r>
    </w:p>
    <w:p>
      <w:pPr>
        <w:jc w:val="right"/>
      </w:pPr>
      <w:r>
        <w:t>یہ مطلب ہے اس کا۔ تذکر القرآن جو تفسیر ہے ہماری، اس کو پڑھ لیجیے۔ تو sincerity شرط ہے قرآن سے ہدایت لینے کے لیے۔</w:t>
      </w:r>
    </w:p>
    <w:p>
      <w:r>
        <w:rPr>
          <w:b/>
        </w:rPr>
        <w:t xml:space="preserve">[53:10] </w:t>
      </w:r>
      <w:r>
        <w:t>Sincerity ka matlab yeh hai ke aadmi seeker ho. Aadmi dalail par tawajjuh deta ho. Aadmi</w:t>
      </w:r>
    </w:p>
    <w:p>
      <w:pPr>
        <w:jc w:val="right"/>
      </w:pPr>
      <w:r>
        <w:t>Sincerity کا مطلب یہ ہے کہ آدمی seeker ہو۔ آدمی دلائل پر توجہ دیتا ہو۔ آدمی</w:t>
      </w:r>
    </w:p>
    <w:p>
      <w:r>
        <w:rPr>
          <w:b/>
        </w:rPr>
        <w:t xml:space="preserve">[53:22] </w:t>
      </w:r>
      <w:r>
        <w:t>Sach much chahta ho, seriously ke sachai kya hai, haqeeqat kya hai, meri zindagi ka goal kya hai, main kyun paida hua hoon, marne ke baad kya, marne se pehle kya, in sawalat ke bare mein jo aadmi waqe'i sanjeeda hoga,</w:t>
      </w:r>
    </w:p>
    <w:p>
      <w:pPr>
        <w:jc w:val="right"/>
      </w:pPr>
      <w:r>
        <w:t>سچ مچ چاہتا ہو، seriously کہ سچائی کیا ہے، حقیقت کیا ہے، میری زندگی کا goal کیا ہے، میں کیوں پیدا ہوا ہوں، مرنے کے بعد کیا، مرنے سے پہلے کیا، ان سوالات کے بارے میں جو آدمی واقعتا سنجیدہ ہوگا،</w:t>
      </w:r>
    </w:p>
    <w:p>
      <w:r>
        <w:rPr>
          <w:b/>
        </w:rPr>
        <w:t xml:space="preserve">[53:40] </w:t>
      </w:r>
      <w:r>
        <w:t>Us ko zaroor sachai, us ko zaroor hidayat milegi. Nahin to nahin milegi.</w:t>
      </w:r>
    </w:p>
    <w:p>
      <w:pPr>
        <w:jc w:val="right"/>
      </w:pPr>
      <w:r>
        <w:t>اس کو ضرور سچائی، اس کو ضرور ہدایت ملے گی۔ نہیں تو نہیں ملے گی۔</w:t>
      </w:r>
    </w:p>
    <w:p>
      <w:r>
        <w:rPr>
          <w:b/>
        </w:rPr>
        <w:t xml:space="preserve">[53:48] </w:t>
      </w:r>
      <w:r>
        <w:t>Maulana, un ka ek aur sawal hai. Unhon ne refer karaya hai Al-Baqarah ki teesri ayat ko aur unhon ne likha hai ke is mein criteria of guidance diya gaya hai.</w:t>
      </w:r>
    </w:p>
    <w:p>
      <w:pPr>
        <w:jc w:val="right"/>
      </w:pPr>
      <w:r>
        <w:t>مولانا، ان کا ایک اور سوال ہے۔ انہوں نے refer کرایا ہے البقرہ کی تیسری آیت کو اور انہوں نے لکھا ہے کہ اس میں criteria of guidance دیا گیا ہے۔</w:t>
      </w:r>
    </w:p>
    <w:p>
      <w:r>
        <w:rPr>
          <w:b/>
        </w:rPr>
        <w:t xml:space="preserve">[53:59] </w:t>
      </w:r>
      <w:r>
        <w:t>Where it is mentioned that who believe in the unseen and are steadfast in prayer and spend out of what we have provided them with۔</w:t>
      </w:r>
    </w:p>
    <w:p>
      <w:pPr>
        <w:jc w:val="right"/>
      </w:pPr>
      <w:r>
        <w:t>Where it is mentioned that who believe in the unseen and are steadfast in prayer and spend out of what we have provided them with۔</w:t>
      </w:r>
    </w:p>
    <w:p>
      <w:r>
        <w:rPr>
          <w:b/>
        </w:rPr>
        <w:t xml:space="preserve">[54:10] </w:t>
      </w:r>
      <w:r>
        <w:t>to wo aap se ye janna chahte hain ke what is the relation of spending from what God has provided with the guidance</w:t>
      </w:r>
    </w:p>
    <w:p>
      <w:pPr>
        <w:jc w:val="right"/>
      </w:pPr>
      <w:r>
        <w:t>تو وہ آپ سے یہ جاننا چاہتے ہیں کہ what is the relation of spending from what God has provided with the guidance</w:t>
      </w:r>
    </w:p>
    <w:p>
      <w:r>
        <w:rPr>
          <w:b/>
        </w:rPr>
        <w:t xml:space="preserve">[54:18] </w:t>
      </w:r>
      <w:r>
        <w:t>؟ in dono mein kya relation hai? bhai, aap tazkir ul quran pehle parh lijiye. ji. is mein ye baat kam az kam do baar parh lijiye, is ko phir sawal kijiye.</w:t>
      </w:r>
    </w:p>
    <w:p>
      <w:pPr>
        <w:jc w:val="right"/>
      </w:pPr>
      <w:r>
        <w:t>؟ ان دونوں میں کیا relation ہے؟ بھائی، آپ تذکر القرآن پہلے پڑھ لیجیے۔ جی۔ اس میں یہ بات کم از کم دو بار پڑھ لیجیے، اس کو پھر سوال کیجیے۔</w:t>
      </w:r>
    </w:p>
    <w:p>
      <w:r>
        <w:rPr>
          <w:b/>
        </w:rPr>
        <w:t xml:space="preserve">[54:32] </w:t>
      </w:r>
      <w:r>
        <w:t>Maulana, agla sawal Dilli se hai. Jameel Akhtar Sahab ne kiya hai. unho ne likha hai: "koi mazhab sahi hai ya galat? is ke napne ka sahi parameter kya hai?" is ke bare mein batayein.</w:t>
      </w:r>
    </w:p>
    <w:p>
      <w:pPr>
        <w:jc w:val="right"/>
      </w:pPr>
      <w:r>
        <w:t>مولانا، اگلا سوال دلی سے ہے۔ جمیل اختر صاحب نے کیا ہے۔ انہوں نے لکھا ہے: "کوئی مذہب صحیح ہے یا غلط؟ اس کے ناپنے کا صحیح parameter کیا ہے؟" اس کے بارے میں بتائیں۔</w:t>
      </w:r>
    </w:p>
    <w:p>
      <w:r>
        <w:rPr>
          <w:b/>
        </w:rPr>
        <w:t xml:space="preserve">[54:46] </w:t>
      </w:r>
      <w:r>
        <w:t>bhai, Quran hai, bismillah ki hadithien hain. aur to koi doosra to is ka miyar nahi ho sakta. Quran ka gehra mutala, hadithon ka gehra mutala kar ke aap ke andar ek furqan paida hota hai, furqan.</w:t>
      </w:r>
    </w:p>
    <w:p>
      <w:pPr>
        <w:jc w:val="right"/>
      </w:pPr>
      <w:r>
        <w:t>بھئی، قرآن ہے، بسم اللہ کی حدیثیں ہیں۔ اور تو کوئی دوسرا تو اس کا معیار نہیں ہو سکتا۔ قرآن کا گہرا مطالعہ، حدیثوں کا گہرا مطالعہ کر کے آپ کے اندر ایک فرقان پیدا ہوتا ہے، فرقان۔</w:t>
      </w:r>
    </w:p>
    <w:p>
      <w:r>
        <w:rPr>
          <w:b/>
        </w:rPr>
        <w:t xml:space="preserve">[55:03] </w:t>
      </w:r>
      <w:r>
        <w:t>yani pehchan. furqan ka matlab hai ke pehchanne ki salahiyat, ye sahi hai ya galat. is ko phir apply kijiye.</w:t>
      </w:r>
    </w:p>
    <w:p>
      <w:pPr>
        <w:jc w:val="right"/>
      </w:pPr>
      <w:r>
        <w:t>یعنی پہچان۔ فرقان کا مطلب ہے کہ پہچاننے کی صلاحیت، یہ صحیح ہے یا غلط۔ اس کو پھر apply کیجیے۔</w:t>
      </w:r>
    </w:p>
    <w:p>
      <w:r>
        <w:rPr>
          <w:b/>
        </w:rPr>
        <w:t xml:space="preserve">[55:15] </w:t>
      </w:r>
      <w:r>
        <w:t>aur koi doosra tareeqa to hai nahi.</w:t>
      </w:r>
    </w:p>
    <w:p>
      <w:pPr>
        <w:jc w:val="right"/>
      </w:pPr>
      <w:r>
        <w:t>اور کوئی دوسرا طریقہ تو ہے نہیں۔</w:t>
      </w:r>
    </w:p>
    <w:p>
      <w:r>
        <w:rPr>
          <w:b/>
        </w:rPr>
        <w:t xml:space="preserve">[55:20] </w:t>
      </w:r>
      <w:r>
        <w:t>Quran aur Sunnat ke bahar koi criteria nahi hai.</w:t>
      </w:r>
    </w:p>
    <w:p>
      <w:pPr>
        <w:jc w:val="right"/>
      </w:pPr>
      <w:r>
        <w:t>قرآن اور سنت کے باہر کوئی criteria نہیں ہے۔</w:t>
      </w:r>
    </w:p>
    <w:p>
      <w:r>
        <w:rPr>
          <w:b/>
        </w:rPr>
        <w:t xml:space="preserve">[55:26] </w:t>
      </w:r>
      <w:r>
        <w:t>Maulana, agla sawal Dilli se hai. Miss Naghma Siddiqui ka. unho ne likha hai: "Is there any form of worldly success destined for man aur is success only for the hereaf</w:t>
      </w:r>
    </w:p>
    <w:p>
      <w:pPr>
        <w:jc w:val="right"/>
      </w:pPr>
      <w:r>
        <w:t>مولانا، اگلا سوال دلی سے ہے۔ مس نغمہ صدیقی کا۔ انہوں نے لکھا ہے: "Is there any form of worldly success destined for man اور is success only for the hereaf</w:t>
      </w:r>
    </w:p>
    <w:p>
      <w:r>
        <w:rPr>
          <w:b/>
        </w:rPr>
        <w:t xml:space="preserve">[55:41] </w:t>
      </w:r>
      <w:r>
        <w:t>ter؟" dekhiye, dunya ki success ye nahi hai ke aap ke paas bohat paisa ho aur aap ke paas bohat bara ghar ho.</w:t>
      </w:r>
    </w:p>
    <w:p>
      <w:pPr>
        <w:jc w:val="right"/>
      </w:pPr>
      <w:r>
        <w:t>ter؟" دیکھیے، دنیا کی success یہ نہیں ہے کہ آپ کے پاس بہت پیسہ ہو اور آپ کے پاس بہت بڑا گھر ہو۔</w:t>
      </w:r>
    </w:p>
    <w:p>
      <w:r>
        <w:rPr>
          <w:b/>
        </w:rPr>
        <w:t xml:space="preserve">[55:50] </w:t>
      </w:r>
      <w:r>
        <w:t>kyun ke jin logon ke paas ye cheezein hain, wo to tension mein jeete hain, diabetic hote hain, blood pressure un ka barha hua hota hai. dunya ki success ye hai ke aap ke andar contentment ho, qanaat ho.</w:t>
      </w:r>
    </w:p>
    <w:p>
      <w:pPr>
        <w:jc w:val="right"/>
      </w:pPr>
      <w:r>
        <w:t>کیونکہ جن لوگوں کے پاس یہ چیزیں ہیں، وہ تو tension میں جیتے ہیں، diabetic ہوتے ہیں، blood pressure ان کا بڑھا ہوا ہوتا ہے۔ دنیا کی success یہ ہے کہ آپ کے اندر contentment ہو، قناعت ہو۔</w:t>
      </w:r>
    </w:p>
    <w:p>
      <w:r>
        <w:rPr>
          <w:b/>
        </w:rPr>
        <w:t xml:space="preserve">[56:03] </w:t>
      </w:r>
      <w:r>
        <w:t>nahi to kuch bhi nahi. isi Dilli mein jin logon ke paas zyada paisa hai, un ke paas ja ke ek din rahiye aap.</w:t>
      </w:r>
    </w:p>
    <w:p>
      <w:pPr>
        <w:jc w:val="right"/>
      </w:pPr>
      <w:r>
        <w:t>نہیں تو کچھ بھی نہیں۔ اسی دلی میں جن لوگوں کے پاس زیادہ پیسہ ہے، ان کے پاس جا کے ایک دن رہیے آپ۔</w:t>
      </w:r>
    </w:p>
    <w:p>
      <w:r>
        <w:rPr>
          <w:b/>
        </w:rPr>
        <w:t xml:space="preserve">[56:12] </w:t>
      </w:r>
      <w:r>
        <w:t>aap dekhein ke sab se zyada miserable life un ki hoti hai, jin ke paas zyada paisa hai. to dunya ki success ka main samajhta hoon ke jo miyar hai, wo ye hai hi nahi ke kisi ke paas paisa zyada hai.</w:t>
      </w:r>
    </w:p>
    <w:p>
      <w:pPr>
        <w:jc w:val="right"/>
      </w:pPr>
      <w:r>
        <w:t>آپ دیکھیں کہ سب سے زیادہ miserable life ان کی ہوتی ہے، جن کے پاس زیادہ پیسہ ہے۔ تو دنیا کی success کا میں سمجھتا ہوں کہ جو معیار ہے، وہ یہ ہے ہی نہیں کہ کسی کے پاس پیسہ زیادہ ہے۔</w:t>
      </w:r>
    </w:p>
    <w:p>
      <w:r>
        <w:rPr>
          <w:b/>
        </w:rPr>
        <w:t xml:space="preserve">[56:24] </w:t>
      </w:r>
      <w:r>
        <w:t>nahi, is ke paas qanaat hai, wo manage karna janta hai aur wo jo Allah ne is ko diya hai, us par us se raazi hai, wo wo hai kamyab.</w:t>
      </w:r>
    </w:p>
    <w:p>
      <w:pPr>
        <w:jc w:val="right"/>
      </w:pPr>
      <w:r>
        <w:t>نہیں، اس کے پاس قناعت ہے، وہ manage کرنا جانتا ہے اور وہ جو اللہ نے اس کو دیا ہے، اس پر اس سے راضی ہے، وہ وہ ہے کامیاب۔</w:t>
      </w:r>
    </w:p>
    <w:p>
      <w:r>
        <w:rPr>
          <w:b/>
        </w:rPr>
        <w:t xml:space="preserve">[56:40] </w:t>
      </w:r>
      <w:r>
        <w:t>yani abundance jo hai, ye kamyabi ki rah nahi hai. kyun ke jo kisi ke paas bohat zyada hai, wo sab se zyada pareshan hote hain.</w:t>
      </w:r>
    </w:p>
    <w:p>
      <w:pPr>
        <w:jc w:val="right"/>
      </w:pPr>
      <w:r>
        <w:t>یعنی abundance جو ہے، یہ کامیابی کی راہ نہیں ہے۔ کیونکہ جو کسی کے پاس بہت زیادہ ہے، وہ سب سے زیادہ پریشان ہوتے ہیں۔</w:t>
      </w:r>
    </w:p>
    <w:p>
      <w:r>
        <w:rPr>
          <w:b/>
        </w:rPr>
        <w:t xml:space="preserve">[56:50] </w:t>
      </w:r>
      <w:r>
        <w:t>aap ko shaq ho to kisi bhi shakhs ko, jo jo bare uhde par ho, jis ke paas zyada paisa ho, us ke paas ja ke ek din rahiye, bas aap dekhein kitni bari museebat mein hain wo log.</w:t>
      </w:r>
    </w:p>
    <w:p>
      <w:pPr>
        <w:jc w:val="right"/>
      </w:pPr>
      <w:r>
        <w:t>آپ کو شک ہو تو کسی بھی شخص کو، جو جو بڑے عہدے پر ہو، جس کے پاس زیادہ پیسہ ہو، اس کے پاس جا کے ایک دن رہیے، بس آپ دیکھیں کتنی بڑی مصیبت میں ہیں وہ لوگ۔</w:t>
      </w:r>
    </w:p>
    <w:p>
      <w:r>
        <w:rPr>
          <w:b/>
        </w:rPr>
        <w:t xml:space="preserve">[57:01] </w:t>
      </w:r>
      <w:r>
        <w:t>to ye kamyabi ka ye miyar hi galat hai mere nazdeek. ke is ke paas, jis ke paas zyada paisa ho, zyada, jis ke paas fame ho, jis ke paas bare bare ghar hon, wo kamyab hai.</w:t>
      </w:r>
    </w:p>
    <w:p>
      <w:pPr>
        <w:jc w:val="right"/>
      </w:pPr>
      <w:r>
        <w:t>تو یہ کامیابی کا یہ معیار ہی غلط ہے میرے نزدیک۔ کہ اس کے پاس، جس کے پاس زیادہ پیسہ ہو، زیادہ، جس کے پاس fame ہو، جس کے پاس بڑے بڑے گھر ہوں، وہ کامیاب ہے۔</w:t>
      </w:r>
    </w:p>
    <w:p>
      <w:r>
        <w:rPr>
          <w:b/>
        </w:rPr>
        <w:t xml:space="preserve">[57:21] </w:t>
      </w:r>
      <w:r>
        <w:t>main to ab, yani jitne log dekhe hain apni zindagi mein, paisay walay, sab bilkul freshness mein jeete thay. aur jo parha hai, bani kitab hai, wo un ka bhi yahi haal hai.</w:t>
      </w:r>
    </w:p>
    <w:p>
      <w:pPr>
        <w:jc w:val="right"/>
      </w:pPr>
      <w:r>
        <w:t>میں تو اب، یعنی جتنے لوگ دیکھے ہیں اپنی زندگی میں، پیسے والے، سب بالکل freshness میں جیتے تھے۔ اور جو پڑھا ہے، بانی کتاب ہے، وہ ان کا بھی یہی حال ہے۔</w:t>
      </w:r>
    </w:p>
    <w:p>
      <w:r>
        <w:rPr>
          <w:b/>
        </w:rPr>
        <w:t xml:space="preserve">[57:35] </w:t>
      </w:r>
      <w:r>
        <w:t>abhi aap ne dekha hoga, abhi haal mein khabar aayi thi ke eight hundred billion dollar ka ek aadmi America mein, us ne khudkushi kar li.</w:t>
      </w:r>
    </w:p>
    <w:p>
      <w:pPr>
        <w:jc w:val="right"/>
      </w:pPr>
      <w:r>
        <w:t>ابھی آپ نے دیکھا ہوگا، ابھی حال میں خبر آئی تھی کہ eight hundred billion ڈالر کا ایک آدمی امریکہ میں، اس نے خودکشی کر لی۔</w:t>
      </w:r>
    </w:p>
    <w:p>
      <w:r>
        <w:rPr>
          <w:b/>
        </w:rPr>
        <w:t xml:space="preserve">[57:47] </w:t>
      </w:r>
      <w:r>
        <w:t>eight hundred billion dollar to bohat hota hai. aur plus business, wo upar rehta tha, upar kisi story par wahan chhalang laga ke apne ko halak kar liya.</w:t>
      </w:r>
    </w:p>
    <w:p>
      <w:pPr>
        <w:jc w:val="right"/>
      </w:pPr>
      <w:r>
        <w:t>eight hundred billion ڈالر تو بہت ہوتا ہے۔ اور plus business، وہ اوپر رہتا تھا، اوپر کسی story پر وہاں چھلانگ لگا کے اپنے کو ہلاک کر لیا۔</w:t>
      </w:r>
    </w:p>
    <w:p>
      <w:r>
        <w:rPr>
          <w:b/>
        </w:rPr>
        <w:t xml:space="preserve">[58:02] </w:t>
      </w:r>
      <w:r>
        <w:t>kyun ke in ko sukoon nahi hota. abhi Dilli mein khabar aayi thi, Mrs Throd, jo bohat paisa hai is ke paas, bazahir bohat kamyab, us ne hotel mein apne ko goli kha ke apne ko halak kar liya.</w:t>
      </w:r>
    </w:p>
    <w:p>
      <w:pPr>
        <w:jc w:val="right"/>
      </w:pPr>
      <w:r>
        <w:t>کیونکہ ان کو سکون نہیں ہوتا۔ ابھی دلی میں خبر آئی تھی، مسز تھروڈ، جو بہت پیسہ ہے اس کے پاس، بظاہر بہت کامیاب، اس نے ہوٹل میں اپنے کو گولی کھا کے اپنے کو ہلاک کر لیا۔</w:t>
      </w:r>
    </w:p>
    <w:p>
      <w:r>
        <w:rPr>
          <w:b/>
        </w:rPr>
        <w:t xml:space="preserve">[58:18] </w:t>
      </w:r>
      <w:r>
        <w:t>to rozana ki khabrein ye hain. to logon ne jo dunya ki kamyabi ka jo miyar bana rakha hai, wo wahi galat hai. kamyabi ye hai ke aap ko, aap ke peeche aap bind ho, aap ke dil mein sukoon ho,</w:t>
      </w:r>
    </w:p>
    <w:p>
      <w:pPr>
        <w:jc w:val="right"/>
      </w:pPr>
      <w:r>
        <w:t>تو روزانہ کی خبریں یہ ہیں۔ تو لوگوں نے جو دنیا کی کامیابی کا جو معیار بنا رکھا ہے، وہ وہی غلط ہے۔ کامیابی یہ ہے کہ آپ کو، آپ کے پیچھے آپ bind ہو، آپ کے دل میں سکون ہو،</w:t>
      </w:r>
    </w:p>
    <w:p>
      <w:r>
        <w:rPr>
          <w:b/>
        </w:rPr>
        <w:t xml:space="preserve">[58:34] </w:t>
      </w:r>
      <w:r>
        <w:t>aap ki sehat achi ho. ye hai kamyabi. aur wo kamyabi hoti hai in logon ke liye jo simple life par raazi ho jayein, jo baghze zaroorat par raazi ho jayein.</w:t>
      </w:r>
    </w:p>
    <w:p>
      <w:pPr>
        <w:jc w:val="right"/>
      </w:pPr>
      <w:r>
        <w:t>آپ کی صحت اچھی ہو۔ یہ ہے کامیابی۔ اور وہ کامیابی ہوتی ہے ان لوگوں کے لیے جو simple life پر راضی ہو جائیں، جو بغض ضرورت پر راضی ہو جائیں۔</w:t>
      </w:r>
    </w:p>
    <w:p>
      <w:r>
        <w:rPr>
          <w:b/>
        </w:rPr>
        <w:t xml:space="preserve">[58:48] </w:t>
      </w:r>
      <w:r>
        <w:t>warna kuch nahi.</w:t>
      </w:r>
    </w:p>
    <w:p>
      <w:pPr>
        <w:jc w:val="right"/>
      </w:pPr>
      <w:r>
        <w:t>ورنہ کچھ نہیں۔</w:t>
      </w:r>
    </w:p>
    <w:p>
      <w:r>
        <w:rPr>
          <w:b/>
        </w:rPr>
        <w:t xml:space="preserve">[58:49] </w:t>
      </w:r>
      <w:r>
        <w:t>Maulana, agla sawal Dilli se kiya hai Dr Muhammad Talat Zaheer Sahab ne. unho ne likha hai: "How will we differentiate that which target needs دعویٰ and which target needs force aur jahad؟\</w:t>
      </w:r>
    </w:p>
    <w:p>
      <w:pPr>
        <w:jc w:val="right"/>
      </w:pPr>
      <w:r>
        <w:t>مولانا، اگلا سوال دلی سے کیا ہے ڈاکٹر محمد طلعت ظہیر صاحب نے۔ انہوں نے لکھا ہے: "How will we differentiate that which target needs دعویٰ and which target needs force اور جہاد؟</w:t>
      </w:r>
    </w:p>
    <w:p>
      <w:r>
        <w:rPr>
          <w:b/>
        </w:rPr>
        <w:t xml:space="preserve">[59:04] </w:t>
      </w:r>
      <w:r>
        <w:t>If things were possible only through dawa, then why did Prophet of Islam use the force?</w:t>
      </w:r>
    </w:p>
    <w:p>
      <w:pPr>
        <w:jc w:val="right"/>
      </w:pPr>
      <w:r>
        <w:t>If things were possible only through دعویٰ, then why did Prophet of Islam use the force؟"</w:t>
      </w:r>
    </w:p>
    <w:p>
      <w:r>
        <w:rPr>
          <w:b/>
        </w:rPr>
        <w:t xml:space="preserve">[59:12] </w:t>
      </w:r>
      <w:r>
        <w:t>yeh bilkul galat baat hai ke force istemal kiya hukumat qaim karne ke liye. To aap jo kitabein padhi hain, woh galat kitabein padhi hain aap ne. Aap hamari kitabein padhiye aap.</w:t>
      </w:r>
    </w:p>
    <w:p>
      <w:pPr>
        <w:jc w:val="right"/>
      </w:pPr>
      <w:r>
        <w:t>یہ بالکل غلط بات ہے کہ force استعمال کیا حکومت قائم کرنے کے لیے۔ تو آپ جو کتابیں پڑھی ہیں، وہ غلط کتابیں پڑھی ہیں آپ نے۔ آپ ہماری کتابیں پڑھیے آپ۔</w:t>
      </w:r>
    </w:p>
    <w:p>
      <w:r>
        <w:rPr>
          <w:b/>
        </w:rPr>
        <w:t xml:space="preserve">[59:22] </w:t>
      </w:r>
      <w:r>
        <w:t>yeh yeh seerat ki tasweer hi bilkul baseless hai. Aap hamari kitabein hain seerat par, aap padhiye is ko.</w:t>
      </w:r>
    </w:p>
    <w:p>
      <w:pPr>
        <w:jc w:val="right"/>
      </w:pPr>
      <w:r>
        <w:t>یہ یہ سیرت کی تصویر ہی بالکل baseless ہے۔ آپ ہماری کتابیں ہیں سیرت پر، آپ پڑھیے اس کو۔</w:t>
      </w:r>
    </w:p>
    <w:p>
      <w:r>
        <w:rPr>
          <w:b/>
        </w:rPr>
        <w:t xml:space="preserve">[59:32] </w:t>
      </w:r>
      <w:r>
        <w:t>phir sawal kijiye. Yeh jo samajhte hain log ke hukumat Rasool Allah ne taqat istemal kar ke hukumat qaim ki, to bilkul yeh to false picture hai.</w:t>
      </w:r>
    </w:p>
    <w:p>
      <w:pPr>
        <w:jc w:val="right"/>
      </w:pPr>
      <w:r>
        <w:t>پھر سوال کیجیے۔ یہ جو سمجھتے ہیں لوگ کہ حکومت رسول اللہ نے طاقت استعمال کر کے حکومت قائم کی، تو بالکل یہ تو false picture ہے۔</w:t>
      </w:r>
    </w:p>
    <w:p>
      <w:r>
        <w:rPr>
          <w:b/>
        </w:rPr>
        <w:t xml:space="preserve">[59:43] </w:t>
      </w:r>
      <w:r>
        <w:t>yeh sahi to hai nahi. Pehle aap kitabein padhiye, phir sawal kijiye.</w:t>
      </w:r>
    </w:p>
    <w:p>
      <w:pPr>
        <w:jc w:val="right"/>
      </w:pPr>
      <w:r>
        <w:t>یہ صحیح تو ہے نہیں۔ پہلے آپ کتابیں پڑھیے، پھر سوال کیجیے۔</w:t>
      </w:r>
    </w:p>
    <w:p>
      <w:r>
        <w:rPr>
          <w:b/>
        </w:rPr>
        <w:t xml:space="preserve">[59:47] </w:t>
      </w:r>
      <w:r>
        <w:t>Maulana, agla sawal Delhi se kiya hai. Ek Mr Indranil Banerjee hain. Unhone likha hai. Unhone likha hai ke: "There is much of restlessness, lack of time and stress and high-end ambitions.</w:t>
      </w:r>
    </w:p>
    <w:p>
      <w:pPr>
        <w:jc w:val="right"/>
      </w:pPr>
      <w:r>
        <w:t>مولانا، اگلا سوال دلی سے کیا ہے۔ ایک مسٹر اندرانل بینرجی ہیں۔ انہوں نے لکھا ہے۔ انہوں نے لکھا ہے کہ: "There is much of restlessness, lack of time and stress and high-end ambitions.</w:t>
      </w:r>
    </w:p>
    <w:p>
      <w:r>
        <w:rPr>
          <w:b/>
        </w:rPr>
        <w:t xml:space="preserve">[1:00:05] </w:t>
      </w:r>
      <w:r>
        <w:t>Among all this we have corruption, lies, killings, robbery and so on. My question sir is that how can a fresh beginning be made</w:t>
      </w:r>
    </w:p>
    <w:p>
      <w:pPr>
        <w:jc w:val="right"/>
      </w:pPr>
      <w:r>
        <w:t>Among all this we have corruption, lies, killings, robbery and so on. My question sir is that how can a fresh beginning be made</w:t>
      </w:r>
    </w:p>
    <w:p>
      <w:r>
        <w:rPr>
          <w:b/>
        </w:rPr>
        <w:t xml:space="preserve">[1:00:16] </w:t>
      </w:r>
      <w:r>
        <w:t>? Does it need to be political or should it be started by the spiritual group which can spread its root among public? What is your comment on this?" Kya kya jis style ke questions?</w:t>
      </w:r>
    </w:p>
    <w:p>
      <w:pPr>
        <w:jc w:val="right"/>
      </w:pPr>
      <w:r>
        <w:t>? Does it need to be political or should it be started by the spiritual group which can spread its root among public? What is your comment on this?" کیا کیا جس style کے questions؟</w:t>
      </w:r>
    </w:p>
    <w:p>
      <w:r>
        <w:rPr>
          <w:b/>
        </w:rPr>
        <w:t xml:space="preserve">[1:00:30] </w:t>
      </w:r>
      <w:r>
        <w:t>ke jo Maulana itni zyada corruption hai aur stress hai society mein, to is ko kaise change kiya ja sakta hai? Kya political is se is ko change karein ge ya koi spiritual group is ko change karega?</w:t>
      </w:r>
    </w:p>
    <w:p>
      <w:pPr>
        <w:jc w:val="right"/>
      </w:pPr>
      <w:r>
        <w:t>کہ جو مولانا اتنی زیادہ corruption ہے اور stress ہے society میں، تو اس کو کیسے change کیا جا سکتا ہے؟ کیا political اس سے اس کو change کریں گے یا کوئی spiritual group اس کو change کرے گا؟</w:t>
      </w:r>
    </w:p>
    <w:p>
      <w:r>
        <w:rPr>
          <w:b/>
        </w:rPr>
        <w:t xml:space="preserve">[1:00:43] </w:t>
      </w:r>
      <w:r>
        <w:t>Aap ka is mein kya comment hai? How can we change the society?</w:t>
      </w:r>
    </w:p>
    <w:p>
      <w:pPr>
        <w:jc w:val="right"/>
      </w:pPr>
      <w:r>
        <w:t>آپ کا اس میں کیا comment ہے؟ How can we change the society؟</w:t>
      </w:r>
    </w:p>
    <w:p>
      <w:r>
        <w:rPr>
          <w:b/>
        </w:rPr>
        <w:t xml:space="preserve">[1:00:48] </w:t>
      </w:r>
      <w:r>
        <w:t>Dekhiye, yeh target hi galat hai. Ideal society kabhi bani nahi, na ban sakti hai. Har aadmi ko azadi hai, to kuch na kuch misuse karega apni freedom ka.</w:t>
      </w:r>
    </w:p>
    <w:p>
      <w:pPr>
        <w:jc w:val="right"/>
      </w:pPr>
      <w:r>
        <w:t>دیکھیے، یہ target ہی غلط ہے۔ ideal society کبھی بنی نہیں، نہ بن سکتی ہے۔ ہر آدمی کو آزادی ہے، تو کچھ نہ کچھ misuse کرے گا اپنی freedom کا۔</w:t>
      </w:r>
    </w:p>
    <w:p>
      <w:r>
        <w:rPr>
          <w:b/>
        </w:rPr>
        <w:t xml:space="preserve">[1:00:58] </w:t>
      </w:r>
      <w:r>
        <w:t>Yeh target jo hai, jo human rights activist ne nikaal rakha hai ke ideal justice ka target, yeh to bilkul achievable hi nahi hai.</w:t>
      </w:r>
    </w:p>
    <w:p>
      <w:pPr>
        <w:jc w:val="right"/>
      </w:pPr>
      <w:r>
        <w:t>یہ target جو ہے، جو human rights activist نے نکال رکھا ہے کہ ideal justice کا target، یہ تو بالکل achievable ہی نہیں ہے۔</w:t>
      </w:r>
    </w:p>
    <w:p>
      <w:r>
        <w:rPr>
          <w:b/>
        </w:rPr>
        <w:t xml:space="preserve">[1:01:11] </w:t>
      </w:r>
      <w:r>
        <w:t>achievable hi nahi hai. Aur doosri baat yeh hai ke aap is ko corruption jis ko kehte hain, woh challenge hai. Agar challenge duniya mein rahe to taraqqi bhi na ho. Yeh to human rights activist jo hai, woh inhi ne yeh sara mere khayal se the highlight kar rakha hai, the highlight.</w:t>
      </w:r>
    </w:p>
    <w:p>
      <w:pPr>
        <w:jc w:val="right"/>
      </w:pPr>
      <w:r>
        <w:t>achievable ہی نہیں ہے۔ اور دوسری بات یہ ہے کہ آپ اس کو corruption جس کو کہتے ہیں، وہ challenge ہے۔ اگر challenge دنیا میں رہے تو ترقی بھی نہ ہو۔ یہ تو human rights activist جو ہے، وہ انہی نے یہ سارا میرے خیال سے the highlight کر رکھا ہے، the highlight۔</w:t>
      </w:r>
    </w:p>
    <w:p>
      <w:r>
        <w:rPr>
          <w:b/>
        </w:rPr>
        <w:t xml:space="preserve">[1:01:32] </w:t>
      </w:r>
      <w:r>
        <w:t>Agar duniya mein yeh sab na ho to challenge khatam ho jayega. Challenge na ho to taraqqi bhi nahi hogi. To main is soch hi ko galat samajhta hoon. Is bare mein bahut likha hai hum ne.</w:t>
      </w:r>
    </w:p>
    <w:p>
      <w:pPr>
        <w:jc w:val="right"/>
      </w:pPr>
      <w:r>
        <w:t>اگر دنیا میں یہ سب نہ ہو تو challenge ختم ہو جائے گا۔ challenge نہ ہو تو ترقی بھی نہیں ہوگی۔ تو میں اس سوچ ہی کو غلط سمجھتا ہوں۔ اس بارے میں بہت لکھا ہے ہم نے۔</w:t>
      </w:r>
    </w:p>
    <w:p>
      <w:r>
        <w:rPr>
          <w:b/>
        </w:rPr>
        <w:t xml:space="preserve">[1:01:42] </w:t>
      </w:r>
      <w:r>
        <w:t>Aap padh li jiye. Main is soch ko galat samajhta hoon.</w:t>
      </w:r>
    </w:p>
    <w:p>
      <w:pPr>
        <w:jc w:val="right"/>
      </w:pPr>
      <w:r>
        <w:t>آپ پڑھ لیجیے۔ میں اس سوچ کو غلط سمجھتا ہوں۔</w:t>
      </w:r>
    </w:p>
    <w:p>
      <w:r>
        <w:rPr>
          <w:b/>
        </w:rPr>
        <w:t xml:space="preserve">[1:01:50] </w:t>
      </w:r>
      <w:r>
        <w:t>Maulana, agla sawal Ajmer se Dr Safina Tabassum ne kiya hai. Unhone likha hai: "Moulana sahib, Muslims glorify the pattern of God's help in the battle of Badr and somehow the Treaty of Hudaybiyyah is usually ignored.</w:t>
      </w:r>
    </w:p>
    <w:p>
      <w:pPr>
        <w:jc w:val="right"/>
      </w:pPr>
      <w:r>
        <w:t>مولانا، اگلا سوال اجمیر سے ڈاکٹر سفینہ تبسم نے کیا ہے۔ انہوں نے لکھا ہے: "Moulana صاحب، Muslims glorify the pattern of God's help in the battle of Badr and somehow the Treaty of Hudaybiyyah is usually ignored.</w:t>
      </w:r>
    </w:p>
    <w:p>
      <w:r>
        <w:rPr>
          <w:b/>
        </w:rPr>
        <w:t xml:space="preserve">[1:02:08] </w:t>
      </w:r>
      <w:r>
        <w:t>What is the reason for this?"</w:t>
      </w:r>
    </w:p>
    <w:p>
      <w:pPr>
        <w:jc w:val="right"/>
      </w:pPr>
      <w:r>
        <w:t>What is the reason for this?"</w:t>
      </w:r>
    </w:p>
    <w:p>
      <w:r>
        <w:rPr>
          <w:b/>
        </w:rPr>
        <w:t xml:space="preserve">[1:02:11] </w:t>
      </w:r>
      <w:r>
        <w:t>Bhai, is par to aap bahut likh chuke hain. Aap hamari kitabein padhiye. Musalman na jante hain Hudaybiyyah ko aur na jante hain Badr ko.</w:t>
      </w:r>
    </w:p>
    <w:p>
      <w:pPr>
        <w:jc w:val="right"/>
      </w:pPr>
      <w:r>
        <w:t>بھائی، اس پر تو آپ بہت لکھ چکے ہیں۔ آپ ہماری کتابیں پڑھیے۔ مسلمان نہ جانتے ہیں Hudaybiyyah کو اور نہ جانتے ہیں بدر کو۔</w:t>
      </w:r>
    </w:p>
    <w:p>
      <w:r>
        <w:rPr>
          <w:b/>
        </w:rPr>
        <w:t xml:space="preserve">[1:02:20] </w:t>
      </w:r>
      <w:r>
        <w:t>Yeh akhbari baatein padh padh kar ke is ko ghataate hain aur is ko badhaate hain. Yeh jin Musalmanon ki aap baatein kar rahe hain, aap woh na Hudaybiyyah ko jante hain na Badr ko jante hain.</w:t>
      </w:r>
    </w:p>
    <w:p>
      <w:pPr>
        <w:jc w:val="right"/>
      </w:pPr>
      <w:r>
        <w:t>یہ اخباری باتیں پڑھ پڑھ کر کے اس کو گھٹاتے ہیں اور اس کو بڑھاتے ہیں۔ یہ جن مسلمانوں کی آپ باتیں کر رہے ہیں، آپ وہ نہ Hudaybiyyah کو جانتے ہیں نہ بدر کو جانتے ہیں۔</w:t>
      </w:r>
    </w:p>
    <w:p>
      <w:r>
        <w:rPr>
          <w:b/>
        </w:rPr>
        <w:t xml:space="preserve">[1:02:31] </w:t>
      </w:r>
      <w:r>
        <w:t>Baghair padhe hue, suni sunai baaton par bolte rehte hain. Aap hamari kitabein padhiye to aap ko maloom hoga ke Badr ki haqeeqat kya hai, Hudaybiyyah ki haqeeqat kya hai.</w:t>
      </w:r>
    </w:p>
    <w:p>
      <w:pPr>
        <w:jc w:val="right"/>
      </w:pPr>
      <w:r>
        <w:t>بغیر پڑھے ہوئے، سنی سنائی باتوں پر بولتے رہتے ہیں۔ آپ ہماری کتابیں پڑھیے تو آپ کو معلوم ہوگا کہ بدر کی حقیقت کیا ہے، Hudaybiyyah کی حقیقت کیا ہے۔</w:t>
      </w:r>
    </w:p>
    <w:p>
      <w:r>
        <w:rPr>
          <w:b/>
        </w:rPr>
        <w:t xml:space="preserve">[1:02:46] </w:t>
      </w:r>
      <w:r>
        <w:t>Phir yeh masla hal ho jayega.</w:t>
      </w:r>
    </w:p>
    <w:p>
      <w:pPr>
        <w:jc w:val="right"/>
      </w:pPr>
      <w:r>
        <w:t>پھر یہ مسئلہ حل ہو جائے گا۔</w:t>
      </w:r>
    </w:p>
    <w:p>
      <w:r>
        <w:rPr>
          <w:b/>
        </w:rPr>
        <w:t xml:space="preserve">[1:02:49] </w:t>
      </w:r>
      <w:r>
        <w:t>Maulana, agla sawal lene se pehle ek comment padhein ge jo Dr Saniya Hasnain Khan ne abhi abhi France se bheja hai. Unhone likha hai: "I am about to leave for the airport to take the flight back to Delhi.</w:t>
      </w:r>
    </w:p>
    <w:p>
      <w:pPr>
        <w:jc w:val="right"/>
      </w:pPr>
      <w:r>
        <w:t>مولانا، اگلا سوال لینے سے پہلے ایک comment پڑھیں گے جو ڈاکٹر ثانیہ حسنین خان نے ابھی ابھی فرانس سے بھیجا ہے۔ انہوں نے لکھا ہے: "I am about to leave for the airport to take the flight back to Delhi.</w:t>
      </w:r>
    </w:p>
    <w:p>
      <w:r>
        <w:rPr>
          <w:b/>
        </w:rPr>
        <w:t xml:space="preserve">[1:03:05] </w:t>
      </w:r>
      <w:r>
        <w:t>Here in France the opportunity of dawa is immense as the French people are potential Madhu. There is a big curiosity to know about Islam.</w:t>
      </w:r>
    </w:p>
    <w:p>
      <w:pPr>
        <w:jc w:val="right"/>
      </w:pPr>
      <w:r>
        <w:t>Here in France the opportunity of دعویٰ is immense as the French people are potential Madhu. There is a big curiosity to know about Islam.</w:t>
      </w:r>
    </w:p>
    <w:p>
      <w:r>
        <w:rPr>
          <w:b/>
        </w:rPr>
        <w:t xml:space="preserve">[1:03:17] </w:t>
      </w:r>
      <w:r>
        <w:t>Many dawa groups and publishers have agreed to publish and disseminate our dawa literature, Quran translation and tafsir in French, Inshallah." Inshallah.</w:t>
      </w:r>
    </w:p>
    <w:p>
      <w:pPr>
        <w:jc w:val="right"/>
      </w:pPr>
      <w:r>
        <w:t>Many دعویٰ groups and publishers have agreed to publish and disseminate our دعویٰ literature, قرآن translation and تفسیر in French, انشاءاللہ۔" انشاءاللہ۔</w:t>
      </w:r>
    </w:p>
    <w:p>
      <w:r>
        <w:rPr>
          <w:b/>
        </w:rPr>
        <w:t xml:space="preserve">[1:03:31] </w:t>
      </w:r>
      <w:r>
        <w:t>Inshallah.</w:t>
      </w:r>
    </w:p>
    <w:p>
      <w:pPr>
        <w:jc w:val="right"/>
      </w:pPr>
      <w:r>
        <w:t>انشاءاللہ۔</w:t>
      </w:r>
    </w:p>
    <w:p>
      <w:r>
        <w:rPr>
          <w:b/>
        </w:rPr>
        <w:t xml:space="preserve">[1:03:34] </w:t>
      </w:r>
      <w:r>
        <w:t>Maulana, agla sawal Muhammad Abdullah sahib ne kiya hai Kolkata se. Unhon ne likha hai: "When sulah Hudaybiyyah was broken, Abu Sufyan approached Prophet to renew it.</w:t>
      </w:r>
    </w:p>
    <w:p>
      <w:pPr>
        <w:jc w:val="right"/>
      </w:pPr>
      <w:r>
        <w:t>مولانا، اگلا سوال محمد عبداللہ صاحب نے کیا ہے کلکتہ سے۔ انہوں نے لکھا ہے: "When صلح Hudaybiyyah was broken, Abu Sufyan approached Prophet to renew it.</w:t>
      </w:r>
    </w:p>
    <w:p>
      <w:r>
        <w:rPr>
          <w:b/>
        </w:rPr>
        <w:t xml:space="preserve">[1:03:49] </w:t>
      </w:r>
      <w:r>
        <w:t>But Prophet did not do so. Now some people are asking if Islam gives prime importance to sulah over jang.</w:t>
      </w:r>
    </w:p>
    <w:p>
      <w:pPr>
        <w:jc w:val="right"/>
      </w:pPr>
      <w:r>
        <w:t>But Prophet did not do so. Now some people are asking if Islam gives prime importance to صلح over جنگ.</w:t>
      </w:r>
    </w:p>
    <w:p>
      <w:r>
        <w:rPr>
          <w:b/>
        </w:rPr>
        <w:t xml:space="preserve">[1:03:59] </w:t>
      </w:r>
      <w:r>
        <w:t>Then why did not the Prophet accept Abu Sufyan's offer?</w:t>
      </w:r>
    </w:p>
    <w:p>
      <w:pPr>
        <w:jc w:val="right"/>
      </w:pPr>
      <w:r>
        <w:t>Then why did not the Prophet accept Abu Sufyan's offer?</w:t>
      </w:r>
    </w:p>
    <w:p>
      <w:r>
        <w:rPr>
          <w:b/>
        </w:rPr>
        <w:t xml:space="preserve">[1:04:04] </w:t>
      </w:r>
      <w:r>
        <w:t>" Maulana, please comment on this. Dekhiye, yeh aap yeh baat aap likh chuke hain kitab mein, woh aap us ko parhiye. Main baar baar maine kaha hai ke jo baat kitab mein aa chuki hai, us ke upar ek kitab ko parha jaye.</w:t>
      </w:r>
    </w:p>
    <w:p>
      <w:pPr>
        <w:jc w:val="right"/>
      </w:pPr>
      <w:r>
        <w:t>" مولانا، please comment on this. دیکھیے، یہ آپ یہ بات آپ لکھ چکے ہیں کتاب میں، وہ آپ اس کو پڑھیے۔ میں بار بار میں نے کہا ہے کہ جو بات کتاب میں آ چکی ہے، اس کے اوپر ایک کتاب کو پڑھا جائے۔</w:t>
      </w:r>
    </w:p>
    <w:p>
      <w:r>
        <w:rPr>
          <w:b/>
        </w:rPr>
        <w:t xml:space="preserve">[1:04:15] </w:t>
      </w:r>
      <w:r>
        <w:t>Phir sawal kiya jaye. Aap us ko parhiye, hamari seerat par kai kitabein hain, us ko parhiye aap.</w:t>
      </w:r>
    </w:p>
    <w:p>
      <w:pPr>
        <w:jc w:val="right"/>
      </w:pPr>
      <w:r>
        <w:t>پھر سوال کیا جائے۔ آپ اس کو پڑھیے، ہماری سیرت پر کئی کتابیں ہیں، اس کو پڑھیے آپ۔</w:t>
      </w:r>
    </w:p>
    <w:p>
      <w:r>
        <w:rPr>
          <w:b/>
        </w:rPr>
        <w:t xml:space="preserve">[1:04:25] </w:t>
      </w:r>
      <w:r>
        <w:t>Phir sawal kijiye.</w:t>
      </w:r>
    </w:p>
    <w:p>
      <w:pPr>
        <w:jc w:val="right"/>
      </w:pPr>
      <w:r>
        <w:t>پھر سوال کیجیے۔</w:t>
      </w:r>
    </w:p>
    <w:p>
      <w:r>
        <w:rPr>
          <w:b/>
        </w:rPr>
        <w:t xml:space="preserve">[1:04:31] </w:t>
      </w:r>
      <w:r>
        <w:t>Maulana, agla sawal Delhi se kiya hai Muhammad Akram Khan sahib ne. Unhon ne likha hai: "According to you, the voice of angel can be heard or understood after the event has passed.</w:t>
      </w:r>
    </w:p>
    <w:p>
      <w:pPr>
        <w:jc w:val="right"/>
      </w:pPr>
      <w:r>
        <w:t>مولانا، اگلا سوال دلی سے کیا ہے محمد اکرم خان صاحب نے۔ انہوں نے لکھا ہے: "According to you, the voice of angel can be heard or understood after the event has passed.</w:t>
      </w:r>
    </w:p>
    <w:p>
      <w:r>
        <w:rPr>
          <w:b/>
        </w:rPr>
        <w:t xml:space="preserve">[1:04:45] </w:t>
      </w:r>
      <w:r>
        <w:t>Is there a way where we can understand or hear the voice of the angels at appropriate times?"</w:t>
      </w:r>
    </w:p>
    <w:p>
      <w:pPr>
        <w:jc w:val="right"/>
      </w:pPr>
      <w:r>
        <w:t>Is there a way where we can understand or hear the voice of the angels at appropriate times?"</w:t>
      </w:r>
    </w:p>
    <w:p>
      <w:r>
        <w:rPr>
          <w:b/>
        </w:rPr>
        <w:t xml:space="preserve">[1:04:55] </w:t>
      </w:r>
      <w:r>
        <w:t>Dekhiye, yeh sara mamla is par depend karta hai ke aap kitna zyada apne ko objective banayein. Kitna zyada aap mind ko free karein.</w:t>
      </w:r>
    </w:p>
    <w:p>
      <w:pPr>
        <w:jc w:val="right"/>
      </w:pPr>
      <w:r>
        <w:t>دیکھیے، یہ سارا معاملہ اس پر depend کرتا ہے کہ آپ کتنا زیادہ اپنے کو objective بنائیں۔ کتنا زیادہ آپ mind کو free کریں۔</w:t>
      </w:r>
    </w:p>
    <w:p>
      <w:r>
        <w:rPr>
          <w:b/>
        </w:rPr>
        <w:t xml:space="preserve">[1:05:08] </w:t>
      </w:r>
      <w:r>
        <w:t>Log phanse rehte hain, distraction mein jeete hain. Toh na shuru mein sun paate hain un ke aur na aakhir mein sun paate hain.</w:t>
      </w:r>
    </w:p>
    <w:p>
      <w:pPr>
        <w:jc w:val="right"/>
      </w:pPr>
      <w:r>
        <w:t>لوگ پھنسے رہتے ہیں، ڈسٹریشن میں جیتے ہیں۔ تو نہ شروع میں سن پاتے ہیں ان کے اور نہ آخر میں سن پاتے ہیں۔</w:t>
      </w:r>
    </w:p>
    <w:p>
      <w:r>
        <w:rPr>
          <w:b/>
        </w:rPr>
        <w:t xml:space="preserve">[1:05:20] </w:t>
      </w:r>
      <w:r>
        <w:t>Sab se pehle toh pehle cheez hai ke aap apne ko objective banayein, sincere banayein. Aap</w:t>
      </w:r>
    </w:p>
    <w:p>
      <w:pPr>
        <w:jc w:val="right"/>
      </w:pPr>
      <w:r>
        <w:t>سب سے پہلے تو پہلے چیز ہے کہ آپ اپنے کو objective بنائیں، sincere بنائیں۔ آپ</w:t>
      </w:r>
    </w:p>
    <w:p>
      <w:r>
        <w:rPr>
          <w:b/>
        </w:rPr>
        <w:t xml:space="preserve">[1:05:30] </w:t>
      </w:r>
      <w:r>
        <w:t>apni degradation karein. Tab yeh hoga. Warna na shuru mein samajh mein aayega na aakhir mein samajh mein aayega. Apne zehen ko jitna zyada aap yani clear karenge,</w:t>
      </w:r>
    </w:p>
    <w:p>
      <w:pPr>
        <w:jc w:val="right"/>
      </w:pPr>
      <w:r>
        <w:t>اپنی degradation کریں۔ تب یہ ہوگا۔ ورنہ نہ شروع میں سمجھ میں آئے گا نہ آخر میں سمجھ میں آئے گا۔ اپنے ذہن کو جتنا زیادہ آپ یعنی clear کریں گے،</w:t>
      </w:r>
    </w:p>
    <w:p>
      <w:r>
        <w:rPr>
          <w:b/>
        </w:rPr>
        <w:t xml:space="preserve">[1:05:46] </w:t>
      </w:r>
      <w:r>
        <w:t>Har aadmi jeeta hai jungle of thought mein. Toh apne ko clear karna padta hai. Nahi toh kuch bhi samajh mein nahi aayega na shuru mein na aakhir mein.</w:t>
      </w:r>
    </w:p>
    <w:p>
      <w:pPr>
        <w:jc w:val="right"/>
      </w:pPr>
      <w:r>
        <w:t>ہر آدمی جیتا ہے جنگل of thought میں۔ تو اپنے کو clear کرنا پڑتا ہے۔ نہیں تو کچھ بھی سمجھ میں نہیں آئے گا نہ شروع میں نہ آخر میں۔</w:t>
      </w:r>
    </w:p>
    <w:p>
      <w:r>
        <w:rPr>
          <w:b/>
        </w:rPr>
        <w:t xml:space="preserve">[1:05:57] </w:t>
      </w:r>
      <w:r>
        <w:t>Main toh Allah ke fazl se kabhi bhi in cheezon mein nahi jiya main. Negative thought aur doosron ko blame dena ya duniya ke lazzatein, comfort life, luxury, yeh sab cheezon ka kabhi bhi haris nahi raha.</w:t>
      </w:r>
    </w:p>
    <w:p>
      <w:pPr>
        <w:jc w:val="right"/>
      </w:pPr>
      <w:r>
        <w:t>میں تو اللہ کے فضل سے کبھی بھی ان چیزوں میں نہیں جیا میں۔ Negative thought اور دوسروں کو blame دینا یا دنیا کے لذتیں، comfort life، luxury، یہ سب چیزوں کا کبھی بھی حریص نہیں رہا۔</w:t>
      </w:r>
    </w:p>
    <w:p>
      <w:r>
        <w:rPr>
          <w:b/>
        </w:rPr>
        <w:t xml:space="preserve">[1:06:14] </w:t>
      </w:r>
      <w:r>
        <w:t>Bilkul nature par meri zindagi hamesha nature par hoti thi. Nature. Is wajah se main bohat jald pakad leta tha.</w:t>
      </w:r>
    </w:p>
    <w:p>
      <w:pPr>
        <w:jc w:val="right"/>
      </w:pPr>
      <w:r>
        <w:t>بالکل nature پر میری زندگی ہمیشہ nature پر ہوتی تھی۔ Nature۔ اس وجہ سے میں بہت جلد پکڑ لیتا تھا۔</w:t>
      </w:r>
    </w:p>
    <w:p>
      <w:r>
        <w:rPr>
          <w:b/>
        </w:rPr>
        <w:t xml:space="preserve">[1:06:23] </w:t>
      </w:r>
      <w:r>
        <w:t>Log nature par jeete nahi, masnooi zindagi guzarte hain. Toh kaise pakadenge woh?</w:t>
      </w:r>
    </w:p>
    <w:p>
      <w:pPr>
        <w:jc w:val="right"/>
      </w:pPr>
      <w:r>
        <w:t>لوگ nature پر جیتے نہیں، مصنوعی زندگی گزارتے ہیں۔ تو کیسے پکڑیں گے وہ؟</w:t>
      </w:r>
    </w:p>
    <w:p>
      <w:r>
        <w:rPr>
          <w:b/>
        </w:rPr>
        <w:t xml:space="preserve">[1:06:36] </w:t>
      </w:r>
      <w:r>
        <w:t>Maulana, ek comment bheja hai Iqbal Umri sahib ne Chennai se. Unhon ne likha hai: "Quran mein jitne bhi waqiyat hain, woh Khudai management ki daleel hain aur farishte tools of manager hain.</w:t>
      </w:r>
    </w:p>
    <w:p>
      <w:pPr>
        <w:jc w:val="right"/>
      </w:pPr>
      <w:r>
        <w:t>مولانا، ایک comment بھیجا ہے اقبال عمری صاحب نے چنئی سے۔ انہوں نے لکھا ہے: "قرآن میں جتنے بھی واقعات ہیں، وہ خدائی management کی دلیل ہیں اور فرشتے tools of manager ہیں۔</w:t>
      </w:r>
    </w:p>
    <w:p>
      <w:r>
        <w:rPr>
          <w:b/>
        </w:rPr>
        <w:t xml:space="preserve">[1:06:53] </w:t>
      </w:r>
      <w:r>
        <w:t>Arabi ek Arabi ayat hai: Yudahbirul amra minassamaa'i ilarḍi." Maulana, kya yeh sahi hai?</w:t>
      </w:r>
    </w:p>
    <w:p>
      <w:pPr>
        <w:jc w:val="right"/>
      </w:pPr>
      <w:r>
        <w:t>عربی ایک عربی آیت ہے:یدبر الامر من السمائی الارضی۔" مولانا، کیا یہ صحیح ہے؟</w:t>
      </w:r>
    </w:p>
    <w:p>
      <w:r>
        <w:rPr>
          <w:b/>
        </w:rPr>
        <w:t xml:space="preserve">[1:07:02] </w:t>
      </w:r>
      <w:r>
        <w:t>Haan, theek hai. Theek.</w:t>
      </w:r>
    </w:p>
    <w:p>
      <w:pPr>
        <w:jc w:val="right"/>
      </w:pPr>
      <w:r>
        <w:t>ہاں، ٹھیک ہے۔ ٹھیک۔</w:t>
      </w:r>
    </w:p>
    <w:p>
      <w:r>
        <w:rPr>
          <w:b/>
        </w:rPr>
        <w:t xml:space="preserve">[1:07:09] </w:t>
      </w:r>
      <w:r>
        <w:t>So we will end this session now. Thank you.</w:t>
      </w:r>
    </w:p>
    <w:p>
      <w:pPr>
        <w:jc w:val="right"/>
      </w:pPr>
      <w:r>
        <w:t>So we will end this session now.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