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End of Human History | April 04, 2010 | Maulana Wahiduddin Khan</w:t>
      </w:r>
    </w:p>
    <w:p>
      <w:r>
        <w:t>https://www.youtube.com/watch?v=hQJWf-erWx8</w:t>
      </w:r>
    </w:p>
    <w:p>
      <w:r>
        <w:rPr>
          <w:b/>
        </w:rPr>
        <w:t xml:space="preserve">[00:14] </w:t>
      </w:r>
      <w:r>
        <w:t>wasalli allaa annabi al kareem, rab ishrah li sadri, wa yassir li amri, wahl uqdatan min lisani yafqahu qawli.</w:t>
      </w:r>
    </w:p>
    <w:p>
      <w:pPr>
        <w:jc w:val="right"/>
      </w:pPr>
      <w:r>
        <w:t>وصلی اللہ علی النبی الکریم، رب اشرح لی صدری، ویسر لی امری، واحل العقدۃ باللسانی یفقہ قولی۔</w:t>
      </w:r>
    </w:p>
    <w:p>
      <w:r>
        <w:rPr>
          <w:b/>
        </w:rPr>
        <w:t xml:space="preserve">[00:29] </w:t>
      </w:r>
      <w:r>
        <w:t>kal parson, do din</w:t>
      </w:r>
    </w:p>
    <w:p>
      <w:pPr>
        <w:jc w:val="right"/>
      </w:pPr>
      <w:r>
        <w:t>کل پرسوں، دو دن</w:t>
      </w:r>
    </w:p>
    <w:p>
      <w:r>
        <w:rPr>
          <w:b/>
        </w:rPr>
        <w:t xml:space="preserve">[00:45] </w:t>
      </w:r>
      <w:r>
        <w:t>ke liye, hum logon ka dehli mein aik dawah meet ke naam se aik ijtima hua tha.</w:t>
      </w:r>
    </w:p>
    <w:p>
      <w:pPr>
        <w:jc w:val="right"/>
      </w:pPr>
      <w:r>
        <w:t>کے لیے، ہم لوگوں کا دہلی میں ایک دعویٰ میٹ کے نام سے ایک اجتماع ہوا تھا۔</w:t>
      </w:r>
    </w:p>
    <w:p>
      <w:r>
        <w:rPr>
          <w:b/>
        </w:rPr>
        <w:t xml:space="preserve">[01:00] </w:t>
      </w:r>
      <w:r>
        <w:t>tu is mein mein ne kaha tha ke history jo hai, history ko logon ne parha</w:t>
      </w:r>
    </w:p>
    <w:p>
      <w:pPr>
        <w:jc w:val="right"/>
      </w:pPr>
      <w:r>
        <w:t>تو اس میں میں نے کہا تھا کہ ہسٹری جو ہے، ہسٹری کو لوگوں نے پڑھا</w:t>
      </w:r>
    </w:p>
    <w:p>
      <w:r>
        <w:rPr>
          <w:b/>
        </w:rPr>
        <w:t xml:space="preserve">[01:15] </w:t>
      </w:r>
      <w:r>
        <w:t>hai doosre doosre angle se, yani political angle se.</w:t>
      </w:r>
    </w:p>
    <w:p>
      <w:pPr>
        <w:jc w:val="right"/>
      </w:pPr>
      <w:r>
        <w:t>ہے دوسرے دوسرے اینگل سے، یعنی پولیٹیکل اینگل سے۔</w:t>
      </w:r>
    </w:p>
    <w:p>
      <w:r>
        <w:rPr>
          <w:b/>
        </w:rPr>
        <w:t xml:space="preserve">[01:23] </w:t>
      </w:r>
      <w:r>
        <w:t>doosra aik angle hai dawah ka, ke dawah ke angle se history ko parha jaye.</w:t>
      </w:r>
    </w:p>
    <w:p>
      <w:pPr>
        <w:jc w:val="right"/>
      </w:pPr>
      <w:r>
        <w:t>دوسرا ایک اینگل ہے دعوت کا، کہ دعوت کے اینگل سے ہسٹری کو پڑھا جائے۔</w:t>
      </w:r>
    </w:p>
    <w:p>
      <w:r>
        <w:rPr>
          <w:b/>
        </w:rPr>
        <w:t xml:space="preserve">[01:31] </w:t>
      </w:r>
      <w:r>
        <w:t>tu mein ne is mein kaha tha ke dawah ke angle se jab hum dekhte hain tu maloom</w:t>
      </w:r>
    </w:p>
    <w:p>
      <w:pPr>
        <w:jc w:val="right"/>
      </w:pPr>
      <w:r>
        <w:t>تو میں نے اس میں کہا تھا کہ دعوت کے اینگل سے جب ہم دیکھتے ہیں تو معلوم</w:t>
      </w:r>
    </w:p>
    <w:p>
      <w:r>
        <w:rPr>
          <w:b/>
        </w:rPr>
        <w:t xml:space="preserve">[01:39] </w:t>
      </w:r>
      <w:r>
        <w:t>hota hai ke history shuru hui peghambaron se,</w:t>
      </w:r>
    </w:p>
    <w:p>
      <w:pPr>
        <w:jc w:val="right"/>
      </w:pPr>
      <w:r>
        <w:t>ہوتا ہے کہ ہسٹری شروع ہوئی پیغمبروں سے،</w:t>
      </w:r>
    </w:p>
    <w:p>
      <w:r>
        <w:rPr>
          <w:b/>
        </w:rPr>
        <w:t xml:space="preserve">[01:47] </w:t>
      </w:r>
      <w:r>
        <w:t>adam se le kar bar bar peghamabar ate rahe.</w:t>
      </w:r>
    </w:p>
    <w:p>
      <w:pPr>
        <w:jc w:val="right"/>
      </w:pPr>
      <w:r>
        <w:t>آدم سے لے کر بار بار پیغمبر آتے رہے۔</w:t>
      </w:r>
    </w:p>
    <w:p>
      <w:r>
        <w:rPr>
          <w:b/>
        </w:rPr>
        <w:t xml:space="preserve">[01:53] </w:t>
      </w:r>
      <w:r>
        <w:t>woh tha ailaan-e-haq ka daur.</w:t>
      </w:r>
    </w:p>
    <w:p>
      <w:pPr>
        <w:jc w:val="right"/>
      </w:pPr>
      <w:r>
        <w:t>وہ تھا اعلان حق کا دور۔</w:t>
      </w:r>
    </w:p>
    <w:p>
      <w:r>
        <w:rPr>
          <w:b/>
        </w:rPr>
        <w:t xml:space="preserve">[02:00] </w:t>
      </w:r>
      <w:r>
        <w:t>phir doosra daur aaya, jis ko izhaar-e-deen kaha jata gaya hai quran majeed mein, woh ashaab-e-rasool</w:t>
      </w:r>
    </w:p>
    <w:p>
      <w:pPr>
        <w:jc w:val="right"/>
      </w:pPr>
      <w:r>
        <w:t>پھر دوسرا دور آیا، جس کو اظہار دین کہا جاتا گیا ہے قرآن مجید میں، وہ اصحاب رسول</w:t>
      </w:r>
    </w:p>
    <w:p>
      <w:r>
        <w:rPr>
          <w:b/>
        </w:rPr>
        <w:t xml:space="preserve">[02:07] </w:t>
      </w:r>
      <w:r>
        <w:t>ke zariye izhaar-e-deen hua.</w:t>
      </w:r>
    </w:p>
    <w:p>
      <w:pPr>
        <w:jc w:val="right"/>
      </w:pPr>
      <w:r>
        <w:t>کے ذریعے اظہار دین ہوا۔</w:t>
      </w:r>
    </w:p>
    <w:p>
      <w:r>
        <w:rPr>
          <w:b/>
        </w:rPr>
        <w:t xml:space="preserve">[02:14] </w:t>
      </w:r>
      <w:r>
        <w:t>ab tareekh teesre daur mein hai, jis ko hadees mein idkhaal-e-kalma kaha gaya hai.</w:t>
      </w:r>
    </w:p>
    <w:p>
      <w:pPr>
        <w:jc w:val="right"/>
      </w:pPr>
      <w:r>
        <w:t>اب تاریخ تیسرے دور میں ہے، جس کو حدیث میں ادخال کلمہ کہا گیا ہے۔</w:t>
      </w:r>
    </w:p>
    <w:p>
      <w:r>
        <w:rPr>
          <w:b/>
        </w:rPr>
        <w:t xml:space="preserve">[02:21] </w:t>
      </w:r>
      <w:r>
        <w:t>toh ab koi agar paighambar banna chahe toh woh chapter toh close ho chuka.</w:t>
      </w:r>
    </w:p>
    <w:p>
      <w:pPr>
        <w:jc w:val="right"/>
      </w:pPr>
      <w:r>
        <w:t>تو اب کوئی اگر پیغمبر بننا چاہے تو وہ چیپٹر تو کلوز ہو چکا۔</w:t>
      </w:r>
    </w:p>
    <w:p>
      <w:r>
        <w:rPr>
          <w:b/>
        </w:rPr>
        <w:t xml:space="preserve">[02:27] </w:t>
      </w:r>
      <w:r>
        <w:t>izhaar-e-deen ke naam par koi political hangaame kare toh woh bhi deewangi hai, woh bhi chapter close</w:t>
      </w:r>
    </w:p>
    <w:p>
      <w:pPr>
        <w:jc w:val="right"/>
      </w:pPr>
      <w:r>
        <w:t>اظہار دین کے نام پر کوئی پولیٹیکل ہنگامے کرے تو وہ بھی دیوانگی ہے، وہ بھی چیپٹر کلوز</w:t>
      </w:r>
    </w:p>
    <w:p>
      <w:r>
        <w:rPr>
          <w:b/>
        </w:rPr>
        <w:t xml:space="preserve">[02:33] </w:t>
      </w:r>
      <w:r>
        <w:t>ho chuka hai.</w:t>
      </w:r>
    </w:p>
    <w:p>
      <w:pPr>
        <w:jc w:val="right"/>
      </w:pPr>
      <w:r>
        <w:t>ہو چکا ہے۔</w:t>
      </w:r>
    </w:p>
    <w:p>
      <w:r>
        <w:rPr>
          <w:b/>
        </w:rPr>
        <w:t xml:space="preserve">[02:39] </w:t>
      </w:r>
      <w:r>
        <w:t>ab jo chapter khula hua hai, woh hai ikhwaan-e-rasool wala chapter, ke jis ko shauq ho ke</w:t>
      </w:r>
    </w:p>
    <w:p>
      <w:pPr>
        <w:jc w:val="right"/>
      </w:pPr>
      <w:r>
        <w:t>اب جو چیپٹر کھلا ہوا ہے، وہ ہے اخوان رسول والا چیپٹر، کہ جس کو شوق ہو کہ</w:t>
      </w:r>
    </w:p>
    <w:p>
      <w:r>
        <w:rPr>
          <w:b/>
        </w:rPr>
        <w:t xml:space="preserve">[02:45] </w:t>
      </w:r>
      <w:r>
        <w:t>Allah ke saamne</w:t>
      </w:r>
    </w:p>
    <w:p>
      <w:pPr>
        <w:jc w:val="right"/>
      </w:pPr>
      <w:r>
        <w:t>اللہ کے سامنے</w:t>
      </w:r>
    </w:p>
    <w:p>
      <w:r>
        <w:rPr>
          <w:b/>
        </w:rPr>
        <w:t xml:space="preserve">[02:51] </w:t>
      </w:r>
      <w:r>
        <w:t>is aakhri credit ko le kar pahunche, jis ko ikhwaan-e-rasool ka title diya gaya hai.</w:t>
      </w:r>
    </w:p>
    <w:p>
      <w:pPr>
        <w:jc w:val="right"/>
      </w:pPr>
      <w:r>
        <w:t>اس آخری کریڈٹ کو لے کر پہنچے، جس کو اخوان رسول کا ٹائٹل دیا گیا ہے۔</w:t>
      </w:r>
    </w:p>
    <w:p>
      <w:r>
        <w:rPr>
          <w:b/>
        </w:rPr>
        <w:t xml:space="preserve">[03:01] </w:t>
      </w:r>
      <w:r>
        <w:t>toh ab yahi yahi khaali hai aur sab khaane band ho chuke hain, aur koi khaana nahi hai ab.</w:t>
      </w:r>
    </w:p>
    <w:p>
      <w:pPr>
        <w:jc w:val="right"/>
      </w:pPr>
      <w:r>
        <w:t>تو اب یہی یہی خالی ہے اور سب خانے بند ہو چکے ہیں، اور کوئی خانہ نہیں ہے اب۔</w:t>
      </w:r>
    </w:p>
    <w:p>
      <w:r>
        <w:rPr>
          <w:b/>
        </w:rPr>
        <w:t xml:space="preserve">[03:11] </w:t>
      </w:r>
      <w:r>
        <w:t>log chunke ikhwaan-e-rasool ka jo maamla hai, us ke</w:t>
      </w:r>
    </w:p>
    <w:p>
      <w:pPr>
        <w:jc w:val="right"/>
      </w:pPr>
      <w:r>
        <w:t>لوگ چونکہ اخوان رسول کا جو معاملہ ہے، اس کے</w:t>
      </w:r>
    </w:p>
    <w:p>
      <w:r>
        <w:rPr>
          <w:b/>
        </w:rPr>
        <w:t xml:space="preserve">[03:21] </w:t>
      </w:r>
      <w:r>
        <w:t>saath kuch aur cheezein judi hui hain, dajjal ka aana, mehdi ka aana, maseeh ka aana.</w:t>
      </w:r>
    </w:p>
    <w:p>
      <w:pPr>
        <w:jc w:val="right"/>
      </w:pPr>
      <w:r>
        <w:t>ساتھ کچھ اور چیزیں جڑی ہوئی ہیں، دجال کا آنا، مہدی کا آنا، مسیح کا آنا۔</w:t>
      </w:r>
    </w:p>
    <w:p>
      <w:r>
        <w:rPr>
          <w:b/>
        </w:rPr>
        <w:t xml:space="preserve">[03:29] </w:t>
      </w:r>
      <w:r>
        <w:t>toh log samajhte hain ke abhi kahan, abhi toh dajjal nahi aaya, abhi maseeh nahi aaya, abhi mehdi</w:t>
      </w:r>
    </w:p>
    <w:p>
      <w:pPr>
        <w:jc w:val="right"/>
      </w:pPr>
      <w:r>
        <w:t>تو لوگ سمجھتے ہیں کہ ابھی کہاں، ابھی تو دجال نہیں آیا، ابھی مسیح نہیں آیا، ابھی مہدی</w:t>
      </w:r>
    </w:p>
    <w:p>
      <w:r>
        <w:rPr>
          <w:b/>
        </w:rPr>
        <w:t xml:space="preserve">[03:37] </w:t>
      </w:r>
      <w:r>
        <w:t>zaahir nahi hue.</w:t>
      </w:r>
    </w:p>
    <w:p>
      <w:pPr>
        <w:jc w:val="right"/>
      </w:pPr>
      <w:r>
        <w:t>ظاہر نہیں ہوئے۔</w:t>
      </w:r>
    </w:p>
    <w:p>
      <w:r>
        <w:rPr>
          <w:b/>
        </w:rPr>
        <w:t xml:space="preserve">[03:45] </w:t>
      </w:r>
      <w:r>
        <w:t>yeh zehan rukawat hai logon ke liye is baat mein ke woh daudein is aakhri credit ko lene ke liye.</w:t>
      </w:r>
    </w:p>
    <w:p>
      <w:pPr>
        <w:jc w:val="right"/>
      </w:pPr>
      <w:r>
        <w:t>یہ ذہن رکاوٹ ہے لوگوں کے لیے اس بات میں کہ وہ دوڑیں اس آخری کریڈٹ کو لینے کے لیے۔</w:t>
      </w:r>
    </w:p>
    <w:p>
      <w:r>
        <w:rPr>
          <w:b/>
        </w:rPr>
        <w:t xml:space="preserve">[03:53] </w:t>
      </w:r>
      <w:r>
        <w:t>mein yeh kehna chahta hoon ke yeh wohi theek wohi fana hai jo rasool Allah ke zamane mein</w:t>
      </w:r>
    </w:p>
    <w:p>
      <w:pPr>
        <w:jc w:val="right"/>
      </w:pPr>
      <w:r>
        <w:t>میں یہ کہنا چاہتا ہوں کہ یہ وہی ٹھیک وہی فنا ہے جو رسول اللہ کے زمانے میں</w:t>
      </w:r>
    </w:p>
    <w:p>
      <w:r>
        <w:rPr>
          <w:b/>
        </w:rPr>
        <w:t xml:space="preserve">[03:59] </w:t>
      </w:r>
      <w:r>
        <w:t>pesh aaya tha.</w:t>
      </w:r>
    </w:p>
    <w:p>
      <w:pPr>
        <w:jc w:val="right"/>
      </w:pPr>
      <w:r>
        <w:t>پیش آیا تھا۔</w:t>
      </w:r>
    </w:p>
    <w:p>
      <w:r>
        <w:rPr>
          <w:b/>
        </w:rPr>
        <w:t xml:space="preserve">[04:05] </w:t>
      </w:r>
      <w:r>
        <w:t>dekhiye, rasool Allah woh paighambar the jin ke baare mein pichli kitabon mein, yaani pichli kitabon se muraad</w:t>
      </w:r>
    </w:p>
    <w:p>
      <w:pPr>
        <w:jc w:val="right"/>
      </w:pPr>
      <w:r>
        <w:t>دیکھیے، رسول اللہ وہ پیغمبر تھے جن کے بارے میں پچھلی کتابوں میں، یعنی پچھلی کتابوں سے مراد</w:t>
      </w:r>
    </w:p>
    <w:p>
      <w:r>
        <w:rPr>
          <w:b/>
        </w:rPr>
        <w:t xml:space="preserve">[04:11] </w:t>
      </w:r>
      <w:r>
        <w:t>hai old testament aur new testament, us mein aap ke baare mein prediction maujood thi.</w:t>
      </w:r>
    </w:p>
    <w:p>
      <w:pPr>
        <w:jc w:val="right"/>
      </w:pPr>
      <w:r>
        <w:t>ہے اولڈ ٹیسٹامنٹ اور نیو ٹیسٹامنٹ، اس میں آپ کے بارے میں پریڈکشن موجود تھی۔</w:t>
      </w:r>
    </w:p>
    <w:p>
      <w:r>
        <w:rPr>
          <w:b/>
        </w:rPr>
        <w:t xml:space="preserve">[04:17] </w:t>
      </w:r>
      <w:r>
        <w:t>aap jab aaye toh woh pehchan sakte the</w:t>
      </w:r>
    </w:p>
    <w:p>
      <w:pPr>
        <w:jc w:val="right"/>
      </w:pPr>
      <w:r>
        <w:t>آپ جب آئے تو وہ پہچان سکتے تھے</w:t>
      </w:r>
    </w:p>
    <w:p>
      <w:r>
        <w:rPr>
          <w:b/>
        </w:rPr>
        <w:t xml:space="preserve">[04:23] </w:t>
      </w:r>
      <w:r>
        <w:t>rasool Allah ko, lekin unhone criteria badal diya, criteria badal diya unhone.</w:t>
      </w:r>
    </w:p>
    <w:p>
      <w:pPr>
        <w:jc w:val="right"/>
      </w:pPr>
      <w:r>
        <w:t>رسول اللہ کو، لیکن انہوں نے کرائٹیریا بدل دیا، کرائٹیریا بدل دیا انہوں نے۔</w:t>
      </w:r>
    </w:p>
    <w:p>
      <w:r>
        <w:rPr>
          <w:b/>
        </w:rPr>
        <w:t xml:space="preserve">[04:29] </w:t>
      </w:r>
      <w:r>
        <w:t>unhone samjha ke woh aadmi aayega toh israaeeli nasal mein aayega, ismaeel nasal mein nahi</w:t>
      </w:r>
    </w:p>
    <w:p>
      <w:pPr>
        <w:jc w:val="right"/>
      </w:pPr>
      <w:r>
        <w:t>انہوں نے سمجھا کہ وہ آدمی آئے گا تو اسرائیلی نسل میں آئے گا، اسماعیل نسل میں نہیں</w:t>
      </w:r>
    </w:p>
    <w:p>
      <w:r>
        <w:rPr>
          <w:b/>
        </w:rPr>
        <w:t xml:space="preserve">[04:35] </w:t>
      </w:r>
      <w:r>
        <w:t>aa sakta hai, kyunke jitne paighambar aaye the woh sab israaeeli nasal mein aaye the.</w:t>
      </w:r>
    </w:p>
    <w:p>
      <w:pPr>
        <w:jc w:val="right"/>
      </w:pPr>
      <w:r>
        <w:t>آ سکتا ہے، کیونکہ جتنے پیغمبر آئے تھے وہ سب اسرائیلی نسل میں آئے تھے۔</w:t>
      </w:r>
    </w:p>
    <w:p>
      <w:r>
        <w:rPr>
          <w:b/>
        </w:rPr>
        <w:t xml:space="preserve">[04:41] </w:t>
      </w:r>
      <w:r>
        <w:t>toh chunke rasool Allah ismaaeeli nasal mein the, banu ismaeel mein se the, banu israel mein nahi the,</w:t>
      </w:r>
    </w:p>
    <w:p>
      <w:pPr>
        <w:jc w:val="right"/>
      </w:pPr>
      <w:r>
        <w:t>تو چونکہ رسول اللہ اسماعیلی نسل میں تھے، بنو اسماعیل میں سے تھے، بنو اسرائیل میں نہیں تھے،</w:t>
      </w:r>
    </w:p>
    <w:p>
      <w:r>
        <w:rPr>
          <w:b/>
        </w:rPr>
        <w:t xml:space="preserve">[04:47] </w:t>
      </w:r>
      <w:r>
        <w:t>to bas isi ko le kar ke aap ka inkar kar diya. yeh</w:t>
      </w:r>
    </w:p>
    <w:p>
      <w:pPr>
        <w:jc w:val="right"/>
      </w:pPr>
      <w:r>
        <w:t>تو بس اسی کو لے کر کے آپ کا انکار کر دیا۔ یہ</w:t>
      </w:r>
    </w:p>
    <w:p>
      <w:r>
        <w:rPr>
          <w:b/>
        </w:rPr>
        <w:t xml:space="preserve">[04:54] </w:t>
      </w:r>
      <w:r>
        <w:t>hai self style criteria.</w:t>
      </w:r>
    </w:p>
    <w:p>
      <w:pPr>
        <w:jc w:val="right"/>
      </w:pPr>
      <w:r>
        <w:t>ہے سیلف اسٹائل کرائٹیریا۔</w:t>
      </w:r>
    </w:p>
    <w:p>
      <w:r>
        <w:rPr>
          <w:b/>
        </w:rPr>
        <w:t xml:space="preserve">[04:59] </w:t>
      </w:r>
      <w:r>
        <w:t>theek wahi ab sawal kar rahe hain aaj jo hadith mein aata hai ke tum wahi kab kab</w:t>
      </w:r>
    </w:p>
    <w:p>
      <w:pPr>
        <w:jc w:val="right"/>
      </w:pPr>
      <w:r>
        <w:t>ٹھیک وہی اب سوال کر رہے ہیں آج جو حدیث میں آتا ہے کہ تم وہی کب کب</w:t>
      </w:r>
    </w:p>
    <w:p>
      <w:r>
        <w:rPr>
          <w:b/>
        </w:rPr>
        <w:t xml:space="preserve">[05:04] </w:t>
      </w:r>
      <w:r>
        <w:t>karoge jo yahood ne kiya, yahan tak ke woh agar go ke bill mein ghus jayen to</w:t>
      </w:r>
    </w:p>
    <w:p>
      <w:pPr>
        <w:jc w:val="right"/>
      </w:pPr>
      <w:r>
        <w:t>کرو گے جو یہود نے کیا، یہاں تک کہ وہ اگر گو کہ بل میں گھس جائیں تو</w:t>
      </w:r>
    </w:p>
    <w:p>
      <w:r>
        <w:rPr>
          <w:b/>
        </w:rPr>
        <w:t xml:space="preserve">[05:09] </w:t>
      </w:r>
      <w:r>
        <w:t>wahan bhi ghus jaoge.</w:t>
      </w:r>
    </w:p>
    <w:p>
      <w:pPr>
        <w:jc w:val="right"/>
      </w:pPr>
      <w:r>
        <w:t>وہاں بھی گھس جاؤ گے۔</w:t>
      </w:r>
    </w:p>
    <w:p>
      <w:r>
        <w:rPr>
          <w:b/>
        </w:rPr>
        <w:t xml:space="preserve">[05:14] </w:t>
      </w:r>
      <w:r>
        <w:t>is waqt theek musalmanon ki yahi position hai ke criteria badal rakha hai.</w:t>
      </w:r>
    </w:p>
    <w:p>
      <w:pPr>
        <w:jc w:val="right"/>
      </w:pPr>
      <w:r>
        <w:t>اس وقت ٹھیک مسلمانوں کی یہی پوزیشن ہے کہ کرائٹیریا بدل رکھا ہے۔</w:t>
      </w:r>
    </w:p>
    <w:p>
      <w:r>
        <w:rPr>
          <w:b/>
        </w:rPr>
        <w:t xml:space="preserve">[05:19] </w:t>
      </w:r>
      <w:r>
        <w:t>unhon ne criteria ka kya kar rakha tha</w:t>
      </w:r>
    </w:p>
    <w:p>
      <w:pPr>
        <w:jc w:val="right"/>
      </w:pPr>
      <w:r>
        <w:t>انہوں نے کرائٹیریا کا کیا کر رکھا تھا</w:t>
      </w:r>
    </w:p>
    <w:p>
      <w:r>
        <w:rPr>
          <w:b/>
        </w:rPr>
        <w:t xml:space="preserve">[05:24] </w:t>
      </w:r>
      <w:r>
        <w:t>ke nabi jo aayega woh to israaeeli nasal se aayega, ab jo aa gaya ismaeel ki</w:t>
      </w:r>
    </w:p>
    <w:p>
      <w:pPr>
        <w:jc w:val="right"/>
      </w:pPr>
      <w:r>
        <w:t>کہ نبی جو آئے گا وہ تو اسرائیلی نسل سے آئے گا، اب جو آ گیا اسماعیل کی</w:t>
      </w:r>
    </w:p>
    <w:p>
      <w:r>
        <w:rPr>
          <w:b/>
        </w:rPr>
        <w:t xml:space="preserve">[05:31] </w:t>
      </w:r>
      <w:r>
        <w:t>nasal se to is ka inkar kar diya unhon ne.</w:t>
      </w:r>
    </w:p>
    <w:p>
      <w:pPr>
        <w:jc w:val="right"/>
      </w:pPr>
      <w:r>
        <w:t>نسل سے تو اس کا انکار کر دیا انہوں نے۔</w:t>
      </w:r>
    </w:p>
    <w:p>
      <w:r>
        <w:rPr>
          <w:b/>
        </w:rPr>
        <w:t xml:space="preserve">[05:37] </w:t>
      </w:r>
      <w:r>
        <w:t>to yeh hai self style criteria.</w:t>
      </w:r>
    </w:p>
    <w:p>
      <w:pPr>
        <w:jc w:val="right"/>
      </w:pPr>
      <w:r>
        <w:t>تو یہ ہے سیلف اسٹائل کرائٹیریا۔</w:t>
      </w:r>
    </w:p>
    <w:p>
      <w:r>
        <w:rPr>
          <w:b/>
        </w:rPr>
        <w:t xml:space="preserve">[05:43] </w:t>
      </w:r>
      <w:r>
        <w:t>dekhiye, is ki wajah se kisi ke kisi ka crime kam nahi hota, yeh crime hai jo yahood</w:t>
      </w:r>
    </w:p>
    <w:p>
      <w:pPr>
        <w:jc w:val="right"/>
      </w:pPr>
      <w:r>
        <w:t>دیکھیے، اس کی وجہ سے کسی کے کسی کا کرائم کم نہیں ہوتا، یہ کرائم ہے جو یہود</w:t>
      </w:r>
    </w:p>
    <w:p>
      <w:r>
        <w:rPr>
          <w:b/>
        </w:rPr>
        <w:t xml:space="preserve">[05:49] </w:t>
      </w:r>
      <w:r>
        <w:t>ne kiya ke kahin yeh likha nahi tha ke woh jo nabi aayega woh</w:t>
      </w:r>
    </w:p>
    <w:p>
      <w:pPr>
        <w:jc w:val="right"/>
      </w:pPr>
      <w:r>
        <w:t>نے کیا کہ کہیں یہ لکھا نہیں تھا کہ وہ جو نبی آئے گا وہ</w:t>
      </w:r>
    </w:p>
    <w:p>
      <w:r>
        <w:rPr>
          <w:b/>
        </w:rPr>
        <w:t xml:space="preserve">[05:55] </w:t>
      </w:r>
      <w:r>
        <w:t>israel ki nasal se aaye ga, yeh to khud bana liya unhone. is mein yeh hai ke bhaiyon mein se aaye ga, bhaiyon mein se aaye ga to bhai to yeh banu ismaeel the. is waqt musalman kya kar rahe hain ke unhone khud sakhta tor par dajjal aur mehdi o masih ka aik aik aik aik concept bana liya hai ke dajjal koi himalaya pahad jaisa koi shakhs ho</w:t>
      </w:r>
    </w:p>
    <w:p>
      <w:pPr>
        <w:jc w:val="right"/>
      </w:pPr>
      <w:r>
        <w:t>اسرائیل کی نسل سے آئے گا، یہ تو خود بنا لیا انہوں نے۔ اس میں یہ ہے کہ بھائیوں میں سے آئے گا، بھائیوں میں سے آئے گا تو بھائی تو یہ بنو اسماعیل تھے۔ اس وقت مسلمان کیا کر رہے ہیں کہ انہوں نے خود ساختہ طور پر دجال اور مہدی و مسیح کا ایک ایک ایک ایک کانسیپٹ بنا لیا ہے کہ دجال کوئی ہمالیہ پہاڑ جیسا کوئی شخص ہو</w:t>
      </w:r>
    </w:p>
    <w:p>
      <w:r>
        <w:rPr>
          <w:b/>
        </w:rPr>
        <w:t xml:space="preserve">[06:25] </w:t>
      </w:r>
      <w:r>
        <w:t>ga aur mehdi koi kisi ghar se nikal padenge aur maseeh aasman se utrenge, yeh sab</w:t>
      </w:r>
    </w:p>
    <w:p>
      <w:pPr>
        <w:jc w:val="right"/>
      </w:pPr>
      <w:r>
        <w:t>گا اور مہدی کوئی کسی غار سے نکل پڑیں گے اور مسیح آسمان سے اتریں گے، یہ سب</w:t>
      </w:r>
    </w:p>
    <w:p>
      <w:r>
        <w:rPr>
          <w:b/>
        </w:rPr>
        <w:t xml:space="preserve">[06:30] </w:t>
      </w:r>
      <w:r>
        <w:t>baseless baaten hain.</w:t>
      </w:r>
    </w:p>
    <w:p>
      <w:pPr>
        <w:jc w:val="right"/>
      </w:pPr>
      <w:r>
        <w:t>بیس لیس باتیں ہیں۔</w:t>
      </w:r>
    </w:p>
    <w:p>
      <w:r>
        <w:rPr>
          <w:b/>
        </w:rPr>
        <w:t xml:space="preserve">[06:36] </w:t>
      </w:r>
      <w:r>
        <w:t>to chunke woh aisa dajjal kahin dikhai nahi pad raha hai ke bade bade daant hon aur lambe</w:t>
      </w:r>
    </w:p>
    <w:p>
      <w:pPr>
        <w:jc w:val="right"/>
      </w:pPr>
      <w:r>
        <w:t>تو چونکہ وہ ایسا دجال کہیں دکھائی نہیں پڑ رہا ہے کہ بڑے بڑے دانت ہوں اور لمبے</w:t>
      </w:r>
    </w:p>
    <w:p>
      <w:r>
        <w:rPr>
          <w:b/>
        </w:rPr>
        <w:t xml:space="preserve">[06:41] </w:t>
      </w:r>
      <w:r>
        <w:t>lambe haath hon to dajjal bhi nahi aaya, mehdi kisi ghar se nahi nikal raha hai to mehdi</w:t>
      </w:r>
    </w:p>
    <w:p>
      <w:pPr>
        <w:jc w:val="right"/>
      </w:pPr>
      <w:r>
        <w:t>لمبے ہاتھ ہوں تو دجال بھی نہیں آیا، مہدی کسی غار سے نہیں نکل رہا ہے تو مہدی</w:t>
      </w:r>
    </w:p>
    <w:p>
      <w:r>
        <w:rPr>
          <w:b/>
        </w:rPr>
        <w:t xml:space="preserve">[06:46] </w:t>
      </w:r>
      <w:r>
        <w:t>bhi nahi aaya, aasman se koi nahi utra hai to maseeh bhi nahi aaye.</w:t>
      </w:r>
    </w:p>
    <w:p>
      <w:pPr>
        <w:jc w:val="right"/>
      </w:pPr>
      <w:r>
        <w:t>بھی نہیں آیا، آسمان سے کوئی نہیں اترا ہے تو مسیح بھی نہیں آئے۔</w:t>
      </w:r>
    </w:p>
    <w:p>
      <w:r>
        <w:rPr>
          <w:b/>
        </w:rPr>
        <w:t xml:space="preserve">[06:51] </w:t>
      </w:r>
      <w:r>
        <w:t>yaad rakhiye, yeh self style criteria hai</w:t>
      </w:r>
    </w:p>
    <w:p>
      <w:pPr>
        <w:jc w:val="right"/>
      </w:pPr>
      <w:r>
        <w:t>یاد رکھیے، یہ سیلف اسٹائل کرائٹیریا ہے</w:t>
      </w:r>
    </w:p>
    <w:p>
      <w:r>
        <w:rPr>
          <w:b/>
        </w:rPr>
        <w:t xml:space="preserve">[06:56] </w:t>
      </w:r>
      <w:r>
        <w:t>aur yakeen kijiye ke is ki wajah se Allah taala kya maafi nahi hogi? self-styled criteria le kar ke aap na maanein to use maafi nahi hone wali hai. aur wajah kya bana rakhi hai? hadees mein is baare mein jo aaya hai to us ko woh sab baatein hain tamseel ki zabaan mein aur us ko</w:t>
      </w:r>
    </w:p>
    <w:p>
      <w:pPr>
        <w:jc w:val="right"/>
      </w:pPr>
      <w:r>
        <w:t>اور یقین کیجئے کہ اس کی وجہ سے اللہ تعالیٰ کیا معافی نہیں ہوگی؟ سیلف اسٹائل کرائٹیریا لے کر کے آپ نہ مانیں تو اسے معافی نہیں ہونے والی ہے۔ اور وجہ کیا بنا رکھی ہے؟ حدیث میں اس بارے میں جو آیا ہے تو اس کو وہ سب باتیں ہیں تمثیل کی زبان میں اور اس کو ل</w:t>
      </w:r>
    </w:p>
    <w:p>
      <w:r>
        <w:rPr>
          <w:b/>
        </w:rPr>
        <w:t xml:space="preserve">[07:26] </w:t>
      </w:r>
      <w:r>
        <w:t>le liya hai asal mani mein.</w:t>
      </w:r>
    </w:p>
    <w:p>
      <w:pPr>
        <w:jc w:val="right"/>
      </w:pPr>
      <w:r>
        <w:t>ے لیا ہے اصل معنی میں۔</w:t>
      </w:r>
    </w:p>
    <w:p>
      <w:r>
        <w:rPr>
          <w:b/>
        </w:rPr>
        <w:t xml:space="preserve">[07:32] </w:t>
      </w:r>
      <w:r>
        <w:t>sab kuch maujood hai, sirf itni si baat hai ke woh tamseel ki zaban mein hai.</w:t>
      </w:r>
    </w:p>
    <w:p>
      <w:pPr>
        <w:jc w:val="right"/>
      </w:pPr>
      <w:r>
        <w:t>سب کچھ موجود ہے، صرف اتنی سی بات ہے کہ وہ تمثیل کی زبان میں ہے۔</w:t>
      </w:r>
    </w:p>
    <w:p>
      <w:r>
        <w:rPr>
          <w:b/>
        </w:rPr>
        <w:t xml:space="preserve">[07:38] </w:t>
      </w:r>
      <w:r>
        <w:t>to aur bohat si baaten tamseel ki zaban mein hain.</w:t>
      </w:r>
    </w:p>
    <w:p>
      <w:pPr>
        <w:jc w:val="right"/>
      </w:pPr>
      <w:r>
        <w:t>تو اور بہت سی باتیں تمثیل کی زبان میں ہیں۔</w:t>
      </w:r>
    </w:p>
    <w:p>
      <w:r>
        <w:rPr>
          <w:b/>
        </w:rPr>
        <w:t xml:space="preserve">[07:44] </w:t>
      </w:r>
      <w:r>
        <w:t>quran majeed mein hai ke wa ukhru mutashabihat.</w:t>
      </w:r>
    </w:p>
    <w:p>
      <w:pPr>
        <w:jc w:val="right"/>
      </w:pPr>
      <w:r>
        <w:t>قرآن مجید میں ہے کہ وَأُخَرُ مَتَشَابِهَاتٍ۔</w:t>
      </w:r>
    </w:p>
    <w:p>
      <w:r>
        <w:rPr>
          <w:b/>
        </w:rPr>
        <w:t xml:space="preserve">[07:50] </w:t>
      </w:r>
      <w:r>
        <w:t>quran majeed mein hai ke do qism ki aayaten hain quran mein, muhkamat aur mutashabihat</w:t>
      </w:r>
    </w:p>
    <w:p>
      <w:pPr>
        <w:jc w:val="right"/>
      </w:pPr>
      <w:r>
        <w:t>قرآن مجید میں ہے کہ دو قسم کی آیتیں ہیں قرآن میں، محکمات اور متشابہات</w:t>
      </w:r>
    </w:p>
    <w:p>
      <w:r>
        <w:rPr>
          <w:b/>
        </w:rPr>
        <w:t xml:space="preserve">[07:56] </w:t>
      </w:r>
      <w:r>
        <w:t>wa ukhru mutashabihat.</w:t>
      </w:r>
    </w:p>
    <w:p>
      <w:pPr>
        <w:jc w:val="right"/>
      </w:pPr>
      <w:r>
        <w:t>۔ وَأُخَرُ مَتَشَابِهَاتٍ۔</w:t>
      </w:r>
    </w:p>
    <w:p>
      <w:r>
        <w:rPr>
          <w:b/>
        </w:rPr>
        <w:t xml:space="preserve">[08:01] </w:t>
      </w:r>
      <w:r>
        <w:t>mutashabihat ka mani hai mutamathilat, yani tamseel ki zaban mein.</w:t>
      </w:r>
    </w:p>
    <w:p>
      <w:pPr>
        <w:jc w:val="right"/>
      </w:pPr>
      <w:r>
        <w:t>متشابہات کا معنی ہے متماثلات، یعنی تمثیل کی زبان میں۔</w:t>
      </w:r>
    </w:p>
    <w:p>
      <w:r>
        <w:rPr>
          <w:b/>
        </w:rPr>
        <w:t xml:space="preserve">[08:06] </w:t>
      </w:r>
      <w:r>
        <w:t>aakhirat ke bare mein jo baatein hain, jannat aur jahannum ke bare mein, woh tamseel ki zabaan mein hain.</w:t>
      </w:r>
    </w:p>
    <w:p>
      <w:pPr>
        <w:jc w:val="right"/>
      </w:pPr>
      <w:r>
        <w:t>آخرت کے بارے میں جو باتیں ہیں، جنت اور جہنم کے بارے میں، وہ تمثیل کی زبان میں ہیں۔</w:t>
      </w:r>
    </w:p>
    <w:p>
      <w:r>
        <w:rPr>
          <w:b/>
        </w:rPr>
        <w:t xml:space="preserve">[08:11] </w:t>
      </w:r>
      <w:r>
        <w:t>to wahan to aap maante hain ke tamseel ki zabaan hai, mufassireen khud maante hain ke mutashabihaat ka</w:t>
      </w:r>
    </w:p>
    <w:p>
      <w:pPr>
        <w:jc w:val="right"/>
      </w:pPr>
      <w:r>
        <w:t>تو وہاں تو آپ مانتے ہیں کہ تمثیل کی زبان ہے، مفسرین خود مانتے ہیں کہ متشابہات کا</w:t>
      </w:r>
    </w:p>
    <w:p>
      <w:r>
        <w:rPr>
          <w:b/>
        </w:rPr>
        <w:t xml:space="preserve">[08:16] </w:t>
      </w:r>
      <w:r>
        <w:t>ma'na hai mutamathilaat.</w:t>
      </w:r>
    </w:p>
    <w:p>
      <w:pPr>
        <w:jc w:val="right"/>
      </w:pPr>
      <w:r>
        <w:t>معنی ہے متماثلات۔</w:t>
      </w:r>
    </w:p>
    <w:p>
      <w:r>
        <w:rPr>
          <w:b/>
        </w:rPr>
        <w:t xml:space="preserve">[08:21] </w:t>
      </w:r>
      <w:r>
        <w:t>to is usool ko ke koi baat tamseel ki zabaan mein kahi jaye, tamseel se</w:t>
      </w:r>
    </w:p>
    <w:p>
      <w:pPr>
        <w:jc w:val="right"/>
      </w:pPr>
      <w:r>
        <w:t>تو اس اصول کو کہ کوئی بات تمثیل کی زبان میں کہی جائے، تمثیل سے</w:t>
      </w:r>
    </w:p>
    <w:p>
      <w:r>
        <w:rPr>
          <w:b/>
        </w:rPr>
        <w:t xml:space="preserve">[08:26] </w:t>
      </w:r>
      <w:r>
        <w:t>wohi tamseel murad nahi hoti, yahan aap kyun inkaar kar rahe hain is ka? misaal ke taur par dekhiye, masih ke baare mein bohat si riwayatein hain, sirf aik riwayat mein yeh aa gaya hai ke yunzil min as-sama. is ko le kar kehte hain aasman se utre ga. pehli baat to yeh hai ke jab doosri tamam riwayaton mein jo pachas se bhi zyada hain, un mein aasman se utarne ka naam nahi hai, to</w:t>
      </w:r>
    </w:p>
    <w:p>
      <w:pPr>
        <w:jc w:val="right"/>
      </w:pPr>
      <w:r>
        <w:t>وہی تمثیل مراد نہیں ہوتی، یہاں آپ کیوں انکار کر رہے ہیں اس کا؟ مثلاً دیکھیے، مسیح کے بارے میں بہت سی روایتیں ہیں، صرف ایک روایت میں یہ آگیا ہے کہینزل من السماء۔ اس کو لے کر کہتے ہیں آسمان سے اترے گا۔ پہلی بات تو یہ ہے کہ جب دوسری تمام روایتوں میں جو پچاس سے بھی زیادہ ہیں، ان میں آسمان سے اترنے کا نام نہیں ہے، تو</w:t>
      </w:r>
    </w:p>
    <w:p>
      <w:r>
        <w:rPr>
          <w:b/>
        </w:rPr>
        <w:t xml:space="preserve">[08:56] </w:t>
      </w:r>
      <w:r>
        <w:t>aik ko le kar ke aap aksariyat ko radd kar rahe hain? Kaisi ajeeb baat hai? Ek usool hai duniya ka ke agar bohat si reports hon, ek report alag dhang ki ho to 99% ko aap nahi radd kar sakte, ek ko karna parega. Karne ka maani hai us ki taweel ki jayegi. Taweel</w:t>
      </w:r>
    </w:p>
    <w:p>
      <w:pPr>
        <w:jc w:val="right"/>
      </w:pPr>
      <w:r>
        <w:t>ایک کو لے کر کے آپ اکثریت کو رد کر رہے ہیں؟ کیسی عجیب بات ہے؟ ایک اصول ہے دنیا کا کہ اگر بہت سی رپورٹیں ہوں، ایک رپورٹ الگ ڈھنگ کی ہو تو۹۹٪ کو آپ نہیں رد کر سکتے، ایک کو کرنا پڑے گا۔ کرنے کا معنی ہے اس کی تاویل کی جائے گی۔ تاو</w:t>
      </w:r>
    </w:p>
    <w:p>
      <w:r>
        <w:rPr>
          <w:b/>
        </w:rPr>
        <w:t xml:space="preserve">[09:26] </w:t>
      </w:r>
      <w:r>
        <w:t>yaleel kya hai? yanzil min as-samaa ke ma'na hain ke bulandi se aayega woh.</w:t>
      </w:r>
    </w:p>
    <w:p>
      <w:pPr>
        <w:jc w:val="right"/>
      </w:pPr>
      <w:r>
        <w:t>یل کیا ہے؟ینزل من السماء کے معنی ہیں کہ بلندی سے آئے گا وہ۔</w:t>
      </w:r>
    </w:p>
    <w:p>
      <w:r>
        <w:rPr>
          <w:b/>
        </w:rPr>
        <w:t xml:space="preserve">[09:32] </w:t>
      </w:r>
      <w:r>
        <w:t>jaise baarish ke bare mein hai ke baarish aasman se aati hai to aasman se thodi aati hai</w:t>
      </w:r>
    </w:p>
    <w:p>
      <w:pPr>
        <w:jc w:val="right"/>
      </w:pPr>
      <w:r>
        <w:t>جیسے بارش کے بارے میں ہے کہ بارش آسمان سے آتی ہے تو آسمان سے تھوڑی آتی ہے</w:t>
      </w:r>
    </w:p>
    <w:p>
      <w:r>
        <w:rPr>
          <w:b/>
        </w:rPr>
        <w:t xml:space="preserve">[09:38] </w:t>
      </w:r>
      <w:r>
        <w:t>woh, woh to bulandi se aati hai.</w:t>
      </w:r>
    </w:p>
    <w:p>
      <w:pPr>
        <w:jc w:val="right"/>
      </w:pPr>
      <w:r>
        <w:t>وہ، وہ تو بلندی سے آتی ہے۔</w:t>
      </w:r>
    </w:p>
    <w:p>
      <w:r>
        <w:rPr>
          <w:b/>
        </w:rPr>
        <w:t xml:space="preserve">[09:44] </w:t>
      </w:r>
      <w:r>
        <w:t>aasman se se baarish nahi aati hai, jahan sitare hain, wahan to baarish aa hi nahi sakti hai.</w:t>
      </w:r>
    </w:p>
    <w:p>
      <w:pPr>
        <w:jc w:val="right"/>
      </w:pPr>
      <w:r>
        <w:t>آسمان سے سے بارش نہیں آتی ہے، جہاں ستارے ہیں، وہاں تو بارش آ ہی نہیں سکتی ہے۔</w:t>
      </w:r>
    </w:p>
    <w:p>
      <w:r>
        <w:rPr>
          <w:b/>
        </w:rPr>
        <w:t xml:space="preserve">[09:50] </w:t>
      </w:r>
      <w:r>
        <w:t>agar pani ke zakhire wahan tak pahunch jayen jahan sitare</w:t>
      </w:r>
    </w:p>
    <w:p>
      <w:pPr>
        <w:jc w:val="right"/>
      </w:pPr>
      <w:r>
        <w:t>اگر پانی کے ذخیرے وہاں تک پہنچ جائیں جہاں ستارے</w:t>
      </w:r>
    </w:p>
    <w:p>
      <w:r>
        <w:rPr>
          <w:b/>
        </w:rPr>
        <w:t xml:space="preserve">[09:56] </w:t>
      </w:r>
      <w:r>
        <w:t>hain to woh to sab pighal kar bukhar ban jayein ge, barishein nahi huin kabhi. to kya Quran ghair scientific</w:t>
      </w:r>
    </w:p>
    <w:p>
      <w:pPr>
        <w:jc w:val="right"/>
      </w:pPr>
      <w:r>
        <w:t>ہیں تو وہ تو سب پگھل کر بخار بن جائیں گے، بارشیں نہیں ہوئیں کبھی۔ تو کیا قرآن غیر سائنٹیفک بات کرے گا؟ قرآن میں ہے کہ آسمان سے اللہ تعالیٰ نے پانی اتارا۔ اگر آپ اس کا معنی یہ لیں کہ وہ خلا سے اتارا، جہاں کہ کہکشائیں اور ستارے ہیں، تو غیر سائنٹیفک ہو جاتا ہے۔ یہ وہاں اگر اگر سمندر کے بخارات اڑ کر کے وہاں پہنچ جائیں تو وہاں تو خ</w:t>
      </w:r>
    </w:p>
    <w:p>
      <w:r>
        <w:rPr>
          <w:b/>
        </w:rPr>
        <w:t xml:space="preserve">[10:26] </w:t>
      </w:r>
      <w:r>
        <w:t>tum ho jayenge woh, is garmi mein.</w:t>
      </w:r>
    </w:p>
    <w:p>
      <w:pPr>
        <w:jc w:val="right"/>
      </w:pPr>
      <w:r>
        <w:t>تم ہو جائیں گے وہ، اس گرمی میں۔</w:t>
      </w:r>
    </w:p>
    <w:p>
      <w:r>
        <w:rPr>
          <w:b/>
        </w:rPr>
        <w:t xml:space="preserve">[10:32] </w:t>
      </w:r>
      <w:r>
        <w:t>to yahan aasman se pani utara ka ma'na hai bulandi se pani utara.</w:t>
      </w:r>
    </w:p>
    <w:p>
      <w:pPr>
        <w:jc w:val="right"/>
      </w:pPr>
      <w:r>
        <w:t>تو یہاں آسمان سے پانی اتارا کا معنی ہے بلندی سے پانی اتارا۔</w:t>
      </w:r>
    </w:p>
    <w:p>
      <w:r>
        <w:rPr>
          <w:b/>
        </w:rPr>
        <w:t xml:space="preserve">[10:37] </w:t>
      </w:r>
      <w:r>
        <w:t>aise hi aasman ek riwayat mein jo aa gaya hai ke yanzil min as-samaa Maseeh ke bare mein, is ka</w:t>
      </w:r>
    </w:p>
    <w:p>
      <w:pPr>
        <w:jc w:val="right"/>
      </w:pPr>
      <w:r>
        <w:t>ایسے ہی آسمان ایک روایت میں جو آگیا ہے کہینزل من السماء مسیح کے بارے میں، اس کا</w:t>
      </w:r>
    </w:p>
    <w:p>
      <w:r>
        <w:rPr>
          <w:b/>
        </w:rPr>
        <w:t xml:space="preserve">[10:43] </w:t>
      </w:r>
      <w:r>
        <w:t>ma'na hai bulandi se.</w:t>
      </w:r>
    </w:p>
    <w:p>
      <w:pPr>
        <w:jc w:val="right"/>
      </w:pPr>
      <w:r>
        <w:t>معنی ہے بلندی سے۔</w:t>
      </w:r>
    </w:p>
    <w:p>
      <w:r>
        <w:rPr>
          <w:b/>
        </w:rPr>
        <w:t xml:space="preserve">[10:48] </w:t>
      </w:r>
      <w:r>
        <w:t>بلندی کا معنی کیا ہے؟ age of aviation میں۔</w:t>
      </w:r>
    </w:p>
    <w:p>
      <w:pPr>
        <w:jc w:val="right"/>
      </w:pPr>
      <w:r>
        <w:t>بلندی کا معنی کیا ہے؟ ایج آف ایوی ایشن میں۔</w:t>
      </w:r>
    </w:p>
    <w:p>
      <w:r>
        <w:rPr>
          <w:b/>
        </w:rPr>
        <w:t xml:space="preserve">[10:54] </w:t>
      </w:r>
      <w:r>
        <w:t>seedhi si baat hai ke hawai jahaz ke daur mein ab aap bulandi se utarte hain.</w:t>
      </w:r>
    </w:p>
    <w:p>
      <w:pPr>
        <w:jc w:val="right"/>
      </w:pPr>
      <w:r>
        <w:t>سیدھی سی بات ہے کہ ہوائی جہاز کے دور میں اب آپ بلندی سے اترتے ہیں۔</w:t>
      </w:r>
    </w:p>
    <w:p>
      <w:r>
        <w:rPr>
          <w:b/>
        </w:rPr>
        <w:t xml:space="preserve">[10:59] </w:t>
      </w:r>
      <w:r>
        <w:t>aap jante hain ke hawai jahaz mein jab udate hain aap to woh badal neeche hota hai, hawai</w:t>
      </w:r>
    </w:p>
    <w:p>
      <w:pPr>
        <w:jc w:val="right"/>
      </w:pPr>
      <w:r>
        <w:t>آپ جانتے ہیں کہ ہوائی جہاز میں جب اڑتے ہیں آپ تو وہ بادل نیچے ہوتا ہے، ہوائی</w:t>
      </w:r>
    </w:p>
    <w:p>
      <w:r>
        <w:rPr>
          <w:b/>
        </w:rPr>
        <w:t xml:space="preserve">[11:04] </w:t>
      </w:r>
      <w:r>
        <w:t>jahaz upar hota hai.</w:t>
      </w:r>
    </w:p>
    <w:p>
      <w:pPr>
        <w:jc w:val="right"/>
      </w:pPr>
      <w:r>
        <w:t>جہاز اوپر ہوتا ہے۔</w:t>
      </w:r>
    </w:p>
    <w:p>
      <w:r>
        <w:rPr>
          <w:b/>
        </w:rPr>
        <w:t xml:space="preserve">[11:09] </w:t>
      </w:r>
      <w:r>
        <w:t>badal neeche hota hai, hawai jahaz upar hota hai.</w:t>
      </w:r>
    </w:p>
    <w:p>
      <w:pPr>
        <w:jc w:val="right"/>
      </w:pPr>
      <w:r>
        <w:t>بادل نیچے ہوتا ہے، ہوائی جہاز اوپر ہوتا ہے۔</w:t>
      </w:r>
    </w:p>
    <w:p>
      <w:r>
        <w:rPr>
          <w:b/>
        </w:rPr>
        <w:t xml:space="preserve">[11:15] </w:t>
      </w:r>
      <w:r>
        <w:t>to yanzil min as-samaa ka ma'na hai bulandi se utarna.</w:t>
      </w:r>
    </w:p>
    <w:p>
      <w:pPr>
        <w:jc w:val="right"/>
      </w:pPr>
      <w:r>
        <w:t>توینزل من السماء کا معنی ہے بلندی سے اترنا۔</w:t>
      </w:r>
    </w:p>
    <w:p>
      <w:r>
        <w:rPr>
          <w:b/>
        </w:rPr>
        <w:t xml:space="preserve">[11:20] </w:t>
      </w:r>
      <w:r>
        <w:t>bulandi se utarne ka ma'na hai ke aviation ke daur mein aana, hawai jahaz ke daur mein.</w:t>
      </w:r>
    </w:p>
    <w:p>
      <w:pPr>
        <w:jc w:val="right"/>
      </w:pPr>
      <w:r>
        <w:t>بلندی سے اترنے کا معنی ہے کہ ایوی ایشن کے دور میں آنا، ہوائی جہاز کے دور میں۔</w:t>
      </w:r>
    </w:p>
    <w:p>
      <w:r>
        <w:rPr>
          <w:b/>
        </w:rPr>
        <w:t xml:space="preserve">[11:25] </w:t>
      </w:r>
      <w:r>
        <w:t>seedhi si baat hai, usool hai tamam ulama ke nazdeek ke agar ek shaz qaul ho, yani ek istithna ho,</w:t>
      </w:r>
    </w:p>
    <w:p>
      <w:pPr>
        <w:jc w:val="right"/>
      </w:pPr>
      <w:r>
        <w:t>سیدھی سی بات ہے، اصول ہے تمام علماء کے نزدیک کہ اگر ایک شاذ قول ہو، یعنی ایک استثنا ہو،</w:t>
      </w:r>
    </w:p>
    <w:p>
      <w:r>
        <w:rPr>
          <w:b/>
        </w:rPr>
        <w:t xml:space="preserve">[11:30] </w:t>
      </w:r>
      <w:r>
        <w:t>99% jo hai ek ek bayan mil raha ho hamein, ek ek alag ho to alag wale ki</w:t>
      </w:r>
    </w:p>
    <w:p>
      <w:pPr>
        <w:jc w:val="right"/>
      </w:pPr>
      <w:r>
        <w:t>۹۹٪ جو ہے ایک ایک بیان مل رہا ہو ہمیں، ایک ایک الگ ہو تو الگ والے کی</w:t>
      </w:r>
    </w:p>
    <w:p>
      <w:r>
        <w:rPr>
          <w:b/>
        </w:rPr>
        <w:t xml:space="preserve">[11:36] </w:t>
      </w:r>
      <w:r>
        <w:t>ta'weel ki jayegi, yani us ko us ke taabe kiya jayega.</w:t>
      </w:r>
    </w:p>
    <w:p>
      <w:pPr>
        <w:jc w:val="right"/>
      </w:pPr>
      <w:r>
        <w:t>تاویل کی جائے گی، یعنی اس کو اس کے تابع کیا جائے گا۔</w:t>
      </w:r>
    </w:p>
    <w:p>
      <w:r>
        <w:rPr>
          <w:b/>
        </w:rPr>
        <w:t xml:space="preserve">[11:42] </w:t>
      </w:r>
      <w:r>
        <w:t>to hum jo akshariyat riwayat ki hai, us mein aasman se utarne ka naam nahi hai, to hum</w:t>
      </w:r>
    </w:p>
    <w:p>
      <w:pPr>
        <w:jc w:val="right"/>
      </w:pPr>
      <w:r>
        <w:t>تو ہم جو اکثریت روایت کی ہے، اس میں آسمان سے اترنے کا نام نہیں ہے، تو ہم</w:t>
      </w:r>
    </w:p>
    <w:p>
      <w:r>
        <w:rPr>
          <w:b/>
        </w:rPr>
        <w:t xml:space="preserve">[11:48] </w:t>
      </w:r>
      <w:r>
        <w:t>isi ko asal manenge, asal ke normal tareeqe se aayenge woh, kisi maa ke peit se</w:t>
      </w:r>
    </w:p>
    <w:p>
      <w:pPr>
        <w:jc w:val="right"/>
      </w:pPr>
      <w:r>
        <w:t>اسی کو اصل مانیں گے، اصل کہ نارمل طریقے سے آئیں گے وہ، کسی ماں کے پیٹ سے</w:t>
      </w:r>
    </w:p>
    <w:p>
      <w:r>
        <w:rPr>
          <w:b/>
        </w:rPr>
        <w:t xml:space="preserve">[11:54] </w:t>
      </w:r>
      <w:r>
        <w:t>paida honge woh,</w:t>
      </w:r>
    </w:p>
    <w:p>
      <w:pPr>
        <w:jc w:val="right"/>
      </w:pPr>
      <w:r>
        <w:t>پیدا ہوں گے وہ،</w:t>
      </w:r>
    </w:p>
    <w:p>
      <w:r>
        <w:rPr>
          <w:b/>
        </w:rPr>
        <w:t xml:space="preserve">[12:00] </w:t>
      </w:r>
      <w:r>
        <w:t>insan ke tareeqe se wo zameen par chale phirenge.</w:t>
      </w:r>
    </w:p>
    <w:p>
      <w:pPr>
        <w:jc w:val="right"/>
      </w:pPr>
      <w:r>
        <w:t>انسان کے طریقے سے وہ زمین پر چلے پھریں گے۔</w:t>
      </w:r>
    </w:p>
    <w:p>
      <w:r>
        <w:rPr>
          <w:b/>
        </w:rPr>
        <w:t xml:space="preserve">[12:04] </w:t>
      </w:r>
      <w:r>
        <w:t>ab ek riwayat sirf agar ye hai nazil min as-samaa ki to us ko is aksariyat ke sath ke</w:t>
      </w:r>
    </w:p>
    <w:p>
      <w:pPr>
        <w:jc w:val="right"/>
      </w:pPr>
      <w:r>
        <w:t>اب ایک روایت صرف اگر یہ ہےینزل من السماء کی تو اس کو اس اکثریت کے ساتھ کے</w:t>
      </w:r>
    </w:p>
    <w:p>
      <w:r>
        <w:rPr>
          <w:b/>
        </w:rPr>
        <w:t xml:space="preserve">[12:09] </w:t>
      </w:r>
      <w:r>
        <w:t>tabe kiya jaega, yani us ki taweel ki jaegi.</w:t>
      </w:r>
    </w:p>
    <w:p>
      <w:pPr>
        <w:jc w:val="right"/>
      </w:pPr>
      <w:r>
        <w:t>تابع کیا جائے گا، یعنی اس کی تاویل کی جائے گی۔</w:t>
      </w:r>
    </w:p>
    <w:p>
      <w:r>
        <w:rPr>
          <w:b/>
        </w:rPr>
        <w:t xml:space="preserve">[12:13] </w:t>
      </w:r>
      <w:r>
        <w:t>us ko kehte hain ulma taweel karna.</w:t>
      </w:r>
    </w:p>
    <w:p>
      <w:pPr>
        <w:jc w:val="right"/>
      </w:pPr>
      <w:r>
        <w:t>اس کو کہتے ہیں علماء تاویل کرنا۔</w:t>
      </w:r>
    </w:p>
    <w:p>
      <w:r>
        <w:rPr>
          <w:b/>
        </w:rPr>
        <w:t xml:space="preserve">[12:17] </w:t>
      </w:r>
      <w:r>
        <w:t>taweel se seedhi si baat yahi hai ke aap ye manen ke bulandi se utrenge, bulandi se</w:t>
      </w:r>
    </w:p>
    <w:p>
      <w:pPr>
        <w:jc w:val="right"/>
      </w:pPr>
      <w:r>
        <w:t>تاویل سے سیدھی سی بات یہی ہے کہ آپ یہ مانیں کہ بلندی سے اتریں گے، بلندی سے</w:t>
      </w:r>
    </w:p>
    <w:p>
      <w:r>
        <w:rPr>
          <w:b/>
        </w:rPr>
        <w:t xml:space="preserve">[12:22] </w:t>
      </w:r>
      <w:r>
        <w:t>utrne ka mani hai ke aviation ke daur mein aenge.</w:t>
      </w:r>
    </w:p>
    <w:p>
      <w:pPr>
        <w:jc w:val="right"/>
      </w:pPr>
      <w:r>
        <w:t>اترنے کا معنی ہے کہ ایوی ایشن کے دور میں آئیں گے۔</w:t>
      </w:r>
    </w:p>
    <w:p>
      <w:r>
        <w:rPr>
          <w:b/>
        </w:rPr>
        <w:t xml:space="preserve">[12:26] </w:t>
      </w:r>
      <w:r>
        <w:t>saaf bilkul saaf baat hai.</w:t>
      </w:r>
    </w:p>
    <w:p>
      <w:pPr>
        <w:jc w:val="right"/>
      </w:pPr>
      <w:r>
        <w:t>صاف بالکل صاف بات ہے۔</w:t>
      </w:r>
    </w:p>
    <w:p>
      <w:r>
        <w:rPr>
          <w:b/>
        </w:rPr>
        <w:t xml:space="preserve">[12:31] </w:t>
      </w:r>
      <w:r>
        <w:t>is tarah ki baaton ko le kar ke jo log, yani bekhabari mein jee rahe hain, kya</w:t>
      </w:r>
    </w:p>
    <w:p>
      <w:pPr>
        <w:jc w:val="right"/>
      </w:pPr>
      <w:r>
        <w:t>اس طرح کی باتوں کو لے کر کے جو لوگ، یعنی بے خبری میں جی رہے ہیں، کیا</w:t>
      </w:r>
    </w:p>
    <w:p>
      <w:r>
        <w:rPr>
          <w:b/>
        </w:rPr>
        <w:t xml:space="preserve">[12:39] </w:t>
      </w:r>
      <w:r>
        <w:t>haal hoga un ka is waqt jab ke qayamat ka suraj phoonk jaega? kya haal hoga un</w:t>
      </w:r>
    </w:p>
    <w:p>
      <w:pPr>
        <w:jc w:val="right"/>
      </w:pPr>
      <w:r>
        <w:t>حال ہوگا ان کا اس وقت جب کہ قیامت کا سورج پھوک جائے گا؟ کیا حال ہوگا ان</w:t>
      </w:r>
    </w:p>
    <w:p>
      <w:r>
        <w:rPr>
          <w:b/>
        </w:rPr>
        <w:t xml:space="preserve">[12:48] </w:t>
      </w:r>
      <w:r>
        <w:t>ka? kyunke maut to aegi, qayamat to aegi.</w:t>
      </w:r>
    </w:p>
    <w:p>
      <w:pPr>
        <w:jc w:val="right"/>
      </w:pPr>
      <w:r>
        <w:t>کا؟ کیونکہ موت تو آئے گی، قیامت تو آئے گی۔</w:t>
      </w:r>
    </w:p>
    <w:p>
      <w:r>
        <w:rPr>
          <w:b/>
        </w:rPr>
        <w:t xml:space="preserve">[12:57] </w:t>
      </w:r>
      <w:r>
        <w:t>maut ka fana rozana aap dekhte hain, aas pas aap ke rozana log mar rahe hain.</w:t>
      </w:r>
    </w:p>
    <w:p>
      <w:pPr>
        <w:jc w:val="right"/>
      </w:pPr>
      <w:r>
        <w:t>موت کا فنا روزانہ آپ دیکھتے ہیں، آس پاس آپ کے روزانہ لوگ مر رہے ہیں۔</w:t>
      </w:r>
    </w:p>
    <w:p>
      <w:r>
        <w:rPr>
          <w:b/>
        </w:rPr>
        <w:t xml:space="preserve">[13:06] </w:t>
      </w:r>
      <w:r>
        <w:t>to is ka maani hai ke main jab kisi ko marte hue khabar sunta hoon ya dekhta hoon to main sochta hoon ke ginti aakhri lamhe tak pahunch chuki hai. ginti jo hai aakhri lamhe tak pahunch chuki hai, matlab woh chala gaya, ab meri baari hai. yahi sahaba ka mizaj hota tha ke woh to ja chuka, ab meri baari hai. yahan tak qayamat ki baat hai, duniya ke tamam science</w:t>
      </w:r>
    </w:p>
    <w:p>
      <w:pPr>
        <w:jc w:val="right"/>
      </w:pPr>
      <w:r>
        <w:t>تو اس کا معنی ہے کہ میں جب کسی کو مرتے ہوئے خبر سنتا ہوں یا دیکھتا ہوں تو میں کیا سوچتا ہوں؟ میں سوچتا ہوں کہ گنتی آخری لمحے تک پہنچ چکی ہے۔ گنتی جو ہے آخری لمحے تک پہنچ چکی ہے، مطلب وہ چلا گیا، اب میری باری ہے۔ یہی صحابہ کا مزاج ہوتا تھا کہ وہ تو جا چکا، اب میری باری ہے۔ یہاں تک قیامت کی بات ہے، دنیا کے تمام سائنس</w:t>
      </w:r>
    </w:p>
    <w:p>
      <w:r>
        <w:rPr>
          <w:b/>
        </w:rPr>
        <w:t xml:space="preserve">[13:36] </w:t>
      </w:r>
      <w:r>
        <w:t>daan, duniya ke tamam scientist yeh keh rahe hain ke ab yeh duniya jo hai khatm hone wali hai.</w:t>
      </w:r>
    </w:p>
    <w:p>
      <w:pPr>
        <w:jc w:val="right"/>
      </w:pPr>
      <w:r>
        <w:t>دان، دنیا کے تمام سائنسدان یہ کہہ رہے ہیں کہ اب یہ دنیا جو ہے ختم ہونے والی ہے۔</w:t>
      </w:r>
    </w:p>
    <w:p>
      <w:r>
        <w:rPr>
          <w:b/>
        </w:rPr>
        <w:t xml:space="preserve">[13:44] </w:t>
      </w:r>
      <w:r>
        <w:t>global warming jo hai ek aisa amal aagaya hai ke us ko rokna bhi logon ke bas se bahar hai.</w:t>
      </w:r>
    </w:p>
    <w:p>
      <w:pPr>
        <w:jc w:val="right"/>
      </w:pPr>
      <w:r>
        <w:t>گلوبل وارمنگ جو ہے ایک ایسا عمل آگیا ہے کہ اس کو روکنا بھی لوگوں کے بس سے باہر ہے۔</w:t>
      </w:r>
    </w:p>
    <w:p>
      <w:r>
        <w:rPr>
          <w:b/>
        </w:rPr>
        <w:t xml:space="preserve">[13:52] </w:t>
      </w:r>
      <w:r>
        <w:t>to aap kya karenge? ke qayamat ko rok denge aap? wo to baqayda reporten hoti hain</w:t>
      </w:r>
    </w:p>
    <w:p>
      <w:pPr>
        <w:jc w:val="right"/>
      </w:pPr>
      <w:r>
        <w:t>تو آپ کیا کریں گے؟ کہ قیامت کو روک دیں گے آپ؟ وہ تو باقاعدہ رپورٹیں ہوتی ہیں</w:t>
      </w:r>
    </w:p>
    <w:p>
      <w:r>
        <w:rPr>
          <w:b/>
        </w:rPr>
        <w:t xml:space="preserve">[14:00] </w:t>
      </w:r>
      <w:r>
        <w:t>ke doob raha hai,</w:t>
      </w:r>
    </w:p>
    <w:p>
      <w:pPr>
        <w:jc w:val="right"/>
      </w:pPr>
      <w:r>
        <w:t>کہ ڈوب رہا ہے،</w:t>
      </w:r>
    </w:p>
    <w:p>
      <w:r>
        <w:rPr>
          <w:b/>
        </w:rPr>
        <w:t xml:space="preserve">[14:08] </w:t>
      </w:r>
      <w:r>
        <w:t>kyunke wo duniya mein jo hum hain, aap hum aap is ko kehte hain life support system.</w:t>
      </w:r>
    </w:p>
    <w:p>
      <w:pPr>
        <w:jc w:val="right"/>
      </w:pPr>
      <w:r>
        <w:t>کیونکہ وہ دنیا میں جو ہم ہیں، آپ ہم آپ اس کو کہتے ہیں لائف سپورٹ سسٹم۔</w:t>
      </w:r>
    </w:p>
    <w:p>
      <w:r>
        <w:rPr>
          <w:b/>
        </w:rPr>
        <w:t xml:space="preserve">[14:16] </w:t>
      </w:r>
      <w:r>
        <w:t>life support system to life support system khatm ho raha hai, samandar ka pani aaluda ho chuka, hawa</w:t>
      </w:r>
    </w:p>
    <w:p>
      <w:pPr>
        <w:jc w:val="right"/>
      </w:pPr>
      <w:r>
        <w:t>لائف سپورٹ سسٹم تو لائف سپورٹ سسٹم ختم ہو رہا ہے، سمندر کا پانی آلودہ ہو چکا، ہوا</w:t>
      </w:r>
    </w:p>
    <w:p>
      <w:r>
        <w:rPr>
          <w:b/>
        </w:rPr>
        <w:t xml:space="preserve">[14:23] </w:t>
      </w:r>
      <w:r>
        <w:t>mein aaludgi bhar gaya, garmi badhti chali ja rahi hai, farjae jaane wale sab marte chale ja rahe hain.</w:t>
      </w:r>
    </w:p>
    <w:p>
      <w:pPr>
        <w:jc w:val="right"/>
      </w:pPr>
      <w:r>
        <w:t>میں آلودگی بھر گیا، گرمی بڑھتی چلی جا رہی ہے، فرجائے جانے والے سب مرتے چلے جا رہے ہیں۔</w:t>
      </w:r>
    </w:p>
    <w:p>
      <w:r>
        <w:rPr>
          <w:b/>
        </w:rPr>
        <w:t xml:space="preserve">[14:31] </w:t>
      </w:r>
      <w:r>
        <w:t>kitne khet khetian veeran ho chuke hain, veeran ho gai hain,</w:t>
      </w:r>
    </w:p>
    <w:p>
      <w:pPr>
        <w:jc w:val="right"/>
      </w:pPr>
      <w:r>
        <w:t>کتنے کھیت کھیتیاں ویران ہو چکے ہیں، ویران ہو گئی ہیں،</w:t>
      </w:r>
    </w:p>
    <w:p>
      <w:r>
        <w:rPr>
          <w:b/>
        </w:rPr>
        <w:t xml:space="preserve">[14:39] </w:t>
      </w:r>
      <w:r>
        <w:t>glacier beh beh kar samandaron mein chale ja rahe hain. yeh sab ho raha hai, sab tawazun toot raha hai, yahan tak ke aik report ke mutabiq jo zameen ka jo mahwar hai, mahwar mein farq aa gaya hai. aap jante hain ke zameen ki dohari gardish hai, aik to suraj ke gird hai, is ka suraj ka apne madar par, aik</w:t>
      </w:r>
    </w:p>
    <w:p>
      <w:pPr>
        <w:jc w:val="right"/>
      </w:pPr>
      <w:r>
        <w:t>گلیشیئر بہ بہ کر سمندروں میں چلے جا رہے ہیں۔ یہ سب ہو رہا ہے، سب توازن ٹوٹ رہا ہے، یہاں تک کہ ایک رپورٹ کے مطابق جو زمین کا جو محور ہے، محور میں فرق آگیا ہے۔ آپ جانتے ہیں کہ زمین کی دوہری گردش ہے، ایک تو سورج کے گرد ہے، اس کا سورج کا اپنے مدار پر، ایک</w:t>
      </w:r>
    </w:p>
    <w:p>
      <w:r>
        <w:rPr>
          <w:b/>
        </w:rPr>
        <w:t xml:space="preserve">[15:09] </w:t>
      </w:r>
      <w:r>
        <w:t>apne mahwar par ghoomti hai wo.</w:t>
      </w:r>
    </w:p>
    <w:p>
      <w:pPr>
        <w:jc w:val="right"/>
      </w:pPr>
      <w:r>
        <w:t>اپنے محور پر گھومتی ہے وہ۔</w:t>
      </w:r>
    </w:p>
    <w:p>
      <w:r>
        <w:rPr>
          <w:b/>
        </w:rPr>
        <w:t xml:space="preserve">[15:14] </w:t>
      </w:r>
      <w:r>
        <w:t>to mahwar mein thoda sa farq aagaya hai.</w:t>
      </w:r>
    </w:p>
    <w:p>
      <w:pPr>
        <w:jc w:val="right"/>
      </w:pPr>
      <w:r>
        <w:t>تو محور میں تھوڑا سا فرق آگیا ہے۔</w:t>
      </w:r>
    </w:p>
    <w:p>
      <w:r>
        <w:rPr>
          <w:b/>
        </w:rPr>
        <w:t xml:space="preserve">[15:19] </w:t>
      </w:r>
      <w:r>
        <w:t>yeh to bohat hi sangin baat hai, bohat hi khatarnak baat hai.</w:t>
      </w:r>
    </w:p>
    <w:p>
      <w:pPr>
        <w:jc w:val="right"/>
      </w:pPr>
      <w:r>
        <w:t>یہ تو بہت ہی سنگین بات ہے، بہت ہی خطرناک بات ہے۔</w:t>
      </w:r>
    </w:p>
    <w:p>
      <w:r>
        <w:rPr>
          <w:b/>
        </w:rPr>
        <w:t xml:space="preserve">[15:25] </w:t>
      </w:r>
      <w:r>
        <w:t>kis ke bas mein hai ke us ko theek kare? kya kisi ke bas mein hai ke zameen</w:t>
      </w:r>
    </w:p>
    <w:p>
      <w:pPr>
        <w:jc w:val="right"/>
      </w:pPr>
      <w:r>
        <w:t>کس کے بس میں ہے کہ اس کو ٹھیک کرے؟ کیا کسی کے بس میں ہے کہ زمین</w:t>
      </w:r>
    </w:p>
    <w:p>
      <w:r>
        <w:rPr>
          <w:b/>
        </w:rPr>
        <w:t xml:space="preserve">[15:30] </w:t>
      </w:r>
      <w:r>
        <w:t>apne mahwar mein kuch khisak jae to kya hum aap us ko theek kar sakte hain? to poora</w:t>
      </w:r>
    </w:p>
    <w:p>
      <w:pPr>
        <w:jc w:val="right"/>
      </w:pPr>
      <w:r>
        <w:t>اپنے محور میں کچھ کھسک جائے تو کیا ہم آپ اس کو ٹھیک کر سکتے ہیں؟ تو پورا</w:t>
      </w:r>
    </w:p>
    <w:p>
      <w:r>
        <w:rPr>
          <w:b/>
        </w:rPr>
        <w:t xml:space="preserve">[15:36] </w:t>
      </w:r>
      <w:r>
        <w:t>life support system jo hai toot raha hai.</w:t>
      </w:r>
    </w:p>
    <w:p>
      <w:pPr>
        <w:jc w:val="right"/>
      </w:pPr>
      <w:r>
        <w:t>لائف سپورٹ سسٹم جو ہے ٹوٹ رہا ہے۔</w:t>
      </w:r>
    </w:p>
    <w:p>
      <w:r>
        <w:rPr>
          <w:b/>
        </w:rPr>
        <w:t xml:space="preserve">[15:41] </w:t>
      </w:r>
      <w:r>
        <w:t>ab is mein koi shakk nahin ke aap ghhor kijiye ke itni burai duniya mein barh chuki hai,</w:t>
      </w:r>
    </w:p>
    <w:p>
      <w:pPr>
        <w:jc w:val="right"/>
      </w:pPr>
      <w:r>
        <w:t>اب اس میں کوئی شک نہیں کہ آپ غور کیجئے کہ اتنی برائی دنیا میں بڑھ چکی ہے،</w:t>
      </w:r>
    </w:p>
    <w:p>
      <w:r>
        <w:rPr>
          <w:b/>
        </w:rPr>
        <w:t xml:space="preserve">[15:49] </w:t>
      </w:r>
      <w:r>
        <w:t>itni burai barh chuki hai.</w:t>
      </w:r>
    </w:p>
    <w:p>
      <w:pPr>
        <w:jc w:val="right"/>
      </w:pPr>
      <w:r>
        <w:t>اتنی برائی بڑھ چکی ہے۔</w:t>
      </w:r>
    </w:p>
    <w:p>
      <w:r>
        <w:rPr>
          <w:b/>
        </w:rPr>
        <w:t xml:space="preserve">[15:56] </w:t>
      </w:r>
      <w:r>
        <w:t>to aakhir duniya kis liye baqi rakhi jaye gi? kis liye baqi rakhi jaye gi? misaal ke taur</w:t>
      </w:r>
    </w:p>
    <w:p>
      <w:pPr>
        <w:jc w:val="right"/>
      </w:pPr>
      <w:r>
        <w:t>تو آخر دنیا کس لئے باقی رکھی جائے گی؟ کس لئے باقی رکھی جائے گی؟ مثال کے طور</w:t>
      </w:r>
    </w:p>
    <w:p>
      <w:r>
        <w:rPr>
          <w:b/>
        </w:rPr>
        <w:t xml:space="preserve">[16:04] </w:t>
      </w:r>
      <w:r>
        <w:t>par dekhiye, amal qaum loot par azab aaya tha falasteen ke ilaqe mein.</w:t>
      </w:r>
    </w:p>
    <w:p>
      <w:pPr>
        <w:jc w:val="right"/>
      </w:pPr>
      <w:r>
        <w:t>پر دیکھیے، عمل قوم لوط پر عذاب آیا تھا فلسطین کے علاقے میں۔</w:t>
      </w:r>
    </w:p>
    <w:p>
      <w:r>
        <w:rPr>
          <w:b/>
        </w:rPr>
        <w:t xml:space="preserve">[16:11] </w:t>
      </w:r>
      <w:r>
        <w:t>ab to amal qaum loot ek dam aam ban gaya, hatta ke is ka qanoon ban gaya, qanooni</w:t>
      </w:r>
    </w:p>
    <w:p>
      <w:pPr>
        <w:jc w:val="right"/>
      </w:pPr>
      <w:r>
        <w:t>اب تو عمل قوم لوط ایک دم عام بن گیا، حتیٰ کہ اس کا قانون بن گیا، قانونی</w:t>
      </w:r>
    </w:p>
    <w:p>
      <w:r>
        <w:rPr>
          <w:b/>
        </w:rPr>
        <w:t xml:space="preserve">[16:17] </w:t>
      </w:r>
      <w:r>
        <w:t>ho gaya woh.</w:t>
      </w:r>
    </w:p>
    <w:p>
      <w:pPr>
        <w:jc w:val="right"/>
      </w:pPr>
      <w:r>
        <w:t>ہو گیا وہ۔</w:t>
      </w:r>
    </w:p>
    <w:p>
      <w:r>
        <w:rPr>
          <w:b/>
        </w:rPr>
        <w:t xml:space="preserve">[16:22] </w:t>
      </w:r>
      <w:r>
        <w:t>is par function hote hain, yaani سرمایہ khatam ho gayi.</w:t>
      </w:r>
    </w:p>
    <w:p>
      <w:pPr>
        <w:jc w:val="right"/>
      </w:pPr>
      <w:r>
        <w:t>اس پر فنکشن ہوتے ہیں، یعنی سرمایہ ختم ہوگئی۔</w:t>
      </w:r>
    </w:p>
    <w:p>
      <w:r>
        <w:rPr>
          <w:b/>
        </w:rPr>
        <w:t xml:space="preserve">[16:27] </w:t>
      </w:r>
      <w:r>
        <w:t>to to ek saboot maujood hai ke amal qaum loot agar logon ke madar aajaye to woh azab</w:t>
      </w:r>
    </w:p>
    <w:p>
      <w:pPr>
        <w:jc w:val="right"/>
      </w:pPr>
      <w:r>
        <w:t>تو تو ایک ثبوت موجود ہے کہ عمل قوم لوط اگر لوگوں کے مدر آجائے تو وہ عذاب</w:t>
      </w:r>
    </w:p>
    <w:p>
      <w:r>
        <w:rPr>
          <w:b/>
        </w:rPr>
        <w:t xml:space="preserve">[16:32] </w:t>
      </w:r>
      <w:r>
        <w:t>ka ke mustahiq ho jatay hain.</w:t>
      </w:r>
    </w:p>
    <w:p>
      <w:pPr>
        <w:jc w:val="right"/>
      </w:pPr>
      <w:r>
        <w:t>کا کے مستحق ہو جاتے ہیں۔</w:t>
      </w:r>
    </w:p>
    <w:p>
      <w:r>
        <w:rPr>
          <w:b/>
        </w:rPr>
        <w:t xml:space="preserve">[16:38] </w:t>
      </w:r>
      <w:r>
        <w:t>yeh to saboot hai quran majeed mein khud.</w:t>
      </w:r>
    </w:p>
    <w:p>
      <w:pPr>
        <w:jc w:val="right"/>
      </w:pPr>
      <w:r>
        <w:t>یہ تو ثبوت ہے قرآن مجید میں خود۔</w:t>
      </w:r>
    </w:p>
    <w:p>
      <w:r>
        <w:rPr>
          <w:b/>
        </w:rPr>
        <w:t xml:space="preserve">[16:43] </w:t>
      </w:r>
      <w:r>
        <w:t>pehlay ek ek ek ek ek مخصوص ilaqe mein hua tha, bar mardaar ke ilaqe mein to wahan azab aaya.</w:t>
      </w:r>
    </w:p>
    <w:p>
      <w:pPr>
        <w:jc w:val="right"/>
      </w:pPr>
      <w:r>
        <w:t>پہلے ایک ایک ایک ایک ایک مخصوص علاقے میں ہوا تھا، بار مردار کے علاقے میں تو وہاں عذاب آیا۔</w:t>
      </w:r>
    </w:p>
    <w:p>
      <w:r>
        <w:rPr>
          <w:b/>
        </w:rPr>
        <w:t xml:space="preserve">[16:49] </w:t>
      </w:r>
      <w:r>
        <w:t>ab to aalami satah par ho gaya.</w:t>
      </w:r>
    </w:p>
    <w:p>
      <w:pPr>
        <w:jc w:val="right"/>
      </w:pPr>
      <w:r>
        <w:t>اب تو عالمی سطح پر ہوگیا۔</w:t>
      </w:r>
    </w:p>
    <w:p>
      <w:r>
        <w:rPr>
          <w:b/>
        </w:rPr>
        <w:t xml:space="preserve">[16:55] </w:t>
      </w:r>
      <w:r>
        <w:t>india istasna nahin hai.</w:t>
      </w:r>
    </w:p>
    <w:p>
      <w:pPr>
        <w:jc w:val="right"/>
      </w:pPr>
      <w:r>
        <w:t>انڈیا استثنا نہیں ہے۔</w:t>
      </w:r>
    </w:p>
    <w:p>
      <w:r>
        <w:rPr>
          <w:b/>
        </w:rPr>
        <w:t xml:space="preserve">[17:02] </w:t>
      </w:r>
      <w:r>
        <w:t>to ab ab kis kon si baat hai jo nahin hui? sab kuch ho chuka hai.</w:t>
      </w:r>
    </w:p>
    <w:p>
      <w:pPr>
        <w:jc w:val="right"/>
      </w:pPr>
      <w:r>
        <w:t>تو اب اب کس کون سی بات ہے جو نہیں ہوئی؟ سب کچھ ہو چکا ہے۔</w:t>
      </w:r>
    </w:p>
    <w:p>
      <w:r>
        <w:rPr>
          <w:b/>
        </w:rPr>
        <w:t xml:space="preserve">[17:08] </w:t>
      </w:r>
      <w:r>
        <w:t>to behal mein jahan tak samajhta hoon, is par hum ne kafi</w:t>
      </w:r>
    </w:p>
    <w:p>
      <w:pPr>
        <w:jc w:val="right"/>
      </w:pPr>
      <w:r>
        <w:t>تو بہرحال میں جہاں تک سمجھتا ہوں، اس پر ہم نے کافی</w:t>
      </w:r>
    </w:p>
    <w:p>
      <w:r>
        <w:rPr>
          <w:b/>
        </w:rPr>
        <w:t xml:space="preserve">[17:14] </w:t>
      </w:r>
      <w:r>
        <w:t>parha hai aur likha hai ke dajjal aa chuka, mehdi aa chukay, masih aa chukay, ab jo cheez anay wali hai woh qayamat hai sirf. to kal mein ne yeh arz kiya tha ke ek daur mein peghambar atay thay to kisi ke. lekin jab peghambaron ka aana khatam ho gaya, khatam</w:t>
      </w:r>
    </w:p>
    <w:p>
      <w:pPr>
        <w:jc w:val="right"/>
      </w:pPr>
      <w:r>
        <w:t>پڑھا ہے اور لکھا ہے کہ دجال آچکا، مہدی آچکے، مسیح آچکے، اب جو چیز آنے والی ہے وہ قیامت ہے صرف۔ تو کل میں نے یہ عرض کیا تھا کہ ایک دور میں پیغمبر آتے تھے تو کسی کے۔ لیکن جب پیغمبروں کا آنا ختم ہوگیا، خاتم</w:t>
      </w:r>
    </w:p>
    <w:p>
      <w:r>
        <w:rPr>
          <w:b/>
        </w:rPr>
        <w:t xml:space="preserve">[17:44] </w:t>
      </w:r>
      <w:r>
        <w:t>nabiyyin ke baad to ab koi peghamabari ka daawa kare to bilashuba woh pagal hai.</w:t>
      </w:r>
    </w:p>
    <w:p>
      <w:pPr>
        <w:jc w:val="right"/>
      </w:pPr>
      <w:r>
        <w:t>النبیین کے بعد تو اب کوئی پیغمبری کا دعویٰ کرے تو بلاشبہ وہ پاگل ہے۔</w:t>
      </w:r>
    </w:p>
    <w:p>
      <w:r>
        <w:rPr>
          <w:b/>
        </w:rPr>
        <w:t xml:space="preserve">[17:49] </w:t>
      </w:r>
      <w:r>
        <w:t>koi to bab hi band ho chuka.</w:t>
      </w:r>
    </w:p>
    <w:p>
      <w:pPr>
        <w:jc w:val="right"/>
      </w:pPr>
      <w:r>
        <w:t>کوئی تو باب ہی بند ہوچکا۔</w:t>
      </w:r>
    </w:p>
    <w:p>
      <w:r>
        <w:rPr>
          <w:b/>
        </w:rPr>
        <w:t xml:space="preserve">[17:54] </w:t>
      </w:r>
      <w:r>
        <w:t>aise hi izhaar deen ka jo muamla hai, yeh izhaar deen kiya hai? mauqa ko kholna, izhaar deen</w:t>
      </w:r>
    </w:p>
    <w:p>
      <w:pPr>
        <w:jc w:val="right"/>
      </w:pPr>
      <w:r>
        <w:t>ایسے ہی اظہار دین کا جو معاملہ ہے، یہ اظہار دین کیا ہے؟ موقع کو کھولنا، اظہار دین</w:t>
      </w:r>
    </w:p>
    <w:p>
      <w:r>
        <w:rPr>
          <w:b/>
        </w:rPr>
        <w:t xml:space="preserve">[17:59] </w:t>
      </w:r>
      <w:r>
        <w:t>ke mani hukoomat qaim karna nahin hai.</w:t>
      </w:r>
    </w:p>
    <w:p>
      <w:pPr>
        <w:jc w:val="right"/>
      </w:pPr>
      <w:r>
        <w:t>کے معنی حکومت قائم کرنا نہیں ہے۔</w:t>
      </w:r>
    </w:p>
    <w:p>
      <w:r>
        <w:rPr>
          <w:b/>
        </w:rPr>
        <w:t xml:space="preserve">[18:04] </w:t>
      </w:r>
      <w:r>
        <w:t>jo log is ko hukoomat karne ke mani mein letay hain, woh bilkul be buniyad baatein kehtay hain.</w:t>
      </w:r>
    </w:p>
    <w:p>
      <w:pPr>
        <w:jc w:val="right"/>
      </w:pPr>
      <w:r>
        <w:t>جو لوگ اس کو حکومت کرنے کے معنی میں لیتے ہیں، وہ بالکل بے بنیاد باتیں کہتے ہیں۔</w:t>
      </w:r>
    </w:p>
    <w:p>
      <w:r>
        <w:rPr>
          <w:b/>
        </w:rPr>
        <w:t xml:space="preserve">[18:10] </w:t>
      </w:r>
      <w:r>
        <w:t>hum ne apni kitab</w:t>
      </w:r>
    </w:p>
    <w:p>
      <w:pPr>
        <w:jc w:val="right"/>
      </w:pPr>
      <w:r>
        <w:t>ہم نے اپنی کتاب</w:t>
      </w:r>
    </w:p>
    <w:p>
      <w:r>
        <w:rPr>
          <w:b/>
        </w:rPr>
        <w:t xml:space="preserve">[18:15] </w:t>
      </w:r>
      <w:r>
        <w:t>on mein is ko bilkul khatam kar diya hai, is daleel ko.</w:t>
      </w:r>
    </w:p>
    <w:p>
      <w:pPr>
        <w:jc w:val="right"/>
      </w:pPr>
      <w:r>
        <w:t>وں میں اس کو بالکل ختم کر دیا ہے، اس دلیل کو۔</w:t>
      </w:r>
    </w:p>
    <w:p>
      <w:r>
        <w:rPr>
          <w:b/>
        </w:rPr>
        <w:t xml:space="preserve">[18:20] </w:t>
      </w:r>
      <w:r>
        <w:t>aap hamari kitabein parh saktay hain, taabeer ghalti, deen o shariat aur kai kitabein hain, yeh deen kamil.</w:t>
      </w:r>
    </w:p>
    <w:p>
      <w:pPr>
        <w:jc w:val="right"/>
      </w:pPr>
      <w:r>
        <w:t>آپ ہماری کتابیں پڑھ سکتے ہیں، تعبیر غلطی، دین و شریعت اور کئی کتابیں ہیں، یہ دین کامل۔</w:t>
      </w:r>
    </w:p>
    <w:p>
      <w:r>
        <w:rPr>
          <w:b/>
        </w:rPr>
        <w:t xml:space="preserve">[18:25] </w:t>
      </w:r>
      <w:r>
        <w:t>is tasawwur ko hum ne khatam kar diya hai bilkul dalail se ke izhaar deen ka matlab hai</w:t>
      </w:r>
    </w:p>
    <w:p>
      <w:pPr>
        <w:jc w:val="right"/>
      </w:pPr>
      <w:r>
        <w:t>اس تصور کو ہم نے ختم کر دیا ہے بالکل دلائل سے کہ اظہار دین کا مطلب ہے</w:t>
      </w:r>
    </w:p>
    <w:p>
      <w:r>
        <w:rPr>
          <w:b/>
        </w:rPr>
        <w:t xml:space="preserve">[18:30] </w:t>
      </w:r>
      <w:r>
        <w:t>islami hukoomat qaim karna.</w:t>
      </w:r>
    </w:p>
    <w:p>
      <w:pPr>
        <w:jc w:val="right"/>
      </w:pPr>
      <w:r>
        <w:t>اسلامی حکومت قائم کرنا۔</w:t>
      </w:r>
    </w:p>
    <w:p>
      <w:r>
        <w:rPr>
          <w:b/>
        </w:rPr>
        <w:t xml:space="preserve">[18:36] </w:t>
      </w:r>
      <w:r>
        <w:t>bilkul laghu baat hai yeh.</w:t>
      </w:r>
    </w:p>
    <w:p>
      <w:pPr>
        <w:jc w:val="right"/>
      </w:pPr>
      <w:r>
        <w:t>بالکل لغو بات ہے یہ۔</w:t>
      </w:r>
    </w:p>
    <w:p>
      <w:r>
        <w:rPr>
          <w:b/>
        </w:rPr>
        <w:t xml:space="preserve">[18:41] </w:t>
      </w:r>
      <w:r>
        <w:t>izhaar-e-deen ke maani hain mawaaqe ko kholna.</w:t>
      </w:r>
    </w:p>
    <w:p>
      <w:pPr>
        <w:jc w:val="right"/>
      </w:pPr>
      <w:r>
        <w:t>اظہار دین کے معنی ہیں مواقع کو کھولنا۔</w:t>
      </w:r>
    </w:p>
    <w:p>
      <w:r>
        <w:rPr>
          <w:b/>
        </w:rPr>
        <w:t xml:space="preserve">[18:46] </w:t>
      </w:r>
      <w:r>
        <w:t>to saare mawaaqe khul gaye.</w:t>
      </w:r>
    </w:p>
    <w:p>
      <w:pPr>
        <w:jc w:val="right"/>
      </w:pPr>
      <w:r>
        <w:t>تو سارے مواقع کھل گئے۔</w:t>
      </w:r>
    </w:p>
    <w:p>
      <w:r>
        <w:rPr>
          <w:b/>
        </w:rPr>
        <w:t xml:space="preserve">[18:52] </w:t>
      </w:r>
      <w:r>
        <w:t>mawaaqe kis kaam ke liye? mawaaqe kis kaam ke liye? dawat work ke liye.</w:t>
      </w:r>
    </w:p>
    <w:p>
      <w:pPr>
        <w:jc w:val="right"/>
      </w:pPr>
      <w:r>
        <w:t>مواقع کس کام کے لئے؟ مواقع کس کام کے لئے؟ دعوت ورک کے لئے۔</w:t>
      </w:r>
    </w:p>
    <w:p>
      <w:r>
        <w:rPr>
          <w:b/>
        </w:rPr>
        <w:t xml:space="preserve">[18:59] </w:t>
      </w:r>
      <w:r>
        <w:t>dekhiye, Allah taala ka jo asal fikr hai, woh dawat hai, hukoomat nahi hai.</w:t>
      </w:r>
    </w:p>
    <w:p>
      <w:pPr>
        <w:jc w:val="right"/>
      </w:pPr>
      <w:r>
        <w:t>دیکھیے، اللہ تعالیٰ کا جو اصل فکر ہے، وہ دعوت ہے، حکومت نہیں ہے۔</w:t>
      </w:r>
    </w:p>
    <w:p>
      <w:r>
        <w:rPr>
          <w:b/>
        </w:rPr>
        <w:t xml:space="preserve">[19:05] </w:t>
      </w:r>
      <w:r>
        <w:t>to mawaaqe aakhri had tak khul chuke hain.</w:t>
      </w:r>
    </w:p>
    <w:p>
      <w:pPr>
        <w:jc w:val="right"/>
      </w:pPr>
      <w:r>
        <w:t>تو مواقع آخری حد تک کھل چکے ہیں۔</w:t>
      </w:r>
    </w:p>
    <w:p>
      <w:r>
        <w:rPr>
          <w:b/>
        </w:rPr>
        <w:t xml:space="preserve">[19:11] </w:t>
      </w:r>
      <w:r>
        <w:t>koi bhi rukawat nahi hai ab ke aap</w:t>
      </w:r>
    </w:p>
    <w:p>
      <w:pPr>
        <w:jc w:val="right"/>
      </w:pPr>
      <w:r>
        <w:t>کوئی بھی رکاوٹ نہیں ہے اب کہ آپ</w:t>
      </w:r>
    </w:p>
    <w:p>
      <w:r>
        <w:rPr>
          <w:b/>
        </w:rPr>
        <w:t xml:space="preserve">[19:17] </w:t>
      </w:r>
      <w:r>
        <w:t>dawti kaam karne ke liye.</w:t>
      </w:r>
    </w:p>
    <w:p>
      <w:pPr>
        <w:jc w:val="right"/>
      </w:pPr>
      <w:r>
        <w:t>دعوتی کام کرنے کے لئے۔</w:t>
      </w:r>
    </w:p>
    <w:p>
      <w:r>
        <w:rPr>
          <w:b/>
        </w:rPr>
        <w:t xml:space="preserve">[19:23] </w:t>
      </w:r>
      <w:r>
        <w:t>mujhe aaj mein subah jab naha raha tha to ek waaqia mujhe yaad aaya.</w:t>
      </w:r>
    </w:p>
    <w:p>
      <w:pPr>
        <w:jc w:val="right"/>
      </w:pPr>
      <w:r>
        <w:t>مجھے آج میں صبح جب نہا رہا تھا تو ایک واقعہ مجھے یاد آیا۔</w:t>
      </w:r>
    </w:p>
    <w:p>
      <w:r>
        <w:rPr>
          <w:b/>
        </w:rPr>
        <w:t xml:space="preserve">[19:30] </w:t>
      </w:r>
      <w:r>
        <w:t>1993 mein, 1993 mein Babri Masjid ke aaye jaane ke baad ek yatra nikli thi Maharashtra mein kyunke</w:t>
      </w:r>
    </w:p>
    <w:p>
      <w:pPr>
        <w:jc w:val="right"/>
      </w:pPr>
      <w:r>
        <w:t>۱۹۹۳ میں، ۱۹۹۳ میں بابری مسجد کے آئے جانے کے بعد ایک یاترا نکلی تھی مہاراشٹر میں کیونکہ</w:t>
      </w:r>
    </w:p>
    <w:p>
      <w:r>
        <w:rPr>
          <w:b/>
        </w:rPr>
        <w:t xml:space="preserve">[19:36] </w:t>
      </w:r>
      <w:r>
        <w:t>ise fasaadaat ka zor wahin zyada tha.</w:t>
      </w:r>
    </w:p>
    <w:p>
      <w:pPr>
        <w:jc w:val="right"/>
      </w:pPr>
      <w:r>
        <w:t>اسے فسادات کا زور وہیں زیادہ تھا۔</w:t>
      </w:r>
    </w:p>
    <w:p>
      <w:r>
        <w:rPr>
          <w:b/>
        </w:rPr>
        <w:t xml:space="preserve">[19:42] </w:t>
      </w:r>
      <w:r>
        <w:t>to is mein</w:t>
      </w:r>
    </w:p>
    <w:p>
      <w:pPr>
        <w:jc w:val="right"/>
      </w:pPr>
      <w:r>
        <w:t>تو اس میں</w:t>
      </w:r>
    </w:p>
    <w:p>
      <w:r>
        <w:rPr>
          <w:b/>
        </w:rPr>
        <w:t xml:space="preserve">[19:48] </w:t>
      </w:r>
      <w:r>
        <w:t>Acharya Sushil Kumar the, Swami Chidanand the, kai top ke Hindu the is mein, main bhi is mein shaamil tha.</w:t>
      </w:r>
    </w:p>
    <w:p>
      <w:pPr>
        <w:jc w:val="right"/>
      </w:pPr>
      <w:r>
        <w:t>آچارے سشیل کمار تھے، سوامی چیدانند تھے، کئی ٹاپ کے ہندو تھے اس میں، میں بھی اس میں شامل تھا۔</w:t>
      </w:r>
    </w:p>
    <w:p>
      <w:r>
        <w:rPr>
          <w:b/>
        </w:rPr>
        <w:t xml:space="preserve">[19:56] </w:t>
      </w:r>
      <w:r>
        <w:t>to pandrah din tak hum log taqreeban tees jagahon par gaye, har jagah wahan taqreeb waghera hoti thi.</w:t>
      </w:r>
    </w:p>
    <w:p>
      <w:pPr>
        <w:jc w:val="right"/>
      </w:pPr>
      <w:r>
        <w:t>تو پندرہ دن تک ہم لوگ تقریباً تیس جگہوں پر گئے، ہر جگہ وہاں تقریب وغیرہ ہوتی تھی۔</w:t>
      </w:r>
    </w:p>
    <w:p>
      <w:r>
        <w:rPr>
          <w:b/>
        </w:rPr>
        <w:t xml:space="preserve">[20:03] </w:t>
      </w:r>
      <w:r>
        <w:t>to shuru shuru mein aisa tha ke maine kuch general andaaz mein baat ki, kuch Cheen ki</w:t>
      </w:r>
    </w:p>
    <w:p>
      <w:pPr>
        <w:jc w:val="right"/>
      </w:pPr>
      <w:r>
        <w:t>تو شروع شروع میں ایسا تھا کہ میں نے کچھ جنرل انداز میں بات کی، کچھ چین کی</w:t>
      </w:r>
    </w:p>
    <w:p>
      <w:r>
        <w:rPr>
          <w:b/>
        </w:rPr>
        <w:t xml:space="preserve">[20:11] </w:t>
      </w:r>
      <w:r>
        <w:t>misaal le kar ke</w:t>
      </w:r>
    </w:p>
    <w:p>
      <w:pPr>
        <w:jc w:val="right"/>
      </w:pPr>
      <w:r>
        <w:t>مثال لے کر کے</w:t>
      </w:r>
    </w:p>
    <w:p>
      <w:r>
        <w:rPr>
          <w:b/>
        </w:rPr>
        <w:t xml:space="preserve">[20:18] </w:t>
      </w:r>
      <w:r>
        <w:t>, Japan ki misaal le kar ke.</w:t>
      </w:r>
    </w:p>
    <w:p>
      <w:pPr>
        <w:jc w:val="right"/>
      </w:pPr>
      <w:r>
        <w:t>، جاپان کی مثال لے کر کے۔</w:t>
      </w:r>
    </w:p>
    <w:p>
      <w:r>
        <w:rPr>
          <w:b/>
        </w:rPr>
        <w:t xml:space="preserve">[20:23] </w:t>
      </w:r>
      <w:r>
        <w:t>to hum log kahin jahan padaao daalte the, jahan to hum khana peena saath karte the.</w:t>
      </w:r>
    </w:p>
    <w:p>
      <w:pPr>
        <w:jc w:val="right"/>
      </w:pPr>
      <w:r>
        <w:t>تو ہم لوگ کہیں جہاں پڑاؤ ڈالتے تھے، جہاں تو ہم کھانا پینا ساتھ کرتے تھے۔</w:t>
      </w:r>
    </w:p>
    <w:p>
      <w:r>
        <w:rPr>
          <w:b/>
        </w:rPr>
        <w:t xml:space="preserve">[20:28] </w:t>
      </w:r>
      <w:r>
        <w:t>to mera tareeqa yeh tha ke jab khane peene mein hum log baithte the to main kuch Islam</w:t>
      </w:r>
    </w:p>
    <w:p>
      <w:pPr>
        <w:jc w:val="right"/>
      </w:pPr>
      <w:r>
        <w:t>تو میرا طریقہ یہ تھا کہ جب کھانے پینے میں ہم لوگ بیٹھتے تھے تو میں کچھ اسلام</w:t>
      </w:r>
    </w:p>
    <w:p>
      <w:r>
        <w:rPr>
          <w:b/>
        </w:rPr>
        <w:t xml:space="preserve">[20:33] </w:t>
      </w:r>
      <w:r>
        <w:t>ki baatein batata tha.</w:t>
      </w:r>
    </w:p>
    <w:p>
      <w:pPr>
        <w:jc w:val="right"/>
      </w:pPr>
      <w:r>
        <w:t>کی باتیں بتاتا تھا۔</w:t>
      </w:r>
    </w:p>
    <w:p>
      <w:r>
        <w:rPr>
          <w:b/>
        </w:rPr>
        <w:t xml:space="preserve">[20:39] </w:t>
      </w:r>
      <w:r>
        <w:t>to do ek din ke baad maine woh khane par bataya, kuch nahane ki baat hui thi.</w:t>
      </w:r>
    </w:p>
    <w:p>
      <w:pPr>
        <w:jc w:val="right"/>
      </w:pPr>
      <w:r>
        <w:t>تو دو ایک دن کے بعد میں نے وہ کھانے پر بتایا، کچھ نہانے کی بات ہوئی تھی۔</w:t>
      </w:r>
    </w:p>
    <w:p>
      <w:r>
        <w:rPr>
          <w:b/>
        </w:rPr>
        <w:t xml:space="preserve">[20:44] </w:t>
      </w:r>
      <w:r>
        <w:t>to maine kaha ke Hazrat Usman ka jo</w:t>
      </w:r>
    </w:p>
    <w:p>
      <w:pPr>
        <w:jc w:val="right"/>
      </w:pPr>
      <w:r>
        <w:t>تو میں نے کہا کہ حضرت عثمان کا جو</w:t>
      </w:r>
    </w:p>
    <w:p>
      <w:r>
        <w:rPr>
          <w:b/>
        </w:rPr>
        <w:t xml:space="preserve">[20:49] </w:t>
      </w:r>
      <w:r>
        <w:t>ke jo khadim thay, yaani khalifa usman ke jo khadim thay, un ki riwayat hai ke کان یختصل کل یوم مرتاً او مرتین. yaani khalifa usman jo thay, rozana woh ghusal karte thay, kabhi aik bar, kabhi do bar. to logon ko bohat acha laga yeh. unhon ne kaha ke maulana sahib, aap koi cheez jaapan ki baat mat sunaiye jalsay mein, aap yeh</w:t>
      </w:r>
    </w:p>
    <w:p>
      <w:pPr>
        <w:jc w:val="right"/>
      </w:pPr>
      <w:r>
        <w:t>کہ جو خادم تھے، یعنی خلیفہ عثمان کے جو خادم تھے، ان کی روایت ہے کہ کان یختصل کل یوم مرتاً او مرتین۔ یعنی خلیفہ عثمان جو تھے، روزانہ وہ غسل کرتے تھے، کبھی ایک بار، کبھی دو بار۔ تو لوگوں کو بہت اچھا لگا یہ۔ انہوں نے کہا کہ مولانا صاحب، آپ کوئی چیز جاپان کی بات مت سنائیے جلسے میں، آپ یہ</w:t>
      </w:r>
    </w:p>
    <w:p>
      <w:r>
        <w:rPr>
          <w:b/>
        </w:rPr>
        <w:t xml:space="preserve">[21:19] </w:t>
      </w:r>
      <w:r>
        <w:t>yeh sab baatein bataiye, Islam ki baatein.</w:t>
      </w:r>
    </w:p>
    <w:p>
      <w:pPr>
        <w:jc w:val="right"/>
      </w:pPr>
      <w:r>
        <w:t>ی سب باتیں بتائیے، اسلام کی باتیں۔</w:t>
      </w:r>
    </w:p>
    <w:p>
      <w:r>
        <w:rPr>
          <w:b/>
        </w:rPr>
        <w:t xml:space="preserve">[21:25] </w:t>
      </w:r>
      <w:r>
        <w:t>to main aise karne laga wahan par.</w:t>
      </w:r>
    </w:p>
    <w:p>
      <w:pPr>
        <w:jc w:val="right"/>
      </w:pPr>
      <w:r>
        <w:t>تو میں ایسے کرنے لگا وہاں پر۔</w:t>
      </w:r>
    </w:p>
    <w:p>
      <w:r>
        <w:rPr>
          <w:b/>
        </w:rPr>
        <w:t xml:space="preserve">[21:31] </w:t>
      </w:r>
      <w:r>
        <w:t>to jab jalsa khatm hua, pandrah din ka yatra khatm hui, Swami Chidanand abhi zinda hain, woh Rishi</w:t>
      </w:r>
    </w:p>
    <w:p>
      <w:pPr>
        <w:jc w:val="right"/>
      </w:pPr>
      <w:r>
        <w:t>تو جب جلسہ ختم ہوا، پندرہ دن کا یاترا ختم ہوئی، سوامی چیدانند ابھی زندہ ہیں، وہ رشی</w:t>
      </w:r>
    </w:p>
    <w:p>
      <w:r>
        <w:rPr>
          <w:b/>
        </w:rPr>
        <w:t xml:space="preserve">[21:37] </w:t>
      </w:r>
      <w:r>
        <w:t>keish mein aap telephone kar ke pooch li jiye.</w:t>
      </w:r>
    </w:p>
    <w:p>
      <w:pPr>
        <w:jc w:val="right"/>
      </w:pPr>
      <w:r>
        <w:t>کیش میں آپ ٹیلی فون کر کے پوچھ لیجئے۔</w:t>
      </w:r>
    </w:p>
    <w:p>
      <w:r>
        <w:rPr>
          <w:b/>
        </w:rPr>
        <w:t xml:space="preserve">[21:43] </w:t>
      </w:r>
      <w:r>
        <w:t>unhon ne kaha ke aap hamein ek kitab likh kar dijiye islam par, islam in daily life, teen so</w:t>
      </w:r>
    </w:p>
    <w:p>
      <w:pPr>
        <w:jc w:val="right"/>
      </w:pPr>
      <w:r>
        <w:t>انہوں نے کہا کہ آپ ہمیں ایک کتاب لکھ کر دیجئے اسلام پر، اسلام ان ڈیلی لائف، تین سو</w:t>
      </w:r>
    </w:p>
    <w:p>
      <w:r>
        <w:rPr>
          <w:b/>
        </w:rPr>
        <w:t xml:space="preserve">[21:49] </w:t>
      </w:r>
      <w:r>
        <w:t>safhaat ki.</w:t>
      </w:r>
    </w:p>
    <w:p>
      <w:pPr>
        <w:jc w:val="right"/>
      </w:pPr>
      <w:r>
        <w:t>صفحات کی۔</w:t>
      </w:r>
    </w:p>
    <w:p>
      <w:r>
        <w:rPr>
          <w:b/>
        </w:rPr>
        <w:t xml:space="preserve">[21:54] </w:t>
      </w:r>
      <w:r>
        <w:t>kaha hum das zabanon mein is ko hum tayyar kar ke, tarjuma kar ke tayyar karein ge aur</w:t>
      </w:r>
    </w:p>
    <w:p>
      <w:pPr>
        <w:jc w:val="right"/>
      </w:pPr>
      <w:r>
        <w:t>کہا ہم دس زبانوں میں اس کو ہم تیار کر کے، ترجمہ کر کے تیار کریں گے اور</w:t>
      </w:r>
    </w:p>
    <w:p>
      <w:r>
        <w:rPr>
          <w:b/>
        </w:rPr>
        <w:t xml:space="preserve">[22:00] </w:t>
      </w:r>
      <w:r>
        <w:t>duniya mein phailayein ge is ko.</w:t>
      </w:r>
    </w:p>
    <w:p>
      <w:pPr>
        <w:jc w:val="right"/>
      </w:pPr>
      <w:r>
        <w:t>دنیا میں پھیلائیں گے اس کو۔</w:t>
      </w:r>
    </w:p>
    <w:p>
      <w:r>
        <w:rPr>
          <w:b/>
        </w:rPr>
        <w:t xml:space="preserve">[22:05] </w:t>
      </w:r>
      <w:r>
        <w:t>un ke paas bohat paisa hai, bohat bara un ka ashram hai.</w:t>
      </w:r>
    </w:p>
    <w:p>
      <w:pPr>
        <w:jc w:val="right"/>
      </w:pPr>
      <w:r>
        <w:t>ان کے پاس بہت پیسہ ہے، بہت بڑا ان کا آشرم ہے۔</w:t>
      </w:r>
    </w:p>
    <w:p>
      <w:r>
        <w:rPr>
          <w:b/>
        </w:rPr>
        <w:t xml:space="preserve">[22:10] </w:t>
      </w:r>
      <w:r>
        <w:t>unhon ne kaha ke teen so safhaat kaho, islam in daily life, rozmarra ki zindagi mein islam, das</w:t>
      </w:r>
    </w:p>
    <w:p>
      <w:pPr>
        <w:jc w:val="right"/>
      </w:pPr>
      <w:r>
        <w:t>انہوں نے کہا کہ تین سو صفحات کہو، اسلام ان ڈیلی لائف، روزمرہ کی زندگی میں اسلام، دس</w:t>
      </w:r>
    </w:p>
    <w:p>
      <w:r>
        <w:rPr>
          <w:b/>
        </w:rPr>
        <w:t xml:space="preserve">[22:16] </w:t>
      </w:r>
      <w:r>
        <w:t>zabanon mein hum is ko phailayein ge.</w:t>
      </w:r>
    </w:p>
    <w:p>
      <w:pPr>
        <w:jc w:val="right"/>
      </w:pPr>
      <w:r>
        <w:t>زبانوں میں ہم اس کو پھیلائیں گے۔</w:t>
      </w:r>
    </w:p>
    <w:p>
      <w:r>
        <w:rPr>
          <w:b/>
        </w:rPr>
        <w:t xml:space="preserve">[22:21] </w:t>
      </w:r>
      <w:r>
        <w:t>itna ziyada logon ke andar badlao aa chuka hai, ab woh zamana khatam hoga jab mazhabi nafrat hoti thi,</w:t>
      </w:r>
    </w:p>
    <w:p>
      <w:pPr>
        <w:jc w:val="right"/>
      </w:pPr>
      <w:r>
        <w:t>اتنا زیادہ لوگوں کے اندر بدلاؤ آچکا ہے، اب وہ زمانہ ختم ہوگا جب مذہبی نفرت ہوتی تھی،</w:t>
      </w:r>
    </w:p>
    <w:p>
      <w:r>
        <w:rPr>
          <w:b/>
        </w:rPr>
        <w:t xml:space="preserve">[22:27] </w:t>
      </w:r>
      <w:r>
        <w:t>jab religious persecution tha, woh sab kuch bhi nahin.</w:t>
      </w:r>
    </w:p>
    <w:p>
      <w:pPr>
        <w:jc w:val="right"/>
      </w:pPr>
      <w:r>
        <w:t>جب لجز پرسیکیوشن تھا، وہ سب کچھ بھی نہیں۔</w:t>
      </w:r>
    </w:p>
    <w:p>
      <w:r>
        <w:rPr>
          <w:b/>
        </w:rPr>
        <w:t xml:space="preserve">[22:34] </w:t>
      </w:r>
      <w:r>
        <w:t>ab kya yeh jhoota jihad jo hai, jhoota jihad jo hai, is ki wajah se masle paida ho rahe hain.</w:t>
      </w:r>
    </w:p>
    <w:p>
      <w:pPr>
        <w:jc w:val="right"/>
      </w:pPr>
      <w:r>
        <w:t>اب کیا یہ جھوٹا جہاد جو ہے، جھوٹا جہاد جو ہے، اس کی وجہ سے مسئلے پیدا ہو رہے ہیں۔</w:t>
      </w:r>
    </w:p>
    <w:p>
      <w:r>
        <w:rPr>
          <w:b/>
        </w:rPr>
        <w:t xml:space="preserve">[22:40] </w:t>
      </w:r>
      <w:r>
        <w:t>abhi meri subah ko baat hui, ek media wale ka telephone aaya tha, media wale ka, woh</w:t>
      </w:r>
    </w:p>
    <w:p>
      <w:pPr>
        <w:jc w:val="right"/>
      </w:pPr>
      <w:r>
        <w:t>ابھی میری صبح کو بات ہوئی، ایک میڈیا والے کا ٹیلی فون آیا تھا، میڈیا والے کا، وہ</w:t>
      </w:r>
    </w:p>
    <w:p>
      <w:r>
        <w:rPr>
          <w:b/>
        </w:rPr>
        <w:t xml:space="preserve">[22:46] </w:t>
      </w:r>
      <w:r>
        <w:t>kya kehte hain ke jihad ko, yaani</w:t>
      </w:r>
    </w:p>
    <w:p>
      <w:pPr>
        <w:jc w:val="right"/>
      </w:pPr>
      <w:r>
        <w:t>کیا کہتے ہیں کہ جہاد کو، یعنی</w:t>
      </w:r>
    </w:p>
    <w:p>
      <w:r>
        <w:rPr>
          <w:b/>
        </w:rPr>
        <w:t xml:space="preserve">[22:52] </w:t>
      </w:r>
      <w:r>
        <w:t>mutashaddidana jihad ko islam se joR kar badnaam kiya ja raha hai, islam ko, is par hamein aap</w:t>
      </w:r>
    </w:p>
    <w:p>
      <w:pPr>
        <w:jc w:val="right"/>
      </w:pPr>
      <w:r>
        <w:t>متشددانہ جہاد کو اسلام سے جوڑ کر بدنام کیا جا رہا ہے، اسلام کو، اس پر ہمیں آپ</w:t>
      </w:r>
    </w:p>
    <w:p>
      <w:r>
        <w:rPr>
          <w:b/>
        </w:rPr>
        <w:t xml:space="preserve">[22:57] </w:t>
      </w:r>
      <w:r>
        <w:t>ka interview lena hai.</w:t>
      </w:r>
    </w:p>
    <w:p>
      <w:pPr>
        <w:jc w:val="right"/>
      </w:pPr>
      <w:r>
        <w:t>کا انٹرویو لینا ہے۔</w:t>
      </w:r>
    </w:p>
    <w:p>
      <w:r>
        <w:rPr>
          <w:b/>
        </w:rPr>
        <w:t xml:space="preserve">[23:02] </w:t>
      </w:r>
      <w:r>
        <w:t>main ne kaha pehli baat hi ghalat kahi aap ne, yeh media ka, aap samajhte hain media joR</w:t>
      </w:r>
    </w:p>
    <w:p>
      <w:pPr>
        <w:jc w:val="right"/>
      </w:pPr>
      <w:r>
        <w:t>میں نے کہا پہلی بات ہی غلط کہی آپ نے، یہ میڈیا کا، آپ سمجھتے ہیں میڈیا جوڑ</w:t>
      </w:r>
    </w:p>
    <w:p>
      <w:r>
        <w:rPr>
          <w:b/>
        </w:rPr>
        <w:t xml:space="preserve">[23:07] </w:t>
      </w:r>
      <w:r>
        <w:t>raha hai, yeh to khud wohi log militant joR rahe hain.</w:t>
      </w:r>
    </w:p>
    <w:p>
      <w:pPr>
        <w:jc w:val="right"/>
      </w:pPr>
      <w:r>
        <w:t>رہا ہے، یہ تو خود وہی لوگ ملٹنٹ جوڑ رہے ہیں۔</w:t>
      </w:r>
    </w:p>
    <w:p>
      <w:r>
        <w:rPr>
          <w:b/>
        </w:rPr>
        <w:t xml:space="preserve">[23:12] </w:t>
      </w:r>
      <w:r>
        <w:t>yaani ab jo tasawwur ban gaya hai ke islam jihadi mazhab hai, islam tehajjud ka mazhab hai, islam</w:t>
      </w:r>
    </w:p>
    <w:p>
      <w:pPr>
        <w:jc w:val="right"/>
      </w:pPr>
      <w:r>
        <w:t>یعنی اب جو تصور بن گیا ہے کہ اسلام جہادی مذہب ہے، اسلام تہجد کا مذہب ہے، اسلام</w:t>
      </w:r>
    </w:p>
    <w:p>
      <w:r>
        <w:rPr>
          <w:b/>
        </w:rPr>
        <w:t xml:space="preserve">[23:17] </w:t>
      </w:r>
      <w:r>
        <w:t>militancy sikhata hai, to unhon ne kaha ke yeh</w:t>
      </w:r>
    </w:p>
    <w:p>
      <w:pPr>
        <w:jc w:val="right"/>
      </w:pPr>
      <w:r>
        <w:t>ملٹنسی سکھاتا ہے، تو انہوں نے کہا کہ یہ</w:t>
      </w:r>
    </w:p>
    <w:p>
      <w:r>
        <w:rPr>
          <w:b/>
        </w:rPr>
        <w:t xml:space="preserve">[23:22] </w:t>
      </w:r>
      <w:r>
        <w:t>media ka, yaani media ko unhon ne kaha ke media ne yeh sab kiya hai.</w:t>
      </w:r>
    </w:p>
    <w:p>
      <w:pPr>
        <w:jc w:val="right"/>
      </w:pPr>
      <w:r>
        <w:t>میڈیا کا، یعنی میڈیا کو انہوں نے کہا کہ میڈیا نے یہ سب کیا ہے۔</w:t>
      </w:r>
    </w:p>
    <w:p>
      <w:r>
        <w:rPr>
          <w:b/>
        </w:rPr>
        <w:t xml:space="preserve">[23:28] </w:t>
      </w:r>
      <w:r>
        <w:t>to main ne kaha jo log militancy mein hain, woh musalman, woh khud is ko jihad kehte hain,</w:t>
      </w:r>
    </w:p>
    <w:p>
      <w:pPr>
        <w:jc w:val="right"/>
      </w:pPr>
      <w:r>
        <w:t>تو میں نے کہا جو لوگ ملٹنسی میں ہیں، وہ مسلمان، وہ خود اس کو جہاد کہتے ہیں،</w:t>
      </w:r>
    </w:p>
    <w:p>
      <w:r>
        <w:rPr>
          <w:b/>
        </w:rPr>
        <w:t xml:space="preserve">[23:34] </w:t>
      </w:r>
      <w:r>
        <w:t>woh khud hi is ko jihad bata rahe hain, wohi media chhapta hai.</w:t>
      </w:r>
    </w:p>
    <w:p>
      <w:pPr>
        <w:jc w:val="right"/>
      </w:pPr>
      <w:r>
        <w:t>وہ خود ہی اس کو جہاد بتا رہے ہیں، وہی میڈیا چھاپتا ہے۔</w:t>
      </w:r>
    </w:p>
    <w:p>
      <w:r>
        <w:rPr>
          <w:b/>
        </w:rPr>
        <w:t xml:space="preserve">[23:40] </w:t>
      </w:r>
      <w:r>
        <w:t>to apni militancy ko jihad se joRna, yeh to musalmanon ne kiya hai, media ko kyun kehte hain</w:t>
      </w:r>
    </w:p>
    <w:p>
      <w:pPr>
        <w:jc w:val="right"/>
      </w:pPr>
      <w:r>
        <w:t>تو اپنی ملٹنسی کو جہاد سے جوڑنا، یہ تو مسلمانوں نے کیا ہے، میڈیا کو کیوں کہتے ہیں</w:t>
      </w:r>
    </w:p>
    <w:p>
      <w:r>
        <w:rPr>
          <w:b/>
        </w:rPr>
        <w:t xml:space="preserve">[23:46] </w:t>
      </w:r>
      <w:r>
        <w:t>aap? media to sirf chhap diya hai bas us ne. to</w:t>
      </w:r>
    </w:p>
    <w:p>
      <w:pPr>
        <w:jc w:val="right"/>
      </w:pPr>
      <w:r>
        <w:t>آپ؟ میڈیا تو صرف چھاپ دیا ہے بس اس نے۔ تو</w:t>
      </w:r>
    </w:p>
    <w:p>
      <w:r>
        <w:rPr>
          <w:b/>
        </w:rPr>
        <w:t xml:space="preserve">[23:52] </w:t>
      </w:r>
      <w:r>
        <w:t>main sochne laga ke kya wajah hai ke hamare saathi jaate hain idhar udhar, quran pesh karte hain,</w:t>
      </w:r>
    </w:p>
    <w:p>
      <w:pPr>
        <w:jc w:val="right"/>
      </w:pPr>
      <w:r>
        <w:t>میں سوچنے لگا کہ کیا وجہ ہے کہ ہمارے ساتھی جاتے ہیں ادھر ادھر، قرآن پیش کرتے ہیں،</w:t>
      </w:r>
    </w:p>
    <w:p>
      <w:r>
        <w:rPr>
          <w:b/>
        </w:rPr>
        <w:t xml:space="preserve">[23:59] </w:t>
      </w:r>
      <w:r>
        <w:t>baray shoq se lety hain log.</w:t>
      </w:r>
    </w:p>
    <w:p>
      <w:pPr>
        <w:jc w:val="right"/>
      </w:pPr>
      <w:r>
        <w:t>بڑے شوق سے لیتے ہیں لوگ۔</w:t>
      </w:r>
    </w:p>
    <w:p>
      <w:r>
        <w:rPr>
          <w:b/>
        </w:rPr>
        <w:t xml:space="preserve">[24:05] </w:t>
      </w:r>
      <w:r>
        <w:t>to kiya waja hai ke sath sath nafraten bhi hain? to mujhe aik qissa yaad aya ke main</w:t>
      </w:r>
    </w:p>
    <w:p>
      <w:pPr>
        <w:jc w:val="right"/>
      </w:pPr>
      <w:r>
        <w:t>تو کیا وجہ ہے کہ ساتھ ساتھ نفرتیں بھی ہیں؟ تو مجھے ایک قصہ یاد آیا کہ میں</w:t>
      </w:r>
    </w:p>
    <w:p>
      <w:r>
        <w:rPr>
          <w:b/>
        </w:rPr>
        <w:t xml:space="preserve">[24:11] </w:t>
      </w:r>
      <w:r>
        <w:t>Mewat gaya tha aik bar, Mewat mein kai bar gaya hoon, to Mewatiyon mein aik aik un ka</w:t>
      </w:r>
    </w:p>
    <w:p>
      <w:pPr>
        <w:jc w:val="right"/>
      </w:pPr>
      <w:r>
        <w:t>میوات گیا تھا ایک بار، میوات میں کئی بار گیا ہوں، تو میواتیوں میں ایک ایک ان کا</w:t>
      </w:r>
    </w:p>
    <w:p>
      <w:r>
        <w:rPr>
          <w:b/>
        </w:rPr>
        <w:t xml:space="preserve">[24:17] </w:t>
      </w:r>
      <w:r>
        <w:t>aik lafz hai, kutila, woh kehty hain kutila,</w:t>
      </w:r>
    </w:p>
    <w:p>
      <w:pPr>
        <w:jc w:val="right"/>
      </w:pPr>
      <w:r>
        <w:t>ایک لفظ ہے، کٹیلا، وہ کہتے ہیں کٹیلا،</w:t>
      </w:r>
    </w:p>
    <w:p>
      <w:r>
        <w:rPr>
          <w:b/>
        </w:rPr>
        <w:t xml:space="preserve">[24:24] </w:t>
      </w:r>
      <w:r>
        <w:t>woh kutila kiya cheez hoti hai? kutila matlab kantay wala.</w:t>
      </w:r>
    </w:p>
    <w:p>
      <w:pPr>
        <w:jc w:val="right"/>
      </w:pPr>
      <w:r>
        <w:t>وہ کٹیلا کیا چیز ہوتی ہے؟ کٹیلا مطلب کانٹے والا۔</w:t>
      </w:r>
    </w:p>
    <w:p>
      <w:r>
        <w:rPr>
          <w:b/>
        </w:rPr>
        <w:t xml:space="preserve">[24:30] </w:t>
      </w:r>
      <w:r>
        <w:t>to woh gaaye paalte hain, gaaye ka mamla yeh hai ke bachay agar us ke than ke paas</w:t>
      </w:r>
    </w:p>
    <w:p>
      <w:pPr>
        <w:jc w:val="right"/>
      </w:pPr>
      <w:r>
        <w:t>تو وہ گائے پالتے ہیں، گائے کا معاملہ یہ ہے کہ بچہ اگر اس کے تھن کے پاس</w:t>
      </w:r>
    </w:p>
    <w:p>
      <w:r>
        <w:rPr>
          <w:b/>
        </w:rPr>
        <w:t xml:space="preserve">[24:37] </w:t>
      </w:r>
      <w:r>
        <w:t>pohanch jaye to ab sara doodh woh nikaal deti hai, yani jo doodh walay, jo doodh cattle hain,</w:t>
      </w:r>
    </w:p>
    <w:p>
      <w:pPr>
        <w:jc w:val="right"/>
      </w:pPr>
      <w:r>
        <w:t>پہنچ جائے تو اب سارا دودھ وہ نکال دیتی ہے، یعنی جو دودھ والے، جو دودھ کیٹل ہیں،</w:t>
      </w:r>
    </w:p>
    <w:p>
      <w:r>
        <w:rPr>
          <w:b/>
        </w:rPr>
        <w:t xml:space="preserve">[24:44] </w:t>
      </w:r>
      <w:r>
        <w:t>doodh cattle ka mamla hai ke woh jab woh khud chahty hain tab doodh aata hai than mein,</w:t>
      </w:r>
    </w:p>
    <w:p>
      <w:pPr>
        <w:jc w:val="right"/>
      </w:pPr>
      <w:r>
        <w:t>دودھ کیٹل کا معاملہ ہے کہ وہ جب وہ خود چاہتے ہیں تب دودھ آتا ہے تھن میں،</w:t>
      </w:r>
    </w:p>
    <w:p>
      <w:r>
        <w:rPr>
          <w:b/>
        </w:rPr>
        <w:t xml:space="preserve">[24:50] </w:t>
      </w:r>
      <w:r>
        <w:t>apnay aap than bhara nahi rehta hai,</w:t>
      </w:r>
    </w:p>
    <w:p>
      <w:pPr>
        <w:jc w:val="right"/>
      </w:pPr>
      <w:r>
        <w:t>اپنے آپ تھن بھرا نہیں رہتا ہے،</w:t>
      </w:r>
    </w:p>
    <w:p>
      <w:r>
        <w:rPr>
          <w:b/>
        </w:rPr>
        <w:t xml:space="preserve">[24:57] </w:t>
      </w:r>
      <w:r>
        <w:t>than mein apnay aap doodh nahi bhara rehta hai.</w:t>
      </w:r>
    </w:p>
    <w:p>
      <w:pPr>
        <w:jc w:val="right"/>
      </w:pPr>
      <w:r>
        <w:t>تھن میں اپنے آپ دودھ نہیں بھرا رہتا ہے۔</w:t>
      </w:r>
    </w:p>
    <w:p>
      <w:r>
        <w:rPr>
          <w:b/>
        </w:rPr>
        <w:t xml:space="preserve">[25:02] </w:t>
      </w:r>
      <w:r>
        <w:t>jab un ke andar aata hai tab woh.</w:t>
      </w:r>
    </w:p>
    <w:p>
      <w:pPr>
        <w:jc w:val="right"/>
      </w:pPr>
      <w:r>
        <w:t>جب ان کے اندر آتا ہے تب وہ۔</w:t>
      </w:r>
    </w:p>
    <w:p>
      <w:r>
        <w:rPr>
          <w:b/>
        </w:rPr>
        <w:t xml:space="preserve">[25:07] </w:t>
      </w:r>
      <w:r>
        <w:t>to agar woh bachay un ka chala jaye than ke paas to doodh utaar dein ge apna, woh</w:t>
      </w:r>
    </w:p>
    <w:p>
      <w:pPr>
        <w:jc w:val="right"/>
      </w:pPr>
      <w:r>
        <w:t>تو اگر وہ بچہ ان کا چلا جائے تھن کے پاس تو دودھ اتار دیں گے اپنا، وہ</w:t>
      </w:r>
    </w:p>
    <w:p>
      <w:r>
        <w:rPr>
          <w:b/>
        </w:rPr>
        <w:t xml:space="preserve">[25:12] </w:t>
      </w:r>
      <w:r>
        <w:t>sara doodh pee jaye ga woh, to unhein doodh nahi mile ga.</w:t>
      </w:r>
    </w:p>
    <w:p>
      <w:pPr>
        <w:jc w:val="right"/>
      </w:pPr>
      <w:r>
        <w:t>سارا دودھ پی جائے گا وہ، تو انہیں دودھ نہیں ملے گا۔</w:t>
      </w:r>
    </w:p>
    <w:p>
      <w:r>
        <w:rPr>
          <w:b/>
        </w:rPr>
        <w:t xml:space="preserve">[25:17] </w:t>
      </w:r>
      <w:r>
        <w:t>to unhon ne bachay ke liye, gaaye ka jo bachay hai, jis ko jo jis ko bachra kaha</w:t>
      </w:r>
    </w:p>
    <w:p>
      <w:pPr>
        <w:jc w:val="right"/>
      </w:pPr>
      <w:r>
        <w:t>تو انہوں نے بچے کے لیے، گائے کا جو بچہ ہے، جس کو جو جس کو بچھڑا کہا</w:t>
      </w:r>
    </w:p>
    <w:p>
      <w:r>
        <w:rPr>
          <w:b/>
        </w:rPr>
        <w:t xml:space="preserve">[25:22] </w:t>
      </w:r>
      <w:r>
        <w:t>jata hai, to us ke yahan par munh par aik nok daar lakri baandh dete hain</w:t>
      </w:r>
    </w:p>
    <w:p>
      <w:pPr>
        <w:jc w:val="right"/>
      </w:pPr>
      <w:r>
        <w:t>جاتا ہے، تو اس کے یہاں پر منہ پر ایک نوک دار لکڑی باندھ دیتے ہیں</w:t>
      </w:r>
    </w:p>
    <w:p>
      <w:r>
        <w:rPr>
          <w:b/>
        </w:rPr>
        <w:t xml:space="preserve">[25:27] </w:t>
      </w:r>
      <w:r>
        <w:t>, yani kantay jaisi nok daar lakri, us ko kehty hain kutila.</w:t>
      </w:r>
    </w:p>
    <w:p>
      <w:pPr>
        <w:jc w:val="right"/>
      </w:pPr>
      <w:r>
        <w:t>، یعنی کانٹے جیسی نوک دار لکڑی، اس کو کہتے ہیں کٹیلا۔</w:t>
      </w:r>
    </w:p>
    <w:p>
      <w:r>
        <w:rPr>
          <w:b/>
        </w:rPr>
        <w:t xml:space="preserve">[25:34] </w:t>
      </w:r>
      <w:r>
        <w:t>to jab bachay jata hai to us ka to than mein us ka woh lag jata hai, yani</w:t>
      </w:r>
    </w:p>
    <w:p>
      <w:pPr>
        <w:jc w:val="right"/>
      </w:pPr>
      <w:r>
        <w:t>تو جب بچہ جاتا ہے تو اس کا تو تھن میں اس کا وہ لگ جاتا ہے، یعنی</w:t>
      </w:r>
    </w:p>
    <w:p>
      <w:r>
        <w:rPr>
          <w:b/>
        </w:rPr>
        <w:t xml:space="preserve">[25:40] </w:t>
      </w:r>
      <w:r>
        <w:t>bachay jab us ke than ke paas pohanchta hai to us ka munh pe, munh to peechay hai,</w:t>
      </w:r>
    </w:p>
    <w:p>
      <w:pPr>
        <w:jc w:val="right"/>
      </w:pPr>
      <w:r>
        <w:t>بچہ جب اس کے تھن کے پاس پہنچتا ہے تو اس کا منہ پہ، منہ تو پیچھے ہے،</w:t>
      </w:r>
    </w:p>
    <w:p>
      <w:r>
        <w:rPr>
          <w:b/>
        </w:rPr>
        <w:t xml:space="preserve">[25:47] </w:t>
      </w:r>
      <w:r>
        <w:t>aagay jo hai kutila hai, wohi lag gaya, ab woh bhadak gayi woh.</w:t>
      </w:r>
    </w:p>
    <w:p>
      <w:pPr>
        <w:jc w:val="right"/>
      </w:pPr>
      <w:r>
        <w:t>آگے جو ہے کٹیلا ہے، وہی لگ گیا، اب وہ بھڑک گئی وہ۔</w:t>
      </w:r>
    </w:p>
    <w:p>
      <w:r>
        <w:rPr>
          <w:b/>
        </w:rPr>
        <w:t xml:space="preserve">[25:53] </w:t>
      </w:r>
      <w:r>
        <w:t>to Musalmanon ne kutila baandh rakha hai,</w:t>
      </w:r>
    </w:p>
    <w:p>
      <w:pPr>
        <w:jc w:val="right"/>
      </w:pPr>
      <w:r>
        <w:t>تو مسلمانوں نے کٹیلا باندھ رکھا ہے،</w:t>
      </w:r>
    </w:p>
    <w:p>
      <w:r>
        <w:rPr>
          <w:b/>
        </w:rPr>
        <w:t xml:space="preserve">[26:00] </w:t>
      </w:r>
      <w:r>
        <w:t>yeh media yeh bilkul yaani be buniyad baat hai ke aap is ko media mein joarein, media ka kiya qusoor hai? qusoor to un logon ka hai jinhon ne islam ko musallah jahad bana</w:t>
      </w:r>
    </w:p>
    <w:p>
      <w:pPr>
        <w:jc w:val="right"/>
      </w:pPr>
      <w:r>
        <w:t>یہ میڈیا یہ بالکل یعنی بے بنیاد بات ہے کہ آپ اس کو میڈیا میں جوڑیں، میڈیا کا کیا قصور ہے؟ قصور تو ان لوگوں کا ہے جنہوں نے اسلام کو مسلح جہاد بنا دیا، اسلام کو لڑائی بنا دیا، اسلام کو خودکشی بمباری بنا دیا، اسلام کو یعنی ملٹنسی بنا دیا۔ تو جن مسلمانوں نے، جو جو مسلمان ملٹنسی میں لگے</w:t>
      </w:r>
    </w:p>
    <w:p>
      <w:r>
        <w:rPr>
          <w:b/>
        </w:rPr>
        <w:t xml:space="preserve">[26:30] </w:t>
      </w:r>
      <w:r>
        <w:t>huay hain aur us ko Allahu Akbar ke naam se kartay hain, jihad ke naam se kartay hain, to unhon ne unhon ne kutila bandh rakha hai ke insaan chahta hai ke Islam ko janay. lekin aap kutilay ki wajah se woh bhadak jata hai, bhadak jata hai, arey yeh Islam yeh to gun chalata hai. to log jo hain, aik martaba mein aik jalsa</w:t>
      </w:r>
    </w:p>
    <w:p>
      <w:pPr>
        <w:jc w:val="right"/>
      </w:pPr>
      <w:r>
        <w:t>ہوئے ہیں اور اس کو اللہ اکبر کے نام سے کرتے ہیں، جہاد کے نام سے کرتے ہیں، تو انہوں نے انہوں نے کٹیلا باندھ رکھا ہے کہ انسان چاہتا ہے کہ اسلام کو جانے۔ لیکن آپ کٹیلے کی وجہ سے وہ بھڑک جاتا ہے، بھڑک جاتا ہے، ارے یہ اسلام یہ تو گن چلاتا ہے۔ تو لوگ جو ہیں، ایک مرتبہ میں ایک جلسہ</w:t>
      </w:r>
    </w:p>
    <w:p>
      <w:r>
        <w:rPr>
          <w:b/>
        </w:rPr>
        <w:t xml:space="preserve">[27:00] </w:t>
      </w:r>
      <w:r>
        <w:t>tha yahan par, aik top ke professor thay, Hindu professor, Shishagri, Professor Shishagri, woh top ke professor thay woh.</w:t>
      </w:r>
    </w:p>
    <w:p>
      <w:pPr>
        <w:jc w:val="right"/>
      </w:pPr>
      <w:r>
        <w:t>تھا یہاں پر، ایک ٹاپ کے پروفیسر تھے، ہندو پروفیسر، شیشاگری، پروفیسر شیشاگری، وہ ٹاپ کے پروفیسر تھے وہ۔</w:t>
      </w:r>
    </w:p>
    <w:p>
      <w:r>
        <w:rPr>
          <w:b/>
        </w:rPr>
        <w:t xml:space="preserve">[27:08] </w:t>
      </w:r>
      <w:r>
        <w:t>to kuch baatein huien Islam ke baray mein, kuch speaker se kuch baatein kaheen.</w:t>
      </w:r>
    </w:p>
    <w:p>
      <w:pPr>
        <w:jc w:val="right"/>
      </w:pPr>
      <w:r>
        <w:t>تو کچھ باتیں ہوئیں اسلام کے بارے میں، کچھ اسپیکر سے کچھ باتیں کہیں۔</w:t>
      </w:r>
    </w:p>
    <w:p>
      <w:r>
        <w:rPr>
          <w:b/>
        </w:rPr>
        <w:t xml:space="preserve">[27:16] </w:t>
      </w:r>
      <w:r>
        <w:t>to main khara hua to main ne kaha ke yeh jumlay pehli bar mein ne wahan kaha tha</w:t>
      </w:r>
    </w:p>
    <w:p>
      <w:pPr>
        <w:jc w:val="right"/>
      </w:pPr>
      <w:r>
        <w:t>تو میں کھڑا ہوا تو میں نے کہا کہ یہ جملہ پہلی بار میں نے وہاں کہا تھا</w:t>
      </w:r>
    </w:p>
    <w:p>
      <w:r>
        <w:rPr>
          <w:b/>
        </w:rPr>
        <w:t xml:space="preserve">[27:24] </w:t>
      </w:r>
      <w:r>
        <w:t>jo main aksar dohrata rehta hoon ke you have to you have to differentiate between Islam and Muslims,</w:t>
      </w:r>
    </w:p>
    <w:p>
      <w:pPr>
        <w:jc w:val="right"/>
      </w:pPr>
      <w:r>
        <w:t>جو میں اکثر دہراتا رہتا ہوں کہ you have to you have to differentiate between Islam and Muslims,</w:t>
      </w:r>
    </w:p>
    <w:p>
      <w:r>
        <w:rPr>
          <w:b/>
        </w:rPr>
        <w:t xml:space="preserve">[27:32] </w:t>
      </w:r>
      <w:r>
        <w:t>you have to judge Muslims in the light of Islamic teachings and not vice versa.</w:t>
      </w:r>
    </w:p>
    <w:p>
      <w:pPr>
        <w:jc w:val="right"/>
      </w:pPr>
      <w:r>
        <w:t>you have to judge Muslims in the light of Islamic teachings and not vice versa.</w:t>
      </w:r>
    </w:p>
    <w:p>
      <w:r>
        <w:rPr>
          <w:b/>
        </w:rPr>
        <w:t xml:space="preserve">[27:38] </w:t>
      </w:r>
      <w:r>
        <w:t>yeh jumla pehli baar mein inhi ne bola tha.</w:t>
      </w:r>
    </w:p>
    <w:p>
      <w:pPr>
        <w:jc w:val="right"/>
      </w:pPr>
      <w:r>
        <w:t>یہ جملہ پہلی بار میں انہی نے بولا تھا۔</w:t>
      </w:r>
    </w:p>
    <w:p>
      <w:r>
        <w:rPr>
          <w:b/>
        </w:rPr>
        <w:t xml:space="preserve">[27:44] </w:t>
      </w:r>
      <w:r>
        <w:t>woh toh shishagari sahib khare hogaye, ek senior professor, senior professor khare hogaye, aap ne kya baat keh</w:t>
      </w:r>
    </w:p>
    <w:p>
      <w:pPr>
        <w:jc w:val="right"/>
      </w:pPr>
      <w:r>
        <w:t>وہ تو شیشاگری صاحب کھڑے ہوگئے، ایک سینئر پروفیسر، سینئر پروفیسر کھڑے ہوگئے، آپ نے کیا بات کہہ</w:t>
      </w:r>
    </w:p>
    <w:p>
      <w:r>
        <w:rPr>
          <w:b/>
        </w:rPr>
        <w:t xml:space="preserve">[27:50] </w:t>
      </w:r>
      <w:r>
        <w:t>di? phir toh hamara koi ikhtilaf hi nahi kyunke islam ki jo taleemat hain woh hum ko bohat</w:t>
      </w:r>
    </w:p>
    <w:p>
      <w:pPr>
        <w:jc w:val="right"/>
      </w:pPr>
      <w:r>
        <w:t>دی؟ پھر تو ہمارا کوئی اختلاف ہی نہیں کیونکہ اسلام کی جو تعلیمات ہیں وہ ہم کو بہت</w:t>
      </w:r>
    </w:p>
    <w:p>
      <w:r>
        <w:rPr>
          <w:b/>
        </w:rPr>
        <w:t xml:space="preserve">[27:56] </w:t>
      </w:r>
      <w:r>
        <w:t>acchi lagti hain lekin yeh jo jihadi</w:t>
      </w:r>
    </w:p>
    <w:p>
      <w:pPr>
        <w:jc w:val="right"/>
      </w:pPr>
      <w:r>
        <w:t>اچھی لگتی ہیں لیکن یہ جو جہادی</w:t>
      </w:r>
    </w:p>
    <w:p>
      <w:r>
        <w:rPr>
          <w:b/>
        </w:rPr>
        <w:t xml:space="preserve">[28:02] </w:t>
      </w:r>
      <w:r>
        <w:t>sargarmiyan hain, militancy hai, yeh yeh log kehte hain ke yeh islam ka integral part hai, yeh islam</w:t>
      </w:r>
    </w:p>
    <w:p>
      <w:pPr>
        <w:jc w:val="right"/>
      </w:pPr>
      <w:r>
        <w:t>سرگرمیاں ہیں، ملٹنسی ہے، یہ یہ لوگ کہتے ہیں کہ یہ اسلام کا انٹیگرل پارٹ ہے، یہ اسلام</w:t>
      </w:r>
    </w:p>
    <w:p>
      <w:r>
        <w:rPr>
          <w:b/>
        </w:rPr>
        <w:t xml:space="preserve">[28:07] </w:t>
      </w:r>
      <w:r>
        <w:t>hamare is mein nahi aata tha.</w:t>
      </w:r>
    </w:p>
    <w:p>
      <w:pPr>
        <w:jc w:val="right"/>
      </w:pPr>
      <w:r>
        <w:t>ہمارے اس میں نہیں آتا تھا۔</w:t>
      </w:r>
    </w:p>
    <w:p>
      <w:r>
        <w:rPr>
          <w:b/>
        </w:rPr>
        <w:t xml:space="preserve">[28:12] </w:t>
      </w:r>
      <w:r>
        <w:t>ab aap ne keh diya ke yeh toh musalmanon ka feal hai, is ka islam se koi talluq</w:t>
      </w:r>
    </w:p>
    <w:p>
      <w:pPr>
        <w:jc w:val="right"/>
      </w:pPr>
      <w:r>
        <w:t>اب آپ نے کہہ دیا کہ یہ تو مسلمانوں کا فعل ہے، اس کا اسلام سے کوئی تعلق</w:t>
      </w:r>
    </w:p>
    <w:p>
      <w:r>
        <w:rPr>
          <w:b/>
        </w:rPr>
        <w:t xml:space="preserve">[28:18] </w:t>
      </w:r>
      <w:r>
        <w:t>nahi hai, toh ab toh koi masla hi nahi.</w:t>
      </w:r>
    </w:p>
    <w:p>
      <w:pPr>
        <w:jc w:val="right"/>
      </w:pPr>
      <w:r>
        <w:t>نہیں ہے، تو اب تو کوئی مسئلہ ہی نہیں۔</w:t>
      </w:r>
    </w:p>
    <w:p>
      <w:r>
        <w:rPr>
          <w:b/>
        </w:rPr>
        <w:t xml:space="preserve">[28:23] </w:t>
      </w:r>
      <w:r>
        <w:t>yeh professor shishagari ne kaha, jo senior professor thay, woh amreeka mein rehte thay, yahan se isi conference</w:t>
      </w:r>
    </w:p>
    <w:p>
      <w:pPr>
        <w:jc w:val="right"/>
      </w:pPr>
      <w:r>
        <w:t>یہ پروفیسر شیشاگری نے کہا، جو سینئر پروفیسر تھے، وہ امریکہ میں رہتے تھے، یہاں سے اسی کانفرنس</w:t>
      </w:r>
    </w:p>
    <w:p>
      <w:r>
        <w:rPr>
          <w:b/>
        </w:rPr>
        <w:t xml:space="preserve">[28:28] </w:t>
      </w:r>
      <w:r>
        <w:t>ke liye aaye thay woh.</w:t>
      </w:r>
    </w:p>
    <w:p>
      <w:pPr>
        <w:jc w:val="right"/>
      </w:pPr>
      <w:r>
        <w:t>کے لیے آئے تھے وہ۔</w:t>
      </w:r>
    </w:p>
    <w:p>
      <w:r>
        <w:rPr>
          <w:b/>
        </w:rPr>
        <w:t xml:space="preserve">[28:33] </w:t>
      </w:r>
      <w:r>
        <w:t>toh musalmanon ne ek kutila baandh rakha hai.</w:t>
      </w:r>
    </w:p>
    <w:p>
      <w:pPr>
        <w:jc w:val="right"/>
      </w:pPr>
      <w:r>
        <w:t>تو مسلمانوں نے ایک کٹیلا باندھ رکھا ہے۔</w:t>
      </w:r>
    </w:p>
    <w:p>
      <w:r>
        <w:rPr>
          <w:b/>
        </w:rPr>
        <w:t xml:space="preserve">[28:38] </w:t>
      </w:r>
      <w:r>
        <w:t>toh kutila baandhne se kya hua ke unhon ne doosron ko bhatka diya.</w:t>
      </w:r>
    </w:p>
    <w:p>
      <w:pPr>
        <w:jc w:val="right"/>
      </w:pPr>
      <w:r>
        <w:t>تو کٹیلا باندھنے سے کیا ہوا کہ انہوں نے دوسروں کو بھٹکا دیا۔</w:t>
      </w:r>
    </w:p>
    <w:p>
      <w:r>
        <w:rPr>
          <w:b/>
        </w:rPr>
        <w:t xml:space="preserve">[28:43] </w:t>
      </w:r>
      <w:r>
        <w:t>khud apna yeh haal hai ke woh samajhte hain ke abhi toh dajjal nahi aaya, abhi toh maseeh</w:t>
      </w:r>
    </w:p>
    <w:p>
      <w:pPr>
        <w:jc w:val="right"/>
      </w:pPr>
      <w:r>
        <w:t>خود اپنا یہ حال ہے کہ وہ سمجھتے ہیں کہ ابھی تو دجال نہیں آیا، ابھی تو مسیح</w:t>
      </w:r>
    </w:p>
    <w:p>
      <w:r>
        <w:rPr>
          <w:b/>
        </w:rPr>
        <w:t xml:space="preserve">[28:48] </w:t>
      </w:r>
      <w:r>
        <w:t>nahi aaya, abhi toh mehdi nahi aaya, nateeja yeh hai ke woh bilkul hi door hain, sab se</w:t>
      </w:r>
    </w:p>
    <w:p>
      <w:pPr>
        <w:jc w:val="right"/>
      </w:pPr>
      <w:r>
        <w:t>نہیں آیا، ابھی تو مہدی نہیں آیا، نتیجہ یہ ہے کہ وہ بالکل ہی دور ہیں، سب سے</w:t>
      </w:r>
    </w:p>
    <w:p>
      <w:r>
        <w:rPr>
          <w:b/>
        </w:rPr>
        <w:t xml:space="preserve">[28:53] </w:t>
      </w:r>
      <w:r>
        <w:t>zyada door islam se musalman hain is waqt.</w:t>
      </w:r>
    </w:p>
    <w:p>
      <w:pPr>
        <w:jc w:val="right"/>
      </w:pPr>
      <w:r>
        <w:t>زیادہ دور اسلام سے مسلمان ہیں اس وقت۔</w:t>
      </w:r>
    </w:p>
    <w:p>
      <w:r>
        <w:rPr>
          <w:b/>
        </w:rPr>
        <w:t xml:space="preserve">[28:58] </w:t>
      </w:r>
      <w:r>
        <w:t>door ke maani yeh nahi ke woh namazein nahi parhte,</w:t>
      </w:r>
    </w:p>
    <w:p>
      <w:pPr>
        <w:jc w:val="right"/>
      </w:pPr>
      <w:r>
        <w:t>دور کے معنی یہ نہیں کہ وہ نمازیں نہیں پڑھتے،</w:t>
      </w:r>
    </w:p>
    <w:p>
      <w:r>
        <w:rPr>
          <w:b/>
        </w:rPr>
        <w:t xml:space="preserve">[29:03] </w:t>
      </w:r>
      <w:r>
        <w:t>masajid toh bhari hui hain lekin is ka naam namaz is ka naam nahi hai, masjidain bharne ka.</w:t>
      </w:r>
    </w:p>
    <w:p>
      <w:pPr>
        <w:jc w:val="right"/>
      </w:pPr>
      <w:r>
        <w:t>مسجدیں تو بھری ہوئی ہیں لیکن اس کا نام نماز اس کا نام نہیں ہے، مسجدیں بھرنے کا۔</w:t>
      </w:r>
    </w:p>
    <w:p>
      <w:r>
        <w:rPr>
          <w:b/>
        </w:rPr>
        <w:t xml:space="preserve">[29:11] </w:t>
      </w:r>
      <w:r>
        <w:t>hadith mein saaf aaya hai ke baad ke zamaney mein masajid muamara kharab min al-huda un ki masjidain</w:t>
      </w:r>
    </w:p>
    <w:p>
      <w:pPr>
        <w:jc w:val="right"/>
      </w:pPr>
      <w:r>
        <w:t>حدیث میں صاف آیا ہے کہ بعد کے زمانے میں مساجد معمرہ خراب من الہدی ان کی مسجدیں</w:t>
      </w:r>
    </w:p>
    <w:p>
      <w:r>
        <w:rPr>
          <w:b/>
        </w:rPr>
        <w:t xml:space="preserve">[29:18] </w:t>
      </w:r>
      <w:r>
        <w:t>bhari hui hongi lekin hidayat se khali hongi, hidayat se bharne se kya faida? wohi safar</w:t>
      </w:r>
    </w:p>
    <w:p>
      <w:pPr>
        <w:jc w:val="right"/>
      </w:pPr>
      <w:r>
        <w:t>بھری ہوئی ہوں گی لیکن ہدایت سے خالی ہوں گی، ہدایت سے بھرنے سے کیا فائدہ؟ وہی سفر</w:t>
      </w:r>
    </w:p>
    <w:p>
      <w:r>
        <w:rPr>
          <w:b/>
        </w:rPr>
        <w:t xml:space="preserve">[29:26] </w:t>
      </w:r>
      <w:r>
        <w:t>mein jo mein ne bataya aap ko, woh shant yatra,</w:t>
      </w:r>
    </w:p>
    <w:p>
      <w:pPr>
        <w:jc w:val="right"/>
      </w:pPr>
      <w:r>
        <w:t>میں جو میں نے بتایا آپ کو، وہ شانت یاترا،</w:t>
      </w:r>
    </w:p>
    <w:p>
      <w:r>
        <w:rPr>
          <w:b/>
        </w:rPr>
        <w:t xml:space="preserve">[29:34] </w:t>
      </w:r>
      <w:r>
        <w:t>toh ek baar mein ne kaha ke.</w:t>
      </w:r>
    </w:p>
    <w:p>
      <w:pPr>
        <w:jc w:val="right"/>
      </w:pPr>
      <w:r>
        <w:t>تو ایک بار میں نے کہا کہ۔</w:t>
      </w:r>
    </w:p>
    <w:p>
      <w:r>
        <w:rPr>
          <w:b/>
        </w:rPr>
        <w:t xml:space="preserve">[29:40] </w:t>
      </w:r>
      <w:r>
        <w:t>saare hindu bilkul is par woh ho gaye, feal mein aa gaye jaisay.</w:t>
      </w:r>
    </w:p>
    <w:p>
      <w:pPr>
        <w:jc w:val="right"/>
      </w:pPr>
      <w:r>
        <w:t>سارے ہندو بالکل اس پر وہ ہو گئے، فعل میں آگئے جیسے۔</w:t>
      </w:r>
    </w:p>
    <w:p>
      <w:r>
        <w:rPr>
          <w:b/>
        </w:rPr>
        <w:t xml:space="preserve">[29:46] </w:t>
      </w:r>
      <w:r>
        <w:t>mein ne kaha ke dekhein namaz ko aap kya samajhte hain? toh mein ne kaha ke namaz jab</w:t>
      </w:r>
    </w:p>
    <w:p>
      <w:pPr>
        <w:jc w:val="right"/>
      </w:pPr>
      <w:r>
        <w:t>میں نے کہا کہ دیکھیں نماز کو آپ کیا سمجھتے ہیں؟ تو میں نے کہا کہ نماز جب</w:t>
      </w:r>
    </w:p>
    <w:p>
      <w:r>
        <w:rPr>
          <w:b/>
        </w:rPr>
        <w:t xml:space="preserve">[29:52] </w:t>
      </w:r>
      <w:r>
        <w:t>khatam hoti hai toh saare namazi kya karte hain? woh kehte hain assalam o alaikum wa rehmatullah assalam o alaikum</w:t>
      </w:r>
    </w:p>
    <w:p>
      <w:pPr>
        <w:jc w:val="right"/>
      </w:pPr>
      <w:r>
        <w:t>ختم ہوتی ہے تو سارے نمازی کیا کرتے ہیں؟ وہ کہتے ہیں السلام علیکم ورحمۃ اللہ السلام علیکم</w:t>
      </w:r>
    </w:p>
    <w:p>
      <w:r>
        <w:rPr>
          <w:b/>
        </w:rPr>
        <w:t xml:space="preserve">[29:58] </w:t>
      </w:r>
      <w:r>
        <w:t>wa rehmatullah, yani poore globe ke insanon ko address karte hain, idhar</w:t>
      </w:r>
    </w:p>
    <w:p>
      <w:pPr>
        <w:jc w:val="right"/>
      </w:pPr>
      <w:r>
        <w:t>ورحمۃ اللہ، یعنی پورے گلوب کے انسانوں کو ایڈریس کرتے ہیں، ادھر</w:t>
      </w:r>
    </w:p>
    <w:p>
      <w:r>
        <w:rPr>
          <w:b/>
        </w:rPr>
        <w:t xml:space="preserve">[30:04] </w:t>
      </w:r>
      <w:r>
        <w:t>muh pherte hain, idhar muh pherte hain, pure globe ko musalman keh rahe hote hain ke tum par</w:t>
      </w:r>
    </w:p>
    <w:p>
      <w:pPr>
        <w:jc w:val="right"/>
      </w:pPr>
      <w:r>
        <w:t>منہ پھیرتے ہیں، ادھر منہ پھیرتے ہیں، پورے گلوب کو مسلمان کہہ رہے ہوتے ہیں کہ تم پر</w:t>
      </w:r>
    </w:p>
    <w:p>
      <w:r>
        <w:rPr>
          <w:b/>
        </w:rPr>
        <w:t xml:space="preserve">[30:11] </w:t>
      </w:r>
      <w:r>
        <w:t>rehmati ho, peace be upon you, peace be upon you.</w:t>
      </w:r>
    </w:p>
    <w:p>
      <w:pPr>
        <w:jc w:val="right"/>
      </w:pPr>
      <w:r>
        <w:t>رحمتی ہو، پیس بی اپ ان یو، پیس بی اپ ان یو۔</w:t>
      </w:r>
    </w:p>
    <w:p>
      <w:r>
        <w:rPr>
          <w:b/>
        </w:rPr>
        <w:t xml:space="preserve">[30:19] </w:t>
      </w:r>
      <w:r>
        <w:t>aur ek bahut bade tabai aalim the, unhon ne kaha ke hal tadri ma al-salam kaha tum jante</w:t>
      </w:r>
    </w:p>
    <w:p>
      <w:pPr>
        <w:jc w:val="right"/>
      </w:pPr>
      <w:r>
        <w:t>اور ایک بہت بڑے تابعی عالم تھے، انہوں نے کہا کہ هل تدري ما السلام کہا تم جانتے</w:t>
      </w:r>
    </w:p>
    <w:p>
      <w:r>
        <w:rPr>
          <w:b/>
        </w:rPr>
        <w:t xml:space="preserve">[30:26] </w:t>
      </w:r>
      <w:r>
        <w:t>ho ke yeh salam kya hai? yani yeh salam pherta hai aadmi idhar udhar to kya kya is ka kya</w:t>
      </w:r>
    </w:p>
    <w:p>
      <w:pPr>
        <w:jc w:val="right"/>
      </w:pPr>
      <w:r>
        <w:t>ہو کہ یہ سلام کیا ہے؟ یعنی یہ سلام پھیرتا ہے آدمی ادھر ادھر تو کیا کیا اس کا کیا</w:t>
      </w:r>
    </w:p>
    <w:p>
      <w:r>
        <w:rPr>
          <w:b/>
        </w:rPr>
        <w:t xml:space="preserve">[30:34] </w:t>
      </w:r>
      <w:r>
        <w:t>message dena chahta hai duniya walon ko woh? to unhon ne kaha ke yaqul anta minni yaqul anta minni. Woh kehta hai ke aye logon, aye insano, tum mujh se mehfooz ho, mein mujhe tum ko mujh se darne ki zaroorat nahi hai, mein tumhare khilaf kuch karne wala nahi hoon. Tumhare paas mujh se b</w:t>
      </w:r>
    </w:p>
    <w:p>
      <w:pPr>
        <w:jc w:val="right"/>
      </w:pPr>
      <w:r>
        <w:t>میسج دینا چاہتا ہے دنیا والوں کو وہ؟ تو انہوں نے کہا کہ يقول انت مني یقول انت منی۔ وہ کہتا ہے کہ اے لوگوں، اے انسانوں، تم مجھ سے محفوظ ہو، میں مجھے تم کو مجھ سے ڈرنے کی ضرورت نہیں ہے، میں تمہارے خلاف کچھ کرنے والا نہیں ہوں۔ تمہارے پاگٹ مجھ سے ب</w:t>
      </w:r>
    </w:p>
    <w:p>
      <w:r>
        <w:rPr>
          <w:b/>
        </w:rPr>
        <w:t xml:space="preserve">[31:04] </w:t>
      </w:r>
      <w:r>
        <w:t>chaha hua hoga, tumhari gardan meri mujh se bachi hui hogi, teri izzat mujh se bachi hui hogi.</w:t>
      </w:r>
    </w:p>
    <w:p>
      <w:pPr>
        <w:jc w:val="right"/>
      </w:pPr>
      <w:r>
        <w:t>چا ہوا ہوگا، تمہاری گردن میری مجھ سے بچی ہوئی ہوگی، تیری عزت مجھ سے بچی ہوئی ہوگی۔</w:t>
      </w:r>
    </w:p>
    <w:p>
      <w:r>
        <w:rPr>
          <w:b/>
        </w:rPr>
        <w:t xml:space="preserve">[31:11] </w:t>
      </w:r>
      <w:r>
        <w:t>میں یہ کہہ رہا ہوں کہ میں مسجد سے نکل کر peaceful member of society بن کر رہوں گا۔</w:t>
      </w:r>
    </w:p>
    <w:p>
      <w:pPr>
        <w:jc w:val="right"/>
      </w:pPr>
      <w:r>
        <w:t>میں یہ کہہ رہا ہوں کہ میں مسجد سے نکل کر پیس فل ممبر آف سوسائٹی بن کر رہوں گا۔</w:t>
      </w:r>
    </w:p>
    <w:p>
      <w:r>
        <w:rPr>
          <w:b/>
        </w:rPr>
        <w:t xml:space="preserve">[31:18] </w:t>
      </w:r>
      <w:r>
        <w:t>yeh ailan karta hai ke jis society mein loot raha hoon, masjid ke bahir nikal kar, wahan mein</w:t>
      </w:r>
    </w:p>
    <w:p>
      <w:pPr>
        <w:jc w:val="right"/>
      </w:pPr>
      <w:r>
        <w:t>یہ اعلان کرتا ہے کہ جس سوسائٹی میں لوٹ رہا ہوں، مسجد کے باہر نکل کر، وہاں میں</w:t>
      </w:r>
    </w:p>
    <w:p>
      <w:r>
        <w:rPr>
          <w:b/>
        </w:rPr>
        <w:t xml:space="preserve">[31:25] </w:t>
      </w:r>
      <w:r>
        <w:t>ek peaceful member hoon ga is ka.</w:t>
      </w:r>
    </w:p>
    <w:p>
      <w:pPr>
        <w:jc w:val="right"/>
      </w:pPr>
      <w:r>
        <w:t>ایک پیس فل ممبر ہوں گا اس کا۔</w:t>
      </w:r>
    </w:p>
    <w:p>
      <w:r>
        <w:rPr>
          <w:b/>
        </w:rPr>
        <w:t xml:space="preserve">[31:32] </w:t>
      </w:r>
      <w:r>
        <w:t>ab sare log itna khush hue ke yeh hai islam.</w:t>
      </w:r>
    </w:p>
    <w:p>
      <w:pPr>
        <w:jc w:val="right"/>
      </w:pPr>
      <w:r>
        <w:t>اب سارے لوگ اتنا خوش ہوئے کہ یہ ہے اسلام۔</w:t>
      </w:r>
    </w:p>
    <w:p>
      <w:r>
        <w:rPr>
          <w:b/>
        </w:rPr>
        <w:t xml:space="preserve">[31:39] </w:t>
      </w:r>
      <w:r>
        <w:t>to mein yeh samajhta hoon ke sari dunya islam se dilchaspi rakhti hai lekin musalmanon ke kutilay ne</w:t>
      </w:r>
    </w:p>
    <w:p>
      <w:pPr>
        <w:jc w:val="right"/>
      </w:pPr>
      <w:r>
        <w:t>تو میں یہ سمجھتا ہوں کہ ساری دنیا اسلام سے دلچسپی رکھتی ہے لیکن مسلمانوں کے کٹیلے نے</w:t>
      </w:r>
    </w:p>
    <w:p>
      <w:r>
        <w:rPr>
          <w:b/>
        </w:rPr>
        <w:t xml:space="preserve">[31:44] </w:t>
      </w:r>
      <w:r>
        <w:t>in ko bharka rakha hai.</w:t>
      </w:r>
    </w:p>
    <w:p>
      <w:pPr>
        <w:jc w:val="right"/>
      </w:pPr>
      <w:r>
        <w:t>ان کو بھڑکا رکھا ہے۔</w:t>
      </w:r>
    </w:p>
    <w:p>
      <w:r>
        <w:rPr>
          <w:b/>
        </w:rPr>
        <w:t xml:space="preserve">[31:49] </w:t>
      </w:r>
      <w:r>
        <w:t>is kutilay ko hata dijiye aur is kutilay ko na hatane ki zimmedari khud hamare ulma hain,</w:t>
      </w:r>
    </w:p>
    <w:p>
      <w:pPr>
        <w:jc w:val="right"/>
      </w:pPr>
      <w:r>
        <w:t>اس کٹیلے کو ہٹا دیجئے اور اس کٹیلے کو نہ ہٹانے کی ذمہ داری خود ہمارے علماء ہیں،</w:t>
      </w:r>
    </w:p>
    <w:p>
      <w:r>
        <w:rPr>
          <w:b/>
        </w:rPr>
        <w:t xml:space="preserve">[31:54] </w:t>
      </w:r>
      <w:r>
        <w:t>hamare rehbar hain, hamare sare log hain.</w:t>
      </w:r>
    </w:p>
    <w:p>
      <w:pPr>
        <w:jc w:val="right"/>
      </w:pPr>
      <w:r>
        <w:t>ہمارے رہنما ہیں، ہمارے سارے لوگ ہیں۔</w:t>
      </w:r>
    </w:p>
    <w:p>
      <w:r>
        <w:rPr>
          <w:b/>
        </w:rPr>
        <w:t xml:space="preserve">[31:59] </w:t>
      </w:r>
      <w:r>
        <w:t>kyun? sab log yeh karte hain ke is ko media par daal dete hain.</w:t>
      </w:r>
    </w:p>
    <w:p>
      <w:pPr>
        <w:jc w:val="right"/>
      </w:pPr>
      <w:r>
        <w:t>کیوں؟ سب لوگ یہ کرتے ہیں کہ اس کو میڈیا پر ڈال دیتے ہیں۔</w:t>
      </w:r>
    </w:p>
    <w:p>
      <w:r>
        <w:rPr>
          <w:b/>
        </w:rPr>
        <w:t xml:space="preserve">[32:04] </w:t>
      </w:r>
      <w:r>
        <w:t>jo tashaddud hai, khudkushi bombari hai,</w:t>
      </w:r>
    </w:p>
    <w:p>
      <w:pPr>
        <w:jc w:val="right"/>
      </w:pPr>
      <w:r>
        <w:t>جو تشدد ہے، خودکشی بمباری ہے،</w:t>
      </w:r>
    </w:p>
    <w:p>
      <w:r>
        <w:rPr>
          <w:b/>
        </w:rPr>
        <w:t xml:space="preserve">[32:09] </w:t>
      </w:r>
      <w:r>
        <w:t>woh sab media par daal dete hain.</w:t>
      </w:r>
    </w:p>
    <w:p>
      <w:pPr>
        <w:jc w:val="right"/>
      </w:pPr>
      <w:r>
        <w:t>وہ سب میڈیا پر ڈال دیتے ہیں۔</w:t>
      </w:r>
    </w:p>
    <w:p>
      <w:r>
        <w:rPr>
          <w:b/>
        </w:rPr>
        <w:t xml:space="preserve">[32:14] </w:t>
      </w:r>
      <w:r>
        <w:t>phir media to sirf report karta hai jo musalman kar rahe hain islam ke naam par, yeh sab feal.</w:t>
      </w:r>
    </w:p>
    <w:p>
      <w:pPr>
        <w:jc w:val="right"/>
      </w:pPr>
      <w:r>
        <w:t>پھر میڈیا تو صرف رپورٹ کرتا ہے جو مسلمان کر رہے ہیں اسلام کے نام پر، یہ سب فعل۔</w:t>
      </w:r>
    </w:p>
    <w:p>
      <w:r>
        <w:rPr>
          <w:b/>
        </w:rPr>
        <w:t xml:space="preserve">[32:20] </w:t>
      </w:r>
      <w:r>
        <w:t>to in musalmanon ko kaho, media ko kyun kehte ho? ke media jab musalman bomb maren ge to</w:t>
      </w:r>
    </w:p>
    <w:p>
      <w:pPr>
        <w:jc w:val="right"/>
      </w:pPr>
      <w:r>
        <w:t>تو ان مسلمانوں کو کہو، میڈیا کو کیوں کہتے ہو؟ کہ میڈیا جب مسلمان بم ماریں گے تو</w:t>
      </w:r>
    </w:p>
    <w:p>
      <w:r>
        <w:rPr>
          <w:b/>
        </w:rPr>
        <w:t xml:space="preserve">[32:25] </w:t>
      </w:r>
      <w:r>
        <w:t>media chhappe ga phool dala unhon ne.</w:t>
      </w:r>
    </w:p>
    <w:p>
      <w:pPr>
        <w:jc w:val="right"/>
      </w:pPr>
      <w:r>
        <w:t>میڈیا چھاپے کا پھول ڈالا انہوں نے۔</w:t>
      </w:r>
    </w:p>
    <w:p>
      <w:r>
        <w:rPr>
          <w:b/>
        </w:rPr>
        <w:t xml:space="preserve">[32:30] </w:t>
      </w:r>
      <w:r>
        <w:t>ab ghor kijiye ke musalman jab bomb dalen ge to kya media chhappe ga unhon ne phool wala</w:t>
      </w:r>
    </w:p>
    <w:p>
      <w:pPr>
        <w:jc w:val="right"/>
      </w:pPr>
      <w:r>
        <w:t>اب غور کیجئے کہ مسلمان جب بم ڈالیں گے تو کیا میڈیا چھاپے کا انہوں نے پھول والا</w:t>
      </w:r>
    </w:p>
    <w:p>
      <w:r>
        <w:rPr>
          <w:b/>
        </w:rPr>
        <w:t xml:space="preserve">[32:35] </w:t>
      </w:r>
      <w:r>
        <w:t>daal diya wahan par?</w:t>
      </w:r>
    </w:p>
    <w:p>
      <w:pPr>
        <w:jc w:val="right"/>
      </w:pPr>
      <w:r>
        <w:t>ڈال دیا وہاں پر؟</w:t>
      </w:r>
    </w:p>
    <w:p>
      <w:r>
        <w:rPr>
          <w:b/>
        </w:rPr>
        <w:t xml:space="preserve">[32:41] </w:t>
      </w:r>
      <w:r>
        <w:t>mujhe zaati taur par media se koi shikayat nahi hai, koi bhi shikayat nahi hai.</w:t>
      </w:r>
    </w:p>
    <w:p>
      <w:pPr>
        <w:jc w:val="right"/>
      </w:pPr>
      <w:r>
        <w:t>مجھے ذاتی طور پر میڈیا سے کوئی شکایت نہیں ہے، کوئی بھی شکایت نہیں ہے۔</w:t>
      </w:r>
    </w:p>
    <w:p>
      <w:r>
        <w:rPr>
          <w:b/>
        </w:rPr>
        <w:t xml:space="preserve">[32:48] </w:t>
      </w:r>
      <w:r>
        <w:t>ab dekhen aaj ke paper mein ek ek report thi, aaj hi ke paper mein ke ek kitab</w:t>
      </w:r>
    </w:p>
    <w:p>
      <w:pPr>
        <w:jc w:val="right"/>
      </w:pPr>
      <w:r>
        <w:t>اب دیکھیں آج کے پیپر میں ایک ایک رپورٹ تھی، آج ہی کے پیپر میں کہ ایک کتاب</w:t>
      </w:r>
    </w:p>
    <w:p>
      <w:r>
        <w:rPr>
          <w:b/>
        </w:rPr>
        <w:t xml:space="preserve">[32:56] </w:t>
      </w:r>
      <w:r>
        <w:t>chhapi hai, aaj chuki eid ka din hai, aap jante hain, isaiyon ka bahut hi bara tehwar hai</w:t>
      </w:r>
    </w:p>
    <w:p>
      <w:pPr>
        <w:jc w:val="right"/>
      </w:pPr>
      <w:r>
        <w:t>چھپی ہے، آج چونکہ عید کا دن ہے، آپ جانتے ہیں، عیسائیوں کا بہت ہی بڑا تہوار ہے</w:t>
      </w:r>
    </w:p>
    <w:p>
      <w:r>
        <w:rPr>
          <w:b/>
        </w:rPr>
        <w:t xml:space="preserve">[33:04] </w:t>
      </w:r>
      <w:r>
        <w:t>aaj, is ko eid kehte hain.</w:t>
      </w:r>
    </w:p>
    <w:p>
      <w:pPr>
        <w:jc w:val="right"/>
      </w:pPr>
      <w:r>
        <w:t>آج، اس کو عید کہتے ہیں۔</w:t>
      </w:r>
    </w:p>
    <w:p>
      <w:r>
        <w:rPr>
          <w:b/>
        </w:rPr>
        <w:t xml:space="preserve">[33:11] </w:t>
      </w:r>
      <w:r>
        <w:t>to is nisbat se akhbaron mein mazmoon aaya hai Christianity par. to is mein aaya hai ke abhi haal hi mein ek kitab chhapi hai, bilkul Christianity par, is ka unwan hai "Jesus Discovery". abhi aaj hi ke akhbar mein hai "Jesus Discovery", is mein woh batata hai ke jo Christianity hai, woh urdu zaban se galat</w:t>
      </w:r>
    </w:p>
    <w:p>
      <w:pPr>
        <w:jc w:val="right"/>
      </w:pPr>
      <w:r>
        <w:t>تو اس نسبت سے اخباروں میں مضمون آیا ہے عیسائیت پر۔ تو اس میں آیا ہے کہ ابھی حال ہی میں ایک کتاب چھپی ہے، بالکل مسیحیت پر، اس کا عنوان ہے "جیسس ڈسکوری"۔ ابھی آج ہی کے اخبار میں ہے "جیسس ڈسکوری"، اس میں وہ بتاتا ہے کہ جو مسیحیت ہے، وہ یونانی زبان سے غلط</w:t>
      </w:r>
    </w:p>
    <w:p>
      <w:r>
        <w:rPr>
          <w:b/>
        </w:rPr>
        <w:t xml:space="preserve">[33:41] </w:t>
      </w:r>
      <w:r>
        <w:t>tarjuma hua hai, is ki wajah se yeh sab aqeeday ban gaye hain in logon ke.</w:t>
      </w:r>
    </w:p>
    <w:p>
      <w:pPr>
        <w:jc w:val="right"/>
      </w:pPr>
      <w:r>
        <w:t>ترجمہ ہوا ہے، اس کی وجہ سے یہ سب عقیدے بن گئے ہیں ان لوگوں کے۔</w:t>
      </w:r>
    </w:p>
    <w:p>
      <w:r>
        <w:rPr>
          <w:b/>
        </w:rPr>
        <w:t xml:space="preserve">[33:48] </w:t>
      </w:r>
      <w:r>
        <w:t>yeh kitni bari baat hai ke jin aqeedon par khara hua hai church, us ko unhon ne keh</w:t>
      </w:r>
    </w:p>
    <w:p>
      <w:pPr>
        <w:jc w:val="right"/>
      </w:pPr>
      <w:r>
        <w:t>یہ کتنی بڑی بات ہے کہ جن عقیدوں پر کھڑا ہوا ہے چرچ، اس کو انہوں نے کہہ</w:t>
      </w:r>
    </w:p>
    <w:p>
      <w:r>
        <w:rPr>
          <w:b/>
        </w:rPr>
        <w:t xml:space="preserve">[33:54] </w:t>
      </w:r>
      <w:r>
        <w:t>diya ke yeh to galat tarjuma tha.</w:t>
      </w:r>
    </w:p>
    <w:p>
      <w:pPr>
        <w:jc w:val="right"/>
      </w:pPr>
      <w:r>
        <w:t>دیا کہ یہ تو غلط ترجمہ تھا۔</w:t>
      </w:r>
    </w:p>
    <w:p>
      <w:r>
        <w:rPr>
          <w:b/>
        </w:rPr>
        <w:t xml:space="preserve">[34:00] </w:t>
      </w:r>
      <w:r>
        <w:t>yunani zaban mein jo matan tha, us ka jo tarjuma kiya un logon ne, to kuch na kuch kar diya.</w:t>
      </w:r>
    </w:p>
    <w:p>
      <w:pPr>
        <w:jc w:val="right"/>
      </w:pPr>
      <w:r>
        <w:t>یونانی زبان میں جو متن تھا، اس کا جو ترجمہ کیا ان لوگوں نے، تو کچھ نہ کچھ کر دیا۔</w:t>
      </w:r>
    </w:p>
    <w:p>
      <w:r>
        <w:rPr>
          <w:b/>
        </w:rPr>
        <w:t xml:space="preserve">[34:07] </w:t>
      </w:r>
      <w:r>
        <w:t>agar yahi chupa hai musalmanon ke baray mein koi kitab</w:t>
      </w:r>
    </w:p>
    <w:p>
      <w:pPr>
        <w:jc w:val="right"/>
      </w:pPr>
      <w:r>
        <w:t>اگر یہی چھپا ہے مسلمانوں کے بارے میں کوئی کتاب</w:t>
      </w:r>
    </w:p>
    <w:p>
      <w:r>
        <w:rPr>
          <w:b/>
        </w:rPr>
        <w:t xml:space="preserve">[34:13] </w:t>
      </w:r>
      <w:r>
        <w:t>, rasool Allah ke baray mein chupa hai to aaj poori tarah hangama ho raha hota.</w:t>
      </w:r>
    </w:p>
    <w:p>
      <w:pPr>
        <w:jc w:val="right"/>
      </w:pPr>
      <w:r>
        <w:t>، رسول اللہ کے بارے میں چھپا ہے تو آج پوری طرح ہنگامہ ہو رہا ہوتا۔</w:t>
      </w:r>
    </w:p>
    <w:p>
      <w:r>
        <w:rPr>
          <w:b/>
        </w:rPr>
        <w:t xml:space="preserve">[34:18] </w:t>
      </w:r>
      <w:r>
        <w:t>to aap log kya samjhenge ke musalman jo hain, apne khilaf kuch sunne ko tayyar nahi hain,</w:t>
      </w:r>
    </w:p>
    <w:p>
      <w:pPr>
        <w:jc w:val="right"/>
      </w:pPr>
      <w:r>
        <w:t>تو آپ لوگ کیا سمجھیں گے کہ مسلمان جو ہیں، اپنے خلاف کچھ سننے کو تیار نہیں ہیں،</w:t>
      </w:r>
    </w:p>
    <w:p>
      <w:r>
        <w:rPr>
          <w:b/>
        </w:rPr>
        <w:t xml:space="preserve">[34:23] </w:t>
      </w:r>
      <w:r>
        <w:t>daleel un ke paas nahi hoti, wajah se kaat nahi kar sakte woh, khali larai bhadai un ko</w:t>
      </w:r>
    </w:p>
    <w:p>
      <w:pPr>
        <w:jc w:val="right"/>
      </w:pPr>
      <w:r>
        <w:t>دلیل ان کے پاس نہیں ہوتی، وجہ سے کاٹ نہیں کر سکتے وہ، خالی لڑائی بھڑائی ان کو</w:t>
      </w:r>
    </w:p>
    <w:p>
      <w:r>
        <w:rPr>
          <w:b/>
        </w:rPr>
        <w:t xml:space="preserve">[34:28] </w:t>
      </w:r>
      <w:r>
        <w:t>aati hai, yeh to samjhenge.</w:t>
      </w:r>
    </w:p>
    <w:p>
      <w:pPr>
        <w:jc w:val="right"/>
      </w:pPr>
      <w:r>
        <w:t>آتی ہے، یہ تو سمجھیں گے۔</w:t>
      </w:r>
    </w:p>
    <w:p>
      <w:r>
        <w:rPr>
          <w:b/>
        </w:rPr>
        <w:t xml:space="preserve">[34:33] </w:t>
      </w:r>
      <w:r>
        <w:t>ab media mein chhapega to aap kahenge badnam kiya ja raha hai.</w:t>
      </w:r>
    </w:p>
    <w:p>
      <w:pPr>
        <w:jc w:val="right"/>
      </w:pPr>
      <w:r>
        <w:t>اب میڈیا میں چھپے گا تو آپ کہیں گے بدنام کیا جا رہا ہے۔</w:t>
      </w:r>
    </w:p>
    <w:p>
      <w:r>
        <w:rPr>
          <w:b/>
        </w:rPr>
        <w:t xml:space="preserve">[34:39] </w:t>
      </w:r>
      <w:r>
        <w:t>jo fe'l aap ne kiya, usi ko to media report kar raha hai,</w:t>
      </w:r>
    </w:p>
    <w:p>
      <w:pPr>
        <w:jc w:val="right"/>
      </w:pPr>
      <w:r>
        <w:t>جو فعل آپ نے کیا، اسی کو تو میڈیا رپورٹ کر رہا ہے،</w:t>
      </w:r>
    </w:p>
    <w:p>
      <w:r>
        <w:rPr>
          <w:b/>
        </w:rPr>
        <w:t xml:space="preserve">[34:44] </w:t>
      </w:r>
      <w:r>
        <w:t>isaiyon ne to is kitab par kuch bhi hangama nahi kiya.</w:t>
      </w:r>
    </w:p>
    <w:p>
      <w:pPr>
        <w:jc w:val="right"/>
      </w:pPr>
      <w:r>
        <w:t>عیسائیوں نے تو اس کتاب پر کچھ بھی ہنگامہ نہیں کیا۔</w:t>
      </w:r>
    </w:p>
    <w:p>
      <w:r>
        <w:rPr>
          <w:b/>
        </w:rPr>
        <w:t xml:space="preserve">[34:50] </w:t>
      </w:r>
      <w:r>
        <w:t>is se bhi zyada sakht kitaben chapti rehti hain.</w:t>
      </w:r>
    </w:p>
    <w:p>
      <w:pPr>
        <w:jc w:val="right"/>
      </w:pPr>
      <w:r>
        <w:t>اس سے بھی زیادہ سخت کتابیں چھپتی رہتی ہیں۔</w:t>
      </w:r>
    </w:p>
    <w:p>
      <w:r>
        <w:rPr>
          <w:b/>
        </w:rPr>
        <w:t xml:space="preserve">[34:56] </w:t>
      </w:r>
      <w:r>
        <w:t>woh to baqayda Masih ka cartoon banate hain aur aap ke buzurgon ka cartoon bana dein to aap</w:t>
      </w:r>
    </w:p>
    <w:p>
      <w:pPr>
        <w:jc w:val="right"/>
      </w:pPr>
      <w:r>
        <w:t>وہ تو باقاعدہ مسیح کا کارٹون بناتے ہیں اور آپ کے بزرگوں کا کارٹون بنا دیں تو آپ</w:t>
      </w:r>
    </w:p>
    <w:p>
      <w:r>
        <w:rPr>
          <w:b/>
        </w:rPr>
        <w:t xml:space="preserve">[35:02] </w:t>
      </w:r>
      <w:r>
        <w:t>hangama khara kar dete hain.</w:t>
      </w:r>
    </w:p>
    <w:p>
      <w:pPr>
        <w:jc w:val="right"/>
      </w:pPr>
      <w:r>
        <w:t>ہنگامہ کھڑا کر دیتے ہیں۔</w:t>
      </w:r>
    </w:p>
    <w:p>
      <w:r>
        <w:rPr>
          <w:b/>
        </w:rPr>
        <w:t xml:space="preserve">[35:08] </w:t>
      </w:r>
      <w:r>
        <w:t>is se dawat ka kaam bilkul ruk gaya hai. Da</w:t>
      </w:r>
    </w:p>
    <w:p>
      <w:pPr>
        <w:jc w:val="right"/>
      </w:pPr>
      <w:r>
        <w:t>اس سے دعوت کا کام بالکل رک گیا ہے۔ دع</w:t>
      </w:r>
    </w:p>
    <w:p>
      <w:r>
        <w:rPr>
          <w:b/>
        </w:rPr>
        <w:t xml:space="preserve">[35:14] </w:t>
      </w:r>
      <w:r>
        <w:t>ka kaam isi liye ruka hai ke musalmanon ne apne munh par katila baandh rakha hai, tashaddud ka katila, nafrat ka katila. is katile ko hata dijiye to sari duniya jo hai, islam ki baat sunne ke liye tayyar hai. to dekhiye, insani tareekh ka anjam to</w:t>
      </w:r>
    </w:p>
    <w:p>
      <w:pPr>
        <w:jc w:val="right"/>
      </w:pPr>
      <w:r>
        <w:t>وت کا کام اسی لیے رکا ہے کہ مسلمانوں نے اپنے منہ پر کٹیلا باندھ رکھا ہے، تشدد کا کٹیلا، نفرت کا کٹیلا۔ اس کٹیلے کو ہٹا دیجئے تو ساری دنیا جو ہے، اسلام کی بات سننے کے لیے تیار ہے۔ تو دیکھئے، انسانی تاریخ کا انجام تو</w:t>
      </w:r>
    </w:p>
    <w:p>
      <w:r>
        <w:rPr>
          <w:b/>
        </w:rPr>
        <w:t xml:space="preserve">[35:44] </w:t>
      </w:r>
      <w:r>
        <w:t>aane hi aana hai, yeh to mumkin nahi hai ke yeh tareekh chalti rahe, log jitni bhi sarkashi</w:t>
      </w:r>
    </w:p>
    <w:p>
      <w:pPr>
        <w:jc w:val="right"/>
      </w:pPr>
      <w:r>
        <w:t>آنے ہی آنا ہے، یہ تو ممکن نہیں ہے کہ یہ تاریخ چلتی رہے، لوگ جتنی بھی سرکشی</w:t>
      </w:r>
    </w:p>
    <w:p>
      <w:r>
        <w:rPr>
          <w:b/>
        </w:rPr>
        <w:t xml:space="preserve">[35:50] </w:t>
      </w:r>
      <w:r>
        <w:t>karein, jitna bhi burai failayein, phir bhi Khuda un ko apni barkat deta rahe, phir bhi un ko</w:t>
      </w:r>
    </w:p>
    <w:p>
      <w:pPr>
        <w:jc w:val="right"/>
      </w:pPr>
      <w:r>
        <w:t>کریں، جتنا بھی برائی پھیلائیں، پھر بھی خدا ان کو اپنی برکت دیتا رہے، پھر بھی ان کو</w:t>
      </w:r>
    </w:p>
    <w:p>
      <w:r>
        <w:rPr>
          <w:b/>
        </w:rPr>
        <w:t xml:space="preserve">[35:56] </w:t>
      </w:r>
      <w:r>
        <w:t>taza pani faraham ho, phir bhi un ko oxygen faraham ho, phir bhi un ke liye khet jo</w:t>
      </w:r>
    </w:p>
    <w:p>
      <w:pPr>
        <w:jc w:val="right"/>
      </w:pPr>
      <w:r>
        <w:t>تازہ پانی فراہم ہو، پھر بھی ان کو آکسیجن فراہم ہو، پھر بھی ان کے لیے کھیت جو</w:t>
      </w:r>
    </w:p>
    <w:p>
      <w:r>
        <w:rPr>
          <w:b/>
        </w:rPr>
        <w:t xml:space="preserve">[36:02] </w:t>
      </w:r>
      <w:r>
        <w:t>hai, ghalla ugayein, phir bhi un ke liye phal paida karte rahein.</w:t>
      </w:r>
    </w:p>
    <w:p>
      <w:pPr>
        <w:jc w:val="right"/>
      </w:pPr>
      <w:r>
        <w:t>ہے، غلہ اگائیں، پھر بھی ان کے لیے پھل پیدا کرتے رہیں۔</w:t>
      </w:r>
    </w:p>
    <w:p>
      <w:r>
        <w:rPr>
          <w:b/>
        </w:rPr>
        <w:t xml:space="preserve">[36:08] </w:t>
      </w:r>
      <w:r>
        <w:t>kya kya yeh</w:t>
      </w:r>
    </w:p>
    <w:p>
      <w:pPr>
        <w:jc w:val="right"/>
      </w:pPr>
      <w:r>
        <w:t>کیا کیا یہ</w:t>
      </w:r>
    </w:p>
    <w:p>
      <w:r>
        <w:rPr>
          <w:b/>
        </w:rPr>
        <w:t xml:space="preserve">[36:14] </w:t>
      </w:r>
      <w:r>
        <w:t>Khuda ki ki tazheer hai, Khuda ka kamtaran hai? Yeh duniya mein jo aaj buraiyan hain, itni zyada</w:t>
      </w:r>
    </w:p>
    <w:p>
      <w:pPr>
        <w:jc w:val="right"/>
      </w:pPr>
      <w:r>
        <w:t>خدا کی کی تذغیر ہے، خدا کا کمتران ہے؟ یہ دنیا میں جو آج برائیاں ہیں، اتنی زیادہ</w:t>
      </w:r>
    </w:p>
    <w:p>
      <w:r>
        <w:rPr>
          <w:b/>
        </w:rPr>
        <w:t xml:space="preserve">[36:21] </w:t>
      </w:r>
      <w:r>
        <w:t>buraiyan barh chuki hain ke koi koi pehle log soch bhi nahi sakte the us ko ke kunwarpan</w:t>
      </w:r>
    </w:p>
    <w:p>
      <w:pPr>
        <w:jc w:val="right"/>
      </w:pPr>
      <w:r>
        <w:t>برائیاں بڑھ چکی ہیں کہ کوئی کوئی پہلے لوگ سوچ بھی نہیں سکتے تھے اس کو کہ کنوارپن</w:t>
      </w:r>
    </w:p>
    <w:p>
      <w:r>
        <w:rPr>
          <w:b/>
        </w:rPr>
        <w:t xml:space="preserve">[36:29] </w:t>
      </w:r>
      <w:r>
        <w:t>ka nizam hota hai aaj, kya koi pehle soch sakta tha? Amar quloot ko qanooni bana diya gaya</w:t>
      </w:r>
    </w:p>
    <w:p>
      <w:pPr>
        <w:jc w:val="right"/>
      </w:pPr>
      <w:r>
        <w:t>کا نظام ہوتا ہے آج، کیا کوئی پہلے سوچ سکتا تھا؟ امر قولوت کو قانونی بنا دیا گیا</w:t>
      </w:r>
    </w:p>
    <w:p>
      <w:r>
        <w:rPr>
          <w:b/>
        </w:rPr>
        <w:t xml:space="preserve">[36:37] </w:t>
      </w:r>
      <w:r>
        <w:t>hai, pehle koi soch sakta tha woh?</w:t>
      </w:r>
    </w:p>
    <w:p>
      <w:pPr>
        <w:jc w:val="right"/>
      </w:pPr>
      <w:r>
        <w:t>ہے، پہلے کوئی سوچ سکتا تھا وہ؟</w:t>
      </w:r>
    </w:p>
    <w:p>
      <w:r>
        <w:rPr>
          <w:b/>
        </w:rPr>
        <w:t xml:space="preserve">[36:45] </w:t>
      </w:r>
      <w:r>
        <w:t>aise aise manzar maine khud dekhe TV par, kabhi bahar jata hoon to kabhi khola news</w:t>
      </w:r>
    </w:p>
    <w:p>
      <w:pPr>
        <w:jc w:val="right"/>
      </w:pPr>
      <w:r>
        <w:t>ایسے ایسے منظر میں نے خود دیکھے ٹی وی پر، کبھی باہر جاتا ہوں تو کبھی کھولا نیوز</w:t>
      </w:r>
    </w:p>
    <w:p>
      <w:r>
        <w:rPr>
          <w:b/>
        </w:rPr>
        <w:t xml:space="preserve">[36:51] </w:t>
      </w:r>
      <w:r>
        <w:t>ke liye to is mein aise makrooh manzar aate hain ke is ko aankh band karna parta hai,</w:t>
      </w:r>
    </w:p>
    <w:p>
      <w:pPr>
        <w:jc w:val="right"/>
      </w:pPr>
      <w:r>
        <w:t>کے لیے تو اس میں ایسے مکروہ منظر آتے ہیں کہ اس کو آنکھ بند کرنا پڑتا ہے،</w:t>
      </w:r>
    </w:p>
    <w:p>
      <w:r>
        <w:rPr>
          <w:b/>
        </w:rPr>
        <w:t xml:space="preserve">[36:57] </w:t>
      </w:r>
      <w:r>
        <w:t>jis ko main bayan nahin karta lafzon mein, lafzon mein nahin bayan kar sakta main.</w:t>
      </w:r>
    </w:p>
    <w:p>
      <w:pPr>
        <w:jc w:val="right"/>
      </w:pPr>
      <w:r>
        <w:t>جس کو میں بیان نہیں کرتا لفظوں میں، لفظوں میں نہیں بیان کر سکتا میں۔</w:t>
      </w:r>
    </w:p>
    <w:p>
      <w:r>
        <w:rPr>
          <w:b/>
        </w:rPr>
        <w:t xml:space="preserve">[37:03] </w:t>
      </w:r>
      <w:r>
        <w:t>jab bahar mein jata hoon to yahan ka paper to hota nahin, radio mere paas hota nahin, jo</w:t>
      </w:r>
    </w:p>
    <w:p>
      <w:pPr>
        <w:jc w:val="right"/>
      </w:pPr>
      <w:r>
        <w:t>جب باہر میں جاتا ہوں تو یہاں کا پیپر تو ہوتا نہیں، ریڈیو میرے پاس ہوتا نہیں، جو</w:t>
      </w:r>
    </w:p>
    <w:p>
      <w:r>
        <w:rPr>
          <w:b/>
        </w:rPr>
        <w:t xml:space="preserve">[37:09] </w:t>
      </w:r>
      <w:r>
        <w:t>TV hota hai, kahoon is</w:t>
      </w:r>
    </w:p>
    <w:p>
      <w:pPr>
        <w:jc w:val="right"/>
      </w:pPr>
      <w:r>
        <w:t>ٹی وی ہوتا ہے، کہوں اس</w:t>
      </w:r>
    </w:p>
    <w:p>
      <w:r>
        <w:rPr>
          <w:b/>
        </w:rPr>
        <w:t xml:space="preserve">[37:15] </w:t>
      </w:r>
      <w:r>
        <w:t>mein hotel mein to jab kholta hoon is ko to aksar aise aise yaani aise aise manzar aate hain jo aap dekh nahi sakte, mere sath bhi dekh nahi sakta, aankh band karna padta hai. to sari duniya mein woh sab kuch million guna zyada ho raha hai jo is se pehle in qomon par hua tha jin qomon par azab aaya. to khuda kyun waqe rakhe ga is duniya ko? kyun suraj un ke liye chamakta rahe ga</w:t>
      </w:r>
    </w:p>
    <w:p>
      <w:pPr>
        <w:jc w:val="right"/>
      </w:pPr>
      <w:r>
        <w:t>میں ہوٹل میں تو جب کھولتا ہوں اس کو تو اکثر ایسے ایسے یعنی ایسے ایسے منظر آتے ہیں جو آپ دیکھ نہیں سکتے، میرے ساتھ بھی دیکھ نہیں سکتا، آنکھ بند کرنا پڑتا ہے۔ تو ساری دنیا میں وہ سب کچھ ملین گنا زیادہ ہو رہا ہے جو اس سے پہلے ان قوموں پر ہوا تھا جن قوموں پر عذاب آیا۔ تو خدا کیوں واقع رکھے گا اس دنیا کو؟ کیوں سورج ان کے لیے چمکتا رہے گا</w:t>
      </w:r>
    </w:p>
    <w:p>
      <w:r>
        <w:rPr>
          <w:b/>
        </w:rPr>
        <w:t xml:space="preserve">[37:45] </w:t>
      </w:r>
      <w:r>
        <w:t>kyun zameen un ke liye ghoomti rahe gi? kyun un ko taza oxygen faraham hota rahe ga? kyun un ke liye hawayen chalti rahen gi? kyun un ke liye pani upar se aata rahe ga? kyun hoga? to yeh sari jo baaten ho rahi hain duniya mein, woh bata rahi hain ke tareekh ka anjam aa chuka, end of history. surah israfeel kya hai? surah israfeel end</w:t>
      </w:r>
    </w:p>
    <w:p>
      <w:pPr>
        <w:jc w:val="right"/>
      </w:pPr>
      <w:r>
        <w:t>؟ کیوں زمین ان کے لیے گھومتی رہے گی؟ کیوں ان کو تازہ آکسیجن فراہم ہوتا رہے گا؟ کیوں ان کے لیے ہوائیں چلتی رہیں گی؟ کیوں ان کے لیے پانی اوپر سے آتا رہے گا؟ کیوں ہوگا؟ تو یہ ساری جو باتیں ہو رہی ہیں دنیا میں، وہ بتا رہی ہیں کہ تاریخ کا انجام آ چکا، اینڈ آف ہسٹری۔ سورہ اسرافیل کیا ہے؟ سورہ اسرافیل اینڈ</w:t>
      </w:r>
    </w:p>
    <w:p>
      <w:r>
        <w:rPr>
          <w:b/>
        </w:rPr>
        <w:t xml:space="preserve">[38:15] </w:t>
      </w:r>
      <w:r>
        <w:t>of history ka doosra naam hai.</w:t>
      </w:r>
    </w:p>
    <w:p>
      <w:pPr>
        <w:jc w:val="right"/>
      </w:pPr>
      <w:r>
        <w:t>آف ہسٹری کا دوسرا نام ہے۔</w:t>
      </w:r>
    </w:p>
    <w:p>
      <w:r>
        <w:rPr>
          <w:b/>
        </w:rPr>
        <w:t xml:space="preserve">[38:21] </w:t>
      </w:r>
      <w:r>
        <w:t>Surah Israfeel jo hai, woh end of history ka doosra naam hai.</w:t>
      </w:r>
    </w:p>
    <w:p>
      <w:pPr>
        <w:jc w:val="right"/>
      </w:pPr>
      <w:r>
        <w:t>سورہ اسرافیل جو ہے، وہ اینڈ آف ہسٹری کا دوسرا نام ہے۔</w:t>
      </w:r>
    </w:p>
    <w:p>
      <w:r>
        <w:rPr>
          <w:b/>
        </w:rPr>
        <w:t xml:space="preserve">[38:27] </w:t>
      </w:r>
      <w:r>
        <w:t>to wazeh tor par sabit hota hai, dekhiye, wazeh tor par sabit hota hai ke qayamat se pehle</w:t>
      </w:r>
    </w:p>
    <w:p>
      <w:pPr>
        <w:jc w:val="right"/>
      </w:pPr>
      <w:r>
        <w:t>تو واضح طور پر ثابت ہوتا ہے، دیکھئے، واضح طور پر ثابت ہوتا ہے کہ قیامت سے پہلے</w:t>
      </w:r>
    </w:p>
    <w:p>
      <w:r>
        <w:rPr>
          <w:b/>
        </w:rPr>
        <w:t xml:space="preserve">[38:33] </w:t>
      </w:r>
      <w:r>
        <w:t>duniya ka nizam bigad jayega, jis tarah hum ne kai mazameen likhe hain risale mein.</w:t>
      </w:r>
    </w:p>
    <w:p>
      <w:pPr>
        <w:jc w:val="right"/>
      </w:pPr>
      <w:r>
        <w:t>دنیا کا نظام بگڑ جائے گا، جس طرح ہم نے کئی مضامین لکھے ہیں رسالے میں۔</w:t>
      </w:r>
    </w:p>
    <w:p>
      <w:r>
        <w:rPr>
          <w:b/>
        </w:rPr>
        <w:t xml:space="preserve">[38:39] </w:t>
      </w:r>
      <w:r>
        <w:t>wazeh tor par sabit hota hai ke global warming waghera jo aaj kal jo</w:t>
      </w:r>
    </w:p>
    <w:p>
      <w:pPr>
        <w:jc w:val="right"/>
      </w:pPr>
      <w:r>
        <w:t>واضح طور پر ثابت ہوتا ہے کہ گلوبل وارمنگ وغیرہ جو آج کل جو</w:t>
      </w:r>
    </w:p>
    <w:p>
      <w:r>
        <w:rPr>
          <w:b/>
        </w:rPr>
        <w:t xml:space="preserve">[38:45] </w:t>
      </w:r>
      <w:r>
        <w:t>cheezein aa rahi hain, ab woh sab Quran o Hadees mein maujood hai ke qayamat se pehle sab kuch hoga.</w:t>
      </w:r>
    </w:p>
    <w:p>
      <w:pPr>
        <w:jc w:val="right"/>
      </w:pPr>
      <w:r>
        <w:t>چیزیں آ رہی ہیں، اب وہ سب قرآن و حدیث میں موجود ہے کہ قیامت سے پہلے سب کچھ ہوگا۔</w:t>
      </w:r>
    </w:p>
    <w:p>
      <w:r>
        <w:rPr>
          <w:b/>
        </w:rPr>
        <w:t xml:space="preserve">[38:57] </w:t>
      </w:r>
      <w:r>
        <w:t>ab ghor kijiye ke qayamat jab qareeb aa gayi, khud Quran o Hadees ke mutabiq, to kya qayamat ke</w:t>
      </w:r>
    </w:p>
    <w:p>
      <w:pPr>
        <w:jc w:val="right"/>
      </w:pPr>
      <w:r>
        <w:t>اب غور کیجئے کہ قیامت جب قریب آگئی، خود قرآن و حدیث کے مطابق، تو کیا قیامت کے</w:t>
      </w:r>
    </w:p>
    <w:p>
      <w:r>
        <w:rPr>
          <w:b/>
        </w:rPr>
        <w:t xml:space="preserve">[39:08] </w:t>
      </w:r>
      <w:r>
        <w:t>baad aayenge Mehdi o Masih? Qayamat ke baad Dajjal aayega? Kaisi ajeeb soch hai in logon ki?</w:t>
      </w:r>
    </w:p>
    <w:p>
      <w:pPr>
        <w:jc w:val="right"/>
      </w:pPr>
      <w:r>
        <w:t>بعد آئیں گے مہدی و مسیح؟ قیامت کے بعد دجال آئے گا؟ کیسی عجیب سوچ ہے ان لوگوں کی؟</w:t>
      </w:r>
    </w:p>
    <w:p>
      <w:r>
        <w:rPr>
          <w:b/>
        </w:rPr>
        <w:t xml:space="preserve">[39:19] </w:t>
      </w:r>
      <w:r>
        <w:t>Qayamat to darwaze par aa chuki hai.</w:t>
      </w:r>
    </w:p>
    <w:p>
      <w:pPr>
        <w:jc w:val="right"/>
      </w:pPr>
      <w:r>
        <w:t>قیامت تو دروازے پر آ چکی ہے۔</w:t>
      </w:r>
    </w:p>
    <w:p>
      <w:r>
        <w:rPr>
          <w:b/>
        </w:rPr>
        <w:t xml:space="preserve">[39:26] </w:t>
      </w:r>
      <w:r>
        <w:t>yeh sari woh alamaten jin ko Quran o Hadees mein bayan kiya gaya hai, woh sab do do,</w:t>
      </w:r>
    </w:p>
    <w:p>
      <w:pPr>
        <w:jc w:val="right"/>
      </w:pPr>
      <w:r>
        <w:t>یہ ساری وہ علامتیں جن کو قرآن و حدیث میں بیان کیا گیا ہے، وہ سب دو دو،</w:t>
      </w:r>
    </w:p>
    <w:p>
      <w:r>
        <w:rPr>
          <w:b/>
        </w:rPr>
        <w:t xml:space="preserve">[39:32] </w:t>
      </w:r>
      <w:r>
        <w:t>char ki tarah samne aa chuki hain.</w:t>
      </w:r>
    </w:p>
    <w:p>
      <w:pPr>
        <w:jc w:val="right"/>
      </w:pPr>
      <w:r>
        <w:t>چار کی طرح سامنے آ چکی ہیں۔</w:t>
      </w:r>
    </w:p>
    <w:p>
      <w:r>
        <w:rPr>
          <w:b/>
        </w:rPr>
        <w:t xml:space="preserve">[39:38] </w:t>
      </w:r>
      <w:r>
        <w:t>to jab qayamat itni qareeb aa chuki hai, itni qareeb aa chuki hai, to kya Mehdi o Masih</w:t>
      </w:r>
    </w:p>
    <w:p>
      <w:pPr>
        <w:jc w:val="right"/>
      </w:pPr>
      <w:r>
        <w:t>تو جب قیامت اتنی قریب آ چکی ہے، اتنی قریب آ چکی ہے، تو کیا مہدی و مسیح</w:t>
      </w:r>
    </w:p>
    <w:p>
      <w:r>
        <w:rPr>
          <w:b/>
        </w:rPr>
        <w:t xml:space="preserve">[39:45] </w:t>
      </w:r>
      <w:r>
        <w:t>qayamat ke baad aayenge? In ko to qayamat se pehle aana hai in ko.</w:t>
      </w:r>
    </w:p>
    <w:p>
      <w:pPr>
        <w:jc w:val="right"/>
      </w:pPr>
      <w:r>
        <w:t>قیامت کے بعد آئیں گے؟ ان کو تو قیامت سے پہلے آنا ہے ان کو۔</w:t>
      </w:r>
    </w:p>
    <w:p>
      <w:r>
        <w:rPr>
          <w:b/>
        </w:rPr>
        <w:t xml:space="preserve">[39:51] </w:t>
      </w:r>
      <w:r>
        <w:t>to aap ko sochna padega ke bhai Dajjal kaun hai, Masih kahan aaye, Mehdi ka zahoor kahan</w:t>
      </w:r>
    </w:p>
    <w:p>
      <w:pPr>
        <w:jc w:val="right"/>
      </w:pPr>
      <w:r>
        <w:t>تو آپ کو سوچنا پڑے گا کہ بھئی دجال کون ہے، مسیح کہاں آئے، مہدی کا ظہور کہاں</w:t>
      </w:r>
    </w:p>
    <w:p>
      <w:r>
        <w:rPr>
          <w:b/>
        </w:rPr>
        <w:t xml:space="preserve">[39:57] </w:t>
      </w:r>
      <w:r>
        <w:t>hua? Kyun ke woh ho jana chahiye.</w:t>
      </w:r>
    </w:p>
    <w:p>
      <w:pPr>
        <w:jc w:val="right"/>
      </w:pPr>
      <w:r>
        <w:t>ہوا؟ کیونکہ وہ ہو جانا چاہیئے۔</w:t>
      </w:r>
    </w:p>
    <w:p>
      <w:r>
        <w:rPr>
          <w:b/>
        </w:rPr>
        <w:t xml:space="preserve">[40:03] </w:t>
      </w:r>
      <w:r>
        <w:t>ab aap ko is zehan se sochna hai ke ho jana chahiye.</w:t>
      </w:r>
    </w:p>
    <w:p>
      <w:pPr>
        <w:jc w:val="right"/>
      </w:pPr>
      <w:r>
        <w:t>اب آپ کو اس ذہن سے سوچنا ہے کہ ہو جانا چاہیئے۔</w:t>
      </w:r>
    </w:p>
    <w:p>
      <w:r>
        <w:rPr>
          <w:b/>
        </w:rPr>
        <w:t xml:space="preserve">[40:09] </w:t>
      </w:r>
      <w:r>
        <w:t>jaise Makkah Madinah mein Yahood ko sochna chahiye tha ke Paighambar zahir ho chuka, to ab to use</w:t>
      </w:r>
    </w:p>
    <w:p>
      <w:pPr>
        <w:jc w:val="right"/>
      </w:pPr>
      <w:r>
        <w:t>جیسے مکہ مدینے میں یہود کو سوچنا چاہیئے تھا کہ پیغمبر ظاہر ہو چکا، تو اب تو اسے</w:t>
      </w:r>
    </w:p>
    <w:p>
      <w:r>
        <w:rPr>
          <w:b/>
        </w:rPr>
        <w:t xml:space="preserve">[40:15] </w:t>
      </w:r>
      <w:r>
        <w:t>dhoondo, to dhoondo us ko.</w:t>
      </w:r>
    </w:p>
    <w:p>
      <w:pPr>
        <w:jc w:val="right"/>
      </w:pPr>
      <w:r>
        <w:t>ڈھونڈو، تو ڈھونڈو اس کو۔</w:t>
      </w:r>
    </w:p>
    <w:p>
      <w:r>
        <w:rPr>
          <w:b/>
        </w:rPr>
        <w:t xml:space="preserve">[40:22] </w:t>
      </w:r>
      <w:r>
        <w:t>yeh nahin ke Paighambar abhi aane mein das das saal baqi hain.</w:t>
      </w:r>
    </w:p>
    <w:p>
      <w:pPr>
        <w:jc w:val="right"/>
      </w:pPr>
      <w:r>
        <w:t>یہ نہیں کہ پیغمبر ابھی آنے میں دس دس سال باقی ہیں۔</w:t>
      </w:r>
    </w:p>
    <w:p>
      <w:r>
        <w:rPr>
          <w:b/>
        </w:rPr>
        <w:t xml:space="preserve">[40:28] </w:t>
      </w:r>
      <w:r>
        <w:t>to ab saare jo parde hat chuke hain, woh sab waqiyat ho chuke hain.</w:t>
      </w:r>
    </w:p>
    <w:p>
      <w:pPr>
        <w:jc w:val="right"/>
      </w:pPr>
      <w:r>
        <w:t>تو اب سارے جو پردے ہٹ چکے ہیں، وہ سب واقعات ہو چکے ہیں۔</w:t>
      </w:r>
    </w:p>
    <w:p>
      <w:r>
        <w:rPr>
          <w:b/>
        </w:rPr>
        <w:t xml:space="preserve">[40:36] </w:t>
      </w:r>
      <w:r>
        <w:t>ab to nayi soch karna hai, yaad rakhiye, nayi soch karna hai.</w:t>
      </w:r>
    </w:p>
    <w:p>
      <w:pPr>
        <w:jc w:val="right"/>
      </w:pPr>
      <w:r>
        <w:t>اب تو نئی سوچ کرنا ہے، یاد رکھیئے، نئی سوچ کرنا ہے۔</w:t>
      </w:r>
    </w:p>
    <w:p>
      <w:r>
        <w:rPr>
          <w:b/>
        </w:rPr>
        <w:t xml:space="preserve">[40:45] </w:t>
      </w:r>
      <w:r>
        <w:t>jo nai soch nahi karengay, to unhi ke bare mein aya hai ke man kan fi yad</w:t>
      </w:r>
    </w:p>
    <w:p>
      <w:pPr>
        <w:jc w:val="right"/>
      </w:pPr>
      <w:r>
        <w:t>جو نئی سوچ نہیں کریں گے، تو انہی کے بارے میں آیا ہے کہ من کان في يد</w:t>
      </w:r>
    </w:p>
    <w:p>
      <w:r>
        <w:rPr>
          <w:b/>
        </w:rPr>
        <w:t xml:space="preserve">[40:53] </w:t>
      </w:r>
      <w:r>
        <w:t>yama fafi al-akhirat yama jo dunya mein andha raha, wahan bhi andha rahega.</w:t>
      </w:r>
    </w:p>
    <w:p>
      <w:pPr>
        <w:jc w:val="right"/>
      </w:pPr>
      <w:r>
        <w:t>یاما فافی الآخرة یاما جو دنیا میں اندھا رہا، وہاں بھی اندھا رہے گا۔</w:t>
      </w:r>
    </w:p>
    <w:p>
      <w:r>
        <w:rPr>
          <w:b/>
        </w:rPr>
        <w:t xml:space="preserve">[41:02] </w:t>
      </w:r>
      <w:r>
        <w:t>jo dunya mein andha raha, wahan bhi andha rahega.</w:t>
      </w:r>
    </w:p>
    <w:p>
      <w:pPr>
        <w:jc w:val="right"/>
      </w:pPr>
      <w:r>
        <w:t>جو دنیا میں اندھا رہا، وہاں بھی اندھا رہے گا۔</w:t>
      </w:r>
    </w:p>
    <w:p>
      <w:r>
        <w:rPr>
          <w:b/>
        </w:rPr>
        <w:t xml:space="preserve">[41:07] </w:t>
      </w:r>
      <w:r>
        <w:t>mein ne abhi ek taqreer mein kaha tha ke yeh jo hai ke jo dunya mein andha raha,</w:t>
      </w:r>
    </w:p>
    <w:p>
      <w:pPr>
        <w:jc w:val="right"/>
      </w:pPr>
      <w:r>
        <w:t>میں نے ابھی ایک تقریر میں کہا تھا کہ یہ جو ہے کہ جو دنیا میں اندھا رہا،</w:t>
      </w:r>
    </w:p>
    <w:p>
      <w:r>
        <w:rPr>
          <w:b/>
        </w:rPr>
        <w:t xml:space="preserve">[41:12] </w:t>
      </w:r>
      <w:r>
        <w:t>wahan bhi andha rahega, is ka matlab kya hai? Yani haqiqaton ko dekhne mein jo andha ban</w:t>
      </w:r>
    </w:p>
    <w:p>
      <w:pPr>
        <w:jc w:val="right"/>
      </w:pPr>
      <w:r>
        <w:t>وہاں بھی اندھا رہے گا، اس کا مطلب کیا ہے؟ یعنی حقیقتوں کو دیکھنے میں جو اندھا بن</w:t>
      </w:r>
    </w:p>
    <w:p>
      <w:r>
        <w:rPr>
          <w:b/>
        </w:rPr>
        <w:t xml:space="preserve">[41:17] </w:t>
      </w:r>
      <w:r>
        <w:t>gaya, yani haqiqatein khuli hain, woh dekha nahi is ne.</w:t>
      </w:r>
    </w:p>
    <w:p>
      <w:pPr>
        <w:jc w:val="right"/>
      </w:pPr>
      <w:r>
        <w:t>گیا، یعنی حقیقتیں کھلی ہیں، وہ دیکھا نہیں اس نے۔</w:t>
      </w:r>
    </w:p>
    <w:p>
      <w:r>
        <w:rPr>
          <w:b/>
        </w:rPr>
        <w:t xml:space="preserve">[41:22] </w:t>
      </w:r>
      <w:r>
        <w:t>Khuda ki jhalak, Khuda ka jalwa zahir hua, woh dekh nahi saka un ko.</w:t>
      </w:r>
    </w:p>
    <w:p>
      <w:pPr>
        <w:jc w:val="right"/>
      </w:pPr>
      <w:r>
        <w:t>خدا کی جھلک، خدا کا جلوہ ظاہر ہوا، وہ دیکھ نہیں سکا ان کو۔</w:t>
      </w:r>
    </w:p>
    <w:p>
      <w:r>
        <w:rPr>
          <w:b/>
        </w:rPr>
        <w:t xml:space="preserve">[41:27] </w:t>
      </w:r>
      <w:r>
        <w:t>kyun ke dekhye, yeh dunya mein kh</w:t>
      </w:r>
    </w:p>
    <w:p>
      <w:pPr>
        <w:jc w:val="right"/>
      </w:pPr>
      <w:r>
        <w:t>کیونکہ دیکھئے، یہ دنیا میں خ</w:t>
      </w:r>
    </w:p>
    <w:p>
      <w:r>
        <w:rPr>
          <w:b/>
        </w:rPr>
        <w:t xml:space="preserve">[41:32] </w:t>
      </w:r>
      <w:r>
        <w:t>The jhalakoun ki shakal mein aata hai, nishaniyon ki shakal mein aata hai, aur qayamat mein bilkul samne aa jayega.</w:t>
      </w:r>
    </w:p>
    <w:p>
      <w:pPr>
        <w:jc w:val="right"/>
      </w:pPr>
      <w:r>
        <w:t>دا جھلکوں کی شکل میں آتا ہے، نشانیوں کی شکل میں آتا ہے، اور قیامت میں بالکل سامنے آجائے گا۔</w:t>
      </w:r>
    </w:p>
    <w:p>
      <w:r>
        <w:rPr>
          <w:b/>
        </w:rPr>
        <w:t xml:space="preserve">[41:38] </w:t>
      </w:r>
      <w:r>
        <w:t>jaise ke hadith mein ata hai ke qayamat mein tum Khuda ko dekhoge, jis tarah suraj chand</w:t>
      </w:r>
    </w:p>
    <w:p>
      <w:pPr>
        <w:jc w:val="right"/>
      </w:pPr>
      <w:r>
        <w:t>جیسے کہ حدیث میں آتا ہے کہ قیامت میں تم خدا کو دیکھو گے، جس طرح سورج چاند</w:t>
      </w:r>
    </w:p>
    <w:p>
      <w:r>
        <w:rPr>
          <w:b/>
        </w:rPr>
        <w:t xml:space="preserve">[41:44] </w:t>
      </w:r>
      <w:r>
        <w:t>ko dekhte ho.</w:t>
      </w:r>
    </w:p>
    <w:p>
      <w:pPr>
        <w:jc w:val="right"/>
      </w:pPr>
      <w:r>
        <w:t>کو دیکھتے ہو۔</w:t>
      </w:r>
    </w:p>
    <w:p>
      <w:r>
        <w:rPr>
          <w:b/>
        </w:rPr>
        <w:t xml:space="preserve">[41:50] </w:t>
      </w:r>
      <w:r>
        <w:t>aap sochiye ke is se bara koi azab ho sakta hai ke jab aelan ho, dekho Khuda zahir</w:t>
      </w:r>
    </w:p>
    <w:p>
      <w:pPr>
        <w:jc w:val="right"/>
      </w:pPr>
      <w:r>
        <w:t>آپ سوچئے کہ اس سے بڑا کوئی عذاب ہو سکتا ہے کہ جب اعلان ہو، دیکھو خدا ظاہر</w:t>
      </w:r>
    </w:p>
    <w:p>
      <w:r>
        <w:rPr>
          <w:b/>
        </w:rPr>
        <w:t xml:space="preserve">[41:57] </w:t>
      </w:r>
      <w:r>
        <w:t>ho chuka hai, aur aap dekhne ke liye aap ke pas aankh na ho.</w:t>
      </w:r>
    </w:p>
    <w:p>
      <w:pPr>
        <w:jc w:val="right"/>
      </w:pPr>
      <w:r>
        <w:t>ہو چکا ہے، اور آپ دیکھنے کے لئے آپ کے پاس آنکھ نہ ہو۔</w:t>
      </w:r>
    </w:p>
    <w:p>
      <w:r>
        <w:rPr>
          <w:b/>
        </w:rPr>
        <w:t xml:space="preserve">[42:03] </w:t>
      </w:r>
      <w:r>
        <w:t>Aap ke paas dekhne ke liye aankh na ho. Kaisa ajeeb! Ek martaba mein Kashmir gaya tha, to wahan maidan mein ek jalsa tha. To Kashmir mein aap jante hain ke Himalaya pahad dikhai deta hai. To maine kaha ke aankhein jo hain aap ki, kitni qeemti hain. To misaal di maine</w:t>
      </w:r>
    </w:p>
    <w:p>
      <w:pPr>
        <w:jc w:val="right"/>
      </w:pPr>
      <w:r>
        <w:t>آپ کے پاس دیکھنے کے لئے آنکھ نہ ہو۔ کیسا عجیب! ایک مرتبہ میں کشمیر گیا تھا، تو وہاں میدان میں ایک جلسہ تھا۔ تو کشمیر میں آپ جانتے ہیں کہ ہمالیہ پہاڑ دکھائی دیتا ہے۔ تو میں نے کہا کہ آنکھیں جو ہیں آپ کی، کتنی قیمتی ہیں۔ تو مثال دی میں نے</w:t>
      </w:r>
    </w:p>
    <w:p>
      <w:r>
        <w:rPr>
          <w:b/>
        </w:rPr>
        <w:t xml:space="preserve">[42:33] </w:t>
      </w:r>
      <w:r>
        <w:t>ke agar farishta aye aur yeh kahe ke aap ko yeh sara himalaya pahad sona bana kar de</w:t>
      </w:r>
    </w:p>
    <w:p>
      <w:pPr>
        <w:jc w:val="right"/>
      </w:pPr>
      <w:r>
        <w:t>کہ اگر فرشتہ آئے اور یہ کہے کہ آپ کو یہ سارا ہمالیہ پہاڑ سونا بنا کر دے</w:t>
      </w:r>
    </w:p>
    <w:p>
      <w:r>
        <w:rPr>
          <w:b/>
        </w:rPr>
        <w:t xml:space="preserve">[42:38] </w:t>
      </w:r>
      <w:r>
        <w:t>diya jayega, lekin ek qimat hai is ki.</w:t>
      </w:r>
    </w:p>
    <w:p>
      <w:pPr>
        <w:jc w:val="right"/>
      </w:pPr>
      <w:r>
        <w:t>دیا جائے گا، لیکن ایک قیمت ہے اس کی۔</w:t>
      </w:r>
    </w:p>
    <w:p>
      <w:r>
        <w:rPr>
          <w:b/>
        </w:rPr>
        <w:t xml:space="preserve">[42:44] </w:t>
      </w:r>
      <w:r>
        <w:t>qimat yeh hai ke aap ki dono aankhein le li jayengi.</w:t>
      </w:r>
    </w:p>
    <w:p>
      <w:pPr>
        <w:jc w:val="right"/>
      </w:pPr>
      <w:r>
        <w:t>قیمت یہ ہے کہ آپ کی دونوں آنکھیں لے لی جائیں گی۔</w:t>
      </w:r>
    </w:p>
    <w:p>
      <w:r>
        <w:rPr>
          <w:b/>
        </w:rPr>
        <w:t xml:space="preserve">[42:49] </w:t>
      </w:r>
      <w:r>
        <w:t>dono aankhein aap ki phir nahi rahengi.</w:t>
      </w:r>
    </w:p>
    <w:p>
      <w:pPr>
        <w:jc w:val="right"/>
      </w:pPr>
      <w:r>
        <w:t>دونوں آنکھیں آپ کی پھر نہیں رہیں گی۔</w:t>
      </w:r>
    </w:p>
    <w:p>
      <w:r>
        <w:rPr>
          <w:b/>
        </w:rPr>
        <w:t xml:space="preserve">[42:55] </w:t>
      </w:r>
      <w:r>
        <w:t>to ek aadmi, ek boodhe aadmi ne kaha ke aise sone ke pahad ko le kar hum kya</w:t>
      </w:r>
    </w:p>
    <w:p>
      <w:pPr>
        <w:jc w:val="right"/>
      </w:pPr>
      <w:r>
        <w:t>تو ایک آدمی، ایک بوڑھے آدمی نے کہا کہ ایسے سونے کے پہاڑ کو لے کر ہم کیا</w:t>
      </w:r>
    </w:p>
    <w:p>
      <w:r>
        <w:rPr>
          <w:b/>
        </w:rPr>
        <w:t xml:space="preserve">[43:00] </w:t>
      </w:r>
      <w:r>
        <w:t>karen, jis ko dekhne ke liye aap ke pas do aankhein bhi na hon?</w:t>
      </w:r>
    </w:p>
    <w:p>
      <w:pPr>
        <w:jc w:val="right"/>
      </w:pPr>
      <w:r>
        <w:t>کریں، جس کو دیکھنے کے لئے آپ کے پاس دو آنکھیں بھی نہ ہوں؟</w:t>
      </w:r>
    </w:p>
    <w:p>
      <w:r>
        <w:rPr>
          <w:b/>
        </w:rPr>
        <w:t xml:space="preserve">[43:06] </w:t>
      </w:r>
      <w:r>
        <w:t>to aisi zindagi ki kya qimat hai jo apne Rab ko na dekh saken? Aap ghor kijiye ke</w:t>
      </w:r>
    </w:p>
    <w:p>
      <w:pPr>
        <w:jc w:val="right"/>
      </w:pPr>
      <w:r>
        <w:t>تو ایسی زندگی کی کیا قیمت ہے جو اپنے رب کو نہ دیکھ سکیں؟ آپ غور کیجئے کہ</w:t>
      </w:r>
    </w:p>
    <w:p>
      <w:r>
        <w:rPr>
          <w:b/>
        </w:rPr>
        <w:t xml:space="preserve">[43:13] </w:t>
      </w:r>
      <w:r>
        <w:t>Khuda jab samne ho jayega, to jo log na dekh saken ge, yeh sochen ge ke kya</w:t>
      </w:r>
    </w:p>
    <w:p>
      <w:pPr>
        <w:jc w:val="right"/>
      </w:pPr>
      <w:r>
        <w:t>خدا جب سامنے ہو جائے گا، تو جو لوگ نہ دیکھ سکیں گے، یہ سوچیں گے کہ کیا</w:t>
      </w:r>
    </w:p>
    <w:p>
      <w:r>
        <w:rPr>
          <w:b/>
        </w:rPr>
        <w:t xml:space="preserve">[43:21] </w:t>
      </w:r>
      <w:r>
        <w:t>hamara jeena kya hai, hamara wajood kya hai, kya qimat hai hamari? Jab Rab al-alameen ko hai to</w:t>
      </w:r>
    </w:p>
    <w:p>
      <w:pPr>
        <w:jc w:val="right"/>
      </w:pPr>
      <w:r>
        <w:t>ہمارا جینا کیا ہے، ہمارا وجود کیا ہے، کیا قیمت ہے ہماری؟ جب رب العالمین کو ہے تو</w:t>
      </w:r>
    </w:p>
    <w:p>
      <w:r>
        <w:rPr>
          <w:b/>
        </w:rPr>
        <w:t xml:space="preserve">[43:29] </w:t>
      </w:r>
      <w:r>
        <w:t>hum nahi dekh nahi sakte is ko.</w:t>
      </w:r>
    </w:p>
    <w:p>
      <w:pPr>
        <w:jc w:val="right"/>
      </w:pPr>
      <w:r>
        <w:t>ہم نہیں دیکھ نہیں سکتے اس کو۔</w:t>
      </w:r>
    </w:p>
    <w:p>
      <w:r>
        <w:rPr>
          <w:b/>
        </w:rPr>
        <w:t xml:space="preserve">[43:37] </w:t>
      </w:r>
      <w:r>
        <w:t>Quran majeed mein hai ke Khuda zahir hoga, aelan kiya jayega wa yawma yudawna lasujud wa la yastati'un ke</w:t>
      </w:r>
    </w:p>
    <w:p>
      <w:pPr>
        <w:jc w:val="right"/>
      </w:pPr>
      <w:r>
        <w:t>قرآن مجید میں ہے کہ خدا ظاہر ہوگا، اعلان کیا جائے گا وَيَوْمَ يُدَوْنَ لَسُجُودٍ وَلَا يَسْتَتِعُونَ کہ</w:t>
      </w:r>
    </w:p>
    <w:p>
      <w:r>
        <w:rPr>
          <w:b/>
        </w:rPr>
        <w:t xml:space="preserve">[43:44] </w:t>
      </w:r>
      <w:r>
        <w:t>Khuda ke aage jhuk jao, Rab al-alameen ke aage jhuk jao, lekin un ki peeth akad jayegi.</w:t>
      </w:r>
    </w:p>
    <w:p>
      <w:pPr>
        <w:jc w:val="right"/>
      </w:pPr>
      <w:r>
        <w:t>خدا کے آگے جھک جاؤ، رب العالمین کے آگے جھک جاؤ، لیکن ان کی پیٹھ اکڑ جائے گی۔</w:t>
      </w:r>
    </w:p>
    <w:p>
      <w:r>
        <w:rPr>
          <w:b/>
        </w:rPr>
        <w:t xml:space="preserve">[43:52] </w:t>
      </w:r>
      <w:r>
        <w:t>jo dunya mein sach much jhuke the, sach much un ko wahan tofeeq milegi jhukne ki.</w:t>
      </w:r>
    </w:p>
    <w:p>
      <w:pPr>
        <w:jc w:val="right"/>
      </w:pPr>
      <w:r>
        <w:t>جو دنیا میں سچ مچ جھکے تھے، سچ مچ ان کو وہاں توفیق ملے گی جھکنے کی۔</w:t>
      </w:r>
    </w:p>
    <w:p>
      <w:r>
        <w:rPr>
          <w:b/>
        </w:rPr>
        <w:t xml:space="preserve">[43:59] </w:t>
      </w:r>
      <w:r>
        <w:t>jo sach much nahi jhuke the,</w:t>
      </w:r>
    </w:p>
    <w:p>
      <w:pPr>
        <w:jc w:val="right"/>
      </w:pPr>
      <w:r>
        <w:t>جو سچ مچ نہیں جھکے تھے،</w:t>
      </w:r>
    </w:p>
    <w:p>
      <w:r>
        <w:rPr>
          <w:b/>
        </w:rPr>
        <w:t xml:space="preserve">[44:07] </w:t>
      </w:r>
      <w:r>
        <w:t>un ki peeth akarr jaye gi, woh jhuk nahi sakenge.</w:t>
      </w:r>
    </w:p>
    <w:p>
      <w:pPr>
        <w:jc w:val="right"/>
      </w:pPr>
      <w:r>
        <w:t>ان کی پیٹھ اکڑ جائے گی، وہ جھک نہیں سکیں گے۔</w:t>
      </w:r>
    </w:p>
    <w:p>
      <w:r>
        <w:rPr>
          <w:b/>
        </w:rPr>
        <w:t xml:space="preserve">[44:13] </w:t>
      </w:r>
      <w:r>
        <w:t>aap ghore kijiye ke is is is is manzar ko sochiye, is lamhe ko ke rab-ul-alameen zahir</w:t>
      </w:r>
    </w:p>
    <w:p>
      <w:pPr>
        <w:jc w:val="right"/>
      </w:pPr>
      <w:r>
        <w:t>آپ غور کیجئے کہ اس اس اس اس منظر کو سوچئے، اس لمحے کو کہ رب العالمین ظاہر</w:t>
      </w:r>
    </w:p>
    <w:p>
      <w:r>
        <w:rPr>
          <w:b/>
        </w:rPr>
        <w:t xml:space="preserve">[44:19] </w:t>
      </w:r>
      <w:r>
        <w:t>ho chuka ho aur aap jhuk na saken us ke aage.</w:t>
      </w:r>
    </w:p>
    <w:p>
      <w:pPr>
        <w:jc w:val="right"/>
      </w:pPr>
      <w:r>
        <w:t>ہو چکا ہو اور آپ جھک نہ سکیں اس کے آگے۔</w:t>
      </w:r>
    </w:p>
    <w:p>
      <w:r>
        <w:rPr>
          <w:b/>
        </w:rPr>
        <w:t xml:space="preserve">[44:26] </w:t>
      </w:r>
      <w:r>
        <w:t>jis ne aap ko paida kiya, jis ne zameen banai, jis ne nizam-e-shamsi banaya, jis ne kehkeshan</w:t>
      </w:r>
    </w:p>
    <w:p>
      <w:pPr>
        <w:jc w:val="right"/>
      </w:pPr>
      <w:r>
        <w:t>جس نے آپ کو پیدا کیا، جس نے زمین بنائی، جس نے نظام شمسی بنایا، جس نے کہکشاں</w:t>
      </w:r>
    </w:p>
    <w:p>
      <w:r>
        <w:rPr>
          <w:b/>
        </w:rPr>
        <w:t xml:space="preserve">[44:32] </w:t>
      </w:r>
      <w:r>
        <w:t>banai, zindagi ka nizam diya aap ko, aap ke liye roshni ka intezam kiya suraj se</w:t>
      </w:r>
    </w:p>
    <w:p>
      <w:pPr>
        <w:jc w:val="right"/>
      </w:pPr>
      <w:r>
        <w:t>بنائی، زندگی کا نظام دیا آپ کو، آپ کے لئے روشنی کا انتظام کیا سورج سے</w:t>
      </w:r>
    </w:p>
    <w:p>
      <w:r>
        <w:rPr>
          <w:b/>
        </w:rPr>
        <w:t xml:space="preserve">[44:38] </w:t>
      </w:r>
      <w:r>
        <w:t>, oxygen ka intezam kiya darakhton se, barish ka intezam kiya samundaron se.</w:t>
      </w:r>
    </w:p>
    <w:p>
      <w:pPr>
        <w:jc w:val="right"/>
      </w:pPr>
      <w:r>
        <w:t>، آکسیجن کا انتظام کیا درختوں سے، بارش کا انتظام کیا سمندروں سے۔</w:t>
      </w:r>
    </w:p>
    <w:p>
      <w:r>
        <w:rPr>
          <w:b/>
        </w:rPr>
        <w:t xml:space="preserve">[44:47] </w:t>
      </w:r>
      <w:r>
        <w:t>woh Khuda samne aajaye aur aap us ko dekh na saken, aap us ke jhuk na saken us ke aage.</w:t>
      </w:r>
    </w:p>
    <w:p>
      <w:pPr>
        <w:jc w:val="right"/>
      </w:pPr>
      <w:r>
        <w:t>وہ خدا سامنے آجائے اور آپ اس کو دیکھ نہ سکیں، آپ اس کے جھک نہ سکیں اس کے آگے۔</w:t>
      </w:r>
    </w:p>
    <w:p>
      <w:r>
        <w:rPr>
          <w:b/>
        </w:rPr>
        <w:t xml:space="preserve">[44:55] </w:t>
      </w:r>
      <w:r>
        <w:t>yahi to jahannum hai, yahi to jahannum hai.</w:t>
      </w:r>
    </w:p>
    <w:p>
      <w:pPr>
        <w:jc w:val="right"/>
      </w:pPr>
      <w:r>
        <w:t>یہی تو جہنم ہے، یہی تو جہنم ہے۔</w:t>
      </w:r>
    </w:p>
    <w:p>
      <w:r>
        <w:rPr>
          <w:b/>
        </w:rPr>
        <w:t xml:space="preserve">[45:04] </w:t>
      </w:r>
      <w:r>
        <w:t>is se bari jahannum kya ho sakti hai? is se bari jahannum kya ho sakti hai?</w:t>
      </w:r>
    </w:p>
    <w:p>
      <w:pPr>
        <w:jc w:val="right"/>
      </w:pPr>
      <w:r>
        <w:t>اس سے بڑی جہنم کیا ہو سکتی ہے؟ اس سے بڑی جہنم کیا ہو سکتی ہے؟</w:t>
      </w:r>
    </w:p>
    <w:p>
      <w:r>
        <w:rPr>
          <w:b/>
        </w:rPr>
        <w:t xml:space="preserve">[45:13] </w:t>
      </w:r>
      <w:r>
        <w:t>to yaqeen kijiye ke is dunya mein aap ko dekhna parega, nahi to aap hante uthaye jayenge.</w:t>
      </w:r>
    </w:p>
    <w:p>
      <w:pPr>
        <w:jc w:val="right"/>
      </w:pPr>
      <w:r>
        <w:t>تو یقین کیجئے کہ اس دنیا میں آپ کو دیکھنا پڑے گا، نہیں تو آپ ہانٹے اٹھائے جائیں گے۔</w:t>
      </w:r>
    </w:p>
    <w:p>
      <w:r>
        <w:rPr>
          <w:b/>
        </w:rPr>
        <w:t xml:space="preserve">[45:18] </w:t>
      </w:r>
      <w:r>
        <w:t>is dunya mein aap ko dajjal ko dekhna parega, is dunya mein aap ko mehdi ko dekhna</w:t>
      </w:r>
    </w:p>
    <w:p>
      <w:pPr>
        <w:jc w:val="right"/>
      </w:pPr>
      <w:r>
        <w:t>اس دنیا میں آپ کو دجال کو دیکھنا پڑے گا، اس دنیا میں آپ کو مہدی کو دیکھنا</w:t>
      </w:r>
    </w:p>
    <w:p>
      <w:r>
        <w:rPr>
          <w:b/>
        </w:rPr>
        <w:t xml:space="preserve">[45:23] </w:t>
      </w:r>
      <w:r>
        <w:t>parega, is dunya mein aap ko Maseeh ko dekhna parega.</w:t>
      </w:r>
    </w:p>
    <w:p>
      <w:pPr>
        <w:jc w:val="right"/>
      </w:pPr>
      <w:r>
        <w:t>پڑے گا، اس دنیا میں آپ کو مسیح کو دیکھنا پڑے گا۔</w:t>
      </w:r>
    </w:p>
    <w:p>
      <w:r>
        <w:rPr>
          <w:b/>
        </w:rPr>
        <w:t xml:space="preserve">[45:28] </w:t>
      </w:r>
      <w:r>
        <w:t>yahi woh log hain jab hante uthaye jayenge wahan.</w:t>
      </w:r>
    </w:p>
    <w:p>
      <w:pPr>
        <w:jc w:val="right"/>
      </w:pPr>
      <w:r>
        <w:t>یہی وہ لوگ ہیں جب ہانٹے اٹھائے جائیں گے وہاں۔</w:t>
      </w:r>
    </w:p>
    <w:p>
      <w:r>
        <w:rPr>
          <w:b/>
        </w:rPr>
        <w:t xml:space="preserve">[45:33] </w:t>
      </w:r>
      <w:r>
        <w:t>Khuda kareem bolega, farishte le kar aayenge, dekho dekho yeh dajjal hai, dekho dekho yeh mehdi</w:t>
      </w:r>
    </w:p>
    <w:p>
      <w:pPr>
        <w:jc w:val="right"/>
      </w:pPr>
      <w:r>
        <w:t>خدا کریم بولے گا، فرشتے لے کر آئیں گے، دیکھو دیکھو یہ دجال ہے، دیکھو دیکھو یہ مہدی</w:t>
      </w:r>
    </w:p>
    <w:p>
      <w:r>
        <w:rPr>
          <w:b/>
        </w:rPr>
        <w:t xml:space="preserve">[45:38] </w:t>
      </w:r>
      <w:r>
        <w:t>hai, dekho dekho yeh Maseeh hai. yeh to</w:t>
      </w:r>
    </w:p>
    <w:p>
      <w:pPr>
        <w:jc w:val="right"/>
      </w:pPr>
      <w:r>
        <w:t>ہے، دیکھو دیکھو یہ مسیح ہے۔ یہ تو</w:t>
      </w:r>
    </w:p>
    <w:p>
      <w:r>
        <w:rPr>
          <w:b/>
        </w:rPr>
        <w:t xml:space="preserve">[45:43] </w:t>
      </w:r>
      <w:r>
        <w:t>hone wala nahi.</w:t>
      </w:r>
    </w:p>
    <w:p>
      <w:pPr>
        <w:jc w:val="right"/>
      </w:pPr>
      <w:r>
        <w:t>ہونے والا نہیں۔</w:t>
      </w:r>
    </w:p>
    <w:p>
      <w:r>
        <w:rPr>
          <w:b/>
        </w:rPr>
        <w:t xml:space="preserve">[45:49] </w:t>
      </w:r>
      <w:r>
        <w:t>kyun ke yaad rakhiye, Allah taala ka ek qanoon hai jo kehte hain iltibas.</w:t>
      </w:r>
    </w:p>
    <w:p>
      <w:pPr>
        <w:jc w:val="right"/>
      </w:pPr>
      <w:r>
        <w:t>کیونکہ یاد رکھیئے، اللہ تعالیٰ کا ایک قانون ہے جو کہتے ہیں التباس۔</w:t>
      </w:r>
    </w:p>
    <w:p>
      <w:r>
        <w:rPr>
          <w:b/>
        </w:rPr>
        <w:t xml:space="preserve">[45:55] </w:t>
      </w:r>
      <w:r>
        <w:t>iltibas mani kya hai? element of doubt har cheez mein iltibas rehta hai, yeh element of doubt baqi rehta hai.</w:t>
      </w:r>
    </w:p>
    <w:p>
      <w:pPr>
        <w:jc w:val="right"/>
      </w:pPr>
      <w:r>
        <w:t>التباس معنی کیا ہے؟ Element of doubt ہر چیز میں التباس رہتا ہے، یہ element of doubt باقی رہتا ہے۔</w:t>
      </w:r>
    </w:p>
    <w:p>
      <w:r>
        <w:rPr>
          <w:b/>
        </w:rPr>
        <w:t xml:space="preserve">[46:01] </w:t>
      </w:r>
      <w:r>
        <w:t>is element of doubt ko pharna hai aap ko, pharna hai is ko, pharna hai aap ko.</w:t>
      </w:r>
    </w:p>
    <w:p>
      <w:pPr>
        <w:jc w:val="right"/>
      </w:pPr>
      <w:r>
        <w:t>اس element of doubt کو پھاڑنا ہے آپ کو، پھاڑنا ہے اس کو، پھاڑنا ہے آپ کو۔</w:t>
      </w:r>
    </w:p>
    <w:p>
      <w:r>
        <w:rPr>
          <w:b/>
        </w:rPr>
        <w:t xml:space="preserve">[46:07] </w:t>
      </w:r>
      <w:r>
        <w:t>kabhi bhi mumkin nahi ke farishta aa kar phare,</w:t>
      </w:r>
    </w:p>
    <w:p>
      <w:pPr>
        <w:jc w:val="right"/>
      </w:pPr>
      <w:r>
        <w:t>کبھی بھی ممکن نہیں کہ فرشتہ آ کر پھاڑے،</w:t>
      </w:r>
    </w:p>
    <w:p>
      <w:r>
        <w:rPr>
          <w:b/>
        </w:rPr>
        <w:t xml:space="preserve">[46:14] </w:t>
      </w:r>
      <w:r>
        <w:t>aisa nahi ho sakta hai, yeh namumkin hai.</w:t>
      </w:r>
    </w:p>
    <w:p>
      <w:pPr>
        <w:jc w:val="right"/>
      </w:pPr>
      <w:r>
        <w:t>ایسا نہیں ہو سکتا ہے، یہ ناممکن ہے۔</w:t>
      </w:r>
    </w:p>
    <w:p>
      <w:r>
        <w:rPr>
          <w:b/>
        </w:rPr>
        <w:t xml:space="preserve">[46:20] </w:t>
      </w:r>
      <w:r>
        <w:t>woh aap hi ko pharna hai.</w:t>
      </w:r>
    </w:p>
    <w:p>
      <w:pPr>
        <w:jc w:val="right"/>
      </w:pPr>
      <w:r>
        <w:t>وہ آپ ہی کو پھاڑنا ہے۔</w:t>
      </w:r>
    </w:p>
    <w:p>
      <w:r>
        <w:rPr>
          <w:b/>
        </w:rPr>
        <w:t xml:space="preserve">[46:26] </w:t>
      </w:r>
      <w:r>
        <w:t>to sachai ke aur aap ke beech mein sirf yahi hail hai, element of doubt, qanoon-e-iltibas.</w:t>
      </w:r>
    </w:p>
    <w:p>
      <w:pPr>
        <w:jc w:val="right"/>
      </w:pPr>
      <w:r>
        <w:t>تو سچائی کے اور آپ کے بیچ میں صرف یہی حائل ہے، element of doubt، قانون التباس۔</w:t>
      </w:r>
    </w:p>
    <w:p>
      <w:r>
        <w:rPr>
          <w:b/>
        </w:rPr>
        <w:t xml:space="preserve">[46:32] </w:t>
      </w:r>
      <w:r>
        <w:t>is ko phar dijiye, sab kuch aap ke samne hai.</w:t>
      </w:r>
    </w:p>
    <w:p>
      <w:pPr>
        <w:jc w:val="right"/>
      </w:pPr>
      <w:r>
        <w:t>اس کو پھاڑ دیجئے، سب کچھ آپ کے سامنے ہے۔</w:t>
      </w:r>
    </w:p>
    <w:p>
      <w:r>
        <w:rPr>
          <w:b/>
        </w:rPr>
        <w:t xml:space="preserve">[46:38] </w:t>
      </w:r>
      <w:r>
        <w:t>hamesha insan isi mein mubtala raha hai ke apne farzi</w:t>
      </w:r>
    </w:p>
    <w:p>
      <w:pPr>
        <w:jc w:val="right"/>
      </w:pPr>
      <w:r>
        <w:t>ہمیشہ انسان اسی میں مبتلا رہا ہے کہ اپنے فرضی</w:t>
      </w:r>
    </w:p>
    <w:p>
      <w:r>
        <w:rPr>
          <w:b/>
        </w:rPr>
        <w:t xml:space="preserve">[46:44] </w:t>
      </w:r>
      <w:r>
        <w:t>mayar se dekhta raha hai.</w:t>
      </w:r>
    </w:p>
    <w:p>
      <w:pPr>
        <w:jc w:val="right"/>
      </w:pPr>
      <w:r>
        <w:t>معیار سے دیکھتا رہا ہے۔</w:t>
      </w:r>
    </w:p>
    <w:p>
      <w:r>
        <w:rPr>
          <w:b/>
        </w:rPr>
        <w:t xml:space="preserve">[46:53] </w:t>
      </w:r>
      <w:r>
        <w:t>paighambaron ki inkar kiya, quran mein baqayda likha hua hai ke tum to khate peete ho, chalte phirte</w:t>
      </w:r>
    </w:p>
    <w:p>
      <w:pPr>
        <w:jc w:val="right"/>
      </w:pPr>
      <w:r>
        <w:t>پیغمبروں کی انکار کیا، قرآن میں باقاعدہ لکھا ہوا ہے کہ تم تو کھاتے پیتے ہو، چلتے پھرتے</w:t>
      </w:r>
    </w:p>
    <w:p>
      <w:r>
        <w:rPr>
          <w:b/>
        </w:rPr>
        <w:t xml:space="preserve">[47:01] </w:t>
      </w:r>
      <w:r>
        <w:t>ho, tum paighambar ho, hum kaise maan lein? tum hamare jaise ho? yeh baqayda likha hua hai quran</w:t>
      </w:r>
    </w:p>
    <w:p>
      <w:pPr>
        <w:jc w:val="right"/>
      </w:pPr>
      <w:r>
        <w:t>ہو، تم پیغمبر ہو، ہم کیسے مان لیں؟ تم ہمارے جیسے ہو؟ یہ باقاعدہ لکھا ہوا ہے قرآن</w:t>
      </w:r>
    </w:p>
    <w:p>
      <w:r>
        <w:rPr>
          <w:b/>
        </w:rPr>
        <w:t xml:space="preserve">[47:09] </w:t>
      </w:r>
      <w:r>
        <w:t>majeed mein ke tum to hamare jaise insan ho, tum ko bhook lagti hai,</w:t>
      </w:r>
    </w:p>
    <w:p>
      <w:pPr>
        <w:jc w:val="right"/>
      </w:pPr>
      <w:r>
        <w:t>مجید میں کہ تم تو ہمارے جیسے انسان ہو، تم کو بھوک لگتی ہے،</w:t>
      </w:r>
    </w:p>
    <w:p>
      <w:r>
        <w:rPr>
          <w:b/>
        </w:rPr>
        <w:t xml:space="preserve">[47:18] </w:t>
      </w:r>
      <w:r>
        <w:t>hum ko bhook lagti hai, to hum kaise maan lein ke tum paighambar ho? to unhon ne ek</w:t>
      </w:r>
    </w:p>
    <w:p>
      <w:pPr>
        <w:jc w:val="right"/>
      </w:pPr>
      <w:r>
        <w:t>ہم کو بھوک لگتی ہے، تو ہم کیسے مان لیں کہ تم پیغمبر ہو؟ تو انہوں نے ایک</w:t>
      </w:r>
    </w:p>
    <w:p>
      <w:r>
        <w:rPr>
          <w:b/>
        </w:rPr>
        <w:t xml:space="preserve">[47:23] </w:t>
      </w:r>
      <w:r>
        <w:t>khud mayar bana liya tha.</w:t>
      </w:r>
    </w:p>
    <w:p>
      <w:pPr>
        <w:jc w:val="right"/>
      </w:pPr>
      <w:r>
        <w:t>خود معیار بنا لیا تھا۔</w:t>
      </w:r>
    </w:p>
    <w:p>
      <w:r>
        <w:rPr>
          <w:b/>
        </w:rPr>
        <w:t xml:space="preserve">[47:28] </w:t>
      </w:r>
      <w:r>
        <w:t>is mayar se judge karte the to lagta tha ke nahi, yeh to hamare jaise ke insan hain.</w:t>
      </w:r>
    </w:p>
    <w:p>
      <w:pPr>
        <w:jc w:val="right"/>
      </w:pPr>
      <w:r>
        <w:t>اس معیار سے جج کرتے تھے تو لگتا تھا کہ نہیں، یہ تو ہمارے جیسے کے انسان ہیں۔</w:t>
      </w:r>
    </w:p>
    <w:p>
      <w:r>
        <w:rPr>
          <w:b/>
        </w:rPr>
        <w:t xml:space="preserve">[47:34] </w:t>
      </w:r>
      <w:r>
        <w:t>itna zyada yeh cheez tareekh mein kaam karti rahi hai, yaad rakhiye ke rasool Allah salallahu alaihi</w:t>
      </w:r>
    </w:p>
    <w:p>
      <w:pPr>
        <w:jc w:val="right"/>
      </w:pPr>
      <w:r>
        <w:t>اتنا زیادہ یہ چیز تاریخ میں کام کرتی رہی ہے، یاد رکھیئے کہ رسول اللہ صلى الله عليه</w:t>
      </w:r>
    </w:p>
    <w:p>
      <w:r>
        <w:rPr>
          <w:b/>
        </w:rPr>
        <w:t xml:space="preserve">[47:39] </w:t>
      </w:r>
      <w:r>
        <w:t>wasallam jin ko aaj hum.</w:t>
      </w:r>
    </w:p>
    <w:p>
      <w:pPr>
        <w:jc w:val="right"/>
      </w:pPr>
      <w:r>
        <w:t>وسلم جن کو آج ہم۔</w:t>
      </w:r>
    </w:p>
    <w:p>
      <w:r>
        <w:rPr>
          <w:b/>
        </w:rPr>
        <w:t xml:space="preserve">[47:44] </w:t>
      </w:r>
      <w:r>
        <w:t>abhi akhbar mein tha</w:t>
      </w:r>
    </w:p>
    <w:p>
      <w:pPr>
        <w:jc w:val="right"/>
      </w:pPr>
      <w:r>
        <w:t>ابھی اخبار میں تھا</w:t>
      </w:r>
    </w:p>
    <w:p>
      <w:r>
        <w:rPr>
          <w:b/>
        </w:rPr>
        <w:t xml:space="preserve">[47:49] </w:t>
      </w:r>
      <w:r>
        <w:t>ke Shehenshah do aalam conference, aaj ke Urdu akhbar mein hai ke Musalmanon ne kaha, is mein ek ailaan tha ke Shehenshah do aalam conference. Rasool Allah (SAW) jab gaye the Taif to wahan Shehenshah do aalam keh ke to nahi gaye the, woh yeh to aap ne laqab bana liya hai. Wahan par jo sardar tha, sardar ne kaha ke Khuda ko tumhare siwa koi nahi mila tha paigh</w:t>
      </w:r>
    </w:p>
    <w:p>
      <w:pPr>
        <w:jc w:val="right"/>
      </w:pPr>
      <w:r>
        <w:t>کہ شہنشاہ دو عالم کانفرنس، آج کے اردو اخبار میں ہے کہ مسلمانوں نے کہا، اس میں ایک اعلان تھا کہ شہنشاہ دو عالم کانفرنس۔ رسول اللہ صلى الله عليه وسلم جب گئے تھے طائف تو وہاں شہنشاہ دو عالم کہہ کے تو نہیں گئے تھے، وہ یہ تو آپ نے لقب بنا لیا ہے۔ وہاں پر جو سردار تھا، سردار نے کہا کہ خدا کو تمہارے سوا کوئی نہیں ملا تھا پیغ</w:t>
      </w:r>
    </w:p>
    <w:p>
      <w:r>
        <w:rPr>
          <w:b/>
        </w:rPr>
        <w:t xml:space="preserve">[48:19] </w:t>
      </w:r>
      <w:r>
        <w:t>mambar banane ke liye.</w:t>
      </w:r>
    </w:p>
    <w:p>
      <w:pPr>
        <w:jc w:val="right"/>
      </w:pPr>
      <w:r>
        <w:t>مبر بنانے کے لئے۔</w:t>
      </w:r>
    </w:p>
    <w:p>
      <w:r>
        <w:rPr>
          <w:b/>
        </w:rPr>
        <w:t xml:space="preserve">[48:26] </w:t>
      </w:r>
      <w:r>
        <w:t>tana kiya ke tum hi ho jo Khuda ko mila hai ek ek paighambar banane ke liye.</w:t>
      </w:r>
    </w:p>
    <w:p>
      <w:pPr>
        <w:jc w:val="right"/>
      </w:pPr>
      <w:r>
        <w:t>طعنہ کیا کہ تم ہی ہو جو خدا کو ملا ہے ایک ایک پیغمبر بنانے کے لئے۔</w:t>
      </w:r>
    </w:p>
    <w:p>
      <w:r>
        <w:rPr>
          <w:b/>
        </w:rPr>
        <w:t xml:space="preserve">[48:33] </w:t>
      </w:r>
      <w:r>
        <w:t>aur jante hain kya hua is ke baad? ladkon se kaha ke in ko pathar maro, in ko</w:t>
      </w:r>
    </w:p>
    <w:p>
      <w:pPr>
        <w:jc w:val="right"/>
      </w:pPr>
      <w:r>
        <w:t>اور جانتے ہیں کیا ہوا اس کے بعد؟ لڑکوں سے کہا کہ ان کو پتھر مارو، ان کو</w:t>
      </w:r>
    </w:p>
    <w:p>
      <w:r>
        <w:rPr>
          <w:b/>
        </w:rPr>
        <w:t xml:space="preserve">[48:39] </w:t>
      </w:r>
      <w:r>
        <w:t>kankariyan maro, nikalo bahar in ko.</w:t>
      </w:r>
    </w:p>
    <w:p>
      <w:pPr>
        <w:jc w:val="right"/>
      </w:pPr>
      <w:r>
        <w:t>کنکریاں مارو، نکالو باہر ان کو۔</w:t>
      </w:r>
    </w:p>
    <w:p>
      <w:r>
        <w:rPr>
          <w:b/>
        </w:rPr>
        <w:t xml:space="preserve">[48:46] </w:t>
      </w:r>
      <w:r>
        <w:t>rasool Allah salallahu alaihi wasallam nikle Taif se, peechay peechay ladke aur</w:t>
      </w:r>
    </w:p>
    <w:p>
      <w:pPr>
        <w:jc w:val="right"/>
      </w:pPr>
      <w:r>
        <w:t>رسول اللہ صلى الله عليه وسلم نکلے طائف سے، پیچھے پیچھے لڑکے اور</w:t>
      </w:r>
    </w:p>
    <w:p>
      <w:r>
        <w:rPr>
          <w:b/>
        </w:rPr>
        <w:t xml:space="preserve">[48:52] </w:t>
      </w:r>
      <w:r>
        <w:t>ja kar ke jab suraj doob gaya, andhera ho gaya to ek jagah drakht ke neeche aap ne panah li.</w:t>
      </w:r>
    </w:p>
    <w:p>
      <w:pPr>
        <w:jc w:val="right"/>
      </w:pPr>
      <w:r>
        <w:t>جا کر کے جب سورج ڈوب گیا، اندھیرا ہو گیا تو ایک جگہ درخت کے نیچے آپ نے پناہ لی۔</w:t>
      </w:r>
    </w:p>
    <w:p>
      <w:r>
        <w:rPr>
          <w:b/>
        </w:rPr>
        <w:t xml:space="preserve">[48:59] </w:t>
      </w:r>
      <w:r>
        <w:t>to insan ne hamesha pehchanne mein ghalti ki hai, yaad rakhiye.</w:t>
      </w:r>
    </w:p>
    <w:p>
      <w:pPr>
        <w:jc w:val="right"/>
      </w:pPr>
      <w:r>
        <w:t>تو انسان نے ہمیشہ پہچاننے میں غلطی کی ہے، یاد رکھیئے۔</w:t>
      </w:r>
    </w:p>
    <w:p>
      <w:r>
        <w:rPr>
          <w:b/>
        </w:rPr>
        <w:t xml:space="preserve">[49:06] </w:t>
      </w:r>
      <w:r>
        <w:t>insan ne hamesha pehchanne mein ghalti ki hai.</w:t>
      </w:r>
    </w:p>
    <w:p>
      <w:pPr>
        <w:jc w:val="right"/>
      </w:pPr>
      <w:r>
        <w:t>انسان نے ہمیشہ پہچاننے میں غلطی کی ہے۔</w:t>
      </w:r>
    </w:p>
    <w:p>
      <w:r>
        <w:rPr>
          <w:b/>
        </w:rPr>
        <w:t xml:space="preserve">[49:12] </w:t>
      </w:r>
      <w:r>
        <w:t>isi liye sare paighambar ke bare mein aata hai quran majeed mein ke ya hasratan alal ibad ma</w:t>
      </w:r>
    </w:p>
    <w:p>
      <w:pPr>
        <w:jc w:val="right"/>
      </w:pPr>
      <w:r>
        <w:t>اسی لیے سارے پیغمبر کے بارے میں آتا ہے قرآن مجید میں کہ يَا حَسْرَةٌ عَلَى الْعِبَادِ مَا</w:t>
      </w:r>
    </w:p>
    <w:p>
      <w:r>
        <w:rPr>
          <w:b/>
        </w:rPr>
        <w:t xml:space="preserve">[49:19] </w:t>
      </w:r>
      <w:r>
        <w:t>ya ti nabirul illa kanu bi yastazioon</w:t>
      </w:r>
    </w:p>
    <w:p>
      <w:pPr>
        <w:jc w:val="right"/>
      </w:pPr>
      <w:r>
        <w:t>يَأْتِينَ بِرِسُولٍ إِلَّا كَانُوا بِيَسْتَذِعُونَ</w:t>
      </w:r>
    </w:p>
    <w:p>
      <w:r>
        <w:rPr>
          <w:b/>
        </w:rPr>
        <w:t xml:space="preserve">[49:26] </w:t>
      </w:r>
      <w:r>
        <w:t>hasrat hai bando par jab bhi koi paighambar aaya to is ka unhon ne istihza kiya, is ko tana kiya.</w:t>
      </w:r>
    </w:p>
    <w:p>
      <w:pPr>
        <w:jc w:val="right"/>
      </w:pPr>
      <w:r>
        <w:t>حسرت ہے بندوں پر جب بھی کوئی پیغمبر آیا تو اس کا انہوں نے استہزاء کیا، اس کو طعنہ کیا۔</w:t>
      </w:r>
    </w:p>
    <w:p>
      <w:r>
        <w:rPr>
          <w:b/>
        </w:rPr>
        <w:t xml:space="preserve">[49:32] </w:t>
      </w:r>
      <w:r>
        <w:t>isi liye paighambar ki koi tareekh nahi bani, recorded tareekh mein in ko zikr nahi kiya gaya.</w:t>
      </w:r>
    </w:p>
    <w:p>
      <w:pPr>
        <w:jc w:val="right"/>
      </w:pPr>
      <w:r>
        <w:t>اسی لئے پیغمبر کی کوئی تاریخ نہیں بنی، ریکارڈڈ تاریخ میں ان کو ذکر نہیں کیا گیا۔</w:t>
      </w:r>
    </w:p>
    <w:p>
      <w:r>
        <w:rPr>
          <w:b/>
        </w:rPr>
        <w:t xml:space="preserve">[49:38] </w:t>
      </w:r>
      <w:r>
        <w:t>kya samajhte hain ke Allah taala qanoon tod dega? ab koi himalaya pahad ki shakal mein ek</w:t>
      </w:r>
    </w:p>
    <w:p>
      <w:pPr>
        <w:jc w:val="right"/>
      </w:pPr>
      <w:r>
        <w:t>کیا سمجھتے ہیں کہ اللہ تعالیٰ قانون توڑ دے گا؟ اب کوئی ہمالیہ پہاڑ کی شکل میں ایک</w:t>
      </w:r>
    </w:p>
    <w:p>
      <w:r>
        <w:rPr>
          <w:b/>
        </w:rPr>
        <w:t xml:space="preserve">[49:44] </w:t>
      </w:r>
      <w:r>
        <w:t>aadmi aayega aur aap dekhein ke haan haan yeh hai Mahdi, Mahdi.</w:t>
      </w:r>
    </w:p>
    <w:p>
      <w:pPr>
        <w:jc w:val="right"/>
      </w:pPr>
      <w:r>
        <w:t>آدمی آئے گا اور آپ دیکھیں کہ ہاں ہاں یہ ہے مہدی، مہدی۔</w:t>
      </w:r>
    </w:p>
    <w:p>
      <w:r>
        <w:rPr>
          <w:b/>
        </w:rPr>
        <w:t xml:space="preserve">[49:50] </w:t>
      </w:r>
      <w:r>
        <w:t>koi himalaya pahaar ek aur aayega aur kahe haan yeh hai maseeh, aisa hoga?</w:t>
      </w:r>
    </w:p>
    <w:p>
      <w:pPr>
        <w:jc w:val="right"/>
      </w:pPr>
      <w:r>
        <w:t>کوئی ہمالیہ پہاڑ ایک اور آئے گا اور کہے ہاں یہ ہے مسیح، ایسا ہوگا؟</w:t>
      </w:r>
    </w:p>
    <w:p>
      <w:r>
        <w:rPr>
          <w:b/>
        </w:rPr>
        <w:t xml:space="preserve">[49:56] </w:t>
      </w:r>
      <w:r>
        <w:t>jo log aisa samjhein woh bilashubah deewane hain, deewane.</w:t>
      </w:r>
    </w:p>
    <w:p>
      <w:pPr>
        <w:jc w:val="right"/>
      </w:pPr>
      <w:r>
        <w:t>جو لوگ ایسا سمجھیں وہ بلاشبہ دیوانے ہیں، دیوانے۔</w:t>
      </w:r>
    </w:p>
    <w:p>
      <w:r>
        <w:rPr>
          <w:b/>
        </w:rPr>
        <w:t xml:space="preserve">[50:02] </w:t>
      </w:r>
      <w:r>
        <w:t>khuda apne qanoon ko todne wala nahi hai.</w:t>
      </w:r>
    </w:p>
    <w:p>
      <w:pPr>
        <w:jc w:val="right"/>
      </w:pPr>
      <w:r>
        <w:t>خدا اپنے قانون کو توڑنے والا نہیں ہے۔</w:t>
      </w:r>
    </w:p>
    <w:p>
      <w:r>
        <w:rPr>
          <w:b/>
        </w:rPr>
        <w:t xml:space="preserve">[50:09] </w:t>
      </w:r>
      <w:r>
        <w:t>yeh sab jo element of doubt ka jo maamla hai, yeh sirf suraj ghuroob ke baad khatm hoga,</w:t>
      </w:r>
    </w:p>
    <w:p>
      <w:pPr>
        <w:jc w:val="right"/>
      </w:pPr>
      <w:r>
        <w:t>یہ سب جو element of doubt کا جو معاملہ ہے، یہ صرف سورج غروب کے بعد ختم ہوگا،</w:t>
      </w:r>
    </w:p>
    <w:p>
      <w:r>
        <w:rPr>
          <w:b/>
        </w:rPr>
        <w:t xml:space="preserve">[50:15] </w:t>
      </w:r>
      <w:r>
        <w:t>is se pehle khatm hone wala nahi hai.</w:t>
      </w:r>
    </w:p>
    <w:p>
      <w:pPr>
        <w:jc w:val="right"/>
      </w:pPr>
      <w:r>
        <w:t>اس سے پہلے ختم ہونے والا نہیں ہے۔</w:t>
      </w:r>
    </w:p>
    <w:p>
      <w:r>
        <w:rPr>
          <w:b/>
        </w:rPr>
        <w:t xml:space="preserve">[50:21] </w:t>
      </w:r>
      <w:r>
        <w:t>aap ko nayi soch karna padega, apne khud meyar ko todna padega,</w:t>
      </w:r>
    </w:p>
    <w:p>
      <w:pPr>
        <w:jc w:val="right"/>
      </w:pPr>
      <w:r>
        <w:t>آپ کو نئی سوچ کرنا پڑے گا، اپنے خود معیار کو توڑنا پڑے گا،</w:t>
      </w:r>
    </w:p>
    <w:p>
      <w:r>
        <w:rPr>
          <w:b/>
        </w:rPr>
        <w:t xml:space="preserve">[50:27] </w:t>
      </w:r>
      <w:r>
        <w:t>apne zehniyat ko badalna padega.</w:t>
      </w:r>
    </w:p>
    <w:p>
      <w:pPr>
        <w:jc w:val="right"/>
      </w:pPr>
      <w:r>
        <w:t>اپنے ذہنیت کو بدلنا پڑے گا۔</w:t>
      </w:r>
    </w:p>
    <w:p>
      <w:r>
        <w:rPr>
          <w:b/>
        </w:rPr>
        <w:t xml:space="preserve">[50:33] </w:t>
      </w:r>
      <w:r>
        <w:t>warna kya hoga? jaisa ke maine kal kaha tha ke har aadmi agla lamha jo us par</w:t>
      </w:r>
    </w:p>
    <w:p>
      <w:pPr>
        <w:jc w:val="right"/>
      </w:pPr>
      <w:r>
        <w:t>ورنہ کیا ہوگا؟ جیسا کہ میں نے کل کہا تھا کہ ہر آدمی اگلا لمحہ جو اس پر</w:t>
      </w:r>
    </w:p>
    <w:p>
      <w:r>
        <w:rPr>
          <w:b/>
        </w:rPr>
        <w:t xml:space="preserve">[50:40] </w:t>
      </w:r>
      <w:r>
        <w:t>aane wala hai, maut ka lamha hai.</w:t>
      </w:r>
    </w:p>
    <w:p>
      <w:pPr>
        <w:jc w:val="right"/>
      </w:pPr>
      <w:r>
        <w:t>آنے والا ہے، موت کا لمحہ ہے۔</w:t>
      </w:r>
    </w:p>
    <w:p>
      <w:r>
        <w:rPr>
          <w:b/>
        </w:rPr>
        <w:t xml:space="preserve">[50:46] </w:t>
      </w:r>
      <w:r>
        <w:t>maut kya hai? is ko maine kaha tha ke woh hai lazmi jurm.</w:t>
      </w:r>
    </w:p>
    <w:p>
      <w:pPr>
        <w:jc w:val="right"/>
      </w:pPr>
      <w:r>
        <w:t>موت کیا ہے؟ اس کو میں نے کہا تھا کہ وہ ہے لازمی جرم۔</w:t>
      </w:r>
    </w:p>
    <w:p>
      <w:r>
        <w:rPr>
          <w:b/>
        </w:rPr>
        <w:t xml:space="preserve">[50:52] </w:t>
      </w:r>
      <w:r>
        <w:t>agar aap kisi ghar mein ghus jayein to woh</w:t>
      </w:r>
    </w:p>
    <w:p>
      <w:pPr>
        <w:jc w:val="right"/>
      </w:pPr>
      <w:r>
        <w:t>اگر آپ کسی گھر میں گھس جائیں تو وہ</w:t>
      </w:r>
    </w:p>
    <w:p>
      <w:r>
        <w:rPr>
          <w:b/>
        </w:rPr>
        <w:t xml:space="preserve">[50:58] </w:t>
      </w:r>
      <w:r>
        <w:t>police ko telephone kar de to aap ko pakad kar bahar kar de gi.</w:t>
      </w:r>
    </w:p>
    <w:p>
      <w:pPr>
        <w:jc w:val="right"/>
      </w:pPr>
      <w:r>
        <w:t>پولیس کو ٹیلی فون کر دے تو آپ کو پکڑ کر باہر کر دے گی۔</w:t>
      </w:r>
    </w:p>
    <w:p>
      <w:r>
        <w:rPr>
          <w:b/>
        </w:rPr>
        <w:t xml:space="preserve">[51:02] </w:t>
      </w:r>
      <w:r>
        <w:t>woh That is compulsory eviction jabri inkhlaa.</w:t>
      </w:r>
    </w:p>
    <w:p>
      <w:pPr>
        <w:jc w:val="right"/>
      </w:pPr>
      <w:r>
        <w:t>وہ That is compulsory eviction جبری انخلاء۔</w:t>
      </w:r>
    </w:p>
    <w:p>
      <w:r>
        <w:rPr>
          <w:b/>
        </w:rPr>
        <w:t xml:space="preserve">[51:06] </w:t>
      </w:r>
      <w:r>
        <w:t>to maut kya hai? is dunya se aap ko zabardasti nikaal lena hai.</w:t>
      </w:r>
    </w:p>
    <w:p>
      <w:pPr>
        <w:jc w:val="right"/>
      </w:pPr>
      <w:r>
        <w:t>تو موت کیا ہے؟ اس دنیا سے آپ کو زبردستی نکال لینا ہے۔</w:t>
      </w:r>
    </w:p>
    <w:p>
      <w:r>
        <w:rPr>
          <w:b/>
        </w:rPr>
        <w:t xml:space="preserve">[51:11] </w:t>
      </w:r>
      <w:r>
        <w:t>aap ke ghar se, aap ke khandan se, aap ke karobar se, jo kuch bhi aap ke sab</w:t>
      </w:r>
    </w:p>
    <w:p>
      <w:pPr>
        <w:jc w:val="right"/>
      </w:pPr>
      <w:r>
        <w:t>آپ کے گھر سے، آپ کے خاندان سے، آپ کے کاروبار سے، جو کچھ بھی آپ کے سب</w:t>
      </w:r>
    </w:p>
    <w:p>
      <w:r>
        <w:rPr>
          <w:b/>
        </w:rPr>
        <w:t xml:space="preserve">[51:15] </w:t>
      </w:r>
      <w:r>
        <w:t>hai, is sab se nikaal lena hai.</w:t>
      </w:r>
    </w:p>
    <w:p>
      <w:pPr>
        <w:jc w:val="right"/>
      </w:pPr>
      <w:r>
        <w:t>ہے، اس سب سے نکال لینا ہے۔</w:t>
      </w:r>
    </w:p>
    <w:p>
      <w:r>
        <w:rPr>
          <w:b/>
        </w:rPr>
        <w:t xml:space="preserve">[51:19] </w:t>
      </w:r>
      <w:r>
        <w:t>yeh hai lazmi jurm.</w:t>
      </w:r>
    </w:p>
    <w:p>
      <w:pPr>
        <w:jc w:val="right"/>
      </w:pPr>
      <w:r>
        <w:t>یہ ہے لازمی جرم۔</w:t>
      </w:r>
    </w:p>
    <w:p>
      <w:r>
        <w:rPr>
          <w:b/>
        </w:rPr>
        <w:t xml:space="preserve">[51:24] </w:t>
      </w:r>
      <w:r>
        <w:t>yeh maut jo hai,</w:t>
      </w:r>
    </w:p>
    <w:p>
      <w:pPr>
        <w:jc w:val="right"/>
      </w:pPr>
      <w:r>
        <w:t>یہ موت جو ہے،</w:t>
      </w:r>
    </w:p>
    <w:p>
      <w:r>
        <w:rPr>
          <w:b/>
        </w:rPr>
        <w:t xml:space="preserve">[51:28] </w:t>
      </w:r>
      <w:r>
        <w:t>infiradi satah par lazmi jurm hai.</w:t>
      </w:r>
    </w:p>
    <w:p>
      <w:pPr>
        <w:jc w:val="right"/>
      </w:pPr>
      <w:r>
        <w:t>انفرادی سطح پر لازمی جرم ہے۔</w:t>
      </w:r>
    </w:p>
    <w:p>
      <w:r>
        <w:rPr>
          <w:b/>
        </w:rPr>
        <w:t xml:space="preserve">[51:33] </w:t>
      </w:r>
      <w:r>
        <w:t>aur qayamat saare insaan ke liye lazmi jurm hai.</w:t>
      </w:r>
    </w:p>
    <w:p>
      <w:pPr>
        <w:jc w:val="right"/>
      </w:pPr>
      <w:r>
        <w:t>اور قیامت سارے انسان کے لئے لازمی جرم ہے۔</w:t>
      </w:r>
    </w:p>
    <w:p>
      <w:r>
        <w:rPr>
          <w:b/>
        </w:rPr>
        <w:t xml:space="preserve">[51:38] </w:t>
      </w:r>
      <w:r>
        <w:t>maut jo hai, ek infiradi ke liye hai lazmi jurm.</w:t>
      </w:r>
    </w:p>
    <w:p>
      <w:pPr>
        <w:jc w:val="right"/>
      </w:pPr>
      <w:r>
        <w:t>موت جو ہے، ایک انفرادی کے لئے ہے لازمی جرم۔</w:t>
      </w:r>
    </w:p>
    <w:p>
      <w:r>
        <w:rPr>
          <w:b/>
        </w:rPr>
        <w:t xml:space="preserve">[51:43] </w:t>
      </w:r>
      <w:r>
        <w:t>aur jab saare insaan jo woh kiya jayein, to isi tarah qayamat hai.</w:t>
      </w:r>
    </w:p>
    <w:p>
      <w:pPr>
        <w:jc w:val="right"/>
      </w:pPr>
      <w:r>
        <w:t>اور جب سارے انسان جو وہ کیا جائیں، تو اسی طرح قیامت ہے۔</w:t>
      </w:r>
    </w:p>
    <w:p>
      <w:r>
        <w:rPr>
          <w:b/>
        </w:rPr>
        <w:t xml:space="preserve">[51:48] </w:t>
      </w:r>
      <w:r>
        <w:t>aur woh hai aalami peymane par lazmi jurm.</w:t>
      </w:r>
    </w:p>
    <w:p>
      <w:pPr>
        <w:jc w:val="right"/>
      </w:pPr>
      <w:r>
        <w:t>اور وہ ہے عالمی پیمانے پر لازمی جرم۔</w:t>
      </w:r>
    </w:p>
    <w:p>
      <w:r>
        <w:rPr>
          <w:b/>
        </w:rPr>
        <w:t xml:space="preserve">[51:53] </w:t>
      </w:r>
      <w:r>
        <w:t>yeh to hona hi h</w:t>
      </w:r>
    </w:p>
    <w:p>
      <w:pPr>
        <w:jc w:val="right"/>
      </w:pPr>
      <w:r>
        <w:t>یہ تو ہونا ہی ہ</w:t>
      </w:r>
    </w:p>
    <w:p>
      <w:r>
        <w:rPr>
          <w:b/>
        </w:rPr>
        <w:t xml:space="preserve">[51:58] </w:t>
      </w:r>
      <w:r>
        <w:t>wona hai.</w:t>
      </w:r>
    </w:p>
    <w:p>
      <w:pPr>
        <w:jc w:val="right"/>
      </w:pPr>
      <w:r>
        <w:t>ونا ہے۔</w:t>
      </w:r>
    </w:p>
    <w:p>
      <w:r>
        <w:rPr>
          <w:b/>
        </w:rPr>
        <w:t xml:space="preserve">[52:05] </w:t>
      </w:r>
      <w:r>
        <w:t>is se pehle ke aalmi peymane par lazmi jurm ho, hum sab ko chahiye ke hum phir se</w:t>
      </w:r>
    </w:p>
    <w:p>
      <w:pPr>
        <w:jc w:val="right"/>
      </w:pPr>
      <w:r>
        <w:t>اس سے پہلے کہ عالمی پیمانے پر لازمی جرم ہو، ہم سب کو چاہیئے کہ ہم پھر سے</w:t>
      </w:r>
    </w:p>
    <w:p>
      <w:r>
        <w:rPr>
          <w:b/>
        </w:rPr>
        <w:t xml:space="preserve">[52:13] </w:t>
      </w:r>
      <w:r>
        <w:t>sochain, nai soch karen.</w:t>
      </w:r>
    </w:p>
    <w:p>
      <w:pPr>
        <w:jc w:val="right"/>
      </w:pPr>
      <w:r>
        <w:t>سوچیں، نئی سوچ کریں۔</w:t>
      </w:r>
    </w:p>
    <w:p>
      <w:r>
        <w:rPr>
          <w:b/>
        </w:rPr>
        <w:t xml:space="preserve">[52:20] </w:t>
      </w:r>
      <w:r>
        <w:t>taake qayamat se pehle pehle farishte ke record mein aajaye ke unhon ne sachai ko jana, unhon</w:t>
      </w:r>
    </w:p>
    <w:p>
      <w:pPr>
        <w:jc w:val="right"/>
      </w:pPr>
      <w:r>
        <w:t>تاکہ قیامت سے پہلے پہلے فرشتے کے ریکارڈ میں آجائے کہ انہوں نے سچائی کو جانا، انہوں</w:t>
      </w:r>
    </w:p>
    <w:p>
      <w:r>
        <w:rPr>
          <w:b/>
        </w:rPr>
        <w:t xml:space="preserve">[52:28] </w:t>
      </w:r>
      <w:r>
        <w:t>ne sachai ka saath diya.</w:t>
      </w:r>
    </w:p>
    <w:p>
      <w:pPr>
        <w:jc w:val="right"/>
      </w:pPr>
      <w:r>
        <w:t>نے سچائی کا ساتھ دیا۔</w:t>
      </w:r>
    </w:p>
    <w:p>
      <w:r>
        <w:rPr>
          <w:b/>
        </w:rPr>
        <w:t xml:space="preserve">[52:33] </w:t>
      </w:r>
      <w:r>
        <w:t>unhon ne suraj gharoob hone se pehle unhon ne Allah ke baton ko samjha aur us ko qabool kiya.</w:t>
      </w:r>
    </w:p>
    <w:p>
      <w:pPr>
        <w:jc w:val="right"/>
      </w:pPr>
      <w:r>
        <w:t>انہوں نے سورج غروب ہونے سے پہلے انہوں نے اللہ کے باتوں کو سمجھا اور اس کو قبول کیا۔</w:t>
      </w:r>
    </w:p>
    <w:p>
      <w:r>
        <w:rPr>
          <w:b/>
        </w:rPr>
        <w:t xml:space="preserve">[52:38] </w:t>
      </w:r>
      <w:r>
        <w:t>kyun ke baat ko kuch nahi aala.</w:t>
      </w:r>
    </w:p>
    <w:p>
      <w:pPr>
        <w:jc w:val="right"/>
      </w:pPr>
      <w:r>
        <w:t>کیونکہ بات کو کچھ نہیں آلا۔</w:t>
      </w:r>
    </w:p>
    <w:p>
      <w:r>
        <w:rPr>
          <w:b/>
        </w:rPr>
        <w:t xml:space="preserve">[52:43] </w:t>
      </w:r>
      <w:r>
        <w:t>suraj gharoob hone ke baad sab kuch toba khatam, sab kuch khatam.</w:t>
      </w:r>
    </w:p>
    <w:p>
      <w:pPr>
        <w:jc w:val="right"/>
      </w:pPr>
      <w:r>
        <w:t>سورج غروب ہونے کے بعد سب کچھ توبہ ختم، سب کچھ ختم۔</w:t>
      </w:r>
    </w:p>
    <w:p>
      <w:r>
        <w:rPr>
          <w:b/>
        </w:rPr>
        <w:t xml:space="preserve">[52:49] </w:t>
      </w:r>
      <w:r>
        <w:t>phir kuch bhi nahi hai, phir kuch bhi nahi hai.</w:t>
      </w:r>
    </w:p>
    <w:p>
      <w:pPr>
        <w:jc w:val="right"/>
      </w:pPr>
      <w:r>
        <w:t>پھر کچھ بھی نہیں ہے، پھر کچھ بھی نہیں ہے۔</w:t>
      </w:r>
    </w:p>
    <w:p>
      <w:r>
        <w:rPr>
          <w:b/>
        </w:rPr>
        <w:t xml:space="preserve">[52:54] </w:t>
      </w:r>
      <w:r>
        <w:t>quran mein aaya hai ke</w:t>
      </w:r>
    </w:p>
    <w:p>
      <w:pPr>
        <w:jc w:val="right"/>
      </w:pPr>
      <w:r>
        <w:t>قرآن میں آیا ہے کہ</w:t>
      </w:r>
    </w:p>
    <w:p>
      <w:r>
        <w:rPr>
          <w:b/>
        </w:rPr>
        <w:t xml:space="preserve">[52:59] </w:t>
      </w:r>
      <w:r>
        <w:t>Firaun ko Hazrat Musa (SAW) ne paigham diya, unhone inkaar kiya. Yahan tak ke jab woh samundar mein doobne laga, us waqt unhone kaha ke main Musa (SAW) ke Rab ko manta hoon. To us ko bataya gaya ke أَلْآنَ وَقَدْ عَصَيْتَ قَبْلُ وَكُنْتَ مِنَ الْمُفْسِدِينَ ab ab kya hai? Ab tumhara imaan qabool nahi hoga</w:t>
      </w:r>
    </w:p>
    <w:p>
      <w:pPr>
        <w:jc w:val="right"/>
      </w:pPr>
      <w:r>
        <w:t>فرعون کو حضرت موسیٰ صلى الله عليه وسلم نے پیغام دیا، انہوں نے انکار کیا۔ یہاں تک کہ جب وہ سمندر میں ڈوبنے لگا، اس وقت انہوں نے کہا کہ میں موسیٰ صلى الله عليه وسلم کے رب کو مانتا ہوں۔ تو اس کو بتایا گیا کہ أَلَانْ وَقَدْ عَسَيْتَ اب اب کیا ہے؟ اب تمہارا ایمان قبول نہیں ہوگ</w:t>
      </w:r>
    </w:p>
    <w:p>
      <w:r>
        <w:rPr>
          <w:b/>
        </w:rPr>
        <w:t xml:space="preserve">[53:29] </w:t>
      </w:r>
      <w:r>
        <w:t>a.</w:t>
      </w:r>
    </w:p>
    <w:p>
      <w:pPr>
        <w:jc w:val="right"/>
      </w:pPr>
      <w:r>
        <w:t>ا۔</w:t>
      </w:r>
    </w:p>
    <w:p>
      <w:r>
        <w:rPr>
          <w:b/>
        </w:rPr>
        <w:t xml:space="preserve">[53:36] </w:t>
      </w:r>
      <w:r>
        <w:t>to jab woh waqt aajata hai ke suraj gharoob hone ka waqt aajata hai, us waqt ka is</w:t>
      </w:r>
    </w:p>
    <w:p>
      <w:pPr>
        <w:jc w:val="right"/>
      </w:pPr>
      <w:r>
        <w:t>تو جب وہ وقت آجاتا ہے کہ سورج غروب ہونے کا وقت آجاتا ہے، اس وقت کا اس</w:t>
      </w:r>
    </w:p>
    <w:p>
      <w:r>
        <w:rPr>
          <w:b/>
        </w:rPr>
        <w:t xml:space="preserve">[53:43] </w:t>
      </w:r>
      <w:r>
        <w:t>waqt ka koi aap ka koi kalma qabil e qabool nahi hai.</w:t>
      </w:r>
    </w:p>
    <w:p>
      <w:pPr>
        <w:jc w:val="right"/>
      </w:pPr>
      <w:r>
        <w:t>وقت کا کوئی آپ کا کوئی کلمہ قابل قبول نہیں ہے۔</w:t>
      </w:r>
    </w:p>
    <w:p>
      <w:r>
        <w:rPr>
          <w:b/>
        </w:rPr>
        <w:t xml:space="preserve">[53:49] </w:t>
      </w:r>
      <w:r>
        <w:t>jo kuch qabool hai, us se pehle ka hai.</w:t>
      </w:r>
    </w:p>
    <w:p>
      <w:pPr>
        <w:jc w:val="right"/>
      </w:pPr>
      <w:r>
        <w:t>جو کچھ قبول ہے، اس سے پہلے کا ہے۔</w:t>
      </w:r>
    </w:p>
    <w:p>
      <w:r>
        <w:rPr>
          <w:b/>
        </w:rPr>
        <w:t xml:space="preserve">[53:56] </w:t>
      </w:r>
      <w:r>
        <w:t>isi liye aadmi ko bohat zyada sanjeedgi se is mamle ko sochna chahiye.</w:t>
      </w:r>
    </w:p>
    <w:p>
      <w:pPr>
        <w:jc w:val="right"/>
      </w:pPr>
      <w:r>
        <w:t>اسی لئے آدمی کو بہت زیادہ سنجیدگی سے اس معاملے کو سوچنا چاہیئے۔</w:t>
      </w:r>
    </w:p>
    <w:p>
      <w:r>
        <w:rPr>
          <w:b/>
        </w:rPr>
        <w:t xml:space="preserve">[54:03] </w:t>
      </w:r>
      <w:r>
        <w:t>bohat zyada sanjeedgi se sochna chahiye.</w:t>
      </w:r>
    </w:p>
    <w:p>
      <w:pPr>
        <w:jc w:val="right"/>
      </w:pPr>
      <w:r>
        <w:t>بہت زیادہ سنجیدگی سے سوچنا چاہیئے۔</w:t>
      </w:r>
    </w:p>
    <w:p>
      <w:r>
        <w:rPr>
          <w:b/>
        </w:rPr>
        <w:t xml:space="preserve">[54:09] </w:t>
      </w:r>
      <w:r>
        <w:t>kal mein report mein parh raha tha ke dunya se goraiya khatam ho gayi.</w:t>
      </w:r>
    </w:p>
    <w:p>
      <w:pPr>
        <w:jc w:val="right"/>
      </w:pPr>
      <w:r>
        <w:t>کل میں رپورٹ میں پڑھ رہا تھا کہ دنیا سے گورئیہ ختم ہوگئی۔</w:t>
      </w:r>
    </w:p>
    <w:p>
      <w:r>
        <w:rPr>
          <w:b/>
        </w:rPr>
        <w:t xml:space="preserve">[54:15] </w:t>
      </w:r>
      <w:r>
        <w:t>bohat pehle mein ne kitaab parhi thi un ki, salim ali ki kitaab "falling sparrow" yani girte hue goraiya.</w:t>
      </w:r>
    </w:p>
    <w:p>
      <w:pPr>
        <w:jc w:val="right"/>
      </w:pPr>
      <w:r>
        <w:t>بہت پہلے میں نے کتاب پڑھی تھی ان کی، سالم علی کی کتاب "فالنگ اسپیرو" یعنی گرتے ہوئے گورئیہ۔</w:t>
      </w:r>
    </w:p>
    <w:p>
      <w:r>
        <w:rPr>
          <w:b/>
        </w:rPr>
        <w:t xml:space="preserve">[54:21] </w:t>
      </w:r>
      <w:r>
        <w:t>to ek goraiya zakhmi ho kar ke gir padi thi, us ko dekha unhon ne, us par taras aaya.</w:t>
      </w:r>
    </w:p>
    <w:p>
      <w:pPr>
        <w:jc w:val="right"/>
      </w:pPr>
      <w:r>
        <w:t>تو ایک گورئیہ زخمی ہو کر کے گر پڑی تھی، اس کو دیکھا انہوں نے، اس پر ترس آیا۔</w:t>
      </w:r>
    </w:p>
    <w:p>
      <w:r>
        <w:rPr>
          <w:b/>
        </w:rPr>
        <w:t xml:space="preserve">[54:28] </w:t>
      </w:r>
      <w:r>
        <w:t>to unhon ne chidiyon ko</w:t>
      </w:r>
    </w:p>
    <w:p>
      <w:pPr>
        <w:jc w:val="right"/>
      </w:pPr>
      <w:r>
        <w:t>تو انہوں نے چڑیوں کو</w:t>
      </w:r>
    </w:p>
    <w:p>
      <w:r>
        <w:rPr>
          <w:b/>
        </w:rPr>
        <w:t xml:space="preserve">[54:34] </w:t>
      </w:r>
      <w:r>
        <w:t>ghusal karne hi ko apna pesha bana liya.</w:t>
      </w:r>
    </w:p>
    <w:p>
      <w:pPr>
        <w:jc w:val="right"/>
      </w:pPr>
      <w:r>
        <w:t>غسل کرنے ہی کو اپنا پیشہ بنا لیا۔</w:t>
      </w:r>
    </w:p>
    <w:p>
      <w:r>
        <w:rPr>
          <w:b/>
        </w:rPr>
        <w:t xml:space="preserve">[54:41] </w:t>
      </w:r>
      <w:r>
        <w:t>un ke paas woh hoti thi jo is ka jo kiya kehte hain, bio kiya kehte hain is</w:t>
      </w:r>
    </w:p>
    <w:p>
      <w:pPr>
        <w:jc w:val="right"/>
      </w:pPr>
      <w:r>
        <w:t>ان کے پاس وہ ہوتی تھی جو اس کا جو کیا کہتے ہیں، بائیو کیا کہتے ہیں اس</w:t>
      </w:r>
    </w:p>
    <w:p>
      <w:r>
        <w:rPr>
          <w:b/>
        </w:rPr>
        <w:t xml:space="preserve">[54:49] </w:t>
      </w:r>
      <w:r>
        <w:t>ko? ji Binoculars haan to us ko dekhte the, bas yahi kaam tha un ka ke woh dekhte rehte the.</w:t>
      </w:r>
    </w:p>
    <w:p>
      <w:pPr>
        <w:jc w:val="right"/>
      </w:pPr>
      <w:r>
        <w:t>کو؟ جی Binoculars ہاں تو اس کو دیکھتے تھے، بس یہی کام تھا ان کا کہ وہ دیکھتے رہتے تھے۔</w:t>
      </w:r>
    </w:p>
    <w:p>
      <w:r>
        <w:rPr>
          <w:b/>
        </w:rPr>
        <w:t xml:space="preserve">[54:56] </w:t>
      </w:r>
      <w:r>
        <w:t>phir woh us waqt jab mein ne parhi thi to rozana hum apne ghar mein goraiya dekhte the.</w:t>
      </w:r>
    </w:p>
    <w:p>
      <w:pPr>
        <w:jc w:val="right"/>
      </w:pPr>
      <w:r>
        <w:t>پھر وہ اس وقت جب میں نے پڑھی تھی تو روزانہ ہم اپنے گھر میں گورئیہ دیکھتے تھے۔</w:t>
      </w:r>
    </w:p>
    <w:p>
      <w:r>
        <w:rPr>
          <w:b/>
        </w:rPr>
        <w:t xml:space="preserve">[55:04] </w:t>
      </w:r>
      <w:r>
        <w:t>rozana kitni masoom, thoda sa agar chawal ka daal daal dijiye to itna khush ho kar khati thi.</w:t>
      </w:r>
    </w:p>
    <w:p>
      <w:pPr>
        <w:jc w:val="right"/>
      </w:pPr>
      <w:r>
        <w:t>روزانہ کتنی معصوم، تھوڑا سا اگر چاول کا دال ڈال دیجئے تو اتنا خوش ہو کر کھاتی تھی۔</w:t>
      </w:r>
    </w:p>
    <w:p>
      <w:r>
        <w:rPr>
          <w:b/>
        </w:rPr>
        <w:t xml:space="preserve">[55:09] </w:t>
      </w:r>
      <w:r>
        <w:t>woh mein ne apne gaon mein jab mein tha, tab bhi mein dekhta tha goraiya ko, yahan dilli</w:t>
      </w:r>
    </w:p>
    <w:p>
      <w:pPr>
        <w:jc w:val="right"/>
      </w:pPr>
      <w:r>
        <w:t>وہ میں نے اپنے گاؤں میں جب میں تھا، تب بھی میں دیکھتا تھا گورئیہ کو، یہاں دلی</w:t>
      </w:r>
    </w:p>
    <w:p>
      <w:r>
        <w:rPr>
          <w:b/>
        </w:rPr>
        <w:t xml:space="preserve">[55:14] </w:t>
      </w:r>
      <w:r>
        <w:t>mein bhi dekhta tha.</w:t>
      </w:r>
    </w:p>
    <w:p>
      <w:pPr>
        <w:jc w:val="right"/>
      </w:pPr>
      <w:r>
        <w:t>میں بھی دیکھتا تھا۔</w:t>
      </w:r>
    </w:p>
    <w:p>
      <w:r>
        <w:rPr>
          <w:b/>
        </w:rPr>
        <w:t xml:space="preserve">[55:19] </w:t>
      </w:r>
      <w:r>
        <w:t>abgoraiyah ko wajood hi nahi hai.</w:t>
      </w:r>
    </w:p>
    <w:p>
      <w:pPr>
        <w:jc w:val="right"/>
      </w:pPr>
      <w:r>
        <w:t>اب گورئیہ کو وجود ہی نہیں ہے۔</w:t>
      </w:r>
    </w:p>
    <w:p>
      <w:r>
        <w:rPr>
          <w:b/>
        </w:rPr>
        <w:t xml:space="preserve">[55:24] </w:t>
      </w:r>
      <w:r>
        <w:t>to "falling sparrow" jo thi, ab to khatam hogayi woh bilkul.</w:t>
      </w:r>
    </w:p>
    <w:p>
      <w:pPr>
        <w:jc w:val="right"/>
      </w:pPr>
      <w:r>
        <w:t>تو "فالنگ اسپیرو" جو تھی، اب تو ختم ہوگئی وہ بالکل۔</w:t>
      </w:r>
    </w:p>
    <w:p>
      <w:r>
        <w:rPr>
          <w:b/>
        </w:rPr>
        <w:t xml:space="preserve">[55:29] </w:t>
      </w:r>
      <w:r>
        <w:t>kyun? fragile janwar mar rahe hain.</w:t>
      </w:r>
    </w:p>
    <w:p>
      <w:pPr>
        <w:jc w:val="right"/>
      </w:pPr>
      <w:r>
        <w:t>کیوں؟ فرجائل جانور مر رہے ہیں۔</w:t>
      </w:r>
    </w:p>
    <w:p>
      <w:r>
        <w:rPr>
          <w:b/>
        </w:rPr>
        <w:t xml:space="preserve">[55:34] </w:t>
      </w:r>
      <w:r>
        <w:t>yeh bhi hadith mein aata hai ke fragile janwar sab se pehle maren ge. chhote chhote keere makore, nazuk chidiyan, is tarah ki cheezein jo hain, jab pehle maren gi. yeh khud ko hadith se sabit hota hai. to woh to ho raha hai yeh sab. to kal parson keh raha tha ke ab se koway dikhai dete hain. dheere dheere chidiyan marti ja rahi hain. koway ke bare mein kaha jata hai ke woh qad</w:t>
      </w:r>
    </w:p>
    <w:p>
      <w:pPr>
        <w:jc w:val="right"/>
      </w:pPr>
      <w:r>
        <w:t>یہ بھی حدیث میں آتا ہے کہ فرجائل جانور سب سے پہلے مریں گے۔ چھوٹے چھوٹے کیڑے مکوڑے، نازک چڑیاں، اس طرح کی چیزیں جو ہیں، جب پہلے مریں گی۔ یہ خود کو حدیث سے ثابت ہوتا ہے۔ تو وہ تو ہو رہا ہے یہ سب۔ تو کل پرسوں کہہ رہا تھا کہ اب سے کوے دکھائے دیتے ہیں۔ دھیرے دھیرے چڑیاں مرتی جا رہی ہیں۔ کوے کے بارے میں کہا جاتا ہے کہ وہ قد</w:t>
      </w:r>
    </w:p>
    <w:p>
      <w:r>
        <w:rPr>
          <w:b/>
        </w:rPr>
        <w:t xml:space="preserve">[56:04] </w:t>
      </w:r>
      <w:r>
        <w:t>yam parinda hai.</w:t>
      </w:r>
    </w:p>
    <w:p>
      <w:pPr>
        <w:jc w:val="right"/>
      </w:pPr>
      <w:r>
        <w:t>یم پرندہ ہے۔</w:t>
      </w:r>
    </w:p>
    <w:p>
      <w:r>
        <w:rPr>
          <w:b/>
        </w:rPr>
        <w:t xml:space="preserve">[56:10] </w:t>
      </w:r>
      <w:r>
        <w:t>woh kyunke Hazrat Adam ke beton ke zamane mein bhi tha, woh Habil Qabil ke zamane mein bhi kauwa tha.</w:t>
      </w:r>
    </w:p>
    <w:p>
      <w:pPr>
        <w:jc w:val="right"/>
      </w:pPr>
      <w:r>
        <w:t>وہ کیونکہ حضرت آدم کے بیٹوں کے زمانے میں بھی تھا، وہ ہابیل قابیل کے زمانے میں بھی کوا تھا۔</w:t>
      </w:r>
    </w:p>
    <w:p>
      <w:r>
        <w:rPr>
          <w:b/>
        </w:rPr>
        <w:t xml:space="preserve">[56:16] </w:t>
      </w:r>
      <w:r>
        <w:t>to woh bohat hi sakht jahan hota hai, woh fragile janwar mein nahi aata.</w:t>
      </w:r>
    </w:p>
    <w:p>
      <w:pPr>
        <w:jc w:val="right"/>
      </w:pPr>
      <w:r>
        <w:t>تو وہ بہت ہی سخت جہاں ہوتا ہے، وہ فرجائل جانور میں نہیں آتا۔</w:t>
      </w:r>
    </w:p>
    <w:p>
      <w:r>
        <w:rPr>
          <w:b/>
        </w:rPr>
        <w:t xml:space="preserve">[56:22] </w:t>
      </w:r>
      <w:r>
        <w:t>woh to yeh sab itna zyada cheezein ho rahi hain ke kaise log mughaffal pade hue hain.</w:t>
      </w:r>
    </w:p>
    <w:p>
      <w:pPr>
        <w:jc w:val="right"/>
      </w:pPr>
      <w:r>
        <w:t>وہ تو یہ سب اتنا زیادہ چیزیں ہو رہی ہیں کہ کیسے لوگ مغفل پڑے ہوئے ہیں۔</w:t>
      </w:r>
    </w:p>
    <w:p>
      <w:r>
        <w:rPr>
          <w:b/>
        </w:rPr>
        <w:t xml:space="preserve">[56:28] </w:t>
      </w:r>
      <w:r>
        <w:t>ek report maine dekhi ke</w:t>
      </w:r>
    </w:p>
    <w:p>
      <w:pPr>
        <w:jc w:val="right"/>
      </w:pPr>
      <w:r>
        <w:t>ایک رپورٹ میں نے دیکھی کہ</w:t>
      </w:r>
    </w:p>
    <w:p>
      <w:r>
        <w:rPr>
          <w:b/>
        </w:rPr>
        <w:t xml:space="preserve">[56:34] </w:t>
      </w:r>
      <w:r>
        <w:t>samandar ka pani, aap jante hain ke samandar jo hai, teen chauthai is par hai.</w:t>
      </w:r>
    </w:p>
    <w:p>
      <w:pPr>
        <w:jc w:val="right"/>
      </w:pPr>
      <w:r>
        <w:t>سمندر کا پانی، آپ جانتے ہیں کہ سمندر جو ہے، تین چوتھائی اس پر ہے۔</w:t>
      </w:r>
    </w:p>
    <w:p>
      <w:r>
        <w:rPr>
          <w:b/>
        </w:rPr>
        <w:t xml:space="preserve">[56:41] </w:t>
      </w:r>
      <w:r>
        <w:t>kaha jata hai rubbe masqooma yani jo jo yeh zameen hai, yeh yeh chauthai hissa hai.</w:t>
      </w:r>
    </w:p>
    <w:p>
      <w:pPr>
        <w:jc w:val="right"/>
      </w:pPr>
      <w:r>
        <w:t>کہا جاتا ہے رُبِّع مَسْكُومٍ یعنی جو جو یہ زمین ہے، یہ یہ چوتھائی حصہ ہے۔</w:t>
      </w:r>
    </w:p>
    <w:p>
      <w:r>
        <w:rPr>
          <w:b/>
        </w:rPr>
        <w:t xml:space="preserve">[56:47] </w:t>
      </w:r>
      <w:r>
        <w:t>teen hisse mein pani, pani yani pani athan pani bhara hua tha.</w:t>
      </w:r>
    </w:p>
    <w:p>
      <w:pPr>
        <w:jc w:val="right"/>
      </w:pPr>
      <w:r>
        <w:t>تین حصے میں پانی، پانی یعنی پانی اتھاں پانی بھرا ہوا تھا۔</w:t>
      </w:r>
    </w:p>
    <w:p>
      <w:r>
        <w:rPr>
          <w:b/>
        </w:rPr>
        <w:t xml:space="preserve">[56:53] </w:t>
      </w:r>
      <w:r>
        <w:t>95 feesad samandar ka pani alooda ho chuka hai.</w:t>
      </w:r>
    </w:p>
    <w:p>
      <w:pPr>
        <w:jc w:val="right"/>
      </w:pPr>
      <w:r>
        <w:t>95 فیصد سمندر کا پانی آلودہ ہو چکا ہے۔</w:t>
      </w:r>
    </w:p>
    <w:p>
      <w:r>
        <w:rPr>
          <w:b/>
        </w:rPr>
        <w:t xml:space="preserve">[56:59] </w:t>
      </w:r>
      <w:r>
        <w:t>itna zyada pani tha</w:t>
      </w:r>
    </w:p>
    <w:p>
      <w:pPr>
        <w:jc w:val="right"/>
      </w:pPr>
      <w:r>
        <w:t>اتنا زیادہ پانی تھا</w:t>
      </w:r>
    </w:p>
    <w:p>
      <w:r>
        <w:rPr>
          <w:b/>
        </w:rPr>
        <w:t xml:space="preserve">[57:05] </w:t>
      </w:r>
      <w:r>
        <w:t>ke hamari zameen ke ke char hisse mein teen hisse pani bhara hua tha.</w:t>
      </w:r>
    </w:p>
    <w:p>
      <w:pPr>
        <w:jc w:val="right"/>
      </w:pPr>
      <w:r>
        <w:t>کہ ہماری زمین کے کے چار حصے میں تین حصے پانی بھرا ہوا تھا۔</w:t>
      </w:r>
    </w:p>
    <w:p>
      <w:r>
        <w:rPr>
          <w:b/>
        </w:rPr>
        <w:t xml:space="preserve">[57:13] </w:t>
      </w:r>
      <w:r>
        <w:t>bohat pehle yeh parha tha maine Everest ke bare mein, bohat pehle ke agar yeh poora daal</w:t>
      </w:r>
    </w:p>
    <w:p>
      <w:pPr>
        <w:jc w:val="right"/>
      </w:pPr>
      <w:r>
        <w:t>بہت پہلے یہ پڑھا تھا میں نے ایورسٹ کے بارے میں، بہت پہلے کہ اگر یہ پورا ڈال</w:t>
      </w:r>
    </w:p>
    <w:p>
      <w:r>
        <w:rPr>
          <w:b/>
        </w:rPr>
        <w:t xml:space="preserve">[57:21] </w:t>
      </w:r>
      <w:r>
        <w:t>دیا جائے Pacific Ocean میں، پورا پہاڑ تو وہ سب ڈوب جائے گا۔</w:t>
      </w:r>
    </w:p>
    <w:p>
      <w:pPr>
        <w:jc w:val="right"/>
      </w:pPr>
      <w:r>
        <w:t>دیا جائے پیسیفک اوشن میں، پورا پہاڑ تو وہ سب ڈوب جائے گا۔</w:t>
      </w:r>
    </w:p>
    <w:p>
      <w:r>
        <w:rPr>
          <w:b/>
        </w:rPr>
        <w:t xml:space="preserve">[57:29] </w:t>
      </w:r>
      <w:r>
        <w:t>dikhai nahi dega woh.</w:t>
      </w:r>
    </w:p>
    <w:p>
      <w:pPr>
        <w:jc w:val="right"/>
      </w:pPr>
      <w:r>
        <w:t>دکھائی نہیں دے گا وہ۔</w:t>
      </w:r>
    </w:p>
    <w:p>
      <w:r>
        <w:rPr>
          <w:b/>
        </w:rPr>
        <w:t xml:space="preserve">[57:37] </w:t>
      </w:r>
      <w:r>
        <w:t>kyunke itna gehra hai woh.</w:t>
      </w:r>
    </w:p>
    <w:p>
      <w:pPr>
        <w:jc w:val="right"/>
      </w:pPr>
      <w:r>
        <w:t>کیونکہ اتنا گہرا ہے وہ۔</w:t>
      </w:r>
    </w:p>
    <w:p>
      <w:r>
        <w:rPr>
          <w:b/>
        </w:rPr>
        <w:t xml:space="preserve">[57:43] </w:t>
      </w:r>
      <w:r>
        <w:t>woh sara pani alooda ho chuka.</w:t>
      </w:r>
    </w:p>
    <w:p>
      <w:pPr>
        <w:jc w:val="right"/>
      </w:pPr>
      <w:r>
        <w:t>وہ سارا پانی آلودہ ہو چکا۔</w:t>
      </w:r>
    </w:p>
    <w:p>
      <w:r>
        <w:rPr>
          <w:b/>
        </w:rPr>
        <w:t xml:space="preserve">[57:49] </w:t>
      </w:r>
      <w:r>
        <w:t>kyunke jo is mein behta hai, aloodgi woh jata hai.</w:t>
      </w:r>
    </w:p>
    <w:p>
      <w:pPr>
        <w:jc w:val="right"/>
      </w:pPr>
      <w:r>
        <w:t>کیونکہ جو اس میں بہتا ہے، آلودگی وہ جاتا ہے۔</w:t>
      </w:r>
    </w:p>
    <w:p>
      <w:r>
        <w:rPr>
          <w:b/>
        </w:rPr>
        <w:t xml:space="preserve">[57:55] </w:t>
      </w:r>
      <w:r>
        <w:t>jahaz tootte rehte hain, unka sara malba is mein jata hai, tel jata hai.</w:t>
      </w:r>
    </w:p>
    <w:p>
      <w:pPr>
        <w:jc w:val="right"/>
      </w:pPr>
      <w:r>
        <w:t>جہاز ٹوٹتے رہتے ہیں، ان کا سارا ملبہ اس میں جاتا ہے، تیل جاتا ہے۔</w:t>
      </w:r>
    </w:p>
    <w:p>
      <w:r>
        <w:rPr>
          <w:b/>
        </w:rPr>
        <w:t xml:space="preserve">[58:02] </w:t>
      </w:r>
      <w:r>
        <w:t>to aap yahi hawa aloodgi, pani aloodgi, fragile janwar ka marna,</w:t>
      </w:r>
    </w:p>
    <w:p>
      <w:pPr>
        <w:jc w:val="right"/>
      </w:pPr>
      <w:r>
        <w:t>تو آپ یہی ہوا آلودگی، پانی آلودگی، فرجائل جانور کا مرنا،</w:t>
      </w:r>
    </w:p>
    <w:p>
      <w:r>
        <w:rPr>
          <w:b/>
        </w:rPr>
        <w:t xml:space="preserve">[58:08] </w:t>
      </w:r>
      <w:r>
        <w:t>aalmi warming, burai ka taza badh jana, yeh sab kya hai? qayamat ki alamat hi to hai.</w:t>
      </w:r>
    </w:p>
    <w:p>
      <w:pPr>
        <w:jc w:val="right"/>
      </w:pPr>
      <w:r>
        <w:t>عالمی وارمنگ، برائی کا تازہ بڑھ جانا، یہ سب کیا ہے؟ قیامت کی علامت ہی تو ہے۔</w:t>
      </w:r>
    </w:p>
    <w:p>
      <w:r>
        <w:rPr>
          <w:b/>
        </w:rPr>
        <w:t xml:space="preserve">[58:14] </w:t>
      </w:r>
      <w:r>
        <w:t>aakhri mauqa aagaya hai ke aap Allah ka plan kya hai, is ko janiye.</w:t>
      </w:r>
    </w:p>
    <w:p>
      <w:pPr>
        <w:jc w:val="right"/>
      </w:pPr>
      <w:r>
        <w:t>آخری موقع آگیا ہے کہ آپ اللہ کا پلان کیا ہے، اس کو جانیں۔</w:t>
      </w:r>
    </w:p>
    <w:p>
      <w:r>
        <w:rPr>
          <w:b/>
        </w:rPr>
        <w:t xml:space="preserve">[58:20] </w:t>
      </w:r>
      <w:r>
        <w:t>Allah ka mansooba kya hai, is ko janiye.</w:t>
      </w:r>
    </w:p>
    <w:p>
      <w:pPr>
        <w:jc w:val="right"/>
      </w:pPr>
      <w:r>
        <w:t>اللہ کا منصوبہ کیا ہے، اس کو جانیں۔</w:t>
      </w:r>
    </w:p>
    <w:p>
      <w:r>
        <w:rPr>
          <w:b/>
        </w:rPr>
        <w:t xml:space="preserve">[58:26] </w:t>
      </w:r>
      <w:r>
        <w:t>aur gawah ban jayen Allah ke farishton ke samne.</w:t>
      </w:r>
    </w:p>
    <w:p>
      <w:pPr>
        <w:jc w:val="right"/>
      </w:pPr>
      <w:r>
        <w:t>اور گواہ بن جائیں اللہ کے فرشتوں کے سامنے۔</w:t>
      </w:r>
    </w:p>
    <w:p>
      <w:r>
        <w:rPr>
          <w:b/>
        </w:rPr>
        <w:t xml:space="preserve">[58:32] </w:t>
      </w:r>
      <w:r>
        <w:t>taake jab Allah ka samna ho</w:t>
      </w:r>
    </w:p>
    <w:p>
      <w:pPr>
        <w:jc w:val="right"/>
      </w:pPr>
      <w:r>
        <w:t>تاکہ جب اللہ کا سامنا ہو</w:t>
      </w:r>
    </w:p>
    <w:p>
      <w:r>
        <w:rPr>
          <w:b/>
        </w:rPr>
        <w:t xml:space="preserve">[58:38] </w:t>
      </w:r>
      <w:r>
        <w:t>to aap ko gawahon mein likha jaye.</w:t>
      </w:r>
    </w:p>
    <w:p>
      <w:pPr>
        <w:jc w:val="right"/>
      </w:pPr>
      <w:r>
        <w:t>تو آپ کو گواہوں میں لکھا جائے۔</w:t>
      </w:r>
    </w:p>
    <w:p>
      <w:r>
        <w:rPr>
          <w:b/>
        </w:rPr>
        <w:t xml:space="preserve">[58:44] </w:t>
      </w:r>
      <w:r>
        <w:t>gawah kamane ka matlab manne walon mein likha jaye.</w:t>
      </w:r>
    </w:p>
    <w:p>
      <w:pPr>
        <w:jc w:val="right"/>
      </w:pPr>
      <w:r>
        <w:t>گواہ کمانے کا مطلب ماننے والوں میں لکھا جائے۔</w:t>
      </w:r>
    </w:p>
    <w:p>
      <w:r>
        <w:rPr>
          <w:b/>
        </w:rPr>
        <w:t xml:space="preserve">[58:49] </w:t>
      </w:r>
      <w:r>
        <w:t>yani inkar karne walon mein na likha jaye.</w:t>
      </w:r>
    </w:p>
    <w:p>
      <w:pPr>
        <w:jc w:val="right"/>
      </w:pPr>
      <w:r>
        <w:t>یعنی انکار کرنے والوں میں نہ لکھا جائے۔</w:t>
      </w:r>
    </w:p>
    <w:p>
      <w:r>
        <w:rPr>
          <w:b/>
        </w:rPr>
        <w:t xml:space="preserve">[58:54] </w:t>
      </w:r>
      <w:r>
        <w:t>kyunke sachai ko mana, sachai par apni zindagi ko laga diya, un mein shumar kiya jaye.</w:t>
      </w:r>
    </w:p>
    <w:p>
      <w:pPr>
        <w:jc w:val="right"/>
      </w:pPr>
      <w:r>
        <w:t>کیونکہ سچائی کو مانا، سچائی پر اپنی زندگیوں کو لگا دیا، ان میں شمار کیا جائے۔</w:t>
      </w:r>
    </w:p>
    <w:p>
      <w:r>
        <w:rPr>
          <w:b/>
        </w:rPr>
        <w:t xml:space="preserve">[58:59] </w:t>
      </w:r>
      <w:r>
        <w:t>to main to samajhta hoon ke yahi sab zyada sochne ki baat hai.</w:t>
      </w:r>
    </w:p>
    <w:p>
      <w:pPr>
        <w:jc w:val="right"/>
      </w:pPr>
      <w:r>
        <w:t>تو میں تو سمجھتا ہوں کہ یہی سب زیادہ سوچنے کی بات ہے۔</w:t>
      </w:r>
    </w:p>
    <w:p>
      <w:r>
        <w:rPr>
          <w:b/>
        </w:rPr>
        <w:t xml:space="preserve">[59:05] </w:t>
      </w:r>
      <w:r>
        <w:t>mujh ko aur aap ko Allah taala tofeeq de ke hum bohat sanjeedgi se in baaton ko layen.</w:t>
      </w:r>
    </w:p>
    <w:p>
      <w:pPr>
        <w:jc w:val="right"/>
      </w:pPr>
      <w:r>
        <w:t>مجھ کو اور آپ کو اللہ تعالیٰ توفیق دے کہ ہم بہت سنجیدگی سے ان باتوں کو لیں۔</w:t>
      </w:r>
    </w:p>
    <w:p>
      <w:r>
        <w:rPr>
          <w:b/>
        </w:rPr>
        <w:t xml:space="preserve">[59:10] </w:t>
      </w:r>
      <w:r>
        <w:t>Allah se maafi mangen.</w:t>
      </w:r>
    </w:p>
    <w:p>
      <w:pPr>
        <w:jc w:val="right"/>
      </w:pPr>
      <w:r>
        <w:t>اللہ سے معافی مانگیں۔</w:t>
      </w:r>
    </w:p>
    <w:p>
      <w:r>
        <w:rPr>
          <w:b/>
        </w:rPr>
        <w:t xml:space="preserve">[59:16] </w:t>
      </w:r>
      <w:r>
        <w:t>aur Allah par aakhri, Allah ki sachaiyon par aakhri gawahi den.</w:t>
      </w:r>
    </w:p>
    <w:p>
      <w:pPr>
        <w:jc w:val="right"/>
      </w:pPr>
      <w:r>
        <w:t>اور اللہ پر آخری، اللہ کی سچائیوں پر آخری گواہی دیں۔</w:t>
      </w:r>
    </w:p>
    <w:p>
      <w:r>
        <w:rPr>
          <w:b/>
        </w:rPr>
        <w:t xml:space="preserve">[59:22] </w:t>
      </w:r>
      <w:r>
        <w:t>aqool qawli hadha wa astaghfirullah li wa lakum ajmaeen.</w:t>
      </w:r>
    </w:p>
    <w:p>
      <w:pPr>
        <w:jc w:val="right"/>
      </w:pPr>
      <w:r>
        <w:t>أقول قولي هذا وأستغفر الله لي ولكم أجمعين.</w:t>
      </w:r>
    </w:p>
    <w:p>
      <w:r>
        <w:rPr>
          <w:b/>
        </w:rPr>
        <w:t xml:space="preserve">[59:28] </w:t>
      </w:r>
      <w:r>
        <w:t>This question is from Mr.</w:t>
      </w:r>
    </w:p>
    <w:p>
      <w:pPr>
        <w:jc w:val="right"/>
      </w:pPr>
      <w:r>
        <w:t>This question is from Mr.</w:t>
      </w:r>
    </w:p>
    <w:p>
      <w:r>
        <w:rPr>
          <w:b/>
        </w:rPr>
        <w:t xml:space="preserve">[59:34] </w:t>
      </w:r>
      <w:r>
        <w:t>Ali Muhammad Bande</w:t>
      </w:r>
    </w:p>
    <w:p>
      <w:pPr>
        <w:jc w:val="right"/>
      </w:pPr>
      <w:r>
        <w:t>Ali Muhammad Bande</w:t>
      </w:r>
    </w:p>
    <w:p>
      <w:r>
        <w:rPr>
          <w:b/>
        </w:rPr>
        <w:t xml:space="preserve">[59:40] </w:t>
      </w:r>
      <w:r>
        <w:t>y from Kashmir.</w:t>
      </w:r>
    </w:p>
    <w:p>
      <w:pPr>
        <w:jc w:val="right"/>
      </w:pPr>
      <w:r>
        <w:t>y from Kashmir.</w:t>
      </w:r>
    </w:p>
    <w:p>
      <w:r>
        <w:rPr>
          <w:b/>
        </w:rPr>
        <w:t xml:space="preserve">[59:44] </w:t>
      </w:r>
      <w:r>
        <w:t>momin ki firasat se bachen.</w:t>
      </w:r>
    </w:p>
    <w:p>
      <w:pPr>
        <w:jc w:val="right"/>
      </w:pPr>
      <w:r>
        <w:t>مومن کی فراست سے بچو۔</w:t>
      </w:r>
    </w:p>
    <w:p>
      <w:r>
        <w:rPr>
          <w:b/>
        </w:rPr>
        <w:t xml:space="preserve">[59:49] </w:t>
      </w:r>
      <w:r>
        <w:t>maulana, is ko wusat mein samjhaieye.</w:t>
      </w:r>
    </w:p>
    <w:p>
      <w:pPr>
        <w:jc w:val="right"/>
      </w:pPr>
      <w:r>
        <w:t>مولانا، اس کو وستار میں سمجھائیے۔</w:t>
      </w:r>
    </w:p>
    <w:p>
      <w:r>
        <w:rPr>
          <w:b/>
        </w:rPr>
        <w:t xml:space="preserve">[59:53] </w:t>
      </w:r>
      <w:r>
        <w:t>momin ki firasat ka matlab hai woh insan jo apne aap ko itna zyada Allah ki taraf lagaye</w:t>
      </w:r>
    </w:p>
    <w:p>
      <w:pPr>
        <w:jc w:val="right"/>
      </w:pPr>
      <w:r>
        <w:t>مومن کی فراست کا مطلب ہے وہ انسان جو اپنے آپ کو اتنا زیادہ اللہ کی طرف لگائے</w:t>
      </w:r>
    </w:p>
    <w:p>
      <w:r>
        <w:rPr>
          <w:b/>
        </w:rPr>
        <w:t xml:space="preserve">[59:57] </w:t>
      </w:r>
      <w:r>
        <w:t>کہ اللہ کا inspiration اس کو ملنے لگے۔</w:t>
      </w:r>
    </w:p>
    <w:p>
      <w:pPr>
        <w:jc w:val="right"/>
      </w:pPr>
      <w:r>
        <w:t>کہ اللہ کا انسپیریشن اس کو ملنے لگے۔</w:t>
      </w:r>
    </w:p>
    <w:p>
      <w:r>
        <w:rPr>
          <w:b/>
        </w:rPr>
        <w:t xml:space="preserve">[1:00:02] </w:t>
      </w:r>
      <w:r>
        <w:t>to woh Allah ki nigah se dekhne lagta hai.</w:t>
      </w:r>
    </w:p>
    <w:p>
      <w:pPr>
        <w:jc w:val="right"/>
      </w:pPr>
      <w:r>
        <w:t>تو وہ اللہ کی نگاہ سے دیکھنے لگتا ہے۔</w:t>
      </w:r>
    </w:p>
    <w:p>
      <w:r>
        <w:rPr>
          <w:b/>
        </w:rPr>
        <w:t xml:space="preserve">[1:00:06] </w:t>
      </w:r>
      <w:r>
        <w:t>woh lekin log Allah</w:t>
      </w:r>
    </w:p>
    <w:p>
      <w:pPr>
        <w:jc w:val="right"/>
      </w:pPr>
      <w:r>
        <w:t>وہ لیکن لوگ اللہ</w:t>
      </w:r>
    </w:p>
    <w:p>
      <w:r>
        <w:rPr>
          <w:b/>
        </w:rPr>
        <w:t xml:space="preserve">[1:00:10] </w:t>
      </w:r>
      <w:r>
        <w:t>ko apna concern nahi banate.</w:t>
      </w:r>
    </w:p>
    <w:p>
      <w:pPr>
        <w:jc w:val="right"/>
      </w:pPr>
      <w:r>
        <w:t>کو اپنا کنسرن نہیں بناتے۔</w:t>
      </w:r>
    </w:p>
    <w:p>
      <w:r>
        <w:rPr>
          <w:b/>
        </w:rPr>
        <w:t xml:space="preserve">[1:00:15] </w:t>
      </w:r>
      <w:r>
        <w:t>ab to concern mobile hai aur bachche hain aur yeh.</w:t>
      </w:r>
    </w:p>
    <w:p>
      <w:pPr>
        <w:jc w:val="right"/>
      </w:pPr>
      <w:r>
        <w:t>اب تو کنسرن موبائل ہے اور بچے ہیں اور یہ۔</w:t>
      </w:r>
    </w:p>
    <w:p>
      <w:r>
        <w:rPr>
          <w:b/>
        </w:rPr>
        <w:t xml:space="preserve">[1:00:19] </w:t>
      </w:r>
      <w:r>
        <w:t>to firasat kahan se aayegi in ko? Isi liye sari duniya ke musalman firasat se mehroom hain.</w:t>
      </w:r>
    </w:p>
    <w:p>
      <w:pPr>
        <w:jc w:val="right"/>
      </w:pPr>
      <w:r>
        <w:t>تو فراست کہاں سے آئے گی ان کو؟ اسی لئے ساری دنیا کے مسلمان فراست سے محروم ہیں۔</w:t>
      </w:r>
    </w:p>
    <w:p>
      <w:r>
        <w:rPr>
          <w:b/>
        </w:rPr>
        <w:t xml:space="preserve">[1:00:23] </w:t>
      </w:r>
      <w:r>
        <w:t>kyunke Khuda ka inspiration unhein mil hi nahi raha hai in ko.</w:t>
      </w:r>
    </w:p>
    <w:p>
      <w:pPr>
        <w:jc w:val="right"/>
      </w:pPr>
      <w:r>
        <w:t>کیونکہ خدا کا انسپیریشن انہیں مل ہی نہیں رہا ہے ان کو۔</w:t>
      </w:r>
    </w:p>
    <w:p>
      <w:r>
        <w:rPr>
          <w:b/>
        </w:rPr>
        <w:t xml:space="preserve">[1:00:28] </w:t>
      </w:r>
      <w:r>
        <w:t>This question is from Mr.</w:t>
      </w:r>
    </w:p>
    <w:p>
      <w:pPr>
        <w:jc w:val="right"/>
      </w:pPr>
      <w:r>
        <w:t>This question is from Mr.</w:t>
      </w:r>
    </w:p>
    <w:p>
      <w:r>
        <w:rPr>
          <w:b/>
        </w:rPr>
        <w:t xml:space="preserve">[1:00:32] </w:t>
      </w:r>
      <w:r>
        <w:t>Shafiq Ahmed from Saharanpur.</w:t>
      </w:r>
    </w:p>
    <w:p>
      <w:pPr>
        <w:jc w:val="right"/>
      </w:pPr>
      <w:r>
        <w:t>Shafiq Ahmed from Saharanpur.</w:t>
      </w:r>
    </w:p>
    <w:p>
      <w:r>
        <w:rPr>
          <w:b/>
        </w:rPr>
        <w:t xml:space="preserve">[1:00:36] </w:t>
      </w:r>
      <w:r>
        <w:t>Maulana, what is dabba and yajuz majuz?</w:t>
      </w:r>
    </w:p>
    <w:p>
      <w:pPr>
        <w:jc w:val="right"/>
      </w:pPr>
      <w:r>
        <w:t>مولانا، what is dabba and yajuz majuz?</w:t>
      </w:r>
    </w:p>
    <w:p>
      <w:r>
        <w:rPr>
          <w:b/>
        </w:rPr>
        <w:t xml:space="preserve">[1:00:41] </w:t>
      </w:r>
      <w:r>
        <w:t>is par bohat tafseel se hum likh chuke hain.</w:t>
      </w:r>
    </w:p>
    <w:p>
      <w:pPr>
        <w:jc w:val="right"/>
      </w:pPr>
      <w:r>
        <w:t>اس پر بہت تفصیل سے ہم لکھ چکے ہیں۔</w:t>
      </w:r>
    </w:p>
    <w:p>
      <w:r>
        <w:rPr>
          <w:b/>
        </w:rPr>
        <w:t xml:space="preserve">[1:00:46] </w:t>
      </w:r>
      <w:r>
        <w:t>aur abhi chhapne wala agle shumare mein risala mein is ko aap padh lijiyega.</w:t>
      </w:r>
    </w:p>
    <w:p>
      <w:pPr>
        <w:jc w:val="right"/>
      </w:pPr>
      <w:r>
        <w:t>اور ابھی چھپنے والا اگلے شمارے میں رسالہ میں اس کو آپ پڑھ لیجئے گا۔</w:t>
      </w:r>
    </w:p>
    <w:p>
      <w:r>
        <w:rPr>
          <w:b/>
        </w:rPr>
        <w:t xml:space="preserve">[1:00:51] </w:t>
      </w:r>
      <w:r>
        <w:t>This question is from Mr.</w:t>
      </w:r>
    </w:p>
    <w:p>
      <w:pPr>
        <w:jc w:val="right"/>
      </w:pPr>
      <w:r>
        <w:t>This question is from Mr.</w:t>
      </w:r>
    </w:p>
    <w:p>
      <w:r>
        <w:rPr>
          <w:b/>
        </w:rPr>
        <w:t xml:space="preserve">[1:00:56] </w:t>
      </w:r>
      <w:r>
        <w:t>Owais Siddiqui from Delhi.</w:t>
      </w:r>
    </w:p>
    <w:p>
      <w:pPr>
        <w:jc w:val="right"/>
      </w:pPr>
      <w:r>
        <w:t>Owais Siddiqui from Delhi.</w:t>
      </w:r>
    </w:p>
    <w:p>
      <w:r>
        <w:rPr>
          <w:b/>
        </w:rPr>
        <w:t xml:space="preserve">[1:01:01] </w:t>
      </w:r>
      <w:r>
        <w:t>Maulana, just as you described paradise and their activities yesterday, kindly also tell us what is the description</w:t>
      </w:r>
    </w:p>
    <w:p>
      <w:pPr>
        <w:jc w:val="right"/>
      </w:pPr>
      <w:r>
        <w:t>مولانا، just as you described paradise and their activities yesterday, kindly also tell us what is the description</w:t>
      </w:r>
    </w:p>
    <w:p>
      <w:r>
        <w:rPr>
          <w:b/>
        </w:rPr>
        <w:t xml:space="preserve">[1:01:06] </w:t>
      </w:r>
      <w:r>
        <w:t>of the hell?</w:t>
      </w:r>
    </w:p>
    <w:p>
      <w:pPr>
        <w:jc w:val="right"/>
      </w:pPr>
      <w:r>
        <w:t>of the hell?</w:t>
      </w:r>
    </w:p>
    <w:p>
      <w:r>
        <w:rPr>
          <w:b/>
        </w:rPr>
        <w:t xml:space="preserve">[1:01:11] </w:t>
      </w:r>
      <w:r>
        <w:t>dekhen, koi bhi describe nahi kar sakta ke hell kya hai, hell kya hai.</w:t>
      </w:r>
    </w:p>
    <w:p>
      <w:pPr>
        <w:jc w:val="right"/>
      </w:pPr>
      <w:r>
        <w:t>دیکھیں، کوئی بھی describe نہیں کر سکتا کہ hell کیا ہے، hell کیا ہے۔</w:t>
      </w:r>
    </w:p>
    <w:p>
      <w:r>
        <w:rPr>
          <w:b/>
        </w:rPr>
        <w:t xml:space="preserve">[1:01:18] </w:t>
      </w:r>
      <w:r>
        <w:t>sirf yahi keh sakte hain hum ke sab se bara jo azab hoga woh mayoosi ka azab hai.</w:t>
      </w:r>
    </w:p>
    <w:p>
      <w:pPr>
        <w:jc w:val="right"/>
      </w:pPr>
      <w:r>
        <w:t>صرف یہی کہہ سکتے ہیں ہم کہ سب سے بڑا جو عذاب ہوگا وہ مایوسی کا عذاب ہے۔</w:t>
      </w:r>
    </w:p>
    <w:p>
      <w:r>
        <w:rPr>
          <w:b/>
        </w:rPr>
        <w:t xml:space="preserve">[1:01:26] </w:t>
      </w:r>
      <w:r>
        <w:t>Bible mein aata hai ke abad tak rona aur daant peesna hoga.</w:t>
      </w:r>
    </w:p>
    <w:p>
      <w:pPr>
        <w:jc w:val="right"/>
      </w:pPr>
      <w:r>
        <w:t>بائبل میں آتا ہے کہ ابد تک رونا اور دانت پیسنا ہوگا۔</w:t>
      </w:r>
    </w:p>
    <w:p>
      <w:r>
        <w:rPr>
          <w:b/>
        </w:rPr>
        <w:t xml:space="preserve">[1:01:34] </w:t>
      </w:r>
      <w:r>
        <w:t>yani yeh ehsas ke mine was a case of missed opportunity ke Allah taala ne duniya mein mujhe rakha</w:t>
      </w:r>
    </w:p>
    <w:p>
      <w:pPr>
        <w:jc w:val="right"/>
      </w:pPr>
      <w:r>
        <w:t>یعنی یہ احساس کہ mine was a case of missed opportunity کہ اللہ تعالیٰ نے دنیا میں مجھے رکھا</w:t>
      </w:r>
    </w:p>
    <w:p>
      <w:r>
        <w:rPr>
          <w:b/>
        </w:rPr>
        <w:t xml:space="preserve">[1:01:42] </w:t>
      </w:r>
      <w:r>
        <w:t>aur mein kuch kama nahi saka duniya se akhirat ke liye.</w:t>
      </w:r>
    </w:p>
    <w:p>
      <w:pPr>
        <w:jc w:val="right"/>
      </w:pPr>
      <w:r>
        <w:t>اور میں کچھ کما نہیں سکا دنیا سے آخرت کے لیے۔</w:t>
      </w:r>
    </w:p>
    <w:p>
      <w:r>
        <w:rPr>
          <w:b/>
        </w:rPr>
        <w:t xml:space="preserve">[1:01:46] </w:t>
      </w:r>
      <w:r>
        <w:t>yeh hasrat sab se bara azab hoga eternally.</w:t>
      </w:r>
    </w:p>
    <w:p>
      <w:pPr>
        <w:jc w:val="right"/>
      </w:pPr>
      <w:r>
        <w:t>یہ حسرت سب سے بڑا عذاب ہوگا eternally۔</w:t>
      </w:r>
    </w:p>
    <w:p>
      <w:r>
        <w:rPr>
          <w:b/>
        </w:rPr>
        <w:t xml:space="preserve">[1:01:51] </w:t>
      </w:r>
      <w:r>
        <w:t>to Bible mein yeh lafz hai ke abad tak rona aur daant peesna hoga.</w:t>
      </w:r>
    </w:p>
    <w:p>
      <w:pPr>
        <w:jc w:val="right"/>
      </w:pPr>
      <w:r>
        <w:t>تو بائبل میں یہ لفظ ہے کہ ابد تک رونا اور دانت پیسنا ہوگا۔</w:t>
      </w:r>
    </w:p>
    <w:p>
      <w:r>
        <w:rPr>
          <w:b/>
        </w:rPr>
        <w:t xml:space="preserve">[1:01:55] </w:t>
      </w:r>
      <w:r>
        <w:t>to mein samajhta hoon ke yeh ehsas ke mine was a case of missed opportunity yeh sab se</w:t>
      </w:r>
    </w:p>
    <w:p>
      <w:pPr>
        <w:jc w:val="right"/>
      </w:pPr>
      <w:r>
        <w:t>تو میں سمجھتا ہوں کہ یہ احساس کہ mine was a case of missed opportunity یہ سب سے</w:t>
      </w:r>
    </w:p>
    <w:p>
      <w:r>
        <w:rPr>
          <w:b/>
        </w:rPr>
        <w:t xml:space="preserve">[1:02:00] </w:t>
      </w:r>
      <w:r>
        <w:t>bara azab hai akhirat ka.</w:t>
      </w:r>
    </w:p>
    <w:p>
      <w:pPr>
        <w:jc w:val="right"/>
      </w:pPr>
      <w:r>
        <w:t>بڑا عذاب ہے آخرت کا۔</w:t>
      </w:r>
    </w:p>
    <w:p>
      <w:r>
        <w:rPr>
          <w:b/>
        </w:rPr>
        <w:t xml:space="preserve">[1:02:04] </w:t>
      </w:r>
      <w:r>
        <w:t>This question is from Mr.</w:t>
      </w:r>
    </w:p>
    <w:p>
      <w:pPr>
        <w:jc w:val="right"/>
      </w:pPr>
      <w:r>
        <w:t>This question is from Mr.</w:t>
      </w:r>
    </w:p>
    <w:p>
      <w:r>
        <w:rPr>
          <w:b/>
        </w:rPr>
        <w:t xml:space="preserve">[1:02:09] </w:t>
      </w:r>
      <w:r>
        <w:t>Abdul Aziz from Nander.</w:t>
      </w:r>
    </w:p>
    <w:p>
      <w:pPr>
        <w:jc w:val="right"/>
      </w:pPr>
      <w:r>
        <w:t>Abdul Aziz from Nander.</w:t>
      </w:r>
    </w:p>
    <w:p>
      <w:r>
        <w:rPr>
          <w:b/>
        </w:rPr>
        <w:t xml:space="preserve">[1:02:13] </w:t>
      </w:r>
      <w:r>
        <w:t>jab tak aqwan-e-rasool ka role play hota rahega to Allah kya us waqt tak duniya chalaye</w:t>
      </w:r>
    </w:p>
    <w:p>
      <w:pPr>
        <w:jc w:val="right"/>
      </w:pPr>
      <w:r>
        <w:t>جب تک اقوان رسول کا رول پلے ہوتا رہے گا تو اللہ کیا اس وقت تک دنیا چلائے</w:t>
      </w:r>
    </w:p>
    <w:p>
      <w:r>
        <w:rPr>
          <w:b/>
        </w:rPr>
        <w:t xml:space="preserve">[1:02:20] </w:t>
      </w:r>
      <w:r>
        <w:t>ga? Maulana, is par aap ka kya kehna hai? haan, aqwan-e-rasool ko le kar aap nahi keh</w:t>
      </w:r>
    </w:p>
    <w:p>
      <w:pPr>
        <w:jc w:val="right"/>
      </w:pPr>
      <w:r>
        <w:t>گا؟ مولانا، اس پر آپ کا کیا کہنا ہے؟ ہاں، اقوان رسول کو لے کر آپ نہیں کہہ</w:t>
      </w:r>
    </w:p>
    <w:p>
      <w:r>
        <w:rPr>
          <w:b/>
        </w:rPr>
        <w:t xml:space="preserve">[1:02:26] </w:t>
      </w:r>
      <w:r>
        <w:t>sakte lekin idkhaal-e-kalma ko le kar aap keh sakte hain ke Allah taala ko yeh matloob hai</w:t>
      </w:r>
    </w:p>
    <w:p>
      <w:pPr>
        <w:jc w:val="right"/>
      </w:pPr>
      <w:r>
        <w:t>سکتے لیکن ادخال کلمہ کو لے کر آپ کہہ سکتے ہیں کہ اللہ تعالیٰ کو یہ مطلوب ہے</w:t>
      </w:r>
    </w:p>
    <w:p>
      <w:r>
        <w:rPr>
          <w:b/>
        </w:rPr>
        <w:t xml:space="preserve">[1:02:32] </w:t>
      </w:r>
      <w:r>
        <w:t>ke word of God ghar ghar mein pahunch jaye.</w:t>
      </w:r>
    </w:p>
    <w:p>
      <w:pPr>
        <w:jc w:val="right"/>
      </w:pPr>
      <w:r>
        <w:t>کہ word of God گھر گھر میں پہنچ جائے۔</w:t>
      </w:r>
    </w:p>
    <w:p>
      <w:r>
        <w:rPr>
          <w:b/>
        </w:rPr>
        <w:t xml:space="preserve">[1:02:38] </w:t>
      </w:r>
      <w:r>
        <w:t>tab tak duniya ruki rahegi.</w:t>
      </w:r>
    </w:p>
    <w:p>
      <w:pPr>
        <w:jc w:val="right"/>
      </w:pPr>
      <w:r>
        <w:t>تب تک دنیا رکی رہے گی۔</w:t>
      </w:r>
    </w:p>
    <w:p>
      <w:r>
        <w:rPr>
          <w:b/>
        </w:rPr>
        <w:t xml:space="preserve">[1:02:45] </w:t>
      </w:r>
      <w:r>
        <w:t>jis din Allah taala ko ke ilm mein aa gaya ke word of God jo hai pahunch chuka ghar</w:t>
      </w:r>
    </w:p>
    <w:p>
      <w:pPr>
        <w:jc w:val="right"/>
      </w:pPr>
      <w:r>
        <w:t>جس دن اللہ تعالیٰ کو کے علم میں آگیا کہ word of God جو ہے پہنچ چکا گھر</w:t>
      </w:r>
    </w:p>
    <w:p>
      <w:r>
        <w:rPr>
          <w:b/>
        </w:rPr>
        <w:t xml:space="preserve">[1:02:50] </w:t>
      </w:r>
      <w:r>
        <w:t>ghar mein to us ke baad phir koi jawaz nahi rahega yeh duniya ko baqi rakhne ka.</w:t>
      </w:r>
    </w:p>
    <w:p>
      <w:pPr>
        <w:jc w:val="right"/>
      </w:pPr>
      <w:r>
        <w:t>گھر میں تو اس کے بعد پھر کوئی جواز نہیں رہے گا یہ دنیا کو باقی رکھنے کا۔</w:t>
      </w:r>
    </w:p>
    <w:p>
      <w:r>
        <w:rPr>
          <w:b/>
        </w:rPr>
        <w:t xml:space="preserve">[1:02:55] </w:t>
      </w:r>
      <w:r>
        <w:t>This question is from Mr.</w:t>
      </w:r>
    </w:p>
    <w:p>
      <w:pPr>
        <w:jc w:val="right"/>
      </w:pPr>
      <w:r>
        <w:t>This question is from Mr.</w:t>
      </w:r>
    </w:p>
    <w:p>
      <w:r>
        <w:rPr>
          <w:b/>
        </w:rPr>
        <w:t xml:space="preserve">[1:03:00] </w:t>
      </w:r>
      <w:r>
        <w:t>Muhammad Idris from Raipur.</w:t>
      </w:r>
    </w:p>
    <w:p>
      <w:pPr>
        <w:jc w:val="right"/>
      </w:pPr>
      <w:r>
        <w:t>Muhammad Idris from Raipur.</w:t>
      </w:r>
    </w:p>
    <w:p>
      <w:r>
        <w:rPr>
          <w:b/>
        </w:rPr>
        <w:t xml:space="preserve">[1:03:05] </w:t>
      </w:r>
      <w:r>
        <w:t>If objective of this life is dabba, what will be the objective of life in jannat? Jahan tak</w:t>
      </w:r>
    </w:p>
    <w:p>
      <w:pPr>
        <w:jc w:val="right"/>
      </w:pPr>
      <w:r>
        <w:t>If objective of this life is dabba, what will be the objective of life in جنت؟ جہاں تک</w:t>
      </w:r>
    </w:p>
    <w:p>
      <w:r>
        <w:rPr>
          <w:b/>
        </w:rPr>
        <w:t xml:space="preserve">[1:03:10] </w:t>
      </w:r>
      <w:r>
        <w:t>mein samajhta hoon woh hoga</w:t>
      </w:r>
    </w:p>
    <w:p>
      <w:pPr>
        <w:jc w:val="right"/>
      </w:pPr>
      <w:r>
        <w:t>میں سمجھتا ہوں وہ ہوگا</w:t>
      </w:r>
    </w:p>
    <w:p>
      <w:r>
        <w:rPr>
          <w:b/>
        </w:rPr>
        <w:t xml:space="preserve">[1:03:16] </w:t>
      </w:r>
      <w:r>
        <w:t>Allah ki daryaft. sab se bara jo objective hoga akhirat mein kyunke Allah jo hai unlimited hai, unlimited. jis ki takhleeq unlimited hai to khud khaliq kyun nahi unlimited hoga? aap jante hain ke science dan jo hai sab se zyada joy is ko kab milta hai? jab is ko koi daryaft ho jaye. Eureka, Eureka jo qissa hai woh isi la</w:t>
      </w:r>
    </w:p>
    <w:p>
      <w:pPr>
        <w:jc w:val="right"/>
      </w:pPr>
      <w:r>
        <w:t>اللہ کی دریافت۔ سب سے بڑا جو objective ہوگا آخرت میں کیونکہ اللہ جو ہے unlimited ہے، unlimited۔ جس کی تخلیق unlimited ہے تو خود خالق کیوں نہیں unlimited ہوگا؟ آپ جانتے ہیں کہ سائنسدان جو ہے سب سے زیادہ joy اس کو کب ملتا ہے؟ جب اس کو کوئی دریافت ہو جائے۔ یوریکا، یوریکا جو قصہ ہے وہ اسی ل</w:t>
      </w:r>
    </w:p>
    <w:p>
      <w:r>
        <w:rPr>
          <w:b/>
        </w:rPr>
        <w:t xml:space="preserve">[1:03:46] </w:t>
      </w:r>
      <w:r>
        <w:t>ye hai ke daryaft ka naam hai joy, daryaft ka naam hai khushi.</w:t>
      </w:r>
    </w:p>
    <w:p>
      <w:pPr>
        <w:jc w:val="right"/>
      </w:pPr>
      <w:r>
        <w:t>ئے ہے کہ دریافت کا نام ہے joy, دریافت کا نام ہے خوشی۔</w:t>
      </w:r>
    </w:p>
    <w:p>
      <w:r>
        <w:rPr>
          <w:b/>
        </w:rPr>
        <w:t xml:space="preserve">[1:03:52] </w:t>
      </w:r>
      <w:r>
        <w:t>to in Allah, abhi hamare paas woh aankh nahi hai, woh dimagh nahi hai, woh durbin aur khurdbeen</w:t>
      </w:r>
    </w:p>
    <w:p>
      <w:pPr>
        <w:jc w:val="right"/>
      </w:pPr>
      <w:r>
        <w:t>تو ان اللہ، ابھی ہمارے پاس وہ آنکھ نہیں ہے، وہ دماغ نہیں ہے، وہ دوربین اور خردبین</w:t>
      </w:r>
    </w:p>
    <w:p>
      <w:r>
        <w:rPr>
          <w:b/>
        </w:rPr>
        <w:t xml:space="preserve">[1:03:58] </w:t>
      </w:r>
      <w:r>
        <w:t>nahi hai jis se hum Allah ko daryaft kar saken.</w:t>
      </w:r>
    </w:p>
    <w:p>
      <w:pPr>
        <w:jc w:val="right"/>
      </w:pPr>
      <w:r>
        <w:t>نہیں ہے جس سے ہم اللہ کو دریافت کر سکیں۔</w:t>
      </w:r>
    </w:p>
    <w:p>
      <w:r>
        <w:rPr>
          <w:b/>
        </w:rPr>
        <w:t xml:space="preserve">[1:04:04] </w:t>
      </w:r>
      <w:r>
        <w:t>wahan hi sab milega hum ko.</w:t>
      </w:r>
    </w:p>
    <w:p>
      <w:pPr>
        <w:jc w:val="right"/>
      </w:pPr>
      <w:r>
        <w:t>وہاں ہی سب ملے گا ہم کو۔</w:t>
      </w:r>
    </w:p>
    <w:p>
      <w:r>
        <w:rPr>
          <w:b/>
        </w:rPr>
        <w:t xml:space="preserve">[1:04:10] </w:t>
      </w:r>
      <w:r>
        <w:t>to abadtak hum isko daryaft karte rahenge, iske unlimited, iske attributes ko</w:t>
      </w:r>
    </w:p>
    <w:p>
      <w:pPr>
        <w:jc w:val="right"/>
      </w:pPr>
      <w:r>
        <w:t>تو ابد تک ہم اس کو دریافت کرتے رہیں گے، اس کے unlimited، اس کے attributes کو</w:t>
      </w:r>
    </w:p>
    <w:p>
      <w:r>
        <w:rPr>
          <w:b/>
        </w:rPr>
        <w:t xml:space="preserve">[1:04:16] </w:t>
      </w:r>
      <w:r>
        <w:t>۔ baqi jo mile ga woh to hum ko sirf samjhiye ke is liye mile ga ke hum Khuda ke mehman hain. warna jo objective hoga woh to yahi hoga. This question is from Mr. Hamidullah Hamid from Birwa, Kashmir. Kashmir mein dabba work ke beshumar imkanat ko explore karne ke liye ek</w:t>
      </w:r>
    </w:p>
    <w:p>
      <w:pPr>
        <w:jc w:val="right"/>
      </w:pPr>
      <w:r>
        <w:t>۔ باقی جو ملے گا وہ تو ہم کو صرف سمجھئے کہ اس لئے ملے گا کہ ہم خدا کے مہمان ہیں۔ ورنہ جو objective ہوگا وہ تو یہی ہوگا۔ This question is from Mr. Hamidullah Hamid from Birwa, Kashmir. کشمیر میں دابا ورک کے بے شمار امکانات کو explore کرنے کے لئے ایک</w:t>
      </w:r>
    </w:p>
    <w:p>
      <w:r>
        <w:rPr>
          <w:b/>
        </w:rPr>
        <w:t xml:space="preserve">[1:04:46] </w:t>
      </w:r>
      <w:r>
        <w:t>group sargami se kaam kar raha hai.</w:t>
      </w:r>
    </w:p>
    <w:p>
      <w:pPr>
        <w:jc w:val="right"/>
      </w:pPr>
      <w:r>
        <w:t>گروپ سرگرمی سے کام کر رہا ہے۔</w:t>
      </w:r>
    </w:p>
    <w:p>
      <w:r>
        <w:rPr>
          <w:b/>
        </w:rPr>
        <w:t xml:space="preserve">[1:04:51] </w:t>
      </w:r>
      <w:r>
        <w:t>lekin sab se bari rukawat wahan ke ulama aur deeni tanzeemein hain.</w:t>
      </w:r>
    </w:p>
    <w:p>
      <w:pPr>
        <w:jc w:val="right"/>
      </w:pPr>
      <w:r>
        <w:t>لیکن سب سے بڑی رکاوٹ وہاں کے علماء اور دینی تنظیمیں ہیں۔</w:t>
      </w:r>
    </w:p>
    <w:p>
      <w:r>
        <w:rPr>
          <w:b/>
        </w:rPr>
        <w:t xml:space="preserve">[1:04:56] </w:t>
      </w:r>
      <w:r>
        <w:t>baraye karam is silsile mein rehbari karen.</w:t>
      </w:r>
    </w:p>
    <w:p>
      <w:pPr>
        <w:jc w:val="right"/>
      </w:pPr>
      <w:r>
        <w:t>برائے کرم اس سلسلے میں رہبری کریں۔</w:t>
      </w:r>
    </w:p>
    <w:p>
      <w:r>
        <w:rPr>
          <w:b/>
        </w:rPr>
        <w:t xml:space="preserve">[1:05:01] </w:t>
      </w:r>
      <w:r>
        <w:t>dekhen, rukawat to har jagah hai aur rahegi.</w:t>
      </w:r>
    </w:p>
    <w:p>
      <w:pPr>
        <w:jc w:val="right"/>
      </w:pPr>
      <w:r>
        <w:t>دیکھیں، رکاوٹ تو ہر جگہ ہے اور رہے گی۔</w:t>
      </w:r>
    </w:p>
    <w:p>
      <w:r>
        <w:rPr>
          <w:b/>
        </w:rPr>
        <w:t xml:space="preserve">[1:05:06] </w:t>
      </w:r>
      <w:r>
        <w:t>Makkah Madinah bhi rukawaton se khali nahi hai.</w:t>
      </w:r>
    </w:p>
    <w:p>
      <w:pPr>
        <w:jc w:val="right"/>
      </w:pPr>
      <w:r>
        <w:t>مکہ مدینہ بھی رکاوٹوں سے خالی نہیں ہے۔</w:t>
      </w:r>
    </w:p>
    <w:p>
      <w:r>
        <w:rPr>
          <w:b/>
        </w:rPr>
        <w:t xml:space="preserve">[1:05:11] </w:t>
      </w:r>
      <w:r>
        <w:t>aap ko to yeh dekhna hai sirf ke formula jo hai Rasool Allah ne jo kiya tha aaj bhi</w:t>
      </w:r>
    </w:p>
    <w:p>
      <w:pPr>
        <w:jc w:val="right"/>
      </w:pPr>
      <w:r>
        <w:t>آپ کو تو یہ دیکھنا ہے صرف کہ فارمولا جو ہے رسول اللہ نے جو کیا تھا آج بھی</w:t>
      </w:r>
    </w:p>
    <w:p>
      <w:r>
        <w:rPr>
          <w:b/>
        </w:rPr>
        <w:t xml:space="preserve">[1:05:16] </w:t>
      </w:r>
      <w:r>
        <w:t>ke ignore the problem, avail the opportunities bas.</w:t>
      </w:r>
    </w:p>
    <w:p>
      <w:pPr>
        <w:jc w:val="right"/>
      </w:pPr>
      <w:r>
        <w:t>کہ ignore the problem, avail the opportunities بس۔</w:t>
      </w:r>
    </w:p>
    <w:p>
      <w:r>
        <w:rPr>
          <w:b/>
        </w:rPr>
        <w:t xml:space="preserve">[1:05:22] </w:t>
      </w:r>
      <w:r>
        <w:t>rukawatein kabhi khatm nahi hui hain, na khatm hongi.</w:t>
      </w:r>
    </w:p>
    <w:p>
      <w:pPr>
        <w:jc w:val="right"/>
      </w:pPr>
      <w:r>
        <w:t>رکاوٹیں کبھی ختم نہیں ہوئی ہیں، نہ ختم ہوں گی۔</w:t>
      </w:r>
    </w:p>
    <w:p>
      <w:r>
        <w:rPr>
          <w:b/>
        </w:rPr>
        <w:t xml:space="preserve">[1:05:28] </w:t>
      </w:r>
      <w:r>
        <w:t>abhi dekhen, ek Arab mulk mein hamare to qayamat ki chhupa hai jo bila woh itna jo easily</w:t>
      </w:r>
    </w:p>
    <w:p>
      <w:pPr>
        <w:jc w:val="right"/>
      </w:pPr>
      <w:r>
        <w:t>ابھی دیکھیں، ایک عرب ملک میں ہمارے تو قیامت کی چھپا ہے جو بلا وہ اتنا جو easily</w:t>
      </w:r>
    </w:p>
    <w:p>
      <w:r>
        <w:rPr>
          <w:b/>
        </w:rPr>
        <w:t xml:space="preserve">[1:05:34] </w:t>
      </w:r>
      <w:r>
        <w:t>understandable hai, bohat si is mein unki qualities hain.</w:t>
      </w:r>
    </w:p>
    <w:p>
      <w:pPr>
        <w:jc w:val="right"/>
      </w:pPr>
      <w:r>
        <w:t>understandable ہے، بہت سی اس میں ان کی qualities ہیں۔</w:t>
      </w:r>
    </w:p>
    <w:p>
      <w:r>
        <w:rPr>
          <w:b/>
        </w:rPr>
        <w:t xml:space="preserve">[1:05:41] </w:t>
      </w:r>
      <w:r>
        <w:t>ek shakhs ne mango</w:t>
      </w:r>
    </w:p>
    <w:p>
      <w:pPr>
        <w:jc w:val="right"/>
      </w:pPr>
      <w:r>
        <w:t>ایک شخص نے منگو</w:t>
      </w:r>
    </w:p>
    <w:p>
      <w:r>
        <w:rPr>
          <w:b/>
        </w:rPr>
        <w:t xml:space="preserve">[1:05:47] </w:t>
      </w:r>
      <w:r>
        <w:t>aya parcel karke, yahan se gaya.</w:t>
      </w:r>
    </w:p>
    <w:p>
      <w:pPr>
        <w:jc w:val="right"/>
      </w:pPr>
      <w:r>
        <w:t>ایا پارسل کر کے، یہاں سے گیا۔</w:t>
      </w:r>
    </w:p>
    <w:p>
      <w:r>
        <w:rPr>
          <w:b/>
        </w:rPr>
        <w:t xml:space="preserve">[1:05:50] </w:t>
      </w:r>
      <w:r>
        <w:t>wahan airport par isko check karke lota diya.</w:t>
      </w:r>
    </w:p>
    <w:p>
      <w:pPr>
        <w:jc w:val="right"/>
      </w:pPr>
      <w:r>
        <w:t>وہاں ایئرپورٹ پر اس کو چیک کر کے لوٹا دیا۔</w:t>
      </w:r>
    </w:p>
    <w:p>
      <w:r>
        <w:rPr>
          <w:b/>
        </w:rPr>
        <w:t xml:space="preserve">[1:05:54] </w:t>
      </w:r>
      <w:r>
        <w:t>kyun? is mein tax shamil nahi hai.</w:t>
      </w:r>
    </w:p>
    <w:p>
      <w:pPr>
        <w:jc w:val="right"/>
      </w:pPr>
      <w:r>
        <w:t>کیوں؟ اس میں ٹیکس شامل نہیں ہے۔</w:t>
      </w:r>
    </w:p>
    <w:p>
      <w:r>
        <w:rPr>
          <w:b/>
        </w:rPr>
        <w:t xml:space="preserve">[1:05:58] </w:t>
      </w:r>
      <w:r>
        <w:t>yeh to super museebat hai Arab mulkon mein.</w:t>
      </w:r>
    </w:p>
    <w:p>
      <w:pPr>
        <w:jc w:val="right"/>
      </w:pPr>
      <w:r>
        <w:t>یہ تو سپر مصیبت ہے عرب ممالک میں۔</w:t>
      </w:r>
    </w:p>
    <w:p>
      <w:r>
        <w:rPr>
          <w:b/>
        </w:rPr>
        <w:t xml:space="preserve">[1:06:02] </w:t>
      </w:r>
      <w:r>
        <w:t>Kashmir se barh kar hai yeh ke tax is mein shamil karo to woh dakhla denge.</w:t>
      </w:r>
    </w:p>
    <w:p>
      <w:pPr>
        <w:jc w:val="right"/>
      </w:pPr>
      <w:r>
        <w:t>کشمیر سے بڑھ کر ہے یہ کہ ٹیکس اس میں شامل کرو تو وہ داخلہ دیں گے۔</w:t>
      </w:r>
    </w:p>
    <w:p>
      <w:r>
        <w:rPr>
          <w:b/>
        </w:rPr>
        <w:t xml:space="preserve">[1:06:06] </w:t>
      </w:r>
      <w:r>
        <w:t>aur jab tax shamil karne ke baad jab dein kisi ko to kahenge, are yeh to aap</w:t>
      </w:r>
    </w:p>
    <w:p>
      <w:pPr>
        <w:jc w:val="right"/>
      </w:pPr>
      <w:r>
        <w:t>اور جب ٹیکس شامل کرنے کے بعد جب دیں کسی کو تو کہیں گے، ارے یہ تو آپ</w:t>
      </w:r>
    </w:p>
    <w:p>
      <w:r>
        <w:rPr>
          <w:b/>
        </w:rPr>
        <w:t xml:space="preserve">[1:06:09] </w:t>
      </w:r>
      <w:r>
        <w:t>de rahe hain ghair muslim ko, woh to be-hurmati karega.</w:t>
      </w:r>
    </w:p>
    <w:p>
      <w:pPr>
        <w:jc w:val="right"/>
      </w:pPr>
      <w:r>
        <w:t>دے رہے ہیں غیر مسلم کو، وہ تو بے حرمتی کرے گا۔</w:t>
      </w:r>
    </w:p>
    <w:p>
      <w:r>
        <w:rPr>
          <w:b/>
        </w:rPr>
        <w:t xml:space="preserve">[1:06:13] </w:t>
      </w:r>
      <w:r>
        <w:t>yeh double musibat hai Arab mumalik mein.</w:t>
      </w:r>
    </w:p>
    <w:p>
      <w:pPr>
        <w:jc w:val="right"/>
      </w:pPr>
      <w:r>
        <w:t>یہ double مصیبت ہے عرب ممالک میں۔</w:t>
      </w:r>
    </w:p>
    <w:p>
      <w:r>
        <w:rPr>
          <w:b/>
        </w:rPr>
        <w:t xml:space="preserve">[1:06:17] </w:t>
      </w:r>
      <w:r>
        <w:t>tax agar na ho, sirf transaction ho to fatwa hai ke woh to chhapa jaiz nahi hai. aur tax sabit kijiye to tab fatwa doosra rahe ga ke tum behurmati karwa rahe ho ghair Muslim ko de kar ke. to aap Kashmir mein jis masle ko keh rahe hain na, is se sau guna bara masla Arab mumalik mein hai jo Muslim mumalik hain. yeh mat samjhiye ke Kashmir mein masla hai. is wajah se masle ke bawajood jo m</w:t>
      </w:r>
    </w:p>
    <w:p>
      <w:pPr>
        <w:jc w:val="right"/>
      </w:pPr>
      <w:r>
        <w:t>ٹیکس اگر نہ ہو، صرف ٹرانزیکشن ہو تو فتویٰ ہے کہ وہ تو چھاپنا جائز نہیں ہے۔ اور ٹیکس ثابت کیجئے تو تب فتویٰ دوسرا رہے گا کہ تم بے حرمتی کروا رہے ہو غیر مسلم کو دے کر کے۔ تو آپ کشمیر میں جس مسئلے کو کہہ رہے ہیں نا، اس سے سو گنا بڑا مسئلہ عرب ممالک میں ہے جو مسلم ممالک ہیں۔ یہ مت سمجھئے کہ کشمیر میں مسئلہ ہے۔ اس وجہ سے مسئلے کے باوجود جو م</w:t>
      </w:r>
    </w:p>
    <w:p>
      <w:r>
        <w:rPr>
          <w:b/>
        </w:rPr>
        <w:t xml:space="preserve">[1:06:47] </w:t>
      </w:r>
      <w:r>
        <w:t>waqe hain, un ko explore kijiye aur un ko istemal kijiye.</w:t>
      </w:r>
    </w:p>
    <w:p>
      <w:pPr>
        <w:jc w:val="right"/>
      </w:pPr>
      <w:r>
        <w:t>واقع ہیں، ان کو explore کیجئے اور ان کو استعمال کیجئے۔</w:t>
      </w:r>
    </w:p>
    <w:p>
      <w:r>
        <w:rPr>
          <w:b/>
        </w:rPr>
        <w:t xml:space="preserve">[1:06:53] </w:t>
      </w:r>
      <w:r>
        <w:t>This question is from Dr.</w:t>
      </w:r>
    </w:p>
    <w:p>
      <w:pPr>
        <w:jc w:val="right"/>
      </w:pPr>
      <w:r>
        <w:t>This question is from Dr.</w:t>
      </w:r>
    </w:p>
    <w:p>
      <w:r>
        <w:rPr>
          <w:b/>
        </w:rPr>
        <w:t xml:space="preserve">[1:07:00] </w:t>
      </w:r>
      <w:r>
        <w:t>Aslam Khan from Saharanpur.</w:t>
      </w:r>
    </w:p>
    <w:p>
      <w:pPr>
        <w:jc w:val="right"/>
      </w:pPr>
      <w:r>
        <w:t>Aslam Khan from Saharanpur.</w:t>
      </w:r>
    </w:p>
    <w:p>
      <w:r>
        <w:rPr>
          <w:b/>
        </w:rPr>
        <w:t xml:space="preserve">[1:07:06] </w:t>
      </w:r>
      <w:r>
        <w:t>Maulana, today's talk was indeed very clear and inspirational.</w:t>
      </w:r>
    </w:p>
    <w:p>
      <w:pPr>
        <w:jc w:val="right"/>
      </w:pPr>
      <w:r>
        <w:t>مولانا، today's talk was indeed very clear and inspirational.</w:t>
      </w:r>
    </w:p>
    <w:p>
      <w:r>
        <w:rPr>
          <w:b/>
        </w:rPr>
        <w:t xml:space="preserve">[1:07:12] </w:t>
      </w:r>
      <w:r>
        <w:t>I would like to know what is the method of overcoming the element of doubt? Introspection, muhasba</w:t>
      </w:r>
    </w:p>
    <w:p>
      <w:pPr>
        <w:jc w:val="right"/>
      </w:pPr>
      <w:r>
        <w:t>I would like to know what is the method of overcoming the element of doubt? Introspection، محاسبہ</w:t>
      </w:r>
    </w:p>
    <w:p>
      <w:r>
        <w:rPr>
          <w:b/>
        </w:rPr>
        <w:t xml:space="preserve">[1:07:19] </w:t>
      </w:r>
      <w:r>
        <w:t>objective tor par sochna, sari condition ko tod kar ke sochna.</w:t>
      </w:r>
    </w:p>
    <w:p>
      <w:pPr>
        <w:jc w:val="right"/>
      </w:pPr>
      <w:r>
        <w:t>، objective طور پر سوچنا، ساری condition کو توڑ کر کے سوچنا۔</w:t>
      </w:r>
    </w:p>
    <w:p>
      <w:r>
        <w:rPr>
          <w:b/>
        </w:rPr>
        <w:t xml:space="preserve">[1:07:25] </w:t>
      </w:r>
      <w:r>
        <w:t>bas is ke baad sab kuch khul jata hai.</w:t>
      </w:r>
    </w:p>
    <w:p>
      <w:pPr>
        <w:jc w:val="right"/>
      </w:pPr>
      <w:r>
        <w:t>بس اس کے بعد سب کچھ کھل جاتا ہے۔</w:t>
      </w:r>
    </w:p>
    <w:p>
      <w:r>
        <w:rPr>
          <w:b/>
        </w:rPr>
        <w:t xml:space="preserve">[1:07:31] </w:t>
      </w:r>
      <w:r>
        <w:t>This question is from Mr.</w:t>
      </w:r>
    </w:p>
    <w:p>
      <w:pPr>
        <w:jc w:val="right"/>
      </w:pPr>
      <w:r>
        <w:t>This question is from Mr.</w:t>
      </w:r>
    </w:p>
    <w:p>
      <w:r>
        <w:rPr>
          <w:b/>
        </w:rPr>
        <w:t xml:space="preserve">[1:07:37] </w:t>
      </w:r>
      <w:r>
        <w:t>Adil from Hyderabad.</w:t>
      </w:r>
    </w:p>
    <w:p>
      <w:pPr>
        <w:jc w:val="right"/>
      </w:pPr>
      <w:r>
        <w:t>Adil from Hyderabad.</w:t>
      </w:r>
    </w:p>
    <w:p>
      <w:r>
        <w:rPr>
          <w:b/>
        </w:rPr>
        <w:t xml:space="preserve">[1:07:44] </w:t>
      </w:r>
      <w:r>
        <w:t>milawati deen mein se khalis deen ko janne ka kya tareeqa hona chahiye?</w:t>
      </w:r>
    </w:p>
    <w:p>
      <w:pPr>
        <w:jc w:val="right"/>
      </w:pPr>
      <w:r>
        <w:t>ملاوٹی دین میں سے خالص دین کو جاننے کا کیا طریقہ ہونا چاہیے؟</w:t>
      </w:r>
    </w:p>
    <w:p>
      <w:r>
        <w:rPr>
          <w:b/>
        </w:rPr>
        <w:t xml:space="preserve">[1:07:50] </w:t>
      </w:r>
      <w:r>
        <w:t>bas Quran se judge kijiye is ko.</w:t>
      </w:r>
    </w:p>
    <w:p>
      <w:pPr>
        <w:jc w:val="right"/>
      </w:pPr>
      <w:r>
        <w:t>بس قرآن سے judge کیجئے اس کو۔</w:t>
      </w:r>
    </w:p>
    <w:p>
      <w:r>
        <w:rPr>
          <w:b/>
        </w:rPr>
        <w:t xml:space="preserve">[1:07:55] </w:t>
      </w:r>
      <w:r>
        <w:t>kisi ne kya kaha hai, is ko ignore kijiye.</w:t>
      </w:r>
    </w:p>
    <w:p>
      <w:pPr>
        <w:jc w:val="right"/>
      </w:pPr>
      <w:r>
        <w:t>کسی نے کیا کہا ہے، اس کو ignore کیجئے۔</w:t>
      </w:r>
    </w:p>
    <w:p>
      <w:r>
        <w:rPr>
          <w:b/>
        </w:rPr>
        <w:t xml:space="preserve">[1:08:00] </w:t>
      </w:r>
      <w:r>
        <w:t>koi qat'i bara mana jata ho.</w:t>
      </w:r>
    </w:p>
    <w:p>
      <w:pPr>
        <w:jc w:val="right"/>
      </w:pPr>
      <w:r>
        <w:t>کوئی قطعی بڑا مانا جاتا ہو۔</w:t>
      </w:r>
    </w:p>
    <w:p>
      <w:r>
        <w:rPr>
          <w:b/>
        </w:rPr>
        <w:t xml:space="preserve">[1:08:05] </w:t>
      </w:r>
      <w:r>
        <w:t>jo Imam Abu Hanifa kehte the ke إِتُونِ الشَّعْبِ مِنْ كِتَابِ اللَّهِ عَلَىٰ التَّعَقُّلِ to aap Quran se judge kijiye.</w:t>
      </w:r>
    </w:p>
    <w:p>
      <w:pPr>
        <w:jc w:val="right"/>
      </w:pPr>
      <w:r>
        <w:t>جو امام ابو حنیفہ کہتے تھے کہ إِتُونِ الشَّعْبِ مِنْ كِتَابِ اللَّهِ عَلَىٰ التَّعَقُّلِ تو آپ قرآن سے judge کیجئے۔</w:t>
      </w:r>
    </w:p>
    <w:p>
      <w:r>
        <w:rPr>
          <w:b/>
        </w:rPr>
        <w:t xml:space="preserve">[1:08:10] </w:t>
      </w:r>
      <w:r>
        <w:t>kisi bhi qaul ko is liye na maan lijiye ke kisi ne kaha hai.</w:t>
      </w:r>
    </w:p>
    <w:p>
      <w:pPr>
        <w:jc w:val="right"/>
      </w:pPr>
      <w:r>
        <w:t>کسی بھی قول کو اس لئے نہ مان لیجئے کہ کسی نے کہا ہے۔</w:t>
      </w:r>
    </w:p>
    <w:p>
      <w:r>
        <w:rPr>
          <w:b/>
        </w:rPr>
        <w:t xml:space="preserve">[1:08:15] </w:t>
      </w:r>
      <w:r>
        <w:t>aap dekhen Quran</w:t>
      </w:r>
    </w:p>
    <w:p>
      <w:pPr>
        <w:jc w:val="right"/>
      </w:pPr>
      <w:r>
        <w:t>آپ دیکھیں قرآن</w:t>
      </w:r>
    </w:p>
    <w:p>
      <w:r>
        <w:rPr>
          <w:b/>
        </w:rPr>
        <w:t xml:space="preserve">[1:08:20] </w:t>
      </w:r>
      <w:r>
        <w:t>mein se kya nikalta hai.</w:t>
      </w:r>
    </w:p>
    <w:p>
      <w:pPr>
        <w:jc w:val="right"/>
      </w:pPr>
      <w:r>
        <w:t>میں سے کیا نکلتا ہے۔</w:t>
      </w:r>
    </w:p>
    <w:p>
      <w:r>
        <w:rPr>
          <w:b/>
        </w:rPr>
        <w:t xml:space="preserve">[1:08:25] </w:t>
      </w:r>
      <w:r>
        <w:t>bohat hi simple tareeqa hai, bohat simple.</w:t>
      </w:r>
    </w:p>
    <w:p>
      <w:pPr>
        <w:jc w:val="right"/>
      </w:pPr>
      <w:r>
        <w:t>بہت ہی simple طریقہ ہے، بہت simple۔</w:t>
      </w:r>
    </w:p>
    <w:p>
      <w:r>
        <w:rPr>
          <w:b/>
        </w:rPr>
        <w:t xml:space="preserve">[1:08:30] </w:t>
      </w:r>
      <w:r>
        <w:t>This question is from Mr.</w:t>
      </w:r>
    </w:p>
    <w:p>
      <w:pPr>
        <w:jc w:val="right"/>
      </w:pPr>
      <w:r>
        <w:t>This question is from Mr.</w:t>
      </w:r>
    </w:p>
    <w:p>
      <w:r>
        <w:rPr>
          <w:b/>
        </w:rPr>
        <w:t xml:space="preserve">[1:08:35] </w:t>
      </w:r>
      <w:r>
        <w:t>Masood Mazhar from Calcutta.</w:t>
      </w:r>
    </w:p>
    <w:p>
      <w:pPr>
        <w:jc w:val="right"/>
      </w:pPr>
      <w:r>
        <w:t>Masood Mazhar from Calcutta.</w:t>
      </w:r>
    </w:p>
    <w:p>
      <w:r>
        <w:rPr>
          <w:b/>
        </w:rPr>
        <w:t xml:space="preserve">[1:08:40] </w:t>
      </w:r>
      <w:r>
        <w:t>Maulana, jaisa ke aaj aap ne rethinking karne ke liye bataya aaj ke talk mein, I would like</w:t>
      </w:r>
    </w:p>
    <w:p>
      <w:pPr>
        <w:jc w:val="right"/>
      </w:pPr>
      <w:r>
        <w:t>مولانا، جیسا کہ آج آپ نے rethinking کرنے کے لئے بتایا آج کے talk میں، I would like</w:t>
      </w:r>
    </w:p>
    <w:p>
      <w:r>
        <w:rPr>
          <w:b/>
        </w:rPr>
        <w:t xml:space="preserve">[1:08:45] </w:t>
      </w:r>
      <w:r>
        <w:t>to know what is this rethinking. اس کو آپ تھوڑا elaborate کر کے بتائیں۔ Basically, r</w:t>
      </w:r>
    </w:p>
    <w:p>
      <w:pPr>
        <w:jc w:val="right"/>
      </w:pPr>
      <w:r>
        <w:t>to know what is this rethinking اس کو آپ تھوڑا elaborate کر کے بتائیں۔ Basically، r</w:t>
      </w:r>
    </w:p>
    <w:p>
      <w:r>
        <w:rPr>
          <w:b/>
        </w:rPr>
        <w:t xml:space="preserve">[1:08:50] </w:t>
      </w:r>
      <w:r>
        <w:t>ethinking hai apni condition ko todna, apni deconditioning. Rethinking hi ke liye doosra lafz hai deconditioning. kyunke aadmi dekhiye jeeta hai, dimagh mein bhari hui hain baatein, baseless baatein. is ka talluq na sachai se hai, na science se hai, na quran se hai, na hadith se hai. lekin mukhtalif asbab se dimagh bhar gaya hai. to ek jungle</w:t>
      </w:r>
    </w:p>
    <w:p>
      <w:pPr>
        <w:jc w:val="right"/>
      </w:pPr>
      <w:r>
        <w:t>ethinking ہے اپنی condition کو توڑنا، اپنی deconditioning۔ Rethinking ہی کے لئے دوسرا لفظ ہے deconditioning۔ کیونکہ آدمی دیکھئے جیتا ہے، دماغ میں بھری ہوئی ہیں باتیں، baseless باتیں۔ اس کا تعلق نہ سچائی سے ہے، نہ سائنس سے ہے، نہ قرآن سے ہے، نہ حدیث سے ہے۔ لیکن مختلف اسباب سے دماغ بھر گیا ہے۔ تو ایک جنگل</w:t>
      </w:r>
    </w:p>
    <w:p>
      <w:r>
        <w:rPr>
          <w:b/>
        </w:rPr>
        <w:t xml:space="preserve">[1:09:20] </w:t>
      </w:r>
      <w:r>
        <w:t>of thought mein aadmi jeeta hai.</w:t>
      </w:r>
    </w:p>
    <w:p>
      <w:pPr>
        <w:jc w:val="right"/>
      </w:pPr>
      <w:r>
        <w:t>of thought میں آدمی جیتا ہے۔</w:t>
      </w:r>
    </w:p>
    <w:p>
      <w:r>
        <w:rPr>
          <w:b/>
        </w:rPr>
        <w:t xml:space="preserve">[1:09:25] </w:t>
      </w:r>
      <w:r>
        <w:t>isi ko sort out karna, isi ki deconditioning karna, isi ka naam rethinking hai.</w:t>
      </w:r>
    </w:p>
    <w:p>
      <w:pPr>
        <w:jc w:val="right"/>
      </w:pPr>
      <w:r>
        <w:t>اسی کو sort out کرنا، اسی کی deconditioning کرنا، اسی کا نام rethinking ہے۔</w:t>
      </w:r>
    </w:p>
    <w:p>
      <w:r>
        <w:rPr>
          <w:b/>
        </w:rPr>
        <w:t xml:space="preserve">[1:09:30] </w:t>
      </w:r>
      <w:r>
        <w:t>This question is from Mr.</w:t>
      </w:r>
    </w:p>
    <w:p>
      <w:pPr>
        <w:jc w:val="right"/>
      </w:pPr>
      <w:r>
        <w:t>This question is from Mr.</w:t>
      </w:r>
    </w:p>
    <w:p>
      <w:r>
        <w:rPr>
          <w:b/>
        </w:rPr>
        <w:t xml:space="preserve">[1:09:35] </w:t>
      </w:r>
      <w:r>
        <w:t>Muhammad Owais Ahmed from Karin Nagar, Andhra Pradesh.</w:t>
      </w:r>
    </w:p>
    <w:p>
      <w:pPr>
        <w:jc w:val="right"/>
      </w:pPr>
      <w:r>
        <w:t>Muhammad Owais Ahmed from Karin Nagar, Andhra Pradesh.</w:t>
      </w:r>
    </w:p>
    <w:p>
      <w:r>
        <w:rPr>
          <w:b/>
        </w:rPr>
        <w:t xml:space="preserve">[1:09:40] </w:t>
      </w:r>
      <w:r>
        <w:t>Maulana, I want to do a comparative religious study course for dabba work.</w:t>
      </w:r>
    </w:p>
    <w:p>
      <w:pPr>
        <w:jc w:val="right"/>
      </w:pPr>
      <w:r>
        <w:t>مولانا، I want to do a comparative religious study course for dabba work.</w:t>
      </w:r>
    </w:p>
    <w:p>
      <w:r>
        <w:rPr>
          <w:b/>
        </w:rPr>
        <w:t xml:space="preserve">[1:09:45] </w:t>
      </w:r>
      <w:r>
        <w:t>Will it be helpful or sho</w:t>
      </w:r>
    </w:p>
    <w:p>
      <w:pPr>
        <w:jc w:val="right"/>
      </w:pPr>
      <w:r>
        <w:t>Will it be helpful or sho</w:t>
      </w:r>
    </w:p>
    <w:p>
      <w:r>
        <w:rPr>
          <w:b/>
        </w:rPr>
        <w:t xml:space="preserve">[1:09:50] </w:t>
      </w:r>
      <w:r>
        <w:t>uld I read only Islamic books?</w:t>
      </w:r>
    </w:p>
    <w:p>
      <w:pPr>
        <w:jc w:val="right"/>
      </w:pPr>
      <w:r>
        <w:t>uld I read only Islamic books?</w:t>
      </w:r>
    </w:p>
    <w:p>
      <w:r>
        <w:rPr>
          <w:b/>
        </w:rPr>
        <w:t xml:space="preserve">[1:09:54] </w:t>
      </w:r>
      <w:r>
        <w:t>dekhain, main is ko koi mufeed kaam nahi samajhta.</w:t>
      </w:r>
    </w:p>
    <w:p>
      <w:pPr>
        <w:jc w:val="right"/>
      </w:pPr>
      <w:r>
        <w:t>دیکھیں، میں اس کو کوئی مفید کام نہیں سمجھتا۔</w:t>
      </w:r>
    </w:p>
    <w:p>
      <w:r>
        <w:rPr>
          <w:b/>
        </w:rPr>
        <w:t xml:space="preserve">[1:09:58] </w:t>
      </w:r>
      <w:r>
        <w:t>Comparative study aik historical subject hai.</w:t>
      </w:r>
    </w:p>
    <w:p>
      <w:pPr>
        <w:jc w:val="right"/>
      </w:pPr>
      <w:r>
        <w:t>Comparative study ایک historical subject ہے۔</w:t>
      </w:r>
    </w:p>
    <w:p>
      <w:r>
        <w:rPr>
          <w:b/>
        </w:rPr>
        <w:t xml:space="preserve">[1:10:01] </w:t>
      </w:r>
      <w:r>
        <w:t>da'wat se is ka koi ta'alluq nahi hai.</w:t>
      </w:r>
    </w:p>
    <w:p>
      <w:pPr>
        <w:jc w:val="right"/>
      </w:pPr>
      <w:r>
        <w:t>دعوت سے اس کا کوئی تعلق نہیں ہے۔</w:t>
      </w:r>
    </w:p>
    <w:p>
      <w:r>
        <w:rPr>
          <w:b/>
        </w:rPr>
        <w:t xml:space="preserve">[1:10:05] </w:t>
      </w:r>
      <w:r>
        <w:t>Historical subject hai woh.</w:t>
      </w:r>
    </w:p>
    <w:p>
      <w:pPr>
        <w:jc w:val="right"/>
      </w:pPr>
      <w:r>
        <w:t>Historical subject ہے وہ۔</w:t>
      </w:r>
    </w:p>
    <w:p>
      <w:r>
        <w:rPr>
          <w:b/>
        </w:rPr>
        <w:t xml:space="preserve">[1:10:09] </w:t>
      </w:r>
      <w:r>
        <w:t>universityon mein kaam aye ga.</w:t>
      </w:r>
    </w:p>
    <w:p>
      <w:pPr>
        <w:jc w:val="right"/>
      </w:pPr>
      <w:r>
        <w:t>یونیورسٹیوں میں کام آئے گا۔</w:t>
      </w:r>
    </w:p>
    <w:p>
      <w:r>
        <w:rPr>
          <w:b/>
        </w:rPr>
        <w:t xml:space="preserve">[1:10:13] </w:t>
      </w:r>
      <w:r>
        <w:t>da'wat to seedhe seedhe Quran aur hadith mein jo baat hai woh bataiye bas, aur kuch nahi.</w:t>
      </w:r>
    </w:p>
    <w:p>
      <w:pPr>
        <w:jc w:val="right"/>
      </w:pPr>
      <w:r>
        <w:t>دعوت تو سیدھے سیدھے قرآن اور حدیث میں جو بات ہے وہ بتائیے بس، اور کچھ نہیں۔</w:t>
      </w:r>
    </w:p>
    <w:p>
      <w:r>
        <w:rPr>
          <w:b/>
        </w:rPr>
        <w:t xml:space="preserve">[1:10:16] </w:t>
      </w:r>
      <w:r>
        <w:t>logon ko Quran pahunchaiye, ras</w:t>
      </w:r>
    </w:p>
    <w:p>
      <w:pPr>
        <w:jc w:val="right"/>
      </w:pPr>
      <w:r>
        <w:t>لوگوں کو قرآن پہنچائیے، رس</w:t>
      </w:r>
    </w:p>
    <w:p>
      <w:r>
        <w:rPr>
          <w:b/>
        </w:rPr>
        <w:t xml:space="preserve">[1:10:20] </w:t>
      </w:r>
      <w:r>
        <w:t>ool Allah ki baatein pahunchaiye. seedhe seedhe bilkul. Compare kar ke batana jo hai, ek to chala hua hai, woh to debate hai, woh dawat nahi hai. aaj kal ek tareeqa chala hua hai, compare kar ke batana hai ke yeh galat hai, woh sahi hai, yeh galat hai, woh sahi hai. nahi. seedhe seedhe aap bataein ke quran ka yeh message hai jise hum ne ek to aap se aap ki ek creation plan of God, is mein koi is tarah ka taqabul nahi hai. seedhe seedhe hai ke qura</w:t>
      </w:r>
    </w:p>
    <w:p>
      <w:pPr>
        <w:jc w:val="right"/>
      </w:pPr>
      <w:r>
        <w:t>ول اللہ کی باتیں پہنچائیے۔ سیدھے سیدھے بالکل۔ Compare کر کے بتانا جو ہے، ایک تو چلا ہوا ہے، وہ تو debate ہے، وہ دعوت نہیں ہے۔ آج کل ایک طریقہ چلا ہوا ہے، compare کر کے بتانا ہے کہ یہ غلط ہے، وہ صحیح ہے، یہ غلط ہے، وہ صحیح ہے۔ نہیں۔ سیدھے سیدھے آپ بتائیں کہ قرآن کا یہ message ہے جسے ہم نے ایک تو آپ سے آپ کی ایک creation plan of God، اس میں کوئی اس طرح کا تقابل نہیں ہے۔ سیدھے سیدھے ہے کہ قرآ</w:t>
      </w:r>
    </w:p>
    <w:p>
      <w:r>
        <w:rPr>
          <w:b/>
        </w:rPr>
        <w:t xml:space="preserve">[1:10:50] </w:t>
      </w:r>
      <w:r>
        <w:t>n se kya nikalta hai ke Allah ne kyun paida kiya is duniya ko. is ko jo log padhte hain, bohat zyada un par is ka impact padta hai. to main is woh jo tareeqa hai, us ko debate samajhta hoon aur seedhe seedhe sachai ko batana, isi ko dawat samajhta hoon. This question is from Mr. Anwar Imam Ghazali from Patna. Can dab</w:t>
      </w:r>
    </w:p>
    <w:p>
      <w:pPr>
        <w:jc w:val="right"/>
      </w:pPr>
      <w:r>
        <w:t>ن سے کیا نکلتا ہے کہ اللہ نے کیوں پیدا کیا اس دنیا کو۔ اس کو جو لوگ پڑھتے ہیں، بہت زیادہ ان پر اس کا impact پڑتا ہے۔ تو میں اس وہ جو طریقہ ہے، اس کو debate سمجھتا ہوں اور سیدھے سیدھے سچائی کو بتانا، اسی کو دعوت سمجھتا ہوں۔ This question is from Mr. Anwar Imam Ghazali from Patna. Can dab</w:t>
      </w:r>
    </w:p>
    <w:p>
      <w:r>
        <w:rPr>
          <w:b/>
        </w:rPr>
        <w:t xml:space="preserve">[1:11:20] </w:t>
      </w:r>
      <w:r>
        <w:t>ba work be done on Muslims who are practically like non-Muslims? And I would also like to know if Talif-e-Qalb is meant only for people who are yet to embrace Islam. dekhen, dua work in sab logon ke liye hai jo sachai ke bare mein doubtful hon, chahe muslim hon ya non-muslim.</w:t>
      </w:r>
    </w:p>
    <w:p>
      <w:pPr>
        <w:jc w:val="right"/>
      </w:pPr>
      <w:r>
        <w:t>ba work be done on Muslims who are practically like non-Muslims? And I would also like to know if Talif-e-Qalb is meant only for people who are yet to embrace Islam. دیکھیں، دعا ورک ان سب لوگوں کے لئے ہے جو سچائی کے بارے میں doubtful ہوں، چاہے مسلم ہوں یا non-Muslim۔</w:t>
      </w:r>
    </w:p>
    <w:p>
      <w:r>
        <w:rPr>
          <w:b/>
        </w:rPr>
        <w:t xml:space="preserve">[1:11:50] </w:t>
      </w:r>
      <w:r>
        <w:t>jo log already mante hain, jo jo kaha jata hai deendar Musalman, un par jo kaam kare</w:t>
      </w:r>
    </w:p>
    <w:p>
      <w:pPr>
        <w:jc w:val="right"/>
      </w:pPr>
      <w:r>
        <w:t>جو لوگ already مانتے ہیں، جو جو کہا جاتا ہے دین دار مسلمان، ان پر جو کام کرے</w:t>
      </w:r>
    </w:p>
    <w:p>
      <w:r>
        <w:rPr>
          <w:b/>
        </w:rPr>
        <w:t xml:space="preserve">[1:11:56] </w:t>
      </w:r>
      <w:r>
        <w:t>ga, is ka naam islaah hoga.</w:t>
      </w:r>
    </w:p>
    <w:p>
      <w:pPr>
        <w:jc w:val="right"/>
      </w:pPr>
      <w:r>
        <w:t>گا، اس کا نام اصلاح ہوگا۔</w:t>
      </w:r>
    </w:p>
    <w:p>
      <w:r>
        <w:rPr>
          <w:b/>
        </w:rPr>
        <w:t xml:space="preserve">[1:12:03] </w:t>
      </w:r>
      <w:r>
        <w:t>aur jin ko doubt hai Islam par, chahe woh Muslim hon ya non-Muslim, un par jo aap kaam</w:t>
      </w:r>
    </w:p>
    <w:p>
      <w:pPr>
        <w:jc w:val="right"/>
      </w:pPr>
      <w:r>
        <w:t>اور جن کو doubt ہے اسلام پر، چاہے وہ مسلم ہوں یا non-Muslim، ان پر جو آپ کام</w:t>
      </w:r>
    </w:p>
    <w:p>
      <w:r>
        <w:rPr>
          <w:b/>
        </w:rPr>
        <w:t xml:space="preserve">[1:12:09] </w:t>
      </w:r>
      <w:r>
        <w:t>karenge, is ka naam hai da'wat.</w:t>
      </w:r>
    </w:p>
    <w:p>
      <w:pPr>
        <w:jc w:val="right"/>
      </w:pPr>
      <w:r>
        <w:t>کریں گے، اس کا نام ہے دعوت۔</w:t>
      </w:r>
    </w:p>
    <w:p>
      <w:r>
        <w:rPr>
          <w:b/>
        </w:rPr>
        <w:t xml:space="preserve">[1:12:15] </w:t>
      </w:r>
      <w:r>
        <w:t>So you have to differentiate between the two aur kya hai?</w:t>
      </w:r>
    </w:p>
    <w:p>
      <w:pPr>
        <w:jc w:val="right"/>
      </w:pPr>
      <w:r>
        <w:t>So you have to differentiate between the two اور کیا ہے؟</w:t>
      </w:r>
    </w:p>
    <w:p>
      <w:r>
        <w:rPr>
          <w:b/>
        </w:rPr>
        <w:t xml:space="preserve">[1:12:21] </w:t>
      </w:r>
      <w:r>
        <w:t>kya Talif-e-Qalb sirf unhi logon ke liye hain who are yet to embrace Islam?</w:t>
      </w:r>
    </w:p>
    <w:p>
      <w:pPr>
        <w:jc w:val="right"/>
      </w:pPr>
      <w:r>
        <w:t>کیا Talif-e-Qalb صرف انہی لوگوں کے لئے ہیں who are yet to embrace Islam?</w:t>
      </w:r>
    </w:p>
    <w:p>
      <w:r>
        <w:rPr>
          <w:b/>
        </w:rPr>
        <w:t xml:space="preserve">[1:12:27] </w:t>
      </w:r>
      <w:r>
        <w:t>dekhain, Talif-e-Qalb jo hai, jo kitaab o sabit hota hai, woh non-Muslim aur non-Muslim dono ke liye hai.</w:t>
      </w:r>
    </w:p>
    <w:p>
      <w:pPr>
        <w:jc w:val="right"/>
      </w:pPr>
      <w:r>
        <w:t>دیکھیں، Talif-e-Qalb جو ہے، جو کتاب و ثابت ہوتا ہے، وہ non-Muslim اور non-Muslim دونوں کے لئے ہے۔</w:t>
      </w:r>
    </w:p>
    <w:p>
      <w:r>
        <w:rPr>
          <w:b/>
        </w:rPr>
        <w:t xml:space="preserve">[1:12:32] </w:t>
      </w:r>
      <w:r>
        <w:t>non-Muslim ko taqwiyat ke liye aur non-Muslim ko dil mein saaf kaanr lane ke liye.</w:t>
      </w:r>
    </w:p>
    <w:p>
      <w:pPr>
        <w:jc w:val="right"/>
      </w:pPr>
      <w:r>
        <w:t>non-Muslim کو تقویت کے لئے اور non-Muslim کو دل میں صاف کانڑ لانے کے لئے۔</w:t>
      </w:r>
    </w:p>
    <w:p>
      <w:r>
        <w:rPr>
          <w:b/>
        </w:rPr>
        <w:t xml:space="preserve">[1:12:37] </w:t>
      </w:r>
      <w:r>
        <w:t>to yeh sabit hota hai ke Rasool Allah Sal Allahu Alaihi Wasallam ke zamane mein in dono ke</w:t>
      </w:r>
    </w:p>
    <w:p>
      <w:pPr>
        <w:jc w:val="right"/>
      </w:pPr>
      <w:r>
        <w:t>تو یہ ثابت ہوتا ہے کہ رسول اللہ صلی اللہ علیہ وسلم کے زمانے میں ان دونوں کے</w:t>
      </w:r>
    </w:p>
    <w:p>
      <w:r>
        <w:rPr>
          <w:b/>
        </w:rPr>
        <w:t xml:space="preserve">[1:12:43] </w:t>
      </w:r>
      <w:r>
        <w:t>liye Talif-e-Qalb ka kaam kiya gaya.</w:t>
      </w:r>
    </w:p>
    <w:p>
      <w:pPr>
        <w:jc w:val="right"/>
      </w:pPr>
      <w:r>
        <w:t>لئے Talif-e-Qalb کا کام کیا گیا۔</w:t>
      </w:r>
    </w:p>
    <w:p>
      <w:r>
        <w:rPr>
          <w:b/>
        </w:rPr>
        <w:t xml:space="preserve">[1:12:48] </w:t>
      </w:r>
      <w:r>
        <w:t>yani Muslim ke liye bhi aur non</w:t>
      </w:r>
    </w:p>
    <w:p>
      <w:pPr>
        <w:jc w:val="right"/>
      </w:pPr>
      <w:r>
        <w:t>یعنی مسلم کے لئے بھی اور non</w:t>
      </w:r>
    </w:p>
    <w:p>
      <w:r>
        <w:rPr>
          <w:b/>
        </w:rPr>
        <w:t xml:space="preserve">[1:12:53] </w:t>
      </w:r>
      <w:r>
        <w:t>-Muslim ke liye bhi aur non-Muslim ke liye, jo naye naye abhi aaye the.</w:t>
      </w:r>
    </w:p>
    <w:p>
      <w:pPr>
        <w:jc w:val="right"/>
      </w:pPr>
      <w:r>
        <w:t>-Muslim کے لئے بھی اور non-Muslim کے لئے، جو نئے نئے ابھی آئے تھے۔</w:t>
      </w:r>
    </w:p>
    <w:p>
      <w:r>
        <w:rPr>
          <w:b/>
        </w:rPr>
        <w:t xml:space="preserve">[1:12:58] </w:t>
      </w:r>
      <w:r>
        <w:t>This question is from Mr.</w:t>
      </w:r>
    </w:p>
    <w:p>
      <w:pPr>
        <w:jc w:val="right"/>
      </w:pPr>
      <w:r>
        <w:t>This question is from Mr.</w:t>
      </w:r>
    </w:p>
    <w:p>
      <w:r>
        <w:rPr>
          <w:b/>
        </w:rPr>
        <w:t xml:space="preserve">[1:13:03] </w:t>
      </w:r>
      <w:r>
        <w:t>Muhammad Zameer from Nagpur.</w:t>
      </w:r>
    </w:p>
    <w:p>
      <w:pPr>
        <w:jc w:val="right"/>
      </w:pPr>
      <w:r>
        <w:t>Muhammad Zameer from Nagpur.</w:t>
      </w:r>
    </w:p>
    <w:p>
      <w:r>
        <w:rPr>
          <w:b/>
        </w:rPr>
        <w:t xml:space="preserve">[1:13:09] </w:t>
      </w:r>
      <w:r>
        <w:t>Haq ki be-amez dawat ka matlab kya hai? Qaumi is se alag kar ke aap ko batana.</w:t>
      </w:r>
    </w:p>
    <w:p>
      <w:pPr>
        <w:jc w:val="right"/>
      </w:pPr>
      <w:r>
        <w:t>حق کی بے آمیز دعوت کا مطلب کیا ہے؟ قومی اس سے الگ کر کے آپ کو بتانا۔</w:t>
      </w:r>
    </w:p>
    <w:p>
      <w:r>
        <w:rPr>
          <w:b/>
        </w:rPr>
        <w:t xml:space="preserve">[1:13:14] </w:t>
      </w:r>
      <w:r>
        <w:t>Aaj kal kya hai, Musalman jo hai, jis nizaam ko pesh karte hain, us mein qaumi baat mili rehti hai.</w:t>
      </w:r>
    </w:p>
    <w:p>
      <w:pPr>
        <w:jc w:val="right"/>
      </w:pPr>
      <w:r>
        <w:t>آج کل کیا ہے، مسلمان جو ہے، جس نظام کو پیش کرتے ہیں، اس میں قومی بات ملی رہتی ہے۔</w:t>
      </w:r>
    </w:p>
    <w:p>
      <w:r>
        <w:rPr>
          <w:b/>
        </w:rPr>
        <w:t xml:space="preserve">[1:13:19] </w:t>
      </w:r>
      <w:r>
        <w:t>Misalan yeh bhi shikayat shamil</w:t>
      </w:r>
    </w:p>
    <w:p>
      <w:pPr>
        <w:jc w:val="right"/>
      </w:pPr>
      <w:r>
        <w:t>مثلاً یہ بھی شکایت شامل</w:t>
      </w:r>
    </w:p>
    <w:p>
      <w:r>
        <w:rPr>
          <w:b/>
        </w:rPr>
        <w:t xml:space="preserve">[1:13:24] </w:t>
      </w:r>
      <w:r>
        <w:t>rehti hai ke tum kyun zulm karte ho, ke tum kyun kharab mulk par bombari karte ho, tum</w:t>
      </w:r>
    </w:p>
    <w:p>
      <w:pPr>
        <w:jc w:val="right"/>
      </w:pPr>
      <w:r>
        <w:t>رہے گی کہ تم کیوں ظلم کرتے ہو، کہ تم کیوں خراب ملک پر بمباری کرتے ہو، تم</w:t>
      </w:r>
    </w:p>
    <w:p>
      <w:r>
        <w:rPr>
          <w:b/>
        </w:rPr>
        <w:t xml:space="preserve">[1:13:28] </w:t>
      </w:r>
      <w:r>
        <w:t>kyun hamare saath na-insaafi karte ho.</w:t>
      </w:r>
    </w:p>
    <w:p>
      <w:pPr>
        <w:jc w:val="right"/>
      </w:pPr>
      <w:r>
        <w:t>کیوں ہمارے ساتھ ناانصافی کرتے ہو۔</w:t>
      </w:r>
    </w:p>
    <w:p>
      <w:r>
        <w:rPr>
          <w:b/>
        </w:rPr>
        <w:t xml:space="preserve">[1:13:32] </w:t>
      </w:r>
      <w:r>
        <w:t>Is ko bhi shamil kar denge dawat mein.</w:t>
      </w:r>
    </w:p>
    <w:p>
      <w:pPr>
        <w:jc w:val="right"/>
      </w:pPr>
      <w:r>
        <w:t>اس کو بھی شامل کر دیں گے دعوت میں۔</w:t>
      </w:r>
    </w:p>
    <w:p>
      <w:r>
        <w:rPr>
          <w:b/>
        </w:rPr>
        <w:t xml:space="preserve">[1:13:37] </w:t>
      </w:r>
      <w:r>
        <w:t>Yeh milana ho jata hai.</w:t>
      </w:r>
    </w:p>
    <w:p>
      <w:pPr>
        <w:jc w:val="right"/>
      </w:pPr>
      <w:r>
        <w:t>یہ ملانا ہو جاتا ہے۔</w:t>
      </w:r>
    </w:p>
    <w:p>
      <w:r>
        <w:rPr>
          <w:b/>
        </w:rPr>
        <w:t xml:space="preserve">[1:13:41] </w:t>
      </w:r>
      <w:r>
        <w:t>Toh aap saari qaumi jo pehlu hain, qaumi shikayatein, qaumi mafad, qaumi interest, un sab se alag kar</w:t>
      </w:r>
    </w:p>
    <w:p>
      <w:pPr>
        <w:jc w:val="right"/>
      </w:pPr>
      <w:r>
        <w:t>تو آپ ساری قومی جو پہلو ہیں، قومی شکایتیں، قومی مفاد، قومی interest، ان سب سے الگ کر</w:t>
      </w:r>
    </w:p>
    <w:p>
      <w:r>
        <w:rPr>
          <w:b/>
        </w:rPr>
        <w:t xml:space="preserve">[1:13:45] </w:t>
      </w:r>
      <w:r>
        <w:t>ke ke sirf sachai ko bataein.</w:t>
      </w:r>
    </w:p>
    <w:p>
      <w:pPr>
        <w:jc w:val="right"/>
      </w:pPr>
      <w:r>
        <w:t>کے کہ صرف سچائی کو بتائیں۔</w:t>
      </w:r>
    </w:p>
    <w:p>
      <w:r>
        <w:rPr>
          <w:b/>
        </w:rPr>
        <w:t xml:space="preserve">[1:13:50] </w:t>
      </w:r>
      <w:r>
        <w:t>Bas aap qaumi mamlaat hain, woh aap jaaniye.</w:t>
      </w:r>
    </w:p>
    <w:p>
      <w:pPr>
        <w:jc w:val="right"/>
      </w:pPr>
      <w:r>
        <w:t>بس آپ قومی معاملات ہیں، وہ آپ جانیے۔</w:t>
      </w:r>
    </w:p>
    <w:p>
      <w:r>
        <w:rPr>
          <w:b/>
        </w:rPr>
        <w:t xml:space="preserve">[1:13:54] </w:t>
      </w:r>
      <w:r>
        <w:t>Is ka dawat se koi ta'alluq nahi hai.</w:t>
      </w:r>
    </w:p>
    <w:p>
      <w:pPr>
        <w:jc w:val="right"/>
      </w:pPr>
      <w:r>
        <w:t>اس کا دعوت سے کوئی تعلق نہیں ہے۔</w:t>
      </w:r>
    </w:p>
    <w:p>
      <w:r>
        <w:rPr>
          <w:b/>
        </w:rPr>
        <w:t xml:space="preserve">[1:14:02] </w:t>
      </w:r>
      <w:r>
        <w:t>Jitne bhi hain jo dawat ka naam lete hain, woh sab is mein shamil kiye rehte hain.</w:t>
      </w:r>
    </w:p>
    <w:p>
      <w:pPr>
        <w:jc w:val="right"/>
      </w:pPr>
      <w:r>
        <w:t>جتنے بھی ہیں جو دعوت کا نام لیتے ہیں، وہ سب اس میں شامل کیے رہتے ہیں۔</w:t>
      </w:r>
    </w:p>
    <w:p>
      <w:r>
        <w:rPr>
          <w:b/>
        </w:rPr>
        <w:t xml:space="preserve">[1:14:10] </w:t>
      </w:r>
      <w:r>
        <w:t>Qaumi shikayaton ko, qaumi mutalbat ko, qaumi interest ko, main poore tareeqe se yaqeen ke saath keh sakta</w:t>
      </w:r>
    </w:p>
    <w:p>
      <w:pPr>
        <w:jc w:val="right"/>
      </w:pPr>
      <w:r>
        <w:t>قومی شکایتوں کو، قومی مطالبات کو، قومی interest کو، میں پورے طریقے سے یقین کے ساتھ کہہ سکتا</w:t>
      </w:r>
    </w:p>
    <w:p>
      <w:r>
        <w:rPr>
          <w:b/>
        </w:rPr>
        <w:t xml:space="preserve">[1:14:18] </w:t>
      </w:r>
      <w:r>
        <w:t>hoon ke qaumi work, mili work, political work, yeh sab jitni cheezein hain, reservation ki baatein,</w:t>
      </w:r>
    </w:p>
    <w:p>
      <w:pPr>
        <w:jc w:val="right"/>
      </w:pPr>
      <w:r>
        <w:t>ہوں کہ قومی work، ملی work، political work، یہ سب جتنی چیزیں ہیں، reservation کی باتیں،</w:t>
      </w:r>
    </w:p>
    <w:p>
      <w:r>
        <w:rPr>
          <w:b/>
        </w:rPr>
        <w:t xml:space="preserve">[1:14:25] </w:t>
      </w:r>
      <w:r>
        <w:t>huqooq ka mutalba, yeh sab milane ka naam amez karna hai.</w:t>
      </w:r>
    </w:p>
    <w:p>
      <w:pPr>
        <w:jc w:val="right"/>
      </w:pPr>
      <w:r>
        <w:t>حقوق کا مطالبہ، یہ سب ملانے کا نام آمیز کرنا ہے۔</w:t>
      </w:r>
    </w:p>
    <w:p>
      <w:r>
        <w:rPr>
          <w:b/>
        </w:rPr>
        <w:t xml:space="preserve">[1:14:32] </w:t>
      </w:r>
      <w:r>
        <w:t>Woh dawat nahi rehti, phir woh qaumi baat ban jati hai.</w:t>
      </w:r>
    </w:p>
    <w:p>
      <w:pPr>
        <w:jc w:val="right"/>
      </w:pPr>
      <w:r>
        <w:t>وہ دعوت نہیں رہتی، پھر وہ قومی بات بن جاتی ہے۔</w:t>
      </w:r>
    </w:p>
    <w:p>
      <w:r>
        <w:rPr>
          <w:b/>
        </w:rPr>
        <w:t xml:space="preserve">[1:14:38] </w:t>
      </w:r>
      <w:r>
        <w:t>This question is from Mr.</w:t>
      </w:r>
    </w:p>
    <w:p>
      <w:pPr>
        <w:jc w:val="right"/>
      </w:pPr>
      <w:r>
        <w:t>This question is from Mr.</w:t>
      </w:r>
    </w:p>
    <w:p>
      <w:r>
        <w:rPr>
          <w:b/>
        </w:rPr>
        <w:t xml:space="preserve">[1:14:44] </w:t>
      </w:r>
      <w:r>
        <w:t>Zeeshan Yusuf from Delhi.</w:t>
      </w:r>
    </w:p>
    <w:p>
      <w:pPr>
        <w:jc w:val="right"/>
      </w:pPr>
      <w:r>
        <w:t>Zeeshan Yusuf from Delhi.</w:t>
      </w:r>
    </w:p>
    <w:p>
      <w:r>
        <w:rPr>
          <w:b/>
        </w:rPr>
        <w:t xml:space="preserve">[1:14:51] </w:t>
      </w:r>
      <w:r>
        <w:t>How should I deal with this situation when I am offered prashad by idol worshippers?</w:t>
      </w:r>
    </w:p>
    <w:p>
      <w:pPr>
        <w:jc w:val="right"/>
      </w:pPr>
      <w:r>
        <w:t>How should I deal with this situation when I am offered prashad by idol worshippers?</w:t>
      </w:r>
    </w:p>
    <w:p>
      <w:r>
        <w:rPr>
          <w:b/>
        </w:rPr>
        <w:t xml:space="preserve">[1:14:57] </w:t>
      </w:r>
      <w:r>
        <w:t>Prashad? Prashad? In ko sood samajh kar le lijiye, in ko lijiye toh sawab milega aap ko,</w:t>
      </w:r>
    </w:p>
    <w:p>
      <w:pPr>
        <w:jc w:val="right"/>
      </w:pPr>
      <w:r>
        <w:t>Prashad؟ Prashad؟ ان کو سود سمجھ کر لے لیجئے، ان کو لیجئے تو ثواب ملے گا آپ کو،</w:t>
      </w:r>
    </w:p>
    <w:p>
      <w:r>
        <w:rPr>
          <w:b/>
        </w:rPr>
        <w:t xml:space="preserve">[1:15:05] </w:t>
      </w:r>
      <w:r>
        <w:t>kyun ke woh Talif-e-Qalb hai, woh toh.</w:t>
      </w:r>
    </w:p>
    <w:p>
      <w:pPr>
        <w:jc w:val="right"/>
      </w:pPr>
      <w:r>
        <w:t>کیونکہ وہ Talif-e-Qalb ہے، وہ تو۔</w:t>
      </w:r>
    </w:p>
    <w:p>
      <w:r>
        <w:rPr>
          <w:b/>
        </w:rPr>
        <w:t xml:space="preserve">[1:15:12] </w:t>
      </w:r>
      <w:r>
        <w:t>Yeh bohat galat tasawwur Musalmanon mein bhara hua hai ke prashad kahan se nikla hai, ab kahan se nikla hai.</w:t>
      </w:r>
    </w:p>
    <w:p>
      <w:pPr>
        <w:jc w:val="right"/>
      </w:pPr>
      <w:r>
        <w:t>یہ بہت غلط تصور مسلمانوں میں بھرا ہوا ہے کہ prashad کہاں سے نکلا ہے، اب کہاں سے نکلا ہے۔</w:t>
      </w:r>
    </w:p>
    <w:p>
      <w:r>
        <w:rPr>
          <w:b/>
        </w:rPr>
        <w:t xml:space="preserve">[1:15:20] </w:t>
      </w:r>
      <w:r>
        <w:t>Qur'an mein jo hai, woh toh non-vegetarian ke liye hai, woh zibha jo kiya gaya hai mushrikana</w:t>
      </w:r>
    </w:p>
    <w:p>
      <w:pPr>
        <w:jc w:val="right"/>
      </w:pPr>
      <w:r>
        <w:t>قرآن میں جو ہے، وہ تو non-vegetarian کے لئے ہے، وہ ذبیحہ جو کیا گیا ہے مشرکانہ</w:t>
      </w:r>
    </w:p>
    <w:p>
      <w:r>
        <w:rPr>
          <w:b/>
        </w:rPr>
        <w:t xml:space="preserve">[1:15:27] </w:t>
      </w:r>
      <w:r>
        <w:t>thano par, un ke buton ke naam par, buton ke naam par jo zabah kiya gaya, us ke bare mein.</w:t>
      </w:r>
    </w:p>
    <w:p>
      <w:pPr>
        <w:jc w:val="right"/>
      </w:pPr>
      <w:r>
        <w:t>تھانوں پر، ان کے بتوں کے نام پر، بتوں کے نام پر جو ذبح کیا گیا، اس کے بارے میں۔</w:t>
      </w:r>
    </w:p>
    <w:p>
      <w:r>
        <w:rPr>
          <w:b/>
        </w:rPr>
        <w:t xml:space="preserve">[1:15:33] </w:t>
      </w:r>
      <w:r>
        <w:t>yeh prashad kahan se nikla hai, is mein.</w:t>
      </w:r>
    </w:p>
    <w:p>
      <w:pPr>
        <w:jc w:val="right"/>
      </w:pPr>
      <w:r>
        <w:t>یہ prashad کہاں سے نکلا ہے، اس میں۔</w:t>
      </w:r>
    </w:p>
    <w:p>
      <w:r>
        <w:rPr>
          <w:b/>
        </w:rPr>
        <w:t xml:space="preserve">[1:15:38] </w:t>
      </w:r>
      <w:r>
        <w:t>yani vegetarian jo hai, woh to hai hi nahin is mein shamil.</w:t>
      </w:r>
    </w:p>
    <w:p>
      <w:pPr>
        <w:jc w:val="right"/>
      </w:pPr>
      <w:r>
        <w:t>یعنی vegetarian جو ہے، وہ تو ہے ہی نہیں اس میں شامل۔</w:t>
      </w:r>
    </w:p>
    <w:p>
      <w:r>
        <w:rPr>
          <w:b/>
        </w:rPr>
        <w:t xml:space="preserve">[1:15:43] </w:t>
      </w:r>
      <w:r>
        <w:t>woh to sirf simply khana hai, le lijiye aap.</w:t>
      </w:r>
    </w:p>
    <w:p>
      <w:pPr>
        <w:jc w:val="right"/>
      </w:pPr>
      <w:r>
        <w:t>وہ تو صرف simply کھانا ہے، لے لیجئے آپ۔</w:t>
      </w:r>
    </w:p>
    <w:p>
      <w:r>
        <w:rPr>
          <w:b/>
        </w:rPr>
        <w:t xml:space="preserve">[1:15:48] </w:t>
      </w:r>
      <w:r>
        <w:t>beh-haal, main zaati taur par bilkul galat samajhta hoon ke prashad ke bare mein samjha jaye ke woh</w:t>
      </w:r>
    </w:p>
    <w:p>
      <w:pPr>
        <w:jc w:val="right"/>
      </w:pPr>
      <w:r>
        <w:t>بہرحال، میں ذاتی طور پر بالکل غلط سمجھتا ہوں کہ prashad کے بارے میں سمجھا جائے کہ وہ</w:t>
      </w:r>
    </w:p>
    <w:p>
      <w:r>
        <w:rPr>
          <w:b/>
        </w:rPr>
        <w:t xml:space="preserve">[1:15:53] </w:t>
      </w:r>
      <w:r>
        <w:t>nahin lena hai, is ko.</w:t>
      </w:r>
    </w:p>
    <w:p>
      <w:pPr>
        <w:jc w:val="right"/>
      </w:pPr>
      <w:r>
        <w:t>نہیں لینا ہے، اس کو۔</w:t>
      </w:r>
    </w:p>
    <w:p>
      <w:r>
        <w:rPr>
          <w:b/>
        </w:rPr>
        <w:t xml:space="preserve">[1:15:58] </w:t>
      </w:r>
      <w:r>
        <w:t>is par ikhtilaf karte hue wa ma zuubaha 'alan-nusubi is se koi talluq is ka nahin hai.</w:t>
      </w:r>
    </w:p>
    <w:p>
      <w:pPr>
        <w:jc w:val="right"/>
      </w:pPr>
      <w:r>
        <w:t>اس پر اختلاف کرتے ہوئے وَمَا ذُوْبَهَ عَلَى النُّسُبِ اس سے کوئی تعلق اس کا نہیں ہے۔</w:t>
      </w:r>
    </w:p>
    <w:p>
      <w:r>
        <w:rPr>
          <w:b/>
        </w:rPr>
        <w:t xml:space="preserve">[1:16:03] </w:t>
      </w:r>
      <w:r>
        <w:t>This question is from Mr.</w:t>
      </w:r>
    </w:p>
    <w:p>
      <w:pPr>
        <w:jc w:val="right"/>
      </w:pPr>
      <w:r>
        <w:t>This question is from Mr.</w:t>
      </w:r>
    </w:p>
    <w:p>
      <w:r>
        <w:rPr>
          <w:b/>
        </w:rPr>
        <w:t xml:space="preserve">[1:16:07] </w:t>
      </w:r>
      <w:r>
        <w:t>Fazleh Karim from Gurgaon.</w:t>
      </w:r>
    </w:p>
    <w:p>
      <w:pPr>
        <w:jc w:val="right"/>
      </w:pPr>
      <w:r>
        <w:t>Fazleh Karim from Gurgaon.</w:t>
      </w:r>
    </w:p>
    <w:p>
      <w:r>
        <w:rPr>
          <w:b/>
        </w:rPr>
        <w:t xml:space="preserve">[1:16:11] </w:t>
      </w:r>
      <w:r>
        <w:t>Should a Muslim have a TV in home or not?</w:t>
      </w:r>
    </w:p>
    <w:p>
      <w:pPr>
        <w:jc w:val="right"/>
      </w:pPr>
      <w:r>
        <w:t>Should a Muslim have a TV in home or not?</w:t>
      </w:r>
    </w:p>
    <w:p>
      <w:r>
        <w:rPr>
          <w:b/>
        </w:rPr>
        <w:t xml:space="preserve">[1:16:15] </w:t>
      </w:r>
      <w:r>
        <w:t>Kindly tell me.</w:t>
      </w:r>
    </w:p>
    <w:p>
      <w:pPr>
        <w:jc w:val="right"/>
      </w:pPr>
      <w:r>
        <w:t>Kindly tell me.</w:t>
      </w:r>
    </w:p>
    <w:p>
      <w:r>
        <w:rPr>
          <w:b/>
        </w:rPr>
        <w:t xml:space="preserve">[1:16:19] </w:t>
      </w:r>
      <w:r>
        <w:t>dekhen, yeh sab sawal nahin hai.</w:t>
      </w:r>
    </w:p>
    <w:p>
      <w:pPr>
        <w:jc w:val="right"/>
      </w:pPr>
      <w:r>
        <w:t>دیکھیں، یہ سب سوال نہیں ہے۔</w:t>
      </w:r>
    </w:p>
    <w:p>
      <w:r>
        <w:rPr>
          <w:b/>
        </w:rPr>
        <w:t xml:space="preserve">[1:16:23] </w:t>
      </w:r>
      <w:r>
        <w:t>yeh sab sawal nahin hai.</w:t>
      </w:r>
    </w:p>
    <w:p>
      <w:pPr>
        <w:jc w:val="right"/>
      </w:pPr>
      <w:r>
        <w:t>یہ سب سوال نہیں ہے۔</w:t>
      </w:r>
    </w:p>
    <w:p>
      <w:r>
        <w:rPr>
          <w:b/>
        </w:rPr>
        <w:t xml:space="preserve">[1:16:27] </w:t>
      </w:r>
      <w:r>
        <w:t>yeh is par jo log fatwe dete hain, woh wahan makana fatwe dete hain.</w:t>
      </w:r>
    </w:p>
    <w:p>
      <w:pPr>
        <w:jc w:val="right"/>
      </w:pPr>
      <w:r>
        <w:t>یہ اس پر جو لوگ فتوے دیتے ہیں، وہ وہاں مکانہ فتوے دیتے ہیں۔</w:t>
      </w:r>
    </w:p>
    <w:p>
      <w:r>
        <w:rPr>
          <w:b/>
        </w:rPr>
        <w:t xml:space="preserve">[1:16:31] </w:t>
      </w:r>
      <w:r>
        <w:t>yeh koi sawal ki baat nahin hai.</w:t>
      </w:r>
    </w:p>
    <w:p>
      <w:pPr>
        <w:jc w:val="right"/>
      </w:pPr>
      <w:r>
        <w:t>یہ کوئی سوال کی بات نہیں ہے۔</w:t>
      </w:r>
    </w:p>
    <w:p>
      <w:r>
        <w:rPr>
          <w:b/>
        </w:rPr>
        <w:t xml:space="preserve">[1:16:35] </w:t>
      </w:r>
      <w:r>
        <w:t>Maulana, in ka doosra sawal yeh hai ke aap batayein ke qabr ka azaab kya hai? Dekhen, qabr</w:t>
      </w:r>
    </w:p>
    <w:p>
      <w:pPr>
        <w:jc w:val="right"/>
      </w:pPr>
      <w:r>
        <w:t>مولانا، ان کا دوسرا سوال یہ ہے کہ آپ بتائیں کہ قبر کا عذاب کیا ہے؟ دیکھیں، قبر</w:t>
      </w:r>
    </w:p>
    <w:p>
      <w:r>
        <w:rPr>
          <w:b/>
        </w:rPr>
        <w:t xml:space="preserve">[1:16:40] </w:t>
      </w:r>
      <w:r>
        <w:t>ka azaab ka zikr sirf hadith mein hai, Quran mein nahin hai.</w:t>
      </w:r>
    </w:p>
    <w:p>
      <w:pPr>
        <w:jc w:val="right"/>
      </w:pPr>
      <w:r>
        <w:t>کا عذاب کا ذکر صرف حدیث میں ہے، قرآن میں نہیں ہے۔</w:t>
      </w:r>
    </w:p>
    <w:p>
      <w:r>
        <w:rPr>
          <w:b/>
        </w:rPr>
        <w:t xml:space="preserve">[1:16:45] </w:t>
      </w:r>
      <w:r>
        <w:t>to main is ko symbolic manta hoon, tamtheeli.</w:t>
      </w:r>
    </w:p>
    <w:p>
      <w:pPr>
        <w:jc w:val="right"/>
      </w:pPr>
      <w:r>
        <w:t>تو میں اس کو symbolic مانتا ہوں، تمثیلی۔</w:t>
      </w:r>
    </w:p>
    <w:p>
      <w:r>
        <w:rPr>
          <w:b/>
        </w:rPr>
        <w:t xml:space="preserve">[1:16:51] </w:t>
      </w:r>
      <w:r>
        <w:t>aur aisa nahin ke is ka woh aise daba dega aur is ka body jo hai, use</w:t>
      </w:r>
    </w:p>
    <w:p>
      <w:pPr>
        <w:jc w:val="right"/>
      </w:pPr>
      <w:r>
        <w:t>اور ایسا نہیں کہ اس کا وہ ایسے دبا دے گا اور اس کا body جو ہے، اسے</w:t>
      </w:r>
    </w:p>
    <w:p>
      <w:r>
        <w:rPr>
          <w:b/>
        </w:rPr>
        <w:t xml:space="preserve">[1:16:56] </w:t>
      </w:r>
      <w:r>
        <w:t>ho jayega, haddi pashli toot jayegi, wahan saanp niklenge.</w:t>
      </w:r>
    </w:p>
    <w:p>
      <w:pPr>
        <w:jc w:val="right"/>
      </w:pPr>
      <w:r>
        <w:t>ہو جائے گا، ہڈی پچھلی ٹوٹ جائے گی، وہاں سانپ نکلیں گے۔</w:t>
      </w:r>
    </w:p>
    <w:p>
      <w:r>
        <w:rPr>
          <w:b/>
        </w:rPr>
        <w:t xml:space="preserve">[1:17:01] </w:t>
      </w:r>
      <w:r>
        <w:t>yeh sab tamtheel ki zaban hai.</w:t>
      </w:r>
    </w:p>
    <w:p>
      <w:pPr>
        <w:jc w:val="right"/>
      </w:pPr>
      <w:r>
        <w:t>یہ سب تمثیل کی زبان ہے۔</w:t>
      </w:r>
    </w:p>
    <w:p>
      <w:r>
        <w:rPr>
          <w:b/>
        </w:rPr>
        <w:t xml:space="preserve">[1:17:06] </w:t>
      </w:r>
      <w:r>
        <w:t>Quran mein is ka zikr nahin hai, hadith mein zaroor hai, lekin woh bizaban tamtheel hai.</w:t>
      </w:r>
    </w:p>
    <w:p>
      <w:pPr>
        <w:jc w:val="right"/>
      </w:pPr>
      <w:r>
        <w:t>قرآن میں اس کا ذکر نہیں ہے، حدیث میں ضرور ہے، لیکن وہ بزبان تمثیل ہے۔</w:t>
      </w:r>
    </w:p>
    <w:p>
      <w:r>
        <w:rPr>
          <w:b/>
        </w:rPr>
        <w:t xml:space="preserve">[1:17:12] </w:t>
      </w:r>
      <w:r>
        <w:t>This question is from Ms.</w:t>
      </w:r>
    </w:p>
    <w:p>
      <w:pPr>
        <w:jc w:val="right"/>
      </w:pPr>
      <w:r>
        <w:t>This question is from Ms.</w:t>
      </w:r>
    </w:p>
    <w:p>
      <w:r>
        <w:rPr>
          <w:b/>
        </w:rPr>
        <w:t xml:space="preserve">[1:17:17] </w:t>
      </w:r>
      <w:r>
        <w:t>Qudsiah from New Delhi.</w:t>
      </w:r>
    </w:p>
    <w:p>
      <w:pPr>
        <w:jc w:val="right"/>
      </w:pPr>
      <w:r>
        <w:t>Qudsiah from New Delhi.</w:t>
      </w:r>
    </w:p>
    <w:p>
      <w:r>
        <w:rPr>
          <w:b/>
        </w:rPr>
        <w:t xml:space="preserve">[1:17:22] </w:t>
      </w:r>
      <w:r>
        <w:t>Is there any hadith regarding the plan of action that one has to follow once he or she</w:t>
      </w:r>
    </w:p>
    <w:p>
      <w:pPr>
        <w:jc w:val="right"/>
      </w:pPr>
      <w:r>
        <w:t>Is there any hadith regarding the plan of action that one has to follow once he or she</w:t>
      </w:r>
    </w:p>
    <w:p>
      <w:r>
        <w:rPr>
          <w:b/>
        </w:rPr>
        <w:t xml:space="preserve">[1:17:27] </w:t>
      </w:r>
      <w:r>
        <w:t>has discovered Mehdi?</w:t>
      </w:r>
    </w:p>
    <w:p>
      <w:pPr>
        <w:jc w:val="right"/>
      </w:pPr>
      <w:r>
        <w:t>has discovered Mehdi?</w:t>
      </w:r>
    </w:p>
    <w:p>
      <w:r>
        <w:rPr>
          <w:b/>
        </w:rPr>
        <w:t xml:space="preserve">[1:17:32] </w:t>
      </w:r>
      <w:r>
        <w:t>yeh aadmi ke apne sochne ki baat hai.</w:t>
      </w:r>
    </w:p>
    <w:p>
      <w:pPr>
        <w:jc w:val="right"/>
      </w:pPr>
      <w:r>
        <w:t>یہ آدمی کے اپنے سوچنے کی بات ہے۔</w:t>
      </w:r>
    </w:p>
    <w:p>
      <w:r>
        <w:rPr>
          <w:b/>
        </w:rPr>
        <w:t xml:space="preserve">[1:17:38] </w:t>
      </w:r>
      <w:r>
        <w:t>is tarah ki baatein nahi batai jati hain.</w:t>
      </w:r>
    </w:p>
    <w:p>
      <w:pPr>
        <w:jc w:val="right"/>
      </w:pPr>
      <w:r>
        <w:t>اس طرح کی باتیں نہیں بتائی جاتی ہیں۔</w:t>
      </w:r>
    </w:p>
    <w:p>
      <w:r>
        <w:rPr>
          <w:b/>
        </w:rPr>
        <w:t xml:space="preserve">[1:17:42] </w:t>
      </w:r>
      <w:r>
        <w:t>jin cheezon ke tehat test hai, woh toh aap hi ko sochna hai.</w:t>
      </w:r>
    </w:p>
    <w:p>
      <w:pPr>
        <w:jc w:val="right"/>
      </w:pPr>
      <w:r>
        <w:t>جن چیزوں کے تحت ٹیسٹ ہے، وہ تو آپ ہی کو سوچنا ہے۔</w:t>
      </w:r>
    </w:p>
    <w:p>
      <w:r>
        <w:rPr>
          <w:b/>
        </w:rPr>
        <w:t xml:space="preserve">[1:17:47] </w:t>
      </w:r>
      <w:r>
        <w:t>bata diya toh test kahan rahega? yeh sab test ki baatein hain aur is ko insaan ko</w:t>
      </w:r>
    </w:p>
    <w:p>
      <w:pPr>
        <w:jc w:val="right"/>
      </w:pPr>
      <w:r>
        <w:t>بتا دیا تو ٹیسٹ کہاں رہے گا؟ یہ سب ٹیسٹ کی باتیں ہیں اور اس کو انسان کو</w:t>
      </w:r>
    </w:p>
    <w:p>
      <w:r>
        <w:rPr>
          <w:b/>
        </w:rPr>
        <w:t xml:space="preserve">[1:17:52] </w:t>
      </w:r>
      <w:r>
        <w:t>khud hi sochna hai.</w:t>
      </w:r>
    </w:p>
    <w:p>
      <w:pPr>
        <w:jc w:val="right"/>
      </w:pPr>
      <w:r>
        <w:t>خود ہی سوچنا ہے۔</w:t>
      </w:r>
    </w:p>
    <w:p>
      <w:r>
        <w:rPr>
          <w:b/>
        </w:rPr>
        <w:t xml:space="preserve">[1:17:57] </w:t>
      </w:r>
      <w:r>
        <w:t>This question is from Mr.</w:t>
      </w:r>
    </w:p>
    <w:p>
      <w:pPr>
        <w:jc w:val="right"/>
      </w:pPr>
      <w:r>
        <w:t>This question is from Mr.</w:t>
      </w:r>
    </w:p>
    <w:p>
      <w:r>
        <w:rPr>
          <w:b/>
        </w:rPr>
        <w:t xml:space="preserve">[1:18:02] </w:t>
      </w:r>
      <w:r>
        <w:t>SK Nidol Islam from Gurgaon.</w:t>
      </w:r>
    </w:p>
    <w:p>
      <w:pPr>
        <w:jc w:val="right"/>
      </w:pPr>
      <w:r>
        <w:t>SK Nidol Islam from Gurgaon.</w:t>
      </w:r>
    </w:p>
    <w:p>
      <w:r>
        <w:rPr>
          <w:b/>
        </w:rPr>
        <w:t xml:space="preserve">[1:18:06] </w:t>
      </w:r>
      <w:r>
        <w:t>Will there be any difference between Messiah and a common man?</w:t>
      </w:r>
    </w:p>
    <w:p>
      <w:pPr>
        <w:jc w:val="right"/>
      </w:pPr>
      <w:r>
        <w:t>Will there be any difference between Messiah and a common man?</w:t>
      </w:r>
    </w:p>
    <w:p>
      <w:r>
        <w:rPr>
          <w:b/>
        </w:rPr>
        <w:t xml:space="preserve">[1:18:11] </w:t>
      </w:r>
      <w:r>
        <w:t>harghiz nahi.</w:t>
      </w:r>
    </w:p>
    <w:p>
      <w:pPr>
        <w:jc w:val="right"/>
      </w:pPr>
      <w:r>
        <w:t>ہرگز نہیں۔</w:t>
      </w:r>
    </w:p>
    <w:p>
      <w:r>
        <w:rPr>
          <w:b/>
        </w:rPr>
        <w:t xml:space="preserve">[1:18:15] </w:t>
      </w:r>
      <w:r>
        <w:t>aam paighambar jo aaye, is mein aaj insaan mein farq nahi tha, toh koi farq ho jayega?</w:t>
      </w:r>
    </w:p>
    <w:p>
      <w:pPr>
        <w:jc w:val="right"/>
      </w:pPr>
      <w:r>
        <w:t>عام پیغمبر جو آئے، اس میں آج انسان میں فرق نہیں تھا، تو کوئی فرق ہو جائے گا؟</w:t>
      </w:r>
    </w:p>
    <w:p>
      <w:r>
        <w:rPr>
          <w:b/>
        </w:rPr>
        <w:t xml:space="preserve">[1:18:20] </w:t>
      </w:r>
      <w:r>
        <w:t>kuch bhi nahi.</w:t>
      </w:r>
    </w:p>
    <w:p>
      <w:pPr>
        <w:jc w:val="right"/>
      </w:pPr>
      <w:r>
        <w:t>کچھ بھی نہیں۔</w:t>
      </w:r>
    </w:p>
    <w:p>
      <w:r>
        <w:rPr>
          <w:b/>
        </w:rPr>
        <w:t xml:space="preserve">[1:18:24] </w:t>
      </w:r>
      <w:r>
        <w:t>jaise aam insaan honge, woh isi woh honge.</w:t>
      </w:r>
    </w:p>
    <w:p>
      <w:pPr>
        <w:jc w:val="right"/>
      </w:pPr>
      <w:r>
        <w:t>جیسے عام انسان ہوں گے، وہ اسی وہ ہوں گے۔</w:t>
      </w:r>
    </w:p>
    <w:p>
      <w:r>
        <w:rPr>
          <w:b/>
        </w:rPr>
        <w:t xml:space="preserve">[1:18:28] </w:t>
      </w:r>
      <w:r>
        <w:t>kyunke yaad rakhiye, test kabhi khatam nahi hoga, is liye element of doubt bhi kabhi khatam nahi hoga.</w:t>
      </w:r>
    </w:p>
    <w:p>
      <w:pPr>
        <w:jc w:val="right"/>
      </w:pPr>
      <w:r>
        <w:t>کیونکہ یاد رکھیے، ٹیسٹ کبھی ختم نہیں ہوگا، اس لئے element of doubt بھی کبھی ختم نہیں ہوگا۔</w:t>
      </w:r>
    </w:p>
    <w:p>
      <w:r>
        <w:rPr>
          <w:b/>
        </w:rPr>
        <w:t xml:space="preserve">[1:18:33] </w:t>
      </w:r>
      <w:r>
        <w:t>agar woh koi different ho, hathi jaisa koi ho ya Evers pahad ki jaisa koi ho, toh difference</w:t>
      </w:r>
    </w:p>
    <w:p>
      <w:pPr>
        <w:jc w:val="right"/>
      </w:pPr>
      <w:r>
        <w:t>اگر وہ کوئی different ہو، ہاتھی جیسا کوئی ہو یا ایورس پہاڑ کی جیسا کوئی ہو، تو difference</w:t>
      </w:r>
    </w:p>
    <w:p>
      <w:r>
        <w:rPr>
          <w:b/>
        </w:rPr>
        <w:t xml:space="preserve">[1:18:37] </w:t>
      </w:r>
      <w:r>
        <w:t>kahan rahega? toh phir</w:t>
      </w:r>
    </w:p>
    <w:p>
      <w:pPr>
        <w:jc w:val="right"/>
      </w:pPr>
      <w:r>
        <w:t>کہاں رہے گا؟ تو پھر</w:t>
      </w:r>
    </w:p>
    <w:p>
      <w:r>
        <w:rPr>
          <w:b/>
        </w:rPr>
        <w:t xml:space="preserve">[1:18:41] </w:t>
      </w:r>
      <w:r>
        <w:t>element of doubt kahan raha? yeh bilkul yeh soch bilkul hi baseless hai. Mehdi, Masih, yeh sab insaan, woh bhi insaan. to aap ko is se oopar ja kar sochna padega. is se oopar ja kar sochna padega. kyunke musalmanon ne bohat hi galat baat hai samajh rakhi hai, bana rakhi hai ke rasool Allah jab jate the to woh saya nahi hota tha aur har waqt badal sar</w:t>
      </w:r>
    </w:p>
    <w:p>
      <w:pPr>
        <w:jc w:val="right"/>
      </w:pPr>
      <w:r>
        <w:t>element of doubt کہاں رہا؟ یہ بالکل یہ سوچ بالکل ہی baseless ہے۔ مہدی، مسیح، یہ سب انسان، وہ بھی انسان۔ تو آپ کو اس سے اوپر جا کر سوچنا پڑے گا۔ اس سے اوپر جا کر سوچنا پڑے گا۔ کیونکہ مسلمانوں نے بہت ہی غلط بات ہے سمجھ رکھی ہے، بنا رکھی ہے کہ رسول اللہ جب جاتے تھے تو وہ سایہ نہیں ہوتا تھا اور ہر وقت بادل سر</w:t>
      </w:r>
    </w:p>
    <w:p>
      <w:r>
        <w:rPr>
          <w:b/>
        </w:rPr>
        <w:t xml:space="preserve">[1:19:11] </w:t>
      </w:r>
      <w:r>
        <w:t>par rehta tha aur aur darakht jhuk jhuk kar aap ko salam karte the. yeh sab bilkul jhooti riwayatein hain, jhooti kahaniyan hain. is ka talluq kuch bhi haqeeqat se nahi hai ke rasool Allah jab aaj nikle to darakhton mein sab jhuk gaye aur jahan saya nahi tha, aap ke is mein aur badal har waqt sar par rehta tha. yeh sab bilkul kahaniyan hain. to is se logon ne samajh rakha hai ke Mehdi, Masih koi anokhi cheez hogi. to matlab</w:t>
      </w:r>
    </w:p>
    <w:p>
      <w:pPr>
        <w:jc w:val="right"/>
      </w:pPr>
      <w:r>
        <w:t>پر رہتا تھا اور اور درخت جھک جھک کر آپ کو سلام کرتے تھے۔ یہ سب بالکل جھوٹی روایتیں ہیں، جھوٹی کہانیاں ہیں۔ اس کا تعلق کچھ بھی حقیقت سے نہیں ہے کہ رسول اللہ جب آج نکلے تو درختوں میں سب جھک گئے اور جہاں سایہ نہیں تھا، آپ کے اس میں اور بادل ہر وقت سر پر رہتا تھا۔ یہ سب بالکل کہانیاں ہیں۔ تو اس سے لوگوں نے سمجھ رکھا ہے کہ مہدی، مسیح کوئی انوکھی چیز ہوگی۔ تو مط</w:t>
      </w:r>
    </w:p>
    <w:p>
      <w:r>
        <w:rPr>
          <w:b/>
        </w:rPr>
        <w:t xml:space="preserve">[1:19:41] </w:t>
      </w:r>
      <w:r>
        <w:t>lub-e-mozu kahaniyon par aap base kar ke aap ek nai mozu bana rahe hain.</w:t>
      </w:r>
    </w:p>
    <w:p>
      <w:pPr>
        <w:jc w:val="right"/>
      </w:pPr>
      <w:r>
        <w:t>لب موضوع کہانیوں پر آپ base کر کے آپ ایک نئی موضوع بنا رہے ہیں۔</w:t>
      </w:r>
    </w:p>
    <w:p>
      <w:r>
        <w:rPr>
          <w:b/>
        </w:rPr>
        <w:t xml:space="preserve">[1:19:46] </w:t>
      </w:r>
      <w:r>
        <w:t>is tarah ki koi haqeeqat nahi hai.</w:t>
      </w:r>
    </w:p>
    <w:p>
      <w:pPr>
        <w:jc w:val="right"/>
      </w:pPr>
      <w:r>
        <w:t>اس طرح کی کوئی حقیقت نہیں ہے۔</w:t>
      </w:r>
    </w:p>
    <w:p>
      <w:r>
        <w:rPr>
          <w:b/>
        </w:rPr>
        <w:t xml:space="preserve">[1:19:50] </w:t>
      </w:r>
      <w:r>
        <w:t>bilkul baseless baatein hain.</w:t>
      </w:r>
    </w:p>
    <w:p>
      <w:pPr>
        <w:jc w:val="right"/>
      </w:pPr>
      <w:r>
        <w:t>بالکل baseless باتیں ہیں۔</w:t>
      </w:r>
    </w:p>
    <w:p>
      <w:r>
        <w:rPr>
          <w:b/>
        </w:rPr>
        <w:t xml:space="preserve">[1:19:54] </w:t>
      </w:r>
      <w:r>
        <w:t>aur yaad rakhiye, yeh cheezein excuse nahi banengi Allah taala ke haan.</w:t>
      </w:r>
    </w:p>
    <w:p>
      <w:pPr>
        <w:jc w:val="right"/>
      </w:pPr>
      <w:r>
        <w:t>اور یاد رکھیے، یہ چیزیں excuse نہیں بنیں گی اللہ تعالیٰ کے ہاں۔</w:t>
      </w:r>
    </w:p>
    <w:p>
      <w:r>
        <w:rPr>
          <w:b/>
        </w:rPr>
        <w:t xml:space="preserve">[1:19:59] </w:t>
      </w:r>
      <w:r>
        <w:t>yeh cheezein excuse nahi banengi.</w:t>
      </w:r>
    </w:p>
    <w:p>
      <w:pPr>
        <w:jc w:val="right"/>
      </w:pPr>
      <w:r>
        <w:t>یہ چیزیں excuse نہیں بنیں گی۔</w:t>
      </w:r>
    </w:p>
    <w:p>
      <w:r>
        <w:rPr>
          <w:b/>
        </w:rPr>
        <w:t xml:space="preserve">[1:20:03] </w:t>
      </w:r>
      <w:r>
        <w:t>Makkah mein jin logon ne aap ka inkaar kiya, is liye toh inkaar kiya tha ke samajhte hain</w:t>
      </w:r>
    </w:p>
    <w:p>
      <w:pPr>
        <w:jc w:val="right"/>
      </w:pPr>
      <w:r>
        <w:t>مکہ میں جن لوگوں نے آپ کا انکار کیا، اس لئے تو انکار کیا تھا کہ سمجھتے ہیں</w:t>
      </w:r>
    </w:p>
    <w:p>
      <w:r>
        <w:rPr>
          <w:b/>
        </w:rPr>
        <w:t xml:space="preserve">[1:20:07] </w:t>
      </w:r>
      <w:r>
        <w:t>yeh kya aaye the, kuch bhi haqeeqat nahi in</w:t>
      </w:r>
    </w:p>
    <w:p>
      <w:pPr>
        <w:jc w:val="right"/>
      </w:pPr>
      <w:r>
        <w:t>یہ کیا آئے تھے، کچھ بھی حقیقت نہیں ان</w:t>
      </w:r>
    </w:p>
    <w:p>
      <w:r>
        <w:rPr>
          <w:b/>
        </w:rPr>
        <w:t xml:space="preserve">[1:20:11] </w:t>
      </w:r>
      <w:r>
        <w:t>ki.</w:t>
      </w:r>
    </w:p>
    <w:p>
      <w:pPr>
        <w:jc w:val="right"/>
      </w:pPr>
      <w:r>
        <w:t>کی۔</w:t>
      </w:r>
    </w:p>
    <w:p>
      <w:r>
        <w:rPr>
          <w:b/>
        </w:rPr>
        <w:t xml:space="preserve">[1:20:17] </w:t>
      </w:r>
      <w:r>
        <w:t>toh kya is liye jo mar gaye, woh toh un ko Allah taala chhod dega? un ko</w:t>
      </w:r>
    </w:p>
    <w:p>
      <w:pPr>
        <w:jc w:val="right"/>
      </w:pPr>
      <w:r>
        <w:t>تو کیا اس لئے جو مر گئے، وہ تو ان کو اللہ تعالیٰ چھوڑ دے گا؟ ان کو</w:t>
      </w:r>
    </w:p>
    <w:p>
      <w:r>
        <w:rPr>
          <w:b/>
        </w:rPr>
        <w:t xml:space="preserve">[1:20:22] </w:t>
      </w:r>
      <w:r>
        <w:t>yaad rakhiye self-style criterion is not an excuse aik koi excuse nahin hai.</w:t>
      </w:r>
    </w:p>
    <w:p>
      <w:pPr>
        <w:jc w:val="right"/>
      </w:pPr>
      <w:r>
        <w:t>یاد رکھیے self-style criterion is not an excuse ایک کوئی excuse نہیں ہے۔</w:t>
      </w:r>
    </w:p>
    <w:p>
      <w:r>
        <w:rPr>
          <w:b/>
        </w:rPr>
        <w:t xml:space="preserve">[1:20:27] </w:t>
      </w:r>
      <w:r>
        <w:t>woh zimmedari phir bhi baqi rahegi aadmi ki.</w:t>
      </w:r>
    </w:p>
    <w:p>
      <w:pPr>
        <w:jc w:val="right"/>
      </w:pPr>
      <w:r>
        <w:t>وہ ذمہ داری پھر بھی باقی رہے گی آدمی کی۔</w:t>
      </w:r>
    </w:p>
    <w:p>
      <w:r>
        <w:rPr>
          <w:b/>
        </w:rPr>
        <w:t xml:space="preserve">[1:20:32] </w:t>
      </w:r>
      <w:r>
        <w:t>This question is from Ms.</w:t>
      </w:r>
    </w:p>
    <w:p>
      <w:pPr>
        <w:jc w:val="right"/>
      </w:pPr>
      <w:r>
        <w:t>This question is from Ms.</w:t>
      </w:r>
    </w:p>
    <w:p>
      <w:r>
        <w:rPr>
          <w:b/>
        </w:rPr>
        <w:t xml:space="preserve">[1:20:37] </w:t>
      </w:r>
      <w:r>
        <w:t>Najma Siddiqui from New Delhi.</w:t>
      </w:r>
    </w:p>
    <w:p>
      <w:pPr>
        <w:jc w:val="right"/>
      </w:pPr>
      <w:r>
        <w:t>Najma Siddiqui from New Delhi.</w:t>
      </w:r>
    </w:p>
    <w:p>
      <w:r>
        <w:rPr>
          <w:b/>
        </w:rPr>
        <w:t xml:space="preserve">[1:20:42] </w:t>
      </w:r>
      <w:r>
        <w:t>Maulana, if Qiyamat would only come when word of God would reach to every household, then how could</w:t>
      </w:r>
    </w:p>
    <w:p>
      <w:pPr>
        <w:jc w:val="right"/>
      </w:pPr>
      <w:r>
        <w:t>مولانا، if Qiyamat would only come when word of God would reach to every household, then how could</w:t>
      </w:r>
    </w:p>
    <w:p>
      <w:r>
        <w:rPr>
          <w:b/>
        </w:rPr>
        <w:t xml:space="preserve">[1:20:49] </w:t>
      </w:r>
      <w:r>
        <w:t>anyone say that I didn't know the truth?</w:t>
      </w:r>
    </w:p>
    <w:p>
      <w:pPr>
        <w:jc w:val="right"/>
      </w:pPr>
      <w:r>
        <w:t>anyone say that I didn't know the truth?</w:t>
      </w:r>
    </w:p>
    <w:p>
      <w:r>
        <w:rPr>
          <w:b/>
        </w:rPr>
        <w:t xml:space="preserve">[1:20:55] </w:t>
      </w:r>
      <w:r>
        <w:t>is liye to Qiyamat is waqt aayegi jab ke kisi ko yeh kehne ka chance hi na rahe.</w:t>
      </w:r>
    </w:p>
    <w:p>
      <w:pPr>
        <w:jc w:val="right"/>
      </w:pPr>
      <w:r>
        <w:t>اس لئے تو Qiyamat اس وقت آئے گی جب کہ کسی کو یہ کہنے کا chance ہی نہ رہے۔</w:t>
      </w:r>
    </w:p>
    <w:p>
      <w:r>
        <w:rPr>
          <w:b/>
        </w:rPr>
        <w:t xml:space="preserve">[1:21:01] </w:t>
      </w:r>
      <w:r>
        <w:t>yeh to baat hai.</w:t>
      </w:r>
    </w:p>
    <w:p>
      <w:pPr>
        <w:jc w:val="right"/>
      </w:pPr>
      <w:r>
        <w:t>یہ تو بات ہے۔</w:t>
      </w:r>
    </w:p>
    <w:p>
      <w:r>
        <w:rPr>
          <w:b/>
        </w:rPr>
        <w:t xml:space="preserve">[1:21:07] </w:t>
      </w:r>
      <w:r>
        <w:t>yaani dekhiye, koi excuse to aap jante hain ke insaan garh sakta hai,</w:t>
      </w:r>
    </w:p>
    <w:p>
      <w:pPr>
        <w:jc w:val="right"/>
      </w:pPr>
      <w:r>
        <w:t>یعنی دیکھیں، کوئی excuse تو آپ جانتے ہیں کہ انسان گڑھ سکتا ہے،</w:t>
      </w:r>
    </w:p>
    <w:p>
      <w:r>
        <w:rPr>
          <w:b/>
        </w:rPr>
        <w:t xml:space="preserve">[1:21:13] </w:t>
      </w:r>
      <w:r>
        <w:t>lekin garha hua excuse kaam nahin aayega.</w:t>
      </w:r>
    </w:p>
    <w:p>
      <w:pPr>
        <w:jc w:val="right"/>
      </w:pPr>
      <w:r>
        <w:t>لیکن گڑھا ہوا excuse کام نہیں آئے گا۔</w:t>
      </w:r>
    </w:p>
    <w:p>
      <w:r>
        <w:rPr>
          <w:b/>
        </w:rPr>
        <w:t xml:space="preserve">[1:21:17] </w:t>
      </w:r>
      <w:r>
        <w:t>garha hua excuse nahin kaam aayega.</w:t>
      </w:r>
    </w:p>
    <w:p>
      <w:pPr>
        <w:jc w:val="right"/>
      </w:pPr>
      <w:r>
        <w:t>گڑھا ہوا excuse نہیں کام آئے گا۔</w:t>
      </w:r>
    </w:p>
    <w:p>
      <w:r>
        <w:rPr>
          <w:b/>
        </w:rPr>
        <w:t xml:space="preserve">[1:21:22] </w:t>
      </w:r>
      <w:r>
        <w:t>ab to main samajhta hoon ke word of God pohnchne ka jo muamla hai, to pehle yeh tha</w:t>
      </w:r>
    </w:p>
    <w:p>
      <w:pPr>
        <w:jc w:val="right"/>
      </w:pPr>
      <w:r>
        <w:t>اب تو میں سمجھتا ہوں کہ word of God پہنچنے کا جو معاملہ ہے، تو پہلے یہ تھا</w:t>
      </w:r>
    </w:p>
    <w:p>
      <w:r>
        <w:rPr>
          <w:b/>
        </w:rPr>
        <w:t xml:space="preserve">[1:21:26] </w:t>
      </w:r>
      <w:r>
        <w:t>ke log munh se bol kar pohnchate the.</w:t>
      </w:r>
    </w:p>
    <w:p>
      <w:pPr>
        <w:jc w:val="right"/>
      </w:pPr>
      <w:r>
        <w:t>کہ لوگ منہ سے بول کر پہنچاتے تھے۔</w:t>
      </w:r>
    </w:p>
    <w:p>
      <w:r>
        <w:rPr>
          <w:b/>
        </w:rPr>
        <w:t xml:space="preserve">[1:21:30] </w:t>
      </w:r>
      <w:r>
        <w:t>phir ek zamana aaya ke chhapi hui kitaab ki shakal mein pohnchaya jaane laga.</w:t>
      </w:r>
    </w:p>
    <w:p>
      <w:pPr>
        <w:jc w:val="right"/>
      </w:pPr>
      <w:r>
        <w:t>پھر ایک زمانہ آیا کہ چھپی ہوئی کتاب کی شکل میں پہنچایا جانے لگا۔</w:t>
      </w:r>
    </w:p>
    <w:p>
      <w:r>
        <w:rPr>
          <w:b/>
        </w:rPr>
        <w:t xml:space="preserve">[1:21:35] </w:t>
      </w:r>
      <w:r>
        <w:t>ab to internet hai, har ghar mein pohnch raha hai apne aap hi.</w:t>
      </w:r>
    </w:p>
    <w:p>
      <w:pPr>
        <w:jc w:val="right"/>
      </w:pPr>
      <w:r>
        <w:t>اب تو انٹرنیٹ ہے، ہر گھر میں پہنچ رہا ہے اپنے آپ ہی۔</w:t>
      </w:r>
    </w:p>
    <w:p>
      <w:r>
        <w:rPr>
          <w:b/>
        </w:rPr>
        <w:t xml:space="preserve">[1:21:39] </w:t>
      </w:r>
      <w:r>
        <w:t>is liye hadith mein hai ke</w:t>
      </w:r>
    </w:p>
    <w:p>
      <w:pPr>
        <w:jc w:val="right"/>
      </w:pPr>
      <w:r>
        <w:t>اس لئے حدیث میں ہے کہ</w:t>
      </w:r>
    </w:p>
    <w:p>
      <w:r>
        <w:rPr>
          <w:b/>
        </w:rPr>
        <w:t xml:space="preserve">[1:21:44] </w:t>
      </w:r>
      <w:r>
        <w:t>baiz-e-aadi aur zul-e-zaleel. is ka matlab mein samajhta hoon ke willingly ya unwillingly. yaani aap ja kar dein kisi ko quran aur woh kahe ke shukriya kar ke le to willingly hua woh. lekin woh chahe na chahe, woh us ke computer mein pahunch gaya to unwillingly hua woh. to aakhir yeh bhi Allah taala ke haan hujjat banega ke tum search karte the computer mein har duniya bhar ki. is ko nahi</w:t>
      </w:r>
    </w:p>
    <w:p>
      <w:pPr>
        <w:jc w:val="right"/>
      </w:pPr>
      <w:r>
        <w:t>بَيْزِ عَادِيٍّ وَذُلِّ ذَلِيلٍ اس کا مطلب میں سمجھتا ہوں کہ willingly یا unwillingly۔ یعنی آپ جا کر دیں کسی کو قرآن اور وہ کہے کہ شکریہ کر کے لے تو willingly ہوا وہ۔ لیکن وہ چاہے نہ چاہے، وہ اس کے کمپیوٹر میں پہنچ گیا تو unwillingly ہوا وہ۔ تو آخر یہ بھی اللہ تعالیٰ کے ہاں حجت بنے گا کہ تم سرچ کرتے تھے کمپیوٹر میں ہر دنیا بھر کی۔ اس کو نہیں</w:t>
      </w:r>
    </w:p>
    <w:p>
      <w:r>
        <w:rPr>
          <w:b/>
        </w:rPr>
        <w:t xml:space="preserve">[1:22:14] </w:t>
      </w:r>
      <w:r>
        <w:t>search kyon nahin kiya jo maujood tha tumhare? tumhare room mein jo computer tha, use maujood tha, tum</w:t>
      </w:r>
    </w:p>
    <w:p>
      <w:pPr>
        <w:jc w:val="right"/>
      </w:pPr>
      <w:r>
        <w:t>سرچ کیوں نہیں کیا جو موجود تھا تمہارے؟ تمہارے روم میں جو کمپیوٹر تھا، اسے موجود تھا، تم</w:t>
      </w:r>
    </w:p>
    <w:p>
      <w:r>
        <w:rPr>
          <w:b/>
        </w:rPr>
        <w:t xml:space="preserve">[1:22:21] </w:t>
      </w:r>
      <w:r>
        <w:t>us ko bhi search kyon nahin kiya? sari duniya ki cheez tum us mein talash karte ho, us</w:t>
      </w:r>
    </w:p>
    <w:p>
      <w:pPr>
        <w:jc w:val="right"/>
      </w:pPr>
      <w:r>
        <w:t>اس کو بھی سرچ کیوں نہیں کیا؟ ساری دنیا کی چیز تم اس میں تلاش کرتے ہو، اس</w:t>
      </w:r>
    </w:p>
    <w:p>
      <w:r>
        <w:rPr>
          <w:b/>
        </w:rPr>
        <w:t xml:space="preserve">[1:22:29] </w:t>
      </w:r>
      <w:r>
        <w:t>mein kyon nahin talash kiya? us mein yeh prove ho jayega ke tum serious nahin the is muamle mein.</w:t>
      </w:r>
    </w:p>
    <w:p>
      <w:pPr>
        <w:jc w:val="right"/>
      </w:pPr>
      <w:r>
        <w:t>میں کیوں نہیں تلاش کیا؟ اس میں یہ prove ہو جائے گا کہ تم serious نہیں تھے اس معاملے میں۔</w:t>
      </w:r>
    </w:p>
    <w:p>
      <w:r>
        <w:rPr>
          <w:b/>
        </w:rPr>
        <w:t xml:space="preserve">[1:22:37] </w:t>
      </w:r>
      <w:r>
        <w:t>to haqeeqat yeh hai ke woh din bohat hi qareeb hai jab kisi ke paas koi excuse nahin hoga.</w:t>
      </w:r>
    </w:p>
    <w:p>
      <w:pPr>
        <w:jc w:val="right"/>
      </w:pPr>
      <w:r>
        <w:t>تو حقیقت یہ ہے کہ وہ دن بہت ہی قریب ہے جب کسی کے پاس کوئی excuse نہیں ہوگا۔</w:t>
      </w:r>
    </w:p>
    <w:p>
      <w:r>
        <w:rPr>
          <w:b/>
        </w:rPr>
        <w:t xml:space="preserve">[1:22:44] </w:t>
      </w:r>
      <w:r>
        <w:t>jab excuse nahin hoga to phir agle din Qiyamat hogi.</w:t>
      </w:r>
    </w:p>
    <w:p>
      <w:pPr>
        <w:jc w:val="right"/>
      </w:pPr>
      <w:r>
        <w:t>جب excuse نہیں ہوگا تو پھر اگلے دن Qiyamat ہوگی۔</w:t>
      </w:r>
    </w:p>
    <w:p>
      <w:r>
        <w:rPr>
          <w:b/>
        </w:rPr>
        <w:t xml:space="preserve">[1:22:51] </w:t>
      </w:r>
      <w:r>
        <w:t>This question is from Dr.</w:t>
      </w:r>
    </w:p>
    <w:p>
      <w:pPr>
        <w:jc w:val="right"/>
      </w:pPr>
      <w:r>
        <w:t>This question is from Dr.</w:t>
      </w:r>
    </w:p>
    <w:p>
      <w:r>
        <w:rPr>
          <w:b/>
        </w:rPr>
        <w:t xml:space="preserve">[1:22:58] </w:t>
      </w:r>
      <w:r>
        <w:t>Muslima Siddiqui from New Delhi.</w:t>
      </w:r>
    </w:p>
    <w:p>
      <w:pPr>
        <w:jc w:val="right"/>
      </w:pPr>
      <w:r>
        <w:t>Muslima Siddiqui from New Delhi.</w:t>
      </w:r>
    </w:p>
    <w:p>
      <w:r>
        <w:rPr>
          <w:b/>
        </w:rPr>
        <w:t xml:space="preserve">[1:23:05] </w:t>
      </w:r>
      <w:r>
        <w:t>Kindly explain how to remove parda iltibas.</w:t>
      </w:r>
    </w:p>
    <w:p>
      <w:pPr>
        <w:jc w:val="right"/>
      </w:pPr>
      <w:r>
        <w:t>Kindly explain how to remove پردہ التباس.</w:t>
      </w:r>
    </w:p>
    <w:p>
      <w:r>
        <w:rPr>
          <w:b/>
        </w:rPr>
        <w:t xml:space="preserve">[1:23:12] </w:t>
      </w:r>
      <w:r>
        <w:t>Introspection, apni deconditioning, har waqt sochte rehna,</w:t>
      </w:r>
    </w:p>
    <w:p>
      <w:pPr>
        <w:jc w:val="right"/>
      </w:pPr>
      <w:r>
        <w:t>Introspection، اپنی deconditioning، ہر وقت سوچتے رہنا،</w:t>
      </w:r>
    </w:p>
    <w:p>
      <w:r>
        <w:rPr>
          <w:b/>
        </w:rPr>
        <w:t xml:space="preserve">[1:23:19] </w:t>
      </w:r>
      <w:r>
        <w:t>anti-self thinking.</w:t>
      </w:r>
    </w:p>
    <w:p>
      <w:pPr>
        <w:jc w:val="right"/>
      </w:pPr>
      <w:r>
        <w:t>anti-self thinking۔</w:t>
      </w:r>
    </w:p>
    <w:p>
      <w:r>
        <w:rPr>
          <w:b/>
        </w:rPr>
        <w:t xml:space="preserve">[1:23:24] </w:t>
      </w:r>
      <w:r>
        <w:t>bahut der ki baat hai, jamea millia islamia mein ek professor hua karte the, anwar ali khan soz,</w:t>
      </w:r>
    </w:p>
    <w:p>
      <w:pPr>
        <w:jc w:val="right"/>
      </w:pPr>
      <w:r>
        <w:t>بہت دیر کی بات ہے، جامعہ ملیہ اسلامیہ میں ایک پروفیسر ہوا کرتے تھے، انوار علی خان سوز،</w:t>
      </w:r>
    </w:p>
    <w:p>
      <w:r>
        <w:rPr>
          <w:b/>
        </w:rPr>
        <w:t xml:space="preserve">[1:23:29] </w:t>
      </w:r>
      <w:r>
        <w:t>english ke professor.</w:t>
      </w:r>
    </w:p>
    <w:p>
      <w:pPr>
        <w:jc w:val="right"/>
      </w:pPr>
      <w:r>
        <w:t>انگلش کے پروفیسر۔</w:t>
      </w:r>
    </w:p>
    <w:p>
      <w:r>
        <w:rPr>
          <w:b/>
        </w:rPr>
        <w:t xml:space="preserve">[1:23:34] </w:t>
      </w:r>
      <w:r>
        <w:t>ab un ka intaqal ho chuka hai.</w:t>
      </w:r>
    </w:p>
    <w:p>
      <w:pPr>
        <w:jc w:val="right"/>
      </w:pPr>
      <w:r>
        <w:t>اب ان کا انتقال ہو چکا ہے۔</w:t>
      </w:r>
    </w:p>
    <w:p>
      <w:r>
        <w:rPr>
          <w:b/>
        </w:rPr>
        <w:t xml:space="preserve">[1:23:40] </w:t>
      </w:r>
      <w:r>
        <w:t>to bahut pehle ki baat hai, main ek martaba gaya un ke haan to unhon ne self ka</w:t>
      </w:r>
    </w:p>
    <w:p>
      <w:pPr>
        <w:jc w:val="right"/>
      </w:pPr>
      <w:r>
        <w:t>تو بہت پہلے کی بات ہے، میں ایک مرتبہ گیا ان کے ہاں تو انہوں نے self کا</w:t>
      </w:r>
    </w:p>
    <w:p>
      <w:r>
        <w:rPr>
          <w:b/>
        </w:rPr>
        <w:t xml:space="preserve">[1:23:45] </w:t>
      </w:r>
      <w:r>
        <w:t>nazariya jo iqbal ka tha aur nietzsche ka tha,</w:t>
      </w:r>
    </w:p>
    <w:p>
      <w:pPr>
        <w:jc w:val="right"/>
      </w:pPr>
      <w:r>
        <w:t>نظریہ جو اقبال کا تھا اور نطشے کا تھا،</w:t>
      </w:r>
    </w:p>
    <w:p>
      <w:r>
        <w:rPr>
          <w:b/>
        </w:rPr>
        <w:t xml:space="preserve">[1:23:50] </w:t>
      </w:r>
      <w:r>
        <w:t>is par bole. woh un ka khayal tha ke self thinking sab se bari cheez hai. mein ne kaha ke nahi, sab se bari cheez hai anti-self thinking. mein ne kaha nietzsche aur iqbal ko 50% maloom hua, 50% baat undiscovered rahi un ke liye. sab se bari baat jo hai, woh yeh hai ke anti-self thinking, apne khilaaf sochna, apne khilaaf sochne hi ka naam hai muhasib</w:t>
      </w:r>
    </w:p>
    <w:p>
      <w:pPr>
        <w:jc w:val="right"/>
      </w:pPr>
      <w:r>
        <w:t>اس پر بولے۔ وہ ان کا خیال تھا کہ self thinking سب سے بڑی چیز ہے۔ میں نے کہا کہ نہیں، سب سے بڑی چیز ہے anti-self thinking۔ میں نے کہا نطشے اور اقبال کو 50% معلوم ہوا، 50% بات undiscovered رہی ان کے لئے۔ سب سے بڑی بات جو ہے، وہ یہ ہے کہ anti-self thinking، اپنے خلاف سوچنا، اپنے خلاف سوچنے ہی کا نام ہے محاسب</w:t>
      </w:r>
    </w:p>
    <w:p>
      <w:r>
        <w:rPr>
          <w:b/>
        </w:rPr>
        <w:t xml:space="preserve">[1:24:20] </w:t>
      </w:r>
      <w:r>
        <w:t>h, introspection, deconditioning.</w:t>
      </w:r>
    </w:p>
    <w:p>
      <w:pPr>
        <w:jc w:val="right"/>
      </w:pPr>
      <w:r>
        <w:t>ہ، introspection، deconditioning۔</w:t>
      </w:r>
    </w:p>
    <w:p>
      <w:r>
        <w:rPr>
          <w:b/>
        </w:rPr>
        <w:t xml:space="preserve">[1:24:24] </w:t>
      </w:r>
      <w:r>
        <w:t>aur isi se aadmi jaanta hai ke kya hai element of doubt aur isi se woh us ko</w:t>
      </w:r>
    </w:p>
    <w:p>
      <w:pPr>
        <w:jc w:val="right"/>
      </w:pPr>
      <w:r>
        <w:t>اور اسی سے آدمی جانتا ہے کہ کیا ہے element of doubt اور اسی سے وہ اس کو</w:t>
      </w:r>
    </w:p>
    <w:p>
      <w:r>
        <w:rPr>
          <w:b/>
        </w:rPr>
        <w:t xml:space="preserve">[1:24:29] </w:t>
      </w:r>
      <w:r>
        <w:t>phaar sakta hai.</w:t>
      </w:r>
    </w:p>
    <w:p>
      <w:pPr>
        <w:jc w:val="right"/>
      </w:pPr>
      <w:r>
        <w:t>پھاڑ سکتا ہے۔</w:t>
      </w:r>
    </w:p>
    <w:p>
      <w:r>
        <w:rPr>
          <w:b/>
        </w:rPr>
        <w:t xml:space="preserve">[1:24:33] </w:t>
      </w:r>
      <w:r>
        <w:t>is parde ko.</w:t>
      </w:r>
    </w:p>
    <w:p>
      <w:pPr>
        <w:jc w:val="right"/>
      </w:pPr>
      <w:r>
        <w:t>اس پردے کو۔</w:t>
      </w:r>
    </w:p>
    <w:p>
      <w:r>
        <w:rPr>
          <w:b/>
        </w:rPr>
        <w:t xml:space="preserve">[1:24:38] </w:t>
      </w:r>
      <w:r>
        <w:t>This question is from Mr.</w:t>
      </w:r>
    </w:p>
    <w:p>
      <w:pPr>
        <w:jc w:val="right"/>
      </w:pPr>
      <w:r>
        <w:t>This question is from Mr.</w:t>
      </w:r>
    </w:p>
    <w:p>
      <w:r>
        <w:rPr>
          <w:b/>
        </w:rPr>
        <w:t xml:space="preserve">[1:24:42] </w:t>
      </w:r>
      <w:r>
        <w:t>Mohammad Mehtap from Dhampur.</w:t>
      </w:r>
    </w:p>
    <w:p>
      <w:pPr>
        <w:jc w:val="right"/>
      </w:pPr>
      <w:r>
        <w:t>Mohammad Mehtap from Dhampur.</w:t>
      </w:r>
    </w:p>
    <w:p>
      <w:r>
        <w:rPr>
          <w:b/>
        </w:rPr>
        <w:t xml:space="preserve">[1:24:46] </w:t>
      </w:r>
      <w:r>
        <w:t>kya khuda ke rasool par jadu kiya gaya tha?</w:t>
      </w:r>
    </w:p>
    <w:p>
      <w:pPr>
        <w:jc w:val="right"/>
      </w:pPr>
      <w:r>
        <w:t>کیا خدا کے رسول پر جادو کیا گیا تھا؟</w:t>
      </w:r>
    </w:p>
    <w:p>
      <w:r>
        <w:rPr>
          <w:b/>
        </w:rPr>
        <w:t xml:space="preserve">[1:24:51] </w:t>
      </w:r>
      <w:r>
        <w:t>dekhen, bukhari mein aisa hai lekin main is ko manta nahi hoon.</w:t>
      </w:r>
    </w:p>
    <w:p>
      <w:pPr>
        <w:jc w:val="right"/>
      </w:pPr>
      <w:r>
        <w:t>دیکھیں، بخاری میں ایسا ہے لیکن میں اس کو مانتا نہیں ہوں۔</w:t>
      </w:r>
    </w:p>
    <w:p>
      <w:r>
        <w:rPr>
          <w:b/>
        </w:rPr>
        <w:t xml:space="preserve">[1:24:57] </w:t>
      </w:r>
      <w:r>
        <w:t>yani is mein koi na koi ghalti shamil ho gayi hai.</w:t>
      </w:r>
    </w:p>
    <w:p>
      <w:pPr>
        <w:jc w:val="right"/>
      </w:pPr>
      <w:r>
        <w:t>یعنی اس میں کوئی نہ کوئی غلطی شامل ہو گئی ہے۔</w:t>
      </w:r>
    </w:p>
    <w:p>
      <w:r>
        <w:rPr>
          <w:b/>
        </w:rPr>
        <w:t xml:space="preserve">[1:25:03] </w:t>
      </w:r>
      <w:r>
        <w:t>yahan is mein aata hai ke rasool Allah bhoolne lage the baaton ko lekin main is ko sahi nahi manta.</w:t>
      </w:r>
    </w:p>
    <w:p>
      <w:pPr>
        <w:jc w:val="right"/>
      </w:pPr>
      <w:r>
        <w:t>یہاں اس میں آتا ہے کہ رسول اللہ بھولنے لگے تھے باتوں کو لیکن میں اس کو صحیح نہیں مانتا۔</w:t>
      </w:r>
    </w:p>
    <w:p>
      <w:r>
        <w:rPr>
          <w:b/>
        </w:rPr>
        <w:t xml:space="preserve">[1:25:09] </w:t>
      </w:r>
      <w:r>
        <w:t>kyun ke mujhe khud apne bare mein pata hai ke ek shakhs ne 25 hazar rupay de kar ke</w:t>
      </w:r>
    </w:p>
    <w:p>
      <w:pPr>
        <w:jc w:val="right"/>
      </w:pPr>
      <w:r>
        <w:t>کیونکہ مجھے خود اپنے بارے میں پتہ ہے کہ ایک شخص نے 25 ہزار روپے دے کر کے</w:t>
      </w:r>
    </w:p>
    <w:p>
      <w:r>
        <w:rPr>
          <w:b/>
        </w:rPr>
        <w:t xml:space="preserve">[1:25:15] </w:t>
      </w:r>
      <w:r>
        <w:t>mere khilaf jadu chalwaya</w:t>
      </w:r>
    </w:p>
    <w:p>
      <w:pPr>
        <w:jc w:val="right"/>
      </w:pPr>
      <w:r>
        <w:t>میرے خلاف جادو چلوایا</w:t>
      </w:r>
    </w:p>
    <w:p>
      <w:r>
        <w:rPr>
          <w:b/>
        </w:rPr>
        <w:t xml:space="preserve">[1:25:21] </w:t>
      </w:r>
      <w:r>
        <w:t>to mere par to asar hua nahi is ka. Rasool Allah mujh se billion time zyada power, strong personality thi un ki, un ko woh kaise chal jayega? to agarche bukhari mein aisi riwayat maujood hai aur log maante hain is ko lekin bukhari mein kai ghalatiyan doosre log maante hain doosre pehlu se, masail ke pehlu se. to jis ko bhi ghalati maan li jiye. aisa nahi ke hamare ulama yeh nahi maante ke bukhari mein jo hai woh</w:t>
      </w:r>
    </w:p>
    <w:p>
      <w:pPr>
        <w:jc w:val="right"/>
      </w:pPr>
      <w:r>
        <w:t>تو میرے پر تو اثر ہوا نہیں اس کا۔ رسول اللہ مجھ سے بلین ٹائم زیادہ power، strong personality تھی ان کی، ان کو وہ کیسے چل جائے گا؟ تو اگرچہ بخاری میں ایسی روایت موجود ہے اور لوگ مانتے ہیں اس کو لیکن بخاری میں کئی غلطیاں دوسرے لوگ مانتے ہیں دوسرے پہلو سے، مسائل کے پہلو سے۔ تو جس کو بھی غلطی مان لیجئے۔ ایسا نہیں کہ ہمارے علماء یہ نہیں مانتے کہ بخاری میں جو ہے وہ</w:t>
      </w:r>
    </w:p>
    <w:p>
      <w:r>
        <w:rPr>
          <w:b/>
        </w:rPr>
        <w:t xml:space="preserve">[1:25:51] </w:t>
      </w:r>
      <w:r>
        <w:t>sahi hi hai. Allah Manzoor Shah Kashmiri jo the, bohat bare aalim the India ke, to bukhari ki sau riwayaton par unhone jarh kiya tha. woh chupa hua hai sau riwayaton par. to mein kehta hoon is par bhi jarh kar di jiye. yaani jo Hanafi aur Shafi'i ke beech mein jo ikhtilafat hain, wahan jo bukhari ki ru</w:t>
      </w:r>
    </w:p>
    <w:p>
      <w:pPr>
        <w:jc w:val="right"/>
      </w:pPr>
      <w:r>
        <w:t>صحیح ہی ہے۔ اللہ مانور شاہ کشمیری جو تھے، بہت بڑے عالم تھے انڈیا کے، تو بخاری کی سو روایتوں پر انہوں نے جرح کیا تھا۔ وہ چھپا ہوا ہے سو روایتوں پر۔ تو میں کہتا ہوں اس پر بھی جرح کر دیجئے۔ یعنی جو حنفی اور شافعی کے بیچ میں جو اختلافات ہیں، وہاں جو بخاری کی رو</w:t>
      </w:r>
    </w:p>
    <w:p>
      <w:r>
        <w:rPr>
          <w:b/>
        </w:rPr>
        <w:t xml:space="preserve">[1:26:21] </w:t>
      </w:r>
      <w:r>
        <w:t>ayaton mein apne khilaf kahin milta hai to us par khoob jaraah karte hain log apni baat sabit</w:t>
      </w:r>
    </w:p>
    <w:p>
      <w:pPr>
        <w:jc w:val="right"/>
      </w:pPr>
      <w:r>
        <w:t>ایتوں میں اپنے خلاف کہیں ملتا ہے تو اس پر خوب جرح کرتے ہیں لوگ اپنی بات ثابت</w:t>
      </w:r>
    </w:p>
    <w:p>
      <w:r>
        <w:rPr>
          <w:b/>
        </w:rPr>
        <w:t xml:space="preserve">[1:26:27] </w:t>
      </w:r>
      <w:r>
        <w:t>karne ke liye.</w:t>
      </w:r>
    </w:p>
    <w:p>
      <w:pPr>
        <w:jc w:val="right"/>
      </w:pPr>
      <w:r>
        <w:t>کرنے کے لئے۔</w:t>
      </w:r>
    </w:p>
    <w:p>
      <w:r>
        <w:rPr>
          <w:b/>
        </w:rPr>
        <w:t xml:space="preserve">[1:26:32] </w:t>
      </w:r>
      <w:r>
        <w:t>to aap is par bhi jaraah kijiye.</w:t>
      </w:r>
    </w:p>
    <w:p>
      <w:pPr>
        <w:jc w:val="right"/>
      </w:pPr>
      <w:r>
        <w:t>تو آپ اس پر بھی جرح کیجئے۔</w:t>
      </w:r>
    </w:p>
    <w:p>
      <w:r>
        <w:rPr>
          <w:b/>
        </w:rPr>
        <w:t xml:space="preserve">[1:26:37] </w:t>
      </w:r>
      <w:r>
        <w:t>to woh jaraah yahi hai ke agar Allah taala peghambar ko mehfooz na rakhe to to doubtful ho</w:t>
      </w:r>
    </w:p>
    <w:p>
      <w:pPr>
        <w:jc w:val="right"/>
      </w:pPr>
      <w:r>
        <w:t>تو وہ جرح یہی ہے کہ اگر اللہ تعالیٰ پیغمبر کو محفوظ نہ رکھے تو تو doubtful ہو</w:t>
      </w:r>
    </w:p>
    <w:p>
      <w:r>
        <w:rPr>
          <w:b/>
        </w:rPr>
        <w:t xml:space="preserve">[1:26:42] </w:t>
      </w:r>
      <w:r>
        <w:t>jayega is ka mamla.</w:t>
      </w:r>
    </w:p>
    <w:p>
      <w:pPr>
        <w:jc w:val="right"/>
      </w:pPr>
      <w:r>
        <w:t>جائے گا اس کا معاملہ۔</w:t>
      </w:r>
    </w:p>
    <w:p>
      <w:r>
        <w:rPr>
          <w:b/>
        </w:rPr>
        <w:t xml:space="preserve">[1:26:47] </w:t>
      </w:r>
      <w:r>
        <w:t>wa allahu ya'simukum minan naas mein mere nazdeek yeh shamil hai yeh baat</w:t>
      </w:r>
    </w:p>
    <w:p>
      <w:pPr>
        <w:jc w:val="right"/>
      </w:pPr>
      <w:r>
        <w:t>وَاللَّهُ يَعْصَمُكُمْ مِنَ النَّاسِ میں میرے نزدیک یہ شامل ہے یہ بات</w:t>
      </w:r>
    </w:p>
    <w:p>
      <w:r>
        <w:rPr>
          <w:b/>
        </w:rPr>
        <w:t xml:space="preserve">[1:26:52] </w:t>
      </w:r>
      <w:r>
        <w:t>ke Allah bachayega to matlab yeh nahi ke un ki talwar se bachayega, un ke jadu</w:t>
      </w:r>
    </w:p>
    <w:p>
      <w:pPr>
        <w:jc w:val="right"/>
      </w:pPr>
      <w:r>
        <w:t>کہ اللہ بچائے گا تو مطلب یہ نہیں کہ ان کی تلوار سے بچائے گا، ان کے جادو</w:t>
      </w:r>
    </w:p>
    <w:p>
      <w:r>
        <w:rPr>
          <w:b/>
        </w:rPr>
        <w:t xml:space="preserve">[1:26:57] </w:t>
      </w:r>
      <w:r>
        <w:t>se bachaye ga, un ke tone totke se bachaye ga.</w:t>
      </w:r>
    </w:p>
    <w:p>
      <w:pPr>
        <w:jc w:val="right"/>
      </w:pPr>
      <w:r>
        <w:t>سے بچائے گا، ان کے ٹونے ٹٹکے سے بچائے گا۔</w:t>
      </w:r>
    </w:p>
    <w:p>
      <w:r>
        <w:rPr>
          <w:b/>
        </w:rPr>
        <w:t xml:space="preserve">[1:27:01] </w:t>
      </w:r>
      <w:r>
        <w:t>yeh matlab hai.</w:t>
      </w:r>
    </w:p>
    <w:p>
      <w:pPr>
        <w:jc w:val="right"/>
      </w:pPr>
      <w:r>
        <w:t>یہ مطلب ہے۔</w:t>
      </w:r>
    </w:p>
    <w:p>
      <w:r>
        <w:rPr>
          <w:b/>
        </w:rPr>
        <w:t xml:space="preserve">[1:27:05] </w:t>
      </w:r>
      <w:r>
        <w:t>to dekhye, masle masael, fiqhi masael ke maamle mein saare ulama bukhari ki in riwayat par jarah karte</w:t>
      </w:r>
    </w:p>
    <w:p>
      <w:pPr>
        <w:jc w:val="right"/>
      </w:pPr>
      <w:r>
        <w:t>تو دیکھئے، مسئلے مسائل، فقہی مسائل کے معاملے میں سارے علماء بخاری کی ان روایتوں پر جرح کرتے</w:t>
      </w:r>
    </w:p>
    <w:p>
      <w:r>
        <w:rPr>
          <w:b/>
        </w:rPr>
        <w:t xml:space="preserve">[1:27:09] </w:t>
      </w:r>
      <w:r>
        <w:t>hain jo un ke masle ke khilaf hoti hain.</w:t>
      </w:r>
    </w:p>
    <w:p>
      <w:pPr>
        <w:jc w:val="right"/>
      </w:pPr>
      <w:r>
        <w:t>ہیں جو ان کے مسئلے کے خلاف ہوتی ہیں۔</w:t>
      </w:r>
    </w:p>
    <w:p>
      <w:r>
        <w:rPr>
          <w:b/>
        </w:rPr>
        <w:t xml:space="preserve">[1:27:14] </w:t>
      </w:r>
      <w:r>
        <w:t>to mein samajhta hoon ke yeh bhi is par bhi jarah kijiye.</w:t>
      </w:r>
    </w:p>
    <w:p>
      <w:pPr>
        <w:jc w:val="right"/>
      </w:pPr>
      <w:r>
        <w:t>تو میں سمجھتا ہوں کہ یہ بھی اس پر بھی جرح کیجئے۔</w:t>
      </w:r>
    </w:p>
    <w:p>
      <w:r>
        <w:rPr>
          <w:b/>
        </w:rPr>
        <w:t xml:space="preserve">[1:27:18] </w:t>
      </w:r>
      <w:r>
        <w:t>to zaati taur par mein is ko sahih</w:t>
      </w:r>
    </w:p>
    <w:p>
      <w:pPr>
        <w:jc w:val="right"/>
      </w:pPr>
      <w:r>
        <w:t>تو ذاتی طور پر میں اس کو صح</w:t>
      </w:r>
    </w:p>
    <w:p>
      <w:r>
        <w:rPr>
          <w:b/>
        </w:rPr>
        <w:t xml:space="preserve">[1:27:22] </w:t>
      </w:r>
      <w:r>
        <w:t>nahi manta.</w:t>
      </w:r>
    </w:p>
    <w:p>
      <w:pPr>
        <w:jc w:val="right"/>
      </w:pPr>
      <w:r>
        <w:t>یح نہیں مانتا۔</w:t>
      </w:r>
    </w:p>
    <w:p>
      <w:r>
        <w:rPr>
          <w:b/>
        </w:rPr>
        <w:t xml:space="preserve">[1:27:26] </w:t>
      </w:r>
      <w:r>
        <w:t>This question is from Dr.</w:t>
      </w:r>
    </w:p>
    <w:p>
      <w:pPr>
        <w:jc w:val="right"/>
      </w:pPr>
      <w:r>
        <w:t>This question is from Dr.</w:t>
      </w:r>
    </w:p>
    <w:p>
      <w:r>
        <w:rPr>
          <w:b/>
        </w:rPr>
        <w:t xml:space="preserve">[1:27:30] </w:t>
      </w:r>
      <w:r>
        <w:t>Mohammad Aslam Khan from Saharanpur.</w:t>
      </w:r>
    </w:p>
    <w:p>
      <w:pPr>
        <w:jc w:val="right"/>
      </w:pPr>
      <w:r>
        <w:t>Mohammad Aslam Khan from Saharanpur.</w:t>
      </w:r>
    </w:p>
    <w:p>
      <w:r>
        <w:rPr>
          <w:b/>
        </w:rPr>
        <w:t xml:space="preserve">[1:27:34] </w:t>
      </w:r>
      <w:r>
        <w:t>After discovering Mehdi, what course of action one should follow?</w:t>
      </w:r>
    </w:p>
    <w:p>
      <w:pPr>
        <w:jc w:val="right"/>
      </w:pPr>
      <w:r>
        <w:t>After discovering Mehdi, what course of action one should follow?</w:t>
      </w:r>
    </w:p>
    <w:p>
      <w:r>
        <w:rPr>
          <w:b/>
        </w:rPr>
        <w:t xml:space="preserve">[1:27:38] </w:t>
      </w:r>
      <w:r>
        <w:t>Maulana, kindly describe in detail.</w:t>
      </w:r>
    </w:p>
    <w:p>
      <w:pPr>
        <w:jc w:val="right"/>
      </w:pPr>
      <w:r>
        <w:t>مولانا، kindly describe in detail۔</w:t>
      </w:r>
    </w:p>
    <w:p>
      <w:r>
        <w:rPr>
          <w:b/>
        </w:rPr>
        <w:t xml:space="preserve">[1:27:42] </w:t>
      </w:r>
      <w:r>
        <w:t>in baaton ka talluq yaad rakhiye khud apni zaat se hai.</w:t>
      </w:r>
    </w:p>
    <w:p>
      <w:pPr>
        <w:jc w:val="right"/>
      </w:pPr>
      <w:r>
        <w:t>ان باتوں کا تعلق یاد رکھیے خود اپنی ذات سے ہے۔</w:t>
      </w:r>
    </w:p>
    <w:p>
      <w:r>
        <w:rPr>
          <w:b/>
        </w:rPr>
        <w:t xml:space="preserve">[1:27:46] </w:t>
      </w:r>
      <w:r>
        <w:t>koi doosra aadmi aap ko nahi bata sakta.</w:t>
      </w:r>
    </w:p>
    <w:p>
      <w:pPr>
        <w:jc w:val="right"/>
      </w:pPr>
      <w:r>
        <w:t>کوئی دوسرا آدمی آپ کو نہیں بتا سکتا۔</w:t>
      </w:r>
    </w:p>
    <w:p>
      <w:r>
        <w:rPr>
          <w:b/>
        </w:rPr>
        <w:t xml:space="preserve">[1:27:50] </w:t>
      </w:r>
      <w:r>
        <w:t>bilkul yeh possible hi nahi hai.</w:t>
      </w:r>
    </w:p>
    <w:p>
      <w:pPr>
        <w:jc w:val="right"/>
      </w:pPr>
      <w:r>
        <w:t>بالکل یہ possible ہی نہیں ہے۔</w:t>
      </w:r>
    </w:p>
    <w:p>
      <w:r>
        <w:rPr>
          <w:b/>
        </w:rPr>
        <w:t xml:space="preserve">[1:27:55] </w:t>
      </w:r>
      <w:r>
        <w:t>aap janiye, aap duaein kijiye. ab Allah taala se yeh sawal Allah taala se karna chahiye aadmi ko, insaan se nahi. yeh sab sawalat jo hain insaan ko Allah taala se karna chahiye aur sab baatein khul jayengi. "Rabbi ishrah li sadri" Khudaaya mera seena khol de. to jo baatein direct taur par Allah se milengi, us ko aap insaan se nahi jaan sak</w:t>
      </w:r>
    </w:p>
    <w:p>
      <w:pPr>
        <w:jc w:val="right"/>
      </w:pPr>
      <w:r>
        <w:t>آپ جانیے، آپ دعائیں کیجئے۔ اب اللہ تعالیٰ سے یہ سوال اللہ تعالیٰ سے کرنا چاہیے آدمی کو، انسان سے نہیں۔ یہ سب سوالات جو ہیں انسان کو اللہ تعالیٰ سے کرنا چاہیے اور سب باتیں کھل جائیں گی۔ رَبِّ اِشْرِحَ لِي صَدْرِي خدایا میرا سینہ کھول دے۔ تو جو باتیں direct طور پر اللہ سے ملیں گی، اس کو آپ انسان سے نہیں جان سکت</w:t>
      </w:r>
    </w:p>
    <w:p>
      <w:r>
        <w:rPr>
          <w:b/>
        </w:rPr>
        <w:t xml:space="preserve">[1:28:25] </w:t>
      </w:r>
      <w:r>
        <w:t>e.</w:t>
      </w:r>
    </w:p>
    <w:p>
      <w:pPr>
        <w:jc w:val="right"/>
      </w:pPr>
      <w:r>
        <w:t>ے۔</w:t>
      </w:r>
    </w:p>
    <w:p>
      <w:r>
        <w:rPr>
          <w:b/>
        </w:rPr>
        <w:t xml:space="preserve">[1:28:30] </w:t>
      </w:r>
      <w:r>
        <w:t>insaan to sirf usool bata sakta hai.</w:t>
      </w:r>
    </w:p>
    <w:p>
      <w:pPr>
        <w:jc w:val="right"/>
      </w:pPr>
      <w:r>
        <w:t>انسان تو صرف اصول بتا سکتا ہے۔</w:t>
      </w:r>
    </w:p>
    <w:p>
      <w:r>
        <w:rPr>
          <w:b/>
        </w:rPr>
        <w:t xml:space="preserve">[1:28:35] </w:t>
      </w:r>
      <w:r>
        <w:t>This question is from Dr.</w:t>
      </w:r>
    </w:p>
    <w:p>
      <w:pPr>
        <w:jc w:val="right"/>
      </w:pPr>
      <w:r>
        <w:t>This question is from Dr.</w:t>
      </w:r>
    </w:p>
    <w:p>
      <w:r>
        <w:rPr>
          <w:b/>
        </w:rPr>
        <w:t xml:space="preserve">[1:28:40] </w:t>
      </w:r>
      <w:r>
        <w:t>Faridah Khanam from Delhi.</w:t>
      </w:r>
    </w:p>
    <w:p>
      <w:pPr>
        <w:jc w:val="right"/>
      </w:pPr>
      <w:r>
        <w:t>Faridah Khanam from Delhi.</w:t>
      </w:r>
    </w:p>
    <w:p>
      <w:r>
        <w:rPr>
          <w:b/>
        </w:rPr>
        <w:t xml:space="preserve">[1:28:45] </w:t>
      </w:r>
      <w:r>
        <w:t>Please explain indirect benefit and how can we make use of it in da'wah work.</w:t>
      </w:r>
    </w:p>
    <w:p>
      <w:pPr>
        <w:jc w:val="right"/>
      </w:pPr>
      <w:r>
        <w:t>Please explain indirect benefit and how can we make use of it in دعویٰ work.</w:t>
      </w:r>
    </w:p>
    <w:p>
      <w:r>
        <w:rPr>
          <w:b/>
        </w:rPr>
        <w:t xml:space="preserve">[1:28:50] </w:t>
      </w:r>
      <w:r>
        <w:t>dekhen, indirect benefit jo hai direct</w:t>
      </w:r>
    </w:p>
    <w:p>
      <w:pPr>
        <w:jc w:val="right"/>
      </w:pPr>
      <w:r>
        <w:t>دیکھیں، indirect benefit جو ہے direct</w:t>
      </w:r>
    </w:p>
    <w:p>
      <w:r>
        <w:rPr>
          <w:b/>
        </w:rPr>
        <w:t xml:space="preserve">[1:28:55] </w:t>
      </w:r>
      <w:r>
        <w:t>se bohat zyada hota hai lekin log samajhte nahi hain is ko.</w:t>
      </w:r>
    </w:p>
    <w:p>
      <w:pPr>
        <w:jc w:val="right"/>
      </w:pPr>
      <w:r>
        <w:t>سے بہت زیادہ ہوتا ہے لیکن لوگ سمجھتے نہیں ہیں اس کو۔</w:t>
      </w:r>
    </w:p>
    <w:p>
      <w:r>
        <w:rPr>
          <w:b/>
        </w:rPr>
        <w:t xml:space="preserve">[1:29:02] </w:t>
      </w:r>
      <w:r>
        <w:t>direct taur par jo mil rahi hai, bas samajhte hain ke yahi hai aur indirect taur par jo</w:t>
      </w:r>
    </w:p>
    <w:p>
      <w:pPr>
        <w:jc w:val="right"/>
      </w:pPr>
      <w:r>
        <w:t>direct طور پر جو مل رہی ہے، بس سمجھتے ہیں کہ یہی ہے اور indirect طور پر جو</w:t>
      </w:r>
    </w:p>
    <w:p>
      <w:r>
        <w:rPr>
          <w:b/>
        </w:rPr>
        <w:t xml:space="preserve">[1:29:10] </w:t>
      </w:r>
      <w:r>
        <w:t>milte hain, is ko samajh nahi paate.</w:t>
      </w:r>
    </w:p>
    <w:p>
      <w:pPr>
        <w:jc w:val="right"/>
      </w:pPr>
      <w:r>
        <w:t>ملتے ہیں، اس کو سمجھ نہیں پاتے۔</w:t>
      </w:r>
    </w:p>
    <w:p>
      <w:r>
        <w:rPr>
          <w:b/>
        </w:rPr>
        <w:t xml:space="preserve">[1:29:18] </w:t>
      </w:r>
      <w:r>
        <w:t>jaise misaal ke taur par dekhiye, hunain ka jo ghazwa hua tha, us mein bohat zyada ghanaim mile the.</w:t>
      </w:r>
    </w:p>
    <w:p>
      <w:pPr>
        <w:jc w:val="right"/>
      </w:pPr>
      <w:r>
        <w:t>جیسے مثال کے طور پر دیکھئے، حنین کا جو غزوہ ہوا تھا، اس میں بہت زیادہ غنائم ملے تھے۔</w:t>
      </w:r>
    </w:p>
    <w:p>
      <w:r>
        <w:rPr>
          <w:b/>
        </w:rPr>
        <w:t xml:space="preserve">[1:29:26] </w:t>
      </w:r>
      <w:r>
        <w:t>ghanaim kya the? bhed, bakri waghera, is tarah ki cheezein bohat zyada mile the.</w:t>
      </w:r>
    </w:p>
    <w:p>
      <w:pPr>
        <w:jc w:val="right"/>
      </w:pPr>
      <w:r>
        <w:t>غنائم کیا تھے؟ بھیڑ، بکری وغیرہ، اس طرح کی چیزیں بہت زیادہ ملے تھے۔</w:t>
      </w:r>
    </w:p>
    <w:p>
      <w:r>
        <w:rPr>
          <w:b/>
        </w:rPr>
        <w:t xml:space="preserve">[1:29:32] </w:t>
      </w:r>
      <w:r>
        <w:t>to rasool Allah ne un ghaneem ko un logon ko de diya, talib e aql wale logon ko jin</w:t>
      </w:r>
    </w:p>
    <w:p>
      <w:pPr>
        <w:jc w:val="right"/>
      </w:pPr>
      <w:r>
        <w:t>تو رسول اللہ نے ان غنائم کو ان لوگوں کو دے دیا، طالب عقل والے لوگوں کو جن</w:t>
      </w:r>
    </w:p>
    <w:p>
      <w:r>
        <w:rPr>
          <w:b/>
        </w:rPr>
        <w:t xml:space="preserve">[1:29:38] </w:t>
      </w:r>
      <w:r>
        <w:t>ki talib e aql maqsood thi.</w:t>
      </w:r>
    </w:p>
    <w:p>
      <w:pPr>
        <w:jc w:val="right"/>
      </w:pPr>
      <w:r>
        <w:t>کی طالب عقل مقصود تھی۔</w:t>
      </w:r>
    </w:p>
    <w:p>
      <w:r>
        <w:rPr>
          <w:b/>
        </w:rPr>
        <w:t xml:space="preserve">[1:29:44] </w:t>
      </w:r>
      <w:r>
        <w:t>wa lam yuaatil ansaar ash-shayyeen un logon ko shikayatein bhi huin.</w:t>
      </w:r>
    </w:p>
    <w:p>
      <w:pPr>
        <w:jc w:val="right"/>
      </w:pPr>
      <w:r>
        <w:t>وَلَمْ يُعْطِلْ أَنْصَارَ الشَّيْعِينَ ان لوگوں کو شکایتیں بھی ہوئیں۔</w:t>
      </w:r>
    </w:p>
    <w:p>
      <w:r>
        <w:rPr>
          <w:b/>
        </w:rPr>
        <w:t xml:space="preserve">[1:29:50] </w:t>
      </w:r>
      <w:r>
        <w:t>shikayatein kyun huin? is liye ke woh un ghaneem, rasool</w:t>
      </w:r>
    </w:p>
    <w:p>
      <w:pPr>
        <w:jc w:val="right"/>
      </w:pPr>
      <w:r>
        <w:t>شکایتیں کیوں ہوئیں؟ اس لئے کہ وہ ان غنائم، رسول</w:t>
      </w:r>
    </w:p>
    <w:p>
      <w:r>
        <w:rPr>
          <w:b/>
        </w:rPr>
        <w:t xml:space="preserve">[1:29:56] </w:t>
      </w:r>
      <w:r>
        <w:t>Allah ne jo ghaneem diye the, to is ka jo indirect faayeda hai, woh dekh nahin paate the.</w:t>
      </w:r>
    </w:p>
    <w:p>
      <w:pPr>
        <w:jc w:val="right"/>
      </w:pPr>
      <w:r>
        <w:t>اللہ نے جو غنائم دیے تھے، تو اس کا جو indirect فائدہ ہے، وہ دیکھ نہیں پاتے تھے۔</w:t>
      </w:r>
    </w:p>
    <w:p>
      <w:r>
        <w:rPr>
          <w:b/>
        </w:rPr>
        <w:t xml:space="preserve">[1:30:01] </w:t>
      </w:r>
      <w:r>
        <w:t>sirf direct dekh paate the ke un ko diya, hamein nahin diya.</w:t>
      </w:r>
    </w:p>
    <w:p>
      <w:pPr>
        <w:jc w:val="right"/>
      </w:pPr>
      <w:r>
        <w:t>صرف direct دیکھ پاتے تھے کہ ان کو دیا، ہمیں نہیں دیا۔</w:t>
      </w:r>
    </w:p>
    <w:p>
      <w:r>
        <w:rPr>
          <w:b/>
        </w:rPr>
        <w:t xml:space="preserve">[1:30:06] </w:t>
      </w:r>
      <w:r>
        <w:t>yeh tha direct.</w:t>
      </w:r>
    </w:p>
    <w:p>
      <w:pPr>
        <w:jc w:val="right"/>
      </w:pPr>
      <w:r>
        <w:t>یہ تھا direct۔</w:t>
      </w:r>
    </w:p>
    <w:p>
      <w:r>
        <w:rPr>
          <w:b/>
        </w:rPr>
        <w:t xml:space="preserve">[1:30:11] </w:t>
      </w:r>
      <w:r>
        <w:t>indirect tha ke woh log, woh log jo hain, bilkul dhaye gaye, unhon ne surrender kar diya aur</w:t>
      </w:r>
    </w:p>
    <w:p>
      <w:pPr>
        <w:jc w:val="right"/>
      </w:pPr>
      <w:r>
        <w:t>indirect تھا کہ وہ لوگ، وہ لوگ جو ہیں، بالکل ڈھائے گئے، انہوں نے surrender کر دیا اور</w:t>
      </w:r>
    </w:p>
    <w:p>
      <w:r>
        <w:rPr>
          <w:b/>
        </w:rPr>
        <w:t xml:space="preserve">[1:30:16] </w:t>
      </w:r>
      <w:r>
        <w:t>Islam ka ghalba jo sau saal mein hota hai, woh das din mein ho gaya.</w:t>
      </w:r>
    </w:p>
    <w:p>
      <w:pPr>
        <w:jc w:val="right"/>
      </w:pPr>
      <w:r>
        <w:t>اسلام کا غلبہ جو سو سال میں ہوتا ہے، وہ دس دن میں ہو گیا۔</w:t>
      </w:r>
    </w:p>
    <w:p>
      <w:r>
        <w:rPr>
          <w:b/>
        </w:rPr>
        <w:t xml:space="preserve">[1:30:21] </w:t>
      </w:r>
      <w:r>
        <w:t>Arab ka Islamization ka jo process hai, woh bohat zyada tez ho</w:t>
      </w:r>
    </w:p>
    <w:p>
      <w:pPr>
        <w:jc w:val="right"/>
      </w:pPr>
      <w:r>
        <w:t>عرب کا Islamization کا جو process ہے، وہ بہت زیادہ تیز ہو</w:t>
      </w:r>
    </w:p>
    <w:p>
      <w:r>
        <w:rPr>
          <w:b/>
        </w:rPr>
        <w:t xml:space="preserve">[1:30:26] </w:t>
      </w:r>
      <w:r>
        <w:t>gaya.</w:t>
      </w:r>
    </w:p>
    <w:p>
      <w:pPr>
        <w:jc w:val="right"/>
      </w:pPr>
      <w:r>
        <w:t>گیا۔</w:t>
      </w:r>
    </w:p>
    <w:p>
      <w:r>
        <w:rPr>
          <w:b/>
        </w:rPr>
        <w:t xml:space="preserve">[1:30:32] </w:t>
      </w:r>
      <w:r>
        <w:t>yeh tha indirect faayeda.</w:t>
      </w:r>
    </w:p>
    <w:p>
      <w:pPr>
        <w:jc w:val="right"/>
      </w:pPr>
      <w:r>
        <w:t>یہ تھا indirect فائدہ۔</w:t>
      </w:r>
    </w:p>
    <w:p>
      <w:r>
        <w:rPr>
          <w:b/>
        </w:rPr>
        <w:t xml:space="preserve">[1:30:37] </w:t>
      </w:r>
      <w:r>
        <w:t>jo Quran majeed mein hai ke 'aalim ma'al mutaalim' yeh Hudaybiyah ke baray mein hai.</w:t>
      </w:r>
    </w:p>
    <w:p>
      <w:pPr>
        <w:jc w:val="right"/>
      </w:pPr>
      <w:r>
        <w:t>جو قرآن مجید میں ہے کہ عَالِمَ مَعَ الْمُطَالِمِ یہ حدیبیہ کے بارے میں ہے۔</w:t>
      </w:r>
    </w:p>
    <w:p>
      <w:r>
        <w:rPr>
          <w:b/>
        </w:rPr>
        <w:t xml:space="preserve">[1:30:43] </w:t>
      </w:r>
      <w:r>
        <w:t>Surah Fatah mein aap parh lijiye.</w:t>
      </w:r>
    </w:p>
    <w:p>
      <w:pPr>
        <w:jc w:val="right"/>
      </w:pPr>
      <w:r>
        <w:t>سورہ فتح میں آپ پڑھ لیجئے۔</w:t>
      </w:r>
    </w:p>
    <w:p>
      <w:r>
        <w:rPr>
          <w:b/>
        </w:rPr>
        <w:t xml:space="preserve">[1:30:48] </w:t>
      </w:r>
      <w:r>
        <w:t>ya Hudaybiyah ka jo agreement hua tha, us mein history mein kabhi aisa agreement kisi kisi leader ne nahin kiya.</w:t>
      </w:r>
    </w:p>
    <w:p>
      <w:pPr>
        <w:jc w:val="right"/>
      </w:pPr>
      <w:r>
        <w:t>یا حدیبیہ کا جو agreement ہوا تھا، اس میں history میں کبھی ایسا agreement کسی کسی leader نے نہیں کیا۔</w:t>
      </w:r>
    </w:p>
    <w:p>
      <w:r>
        <w:rPr>
          <w:b/>
        </w:rPr>
        <w:t xml:space="preserve">[1:30:54] </w:t>
      </w:r>
      <w:r>
        <w:t>poori poori history mein</w:t>
      </w:r>
    </w:p>
    <w:p>
      <w:pPr>
        <w:jc w:val="right"/>
      </w:pPr>
      <w:r>
        <w:t>پوری پوری history میں</w:t>
      </w:r>
    </w:p>
    <w:p>
      <w:r>
        <w:rPr>
          <w:b/>
        </w:rPr>
        <w:t xml:space="preserve">[1:31:00] </w:t>
      </w:r>
      <w:r>
        <w:t>ke jo other party hai, us ki jo conditions hain, us ko maan lena.</w:t>
      </w:r>
    </w:p>
    <w:p>
      <w:pPr>
        <w:jc w:val="right"/>
      </w:pPr>
      <w:r>
        <w:t>کہ جو other party ہے، اس کی جو conditions ہیں، اس کو مان لینا۔</w:t>
      </w:r>
    </w:p>
    <w:p>
      <w:r>
        <w:rPr>
          <w:b/>
        </w:rPr>
        <w:t xml:space="preserve">[1:31:06] </w:t>
      </w:r>
      <w:r>
        <w:t>yaani literally aisa kabhi to na musalmanon ne bhi dobara nahin kiya aisa.</w:t>
      </w:r>
    </w:p>
    <w:p>
      <w:pPr>
        <w:jc w:val="right"/>
      </w:pPr>
      <w:r>
        <w:t>یعنی literally ایسا کبھی تو نہ مسلمانوں نے بھی دوبارہ نہیں کیا ایسا۔</w:t>
      </w:r>
    </w:p>
    <w:p>
      <w:r>
        <w:rPr>
          <w:b/>
        </w:rPr>
        <w:t xml:space="preserve">[1:31:12] </w:t>
      </w:r>
      <w:r>
        <w:t>yaani mein pehla shakhs hoon jo is ko discover kiya, maine.</w:t>
      </w:r>
    </w:p>
    <w:p>
      <w:pPr>
        <w:jc w:val="right"/>
      </w:pPr>
      <w:r>
        <w:t>یعنی میں پہلا شخص ہوں جو اس کو discover کیا، میں نے۔</w:t>
      </w:r>
    </w:p>
    <w:p>
      <w:r>
        <w:rPr>
          <w:b/>
        </w:rPr>
        <w:t xml:space="preserve">[1:31:18] </w:t>
      </w:r>
      <w:r>
        <w:t>mujhe musalman jaante bhi nahin the ke Rasool Allah sal Allah alayhi wa sallam ne Hudaybiyah ka maamla kiya kiya tha.</w:t>
      </w:r>
    </w:p>
    <w:p>
      <w:pPr>
        <w:jc w:val="right"/>
      </w:pPr>
      <w:r>
        <w:t>مجھے مسلمان جانتے بھی نہیں تھے کہ رسول اللہ صلی اللہ علیہ وسلم نے حدیبیہ کا معاملہ کیا کیا تھا۔</w:t>
      </w:r>
    </w:p>
    <w:p>
      <w:r>
        <w:rPr>
          <w:b/>
        </w:rPr>
        <w:t xml:space="preserve">[1:31:24] </w:t>
      </w:r>
      <w:r>
        <w:t>na to kisi aur ne is tarah ka agreement kiya kabhi kisi se jis mein ind</w:t>
      </w:r>
    </w:p>
    <w:p>
      <w:pPr>
        <w:jc w:val="right"/>
      </w:pPr>
      <w:r>
        <w:t>نہ تو کسی اور نے اس طرح کا agreement کیا کبھی کسی سے جس میں ind</w:t>
      </w:r>
    </w:p>
    <w:p>
      <w:r>
        <w:rPr>
          <w:b/>
        </w:rPr>
        <w:t xml:space="preserve">[1:31:30] </w:t>
      </w:r>
      <w:r>
        <w:t>irect tor par doosri party ke demand ko maan liya gaya ho aur na musalmanon ne is ko</w:t>
      </w:r>
    </w:p>
    <w:p>
      <w:pPr>
        <w:jc w:val="right"/>
      </w:pPr>
      <w:r>
        <w:t>irect طور پر دوسری party کے demand کو مان لیا گیا ہو اور نہ مسلمانوں نے اس کو</w:t>
      </w:r>
    </w:p>
    <w:p>
      <w:r>
        <w:rPr>
          <w:b/>
        </w:rPr>
        <w:t xml:space="preserve">[1:31:34] </w:t>
      </w:r>
      <w:r>
        <w:t>kabhi samjha aur is par amal kiya.</w:t>
      </w:r>
    </w:p>
    <w:p>
      <w:pPr>
        <w:jc w:val="right"/>
      </w:pPr>
      <w:r>
        <w:t>کبھی سمجھا اور اس پر عمل کیا۔</w:t>
      </w:r>
    </w:p>
    <w:p>
      <w:r>
        <w:rPr>
          <w:b/>
        </w:rPr>
        <w:t xml:space="preserve">[1:31:38] </w:t>
      </w:r>
      <w:r>
        <w:t>mein poori Muslim history mein pehla shakhs hoon jis ne is ko discover kiya.</w:t>
      </w:r>
    </w:p>
    <w:p>
      <w:pPr>
        <w:jc w:val="right"/>
      </w:pPr>
      <w:r>
        <w:t>میں پوری مسلم history میں پہلا شخص ہوں جس نے اس کو discover کیا۔</w:t>
      </w:r>
    </w:p>
    <w:p>
      <w:r>
        <w:rPr>
          <w:b/>
        </w:rPr>
        <w:t xml:space="preserve">[1:31:42] </w:t>
      </w:r>
      <w:r>
        <w:t>kyun? 'aalim ma'al mutaalim' Khuda ne woh jaana jo tum nahin jaante the.</w:t>
      </w:r>
    </w:p>
    <w:p>
      <w:pPr>
        <w:jc w:val="right"/>
      </w:pPr>
      <w:r>
        <w:t>کیوں؟ عَالِمَ مَعَ الْمُطَالِمِ خدا نے وہ جانا جو تم نہیں جانتے تھے۔</w:t>
      </w:r>
    </w:p>
    <w:p>
      <w:r>
        <w:rPr>
          <w:b/>
        </w:rPr>
        <w:t xml:space="preserve">[1:31:46] </w:t>
      </w:r>
      <w:r>
        <w:t>yani indirect faida.</w:t>
      </w:r>
    </w:p>
    <w:p>
      <w:pPr>
        <w:jc w:val="right"/>
      </w:pPr>
      <w:r>
        <w:t>یعنی indirect فائدہ۔</w:t>
      </w:r>
    </w:p>
    <w:p>
      <w:r>
        <w:rPr>
          <w:b/>
        </w:rPr>
        <w:t xml:space="preserve">[1:31:49] </w:t>
      </w:r>
      <w:r>
        <w:t>is ka matlab indirect faida hai.</w:t>
      </w:r>
    </w:p>
    <w:p>
      <w:pPr>
        <w:jc w:val="right"/>
      </w:pPr>
      <w:r>
        <w:t>اس کا مطلب indirect فائدہ ہے۔</w:t>
      </w:r>
    </w:p>
    <w:p>
      <w:r>
        <w:rPr>
          <w:b/>
        </w:rPr>
        <w:t xml:space="preserve">[1:31:53] </w:t>
      </w:r>
      <w:r>
        <w:t>yeh koi purasrar cheez nahi hai.</w:t>
      </w:r>
    </w:p>
    <w:p>
      <w:pPr>
        <w:jc w:val="right"/>
      </w:pPr>
      <w:r>
        <w:t>یہ کوئی پراسرار چیز نہیں ہے۔</w:t>
      </w:r>
    </w:p>
    <w:p>
      <w:r>
        <w:rPr>
          <w:b/>
        </w:rPr>
        <w:t xml:space="preserve">[1:31:57] </w:t>
      </w:r>
      <w:r>
        <w:t>hamare mufassireen is ko clear nahi kar paye hain.</w:t>
      </w:r>
    </w:p>
    <w:p>
      <w:pPr>
        <w:jc w:val="right"/>
      </w:pPr>
      <w:r>
        <w:t>ہمارے مفسرین اس کو clear نہیں کر پائے ہیں۔</w:t>
      </w:r>
    </w:p>
    <w:p>
      <w:r>
        <w:rPr>
          <w:b/>
        </w:rPr>
        <w:t xml:space="preserve">[1:32:01] </w:t>
      </w:r>
      <w:r>
        <w:t>hamare mufassireen is ko bata nahi paye ke kya matlab hai 'aalim ma'a al-mutalim.'</w:t>
      </w:r>
    </w:p>
    <w:p>
      <w:pPr>
        <w:jc w:val="right"/>
      </w:pPr>
      <w:r>
        <w:t>ہمارے مفسرین اس کو بتا نہیں پائے کہ کیا مطلب ہے عَالِمَ مَعَ الْمُطَالِمِ۔</w:t>
      </w:r>
    </w:p>
    <w:p>
      <w:r>
        <w:rPr>
          <w:b/>
        </w:rPr>
        <w:t xml:space="preserve">[1:32:07] </w:t>
      </w:r>
      <w:r>
        <w:t>is ka matlab hai ke tum ne dekha direct faide ko, Khuda ne dekha indirect faide ko.</w:t>
      </w:r>
    </w:p>
    <w:p>
      <w:pPr>
        <w:jc w:val="right"/>
      </w:pPr>
      <w:r>
        <w:t>اس کا مطلب ہے کہ تم نے دیکھا direct فائدے کو، خدا نے دیکھا indirect فائدے کو۔</w:t>
      </w:r>
    </w:p>
    <w:p>
      <w:r>
        <w:rPr>
          <w:b/>
        </w:rPr>
        <w:t xml:space="preserve">[1:32:13] </w:t>
      </w:r>
      <w:r>
        <w:t>tumhari nazron se indirect faida ojhal tha.</w:t>
      </w:r>
    </w:p>
    <w:p>
      <w:pPr>
        <w:jc w:val="right"/>
      </w:pPr>
      <w:r>
        <w:t>تمہاری نظروں سے indirect فائدہ اوجھل تھا۔</w:t>
      </w:r>
    </w:p>
    <w:p>
      <w:r>
        <w:rPr>
          <w:b/>
        </w:rPr>
        <w:t xml:space="preserve">[1:32:20] </w:t>
      </w:r>
      <w:r>
        <w:t>woh kya indirect faida tha? ke jab normalcy aa gayi, yani woh khatm ho gaya, yani jang khatm,</w:t>
      </w:r>
    </w:p>
    <w:p>
      <w:pPr>
        <w:jc w:val="right"/>
      </w:pPr>
      <w:r>
        <w:t>وہ کیا indirect فائدہ تھا؟ کہ جب normalcy آ گئی، یعنی وہ ختم ہو گیا، یعنی جنگ ختم،</w:t>
      </w:r>
    </w:p>
    <w:p>
      <w:r>
        <w:rPr>
          <w:b/>
        </w:rPr>
        <w:t xml:space="preserve">[1:32:26] </w:t>
      </w:r>
      <w:r>
        <w:t>takrao khatm, tashaddud khatm,</w:t>
      </w:r>
    </w:p>
    <w:p>
      <w:pPr>
        <w:jc w:val="right"/>
      </w:pPr>
      <w:r>
        <w:t>ٹکراؤ ختم، تشدد ختم،</w:t>
      </w:r>
    </w:p>
    <w:p>
      <w:r>
        <w:rPr>
          <w:b/>
        </w:rPr>
        <w:t xml:space="preserve">[1:32:32] </w:t>
      </w:r>
      <w:r>
        <w:t>to kya hua? interaction badh gaya. pehle interaction band tha bilkul. woh log idhar, yeh log idhar. raaste khul gaye. interaction means da'wah work. interaction jab badh gaya, da'wah work hone laga. da'wah work hone laga to logon ke dil naram hone lagne. to that was indirect benefit. to is aayat ka matlab mufassireen nahi samajh paaye hain. is ka matlab yahi hai 'Aali</w:t>
      </w:r>
    </w:p>
    <w:p>
      <w:pPr>
        <w:jc w:val="right"/>
      </w:pPr>
      <w:r>
        <w:t>تو کیا ہوا؟ interaction بڑھ گیا۔ پہلے interaction بند تھا بالکل۔ وہ لوگ ادھر، یہ لوگ ادھر۔ راستے کھل گئے۔ Interaction means دعویٰ work. Interaction جب بڑھ گیا، دعویٰ work ہونے لگا۔ دعویٰ work ہونے لگا تو لوگوں کے دل نرم ہونے لگے۔ تو that was indirect benefit. تو اس آیت کا مطلب مفسرین نہیں سمجھ پائے ہیں۔ اس کا مطلب یہی ہے عَ</w:t>
      </w:r>
    </w:p>
    <w:p>
      <w:r>
        <w:rPr>
          <w:b/>
        </w:rPr>
        <w:t xml:space="preserve">[1:33:02] </w:t>
      </w:r>
      <w:r>
        <w:t>'alim ma'a al-mutalim' ke tum ne jaana sirf direct faide ko, Allah ne jaana indirect faide ko.</w:t>
      </w:r>
    </w:p>
    <w:p>
      <w:pPr>
        <w:jc w:val="right"/>
      </w:pPr>
      <w:r>
        <w:t>الِمَ مَعَ الْمُطَالِمِ کہ تم نے جانا صرف direct فائدے کو، اللہ نے جانا indirect فائدے کو۔</w:t>
      </w:r>
    </w:p>
    <w:p>
      <w:r>
        <w:rPr>
          <w:b/>
        </w:rPr>
        <w:t xml:space="preserve">[1:33:08] </w:t>
      </w:r>
      <w:r>
        <w:t>lekin ajeeb baat hai ke yani tareekh mein koi misaal doosri nahi hai is wisdom ki jo wisdom</w:t>
      </w:r>
    </w:p>
    <w:p>
      <w:pPr>
        <w:jc w:val="right"/>
      </w:pPr>
      <w:r>
        <w:t>لیکن عجیب بات ہے کہ یعنی تاریخ میں کوئی مثال دوسری نہیں ہے اس wisdom کی جو wisdom</w:t>
      </w:r>
    </w:p>
    <w:p>
      <w:r>
        <w:rPr>
          <w:b/>
        </w:rPr>
        <w:t xml:space="preserve">[1:33:15] </w:t>
      </w:r>
      <w:r>
        <w:t>Hudaybiyah mein thi.</w:t>
      </w:r>
    </w:p>
    <w:p>
      <w:pPr>
        <w:jc w:val="right"/>
      </w:pPr>
      <w:r>
        <w:t>حدیبیہ میں تھی۔</w:t>
      </w:r>
    </w:p>
    <w:p>
      <w:r>
        <w:rPr>
          <w:b/>
        </w:rPr>
        <w:t xml:space="preserve">[1:33:21] </w:t>
      </w:r>
      <w:r>
        <w:t>musalman bhi is wisdom ko kabhi repeat nahi kar sake.</w:t>
      </w:r>
    </w:p>
    <w:p>
      <w:pPr>
        <w:jc w:val="right"/>
      </w:pPr>
      <w:r>
        <w:t>مسلمان بھی اس wisdom کو کبھی repeat نہیں کر سکے۔</w:t>
      </w:r>
    </w:p>
    <w:p>
      <w:r>
        <w:rPr>
          <w:b/>
        </w:rPr>
        <w:t xml:space="preserve">[1:33:27] </w:t>
      </w:r>
      <w:r>
        <w:t>kisi bhi kitaab ko nahi bata sakte aap jis mein wisdom Hudaybiyah bataya gaya ho.</w:t>
      </w:r>
    </w:p>
    <w:p>
      <w:pPr>
        <w:jc w:val="right"/>
      </w:pPr>
      <w:r>
        <w:t>کسی بھی کتاب کو نہیں بتا سکتے آپ جس میں wisdom حدیبیہ بتایا گیا ہو۔</w:t>
      </w:r>
    </w:p>
    <w:p>
      <w:r>
        <w:rPr>
          <w:b/>
        </w:rPr>
        <w:t xml:space="preserve">[1:33:34] </w:t>
      </w:r>
      <w:r>
        <w:t>kisi bhi kitaab mein nahi.</w:t>
      </w:r>
    </w:p>
    <w:p>
      <w:pPr>
        <w:jc w:val="right"/>
      </w:pPr>
      <w:r>
        <w:t>کسی بھی کتاب میں نہیں۔</w:t>
      </w:r>
    </w:p>
    <w:p>
      <w:r>
        <w:rPr>
          <w:b/>
        </w:rPr>
        <w:t xml:space="preserve">[1:33:38] </w:t>
      </w:r>
      <w:r>
        <w:t>main ne Allah ki tofeeq se is wisdom ko discover kiya.</w:t>
      </w:r>
    </w:p>
    <w:p>
      <w:pPr>
        <w:jc w:val="right"/>
      </w:pPr>
      <w:r>
        <w:t>میں نے اللہ کی توفیق سے اس wisdom کو discover کیا۔</w:t>
      </w:r>
    </w:p>
    <w:p>
      <w:r>
        <w:rPr>
          <w:b/>
        </w:rPr>
        <w:t xml:space="preserve">[1:33:43] </w:t>
      </w:r>
      <w:r>
        <w:t>to indirect faida jo hai, bohat bari cheez hai, bohat bari cheez hai.</w:t>
      </w:r>
    </w:p>
    <w:p>
      <w:pPr>
        <w:jc w:val="right"/>
      </w:pPr>
      <w:r>
        <w:t>تو indirect فائدہ جو ہے، بہت بڑی چیز ہے، بہت بڑی چیز ہے۔</w:t>
      </w:r>
    </w:p>
    <w:p>
      <w:r>
        <w:rPr>
          <w:b/>
        </w:rPr>
        <w:t xml:space="preserve">[1:33:48] </w:t>
      </w:r>
      <w:r>
        <w:t>woh hai direct faide se zyada.</w:t>
      </w:r>
    </w:p>
    <w:p>
      <w:pPr>
        <w:jc w:val="right"/>
      </w:pPr>
      <w:r>
        <w:t>وہ ہے direct فائدے سے زیادہ۔</w:t>
      </w:r>
    </w:p>
    <w:p>
      <w:r>
        <w:rPr>
          <w:b/>
        </w:rPr>
        <w:t xml:space="preserve">[1:33:53] </w:t>
      </w:r>
      <w:r>
        <w:t>dekhiye, yaad rakhiye direct faida agar 1% hai to indirect faida 99% hai.</w:t>
      </w:r>
    </w:p>
    <w:p>
      <w:pPr>
        <w:jc w:val="right"/>
      </w:pPr>
      <w:r>
        <w:t>دیکھئے، یاد رکھیے direct فائدہ اگر 1% ہے تو indirect فائدہ 99% ہے۔</w:t>
      </w:r>
    </w:p>
    <w:p>
      <w:r>
        <w:rPr>
          <w:b/>
        </w:rPr>
        <w:t xml:space="preserve">[1:33:57] </w:t>
      </w:r>
      <w:r>
        <w:t>lekin log dekh nahi paate.</w:t>
      </w:r>
    </w:p>
    <w:p>
      <w:pPr>
        <w:jc w:val="right"/>
      </w:pPr>
      <w:r>
        <w:t>لیکن لوگ دیکھ نہیں پاتے۔</w:t>
      </w:r>
    </w:p>
    <w:p>
      <w:r>
        <w:rPr>
          <w:b/>
        </w:rPr>
        <w:t xml:space="preserve">[1:34:02] </w:t>
      </w:r>
      <w:r>
        <w:t>kyun ke woh fori taur par dikhai nahi deta.</w:t>
      </w:r>
    </w:p>
    <w:p>
      <w:pPr>
        <w:jc w:val="right"/>
      </w:pPr>
      <w:r>
        <w:t>کیونکہ وہ فوری طور پر دکھائی نہیں دیتا۔</w:t>
      </w:r>
    </w:p>
    <w:p>
      <w:r>
        <w:rPr>
          <w:b/>
        </w:rPr>
        <w:t xml:space="preserve">[1:34:07] </w:t>
      </w:r>
      <w:r>
        <w:t>Woh to kyun ke woh to future mein chupa rehta hai. Okay, we will end this session now.</w:t>
      </w:r>
    </w:p>
    <w:p>
      <w:pPr>
        <w:jc w:val="right"/>
      </w:pPr>
      <w:r>
        <w:t>وہ تو کیونکہ وہ تو future میں چھپا رہتا ہے۔ Okay, we will end this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