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Ghalba e Mumin October 31, 2013</w:t>
      </w:r>
    </w:p>
    <w:p>
      <w:r>
        <w:t>https://www.youtube.com/watch?v=5rdJ7UkhdwA</w:t>
      </w:r>
    </w:p>
    <w:p>
      <w:r>
        <w:rPr>
          <w:b/>
        </w:rPr>
        <w:t xml:space="preserve">[00:14] </w:t>
      </w:r>
      <w:r>
        <w:t>31 October 2013. Surah Aal-e-Imran, aayat number 139.</w:t>
      </w:r>
    </w:p>
    <w:p>
      <w:pPr>
        <w:jc w:val="right"/>
      </w:pPr>
      <w:r>
        <w:t>31 اکتوبر 2013۔ سورہ آل عمران، آیت نمبر 139۔</w:t>
      </w:r>
    </w:p>
    <w:p>
      <w:r>
        <w:rPr>
          <w:b/>
        </w:rPr>
        <w:t xml:space="preserve">[00:24] </w:t>
      </w:r>
      <w:r>
        <w:t>Wala tahinu wala tahzanu wa antum al-a'aluna in kuntum mu'minin. Aur himmat na haaro, aur gham na karo; tum hi ghalib raho ge agar tum momin ho.</w:t>
      </w:r>
    </w:p>
    <w:p>
      <w:pPr>
        <w:jc w:val="right"/>
      </w:pPr>
      <w:r>
        <w:t>ولا تہنوا ولا تحسنوا وأنتم الأعلون إن كنتم مؤمنين. اور ہمت نہ ہارو، اور غم نہ کرو؛ تم ہی غالب رہو گے اگر تم مومن ہو۔</w:t>
      </w:r>
    </w:p>
    <w:p>
      <w:r>
        <w:rPr>
          <w:b/>
        </w:rPr>
        <w:t xml:space="preserve">[00:38] </w:t>
      </w:r>
      <w:r>
        <w:t>Bismillah al-rahman al-rahim.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[00:43] </w:t>
      </w:r>
      <w:r>
        <w:t>Yeh jo aayat hai, antum al-a'aluna in kuntum mu'minin,</w:t>
      </w:r>
    </w:p>
    <w:p>
      <w:pPr>
        <w:jc w:val="right"/>
      </w:pPr>
      <w:r>
        <w:t>یہ جو آیت ہے، أنتم الأعلون إن كنتم مؤمنين،</w:t>
      </w:r>
    </w:p>
    <w:p>
      <w:r>
        <w:rPr>
          <w:b/>
        </w:rPr>
        <w:t xml:space="preserve">[00:51] </w:t>
      </w:r>
      <w:r>
        <w:t>Bazahir lagta hai ke bohat hi ahem aayat hai. Koi bohat bara paigham is ke andar aal-e-imaan ko diya gaya hai.</w:t>
      </w:r>
    </w:p>
    <w:p>
      <w:pPr>
        <w:jc w:val="right"/>
      </w:pPr>
      <w:r>
        <w:t>بظاہر لگتا ہے کہ بہت ہی اہم آیت ہے۔ کوئی بہت بڑا پیغام اس کے اندر آل ایمان کو دیا گیا ہے۔</w:t>
      </w:r>
    </w:p>
    <w:p>
      <w:r>
        <w:rPr>
          <w:b/>
        </w:rPr>
        <w:t xml:space="preserve">[01:03] </w:t>
      </w:r>
      <w:r>
        <w:t>Lekin jab aap tafseeron mein parhein to is mein kuch wazeh nahi hota ke kya matlab hai is ka.</w:t>
      </w:r>
    </w:p>
    <w:p>
      <w:pPr>
        <w:jc w:val="right"/>
      </w:pPr>
      <w:r>
        <w:t>لیکن جب آپ تفسیروں میں پڑھیں تو اس کچھ واضح نہیں ہوتا کہ کیا مطلب ہے اس کا۔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