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Islamisation of Muslims | May 09, 2010 | Maulana Wahiduddin Khan</w:t>
      </w:r>
    </w:p>
    <w:p>
      <w:r>
        <w:t>https://www.youtube.com/watch?v=VDL5gYCuoZ8</w:t>
      </w:r>
    </w:p>
    <w:p>
      <w:r>
        <w:rPr>
          <w:b/>
        </w:rPr>
        <w:t xml:space="preserve">[00:14] </w:t>
      </w:r>
      <w:r>
        <w:t>Bismillah Rehmanur Rahim, wa Salla Allahu 'ala al-Nabi al-Kareem.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[00:35] </w:t>
      </w:r>
      <w:r>
        <w:t>aaj ka topic hai Islamization of Muslims.</w:t>
      </w:r>
    </w:p>
    <w:p>
      <w:pPr>
        <w:jc w:val="right"/>
      </w:pPr>
      <w:r>
        <w:t>آج کا ٹاپک ہے اسلامائزیشن آف مسلمز۔</w:t>
      </w:r>
    </w:p>
    <w:p>
      <w:r>
        <w:rPr>
          <w:b/>
        </w:rPr>
        <w:t xml:space="preserve">[00:45] </w:t>
      </w:r>
      <w:r>
        <w:t>musalmanon ko dobara Islam par lana.</w:t>
      </w:r>
    </w:p>
    <w:p>
      <w:pPr>
        <w:jc w:val="right"/>
      </w:pPr>
      <w:r>
        <w:t>مسلمانوں کو دوبارہ اسلام پر لانا۔</w:t>
      </w:r>
    </w:p>
    <w:p>
      <w:r>
        <w:rPr>
          <w:b/>
        </w:rPr>
        <w:t xml:space="preserve">[00:53] </w:t>
      </w:r>
      <w:r>
        <w:t>yeh baat khud quran mein maujood hai.</w:t>
      </w:r>
    </w:p>
    <w:p>
      <w:pPr>
        <w:jc w:val="right"/>
      </w:pPr>
      <w:r>
        <w:t>یہ بات خود قرآن میں موجود ہے۔</w:t>
      </w:r>
    </w:p>
    <w:p>
      <w:r>
        <w:rPr>
          <w:b/>
        </w:rPr>
        <w:t xml:space="preserve">[01:01] </w:t>
      </w:r>
      <w:r>
        <w:t>quran mein ek chapter hai jis ko kehte hain al nisa.</w:t>
      </w:r>
    </w:p>
    <w:p>
      <w:pPr>
        <w:jc w:val="right"/>
      </w:pPr>
      <w:r>
        <w:t>قرآن میں ایک چیپٹر ہے جس کو کہتے ہیں النساء۔</w:t>
      </w:r>
    </w:p>
    <w:p>
      <w:r>
        <w:rPr>
          <w:b/>
        </w:rPr>
        <w:t xml:space="preserve">[01:09] </w:t>
      </w:r>
      <w:r>
        <w:t>is mein ek ayat hai: "ya ayuhal lazeena aamanoo aamanoo billah".</w:t>
      </w:r>
    </w:p>
    <w:p>
      <w:pPr>
        <w:jc w:val="right"/>
      </w:pPr>
      <w:r>
        <w:t>اس میں ایک آیت ہے: "یا ایہا الذین آمنوا آمنوا باللہ"۔</w:t>
      </w:r>
    </w:p>
    <w:p>
      <w:r>
        <w:rPr>
          <w:b/>
        </w:rPr>
        <w:t xml:space="preserve">[01:18] </w:t>
      </w:r>
      <w:r>
        <w:t>ae imaan laane walon!</w:t>
      </w:r>
    </w:p>
    <w:p>
      <w:pPr>
        <w:jc w:val="right"/>
      </w:pPr>
      <w:r>
        <w:t>اے ایمان لانے والو!</w:t>
      </w:r>
    </w:p>
    <w:p>
      <w:r>
        <w:rPr>
          <w:b/>
        </w:rPr>
        <w:t xml:space="preserve">[01:22] </w:t>
      </w:r>
      <w:r>
        <w:t>allah par imaan lao.</w:t>
      </w:r>
    </w:p>
    <w:p>
      <w:pPr>
        <w:jc w:val="right"/>
      </w:pPr>
      <w:r>
        <w:t>اللہ پر ایمان لاؤ۔</w:t>
      </w:r>
    </w:p>
    <w:p>
      <w:r>
        <w:rPr>
          <w:b/>
        </w:rPr>
        <w:t xml:space="preserve">[01:26] </w:t>
      </w:r>
      <w:r>
        <w:t>yani: "O believers, believe in God".</w:t>
      </w:r>
    </w:p>
    <w:p>
      <w:pPr>
        <w:jc w:val="right"/>
      </w:pPr>
      <w:r>
        <w:t>یعنی: "O believers, believe in God"۔</w:t>
      </w:r>
    </w:p>
    <w:p>
      <w:r>
        <w:rPr>
          <w:b/>
        </w:rPr>
        <w:t xml:space="preserve">[01:31] </w:t>
      </w:r>
      <w:r>
        <w:t>yeh khud quran se baat nikalti hai ke musalmanon ko bhi islamize karne ki zaroorat pesh aayegi,</w:t>
      </w:r>
    </w:p>
    <w:p>
      <w:pPr>
        <w:jc w:val="right"/>
      </w:pPr>
      <w:r>
        <w:t>یہ خود قرآن سے بات نکلتی ہے کہ مسلمانوں کو بھی اسلامائز کرنے کی ضرورت پیش آئے گی،</w:t>
      </w:r>
    </w:p>
    <w:p>
      <w:r>
        <w:rPr>
          <w:b/>
        </w:rPr>
        <w:t xml:space="preserve">[01:35] </w:t>
      </w:r>
      <w:r>
        <w:t>baad ke zamanay mein.</w:t>
      </w:r>
    </w:p>
    <w:p>
      <w:pPr>
        <w:jc w:val="right"/>
      </w:pPr>
      <w:r>
        <w:t>بعد کے زمانے میں۔</w:t>
      </w:r>
    </w:p>
    <w:p>
      <w:r>
        <w:rPr>
          <w:b/>
        </w:rPr>
        <w:t xml:space="preserve">[01:39] </w:t>
      </w:r>
      <w:r>
        <w:t>jab un ka degeneration ho chuka hoga.</w:t>
      </w:r>
    </w:p>
    <w:p>
      <w:pPr>
        <w:jc w:val="right"/>
      </w:pPr>
      <w:r>
        <w:t>جب ان کا ڈی جنریشن ہو چکا ہوگا۔</w:t>
      </w:r>
    </w:p>
    <w:p>
      <w:r>
        <w:rPr>
          <w:b/>
        </w:rPr>
        <w:t xml:space="preserve">[01:43] </w:t>
      </w:r>
      <w:r>
        <w:t>to aisa hai ke aaj subah yahi topic</w:t>
      </w:r>
    </w:p>
    <w:p>
      <w:pPr>
        <w:jc w:val="right"/>
      </w:pPr>
      <w:r>
        <w:t>تو ایسا ہے کہ آج صبح یہی ٹاپک</w:t>
      </w:r>
    </w:p>
    <w:p>
      <w:r>
        <w:rPr>
          <w:b/>
        </w:rPr>
        <w:t xml:space="preserve">[01:48] </w:t>
      </w:r>
      <w:r>
        <w:t>tha.</w:t>
      </w:r>
    </w:p>
    <w:p>
      <w:pPr>
        <w:jc w:val="right"/>
      </w:pPr>
      <w:r>
        <w:t>تھا۔</w:t>
      </w:r>
    </w:p>
    <w:p>
      <w:r>
        <w:rPr>
          <w:b/>
        </w:rPr>
        <w:t xml:space="preserve">[01:54] </w:t>
      </w:r>
      <w:r>
        <w:t>aaj subah 6 baje meri ek talk thi telephone par.</w:t>
      </w:r>
    </w:p>
    <w:p>
      <w:pPr>
        <w:jc w:val="right"/>
      </w:pPr>
      <w:r>
        <w:t>آج صبح 6 بجے میری ایک ٹاک تھی ٹیلی فون پر۔</w:t>
      </w:r>
    </w:p>
    <w:p>
      <w:r>
        <w:rPr>
          <w:b/>
        </w:rPr>
        <w:t xml:space="preserve">[02:00] </w:t>
      </w:r>
      <w:r>
        <w:t>america mein kuch logon ne teleconferencing ki.</w:t>
      </w:r>
    </w:p>
    <w:p>
      <w:pPr>
        <w:jc w:val="right"/>
      </w:pPr>
      <w:r>
        <w:t>امریکہ میں کچھ لوگوں نے ٹیلی کانفرنسنگ کی۔</w:t>
      </w:r>
    </w:p>
    <w:p>
      <w:r>
        <w:rPr>
          <w:b/>
        </w:rPr>
        <w:t xml:space="preserve">[02:06] </w:t>
      </w:r>
      <w:r>
        <w:t>yani 15 jagahon ke log telephone par ikhatta ho gaye.</w:t>
      </w:r>
    </w:p>
    <w:p>
      <w:pPr>
        <w:jc w:val="right"/>
      </w:pPr>
      <w:r>
        <w:t>یعنی 15 جگہوں کے لوگ ٹیلی فون پر اکٹھا ہو گئے۔</w:t>
      </w:r>
    </w:p>
    <w:p>
      <w:r>
        <w:rPr>
          <w:b/>
        </w:rPr>
        <w:t xml:space="preserve">[02:12] </w:t>
      </w:r>
      <w:r>
        <w:t>to maine 10 minute un ko</w:t>
      </w:r>
    </w:p>
    <w:p>
      <w:pPr>
        <w:jc w:val="right"/>
      </w:pPr>
      <w:r>
        <w:t>تو میں نے 10 منٹ ان کو</w:t>
      </w:r>
    </w:p>
    <w:p>
      <w:r>
        <w:rPr>
          <w:b/>
        </w:rPr>
        <w:t xml:space="preserve">[02:18] </w:t>
      </w:r>
      <w:r>
        <w:t>dilli se address kiya.</w:t>
      </w:r>
    </w:p>
    <w:p>
      <w:pPr>
        <w:jc w:val="right"/>
      </w:pPr>
      <w:r>
        <w:t>دلی سے ایڈریس کیا۔</w:t>
      </w:r>
    </w:p>
    <w:p>
      <w:r>
        <w:rPr>
          <w:b/>
        </w:rPr>
        <w:t xml:space="preserve">[02:24] </w:t>
      </w:r>
      <w:r>
        <w:t>phir un logon ke sawalat hue, phir main jawab diya maine.</w:t>
      </w:r>
    </w:p>
    <w:p>
      <w:pPr>
        <w:jc w:val="right"/>
      </w:pPr>
      <w:r>
        <w:t>پھر ان لوگوں کے سوالات ہوئے، پھر میں جواب دیا میں نے۔</w:t>
      </w:r>
    </w:p>
    <w:p>
      <w:r>
        <w:rPr>
          <w:b/>
        </w:rPr>
        <w:t xml:space="preserve">[02:30] </w:t>
      </w:r>
      <w:r>
        <w:t>to yeh taqreeban 20 minute tak yeh program chala.</w:t>
      </w:r>
    </w:p>
    <w:p>
      <w:pPr>
        <w:jc w:val="right"/>
      </w:pPr>
      <w:r>
        <w:t>تو یہ تقریباً 20 منٹ تک یہ پروگرام چلا۔</w:t>
      </w:r>
    </w:p>
    <w:p>
      <w:r>
        <w:rPr>
          <w:b/>
        </w:rPr>
        <w:t xml:space="preserve">[02:36] </w:t>
      </w:r>
      <w:r>
        <w:t>to is mein maine kaha ke dekhein, aap log jo america mein rehte hain, to un ke</w:t>
      </w:r>
    </w:p>
    <w:p>
      <w:pPr>
        <w:jc w:val="right"/>
      </w:pPr>
      <w:r>
        <w:t>تو اس میں میں نے کہا کہ دیکھیں، آپ لوگ جو امریکہ میں رہتے ہیں، تو ان کے</w:t>
      </w:r>
    </w:p>
    <w:p>
      <w:r>
        <w:rPr>
          <w:b/>
        </w:rPr>
        <w:t xml:space="preserve">[02:42] </w:t>
      </w:r>
      <w:r>
        <w:t>liye islam mein jo lafz hai woh muhajir ka lafz hai. yani poore</w:t>
      </w:r>
    </w:p>
    <w:p>
      <w:pPr>
        <w:jc w:val="right"/>
      </w:pPr>
      <w:r>
        <w:t>لیے اسلام میں جو لفظ ہے وہ مہاجر کا لفظ ہے۔ یعنی پورے</w:t>
      </w:r>
    </w:p>
    <w:p>
      <w:r>
        <w:rPr>
          <w:b/>
        </w:rPr>
        <w:t xml:space="preserve">[02:48] </w:t>
      </w:r>
      <w:r>
        <w:t>western world mein is waqt aur kuch doosre maqamat par jo log apne watan ko chhod kar bahar</w:t>
      </w:r>
    </w:p>
    <w:p>
      <w:pPr>
        <w:jc w:val="right"/>
      </w:pPr>
      <w:r>
        <w:t>ویسٹرن ورلڈ میں اس وقت اور کچھ دوسرے مقامات پر جو لوگ اپنے وطن کو چھوڑ کر باہر</w:t>
      </w:r>
    </w:p>
    <w:p>
      <w:r>
        <w:rPr>
          <w:b/>
        </w:rPr>
        <w:t xml:space="preserve">[02:54] </w:t>
      </w:r>
      <w:r>
        <w:t>ke mulkon mein gaye hain, un ko islam ki istilaah mein kaha jayega muhajir.</w:t>
      </w:r>
    </w:p>
    <w:p>
      <w:pPr>
        <w:jc w:val="right"/>
      </w:pPr>
      <w:r>
        <w:t>کے ملکوں میں گئے ہیں، ان کو اسلام کی اصطلاح میں کہا جائے گا مہاجر۔</w:t>
      </w:r>
    </w:p>
    <w:p>
      <w:r>
        <w:rPr>
          <w:b/>
        </w:rPr>
        <w:t xml:space="preserve">[03:00] </w:t>
      </w:r>
      <w:r>
        <w:t>yani hijrat kar ke doosri jagah jaane wale.</w:t>
      </w:r>
    </w:p>
    <w:p>
      <w:pPr>
        <w:jc w:val="right"/>
      </w:pPr>
      <w:r>
        <w:t>یعنی ہجرت کر کے دوسری جگہ جانے والے۔</w:t>
      </w:r>
    </w:p>
    <w:p>
      <w:r>
        <w:rPr>
          <w:b/>
        </w:rPr>
        <w:t xml:space="preserve">[03:07] </w:t>
      </w:r>
      <w:r>
        <w:t>un ko angrezi mein kehte hain diaspora.</w:t>
      </w:r>
    </w:p>
    <w:p>
      <w:pPr>
        <w:jc w:val="right"/>
      </w:pPr>
      <w:r>
        <w:t>ان کو انگریزی میں کہتے ہیں ڈائسپورا۔</w:t>
      </w:r>
    </w:p>
    <w:p>
      <w:r>
        <w:rPr>
          <w:b/>
        </w:rPr>
        <w:t xml:space="preserve">[03:13] </w:t>
      </w:r>
      <w:r>
        <w:t>to maine kaha ke aap log muslims in diaspora hain.</w:t>
      </w:r>
    </w:p>
    <w:p>
      <w:pPr>
        <w:jc w:val="right"/>
      </w:pPr>
      <w:r>
        <w:t>تو میں نے کہا کہ آپ لوگ مسلمز ان ڈائسپورا ہیں۔</w:t>
      </w:r>
    </w:p>
    <w:p>
      <w:r>
        <w:rPr>
          <w:b/>
        </w:rPr>
        <w:t xml:space="preserve">[03:19] </w:t>
      </w:r>
      <w:r>
        <w:t>dāyaspōrā kā yē faināmunā jō hai, yē islām kī hisṭrī mēṁ dō bār bahut baṛē paimānē par huā hai.</w:t>
      </w:r>
    </w:p>
    <w:p>
      <w:pPr>
        <w:jc w:val="right"/>
      </w:pPr>
      <w:r>
        <w:t>ڈائسپورا کا یہ فیناومینا جو ہے، یہ اسلام کی ہسٹری میں دو بار بہت بڑے پیمانے پر ہوا ہے۔</w:t>
      </w:r>
    </w:p>
    <w:p>
      <w:r>
        <w:rPr>
          <w:b/>
        </w:rPr>
        <w:t xml:space="preserve">[03:29] </w:t>
      </w:r>
      <w:r>
        <w:t>pahalī bār shurūʿ zamānē mēṁ, yānī sīvantḥ sēñcurī ē ḍī mēṁ, aur dūsrī bār ṭvanṭī sēñcurī mēṁ.</w:t>
      </w:r>
    </w:p>
    <w:p>
      <w:pPr>
        <w:jc w:val="right"/>
      </w:pPr>
      <w:r>
        <w:t>پہلی بار شروع زمانے میں، یعنی سیونتھ سینچری اے ڈی میں، اور دوسری بار ٹونٹی سینچری میں۔</w:t>
      </w:r>
    </w:p>
    <w:p>
      <w:r>
        <w:rPr>
          <w:b/>
        </w:rPr>
        <w:t xml:space="preserve">[03:39] </w:t>
      </w:r>
      <w:r>
        <w:t>rasūl allāh ṣallallāhu ʿalayhi wa-sallam nē ḥajjat al-wadāʿ mēṁ, ākhirī ḥajj jō āp kā thā,</w:t>
      </w:r>
    </w:p>
    <w:p>
      <w:pPr>
        <w:jc w:val="right"/>
      </w:pPr>
      <w:r>
        <w:t>رسول اللہ صلی اللہ علیہ وسلم نے حجۃ الوداع میں، آخری حج جو آپ کا تھا،</w:t>
      </w:r>
    </w:p>
    <w:p>
      <w:r>
        <w:rPr>
          <w:b/>
        </w:rPr>
        <w:t xml:space="preserve">[03:49] </w:t>
      </w:r>
      <w:r>
        <w:t>jis kē bād āp kī wafāt ho gaī, tō āp nē aṣḥāb sē farmāyā thā, jō us waqt</w:t>
      </w:r>
    </w:p>
    <w:p>
      <w:pPr>
        <w:jc w:val="right"/>
      </w:pPr>
      <w:r>
        <w:t>جس کے بعد آپ کی وفات ہو گئی، تو آپ نے اصحاب سے فرمایا تھا، جو اس وقت</w:t>
      </w:r>
    </w:p>
    <w:p>
      <w:r>
        <w:rPr>
          <w:b/>
        </w:rPr>
        <w:t xml:space="preserve">[03:55] </w:t>
      </w:r>
      <w:r>
        <w:t>taqrīban ēk lākh cālīs hazār kī taʿdād mēṁ thē, tō āp nē farmāyā thā ki "in allāh baʿathanī</w:t>
      </w:r>
    </w:p>
    <w:p>
      <w:pPr>
        <w:jc w:val="right"/>
      </w:pPr>
      <w:r>
        <w:t>تقریباً ایک لاکھ چالیس ہزار کی تعداد میں تھے، تو آپ نے فرمایا تھا کہ "إن الله بعثني</w:t>
      </w:r>
    </w:p>
    <w:p>
      <w:r>
        <w:rPr>
          <w:b/>
        </w:rPr>
        <w:t xml:space="preserve">[04:00] </w:t>
      </w:r>
      <w:r>
        <w:t>kāffatan lil-nāsi fa-dunī".</w:t>
      </w:r>
    </w:p>
    <w:p>
      <w:pPr>
        <w:jc w:val="right"/>
      </w:pPr>
      <w:r>
        <w:t>كافة للناس فدونی"۔</w:t>
      </w:r>
    </w:p>
    <w:p>
      <w:r>
        <w:rPr>
          <w:b/>
        </w:rPr>
        <w:t xml:space="preserve">[04:05] </w:t>
      </w:r>
      <w:r>
        <w:t>allāh nē mujh kō bhejā hai sāri duniyā kē liē, tō tum lōg mirī taraf sē duniyā wālōṁ</w:t>
      </w:r>
    </w:p>
    <w:p>
      <w:pPr>
        <w:jc w:val="right"/>
      </w:pPr>
      <w:r>
        <w:t>اللہ نے مجھ کو بھیجا ہے ساری دنیا کے لیے، تو تم لوگ میری طرف سے دنیا والوں</w:t>
      </w:r>
    </w:p>
    <w:p>
      <w:r>
        <w:rPr>
          <w:b/>
        </w:rPr>
        <w:t xml:space="preserve">[04:10] </w:t>
      </w:r>
      <w:r>
        <w:t>kō mirā maisēj pahuñcā dō.</w:t>
      </w:r>
    </w:p>
    <w:p>
      <w:pPr>
        <w:jc w:val="right"/>
      </w:pPr>
      <w:r>
        <w:t>کو میرا میسج پہنچا دو۔</w:t>
      </w:r>
    </w:p>
    <w:p>
      <w:r>
        <w:rPr>
          <w:b/>
        </w:rPr>
        <w:t xml:space="preserve">[04:15] </w:t>
      </w:r>
      <w:r>
        <w:t>is kē bād yē ṣaḥābah</w:t>
      </w:r>
    </w:p>
    <w:p>
      <w:pPr>
        <w:jc w:val="right"/>
      </w:pPr>
      <w:r>
        <w:t>اس کے بعد یہ صحابہ</w:t>
      </w:r>
    </w:p>
    <w:p>
      <w:r>
        <w:rPr>
          <w:b/>
        </w:rPr>
        <w:t xml:space="preserve">[04:20] </w:t>
      </w:r>
      <w:r>
        <w:t>nikal kar dūsrē mulkōṁ mēṁ calē gaē, ēśiyā, afriqah mēṁ, yahāṁ tak ki yūrap kī sarahadd tak.</w:t>
      </w:r>
    </w:p>
    <w:p>
      <w:pPr>
        <w:jc w:val="right"/>
      </w:pPr>
      <w:r>
        <w:t>نکل کر دوسرے ملکوں میں چلے گئے، ایشیا، افریقہ میں، یہاں تک کہ یورپ کی سرحد تک۔</w:t>
      </w:r>
    </w:p>
    <w:p>
      <w:r>
        <w:rPr>
          <w:b/>
        </w:rPr>
        <w:t xml:space="preserve">[04:30] </w:t>
      </w:r>
      <w:r>
        <w:t>tō unhōṁ nē bāhar jā kar kē tōḥīd kā paighām yā islām kā paighām lōgōṁ tak pahuñcāyā.</w:t>
      </w:r>
    </w:p>
    <w:p>
      <w:pPr>
        <w:jc w:val="right"/>
      </w:pPr>
      <w:r>
        <w:t>تو انہوں نے باہر جا کر کے توحید کا پیغام یا اسلام کا پیغام لوگوں تک پہنچایا۔</w:t>
      </w:r>
    </w:p>
    <w:p>
      <w:r>
        <w:rPr>
          <w:b/>
        </w:rPr>
        <w:t xml:space="preserve">[04:40] </w:t>
      </w:r>
      <w:r>
        <w:t>dūsrā jō ḍāyaspōrā huā hai, vah bīsavīṁ ṣadī mēṁ inḍasṭriyal rēvolūśan kē bād.</w:t>
      </w:r>
    </w:p>
    <w:p>
      <w:pPr>
        <w:jc w:val="right"/>
      </w:pPr>
      <w:r>
        <w:t>دوسرا جو ڈائسپورا ہوا ہے، وہ بیسویں صدی میں انڈسٹریل ریولوشن کے بعد۔</w:t>
      </w:r>
    </w:p>
    <w:p>
      <w:r>
        <w:rPr>
          <w:b/>
        </w:rPr>
        <w:t xml:space="preserve">[04:51] </w:t>
      </w:r>
      <w:r>
        <w:t>Jab nationalized countries mein naye naye job nikle kamai ke, to log jo hain, yaani musalman, apne mulkon se, apne watan se jo under developed thay, wahan chale gaye taake zyada kamai hasil kar saken. To maine kaha ke dekhiye, aap logon ka jo yeh maamla hai, is ke liye hadith</w:t>
      </w:r>
    </w:p>
    <w:p>
      <w:pPr>
        <w:jc w:val="right"/>
      </w:pPr>
      <w:r>
        <w:t>جب نیشنلائزڈ کنٹریز میں نئے نئے جاب نکلے کمائی کے، تو لوگ جو ہیں، یعنی مسلمان، اپنے ملکوں سے، اپنے وطن سے جو انڈر ڈیولپڈ تھے، وہاں چلے گئے تاکہ زیادہ کمائی حاصل کر سکیں۔ تو میں نے کہا کہ دیکھیں، آپ لوگوں کا جو یہ معاملہ ہے، اس کے لیے حدیث</w:t>
      </w:r>
    </w:p>
    <w:p>
      <w:r>
        <w:rPr>
          <w:b/>
        </w:rPr>
        <w:t xml:space="preserve">[05:21] </w:t>
      </w:r>
      <w:r>
        <w:t>ēk hai.</w:t>
      </w:r>
    </w:p>
    <w:p>
      <w:pPr>
        <w:jc w:val="right"/>
      </w:pPr>
      <w:r>
        <w:t>ایک ہے۔</w:t>
      </w:r>
    </w:p>
    <w:p>
      <w:r>
        <w:rPr>
          <w:b/>
        </w:rPr>
        <w:t xml:space="preserve">[05:27] </w:t>
      </w:r>
      <w:r>
        <w:t>is ḥadīś mēṁ apnē āp kō jāñciē.</w:t>
      </w:r>
    </w:p>
    <w:p>
      <w:pPr>
        <w:jc w:val="right"/>
      </w:pPr>
      <w:r>
        <w:t>اس حدیث میں اپنے آپ کو جانچیے۔</w:t>
      </w:r>
    </w:p>
    <w:p>
      <w:r>
        <w:rPr>
          <w:b/>
        </w:rPr>
        <w:t xml:space="preserve">[05:33] </w:t>
      </w:r>
      <w:r>
        <w:t>buḵārī, jō ṣaḥīḥ al-buḵārī jō kitāb hai, jō qurʾān kē pās sab sē ziyādah aham mānī jātī hai</w:t>
      </w:r>
    </w:p>
    <w:p>
      <w:pPr>
        <w:jc w:val="right"/>
      </w:pPr>
      <w:r>
        <w:t>بخاری، جو صحیح البخاری جو کتاب ہے، جو قرآن کے پاس سب سے زیادہ اہم مانی جاتی ہے</w:t>
      </w:r>
    </w:p>
    <w:p>
      <w:r>
        <w:rPr>
          <w:b/>
        </w:rPr>
        <w:t xml:space="preserve">[05:39] </w:t>
      </w:r>
      <w:r>
        <w:t>islām mēṁ, us mēṁ 7563 ḥadīśēṁ haiṁ.</w:t>
      </w:r>
    </w:p>
    <w:p>
      <w:pPr>
        <w:jc w:val="right"/>
      </w:pPr>
      <w:r>
        <w:t>اسلام میں، اس میں 7563 حدیثیں ہیں۔</w:t>
      </w:r>
    </w:p>
    <w:p>
      <w:r>
        <w:rPr>
          <w:b/>
        </w:rPr>
        <w:t xml:space="preserve">[05:45] </w:t>
      </w:r>
      <w:r>
        <w:t>tō pahalī ḥadīś jō hai, pahalī</w:t>
      </w:r>
    </w:p>
    <w:p>
      <w:pPr>
        <w:jc w:val="right"/>
      </w:pPr>
      <w:r>
        <w:t>تو پہلی حدیث جو ہے، پہلی</w:t>
      </w:r>
    </w:p>
    <w:p>
      <w:r>
        <w:rPr>
          <w:b/>
        </w:rPr>
        <w:t xml:space="preserve">[05:51] </w:t>
      </w:r>
      <w:r>
        <w:t>Sab se pehli, woh yeh hai ke "Innnamal a'malu binniyat, likulli imri'in ma nawaa. Fa man kanat hijratuhu ila Allah wa Rasulihi fa hijratuhu ila Allah wa Rasulihi, wa man kanat hijratuhu ila dunya yusibha, fal-muhajir ilayhi". Fa hijratuhu ilayhi. Is ka matlab</w:t>
      </w:r>
    </w:p>
    <w:p>
      <w:pPr>
        <w:jc w:val="right"/>
      </w:pPr>
      <w:r>
        <w:t>، سب سے پہلی، وہ یہ ہے کہ "إنما الأعمال بالنيات لکل ابراہیم ما نوا ومن کانت ہجرتہ للہ ورسولہ"۔ فہجرتہ للہ ورسولہ، ومن کانت ہجرتہ الی دنیا یصیبہ، فالا مہاجرہ الیہ۔ فہجرتہ الی مہاجرہ الیہ۔ اس کا مطلب</w:t>
      </w:r>
    </w:p>
    <w:p>
      <w:r>
        <w:rPr>
          <w:b/>
        </w:rPr>
        <w:t xml:space="preserve">[06:21] </w:t>
      </w:r>
      <w:r>
        <w:t>Yeh hai ke amal ka daromadar niyat par hai. Actions depend on intentions. To jis ki hijrat Allah aur Rasool ki taraf hai, to us ko Allah aur Rasool wala reward mile ga. Aur jis ki hijrat duniya ke liye hai, to us ki us ko wahi mile ga jis ki</w:t>
      </w:r>
    </w:p>
    <w:p>
      <w:pPr>
        <w:jc w:val="right"/>
      </w:pPr>
      <w:r>
        <w:t>یہ ہے کہ عمل کا دارومدار نیت پر ہے۔ ایکشنز ڈیپینڈ ان انٹینشنز۔ تو جس کی ہجرت اللہ اور رسول کی طرف ہے، تو اس کو اللہ اور رسول والا ریوارڈ ملے گا۔ اور جس کی ہجرت دنیا کے لیے ہے، تو اس کی اس کو وہی ملے گا جس کی</w:t>
      </w:r>
    </w:p>
    <w:p>
      <w:r>
        <w:rPr>
          <w:b/>
        </w:rPr>
        <w:t xml:space="preserve">[06:51] </w:t>
      </w:r>
      <w:r>
        <w:t>taraf us nē hijrat kī.</w:t>
      </w:r>
    </w:p>
    <w:p>
      <w:pPr>
        <w:jc w:val="right"/>
      </w:pPr>
      <w:r>
        <w:t>طرف اس نے ہجرت کی۔</w:t>
      </w:r>
    </w:p>
    <w:p>
      <w:r>
        <w:rPr>
          <w:b/>
        </w:rPr>
        <w:t xml:space="preserve">[06:56] </w:t>
      </w:r>
      <w:r>
        <w:t>tō maiṁ nē kahā ki dēkhēṁ, aṣḥāb rasūl jō gaē thē sīvantḥ sēñcurī mēṁ bāhar, tō daʿwat kē</w:t>
      </w:r>
    </w:p>
    <w:p>
      <w:pPr>
        <w:jc w:val="right"/>
      </w:pPr>
      <w:r>
        <w:t>تو میں نے کہا کہ دیکھیں، اصحاب رسول جو گئے تھے سیونتھ سینچری میں باہر، تو دعوت کے</w:t>
      </w:r>
    </w:p>
    <w:p>
      <w:r>
        <w:rPr>
          <w:b/>
        </w:rPr>
        <w:t xml:space="preserve">[07:01] </w:t>
      </w:r>
      <w:r>
        <w:t>liē gaē thē.</w:t>
      </w:r>
    </w:p>
    <w:p>
      <w:pPr>
        <w:jc w:val="right"/>
      </w:pPr>
      <w:r>
        <w:t>لیے گئے تھے۔</w:t>
      </w:r>
    </w:p>
    <w:p>
      <w:r>
        <w:rPr>
          <w:b/>
        </w:rPr>
        <w:t xml:space="preserve">[07:06] </w:t>
      </w:r>
      <w:r>
        <w:t>yānī sirf daʿwat lil-lāh kē liē, allāh aur rasūl kē liē.</w:t>
      </w:r>
    </w:p>
    <w:p>
      <w:pPr>
        <w:jc w:val="right"/>
      </w:pPr>
      <w:r>
        <w:t>یعنی صرف دعوت للہ کے لیے، اللہ اور رسول کے لیے۔</w:t>
      </w:r>
    </w:p>
    <w:p>
      <w:r>
        <w:rPr>
          <w:b/>
        </w:rPr>
        <w:t xml:space="preserve">[07:11] </w:t>
      </w:r>
      <w:r>
        <w:t>tō un kā rivārḍ āḵirat mēṁ maqaddar ho gayā.</w:t>
      </w:r>
    </w:p>
    <w:p>
      <w:pPr>
        <w:jc w:val="right"/>
      </w:pPr>
      <w:r>
        <w:t>تو ان کا ریوارڈ آخرت میں مقدر ہو گیا۔</w:t>
      </w:r>
    </w:p>
    <w:p>
      <w:r>
        <w:rPr>
          <w:b/>
        </w:rPr>
        <w:t xml:space="preserve">[07:16] </w:t>
      </w:r>
      <w:r>
        <w:t>ab jō lōg gaē haiṁ, vah tō gaē haiṁ jāb kē liē, biznēs kē liē, ziyādah paisā kamānē kē</w:t>
      </w:r>
    </w:p>
    <w:p>
      <w:pPr>
        <w:jc w:val="right"/>
      </w:pPr>
      <w:r>
        <w:t>اب جو لوگ گئے ہیں، وہ تو گئے ہیں جاب کے لیے، بزنس کے لیے، زیادہ پیسہ کمانے کے</w:t>
      </w:r>
    </w:p>
    <w:p>
      <w:r>
        <w:rPr>
          <w:b/>
        </w:rPr>
        <w:t xml:space="preserve">[07:21] </w:t>
      </w:r>
      <w:r>
        <w:t>liē.</w:t>
      </w:r>
    </w:p>
    <w:p>
      <w:pPr>
        <w:jc w:val="right"/>
      </w:pPr>
      <w:r>
        <w:t>لیے۔</w:t>
      </w:r>
    </w:p>
    <w:p>
      <w:r>
        <w:rPr>
          <w:b/>
        </w:rPr>
        <w:t xml:space="preserve">[07:27] </w:t>
      </w:r>
      <w:r>
        <w:t>tō vahī milēgā jis kē liē vah unhōṁ nē hijrat kī hai.</w:t>
      </w:r>
    </w:p>
    <w:p>
      <w:pPr>
        <w:jc w:val="right"/>
      </w:pPr>
      <w:r>
        <w:t>تو وہی ملے گا جس کے لیے وہ انہوں نے ہجرت کی ہے۔</w:t>
      </w:r>
    </w:p>
    <w:p>
      <w:r>
        <w:rPr>
          <w:b/>
        </w:rPr>
        <w:t xml:space="preserve">[07:33] </w:t>
      </w:r>
      <w:r>
        <w:t>to mein ne kaha ke dekhen, sab se pehle aap ko apne aap ko islamize karna hoga.</w:t>
      </w:r>
    </w:p>
    <w:p>
      <w:pPr>
        <w:jc w:val="right"/>
      </w:pPr>
      <w:r>
        <w:t>تو میں نے کہا کہ دیکھیں، سب سے پہلے آپ کو اپنے آپ کو اسلامائز کرنا ہوگا۔</w:t>
      </w:r>
    </w:p>
    <w:p>
      <w:r>
        <w:rPr>
          <w:b/>
        </w:rPr>
        <w:t xml:space="preserve">[07:39] </w:t>
      </w:r>
      <w:r>
        <w:t>yani apne diaspora ko islamized diaspora banana hoga.</w:t>
      </w:r>
    </w:p>
    <w:p>
      <w:pPr>
        <w:jc w:val="right"/>
      </w:pPr>
      <w:r>
        <w:t>یعنی اپنے ڈائسپورا کو اسلامائزڈ ڈائسپورا بنانا ہوگا۔</w:t>
      </w:r>
    </w:p>
    <w:p>
      <w:r>
        <w:rPr>
          <w:b/>
        </w:rPr>
        <w:t xml:space="preserve">[07:45] </w:t>
      </w:r>
      <w:r>
        <w:t>tab ja kar ke aap ko hijrat se woh sawab milega jo ashaab-e-rasool ko mila.</w:t>
      </w:r>
    </w:p>
    <w:p>
      <w:pPr>
        <w:jc w:val="right"/>
      </w:pPr>
      <w:r>
        <w:t>تب جا کر کے آپ کو ہجرت سے وہ ثواب ملے گا جو اصحاب رسول کو ملا۔</w:t>
      </w:r>
    </w:p>
    <w:p>
      <w:r>
        <w:rPr>
          <w:b/>
        </w:rPr>
        <w:t xml:space="preserve">[07:51] </w:t>
      </w:r>
      <w:r>
        <w:t>Abhi aap ki jo hijrat hai, woh duniyawi hijrat hai. Is ka koi sawab nahi hai. To is ko Islamize karna pare ga aap ko. Tab aap ko woh sawab mile ga jo sahaba ko mila. Islamize karna kya hai? Wohi hai jo sahaba ne kiya. Yaani dawat ko apna sole concern banana. Maine un se kaha ke aap ka primary concern</w:t>
      </w:r>
    </w:p>
    <w:p>
      <w:pPr>
        <w:jc w:val="right"/>
      </w:pPr>
      <w:r>
        <w:t>ابھی آپ کی جو ہجرت ہے، وہ دنیاوی ہجرت ہے۔ اس کا کوئی ثواب نہیں ہے۔ تو اس کو اسلامائز کرنا پڑے گا آپ کو۔ تب آپ کو وہ ثواب ملے گا جو صحابہ کو ملا۔ اسلامائز کرنا کیا ہے؟ وہی ہے جو صحابہ نے کیا۔ یعنی دعوت کو اپنا سول کنسرن بنانا۔ میں نے ان سے کہا کہ آپ کا پرائمری کنسر</w:t>
      </w:r>
    </w:p>
    <w:p>
      <w:r>
        <w:rPr>
          <w:b/>
        </w:rPr>
        <w:t xml:space="preserve">[08:21] </w:t>
      </w:r>
      <w:r>
        <w:t>honah chahiye dawat, aur baqi sab cheez secondary.</w:t>
      </w:r>
    </w:p>
    <w:p>
      <w:pPr>
        <w:jc w:val="right"/>
      </w:pPr>
      <w:r>
        <w:t>ن ہونا چاہیے دعوت، اور باقی سب چیز سیکنڈری۔</w:t>
      </w:r>
    </w:p>
    <w:p>
      <w:r>
        <w:rPr>
          <w:b/>
        </w:rPr>
        <w:t xml:space="preserve">[08:27] </w:t>
      </w:r>
      <w:r>
        <w:t>family hai, bachche hain, business hai, job hai, sab secondary, sab secondary.</w:t>
      </w:r>
    </w:p>
    <w:p>
      <w:pPr>
        <w:jc w:val="right"/>
      </w:pPr>
      <w:r>
        <w:t>فیملی ہے، بچے ہیں، بزنس ہے، جاب ہے، سب سیکنڈری، سب سیکنڈری۔</w:t>
      </w:r>
    </w:p>
    <w:p>
      <w:r>
        <w:rPr>
          <w:b/>
        </w:rPr>
        <w:t xml:space="preserve">[08:32] </w:t>
      </w:r>
      <w:r>
        <w:t>primary concern hona chahiye dawat.</w:t>
      </w:r>
    </w:p>
    <w:p>
      <w:pPr>
        <w:jc w:val="right"/>
      </w:pPr>
      <w:r>
        <w:t>پرائمری کنسرن ہونا چاہیے دعوت۔</w:t>
      </w:r>
    </w:p>
    <w:p>
      <w:r>
        <w:rPr>
          <w:b/>
        </w:rPr>
        <w:t xml:space="preserve">[08:37] </w:t>
      </w:r>
      <w:r>
        <w:t>yeh hai islamization aap ke diaspora ka.</w:t>
      </w:r>
    </w:p>
    <w:p>
      <w:pPr>
        <w:jc w:val="right"/>
      </w:pPr>
      <w:r>
        <w:t>یہ ہے اسلامائزیشن آپ کے ڈائسپورا کا۔</w:t>
      </w:r>
    </w:p>
    <w:p>
      <w:r>
        <w:rPr>
          <w:b/>
        </w:rPr>
        <w:t xml:space="preserve">[08:42] </w:t>
      </w:r>
      <w:r>
        <w:t>phir mein ne kaha ke dekhen, yeh koi seedhi saadi baat nahi hai.</w:t>
      </w:r>
    </w:p>
    <w:p>
      <w:pPr>
        <w:jc w:val="right"/>
      </w:pPr>
      <w:r>
        <w:t>پھر میں نے کہا کہ دیکھیں، یہ کوئی سیدھی سادی بات نہیں ہے۔</w:t>
      </w:r>
    </w:p>
    <w:p>
      <w:r>
        <w:rPr>
          <w:b/>
        </w:rPr>
        <w:t xml:space="preserve">[08:48] </w:t>
      </w:r>
      <w:r>
        <w:t>agar aap ka diaspora jo hai, islamized diaspora hai,</w:t>
      </w:r>
    </w:p>
    <w:p>
      <w:pPr>
        <w:jc w:val="right"/>
      </w:pPr>
      <w:r>
        <w:t>اگر آپ کا ڈائسپورا جو ہے، اسلامائزڈ ڈائسپورا ہے،</w:t>
      </w:r>
    </w:p>
    <w:p>
      <w:r>
        <w:rPr>
          <w:b/>
        </w:rPr>
        <w:t xml:space="preserve">[08:53] </w:t>
      </w:r>
      <w:r>
        <w:t>to mout kay baad jab aap pohnchay gay Allah kay paas, to wahan is ka inaam milay ga aap ko. wahan store ho raha hai dawat Allah ka jo kaam dunya mein sahaba ne kiya, to woh store ho gaya Allah kay paas. wahan pohnchay to unhein mil gaya. aap jo kamai kar rahay hain, job kar rahay hain, to yeh store nahi ho raha Allah kay haan, woh is dunya mein. to jab aap ko mout aaye gi to sab kuch chor kar jana paray ga. homeless ho jay</w:t>
      </w:r>
    </w:p>
    <w:p>
      <w:pPr>
        <w:jc w:val="right"/>
      </w:pPr>
      <w:r>
        <w:t>تو موت کے بعد جب آپ پہنچیں گے اللہ کے پاس، تو وہاں اس کا انعام ملے گا آپ کو۔ وہاں اسٹور ہو رہا ہے دعوت اللہ کا جو کام دنیا میں صحابہ نے کیا، تو وہ اسٹور ہو گیا اللہ کے پاس۔ وہاں پہنچے تو انہیں مل گیا۔ آپ جو کمائی کر رہے ہیں، جاب کر رہے ہیں، تو یہ اسٹور نہیں ہو رہا اللہ کے ہاں، وہ اس دنیا میں۔ تو جب آپ کو موت آئے گی تو سب کچھ چھوڑ کے جانا پڑے گا۔ ہوم لیس ہو ج</w:t>
      </w:r>
    </w:p>
    <w:p>
      <w:r>
        <w:rPr>
          <w:b/>
        </w:rPr>
        <w:t xml:space="preserve">[09:23] </w:t>
      </w:r>
      <w:r>
        <w:t>ائیں گے آپ، moneyless ہو جائیں گے آپ، penniless ہو جائیں گے آپ۔</w:t>
      </w:r>
    </w:p>
    <w:p>
      <w:pPr>
        <w:jc w:val="right"/>
      </w:pPr>
      <w:r>
        <w:t>ائیں گے آپ، منی لیس ہو جائیں گے آپ، پینی لیس ہو جائیں گے آپ۔</w:t>
      </w:r>
    </w:p>
    <w:p>
      <w:r>
        <w:rPr>
          <w:b/>
        </w:rPr>
        <w:t xml:space="preserve">[09:27] </w:t>
      </w:r>
      <w:r>
        <w:t>kuch bhi nahi, kuch bhi nahi, kuch bhi nahi.</w:t>
      </w:r>
    </w:p>
    <w:p>
      <w:pPr>
        <w:jc w:val="right"/>
      </w:pPr>
      <w:r>
        <w:t>کچھ بھی نہیں، کچھ بھی نہیں، کچھ بھی نہیں۔</w:t>
      </w:r>
    </w:p>
    <w:p>
      <w:r>
        <w:rPr>
          <w:b/>
        </w:rPr>
        <w:t xml:space="preserve">[09:32] </w:t>
      </w:r>
      <w:r>
        <w:t>akele wahan jaana hoga aap ko.</w:t>
      </w:r>
    </w:p>
    <w:p>
      <w:pPr>
        <w:jc w:val="right"/>
      </w:pPr>
      <w:r>
        <w:t>اکیلے وہاں جانا ہوگا آپ کو۔</w:t>
      </w:r>
    </w:p>
    <w:p>
      <w:r>
        <w:rPr>
          <w:b/>
        </w:rPr>
        <w:t xml:space="preserve">[09:36] </w:t>
      </w:r>
      <w:r>
        <w:t>to yeh kitna bada risk hai!</w:t>
      </w:r>
    </w:p>
    <w:p>
      <w:pPr>
        <w:jc w:val="right"/>
      </w:pPr>
      <w:r>
        <w:t>تو یہ کتنا بڑا رسک ہے!</w:t>
      </w:r>
    </w:p>
    <w:p>
      <w:r>
        <w:rPr>
          <w:b/>
        </w:rPr>
        <w:t xml:space="preserve">[09:41] </w:t>
      </w:r>
      <w:r>
        <w:t>yeh kitna bada risk hai!</w:t>
      </w:r>
    </w:p>
    <w:p>
      <w:pPr>
        <w:jc w:val="right"/>
      </w:pPr>
      <w:r>
        <w:t>یہ کتنا بڑا رسک ہے!</w:t>
      </w:r>
    </w:p>
    <w:p>
      <w:r>
        <w:rPr>
          <w:b/>
        </w:rPr>
        <w:t xml:space="preserve">[09:45] </w:t>
      </w:r>
      <w:r>
        <w:t>to aap faisla lijiye ke aap apne diaspora ko islamize karenge.</w:t>
      </w:r>
    </w:p>
    <w:p>
      <w:pPr>
        <w:jc w:val="right"/>
      </w:pPr>
      <w:r>
        <w:t>تو آپ فیصلہ لیجئے کہ آپ اپنے ڈائسپورا کو اسلامائز کریں گے۔</w:t>
      </w:r>
    </w:p>
    <w:p>
      <w:r>
        <w:rPr>
          <w:b/>
        </w:rPr>
        <w:t xml:space="preserve">[09:50] </w:t>
      </w:r>
      <w:r>
        <w:t>yani dawat ko isi tarah apna goal banayenge jis tarah sahaba ne banaya tha.</w:t>
      </w:r>
    </w:p>
    <w:p>
      <w:pPr>
        <w:jc w:val="right"/>
      </w:pPr>
      <w:r>
        <w:t>یعنی دعوت کو اسی طرح اپنا گول بنائیں گے جس طرح صحابہ نے بنایا تھا۔</w:t>
      </w:r>
    </w:p>
    <w:p>
      <w:r>
        <w:rPr>
          <w:b/>
        </w:rPr>
        <w:t xml:space="preserve">[09:54] </w:t>
      </w:r>
      <w:r>
        <w:t>phir mein ne kaha ke dekhiye, dono jo muamla hai dawat ka aur yeh dunya kamane ka, saath</w:t>
      </w:r>
    </w:p>
    <w:p>
      <w:pPr>
        <w:jc w:val="right"/>
      </w:pPr>
      <w:r>
        <w:t>پھر میں نے کہا کہ دیکھیے، دونوں جو معاملہ ہے دعوت کا اور یہ دنیا کمانے کا، ساتھ</w:t>
      </w:r>
    </w:p>
    <w:p>
      <w:r>
        <w:rPr>
          <w:b/>
        </w:rPr>
        <w:t xml:space="preserve">[09:59] </w:t>
      </w:r>
      <w:r>
        <w:t>yeh bhi saada baat nahi hai.</w:t>
      </w:r>
    </w:p>
    <w:p>
      <w:pPr>
        <w:jc w:val="right"/>
      </w:pPr>
      <w:r>
        <w:t>یہ بھی سادہ بات نہیں ہے۔</w:t>
      </w:r>
    </w:p>
    <w:p>
      <w:r>
        <w:rPr>
          <w:b/>
        </w:rPr>
        <w:t xml:space="preserve">[10:04] </w:t>
      </w:r>
      <w:r>
        <w:t>sahaba jo gaye the, woh giver ban kar gaye the, aap taker ban kar gaye hain.</w:t>
      </w:r>
    </w:p>
    <w:p>
      <w:pPr>
        <w:jc w:val="right"/>
      </w:pPr>
      <w:r>
        <w:t>صحابہ جو گئے تھے، وہ گیور بن کر گئے تھے، آپ ٹیکر بن کر گئے ہیں۔</w:t>
      </w:r>
    </w:p>
    <w:p>
      <w:r>
        <w:rPr>
          <w:b/>
        </w:rPr>
        <w:t xml:space="preserve">[10:09] </w:t>
      </w:r>
      <w:r>
        <w:t>sahaba gaye the dunya ko dene ke liye, aap gaye hain dunya se lene ke liye.</w:t>
      </w:r>
    </w:p>
    <w:p>
      <w:pPr>
        <w:jc w:val="right"/>
      </w:pPr>
      <w:r>
        <w:t>صحابہ گئے تھے دنیا کو دینے کے لیے، آپ گئے ہیں دنیا سے لینے کے لیے۔</w:t>
      </w:r>
    </w:p>
    <w:p>
      <w:r>
        <w:rPr>
          <w:b/>
        </w:rPr>
        <w:t xml:space="preserve">[10:14] </w:t>
      </w:r>
      <w:r>
        <w:t>to aap ko kabhi woh izzat nahi mil sakti, na dunya mein, na aakhirat mein.</w:t>
      </w:r>
    </w:p>
    <w:p>
      <w:pPr>
        <w:jc w:val="right"/>
      </w:pPr>
      <w:r>
        <w:t>تو آپ کو کبھی وہ عزت نہیں مل سکتی، نہ دنیا میں، نہ آخرت میں۔</w:t>
      </w:r>
    </w:p>
    <w:p>
      <w:r>
        <w:rPr>
          <w:b/>
        </w:rPr>
        <w:t xml:space="preserve">[10:19] </w:t>
      </w:r>
      <w:r>
        <w:t>to mein ne kaha ke aap dub</w:t>
      </w:r>
    </w:p>
    <w:p>
      <w:pPr>
        <w:jc w:val="right"/>
      </w:pPr>
      <w:r>
        <w:t>تو میں نے کہا کہ آپ دوب</w:t>
      </w:r>
    </w:p>
    <w:p>
      <w:r>
        <w:rPr>
          <w:b/>
        </w:rPr>
        <w:t xml:space="preserve">[10:24] </w:t>
      </w:r>
      <w:r>
        <w:t>arah giver group baniye.</w:t>
      </w:r>
    </w:p>
    <w:p>
      <w:pPr>
        <w:jc w:val="right"/>
      </w:pPr>
      <w:r>
        <w:t>ارہ گیور گروپ بنیے۔</w:t>
      </w:r>
    </w:p>
    <w:p>
      <w:r>
        <w:rPr>
          <w:b/>
        </w:rPr>
        <w:t xml:space="preserve">[10:28] </w:t>
      </w:r>
      <w:r>
        <w:t>taker group agar bane rahenge, isi par aap ki maut aayegi.</w:t>
      </w:r>
    </w:p>
    <w:p>
      <w:pPr>
        <w:jc w:val="right"/>
      </w:pPr>
      <w:r>
        <w:t>ٹیکر گروپ اگر بنے رہیں گے، اسی پر آپ کی موت آئے گی۔</w:t>
      </w:r>
    </w:p>
    <w:p>
      <w:r>
        <w:rPr>
          <w:b/>
        </w:rPr>
        <w:t xml:space="preserve">[10:32] </w:t>
      </w:r>
      <w:r>
        <w:t>to phir yeh bohat risky maut hogi.</w:t>
      </w:r>
    </w:p>
    <w:p>
      <w:pPr>
        <w:jc w:val="right"/>
      </w:pPr>
      <w:r>
        <w:t>تو پھر یہ بہت رسکی موت ہوگی۔</w:t>
      </w:r>
    </w:p>
    <w:p>
      <w:r>
        <w:rPr>
          <w:b/>
        </w:rPr>
        <w:t xml:space="preserve">[10:35] </w:t>
      </w:r>
      <w:r>
        <w:t>phir mein ne socha ke yeh sirf muamla inhi logon ka nahi hai jo America mein ya western</w:t>
      </w:r>
    </w:p>
    <w:p>
      <w:pPr>
        <w:jc w:val="right"/>
      </w:pPr>
      <w:r>
        <w:t>پھر میں نے سوچا کہ یہ صرف معاملہ انہی لوگوں کا نہیں ہے جو امریکہ میں یا ویسٹرن</w:t>
      </w:r>
    </w:p>
    <w:p>
      <w:r>
        <w:rPr>
          <w:b/>
        </w:rPr>
        <w:t xml:space="preserve">[10:39] </w:t>
      </w:r>
      <w:r>
        <w:t>countries mein rehte hain.</w:t>
      </w:r>
    </w:p>
    <w:p>
      <w:pPr>
        <w:jc w:val="right"/>
      </w:pPr>
      <w:r>
        <w:t>کنٹریز میں رہتے ہیں۔</w:t>
      </w:r>
    </w:p>
    <w:p>
      <w:r>
        <w:rPr>
          <w:b/>
        </w:rPr>
        <w:t xml:space="preserve">[10:43] </w:t>
      </w:r>
      <w:r>
        <w:t>saare insaan, saare logon ka maamla yahi hai.</w:t>
      </w:r>
    </w:p>
    <w:p>
      <w:pPr>
        <w:jc w:val="right"/>
      </w:pPr>
      <w:r>
        <w:t>سارے انسان، سارے لوگوں کا معاملہ یہی ہے۔</w:t>
      </w:r>
    </w:p>
    <w:p>
      <w:r>
        <w:rPr>
          <w:b/>
        </w:rPr>
        <w:t xml:space="preserve">[10:47] </w:t>
      </w:r>
      <w:r>
        <w:t>sab ko apne aap ko islamize karna hai.</w:t>
      </w:r>
    </w:p>
    <w:p>
      <w:pPr>
        <w:jc w:val="right"/>
      </w:pPr>
      <w:r>
        <w:t>سب کو اپنے آپ کو اسلامائز کرنا ہے۔</w:t>
      </w:r>
    </w:p>
    <w:p>
      <w:r>
        <w:rPr>
          <w:b/>
        </w:rPr>
        <w:t xml:space="preserve">[10:51] </w:t>
      </w:r>
      <w:r>
        <w:t>is liye ke woh log bahar gaye to logon se mulaqaat hui un ki.</w:t>
      </w:r>
    </w:p>
    <w:p>
      <w:pPr>
        <w:jc w:val="right"/>
      </w:pPr>
      <w:r>
        <w:t>اس لیے کہ وہ لوگ باہر گئے تو لوگوں سے ملاقات ہوئی ان کی۔</w:t>
      </w:r>
    </w:p>
    <w:p>
      <w:r>
        <w:rPr>
          <w:b/>
        </w:rPr>
        <w:t xml:space="preserve">[10:54] </w:t>
      </w:r>
      <w:r>
        <w:t>un par dawat ka kaam kiya unhon ne.</w:t>
      </w:r>
    </w:p>
    <w:p>
      <w:pPr>
        <w:jc w:val="right"/>
      </w:pPr>
      <w:r>
        <w:t>ان پر دعوت کا کام کیا انہوں نے۔</w:t>
      </w:r>
    </w:p>
    <w:p>
      <w:r>
        <w:rPr>
          <w:b/>
        </w:rPr>
        <w:t xml:space="preserve">[10:59] </w:t>
      </w:r>
      <w:r>
        <w:t>aaj to interaction part of life bana hua hai.</w:t>
      </w:r>
    </w:p>
    <w:p>
      <w:pPr>
        <w:jc w:val="right"/>
      </w:pPr>
      <w:r>
        <w:t>آج تو انٹریکشن پارٹ آف لائف بنا ہوا ہے۔</w:t>
      </w:r>
    </w:p>
    <w:p>
      <w:r>
        <w:rPr>
          <w:b/>
        </w:rPr>
        <w:t xml:space="preserve">[11:03] </w:t>
      </w:r>
      <w:r>
        <w:t>bachpan mein, mere mere jab mein chhota tha to zindagi bohat simti hui thi.</w:t>
      </w:r>
    </w:p>
    <w:p>
      <w:pPr>
        <w:jc w:val="right"/>
      </w:pPr>
      <w:r>
        <w:t>بچپن میں، میرے میرے جب میں چھوٹا تھا تو زندگی بہت سمٹی ہوئی تھی۔</w:t>
      </w:r>
    </w:p>
    <w:p>
      <w:r>
        <w:rPr>
          <w:b/>
        </w:rPr>
        <w:t xml:space="preserve">[11:07] </w:t>
      </w:r>
      <w:r>
        <w:t>bas ghar mein aur khet mein, aur kahin aana na jaana.</w:t>
      </w:r>
    </w:p>
    <w:p>
      <w:pPr>
        <w:jc w:val="right"/>
      </w:pPr>
      <w:r>
        <w:t>بس گھر میں اور کھیت میں، اور کہیں آنا نہ جانا۔</w:t>
      </w:r>
    </w:p>
    <w:p>
      <w:r>
        <w:rPr>
          <w:b/>
        </w:rPr>
        <w:t xml:space="preserve">[11:12] </w:t>
      </w:r>
      <w:r>
        <w:t>ab jo desperation hua hai to saari duniya ek ho gayi hai.</w:t>
      </w:r>
    </w:p>
    <w:p>
      <w:pPr>
        <w:jc w:val="right"/>
      </w:pPr>
      <w:r>
        <w:t>اب جو ڈسپیریشن ہوا ہے تو ساری دنیا ایک ہو گئی ہے۔</w:t>
      </w:r>
    </w:p>
    <w:p>
      <w:r>
        <w:rPr>
          <w:b/>
        </w:rPr>
        <w:t xml:space="preserve">[11:16] </w:t>
      </w:r>
      <w:r>
        <w:t>global village ban gayi hai.</w:t>
      </w:r>
    </w:p>
    <w:p>
      <w:pPr>
        <w:jc w:val="right"/>
      </w:pPr>
      <w:r>
        <w:t>گلوبل ولیج بن گئی ہے۔</w:t>
      </w:r>
    </w:p>
    <w:p>
      <w:r>
        <w:rPr>
          <w:b/>
        </w:rPr>
        <w:t xml:space="preserve">[11:21] </w:t>
      </w:r>
      <w:r>
        <w:t>interaction bohat badh gaya hai.</w:t>
      </w:r>
    </w:p>
    <w:p>
      <w:pPr>
        <w:jc w:val="right"/>
      </w:pPr>
      <w:r>
        <w:t>انٹریکشن بہت بڑھ گیا ہے۔</w:t>
      </w:r>
    </w:p>
    <w:p>
      <w:r>
        <w:rPr>
          <w:b/>
        </w:rPr>
        <w:t xml:space="preserve">[11:25] </w:t>
      </w:r>
      <w:r>
        <w:t>to har aadmi daily jaata hai apne business mein, wahan milta hai.</w:t>
      </w:r>
    </w:p>
    <w:p>
      <w:pPr>
        <w:jc w:val="right"/>
      </w:pPr>
      <w:r>
        <w:t>تو ہر آدمی ڈیلی جاتا ہے اپنے بزنس میں، وہاں ملتا ہے۔</w:t>
      </w:r>
    </w:p>
    <w:p>
      <w:r>
        <w:rPr>
          <w:b/>
        </w:rPr>
        <w:t xml:space="preserve">[11:29] </w:t>
      </w:r>
      <w:r>
        <w:t>school, college, university mein jaata hai, wahan milta hai.</w:t>
      </w:r>
    </w:p>
    <w:p>
      <w:pPr>
        <w:jc w:val="right"/>
      </w:pPr>
      <w:r>
        <w:t>اسکول، کالج، یونیورسٹی میں جاتا ہے، وہاں ملتا ہے۔</w:t>
      </w:r>
    </w:p>
    <w:p>
      <w:r>
        <w:rPr>
          <w:b/>
        </w:rPr>
        <w:t xml:space="preserve">[11:34] </w:t>
      </w:r>
      <w:r>
        <w:t>job mein, company mein jaata hai, wahan milta hai.</w:t>
      </w:r>
    </w:p>
    <w:p>
      <w:pPr>
        <w:jc w:val="right"/>
      </w:pPr>
      <w:r>
        <w:t>جاب میں، کمپنی میں جاتا ہے، وہاں ملتا ہے۔</w:t>
      </w:r>
    </w:p>
    <w:p>
      <w:r>
        <w:rPr>
          <w:b/>
        </w:rPr>
        <w:t xml:space="preserve">[11:38] </w:t>
      </w:r>
      <w:r>
        <w:t>to kaha ke daily woh ek qism ka diaspora ho raha hai is ka.</w:t>
      </w:r>
    </w:p>
    <w:p>
      <w:pPr>
        <w:jc w:val="right"/>
      </w:pPr>
      <w:r>
        <w:t>تو کہا کہ ڈیلی وہ ایک قسم کا ڈائسپورا ہو رہا ہے اس کا۔</w:t>
      </w:r>
    </w:p>
    <w:p>
      <w:r>
        <w:rPr>
          <w:b/>
        </w:rPr>
        <w:t xml:space="preserve">[11:43] </w:t>
      </w:r>
      <w:r>
        <w:t>yaani hijrat ho rahi hai is ki.</w:t>
      </w:r>
    </w:p>
    <w:p>
      <w:pPr>
        <w:jc w:val="right"/>
      </w:pPr>
      <w:r>
        <w:t>یعنی ہجرت ہو رہی ہے اس کی۔</w:t>
      </w:r>
    </w:p>
    <w:p>
      <w:r>
        <w:rPr>
          <w:b/>
        </w:rPr>
        <w:t xml:space="preserve">[11:47] </w:t>
      </w:r>
      <w:r>
        <w:t>daily is ka doosron se milna ho raha hai.</w:t>
      </w:r>
    </w:p>
    <w:p>
      <w:pPr>
        <w:jc w:val="right"/>
      </w:pPr>
      <w:r>
        <w:t>ڈیلی اس کا دوسروں سے ملنا ہو رہا ہے۔</w:t>
      </w:r>
    </w:p>
    <w:p>
      <w:r>
        <w:rPr>
          <w:b/>
        </w:rPr>
        <w:t xml:space="preserve">[11:52] </w:t>
      </w:r>
      <w:r>
        <w:t>to jab aap ka milna doosron se ho raha hai to wahan par aap ko daai banna hai.</w:t>
      </w:r>
    </w:p>
    <w:p>
      <w:pPr>
        <w:jc w:val="right"/>
      </w:pPr>
      <w:r>
        <w:t>تو جب آپ کا ملنا دوسروں سے ہو رہا ہے تو وہاں پر آپ کو داعی بننا ہے۔</w:t>
      </w:r>
    </w:p>
    <w:p>
      <w:r>
        <w:rPr>
          <w:b/>
        </w:rPr>
        <w:t xml:space="preserve">[11:56] </w:t>
      </w:r>
      <w:r>
        <w:t>yeh nahi ke mile hain is se sirf paisa lene ke liye, mile hain is se sirf job</w:t>
      </w:r>
    </w:p>
    <w:p>
      <w:pPr>
        <w:jc w:val="right"/>
      </w:pPr>
      <w:r>
        <w:t>یہ نہیں کہ ملے ہیں اس سے صرف پیسہ لینے کے لیے، ملے ہیں اس سے صرف جاب</w:t>
      </w:r>
    </w:p>
    <w:p>
      <w:r>
        <w:rPr>
          <w:b/>
        </w:rPr>
        <w:t xml:space="preserve">[12:00] </w:t>
      </w:r>
      <w:r>
        <w:t>lene ke liye, mile hain is se sirf business karne ke liye.</w:t>
      </w:r>
    </w:p>
    <w:p>
      <w:pPr>
        <w:jc w:val="right"/>
      </w:pPr>
      <w:r>
        <w:t>لینے کے لیے، ملے ہیں اس سے صرف بزنس کرنے کے لیے۔</w:t>
      </w:r>
    </w:p>
    <w:p>
      <w:r>
        <w:rPr>
          <w:b/>
        </w:rPr>
        <w:t xml:space="preserve">[12:05] </w:t>
      </w:r>
      <w:r>
        <w:t>yeh to kaha ke aap saari duniya ke musalman jo hain, taker ban kar reh rahe hain.</w:t>
      </w:r>
    </w:p>
    <w:p>
      <w:pPr>
        <w:jc w:val="right"/>
      </w:pPr>
      <w:r>
        <w:t>یہ تو کہا کہ آپ ساری دنیا کے مسلمان جو ہیں، ٹیکر بن کر رہ رہے ہیں۔</w:t>
      </w:r>
    </w:p>
    <w:p>
      <w:r>
        <w:rPr>
          <w:b/>
        </w:rPr>
        <w:t xml:space="preserve">[12:09] </w:t>
      </w:r>
      <w:r>
        <w:t>chahe America ho, chahe India ho, ya aur koi country ho, har jagah ka maamla hai ke humein</w:t>
      </w:r>
    </w:p>
    <w:p>
      <w:pPr>
        <w:jc w:val="right"/>
      </w:pPr>
      <w:r>
        <w:t>چاہے امریکہ ہو، چاہے انڈیا ہو، یا اور کوئی کنٹری ہو، ہر جگہ کا معاملہ ہے کہ ہمیں</w:t>
      </w:r>
    </w:p>
    <w:p>
      <w:r>
        <w:rPr>
          <w:b/>
        </w:rPr>
        <w:t xml:space="preserve">[12:13] </w:t>
      </w:r>
      <w:r>
        <w:t>giver ban kar rehna hai.</w:t>
      </w:r>
    </w:p>
    <w:p>
      <w:pPr>
        <w:jc w:val="right"/>
      </w:pPr>
      <w:r>
        <w:t>گیور بن کر رہنا ہے۔</w:t>
      </w:r>
    </w:p>
    <w:p>
      <w:r>
        <w:rPr>
          <w:b/>
        </w:rPr>
        <w:t xml:space="preserve">[12:18] </w:t>
      </w:r>
      <w:r>
        <w:t>yeh matlab hai Islamization of Muslims ka.</w:t>
      </w:r>
    </w:p>
    <w:p>
      <w:pPr>
        <w:jc w:val="right"/>
      </w:pPr>
      <w:r>
        <w:t>یہ مطلب ہے اسلامائزیشن آف مسلمز کا۔</w:t>
      </w:r>
    </w:p>
    <w:p>
      <w:r>
        <w:rPr>
          <w:b/>
        </w:rPr>
        <w:t xml:space="preserve">[12:22] </w:t>
      </w:r>
      <w:r>
        <w:t>Islamization of Muslim ka matlab yeh</w:t>
      </w:r>
    </w:p>
    <w:p>
      <w:pPr>
        <w:jc w:val="right"/>
      </w:pPr>
      <w:r>
        <w:t>اسلامائزیشن آف مسلم کا مطلب یہ</w:t>
      </w:r>
    </w:p>
    <w:p>
      <w:r>
        <w:rPr>
          <w:b/>
        </w:rPr>
        <w:t xml:space="preserve">[12:26] </w:t>
      </w:r>
      <w:r>
        <w:t>hai.</w:t>
      </w:r>
    </w:p>
    <w:p>
      <w:pPr>
        <w:jc w:val="right"/>
      </w:pPr>
      <w:r>
        <w:t>ی ہے۔</w:t>
      </w:r>
    </w:p>
    <w:p>
      <w:r>
        <w:rPr>
          <w:b/>
        </w:rPr>
        <w:t xml:space="preserve">[12:32] </w:t>
      </w:r>
      <w:r>
        <w:t>to kai logon ne kuch is par sawal kiye, kuch objection kiya, kuch aitraz kiya.</w:t>
      </w:r>
    </w:p>
    <w:p>
      <w:pPr>
        <w:jc w:val="right"/>
      </w:pPr>
      <w:r>
        <w:t>تو کئی لوگوں نے کچھ اس پر سوال کیے، کچھ ابجیکشن کیا، کچھ اعتراض کیا۔</w:t>
      </w:r>
    </w:p>
    <w:p>
      <w:r>
        <w:rPr>
          <w:b/>
        </w:rPr>
        <w:t xml:space="preserve">[12:39] </w:t>
      </w:r>
      <w:r>
        <w:t>mislan ek sahab ne kaha, maine kaha tha ke Quran phailaiye, logon ko dijiye, apne packet mein</w:t>
      </w:r>
    </w:p>
    <w:p>
      <w:pPr>
        <w:jc w:val="right"/>
      </w:pPr>
      <w:r>
        <w:t>مثلاً ایک صاحب نے کہا، میں نے کہا تھا کہ قرآن پھیلائیے، لوگوں کو دیجئے، اپنے پیکٹ میں</w:t>
      </w:r>
    </w:p>
    <w:p>
      <w:r>
        <w:rPr>
          <w:b/>
        </w:rPr>
        <w:t xml:space="preserve">[12:45] </w:t>
      </w:r>
      <w:r>
        <w:t>rakh dijiye, apne bag mein, jahan koi mila to wahan de dijiye.</w:t>
      </w:r>
    </w:p>
    <w:p>
      <w:pPr>
        <w:jc w:val="right"/>
      </w:pPr>
      <w:r>
        <w:t>رکھ دیجئے، اپنے بیگ میں، جہاں کوئی ملا تو وہاں دے دیجئے۔</w:t>
      </w:r>
    </w:p>
    <w:p>
      <w:r>
        <w:rPr>
          <w:b/>
        </w:rPr>
        <w:t xml:space="preserve">[12:51] </w:t>
      </w:r>
      <w:r>
        <w:t>to unhon ne kaha, aise kaise ho sakta hai? Pehle is se</w:t>
      </w:r>
    </w:p>
    <w:p>
      <w:pPr>
        <w:jc w:val="right"/>
      </w:pPr>
      <w:r>
        <w:t>تو انہوں نے کہا، ایسے کیسے ہو سکتا ہے؟ پہلے اس سے</w:t>
      </w:r>
    </w:p>
    <w:p>
      <w:r>
        <w:rPr>
          <w:b/>
        </w:rPr>
        <w:t xml:space="preserve">[12:57] </w:t>
      </w:r>
      <w:r>
        <w:t>contact karna hoga, usko yeh karna hoga, woh karna hoga, woh karna hoga.</w:t>
      </w:r>
    </w:p>
    <w:p>
      <w:pPr>
        <w:jc w:val="right"/>
      </w:pPr>
      <w:r>
        <w:t>کنٹیکٹ کرنا ہوگا، اس کو یہ کرنا ہوگا، وہ کرنا ہوگا، وہ کرنا ہوگا۔</w:t>
      </w:r>
    </w:p>
    <w:p>
      <w:r>
        <w:rPr>
          <w:b/>
        </w:rPr>
        <w:t xml:space="preserve">[13:02] </w:t>
      </w:r>
      <w:r>
        <w:t>phir jab woh kahega ke lao hamein Quran do, to hamein Quran dena hoga, waghera waghera.</w:t>
      </w:r>
    </w:p>
    <w:p>
      <w:pPr>
        <w:jc w:val="right"/>
      </w:pPr>
      <w:r>
        <w:t>پھر جب وہ کہے گا کہ لاؤ ہمیں قرآن دو، تو ہمیں قرآن دینا ہوگا، وغیرہ وغیرہ۔</w:t>
      </w:r>
    </w:p>
    <w:p>
      <w:r>
        <w:rPr>
          <w:b/>
        </w:rPr>
        <w:t xml:space="preserve">[13:07] </w:t>
      </w:r>
      <w:r>
        <w:t>to dekhein, aisa aisa bohat bohat maine tajurba kiya hua hai.</w:t>
      </w:r>
    </w:p>
    <w:p>
      <w:pPr>
        <w:jc w:val="right"/>
      </w:pPr>
      <w:r>
        <w:t>تو دیکھیں، ایسا ایسا بہت بہت میں نے تجربہ کیا ہوا ہے۔</w:t>
      </w:r>
    </w:p>
    <w:p>
      <w:r>
        <w:rPr>
          <w:b/>
        </w:rPr>
        <w:t xml:space="preserve">[13:13] </w:t>
      </w:r>
      <w:r>
        <w:t>yeh sab baatein log kehte hain.</w:t>
      </w:r>
    </w:p>
    <w:p>
      <w:pPr>
        <w:jc w:val="right"/>
      </w:pPr>
      <w:r>
        <w:t>یہ سب باتیں لوگ کہتے ہیں۔</w:t>
      </w:r>
    </w:p>
    <w:p>
      <w:r>
        <w:rPr>
          <w:b/>
        </w:rPr>
        <w:t xml:space="preserve">[13:18] </w:t>
      </w:r>
      <w:r>
        <w:t>aur kuch log kehte hain ke sahab, pehle to Islam Musalmanon ko islah karna hai, waghera.</w:t>
      </w:r>
    </w:p>
    <w:p>
      <w:pPr>
        <w:jc w:val="right"/>
      </w:pPr>
      <w:r>
        <w:t>اور کچھ لوگ کہتے ہیں کہ صاحب، پہلے تو اسلام مسلمانوں کو اصلاح کرنا ہے، وغیرہ۔</w:t>
      </w:r>
    </w:p>
    <w:p>
      <w:r>
        <w:rPr>
          <w:b/>
        </w:rPr>
        <w:t xml:space="preserve">[13:23] </w:t>
      </w:r>
      <w:r>
        <w:t>to asal cheez yeh hai ke logon ke andar dawat ki spirit nahi hai, uski ahmiyat nahi samajhte.</w:t>
      </w:r>
    </w:p>
    <w:p>
      <w:pPr>
        <w:jc w:val="right"/>
      </w:pPr>
      <w:r>
        <w:t>تو اصل چیز یہ ہے کہ لوگوں کے اندر دعوت کی سپرٹ نہیں ہے، اس کی اہمیت نہیں سمجھتے۔</w:t>
      </w:r>
    </w:p>
    <w:p>
      <w:r>
        <w:rPr>
          <w:b/>
        </w:rPr>
        <w:t xml:space="preserve">[13:28] </w:t>
      </w:r>
      <w:r>
        <w:t>sahaba jab gaye thay Arab se nikal kar, to wahan par aap ghor kijiye, un ki zubanen alag, un ka culture alag. kuch bhi nahi, kuch bhi nahi, kuch bhi nahi. rehnay ko thikana nahi. aap jatay hain, aap to aap ka woh ghar hota hai, hotel hota hai, us waqt to kuch bhi nahi. aur nikal gaye woh. aap ghor kijiye kay us waqt jo tha, Misr ki zuban Qibti thi, Lib</w:t>
      </w:r>
    </w:p>
    <w:p>
      <w:pPr>
        <w:jc w:val="right"/>
      </w:pPr>
      <w:r>
        <w:t>صحابہ جب گئے تھے عرب سے نکل کر، تو وہاں پر آپ غور کیجئے، ان کی زبانیں الگ، ان کا کلچر الگ۔ کچھ بھی نہیں، کچھ بھی نہیں، کچھ بھی نہیں۔ رہنے کو ٹھکانہ نہیں۔ آپ جاتے ہیں، آپ تو آپ کا وہ گھر ہوتا ہے، ہوٹل ہوتا ہے، اس وقت تو کچھ بھی نہیں۔ اور نکل گئے وہ۔ آپ غور کیجئے کہ اس وقت جو تھا، مصر کی زبان قبطی تھی، لیب</w:t>
      </w:r>
    </w:p>
    <w:p>
      <w:r>
        <w:rPr>
          <w:b/>
        </w:rPr>
        <w:t xml:space="preserve">[13:58] </w:t>
      </w:r>
      <w:r>
        <w:t>ya ki zaban barbari thi, Falasteen ki zaban Arami thi, Sham ki zaban Ibri thi.</w:t>
      </w:r>
    </w:p>
    <w:p>
      <w:pPr>
        <w:jc w:val="right"/>
      </w:pPr>
      <w:r>
        <w:t>یا کی زبان بربری تھی، فلسطین کی زبان ارامی تھی، شام کی زبان عبرانی تھی۔</w:t>
      </w:r>
    </w:p>
    <w:p>
      <w:r>
        <w:rPr>
          <w:b/>
        </w:rPr>
        <w:t xml:space="preserve">[14:06] </w:t>
      </w:r>
      <w:r>
        <w:t>har jagah zabanein alag alag theen.</w:t>
      </w:r>
    </w:p>
    <w:p>
      <w:pPr>
        <w:jc w:val="right"/>
      </w:pPr>
      <w:r>
        <w:t>ہر جگہ زبانیں الگ الگ تھیں۔</w:t>
      </w:r>
    </w:p>
    <w:p>
      <w:r>
        <w:rPr>
          <w:b/>
        </w:rPr>
        <w:t xml:space="preserve">[14:14] </w:t>
      </w:r>
      <w:r>
        <w:t>to zaban na jante hue, koi contact na hote hue, koi ta'alluq na hote hue dakhil ho gaye.</w:t>
      </w:r>
    </w:p>
    <w:p>
      <w:pPr>
        <w:jc w:val="right"/>
      </w:pPr>
      <w:r>
        <w:t>تو زبان نہ جانتے ہوئے، کوئی کنٹیکٹ نہ ہوتے ہوئے، کوئی تعلق نہ ہوتے ہوئے داخل ہو گئے۔</w:t>
      </w:r>
    </w:p>
    <w:p>
      <w:r>
        <w:rPr>
          <w:b/>
        </w:rPr>
        <w:t xml:space="preserve">[14:22] </w:t>
      </w:r>
      <w:r>
        <w:t>to yeh masla hai is baat ka ke yahi to kaam karna hai.</w:t>
      </w:r>
    </w:p>
    <w:p>
      <w:pPr>
        <w:jc w:val="right"/>
      </w:pPr>
      <w:r>
        <w:t>تو یہ مسئلہ ہے اس بات کا کہ یہی تو کام کرنا ہے۔</w:t>
      </w:r>
    </w:p>
    <w:p>
      <w:r>
        <w:rPr>
          <w:b/>
        </w:rPr>
        <w:t xml:space="preserve">[14:30] </w:t>
      </w:r>
      <w:r>
        <w:t>aaj maine ek report padhi akhbar mein, aaj hi, ke America ke ek Muslim leader ne kaha</w:t>
      </w:r>
    </w:p>
    <w:p>
      <w:pPr>
        <w:jc w:val="right"/>
      </w:pPr>
      <w:r>
        <w:t>آج میں نے ایک رپورٹ پڑھی اخبار میں، آج ہی، کہ امریکہ کے ایک مسلم لیڈر نے کہا</w:t>
      </w:r>
    </w:p>
    <w:p>
      <w:r>
        <w:rPr>
          <w:b/>
        </w:rPr>
        <w:t xml:space="preserve">[14:38] </w:t>
      </w:r>
      <w:r>
        <w:t>hai ke 9/11 ke baad America mein Pakistani Musalmanon ko job milne mein bari problem pesh aate hain.</w:t>
      </w:r>
    </w:p>
    <w:p>
      <w:pPr>
        <w:jc w:val="right"/>
      </w:pPr>
      <w:r>
        <w:t>ہے کہ 9/11 کے بعد امریکہ میں پاکستانی مسلمانوں کو جاب ملنے میں بڑی پرابلم پیش آتے ہیں۔</w:t>
      </w:r>
    </w:p>
    <w:p>
      <w:r>
        <w:rPr>
          <w:b/>
        </w:rPr>
        <w:t xml:space="preserve">[14:46] </w:t>
      </w:r>
      <w:r>
        <w:t>discrimination kya tha unke sath, ab aur barh gaya hai woh.</w:t>
      </w:r>
    </w:p>
    <w:p>
      <w:pPr>
        <w:jc w:val="right"/>
      </w:pPr>
      <w:r>
        <w:t>ڈسکرپشن کیا تھا ان کے ساتھ، اب اور بڑھ گیا ہے وہ۔</w:t>
      </w:r>
    </w:p>
    <w:p>
      <w:r>
        <w:rPr>
          <w:b/>
        </w:rPr>
        <w:t xml:space="preserve">[14:53] </w:t>
      </w:r>
      <w:r>
        <w:t>to aaj hi ke paper mein chupa hua hai yeh Pakistani leader ka bayan</w:t>
      </w:r>
    </w:p>
    <w:p>
      <w:pPr>
        <w:jc w:val="right"/>
      </w:pPr>
      <w:r>
        <w:t>تو آج ہی کے پیپر میں چھپا ہوا ہے یہ پاکستانی لیڈر کا بیان</w:t>
      </w:r>
    </w:p>
    <w:p>
      <w:r>
        <w:rPr>
          <w:b/>
        </w:rPr>
        <w:t xml:space="preserve">[15:01] </w:t>
      </w:r>
      <w:r>
        <w:t>ke ab Pakistani apni identity batate hain, Indian.</w:t>
      </w:r>
    </w:p>
    <w:p>
      <w:pPr>
        <w:jc w:val="right"/>
      </w:pPr>
      <w:r>
        <w:t>کہ اب پاکستانی اپنی آئیڈینٹی بتاتے ہیں، انڈین۔</w:t>
      </w:r>
    </w:p>
    <w:p>
      <w:r>
        <w:rPr>
          <w:b/>
        </w:rPr>
        <w:t xml:space="preserve">[15:07] </w:t>
      </w:r>
      <w:r>
        <w:t>Pakistan ke naam nahi lete, bohat se Pakistani, taake unhein job mil jaye.</w:t>
      </w:r>
    </w:p>
    <w:p>
      <w:pPr>
        <w:jc w:val="right"/>
      </w:pPr>
      <w:r>
        <w:t>پاکستان کے نام نہیں لیتے، بہت سے پاکستانی، تاکہ انہیں جاب مل جائے۔</w:t>
      </w:r>
    </w:p>
    <w:p>
      <w:r>
        <w:rPr>
          <w:b/>
        </w:rPr>
        <w:t xml:space="preserve">[15:13] </w:t>
      </w:r>
      <w:r>
        <w:t>yani apni pehchan jo hai, apni pehchan Pakistan ki bajaye India se karte hain.</w:t>
      </w:r>
    </w:p>
    <w:p>
      <w:pPr>
        <w:jc w:val="right"/>
      </w:pPr>
      <w:r>
        <w:t>یعنی اپنی پہچان جو ہے، اپنی پہچان پاکستان کی بجائے انڈیا سے کرتے ہیں۔</w:t>
      </w:r>
    </w:p>
    <w:p>
      <w:r>
        <w:rPr>
          <w:b/>
        </w:rPr>
        <w:t xml:space="preserve">[15:19] </w:t>
      </w:r>
      <w:r>
        <w:t>kyun? Unko job, unka concern hai, job milay.</w:t>
      </w:r>
    </w:p>
    <w:p>
      <w:pPr>
        <w:jc w:val="right"/>
      </w:pPr>
      <w:r>
        <w:t>کیوں؟ ان کو جاب، ان کا کنسرن ہے، جاب ملے۔</w:t>
      </w:r>
    </w:p>
    <w:p>
      <w:r>
        <w:rPr>
          <w:b/>
        </w:rPr>
        <w:t xml:space="preserve">[15:25] </w:t>
      </w:r>
      <w:r>
        <w:t>to jab jis cheez ko aap concern bana lete hain apna</w:t>
      </w:r>
    </w:p>
    <w:p>
      <w:pPr>
        <w:jc w:val="right"/>
      </w:pPr>
      <w:r>
        <w:t>تو جب جس چیز کو آپ کنسرن بنا لیتے ہیں اپنا</w:t>
      </w:r>
    </w:p>
    <w:p>
      <w:r>
        <w:rPr>
          <w:b/>
        </w:rPr>
        <w:t xml:space="preserve">[15:31] </w:t>
      </w:r>
      <w:r>
        <w:t>, to aap nahi sochte yeh sab kuch hai.</w:t>
      </w:r>
    </w:p>
    <w:p>
      <w:pPr>
        <w:jc w:val="right"/>
      </w:pPr>
      <w:r>
        <w:t>، تو آپ نہیں سوچتے یہ سب کچھ ہے۔</w:t>
      </w:r>
    </w:p>
    <w:p>
      <w:r>
        <w:rPr>
          <w:b/>
        </w:rPr>
        <w:t xml:space="preserve">[15:36] </w:t>
      </w:r>
      <w:r>
        <w:t>sab kuch aap kaat dalte hain.</w:t>
      </w:r>
    </w:p>
    <w:p>
      <w:pPr>
        <w:jc w:val="right"/>
      </w:pPr>
      <w:r>
        <w:t>سب کچھ آپ کاٹ ڈالتے ہیں۔</w:t>
      </w:r>
    </w:p>
    <w:p>
      <w:r>
        <w:rPr>
          <w:b/>
        </w:rPr>
        <w:t xml:space="preserve">[15:42] </w:t>
      </w:r>
      <w:r>
        <w:t>to sahaba jo thay, un ko is se matlab nahi tha ke doosre log kya zaban bolte hain,</w:t>
      </w:r>
    </w:p>
    <w:p>
      <w:pPr>
        <w:jc w:val="right"/>
      </w:pPr>
      <w:r>
        <w:t>تو صحابہ جو تھے، ان کو اس سے مطلب نہیں تھا کہ دوسرے لوگ کیا زبان بولتے ہیں،</w:t>
      </w:r>
    </w:p>
    <w:p>
      <w:r>
        <w:rPr>
          <w:b/>
        </w:rPr>
        <w:t xml:space="preserve">[15:47] </w:t>
      </w:r>
      <w:r>
        <w:t>un ka culture kya hai, wahan aap jayenge to rahenge kahan, khayenge kiya.</w:t>
      </w:r>
    </w:p>
    <w:p>
      <w:pPr>
        <w:jc w:val="right"/>
      </w:pPr>
      <w:r>
        <w:t>ان کا کلچر کیا ہے، وہاں آپ جائیں گے تو رہیں گے کہاں، کھائیں گے کیا۔</w:t>
      </w:r>
    </w:p>
    <w:p>
      <w:r>
        <w:rPr>
          <w:b/>
        </w:rPr>
        <w:t xml:space="preserve">[15:52] </w:t>
      </w:r>
      <w:r>
        <w:t>yani is qism ke 101 sawal thay.</w:t>
      </w:r>
    </w:p>
    <w:p>
      <w:pPr>
        <w:jc w:val="right"/>
      </w:pPr>
      <w:r>
        <w:t>یعنی اس قسم کے 101 سوال تھے۔</w:t>
      </w:r>
    </w:p>
    <w:p>
      <w:r>
        <w:rPr>
          <w:b/>
        </w:rPr>
        <w:t xml:space="preserve">[15:57] </w:t>
      </w:r>
      <w:r>
        <w:t>ek woh nikal pade woh, kyunke mission ki dhun thi un ko.</w:t>
      </w:r>
    </w:p>
    <w:p>
      <w:pPr>
        <w:jc w:val="right"/>
      </w:pPr>
      <w:r>
        <w:t>ایک وہ نکل پڑے وہ، کیونکہ مشن کی دھن تھی ان کو۔</w:t>
      </w:r>
    </w:p>
    <w:p>
      <w:r>
        <w:rPr>
          <w:b/>
        </w:rPr>
        <w:t xml:space="preserve">[16:03] </w:t>
      </w:r>
      <w:r>
        <w:t>to aap woh woh log jo Pakistan se ja kar America mein base hain, apni identity badal rahe hain.</w:t>
      </w:r>
    </w:p>
    <w:p>
      <w:pPr>
        <w:jc w:val="right"/>
      </w:pPr>
      <w:r>
        <w:t>تو آپ وہ وہ لوگ جو پاکستان سے جا کر امریکہ میں بسے ہیں، اپنی آئیڈینٹی بدل رہے ہیں۔</w:t>
      </w:r>
    </w:p>
    <w:p>
      <w:r>
        <w:rPr>
          <w:b/>
        </w:rPr>
        <w:t xml:space="preserve">[16:10] </w:t>
      </w:r>
      <w:r>
        <w:t>Indian batate hain apne aap ko.</w:t>
      </w:r>
    </w:p>
    <w:p>
      <w:pPr>
        <w:jc w:val="right"/>
      </w:pPr>
      <w:r>
        <w:t>انڈین بتاتے ہیں اپنے آپ کو۔</w:t>
      </w:r>
    </w:p>
    <w:p>
      <w:r>
        <w:rPr>
          <w:b/>
        </w:rPr>
        <w:t xml:space="preserve">[16:18] </w:t>
      </w:r>
      <w:r>
        <w:t>to aap ki identity Allah taala ke nazdeek is waqt kya hai? sirf ek qaum ki hai.</w:t>
      </w:r>
    </w:p>
    <w:p>
      <w:pPr>
        <w:jc w:val="right"/>
      </w:pPr>
      <w:r>
        <w:t>تو آپ کی آئیڈینٹی اللہ تعالیٰ کے نزدیک اس وقت کیا ہے؟ صرف ایک قوم کی ہے۔</w:t>
      </w:r>
    </w:p>
    <w:p>
      <w:r>
        <w:rPr>
          <w:b/>
        </w:rPr>
        <w:t xml:space="preserve">[16:25] </w:t>
      </w:r>
      <w:r>
        <w:t>Quran majeed mein ek ayat hai: "Ya Rasool Allah!</w:t>
      </w:r>
    </w:p>
    <w:p>
      <w:pPr>
        <w:jc w:val="right"/>
      </w:pPr>
      <w:r>
        <w:t>قرآن مجید میں ایک آیت ہے: "یا رسول اللہ!</w:t>
      </w:r>
    </w:p>
    <w:p>
      <w:r>
        <w:rPr>
          <w:b/>
        </w:rPr>
        <w:t xml:space="preserve">[16:33] </w:t>
      </w:r>
      <w:r>
        <w:t>" is ayat se nikalta hai aur bhi doosri ayaton se ke Musalman ki identity jo hai, woh</w:t>
      </w:r>
    </w:p>
    <w:p>
      <w:pPr>
        <w:jc w:val="right"/>
      </w:pPr>
      <w:r>
        <w:t>" اس آیت سے نکلتا ہے اور بھی دوسری آیتوں سے کہ مسلمان کی آئیڈینٹی جو ہے، وہ</w:t>
      </w:r>
    </w:p>
    <w:p>
      <w:r>
        <w:rPr>
          <w:b/>
        </w:rPr>
        <w:t xml:space="preserve">[16:38] </w:t>
      </w:r>
      <w:r>
        <w:t>yeh hai ke woh daai hai.</w:t>
      </w:r>
    </w:p>
    <w:p>
      <w:pPr>
        <w:jc w:val="right"/>
      </w:pPr>
      <w:r>
        <w:t>یہ ہے کہ وہ داعی ہے۔</w:t>
      </w:r>
    </w:p>
    <w:p>
      <w:r>
        <w:rPr>
          <w:b/>
        </w:rPr>
        <w:t xml:space="preserve">[16:43] </w:t>
      </w:r>
      <w:r>
        <w:t>"antum shuhada Allah fil arz" yeh identity hai, yeh shanakht hai, yeh pehchan hai.</w:t>
      </w:r>
    </w:p>
    <w:p>
      <w:pPr>
        <w:jc w:val="right"/>
      </w:pPr>
      <w:r>
        <w:t>"انتم شہداء اللہ فی الارض" یہ آئیڈینٹی ہے، یہ شناخت ہے، یہ پہچان ہے۔</w:t>
      </w:r>
    </w:p>
    <w:p>
      <w:r>
        <w:rPr>
          <w:b/>
        </w:rPr>
        <w:t xml:space="preserve">[16:48] </w:t>
      </w:r>
      <w:r>
        <w:t>to Musalman agar apni yeh pehchan kho dein to woh value less ho jate hain Allah ki nazar</w:t>
      </w:r>
    </w:p>
    <w:p>
      <w:pPr>
        <w:jc w:val="right"/>
      </w:pPr>
      <w:r>
        <w:t>تو مسلمان اگر اپنی یہ پہچان کھو دیں تو وہ ویلیو لیس ہو جاتے ہیں اللہ کی نظر</w:t>
      </w:r>
    </w:p>
    <w:p>
      <w:r>
        <w:rPr>
          <w:b/>
        </w:rPr>
        <w:t xml:space="preserve">[16:53] </w:t>
      </w:r>
      <w:r>
        <w:t>mein, koi value nahi un ki.</w:t>
      </w:r>
    </w:p>
    <w:p>
      <w:pPr>
        <w:jc w:val="right"/>
      </w:pPr>
      <w:r>
        <w:t>میں، کوئی ویلیو نہیں ان کی۔</w:t>
      </w:r>
    </w:p>
    <w:p>
      <w:r>
        <w:rPr>
          <w:b/>
        </w:rPr>
        <w:t xml:space="preserve">[16:58] </w:t>
      </w:r>
      <w:r>
        <w:t>to job ke liye</w:t>
      </w:r>
    </w:p>
    <w:p>
      <w:pPr>
        <w:jc w:val="right"/>
      </w:pPr>
      <w:r>
        <w:t>تو جاب کے لیے</w:t>
      </w:r>
    </w:p>
    <w:p>
      <w:r>
        <w:rPr>
          <w:b/>
        </w:rPr>
        <w:t xml:space="preserve">[17:03] </w:t>
      </w:r>
      <w:r>
        <w:t>apni identity ko aap durust karte hain, image building karte hain, aur Allah ke huzoor jab khada hona</w:t>
      </w:r>
    </w:p>
    <w:p>
      <w:pPr>
        <w:jc w:val="right"/>
      </w:pPr>
      <w:r>
        <w:t>اپنی آئیڈینٹی کو آپ درست کرتے ہیں، امیج بلڈنگ کرتے ہیں، اور اللہ کے حضور جب کھڑا ہونا</w:t>
      </w:r>
    </w:p>
    <w:p>
      <w:r>
        <w:rPr>
          <w:b/>
        </w:rPr>
        <w:t xml:space="preserve">[17:08] </w:t>
      </w:r>
      <w:r>
        <w:t>hai aap ko, wahan aap ki identity mushtabah ho rahi hai.</w:t>
      </w:r>
    </w:p>
    <w:p>
      <w:pPr>
        <w:jc w:val="right"/>
      </w:pPr>
      <w:r>
        <w:t>ہے آپ کو، وہاں آپ کی آئیڈینٹی مشتبہ ہو رہی ہے۔</w:t>
      </w:r>
    </w:p>
    <w:p>
      <w:r>
        <w:rPr>
          <w:b/>
        </w:rPr>
        <w:t xml:space="preserve">[17:13] </w:t>
      </w:r>
      <w:r>
        <w:t>is ke liye aap ko tadap nahi, is ke liye dard nahi.</w:t>
      </w:r>
    </w:p>
    <w:p>
      <w:pPr>
        <w:jc w:val="right"/>
      </w:pPr>
      <w:r>
        <w:t>اس کے لیے آپ کو تڑپ نہیں، اس کے لیے درد نہیں۔</w:t>
      </w:r>
    </w:p>
    <w:p>
      <w:r>
        <w:rPr>
          <w:b/>
        </w:rPr>
        <w:t xml:space="preserve">[17:18] </w:t>
      </w:r>
      <w:r>
        <w:t>to jo log is tarah ki baatein karte hain, isi liye karte hain ke unhein yeh pata hi</w:t>
      </w:r>
    </w:p>
    <w:p>
      <w:pPr>
        <w:jc w:val="right"/>
      </w:pPr>
      <w:r>
        <w:t>تو جو لوگ اس طرح کی باتیں کرتے ہیں، اسی لیے کرتے ہیں کہ انہیں یہ پتہ ہی</w:t>
      </w:r>
    </w:p>
    <w:p>
      <w:r>
        <w:rPr>
          <w:b/>
        </w:rPr>
        <w:t xml:space="preserve">[17:23] </w:t>
      </w:r>
      <w:r>
        <w:t>nahi hai ke un ki identity hai, un ki identity hai, wohi identity stake hai.</w:t>
      </w:r>
    </w:p>
    <w:p>
      <w:pPr>
        <w:jc w:val="right"/>
      </w:pPr>
      <w:r>
        <w:t>نہیں ہے کہ ان کی آئیڈینٹی ہے، ان کی آئیڈینٹی ہے، وہی آئیڈینٹی سٹیک ہے۔</w:t>
      </w:r>
    </w:p>
    <w:p>
      <w:r>
        <w:rPr>
          <w:b/>
        </w:rPr>
        <w:t xml:space="preserve">[17:28] </w:t>
      </w:r>
      <w:r>
        <w:t>aaj jo Musalman hain</w:t>
      </w:r>
    </w:p>
    <w:p>
      <w:pPr>
        <w:jc w:val="right"/>
      </w:pPr>
      <w:r>
        <w:t>آج جو مسلمان ہیں</w:t>
      </w:r>
    </w:p>
    <w:p>
      <w:r>
        <w:rPr>
          <w:b/>
        </w:rPr>
        <w:t xml:space="preserve">[17:33] </w:t>
      </w:r>
      <w:r>
        <w:t>، apnay ko Ummat-e-Muhammadi kehtay hain, to un ka identity hi un ki identity stake hai, un ki pehchan identity stake hai, kyunkay daawa work kartay nahi. yaad rakhiye, aik hi pehchan hai Muslim ki kay woh daai hai. yahi pehchan hai. agar yeh pehchan is ki na rahay to Allah kay nazdeek woh nothing hai. nothing hai woh</w:t>
      </w:r>
    </w:p>
    <w:p>
      <w:pPr>
        <w:jc w:val="right"/>
      </w:pPr>
      <w:r>
        <w:t>، اپنے کو امت محمدی کہتے ہیں، تو ان کا آئیڈینٹی ہی ان کی آئیڈینٹی سٹیک ہے، ان کی پہچان آئیڈینٹی سٹیک ہے، کیونکہ دعویٰ ورک کرتے نہیں۔ یاد رکھیے، ایک ہی پہچان ہے مسلم کی کہ وہ داعی ہے۔ یہی پہچان ہے۔ اگر یہ پہچان اس کی نہ رہے تو اللہ کے نزدیک وہ نتھنگ ہے۔ نتھنگ ہے وہ</w:t>
      </w:r>
    </w:p>
    <w:p>
      <w:r>
        <w:rPr>
          <w:b/>
        </w:rPr>
        <w:t xml:space="preserve">[18:03] </w:t>
      </w:r>
      <w:r>
        <w:t>.</w:t>
      </w:r>
    </w:p>
    <w:p>
      <w:pPr>
        <w:jc w:val="right"/>
      </w:pPr>
      <w:r>
        <w:t>۔</w:t>
      </w:r>
    </w:p>
    <w:p>
      <w:r>
        <w:rPr>
          <w:b/>
        </w:rPr>
        <w:t xml:space="preserve">[18:07] </w:t>
      </w:r>
      <w:r>
        <w:t>baqi sab cheezein isi ke andar aati hain, is se pehle nahi aati hain.</w:t>
      </w:r>
    </w:p>
    <w:p>
      <w:pPr>
        <w:jc w:val="right"/>
      </w:pPr>
      <w:r>
        <w:t>باقی سب چیزیں اسی کے اندر آتی ہیں، اس سے پہلے نہیں آتی ہیں۔</w:t>
      </w:r>
    </w:p>
    <w:p>
      <w:r>
        <w:rPr>
          <w:b/>
        </w:rPr>
        <w:t xml:space="preserve">[18:12] </w:t>
      </w:r>
      <w:r>
        <w:t>aap yeh samjhein ke main to namaz padh raha hoon, main to dadi rakhi hui hoon, main to</w:t>
      </w:r>
    </w:p>
    <w:p>
      <w:pPr>
        <w:jc w:val="right"/>
      </w:pPr>
      <w:r>
        <w:t>آپ یہ سمجھیں کہ میں تو نماز پڑھ رہا ہوں، میں تو داڑھی رکھی ہوئی ہوں، میں تو</w:t>
      </w:r>
    </w:p>
    <w:p>
      <w:r>
        <w:rPr>
          <w:b/>
        </w:rPr>
        <w:t xml:space="preserve">[18:16] </w:t>
      </w:r>
      <w:r>
        <w:t>burqa pehnta hoon.</w:t>
      </w:r>
    </w:p>
    <w:p>
      <w:pPr>
        <w:jc w:val="right"/>
      </w:pPr>
      <w:r>
        <w:t>برقعہ پہنتا ہوں۔</w:t>
      </w:r>
    </w:p>
    <w:p>
      <w:r>
        <w:rPr>
          <w:b/>
        </w:rPr>
        <w:t xml:space="preserve">[18:20] </w:t>
      </w:r>
      <w:r>
        <w:t>is se aap ki identity establish nahi hoti.</w:t>
      </w:r>
    </w:p>
    <w:p>
      <w:pPr>
        <w:jc w:val="right"/>
      </w:pPr>
      <w:r>
        <w:t>اس سے آپ کی آئیڈینٹی اسٹیبلش نہیں ہوتی۔</w:t>
      </w:r>
    </w:p>
    <w:p>
      <w:r>
        <w:rPr>
          <w:b/>
        </w:rPr>
        <w:t xml:space="preserve">[18:25] </w:t>
      </w:r>
      <w:r>
        <w:t>yad rakhiye, identity hogi jab daawa work karega.</w:t>
      </w:r>
    </w:p>
    <w:p>
      <w:pPr>
        <w:jc w:val="right"/>
      </w:pPr>
      <w:r>
        <w:t>یاد رکھیے، آئیڈینٹی ہوگی جب دعویٰ ورک کریں گے۔</w:t>
      </w:r>
    </w:p>
    <w:p>
      <w:r>
        <w:rPr>
          <w:b/>
        </w:rPr>
        <w:t xml:space="preserve">[18:29] </w:t>
      </w:r>
      <w:r>
        <w:t>daawa work ke maani kya hain? yeh bhi unhon ne bataya.</w:t>
      </w:r>
    </w:p>
    <w:p>
      <w:pPr>
        <w:jc w:val="right"/>
      </w:pPr>
      <w:r>
        <w:t>دعویٰ ورک کے معنی کیا ہیں؟ یہ بھی انہوں نے بتایا۔</w:t>
      </w:r>
    </w:p>
    <w:p>
      <w:r>
        <w:rPr>
          <w:b/>
        </w:rPr>
        <w:t xml:space="preserve">[18:33] </w:t>
      </w:r>
      <w:r>
        <w:t>daawa work ke maani hain madu se mohabbat karna, madu ka khair khwah banna.</w:t>
      </w:r>
    </w:p>
    <w:p>
      <w:pPr>
        <w:jc w:val="right"/>
      </w:pPr>
      <w:r>
        <w:t>دعویٰ ورک کے معنی ہیں مدعو سے محبت کرنا، مدعو کا خیر خواہ بننا۔</w:t>
      </w:r>
    </w:p>
    <w:p>
      <w:r>
        <w:rPr>
          <w:b/>
        </w:rPr>
        <w:t xml:space="preserve">[18:41] </w:t>
      </w:r>
      <w:r>
        <w:t>maghribi qaumon se aap log nafrat karte hain to aap daai kaise banenge? to main ne kaha</w:t>
      </w:r>
    </w:p>
    <w:p>
      <w:pPr>
        <w:jc w:val="right"/>
      </w:pPr>
      <w:r>
        <w:t>مغربی قوموں سے آپ لوگ نفرت کرتے ہیں تو آپ داعی کیسے بنیں گے؟ تو میں نے کہا</w:t>
      </w:r>
    </w:p>
    <w:p>
      <w:r>
        <w:rPr>
          <w:b/>
        </w:rPr>
        <w:t xml:space="preserve">[18:48] </w:t>
      </w:r>
      <w:r>
        <w:t>ke aap ko western nations ko ya amrikiyon ko ya doosri qaumon ko discover karna padega is</w:t>
      </w:r>
    </w:p>
    <w:p>
      <w:pPr>
        <w:jc w:val="right"/>
      </w:pPr>
      <w:r>
        <w:t>کہ آپ کو ویسٹرن نیشنز کو یا امریکیوں کو یا دوسری قوموں کو ڈسکور کرنا پڑے گا اس</w:t>
      </w:r>
    </w:p>
    <w:p>
      <w:r>
        <w:rPr>
          <w:b/>
        </w:rPr>
        <w:t xml:space="preserve">[18:56] </w:t>
      </w:r>
      <w:r>
        <w:t>haisiyat se ke woh madu hain aap ke, aap</w:t>
      </w:r>
    </w:p>
    <w:p>
      <w:pPr>
        <w:jc w:val="right"/>
      </w:pPr>
      <w:r>
        <w:t>حیثیت سے کہ وہ مدعو ہیں آپ کے، آپ</w:t>
      </w:r>
    </w:p>
    <w:p>
      <w:r>
        <w:rPr>
          <w:b/>
        </w:rPr>
        <w:t xml:space="preserve">[19:03] </w:t>
      </w:r>
      <w:r>
        <w:t>kay daai hain. aur mad'u se nafrat karna jaiz nahi, mad'u se larai karna jaiz nahi, mad'u kay khilaf jang chherna jaiz nahi. isi kay sath maine yeh kaha kay dekhiye, dawat ka kaam aisa hai kaam jis jo kisi milawat ko accept nahi karta, woh milawat ko bardasht nahi karta. yani aap mili kaam</w:t>
      </w:r>
    </w:p>
    <w:p>
      <w:pPr>
        <w:jc w:val="right"/>
      </w:pPr>
      <w:r>
        <w:t>کے داعی ہیں۔ اور مدعو سے نفرت کرنا جائز نہیں، مدعو سے لڑائی کرنا جائز نہیں، مدعو کے خلاف جنگ چھڑنا جائز نہیں۔ اسی کے ساتھ میں نے یہ کہا کہ دیکھیے، دعوت کا کام ایسا ہے کام جس جو کسی ملاوٹ کو ایکسیپٹ نہیں کرتا، وہ ملاوٹ کو برداشت نہیں کرتا۔ یعنی آپ ملی کام</w:t>
      </w:r>
    </w:p>
    <w:p>
      <w:r>
        <w:rPr>
          <w:b/>
        </w:rPr>
        <w:t xml:space="preserve">[19:33] </w:t>
      </w:r>
      <w:r>
        <w:t>aur falaahi kaam aur welfare ka kaam aur social kaam, yeh jo chale hue hain aaj kal, mili</w:t>
      </w:r>
    </w:p>
    <w:p>
      <w:pPr>
        <w:jc w:val="right"/>
      </w:pPr>
      <w:r>
        <w:t>اور فلاحی کام اور ویلفیئر کا کام اور سوشل کام، یہ جو چلے ہوئے ہیں آج کل، ملی</w:t>
      </w:r>
    </w:p>
    <w:p>
      <w:r>
        <w:rPr>
          <w:b/>
        </w:rPr>
        <w:t xml:space="preserve">[19:38] </w:t>
      </w:r>
      <w:r>
        <w:t>work, social work, yeh work, woh work, ise mila dete hain.</w:t>
      </w:r>
    </w:p>
    <w:p>
      <w:pPr>
        <w:jc w:val="right"/>
      </w:pPr>
      <w:r>
        <w:t>ورک، سوشل ورک، یہ ورک، وہ ورک، اسے ملا دیتے ہیں۔</w:t>
      </w:r>
    </w:p>
    <w:p>
      <w:r>
        <w:rPr>
          <w:b/>
        </w:rPr>
        <w:t xml:space="preserve">[19:43] </w:t>
      </w:r>
      <w:r>
        <w:t>daawat ka kaam jo hai, aisi kisi milawat ko bardasht nahi karta.</w:t>
      </w:r>
    </w:p>
    <w:p>
      <w:pPr>
        <w:jc w:val="right"/>
      </w:pPr>
      <w:r>
        <w:t>دعوت کا کام جو ہے، ایسی کسی ملاوٹ کو برداشت نہیں کرتا۔</w:t>
      </w:r>
    </w:p>
    <w:p>
      <w:r>
        <w:rPr>
          <w:b/>
        </w:rPr>
        <w:t xml:space="preserve">[19:48] </w:t>
      </w:r>
      <w:r>
        <w:t>daawat ko bas purely daawat ke andaaz se karna hoga, tab woh Allah taala ko maana jayega,</w:t>
      </w:r>
    </w:p>
    <w:p>
      <w:pPr>
        <w:jc w:val="right"/>
      </w:pPr>
      <w:r>
        <w:t>دعوت کو بس پیورلی دعوت کے انداز سے کرنا ہوگا، تب وہ اللہ تعالیٰ کو مانا جائے گا،</w:t>
      </w:r>
    </w:p>
    <w:p>
      <w:r>
        <w:rPr>
          <w:b/>
        </w:rPr>
        <w:t xml:space="preserve">[19:54] </w:t>
      </w:r>
      <w:r>
        <w:t>unhein nahi maana jayega.</w:t>
      </w:r>
    </w:p>
    <w:p>
      <w:pPr>
        <w:jc w:val="right"/>
      </w:pPr>
      <w:r>
        <w:t>انہیں نہیں مانا جائے گا۔</w:t>
      </w:r>
    </w:p>
    <w:p>
      <w:r>
        <w:rPr>
          <w:b/>
        </w:rPr>
        <w:t xml:space="preserve">[19:59] </w:t>
      </w:r>
      <w:r>
        <w:t>yeh sab baatein</w:t>
      </w:r>
    </w:p>
    <w:p>
      <w:pPr>
        <w:jc w:val="right"/>
      </w:pPr>
      <w:r>
        <w:t>یہ سب باتیں</w:t>
      </w:r>
    </w:p>
    <w:p>
      <w:r>
        <w:rPr>
          <w:b/>
        </w:rPr>
        <w:t xml:space="preserve">[20:04] </w:t>
      </w:r>
      <w:r>
        <w:t>bahut zyada important hain.</w:t>
      </w:r>
    </w:p>
    <w:p>
      <w:pPr>
        <w:jc w:val="right"/>
      </w:pPr>
      <w:r>
        <w:t>بہت زیادہ امپورٹنٹ ہیں۔</w:t>
      </w:r>
    </w:p>
    <w:p>
      <w:r>
        <w:rPr>
          <w:b/>
        </w:rPr>
        <w:t xml:space="preserve">[20:11] </w:t>
      </w:r>
      <w:r>
        <w:t>to sahaba ka jo model hai, wahi hamesha ke liye model hai, hamesha ke liye bhi model hai.</w:t>
      </w:r>
    </w:p>
    <w:p>
      <w:pPr>
        <w:jc w:val="right"/>
      </w:pPr>
      <w:r>
        <w:t>تو صحابہ کا جو ماڈل ہے، وہی ہمیشہ کے لیے ماڈل ہے، ہمیشہ کے لیے بھی ماڈل ہے۔</w:t>
      </w:r>
    </w:p>
    <w:p>
      <w:r>
        <w:rPr>
          <w:b/>
        </w:rPr>
        <w:t xml:space="preserve">[20:19] </w:t>
      </w:r>
      <w:r>
        <w:t>jis tarah se woh nikal gaye ek ek mission ko le kar ke, tauheed ka mission, daawat ka mission.</w:t>
      </w:r>
    </w:p>
    <w:p>
      <w:pPr>
        <w:jc w:val="right"/>
      </w:pPr>
      <w:r>
        <w:t>جس طرح سے وہ نکل گئے ایک ایک مشن کو لے کر کے، توحید کا مشن، دعوت کا مشن۔</w:t>
      </w:r>
    </w:p>
    <w:p>
      <w:r>
        <w:rPr>
          <w:b/>
        </w:rPr>
        <w:t xml:space="preserve">[20:26] </w:t>
      </w:r>
      <w:r>
        <w:t>to main ne yeh kaha ke is maani mein to bahut aasan ho gaya hai ke chupa hua literature hai,</w:t>
      </w:r>
    </w:p>
    <w:p>
      <w:pPr>
        <w:jc w:val="right"/>
      </w:pPr>
      <w:r>
        <w:t>تو میں نے یہ کہا کہ اس معنی میں تو بہت آسان ہو گیا ہے کہ چھپا ہوا لٹریچر ہے،</w:t>
      </w:r>
    </w:p>
    <w:p>
      <w:r>
        <w:rPr>
          <w:b/>
        </w:rPr>
        <w:t xml:space="preserve">[20:34] </w:t>
      </w:r>
      <w:r>
        <w:t>apne bag mein rakh lijiye, jahan kisi mulaqat ho to de dijiye us ko.</w:t>
      </w:r>
    </w:p>
    <w:p>
      <w:pPr>
        <w:jc w:val="right"/>
      </w:pPr>
      <w:r>
        <w:t>اپنے بیگ میں رکھ لیجئے، جہاں کسی ملاقات ہو تو دے دیجئے اس کو۔</w:t>
      </w:r>
    </w:p>
    <w:p>
      <w:r>
        <w:rPr>
          <w:b/>
        </w:rPr>
        <w:t xml:space="preserve">[20:39] </w:t>
      </w:r>
      <w:r>
        <w:t>کتنا آسان ہو گیا ہے صحابہ کے لیے تو thousand times مشکل کام تھا وہ، کیونکہ اس وقت</w:t>
      </w:r>
    </w:p>
    <w:p>
      <w:pPr>
        <w:jc w:val="right"/>
      </w:pPr>
      <w:r>
        <w:t>کتنا آسان ہو گیا ہے صحابہ کے لیے تو تھاؤزنڈ ٹائم مشکل کام تھا وہ، کیونکہ اس وقت</w:t>
      </w:r>
    </w:p>
    <w:p>
      <w:r>
        <w:rPr>
          <w:b/>
        </w:rPr>
        <w:t xml:space="preserve">[20:44] </w:t>
      </w:r>
      <w:r>
        <w:t>printing press nahi tha, communication nahi tha, na print media tha, na recording media tha.</w:t>
      </w:r>
    </w:p>
    <w:p>
      <w:pPr>
        <w:jc w:val="right"/>
      </w:pPr>
      <w:r>
        <w:t>پرنٹنگ پریس نہیں تھا، کمیونیکیشن نہیں تھا، نہ پرنٹ میڈیا تھا، نہ ریکارڈنگ میڈیا تھا۔</w:t>
      </w:r>
    </w:p>
    <w:p>
      <w:r>
        <w:rPr>
          <w:b/>
        </w:rPr>
        <w:t xml:space="preserve">[20:49] </w:t>
      </w:r>
      <w:r>
        <w:t>kitni mushkil se unhon ne yeh kaam anjaam diya.</w:t>
      </w:r>
    </w:p>
    <w:p>
      <w:pPr>
        <w:jc w:val="right"/>
      </w:pPr>
      <w:r>
        <w:t>کتنی مشکل سے انہوں نے یہ کام انجام دیا۔</w:t>
      </w:r>
    </w:p>
    <w:p>
      <w:r>
        <w:rPr>
          <w:b/>
        </w:rPr>
        <w:t xml:space="preserve">[20:54] </w:t>
      </w:r>
      <w:r>
        <w:t>ab to bahut aasan ho gaya hai.</w:t>
      </w:r>
    </w:p>
    <w:p>
      <w:pPr>
        <w:jc w:val="right"/>
      </w:pPr>
      <w:r>
        <w:t>اب تو بہت آسان ہو گیا ہے۔</w:t>
      </w:r>
    </w:p>
    <w:p>
      <w:r>
        <w:rPr>
          <w:b/>
        </w:rPr>
        <w:t xml:space="preserve">[20:59] </w:t>
      </w:r>
      <w:r>
        <w:t>aap Quran ka transaction rakh lijiye apne bag mein, pamphlet rakh lijiye apne bag mein,</w:t>
      </w:r>
    </w:p>
    <w:p>
      <w:pPr>
        <w:jc w:val="right"/>
      </w:pPr>
      <w:r>
        <w:t>آپ قرآن کا ٹرانزیکشن رکھ لیجئے اپنے بیگ میں، پمفلیٹ رکھ لیجئے اپنے بیگ میں،</w:t>
      </w:r>
    </w:p>
    <w:p>
      <w:r>
        <w:rPr>
          <w:b/>
        </w:rPr>
        <w:t xml:space="preserve">[21:04] </w:t>
      </w:r>
      <w:r>
        <w:t>choti kitaab, badi kitaab rakh lijiye apne bag mein, jahan koi mile, use kahiye ke aap ke liye gift hai.</w:t>
      </w:r>
    </w:p>
    <w:p>
      <w:pPr>
        <w:jc w:val="right"/>
      </w:pPr>
      <w:r>
        <w:t>چھوٹی کتاب، بڑی کتاب رکھ لیجئے اپنے بیگ میں، جہاں کوئی ملے، اسے کہیے کہ آپ کے لیے گفٹ ہے۔</w:t>
      </w:r>
    </w:p>
    <w:p>
      <w:r>
        <w:rPr>
          <w:b/>
        </w:rPr>
        <w:t xml:space="preserve">[21:12] </w:t>
      </w:r>
      <w:r>
        <w:t>to beharhaal, bahut zyada sochna hai musalmanon ko ke "ya ayuhal lazeena aamanu aamanu".</w:t>
      </w:r>
    </w:p>
    <w:p>
      <w:pPr>
        <w:jc w:val="right"/>
      </w:pPr>
      <w:r>
        <w:t>تو بہرحال، بہت زیادہ سوچنا ہے مسلمانوں کو کہ "یا ای الذین آمنوا آمنوا"۔</w:t>
      </w:r>
    </w:p>
    <w:p>
      <w:r>
        <w:rPr>
          <w:b/>
        </w:rPr>
        <w:t xml:space="preserve">[21:20] </w:t>
      </w:r>
      <w:r>
        <w:t>o believers, believe in God.</w:t>
      </w:r>
    </w:p>
    <w:p>
      <w:pPr>
        <w:jc w:val="right"/>
      </w:pPr>
      <w:r>
        <w:t>او بیلیورز، بیلیو ان گاڈ۔</w:t>
      </w:r>
    </w:p>
    <w:p>
      <w:r>
        <w:rPr>
          <w:b/>
        </w:rPr>
        <w:t xml:space="preserve">[21:28] </w:t>
      </w:r>
      <w:r>
        <w:t>yaani a musalmanon, apne aap ko Islamize karo.</w:t>
      </w:r>
    </w:p>
    <w:p>
      <w:pPr>
        <w:jc w:val="right"/>
      </w:pPr>
      <w:r>
        <w:t>یعنی اے مسلمانوں، اپنے آپ کو اسلامائز کرو۔</w:t>
      </w:r>
    </w:p>
    <w:p>
      <w:r>
        <w:rPr>
          <w:b/>
        </w:rPr>
        <w:t xml:space="preserve">[21:35] </w:t>
      </w:r>
      <w:r>
        <w:t>kal mere paas ek telephone aaya ek shahar se to ek sahab ne kaha ke main aap</w:t>
      </w:r>
    </w:p>
    <w:p>
      <w:pPr>
        <w:jc w:val="right"/>
      </w:pPr>
      <w:r>
        <w:t>کل میرے پاس ایک ٹیلی فون آیا ایک شہر سے تو ایک صاحب نے کہا کہ میں آپ</w:t>
      </w:r>
    </w:p>
    <w:p>
      <w:r>
        <w:rPr>
          <w:b/>
        </w:rPr>
        <w:t xml:space="preserve">[21:43] </w:t>
      </w:r>
      <w:r>
        <w:t>ki kitabon ko main ne parha hai aur aap ke jo alrisala magazine hai, us ko parhta hoon</w:t>
      </w:r>
    </w:p>
    <w:p>
      <w:pPr>
        <w:jc w:val="right"/>
      </w:pPr>
      <w:r>
        <w:t>کی کتابوں کو میں نے پڑھا ہے اور آپ کے جو الرسالہ میگزین ہے، اس کو پڑھتا ہوں</w:t>
      </w:r>
    </w:p>
    <w:p>
      <w:r>
        <w:rPr>
          <w:b/>
        </w:rPr>
        <w:t xml:space="preserve">[21:51] </w:t>
      </w:r>
      <w:r>
        <w:t>to aap ki baaton se mujhe taqreeban 90 feesad main agree karta hoon, lekin ek baat se mujhe</w:t>
      </w:r>
    </w:p>
    <w:p>
      <w:pPr>
        <w:jc w:val="right"/>
      </w:pPr>
      <w:r>
        <w:t>تو آپ کی باتوں سے مجھے تقریباً 90 فیصد میں ایگری کرتا ہوں، لیکن ایک بات سے مجھے</w:t>
      </w:r>
    </w:p>
    <w:p>
      <w:r>
        <w:rPr>
          <w:b/>
        </w:rPr>
        <w:t xml:space="preserve">[21:58] </w:t>
      </w:r>
      <w:r>
        <w:t>bilkul hi ikht</w:t>
      </w:r>
    </w:p>
    <w:p>
      <w:pPr>
        <w:jc w:val="right"/>
      </w:pPr>
      <w:r>
        <w:t>بالکل ہی اخت</w:t>
      </w:r>
    </w:p>
    <w:p>
      <w:r>
        <w:rPr>
          <w:b/>
        </w:rPr>
        <w:t xml:space="preserve">[22:06] </w:t>
      </w:r>
      <w:r>
        <w:t>ilaf hai.</w:t>
      </w:r>
    </w:p>
    <w:p>
      <w:pPr>
        <w:jc w:val="right"/>
      </w:pPr>
      <w:r>
        <w:t>لاف ہے۔</w:t>
      </w:r>
    </w:p>
    <w:p>
      <w:r>
        <w:rPr>
          <w:b/>
        </w:rPr>
        <w:t xml:space="preserve">[22:10] </w:t>
      </w:r>
      <w:r>
        <w:t>to main ne kaha wo kya? unhon ne kaha ke aap ke haan tawazun nahin hai, balance nahin hai.</w:t>
      </w:r>
    </w:p>
    <w:p>
      <w:pPr>
        <w:jc w:val="right"/>
      </w:pPr>
      <w:r>
        <w:t>تو میں نے کہا وہ کیا؟ انہوں نے کہا کہ آپ کے ہاں توازن نہیں ہے، بیلنس نہیں ہے۔</w:t>
      </w:r>
    </w:p>
    <w:p>
      <w:r>
        <w:rPr>
          <w:b/>
        </w:rPr>
        <w:t xml:space="preserve">[22:15] </w:t>
      </w:r>
      <w:r>
        <w:t>to main ne kaha misaal dijiye.</w:t>
      </w:r>
    </w:p>
    <w:p>
      <w:pPr>
        <w:jc w:val="right"/>
      </w:pPr>
      <w:r>
        <w:t>تو میں نے کہا مثال دیجئے۔</w:t>
      </w:r>
    </w:p>
    <w:p>
      <w:r>
        <w:rPr>
          <w:b/>
        </w:rPr>
        <w:t xml:space="preserve">[22:19] </w:t>
      </w:r>
      <w:r>
        <w:t>unhon ne kaha ke dekhiye, musalmanon ke jo controversy hai, doosron se, hindu se hai, christian se hai,</w:t>
      </w:r>
    </w:p>
    <w:p>
      <w:pPr>
        <w:jc w:val="right"/>
      </w:pPr>
      <w:r>
        <w:t>انہوں نے کہا کہ دیکھیے، مسلمانوں کے جو کنٹروورسی ہے، دوسروں سے، ہندو سے ہے، کرسچن سے ہے،</w:t>
      </w:r>
    </w:p>
    <w:p>
      <w:r>
        <w:rPr>
          <w:b/>
        </w:rPr>
        <w:t xml:space="preserve">[22:23] </w:t>
      </w:r>
      <w:r>
        <w:t>american se hai, to wahan aap yak tarfa tor par, unilateral tor par musalmanon ko naseehat karte hain,</w:t>
      </w:r>
    </w:p>
    <w:p>
      <w:pPr>
        <w:jc w:val="right"/>
      </w:pPr>
      <w:r>
        <w:t>امریکن سے ہے، تو وہاں آپ یکطرفہ طور پر، یونی لیٹرل طور پر مسلمانوں کو نصیحت کرتے ہیں،</w:t>
      </w:r>
    </w:p>
    <w:p>
      <w:r>
        <w:rPr>
          <w:b/>
        </w:rPr>
        <w:t xml:space="preserve">[22:27] </w:t>
      </w:r>
      <w:r>
        <w:t>un ko kuch nahin bolte.</w:t>
      </w:r>
    </w:p>
    <w:p>
      <w:pPr>
        <w:jc w:val="right"/>
      </w:pPr>
      <w:r>
        <w:t>ان کو کچھ نہیں بولتے۔</w:t>
      </w:r>
    </w:p>
    <w:p>
      <w:r>
        <w:rPr>
          <w:b/>
        </w:rPr>
        <w:t xml:space="preserve">[22:32] </w:t>
      </w:r>
      <w:r>
        <w:t>yani doosri qaumon</w:t>
      </w:r>
    </w:p>
    <w:p>
      <w:pPr>
        <w:jc w:val="right"/>
      </w:pPr>
      <w:r>
        <w:t>یعنی دوسری قوموں</w:t>
      </w:r>
    </w:p>
    <w:p>
      <w:r>
        <w:rPr>
          <w:b/>
        </w:rPr>
        <w:t xml:space="preserve">[22:36] </w:t>
      </w:r>
      <w:r>
        <w:t>ki sazish, doosri qaumon ka zulm, doosri qaumon ki ziyadti, is par to kuch bolte nahin, aap bas</w:t>
      </w:r>
    </w:p>
    <w:p>
      <w:pPr>
        <w:jc w:val="right"/>
      </w:pPr>
      <w:r>
        <w:t>کی سازش، دوسری قوموں کا ظلم، دوسری قوموں کی زیادتی، اس پر تو کچھ بولتے نہیں، آپ بس</w:t>
      </w:r>
    </w:p>
    <w:p>
      <w:r>
        <w:rPr>
          <w:b/>
        </w:rPr>
        <w:t xml:space="preserve">[22:40] </w:t>
      </w:r>
      <w:r>
        <w:t>musalmanon ko naseehat karte hain.</w:t>
      </w:r>
    </w:p>
    <w:p>
      <w:pPr>
        <w:jc w:val="right"/>
      </w:pPr>
      <w:r>
        <w:t>مسلمانوں کو نصیحت کرتے ہیں۔</w:t>
      </w:r>
    </w:p>
    <w:p>
      <w:r>
        <w:rPr>
          <w:b/>
        </w:rPr>
        <w:t xml:space="preserve">[22:44] </w:t>
      </w:r>
      <w:r>
        <w:t>yeh tawazun ke khilaf hai.</w:t>
      </w:r>
    </w:p>
    <w:p>
      <w:pPr>
        <w:jc w:val="right"/>
      </w:pPr>
      <w:r>
        <w:t>یہ توازن کے خلاف ہے۔</w:t>
      </w:r>
    </w:p>
    <w:p>
      <w:r>
        <w:rPr>
          <w:b/>
        </w:rPr>
        <w:t xml:space="preserve">[22:48] </w:t>
      </w:r>
      <w:r>
        <w:t>tawazun ka matlab balance ke khilaf hai.</w:t>
      </w:r>
    </w:p>
    <w:p>
      <w:pPr>
        <w:jc w:val="right"/>
      </w:pPr>
      <w:r>
        <w:t>توازن کا مطلب بیلنس کے خلاف ہے۔</w:t>
      </w:r>
    </w:p>
    <w:p>
      <w:r>
        <w:rPr>
          <w:b/>
        </w:rPr>
        <w:t xml:space="preserve">[22:52] </w:t>
      </w:r>
      <w:r>
        <w:t>aap ke andar balance nahin hai.</w:t>
      </w:r>
    </w:p>
    <w:p>
      <w:pPr>
        <w:jc w:val="right"/>
      </w:pPr>
      <w:r>
        <w:t>آپ کے اندر بیلنس نہیں ہے۔</w:t>
      </w:r>
    </w:p>
    <w:p>
      <w:r>
        <w:rPr>
          <w:b/>
        </w:rPr>
        <w:t xml:space="preserve">[22:56] </w:t>
      </w:r>
      <w:r>
        <w:t>aap ke andar dekhiye, yahan bhi wahi muamla hai ke musalmanon ko islamize karne ki zaroorat hai, kyunke</w:t>
      </w:r>
    </w:p>
    <w:p>
      <w:pPr>
        <w:jc w:val="right"/>
      </w:pPr>
      <w:r>
        <w:t>آپ کے اندر دیکھیں، یہاں بھی وہی معاملہ ہے کہ مسلمانوں کو اسلامائز کرنے کی ضرورت ہے، کیونکہ</w:t>
      </w:r>
    </w:p>
    <w:p>
      <w:r>
        <w:rPr>
          <w:b/>
        </w:rPr>
        <w:t xml:space="preserve">[23:00] </w:t>
      </w:r>
      <w:r>
        <w:t>dekhiye, yeh yeh kyun aisa kaha jata hai? bohat se log kehte hain aisa.</w:t>
      </w:r>
    </w:p>
    <w:p>
      <w:pPr>
        <w:jc w:val="right"/>
      </w:pPr>
      <w:r>
        <w:t>دیکھیں، یہ یہ کیوں ایسا کہا جاتا ہے؟ بہت سے لوگ کہتے ہیں ایسا۔</w:t>
      </w:r>
    </w:p>
    <w:p>
      <w:r>
        <w:rPr>
          <w:b/>
        </w:rPr>
        <w:t xml:space="preserve">[23:03] </w:t>
      </w:r>
      <w:r>
        <w:t>ek telephone ki baat nahin hai,</w:t>
      </w:r>
    </w:p>
    <w:p>
      <w:pPr>
        <w:jc w:val="right"/>
      </w:pPr>
      <w:r>
        <w:t>ایک ٹیلی فون کی بات نہیں ہے،</w:t>
      </w:r>
    </w:p>
    <w:p>
      <w:r>
        <w:rPr>
          <w:b/>
        </w:rPr>
        <w:t xml:space="preserve">[23:07] </w:t>
      </w:r>
      <w:r>
        <w:t>bohat se log kehte hain.</w:t>
      </w:r>
    </w:p>
    <w:p>
      <w:pPr>
        <w:jc w:val="right"/>
      </w:pPr>
      <w:r>
        <w:t>بہت سے لوگ کہتے ہیں۔</w:t>
      </w:r>
    </w:p>
    <w:p>
      <w:r>
        <w:rPr>
          <w:b/>
        </w:rPr>
        <w:t xml:space="preserve">[23:13] </w:t>
      </w:r>
      <w:r>
        <w:t>yani logon ne apna khud apne mind mein ek criterion bana liya hai.</w:t>
      </w:r>
    </w:p>
    <w:p>
      <w:pPr>
        <w:jc w:val="right"/>
      </w:pPr>
      <w:r>
        <w:t>یعنی لوگوں نے اپنا خود اپنے مائنڈ میں ایک کرائٹیرین بنا لیا ہے۔</w:t>
      </w:r>
    </w:p>
    <w:p>
      <w:r>
        <w:rPr>
          <w:b/>
        </w:rPr>
        <w:t xml:space="preserve">[23:18] </w:t>
      </w:r>
      <w:r>
        <w:t>yeh hai self style criterion.</w:t>
      </w:r>
    </w:p>
    <w:p>
      <w:pPr>
        <w:jc w:val="right"/>
      </w:pPr>
      <w:r>
        <w:t>یہ ہے سیلف اسٹائل کرائٹیرین۔</w:t>
      </w:r>
    </w:p>
    <w:p>
      <w:r>
        <w:rPr>
          <w:b/>
        </w:rPr>
        <w:t xml:space="preserve">[23:23] </w:t>
      </w:r>
      <w:r>
        <w:t>yeh balance ki baat quran mein nahin hai, na hadith mein nahin hai, kahin bhi nahin hai</w:t>
      </w:r>
    </w:p>
    <w:p>
      <w:pPr>
        <w:jc w:val="right"/>
      </w:pPr>
      <w:r>
        <w:t>یہ بیلنس کی بات کہیں قرآن میں نہیں ہے، نہ حدیث میں نہیں ہے، کہیں بھی نہیں ہے</w:t>
      </w:r>
    </w:p>
    <w:p>
      <w:r>
        <w:rPr>
          <w:b/>
        </w:rPr>
        <w:t xml:space="preserve">[23:28] </w:t>
      </w:r>
      <w:r>
        <w:t>sari quran o hadith mein ke tawazun ke andaaz mein baat karo.</w:t>
      </w:r>
    </w:p>
    <w:p>
      <w:pPr>
        <w:jc w:val="right"/>
      </w:pPr>
      <w:r>
        <w:t>ساری قرآن و حدیث میں کہ توازن کے انداز میں بات کرو۔</w:t>
      </w:r>
    </w:p>
    <w:p>
      <w:r>
        <w:rPr>
          <w:b/>
        </w:rPr>
        <w:t xml:space="preserve">[23:33] </w:t>
      </w:r>
      <w:r>
        <w:t>yeh self style criterion hai. dekhiye,</w:t>
      </w:r>
    </w:p>
    <w:p>
      <w:pPr>
        <w:jc w:val="right"/>
      </w:pPr>
      <w:r>
        <w:t>یہ سیلف اسٹائل کرائٹیرین ہے۔ دیکھیے،</w:t>
      </w:r>
    </w:p>
    <w:p>
      <w:r>
        <w:rPr>
          <w:b/>
        </w:rPr>
        <w:t xml:space="preserve">[23:38] </w:t>
      </w:r>
      <w:r>
        <w:t>quran ke bare mein aap mante hain ke quran mein sari baatein hain, sare masail ke bare mein</w:t>
      </w:r>
    </w:p>
    <w:p>
      <w:pPr>
        <w:jc w:val="right"/>
      </w:pPr>
      <w:r>
        <w:t>قرآن کے بارے میں آپ مانتے ہیں کہ قرآن میں ساری باتیں ہیں، سارے مسائل کے بارے میں</w:t>
      </w:r>
    </w:p>
    <w:p>
      <w:r>
        <w:rPr>
          <w:b/>
        </w:rPr>
        <w:t xml:space="preserve">[23:43] </w:t>
      </w:r>
      <w:r>
        <w:t>hai, quran majeed mein sari guidance hai.</w:t>
      </w:r>
    </w:p>
    <w:p>
      <w:pPr>
        <w:jc w:val="right"/>
      </w:pPr>
      <w:r>
        <w:t>ہے، قرآن مجید میں ساری گائیڈنس ہے۔</w:t>
      </w:r>
    </w:p>
    <w:p>
      <w:r>
        <w:rPr>
          <w:b/>
        </w:rPr>
        <w:t xml:space="preserve">[23:48] </w:t>
      </w:r>
      <w:r>
        <w:t>to is ko kyun nahin dhoondte aap? jab fakhr karna hota hai to musalman kehte hain quran ek</w:t>
      </w:r>
    </w:p>
    <w:p>
      <w:pPr>
        <w:jc w:val="right"/>
      </w:pPr>
      <w:r>
        <w:t>تو اس کو کیوں نہیں ڈھونڈتے آپ؟ جب فخر کرنا ہوتا ہے تو مسلمان کہتے ہیں قرآن ایک</w:t>
      </w:r>
    </w:p>
    <w:p>
      <w:r>
        <w:rPr>
          <w:b/>
        </w:rPr>
        <w:t xml:space="preserve">[23:53] </w:t>
      </w:r>
      <w:r>
        <w:t>complete book hai, sari guidance is ke andar hai, sari duniya ke liye is mein baatein batai gayi hain.</w:t>
      </w:r>
    </w:p>
    <w:p>
      <w:pPr>
        <w:jc w:val="right"/>
      </w:pPr>
      <w:r>
        <w:t>کمپلیٹ بک ہے، ساری گائیڈنس اس کے اندر ہے، ساری دنیا کے لیے اس میں باتیں بتائی گئی ہیں۔</w:t>
      </w:r>
    </w:p>
    <w:p>
      <w:r>
        <w:rPr>
          <w:b/>
        </w:rPr>
        <w:t xml:space="preserve">[23:58] </w:t>
      </w:r>
      <w:r>
        <w:t>to is masle ko bhi dhoondo quran majeed mein ke jab musalman aur ghair musalman mein controversy ho,</w:t>
      </w:r>
    </w:p>
    <w:p>
      <w:pPr>
        <w:jc w:val="right"/>
      </w:pPr>
      <w:r>
        <w:t>تو اس مسئلے کو بھی ڈھونڈو قرآن مجید میں کہ جب مسلمان اور غیر مسلم میں کنٹروورسی ہو،</w:t>
      </w:r>
    </w:p>
    <w:p>
      <w:r>
        <w:rPr>
          <w:b/>
        </w:rPr>
        <w:t xml:space="preserve">[24:03] </w:t>
      </w:r>
      <w:r>
        <w:t>us waqt hamara rawaiyya kya hona</w:t>
      </w:r>
    </w:p>
    <w:p>
      <w:pPr>
        <w:jc w:val="right"/>
      </w:pPr>
      <w:r>
        <w:t>اس وقت ہمارا رویہ کیا ہونا</w:t>
      </w:r>
    </w:p>
    <w:p>
      <w:r>
        <w:rPr>
          <w:b/>
        </w:rPr>
        <w:t xml:space="preserve">[24:08] </w:t>
      </w:r>
      <w:r>
        <w:t>chahiye? yeh bhi dhoondo.</w:t>
      </w:r>
    </w:p>
    <w:p>
      <w:pPr>
        <w:jc w:val="right"/>
      </w:pPr>
      <w:r>
        <w:t>چاہیے؟ یہ بھی ڈھونڈو۔</w:t>
      </w:r>
    </w:p>
    <w:p>
      <w:r>
        <w:rPr>
          <w:b/>
        </w:rPr>
        <w:t xml:space="preserve">[24:13] </w:t>
      </w:r>
      <w:r>
        <w:t>to pride ke taur par to quran ko bataenge ke is mein sari baatein hain, sare masail</w:t>
      </w:r>
    </w:p>
    <w:p>
      <w:pPr>
        <w:jc w:val="right"/>
      </w:pPr>
      <w:r>
        <w:t>تو پرائیڈ کے طور پر تو قرآن کو بتائیں گے کہ اس میں ساری باتیں ہیں، سارے مسائل</w:t>
      </w:r>
    </w:p>
    <w:p>
      <w:r>
        <w:rPr>
          <w:b/>
        </w:rPr>
        <w:t xml:space="preserve">[24:18] </w:t>
      </w:r>
      <w:r>
        <w:t>ka hal hai, is mein sab kuch hai, is mein.</w:t>
      </w:r>
    </w:p>
    <w:p>
      <w:pPr>
        <w:jc w:val="right"/>
      </w:pPr>
      <w:r>
        <w:t>کا حل ہے، اس میں سب کچھ ہے، اس میں۔</w:t>
      </w:r>
    </w:p>
    <w:p>
      <w:r>
        <w:rPr>
          <w:b/>
        </w:rPr>
        <w:t xml:space="preserve">[24:24] </w:t>
      </w:r>
      <w:r>
        <w:t>aur yeh jo baat hai, is ko kisi ne quran mein dhoonda nahin.</w:t>
      </w:r>
    </w:p>
    <w:p>
      <w:pPr>
        <w:jc w:val="right"/>
      </w:pPr>
      <w:r>
        <w:t>اور یہ جو بات ہے، اس کو کسی نے قرآن میں ڈھونڈا نہیں۔</w:t>
      </w:r>
    </w:p>
    <w:p>
      <w:r>
        <w:rPr>
          <w:b/>
        </w:rPr>
        <w:t xml:space="preserve">[24:29] </w:t>
      </w:r>
      <w:r>
        <w:t>sare jitne bhi hain log, ya mister hon ya molvi, bohat dhoom se woh bolte hain ke unhon</w:t>
      </w:r>
    </w:p>
    <w:p>
      <w:pPr>
        <w:jc w:val="right"/>
      </w:pPr>
      <w:r>
        <w:t>سارے جتنے بھی ہیں لوگ، یا مسٹر ہوں یا مولوی، بہت دھوم سے وہ بولتے ہیں کہ انہوں</w:t>
      </w:r>
    </w:p>
    <w:p>
      <w:r>
        <w:rPr>
          <w:b/>
        </w:rPr>
        <w:t xml:space="preserve">[24:34] </w:t>
      </w:r>
      <w:r>
        <w:t>ne yeh zulm kiya, unhon ne woh zulm kiya, unhon ne yeh conspiracy ki, yeh sazish ki.</w:t>
      </w:r>
    </w:p>
    <w:p>
      <w:pPr>
        <w:jc w:val="right"/>
      </w:pPr>
      <w:r>
        <w:t>نے یہ ظلم کیا، انہوں نے وہ ظلم کیا، انہوں نے یہ کانسپریسی کی، یہ سازش کی۔</w:t>
      </w:r>
    </w:p>
    <w:p>
      <w:r>
        <w:rPr>
          <w:b/>
        </w:rPr>
        <w:t xml:space="preserve">[24:39] </w:t>
      </w:r>
      <w:r>
        <w:t>yani thoda sa musalmanon ko bhi keh denge aur un ko bhi khoob dhoom se kahenge.</w:t>
      </w:r>
    </w:p>
    <w:p>
      <w:pPr>
        <w:jc w:val="right"/>
      </w:pPr>
      <w:r>
        <w:t>یعنی تھوڑا سا مسلمانوں کو بھی کہہ دیں گے اور ان کو بھی خوب دھوم سے کہیں گے۔</w:t>
      </w:r>
    </w:p>
    <w:p>
      <w:r>
        <w:rPr>
          <w:b/>
        </w:rPr>
        <w:t xml:space="preserve">[24:44] </w:t>
      </w:r>
      <w:r>
        <w:t>yeh islam ke quran ke bilkul khilaf tareeqa hai, hundred percent khilaf hai.</w:t>
      </w:r>
    </w:p>
    <w:p>
      <w:pPr>
        <w:jc w:val="right"/>
      </w:pPr>
      <w:r>
        <w:t>یہ اسلام کے قرآن کے بالکل خلاف طریقہ ہے، ہنڈرڈ فیصد خلاف ہے۔</w:t>
      </w:r>
    </w:p>
    <w:p>
      <w:r>
        <w:rPr>
          <w:b/>
        </w:rPr>
        <w:t xml:space="preserve">[24:49] </w:t>
      </w:r>
      <w:r>
        <w:t>un mein se kisi ne yeh nahin kiya ke quran mein dhoonda hai ke aise mauqe par hamara</w:t>
      </w:r>
    </w:p>
    <w:p>
      <w:pPr>
        <w:jc w:val="right"/>
      </w:pPr>
      <w:r>
        <w:t>ان میں سے کسی نے یہ نہیں کیا کہ قرآن میں ڈھونڈ ہے کہ ایسے موقع پر ہمارا</w:t>
      </w:r>
    </w:p>
    <w:p>
      <w:r>
        <w:rPr>
          <w:b/>
        </w:rPr>
        <w:t xml:space="preserve">[24:54] </w:t>
      </w:r>
      <w:r>
        <w:t>tareeqa kya hona chahiye.</w:t>
      </w:r>
    </w:p>
    <w:p>
      <w:pPr>
        <w:jc w:val="right"/>
      </w:pPr>
      <w:r>
        <w:t>طریقہ کیا ہونا چاہیے۔</w:t>
      </w:r>
    </w:p>
    <w:p>
      <w:r>
        <w:rPr>
          <w:b/>
        </w:rPr>
        <w:t xml:space="preserve">[24:59] </w:t>
      </w:r>
      <w:r>
        <w:t>mein aap ko quran se teen reference deta hoon.</w:t>
      </w:r>
    </w:p>
    <w:p>
      <w:pPr>
        <w:jc w:val="right"/>
      </w:pPr>
      <w:r>
        <w:t>میں آپ کو قرآن سے تین ریفرنس دیتا ہوں۔</w:t>
      </w:r>
    </w:p>
    <w:p>
      <w:r>
        <w:rPr>
          <w:b/>
        </w:rPr>
        <w:t xml:space="preserve">[25:04] </w:t>
      </w:r>
      <w:r>
        <w:t>rasool allah ke zamane mein</w:t>
      </w:r>
    </w:p>
    <w:p>
      <w:pPr>
        <w:jc w:val="right"/>
      </w:pPr>
      <w:r>
        <w:t>رسول اللہ کے زمانے میں</w:t>
      </w:r>
    </w:p>
    <w:p>
      <w:r>
        <w:rPr>
          <w:b/>
        </w:rPr>
        <w:t xml:space="preserve">[25:10] </w:t>
      </w:r>
      <w:r>
        <w:t>ek ghazwa hua tha jis ko kehte hain uhud, ghazwa uhud, jis mein kai sahaba jo the woh</w:t>
      </w:r>
    </w:p>
    <w:p>
      <w:pPr>
        <w:jc w:val="right"/>
      </w:pPr>
      <w:r>
        <w:t>ایک غزوہ ہوا تھا جس کو کہتے ہیں احد، غزوہ احد، جس میں کئی صحابہ جو تھے وہ</w:t>
      </w:r>
    </w:p>
    <w:p>
      <w:r>
        <w:rPr>
          <w:b/>
        </w:rPr>
        <w:t xml:space="preserve">[25:16] </w:t>
      </w:r>
      <w:r>
        <w:t>mare gaye the, shaheed hue the.</w:t>
      </w:r>
    </w:p>
    <w:p>
      <w:pPr>
        <w:jc w:val="right"/>
      </w:pPr>
      <w:r>
        <w:t>مارے گئے تھے، شہید ہوئے تھے۔</w:t>
      </w:r>
    </w:p>
    <w:p>
      <w:r>
        <w:rPr>
          <w:b/>
        </w:rPr>
        <w:t xml:space="preserve">[25:22] </w:t>
      </w:r>
      <w:r>
        <w:t>yeh ghazwa jo tha, yeh bilashuba mukhalif fareeq jo tha, wahan jo bana hua tha, us waqt us</w:t>
      </w:r>
    </w:p>
    <w:p>
      <w:pPr>
        <w:jc w:val="right"/>
      </w:pPr>
      <w:r>
        <w:t>یہ غزوہ جو تھا، یہ بلاشبہ مخالف فریق جو تھا، وہاں جو بنا ہوا تھا، اس وقت اس</w:t>
      </w:r>
    </w:p>
    <w:p>
      <w:r>
        <w:rPr>
          <w:b/>
        </w:rPr>
        <w:t xml:space="preserve">[25:28] </w:t>
      </w:r>
      <w:r>
        <w:t>ki ziyadti ki wajah se hua tha.</w:t>
      </w:r>
    </w:p>
    <w:p>
      <w:pPr>
        <w:jc w:val="right"/>
      </w:pPr>
      <w:r>
        <w:t>کی زیادتی کی وجہ سے ہوا تھا۔</w:t>
      </w:r>
    </w:p>
    <w:p>
      <w:r>
        <w:rPr>
          <w:b/>
        </w:rPr>
        <w:t xml:space="preserve">[25:34] </w:t>
      </w:r>
      <w:r>
        <w:t>is liye ke yeh hua madina ki sarhad par.</w:t>
      </w:r>
    </w:p>
    <w:p>
      <w:pPr>
        <w:jc w:val="right"/>
      </w:pPr>
      <w:r>
        <w:t>اس لیے کہ یہ ہوا مدینہ کی سرحد پر۔</w:t>
      </w:r>
    </w:p>
    <w:p>
      <w:r>
        <w:rPr>
          <w:b/>
        </w:rPr>
        <w:t xml:space="preserve">[25:40] </w:t>
      </w:r>
      <w:r>
        <w:t>makkah ke log wahan se rawana ho kar madina ki sarhad par pahunche aur ladai ki.</w:t>
      </w:r>
    </w:p>
    <w:p>
      <w:pPr>
        <w:jc w:val="right"/>
      </w:pPr>
      <w:r>
        <w:t>مکہ کے لوگ وہاں سے روانہ ہو کر مدینہ کی سرحد پر پہنچے اور لڑائی کی۔</w:t>
      </w:r>
    </w:p>
    <w:p>
      <w:r>
        <w:rPr>
          <w:b/>
        </w:rPr>
        <w:t xml:space="preserve">[25:46] </w:t>
      </w:r>
      <w:r>
        <w:t>to ghor kijiye ke yeh aggression tha, jarahiyat thi, teen sau meel door hai.</w:t>
      </w:r>
    </w:p>
    <w:p>
      <w:pPr>
        <w:jc w:val="right"/>
      </w:pPr>
      <w:r>
        <w:t>تو غور کیجئے کہ یہ ایگریشن تھا، جارحیت تھی، تین سو میل دور ہے۔</w:t>
      </w:r>
    </w:p>
    <w:p>
      <w:r>
        <w:rPr>
          <w:b/>
        </w:rPr>
        <w:t xml:space="preserve">[25:52] </w:t>
      </w:r>
      <w:r>
        <w:t>yani three hundred mile safar kar ke jo aadmi aaye aap ke ghar par attack kare to aggression</w:t>
      </w:r>
    </w:p>
    <w:p>
      <w:pPr>
        <w:jc w:val="right"/>
      </w:pPr>
      <w:r>
        <w:t>یعنی تھری ہنڈرڈ مائل سفر کر کے جو آدمی آئے آپ کے گھر پر اٹیک کرے تو ایگریشن</w:t>
      </w:r>
    </w:p>
    <w:p>
      <w:r>
        <w:rPr>
          <w:b/>
        </w:rPr>
        <w:t xml:space="preserve">[25:59] </w:t>
      </w:r>
      <w:r>
        <w:t>hai, woh zalim hai, woh us ke koi shakk nahin.</w:t>
      </w:r>
    </w:p>
    <w:p>
      <w:pPr>
        <w:jc w:val="right"/>
      </w:pPr>
      <w:r>
        <w:t>ہے، وہ ظالم ہے، وہ اس کے کوئی شک نہیں۔</w:t>
      </w:r>
    </w:p>
    <w:p>
      <w:r>
        <w:rPr>
          <w:b/>
        </w:rPr>
        <w:t xml:space="preserve">[26:05] </w:t>
      </w:r>
      <w:r>
        <w:t>us ke jarah hone mein, us ke aggressor hone mein koi shakk hi nahin.</w:t>
      </w:r>
    </w:p>
    <w:p>
      <w:pPr>
        <w:jc w:val="right"/>
      </w:pPr>
      <w:r>
        <w:t>اس کے جارح ہونے میں، اس کے ایگریسنٹ ہونے میں کوئی شک ہی نہیں۔</w:t>
      </w:r>
    </w:p>
    <w:p>
      <w:r>
        <w:rPr>
          <w:b/>
        </w:rPr>
        <w:t xml:space="preserve">[26:11] </w:t>
      </w:r>
      <w:r>
        <w:t>lekin ab us par tabsarra aata hai Quran majeed mein. aap ghaur kijiye, us ko parhiye aap ke Quran mein ek lafz bhi nahi kaha gaya un ki jarahiyat par ke tum barhe jarah ho, tum barhe aggressor ho, tum bohat hi galat log ho ke Makka se chal kar aaye yahan par hamla kiya tum ne Madine mein. kuch nahi, sirf unilaterally sahaba ko kaha gaya hai: "hatta اذا فشلتم وتنازعتم فی الامر".</w:t>
      </w:r>
    </w:p>
    <w:p>
      <w:pPr>
        <w:jc w:val="right"/>
      </w:pPr>
      <w:r>
        <w:t>لیکن اب اس پر تبصرہ آتا ہے قرآن مجید میں۔ آپ غور کیجئے، اس کو پڑھیے آپ کہ قرآن میں ایک لفظ بھی نہیں کہا گیا ان کی جارحیت پر کہ تم بڑے جارح ہو، تم بڑے ایگریسنٹ ہو، تم بہت ہی غلط لوگ ہو کہ مکہ سے چل کر آئے یہاں پر حملہ کیا تم نے مدینے میں۔ کچھ نہیں، صرف یونی لیٹرلی صحابہ کو کہا گیا ہے: "حتیٰ ا</w:t>
      </w:r>
    </w:p>
    <w:p>
      <w:r>
        <w:rPr>
          <w:b/>
        </w:rPr>
        <w:t xml:space="preserve">[26:41] </w:t>
      </w:r>
      <w:r>
        <w:t>Hatta idha fashiltum wa tanaza'tum fil amr".</w:t>
      </w:r>
    </w:p>
    <w:p>
      <w:pPr>
        <w:jc w:val="right"/>
      </w:pPr>
      <w:r>
        <w:t>ذا فشلتم وتنازعتم فی الامر"۔</w:t>
      </w:r>
    </w:p>
    <w:p>
      <w:r>
        <w:rPr>
          <w:b/>
        </w:rPr>
        <w:t xml:space="preserve">[26:46] </w:t>
      </w:r>
      <w:r>
        <w:t>yani tum ne kamzori dikhai aur aapas mein differences paida ho gaye tumhare andar.</w:t>
      </w:r>
    </w:p>
    <w:p>
      <w:pPr>
        <w:jc w:val="right"/>
      </w:pPr>
      <w:r>
        <w:t>یعنی تم نے کمزوری دکھائی اور آپس میں ڈیفرنسز پیدا ہوگئے تمہارے اندر۔</w:t>
      </w:r>
    </w:p>
    <w:p>
      <w:r>
        <w:rPr>
          <w:b/>
        </w:rPr>
        <w:t xml:space="preserve">[26:52] </w:t>
      </w:r>
      <w:r>
        <w:t>apne leader ki baat nahin maani tum ne.</w:t>
      </w:r>
    </w:p>
    <w:p>
      <w:pPr>
        <w:jc w:val="right"/>
      </w:pPr>
      <w:r>
        <w:t>اپنے لیڈر کی بات نہیں مانی تم نے۔</w:t>
      </w:r>
    </w:p>
    <w:p>
      <w:r>
        <w:rPr>
          <w:b/>
        </w:rPr>
        <w:t xml:space="preserve">[26:57] </w:t>
      </w:r>
      <w:r>
        <w:t>ab ghor kijiye ke is mein kuch bhi nahin kaha gaya hai doosron ke liye.</w:t>
      </w:r>
    </w:p>
    <w:p>
      <w:pPr>
        <w:jc w:val="right"/>
      </w:pPr>
      <w:r>
        <w:t>اب غور کیجئے کہ اس میں کچھ بھی نہیں کہا گیا ہے دوسروں کے لیے۔</w:t>
      </w:r>
    </w:p>
    <w:p>
      <w:r>
        <w:rPr>
          <w:b/>
        </w:rPr>
        <w:t xml:space="preserve">[27:02] </w:t>
      </w:r>
      <w:r>
        <w:t>to yeh balance, yeh yeh balance hai, yeh balance ka tareeqa hai kya? tawazun ka tareeqa hai yeh?</w:t>
      </w:r>
    </w:p>
    <w:p>
      <w:pPr>
        <w:jc w:val="right"/>
      </w:pPr>
      <w:r>
        <w:t>تو یہ بیلنس، یہ یہ بیلنس ہے، یہ بیلنس کا طریقہ ہے کیا؟ توازن کا طریقہ ہے یہ؟</w:t>
      </w:r>
    </w:p>
    <w:p>
      <w:r>
        <w:rPr>
          <w:b/>
        </w:rPr>
        <w:t xml:space="preserve">[27:07] </w:t>
      </w:r>
      <w:r>
        <w:t>jo jis ko bhi shakk ho,</w:t>
      </w:r>
    </w:p>
    <w:p>
      <w:pPr>
        <w:jc w:val="right"/>
      </w:pPr>
      <w:r>
        <w:t>جو جس کو بھی شک ہو،</w:t>
      </w:r>
    </w:p>
    <w:p>
      <w:r>
        <w:rPr>
          <w:b/>
        </w:rPr>
        <w:t xml:space="preserve">[27:12] </w:t>
      </w:r>
      <w:r>
        <w:t>yeh kis surah mein hai? sahib, Al-Imran mein.</w:t>
      </w:r>
    </w:p>
    <w:p>
      <w:pPr>
        <w:jc w:val="right"/>
      </w:pPr>
      <w:r>
        <w:t>یہ کس سورہ میں ہے؟ صاحب، ال عمران میں۔</w:t>
      </w:r>
    </w:p>
    <w:p>
      <w:r>
        <w:rPr>
          <w:b/>
        </w:rPr>
        <w:t xml:space="preserve">[27:18] </w:t>
      </w:r>
      <w:r>
        <w:t>ya Al-Imran mein parh lein.</w:t>
      </w:r>
    </w:p>
    <w:p>
      <w:pPr>
        <w:jc w:val="right"/>
      </w:pPr>
      <w:r>
        <w:t>یا ال عمران میں پڑھ لیں۔</w:t>
      </w:r>
    </w:p>
    <w:p>
      <w:r>
        <w:rPr>
          <w:b/>
        </w:rPr>
        <w:t xml:space="preserve">[27:24] </w:t>
      </w:r>
      <w:r>
        <w:t>yeh Quran ka jo bayan hai, is ko Al-Imran jo chapter hai Quran majeed ka, use parh</w:t>
      </w:r>
    </w:p>
    <w:p>
      <w:pPr>
        <w:jc w:val="right"/>
      </w:pPr>
      <w:r>
        <w:t>یہ قرآن کا جو بیان ہے، اس کو ال عمران جو چیپٹر ہے قرآن مجید کا، اسے پڑھ</w:t>
      </w:r>
    </w:p>
    <w:p>
      <w:r>
        <w:rPr>
          <w:b/>
        </w:rPr>
        <w:t xml:space="preserve">[27:30] </w:t>
      </w:r>
      <w:r>
        <w:t>lijiyey: "Hatta idha fashiltum wa tanaza'tum fil amr" ke jab tum ne kamzori dikhai aur tumhare differences aa gaye,</w:t>
      </w:r>
    </w:p>
    <w:p>
      <w:pPr>
        <w:jc w:val="right"/>
      </w:pPr>
      <w:r>
        <w:t>لیجئے: "حتیٰ اذا فشلتم وتنازعتم فی الامر" کہ جب تم نے کمزوری دکھائی اور تمہارے ڈیفرنسز آ گئے،</w:t>
      </w:r>
    </w:p>
    <w:p>
      <w:r>
        <w:rPr>
          <w:b/>
        </w:rPr>
        <w:t xml:space="preserve">[27:36] </w:t>
      </w:r>
      <w:r>
        <w:t>tum ne apne leader ki baat nahin maani, is liye yeh museebat pesh aayi.</w:t>
      </w:r>
    </w:p>
    <w:p>
      <w:pPr>
        <w:jc w:val="right"/>
      </w:pPr>
      <w:r>
        <w:t>تم نے اپنے لیڈر کی بات نہیں مانی، اس لیے یہ مصیبت پیش آئی۔</w:t>
      </w:r>
    </w:p>
    <w:p>
      <w:r>
        <w:rPr>
          <w:b/>
        </w:rPr>
        <w:t xml:space="preserve">[27:43] </w:t>
      </w:r>
      <w:r>
        <w:t>yeh hai criterion, yeh hai model jo hamein Quran mein milta hai.</w:t>
      </w:r>
    </w:p>
    <w:p>
      <w:pPr>
        <w:jc w:val="right"/>
      </w:pPr>
      <w:r>
        <w:t>یہ ہے کرائٹیرین، یہ ہے ماڈل جو ہمیں قرآن میں ملتا ہے۔</w:t>
      </w:r>
    </w:p>
    <w:p>
      <w:r>
        <w:rPr>
          <w:b/>
        </w:rPr>
        <w:t xml:space="preserve">[27:49] </w:t>
      </w:r>
      <w:r>
        <w:t>hum wohi karte hain to aap kehte hain ke tawazun ke khilaaf hai.</w:t>
      </w:r>
    </w:p>
    <w:p>
      <w:pPr>
        <w:jc w:val="right"/>
      </w:pPr>
      <w:r>
        <w:t>ہم وہی کرتے ہیں تو آپ کہتے ہیں کہ توازن کے خلاف ہے۔</w:t>
      </w:r>
    </w:p>
    <w:p>
      <w:r>
        <w:rPr>
          <w:b/>
        </w:rPr>
        <w:t xml:space="preserve">[27:55] </w:t>
      </w:r>
      <w:r>
        <w:t>to yeh kahiye ke Allah taala ne tawazun ke khilaaf na'oozubillah kiya.</w:t>
      </w:r>
    </w:p>
    <w:p>
      <w:pPr>
        <w:jc w:val="right"/>
      </w:pPr>
      <w:r>
        <w:t>تو یہ کہیے کہ اللہ تعالیٰ نے توازن کے خلاف نعوذ باللہ کیا۔</w:t>
      </w:r>
    </w:p>
    <w:p>
      <w:r>
        <w:rPr>
          <w:b/>
        </w:rPr>
        <w:t xml:space="preserve">[28:01] </w:t>
      </w:r>
      <w:r>
        <w:t>Islami mein tawazun nahin, yeh kahiye phir jis Quran par aap fakhr karte hain, usi mein yeh likha hua hai.</w:t>
      </w:r>
    </w:p>
    <w:p>
      <w:pPr>
        <w:jc w:val="right"/>
      </w:pPr>
      <w:r>
        <w:t>اسلامی میں توازن نہیں، یہ کہیے پھر جس قرآن پر آپ فخر کرتے ہیں، اسی میں یہ لکھا ہوا ہے۔</w:t>
      </w:r>
    </w:p>
    <w:p>
      <w:r>
        <w:rPr>
          <w:b/>
        </w:rPr>
        <w:t xml:space="preserve">[28:07] </w:t>
      </w:r>
      <w:r>
        <w:t>to hamare liye tareeqa kya hai ke log</w:t>
      </w:r>
    </w:p>
    <w:p>
      <w:pPr>
        <w:jc w:val="right"/>
      </w:pPr>
      <w:r>
        <w:t>تو ہمارے لیے طریقہ کیا ہے کہ لوگ</w:t>
      </w:r>
    </w:p>
    <w:p>
      <w:r>
        <w:rPr>
          <w:b/>
        </w:rPr>
        <w:t xml:space="preserve">[28:13] </w:t>
      </w:r>
      <w:r>
        <w:t>fi al-waqt apne mind se lagte hain taqreer karne.</w:t>
      </w:r>
    </w:p>
    <w:p>
      <w:pPr>
        <w:jc w:val="right"/>
      </w:pPr>
      <w:r>
        <w:t>فی الفور اپنے مائنڈ سے لگتے ہیں تقریر کرنے۔</w:t>
      </w:r>
    </w:p>
    <w:p>
      <w:r>
        <w:rPr>
          <w:b/>
        </w:rPr>
        <w:t xml:space="preserve">[28:18] </w:t>
      </w:r>
      <w:r>
        <w:t>jo mind bhara hua hai, usi ko le kar lagte hain bolne.</w:t>
      </w:r>
    </w:p>
    <w:p>
      <w:pPr>
        <w:jc w:val="right"/>
      </w:pPr>
      <w:r>
        <w:t>جو مائنڈ بھرا ہوا ہے، اسی کو لے کر لگتے ہیں بولنے۔</w:t>
      </w:r>
    </w:p>
    <w:p>
      <w:r>
        <w:rPr>
          <w:b/>
        </w:rPr>
        <w:t xml:space="preserve">[28:23] </w:t>
      </w:r>
      <w:r>
        <w:t>nahin, jab koi masla pesh aaye to us ko dhoondhiye Quran majeed mein ke hamara tareeqa kya hona</w:t>
      </w:r>
    </w:p>
    <w:p>
      <w:pPr>
        <w:jc w:val="right"/>
      </w:pPr>
      <w:r>
        <w:t>نہیں، جب کوئی مسئلہ پیش آئے تو اس کو ڈھونڈیے قرآن مجید میں کہ ہمارا طریقہ کیا ہونا</w:t>
      </w:r>
    </w:p>
    <w:p>
      <w:r>
        <w:rPr>
          <w:b/>
        </w:rPr>
        <w:t xml:space="preserve">[28:28] </w:t>
      </w:r>
      <w:r>
        <w:t>chahiye, sahi criterion kya hai, sahi method kya hai.</w:t>
      </w:r>
    </w:p>
    <w:p>
      <w:pPr>
        <w:jc w:val="right"/>
      </w:pPr>
      <w:r>
        <w:t>چاہیے، صحیح کرائٹیرین کیا ہے، صحیح میتھڈ کیا ہے۔</w:t>
      </w:r>
    </w:p>
    <w:p>
      <w:r>
        <w:rPr>
          <w:b/>
        </w:rPr>
        <w:t xml:space="preserve">[28:33] </w:t>
      </w:r>
      <w:r>
        <w:t>to sahi method yeh hai ke doosron ko chodo, apnon ke andar jo kamzori aayi hai, us ko</w:t>
      </w:r>
    </w:p>
    <w:p>
      <w:pPr>
        <w:jc w:val="right"/>
      </w:pPr>
      <w:r>
        <w:t>تو صحیح میتھڈ یہ ہے کہ دوسروں کو چھوڑو، اپنوں کے اندر جو کمزوری آئی ہے، اس کو</w:t>
      </w:r>
    </w:p>
    <w:p>
      <w:r>
        <w:rPr>
          <w:b/>
        </w:rPr>
        <w:t xml:space="preserve">[28:38] </w:t>
      </w:r>
      <w:r>
        <w:t>us ko pakdo, us ke us ko point out k</w:t>
      </w:r>
    </w:p>
    <w:p>
      <w:pPr>
        <w:jc w:val="right"/>
      </w:pPr>
      <w:r>
        <w:t>اس کو پکڑو، اس کے اس کو پوائنٹ آؤٹ ک</w:t>
      </w:r>
    </w:p>
    <w:p>
      <w:r>
        <w:rPr>
          <w:b/>
        </w:rPr>
        <w:t xml:space="preserve">[28:43] </w:t>
      </w:r>
      <w:r>
        <w:t>ro. yeh hai Islam ka tareeqa, yeh hai Quran ka tareeqa ke agar controversy aa gayi hai, takrao ho gaya, ladai ho gayi hai to us waqt jo hai sirf yeh dekho ke apnon ne kya kamzori dikhai hai, doosre jo hain un ko chodo, ignore karo un ko. to hum yahi karte hain. to aap yeh kahiye ke hum Quran ke tareeqay par chalte hain aur aap</w:t>
      </w:r>
    </w:p>
    <w:p>
      <w:pPr>
        <w:jc w:val="right"/>
      </w:pPr>
      <w:r>
        <w:t>رو۔ یہ ہے اسلام کا طریقہ، یہ ہے قرآن کا طریقہ کہ اگر کنٹروورسی آ گئی ہے، ٹکراؤ ہو گیا، لڑائی ہو گئی ہے تو اس وقت جو ہے صرف یہ دیکھو کہ اپنوں نے کیا کمزوری دکھائی ہے، دوسرے جو ہیں ان کو چھوڑو، اگنور کرو ان کو۔ تو ہم یہی کرتے ہیں۔ تو آپ یہ کہیے کہ ہم قرآن کے طریقے پر چلتے ہیں اور آپ</w:t>
      </w:r>
    </w:p>
    <w:p>
      <w:r>
        <w:rPr>
          <w:b/>
        </w:rPr>
        <w:t xml:space="preserve">[29:13] </w:t>
      </w:r>
      <w:r>
        <w:t>apne mind par chalte hain.</w:t>
      </w:r>
    </w:p>
    <w:p>
      <w:pPr>
        <w:jc w:val="right"/>
      </w:pPr>
      <w:r>
        <w:t>اپنے مائنڈ پر چلتے ہیں۔</w:t>
      </w:r>
    </w:p>
    <w:p>
      <w:r>
        <w:rPr>
          <w:b/>
        </w:rPr>
        <w:t xml:space="preserve">[29:19] </w:t>
      </w:r>
      <w:r>
        <w:t>yeh kahiye, yeh kyun kehte hain ke tawazun ke khilaf hai? Yeh phir dekhiye, ek aur waqea lije.</w:t>
      </w:r>
    </w:p>
    <w:p>
      <w:pPr>
        <w:jc w:val="right"/>
      </w:pPr>
      <w:r>
        <w:t>یہ کہیے، یہ کیوں کہتے ہیں کہ توازن کے خلاف ہے؟ یہ پھر دیکھیے، ایک اور واقعہ لیجئے۔</w:t>
      </w:r>
    </w:p>
    <w:p>
      <w:r>
        <w:rPr>
          <w:b/>
        </w:rPr>
        <w:t xml:space="preserve">[29:25] </w:t>
      </w:r>
      <w:r>
        <w:t>Rasool Allah ke zamane mein ek ghazwa hua tha, usay kehte hain ghazwa-e-Hunain.</w:t>
      </w:r>
    </w:p>
    <w:p>
      <w:pPr>
        <w:jc w:val="right"/>
      </w:pPr>
      <w:r>
        <w:t>رسول اللہ کے زمانے میں ایک غزوہ ہوا تھا، اسے کہتے ہیں غزوہ حنین۔</w:t>
      </w:r>
    </w:p>
    <w:p>
      <w:r>
        <w:rPr>
          <w:b/>
        </w:rPr>
        <w:t xml:space="preserve">[29:31] </w:t>
      </w:r>
      <w:r>
        <w:t>Hunain, ghazwa-e-Hunain ki shakal yeh thi ke Rasool Allah Makka se Taif ja rahe the to darmiyan</w:t>
      </w:r>
    </w:p>
    <w:p>
      <w:pPr>
        <w:jc w:val="right"/>
      </w:pPr>
      <w:r>
        <w:t>حنین، غزوہ حنین کی شکل یہ تھی کہ رسول اللہ مکہ سے طائف جا رہے تھے تو درمیان</w:t>
      </w:r>
    </w:p>
    <w:p>
      <w:r>
        <w:rPr>
          <w:b/>
        </w:rPr>
        <w:t xml:space="preserve">[29:37] </w:t>
      </w:r>
      <w:r>
        <w:t>mein ek jagah</w:t>
      </w:r>
    </w:p>
    <w:p>
      <w:pPr>
        <w:jc w:val="right"/>
      </w:pPr>
      <w:r>
        <w:t>میں ایک جگہ</w:t>
      </w:r>
    </w:p>
    <w:p>
      <w:r>
        <w:rPr>
          <w:b/>
        </w:rPr>
        <w:t xml:space="preserve">[29:43] </w:t>
      </w:r>
      <w:r>
        <w:t>do pahariyan thin aur beech mein rasta tha.</w:t>
      </w:r>
    </w:p>
    <w:p>
      <w:pPr>
        <w:jc w:val="right"/>
      </w:pPr>
      <w:r>
        <w:t>دو پہاڑیاں تھیں اور بیچ میں راستہ تھا۔</w:t>
      </w:r>
    </w:p>
    <w:p>
      <w:r>
        <w:rPr>
          <w:b/>
        </w:rPr>
        <w:t xml:space="preserve">[29:49] </w:t>
      </w:r>
      <w:r>
        <w:t>To Rasool Allah ke sath us waqt das hazar se kuch zyada ashab the, to isi dono pahariyon</w:t>
      </w:r>
    </w:p>
    <w:p>
      <w:pPr>
        <w:jc w:val="right"/>
      </w:pPr>
      <w:r>
        <w:t>تو رسول اللہ کے ساتھ اس وقت دس ہزار سے کچھ زیادہ اصحاب تھے، تو اسی دونوں پہاڑیوں</w:t>
      </w:r>
    </w:p>
    <w:p>
      <w:r>
        <w:rPr>
          <w:b/>
        </w:rPr>
        <w:t xml:space="preserve">[29:55] </w:t>
      </w:r>
      <w:r>
        <w:t>ke beech se woh guzar rahe the, woh Taif jane ke liye.</w:t>
      </w:r>
    </w:p>
    <w:p>
      <w:pPr>
        <w:jc w:val="right"/>
      </w:pPr>
      <w:r>
        <w:t>کے بیچ سے وہ گزر رہے تھے، وہ طائف جانے کے لیے۔</w:t>
      </w:r>
    </w:p>
    <w:p>
      <w:r>
        <w:rPr>
          <w:b/>
        </w:rPr>
        <w:t xml:space="preserve">[30:02] </w:t>
      </w:r>
      <w:r>
        <w:t>In pahariyon par ek qabeela basa hua tha, in pahariyon ke upar.</w:t>
      </w:r>
    </w:p>
    <w:p>
      <w:pPr>
        <w:jc w:val="right"/>
      </w:pPr>
      <w:r>
        <w:t>ان پہاڑیوں پر ایک قبیلہ بسا ہوا تھا، ان پہاڑیوں کے اوپر۔</w:t>
      </w:r>
    </w:p>
    <w:p>
      <w:r>
        <w:rPr>
          <w:b/>
        </w:rPr>
        <w:t xml:space="preserve">[30:08] </w:t>
      </w:r>
      <w:r>
        <w:t>To unhon ne pahariyon ke upar se aap par talwar teer marna shuru kar diya.</w:t>
      </w:r>
    </w:p>
    <w:p>
      <w:pPr>
        <w:jc w:val="right"/>
      </w:pPr>
      <w:r>
        <w:t>تو انہوں نے پہاڑیوں کے اوپر سے آپ پر تلوار تیر مارنا شروع کر دیا۔</w:t>
      </w:r>
    </w:p>
    <w:p>
      <w:r>
        <w:rPr>
          <w:b/>
        </w:rPr>
        <w:t xml:space="preserve">[30:14] </w:t>
      </w:r>
      <w:r>
        <w:t>Yeh bataiye ke kis ki is mein kis ki ziyadti thi? Yani sahaba ne, Rasool Allah ne un</w:t>
      </w:r>
    </w:p>
    <w:p>
      <w:pPr>
        <w:jc w:val="right"/>
      </w:pPr>
      <w:r>
        <w:t>یہ بتائیے کہ کس کی اس میں کس کی زیادتی تھی؟ یعنی صحابہ نے، رسول اللہ نے ان</w:t>
      </w:r>
    </w:p>
    <w:p>
      <w:r>
        <w:rPr>
          <w:b/>
        </w:rPr>
        <w:t xml:space="preserve">[30:20] </w:t>
      </w:r>
      <w:r>
        <w:t>ke khilaf ek na kuch bole the, na koi na kuch kiya tha, na kuch kiya tha, na</w:t>
      </w:r>
    </w:p>
    <w:p>
      <w:pPr>
        <w:jc w:val="right"/>
      </w:pPr>
      <w:r>
        <w:t>کے خلاف ایک نہ کچھ بولے تھے، نہ کوئی نہ کچھ کیا تھا، نہ کچھ کیا تھا، نہ</w:t>
      </w:r>
    </w:p>
    <w:p>
      <w:r>
        <w:rPr>
          <w:b/>
        </w:rPr>
        <w:t xml:space="preserve">[30:26] </w:t>
      </w:r>
      <w:r>
        <w:t>talwar chalai thi, na teer chalai thi, kuch bhi nahi kaha tha.</w:t>
      </w:r>
    </w:p>
    <w:p>
      <w:pPr>
        <w:jc w:val="right"/>
      </w:pPr>
      <w:r>
        <w:t>تلوار چلائی تھی، نہ تیر چلائی تھی، کچھ بھی نہیں کہا تھا۔</w:t>
      </w:r>
    </w:p>
    <w:p>
      <w:r>
        <w:rPr>
          <w:b/>
        </w:rPr>
        <w:t xml:space="preserve">[30:33] </w:t>
      </w:r>
      <w:r>
        <w:t>To yak tarfa taur par un ki un ka aggression tha, yak tarfa taur par un ka un ki un</w:t>
      </w:r>
    </w:p>
    <w:p>
      <w:pPr>
        <w:jc w:val="right"/>
      </w:pPr>
      <w:r>
        <w:t>تو یکطرفہ طور پر ان کی ان کا ایگریشن تھا، یکطرفہ طور پر ان کا ان کی ان</w:t>
      </w:r>
    </w:p>
    <w:p>
      <w:r>
        <w:rPr>
          <w:b/>
        </w:rPr>
        <w:t xml:space="preserve">[30:39] </w:t>
      </w:r>
      <w:r>
        <w:t>ki jahariyat thi, yak tarfa taur par un ka zulm tha.</w:t>
      </w:r>
    </w:p>
    <w:p>
      <w:pPr>
        <w:jc w:val="right"/>
      </w:pPr>
      <w:r>
        <w:t>کی جارحیت تھی، یکطرفہ طور پر ان کا ظلم تھا۔</w:t>
      </w:r>
    </w:p>
    <w:p>
      <w:r>
        <w:rPr>
          <w:b/>
        </w:rPr>
        <w:t xml:space="preserve">[30:45] </w:t>
      </w:r>
      <w:r>
        <w:t>Ab is ke baad Quran mein jab is ka aata hai tabasra to yeh kya hai? Yani un</w:t>
      </w:r>
    </w:p>
    <w:p>
      <w:pPr>
        <w:jc w:val="right"/>
      </w:pPr>
      <w:r>
        <w:t>اب اس کے بعد قرآن میں جب اس کا آتا ہے تبصرہ تو یہ کیا ہے؟ یعنی ان</w:t>
      </w:r>
    </w:p>
    <w:p>
      <w:r>
        <w:rPr>
          <w:b/>
        </w:rPr>
        <w:t xml:space="preserve">[30:50] </w:t>
      </w:r>
      <w:r>
        <w:t>par kuch hi nahi kaha gaya: "Wa yauma Hunainin iz ajabatkum kuthratukum".</w:t>
      </w:r>
    </w:p>
    <w:p>
      <w:pPr>
        <w:jc w:val="right"/>
      </w:pPr>
      <w:r>
        <w:t>پر کچھ ہی نہیں کہا گیا: "ویوم حنین اذ عجبتکم کثرتکم"۔</w:t>
      </w:r>
    </w:p>
    <w:p>
      <w:r>
        <w:rPr>
          <w:b/>
        </w:rPr>
        <w:t xml:space="preserve">[30:55] </w:t>
      </w:r>
      <w:r>
        <w:t>At-Tawbah mein parh lijiye aap, chapter At-Tawbah mein: "Wa yauma Hunainin iz ajabatkum kuthratukum".</w:t>
      </w:r>
    </w:p>
    <w:p>
      <w:pPr>
        <w:jc w:val="right"/>
      </w:pPr>
      <w:r>
        <w:t>التوبہ میں پڑھ لیجئے آپ، چیپٹر التوبہ میں: "ویوم حنین اذ عجبتکم کثرتکم"۔</w:t>
      </w:r>
    </w:p>
    <w:p>
      <w:r>
        <w:rPr>
          <w:b/>
        </w:rPr>
        <w:t xml:space="preserve">[31:00] </w:t>
      </w:r>
      <w:r>
        <w:t>Yani ghazwa-e-Hunain ke mauqe par yeh hua ke tumhare andar ajab aa gaya, pride aa gaya.</w:t>
      </w:r>
    </w:p>
    <w:p>
      <w:pPr>
        <w:jc w:val="right"/>
      </w:pPr>
      <w:r>
        <w:t>یعنی غزوہ حنین کے موقع پر یہ ہوا کہ تمہارے اندر عجب آ گیا، پرائیڈ آ گیا۔</w:t>
      </w:r>
    </w:p>
    <w:p>
      <w:r>
        <w:rPr>
          <w:b/>
        </w:rPr>
        <w:t xml:space="preserve">[31:05] </w:t>
      </w:r>
      <w:r>
        <w:t>Hum to bohat hain.</w:t>
      </w:r>
    </w:p>
    <w:p>
      <w:pPr>
        <w:jc w:val="right"/>
      </w:pPr>
      <w:r>
        <w:t>ہم تو بہت ہیں۔</w:t>
      </w:r>
    </w:p>
    <w:p>
      <w:r>
        <w:rPr>
          <w:b/>
        </w:rPr>
        <w:t xml:space="preserve">[31:10] </w:t>
      </w:r>
      <w:r>
        <w:t>Us waqt un ki tadad taqreeban</w:t>
      </w:r>
    </w:p>
    <w:p>
      <w:pPr>
        <w:jc w:val="right"/>
      </w:pPr>
      <w:r>
        <w:t>اس وقت ان کی تعداد تقریباً</w:t>
      </w:r>
    </w:p>
    <w:p>
      <w:r>
        <w:rPr>
          <w:b/>
        </w:rPr>
        <w:t xml:space="preserve">[31:15] </w:t>
      </w:r>
      <w:r>
        <w:t>barah hazar thi, yani Badr ke mauqe par 313 the, 313, aur is mauqe par un ke sath</w:t>
      </w:r>
    </w:p>
    <w:p>
      <w:pPr>
        <w:jc w:val="right"/>
      </w:pPr>
      <w:r>
        <w:t>بارہ ہزار تھی، یعنی بدر کے موقع پر 313 تھے، 313، اور اس موقع پر ان کے ساتھ</w:t>
      </w:r>
    </w:p>
    <w:p>
      <w:r>
        <w:rPr>
          <w:b/>
        </w:rPr>
        <w:t xml:space="preserve">[31:21] </w:t>
      </w:r>
      <w:r>
        <w:t>das hazar se bhi zyada log the.</w:t>
      </w:r>
    </w:p>
    <w:p>
      <w:pPr>
        <w:jc w:val="right"/>
      </w:pPr>
      <w:r>
        <w:t>دس ہزار سے بھی زیادہ لوگ تھے۔</w:t>
      </w:r>
    </w:p>
    <w:p>
      <w:r>
        <w:rPr>
          <w:b/>
        </w:rPr>
        <w:t xml:space="preserve">[31:27] </w:t>
      </w:r>
      <w:r>
        <w:t>To "Wa yauma Hunainin iz ajabatkum kuthratukum".</w:t>
      </w:r>
    </w:p>
    <w:p>
      <w:pPr>
        <w:jc w:val="right"/>
      </w:pPr>
      <w:r>
        <w:t>تو "ویوم حنین اذ عجبتکم کثرتکم"۔</w:t>
      </w:r>
    </w:p>
    <w:p>
      <w:r>
        <w:rPr>
          <w:b/>
        </w:rPr>
        <w:t xml:space="preserve">[31:33] </w:t>
      </w:r>
      <w:r>
        <w:t>Hunain ke din jab ke tumhare andar ajab aa gaya, pride aa gaya, fakhar aa gaya, ghamand aa gaya.</w:t>
      </w:r>
    </w:p>
    <w:p>
      <w:pPr>
        <w:jc w:val="right"/>
      </w:pPr>
      <w:r>
        <w:t>حنین کے دن جب کہ تمہارے اندر عجب آ گیا، پرائیڈ آ گیا، فخر آ گیا، گھمنڈ آ گیا۔</w:t>
      </w:r>
    </w:p>
    <w:p>
      <w:r>
        <w:rPr>
          <w:b/>
        </w:rPr>
        <w:t xml:space="preserve">[31:39] </w:t>
      </w:r>
      <w:r>
        <w:t>ab ghawr ki jiye, yani literally</w:t>
      </w:r>
    </w:p>
    <w:p>
      <w:pPr>
        <w:jc w:val="right"/>
      </w:pPr>
      <w:r>
        <w:t>اب غور کیجئے، یعنی لیٹرلی</w:t>
      </w:r>
    </w:p>
    <w:p>
      <w:r>
        <w:rPr>
          <w:b/>
        </w:rPr>
        <w:t xml:space="preserve">[31:45] </w:t>
      </w:r>
      <w:r>
        <w:t>allah ta'ala ne sirf musalmanon ko tanbih ki, un ko kuch bhi nahi kaha.</w:t>
      </w:r>
    </w:p>
    <w:p>
      <w:pPr>
        <w:jc w:val="right"/>
      </w:pPr>
      <w:r>
        <w:t>اللہ تعالیٰ نے صرف مسلمانوں کو تنبیہ کی، ان کو کچھ بھی نہیں کہا۔</w:t>
      </w:r>
    </w:p>
    <w:p>
      <w:r>
        <w:rPr>
          <w:b/>
        </w:rPr>
        <w:t xml:space="preserve">[31:50] </w:t>
      </w:r>
      <w:r>
        <w:t>aap ko shakk ho to aap surah at-taubah mein dekh lijiye, yahi hum karte hain.</w:t>
      </w:r>
    </w:p>
    <w:p>
      <w:pPr>
        <w:jc w:val="right"/>
      </w:pPr>
      <w:r>
        <w:t>آپ کو شک ہو تو آپ سورہ التوبہ میں دیکھ لیجئے، یہی ہم کرتے ہیں۔</w:t>
      </w:r>
    </w:p>
    <w:p>
      <w:r>
        <w:rPr>
          <w:b/>
        </w:rPr>
        <w:t xml:space="preserve">[31:55] </w:t>
      </w:r>
      <w:r>
        <w:t>to agar ye tawazun ke khilaf hai to is ka na'uzubillah qur'ani mein tawazun nahi hai, allah</w:t>
      </w:r>
    </w:p>
    <w:p>
      <w:pPr>
        <w:jc w:val="right"/>
      </w:pPr>
      <w:r>
        <w:t>تو اگر یہ توازن کے خلاف ہے تو اس کا نعوذ باللہ قرآنی میں توازن نہیں ہے، اللہ</w:t>
      </w:r>
    </w:p>
    <w:p>
      <w:r>
        <w:rPr>
          <w:b/>
        </w:rPr>
        <w:t xml:space="preserve">[32:00] </w:t>
      </w:r>
      <w:r>
        <w:t>ke kalam mein tawazun nahi hai.</w:t>
      </w:r>
    </w:p>
    <w:p>
      <w:pPr>
        <w:jc w:val="right"/>
      </w:pPr>
      <w:r>
        <w:t>کے کلام میں توازن نہیں ہے۔</w:t>
      </w:r>
    </w:p>
    <w:p>
      <w:r>
        <w:rPr>
          <w:b/>
        </w:rPr>
        <w:t xml:space="preserve">[32:05] </w:t>
      </w:r>
      <w:r>
        <w:t>aur hum se kaha jata hai ke un ke kalam mein tawazun nahi hai.</w:t>
      </w:r>
    </w:p>
    <w:p>
      <w:pPr>
        <w:jc w:val="right"/>
      </w:pPr>
      <w:r>
        <w:t>اور ہم سے کہا جاتا ہے کہ ان کے کلام میں توازن نہیں ہے۔</w:t>
      </w:r>
    </w:p>
    <w:p>
      <w:r>
        <w:rPr>
          <w:b/>
        </w:rPr>
        <w:t xml:space="preserve">[32:10] </w:t>
      </w:r>
      <w:r>
        <w:t>ye sirf ek</w:t>
      </w:r>
    </w:p>
    <w:p>
      <w:pPr>
        <w:jc w:val="right"/>
      </w:pPr>
      <w:r>
        <w:t>یہ صرف ایک</w:t>
      </w:r>
    </w:p>
    <w:p>
      <w:r>
        <w:rPr>
          <w:b/>
        </w:rPr>
        <w:t xml:space="preserve">[32:15] </w:t>
      </w:r>
      <w:r>
        <w:t>telephone ki baat nahi hai jo kal mere pas aaya tha.</w:t>
      </w:r>
    </w:p>
    <w:p>
      <w:pPr>
        <w:jc w:val="right"/>
      </w:pPr>
      <w:r>
        <w:t>ٹیلی فون کی بات نہیں ہے جو کل میرے پاس آیا تھا۔</w:t>
      </w:r>
    </w:p>
    <w:p>
      <w:r>
        <w:rPr>
          <w:b/>
        </w:rPr>
        <w:t xml:space="preserve">[32:21] </w:t>
      </w:r>
      <w:r>
        <w:t>ye bohat hawa ke khilaf mash'hur kiya gaya hai ke un ke han tawazun nahi hota hai.</w:t>
      </w:r>
    </w:p>
    <w:p>
      <w:pPr>
        <w:jc w:val="right"/>
      </w:pPr>
      <w:r>
        <w:t>یہ بہت ہوا کے خلاف مشہور کیا گیا ہے کہ ان کے ہاں توازن نہیں ہوتا ہے۔</w:t>
      </w:r>
    </w:p>
    <w:p>
      <w:r>
        <w:rPr>
          <w:b/>
        </w:rPr>
        <w:t xml:space="preserve">[32:26] </w:t>
      </w:r>
      <w:r>
        <w:t>matlab musalmanon ko kehte hain, wo hindu ke khilaf nahi bolte, christian ko nahi bolte, american ko nahi bolte.</w:t>
      </w:r>
    </w:p>
    <w:p>
      <w:pPr>
        <w:jc w:val="right"/>
      </w:pPr>
      <w:r>
        <w:t>مطلب مسلمانوں کو کہتے ہیں، وہ ہندو کے خلاف نہیں بولتے، کرسچن کو نہیں بولتے، امریکن کو نہیں بولتے۔</w:t>
      </w:r>
    </w:p>
    <w:p>
      <w:r>
        <w:rPr>
          <w:b/>
        </w:rPr>
        <w:t xml:space="preserve">[32:32] </w:t>
      </w:r>
      <w:r>
        <w:t>to ye sawal ye hai ke tum kahan se nikala ye tareeqa? apne dimagh se nikala.</w:t>
      </w:r>
    </w:p>
    <w:p>
      <w:pPr>
        <w:jc w:val="right"/>
      </w:pPr>
      <w:r>
        <w:t>تو یہ سوال یہ ہے کہ تم کہاں سے نکالا یہ طریقہ؟ اپنے دماغ سے نکالا۔</w:t>
      </w:r>
    </w:p>
    <w:p>
      <w:r>
        <w:rPr>
          <w:b/>
        </w:rPr>
        <w:t xml:space="preserve">[32:37] </w:t>
      </w:r>
      <w:r>
        <w:t>tumhara self style hai.</w:t>
      </w:r>
    </w:p>
    <w:p>
      <w:pPr>
        <w:jc w:val="right"/>
      </w:pPr>
      <w:r>
        <w:t>تمہارا سیلف اسٹائل ہے۔</w:t>
      </w:r>
    </w:p>
    <w:p>
      <w:r>
        <w:rPr>
          <w:b/>
        </w:rPr>
        <w:t xml:space="preserve">[32:42] </w:t>
      </w:r>
      <w:r>
        <w:t>ye hum har baat ko lete hain qur'an se, hadith se, rasul allah ki sunnat se.</w:t>
      </w:r>
    </w:p>
    <w:p>
      <w:pPr>
        <w:jc w:val="right"/>
      </w:pPr>
      <w:r>
        <w:t>یہ ہم ہر بات کو لیتے ہیں قرآن سے، حدیث سے، رسول اللہ کی سنت سے۔</w:t>
      </w:r>
    </w:p>
    <w:p>
      <w:r>
        <w:rPr>
          <w:b/>
        </w:rPr>
        <w:t xml:space="preserve">[32:48] </w:t>
      </w:r>
      <w:r>
        <w:t>to rasul allah ki sunnat mein yahi tareeqa hai, qur'an mein yahi tareeqa hai ke apnon ki ghalati</w:t>
      </w:r>
    </w:p>
    <w:p>
      <w:pPr>
        <w:jc w:val="right"/>
      </w:pPr>
      <w:r>
        <w:t>تو رسول اللہ کی سنت میں یہی طریقہ ہے، قرآن میں یہی طریقہ ہے کہ اپنوں کی غلطی</w:t>
      </w:r>
    </w:p>
    <w:p>
      <w:r>
        <w:rPr>
          <w:b/>
        </w:rPr>
        <w:t xml:space="preserve">[32:52] </w:t>
      </w:r>
      <w:r>
        <w:t>par nishad hi karo, doosron ko ignore karo, chhod do doosron ko.</w:t>
      </w:r>
    </w:p>
    <w:p>
      <w:pPr>
        <w:jc w:val="right"/>
      </w:pPr>
      <w:r>
        <w:t>پر نشاد ہی کرو، دوسروں کو اگنور کرو، چھوڑو دوسروں کو۔</w:t>
      </w:r>
    </w:p>
    <w:p>
      <w:r>
        <w:rPr>
          <w:b/>
        </w:rPr>
        <w:t xml:space="preserve">[32:56] </w:t>
      </w:r>
      <w:r>
        <w:t>apnon mein ne jo kamzori dikhai hai, apnon mein jo weakness hai, us ko point out karo.</w:t>
      </w:r>
    </w:p>
    <w:p>
      <w:pPr>
        <w:jc w:val="right"/>
      </w:pPr>
      <w:r>
        <w:t>اپنوں میں نے جو کمزوری دکھائی ہے، اپنوں میں جو ویکنس ہے، اس کو پوائنٹ آؤٹ کرو۔</w:t>
      </w:r>
    </w:p>
    <w:p>
      <w:r>
        <w:rPr>
          <w:b/>
        </w:rPr>
        <w:t xml:space="preserve">[33:01] </w:t>
      </w:r>
      <w:r>
        <w:t>to hum isi ke tareeqa ko ikhtiyar kiye hue hain.</w:t>
      </w:r>
    </w:p>
    <w:p>
      <w:pPr>
        <w:jc w:val="right"/>
      </w:pPr>
      <w:r>
        <w:t>تو ہم اسی کے طریقے کو اختیار کیے ہوئے ہیں۔</w:t>
      </w:r>
    </w:p>
    <w:p>
      <w:r>
        <w:rPr>
          <w:b/>
        </w:rPr>
        <w:t xml:space="preserve">[33:05] </w:t>
      </w:r>
      <w:r>
        <w:t>jo kana hai, wo ye kahe ke unhon ne qur'an ke tareeqa ko ikhtiyar kar rakha hai, hamein</w:t>
      </w:r>
    </w:p>
    <w:p>
      <w:pPr>
        <w:jc w:val="right"/>
      </w:pPr>
      <w:r>
        <w:t>جو کانا ہے، وہ یہ کہے کہ انہوں نے قرآن کے طریقے کو اختیار کر رکھا ہے، ہمیں</w:t>
      </w:r>
    </w:p>
    <w:p>
      <w:r>
        <w:rPr>
          <w:b/>
        </w:rPr>
        <w:t xml:space="preserve">[33:09] </w:t>
      </w:r>
      <w:r>
        <w:t>chahiye nahi qur'an ka tareeqa.</w:t>
      </w:r>
    </w:p>
    <w:p>
      <w:pPr>
        <w:jc w:val="right"/>
      </w:pPr>
      <w:r>
        <w:t>چاہیے نہیں قرآن کا طریقہ۔</w:t>
      </w:r>
    </w:p>
    <w:p>
      <w:r>
        <w:rPr>
          <w:b/>
        </w:rPr>
        <w:t xml:space="preserve">[33:14] </w:t>
      </w:r>
      <w:r>
        <w:t>ye kaho, ye kyon kehte ho</w:t>
      </w:r>
    </w:p>
    <w:p>
      <w:pPr>
        <w:jc w:val="right"/>
      </w:pPr>
      <w:r>
        <w:t>یہ کہو، یہ کیوں کہتے ہو</w:t>
      </w:r>
    </w:p>
    <w:p>
      <w:r>
        <w:rPr>
          <w:b/>
        </w:rPr>
        <w:t xml:space="preserve">[33:18] </w:t>
      </w:r>
      <w:r>
        <w:t>ke tawaanun nahi hai? kisi ko kaana hai to yeh kahe ke unhon ne Quran ke tareeqay ko ikhtiyar kar rakha hai, aur woh hamein chahiye nahi. hamein to apne nafs ka tareeqa chahiye, jo hamari chahat chahat hai, woh tareeqa chahiye. kitni khuli khuli misalein hain, yaad rakhiye, kitni khuli khuli misalein hain ghazwa Uhud ke bare mein, ghazwa Hunain ke bare mein. yeh</w:t>
      </w:r>
    </w:p>
    <w:p>
      <w:pPr>
        <w:jc w:val="right"/>
      </w:pPr>
      <w:r>
        <w:t>کہ توازن نہیں ہے؟ کسی کو کانا ہے تو یہ کہے کہ انہوں نے قرآن کے طریقے کو اختیار کر رکھا ہے، اور وہ ہمیں چاہیے نہیں۔ ہمیں تو اپنے نفس کا طریقہ چاہیے، جو ہماری چاہت چاہت ہے، وہ طریقہ چاہیے۔ کتنی کھلی کھلی مثالیں ہیں، یاد رکھیے، کتنی کھلی کھلی مثالیں ہیں غزوہ احد کے بارے میں، غزوہ حنین کے بارے میں۔ یہ</w:t>
      </w:r>
    </w:p>
    <w:p>
      <w:r>
        <w:rPr>
          <w:b/>
        </w:rPr>
        <w:t xml:space="preserve">[33:48] </w:t>
      </w:r>
      <w:r>
        <w:t>Quran mein koi bhi shakhs dekh sakta hai. aise hi dekhiye, aaj kal bohat zyada ek baat aati hai press mein, musalmanon ke jalsay mein ke falan aadmi ne falan baat kahi, woh musalmanon ke jazbaat ko majrooh kiya. yeh lafz bohat chala hua hai, musalmanon ke sentiment ko hurt kiya. yeh bohat chala hua hai, ek saari duniya mein chala hua hai. koi cartoon chhap jaye, koi kitaab chhap jaye, koi statement de de</w:t>
      </w:r>
    </w:p>
    <w:p>
      <w:pPr>
        <w:jc w:val="right"/>
      </w:pPr>
      <w:r>
        <w:t>قرآن میں کوئی بھی شخص دیکھ سکتا ہے۔ ایسے ہی دیکھیے، آج کل بہت زیادہ ایک بات آتی ہے پریس میں، مسلمانوں کے جلسے میں کہ فلاں آدمی نے فلاں بات کہی، وہ مسلمانوں کے جذبات کو مجروح کیا۔ یہ لفظ بہت چلا ہوا ہے، مسلمانوں کے سینٹیمنٹ کو ہرٹ کیا۔ یہ بہت چلا ہوا ہے، ایک ساری دنیا میں چلا ہوا ہے۔ کوئی کارٹون چھپ جائے، کوئی کتاب چھپ جائے، کوئی سٹیٹمنٹ دے دے</w:t>
      </w:r>
    </w:p>
    <w:p>
      <w:r>
        <w:rPr>
          <w:b/>
        </w:rPr>
        <w:t xml:space="preserve">[34:18] </w:t>
      </w:r>
      <w:r>
        <w:t>koi, to bas musalmanon ke jazbat majruh ho jate hain, aur wo lagte hain cheekh chalane se.</w:t>
      </w:r>
    </w:p>
    <w:p>
      <w:pPr>
        <w:jc w:val="right"/>
      </w:pPr>
      <w:r>
        <w:t>کوئی، تو بس مسلمانوں کے جذبات مجروح ہو جاتے ہیں، اور وہ لگتے ہیں چیخ چلانے سے۔</w:t>
      </w:r>
    </w:p>
    <w:p>
      <w:r>
        <w:rPr>
          <w:b/>
        </w:rPr>
        <w:t xml:space="preserve">[34:22] </w:t>
      </w:r>
      <w:r>
        <w:t>sare sare log one to all, mera khayal hai ke ek bhi exception nahi hai.</w:t>
      </w:r>
    </w:p>
    <w:p>
      <w:pPr>
        <w:jc w:val="right"/>
      </w:pPr>
      <w:r>
        <w:t>سارے سارے لوگ ون ٹو آل، میرا خیال ہے کہ ایک بھی ایکسیپشن نہیں ہے۔</w:t>
      </w:r>
    </w:p>
    <w:p>
      <w:r>
        <w:rPr>
          <w:b/>
        </w:rPr>
        <w:t xml:space="preserve">[34:27] </w:t>
      </w:r>
      <w:r>
        <w:t>main akela exception hoon, akela.</w:t>
      </w:r>
    </w:p>
    <w:p>
      <w:pPr>
        <w:jc w:val="right"/>
      </w:pPr>
      <w:r>
        <w:t>میں اکیلا ایکسیپشن ہوں، اکیلا۔</w:t>
      </w:r>
    </w:p>
    <w:p>
      <w:r>
        <w:rPr>
          <w:b/>
        </w:rPr>
        <w:t xml:space="preserve">[34:31] </w:t>
      </w:r>
      <w:r>
        <w:t>sab lagte hain cheenne chalane ke musalmanon ke jazbat majruh hue hain.</w:t>
      </w:r>
    </w:p>
    <w:p>
      <w:pPr>
        <w:jc w:val="right"/>
      </w:pPr>
      <w:r>
        <w:t>سب لگتے ہیں چیخنے چلانے کہ مسلمانوں کے جذبات مجروح ہوئے ہیں۔</w:t>
      </w:r>
    </w:p>
    <w:p>
      <w:r>
        <w:rPr>
          <w:b/>
        </w:rPr>
        <w:t xml:space="preserve">[34:35] </w:t>
      </w:r>
      <w:r>
        <w:t>aap ko apna qalam rokna padega, apni zuban band karni padegi.</w:t>
      </w:r>
    </w:p>
    <w:p>
      <w:pPr>
        <w:jc w:val="right"/>
      </w:pPr>
      <w:r>
        <w:t>آپ کو اپنا قلم روکنا پڑے گا، اپنی زبان بند کرنی پڑے گی۔</w:t>
      </w:r>
    </w:p>
    <w:p>
      <w:r>
        <w:rPr>
          <w:b/>
        </w:rPr>
        <w:t xml:space="preserve">[34:39] </w:t>
      </w:r>
      <w:r>
        <w:t>aap musalmanon ke jazbat majrooh nahi kar sakte.</w:t>
      </w:r>
    </w:p>
    <w:p>
      <w:pPr>
        <w:jc w:val="right"/>
      </w:pPr>
      <w:r>
        <w:t>آپ مسلمانوں کے جذبات مجروح نہیں کر سکتے۔</w:t>
      </w:r>
    </w:p>
    <w:p>
      <w:r>
        <w:rPr>
          <w:b/>
        </w:rPr>
        <w:t xml:space="preserve">[34:44] </w:t>
      </w:r>
      <w:r>
        <w:t>is mamle mein mein akela hoon jo yeh boli nahi bolta</w:t>
      </w:r>
    </w:p>
    <w:p>
      <w:pPr>
        <w:jc w:val="right"/>
      </w:pPr>
      <w:r>
        <w:t>اس معاملے میں میں اکیلا ہوں جو یہ بولی نہیں بولتا</w:t>
      </w:r>
    </w:p>
    <w:p>
      <w:r>
        <w:rPr>
          <w:b/>
        </w:rPr>
        <w:t xml:space="preserve">[34:48] </w:t>
      </w:r>
      <w:r>
        <w:t>—</w:t>
      </w:r>
    </w:p>
    <w:p>
      <w:pPr>
        <w:jc w:val="right"/>
      </w:pPr>
      <w:r>
        <w:t>۔</w:t>
      </w:r>
    </w:p>
    <w:p>
      <w:r>
        <w:rPr>
          <w:b/>
        </w:rPr>
        <w:t xml:space="preserve">[34:56] </w:t>
      </w:r>
      <w:r>
        <w:t>sab ke sab yahi boli bolte hain, lekin yeh ghair jahili zaban hai, islam ke khilaf hai.</w:t>
      </w:r>
    </w:p>
    <w:p>
      <w:pPr>
        <w:jc w:val="right"/>
      </w:pPr>
      <w:r>
        <w:t>سب کے سب یہی بولی بولتے ہیں، لیکن یہ غیر جاہلی زبان ہے، اسلام کے خلاف ہے۔</w:t>
      </w:r>
    </w:p>
    <w:p>
      <w:r>
        <w:rPr>
          <w:b/>
        </w:rPr>
        <w:t xml:space="preserve">[35:05] </w:t>
      </w:r>
      <w:r>
        <w:t>yeh woh kaise? aap quran mein dekhiye, is mamle mein quran mein khuli khuli guidance maujood hai.</w:t>
      </w:r>
    </w:p>
    <w:p>
      <w:pPr>
        <w:jc w:val="right"/>
      </w:pPr>
      <w:r>
        <w:t>یہ وہ کیسے؟ آپ قرآن میں دیکھیے، اس معاملے میں قرآن میں کھلی کھلی گائیڈنس موجود ہے۔</w:t>
      </w:r>
    </w:p>
    <w:p>
      <w:r>
        <w:rPr>
          <w:b/>
        </w:rPr>
        <w:t xml:space="preserve">[35:13] </w:t>
      </w:r>
      <w:r>
        <w:t>quran ki ek aayat hai: "la tasubbu alladhina ya'buduna min dunillahi fa yasubbu allaha bighayri 'ilmin". chapter al an'am:</w:t>
      </w:r>
    </w:p>
    <w:p>
      <w:pPr>
        <w:jc w:val="right"/>
      </w:pPr>
      <w:r>
        <w:t>قرآن کی ایک آیت ہے: "لا تسب الذین یعبدون من دون اللہ فیسب اللہ بغیر علم"۔ چیپٹر الانعام:</w:t>
      </w:r>
    </w:p>
    <w:p>
      <w:r>
        <w:rPr>
          <w:b/>
        </w:rPr>
        <w:t xml:space="preserve">[35:21] </w:t>
      </w:r>
      <w:r>
        <w:t>tum sab v shitam na karo, tum bura na kaho doosron ke. jis ko woh poochte hain, jis ko woh pukarte hain, warna woh tumhare Khuda ko, tumhare deen ko bura bura karne lagen hain. yeh kaha yani musalmanon ko is se mana kiya gaya hai ke woh doosron ko bura na kahein, yani doosron ke jazbat ko majrooh na karein. achha, sare Quran mein mujhe ek ayat bata dijiye jahan yeh kaha gaya ho ke</w:t>
      </w:r>
    </w:p>
    <w:p>
      <w:pPr>
        <w:jc w:val="right"/>
      </w:pPr>
      <w:r>
        <w:t>تم سب و شتم نہ کرو، تم برا نہ کہو دوسروں کے۔ جس کو وہ پوچھتے ہیں، جس کو وہ پکارتے ہیں، ورنہ وہ تمہارے خدا کو، تمہارے دین کو برا برا کرنے لگے ہیں۔ یہ کہا یعنی مسلمانوں کو اس سے منع کیا گیا ہے کہ وہ دوسروں کو برا نہ کہیں، یعنی دوسروں کے جذبات کو مجروح نہ کریں۔ اچھا، سارے قرآن میں مجھے ایک آیت بتا دیجئے جہاں یہ کہا گیا ہو کہ</w:t>
      </w:r>
    </w:p>
    <w:p>
      <w:r>
        <w:rPr>
          <w:b/>
        </w:rPr>
        <w:t xml:space="preserve">[35:51] </w:t>
      </w:r>
      <w:r>
        <w:t>ke aye ghair musalmanon, tum ko yeh haq nahi hai ke tum musalmanon ke jazbat ko majrooh karo.</w:t>
      </w:r>
    </w:p>
    <w:p>
      <w:pPr>
        <w:jc w:val="right"/>
      </w:pPr>
      <w:r>
        <w:t>کہ اے غیر مسلموں، تم کو یہ حق نہیں ہے کہ تم مسلمانوں کے جذبات کو مجروح کرو۔</w:t>
      </w:r>
    </w:p>
    <w:p>
      <w:r>
        <w:rPr>
          <w:b/>
        </w:rPr>
        <w:t xml:space="preserve">[35:57] </w:t>
      </w:r>
      <w:r>
        <w:t>tumhari zaban rok di jayegi, tumhare qalam tod diye jayenge.</w:t>
      </w:r>
    </w:p>
    <w:p>
      <w:pPr>
        <w:jc w:val="right"/>
      </w:pPr>
      <w:r>
        <w:t>تمہاری زبان روک دی جائے گی، تمہارے قلم توڑ دیے جائیں گے۔</w:t>
      </w:r>
    </w:p>
    <w:p>
      <w:r>
        <w:rPr>
          <w:b/>
        </w:rPr>
        <w:t xml:space="preserve">[36:03] </w:t>
      </w:r>
      <w:r>
        <w:t>kahan likha hua hai? mujhe bataiye, na koi quran mein hai, na kahin hadith mein hai.</w:t>
      </w:r>
    </w:p>
    <w:p>
      <w:pPr>
        <w:jc w:val="right"/>
      </w:pPr>
      <w:r>
        <w:t>کہاں لکھا ہوا ہے؟ مجھے بتائیے، نہ کوئی قرآن میں ہے، نہ کہیں حدیث میں ہے۔</w:t>
      </w:r>
    </w:p>
    <w:p>
      <w:r>
        <w:rPr>
          <w:b/>
        </w:rPr>
        <w:t xml:space="preserve">[36:10] </w:t>
      </w:r>
      <w:r>
        <w:t>yeh jazbat majrooh karne wali baat jo hai, is se roka gaya musalmanon ko, doosron ko nahi.</w:t>
      </w:r>
    </w:p>
    <w:p>
      <w:pPr>
        <w:jc w:val="right"/>
      </w:pPr>
      <w:r>
        <w:t>یہ جذبات مجروح کرنے والی بات جو ہے، اس سے روکا گیا مسلمانوں کو، دوسروں کو نہیں۔</w:t>
      </w:r>
    </w:p>
    <w:p>
      <w:r>
        <w:rPr>
          <w:b/>
        </w:rPr>
        <w:t xml:space="preserve">[36:16] </w:t>
      </w:r>
      <w:r>
        <w:t>mein baltahaddi kehta hoon, baltahaddi koi bataye mujhe</w:t>
      </w:r>
    </w:p>
    <w:p>
      <w:pPr>
        <w:jc w:val="right"/>
      </w:pPr>
      <w:r>
        <w:t>میں بالتحدی کہتا ہوں، بالتحدی کوئی بتائے مجھے</w:t>
      </w:r>
    </w:p>
    <w:p>
      <w:r>
        <w:rPr>
          <w:b/>
        </w:rPr>
        <w:t xml:space="preserve">[36:22] </w:t>
      </w:r>
      <w:r>
        <w:t>ke kahan quran mein likha hua hai, kahan hadith mein hai yeh ke doosron ko yeh haq nahi</w:t>
      </w:r>
    </w:p>
    <w:p>
      <w:pPr>
        <w:jc w:val="right"/>
      </w:pPr>
      <w:r>
        <w:t>کہ کہاں قرآن میں لکھا ہوا ہے، کہاں حدیث میں ہے یہ کہ دوسروں کو یہ حق نہیں</w:t>
      </w:r>
    </w:p>
    <w:p>
      <w:r>
        <w:rPr>
          <w:b/>
        </w:rPr>
        <w:t xml:space="preserve">[36:28] </w:t>
      </w:r>
      <w:r>
        <w:t>ke woh musalmanon ke jazbat ko majrooh karein, musalmanon ke sentiment ko hurt karein.</w:t>
      </w:r>
    </w:p>
    <w:p>
      <w:pPr>
        <w:jc w:val="right"/>
      </w:pPr>
      <w:r>
        <w:t>کہ وہ مسلمانوں کے جذبات کو مجروح کریں، مسلمانوں کے سینٹیمنٹ کو ہرٹ کریں۔</w:t>
      </w:r>
    </w:p>
    <w:p>
      <w:r>
        <w:rPr>
          <w:b/>
        </w:rPr>
        <w:t xml:space="preserve">[36:34] </w:t>
      </w:r>
      <w:r>
        <w:t>kahan likha hua hai? aur yeh baat jo mein kehta hoon, woh bilkul quran mein saaf saaf likhi hui hai.</w:t>
      </w:r>
    </w:p>
    <w:p>
      <w:pPr>
        <w:jc w:val="right"/>
      </w:pPr>
      <w:r>
        <w:t>کہاں لکھا ہوا ہے؟ اور یہ بات جو میں کہتا ہوں، وہ بالکل قرآن میں صاف صاف لکھی ہوئی ہے۔</w:t>
      </w:r>
    </w:p>
    <w:p>
      <w:r>
        <w:rPr>
          <w:b/>
        </w:rPr>
        <w:t xml:space="preserve">[36:40] </w:t>
      </w:r>
      <w:r>
        <w:t>yani musalmanon se kaha gaya hai ke aye musalmanon, tum doosron ke devtaon ko, doosron ke buzurgon ko,</w:t>
      </w:r>
    </w:p>
    <w:p>
      <w:pPr>
        <w:jc w:val="right"/>
      </w:pPr>
      <w:r>
        <w:t>یعنی مسلمانوں سے کہا گیا ہے کہ اے مسلمانوں، تم دوسروں کے دیوتاؤں کو، دوسروں کے بزرگوں کو،</w:t>
      </w:r>
    </w:p>
    <w:p>
      <w:r>
        <w:rPr>
          <w:b/>
        </w:rPr>
        <w:t xml:space="preserve">[36:46] </w:t>
      </w:r>
      <w:r>
        <w:t>doosron ke leaderon ko</w:t>
      </w:r>
    </w:p>
    <w:p>
      <w:pPr>
        <w:jc w:val="right"/>
      </w:pPr>
      <w:r>
        <w:t>دوسروں کے لیڈروں کو</w:t>
      </w:r>
    </w:p>
    <w:p>
      <w:r>
        <w:rPr>
          <w:b/>
        </w:rPr>
        <w:t xml:space="preserve">[36:52] </w:t>
      </w:r>
      <w:r>
        <w:t>, jin ko bara mante hain, woh un ko bura na kaho, warna woh tumhare barhon ko bura</w:t>
      </w:r>
    </w:p>
    <w:p>
      <w:pPr>
        <w:jc w:val="right"/>
      </w:pPr>
      <w:r>
        <w:t>، جن کو بڑا مانتے ہیں، وہ ان کو برا نہ کہو، ورنہ وہ تمہارے بڑوں کو برا</w:t>
      </w:r>
    </w:p>
    <w:p>
      <w:r>
        <w:rPr>
          <w:b/>
        </w:rPr>
        <w:t xml:space="preserve">[36:58] </w:t>
      </w:r>
      <w:r>
        <w:t>karne lagenge, tumhare khuda ko bura karne lagenge.</w:t>
      </w:r>
    </w:p>
    <w:p>
      <w:pPr>
        <w:jc w:val="right"/>
      </w:pPr>
      <w:r>
        <w:t>کرنے لگے، تمہارے خدا کو برا کرنے لگیں گے۔</w:t>
      </w:r>
    </w:p>
    <w:p>
      <w:r>
        <w:rPr>
          <w:b/>
        </w:rPr>
        <w:t xml:space="preserve">[37:04] </w:t>
      </w:r>
      <w:r>
        <w:t>yani wohi baat hai ke tum doosron ke jazbat ko hurt na karo, doosron ke sentiment ko hurt na karo.</w:t>
      </w:r>
    </w:p>
    <w:p>
      <w:pPr>
        <w:jc w:val="right"/>
      </w:pPr>
      <w:r>
        <w:t>یعنی وہی بات ہے کہ تم دوسروں کے جذبات کو ہرٹ نہ کرو، دوسروں کے سینٹیمنٹ کو ہرٹ نہ کرو۔</w:t>
      </w:r>
    </w:p>
    <w:p>
      <w:r>
        <w:rPr>
          <w:b/>
        </w:rPr>
        <w:t xml:space="preserve">[37:10] </w:t>
      </w:r>
      <w:r>
        <w:t>musalmanon se kaha gaya hai, aur is ke baraks koi aayat nahi hai quran, sare quran majeed mein,</w:t>
      </w:r>
    </w:p>
    <w:p>
      <w:pPr>
        <w:jc w:val="right"/>
      </w:pPr>
      <w:r>
        <w:t>مسلمانوں سے کہا گیا ہے، اور اس کے برعکس کوئی آیت نہیں ہے قرآن، سارے قرآن مجید میں،</w:t>
      </w:r>
    </w:p>
    <w:p>
      <w:r>
        <w:rPr>
          <w:b/>
        </w:rPr>
        <w:t xml:space="preserve">[37:16] </w:t>
      </w:r>
      <w:r>
        <w:t>jahan doosri qaumon se kaha gaya ho ke tum musalmanon, tum ko musalmanon ke jazbat ko majrooh karne</w:t>
      </w:r>
    </w:p>
    <w:p>
      <w:pPr>
        <w:jc w:val="right"/>
      </w:pPr>
      <w:r>
        <w:t>جہاں دوسری قوموں سے کہا گیا ہو کہ تم مسلمانوں، تم کو مسلمانوں کے جذبات کو مجروح کرنے</w:t>
      </w:r>
    </w:p>
    <w:p>
      <w:r>
        <w:rPr>
          <w:b/>
        </w:rPr>
        <w:t xml:space="preserve">[37:22] </w:t>
      </w:r>
      <w:r>
        <w:t>ka haq nahi hai.</w:t>
      </w:r>
    </w:p>
    <w:p>
      <w:pPr>
        <w:jc w:val="right"/>
      </w:pPr>
      <w:r>
        <w:t>کا حق نہیں ہے۔</w:t>
      </w:r>
    </w:p>
    <w:p>
      <w:r>
        <w:rPr>
          <w:b/>
        </w:rPr>
        <w:t xml:space="preserve">[37:30] </w:t>
      </w:r>
      <w:r>
        <w:t>kahan aisi aayat hai? to dekhiye, buniyadi baat yeh hai ke logon ne quran ko chhod diya hai.</w:t>
      </w:r>
    </w:p>
    <w:p>
      <w:pPr>
        <w:jc w:val="right"/>
      </w:pPr>
      <w:r>
        <w:t>کہاں ایسی آیت ہے؟ تو دیکھیے، بنیادی بات یہ ہے کہ لوگوں نے قرآن کو چھوڑ دیا ہے۔</w:t>
      </w:r>
    </w:p>
    <w:p>
      <w:r>
        <w:rPr>
          <w:b/>
        </w:rPr>
        <w:t xml:space="preserve">[37:37] </w:t>
      </w:r>
      <w:r>
        <w:t>quran mein ek aayat hai ke: "inna hadha al qur'ana zuhura".</w:t>
      </w:r>
    </w:p>
    <w:p>
      <w:pPr>
        <w:jc w:val="right"/>
      </w:pPr>
      <w:r>
        <w:t>قرآن میں ایک آیت ہے کہ: "إن قوم تقضوا هذا القرآن محجورا"۔</w:t>
      </w:r>
    </w:p>
    <w:p>
      <w:r>
        <w:rPr>
          <w:b/>
        </w:rPr>
        <w:t xml:space="preserve">[37:45] </w:t>
      </w:r>
      <w:r>
        <w:t>surah al furqan mein aap padh lijiye ke ke mere rasool, mere paighambar ki zaban se hai ke meri q</w:t>
      </w:r>
    </w:p>
    <w:p>
      <w:pPr>
        <w:jc w:val="right"/>
      </w:pPr>
      <w:r>
        <w:t>سورہ الفرقان میں آپ پڑھ لیجئے کہ کہ میرے رسول، میرے پیغمبر کی زبان سے ہے کہ میری ق</w:t>
      </w:r>
    </w:p>
    <w:p>
      <w:r>
        <w:rPr>
          <w:b/>
        </w:rPr>
        <w:t xml:space="preserve">[37:52] </w:t>
      </w:r>
      <w:r>
        <w:t>hum ne quran ko chhori hui kitab bana diya.</w:t>
      </w:r>
    </w:p>
    <w:p>
      <w:pPr>
        <w:jc w:val="right"/>
      </w:pPr>
      <w:r>
        <w:t>وم نے قرآن کو چھوڑی ہوئی کتاب بنا دیا۔</w:t>
      </w:r>
    </w:p>
    <w:p>
      <w:r>
        <w:rPr>
          <w:b/>
        </w:rPr>
        <w:t xml:space="preserve">[37:57] </w:t>
      </w:r>
      <w:r>
        <w:t>yahi to hai, quran ko chhori hui kitab bana diya.</w:t>
      </w:r>
    </w:p>
    <w:p>
      <w:pPr>
        <w:jc w:val="right"/>
      </w:pPr>
      <w:r>
        <w:t>یہی تو ہے، قرآن کو چھوڑی ہوئی کتاب بنا دیا۔</w:t>
      </w:r>
    </w:p>
    <w:p>
      <w:r>
        <w:rPr>
          <w:b/>
        </w:rPr>
        <w:t xml:space="preserve">[38:02] </w:t>
      </w:r>
      <w:r>
        <w:t>mana kiya gaya hai musalmanon ko ke tum doosron ke sentiment ko hurt na karo, tum doosron ke</w:t>
      </w:r>
    </w:p>
    <w:p>
      <w:pPr>
        <w:jc w:val="right"/>
      </w:pPr>
      <w:r>
        <w:t>منع کیا گیا ہے مسلمانوں کو کہ تم دوسروں کے سینٹیمنٹ کو ہرٹ نہ کرو، تم دوسروں کے</w:t>
      </w:r>
    </w:p>
    <w:p>
      <w:r>
        <w:rPr>
          <w:b/>
        </w:rPr>
        <w:t xml:space="preserve">[38:07] </w:t>
      </w:r>
      <w:r>
        <w:t>jazbat ko majrooh na karo.</w:t>
      </w:r>
    </w:p>
    <w:p>
      <w:pPr>
        <w:jc w:val="right"/>
      </w:pPr>
      <w:r>
        <w:t>جذبات کو مجروح نہ کرو۔</w:t>
      </w:r>
    </w:p>
    <w:p>
      <w:r>
        <w:rPr>
          <w:b/>
        </w:rPr>
        <w:t xml:space="preserve">[38:12] </w:t>
      </w:r>
      <w:r>
        <w:t>aur kya kar rahe hain musalman? badi badi hangame karte hain ke ke doosre logon ko haq nahi</w:t>
      </w:r>
    </w:p>
    <w:p>
      <w:pPr>
        <w:jc w:val="right"/>
      </w:pPr>
      <w:r>
        <w:t>اور کیا کر رہے ہیں مسلمان؟ بڑی بڑی ہنگامے کرتے ہیں کہ کہ دوسرے لوگوں کو حق نہیں</w:t>
      </w:r>
    </w:p>
    <w:p>
      <w:r>
        <w:rPr>
          <w:b/>
        </w:rPr>
        <w:t xml:space="preserve">[38:17] </w:t>
      </w:r>
      <w:r>
        <w:t>hai ke woh musalmanon ke jazbat ko majrooh na karen,</w:t>
      </w:r>
    </w:p>
    <w:p>
      <w:pPr>
        <w:jc w:val="right"/>
      </w:pPr>
      <w:r>
        <w:t>ہے کہ وہ مسلمانوں کے جذبات کو مجروح نہ کریں،</w:t>
      </w:r>
    </w:p>
    <w:p>
      <w:r>
        <w:rPr>
          <w:b/>
        </w:rPr>
        <w:t xml:space="preserve">[38:22] </w:t>
      </w:r>
      <w:r>
        <w:t>halanke aisa kahin nahi Quran majeed mein ya hadith mein. to bunyadi cheez yeh hai ke hamein is is cheez ko chhodna pare ga ke apne dimagh se ek criterion banayein, is par judge karein cheezon ko. isi liye ke main kehta hoon ke Islamize Muslims, musalmanon ko Islamize karna hai, un ki soch ko badalna hai, un ke behavior</w:t>
      </w:r>
    </w:p>
    <w:p>
      <w:pPr>
        <w:jc w:val="right"/>
      </w:pPr>
      <w:r>
        <w:t>حالانکہ ایسا کہیں نہیں قرآن مجید میں یا حدیث میں۔ تو بنیادی چیز یہ ہے کہ ہمیں اس اس چیز کو چھوڑنا پڑے گا کہ اپنے دماغ سے ایک کرائٹیرین بنائیں، اس پر جج کریں چیزوں کو۔ اسی لیے کہ میں کہتا ہوں کہ اسلامائز مسلمز، مسلمانوں کو اسلامائز کرنا ہے، ان کی سوچ کو بدلنا ہے، ان کے بیہیویئر</w:t>
      </w:r>
    </w:p>
    <w:p>
      <w:r>
        <w:rPr>
          <w:b/>
        </w:rPr>
        <w:t xml:space="preserve">[38:52] </w:t>
      </w:r>
      <w:r>
        <w:t>ko badalna hai, un ke yani lifestyle ko badalna hai, aur khas taur par musalmanon aur ghair musalmanon ke ta'alluqat ke bare mein jo surat-e-haal paida hogi, us ko badalna hai. jaise aaj maine zikr kiya aap ka ke ke bahut se Pakistani apni identity ko badal kar ke kehte hain ke hum to Indian hain job lene ke liye. to isi akhbar mein,</w:t>
      </w:r>
    </w:p>
    <w:p>
      <w:pPr>
        <w:jc w:val="right"/>
      </w:pPr>
      <w:r>
        <w:t>کو بدلنا ہے، ان کے یعنی لائف اسٹائل کو بدلنا ہے، اور خاص طور پر مسلمانوں اور غیر مسلموں کے تعلقات کے بارے میں جو صورتحال پیدا ہوگی، اس کو بدلنا ہے۔ جیسے آج میں نے ذکر کیا آپ کا کہ کہ بہت سے پاکستانی اپنی آئیڈینٹیٹی کو بدل کر کے کہتے ہیں کہ ہم تو انڈین ہیں جاب لینے کے لیے۔ تو اسی اخبار میں،</w:t>
      </w:r>
    </w:p>
    <w:p>
      <w:r>
        <w:rPr>
          <w:b/>
        </w:rPr>
        <w:t xml:space="preserve">[39:22] </w:t>
      </w:r>
      <w:r>
        <w:t>aaj hi ke akhbar mein chha pa hai ke ek pakistani ne kaha ke mujhe koi terrorist hai to</w:t>
      </w:r>
    </w:p>
    <w:p>
      <w:pPr>
        <w:jc w:val="right"/>
      </w:pPr>
      <w:r>
        <w:t>آج ہی کے اخبار میں چھپا ہے کہ ایک پاکستانی نے کہا کہ مجھے کوئی ٹیررسٹ ہے تو</w:t>
      </w:r>
    </w:p>
    <w:p>
      <w:r>
        <w:rPr>
          <w:b/>
        </w:rPr>
        <w:t xml:space="preserve">[39:27] </w:t>
      </w:r>
      <w:r>
        <w:t>mujhe koi pareshani nahi hai, magar indian nahi kehna pasand karta.</w:t>
      </w:r>
    </w:p>
    <w:p>
      <w:pPr>
        <w:jc w:val="right"/>
      </w:pPr>
      <w:r>
        <w:t>مجھے کوئی پریشانی نہیں ہے، مگر انڈین نہیں کہنا پسند کرتا۔</w:t>
      </w:r>
    </w:p>
    <w:p>
      <w:r>
        <w:rPr>
          <w:b/>
        </w:rPr>
        <w:t xml:space="preserve">[39:31] </w:t>
      </w:r>
      <w:r>
        <w:t>terrorist kehlaana pasand karunga main, magar indian kehlaana mujhe pasand nahi hai.</w:t>
      </w:r>
    </w:p>
    <w:p>
      <w:pPr>
        <w:jc w:val="right"/>
      </w:pPr>
      <w:r>
        <w:t>ٹیررسٹ کہلانا پسند کروں گا میں، مگر انڈین کہلانا مجھے پسند نہیں ہے۔</w:t>
      </w:r>
    </w:p>
    <w:p>
      <w:r>
        <w:rPr>
          <w:b/>
        </w:rPr>
        <w:t xml:space="preserve">[39:35] </w:t>
      </w:r>
      <w:r>
        <w:t>yeh kya hai? nafrat, nafrat, nafrat!</w:t>
      </w:r>
    </w:p>
    <w:p>
      <w:pPr>
        <w:jc w:val="right"/>
      </w:pPr>
      <w:r>
        <w:t>یہ کیا ہے؟ نفرت، نفرت، نفرت!</w:t>
      </w:r>
    </w:p>
    <w:p>
      <w:r>
        <w:rPr>
          <w:b/>
        </w:rPr>
        <w:t xml:space="preserve">[39:40] </w:t>
      </w:r>
      <w:r>
        <w:t>yani aap ko terrorist se nafrat nahi hai, india se nafrat hai.</w:t>
      </w:r>
    </w:p>
    <w:p>
      <w:pPr>
        <w:jc w:val="right"/>
      </w:pPr>
      <w:r>
        <w:t>یعنی آپ کو ٹیررسٹ سے نفرت نہیں ہے، انڈیا سے نفرت ہے۔</w:t>
      </w:r>
    </w:p>
    <w:p>
      <w:r>
        <w:rPr>
          <w:b/>
        </w:rPr>
        <w:t xml:space="preserve">[39:44] </w:t>
      </w:r>
      <w:r>
        <w:t>zara ghor kijiye, yeh islam hai.</w:t>
      </w:r>
    </w:p>
    <w:p>
      <w:pPr>
        <w:jc w:val="right"/>
      </w:pPr>
      <w:r>
        <w:t>ذرا غور کیجئے، یہ اسلام ہے۔</w:t>
      </w:r>
    </w:p>
    <w:p>
      <w:r>
        <w:rPr>
          <w:b/>
        </w:rPr>
        <w:t xml:space="preserve">[39:48] </w:t>
      </w:r>
      <w:r>
        <w:t>yeh aaj hi ke akhbar mein chha pa hua</w:t>
      </w:r>
    </w:p>
    <w:p>
      <w:pPr>
        <w:jc w:val="right"/>
      </w:pPr>
      <w:r>
        <w:t>یہ آج ہی کے اخبار میں چھپا ہوا</w:t>
      </w:r>
    </w:p>
    <w:p>
      <w:r>
        <w:rPr>
          <w:b/>
        </w:rPr>
        <w:t xml:space="preserve">[39:53] </w:t>
      </w:r>
      <w:r>
        <w:t>hai. yeh ek Pakistani ne kaha ke woh jo maine aap se arz kiya ke ek Pakistani aadmi ne bataya hai ke bahut se Pakistani khamoshi ke sath apne ko Indian batate hain ja kar companiyon mein. zahir hai, zahir hai ke shor thodi karte honge. gaye wahan, mile, poocha us ne to kaha ke main Indian hoon. to yeh ek bayan diya hai ek khud Pakistan ke ek local leader ne, yani Pakistani</w:t>
      </w:r>
    </w:p>
    <w:p>
      <w:pPr>
        <w:jc w:val="right"/>
      </w:pPr>
      <w:r>
        <w:t>ہے۔ یہ ایک پاکستانی نے کہا کہ وہ جو میں نے آپ سے عرض کیا کہ ایک پاکستانی آدمی نے بتایا ہے کہ بہت سے پاکستانی خاموشی کے ساتھ اپنے کو انڈین بتاتے ہیں جا کر کمپنیوں میں۔ ظاہر ہے، ظاہر ہے کہ شور تھوڑی کرتے ہوں گے۔ گئے وہاں، ملے، پوچھا اس نے تو کہا کہ میں انڈین ہوں۔ تو یہ ایک بیان دیا ہے ایک خود پاکستان کے ایک لوکل لیڈر نے، یعنی پاکستانی</w:t>
      </w:r>
    </w:p>
    <w:p>
      <w:r>
        <w:rPr>
          <w:b/>
        </w:rPr>
        <w:t xml:space="preserve">[40:23] </w:t>
      </w:r>
      <w:r>
        <w:t>jo hain, jo america mein hain.</w:t>
      </w:r>
    </w:p>
    <w:p>
      <w:pPr>
        <w:jc w:val="right"/>
      </w:pPr>
      <w:r>
        <w:t>جو ہیں، جو امریکہ میں ہیں۔</w:t>
      </w:r>
    </w:p>
    <w:p>
      <w:r>
        <w:rPr>
          <w:b/>
        </w:rPr>
        <w:t xml:space="preserve">[40:26] </w:t>
      </w:r>
      <w:r>
        <w:t>to is par react kiya hai ek ek pakistani musalman ne, aaj chha pa hua hai ke main</w:t>
      </w:r>
    </w:p>
    <w:p>
      <w:pPr>
        <w:jc w:val="right"/>
      </w:pPr>
      <w:r>
        <w:t>تو اس پر ری ایکٹ کیا ہے ایک ایک پاکستانی مسلمان نے، آج چھپا ہوا ہے کہ میں</w:t>
      </w:r>
    </w:p>
    <w:p>
      <w:r>
        <w:rPr>
          <w:b/>
        </w:rPr>
        <w:t xml:space="preserve">[40:30] </w:t>
      </w:r>
      <w:r>
        <w:t>terrorist kehlaana pasand karunga, magar mujhe yeh pasand nahi hai ke mujhe koi indian kahe.</w:t>
      </w:r>
    </w:p>
    <w:p>
      <w:pPr>
        <w:jc w:val="right"/>
      </w:pPr>
      <w:r>
        <w:t>ٹیررسٹ کہلانا پسند کروں گا، مگر مجھے یہ پسند نہیں ہے کہ مجھے کوئی انڈین کہے۔</w:t>
      </w:r>
    </w:p>
    <w:p>
      <w:r>
        <w:rPr>
          <w:b/>
        </w:rPr>
        <w:t xml:space="preserve">[40:34] </w:t>
      </w:r>
      <w:r>
        <w:t>تو میں نے سوچا کہ یہ آدمی کیوں ایسا بول رہا ہے؟ تو یعنی کہ اس کو terrorists</w:t>
      </w:r>
    </w:p>
    <w:p>
      <w:pPr>
        <w:jc w:val="right"/>
      </w:pPr>
      <w:r>
        <w:t>تو میں نے سوچا کہ یہ آدمی کیوں ایسا بول رہا ہے؟ تو یعنی کہ اس کو ٹیررز</w:t>
      </w:r>
    </w:p>
    <w:p>
      <w:r>
        <w:rPr>
          <w:b/>
        </w:rPr>
        <w:t xml:space="preserve">[40:38] </w:t>
      </w:r>
      <w:r>
        <w:t>se nafrat nahi hai, india se nafrat hai.</w:t>
      </w:r>
    </w:p>
    <w:p>
      <w:pPr>
        <w:jc w:val="right"/>
      </w:pPr>
      <w:r>
        <w:t>سے نفرت نہیں ہے، انڈیا سے نفرت ہے۔</w:t>
      </w:r>
    </w:p>
    <w:p>
      <w:r>
        <w:rPr>
          <w:b/>
        </w:rPr>
        <w:t xml:space="preserve">[40:42] </w:t>
      </w:r>
      <w:r>
        <w:t>yeh islam hai.</w:t>
      </w:r>
    </w:p>
    <w:p>
      <w:pPr>
        <w:jc w:val="right"/>
      </w:pPr>
      <w:r>
        <w:t>یہ اسلام ہے۔</w:t>
      </w:r>
    </w:p>
    <w:p>
      <w:r>
        <w:rPr>
          <w:b/>
        </w:rPr>
        <w:t xml:space="preserve">[40:45] </w:t>
      </w:r>
      <w:r>
        <w:t>aap ghor kijiye, islam hai.</w:t>
      </w:r>
    </w:p>
    <w:p>
      <w:pPr>
        <w:jc w:val="right"/>
      </w:pPr>
      <w:r>
        <w:t>آپ غور کیجئے، اسلام ہے۔</w:t>
      </w:r>
    </w:p>
    <w:p>
      <w:r>
        <w:rPr>
          <w:b/>
        </w:rPr>
        <w:t xml:space="preserve">[40:49] </w:t>
      </w:r>
      <w:r>
        <w:t>yeh aap ko tashaddud se nafrat nahi,</w:t>
      </w:r>
    </w:p>
    <w:p>
      <w:pPr>
        <w:jc w:val="right"/>
      </w:pPr>
      <w:r>
        <w:t>یہ آپ کو تشدد سے نفرت نہیں،</w:t>
      </w:r>
    </w:p>
    <w:p>
      <w:r>
        <w:rPr>
          <w:b/>
        </w:rPr>
        <w:t xml:space="preserve">[40:53] </w:t>
      </w:r>
      <w:r>
        <w:t>ji aap ko ladai se nafrat nahi, khoon bahaya jaye is se nafrat nahi, suicide bombing ki jaye is se nafrat nahi, kyunke India se nafrat hai aap ko, jabke India aap ke liye mad'u ke darje mein hai, mad'u ke darje mein hai. kitni bhayanak surat-e-haal hai yeh, kitni bhayanak surat-e-haal hai ke ek musalman yeh kehta hai ke main terrorist kehlaana chahoon. jab mujhe</w:t>
      </w:r>
    </w:p>
    <w:p>
      <w:pPr>
        <w:jc w:val="right"/>
      </w:pPr>
      <w:r>
        <w:t>جی آپ کو لڑائی سے نفرت نہیں، خون بہایا جائے اس سے نفرت نہیں، سوسائیڈ بمبنگ کی جائے اس سے نفرت نہیں، کیونکہ انڈیا سے نفرت ہے آپ کو، جبکہ انڈیا آپ کے لیے مدعو کے درجے میں ہے، مدعو کے درجے میں ہے۔ کتنی بھیانک صورتحال ہے یہ، کتنی بھیانک صورتحال ہے کہ ایک مسلمان یہ کہتا ہے کہ میں ٹیررسٹ کہلانا ہوں۔ جب مجھے ٹ</w:t>
      </w:r>
    </w:p>
    <w:p>
      <w:r>
        <w:rPr>
          <w:b/>
        </w:rPr>
        <w:t xml:space="preserve">[41:23] </w:t>
      </w:r>
      <w:r>
        <w:t>terrorist terrorist kaho to that is okay, mujhe Indian kaho ge to mujhe woh nahi gawara nahi hai. yeh yeh kis kon se psychology hai jo bol rahi hai? bataiye, yeh nafrat ki psychology hai. yeh nafrat kis se? mauzu se. mauzu se nafrat kyun hai? ke da'wat ka zeher khatm ho gaya. musalman yeh bhool gaye ke hamara mission</w:t>
      </w:r>
    </w:p>
    <w:p>
      <w:pPr>
        <w:jc w:val="right"/>
      </w:pPr>
      <w:r>
        <w:t>یررسٹ ٹیررسٹ کہو تو دیٹ از اوکے، مجھے انڈین کہو گے تو مجھے وہ نہیں گوارا نہیں ہے۔ یہ یہ کس کون سے سائیکالوجی ہے جو بول رہی ہے؟ بتائیے، یہ نفرت کی سائیکالوجی ہے۔ یہ نفرت کس سے؟ موضوع سے۔ موضوع سے نفرت کیوں ہے؟ کہ دعوت کا زہر ختم ہو گیا۔ مسلمان یہ بھول گئے کہ ہمارا م</w:t>
      </w:r>
    </w:p>
    <w:p>
      <w:r>
        <w:rPr>
          <w:b/>
        </w:rPr>
        <w:t xml:space="preserve">[41:53] </w:t>
      </w:r>
      <w:r>
        <w:t>da'wat ka mission hai. dekhiye, yeh jo maine kaha ke Islamization hai musalman, yeh har zamane mein ek si zaroorat paish aati hai. jab zamana badalta hai, naye log paida hote hain, nayi generation aati hai to is mein law of nature ke mutabiq bigad aata hai, un ka degeneration ho jata hai. Ibn Khaldun ne</w:t>
      </w:r>
    </w:p>
    <w:p>
      <w:pPr>
        <w:jc w:val="right"/>
      </w:pPr>
      <w:r>
        <w:t>شن دعوت کا مشن ہے۔ دیکھیے، یہ جو میں نے کہا کہ اسلامائش ہے مسلمان، یہ ہر زمانے میں ایک سے ضرورت پیش آتی ہے۔ جب زمانہ بدلتا ہے، نئے لوگ پیدا ہوتے ہیں، نئی جنریشن آتی ہے تو اس میں لاء آف نیچر کے مطابق بگاڑ آتا ہے، ان کا ڈی جنریشن ہو جاتا ہے۔ ابن خلدون نے</w:t>
      </w:r>
    </w:p>
    <w:p>
      <w:r>
        <w:rPr>
          <w:b/>
        </w:rPr>
        <w:t xml:space="preserve">[42:23] </w:t>
      </w:r>
      <w:r>
        <w:t>likha hai apne muqadme mein ke apne muqadme mein ke li aqwam a'maar kama lil afraad a'maar.</w:t>
      </w:r>
    </w:p>
    <w:p>
      <w:pPr>
        <w:jc w:val="right"/>
      </w:pPr>
      <w:r>
        <w:t>لکھا ہے اپنے مقدمے میں کہ اپنے مقدمہ میں کہ للاقوام اعمار کما للافراد اعمار۔</w:t>
      </w:r>
    </w:p>
    <w:p>
      <w:r>
        <w:rPr>
          <w:b/>
        </w:rPr>
        <w:t xml:space="preserve">[42:31] </w:t>
      </w:r>
      <w:r>
        <w:t>جس طرح ہمارے body میں decay ہوتا ہے، degeneration ہوتا ہے، ایسے قوموں کا بھی degeneration ہوتا ہے۔</w:t>
      </w:r>
    </w:p>
    <w:p>
      <w:pPr>
        <w:jc w:val="right"/>
      </w:pPr>
      <w:r>
        <w:t>جس طرح ہمارے باڈی میں ٹیکے ہوتا ہے، ڈی جنریشن ہوتا ہے، ایسے قوموں کا بھی ڈی جنریشن ہوتا ہے۔</w:t>
      </w:r>
    </w:p>
    <w:p>
      <w:r>
        <w:rPr>
          <w:b/>
        </w:rPr>
        <w:t xml:space="preserve">[42:38] </w:t>
      </w:r>
      <w:r>
        <w:t>تو Muslim sadaat exception Musalmanon ka bhi hota hai.</w:t>
      </w:r>
    </w:p>
    <w:p>
      <w:pPr>
        <w:jc w:val="right"/>
      </w:pPr>
      <w:r>
        <w:t>تو مسلم سادات ایکسیپشن مسلمانوں کا بھی ہوتا ہے۔</w:t>
      </w:r>
    </w:p>
    <w:p>
      <w:r>
        <w:rPr>
          <w:b/>
        </w:rPr>
        <w:t xml:space="preserve">[42:46] </w:t>
      </w:r>
      <w:r>
        <w:t>تو جب degeneration ہو جائے، اسی وقت پھر ان کو regenerate کرنا پڑتا ہے۔</w:t>
      </w:r>
    </w:p>
    <w:p>
      <w:pPr>
        <w:jc w:val="right"/>
      </w:pPr>
      <w:r>
        <w:t>تو جب ڈی جنریشن ہو جائے، اسی وقت پھر ان کو ری جنریٹ کرنا پڑتا ہے۔</w:t>
      </w:r>
    </w:p>
    <w:p>
      <w:r>
        <w:rPr>
          <w:b/>
        </w:rPr>
        <w:t xml:space="preserve">[42:54] </w:t>
      </w:r>
      <w:r>
        <w:t>تو degenerated لوگوں کو regenerate کرنا، degenerated لوگوں کو regenerate کرنا، وہی ہے Islamization of Muslims.</w:t>
      </w:r>
    </w:p>
    <w:p>
      <w:pPr>
        <w:jc w:val="right"/>
      </w:pPr>
      <w:r>
        <w:t>تو ڈی جنریٹڈ لوگوں کو ری جنریٹ کرنا، ڈی جنریٹڈ لوگوں کو ری جنریٹ کرنا، وہی ہے اسلامائش آف مسلمز۔</w:t>
      </w:r>
    </w:p>
    <w:p>
      <w:r>
        <w:rPr>
          <w:b/>
        </w:rPr>
        <w:t xml:space="preserve">[43:02] </w:t>
      </w:r>
      <w:r>
        <w:t>یعنی Islamization of Muslims یہی ہے کہ جن لوگوں کا degeneration ہو چکا ہے، انہیں آپ re</w:t>
      </w:r>
    </w:p>
    <w:p>
      <w:pPr>
        <w:jc w:val="right"/>
      </w:pPr>
      <w:r>
        <w:t>یعنی اسلامائش آف مسلمز یہی ہے کہ جن لوگوں کا ڈی جنریشن ہو چکا ہے، انہیں آپ ری</w:t>
      </w:r>
    </w:p>
    <w:p>
      <w:r>
        <w:rPr>
          <w:b/>
        </w:rPr>
        <w:t xml:space="preserve">[43:09] </w:t>
      </w:r>
      <w:r>
        <w:t>generate karen, revive karen, phir se jagayen, phir se is spirit ko taza karen jo in se nikal gayi hai.</w:t>
      </w:r>
    </w:p>
    <w:p>
      <w:pPr>
        <w:jc w:val="right"/>
      </w:pPr>
      <w:r>
        <w:t>جنریٹ کریں، ریوائیو کریں، پھر سے جگائیں، پھر سے اسپیریٹ کو تازہ کریں جو ان سے نکل گئی ہے۔</w:t>
      </w:r>
    </w:p>
    <w:p>
      <w:r>
        <w:rPr>
          <w:b/>
        </w:rPr>
        <w:t xml:space="preserve">[43:17] </w:t>
      </w:r>
      <w:r>
        <w:t>to yeh kaam</w:t>
      </w:r>
    </w:p>
    <w:p>
      <w:pPr>
        <w:jc w:val="right"/>
      </w:pPr>
      <w:r>
        <w:t>تو یہ کام</w:t>
      </w:r>
    </w:p>
    <w:p>
      <w:r>
        <w:rPr>
          <w:b/>
        </w:rPr>
        <w:t xml:space="preserve">[43:24] </w:t>
      </w:r>
      <w:r>
        <w:t>isi isi isi ko tajdeed kaha jata hai.</w:t>
      </w:r>
    </w:p>
    <w:p>
      <w:pPr>
        <w:jc w:val="right"/>
      </w:pPr>
      <w:r>
        <w:t>اسی اسی اسی کو تجدید کہا جاتا ہے۔</w:t>
      </w:r>
    </w:p>
    <w:p>
      <w:r>
        <w:rPr>
          <w:b/>
        </w:rPr>
        <w:t xml:space="preserve">[43:30] </w:t>
      </w:r>
      <w:r>
        <w:t>hadith mein aata hai ke Allah taala har sadi ke har sadi mein har sadi ke siray par</w:t>
      </w:r>
    </w:p>
    <w:p>
      <w:pPr>
        <w:jc w:val="right"/>
      </w:pPr>
      <w:r>
        <w:t>حدیث میں آتا ہے کہ اللہ تعالی ہر صدی کے ہر صدی میں ہر صدی کے سرے پر</w:t>
      </w:r>
    </w:p>
    <w:p>
      <w:r>
        <w:rPr>
          <w:b/>
        </w:rPr>
        <w:t xml:space="preserve">[43:36] </w:t>
      </w:r>
      <w:r>
        <w:t>ek ek mujaddid paida karta hai.</w:t>
      </w:r>
    </w:p>
    <w:p>
      <w:pPr>
        <w:jc w:val="right"/>
      </w:pPr>
      <w:r>
        <w:t>ایک ایک مجدد پیدا کرتا ہے۔</w:t>
      </w:r>
    </w:p>
    <w:p>
      <w:r>
        <w:rPr>
          <w:b/>
        </w:rPr>
        <w:t xml:space="preserve">[43:42] </w:t>
      </w:r>
      <w:r>
        <w:t>an allaha ya kull yani har sadi par aisa hota hai ke roohon ke andar bigaad aa jata</w:t>
      </w:r>
    </w:p>
    <w:p>
      <w:pPr>
        <w:jc w:val="right"/>
      </w:pPr>
      <w:r>
        <w:t>ان اللہ یا کل یعنی ہر صدی پر ایسا ہوتا ہے کہ روحوں کے اندر بگاڑ آ جاتا</w:t>
      </w:r>
    </w:p>
    <w:p>
      <w:r>
        <w:rPr>
          <w:b/>
        </w:rPr>
        <w:t xml:space="preserve">[43:48] </w:t>
      </w:r>
      <w:r>
        <w:t>ہے، degeneration ہو جاتا ہے۔ تو پھر</w:t>
      </w:r>
    </w:p>
    <w:p>
      <w:pPr>
        <w:jc w:val="right"/>
      </w:pPr>
      <w:r>
        <w:t>ہے، ڈی جنریشن ہو جاتا ہے۔ تو پھر</w:t>
      </w:r>
    </w:p>
    <w:p>
      <w:r>
        <w:rPr>
          <w:b/>
        </w:rPr>
        <w:t xml:space="preserve">[43:55] </w:t>
      </w:r>
      <w:r>
        <w:t>Allah taala ki taraf se ek insan khada hota hai, us ki tajdid karta hai, phir se revive karta hai, phir se un ko Islamize karta hai. yeh ek process hai, process hai, process chalta rahe ga. is waqt jo musalman hain, un ka sab se bada bigad yeh hai ke Quran un ke liye book of pride ban gaya hai, book of guidance nahi ban gaya. pride ke sense mein to khoob musalman Quran ko mante</w:t>
      </w:r>
    </w:p>
    <w:p>
      <w:pPr>
        <w:jc w:val="right"/>
      </w:pPr>
      <w:r>
        <w:t>اللہ تعالی کی طرف سے ایک انسان کھڑا ہوتا ہے، اس کی تجدید کرتا ہے، پھر سے ریوائیو کرتا ہے، پھر سے ان کو اسلامائز کرتا ہے۔ یہ ایک پروسیس ہے، پروسیس ہے، پروسیس چلتا رہے گا۔ اس وقت جو مسلمان ہیں، ان کا سب سے بڑا بگاڑ یہ ہے کہ قرآن ان کے لیے بک آف پرائیڈ بن گیا ہے، بک آف گائیڈنس نہیں بن گئی۔ پرائیڈ کے سینس میں تو خوب مسلمان قرآن کو مانتے</w:t>
      </w:r>
    </w:p>
    <w:p>
      <w:r>
        <w:rPr>
          <w:b/>
        </w:rPr>
        <w:t xml:space="preserve">[44:25] </w:t>
      </w:r>
      <w:r>
        <w:t>hain, lekin guidance ke sense mein kuch bhi nahi. in terms of guidance Quran nothing hai un ke liye, lekin in terms of pride Quran un ke liye bahut badi cheez hai. to sab se zyada zaroori kaam is waqt musalmanon ke liye yeh hai ke woh un ke mind ki regenerating ki jaye, un ko is</w:t>
      </w:r>
    </w:p>
    <w:p>
      <w:pPr>
        <w:jc w:val="right"/>
      </w:pPr>
      <w:r>
        <w:t>ہیں، لیکن گائیڈنس کے سینس میں کچھ بھی نہیں۔ ان ٹرمز آف گائیڈنس قرآن نتھنگ ہے ان کے لیے، لیکن ان ٹرمز آف پرائیڈ قرآن ان کے لیے بہت بڑی چیز ہے۔ تو سب سے زیادہ ضروری کام اس وقت مسلمانوں کے لیے یہ ہے کہ وہ ان کے مائنڈ کی ری جنرنگ کی جائے، ان کو اس</w:t>
      </w:r>
    </w:p>
    <w:p>
      <w:r>
        <w:rPr>
          <w:b/>
        </w:rPr>
        <w:t xml:space="preserve">[44:55] </w:t>
      </w:r>
      <w:r>
        <w:t>ke liye tayyar kiya jaye ke woh quran ko apna book of guidance manen, har cheez ko quran</w:t>
      </w:r>
    </w:p>
    <w:p>
      <w:pPr>
        <w:jc w:val="right"/>
      </w:pPr>
      <w:r>
        <w:t>کے لیے تیار کیا جائے کہ وہ قرآن کو اپنا بک آف گائیڈنس مانیں، ہر چیز کو قرآن</w:t>
      </w:r>
    </w:p>
    <w:p>
      <w:r>
        <w:rPr>
          <w:b/>
        </w:rPr>
        <w:t xml:space="preserve">[45:02] </w:t>
      </w:r>
      <w:r>
        <w:t>ke criteria se judge karen, har cheez ko quran ki roshni mein dekhen.</w:t>
      </w:r>
    </w:p>
    <w:p>
      <w:pPr>
        <w:jc w:val="right"/>
      </w:pPr>
      <w:r>
        <w:t>کے کرائٹیریا سے جج کریں، ہر چیز کو قرآن کی روشنی میں دیکھیں۔</w:t>
      </w:r>
    </w:p>
    <w:p>
      <w:r>
        <w:rPr>
          <w:b/>
        </w:rPr>
        <w:t xml:space="preserve">[45:10] </w:t>
      </w:r>
      <w:r>
        <w:t>jab tak aisa nahi hoga, koi bhi haqeeqi islaah hone wali nahi hai.</w:t>
      </w:r>
    </w:p>
    <w:p>
      <w:pPr>
        <w:jc w:val="right"/>
      </w:pPr>
      <w:r>
        <w:t>جب تک ایسا نہیں ہوگا، کوئی بھی حقیقی اصلاح ہونے والی نہیں ہے۔</w:t>
      </w:r>
    </w:p>
    <w:p>
      <w:r>
        <w:rPr>
          <w:b/>
        </w:rPr>
        <w:t xml:space="preserve">[45:17] </w:t>
      </w:r>
      <w:r>
        <w:t>jalsay jaloos aaj kal jo ho rahe hain, un se kuch bhi nahi hone wala hai.</w:t>
      </w:r>
    </w:p>
    <w:p>
      <w:pPr>
        <w:jc w:val="right"/>
      </w:pPr>
      <w:r>
        <w:t>جلسے جلوس آج کل جو ہو رہے ہیں، ان سے کچھ بھی نہیں ہونے والا ہے۔</w:t>
      </w:r>
    </w:p>
    <w:p>
      <w:r>
        <w:rPr>
          <w:b/>
        </w:rPr>
        <w:t xml:space="preserve">[45:25] </w:t>
      </w:r>
      <w:r>
        <w:t>ek sahib ne hum se kaha ke aap grass root level pe to koi kaam nahi karte. yeh bhi ajeeb o ghareeb cheez hai. grass root level, grass root level ka matlab hota hai ke ordinary insan, jo aam log jo hain, ya awam ki bheed hai, us mein. to maine kaha grass root level jo hai, woh mind hai, mind awam nahi hai.</w:t>
      </w:r>
    </w:p>
    <w:p>
      <w:pPr>
        <w:jc w:val="right"/>
      </w:pPr>
      <w:r>
        <w:t>ایک صاحب نے ہم سے کہا کہ آپ گراس روٹ لیول پہ تو کوئی کام نہیں کرتے۔ یہ بھی عجیب و غریب چیز ہے۔ گراس روٹ لیول، گراس روٹ لیول کا مطلب ہوتا ہے کہ آرڈنری انسان، جو عام لوگ جو ہیں، یا عوام کی بھیڑ ہے، اس میں۔ تو میں نے کہا گراس روٹ لیول جو ہے، وہ مائنڈ ہے، مائنڈ عوام نہیں ہے۔</w:t>
      </w:r>
    </w:p>
    <w:p>
      <w:r>
        <w:rPr>
          <w:b/>
        </w:rPr>
        <w:t xml:space="preserve">[45:55] </w:t>
      </w:r>
      <w:r>
        <w:t>asal mein yeh lafz jo hai, grass root level wala jo lafz hai, yeh aaya hai democracy ke baad.</w:t>
      </w:r>
    </w:p>
    <w:p>
      <w:pPr>
        <w:jc w:val="right"/>
      </w:pPr>
      <w:r>
        <w:t>اصل میں یہ لفظ جو ہے، گراس روٹ لیول والا جو لفظ ہے، یہ آیا ہے ڈیموکریسی کے بعد۔</w:t>
      </w:r>
    </w:p>
    <w:p>
      <w:r>
        <w:rPr>
          <w:b/>
        </w:rPr>
        <w:t xml:space="preserve">[46:00] </w:t>
      </w:r>
      <w:r>
        <w:t>jab democracy aayi duniya mein to kya hua ke ginti ki ahmiyat barh gayi, number ki ahmiyat barh gayi.</w:t>
      </w:r>
    </w:p>
    <w:p>
      <w:pPr>
        <w:jc w:val="right"/>
      </w:pPr>
      <w:r>
        <w:t>جب ڈیموکریسی آئی دنیا میں تو کیا ہوا کہ گنتی کی اہمیت بڑھ گئی، نمبر کی اہمیت بڑھ گئی۔</w:t>
      </w:r>
    </w:p>
    <w:p>
      <w:r>
        <w:rPr>
          <w:b/>
        </w:rPr>
        <w:t xml:space="preserve">[46:05] </w:t>
      </w:r>
      <w:r>
        <w:t>yani jis ke sath jitni zyada ginti ho, woh rule karega.</w:t>
      </w:r>
    </w:p>
    <w:p>
      <w:pPr>
        <w:jc w:val="right"/>
      </w:pPr>
      <w:r>
        <w:t>یعنی جس کے ساتھ جتنی زیادہ گنتی ہو، وہ رول کرے گا۔</w:t>
      </w:r>
    </w:p>
    <w:p>
      <w:r>
        <w:rPr>
          <w:b/>
        </w:rPr>
        <w:t xml:space="preserve">[46:10] </w:t>
      </w:r>
      <w:r>
        <w:t>woh toh ginti mein toh awam zyada hote hain, elite class 10 percent hota hai toh 90 percent</w:t>
      </w:r>
    </w:p>
    <w:p>
      <w:pPr>
        <w:jc w:val="right"/>
      </w:pPr>
      <w:r>
        <w:t>وہ تو گنتی میں تو عوام زیادہ ہوتے ہیں، ایلیٹ کلاس 10 پرسنٹ ہوتا ہے تو 90 پرسنٹ</w:t>
      </w:r>
    </w:p>
    <w:p>
      <w:r>
        <w:rPr>
          <w:b/>
        </w:rPr>
        <w:t xml:space="preserve">[46:15] </w:t>
      </w:r>
      <w:r>
        <w:t>awam hote hain.</w:t>
      </w:r>
    </w:p>
    <w:p>
      <w:pPr>
        <w:jc w:val="right"/>
      </w:pPr>
      <w:r>
        <w:t>عوام ہوتے ہیں۔</w:t>
      </w:r>
    </w:p>
    <w:p>
      <w:r>
        <w:rPr>
          <w:b/>
        </w:rPr>
        <w:t xml:space="preserve">[46:20] </w:t>
      </w:r>
      <w:r>
        <w:t>har society mein elite class agar 10</w:t>
      </w:r>
    </w:p>
    <w:p>
      <w:pPr>
        <w:jc w:val="right"/>
      </w:pPr>
      <w:r>
        <w:t>ہر سوسائٹی میں ایلیٹ کلاس اگر 10</w:t>
      </w:r>
    </w:p>
    <w:p>
      <w:r>
        <w:rPr>
          <w:b/>
        </w:rPr>
        <w:t xml:space="preserve">[46:25] </w:t>
      </w:r>
      <w:r>
        <w:t>percent hota hai toh 90 percent awam hote hain, common log hote hain.</w:t>
      </w:r>
    </w:p>
    <w:p>
      <w:pPr>
        <w:jc w:val="right"/>
      </w:pPr>
      <w:r>
        <w:t>پرسنٹ ہوتا ہے تو 90 پرسنٹ عوام ہوتے ہیں، کامن لوگ ہوتے ہیں۔</w:t>
      </w:r>
    </w:p>
    <w:p>
      <w:r>
        <w:rPr>
          <w:b/>
        </w:rPr>
        <w:t xml:space="preserve">[46:30] </w:t>
      </w:r>
      <w:r>
        <w:t>toh democracy mein election hota hai, aap ko election mein hissa lena hai.</w:t>
      </w:r>
    </w:p>
    <w:p>
      <w:pPr>
        <w:jc w:val="right"/>
      </w:pPr>
      <w:r>
        <w:t>تو ڈیموکریسی میں الیکشن ہوتا ہے، آپ کو الیکشن میں حصہ لینا ہے۔</w:t>
      </w:r>
    </w:p>
    <w:p>
      <w:r>
        <w:rPr>
          <w:b/>
        </w:rPr>
        <w:t xml:space="preserve">[46:35] </w:t>
      </w:r>
      <w:r>
        <w:t>toh elite class mein kaam kar ke aap jeet nahi sakte, aap ko jana parta hai awam mein,</w:t>
      </w:r>
    </w:p>
    <w:p>
      <w:pPr>
        <w:jc w:val="right"/>
      </w:pPr>
      <w:r>
        <w:t>تو ایلیٹ کلاس میں کام کر کے آپ جیت نہیں سکتے، آپ کو جانا پڑتا ہے عوام میں،</w:t>
      </w:r>
    </w:p>
    <w:p>
      <w:r>
        <w:rPr>
          <w:b/>
        </w:rPr>
        <w:t xml:space="preserve">[46:40] </w:t>
      </w:r>
      <w:r>
        <w:t>awam ko mobilize karna parta hai, un ke un ke vote ko un ko kehna parta hai ke</w:t>
      </w:r>
    </w:p>
    <w:p>
      <w:pPr>
        <w:jc w:val="right"/>
      </w:pPr>
      <w:r>
        <w:t>عوام کو موبیلائز کرنا پڑتا ہے، ان کے ان کے ووٹ کو ان کو کہنا پڑتا ہے کہ</w:t>
      </w:r>
    </w:p>
    <w:p>
      <w:r>
        <w:rPr>
          <w:b/>
        </w:rPr>
        <w:t xml:space="preserve">[46:45] </w:t>
      </w:r>
      <w:r>
        <w:t>humein vote do.</w:t>
      </w:r>
    </w:p>
    <w:p>
      <w:pPr>
        <w:jc w:val="right"/>
      </w:pPr>
      <w:r>
        <w:t>ہمیں ووٹ دو۔</w:t>
      </w:r>
    </w:p>
    <w:p>
      <w:r>
        <w:rPr>
          <w:b/>
        </w:rPr>
        <w:t xml:space="preserve">[46:50] </w:t>
      </w:r>
      <w:r>
        <w:t>toh yahan se yeh term</w:t>
      </w:r>
    </w:p>
    <w:p>
      <w:pPr>
        <w:jc w:val="right"/>
      </w:pPr>
      <w:r>
        <w:t>تو یہاں سے یہ ٹرم</w:t>
      </w:r>
    </w:p>
    <w:p>
      <w:r>
        <w:rPr>
          <w:b/>
        </w:rPr>
        <w:t xml:space="preserve">[46:55] </w:t>
      </w:r>
      <w:r>
        <w:t>bana hai ke grass root level par kaam karo.</w:t>
      </w:r>
    </w:p>
    <w:p>
      <w:pPr>
        <w:jc w:val="right"/>
      </w:pPr>
      <w:r>
        <w:t>بنا ہے کہ گراس روٹ لیول پر کام کرو۔</w:t>
      </w:r>
    </w:p>
    <w:p>
      <w:r>
        <w:rPr>
          <w:b/>
        </w:rPr>
        <w:t xml:space="preserve">[47:01] </w:t>
      </w:r>
      <w:r>
        <w:t>lekin yeh is ka taluq dekhen, do alag alag cheezain hain.</w:t>
      </w:r>
    </w:p>
    <w:p>
      <w:pPr>
        <w:jc w:val="right"/>
      </w:pPr>
      <w:r>
        <w:t>لیکن یہ اس کا تعلق دیکھیں، دو الگ الگ چیزیں ہیں۔</w:t>
      </w:r>
    </w:p>
    <w:p>
      <w:r>
        <w:rPr>
          <w:b/>
        </w:rPr>
        <w:t xml:space="preserve">[47:07] </w:t>
      </w:r>
      <w:r>
        <w:t>ek hai democracy ke setup mein hukoomat tak pahunchna, aur ek hai revolution.</w:t>
      </w:r>
    </w:p>
    <w:p>
      <w:pPr>
        <w:jc w:val="right"/>
      </w:pPr>
      <w:r>
        <w:t>ایک ہے ڈیموکریسی کے سیٹ اپ میں حکومت تک پہنچنا، اور ایک ہے ریولوشن۔</w:t>
      </w:r>
    </w:p>
    <w:p>
      <w:r>
        <w:rPr>
          <w:b/>
        </w:rPr>
        <w:t xml:space="preserve">[47:13] </w:t>
      </w:r>
      <w:r>
        <w:t>democracy mein election jeetna ek alag cheez hai, revolution ek alag cheez hai.</w:t>
      </w:r>
    </w:p>
    <w:p>
      <w:pPr>
        <w:jc w:val="right"/>
      </w:pPr>
      <w:r>
        <w:t>ڈیموکریسی میں الیکشن جیتنا ایک الگ چیز ہے، ریولوشن ایک الگ چیز ہے۔</w:t>
      </w:r>
    </w:p>
    <w:p>
      <w:r>
        <w:rPr>
          <w:b/>
        </w:rPr>
        <w:t xml:space="preserve">[47:19] </w:t>
      </w:r>
      <w:r>
        <w:t>toh agar aap democracy ke setup mein hukoomat tak pahunchna cha</w:t>
      </w:r>
    </w:p>
    <w:p>
      <w:pPr>
        <w:jc w:val="right"/>
      </w:pPr>
      <w:r>
        <w:t>تو اگر آپ ڈیموکریسی کے سیٹ اپ میں حکومت تک پہنچنا چ</w:t>
      </w:r>
    </w:p>
    <w:p>
      <w:r>
        <w:rPr>
          <w:b/>
        </w:rPr>
        <w:t xml:space="preserve">[47:25] </w:t>
      </w:r>
      <w:r>
        <w:t>hte hain toh aap yahi karenge ke awam mein jayenge, awam mein khoob logon ko mobilize karenge.</w:t>
      </w:r>
    </w:p>
    <w:p>
      <w:pPr>
        <w:jc w:val="right"/>
      </w:pPr>
      <w:r>
        <w:t>اہتے ہیں تو آپ یہی کریں گے کہ عوام میں جائیں گے، عوام میں خوب لوگوں کو موبیلائز کریں گے۔</w:t>
      </w:r>
    </w:p>
    <w:p>
      <w:r>
        <w:rPr>
          <w:b/>
        </w:rPr>
        <w:t xml:space="preserve">[47:33] </w:t>
      </w:r>
      <w:r>
        <w:t>toh jis ko kehte hain grass root level par chhalang lagayenge.</w:t>
      </w:r>
    </w:p>
    <w:p>
      <w:pPr>
        <w:jc w:val="right"/>
      </w:pPr>
      <w:r>
        <w:t>تو جس کو کہتے ہیں گراس روٹ لیول پر چھلانگ لگائیں گے۔</w:t>
      </w:r>
    </w:p>
    <w:p>
      <w:r>
        <w:rPr>
          <w:b/>
        </w:rPr>
        <w:t xml:space="preserve">[47:40] </w:t>
      </w:r>
      <w:r>
        <w:t>lekin agar aap revolution chahte hain, revolution to is se kuch bhi nahi hone wala hai.</w:t>
      </w:r>
    </w:p>
    <w:p>
      <w:pPr>
        <w:jc w:val="right"/>
      </w:pPr>
      <w:r>
        <w:t>لیکن اگر آپ ریولوشن چاہتے ہیں، ریولوشن تو اس سے کچھ بھی نہیں ہونے والا ہے۔</w:t>
      </w:r>
    </w:p>
    <w:p>
      <w:r>
        <w:rPr>
          <w:b/>
        </w:rPr>
        <w:t xml:space="preserve">[47:48] </w:t>
      </w:r>
      <w:r>
        <w:t>phir to aap ko insan ka mind ko address karna pare ga, insan ka mind ko address karna pare ga.</w:t>
      </w:r>
    </w:p>
    <w:p>
      <w:pPr>
        <w:jc w:val="right"/>
      </w:pPr>
      <w:r>
        <w:t>پھر تو آپ کو انسان کا مائنڈ کو ایڈریس کرنا پڑے گا، انسان کا مائنڈ کو ایڈریس کرنا پڑے گا۔</w:t>
      </w:r>
    </w:p>
    <w:p>
      <w:r>
        <w:rPr>
          <w:b/>
        </w:rPr>
        <w:t xml:space="preserve">[47:56] </w:t>
      </w:r>
      <w:r>
        <w:t>agar aap ko revolution lana hai, revolution logon ki soch badle, logon ki soch badle, way of thinking badle.</w:t>
      </w:r>
    </w:p>
    <w:p>
      <w:pPr>
        <w:jc w:val="right"/>
      </w:pPr>
      <w:r>
        <w:t>اگر آپ کو ریولوشن لانا ہے، ریولوشن لوگوں کی سوچ بدلے، لوگوں کی سوچ بدلے، وے آف تھنکنگ بدلے۔</w:t>
      </w:r>
    </w:p>
    <w:p>
      <w:r>
        <w:rPr>
          <w:b/>
        </w:rPr>
        <w:t xml:space="preserve">[48:02] </w:t>
      </w:r>
      <w:r>
        <w:t>jab way of thinking badle gi to behavior badle ga, character badle ga, personality badle gi.</w:t>
      </w:r>
    </w:p>
    <w:p>
      <w:pPr>
        <w:jc w:val="right"/>
      </w:pPr>
      <w:r>
        <w:t>جب وے آف تھنکنگ بدلے گی تو بیہیویئر بدلے گا، کریکٹر بدلے گا، پرسنیلٹی بدلے گی۔</w:t>
      </w:r>
    </w:p>
    <w:p>
      <w:r>
        <w:rPr>
          <w:b/>
        </w:rPr>
        <w:t xml:space="preserve">[48:08] </w:t>
      </w:r>
      <w:r>
        <w:t>ek ki badle gi, phir aur ki badle gi, phir society badle gi.</w:t>
      </w:r>
    </w:p>
    <w:p>
      <w:pPr>
        <w:jc w:val="right"/>
      </w:pPr>
      <w:r>
        <w:t>ایک کی بدلے گی، پھر اور کی بدلے گی، پھر سوسائٹی بدلے گی۔</w:t>
      </w:r>
    </w:p>
    <w:p>
      <w:r>
        <w:rPr>
          <w:b/>
        </w:rPr>
        <w:t xml:space="preserve">[48:14] </w:t>
      </w:r>
      <w:r>
        <w:t>to phir revolution aye ga.</w:t>
      </w:r>
    </w:p>
    <w:p>
      <w:pPr>
        <w:jc w:val="right"/>
      </w:pPr>
      <w:r>
        <w:t>تو پھر ریولوشن آئے گا۔</w:t>
      </w:r>
    </w:p>
    <w:p>
      <w:r>
        <w:rPr>
          <w:b/>
        </w:rPr>
        <w:t xml:space="preserve">[48:20] </w:t>
      </w:r>
      <w:r>
        <w:t>to dawat ka nishana yeh nahi ke aap awam ko mobilize kar ke vote le lain aur hukumat</w:t>
      </w:r>
    </w:p>
    <w:p>
      <w:pPr>
        <w:jc w:val="right"/>
      </w:pPr>
      <w:r>
        <w:t>تو دعوت کا نشانہ یہ نہیں کہ آپ عوام کو موبیلائز کر کے ووٹ لے لیں اور حکومت</w:t>
      </w:r>
    </w:p>
    <w:p>
      <w:r>
        <w:rPr>
          <w:b/>
        </w:rPr>
        <w:t xml:space="preserve">[48:26] </w:t>
      </w:r>
      <w:r>
        <w:t>par qabiz ho jayen. yeh dawat ka nishana hi nahi hai, dawat ka nishana hai revolution lana. hum se kai log kehte hain ke aap grass root level par to kaam hi nahi karte. bhai, grass root level in ke liye hai jo election mein jeet kar ke hukumat par tak pahunchna chahte hain. dawat mein is ki koi ahmiyat nahi hai. dawat ka jo grass root level hai, woh mind hai insaan ka. isi liye hamari</w:t>
      </w:r>
    </w:p>
    <w:p>
      <w:pPr>
        <w:jc w:val="right"/>
      </w:pPr>
      <w:r>
        <w:t>پر قابض ہو جائیں۔ یہ دعوت کا نشانہ ہی نہیں ہے، دعوت کا نشانہ ہے ریولوشن لانا۔ ہم سے کئی لوگ کہتے ہیں کہ آپ گراس روٹ لیول پر تو کام ہی نہیں کرتے۔ بھئی، گراس روٹ لیول ان کے لیے ہے جو الیکشن میں جیت کر کے حکومت پر تک پہنچنا چاہتے ہیں۔ دعوت میں اس کی کوئی اہمیت نہیں ہے۔ دعوت کا جو گراس روٹ لیول ہے، وہ مائنڈ ہے انسان کا۔ اسی لیے ہماری</w:t>
      </w:r>
    </w:p>
    <w:p>
      <w:r>
        <w:rPr>
          <w:b/>
        </w:rPr>
        <w:t xml:space="preserve">[48:56] </w:t>
      </w:r>
      <w:r>
        <w:t>tehreek mein aap jante hain ke literature based hai, mind ko address karte hain, cheezon ko reason reason reason out karte hain taake logon ko yaqeen ho is ke bare mein. aur yahi tareeqa hai Quran ka aur aur paighambaron ka. dekhiye, Quran mein aap padhenge bar bar ke ulul albab ko address kiya gaya hai. ulul albab aql walon, yani aql walon ko address karne ka</w:t>
      </w:r>
    </w:p>
    <w:p>
      <w:pPr>
        <w:jc w:val="right"/>
      </w:pPr>
      <w:r>
        <w:t>تحریک میں آپ جانتے ہیں کہ لٹریچر بیسڈ ہے، مائنڈ کو ایڈریس کرتے ہیں، چیزوں کو ریزن ریزن ریزن آؤٹ کرتے ہیں تاکہ لوگوں کو یقین ہو اس کے بارے میں۔ اور یہی طریقہ ہے قرآن کا اور اور پیغمبروں کا۔ دیکھیں، قرآن میں آپ پڑھیں گے بار بار کہ اول الالباب کو ایڈریس کیا گیا ہے۔ اول الالباب عقل والوں، یعنی عقل والوں کو ایڈریس کرنے کا</w:t>
      </w:r>
    </w:p>
    <w:p>
      <w:r>
        <w:rPr>
          <w:b/>
        </w:rPr>
        <w:t xml:space="preserve">[49:26] </w:t>
      </w:r>
      <w:r>
        <w:t>kya matlab hai? aap ghor kijiye, yani bheed ko nahi address karta Quran majeed, jis ko aap kehte hain grass root level. nahi, aql ko, mind ko jagah jagah hai. ulul albab, ulul albab lub mani hote hain aql, yani aey aql walon, aey aql walon. to aql ko address karta hai quran</w:t>
      </w:r>
    </w:p>
    <w:p>
      <w:pPr>
        <w:jc w:val="right"/>
      </w:pPr>
      <w:r>
        <w:t>کیا مطلب ہے؟ آپ غور کیجئے، یعنی بھیڑ کو نہیں ایڈریس کرتا قرآن مجید، جس کو آپ کہتے ہیں گراس روٹ لیول۔ نہیں، عقل کو، مائنڈ کو جگہ جگہ ہے۔ اول الباب، اول الباب لب معنی ہوتے ہیں عقل، یعنی اے عقل والو، اے عقل والو۔ تو عقل کو ایڈریس کرتا ہے قر</w:t>
      </w:r>
    </w:p>
    <w:p>
      <w:r>
        <w:rPr>
          <w:b/>
        </w:rPr>
        <w:t xml:space="preserve">[49:56] </w:t>
      </w:r>
      <w:r>
        <w:t>on, reason ko address karta hai Quran, mind ko address karta hai Quran.</w:t>
      </w:r>
    </w:p>
    <w:p>
      <w:pPr>
        <w:jc w:val="right"/>
      </w:pPr>
      <w:r>
        <w:t>آن، ریزن کو ایڈریس کرتا ہے قرآن، مائنڈ کو ایڈریس کرتا ہے قرآن۔</w:t>
      </w:r>
    </w:p>
    <w:p>
      <w:r>
        <w:rPr>
          <w:b/>
        </w:rPr>
        <w:t xml:space="preserve">[50:02] </w:t>
      </w:r>
      <w:r>
        <w:t>to grass root level wala jo nazariya hai, woh sarta sar irrelevant hai dawat ke kaam ke liye, irrelevant hai.</w:t>
      </w:r>
    </w:p>
    <w:p>
      <w:pPr>
        <w:jc w:val="right"/>
      </w:pPr>
      <w:r>
        <w:t>تو گراس روٹ لیول والا جو نظریہ ہے، وہ سرتاسر ارریلیونٹ ہے دعوت کے کام کے لیے، ارریلیونٹ ہے۔</w:t>
      </w:r>
    </w:p>
    <w:p>
      <w:r>
        <w:rPr>
          <w:b/>
        </w:rPr>
        <w:t xml:space="preserve">[50:09] </w:t>
      </w:r>
      <w:r>
        <w:t>yeh yeh jo election jeetta hai, us ko us ke liye to theek hai, yeh hamein election jeetna nahi hai.</w:t>
      </w:r>
    </w:p>
    <w:p>
      <w:pPr>
        <w:jc w:val="right"/>
      </w:pPr>
      <w:r>
        <w:t>یہ یہ جو الیکشن جیتتا ہے، اس کو اس کے لیے تو ٹھیک ہے، یہ ہمیں الیکشن جیتنا نہیں ہے۔</w:t>
      </w:r>
    </w:p>
    <w:p>
      <w:r>
        <w:rPr>
          <w:b/>
        </w:rPr>
        <w:t xml:space="preserve">[50:15] </w:t>
      </w:r>
      <w:r>
        <w:t>hamein to insan mein change lana hai, hamein insan mein revolution lana hai, pehle fard mein, phir group</w:t>
      </w:r>
    </w:p>
    <w:p>
      <w:pPr>
        <w:jc w:val="right"/>
      </w:pPr>
      <w:r>
        <w:t>ہمیں تو انسان میں چینج لانا ہے، ہمیں انسان میں ریولوشن لانا ہے، پہلے فرد میں، پھر گروپ</w:t>
      </w:r>
    </w:p>
    <w:p>
      <w:r>
        <w:rPr>
          <w:b/>
        </w:rPr>
        <w:t xml:space="preserve">[50:22] </w:t>
      </w:r>
      <w:r>
        <w:t>mein, phir doosron mein.</w:t>
      </w:r>
    </w:p>
    <w:p>
      <w:pPr>
        <w:jc w:val="right"/>
      </w:pPr>
      <w:r>
        <w:t>میں، پھر دوسروں میں۔</w:t>
      </w:r>
    </w:p>
    <w:p>
      <w:r>
        <w:rPr>
          <w:b/>
        </w:rPr>
        <w:t xml:space="preserve">[50:28] </w:t>
      </w:r>
      <w:r>
        <w:t>yeh sari baatein kyun ho rahi hain? is liye ke Quran ko samne rakh kar ke log sochte nahi. Quran ko samne rakh log sochte nahi, apne dimagh se bolte hain, apne dimagh se sochte hain. to yeh bohat khatarnak baat hai. kal mein soch raha tha ke kal mein so</w:t>
      </w:r>
    </w:p>
    <w:p>
      <w:pPr>
        <w:jc w:val="right"/>
      </w:pPr>
      <w:r>
        <w:t>یہ ساری باتیں کیوں ہو رہی ہیں؟ اس لیے کہ قرآن کو سامنے رکھ کر کے لوگ سوچتے نہیں۔ قرآن کو سامنے رکھ کر لوگ سوچتے نہیں، اپنے دماغ سے بولتے ہیں، اپنے دماغ سے سوچتے ہیں۔ تو یہ بہت خطرناک بات ہے۔ کل میں سوچ رہا تھا کہ کل میں سو</w:t>
      </w:r>
    </w:p>
    <w:p>
      <w:r>
        <w:rPr>
          <w:b/>
        </w:rPr>
        <w:t xml:space="preserve">[50:58] </w:t>
      </w:r>
      <w:r>
        <w:t>ch raha tha ke log kyun aisa insecure ho gaye hain. to mein ne socha ke log logon ko maut ka darr nahi hai, maut ka darr nahi hai. jar ki baat yeh hai ke maut ka darr nahi hai. achha, maut ka darr kyun nahi hai? yeh padhta hoon, mein ne likha tha is par ke insaan ke jitne bhi actions hain, jitne bhi behaviour hain, jo kuch bhi hai, sab DNA mein hota</w:t>
      </w:r>
    </w:p>
    <w:p>
      <w:pPr>
        <w:jc w:val="right"/>
      </w:pPr>
      <w:r>
        <w:t>چ رہا تھا کہ لوگ کیوں ایسا ان سنسر ہو گئے ہیں۔ تو میں نے سوچا کہ لوگ لوگوں کو موت کا ڈر نہیں ہے، موت کا ڈر نہیں ہے۔ جڑ کی بات یہ ہے کہ موت کا ڈر نہیں ہے۔ اچھا، موت کا ڈر کیوں نہیں ہے؟ یہ پڑھتا ہوں، میں نے لکھا تھا اس پر کہ انسان کے جتنے بھی ایکشنز ہیں، جتنے بھی بیہیویئر ہیں، جو کچھ بھی ہے، سب ڈی این اے میں ہوتا</w:t>
      </w:r>
    </w:p>
    <w:p>
      <w:r>
        <w:rPr>
          <w:b/>
        </w:rPr>
        <w:t xml:space="preserve">[51:28] </w:t>
      </w:r>
      <w:r>
        <w:t>hai. complications tak DNA mein hota hai, sab kuch DNA mein hota hai. lekin ek cheez DNA mein nahi hoti hai, woh hai maut. kab marega insaan? yeh nahi hoti hai. to DNA mein chuki nahi hai, us aadmi ke shaoor mein nahi hai, woh aadmi ke mind mein nahi hai. yani aadmi maut ke bare mein bashaoor nahi hai, conscious nahi hai, kyunke DNA</w:t>
      </w:r>
    </w:p>
    <w:p>
      <w:pPr>
        <w:jc w:val="right"/>
      </w:pPr>
      <w:r>
        <w:t>ہے۔ کمپلیکشنز تک ڈی این اے میں ہوتا ہے، سب کچھ ڈی این اے میں ہوتا ہے۔ لیکن ایک چیز ڈی این اے میں نہیں ہوتی ہے، وہ ہے موت۔ کب مرے گا انسان؟ یہ نہیں ہوتی ہے۔ تو ڈی این اے میں چونکہ نہیں ہے، اس آدمی کے شعور میں نہیں ہے، وہ آدمی کے مائنڈ میں نہیں ہے۔ یعنی آدمی موت کے بارے میں باشعور نہیں ہے، کانشیس نہیں ہے، کیونکہ ڈی این ا</w:t>
      </w:r>
    </w:p>
    <w:p>
      <w:r>
        <w:rPr>
          <w:b/>
        </w:rPr>
        <w:t xml:space="preserve">[51:58] </w:t>
      </w:r>
      <w:r>
        <w:t>e mein nahi hai woh cheez.</w:t>
      </w:r>
    </w:p>
    <w:p>
      <w:pPr>
        <w:jc w:val="right"/>
      </w:pPr>
      <w:r>
        <w:t>ے میں نہیں ہے وہ چیز۔</w:t>
      </w:r>
    </w:p>
    <w:p>
      <w:r>
        <w:rPr>
          <w:b/>
        </w:rPr>
        <w:t xml:space="preserve">[52:03] </w:t>
      </w:r>
      <w:r>
        <w:t>to phir maine socha ke Allah taala ne aisa kyun kiya ke sab kuch to rakh diya</w:t>
      </w:r>
    </w:p>
    <w:p>
      <w:pPr>
        <w:jc w:val="right"/>
      </w:pPr>
      <w:r>
        <w:t>تو پھر میں نے سوچا کہ اللہ تعالی نے ایسا کیوں کیا کہ سب کچھ تو رکھ دیا</w:t>
      </w:r>
    </w:p>
    <w:p>
      <w:r>
        <w:rPr>
          <w:b/>
        </w:rPr>
        <w:t xml:space="preserve">[52:07] </w:t>
      </w:r>
      <w:r>
        <w:t>DNA mein, lekin maut nahi rakhi? is liye ke maut to rozana ho rahi hai, subah</w:t>
      </w:r>
    </w:p>
    <w:p>
      <w:pPr>
        <w:jc w:val="right"/>
      </w:pPr>
      <w:r>
        <w:t>ڈی این اے میں، لیکن موت نہیں رکھی؟ اس لیے کہ موت تو روزانہ ہو رہی ہے، صبح</w:t>
      </w:r>
    </w:p>
    <w:p>
      <w:r>
        <w:rPr>
          <w:b/>
        </w:rPr>
        <w:t xml:space="preserve">[52:11] </w:t>
      </w:r>
      <w:r>
        <w:t>shaam har waqt koi na koi mar raha hai, har din lakhon log mar rahe hain.</w:t>
      </w:r>
    </w:p>
    <w:p>
      <w:pPr>
        <w:jc w:val="right"/>
      </w:pPr>
      <w:r>
        <w:t>شام ہر وقت کوئی نہ کوئی مر رہا ہے، ہر دن لاکھوں لوگ مر رہے ہیں۔</w:t>
      </w:r>
    </w:p>
    <w:p>
      <w:r>
        <w:rPr>
          <w:b/>
        </w:rPr>
        <w:t xml:space="preserve">[52:16] </w:t>
      </w:r>
      <w:r>
        <w:t>aap har aadmi ke rishtedaron mein, doston mein, parosiyon mein, har jagah log apni khabrein aap sun</w:t>
      </w:r>
    </w:p>
    <w:p>
      <w:pPr>
        <w:jc w:val="right"/>
      </w:pPr>
      <w:r>
        <w:t>آپ ہر آدمی کے رشتہ داروں میں، دوستوں میں، پڑوسیوں میں، ہر جگہ لوگ اپنی خبریں آپ سن</w:t>
      </w:r>
    </w:p>
    <w:p>
      <w:r>
        <w:rPr>
          <w:b/>
        </w:rPr>
        <w:t xml:space="preserve">[52:20] </w:t>
      </w:r>
      <w:r>
        <w:t>rahe hain, dekh rahe hain.</w:t>
      </w:r>
    </w:p>
    <w:p>
      <w:pPr>
        <w:jc w:val="right"/>
      </w:pPr>
      <w:r>
        <w:t>رہے ہیں، دیکھ رہے ہیں۔</w:t>
      </w:r>
    </w:p>
    <w:p>
      <w:r>
        <w:rPr>
          <w:b/>
        </w:rPr>
        <w:t xml:space="preserve">[52:24] </w:t>
      </w:r>
      <w:r>
        <w:t>qabristan mein ja kar tajheed o takfeen karte hain</w:t>
      </w:r>
    </w:p>
    <w:p>
      <w:pPr>
        <w:jc w:val="right"/>
      </w:pPr>
      <w:r>
        <w:t>قبرستان میں جا کر تجہید و تکفیر کرتے ہیں</w:t>
      </w:r>
    </w:p>
    <w:p>
      <w:r>
        <w:rPr>
          <w:b/>
        </w:rPr>
        <w:t xml:space="preserve">[52:29] </w:t>
      </w:r>
      <w:r>
        <w:t>to maut ki khabar to yani bilkul ek ek ek ek aisi khabar hai ke har waqt ek</w:t>
      </w:r>
    </w:p>
    <w:p>
      <w:pPr>
        <w:jc w:val="right"/>
      </w:pPr>
      <w:r>
        <w:t>تو موت کی خبر تو یعنی بالکل ایک ایک ایک ایک ایسی خبر ہے کہ ہر وقت ایک</w:t>
      </w:r>
    </w:p>
    <w:p>
      <w:r>
        <w:rPr>
          <w:b/>
        </w:rPr>
        <w:t xml:space="preserve">[52:35] </w:t>
      </w:r>
      <w:r>
        <w:t>alive zinda khabar hai, har waqt dikhai deti hai.</w:t>
      </w:r>
    </w:p>
    <w:p>
      <w:pPr>
        <w:jc w:val="right"/>
      </w:pPr>
      <w:r>
        <w:t>الائیو زندہ خبر ہے، ہر وقت دکھائی دیتی ہے۔</w:t>
      </w:r>
    </w:p>
    <w:p>
      <w:r>
        <w:rPr>
          <w:b/>
        </w:rPr>
        <w:t xml:space="preserve">[52:41] </w:t>
      </w:r>
      <w:r>
        <w:t>to DNA mein likhne ki kya zaroorat hai? phir maine socha ke agar aadmi soche</w:t>
      </w:r>
    </w:p>
    <w:p>
      <w:pPr>
        <w:jc w:val="right"/>
      </w:pPr>
      <w:r>
        <w:t>تو ڈی این اے میں لکھنے کی کیا ضرورت ہے؟ پھر میں نے سوچا کہ اگر آدمی سوچے</w:t>
      </w:r>
    </w:p>
    <w:p>
      <w:r>
        <w:rPr>
          <w:b/>
        </w:rPr>
        <w:t xml:space="preserve">[52:47] </w:t>
      </w:r>
      <w:r>
        <w:t>maut ke baray mein to maut kya cheez hai? yeh duniya jis mein hum reh rahe hain, ek</w:t>
      </w:r>
    </w:p>
    <w:p>
      <w:pPr>
        <w:jc w:val="right"/>
      </w:pPr>
      <w:r>
        <w:t>موت کے بارے میں تو موت کیا چیز ہے؟ یہ دنیا جس میں ہم رہ رہے ہیں، ایک</w:t>
      </w:r>
    </w:p>
    <w:p>
      <w:r>
        <w:rPr>
          <w:b/>
        </w:rPr>
        <w:t xml:space="preserve">[52:53] </w:t>
      </w:r>
      <w:r>
        <w:t>bohat hi sar sabz duniya</w:t>
      </w:r>
    </w:p>
    <w:p>
      <w:pPr>
        <w:jc w:val="right"/>
      </w:pPr>
      <w:r>
        <w:t>بہت ہی سرسبز دنیا</w:t>
      </w:r>
    </w:p>
    <w:p>
      <w:r>
        <w:rPr>
          <w:b/>
        </w:rPr>
        <w:t xml:space="preserve">[52:59] </w:t>
      </w:r>
      <w:r>
        <w:t>hai, yeh green land hai, green planet hai yeh. lekin is ke baad, is ke siwa jo duniya hai, sab aag hi aag hai, sab pathar hi pathar hai, sab desert hi desert hai. is duniya ke bahar sab desert hi desert hai, kuch bhi nahi. to mein ne kaha ke mein ne socha ke insaan is duniya mein reh raha hai,</w:t>
      </w:r>
    </w:p>
    <w:p>
      <w:pPr>
        <w:jc w:val="right"/>
      </w:pPr>
      <w:r>
        <w:t>ہے، یہ گرین لینڈ ہے، گرین پلینٹ ہے یہ۔ لیکن اس کے بعد، اس کے سوا جو دنیا ہے، سب اگ ہی اگ ہے، سب پتھر ہی پتھر ہے، سب ڈیزرٹ ہی ڈیزرٹ ہے۔ اس دنیا کے باہر سب ڈیزرٹ ہی ڈیزرٹ ہے، کچھ بھی نہیں۔ تو میں نے کہا کہ میں نے سوچا کہ انسان اس دنیا میں رہ رہا ہے،</w:t>
      </w:r>
    </w:p>
    <w:p>
      <w:r>
        <w:rPr>
          <w:b/>
        </w:rPr>
        <w:t xml:space="preserve">[53:29] </w:t>
      </w:r>
      <w:r>
        <w:t>is sar sabz sar sabz duniya mein, sab kuch mila hua, us ko ghar hai, gaari hai, bachay hain, aulad</w:t>
      </w:r>
    </w:p>
    <w:p>
      <w:pPr>
        <w:jc w:val="right"/>
      </w:pPr>
      <w:r>
        <w:t>اس سرسبز سرسبز دنیا میں، سب کچھ ملا ہوا، اس کو گھر ہے، گاڑی ہے، بچے ہیں، اولاد</w:t>
      </w:r>
    </w:p>
    <w:p>
      <w:r>
        <w:rPr>
          <w:b/>
        </w:rPr>
        <w:t xml:space="preserve">[53:34] </w:t>
      </w:r>
      <w:r>
        <w:t>hai, sathi hain, paros hai, khane peene ka saman hai, sab kuch hai.</w:t>
      </w:r>
    </w:p>
    <w:p>
      <w:pPr>
        <w:jc w:val="right"/>
      </w:pPr>
      <w:r>
        <w:t>ہے، ساتھی ہیں، پڑوس ہے، کھانے پینے کا سامان ہے، سب کچھ ہے۔</w:t>
      </w:r>
    </w:p>
    <w:p>
      <w:r>
        <w:rPr>
          <w:b/>
        </w:rPr>
        <w:t xml:space="preserve">[53:39] </w:t>
      </w:r>
      <w:r>
        <w:t>achanak maut ka farishta aata hai, woh is ko utha leta hai.</w:t>
      </w:r>
    </w:p>
    <w:p>
      <w:pPr>
        <w:jc w:val="right"/>
      </w:pPr>
      <w:r>
        <w:t>اچانک موت کا فرشتہ آتا ہے، وہ اس کو اٹھا لیتا ہے۔</w:t>
      </w:r>
    </w:p>
    <w:p>
      <w:r>
        <w:rPr>
          <w:b/>
        </w:rPr>
        <w:t xml:space="preserve">[53:45] </w:t>
      </w:r>
      <w:r>
        <w:t>اس کو میں کہتا ہوں compulsory erection۔</w:t>
      </w:r>
    </w:p>
    <w:p>
      <w:pPr>
        <w:jc w:val="right"/>
      </w:pPr>
      <w:r>
        <w:t>اس کو میں کہتا ہوں کمپلسری ایریکشن۔</w:t>
      </w:r>
    </w:p>
    <w:p>
      <w:r>
        <w:rPr>
          <w:b/>
        </w:rPr>
        <w:t xml:space="preserve">[53:50] </w:t>
      </w:r>
      <w:r>
        <w:t>is ko le kar kahan ja dal diya? ek desert mein dal diya, desert mein jahan kuch bhi nahin.</w:t>
      </w:r>
    </w:p>
    <w:p>
      <w:pPr>
        <w:jc w:val="right"/>
      </w:pPr>
      <w:r>
        <w:t>اس کو لے کر کہاں جا ڈال دیا؟ ایک ڈیزرٹ میں ڈال دیا، ڈیزرٹ میں جہاں کچھ بھی نہیں۔</w:t>
      </w:r>
    </w:p>
    <w:p>
      <w:r>
        <w:rPr>
          <w:b/>
        </w:rPr>
        <w:t xml:space="preserve">[53:55] </w:t>
      </w:r>
      <w:r>
        <w:t>yani peechhe yeh sarsabz duniya hai, aage kya hai? desert hi desert hai,</w:t>
      </w:r>
    </w:p>
    <w:p>
      <w:pPr>
        <w:jc w:val="right"/>
      </w:pPr>
      <w:r>
        <w:t>یعنی پیچھے یہ سرسبز دنیا ہے، آگے کیا ہے؟ ڈیزرٹ ہی ڈیزرٹ ہے،</w:t>
      </w:r>
    </w:p>
    <w:p>
      <w:r>
        <w:rPr>
          <w:b/>
        </w:rPr>
        <w:t xml:space="preserve">[54:00] </w:t>
      </w:r>
      <w:r>
        <w:t>yani desert of eternity hai. to agar aadmi yeh soche ke achaanak mein bilkul sab kuch mujh se cheen liya jayega aur daal diya jayega ek is jagah jahan kuch bhi nahi hai, siwaye is ke ke Allah taala ki rehmat dobara mujhe mile to hoga, lekin kuch nahi hoga. to agar yeh ehsaas ho to har aadmi bohat sincere ho jaye, bohat zyada sanjeeda ho jaye. lekin ko</w:t>
      </w:r>
    </w:p>
    <w:p>
      <w:pPr>
        <w:jc w:val="right"/>
      </w:pPr>
      <w:r>
        <w:t>یعنی ڈیزرٹ آف ایٹرنیٹی ہے۔ تو اگر آدمی یہ سوچے کہ اچانک میں بالکل سب کچھ مجھ سے چھین لیا جائے گا اور ڈال دیا جائے گا ایک اس جگہ جہاں کچھ بھی نہیں ہے، سوائے اس کے کہ اللہ تعالی کی رحمت دوبارہ مجھے ملے تو ہوگا، لیکن کچھ نہیں ہوگا۔ تو اگر یہ احساس ہو تو ہر آدمی بہت سنسیر ہو جائے، بہت زیادہ سنجیدہ ہو جائے۔ لیکن کو</w:t>
      </w:r>
    </w:p>
    <w:p>
      <w:r>
        <w:rPr>
          <w:b/>
        </w:rPr>
        <w:t xml:space="preserve">[54:30] </w:t>
      </w:r>
      <w:r>
        <w:t>i sanjeeda nahi hai. basic baat hai, kisi ko maut ka darr nahi, kyunke DNA mein nahi hai. woh yeh nahi sochta, koi DNA mein nahi hai to log to mar rahe hain charon taraf, to mujhe bhi marna hai. to sab se zyada jo cheez insaan ko serious banati hai, sincere banati hai, woh maut hai. aur maut ke mani hain sab</w:t>
      </w:r>
    </w:p>
    <w:p>
      <w:pPr>
        <w:jc w:val="right"/>
      </w:pPr>
      <w:r>
        <w:t>ئی سنجیدہ نہیں ہے۔ بیسک بات ہے، کسی کو موت کا ڈر نہیں، کیونکہ ڈی این اے میں نہیں ہے۔ وہ یہ نہیں سوچتا، کوئی ڈی این اے میں نہیں ہے تو لوگ تو مر رہے ہیں چاروں طرف، تو مجھے بھی مرنا ہے۔ تو سب سے زیادہ جو چیز انسان کو سیریس بناتی ہے، سنسر بناتی ہے، وہ موت ہے۔ اور موت کے معنی ہیں سب</w:t>
      </w:r>
    </w:p>
    <w:p>
      <w:r>
        <w:rPr>
          <w:b/>
        </w:rPr>
        <w:t xml:space="preserve">[55:00] </w:t>
      </w:r>
      <w:r>
        <w:t>kuch achanak chhin jana, jo kuch aap ko mila hua hai, yani ghar aur kursi aur sathi aur</w:t>
      </w:r>
    </w:p>
    <w:p>
      <w:pPr>
        <w:jc w:val="right"/>
      </w:pPr>
      <w:r>
        <w:t>کچھ اچانک چھن جانا، جو کچھ آپ کو ملا ہوا ہے، یعنی گھر اور کرسی اور ساتھی اور</w:t>
      </w:r>
    </w:p>
    <w:p>
      <w:r>
        <w:rPr>
          <w:b/>
        </w:rPr>
        <w:t xml:space="preserve">[55:08] </w:t>
      </w:r>
      <w:r>
        <w:t>family aur parosi, khane peene ka saman, gadi, paisa, business, achanak sab kuch chhin jayega.</w:t>
      </w:r>
    </w:p>
    <w:p>
      <w:pPr>
        <w:jc w:val="right"/>
      </w:pPr>
      <w:r>
        <w:t>فیملی اور پڑوسی، کھانے پینے کا سامان، گاڑی، پیسہ، بزنس، اچانک سب کچھ چھن جائے گا۔</w:t>
      </w:r>
    </w:p>
    <w:p>
      <w:r>
        <w:rPr>
          <w:b/>
        </w:rPr>
        <w:t xml:space="preserve">[55:16] </w:t>
      </w:r>
      <w:r>
        <w:t>service, job, achanak ek dam hi akela hoga insan.</w:t>
      </w:r>
    </w:p>
    <w:p>
      <w:pPr>
        <w:jc w:val="right"/>
      </w:pPr>
      <w:r>
        <w:t>سروس، جاب، اچانک ایک دم ہی اکیلا ہوگا انسان۔</w:t>
      </w:r>
    </w:p>
    <w:p>
      <w:r>
        <w:rPr>
          <w:b/>
        </w:rPr>
        <w:t xml:space="preserve">[55:23] </w:t>
      </w:r>
      <w:r>
        <w:t>aap ghor kijiye ke is waqt</w:t>
      </w:r>
    </w:p>
    <w:p>
      <w:pPr>
        <w:jc w:val="right"/>
      </w:pPr>
      <w:r>
        <w:t>آپ غور کیجئے کہ اس وقت</w:t>
      </w:r>
    </w:p>
    <w:p>
      <w:r>
        <w:rPr>
          <w:b/>
        </w:rPr>
        <w:t xml:space="preserve">[55:31] </w:t>
      </w:r>
      <w:r>
        <w:t>kya haal is ka hoga.</w:t>
      </w:r>
    </w:p>
    <w:p>
      <w:pPr>
        <w:jc w:val="right"/>
      </w:pPr>
      <w:r>
        <w:t>کیا حال اس کا ہوگا۔</w:t>
      </w:r>
    </w:p>
    <w:p>
      <w:r>
        <w:rPr>
          <w:b/>
        </w:rPr>
        <w:t xml:space="preserve">[55:36] </w:t>
      </w:r>
      <w:r>
        <w:t>kal mein ek sahab se keh raha tha ke ek dafa mein wahan gaya, Israel, Tel Aviv ke</w:t>
      </w:r>
    </w:p>
    <w:p>
      <w:pPr>
        <w:jc w:val="right"/>
      </w:pPr>
      <w:r>
        <w:t>کل میں ایک صاحب سے کہہ رہا تھا کہ ایک دفعہ میں وہاں گیا، اسرائیل، تل ابیب کے</w:t>
      </w:r>
    </w:p>
    <w:p>
      <w:r>
        <w:rPr>
          <w:b/>
        </w:rPr>
        <w:t xml:space="preserve">[55:42] </w:t>
      </w:r>
      <w:r>
        <w:t>hawai adde par hamara jahaz utra to yeh expected tha ke doctor Leonardo ek hain wahan, woh mujhe</w:t>
      </w:r>
    </w:p>
    <w:p>
      <w:pPr>
        <w:jc w:val="right"/>
      </w:pPr>
      <w:r>
        <w:t>ہوائی اڈے پر ہمارا جہاز اترا تو یہ ایکسپیکٹڈ تھا کہ ڈاکٹر لونارڈو ایک ہیں وہاں، وہ مجھے</w:t>
      </w:r>
    </w:p>
    <w:p>
      <w:r>
        <w:rPr>
          <w:b/>
        </w:rPr>
        <w:t xml:space="preserve">[55:47] </w:t>
      </w:r>
      <w:r>
        <w:t>receive karne ke liye aayengi.</w:t>
      </w:r>
    </w:p>
    <w:p>
      <w:pPr>
        <w:jc w:val="right"/>
      </w:pPr>
      <w:r>
        <w:t>ریسیو کرنے کے لیے آئیں گے۔</w:t>
      </w:r>
    </w:p>
    <w:p>
      <w:r>
        <w:rPr>
          <w:b/>
        </w:rPr>
        <w:t xml:space="preserve">[55:52] </w:t>
      </w:r>
      <w:r>
        <w:t>mein jahaz se utar kar airport par aaya to wahan doctor Leonardo nahin the.</w:t>
      </w:r>
    </w:p>
    <w:p>
      <w:pPr>
        <w:jc w:val="right"/>
      </w:pPr>
      <w:r>
        <w:t>میں جہاز سے اتر کر ایئرپورٹ پر آیا تو وہاں ڈاکٹر لونارڈو نہیں تھے۔</w:t>
      </w:r>
    </w:p>
    <w:p>
      <w:r>
        <w:rPr>
          <w:b/>
        </w:rPr>
        <w:t xml:space="preserve">[55:57] </w:t>
      </w:r>
      <w:r>
        <w:t>ab mein ajib ek diwangi ka alam, wahan koi mera janne wala nahin,</w:t>
      </w:r>
    </w:p>
    <w:p>
      <w:pPr>
        <w:jc w:val="right"/>
      </w:pPr>
      <w:r>
        <w:t>اب میں عجیب ایک دیوانگی کا عالم، وہاں کوئی میرا جاننے والا نہیں،</w:t>
      </w:r>
    </w:p>
    <w:p>
      <w:r>
        <w:rPr>
          <w:b/>
        </w:rPr>
        <w:t xml:space="preserve">[56:02] </w:t>
      </w:r>
      <w:r>
        <w:t>kisi ka mere pas address nahin, kisi ka mere pas telephone number nahin, kuch bhi nahin.</w:t>
      </w:r>
    </w:p>
    <w:p>
      <w:pPr>
        <w:jc w:val="right"/>
      </w:pPr>
      <w:r>
        <w:t>کسی کا میرے پاس ایڈریس نہیں، کسی کا میرے پاس ٹیلی فون نمبر نہیں، کچھ بھی نہیں۔</w:t>
      </w:r>
    </w:p>
    <w:p>
      <w:r>
        <w:rPr>
          <w:b/>
        </w:rPr>
        <w:t xml:space="preserve">[56:07] </w:t>
      </w:r>
      <w:r>
        <w:t>ab kahan jaon? kisi hotel mein mera reservation nahin, kuch bhi nahin.</w:t>
      </w:r>
    </w:p>
    <w:p>
      <w:pPr>
        <w:jc w:val="right"/>
      </w:pPr>
      <w:r>
        <w:t>اب کہاں جاؤں؟ کسی ہوٹل میں میرا ریزرویشن نہیں، کچھ بھی نہیں۔</w:t>
      </w:r>
    </w:p>
    <w:p>
      <w:r>
        <w:rPr>
          <w:b/>
        </w:rPr>
        <w:t xml:space="preserve">[56:12] </w:t>
      </w:r>
      <w:r>
        <w:t>ab diwana war mein woh airport par idhar udhar daud raha tha.</w:t>
      </w:r>
    </w:p>
    <w:p>
      <w:pPr>
        <w:jc w:val="right"/>
      </w:pPr>
      <w:r>
        <w:t>اب دیوانہ وار میں وہ ایئرپورٹ پر ادھر ادھر دوڑ رہا تھا۔</w:t>
      </w:r>
    </w:p>
    <w:p>
      <w:r>
        <w:rPr>
          <w:b/>
        </w:rPr>
        <w:t xml:space="preserve">[56:18] </w:t>
      </w:r>
      <w:r>
        <w:t>phir yahan tak ghabra ghabra kar ke bahar nikal gaya mein airport ke bahar.</w:t>
      </w:r>
    </w:p>
    <w:p>
      <w:pPr>
        <w:jc w:val="right"/>
      </w:pPr>
      <w:r>
        <w:t>پھر یہاں تک گھبرا گھبرا کر کے باہر نکل گیا میں ایئرپورٹ کے باہر۔</w:t>
      </w:r>
    </w:p>
    <w:p>
      <w:r>
        <w:rPr>
          <w:b/>
        </w:rPr>
        <w:t xml:space="preserve">[56:23] </w:t>
      </w:r>
      <w:r>
        <w:t>aam taur par musafir jo hain airport ke bahar nahin jate, lekin mein apni pareshani mein ke wahan</w:t>
      </w:r>
    </w:p>
    <w:p>
      <w:pPr>
        <w:jc w:val="right"/>
      </w:pPr>
      <w:r>
        <w:t>عام طور پر مسافر جو ہیں ایئرپورٹ کے باہر نہیں جاتے، لیکن میں اپنی پریشانی میں کہ وہاں</w:t>
      </w:r>
    </w:p>
    <w:p>
      <w:r>
        <w:rPr>
          <w:b/>
        </w:rPr>
        <w:t xml:space="preserve">[56:28] </w:t>
      </w:r>
      <w:r>
        <w:t>par bilkul mein akela</w:t>
      </w:r>
    </w:p>
    <w:p>
      <w:pPr>
        <w:jc w:val="right"/>
      </w:pPr>
      <w:r>
        <w:t>پر بالکل میں اکیلا</w:t>
      </w:r>
    </w:p>
    <w:p>
      <w:r>
        <w:rPr>
          <w:b/>
        </w:rPr>
        <w:t xml:space="preserve">[56:33] </w:t>
      </w:r>
      <w:r>
        <w:t>pa raha hoon apne aap ko.</w:t>
      </w:r>
    </w:p>
    <w:p>
      <w:pPr>
        <w:jc w:val="right"/>
      </w:pPr>
      <w:r>
        <w:t>پا رہا ہوں اپنے آپ کو۔</w:t>
      </w:r>
    </w:p>
    <w:p>
      <w:r>
        <w:rPr>
          <w:b/>
        </w:rPr>
        <w:t xml:space="preserve">[56:37] </w:t>
      </w:r>
      <w:r>
        <w:t>koi mere pas telephone number nahin jis se mein contact karon, koi address nahin jahan mein jaon,</w:t>
      </w:r>
    </w:p>
    <w:p>
      <w:pPr>
        <w:jc w:val="right"/>
      </w:pPr>
      <w:r>
        <w:t>کوئی میرے پاس ٹیلی فون نمبر نہیں جس سے میں کنٹیکٹ کروں، کوئی ایڈریس نہیں جہاں میں جاؤں،</w:t>
      </w:r>
    </w:p>
    <w:p>
      <w:r>
        <w:rPr>
          <w:b/>
        </w:rPr>
        <w:t xml:space="preserve">[56:41] </w:t>
      </w:r>
      <w:r>
        <w:t>kuch bhi nahin.</w:t>
      </w:r>
    </w:p>
    <w:p>
      <w:pPr>
        <w:jc w:val="right"/>
      </w:pPr>
      <w:r>
        <w:t>کچھ بھی نہیں۔</w:t>
      </w:r>
    </w:p>
    <w:p>
      <w:r>
        <w:rPr>
          <w:b/>
        </w:rPr>
        <w:t xml:space="preserve">[56:46] </w:t>
      </w:r>
      <w:r>
        <w:t>to woh bechare aaye hue the, woh lekin mujhe nahin.</w:t>
      </w:r>
    </w:p>
    <w:p>
      <w:pPr>
        <w:jc w:val="right"/>
      </w:pPr>
      <w:r>
        <w:t>تو وہ بیچارے آئے ہوئے تھے، وہ لیکن مجھے نہیں۔</w:t>
      </w:r>
    </w:p>
    <w:p>
      <w:r>
        <w:rPr>
          <w:b/>
        </w:rPr>
        <w:t xml:space="preserve">[56:50] </w:t>
      </w:r>
      <w:r>
        <w:t>jab dekha unhon ne airport par to woh khud bhi bahar aa gaye talash karte hue mujhe.</w:t>
      </w:r>
    </w:p>
    <w:p>
      <w:pPr>
        <w:jc w:val="right"/>
      </w:pPr>
      <w:r>
        <w:t>جب دیکھا انہوں نے ایئرپورٹ پر تو وہ خود بھی باہر آ گئے تلاش کرتے ہوئے مجھے۔</w:t>
      </w:r>
    </w:p>
    <w:p>
      <w:r>
        <w:rPr>
          <w:b/>
        </w:rPr>
        <w:t xml:space="preserve">[56:54] </w:t>
      </w:r>
      <w:r>
        <w:t>to achaanak woh mujhe miley, woh bahar to phir woh mujhe le gaye, woh apni gaari par.</w:t>
      </w:r>
    </w:p>
    <w:p>
      <w:pPr>
        <w:jc w:val="right"/>
      </w:pPr>
      <w:r>
        <w:t>تو اچانک وہ مجھے ملے، وہ باہر تو پھر وہ مجھے لے گئے، وہ اپنی گاڑی پر۔</w:t>
      </w:r>
    </w:p>
    <w:p>
      <w:r>
        <w:rPr>
          <w:b/>
        </w:rPr>
        <w:t xml:space="preserve">[56:58] </w:t>
      </w:r>
      <w:r>
        <w:t>to mein is tarah ke waqiaat kai baar mujh se hue hain, to is ko</w:t>
      </w:r>
    </w:p>
    <w:p>
      <w:pPr>
        <w:jc w:val="right"/>
      </w:pPr>
      <w:r>
        <w:t>تو میں اس طرح کے واقعات کئی بار مجھ سے ہوئے ہیں، تو اس کو</w:t>
      </w:r>
    </w:p>
    <w:p>
      <w:r>
        <w:rPr>
          <w:b/>
        </w:rPr>
        <w:t xml:space="preserve">[57:03] </w:t>
      </w:r>
      <w:r>
        <w:t>sochta hoon mein kisi ko billion time agar barha loon mein to achaanak ek aisi haalat hogi jahan</w:t>
      </w:r>
    </w:p>
    <w:p>
      <w:pPr>
        <w:jc w:val="right"/>
      </w:pPr>
      <w:r>
        <w:t>سوچتا ہوں میں کسی کو بلین ٹائم اگر بڑھا لوں میں تو اچانک ایک ایسی حالت ہوگی جہاں</w:t>
      </w:r>
    </w:p>
    <w:p>
      <w:r>
        <w:rPr>
          <w:b/>
        </w:rPr>
        <w:t xml:space="preserve">[57:08] </w:t>
      </w:r>
      <w:r>
        <w:t>mein helpless hoon ga, homeless hoon ga, family less hoon ga, kuch bhi nahi, kuch bhi</w:t>
      </w:r>
    </w:p>
    <w:p>
      <w:pPr>
        <w:jc w:val="right"/>
      </w:pPr>
      <w:r>
        <w:t>میں ہیلپ لیس ہوں گا، ہوم لیس ہوں گا، فیملی لیس ہوں گا، کچھ بھی نہیں، کچھ بھی</w:t>
      </w:r>
    </w:p>
    <w:p>
      <w:r>
        <w:rPr>
          <w:b/>
        </w:rPr>
        <w:t xml:space="preserve">[57:13] </w:t>
      </w:r>
      <w:r>
        <w:t>nahi, job less hoon ga.</w:t>
      </w:r>
    </w:p>
    <w:p>
      <w:pPr>
        <w:jc w:val="right"/>
      </w:pPr>
      <w:r>
        <w:t>نہیں، جاب لیس ہوں گا۔</w:t>
      </w:r>
    </w:p>
    <w:p>
      <w:r>
        <w:rPr>
          <w:b/>
        </w:rPr>
        <w:t xml:space="preserve">[57:18] </w:t>
      </w:r>
      <w:r>
        <w:t>tab sincere ho jaata hai aadmi, warna sincere nahi hota hai.</w:t>
      </w:r>
    </w:p>
    <w:p>
      <w:pPr>
        <w:jc w:val="right"/>
      </w:pPr>
      <w:r>
        <w:t>تب سنسیر ہو جاتا ہے آدمی، ورنہ سنسیر نہیں ہوتا ہے۔</w:t>
      </w:r>
    </w:p>
    <w:p>
      <w:r>
        <w:rPr>
          <w:b/>
        </w:rPr>
        <w:t xml:space="preserve">[57:23] </w:t>
      </w:r>
      <w:r>
        <w:t>to khulasa yeh hai ke har fard ko apne aap ko Islamize karna hai, har fard ko.</w:t>
      </w:r>
    </w:p>
    <w:p>
      <w:pPr>
        <w:jc w:val="right"/>
      </w:pPr>
      <w:r>
        <w:t>تو خلاصہ یہ ہے کہ ہر فرد کو اپنے آپ کو اسلامائز کرنا ہے، ہر فرد کو۔</w:t>
      </w:r>
    </w:p>
    <w:p>
      <w:r>
        <w:rPr>
          <w:b/>
        </w:rPr>
        <w:t xml:space="preserve">[57:28] </w:t>
      </w:r>
      <w:r>
        <w:t>yeh matlab society ka</w:t>
      </w:r>
    </w:p>
    <w:p>
      <w:pPr>
        <w:jc w:val="right"/>
      </w:pPr>
      <w:r>
        <w:t>یہ مطلب سوسائٹی کا</w:t>
      </w:r>
    </w:p>
    <w:p>
      <w:r>
        <w:rPr>
          <w:b/>
        </w:rPr>
        <w:t xml:space="preserve">[57:33] </w:t>
      </w:r>
      <w:r>
        <w:t>nahi hai, government ka nahi, sab se pehle khud apna hai, apne ko Islamize kijiye. aur yeh baat Quran mein jo hai maujood: "O believers, believe in God" yani aey iman walon, phir se apne ko momin banao, phir se apna Islamize karo. yeh hai Allah ka hukum jis par humein chalna hai. agar hum is par na chalenge to zahir hai ke Allah ke haan pakad</w:t>
      </w:r>
    </w:p>
    <w:p>
      <w:pPr>
        <w:jc w:val="right"/>
      </w:pPr>
      <w:r>
        <w:t>نہیں ہے، گورنمنٹ کا نہیں، سب سے پہلے خود اپنا ہے، اپنے کو اسلامائز کیجئے۔ اور یہ بات قرآن میں جو ہے موجود: "او بیلیورز، بیلیو ان گاڈ" یعنی اے ایمان والو، پھر سے اپنے کو مومن بناؤ، پھر سے اپنا اسلامائز کرو۔ یہ ہے اللہ کا حکم جس پر ہمیں چلنا ہے۔ اگر ہم اس پر نہ چلیں گے تو ظاہر ہے کہ اللہ کے ہاں پکڑ</w:t>
      </w:r>
    </w:p>
    <w:p>
      <w:r>
        <w:rPr>
          <w:b/>
        </w:rPr>
        <w:t xml:space="preserve">[58:03] </w:t>
      </w:r>
      <w:r>
        <w:t>e jayen ge.</w:t>
      </w:r>
    </w:p>
    <w:p>
      <w:pPr>
        <w:jc w:val="right"/>
      </w:pPr>
      <w:r>
        <w:t>ے جائیں گے۔</w:t>
      </w:r>
    </w:p>
    <w:p>
      <w:r>
        <w:rPr>
          <w:b/>
        </w:rPr>
        <w:t xml:space="preserve">[58:10] </w:t>
      </w:r>
      <w:r>
        <w:t>har aadmi ki sab se pehli duty yahi hai ke apne ko Islamize karna.</w:t>
      </w:r>
    </w:p>
    <w:p>
      <w:pPr>
        <w:jc w:val="right"/>
      </w:pPr>
      <w:r>
        <w:t>ہر آدمی کی سب سے پہلی ڈیوٹی یہی ہے کہ اپنے کو اسلامائز کرنا۔</w:t>
      </w:r>
    </w:p>
    <w:p>
      <w:r>
        <w:rPr>
          <w:b/>
        </w:rPr>
        <w:t xml:space="preserve">[58:18] </w:t>
      </w:r>
      <w:r>
        <w:t>das question is from Mr Khawaja Kaleemuddin from Pennsylvania, US a.</w:t>
      </w:r>
    </w:p>
    <w:p>
      <w:pPr>
        <w:jc w:val="right"/>
      </w:pPr>
      <w:r>
        <w:t>دس کوئسچن از فرام مسٹر خواجہ کلیم الدین فرام پینسلوینیا، یو ایس اے۔</w:t>
      </w:r>
    </w:p>
    <w:p>
      <w:r>
        <w:rPr>
          <w:b/>
        </w:rPr>
        <w:t xml:space="preserve">[58:25] </w:t>
      </w:r>
      <w:r>
        <w:t>Maulana sahib, I happen to meet one Christian me</w:t>
      </w:r>
    </w:p>
    <w:p>
      <w:pPr>
        <w:jc w:val="right"/>
      </w:pPr>
      <w:r>
        <w:t>مولانا صاحب، آئی ہیپن ٹو میٹ ون کرسچن می</w:t>
      </w:r>
    </w:p>
    <w:p>
      <w:r>
        <w:rPr>
          <w:b/>
        </w:rPr>
        <w:t xml:space="preserve">[58:33] </w:t>
      </w:r>
      <w:r>
        <w:t>and Elon Musk who has migrated from Russia.</w:t>
      </w:r>
    </w:p>
    <w:p>
      <w:pPr>
        <w:jc w:val="right"/>
      </w:pPr>
      <w:r>
        <w:t>ن ان اور ماسک ہو از مائیگریٹڈ فرام رشیا۔</w:t>
      </w:r>
    </w:p>
    <w:p>
      <w:r>
        <w:rPr>
          <w:b/>
        </w:rPr>
        <w:t xml:space="preserve">[58:38] </w:t>
      </w:r>
      <w:r>
        <w:t>he has been studying Islam for some time.</w:t>
      </w:r>
    </w:p>
    <w:p>
      <w:pPr>
        <w:jc w:val="right"/>
      </w:pPr>
      <w:r>
        <w:t>ہی ہیز بین سٹڈنگ اسلام فار سم ٹائم۔</w:t>
      </w:r>
    </w:p>
    <w:p>
      <w:r>
        <w:rPr>
          <w:b/>
        </w:rPr>
        <w:t xml:space="preserve">[58:43] </w:t>
      </w:r>
      <w:r>
        <w:t>he had several questions about Islam.</w:t>
      </w:r>
    </w:p>
    <w:p>
      <w:pPr>
        <w:jc w:val="right"/>
      </w:pPr>
      <w:r>
        <w:t>ہی ہیڈ سیورل کوئسچنز اباؤٹ اسلام۔</w:t>
      </w:r>
    </w:p>
    <w:p>
      <w:r>
        <w:rPr>
          <w:b/>
        </w:rPr>
        <w:t xml:space="preserve">[58:48] </w:t>
      </w:r>
      <w:r>
        <w:t>he met with different Muslims and had different experiences.</w:t>
      </w:r>
    </w:p>
    <w:p>
      <w:pPr>
        <w:jc w:val="right"/>
      </w:pPr>
      <w:r>
        <w:t>ہی میٹ ود ڈفرنٹ مسلمز اینڈ ہیڈ ڈفرنٹ ایکسپیرینسز۔</w:t>
      </w:r>
    </w:p>
    <w:p>
      <w:r>
        <w:rPr>
          <w:b/>
        </w:rPr>
        <w:t xml:space="preserve">[58:53] </w:t>
      </w:r>
      <w:r>
        <w:t>when he read your books, he got very comfortable, but he is deeply conditioned about the concept of trinity.</w:t>
      </w:r>
    </w:p>
    <w:p>
      <w:pPr>
        <w:jc w:val="right"/>
      </w:pPr>
      <w:r>
        <w:t>وین ہی ریڈ یور بکس، ہی گاٹ ویری کمفرٹیبل، بٹ ہی از ڈیپلی کنڈیشنڈ اباؤٹ دا کانسیپٹ اف ٹرینٹی۔</w:t>
      </w:r>
    </w:p>
    <w:p>
      <w:r>
        <w:rPr>
          <w:b/>
        </w:rPr>
        <w:t xml:space="preserve">[58:58] </w:t>
      </w:r>
      <w:r>
        <w:t>after a long exchange, I read the</w:t>
      </w:r>
    </w:p>
    <w:p>
      <w:pPr>
        <w:jc w:val="right"/>
      </w:pPr>
      <w:r>
        <w:t>افٹر ا لانگ ایکسچینج، آئی ریڈ دا</w:t>
      </w:r>
    </w:p>
    <w:p>
      <w:r>
        <w:rPr>
          <w:b/>
        </w:rPr>
        <w:t xml:space="preserve">[59:03] </w:t>
      </w:r>
      <w:r>
        <w:t>translation of the ayat thirty of Surah At-Tawbah, which reads like this: "the Jews say, Uzair is the son</w:t>
      </w:r>
    </w:p>
    <w:p>
      <w:pPr>
        <w:jc w:val="right"/>
      </w:pPr>
      <w:r>
        <w:t>ٹرانسلیشن اف دی آیت تھرٹی اف سورہ التوبہ، وچ ریڈز لائک دس: "دا جیوز سے، از دی سن</w:t>
      </w:r>
    </w:p>
    <w:p>
      <w:r>
        <w:rPr>
          <w:b/>
        </w:rPr>
        <w:t xml:space="preserve">[59:10] </w:t>
      </w:r>
      <w:r>
        <w:t>of God, and the Christians say, the Messiah is the son of God." These are their baseless utterances.</w:t>
      </w:r>
    </w:p>
    <w:p>
      <w:pPr>
        <w:jc w:val="right"/>
      </w:pPr>
      <w:r>
        <w:t>اف گاڈ، اینڈ دا کرسچن سے، دا مسیحا از دا سن اف گاڈ۔" دیز ار دیر بیس لیس اٹرنسز۔</w:t>
      </w:r>
    </w:p>
    <w:p>
      <w:r>
        <w:rPr>
          <w:b/>
        </w:rPr>
        <w:t xml:space="preserve">[59:18] </w:t>
      </w:r>
      <w:r>
        <w:t>they imitate the assertions made in earlier times by those who deny the truth.</w:t>
      </w:r>
    </w:p>
    <w:p>
      <w:pPr>
        <w:jc w:val="right"/>
      </w:pPr>
      <w:r>
        <w:t>دے ایمیٹیٹ دا اسرشنز میڈ ان ارلیئر ٹائمز بائے دوز ہو ڈینائی دا ٹروتھ۔</w:t>
      </w:r>
    </w:p>
    <w:p>
      <w:r>
        <w:rPr>
          <w:b/>
        </w:rPr>
        <w:t xml:space="preserve">[59:25] </w:t>
      </w:r>
      <w:r>
        <w:t>may God destroy th</w:t>
      </w:r>
    </w:p>
    <w:p>
      <w:pPr>
        <w:jc w:val="right"/>
      </w:pPr>
      <w:r>
        <w:t>می گاڈ ڈسٹرائے د</w:t>
      </w:r>
    </w:p>
    <w:p>
      <w:r>
        <w:rPr>
          <w:b/>
        </w:rPr>
        <w:t xml:space="preserve">[59:33] </w:t>
      </w:r>
      <w:r>
        <w:t>em!</w:t>
      </w:r>
    </w:p>
    <w:p>
      <w:pPr>
        <w:jc w:val="right"/>
      </w:pPr>
      <w:r>
        <w:t>یم!</w:t>
      </w:r>
    </w:p>
    <w:p>
      <w:r>
        <w:rPr>
          <w:b/>
        </w:rPr>
        <w:t xml:space="preserve">[59:38] </w:t>
      </w:r>
      <w:r>
        <w:t>how far astray they have been led? Maulana, the moment he heard the sentence "may God destroy them",</w:t>
      </w:r>
    </w:p>
    <w:p>
      <w:pPr>
        <w:jc w:val="right"/>
      </w:pPr>
      <w:r>
        <w:t>ہاؤ فار اسٹری دے ہیو بین لیڈ؟ مولانا، دا مومنٹ ہی ہرڈ دا سینٹنس "می گاڈ ڈسٹرائے دیم"،</w:t>
      </w:r>
    </w:p>
    <w:p>
      <w:r>
        <w:rPr>
          <w:b/>
        </w:rPr>
        <w:t xml:space="preserve">[59:43] </w:t>
      </w:r>
      <w:r>
        <w:t>he became very angry and said: "how could God curse anybody? This I don't believe!" Then we</w:t>
      </w:r>
    </w:p>
    <w:p>
      <w:pPr>
        <w:jc w:val="right"/>
      </w:pPr>
      <w:r>
        <w:t>ہی بیکم ویری اینگری اینڈ سیڈ: "ہاؤ کڈ گاڈ کرس اینی بڈی؟ دس آئی ڈونٹ بیلیو!" دین وی</w:t>
      </w:r>
    </w:p>
    <w:p>
      <w:r>
        <w:rPr>
          <w:b/>
        </w:rPr>
        <w:t xml:space="preserve">[59:48] </w:t>
      </w:r>
      <w:r>
        <w:t>departed after this.</w:t>
      </w:r>
    </w:p>
    <w:p>
      <w:pPr>
        <w:jc w:val="right"/>
      </w:pPr>
      <w:r>
        <w:t>ڈیپارٹڈ افٹر دس۔</w:t>
      </w:r>
    </w:p>
    <w:p>
      <w:r>
        <w:rPr>
          <w:b/>
        </w:rPr>
        <w:t xml:space="preserve">[59:53] </w:t>
      </w:r>
      <w:r>
        <w:t>Maulana sahib, kindly comment on this.</w:t>
      </w:r>
    </w:p>
    <w:p>
      <w:pPr>
        <w:jc w:val="right"/>
      </w:pPr>
      <w:r>
        <w:t>مولانا صاحب، کائنڈلی کمنٹ ان دس۔</w:t>
      </w:r>
    </w:p>
    <w:p>
      <w:r>
        <w:rPr>
          <w:b/>
        </w:rPr>
        <w:t xml:space="preserve">[59:58] </w:t>
      </w:r>
      <w:r>
        <w:t>dekhiye, qarz ki baat nahi hai yeh, yeh apni</w:t>
      </w:r>
    </w:p>
    <w:p>
      <w:pPr>
        <w:jc w:val="right"/>
      </w:pPr>
      <w:r>
        <w:t>دیکھیے، قرض کی بات نہیں ہے یہ، یہ اپنی</w:t>
      </w:r>
    </w:p>
    <w:p>
      <w:r>
        <w:rPr>
          <w:b/>
        </w:rPr>
        <w:t xml:space="preserve">[1:00:03] </w:t>
      </w:r>
      <w:r>
        <w:t>hi date ka result paane ki baat hai.</w:t>
      </w:r>
    </w:p>
    <w:p>
      <w:pPr>
        <w:jc w:val="right"/>
      </w:pPr>
      <w:r>
        <w:t>ہی ڈیٹ کا رزلٹ پانے کی بات ہے۔</w:t>
      </w:r>
    </w:p>
    <w:p>
      <w:r>
        <w:rPr>
          <w:b/>
        </w:rPr>
        <w:t xml:space="preserve">[1:00:12] </w:t>
      </w:r>
      <w:r>
        <w:t>Allah taala ne khabar di hai, qarz nahi hai, woh qarz ki baat nahi hai.</w:t>
      </w:r>
    </w:p>
    <w:p>
      <w:pPr>
        <w:jc w:val="right"/>
      </w:pPr>
      <w:r>
        <w:t>اللہ تعالی نے خبر دی ہے، قرض نہیں ہے، وہ قرض کی بات نہیں ہے۔</w:t>
      </w:r>
    </w:p>
    <w:p>
      <w:r>
        <w:rPr>
          <w:b/>
        </w:rPr>
        <w:t xml:space="preserve">[1:00:20] </w:t>
      </w:r>
      <w:r>
        <w:t>khabar di hai ke is duniya mein insaan test par hai, to test ke mutabiq hi is ka anjam hoga.</w:t>
      </w:r>
    </w:p>
    <w:p>
      <w:pPr>
        <w:jc w:val="right"/>
      </w:pPr>
      <w:r>
        <w:t>خبر دی ہے کہ اس دنیا میں انسان ٹیسٹ پر ہے، تو ٹیسٹ کے مطابق ہی اس کا انجام ہوگا۔</w:t>
      </w:r>
    </w:p>
    <w:p>
      <w:r>
        <w:rPr>
          <w:b/>
        </w:rPr>
        <w:t xml:space="preserve">[1:00:28] </w:t>
      </w:r>
      <w:r>
        <w:t>aage ka to khabar di hai ke bachho is anjam se,</w:t>
      </w:r>
    </w:p>
    <w:p>
      <w:pPr>
        <w:jc w:val="right"/>
      </w:pPr>
      <w:r>
        <w:t>آگے کا تو خبر دی ہے کہ بچو اس انجام سے،</w:t>
      </w:r>
    </w:p>
    <w:p>
      <w:r>
        <w:rPr>
          <w:b/>
        </w:rPr>
        <w:t xml:space="preserve">[1:00:37] </w:t>
      </w:r>
      <w:r>
        <w:t>chunki christianity mein ya doosre mazhabon mein test ka concept nahin hai, is wajah se woh samajh nahin paate log ke christianity mein to yeh hai ke woh Hazrat Masih jo thay, woh kafara ho gaye sab ke gunahon ka. to yeh har aadmi test par hai, yeh concept jo hai, is ko jab tak jaan le nahin aadmi, tab tak samajh nahin payega woh. to yeh behal yeh qarz ki baat nahin hai, yeh Allah taala ne khabardar kiya hai,</w:t>
      </w:r>
    </w:p>
    <w:p>
      <w:pPr>
        <w:jc w:val="right"/>
      </w:pPr>
      <w:r>
        <w:t>چونکہ کرسچینٹی میں یا دوسرے مذہبوں میں ٹیسٹ کا کانسیپٹ نہیں ہے، اس وجہ سے وہ سمجھ نہیں پاتے لوگ کہ کرسچینٹی میں تو یہ ہے کہ وہ حضرت مسیح جو تھے، وہ کفارہ ہو گئے سب کے گناہوں کا۔ تو یہ ہر آدمی ٹیسٹ پر ہے، یہ کانسیپٹ جو ہے، اس کو جب تک جان لے نہیں آدمی، تب تک سمجھ نہیں پائے گا وہ۔ تو یہ بہرحال یہ قرض کی بات نہیں ہے، یہ اللہ تعالی نے خبردار کیا ہے،</w:t>
      </w:r>
    </w:p>
    <w:p>
      <w:r>
        <w:rPr>
          <w:b/>
        </w:rPr>
        <w:t xml:space="preserve">[1:01:07] </w:t>
      </w:r>
      <w:r>
        <w:t>yani intabah diya hai ke tum test par ho to apne aap ko bachao is anjam se jo</w:t>
      </w:r>
    </w:p>
    <w:p>
      <w:pPr>
        <w:jc w:val="right"/>
      </w:pPr>
      <w:r>
        <w:t>یعنی انتباہ دیا ہے کہ تم ٹیسٹ پر ہو تو اپنے آپ کو بچاؤ اس انجام سے جو</w:t>
      </w:r>
    </w:p>
    <w:p>
      <w:r>
        <w:rPr>
          <w:b/>
        </w:rPr>
        <w:t xml:space="preserve">[1:01:15] </w:t>
      </w:r>
      <w:r>
        <w:t>tumhare samne is waqt aayega jab ke tum test par poore na utro.</w:t>
      </w:r>
    </w:p>
    <w:p>
      <w:pPr>
        <w:jc w:val="right"/>
      </w:pPr>
      <w:r>
        <w:t>تمہارے سامنے اس وقت آئے گا جب کہ تم ٹیسٹ پر پورے نہ اترو۔</w:t>
      </w:r>
    </w:p>
    <w:p>
      <w:r>
        <w:rPr>
          <w:b/>
        </w:rPr>
        <w:t xml:space="preserve">[1:01:23] </w:t>
      </w:r>
      <w:r>
        <w:t>yeh to khair khwahi aur rehmat ki baat hai.</w:t>
      </w:r>
    </w:p>
    <w:p>
      <w:pPr>
        <w:jc w:val="right"/>
      </w:pPr>
      <w:r>
        <w:t>یہ تو خیر خواہی اور رحمت کی بات ہے۔</w:t>
      </w:r>
    </w:p>
    <w:p>
      <w:r>
        <w:rPr>
          <w:b/>
        </w:rPr>
        <w:t xml:space="preserve">[1:01:31] </w:t>
      </w:r>
      <w:r>
        <w:t>das question is from Mr. Mazhar from Delhi:</w:t>
      </w:r>
    </w:p>
    <w:p>
      <w:pPr>
        <w:jc w:val="right"/>
      </w:pPr>
      <w:r>
        <w:t>دس کوئسچن از فرام مسٹر مظہر فرام دہلی:</w:t>
      </w:r>
    </w:p>
    <w:p>
      <w:r>
        <w:rPr>
          <w:b/>
        </w:rPr>
        <w:t xml:space="preserve">[1:01:39] </w:t>
      </w:r>
      <w:r>
        <w:t>aakhirat ke maidan mein jab sab ka hisab kitab ho raha hoga to us waqt jo momin hon</w:t>
      </w:r>
    </w:p>
    <w:p>
      <w:pPr>
        <w:jc w:val="right"/>
      </w:pPr>
      <w:r>
        <w:t>آخرت کے میدان میں جب سب کا حساب کتاب ہو رہا ہوگا تو اس وقت جو مومن ہوں</w:t>
      </w:r>
    </w:p>
    <w:p>
      <w:r>
        <w:rPr>
          <w:b/>
        </w:rPr>
        <w:t xml:space="preserve">[1:01:45] </w:t>
      </w:r>
      <w:r>
        <w:t>ge, to kya un ki sifarish profit Allah se karenge? Kya profit Allah se un ke kuch</w:t>
      </w:r>
    </w:p>
    <w:p>
      <w:pPr>
        <w:jc w:val="right"/>
      </w:pPr>
      <w:r>
        <w:t>گے، تو کیا ان کی سفارش پرافٹ اللہ سے کریں گے؟ کیا پرافٹ اللہ سے ان کے کچھ</w:t>
      </w:r>
    </w:p>
    <w:p>
      <w:r>
        <w:rPr>
          <w:b/>
        </w:rPr>
        <w:t xml:space="preserve">[1:01:51] </w:t>
      </w:r>
      <w:r>
        <w:t>gunahon ko maaf karwa denge? Is ke bare mein Islam ka kya kehna hai? Maulana, is ko samjhaiye.</w:t>
      </w:r>
    </w:p>
    <w:p>
      <w:pPr>
        <w:jc w:val="right"/>
      </w:pPr>
      <w:r>
        <w:t>گناہوں کو معاف کروا دیں گے؟ اس کے بارے میں اسلام کا کیا کہنا ہے؟ مولانا، اس کو سمجھائیے۔</w:t>
      </w:r>
    </w:p>
    <w:p>
      <w:r>
        <w:rPr>
          <w:b/>
        </w:rPr>
        <w:t xml:space="preserve">[1:01:57] </w:t>
      </w:r>
      <w:r>
        <w:t>دیکھیں، سفارش concept بالکل baseless ہے۔</w:t>
      </w:r>
    </w:p>
    <w:p>
      <w:pPr>
        <w:jc w:val="right"/>
      </w:pPr>
      <w:r>
        <w:t>دیکھیں، سفارش کانسیپٹ بالکل بیس لیس ہے۔</w:t>
      </w:r>
    </w:p>
    <w:p>
      <w:r>
        <w:rPr>
          <w:b/>
        </w:rPr>
        <w:t xml:space="preserve">[1:02:04] </w:t>
      </w:r>
      <w:r>
        <w:t>Islam mein koi sifarish nahi hai,</w:t>
      </w:r>
    </w:p>
    <w:p>
      <w:pPr>
        <w:jc w:val="right"/>
      </w:pPr>
      <w:r>
        <w:t>اسلام میں کوئی سفارش نہیں ہے،</w:t>
      </w:r>
    </w:p>
    <w:p>
      <w:r>
        <w:rPr>
          <w:b/>
        </w:rPr>
        <w:t xml:space="preserve">[1:02:10] </w:t>
      </w:r>
      <w:r>
        <w:t>kisi ki sifarish se kisi ko jannat nahi milegi.</w:t>
      </w:r>
    </w:p>
    <w:p>
      <w:pPr>
        <w:jc w:val="right"/>
      </w:pPr>
      <w:r>
        <w:t>کسی کی سفارش سے کسی کو جنت نہیں ملے گی۔</w:t>
      </w:r>
    </w:p>
    <w:p>
      <w:r>
        <w:rPr>
          <w:b/>
        </w:rPr>
        <w:t xml:space="preserve">[1:02:16] </w:t>
      </w:r>
      <w:r>
        <w:t>یہ concept اپنے آپ میں baseless ہے۔</w:t>
      </w:r>
    </w:p>
    <w:p>
      <w:pPr>
        <w:jc w:val="right"/>
      </w:pPr>
      <w:r>
        <w:t>یہ کانسیپٹ اپنے آپ میں بیس لیس ہے۔</w:t>
      </w:r>
    </w:p>
    <w:p>
      <w:r>
        <w:rPr>
          <w:b/>
        </w:rPr>
        <w:t xml:space="preserve">[1:02:22] </w:t>
      </w:r>
      <w:r>
        <w:t>bilkul zalik jaza muntazka, jo apna tazkiya karega, us ke liye jannat hai.</w:t>
      </w:r>
    </w:p>
    <w:p>
      <w:pPr>
        <w:jc w:val="right"/>
      </w:pPr>
      <w:r>
        <w:t>بالکل ذالک جزا منتزکا، جو اپنا تزکیہ کرے گا، اس کے لیے جنت ہے۔</w:t>
      </w:r>
    </w:p>
    <w:p>
      <w:r>
        <w:rPr>
          <w:b/>
        </w:rPr>
        <w:t xml:space="preserve">[1:02:28] </w:t>
      </w:r>
      <w:r>
        <w:t>وہ قدف منتزکا، سفارش سے کوئی جنت میں جائے گا، یہ بالکل ہی baseless بات ہے۔</w:t>
      </w:r>
    </w:p>
    <w:p>
      <w:pPr>
        <w:jc w:val="right"/>
      </w:pPr>
      <w:r>
        <w:t>وہ قدف منتزکا، سفارش سے کوئی جنت میں جائے گا، یہ بالکل ہی بیس لیس بات ہے۔</w:t>
      </w:r>
    </w:p>
    <w:p>
      <w:r>
        <w:rPr>
          <w:b/>
        </w:rPr>
        <w:t xml:space="preserve">[1:02:34] </w:t>
      </w:r>
      <w:r>
        <w:t>yeh Musalmanon ne garh rakha hai khud se, khud se garh rakha hai. Jannat koi</w:t>
      </w:r>
    </w:p>
    <w:p>
      <w:pPr>
        <w:jc w:val="right"/>
      </w:pPr>
      <w:r>
        <w:t>یہ مسلمانوں نے گڑھ رکھا ہے خود سے، خود سے گڑھ رکھا ہے۔ جنت کوئی</w:t>
      </w:r>
    </w:p>
    <w:p>
      <w:r>
        <w:rPr>
          <w:b/>
        </w:rPr>
        <w:t xml:space="preserve">[1:02:40] </w:t>
      </w:r>
      <w:r>
        <w:t>sifarish, jaise hamare address, hamare mulkon mein hote hain ki minister ki sifarish hai to aapko jannat,</w:t>
      </w:r>
    </w:p>
    <w:p>
      <w:pPr>
        <w:jc w:val="right"/>
      </w:pPr>
      <w:r>
        <w:t>سفارش، جیسے ہمارے ایڈریس، ہمارے ملکوں میں ہوتے ہیں کہ منسٹر کی سفارش ہے تو آپ کو جنت،</w:t>
      </w:r>
    </w:p>
    <w:p>
      <w:r>
        <w:rPr>
          <w:b/>
        </w:rPr>
        <w:t xml:space="preserve">[1:02:45] </w:t>
      </w:r>
      <w:r>
        <w:t>job mil gaya.</w:t>
      </w:r>
    </w:p>
    <w:p>
      <w:pPr>
        <w:jc w:val="right"/>
      </w:pPr>
      <w:r>
        <w:t>جاب مل گیا۔</w:t>
      </w:r>
    </w:p>
    <w:p>
      <w:r>
        <w:rPr>
          <w:b/>
        </w:rPr>
        <w:t xml:space="preserve">[1:02:50] </w:t>
      </w:r>
      <w:r>
        <w:t>aisa mamla wahan nahi hai.</w:t>
      </w:r>
    </w:p>
    <w:p>
      <w:pPr>
        <w:jc w:val="right"/>
      </w:pPr>
      <w:r>
        <w:t>ایسا معاملہ وہاں نہیں ہے۔</w:t>
      </w:r>
    </w:p>
    <w:p>
      <w:r>
        <w:rPr>
          <w:b/>
        </w:rPr>
        <w:t xml:space="preserve">[1:02:55] </w:t>
      </w:r>
      <w:r>
        <w:t>to jannat hai un logon ke liye jo apna tazkiya kar ke wahan pohnchte hain.</w:t>
      </w:r>
    </w:p>
    <w:p>
      <w:pPr>
        <w:jc w:val="right"/>
      </w:pPr>
      <w:r>
        <w:t>تو جنت ہے ان لوگوں کے لیے جو اپنا تزکیہ کر کے وہاں پہنچتے ہیں۔</w:t>
      </w:r>
    </w:p>
    <w:p>
      <w:r>
        <w:rPr>
          <w:b/>
        </w:rPr>
        <w:t xml:space="preserve">[1:03:00] </w:t>
      </w:r>
      <w:r>
        <w:t>tazkiya ka mani kya hai? Is type ki personality jo unhon ne banai ho, woh jo personality wahan</w:t>
      </w:r>
    </w:p>
    <w:p>
      <w:pPr>
        <w:jc w:val="right"/>
      </w:pPr>
      <w:r>
        <w:t>تزکیہ کا معنی کیا ہے؟ اس ٹائپ کی پرسنیلٹی جو انہوں نے بنائی ہو، وہ جو پرسنیلٹی وہاں</w:t>
      </w:r>
    </w:p>
    <w:p>
      <w:r>
        <w:rPr>
          <w:b/>
        </w:rPr>
        <w:t xml:space="preserve">[1:03:05] </w:t>
      </w:r>
      <w:r>
        <w:t>matloob hai jannat mein, waisi personality banai ho. Mat</w:t>
      </w:r>
    </w:p>
    <w:p>
      <w:pPr>
        <w:jc w:val="right"/>
      </w:pPr>
      <w:r>
        <w:t>مطلوب ہے جنت میں، ویسی پرسنیلٹی بنائی ہو۔ مط</w:t>
      </w:r>
    </w:p>
    <w:p>
      <w:r>
        <w:rPr>
          <w:b/>
        </w:rPr>
        <w:t xml:space="preserve">[1:03:10] </w:t>
      </w:r>
      <w:r>
        <w:t>lub sach bolna, honesty ke sath rehna, promise ko poora karna, Allah se darna, aur discipline ke sath rehna, ibadat karna waghera waghera, jo aap dekh sakte hain Quran o Hadees mein. to yeh yeh qualities is ke andar hongi, jo jis ke andar, jis ne apne andar yeh sari quality paida ki hogi</w:t>
      </w:r>
    </w:p>
    <w:p>
      <w:pPr>
        <w:jc w:val="right"/>
      </w:pPr>
      <w:r>
        <w:t>لب سچ بولنا، اونسٹری کے ساتھ رہنا، پرومس کو پورا کرنا، اللہ سے ڈرنا، اور ڈسپلن کے ساتھ رہنا، عبادت کرنا وغیرہ وغیرہ، جو آپ دیکھ سکتے ہیں قرآن و حدیث میں۔ تو یہ یہ کوالٹیز اس کے اندر ہوں گی، جو جس کے اندر، جس نے اپنے اندر یہ ساری کوالٹی پیدا کی ہوگی</w:t>
      </w:r>
    </w:p>
    <w:p>
      <w:r>
        <w:rPr>
          <w:b/>
        </w:rPr>
        <w:t xml:space="preserve">[1:03:40] </w:t>
      </w:r>
      <w:r>
        <w:t>, us ke liye jannat hai. baqi yeh bilkul hi baseless hai, yeh nazariya ke safai se kisi ko jannat mil jayegi, is ka koi, is ka koi asal nahin hai. das question is from Miss Maria from New Delhi: why didnt Muslims get intellectual development from Quran, which gives principles of life? why d</w:t>
      </w:r>
    </w:p>
    <w:p>
      <w:pPr>
        <w:jc w:val="right"/>
      </w:pPr>
      <w:r>
        <w:t>، اس کے لیے جنت ہے۔ باقی یہ بالکل ہی بیس لیس ہے، یہ نظریہ کہ صفائی سے کسی کو جنت مل جائے گی، اس کا کوئی، اس کا کوئی اصل نہیں ہے۔ دس کوئسچن از فرام مس ماریہ فرام نیو دہلی: وائی ڈنٹ مسلمز گیٹ انٹلیکچول ڈیویلپمنٹ فرام قرآن، وچ گیوز پرنسپلز اف لائف؟ وائی ڈ</w:t>
      </w:r>
    </w:p>
    <w:p>
      <w:r>
        <w:rPr>
          <w:b/>
        </w:rPr>
        <w:t xml:space="preserve">[1:04:10] </w:t>
      </w:r>
      <w:r>
        <w:t>and they need modern education for removal of their intellectual backwardness? Kindly comment.</w:t>
      </w:r>
    </w:p>
    <w:p>
      <w:pPr>
        <w:jc w:val="right"/>
      </w:pPr>
      <w:r>
        <w:t>و دے نیڈ ماڈرن ایجوکیشن فار ریموول اف دیر انٹلیکچول بیکورڈنس؟ کائنڈلی کمنٹ۔</w:t>
      </w:r>
    </w:p>
    <w:p>
      <w:r>
        <w:rPr>
          <w:b/>
        </w:rPr>
        <w:t xml:space="preserve">[1:04:16] </w:t>
      </w:r>
      <w:r>
        <w:t>dekhein, asal cheez hai Quran Majeed ko har zamane mein is ko explain karna padta hai.</w:t>
      </w:r>
    </w:p>
    <w:p>
      <w:pPr>
        <w:jc w:val="right"/>
      </w:pPr>
      <w:r>
        <w:t>دیکھیں، اصل چیز ہے قرآن مجید کو ہر زمانے میں اس کو ایکسپلین کرنا پڑتا ہے۔</w:t>
      </w:r>
    </w:p>
    <w:p>
      <w:r>
        <w:rPr>
          <w:b/>
        </w:rPr>
        <w:t xml:space="preserve">[1:04:22] </w:t>
      </w:r>
      <w:r>
        <w:t>har zamane ka ka jo mind hai, woh address ho.</w:t>
      </w:r>
    </w:p>
    <w:p>
      <w:pPr>
        <w:jc w:val="right"/>
      </w:pPr>
      <w:r>
        <w:t>ہر زمانے کا کا جو مائنڈ ہے، وہ ایڈریس ہو۔</w:t>
      </w:r>
    </w:p>
    <w:p>
      <w:r>
        <w:rPr>
          <w:b/>
        </w:rPr>
        <w:t xml:space="preserve">[1:04:28] </w:t>
      </w:r>
      <w:r>
        <w:t>yeh kaam nahi hua.</w:t>
      </w:r>
    </w:p>
    <w:p>
      <w:pPr>
        <w:jc w:val="right"/>
      </w:pPr>
      <w:r>
        <w:t>یہ کام نہیں ہوا۔</w:t>
      </w:r>
    </w:p>
    <w:p>
      <w:r>
        <w:rPr>
          <w:b/>
        </w:rPr>
        <w:t xml:space="preserve">[1:04:34] </w:t>
      </w:r>
      <w:r>
        <w:t>aaj yeh zamana jo hai,</w:t>
      </w:r>
    </w:p>
    <w:p>
      <w:pPr>
        <w:jc w:val="right"/>
      </w:pPr>
      <w:r>
        <w:t>آج یہ زمانہ جو ہے،</w:t>
      </w:r>
    </w:p>
    <w:p>
      <w:r>
        <w:rPr>
          <w:b/>
        </w:rPr>
        <w:t xml:space="preserve">[1:04:40] </w:t>
      </w:r>
      <w:r>
        <w:t>aik naya zamana tha.</w:t>
      </w:r>
    </w:p>
    <w:p>
      <w:pPr>
        <w:jc w:val="right"/>
      </w:pPr>
      <w:r>
        <w:t>ایک نیا زمانہ تھا۔</w:t>
      </w:r>
    </w:p>
    <w:p>
      <w:r>
        <w:rPr>
          <w:b/>
        </w:rPr>
        <w:t xml:space="preserve">[1:04:44] </w:t>
      </w:r>
      <w:r>
        <w:t>jab quran utra to us waqt woh traditional daur tha.</w:t>
      </w:r>
    </w:p>
    <w:p>
      <w:pPr>
        <w:jc w:val="right"/>
      </w:pPr>
      <w:r>
        <w:t>جب قرآن اترا تو اس وقت وہ ٹریڈیشنل دور تھا۔</w:t>
      </w:r>
    </w:p>
    <w:p>
      <w:r>
        <w:rPr>
          <w:b/>
        </w:rPr>
        <w:t xml:space="preserve">[1:04:48] </w:t>
      </w:r>
      <w:r>
        <w:t>ab scientific zamana hai.</w:t>
      </w:r>
    </w:p>
    <w:p>
      <w:pPr>
        <w:jc w:val="right"/>
      </w:pPr>
      <w:r>
        <w:t>اب سائنٹیفک زمانہ ہے۔</w:t>
      </w:r>
    </w:p>
    <w:p>
      <w:r>
        <w:rPr>
          <w:b/>
        </w:rPr>
        <w:t xml:space="preserve">[1:04:52] </w:t>
      </w:r>
      <w:r>
        <w:t>to quran mein eternal truth bataya gaya hai, eternal teachings hain quran majeed mein, lekin is ko explain</w:t>
      </w:r>
    </w:p>
    <w:p>
      <w:pPr>
        <w:jc w:val="right"/>
      </w:pPr>
      <w:r>
        <w:t>تو قرآن میں ایٹرنل ٹروتھ بتایا گیا ہے، ایٹرنل ٹیچنگز ہیں قرآن مجید میں، لیکن اس کو ایکسپلین</w:t>
      </w:r>
    </w:p>
    <w:p>
      <w:r>
        <w:rPr>
          <w:b/>
        </w:rPr>
        <w:t xml:space="preserve">[1:04:55] </w:t>
      </w:r>
      <w:r>
        <w:t>karna parta hai modern idiom mein taake modern mind address ho.</w:t>
      </w:r>
    </w:p>
    <w:p>
      <w:pPr>
        <w:jc w:val="right"/>
      </w:pPr>
      <w:r>
        <w:t>کرنا پڑتا ہے ماڈرن ایڈیم میں تاکہ ماڈرن مائنڈ ایڈریس ہو۔</w:t>
      </w:r>
    </w:p>
    <w:p>
      <w:r>
        <w:rPr>
          <w:b/>
        </w:rPr>
        <w:t xml:space="preserve">[1:04:59] </w:t>
      </w:r>
      <w:r>
        <w:t>yeh kaam nahi kiya.</w:t>
      </w:r>
    </w:p>
    <w:p>
      <w:pPr>
        <w:jc w:val="right"/>
      </w:pPr>
      <w:r>
        <w:t>یہ کام نہیں کیا۔</w:t>
      </w:r>
    </w:p>
    <w:p>
      <w:r>
        <w:rPr>
          <w:b/>
        </w:rPr>
        <w:t xml:space="preserve">[1:05:03] </w:t>
      </w:r>
      <w:r>
        <w:t>hamare ulama sab larai bhadai mein pad gaye.</w:t>
      </w:r>
    </w:p>
    <w:p>
      <w:pPr>
        <w:jc w:val="right"/>
      </w:pPr>
      <w:r>
        <w:t>ہمارے علماء سب لڑائی بھڑائی میں پڑ گئے۔</w:t>
      </w:r>
    </w:p>
    <w:p>
      <w:r>
        <w:rPr>
          <w:b/>
        </w:rPr>
        <w:t xml:space="preserve">[1:05:07] </w:t>
      </w:r>
      <w:r>
        <w:t>سارے علماء one to all, without any exception, پڑھ گئے لڑائی بھڑائی میں۔</w:t>
      </w:r>
    </w:p>
    <w:p>
      <w:pPr>
        <w:jc w:val="right"/>
      </w:pPr>
      <w:r>
        <w:t>سارے علماء ون ٹو ال، ودا آؤٹ اینی ایکسیپشن، پڑھ گئے لڑائی بھڑائی میں۔</w:t>
      </w:r>
    </w:p>
    <w:p>
      <w:r>
        <w:rPr>
          <w:b/>
        </w:rPr>
        <w:t xml:space="preserve">[1:05:11] </w:t>
      </w:r>
      <w:r>
        <w:t>yeh asal kaam jo karna tha ke modern mind ko parhna, modern thought ko janna, modern science ka</w:t>
      </w:r>
    </w:p>
    <w:p>
      <w:pPr>
        <w:jc w:val="right"/>
      </w:pPr>
      <w:r>
        <w:t>یہ اصل کام جو کرنا تھا کہ ماڈرن مائنڈ کو پڑھنا، ماڈرن تھاٹ کو جاننا، ماڈرن سائنس کا</w:t>
      </w:r>
    </w:p>
    <w:p>
      <w:r>
        <w:rPr>
          <w:b/>
        </w:rPr>
        <w:t xml:space="preserve">[1:05:15] </w:t>
      </w:r>
      <w:r>
        <w:t>mutala karna, aur phir quran ko is ke mutabiq wazeh karna.</w:t>
      </w:r>
    </w:p>
    <w:p>
      <w:pPr>
        <w:jc w:val="right"/>
      </w:pPr>
      <w:r>
        <w:t>مطالعہ کرنا، اور پھر قرآن کو اس کے مطابق واضح کرنا۔</w:t>
      </w:r>
    </w:p>
    <w:p>
      <w:r>
        <w:rPr>
          <w:b/>
        </w:rPr>
        <w:t xml:space="preserve">[1:05:20] </w:t>
      </w:r>
      <w:r>
        <w:t>kisi aik shakhs ne bhi nahi kiya.</w:t>
      </w:r>
    </w:p>
    <w:p>
      <w:pPr>
        <w:jc w:val="right"/>
      </w:pPr>
      <w:r>
        <w:t>کسی ایک شخص نے بھی نہیں کیا۔</w:t>
      </w:r>
    </w:p>
    <w:p>
      <w:r>
        <w:rPr>
          <w:b/>
        </w:rPr>
        <w:t xml:space="preserve">[1:05:24] </w:t>
      </w:r>
      <w:r>
        <w:t>maine Allah ke fazl se aisa kaam kiya, aur yahi maine zindagi ka maqsad, mission bana liya.</w:t>
      </w:r>
    </w:p>
    <w:p>
      <w:pPr>
        <w:jc w:val="right"/>
      </w:pPr>
      <w:r>
        <w:t>میں نے اللہ کے فضل سے ایسا کام کیا، اور یہی میں نے زندگی کا مقصد، مشن بنا لیا۔</w:t>
      </w:r>
    </w:p>
    <w:p>
      <w:r>
        <w:rPr>
          <w:b/>
        </w:rPr>
        <w:t xml:space="preserve">[1:05:29] </w:t>
      </w:r>
      <w:r>
        <w:t>maine to jin logon ne hamari kitabein padhi hain, un ka woh haal nahi hai jo aap</w:t>
      </w:r>
    </w:p>
    <w:p>
      <w:pPr>
        <w:jc w:val="right"/>
      </w:pPr>
      <w:r>
        <w:t>میں نے تو جن لوگوں نے ہماری کتابیں پڑھی ہیں، ان کا وہ حال نہیں ہے جو آپ</w:t>
      </w:r>
    </w:p>
    <w:p>
      <w:r>
        <w:rPr>
          <w:b/>
        </w:rPr>
        <w:t xml:space="preserve">[1:05:33] </w:t>
      </w:r>
      <w:r>
        <w:t>farma rahe hain.</w:t>
      </w:r>
    </w:p>
    <w:p>
      <w:pPr>
        <w:jc w:val="right"/>
      </w:pPr>
      <w:r>
        <w:t>فرما رہے ہیں۔</w:t>
      </w:r>
    </w:p>
    <w:p>
      <w:r>
        <w:rPr>
          <w:b/>
        </w:rPr>
        <w:t xml:space="preserve">[1:05:38] </w:t>
      </w:r>
      <w:r>
        <w:t>is question mein jin logon ka haal bataya gaya hai, woh log hain jinho ne hamari kitabein nahi padhi hain.</w:t>
      </w:r>
    </w:p>
    <w:p>
      <w:pPr>
        <w:jc w:val="right"/>
      </w:pPr>
      <w:r>
        <w:t>اس کوئسچن میں جن لوگوں کا حال بتایا گیا ہے، وہ لوگ ہیں جنہوں نے ہماری کتابیں نہیں پڑھی ہیں۔</w:t>
      </w:r>
    </w:p>
    <w:p>
      <w:r>
        <w:rPr>
          <w:b/>
        </w:rPr>
        <w:t xml:space="preserve">[1:05:42] </w:t>
      </w:r>
      <w:r>
        <w:t>jo log bhi hamari kitabein padhte hain, to woh bilkul un ka andar doosra zehan banta hai.</w:t>
      </w:r>
    </w:p>
    <w:p>
      <w:pPr>
        <w:jc w:val="right"/>
      </w:pPr>
      <w:r>
        <w:t>جو لوگ بھی ہماری کتابیں پڑھتے ہیں، تو وہ بالکل ان کا اندر دوسرا ذہن بنتا ہے۔</w:t>
      </w:r>
    </w:p>
    <w:p>
      <w:r>
        <w:rPr>
          <w:b/>
        </w:rPr>
        <w:t xml:space="preserve">[1:05:50] </w:t>
      </w:r>
      <w:r>
        <w:t>quran un ko, un ke liye zariya ban jata hai intellectual development ka.</w:t>
      </w:r>
    </w:p>
    <w:p>
      <w:pPr>
        <w:jc w:val="right"/>
      </w:pPr>
      <w:r>
        <w:t>قرآن ان کو، ان کے لیے ذریعہ بن جاتا ہے انٹلیکچول ڈیویلپمنٹ کا۔</w:t>
      </w:r>
    </w:p>
    <w:p>
      <w:r>
        <w:rPr>
          <w:b/>
        </w:rPr>
        <w:t xml:space="preserve">[1:05:57] </w:t>
      </w:r>
      <w:r>
        <w:t>abhi kal parson mere paas aik aik telephone aaya south se.</w:t>
      </w:r>
    </w:p>
    <w:p>
      <w:pPr>
        <w:jc w:val="right"/>
      </w:pPr>
      <w:r>
        <w:t>ابھی کل پرسوں میرے پاس ایک ایک ٹیلی فون آیا ساؤتھ سے۔</w:t>
      </w:r>
    </w:p>
    <w:p>
      <w:r>
        <w:rPr>
          <w:b/>
        </w:rPr>
        <w:t xml:space="preserve">[1:06:05] </w:t>
      </w:r>
      <w:r>
        <w:t>aik sahib ne kaha ke hum mudaton se, yaani Islam, practice muslim thay, lekin hum ko woh practice miss</w:t>
      </w:r>
    </w:p>
    <w:p>
      <w:pPr>
        <w:jc w:val="right"/>
      </w:pPr>
      <w:r>
        <w:t>ایک صاحب نے کہا کہ ہم مدتوں سے، یعنی اسلام، پریکٹس مسلم تھے، لیکن ہم کو وہ پریکٹس مس</w:t>
      </w:r>
    </w:p>
    <w:p>
      <w:r>
        <w:rPr>
          <w:b/>
        </w:rPr>
        <w:t xml:space="preserve">[1:06:12] </w:t>
      </w:r>
      <w:r>
        <w:t>lim thay, woh traditionally, riwayati taur par. ab aap kitaben padhi hain to ab maloom hua ke hamara mind address hua, ek nayi spirit jaagi. ab cheezon ko hum Islam ke rang mein dekhne lage. ab ja ke maloom hua ke Islam kya hai. to Musalmanon mein se woh log jinhon ne hamari kitaben nahin padhi hain, un ka woh haal zaroor hai jo aap ne farmaya. kyunke jo log hamari kitaben padh lete hain, hamare mutabiq hamare mission ki jo kitaben hain, to woh to bilkul badal</w:t>
      </w:r>
    </w:p>
    <w:p>
      <w:pPr>
        <w:jc w:val="right"/>
      </w:pPr>
      <w:r>
        <w:t>لم تھے، وہ ٹریڈیشنلی، روایتی طور پر۔ اب آپ کتابیں پڑھی ہیں تو اب معلوم ہوا کہ ہمارا مائنڈ ایڈریس ہوا، ایک نئی سپرٹ جاگی۔ اب چیزوں کو ہم اسلام کے رنگ میں دیکھنے لگے۔ اب جا کے معلوم ہوا کہ اسلام کیا ہے۔ تو مسلمانوں میں سے وہ لوگ جنہوں نے ہماری کتابیں نہیں پڑھی ہیں، ان کا وہ حال ضرور ہے جو آپ نے فرمایا۔ کیونکہ جو لوگ ہماری کتابیں پڑھ لیتے ہیں، ہمارے مطابق ہمارے مشن کی جو کتابیں ہیں، تو وہ تو بالکل بدل</w:t>
      </w:r>
    </w:p>
    <w:p>
      <w:r>
        <w:rPr>
          <w:b/>
        </w:rPr>
        <w:t xml:space="preserve">[1:06:42] </w:t>
      </w:r>
      <w:r>
        <w:t>jaate hain. hamara mission hi yahi hai, hamari poori team isi mein lagi hui hai ke logon ko modern idiom mein deen ko bataya jaye taake un ka mind address ho, aur phir Quran jo hai, un ke liye intellectual development ka zariya ban jaye. das question is from Mr. Dashinath from Delhi: Allah ne insanon</w:t>
      </w:r>
    </w:p>
    <w:p>
      <w:pPr>
        <w:jc w:val="right"/>
      </w:pPr>
      <w:r>
        <w:t>جاتے ہیں۔ ہمارا مشن ہی یہی ہے، ہماری پوری ٹیم اسی میں لگی ہوئی ہے کہ لوگوں کو ماڈرن ایڈیم میں دین کو بتایا جائے تاکہ ان کا مائنڈ ایڈریس ہو، اور پھر قرآن جو ہے، ان کے لیے انٹلیکچول ڈیویلپمنٹ کا ذریعہ بن جائے۔ دس کوئسچن از فرام مسٹر دشینتھ فرام دہلی: اللہ نے انسانوں</w:t>
      </w:r>
    </w:p>
    <w:p>
      <w:r>
        <w:rPr>
          <w:b/>
        </w:rPr>
        <w:t xml:space="preserve">[1:07:12] </w:t>
      </w:r>
      <w:r>
        <w:t>ke liye is dunya ki kitni value batayi hai? Is dunya mein insan ke aanay ka main maqsad</w:t>
      </w:r>
    </w:p>
    <w:p>
      <w:pPr>
        <w:jc w:val="right"/>
      </w:pPr>
      <w:r>
        <w:t>کے لیے اس دنیا کی کتنی ویلیو بتائی ہے؟ اس دنیا میں انسان کے آنے کا مین مقصد</w:t>
      </w:r>
    </w:p>
    <w:p>
      <w:r>
        <w:rPr>
          <w:b/>
        </w:rPr>
        <w:t xml:space="preserve">[1:07:17] </w:t>
      </w:r>
      <w:r>
        <w:t>kya hai? Maulana, khulasa kijiye.</w:t>
      </w:r>
    </w:p>
    <w:p>
      <w:pPr>
        <w:jc w:val="right"/>
      </w:pPr>
      <w:r>
        <w:t>کیا ہے؟ مولانا، خلاصہ کیجئے۔</w:t>
      </w:r>
    </w:p>
    <w:p>
      <w:r>
        <w:rPr>
          <w:b/>
        </w:rPr>
        <w:t xml:space="preserve">[1:07:22] </w:t>
      </w:r>
      <w:r>
        <w:t>bhai, aik aik sawal, aik jawab se baat clear nahi hoti.</w:t>
      </w:r>
    </w:p>
    <w:p>
      <w:pPr>
        <w:jc w:val="right"/>
      </w:pPr>
      <w:r>
        <w:t>بھائی، ایک ایک سوال، ایک جواب سے بات کلیئر نہیں ہوتی۔</w:t>
      </w:r>
    </w:p>
    <w:p>
      <w:r>
        <w:rPr>
          <w:b/>
        </w:rPr>
        <w:t xml:space="preserve">[1:07:27] </w:t>
      </w:r>
      <w:r>
        <w:t>aap hamari kitabein padhiye.</w:t>
      </w:r>
    </w:p>
    <w:p>
      <w:pPr>
        <w:jc w:val="right"/>
      </w:pPr>
      <w:r>
        <w:t>آپ ہماری کتابیں پڑھیے۔</w:t>
      </w:r>
    </w:p>
    <w:p>
      <w:r>
        <w:rPr>
          <w:b/>
        </w:rPr>
        <w:t xml:space="preserve">[1:07:32] </w:t>
      </w:r>
      <w:r>
        <w:t>khulasa to yahi hai ke Allah ne paida kiya hai ke Khuda ki pehchan hasil kare aadmi.</w:t>
      </w:r>
    </w:p>
    <w:p>
      <w:pPr>
        <w:jc w:val="right"/>
      </w:pPr>
      <w:r>
        <w:t>خلاصہ تو یہی ہے کہ اللہ نے پیدا کیا ہے کہ خدا کی پہچان حاصل کرے آدمی۔</w:t>
      </w:r>
    </w:p>
    <w:p>
      <w:r>
        <w:rPr>
          <w:b/>
        </w:rPr>
        <w:t xml:space="preserve">[1:07:37] </w:t>
      </w:r>
      <w:r>
        <w:t>ma khalaqtul jin wal</w:t>
      </w:r>
    </w:p>
    <w:p>
      <w:pPr>
        <w:jc w:val="right"/>
      </w:pPr>
      <w:r>
        <w:t>ما خلقت الجن والن</w:t>
      </w:r>
    </w:p>
    <w:p>
      <w:r>
        <w:rPr>
          <w:b/>
        </w:rPr>
        <w:t xml:space="preserve">[1:07:42] </w:t>
      </w:r>
      <w:r>
        <w:t>annas illa li ya'budun. Allah ki marifat hasil karna, Allah ko discover karna bataya gaya Quran Majeed mein. to aap sirf ek sawal, ek itne se aap baat poori nahin ke ho jayegi. hogi ghaleban aap hamari kitaben padhiye. Urdu mein hain, English mein hain, Arabic mein hain, Hindi mein hain. kitaben un ko padhiye to is baat aap ko clear ho jayegi. das question is from Miss</w:t>
      </w:r>
    </w:p>
    <w:p>
      <w:pPr>
        <w:jc w:val="right"/>
      </w:pPr>
      <w:r>
        <w:t>اس الا لیعبدون۔ اللہ کی معرفت حاصل کرنا، اللہ کو ڈسکور کرنا بتایا گیا قرآن مجید میں۔ تو آپ صرف ایک سوال، ایک اتنے سے آپ بات پوری نہیں کہ ہو جائے گی۔ ہوگی غالباً آپ ہماری کتابیں پڑھیے۔ اردو میں ہیں، انگریزی میں ہیں، عربی میں ہیں، ہندی میں ہیں۔ کتابیں ان کو پڑھیے تو اس بات آپ کو کلیئر ہو جائے گی۔ دس کوئسچن از فرام مس</w:t>
      </w:r>
    </w:p>
    <w:p>
      <w:r>
        <w:rPr>
          <w:b/>
        </w:rPr>
        <w:t xml:space="preserve">[1:08:12] </w:t>
      </w:r>
      <w:r>
        <w:t>عائشہ فرام دہلی: مولانا، پلیز تھرو سم لائٹ آن دا رول آف دا پرافٹس اِن دا ہیومن ہسٹری۔</w:t>
      </w:r>
    </w:p>
    <w:p>
      <w:pPr>
        <w:jc w:val="right"/>
      </w:pPr>
      <w:r>
        <w:t>عائشہ فرام دہلی: مولانا، پلیز تھرو سم لائٹ ان دا رول اف دا پرافٹس ان دا ہیومن ہسٹری۔</w:t>
      </w:r>
    </w:p>
    <w:p>
      <w:r>
        <w:rPr>
          <w:b/>
        </w:rPr>
        <w:t xml:space="preserve">[1:08:18] </w:t>
      </w:r>
      <w:r>
        <w:t>I would request you to kindly elaborate on it.</w:t>
      </w:r>
    </w:p>
    <w:p>
      <w:pPr>
        <w:jc w:val="right"/>
      </w:pPr>
      <w:r>
        <w:t>آئی وڈ ریکویسٹ یو ٹو کائنڈلی الیبریٹ ان اٹ۔</w:t>
      </w:r>
    </w:p>
    <w:p>
      <w:r>
        <w:rPr>
          <w:b/>
        </w:rPr>
        <w:t xml:space="preserve">[1:08:24] </w:t>
      </w:r>
      <w:r>
        <w:t>daikhen, hamara aqeedah hai ke poori history mein prophet atay rahay.</w:t>
      </w:r>
    </w:p>
    <w:p>
      <w:pPr>
        <w:jc w:val="right"/>
      </w:pPr>
      <w:r>
        <w:t>دیکھیں، ہمارا عقیدہ ہے کہ پوری ہسٹری میں پرافٹ آتے رہے۔</w:t>
      </w:r>
    </w:p>
    <w:p>
      <w:r>
        <w:rPr>
          <w:b/>
        </w:rPr>
        <w:t xml:space="preserve">[1:08:31] </w:t>
      </w:r>
      <w:r>
        <w:t>sum arsalna rasulna tutra.</w:t>
      </w:r>
    </w:p>
    <w:p>
      <w:pPr>
        <w:jc w:val="right"/>
      </w:pPr>
      <w:r>
        <w:t>سم ارسلنا رسولنا تترا۔</w:t>
      </w:r>
    </w:p>
    <w:p>
      <w:r>
        <w:rPr>
          <w:b/>
        </w:rPr>
        <w:t xml:space="preserve">[1:08:37] </w:t>
      </w:r>
      <w:r>
        <w:t>pehla insan bhi prophet hi tha, Hazrat Adam. lekin</w:t>
      </w:r>
    </w:p>
    <w:p>
      <w:pPr>
        <w:jc w:val="right"/>
      </w:pPr>
      <w:r>
        <w:t>پہلا انسان بھی پرافٹ ہی تھا، حضرت آدم۔ لیکن</w:t>
      </w:r>
    </w:p>
    <w:p>
      <w:r>
        <w:rPr>
          <w:b/>
        </w:rPr>
        <w:t xml:space="preserve">[1:08:43] </w:t>
      </w:r>
      <w:r>
        <w:t>musalmanon mein aisa hua hai ke woh apnay prophet ko to sab kuch bana liya.</w:t>
      </w:r>
    </w:p>
    <w:p>
      <w:pPr>
        <w:jc w:val="right"/>
      </w:pPr>
      <w:r>
        <w:t>مسلمانوں میں ایسا ہوا ہے کہ وہ اپنے پرافٹ کو تو سب کچھ بنا لیا۔</w:t>
      </w:r>
    </w:p>
    <w:p>
      <w:r>
        <w:rPr>
          <w:b/>
        </w:rPr>
        <w:t xml:space="preserve">[1:08:48] </w:t>
      </w:r>
      <w:r>
        <w:t>unhon ne shehanshah-e-konain aur aur shehanshah-e-alam aur ajeeb-o-ghareeb qisam ke aqeeday bana liye ke</w:t>
      </w:r>
    </w:p>
    <w:p>
      <w:pPr>
        <w:jc w:val="right"/>
      </w:pPr>
      <w:r>
        <w:t>انہوں نے شہنشاہ کونین اور اور شہنشاہ عالم اور عجیب و غریب قسم کے عقیدے بنا لیے کہ</w:t>
      </w:r>
    </w:p>
    <w:p>
      <w:r>
        <w:rPr>
          <w:b/>
        </w:rPr>
        <w:t xml:space="preserve">[1:08:53] </w:t>
      </w:r>
      <w:r>
        <w:t>woh Hazrat Adam se hi paida un ka noor paida hoga tha pehlay, aur saray anbiya ke sardar</w:t>
      </w:r>
    </w:p>
    <w:p>
      <w:pPr>
        <w:jc w:val="right"/>
      </w:pPr>
      <w:r>
        <w:t>وہ حضرت آدم سے ہی پیدا ان کا نور پیدا ہوگا تھا پہلے، اور سارے انبیاء کے سردار</w:t>
      </w:r>
    </w:p>
    <w:p>
      <w:r>
        <w:rPr>
          <w:b/>
        </w:rPr>
        <w:t xml:space="preserve">[1:08:58] </w:t>
      </w:r>
      <w:r>
        <w:t>hain wahi, aur ab kisi aur nabi ki zaroorat nahi hai.</w:t>
      </w:r>
    </w:p>
    <w:p>
      <w:pPr>
        <w:jc w:val="right"/>
      </w:pPr>
      <w:r>
        <w:t>ہیں وہی، اور اب کسی اور نبی کی ضرورت نہیں ہے۔</w:t>
      </w:r>
    </w:p>
    <w:p>
      <w:r>
        <w:rPr>
          <w:b/>
        </w:rPr>
        <w:t xml:space="preserve">[1:09:03] </w:t>
      </w:r>
      <w:r>
        <w:t>yeh sab baseless baatein hain.</w:t>
      </w:r>
    </w:p>
    <w:p>
      <w:pPr>
        <w:jc w:val="right"/>
      </w:pPr>
      <w:r>
        <w:t>یہ سب بیس لیس باتیں ہیں۔</w:t>
      </w:r>
    </w:p>
    <w:p>
      <w:r>
        <w:rPr>
          <w:b/>
        </w:rPr>
        <w:t xml:space="preserve">[1:09:08] </w:t>
      </w:r>
      <w:r>
        <w:t>hum ko saray nabiyon ke se lena</w:t>
      </w:r>
    </w:p>
    <w:p>
      <w:pPr>
        <w:jc w:val="right"/>
      </w:pPr>
      <w:r>
        <w:t>ہم کو سارے نبیوں کے سے لینا</w:t>
      </w:r>
    </w:p>
    <w:p>
      <w:r>
        <w:rPr>
          <w:b/>
        </w:rPr>
        <w:t xml:space="preserve">[1:09:13] </w:t>
      </w:r>
      <w:r>
        <w:t>hai guidance, aur yeh khud Quran mein likha hua hai. Quran mein saaf saaf likha hua hai ke sare peghambaron ko Allah ne hidayat di, to tum un se hidayat hasil karo. fobu khuda muqtada ke Allah ne ghaleban wahan atharah nabiyon ka zikr hai, aur woh numainda tadad hai. woh is tarah se qiyas kar lo doosre peghambaron ko ke un ko hum ne hi</w:t>
      </w:r>
    </w:p>
    <w:p>
      <w:pPr>
        <w:jc w:val="right"/>
      </w:pPr>
      <w:r>
        <w:t>ہے گائیڈنس، اور یہ خود قرآن میں لکھا ہوا ہے۔ قرآن میں صاف صاف لکھا ہوا ہے کہ سارے پیغمبروں کو اللہ نے ہدایت دی، تو تم ان سے ہدایت حاصل کرو۔ فوب خدا مقتد کہ اللہ نے غالباً وہاں اٹھارہ نبیوں کا ذکر ہے، اور وہ نمائندہ تعداد ہے۔ وہ اس طرح سے قیاس کر لو دوسرے پیغمبروں کو کہ ان کو ہم نے ہ</w:t>
      </w:r>
    </w:p>
    <w:p>
      <w:r>
        <w:rPr>
          <w:b/>
        </w:rPr>
        <w:t xml:space="preserve">[1:09:43] </w:t>
      </w:r>
      <w:r>
        <w:t>hidayat di, tum unhi ki hidayat par chalo.</w:t>
      </w:r>
    </w:p>
    <w:p>
      <w:pPr>
        <w:jc w:val="right"/>
      </w:pPr>
      <w:r>
        <w:t>دایت دی، تم انہی کی ہدایت پر چلو۔</w:t>
      </w:r>
    </w:p>
    <w:p>
      <w:r>
        <w:rPr>
          <w:b/>
        </w:rPr>
        <w:t xml:space="preserve">[1:09:48] </w:t>
      </w:r>
      <w:r>
        <w:t>to saray nabi hamaray liye rehbar hain, guide hain.</w:t>
      </w:r>
    </w:p>
    <w:p>
      <w:pPr>
        <w:jc w:val="right"/>
      </w:pPr>
      <w:r>
        <w:t>تو سارے نبی ہمارے لیے رہنما ہیں، گائیڈ ہیں۔</w:t>
      </w:r>
    </w:p>
    <w:p>
      <w:r>
        <w:rPr>
          <w:b/>
        </w:rPr>
        <w:t xml:space="preserve">[1:09:53] </w:t>
      </w:r>
      <w:r>
        <w:t>daikhen, mein arz karoon ke mein kal mein soch raha tha isi cheez ke baray mein, to aik</w:t>
      </w:r>
    </w:p>
    <w:p>
      <w:pPr>
        <w:jc w:val="right"/>
      </w:pPr>
      <w:r>
        <w:t>دیکھیں، میں عرض کروں کہ میں کل میں سوچ رہا تھا اسی چیز کے بارے میں، تو ایک</w:t>
      </w:r>
    </w:p>
    <w:p>
      <w:r>
        <w:rPr>
          <w:b/>
        </w:rPr>
        <w:t xml:space="preserve">[1:09:58] </w:t>
      </w:r>
      <w:r>
        <w:t>achanak aik ehsas aaya ke peghambaron ne kitna bara kaam kiya hai.</w:t>
      </w:r>
    </w:p>
    <w:p>
      <w:pPr>
        <w:jc w:val="right"/>
      </w:pPr>
      <w:r>
        <w:t>اچانک ایک احساس آیا کہ پیغمبروں نے کتنا بڑا کام کیا ہے۔</w:t>
      </w:r>
    </w:p>
    <w:p>
      <w:r>
        <w:rPr>
          <w:b/>
        </w:rPr>
        <w:t xml:space="preserve">[1:10:03] </w:t>
      </w:r>
      <w:r>
        <w:t>is liye peghambaron ko mila lain, hum tab nahi to hum sirf apnay peghambaron ko liye rahengay,</w:t>
      </w:r>
    </w:p>
    <w:p>
      <w:pPr>
        <w:jc w:val="right"/>
      </w:pPr>
      <w:r>
        <w:t>اس لیے پیغمبروں کو ملا لیں، ہم تب نہیں تو ہم صرف اپنے پیغمبروں کو لیے رہیں گے،</w:t>
      </w:r>
    </w:p>
    <w:p>
      <w:r>
        <w:rPr>
          <w:b/>
        </w:rPr>
        <w:t xml:space="preserve">[1:10:08] </w:t>
      </w:r>
      <w:r>
        <w:t>to unhi ko aap sheh</w:t>
      </w:r>
    </w:p>
    <w:p>
      <w:pPr>
        <w:jc w:val="right"/>
      </w:pPr>
      <w:r>
        <w:t>تو انہی کو آپ شہ</w:t>
      </w:r>
    </w:p>
    <w:p>
      <w:r>
        <w:rPr>
          <w:b/>
        </w:rPr>
        <w:t xml:space="preserve">[1:10:13] </w:t>
      </w:r>
      <w:r>
        <w:t>anshah kain banaye rahenge, to hamein kuch pata nahin hoga. poori history mein unhon ne tauheed ka tasalsul jari rakha. tauheed ki soch, Allah ki marifat ki soch, poori history mein continue rahi peghambaron ke zariye se. kehti hai, ajeeb baat hai yeh. yani doosre log jo thay, woh kamate rahe, hukumatain banate rahe, woh fateh futuhat karte rahe, lekin yeh peghambar</w:t>
      </w:r>
    </w:p>
    <w:p>
      <w:pPr>
        <w:jc w:val="right"/>
      </w:pPr>
      <w:r>
        <w:t>نشاہ کون بنائے رہیں گے، تو ہمیں کچھ پتہ نہیں ہوگا۔ پوری تاریخ میں انہوں نے توحید کا تسلسل جاری رکھا۔ توحید کی سوچ، اللہ کی معرفت کی سوچ، پوری تاریخ میں کنٹینیو رہی پیغمبروں کے ذریعے سے۔ کہتی ہے، عجیب بات ہے یہ۔ یعنی دوسرے لوگ جو تھے، وہ کماتے رہے، حکومتیں بناتے رہے، وہ فتح فتوحات کرتے رہے، لیکن یہ پیغمبر</w:t>
      </w:r>
    </w:p>
    <w:p>
      <w:r>
        <w:rPr>
          <w:b/>
        </w:rPr>
        <w:t xml:space="preserve">[1:10:43] </w:t>
      </w:r>
      <w:r>
        <w:t>ki jo community hai, unhon ne poori history mein Khuda ki jo marifat hai, Khuda ki jo deen</w:t>
      </w:r>
    </w:p>
    <w:p>
      <w:pPr>
        <w:jc w:val="right"/>
      </w:pPr>
      <w:r>
        <w:t>کی جو کمیونٹی ہے، انہوں نے پوری تاریخ میں خدا کی جو معرفت ہے، خدا کی جو دین</w:t>
      </w:r>
    </w:p>
    <w:p>
      <w:r>
        <w:rPr>
          <w:b/>
        </w:rPr>
        <w:t xml:space="preserve">[1:10:50] </w:t>
      </w:r>
      <w:r>
        <w:t>hai, Khuda ki jo sachai hai, us ko continue rakha, aur hum isi ke saray par hain, aur</w:t>
      </w:r>
    </w:p>
    <w:p>
      <w:pPr>
        <w:jc w:val="right"/>
      </w:pPr>
      <w:r>
        <w:t>ہے، خدا کی جو سچائی ہے، اس کو کنٹینیو رکھا، اور ہم اسی کے سرے پر ہیں، اور</w:t>
      </w:r>
    </w:p>
    <w:p>
      <w:r>
        <w:rPr>
          <w:b/>
        </w:rPr>
        <w:t xml:space="preserve">[1:10:58] </w:t>
      </w:r>
      <w:r>
        <w:t>usay saray peghambaron ke haan bohat baray baray namoonay hain.</w:t>
      </w:r>
    </w:p>
    <w:p>
      <w:pPr>
        <w:jc w:val="right"/>
      </w:pPr>
      <w:r>
        <w:t>اسے سارے پیغمبروں کے ہاں بہت بڑے بڑے نمونے ہیں۔</w:t>
      </w:r>
    </w:p>
    <w:p>
      <w:r>
        <w:rPr>
          <w:b/>
        </w:rPr>
        <w:t xml:space="preserve">[1:11:05] </w:t>
      </w:r>
      <w:r>
        <w:t>musalman is se bilkul bekhabar hain, kyunke unhein</w:t>
      </w:r>
    </w:p>
    <w:p>
      <w:pPr>
        <w:jc w:val="right"/>
      </w:pPr>
      <w:r>
        <w:t>مسلمان اس سے بالکل بے خبر ہیں، کیونکہ انہیں</w:t>
      </w:r>
    </w:p>
    <w:p>
      <w:r>
        <w:rPr>
          <w:b/>
        </w:rPr>
        <w:t xml:space="preserve">[1:11:13] </w:t>
      </w:r>
      <w:r>
        <w:t>apnay peghambar ko shehanshah-e-alam bana rakha hai, aur naat khwani karte rehtay hain, bas samajhtay hain ke</w:t>
      </w:r>
    </w:p>
    <w:p>
      <w:pPr>
        <w:jc w:val="right"/>
      </w:pPr>
      <w:r>
        <w:t>اپنے پیغمبر کو شہنشاہ عالم بنا رکھا ہے، اور نعت خوانی کرتے رہتے ہیں، بس سمجھتے ہیں کہ</w:t>
      </w:r>
    </w:p>
    <w:p>
      <w:r>
        <w:rPr>
          <w:b/>
        </w:rPr>
        <w:t xml:space="preserve">[1:11:17] </w:t>
      </w:r>
      <w:r>
        <w:t>sab kuch ho gaya.</w:t>
      </w:r>
    </w:p>
    <w:p>
      <w:pPr>
        <w:jc w:val="right"/>
      </w:pPr>
      <w:r>
        <w:t>سب کچھ ہو گیا۔</w:t>
      </w:r>
    </w:p>
    <w:p>
      <w:r>
        <w:rPr>
          <w:b/>
        </w:rPr>
        <w:t xml:space="preserve">[1:11:22] </w:t>
      </w:r>
      <w:r>
        <w:t>yeh sab bilkul khud-sakhta Islam hai.</w:t>
      </w:r>
    </w:p>
    <w:p>
      <w:pPr>
        <w:jc w:val="right"/>
      </w:pPr>
      <w:r>
        <w:t>یہ سب بالکل خود ساختہ اسلام ہے۔</w:t>
      </w:r>
    </w:p>
    <w:p>
      <w:r>
        <w:rPr>
          <w:b/>
        </w:rPr>
        <w:t xml:space="preserve">[1:11:26] </w:t>
      </w:r>
      <w:r>
        <w:t>misal ke ooper daikhiye, Hazrat Adam ke baray mein musalman itna hi jantay hain ke unhon ne mamunah</w:t>
      </w:r>
    </w:p>
    <w:p>
      <w:pPr>
        <w:jc w:val="right"/>
      </w:pPr>
      <w:r>
        <w:t>مثال کے اوپر دیکھیے، حضرت آدم کے بارے میں مسلمان اتنا ہی جانتے ہیں کہ انہوں نے مامونہ</w:t>
      </w:r>
    </w:p>
    <w:p>
      <w:r>
        <w:rPr>
          <w:b/>
        </w:rPr>
        <w:t xml:space="preserve">[1:11:30] </w:t>
      </w:r>
      <w:r>
        <w:t>yani forbidden tree se kha liya kuch, aur jannat se nikal diye gaye.</w:t>
      </w:r>
    </w:p>
    <w:p>
      <w:pPr>
        <w:jc w:val="right"/>
      </w:pPr>
      <w:r>
        <w:t>یعنی فابرین ٹری سے کھا لیا کچھ، اور جنت سے نکال دیے گئے۔</w:t>
      </w:r>
    </w:p>
    <w:p>
      <w:r>
        <w:rPr>
          <w:b/>
        </w:rPr>
        <w:t xml:space="preserve">[1:11:35] </w:t>
      </w:r>
      <w:r>
        <w:t>itna hi pata hai un ko, aur kuch pata nahi.</w:t>
      </w:r>
    </w:p>
    <w:p>
      <w:pPr>
        <w:jc w:val="right"/>
      </w:pPr>
      <w:r>
        <w:t>اتنا ہی پتہ ہے ان کو، اور کچھ پتہ نہیں۔</w:t>
      </w:r>
    </w:p>
    <w:p>
      <w:r>
        <w:rPr>
          <w:b/>
        </w:rPr>
        <w:t xml:space="preserve">[1:11:39] </w:t>
      </w:r>
      <w:r>
        <w:t>mein samajhta hoon ke hazrat adam se ek bohat bari cheez hamein mili hai,</w:t>
      </w:r>
    </w:p>
    <w:p>
      <w:pPr>
        <w:jc w:val="right"/>
      </w:pPr>
      <w:r>
        <w:t>میں سمجھتا ہوں کہ حضرت آدم سے ایک بہت بڑی چیز ہمیں ملی ہے،</w:t>
      </w:r>
    </w:p>
    <w:p>
      <w:r>
        <w:rPr>
          <w:b/>
        </w:rPr>
        <w:t xml:space="preserve">[1:11:43] </w:t>
      </w:r>
      <w:r>
        <w:t>bohat bari cheez.</w:t>
      </w:r>
    </w:p>
    <w:p>
      <w:pPr>
        <w:jc w:val="right"/>
      </w:pPr>
      <w:r>
        <w:t>بہت بڑی چیز۔</w:t>
      </w:r>
    </w:p>
    <w:p>
      <w:r>
        <w:rPr>
          <w:b/>
        </w:rPr>
        <w:t xml:space="preserve">[1:11:48] </w:t>
      </w:r>
      <w:r>
        <w:t>yani hazrat adam se jo ghalti hui, hum sab se ghalti hoti hai, to Allah ne unhein ek</w:t>
      </w:r>
    </w:p>
    <w:p>
      <w:pPr>
        <w:jc w:val="right"/>
      </w:pPr>
      <w:r>
        <w:t>یعنی حضرت آدم سے جو غلطی ہوئی، ہم سب سے غلطی ہوتی ہے، تو اللہ نے انہیں ایک</w:t>
      </w:r>
    </w:p>
    <w:p>
      <w:r>
        <w:rPr>
          <w:b/>
        </w:rPr>
        <w:t xml:space="preserve">[1:11:52] </w:t>
      </w:r>
      <w:r>
        <w:t>dua inspire ki.</w:t>
      </w:r>
    </w:p>
    <w:p>
      <w:pPr>
        <w:jc w:val="right"/>
      </w:pPr>
      <w:r>
        <w:t>دعا انسپائر کی۔</w:t>
      </w:r>
    </w:p>
    <w:p>
      <w:r>
        <w:rPr>
          <w:b/>
        </w:rPr>
        <w:t xml:space="preserve">[1:11:56] </w:t>
      </w:r>
      <w:r>
        <w:t>yeh Quran se sabit hai ke dua inspire ki Allah taala ne un ko.</w:t>
      </w:r>
    </w:p>
    <w:p>
      <w:pPr>
        <w:jc w:val="right"/>
      </w:pPr>
      <w:r>
        <w:t>یہ قرآن سے ثابت ہے کہ دعا انسپائر کی اللہ تعالی نے ان کو۔</w:t>
      </w:r>
    </w:p>
    <w:p>
      <w:r>
        <w:rPr>
          <w:b/>
        </w:rPr>
        <w:t xml:space="preserve">[1:12:01] </w:t>
      </w:r>
      <w:r>
        <w:t>woh dua unhon ne ki, to woh dua qabool ho gayi.</w:t>
      </w:r>
    </w:p>
    <w:p>
      <w:pPr>
        <w:jc w:val="right"/>
      </w:pPr>
      <w:r>
        <w:t>وہ دعا انہوں نے کی، تو وہ دعا قبول ہو گئی۔</w:t>
      </w:r>
    </w:p>
    <w:p>
      <w:r>
        <w:rPr>
          <w:b/>
        </w:rPr>
        <w:t xml:space="preserve">[1:12:05] </w:t>
      </w:r>
      <w:r>
        <w:t>is ka matlab ke hamein hazrat adam ke zariye se ek aisi dua milti hai, jis ke liye</w:t>
      </w:r>
    </w:p>
    <w:p>
      <w:pPr>
        <w:jc w:val="right"/>
      </w:pPr>
      <w:r>
        <w:t>اس کا معنی کہ ہمیں حضرت آدم کے ذریعے سے ایک ایسی دعا ملتی ہے، جس کے لیے</w:t>
      </w:r>
    </w:p>
    <w:p>
      <w:r>
        <w:rPr>
          <w:b/>
        </w:rPr>
        <w:t xml:space="preserve">[1:12:09] </w:t>
      </w:r>
      <w:r>
        <w:t>in advance hum samajh sakte hain ke dil se agar hum karein, dil se to qabool hogi. woh woh</w:t>
      </w:r>
    </w:p>
    <w:p>
      <w:pPr>
        <w:jc w:val="right"/>
      </w:pPr>
      <w:r>
        <w:t>ان ایڈوانس ہم سمجھ سکتے ہیں کہ دل سے اگر ہم کریں، دل سے تو قبول ہوگی۔ وہ وہ</w:t>
      </w:r>
    </w:p>
    <w:p>
      <w:r>
        <w:rPr>
          <w:b/>
        </w:rPr>
        <w:t xml:space="preserve">[1:12:14] </w:t>
      </w:r>
      <w:r>
        <w:t>dua yeh hai: rabana zalamna anfusana walam taghfir lana watrahimna lanakunnal khasireen.</w:t>
      </w:r>
    </w:p>
    <w:p>
      <w:pPr>
        <w:jc w:val="right"/>
      </w:pPr>
      <w:r>
        <w:t>دعا یہ ہے: ربنا ظلمنا انفسنا ولم تغفر لنا وترحمنا لکنا الخاسرین۔</w:t>
      </w:r>
    </w:p>
    <w:p>
      <w:r>
        <w:rPr>
          <w:b/>
        </w:rPr>
        <w:t xml:space="preserve">[1:12:20] </w:t>
      </w:r>
      <w:r>
        <w:t>yani kaise ajeeb hai, yeh thrilling ehsaas ke hum ko hazrat adam se ek aisi dua mil rahi</w:t>
      </w:r>
    </w:p>
    <w:p>
      <w:pPr>
        <w:jc w:val="right"/>
      </w:pPr>
      <w:r>
        <w:t>یعنی کیسے عجیب ہے، یہ تھرلنگ احساس کہ ہم کو حضرت آدم سے ایک ایسی دعا مل رہی</w:t>
      </w:r>
    </w:p>
    <w:p>
      <w:r>
        <w:rPr>
          <w:b/>
        </w:rPr>
        <w:t xml:space="preserve">[1:12:26] </w:t>
      </w:r>
      <w:r>
        <w:t>hai, jo khud Khuda ne inspire ki thi un ko, aur woh qabool ho gayi.</w:t>
      </w:r>
    </w:p>
    <w:p>
      <w:pPr>
        <w:jc w:val="right"/>
      </w:pPr>
      <w:r>
        <w:t>ہے، جو خود خدا نے انسپائر کی تھی ان کو، اور وہ قبول ہو گئی۔</w:t>
      </w:r>
    </w:p>
    <w:p>
      <w:r>
        <w:rPr>
          <w:b/>
        </w:rPr>
        <w:t xml:space="preserve">[1:12:32] </w:t>
      </w:r>
      <w:r>
        <w:t>woh to agar dil se is ko sach much is ko dua ko karein, to zahir hai ke</w:t>
      </w:r>
    </w:p>
    <w:p>
      <w:pPr>
        <w:jc w:val="right"/>
      </w:pPr>
      <w:r>
        <w:t>وہ تو اگر دل سے اس کو سچ مچ اس کو دعا کو کریں، تو ظاہر ہے کہ</w:t>
      </w:r>
    </w:p>
    <w:p>
      <w:r>
        <w:rPr>
          <w:b/>
        </w:rPr>
        <w:t xml:space="preserve">[1:12:38] </w:t>
      </w:r>
      <w:r>
        <w:t>hamari dua bhi qabool hogi.</w:t>
      </w:r>
    </w:p>
    <w:p>
      <w:pPr>
        <w:jc w:val="right"/>
      </w:pPr>
      <w:r>
        <w:t>ہماری دعا بھی قبول ہوگی۔</w:t>
      </w:r>
    </w:p>
    <w:p>
      <w:r>
        <w:rPr>
          <w:b/>
        </w:rPr>
        <w:t xml:space="preserve">[1:12:44] </w:t>
      </w:r>
      <w:r>
        <w:t>ایسے ہی دیکھیے، حضرت مسیح کا کتنی بڑی بات ہے: Love your enemy.</w:t>
      </w:r>
    </w:p>
    <w:p>
      <w:pPr>
        <w:jc w:val="right"/>
      </w:pPr>
      <w:r>
        <w:t>ایسے ہی دیکھیے، حضرت مسیح کا کتنی بڑی بات ہے: لو یور اینمی۔</w:t>
      </w:r>
    </w:p>
    <w:p>
      <w:r>
        <w:rPr>
          <w:b/>
        </w:rPr>
        <w:t xml:space="preserve">[1:12:49] </w:t>
      </w:r>
      <w:r>
        <w:t>yeh hai dawat ka formula ke agar tum dawat ka kaam karna chahte ho, to dushman aur dost</w:t>
      </w:r>
    </w:p>
    <w:p>
      <w:pPr>
        <w:jc w:val="right"/>
      </w:pPr>
      <w:r>
        <w:t>یہ ہے دعوت کا فارمولا کہ اگر تم دعوت کا کام کرنا چاہتے ہو، تو دشمن اور دوست</w:t>
      </w:r>
    </w:p>
    <w:p>
      <w:r>
        <w:rPr>
          <w:b/>
        </w:rPr>
        <w:t xml:space="preserve">[1:12:54] </w:t>
      </w:r>
      <w:r>
        <w:t>mat logon ko banto.</w:t>
      </w:r>
    </w:p>
    <w:p>
      <w:pPr>
        <w:jc w:val="right"/>
      </w:pPr>
      <w:r>
        <w:t>مت لوگوں کو بانٹو۔</w:t>
      </w:r>
    </w:p>
    <w:p>
      <w:r>
        <w:rPr>
          <w:b/>
        </w:rPr>
        <w:t xml:space="preserve">[1:12:59] </w:t>
      </w:r>
      <w:r>
        <w:t>tum ko sab se mohabbat karna hai, chahe tumhe koi dushman dikhai padta ho ya dost dikhai padta</w:t>
      </w:r>
    </w:p>
    <w:p>
      <w:pPr>
        <w:jc w:val="right"/>
      </w:pPr>
      <w:r>
        <w:t>تم کو سب سے محبت کرنا ہے، چاہے تمہیں کوئی دشمن دکھایا پڑتا ہو یا دوست دکھایا پڑتا</w:t>
      </w:r>
    </w:p>
    <w:p>
      <w:r>
        <w:rPr>
          <w:b/>
        </w:rPr>
        <w:t xml:space="preserve">[1:13:05] </w:t>
      </w:r>
      <w:r>
        <w:t>ho, sab se mohabbat karna hai, tab tum dawat ka kaam kar paoge.</w:t>
      </w:r>
    </w:p>
    <w:p>
      <w:pPr>
        <w:jc w:val="right"/>
      </w:pPr>
      <w:r>
        <w:t>ہو، سب سے محبت کرنا ہے، تب تم دعوت کا کام کر پاؤ گے۔</w:t>
      </w:r>
    </w:p>
    <w:p>
      <w:r>
        <w:rPr>
          <w:b/>
        </w:rPr>
        <w:t xml:space="preserve">[1:13:10] </w:t>
      </w:r>
      <w:r>
        <w:t>یہ کتنا بڑا فارمولا ہے جو حضرت مسیح سے ملتا ہے ہمیں: Love your enemy.</w:t>
      </w:r>
    </w:p>
    <w:p>
      <w:pPr>
        <w:jc w:val="right"/>
      </w:pPr>
      <w:r>
        <w:t>یہ کتنا بڑا فارمولا ہے جو حضرت مسیح سے ملتا ہے ہمیں: لو یور اینمی۔</w:t>
      </w:r>
    </w:p>
    <w:p>
      <w:r>
        <w:rPr>
          <w:b/>
        </w:rPr>
        <w:t xml:space="preserve">[1:13:15] </w:t>
      </w:r>
      <w:r>
        <w:t>apne dushman se mohabbat karo.</w:t>
      </w:r>
    </w:p>
    <w:p>
      <w:pPr>
        <w:jc w:val="right"/>
      </w:pPr>
      <w:r>
        <w:t>اپنے دشمن سے محبت کرو۔</w:t>
      </w:r>
    </w:p>
    <w:p>
      <w:r>
        <w:rPr>
          <w:b/>
        </w:rPr>
        <w:t xml:space="preserve">[1:13:20] </w:t>
      </w:r>
      <w:r>
        <w:t>hazrat hazrat Ibrahim ko dekhiye, aap ke ek nai generation banane ke liye unhon ne kitni bari qurbani</w:t>
      </w:r>
    </w:p>
    <w:p>
      <w:pPr>
        <w:jc w:val="right"/>
      </w:pPr>
      <w:r>
        <w:t>حضرت حضرت ابراہیم کو دیکھیے، آپ کہ ایک نئی جنریشن بنانے کے لیے انہوں نے کتنی بڑی قربانی</w:t>
      </w:r>
    </w:p>
    <w:p>
      <w:r>
        <w:rPr>
          <w:b/>
        </w:rPr>
        <w:t xml:space="preserve">[1:13:25] </w:t>
      </w:r>
      <w:r>
        <w:t>di, ja ke desert mein basaya apni beti ko, apni biwi ko, apne bete ko.</w:t>
      </w:r>
    </w:p>
    <w:p>
      <w:pPr>
        <w:jc w:val="right"/>
      </w:pPr>
      <w:r>
        <w:t>دی، جا کے ڈزرٹ میں بسایا اپنی بیٹی کو، اپنی بیوی کو، اپنے بیٹے کو۔</w:t>
      </w:r>
    </w:p>
    <w:p>
      <w:r>
        <w:rPr>
          <w:b/>
        </w:rPr>
        <w:t xml:space="preserve">[1:13:30] </w:t>
      </w:r>
      <w:r>
        <w:t>us se ek nai nai generation bani.</w:t>
      </w:r>
    </w:p>
    <w:p>
      <w:pPr>
        <w:jc w:val="right"/>
      </w:pPr>
      <w:r>
        <w:t>اسے ایک نئی نئی جنریشن بنی۔</w:t>
      </w:r>
    </w:p>
    <w:p>
      <w:r>
        <w:rPr>
          <w:b/>
        </w:rPr>
        <w:t xml:space="preserve">[1:13:35] </w:t>
      </w:r>
      <w:r>
        <w:t>is mein ek azeem, ek bohat bara sabak hai ke agar aap chahte hain ke aap aap ki</w:t>
      </w:r>
    </w:p>
    <w:p>
      <w:pPr>
        <w:jc w:val="right"/>
      </w:pPr>
      <w:r>
        <w:t>اس میں ایک عظیم، ایک بہت بڑا سبق ہے کہ اگر آپ چاہتے ہیں کہ آپ آپ کی</w:t>
      </w:r>
    </w:p>
    <w:p>
      <w:r>
        <w:rPr>
          <w:b/>
        </w:rPr>
        <w:t xml:space="preserve">[1:13:40] </w:t>
      </w:r>
      <w:r>
        <w:t>aulad jo hai, woh saleh ho, aap</w:t>
      </w:r>
    </w:p>
    <w:p>
      <w:pPr>
        <w:jc w:val="right"/>
      </w:pPr>
      <w:r>
        <w:t>اولاد جو ہے، وہ صالح ہو، آپ</w:t>
      </w:r>
    </w:p>
    <w:p>
      <w:r>
        <w:rPr>
          <w:b/>
        </w:rPr>
        <w:t xml:space="preserve">[1:13:45] </w:t>
      </w:r>
      <w:r>
        <w:t>ki qaum mein islaah aaye, to aap ko ek qurbani se aaghaz karna pare ga. aap chahein ke sab kuch theek rahe, aish aish karte rahein sab log, aur phir islaah ho jaye to yeh namumkin baat hai. yeh sabak milta hai har nabbi ke haan. bohat anokhe sabak hain har nabbi ke haan, bohat anokhe sabak hain. yusuf alaih assalam ka dekhiye, un ko kunwein mein daal diya gaya, yaani marne</w:t>
      </w:r>
    </w:p>
    <w:p>
      <w:pPr>
        <w:jc w:val="right"/>
      </w:pPr>
      <w:r>
        <w:t>کی قوم میں اصلاح آئے، تو آپ کو ایک قربانی سے آغاز کرنا پڑے گا۔ آپ چاہیں کہ سب کچھ ٹھیک رہے، عیش عیش کرتے رہیں سب لوگ، اور پھر اصلاح ہو جائے تو یہ ناممکن بات ہے۔ یہ سبق ملتا ہے ہر نبی کے ہاں۔ بہت انوکھے سبق ہیں ہر نبی کے ہاں، بہت انوکھے سبق ہیں۔ یوسف علیہ السلام کا دیکھیے، ان کو کنویں میں ڈال دیا گیا، یعنی مرنے</w:t>
      </w:r>
    </w:p>
    <w:p>
      <w:r>
        <w:rPr>
          <w:b/>
        </w:rPr>
        <w:t xml:space="preserve">[1:14:15] </w:t>
      </w:r>
      <w:r>
        <w:t>ke liye daal diya ke mar jao is ke andar. aur phir wohi log jinhon ne daala tha, aap ke samne aate hain to aap ne kuch bhi un ko nahi sunaya, bura bhala kuch bhi nahi kaha ke jao tum, woh mein ne tum ada do, tum tum ko mein kuch bhi la tasleem alaikum la yawm, koi tumhare upar meri taraf se ilzaam nahi hai. to yeh yeh buta hona chahiye hamare andar. agar hum Allah ka keh</w:t>
      </w:r>
    </w:p>
    <w:p>
      <w:pPr>
        <w:jc w:val="right"/>
      </w:pPr>
      <w:r>
        <w:t>کے لیے ڈال دیا کہ مر جاؤ اس کے اندر۔ اور پھر وہی لوگ جنہوں نے ڈالا تھا، آپ کے سامنے آتے ہیں تو آپ نے کچھ بھی ان کو نہیں سنایا، برا بھلا کچھ بھی نہیں کہا کہ جاؤ تم، وہ میں نے تم ادا دو، تم تم کو میں کچھ بھی لا تسلیم علیکم لیوم، کوئی تمہارے اوپر میری طرف سے الزام نہیں ہے۔ تو یہ یہ بوتا ہونا چاہیے ہمارے اندر۔ اگر ہم اللہ کا کہ</w:t>
      </w:r>
    </w:p>
    <w:p>
      <w:r>
        <w:rPr>
          <w:b/>
        </w:rPr>
        <w:t xml:space="preserve">[1:14:45] </w:t>
      </w:r>
      <w:r>
        <w:t>rehmat lena chahte hain, Allah ki marifat maghfirat chahte hain, is darje ki maghfirat apne andar paida karni hogi.</w:t>
      </w:r>
    </w:p>
    <w:p>
      <w:pPr>
        <w:jc w:val="right"/>
      </w:pPr>
      <w:r>
        <w:t>رحمت لینا چاہتے ہیں، اللہ کی معرفت مغفرت چاہتے ہیں، اس درجے کی مغفرت اپنے اندر پیدا کرنی ہوگی۔</w:t>
      </w:r>
    </w:p>
    <w:p>
      <w:r>
        <w:rPr>
          <w:b/>
        </w:rPr>
        <w:t xml:space="preserve">[1:14:51] </w:t>
      </w:r>
      <w:r>
        <w:t>dushman ko maaf kar dena, tab Allah taala hamein maaf karega.</w:t>
      </w:r>
    </w:p>
    <w:p>
      <w:pPr>
        <w:jc w:val="right"/>
      </w:pPr>
      <w:r>
        <w:t>دشمن کو معاف کر دینا، تب اللہ تعالی ہمیں معاف کرے گا۔</w:t>
      </w:r>
    </w:p>
    <w:p>
      <w:r>
        <w:rPr>
          <w:b/>
        </w:rPr>
        <w:t xml:space="preserve">[1:14:57] </w:t>
      </w:r>
      <w:r>
        <w:t>to har nabī ke haan ajeeb ghareeb qism ke inspiration hain, ajeeb ghareeb qism ki misalen hain.</w:t>
      </w:r>
    </w:p>
    <w:p>
      <w:pPr>
        <w:jc w:val="right"/>
      </w:pPr>
      <w:r>
        <w:t>تو ہر نبی کے ہاں عجیب غریب قسم کے انسپیریشن ہیں، عجیب غریب قسم کی مثالیں ہیں۔</w:t>
      </w:r>
    </w:p>
    <w:p>
      <w:r>
        <w:rPr>
          <w:b/>
        </w:rPr>
        <w:t xml:space="preserve">[1:15:03] </w:t>
      </w:r>
      <w:r>
        <w:t>to main yeh manta hoon ke har musalmanon mein jo mizaj aya ke apne paighambar ko shehanshah do</w:t>
      </w:r>
    </w:p>
    <w:p>
      <w:pPr>
        <w:jc w:val="right"/>
      </w:pPr>
      <w:r>
        <w:t>تو میں یہ مانتا ہوں کہ ہر مسلمانوں میں جو مزاج آیا کہ اپنے پیغمبر کو شہنشاہ دو</w:t>
      </w:r>
    </w:p>
    <w:p>
      <w:r>
        <w:rPr>
          <w:b/>
        </w:rPr>
        <w:t xml:space="preserve">[1:15:10] </w:t>
      </w:r>
      <w:r>
        <w:t>alam bana kar ke isi ki itaat khwani karne lage, yeh bohat bari jo</w:t>
      </w:r>
    </w:p>
    <w:p>
      <w:pPr>
        <w:jc w:val="right"/>
      </w:pPr>
      <w:r>
        <w:t>عالم بنا کر کے اسی کی اطاعت خوانی کرنے لگے، یہ بہت بڑی جو</w:t>
      </w:r>
    </w:p>
    <w:p>
      <w:r>
        <w:rPr>
          <w:b/>
        </w:rPr>
        <w:t xml:space="preserve">[1:15:16] </w:t>
      </w:r>
      <w:r>
        <w:t>yani deviation tha.</w:t>
      </w:r>
    </w:p>
    <w:p>
      <w:pPr>
        <w:jc w:val="right"/>
      </w:pPr>
      <w:r>
        <w:t>یعنی ڈیوی ایشن تھا۔</w:t>
      </w:r>
    </w:p>
    <w:p>
      <w:r>
        <w:rPr>
          <w:b/>
        </w:rPr>
        <w:t xml:space="preserve">[1:15:20] </w:t>
      </w:r>
      <w:r>
        <w:t>islam se be khabar ho gaye bilkul.</w:t>
      </w:r>
    </w:p>
    <w:p>
      <w:pPr>
        <w:jc w:val="right"/>
      </w:pPr>
      <w:r>
        <w:t>اسلام سے بے خبر ہو گئے بالکل۔</w:t>
      </w:r>
    </w:p>
    <w:p>
      <w:r>
        <w:rPr>
          <w:b/>
        </w:rPr>
        <w:t xml:space="preserve">[1:15:25] </w:t>
      </w:r>
      <w:r>
        <w:t>aur saare paighambaron ko agar aap dekhen, un ke parhen, un ke halaat ko to aap jurr jaate</w:t>
      </w:r>
    </w:p>
    <w:p>
      <w:pPr>
        <w:jc w:val="right"/>
      </w:pPr>
      <w:r>
        <w:t>اور سارے پیغمبروں کو اگر آپ دیکھیں، ان کے پڑھیں، ان کے حالات کو تو آپ جڑ جاتے</w:t>
      </w:r>
    </w:p>
    <w:p>
      <w:r>
        <w:rPr>
          <w:b/>
        </w:rPr>
        <w:t xml:space="preserve">[1:15:29] </w:t>
      </w:r>
      <w:r>
        <w:t>hain, poori tareekh se jurr jaate hain, aap ek tareekh ka hissa ban jaate hain.</w:t>
      </w:r>
    </w:p>
    <w:p>
      <w:pPr>
        <w:jc w:val="right"/>
      </w:pPr>
      <w:r>
        <w:t>ہیں، پوری تاریخ سے جڑ جاتے ہیں، آپ ایک تاریخ کا حصہ بن جاتے ہیں۔</w:t>
      </w:r>
    </w:p>
    <w:p>
      <w:r>
        <w:rPr>
          <w:b/>
        </w:rPr>
        <w:t xml:space="preserve">[1:15:34] </w:t>
      </w:r>
      <w:r>
        <w:t>warna aap sirf abbasi hukumat aur mughal abbasi empire, ab empire ko jante hain, isi isi ko isi</w:t>
      </w:r>
    </w:p>
    <w:p>
      <w:pPr>
        <w:jc w:val="right"/>
      </w:pPr>
      <w:r>
        <w:t>ورنہ آپ صرف عباسی حکومت اور مغل عباسی ایمپائر، اب ایمپائر کو جانتے ہیں، اسی اسی کو اسی</w:t>
      </w:r>
    </w:p>
    <w:p>
      <w:r>
        <w:rPr>
          <w:b/>
        </w:rPr>
        <w:t xml:space="preserve">[1:15:38] </w:t>
      </w:r>
      <w:r>
        <w:t>ko yani dohrate rehte hain.</w:t>
      </w:r>
    </w:p>
    <w:p>
      <w:pPr>
        <w:jc w:val="right"/>
      </w:pPr>
      <w:r>
        <w:t>کو یعنی دہراتے رہتے ہیں۔</w:t>
      </w:r>
    </w:p>
    <w:p>
      <w:r>
        <w:rPr>
          <w:b/>
        </w:rPr>
        <w:t xml:space="preserve">[1:15:43] </w:t>
      </w:r>
      <w:r>
        <w:t>lekin agar aap paighambaron ko</w:t>
      </w:r>
    </w:p>
    <w:p>
      <w:pPr>
        <w:jc w:val="right"/>
      </w:pPr>
      <w:r>
        <w:t>لیکن اگر آپ پیغمبروں کو</w:t>
      </w:r>
    </w:p>
    <w:p>
      <w:r>
        <w:rPr>
          <w:b/>
        </w:rPr>
        <w:t xml:space="preserve">[1:15:47] </w:t>
      </w:r>
      <w:r>
        <w:t>sahih ma'non mein len to ek poori tareekh hai Hazrat Adam se le kar ab tak, is se</w:t>
      </w:r>
    </w:p>
    <w:p>
      <w:pPr>
        <w:jc w:val="right"/>
      </w:pPr>
      <w:r>
        <w:t>صحیح معنوں میں لیں تو ایک پوری تاریخ ہے حضرت آدم سے لے کر اب تک، اس سے</w:t>
      </w:r>
    </w:p>
    <w:p>
      <w:r>
        <w:rPr>
          <w:b/>
        </w:rPr>
        <w:t xml:space="preserve">[1:15:52] </w:t>
      </w:r>
      <w:r>
        <w:t>aap is ka hissa ban jaate hain.</w:t>
      </w:r>
    </w:p>
    <w:p>
      <w:pPr>
        <w:jc w:val="right"/>
      </w:pPr>
      <w:r>
        <w:t>آپ اس کا حصہ بن جاتے ہیں۔</w:t>
      </w:r>
    </w:p>
    <w:p>
      <w:r>
        <w:rPr>
          <w:b/>
        </w:rPr>
        <w:t xml:space="preserve">[1:15:58] </w:t>
      </w:r>
      <w:r>
        <w:t>aap kaisi ajeeb baat hai yeh.</w:t>
      </w:r>
    </w:p>
    <w:p>
      <w:pPr>
        <w:jc w:val="right"/>
      </w:pPr>
      <w:r>
        <w:t>آپ کیسی عجیب بات ہے یہ۔</w:t>
      </w:r>
    </w:p>
    <w:p>
      <w:r>
        <w:rPr>
          <w:b/>
        </w:rPr>
        <w:t xml:space="preserve">[1:16:03] </w:t>
      </w:r>
      <w:r>
        <w:t>to main samajhta hoon ke yahan bhi musalmanon ko islamize karna chahiye apne aap ko ke pichhle paighambaron</w:t>
      </w:r>
    </w:p>
    <w:p>
      <w:pPr>
        <w:jc w:val="right"/>
      </w:pPr>
      <w:r>
        <w:t>تو میں سمجھتا ہوں کہ یہاں بھی مسلمانوں کو اسلامائز کرنا چاہیے اپنے آپ کو کہ پچھلے پیغمبروں</w:t>
      </w:r>
    </w:p>
    <w:p>
      <w:r>
        <w:rPr>
          <w:b/>
        </w:rPr>
        <w:t xml:space="preserve">[1:16:08] </w:t>
      </w:r>
      <w:r>
        <w:t>ko rediscover karen, pichhle paighambaron ko isi tarah se paighambar banayen jis tarah apne paighambar ko sab samajhte hain.</w:t>
      </w:r>
    </w:p>
    <w:p>
      <w:pPr>
        <w:jc w:val="right"/>
      </w:pPr>
      <w:r>
        <w:t>کو ری ڈسکور کریں، پچھلے پیغمبروں کو اسی طرح سے پیغمبر بنائیں جس طرح اپنے پیغمبر کو سب سمجھتے ہیں۔</w:t>
      </w:r>
    </w:p>
    <w:p>
      <w:r>
        <w:rPr>
          <w:b/>
        </w:rPr>
        <w:t xml:space="preserve">[1:16:13] </w:t>
      </w:r>
      <w:r>
        <w:t>woh warna bohat bari nemat se mahroom rahen ge.</w:t>
      </w:r>
    </w:p>
    <w:p>
      <w:pPr>
        <w:jc w:val="right"/>
      </w:pPr>
      <w:r>
        <w:t>وہ ورنہ بہت بڑی نعمت سے محروم رہیں گے۔</w:t>
      </w:r>
    </w:p>
    <w:p>
      <w:r>
        <w:rPr>
          <w:b/>
        </w:rPr>
        <w:t xml:space="preserve">[1:16:19] </w:t>
      </w:r>
      <w:r>
        <w:t>This question is from Mr. Abdul Basit from Doha, Qatar.</w:t>
      </w:r>
    </w:p>
    <w:p>
      <w:pPr>
        <w:jc w:val="right"/>
      </w:pPr>
      <w:r>
        <w:t>دس کوئسچن از فرام مسٹر عبدالباسط فرام دوحہ قطر۔</w:t>
      </w:r>
    </w:p>
    <w:p>
      <w:r>
        <w:rPr>
          <w:b/>
        </w:rPr>
        <w:t xml:space="preserve">[1:16:25] </w:t>
      </w:r>
      <w:r>
        <w:t>maulana, bar bar aisa hota hai ke hamara zehni irtiqaa ruk jata hai.</w:t>
      </w:r>
    </w:p>
    <w:p>
      <w:pPr>
        <w:jc w:val="right"/>
      </w:pPr>
      <w:r>
        <w:t>مولانا، بار بار ایسا ہوتا ہے کہ ہمارا ذہنی ارتقاء رک جاتا ہے۔</w:t>
      </w:r>
    </w:p>
    <w:p>
      <w:r>
        <w:rPr>
          <w:b/>
        </w:rPr>
        <w:t xml:space="preserve">[1:16:31] </w:t>
      </w:r>
      <w:r>
        <w:t>kabhi kabhi to choti bari discovery bhi nahi hoti aur hamara jazba-e-da'wat bhi mand par jata hai.</w:t>
      </w:r>
    </w:p>
    <w:p>
      <w:pPr>
        <w:jc w:val="right"/>
      </w:pPr>
      <w:r>
        <w:t>کبھی کبھی تو چھوٹی بڑی ڈسکوری بھی نہیں ہوتی اور ہمارا جذبہ دعوت بھی مند پڑ جاتا ہے۔</w:t>
      </w:r>
    </w:p>
    <w:p>
      <w:r>
        <w:rPr>
          <w:b/>
        </w:rPr>
        <w:t xml:space="preserve">[1:16:37] </w:t>
      </w:r>
      <w:r>
        <w:t>dobara irtiqaa-e-zehni ke liye kya formula hai, is ko bataiye.</w:t>
      </w:r>
    </w:p>
    <w:p>
      <w:pPr>
        <w:jc w:val="right"/>
      </w:pPr>
      <w:r>
        <w:t>دوبارہ ارتقائے ذہنی کے لیے کیا فارمولا ہے، اس کو بتائیے۔</w:t>
      </w:r>
    </w:p>
    <w:p>
      <w:r>
        <w:rPr>
          <w:b/>
        </w:rPr>
        <w:t xml:space="preserve">[1:16:43] </w:t>
      </w:r>
      <w:r>
        <w:t>dekhen, yeh to har ek</w:t>
      </w:r>
    </w:p>
    <w:p>
      <w:pPr>
        <w:jc w:val="right"/>
      </w:pPr>
      <w:r>
        <w:t>دیکھیں، یہ تو ہر ایک</w:t>
      </w:r>
    </w:p>
    <w:p>
      <w:r>
        <w:rPr>
          <w:b/>
        </w:rPr>
        <w:t xml:space="preserve">[1:16:49] </w:t>
      </w:r>
      <w:r>
        <w:t>ke saath hoga.</w:t>
      </w:r>
    </w:p>
    <w:p>
      <w:pPr>
        <w:jc w:val="right"/>
      </w:pPr>
      <w:r>
        <w:t>کے ساتھ ہوگا۔</w:t>
      </w:r>
    </w:p>
    <w:p>
      <w:r>
        <w:rPr>
          <w:b/>
        </w:rPr>
        <w:t xml:space="preserve">[1:16:55] </w:t>
      </w:r>
      <w:r>
        <w:t>ek dam yeksaniyat nahi hoti hai.</w:t>
      </w:r>
    </w:p>
    <w:p>
      <w:pPr>
        <w:jc w:val="right"/>
      </w:pPr>
      <w:r>
        <w:t>ایک دم یکسانیت نہیں ہوتی ہے۔</w:t>
      </w:r>
    </w:p>
    <w:p>
      <w:r>
        <w:rPr>
          <w:b/>
        </w:rPr>
        <w:t xml:space="preserve">[1:17:01] </w:t>
      </w:r>
      <w:r>
        <w:t>aisa sahaba ke zamane mein bhi nahi tha.</w:t>
      </w:r>
    </w:p>
    <w:p>
      <w:pPr>
        <w:jc w:val="right"/>
      </w:pPr>
      <w:r>
        <w:t>ایسا صحابہ کے زمانے میں بھی نہیں تھا۔</w:t>
      </w:r>
    </w:p>
    <w:p>
      <w:r>
        <w:rPr>
          <w:b/>
        </w:rPr>
        <w:t xml:space="preserve">[1:17:07] </w:t>
      </w:r>
      <w:r>
        <w:t>rasool Allah ne farmaya tha: "wala kariya inzal ayana".</w:t>
      </w:r>
    </w:p>
    <w:p>
      <w:pPr>
        <w:jc w:val="right"/>
      </w:pPr>
      <w:r>
        <w:t>رسول اللہ نے فرمایا تھا: "ولا کریا انزل ایانا"۔</w:t>
      </w:r>
    </w:p>
    <w:p>
      <w:r>
        <w:rPr>
          <w:b/>
        </w:rPr>
        <w:t xml:space="preserve">[1:17:13] </w:t>
      </w:r>
      <w:r>
        <w:t>to yeh koi yani buri alamat nahi hai, sirf ek aadmi apna muhasba kare, introspection kare, sochta rahe, phir phir</w:t>
      </w:r>
    </w:p>
    <w:p>
      <w:pPr>
        <w:jc w:val="right"/>
      </w:pPr>
      <w:r>
        <w:t>تو یہ کوئی یعنی بری علامت نہیں ہے، صرف ایک آدمی اپنا محاسبہ کرے، انٹراسپیکشن کرے، سوچتا رہے، پھر پھر</w:t>
      </w:r>
    </w:p>
    <w:p>
      <w:r>
        <w:rPr>
          <w:b/>
        </w:rPr>
        <w:t xml:space="preserve">[1:17:19] </w:t>
      </w:r>
      <w:r>
        <w:t>apne spirit ko revive karta rahe. to yeh us ko kahenge fluctuation. fluctuation jo hai, part of nature hai. yeh namumkin hai kisi ka to fluctuation na ho. to fluctuation to hoga, hoga. bas is ka tareeqa kya hai? muhasiba karna, introspection karna, sochte rehna. is mein ek aur aur baat mein arz karunga ke yeksaniyat</w:t>
      </w:r>
    </w:p>
    <w:p>
      <w:pPr>
        <w:jc w:val="right"/>
      </w:pPr>
      <w:r>
        <w:t>اپنے سپرٹ کو ریوائیو کرتا رہے۔ تو یہ اس کو کہیں گے فلکچویشن۔ فلکچویشن جو ہے، پارٹ آف نیچر ہے۔ یہ ناممکن ہے کسی کا تو فلکچویشن نہ ہو۔ تو فلکچویشن تو ہوگا، ہوگا۔ بس اس کا طریقہ کیا ہے؟ محاسبہ کرنا، انٹراسپیکشن کرنا، سوچتے رہنا۔ اس میں ایک اور اور بات میں عرض کروں گا کہ یکسانیت</w:t>
      </w:r>
    </w:p>
    <w:p>
      <w:r>
        <w:rPr>
          <w:b/>
        </w:rPr>
        <w:t xml:space="preserve">[1:17:49] </w:t>
      </w:r>
      <w:r>
        <w:t>koi achi baat nahi hai.</w:t>
      </w:r>
    </w:p>
    <w:p>
      <w:pPr>
        <w:jc w:val="right"/>
      </w:pPr>
      <w:r>
        <w:t>کوئی اچھی بات نہیں ہے۔</w:t>
      </w:r>
    </w:p>
    <w:p>
      <w:r>
        <w:rPr>
          <w:b/>
        </w:rPr>
        <w:t xml:space="preserve">[1:17:54] </w:t>
      </w:r>
      <w:r>
        <w:t>yeksaniyat koi achi baat nahi hai.</w:t>
      </w:r>
    </w:p>
    <w:p>
      <w:pPr>
        <w:jc w:val="right"/>
      </w:pPr>
      <w:r>
        <w:t>یکسانیت کوئی اچھی بات نہیں ہے۔</w:t>
      </w:r>
    </w:p>
    <w:p>
      <w:r>
        <w:rPr>
          <w:b/>
        </w:rPr>
        <w:t xml:space="preserve">[1:17:58] </w:t>
      </w:r>
      <w:r>
        <w:t>jis tarah road par friction hota hai, friction se gariyan darti hain.</w:t>
      </w:r>
    </w:p>
    <w:p>
      <w:pPr>
        <w:jc w:val="right"/>
      </w:pPr>
      <w:r>
        <w:t>جس طرح روڈ پر فرکشن ہوتا ہے، فرکشن سے گاڑیاں دوڑتی ہیں۔</w:t>
      </w:r>
    </w:p>
    <w:p>
      <w:r>
        <w:rPr>
          <w:b/>
        </w:rPr>
        <w:t xml:space="preserve">[1:18:02] </w:t>
      </w:r>
      <w:r>
        <w:t>agar shishe ki tarah yeksaniyat hai to gariyan na daren.</w:t>
      </w:r>
    </w:p>
    <w:p>
      <w:pPr>
        <w:jc w:val="right"/>
      </w:pPr>
      <w:r>
        <w:t>اگر شیشے کی طرح یکسانیت ہے تو گاڑیاں نہ دوڑیں۔</w:t>
      </w:r>
    </w:p>
    <w:p>
      <w:r>
        <w:rPr>
          <w:b/>
        </w:rPr>
        <w:t xml:space="preserve">[1:18:07] </w:t>
      </w:r>
      <w:r>
        <w:t>to bar bar goya hamari shakhsiyat, hamare mind ko bar bar aik aik rukawat samne aati hai.</w:t>
      </w:r>
    </w:p>
    <w:p>
      <w:pPr>
        <w:jc w:val="right"/>
      </w:pPr>
      <w:r>
        <w:t>تو بار بار گویا ہماری شخصیت، ہمارے مائنڈ کو بار بار ایک ایک رکاوٹ سامنے آتی ہے۔</w:t>
      </w:r>
    </w:p>
    <w:p>
      <w:r>
        <w:rPr>
          <w:b/>
        </w:rPr>
        <w:t xml:space="preserve">[1:18:11] </w:t>
      </w:r>
      <w:r>
        <w:t>bar bar wo phir se us ko mehnat karni parti hai, phir sochna parta hai.</w:t>
      </w:r>
    </w:p>
    <w:p>
      <w:pPr>
        <w:jc w:val="right"/>
      </w:pPr>
      <w:r>
        <w:t>بار بار وہ پھر سے اس کو محنت کرنی پڑتی ہے، پھر سوچنا پڑتا ہے۔</w:t>
      </w:r>
    </w:p>
    <w:p>
      <w:r>
        <w:rPr>
          <w:b/>
        </w:rPr>
        <w:t xml:space="preserve">[1:18:15] </w:t>
      </w:r>
      <w:r>
        <w:t>to ye jo farq aata hai hamare hamari zindagi mein,</w:t>
      </w:r>
    </w:p>
    <w:p>
      <w:pPr>
        <w:jc w:val="right"/>
      </w:pPr>
      <w:r>
        <w:t>تو یہ جو فرق آتا ہے ہمارے ہماری زندگی میں،</w:t>
      </w:r>
    </w:p>
    <w:p>
      <w:r>
        <w:rPr>
          <w:b/>
        </w:rPr>
        <w:t xml:space="preserve">[1:18:20] </w:t>
      </w:r>
      <w:r>
        <w:t>woh to just like friction hai. woh bar bar hamara revitalize hota hai, hamara mind phir se is mein zindagi aati hai, phir se tawanaai aati hai, phir se energy aati hai. yeh yeh yeh to ek positive sign hai, negative sign nahi hai. agar yeksaniyat agar ho to hum murda ho jayenge, dheere dheere dead ho jayenge. kyunke bar bar jo revitalization hota hai hamari zindagi mein, phir se bedaar karne ka,</w:t>
      </w:r>
    </w:p>
    <w:p>
      <w:pPr>
        <w:jc w:val="right"/>
      </w:pPr>
      <w:r>
        <w:t>وہ تو جسٹ لائک فرکشن ہے۔ وہ بار بار ہمارا ری وائٹلائز ہوتا ہے، ہمارا مائنڈ پھر سے اس میں زندگی آتی ہے، پھر سے توانائی آتی ہے، پھر سے انرجی آتی ہے۔ یہ یہ یہ تو ایک پازیٹیو سائن ہے، نیگیٹیو سائن نہیں ہے۔ اگر یکسانیت اگر ہو تو ہم مردہ ہو جائیں گے، دھیرے دھیرے ڈیڈ ہو جائیں گے۔ کیونکہ بار بار جو ری وائٹلائزیشن ہوتا ہے ہماری زندگی میں، پھر سے بیدار کرنے کا،</w:t>
      </w:r>
    </w:p>
    <w:p>
      <w:r>
        <w:rPr>
          <w:b/>
        </w:rPr>
        <w:t xml:space="preserve">[1:18:50] </w:t>
      </w:r>
      <w:r>
        <w:t>phir se active hone ka, isi to hum musalsal to ab alive rehte hain.</w:t>
      </w:r>
    </w:p>
    <w:p>
      <w:pPr>
        <w:jc w:val="right"/>
      </w:pPr>
      <w:r>
        <w:t>پھر سے ایکٹیو ہونے کا، اسی تو ہم مسلسل تو اب الائیو رہتے ہیں۔</w:t>
      </w:r>
    </w:p>
    <w:p>
      <w:r>
        <w:rPr>
          <w:b/>
        </w:rPr>
        <w:t xml:space="preserve">[1:18:57] </w:t>
      </w:r>
      <w:r>
        <w:t>to to sirf aap is par dhyan dein, introspection par, yani muhasba par.</w:t>
      </w:r>
    </w:p>
    <w:p>
      <w:pPr>
        <w:jc w:val="right"/>
      </w:pPr>
      <w:r>
        <w:t>تو تو صرف آپ اس پر دھیان دیں، انٹراسپیکشن پر، یعنی محاسبہ پر۔</w:t>
      </w:r>
    </w:p>
    <w:p>
      <w:r>
        <w:rPr>
          <w:b/>
        </w:rPr>
        <w:t xml:space="preserve">[1:19:05] </w:t>
      </w:r>
      <w:r>
        <w:t>This question is from Mr. Idris from Raipur.</w:t>
      </w:r>
    </w:p>
    <w:p>
      <w:pPr>
        <w:jc w:val="right"/>
      </w:pPr>
      <w:r>
        <w:t>دس کوئسچن از فرام مسٹر ادریس فرام رائے پور۔</w:t>
      </w:r>
    </w:p>
    <w:p>
      <w:r>
        <w:rPr>
          <w:b/>
        </w:rPr>
        <w:t xml:space="preserve">[1:19:12] </w:t>
      </w:r>
      <w:r>
        <w:t>Why prophet prohibited to not Hadith in written form? Was this prohibition for limited period? In another words, did prophet</w:t>
      </w:r>
    </w:p>
    <w:p>
      <w:pPr>
        <w:jc w:val="right"/>
      </w:pPr>
      <w:r>
        <w:t>وائی پرافٹ پروہیبیٹڈ ٹو نوٹ حدیث ان رٹن فارم؟ واز دس پروہیبیشن فار لمیٹڈ پیریڈ؟ ان انادر ورڈز، ڈیڈ پرافٹ</w:t>
      </w:r>
    </w:p>
    <w:p>
      <w:r>
        <w:rPr>
          <w:b/>
        </w:rPr>
        <w:t xml:space="preserve">[1:19:20] </w:t>
      </w:r>
      <w:r>
        <w:t>expressed his will that after few years, that is in future, Hadith should be collected and compiled in</w:t>
      </w:r>
    </w:p>
    <w:p>
      <w:pPr>
        <w:jc w:val="right"/>
      </w:pPr>
      <w:r>
        <w:t>ایکسپریسڈ ہز ول دیٹ افٹر فیو ایئرز، دیٹ از ان فیوچر، حدیث شوڈ بی کلیکٹڈ اینڈ کمپائلڈ ان</w:t>
      </w:r>
    </w:p>
    <w:p>
      <w:r>
        <w:rPr>
          <w:b/>
        </w:rPr>
        <w:t xml:space="preserve">[1:19:25] </w:t>
      </w:r>
      <w:r>
        <w:t>written form? Maulana, kindly comment on this.</w:t>
      </w:r>
    </w:p>
    <w:p>
      <w:pPr>
        <w:jc w:val="right"/>
      </w:pPr>
      <w:r>
        <w:t>رٹن فارم؟ مولانا، کائنڈلی کمنٹ ان دس۔</w:t>
      </w:r>
    </w:p>
    <w:p>
      <w:r>
        <w:rPr>
          <w:b/>
        </w:rPr>
        <w:t xml:space="preserve">[1:19:30] </w:t>
      </w:r>
      <w:r>
        <w:t>dekhen, ye temporary tha, waqti tha.</w:t>
      </w:r>
    </w:p>
    <w:p>
      <w:pPr>
        <w:jc w:val="right"/>
      </w:pPr>
      <w:r>
        <w:t>دیکھیں، یہ ٹیمپریری تھا، وقتی تھا۔</w:t>
      </w:r>
    </w:p>
    <w:p>
      <w:r>
        <w:rPr>
          <w:b/>
        </w:rPr>
        <w:t xml:space="preserve">[1:19:35] </w:t>
      </w:r>
      <w:r>
        <w:t>yani shuru mein aap ne keh diya tha ke la taktub ghair al quran, sirf quran ko likho aur</w:t>
      </w:r>
    </w:p>
    <w:p>
      <w:pPr>
        <w:jc w:val="right"/>
      </w:pPr>
      <w:r>
        <w:t>یعنی شروع میں آپ نے کہہ دیا تھا کہ لا تكتب غیر القرآن، صرف قرآن کو لکھو اور</w:t>
      </w:r>
    </w:p>
    <w:p>
      <w:r>
        <w:rPr>
          <w:b/>
        </w:rPr>
        <w:t xml:space="preserve">[1:19:40] </w:t>
      </w:r>
      <w:r>
        <w:t>meri hadith ko na likho.</w:t>
      </w:r>
    </w:p>
    <w:p>
      <w:pPr>
        <w:jc w:val="right"/>
      </w:pPr>
      <w:r>
        <w:t>میری حدیث کو نہ لکھو۔</w:t>
      </w:r>
    </w:p>
    <w:p>
      <w:r>
        <w:rPr>
          <w:b/>
        </w:rPr>
        <w:t xml:space="preserve">[1:19:45] </w:t>
      </w:r>
      <w:r>
        <w:t>baad ko aap ne farmaya ke qaid al ilm, qaid al ilm bil kitaba ke</w:t>
      </w:r>
    </w:p>
    <w:p>
      <w:pPr>
        <w:jc w:val="right"/>
      </w:pPr>
      <w:r>
        <w:t>بعد کو آپ نے فرمایا کہ قید العلم، قید العلم بالکتابہ کہ</w:t>
      </w:r>
    </w:p>
    <w:p>
      <w:r>
        <w:rPr>
          <w:b/>
        </w:rPr>
        <w:t xml:space="preserve">[1:19:50] </w:t>
      </w:r>
      <w:r>
        <w:t>likho.</w:t>
      </w:r>
    </w:p>
    <w:p>
      <w:pPr>
        <w:jc w:val="right"/>
      </w:pPr>
      <w:r>
        <w:t>لکھو۔</w:t>
      </w:r>
    </w:p>
    <w:p>
      <w:r>
        <w:rPr>
          <w:b/>
        </w:rPr>
        <w:t xml:space="preserve">[1:19:56] </w:t>
      </w:r>
      <w:r>
        <w:t>to cheez kya hai? is ka matlab ye nahi ke hadith likhne se mana kiya aap ne.</w:t>
      </w:r>
    </w:p>
    <w:p>
      <w:pPr>
        <w:jc w:val="right"/>
      </w:pPr>
      <w:r>
        <w:t>تو چیز کیا ہے؟ اس کا مطلب یہ نہیں کہ حدیث لکھنے سے منع کیا آپ نے۔</w:t>
      </w:r>
    </w:p>
    <w:p>
      <w:r>
        <w:rPr>
          <w:b/>
        </w:rPr>
        <w:t xml:space="preserve">[1:20:02] </w:t>
      </w:r>
      <w:r>
        <w:t>nahi, is zamane mein dekhiye, quran jo tha, printing press se pehle ke zamane mein aaya.</w:t>
      </w:r>
    </w:p>
    <w:p>
      <w:pPr>
        <w:jc w:val="right"/>
      </w:pPr>
      <w:r>
        <w:t>نہیں، اس زمانے میں دیکھیے، قرآن جو تھا، پرنٹنگ پریس سے پہلے کے زمانے میں آیا۔</w:t>
      </w:r>
    </w:p>
    <w:p>
      <w:r>
        <w:rPr>
          <w:b/>
        </w:rPr>
        <w:t xml:space="preserve">[1:20:08] </w:t>
      </w:r>
      <w:r>
        <w:t>to printing press se pehle ke zamane mein jo kitaben aain, sab ki sab kitaben milawat ho gayi.</w:t>
      </w:r>
    </w:p>
    <w:p>
      <w:pPr>
        <w:jc w:val="right"/>
      </w:pPr>
      <w:r>
        <w:t>تو پرنٹنگ پریس سے پہلے کے زمانے میں جو کتابیں آئیں، سب کی سب کتابیں ملاوٹ ہو گئی۔</w:t>
      </w:r>
    </w:p>
    <w:p>
      <w:r>
        <w:rPr>
          <w:b/>
        </w:rPr>
        <w:t xml:space="preserve">[1:20:14] </w:t>
      </w:r>
      <w:r>
        <w:t>yani khuda ka kalam ke sath peghambar kalam mil gaya, buzurgon ka ulama kalam mil gaya.</w:t>
      </w:r>
    </w:p>
    <w:p>
      <w:pPr>
        <w:jc w:val="right"/>
      </w:pPr>
      <w:r>
        <w:t>یعنی خدا کا کلام کے ساتھ پیغمبر کلام مل گیا، بزرگوں کا علماء کلام مل گیا۔</w:t>
      </w:r>
    </w:p>
    <w:p>
      <w:r>
        <w:rPr>
          <w:b/>
        </w:rPr>
        <w:t xml:space="preserve">[1:20:20] </w:t>
      </w:r>
      <w:r>
        <w:t>to yeh poori history mein aisa hua hai ke Khuda ke kalam ke sath insani kalam mil gaya. kyunke printing press se pehle aisa bilkul it was what natural. to rasool Allah ne sakht ihtimam kiya ke is zamane mein jo quran utar raha hai, sakhti se kiya jaye ke sirf quran ko likha jaye, baqi jo hai yaad-dasht mein rahe. yaani hadith ko yaad karo aur jahan tak likhne ka mamla hai, quran ko likho. yaani phir bhi log hadisein yaad karte rahe. aisa nahi ke hadison ko chhod</w:t>
      </w:r>
    </w:p>
    <w:p>
      <w:pPr>
        <w:jc w:val="right"/>
      </w:pPr>
      <w:r>
        <w:t>تو یہ پوری ہسٹری میں ایسا ہوا ہے کہ خدا کے کلام کے ساتھ انسانی کلام مل گیا۔ کیونکہ پرنٹنگ پریس سے پہلے ایسا بالکل اٹ واز واٹ نیچرل۔ تو رسول اللہ نے سخت اہتمام کیا کہ اس زمانے میں جو قرآن اتر رہا ہے، سختی سے کیا جائے کہ صرف قرآن کو لکھا جائے، باقی جو ہے یادداشت میں رہے۔ یعنی حدیث کو یاد کرو اور جہاں تک لکھنے کا معاملہ ہے، قرآن کو لکھو۔ یعنی پھر بھی لوگ حدیثیں یاد کرتے رہے۔ ایسا نہیں کہ حدیثوں کو چھوڑ</w:t>
      </w:r>
    </w:p>
    <w:p>
      <w:r>
        <w:rPr>
          <w:b/>
        </w:rPr>
        <w:t xml:space="preserve">[1:20:50] </w:t>
      </w:r>
      <w:r>
        <w:t>diya.</w:t>
      </w:r>
    </w:p>
    <w:p>
      <w:pPr>
        <w:jc w:val="right"/>
      </w:pPr>
      <w:r>
        <w:t>دیا۔</w:t>
      </w:r>
    </w:p>
    <w:p>
      <w:r>
        <w:rPr>
          <w:b/>
        </w:rPr>
        <w:t xml:space="preserve">[1:20:55] </w:t>
      </w:r>
      <w:r>
        <w:t>lekin likhne ke liye jo hai, jab tak quran utar raha tha, to likhne ke aitbar se quran</w:t>
      </w:r>
    </w:p>
    <w:p>
      <w:pPr>
        <w:jc w:val="right"/>
      </w:pPr>
      <w:r>
        <w:t>لیکن لکھنے کے لیے جو ہے، جب تک قرآن اتر رہا تھا، تو لکھنے کے اعتبار سے قرآن</w:t>
      </w:r>
    </w:p>
    <w:p>
      <w:r>
        <w:rPr>
          <w:b/>
        </w:rPr>
        <w:t xml:space="preserve">[1:21:00] </w:t>
      </w:r>
      <w:r>
        <w:t>ko likha jata raha.</w:t>
      </w:r>
    </w:p>
    <w:p>
      <w:pPr>
        <w:jc w:val="right"/>
      </w:pPr>
      <w:r>
        <w:t>کو لکھا جاتا رہا۔</w:t>
      </w:r>
    </w:p>
    <w:p>
      <w:r>
        <w:rPr>
          <w:b/>
        </w:rPr>
        <w:t xml:space="preserve">[1:21:05] </w:t>
      </w:r>
      <w:r>
        <w:t>phir jab quran utar chuka aur badban ho chuka aur is mein milawat ka andesha na raha hai,</w:t>
      </w:r>
    </w:p>
    <w:p>
      <w:pPr>
        <w:jc w:val="right"/>
      </w:pPr>
      <w:r>
        <w:t>پھر جب قرآن اتر چکا اور بدبن ہو چکا اور اس میں ملاوٹ کا اندیشہ نہ رہا ہے،</w:t>
      </w:r>
    </w:p>
    <w:p>
      <w:r>
        <w:rPr>
          <w:b/>
        </w:rPr>
        <w:t xml:space="preserve">[1:21:10] </w:t>
      </w:r>
      <w:r>
        <w:t>to aap ne farmaya ke likho qaid al ilm bil kitaba, likh kar ke ilm ko mehfooz karo.</w:t>
      </w:r>
    </w:p>
    <w:p>
      <w:pPr>
        <w:jc w:val="right"/>
      </w:pPr>
      <w:r>
        <w:t>تو آپ نے فرمایا کہ لکھو قید العلم بکتابہ، لکھ کر کے علم کو محفوظ کرو۔</w:t>
      </w:r>
    </w:p>
    <w:p>
      <w:r>
        <w:rPr>
          <w:b/>
        </w:rPr>
        <w:t xml:space="preserve">[1:21:15] </w:t>
      </w:r>
      <w:r>
        <w:t>jaise is ke baad aap jante hain ke muhaddiseen paida hue, muhaddiseen ne sari hadithon ko jama kiya. misal mus</w:t>
      </w:r>
    </w:p>
    <w:p>
      <w:pPr>
        <w:jc w:val="right"/>
      </w:pPr>
      <w:r>
        <w:t>جیسے اس کے بعد آپ جانتے ہیں کہ محدثین پیدا ہوئے، محدثین نے ساری حدیثوں کو جمع کیا۔ مثال مس</w:t>
      </w:r>
    </w:p>
    <w:p>
      <w:r>
        <w:rPr>
          <w:b/>
        </w:rPr>
        <w:t xml:space="preserve">[1:21:20] </w:t>
      </w:r>
      <w:r>
        <w:t>nad ahmad mein misaal ke taur par thirty tha hadisein hain, tees hazar bukhari mein six tha, seven tha, 563 hadisein hain. to yeh likh likh kar ke hua sab kuch. to woh temporary tha, waqti taur par tha quran ki hifazat ko zyada, yaani us ko yaqeeni banane ke liye. warna aap dekhiye, pehli ayat utarti thi ilm bil qalam. yaani pehli aa</w:t>
      </w:r>
    </w:p>
    <w:p>
      <w:pPr>
        <w:jc w:val="right"/>
      </w:pPr>
      <w:r>
        <w:t>ند احمد میں مثال کے طور پر تھرٹی تھا حدیثیں ہیں، تیس ہزار بخاری میں سکس تھا، سیون تھا، 563 حدیثیں ہیں۔ تو یہ لکھ لکھ کر کے ہوا سب کچھ۔ تو وہ ٹیمپریری تھا، وقتی طور پر تھا قرآن کی حفاظت کو زیادہ، یعنی اس کو یقینی بنانے کے لیے۔ ورنہ آپ دیکھیے، پہلی آیت اترتی تھی علم بالقلم۔ یعنی پہلی آ</w:t>
      </w:r>
    </w:p>
    <w:p>
      <w:r>
        <w:rPr>
          <w:b/>
        </w:rPr>
        <w:t xml:space="preserve">[1:21:50] </w:t>
      </w:r>
      <w:r>
        <w:t>yeh aayat utri hai quran majeed mein ke ilm bil qalam ke allah ka tareeqa hai, qalam ke zariye se taleem pohanchana.</w:t>
      </w:r>
    </w:p>
    <w:p>
      <w:pPr>
        <w:jc w:val="right"/>
      </w:pPr>
      <w:r>
        <w:t>یت اتری ہے قرآن مجید میں کہ علم بالقلم کہ اللہ کا طریقہ ہے، قلم کے ذریعے سے تعلیم پہنچانا۔</w:t>
      </w:r>
    </w:p>
    <w:p>
      <w:r>
        <w:rPr>
          <w:b/>
        </w:rPr>
        <w:t xml:space="preserve">[1:21:58] </w:t>
      </w:r>
      <w:r>
        <w:t>to qalam jo hai, quran ke liye bhi hai, hadees ke liye bhi hai, seerat ke liye bhi</w:t>
      </w:r>
    </w:p>
    <w:p>
      <w:pPr>
        <w:jc w:val="right"/>
      </w:pPr>
      <w:r>
        <w:t>تو قلم جو ہے، قرآن کے لیے بھی ہے، حدیث کے لیے بھی ہے، سیرت کے لیے بھی</w:t>
      </w:r>
    </w:p>
    <w:p>
      <w:r>
        <w:rPr>
          <w:b/>
        </w:rPr>
        <w:t xml:space="preserve">[1:22:05] </w:t>
      </w:r>
      <w:r>
        <w:t>hai, sab har cheez ke liye bhi hai.</w:t>
      </w:r>
    </w:p>
    <w:p>
      <w:pPr>
        <w:jc w:val="right"/>
      </w:pPr>
      <w:r>
        <w:t>ہے، سب ہر چیز کے لیے بھی ہے۔</w:t>
      </w:r>
    </w:p>
    <w:p>
      <w:r>
        <w:rPr>
          <w:b/>
        </w:rPr>
        <w:t xml:space="preserve">[1:22:13] </w:t>
      </w:r>
      <w:r>
        <w:t>ek waqti, waqti jo hai, yaani ek waqti ehtiyat ke liye rasool allah ne aisa farmaya tha.</w:t>
      </w:r>
    </w:p>
    <w:p>
      <w:pPr>
        <w:jc w:val="right"/>
      </w:pPr>
      <w:r>
        <w:t>ایک وقتی، وقتی جو ہے، یعنی ایک وقتی احتیاط کے لیے رسول اللہ نے ایسا فرمایا تھا۔</w:t>
      </w:r>
    </w:p>
    <w:p>
      <w:r>
        <w:rPr>
          <w:b/>
        </w:rPr>
        <w:t xml:space="preserve">[1:22:21] </w:t>
      </w:r>
      <w:r>
        <w:t>This question is from Maulana Zakwan Nadwi from New Delhi.</w:t>
      </w:r>
    </w:p>
    <w:p>
      <w:pPr>
        <w:jc w:val="right"/>
      </w:pPr>
      <w:r>
        <w:t>دس کوئسچن از فرام مولانا زکوان ندوی فرام نیو دہلی۔</w:t>
      </w:r>
    </w:p>
    <w:p>
      <w:r>
        <w:rPr>
          <w:b/>
        </w:rPr>
        <w:t xml:space="preserve">[1:22:28] </w:t>
      </w:r>
      <w:r>
        <w:t>مولانا، kindly explain Hadith number 35 mentioned in Sahih al-Bukhari, where in the Prophet Muhammad said: "My example</w:t>
      </w:r>
    </w:p>
    <w:p>
      <w:pPr>
        <w:jc w:val="right"/>
      </w:pPr>
      <w:r>
        <w:t>مولانا، کائنڈلی ایکسپلین حدیث نمبر 35 مینشنڈ ان صحیح البخاری، ویئر ان دا پرافٹ محمد سیڈ: "مائی ایگزیمپل</w:t>
      </w:r>
    </w:p>
    <w:p>
      <w:r>
        <w:rPr>
          <w:b/>
        </w:rPr>
        <w:t xml:space="preserve">[1:22:36] </w:t>
      </w:r>
      <w:r>
        <w:t>And that of other prophets is that of a man who has built a house completely and excellently,</w:t>
      </w:r>
    </w:p>
    <w:p>
      <w:pPr>
        <w:jc w:val="right"/>
      </w:pPr>
      <w:r>
        <w:t>اینڈ دیٹ اف ادر پرافٹ از دیٹ اف ا مین ہو ہیز بلٹ ا ہاؤس کمپلیٹلی اینڈ ایکسیلنٹلی،</w:t>
      </w:r>
    </w:p>
    <w:p>
      <w:r>
        <w:rPr>
          <w:b/>
        </w:rPr>
        <w:t xml:space="preserve">[1:22:43] </w:t>
      </w:r>
      <w:r>
        <w:t>except for a place of one brick.</w:t>
      </w:r>
    </w:p>
    <w:p>
      <w:pPr>
        <w:jc w:val="right"/>
      </w:pPr>
      <w:r>
        <w:t>ایکسیپٹ فار ا پلیس اف ون برک۔</w:t>
      </w:r>
    </w:p>
    <w:p>
      <w:r>
        <w:rPr>
          <w:b/>
        </w:rPr>
        <w:t xml:space="preserve">[1:22:51] </w:t>
      </w:r>
      <w:r>
        <w:t>When the people entered the house, they wondered at its beauty and said: 'But for the place of</w:t>
      </w:r>
    </w:p>
    <w:p>
      <w:pPr>
        <w:jc w:val="right"/>
      </w:pPr>
      <w:r>
        <w:t>وین دا پیپل انٹرڈ دا ہاؤس، دے ونڈر ایٹ اٹس بیوٹی اینڈ سیڈ: 'بٹ فار دا پلیس اف</w:t>
      </w:r>
    </w:p>
    <w:p>
      <w:r>
        <w:rPr>
          <w:b/>
        </w:rPr>
        <w:t xml:space="preserve">[1:22:58] </w:t>
      </w:r>
      <w:r>
        <w:t>'This brick, how splendid the house will be.' Prophet added: 'So I am that brick and I am</w:t>
      </w:r>
    </w:p>
    <w:p>
      <w:pPr>
        <w:jc w:val="right"/>
      </w:pPr>
      <w:r>
        <w:t>دس برک، ہاؤ سپلینڈڈ دا ہاؤس ول بی۔' پرافٹ ایڈڈ: 'سو ائی ایم دیٹ برک اینڈ ائی ایم</w:t>
      </w:r>
    </w:p>
    <w:p>
      <w:r>
        <w:rPr>
          <w:b/>
        </w:rPr>
        <w:t xml:space="preserve">[1:23:06] </w:t>
      </w:r>
      <w:r>
        <w:t>"The Last of the Prophets." Maulana Sahib, please explain this.</w:t>
      </w:r>
    </w:p>
    <w:p>
      <w:pPr>
        <w:jc w:val="right"/>
      </w:pPr>
      <w:r>
        <w:t>دا لاسٹ اف دا پرافٹس۔' مولانا صاحب، پلیز ایکسپلین دس۔</w:t>
      </w:r>
    </w:p>
    <w:p>
      <w:r>
        <w:rPr>
          <w:b/>
        </w:rPr>
        <w:t xml:space="preserve">[1:23:14] </w:t>
      </w:r>
      <w:r>
        <w:t>haan, is mein dekhiye, ana zalika libna, mein woh eent hoon, yaani woh aakhri eent.</w:t>
      </w:r>
    </w:p>
    <w:p>
      <w:pPr>
        <w:jc w:val="right"/>
      </w:pPr>
      <w:r>
        <w:t>ہاں، اس میں دیکھیے، انا ذالک لبنا، میں وہ اینٹ ہوں، یعنی وہ آخری اینٹ۔</w:t>
      </w:r>
    </w:p>
    <w:p>
      <w:r>
        <w:rPr>
          <w:b/>
        </w:rPr>
        <w:t xml:space="preserve">[1:23:22] </w:t>
      </w:r>
      <w:r>
        <w:t>iska matlab baja to sochta hoon ke rasool Allah koi naya deen nahi laye, wohi deen jo sab ne bhi laye, wohi aap bhi laye. same deen aap ke zariye kya kaam hua? woh kya hua? Allah ke kalam ko mehfooz karna. yeh hai aakhri lubna. deen to wohi hai jo pehle tha, lekin woh mehfooz nahi ho paya tha. mehfooz hone ke liye ek</w:t>
      </w:r>
    </w:p>
    <w:p>
      <w:pPr>
        <w:jc w:val="right"/>
      </w:pPr>
      <w:r>
        <w:t>اس کا مطلب بجا تو سوچتا ہوں کہ رسول اللہ کوئی نیا دین نہیں لائے، وہی دین جو سب نے بھی لائے، وہی آپ بھی لائے۔ سیم دین آپ کے ذریعے کیا کام ہوا؟ وہ کیا ہوا؟ اللہ کے کلام کو محفوظ کرنا۔ یہ ہے آخری لبنا۔ دین تو وہی ہے جو پہلے تھا، لیکن وہ محفوظ نہیں ہو پایا تھا۔ محفوظ ہونے کے لیے ایک</w:t>
      </w:r>
    </w:p>
    <w:p>
      <w:r>
        <w:rPr>
          <w:b/>
        </w:rPr>
        <w:t xml:space="preserve">[1:23:52] </w:t>
      </w:r>
      <w:r>
        <w:t>team chahiye, ek revolution chahiye, ek taqatwar nizaam chahiye.</w:t>
      </w:r>
    </w:p>
    <w:p>
      <w:pPr>
        <w:jc w:val="right"/>
      </w:pPr>
      <w:r>
        <w:t>ٹیم چاہیے، ایک ریولوشن چاہیے، ایک طاقتور نظام چاہیے۔</w:t>
      </w:r>
    </w:p>
    <w:p>
      <w:r>
        <w:rPr>
          <w:b/>
        </w:rPr>
        <w:t xml:space="preserve">[1:23:56] </w:t>
      </w:r>
      <w:r>
        <w:t>to pehle kabhi kisi paighambar ke zamane mein aisa nahi hua.</w:t>
      </w:r>
    </w:p>
    <w:p>
      <w:pPr>
        <w:jc w:val="right"/>
      </w:pPr>
      <w:r>
        <w:t>تو پہلے کبھی کسی پیغمبر کے زمانے میں ایسا نہیں ہوا۔</w:t>
      </w:r>
    </w:p>
    <w:p>
      <w:r>
        <w:rPr>
          <w:b/>
        </w:rPr>
        <w:t xml:space="preserve">[1:24:00] </w:t>
      </w:r>
      <w:r>
        <w:t>rasool allah ke zamane mein aisa hua ke ek team bani, ek hukoomat qaim hui, ek nizaam qaim hua.</w:t>
      </w:r>
    </w:p>
    <w:p>
      <w:pPr>
        <w:jc w:val="right"/>
      </w:pPr>
      <w:r>
        <w:t>رسول اللہ کے زمانے میں ایسا ہوا کہ ایک ٹیم بنی، ایک حکومت قائم ہوئی، ایک نظام قائم ہوا۔</w:t>
      </w:r>
    </w:p>
    <w:p>
      <w:r>
        <w:rPr>
          <w:b/>
        </w:rPr>
        <w:t xml:space="preserve">[1:24:05] </w:t>
      </w:r>
      <w:r>
        <w:t>to is ke zor par quran mehfooz ho gaya.</w:t>
      </w:r>
    </w:p>
    <w:p>
      <w:pPr>
        <w:jc w:val="right"/>
      </w:pPr>
      <w:r>
        <w:t>تو اس کے زور پر قرآن محفوظ ہو گیا۔</w:t>
      </w:r>
    </w:p>
    <w:p>
      <w:r>
        <w:rPr>
          <w:b/>
        </w:rPr>
        <w:t xml:space="preserve">[1:24:09] </w:t>
      </w:r>
      <w:r>
        <w:t>to rasool allah ne jo ke zariye jo kaam anjaam paya, woh yeh tha.</w:t>
      </w:r>
    </w:p>
    <w:p>
      <w:pPr>
        <w:jc w:val="right"/>
      </w:pPr>
      <w:r>
        <w:t>تو رسول اللہ نے جو کے ذریعے جو کام انجام پایا، وہ یہ تھا۔</w:t>
      </w:r>
    </w:p>
    <w:p>
      <w:r>
        <w:rPr>
          <w:b/>
        </w:rPr>
        <w:t xml:space="preserve">[1:24:14] </w:t>
      </w:r>
      <w:r>
        <w:t>isi kaam mein kaha: "ana zalika libna." khud deen jo hai, woh deen aisa nahi ke aap ne</w:t>
      </w:r>
    </w:p>
    <w:p>
      <w:pPr>
        <w:jc w:val="right"/>
      </w:pPr>
      <w:r>
        <w:t>اسی کام میں کہا: "انا ذالک لبنا۔" خود دین جو ہے، وہ دین ایسا نہیں کہ آپ نے</w:t>
      </w:r>
    </w:p>
    <w:p>
      <w:r>
        <w:rPr>
          <w:b/>
        </w:rPr>
        <w:t xml:space="preserve">[1:24:18] </w:t>
      </w:r>
      <w:r>
        <w:t>naya deen laye hon.</w:t>
      </w:r>
    </w:p>
    <w:p>
      <w:pPr>
        <w:jc w:val="right"/>
      </w:pPr>
      <w:r>
        <w:t>نیا دین لائے ہوں۔</w:t>
      </w:r>
    </w:p>
    <w:p>
      <w:r>
        <w:rPr>
          <w:b/>
        </w:rPr>
        <w:t xml:space="preserve">[1:24:22] </w:t>
      </w:r>
      <w:r>
        <w:t>woh saari cheezein, saari cheezein jo deen ki hain, woh sab pichhle paighambar batate rahe.</w:t>
      </w:r>
    </w:p>
    <w:p>
      <w:pPr>
        <w:jc w:val="right"/>
      </w:pPr>
      <w:r>
        <w:t>وہ ساری چیزیں، ساری چیزیں جو دین کی ہیں، وہ سب پچھلے پیغمبر بتاتے رہے۔</w:t>
      </w:r>
    </w:p>
    <w:p>
      <w:r>
        <w:rPr>
          <w:b/>
        </w:rPr>
        <w:t xml:space="preserve">[1:24:28] </w:t>
      </w:r>
      <w:r>
        <w:t>lekin paighambar pichhle paighambar ke saath team nahi bani, halaat nahi mile un ko, un ke paas woh</w:t>
      </w:r>
    </w:p>
    <w:p>
      <w:pPr>
        <w:jc w:val="right"/>
      </w:pPr>
      <w:r>
        <w:t>لیکن پیغمبر پچھلے پیغمبر کے ساتھ ٹیم نہیں بنی، حالات نہیں ملے ان کو، ان کے پاس وہ</w:t>
      </w:r>
    </w:p>
    <w:p>
      <w:r>
        <w:rPr>
          <w:b/>
        </w:rPr>
        <w:t xml:space="preserve">[1:24:33] </w:t>
      </w:r>
      <w:r>
        <w:t>ikhtedar nahi mila, to mehfooz nahi ho saka.</w:t>
      </w:r>
    </w:p>
    <w:p>
      <w:pPr>
        <w:jc w:val="right"/>
      </w:pPr>
      <w:r>
        <w:t>اقتدار نہیں ملا، تو محفوظ نہیں ہو سکا۔</w:t>
      </w:r>
    </w:p>
    <w:p>
      <w:r>
        <w:rPr>
          <w:b/>
        </w:rPr>
        <w:t xml:space="preserve">[1:24:38] </w:t>
      </w:r>
      <w:r>
        <w:t>to jab mehfooz ho gaya to phir nabuwat khatam kar di gayi.</w:t>
      </w:r>
    </w:p>
    <w:p>
      <w:pPr>
        <w:jc w:val="right"/>
      </w:pPr>
      <w:r>
        <w:t>تو جب محفوظ ہو گیا تو پھر نبوت ختم کر دی گئی۔</w:t>
      </w:r>
    </w:p>
    <w:p>
      <w:r>
        <w:rPr>
          <w:b/>
        </w:rPr>
        <w:t xml:space="preserve">[1:24:43] </w:t>
      </w:r>
      <w:r>
        <w:t>nabuwat khatam karne ke maani koi fazeelat ki baat nahi hai.</w:t>
      </w:r>
    </w:p>
    <w:p>
      <w:pPr>
        <w:jc w:val="right"/>
      </w:pPr>
      <w:r>
        <w:t>نبوت ختم کرنے کے معنی کوئی فضیلت کی بات نہیں ہے۔</w:t>
      </w:r>
    </w:p>
    <w:p>
      <w:r>
        <w:rPr>
          <w:b/>
        </w:rPr>
        <w:t xml:space="preserve">[1:24:48] </w:t>
      </w:r>
      <w:r>
        <w:t>yeh jab jab deen mehfooz ho gaya to deen hi paighambar ki jagah ho gaya.</w:t>
      </w:r>
    </w:p>
    <w:p>
      <w:pPr>
        <w:jc w:val="right"/>
      </w:pPr>
      <w:r>
        <w:t>یہ جب جب دین محفوظ ہو گیا تو دین ہی پیغمبر کی جگہ ہو گیا۔</w:t>
      </w:r>
    </w:p>
    <w:p>
      <w:r>
        <w:rPr>
          <w:b/>
        </w:rPr>
        <w:t xml:space="preserve">[1:24:53] </w:t>
      </w:r>
      <w:r>
        <w:t>jab deen mehfooz ho gaya to woh woh jo mehfooz deen hai, wohi paighambar ki jagah ho gaya. yaani ab hidayat janna hai to quran ko padho, hidayat janna hai to hadith ko padho, hidayat janna hai to sunnat rasool Allah ko padho. living prophet ki zaroorat hi nahi. to asal kaam jo hua hai ke deen to hamesha hi wohi same hota raha har paighambar ke zamane mein, lekin woh mehfooz nahi hua tha. rasool Allah ke zamane mein mehfooz ho gaya. mehfooz jab ho gaya to wohi</w:t>
      </w:r>
    </w:p>
    <w:p>
      <w:pPr>
        <w:jc w:val="right"/>
      </w:pPr>
      <w:r>
        <w:t>جب دین محفوظ ہو گیا تو وہ وہ جو محفوظ دین ہے، وہی پیغمبر کی جگہ ہو گیا۔ یعنی اب ہدایت جاننا ہے تو قرآن کو پڑھو، ہدایت جاننا ہے تو حدیث کو پڑھو، ہدایت جاننا ہے تو سنت رسول اللہ کو پڑھو۔ لیونگ پرافٹ کی ضرورت ہی نہیں۔ تو اصل کام جو ہوا ہے کہ دین تو ہمیشہ ہی وہی سیم ہوتا رہا ہر پیغمبر کے زمانے میں، لیکن وہ محفوظ نہیں ہوا تھا۔ رسول اللہ کے زمانے میں محفوظ ہو گیا۔ محفوظ جب ہو گیا تو وہی</w:t>
      </w:r>
    </w:p>
    <w:p>
      <w:r>
        <w:rPr>
          <w:b/>
        </w:rPr>
        <w:t xml:space="preserve">[1:25:23] </w:t>
      </w:r>
      <w:r>
        <w:t>paighambar ki ki jagah par ho gaya. to khatm-e-nabuwat jo hua hai, isi liye hua hai. is ka koi fazilat se talluq nahi hai. is ka yeh mein samajh paya hoon. is ko das question is from dr muslima siddiqui from delhi. molana, as you have explained, no one will find entry into paradise without shedding all ne</w:t>
      </w:r>
    </w:p>
    <w:p>
      <w:pPr>
        <w:jc w:val="right"/>
      </w:pPr>
      <w:r>
        <w:t>پیغمبر کی کی جگہ پر ہو گیا۔ تو ختم نبوت جو ہوا ہے، اسی لیے ہوا ہے۔ اس کا کوئی فضیلت سے تعلق نہیں ہے۔ اس کا یہ میں سمجھ پایا ہوں۔ اس کو دس کوئسچن از فرام ڈاکٹر مسلمہ صدیقی فرام دہلی۔ مولانا، ایز یو ہیو ایکسپلینڈ، نو ون ول فائنڈ انٹری انٹو پیراڈائز ودا آؤٹ شیڈنگ ال نی</w:t>
      </w:r>
    </w:p>
    <w:p>
      <w:r>
        <w:rPr>
          <w:b/>
        </w:rPr>
        <w:t xml:space="preserve">[1:25:53] </w:t>
      </w:r>
      <w:r>
        <w:t>negativity.</w:t>
      </w:r>
    </w:p>
    <w:p>
      <w:pPr>
        <w:jc w:val="right"/>
      </w:pPr>
      <w:r>
        <w:t>گیٹیوٹی۔</w:t>
      </w:r>
    </w:p>
    <w:p>
      <w:r>
        <w:rPr>
          <w:b/>
        </w:rPr>
        <w:t xml:space="preserve">[1:25:57] </w:t>
      </w:r>
      <w:r>
        <w:t>Given unpleasant experiences of all kinds, it becomes very difficult to totally free oneself of negativity.</w:t>
      </w:r>
    </w:p>
    <w:p>
      <w:pPr>
        <w:jc w:val="right"/>
      </w:pPr>
      <w:r>
        <w:t>گیون ان پلیزنٹ ایکسپیرینسز اف ال کائنڈز، اٹ بیکمز ویری ڈیفیکلٹ ٹو ٹوٹلی فری ون سیلف اف نیگیٹیوٹی۔</w:t>
      </w:r>
    </w:p>
    <w:p>
      <w:r>
        <w:rPr>
          <w:b/>
        </w:rPr>
        <w:t xml:space="preserve">[1:26:02] </w:t>
      </w:r>
      <w:r>
        <w:t>Kindly explain how to remain positive in negative situation.</w:t>
      </w:r>
    </w:p>
    <w:p>
      <w:pPr>
        <w:jc w:val="right"/>
      </w:pPr>
      <w:r>
        <w:t>کائنڈلی ایکسپلین ہاؤ ٹو ریمین پوزیٹیو ان نیگیٹیو سچویشن۔</w:t>
      </w:r>
    </w:p>
    <w:p>
      <w:r>
        <w:rPr>
          <w:b/>
        </w:rPr>
        <w:t xml:space="preserve">[1:26:06] </w:t>
      </w:r>
      <w:r>
        <w:t>dekhein, yeh ek process hai.</w:t>
      </w:r>
    </w:p>
    <w:p>
      <w:pPr>
        <w:jc w:val="right"/>
      </w:pPr>
      <w:r>
        <w:t>دیکھیں، یہ ایک پروسیس ہے۔</w:t>
      </w:r>
    </w:p>
    <w:p>
      <w:r>
        <w:rPr>
          <w:b/>
        </w:rPr>
        <w:t xml:space="preserve">[1:26:11] </w:t>
      </w:r>
      <w:r>
        <w:t>aadmi negative hoga, phir positive banayega apne aap ko.</w:t>
      </w:r>
    </w:p>
    <w:p>
      <w:pPr>
        <w:jc w:val="right"/>
      </w:pPr>
      <w:r>
        <w:t>آدمی نیگیٹیو ہوگا، پھر پازیٹیو بنائے گا اپنے آپ کو۔</w:t>
      </w:r>
    </w:p>
    <w:p>
      <w:r>
        <w:rPr>
          <w:b/>
        </w:rPr>
        <w:t xml:space="preserve">[1:26:15] </w:t>
      </w:r>
      <w:r>
        <w:t>yeh process chalega.</w:t>
      </w:r>
    </w:p>
    <w:p>
      <w:pPr>
        <w:jc w:val="right"/>
      </w:pPr>
      <w:r>
        <w:t>یہ پروسیس چلے گا۔</w:t>
      </w:r>
    </w:p>
    <w:p>
      <w:r>
        <w:rPr>
          <w:b/>
        </w:rPr>
        <w:t xml:space="preserve">[1:26:19] </w:t>
      </w:r>
      <w:r>
        <w:t>yaani extra, jaise ke maine arz kiya, extra haalat jo hai, woh</w:t>
      </w:r>
    </w:p>
    <w:p>
      <w:pPr>
        <w:jc w:val="right"/>
      </w:pPr>
      <w:r>
        <w:t>یعنی ایکسٹرا، جیسے کہ میں نے عرض کیا، ایکسٹرا حالت جو ہے، وہ</w:t>
      </w:r>
    </w:p>
    <w:p>
      <w:r>
        <w:rPr>
          <w:b/>
        </w:rPr>
        <w:t xml:space="preserve">[1:26:24] </w:t>
      </w:r>
      <w:r>
        <w:t>woh matloob hi nahi hai.</w:t>
      </w:r>
    </w:p>
    <w:p>
      <w:pPr>
        <w:jc w:val="right"/>
      </w:pPr>
      <w:r>
        <w:t>وہ مطلوب ہی نہیں ہے۔</w:t>
      </w:r>
    </w:p>
    <w:p>
      <w:r>
        <w:rPr>
          <w:b/>
        </w:rPr>
        <w:t xml:space="preserve">[1:26:28] </w:t>
      </w:r>
      <w:r>
        <w:t>کیونکہ وہ جو sangharsh hai mind mein, woh kaise jaari rahega? Mind mein ek intellectual sangharsh rehta hai.</w:t>
      </w:r>
    </w:p>
    <w:p>
      <w:pPr>
        <w:jc w:val="right"/>
      </w:pPr>
      <w:r>
        <w:t>کیونکہ وہ جو संघर्ष ہے مائنڈ میں، وہ کیسے جاری رہے گا؟ مائنڈ میں ایک ایک انٹلیکچول संघर्ष رہتا ہے۔</w:t>
      </w:r>
    </w:p>
    <w:p>
      <w:r>
        <w:rPr>
          <w:b/>
        </w:rPr>
        <w:t xml:space="preserve">[1:26:32] </w:t>
      </w:r>
      <w:r>
        <w:t>barabar wahi sangharsh to zindagi deta hai, mind ko zinda rakhta hai.</w:t>
      </w:r>
    </w:p>
    <w:p>
      <w:pPr>
        <w:jc w:val="right"/>
      </w:pPr>
      <w:r>
        <w:t>برابر وہی संघर्ष تو زندگی دیتا ہے، مائنڈ کو زندہ رکھتا ہے۔</w:t>
      </w:r>
    </w:p>
    <w:p>
      <w:r>
        <w:rPr>
          <w:b/>
        </w:rPr>
        <w:t xml:space="preserve">[1:26:37] </w:t>
      </w:r>
      <w:r>
        <w:t>negative thought I, then you fought it, removed it, then made it positive, then it came, then it</w:t>
      </w:r>
    </w:p>
    <w:p>
      <w:pPr>
        <w:jc w:val="right"/>
      </w:pPr>
      <w:r>
        <w:t>نیگیٹیو تھاٹ آئی، پھر آپ نے اس سے لڑے، اسے نکالا، پھر پازیٹیو بنایا، پھر آئی، پھر اس</w:t>
      </w:r>
    </w:p>
    <w:p>
      <w:r>
        <w:rPr>
          <w:b/>
        </w:rPr>
        <w:t xml:space="preserve">[1:26:41] </w:t>
      </w:r>
      <w:r>
        <w:t>se lade, phir positive banaya.</w:t>
      </w:r>
    </w:p>
    <w:p>
      <w:pPr>
        <w:jc w:val="right"/>
      </w:pPr>
      <w:r>
        <w:t>سے لڑے، پھر پازیٹیو بنایا۔</w:t>
      </w:r>
    </w:p>
    <w:p>
      <w:r>
        <w:rPr>
          <w:b/>
        </w:rPr>
        <w:t xml:space="preserve">[1:26:45] </w:t>
      </w:r>
      <w:r>
        <w:t>yeh ek sangharsh hai jo jari rehta hai.</w:t>
      </w:r>
    </w:p>
    <w:p>
      <w:pPr>
        <w:jc w:val="right"/>
      </w:pPr>
      <w:r>
        <w:t>یہ ایک संघर्ष ہے جو جاری رہتا ہے۔</w:t>
      </w:r>
    </w:p>
    <w:p>
      <w:r>
        <w:rPr>
          <w:b/>
        </w:rPr>
        <w:t xml:space="preserve">[1:26:50] </w:t>
      </w:r>
      <w:r>
        <w:t>is sangharsh se woh hota hai art</w:t>
      </w:r>
    </w:p>
    <w:p>
      <w:pPr>
        <w:jc w:val="right"/>
      </w:pPr>
      <w:r>
        <w:t>اس संघर्ष سے وہ ہوتا ہے ارت</w:t>
      </w:r>
    </w:p>
    <w:p>
      <w:r>
        <w:rPr>
          <w:b/>
        </w:rPr>
        <w:t xml:space="preserve">[1:26:54] </w:t>
      </w:r>
      <w:r>
        <w:t>qaa. hota hai. agar yeh sangharsh na ho toh aadmi pachas saal mein boodha ho jaye. yeh bhi main arz karoon ke yeh cheez sabit hui hai studies se ke jin ke mind mein sangharsh jaari rehta hai, toh bahut lambi muddat tak unki health achhi rehti hai. matlab woh dead ho jayein. woh yeh toh bahut achhi baat hai ke negative thought aayein aur phir hum usse ladein, phir nikalein, phir usko positive banayein. ek sangharsh jaari rahe. toh intellectual jungle jo hai,</w:t>
      </w:r>
    </w:p>
    <w:p>
      <w:pPr>
        <w:jc w:val="right"/>
      </w:pPr>
      <w:r>
        <w:t>قاء۔ ہوتا ہے۔ اگر یہ संघर्ष نہ ہو تو آدمی پچاس سال میں بوڑھا ہو جائے۔ یہ بھی میں عرض کروں کہ یہ چیز ثابت ہوئی ہے اسٹڈیز سے کہ جن کے مائنڈ میں संघर्ष جاری رہتا ہے، تو بہت لمبی مدت تک ان کی ہیلتھ اچھی رہتی ہے۔ مطلب وہ ڈیڈ ہو جائیں۔ وہ یہ تو بہت اچھی بات ہے کہ نیگیٹیو تھاٹ آئیں اور پھر ہم اس سے لڑیں، پھر نکالیں، پھر اس کو پازیٹیو بنائیں۔ ایک संघर्ष جاری رہے۔ تو انٹلیکچول جنگل جو ہے،</w:t>
      </w:r>
    </w:p>
    <w:p>
      <w:r>
        <w:rPr>
          <w:b/>
        </w:rPr>
        <w:t xml:space="preserve">[1:27:24] </w:t>
      </w:r>
      <w:r>
        <w:t>yeh ain matloob hai. khud isi se irtaqa hota hai, isi se development hota hai, isi se aadmi hamesha hamesha alive rehta hai, active rehta hai. warna active na rahe. woh maine ek ek sahib ko dekha jo ias afsar the, bahut hi jab jab woh service karte the toh bade dabde wale aadmi the. baad ko maine dekha toh ek dum bilkul barjhaye, yeh ek dum ajeeb haalat thi unki.</w:t>
      </w:r>
    </w:p>
    <w:p>
      <w:pPr>
        <w:jc w:val="right"/>
      </w:pPr>
      <w:r>
        <w:t>یہ عین مطلوب ہے۔ خود اسی سے ارتقاء ہوتا ہے، اسی سے ڈیویلپمنٹ ہوتا ہے، اسی سے آدمی ہمیشہ ہمیشہ الائیو رہتا ہے، ایکٹیو رہتا ہے۔ ورنہ ایکٹیو نہ رہے۔ وہ میں نے ایک ایک صاحب کو دیکھا جو آئی ایس افسر تھے، بہت ہی جب جب وہ سروس کرتے تھے تو بڑے دبدبے والے آدمی تھے۔ بعد کو میں نے دیکھا تو ایک دم بالکل برجھائے، یہ ایک دم عجیب حالت تھی ان کی۔</w:t>
      </w:r>
    </w:p>
    <w:p>
      <w:r>
        <w:rPr>
          <w:b/>
        </w:rPr>
        <w:t xml:space="preserve">[1:27:54] </w:t>
      </w:r>
      <w:r>
        <w:t>ko'i zindagi hi nahin un ke andar.</w:t>
      </w:r>
    </w:p>
    <w:p>
      <w:pPr>
        <w:jc w:val="right"/>
      </w:pPr>
      <w:r>
        <w:t>کوئی زندگی ہی نہیں ان کے اندر۔</w:t>
      </w:r>
    </w:p>
    <w:p>
      <w:r>
        <w:rPr>
          <w:b/>
        </w:rPr>
        <w:t xml:space="preserve">[1:27:58] </w:t>
      </w:r>
      <w:r>
        <w:t>to kyun? waja yeh thi ke un ko challenge, un ki zindagi mein challenge khatm ho gaya.</w:t>
      </w:r>
    </w:p>
    <w:p>
      <w:pPr>
        <w:jc w:val="right"/>
      </w:pPr>
      <w:r>
        <w:t>تو کیوں؟ وجہ یہ تھی کہ ان کو چیلنج، ان کی زندگی میں چیلنج ختم ہو گیا۔</w:t>
      </w:r>
    </w:p>
    <w:p>
      <w:r>
        <w:rPr>
          <w:b/>
        </w:rPr>
        <w:t xml:space="preserve">[1:28:01] </w:t>
      </w:r>
      <w:r>
        <w:t>jab service mein thay to har waqt challenge hota tha: "yeh karna hai, woh karna hai, yeh karna</w:t>
      </w:r>
    </w:p>
    <w:p>
      <w:pPr>
        <w:jc w:val="right"/>
      </w:pPr>
      <w:r>
        <w:t>جب سروس میں تھے تو ہر وقت چیلنج ہوتا تھا: "یہ کرنا ہے، وہ کرنا ہے، یہ کرنا</w:t>
      </w:r>
    </w:p>
    <w:p>
      <w:r>
        <w:rPr>
          <w:b/>
        </w:rPr>
        <w:t xml:space="preserve">[1:28:05] </w:t>
      </w:r>
      <w:r>
        <w:t>hai, woh karna hai." ab retire ho gaye hain, paisa aa raha hai pension ka, ab kha pee rahe hain.</w:t>
      </w:r>
    </w:p>
    <w:p>
      <w:pPr>
        <w:jc w:val="right"/>
      </w:pPr>
      <w:r>
        <w:t>ہے، وہ کرنا ہے۔" اب ریٹائر ہو گئے ہیں، پیسہ آ رہا ہے پینشن کا، اب کھا پی رہے ہیں۔</w:t>
      </w:r>
    </w:p>
    <w:p>
      <w:r>
        <w:rPr>
          <w:b/>
        </w:rPr>
        <w:t xml:space="preserve">[1:28:09] </w:t>
      </w:r>
      <w:r>
        <w:t>bas ko'i challenge nahin zindagi mein.</w:t>
      </w:r>
    </w:p>
    <w:p>
      <w:pPr>
        <w:jc w:val="right"/>
      </w:pPr>
      <w:r>
        <w:t>بس کوئی چیلنج نہیں زندگی میں۔</w:t>
      </w:r>
    </w:p>
    <w:p>
      <w:r>
        <w:rPr>
          <w:b/>
        </w:rPr>
        <w:t xml:space="preserve">[1:28:13] </w:t>
      </w:r>
      <w:r>
        <w:t>to yeh is ko aap challenge ke turn mein socheiye.</w:t>
      </w:r>
    </w:p>
    <w:p>
      <w:pPr>
        <w:jc w:val="right"/>
      </w:pPr>
      <w:r>
        <w:t>تو یہ اس کو آپ چیلنج کے ٹرن میں سوچیے۔</w:t>
      </w:r>
    </w:p>
    <w:p>
      <w:r>
        <w:rPr>
          <w:b/>
        </w:rPr>
        <w:t xml:space="preserve">[1:28:17] </w:t>
      </w:r>
      <w:r>
        <w:t>یعنی negative thoughts آتے ہیں، پھر positive بناتے ہیں ان کو۔</w:t>
      </w:r>
    </w:p>
    <w:p>
      <w:pPr>
        <w:jc w:val="right"/>
      </w:pPr>
      <w:r>
        <w:t>یعنی نیگیٹیو تھاٹ آتے ہیں، پھر پازیٹیو بناتے ہیں ان کو۔</w:t>
      </w:r>
    </w:p>
    <w:p>
      <w:r>
        <w:rPr>
          <w:b/>
        </w:rPr>
        <w:t xml:space="preserve">[1:28:20] </w:t>
      </w:r>
      <w:r>
        <w:t>yeh is ke sath mutalliq hai ke har waqt</w:t>
      </w:r>
    </w:p>
    <w:p>
      <w:pPr>
        <w:jc w:val="right"/>
      </w:pPr>
      <w:r>
        <w:t>یہ اس کے ساتھ متعلق ہے کہ ہر وقت</w:t>
      </w:r>
    </w:p>
    <w:p>
      <w:r>
        <w:rPr>
          <w:b/>
        </w:rPr>
        <w:t xml:space="preserve">[1:28:24] </w:t>
      </w:r>
      <w:r>
        <w:t>Mind aap ka, yani yani har waqt us ko challenge pesh aate rehte hain.</w:t>
      </w:r>
    </w:p>
    <w:p>
      <w:pPr>
        <w:jc w:val="right"/>
      </w:pPr>
      <w:r>
        <w:t>مائنڈ آپ کا، یعنی یعنی ہر وقت اس کو چیلنج پیش آتے رہتے ہیں۔</w:t>
      </w:r>
    </w:p>
    <w:p>
      <w:r>
        <w:rPr>
          <w:b/>
        </w:rPr>
        <w:t xml:space="preserve">[1:28:28] </w:t>
      </w:r>
      <w:r>
        <w:t>challenge, challenge ke baghair ko'i zindagi nahin.</w:t>
      </w:r>
    </w:p>
    <w:p>
      <w:pPr>
        <w:jc w:val="right"/>
      </w:pPr>
      <w:r>
        <w:t>چیلنج، چیلنج کے بغیر کوئی زندگی نہیں۔</w:t>
      </w:r>
    </w:p>
    <w:p>
      <w:r>
        <w:rPr>
          <w:b/>
        </w:rPr>
        <w:t xml:space="preserve">[1:28:33] </w:t>
      </w:r>
      <w:r>
        <w:t>aksar log jo jinka ko'i kaam nahin rehta, retire ho ke baithe rehte hain ghar par, woh</w:t>
      </w:r>
    </w:p>
    <w:p>
      <w:pPr>
        <w:jc w:val="right"/>
      </w:pPr>
      <w:r>
        <w:t>اکثر لوگ جو جن کا کوئی کام نہیں رہتا، ریٹائر ہو کے بیٹھے رہتے ہیں گھر پر، وہ</w:t>
      </w:r>
    </w:p>
    <w:p>
      <w:r>
        <w:rPr>
          <w:b/>
        </w:rPr>
        <w:t xml:space="preserve">[1:28:37] </w:t>
      </w:r>
      <w:r>
        <w:t>sab ka yahi halat hai ke zindagi mein in ko challenge nahin rehta hai.</w:t>
      </w:r>
    </w:p>
    <w:p>
      <w:pPr>
        <w:jc w:val="right"/>
      </w:pPr>
      <w:r>
        <w:t>سب کا یہی حالت ہے کہ زندگی میں ان کو چیلنج نہیں رہتا ہے۔</w:t>
      </w:r>
    </w:p>
    <w:p>
      <w:r>
        <w:rPr>
          <w:b/>
        </w:rPr>
        <w:t xml:space="preserve">[1:28:41] </w:t>
      </w:r>
      <w:r>
        <w:t>تو اللہ تعالی نے جب یہ نظام بنایا ہے کہ آپ کو negative thought آئیں، اب پھر اس</w:t>
      </w:r>
    </w:p>
    <w:p>
      <w:pPr>
        <w:jc w:val="right"/>
      </w:pPr>
      <w:r>
        <w:t>تو اللہ تعالی نے جب یہ نظام بنایا ہے کہ آپ کو نیگیٹیو تھاٹ آئیں، اب پھر اس</w:t>
      </w:r>
    </w:p>
    <w:p>
      <w:r>
        <w:rPr>
          <w:b/>
        </w:rPr>
        <w:t xml:space="preserve">[1:28:46] </w:t>
      </w:r>
      <w:r>
        <w:t>کو آپ لڑیں، لڑ کر کے اس کو positive بنائیں، یہ ایک संघर्ष جاری رہے آپ کے mind میں۔</w:t>
      </w:r>
    </w:p>
    <w:p>
      <w:pPr>
        <w:jc w:val="right"/>
      </w:pPr>
      <w:r>
        <w:t>کو آپ لڑیں، لڑ کر کے اس کو پازیٹیو بنائیں، یہ ایک संघर्ष جاری رہے آپ کے مائنڈ میں۔</w:t>
      </w:r>
    </w:p>
    <w:p>
      <w:r>
        <w:rPr>
          <w:b/>
        </w:rPr>
        <w:t xml:space="preserve">[1:28:50] </w:t>
      </w:r>
      <w:r>
        <w:t>yeh to bohat achhi</w:t>
      </w:r>
    </w:p>
    <w:p>
      <w:pPr>
        <w:jc w:val="right"/>
      </w:pPr>
      <w:r>
        <w:t>یہ تو بہت اچھی</w:t>
      </w:r>
    </w:p>
    <w:p>
      <w:r>
        <w:rPr>
          <w:b/>
        </w:rPr>
        <w:t xml:space="preserve">[1:28:54] </w:t>
      </w:r>
      <w:r>
        <w:t>baat hai.</w:t>
      </w:r>
    </w:p>
    <w:p>
      <w:pPr>
        <w:jc w:val="right"/>
      </w:pPr>
      <w:r>
        <w:t>بات ہے۔</w:t>
      </w:r>
    </w:p>
    <w:p>
      <w:r>
        <w:rPr>
          <w:b/>
        </w:rPr>
        <w:t xml:space="preserve">[1:28:59] </w:t>
      </w:r>
      <w:r>
        <w:t>it is healthy sign.</w:t>
      </w:r>
    </w:p>
    <w:p>
      <w:pPr>
        <w:jc w:val="right"/>
      </w:pPr>
      <w:r>
        <w:t>اٹ از ہیلدی سائن۔</w:t>
      </w:r>
    </w:p>
    <w:p>
      <w:r>
        <w:rPr>
          <w:b/>
        </w:rPr>
        <w:t xml:space="preserve">[1:29:03] </w:t>
      </w:r>
      <w:r>
        <w:t>مولانا، some people also say that is it possible to completely eliminate negative thoughts or negativity from one's</w:t>
      </w:r>
    </w:p>
    <w:p>
      <w:pPr>
        <w:jc w:val="right"/>
      </w:pPr>
      <w:r>
        <w:t>مولانا، سم پیپل السو سے دیٹ از اٹ پوسیبل ٹو کمپلیٹلی ایلیمینیٹ نیگیٹیو تھاٹس اور نیگیٹیوٹی فرام ونز</w:t>
      </w:r>
    </w:p>
    <w:p>
      <w:r>
        <w:rPr>
          <w:b/>
        </w:rPr>
        <w:t xml:space="preserve">[1:29:07] </w:t>
      </w:r>
      <w:r>
        <w:t>Life before death, because challenges will keep coming till till a person dies.</w:t>
      </w:r>
    </w:p>
    <w:p>
      <w:pPr>
        <w:jc w:val="right"/>
      </w:pPr>
      <w:r>
        <w:t>لائف بیفور ڈیتھ، بیکاز چیلنجز ول کیپ کمنگ ٹل ٹل ا پرسن ڈائس۔</w:t>
      </w:r>
    </w:p>
    <w:p>
      <w:r>
        <w:rPr>
          <w:b/>
        </w:rPr>
        <w:t xml:space="preserve">[1:29:11] </w:t>
      </w:r>
      <w:r>
        <w:t>is ki zarurat hi nahin hai.</w:t>
      </w:r>
    </w:p>
    <w:p>
      <w:pPr>
        <w:jc w:val="right"/>
      </w:pPr>
      <w:r>
        <w:t>اس کی ضرورت ہی نہیں ہے۔</w:t>
      </w:r>
    </w:p>
    <w:p>
      <w:r>
        <w:rPr>
          <w:b/>
        </w:rPr>
        <w:t xml:space="preserve">[1:29:16] </w:t>
      </w:r>
      <w:r>
        <w:t>jis din aap marne se pehle mar jayenge, aap agar aap ka aisa ho jaye ke ke</w:t>
      </w:r>
    </w:p>
    <w:p>
      <w:pPr>
        <w:jc w:val="right"/>
      </w:pPr>
      <w:r>
        <w:t>جس دن آپ مرنے سے پہلے مر جائیں گے، آپ اگر آپ کا ایسا ہو جائے کہ کہ</w:t>
      </w:r>
    </w:p>
    <w:p>
      <w:r>
        <w:rPr>
          <w:b/>
        </w:rPr>
        <w:t xml:space="preserve">[1:29:20] </w:t>
      </w:r>
      <w:r>
        <w:t>بالکل negative negative thought آنا بند ہو جائے تو</w:t>
      </w:r>
    </w:p>
    <w:p>
      <w:pPr>
        <w:jc w:val="right"/>
      </w:pPr>
      <w:r>
        <w:t>بالکل نیگیٹیو نیگیٹیو تھاٹ آنا بند ہو جائے تو</w:t>
      </w:r>
    </w:p>
    <w:p>
      <w:r>
        <w:rPr>
          <w:b/>
        </w:rPr>
        <w:t xml:space="preserve">[1:29:24] </w:t>
      </w:r>
      <w:r>
        <w:t>aap marne se pehle mar jayenge.</w:t>
      </w:r>
    </w:p>
    <w:p>
      <w:pPr>
        <w:jc w:val="right"/>
      </w:pPr>
      <w:r>
        <w:t>آپ مرنے سے پہلے مر جائیں گے۔</w:t>
      </w:r>
    </w:p>
    <w:p>
      <w:r>
        <w:rPr>
          <w:b/>
        </w:rPr>
        <w:t xml:space="preserve">[1:29:28] </w:t>
      </w:r>
      <w:r>
        <w:t>woh sangharsh khatm hoga to aap mar gaye.</w:t>
      </w:r>
    </w:p>
    <w:p>
      <w:pPr>
        <w:jc w:val="right"/>
      </w:pPr>
      <w:r>
        <w:t>وہ संघर्ष ختم ہوگا تو آپ مر گئے۔</w:t>
      </w:r>
    </w:p>
    <w:p>
      <w:r>
        <w:rPr>
          <w:b/>
        </w:rPr>
        <w:t xml:space="preserve">[1:29:32] </w:t>
      </w:r>
      <w:r>
        <w:t>phir mein ne khud bohat se logon ko dekha hai ke bilkul hain, bilkul yani marne se pehle</w:t>
      </w:r>
    </w:p>
    <w:p>
      <w:pPr>
        <w:jc w:val="right"/>
      </w:pPr>
      <w:r>
        <w:t>پھر میں نے خود بہت سے لوگوں کو دیکھا ہے کہ بالکل ہیں، بالکل یعنی مرنے سے پہلے</w:t>
      </w:r>
    </w:p>
    <w:p>
      <w:r>
        <w:rPr>
          <w:b/>
        </w:rPr>
        <w:t xml:space="preserve">[1:29:36] </w:t>
      </w:r>
      <w:r>
        <w:t>mare hue hain, kyunke un ke zehn mein ko'i challenge nahin, ko'i soch nahin, kuch nahin.</w:t>
      </w:r>
    </w:p>
    <w:p>
      <w:pPr>
        <w:jc w:val="right"/>
      </w:pPr>
      <w:r>
        <w:t>مرے ہوئے ہیں، کیونکہ ان کے ذہن میں کوئی چیلنج نہیں، کوئی سوچ نہیں، کچھ نہیں۔</w:t>
      </w:r>
    </w:p>
    <w:p>
      <w:r>
        <w:rPr>
          <w:b/>
        </w:rPr>
        <w:t xml:space="preserve">[1:29:40] </w:t>
      </w:r>
      <w:r>
        <w:t>parhe hue hain, apna aaram kursi par, pension aa rahi hai, kha pee rahe hain.</w:t>
      </w:r>
    </w:p>
    <w:p>
      <w:pPr>
        <w:jc w:val="right"/>
      </w:pPr>
      <w:r>
        <w:t>پڑھے ہوئے ہیں، اپنا آرام کرسی پر، پینشن آ رہی ہے، کھا پی رہے ہیں۔</w:t>
      </w:r>
    </w:p>
    <w:p>
      <w:r>
        <w:rPr>
          <w:b/>
        </w:rPr>
        <w:t xml:space="preserve">[1:29:43] </w:t>
      </w:r>
      <w:r>
        <w:t>bas to marne ke waqt tak challenge jari rehna chahiye, jang jari rehna chahiye.</w:t>
      </w:r>
    </w:p>
    <w:p>
      <w:pPr>
        <w:jc w:val="right"/>
      </w:pPr>
      <w:r>
        <w:t>بس تو مرنے کے وقت تک چیلنج جاری رہنا چاہیے، جنگل جاری رہنا چاہیے۔</w:t>
      </w:r>
    </w:p>
    <w:p>
      <w:r>
        <w:rPr>
          <w:b/>
        </w:rPr>
        <w:t xml:space="preserve">[1:29:47] </w:t>
      </w:r>
      <w:r>
        <w:t>yeh health ki alamat hai.</w:t>
      </w:r>
    </w:p>
    <w:p>
      <w:pPr>
        <w:jc w:val="right"/>
      </w:pPr>
      <w:r>
        <w:t>یہ ہیلتھ کی علامت ہے۔</w:t>
      </w:r>
    </w:p>
    <w:p>
      <w:r>
        <w:rPr>
          <w:b/>
        </w:rPr>
        <w:t xml:space="preserve">[1:29:51] </w:t>
      </w:r>
      <w:r>
        <w:t>aur mein samajhta hoon ke</w:t>
      </w:r>
    </w:p>
    <w:p>
      <w:pPr>
        <w:jc w:val="right"/>
      </w:pPr>
      <w:r>
        <w:t>اور میں سمجھتا ہوں کہ</w:t>
      </w:r>
    </w:p>
    <w:p>
      <w:r>
        <w:rPr>
          <w:b/>
        </w:rPr>
        <w:t xml:space="preserve">[1:29:55] </w:t>
      </w:r>
      <w:r>
        <w:t>yeh Allah taala ka yeh nizam hai, is liye aisa ho raha hai.</w:t>
      </w:r>
    </w:p>
    <w:p>
      <w:pPr>
        <w:jc w:val="right"/>
      </w:pPr>
      <w:r>
        <w:t>یہ اللہ تعالی کا یہ نظام ہے، اس لیے ایسا ہو رہا ہے۔</w:t>
      </w:r>
    </w:p>
    <w:p>
      <w:r>
        <w:rPr>
          <w:b/>
        </w:rPr>
        <w:t xml:space="preserve">[1:30:01] </w:t>
      </w:r>
      <w:r>
        <w:t>yeh koi burai ki baat nahi hai, koi evil nahi hai.</w:t>
      </w:r>
    </w:p>
    <w:p>
      <w:pPr>
        <w:jc w:val="right"/>
      </w:pPr>
      <w:r>
        <w:t>یہ کوئی برائی کی بات نہیں ہے، کوئی ایول نہیں ہے۔</w:t>
      </w:r>
    </w:p>
    <w:p>
      <w:r>
        <w:rPr>
          <w:b/>
        </w:rPr>
        <w:t xml:space="preserve">[1:30:07] </w:t>
      </w:r>
      <w:r>
        <w:t>یہ دس question is from Miss Razia Siddiqui from New Delhi.</w:t>
      </w:r>
    </w:p>
    <w:p>
      <w:pPr>
        <w:jc w:val="right"/>
      </w:pPr>
      <w:r>
        <w:t>یہ دس کوئسچن از فرام مس راضیہ صدیقی فرام نیو دہلی۔</w:t>
      </w:r>
    </w:p>
    <w:p>
      <w:r>
        <w:rPr>
          <w:b/>
        </w:rPr>
        <w:t xml:space="preserve">[1:30:13] </w:t>
      </w:r>
      <w:r>
        <w:t>Despite seeing death every day, man still does not remember his own death and fails to adopt seriousness.</w:t>
      </w:r>
    </w:p>
    <w:p>
      <w:pPr>
        <w:jc w:val="right"/>
      </w:pPr>
      <w:r>
        <w:t>ڈسپائٹ سینگ ڈیتھ ایوری ڈے، مین سٹل ڈز ناٹ ریممبر ہز اون ڈیتھ اینڈ فیلز ٹو اڈاپٹ سیریسنس۔</w:t>
      </w:r>
    </w:p>
    <w:p>
      <w:r>
        <w:rPr>
          <w:b/>
        </w:rPr>
        <w:t xml:space="preserve">[1:30:19] </w:t>
      </w:r>
      <w:r>
        <w:t>Maulana, why is this so? Mein to yeh samajhta hoon ke logon ke andar aam</w:t>
      </w:r>
    </w:p>
    <w:p>
      <w:pPr>
        <w:jc w:val="right"/>
      </w:pPr>
      <w:r>
        <w:t>مولانا، وائی از دس سو؟ میں تو یہ سمجھتا ہوں کہ لوگوں کے اندر عام</w:t>
      </w:r>
    </w:p>
    <w:p>
      <w:r>
        <w:rPr>
          <w:b/>
        </w:rPr>
        <w:t xml:space="preserve">[1:30:25] </w:t>
      </w:r>
      <w:r>
        <w:t>taur par log sochte nahi hain.</w:t>
      </w:r>
    </w:p>
    <w:p>
      <w:pPr>
        <w:jc w:val="right"/>
      </w:pPr>
      <w:r>
        <w:t>طور پر لوگ سوچتے نہیں ہیں۔</w:t>
      </w:r>
    </w:p>
    <w:p>
      <w:r>
        <w:rPr>
          <w:b/>
        </w:rPr>
        <w:t xml:space="preserve">[1:30:31] </w:t>
      </w:r>
      <w:r>
        <w:t>wahi sochte hain jo jo immediate jo problem hai, us par sochte hain.</w:t>
      </w:r>
    </w:p>
    <w:p>
      <w:pPr>
        <w:jc w:val="right"/>
      </w:pPr>
      <w:r>
        <w:t>وہی سوچتے ہیں جو جو امیڈیٹ جو پرابلم ہے، اس پر سوچتے ہیں۔</w:t>
      </w:r>
    </w:p>
    <w:p>
      <w:r>
        <w:rPr>
          <w:b/>
        </w:rPr>
        <w:t xml:space="preserve">[1:30:37] </w:t>
      </w:r>
      <w:r>
        <w:t>baqi jo mein aise hi bas sarsari rai banate rehte hain, sarsari rai to bohat kam log hote</w:t>
      </w:r>
    </w:p>
    <w:p>
      <w:pPr>
        <w:jc w:val="right"/>
      </w:pPr>
      <w:r>
        <w:t>باقی جو میں ایسے ہی بس سرسری رائے بناتے رہتے ہیں، سرسری رائے تو بہت کم لوگ ہوتے</w:t>
      </w:r>
    </w:p>
    <w:p>
      <w:r>
        <w:rPr>
          <w:b/>
        </w:rPr>
        <w:t xml:space="preserve">[1:30:43] </w:t>
      </w:r>
      <w:r>
        <w:t>hain jo waqai seriously cheezon par ghor karein ke mar gaya hai, woh to mujhe marna hai.</w:t>
      </w:r>
    </w:p>
    <w:p>
      <w:pPr>
        <w:jc w:val="right"/>
      </w:pPr>
      <w:r>
        <w:t>ہیں جو واقعی سیریسلی چیزوں پر غور کریں کہ مر گیا ہے، وہ تو مجھے مرنا ہے۔</w:t>
      </w:r>
    </w:p>
    <w:p>
      <w:r>
        <w:rPr>
          <w:b/>
        </w:rPr>
        <w:t xml:space="preserve">[1:30:49] </w:t>
      </w:r>
      <w:r>
        <w:t>apne ko fog enter leta rehta hai mein</w:t>
      </w:r>
    </w:p>
    <w:p>
      <w:pPr>
        <w:jc w:val="right"/>
      </w:pPr>
      <w:r>
        <w:t>اپنے کو فاگ اینٹر لیتا رہتا ہے میں</w:t>
      </w:r>
    </w:p>
    <w:p>
      <w:r>
        <w:rPr>
          <w:b/>
        </w:rPr>
        <w:t xml:space="preserve">[1:30:56] </w:t>
      </w:r>
      <w:r>
        <w:t>ke ke mein kal bhi zinda tha, aaj bhi zinda hoon, parson bhi zinda rahoon ga.</w:t>
      </w:r>
    </w:p>
    <w:p>
      <w:pPr>
        <w:jc w:val="right"/>
      </w:pPr>
      <w:r>
        <w:t>کہ کہ میں کل بھی زندہ تھا، آج بھی زندہ ہوں، پرسوں بھی زندہ رہوں گا۔</w:t>
      </w:r>
    </w:p>
    <w:p>
      <w:r>
        <w:rPr>
          <w:b/>
        </w:rPr>
        <w:t xml:space="preserve">[1:31:00] </w:t>
      </w:r>
      <w:r>
        <w:t>تو اپنے کو تو fog enter لیتا رہتا ہے۔</w:t>
      </w:r>
    </w:p>
    <w:p>
      <w:pPr>
        <w:jc w:val="right"/>
      </w:pPr>
      <w:r>
        <w:t>تو اپنے کو تو فاگ اینٹر لیتا رہتا ہے۔</w:t>
      </w:r>
    </w:p>
    <w:p>
      <w:r>
        <w:rPr>
          <w:b/>
        </w:rPr>
        <w:t xml:space="preserve">[1:31:05] </w:t>
      </w:r>
      <w:r>
        <w:t>ab is ko samajhta hai ke khair mar gaya, mar gaya to sochte nahi.</w:t>
      </w:r>
    </w:p>
    <w:p>
      <w:pPr>
        <w:jc w:val="right"/>
      </w:pPr>
      <w:r>
        <w:t>اب اس کو سمجھتا ہے کہ خیر مر گیا، مر گیا تو سوچتے نہیں۔</w:t>
      </w:r>
    </w:p>
    <w:p>
      <w:r>
        <w:rPr>
          <w:b/>
        </w:rPr>
        <w:t xml:space="preserve">[1:31:09] </w:t>
      </w:r>
      <w:r>
        <w:t>woh mere khayal mein to sab se bari cheez jo hai insan ke liye, woh hai ke thinking</w:t>
      </w:r>
    </w:p>
    <w:p>
      <w:pPr>
        <w:jc w:val="right"/>
      </w:pPr>
      <w:r>
        <w:t>وہ میرے خیال میں تو سب سے بڑی چیز جو ہے انسان کے لیے، وہ ہے کہ تھنکنگ</w:t>
      </w:r>
    </w:p>
    <w:p>
      <w:r>
        <w:rPr>
          <w:b/>
        </w:rPr>
        <w:t xml:space="preserve">[1:31:13] </w:t>
      </w:r>
      <w:r>
        <w:t>process is ke mind mein jari rahe.</w:t>
      </w:r>
    </w:p>
    <w:p>
      <w:pPr>
        <w:jc w:val="right"/>
      </w:pPr>
      <w:r>
        <w:t>پروسیس اس کے مائنڈ میں جاری رہے۔</w:t>
      </w:r>
    </w:p>
    <w:p>
      <w:r>
        <w:rPr>
          <w:b/>
        </w:rPr>
        <w:t xml:space="preserve">[1:31:18] </w:t>
      </w:r>
      <w:r>
        <w:t>think process nahi hoga to har har kharabi is ke andar ghus aaye gi.</w:t>
      </w:r>
    </w:p>
    <w:p>
      <w:pPr>
        <w:jc w:val="right"/>
      </w:pPr>
      <w:r>
        <w:t>تھنک پراسیس نہیں ہوگا تو ہر ہر خرابی اس کے اندر گھس آئے گی۔</w:t>
      </w:r>
    </w:p>
    <w:p>
      <w:r>
        <w:rPr>
          <w:b/>
        </w:rPr>
        <w:t xml:space="preserve">[1:31:22] </w:t>
      </w:r>
      <w:r>
        <w:t>maut ke baray mein bhi nahi soche ga woh.</w:t>
      </w:r>
    </w:p>
    <w:p>
      <w:pPr>
        <w:jc w:val="right"/>
      </w:pPr>
      <w:r>
        <w:t>موت کے بارے میں بھی نہیں سوچے گا وہ۔</w:t>
      </w:r>
    </w:p>
    <w:p>
      <w:r>
        <w:rPr>
          <w:b/>
        </w:rPr>
        <w:t xml:space="preserve">[1:31:27] </w:t>
      </w:r>
      <w:r>
        <w:t>to seriousness aap ke andar agar rahe aur think process chal raha hai aap ka, tabhi aap maut</w:t>
      </w:r>
    </w:p>
    <w:p>
      <w:pPr>
        <w:jc w:val="right"/>
      </w:pPr>
      <w:r>
        <w:t>تو سیریسنس آپ کے اندر اگر رہے اور تھنک پراسیس چل رہا ہے آپ کا، تبھی آپ موت</w:t>
      </w:r>
    </w:p>
    <w:p>
      <w:r>
        <w:rPr>
          <w:b/>
        </w:rPr>
        <w:t xml:space="preserve">[1:31:31] </w:t>
      </w:r>
      <w:r>
        <w:t>ke baray mein sochen ge, nahi to kuch nahi sochen ge.</w:t>
      </w:r>
    </w:p>
    <w:p>
      <w:pPr>
        <w:jc w:val="right"/>
      </w:pPr>
      <w:r>
        <w:t>کے بارے میں سوچیں گے، نہیں تو کچھ نہیں سوچیں گے۔</w:t>
      </w:r>
    </w:p>
    <w:p>
      <w:r>
        <w:rPr>
          <w:b/>
        </w:rPr>
        <w:t xml:space="preserve">[1:31:36] </w:t>
      </w:r>
      <w:r>
        <w:t>to yahi to test hai insan ka.</w:t>
      </w:r>
    </w:p>
    <w:p>
      <w:pPr>
        <w:jc w:val="right"/>
      </w:pPr>
      <w:r>
        <w:t>تو یہی تو ٹیسٹ ہے انسان کا۔</w:t>
      </w:r>
    </w:p>
    <w:p>
      <w:r>
        <w:rPr>
          <w:b/>
        </w:rPr>
        <w:t xml:space="preserve">[1:31:41] </w:t>
      </w:r>
      <w:r>
        <w:t>yahi to test hai ke aadmi soche.</w:t>
      </w:r>
    </w:p>
    <w:p>
      <w:pPr>
        <w:jc w:val="right"/>
      </w:pPr>
      <w:r>
        <w:t>یہی تو ٹیسٹ ہے کہ آدمی سوچے۔</w:t>
      </w:r>
    </w:p>
    <w:p>
      <w:r>
        <w:rPr>
          <w:b/>
        </w:rPr>
        <w:t xml:space="preserve">[1:31:45] </w:t>
      </w:r>
      <w:r>
        <w:t>اگر یہ اگر یہ نہ ہو، سب لوگ جو ہیں just سوچتے ہیں کہ مشین بن جائیں تو</w:t>
      </w:r>
    </w:p>
    <w:p>
      <w:pPr>
        <w:jc w:val="right"/>
      </w:pPr>
      <w:r>
        <w:t>اگر یہ اگر یہ نہ ہو، سب لوگ جو ہیں ٹیسٹ سوچتے ہیں کہ مشین بن جائیں تو</w:t>
      </w:r>
    </w:p>
    <w:p>
      <w:r>
        <w:rPr>
          <w:b/>
        </w:rPr>
        <w:t xml:space="preserve">[1:31:50] </w:t>
      </w:r>
      <w:r>
        <w:t>test test hi khatam ho jaye ga.</w:t>
      </w:r>
    </w:p>
    <w:p>
      <w:pPr>
        <w:jc w:val="right"/>
      </w:pPr>
      <w:r>
        <w:t>ٹیسٹ ٹیسٹ ہی ختم ہو جائے گا۔</w:t>
      </w:r>
    </w:p>
    <w:p>
      <w:r>
        <w:rPr>
          <w:b/>
        </w:rPr>
        <w:t xml:space="preserve">[1:31:54] </w:t>
      </w:r>
      <w:r>
        <w:t>This question is from Mr. Muhammad Sajid from Delhi.</w:t>
      </w:r>
    </w:p>
    <w:p>
      <w:pPr>
        <w:jc w:val="right"/>
      </w:pPr>
      <w:r>
        <w:t>دس کوئسچن از فرام مسٹر محمد ساجد فرام دہلی۔</w:t>
      </w:r>
    </w:p>
    <w:p>
      <w:r>
        <w:rPr>
          <w:b/>
        </w:rPr>
        <w:t xml:space="preserve">[1:31:59] </w:t>
      </w:r>
      <w:r>
        <w:t>Hazrat Umar ne ek martaba Rasool ke samne Torait ko parhna shuru kiya to Rasool naraz ho gaye.</w:t>
      </w:r>
    </w:p>
    <w:p>
      <w:pPr>
        <w:jc w:val="right"/>
      </w:pPr>
      <w:r>
        <w:t>حضرت عمر نے ایک مرتبہ رسول کے سامنے تورات کو پڑھنا شروع کیا تو رسول ناراض ہو گئے۔</w:t>
      </w:r>
    </w:p>
    <w:p>
      <w:r>
        <w:rPr>
          <w:b/>
        </w:rPr>
        <w:t xml:space="preserve">[1:32:05] </w:t>
      </w:r>
      <w:r>
        <w:t>Maulana, is se hum kya yeh lein ke hamein doosri kitabein nahi parhni chahiye? Nahi, dekhiye, waqti baat thi.</w:t>
      </w:r>
    </w:p>
    <w:p>
      <w:pPr>
        <w:jc w:val="right"/>
      </w:pPr>
      <w:r>
        <w:t>مولانا، اس سے ہم کیا یہ لیں کہ ہمیں دوسری کتابیں نہیں پڑھنی چاہیے؟ نہیں، دیکھیے، وقتی بات تھی۔</w:t>
      </w:r>
    </w:p>
    <w:p>
      <w:r>
        <w:rPr>
          <w:b/>
        </w:rPr>
        <w:t xml:space="preserve">[1:32:11] </w:t>
      </w:r>
      <w:r>
        <w:t>woh wahi zamana tha jab ke Quran utar raha tha.</w:t>
      </w:r>
    </w:p>
    <w:p>
      <w:pPr>
        <w:jc w:val="right"/>
      </w:pPr>
      <w:r>
        <w:t>وہ وہی زمانہ تھا جب کہ قرآن اتر رہا تھا۔</w:t>
      </w:r>
    </w:p>
    <w:p>
      <w:r>
        <w:rPr>
          <w:b/>
        </w:rPr>
        <w:t xml:space="preserve">[1:32:18] </w:t>
      </w:r>
      <w:r>
        <w:t>to Rasool Allah ne Quran, yeh bohat ziyada aap ko is ka ehtimam tha ke Quran mehfooz rahe.</w:t>
      </w:r>
    </w:p>
    <w:p>
      <w:pPr>
        <w:jc w:val="right"/>
      </w:pPr>
      <w:r>
        <w:t>تو رسول اللہ نے قرآن، یہ بہت زیادہ آپ کو اس کا اہتمام تھا کہ قرآن محفوظ رہے۔</w:t>
      </w:r>
    </w:p>
    <w:p>
      <w:r>
        <w:rPr>
          <w:b/>
        </w:rPr>
        <w:t xml:space="preserve">[1:32:24] </w:t>
      </w:r>
      <w:r>
        <w:t>yahi to khaas maqsad tha.</w:t>
      </w:r>
    </w:p>
    <w:p>
      <w:pPr>
        <w:jc w:val="right"/>
      </w:pPr>
      <w:r>
        <w:t>یہی تو خاص مقصد تھا۔</w:t>
      </w:r>
    </w:p>
    <w:p>
      <w:r>
        <w:rPr>
          <w:b/>
        </w:rPr>
        <w:t xml:space="preserve">[1:32:30] </w:t>
      </w:r>
      <w:r>
        <w:t>to quran mein koi aur cheez milne na paye kyunke woh mind par tha, yaani memory par chal raha tha.</w:t>
      </w:r>
    </w:p>
    <w:p>
      <w:pPr>
        <w:jc w:val="right"/>
      </w:pPr>
      <w:r>
        <w:t>تو قرآن میں کوئی اور چیز ملنے نہ پائے کیونکہ وہ مائنڈ پر تھا، یعنی میموری پر چل رہا تھا۔</w:t>
      </w:r>
    </w:p>
    <w:p>
      <w:r>
        <w:rPr>
          <w:b/>
        </w:rPr>
        <w:t xml:space="preserve">[1:32:34] </w:t>
      </w:r>
      <w:r>
        <w:t>sab likha hua to tha nahi, kuch likha aata tha kitab ki shakal mein nahi, likha hua tha</w:t>
      </w:r>
    </w:p>
    <w:p>
      <w:pPr>
        <w:jc w:val="right"/>
      </w:pPr>
      <w:r>
        <w:t>سب لکھا ہوا تو تھا نہیں، کچھ لکھا آتا تھا کتاب کی شکل میں نہیں، لکھا ہوا تھا</w:t>
      </w:r>
    </w:p>
    <w:p>
      <w:r>
        <w:rPr>
          <w:b/>
        </w:rPr>
        <w:t xml:space="preserve">[1:32:39] </w:t>
      </w:r>
      <w:r>
        <w:t>tukre tukre mein tha.</w:t>
      </w:r>
    </w:p>
    <w:p>
      <w:pPr>
        <w:jc w:val="right"/>
      </w:pPr>
      <w:r>
        <w:t>ٹکڑے ٹکڑے میں تھا۔</w:t>
      </w:r>
    </w:p>
    <w:p>
      <w:r>
        <w:rPr>
          <w:b/>
        </w:rPr>
        <w:t xml:space="preserve">[1:32:43] </w:t>
      </w:r>
      <w:r>
        <w:t>likha to quran ki hifazat ke turn mein is ko samjhiye, yeh nahi ke doosri kitab nahi parhna chahiye.</w:t>
      </w:r>
    </w:p>
    <w:p>
      <w:pPr>
        <w:jc w:val="right"/>
      </w:pPr>
      <w:r>
        <w:t>لکھا تو قرآن کی حفاظت کے ٹرن میں اس کو سمجھئے، یہ نہیں کہ دوسری کتاب نہیں پڑھنا چاہیے۔</w:t>
      </w:r>
    </w:p>
    <w:p>
      <w:r>
        <w:rPr>
          <w:b/>
        </w:rPr>
        <w:t xml:space="preserve">[1:32:47] </w:t>
      </w:r>
      <w:r>
        <w:t>chunanche baad ko dekhen kya hua? jab quran mehfooz ho gaya, yaani is ki aik aik kitab ban</w:t>
      </w:r>
    </w:p>
    <w:p>
      <w:pPr>
        <w:jc w:val="right"/>
      </w:pPr>
      <w:r>
        <w:t>چنانچہ بعد کو دیکھیں کیا ہوا؟ جب قرآن محفوظ ہو گیا، یعنی اس کی ایک ایک کتاب بن</w:t>
      </w:r>
    </w:p>
    <w:p>
      <w:r>
        <w:rPr>
          <w:b/>
        </w:rPr>
        <w:t xml:space="preserve">[1:32:52] </w:t>
      </w:r>
      <w:r>
        <w:t>gayi, book form mein ho gaya.</w:t>
      </w:r>
    </w:p>
    <w:p>
      <w:pPr>
        <w:jc w:val="right"/>
      </w:pPr>
      <w:r>
        <w:t>گئی، بک فارم میں ہو گیا۔</w:t>
      </w:r>
    </w:p>
    <w:p>
      <w:r>
        <w:rPr>
          <w:b/>
        </w:rPr>
        <w:t xml:space="preserve">[1:32:56] </w:t>
      </w:r>
      <w:r>
        <w:t>woh to kh</w:t>
      </w:r>
    </w:p>
    <w:p>
      <w:pPr>
        <w:jc w:val="right"/>
      </w:pPr>
      <w:r>
        <w:t>وہ تو خ</w:t>
      </w:r>
    </w:p>
    <w:p>
      <w:r>
        <w:rPr>
          <w:b/>
        </w:rPr>
        <w:t xml:space="preserve">[1:33:00] </w:t>
      </w:r>
      <w:r>
        <w:t>oob parha, doosri kitaben.</w:t>
      </w:r>
    </w:p>
    <w:p>
      <w:pPr>
        <w:jc w:val="right"/>
      </w:pPr>
      <w:r>
        <w:t>وب پڑھا، دوسری کتابیں۔</w:t>
      </w:r>
    </w:p>
    <w:p>
      <w:r>
        <w:rPr>
          <w:b/>
        </w:rPr>
        <w:t xml:space="preserve">[1:33:06] </w:t>
      </w:r>
      <w:r>
        <w:t>abbasi daur mein sari dunya se kitaben mangai gayeen, sari dunya se kitaben mangai gayeen aur is ko</w:t>
      </w:r>
    </w:p>
    <w:p>
      <w:pPr>
        <w:jc w:val="right"/>
      </w:pPr>
      <w:r>
        <w:t>عباسی دور میں ساری دنیا سے کتابیں منگائی گئیں، ساری دنیا سے کتابیں منگائی گئیں اور اس کو</w:t>
      </w:r>
    </w:p>
    <w:p>
      <w:r>
        <w:rPr>
          <w:b/>
        </w:rPr>
        <w:t xml:space="preserve">[1:33:13] </w:t>
      </w:r>
      <w:r>
        <w:t>logon ne khoob parha, zubanen seekheen.</w:t>
      </w:r>
    </w:p>
    <w:p>
      <w:pPr>
        <w:jc w:val="right"/>
      </w:pPr>
      <w:r>
        <w:t>لوگوں نے خوب پڑھا، زبانیں سیکھیں۔</w:t>
      </w:r>
    </w:p>
    <w:p>
      <w:r>
        <w:rPr>
          <w:b/>
        </w:rPr>
        <w:t xml:space="preserve">[1:33:19] </w:t>
      </w:r>
      <w:r>
        <w:t>unhon ne likha haal hi mein harimi khalafat mein oonton par lat kar, harimi khalafat mein oonton par</w:t>
      </w:r>
    </w:p>
    <w:p>
      <w:pPr>
        <w:jc w:val="right"/>
      </w:pPr>
      <w:r>
        <w:t>انہوں نے لکھا حال ہی میں حریمی خلافت میں اونٹوں پر لت کر، حریمی خلافت میں اونٹوں پر</w:t>
      </w:r>
    </w:p>
    <w:p>
      <w:r>
        <w:rPr>
          <w:b/>
        </w:rPr>
        <w:t xml:space="preserve">[1:33:25] </w:t>
      </w:r>
      <w:r>
        <w:t>lat kar chale jatay thay misr yunah ke daftar.</w:t>
      </w:r>
    </w:p>
    <w:p>
      <w:pPr>
        <w:jc w:val="right"/>
      </w:pPr>
      <w:r>
        <w:t>لت کر چلے جاتے تھے مصر یونہ کے دفتر۔</w:t>
      </w:r>
    </w:p>
    <w:p>
      <w:r>
        <w:rPr>
          <w:b/>
        </w:rPr>
        <w:t xml:space="preserve">[1:33:31] </w:t>
      </w:r>
      <w:r>
        <w:t>aur khud quran, khud bible ke bare mein aata hai.</w:t>
      </w:r>
    </w:p>
    <w:p>
      <w:pPr>
        <w:jc w:val="right"/>
      </w:pPr>
      <w:r>
        <w:t>اور خود قرآن، خود بائبل کے بارے میں آتا ہے۔</w:t>
      </w:r>
    </w:p>
    <w:p>
      <w:r>
        <w:rPr>
          <w:b/>
        </w:rPr>
        <w:t xml:space="preserve">[1:33:37] </w:t>
      </w:r>
      <w:r>
        <w:t>yeh dekhiye, spain mein jo musalman gaye to wahan ke jo muslim ulma thay, unhon ne bible ko</w:t>
      </w:r>
    </w:p>
    <w:p>
      <w:pPr>
        <w:jc w:val="right"/>
      </w:pPr>
      <w:r>
        <w:t>یہ دیکھیے، اسپین میں جو مسلمان گئے تو وہاں کے جو مسلم علماء تھے، انہوں نے بائبل کو</w:t>
      </w:r>
    </w:p>
    <w:p>
      <w:r>
        <w:rPr>
          <w:b/>
        </w:rPr>
        <w:t xml:space="preserve">[1:33:43] </w:t>
      </w:r>
      <w:r>
        <w:t>parha, itna zyada is mein expert ban gaye ke christian student atay thay un ka bible parhne ke liye.</w:t>
      </w:r>
    </w:p>
    <w:p>
      <w:pPr>
        <w:jc w:val="right"/>
      </w:pPr>
      <w:r>
        <w:t>پڑھا، اتنا زیادہ اس میں ایکسپرٹ بن گئے کہ کرسچن اسٹوڈنٹ آتے تھے ان کا بائبل پڑھنے کے لیے۔</w:t>
      </w:r>
    </w:p>
    <w:p>
      <w:r>
        <w:rPr>
          <w:b/>
        </w:rPr>
        <w:t xml:space="preserve">[1:33:49] </w:t>
      </w:r>
      <w:r>
        <w:t>to ulma ne kabhi baat ko chora nahi, kabhi nahi chora baat ko.</w:t>
      </w:r>
    </w:p>
    <w:p>
      <w:pPr>
        <w:jc w:val="right"/>
      </w:pPr>
      <w:r>
        <w:t>تو علماء نے کبھی بات کو چھوڑا نہیں، کبھی نہیں چھوڑا بات کو۔</w:t>
      </w:r>
    </w:p>
    <w:p>
      <w:r>
        <w:rPr>
          <w:b/>
        </w:rPr>
        <w:t xml:space="preserve">[1:33:55] </w:t>
      </w:r>
      <w:r>
        <w:t>sab logon ne parha, qazai ne parha, ibn taimiya ne parha, ibn rushd ne parha.</w:t>
      </w:r>
    </w:p>
    <w:p>
      <w:pPr>
        <w:jc w:val="right"/>
      </w:pPr>
      <w:r>
        <w:t>سب لوگوں نے پڑھا، قضائی نے پڑھا، ابن تیمیہ نے پڑھا، ابن رشد نے پڑھا۔</w:t>
      </w:r>
    </w:p>
    <w:p>
      <w:r>
        <w:rPr>
          <w:b/>
        </w:rPr>
        <w:t xml:space="preserve">[1:34:01] </w:t>
      </w:r>
      <w:r>
        <w:t>to woh is mani mein kisi ne kabhi liya nahi, is ko woh temporary mani mein liya.</w:t>
      </w:r>
    </w:p>
    <w:p>
      <w:pPr>
        <w:jc w:val="right"/>
      </w:pPr>
      <w:r>
        <w:t>تو وہ اس معنی میں کسی نے کبھی لیا نہیں، اس کو وہ ٹیمپریری معنی میں لیا۔</w:t>
      </w:r>
    </w:p>
    <w:p>
      <w:r>
        <w:rPr>
          <w:b/>
        </w:rPr>
        <w:t xml:space="preserve">[1:34:09] </w:t>
      </w:r>
      <w:r>
        <w:t>das question is from mr. dhiraj bakshi from delhi.</w:t>
      </w:r>
    </w:p>
    <w:p>
      <w:pPr>
        <w:jc w:val="right"/>
      </w:pPr>
      <w:r>
        <w:t>دس کوئسچن از فرام مسٹر دھیرج بخشی فرام دہلی۔</w:t>
      </w:r>
    </w:p>
    <w:p>
      <w:r>
        <w:rPr>
          <w:b/>
        </w:rPr>
        <w:t xml:space="preserve">[1:34:17] </w:t>
      </w:r>
      <w:r>
        <w:t>maulana ji, kya aap mujhe koi zariya bata sakte hain jis se mujhe urdu, arabi, parshian bhasha seekhne</w:t>
      </w:r>
    </w:p>
    <w:p>
      <w:pPr>
        <w:jc w:val="right"/>
      </w:pPr>
      <w:r>
        <w:t>مولانا جی، کیا آپ مجھے کوئی ذریعہ بتا سکتے ہیں جس سے مجھے اردو، عربی، پرشین بھاشا سیکھنے</w:t>
      </w:r>
    </w:p>
    <w:p>
      <w:r>
        <w:rPr>
          <w:b/>
        </w:rPr>
        <w:t xml:space="preserve">[1:34:24] </w:t>
      </w:r>
      <w:r>
        <w:t>mein madad ho? zariya ka aik hi naam hai, ya</w:t>
      </w:r>
    </w:p>
    <w:p>
      <w:pPr>
        <w:jc w:val="right"/>
      </w:pPr>
      <w:r>
        <w:t>میں مدد ہو؟ ذریعہ کا ایک ہی نام ہے، یا</w:t>
      </w:r>
    </w:p>
    <w:p>
      <w:r>
        <w:rPr>
          <w:b/>
        </w:rPr>
        <w:t xml:space="preserve">[1:34:32] </w:t>
      </w:r>
      <w:r>
        <w:t>woh uska naam hai hard work. duniya mein koi aisi cheez nahi hai jo hard work ke baghair milti ho. ab business mein chahein taraqqi karna hai toh hard work chahiye, achha job chahein toh hard work chahiye, zabanein seekhna chahein toh hard work chahiye. koi uska easy formula nahi hai. aur doosri baat yeh hai ke har zabaan seekhne ki zaroorat nahi hai, kyunke doosre kaam aap chhod kar kaise padhein</w:t>
      </w:r>
    </w:p>
    <w:p>
      <w:pPr>
        <w:jc w:val="right"/>
      </w:pPr>
      <w:r>
        <w:t>وہ اس کا نام ہے ہارڈ ورک۔ دنیا میں کوئی ایسی چیز نہیں ہے جو ہارڈ ورک کے بغیر ملتی ہو۔ اب بزنس میں چاہیں ترقی کرنا ہے تو ہارڈ ورک چاہیے، اچھا جاب چاہیں تو ہارڈ ورک چاہیے، زبانیں سیکھنا چاہیں تو ہارڈ ورک چاہیے۔ کوئی اس کا ایزی فارمولا نہیں ہے۔ اور دوسری بات یہ ہے کہ ہر زبان سیکھنے کی ضرورت نہیں ہے، کیونکہ دوسرے کام آپ چھوڑ کر کیسے پڑھیں</w:t>
      </w:r>
    </w:p>
    <w:p>
      <w:r>
        <w:rPr>
          <w:b/>
        </w:rPr>
        <w:t xml:space="preserve">[1:35:02] </w:t>
      </w:r>
      <w:r>
        <w:t>ge aik hi cheez ko? is wajah se mein yeh manta hoon ke aadmi ko do zuban janna</w:t>
      </w:r>
    </w:p>
    <w:p>
      <w:pPr>
        <w:jc w:val="right"/>
      </w:pPr>
      <w:r>
        <w:t>گے ایک ہی چیز کو؟ اس وجہ سے میں یہ مانتا ہوں کہ آدمی کو دو زبان جاننا</w:t>
      </w:r>
    </w:p>
    <w:p>
      <w:r>
        <w:rPr>
          <w:b/>
        </w:rPr>
        <w:t xml:space="preserve">[1:35:08] </w:t>
      </w:r>
      <w:r>
        <w:t>chahiye: mother tongue aur aik international language.</w:t>
      </w:r>
    </w:p>
    <w:p>
      <w:pPr>
        <w:jc w:val="right"/>
      </w:pPr>
      <w:r>
        <w:t>چاہیے: مدر ٹنگ اور ایک انٹرنیشنل لینگویج۔</w:t>
      </w:r>
    </w:p>
    <w:p>
      <w:r>
        <w:rPr>
          <w:b/>
        </w:rPr>
        <w:t xml:space="preserve">[1:35:14] </w:t>
      </w:r>
      <w:r>
        <w:t>bas bohat zubanen koi zarorat nahi hai, apni mother tongue jani hai aap aur international zuban.</w:t>
      </w:r>
    </w:p>
    <w:p>
      <w:pPr>
        <w:jc w:val="right"/>
      </w:pPr>
      <w:r>
        <w:t>بس بہت زبانیں کوئی ضرورت نہیں ہے، اپنی مدر ٹنگ جانی ہے آپ اور انٹرنیشنل زبان۔</w:t>
      </w:r>
    </w:p>
    <w:p>
      <w:r>
        <w:rPr>
          <w:b/>
        </w:rPr>
        <w:t xml:space="preserve">[1:35:20] </w:t>
      </w:r>
      <w:r>
        <w:t>bas arabi jaan lijiye, angrezi jaan lijiye, urdu jaan lijiye, koi aik zuban bas to kafi hai.</w:t>
      </w:r>
    </w:p>
    <w:p>
      <w:pPr>
        <w:jc w:val="right"/>
      </w:pPr>
      <w:r>
        <w:t>بس عربی جان لیجئے، انگریزی جان لیجئے، اردو جان لیجئے، کوئی ایک زبان بس تو کافی ہے۔</w:t>
      </w:r>
    </w:p>
    <w:p>
      <w:r>
        <w:rPr>
          <w:b/>
        </w:rPr>
        <w:t xml:space="preserve">[1:35:26] </w:t>
      </w:r>
      <w:r>
        <w:t>woh aap ki international zaban mein sara literature hota hai.</w:t>
      </w:r>
    </w:p>
    <w:p>
      <w:pPr>
        <w:jc w:val="right"/>
      </w:pPr>
      <w:r>
        <w:t>وہ آپ کی انٹرنیشنل زبان میں سارا لٹریچر ہوتا ہے۔</w:t>
      </w:r>
    </w:p>
    <w:p>
      <w:r>
        <w:rPr>
          <w:b/>
        </w:rPr>
        <w:t xml:space="preserve">[1:35:32] </w:t>
      </w:r>
      <w:r>
        <w:t>jo jo zaban international ban jaye to us mein sab literature har zaban ka aa jata hai, tarjuma ho kar.</w:t>
      </w:r>
    </w:p>
    <w:p>
      <w:pPr>
        <w:jc w:val="right"/>
      </w:pPr>
      <w:r>
        <w:t>جو جو زبان انٹرنیشنل بن جائے تو اس میں سب لٹریچر ہر زبان کا آ جاتا ہے، ترجمہ ہو کر۔</w:t>
      </w:r>
    </w:p>
    <w:p>
      <w:r>
        <w:rPr>
          <w:b/>
        </w:rPr>
        <w:t xml:space="preserve">[1:35:38] </w:t>
      </w:r>
      <w:r>
        <w:t>to bas us ko aap ka access ho jata hai wahan tak.</w:t>
      </w:r>
    </w:p>
    <w:p>
      <w:pPr>
        <w:jc w:val="right"/>
      </w:pPr>
      <w:r>
        <w:t>تو بس اس کو آپ کا ایکسیس ہو جاتا ہے وہاں تک۔</w:t>
      </w:r>
    </w:p>
    <w:p>
      <w:r>
        <w:rPr>
          <w:b/>
        </w:rPr>
        <w:t xml:space="preserve">[1:35:45] </w:t>
      </w:r>
      <w:r>
        <w:t>koi pata bataiye, kya ji? pata bataiye, koi pata pooch rahe hain kahan se seekh sakte hain? pata</w:t>
      </w:r>
    </w:p>
    <w:p>
      <w:pPr>
        <w:jc w:val="right"/>
      </w:pPr>
      <w:r>
        <w:t>کوئی پتہ بتائیے، کیا جی؟ پتہ بتائیے، کوئی پتہ پوچھ رہے ہیں کہاں سے سیکھ سکتے ہیں؟ پتہ</w:t>
      </w:r>
    </w:p>
    <w:p>
      <w:r>
        <w:rPr>
          <w:b/>
        </w:rPr>
        <w:t xml:space="preserve">[1:35:52] </w:t>
      </w:r>
      <w:r>
        <w:t>to aap hi ke dimagh pe likha hua hai, bahar koi pata nahi hua karta.</w:t>
      </w:r>
    </w:p>
    <w:p>
      <w:pPr>
        <w:jc w:val="right"/>
      </w:pPr>
      <w:r>
        <w:t>تو آپ ہی کے دماغ پہ لکھا ہوا ہے، باہر کوئی پتہ نہیں ہوا کرتا۔</w:t>
      </w:r>
    </w:p>
    <w:p>
      <w:r>
        <w:rPr>
          <w:b/>
        </w:rPr>
        <w:t xml:space="preserve">[1:35:59] </w:t>
      </w:r>
      <w:r>
        <w:t>apne dimagh ke pages kholiye, wahin pata likha rahega.</w:t>
      </w:r>
    </w:p>
    <w:p>
      <w:pPr>
        <w:jc w:val="right"/>
      </w:pPr>
      <w:r>
        <w:t>اپنے دماغ کے پیجز کھولیے، وہیں پتہ لکھا رہے گا۔</w:t>
      </w:r>
    </w:p>
    <w:p>
      <w:r>
        <w:rPr>
          <w:b/>
        </w:rPr>
        <w:t xml:space="preserve">[1:36:05] </w:t>
      </w:r>
      <w:r>
        <w:t>this question is from mr. idrees from raipur. Maulana, some people say that some of the verses of the quran were lost. what is your opinion on this? yeh bilkul baseless baat hai, koi aisi verse nahi hai jo gum ho gayi ho ya khatm ho gayi ho ya mansookh ho gayi ho, aisi kuch bhi nahi. sab galat baatein hain. poora quran jo rasool allah ko utra tha, poora quran</w:t>
      </w:r>
    </w:p>
    <w:p>
      <w:pPr>
        <w:jc w:val="right"/>
      </w:pPr>
      <w:r>
        <w:t>دس کوئسچن از فرام مسٹر ادریس فرام رائے پور۔ مولانا، سم پیپل سے دیٹ سم اف دا ورسز اف دا قرآن وار لاسٹ۔ واٹ از یور اوپینین ان دس؟ یہ بالکل بیسلیس بات ہے، کوئی ایسی ورس نہیں ہے جو گم ہو گئی ہو یا ختم ہو گئی ہو یا منسوخ ہو گئی ہو، ایسی کچھ بھی نہیں۔ سب غلط باتیں ہیں۔ پورا قرآن جو رسول اللہ کو اترا تھا، پورا قر</w:t>
      </w:r>
    </w:p>
    <w:p>
      <w:r>
        <w:rPr>
          <w:b/>
        </w:rPr>
        <w:t xml:space="preserve">[1:36:35] </w:t>
      </w:r>
      <w:r>
        <w:t>aan mehfooz hai.</w:t>
      </w:r>
    </w:p>
    <w:p>
      <w:pPr>
        <w:jc w:val="right"/>
      </w:pPr>
      <w:r>
        <w:t>آن محفوظ ہے۔</w:t>
      </w:r>
    </w:p>
    <w:p>
      <w:r>
        <w:rPr>
          <w:b/>
        </w:rPr>
        <w:t xml:space="preserve">[1:36:39] </w:t>
      </w:r>
      <w:r>
        <w:t>jaise kuch log yeh mante hain ke kuch ayaten jo hain woh maskh o tilawah hain, bilkul galat</w:t>
      </w:r>
    </w:p>
    <w:p>
      <w:pPr>
        <w:jc w:val="right"/>
      </w:pPr>
      <w:r>
        <w:t>جیسے کچھ لوگ یہ مانتے ہیں کہ کچھ آیتیں جو ہیں وہ مسخ و تلاوہ ہیں، بالکل غلط</w:t>
      </w:r>
    </w:p>
    <w:p>
      <w:r>
        <w:rPr>
          <w:b/>
        </w:rPr>
        <w:t xml:space="preserve">[1:36:43] </w:t>
      </w:r>
      <w:r>
        <w:t>baat hai, bilkul galat baat.</w:t>
      </w:r>
    </w:p>
    <w:p>
      <w:pPr>
        <w:jc w:val="right"/>
      </w:pPr>
      <w:r>
        <w:t>بات ہے، بالکل غلط بات۔</w:t>
      </w:r>
    </w:p>
    <w:p>
      <w:r>
        <w:rPr>
          <w:b/>
        </w:rPr>
        <w:t xml:space="preserve">[1:36:47] </w:t>
      </w:r>
      <w:r>
        <w:t>kuch jo hai wasool hukum hain, yeh bhi galat baat hai.</w:t>
      </w:r>
    </w:p>
    <w:p>
      <w:pPr>
        <w:jc w:val="right"/>
      </w:pPr>
      <w:r>
        <w:t>کچھ جو ہے وصول حکم ہیں، یہ بھی غلط بات ہے۔</w:t>
      </w:r>
    </w:p>
    <w:p>
      <w:r>
        <w:rPr>
          <w:b/>
        </w:rPr>
        <w:t xml:space="preserve">[1:36:50] </w:t>
      </w:r>
      <w:r>
        <w:t>na koi ayat Quran ki aisi hai jo shamil na ho Quran mein, na koi aisi aisi ayat</w:t>
      </w:r>
    </w:p>
    <w:p>
      <w:pPr>
        <w:jc w:val="right"/>
      </w:pPr>
      <w:r>
        <w:t>نہ کوئی آیت قرآن کی ایسی ہے جو شامل نہ ہو قرآن میں، نہ کوئی ایسی ایسی آیت</w:t>
      </w:r>
    </w:p>
    <w:p>
      <w:r>
        <w:rPr>
          <w:b/>
        </w:rPr>
        <w:t xml:space="preserve">[1:36:54] </w:t>
      </w:r>
      <w:r>
        <w:t>hai jo mansookh ho gayi ho.</w:t>
      </w:r>
    </w:p>
    <w:p>
      <w:pPr>
        <w:jc w:val="right"/>
      </w:pPr>
      <w:r>
        <w:t>ہے جو منسوخ ہو گئی ہو۔</w:t>
      </w:r>
    </w:p>
    <w:p>
      <w:r>
        <w:rPr>
          <w:b/>
        </w:rPr>
        <w:t xml:space="preserve">[1:36:58] </w:t>
      </w:r>
      <w:r>
        <w:t>sab bilkul galat baatein hain.</w:t>
      </w:r>
    </w:p>
    <w:p>
      <w:pPr>
        <w:jc w:val="right"/>
      </w:pPr>
      <w:r>
        <w:t>سب بالکل غلط باتیں ہیں۔</w:t>
      </w:r>
    </w:p>
    <w:p>
      <w:r>
        <w:rPr>
          <w:b/>
        </w:rPr>
        <w:t xml:space="preserve">[1:37:02] </w:t>
      </w:r>
      <w:r>
        <w:t>poora Quran jo Rasool Allah ko utra tha, woh poora poora Quran mehfooz</w:t>
      </w:r>
    </w:p>
    <w:p>
      <w:pPr>
        <w:jc w:val="right"/>
      </w:pPr>
      <w:r>
        <w:t>پورا قرآن جو رسول اللہ کو اترا تھا، وہ پورا پورا قرآن محفوظ</w:t>
      </w:r>
    </w:p>
    <w:p>
      <w:r>
        <w:rPr>
          <w:b/>
        </w:rPr>
        <w:t xml:space="preserve">[1:37:05] </w:t>
      </w:r>
      <w:r>
        <w:t>hai.</w:t>
      </w:r>
    </w:p>
    <w:p>
      <w:pPr>
        <w:jc w:val="right"/>
      </w:pPr>
      <w:r>
        <w:t>ہے۔</w:t>
      </w:r>
    </w:p>
    <w:p>
      <w:r>
        <w:rPr>
          <w:b/>
        </w:rPr>
        <w:t xml:space="preserve">[1:37:12] </w:t>
      </w:r>
      <w:r>
        <w:t>jo log aisi baatein kehte hain, woh bilkul baseless baatein kehte hain, is ki koi daleel nahi hai.</w:t>
      </w:r>
    </w:p>
    <w:p>
      <w:pPr>
        <w:jc w:val="right"/>
      </w:pPr>
      <w:r>
        <w:t>جو لوگ ایسی باتیں کہتے ہیں، وہ بالکل بیسلیس باتیں کہتے ہیں، اس کی کوئی دلیل نہیں ہے۔</w:t>
      </w:r>
    </w:p>
    <w:p>
      <w:r>
        <w:rPr>
          <w:b/>
        </w:rPr>
        <w:t xml:space="preserve">[1:37:18] </w:t>
      </w:r>
      <w:r>
        <w:t>This question is from Dr. Farida Khanum from Delhi.</w:t>
      </w:r>
    </w:p>
    <w:p>
      <w:pPr>
        <w:jc w:val="right"/>
      </w:pPr>
      <w:r>
        <w:t>دس کوئسچن از فرام ڈاکٹر فریدہ خانم فرام دہلی۔</w:t>
      </w:r>
    </w:p>
    <w:p>
      <w:r>
        <w:rPr>
          <w:b/>
        </w:rPr>
        <w:t xml:space="preserve">[1:37:24] </w:t>
      </w:r>
      <w:r>
        <w:t>Why is it that Muslims do not seek guidance from other prophets who find their mention in the</w:t>
      </w:r>
    </w:p>
    <w:p>
      <w:pPr>
        <w:jc w:val="right"/>
      </w:pPr>
      <w:r>
        <w:t>وائی از اٹ دیٹ مسلمز ڈو ناٹ سیک گائیڈنس فرام ادر پرافٹس ہو فائنڈ دیر مینشن ان دا</w:t>
      </w:r>
    </w:p>
    <w:p>
      <w:r>
        <w:rPr>
          <w:b/>
        </w:rPr>
        <w:t xml:space="preserve">[1:37:30] </w:t>
      </w:r>
      <w:r>
        <w:t>Quran? dekhiye, yeh Musalmanon mein ek bohat bari bidat aa gayi</w:t>
      </w:r>
    </w:p>
    <w:p>
      <w:pPr>
        <w:jc w:val="right"/>
      </w:pPr>
      <w:r>
        <w:t>قرآن؟ دیکھیے، یہ مسلمانوں میں ایک بہت بڑی بدعت آ گئی</w:t>
      </w:r>
    </w:p>
    <w:p>
      <w:r>
        <w:rPr>
          <w:b/>
        </w:rPr>
        <w:t xml:space="preserve">[1:37:36] </w:t>
      </w:r>
      <w:r>
        <w:t>ke hamare nabi sab se afzal hain. jaise Maulana sharif numani ne seerat likhi hai, seerat-e-nabi jo unki hai, toh pehle sar-nama likha hai. shuru mein sar-nama ek gadaye be-nawa shahanshah-e-konain ke darbar mein ikhlas-o-aqidat ki nazar likh aaya hai. ab shahanshah-e-konain bana diya aap ne toh shahanshah-e-konain, shahanshah-e-do-alam, sarwar-e-kainat, yeh sab jo hain, yeh sab bidat hai. bidat yeh sab laqab de kar ke aap ne sam</w:t>
      </w:r>
    </w:p>
    <w:p>
      <w:pPr>
        <w:jc w:val="right"/>
      </w:pPr>
      <w:r>
        <w:t>کہ ہمارے نبی سب سے افضل ہیں۔ جیسے مولانا شریف نعمانی نے سیرت لکھی ہے، سیرت نبی جو ان کی ہے، تو پہلے سرنامہ لکھا ہے۔ شروع میں سرنامہ ایک گدائے بے نواں شہنشاہ کونین کے دربار میں اخلاص و عقیدت کی نظر لکھ آیا ہے۔ اب شہنشاہ کونین بنا دیا آپ نے تو شہنشاہ کونین، شہنشاہ دو عالم، سرور کائنات، یہ سب جو ہیں، یہ سب بدعت ہے۔ بدعت یہ سب القاب دے کر کے آپ نے سم</w:t>
      </w:r>
    </w:p>
    <w:p>
      <w:r>
        <w:rPr>
          <w:b/>
        </w:rPr>
        <w:t xml:space="preserve">[1:38:06] </w:t>
      </w:r>
      <w:r>
        <w:t>jh liya ke doosre toh kuch nahi hain. shahanshah-e-kainat toh hamare paighambar hain, baqi koi wali nahi unki kisi ki. jabke hadith mein aata hai ke la tufaddiloon al-anbiya, nabiyon mein ek doosre ko afzal na batao. la nufarriqu baina ar-rusul. toh yeh ek bidat hai jo musalmanon mein aa gayi, apne nabiyon ko badhana chadhana aur doosre nabiyon ko ghatana. top ke ulma bhi isi mein mubtala hain. top ke</w:t>
      </w:r>
    </w:p>
    <w:p>
      <w:pPr>
        <w:jc w:val="right"/>
      </w:pPr>
      <w:r>
        <w:t>جھ لیا کہ دوسرے تو کچھ نہیں ہیں۔ شہنشاہ کائنات تو ہمارے پیغمبر ہیں، باقی کوئی ولی نہیں ان کی کسی کی۔ جبکہ حدیث میں آتا ہے کہ لا تفضلون الانبیاء، نبیوں میں ایک دوسرے کو افضل نہ بتاؤ۔ لا نفرق بین الرسل۔ تو یہ ایک بدعت ہے جو مسلمانوں میں آ گئی، اپنے نبیوں کو بڑھانا چڑھانا اور دوسرے نبیوں کو گھٹانا۔ ٹاپ کے علماء بھی اسی میں مبتلا ہیں۔ ٹاپ کے</w:t>
      </w:r>
    </w:p>
    <w:p>
      <w:r>
        <w:rPr>
          <w:b/>
        </w:rPr>
        <w:t xml:space="preserve">[1:38:36] </w:t>
      </w:r>
      <w:r>
        <w:t>Ulama apne nabi ko barhana, doosre nabi ko ghatana, to un ke in ko kyun aap ahmiyat dein</w:t>
      </w:r>
    </w:p>
    <w:p>
      <w:pPr>
        <w:jc w:val="right"/>
      </w:pPr>
      <w:r>
        <w:t>علماء اپنے نبی کو بڑھانا، دوسرے نبی کو گھٹانا، تو ان کے ان کو کیوں آپ اہمیت دیں</w:t>
      </w:r>
    </w:p>
    <w:p>
      <w:r>
        <w:rPr>
          <w:b/>
        </w:rPr>
        <w:t xml:space="preserve">[1:38:42] </w:t>
      </w:r>
      <w:r>
        <w:t>ge? jab aap ko Shehanshah e Konain mil gaya to doosre ki ahmiyat hi kya hai? to behal yeh</w:t>
      </w:r>
    </w:p>
    <w:p>
      <w:pPr>
        <w:jc w:val="right"/>
      </w:pPr>
      <w:r>
        <w:t>گے؟ جب آپ کو شہنشاہ کونین مل گیا تو دوسرے کی اہمیت ہی کیا ہے؟ تو بہرحال یہ</w:t>
      </w:r>
    </w:p>
    <w:p>
      <w:r>
        <w:rPr>
          <w:b/>
        </w:rPr>
        <w:t xml:space="preserve">[1:38:48] </w:t>
      </w:r>
      <w:r>
        <w:t>sab bilkul bidat hai, koi ta'alluq is ka Islam se nahi hai.</w:t>
      </w:r>
    </w:p>
    <w:p>
      <w:pPr>
        <w:jc w:val="right"/>
      </w:pPr>
      <w:r>
        <w:t>سب بالکل بدعت ہے، کوئی تعلق اس کا اسلام سے نہیں ہے۔</w:t>
      </w:r>
    </w:p>
    <w:p>
      <w:r>
        <w:rPr>
          <w:b/>
        </w:rPr>
        <w:t xml:space="preserve">[1:38:54] </w:t>
      </w:r>
      <w:r>
        <w:t>har nabi Quran ke mutabiq barabar hai.</w:t>
      </w:r>
    </w:p>
    <w:p>
      <w:pPr>
        <w:jc w:val="right"/>
      </w:pPr>
      <w:r>
        <w:t>ہر نبی قرآن کے مطابق برابر ہے۔</w:t>
      </w:r>
    </w:p>
    <w:p>
      <w:r>
        <w:rPr>
          <w:b/>
        </w:rPr>
        <w:t xml:space="preserve">[1:39:00] </w:t>
      </w:r>
      <w:r>
        <w:t>la nufarriqu baina al-rusul, sab se hamein mohabbat karna hai, sab se hamein</w:t>
      </w:r>
    </w:p>
    <w:p>
      <w:pPr>
        <w:jc w:val="right"/>
      </w:pPr>
      <w:r>
        <w:t>لا نفرق بین الرسل، سب سے ہمیں محبت کرنا ہے، سب سے ہمیں</w:t>
      </w:r>
    </w:p>
    <w:p>
      <w:r>
        <w:rPr>
          <w:b/>
        </w:rPr>
        <w:t xml:space="preserve">[1:39:06] </w:t>
      </w:r>
      <w:r>
        <w:t>bohat ziyada gehra ta'alluq hona hai, sab se hamein un ki taleemat se hamein special lena hai.</w:t>
      </w:r>
    </w:p>
    <w:p>
      <w:pPr>
        <w:jc w:val="right"/>
      </w:pPr>
      <w:r>
        <w:t>بہت زیادہ گہرا تعلق ہونا ہے، سب سے ہمیں ان کی تعلیمات سے ہمیں اسپیشل لینا ہے۔</w:t>
      </w:r>
    </w:p>
    <w:p>
      <w:r>
        <w:rPr>
          <w:b/>
        </w:rPr>
        <w:t xml:space="preserve">[1:39:14] </w:t>
      </w:r>
      <w:r>
        <w:t>kabhi hum yaani sachay momin ban sakenge.</w:t>
      </w:r>
    </w:p>
    <w:p>
      <w:pPr>
        <w:jc w:val="right"/>
      </w:pPr>
      <w:r>
        <w:t>کبھی ہم یعنی سچے مومن بن سکیں گے۔</w:t>
      </w:r>
    </w:p>
    <w:p>
      <w:r>
        <w:rPr>
          <w:b/>
        </w:rPr>
        <w:t xml:space="preserve">[1:39:22] </w:t>
      </w:r>
      <w:r>
        <w:t>This question is from Ms. Naghma from New Delhi.</w:t>
      </w:r>
    </w:p>
    <w:p>
      <w:pPr>
        <w:jc w:val="right"/>
      </w:pPr>
      <w:r>
        <w:t>دس کوئسچن از فرام مس نغمہ فرام نیو دہلی۔</w:t>
      </w:r>
    </w:p>
    <w:p>
      <w:r>
        <w:rPr>
          <w:b/>
        </w:rPr>
        <w:t xml:space="preserve">[1:39:30] </w:t>
      </w:r>
      <w:r>
        <w:t>While interacting with many, we have come across a statement by the people who say</w:t>
      </w:r>
    </w:p>
    <w:p>
      <w:pPr>
        <w:jc w:val="right"/>
      </w:pPr>
      <w:r>
        <w:t>وائل انٹریکٹنگ ود مینی، وی ہیو کم اکراس ا سٹیٹمنٹ بائی دا پیپل ہو سے</w:t>
      </w:r>
    </w:p>
    <w:p>
      <w:r>
        <w:rPr>
          <w:b/>
        </w:rPr>
        <w:t xml:space="preserve">[1:39:38] </w:t>
      </w:r>
      <w:r>
        <w:t>now we do not need God.</w:t>
      </w:r>
    </w:p>
    <w:p>
      <w:pPr>
        <w:jc w:val="right"/>
      </w:pPr>
      <w:r>
        <w:t>ناؤ وی ڈو ناٹ نیڈ گاڈ۔</w:t>
      </w:r>
    </w:p>
    <w:p>
      <w:r>
        <w:rPr>
          <w:b/>
        </w:rPr>
        <w:t xml:space="preserve">[1:39:43] </w:t>
      </w:r>
      <w:r>
        <w:t>maulana, haao do ve explain dis to dem? bhai, yeh to mein samajhta hoon ke educated logon ne</w:t>
      </w:r>
    </w:p>
    <w:p>
      <w:pPr>
        <w:jc w:val="right"/>
      </w:pPr>
      <w:r>
        <w:t>مولانا، ہاؤ ڈو وی ایکسپلین دس ٹو دیم؟ بھائی، یہ تو میں سمجھتا ہوں کہ ایجوکیٹڈ لوگوں نے</w:t>
      </w:r>
    </w:p>
    <w:p>
      <w:r>
        <w:rPr>
          <w:b/>
        </w:rPr>
        <w:t xml:space="preserve">[1:39:48] </w:t>
      </w:r>
      <w:r>
        <w:t>nahi kaha hoga.</w:t>
      </w:r>
    </w:p>
    <w:p>
      <w:pPr>
        <w:jc w:val="right"/>
      </w:pPr>
      <w:r>
        <w:t>نہیں کہا ہوگا۔</w:t>
      </w:r>
    </w:p>
    <w:p>
      <w:r>
        <w:rPr>
          <w:b/>
        </w:rPr>
        <w:t xml:space="preserve">[1:39:53] </w:t>
      </w:r>
      <w:r>
        <w:t>unhon ne ab to kuch science mein maan liya gaya hai ke ek ek mind hai jo control</w:t>
      </w:r>
    </w:p>
    <w:p>
      <w:pPr>
        <w:jc w:val="right"/>
      </w:pPr>
      <w:r>
        <w:t>انہوں نے اب تو کچھ سائنس میں مان لیا گیا ہے کہ ایک ایک مائنڈ ہے جو کنٹرول</w:t>
      </w:r>
    </w:p>
    <w:p>
      <w:r>
        <w:rPr>
          <w:b/>
        </w:rPr>
        <w:t xml:space="preserve">[1:39:58] </w:t>
      </w:r>
      <w:r>
        <w:t>کر رہا ہے کائنات کو، ایک mind جس کو سر جیم جی نے mathematical mind کہا ہے۔</w:t>
      </w:r>
    </w:p>
    <w:p>
      <w:pPr>
        <w:jc w:val="right"/>
      </w:pPr>
      <w:r>
        <w:t>کر رہا ہے کائنات کو، ایک مائنڈ جس کو سر جیم جی نے میتھمیٹیکل مائنڈ کہا ہے۔</w:t>
      </w:r>
    </w:p>
    <w:p>
      <w:r>
        <w:rPr>
          <w:b/>
        </w:rPr>
        <w:t xml:space="preserve">[1:40:03] </w:t>
      </w:r>
      <w:r>
        <w:t>to yeh log khuda ka lafz nahi bolte science</w:t>
      </w:r>
    </w:p>
    <w:p>
      <w:pPr>
        <w:jc w:val="right"/>
      </w:pPr>
      <w:r>
        <w:t>تو یہ لوگ خدا کا لفظ نہیں بولتے سائنس</w:t>
      </w:r>
    </w:p>
    <w:p>
      <w:r>
        <w:rPr>
          <w:b/>
        </w:rPr>
        <w:t xml:space="preserve">[1:40:08] </w:t>
      </w:r>
      <w:r>
        <w:t>daan, lekin thinking mind, mathematical mind, yeh sab bolte hain. main samajhta hoon ke jo log aisa keh rahe hain, woh kahan se bol rahe hain? mazhab mein khuda ka tasawwur maujood hai, philosopher sab khuda ko mante hain, scientist bhi in intelligent ke lafz se khuda ko manne lage hain. yaani woh khuda ka na bol kar ke intelligent kehte hain, intelligence kehte hain. yaani intelligent god, mathematical, yaani intelli</w:t>
      </w:r>
    </w:p>
    <w:p>
      <w:pPr>
        <w:jc w:val="right"/>
      </w:pPr>
      <w:r>
        <w:t>دان، لیکن تھنکنگ مائنڈ، میتھمیٹیکل مائنڈ، یہ سب بولتے ہیں۔ میں سمجھتا ہوں کہ جو لوگ ایسا کہہ رہے ہیں، وہ کہاں سے بول رہے ہیں؟ مذہب میں خدا کا تصور موجود ہے، فلاسفر سب خدا کو مانتے ہیں، سائنسدان بھی ان انٹیلیجنٹ کے لفظ سے خدا کو ماننے لگے ہیں۔ یعنی وہ خدا کا نہ بول کر کے انٹیلیجنٹ کہتے ہیں، انٹیلیجنس کہتے ہیں۔ یعنی انٹیلیجنٹ گاڈ، میتھمیٹیکل، یعنی انٹیلیجن</w:t>
      </w:r>
    </w:p>
    <w:p>
      <w:r>
        <w:rPr>
          <w:b/>
        </w:rPr>
        <w:t xml:space="preserve">[1:40:38] </w:t>
      </w:r>
      <w:r>
        <w:t>gent mind, mathematical mind, yeh sab bolte hain. woh log rational mind. to jo log aisa kehte hain, woh main samajhta hoon ke unhein khabar hi nahi ke kya stand hai ilm ka. yaani mazhab mein khuda ko maana gaya hai, philosophers sab khuda ko mante hain, science mein bhi khuda ko naye naam ke sath maan liya gaya hai. to jo log aisa kehte hain, woh to main samajhta hoon ke un</w:t>
      </w:r>
    </w:p>
    <w:p>
      <w:pPr>
        <w:jc w:val="right"/>
      </w:pPr>
      <w:r>
        <w:t>ٹ مائنڈ، میتھمیٹیکل مائنڈ، یہ سب بولتے ہیں۔ وہ لوگ ریشنل مائنڈ۔ تو جو لوگ ایسا کہتے ہیں، وہ میں سمجھتا ہوں کہ انہیں خبر ہی نہیں کہ کیا اسٹینڈ ہے علم کا۔ یعنی مذہب میں خدا کو مانا گیا ہے، فلاسفرز سب خدا کو مانتے ہیں، سائنس میں بھی خدا کو نئے نام کے ساتھ مان لیا گیا ہے۔ تو جو لوگ ایسا کہتے ہیں، وہ تو میں سمجھتا ہوں کہ ان</w:t>
      </w:r>
    </w:p>
    <w:p>
      <w:r>
        <w:rPr>
          <w:b/>
        </w:rPr>
        <w:t xml:space="preserve">[1:41:08] </w:t>
      </w:r>
      <w:r>
        <w:t>ki study bohat kam hai.</w:t>
      </w:r>
    </w:p>
    <w:p>
      <w:pPr>
        <w:jc w:val="right"/>
      </w:pPr>
      <w:r>
        <w:t>کی اسٹڈی بہت کم ہے۔</w:t>
      </w:r>
    </w:p>
    <w:p>
      <w:r>
        <w:rPr>
          <w:b/>
        </w:rPr>
        <w:t xml:space="preserve">[1:41:14] </w:t>
      </w:r>
      <w:r>
        <w:t>dis question is from miss saadia khan from new delhi.</w:t>
      </w:r>
    </w:p>
    <w:p>
      <w:pPr>
        <w:jc w:val="right"/>
      </w:pPr>
      <w:r>
        <w:t>دس کوئسچن از فرام مس سعدیہ خان فرام نیو دہلی۔</w:t>
      </w:r>
    </w:p>
    <w:p>
      <w:r>
        <w:rPr>
          <w:b/>
        </w:rPr>
        <w:t xml:space="preserve">[1:41:20] </w:t>
      </w:r>
      <w:r>
        <w:t>According to you, a revolution can be brought about only when one addresses the human mind.</w:t>
      </w:r>
    </w:p>
    <w:p>
      <w:pPr>
        <w:jc w:val="right"/>
      </w:pPr>
      <w:r>
        <w:t>اکارڈنگ ٹو یو، ا ریولیوشن کین بی براٹ اباؤٹ اونلی وین ون ایڈریسز دا ہیومن مائنڈ۔</w:t>
      </w:r>
    </w:p>
    <w:p>
      <w:r>
        <w:rPr>
          <w:b/>
        </w:rPr>
        <w:t xml:space="preserve">[1:41:26] </w:t>
      </w:r>
      <w:r>
        <w:t>haao many times in history waar such revolutions ashud in? kindly comment.</w:t>
      </w:r>
    </w:p>
    <w:p>
      <w:pPr>
        <w:jc w:val="right"/>
      </w:pPr>
      <w:r>
        <w:t>ہاؤ مینی ٹائمز ان ہسٹری وار سچ ریولیوشنز اشڈ ان؟ کائنڈلی کمنٹ۔</w:t>
      </w:r>
    </w:p>
    <w:p>
      <w:r>
        <w:rPr>
          <w:b/>
        </w:rPr>
        <w:t xml:space="preserve">[1:41:32] </w:t>
      </w:r>
      <w:r>
        <w:t>bhai, dekhiye, yeh mein nahi keh raha hoon ke</w:t>
      </w:r>
    </w:p>
    <w:p>
      <w:pPr>
        <w:jc w:val="right"/>
      </w:pPr>
      <w:r>
        <w:t>بھائی، دیکھیے، یہ میں نہیں کہہ رہا ہوں کہ</w:t>
      </w:r>
    </w:p>
    <w:p>
      <w:r>
        <w:rPr>
          <w:b/>
        </w:rPr>
        <w:t xml:space="preserve">[1:41:38] </w:t>
      </w:r>
      <w:r>
        <w:t>ke is tarah ke revolution tareekh mein bar bar aate rahe. individual level par to aaye bar bar hamesha, lekin poori poori society badal jaye, woh ghaliban Rasool Allah ki zuban mein hua. to aap farq karen ke ek hai ek insaan ka badalna, ek hai poori poori society ka badalna. to jahan tak main jaanta hoon, poori poori society ke badalne ka jo waqea hai, woh to sirf Rasool Allah ki zuban mein hua, lekin individual level par to hamesha hota raha, hamesha hota</w:t>
      </w:r>
    </w:p>
    <w:p>
      <w:pPr>
        <w:jc w:val="right"/>
      </w:pPr>
      <w:r>
        <w:t>کہ اس طرح کے ریولیوشن تاریخ میں بار بار آتے رہے۔ انڈیویجول لیول پر تو آئے بار بار ہمیشہ، لیکن پوری پوری سوسائٹی بدل جائے، وہ غالباً رسول اللہ کی زبان میں ہوا۔ تو آپ فرق کریں کہ ایک ہے ایک انسان کا بدلنا، ایک ہے پوری پوری سوسائٹی کا بدلنا۔ تو جہاں تک میں جانتا ہوں، پوری پوری سوسائٹی کے بدلنے کا جو واقعہ ہے، وہ تو صرف رسول اللہ کی زبان میں ہوا، لیکن انڈیویجول لیول پر تو ہمیشہ ہوتا رہا، ہمیشہ ہوتا</w:t>
      </w:r>
    </w:p>
    <w:p>
      <w:r>
        <w:rPr>
          <w:b/>
        </w:rPr>
        <w:t xml:space="preserve">[1:42:08] </w:t>
      </w:r>
      <w:r>
        <w:t>raha, Adam se le kar aaj tak. to mujhe aisa lagta hai ke Allah ke nazdeek ek insaan ke andar agar change aa jaye to wahi Khuda ke nazdeek poori universe ke barabar hai. woh sachcha badla hua aa jayega. to revolution in terms of individual hamesha raha hai, aur revolution in terms of society mere janne ke mutabiq sirf ek bar hua hai.</w:t>
      </w:r>
    </w:p>
    <w:p>
      <w:pPr>
        <w:jc w:val="right"/>
      </w:pPr>
      <w:r>
        <w:t>رہا، آدم سے لے کر آج تک۔ تو مجھے ایسا لگتا ہے کہ اللہ کے نزدیک ایک انسان کے اندر اگر چینج آ جائے تو وہی خدا کے نزدیک پوری یونیورس کے برابر ہے۔ وہ سچا بدلا ہوا آ جائے گا۔ تو ریولیوشن ان ٹرمز آف انڈیویجول ہمیشہ رہا ہے، اور ریولیوشن ان ٹرمز آف سوسائٹی میرے جاننے کے مطابق صرف ایک بار ہوا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