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of Divine Civilization | January 24, 2010</w:t>
      </w:r>
    </w:p>
    <w:p>
      <w:r>
        <w:t>https://www.youtube.com/watch?v=QCWXCjeZxnc</w:t>
      </w:r>
    </w:p>
    <w:p>
      <w:r>
        <w:rPr>
          <w:b/>
        </w:rPr>
        <w:t xml:space="preserve">[00:14] </w:t>
      </w:r>
      <w:r>
        <w:t>bismillah rahman rahim.</w:t>
      </w:r>
    </w:p>
    <w:p>
      <w:pPr>
        <w:jc w:val="right"/>
      </w:pPr>
      <w:r>
        <w:t>بسم اللہ الرحمن الرحیم۔</w:t>
      </w:r>
    </w:p>
    <w:p>
      <w:r>
        <w:rPr>
          <w:b/>
        </w:rPr>
        <w:t xml:space="preserve">[00:20] </w:t>
      </w:r>
      <w:r>
        <w:t>wasalli allah ala nabiyil karim.</w:t>
      </w:r>
    </w:p>
    <w:p>
      <w:pPr>
        <w:jc w:val="right"/>
      </w:pPr>
      <w:r>
        <w:t>وصلی اللہ علی النبی الکریم۔</w:t>
      </w:r>
    </w:p>
    <w:p>
      <w:r>
        <w:rPr>
          <w:b/>
        </w:rPr>
        <w:t xml:space="preserve">[00:27]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[00:33] </w:t>
      </w:r>
      <w:r>
        <w:t>aaj ka topic hai: journey of divine civilization.</w:t>
      </w:r>
    </w:p>
    <w:p>
      <w:pPr>
        <w:jc w:val="right"/>
      </w:pPr>
      <w:r>
        <w:t>آج کا ٹاپک ہے: جرنی آف ڈیوائن سویلائزیشن۔</w:t>
      </w:r>
    </w:p>
    <w:p>
      <w:r>
        <w:rPr>
          <w:b/>
        </w:rPr>
        <w:t xml:space="preserve">[00:40] </w:t>
      </w:r>
      <w:r>
        <w:t>khudai tehzeeb ka safar.</w:t>
      </w:r>
    </w:p>
    <w:p>
      <w:pPr>
        <w:jc w:val="right"/>
      </w:pPr>
      <w:r>
        <w:t>خدائی تہذیب کا سفر۔</w:t>
      </w:r>
    </w:p>
    <w:p>
      <w:r>
        <w:rPr>
          <w:b/>
        </w:rPr>
        <w:t xml:space="preserve">[00:46] </w:t>
      </w:r>
      <w:r>
        <w:t>aam taur par dekhiye, journey of civilization bola jata hai, tehzeeb ka safar.</w:t>
      </w:r>
    </w:p>
    <w:p>
      <w:pPr>
        <w:jc w:val="right"/>
      </w:pPr>
      <w:r>
        <w:t>عام طور پر دیکھیے، جرنی آف سویلائزیشن بولا جاتا ہے، تہذیب کا سفر۔</w:t>
      </w:r>
    </w:p>
    <w:p>
      <w:r>
        <w:rPr>
          <w:b/>
        </w:rPr>
        <w:t xml:space="preserve">[00:54] </w:t>
      </w:r>
      <w:r>
        <w:t>mein samajhta hoon ke haqeeqat ke aitbaar se tehzeeb ka safar yahi tha, yaani divine civilization ka safar tha woh.</w:t>
      </w:r>
    </w:p>
    <w:p>
      <w:pPr>
        <w:jc w:val="right"/>
      </w:pPr>
      <w:r>
        <w:t>میں سمجھتا ہوں کہ حقیقت کے اعتبار سے تہذیب کا سفر یہی تھا، یعنی ڈیوائن سویلائزیشن کا سفر تھا وہ۔</w:t>
      </w:r>
    </w:p>
    <w:p>
      <w:r>
        <w:rPr>
          <w:b/>
        </w:rPr>
        <w:t xml:space="preserve">[01:01] </w:t>
      </w:r>
      <w:r>
        <w:t>aam taur par samjha jata hai ke tehzeeb ek maadi phenomena hai, lekin yeh sahi nahi hai.</w:t>
      </w:r>
    </w:p>
    <w:p>
      <w:pPr>
        <w:jc w:val="right"/>
      </w:pPr>
      <w:r>
        <w:t>عام طور پر سمجھا جاتا ہے کہ تہذیب ایک مادی فیناومینا ہے، لیکن یہ صحیح نہیں ہے۔</w:t>
      </w:r>
    </w:p>
    <w:p>
      <w:r>
        <w:rPr>
          <w:b/>
        </w:rPr>
        <w:t xml:space="preserve">[01:09] </w:t>
      </w:r>
      <w:r>
        <w:t>bazaahir woh ek maadi fen</w:t>
      </w:r>
    </w:p>
    <w:p>
      <w:pPr>
        <w:jc w:val="right"/>
      </w:pPr>
      <w:r>
        <w:t>بظاہر وہ ایک مادی فین</w:t>
      </w:r>
    </w:p>
    <w:p>
      <w:r>
        <w:rPr>
          <w:b/>
        </w:rPr>
        <w:t xml:space="preserve">[01:16] </w:t>
      </w:r>
      <w:r>
        <w:t>omena dikhai deta hai, material phenomena.</w:t>
      </w:r>
    </w:p>
    <w:p>
      <w:pPr>
        <w:jc w:val="right"/>
      </w:pPr>
      <w:r>
        <w:t>اومینا دکھائی دیتا ہے، مٹیریل فیناومینا۔</w:t>
      </w:r>
    </w:p>
    <w:p>
      <w:r>
        <w:rPr>
          <w:b/>
        </w:rPr>
        <w:t xml:space="preserve">[01:24] </w:t>
      </w:r>
      <w:r>
        <w:t>apni haq ka, apni haqeeqat ke aitbaar se woh marifat ka phenomena hai.</w:t>
      </w:r>
    </w:p>
    <w:p>
      <w:pPr>
        <w:jc w:val="right"/>
      </w:pPr>
      <w:r>
        <w:t>اپنی حق کا، اپنی حقیقت کے اعتبار سے وہ معرفت کا فیناومینا ہے۔</w:t>
      </w:r>
    </w:p>
    <w:p>
      <w:r>
        <w:rPr>
          <w:b/>
        </w:rPr>
        <w:t xml:space="preserve">[01:32] </w:t>
      </w:r>
      <w:r>
        <w:t>yaani khuda yeh chahta tha, khuda ne yeh chaha ke iski marifat insaan kare.</w:t>
      </w:r>
    </w:p>
    <w:p>
      <w:pPr>
        <w:jc w:val="right"/>
      </w:pPr>
      <w:r>
        <w:t>یعنی خدا یہ چاہتا تھا، خدا نے یہ چاہا کہ اس کی معرفت انسان کرے۔</w:t>
      </w:r>
    </w:p>
    <w:p>
      <w:r>
        <w:rPr>
          <w:b/>
        </w:rPr>
        <w:t xml:space="preserve">[01:40] </w:t>
      </w:r>
      <w:r>
        <w:t>quran mein aap jante hain ke baat batai gayi hai ke: "wa ma khalaqal jinna wal insa illa li ya'budun"</w:t>
      </w:r>
    </w:p>
    <w:p>
      <w:pPr>
        <w:jc w:val="right"/>
      </w:pPr>
      <w:r>
        <w:t>قرآن میں آپ جانتے ہیں کہ بات بتائی گئی ہے کہ: "وما خلق الجن والانس الا لیعبدون"</w:t>
      </w:r>
    </w:p>
    <w:p>
      <w:r>
        <w:rPr>
          <w:b/>
        </w:rPr>
        <w:t xml:space="preserve">[01:48] </w:t>
      </w:r>
      <w:r>
        <w:t>.</w:t>
      </w:r>
    </w:p>
    <w:p>
      <w:pPr>
        <w:jc w:val="right"/>
      </w:pPr>
      <w:r>
        <w:t>۔</w:t>
      </w:r>
    </w:p>
    <w:p>
      <w:r>
        <w:rPr>
          <w:b/>
        </w:rPr>
        <w:t xml:space="preserve">[01:53] </w:t>
      </w:r>
      <w:r>
        <w:t>ke allah taala ne paida kiya insaan ko is liye ke woh allah ki ibadat karein.</w:t>
      </w:r>
    </w:p>
    <w:p>
      <w:pPr>
        <w:jc w:val="right"/>
      </w:pPr>
      <w:r>
        <w:t>کہ اللہ تعالیٰ نے پیدا کیا انسان کو اس لیے کہ وہ اللہ کی عبادت کریں۔</w:t>
      </w:r>
    </w:p>
    <w:p>
      <w:r>
        <w:rPr>
          <w:b/>
        </w:rPr>
        <w:t xml:space="preserve">[01:58] </w:t>
      </w:r>
      <w:r>
        <w:t>to ibadat ke maani yahan marifat hai.</w:t>
      </w:r>
    </w:p>
    <w:p>
      <w:pPr>
        <w:jc w:val="right"/>
      </w:pPr>
      <w:r>
        <w:t>تو عبادت کے معنی یہاں معرفت ہے۔</w:t>
      </w:r>
    </w:p>
    <w:p>
      <w:r>
        <w:rPr>
          <w:b/>
        </w:rPr>
        <w:t xml:space="preserve">[02:03] </w:t>
      </w:r>
      <w:r>
        <w:t>do sahabi, Hazrat Abdullah ibn Abbas aur Hazrat Ali ibn Abi Talib, dono ne iski tafseer isi</w:t>
      </w:r>
    </w:p>
    <w:p>
      <w:pPr>
        <w:jc w:val="right"/>
      </w:pPr>
      <w:r>
        <w:t>دو صحابی، حضرت عبداللہ ابن عباس اور حضرت علی ابن ابی طالب، دونوں نے اس کی تفسیر اسی</w:t>
      </w:r>
    </w:p>
    <w:p>
      <w:r>
        <w:rPr>
          <w:b/>
        </w:rPr>
        <w:t xml:space="preserve">[02:09] </w:t>
      </w:r>
      <w:r>
        <w:t>tarah ki hai ke ibadat ke mani yahan marifat ke hain.</w:t>
      </w:r>
    </w:p>
    <w:p>
      <w:pPr>
        <w:jc w:val="right"/>
      </w:pPr>
      <w:r>
        <w:t>طرح کی ہے کہ عبادت کے معنی یہاں معرفت کے ہیں۔</w:t>
      </w:r>
    </w:p>
    <w:p>
      <w:r>
        <w:rPr>
          <w:b/>
        </w:rPr>
        <w:t xml:space="preserve">[02:14] </w:t>
      </w:r>
      <w:r>
        <w:t>ke insan Allah ki marifat hasil kare.</w:t>
      </w:r>
    </w:p>
    <w:p>
      <w:pPr>
        <w:jc w:val="right"/>
      </w:pPr>
      <w:r>
        <w:t>کہ انسان اللہ کی معرفت حاصل کرے۔</w:t>
      </w:r>
    </w:p>
    <w:p>
      <w:r>
        <w:rPr>
          <w:b/>
        </w:rPr>
        <w:t xml:space="preserve">[02:19] </w:t>
      </w:r>
      <w:r>
        <w:t>to yeh marifat jo hai, yeh koi choti si baat nahi hai.</w:t>
      </w:r>
    </w:p>
    <w:p>
      <w:pPr>
        <w:jc w:val="right"/>
      </w:pPr>
      <w:r>
        <w:t>تو یہ معرفت جو ہے، یہ کوئی چھوٹی سی بات نہیں ہے۔</w:t>
      </w:r>
    </w:p>
    <w:p>
      <w:r>
        <w:rPr>
          <w:b/>
        </w:rPr>
        <w:t xml:space="preserve">[02:26] </w:t>
      </w:r>
      <w:r>
        <w:t>It requires a complete journey, long civilization, a long process۔</w:t>
      </w:r>
    </w:p>
    <w:p>
      <w:pPr>
        <w:jc w:val="right"/>
      </w:pPr>
      <w:r>
        <w:t>It requires a complete journey, long civilization, a long process۔</w:t>
      </w:r>
    </w:p>
    <w:p>
      <w:r>
        <w:rPr>
          <w:b/>
        </w:rPr>
        <w:t xml:space="preserve">[02:34] </w:t>
      </w:r>
      <w:r>
        <w:t>Khuda ki aap jante hain ke itni zyada baatein hain, jaisa ke Quran mein hai ke sare darakht</w:t>
      </w:r>
    </w:p>
    <w:p>
      <w:pPr>
        <w:jc w:val="right"/>
      </w:pPr>
      <w:r>
        <w:t>خدا کی آپ جانتے ہیں کہ اتنی زیادہ باتیں ہیں، جیسا کہ قرآن میں ہے کہ سارے درخت</w:t>
      </w:r>
    </w:p>
    <w:p>
      <w:r>
        <w:rPr>
          <w:b/>
        </w:rPr>
        <w:t xml:space="preserve">[02:42] </w:t>
      </w:r>
      <w:r>
        <w:t>qalam bana diye jayen aur chaudah samandar</w:t>
      </w:r>
    </w:p>
    <w:p>
      <w:pPr>
        <w:jc w:val="right"/>
      </w:pPr>
      <w:r>
        <w:t>قلم بنا دیے جائیں اور چودہ سمندر</w:t>
      </w:r>
    </w:p>
    <w:p>
      <w:r>
        <w:rPr>
          <w:b/>
        </w:rPr>
        <w:t xml:space="preserve">[02:49] </w:t>
      </w:r>
      <w:r>
        <w:t>ke pani ko siyahi bana diya jaye aur likha jaye Khuda ki baaton ko, to Khuda ki baatein</w:t>
      </w:r>
    </w:p>
    <w:p>
      <w:pPr>
        <w:jc w:val="right"/>
      </w:pPr>
      <w:r>
        <w:t>کے پانی کو سیاہی بنا دیا جائے اور لکھا جائے خدا کی باتوں کو، تو خدا کی باتیں</w:t>
      </w:r>
    </w:p>
    <w:p>
      <w:r>
        <w:rPr>
          <w:b/>
        </w:rPr>
        <w:t xml:space="preserve">[02:54] </w:t>
      </w:r>
      <w:r>
        <w:t>khatm nahi hongi.</w:t>
      </w:r>
    </w:p>
    <w:p>
      <w:pPr>
        <w:jc w:val="right"/>
      </w:pPr>
      <w:r>
        <w:t>ختم نہیں ہوں گی۔</w:t>
      </w:r>
    </w:p>
    <w:p>
      <w:r>
        <w:rPr>
          <w:b/>
        </w:rPr>
        <w:t xml:space="preserve">[02:59] </w:t>
      </w:r>
      <w:r>
        <w:t>to yeh itna saada si baat nahi hai.</w:t>
      </w:r>
    </w:p>
    <w:p>
      <w:pPr>
        <w:jc w:val="right"/>
      </w:pPr>
      <w:r>
        <w:t>تو یہ اتنا سادہ سی بات نہیں ہے۔</w:t>
      </w:r>
    </w:p>
    <w:p>
      <w:r>
        <w:rPr>
          <w:b/>
        </w:rPr>
        <w:t xml:space="preserve">[03:04] </w:t>
      </w:r>
      <w:r>
        <w:t>to yeh Allah taala ko matlab tha ke ek process ke roop mein insan marifat ka safar kare</w:t>
      </w:r>
    </w:p>
    <w:p>
      <w:pPr>
        <w:jc w:val="right"/>
      </w:pPr>
      <w:r>
        <w:t>تو یہ اللہ تعالیٰ کو مطلوب تھا کہ ایک پروسیس کے روپ میں انسان معرفت کا سفر کرے</w:t>
      </w:r>
    </w:p>
    <w:p>
      <w:r>
        <w:rPr>
          <w:b/>
        </w:rPr>
        <w:t xml:space="preserve">[03:10] </w:t>
      </w:r>
      <w:r>
        <w:t>aur apne final stage ko pahunche.</w:t>
      </w:r>
    </w:p>
    <w:p>
      <w:pPr>
        <w:jc w:val="right"/>
      </w:pPr>
      <w:r>
        <w:t>اور اپنے فائنل اسٹیج کو پہنچے۔</w:t>
      </w:r>
    </w:p>
    <w:p>
      <w:r>
        <w:rPr>
          <w:b/>
        </w:rPr>
        <w:t xml:space="preserve">[03:15] </w:t>
      </w:r>
      <w:r>
        <w:t>lekin ek deviation yahan hua sufia ki taraf se.</w:t>
      </w:r>
    </w:p>
    <w:p>
      <w:pPr>
        <w:jc w:val="right"/>
      </w:pPr>
      <w:r>
        <w:t>لیکن ایک ڈیوی ایشن یہاں ہوا صوفیاء کی طرف سے۔</w:t>
      </w:r>
    </w:p>
    <w:p>
      <w:r>
        <w:rPr>
          <w:b/>
        </w:rPr>
        <w:t xml:space="preserve">[03:20] </w:t>
      </w:r>
      <w:r>
        <w:t>Sufia ne yeh samajh liya ke dil mein sari baatein hain, dil ko unfold karo to marifat</w:t>
      </w:r>
    </w:p>
    <w:p>
      <w:pPr>
        <w:jc w:val="right"/>
      </w:pPr>
      <w:r>
        <w:t>صوفیاء نے یہ سمجھ لیا کہ دل میں ساری باتیں ہیں، دل کو ان فولڈ کرو تو معرفت</w:t>
      </w:r>
    </w:p>
    <w:p>
      <w:r>
        <w:rPr>
          <w:b/>
        </w:rPr>
        <w:t xml:space="preserve">[03:26] </w:t>
      </w:r>
      <w:r>
        <w:t>hazir ho jayegi.</w:t>
      </w:r>
    </w:p>
    <w:p>
      <w:pPr>
        <w:jc w:val="right"/>
      </w:pPr>
      <w:r>
        <w:t>حاضر ہو جائے گی۔</w:t>
      </w:r>
    </w:p>
    <w:p>
      <w:r>
        <w:rPr>
          <w:b/>
        </w:rPr>
        <w:t xml:space="preserve">[03:32] </w:t>
      </w:r>
      <w:r>
        <w:t>yeh bilkul baseless baat thi ke dil mein to koi baat hai hi nahi.</w:t>
      </w:r>
    </w:p>
    <w:p>
      <w:pPr>
        <w:jc w:val="right"/>
      </w:pPr>
      <w:r>
        <w:t>یہ بالکل بیس لیس بات تھی کہ دل میں تو کوئی بات ہے ہی نہیں۔</w:t>
      </w:r>
    </w:p>
    <w:p>
      <w:r>
        <w:rPr>
          <w:b/>
        </w:rPr>
        <w:t xml:space="preserve">[03:39] </w:t>
      </w:r>
      <w:r>
        <w:t>Dil to sirf circulation of blood ka zariya hai, marifat is ke andar nahi hai.</w:t>
      </w:r>
    </w:p>
    <w:p>
      <w:pPr>
        <w:jc w:val="right"/>
      </w:pPr>
      <w:r>
        <w:t>دل تو صرف سرکولیشن آف بلڈ کا ذریعہ ہے، معرفت اس کے اندر نہیں ہے۔</w:t>
      </w:r>
    </w:p>
    <w:p>
      <w:r>
        <w:rPr>
          <w:b/>
        </w:rPr>
        <w:t xml:space="preserve">[03:45] </w:t>
      </w:r>
      <w:r>
        <w:t>to dil mein woh sari koshish karte rahe, unfold karein, woh unfold kuch bhi nahi hua.</w:t>
      </w:r>
    </w:p>
    <w:p>
      <w:pPr>
        <w:jc w:val="right"/>
      </w:pPr>
      <w:r>
        <w:t>تو دل میں وہ ساری کوشش کرتے رہے، ان فولڈ کریں، وہ ان فولڈ کچھ بھی نہیں ہوا۔</w:t>
      </w:r>
    </w:p>
    <w:p>
      <w:r>
        <w:rPr>
          <w:b/>
        </w:rPr>
        <w:t xml:space="preserve">[03:51] </w:t>
      </w:r>
      <w:r>
        <w:t>yeh to nature mein unfold karna tha.</w:t>
      </w:r>
    </w:p>
    <w:p>
      <w:pPr>
        <w:jc w:val="right"/>
      </w:pPr>
      <w:r>
        <w:t>یہ تو نیچر میں ان فولڈ کرنا تھا۔</w:t>
      </w:r>
    </w:p>
    <w:p>
      <w:r>
        <w:rPr>
          <w:b/>
        </w:rPr>
        <w:t xml:space="preserve">[03:56] </w:t>
      </w:r>
      <w:r>
        <w:t>Khuda ki jo creation hai, us mein sari baatein thi Khuda ki.</w:t>
      </w:r>
    </w:p>
    <w:p>
      <w:pPr>
        <w:jc w:val="right"/>
      </w:pPr>
      <w:r>
        <w:t>خدا کی جو کریشن ہے، اس میں ساری باتیں تھیں خدا کی۔</w:t>
      </w:r>
    </w:p>
    <w:p>
      <w:r>
        <w:rPr>
          <w:b/>
        </w:rPr>
        <w:t xml:space="preserve">[04:00] </w:t>
      </w:r>
      <w:r>
        <w:t>yani khalq apni takhleeq mein numayan hua tha.</w:t>
      </w:r>
    </w:p>
    <w:p>
      <w:pPr>
        <w:jc w:val="right"/>
      </w:pPr>
      <w:r>
        <w:t>یعنی خالق اپنی تخلیق میں نمایاں ہوا تھا۔</w:t>
      </w:r>
    </w:p>
    <w:p>
      <w:r>
        <w:rPr>
          <w:b/>
        </w:rPr>
        <w:t xml:space="preserve">[04:04] </w:t>
      </w:r>
      <w:r>
        <w:t>Creator apni creation mein numayan hua tha.</w:t>
      </w:r>
    </w:p>
    <w:p>
      <w:pPr>
        <w:jc w:val="right"/>
      </w:pPr>
      <w:r>
        <w:t>کریٹر اپنی کریشن میں نمایاں ہوا تھا۔</w:t>
      </w:r>
    </w:p>
    <w:p>
      <w:r>
        <w:rPr>
          <w:b/>
        </w:rPr>
        <w:t xml:space="preserve">[04:09] </w:t>
      </w:r>
      <w:r>
        <w:t>wahan par unfold karna tha.</w:t>
      </w:r>
    </w:p>
    <w:p>
      <w:pPr>
        <w:jc w:val="right"/>
      </w:pPr>
      <w:r>
        <w:t>وہاں پر ان فولڈ کرنا تھا۔</w:t>
      </w:r>
    </w:p>
    <w:p>
      <w:r>
        <w:rPr>
          <w:b/>
        </w:rPr>
        <w:t xml:space="preserve">[04:13] </w:t>
      </w:r>
      <w:r>
        <w:t>bada ajeeb baat hai ke yeh kaam Musalmanon ne sarrre hi se nahi kiya.</w:t>
      </w:r>
    </w:p>
    <w:p>
      <w:pPr>
        <w:jc w:val="right"/>
      </w:pPr>
      <w:r>
        <w:t>بڑا عجیب بات ہے کہ یہ کام مسلمانوں نے سرے ہی سے نہیں کیا۔</w:t>
      </w:r>
    </w:p>
    <w:p>
      <w:r>
        <w:rPr>
          <w:b/>
        </w:rPr>
        <w:t xml:space="preserve">[04:17] </w:t>
      </w:r>
      <w:r>
        <w:t>bahut ajeeb baat maloom hoti hai ke jo maqsad hayat tha ke marifat ko unfold karna,</w:t>
      </w:r>
    </w:p>
    <w:p>
      <w:pPr>
        <w:jc w:val="right"/>
      </w:pPr>
      <w:r>
        <w:t>بہت عجیب بات معلوم ہوتی ہے کہ جو مقصد حیات تھا کہ معرفت کو ان فولڈ کرنا،</w:t>
      </w:r>
    </w:p>
    <w:p>
      <w:r>
        <w:rPr>
          <w:b/>
        </w:rPr>
        <w:t xml:space="preserve">[04:22] </w:t>
      </w:r>
      <w:r>
        <w:t>woh Musalman kar hi nahi sake.</w:t>
      </w:r>
    </w:p>
    <w:p>
      <w:pPr>
        <w:jc w:val="right"/>
      </w:pPr>
      <w:r>
        <w:t>وہ مسلمان کر ہی نہیں سکے۔</w:t>
      </w:r>
    </w:p>
    <w:p>
      <w:r>
        <w:rPr>
          <w:b/>
        </w:rPr>
        <w:t xml:space="preserve">[04:28] </w:t>
      </w:r>
      <w:r>
        <w:t>yahan tak ke khuda ne yaajooj maajooj ko uthaya, yani maghribi qaumon ko.</w:t>
      </w:r>
    </w:p>
    <w:p>
      <w:pPr>
        <w:jc w:val="right"/>
      </w:pPr>
      <w:r>
        <w:t>یہاں تک کہ خدا نے یاجوج ماجوج کو اٹھایا، یعنی مغربی قوموں کو۔</w:t>
      </w:r>
    </w:p>
    <w:p>
      <w:r>
        <w:rPr>
          <w:b/>
        </w:rPr>
        <w:t xml:space="preserve">[04:34] </w:t>
      </w:r>
      <w:r>
        <w:t>to nature ko in fold kiya hai maghribi qaumon ne, jis ko quran mein yaajooj maajooj kaha gaya hai.</w:t>
      </w:r>
    </w:p>
    <w:p>
      <w:pPr>
        <w:jc w:val="right"/>
      </w:pPr>
      <w:r>
        <w:t>تو نیچر کو ان فولڈ کیا ہے مغربی قوموں نے، جس کو قرآن میں یاجوج ماجوج کہا گیا ہے۔</w:t>
      </w:r>
    </w:p>
    <w:p>
      <w:r>
        <w:rPr>
          <w:b/>
        </w:rPr>
        <w:t xml:space="preserve">[04:41] </w:t>
      </w:r>
      <w:r>
        <w:t>lekin unhon ne kya kiya hai? sirf data faraham kar diya hai, is se aage nahin.</w:t>
      </w:r>
    </w:p>
    <w:p>
      <w:pPr>
        <w:jc w:val="right"/>
      </w:pPr>
      <w:r>
        <w:t>لیکن انہوں نے کیا کیا ہے؟ صرف ڈیٹا فراہم کر دیا ہے، اس سے آگے نہیں۔</w:t>
      </w:r>
    </w:p>
    <w:p>
      <w:r>
        <w:rPr>
          <w:b/>
        </w:rPr>
        <w:t xml:space="preserve">[04:47] </w:t>
      </w:r>
      <w:r>
        <w:t>is data ko istemal kar ke is ko marifat ka maani phailana,</w:t>
      </w:r>
    </w:p>
    <w:p>
      <w:pPr>
        <w:jc w:val="right"/>
      </w:pPr>
      <w:r>
        <w:t>اس ڈیٹا کو استعمال کر کے اس کو معرفت کا معنی پھیلانا،</w:t>
      </w:r>
    </w:p>
    <w:p>
      <w:r>
        <w:rPr>
          <w:b/>
        </w:rPr>
        <w:t xml:space="preserve">[04:54] </w:t>
      </w:r>
      <w:r>
        <w:t>yeh baqi tha. yaani interpretation baqi tha. data unhone collect kar diya, nature ko unfold kar ke. lekin us ko interpretation, in terms of, in terms of marifat jo karna tha, woh sarr-e-aam se hua nahi. yeh bohat bari tragedy hai. to yeh baat mere zehan mein kab aayi? jab kal ke paper mein aur aaj ke paper mein maine dekha ke</w:t>
      </w:r>
    </w:p>
    <w:p>
      <w:pPr>
        <w:jc w:val="right"/>
      </w:pPr>
      <w:r>
        <w:t>یہ باقی تھا۔ یعنی انٹرپریٹیشن باقی تھا۔ ڈیٹا انہوں نے کلیکٹ کر دیا، نیچر کو ان فولڈ کر کے۔ لیکن اس کو انٹرپریٹیشن، ان ٹرمز آف، ان ٹرمز آف معرفت جو کرنا تھا، وہ سرے سے ہوا نہیں۔ یہ بہت بڑی ٹریجڈی ہے۔ تو یہ بات میرے ذہن میں کب آئی؟ جب کل کے پیپر میں اور آج کے پیپر میں میں نے دیکھا کہ</w:t>
      </w:r>
    </w:p>
    <w:p>
      <w:r>
        <w:rPr>
          <w:b/>
        </w:rPr>
        <w:t xml:space="preserve">[05:24] </w:t>
      </w:r>
      <w:r>
        <w:t>supreme court ke ek judgment ko le kar saare musalman mein mein ek uproar bacha hua hai. uproar.</w:t>
      </w:r>
    </w:p>
    <w:p>
      <w:pPr>
        <w:jc w:val="right"/>
      </w:pPr>
      <w:r>
        <w:t>سپریم کورٹ کے ایک ججمنٹ کو لے کر سارے مسلمان میں میں ایک اپرور بچا ہوا ہے۔ اپرور۔</w:t>
      </w:r>
    </w:p>
    <w:p>
      <w:r>
        <w:rPr>
          <w:b/>
        </w:rPr>
        <w:t xml:space="preserve">[05:30] </w:t>
      </w:r>
      <w:r>
        <w:t>aap jante honge ke kal ek judgment aaya tha, aaj ke paper mein bhi wahi hai, media</w:t>
      </w:r>
    </w:p>
    <w:p>
      <w:pPr>
        <w:jc w:val="right"/>
      </w:pPr>
      <w:r>
        <w:t>آپ جانتے ہوں گے کہ کل ایک ججمنٹ آیا تھا، آج کے پیپر میں بھی وہی ہے، میڈیا</w:t>
      </w:r>
    </w:p>
    <w:p>
      <w:r>
        <w:rPr>
          <w:b/>
        </w:rPr>
        <w:t xml:space="preserve">[05:36] </w:t>
      </w:r>
      <w:r>
        <w:t>mein wahi chhaya hua hai.</w:t>
      </w:r>
    </w:p>
    <w:p>
      <w:pPr>
        <w:jc w:val="right"/>
      </w:pPr>
      <w:r>
        <w:t>میں وہی چھایا ہوا ہے۔</w:t>
      </w:r>
    </w:p>
    <w:p>
      <w:r>
        <w:rPr>
          <w:b/>
        </w:rPr>
        <w:t xml:space="preserve">[05:42] </w:t>
      </w:r>
      <w:r>
        <w:t>ke supreme court ne yeh faisla diya hai ke muslim ladies jo hain, jo vote vote dena chahti</w:t>
      </w:r>
    </w:p>
    <w:p>
      <w:pPr>
        <w:jc w:val="right"/>
      </w:pPr>
      <w:r>
        <w:t>کہ سپریم کورٹ نے یہ فیصلہ دیا ہے کہ مسلم لیڈیز جو ہیں، جو ووٹ ووٹ دینا چاہتی</w:t>
      </w:r>
    </w:p>
    <w:p>
      <w:r>
        <w:rPr>
          <w:b/>
        </w:rPr>
        <w:t xml:space="preserve">[05:48] </w:t>
      </w:r>
      <w:r>
        <w:t>hain, to un ka photo id card par lagaya jaye.</w:t>
      </w:r>
    </w:p>
    <w:p>
      <w:pPr>
        <w:jc w:val="right"/>
      </w:pPr>
      <w:r>
        <w:t>ہیں، تو ان کا فوٹو آئی ڈی کارڈ پر لگایا جائے۔</w:t>
      </w:r>
    </w:p>
    <w:p>
      <w:r>
        <w:rPr>
          <w:b/>
        </w:rPr>
        <w:t xml:space="preserve">[05:54] </w:t>
      </w:r>
      <w:r>
        <w:t>asal mein election commission jo hai, us ne dekha ke bogus voting bohat hoti hai.</w:t>
      </w:r>
    </w:p>
    <w:p>
      <w:pPr>
        <w:jc w:val="right"/>
      </w:pPr>
      <w:r>
        <w:t>اصل میں الیکشن کمیشن جو ہے، اس نے دیکھا کہ بوگس ووٹنگ بہت ہوتی ہے۔</w:t>
      </w:r>
    </w:p>
    <w:p>
      <w:r>
        <w:rPr>
          <w:b/>
        </w:rPr>
        <w:t xml:space="preserve">[05:59] </w:t>
      </w:r>
      <w:r>
        <w:t>bogus voting ko control karne ke liye us ne kya kiya? ke id card banwana shuru kiya,</w:t>
      </w:r>
    </w:p>
    <w:p>
      <w:pPr>
        <w:jc w:val="right"/>
      </w:pPr>
      <w:r>
        <w:t>بوگس ووٹنگ کو کنٹرول کرنے کے لیے اس نے کیا کیا؟ کہ آئی ڈی کارڈ بنوانا شروع کیا،</w:t>
      </w:r>
    </w:p>
    <w:p>
      <w:r>
        <w:rPr>
          <w:b/>
        </w:rPr>
        <w:t xml:space="preserve">[06:04] </w:t>
      </w:r>
      <w:r>
        <w:t>is par voter ka photo laga hua tha.</w:t>
      </w:r>
    </w:p>
    <w:p>
      <w:pPr>
        <w:jc w:val="right"/>
      </w:pPr>
      <w:r>
        <w:t>اس پر ووٹر کا فوٹو لگا ہوا تھا۔</w:t>
      </w:r>
    </w:p>
    <w:p>
      <w:r>
        <w:rPr>
          <w:b/>
        </w:rPr>
        <w:t xml:space="preserve">[06:09] </w:t>
      </w:r>
      <w:r>
        <w:t>har voter ka photo, mard ho ya aurat ho, taake public booth par pehchana ja sake ke yeh</w:t>
      </w:r>
    </w:p>
    <w:p>
      <w:pPr>
        <w:jc w:val="right"/>
      </w:pPr>
      <w:r>
        <w:t>ہر ووٹر کا فوٹو، مرد ہو یا عورت ہو، تاکہ پولک بوتھ پر پہچانا جا سکے کہ یہ</w:t>
      </w:r>
    </w:p>
    <w:p>
      <w:r>
        <w:rPr>
          <w:b/>
        </w:rPr>
        <w:t xml:space="preserve">[06:14] </w:t>
      </w:r>
      <w:r>
        <w:t>voter wahi hai.</w:t>
      </w:r>
    </w:p>
    <w:p>
      <w:pPr>
        <w:jc w:val="right"/>
      </w:pPr>
      <w:r>
        <w:t>ووٹر وہی ہے۔</w:t>
      </w:r>
    </w:p>
    <w:p>
      <w:r>
        <w:rPr>
          <w:b/>
        </w:rPr>
        <w:t xml:space="preserve">[06:19] </w:t>
      </w:r>
      <w:r>
        <w:t>yeh it was a matter of identity</w:t>
      </w:r>
    </w:p>
    <w:p>
      <w:pPr>
        <w:jc w:val="right"/>
      </w:pPr>
      <w:r>
        <w:t>یہ اٹ واز ا میٹر آف آئیڈینٹی</w:t>
      </w:r>
    </w:p>
    <w:p>
      <w:r>
        <w:rPr>
          <w:b/>
        </w:rPr>
        <w:t xml:space="preserve">[06:24] </w:t>
      </w:r>
      <w:r>
        <w:t>ty.</w:t>
      </w:r>
    </w:p>
    <w:p>
      <w:pPr>
        <w:jc w:val="right"/>
      </w:pPr>
      <w:r>
        <w:t>ٹی۔</w:t>
      </w:r>
    </w:p>
    <w:p>
      <w:r>
        <w:rPr>
          <w:b/>
        </w:rPr>
        <w:t xml:space="preserve">[06:29] </w:t>
      </w:r>
      <w:r>
        <w:t>to musalmanon ko to har cheez khatra, islam mein khatra ban jati hai.</w:t>
      </w:r>
    </w:p>
    <w:p>
      <w:pPr>
        <w:jc w:val="right"/>
      </w:pPr>
      <w:r>
        <w:t>تو مسلمانوں کو تو ہر چیز خطرہ، اسلام میں خطرہ بن جاتی ہے۔</w:t>
      </w:r>
    </w:p>
    <w:p>
      <w:r>
        <w:rPr>
          <w:b/>
        </w:rPr>
        <w:t xml:space="preserve">[06:34] </w:t>
      </w:r>
      <w:r>
        <w:t>to madras high court mein gaye kuch log, is ko khatam karne ke liye ke election commission ka</w:t>
      </w:r>
    </w:p>
    <w:p>
      <w:pPr>
        <w:jc w:val="right"/>
      </w:pPr>
      <w:r>
        <w:t>تو مدراس ہائی کورٹ میں گئے کچھ لوگ، اس کو ختم کرنے کے لیے کہ الیکشن کمیشن کا</w:t>
      </w:r>
    </w:p>
    <w:p>
      <w:r>
        <w:rPr>
          <w:b/>
        </w:rPr>
        <w:t xml:space="preserve">[06:39] </w:t>
      </w:r>
      <w:r>
        <w:t>jo yeh faisla hai, woh galat hai ke musalman khawateen jo hain, burqa pehenti hain, to woh photo</w:t>
      </w:r>
    </w:p>
    <w:p>
      <w:pPr>
        <w:jc w:val="right"/>
      </w:pPr>
      <w:r>
        <w:t>جو یہ فیصلہ ہے، وہ غلط ہے کہ مسلمان خواتین جو ہیں، برقعہ پہنتی ہیں، تو وہ فوٹو</w:t>
      </w:r>
    </w:p>
    <w:p>
      <w:r>
        <w:rPr>
          <w:b/>
        </w:rPr>
        <w:t xml:space="preserve">[06:44] </w:t>
      </w:r>
      <w:r>
        <w:t>lagayenge kaise? to madras high court ne keh diya ke nahin, photo lagana parega.</w:t>
      </w:r>
    </w:p>
    <w:p>
      <w:pPr>
        <w:jc w:val="right"/>
      </w:pPr>
      <w:r>
        <w:t>لگائیں گے کیسے؟ تو مدراس ہائی کورٹ نے کہہ دیا کہ نہیں، فوٹو لگانا پڑے گا۔</w:t>
      </w:r>
    </w:p>
    <w:p>
      <w:r>
        <w:rPr>
          <w:b/>
        </w:rPr>
        <w:t xml:space="preserve">[06:49] </w:t>
      </w:r>
      <w:r>
        <w:t>phir woh supreme court mein gaye musalman ke is fi</w:t>
      </w:r>
    </w:p>
    <w:p>
      <w:pPr>
        <w:jc w:val="right"/>
      </w:pPr>
      <w:r>
        <w:t>پھر وہ سپریم کورٹ میں گئے مسلمان کہ اس فی</w:t>
      </w:r>
    </w:p>
    <w:p>
      <w:r>
        <w:rPr>
          <w:b/>
        </w:rPr>
        <w:t xml:space="preserve">[06:54] </w:t>
      </w:r>
      <w:r>
        <w:t>sleh ko khatm karwao. to supreme court ne khatm nahi kiya. kaha ke nahi, yeh zaroori hai. ab shor macha hua hai ke shariyat mein dakhal andazi ho rahi hai. hamare democratic rights chheene ja rahe hain hum se. religious identity hamari khatm ki ja rahi hai. religious freedom se chheni ja rahi hai. yeh sab bilkul baseless baaten hain. yahan par dekhiye, ulama ko kya karna tha jis mein woh fail ho gaye? woh tha diffuse karna. diffuse kis liye karna</w:t>
      </w:r>
    </w:p>
    <w:p>
      <w:pPr>
        <w:jc w:val="right"/>
      </w:pPr>
      <w:r>
        <w:t>صلے کو ختم کرواؤ۔ تو سپریم کورٹ نے ختم نہیں کیا۔ کہا کہ نہیں، یہ ضروری ہے۔ اب شور مچا ہوا ہے کہ شریعت میں مداخلت ہو رہی ہے۔ ہمارے ڈیموکریٹک رائٹس چھینے جا رہے ہیں ہم سے۔ ریلیجیس آئیڈینٹی ہماری ختم کی جا رہی ہے۔ ریلیجیس فریڈم سے چھینی جا رہی ہے۔ یہ سب بالکل بیس لیس باتیں ہیں۔ یہاں پر دیکھیے، علماء کو کیا کرنا تھا جس میں وہ فیل ہو گئے؟ وہ تھا ڈیفیوز کرنا۔ ڈیفیوز کس لیے کرنا</w:t>
      </w:r>
    </w:p>
    <w:p>
      <w:r>
        <w:rPr>
          <w:b/>
        </w:rPr>
        <w:t xml:space="preserve">[07:24] </w:t>
      </w:r>
      <w:r>
        <w:t>tha? yeh sab rukawaten hain, is ko jis ko hindi mein kehte hain badha, badhak. beech mein aap ko karna hai safar-e-marifat. lekin beech beech mein badha padega, rukawaten padengi. wahan par aap ko diffuse karna hai taake saboot taur par safar jari rahe. lekin hamare ulama ne bar bar aisa kiya ke wahi bhool jate hain, diffuse nahi kar paate. misaal, diffuse</w:t>
      </w:r>
    </w:p>
    <w:p>
      <w:pPr>
        <w:jc w:val="right"/>
      </w:pPr>
      <w:r>
        <w:t>تھا؟ یہ سب رکاوٹیں ہیں، اس کو جس کو ہندی میں کہتے ہیں بادھا، بادھک۔ بیچ میں آپ کو کرنا ہے سفر معرفت۔ لیکن بیچ بیچ میں بادھا پڑے گا، رکاوٹیں پڑیں گی۔ وہاں پر آپ کو ڈیفیوز کرنا ہے تاکہ اثبوت طور پر سفر جاری رہے۔ لیکن ہمارے علماء نے بار بار ایسا کیا کہ وہی بھول جاتے ہیں، ڈیفیوز نہیں کر پاتے۔ مثال، ڈیفیوز</w:t>
      </w:r>
    </w:p>
    <w:p>
      <w:r>
        <w:rPr>
          <w:b/>
        </w:rPr>
        <w:t xml:space="preserve">[07:54] </w:t>
      </w:r>
      <w:r>
        <w:t>karne ka matlab kya hai? dekhiye, yahan par kya karna tha hamare ulama ko? main bhi ek madrasay</w:t>
      </w:r>
    </w:p>
    <w:p>
      <w:pPr>
        <w:jc w:val="right"/>
      </w:pPr>
      <w:r>
        <w:t>کرنے کا مطلب کیا ہے؟ دیکھیے، یہاں پر کیا کرنا تھا ہمارے علماء کو؟ میں بھی ایک مدرسے</w:t>
      </w:r>
    </w:p>
    <w:p>
      <w:r>
        <w:rPr>
          <w:b/>
        </w:rPr>
        <w:t xml:space="preserve">[07:58] </w:t>
      </w:r>
      <w:r>
        <w:t>ka parha hua hoon.</w:t>
      </w:r>
    </w:p>
    <w:p>
      <w:pPr>
        <w:jc w:val="right"/>
      </w:pPr>
      <w:r>
        <w:t>کا پڑھا ہوا ہوں۔</w:t>
      </w:r>
    </w:p>
    <w:p>
      <w:r>
        <w:rPr>
          <w:b/>
        </w:rPr>
        <w:t xml:space="preserve">[08:01] </w:t>
      </w:r>
      <w:r>
        <w:t>main bhi ek aalim hoon.</w:t>
      </w:r>
    </w:p>
    <w:p>
      <w:pPr>
        <w:jc w:val="right"/>
      </w:pPr>
      <w:r>
        <w:t>میں بھی ایک عالم ہوں۔</w:t>
      </w:r>
    </w:p>
    <w:p>
      <w:r>
        <w:rPr>
          <w:b/>
        </w:rPr>
        <w:t xml:space="preserve">[08:05] </w:t>
      </w:r>
      <w:r>
        <w:t>lekin khuda ke fazal se maine is ke baad bohat ziyada mutala kiya angrezi kitabon ka, maghribi afkar ka.</w:t>
      </w:r>
    </w:p>
    <w:p>
      <w:pPr>
        <w:jc w:val="right"/>
      </w:pPr>
      <w:r>
        <w:t>لیکن خدا کے فضل سے میں نے اس کے بعد بہت زیادہ مطالعہ کیا انگریزی کتابوں کا، مغربی افکار کا۔</w:t>
      </w:r>
    </w:p>
    <w:p>
      <w:r>
        <w:rPr>
          <w:b/>
        </w:rPr>
        <w:t xml:space="preserve">[08:09] </w:t>
      </w:r>
      <w:r>
        <w:t>to yeh mind ki jo condition thi, khatm ho gayi.</w:t>
      </w:r>
    </w:p>
    <w:p>
      <w:pPr>
        <w:jc w:val="right"/>
      </w:pPr>
      <w:r>
        <w:t>تو یہ مائنڈ کی جو کنڈیشن تھی، ختم ہو گئی۔</w:t>
      </w:r>
    </w:p>
    <w:p>
      <w:r>
        <w:rPr>
          <w:b/>
        </w:rPr>
        <w:t xml:space="preserve">[08:13] </w:t>
      </w:r>
      <w:r>
        <w:t>madrasay mein jo meri condition hui thi, woh toot gayi.</w:t>
      </w:r>
    </w:p>
    <w:p>
      <w:pPr>
        <w:jc w:val="right"/>
      </w:pPr>
      <w:r>
        <w:t>مدرسے میں جو میری کنڈیشن ہوئی تھی، وہ ٹوٹ گئی۔</w:t>
      </w:r>
    </w:p>
    <w:p>
      <w:r>
        <w:rPr>
          <w:b/>
        </w:rPr>
        <w:t xml:space="preserve">[08:17] </w:t>
      </w:r>
      <w:r>
        <w:t>ab mein khulay taur par soch sakta hoon.</w:t>
      </w:r>
    </w:p>
    <w:p>
      <w:pPr>
        <w:jc w:val="right"/>
      </w:pPr>
      <w:r>
        <w:t>اب میں کھلے طور پر سوچ سکتا ہوں۔</w:t>
      </w:r>
    </w:p>
    <w:p>
      <w:r>
        <w:rPr>
          <w:b/>
        </w:rPr>
        <w:t xml:space="preserve">[08:20] </w:t>
      </w:r>
      <w:r>
        <w:t>karna kya tha?</w:t>
      </w:r>
    </w:p>
    <w:p>
      <w:pPr>
        <w:jc w:val="right"/>
      </w:pPr>
      <w:r>
        <w:t>کرنا کیا تھا؟</w:t>
      </w:r>
    </w:p>
    <w:p>
      <w:r>
        <w:rPr>
          <w:b/>
        </w:rPr>
        <w:t xml:space="preserve">[08:24] </w:t>
      </w:r>
      <w:r>
        <w:t>aap is ko parhte.</w:t>
      </w:r>
    </w:p>
    <w:p>
      <w:pPr>
        <w:jc w:val="right"/>
      </w:pPr>
      <w:r>
        <w:t>آپ اس کو پڑھتے۔</w:t>
      </w:r>
    </w:p>
    <w:p>
      <w:r>
        <w:rPr>
          <w:b/>
        </w:rPr>
        <w:t xml:space="preserve">[08:28] </w:t>
      </w:r>
      <w:r>
        <w:t>quran mein hai ke pehle tehqeeq karo.</w:t>
      </w:r>
    </w:p>
    <w:p>
      <w:pPr>
        <w:jc w:val="right"/>
      </w:pPr>
      <w:r>
        <w:t>قرآن میں ہے کہ پہلے تحقیق کرو۔</w:t>
      </w:r>
    </w:p>
    <w:p>
      <w:r>
        <w:rPr>
          <w:b/>
        </w:rPr>
        <w:t xml:space="preserve">[08:33] </w:t>
      </w:r>
      <w:r>
        <w:t>to pata kya chalta hai? ke yeh masla shariyat ka hai hi nahi.</w:t>
      </w:r>
    </w:p>
    <w:p>
      <w:pPr>
        <w:jc w:val="right"/>
      </w:pPr>
      <w:r>
        <w:t>تو پتہ کیا چلتا ہے؟ کہ یہ مسئلہ شریعت کا ہے ہی نہیں۔</w:t>
      </w:r>
    </w:p>
    <w:p>
      <w:r>
        <w:rPr>
          <w:b/>
        </w:rPr>
        <w:t xml:space="preserve">[08:37] </w:t>
      </w:r>
      <w:r>
        <w:t>dekhiye, ek hai parda jo hai, burqa jo hai.</w:t>
      </w:r>
    </w:p>
    <w:p>
      <w:pPr>
        <w:jc w:val="right"/>
      </w:pPr>
      <w:r>
        <w:t>دیکھیے، ایک ہے پردہ جو ہے، برقعہ جو ہے۔</w:t>
      </w:r>
    </w:p>
    <w:p>
      <w:r>
        <w:rPr>
          <w:b/>
        </w:rPr>
        <w:t xml:space="preserve">[08:41] </w:t>
      </w:r>
      <w:r>
        <w:t>ek hai hukum shara'i.</w:t>
      </w:r>
    </w:p>
    <w:p>
      <w:pPr>
        <w:jc w:val="right"/>
      </w:pPr>
      <w:r>
        <w:t>ایک ہے حکم شرعی۔</w:t>
      </w:r>
    </w:p>
    <w:p>
      <w:r>
        <w:rPr>
          <w:b/>
        </w:rPr>
        <w:t xml:space="preserve">[08:46] </w:t>
      </w:r>
      <w:r>
        <w:t>ek hai zaroorat shara'i.</w:t>
      </w:r>
    </w:p>
    <w:p>
      <w:pPr>
        <w:jc w:val="right"/>
      </w:pPr>
      <w:r>
        <w:t>ایک ہے ضرورت شرعی۔</w:t>
      </w:r>
    </w:p>
    <w:p>
      <w:r>
        <w:rPr>
          <w:b/>
        </w:rPr>
        <w:t xml:space="preserve">[08:50] </w:t>
      </w:r>
      <w:r>
        <w:t>to supreme court ka jo judgment judgment tha, is ka koi ta'alluq hukum shara'i se nahi tha.</w:t>
      </w:r>
    </w:p>
    <w:p>
      <w:pPr>
        <w:jc w:val="right"/>
      </w:pPr>
      <w:r>
        <w:t>تو سپریم کورٹ کا جو ججمنٹ ججمنٹ تھا، اس کا کوئی تعلق حکم شرعی سے نہیں تھا۔</w:t>
      </w:r>
    </w:p>
    <w:p>
      <w:r>
        <w:rPr>
          <w:b/>
        </w:rPr>
        <w:t xml:space="preserve">[08:54] </w:t>
      </w:r>
      <w:r>
        <w:t>is ka matlab nahi tha ke aurat burqa pehne ke na pehne, ghar mein, bazaar mein, aanay jaanay</w:t>
      </w:r>
    </w:p>
    <w:p>
      <w:pPr>
        <w:jc w:val="right"/>
      </w:pPr>
      <w:r>
        <w:t>اس کا مطلب نہیں تھا کہ عورت برقعہ پہنے کے نہ پہنے، گھر میں، بازار میں، آنے جانے</w:t>
      </w:r>
    </w:p>
    <w:p>
      <w:r>
        <w:rPr>
          <w:b/>
        </w:rPr>
        <w:t xml:space="preserve">[08:59] </w:t>
      </w:r>
      <w:r>
        <w:t>mein jo chahe kare, woh is ko azaadi hai.</w:t>
      </w:r>
    </w:p>
    <w:p>
      <w:pPr>
        <w:jc w:val="right"/>
      </w:pPr>
      <w:r>
        <w:t>میں جو چاہے کرے، وہ اس کو آزادی ہے۔</w:t>
      </w:r>
    </w:p>
    <w:p>
      <w:r>
        <w:rPr>
          <w:b/>
        </w:rPr>
        <w:t xml:space="preserve">[09:03] </w:t>
      </w:r>
      <w:r>
        <w:t>masla yeh tha ke paanch saal ke baad jo election hota hai, wahan polling booth par jab woh</w:t>
      </w:r>
    </w:p>
    <w:p>
      <w:pPr>
        <w:jc w:val="right"/>
      </w:pPr>
      <w:r>
        <w:t>مسئلہ یہ تھا کہ پانچ سال کے بعد جو الیکشن ہوتا ہے، وہاں پولنگ بوتھ پر جب وہ</w:t>
      </w:r>
    </w:p>
    <w:p>
      <w:r>
        <w:rPr>
          <w:b/>
        </w:rPr>
        <w:t xml:space="preserve">[09:07] </w:t>
      </w:r>
      <w:r>
        <w:t>aaye to kaise is ko pehchana jaye? to is ne kaha ke election commission ne jo tareeqa banaya</w:t>
      </w:r>
    </w:p>
    <w:p>
      <w:pPr>
        <w:jc w:val="right"/>
      </w:pPr>
      <w:r>
        <w:t>آئے تو کیسے اس کو پہچانا جائے؟ تو اس نے کہا کہ الیکشن کمیشن نے جو طریقہ بنایا</w:t>
      </w:r>
    </w:p>
    <w:p>
      <w:r>
        <w:rPr>
          <w:b/>
        </w:rPr>
        <w:t xml:space="preserve">[09:11] </w:t>
      </w:r>
      <w:r>
        <w:t>hai, woh is ko aurat par bhi laagu hoga.</w:t>
      </w:r>
    </w:p>
    <w:p>
      <w:pPr>
        <w:jc w:val="right"/>
      </w:pPr>
      <w:r>
        <w:t>ہے، وہ اس کو عورت پر بھی لاگو ہوگا۔</w:t>
      </w:r>
    </w:p>
    <w:p>
      <w:r>
        <w:rPr>
          <w:b/>
        </w:rPr>
        <w:t xml:space="preserve">[09:16] </w:t>
      </w:r>
      <w:r>
        <w:t>woh in ko bhi photo chipkana parhega apne is par.</w:t>
      </w:r>
    </w:p>
    <w:p>
      <w:pPr>
        <w:jc w:val="right"/>
      </w:pPr>
      <w:r>
        <w:t>وہ ان کو بھی فوٹو چپکانا پڑے گا اپنے اس پر۔</w:t>
      </w:r>
    </w:p>
    <w:p>
      <w:r>
        <w:rPr>
          <w:b/>
        </w:rPr>
        <w:t xml:space="preserve">[09:20] </w:t>
      </w:r>
      <w:r>
        <w:t>to yeh to identity ki baat thi.</w:t>
      </w:r>
    </w:p>
    <w:p>
      <w:pPr>
        <w:jc w:val="right"/>
      </w:pPr>
      <w:r>
        <w:t>تو یہ تو آئیڈینٹی کی بات تھی۔</w:t>
      </w:r>
    </w:p>
    <w:p>
      <w:r>
        <w:rPr>
          <w:b/>
        </w:rPr>
        <w:t xml:space="preserve">[09:24] </w:t>
      </w:r>
      <w:r>
        <w:t>is ka matlab to nahi ke auratein parda chhod dein. aap maloom hai ke jis ko kehte hain zaroorat sharai, yeh identity, is ke liye bohat pehle se auraton ke photo liye ja rahe hain. passport par photo hote hain auraton ka. haj ke liye jaati hain auratein. is mein hi banta hai shanakhti card, wahan photo hota hai. aur bhi legal document par photo hota hai. to wahan yahi ulma wahan par shor nahi m</w:t>
      </w:r>
    </w:p>
    <w:p>
      <w:pPr>
        <w:jc w:val="right"/>
      </w:pPr>
      <w:r>
        <w:t>اس کا مطلب تو نہیں کہ عورتیں پردہ چھوڑ دیں۔ آپ معلوم ہے کہ جس کو کہتے ہیں ضرورت شرعی، یہ آئیڈینٹیٹی، اس کے لیے بہت پہلے سے عورتوں کے فوٹو لیے جا رہے ہیں۔ پاسپورٹ پر فوٹو ہوتے ہیں عورتوں کا۔ حج کے لیے جاتی ہیں عورتیں۔ اس میں ہی بنتا ہے شناختی کارڈ، وہاں فوٹو ہوتا ہے۔ اور بھی لیگل ڈاکومنٹ پر فوٹو ہوتا ہے۔ تو وہاں یہی علماء وہاں پر شور نہیں م</w:t>
      </w:r>
    </w:p>
    <w:p>
      <w:r>
        <w:rPr>
          <w:b/>
        </w:rPr>
        <w:t xml:space="preserve">[09:54] </w:t>
      </w:r>
      <w:r>
        <w:t>chaya, unhon ne.</w:t>
      </w:r>
    </w:p>
    <w:p>
      <w:pPr>
        <w:jc w:val="right"/>
      </w:pPr>
      <w:r>
        <w:t>چایا، انہوں نے۔</w:t>
      </w:r>
    </w:p>
    <w:p>
      <w:r>
        <w:rPr>
          <w:b/>
        </w:rPr>
        <w:t xml:space="preserve">[09:58] </w:t>
      </w:r>
      <w:r>
        <w:t>aur yahan par shor macha rahe hain.</w:t>
      </w:r>
    </w:p>
    <w:p>
      <w:pPr>
        <w:jc w:val="right"/>
      </w:pPr>
      <w:r>
        <w:t>اور یہاں پر شور مچا رہے ہیں۔</w:t>
      </w:r>
    </w:p>
    <w:p>
      <w:r>
        <w:rPr>
          <w:b/>
        </w:rPr>
        <w:t xml:space="preserve">[10:02] </w:t>
      </w:r>
      <w:r>
        <w:t>Why this contradiction? جہاں آئیڈینٹی کا سوال ہو تو وہ ضرورت شرعی کا سوال بن جاتا ہے۔</w:t>
      </w:r>
    </w:p>
    <w:p>
      <w:pPr>
        <w:jc w:val="right"/>
      </w:pPr>
      <w:r>
        <w:t>وائی دس کنٹراڈکشن؟ جہاں آئیڈینٹی کا سوال ہو تو وہ ضرورت شرعی کا سوال بن جاتا ہے۔</w:t>
      </w:r>
    </w:p>
    <w:p>
      <w:r>
        <w:rPr>
          <w:b/>
        </w:rPr>
        <w:t xml:space="preserve">[10:06] </w:t>
      </w:r>
      <w:r>
        <w:t>to madras high court ne ya supreme high court ne yeh kabhi bhi nahi kaha tha ke musalman</w:t>
      </w:r>
    </w:p>
    <w:p>
      <w:pPr>
        <w:jc w:val="right"/>
      </w:pPr>
      <w:r>
        <w:t>تو مدراس ہائی کورٹ نے یا سپریم ہائی کورٹ نے یہ کبھی بھی نہیں کہا تھا کہ مسلمان</w:t>
      </w:r>
    </w:p>
    <w:p>
      <w:r>
        <w:rPr>
          <w:b/>
        </w:rPr>
        <w:t xml:space="preserve">[10:10] </w:t>
      </w:r>
      <w:r>
        <w:t>aurtein burqa na pehnein.</w:t>
      </w:r>
    </w:p>
    <w:p>
      <w:pPr>
        <w:jc w:val="right"/>
      </w:pPr>
      <w:r>
        <w:t>عورتیں برقعہ نہ پہنیں۔</w:t>
      </w:r>
    </w:p>
    <w:p>
      <w:r>
        <w:rPr>
          <w:b/>
        </w:rPr>
        <w:t xml:space="preserve">[10:14] </w:t>
      </w:r>
      <w:r>
        <w:t>bhai, woh aap pehnein ya na pehnein, aap ki azaadi ka maamla hai.</w:t>
      </w:r>
    </w:p>
    <w:p>
      <w:pPr>
        <w:jc w:val="right"/>
      </w:pPr>
      <w:r>
        <w:t>بھئی، وہ آپ پہنے یا نہ پہنیں، آپ کی آزادی کا معاملہ ہے۔</w:t>
      </w:r>
    </w:p>
    <w:p>
      <w:r>
        <w:rPr>
          <w:b/>
        </w:rPr>
        <w:t xml:space="preserve">[10:18] </w:t>
      </w:r>
      <w:r>
        <w:t>woh dekhein, jahan aap ko apni shanakht batana hai, apni identity batana hai, to wahan to aap ko</w:t>
      </w:r>
    </w:p>
    <w:p>
      <w:pPr>
        <w:jc w:val="right"/>
      </w:pPr>
      <w:r>
        <w:t>وہ دیکھیں، جہاں آپ کو اپنی شناخت بتانا ہے، اپنی آئیڈینٹیٹی بتانا ہے، تو وہاں تو آپ کو</w:t>
      </w:r>
    </w:p>
    <w:p>
      <w:r>
        <w:rPr>
          <w:b/>
        </w:rPr>
        <w:t xml:space="preserve">[10:22] </w:t>
      </w:r>
      <w:r>
        <w:t>photo lena parhega.</w:t>
      </w:r>
    </w:p>
    <w:p>
      <w:pPr>
        <w:jc w:val="right"/>
      </w:pPr>
      <w:r>
        <w:t>فوٹو لینا پڑے گا۔</w:t>
      </w:r>
    </w:p>
    <w:p>
      <w:r>
        <w:rPr>
          <w:b/>
        </w:rPr>
        <w:t xml:space="preserve">[10:25] </w:t>
      </w:r>
      <w:r>
        <w:t>yeh tha diffuse karna.</w:t>
      </w:r>
    </w:p>
    <w:p>
      <w:pPr>
        <w:jc w:val="right"/>
      </w:pPr>
      <w:r>
        <w:t>یہ تھا ڈیفیوز کرنا۔</w:t>
      </w:r>
    </w:p>
    <w:p>
      <w:r>
        <w:rPr>
          <w:b/>
        </w:rPr>
        <w:t xml:space="preserve">[10:29] </w:t>
      </w:r>
      <w:r>
        <w:t>to yeh agar hamare ulma yeh karte ke bhai, is ko tum sharai masla kyun banate ho? yeh</w:t>
      </w:r>
    </w:p>
    <w:p>
      <w:pPr>
        <w:jc w:val="right"/>
      </w:pPr>
      <w:r>
        <w:t>تو یہ اگر ہمارے علماء یہ کرتے کہ بھئی، اس کو تم شرعی مسئلہ کیوں بناتے ہو؟ یہ</w:t>
      </w:r>
    </w:p>
    <w:p>
      <w:r>
        <w:rPr>
          <w:b/>
        </w:rPr>
        <w:t xml:space="preserve">[10:33] </w:t>
      </w:r>
      <w:r>
        <w:t>to shanakht ka masla hai, pehchan ka masla hai.</w:t>
      </w:r>
    </w:p>
    <w:p>
      <w:pPr>
        <w:jc w:val="right"/>
      </w:pPr>
      <w:r>
        <w:t>تو شناخت کا مسئلہ ہے، پہچان کا مسئلہ ہے۔</w:t>
      </w:r>
    </w:p>
    <w:p>
      <w:r>
        <w:rPr>
          <w:b/>
        </w:rPr>
        <w:t xml:space="preserve">[10:37] </w:t>
      </w:r>
      <w:r>
        <w:t>aur pehchan ke liye hum is se pehle hi is ko jaiz qarar diye hue hain, passport mein</w:t>
      </w:r>
    </w:p>
    <w:p>
      <w:pPr>
        <w:jc w:val="right"/>
      </w:pPr>
      <w:r>
        <w:t>اور پہچان کے لیے ہم اس سے پہلے ہی اس کو جائز قرار دیے ہوئے ہیں، پاسپورٹ میں</w:t>
      </w:r>
    </w:p>
    <w:p>
      <w:r>
        <w:rPr>
          <w:b/>
        </w:rPr>
        <w:t xml:space="preserve">[10:40] </w:t>
      </w:r>
      <w:r>
        <w:t>aur doosre legal document mein.</w:t>
      </w:r>
    </w:p>
    <w:p>
      <w:pPr>
        <w:jc w:val="right"/>
      </w:pPr>
      <w:r>
        <w:t>اور دوسرے لیگل ڈاکومنٹ میں۔</w:t>
      </w:r>
    </w:p>
    <w:p>
      <w:r>
        <w:rPr>
          <w:b/>
        </w:rPr>
        <w:t xml:space="preserve">[10:44] </w:t>
      </w:r>
      <w:r>
        <w:t>ya diffuse karna.</w:t>
      </w:r>
    </w:p>
    <w:p>
      <w:pPr>
        <w:jc w:val="right"/>
      </w:pPr>
      <w:r>
        <w:t>یا ڈیفیوز کرنا۔</w:t>
      </w:r>
    </w:p>
    <w:p>
      <w:r>
        <w:rPr>
          <w:b/>
        </w:rPr>
        <w:t xml:space="preserve">[10:48] </w:t>
      </w:r>
      <w:r>
        <w:t>ab log uljhe hue hain, isi uljhe hue hain, isi uljhe hue hain.</w:t>
      </w:r>
    </w:p>
    <w:p>
      <w:pPr>
        <w:jc w:val="right"/>
      </w:pPr>
      <w:r>
        <w:t>اب لوگ الجھے ہوئے ہیں، اسی الجھے ہوئے ہیں، اسی الجھے ہوئے ہیں۔</w:t>
      </w:r>
    </w:p>
    <w:p>
      <w:r>
        <w:rPr>
          <w:b/>
        </w:rPr>
        <w:t xml:space="preserve">[10:52] </w:t>
      </w:r>
      <w:r>
        <w:t>to bar bar aise waqiat hote hain aur musalman ulma aur rehnuma is mein</w:t>
      </w:r>
    </w:p>
    <w:p>
      <w:pPr>
        <w:jc w:val="right"/>
      </w:pPr>
      <w:r>
        <w:t>تو بار بار ایسے واقعات ہوتے ہیں اور مسلمان علماء اور رہنما اس میں</w:t>
      </w:r>
    </w:p>
    <w:p>
      <w:r>
        <w:rPr>
          <w:b/>
        </w:rPr>
        <w:t xml:space="preserve">[10:55] </w:t>
      </w:r>
      <w:r>
        <w:t>ulajh jaate hain. wahan par diffuse nahi kar paate. jaise kitaab chhapi salman rizvi ki "setic verses". ab saari duniya mein shor mach gaya. main akela tha jo is se alag raha. sab log shor macha rahe hain. maine is ke baad bajaye kya kiya? maine kitaabein likhein. aisi denmark ka cartoon ka masla paida hua. wahan bhi shor macha hua hai saari duniya mein. main bhi is se alag raha. maine</w:t>
      </w:r>
    </w:p>
    <w:p>
      <w:pPr>
        <w:jc w:val="right"/>
      </w:pPr>
      <w:r>
        <w:t>الجھ جاتے ہیں۔ وہاں پر ڈیفیوز نہیں کر پاتے۔ جیسے کتاب چھپی سلمان رضوی کی "سیٹک ورسز"۔ اب ساری دنیا میں شور مچ گیا۔ میں اکیلا تھا جو اس سے الگ رہا۔ سب لوگ شور مچا رہے ہیں۔ میں نے اس کے بعد بجائے کیا کیا؟ میں نے کتابیں لکھیں۔ ایسی ڈنمارک کا کارٹون کا مسئلہ پیدا ہوا۔ وہاں بھی شور مچا ہوا ہے ساری دنیا میں۔ میں بھی اس سے الگ رہا۔ میں نے</w:t>
      </w:r>
    </w:p>
    <w:p>
      <w:r>
        <w:rPr>
          <w:b/>
        </w:rPr>
        <w:t xml:space="preserve">[11:25] </w:t>
      </w:r>
      <w:r>
        <w:t>bhi kitab likhi.</w:t>
      </w:r>
    </w:p>
    <w:p>
      <w:pPr>
        <w:jc w:val="right"/>
      </w:pPr>
      <w:r>
        <w:t>بھی کتاب لکھی۔</w:t>
      </w:r>
    </w:p>
    <w:p>
      <w:r>
        <w:rPr>
          <w:b/>
        </w:rPr>
        <w:t xml:space="preserve">[11:32] </w:t>
      </w:r>
      <w:r>
        <w:t>to dekhiye, is tarah ke jo waqiat hote hain, in ko aap positive sense mein lein to aap</w:t>
      </w:r>
    </w:p>
    <w:p>
      <w:pPr>
        <w:jc w:val="right"/>
      </w:pPr>
      <w:r>
        <w:t>تو دیکھیے، اس طرح کے جو واقعات ہوتے ہیں، ان کو آپ پازیٹیو سینس میں لیں تو آپ</w:t>
      </w:r>
    </w:p>
    <w:p>
      <w:r>
        <w:rPr>
          <w:b/>
        </w:rPr>
        <w:t xml:space="preserve">[11:38] </w:t>
      </w:r>
      <w:r>
        <w:t>kahenge ke yeh to news create hui hai, is ko istemal karo.</w:t>
      </w:r>
    </w:p>
    <w:p>
      <w:pPr>
        <w:jc w:val="right"/>
      </w:pPr>
      <w:r>
        <w:t>کہیں گے کہ یہ تو نیوز کریٹ ہوئی ہے، اس کو استعمال کرو۔</w:t>
      </w:r>
    </w:p>
    <w:p>
      <w:r>
        <w:rPr>
          <w:b/>
        </w:rPr>
        <w:t xml:space="preserve">[11:44] </w:t>
      </w:r>
      <w:r>
        <w:t>is ko negative sense mein kyun lete ho? Islam mein sabr ki bohat zyada taleem di gayi hai. sabr.</w:t>
      </w:r>
    </w:p>
    <w:p>
      <w:pPr>
        <w:jc w:val="right"/>
      </w:pPr>
      <w:r>
        <w:t>اس کو نیگیٹیو سینس میں کیوں لیتے ہو؟ اسلام میں صبر کی بہت زیادہ تعلیم دی گئی ہے۔ صبر۔</w:t>
      </w:r>
    </w:p>
    <w:p>
      <w:r>
        <w:rPr>
          <w:b/>
        </w:rPr>
        <w:t xml:space="preserve">[11:50] </w:t>
      </w:r>
      <w:r>
        <w:t>sabr kya hai? sabr ka matlab kya hai? sabr koi passivity nahi hai, cowardice nahi hai, buzdiil nahi hai.</w:t>
      </w:r>
    </w:p>
    <w:p>
      <w:pPr>
        <w:jc w:val="right"/>
      </w:pPr>
      <w:r>
        <w:t>صبر کیا ہے؟ صبر کا مطلب کیا ہے؟ صبر کوئی پیسیوٹی نہیں ہے، کاؤبرٹس نہیں ہے، بزدلی نہیں ہے۔</w:t>
      </w:r>
    </w:p>
    <w:p>
      <w:r>
        <w:rPr>
          <w:b/>
        </w:rPr>
        <w:t xml:space="preserve">[11:56] </w:t>
      </w:r>
      <w:r>
        <w:t>Sabr means giving positive response in negative situations.</w:t>
      </w:r>
    </w:p>
    <w:p>
      <w:pPr>
        <w:jc w:val="right"/>
      </w:pPr>
      <w:r>
        <w:t>صبر مینز گیونگ پازیٹیو رسپانس ان ان نیگیٹیو سچویشنز۔</w:t>
      </w:r>
    </w:p>
    <w:p>
      <w:r>
        <w:rPr>
          <w:b/>
        </w:rPr>
        <w:t xml:space="preserve">[12:01] </w:t>
      </w:r>
      <w:r>
        <w:t>yeh isi hi sabr hai.</w:t>
      </w:r>
    </w:p>
    <w:p>
      <w:pPr>
        <w:jc w:val="right"/>
      </w:pPr>
      <w:r>
        <w:t>یہ اسی ہی صبر ہے۔</w:t>
      </w:r>
    </w:p>
    <w:p>
      <w:r>
        <w:rPr>
          <w:b/>
        </w:rPr>
        <w:t xml:space="preserve">[12:06] </w:t>
      </w:r>
      <w:r>
        <w:t>to main ne Khuda ke fazl se sabr kiya Salman Rizvi ke mamle mein, Denmark ke cartoon ke</w:t>
      </w:r>
    </w:p>
    <w:p>
      <w:pPr>
        <w:jc w:val="right"/>
      </w:pPr>
      <w:r>
        <w:t>تو میں نے خدا کے فضل سے صبر کیا سلمان رضوی کے معاملے میں، ڈنمارک کے کارٹون کے</w:t>
      </w:r>
    </w:p>
    <w:p>
      <w:r>
        <w:rPr>
          <w:b/>
        </w:rPr>
        <w:t xml:space="preserve">[12:11] </w:t>
      </w:r>
      <w:r>
        <w:t>mamle mein, aur jo doosre mamlat hain.</w:t>
      </w:r>
    </w:p>
    <w:p>
      <w:pPr>
        <w:jc w:val="right"/>
      </w:pPr>
      <w:r>
        <w:t>معاملے میں، اور جو دوسرے معاملات ہیں۔</w:t>
      </w:r>
    </w:p>
    <w:p>
      <w:r>
        <w:rPr>
          <w:b/>
        </w:rPr>
        <w:t xml:space="preserve">[12:16] </w:t>
      </w:r>
      <w:r>
        <w:t>to mujhe samajh mein aaya ke is se kyun uljhe hain hum? to hum ne apni team ko</w:t>
      </w:r>
    </w:p>
    <w:p>
      <w:pPr>
        <w:jc w:val="right"/>
      </w:pPr>
      <w:r>
        <w:t>تو مجھے سمجھ میں آیا کہ اس سے کیوں الجھے ہیں ہم؟ تو ہم نے اپنی ٹیم کو</w:t>
      </w:r>
    </w:p>
    <w:p>
      <w:r>
        <w:rPr>
          <w:b/>
        </w:rPr>
        <w:t xml:space="preserve">[12:21] </w:t>
      </w:r>
      <w:r>
        <w:t>le kar Khuda ke fazl se Quran ka English tarjuma chhapwaya,</w:t>
      </w:r>
    </w:p>
    <w:p>
      <w:pPr>
        <w:jc w:val="right"/>
      </w:pPr>
      <w:r>
        <w:t>لے کر خدا کے فضل سے قرآن کا انگلش ترجمہ چھپوایا،</w:t>
      </w:r>
    </w:p>
    <w:p>
      <w:r>
        <w:rPr>
          <w:b/>
        </w:rPr>
        <w:t xml:space="preserve">[12:26] </w:t>
      </w:r>
      <w:r>
        <w:t>seerat par kitaab likhi, prophet of peace tayyar ki, aur ali sahib ka "god arises", "mazhab de challenge" waghera, aisi itni saari kitabein. yeh is ko hum ne pata hai aur news liya. to jab bhi aisi koi situation create ho, isi mein se aap isi ko le lijiye supreme court ke faisle ko. to is ko aap lein ke yeh to news, yeh news create hui hai, is ko avail karo dawat ke liye, islam ke</w:t>
      </w:r>
    </w:p>
    <w:p>
      <w:pPr>
        <w:jc w:val="right"/>
      </w:pPr>
      <w:r>
        <w:t>سیرت پر کتاب لکھی، پرافٹ آف پیس تیار کی، اور علی صاحب کا "گاڈ ارائزز"، "مذہب دے چیلنج" وغیرہ، ایسی اتنی ساری کتابیں۔ یہ اس کو ہم نے پتہ ہے اور نیوز لیا۔ تو جب بھی ایسی کوئی سچوئیشن کریٹ ہو، اسی میں سے آپ اسی کو لے لیجئے سپریم کورٹ کے فیصلے کو۔ تو اس کو آپ لیں کہ یہ تو نیوز، یہ نیوز کریٹ ہوئی ہے، اس کو اویل کرو دعوت کے لیے، اسلام کے</w:t>
      </w:r>
    </w:p>
    <w:p>
      <w:r>
        <w:rPr>
          <w:b/>
        </w:rPr>
        <w:t xml:space="preserve">[12:56] </w:t>
      </w:r>
      <w:r>
        <w:t>ta'aruf ke liye.</w:t>
      </w:r>
    </w:p>
    <w:p>
      <w:pPr>
        <w:jc w:val="right"/>
      </w:pPr>
      <w:r>
        <w:t>تعارف کے لیے۔</w:t>
      </w:r>
    </w:p>
    <w:p>
      <w:r>
        <w:rPr>
          <w:b/>
        </w:rPr>
        <w:t xml:space="preserve">[13:01] </w:t>
      </w:r>
      <w:r>
        <w:t>to kyunke maqsad wazeh nahi hai, zindagi Khuda ne humein paida kyun kiya hai, yeh nahi jante.</w:t>
      </w:r>
    </w:p>
    <w:p>
      <w:pPr>
        <w:jc w:val="right"/>
      </w:pPr>
      <w:r>
        <w:t>تو کیونکہ مقصد واضح نہیں ہے، زندگی خدا نے ہمیں پیدا کیوں کیا ہے، یہ نہیں جانتے۔</w:t>
      </w:r>
    </w:p>
    <w:p>
      <w:r>
        <w:rPr>
          <w:b/>
        </w:rPr>
        <w:t xml:space="preserve">[13:06] </w:t>
      </w:r>
      <w:r>
        <w:t>bas waqti halaat par react karenge, react kar ke shor machayenge, aur phir apne</w:t>
      </w:r>
    </w:p>
    <w:p>
      <w:pPr>
        <w:jc w:val="right"/>
      </w:pPr>
      <w:r>
        <w:t>بس وقتی حالات پر ری ایکٹ کریں گے، ری ایکٹ کر کے شور مچائیں گے، اور پھر اپنے</w:t>
      </w:r>
    </w:p>
    <w:p>
      <w:r>
        <w:rPr>
          <w:b/>
        </w:rPr>
        <w:t xml:space="preserve">[13:11] </w:t>
      </w:r>
      <w:r>
        <w:t>kaam mein chale jayenge.</w:t>
      </w:r>
    </w:p>
    <w:p>
      <w:pPr>
        <w:jc w:val="right"/>
      </w:pPr>
      <w:r>
        <w:t>کام میں چلے جائیں گے۔</w:t>
      </w:r>
    </w:p>
    <w:p>
      <w:r>
        <w:rPr>
          <w:b/>
        </w:rPr>
        <w:t xml:space="preserve">[13:16] </w:t>
      </w:r>
      <w:r>
        <w:t>ab main aap ko bohat peechhe lana chahta hoon, bohat peechhe.</w:t>
      </w:r>
    </w:p>
    <w:p>
      <w:pPr>
        <w:jc w:val="right"/>
      </w:pPr>
      <w:r>
        <w:t>اب میں آپ کو بہت پیچھے لانا چاہتا ہوں، بہت پیچھے۔</w:t>
      </w:r>
    </w:p>
    <w:p>
      <w:r>
        <w:rPr>
          <w:b/>
        </w:rPr>
        <w:t xml:space="preserve">[13:21] </w:t>
      </w:r>
      <w:r>
        <w:t>dekhein, Allah taala ne yeh zameen banai,</w:t>
      </w:r>
    </w:p>
    <w:p>
      <w:pPr>
        <w:jc w:val="right"/>
      </w:pPr>
      <w:r>
        <w:t>دیکھیں، اللہ تعالیٰ نے یہ زمین بنائی،</w:t>
      </w:r>
    </w:p>
    <w:p>
      <w:r>
        <w:rPr>
          <w:b/>
        </w:rPr>
        <w:t xml:space="preserve">[13:27] </w:t>
      </w:r>
      <w:r>
        <w:t>yani poora world banaya, phir solar system banaya, phir yeh zameen banai, jahan par life support system tha waghera. to allah taala ki is ki kya thi? wahi marifat. insan jo hai, is ko main ne aap se arz kiya hai ke discovery method hai allah taala ka tareeqa. discovery method aap daryaft karein, discover kar ke is ko. discovery method hai allah taala ka tareeqa. to allah taala ne kya</w:t>
      </w:r>
    </w:p>
    <w:p>
      <w:pPr>
        <w:jc w:val="right"/>
      </w:pPr>
      <w:r>
        <w:t>یعنی پورا ورلڈ بنایا، پھر سولر سسٹم بنایا، پھر یہ زمین بنائی، جہاں پر لائف سپورٹ سسٹم تھا وغیرہ۔ تو اللہ تعالیٰ کی اس کی کیا تھی؟ وہی معرفت۔ انسان جو ہے، اس کو میں نے آپ سے عرض کیا ہے کہ ڈسکوری میتھڈ ہے اللہ تعالیٰ کا طریقہ۔ ڈسکوری میتھڈ آپ دریافت کریں، ڈسکور کر کے اس کو۔ ڈسکوری میتھڈ ہے اللہ تعالیٰ کا طریقہ۔ تو اللہ تعالیٰ نے کیا</w:t>
      </w:r>
    </w:p>
    <w:p>
      <w:r>
        <w:rPr>
          <w:b/>
        </w:rPr>
        <w:t xml:space="preserve">[13:57] </w:t>
      </w:r>
      <w:r>
        <w:t>kya? ke in matloob yeh tha ke insan ma'arfat hasil kare, aur ma'arfat koi choti moti cheez nahi</w:t>
      </w:r>
    </w:p>
    <w:p>
      <w:pPr>
        <w:jc w:val="right"/>
      </w:pPr>
      <w:r>
        <w:t>کیا؟ کہ ان مطلوب یہ تھا کہ انسان معرفت حاصل کرے، اور معرفت کوئی چھوٹی موٹی چیز نہیں</w:t>
      </w:r>
    </w:p>
    <w:p>
      <w:r>
        <w:rPr>
          <w:b/>
        </w:rPr>
        <w:t xml:space="preserve">[14:03] </w:t>
      </w:r>
      <w:r>
        <w:t>hai ke koi ek glass hai, us ko dekh liya, aap ne jaan liya ke abhi glass hai.</w:t>
      </w:r>
    </w:p>
    <w:p>
      <w:pPr>
        <w:jc w:val="right"/>
      </w:pPr>
      <w:r>
        <w:t>ہے کہ کوئی ایک گلاس ہے، اس کو دیکھ لیا، آپ نے جان لیا کہ ابھی گلاس ہے۔</w:t>
      </w:r>
    </w:p>
    <w:p>
      <w:r>
        <w:rPr>
          <w:b/>
        </w:rPr>
        <w:t xml:space="preserve">[14:09] </w:t>
      </w:r>
      <w:r>
        <w:t>marifat to unlimited items ko unfold karna tha.</w:t>
      </w:r>
    </w:p>
    <w:p>
      <w:pPr>
        <w:jc w:val="right"/>
      </w:pPr>
      <w:r>
        <w:t>معرفت تو ان لمیٹڈ آئٹمز کو ان فولڈ کرنا تھا۔</w:t>
      </w:r>
    </w:p>
    <w:p>
      <w:r>
        <w:rPr>
          <w:b/>
        </w:rPr>
        <w:t xml:space="preserve">[14:15] </w:t>
      </w:r>
      <w:r>
        <w:t>khuda ke jalwe, khuda ke aala, khudaye kamalat, wo sab isi nature mein, isi creation mein chhupe hue hain.</w:t>
      </w:r>
    </w:p>
    <w:p>
      <w:pPr>
        <w:jc w:val="right"/>
      </w:pPr>
      <w:r>
        <w:t>خدا کے جلوے، خدا کے اعلیٰ، خدائے کمالات، وہ سب اسی نیچر میں، اسی کریشن میں چھپے ہوئے ہیں۔</w:t>
      </w:r>
    </w:p>
    <w:p>
      <w:r>
        <w:rPr>
          <w:b/>
        </w:rPr>
        <w:t xml:space="preserve">[14:21] </w:t>
      </w:r>
      <w:r>
        <w:t>aur ye khud</w:t>
      </w:r>
    </w:p>
    <w:p>
      <w:pPr>
        <w:jc w:val="right"/>
      </w:pPr>
      <w:r>
        <w:t>اور یہ خود</w:t>
      </w:r>
    </w:p>
    <w:p>
      <w:r>
        <w:rPr>
          <w:b/>
        </w:rPr>
        <w:t xml:space="preserve">[14:27] </w:t>
      </w:r>
      <w:r>
        <w:t>quran mein is ka ishara maujood hai: "sanawari hum ayatana fi afaq wa fi al-fusahum hatta yatabayanah".</w:t>
      </w:r>
    </w:p>
    <w:p>
      <w:pPr>
        <w:jc w:val="right"/>
      </w:pPr>
      <w:r>
        <w:t>قرآن میں اس کا اشارہ موجود ہے: "سنوری ہم آیاتنا فی آفاق و فی الفسہم حتیٰ یتبی منہ"۔</w:t>
      </w:r>
    </w:p>
    <w:p>
      <w:r>
        <w:rPr>
          <w:b/>
        </w:rPr>
        <w:t xml:space="preserve">[14:33] </w:t>
      </w:r>
      <w:r>
        <w:t>ye afaq aur anfus mein Allah taala ne sab daal diya hai, ye feed kar diya hai. feed!</w:t>
      </w:r>
    </w:p>
    <w:p>
      <w:pPr>
        <w:jc w:val="right"/>
      </w:pPr>
      <w:r>
        <w:t>یہ آفاق اور انفس میں اللہ تعالیٰ نے سب ڈال دیا ہے، یہ فیڈ کر دیا ہے۔ فیڈ!</w:t>
      </w:r>
    </w:p>
    <w:p>
      <w:r>
        <w:rPr>
          <w:b/>
        </w:rPr>
        <w:t xml:space="preserve">[14:39] </w:t>
      </w:r>
      <w:r>
        <w:t>is ko unfold karo, is ko discover karo, is ko nikalo, is se phir Allah ki marifat hasil karo.</w:t>
      </w:r>
    </w:p>
    <w:p>
      <w:pPr>
        <w:jc w:val="right"/>
      </w:pPr>
      <w:r>
        <w:t>اس کو ان فولڈ کرو، اس کو ڈسکور کرو، اس کو نکالو، اس سے پھر اللہ کی معرفت حاصل کرو۔</w:t>
      </w:r>
    </w:p>
    <w:p>
      <w:r>
        <w:rPr>
          <w:b/>
        </w:rPr>
        <w:t xml:space="preserve">[14:45] </w:t>
      </w:r>
      <w:r>
        <w:t>Allah mein jeena seekho, Allah ki glory ko daryaft karo.</w:t>
      </w:r>
    </w:p>
    <w:p>
      <w:pPr>
        <w:jc w:val="right"/>
      </w:pPr>
      <w:r>
        <w:t>اللہ میں جینا سیکھو، اللہ کی گلوری کو دریافت کرو۔</w:t>
      </w:r>
    </w:p>
    <w:p>
      <w:r>
        <w:rPr>
          <w:b/>
        </w:rPr>
        <w:t xml:space="preserve">[14:51] </w:t>
      </w:r>
      <w:r>
        <w:t>god oriented life ho sake tumhari, is ke qail banao apne aap</w:t>
      </w:r>
    </w:p>
    <w:p>
      <w:pPr>
        <w:jc w:val="right"/>
      </w:pPr>
      <w:r>
        <w:t>گاڈ اورینٹڈ لائف ہو سکے تمہاری، اس کے قائل بناؤ اپنے آپ</w:t>
      </w:r>
    </w:p>
    <w:p>
      <w:r>
        <w:rPr>
          <w:b/>
        </w:rPr>
        <w:t xml:space="preserve">[14:57] </w:t>
      </w:r>
      <w:r>
        <w:t>ko.</w:t>
      </w:r>
    </w:p>
    <w:p>
      <w:pPr>
        <w:jc w:val="right"/>
      </w:pPr>
      <w:r>
        <w:t>کو۔</w:t>
      </w:r>
    </w:p>
    <w:p>
      <w:r>
        <w:rPr>
          <w:b/>
        </w:rPr>
        <w:t xml:space="preserve">[15:05] </w:t>
      </w:r>
      <w:r>
        <w:t>to jahan tak main samajhta hoon ke islam ke teen khaas basic principle hain: tauheed, akhirat, aur nubuwat.</w:t>
      </w:r>
    </w:p>
    <w:p>
      <w:pPr>
        <w:jc w:val="right"/>
      </w:pPr>
      <w:r>
        <w:t>تو جہاں تک میں سمجھتا ہوں کہ اسلام کے تین خاص بیسک پرنسپل ہیں: توحید، آخرت، اور نبوت۔</w:t>
      </w:r>
    </w:p>
    <w:p>
      <w:r>
        <w:rPr>
          <w:b/>
        </w:rPr>
        <w:t xml:space="preserve">[15:12] </w:t>
      </w:r>
      <w:r>
        <w:t>basic principle yani pehle pehla kya hai? is is duniya ka ek khaliq hai, ek creator hai, wo ek hai.</w:t>
      </w:r>
    </w:p>
    <w:p>
      <w:pPr>
        <w:jc w:val="right"/>
      </w:pPr>
      <w:r>
        <w:t>بیسک پرنسپل یعنی پہلے پہلا کیا ہے؟ اس اس دنیا کا ایک خالق ہے، ایک کریٹر ہے، وہ ایک ہے۔</w:t>
      </w:r>
    </w:p>
    <w:p>
      <w:r>
        <w:rPr>
          <w:b/>
        </w:rPr>
        <w:t xml:space="preserve">[15:20] </w:t>
      </w:r>
      <w:r>
        <w:t>to existence of god ko daryaft karna, ye hai tauheed.</w:t>
      </w:r>
    </w:p>
    <w:p>
      <w:pPr>
        <w:jc w:val="right"/>
      </w:pPr>
      <w:r>
        <w:t>تو ایگزسٹنس آف گاڈ کو دریافت کرنا، یہ ہے توحید۔</w:t>
      </w:r>
    </w:p>
    <w:p>
      <w:r>
        <w:rPr>
          <w:b/>
        </w:rPr>
        <w:t xml:space="preserve">[15:28] </w:t>
      </w:r>
      <w:r>
        <w:t>dusra kya hai? nubuwat.</w:t>
      </w:r>
    </w:p>
    <w:p>
      <w:pPr>
        <w:jc w:val="right"/>
      </w:pPr>
      <w:r>
        <w:t>دوسرا کیا ہے؟ نبوت۔</w:t>
      </w:r>
    </w:p>
    <w:p>
      <w:r>
        <w:rPr>
          <w:b/>
        </w:rPr>
        <w:t xml:space="preserve">[15:32] </w:t>
      </w:r>
      <w:r>
        <w:t>yani aap ye ye ye jaan saken ke hum khuda ki guidance ko nabi ke zariye janenge,</w:t>
      </w:r>
    </w:p>
    <w:p>
      <w:pPr>
        <w:jc w:val="right"/>
      </w:pPr>
      <w:r>
        <w:t>یعنی آپ یہ یہ یہ جان سکیں کہ ہم خدا کی گائیڈنس کو نبی کے ذریعے جانیں گے،</w:t>
      </w:r>
    </w:p>
    <w:p>
      <w:r>
        <w:rPr>
          <w:b/>
        </w:rPr>
        <w:t xml:space="preserve">[15:37] </w:t>
      </w:r>
      <w:r>
        <w:t>nabi ke baghair nahi ja sakte.</w:t>
      </w:r>
    </w:p>
    <w:p>
      <w:pPr>
        <w:jc w:val="right"/>
      </w:pPr>
      <w:r>
        <w:t>نبی کے بغیر نہیں جا سکتے۔</w:t>
      </w:r>
    </w:p>
    <w:p>
      <w:r>
        <w:rPr>
          <w:b/>
        </w:rPr>
        <w:t xml:space="preserve">[15:41] </w:t>
      </w:r>
      <w:r>
        <w:t>aur dusri cheez hai: "creation plan of god".</w:t>
      </w:r>
    </w:p>
    <w:p>
      <w:pPr>
        <w:jc w:val="right"/>
      </w:pPr>
      <w:r>
        <w:t>اور دوسری چیز ہے: "کریشن پلان آف گاڈ"۔</w:t>
      </w:r>
    </w:p>
    <w:p>
      <w:r>
        <w:rPr>
          <w:b/>
        </w:rPr>
        <w:t xml:space="preserve">[15:46] </w:t>
      </w:r>
      <w:r>
        <w:t>ye duniya is liye nahi banai gayi ke yahin aap jannat apni bana len, yahin aap aram o aish karen.</w:t>
      </w:r>
    </w:p>
    <w:p>
      <w:pPr>
        <w:jc w:val="right"/>
      </w:pPr>
      <w:r>
        <w:t>یہ دنیا اس لیے نہیں بنائی گئی کہ یہیں آپ جنت اپنی بنا لیں، یہیں آپ آرام و عیش کریں۔</w:t>
      </w:r>
    </w:p>
    <w:p>
      <w:r>
        <w:rPr>
          <w:b/>
        </w:rPr>
        <w:t xml:space="preserve">[15:50] </w:t>
      </w:r>
      <w:r>
        <w:t>is liye nahi banai gayi hai, wo to baad ko aane wali hai.</w:t>
      </w:r>
    </w:p>
    <w:p>
      <w:pPr>
        <w:jc w:val="right"/>
      </w:pPr>
      <w:r>
        <w:t>اس لیے نہیں بنائی گئی ہے، وہ تو بعد کو آنے والی ہے۔</w:t>
      </w:r>
    </w:p>
    <w:p>
      <w:r>
        <w:rPr>
          <w:b/>
        </w:rPr>
        <w:t xml:space="preserve">[15:54] </w:t>
      </w:r>
      <w:r>
        <w:t>ye teen cheezen hain.</w:t>
      </w:r>
    </w:p>
    <w:p>
      <w:pPr>
        <w:jc w:val="right"/>
      </w:pPr>
      <w:r>
        <w:t>یہ تین چیزیں ہیں۔</w:t>
      </w:r>
    </w:p>
    <w:p>
      <w:r>
        <w:rPr>
          <w:b/>
        </w:rPr>
        <w:t xml:space="preserve">[15:59] </w:t>
      </w:r>
      <w:r>
        <w:t>to jo safar marifat hai, wo isi ko unfold karne ke liye tha.</w:t>
      </w:r>
    </w:p>
    <w:p>
      <w:pPr>
        <w:jc w:val="right"/>
      </w:pPr>
      <w:r>
        <w:t>تو جو سفر معرفت ہے، وہ اسی کو ان فولڈ کرنے کے لیے تھا۔</w:t>
      </w:r>
    </w:p>
    <w:p>
      <w:r>
        <w:rPr>
          <w:b/>
        </w:rPr>
        <w:t xml:space="preserve">[16:04] </w:t>
      </w:r>
      <w:r>
        <w:t>dekhiye, paighambaron ke zariye, prophet ke zariye, aqeedah ke taur par baat bata di gayi aap ko.</w:t>
      </w:r>
    </w:p>
    <w:p>
      <w:pPr>
        <w:jc w:val="right"/>
      </w:pPr>
      <w:r>
        <w:t>دیکھیے، پیغمبروں کے ذریعے، پرافٹ کے ذریعے، عقیدے کے طور پر بات بتا دی گئی آپ کو۔</w:t>
      </w:r>
    </w:p>
    <w:p>
      <w:r>
        <w:rPr>
          <w:b/>
        </w:rPr>
        <w:t xml:space="preserve">[16:09] </w:t>
      </w:r>
      <w:r>
        <w:t>aqeedah aaya, nazariya aaya, theory ke taur par bata di gayi aap ko sab cheez.</w:t>
      </w:r>
    </w:p>
    <w:p>
      <w:pPr>
        <w:jc w:val="right"/>
      </w:pPr>
      <w:r>
        <w:t>عقیدہ آیا، نظریہ آیا، تھیوری کے طور پر بتا دی گئی آپ کو سب چیز۔</w:t>
      </w:r>
    </w:p>
    <w:p>
      <w:r>
        <w:rPr>
          <w:b/>
        </w:rPr>
        <w:t xml:space="preserve">[16:14] </w:t>
      </w:r>
      <w:r>
        <w:t>اس کو سائنٹیفک لیول پر، علم کے لیول پر، یا ریزن کے لیول پر establish کرنا، یہ آپ</w:t>
      </w:r>
    </w:p>
    <w:p>
      <w:pPr>
        <w:jc w:val="right"/>
      </w:pPr>
      <w:r>
        <w:t>اس کو سائنٹیفک لیول پر، علم کے لیول پر، یا ریزن کے لیول پر اسٹیبلش کرنا، یہ آپ</w:t>
      </w:r>
    </w:p>
    <w:p>
      <w:r>
        <w:rPr>
          <w:b/>
        </w:rPr>
        <w:t xml:space="preserve">[16:19] </w:t>
      </w:r>
      <w:r>
        <w:t>ka kaam tha.</w:t>
      </w:r>
    </w:p>
    <w:p>
      <w:pPr>
        <w:jc w:val="right"/>
      </w:pPr>
      <w:r>
        <w:t>کا کام تھا۔</w:t>
      </w:r>
    </w:p>
    <w:p>
      <w:r>
        <w:rPr>
          <w:b/>
        </w:rPr>
        <w:t xml:space="preserve">[16:24] </w:t>
      </w:r>
      <w:r>
        <w:t>paighambar isi liye aaye, shuru se aaye ke insaan ko</w:t>
      </w:r>
    </w:p>
    <w:p>
      <w:pPr>
        <w:jc w:val="right"/>
      </w:pPr>
      <w:r>
        <w:t>پیغمبر اسی لیے آئے، شروع سے آئے کہ انسان کو</w:t>
      </w:r>
    </w:p>
    <w:p>
      <w:r>
        <w:rPr>
          <w:b/>
        </w:rPr>
        <w:t xml:space="preserve">[16:29] </w:t>
      </w:r>
      <w:r>
        <w:t>yeh bata dein, theoretical sense mein, ideological sense mein, ya aqeeday ke sense mein ke yeh cheezein hain jo tumhein manna hai. is cheez ko reestablish karna, woh kaam karna tha aap ko natures ki discovery ke zariye se. yeh supporting evidence yahan maujood tha, allah taala ne maujood kar diya tha pehle. yani paighambaron ke zariye jo baatein batai gayi thi, us ke haq mein jo supporting evidence tha, woh isi maujood tha, isi nature</w:t>
      </w:r>
    </w:p>
    <w:p>
      <w:pPr>
        <w:jc w:val="right"/>
      </w:pPr>
      <w:r>
        <w:t>یہ بتا دیں، تھیورٹیکل سینس میں، آئیڈیالوجیکل سینس میں، یا عقیدے کے سینس میں کہ یہ چیزیں ہیں جو تمہیں ماننا ہے۔ اس چیز کو ری اسٹیبلش کرنا، وہ کام کرنا تھا آپ کو نیچرز کی ڈسکوری کے ذریعے سے۔ یہ سپورٹنگ ایویڈنس یہاں موجود تھا، اللہ تعالیٰ نے موجود کر دیا تھا پہلے۔ یعنی پیغمبروں کے ذریعے جو باتیں بتائی گئی تھیں، اس کے حق میں جو سپورٹنگ ایویڈنس تھا، وہ اسی موجود تھا، اسی نیچ</w:t>
      </w:r>
    </w:p>
    <w:p>
      <w:r>
        <w:rPr>
          <w:b/>
        </w:rPr>
        <w:t xml:space="preserve">[16:59] </w:t>
      </w:r>
      <w:r>
        <w:t>r mein.</w:t>
      </w:r>
    </w:p>
    <w:p>
      <w:pPr>
        <w:jc w:val="right"/>
      </w:pPr>
      <w:r>
        <w:t>ر میں۔</w:t>
      </w:r>
    </w:p>
    <w:p>
      <w:r>
        <w:rPr>
          <w:b/>
        </w:rPr>
        <w:t xml:space="preserve">[17:05] </w:t>
      </w:r>
      <w:r>
        <w:t>isi ko unfold karna tha, isi ka naam hai marifat ka safar.</w:t>
      </w:r>
    </w:p>
    <w:p>
      <w:pPr>
        <w:jc w:val="right"/>
      </w:pPr>
      <w:r>
        <w:t>اسی کو ان فولڈ کرنا تھا، اسی کا نام ہے معرفت کا سفر۔</w:t>
      </w:r>
    </w:p>
    <w:p>
      <w:r>
        <w:rPr>
          <w:b/>
        </w:rPr>
        <w:t xml:space="preserve">[17:11] </w:t>
      </w:r>
      <w:r>
        <w:t>to journey of civilization jo hai, haqeeqat mein journey of divine civilization hai.</w:t>
      </w:r>
    </w:p>
    <w:p>
      <w:pPr>
        <w:jc w:val="right"/>
      </w:pPr>
      <w:r>
        <w:t>تو جرنی آف سویلائزیشن جو ہے، حقیقت میں جرنی آف ڈیوائن سویلائزیشن ہے۔</w:t>
      </w:r>
    </w:p>
    <w:p>
      <w:r>
        <w:rPr>
          <w:b/>
        </w:rPr>
        <w:t xml:space="preserve">[17:17] </w:t>
      </w:r>
      <w:r>
        <w:t>khuda ke koi jalwe ka izhaar.</w:t>
      </w:r>
    </w:p>
    <w:p>
      <w:pPr>
        <w:jc w:val="right"/>
      </w:pPr>
      <w:r>
        <w:t>خدا کے کوئی جلوے کا اظہار۔</w:t>
      </w:r>
    </w:p>
    <w:p>
      <w:r>
        <w:rPr>
          <w:b/>
        </w:rPr>
        <w:t xml:space="preserve">[17:23] </w:t>
      </w:r>
      <w:r>
        <w:t>yeh journey kaise chali? akhirat, yeh tehzeeb ka safar kaise chala? mein chand ek aap ko woh doon ga hint.</w:t>
      </w:r>
    </w:p>
    <w:p>
      <w:pPr>
        <w:jc w:val="right"/>
      </w:pPr>
      <w:r>
        <w:t>یہ جرنی کیسے چلی؟ آخرت، یہ تہذیب کا سفر کیسے چلا؟ میں چند ایک آپ کو وہ دوں گا ہنٹ۔</w:t>
      </w:r>
    </w:p>
    <w:p>
      <w:r>
        <w:rPr>
          <w:b/>
        </w:rPr>
        <w:t xml:space="preserve">[17:30] </w:t>
      </w:r>
      <w:r>
        <w:t>sab se pehle, jahan tak maine samjha hai, sab se pehli cheez jo insaan ko strike hui,</w:t>
      </w:r>
    </w:p>
    <w:p>
      <w:pPr>
        <w:jc w:val="right"/>
      </w:pPr>
      <w:r>
        <w:t>سب سے پہلے، جہاں تک میں نے سمجھا ہے، سب سے پہلی چیز جو انسان کو اسٹرائیک ہوئی،</w:t>
      </w:r>
    </w:p>
    <w:p>
      <w:r>
        <w:rPr>
          <w:b/>
        </w:rPr>
        <w:t xml:space="preserve">[17:34] </w:t>
      </w:r>
      <w:r>
        <w:t>jo jani insaan ne, woh tha spirit of inquiry.</w:t>
      </w:r>
    </w:p>
    <w:p>
      <w:pPr>
        <w:jc w:val="right"/>
      </w:pPr>
      <w:r>
        <w:t>جو جانی انسان نے، وہ تھا اسپرٹ آف انکوائری۔</w:t>
      </w:r>
    </w:p>
    <w:p>
      <w:r>
        <w:rPr>
          <w:b/>
        </w:rPr>
        <w:t xml:space="preserve">[17:38] </w:t>
      </w:r>
      <w:r>
        <w:t>yahan se journey shuru hoti hai.</w:t>
      </w:r>
    </w:p>
    <w:p>
      <w:pPr>
        <w:jc w:val="right"/>
      </w:pPr>
      <w:r>
        <w:t>یہاں سے جرنی شروع ہوتی ہے۔</w:t>
      </w:r>
    </w:p>
    <w:p>
      <w:r>
        <w:rPr>
          <w:b/>
        </w:rPr>
        <w:t xml:space="preserve">[17:43] </w:t>
      </w:r>
      <w:r>
        <w:t>journey ke baad yeh jo chalna tha, hamein peghambar ke diye hue nazariyat ko, aqaaid ko reestablish</w:t>
      </w:r>
    </w:p>
    <w:p>
      <w:pPr>
        <w:jc w:val="right"/>
      </w:pPr>
      <w:r>
        <w:t>جرنی کے بعد یہ جو چلنا تھا، ہمیں پیغمبر کے دیے ہوئے نظریات کو، عقائد کو ری اسٹیبلش</w:t>
      </w:r>
    </w:p>
    <w:p>
      <w:r>
        <w:rPr>
          <w:b/>
        </w:rPr>
        <w:t xml:space="preserve">[17:47] </w:t>
      </w:r>
      <w:r>
        <w:t>karna, through scientific evidence.</w:t>
      </w:r>
    </w:p>
    <w:p>
      <w:pPr>
        <w:jc w:val="right"/>
      </w:pPr>
      <w:r>
        <w:t>کرنا، تھرو سائنٹیفک ایویڈنس۔</w:t>
      </w:r>
    </w:p>
    <w:p>
      <w:r>
        <w:rPr>
          <w:b/>
        </w:rPr>
        <w:t xml:space="preserve">[17:51] </w:t>
      </w:r>
      <w:r>
        <w:t>yeh jo karna tha humein.</w:t>
      </w:r>
    </w:p>
    <w:p>
      <w:pPr>
        <w:jc w:val="right"/>
      </w:pPr>
      <w:r>
        <w:t>یہ جو کرنا تھا ہمیں۔</w:t>
      </w:r>
    </w:p>
    <w:p>
      <w:r>
        <w:rPr>
          <w:b/>
        </w:rPr>
        <w:t xml:space="preserve">[17:56] </w:t>
      </w:r>
      <w:r>
        <w:t>to is ka shuru kahan se shuru hua hai?</w:t>
      </w:r>
    </w:p>
    <w:p>
      <w:pPr>
        <w:jc w:val="right"/>
      </w:pPr>
      <w:r>
        <w:t>تو اس کا شروع کہاں سے شروع ہوا ہے؟</w:t>
      </w:r>
    </w:p>
    <w:p>
      <w:r>
        <w:rPr>
          <w:b/>
        </w:rPr>
        <w:t xml:space="preserve">[18:00] </w:t>
      </w:r>
      <w:r>
        <w:t>maine is se pehle arz kiya tha ke ke stone age mein, primitive age mein, do aadmi</w:t>
      </w:r>
    </w:p>
    <w:p>
      <w:pPr>
        <w:jc w:val="right"/>
      </w:pPr>
      <w:r>
        <w:t>میں نے اس سے پہلے عرض کیا تھا کہ کہ اسٹون ایج میں، پریمیٹیو ایج میں، دو آدمی</w:t>
      </w:r>
    </w:p>
    <w:p>
      <w:r>
        <w:rPr>
          <w:b/>
        </w:rPr>
        <w:t xml:space="preserve">[18:06] </w:t>
      </w:r>
      <w:r>
        <w:t>lad gaye, aur pathar, us zamane se pathar hua karta tha.</w:t>
      </w:r>
    </w:p>
    <w:p>
      <w:pPr>
        <w:jc w:val="right"/>
      </w:pPr>
      <w:r>
        <w:t>لڑ گئے، اور پتھر، اس زمانے سے پتھر ہوا کرتا تھا۔</w:t>
      </w:r>
    </w:p>
    <w:p>
      <w:r>
        <w:rPr>
          <w:b/>
        </w:rPr>
        <w:t xml:space="preserve">[18:13] </w:t>
      </w:r>
      <w:r>
        <w:t>ek doosre pe pathar phenka, unhon ne pathar takra gaya, sparking hui.</w:t>
      </w:r>
    </w:p>
    <w:p>
      <w:pPr>
        <w:jc w:val="right"/>
      </w:pPr>
      <w:r>
        <w:t>ایک دوسرے پہ پتھر پھینکا، انہوں نے پتھر ٹکرا گیا، اسپارکنگ ہوئی۔</w:t>
      </w:r>
    </w:p>
    <w:p>
      <w:r>
        <w:rPr>
          <w:b/>
        </w:rPr>
        <w:t xml:space="preserve">[18:19] </w:t>
      </w:r>
      <w:r>
        <w:t>تو انہوں نے سوچا: "Why was this sparking? یہ کیا ہے؟ یہ تو پتھر تھا، اس میں روشنی</w:t>
      </w:r>
    </w:p>
    <w:p>
      <w:pPr>
        <w:jc w:val="right"/>
      </w:pPr>
      <w:r>
        <w:t>تو انہوں نے سوچا: "وائی واز دس اسپارکنگ؟ یہ کیا ہے؟ یہ تو پتھر تھا، اس میں روشنی</w:t>
      </w:r>
    </w:p>
    <w:p>
      <w:r>
        <w:rPr>
          <w:b/>
        </w:rPr>
        <w:t xml:space="preserve">[18:26] </w:t>
      </w:r>
      <w:r>
        <w:t>کہاں سے آ گئی؟" That was starting point of scientific journey.</w:t>
      </w:r>
    </w:p>
    <w:p>
      <w:pPr>
        <w:jc w:val="right"/>
      </w:pPr>
      <w:r>
        <w:t>کہاں سے آ گئی؟" دیٹ واز سٹارٹنگ پوائنٹ آف سائنٹیفک جرنی۔</w:t>
      </w:r>
    </w:p>
    <w:p>
      <w:r>
        <w:rPr>
          <w:b/>
        </w:rPr>
        <w:t xml:space="preserve">[18:32] </w:t>
      </w:r>
      <w:r>
        <w:t>yahan se spirit of inquiry insaan ko mili.</w:t>
      </w:r>
    </w:p>
    <w:p>
      <w:pPr>
        <w:jc w:val="right"/>
      </w:pPr>
      <w:r>
        <w:t>یہاں سے اسپرٹ آف انکوائری انسان کو ملی۔</w:t>
      </w:r>
    </w:p>
    <w:p>
      <w:r>
        <w:rPr>
          <w:b/>
        </w:rPr>
        <w:t xml:space="preserve">[18:37] </w:t>
      </w:r>
      <w:r>
        <w:t>spirit of inquiry yeh chalti rahi, chalti rahi, chalti rahi.</w:t>
      </w:r>
    </w:p>
    <w:p>
      <w:pPr>
        <w:jc w:val="right"/>
      </w:pPr>
      <w:r>
        <w:t>اسپرٹ آف انکوائری یہ چلتی رہی، چلتی رہی، چلتی رہی۔</w:t>
      </w:r>
    </w:p>
    <w:p>
      <w:r>
        <w:rPr>
          <w:b/>
        </w:rPr>
        <w:t xml:space="preserve">[18:42] </w:t>
      </w:r>
      <w:r>
        <w:t>ab jaise ek baar to aisa hua ke ek gol cheez aisi insaan ne daali, woh ladak ladakte</w:t>
      </w:r>
    </w:p>
    <w:p>
      <w:pPr>
        <w:jc w:val="right"/>
      </w:pPr>
      <w:r>
        <w:t>اب جیسے ایک بار تو ایسا ہوا کہ ایک گول چیز ایسی انسان نے ڈالی، وہ لڑک لڑکتے</w:t>
      </w:r>
    </w:p>
    <w:p>
      <w:r>
        <w:rPr>
          <w:b/>
        </w:rPr>
        <w:t xml:space="preserve">[18:47] </w:t>
      </w:r>
      <w:r>
        <w:t>ladakte hote chali gayi.</w:t>
      </w:r>
    </w:p>
    <w:p>
      <w:pPr>
        <w:jc w:val="right"/>
      </w:pPr>
      <w:r>
        <w:t>لڑکتے ہوتی چلی گئی۔</w:t>
      </w:r>
    </w:p>
    <w:p>
      <w:r>
        <w:rPr>
          <w:b/>
        </w:rPr>
        <w:t xml:space="preserve">[18:52] </w:t>
      </w:r>
      <w:r>
        <w:t>aise lotte lotte is se kya idea aaya? wheel ka idea aaya.</w:t>
      </w:r>
    </w:p>
    <w:p>
      <w:pPr>
        <w:jc w:val="right"/>
      </w:pPr>
      <w:r>
        <w:t>ایسے لوٹتے لوٹتے اس سے کیا آئیڈیا آیا؟ ویل کا آئیڈیا آیا۔</w:t>
      </w:r>
    </w:p>
    <w:p>
      <w:r>
        <w:rPr>
          <w:b/>
        </w:rPr>
        <w:t xml:space="preserve">[18:57] </w:t>
      </w:r>
      <w:r>
        <w:t>kaha jata hai ke sab se pehli cheez jo insaan ne discover ki, invent ki, invent woh wheel thi.</w:t>
      </w:r>
    </w:p>
    <w:p>
      <w:pPr>
        <w:jc w:val="right"/>
      </w:pPr>
      <w:r>
        <w:t>کہا جاتا ہے کہ سب سے پہلی چیز جو انسان نے ڈسکور کی، انوینٹ کی، انوینٹ وہ ویل تھی۔</w:t>
      </w:r>
    </w:p>
    <w:p>
      <w:r>
        <w:rPr>
          <w:b/>
        </w:rPr>
        <w:t xml:space="preserve">[19:02] </w:t>
      </w:r>
      <w:r>
        <w:t>to patthar ke sparking se spirit of inquiry aayi. kisi cheez ke ladakne se wheel ka concept insan ko paida hua. phir insan ne dekha ke pani mein, chahe woh samandar ho ya darya ho, agar is mein loha dala jaye to woh doob jata hai. lekin tub agar dalein, tub to woh teerta hai. is se boat ka concept mila insan ko. boat banana chahiye. boat ka concept</w:t>
      </w:r>
    </w:p>
    <w:p>
      <w:pPr>
        <w:jc w:val="right"/>
      </w:pPr>
      <w:r>
        <w:t>تو پتھر کے اسپارکنگ سے اسپرٹ آف انکوائری آئی۔ کسی چیز کے لڑکنے سے ویل کا کانسیپٹ انسان کو پیدا ہوا۔ پھر انسان نے دیکھا کہ پانی میں، چاہے وہ سمندر ہو یا دریا ہو، اگر اس میں لوہا ڈالا جائے تو وہ ڈوب جاتا ہے۔ لیکن ٹب اگر ڈالیں، ٹب تو وہ تیرتا ہے۔ اس سے بوٹ کا کانسیپٹ ملا انسان کو۔ بوٹ بنانا چاہیے۔ بوٹ کا کانسیپٹ</w:t>
      </w:r>
    </w:p>
    <w:p>
      <w:r>
        <w:rPr>
          <w:b/>
        </w:rPr>
        <w:t xml:space="preserve">[19:32] </w:t>
      </w:r>
      <w:r>
        <w:t>.</w:t>
      </w:r>
    </w:p>
    <w:p>
      <w:pPr>
        <w:jc w:val="right"/>
      </w:pPr>
      <w:r>
        <w:t>۔</w:t>
      </w:r>
    </w:p>
    <w:p>
      <w:r>
        <w:rPr>
          <w:b/>
        </w:rPr>
        <w:t xml:space="preserve">[19:36] </w:t>
      </w:r>
      <w:r>
        <w:t>phir insaan ne dekha ke pani ko ubala gaya.</w:t>
      </w:r>
    </w:p>
    <w:p>
      <w:pPr>
        <w:jc w:val="right"/>
      </w:pPr>
      <w:r>
        <w:t>پھر انسان نے دیکھا کہ پانی کو ابالا گیا۔</w:t>
      </w:r>
    </w:p>
    <w:p>
      <w:r>
        <w:rPr>
          <w:b/>
        </w:rPr>
        <w:t xml:space="preserve">[19:40] </w:t>
      </w:r>
      <w:r>
        <w:t>jab temperature barha to yeh yeh dhakan ubal gaya.</w:t>
      </w:r>
    </w:p>
    <w:p>
      <w:pPr>
        <w:jc w:val="right"/>
      </w:pPr>
      <w:r>
        <w:t>جب ٹمپریچر بڑھا تو یہ یہ ڈھکن ابل گیا۔</w:t>
      </w:r>
    </w:p>
    <w:p>
      <w:r>
        <w:rPr>
          <w:b/>
        </w:rPr>
        <w:t xml:space="preserve">[19:44] </w:t>
      </w:r>
      <w:r>
        <w:t>is se kya hua? steam power ki daryaft hui.</w:t>
      </w:r>
    </w:p>
    <w:p>
      <w:pPr>
        <w:jc w:val="right"/>
      </w:pPr>
      <w:r>
        <w:t>اس سے کیا ہوا؟ اسٹیم پاور کی دریافت ہوئی۔</w:t>
      </w:r>
    </w:p>
    <w:p>
      <w:r>
        <w:rPr>
          <w:b/>
        </w:rPr>
        <w:t xml:space="preserve">[19:48] </w:t>
      </w:r>
      <w:r>
        <w:t>phir injan banaye gaye.</w:t>
      </w:r>
    </w:p>
    <w:p>
      <w:pPr>
        <w:jc w:val="right"/>
      </w:pPr>
      <w:r>
        <w:t>پھر انجن بنائے گئے۔</w:t>
      </w:r>
    </w:p>
    <w:p>
      <w:r>
        <w:rPr>
          <w:b/>
        </w:rPr>
        <w:t xml:space="preserve">[19:52] </w:t>
      </w:r>
      <w:r>
        <w:t>injan banaye gaye.</w:t>
      </w:r>
    </w:p>
    <w:p>
      <w:pPr>
        <w:jc w:val="right"/>
      </w:pPr>
      <w:r>
        <w:t>انجن بنائے گئے۔</w:t>
      </w:r>
    </w:p>
    <w:p>
      <w:r>
        <w:rPr>
          <w:b/>
        </w:rPr>
        <w:t xml:space="preserve">[19:56] </w:t>
      </w:r>
      <w:r>
        <w:t>aisi jarni aage barhti rahi, aage barhti rahi.</w:t>
      </w:r>
    </w:p>
    <w:p>
      <w:pPr>
        <w:jc w:val="right"/>
      </w:pPr>
      <w:r>
        <w:t>ایسی جرنی آگے بڑھتی رہی، آگے بڑھتی رہی۔</w:t>
      </w:r>
    </w:p>
    <w:p>
      <w:r>
        <w:rPr>
          <w:b/>
        </w:rPr>
        <w:t xml:space="preserve">[20:00] </w:t>
      </w:r>
      <w:r>
        <w:t>is ke baad ek scientist ko apne lab mein experiment karte hue yeh mila</w:t>
      </w:r>
    </w:p>
    <w:p>
      <w:pPr>
        <w:jc w:val="right"/>
      </w:pPr>
      <w:r>
        <w:t>اس کے بعد ایک سائنٹسٹ کو اپنے لیب میں ایکسپیریمنٹ کرتے ہوئے یہ ملا</w:t>
      </w:r>
    </w:p>
    <w:p>
      <w:r>
        <w:rPr>
          <w:b/>
        </w:rPr>
        <w:t xml:space="preserve">[20:03] </w:t>
      </w:r>
      <w:r>
        <w:t>ke agar is ko, yani harkat ko aur maqnatish ko ekatha kiya jaye, yani motion ko aur magnet</w:t>
      </w:r>
    </w:p>
    <w:p>
      <w:pPr>
        <w:jc w:val="right"/>
      </w:pPr>
      <w:r>
        <w:t>کہ اگر اس کو، یعنی حرکت کو اور مقناطیس کو اکٹھا کیا جائے، یعنی موشن کو اور میگنیٹ</w:t>
      </w:r>
    </w:p>
    <w:p>
      <w:r>
        <w:rPr>
          <w:b/>
        </w:rPr>
        <w:t xml:space="preserve">[20:10] </w:t>
      </w:r>
      <w:r>
        <w:t>ko, to wahan electron follow karte hain.</w:t>
      </w:r>
    </w:p>
    <w:p>
      <w:pPr>
        <w:jc w:val="right"/>
      </w:pPr>
      <w:r>
        <w:t>کو، تو وہاں الیکٹران فالو کرتے ہیں۔</w:t>
      </w:r>
    </w:p>
    <w:p>
      <w:r>
        <w:rPr>
          <w:b/>
        </w:rPr>
        <w:t xml:space="preserve">[20:16] </w:t>
      </w:r>
      <w:r>
        <w:t>magnet ko aur motion ko ekatha kiya jaye to mein electron follow karte hain.</w:t>
      </w:r>
    </w:p>
    <w:p>
      <w:pPr>
        <w:jc w:val="right"/>
      </w:pPr>
      <w:r>
        <w:t>میگنیٹ کو اور موشن کو اکٹھا کیا جائے تو میں الیکٹران فالو کرتے ہیں۔</w:t>
      </w:r>
    </w:p>
    <w:p>
      <w:r>
        <w:rPr>
          <w:b/>
        </w:rPr>
        <w:t xml:space="preserve">[20:22] </w:t>
      </w:r>
      <w:r>
        <w:t>yahan se electricity ka concept mila insan ko.</w:t>
      </w:r>
    </w:p>
    <w:p>
      <w:pPr>
        <w:jc w:val="right"/>
      </w:pPr>
      <w:r>
        <w:t>یہاں سے الیکٹریسٹی کا کانسیپٹ ملا انسان کو۔</w:t>
      </w:r>
    </w:p>
    <w:p>
      <w:r>
        <w:rPr>
          <w:b/>
        </w:rPr>
        <w:t xml:space="preserve">[20:28] </w:t>
      </w:r>
      <w:r>
        <w:t>aur phir electricity daryaft hui aur sare faide is ke mile.</w:t>
      </w:r>
    </w:p>
    <w:p>
      <w:pPr>
        <w:jc w:val="right"/>
      </w:pPr>
      <w:r>
        <w:t>اور پھر الیکٹریسٹی دریافت ہوئی اور سارے فائدے اس کے ملے۔</w:t>
      </w:r>
    </w:p>
    <w:p>
      <w:r>
        <w:rPr>
          <w:b/>
        </w:rPr>
        <w:t xml:space="preserve">[20:35] </w:t>
      </w:r>
      <w:r>
        <w:t>phir insan ne dekha ke chidiya ko udte hue is wahan se is ko hawai jahaz ka concept mila. hawai jahaz wahan dala is ne. is tarah se ek safar hai, lamba safar, lamba safar, lamba safar. yahan tak ke insan pahuncha atom tak. atom spirit ho gaya. tumhare paas atom ke aage to kuch bhi nahi hai, koi matter nahi hai. waves of probabilities hain wahan. yeh ek safar hai yahan se wahan tak. is</w:t>
      </w:r>
    </w:p>
    <w:p>
      <w:pPr>
        <w:jc w:val="right"/>
      </w:pPr>
      <w:r>
        <w:t>پھر انسان نے دیکھا کہ چڑیا کو اڑتے ہوئے اس وہاں سے اس کو ہوائی جہاز کا کانسیپٹ ملا۔ ہوائی جہاز وہاں ڈالا اس نے۔ اس طرح سے ایک سفر ہے، لمبا سفر، لمبا سفر، لمبا سفر۔ یہاں تک کہ انسان پہنچا ایٹم تک۔ ایٹم اسپرٹ ہو گیا۔ تمہارے پاس ایٹم کے آگے تو کچھ بھی نہیں ہے، کوئی میٹر نہیں ہے۔ ویوز آف پروببلیٹیز ہیں وہاں۔ یہ ایک سفر ہے یہاں سے وہاں تک۔ اس</w:t>
      </w:r>
    </w:p>
    <w:p>
      <w:r>
        <w:rPr>
          <w:b/>
        </w:rPr>
        <w:t xml:space="preserve">[21:05] </w:t>
      </w:r>
      <w:r>
        <w:t>mein marfat kaise jarti hai? jab aap ka safar chalte chalte wahan pohncha ke maloom hua ke yahan</w:t>
      </w:r>
    </w:p>
    <w:p>
      <w:pPr>
        <w:jc w:val="right"/>
      </w:pPr>
      <w:r>
        <w:t>میں معرفت کیسے جڑتی ہے؟ جب آپ کا سفر چلتے چلتے وہاں پہنچا کہ معلوم ہوا کہ یہاں</w:t>
      </w:r>
    </w:p>
    <w:p>
      <w:r>
        <w:rPr>
          <w:b/>
        </w:rPr>
        <w:t xml:space="preserve">[21:10] </w:t>
      </w:r>
      <w:r>
        <w:t>to waves of probabilities hain, wahan to koi matter hi nahi hai, wahan par to aakhri jo jo</w:t>
      </w:r>
    </w:p>
    <w:p>
      <w:pPr>
        <w:jc w:val="right"/>
      </w:pPr>
      <w:r>
        <w:t>تو ویوز آف پروببلیٹیز ہیں، وہاں تو کوئی میٹر ہی نہیں ہے، وہاں پر تو آخری جو جو</w:t>
      </w:r>
    </w:p>
    <w:p>
      <w:r>
        <w:rPr>
          <w:b/>
        </w:rPr>
        <w:t xml:space="preserve">[21:15] </w:t>
      </w:r>
      <w:r>
        <w:t>final stage hai reality ka, woh woh visible nahi rehta.</w:t>
      </w:r>
    </w:p>
    <w:p>
      <w:pPr>
        <w:jc w:val="right"/>
      </w:pPr>
      <w:r>
        <w:t>فائنل سٹیج ہے ریلیٹی کا، وہ وہ ویزیبل نہیں رہتا۔</w:t>
      </w:r>
    </w:p>
    <w:p>
      <w:r>
        <w:rPr>
          <w:b/>
        </w:rPr>
        <w:t xml:space="preserve">[21:20] </w:t>
      </w:r>
      <w:r>
        <w:t>woh yani Khuda agar visible nahi hai to is ka matlab nahi ke Khuda exist nahi karta.</w:t>
      </w:r>
    </w:p>
    <w:p>
      <w:pPr>
        <w:jc w:val="right"/>
      </w:pPr>
      <w:r>
        <w:t>وہ یعنی خدا اگر ویزیبل نہیں ہے تو اس کا مطلب نہیں کہ خدا ایگزسٹ نہیں کرتا۔</w:t>
      </w:r>
    </w:p>
    <w:p>
      <w:r>
        <w:rPr>
          <w:b/>
        </w:rPr>
        <w:t xml:space="preserve">[21:25] </w:t>
      </w:r>
      <w:r>
        <w:t>kyun ke yeh bhi exist, yeh yeh bhi to aakhir mein ja ke invisible ho jati hai.</w:t>
      </w:r>
    </w:p>
    <w:p>
      <w:pPr>
        <w:jc w:val="right"/>
      </w:pPr>
      <w:r>
        <w:t>کیونکہ یہ بھی ایگزسٹ، یہ یہ بھی تو آخر میں جا کے انویزیبل ہو جاتی ہے۔</w:t>
      </w:r>
    </w:p>
    <w:p>
      <w:r>
        <w:rPr>
          <w:b/>
        </w:rPr>
        <w:t xml:space="preserve">[21:30] </w:t>
      </w:r>
      <w:r>
        <w:t>jis duniya ko hum</w:t>
      </w:r>
    </w:p>
    <w:p>
      <w:pPr>
        <w:jc w:val="right"/>
      </w:pPr>
      <w:r>
        <w:t>جس دنیا کو ہم</w:t>
      </w:r>
    </w:p>
    <w:p>
      <w:r>
        <w:rPr>
          <w:b/>
        </w:rPr>
        <w:t xml:space="preserve">[21:35] </w:t>
      </w:r>
      <w:r>
        <w:t>jantay hain, jis material world ko hum jantay hain, woh bhi jab apnay final is par pohanchti hai to woh bhi invisible ho jati hai. kyunkay electron ko aap dekh nahi saktay. kyunkay haqeeqat apnay final stage par invisible jab ho gayi to pata chala kay Khuda agar visible nahi hai to is ka matlab yeh nahi kay woh exist nahi karta hai. phir isi daryaft kay kay process mein insan nay yeh jana kay science gives</w:t>
      </w:r>
    </w:p>
    <w:p>
      <w:pPr>
        <w:jc w:val="right"/>
      </w:pPr>
      <w:r>
        <w:t>جانتے ہیں، جس مٹیریل ورلڈ کو ہم جانتے ہیں، وہ بھی جب اپنے فائنل اس پر پہنچتی ہے تو وہ بھی انویزیبل ہو جاتی ہے۔ کیونکہ الیکٹران کو آپ دیکھ نہیں سکتے۔ کیونکہ حقیقت اپنے فائنل سٹیج پر انویزیبل جب ہو گئی تو پتہ چلا کہ خدا اگر ویزیبل نہیں ہے تو اس کا مطلب یہ نہیں کہ وہ ایگزسٹ نہیں کرتا ہے۔ پھر اسی دریافت کے کے پروسیس میں انسان نے یہ جانا کہ سائنس گیوز</w:t>
      </w:r>
    </w:p>
    <w:p>
      <w:r>
        <w:rPr>
          <w:b/>
        </w:rPr>
        <w:t xml:space="preserve">[22:05] </w:t>
      </w:r>
      <w:r>
        <w:t>us but a partial knowledge of reality. science gives us but a partial knowledge of reality. is say kya hua? kay nubowat ki ahmiyat sabit ho gayi, wahi ki kay hum 50 percent jaan patay hain. 50 percent kay liye elaboration zarori hai, wahi zarori hai. wahi kay baghair hum andheray mein rahengay. phir yeh dunya mein jo comfort aur luxury aayi, is say aap ko jannat ka taaruf hua.</w:t>
      </w:r>
    </w:p>
    <w:p>
      <w:pPr>
        <w:jc w:val="right"/>
      </w:pPr>
      <w:r>
        <w:t>اس بٹ اے پارشل نالج آف ریلیٹی۔ سائنس گیوز اس بٹ اے پارشل نالج آف ریلیٹی۔ اس سے کیا ہوا؟ کہ نبوت کی اہمیت ثابت ہو گئی، وحی کی کہ ہم 50 پرسنٹ جان پاتے ہیں۔ 50 پرسنٹ کے لیے الیوریشن ضروری ہے، وحی ضروری ہے۔ وحی کے بغیر ہم اندھیرے میں رہیں گے۔ پھر یہ دنیا میں جو کمفرٹ اور لگزری آئی، اس سے آپ کو جنت کا تعارف ہوا۔</w:t>
      </w:r>
    </w:p>
    <w:p>
      <w:r>
        <w:rPr>
          <w:b/>
        </w:rPr>
        <w:t xml:space="preserve">[22:35] </w:t>
      </w:r>
      <w:r>
        <w:t>to isi jo jo hum nay unfold kiya nature ko, isi mein hum nay Khuda ko daryaft kiya. isi mein hum nay revelation ki importance ko daryaft kiya. isi mein hum nay jannat ki possibility ko daryaft kiya. agar yahi dunya mein kuch jo disadvantage hai, is ko nikal diya jaye, jo limitations hain, is ko nikal diya jaye to jannat hi jannat hai. yeh yeh tha safar-e-marifat. isi liye main keh raha hoon kay journey of civilization haqeeqat mein</w:t>
      </w:r>
    </w:p>
    <w:p>
      <w:pPr>
        <w:jc w:val="right"/>
      </w:pPr>
      <w:r>
        <w:t>تو اسی جو جو ہم نے ان فولڈ کیا نیچر کو، اسی میں ہم نے خدا کو دریافت کیا۔ اسی میں ہم نے ریولیشن کی امپورٹنس کو دریافت کیا۔ اسی میں ہم نے جنت کی پاسیبلٹی کو دریافت کیا۔ اگر یہی دنیا میں کچھ جو ڈس ایڈوانٹیج ہے، اس کو نکال دیا جائے، جو لیمیٹیشنز ہیں، اس کو نکال دیا جائے تو جنت ہی جنت ہے۔ یہ یہ تھا سفر معرفت۔ اسی لیے میں کہہ رہا ہوں کہ جرنی آف سویلائزیشن حقیقت میں</w:t>
      </w:r>
    </w:p>
    <w:p>
      <w:r>
        <w:rPr>
          <w:b/>
        </w:rPr>
        <w:t xml:space="preserve">[23:05] </w:t>
      </w:r>
      <w:r>
        <w:t>tha, journey of divine civilization.</w:t>
      </w:r>
    </w:p>
    <w:p>
      <w:pPr>
        <w:jc w:val="right"/>
      </w:pPr>
      <w:r>
        <w:t>تھا، جرنی آف ڈیوائن سویلائزیشن۔</w:t>
      </w:r>
    </w:p>
    <w:p>
      <w:r>
        <w:rPr>
          <w:b/>
        </w:rPr>
        <w:t xml:space="preserve">[23:09] </w:t>
      </w:r>
      <w:r>
        <w:t>lekin musalmanon ne kuch bhi nahi kiya.</w:t>
      </w:r>
    </w:p>
    <w:p>
      <w:pPr>
        <w:jc w:val="right"/>
      </w:pPr>
      <w:r>
        <w:t>لیکن مسلمانوں نے کچھ بھی نہیں کیا۔</w:t>
      </w:r>
    </w:p>
    <w:p>
      <w:r>
        <w:rPr>
          <w:b/>
        </w:rPr>
        <w:t xml:space="preserve">[23:13] </w:t>
      </w:r>
      <w:r>
        <w:t>yeh sara kaam jo kiya hai, ahl-e-maghrib ne kiya hai, yani Yaajooj Maajooj ne.</w:t>
      </w:r>
    </w:p>
    <w:p>
      <w:pPr>
        <w:jc w:val="right"/>
      </w:pPr>
      <w:r>
        <w:t>یہ سارا کام جو کیا ہے، اہل مغرب نے کیا ہے، یعنی یاجوج ماجوج نے۔</w:t>
      </w:r>
    </w:p>
    <w:p>
      <w:r>
        <w:rPr>
          <w:b/>
        </w:rPr>
        <w:t xml:space="preserve">[23:18] </w:t>
      </w:r>
      <w:r>
        <w:t>lekin woh sirf hamein data de saka.</w:t>
      </w:r>
    </w:p>
    <w:p>
      <w:pPr>
        <w:jc w:val="right"/>
      </w:pPr>
      <w:r>
        <w:t>لیکن وہ صرف ہمیں ڈیٹا دے سکے۔</w:t>
      </w:r>
    </w:p>
    <w:p>
      <w:r>
        <w:rPr>
          <w:b/>
        </w:rPr>
        <w:t xml:space="preserve">[23:22] </w:t>
      </w:r>
      <w:r>
        <w:t>bas aage kaam hamein karna tha.</w:t>
      </w:r>
    </w:p>
    <w:p>
      <w:pPr>
        <w:jc w:val="right"/>
      </w:pPr>
      <w:r>
        <w:t>بس آگے کام ہمیں کرنا تھا۔</w:t>
      </w:r>
    </w:p>
    <w:p>
      <w:r>
        <w:rPr>
          <w:b/>
        </w:rPr>
        <w:t xml:space="preserve">[23:27] </w:t>
      </w:r>
      <w:r>
        <w:t>musalmanon ne poori history mein sirf ek kaam kiya hai, bas maaf kijiyega, woh hai political power.</w:t>
      </w:r>
    </w:p>
    <w:p>
      <w:pPr>
        <w:jc w:val="right"/>
      </w:pPr>
      <w:r>
        <w:t>مسلمانوں نے پوری ہسٹری میں صرف ایک کام کیا ہے، بس معاف کیجئے گا، وہ ہے پولیٹیکل پاور۔</w:t>
      </w:r>
    </w:p>
    <w:p>
      <w:r>
        <w:rPr>
          <w:b/>
        </w:rPr>
        <w:t xml:space="preserve">[23:31] </w:t>
      </w:r>
      <w:r>
        <w:t>unhon ne khada kiya Asia aur Africa mein</w:t>
      </w:r>
    </w:p>
    <w:p>
      <w:pPr>
        <w:jc w:val="right"/>
      </w:pPr>
      <w:r>
        <w:t>انہوں نے کھڑا کیا ایشیا اور افریقہ میں</w:t>
      </w:r>
    </w:p>
    <w:p>
      <w:r>
        <w:rPr>
          <w:b/>
        </w:rPr>
        <w:t xml:space="preserve">[23:36] </w:t>
      </w:r>
      <w:r>
        <w:t>political role.</w:t>
      </w:r>
    </w:p>
    <w:p>
      <w:pPr>
        <w:jc w:val="right"/>
      </w:pPr>
      <w:r>
        <w:t>پولیٹیکل رول۔</w:t>
      </w:r>
    </w:p>
    <w:p>
      <w:r>
        <w:rPr>
          <w:b/>
        </w:rPr>
        <w:t xml:space="preserve">[23:39] </w:t>
      </w:r>
      <w:r>
        <w:t>is ki wajah se kya hua? mumkin Quran mehfooz ho gaya.</w:t>
      </w:r>
    </w:p>
    <w:p>
      <w:pPr>
        <w:jc w:val="right"/>
      </w:pPr>
      <w:r>
        <w:t>اس کی وجہ سے کیا ہوا؟ ممکن قرآن محفوظ ہو گیا۔</w:t>
      </w:r>
    </w:p>
    <w:p>
      <w:r>
        <w:rPr>
          <w:b/>
        </w:rPr>
        <w:t xml:space="preserve">[23:43] </w:t>
      </w:r>
      <w:r>
        <w:t>agar political power na hota to Quran mehfooz na rehta.</w:t>
      </w:r>
    </w:p>
    <w:p>
      <w:pPr>
        <w:jc w:val="right"/>
      </w:pPr>
      <w:r>
        <w:t>اگر پولیٹیکل پاور نہ ہوتا تو قرآن محفوظ نہ رہتا۔</w:t>
      </w:r>
    </w:p>
    <w:p>
      <w:r>
        <w:rPr>
          <w:b/>
        </w:rPr>
        <w:t xml:space="preserve">[23:46] </w:t>
      </w:r>
      <w:r>
        <w:t>jaisa ke doosri kitabein, aap jante hain ke koi bhi kitab apni original halat mein preserve nahi hai.</w:t>
      </w:r>
    </w:p>
    <w:p>
      <w:pPr>
        <w:jc w:val="right"/>
      </w:pPr>
      <w:r>
        <w:t>جیسا کہ دوسری کتابیں، آپ جانتے ہیں کہ کوئی بھی کتاب اپنی اوریجنل حالت میں پریزرو نہیں ہے۔</w:t>
      </w:r>
    </w:p>
    <w:p>
      <w:r>
        <w:rPr>
          <w:b/>
        </w:rPr>
        <w:t xml:space="preserve">[23:50] </w:t>
      </w:r>
      <w:r>
        <w:t>kyunke unke paas power nahi tha.</w:t>
      </w:r>
    </w:p>
    <w:p>
      <w:pPr>
        <w:jc w:val="right"/>
      </w:pPr>
      <w:r>
        <w:t>کیونکہ ان کے پاس پاور نہیں تھا۔</w:t>
      </w:r>
    </w:p>
    <w:p>
      <w:r>
        <w:rPr>
          <w:b/>
        </w:rPr>
        <w:t xml:space="preserve">[23:53] </w:t>
      </w:r>
      <w:r>
        <w:t>jews ke paas power nahi tha.</w:t>
      </w:r>
    </w:p>
    <w:p>
      <w:pPr>
        <w:jc w:val="right"/>
      </w:pPr>
      <w:r>
        <w:t>جوس کے پاس پاور نہیں تھا۔</w:t>
      </w:r>
    </w:p>
    <w:p>
      <w:r>
        <w:rPr>
          <w:b/>
        </w:rPr>
        <w:t xml:space="preserve">[23:57] </w:t>
      </w:r>
      <w:r>
        <w:t>christian ke paas power nahi tha.</w:t>
      </w:r>
    </w:p>
    <w:p>
      <w:pPr>
        <w:jc w:val="right"/>
      </w:pPr>
      <w:r>
        <w:t>کرسچن کے پاس پاور نہیں تھا۔</w:t>
      </w:r>
    </w:p>
    <w:p>
      <w:r>
        <w:rPr>
          <w:b/>
        </w:rPr>
        <w:t xml:space="preserve">[24:00] </w:t>
      </w:r>
      <w:r>
        <w:t>isi mulk mein aap ne dekha hai, yeh ke paas power nahi tha.</w:t>
      </w:r>
    </w:p>
    <w:p>
      <w:pPr>
        <w:jc w:val="right"/>
      </w:pPr>
      <w:r>
        <w:t>اسی ملک میں آپ نے دیکھا ہے، یہ کے پاس پاور نہیں تھا۔</w:t>
      </w:r>
    </w:p>
    <w:p>
      <w:r>
        <w:rPr>
          <w:b/>
        </w:rPr>
        <w:t xml:space="preserve">[24:04] </w:t>
      </w:r>
      <w:r>
        <w:t>unko kis tarah se tabah kiya gaya.</w:t>
      </w:r>
    </w:p>
    <w:p>
      <w:pPr>
        <w:jc w:val="right"/>
      </w:pPr>
      <w:r>
        <w:t>ان کو کس طرح سے تباہ کیا گیا۔</w:t>
      </w:r>
    </w:p>
    <w:p>
      <w:r>
        <w:rPr>
          <w:b/>
        </w:rPr>
        <w:t xml:space="preserve">[24:07] </w:t>
      </w:r>
      <w:r>
        <w:t>toh divine book ke saath power ikhatta kiya unhone. political power.</w:t>
      </w:r>
    </w:p>
    <w:p>
      <w:pPr>
        <w:jc w:val="right"/>
      </w:pPr>
      <w:r>
        <w:t>تو ڈیوائن بک کے ساتھ پاور اکٹھا کیا انہوں نے۔ پولیٹیکل پاور۔</w:t>
      </w:r>
    </w:p>
    <w:p>
      <w:r>
        <w:rPr>
          <w:b/>
        </w:rPr>
        <w:t xml:space="preserve">[24:12] </w:t>
      </w:r>
      <w:r>
        <w:t>is wajah se yeh mumkin hoga ke is ko koi destroy na kar sake, koi badal na sake,</w:t>
      </w:r>
    </w:p>
    <w:p>
      <w:pPr>
        <w:jc w:val="right"/>
      </w:pPr>
      <w:r>
        <w:t>اس وجہ سے یہ ممکن ہوگا کہ اس کو کوئی ڈسٹرائے نہ کر سکے، کوئی بدل نہ سکے،</w:t>
      </w:r>
    </w:p>
    <w:p>
      <w:r>
        <w:rPr>
          <w:b/>
        </w:rPr>
        <w:t xml:space="preserve">[24:16] </w:t>
      </w:r>
      <w:r>
        <w:t>koi kuch na kar sake.</w:t>
      </w:r>
    </w:p>
    <w:p>
      <w:pPr>
        <w:jc w:val="right"/>
      </w:pPr>
      <w:r>
        <w:t>کوئی کچھ نہ کر سکے۔</w:t>
      </w:r>
    </w:p>
    <w:p>
      <w:r>
        <w:rPr>
          <w:b/>
        </w:rPr>
        <w:t xml:space="preserve">[24:20] </w:t>
      </w:r>
      <w:r>
        <w:t>toh musalmanon ne khudai kitab par ek pehredari ka kaam kiya hai.</w:t>
      </w:r>
    </w:p>
    <w:p>
      <w:pPr>
        <w:jc w:val="right"/>
      </w:pPr>
      <w:r>
        <w:t>تو مسلمانوں نے خدائی کتاب پر ایک پہرے داری کا کام کیا ہے۔</w:t>
      </w:r>
    </w:p>
    <w:p>
      <w:r>
        <w:rPr>
          <w:b/>
        </w:rPr>
        <w:t xml:space="preserve">[24:25] </w:t>
      </w:r>
      <w:r>
        <w:t>political pehredari.</w:t>
      </w:r>
    </w:p>
    <w:p>
      <w:pPr>
        <w:jc w:val="right"/>
      </w:pPr>
      <w:r>
        <w:t>پولیٹیکل پہرے داری۔</w:t>
      </w:r>
    </w:p>
    <w:p>
      <w:r>
        <w:rPr>
          <w:b/>
        </w:rPr>
        <w:t xml:space="preserve">[24:29] </w:t>
      </w:r>
      <w:r>
        <w:t>musalmanon ne khudai kitab ko mehfooz rahe, is par political pehredari ka kaam kiya hai.</w:t>
      </w:r>
    </w:p>
    <w:p>
      <w:pPr>
        <w:jc w:val="right"/>
      </w:pPr>
      <w:r>
        <w:t>مسلمانوں نے خدائی کتاب کو محفوظ رہے، اس پر پولیٹیکل پہرے داری کا کام کیا ہے۔</w:t>
      </w:r>
    </w:p>
    <w:p>
      <w:r>
        <w:rPr>
          <w:b/>
        </w:rPr>
        <w:t xml:space="preserve">[24:33] </w:t>
      </w:r>
      <w:r>
        <w:t>aur is waqt tak musalman</w:t>
      </w:r>
    </w:p>
    <w:p>
      <w:pPr>
        <w:jc w:val="right"/>
      </w:pPr>
      <w:r>
        <w:t>اور اس وقت تک مسلمان</w:t>
      </w:r>
    </w:p>
    <w:p>
      <w:r>
        <w:rPr>
          <w:b/>
        </w:rPr>
        <w:t xml:space="preserve">[24:37] </w:t>
      </w:r>
      <w:r>
        <w:t>on ko supreme power bane rahe, woh jab tak ke printing press nahi aa gaya.</w:t>
      </w:r>
    </w:p>
    <w:p>
      <w:pPr>
        <w:jc w:val="right"/>
      </w:pPr>
      <w:r>
        <w:t>وں کو سپریم پاور بنے رہے، وہ جب تک کہ پرنٹنگ پریس نہیں آ گیا۔</w:t>
      </w:r>
    </w:p>
    <w:p>
      <w:r>
        <w:rPr>
          <w:b/>
        </w:rPr>
        <w:t xml:space="preserve">[24:42] </w:t>
      </w:r>
      <w:r>
        <w:t>printing press aa gaya toh woh qissa khatam.</w:t>
      </w:r>
    </w:p>
    <w:p>
      <w:pPr>
        <w:jc w:val="right"/>
      </w:pPr>
      <w:r>
        <w:t>پرنٹنگ پریس آ گیا تو وہ قصہ ختم۔</w:t>
      </w:r>
    </w:p>
    <w:p>
      <w:r>
        <w:rPr>
          <w:b/>
        </w:rPr>
        <w:t xml:space="preserve">[24:46] </w:t>
      </w:r>
      <w:r>
        <w:t>allah ta'ala ki madad se woh tha political pehredari.</w:t>
      </w:r>
    </w:p>
    <w:p>
      <w:pPr>
        <w:jc w:val="right"/>
      </w:pPr>
      <w:r>
        <w:t>اللہ تعالیٰ کی مدد سے وہ تھا پولیٹیکل پہرے داری۔</w:t>
      </w:r>
    </w:p>
    <w:p>
      <w:r>
        <w:rPr>
          <w:b/>
        </w:rPr>
        <w:t xml:space="preserve">[24:51] </w:t>
      </w:r>
      <w:r>
        <w:t>ab musalman jo lad phir rahe hain toh kabhi bhi dobara woh apna empire nahi bana sakte.</w:t>
      </w:r>
    </w:p>
    <w:p>
      <w:pPr>
        <w:jc w:val="right"/>
      </w:pPr>
      <w:r>
        <w:t>اب مسلمان جو لڑ پھر رہے ہیں تو کبھی بھی دوبارہ وہ اپنا ایمپائر نہیں بنا سکتے۔</w:t>
      </w:r>
    </w:p>
    <w:p>
      <w:r>
        <w:rPr>
          <w:b/>
        </w:rPr>
        <w:t xml:space="preserve">[24:55] </w:t>
      </w:r>
      <w:r>
        <w:t>kyunke empire jo tha, kis liye tha? allah ki madad se tha woh taake woh pehredar bane</w:t>
      </w:r>
    </w:p>
    <w:p>
      <w:pPr>
        <w:jc w:val="right"/>
      </w:pPr>
      <w:r>
        <w:t>کیونکہ ایمپائر جو تھا، کس لیے تھا؟ اللہ کی مدد سے تھا وہ تاکہ وہ پہرے دار بنے</w:t>
      </w:r>
    </w:p>
    <w:p>
      <w:r>
        <w:rPr>
          <w:b/>
        </w:rPr>
        <w:t xml:space="preserve">[25:00] </w:t>
      </w:r>
      <w:r>
        <w:t>rahein, khudai kitab ko badal na paun, koi destroy na kar paun.</w:t>
      </w:r>
    </w:p>
    <w:p>
      <w:pPr>
        <w:jc w:val="right"/>
      </w:pPr>
      <w:r>
        <w:t>رہیں، خدائی کتاب کو بدل نہ پاؤں، کوئی ڈسٹرائے نہ کر پاؤں۔</w:t>
      </w:r>
    </w:p>
    <w:p>
      <w:r>
        <w:rPr>
          <w:b/>
        </w:rPr>
        <w:t xml:space="preserve">[25:04] </w:t>
      </w:r>
      <w:r>
        <w:t>woh daur khatam ho gaya.</w:t>
      </w:r>
    </w:p>
    <w:p>
      <w:pPr>
        <w:jc w:val="right"/>
      </w:pPr>
      <w:r>
        <w:t>وہ دور ختم ہو گیا۔</w:t>
      </w:r>
    </w:p>
    <w:p>
      <w:r>
        <w:rPr>
          <w:b/>
        </w:rPr>
        <w:t xml:space="preserve">[25:08] </w:t>
      </w:r>
      <w:r>
        <w:t>printing press mein quran apne aap mehfooz ho gaya.</w:t>
      </w:r>
    </w:p>
    <w:p>
      <w:pPr>
        <w:jc w:val="right"/>
      </w:pPr>
      <w:r>
        <w:t>پرنٹنگ پریس میں قرآن اپنے آپ محفوظ ہو گیا۔</w:t>
      </w:r>
    </w:p>
    <w:p>
      <w:r>
        <w:rPr>
          <w:b/>
        </w:rPr>
        <w:t xml:space="preserve">[25:13] </w:t>
      </w:r>
      <w:r>
        <w:t>ab aap ke political power ka mohtaaj nahi hai yeh quran.</w:t>
      </w:r>
    </w:p>
    <w:p>
      <w:pPr>
        <w:jc w:val="right"/>
      </w:pPr>
      <w:r>
        <w:t>اب آپ کے پولیٹیکل پاور کا محتاج نہیں ہے یہ قرآن۔</w:t>
      </w:r>
    </w:p>
    <w:p>
      <w:r>
        <w:rPr>
          <w:b/>
        </w:rPr>
        <w:t xml:space="preserve">[25:18] </w:t>
      </w:r>
      <w:r>
        <w:t>ab khud hi khud woh preserve ho chuka hai.</w:t>
      </w:r>
    </w:p>
    <w:p>
      <w:pPr>
        <w:jc w:val="right"/>
      </w:pPr>
      <w:r>
        <w:t>اب خود ہی خود وہ پریزرو ہو چکا ہے۔</w:t>
      </w:r>
    </w:p>
    <w:p>
      <w:r>
        <w:rPr>
          <w:b/>
        </w:rPr>
        <w:t xml:space="preserve">[25:23] </w:t>
      </w:r>
      <w:r>
        <w:t>million billion copyan chhap chhap kar jagah maujood hain.</w:t>
      </w:r>
    </w:p>
    <w:p>
      <w:pPr>
        <w:jc w:val="right"/>
      </w:pPr>
      <w:r>
        <w:t>ملین بلین کاپیاں چھپ چھپ کر جگہ موجود ہیں۔</w:t>
      </w:r>
    </w:p>
    <w:p>
      <w:r>
        <w:rPr>
          <w:b/>
        </w:rPr>
        <w:t xml:space="preserve">[25:29] </w:t>
      </w:r>
      <w:r>
        <w:t>toh jo kaam woh tha marifat wala, us mein musalmanon ka koi bhi hissa nahi hai.</w:t>
      </w:r>
    </w:p>
    <w:p>
      <w:pPr>
        <w:jc w:val="right"/>
      </w:pPr>
      <w:r>
        <w:t>تو جو کام وہ تھا معرفت والا، اس میں مسلمانوں کا کوئی بھی حصہ نہیں ہے۔</w:t>
      </w:r>
    </w:p>
    <w:p>
      <w:r>
        <w:rPr>
          <w:b/>
        </w:rPr>
        <w:t xml:space="preserve">[25:34] </w:t>
      </w:r>
      <w:r>
        <w:t>to maghrib ke philosophers, thinkers aur scientists ne woh kaam kiya hai.</w:t>
      </w:r>
    </w:p>
    <w:p>
      <w:pPr>
        <w:jc w:val="right"/>
      </w:pPr>
      <w:r>
        <w:t>تو مغرب کے فلاسفرز، تھنکرز اور سائنٹسٹ نے وہ کام کیا ہے۔</w:t>
      </w:r>
    </w:p>
    <w:p>
      <w:r>
        <w:rPr>
          <w:b/>
        </w:rPr>
        <w:t xml:space="preserve">[25:39] </w:t>
      </w:r>
      <w:r>
        <w:t>lekin unhon ne kaam kiya kiya hai? data ikattha karne ka. data.</w:t>
      </w:r>
    </w:p>
    <w:p>
      <w:pPr>
        <w:jc w:val="right"/>
      </w:pPr>
      <w:r>
        <w:t>لیکن انہوں نے کام کیا کیا ہے؟ ڈیٹا اکٹھا کرنے کا۔ ڈیٹا۔</w:t>
      </w:r>
    </w:p>
    <w:p>
      <w:r>
        <w:rPr>
          <w:b/>
        </w:rPr>
        <w:t xml:space="preserve">[25:43] </w:t>
      </w:r>
      <w:r>
        <w:t>is ke aage kuch nahi kar sake woh.</w:t>
      </w:r>
    </w:p>
    <w:p>
      <w:pPr>
        <w:jc w:val="right"/>
      </w:pPr>
      <w:r>
        <w:t>اس کے آگے کچھ نہیں کر سکے وہ۔</w:t>
      </w:r>
    </w:p>
    <w:p>
      <w:r>
        <w:rPr>
          <w:b/>
        </w:rPr>
        <w:t xml:space="preserve">[25:47] </w:t>
      </w:r>
      <w:r>
        <w:t>is ke aage jo kaam hai, believers ko karna hai.</w:t>
      </w:r>
    </w:p>
    <w:p>
      <w:pPr>
        <w:jc w:val="right"/>
      </w:pPr>
      <w:r>
        <w:t>اس کے آگے جو کام ہے، بیلیورز کو کرنا ہے۔</w:t>
      </w:r>
    </w:p>
    <w:p>
      <w:r>
        <w:rPr>
          <w:b/>
        </w:rPr>
        <w:t xml:space="preserve">[25:51] </w:t>
      </w:r>
      <w:r>
        <w:t>aur Allah ke fazl se hamari team yahi kaam kar rahi hai.</w:t>
      </w:r>
    </w:p>
    <w:p>
      <w:pPr>
        <w:jc w:val="right"/>
      </w:pPr>
      <w:r>
        <w:t>اور اللہ کے فضل سے ہماری ٹیم یہی کام کر رہی ہے۔</w:t>
      </w:r>
    </w:p>
    <w:p>
      <w:r>
        <w:rPr>
          <w:b/>
        </w:rPr>
        <w:t xml:space="preserve">[25:56] </w:t>
      </w:r>
      <w:r>
        <w:t>puri history mein pehli baar yeh yeh kaam ho raha hai hamari team ke zariye se.</w:t>
      </w:r>
    </w:p>
    <w:p>
      <w:pPr>
        <w:jc w:val="right"/>
      </w:pPr>
      <w:r>
        <w:t>پوری ہسٹری میں پہلی بار یہ یہ کام ہو رہا ہے ہماری ٹیم کے ذریعے سے۔</w:t>
      </w:r>
    </w:p>
    <w:p>
      <w:r>
        <w:rPr>
          <w:b/>
        </w:rPr>
        <w:t xml:space="preserve">[26:00] </w:t>
      </w:r>
      <w:r>
        <w:t>yeh ek haqeeqat hai.</w:t>
      </w:r>
    </w:p>
    <w:p>
      <w:pPr>
        <w:jc w:val="right"/>
      </w:pPr>
      <w:r>
        <w:t>یہ ایک حقیقت ہے۔</w:t>
      </w:r>
    </w:p>
    <w:p>
      <w:r>
        <w:rPr>
          <w:b/>
        </w:rPr>
        <w:t xml:space="preserve">[26:04] </w:t>
      </w:r>
      <w:r>
        <w:t>ab dekhiye, ek baat bohat zaroori hai jo hamein duniya ko batana hai.</w:t>
      </w:r>
    </w:p>
    <w:p>
      <w:pPr>
        <w:jc w:val="right"/>
      </w:pPr>
      <w:r>
        <w:t>اب دیکھیے، ایک بات بہت ضروری ہے جو ہمیں دنیا کو بتانا ہے۔</w:t>
      </w:r>
    </w:p>
    <w:p>
      <w:r>
        <w:rPr>
          <w:b/>
        </w:rPr>
        <w:t xml:space="preserve">[26:09] </w:t>
      </w:r>
      <w:r>
        <w:t>mujhe bohat khushi hai ke hamari team jo hai, lag pata jati hai, itni well, yani intellectually itna</w:t>
      </w:r>
    </w:p>
    <w:p>
      <w:pPr>
        <w:jc w:val="right"/>
      </w:pPr>
      <w:r>
        <w:t>مجھے بہت خوشی ہے کہ ہماری ٹیم جو ہے، لگ پتہ جاتی ہے، اتنی ویل، یعنی انٹلیکچولی اتنا</w:t>
      </w:r>
    </w:p>
    <w:p>
      <w:r>
        <w:rPr>
          <w:b/>
        </w:rPr>
        <w:t xml:space="preserve">[26:13] </w:t>
      </w:r>
      <w:r>
        <w:t>develop ho chuki hai ke maine is se pehle kaha tha ke aap ke andar spirit honi</w:t>
      </w:r>
    </w:p>
    <w:p>
      <w:pPr>
        <w:jc w:val="right"/>
      </w:pPr>
      <w:r>
        <w:t>ڈیولپ ہو چکی ہے کہ میں نے اس سے پہلے کہا تھا کہ آپ کے اندر اسپرٹ ہونی</w:t>
      </w:r>
    </w:p>
    <w:p>
      <w:r>
        <w:rPr>
          <w:b/>
        </w:rPr>
        <w:t xml:space="preserve">[26:17] </w:t>
      </w:r>
      <w:r>
        <w:t>chahiye, "I will do it".</w:t>
      </w:r>
    </w:p>
    <w:p>
      <w:pPr>
        <w:jc w:val="right"/>
      </w:pPr>
      <w:r>
        <w:t>چاہیے، "آئی ویل ڈو اٹ"۔</w:t>
      </w:r>
    </w:p>
    <w:p>
      <w:r>
        <w:rPr>
          <w:b/>
        </w:rPr>
        <w:t xml:space="preserve">[26:22] </w:t>
      </w:r>
      <w:r>
        <w:t>to mujhe waqiat maloom hue ke logon ke andar yeh spirit aa chuki hai Khuda ke fazl se.</w:t>
      </w:r>
    </w:p>
    <w:p>
      <w:pPr>
        <w:jc w:val="right"/>
      </w:pPr>
      <w:r>
        <w:t>تو مجھے واقعات معلوم ہوئے کہ لوگوں کے اندر یہ اسپرٹ آ چکی ہے خدا کے فضل سے۔</w:t>
      </w:r>
    </w:p>
    <w:p>
      <w:r>
        <w:rPr>
          <w:b/>
        </w:rPr>
        <w:t xml:space="preserve">[26:26] </w:t>
      </w:r>
      <w:r>
        <w:t>"I will do it, I will do it, I will do it."</w:t>
      </w:r>
    </w:p>
    <w:p>
      <w:pPr>
        <w:jc w:val="right"/>
      </w:pPr>
      <w:r>
        <w:t>"آئی ویل ڈو اٹ، آئی ویل ڈو اٹ، آئی ویل ڈو اٹ"۔</w:t>
      </w:r>
    </w:p>
    <w:p>
      <w:r>
        <w:rPr>
          <w:b/>
        </w:rPr>
        <w:t xml:space="preserve">[26:31] </w:t>
      </w:r>
      <w:r>
        <w:t>hamari team ke log isi spirit se kaam kar rahe hain.</w:t>
      </w:r>
    </w:p>
    <w:p>
      <w:pPr>
        <w:jc w:val="right"/>
      </w:pPr>
      <w:r>
        <w:t>ہماری ٹیم کے لوگ اسی اسپرٹ سے کام کر رہے ہیں۔</w:t>
      </w:r>
    </w:p>
    <w:p>
      <w:r>
        <w:rPr>
          <w:b/>
        </w:rPr>
        <w:t xml:space="preserve">[26:35] </w:t>
      </w:r>
      <w:r>
        <w:t>aur bilkul main apni aankhon se dekh raha hoon ke hamari team ke jo log hain,</w:t>
      </w:r>
    </w:p>
    <w:p>
      <w:pPr>
        <w:jc w:val="right"/>
      </w:pPr>
      <w:r>
        <w:t>اور بالکل میں اپنی آنکھوں سے دیکھ رہا ہوں کہ ہماری ٹیم کے جو لوگ ہیں،</w:t>
      </w:r>
    </w:p>
    <w:p>
      <w:r>
        <w:rPr>
          <w:b/>
        </w:rPr>
        <w:t xml:space="preserve">[26:39] </w:t>
      </w:r>
      <w:r>
        <w:t>un mein yeh spirit already aa chuki hai.</w:t>
      </w:r>
    </w:p>
    <w:p>
      <w:pPr>
        <w:jc w:val="right"/>
      </w:pPr>
      <w:r>
        <w:t>ان میں یہ اسپرٹ الریڈی آ چکی ہے۔</w:t>
      </w:r>
    </w:p>
    <w:p>
      <w:r>
        <w:rPr>
          <w:b/>
        </w:rPr>
        <w:t xml:space="preserve">[26:44] </w:t>
      </w:r>
      <w:r>
        <w:t>"I will do it" ki spirit.</w:t>
      </w:r>
    </w:p>
    <w:p>
      <w:pPr>
        <w:jc w:val="right"/>
      </w:pPr>
      <w:r>
        <w:t>"آئی ویل ڈو اٹ" کی اسپرٹ۔</w:t>
      </w:r>
    </w:p>
    <w:p>
      <w:r>
        <w:rPr>
          <w:b/>
        </w:rPr>
        <w:t xml:space="preserve">[26:48] </w:t>
      </w:r>
      <w:r>
        <w:t>mujhe karna hai.</w:t>
      </w:r>
    </w:p>
    <w:p>
      <w:pPr>
        <w:jc w:val="right"/>
      </w:pPr>
      <w:r>
        <w:t>مجھے کرنا ہے۔</w:t>
      </w:r>
    </w:p>
    <w:p>
      <w:r>
        <w:rPr>
          <w:b/>
        </w:rPr>
        <w:t xml:space="preserve">[26:53] </w:t>
      </w:r>
      <w:r>
        <w:t>woh intezar nahi karte ke hamari taraf se kaha jata hai, woh karein.</w:t>
      </w:r>
    </w:p>
    <w:p>
      <w:pPr>
        <w:jc w:val="right"/>
      </w:pPr>
      <w:r>
        <w:t>وہ انتظار نہیں کرتے کہ ہماری طرف سے کہا جاتا ہے، وہ کریں۔</w:t>
      </w:r>
    </w:p>
    <w:p>
      <w:r>
        <w:rPr>
          <w:b/>
        </w:rPr>
        <w:t xml:space="preserve">[26:57] </w:t>
      </w:r>
      <w:r>
        <w:t>khud sochte hain, khud sochte hain, khud plan karte hain.</w:t>
      </w:r>
    </w:p>
    <w:p>
      <w:pPr>
        <w:jc w:val="right"/>
      </w:pPr>
      <w:r>
        <w:t>خود سوچتے ہیں، خود سوچتے ہیں، خود پلان کرتے ہیں۔</w:t>
      </w:r>
    </w:p>
    <w:p>
      <w:r>
        <w:rPr>
          <w:b/>
        </w:rPr>
        <w:t xml:space="preserve">[27:02] </w:t>
      </w:r>
      <w:r>
        <w:t>phir us ko amal mein late hain.</w:t>
      </w:r>
    </w:p>
    <w:p>
      <w:pPr>
        <w:jc w:val="right"/>
      </w:pPr>
      <w:r>
        <w:t>پھر اس کو عمل میں لاتے ہیں۔</w:t>
      </w:r>
    </w:p>
    <w:p>
      <w:r>
        <w:rPr>
          <w:b/>
        </w:rPr>
        <w:t xml:space="preserve">[27:06] </w:t>
      </w:r>
      <w:r>
        <w:t>to tareekh mein pehli baar yeh waqia ho raha hai ke jo Allah taala ne maqsad insaan bataya tha,</w:t>
      </w:r>
    </w:p>
    <w:p>
      <w:pPr>
        <w:jc w:val="right"/>
      </w:pPr>
      <w:r>
        <w:t>تو تاریخ میں پہلی بار یہ واقعہ ہو رہا ہے کہ جو اللہ تعالیٰ نے مقصد انسان بتایا تھا،</w:t>
      </w:r>
    </w:p>
    <w:p>
      <w:r>
        <w:rPr>
          <w:b/>
        </w:rPr>
        <w:t xml:space="preserve">[27:11] </w:t>
      </w:r>
      <w:r>
        <w:t>us par, us is patri par rail aa gayi hai insaan ki.</w:t>
      </w:r>
    </w:p>
    <w:p>
      <w:pPr>
        <w:jc w:val="right"/>
      </w:pPr>
      <w:r>
        <w:t>اس پر، اس اس پٹری پر ریل آ گئی ہے انسان کی۔</w:t>
      </w:r>
    </w:p>
    <w:p>
      <w:r>
        <w:rPr>
          <w:b/>
        </w:rPr>
        <w:t xml:space="preserve">[27:15] </w:t>
      </w:r>
      <w:r>
        <w:t>is patri par.</w:t>
      </w:r>
    </w:p>
    <w:p>
      <w:pPr>
        <w:jc w:val="right"/>
      </w:pPr>
      <w:r>
        <w:t>اس پٹری پر۔</w:t>
      </w:r>
    </w:p>
    <w:p>
      <w:r>
        <w:rPr>
          <w:b/>
        </w:rPr>
        <w:t xml:space="preserve">[27:20] </w:t>
      </w:r>
      <w:r>
        <w:t>is se pehle maine arz kiya tha ke Allah taala ne jab paida kiya insaan ko aur</w:t>
      </w:r>
    </w:p>
    <w:p>
      <w:pPr>
        <w:jc w:val="right"/>
      </w:pPr>
      <w:r>
        <w:t>اس سے پہلے میں نے عرض کیا تھا کہ اللہ تعالیٰ نے جب پیدا کیا انسان کو اور</w:t>
      </w:r>
    </w:p>
    <w:p>
      <w:r>
        <w:rPr>
          <w:b/>
        </w:rPr>
        <w:t xml:space="preserve">[27:24] </w:t>
      </w:r>
      <w:r>
        <w:t>jinn ko, to hum saada taur par padhte hain Quran o ayat mein, us ki maanoiyat ko nahi</w:t>
      </w:r>
    </w:p>
    <w:p>
      <w:pPr>
        <w:jc w:val="right"/>
      </w:pPr>
      <w:r>
        <w:t>جن کو، تو ہم سادہ طور پر پڑھتے ہیں قرآن و آیت میں، اس کی معنویت کو نہیں</w:t>
      </w:r>
    </w:p>
    <w:p>
      <w:r>
        <w:rPr>
          <w:b/>
        </w:rPr>
        <w:t xml:space="preserve">[27:28] </w:t>
      </w:r>
      <w:r>
        <w:t>daryaft kar paatey.</w:t>
      </w:r>
    </w:p>
    <w:p>
      <w:pPr>
        <w:jc w:val="right"/>
      </w:pPr>
      <w:r>
        <w:t>دریافت کر پاتے۔</w:t>
      </w:r>
    </w:p>
    <w:p>
      <w:r>
        <w:rPr>
          <w:b/>
        </w:rPr>
        <w:t xml:space="preserve">[27:32] </w:t>
      </w:r>
      <w:r>
        <w:t>keh is waqt yeh aata hai keh Allah taala ne kaha keh is ko, is ke jhuk jao</w:t>
      </w:r>
    </w:p>
    <w:p>
      <w:pPr>
        <w:jc w:val="right"/>
      </w:pPr>
      <w:r>
        <w:t>کہ اس وقت یہ آتا ہے کہ اللہ تعالیٰ نے کہا کہ اس کو، اس کے جھک جاؤ</w:t>
      </w:r>
    </w:p>
    <w:p>
      <w:r>
        <w:rPr>
          <w:b/>
        </w:rPr>
        <w:t xml:space="preserve">[27:37] </w:t>
      </w:r>
      <w:r>
        <w:t>tum log, jin aur farishton ko</w:t>
      </w:r>
    </w:p>
    <w:p>
      <w:pPr>
        <w:jc w:val="right"/>
      </w:pPr>
      <w:r>
        <w:t>تم لوگ، جن اور فرشتوں کو</w:t>
      </w:r>
    </w:p>
    <w:p>
      <w:r>
        <w:rPr>
          <w:b/>
        </w:rPr>
        <w:t xml:space="preserve">[27:41] </w:t>
      </w:r>
      <w:r>
        <w:t>—</w:t>
      </w:r>
    </w:p>
    <w:p>
      <w:pPr>
        <w:jc w:val="right"/>
      </w:pPr>
      <w:r>
        <w:t>۔</w:t>
      </w:r>
    </w:p>
    <w:p>
      <w:r>
        <w:rPr>
          <w:b/>
        </w:rPr>
        <w:t xml:space="preserve">[27:45] </w:t>
      </w:r>
      <w:r>
        <w:t>to jin nahi jhuka, jo Iblees, Iblees sardar tha jin ka, woh nahi jhuka.</w:t>
      </w:r>
    </w:p>
    <w:p>
      <w:pPr>
        <w:jc w:val="right"/>
      </w:pPr>
      <w:r>
        <w:t>تو جن نہیں جھکا، جو ابلیس، ابلیس سردار تھا جن کا، وہ نہیں جھکا۔</w:t>
      </w:r>
    </w:p>
    <w:p>
      <w:r>
        <w:rPr>
          <w:b/>
        </w:rPr>
        <w:t xml:space="preserve">[27:48] </w:t>
      </w:r>
      <w:r>
        <w:t>Farishtey jhuk gaye.</w:t>
      </w:r>
    </w:p>
    <w:p>
      <w:pPr>
        <w:jc w:val="right"/>
      </w:pPr>
      <w:r>
        <w:t>فرشتے جھک گئے۔</w:t>
      </w:r>
    </w:p>
    <w:p>
      <w:r>
        <w:rPr>
          <w:b/>
        </w:rPr>
        <w:t xml:space="preserve">[27:52] </w:t>
      </w:r>
      <w:r>
        <w:t>Yeh saada baat nahi hai.</w:t>
      </w:r>
    </w:p>
    <w:p>
      <w:pPr>
        <w:jc w:val="right"/>
      </w:pPr>
      <w:r>
        <w:t>یہ سادہ بات نہیں ہے۔</w:t>
      </w:r>
    </w:p>
    <w:p>
      <w:r>
        <w:rPr>
          <w:b/>
        </w:rPr>
        <w:t xml:space="preserve">[27:55] </w:t>
      </w:r>
      <w:r>
        <w:t>Yeh saada baat nahi hai.</w:t>
      </w:r>
    </w:p>
    <w:p>
      <w:pPr>
        <w:jc w:val="right"/>
      </w:pPr>
      <w:r>
        <w:t>یہ سادہ بات نہیں ہے۔</w:t>
      </w:r>
    </w:p>
    <w:p>
      <w:r>
        <w:rPr>
          <w:b/>
        </w:rPr>
        <w:t xml:space="preserve">[27:59] </w:t>
      </w:r>
      <w:r>
        <w:t>Yeh is duniya ko paida karne ke baad Allah taala ne sab se pehle jin ko paida kiya.</w:t>
      </w:r>
    </w:p>
    <w:p>
      <w:pPr>
        <w:jc w:val="right"/>
      </w:pPr>
      <w:r>
        <w:t>یہ اس دنیا کو پیدا کرنے کے بعد اللہ تعالیٰ نے سب سے پہلے جن کو پیدا کیا۔</w:t>
      </w:r>
    </w:p>
    <w:p>
      <w:r>
        <w:rPr>
          <w:b/>
        </w:rPr>
        <w:t xml:space="preserve">[28:03] </w:t>
      </w:r>
      <w:r>
        <w:t>Jin ko yeh kaam karna tha keh woh is civilization ke wajood mein laayein.</w:t>
      </w:r>
    </w:p>
    <w:p>
      <w:pPr>
        <w:jc w:val="right"/>
      </w:pPr>
      <w:r>
        <w:t>جن کو یہ کام کرنا تھا کہ وہ اس سویلائزیشن کے وجود میں لائیں۔</w:t>
      </w:r>
    </w:p>
    <w:p>
      <w:r>
        <w:rPr>
          <w:b/>
        </w:rPr>
        <w:t xml:space="preserve">[28:06] </w:t>
      </w:r>
      <w:r>
        <w:t>یعنی journey of divine civilization کا کام کریں۔</w:t>
      </w:r>
    </w:p>
    <w:p>
      <w:pPr>
        <w:jc w:val="right"/>
      </w:pPr>
      <w:r>
        <w:t>یعنی جرنی آف ڈیوائن سویلائزیشن کا کام کریں۔</w:t>
      </w:r>
    </w:p>
    <w:p>
      <w:r>
        <w:rPr>
          <w:b/>
        </w:rPr>
        <w:t xml:space="preserve">[28:10] </w:t>
      </w:r>
      <w:r>
        <w:t>Jin woh fail ho gaye.</w:t>
      </w:r>
    </w:p>
    <w:p>
      <w:pPr>
        <w:jc w:val="right"/>
      </w:pPr>
      <w:r>
        <w:t>جن وہ فیل ہو گئے۔</w:t>
      </w:r>
    </w:p>
    <w:p>
      <w:r>
        <w:rPr>
          <w:b/>
        </w:rPr>
        <w:t xml:space="preserve">[28:13] </w:t>
      </w:r>
      <w:r>
        <w:t>is ayat say saaf maloom hota hai kay sab par jinn ko yeh moqa diya gaya. to jinn ko yeh moqa diya gaya, lekin jinn yeh kaam karain, is say aapas mein larne lagay woh log. rawayat mein aata hai kay jinhonay aapas mein khoob laraian kien. khoob laraian kien unhonay. to un ko Allah taala nay hata diya. un ko depose kar diya. phir insan ko basaya. aur yahi kaam jo hai, divine civilization ko wajood mein lana, is ko unfold karna, is</w:t>
      </w:r>
    </w:p>
    <w:p>
      <w:pPr>
        <w:jc w:val="right"/>
      </w:pPr>
      <w:r>
        <w:t>اس آیت سے صاف معلوم ہوتا ہے کہ سب پر جن کو یہ موقع دیا گیا۔ تو جن کو یہ موقع دیا گیا، لیکن جن یہ کام کریں، اس سے آپس میں لڑنے لگے وہ لوگ۔ روایات میں آتا ہے کہ جنہوں نے آپس میں خوب لڑائیاں کیں۔ خوب لڑائیاں کیں انہوں نے۔ تو ان کو اللہ تعالیٰ نے ہٹا دیا۔ ان کو ڈیپوز کر دیا۔ پھر انسان کو بسایا۔ اور یہی کام جو ہے، ڈیوائن سویلائزیشن کو وجود میں لانا، اس کو ان فولڈ کرنا، اس</w:t>
      </w:r>
    </w:p>
    <w:p>
      <w:r>
        <w:rPr>
          <w:b/>
        </w:rPr>
        <w:t xml:space="preserve">[28:43] </w:t>
      </w:r>
      <w:r>
        <w:t>ki journey ko chalana, manzil tak pahunchana, yeh insaan ko yeh kaam diya gaya hai.</w:t>
      </w:r>
    </w:p>
    <w:p>
      <w:pPr>
        <w:jc w:val="right"/>
      </w:pPr>
      <w:r>
        <w:t>کی جرنی کو چلانا، منزل تک پہنچانا، یہ انسان کو یہ کام دیا گیا ہے۔</w:t>
      </w:r>
    </w:p>
    <w:p>
      <w:r>
        <w:rPr>
          <w:b/>
        </w:rPr>
        <w:t xml:space="preserve">[28:47] </w:t>
      </w:r>
      <w:r>
        <w:t>Aur angels ka kaam is waqt kya tha? Support dene ka.</w:t>
      </w:r>
    </w:p>
    <w:p>
      <w:pPr>
        <w:jc w:val="right"/>
      </w:pPr>
      <w:r>
        <w:t>اور اینجیلز کا کام اس وقت کیا تھا؟ سپورٹ دینے کا۔</w:t>
      </w:r>
    </w:p>
    <w:p>
      <w:r>
        <w:rPr>
          <w:b/>
        </w:rPr>
        <w:t xml:space="preserve">[28:51] </w:t>
      </w:r>
      <w:r>
        <w:t>Kyunkeh yeh duniya jo hai, itni badi, angel hi to chala rahe hain is ko.</w:t>
      </w:r>
    </w:p>
    <w:p>
      <w:pPr>
        <w:jc w:val="right"/>
      </w:pPr>
      <w:r>
        <w:t>کیونکہ یہ دنیا جو ہے، اتنی بڑی، اینجیل ہی تو چلا رہے ہیں اس کو۔</w:t>
      </w:r>
    </w:p>
    <w:p>
      <w:r>
        <w:rPr>
          <w:b/>
        </w:rPr>
        <w:t xml:space="preserve">[28:55] </w:t>
      </w:r>
      <w:r>
        <w:t>Angels are manager of God.</w:t>
      </w:r>
    </w:p>
    <w:p>
      <w:pPr>
        <w:jc w:val="right"/>
      </w:pPr>
      <w:r>
        <w:t>اینجیلز آر مینیجر آف گاڈ۔</w:t>
      </w:r>
    </w:p>
    <w:p>
      <w:r>
        <w:rPr>
          <w:b/>
        </w:rPr>
        <w:t xml:space="preserve">[28:58] </w:t>
      </w:r>
      <w:r>
        <w:t>Angels kya hain? Spirit universe ko wahi manage kar rahe hain.</w:t>
      </w:r>
    </w:p>
    <w:p>
      <w:pPr>
        <w:jc w:val="right"/>
      </w:pPr>
      <w:r>
        <w:t>اینجیلز کیا ہیں؟ اسپرٹ یونیورس کو وہی مینج کر رہے ہیں۔</w:t>
      </w:r>
    </w:p>
    <w:p>
      <w:r>
        <w:rPr>
          <w:b/>
        </w:rPr>
        <w:t xml:space="preserve">[29:02] </w:t>
      </w:r>
      <w:r>
        <w:t>Woh har cheez ko manage kar rahe hain.</w:t>
      </w:r>
    </w:p>
    <w:p>
      <w:pPr>
        <w:jc w:val="right"/>
      </w:pPr>
      <w:r>
        <w:t>وہ ہر چیز کو مینج کر رہے ہیں۔</w:t>
      </w:r>
    </w:p>
    <w:p>
      <w:r>
        <w:rPr>
          <w:b/>
        </w:rPr>
        <w:t xml:space="preserve">[29:06] </w:t>
      </w:r>
      <w:r>
        <w:t>Tab duniya chal rahi hai.</w:t>
      </w:r>
    </w:p>
    <w:p>
      <w:pPr>
        <w:jc w:val="right"/>
      </w:pPr>
      <w:r>
        <w:t>تب دنیا چل رہی ہے۔</w:t>
      </w:r>
    </w:p>
    <w:p>
      <w:r>
        <w:rPr>
          <w:b/>
        </w:rPr>
        <w:t xml:space="preserve">[29:10] </w:t>
      </w:r>
      <w:r>
        <w:t>Woh nahi chal nahi sakti hai.</w:t>
      </w:r>
    </w:p>
    <w:p>
      <w:pPr>
        <w:jc w:val="right"/>
      </w:pPr>
      <w:r>
        <w:t>وہ نہیں چل نہیں سکتی ہے۔</w:t>
      </w:r>
    </w:p>
    <w:p>
      <w:r>
        <w:rPr>
          <w:b/>
        </w:rPr>
        <w:t xml:space="preserve">[29:13] </w:t>
      </w:r>
      <w:r>
        <w:t>Chal nahi sakti hai duniya.</w:t>
      </w:r>
    </w:p>
    <w:p>
      <w:pPr>
        <w:jc w:val="right"/>
      </w:pPr>
      <w:r>
        <w:t>چل نہیں سکتی ہے دنیا۔</w:t>
      </w:r>
    </w:p>
    <w:p>
      <w:r>
        <w:rPr>
          <w:b/>
        </w:rPr>
        <w:t xml:space="preserve">[29:18] </w:t>
      </w:r>
      <w:r>
        <w:t>Maine to ek glass uthaya apne kamre mein, aur woh ittefaq gir gaya.</w:t>
      </w:r>
    </w:p>
    <w:p>
      <w:pPr>
        <w:jc w:val="right"/>
      </w:pPr>
      <w:r>
        <w:t>میں نے تو ایک گلاس اٹھایا اپنے کمرے میں، اور وہ اتفاق گر گیا۔</w:t>
      </w:r>
    </w:p>
    <w:p>
      <w:r>
        <w:rPr>
          <w:b/>
        </w:rPr>
        <w:t xml:space="preserve">[29:22] </w:t>
      </w:r>
      <w:r>
        <w:t>Glass ya chai ki pyali, woh bhi gir gayi.</w:t>
      </w:r>
    </w:p>
    <w:p>
      <w:pPr>
        <w:jc w:val="right"/>
      </w:pPr>
      <w:r>
        <w:t>گلاس یا چائے کی پیالی، وہ بھی گر گئی۔</w:t>
      </w:r>
    </w:p>
    <w:p>
      <w:r>
        <w:rPr>
          <w:b/>
        </w:rPr>
        <w:t xml:space="preserve">[29:27] </w:t>
      </w:r>
      <w:r>
        <w:t>Aur us mein jo tha chai, woh bhi gir gayi.</w:t>
      </w:r>
    </w:p>
    <w:p>
      <w:pPr>
        <w:jc w:val="right"/>
      </w:pPr>
      <w:r>
        <w:t>اور اس میں جو تھا چائے، وہ بھی گر گئی۔</w:t>
      </w:r>
    </w:p>
    <w:p>
      <w:r>
        <w:rPr>
          <w:b/>
        </w:rPr>
        <w:t xml:space="preserve">[29:31] </w:t>
      </w:r>
      <w:r>
        <w:t>To maine socha keh itni badi kainat, million trillion se bhi zyada, us mein bodies hain, galaxies</w:t>
      </w:r>
    </w:p>
    <w:p>
      <w:pPr>
        <w:jc w:val="right"/>
      </w:pPr>
      <w:r>
        <w:t>تو میں نے سوچا کہ اتنی بڑی کائنات، ملین ٹریلین سے بھی زیادہ، اس میں باڈیز ہیں، گیلیکسیز</w:t>
      </w:r>
    </w:p>
    <w:p>
      <w:r>
        <w:rPr>
          <w:b/>
        </w:rPr>
        <w:t xml:space="preserve">[29:36] </w:t>
      </w:r>
      <w:r>
        <w:t>hain, stars hain, planets hain.</w:t>
      </w:r>
    </w:p>
    <w:p>
      <w:pPr>
        <w:jc w:val="right"/>
      </w:pPr>
      <w:r>
        <w:t>ہیں، اسٹارز ہیں، پلینٹس ہیں۔</w:t>
      </w:r>
    </w:p>
    <w:p>
      <w:r>
        <w:rPr>
          <w:b/>
        </w:rPr>
        <w:t xml:space="preserve">[29:40] </w:t>
      </w:r>
      <w:r>
        <w:t>kaise kaise woh ek dam perfect tor par chal rahi hain.</w:t>
      </w:r>
    </w:p>
    <w:p>
      <w:pPr>
        <w:jc w:val="right"/>
      </w:pPr>
      <w:r>
        <w:t>کیسے کیسے وہ ایک دم پرفیکٹ طور پر چل رہی ہیں۔</w:t>
      </w:r>
    </w:p>
    <w:p>
      <w:r>
        <w:rPr>
          <w:b/>
        </w:rPr>
        <w:t xml:space="preserve">[29:45] </w:t>
      </w:r>
      <w:r>
        <w:t>toh khuda usko manage kar raha hai farishton ke zariye se.</w:t>
      </w:r>
    </w:p>
    <w:p>
      <w:pPr>
        <w:jc w:val="right"/>
      </w:pPr>
      <w:r>
        <w:t>تو خدا اس کو مینج کر رہا ہے فرشتوں کے ذریعے سے۔</w:t>
      </w:r>
    </w:p>
    <w:p>
      <w:r>
        <w:rPr>
          <w:b/>
        </w:rPr>
        <w:t xml:space="preserve">[29:48] </w:t>
      </w:r>
      <w:r>
        <w:t>ideal management hai is poore universe ka.</w:t>
      </w:r>
    </w:p>
    <w:p>
      <w:pPr>
        <w:jc w:val="right"/>
      </w:pPr>
      <w:r>
        <w:t>آئیڈیل مینجمنٹ ہے اس پورے یونیورس کا۔</w:t>
      </w:r>
    </w:p>
    <w:p>
      <w:r>
        <w:rPr>
          <w:b/>
        </w:rPr>
        <w:t xml:space="preserve">[29:52] </w:t>
      </w:r>
      <w:r>
        <w:t>ideal management hai.</w:t>
      </w:r>
    </w:p>
    <w:p>
      <w:pPr>
        <w:jc w:val="right"/>
      </w:pPr>
      <w:r>
        <w:t>آئیڈیل مینجمنٹ ہے۔</w:t>
      </w:r>
    </w:p>
    <w:p>
      <w:r>
        <w:rPr>
          <w:b/>
        </w:rPr>
        <w:t xml:space="preserve">[29:56] </w:t>
      </w:r>
      <w:r>
        <w:t>ideal control hai.</w:t>
      </w:r>
    </w:p>
    <w:p>
      <w:pPr>
        <w:jc w:val="right"/>
      </w:pPr>
      <w:r>
        <w:t>آئیڈیل کنٹرول ہے۔</w:t>
      </w:r>
    </w:p>
    <w:p>
      <w:r>
        <w:rPr>
          <w:b/>
        </w:rPr>
        <w:t xml:space="preserve">[30:00] </w:t>
      </w:r>
      <w:r>
        <w:t>toh farishte usko manage kar rahe hain.</w:t>
      </w:r>
    </w:p>
    <w:p>
      <w:pPr>
        <w:jc w:val="right"/>
      </w:pPr>
      <w:r>
        <w:t>تو فرشتے اس کو مینج کر رہے ہیں۔</w:t>
      </w:r>
    </w:p>
    <w:p>
      <w:r>
        <w:rPr>
          <w:b/>
        </w:rPr>
        <w:t xml:space="preserve">[30:03] </w:t>
      </w:r>
      <w:r>
        <w:t>toh farishte jo jhukaye gaye ke woh ke yeh jo kaam insaan karega, unfold karne ka,</w:t>
      </w:r>
    </w:p>
    <w:p>
      <w:pPr>
        <w:jc w:val="right"/>
      </w:pPr>
      <w:r>
        <w:t>تو فرشتے جو جھکائے گئے کہ وہ کہ یہ جو کام انسان کرے گا، ان فولڈ کرنے کا،</w:t>
      </w:r>
    </w:p>
    <w:p>
      <w:r>
        <w:rPr>
          <w:b/>
        </w:rPr>
        <w:t xml:space="preserve">[30:07] </w:t>
      </w:r>
      <w:r>
        <w:t>ma'rifat ko, toh tumhein usko support dena hai, rukawat nahi banna hai.</w:t>
      </w:r>
    </w:p>
    <w:p>
      <w:pPr>
        <w:jc w:val="right"/>
      </w:pPr>
      <w:r>
        <w:t>معرفت کو، تو تمہیں اس کو سپورٹ دینا ہے، رکاوٹ نہیں بننا ہے۔</w:t>
      </w:r>
    </w:p>
    <w:p>
      <w:r>
        <w:rPr>
          <w:b/>
        </w:rPr>
        <w:t xml:space="preserve">[30:11] </w:t>
      </w:r>
      <w:r>
        <w:t>aur jinka sardaar jo tha, iblis, usko kya hua? usko comp</w:t>
      </w:r>
    </w:p>
    <w:p>
      <w:pPr>
        <w:jc w:val="right"/>
      </w:pPr>
      <w:r>
        <w:t>اور جن کا سردار جو تھا، ابلیس، اس کو کیا ہوا؟ اس کو کمپ</w:t>
      </w:r>
    </w:p>
    <w:p>
      <w:r>
        <w:rPr>
          <w:b/>
        </w:rPr>
        <w:t xml:space="preserve">[30:15] </w:t>
      </w:r>
      <w:r>
        <w:t>ex aa gaya kay mujhay hata diya gaya, in ko bana diya. to woh hasad aur jalan aur jealousy ka kaam is ko aa gaya. to woh dushman ban gaya. woh dushman ban gaya. to wahan say chala hai yeh safar-e-marifat ka. to is mein jo secular log hain, sara sara ajeeb baat hai kay sara role secular logon ka hai. ya</w:t>
      </w:r>
    </w:p>
    <w:p>
      <w:pPr>
        <w:jc w:val="right"/>
      </w:pPr>
      <w:r>
        <w:t>لیکس آ گیا کہ مجھے ہٹا دیا گیا، ان کو بنا دیا۔ تو وہ حسد اور جلن اور جیلسی کا کام اس کو آ گیا۔ تو وہ دشمن بن گیا۔ وہ دشمن بن گیا۔ تو وہاں سے چلا ہے یہ سفر معرفت کا۔ تو اس میں جو سیکولر لوگ ہیں، سارا سارا عجیب بات ہے کہ سارا رول سیکولر لوگوں کا ہے۔ یا</w:t>
      </w:r>
    </w:p>
    <w:p>
      <w:r>
        <w:rPr>
          <w:b/>
        </w:rPr>
        <w:t xml:space="preserve">[30:45] </w:t>
      </w:r>
      <w:r>
        <w:t>ajooj majooj kamane hain secular log. yaajooj majooj kya hain? secular log. yeh sara safar-e-marifat secular logon nay kiya hai. aur jo believers hain, un ka yahi aik hi karmanama hai kay unhonay mehfooz rakha Quran ko. to lekin secular log jo kar kar paye kya? woh sirf data ikhatta kar sakay. bas agay aik kaam jo hai, ab believers ko karna hai. aur yahan par hamaray rehbar, hamaray ulama phir phir dobar</w:t>
      </w:r>
    </w:p>
    <w:p>
      <w:pPr>
        <w:jc w:val="right"/>
      </w:pPr>
      <w:r>
        <w:t>جوج ماجوج کمانے ہیں سیکولر لوگ۔ یاجوج ماجوج کیا ہیں؟ سیکولر لوگ۔ یہ سارا سفر معرفت سیکولر لوگوں نے کیا ہے۔ اور جو بیلیورز ہیں، ان کا یہی ایک ہی کارنامہ ہے کہ انہوں نے محفوظ رکھا قرآن کو۔ تو لیکن سیکولر لوگ جو کر کر پائے کیا؟ وہ صرف ڈیٹا اکٹھا کر سکے۔ بس آگے ایک کام جو ہے، اب بیلیورز کو کرنا ہے۔ اور یہاں پر ہمارے رہنما، ہمارے علماء پھر پھر دوبار</w:t>
      </w:r>
    </w:p>
    <w:p>
      <w:r>
        <w:rPr>
          <w:b/>
        </w:rPr>
        <w:t xml:space="preserve">[31:15] </w:t>
      </w:r>
      <w:r>
        <w:t>h fail ho rahe hain.</w:t>
      </w:r>
    </w:p>
    <w:p>
      <w:pPr>
        <w:jc w:val="right"/>
      </w:pPr>
      <w:r>
        <w:t>ہ فیل ہو رہے ہیں۔</w:t>
      </w:r>
    </w:p>
    <w:p>
      <w:r>
        <w:rPr>
          <w:b/>
        </w:rPr>
        <w:t xml:space="preserve">[31:18] </w:t>
      </w:r>
      <w:r>
        <w:t>har cheez mein bhadakte hain.</w:t>
      </w:r>
    </w:p>
    <w:p>
      <w:pPr>
        <w:jc w:val="right"/>
      </w:pPr>
      <w:r>
        <w:t>ہر چیز میں بھڑکتے ہیں۔</w:t>
      </w:r>
    </w:p>
    <w:p>
      <w:r>
        <w:rPr>
          <w:b/>
        </w:rPr>
        <w:t xml:space="preserve">[31:22] </w:t>
      </w:r>
      <w:r>
        <w:t>kisi bhi situation mein hamare ulma positive response nahi de sake.</w:t>
      </w:r>
    </w:p>
    <w:p>
      <w:pPr>
        <w:jc w:val="right"/>
      </w:pPr>
      <w:r>
        <w:t>کسی بھی سچویشن میں ہمارے علماء پازیٹیو رسپانس نہیں دے سکے۔</w:t>
      </w:r>
    </w:p>
    <w:p>
      <w:r>
        <w:rPr>
          <w:b/>
        </w:rPr>
        <w:t xml:space="preserve">[31:26] </w:t>
      </w:r>
      <w:r>
        <w:t>ek bhi mujhe nahi maloom, ek bhi waqea.</w:t>
      </w:r>
    </w:p>
    <w:p>
      <w:pPr>
        <w:jc w:val="right"/>
      </w:pPr>
      <w:r>
        <w:t>ایک بھی مجھے نہیں معلوم، ایک بھی واقعہ۔</w:t>
      </w:r>
    </w:p>
    <w:p>
      <w:r>
        <w:rPr>
          <w:b/>
        </w:rPr>
        <w:t xml:space="preserve">[31:30] </w:t>
      </w:r>
      <w:r>
        <w:t>kayi sau saal ke darmiyan jo bhi situation create hoti hai, bas bhadak kar ke lagte hain woh</w:t>
      </w:r>
    </w:p>
    <w:p>
      <w:pPr>
        <w:jc w:val="right"/>
      </w:pPr>
      <w:r>
        <w:t>کئی سو سال کے درمیان جو بھی سچوئیشن کریٹ ہوتی ہے، بس بھڑک کر کے لگتے ہیں وہ</w:t>
      </w:r>
    </w:p>
    <w:p>
      <w:r>
        <w:rPr>
          <w:b/>
        </w:rPr>
        <w:t xml:space="preserve">[31:33] </w:t>
      </w:r>
      <w:r>
        <w:t>hangama kar ke.</w:t>
      </w:r>
    </w:p>
    <w:p>
      <w:pPr>
        <w:jc w:val="right"/>
      </w:pPr>
      <w:r>
        <w:t>ہنگامہ کر کے۔</w:t>
      </w:r>
    </w:p>
    <w:p>
      <w:r>
        <w:rPr>
          <w:b/>
        </w:rPr>
        <w:t xml:space="preserve">[31:37] </w:t>
      </w:r>
      <w:r>
        <w:t>bahut pehle ek kitaab chhapi thi, rangi rasool, hangama kar ke usko maar dala gaya, uske hathar ko.</w:t>
      </w:r>
    </w:p>
    <w:p>
      <w:pPr>
        <w:jc w:val="right"/>
      </w:pPr>
      <w:r>
        <w:t>بہت پہلے ایک کتاب چھپی تھی، رنگی رسول، ہنگامہ کر کے اس کو مار ڈالا گیا، اس کے ہاتھر کو۔</w:t>
      </w:r>
    </w:p>
    <w:p>
      <w:r>
        <w:rPr>
          <w:b/>
        </w:rPr>
        <w:t xml:space="preserve">[31:41] </w:t>
      </w:r>
      <w:r>
        <w:t>salman ki kitaab thi,</w:t>
      </w:r>
    </w:p>
    <w:p>
      <w:pPr>
        <w:jc w:val="right"/>
      </w:pPr>
      <w:r>
        <w:t>سلمان کی کتاب تھی،</w:t>
      </w:r>
    </w:p>
    <w:p>
      <w:r>
        <w:rPr>
          <w:b/>
        </w:rPr>
        <w:t xml:space="preserve">[31:45] </w:t>
      </w:r>
      <w:r>
        <w:t>Satanic Verses, to woh fatway lagay, saray dunya kay log fatway diye, maro maro maro is ko. maar to nahi sakay lekin fatwa to diya. main hi is mein alag raaz say. ab Denmark ka jo aadmi hai, us kay ghar mein ghus gaya marnay kay liye. wahan security lagi hui hai. yeh koi kaam hai bataiye? yeh to deviating point thay. deviating point. aap ko debate nahi hona tha. distracting point thay yeh. aap ko aik kaam karna hai, yahan say wahan tak, yahan say wahan tak,</w:t>
      </w:r>
    </w:p>
    <w:p>
      <w:pPr>
        <w:jc w:val="right"/>
      </w:pPr>
      <w:r>
        <w:t>سیٹنگ کے ورسز، تو وہ فتوے لگے، سارے دنیا کے لوگ فتوے دیے، مارو مارو مارو اس کو۔ مار تو نہیں سکے لیکن فتوی تو دیا۔ میں ہی اس میں الگ راز سے۔ اب ڈنمارک کا جو آدمی ہے، اس کے گھر میں گھس گیا مارنے کے لیے۔ وہاں سیکیورٹی لگی ہوئی ہے۔ یہ کوئی کام ہے بتائیے؟ یہ تو ڈیویٹنگ پوائنٹ تھے۔ ڈیویٹنگ پوائنٹ۔ آپ کو ڈیبیٹ نہیں ہونا تھا۔ ڈسٹریکٹنگ پوائنٹ تھے یہ۔ آپ کو ایک کام کرنا ہے، یہاں سے وہاں تک، یہاں سے وہاں تک،</w:t>
      </w:r>
    </w:p>
    <w:p>
      <w:r>
        <w:rPr>
          <w:b/>
        </w:rPr>
        <w:t xml:space="preserve">[32:15] </w:t>
      </w:r>
      <w:r>
        <w:t>yahan se wahan tak.</w:t>
      </w:r>
    </w:p>
    <w:p>
      <w:pPr>
        <w:jc w:val="right"/>
      </w:pPr>
      <w:r>
        <w:t>یہاں سے وہاں تک۔</w:t>
      </w:r>
    </w:p>
    <w:p>
      <w:r>
        <w:rPr>
          <w:b/>
        </w:rPr>
        <w:t xml:space="preserve">[32:18] </w:t>
      </w:r>
      <w:r>
        <w:t>wahan par jagah jagah aap ko debating point aayenge.</w:t>
      </w:r>
    </w:p>
    <w:p>
      <w:pPr>
        <w:jc w:val="right"/>
      </w:pPr>
      <w:r>
        <w:t>وہاں پر جگہ جگہ آپ کو ڈیویٹنگ پوائنٹ آئیں گے۔</w:t>
      </w:r>
    </w:p>
    <w:p>
      <w:r>
        <w:rPr>
          <w:b/>
        </w:rPr>
        <w:t xml:space="preserve">[32:22] </w:t>
      </w:r>
      <w:r>
        <w:t>distracting point aayenge.</w:t>
      </w:r>
    </w:p>
    <w:p>
      <w:pPr>
        <w:jc w:val="right"/>
      </w:pPr>
      <w:r>
        <w:t>ڈسٹریکٹنگ پوائنٹ آئیں گے۔</w:t>
      </w:r>
    </w:p>
    <w:p>
      <w:r>
        <w:rPr>
          <w:b/>
        </w:rPr>
        <w:t xml:space="preserve">[32:25] </w:t>
      </w:r>
      <w:r>
        <w:t>lekin aap ko idhar mudna nahi, idhar nahi mudna hai.</w:t>
      </w:r>
    </w:p>
    <w:p>
      <w:pPr>
        <w:jc w:val="right"/>
      </w:pPr>
      <w:r>
        <w:t>لیکن آپ کو ادھر مڑنا نہیں، ادھر نہیں مڑنا ہے۔</w:t>
      </w:r>
    </w:p>
    <w:p>
      <w:r>
        <w:rPr>
          <w:b/>
        </w:rPr>
        <w:t xml:space="preserve">[32:29] </w:t>
      </w:r>
      <w:r>
        <w:t>chale jaana hai, chale jaana hai, chale jaana hai.</w:t>
      </w:r>
    </w:p>
    <w:p>
      <w:pPr>
        <w:jc w:val="right"/>
      </w:pPr>
      <w:r>
        <w:t>چلے جانا ہے، چلے جانا ہے، چلے جانا ہے۔</w:t>
      </w:r>
    </w:p>
    <w:p>
      <w:r>
        <w:rPr>
          <w:b/>
        </w:rPr>
        <w:t xml:space="preserve">[32:32] </w:t>
      </w:r>
      <w:r>
        <w:t>ajeeb baat hai ke yeh nahi kar sake.</w:t>
      </w:r>
    </w:p>
    <w:p>
      <w:pPr>
        <w:jc w:val="right"/>
      </w:pPr>
      <w:r>
        <w:t>عجیب بات ہے کہ یہ نہیں کر سکے۔</w:t>
      </w:r>
    </w:p>
    <w:p>
      <w:r>
        <w:rPr>
          <w:b/>
        </w:rPr>
        <w:t xml:space="preserve">[32:36] </w:t>
      </w:r>
      <w:r>
        <w:t>aaj jo ulma bhadakte hain, ab falasteen mein yahoodi aa gaye, bhadak kar ladne lage wahan par.</w:t>
      </w:r>
    </w:p>
    <w:p>
      <w:pPr>
        <w:jc w:val="right"/>
      </w:pPr>
      <w:r>
        <w:t>آج جو علماء بھڑکتے ہیں، اب فلسطین میں یہودی آ گئے، بھڑک کر لڑنے لگے وہاں پر۔</w:t>
      </w:r>
    </w:p>
    <w:p>
      <w:r>
        <w:rPr>
          <w:b/>
        </w:rPr>
        <w:t xml:space="preserve">[32:39] </w:t>
      </w:r>
      <w:r>
        <w:t>india mein angrez aa gaye, bhadak kar ladne lage wahan par.</w:t>
      </w:r>
    </w:p>
    <w:p>
      <w:pPr>
        <w:jc w:val="right"/>
      </w:pPr>
      <w:r>
        <w:t>انڈیا میں انگریز آ گئے، بھڑک کر لڑنے لگے وہاں پر۔</w:t>
      </w:r>
    </w:p>
    <w:p>
      <w:r>
        <w:rPr>
          <w:b/>
        </w:rPr>
        <w:t xml:space="preserve">[32:42] </w:t>
      </w:r>
      <w:r>
        <w:t>afreeqa mein faransisi aa gaye, wahan bhark kar larnay lagay in se.</w:t>
      </w:r>
    </w:p>
    <w:p>
      <w:pPr>
        <w:jc w:val="right"/>
      </w:pPr>
      <w:r>
        <w:t>افریقہ میں فرانسیسی آ گئے، وہاں بھڑک کر لڑنے لگے ان سے۔</w:t>
      </w:r>
    </w:p>
    <w:p>
      <w:r>
        <w:rPr>
          <w:b/>
        </w:rPr>
        <w:t xml:space="preserve">[32:46] </w:t>
      </w:r>
      <w:r>
        <w:t>bas yahi yahi kar rahay hain, bhark bhark kar ke.</w:t>
      </w:r>
    </w:p>
    <w:p>
      <w:pPr>
        <w:jc w:val="right"/>
      </w:pPr>
      <w:r>
        <w:t>بس یہی یہی کر رہے ہیں، بھڑک بھڑک کر کے۔</w:t>
      </w:r>
    </w:p>
    <w:p>
      <w:r>
        <w:rPr>
          <w:b/>
        </w:rPr>
        <w:t xml:space="preserve">[32:52] </w:t>
      </w:r>
      <w:r>
        <w:t>yeh yeh bharkna kya hai? yeh deviation hai, distraction hai.</w:t>
      </w:r>
    </w:p>
    <w:p>
      <w:pPr>
        <w:jc w:val="right"/>
      </w:pPr>
      <w:r>
        <w:t>یہ یہ بھڑکنا کیا ہے؟ یہ ڈیوی ایشن ہے، ڈسٹریکشن ہے۔</w:t>
      </w:r>
    </w:p>
    <w:p>
      <w:r>
        <w:rPr>
          <w:b/>
        </w:rPr>
        <w:t xml:space="preserve">[32:58] </w:t>
      </w:r>
      <w:r>
        <w:t>is ki price kya deni par rahi hai? ke jo safar marifat tha, woh qabil nahi kar paye yeh log.</w:t>
      </w:r>
    </w:p>
    <w:p>
      <w:pPr>
        <w:jc w:val="right"/>
      </w:pPr>
      <w:r>
        <w:t>اس کی پرائس کیا دینی پڑ رہی ہے؟ کہ جو سفر معرفت تھا، وہ قابل نہیں کر پائے یہ لوگ۔</w:t>
      </w:r>
    </w:p>
    <w:p>
      <w:r>
        <w:rPr>
          <w:b/>
        </w:rPr>
        <w:t xml:space="preserve">[33:05] </w:t>
      </w:r>
      <w:r>
        <w:t>woh qabil nahi kar paye.</w:t>
      </w:r>
    </w:p>
    <w:p>
      <w:pPr>
        <w:jc w:val="right"/>
      </w:pPr>
      <w:r>
        <w:t>وہ قابل نہیں کر پائے۔</w:t>
      </w:r>
    </w:p>
    <w:p>
      <w:r>
        <w:rPr>
          <w:b/>
        </w:rPr>
        <w:t xml:space="preserve">[33:11] </w:t>
      </w:r>
      <w:r>
        <w:t>is ko jo agarche is kaam ka 50 percent secular log kar chukay thay,</w:t>
      </w:r>
    </w:p>
    <w:p>
      <w:pPr>
        <w:jc w:val="right"/>
      </w:pPr>
      <w:r>
        <w:t>اس کو جو اگرچہ اس کام کا 50 پرسنٹ سیکولر لوگ کر چکے تھے،</w:t>
      </w:r>
    </w:p>
    <w:p>
      <w:r>
        <w:rPr>
          <w:b/>
        </w:rPr>
        <w:t xml:space="preserve">[33:17] </w:t>
      </w:r>
      <w:r>
        <w:t>secular log kar chukay thay, yani secular logon ne prove kiya, usay prove kiya ke khuda ka wajood hai.</w:t>
      </w:r>
    </w:p>
    <w:p>
      <w:pPr>
        <w:jc w:val="right"/>
      </w:pPr>
      <w:r>
        <w:t>سیکولر لوگ کر چکے تھے، یعنی سیکولر لوگوں نے پروف کیا، اسے پروف کیا کہ خدا کا وجود ہے۔</w:t>
      </w:r>
    </w:p>
    <w:p>
      <w:r>
        <w:rPr>
          <w:b/>
        </w:rPr>
        <w:t xml:space="preserve">[33:22] </w:t>
      </w:r>
      <w:r>
        <w:t>khuda ka invisible hona yeh saboot nahi ke khuda ka wajood nahi hai.</w:t>
      </w:r>
    </w:p>
    <w:p>
      <w:pPr>
        <w:jc w:val="right"/>
      </w:pPr>
      <w:r>
        <w:t>خدا کا انویزیبل ہونا یہ ثبوت نہیں کہ خدا کا وجود نہیں ہے۔</w:t>
      </w:r>
    </w:p>
    <w:p>
      <w:r>
        <w:rPr>
          <w:b/>
        </w:rPr>
        <w:t xml:space="preserve">[33:27] </w:t>
      </w:r>
      <w:r>
        <w:t>kyunke sari material world bhi invisible hai.</w:t>
      </w:r>
    </w:p>
    <w:p>
      <w:pPr>
        <w:jc w:val="right"/>
      </w:pPr>
      <w:r>
        <w:t>کیونکہ ساری مٹیریل ورلڈ بھی انویزیبل ہے۔</w:t>
      </w:r>
    </w:p>
    <w:p>
      <w:r>
        <w:rPr>
          <w:b/>
        </w:rPr>
        <w:t xml:space="preserve">[33:32] </w:t>
      </w:r>
      <w:r>
        <w:t>yani sara matter khud invisible hai.</w:t>
      </w:r>
    </w:p>
    <w:p>
      <w:pPr>
        <w:jc w:val="right"/>
      </w:pPr>
      <w:r>
        <w:t>یعنی سارا میٹر خود انویزیبل ہے۔</w:t>
      </w:r>
    </w:p>
    <w:p>
      <w:r>
        <w:rPr>
          <w:b/>
        </w:rPr>
        <w:t xml:space="preserve">[33:37] </w:t>
      </w:r>
      <w:r>
        <w:t>jab material safar hamara pohancha electron tak, to hamein maloom hua ke material matter bhi invisible hai.</w:t>
      </w:r>
    </w:p>
    <w:p>
      <w:pPr>
        <w:jc w:val="right"/>
      </w:pPr>
      <w:r>
        <w:t>جب مٹیریل سفر ہمارا پہنچا الیکٹران تک، تو ہمیں معلوم ہوا کہ مٹیریل میٹر بھی انویزیبل ہے۔</w:t>
      </w:r>
    </w:p>
    <w:p>
      <w:r>
        <w:rPr>
          <w:b/>
        </w:rPr>
        <w:t xml:space="preserve">[33:42] </w:t>
      </w:r>
      <w:r>
        <w:t>to matter invisible hai, to character</w:t>
      </w:r>
    </w:p>
    <w:p>
      <w:pPr>
        <w:jc w:val="right"/>
      </w:pPr>
      <w:r>
        <w:t>تو میٹر انویزیبل ہے، تو کریکٹر</w:t>
      </w:r>
    </w:p>
    <w:p>
      <w:r>
        <w:rPr>
          <w:b/>
        </w:rPr>
        <w:t xml:space="preserve">[33:47] </w:t>
      </w:r>
      <w:r>
        <w:t>bhi invisible hai.</w:t>
      </w:r>
    </w:p>
    <w:p>
      <w:pPr>
        <w:jc w:val="right"/>
      </w:pPr>
      <w:r>
        <w:t>بھی انویزیبل ہے۔</w:t>
      </w:r>
    </w:p>
    <w:p>
      <w:r>
        <w:rPr>
          <w:b/>
        </w:rPr>
        <w:t xml:space="preserve">[33:51] </w:t>
      </w:r>
      <w:r>
        <w:t>to is mein aap ko kya objection kiya hai is ko mannay mein? yeh yeh yeh yeh yeh</w:t>
      </w:r>
    </w:p>
    <w:p>
      <w:pPr>
        <w:jc w:val="right"/>
      </w:pPr>
      <w:r>
        <w:t>تو اس میں آپ کو کیا ابجیکشن کیا ہے اس کو ماننے میں؟ یہ یہ یہ یہ یہ</w:t>
      </w:r>
    </w:p>
    <w:p>
      <w:r>
        <w:rPr>
          <w:b/>
        </w:rPr>
        <w:t xml:space="preserve">[33:56] </w:t>
      </w:r>
      <w:r>
        <w:t>Rational ground, rational support diya hai secular logon ne.</w:t>
      </w:r>
    </w:p>
    <w:p>
      <w:pPr>
        <w:jc w:val="right"/>
      </w:pPr>
      <w:r>
        <w:t>ریشنل گراؤنڈ، ریشنل سپورٹ دیا ہے سیکولر لوگوں نے۔</w:t>
      </w:r>
    </w:p>
    <w:p>
      <w:r>
        <w:rPr>
          <w:b/>
        </w:rPr>
        <w:t xml:space="preserve">[34:00] </w:t>
      </w:r>
      <w:r>
        <w:t>aise yeh bhi secular logon ne support diya hai ke tum sari baaton ko jaan nahi saktay ho.</w:t>
      </w:r>
    </w:p>
    <w:p>
      <w:pPr>
        <w:jc w:val="right"/>
      </w:pPr>
      <w:r>
        <w:t>ایسے یہ بھی سیکولر لوگوں نے سپورٹ دیا ہے کہ تم ساری باتوں کو جان نہیں سکتے ہو۔</w:t>
      </w:r>
    </w:p>
    <w:p>
      <w:r>
        <w:rPr>
          <w:b/>
        </w:rPr>
        <w:t xml:space="preserve">[34:04] </w:t>
      </w:r>
      <w:r>
        <w:t>science gives us but partial knowledge of reality.</w:t>
      </w:r>
    </w:p>
    <w:p>
      <w:pPr>
        <w:jc w:val="right"/>
      </w:pPr>
      <w:r>
        <w:t>سائنس گیوز اس بٹ پارشل نالج آف ریلیٹی۔</w:t>
      </w:r>
    </w:p>
    <w:p>
      <w:r>
        <w:rPr>
          <w:b/>
        </w:rPr>
        <w:t xml:space="preserve">[34:09] </w:t>
      </w:r>
      <w:r>
        <w:t>یہاں بھی سپورٹ دیا انہوں نے کہ وحی کے بغیر اور revelation کے بغیر چارہ نہیں ہے۔</w:t>
      </w:r>
    </w:p>
    <w:p>
      <w:pPr>
        <w:jc w:val="right"/>
      </w:pPr>
      <w:r>
        <w:t>یہاں بھی سپورٹ دیا انہوں نے کہ وحی کے بغیر اور ریولوشن کے بغیر چارہ نہیں ہے۔</w:t>
      </w:r>
    </w:p>
    <w:p>
      <w:r>
        <w:rPr>
          <w:b/>
        </w:rPr>
        <w:t xml:space="preserve">[34:13] </w:t>
      </w:r>
      <w:r>
        <w:t>tum ko manna paray ga. warna tum</w:t>
      </w:r>
    </w:p>
    <w:p>
      <w:pPr>
        <w:jc w:val="right"/>
      </w:pPr>
      <w:r>
        <w:t>تم کو ماننا پڑے گا۔ ورنہ تم</w:t>
      </w:r>
    </w:p>
    <w:p>
      <w:r>
        <w:rPr>
          <w:b/>
        </w:rPr>
        <w:t xml:space="preserve">[34:17] </w:t>
      </w:r>
      <w:r>
        <w:t>andhere andhere mein raho ge. phir unhon ne yeh bhi support diya ke jannat aik aisi cheez hai jo quran mein ya hadith mein hai ke jannat har qism ka jua hoga, unlimited jua hoga. woh sab possible hai. kyunke jo jo industrial development jo hua, industrial development ke zariye se jo sari cheezein samne aayin, har qism ki cheezein, har qism ki comfort, har qism ki luxury, us ne yeh is baat</w:t>
      </w:r>
    </w:p>
    <w:p>
      <w:pPr>
        <w:jc w:val="right"/>
      </w:pPr>
      <w:r>
        <w:t>اندھیرے اندھیرے میں رہو گے۔ پھر انہوں نے یہ بھی سپورٹ دیا کہ جنت ایک ایسی چیز ہے جو قرآن میں یا حدیث میں ہے کہ جنت ہر قسم کا جوئے ہوگا، ان لمیٹڈ جوئے ہوگا۔ وہ سب پاسیبل ہے۔ کیونکہ جو جو انڈسٹریل ڈیولپمنٹ جو ہوا، انڈسٹریل ڈیولپمنٹ کے ذریعے سے جو ساری چیزیں سامنے آئیں، ہر قسم کی چیزیں، ہر قسم کی کمفرٹ، ہر قسم کی لگژری، اس نے یہ اس بات</w:t>
      </w:r>
    </w:p>
    <w:p>
      <w:r>
        <w:rPr>
          <w:b/>
        </w:rPr>
        <w:t xml:space="preserve">[34:47] </w:t>
      </w:r>
      <w:r>
        <w:t>ko sabit kar diya.</w:t>
      </w:r>
    </w:p>
    <w:p>
      <w:pPr>
        <w:jc w:val="right"/>
      </w:pPr>
      <w:r>
        <w:t>کو ثابت کر دیا۔</w:t>
      </w:r>
    </w:p>
    <w:p>
      <w:r>
        <w:rPr>
          <w:b/>
        </w:rPr>
        <w:t xml:space="preserve">[34:51] </w:t>
      </w:r>
      <w:r>
        <w:t>is mein yeh sab ka is baat ka evidence ban gaya ke jannat possible hai.</w:t>
      </w:r>
    </w:p>
    <w:p>
      <w:pPr>
        <w:jc w:val="right"/>
      </w:pPr>
      <w:r>
        <w:t>اس میں یہ سب کا اس بات کا ایویڈنس بن گیا کہ جنت پاسیبل ہے۔</w:t>
      </w:r>
    </w:p>
    <w:p>
      <w:r>
        <w:rPr>
          <w:b/>
        </w:rPr>
        <w:t xml:space="preserve">[34:55] </w:t>
      </w:r>
      <w:r>
        <w:t>jannat mein yahi to hai ke jannat mein limited na rahay.</w:t>
      </w:r>
    </w:p>
    <w:p>
      <w:pPr>
        <w:jc w:val="right"/>
      </w:pPr>
      <w:r>
        <w:t>جنت میں یہی تو ہے کہ جنت میں لمیٹڈ نہ رہے۔</w:t>
      </w:r>
    </w:p>
    <w:p>
      <w:r>
        <w:rPr>
          <w:b/>
        </w:rPr>
        <w:t xml:space="preserve">[34:58] </w:t>
      </w:r>
      <w:r>
        <w:t>jo quran mein alhamdulillah azban al-hasr, hasr nikaal diya to yeh jannat hai.</w:t>
      </w:r>
    </w:p>
    <w:p>
      <w:pPr>
        <w:jc w:val="right"/>
      </w:pPr>
      <w:r>
        <w:t>جو قرآن میں الحمدللہ اذبان الحضر، حضر نکال دیا تو یہ جنت ہے۔</w:t>
      </w:r>
    </w:p>
    <w:p>
      <w:r>
        <w:rPr>
          <w:b/>
        </w:rPr>
        <w:t xml:space="preserve">[35:02] </w:t>
      </w:r>
      <w:r>
        <w:t>yeh sab secular logon ne kaam kiya hai.</w:t>
      </w:r>
    </w:p>
    <w:p>
      <w:pPr>
        <w:jc w:val="right"/>
      </w:pPr>
      <w:r>
        <w:t>یہ سب سیکولر لوگوں نے کام کیا ہے۔</w:t>
      </w:r>
    </w:p>
    <w:p>
      <w:r>
        <w:rPr>
          <w:b/>
        </w:rPr>
        <w:t xml:space="preserve">[35:06] </w:t>
      </w:r>
      <w:r>
        <w:t>aur hamaray jo log hain, woh sirf larr phir rahay hain.</w:t>
      </w:r>
    </w:p>
    <w:p>
      <w:pPr>
        <w:jc w:val="right"/>
      </w:pPr>
      <w:r>
        <w:t>اور ہمارے جو لوگ ہیں، وہ صرف لڑ پھر رہے ہیں۔</w:t>
      </w:r>
    </w:p>
    <w:p>
      <w:r>
        <w:rPr>
          <w:b/>
        </w:rPr>
        <w:t xml:space="preserve">[35:10] </w:t>
      </w:r>
      <w:r>
        <w:t>abhi bhi pehlay bhi larray, abhi bhi larr rahay hain.</w:t>
      </w:r>
    </w:p>
    <w:p>
      <w:pPr>
        <w:jc w:val="right"/>
      </w:pPr>
      <w:r>
        <w:t>ابھی بھی پہلے بھی لڑے، ابھی بھی لڑ رہے ہیں۔</w:t>
      </w:r>
    </w:p>
    <w:p>
      <w:r>
        <w:rPr>
          <w:b/>
        </w:rPr>
        <w:t xml:space="preserve">[35:14] </w:t>
      </w:r>
      <w:r>
        <w:t>khuda ke fazal se hamari team jo hai, yeh</w:t>
      </w:r>
    </w:p>
    <w:p>
      <w:pPr>
        <w:jc w:val="right"/>
      </w:pPr>
      <w:r>
        <w:t>خدا کے فضل سے ہماری ٹیم جو ہے، یہ</w:t>
      </w:r>
    </w:p>
    <w:p>
      <w:r>
        <w:rPr>
          <w:b/>
        </w:rPr>
        <w:t xml:space="preserve">[35:17] </w:t>
      </w:r>
      <w:r>
        <w:t>ایک ہی ایک ہی ٹیم ایسی ہے جو positive طور پر وہ کام کر رہی ہے۔</w:t>
      </w:r>
    </w:p>
    <w:p>
      <w:pPr>
        <w:jc w:val="right"/>
      </w:pPr>
      <w:r>
        <w:t>ایک ہی ایک ہی ٹیم ایسی ہے جو پازیٹیو طور پر وہ کام کر رہی ہے۔</w:t>
      </w:r>
    </w:p>
    <w:p>
      <w:r>
        <w:rPr>
          <w:b/>
        </w:rPr>
        <w:t xml:space="preserve">[35:21] </w:t>
      </w:r>
      <w:r>
        <w:t>koi bhi ek bhi team nahin hai.</w:t>
      </w:r>
    </w:p>
    <w:p>
      <w:pPr>
        <w:jc w:val="right"/>
      </w:pPr>
      <w:r>
        <w:t>کوئی بھی ایک بھی ٹیم نہیں۔</w:t>
      </w:r>
    </w:p>
    <w:p>
      <w:r>
        <w:rPr>
          <w:b/>
        </w:rPr>
        <w:t xml:space="preserve">[35:25] </w:t>
      </w:r>
      <w:r>
        <w:t>koi hai to mujhe bataiye aap.</w:t>
      </w:r>
    </w:p>
    <w:p>
      <w:pPr>
        <w:jc w:val="right"/>
      </w:pPr>
      <w:r>
        <w:t>کوئی ہے تو مجھے بتائیے آپ۔</w:t>
      </w:r>
    </w:p>
    <w:p>
      <w:r>
        <w:rPr>
          <w:b/>
        </w:rPr>
        <w:t xml:space="preserve">[35:29] </w:t>
      </w:r>
      <w:r>
        <w:t>team ka ek fard bhi nahin hai.</w:t>
      </w:r>
    </w:p>
    <w:p>
      <w:pPr>
        <w:jc w:val="right"/>
      </w:pPr>
      <w:r>
        <w:t>ٹیم کا ایک فرد بھی نہیں ہے۔</w:t>
      </w:r>
    </w:p>
    <w:p>
      <w:r>
        <w:rPr>
          <w:b/>
        </w:rPr>
        <w:t xml:space="preserve">[35:33] </w:t>
      </w:r>
      <w:r>
        <w:t>kal hamare paas europe ke teen aadmi aaye the, christian.</w:t>
      </w:r>
    </w:p>
    <w:p>
      <w:pPr>
        <w:jc w:val="right"/>
      </w:pPr>
      <w:r>
        <w:t>کل ہمارے پاس یورپ کے تین آدمی آئے تھے، کرسچن۔</w:t>
      </w:r>
    </w:p>
    <w:p>
      <w:r>
        <w:rPr>
          <w:b/>
        </w:rPr>
        <w:t xml:space="preserve">[35:37] </w:t>
      </w:r>
      <w:r>
        <w:t>wo top ke scholars the.</w:t>
      </w:r>
    </w:p>
    <w:p>
      <w:pPr>
        <w:jc w:val="right"/>
      </w:pPr>
      <w:r>
        <w:t>وہ ٹاپ کے سکالرز تھے۔</w:t>
      </w:r>
    </w:p>
    <w:p>
      <w:r>
        <w:rPr>
          <w:b/>
        </w:rPr>
        <w:t xml:space="preserve">[35:40] </w:t>
      </w:r>
      <w:r>
        <w:t>aur wo ek wahan par ek rso chala rahe hain jo pope ke under mein hai.</w:t>
      </w:r>
    </w:p>
    <w:p>
      <w:pPr>
        <w:jc w:val="right"/>
      </w:pPr>
      <w:r>
        <w:t>اور وہ ایک وہاں پر ایک آر ایس او چلا رہے ہیں جو پوپ کے انڈر میں ہے۔</w:t>
      </w:r>
    </w:p>
    <w:p>
      <w:r>
        <w:rPr>
          <w:b/>
        </w:rPr>
        <w:t xml:space="preserve">[35:44] </w:t>
      </w:r>
      <w:r>
        <w:t>wo to unhon ne bataya ke hum musalmanon se contact karna chahte hain, dialogue karna chahte hain.</w:t>
      </w:r>
    </w:p>
    <w:p>
      <w:pPr>
        <w:jc w:val="right"/>
      </w:pPr>
      <w:r>
        <w:t>وہ تو انہوں نے بتایا کہ ہم مسلمانوں سے کنٹیکٹ کرنا چاہتے ہیں، ڈائیلاگ کرنا چاہتے ہیں۔</w:t>
      </w:r>
    </w:p>
    <w:p>
      <w:r>
        <w:rPr>
          <w:b/>
        </w:rPr>
        <w:t xml:space="preserve">[35:48] </w:t>
      </w:r>
      <w:r>
        <w:t>to kaha unhon ne bataya ke hum Misr mein gaye. aur wahan par top ka aik Muslim scholar se mile hain. hum is ka naam bhi bataya unhon ne. woh top ka aadmi hai, well known hai. us se unhon ne kaha ke Muslim Christian dialogue hona chahiye. aapas mein unity aaye. aap mein harmony paida ho. mil jul kar hum woh kaam kar saken kuch. to unhon ne bataya kuch der tak baat hui. us ke baad unhon ne baat hi band kar di. koi dis, koi dialogue nahin. kuch k</w:t>
      </w:r>
    </w:p>
    <w:p>
      <w:pPr>
        <w:jc w:val="right"/>
      </w:pPr>
      <w:r>
        <w:t>تو کہا انہوں نے بتایا کہ ہم مصر میں گئے۔ اور وہاں پر ٹاپ کا ایک مسلم اسکالر سے ملے ہیں۔ ہم اس کا نام بھی بتایا انہوں نے۔ وہ ٹاپ کا آدمی ہے، ویل نون ہے۔ اس سے انہوں نے کہا کہ مسلم کرسچن ڈائیلاگ ہونا چاہیے۔ آپس میں یونٹی آئے۔ آپ میں ہارمونی پیدا ہو۔ مل جل کر ہم وہ کام کر سکیں کچھ۔ تو انہوں نے بتایا کچھ دیر تک بات ہوئی۔ اس کے بعد انہوں نے بات ہی بند کر دی۔ کوئی ڈس، کوئی ڈائیلاگ نہیں۔ کچھ ک</w:t>
      </w:r>
    </w:p>
    <w:p>
      <w:r>
        <w:rPr>
          <w:b/>
        </w:rPr>
        <w:t xml:space="preserve">[36:18] </w:t>
      </w:r>
      <w:r>
        <w:t>chhe nahin ho sakta.</w:t>
      </w:r>
    </w:p>
    <w:p>
      <w:pPr>
        <w:jc w:val="right"/>
      </w:pPr>
      <w:r>
        <w:t>چھ نہیں ہو سکتا۔</w:t>
      </w:r>
    </w:p>
    <w:p>
      <w:r>
        <w:rPr>
          <w:b/>
        </w:rPr>
        <w:t xml:space="preserve">[36:22] </w:t>
      </w:r>
      <w:r>
        <w:t>koi dialogue ka koi faida nahin.</w:t>
      </w:r>
    </w:p>
    <w:p>
      <w:pPr>
        <w:jc w:val="right"/>
      </w:pPr>
      <w:r>
        <w:t>کوئی ڈائیلاگ کا کوئی فائدہ نہیں۔</w:t>
      </w:r>
    </w:p>
    <w:p>
      <w:r>
        <w:rPr>
          <w:b/>
        </w:rPr>
        <w:t xml:space="preserve">[36:25] </w:t>
      </w:r>
      <w:r>
        <w:t>aur baat khatam.</w:t>
      </w:r>
    </w:p>
    <w:p>
      <w:pPr>
        <w:jc w:val="right"/>
      </w:pPr>
      <w:r>
        <w:t>اور بات ختم۔</w:t>
      </w:r>
    </w:p>
    <w:p>
      <w:r>
        <w:rPr>
          <w:b/>
        </w:rPr>
        <w:t xml:space="preserve">[36:29] </w:t>
      </w:r>
      <w:r>
        <w:t>yeh top ke muslim scholar ne kiya.</w:t>
      </w:r>
    </w:p>
    <w:p>
      <w:pPr>
        <w:jc w:val="right"/>
      </w:pPr>
      <w:r>
        <w:t>یہ ٹاپ کے مسلم اسکالر نے کیا۔</w:t>
      </w:r>
    </w:p>
    <w:p>
      <w:r>
        <w:rPr>
          <w:b/>
        </w:rPr>
        <w:t xml:space="preserve">[36:32] </w:t>
      </w:r>
      <w:r>
        <w:t>kyun? wo to negativity mein jee rahe hain.</w:t>
      </w:r>
    </w:p>
    <w:p>
      <w:pPr>
        <w:jc w:val="right"/>
      </w:pPr>
      <w:r>
        <w:t>کیوں؟ وہ تو نیگیٹیوٹی میں جی رہے ہیں۔</w:t>
      </w:r>
    </w:p>
    <w:p>
      <w:r>
        <w:rPr>
          <w:b/>
        </w:rPr>
        <w:t xml:space="preserve">[36:35] </w:t>
      </w:r>
      <w:r>
        <w:t>un ko kya shikayat hai arab scholars ko ke falasteen ke front par christian ne hamare sath nahin</w:t>
      </w:r>
    </w:p>
    <w:p>
      <w:pPr>
        <w:jc w:val="right"/>
      </w:pPr>
      <w:r>
        <w:t>ان کو کیا شکایت ہے عرب سکالرز کو کہ فلسطین کے فرنٹ پر کرسچن نے ہمارے ساتھ نہیں</w:t>
      </w:r>
    </w:p>
    <w:p>
      <w:r>
        <w:rPr>
          <w:b/>
        </w:rPr>
        <w:t xml:space="preserve">[36:39] </w:t>
      </w:r>
      <w:r>
        <w:t>diya? ab bataiye ke yeh koi shikayat hai? is shikayat ko le kar sare arab jo hain negative</w:t>
      </w:r>
    </w:p>
    <w:p>
      <w:pPr>
        <w:jc w:val="right"/>
      </w:pPr>
      <w:r>
        <w:t>دیا؟ اب بتائیے کہ یہ کوئی شکایت ہے؟ اس شکایت کو لے کر سارے عرب جو ہیں نیگیٹیو</w:t>
      </w:r>
    </w:p>
    <w:p>
      <w:r>
        <w:rPr>
          <w:b/>
        </w:rPr>
        <w:t xml:space="preserve">[36:42] </w:t>
      </w:r>
      <w:r>
        <w:t>ho rahe hain christian se.</w:t>
      </w:r>
    </w:p>
    <w:p>
      <w:pPr>
        <w:jc w:val="right"/>
      </w:pPr>
      <w:r>
        <w:t>ہو رہے ہیں کرسچن سے۔</w:t>
      </w:r>
    </w:p>
    <w:p>
      <w:r>
        <w:rPr>
          <w:b/>
        </w:rPr>
        <w:t xml:space="preserve">[36:46] </w:t>
      </w:r>
      <w:r>
        <w:t>wo chahte hain ke christian jo hain hamare sath</w:t>
      </w:r>
    </w:p>
    <w:p>
      <w:pPr>
        <w:jc w:val="right"/>
      </w:pPr>
      <w:r>
        <w:t>وہ چاہتے ہیں کہ کرسچن جو ہیں ہمارے ساتھ</w:t>
      </w:r>
    </w:p>
    <w:p>
      <w:r>
        <w:rPr>
          <w:b/>
        </w:rPr>
        <w:t xml:space="preserve">[36:49] </w:t>
      </w:r>
      <w:r>
        <w:t>yeh jo hai wo laren.</w:t>
      </w:r>
    </w:p>
    <w:p>
      <w:pPr>
        <w:jc w:val="right"/>
      </w:pPr>
      <w:r>
        <w:t>یہ جو ہے وہ لڑیں۔</w:t>
      </w:r>
    </w:p>
    <w:p>
      <w:r>
        <w:rPr>
          <w:b/>
        </w:rPr>
        <w:t xml:space="preserve">[36:54] </w:t>
      </w:r>
      <w:r>
        <w:t>to india ke log bhi isi mein jeete hain.</w:t>
      </w:r>
    </w:p>
    <w:p>
      <w:pPr>
        <w:jc w:val="right"/>
      </w:pPr>
      <w:r>
        <w:t>تو انڈیا کے لوگ بھی اسی میں جیتے ہیں۔</w:t>
      </w:r>
    </w:p>
    <w:p>
      <w:r>
        <w:rPr>
          <w:b/>
        </w:rPr>
        <w:t xml:space="preserve">[36:58] </w:t>
      </w:r>
      <w:r>
        <w:t>arab ke log bhi isi mein jeete hain.</w:t>
      </w:r>
    </w:p>
    <w:p>
      <w:pPr>
        <w:jc w:val="right"/>
      </w:pPr>
      <w:r>
        <w:t>عرب کے لوگ بھی اسی میں جیتے ہیں۔</w:t>
      </w:r>
    </w:p>
    <w:p>
      <w:r>
        <w:rPr>
          <w:b/>
        </w:rPr>
        <w:t xml:space="preserve">[37:03] </w:t>
      </w:r>
      <w:r>
        <w:t>koi falasteen ke sawal ko le kar ke negative bana hua hai? koi kashmir ke sawal ko le</w:t>
      </w:r>
    </w:p>
    <w:p>
      <w:pPr>
        <w:jc w:val="right"/>
      </w:pPr>
      <w:r>
        <w:t>کوئی فلسطین کے سوال کو لے کر کے نیگیٹیو بنا ہوا ہے؟ کوئی کشمیر کے سوال کو لے</w:t>
      </w:r>
    </w:p>
    <w:p>
      <w:r>
        <w:rPr>
          <w:b/>
        </w:rPr>
        <w:t xml:space="preserve">[37:07] </w:t>
      </w:r>
      <w:r>
        <w:t>کر نیگیٹیو بنا ہوا ہے؟ کوئی RSS کے سوال کو لے کر نیگیٹیو بنا</w:t>
      </w:r>
    </w:p>
    <w:p>
      <w:pPr>
        <w:jc w:val="right"/>
      </w:pPr>
      <w:r>
        <w:t>کر نیگیٹیو بنا ہوا ہے؟ کوئی آر ایس آر ایس ایس کے سوال کو لے کر نیگیٹیو بنا</w:t>
      </w:r>
    </w:p>
    <w:p>
      <w:r>
        <w:rPr>
          <w:b/>
        </w:rPr>
        <w:t xml:space="preserve">[37:12] </w:t>
      </w:r>
      <w:r>
        <w:t>hua hai? is se pehle log, yani yeh france ke log jo ghus gaye asia mein, is ko</w:t>
      </w:r>
    </w:p>
    <w:p>
      <w:pPr>
        <w:jc w:val="right"/>
      </w:pPr>
      <w:r>
        <w:t>ہوا ہے؟ اس سے پہلے لوگ، یعنی یہ فرانس کے لوگ جو گھس گئے ایشیا میں، اس کو</w:t>
      </w:r>
    </w:p>
    <w:p>
      <w:r>
        <w:rPr>
          <w:b/>
        </w:rPr>
        <w:t xml:space="preserve">[37:16] </w:t>
      </w:r>
      <w:r>
        <w:t>le kar negative ban gaye the.</w:t>
      </w:r>
    </w:p>
    <w:p>
      <w:pPr>
        <w:jc w:val="right"/>
      </w:pPr>
      <w:r>
        <w:t>لے کر نیگیٹیو بن گئے تھے۔</w:t>
      </w:r>
    </w:p>
    <w:p>
      <w:r>
        <w:rPr>
          <w:b/>
        </w:rPr>
        <w:t xml:space="preserve">[37:21] </w:t>
      </w:r>
      <w:r>
        <w:t>kal mein ek ek ek top ke aadmi ko padh raha tha halaat.</w:t>
      </w:r>
    </w:p>
    <w:p>
      <w:pPr>
        <w:jc w:val="right"/>
      </w:pPr>
      <w:r>
        <w:t>کل میں ایک ایک ایک ٹاپ کے آدمی کو پڑھ رہا تھا حالات۔</w:t>
      </w:r>
    </w:p>
    <w:p>
      <w:r>
        <w:rPr>
          <w:b/>
        </w:rPr>
        <w:t xml:space="preserve">[37:24] </w:t>
      </w:r>
      <w:r>
        <w:t>halaat the un ke.</w:t>
      </w:r>
    </w:p>
    <w:p>
      <w:pPr>
        <w:jc w:val="right"/>
      </w:pPr>
      <w:r>
        <w:t>حالات تھے ان کے۔</w:t>
      </w:r>
    </w:p>
    <w:p>
      <w:r>
        <w:rPr>
          <w:b/>
        </w:rPr>
        <w:t xml:space="preserve">[37:27] </w:t>
      </w:r>
      <w:r>
        <w:t>to africa ke ek country mein, wahan par wo ek bare idare ke zimmedar the.</w:t>
      </w:r>
    </w:p>
    <w:p>
      <w:pPr>
        <w:jc w:val="right"/>
      </w:pPr>
      <w:r>
        <w:t>تو افریقہ کے ایک کنٹری میں، وہاں پر وہ ایک بڑے ادارے کے ذمہ دار تھے۔</w:t>
      </w:r>
    </w:p>
    <w:p>
      <w:r>
        <w:rPr>
          <w:b/>
        </w:rPr>
        <w:t xml:space="preserve">[37:31] </w:t>
      </w:r>
      <w:r>
        <w:t>to wahan ek faransisi afsar aane wala tha, wahan par is school mein.</w:t>
      </w:r>
    </w:p>
    <w:p>
      <w:pPr>
        <w:jc w:val="right"/>
      </w:pPr>
      <w:r>
        <w:t>تو وہاں ایک فرانسیسی افسر آنے والا تھا، وہاں پر اس اسکول میں۔</w:t>
      </w:r>
    </w:p>
    <w:p>
      <w:r>
        <w:rPr>
          <w:b/>
        </w:rPr>
        <w:t xml:space="preserve">[37:34] </w:t>
      </w:r>
      <w:r>
        <w:t>to unhon ne kya kiya ke wahan jhanda uthaya ke un ka boycott kiya jaye.</w:t>
      </w:r>
    </w:p>
    <w:p>
      <w:pPr>
        <w:jc w:val="right"/>
      </w:pPr>
      <w:r>
        <w:t>تو انہوں نے کیا کیا کہ وہاں جھنڈا اٹھایا کہ ان کا بائیکاٹ کیا جائے۔</w:t>
      </w:r>
    </w:p>
    <w:p>
      <w:r>
        <w:rPr>
          <w:b/>
        </w:rPr>
        <w:t xml:space="preserve">[37:37] </w:t>
      </w:r>
      <w:r>
        <w:t>woh aaye to koi un se mile nahi.</w:t>
      </w:r>
    </w:p>
    <w:p>
      <w:pPr>
        <w:jc w:val="right"/>
      </w:pPr>
      <w:r>
        <w:t>وہ آئے تو کوئی ان سے ملے نہیں۔</w:t>
      </w:r>
    </w:p>
    <w:p>
      <w:r>
        <w:rPr>
          <w:b/>
        </w:rPr>
        <w:t xml:space="preserve">[37:41] </w:t>
      </w:r>
      <w:r>
        <w:t>koi un ke liye jalsa na kiya jaye.</w:t>
      </w:r>
    </w:p>
    <w:p>
      <w:pPr>
        <w:jc w:val="right"/>
      </w:pPr>
      <w:r>
        <w:t>کوئی ان کے لیے جلسہ نہ کیا جائے۔</w:t>
      </w:r>
    </w:p>
    <w:p>
      <w:r>
        <w:rPr>
          <w:b/>
        </w:rPr>
        <w:t xml:space="preserve">[37:44] </w:t>
      </w:r>
      <w:r>
        <w:t>koi un ki baat na sune.</w:t>
      </w:r>
    </w:p>
    <w:p>
      <w:pPr>
        <w:jc w:val="right"/>
      </w:pPr>
      <w:r>
        <w:t>کوئی ان کی بات نہ سنے۔</w:t>
      </w:r>
    </w:p>
    <w:p>
      <w:r>
        <w:rPr>
          <w:b/>
        </w:rPr>
        <w:t xml:space="preserve">[37:47] </w:t>
      </w:r>
      <w:r>
        <w:t>yeh yeh yeh koi soch hai? yeh koi soch hai? bhai woh aa raha hai to aap us ko dawat</w:t>
      </w:r>
    </w:p>
    <w:p>
      <w:pPr>
        <w:jc w:val="right"/>
      </w:pPr>
      <w:r>
        <w:t>یہ یہ یہ کوئی سوچ ہے؟ یہ کوئی سوچ ہے؟ بھئی وہ آ رہا ہے تو آپ اس کو دعوت</w:t>
      </w:r>
    </w:p>
    <w:p>
      <w:r>
        <w:rPr>
          <w:b/>
        </w:rPr>
        <w:t xml:space="preserve">[37:51] </w:t>
      </w:r>
      <w:r>
        <w:t>dijiye.</w:t>
      </w:r>
    </w:p>
    <w:p>
      <w:pPr>
        <w:jc w:val="right"/>
      </w:pPr>
      <w:r>
        <w:t>دیجئے۔</w:t>
      </w:r>
    </w:p>
    <w:p>
      <w:r>
        <w:rPr>
          <w:b/>
        </w:rPr>
        <w:t xml:space="preserve">[37:54] </w:t>
      </w:r>
      <w:r>
        <w:t>us ko mauzu samjhiye.</w:t>
      </w:r>
    </w:p>
    <w:p>
      <w:pPr>
        <w:jc w:val="right"/>
      </w:pPr>
      <w:r>
        <w:t>اس کو موضوع سمجھیے۔</w:t>
      </w:r>
    </w:p>
    <w:p>
      <w:r>
        <w:rPr>
          <w:b/>
        </w:rPr>
        <w:t xml:space="preserve">[37:58] </w:t>
      </w:r>
      <w:r>
        <w:t>itne zyada be khabar hain log.</w:t>
      </w:r>
    </w:p>
    <w:p>
      <w:pPr>
        <w:jc w:val="right"/>
      </w:pPr>
      <w:r>
        <w:t>اتنے زیادہ بے خبر ہیں لوگ۔</w:t>
      </w:r>
    </w:p>
    <w:p>
      <w:r>
        <w:rPr>
          <w:b/>
        </w:rPr>
        <w:t xml:space="preserve">[38:01] </w:t>
      </w:r>
      <w:r>
        <w:t>kashmir ke ek sahib se mein ne baat ki, parhe likhe aadmi ke aap da'wati kaam kijiye, yani</w:t>
      </w:r>
    </w:p>
    <w:p>
      <w:pPr>
        <w:jc w:val="right"/>
      </w:pPr>
      <w:r>
        <w:t>کشمیر کے ایک صاحب سے میں نے بات کی، پڑھے لکھے آدمی کہ آپ دعوتی کام کیجئے، یعنی</w:t>
      </w:r>
    </w:p>
    <w:p>
      <w:r>
        <w:rPr>
          <w:b/>
        </w:rPr>
        <w:t xml:space="preserve">[38:04] </w:t>
      </w:r>
      <w:r>
        <w:t>ghair muslimon mein.</w:t>
      </w:r>
    </w:p>
    <w:p>
      <w:pPr>
        <w:jc w:val="right"/>
      </w:pPr>
      <w:r>
        <w:t>غیر مسلموں میں۔</w:t>
      </w:r>
    </w:p>
    <w:p>
      <w:r>
        <w:rPr>
          <w:b/>
        </w:rPr>
        <w:t xml:space="preserve">[38:08] </w:t>
      </w:r>
      <w:r>
        <w:t>to kya kehte hain? bhai kashmir mein musalman musalman hain, wahan par.</w:t>
      </w:r>
    </w:p>
    <w:p>
      <w:pPr>
        <w:jc w:val="right"/>
      </w:pPr>
      <w:r>
        <w:t>تو کیا کہتے ہیں؟ بھئی کشمیر میں مسلمان مسلمان ہیں، وہاں پر۔</w:t>
      </w:r>
    </w:p>
    <w:p>
      <w:r>
        <w:rPr>
          <w:b/>
        </w:rPr>
        <w:t xml:space="preserve">[38:11] </w:t>
      </w:r>
      <w:r>
        <w:t>وہاں دعوتی کام کیا؟ یعنی these people are dawah blind.</w:t>
      </w:r>
    </w:p>
    <w:p>
      <w:pPr>
        <w:jc w:val="right"/>
      </w:pPr>
      <w:r>
        <w:t>وہاں دعوتی کام کیا؟ یعنی دیز پیپل آر دعویٰ بلائنڈ۔</w:t>
      </w:r>
    </w:p>
    <w:p>
      <w:r>
        <w:rPr>
          <w:b/>
        </w:rPr>
        <w:t xml:space="preserve">[38:15] </w:t>
      </w:r>
      <w:r>
        <w:t>deez people are d'awa blind.</w:t>
      </w:r>
    </w:p>
    <w:p>
      <w:pPr>
        <w:jc w:val="right"/>
      </w:pPr>
      <w:r>
        <w:t>دیز پیپل آر دعویٰ بلائنڈ۔</w:t>
      </w:r>
    </w:p>
    <w:p>
      <w:r>
        <w:rPr>
          <w:b/>
        </w:rPr>
        <w:t xml:space="preserve">[38:18] </w:t>
      </w:r>
      <w:r>
        <w:t>mein ne kaha kashmir mein to itna zabardast kaam hai.</w:t>
      </w:r>
    </w:p>
    <w:p>
      <w:pPr>
        <w:jc w:val="right"/>
      </w:pPr>
      <w:r>
        <w:t>میں نے کہا کشمیر میں تو اتنا زبردست کام ہے۔</w:t>
      </w:r>
    </w:p>
    <w:p>
      <w:r>
        <w:rPr>
          <w:b/>
        </w:rPr>
        <w:t xml:space="preserve">[38:21] </w:t>
      </w:r>
      <w:r>
        <w:t>Kashmir mein dekhiye, number one tourist aate hain, dunya bhar ke tourist. woh woh mad'u hain aap ke liye. Kashmir mein jagah jo hai, Indian army hai, woh mad'u hai aap ke liye. aur abhi bhi Kashmir mein Pandit log hain, wahan woh bhi aap ke mad'u hain. itne sare mad'u hain Kashmir mein. tourist hai, Indian army hai, aur Pandit log hain. lekin unhein sab, un ki, unhein to dikhai nahin parta. kyunke da'wa blind hai yeh.</w:t>
      </w:r>
    </w:p>
    <w:p>
      <w:pPr>
        <w:jc w:val="right"/>
      </w:pPr>
      <w:r>
        <w:t>کشمیر میں دیکھیے، نمبر ون ٹورسٹ آتے ہیں، دنیا بھر کے ٹورسٹ۔ وہ وہ مدعو ہیں آپ کے لیے۔ کشمیر میں جگہ جو ہے، انڈین آرمی ہے، وہ مدعو ہے آپ کے لیے۔ اور ابھی بھی کشمیر میں پنڈت لوگ ہیں، وہاں وہ بھی آپ کے مدعو ہیں۔ اتنے سارے مدعو ہیں کشمیر میں۔ ٹورسٹ ہے، انڈین آرمی ہے، اور پنڈت لوگ ہیں۔ لیکن انہیں سب، ان کی، انہیں تو دکھائی نہیں پڑتا۔ کیونکہ دعویٰ بلائنڈ ہے یہ۔</w:t>
      </w:r>
    </w:p>
    <w:p>
      <w:r>
        <w:rPr>
          <w:b/>
        </w:rPr>
        <w:t xml:space="preserve">[38:51] </w:t>
      </w:r>
      <w:r>
        <w:t>سارے مسلمان دعویٰ blind ہو چکے ہیں۔</w:t>
      </w:r>
    </w:p>
    <w:p>
      <w:pPr>
        <w:jc w:val="right"/>
      </w:pPr>
      <w:r>
        <w:t>سارے مسلمان دعویٰ بلائنڈ ہو چکے ہیں۔</w:t>
      </w:r>
    </w:p>
    <w:p>
      <w:r>
        <w:rPr>
          <w:b/>
        </w:rPr>
        <w:t xml:space="preserve">[38:56] </w:t>
      </w:r>
      <w:r>
        <w:t>yani ulma ka aur ghair ulma ka in ko farq nahi hai.</w:t>
      </w:r>
    </w:p>
    <w:p>
      <w:pPr>
        <w:jc w:val="right"/>
      </w:pPr>
      <w:r>
        <w:t>یعنی علماء کا اور غیر علماء کا ان کو فرق نہیں ہے۔</w:t>
      </w:r>
    </w:p>
    <w:p>
      <w:r>
        <w:rPr>
          <w:b/>
        </w:rPr>
        <w:t xml:space="preserve">[39:00] </w:t>
      </w:r>
      <w:r>
        <w:t>woh sirf bas samajhte hain ke sab dushman hain, sab conspiracy karne wale log hain, yeh hain, woh hain.</w:t>
      </w:r>
    </w:p>
    <w:p>
      <w:pPr>
        <w:jc w:val="right"/>
      </w:pPr>
      <w:r>
        <w:t>وہ صرف بس سمجھتے ہیں کہ سب دشمن ہیں، سب کاسپیسی کرنے والے لوگ ہیں، یہ ہیں، وہ ہیں۔</w:t>
      </w:r>
    </w:p>
    <w:p>
      <w:r>
        <w:rPr>
          <w:b/>
        </w:rPr>
        <w:t xml:space="preserve">[39:04] </w:t>
      </w:r>
      <w:r>
        <w:t>bas in ko maro, kaato in ko.</w:t>
      </w:r>
    </w:p>
    <w:p>
      <w:pPr>
        <w:jc w:val="right"/>
      </w:pPr>
      <w:r>
        <w:t>بس ان کو مارو، کاٹو ان کو۔</w:t>
      </w:r>
    </w:p>
    <w:p>
      <w:r>
        <w:rPr>
          <w:b/>
        </w:rPr>
        <w:t xml:space="preserve">[39:09] </w:t>
      </w:r>
      <w:r>
        <w:t>صرف ہماری ٹیم خدا کے فضل سے اس blindness سے بچی ہوئی ہے۔</w:t>
      </w:r>
    </w:p>
    <w:p>
      <w:pPr>
        <w:jc w:val="right"/>
      </w:pPr>
      <w:r>
        <w:t>صرف ہماری ٹیم خدا کے فضل سے اس بلائنڈنس سے بچی ہوئی ہے۔</w:t>
      </w:r>
    </w:p>
    <w:p>
      <w:r>
        <w:rPr>
          <w:b/>
        </w:rPr>
        <w:t xml:space="preserve">[39:13] </w:t>
      </w:r>
      <w:r>
        <w:t>aur duniya ko hum insaan samajhte hain, duniya ko hum mad'u samajhte hain, duniya ko hum sachai ka</w:t>
      </w:r>
    </w:p>
    <w:p>
      <w:pPr>
        <w:jc w:val="right"/>
      </w:pPr>
      <w:r>
        <w:t>اور دنیا کو ہم انسان سمجھتے ہیں، دنیا کو ہم مدعو سمجھتے ہیں، دنیا کو ہم سچائی کا</w:t>
      </w:r>
    </w:p>
    <w:p>
      <w:r>
        <w:rPr>
          <w:b/>
        </w:rPr>
        <w:t xml:space="preserve">[39:17] </w:t>
      </w:r>
      <w:r>
        <w:t>paigham pohncha rahe hain.</w:t>
      </w:r>
    </w:p>
    <w:p>
      <w:pPr>
        <w:jc w:val="right"/>
      </w:pPr>
      <w:r>
        <w:t>پیغام پہنچا رہے ہیں۔</w:t>
      </w:r>
    </w:p>
    <w:p>
      <w:r>
        <w:rPr>
          <w:b/>
        </w:rPr>
        <w:t xml:space="preserve">[39:22] </w:t>
      </w:r>
      <w:r>
        <w:t>Allah ke fazl se hamari team ka ek member active ho gaya hai.</w:t>
      </w:r>
    </w:p>
    <w:p>
      <w:pPr>
        <w:jc w:val="right"/>
      </w:pPr>
      <w:r>
        <w:t>اللہ کے فضل سے ہماری ٹیم کا ایک ممبر ایکٹیو ہو گیا ہے۔</w:t>
      </w:r>
    </w:p>
    <w:p>
      <w:r>
        <w:rPr>
          <w:b/>
        </w:rPr>
        <w:t xml:space="preserve">[39:25] </w:t>
      </w:r>
      <w:r>
        <w:t>khud hi sochta hai, khud hi plan karta hai, khud hi phaila raha hai.</w:t>
      </w:r>
    </w:p>
    <w:p>
      <w:pPr>
        <w:jc w:val="right"/>
      </w:pPr>
      <w:r>
        <w:t>خود ہی سوچتا ہے، خود ہی پلان کرتا ہے، خود ہی پھیلا رہا ہے۔</w:t>
      </w:r>
    </w:p>
    <w:p>
      <w:r>
        <w:rPr>
          <w:b/>
        </w:rPr>
        <w:t xml:space="preserve">[39:29] </w:t>
      </w:r>
      <w:r>
        <w:t>jis ko mein ne is se pehle aap se arz kiya tha ke ke bohat pehle mein arab</w:t>
      </w:r>
    </w:p>
    <w:p>
      <w:pPr>
        <w:jc w:val="right"/>
      </w:pPr>
      <w:r>
        <w:t>جس کو میں نے اس سے پہلے آپ سے عرض کیا تھا کہ کہ بہت پہلے میں عرب</w:t>
      </w:r>
    </w:p>
    <w:p>
      <w:r>
        <w:rPr>
          <w:b/>
        </w:rPr>
        <w:t xml:space="preserve">[39:33] </w:t>
      </w:r>
      <w:r>
        <w:t>country mein gaya to unhon ne kaha ke aap baatein to bari achhi achhi karte hain lekin aap</w:t>
      </w:r>
    </w:p>
    <w:p>
      <w:pPr>
        <w:jc w:val="right"/>
      </w:pPr>
      <w:r>
        <w:t>کنٹری میں گیا تو انہوں نے کہا کہ آپ باتیں تو بڑی اچھی اچھی کرتے ہیں لیکن آپ</w:t>
      </w:r>
    </w:p>
    <w:p>
      <w:r>
        <w:rPr>
          <w:b/>
        </w:rPr>
        <w:t xml:space="preserve">[39:37] </w:t>
      </w:r>
      <w:r>
        <w:t>ke paas koi program nahi hai.</w:t>
      </w:r>
    </w:p>
    <w:p>
      <w:pPr>
        <w:jc w:val="right"/>
      </w:pPr>
      <w:r>
        <w:t>کے پاس کوئی پروگرام نہیں ہے۔</w:t>
      </w:r>
    </w:p>
    <w:p>
      <w:r>
        <w:rPr>
          <w:b/>
        </w:rPr>
        <w:t xml:space="preserve">[39:40] </w:t>
      </w:r>
      <w:r>
        <w:t>program ko arabi mein kehte hain barnamaj.</w:t>
      </w:r>
    </w:p>
    <w:p>
      <w:pPr>
        <w:jc w:val="right"/>
      </w:pPr>
      <w:r>
        <w:t>پروگرام کو عربی میں کہتے ہیں برنامج۔</w:t>
      </w:r>
    </w:p>
    <w:p>
      <w:r>
        <w:rPr>
          <w:b/>
        </w:rPr>
        <w:t xml:space="preserve">[39:44] </w:t>
      </w:r>
      <w:r>
        <w:t>aap ke paas koi program nahi hai.</w:t>
      </w:r>
    </w:p>
    <w:p>
      <w:pPr>
        <w:jc w:val="right"/>
      </w:pPr>
      <w:r>
        <w:t>آپ کے پاس کوئی برنامج نہیں ہے۔</w:t>
      </w:r>
    </w:p>
    <w:p>
      <w:r>
        <w:rPr>
          <w:b/>
        </w:rPr>
        <w:t xml:space="preserve">[39:48] </w:t>
      </w:r>
      <w:r>
        <w:t>to maine kaha ke bar</w:t>
      </w:r>
    </w:p>
    <w:p>
      <w:pPr>
        <w:jc w:val="right"/>
      </w:pPr>
      <w:r>
        <w:t>تو میں نے کہا کہ بر</w:t>
      </w:r>
    </w:p>
    <w:p>
      <w:r>
        <w:rPr>
          <w:b/>
        </w:rPr>
        <w:t xml:space="preserve">[39:52] </w:t>
      </w:r>
      <w:r>
        <w:t>nam hoaa adad al-mubarmjeen.</w:t>
      </w:r>
    </w:p>
    <w:p>
      <w:pPr>
        <w:jc w:val="right"/>
      </w:pPr>
      <w:r>
        <w:t>نامج ہونا ہوا اعداد المبرمجین۔</w:t>
      </w:r>
    </w:p>
    <w:p>
      <w:r>
        <w:rPr>
          <w:b/>
        </w:rPr>
        <w:t xml:space="preserve">[39:56] </w:t>
      </w:r>
      <w:r>
        <w:t>hamara program ye hai ke hum program makers banayein. Program makers.</w:t>
      </w:r>
    </w:p>
    <w:p>
      <w:pPr>
        <w:jc w:val="right"/>
      </w:pPr>
      <w:r>
        <w:t>ہمارا پروگرام یہ ہے کہ ہم پروگرام میکرز بنائیں۔ پروگرام میکرز۔</w:t>
      </w:r>
    </w:p>
    <w:p>
      <w:r>
        <w:rPr>
          <w:b/>
        </w:rPr>
        <w:t xml:space="preserve">[40:01] </w:t>
      </w:r>
      <w:r>
        <w:t>bahut pehle ki baat hai.</w:t>
      </w:r>
    </w:p>
    <w:p>
      <w:pPr>
        <w:jc w:val="right"/>
      </w:pPr>
      <w:r>
        <w:t>بہت پہلے کی بات ہے۔</w:t>
      </w:r>
    </w:p>
    <w:p>
      <w:r>
        <w:rPr>
          <w:b/>
        </w:rPr>
        <w:t xml:space="preserve">[40:05] </w:t>
      </w:r>
      <w:r>
        <w:t>Allah ke fazal se aaj program makers ban chuke hain hamare haan.</w:t>
      </w:r>
    </w:p>
    <w:p>
      <w:pPr>
        <w:jc w:val="right"/>
      </w:pPr>
      <w:r>
        <w:t>اللہ کے فضل سے آج پروگرام میکرز بن چکے ہیں ہمارے ہاں۔</w:t>
      </w:r>
    </w:p>
    <w:p>
      <w:r>
        <w:rPr>
          <w:b/>
        </w:rPr>
        <w:t xml:space="preserve">[40:09] </w:t>
      </w:r>
      <w:r>
        <w:t>hamari team ka ek ek aadmi program makers hai.</w:t>
      </w:r>
    </w:p>
    <w:p>
      <w:pPr>
        <w:jc w:val="right"/>
      </w:pPr>
      <w:r>
        <w:t>ہماری ٹیم کا ایک ایک آدمی پروگرام میکرز ہے۔</w:t>
      </w:r>
    </w:p>
    <w:p>
      <w:r>
        <w:rPr>
          <w:b/>
        </w:rPr>
        <w:t xml:space="preserve">[40:14] </w:t>
      </w:r>
      <w:r>
        <w:t>khud plan karte hain, khud sochte hain, khud dawat phaila rahe hain, jagah jagah.</w:t>
      </w:r>
    </w:p>
    <w:p>
      <w:pPr>
        <w:jc w:val="right"/>
      </w:pPr>
      <w:r>
        <w:t>خود پلان کرتے ہیں، خود سوچتے ہیں، خود دعوت پھیلا رہے ہیں، جگہ جگہ۔</w:t>
      </w:r>
    </w:p>
    <w:p>
      <w:r>
        <w:rPr>
          <w:b/>
        </w:rPr>
        <w:t xml:space="preserve">[40:18] </w:t>
      </w:r>
      <w:r>
        <w:t>sirf Dilli ki baat nahi hai, sirf India ki baat nahi, poori duniya mein kar rahe hain.</w:t>
      </w:r>
    </w:p>
    <w:p>
      <w:pPr>
        <w:jc w:val="right"/>
      </w:pPr>
      <w:r>
        <w:t>صرف دلی کی بات نہیں ہے، صرف انڈیا کی بات نہیں، پوری دنیا میں کر رہے ہیں۔</w:t>
      </w:r>
    </w:p>
    <w:p>
      <w:r>
        <w:rPr>
          <w:b/>
        </w:rPr>
        <w:t xml:space="preserve">[40:23] </w:t>
      </w:r>
      <w:r>
        <w:t>yahan tak ke abhi mujhe maloom hua ke hamare kuch saathi Afghanistan mein Pushto zaban mein literature phaila</w:t>
      </w:r>
    </w:p>
    <w:p>
      <w:pPr>
        <w:jc w:val="right"/>
      </w:pPr>
      <w:r>
        <w:t>یہاں تک کہ ابھی مجھے معلوم ہوا کہ ہمارے کچھ ساتھی افغانستان میں پشتو زبان میں لیٹریچر پھیلا</w:t>
      </w:r>
    </w:p>
    <w:p>
      <w:r>
        <w:rPr>
          <w:b/>
        </w:rPr>
        <w:t xml:space="preserve">[40:27] </w:t>
      </w:r>
      <w:r>
        <w:t>rahe hain, tarjuma karke.</w:t>
      </w:r>
    </w:p>
    <w:p>
      <w:pPr>
        <w:jc w:val="right"/>
      </w:pPr>
      <w:r>
        <w:t>رہے ہیں، ترجمہ کر کے۔</w:t>
      </w:r>
    </w:p>
    <w:p>
      <w:r>
        <w:rPr>
          <w:b/>
        </w:rPr>
        <w:t xml:space="preserve">[40:31] </w:t>
      </w:r>
      <w:r>
        <w:t>jo mujhe pata hi nahi tha, kuch haal mein maloom hua.</w:t>
      </w:r>
    </w:p>
    <w:p>
      <w:pPr>
        <w:jc w:val="right"/>
      </w:pPr>
      <w:r>
        <w:t>جو مجھے پتہ ہی نہیں تھا، کچھ حال میں معلوم ہوا۔</w:t>
      </w:r>
    </w:p>
    <w:p>
      <w:r>
        <w:rPr>
          <w:b/>
        </w:rPr>
        <w:t xml:space="preserve">[40:36] </w:t>
      </w:r>
      <w:r>
        <w:t>aap jante hain ke Afghanistan ki jo majority hai, wo Pushto bolti hai.</w:t>
      </w:r>
    </w:p>
    <w:p>
      <w:pPr>
        <w:jc w:val="right"/>
      </w:pPr>
      <w:r>
        <w:t>آپ جانتے ہیں کہ افغانستان کی جو میجورٹی ہے، وہ پشتو بولتی ہے۔</w:t>
      </w:r>
    </w:p>
    <w:p>
      <w:r>
        <w:rPr>
          <w:b/>
        </w:rPr>
        <w:t xml:space="preserve">[40:40] </w:t>
      </w:r>
      <w:r>
        <w:t>kuch log Persian bolte hain, jo Germany, wo jin ko Iran se mila hua hai, un ki jin ki border.</w:t>
      </w:r>
    </w:p>
    <w:p>
      <w:pPr>
        <w:jc w:val="right"/>
      </w:pPr>
      <w:r>
        <w:t>کچھ لوگ پرشین بولتے ہیں، جو جرمنی، وہ جن کو ایران سے ملا ہوا ہے، ان کی جن کی بارڈر۔</w:t>
      </w:r>
    </w:p>
    <w:p>
      <w:r>
        <w:rPr>
          <w:b/>
        </w:rPr>
        <w:t xml:space="preserve">[40:44] </w:t>
      </w:r>
      <w:r>
        <w:t>lekin wo majority mein hai, majority mein Pushto bolne wale hain.</w:t>
      </w:r>
    </w:p>
    <w:p>
      <w:pPr>
        <w:jc w:val="right"/>
      </w:pPr>
      <w:r>
        <w:t>لیکن وہ میجورٹی میں ہے، میجورٹی میں پشتو بولنے والے ہیں۔</w:t>
      </w:r>
    </w:p>
    <w:p>
      <w:r>
        <w:rPr>
          <w:b/>
        </w:rPr>
        <w:t xml:space="preserve">[40:49] </w:t>
      </w:r>
      <w:r>
        <w:t>to kuch saathi</w:t>
      </w:r>
    </w:p>
    <w:p>
      <w:pPr>
        <w:jc w:val="right"/>
      </w:pPr>
      <w:r>
        <w:t>تو کچھ ساتھی</w:t>
      </w:r>
    </w:p>
    <w:p>
      <w:r>
        <w:rPr>
          <w:b/>
        </w:rPr>
        <w:t xml:space="preserve">[40:53] </w:t>
      </w:r>
      <w:r>
        <w:t>wahan par Afghaniyon mein kaam kar rahe hain aur hamare yahan ki jo kitaab hai, us ko Pushto</w:t>
      </w:r>
    </w:p>
    <w:p>
      <w:pPr>
        <w:jc w:val="right"/>
      </w:pPr>
      <w:r>
        <w:t>وہاں پر افغانیوں میں کام کر رہے ہیں اور ہمارے یہاں کی جو کتاب ہے، اس کو پشتو</w:t>
      </w:r>
    </w:p>
    <w:p>
      <w:r>
        <w:rPr>
          <w:b/>
        </w:rPr>
        <w:t xml:space="preserve">[40:57] </w:t>
      </w:r>
      <w:r>
        <w:t>mein phaila rahe hain, tarjuma karke.</w:t>
      </w:r>
    </w:p>
    <w:p>
      <w:pPr>
        <w:jc w:val="right"/>
      </w:pPr>
      <w:r>
        <w:t>میں پھیلا رہے ہیں، ترجمہ کر کے۔</w:t>
      </w:r>
    </w:p>
    <w:p>
      <w:r>
        <w:rPr>
          <w:b/>
        </w:rPr>
        <w:t xml:space="preserve">[41:01] </w:t>
      </w:r>
      <w:r>
        <w:t>mujhe pehle pata hi nahi tha.</w:t>
      </w:r>
    </w:p>
    <w:p>
      <w:pPr>
        <w:jc w:val="right"/>
      </w:pPr>
      <w:r>
        <w:t>مجھے پہلے پتہ ہی نہیں تھا۔</w:t>
      </w:r>
    </w:p>
    <w:p>
      <w:r>
        <w:rPr>
          <w:b/>
        </w:rPr>
        <w:t xml:space="preserve">[41:06] </w:t>
      </w:r>
      <w:r>
        <w:t>aise jagah jagah is khabrein milti rehti hain.</w:t>
      </w:r>
    </w:p>
    <w:p>
      <w:pPr>
        <w:jc w:val="right"/>
      </w:pPr>
      <w:r>
        <w:t>ایسے جگہ جگہ اس خبریں ملتی رہتی ہیں۔</w:t>
      </w:r>
    </w:p>
    <w:p>
      <w:r>
        <w:rPr>
          <w:b/>
        </w:rPr>
        <w:t xml:space="preserve">[41:10] </w:t>
      </w:r>
      <w:r>
        <w:t>khud hi kar rahe hain log, khud apni, apni, apni, apne andar ki spirit ke ke zariye se.</w:t>
      </w:r>
    </w:p>
    <w:p>
      <w:pPr>
        <w:jc w:val="right"/>
      </w:pPr>
      <w:r>
        <w:t>خود ہی کر رہے ہیں لوگ، خود اپنی، اپنی، اپنی، اپنے اندر کی سپرٹ کے کے ذریعے سے۔</w:t>
      </w:r>
    </w:p>
    <w:p>
      <w:r>
        <w:rPr>
          <w:b/>
        </w:rPr>
        <w:t xml:space="preserve">[41:14] </w:t>
      </w:r>
      <w:r>
        <w:t>to wo jo maine us waqt kaha tha, bahut pehle ke program hoaa adad al-mubarmjeen, wo</w:t>
      </w:r>
    </w:p>
    <w:p>
      <w:pPr>
        <w:jc w:val="right"/>
      </w:pPr>
      <w:r>
        <w:t>تو وہ جو میں نے اس وقت کہا تھا، بہت پہلے کہ برنامج ہونا ہوا اعداد المبرمجین، وہ</w:t>
      </w:r>
    </w:p>
    <w:p>
      <w:r>
        <w:rPr>
          <w:b/>
        </w:rPr>
        <w:t xml:space="preserve">[41:19] </w:t>
      </w:r>
      <w:r>
        <w:t>ab waqea ban chuka hai.</w:t>
      </w:r>
    </w:p>
    <w:p>
      <w:pPr>
        <w:jc w:val="right"/>
      </w:pPr>
      <w:r>
        <w:t>اب واقعہ بن چکا ہے۔</w:t>
      </w:r>
    </w:p>
    <w:p>
      <w:r>
        <w:rPr>
          <w:b/>
        </w:rPr>
        <w:t xml:space="preserve">[41:23] </w:t>
      </w:r>
      <w:r>
        <w:t>to ye dekhiye, koi fakhr ki baat nahi hai, ye shukr ki baat hai.</w:t>
      </w:r>
    </w:p>
    <w:p>
      <w:pPr>
        <w:jc w:val="right"/>
      </w:pPr>
      <w:r>
        <w:t>تو یہ دیکھیے، کوئی فخر کی بات نہیں ہے، یہ شکر کی بات ہے۔</w:t>
      </w:r>
    </w:p>
    <w:p>
      <w:r>
        <w:rPr>
          <w:b/>
        </w:rPr>
        <w:t xml:space="preserve">[41:27] </w:t>
      </w:r>
      <w:r>
        <w:t>sainkdo saal se agar kaam nahi ho raha tha aur aap ko Allah taala ne tofeeq di hai</w:t>
      </w:r>
    </w:p>
    <w:p>
      <w:pPr>
        <w:jc w:val="right"/>
      </w:pPr>
      <w:r>
        <w:t>سینکڑوں سال سے اگر کام نہیں ہو رہا تھا اور آپ کو اللہ تعالی نے توفیق دی ہے</w:t>
      </w:r>
    </w:p>
    <w:p>
      <w:r>
        <w:rPr>
          <w:b/>
        </w:rPr>
        <w:t xml:space="preserve">[41:32] </w:t>
      </w:r>
      <w:r>
        <w:t>kaam karne ki, to shukr kijiye is par. shukr.</w:t>
      </w:r>
    </w:p>
    <w:p>
      <w:pPr>
        <w:jc w:val="right"/>
      </w:pPr>
      <w:r>
        <w:t>کام کرنے کی، تو شکر کیجئے اس پر۔ شکر۔</w:t>
      </w:r>
    </w:p>
    <w:p>
      <w:r>
        <w:rPr>
          <w:b/>
        </w:rPr>
        <w:t xml:space="preserve">[41:36] </w:t>
      </w:r>
      <w:r>
        <w:t>quran mein ek bahut ajeeb baat hai.</w:t>
      </w:r>
    </w:p>
    <w:p>
      <w:pPr>
        <w:jc w:val="right"/>
      </w:pPr>
      <w:r>
        <w:t>قرآن میں ایک بہت عجیب بات ہے۔</w:t>
      </w:r>
    </w:p>
    <w:p>
      <w:r>
        <w:rPr>
          <w:b/>
        </w:rPr>
        <w:t xml:space="preserve">[41:40] </w:t>
      </w:r>
      <w:r>
        <w:t>atkhl baba sajdan.</w:t>
      </w:r>
    </w:p>
    <w:p>
      <w:pPr>
        <w:jc w:val="right"/>
      </w:pPr>
      <w:r>
        <w:t>اتخل بابا سجداً۔</w:t>
      </w:r>
    </w:p>
    <w:p>
      <w:r>
        <w:rPr>
          <w:b/>
        </w:rPr>
        <w:t xml:space="preserve">[41:44] </w:t>
      </w:r>
      <w:r>
        <w:t>israel ke se kaha gaya tha ke tum dakhil ho jao falasteen mein aur sajda karte hue.</w:t>
      </w:r>
    </w:p>
    <w:p>
      <w:pPr>
        <w:jc w:val="right"/>
      </w:pPr>
      <w:r>
        <w:t>اسرائیل کے سے کہا گیا تھا کہ تم داخل ہو جاؤ فلسطین میں اور سجدہ کرتے ہوئے۔</w:t>
      </w:r>
    </w:p>
    <w:p>
      <w:r>
        <w:rPr>
          <w:b/>
        </w:rPr>
        <w:t xml:space="preserve">[41:49] </w:t>
      </w:r>
      <w:r>
        <w:t>atkhl baba sajdan.</w:t>
      </w:r>
    </w:p>
    <w:p>
      <w:pPr>
        <w:jc w:val="right"/>
      </w:pPr>
      <w:r>
        <w:t>اتخل بابا سجداً۔</w:t>
      </w:r>
    </w:p>
    <w:p>
      <w:r>
        <w:rPr>
          <w:b/>
        </w:rPr>
        <w:t xml:space="preserve">[41:53] </w:t>
      </w:r>
      <w:r>
        <w:t>bohat ajeeb baat hai. yaani Allah Ta'ala ne likh diya un ke liye Falasteen aur kaha ke dakhil ho jao, tumhara hai Falasteen. lekin dakhil hote hue sajda karte hue jana, yaani jhuke jhuke hue jana. jab wahan dakhil ho, wahan ke gate mein to jhukte hue jana. yaani kamyabi ka waqt sab se jhukne ka waqt hota hai. jab aap ko kamyabi mile, us ka</w:t>
      </w:r>
    </w:p>
    <w:p>
      <w:pPr>
        <w:jc w:val="right"/>
      </w:pPr>
      <w:r>
        <w:t>بہت عجیب بات ہے۔ یعنی اللہ تعالی نے لکھ دیا ان کے لیے فلسطین اور کہا کہ داخل ہو جاؤ، تمہارا ہے فلسطین۔ لیکن داخل ہوتے ہوئے سجدہ کرتے ہوئے جانا، یعنی جھکے جھکے ہوئے جانا۔ جب وہاں داخل ہو، وہاں کے گیٹ میں تو جھکتے ہوئے جانا۔ یعنی کامیابی کا وقت سب سے جھکنے کا وقت ہوتا ہے۔ جب آپ کو کامیابی ملے، اس کا</w:t>
      </w:r>
    </w:p>
    <w:p>
      <w:r>
        <w:rPr>
          <w:b/>
        </w:rPr>
        <w:t xml:space="preserve">[42:23] </w:t>
      </w:r>
      <w:r>
        <w:t>sab se jhukne ka time aa jata hai. bohat ajeeb baat hai yeh. utkhulu baban sijdan. yaani dakhil ho rahe hain fatehana, lekin kaise jhuk kar ke. to aap ko Allah Ta'ala ne agar tofeeq di hai to aap ko jhuk jaane ka waqt aa gaya hai. shukr karne ka waqt aa gaya hai. itiraf karne ka waqt aa gaya hai. yeh pride nahin. pride mein pride ko haram samajhta hoon Islam mein. fakhr</w:t>
      </w:r>
    </w:p>
    <w:p>
      <w:pPr>
        <w:jc w:val="right"/>
      </w:pPr>
      <w:r>
        <w:t>سب سے جھکنے کا ٹائم آ جاتا ہے۔ بہت عجیب بات ہے یہ۔ اتخل بابا سجداً۔ یعنی داخل ہو رہے ہیں فاتحانہ، لیکن کیسے جھک کر کے۔ تو آپ کو اللہ تعالی نے اگر توفیق دی ہے تو آپ کو جھک جانے کا وقت آ گیا ہے۔ شکر کرنے کا وقت آ گیا ہے۔ اعتراف کرنے کا وقت آ گیا ہے۔ یہ پرائیڈ نہیں۔ پرائیڈ میں پرائیڈ کو حرام سمجھتا ہوں اسلام میں۔ فخر</w:t>
      </w:r>
    </w:p>
    <w:p>
      <w:r>
        <w:rPr>
          <w:b/>
        </w:rPr>
        <w:t xml:space="preserve">[42:53] </w:t>
      </w:r>
      <w:r>
        <w:t>aur naaz aur pride ko mein haram samajhta hoon. haram. sirf aik hi cheez insaan ko karna hai, woh shukr hai, azz hai, helplessness hai. Allah ki tofeeq se sab kuch ho raha hai. yeh yeh ehsas hai. ab dekhiye, mein aik baat yeh karna chahta hoon ke dunya ko yeh pata nahin hai ke quran mein un ke liye koi message hai. quran ko samajhte hain ke aik aik traditional book</w:t>
      </w:r>
    </w:p>
    <w:p>
      <w:pPr>
        <w:jc w:val="right"/>
      </w:pPr>
      <w:r>
        <w:t>اور ناز اور پرائیڈ کو میں حرام سمجھتا ہوں۔ حرام۔ صرف ایک ہی چیز انسان کو کرنا ہے، وہ شکر ہے، عجز ہے، ہیلپ لیسنس ہے۔ اللہ کی توفیق سے سب کچھ ہو رہا ہے۔ یہ یہ احساس ہے۔ اب دیکھیے، میں ایک بات یہ کرنا چاہتا ہوں کہ دنیا کو یہ پتہ نہیں ہے کہ قرآن میں ان کے لیے کوئی میسج ہے۔ قرآن کو سمجھتے ہیں کہ ایک ایک ٹریڈیشنل ب</w:t>
      </w:r>
    </w:p>
    <w:p>
      <w:r>
        <w:rPr>
          <w:b/>
        </w:rPr>
        <w:t xml:space="preserve">[43:23] </w:t>
      </w:r>
      <w:r>
        <w:t>k hai, bas aur kuch nahi hai.</w:t>
      </w:r>
    </w:p>
    <w:p>
      <w:pPr>
        <w:jc w:val="right"/>
      </w:pPr>
      <w:r>
        <w:t>ک ہے، بس اور کچھ نہیں ہے۔</w:t>
      </w:r>
    </w:p>
    <w:p>
      <w:r>
        <w:rPr>
          <w:b/>
        </w:rPr>
        <w:t xml:space="preserve">[43:27] </w:t>
      </w:r>
      <w:r>
        <w:t>musalman in ko namaz mein parhte hain.</w:t>
      </w:r>
    </w:p>
    <w:p>
      <w:pPr>
        <w:jc w:val="right"/>
      </w:pPr>
      <w:r>
        <w:t>مسلمان ان کو نماز میں پڑھتے ہیں۔</w:t>
      </w:r>
    </w:p>
    <w:p>
      <w:r>
        <w:rPr>
          <w:b/>
        </w:rPr>
        <w:t xml:space="preserve">[43:31] </w:t>
      </w:r>
      <w:r>
        <w:t>yani in ko ek universal message hai quran mein.</w:t>
      </w:r>
    </w:p>
    <w:p>
      <w:pPr>
        <w:jc w:val="right"/>
      </w:pPr>
      <w:r>
        <w:t>یعنی ان کو ایک یونیورسل میسج ہے قرآن میں۔</w:t>
      </w:r>
    </w:p>
    <w:p>
      <w:r>
        <w:rPr>
          <w:b/>
        </w:rPr>
        <w:t xml:space="preserve">[43:34] </w:t>
      </w:r>
      <w:r>
        <w:t>yeh jante nahi hain woh.</w:t>
      </w:r>
    </w:p>
    <w:p>
      <w:pPr>
        <w:jc w:val="right"/>
      </w:pPr>
      <w:r>
        <w:t>یہ جانتے نہیں ہیں وہ۔</w:t>
      </w:r>
    </w:p>
    <w:p>
      <w:r>
        <w:rPr>
          <w:b/>
        </w:rPr>
        <w:t xml:space="preserve">[43:38] </w:t>
      </w:r>
      <w:r>
        <w:t>aur bahut bade bade universal message hain.</w:t>
      </w:r>
    </w:p>
    <w:p>
      <w:pPr>
        <w:jc w:val="right"/>
      </w:pPr>
      <w:r>
        <w:t>اور بہت بڑے بڑے یونیورسل میسج ہیں۔</w:t>
      </w:r>
    </w:p>
    <w:p>
      <w:r>
        <w:rPr>
          <w:b/>
        </w:rPr>
        <w:t xml:space="preserve">[43:42] </w:t>
      </w:r>
      <w:r>
        <w:t>balkeh sare hi jo universal message hain, woh qurani mein hain aur kahin hain hi nahi.</w:t>
      </w:r>
    </w:p>
    <w:p>
      <w:pPr>
        <w:jc w:val="right"/>
      </w:pPr>
      <w:r>
        <w:t>بلکہ سارے ہی جو یونیورسل میسج ہیں، وہ قرآنی میں ہیں اور کہیں ہیں ہی نہیں۔</w:t>
      </w:r>
    </w:p>
    <w:p>
      <w:r>
        <w:rPr>
          <w:b/>
        </w:rPr>
        <w:t xml:space="preserve">[43:46] </w:t>
      </w:r>
      <w:r>
        <w:t>mein ek baat batata hoon aap ko.</w:t>
      </w:r>
    </w:p>
    <w:p>
      <w:pPr>
        <w:jc w:val="right"/>
      </w:pPr>
      <w:r>
        <w:t>میں ایک بات بتاتا ہوں آپ کو۔</w:t>
      </w:r>
    </w:p>
    <w:p>
      <w:r>
        <w:rPr>
          <w:b/>
        </w:rPr>
        <w:t xml:space="preserve">[43:49] </w:t>
      </w:r>
      <w:r>
        <w:t>dekhiye, aap logon se miliye, kitabon ko padhiye, history ko dekhiye.</w:t>
      </w:r>
    </w:p>
    <w:p>
      <w:pPr>
        <w:jc w:val="right"/>
      </w:pPr>
      <w:r>
        <w:t>دیکھیے، آپ لوگوں سے ملیے، کتابوں کو پڑھیے، ہسٹری کو دیکھیے۔</w:t>
      </w:r>
    </w:p>
    <w:p>
      <w:r>
        <w:rPr>
          <w:b/>
        </w:rPr>
        <w:t xml:space="preserve">[43:53] </w:t>
      </w:r>
      <w:r>
        <w:t>sari dunya ke log kis mein pade hue hain? negativity mein. Aristotle se le kar ke Plato se le kar ke Socrates se le kar ke aaj tak har aadmi jis ko baat kijiye, woh kahin na kahin us ko negativity chupi hui hogi. shikayat, complaint, protest. har aadmi negativity mein kyun jee raha hai? insaan ka sab se bara jo kamal hai, woh yeh hai ke woh positive mind ke saath dunya mein jiye. aik kahin dunya jahan aap ko free mein suraj ki ro</w:t>
      </w:r>
    </w:p>
    <w:p>
      <w:pPr>
        <w:jc w:val="right"/>
      </w:pPr>
      <w:r>
        <w:t>ساری دنیا کے لوگ کس میں پڑے ہوئے ہیں؟ نیگیٹیوٹی میں۔ ارسٹوٹل سے لے کر کے پلیٹو سے لے کر کے سوکریٹیز سے لے کر کے آج تک ہر آدمی جس کو بات کیجئے، وہ کہیں نہ کہیں اس کو نیگیٹیوٹی چھپی ہوئی ہوگی۔ شکایت، کمپلینٹ، پروٹیسٹ۔ ہر آدمی نیگیٹیوٹی میں کیوں جی رہا ہے؟ انسان کا سب سے بڑا جو کمال ہے، وہ یہ ہے کہ وہ پازیٹیو مائنڈ کے ساتھ دنیا میں جیے۔ ایک کہیں دنیا جہاں آپ کو فری میں سورج کی رو</w:t>
      </w:r>
    </w:p>
    <w:p>
      <w:r>
        <w:rPr>
          <w:b/>
        </w:rPr>
        <w:t xml:space="preserve">[44:23] </w:t>
      </w:r>
      <w:r>
        <w:t>shani mil rahi hai, free mein oxygen mil rahi hai, free mein yeh life support system mil raha</w:t>
      </w:r>
    </w:p>
    <w:p>
      <w:pPr>
        <w:jc w:val="right"/>
      </w:pPr>
      <w:r>
        <w:t>شنی مل رہی ہے، فری میں اکسیجن مل رہی ہے، فری میں یہ لائف سپورٹ سسٹم مل رہا</w:t>
      </w:r>
    </w:p>
    <w:p>
      <w:r>
        <w:rPr>
          <w:b/>
        </w:rPr>
        <w:t xml:space="preserve">[44:27] </w:t>
      </w:r>
      <w:r>
        <w:t>hai, free mein aap yani sari in ginat cheezein free mein mil rahi hain aap ko.</w:t>
      </w:r>
    </w:p>
    <w:p>
      <w:pPr>
        <w:jc w:val="right"/>
      </w:pPr>
      <w:r>
        <w:t>ہے، فری میں آپ یعنی ساری ان گنت چیزیں فری میں مل رہی ہیں آپ کو۔</w:t>
      </w:r>
    </w:p>
    <w:p>
      <w:r>
        <w:rPr>
          <w:b/>
        </w:rPr>
        <w:t xml:space="preserve">[44:31] </w:t>
      </w:r>
      <w:r>
        <w:t>to shukr hi shukr karna chahiye aap ko.</w:t>
      </w:r>
    </w:p>
    <w:p>
      <w:pPr>
        <w:jc w:val="right"/>
      </w:pPr>
      <w:r>
        <w:t>تو شکر ہی شکر کرنا چاہیے آپ کو۔</w:t>
      </w:r>
    </w:p>
    <w:p>
      <w:r>
        <w:rPr>
          <w:b/>
        </w:rPr>
        <w:t xml:space="preserve">[44:35] </w:t>
      </w:r>
      <w:r>
        <w:t>phir negative ko yahan log har aadmi negative boli bolta hai, jis ko baat ki negative boli bolta hai.</w:t>
      </w:r>
    </w:p>
    <w:p>
      <w:pPr>
        <w:jc w:val="right"/>
      </w:pPr>
      <w:r>
        <w:t>پھر نیگیٹیو کو یہاں لوگ ہر آدمی نیگیٹیو بولی بولتا ہے، جس کو بات کی نیگیٹیو بولی بولتا ہے۔</w:t>
      </w:r>
    </w:p>
    <w:p>
      <w:r>
        <w:rPr>
          <w:b/>
        </w:rPr>
        <w:t xml:space="preserve">[44:38] </w:t>
      </w:r>
      <w:r>
        <w:t>is ka ek ek bahut bada raaz hai.</w:t>
      </w:r>
    </w:p>
    <w:p>
      <w:pPr>
        <w:jc w:val="right"/>
      </w:pPr>
      <w:r>
        <w:t>اس کا ایک ایک بہت بڑا راز ہے۔</w:t>
      </w:r>
    </w:p>
    <w:p>
      <w:r>
        <w:rPr>
          <w:b/>
        </w:rPr>
        <w:t xml:space="preserve">[44:42] </w:t>
      </w:r>
      <w:r>
        <w:t>yeh saada baat nahi hai.</w:t>
      </w:r>
    </w:p>
    <w:p>
      <w:pPr>
        <w:jc w:val="right"/>
      </w:pPr>
      <w:r>
        <w:t>یہ سادہ بات نہیں ہے۔</w:t>
      </w:r>
    </w:p>
    <w:p>
      <w:r>
        <w:rPr>
          <w:b/>
        </w:rPr>
        <w:t xml:space="preserve">[44:46] </w:t>
      </w:r>
      <w:r>
        <w:t>saada baat nahi hai yeh.</w:t>
      </w:r>
    </w:p>
    <w:p>
      <w:pPr>
        <w:jc w:val="right"/>
      </w:pPr>
      <w:r>
        <w:t>سادہ بات نہیں ہے یہ۔</w:t>
      </w:r>
    </w:p>
    <w:p>
      <w:r>
        <w:rPr>
          <w:b/>
        </w:rPr>
        <w:t xml:space="preserve">[44:50] </w:t>
      </w:r>
      <w:r>
        <w:t>is ka ra</w:t>
      </w:r>
    </w:p>
    <w:p>
      <w:pPr>
        <w:jc w:val="right"/>
      </w:pPr>
      <w:r>
        <w:t>اس کا را</w:t>
      </w:r>
    </w:p>
    <w:p>
      <w:r>
        <w:rPr>
          <w:b/>
        </w:rPr>
        <w:t xml:space="preserve">[44:53] </w:t>
      </w:r>
      <w:r>
        <w:t>z yeh hai ke insan ko khuda ne paida kiya hai. idealist.</w:t>
      </w:r>
    </w:p>
    <w:p>
      <w:pPr>
        <w:jc w:val="right"/>
      </w:pPr>
      <w:r>
        <w:t>ز یہ ہے کہ انسان کو خدا نے پیدا کیا ہے۔ آئیڈیلسٹ۔</w:t>
      </w:r>
    </w:p>
    <w:p>
      <w:r>
        <w:rPr>
          <w:b/>
        </w:rPr>
        <w:t xml:space="preserve">[44:57] </w:t>
      </w:r>
      <w:r>
        <w:t>man is an ideal seeking animal.</w:t>
      </w:r>
    </w:p>
    <w:p>
      <w:pPr>
        <w:jc w:val="right"/>
      </w:pPr>
      <w:r>
        <w:t>مین از این آئیڈیل سیکنگ اینیمل۔</w:t>
      </w:r>
    </w:p>
    <w:p>
      <w:r>
        <w:rPr>
          <w:b/>
        </w:rPr>
        <w:t xml:space="preserve">[45:01] </w:t>
      </w:r>
      <w:r>
        <w:t>man is an ideal seeking animal.</w:t>
      </w:r>
    </w:p>
    <w:p>
      <w:pPr>
        <w:jc w:val="right"/>
      </w:pPr>
      <w:r>
        <w:t>مین از این آئیڈیل سیکنگ اینیمل۔</w:t>
      </w:r>
    </w:p>
    <w:p>
      <w:r>
        <w:rPr>
          <w:b/>
        </w:rPr>
        <w:t xml:space="preserve">[45:05] </w:t>
      </w:r>
      <w:r>
        <w:t>insan idealist hai.</w:t>
      </w:r>
    </w:p>
    <w:p>
      <w:pPr>
        <w:jc w:val="right"/>
      </w:pPr>
      <w:r>
        <w:t>انسان آئیڈیلسٹ ہے۔</w:t>
      </w:r>
    </w:p>
    <w:p>
      <w:r>
        <w:rPr>
          <w:b/>
        </w:rPr>
        <w:t xml:space="preserve">[45:09] </w:t>
      </w:r>
      <w:r>
        <w:t>ideal chahta hai har cheez. ideal.</w:t>
      </w:r>
    </w:p>
    <w:p>
      <w:pPr>
        <w:jc w:val="right"/>
      </w:pPr>
      <w:r>
        <w:t>آئیڈیل چاہتا ہے ہر چیز۔ آئیڈیل۔</w:t>
      </w:r>
    </w:p>
    <w:p>
      <w:r>
        <w:rPr>
          <w:b/>
        </w:rPr>
        <w:t xml:space="preserve">[45:13] </w:t>
      </w:r>
      <w:r>
        <w:t>ideal life, ideal system, ideal family, ideal society.</w:t>
      </w:r>
    </w:p>
    <w:p>
      <w:pPr>
        <w:jc w:val="right"/>
      </w:pPr>
      <w:r>
        <w:t>آئیڈیل لائف، آئیڈیل سسٹم، آئیڈیل فیملی، آئیڈیل سوسائٹی۔</w:t>
      </w:r>
    </w:p>
    <w:p>
      <w:r>
        <w:rPr>
          <w:b/>
        </w:rPr>
        <w:t xml:space="preserve">[45:17] </w:t>
      </w:r>
      <w:r>
        <w:t>har cheez ideal.</w:t>
      </w:r>
    </w:p>
    <w:p>
      <w:pPr>
        <w:jc w:val="right"/>
      </w:pPr>
      <w:r>
        <w:t>ہر چیز آئیڈیل۔</w:t>
      </w:r>
    </w:p>
    <w:p>
      <w:r>
        <w:rPr>
          <w:b/>
        </w:rPr>
        <w:t xml:space="preserve">[45:21] </w:t>
      </w:r>
      <w:r>
        <w:t>yeh paida kiya hai Allah taala ne.</w:t>
      </w:r>
    </w:p>
    <w:p>
      <w:pPr>
        <w:jc w:val="right"/>
      </w:pPr>
      <w:r>
        <w:t>یہ پیدا کیا ہے اللہ تعالی نے۔</w:t>
      </w:r>
    </w:p>
    <w:p>
      <w:r>
        <w:rPr>
          <w:b/>
        </w:rPr>
        <w:t xml:space="preserve">[45:25] </w:t>
      </w:r>
      <w:r>
        <w:t>lekin yeh ideal world milega aap ko jannat mein.</w:t>
      </w:r>
    </w:p>
    <w:p>
      <w:pPr>
        <w:jc w:val="right"/>
      </w:pPr>
      <w:r>
        <w:t>لیکن یہ آئیڈیل ورلڈ ملے گا آپ کو جنت میں۔</w:t>
      </w:r>
    </w:p>
    <w:p>
      <w:r>
        <w:rPr>
          <w:b/>
        </w:rPr>
        <w:t xml:space="preserve">[45:30] </w:t>
      </w:r>
      <w:r>
        <w:t>duniya mein nahi mil sakta hai.</w:t>
      </w:r>
    </w:p>
    <w:p>
      <w:pPr>
        <w:jc w:val="right"/>
      </w:pPr>
      <w:r>
        <w:t>دنیا میں نہیں مل سکتا ہے۔</w:t>
      </w:r>
    </w:p>
    <w:p>
      <w:r>
        <w:rPr>
          <w:b/>
        </w:rPr>
        <w:t xml:space="preserve">[45:34] </w:t>
      </w:r>
      <w:r>
        <w:t>yehi pakarti ho rahi hai.</w:t>
      </w:r>
    </w:p>
    <w:p>
      <w:pPr>
        <w:jc w:val="right"/>
      </w:pPr>
      <w:r>
        <w:t>یہی پکڑتی ہو رہی ہے۔</w:t>
      </w:r>
    </w:p>
    <w:p>
      <w:r>
        <w:rPr>
          <w:b/>
        </w:rPr>
        <w:t xml:space="preserve">[45:38] </w:t>
      </w:r>
      <w:r>
        <w:t>yani creation plan of God se bekhabri ke nateejay mein log aisa ho gaye hain.</w:t>
      </w:r>
    </w:p>
    <w:p>
      <w:pPr>
        <w:jc w:val="right"/>
      </w:pPr>
      <w:r>
        <w:t>یعنی کریشن پلان آف گاڈ سے بے خبری کے نتیجے میں لوگ ایسا ہو گئے ہیں۔</w:t>
      </w:r>
    </w:p>
    <w:p>
      <w:r>
        <w:rPr>
          <w:b/>
        </w:rPr>
        <w:t xml:space="preserve">[45:43] </w:t>
      </w:r>
      <w:r>
        <w:t>کیونکہ اس آئیڈیل کو کہاں پانا چاہتے ہیں اس دنیا میں؟ یعنی they are seeking idealism in a</w:t>
      </w:r>
    </w:p>
    <w:p>
      <w:pPr>
        <w:jc w:val="right"/>
      </w:pPr>
      <w:r>
        <w:t>کیونکہ اس آئیڈیل کو کہاں پانا چاہتے ہیں اس دنیا میں؟ یعنی دے آر سیکنگ آئیڈیلزم ان اے</w:t>
      </w:r>
    </w:p>
    <w:p>
      <w:r>
        <w:rPr>
          <w:b/>
        </w:rPr>
        <w:t xml:space="preserve">[45:47] </w:t>
      </w:r>
      <w:r>
        <w:t>world where is not possible.</w:t>
      </w:r>
    </w:p>
    <w:p>
      <w:pPr>
        <w:jc w:val="right"/>
      </w:pPr>
      <w:r>
        <w:t>ورلڈ ویئر از ناٹ پاسیبل۔</w:t>
      </w:r>
    </w:p>
    <w:p>
      <w:r>
        <w:rPr>
          <w:b/>
        </w:rPr>
        <w:t xml:space="preserve">[45:51] </w:t>
      </w:r>
      <w:r>
        <w:t>yeh world, yeh world jo hai, har cheez mein aap ko less</w:t>
      </w:r>
    </w:p>
    <w:p>
      <w:pPr>
        <w:jc w:val="right"/>
      </w:pPr>
      <w:r>
        <w:t>یہ ورلڈ، یہ ورلڈ جو ہے، ہر چیز میں آپ کو لی</w:t>
      </w:r>
    </w:p>
    <w:p>
      <w:r>
        <w:rPr>
          <w:b/>
        </w:rPr>
        <w:t xml:space="preserve">[45:55] </w:t>
      </w:r>
      <w:r>
        <w:t>den ideal milegi.</w:t>
      </w:r>
    </w:p>
    <w:p>
      <w:pPr>
        <w:jc w:val="right"/>
      </w:pPr>
      <w:r>
        <w:t>س دین آئیڈیل ملے گی۔</w:t>
      </w:r>
    </w:p>
    <w:p>
      <w:r>
        <w:rPr>
          <w:b/>
        </w:rPr>
        <w:t xml:space="preserve">[45:58] </w:t>
      </w:r>
      <w:r>
        <w:t>yahan koi cheez aap ko ideal nahi mil sakti.</w:t>
      </w:r>
    </w:p>
    <w:p>
      <w:pPr>
        <w:jc w:val="right"/>
      </w:pPr>
      <w:r>
        <w:t>یہاں کوئی چیز آپ کو آئیڈیل نہیں مل سکتی۔</w:t>
      </w:r>
    </w:p>
    <w:p>
      <w:r>
        <w:rPr>
          <w:b/>
        </w:rPr>
        <w:t xml:space="preserve">[46:01] </w:t>
      </w:r>
      <w:r>
        <w:t>ek marriage kabhi ideal nahi hoti.</w:t>
      </w:r>
    </w:p>
    <w:p>
      <w:pPr>
        <w:jc w:val="right"/>
      </w:pPr>
      <w:r>
        <w:t>ایک میرج کبھی آئیڈیل نہیں ہوتی۔</w:t>
      </w:r>
    </w:p>
    <w:p>
      <w:r>
        <w:rPr>
          <w:b/>
        </w:rPr>
        <w:t xml:space="preserve">[46:04] </w:t>
      </w:r>
      <w:r>
        <w:t>ek family kabhi ideal nahi hoti.</w:t>
      </w:r>
    </w:p>
    <w:p>
      <w:pPr>
        <w:jc w:val="right"/>
      </w:pPr>
      <w:r>
        <w:t>ایک فیملی کبھی آئیڈیل نہیں ہوتی۔</w:t>
      </w:r>
    </w:p>
    <w:p>
      <w:r>
        <w:rPr>
          <w:b/>
        </w:rPr>
        <w:t xml:space="preserve">[46:07] </w:t>
      </w:r>
      <w:r>
        <w:t>ek society kabhi ideal nahi hoti.</w:t>
      </w:r>
    </w:p>
    <w:p>
      <w:pPr>
        <w:jc w:val="right"/>
      </w:pPr>
      <w:r>
        <w:t>ایک سوسائٹی کبھی آئیڈیل نہیں ہوتی۔</w:t>
      </w:r>
    </w:p>
    <w:p>
      <w:r>
        <w:rPr>
          <w:b/>
        </w:rPr>
        <w:t xml:space="preserve">[46:10] </w:t>
      </w:r>
      <w:r>
        <w:t>ek system kabhi ideal nahi hota.</w:t>
      </w:r>
    </w:p>
    <w:p>
      <w:pPr>
        <w:jc w:val="right"/>
      </w:pPr>
      <w:r>
        <w:t>ایک سسٹم کبھی آئیڈیل نہیں ہوتا۔</w:t>
      </w:r>
    </w:p>
    <w:p>
      <w:r>
        <w:rPr>
          <w:b/>
        </w:rPr>
        <w:t xml:space="preserve">[46:13] </w:t>
      </w:r>
      <w:r>
        <w:t>lekin insan apne jo aankh mind mein bhara hua hai idealism to chahta hai ke mujhe ideal mile.</w:t>
      </w:r>
    </w:p>
    <w:p>
      <w:pPr>
        <w:jc w:val="right"/>
      </w:pPr>
      <w:r>
        <w:t>لیکن انسان اپنے جو انکھ مائنڈ میں بھرا ہوا ہے آئیڈیلزم تو چاہتا ہے کہ مجھے آئیڈیل ملے۔</w:t>
      </w:r>
    </w:p>
    <w:p>
      <w:r>
        <w:rPr>
          <w:b/>
        </w:rPr>
        <w:t xml:space="preserve">[46:16] </w:t>
      </w:r>
      <w:r>
        <w:t>ladkiyan chahti hain ke mujhe ideal husband mile.</w:t>
      </w:r>
    </w:p>
    <w:p>
      <w:pPr>
        <w:jc w:val="right"/>
      </w:pPr>
      <w:r>
        <w:t>لڑکیاں چاہتی ہیں کہ مجھے آئیڈیل ہسبینڈ ملے۔</w:t>
      </w:r>
    </w:p>
    <w:p>
      <w:r>
        <w:rPr>
          <w:b/>
        </w:rPr>
        <w:t xml:space="preserve">[46:19] </w:t>
      </w:r>
      <w:r>
        <w:t>husband chahta hai ke mujhe ideal biwi mile.</w:t>
      </w:r>
    </w:p>
    <w:p>
      <w:pPr>
        <w:jc w:val="right"/>
      </w:pPr>
      <w:r>
        <w:t>ہسبینڈ چاہتا ہے کہ مجھے آئیڈیل بیوی ملے۔</w:t>
      </w:r>
    </w:p>
    <w:p>
      <w:r>
        <w:rPr>
          <w:b/>
        </w:rPr>
        <w:t xml:space="preserve">[46:22] </w:t>
      </w:r>
      <w:r>
        <w:t>log chahte hain ke mujhe ideal family mile, ideal</w:t>
      </w:r>
    </w:p>
    <w:p>
      <w:pPr>
        <w:jc w:val="right"/>
      </w:pPr>
      <w:r>
        <w:t>لوگ چاہتے ہیں کہ مجھے آئیڈیل فیملی ملے، آئیڈیل</w:t>
      </w:r>
    </w:p>
    <w:p>
      <w:r>
        <w:rPr>
          <w:b/>
        </w:rPr>
        <w:t xml:space="preserve">[46:25] </w:t>
      </w:r>
      <w:r>
        <w:t>society mile, ideal system mile.</w:t>
      </w:r>
    </w:p>
    <w:p>
      <w:pPr>
        <w:jc w:val="right"/>
      </w:pPr>
      <w:r>
        <w:t>سوسائٹی ملے، آئیڈیل سسٹم ملے۔</w:t>
      </w:r>
    </w:p>
    <w:p>
      <w:r>
        <w:rPr>
          <w:b/>
        </w:rPr>
        <w:t xml:space="preserve">[46:29] </w:t>
      </w:r>
      <w:r>
        <w:t>to woh chuna ke possible nahi hai, woh possible hi nahi hai.</w:t>
      </w:r>
    </w:p>
    <w:p>
      <w:pPr>
        <w:jc w:val="right"/>
      </w:pPr>
      <w:r>
        <w:t>تو وہ چونکہ پاسیبل نہیں ہے، وہ پاسیبل ہی نہیں ہے۔</w:t>
      </w:r>
    </w:p>
    <w:p>
      <w:r>
        <w:rPr>
          <w:b/>
        </w:rPr>
        <w:t xml:space="preserve">[46:34] </w:t>
      </w:r>
      <w:r>
        <w:t>yeh duniya ko Khuda ne banaya hi nahi hai is maqsad se ke yahan aap ideal world bana saken.</w:t>
      </w:r>
    </w:p>
    <w:p>
      <w:pPr>
        <w:jc w:val="right"/>
      </w:pPr>
      <w:r>
        <w:t>یہ دنیا کو خدا نے بنایا ہی نہیں ہے اس مقصد سے کہ یہاں آپ آئیڈیل ورلڈ بنا سکیں۔</w:t>
      </w:r>
    </w:p>
    <w:p>
      <w:r>
        <w:rPr>
          <w:b/>
        </w:rPr>
        <w:t xml:space="preserve">[46:38] </w:t>
      </w:r>
      <w:r>
        <w:t>to yahan par kya karna hai? aap ko less than ideal par raazi hona hai.</w:t>
      </w:r>
    </w:p>
    <w:p>
      <w:pPr>
        <w:jc w:val="right"/>
      </w:pPr>
      <w:r>
        <w:t>تو یہاں پر کیا کرنا ہے؟ آپ کو لیس دین آئیڈیل پر راضی ہونا ہے۔</w:t>
      </w:r>
    </w:p>
    <w:p>
      <w:r>
        <w:rPr>
          <w:b/>
        </w:rPr>
        <w:t xml:space="preserve">[46:42] </w:t>
      </w:r>
      <w:r>
        <w:t>ala bi dhikr Allah tatma'inn al-quloob.</w:t>
      </w:r>
    </w:p>
    <w:p>
      <w:pPr>
        <w:jc w:val="right"/>
      </w:pPr>
      <w:r>
        <w:t>الا بذکر اللہ تطمئن القلوب۔</w:t>
      </w:r>
    </w:p>
    <w:p>
      <w:r>
        <w:rPr>
          <w:b/>
        </w:rPr>
        <w:t xml:space="preserve">[46:46] </w:t>
      </w:r>
      <w:r>
        <w:t>yeh bohat zabardast ayat hai Quran mein.</w:t>
      </w:r>
    </w:p>
    <w:p>
      <w:pPr>
        <w:jc w:val="right"/>
      </w:pPr>
      <w:r>
        <w:t>یہ بہت زبردست آیت ہے قرآن میں۔</w:t>
      </w:r>
    </w:p>
    <w:p>
      <w:r>
        <w:rPr>
          <w:b/>
        </w:rPr>
        <w:t xml:space="preserve">[46:50] </w:t>
      </w:r>
      <w:r>
        <w:t>ala bi zikrullahi tatmainnal quloob.</w:t>
      </w:r>
    </w:p>
    <w:p>
      <w:pPr>
        <w:jc w:val="right"/>
      </w:pPr>
      <w:r>
        <w:t>الا بذکر اللہ تطمئن القلوب۔</w:t>
      </w:r>
    </w:p>
    <w:p>
      <w:r>
        <w:rPr>
          <w:b/>
        </w:rPr>
        <w:t xml:space="preserve">[46:54] </w:t>
      </w:r>
      <w:r>
        <w:t>is ka matlab kya hai?</w:t>
      </w:r>
    </w:p>
    <w:p>
      <w:pPr>
        <w:jc w:val="right"/>
      </w:pPr>
      <w:r>
        <w:t>اس کا مطلب کیا ہے؟</w:t>
      </w:r>
    </w:p>
    <w:p>
      <w:r>
        <w:rPr>
          <w:b/>
        </w:rPr>
        <w:t xml:space="preserve">[46:58] </w:t>
      </w:r>
      <w:r>
        <w:t>yani Allah Allah Allah Allah karne se nahi, yeh matlab nahi is ka hai.</w:t>
      </w:r>
    </w:p>
    <w:p>
      <w:pPr>
        <w:jc w:val="right"/>
      </w:pPr>
      <w:r>
        <w:t>یعنی اللہ اللہ اللہ اللہ کرنے سے نہیں، یہ مطلب نہیں اس کا ہے۔</w:t>
      </w:r>
    </w:p>
    <w:p>
      <w:r>
        <w:rPr>
          <w:b/>
        </w:rPr>
        <w:t xml:space="preserve">[47:03] </w:t>
      </w:r>
      <w:r>
        <w:t>aap Allah Allah Allah Allah karen.</w:t>
      </w:r>
    </w:p>
    <w:p>
      <w:pPr>
        <w:jc w:val="right"/>
      </w:pPr>
      <w:r>
        <w:t>آپ اللہ اللہ اللہ اللہ کریں۔</w:t>
      </w:r>
    </w:p>
    <w:p>
      <w:r>
        <w:rPr>
          <w:b/>
        </w:rPr>
        <w:t xml:space="preserve">[47:08] </w:t>
      </w:r>
      <w:r>
        <w:t>yeh nahi matlab is ka hai.</w:t>
      </w:r>
    </w:p>
    <w:p>
      <w:pPr>
        <w:jc w:val="right"/>
      </w:pPr>
      <w:r>
        <w:t>یہ نہیں مطلب اس کا ہے۔</w:t>
      </w:r>
    </w:p>
    <w:p>
      <w:r>
        <w:rPr>
          <w:b/>
        </w:rPr>
        <w:t xml:space="preserve">[47:13] </w:t>
      </w:r>
      <w:r>
        <w:t>is ka matlab kya hai? ke aap Khuda ke creation plan par raazi ho jayen to aap ko</w:t>
      </w:r>
    </w:p>
    <w:p>
      <w:pPr>
        <w:jc w:val="right"/>
      </w:pPr>
      <w:r>
        <w:t>اس کا مطلب کیا ہے؟ کہ آپ خدا کے کریشن پلان پر راضی ہو جائیں تو آپ کو</w:t>
      </w:r>
    </w:p>
    <w:p>
      <w:r>
        <w:rPr>
          <w:b/>
        </w:rPr>
        <w:t xml:space="preserve">[47:18] </w:t>
      </w:r>
      <w:r>
        <w:t>sukoon mile ga.</w:t>
      </w:r>
    </w:p>
    <w:p>
      <w:pPr>
        <w:jc w:val="right"/>
      </w:pPr>
      <w:r>
        <w:t>سکون ملے گا۔</w:t>
      </w:r>
    </w:p>
    <w:p>
      <w:r>
        <w:rPr>
          <w:b/>
        </w:rPr>
        <w:t xml:space="preserve">[47:23] </w:t>
      </w:r>
      <w:r>
        <w:t>Allah ka jo creation plan hai, us par aap ko contentment ho ja to aap ko</w:t>
      </w:r>
    </w:p>
    <w:p>
      <w:pPr>
        <w:jc w:val="right"/>
      </w:pPr>
      <w:r>
        <w:t>اللہ کا جو کریشن پلان ہے، اس پر آپ کو کنٹینٹمنٹ ہو جا تو آپ کو</w:t>
      </w:r>
    </w:p>
    <w:p>
      <w:r>
        <w:rPr>
          <w:b/>
        </w:rPr>
        <w:t xml:space="preserve">[47:28] </w:t>
      </w:r>
      <w:r>
        <w:t>sukoon mile ga.</w:t>
      </w:r>
    </w:p>
    <w:p>
      <w:pPr>
        <w:jc w:val="right"/>
      </w:pPr>
      <w:r>
        <w:t>سکون ملے گا۔</w:t>
      </w:r>
    </w:p>
    <w:p>
      <w:r>
        <w:rPr>
          <w:b/>
        </w:rPr>
        <w:t xml:space="preserve">[47:33] </w:t>
      </w:r>
      <w:r>
        <w:t>yani less than ideal par raazi hona is mein sukoon rakh rakha hai Allah taala ne.</w:t>
      </w:r>
    </w:p>
    <w:p>
      <w:pPr>
        <w:jc w:val="right"/>
      </w:pPr>
      <w:r>
        <w:t>یعنی لیس دین آئیڈیل پر راضی ہونا اس میں سکون رکھ رکھ دیا ہے اللہ تعالی نے۔</w:t>
      </w:r>
    </w:p>
    <w:p>
      <w:r>
        <w:rPr>
          <w:b/>
        </w:rPr>
        <w:t xml:space="preserve">[47:37] </w:t>
      </w:r>
      <w:r>
        <w:t>ideal to mile ga nahi.</w:t>
      </w:r>
    </w:p>
    <w:p>
      <w:pPr>
        <w:jc w:val="right"/>
      </w:pPr>
      <w:r>
        <w:t>آئیڈیل تو ملے گا نہیں۔</w:t>
      </w:r>
    </w:p>
    <w:p>
      <w:r>
        <w:rPr>
          <w:b/>
        </w:rPr>
        <w:t xml:space="preserve">[47:41] </w:t>
      </w:r>
      <w:r>
        <w:t>ideal content be achieved in this world.</w:t>
      </w:r>
    </w:p>
    <w:p>
      <w:pPr>
        <w:jc w:val="right"/>
      </w:pPr>
      <w:r>
        <w:t>آئیڈیل کنٹینٹ بی اچیوڈ ان دس ورلڈ۔</w:t>
      </w:r>
    </w:p>
    <w:p>
      <w:r>
        <w:rPr>
          <w:b/>
        </w:rPr>
        <w:t xml:space="preserve">[47:46] </w:t>
      </w:r>
      <w:r>
        <w:t>یعنی although you are born as an ideal person, idealist person, but this world is not favorable, favorable</w:t>
      </w:r>
    </w:p>
    <w:p>
      <w:pPr>
        <w:jc w:val="right"/>
      </w:pPr>
      <w:r>
        <w:t>یعنی الدو یو آر بورن ایز این آئیڈیل پرسن، آئیڈیلسٹ پرسن، بٹ دس ورلڈ از ناٹ فیوریبل، فیوریبل</w:t>
      </w:r>
    </w:p>
    <w:p>
      <w:r>
        <w:rPr>
          <w:b/>
        </w:rPr>
        <w:t xml:space="preserve">[47:50] </w:t>
      </w:r>
      <w:r>
        <w:t>for this planning.</w:t>
      </w:r>
    </w:p>
    <w:p>
      <w:pPr>
        <w:jc w:val="right"/>
      </w:pPr>
      <w:r>
        <w:t>فار دس پلاننگ۔</w:t>
      </w:r>
    </w:p>
    <w:p>
      <w:r>
        <w:rPr>
          <w:b/>
        </w:rPr>
        <w:t xml:space="preserve">[47:54] </w:t>
      </w:r>
      <w:r>
        <w:t>is dunya mein aap nahi pa sakte apna ideal.</w:t>
      </w:r>
    </w:p>
    <w:p>
      <w:pPr>
        <w:jc w:val="right"/>
      </w:pPr>
      <w:r>
        <w:t>اس دنیا میں آپ نہیں پا سکتے اپنا آئیڈیل۔</w:t>
      </w:r>
    </w:p>
    <w:p>
      <w:r>
        <w:rPr>
          <w:b/>
        </w:rPr>
        <w:t xml:space="preserve">[47:59] </w:t>
      </w:r>
      <w:r>
        <w:t>تو یہ ایک جو contradiction ہے کہ میں پیدائشی طور پر تو idealist ہوں، یہ دنیا میں رہنا</w:t>
      </w:r>
    </w:p>
    <w:p>
      <w:pPr>
        <w:jc w:val="right"/>
      </w:pPr>
      <w:r>
        <w:t>تو یہ ایک جو کنٹراڈکشن ہے کہ میں پیدائشی طور پر تو آئیڈیلسٹ ہوں، یہ دنیا میں رہنا</w:t>
      </w:r>
    </w:p>
    <w:p>
      <w:r>
        <w:rPr>
          <w:b/>
        </w:rPr>
        <w:t xml:space="preserve">[48:03] </w:t>
      </w:r>
      <w:r>
        <w:t>hai, wahan par ideal achievable hi nahi hai.</w:t>
      </w:r>
    </w:p>
    <w:p>
      <w:pPr>
        <w:jc w:val="right"/>
      </w:pPr>
      <w:r>
        <w:t>ہے، وہاں پر آئیڈیل اچیویبل ہی نہیں ہے۔</w:t>
      </w:r>
    </w:p>
    <w:p>
      <w:r>
        <w:rPr>
          <w:b/>
        </w:rPr>
        <w:t xml:space="preserve">[48:07] </w:t>
      </w:r>
      <w:r>
        <w:t>kyun ke dunya bhai ke test ke liye banai gayi hai.</w:t>
      </w:r>
    </w:p>
    <w:p>
      <w:pPr>
        <w:jc w:val="right"/>
      </w:pPr>
      <w:r>
        <w:t>کیونکہ دنیا بھائی کے ٹیسٹ کے لیے بنائی گئی ہے۔</w:t>
      </w:r>
    </w:p>
    <w:p>
      <w:r>
        <w:rPr>
          <w:b/>
        </w:rPr>
        <w:t xml:space="preserve">[48:12] </w:t>
      </w:r>
      <w:r>
        <w:t>yeh to selective ground hai, woh to jannat hai.</w:t>
      </w:r>
    </w:p>
    <w:p>
      <w:pPr>
        <w:jc w:val="right"/>
      </w:pPr>
      <w:r>
        <w:t>یہ تو سلیکٹیو گراؤنڈ ہے، وہ تو جنت ہے۔</w:t>
      </w:r>
    </w:p>
    <w:p>
      <w:r>
        <w:rPr>
          <w:b/>
        </w:rPr>
        <w:t xml:space="preserve">[48:16] </w:t>
      </w:r>
      <w:r>
        <w:t>isi cheez se log be khabar rahe hain.</w:t>
      </w:r>
    </w:p>
    <w:p>
      <w:pPr>
        <w:jc w:val="right"/>
      </w:pPr>
      <w:r>
        <w:t>اسی چیز سے لوگ بے خبر رہے ہیں۔</w:t>
      </w:r>
    </w:p>
    <w:p>
      <w:r>
        <w:rPr>
          <w:b/>
        </w:rPr>
        <w:t xml:space="preserve">[48:20] </w:t>
      </w:r>
      <w:r>
        <w:t>puri puri history mein log be khabar rahe hain.</w:t>
      </w:r>
    </w:p>
    <w:p>
      <w:pPr>
        <w:jc w:val="right"/>
      </w:pPr>
      <w:r>
        <w:t>پوری پوری ہسٹری میں لوگ بے خبر رہے ہیں۔</w:t>
      </w:r>
    </w:p>
    <w:p>
      <w:r>
        <w:rPr>
          <w:b/>
        </w:rPr>
        <w:t xml:space="preserve">[48:25] </w:t>
      </w:r>
      <w:r>
        <w:t>yahan se baat hai, puri puri history mein is ko na to</w:t>
      </w:r>
    </w:p>
    <w:p>
      <w:pPr>
        <w:jc w:val="right"/>
      </w:pPr>
      <w:r>
        <w:t>یہاں سے بات ہے، پوری پوری ہسٹری میں اس کو نہ تو</w:t>
      </w:r>
    </w:p>
    <w:p>
      <w:r>
        <w:rPr>
          <w:b/>
        </w:rPr>
        <w:t xml:space="preserve">[48:29] </w:t>
      </w:r>
      <w:r>
        <w:t>Socrates ne jana, na Plato ne jana, na Aristotle ne jana, na Rousseau ne jana, na Marx ne</w:t>
      </w:r>
    </w:p>
    <w:p>
      <w:pPr>
        <w:jc w:val="right"/>
      </w:pPr>
      <w:r>
        <w:t>سوکریٹیز نے جانا، نہ پلیٹو نے جانا، نہ ارسٹوٹل نے جانا، نہ روسو نے جانا، نہ مارکس نے</w:t>
      </w:r>
    </w:p>
    <w:p>
      <w:r>
        <w:rPr>
          <w:b/>
        </w:rPr>
        <w:t xml:space="preserve">[48:34] </w:t>
      </w:r>
      <w:r>
        <w:t>jana, na Birdson ne jana, kisi ne nahi jana.</w:t>
      </w:r>
    </w:p>
    <w:p>
      <w:pPr>
        <w:jc w:val="right"/>
      </w:pPr>
      <w:r>
        <w:t>جانا، نہ برڈسن نے جانا، کسی نے نہیں جانا۔</w:t>
      </w:r>
    </w:p>
    <w:p>
      <w:r>
        <w:rPr>
          <w:b/>
        </w:rPr>
        <w:t xml:space="preserve">[48:38] </w:t>
      </w:r>
      <w:r>
        <w:t>to sab negative marte hain.</w:t>
      </w:r>
    </w:p>
    <w:p>
      <w:pPr>
        <w:jc w:val="right"/>
      </w:pPr>
      <w:r>
        <w:t>تو سب نیگیٹیو مرتے ہیں۔</w:t>
      </w:r>
    </w:p>
    <w:p>
      <w:r>
        <w:rPr>
          <w:b/>
        </w:rPr>
        <w:t xml:space="preserve">[48:43] </w:t>
      </w:r>
      <w:r>
        <w:t>جتنے لوگ ہیں، آپ جو میں نے نکلوایا تھا ایک بار اس میں انٹرنیٹ میں، تو top کے</w:t>
      </w:r>
    </w:p>
    <w:p>
      <w:pPr>
        <w:jc w:val="right"/>
      </w:pPr>
      <w:r>
        <w:t>جتنے لوگ ہیں، آپ جو میں نے نکلوایا تھا ایک بار اس میں انٹرنیٹ میں، تو ٹاپ کے</w:t>
      </w:r>
    </w:p>
    <w:p>
      <w:r>
        <w:rPr>
          <w:b/>
        </w:rPr>
        <w:t xml:space="preserve">[48:48] </w:t>
      </w:r>
      <w:r>
        <w:t>log sab mare to negative mare.</w:t>
      </w:r>
    </w:p>
    <w:p>
      <w:pPr>
        <w:jc w:val="right"/>
      </w:pPr>
      <w:r>
        <w:t>لوگ سب مرے تو نیگیٹیو مرے۔</w:t>
      </w:r>
    </w:p>
    <w:p>
      <w:r>
        <w:rPr>
          <w:b/>
        </w:rPr>
        <w:t xml:space="preserve">[48:53] </w:t>
      </w:r>
      <w:r>
        <w:t>matlab despair mein, tension mein, frustration mein maray.</w:t>
      </w:r>
    </w:p>
    <w:p>
      <w:pPr>
        <w:jc w:val="right"/>
      </w:pPr>
      <w:r>
        <w:t>مطلب ڈسپیئر میں، ٹینشن میں، فرسٹریشن میں مرے۔</w:t>
      </w:r>
    </w:p>
    <w:p>
      <w:r>
        <w:rPr>
          <w:b/>
        </w:rPr>
        <w:t xml:space="preserve">[48:57] </w:t>
      </w:r>
      <w:r>
        <w:t>kyun? woh unhon ne chaha ideal bana world banana, woh bana nahi sakay.</w:t>
      </w:r>
    </w:p>
    <w:p>
      <w:pPr>
        <w:jc w:val="right"/>
      </w:pPr>
      <w:r>
        <w:t>کیوں؟ وہ انہوں نے چاہا آئیڈیل بنا ورلڈ بنانا، وہ بنا نہیں سکے۔</w:t>
      </w:r>
    </w:p>
    <w:p>
      <w:r>
        <w:rPr>
          <w:b/>
        </w:rPr>
        <w:t xml:space="preserve">[49:02] </w:t>
      </w:r>
      <w:r>
        <w:t>To woh negative ho gaye. Agar woh jante hain is baat ko ke is dunya mein ideal world ban hi nahi sakta hai, to we have to accept what is that. Is we accept less than ideal. Yani har mamle mein humein less than ideal par raazi hona hai. Yani aurat, ladka aur ladki ko less than ideal pyar par raazi hona hai. Family ko, apne member jo hain, family ke member wahan less than</w:t>
      </w:r>
    </w:p>
    <w:p>
      <w:pPr>
        <w:jc w:val="right"/>
      </w:pPr>
      <w:r>
        <w:t>تو وہ نیگیٹیو ہو گئے۔ اگر وہ جانتے ہیں اس بات کو کہ اس دنیا میں آئیڈیل ورلڈ بن ہی نہیں سکتا ہے، تو وی ہیو ٹو ایکسیپٹ واٹ از دیٹ۔ از وی ایکسیپٹ لیس دین آئیڈیل۔ یعنی ہر معاملے میں ہمیں لیس دین آئیڈیل پر راضی ہونا ہے۔ یعنی عورت، لڑکا اور لڑکی کو لیس دین آئیڈیل پیار پر راضی ہونا ہے۔ فیملی کو، اپنے ممبر جو ہیں، فیملی کے ممبر وہاں لیس دین</w:t>
      </w:r>
    </w:p>
    <w:p>
      <w:r>
        <w:rPr>
          <w:b/>
        </w:rPr>
        <w:t xml:space="preserve">[49:32] </w:t>
      </w:r>
      <w:r>
        <w:t>ideal par raazi hona hai.</w:t>
      </w:r>
    </w:p>
    <w:p>
      <w:pPr>
        <w:jc w:val="right"/>
      </w:pPr>
      <w:r>
        <w:t>آئیڈیل پر راضی ہونا ہے۔</w:t>
      </w:r>
    </w:p>
    <w:p>
      <w:r>
        <w:rPr>
          <w:b/>
        </w:rPr>
        <w:t xml:space="preserve">[49:35] </w:t>
      </w:r>
      <w:r>
        <w:t>neighborhood jo hai, wahan pe aap ko less than ideal par raazi hona hai.</w:t>
      </w:r>
    </w:p>
    <w:p>
      <w:pPr>
        <w:jc w:val="right"/>
      </w:pPr>
      <w:r>
        <w:t>نیبرہڈ جو ہے، وہاں پہ آپ کو لیس دین آئیڈیل پر راضی ہونا ہے۔</w:t>
      </w:r>
    </w:p>
    <w:p>
      <w:r>
        <w:rPr>
          <w:b/>
        </w:rPr>
        <w:t xml:space="preserve">[49:39] </w:t>
      </w:r>
      <w:r>
        <w:t>society jo hai, wahan pe aap ko less than ideal par raazi hona hai.</w:t>
      </w:r>
    </w:p>
    <w:p>
      <w:pPr>
        <w:jc w:val="right"/>
      </w:pPr>
      <w:r>
        <w:t>سوسائٹی جو ہے، وہاں پہ آپ کو لیس دین آئیڈیل پر راضی ہونا ہے۔</w:t>
      </w:r>
    </w:p>
    <w:p>
      <w:r>
        <w:rPr>
          <w:b/>
        </w:rPr>
        <w:t xml:space="preserve">[49:42] </w:t>
      </w:r>
      <w:r>
        <w:t>jo system hai, us par raazi hona hai.</w:t>
      </w:r>
    </w:p>
    <w:p>
      <w:pPr>
        <w:jc w:val="right"/>
      </w:pPr>
      <w:r>
        <w:t>جو سسٹم ہے، اس پر راضی ہونا ہے۔</w:t>
      </w:r>
    </w:p>
    <w:p>
      <w:r>
        <w:rPr>
          <w:b/>
        </w:rPr>
        <w:t xml:space="preserve">[49:45] </w:t>
      </w:r>
      <w:r>
        <w:t>to yeh musalmanon ko batana chahiye tha ke Quran mein yeh cheez di gayi hai.</w:t>
      </w:r>
    </w:p>
    <w:p>
      <w:pPr>
        <w:jc w:val="right"/>
      </w:pPr>
      <w:r>
        <w:t>تو یہ مسلمانوں کو بتانا چاہیے تھا کہ قرآن میں یہ چیز دی گئی ہے۔</w:t>
      </w:r>
    </w:p>
    <w:p>
      <w:r>
        <w:rPr>
          <w:b/>
        </w:rPr>
        <w:t xml:space="preserve">[49:49] </w:t>
      </w:r>
      <w:r>
        <w:t>lekin woh khud hi woh khushtan gumast kara rabriqant.</w:t>
      </w:r>
    </w:p>
    <w:p>
      <w:pPr>
        <w:jc w:val="right"/>
      </w:pPr>
      <w:r>
        <w:t>لیکن وہ خود ہی وہ خشتن گمست کرا رابریکنت۔</w:t>
      </w:r>
    </w:p>
    <w:p>
      <w:r>
        <w:rPr>
          <w:b/>
        </w:rPr>
        <w:t xml:space="preserve">[49:52] </w:t>
      </w:r>
      <w:r>
        <w:t>musalman khud hi aik aik shakhs be khabar hai is haqeeqat se.</w:t>
      </w:r>
    </w:p>
    <w:p>
      <w:pPr>
        <w:jc w:val="right"/>
      </w:pPr>
      <w:r>
        <w:t>مسلمان خود ہی ایک ایک شخص بے خبر ہے اس حقیقت سے۔</w:t>
      </w:r>
    </w:p>
    <w:p>
      <w:r>
        <w:rPr>
          <w:b/>
        </w:rPr>
        <w:t xml:space="preserve">[49:55] </w:t>
      </w:r>
      <w:r>
        <w:t>mujhe aik shakhs bhi nahi maloom.</w:t>
      </w:r>
    </w:p>
    <w:p>
      <w:pPr>
        <w:jc w:val="right"/>
      </w:pPr>
      <w:r>
        <w:t>مجھے ایک شخص بھی نہیں معلوم۔</w:t>
      </w:r>
    </w:p>
    <w:p>
      <w:r>
        <w:rPr>
          <w:b/>
        </w:rPr>
        <w:t xml:space="preserve">[49:59] </w:t>
      </w:r>
      <w:r>
        <w:t>yaad rakhiye jo jaanta ho is haqeeqat ko ke</w:t>
      </w:r>
    </w:p>
    <w:p>
      <w:pPr>
        <w:jc w:val="right"/>
      </w:pPr>
      <w:r>
        <w:t>یاد رکھیے جو جانتا ہو اس حقیقت کو کہ</w:t>
      </w:r>
    </w:p>
    <w:p>
      <w:r>
        <w:rPr>
          <w:b/>
        </w:rPr>
        <w:t xml:space="preserve">[50:02] </w:t>
      </w:r>
      <w:r>
        <w:t>only yani is dunya mein sirf less than ideal hi possible hai. Ideal possible hi nahi hai. Ek shakhs nahi hai hamari team ke bahar. Main aap ko misaal deta hoon. Aap yeh samajhte hain ke main bari bari baatein kar raha hoon. Egypt ki misaal lijiye. Ab Muslim world ka jo bohat hi top ka mulk hai, Egypt. Egypt mein dekhiye, is se pehle King Farooq rule kar raha tha. King Farooq, Farooq ibn Fuad. Wahan par yeh paida hue</w:t>
      </w:r>
    </w:p>
    <w:p>
      <w:pPr>
        <w:jc w:val="right"/>
      </w:pPr>
      <w:r>
        <w:t>اونلی یعنی اس دنیا میں صرف لیس دین آئیڈیل ہی پاسیبل ہے۔ آئیڈیل پاسیبل ہی نہیں ہے۔ ایک شخص نہیں ہے ہماری ٹیم کے باہر۔ میں آپ کو مثال دیتا ہوں۔ آپ یہ سمجھتے ہیں کہ میں بڑی بڑی باتیں کر رہا ہوں۔ ایجپٹ کی مثال لیجئے۔ اب مسلم ورلڈ کا جو بہت ہی ٹاپ کا ملک ہے، ایجپٹ۔ ایجپٹ میں دیکھیے، اس سے پہلے کنگ فاروق رول کر رہا تھا۔ کنگ فاروق، فاروق ابن فواد۔ وہاں پر یہ پیدا ہوئے</w:t>
      </w:r>
    </w:p>
    <w:p>
      <w:r>
        <w:rPr>
          <w:b/>
        </w:rPr>
        <w:t xml:space="preserve">[50:32] </w:t>
      </w:r>
      <w:r>
        <w:t>al ikhwan al muslimoon.</w:t>
      </w:r>
    </w:p>
    <w:p>
      <w:pPr>
        <w:jc w:val="right"/>
      </w:pPr>
      <w:r>
        <w:t>، ال اخوان المسلمون۔</w:t>
      </w:r>
    </w:p>
    <w:p>
      <w:r>
        <w:rPr>
          <w:b/>
        </w:rPr>
        <w:t xml:space="preserve">[50:35] </w:t>
      </w:r>
      <w:r>
        <w:t>arabon ki sab se bari jamaat jo hai, al ikhwan al muslimoon hai.</w:t>
      </w:r>
    </w:p>
    <w:p>
      <w:pPr>
        <w:jc w:val="right"/>
      </w:pPr>
      <w:r>
        <w:t>عربوں کی سب سے بڑی جماعت جو ہے، ال اخوان المسلمون ہے۔</w:t>
      </w:r>
    </w:p>
    <w:p>
      <w:r>
        <w:rPr>
          <w:b/>
        </w:rPr>
        <w:t xml:space="preserve">[50:39] </w:t>
      </w:r>
      <w:r>
        <w:t>sab se bari jamaat.</w:t>
      </w:r>
    </w:p>
    <w:p>
      <w:pPr>
        <w:jc w:val="right"/>
      </w:pPr>
      <w:r>
        <w:t>سب سے بڑی جماعت۔</w:t>
      </w:r>
    </w:p>
    <w:p>
      <w:r>
        <w:rPr>
          <w:b/>
        </w:rPr>
        <w:t xml:space="preserve">[50:42] </w:t>
      </w:r>
      <w:r>
        <w:t>aik zamanay mein kaha jata tha ke agar qahira mein chhay aadmi chal rahay hon to samajh lo</w:t>
      </w:r>
    </w:p>
    <w:p>
      <w:pPr>
        <w:jc w:val="right"/>
      </w:pPr>
      <w:r>
        <w:t>ایک زمانے میں کہا جاتا تھا کہ اگر قاہرہ میں چھ آدمی چل رہے ہوں تو سمجھ لو</w:t>
      </w:r>
    </w:p>
    <w:p>
      <w:r>
        <w:rPr>
          <w:b/>
        </w:rPr>
        <w:t xml:space="preserve">[50:45] </w:t>
      </w:r>
      <w:r>
        <w:t>ke chaar aadmi ikhwan ka hoga.</w:t>
      </w:r>
    </w:p>
    <w:p>
      <w:pPr>
        <w:jc w:val="right"/>
      </w:pPr>
      <w:r>
        <w:t>کہ چار آدمی اخوان کا ہوگا۔</w:t>
      </w:r>
    </w:p>
    <w:p>
      <w:r>
        <w:rPr>
          <w:b/>
        </w:rPr>
        <w:t xml:space="preserve">[50:49] </w:t>
      </w:r>
      <w:r>
        <w:t>itni bari in ko popularity mili.</w:t>
      </w:r>
    </w:p>
    <w:p>
      <w:pPr>
        <w:jc w:val="right"/>
      </w:pPr>
      <w:r>
        <w:t>اتنی بڑی ان کو پاپولیرٹی ملی۔</w:t>
      </w:r>
    </w:p>
    <w:p>
      <w:r>
        <w:rPr>
          <w:b/>
        </w:rPr>
        <w:t xml:space="preserve">[50:52] </w:t>
      </w:r>
      <w:r>
        <w:t>تو King Farooq جو تھا، ظاہر ہے کہ اس کے زمانے میں جو سسٹم تھا، وہ according to</w:t>
      </w:r>
    </w:p>
    <w:p>
      <w:pPr>
        <w:jc w:val="right"/>
      </w:pPr>
      <w:r>
        <w:t>تو کنگ فاروق جو تھا، ظاہر ہے کہ اس کے زمانے میں جو سسٹم تھا، وہ اکارڈ ٹو</w:t>
      </w:r>
    </w:p>
    <w:p>
      <w:r>
        <w:rPr>
          <w:b/>
        </w:rPr>
        <w:t xml:space="preserve">[50:55] </w:t>
      </w:r>
      <w:r>
        <w:t>The law of nature, that was not ideal.</w:t>
      </w:r>
    </w:p>
    <w:p>
      <w:pPr>
        <w:jc w:val="right"/>
      </w:pPr>
      <w:r>
        <w:t>دا لاء آف نیچر، دیٹ واز ناٹ آئیڈیل۔</w:t>
      </w:r>
    </w:p>
    <w:p>
      <w:r>
        <w:rPr>
          <w:b/>
        </w:rPr>
        <w:t xml:space="preserve">[50:59] </w:t>
      </w:r>
      <w:r>
        <w:t>woh less than ideal tha. ab woh</w:t>
      </w:r>
    </w:p>
    <w:p>
      <w:pPr>
        <w:jc w:val="right"/>
      </w:pPr>
      <w:r>
        <w:t>وہ لیس دین آئیڈیل تھا۔ اب وہ</w:t>
      </w:r>
    </w:p>
    <w:p>
      <w:r>
        <w:rPr>
          <w:b/>
        </w:rPr>
        <w:t xml:space="preserve">[51:02] </w:t>
      </w:r>
      <w:r>
        <w:t>larh gaye is se.</w:t>
      </w:r>
    </w:p>
    <w:p>
      <w:pPr>
        <w:jc w:val="right"/>
      </w:pPr>
      <w:r>
        <w:t>لڑ گئے اس سے۔</w:t>
      </w:r>
    </w:p>
    <w:p>
      <w:r>
        <w:rPr>
          <w:b/>
        </w:rPr>
        <w:t xml:space="preserve">[51:06] </w:t>
      </w:r>
      <w:r>
        <w:t>fauji afsaron se unhon ne khufiya ittehad kiya aur ikhwaniyon ne aur fauji afsaron ne mil kar ke</w:t>
      </w:r>
    </w:p>
    <w:p>
      <w:pPr>
        <w:jc w:val="right"/>
      </w:pPr>
      <w:r>
        <w:t>فوجی افسروں سے انہوں نے خفیہ اتحاد کیا اور اخوانیوں نے اور فوجی افسروں نے مل کر کے</w:t>
      </w:r>
    </w:p>
    <w:p>
      <w:r>
        <w:rPr>
          <w:b/>
        </w:rPr>
        <w:t xml:space="preserve">[51:10] </w:t>
      </w:r>
      <w:r>
        <w:t>king farooq ko nikal diya.</w:t>
      </w:r>
    </w:p>
    <w:p>
      <w:pPr>
        <w:jc w:val="right"/>
      </w:pPr>
      <w:r>
        <w:t>کنگ فاروق کو نکال دیا۔</w:t>
      </w:r>
    </w:p>
    <w:p>
      <w:r>
        <w:rPr>
          <w:b/>
        </w:rPr>
        <w:t xml:space="preserve">[51:13] </w:t>
      </w:r>
      <w:r>
        <w:t>yeh waqia hua 1952 mein.</w:t>
      </w:r>
    </w:p>
    <w:p>
      <w:pPr>
        <w:jc w:val="right"/>
      </w:pPr>
      <w:r>
        <w:t>یہ واقعہ ہوا 1952 میں۔</w:t>
      </w:r>
    </w:p>
    <w:p>
      <w:r>
        <w:rPr>
          <w:b/>
        </w:rPr>
        <w:t xml:space="preserve">[51:17] </w:t>
      </w:r>
      <w:r>
        <w:t>king farooq ko unhon ne depose kar diya.</w:t>
      </w:r>
    </w:p>
    <w:p>
      <w:pPr>
        <w:jc w:val="right"/>
      </w:pPr>
      <w:r>
        <w:t>کنگ فاروق کو انہوں نے ڈیپوز کر دیا۔</w:t>
      </w:r>
    </w:p>
    <w:p>
      <w:r>
        <w:rPr>
          <w:b/>
        </w:rPr>
        <w:t xml:space="preserve">[51:21] </w:t>
      </w:r>
      <w:r>
        <w:t>isko rome bhej diya.</w:t>
      </w:r>
    </w:p>
    <w:p>
      <w:pPr>
        <w:jc w:val="right"/>
      </w:pPr>
      <w:r>
        <w:t>اس کو روم بھیج دیا۔</w:t>
      </w:r>
    </w:p>
    <w:p>
      <w:r>
        <w:rPr>
          <w:b/>
        </w:rPr>
        <w:t xml:space="preserve">[51:25] </w:t>
      </w:r>
      <w:r>
        <w:t>acha, ab hukoomat bani general najeebi ki.</w:t>
      </w:r>
    </w:p>
    <w:p>
      <w:pPr>
        <w:jc w:val="right"/>
      </w:pPr>
      <w:r>
        <w:t>اچھا، اب حکومت بنی جنرل نجیب کی۔</w:t>
      </w:r>
    </w:p>
    <w:p>
      <w:r>
        <w:rPr>
          <w:b/>
        </w:rPr>
        <w:t xml:space="preserve">[51:28] </w:t>
      </w:r>
      <w:r>
        <w:t>is ke baad woh president wahan ke hue ek</w:t>
      </w:r>
    </w:p>
    <w:p>
      <w:pPr>
        <w:jc w:val="right"/>
      </w:pPr>
      <w:r>
        <w:t>اس کے بعد وہ پریزیڈنٹ وہاں کے ہوئے۔ ایک</w:t>
      </w:r>
    </w:p>
    <w:p>
      <w:r>
        <w:rPr>
          <w:b/>
        </w:rPr>
        <w:t xml:space="preserve">[51:32] </w:t>
      </w:r>
      <w:r>
        <w:t>saal ke baad maloom hua ke woh bhi less than ideal hain.</w:t>
      </w:r>
    </w:p>
    <w:p>
      <w:pPr>
        <w:jc w:val="right"/>
      </w:pPr>
      <w:r>
        <w:t>سال کے بعد معلوم ہوا کہ وہ بھی لیس دین آئیڈیل ہیں۔</w:t>
      </w:r>
    </w:p>
    <w:p>
      <w:r>
        <w:rPr>
          <w:b/>
        </w:rPr>
        <w:t xml:space="preserve">[51:35] </w:t>
      </w:r>
      <w:r>
        <w:t>ab in ko bhi nikala</w:t>
      </w:r>
    </w:p>
    <w:p>
      <w:pPr>
        <w:jc w:val="right"/>
      </w:pPr>
      <w:r>
        <w:t>اب ان کو بھی نکالا۔</w:t>
      </w:r>
    </w:p>
    <w:p>
      <w:r>
        <w:rPr>
          <w:b/>
        </w:rPr>
        <w:t xml:space="preserve">[51:38] </w:t>
      </w:r>
      <w:r>
        <w:t>is ke baad bana banaya gaya 1954 mein jamal abdul nasser ko</w:t>
      </w:r>
    </w:p>
    <w:p>
      <w:pPr>
        <w:jc w:val="right"/>
      </w:pPr>
      <w:r>
        <w:t>اس کے بعد بنا بنایا گیا 1954 میں جمال عبدالناصر کو۔</w:t>
      </w:r>
    </w:p>
    <w:p>
      <w:r>
        <w:rPr>
          <w:b/>
        </w:rPr>
        <w:t xml:space="preserve">[51:41] </w:t>
      </w:r>
      <w:r>
        <w:t>تو معلوم ہوا کہ یہ بھی less than ideal ہیں۔</w:t>
      </w:r>
    </w:p>
    <w:p>
      <w:pPr>
        <w:jc w:val="right"/>
      </w:pPr>
      <w:r>
        <w:t>تو معلوم ہوا کہ یہ بھی لیس دین آئیڈیل ہیں۔</w:t>
      </w:r>
    </w:p>
    <w:p>
      <w:r>
        <w:rPr>
          <w:b/>
        </w:rPr>
        <w:t xml:space="preserve">[51:43] </w:t>
      </w:r>
      <w:r>
        <w:t>phir lad gaye in se</w:t>
      </w:r>
    </w:p>
    <w:p>
      <w:pPr>
        <w:jc w:val="right"/>
      </w:pPr>
      <w:r>
        <w:t>پھر لڑ گئے ان سے۔</w:t>
      </w:r>
    </w:p>
    <w:p>
      <w:r>
        <w:rPr>
          <w:b/>
        </w:rPr>
        <w:t xml:space="preserve">[51:46] </w:t>
      </w:r>
      <w:r>
        <w:t>is ko is ko bari musibaton mein aakhir kar woh mar gaya</w:t>
      </w:r>
    </w:p>
    <w:p>
      <w:pPr>
        <w:jc w:val="right"/>
      </w:pPr>
      <w:r>
        <w:t>اس کو، اس کو بڑی مصیبتوں میں آخر کار وہ مر گیا۔</w:t>
      </w:r>
    </w:p>
    <w:p>
      <w:r>
        <w:rPr>
          <w:b/>
        </w:rPr>
        <w:t xml:space="preserve">[51:49] </w:t>
      </w:r>
      <w:r>
        <w:t>is ke baad woh bane anwar sadat</w:t>
      </w:r>
    </w:p>
    <w:p>
      <w:pPr>
        <w:jc w:val="right"/>
      </w:pPr>
      <w:r>
        <w:t>اس کے بعد وہ بنے انور سادات۔</w:t>
      </w:r>
    </w:p>
    <w:p>
      <w:r>
        <w:rPr>
          <w:b/>
        </w:rPr>
        <w:t xml:space="preserve">[51:52] </w:t>
      </w:r>
      <w:r>
        <w:t>بنے وہ پھر، پھر بھی less than ideal تھا۔</w:t>
      </w:r>
    </w:p>
    <w:p>
      <w:pPr>
        <w:jc w:val="right"/>
      </w:pPr>
      <w:r>
        <w:t>بنے وہ پھر، پھر بھی لیس دین آئیڈیل تھا۔</w:t>
      </w:r>
    </w:p>
    <w:p>
      <w:r>
        <w:rPr>
          <w:b/>
        </w:rPr>
        <w:t xml:space="preserve">[51:54] </w:t>
      </w:r>
      <w:r>
        <w:t>to phir is se lad gaye</w:t>
      </w:r>
    </w:p>
    <w:p>
      <w:pPr>
        <w:jc w:val="right"/>
      </w:pPr>
      <w:r>
        <w:t>تو پھر اس سے لڑ گئے۔</w:t>
      </w:r>
    </w:p>
    <w:p>
      <w:r>
        <w:rPr>
          <w:b/>
        </w:rPr>
        <w:t xml:space="preserve">[51:57] </w:t>
      </w:r>
      <w:r>
        <w:t>is ko maar dala</w:t>
      </w:r>
    </w:p>
    <w:p>
      <w:pPr>
        <w:jc w:val="right"/>
      </w:pPr>
      <w:r>
        <w:t>اس کو مار ڈالا۔</w:t>
      </w:r>
    </w:p>
    <w:p>
      <w:r>
        <w:rPr>
          <w:b/>
        </w:rPr>
        <w:t xml:space="preserve">[52:00] </w:t>
      </w:r>
      <w:r>
        <w:t>ab aaj ka husn mubarak hai</w:t>
      </w:r>
    </w:p>
    <w:p>
      <w:pPr>
        <w:jc w:val="right"/>
      </w:pPr>
      <w:r>
        <w:t>اب آج کا حسن مبارک ہے۔</w:t>
      </w:r>
    </w:p>
    <w:p>
      <w:r>
        <w:rPr>
          <w:b/>
        </w:rPr>
        <w:t xml:space="preserve">[52:03] </w:t>
      </w:r>
      <w:r>
        <w:t>Yani ek ke baad ek ke baad ek ke baad lad rahe hain, lad rahe hain, lad rahe hain. Aur Kashmir, woh Egypt ko taraqqi nahi ho saki. Aaj Egypt jo hai, America ki madad par zinda hai. America ki madad par zinda hai. Egypt apne bal par nahi hai. Woh kyun? Yeh jo so called Islam pasand hain, so called Islamists hain, woh less than ideal par raazi nahi hue. Unhein ideal state chahiye, ideal society chahiye, ideal government chahiye. Bhai, woh to possible nahi hai. Woh kahan se tum banao ge?</w:t>
      </w:r>
    </w:p>
    <w:p>
      <w:pPr>
        <w:jc w:val="right"/>
      </w:pPr>
      <w:r>
        <w:t>یعنی ایک کے بعد ایک کے بعد ایک کے بعد لڑ رہے ہیں، لڑ رہے ہیں، لڑ رہے ہیں۔ اور کشمیر، وہ مصر کو ترقی نہیں ہو سکی۔ آج مصر جو ہے، امریکہ کی مدد پر زندہ ہے۔ امریکہ کی مدد پر زندہ ہے۔ مصر اپنے بل پر نہیں ہے۔ وہ کیوں؟ یہ جو سو کالڈ اسلام پسند ہیں، سو کالڈ اسلامسٹ ہیں، وہ لیس دین آئیڈیل پر راضی نہیں ہوئے۔ انہیں آئیڈیل اسٹیٹ چاہیے، آئیڈیل سوسائٹی چاہیے، آئیڈیل گورنمنٹ چاہیے۔ بھئی، وہ تو پاسیبل نہیں ہے۔ وہ کہاں سے تم بناؤ گے؟</w:t>
      </w:r>
    </w:p>
    <w:p>
      <w:r>
        <w:rPr>
          <w:b/>
        </w:rPr>
        <w:t xml:space="preserve">[52:33] </w:t>
      </w:r>
      <w:r>
        <w:t>tum woh to possible hi nahi hai</w:t>
      </w:r>
    </w:p>
    <w:p>
      <w:pPr>
        <w:jc w:val="right"/>
      </w:pPr>
      <w:r>
        <w:t>تم وہ تو پاسیبل ہی نہیں ہے۔</w:t>
      </w:r>
    </w:p>
    <w:p>
      <w:r>
        <w:rPr>
          <w:b/>
        </w:rPr>
        <w:t xml:space="preserve">[52:39] </w:t>
      </w:r>
      <w:r>
        <w:t>According to the law of nature, یہ اندھا پن ہے مسلمان، مسلم علماء، مسلم لیڈرز کا اندھا پن۔</w:t>
      </w:r>
    </w:p>
    <w:p>
      <w:pPr>
        <w:jc w:val="right"/>
      </w:pPr>
      <w:r>
        <w:t>اکارڈ ٹو دا لاء آف نیچر، یہ اندھا پن ہے مسلمان، مسلم علماء، مسلم لیڈرز کا اندھا پن۔</w:t>
      </w:r>
    </w:p>
    <w:p>
      <w:r>
        <w:rPr>
          <w:b/>
        </w:rPr>
        <w:t xml:space="preserve">[52:45] </w:t>
      </w:r>
      <w:r>
        <w:t>They are quite unaware what is the creation plan of God.</w:t>
      </w:r>
    </w:p>
    <w:p>
      <w:pPr>
        <w:jc w:val="right"/>
      </w:pPr>
      <w:r>
        <w:t>دے آر کوائٹ ان ایویئر واٹ از دا کریشن پلان آف گاڈ۔</w:t>
      </w:r>
    </w:p>
    <w:p>
      <w:r>
        <w:rPr>
          <w:b/>
        </w:rPr>
        <w:t xml:space="preserve">[52:51] </w:t>
      </w:r>
      <w:r>
        <w:t>to to doosron ko kya batayen ge aaj sari duniya mein yahi cheez hai</w:t>
      </w:r>
    </w:p>
    <w:p>
      <w:pPr>
        <w:jc w:val="right"/>
      </w:pPr>
      <w:r>
        <w:t>تو تو دوسروں کو کیا بتائیں گے؟ آج ساری دنیا میں یہی چیز ہے۔</w:t>
      </w:r>
    </w:p>
    <w:p>
      <w:r>
        <w:rPr>
          <w:b/>
        </w:rPr>
        <w:t xml:space="preserve">[52:57] </w:t>
      </w:r>
      <w:r>
        <w:t>abhi dekhiye sab se bara jo head of the state mana jata</w:t>
      </w:r>
    </w:p>
    <w:p>
      <w:pPr>
        <w:jc w:val="right"/>
      </w:pPr>
      <w:r>
        <w:t>ابھی دیکھیے، سب سے بڑا جو ہیڈ آف دی اسٹیٹ مانا جاتا</w:t>
      </w:r>
    </w:p>
    <w:p>
      <w:r>
        <w:rPr>
          <w:b/>
        </w:rPr>
        <w:t xml:space="preserve">[53:03] </w:t>
      </w:r>
      <w:r>
        <w:t>hai, Obama ko. To wahan par dekhiye, main teen ka, teen ka aap ko misaal deta hoon: George Bush Senior, George Bush Junior, aur Obama. To George Bush Senior jo the, woh lad gaye. Yani Middle East mein unhon ne ladai chher di. Kyun ke wahan par jo soorat e haal thi, un ke liye less than ideal thi. Un ka jo naqsha hai, global naqsha, Americanon ke samne ek global naqsha hai, aisa dunya honi chahiye. To un ke liye less than a-</w:t>
      </w:r>
    </w:p>
    <w:p>
      <w:pPr>
        <w:jc w:val="right"/>
      </w:pPr>
      <w:r>
        <w:t>ہے، اوباما کو۔ تو وہاں پر دیکھیے، میں تین کا، تین کا آپ کو مثال دیتا ہوں: جارج بوش سینیئر، جارج بوش جونیئر، اور اوباما۔ تو جارج بوش سینیئر جو تھے، وہ لڑ گئے۔ یعنی مڈل ایسٹ میں انہوں نے لڑائی چھیڑ دی۔ کیونکہ وہاں پر جو صورتحال تھی، ان کے لیے لیس دین آئیڈیل تھی۔ ان کا جو نقشہ ہے، گلوبل نقشہ، امریکنوں کے سامنے ایک گلوبل نقشہ ہے، ایسا دنیا ہونی چاہیے۔ تو ان کے لیے لیس دین آ</w:t>
      </w:r>
    </w:p>
    <w:p>
      <w:r>
        <w:rPr>
          <w:b/>
        </w:rPr>
        <w:t xml:space="preserve">[53:33] </w:t>
      </w:r>
      <w:r>
        <w:t>ideal thi</w:t>
      </w:r>
    </w:p>
    <w:p>
      <w:pPr>
        <w:jc w:val="right"/>
      </w:pPr>
      <w:r>
        <w:t>ئیڈیل تھی۔</w:t>
      </w:r>
    </w:p>
    <w:p>
      <w:r>
        <w:rPr>
          <w:b/>
        </w:rPr>
        <w:t xml:space="preserve">[53:36] </w:t>
      </w:r>
      <w:r>
        <w:t>to wahan par billion trillion dollar kharch kar ke ladai hui</w:t>
      </w:r>
    </w:p>
    <w:p>
      <w:pPr>
        <w:jc w:val="right"/>
      </w:pPr>
      <w:r>
        <w:t>تو وہاں پر بلین، ٹریلین ڈالر خرچ کر کے لڑائی ہوئی۔</w:t>
      </w:r>
    </w:p>
    <w:p>
      <w:r>
        <w:rPr>
          <w:b/>
        </w:rPr>
        <w:t xml:space="preserve">[53:39] </w:t>
      </w:r>
      <w:r>
        <w:t>aur phir mila kuch bhi nahi</w:t>
      </w:r>
    </w:p>
    <w:p>
      <w:pPr>
        <w:jc w:val="right"/>
      </w:pPr>
      <w:r>
        <w:t>اور پھر ملا کچھ بھی نہیں۔</w:t>
      </w:r>
    </w:p>
    <w:p>
      <w:r>
        <w:rPr>
          <w:b/>
        </w:rPr>
        <w:t xml:space="preserve">[53:43] </w:t>
      </w:r>
      <w:r>
        <w:t>ab is baad george bush junior aaye woh lad gaye</w:t>
      </w:r>
    </w:p>
    <w:p>
      <w:pPr>
        <w:jc w:val="right"/>
      </w:pPr>
      <w:r>
        <w:t>اب اس بعد جارج بوش جونیئر آئے، وہ لڑ گئے۔</w:t>
      </w:r>
    </w:p>
    <w:p>
      <w:r>
        <w:rPr>
          <w:b/>
        </w:rPr>
        <w:t xml:space="preserve">[53:46] </w:t>
      </w:r>
      <w:r>
        <w:t>phir mila kuch bhi nahi</w:t>
      </w:r>
    </w:p>
    <w:p>
      <w:pPr>
        <w:jc w:val="right"/>
      </w:pPr>
      <w:r>
        <w:t>پھر ملا کچھ بھی نہیں۔</w:t>
      </w:r>
    </w:p>
    <w:p>
      <w:r>
        <w:rPr>
          <w:b/>
        </w:rPr>
        <w:t xml:space="preserve">[53:50] </w:t>
      </w:r>
      <w:r>
        <w:t>ab obama sahib aaye hain</w:t>
      </w:r>
    </w:p>
    <w:p>
      <w:pPr>
        <w:jc w:val="right"/>
      </w:pPr>
      <w:r>
        <w:t>اب اوباما صاحب آئے ہیں۔</w:t>
      </w:r>
    </w:p>
    <w:p>
      <w:r>
        <w:rPr>
          <w:b/>
        </w:rPr>
        <w:t xml:space="preserve">[53:53] </w:t>
      </w:r>
      <w:r>
        <w:t>to abbas sahib jab president hue the to unhon ne apni pehli speech mein kaha tha ke change</w:t>
      </w:r>
    </w:p>
    <w:p>
      <w:pPr>
        <w:jc w:val="right"/>
      </w:pPr>
      <w:r>
        <w:t>تو عباس صاحب جب پریزیڈنٹ ہوئے تھے، تو انہوں نے اپنی پہلی سپیچ میں کہا تھا کہ "چینج</w:t>
      </w:r>
    </w:p>
    <w:p>
      <w:r>
        <w:rPr>
          <w:b/>
        </w:rPr>
        <w:t xml:space="preserve">[53:56] </w:t>
      </w:r>
      <w:r>
        <w:t>has come to america</w:t>
      </w:r>
    </w:p>
    <w:p>
      <w:pPr>
        <w:jc w:val="right"/>
      </w:pPr>
      <w:r>
        <w:t>ہیز کم ٹو امریکہ"۔</w:t>
      </w:r>
    </w:p>
    <w:p>
      <w:r>
        <w:rPr>
          <w:b/>
        </w:rPr>
        <w:t xml:space="preserve">[54:00] </w:t>
      </w:r>
      <w:r>
        <w:t>jab woh president ban gaye to pehli speech jo di unhon ne</w:t>
      </w:r>
    </w:p>
    <w:p>
      <w:pPr>
        <w:jc w:val="right"/>
      </w:pPr>
      <w:r>
        <w:t>جب وہ پریزیڈنٹ بن گئے تو پہلی سپیچ جو دی انہوں نے،</w:t>
      </w:r>
    </w:p>
    <w:p>
      <w:r>
        <w:rPr>
          <w:b/>
        </w:rPr>
        <w:t xml:space="preserve">[54:03] </w:t>
      </w:r>
      <w:r>
        <w:t>change has come to america</w:t>
      </w:r>
    </w:p>
    <w:p>
      <w:pPr>
        <w:jc w:val="right"/>
      </w:pPr>
      <w:r>
        <w:t>"چینج ہیز کم ٹو امریکہ"۔</w:t>
      </w:r>
    </w:p>
    <w:p>
      <w:r>
        <w:rPr>
          <w:b/>
        </w:rPr>
        <w:t xml:space="preserve">[54:07] </w:t>
      </w:r>
      <w:r>
        <w:t>تو اسی وقت میں نے کہا تھا کہ یہ غلط بول رہے ہیں، "Change has come to American presidency"۔</w:t>
      </w:r>
    </w:p>
    <w:p>
      <w:pPr>
        <w:jc w:val="right"/>
      </w:pPr>
      <w:r>
        <w:t>تو اسی وقت میں نے کہا تھا کہ یہ غلط بول رہے ہیں، "چینج ہیز کم ٹو امریکن پریزیڈنسی"۔</w:t>
      </w:r>
    </w:p>
    <w:p>
      <w:r>
        <w:rPr>
          <w:b/>
        </w:rPr>
        <w:t xml:space="preserve">[54:12] </w:t>
      </w:r>
      <w:r>
        <w:t>abhi in ka apna statement aaya khud apna</w:t>
      </w:r>
    </w:p>
    <w:p>
      <w:pPr>
        <w:jc w:val="right"/>
      </w:pPr>
      <w:r>
        <w:t>ابھی ان کا اپنا سٹیٹمنٹ آیا، خود اپنا۔</w:t>
      </w:r>
    </w:p>
    <w:p>
      <w:r>
        <w:rPr>
          <w:b/>
        </w:rPr>
        <w:t xml:space="preserve">[54:16] </w:t>
      </w:r>
      <w:r>
        <w:t>انہوں نے کہا کہ "change نہیں آیا، ہم نے underestimate کیا"۔</w:t>
      </w:r>
    </w:p>
    <w:p>
      <w:pPr>
        <w:jc w:val="right"/>
      </w:pPr>
      <w:r>
        <w:t>انہوں نے کہا کہ "چینج نہیں آیا، ہم نے انڈرسٹیمیٹ کیا"۔</w:t>
      </w:r>
    </w:p>
    <w:p>
      <w:r>
        <w:rPr>
          <w:b/>
        </w:rPr>
        <w:t xml:space="preserve">[54:20] </w:t>
      </w:r>
      <w:r>
        <w:t>Obama sahib ne khud mana is baat ko, humne underestimate kiya maamle ko.</w:t>
      </w:r>
    </w:p>
    <w:p>
      <w:pPr>
        <w:jc w:val="right"/>
      </w:pPr>
      <w:r>
        <w:t>اوباما صاحب نے خود مانا اس بات کو، ہم نے انڈرسٹیمیٹ کیا معاملے کو۔</w:t>
      </w:r>
    </w:p>
    <w:p>
      <w:r>
        <w:rPr>
          <w:b/>
        </w:rPr>
        <w:t xml:space="preserve">[54:25] </w:t>
      </w:r>
      <w:r>
        <w:t>lekin abhi bhi inko pata nahi asal baat ka ke is duniya mein aapko less than</w:t>
      </w:r>
    </w:p>
    <w:p>
      <w:pPr>
        <w:jc w:val="right"/>
      </w:pPr>
      <w:r>
        <w:t>لیکن ابھی بھی ان کو پتہ نہیں اصل بات کا کہ اس دنیا میں آپ کو لیس دین</w:t>
      </w:r>
    </w:p>
    <w:p>
      <w:r>
        <w:rPr>
          <w:b/>
        </w:rPr>
        <w:t xml:space="preserve">[54:29] </w:t>
      </w:r>
      <w:r>
        <w:t>ideal par razi hona pare ga</w:t>
      </w:r>
    </w:p>
    <w:p>
      <w:pPr>
        <w:jc w:val="right"/>
      </w:pPr>
      <w:r>
        <w:t>آئیڈیل پر راضی ہونا پڑے گا۔</w:t>
      </w:r>
    </w:p>
    <w:p>
      <w:r>
        <w:rPr>
          <w:b/>
        </w:rPr>
        <w:t xml:space="preserve">[54:33] </w:t>
      </w:r>
      <w:r>
        <w:t>Agar aap ideal ki talash mein rahe to sirf tabahi hai, sirf fasad hai, sirf ladai bhadai hai. Sari history mein yahi hua hai ke log ek ideal bana lete hain, aisa system, aisi hukumat, aisi society, aur phir ladte rehte hain. Aakhir mein kya milta hai? Kuch bhi nahi milta. Yeh Quran mein jo bataya gaya tha, us se dunya ko batana tha. Lekin Musalman khud hi be khabar hain, batayen ge kya kisi ko? Ek bohat</w:t>
      </w:r>
    </w:p>
    <w:p>
      <w:pPr>
        <w:jc w:val="right"/>
      </w:pPr>
      <w:r>
        <w:t>اگر آپ آئیڈیل کی تلاش میں رہے تو صرف تباہی ہے، صرف فساد ہے، صرف لڑائی بھڑائی ہے۔ ساری ہسٹری میں یہی ہوا ہے کہ لوگ ایک آئیڈیل بنا لیتے ہیں، ایسا سسٹم، ایسی حکومت، ایسی سوسائٹی، اور پھر لڑتے رہتے ہیں۔ آخر میں کیا ملتا ہے؟ کچھ بھی نہیں ملتا۔ یہ قرآن میں جو بتایا گیا تھا، اس سے دنیا کو بتانا تھا۔ لیکن مسلمان خود ہی بے خبر ہیں، بتائیں گے کیا کسی کو؟ ایک بہت</w:t>
      </w:r>
    </w:p>
    <w:p>
      <w:r>
        <w:rPr>
          <w:b/>
        </w:rPr>
        <w:t xml:space="preserve">[55:03] </w:t>
      </w:r>
      <w:r>
        <w:t>baray mufassir se poocha gaya ke quran ka khulasa kya hai unhon ne kaha ke sarguzasht anzar</w:t>
      </w:r>
    </w:p>
    <w:p>
      <w:pPr>
        <w:jc w:val="right"/>
      </w:pPr>
      <w:r>
        <w:t>بڑے مفسر سے پوچھا گیا کہ قرآن کا خلاصہ کیا ہے؟ انہوں نے کہا کہ "سرگزشت انظار"۔</w:t>
      </w:r>
    </w:p>
    <w:p>
      <w:r>
        <w:rPr>
          <w:b/>
        </w:rPr>
        <w:t xml:space="preserve">[55:08] </w:t>
      </w:r>
      <w:r>
        <w:t>mein kehta hoon ke yeh sahi baat nahi kahi unhon ne.</w:t>
      </w:r>
    </w:p>
    <w:p>
      <w:pPr>
        <w:jc w:val="right"/>
      </w:pPr>
      <w:r>
        <w:t>میں کہتا ہوں کہ یہ صحیح بات نہیں کہی انہوں نے۔</w:t>
      </w:r>
    </w:p>
    <w:p>
      <w:r>
        <w:rPr>
          <w:b/>
        </w:rPr>
        <w:t xml:space="preserve">[55:12] </w:t>
      </w:r>
      <w:r>
        <w:t>quran khulasa yeh hai ke quran creation plan of god ko batata hai.</w:t>
      </w:r>
    </w:p>
    <w:p>
      <w:pPr>
        <w:jc w:val="right"/>
      </w:pPr>
      <w:r>
        <w:t>قرآن خلاصہ یہ ہے کہ قرآن کریشن پلان آف گاڈ کو بتاتا ہے۔</w:t>
      </w:r>
    </w:p>
    <w:p>
      <w:r>
        <w:rPr>
          <w:b/>
        </w:rPr>
        <w:t xml:space="preserve">[55:16] </w:t>
      </w:r>
      <w:r>
        <w:t>what is the creation plan of god? yeh batata hai quran ki.</w:t>
      </w:r>
    </w:p>
    <w:p>
      <w:pPr>
        <w:jc w:val="right"/>
      </w:pPr>
      <w:r>
        <w:t>واٹ از دا کریشن پلان آف گاڈ؟ یہ بتاتا ہے قرآن کی۔</w:t>
      </w:r>
    </w:p>
    <w:p>
      <w:r>
        <w:rPr>
          <w:b/>
        </w:rPr>
        <w:t xml:space="preserve">[55:21] </w:t>
      </w:r>
      <w:r>
        <w:t>to jab khud hi aap be khabar hain, is se dunya ko kya batayenge aap? to misr</w:t>
      </w:r>
    </w:p>
    <w:p>
      <w:pPr>
        <w:jc w:val="right"/>
      </w:pPr>
      <w:r>
        <w:t>تو جب خود ہی آپ بے خبر ہیں، اس سے دنیا کو کیا بتائیں گے آپ؟ تو مصر</w:t>
      </w:r>
    </w:p>
    <w:p>
      <w:r>
        <w:rPr>
          <w:b/>
        </w:rPr>
        <w:t xml:space="preserve">[55:25] </w:t>
      </w:r>
      <w:r>
        <w:t>ki misaal di mein ne aap ko.</w:t>
      </w:r>
    </w:p>
    <w:p>
      <w:pPr>
        <w:jc w:val="right"/>
      </w:pPr>
      <w:r>
        <w:t>کی مثال دی میں نے آپ کو۔</w:t>
      </w:r>
    </w:p>
    <w:p>
      <w:r>
        <w:rPr>
          <w:b/>
        </w:rPr>
        <w:t xml:space="preserve">[55:30] </w:t>
      </w:r>
      <w:r>
        <w:t>aise pakistan mein</w:t>
      </w:r>
    </w:p>
    <w:p>
      <w:pPr>
        <w:jc w:val="right"/>
      </w:pPr>
      <w:r>
        <w:t>ایسے پاکستان میں</w:t>
      </w:r>
    </w:p>
    <w:p>
      <w:r>
        <w:rPr>
          <w:b/>
        </w:rPr>
        <w:t xml:space="preserve">[55:34] </w:t>
      </w:r>
      <w:r>
        <w:t>har hukumat ke khilaaf ho jaate hain wahan ke islamist.</w:t>
      </w:r>
    </w:p>
    <w:p>
      <w:pPr>
        <w:jc w:val="right"/>
      </w:pPr>
      <w:r>
        <w:t>ہر حکومت کے خلاف ہو جاتے ہیں وہاں کے اسلامسٹ۔</w:t>
      </w:r>
    </w:p>
    <w:p>
      <w:r>
        <w:rPr>
          <w:b/>
        </w:rPr>
        <w:t xml:space="preserve">[55:38] </w:t>
      </w:r>
      <w:r>
        <w:t>kyun? unhein woh less than ideal qabool nahi hota.</w:t>
      </w:r>
    </w:p>
    <w:p>
      <w:pPr>
        <w:jc w:val="right"/>
      </w:pPr>
      <w:r>
        <w:t>کیوں؟ انہیں وہ لیس دین آئیڈیل قبول نہیں ہوتا۔</w:t>
      </w:r>
    </w:p>
    <w:p>
      <w:r>
        <w:rPr>
          <w:b/>
        </w:rPr>
        <w:t xml:space="preserve">[55:42] </w:t>
      </w:r>
      <w:r>
        <w:t>koi bhi hukumat aap banayen, halankeh ek paighambar ho, us ki hukumat qaim ho, tab bhi woh less</w:t>
      </w:r>
    </w:p>
    <w:p>
      <w:pPr>
        <w:jc w:val="right"/>
      </w:pPr>
      <w:r>
        <w:t>کوئی بھی حکومت آپ بنائیں، حالانکہ ایک پیغمبر ہو، اس کی حکومت قائم ہو، تب بھی وہ لیس</w:t>
      </w:r>
    </w:p>
    <w:p>
      <w:r>
        <w:rPr>
          <w:b/>
        </w:rPr>
        <w:t xml:space="preserve">[55:45] </w:t>
      </w:r>
      <w:r>
        <w:t>than ideal hogi.</w:t>
      </w:r>
    </w:p>
    <w:p>
      <w:pPr>
        <w:jc w:val="right"/>
      </w:pPr>
      <w:r>
        <w:t>دین آئیڈیل ہوگی۔</w:t>
      </w:r>
    </w:p>
    <w:p>
      <w:r>
        <w:rPr>
          <w:b/>
        </w:rPr>
        <w:t xml:space="preserve">[55:49] </w:t>
      </w:r>
      <w:r>
        <w:t>sahaba hon, tab bhi less than ideal hogi.</w:t>
      </w:r>
    </w:p>
    <w:p>
      <w:pPr>
        <w:jc w:val="right"/>
      </w:pPr>
      <w:r>
        <w:t>صحابہ ہوں، تب بھی لیس دین آئیڈیل ہوگی۔</w:t>
      </w:r>
    </w:p>
    <w:p>
      <w:r>
        <w:rPr>
          <w:b/>
        </w:rPr>
        <w:t xml:space="preserve">[55:53] </w:t>
      </w:r>
      <w:r>
        <w:t>kyun? woh to law of nature hai.</w:t>
      </w:r>
    </w:p>
    <w:p>
      <w:pPr>
        <w:jc w:val="right"/>
      </w:pPr>
      <w:r>
        <w:t>کیوں؟ وہ تو لاء آف نیچر ہے۔</w:t>
      </w:r>
    </w:p>
    <w:p>
      <w:r>
        <w:rPr>
          <w:b/>
        </w:rPr>
        <w:t xml:space="preserve">[55:57] </w:t>
      </w:r>
      <w:r>
        <w:t>ideal to sirf jannat mein milega, paradise mein milega, dunya mein nahi mil sakta hai.</w:t>
      </w:r>
    </w:p>
    <w:p>
      <w:pPr>
        <w:jc w:val="right"/>
      </w:pPr>
      <w:r>
        <w:t>آئیڈیل تو صرف جنت میں ملے گا، پیراڈائز میں ملے گا، دنیا میں نہیں مل سکتا ہے۔</w:t>
      </w:r>
    </w:p>
    <w:p>
      <w:r>
        <w:rPr>
          <w:b/>
        </w:rPr>
        <w:t xml:space="preserve">[56:00] </w:t>
      </w:r>
      <w:r>
        <w:t>is qadar blindness hai, it</w:t>
      </w:r>
    </w:p>
    <w:p>
      <w:pPr>
        <w:jc w:val="right"/>
      </w:pPr>
      <w:r>
        <w:t>اس قدر بلائنڈنس ہے، ات</w:t>
      </w:r>
    </w:p>
    <w:p>
      <w:r>
        <w:rPr>
          <w:b/>
        </w:rPr>
        <w:t xml:space="preserve">[56:04] </w:t>
      </w:r>
      <w:r>
        <w:t>na blindness hai ke main hairaan hoon ke ke Quran ko dhoop bachi hui hai. Ek hadith hai ke aakhri zamane mein Quran yu yafata al Quran, khoob charcha ho Quran ko hoga. Lekin Hazrat Aisha ne farmaya ke "awwalay qurb lam yaqru" ke woh unhon ne parha magar unhon ne nahi parha. Yani Quran ka charcha hoga lekin Quran se be khabar rahen ge. Dhoop bachi hui hai Quran ki aur un ko yeh</w:t>
      </w:r>
    </w:p>
    <w:p>
      <w:pPr>
        <w:jc w:val="right"/>
      </w:pPr>
      <w:r>
        <w:t>نا بلائنڈنس ہے کہ میں حیران ہوں کہ کہ قرآن کو دھوپ بچی ہوئی ہے۔ ایک حدیث ہے کہ آخری زمانے میں قرآن یو یفتہ القرآن، خوب چرچہ ہو قرآن کو ہوگا۔ لیکن حضرت عائشہ نے فرمایا کہ "اولائے قرب لم یقرو" کہ وہ انہوں نے پڑھا مگر انہوں نے نہیں پڑھا۔ یعنی قرآن کا چرچہ ہوگا لیکن قرآن سے بے خبر رہیں گے۔ دھوپ بچی ہوئی ہے قرآن کی اور ان کو یہ</w:t>
      </w:r>
    </w:p>
    <w:p>
      <w:r>
        <w:rPr>
          <w:b/>
        </w:rPr>
        <w:t xml:space="preserve">[56:34] </w:t>
      </w:r>
      <w:r>
        <w:t>ni pata nahi ke quran ka khulasa kya hai, quran ka message kya hai, isi ka pata nahi.</w:t>
      </w:r>
    </w:p>
    <w:p>
      <w:pPr>
        <w:jc w:val="right"/>
      </w:pPr>
      <w:r>
        <w:t>ی پتہ نہیں کہ قرآن کا خلاصہ کیا ہے، قرآن کا میسج کیا ہے، اسی کا پتہ نہیں۔</w:t>
      </w:r>
    </w:p>
    <w:p>
      <w:r>
        <w:rPr>
          <w:b/>
        </w:rPr>
        <w:t xml:space="preserve">[56:39] </w:t>
      </w:r>
      <w:r>
        <w:t>dhoop bachi hui hai.</w:t>
      </w:r>
    </w:p>
    <w:p>
      <w:pPr>
        <w:jc w:val="right"/>
      </w:pPr>
      <w:r>
        <w:t>دھوپ بچی ہوئی ہے۔</w:t>
      </w:r>
    </w:p>
    <w:p>
      <w:r>
        <w:rPr>
          <w:b/>
        </w:rPr>
        <w:t xml:space="preserve">[56:43] </w:t>
      </w:r>
      <w:r>
        <w:t>to yeh hamein dunya ko batana hai taake dunya nikle is is musalsal is is museebat se ke</w:t>
      </w:r>
    </w:p>
    <w:p>
      <w:pPr>
        <w:jc w:val="right"/>
      </w:pPr>
      <w:r>
        <w:t>تو یہ ہمیں دنیا کو بتانا ہے تاکہ دنیا نکلے اس اس مسلسل اس اس مصیبت سے کہ</w:t>
      </w:r>
    </w:p>
    <w:p>
      <w:r>
        <w:rPr>
          <w:b/>
        </w:rPr>
        <w:t xml:space="preserve">[56:47] </w:t>
      </w:r>
      <w:r>
        <w:t>negativity mein pade hue hain log.</w:t>
      </w:r>
    </w:p>
    <w:p>
      <w:pPr>
        <w:jc w:val="right"/>
      </w:pPr>
      <w:r>
        <w:t>نیگیٹیوٹی میں پڑے ہوئے ہیں لوگ۔</w:t>
      </w:r>
    </w:p>
    <w:p>
      <w:r>
        <w:rPr>
          <w:b/>
        </w:rPr>
        <w:t xml:space="preserve">[56:52] </w:t>
      </w:r>
      <w:r>
        <w:t>jis ko dekhen woh negative hai.</w:t>
      </w:r>
    </w:p>
    <w:p>
      <w:pPr>
        <w:jc w:val="right"/>
      </w:pPr>
      <w:r>
        <w:t>جس کو دیکھیں وہ نیگیٹیو ہے۔</w:t>
      </w:r>
    </w:p>
    <w:p>
      <w:r>
        <w:rPr>
          <w:b/>
        </w:rPr>
        <w:t xml:space="preserve">[56:56] </w:t>
      </w:r>
      <w:r>
        <w:t>george senior bhi, george bush senior bhi negative tha, george bush junior bhi negative.</w:t>
      </w:r>
    </w:p>
    <w:p>
      <w:pPr>
        <w:jc w:val="right"/>
      </w:pPr>
      <w:r>
        <w:t>جارج سینیئر بھی، جارج بوش سینیئر بھی نیگیٹیو تھا، جارج بوش جونیئر بھی نیگیٹیو۔</w:t>
      </w:r>
    </w:p>
    <w:p>
      <w:r>
        <w:rPr>
          <w:b/>
        </w:rPr>
        <w:t xml:space="preserve">[57:01] </w:t>
      </w:r>
      <w:r>
        <w:t>ab obama sahib bhi negative aur saare musalman negative, saare non muslim negative.</w:t>
      </w:r>
    </w:p>
    <w:p>
      <w:pPr>
        <w:jc w:val="right"/>
      </w:pPr>
      <w:r>
        <w:t>اب اوباما صاحب بھی نیگیٹیو اور سارے مسلمان نیگیٹیو، سارے نان مسلم نیگیٹیو۔</w:t>
      </w:r>
    </w:p>
    <w:p>
      <w:r>
        <w:rPr>
          <w:b/>
        </w:rPr>
        <w:t xml:space="preserve">[57:05] </w:t>
      </w:r>
      <w:r>
        <w:t>Kyun? Woh chahte hain ke mujhe ideal mile, ideal family, ideal husband, husband, ideal wife, ideal society, ideal system. Woh woh possible nahi hai. To ala bi dhikr Allahi tatma'innul quloob. Yani is haqeeqat ko aap jaan len aap ke is dunya mein humein less than ideal hi par raazi hona hai. Ideal to mil nahi sakta hai. To kya hoga? Dunya mein aap itminan ki zindagi guzaren ge, a-</w:t>
      </w:r>
    </w:p>
    <w:p>
      <w:pPr>
        <w:jc w:val="right"/>
      </w:pPr>
      <w:r>
        <w:t>کیوں؟ وہ چاہتے ہیں کہ مجھے آئیڈیل ملے، آئیڈیل فیملی، آئیڈیل ہسبینڈ، ہسبینڈ، آئیڈیل وائف، آئیڈیل سوسائٹی، آئیڈیل سسٹم۔ وہ وہ پاسیبل نہیں ہے۔ تو الا بذکر اللہ تطمئن القلوب۔ یعنی اس حقیقت کو آپ جان لیں آپ کہ اس دنیا میں ہمیں لیس دین آئیڈیل ہی پر راضی ہونا ہے۔ آئیڈیل تو مل نہیں سکتا ہے۔ تو کیا ہوگا؟ دنیا میں آپ اطمینان کی زندگی گزاریں گے، آ</w:t>
      </w:r>
    </w:p>
    <w:p>
      <w:r>
        <w:rPr>
          <w:b/>
        </w:rPr>
        <w:t xml:space="preserve">[57:35] </w:t>
      </w:r>
      <w:r>
        <w:t>jahannum ki tayyari karenge, jannat ki tayyari karenge.</w:t>
      </w:r>
    </w:p>
    <w:p>
      <w:pPr>
        <w:jc w:val="right"/>
      </w:pPr>
      <w:r>
        <w:t>خرت کی تیاری کریں گے، جنت کی تیاری کریں گے۔</w:t>
      </w:r>
    </w:p>
    <w:p>
      <w:r>
        <w:rPr>
          <w:b/>
        </w:rPr>
        <w:t xml:space="preserve">[57:39] </w:t>
      </w:r>
      <w:r>
        <w:t>jab aap is ko jaan lenge ke dunya mein ideal mumkin nahi hai, yahan to hamein less</w:t>
      </w:r>
    </w:p>
    <w:p>
      <w:pPr>
        <w:jc w:val="right"/>
      </w:pPr>
      <w:r>
        <w:t>جب آپ اس کو جان لیں گے کہ دنیا میں آئیڈیل ممکن نہیں ہے، یہاں تو ہمیں لیس</w:t>
      </w:r>
    </w:p>
    <w:p>
      <w:r>
        <w:rPr>
          <w:b/>
        </w:rPr>
        <w:t xml:space="preserve">[57:44] </w:t>
      </w:r>
      <w:r>
        <w:t>than ideal par raazi hona hai.</w:t>
      </w:r>
    </w:p>
    <w:p>
      <w:pPr>
        <w:jc w:val="right"/>
      </w:pPr>
      <w:r>
        <w:t>دین آئیڈیل پر راضی ہونا ہے۔</w:t>
      </w:r>
    </w:p>
    <w:p>
      <w:r>
        <w:rPr>
          <w:b/>
        </w:rPr>
        <w:t xml:space="preserve">[57:48] </w:t>
      </w:r>
      <w:r>
        <w:t>jaise ke farz ki ek shadi hui, ek ladka ek ladki shadi ki, unhon ne ek ghar banaya.</w:t>
      </w:r>
    </w:p>
    <w:p>
      <w:pPr>
        <w:jc w:val="right"/>
      </w:pPr>
      <w:r>
        <w:t>جیسے کہ فرض کی ایک شادی ہوئی، ایک لڑکا ایک لڑکی شادی کی، انہوں نے ایک گھر بنایا۔</w:t>
      </w:r>
    </w:p>
    <w:p>
      <w:r>
        <w:rPr>
          <w:b/>
        </w:rPr>
        <w:t xml:space="preserve">[57:52] </w:t>
      </w:r>
      <w:r>
        <w:t>to agar dono yeh samjhein ke mujhe ideal husband chahiye, ideal biwi chahiye, to na ideal biwi hogi</w:t>
      </w:r>
    </w:p>
    <w:p>
      <w:pPr>
        <w:jc w:val="right"/>
      </w:pPr>
      <w:r>
        <w:t>تو اگر دونوں یہ سمجھیں کہ مجھے آئیڈیل ہسبینڈ چاہیے، آئیڈیل بیوی چاہیے، تو نہ آئیڈیل بیوی ہوگی</w:t>
      </w:r>
    </w:p>
    <w:p>
      <w:r>
        <w:rPr>
          <w:b/>
        </w:rPr>
        <w:t xml:space="preserve">[57:56] </w:t>
      </w:r>
      <w:r>
        <w:t>na ideal husband hoga.</w:t>
      </w:r>
    </w:p>
    <w:p>
      <w:pPr>
        <w:jc w:val="right"/>
      </w:pPr>
      <w:r>
        <w:t>نہ آئیڈیل ہسبینڈ ہوگا۔</w:t>
      </w:r>
    </w:p>
    <w:p>
      <w:r>
        <w:rPr>
          <w:b/>
        </w:rPr>
        <w:t xml:space="preserve">[58:01] </w:t>
      </w:r>
      <w:r>
        <w:t>to ladte rahenge, kabhi ghar nahi banega. lekin agar</w:t>
      </w:r>
    </w:p>
    <w:p>
      <w:pPr>
        <w:jc w:val="right"/>
      </w:pPr>
      <w:r>
        <w:t>تو لڑتے رہیں گے، کبھی گھر نہیں بنے گا۔ لیکن اگر</w:t>
      </w:r>
    </w:p>
    <w:p>
      <w:r>
        <w:rPr>
          <w:b/>
        </w:rPr>
        <w:t xml:space="preserve">[58:05] </w:t>
      </w:r>
      <w:r>
        <w:t>woh maan len is baat ko ke bhai dekho, ideal husband koi cheez nahi hoti, ideal wife koi cheez nahi hoti, hum dono ko less than ideal par raazi hona hai, to wahi ghar kitna accha ban jaye ga. Is mein khushi hogi, is mein ta'beer o taraqqi hogi, is mein healthy atmosphere hoga. Yeh poori dunya ka haal hai, poori dunya ka haal hai ke log jo hain, chunke is par raazi nahi hain ke unhein less than ideal par mutma'in hona chahiye, kyun ke ideal mil nahi sakta, is liye lad rahe hain, lad-</w:t>
      </w:r>
    </w:p>
    <w:p>
      <w:pPr>
        <w:jc w:val="right"/>
      </w:pPr>
      <w:r>
        <w:t>وہ مان لیں اس بات کو کہ بھئی دیکھو، آئیڈیل ہسبینڈ کوئی چیز نہیں ہوتی، آئیڈیل وائف کوئی چیز نہیں ہوتی، ہم دونوں کو لیس دین آئیڈیل پر راضی ہونا ہے، تو وہی گھر کتنا اچھا بن جائے گا۔ اس میں خوشی ہوگی، اس میں تعبیر و ترقی ہوگی، اس میں ہیلتھی ایٹمسفیئر ہوگا۔ یہ پوری دنیا کا حال ہے، پوری دنیا کا حال ہے کہ لوگ جو ہیں، چونکہ اس پر راضی نہیں ہیں کہ انہیں لیس دین آئیڈیل پر مطمئن ہونا چاہیے، کیونکہ آئیڈیل مل نہیں سکتا، اس لیے لڑ رہے ہیں، لڑ</w:t>
      </w:r>
    </w:p>
    <w:p>
      <w:r>
        <w:rPr>
          <w:b/>
        </w:rPr>
        <w:t xml:space="preserve">[58:35] </w:t>
      </w:r>
      <w:r>
        <w:t>rahe hain, lad rahe hain.</w:t>
      </w:r>
    </w:p>
    <w:p>
      <w:pPr>
        <w:jc w:val="right"/>
      </w:pPr>
      <w:r>
        <w:t>رہے ہیں، لڑ رہے ہیں۔</w:t>
      </w:r>
    </w:p>
    <w:p>
      <w:r>
        <w:rPr>
          <w:b/>
        </w:rPr>
        <w:t xml:space="preserve">[58:39] </w:t>
      </w:r>
      <w:r>
        <w:t>america bhi lad raha hai, afghani bhi lad rahe hain, pakistani bhi lad rahe hain, sab lad rahe</w:t>
      </w:r>
    </w:p>
    <w:p>
      <w:pPr>
        <w:jc w:val="right"/>
      </w:pPr>
      <w:r>
        <w:t>امریکہ بھی لڑ رہا ہے، افغانی بھی لڑ رہے ہیں، پاکستانی بھی لڑ رہے ہیں، سب لڑ رہے</w:t>
      </w:r>
    </w:p>
    <w:p>
      <w:r>
        <w:rPr>
          <w:b/>
        </w:rPr>
        <w:t xml:space="preserve">[58:44] </w:t>
      </w:r>
      <w:r>
        <w:t>hain, sab lad rahe hain, kashmiri lad rahe hain, falastini lad rahe hain.</w:t>
      </w:r>
    </w:p>
    <w:p>
      <w:pPr>
        <w:jc w:val="right"/>
      </w:pPr>
      <w:r>
        <w:t>ہیں، سب لڑ رہے ہیں، کشمیری لڑ رہے ہیں، فلسطینی لڑ رہے ہیں۔</w:t>
      </w:r>
    </w:p>
    <w:p>
      <w:r>
        <w:rPr>
          <w:b/>
        </w:rPr>
        <w:t xml:space="preserve">[58:48] </w:t>
      </w:r>
      <w:r>
        <w:t>na falasteen mein aap ideal pa sakte hain, na kashmir mein pa sakte hain, na afghanistan mein pa</w:t>
      </w:r>
    </w:p>
    <w:p>
      <w:pPr>
        <w:jc w:val="right"/>
      </w:pPr>
      <w:r>
        <w:t>نہ فلسطین میں آپ آئیڈیل پا سکتے ہیں، نہ کشمیر میں پا سکتے ہیں، نہ افغانستان میں پا</w:t>
      </w:r>
    </w:p>
    <w:p>
      <w:r>
        <w:rPr>
          <w:b/>
        </w:rPr>
        <w:t xml:space="preserve">[58:52] </w:t>
      </w:r>
      <w:r>
        <w:t>sakte hain, na america mein pa sakte hain.</w:t>
      </w:r>
    </w:p>
    <w:p>
      <w:pPr>
        <w:jc w:val="right"/>
      </w:pPr>
      <w:r>
        <w:t>سکتے ہیں، نہ امریکہ میں پا سکتے ہیں۔</w:t>
      </w:r>
    </w:p>
    <w:p>
      <w:r>
        <w:rPr>
          <w:b/>
        </w:rPr>
        <w:t xml:space="preserve">[58:56] </w:t>
      </w:r>
      <w:r>
        <w:t>is ki bohat bari qeemat deni par rahi hai aap ko ke aap ko khuda ki marifat nahi,</w:t>
      </w:r>
    </w:p>
    <w:p>
      <w:pPr>
        <w:jc w:val="right"/>
      </w:pPr>
      <w:r>
        <w:t>اس کی بہت بڑی قیمت دینی پڑ رہی ہے آپ کو کہ آپ کو خدا کی معرفت نہیں،</w:t>
      </w:r>
    </w:p>
    <w:p>
      <w:r>
        <w:rPr>
          <w:b/>
        </w:rPr>
        <w:t xml:space="preserve">[59:01] </w:t>
      </w:r>
      <w:r>
        <w:t>aap ko jannat ka shaoor nahi, aap ko quran ka, quran ka jo hissa hai, usi ka pata hi nahi.</w:t>
      </w:r>
    </w:p>
    <w:p>
      <w:pPr>
        <w:jc w:val="right"/>
      </w:pPr>
      <w:r>
        <w:t>آپ کو جنت کا شعور نہیں، آپ کو قرآن کا، قرآن کا جو حصہ ہے، اسی کا پتہ ہی نہیں۔</w:t>
      </w:r>
    </w:p>
    <w:p>
      <w:r>
        <w:rPr>
          <w:b/>
        </w:rPr>
        <w:t xml:space="preserve">[59:05] </w:t>
      </w:r>
      <w:r>
        <w:t>is negativity ki qeemat deni par rahi hai.</w:t>
      </w:r>
    </w:p>
    <w:p>
      <w:pPr>
        <w:jc w:val="right"/>
      </w:pPr>
      <w:r>
        <w:t>اس نیگیٹیوٹی کی قیمت دینی پڑ رہی ہے۔</w:t>
      </w:r>
    </w:p>
    <w:p>
      <w:r>
        <w:rPr>
          <w:b/>
        </w:rPr>
        <w:t xml:space="preserve">[59:10] </w:t>
      </w:r>
      <w:r>
        <w:t>to hamari team jo hai, mein apni team ko dua karta hoon ke yeh team yeh kaam kare.</w:t>
      </w:r>
    </w:p>
    <w:p>
      <w:pPr>
        <w:jc w:val="right"/>
      </w:pPr>
      <w:r>
        <w:t>تو ہماری ٹیم جو ہے، میں اپنی ٹیم کو دعا کرتا ہوں کہ یہ ٹیم یہ کام کرے۔</w:t>
      </w:r>
    </w:p>
    <w:p>
      <w:r>
        <w:rPr>
          <w:b/>
        </w:rPr>
        <w:t xml:space="preserve">[59:16] </w:t>
      </w:r>
      <w:r>
        <w:t>koi aap ko guidance nahi dega, koi aap ko direction nahi dega.</w:t>
      </w:r>
    </w:p>
    <w:p>
      <w:pPr>
        <w:jc w:val="right"/>
      </w:pPr>
      <w:r>
        <w:t>کوئی آپ کو گائیڈنس نہیں دے گا، کوئی آپ کو ڈائریکشن نہیں دے گا۔</w:t>
      </w:r>
    </w:p>
    <w:p>
      <w:r>
        <w:rPr>
          <w:b/>
        </w:rPr>
        <w:t xml:space="preserve">[59:21] </w:t>
      </w:r>
      <w:r>
        <w:t>ek ek fard ko chahiye yeh jaanna hai ke mujhe koi kaam karna hai, i have to do it.</w:t>
      </w:r>
    </w:p>
    <w:p>
      <w:pPr>
        <w:jc w:val="right"/>
      </w:pPr>
      <w:r>
        <w:t>ایک ایک فرد کو چاہیے یہ جاننا ہے کہ مجھے کوئی کام کرنا ہے، آئی ہیو ٹو ڈو اٹ۔</w:t>
      </w:r>
    </w:p>
    <w:p>
      <w:r>
        <w:rPr>
          <w:b/>
        </w:rPr>
        <w:t xml:space="preserve">[59:26] </w:t>
      </w:r>
      <w:r>
        <w:t>har fard ko apne ko samajhna hai ke mujhe koi sari kainaat ki zimmedari mere upar hai,</w:t>
      </w:r>
    </w:p>
    <w:p>
      <w:pPr>
        <w:jc w:val="right"/>
      </w:pPr>
      <w:r>
        <w:t>ہر فرد کو اپنے کو سمجھنا ہے کہ مجھے کوئی ساری کائنات کی ذمہ داری میرے اوپر ہے،</w:t>
      </w:r>
    </w:p>
    <w:p>
      <w:r>
        <w:rPr>
          <w:b/>
        </w:rPr>
        <w:t xml:space="preserve">[59:31] </w:t>
      </w:r>
      <w:r>
        <w:t>sari insaniyat ki zimmedari mere upar hai.</w:t>
      </w:r>
    </w:p>
    <w:p>
      <w:pPr>
        <w:jc w:val="right"/>
      </w:pPr>
      <w:r>
        <w:t>ساری انسانیت کی ذمہ داری میرے اوپر ہے۔</w:t>
      </w:r>
    </w:p>
    <w:p>
      <w:r>
        <w:rPr>
          <w:b/>
        </w:rPr>
        <w:t xml:space="preserve">[59:36] </w:t>
      </w:r>
      <w:r>
        <w:t>is is spirit ke sath aap ko kaam karna hai. dunya ko batayein ke dunya negativity ke jahannum mein pari hui hai, jahannum mein negativity ke jahannum. is ko aap positive thinker banayein. to meri dua hai ke Allah taala mujh ko aur aap ko tofeeq de ke hum Khuda ka jo mission hai, Khuda ka jo jo Khuda ki marzi hai, us ko poora karein aur Allah taala ki rehmaton mein hissadaar banein. aool qaulhee</w:t>
      </w:r>
    </w:p>
    <w:p>
      <w:pPr>
        <w:jc w:val="right"/>
      </w:pPr>
      <w:r>
        <w:t>اس اس سپرٹ کے ساتھ آپ کو کام کرنا ہے۔ دنیا کو بتائیں کہ دنیا نیگیٹیوٹی کے جہنم میں پڑی ہوئی ہے، جہنم میں نیگیٹیوٹی کے جہنم۔ اس کو آپ پازیٹیو تھنکر بنائیں۔ تو میری دعا ہے کہ اللہ تعالی مجھ کو اور آپ کو توفیق دے کہ ہم خدا کا جو مشن ہے، خدا کا جو جو خدا کی مرضی ہے، اس کو پورا کریں اور اللہ تعالی کی رحمتوں میں حصہ دار بنیں۔ اقول قولھ</w:t>
      </w:r>
    </w:p>
    <w:p>
      <w:r>
        <w:rPr>
          <w:b/>
        </w:rPr>
        <w:t xml:space="preserve">[1:00:06] </w:t>
      </w:r>
      <w:r>
        <w:t>zastaghfirullah liwalilakum ajmaeen.</w:t>
      </w:r>
    </w:p>
    <w:p>
      <w:pPr>
        <w:jc w:val="right"/>
      </w:pPr>
      <w:r>
        <w:t>ذا واستغفراللہ لولکم اجمعین۔</w:t>
      </w:r>
    </w:p>
    <w:p>
      <w:r>
        <w:rPr>
          <w:b/>
        </w:rPr>
        <w:t xml:space="preserve">[1:00:16] </w:t>
      </w:r>
      <w:r>
        <w:t>the equation between man and god is all-knowing and all-ignorance.</w:t>
      </w:r>
    </w:p>
    <w:p>
      <w:pPr>
        <w:jc w:val="right"/>
      </w:pPr>
      <w:r>
        <w:t>The equation between man and God is all-knowing and all-ignorance.</w:t>
      </w:r>
    </w:p>
    <w:p>
      <w:r>
        <w:rPr>
          <w:b/>
        </w:rPr>
        <w:t xml:space="preserve">[1:00:26] </w:t>
      </w:r>
      <w:r>
        <w:t>how can one discover this reality?</w:t>
      </w:r>
    </w:p>
    <w:p>
      <w:pPr>
        <w:jc w:val="right"/>
      </w:pPr>
      <w:r>
        <w:t>How can one discover this reality?</w:t>
      </w:r>
    </w:p>
    <w:p>
      <w:r>
        <w:rPr>
          <w:b/>
        </w:rPr>
        <w:t xml:space="preserve">[1:00:36] </w:t>
      </w:r>
      <w:r>
        <w:t>mein samajhta hoon ke yeh har waqt aadmi is ko jaan sakta hai kyunke har waqt apni hum</w:t>
      </w:r>
    </w:p>
    <w:p>
      <w:pPr>
        <w:jc w:val="right"/>
      </w:pPr>
      <w:r>
        <w:t>میں سمجھتا ہوں کہ یہ ہر وقت آدمی اس کو جان سکتا ہے کیونکہ ہر وقت اپنی ہم</w:t>
      </w:r>
    </w:p>
    <w:p>
      <w:r>
        <w:rPr>
          <w:b/>
        </w:rPr>
        <w:t xml:space="preserve">[1:00:41] </w:t>
      </w:r>
      <w:r>
        <w:t>limitations ka tajurba karte hain.</w:t>
      </w:r>
    </w:p>
    <w:p>
      <w:pPr>
        <w:jc w:val="right"/>
      </w:pPr>
      <w:r>
        <w:t>لیمیٹیشنز کا تجربہ کرتے ہیں۔</w:t>
      </w:r>
    </w:p>
    <w:p>
      <w:r>
        <w:rPr>
          <w:b/>
        </w:rPr>
        <w:t xml:space="preserve">[1:00:46] </w:t>
      </w:r>
      <w:r>
        <w:t>har waqt apni helplessness ka, apni limitations ka.</w:t>
      </w:r>
    </w:p>
    <w:p>
      <w:pPr>
        <w:jc w:val="right"/>
      </w:pPr>
      <w:r>
        <w:t>ہر وقت اپنی ہیلپ لیسنس کا، اپنی لیمیٹیشنز کا۔</w:t>
      </w:r>
    </w:p>
    <w:p>
      <w:r>
        <w:rPr>
          <w:b/>
        </w:rPr>
        <w:t xml:space="preserve">[1:00:51] </w:t>
      </w:r>
      <w:r>
        <w:t>har waqt hum ko koi na koi aisi baat hoti hai jis mein hum is ka tajurba karte hain.</w:t>
      </w:r>
    </w:p>
    <w:p>
      <w:pPr>
        <w:jc w:val="right"/>
      </w:pPr>
      <w:r>
        <w:t>ہر وقت ہم کو کوئی نہ کوئی ایسی بات ہوتی ہے جس میں ہم اس کا تجربہ کرتے ہیں۔</w:t>
      </w:r>
    </w:p>
    <w:p>
      <w:r>
        <w:rPr>
          <w:b/>
        </w:rPr>
        <w:t xml:space="preserve">[1:00:56] </w:t>
      </w:r>
      <w:r>
        <w:t>to yeh to bohat hi aasan hai.</w:t>
      </w:r>
    </w:p>
    <w:p>
      <w:pPr>
        <w:jc w:val="right"/>
      </w:pPr>
      <w:r>
        <w:t>تو یہ تو بہت ہی آسان ہے۔</w:t>
      </w:r>
    </w:p>
    <w:p>
      <w:r>
        <w:rPr>
          <w:b/>
        </w:rPr>
        <w:t xml:space="preserve">[1:01:01] </w:t>
      </w:r>
      <w:r>
        <w:t>mere to har waqt is ka tajurba hot</w:t>
      </w:r>
    </w:p>
    <w:p>
      <w:pPr>
        <w:jc w:val="right"/>
      </w:pPr>
      <w:r>
        <w:t>میرے تو ہر وقت اس کا تجربہ ہوت</w:t>
      </w:r>
    </w:p>
    <w:p>
      <w:r>
        <w:rPr>
          <w:b/>
        </w:rPr>
        <w:t xml:space="preserve">[1:01:06] </w:t>
      </w:r>
      <w:r>
        <w:t>rehta hai.</w:t>
      </w:r>
    </w:p>
    <w:p>
      <w:pPr>
        <w:jc w:val="right"/>
      </w:pPr>
      <w:r>
        <w:t>ا رہتا ہے۔</w:t>
      </w:r>
    </w:p>
    <w:p>
      <w:r>
        <w:rPr>
          <w:b/>
        </w:rPr>
        <w:t xml:space="preserve">[1:01:12] </w:t>
      </w:r>
      <w:r>
        <w:t>har waqt, har waqt koi na koi aisi baat hoti rehti hai ke lagta hai, lagta hai ke</w:t>
      </w:r>
    </w:p>
    <w:p>
      <w:pPr>
        <w:jc w:val="right"/>
      </w:pPr>
      <w:r>
        <w:t>ہر وقت، ہر وقت کوئی نہ کوئی ایسی بات ہوتی رہتی ہے کہ لگتا ہے، لگتا ہے کہ</w:t>
      </w:r>
    </w:p>
    <w:p>
      <w:r>
        <w:rPr>
          <w:b/>
        </w:rPr>
        <w:t xml:space="preserve">[1:01:18] </w:t>
      </w:r>
      <w:r>
        <w:t>aap helpless hain, aap ki to limitations hain, aap ke disadvantage mein jee rahe hain.</w:t>
      </w:r>
    </w:p>
    <w:p>
      <w:pPr>
        <w:jc w:val="right"/>
      </w:pPr>
      <w:r>
        <w:t>آپ ہیلپ لیس ہیں، آپ کی تو لیمیٹیشنز ہیں، آپ کے ڈس ایڈوانٹیج میں جی رہے ہیں۔</w:t>
      </w:r>
    </w:p>
    <w:p>
      <w:r>
        <w:rPr>
          <w:b/>
        </w:rPr>
        <w:t xml:space="preserve">[1:01:24] </w:t>
      </w:r>
      <w:r>
        <w:t>aap har waqt, har waqt, har waqt.</w:t>
      </w:r>
    </w:p>
    <w:p>
      <w:pPr>
        <w:jc w:val="right"/>
      </w:pPr>
      <w:r>
        <w:t>آپ ہر وقت، ہر وقت، ہر وقت۔</w:t>
      </w:r>
    </w:p>
    <w:p>
      <w:r>
        <w:rPr>
          <w:b/>
        </w:rPr>
        <w:t xml:space="preserve">[1:01:31] </w:t>
      </w:r>
      <w:r>
        <w:t>lekin log chunke sochte nahin, basic baat jo hai, jo jo cheez leak kar rahi hai, woh thinking hai. Basic</w:t>
      </w:r>
    </w:p>
    <w:p>
      <w:pPr>
        <w:jc w:val="right"/>
      </w:pPr>
      <w:r>
        <w:t>لیکن لوگ چونکہ سوچتے نہیں، بیسک بات جو ہے، جو جو چیز لیک کر رہی ہے، وہ تھنکنگ ہے۔ بیسک</w:t>
      </w:r>
    </w:p>
    <w:p>
      <w:r>
        <w:rPr>
          <w:b/>
        </w:rPr>
        <w:t xml:space="preserve">[1:01:37] </w:t>
      </w:r>
      <w:r>
        <w:t>baat jo leak kar rahi hai, woh thinking hai.</w:t>
      </w:r>
    </w:p>
    <w:p>
      <w:pPr>
        <w:jc w:val="right"/>
      </w:pPr>
      <w:r>
        <w:t>بات جو لیک کر رہی ہے، وہ تھنکنگ ہے۔</w:t>
      </w:r>
    </w:p>
    <w:p>
      <w:r>
        <w:rPr>
          <w:b/>
        </w:rPr>
        <w:t xml:space="preserve">[1:01:43] </w:t>
      </w:r>
      <w:r>
        <w:t>sochain to sab kuch, jaise kisi ne kaha ke "mano dev nahin to pathar".</w:t>
      </w:r>
    </w:p>
    <w:p>
      <w:pPr>
        <w:jc w:val="right"/>
      </w:pPr>
      <w:r>
        <w:t>سوچیں تو سب کچھ، جیسے کسی نے کہا کہ "مانو دیو نہیں تو پتھر"۔</w:t>
      </w:r>
    </w:p>
    <w:p>
      <w:r>
        <w:rPr>
          <w:b/>
        </w:rPr>
        <w:t xml:space="preserve">[1:01:49] </w:t>
      </w:r>
      <w:r>
        <w:t>matlab is ko socho ge to to soch kar ke pata chalega ke bhai yeh to pathar hai.</w:t>
      </w:r>
    </w:p>
    <w:p>
      <w:pPr>
        <w:jc w:val="right"/>
      </w:pPr>
      <w:r>
        <w:t>مطلب اس کو سوچو گے تو تو سوچ کر کے پتہ چلے گا کہ بھئی یہ تو پتھر ہے۔</w:t>
      </w:r>
    </w:p>
    <w:p>
      <w:r>
        <w:rPr>
          <w:b/>
        </w:rPr>
        <w:t xml:space="preserve">[1:01:55] </w:t>
      </w:r>
      <w:r>
        <w:t>nahin socho ge to log bheer is ko pooja paat karein to bhai pooja paat karne lago ge.</w:t>
      </w:r>
    </w:p>
    <w:p>
      <w:pPr>
        <w:jc w:val="right"/>
      </w:pPr>
      <w:r>
        <w:t>نہیں سوچو گے تو لوگ بھیڑ اس کو پوجا پاٹ کریں تو بھئی پوجا پاٹ کرنے لگو گے۔</w:t>
      </w:r>
    </w:p>
    <w:p>
      <w:r>
        <w:rPr>
          <w:b/>
        </w:rPr>
        <w:t xml:space="preserve">[1:02:01] </w:t>
      </w:r>
      <w:r>
        <w:t>to jis tarah se dunya ki sari cheezein soch kar maloom hoti hain,</w:t>
      </w:r>
    </w:p>
    <w:p>
      <w:pPr>
        <w:jc w:val="right"/>
      </w:pPr>
      <w:r>
        <w:t>تو جس طرح سے دنیا کی ساری چیزیں سوچ کر معلوم ہوتی ہیں،</w:t>
      </w:r>
    </w:p>
    <w:p>
      <w:r>
        <w:rPr>
          <w:b/>
        </w:rPr>
        <w:t xml:space="preserve">[1:02:07] </w:t>
      </w:r>
      <w:r>
        <w:t>aise yeh bhi soch kar maloom hoga.</w:t>
      </w:r>
    </w:p>
    <w:p>
      <w:pPr>
        <w:jc w:val="right"/>
      </w:pPr>
      <w:r>
        <w:t>ایسے یہ بھی سوچ کر معلوم ہوگا۔</w:t>
      </w:r>
    </w:p>
    <w:p>
      <w:r>
        <w:rPr>
          <w:b/>
        </w:rPr>
        <w:t xml:space="preserve">[1:02:13] </w:t>
      </w:r>
      <w:r>
        <w:t>to apni soch ko, yaani thinking power ko develop karna parta hai.</w:t>
      </w:r>
    </w:p>
    <w:p>
      <w:pPr>
        <w:jc w:val="right"/>
      </w:pPr>
      <w:r>
        <w:t>تو اپنی سوچ کو، یعنی تھنکنگ پاور کو ڈیولپ کرنا پڑتا ہے۔</w:t>
      </w:r>
    </w:p>
    <w:p>
      <w:r>
        <w:rPr>
          <w:b/>
        </w:rPr>
        <w:t xml:space="preserve">[1:02:20] </w:t>
      </w:r>
      <w:r>
        <w:t>thinking power jo hai, aur is ka raaz kya hai? Apne ko distraction se bachana, negativity se bachana.</w:t>
      </w:r>
    </w:p>
    <w:p>
      <w:pPr>
        <w:jc w:val="right"/>
      </w:pPr>
      <w:r>
        <w:t>تھنکنگ پاور جو ہے، اور اس کا راز کیا ہے؟ اپنے کو ڈسٹریکشن سے بچانا، نیگیٹیوٹی سے بچانا۔</w:t>
      </w:r>
    </w:p>
    <w:p>
      <w:r>
        <w:rPr>
          <w:b/>
        </w:rPr>
        <w:t xml:space="preserve">[1:02:26] </w:t>
      </w:r>
      <w:r>
        <w:t>main to aaj zor deta hoon ke aap ko 100 fisad positive banna hai. 100 fisad.</w:t>
      </w:r>
    </w:p>
    <w:p>
      <w:pPr>
        <w:jc w:val="right"/>
      </w:pPr>
      <w:r>
        <w:t>میں تو آج زور دیتا ہوں کہ آپ کو 100 فیصد پازیٹیو بننا ہے۔ 100 فیصد۔</w:t>
      </w:r>
    </w:p>
    <w:p>
      <w:r>
        <w:rPr>
          <w:b/>
        </w:rPr>
        <w:t xml:space="preserve">[1:02:33] </w:t>
      </w:r>
      <w:r>
        <w:t>jitna kami hogi aap ko positivity mein, utni hi aap ko haqeeqatein aap ki samajh mein nahin aaein gi.</w:t>
      </w:r>
    </w:p>
    <w:p>
      <w:pPr>
        <w:jc w:val="right"/>
      </w:pPr>
      <w:r>
        <w:t>جتنا کمی ہوگی آپ کو پازیٹیوٹی میں، اتنی ہی آپ کو حقیقتیں آپ کی سمجھ میں نہیں آئیں گی۔</w:t>
      </w:r>
    </w:p>
    <w:p>
      <w:r>
        <w:rPr>
          <w:b/>
        </w:rPr>
        <w:t xml:space="preserve">[1:02:39] </w:t>
      </w:r>
      <w:r>
        <w:t>misal ke taur par aaj jo maine batai aap ko yeh baat ke agar aap yeh jaan lein ke is</w:t>
      </w:r>
    </w:p>
    <w:p>
      <w:pPr>
        <w:jc w:val="right"/>
      </w:pPr>
      <w:r>
        <w:t>مثلاً آج جو میں نے بتائی آپ کو یہ بات کہ اگر آپ یہ جان لیں کہ اس</w:t>
      </w:r>
    </w:p>
    <w:p>
      <w:r>
        <w:rPr>
          <w:b/>
        </w:rPr>
        <w:t xml:space="preserve">[1:02:47] </w:t>
      </w:r>
      <w:r>
        <w:t>dunya mein koi bhi cheez jo mile gi aap ko, ideal ho hi nahin sakti hai.</w:t>
      </w:r>
    </w:p>
    <w:p>
      <w:pPr>
        <w:jc w:val="right"/>
      </w:pPr>
      <w:r>
        <w:t>دنیا میں کوئی بھی چیز جو ملے گی آپ کو، آئیڈیل ہو ہی نہیں سکتی ہے۔</w:t>
      </w:r>
    </w:p>
    <w:p>
      <w:r>
        <w:rPr>
          <w:b/>
        </w:rPr>
        <w:t xml:space="preserve">[1:02:54] </w:t>
      </w:r>
      <w:r>
        <w:t>woh na koi job ideal hoga, na koi business ideal hoga, na koi peer husband, peer ya family ideal hogi.</w:t>
      </w:r>
    </w:p>
    <w:p>
      <w:pPr>
        <w:jc w:val="right"/>
      </w:pPr>
      <w:r>
        <w:t>وہ نہ کوئی جاب آئیڈیل ہوگا، نہ کوئی بزنس آئیڈیل ہوگا، نہ کوئی پیئر ہسبینڈ، پیئر یا فیملی آئیڈیل ہوگی۔</w:t>
      </w:r>
    </w:p>
    <w:p>
      <w:r>
        <w:rPr>
          <w:b/>
        </w:rPr>
        <w:t xml:space="preserve">[1:03:02] </w:t>
      </w:r>
      <w:r>
        <w:t>to bas achaanak aap kehte hain "thinking" yaani positive thinking shuru ho jae gi.</w:t>
      </w:r>
    </w:p>
    <w:p>
      <w:pPr>
        <w:jc w:val="right"/>
      </w:pPr>
      <w:r>
        <w:t>تو بس اچانک آپ کہتے ہیں "تھنکنگ" یعنی پازیٹیو تھنکنگ شروع ہو جائے گی۔</w:t>
      </w:r>
    </w:p>
    <w:p>
      <w:r>
        <w:rPr>
          <w:b/>
        </w:rPr>
        <w:t xml:space="preserve">[1:03:09] </w:t>
      </w:r>
      <w:r>
        <w:t>log negative thinking mein pare rehte hain.</w:t>
      </w:r>
    </w:p>
    <w:p>
      <w:pPr>
        <w:jc w:val="right"/>
      </w:pPr>
      <w:r>
        <w:t>لوگ نیگیٹیو تھنکنگ میں پڑے رہتے ہیں۔</w:t>
      </w:r>
    </w:p>
    <w:p>
      <w:r>
        <w:rPr>
          <w:b/>
        </w:rPr>
        <w:t xml:space="preserve">[1:03:14] </w:t>
      </w:r>
      <w:r>
        <w:t>har aadmi ko shikayat hai, biwi ko shikayat apne shohar se, shohar ko shikayat apni biwi se, family</w:t>
      </w:r>
    </w:p>
    <w:p>
      <w:pPr>
        <w:jc w:val="right"/>
      </w:pPr>
      <w:r>
        <w:t>ہر آدمی کو شکایت ہے، بیوی کو شکایت اپنے شوہر سے، شوہر کو شکایت اپنی بیوی سے، فیملی</w:t>
      </w:r>
    </w:p>
    <w:p>
      <w:r>
        <w:rPr>
          <w:b/>
        </w:rPr>
        <w:t xml:space="preserve">[1:03:18] </w:t>
      </w:r>
      <w:r>
        <w:t>walon ko shikayat apne paros se, paros walon ko shikayat society se, society ko shikayat apni government se.</w:t>
      </w:r>
    </w:p>
    <w:p>
      <w:pPr>
        <w:jc w:val="right"/>
      </w:pPr>
      <w:r>
        <w:t>والوں کو شکایت اپنے پڑوس سے، پڑوس والوں کو شکایت سوسائٹی سے، سوسائٹی کو شکایت اپنی گورنمنٹ سے۔</w:t>
      </w:r>
    </w:p>
    <w:p>
      <w:r>
        <w:rPr>
          <w:b/>
        </w:rPr>
        <w:t xml:space="preserve">[1:03:22] </w:t>
      </w:r>
      <w:r>
        <w:t>sab shikayaton mein jee rahe hain.</w:t>
      </w:r>
    </w:p>
    <w:p>
      <w:pPr>
        <w:jc w:val="right"/>
      </w:pPr>
      <w:r>
        <w:t>سب شکایتوں میں جی رہے ہیں۔</w:t>
      </w:r>
    </w:p>
    <w:p>
      <w:r>
        <w:rPr>
          <w:b/>
        </w:rPr>
        <w:t xml:space="preserve">[1:03:27] </w:t>
      </w:r>
      <w:r>
        <w:t>kyun? Is baat ko jante nahin ke yeh to rahe ga aisa hi jo hai, less than ideal</w:t>
      </w:r>
    </w:p>
    <w:p>
      <w:pPr>
        <w:jc w:val="right"/>
      </w:pPr>
      <w:r>
        <w:t>کیوں؟ اس بات کو جانتے نہیں کہ یہ تو رہے گا ایسا ہی جو ہے، لیس دین آئیڈیل</w:t>
      </w:r>
    </w:p>
    <w:p>
      <w:r>
        <w:rPr>
          <w:b/>
        </w:rPr>
        <w:t xml:space="preserve">[1:03:31] </w:t>
      </w:r>
      <w:r>
        <w:t>hi rahe ga.</w:t>
      </w:r>
    </w:p>
    <w:p>
      <w:pPr>
        <w:jc w:val="right"/>
      </w:pPr>
      <w:r>
        <w:t>ہی رہے گا۔</w:t>
      </w:r>
    </w:p>
    <w:p>
      <w:r>
        <w:rPr>
          <w:b/>
        </w:rPr>
        <w:t xml:space="preserve">[1:03:35] </w:t>
      </w:r>
      <w:r>
        <w:t>to is ka jab aap is ko jaan lein, is</w:t>
      </w:r>
    </w:p>
    <w:p>
      <w:pPr>
        <w:jc w:val="right"/>
      </w:pPr>
      <w:r>
        <w:t>تو اس کا جب آپ اس کو جان لیں، اس</w:t>
      </w:r>
    </w:p>
    <w:p>
      <w:r>
        <w:rPr>
          <w:b/>
        </w:rPr>
        <w:t xml:space="preserve">[1:03:40] </w:t>
      </w:r>
      <w:r>
        <w:t>haqeeqat ko ke jo bhi mujhe mila hai, chahe ek ghar ho, ek family ho, ek job ho,</w:t>
      </w:r>
    </w:p>
    <w:p>
      <w:pPr>
        <w:jc w:val="right"/>
      </w:pPr>
      <w:r>
        <w:t>حقیقت کو کہ جو بھی مجھے ملا ہے، چاہے ایک گھر ہو، ایک فیملی ہو، ایک جاب ہو،</w:t>
      </w:r>
    </w:p>
    <w:p>
      <w:r>
        <w:rPr>
          <w:b/>
        </w:rPr>
        <w:t xml:space="preserve">[1:03:46] </w:t>
      </w:r>
      <w:r>
        <w:t>ek business ho, woh agar is mein shikayat ki baat hai to woh to it is but natural.</w:t>
      </w:r>
    </w:p>
    <w:p>
      <w:pPr>
        <w:jc w:val="right"/>
      </w:pPr>
      <w:r>
        <w:t>ایک بزنس ہو، وہ اگر اس میں شکایت کی بات ہے تو وہ تو اٹ از بٹ نیچرل۔</w:t>
      </w:r>
    </w:p>
    <w:p>
      <w:r>
        <w:rPr>
          <w:b/>
        </w:rPr>
        <w:t xml:space="preserve">[1:03:52] </w:t>
      </w:r>
      <w:r>
        <w:t>to achaanak aap ko contentment aa jayega, peace aa jayega.</w:t>
      </w:r>
    </w:p>
    <w:p>
      <w:pPr>
        <w:jc w:val="right"/>
      </w:pPr>
      <w:r>
        <w:t>تو اچانک آپ کو کنٹینٹمنٹ آ جائے گا، پیس آ جائے گا۔</w:t>
      </w:r>
    </w:p>
    <w:p>
      <w:r>
        <w:rPr>
          <w:b/>
        </w:rPr>
        <w:t xml:space="preserve">[1:03:58] </w:t>
      </w:r>
      <w:r>
        <w:t>aur phir kya hoga? thinking jo hai, positive way mein chalne lagegi.</w:t>
      </w:r>
    </w:p>
    <w:p>
      <w:pPr>
        <w:jc w:val="right"/>
      </w:pPr>
      <w:r>
        <w:t>اور پھر کیا ہوگا؟ تھنکنگ جو ہے، پازیٹیو وے میں چلنے لگے گی۔</w:t>
      </w:r>
    </w:p>
    <w:p>
      <w:r>
        <w:rPr>
          <w:b/>
        </w:rPr>
        <w:t xml:space="preserve">[1:04:04] </w:t>
      </w:r>
      <w:r>
        <w:t>to basic baat yeh hai ke aap apni thinking ko develop kijiye aur phir sari baatein apne aap</w:t>
      </w:r>
    </w:p>
    <w:p>
      <w:pPr>
        <w:jc w:val="right"/>
      </w:pPr>
      <w:r>
        <w:t>تو بیسک بات یہ ہے کہ آپ اپنی تھنکنگ کو ڈیولپ کیجئے اور پھر ساری باتیں اپنے آپ</w:t>
      </w:r>
    </w:p>
    <w:p>
      <w:r>
        <w:rPr>
          <w:b/>
        </w:rPr>
        <w:t xml:space="preserve">[1:04:10] </w:t>
      </w:r>
      <w:r>
        <w:t>milti chali jayein gi. I move into the next question, which is from Miss Razia from New Delhi. People often say that if we become contented with less than ideal, there would be no development in the world. How far is such a thinking justified? dekhiye, tamam historian mante hain ke history ke sab se zyada active log sah</w:t>
      </w:r>
    </w:p>
    <w:p>
      <w:pPr>
        <w:jc w:val="right"/>
      </w:pPr>
      <w:r>
        <w:t>ملتی چلی جائیں گی۔ آئی موو ان ٹو دا نیکسٹ کوسچن، وچ از فرام مس راضیہ فرام نیو دہلی۔ پیپل آفن سے دیٹ اف وی بیکم کنٹینڈڈ ود لیس دین آئیڈیل، دیر وڈ بی نو ڈیولپمنٹ ان دا ورلڈ۔ ہاؤ فار از سچ ا تھنکنگ جسٹیفائیڈ؟ دیکھیے، تمام ہسٹورین مانتے ہیں کہ ہسٹری کے سب سے زیادہ ایکٹیو لوگ صح</w:t>
      </w:r>
    </w:p>
    <w:p>
      <w:r>
        <w:rPr>
          <w:b/>
        </w:rPr>
        <w:t xml:space="preserve">[1:04:40] </w:t>
      </w:r>
      <w:r>
        <w:t>sahaba kiram thay.</w:t>
      </w:r>
    </w:p>
    <w:p>
      <w:pPr>
        <w:jc w:val="right"/>
      </w:pPr>
      <w:r>
        <w:t>ابہ کرام تھے۔</w:t>
      </w:r>
    </w:p>
    <w:p>
      <w:r>
        <w:rPr>
          <w:b/>
        </w:rPr>
        <w:t xml:space="preserve">[1:04:44] </w:t>
      </w:r>
      <w:r>
        <w:t>sab se bara unhon ne revolution dunya bhar par kiya.</w:t>
      </w:r>
    </w:p>
    <w:p>
      <w:pPr>
        <w:jc w:val="right"/>
      </w:pPr>
      <w:r>
        <w:t>سب سے بڑا انہوں نے ریولوشن دنیا بھر پر کیا۔</w:t>
      </w:r>
    </w:p>
    <w:p>
      <w:r>
        <w:rPr>
          <w:b/>
        </w:rPr>
        <w:t xml:space="preserve">[1:04:48] </w:t>
      </w:r>
      <w:r>
        <w:t>yeh sare sare log mante hain aur sahaba mein sab ka haal tha ke contentment hi un ka,</w:t>
      </w:r>
    </w:p>
    <w:p>
      <w:pPr>
        <w:jc w:val="right"/>
      </w:pPr>
      <w:r>
        <w:t>یہ سارے سارے لوگ مانتے ہیں اور صحابہ میں سب کا حال تھا کہ کنٹینٹمنٹ ہی ان کا،</w:t>
      </w:r>
    </w:p>
    <w:p>
      <w:r>
        <w:rPr>
          <w:b/>
        </w:rPr>
        <w:t xml:space="preserve">[1:04:51] </w:t>
      </w:r>
      <w:r>
        <w:t>yani un ka deen tha.</w:t>
      </w:r>
    </w:p>
    <w:p>
      <w:pPr>
        <w:jc w:val="right"/>
      </w:pPr>
      <w:r>
        <w:t>یعنی ان کا دھرم تھا۔</w:t>
      </w:r>
    </w:p>
    <w:p>
      <w:r>
        <w:rPr>
          <w:b/>
        </w:rPr>
        <w:t xml:space="preserve">[1:04:55] </w:t>
      </w:r>
      <w:r>
        <w:t>maamooli kapra, maamooli zindagi, sab pe woh bilkul raazi rehte thay.</w:t>
      </w:r>
    </w:p>
    <w:p>
      <w:pPr>
        <w:jc w:val="right"/>
      </w:pPr>
      <w:r>
        <w:t>معمولی کپڑا، معمولی زندگی، سب پہ وہ بالکل راضی رہتے تھے۔</w:t>
      </w:r>
    </w:p>
    <w:p>
      <w:r>
        <w:rPr>
          <w:b/>
        </w:rPr>
        <w:t xml:space="preserve">[1:04:59] </w:t>
      </w:r>
      <w:r>
        <w:t>yani jis ko kehte hain qanaat.</w:t>
      </w:r>
    </w:p>
    <w:p>
      <w:pPr>
        <w:jc w:val="right"/>
      </w:pPr>
      <w:r>
        <w:t>یعنی جس کو کہتے ہیں قناعت۔</w:t>
      </w:r>
    </w:p>
    <w:p>
      <w:r>
        <w:rPr>
          <w:b/>
        </w:rPr>
        <w:t xml:space="preserve">[1:05:03] </w:t>
      </w:r>
      <w:r>
        <w:t>content mein to qanaat.</w:t>
      </w:r>
    </w:p>
    <w:p>
      <w:pPr>
        <w:jc w:val="right"/>
      </w:pPr>
      <w:r>
        <w:t>کنٹینٹ میں تو قناعت۔</w:t>
      </w:r>
    </w:p>
    <w:p>
      <w:r>
        <w:rPr>
          <w:b/>
        </w:rPr>
        <w:t xml:space="preserve">[1:05:07] </w:t>
      </w:r>
      <w:r>
        <w:t>har sahabi jo hai, qanaat pe level jee raha tha.</w:t>
      </w:r>
    </w:p>
    <w:p>
      <w:pPr>
        <w:jc w:val="right"/>
      </w:pPr>
      <w:r>
        <w:t>ہر صحابی جو ہے، قناعت پہ لیول جی رہا تھا۔</w:t>
      </w:r>
    </w:p>
    <w:p>
      <w:r>
        <w:rPr>
          <w:b/>
        </w:rPr>
        <w:t xml:space="preserve">[1:05:11] </w:t>
      </w:r>
      <w:r>
        <w:t>qanaat ka matlab yeh hai, ya contentment matlab yeh hai ke distraction se apne ko bachana.</w:t>
      </w:r>
    </w:p>
    <w:p>
      <w:pPr>
        <w:jc w:val="right"/>
      </w:pPr>
      <w:r>
        <w:t>قناعت کا مطلب یہ ہے، یا کنٹینٹمنٹ مطلب یہ ہے کہ ڈسٹریکشن سے اپنے کو بچانا۔</w:t>
      </w:r>
    </w:p>
    <w:p>
      <w:r>
        <w:rPr>
          <w:b/>
        </w:rPr>
        <w:t xml:space="preserve">[1:05:15] </w:t>
      </w:r>
      <w:r>
        <w:t>jab aap content contentment nahi hoga aap ko, to aap distraction mein phanse rahenge.</w:t>
      </w:r>
    </w:p>
    <w:p>
      <w:pPr>
        <w:jc w:val="right"/>
      </w:pPr>
      <w:r>
        <w:t>جب آپ کنٹینٹ کنٹینٹمنٹ نہیں ہوگا آپ کو، تو آپ ڈسٹریکشن میں پھنسے رہیں گے۔</w:t>
      </w:r>
    </w:p>
    <w:p>
      <w:r>
        <w:rPr>
          <w:b/>
        </w:rPr>
        <w:t xml:space="preserve">[1:05:19] </w:t>
      </w:r>
      <w:r>
        <w:t>contentment ka yeh ek negative pehlu hai jo log sochte hain.</w:t>
      </w:r>
    </w:p>
    <w:p>
      <w:pPr>
        <w:jc w:val="right"/>
      </w:pPr>
      <w:r>
        <w:t>کنٹینٹمنٹ کا یہ ایک نیگیٹیو پہلو ہے جو لوگ سوچتے ہیں۔</w:t>
      </w:r>
    </w:p>
    <w:p>
      <w:r>
        <w:rPr>
          <w:b/>
        </w:rPr>
        <w:t xml:space="preserve">[1:05:24] </w:t>
      </w:r>
      <w:r>
        <w:t>content matlab yeh hai ke jo aap ka goal hai, us ke siwa cheezon ke bare mein contentment.</w:t>
      </w:r>
    </w:p>
    <w:p>
      <w:pPr>
        <w:jc w:val="right"/>
      </w:pPr>
      <w:r>
        <w:t>کنٹینٹ مطلب یہ ہے کہ جو آپ کا گول ہے، اس کے سوا چیزوں کے بارے میں کنٹینٹمنٹ۔</w:t>
      </w:r>
    </w:p>
    <w:p>
      <w:r>
        <w:rPr>
          <w:b/>
        </w:rPr>
        <w:t xml:space="preserve">[1:05:28] </w:t>
      </w:r>
      <w:r>
        <w:t>goal ke bare mein main nahi raha hoon, contentment keh raha hoon.</w:t>
      </w:r>
    </w:p>
    <w:p>
      <w:pPr>
        <w:jc w:val="right"/>
      </w:pPr>
      <w:r>
        <w:t>گول کے بارے میں میں نہیں رہا ہوں، کنٹینٹمنٹ کہہ رہا ہوں۔</w:t>
      </w:r>
    </w:p>
    <w:p>
      <w:r>
        <w:rPr>
          <w:b/>
        </w:rPr>
        <w:t xml:space="preserve">[1:05:32] </w:t>
      </w:r>
      <w:r>
        <w:t>bas aap scientific proof pursuit kar rahe hain.</w:t>
      </w:r>
    </w:p>
    <w:p>
      <w:pPr>
        <w:jc w:val="right"/>
      </w:pPr>
      <w:r>
        <w:t>بس آپ سائنٹیفک پروف پرسوٹ کر رہے ہیں۔</w:t>
      </w:r>
    </w:p>
    <w:p>
      <w:r>
        <w:rPr>
          <w:b/>
        </w:rPr>
        <w:t xml:space="preserve">[1:05:36] </w:t>
      </w:r>
      <w:r>
        <w:t>main ne kaha tha aap pursuit</w:t>
      </w:r>
    </w:p>
    <w:p>
      <w:pPr>
        <w:jc w:val="right"/>
      </w:pPr>
      <w:r>
        <w:t>میں نے کہا تھا آپ پرسوٹ</w:t>
      </w:r>
    </w:p>
    <w:p>
      <w:r>
        <w:rPr>
          <w:b/>
        </w:rPr>
        <w:t xml:space="preserve">[1:05:41] </w:t>
      </w:r>
      <w:r>
        <w:t>karne mein aap woh ho jaiye, pursuit na kijiye.</w:t>
      </w:r>
    </w:p>
    <w:p>
      <w:pPr>
        <w:jc w:val="right"/>
      </w:pPr>
      <w:r>
        <w:t>کرنے میں آپ وہ ہو جائیے، پرسوٹ نہ کیجئے۔</w:t>
      </w:r>
    </w:p>
    <w:p>
      <w:r>
        <w:rPr>
          <w:b/>
        </w:rPr>
        <w:t xml:space="preserve">[1:05:46] </w:t>
      </w:r>
      <w:r>
        <w:t>nahi, jo material cheezein hain, aap scientific discovery mein lage hue hain, lab mein baithe hue hain, study</w:t>
      </w:r>
    </w:p>
    <w:p>
      <w:pPr>
        <w:jc w:val="right"/>
      </w:pPr>
      <w:r>
        <w:t>نہیں، جو مٹیریل چیزیں ہیں، آپ سائنٹیفک ڈسکوری میں لگے ہوئے ہیں، لیب میں بیٹھے ہوئے ہیں، اسٹڈی</w:t>
      </w:r>
    </w:p>
    <w:p>
      <w:r>
        <w:rPr>
          <w:b/>
        </w:rPr>
        <w:t xml:space="preserve">[1:05:51] </w:t>
      </w:r>
      <w:r>
        <w:t>kar rahe hain, wahan par aap sari taaqat chhod dijiye apni.</w:t>
      </w:r>
    </w:p>
    <w:p>
      <w:pPr>
        <w:jc w:val="right"/>
      </w:pPr>
      <w:r>
        <w:t>کر رہے ہیں، وہاں پر آپ ساری طاقت چھوڑ دیجئے اپنی۔</w:t>
      </w:r>
    </w:p>
    <w:p>
      <w:r>
        <w:rPr>
          <w:b/>
        </w:rPr>
        <w:t xml:space="preserve">[1:05:56] </w:t>
      </w:r>
      <w:r>
        <w:t>lekin kapra kaisa hai, furniture kaisa hai, ghar kaisa hai, khana kaise mil raha hai, us ke bare</w:t>
      </w:r>
    </w:p>
    <w:p>
      <w:pPr>
        <w:jc w:val="right"/>
      </w:pPr>
      <w:r>
        <w:t>لیکن کپڑا کیسا ہے، فرنیچر کیسا ہے، گھر کیسا ہے، کھانا کیسے مل رہا ہے، اس کے بارے</w:t>
      </w:r>
    </w:p>
    <w:p>
      <w:r>
        <w:rPr>
          <w:b/>
        </w:rPr>
        <w:t xml:space="preserve">[1:06:01] </w:t>
      </w:r>
      <w:r>
        <w:t>mein aap containment ko ikhtiyar kar lijie.</w:t>
      </w:r>
    </w:p>
    <w:p>
      <w:pPr>
        <w:jc w:val="right"/>
      </w:pPr>
      <w:r>
        <w:t>میں آپ کنٹینٹمنٹ کو اختیار کر لیجئے۔</w:t>
      </w:r>
    </w:p>
    <w:p>
      <w:r>
        <w:rPr>
          <w:b/>
        </w:rPr>
        <w:t xml:space="preserve">[1:06:06] </w:t>
      </w:r>
      <w:r>
        <w:t>to content mein containment matlab hai ke r</w:t>
      </w:r>
    </w:p>
    <w:p>
      <w:pPr>
        <w:jc w:val="right"/>
      </w:pPr>
      <w:r>
        <w:t>تو کنٹینٹ میں کنٹینٹمنٹ مطلب ہے کہ ر</w:t>
      </w:r>
    </w:p>
    <w:p>
      <w:r>
        <w:rPr>
          <w:b/>
        </w:rPr>
        <w:t xml:space="preserve">[1:06:11] </w:t>
      </w:r>
      <w:r>
        <w:t>ality cheezon ke bare mein contentment, real cheezon ke bare mein nahi. hamesha dekhein, do cheezein hoti hain: reality aur aur real. to sahaba ikram jo the, jo jo un ka maqsad tha, us ke bare mein ek dum andha dhund kaam karte the. lekin jo doosri cheezein thin, woh woh woh relative thin un ke liye: kaisa khana, kaisa kapra, kaisa bistar, yeh sab cheezein. to mein jab kehta hoon yeh baat to mein is mani mein kehta hoon ke reality cheezon ke bare mein contentment, re</w:t>
      </w:r>
    </w:p>
    <w:p>
      <w:pPr>
        <w:jc w:val="right"/>
      </w:pPr>
      <w:r>
        <w:t>یلیٹی چیزوں کے بارے میں کنٹینٹمنٹ، ریئل چیزوں کے بارے میں نہیں۔ ہمیشہ دیکھیں، دو چیزیں ہوتی ہیں: ریلیٹی اور اور ریئل۔ تو صحابہ کرام جو تھے، جو جو ان کا مقصد تھا، اس کے بارے میں ایک دم اندھا دھند کام کرتے تھے۔ لیکن جو دوسری چیزیں تھیں، وہ وہ وہ ریلیٹو تھیں ان کے لیے: کیسا کھانا، کیسا کپڑا، کیسا بستر، یہ سب چیزیں۔ تو میں جب کہتا ہوں یہ بات تو میں اس معنی میں کہتا ہوں کہ ریلیٹی چیزوں کے بارے میں کنٹینٹمنٹ، ری</w:t>
      </w:r>
    </w:p>
    <w:p>
      <w:r>
        <w:rPr>
          <w:b/>
        </w:rPr>
        <w:t xml:space="preserve">[1:06:41] </w:t>
      </w:r>
      <w:r>
        <w:t>al cheezon ke bare mein dissatisfaction, yaani contentment us ke bare mein. ab wahan par bare mein to aap kabhi sukoon, kabhi taskeen na ho, kabhi taskeen na ho, kabhi aap ko taskeen na ho. jo aap ka maqsad hai, jo jo jo target hai, jis ko mein real kahoon ga,</w:t>
      </w:r>
    </w:p>
    <w:p>
      <w:pPr>
        <w:jc w:val="right"/>
      </w:pPr>
      <w:r>
        <w:t>ئل چیزوں کے بارے میں ڈس سیٹسفیکشن، یعنی کنٹینٹمنٹ اس کے بارے میں۔ اب وہاں پر بارے میں تو آپ کبھی سکون، کبھی تسکین نہ ہو، کبھی تسکین نہ ہو، کبھی آپ کو تسکین نہ ہو۔ جو آپ کا مقصد ہے، جو جو جو ٹارگٹ ہے، جس کو میں ریئل کہوں گا،</w:t>
      </w:r>
    </w:p>
    <w:p>
      <w:r>
        <w:rPr>
          <w:b/>
        </w:rPr>
        <w:t xml:space="preserve">[1:07:11] </w:t>
      </w:r>
      <w:r>
        <w:t>real to real ke bare mein aap ko hamesha, yani woh rehna chahiye, discontented rehna chahiye.</w:t>
      </w:r>
    </w:p>
    <w:p>
      <w:pPr>
        <w:jc w:val="right"/>
      </w:pPr>
      <w:r>
        <w:t>ریئل تو ریئل کے بارے میں آپ کو ہمیشہ، یعنی وہ رہنا چاہیے، ڈس کنٹینٹڈ رہنا چاہیے۔</w:t>
      </w:r>
    </w:p>
    <w:p>
      <w:r>
        <w:rPr>
          <w:b/>
        </w:rPr>
        <w:t xml:space="preserve">[1:07:17] </w:t>
      </w:r>
      <w:r>
        <w:t>yani hamesha aap ko lagta ho, lagna chahiye ke aap ko mein kam kiya, abhi bohat ziyada karna hai.</w:t>
      </w:r>
    </w:p>
    <w:p>
      <w:pPr>
        <w:jc w:val="right"/>
      </w:pPr>
      <w:r>
        <w:t>یعنی ہمیشہ آپ کو لگتا ہو، لگنا چاہیے کہ آپ کو میں کم کیا، ابھی بہت زیادہ کرنا ہے۔</w:t>
      </w:r>
    </w:p>
    <w:p>
      <w:r>
        <w:rPr>
          <w:b/>
        </w:rPr>
        <w:t xml:space="preserve">[1:07:23] </w:t>
      </w:r>
      <w:r>
        <w:t>lekin jo aap ki jo material need hai, us ke bare mein aap ko contentment par rehna chahiye.</w:t>
      </w:r>
    </w:p>
    <w:p>
      <w:pPr>
        <w:jc w:val="right"/>
      </w:pPr>
      <w:r>
        <w:t>لیکن جو آپ کی جو مٹیریل نیڈ ہے، اس کے بارے میں آپ کو کنٹینٹمنٹ پر رہنا چاہیے۔</w:t>
      </w:r>
    </w:p>
    <w:p>
      <w:r>
        <w:rPr>
          <w:b/>
        </w:rPr>
        <w:t xml:space="preserve">[1:07:29] </w:t>
      </w:r>
      <w:r>
        <w:t>aap ko to log farq nahi karte real aur relative ka, is liye aisi baatein kehte hain.</w:t>
      </w:r>
    </w:p>
    <w:p>
      <w:pPr>
        <w:jc w:val="right"/>
      </w:pPr>
      <w:r>
        <w:t>آپ کو تو لوگ فرق نہیں کرتے ریئل اور ریلیٹو کا، اس لیے ایسی باتیں کہتے ہیں۔</w:t>
      </w:r>
    </w:p>
    <w:p>
      <w:r>
        <w:rPr>
          <w:b/>
        </w:rPr>
        <w:t xml:space="preserve">[1:07:35] </w:t>
      </w:r>
      <w:r>
        <w:t>real ke bare mein aap ko</w:t>
      </w:r>
    </w:p>
    <w:p>
      <w:pPr>
        <w:jc w:val="right"/>
      </w:pPr>
      <w:r>
        <w:t>ریئل کے بارے میں آپ کو</w:t>
      </w:r>
    </w:p>
    <w:p>
      <w:r>
        <w:rPr>
          <w:b/>
        </w:rPr>
        <w:t xml:space="preserve">[1:07:42] </w:t>
      </w:r>
      <w:r>
        <w:t>ek dam apni poori energy laga deni chahiye.</w:t>
      </w:r>
    </w:p>
    <w:p>
      <w:pPr>
        <w:jc w:val="right"/>
      </w:pPr>
      <w:r>
        <w:t>ایک دم اپنی پوری انرجی لگا دینی چاہیے۔</w:t>
      </w:r>
    </w:p>
    <w:p>
      <w:r>
        <w:rPr>
          <w:b/>
        </w:rPr>
        <w:t xml:space="preserve">[1:07:47] </w:t>
      </w:r>
      <w:r>
        <w:t>relative ke bare mein aap ko contentment par rehna chahiye.</w:t>
      </w:r>
    </w:p>
    <w:p>
      <w:pPr>
        <w:jc w:val="right"/>
      </w:pPr>
      <w:r>
        <w:t>ریلیٹو کے بارے میں آپ کو کنٹینٹمنٹ پر رہنا چاہیے۔</w:t>
      </w:r>
    </w:p>
    <w:p>
      <w:r>
        <w:rPr>
          <w:b/>
        </w:rPr>
        <w:t xml:space="preserve">[1:07:52] </w:t>
      </w:r>
      <w:r>
        <w:t>yeh mera matlab hai.</w:t>
      </w:r>
    </w:p>
    <w:p>
      <w:pPr>
        <w:jc w:val="right"/>
      </w:pPr>
      <w:r>
        <w:t>یہ میرا مطلب ہے۔</w:t>
      </w:r>
    </w:p>
    <w:p>
      <w:r>
        <w:rPr>
          <w:b/>
        </w:rPr>
        <w:t xml:space="preserve">[1:07:57] </w:t>
      </w:r>
      <w:r>
        <w:t>This question is from Mr. Owais Siddiqui from Delhi.</w:t>
      </w:r>
    </w:p>
    <w:p>
      <w:pPr>
        <w:jc w:val="right"/>
      </w:pPr>
      <w:r>
        <w:t>دس کوسچن از فرام مسٹر اویس صدیقی فرام دہلی۔</w:t>
      </w:r>
    </w:p>
    <w:p>
      <w:r>
        <w:rPr>
          <w:b/>
        </w:rPr>
        <w:t xml:space="preserve">[1:08:02] </w:t>
      </w:r>
      <w:r>
        <w:t>How can one know whether he is pure from nifaq and riya, that is hypocrisy and showiness?</w:t>
      </w:r>
    </w:p>
    <w:p>
      <w:pPr>
        <w:jc w:val="right"/>
      </w:pPr>
      <w:r>
        <w:t>ہاؤ کین ون نو ویدر ہی از پیور فرام نفاق اینڈ ریا، دیٹ از ہیپوکریسی اینڈ شوینس؟ حتاشہ</w:t>
      </w:r>
    </w:p>
    <w:p>
      <w:r>
        <w:rPr>
          <w:b/>
        </w:rPr>
        <w:t xml:space="preserve">[1:08:07] </w:t>
      </w:r>
      <w:r>
        <w:t>ek sir ne poocha tha yeh baat. yeh b</w:t>
      </w:r>
    </w:p>
    <w:p>
      <w:pPr>
        <w:jc w:val="right"/>
      </w:pPr>
      <w:r>
        <w:t>ایک سر نے پوچھا تھا یہ بات۔ یہ ب</w:t>
      </w:r>
    </w:p>
    <w:p>
      <w:r>
        <w:rPr>
          <w:b/>
        </w:rPr>
        <w:t xml:space="preserve">[1:08:12] </w:t>
      </w:r>
      <w:r>
        <w:t>aat hatasha se poochi gayi thi, ek dam exact yahi sawal hai.</w:t>
      </w:r>
    </w:p>
    <w:p>
      <w:pPr>
        <w:jc w:val="right"/>
      </w:pPr>
      <w:r>
        <w:t>ات حتاشہ سے پوچھی گئی تھی، ایک دم ایگزیکٹ یہی سوال ہے۔</w:t>
      </w:r>
    </w:p>
    <w:p>
      <w:r>
        <w:rPr>
          <w:b/>
        </w:rPr>
        <w:t xml:space="preserve">[1:08:16] </w:t>
      </w:r>
      <w:r>
        <w:t>to unhon ne jawab jo diya tha, wohi sahi jawab hai is ka.</w:t>
      </w:r>
    </w:p>
    <w:p>
      <w:pPr>
        <w:jc w:val="right"/>
      </w:pPr>
      <w:r>
        <w:t>تو انہوں نے جواب جو دیا تھا، وہی صحیح جواب ہے اس کا۔</w:t>
      </w:r>
    </w:p>
    <w:p>
      <w:r>
        <w:rPr>
          <w:b/>
        </w:rPr>
        <w:t xml:space="preserve">[1:08:21] </w:t>
      </w:r>
      <w:r>
        <w:t>yani mukhlis aur munafiq.</w:t>
      </w:r>
    </w:p>
    <w:p>
      <w:pPr>
        <w:jc w:val="right"/>
      </w:pPr>
      <w:r>
        <w:t>یعنی مخلص اور منافق۔</w:t>
      </w:r>
    </w:p>
    <w:p>
      <w:r>
        <w:rPr>
          <w:b/>
        </w:rPr>
        <w:t xml:space="preserve">[1:08:25] </w:t>
      </w:r>
      <w:r>
        <w:t>ek sir ne poocha tha ke mein mukhlis aur mukhlis aur munafiq ke bare mein kaise jano mein</w:t>
      </w:r>
    </w:p>
    <w:p>
      <w:pPr>
        <w:jc w:val="right"/>
      </w:pPr>
      <w:r>
        <w:t>ایک سر نے پوچھا تھا کہ میں مخلص اور مخلص اور منافق کے بارے میں کیسے جانوں میں</w:t>
      </w:r>
    </w:p>
    <w:p>
      <w:r>
        <w:rPr>
          <w:b/>
        </w:rPr>
        <w:t xml:space="preserve">[1:08:30] </w:t>
      </w:r>
      <w:r>
        <w:t>ke mukhlis ho ke munafiq hon? unhon ne kaha ke jab tum ko apne mukhlis hone ka yaqeen</w:t>
      </w:r>
    </w:p>
    <w:p>
      <w:pPr>
        <w:jc w:val="right"/>
      </w:pPr>
      <w:r>
        <w:t>کہ مخلص ہو کے منافق ہوں؟ انہوں نے کہا کہ جب تم کو اپنے مخلص ہونے کا یقین</w:t>
      </w:r>
    </w:p>
    <w:p>
      <w:r>
        <w:rPr>
          <w:b/>
        </w:rPr>
        <w:t xml:space="preserve">[1:08:34] </w:t>
      </w:r>
      <w:r>
        <w:t>ho jaye, sab logon ko munafiq ho tum.</w:t>
      </w:r>
    </w:p>
    <w:p>
      <w:pPr>
        <w:jc w:val="right"/>
      </w:pPr>
      <w:r>
        <w:t>ہو جائے، سب لوگوں کو منافق ہو تم۔</w:t>
      </w:r>
    </w:p>
    <w:p>
      <w:r>
        <w:rPr>
          <w:b/>
        </w:rPr>
        <w:t xml:space="preserve">[1:08:39] </w:t>
      </w:r>
      <w:r>
        <w:t>jab koi aap logon ko munafiq hone ka shubah ho jaye ga, tab tum apne ko mukhlis samjho.</w:t>
      </w:r>
    </w:p>
    <w:p>
      <w:pPr>
        <w:jc w:val="right"/>
      </w:pPr>
      <w:r>
        <w:t>جب کوئی آپ لوگوں کو منافق ہونے کا شبہ ہو جائے گا، تب تم اپنے کو مخلص سمجھو۔</w:t>
      </w:r>
    </w:p>
    <w:p>
      <w:r>
        <w:rPr>
          <w:b/>
        </w:rPr>
        <w:t xml:space="preserve">[1:08:43] </w:t>
      </w:r>
      <w:r>
        <w:t>to jo log apne ko samajhte hain ke mera mamla to pakka hai, to yeh sab se bari pehchan hai munafqat ki. pakka mamla kisi ka bhi nahi. kal mere paas ek telephone aaya ke kya aap likhte rehte hain? mein to 40 baar hajj kiya hai, mera mamla to bilkul pakka hai. kya likhte rehte hain aap dawat waghera ki baatein? to yeh yeh yeh jo hai, yeh yahi yahi pehchan hai munafqat ki ke aap samj</w:t>
      </w:r>
    </w:p>
    <w:p>
      <w:pPr>
        <w:jc w:val="right"/>
      </w:pPr>
      <w:r>
        <w:t>تو جو لوگ اپنے کو سمجھتے ہیں کہ میرا معاملہ تو پکا ہے، تو یہ سب سے بڑی پہچان ہے منافقت کی۔ پکا معاملہ کسی کا بھی نہیں۔ کل میرے پاس ایک ٹیلی فون آیا کہ کیا آپ لکھتے رہتے ہیں؟ میں تو 40 بار حج کیا ہے، میرا معاملہ تو بالکل پکا ہے۔ کیا لکھتے رہتے ہیں آپ دعوت وغیرہ کی باتیں؟ تو یہ یہ یہ جو ہے، یہ یہی یہی پہچان ہے منافقت کی کہ آپ سمج</w:t>
      </w:r>
    </w:p>
    <w:p>
      <w:r>
        <w:rPr>
          <w:b/>
        </w:rPr>
        <w:t xml:space="preserve">[1:09:13] </w:t>
      </w:r>
      <w:r>
        <w:t>hein ke mera mamla to pakka ho gaya. to Hazrat Aisha ne kaha ke jab tum apne ko samjho ke mein to munafiq ho gaya, to samjho ke tum mخلص ho. aur samjho ke tum mein to mera mamla pakka hai, mein to bilkul mخلص hoon. Khuda ke ho gaya, to samjho ke tum munafiq ho gaye ho. al-iman bayn raja' wa khawf. iman jo hai, umeed aur khauf ke darmiyan mein hai, yaani hope aur andesha ke darmiyan hai. kabhi aadmi samj</w:t>
      </w:r>
    </w:p>
    <w:p>
      <w:pPr>
        <w:jc w:val="right"/>
      </w:pPr>
      <w:r>
        <w:t>ھیں کہ میرا معاملہ تو پکا ہو گیا۔ تو حضرت عائشہ نے کہا کہ جب تم اپنے کو سمجھو کہ میں تو منافق ہو گیا، تو سمجھو کہ تم مخلص ہو۔ اور سمجھو کہ تم میں تو میرا معاملہ پکا ہے، میں تو بالکل مخلص ہوں۔ خدا کے ہو گیا، تو سمجھو کہ تم منافق ہو گئے ہو۔ الایمان بین رجاء والخوف۔ ایمان جو ہے، امید اور خوف کے درمیان میں ہے، یعنی ہوپ اور اندیشہ کے درمیان ہے۔ کبھی آدمی سمج</w:t>
      </w:r>
    </w:p>
    <w:p>
      <w:r>
        <w:rPr>
          <w:b/>
        </w:rPr>
        <w:t xml:space="preserve">[1:09:43] </w:t>
      </w:r>
      <w:r>
        <w:t>he ke ab mein to kuch duty duty mein kar dali, kabhi aisa ho ke mein ne duty</w:t>
      </w:r>
    </w:p>
    <w:p>
      <w:pPr>
        <w:jc w:val="right"/>
      </w:pPr>
      <w:r>
        <w:t>ھے کہ اب میں تو کچھ ڈیوٹی ڈیوٹی میں کر ڈالی، کبھی ایسا ہو کہ میں نے ڈیوٹی</w:t>
      </w:r>
    </w:p>
    <w:p>
      <w:r>
        <w:rPr>
          <w:b/>
        </w:rPr>
        <w:t xml:space="preserve">[1:09:47] </w:t>
      </w:r>
      <w:r>
        <w:t>kuch bhi nahi ki.</w:t>
      </w:r>
    </w:p>
    <w:p>
      <w:pPr>
        <w:jc w:val="right"/>
      </w:pPr>
      <w:r>
        <w:t>کچھ بھی نہیں کی۔</w:t>
      </w:r>
    </w:p>
    <w:p>
      <w:r>
        <w:rPr>
          <w:b/>
        </w:rPr>
        <w:t xml:space="preserve">[1:09:52] </w:t>
      </w:r>
      <w:r>
        <w:t>to yahi asal pehchan hai ke aap umeed aur khauf ke darmiyan jeene lagen.</w:t>
      </w:r>
    </w:p>
    <w:p>
      <w:pPr>
        <w:jc w:val="right"/>
      </w:pPr>
      <w:r>
        <w:t>تو یہی اصل پہچان ہے کہ آپ امید اور خوف کے درمیان جینے لگیں۔</w:t>
      </w:r>
    </w:p>
    <w:p>
      <w:r>
        <w:rPr>
          <w:b/>
        </w:rPr>
        <w:t xml:space="preserve">[1:09:56] </w:t>
      </w:r>
      <w:r>
        <w:t>koi bhi amal kar ke aap ko agar yeh paida ho jaye ke mein to sab kar dala</w:t>
      </w:r>
    </w:p>
    <w:p>
      <w:pPr>
        <w:jc w:val="right"/>
      </w:pPr>
      <w:r>
        <w:t>کوئی بھی عمل کر کے آپ کو اگر یہ پیدا ہو جائے کہ میں تو سب کر ڈالا</w:t>
      </w:r>
    </w:p>
    <w:p>
      <w:r>
        <w:rPr>
          <w:b/>
        </w:rPr>
        <w:t xml:space="preserve">[1:10:00] </w:t>
      </w:r>
      <w:r>
        <w:t>hai, mein ne mera muamla to pakka hai, meri jannat to yaqeeni hai, to samjhiye ke aap bilkul</w:t>
      </w:r>
    </w:p>
    <w:p>
      <w:pPr>
        <w:jc w:val="right"/>
      </w:pPr>
      <w:r>
        <w:t>ہے، میں نے میرا معاملہ تو پکا ہے، میری جنت تو یقینی ہے، تو سمجھئے کہ آپ بالکل</w:t>
      </w:r>
    </w:p>
    <w:p>
      <w:r>
        <w:rPr>
          <w:b/>
        </w:rPr>
        <w:t xml:space="preserve">[1:10:05] </w:t>
      </w:r>
      <w:r>
        <w:t>munafiqat mein jee rahe hain.</w:t>
      </w:r>
    </w:p>
    <w:p>
      <w:pPr>
        <w:jc w:val="right"/>
      </w:pPr>
      <w:r>
        <w:t>منافقت میں جی رہے ہیں۔</w:t>
      </w:r>
    </w:p>
    <w:p>
      <w:r>
        <w:rPr>
          <w:b/>
        </w:rPr>
        <w:t xml:space="preserve">[1:10:09] </w:t>
      </w:r>
      <w:r>
        <w:t>aur jab aap andi</w:t>
      </w:r>
    </w:p>
    <w:p>
      <w:pPr>
        <w:jc w:val="right"/>
      </w:pPr>
      <w:r>
        <w:t>اور جب آپ اندی</w:t>
      </w:r>
    </w:p>
    <w:p>
      <w:r>
        <w:rPr>
          <w:b/>
        </w:rPr>
        <w:t xml:space="preserve">[1:10:13] </w:t>
      </w:r>
      <w:r>
        <w:t>shay ki zindagi, aap ko Khuda ne, Khawand ka, Allah taala ka kya mera muamla ho? Ek baar</w:t>
      </w:r>
    </w:p>
    <w:p>
      <w:pPr>
        <w:jc w:val="right"/>
      </w:pPr>
      <w:r>
        <w:t>شے کی زندگی، آپ کو خدا نے، خداوند کا، اللہ تعالی کا کیا میرا معاملہ ہو؟ ایک بار</w:t>
      </w:r>
    </w:p>
    <w:p>
      <w:r>
        <w:rPr>
          <w:b/>
        </w:rPr>
        <w:t xml:space="preserve">[1:10:18] </w:t>
      </w:r>
      <w:r>
        <w:t>aisa hua ke Rasool Allah S.A.W ne kaha apne ghar walon se ke tum log</w:t>
      </w:r>
    </w:p>
    <w:p>
      <w:pPr>
        <w:jc w:val="right"/>
      </w:pPr>
      <w:r>
        <w:t>ایسا ہوا کہ رسول اللہ صلی اللہ علیہ وسلم نے کہا اپنے گھر والوں سے کہ تم لوگ</w:t>
      </w:r>
    </w:p>
    <w:p>
      <w:r>
        <w:rPr>
          <w:b/>
        </w:rPr>
        <w:t xml:space="preserve">[1:10:23] </w:t>
      </w:r>
      <w:r>
        <w:t>amal karo, amal ke tumhara apna amal tum ko jannat mein le jaye ga.</w:t>
      </w:r>
    </w:p>
    <w:p>
      <w:pPr>
        <w:jc w:val="right"/>
      </w:pPr>
      <w:r>
        <w:t>عمل کرو، عمل کہ تمہارا اپنا عمل تم کو جنت میں لے جائے گا۔</w:t>
      </w:r>
    </w:p>
    <w:p>
      <w:r>
        <w:rPr>
          <w:b/>
        </w:rPr>
        <w:t xml:space="preserve">[1:10:28] </w:t>
      </w:r>
      <w:r>
        <w:t>meri wajah se jannat mein tum ne nahi janay walay ho tum.</w:t>
      </w:r>
    </w:p>
    <w:p>
      <w:pPr>
        <w:jc w:val="right"/>
      </w:pPr>
      <w:r>
        <w:t>میری وجہ سے جنت میں تم نے نہیں جانے والے ہو تم۔</w:t>
      </w:r>
    </w:p>
    <w:p>
      <w:r>
        <w:rPr>
          <w:b/>
        </w:rPr>
        <w:t xml:space="preserve">[1:10:33] </w:t>
      </w:r>
      <w:r>
        <w:t>to poocha gaya ke aap bhi hain Khuda, Khuda ke Rasool? To aap ne kaha ke haan, mujhe</w:t>
      </w:r>
    </w:p>
    <w:p>
      <w:pPr>
        <w:jc w:val="right"/>
      </w:pPr>
      <w:r>
        <w:t>تو پوچھا گیا کہ آپ بھی ہیں خدا، خدا کے رسول؟ تو آپ نے کہا کہ ہاں، مجھے</w:t>
      </w:r>
    </w:p>
    <w:p>
      <w:r>
        <w:rPr>
          <w:b/>
        </w:rPr>
        <w:t xml:space="preserve">[1:10:38] </w:t>
      </w:r>
      <w:r>
        <w:t>bhi Allah ki rehmat se</w:t>
      </w:r>
    </w:p>
    <w:p>
      <w:pPr>
        <w:jc w:val="right"/>
      </w:pPr>
      <w:r>
        <w:t>بھی اللہ کی رحمت سے</w:t>
      </w:r>
    </w:p>
    <w:p>
      <w:r>
        <w:rPr>
          <w:b/>
        </w:rPr>
        <w:t xml:space="preserve">[1:10:43] </w:t>
      </w:r>
      <w:r>
        <w:t>jannat mile gi, illa Allah bi rehmat min fadli.</w:t>
      </w:r>
    </w:p>
    <w:p>
      <w:pPr>
        <w:jc w:val="right"/>
      </w:pPr>
      <w:r>
        <w:t>جنت ملے گی، الا اللہ برحمت من فضلی۔</w:t>
      </w:r>
    </w:p>
    <w:p>
      <w:r>
        <w:rPr>
          <w:b/>
        </w:rPr>
        <w:t xml:space="preserve">[1:10:48] </w:t>
      </w:r>
      <w:r>
        <w:t>yani Khuda apni rehmat se mujhe dhank le to jannat mile gi mujhe.</w:t>
      </w:r>
    </w:p>
    <w:p>
      <w:pPr>
        <w:jc w:val="right"/>
      </w:pPr>
      <w:r>
        <w:t>یعنی خدا اپنی رحمت سے مجھے ڈھانک لے تو جنت ملے گی مجھے۔</w:t>
      </w:r>
    </w:p>
    <w:p>
      <w:r>
        <w:rPr>
          <w:b/>
        </w:rPr>
        <w:t xml:space="preserve">[1:10:53] </w:t>
      </w:r>
      <w:r>
        <w:t>to jo log samjhen ke mera muamla pakka hai, wo sirf yeh bata rahe hain ke mein to</w:t>
      </w:r>
    </w:p>
    <w:p>
      <w:pPr>
        <w:jc w:val="right"/>
      </w:pPr>
      <w:r>
        <w:t>تو جو لوگ سمجھیں کہ میرا معاملہ پکا ہے، وہ صرف یہ بتا رہے ہیں کہ میں تو</w:t>
      </w:r>
    </w:p>
    <w:p>
      <w:r>
        <w:rPr>
          <w:b/>
        </w:rPr>
        <w:t xml:space="preserve">[1:10:58] </w:t>
      </w:r>
      <w:r>
        <w:t>munafiq hoon, mein mukhles nahi hoon.</w:t>
      </w:r>
    </w:p>
    <w:p>
      <w:pPr>
        <w:jc w:val="right"/>
      </w:pPr>
      <w:r>
        <w:t>منافق ہوں، میں مخلص نہیں ہوں۔</w:t>
      </w:r>
    </w:p>
    <w:p>
      <w:r>
        <w:rPr>
          <w:b/>
        </w:rPr>
        <w:t xml:space="preserve">[1:11:04] </w:t>
      </w:r>
      <w:r>
        <w:t>This question is from Ms. Naghma Siddiqui from Delhi.</w:t>
      </w:r>
    </w:p>
    <w:p>
      <w:pPr>
        <w:jc w:val="right"/>
      </w:pPr>
      <w:r>
        <w:t>دس کوسچن از فرام مس نغمہ صدیقی فرام دہلی۔</w:t>
      </w:r>
    </w:p>
    <w:p>
      <w:r>
        <w:rPr>
          <w:b/>
        </w:rPr>
        <w:t xml:space="preserve">[1:11:09] </w:t>
      </w:r>
      <w:r>
        <w:t>accepting less than ideal in this world is the only practical option for man,</w:t>
      </w:r>
    </w:p>
    <w:p>
      <w:pPr>
        <w:jc w:val="right"/>
      </w:pPr>
      <w:r>
        <w:t>ایکسیپٹنگ لیس دین آئیڈیل ان دس ورلڈ از دی اونلی پریکٹیکل آپشن فار مین،</w:t>
      </w:r>
    </w:p>
    <w:p>
      <w:r>
        <w:rPr>
          <w:b/>
        </w:rPr>
        <w:t xml:space="preserve">[1:11:14] </w:t>
      </w:r>
      <w:r>
        <w:t>but man being an ideal seeking being is not ready to accept it.</w:t>
      </w:r>
    </w:p>
    <w:p>
      <w:pPr>
        <w:jc w:val="right"/>
      </w:pPr>
      <w:r>
        <w:t>بٹ مین بینگ این آئیڈیل سیکنگ بینگ از ناٹ ریڈی ٹو ایکسیپٹ اٹ۔</w:t>
      </w:r>
    </w:p>
    <w:p>
      <w:r>
        <w:rPr>
          <w:b/>
        </w:rPr>
        <w:t xml:space="preserve">[1:11:19] </w:t>
      </w:r>
      <w:r>
        <w:t>how can man come to accept this reality? Dekhen, yeh creation plan of God ko na janne ki</w:t>
      </w:r>
    </w:p>
    <w:p>
      <w:pPr>
        <w:jc w:val="right"/>
      </w:pPr>
      <w:r>
        <w:t>ہاؤ کین مین کم ٹو ایکسیپٹ دس ریلیٹی؟ دیکھیں، یہ کریشن پلان اف گاڈ کو نہ جاننے کی</w:t>
      </w:r>
    </w:p>
    <w:p>
      <w:r>
        <w:rPr>
          <w:b/>
        </w:rPr>
        <w:t xml:space="preserve">[1:11:24] </w:t>
      </w:r>
      <w:r>
        <w:t>wajah se hota hai.</w:t>
      </w:r>
    </w:p>
    <w:p>
      <w:pPr>
        <w:jc w:val="right"/>
      </w:pPr>
      <w:r>
        <w:t>وجہ سے ہوتا ہے۔</w:t>
      </w:r>
    </w:p>
    <w:p>
      <w:r>
        <w:rPr>
          <w:b/>
        </w:rPr>
        <w:t xml:space="preserve">[1:11:29] </w:t>
      </w:r>
      <w:r>
        <w:t>aadmi khud hi khud sochta hai, khud hi apne aap mein jeeta hai.</w:t>
      </w:r>
    </w:p>
    <w:p>
      <w:pPr>
        <w:jc w:val="right"/>
      </w:pPr>
      <w:r>
        <w:t>آدمی خود ہی خود سوچتا ہے، خود ہی اپنے آپ میں جیتا ہے۔</w:t>
      </w:r>
    </w:p>
    <w:p>
      <w:r>
        <w:rPr>
          <w:b/>
        </w:rPr>
        <w:t xml:space="preserve">[1:11:34] </w:t>
      </w:r>
      <w:r>
        <w:t>wo is liye aisa hota hai agar wo jaane ke duniya ko mein ne nahi banaya hai, duniya</w:t>
      </w:r>
    </w:p>
    <w:p>
      <w:pPr>
        <w:jc w:val="right"/>
      </w:pPr>
      <w:r>
        <w:t>وہ اس لیے ایسا ہوتا ہے اگر وہ جانے کہ دنیا کو میں نے نہیں بنایا ہے، دنیا</w:t>
      </w:r>
    </w:p>
    <w:p>
      <w:r>
        <w:rPr>
          <w:b/>
        </w:rPr>
        <w:t xml:space="preserve">[1:11:39] </w:t>
      </w:r>
      <w:r>
        <w:t>ka qanoon mein ne maq</w:t>
      </w:r>
    </w:p>
    <w:p>
      <w:pPr>
        <w:jc w:val="right"/>
      </w:pPr>
      <w:r>
        <w:t>کا قانون میں نے مق</w:t>
      </w:r>
    </w:p>
    <w:p>
      <w:r>
        <w:rPr>
          <w:b/>
        </w:rPr>
        <w:t xml:space="preserve">[1:11:44] </w:t>
      </w:r>
      <w:r>
        <w:t>qarr nahi kiya hai, law of nature mein ne nahi set kiya hai. woh to Khuda hai. to jab creation plan of God jo hai, us ki us ko pata ho jaye, us ka to apne aap mein sab khatam ho jaye ga, yaani azadi ho jaye gi. woh jo cheez achievable nahi hai, kya karein ge aap us ko? jab koi aadmi aisa nahi kehta ke Ganga ko chhalang laga kar paar karne ki koshish karein, yaani us coast par hain aap, chhalang laga kar chahe us us ko pahunchein, aisa nahi karein ge aap kyunke aap us ko</w:t>
      </w:r>
    </w:p>
    <w:p>
      <w:pPr>
        <w:jc w:val="right"/>
      </w:pPr>
      <w:r>
        <w:t>رر نہیں کیا ہے، لا اف نیچر میں نے نہیں سیٹ کیا ہے۔ وہ تو خدا ہے۔ تو جب کریشن پلان اف گاڈ جو ہے، اس کی اس کو پتہ ہو جائے، اس کا تو اپنے آپ میں سب ختم ہو جائے گا، یعنی آزادی ہو جائے گا۔ وہ جو چیز اچیویبل نہیں ہے، کیا کریں گے آپ اس کو؟ جب کوئی آدمی ایسا نہیں کہتا کہ گنگا کو چھلانگ لگا کر پار کرنے کی کوشش کریں، یعنی اس کوسٹ پر ہیں آپ، چھلانگ لگا کر چاہے اس اس کو پہنچیں، ایسا نہیں کریں گے آپ کیونکہ آپ اس کو</w:t>
      </w:r>
    </w:p>
    <w:p>
      <w:r>
        <w:rPr>
          <w:b/>
        </w:rPr>
        <w:t xml:space="preserve">[1:12:14] </w:t>
      </w:r>
      <w:r>
        <w:t>impossible samjhte hain. to waise hi samajh lijiye ke khuda ki duniya hai, yeh khuda ne banaya hai, us ne is ka is ke laaz muqarrar kiye hain. aur yeh jo insaan ke andar ideal ka concept hai, yeh jannat ke liye hai, duniya ke liye hai nahin. jab aadmi yeh jaan lega ke mujhe to khuda ne banaya hai idealist, to is liye banaya hai ke main jannat ko paoon. is duniya ke liye woh hai hi nahin, woh cheez</w:t>
      </w:r>
    </w:p>
    <w:p>
      <w:pPr>
        <w:jc w:val="right"/>
      </w:pPr>
      <w:r>
        <w:t>امپاسیبل سمجھتے ہیں۔ تو ویسے ہی سمجھ لیجئے کہ خدا کی دنیا ہے، یہ خدا نے بنایا ہے، اس نے اس کا اس کے لاز مقرر کیے ہیں۔ اور یہ جو انسان کے اندر آئیڈیل کا کانسیپٹ ہے، یہ جنت کے لیے ہے، دنیا کے لیے ہے نہیں۔ جب آدمی یہ جان لے گا کہ مجھے تو خدا نے بنایا ہے آئیڈیلسٹ، تو اس لیے بنایا ہے کہ میں جنت کو پاؤں۔ اس دنیا کے لیے وہ ہے ہی نہیں، وہ چیز</w:t>
      </w:r>
    </w:p>
    <w:p>
      <w:r>
        <w:rPr>
          <w:b/>
        </w:rPr>
        <w:t xml:space="preserve">[1:12:44] </w:t>
      </w:r>
      <w:r>
        <w:t>to bas aa jaye ga is ke andar sahi shaoor.</w:t>
      </w:r>
    </w:p>
    <w:p>
      <w:pPr>
        <w:jc w:val="right"/>
      </w:pPr>
      <w:r>
        <w:t>تو بس آ جائے گا اس کے اندر صحیح شعور۔</w:t>
      </w:r>
    </w:p>
    <w:p>
      <w:r>
        <w:rPr>
          <w:b/>
        </w:rPr>
        <w:t xml:space="preserve">[1:12:50] </w:t>
      </w:r>
      <w:r>
        <w:t>to sab se zyada zaroorat jis baat ki hai, wo hai ke jo creation plan of God hai,</w:t>
      </w:r>
    </w:p>
    <w:p>
      <w:pPr>
        <w:jc w:val="right"/>
      </w:pPr>
      <w:r>
        <w:t>تو سب سے زیادہ ضرورت جس بات کی ہے، وہ ہے کہ جو کریشن پلان اف گاڈ ہے،</w:t>
      </w:r>
    </w:p>
    <w:p>
      <w:r>
        <w:rPr>
          <w:b/>
        </w:rPr>
        <w:t xml:space="preserve">[1:12:56] </w:t>
      </w:r>
      <w:r>
        <w:t>us ko is se is ko log janen.</w:t>
      </w:r>
    </w:p>
    <w:p>
      <w:pPr>
        <w:jc w:val="right"/>
      </w:pPr>
      <w:r>
        <w:t>اس کو اس سے اس کو لوگ جانیں۔</w:t>
      </w:r>
    </w:p>
    <w:p>
      <w:r>
        <w:rPr>
          <w:b/>
        </w:rPr>
        <w:t xml:space="preserve">[1:13:02] </w:t>
      </w:r>
      <w:r>
        <w:t>hamari aap ki duty yahi hai ke is is baat ko logon ko achi tarah bata den.</w:t>
      </w:r>
    </w:p>
    <w:p>
      <w:pPr>
        <w:jc w:val="right"/>
      </w:pPr>
      <w:r>
        <w:t>ہماری آپ کی ڈیوٹی یہی ہے کہ اس اس بات کو لوگوں کو اچھی طرح بتا دیں۔</w:t>
      </w:r>
    </w:p>
    <w:p>
      <w:r>
        <w:rPr>
          <w:b/>
        </w:rPr>
        <w:t xml:space="preserve">[1:13:08] </w:t>
      </w:r>
      <w:r>
        <w:t>This question is from Mr. Munsif Kamali from Delhi.</w:t>
      </w:r>
    </w:p>
    <w:p>
      <w:pPr>
        <w:jc w:val="right"/>
      </w:pPr>
      <w:r>
        <w:t>دس کوسچن از فرام مسٹر منصف کمالی فرام دہلی۔</w:t>
      </w:r>
    </w:p>
    <w:p>
      <w:r>
        <w:rPr>
          <w:b/>
        </w:rPr>
        <w:t xml:space="preserve">[1:13:14] </w:t>
      </w:r>
      <w:r>
        <w:t>talaq tafweez kya hai? yeh khula se kis tarah mukhtalif hai? dekhiye, talaq tafweez yeh hai ke jab aap nikah ho raha hai, nikah ke waqt nikah name par aurat yeh likhwa de ke mujhe talaq ka haq hasil hoga. nikah name par</w:t>
      </w:r>
    </w:p>
    <w:p>
      <w:pPr>
        <w:jc w:val="right"/>
      </w:pPr>
      <w:r>
        <w:t>طلاق تفویض کیا ہے؟ یہ کھلا سے کس طرح مختلف ہے؟ دیکھیں، طلاق تفویض یہ ہے کہ جب آپ نکاح ہو رہا ہے، نکاح کے وقت نکاح نامے پر عورت یہ لکھوا دے کہ مجھے طلاق کا حق حاصل ہوگا۔ نکاح نامے پر</w:t>
      </w:r>
    </w:p>
    <w:p>
      <w:r>
        <w:rPr>
          <w:b/>
        </w:rPr>
        <w:t xml:space="preserve">[1:13:44] </w:t>
      </w:r>
      <w:r>
        <w:t>likh diya jaye yeh baqayda, ya gawahon ki mojoodgi mein yeh baat tay ho jaye, shohar razi ho</w:t>
      </w:r>
    </w:p>
    <w:p>
      <w:pPr>
        <w:jc w:val="right"/>
      </w:pPr>
      <w:r>
        <w:t>لکھ دیا جائے یہ باقاعدہ، یا گواہوں کی موجودگی میں یہ بات طے ہو جائے، شوہر راضی ہو</w:t>
      </w:r>
    </w:p>
    <w:p>
      <w:r>
        <w:rPr>
          <w:b/>
        </w:rPr>
        <w:t xml:space="preserve">[1:13:48] </w:t>
      </w:r>
      <w:r>
        <w:t>jaye is par, ke shohar is par razi ho jaye ke yeh nikah nikah tafweez hai.</w:t>
      </w:r>
    </w:p>
    <w:p>
      <w:pPr>
        <w:jc w:val="right"/>
      </w:pPr>
      <w:r>
        <w:t>جائے اس پر، کہ شوہر اس پر راضی ہو جائے کہ یہ نکاح نکاح تفویض ہے۔</w:t>
      </w:r>
    </w:p>
    <w:p>
      <w:r>
        <w:rPr>
          <w:b/>
        </w:rPr>
        <w:t xml:space="preserve">[1:13:52] </w:t>
      </w:r>
      <w:r>
        <w:t>to jis tarah se mard ko haq hai talaq dene ka, waise aurat ko bhi talaq dene ka</w:t>
      </w:r>
    </w:p>
    <w:p>
      <w:pPr>
        <w:jc w:val="right"/>
      </w:pPr>
      <w:r>
        <w:t>تو جس طرح سے مرد کو حق ہے طلاق دینے کا، ویسے عورت کو بھی طلاق دینے کا</w:t>
      </w:r>
    </w:p>
    <w:p>
      <w:r>
        <w:rPr>
          <w:b/>
        </w:rPr>
        <w:t xml:space="preserve">[1:13:56] </w:t>
      </w:r>
      <w:r>
        <w:t>haq ho jata hai.</w:t>
      </w:r>
    </w:p>
    <w:p>
      <w:pPr>
        <w:jc w:val="right"/>
      </w:pPr>
      <w:r>
        <w:t>حق ہو جاتا ہے۔</w:t>
      </w:r>
    </w:p>
    <w:p>
      <w:r>
        <w:rPr>
          <w:b/>
        </w:rPr>
        <w:t xml:space="preserve">[1:13:59] </w:t>
      </w:r>
      <w:r>
        <w:t>aap jante hain ke mard ko haq hai ke woh talaq de de ke maine tum ko talaq diya.</w:t>
      </w:r>
    </w:p>
    <w:p>
      <w:pPr>
        <w:jc w:val="right"/>
      </w:pPr>
      <w:r>
        <w:t>آپ جانتے ہیں کہ مرد کو حق ہے کہ وہ طلاق دے دے کہ میں نے تم کو طلاق دیا۔</w:t>
      </w:r>
    </w:p>
    <w:p>
      <w:r>
        <w:rPr>
          <w:b/>
        </w:rPr>
        <w:t xml:space="preserve">[1:14:03] </w:t>
      </w:r>
      <w:r>
        <w:t>aise aurat ko bhi haq ho jata hai ke woh keh de ke main tum se judai juda</w:t>
      </w:r>
    </w:p>
    <w:p>
      <w:pPr>
        <w:jc w:val="right"/>
      </w:pPr>
      <w:r>
        <w:t>ایسے عورت کو بھی حق ہو جاتا ہے کہ وہ کہہ دے کہ میں تم سے جدائی جدا</w:t>
      </w:r>
    </w:p>
    <w:p>
      <w:r>
        <w:rPr>
          <w:b/>
        </w:rPr>
        <w:t xml:space="preserve">[1:14:07] </w:t>
      </w:r>
      <w:r>
        <w:t>hui, mera talluq tum se khatm.</w:t>
      </w:r>
    </w:p>
    <w:p>
      <w:pPr>
        <w:jc w:val="right"/>
      </w:pPr>
      <w:r>
        <w:t>ہوئی، میرا تعلق تم سے ختم۔</w:t>
      </w:r>
    </w:p>
    <w:p>
      <w:r>
        <w:rPr>
          <w:b/>
        </w:rPr>
        <w:t xml:space="preserve">[1:14:11] </w:t>
      </w:r>
      <w:r>
        <w:t>khula ka mamla</w:t>
      </w:r>
    </w:p>
    <w:p>
      <w:pPr>
        <w:jc w:val="right"/>
      </w:pPr>
      <w:r>
        <w:t>خلا کا معاملہ</w:t>
      </w:r>
    </w:p>
    <w:p>
      <w:r>
        <w:rPr>
          <w:b/>
        </w:rPr>
        <w:t xml:space="preserve">[1:14:14] </w:t>
      </w:r>
      <w:r>
        <w:t>yeh nahi hai.</w:t>
      </w:r>
    </w:p>
    <w:p>
      <w:pPr>
        <w:jc w:val="right"/>
      </w:pPr>
      <w:r>
        <w:t>یہ نہیں ہے۔</w:t>
      </w:r>
    </w:p>
    <w:p>
      <w:r>
        <w:rPr>
          <w:b/>
        </w:rPr>
        <w:t xml:space="preserve">[1:14:18] </w:t>
      </w:r>
      <w:r>
        <w:t>khula jo hai, woh khud se aurat nahi de sakti hai, khud se nahi de sakti.</w:t>
      </w:r>
    </w:p>
    <w:p>
      <w:pPr>
        <w:jc w:val="right"/>
      </w:pPr>
      <w:r>
        <w:t>خلا جو ہے، وہ خود سے عورت نہیں دے سکتی ہے، خود سے نہیں دے سکتی۔</w:t>
      </w:r>
    </w:p>
    <w:p>
      <w:r>
        <w:rPr>
          <w:b/>
        </w:rPr>
        <w:t xml:space="preserve">[1:14:21] </w:t>
      </w:r>
      <w:r>
        <w:t>isko qazi ke paas jana padega, yani qazi ke samne ja kar ke is ke samne</w:t>
      </w:r>
    </w:p>
    <w:p>
      <w:pPr>
        <w:jc w:val="right"/>
      </w:pPr>
      <w:r>
        <w:t>اس کو قاضی کے پاس جانا پڑے گا، یعنی قاضی کے سامنے جا کر کے اس کے سامنے</w:t>
      </w:r>
    </w:p>
    <w:p>
      <w:r>
        <w:rPr>
          <w:b/>
        </w:rPr>
        <w:t xml:space="preserve">[1:14:24] </w:t>
      </w:r>
      <w:r>
        <w:t>pesh hoga shohar ka bayan aur aurat ka bayan.</w:t>
      </w:r>
    </w:p>
    <w:p>
      <w:pPr>
        <w:jc w:val="right"/>
      </w:pPr>
      <w:r>
        <w:t>پیش ہوگا شوہر کا بیان اور عورت کا بیان۔</w:t>
      </w:r>
    </w:p>
    <w:p>
      <w:r>
        <w:rPr>
          <w:b/>
        </w:rPr>
        <w:t xml:space="preserve">[1:14:28] </w:t>
      </w:r>
      <w:r>
        <w:t>qazi faisla karega.</w:t>
      </w:r>
    </w:p>
    <w:p>
      <w:pPr>
        <w:jc w:val="right"/>
      </w:pPr>
      <w:r>
        <w:t>قاضی فیصلہ کرے گا۔</w:t>
      </w:r>
    </w:p>
    <w:p>
      <w:r>
        <w:rPr>
          <w:b/>
        </w:rPr>
        <w:t xml:space="preserve">[1:14:31] </w:t>
      </w:r>
      <w:r>
        <w:t>to khula us waqt hota hai waqe jab qazi faisla de de.</w:t>
      </w:r>
    </w:p>
    <w:p>
      <w:pPr>
        <w:jc w:val="right"/>
      </w:pPr>
      <w:r>
        <w:t>تو خلا اس وقت ہوتا ہے واقعہ جب قاضی فیصلہ دے دے۔</w:t>
      </w:r>
    </w:p>
    <w:p>
      <w:r>
        <w:rPr>
          <w:b/>
        </w:rPr>
        <w:t xml:space="preserve">[1:14:34] </w:t>
      </w:r>
      <w:r>
        <w:t>khud se aurat nahi le sakti khula apna kisi shohar se.</w:t>
      </w:r>
    </w:p>
    <w:p>
      <w:pPr>
        <w:jc w:val="right"/>
      </w:pPr>
      <w:r>
        <w:t>خود سے عورت نہیں لے سکتی خلا اپنا کسی شوہر سے۔</w:t>
      </w:r>
    </w:p>
    <w:p>
      <w:r>
        <w:rPr>
          <w:b/>
        </w:rPr>
        <w:t xml:space="preserve">[1:14:38] </w:t>
      </w:r>
      <w:r>
        <w:t>yeh farq hai.</w:t>
      </w:r>
    </w:p>
    <w:p>
      <w:pPr>
        <w:jc w:val="right"/>
      </w:pPr>
      <w:r>
        <w:t>یہ فرق ہے۔</w:t>
      </w:r>
    </w:p>
    <w:p>
      <w:r>
        <w:rPr>
          <w:b/>
        </w:rPr>
        <w:t xml:space="preserve">[1:14:41] </w:t>
      </w:r>
      <w:r>
        <w:t>nikah tafweez mein</w:t>
      </w:r>
    </w:p>
    <w:p>
      <w:pPr>
        <w:jc w:val="right"/>
      </w:pPr>
      <w:r>
        <w:t>نکاح تفویض میں</w:t>
      </w:r>
    </w:p>
    <w:p>
      <w:r>
        <w:rPr>
          <w:b/>
        </w:rPr>
        <w:t xml:space="preserve">[1:14:45] </w:t>
      </w:r>
      <w:r>
        <w:t>aurat khud hi apne ko juda kar sakti hai apne shohar se, lekin khula wali shakal jo hai,</w:t>
      </w:r>
    </w:p>
    <w:p>
      <w:pPr>
        <w:jc w:val="right"/>
      </w:pPr>
      <w:r>
        <w:t>عورت خود ہی اپنے کو جدا کر سکتی ہے اپنے شوہر سے، لیکن خلا والی شکل جو ہے،</w:t>
      </w:r>
    </w:p>
    <w:p>
      <w:r>
        <w:rPr>
          <w:b/>
        </w:rPr>
        <w:t xml:space="preserve">[1:14:50] </w:t>
      </w:r>
      <w:r>
        <w:t>is mein is ko qazi ke paas ya judge ke paas jana padega.</w:t>
      </w:r>
    </w:p>
    <w:p>
      <w:pPr>
        <w:jc w:val="right"/>
      </w:pPr>
      <w:r>
        <w:t>اس میں اس کو قاضی کے پاس یا جج کے پاس جانا پڑے گا۔</w:t>
      </w:r>
    </w:p>
    <w:p>
      <w:r>
        <w:rPr>
          <w:b/>
        </w:rPr>
        <w:t xml:space="preserve">[1:14:55] </w:t>
      </w:r>
      <w:r>
        <w:t>is ke faisla jab ho jayega, tab is ko alhaidgi hogi, is ke baghair nahi.</w:t>
      </w:r>
    </w:p>
    <w:p>
      <w:pPr>
        <w:jc w:val="right"/>
      </w:pPr>
      <w:r>
        <w:t>اس کے فیصلہ جب ہو جائے گا، تب اس کو علیحدگی ہوگی، اس کے بغیر نہیں۔</w:t>
      </w:r>
    </w:p>
    <w:p>
      <w:r>
        <w:rPr>
          <w:b/>
        </w:rPr>
        <w:t xml:space="preserve">[1:15:00] </w:t>
      </w:r>
      <w:r>
        <w:t>das question is from doctor muslima siddiqui from delhi.</w:t>
      </w:r>
    </w:p>
    <w:p>
      <w:pPr>
        <w:jc w:val="right"/>
      </w:pPr>
      <w:r>
        <w:t>دس کوسچن از فرام ڈاکٹر مسلمہ صدیقی فرام دہلی۔</w:t>
      </w:r>
    </w:p>
    <w:p>
      <w:r>
        <w:rPr>
          <w:b/>
        </w:rPr>
        <w:t xml:space="preserve">[1:15:05] </w:t>
      </w:r>
      <w:r>
        <w:t>kindly explain the concept of tauba in islam.</w:t>
      </w:r>
    </w:p>
    <w:p>
      <w:pPr>
        <w:jc w:val="right"/>
      </w:pPr>
      <w:r>
        <w:t>کائنڈلی ایکسپلین دا کانسیپٹ اف توبہ ان اسلام۔</w:t>
      </w:r>
    </w:p>
    <w:p>
      <w:r>
        <w:rPr>
          <w:b/>
        </w:rPr>
        <w:t xml:space="preserve">[1:15:10] </w:t>
      </w:r>
      <w:r>
        <w:t>dekhen, tauba ke liye</w:t>
      </w:r>
    </w:p>
    <w:p>
      <w:pPr>
        <w:jc w:val="right"/>
      </w:pPr>
      <w:r>
        <w:t>دیکھیں، توبہ کے لیے</w:t>
      </w:r>
    </w:p>
    <w:p>
      <w:r>
        <w:rPr>
          <w:b/>
        </w:rPr>
        <w:t xml:space="preserve">[1:15:15] </w:t>
      </w:r>
      <w:r>
        <w:t>wo angrezi mein jo lafz hai, repentance hai.</w:t>
      </w:r>
    </w:p>
    <w:p>
      <w:pPr>
        <w:jc w:val="right"/>
      </w:pPr>
      <w:r>
        <w:t>وہ انگریزی میں جو لفظ ہے، ریپینٹنس ہے۔</w:t>
      </w:r>
    </w:p>
    <w:p>
      <w:r>
        <w:rPr>
          <w:b/>
        </w:rPr>
        <w:t xml:space="preserve">[1:15:19] </w:t>
      </w:r>
      <w:r>
        <w:t>tauba ka literal meaning hai lotna.</w:t>
      </w:r>
    </w:p>
    <w:p>
      <w:pPr>
        <w:jc w:val="right"/>
      </w:pPr>
      <w:r>
        <w:t>توبہ کا لٹرل میننگ ہے لوٹنا۔</w:t>
      </w:r>
    </w:p>
    <w:p>
      <w:r>
        <w:rPr>
          <w:b/>
        </w:rPr>
        <w:t xml:space="preserve">[1:15:23] </w:t>
      </w:r>
      <w:r>
        <w:t>tauba ka matlab hai lotna, yani aap ek ghalati mein pad gaye the, aap lot rahe hain is se.</w:t>
      </w:r>
    </w:p>
    <w:p>
      <w:pPr>
        <w:jc w:val="right"/>
      </w:pPr>
      <w:r>
        <w:t>توبہ کا مطلب ہے لوٹنا، یعنی آپ ایک غلطی میں پڑ گئے تھے، آپ لوٹ رہے ہیں اس سے۔</w:t>
      </w:r>
    </w:p>
    <w:p>
      <w:r>
        <w:rPr>
          <w:b/>
        </w:rPr>
        <w:t xml:space="preserve">[1:15:27] </w:t>
      </w:r>
      <w:r>
        <w:t>to tauba ki teen shartein batai jati hain.</w:t>
      </w:r>
    </w:p>
    <w:p>
      <w:pPr>
        <w:jc w:val="right"/>
      </w:pPr>
      <w:r>
        <w:t>تو توبہ کی تین شرطیں بتائی جاتی ہیں۔</w:t>
      </w:r>
    </w:p>
    <w:p>
      <w:r>
        <w:rPr>
          <w:b/>
        </w:rPr>
        <w:t xml:space="preserve">[1:15:31] </w:t>
      </w:r>
      <w:r>
        <w:t>hamare ulma ne is ki teen shartein batai hain.</w:t>
      </w:r>
    </w:p>
    <w:p>
      <w:pPr>
        <w:jc w:val="right"/>
      </w:pPr>
      <w:r>
        <w:t>ہمارے علماء نے اس کی تین شرطیں بتائی ہیں۔</w:t>
      </w:r>
    </w:p>
    <w:p>
      <w:r>
        <w:rPr>
          <w:b/>
        </w:rPr>
        <w:t xml:space="preserve">[1:15:35] </w:t>
      </w:r>
      <w:r>
        <w:t>pehli shart hai nadamat.</w:t>
      </w:r>
    </w:p>
    <w:p>
      <w:pPr>
        <w:jc w:val="right"/>
      </w:pPr>
      <w:r>
        <w:t>پہلی شرط ہے ندامت۔</w:t>
      </w:r>
    </w:p>
    <w:p>
      <w:r>
        <w:rPr>
          <w:b/>
        </w:rPr>
        <w:t xml:space="preserve">[1:15:39] </w:t>
      </w:r>
      <w:r>
        <w:t>hadis mein aata hai: "at-taubah al-nadm".</w:t>
      </w:r>
    </w:p>
    <w:p>
      <w:pPr>
        <w:jc w:val="right"/>
      </w:pPr>
      <w:r>
        <w:t>حدیث میں آتا ہے: "التوبۃ الندم"۔</w:t>
      </w:r>
    </w:p>
    <w:p>
      <w:r>
        <w:rPr>
          <w:b/>
        </w:rPr>
        <w:t xml:space="preserve">[1:15:42] </w:t>
      </w:r>
      <w:r>
        <w:t>nadamat, sharmindagi, repentance, yeh pehli shart hai.</w:t>
      </w:r>
    </w:p>
    <w:p>
      <w:pPr>
        <w:jc w:val="right"/>
      </w:pPr>
      <w:r>
        <w:t>ندامت، شرمندگی، ریپینٹنس، یہ پہلی شرط ہے۔</w:t>
      </w:r>
    </w:p>
    <w:p>
      <w:r>
        <w:rPr>
          <w:b/>
        </w:rPr>
        <w:t xml:space="preserve">[1:15:46] </w:t>
      </w:r>
      <w:r>
        <w:t>sirf lip lip service ka naam taubah nahi hai.</w:t>
      </w:r>
    </w:p>
    <w:p>
      <w:pPr>
        <w:jc w:val="right"/>
      </w:pPr>
      <w:r>
        <w:t>صرف لپ لپ سروس کا نام توبہ نہیں ہے۔</w:t>
      </w:r>
    </w:p>
    <w:p>
      <w:r>
        <w:rPr>
          <w:b/>
        </w:rPr>
        <w:t xml:space="preserve">[1:15:52] </w:t>
      </w:r>
      <w:r>
        <w:t>taubah, taubah, taubah, yeh is se kuch nahi hota.</w:t>
      </w:r>
    </w:p>
    <w:p>
      <w:pPr>
        <w:jc w:val="right"/>
      </w:pPr>
      <w:r>
        <w:t>توبہ، توبہ، توبہ، یہ اس سے کچھ نہیں ہوتا۔</w:t>
      </w:r>
    </w:p>
    <w:p>
      <w:r>
        <w:rPr>
          <w:b/>
        </w:rPr>
        <w:t xml:space="preserve">[1:15:57] </w:t>
      </w:r>
      <w:r>
        <w:t>gehri repentance dil mein aaye aap ke. gehri repentance.</w:t>
      </w:r>
    </w:p>
    <w:p>
      <w:pPr>
        <w:jc w:val="right"/>
      </w:pPr>
      <w:r>
        <w:t>گہری ریپینٹنس دل میں آئے آپ کے۔ گہری ریپینٹنس۔</w:t>
      </w:r>
    </w:p>
    <w:p>
      <w:r>
        <w:rPr>
          <w:b/>
        </w:rPr>
        <w:t xml:space="preserve">[1:16:02] </w:t>
      </w:r>
      <w:r>
        <w:t>number do, yeh shart hai ke aap yeh azm karein ke ab mein aisa nahi karunga.</w:t>
      </w:r>
    </w:p>
    <w:p>
      <w:pPr>
        <w:jc w:val="right"/>
      </w:pPr>
      <w:r>
        <w:t>نمبر دو، یہ شرط ہے کہ آپ یہ عزم کریں کہ اب میں ایسا نہیں کروں گا۔</w:t>
      </w:r>
    </w:p>
    <w:p>
      <w:r>
        <w:rPr>
          <w:b/>
        </w:rPr>
        <w:t xml:space="preserve">[1:16:08] </w:t>
      </w:r>
      <w:r>
        <w:t>yaani ek ghalati aap se ho gayi thi, to ab pehle to yeh hai ke aap ke andar</w:t>
      </w:r>
    </w:p>
    <w:p>
      <w:pPr>
        <w:jc w:val="right"/>
      </w:pPr>
      <w:r>
        <w:t>یعنی ایک غلطی آپ سے ہو گئی تھی، تو اب پہلے تو یہ ہے کہ آپ کے اندر</w:t>
      </w:r>
    </w:p>
    <w:p>
      <w:r>
        <w:rPr>
          <w:b/>
        </w:rPr>
        <w:t xml:space="preserve">[1:16:13] </w:t>
      </w:r>
      <w:r>
        <w:t>sharmindagi aayi, repentance aaya, phir aap ne yeh paka azm kar liya,</w:t>
      </w:r>
    </w:p>
    <w:p>
      <w:pPr>
        <w:jc w:val="right"/>
      </w:pPr>
      <w:r>
        <w:t>شرمندگی آئی، ریپینٹنس آیا، پھر آپ نے یہ پکا عزم کر لیا،</w:t>
      </w:r>
    </w:p>
    <w:p>
      <w:r>
        <w:rPr>
          <w:b/>
        </w:rPr>
        <w:t xml:space="preserve">[1:16:18] </w:t>
      </w:r>
      <w:r>
        <w:t>irada kar liya ke ab mein dobara is ko repeat nahi karunga.</w:t>
      </w:r>
    </w:p>
    <w:p>
      <w:pPr>
        <w:jc w:val="right"/>
      </w:pPr>
      <w:r>
        <w:t>ارادہ کر لیا کہ اب میں دوبارہ اس کو ریپیٹ نہیں کروں گا۔</w:t>
      </w:r>
    </w:p>
    <w:p>
      <w:r>
        <w:rPr>
          <w:b/>
        </w:rPr>
        <w:t xml:space="preserve">[1:16:23] </w:t>
      </w:r>
      <w:r>
        <w:t>teesri shart yeh hai ke agar is ka muamla huqooq al-ibaad se hai, matlab kisi ka maal chheen</w:t>
      </w:r>
    </w:p>
    <w:p>
      <w:pPr>
        <w:jc w:val="right"/>
      </w:pPr>
      <w:r>
        <w:t>تیسری شرط یہ ہے کہ اگر اس کا معاملہ حقوق العباد سے ہے، مطلب کسی کا مال چھین</w:t>
      </w:r>
    </w:p>
    <w:p>
      <w:r>
        <w:rPr>
          <w:b/>
        </w:rPr>
        <w:t xml:space="preserve">[1:16:28] </w:t>
      </w:r>
      <w:r>
        <w:t>liya hai aap ne, to teesri shart yeh hogi ke is ko maal ko aap lotayein.</w:t>
      </w:r>
    </w:p>
    <w:p>
      <w:pPr>
        <w:jc w:val="right"/>
      </w:pPr>
      <w:r>
        <w:t>لیا ہے آپ نے، تو تیسری شرط یہ ہوگی کہ اس کو مال کو آپ لوٹائیں۔</w:t>
      </w:r>
    </w:p>
    <w:p>
      <w:r>
        <w:rPr>
          <w:b/>
        </w:rPr>
        <w:t xml:space="preserve">[1:16:33] </w:t>
      </w:r>
      <w:r>
        <w:t>is ko aap maal lotana parega.</w:t>
      </w:r>
    </w:p>
    <w:p>
      <w:pPr>
        <w:jc w:val="right"/>
      </w:pPr>
      <w:r>
        <w:t>اس کو آپ مال لوٹانا پڑے گا۔</w:t>
      </w:r>
    </w:p>
    <w:p>
      <w:r>
        <w:rPr>
          <w:b/>
        </w:rPr>
        <w:t xml:space="preserve">[1:16:38] </w:t>
      </w:r>
      <w:r>
        <w:t>yeh hain teen shartein taubah ki jo ulama ne muqarrar ki hain hadis ko samne rakh kar ke.</w:t>
      </w:r>
    </w:p>
    <w:p>
      <w:pPr>
        <w:jc w:val="right"/>
      </w:pPr>
      <w:r>
        <w:t>یہ ہیں تین شرطیں توبہ کی جو علماء نے مقرر کی ہیں حدیث کو سامنے رکھ کر کے۔</w:t>
      </w:r>
    </w:p>
    <w:p>
      <w:r>
        <w:rPr>
          <w:b/>
        </w:rPr>
        <w:t xml:space="preserve">[1:16:43] </w:t>
      </w:r>
      <w:r>
        <w:t>das question is from doctor farida khanam from</w:t>
      </w:r>
    </w:p>
    <w:p>
      <w:pPr>
        <w:jc w:val="right"/>
      </w:pPr>
      <w:r>
        <w:t>دس کوسچن از فرام ڈاکٹر فریدہ خانم فرام</w:t>
      </w:r>
    </w:p>
    <w:p>
      <w:r>
        <w:rPr>
          <w:b/>
        </w:rPr>
        <w:t xml:space="preserve">[1:16:48] </w:t>
      </w:r>
      <w:r>
        <w:t>Delhi. The Sufis believe that repetition of divine name is necessary for concentration. Is it right? If not, how can we develop concentration without it? Dekhiye, woh jo un ka tareeqa hai, woh concentration for the sake of concentration to koi cheez nahin hai. koi maqsad is ka hona chahiye na? main manta hoon ke agar koi shakhs Allah, Allah, Allah, Allah, subah</w:t>
      </w:r>
    </w:p>
    <w:p>
      <w:pPr>
        <w:jc w:val="right"/>
      </w:pPr>
      <w:r>
        <w:t>دہلی۔ دا صوفیز بیلیو دیٹ ریپیٹیشن اف ڈیوائن نیم از نیسیسری فار کنسنٹریشن۔ از اٹ رائٹ؟ اف ناٹ، ہاؤ کین وی ڈویلپ کنسنٹریشن ودا آؤٹ اٹ؟ دیکھیں، وہ جو ان کا طریقہ ہے، وہ کنسنٹریشن فار دا سیک اف کنسنٹریشن تو کوئی چیز نہیں ہے۔ کوئی مقصد اس کا ہونا چاہیے نا؟ میں مانتا ہوں کہ اگر کوئی شخص اللہ، اللہ، اللہ، اللہ، صبح</w:t>
      </w:r>
    </w:p>
    <w:p>
      <w:r>
        <w:rPr>
          <w:b/>
        </w:rPr>
        <w:t xml:space="preserve">[1:17:18] </w:t>
      </w:r>
      <w:r>
        <w:t>sham kare to concentration ho jayega, lekin maqsad kya hai is ka? is hone se to kuch</w:t>
      </w:r>
    </w:p>
    <w:p>
      <w:pPr>
        <w:jc w:val="right"/>
      </w:pPr>
      <w:r>
        <w:t>شام کرے تو کنسنٹریشن ہو جائے گا، لیکن مقصد کیا ہے اس کا؟ اس ہونے سے تو کچھ</w:t>
      </w:r>
    </w:p>
    <w:p>
      <w:r>
        <w:rPr>
          <w:b/>
        </w:rPr>
        <w:t xml:space="preserve">[1:17:23] </w:t>
      </w:r>
      <w:r>
        <w:t>kuch bhi nahi.</w:t>
      </w:r>
    </w:p>
    <w:p>
      <w:pPr>
        <w:jc w:val="right"/>
      </w:pPr>
      <w:r>
        <w:t>کچھ بھی نہیں۔</w:t>
      </w:r>
    </w:p>
    <w:p>
      <w:r>
        <w:rPr>
          <w:b/>
        </w:rPr>
        <w:t xml:space="preserve">[1:17:27] </w:t>
      </w:r>
      <w:r>
        <w:t>wo concentration for the sake of concentration nahi hai, kisi aur cheez ke liye hai.</w:t>
      </w:r>
    </w:p>
    <w:p>
      <w:pPr>
        <w:jc w:val="right"/>
      </w:pPr>
      <w:r>
        <w:t>وہ کنسنٹریشن فار دا سیک اف کنسنٹریشن نہیں ہے، کسی اور چیز کے لیے ہے۔</w:t>
      </w:r>
    </w:p>
    <w:p>
      <w:r>
        <w:rPr>
          <w:b/>
        </w:rPr>
        <w:t xml:space="preserve">[1:17:31] </w:t>
      </w:r>
      <w:r>
        <w:t>wo kya hai? ghaur, tadabbur, sochna.</w:t>
      </w:r>
    </w:p>
    <w:p>
      <w:pPr>
        <w:jc w:val="right"/>
      </w:pPr>
      <w:r>
        <w:t>وہ کیا ہے؟ غور، تدبر، سوچنا۔</w:t>
      </w:r>
    </w:p>
    <w:p>
      <w:r>
        <w:rPr>
          <w:b/>
        </w:rPr>
        <w:t xml:space="preserve">[1:17:35] </w:t>
      </w:r>
      <w:r>
        <w:t>asal cheez wo hai.</w:t>
      </w:r>
    </w:p>
    <w:p>
      <w:pPr>
        <w:jc w:val="right"/>
      </w:pPr>
      <w:r>
        <w:t>اصل چیز وہ ہے۔</w:t>
      </w:r>
    </w:p>
    <w:p>
      <w:r>
        <w:rPr>
          <w:b/>
        </w:rPr>
        <w:t xml:space="preserve">[1:17:40] </w:t>
      </w:r>
      <w:r>
        <w:t>to asal mein jo concentration darkar hai, wo yeh hai ke aap dunya ke jhamelon se apne zehan hatayein.</w:t>
      </w:r>
    </w:p>
    <w:p>
      <w:pPr>
        <w:jc w:val="right"/>
      </w:pPr>
      <w:r>
        <w:t>تو اصل میں جو کنسنٹریشن درکار ہے، وہ یہ ہے کہ آپ دنیا کے جھمیلوں سے اپنے ذہن ہٹائیں۔</w:t>
      </w:r>
    </w:p>
    <w:p>
      <w:r>
        <w:rPr>
          <w:b/>
        </w:rPr>
        <w:t xml:space="preserve">[1:17:44] </w:t>
      </w:r>
      <w:r>
        <w:t>jaise misaal ke taur par har ghar mein kya hota hai? tasty khane ka riwaj</w:t>
      </w:r>
    </w:p>
    <w:p>
      <w:pPr>
        <w:jc w:val="right"/>
      </w:pPr>
      <w:r>
        <w:t>جیسے مثال کے طور پر ہر گھر میں کیا ہوتا ہے؟ ٹیسٹی کھانے کا رواج</w:t>
      </w:r>
    </w:p>
    <w:p>
      <w:r>
        <w:rPr>
          <w:b/>
        </w:rPr>
        <w:t xml:space="preserve">[1:17:48] </w:t>
      </w:r>
      <w:r>
        <w:t>hai.</w:t>
      </w:r>
    </w:p>
    <w:p>
      <w:pPr>
        <w:jc w:val="right"/>
      </w:pPr>
      <w:r>
        <w:t>ہے۔</w:t>
      </w:r>
    </w:p>
    <w:p>
      <w:r>
        <w:rPr>
          <w:b/>
        </w:rPr>
        <w:t xml:space="preserve">[1:17:53] </w:t>
      </w:r>
      <w:r>
        <w:t>tasty khane to wo aap ke concentration ko khatam karta hai.</w:t>
      </w:r>
    </w:p>
    <w:p>
      <w:pPr>
        <w:jc w:val="right"/>
      </w:pPr>
      <w:r>
        <w:t>ٹیسٹی کھانے تو وہ آپ کے کنسنٹریشن کو ختم کرتا ہے۔</w:t>
      </w:r>
    </w:p>
    <w:p>
      <w:r>
        <w:rPr>
          <w:b/>
        </w:rPr>
        <w:t xml:space="preserve">[1:17:57] </w:t>
      </w:r>
      <w:r>
        <w:t>tasty khana aur aisa furniture, waisa makan, waise hi car, isi mein log phanse rehte hain.</w:t>
      </w:r>
    </w:p>
    <w:p>
      <w:pPr>
        <w:jc w:val="right"/>
      </w:pPr>
      <w:r>
        <w:t>ٹیسٹی کھانا اور ایسا فرنیچر، ویسا مکان، ویسے ہی کار، اسی میں لوگ پھنسے رہتے ہیں۔</w:t>
      </w:r>
    </w:p>
    <w:p>
      <w:r>
        <w:rPr>
          <w:b/>
        </w:rPr>
        <w:t xml:space="preserve">[1:18:01] </w:t>
      </w:r>
      <w:r>
        <w:t>to wo aap ko ek cheez par focus karne nahi deti.</w:t>
      </w:r>
    </w:p>
    <w:p>
      <w:pPr>
        <w:jc w:val="right"/>
      </w:pPr>
      <w:r>
        <w:t>تو وہ آپ کو ایک چیز پر فوکس کرنے نہیں دیتی۔</w:t>
      </w:r>
    </w:p>
    <w:p>
      <w:r>
        <w:rPr>
          <w:b/>
        </w:rPr>
        <w:t xml:space="preserve">[1:18:06] </w:t>
      </w:r>
      <w:r>
        <w:t>to focus karne ka maqsad yeh hai ke aap sochne ke liye farigh ho jayen.</w:t>
      </w:r>
    </w:p>
    <w:p>
      <w:pPr>
        <w:jc w:val="right"/>
      </w:pPr>
      <w:r>
        <w:t>تو فوکس کرنے کا مقصد یہ ہے کہ آپ سوچنے کے لیے فارغ ہو جائیں۔</w:t>
      </w:r>
    </w:p>
    <w:p>
      <w:r>
        <w:rPr>
          <w:b/>
        </w:rPr>
        <w:t xml:space="preserve">[1:18:10] </w:t>
      </w:r>
      <w:r>
        <w:t>yeh nahi ke bas khali focus kar ke baithe rahen.</w:t>
      </w:r>
    </w:p>
    <w:p>
      <w:pPr>
        <w:jc w:val="right"/>
      </w:pPr>
      <w:r>
        <w:t>یہ نہیں کہ بس خالی فوکس کر کے بیٹھے رہیں۔</w:t>
      </w:r>
    </w:p>
    <w:p>
      <w:r>
        <w:rPr>
          <w:b/>
        </w:rPr>
        <w:t xml:space="preserve">[1:18:14] </w:t>
      </w:r>
      <w:r>
        <w:t>yani jo sufiyon ka muamla hai, to woh cons</w:t>
      </w:r>
    </w:p>
    <w:p>
      <w:pPr>
        <w:jc w:val="right"/>
      </w:pPr>
      <w:r>
        <w:t>یعنی جو صوفیوں کا معاملہ ہے، تو وہ کنس</w:t>
      </w:r>
    </w:p>
    <w:p>
      <w:r>
        <w:rPr>
          <w:b/>
        </w:rPr>
        <w:t xml:space="preserve">[1:18:18] </w:t>
      </w:r>
      <w:r>
        <w:t>nutrition for the sake of concentration ban jata hai.</w:t>
      </w:r>
    </w:p>
    <w:p>
      <w:pPr>
        <w:jc w:val="right"/>
      </w:pPr>
      <w:r>
        <w:t>نٹریشن فار دا سیک اف کنسنٹریشن بن جاتا ہے۔</w:t>
      </w:r>
    </w:p>
    <w:p>
      <w:r>
        <w:rPr>
          <w:b/>
        </w:rPr>
        <w:t xml:space="preserve">[1:18:23] </w:t>
      </w:r>
      <w:r>
        <w:t>یعنی focus for the sake of focus ke woh dete hain.</w:t>
      </w:r>
    </w:p>
    <w:p>
      <w:pPr>
        <w:jc w:val="right"/>
      </w:pPr>
      <w:r>
        <w:t>یعنی فوکس فار دا سیک اف فوکس کہ وہ دیتے ہیں۔</w:t>
      </w:r>
    </w:p>
    <w:p>
      <w:r>
        <w:rPr>
          <w:b/>
        </w:rPr>
        <w:t xml:space="preserve">[1:18:27] </w:t>
      </w:r>
      <w:r>
        <w:t>focus ka matlab hai ke apne ko bachao distraction se taake tum apne mind ko laga do sochne</w:t>
      </w:r>
    </w:p>
    <w:p>
      <w:pPr>
        <w:jc w:val="right"/>
      </w:pPr>
      <w:r>
        <w:t>فوکس کا مطلب ہے کہ اپنے کو بچاؤ ڈسٹریکشن سے تاکہ تم اپنے مائنڈ کو لگا دو سوچنے</w:t>
      </w:r>
    </w:p>
    <w:p>
      <w:r>
        <w:rPr>
          <w:b/>
        </w:rPr>
        <w:t xml:space="preserve">[1:18:31] </w:t>
      </w:r>
      <w:r>
        <w:t>mein, sochne mein, sochne mein.</w:t>
      </w:r>
    </w:p>
    <w:p>
      <w:pPr>
        <w:jc w:val="right"/>
      </w:pPr>
      <w:r>
        <w:t>میں، سوچنے میں، سوچنے میں۔</w:t>
      </w:r>
    </w:p>
    <w:p>
      <w:r>
        <w:rPr>
          <w:b/>
        </w:rPr>
        <w:t xml:space="preserve">[1:18:36] </w:t>
      </w:r>
      <w:r>
        <w:t>yeh concept hai hi nahi sufia ka, kyunke unka jo unka jo tasawwuf hai, woh mabni</w:t>
      </w:r>
    </w:p>
    <w:p>
      <w:pPr>
        <w:jc w:val="right"/>
      </w:pPr>
      <w:r>
        <w:t>یہ کانسیپٹ ہے ہی نہیں صوفیا کا، کیونکہ ان کا جو ان کا جو تصوف ہے، وہ مبنی</w:t>
      </w:r>
    </w:p>
    <w:p>
      <w:r>
        <w:rPr>
          <w:b/>
        </w:rPr>
        <w:t xml:space="preserve">[1:18:40] </w:t>
      </w:r>
      <w:r>
        <w:t>bar aql nahi hai, mabni bar qalb hai.</w:t>
      </w:r>
    </w:p>
    <w:p>
      <w:pPr>
        <w:jc w:val="right"/>
      </w:pPr>
      <w:r>
        <w:t>بر عقل نہیں ہے، مبنی بر قلب ہے۔</w:t>
      </w:r>
    </w:p>
    <w:p>
      <w:r>
        <w:rPr>
          <w:b/>
        </w:rPr>
        <w:t xml:space="preserve">[1:18:44] </w:t>
      </w:r>
      <w:r>
        <w:t>thinking pe base nahi karta unka</w:t>
      </w:r>
    </w:p>
    <w:p>
      <w:pPr>
        <w:jc w:val="right"/>
      </w:pPr>
      <w:r>
        <w:t>تھنکنگ پہ بیس نہیں کرتا ان کا</w:t>
      </w:r>
    </w:p>
    <w:p>
      <w:r>
        <w:rPr>
          <w:b/>
        </w:rPr>
        <w:t xml:space="preserve">[1:18:49] </w:t>
      </w:r>
      <w:r>
        <w:t xml:space="preserve"> , balkeh qalb mein zarbein lagao, qalb mein tawajjuh do, qalb ko unfold karo, us par base karta hai woh. to main samajhta hoon ke yeh yeh yeh sahi nahin hai, law of nature ke khilaf hai. 10 question is from Mr. Ramesh from Delhi. People often raise concern about why Islam allows for polygamy as they feel</w:t>
      </w:r>
    </w:p>
    <w:p>
      <w:pPr>
        <w:jc w:val="right"/>
      </w:pPr>
      <w:r>
        <w:t>، بلکہ قلب میں ضربیں لگاؤ، قلب میں توجہ دو، قلب کو ان فولڈ کرو، اس پر بیس کرتا ہے وہ۔ تو میں سمجھتا ہوں کہ یہ یہ یہ صحیح نہیں ہے، لا اف نیچر کے خلاف ہے۔ دس کوسچن از فرام مسٹر رامش فرام دہلی۔ پیپل آفن ریز کنسرن اباؤٹ وائی اسلام الاوز فار پولیگامی ایز دے فیل</w:t>
      </w:r>
    </w:p>
    <w:p>
      <w:r>
        <w:rPr>
          <w:b/>
        </w:rPr>
        <w:t xml:space="preserve">[1:19:19] </w:t>
      </w:r>
      <w:r>
        <w:t>it is not a fair thing.</w:t>
      </w:r>
    </w:p>
    <w:p>
      <w:pPr>
        <w:jc w:val="right"/>
      </w:pPr>
      <w:r>
        <w:t>اٹ از ناٹ ا فیئر تھنگ۔</w:t>
      </w:r>
    </w:p>
    <w:p>
      <w:r>
        <w:rPr>
          <w:b/>
        </w:rPr>
        <w:t xml:space="preserve">[1:19:24] </w:t>
      </w:r>
      <w:r>
        <w:t>maulana kindly throw some light on this.</w:t>
      </w:r>
    </w:p>
    <w:p>
      <w:pPr>
        <w:jc w:val="right"/>
      </w:pPr>
      <w:r>
        <w:t>مولانا کائنڈلی تھرو سم لائٹ ان دس۔</w:t>
      </w:r>
    </w:p>
    <w:p>
      <w:r>
        <w:rPr>
          <w:b/>
        </w:rPr>
        <w:t xml:space="preserve">[1:19:29] </w:t>
      </w:r>
      <w:r>
        <w:t>dekhein, polygamy jo hai, woh general rule nahi hai, woh exceptional rule hai.</w:t>
      </w:r>
    </w:p>
    <w:p>
      <w:pPr>
        <w:jc w:val="right"/>
      </w:pPr>
      <w:r>
        <w:t>دیکھیں، پولیگامی جو ہے، وہ جنرل رول نہیں ہے، وہ ایکسیپشنل رول ہے۔</w:t>
      </w:r>
    </w:p>
    <w:p>
      <w:r>
        <w:rPr>
          <w:b/>
        </w:rPr>
        <w:t xml:space="preserve">[1:19:34] </w:t>
      </w:r>
      <w:r>
        <w:t>us waqt ke jab ke aurtein surplus ho jayen, surplus ho jayen.</w:t>
      </w:r>
    </w:p>
    <w:p>
      <w:pPr>
        <w:jc w:val="right"/>
      </w:pPr>
      <w:r>
        <w:t>اس وقت کے جب کہ عورتیں سرفلس ہو جائیں، سرفلس ہو جائیں۔</w:t>
      </w:r>
    </w:p>
    <w:p>
      <w:r>
        <w:rPr>
          <w:b/>
        </w:rPr>
        <w:t xml:space="preserve">[1:19:39] </w:t>
      </w:r>
      <w:r>
        <w:t>aisa nahi ke ab khwamkhwa log chacha shadi karen.</w:t>
      </w:r>
    </w:p>
    <w:p>
      <w:pPr>
        <w:jc w:val="right"/>
      </w:pPr>
      <w:r>
        <w:t>ایسا نہیں کہ اب خوامخواہ لوگ چاچا شادی کریں۔</w:t>
      </w:r>
    </w:p>
    <w:p>
      <w:r>
        <w:rPr>
          <w:b/>
        </w:rPr>
        <w:t xml:space="preserve">[1:19:44] </w:t>
      </w:r>
      <w:r>
        <w:t>ek martaba mujh se yeh poocha gaya hai ek ek ghair mus</w:t>
      </w:r>
    </w:p>
    <w:p>
      <w:pPr>
        <w:jc w:val="right"/>
      </w:pPr>
      <w:r>
        <w:t>ایک مرتبہ مجھ سے یہ پوچھا گیا ہے ایک ایک غیر مس</w:t>
      </w:r>
    </w:p>
    <w:p>
      <w:r>
        <w:rPr>
          <w:b/>
        </w:rPr>
        <w:t xml:space="preserve">[1:19:49] </w:t>
      </w:r>
      <w:r>
        <w:t>limon ke jalse mein ke sahib, aap ke haan to chacha shadiyan ho waghera.</w:t>
      </w:r>
    </w:p>
    <w:p>
      <w:pPr>
        <w:jc w:val="right"/>
      </w:pPr>
      <w:r>
        <w:t>لموں کے جلسے میں کہ صاحب، آپ کے ہاں تو چاچا شادیاں ہو وغیرہ۔</w:t>
      </w:r>
    </w:p>
    <w:p>
      <w:r>
        <w:rPr>
          <w:b/>
        </w:rPr>
        <w:t xml:space="preserve">[1:19:54] </w:t>
      </w:r>
      <w:r>
        <w:t>maine kaha ke dekhiye, chacha shadiyan possible hi nahi hain, kyunke nature jo hai, ek equilibrium maintain karti hai.</w:t>
      </w:r>
    </w:p>
    <w:p>
      <w:pPr>
        <w:jc w:val="right"/>
      </w:pPr>
      <w:r>
        <w:t>میں نے کہا کہ دیکھیے، چاچا شادیاں پاسیبل ہی نہیں ہیں، کیونکہ نیچر جو ہے، ایک ایکولیبریم مینٹین کرتی ہے۔</w:t>
      </w:r>
    </w:p>
    <w:p>
      <w:r>
        <w:rPr>
          <w:b/>
        </w:rPr>
        <w:t xml:space="preserve">[1:19:59] </w:t>
      </w:r>
      <w:r>
        <w:t>hamesha jitne mard hote hain, aurtein jitne mard hote hain, aurtein to char shadi aap kahan se karen</w:t>
      </w:r>
    </w:p>
    <w:p>
      <w:pPr>
        <w:jc w:val="right"/>
      </w:pPr>
      <w:r>
        <w:t>ہمیشہ جتنے مرد ہوتے ہیں، عورتیں جتنے مرد ہوتے ہیں، عورتیں تو چار شادی آپ کہاں سے کریں</w:t>
      </w:r>
    </w:p>
    <w:p>
      <w:r>
        <w:rPr>
          <w:b/>
        </w:rPr>
        <w:t xml:space="preserve">[1:20:04] </w:t>
      </w:r>
      <w:r>
        <w:t>ge? ke musalmanon ne koi factory to banayi nahi hai ke wahan ladkiyan banayi jati hain.</w:t>
      </w:r>
    </w:p>
    <w:p>
      <w:pPr>
        <w:jc w:val="right"/>
      </w:pPr>
      <w:r>
        <w:t>گے؟ کہ مسلمانوں نے کوئی فیکٹری تو بنائی نہیں ہے کہ وہاں لڑکیاں بنائی جاتی ہوں۔</w:t>
      </w:r>
    </w:p>
    <w:p>
      <w:r>
        <w:rPr>
          <w:b/>
        </w:rPr>
        <w:t xml:space="preserve">[1:20:09] </w:t>
      </w:r>
      <w:r>
        <w:t>ja ke char shadi khareed lo, char ladkiyan khareed lo.</w:t>
      </w:r>
    </w:p>
    <w:p>
      <w:pPr>
        <w:jc w:val="right"/>
      </w:pPr>
      <w:r>
        <w:t>جا کے چار شادی خرید لو، چار لڑکیاں خرید لو۔</w:t>
      </w:r>
    </w:p>
    <w:p>
      <w:r>
        <w:rPr>
          <w:b/>
        </w:rPr>
        <w:t xml:space="preserve">[1:20:14] </w:t>
      </w:r>
      <w:r>
        <w:t>maine kaha yeh ek ek river hai, river,</w:t>
      </w:r>
    </w:p>
    <w:p>
      <w:pPr>
        <w:jc w:val="right"/>
      </w:pPr>
      <w:r>
        <w:t>میں نے کہا یہ ایک ایک ریور ہے، ریور،</w:t>
      </w:r>
    </w:p>
    <w:p>
      <w:r>
        <w:rPr>
          <w:b/>
        </w:rPr>
        <w:t xml:space="preserve">[1:20:19] </w:t>
      </w:r>
      <w:r>
        <w:t>kiyunke hamare paas koi factory nahin hai ke hum wahan ladkiyan supply karte hain. woh nature to supply nahin kar rahi hai. nature jo hai, zyada ladkiyan supply nahin kar rahi. hamare paas koi factory nahin hai. nature ka yeh yeh baqayda research ho chuki hai is par ke nature hamesha equilibrium maintain karti hai. jitne mard hote hain, auratein more or less. to maine kaha ke dekhiye, Germany mein aam taur par ladaiyon ke baad aisa hota hai. yeh bhi Quran</w:t>
      </w:r>
    </w:p>
    <w:p>
      <w:pPr>
        <w:jc w:val="right"/>
      </w:pPr>
      <w:r>
        <w:t>کیونکہ ہمارے پاس کوئی فیکٹری نہیں ہے کہ ہم وہاں لڑکیاں سپلائی کرتے ہوں۔ وہ نیچر تو سپلائی کر نہیں رہی ہے۔ نیچر جو ہے، زیادہ لڑکیاں سپلائی نہیں کر رہی۔ ہمارے پاس کوئی فیکٹری نہیں ہے۔ نیچر کا یہ یہ باقاعدہ یعنی ریسرچ ہو چکی ہے اس پر کہ نیچر ہمیشہ ایکولیبریم مینٹین کرتی ہے۔ جتنے مرد ہوتے ہیں، عورتیں مور آر لیس۔ تو میں نے کہا کہ دیکھیں، جرمنی میں عام طور پر لڑائیوں کے بعد ایسا ہوتا ہے۔ یہ بھی قرآن</w:t>
      </w:r>
    </w:p>
    <w:p>
      <w:r>
        <w:rPr>
          <w:b/>
        </w:rPr>
        <w:t xml:space="preserve">[1:20:49] </w:t>
      </w:r>
      <w:r>
        <w:t>mein jo aaya tha, hukum ladai ke baad aaya tha jab Madine mein auratein surplus ho gayi theen, kyunke ladai mein mard zyada mare jate hain. tab yeh aaya tha, yeh yeh koi aam hukum nahin hai. yeh to maine kaha dekhiye, Germany mein second world war ke baad kya hua ke ke bahut se mard mare gaye, logon ko husband nahin milte the. to wahan par kya hua ke auraton ne board laga diya apne ghar ke samne ke "wanted an evening guest". to that was s</w:t>
      </w:r>
    </w:p>
    <w:p>
      <w:pPr>
        <w:jc w:val="right"/>
      </w:pPr>
      <w:r>
        <w:t>میں جو آیا تھا، حکم لڑائی کے بعد آیا تھا جب مدینے میں عورتیں سرفلس ہو گئی تھیں، کیونکہ لڑائی میں مرد زیادہ مارے جاتے ہیں۔ تب یہ آیا تھا، یہ یہ کوئی عام حکم نہیں ہے۔ یہ تو میں نے کہا دیکھیں، جرمنی میں سیکنڈ ورلڈ وار کے بعد کیا ہوا کہ کہ بہت سے مرد مارے گئے، لوگوں کو ہسبینڈ نہیں ملتے تھے۔ تو وہاں پر کیا ہوا کہ عورتوں نے بورڈ لگا دیا اپنے گھر کے سامنے کہ "وانٹڈ این ایوننگ گیسٹ"۔ تو دیٹ واز س</w:t>
      </w:r>
    </w:p>
    <w:p>
      <w:r>
        <w:rPr>
          <w:b/>
        </w:rPr>
        <w:t xml:space="preserve">[1:21:19] </w:t>
      </w:r>
      <w:r>
        <w:t>exual anarchy. to maine kaha ke dekhiye, aisi shakal mein jab auratein surplus ho jayein to aap ke do mein se ek aapshn hai, yani ya to polygamy ya sexual anarchy. is mein monogamy to pasible hi nahin rehti. aap kya karenge? to aap ne aap yeh na kahiye ke Islam mein polygamy. yeh na kahiye, yeh kahiye ke is tarah ki situation mein hum ne sexual anarchy ka option le rak</w:t>
      </w:r>
    </w:p>
    <w:p>
      <w:pPr>
        <w:jc w:val="right"/>
      </w:pPr>
      <w:r>
        <w:t>یکشول انارکی۔ تو میں نے کہا کہ دیکھیں، ایسی شکل میں جب عورتیں سرفلس ہو جائیں تو آپ کے دو میں سے ایک آپشن ہے، یعنی یا تو پولیگمی یا سیکشول انارکی۔ اس میں مانیگمی تو پاسیبل ہی نہیں رہتی۔ آپ کیا کریں گے؟ تو آپ نے آپ یہ نہ کہیے کہ اسلام میں پولیگمی۔ یہ نہ کہیے، یہ کہیے کہ اس طرح کی سچوئیشن میں ہم نے سیکشول انارکی کا آپشن لے رکھ</w:t>
      </w:r>
    </w:p>
    <w:p>
      <w:r>
        <w:rPr>
          <w:b/>
        </w:rPr>
        <w:t xml:space="preserve">[1:21:49] </w:t>
      </w:r>
      <w:r>
        <w:t>ha hai aur Islam ne polygamy ka option le rakha hai. aap galat, aap yani aap ka aap ka jo aap aap ka jo woh hai, yani remark hai, wahi galat hai. woh yeh masla option ka mamla hai, kyunke char char shadi pasible hi nahin hai jab nature chaugna ladkiyan supply nahin kar rahi. to to maine kaha Germany walon ne wahan masla paida hua</w:t>
      </w:r>
    </w:p>
    <w:p>
      <w:pPr>
        <w:jc w:val="right"/>
      </w:pPr>
      <w:r>
        <w:t>ا ہے اور اسلام نے پولیگمی کا آپشن لے رکھا ہے۔ آپ غلط، آپ یعنی آپ کا آپ کا جو آپ آپ کا جو وہ ہے، یعنی ریمارک ہے، وہی غلط ہے۔ وہ یہ مسئلہ آپشن کا معاملہ ہے، کیونکہ چار چار شادی پاسیبل ہی نہیں ہے جب نیچر چوگنا لڑکیاں سپلائی نہیں کر رہی۔ تو تو میں نے کہا جرمنی والوں نے وہاں مسئلہ پیدا ہوا</w:t>
      </w:r>
    </w:p>
    <w:p>
      <w:r>
        <w:rPr>
          <w:b/>
        </w:rPr>
        <w:t xml:space="preserve">[1:22:19] </w:t>
      </w:r>
      <w:r>
        <w:t xml:space="preserve"> , surplus ho gayi auratein. to wahan unhone kya kiya ke sexual anarchy ko allow kar diya. Islam nahin pasand karta hai is ko, is liye Islam ne polygamy ko allow kar diya hai. to is tarah ki situation ke liye aam taur par to ek hi aurat hai, ek mard bas fuahedata. aam jo rule hai, woh sirf ek aurat hai, ek mard, ek aurat aur mard bas. yeh to khatam. 10 question is from Slash Malhotra from Singapore. Maulana, I have</w:t>
      </w:r>
    </w:p>
    <w:p>
      <w:pPr>
        <w:jc w:val="right"/>
      </w:pPr>
      <w:r>
        <w:t>، سرفلس ہو گئی عورتیں۔ تو وہاں انہوں نے کیا کیا کہ سیکشول انارکی کو الاؤ کر دیا۔ اسلام نہیں پسند کرتا ہے اس کو، اس لیے اسلام نے پولیگمی کو الاؤ کر دیا ہے۔ تو اس طرح کی سچوئیشن کے لیے عام طور پر تو ایک ہی عورت ہے، ایک مرد بس فواحدتا۔ عام جو رول ہے، وہ صرف ایک عورت ہے، ایک مرد، ایک عورت اور مرد بس۔ یہ تو ختم۔ دس کوسچن از فرام سلیش ملہوترا فرام سنگاپور۔ مولانا، آئی ہیو</w:t>
      </w:r>
    </w:p>
    <w:p>
      <w:r>
        <w:rPr>
          <w:b/>
        </w:rPr>
        <w:t xml:space="preserve">[1:22:49] </w:t>
      </w:r>
      <w:r>
        <w:t>a question for you which is coming from a very recent conversation with some of my colleagues in</w:t>
      </w:r>
    </w:p>
    <w:p>
      <w:pPr>
        <w:jc w:val="right"/>
      </w:pPr>
      <w:r>
        <w:t>اے کوسچن فار یو وچ از کمنگ فرام اے ویری ریسنٹ کنورسیشن ود سم اف مائی کولیگز ان</w:t>
      </w:r>
    </w:p>
    <w:p>
      <w:r>
        <w:rPr>
          <w:b/>
        </w:rPr>
        <w:t xml:space="preserve">[1:22:56] </w:t>
      </w:r>
      <w:r>
        <w:t>australia who were blaming Islam for today's problems.</w:t>
      </w:r>
    </w:p>
    <w:p>
      <w:pPr>
        <w:jc w:val="right"/>
      </w:pPr>
      <w:r>
        <w:t>آسٹریلیا ہو وار بلیمنگ اسلام فار ٹوڈے پروبلمز۔</w:t>
      </w:r>
    </w:p>
    <w:p>
      <w:r>
        <w:rPr>
          <w:b/>
        </w:rPr>
        <w:t xml:space="preserve">[1:23:02] </w:t>
      </w:r>
      <w:r>
        <w:t>one of them commented commented that the reason Muslims are not under control because they do not have</w:t>
      </w:r>
    </w:p>
    <w:p>
      <w:pPr>
        <w:jc w:val="right"/>
      </w:pPr>
      <w:r>
        <w:t>ون اف دیم کمنٹ کمنٹڈ دیٹ دا ریزن مسلمز آر ناٹ انڈر کنٹرول بیکاز دے ڈو ناٹ ہیو</w:t>
      </w:r>
    </w:p>
    <w:p>
      <w:r>
        <w:rPr>
          <w:b/>
        </w:rPr>
        <w:t xml:space="preserve">[1:23:08] </w:t>
      </w:r>
      <w:r>
        <w:t>a central or head of the Muslim religion like Christians have in their pope.</w:t>
      </w:r>
    </w:p>
    <w:p>
      <w:pPr>
        <w:jc w:val="right"/>
      </w:pPr>
      <w:r>
        <w:t>اے سینٹرل اور ہیڈ اف دا مسلم ریلیجن لائک کرسچنز ہیو ان دیر پوپ۔</w:t>
      </w:r>
    </w:p>
    <w:p>
      <w:r>
        <w:rPr>
          <w:b/>
        </w:rPr>
        <w:t xml:space="preserve">[1:23:14] </w:t>
      </w:r>
      <w:r>
        <w:t>so there is no one to explain or guide them.</w:t>
      </w:r>
    </w:p>
    <w:p>
      <w:pPr>
        <w:jc w:val="right"/>
      </w:pPr>
      <w:r>
        <w:t>سو دیر از نو ون ٹو ایکسپلین اور گائیڈ دیم۔</w:t>
      </w:r>
    </w:p>
    <w:p>
      <w:r>
        <w:rPr>
          <w:b/>
        </w:rPr>
        <w:t xml:space="preserve">[1:23:20] </w:t>
      </w:r>
      <w:r>
        <w:t>My response to them was that Quran is the guide for all of us.</w:t>
      </w:r>
    </w:p>
    <w:p>
      <w:pPr>
        <w:jc w:val="right"/>
      </w:pPr>
      <w:r>
        <w:t>مائی رسپانس ٹو دیم واز دیٹ قرآن از دا گائیڈ فار آل اف اس۔</w:t>
      </w:r>
    </w:p>
    <w:p>
      <w:r>
        <w:rPr>
          <w:b/>
        </w:rPr>
        <w:t xml:space="preserve">[1:23:25] </w:t>
      </w:r>
      <w:r>
        <w:t>Their response again was that Quran interpretation may vary and this is creating problems.</w:t>
      </w:r>
    </w:p>
    <w:p>
      <w:pPr>
        <w:jc w:val="right"/>
      </w:pPr>
      <w:r>
        <w:t>دیر رسپانس اگین واز دیٹ قرآن انٹرپریٹیشن میں ویری اینڈ دس از کریٹنگ پرابلمز۔</w:t>
      </w:r>
    </w:p>
    <w:p>
      <w:r>
        <w:rPr>
          <w:b/>
        </w:rPr>
        <w:t xml:space="preserve">[1:23:30] </w:t>
      </w:r>
      <w:r>
        <w:t>molana, please throw some light on this issue.</w:t>
      </w:r>
    </w:p>
    <w:p>
      <w:pPr>
        <w:jc w:val="right"/>
      </w:pPr>
      <w:r>
        <w:t>مولانا، پلیز تھرو سم لائٹ ان دس ایشو۔</w:t>
      </w:r>
    </w:p>
    <w:p>
      <w:r>
        <w:rPr>
          <w:b/>
        </w:rPr>
        <w:t xml:space="preserve">[1:23:36] </w:t>
      </w:r>
      <w:r>
        <w:t>yeh to koi baat hi nahi hai.</w:t>
      </w:r>
    </w:p>
    <w:p>
      <w:pPr>
        <w:jc w:val="right"/>
      </w:pPr>
      <w:r>
        <w:t>یہ تو کوئی بات ہی نہیں ہے۔</w:t>
      </w:r>
    </w:p>
    <w:p>
      <w:r>
        <w:rPr>
          <w:b/>
        </w:rPr>
        <w:t xml:space="preserve">[1:23:41] </w:t>
      </w:r>
      <w:r>
        <w:t>jahan control hai, wahan kya fasad bigad nahi hai? yani christian lade the do sab se bari ladaian.</w:t>
      </w:r>
    </w:p>
    <w:p>
      <w:pPr>
        <w:jc w:val="right"/>
      </w:pPr>
      <w:r>
        <w:t>جہاں کنٹرول ہے، وہاں کیا فساد بگاڑ نہیں ہے؟ یعنی کرسچنی لڑے تھے دو سب سے بڑی لڑائیاں۔</w:t>
      </w:r>
    </w:p>
    <w:p>
      <w:r>
        <w:rPr>
          <w:b/>
        </w:rPr>
        <w:t xml:space="preserve">[1:23:46] </w:t>
      </w:r>
      <w:r>
        <w:t>First World War and Second World War kaun lada tha?</w:t>
      </w:r>
    </w:p>
    <w:p>
      <w:pPr>
        <w:jc w:val="right"/>
      </w:pPr>
      <w:r>
        <w:t>فرسٹ ورلڈ وار اور سیکنڈ ورلڈ وار کون لڑا تھا؟</w:t>
      </w:r>
    </w:p>
    <w:p>
      <w:r>
        <w:rPr>
          <w:b/>
        </w:rPr>
        <w:t xml:space="preserve">[1:23:51] </w:t>
      </w:r>
      <w:r>
        <w:t>buddhist aur jain thori lade the? woh dono taraf christian the, idhar bhi christian, idhar bhi christian.</w:t>
      </w:r>
    </w:p>
    <w:p>
      <w:pPr>
        <w:jc w:val="right"/>
      </w:pPr>
      <w:r>
        <w:t>بدھسٹ اور جینی تھوڑی لڑے تھے؟ وہ دونوں طرف کرسچن تھے، ادھر بھی کرسچن، ادھر بھی کرسچن۔</w:t>
      </w:r>
    </w:p>
    <w:p>
      <w:r>
        <w:rPr>
          <w:b/>
        </w:rPr>
        <w:t xml:space="preserve">[1:23:56] </w:t>
      </w:r>
      <w:r>
        <w:t>yeh to koi baat nahi hai.</w:t>
      </w:r>
    </w:p>
    <w:p>
      <w:pPr>
        <w:jc w:val="right"/>
      </w:pPr>
      <w:r>
        <w:t>یہ تو کوئی بات نہیں ہے۔</w:t>
      </w:r>
    </w:p>
    <w:p>
      <w:r>
        <w:rPr>
          <w:b/>
        </w:rPr>
        <w:t xml:space="preserve">[1:24:01] </w:t>
      </w:r>
      <w:r>
        <w:t>yeh koi baat nahi hai ke musalmanon ka ek pope ho to larai nahi hogi.</w:t>
      </w:r>
    </w:p>
    <w:p>
      <w:pPr>
        <w:jc w:val="right"/>
      </w:pPr>
      <w:r>
        <w:t>یہ کوئی بات نہیں ہے کہ مسلمانوں کا ایک پوپ ہو تو لڑائی نہیں ہوگی۔</w:t>
      </w:r>
    </w:p>
    <w:p>
      <w:r>
        <w:rPr>
          <w:b/>
        </w:rPr>
        <w:t xml:space="preserve">[1:24:06] </w:t>
      </w:r>
      <w:r>
        <w:t>to christian to pope hai, to larai kyun hui? india mein hamara ek prime minister hai, phir bhi</w:t>
      </w:r>
    </w:p>
    <w:p>
      <w:pPr>
        <w:jc w:val="right"/>
      </w:pPr>
      <w:r>
        <w:t>تو کرسچن تو پوپ ہے، تو لڑائی کیوں ہوئی؟ انڈیا میں ہمارا ایک پرائم منسٹر ہے، پھر بھی</w:t>
      </w:r>
    </w:p>
    <w:p>
      <w:r>
        <w:rPr>
          <w:b/>
        </w:rPr>
        <w:t xml:space="preserve">[1:24:12] </w:t>
      </w:r>
      <w:r>
        <w:t>naxalism kyun yahan par hai? maozavi kyun yahan par hai? rozana bomb marte hain log.</w:t>
      </w:r>
    </w:p>
    <w:p>
      <w:pPr>
        <w:jc w:val="right"/>
      </w:pPr>
      <w:r>
        <w:t>نکسلیزم کیوں یہاں پر ہے؟ معاویز کیوں یہاں پر ہے؟ روزانہ بم مارتے ہیں لوگ۔</w:t>
      </w:r>
    </w:p>
    <w:p>
      <w:r>
        <w:rPr>
          <w:b/>
        </w:rPr>
        <w:t xml:space="preserve">[1:24:17] </w:t>
      </w:r>
      <w:r>
        <w:t>ek central authority to maujood hai prime min</w:t>
      </w:r>
    </w:p>
    <w:p>
      <w:pPr>
        <w:jc w:val="right"/>
      </w:pPr>
      <w:r>
        <w:t>ایک سینٹرل اتھارٹی تو موجود ہے پرائم من</w:t>
      </w:r>
    </w:p>
    <w:p>
      <w:r>
        <w:rPr>
          <w:b/>
        </w:rPr>
        <w:t xml:space="preserve">[1:24:22] </w:t>
      </w:r>
      <w:r>
        <w:t>ister ki shakal mein.</w:t>
      </w:r>
    </w:p>
    <w:p>
      <w:pPr>
        <w:jc w:val="right"/>
      </w:pPr>
      <w:r>
        <w:t>سٹر کی شکل میں۔</w:t>
      </w:r>
    </w:p>
    <w:p>
      <w:r>
        <w:rPr>
          <w:b/>
        </w:rPr>
        <w:t xml:space="preserve">[1:24:25] </w:t>
      </w:r>
      <w:r>
        <w:t>yeh hai misuse of freedom ka qissa.</w:t>
      </w:r>
    </w:p>
    <w:p>
      <w:pPr>
        <w:jc w:val="right"/>
      </w:pPr>
      <w:r>
        <w:t>یہ ہے مس یوز اف فریڈم کا قصہ۔</w:t>
      </w:r>
    </w:p>
    <w:p>
      <w:r>
        <w:rPr>
          <w:b/>
        </w:rPr>
        <w:t xml:space="preserve">[1:24:29] </w:t>
      </w:r>
      <w:r>
        <w:t>Misuse of freedom always, in every environment, is everywhere.</w:t>
      </w:r>
    </w:p>
    <w:p>
      <w:pPr>
        <w:jc w:val="right"/>
      </w:pPr>
      <w:r>
        <w:t>مس یوز اف فریڈم ہمیشہ ہر ہر ماحول میں ہے، ہر جگہ ہے۔</w:t>
      </w:r>
    </w:p>
    <w:p>
      <w:r>
        <w:rPr>
          <w:b/>
        </w:rPr>
        <w:t xml:space="preserve">[1:24:33] </w:t>
      </w:r>
      <w:r>
        <w:t>اب جس ہر ملک میں ایک Prime Minister ہے، تو کیا وہ وہاں پر سب سب سب کچھ</w:t>
      </w:r>
    </w:p>
    <w:p>
      <w:pPr>
        <w:jc w:val="right"/>
      </w:pPr>
      <w:r>
        <w:t>اب جس ہر ملک میں ایک پرائم منسٹر ہے، تو کیا وہ وہاں پر سب سب سب کچھ</w:t>
      </w:r>
    </w:p>
    <w:p>
      <w:r>
        <w:rPr>
          <w:b/>
        </w:rPr>
        <w:t xml:space="preserve">[1:24:37] </w:t>
      </w:r>
      <w:r>
        <w:t>ideal hai? wahan par phir bhi log misuse karte hain apne freedom ka.</w:t>
      </w:r>
    </w:p>
    <w:p>
      <w:pPr>
        <w:jc w:val="right"/>
      </w:pPr>
      <w:r>
        <w:t>آئیڈیل ہے؟ وہاں پر پھر بھی لوگ مس یوز کرتے ہیں اپنے فریڈم کا۔</w:t>
      </w:r>
    </w:p>
    <w:p>
      <w:r>
        <w:rPr>
          <w:b/>
        </w:rPr>
        <w:t xml:space="preserve">[1:24:40] </w:t>
      </w:r>
      <w:r>
        <w:t>yeh to ajeeb o ghareeb sawal hai.</w:t>
      </w:r>
    </w:p>
    <w:p>
      <w:pPr>
        <w:jc w:val="right"/>
      </w:pPr>
      <w:r>
        <w:t>یہ تو عجیب و غریب سوال ہے۔</w:t>
      </w:r>
    </w:p>
    <w:p>
      <w:r>
        <w:rPr>
          <w:b/>
        </w:rPr>
        <w:t xml:space="preserve">[1:24:44] </w:t>
      </w:r>
      <w:r>
        <w:t>یعنی ان کو پتہ نہیں کہ Second World War اور First War کس نے کی تھی؟ تو Christian</w:t>
      </w:r>
    </w:p>
    <w:p>
      <w:pPr>
        <w:jc w:val="right"/>
      </w:pPr>
      <w:r>
        <w:t>یعنی ان کو پتہ نہیں کہ سیکنڈ ورلڈ وار اور فرسٹ وار کس نے کی تھی؟ تو کرسچن</w:t>
      </w:r>
    </w:p>
    <w:p>
      <w:r>
        <w:rPr>
          <w:b/>
        </w:rPr>
        <w:t xml:space="preserve">[1:24:48] </w:t>
      </w:r>
      <w:r>
        <w:t>ne ki thi.</w:t>
      </w:r>
    </w:p>
    <w:p>
      <w:pPr>
        <w:jc w:val="right"/>
      </w:pPr>
      <w:r>
        <w:t>نے کی تھی۔</w:t>
      </w:r>
    </w:p>
    <w:p>
      <w:r>
        <w:rPr>
          <w:b/>
        </w:rPr>
        <w:t xml:space="preserve">[1:24:52] </w:t>
      </w:r>
      <w:r>
        <w:t>yeh kaha ek pop hai rom mein. to kyon phir ladaai kyon hui? nahin, yeh hai misuse of freedom ka maamla. jahan tak musalmanon ki maujooda maintenance hai, iska taalluq islam se nahin hai. woh woh to main isko keh doon, yeh kehta hoon jahad nahin hai, fasad hai. yeh wahi misuse hai. to misuse to har ek karta hai. india mein misuse hota hai freedom ka. to musalman freedom misuse karte hain. freedom ka to mis</w:t>
      </w:r>
    </w:p>
    <w:p>
      <w:pPr>
        <w:jc w:val="right"/>
      </w:pPr>
      <w:r>
        <w:t>یہ کہا ایک پوپ ہے روم میں۔ تو کیوں پھر لڑائی کیوں ہوئی؟ نہیں، یہ ہے مس یوز اف فریڈم کا معاملہ۔ جہاں تک مسلمانوں کی موجودہ مینٹینسی ہے، اس کا تعلق اسلام سے نہیں ہے۔ وہ وہ تو میں اس کو کہہ دوں، یہ کہتا ہوں جہاد نہیں ہے، فساد ہے۔ یہ وہی مس یوز ہے۔ تو مس یوز تو ہر ایک کرتا ہے۔ انڈیا میں مس یوز ہوتا ہے فریڈم کا۔ تو مسلمان فریڈم مس یوز کرتے ہیں۔ فریڈم کا تو مس</w:t>
      </w:r>
    </w:p>
    <w:p>
      <w:r>
        <w:rPr>
          <w:b/>
        </w:rPr>
        <w:t xml:space="preserve">[1:25:22] </w:t>
      </w:r>
      <w:r>
        <w:t>use of freedom کا جو کیس ہے، اس کو آپ قرآن پہ کیسے ڈال دیں گے؟ قرآن انسان</w:t>
      </w:r>
    </w:p>
    <w:p>
      <w:pPr>
        <w:jc w:val="right"/>
      </w:pPr>
      <w:r>
        <w:t>یوز اف فریڈم کا جو کیس ہے، اس کو آپ قرآن پہ کیسے ڈال دیں گے؟ قرآن انسان</w:t>
      </w:r>
    </w:p>
    <w:p>
      <w:r>
        <w:rPr>
          <w:b/>
        </w:rPr>
        <w:t xml:space="preserve">[1:25:26] </w:t>
      </w:r>
      <w:r>
        <w:t>ko khuda ne azadi di hai.</w:t>
      </w:r>
    </w:p>
    <w:p>
      <w:pPr>
        <w:jc w:val="right"/>
      </w:pPr>
      <w:r>
        <w:t>کو خدا نے آزادی دی ہے۔</w:t>
      </w:r>
    </w:p>
    <w:p>
      <w:r>
        <w:rPr>
          <w:b/>
        </w:rPr>
        <w:t xml:space="preserve">[1:25:29] </w:t>
      </w:r>
      <w:r>
        <w:t>aaj kal to aap azadi aam ho gayi hai.</w:t>
      </w:r>
    </w:p>
    <w:p>
      <w:pPr>
        <w:jc w:val="right"/>
      </w:pPr>
      <w:r>
        <w:t>آج کل تو آپ آزادی عام ہو گئی ہے۔</w:t>
      </w:r>
    </w:p>
    <w:p>
      <w:r>
        <w:rPr>
          <w:b/>
        </w:rPr>
        <w:t xml:space="preserve">[1:25:33] </w:t>
      </w:r>
      <w:r>
        <w:t>sabhi log azad hain.</w:t>
      </w:r>
    </w:p>
    <w:p>
      <w:pPr>
        <w:jc w:val="right"/>
      </w:pPr>
      <w:r>
        <w:t>سبھی لوگ آزاد ہیں۔</w:t>
      </w:r>
    </w:p>
    <w:p>
      <w:r>
        <w:rPr>
          <w:b/>
        </w:rPr>
        <w:t xml:space="preserve">[1:25:37] </w:t>
      </w:r>
      <w:r>
        <w:t>to apni azadi ko misuse karte hain log.</w:t>
      </w:r>
    </w:p>
    <w:p>
      <w:pPr>
        <w:jc w:val="right"/>
      </w:pPr>
      <w:r>
        <w:t>تو اپنی آزادی کو مس یوز کرتے ہیں لوگ۔</w:t>
      </w:r>
    </w:p>
    <w:p>
      <w:r>
        <w:rPr>
          <w:b/>
        </w:rPr>
        <w:t xml:space="preserve">[1:25:41] </w:t>
      </w:r>
      <w:r>
        <w:t>to aap insan ko bataiye ke is ko misuse nahi karna chahiye.</w:t>
      </w:r>
    </w:p>
    <w:p>
      <w:pPr>
        <w:jc w:val="right"/>
      </w:pPr>
      <w:r>
        <w:t>تو آپ انسان کو بتائیے کہ اس کو مس یوز نہیں کرنا چاہیے۔</w:t>
      </w:r>
    </w:p>
    <w:p>
      <w:r>
        <w:rPr>
          <w:b/>
        </w:rPr>
        <w:t xml:space="preserve">[1:25:44] </w:t>
      </w:r>
      <w:r>
        <w:t>aap mazhab ko blame nahi de sakte.</w:t>
      </w:r>
    </w:p>
    <w:p>
      <w:pPr>
        <w:jc w:val="right"/>
      </w:pPr>
      <w:r>
        <w:t>آپ مذہب کو بلیم نہیں دے سکتے۔</w:t>
      </w:r>
    </w:p>
    <w:p>
      <w:r>
        <w:rPr>
          <w:b/>
        </w:rPr>
        <w:t xml:space="preserve">[1:25:48] </w:t>
      </w:r>
      <w:r>
        <w:t>iska taluq mazhab se kuch bhi nahi hai. molana,</w:t>
      </w:r>
    </w:p>
    <w:p>
      <w:pPr>
        <w:jc w:val="right"/>
      </w:pPr>
      <w:r>
        <w:t>اس کا تعلق مذہب سے کچھ بھی نہیں ہے۔ مولانا،</w:t>
      </w:r>
    </w:p>
    <w:p>
      <w:r>
        <w:rPr>
          <w:b/>
        </w:rPr>
        <w:t xml:space="preserve">[1:25:52] </w:t>
      </w:r>
      <w:r>
        <w:t>he has another question.</w:t>
      </w:r>
    </w:p>
    <w:p>
      <w:pPr>
        <w:jc w:val="right"/>
      </w:pPr>
      <w:r>
        <w:t>ہی ہیز انادر کوسچن۔</w:t>
      </w:r>
    </w:p>
    <w:p>
      <w:r>
        <w:rPr>
          <w:b/>
        </w:rPr>
        <w:t xml:space="preserve">[1:25:58] </w:t>
      </w:r>
      <w:r>
        <w:t>You have stressed on positive mind engineering, but when it comes to application, this becomes the most difficult</w:t>
      </w:r>
    </w:p>
    <w:p>
      <w:pPr>
        <w:jc w:val="right"/>
      </w:pPr>
      <w:r>
        <w:t>یو ہیو سٹریسڈ ان پازیٹیو مائنڈ انجینئرنگ، بٹ وین اٹ کمز ٹو ایپلیکیشن، دس بیکمز دا موسٹ ڈیفیکلٹ</w:t>
      </w:r>
    </w:p>
    <w:p>
      <w:r>
        <w:rPr>
          <w:b/>
        </w:rPr>
        <w:t xml:space="preserve">[1:26:04] </w:t>
      </w:r>
      <w:r>
        <w:t>thing to achieve.</w:t>
      </w:r>
    </w:p>
    <w:p>
      <w:pPr>
        <w:jc w:val="right"/>
      </w:pPr>
      <w:r>
        <w:t>تھنگ ٹو اچیو۔</w:t>
      </w:r>
    </w:p>
    <w:p>
      <w:r>
        <w:rPr>
          <w:b/>
        </w:rPr>
        <w:t xml:space="preserve">[1:26:10] </w:t>
      </w:r>
      <w:r>
        <w:t>You just mentioned that one must avoid distractions, and ironically this world is full of them, full of distractions. Haan, achha.</w:t>
      </w:r>
    </w:p>
    <w:p>
      <w:pPr>
        <w:jc w:val="right"/>
      </w:pPr>
      <w:r>
        <w:t>یو جسٹ مینشن دیٹ ون مسٹ اوائڈ ڈسٹریکشنز، اینڈ آئیرونکلی دس ورلڈ از فل اف دیم، فل اف ڈسٹریکشنز۔ ہاں، اچھا۔</w:t>
      </w:r>
    </w:p>
    <w:p>
      <w:r>
        <w:rPr>
          <w:b/>
        </w:rPr>
        <w:t xml:space="preserve">[1:26:16] </w:t>
      </w:r>
      <w:r>
        <w:t>Could you please advise on some good habits that all of us should inculcate?</w:t>
      </w:r>
    </w:p>
    <w:p>
      <w:pPr>
        <w:jc w:val="right"/>
      </w:pPr>
      <w:r>
        <w:t>کڈ یو پلیز ایڈوائز ان سم گڈ ہیبٹ دیٹ آل اف اس شوڈ انکل</w:t>
      </w:r>
    </w:p>
    <w:p>
      <w:r>
        <w:rPr>
          <w:b/>
        </w:rPr>
        <w:t xml:space="preserve">[1:26:22] </w:t>
      </w:r>
      <w:r>
        <w:t>can't to achieve positive mind engineering? dekhiye, option ka mamla hai.</w:t>
      </w:r>
    </w:p>
    <w:p>
      <w:pPr>
        <w:jc w:val="right"/>
      </w:pPr>
      <w:r>
        <w:t>کیٹ ٹو اچیو پازیٹیو مائنڈ انجینئرنگ؟ دیکھیے، آپشن کا معاملہ ہے۔</w:t>
      </w:r>
    </w:p>
    <w:p>
      <w:r>
        <w:rPr>
          <w:b/>
        </w:rPr>
        <w:t xml:space="preserve">[1:26:28] </w:t>
      </w:r>
      <w:r>
        <w:t>yeh option ka yani ek situation create hui, woh hai negative, unwanted.</w:t>
      </w:r>
    </w:p>
    <w:p>
      <w:pPr>
        <w:jc w:val="right"/>
      </w:pPr>
      <w:r>
        <w:t>یہ آپشن کا یعنی ایک سچوئیشن کریٹ ہوئی، وہ ہے نیگیٹیو، ان وانٹڈ۔</w:t>
      </w:r>
    </w:p>
    <w:p>
      <w:r>
        <w:rPr>
          <w:b/>
        </w:rPr>
        <w:t xml:space="preserve">[1:26:35] </w:t>
      </w:r>
      <w:r>
        <w:t>to hamare do mein se ek option hai: ya to lad jayein.</w:t>
      </w:r>
    </w:p>
    <w:p>
      <w:pPr>
        <w:jc w:val="right"/>
      </w:pPr>
      <w:r>
        <w:t>تو ہمارے دو میں سے ایک آپشن ہے: یا تو لڑ جائیں۔</w:t>
      </w:r>
    </w:p>
    <w:p>
      <w:r>
        <w:rPr>
          <w:b/>
        </w:rPr>
        <w:t xml:space="preserve">[1:26:41] </w:t>
      </w:r>
      <w:r>
        <w:t>ladne ke maani kya hote hain? aur problem badhana.</w:t>
      </w:r>
    </w:p>
    <w:p>
      <w:pPr>
        <w:jc w:val="right"/>
      </w:pPr>
      <w:r>
        <w:t>لڑنے کے معنی کیا ہوتے ہیں؟ اور پرابلم بڑھانا۔</w:t>
      </w:r>
    </w:p>
    <w:p>
      <w:r>
        <w:rPr>
          <w:b/>
        </w:rPr>
        <w:t xml:space="preserve">[1:26:47] </w:t>
      </w:r>
      <w:r>
        <w:t>aap dekhein, jo bhi aadmi</w:t>
      </w:r>
    </w:p>
    <w:p>
      <w:pPr>
        <w:jc w:val="right"/>
      </w:pPr>
      <w:r>
        <w:t>آپ دیکھیں، جو بھی آدمی</w:t>
      </w:r>
    </w:p>
    <w:p>
      <w:r>
        <w:rPr>
          <w:b/>
        </w:rPr>
        <w:t xml:space="preserve">[1:26:53] </w:t>
      </w:r>
      <w:r>
        <w:t>اس کو excuse بناتا ہے، excuse بنا کے لڑتا ہے، تو کیا ہوتا ہے؟ heavy price دینا پڑتا</w:t>
      </w:r>
    </w:p>
    <w:p>
      <w:pPr>
        <w:jc w:val="right"/>
      </w:pPr>
      <w:r>
        <w:t>اس کو ایکسکیوز بناتا ہے، ایکسکیوز بنا کے لڑتا ہے، تو کیا ہوتا ہے؟ ہیوی پرائز دینا پڑتا</w:t>
      </w:r>
    </w:p>
    <w:p>
      <w:r>
        <w:rPr>
          <w:b/>
        </w:rPr>
        <w:t xml:space="preserve">[1:26:59] </w:t>
      </w:r>
      <w:r>
        <w:t>hai aap ko, aur zyada loss uthana padta hai aap ko.</w:t>
      </w:r>
    </w:p>
    <w:p>
      <w:pPr>
        <w:jc w:val="right"/>
      </w:pPr>
      <w:r>
        <w:t>ہے آپ کو، اور زیادہ لاس اٹھانا پڑتا ہے آپ کو۔</w:t>
      </w:r>
    </w:p>
    <w:p>
      <w:r>
        <w:rPr>
          <w:b/>
        </w:rPr>
        <w:t xml:space="preserve">[1:27:06] </w:t>
      </w:r>
      <w:r>
        <w:t>lekin agar aap avoid karein to kuch bhi nahin, koi price nahin, koi price hi nahin.</w:t>
      </w:r>
    </w:p>
    <w:p>
      <w:pPr>
        <w:jc w:val="right"/>
      </w:pPr>
      <w:r>
        <w:t>لیکن اگر آپ اوائڈ کریں تو کچھ بھی نہیں، کوئی پرائس نہیں، کوئی پرائس ہی نہیں۔</w:t>
      </w:r>
    </w:p>
    <w:p>
      <w:r>
        <w:rPr>
          <w:b/>
        </w:rPr>
        <w:t xml:space="preserve">[1:27:12] </w:t>
      </w:r>
      <w:r>
        <w:t>hum to roz aisa karta hoon, aisa hota hai ke ek situation mere samne aati hai, use mere</w:t>
      </w:r>
    </w:p>
    <w:p>
      <w:pPr>
        <w:jc w:val="right"/>
      </w:pPr>
      <w:r>
        <w:t>ہم تو روز ایسا کرتا ہوں، ایسا ہوتا ہے کہ ایک سچوئیشن میرے سامنے آتی ہے، اسے میرے</w:t>
      </w:r>
    </w:p>
    <w:p>
      <w:r>
        <w:rPr>
          <w:b/>
        </w:rPr>
        <w:t xml:space="preserve">[1:27:19] </w:t>
      </w:r>
      <w:r>
        <w:t>andar negative thought aane lagte hain, ghussa aata hai, to usi waqt refuse kar deta hoon main.</w:t>
      </w:r>
    </w:p>
    <w:p>
      <w:pPr>
        <w:jc w:val="right"/>
      </w:pPr>
      <w:r>
        <w:t>اندر نیگیٹیو تھاٹ آنے لگتے ہیں، غصہ آتا ہے، تو اسی وقت ریفیوز کر دیتا ہوں میں۔</w:t>
      </w:r>
    </w:p>
    <w:p>
      <w:r>
        <w:rPr>
          <w:b/>
        </w:rPr>
        <w:t xml:space="preserve">[1:27:25] </w:t>
      </w:r>
      <w:r>
        <w:t>to apne aap ko bacha leta hoon main. jaise maine misaal di aap ko he supreme court ke faisle ki. ab saare musalman is mein negative ban gaye hain. dekho, hamare mazhab mein dakhal diya ja raha hai. hamare mazhab ko ek aadmi ne aaj main ne paper mein padha ki ek saazish hai, ek conspiracy hai ki musalman democratic process mein hissa na le sakein. ab yeh kyon nahin? koi baat hi karte hain. upsid baat hai yeh. yeh supreme court ke judgment ko unhone yeh kaha</w:t>
      </w:r>
    </w:p>
    <w:p>
      <w:pPr>
        <w:jc w:val="right"/>
      </w:pPr>
      <w:r>
        <w:t>تو اپنے آپ کو بچا لیتا ہوں میں۔ جیسے میں نے مثال دی آپ کو ہی سپریم کورٹ کے فیصلے کی۔ اب سارے مسلمان اس میں نیگیٹیو بن گئے ہیں۔ دیکھو، ہمارے مذہب میں دخل دیا جا رہا ہے۔ ہمارے مذہب کو ایک آدمی نے آج میں نے پیپر میں پڑھا کہ ایک سازش ہے، ایک کانسپریسی ہے کہ مسلمان ڈیموکریٹک پراسیس میں حصہ نہ لے سکیں۔ اب یہ کیوں نہیں؟ کوئی بات ہی کرتے ہیں۔ آپسیڈ بات ہے یہ۔ یہ سپریم کورٹ کے ججمنٹ کو انہوں نے یہ کہا</w:t>
      </w:r>
    </w:p>
    <w:p>
      <w:r>
        <w:rPr>
          <w:b/>
        </w:rPr>
        <w:t xml:space="preserve">[1:27:55] </w:t>
      </w:r>
      <w:r>
        <w:t>hai ke ek saazish hai, ek conspiracy hai ke musalman jo hain India mein ek jo democratic process</w:t>
      </w:r>
    </w:p>
    <w:p>
      <w:pPr>
        <w:jc w:val="right"/>
      </w:pPr>
      <w:r>
        <w:t>ہے کہ ایک سازش ہے، ایک کانسپریسی ہے کہ مسلمان جو ہیں انڈیا میں ایک جو ڈیموکریٹک پراسیس</w:t>
      </w:r>
    </w:p>
    <w:p>
      <w:r>
        <w:rPr>
          <w:b/>
        </w:rPr>
        <w:t xml:space="preserve">[1:28:00] </w:t>
      </w:r>
      <w:r>
        <w:t>hai, us mein na aa sakein, un ko alag kar diya jaye.</w:t>
      </w:r>
    </w:p>
    <w:p>
      <w:pPr>
        <w:jc w:val="right"/>
      </w:pPr>
      <w:r>
        <w:t>ہے، اس میں نہ آ سکیں، ان کو الگ کر دیا جائے۔</w:t>
      </w:r>
    </w:p>
    <w:p>
      <w:r>
        <w:rPr>
          <w:b/>
        </w:rPr>
        <w:t xml:space="preserve">[1:28:04] </w:t>
      </w:r>
      <w:r>
        <w:t>bilkul lakhon baatein hain, is ko diffuse kijiye.</w:t>
      </w:r>
    </w:p>
    <w:p>
      <w:pPr>
        <w:jc w:val="right"/>
      </w:pPr>
      <w:r>
        <w:t>بالکل لاکھوں باتیں ہیں، اس کو ڈیفیوز کیجئے۔</w:t>
      </w:r>
    </w:p>
    <w:p>
      <w:r>
        <w:rPr>
          <w:b/>
        </w:rPr>
        <w:t xml:space="preserve">[1:28:09] </w:t>
      </w:r>
      <w:r>
        <w:t>maine diffuse kiya ke is ka judgment jo hai supreme court ka, wo wo identification se taluq hai.</w:t>
      </w:r>
    </w:p>
    <w:p>
      <w:pPr>
        <w:jc w:val="right"/>
      </w:pPr>
      <w:r>
        <w:t>میں نے ڈیفیوز کیا کہ اس کا ججمنٹ جو ہے سپریم کورٹ کا، وہ وہ آئیڈیٹیفیکیشن سے تعلق ہے۔</w:t>
      </w:r>
    </w:p>
    <w:p>
      <w:r>
        <w:rPr>
          <w:b/>
        </w:rPr>
        <w:t xml:space="preserve">[1:28:13] </w:t>
      </w:r>
      <w:r>
        <w:t>is ka yeh nahin ke musalman burqa pehnein ke na pehnein.</w:t>
      </w:r>
    </w:p>
    <w:p>
      <w:pPr>
        <w:jc w:val="right"/>
      </w:pPr>
      <w:r>
        <w:t>اس کا یہ نہیں کہ مسلمان برقعہ پہنیں کہ نہ پہنیں۔</w:t>
      </w:r>
    </w:p>
    <w:p>
      <w:r>
        <w:rPr>
          <w:b/>
        </w:rPr>
        <w:t xml:space="preserve">[1:28:18] </w:t>
      </w:r>
      <w:r>
        <w:t>wo to un ka, un ko koi kuch bhi nahin kaha.</w:t>
      </w:r>
    </w:p>
    <w:p>
      <w:pPr>
        <w:jc w:val="right"/>
      </w:pPr>
      <w:r>
        <w:t>وہ تو ان کا، ان کو کوئی کچھ بھی نہیں کہا۔</w:t>
      </w:r>
    </w:p>
    <w:p>
      <w:r>
        <w:rPr>
          <w:b/>
        </w:rPr>
        <w:t xml:space="preserve">[1:28:22] </w:t>
      </w:r>
      <w:r>
        <w:t>court ne that not that domain</w:t>
      </w:r>
    </w:p>
    <w:p>
      <w:pPr>
        <w:jc w:val="right"/>
      </w:pPr>
      <w:r>
        <w:t>کورٹ نے دیٹ ناٹ دیٹ ڈومین</w:t>
      </w:r>
    </w:p>
    <w:p>
      <w:r>
        <w:rPr>
          <w:b/>
        </w:rPr>
        <w:t xml:space="preserve">[1:28:27] </w:t>
      </w:r>
      <w:r>
        <w:t>। to identification ke liye unhein kehne ka haq hai. aap hajj pe jaate hain, tab bhi hota hai. safar karte hain bahar, tab bhi hota hai. passport mein hota hai. to wahi wahan bhi chahiye. paanch saal mein ek baar. to main ne diffuse kar diya us ko. mere andar koi nafrat nahin, koi main aisi boli nahin bola ki sab musalmanon ko democratic process alag karne ki is ki yeh conspiracy hai. to usi waqt deen deen aap diffuse kar dijiye. bas baat khatam ho jaati hai. yaani</w:t>
      </w:r>
    </w:p>
    <w:p>
      <w:pPr>
        <w:jc w:val="right"/>
      </w:pPr>
      <w:r>
        <w:t>۔ تو آئیڈیٹیفیکیشن کے لیے انہیں کہنے کا حق ہے۔ آپ حج پہ جاتے ہیں، تب بھی ہوتا ہے۔ سفر کرتے ہیں باہر، تب بھی ہوتا ہے۔ پاسپورٹ میں ہوتا ہے۔ تو وہی وہاں بھی چاہیے۔ پانچ سال میں ایک بار۔ تو میں نے ڈیفیوز کر دیا اس کو۔ میرے اندر کوئی نفرت نہیں، کوئی میں میں ایسی بولی نہیں بولا کہ سب مسلمانوں کو ڈیموکریٹک پراسیس الگ کرنے کی اس کی یہ کانسپریسی ہے۔ تو اسی وقت دین دین آپ ڈیفیوز کر دیجئے۔ بس بات ختم ہو جاتی ہے۔ یعنی</w:t>
      </w:r>
    </w:p>
    <w:p>
      <w:r>
        <w:rPr>
          <w:b/>
        </w:rPr>
        <w:t xml:space="preserve">[1:28:57] </w:t>
      </w:r>
      <w:r>
        <w:t>positive living jo hai, bohat hi aasan hai.</w:t>
      </w:r>
    </w:p>
    <w:p>
      <w:pPr>
        <w:jc w:val="right"/>
      </w:pPr>
      <w:r>
        <w:t>پازیٹیو لیونگ جو ہے، بہت ہی آسان ہے۔</w:t>
      </w:r>
    </w:p>
    <w:p>
      <w:r>
        <w:rPr>
          <w:b/>
        </w:rPr>
        <w:t xml:space="preserve">[1:29:00] </w:t>
      </w:r>
      <w:r>
        <w:t>wo hai art of diffusion.</w:t>
      </w:r>
    </w:p>
    <w:p>
      <w:pPr>
        <w:jc w:val="right"/>
      </w:pPr>
      <w:r>
        <w:t>وہ ہے آرٹ آف ڈیفیوژن۔</w:t>
      </w:r>
    </w:p>
    <w:p>
      <w:r>
        <w:rPr>
          <w:b/>
        </w:rPr>
        <w:t xml:space="preserve">[1:29:03] </w:t>
      </w:r>
      <w:r>
        <w:t>art of diffusion ko jaan lein aap.</w:t>
      </w:r>
    </w:p>
    <w:p>
      <w:pPr>
        <w:jc w:val="right"/>
      </w:pPr>
      <w:r>
        <w:t>آرٹ آف ڈیفیوژن کو جان لیں آپ۔</w:t>
      </w:r>
    </w:p>
    <w:p>
      <w:r>
        <w:rPr>
          <w:b/>
        </w:rPr>
        <w:t xml:space="preserve">[1:29:07] </w:t>
      </w:r>
      <w:r>
        <w:t>bas art of diffusion jis ka qissa aaj hai.</w:t>
      </w:r>
    </w:p>
    <w:p>
      <w:pPr>
        <w:jc w:val="right"/>
      </w:pPr>
      <w:r>
        <w:t>بس آرٹ آف ڈیفیوژن جس کا قصہ آج ہے۔</w:t>
      </w:r>
    </w:p>
    <w:p>
      <w:r>
        <w:rPr>
          <w:b/>
        </w:rPr>
        <w:t xml:space="preserve">[1:29:10] </w:t>
      </w:r>
      <w:r>
        <w:t>yeh saare musalman isi mein wo negative ho rahe hain.</w:t>
      </w:r>
    </w:p>
    <w:p>
      <w:pPr>
        <w:jc w:val="right"/>
      </w:pPr>
      <w:r>
        <w:t>یہ سارے مسلمان اسی میں وہ نیگیٹیو ہو رہے ہیں۔</w:t>
      </w:r>
    </w:p>
    <w:p>
      <w:r>
        <w:rPr>
          <w:b/>
        </w:rPr>
        <w:t xml:space="preserve">[1:29:14] </w:t>
      </w:r>
      <w:r>
        <w:t>dekho bhai, hamare khilaf saazishein ho rahi hain.</w:t>
      </w:r>
    </w:p>
    <w:p>
      <w:pPr>
        <w:jc w:val="right"/>
      </w:pPr>
      <w:r>
        <w:t>دیکھو بھئی، ہمارے خلاف سازشیں ہو رہی ہیں۔</w:t>
      </w:r>
    </w:p>
    <w:p>
      <w:r>
        <w:rPr>
          <w:b/>
        </w:rPr>
        <w:t xml:space="preserve">[1:29:17] </w:t>
      </w:r>
      <w:r>
        <w:t>hamare mazhab, hamare mazhabi haq ko cheena ja raha hai.</w:t>
      </w:r>
    </w:p>
    <w:p>
      <w:pPr>
        <w:jc w:val="right"/>
      </w:pPr>
      <w:r>
        <w:t>ہمارے مذہب، ہمارے مذہبی حق کو چھینا جا رہا ہے۔</w:t>
      </w:r>
    </w:p>
    <w:p>
      <w:r>
        <w:rPr>
          <w:b/>
        </w:rPr>
        <w:t xml:space="preserve">[1:29:20] </w:t>
      </w:r>
      <w:r>
        <w:t>hamare mazhab mein intervene kiya ja raha hai.</w:t>
      </w:r>
    </w:p>
    <w:p>
      <w:pPr>
        <w:jc w:val="right"/>
      </w:pPr>
      <w:r>
        <w:t>ہمارے مذہب میں انٹروین کیا جا رہا ہے۔</w:t>
      </w:r>
    </w:p>
    <w:p>
      <w:r>
        <w:rPr>
          <w:b/>
        </w:rPr>
        <w:t xml:space="preserve">[1:29:24] </w:t>
      </w:r>
      <w:r>
        <w:t>yani kuch bhi nahin hai. yeh</w:t>
      </w:r>
    </w:p>
    <w:p>
      <w:pPr>
        <w:jc w:val="right"/>
      </w:pPr>
      <w:r>
        <w:t>یعنی کچھ بھی نہیں ہے۔ یہ</w:t>
      </w:r>
    </w:p>
    <w:p>
      <w:r>
        <w:rPr>
          <w:b/>
        </w:rPr>
        <w:t xml:space="preserve">[1:29:27] </w:t>
      </w:r>
      <w:r>
        <w:t>sirf baat sirf itni hai ke aap is ko diffuse karne mein fail ho gaye.</w:t>
      </w:r>
    </w:p>
    <w:p>
      <w:pPr>
        <w:jc w:val="right"/>
      </w:pPr>
      <w:r>
        <w:t>صرف بات صرف اتنی ہے کہ آپ اس کو ڈیفیوز کرنے میں فیل ہو گئے۔</w:t>
      </w:r>
    </w:p>
    <w:p>
      <w:r>
        <w:rPr>
          <w:b/>
        </w:rPr>
        <w:t xml:space="preserve">[1:29:31] </w:t>
      </w:r>
      <w:r>
        <w:t>bas to har din yeh insaan ko yeh is test pe khada hona padta hai ke situation aayi.</w:t>
      </w:r>
    </w:p>
    <w:p>
      <w:pPr>
        <w:jc w:val="right"/>
      </w:pPr>
      <w:r>
        <w:t>بس تو ہر دن یہ انسان کو یہ اس ٹیسٹ پہ کھڑا ہونا پڑتا ہے کہ سچوئیشن آئی۔</w:t>
      </w:r>
    </w:p>
    <w:p>
      <w:r>
        <w:rPr>
          <w:b/>
        </w:rPr>
        <w:t xml:space="preserve">[1:29:36] </w:t>
      </w:r>
      <w:r>
        <w:t>aap to ah to aap is is is art ko janiye ke aap deen deen is ko diffuse</w:t>
      </w:r>
    </w:p>
    <w:p>
      <w:pPr>
        <w:jc w:val="right"/>
      </w:pPr>
      <w:r>
        <w:t>آپ تو اہ تو آپ اس اس اس آرٹ کو جانیے کہ آپ دین دین اس کو ڈیفیوز</w:t>
      </w:r>
    </w:p>
    <w:p>
      <w:r>
        <w:rPr>
          <w:b/>
        </w:rPr>
        <w:t xml:space="preserve">[1:29:40] </w:t>
      </w:r>
      <w:r>
        <w:t>kar saken aur apni phir apni positivity ko aap maintain karte rahen ge.</w:t>
      </w:r>
    </w:p>
    <w:p>
      <w:pPr>
        <w:jc w:val="right"/>
      </w:pPr>
      <w:r>
        <w:t>کر سکیں اور اپنی پھر اپنی پازیٹیوٹی کو آپ مینٹین کرتے رہیں گے۔</w:t>
      </w:r>
    </w:p>
    <w:p>
      <w:r>
        <w:rPr>
          <w:b/>
        </w:rPr>
        <w:t xml:space="preserve">[1:29:44] </w:t>
      </w:r>
      <w:r>
        <w:t>bohat hi simple hai.</w:t>
      </w:r>
    </w:p>
    <w:p>
      <w:pPr>
        <w:jc w:val="right"/>
      </w:pPr>
      <w:r>
        <w:t>بہت ہی سمپل ہے۔</w:t>
      </w:r>
    </w:p>
    <w:p>
      <w:r>
        <w:rPr>
          <w:b/>
        </w:rPr>
        <w:t xml:space="preserve">[1:29:48] </w:t>
      </w:r>
      <w:r>
        <w:t>hum to rozana aisa karte hain.</w:t>
      </w:r>
    </w:p>
    <w:p>
      <w:pPr>
        <w:jc w:val="right"/>
      </w:pPr>
      <w:r>
        <w:t>ہم تو روزانہ ایسا کرتے ہیں۔</w:t>
      </w:r>
    </w:p>
    <w:p>
      <w:r>
        <w:rPr>
          <w:b/>
        </w:rPr>
        <w:t xml:space="preserve">[1:29:53] </w:t>
      </w:r>
      <w:r>
        <w:t>aaj bhi hum ne kiya hai yeh</w:t>
      </w:r>
    </w:p>
    <w:p>
      <w:pPr>
        <w:jc w:val="right"/>
      </w:pPr>
      <w:r>
        <w:t>آج بھی ہم نے کیا ہے یہ</w:t>
      </w:r>
    </w:p>
    <w:p>
      <w:r>
        <w:rPr>
          <w:b/>
        </w:rPr>
        <w:t xml:space="preserve">[1:29:57] </w:t>
      </w:r>
      <w:r>
        <w:t>supreme court ke faisle ko le kar.</w:t>
      </w:r>
    </w:p>
    <w:p>
      <w:pPr>
        <w:jc w:val="right"/>
      </w:pPr>
      <w:r>
        <w:t>سپریم کورٹ کے فیصلے کو لے کر۔</w:t>
      </w:r>
    </w:p>
    <w:p>
      <w:r>
        <w:rPr>
          <w:b/>
        </w:rPr>
        <w:t xml:space="preserve">[1:30:02] </w:t>
      </w:r>
      <w:r>
        <w:t>das question is from miss tuti malhotra from delhi.</w:t>
      </w:r>
    </w:p>
    <w:p>
      <w:pPr>
        <w:jc w:val="right"/>
      </w:pPr>
      <w:r>
        <w:t>دس کوسچن از فرام مس توتی ملہوترا فرام دہلی۔</w:t>
      </w:r>
    </w:p>
    <w:p>
      <w:r>
        <w:rPr>
          <w:b/>
        </w:rPr>
        <w:t xml:space="preserve">[1:30:07] </w:t>
      </w:r>
      <w:r>
        <w:t>many a times when we talk to people about god, they ask us whether they should love god</w:t>
      </w:r>
    </w:p>
    <w:p>
      <w:pPr>
        <w:jc w:val="right"/>
      </w:pPr>
      <w:r>
        <w:t>مینی اے ٹائمز وین وی ٹاک ٹو پیپل اباؤٹ گاڈ، دے اسک اس ویدر دے شوڈ لو گاڈ</w:t>
      </w:r>
    </w:p>
    <w:p>
      <w:r>
        <w:rPr>
          <w:b/>
        </w:rPr>
        <w:t xml:space="preserve">[1:30:12] </w:t>
      </w:r>
      <w:r>
        <w:t>or fear god.</w:t>
      </w:r>
    </w:p>
    <w:p>
      <w:pPr>
        <w:jc w:val="right"/>
      </w:pPr>
      <w:r>
        <w:t>اور فیئر گاڈ۔</w:t>
      </w:r>
    </w:p>
    <w:p>
      <w:r>
        <w:rPr>
          <w:b/>
        </w:rPr>
        <w:t xml:space="preserve">[1:30:17] </w:t>
      </w:r>
      <w:r>
        <w:t>maulana, how should we address this question? dekhen, fear ka talluq god se nahi hai, accountability se hai.</w:t>
      </w:r>
    </w:p>
    <w:p>
      <w:pPr>
        <w:jc w:val="right"/>
      </w:pPr>
      <w:r>
        <w:t>مولانا، ہاؤ شوڈ وی ایڈریس دس کوسچن؟ دیکھیں، فیئر کا تعلق گاڈ سے نہیں ہے، اکاؤنٹیبلٹی سے ہے۔</w:t>
      </w:r>
    </w:p>
    <w:p>
      <w:r>
        <w:rPr>
          <w:b/>
        </w:rPr>
        <w:t xml:space="preserve">[1:30:22] </w:t>
      </w:r>
      <w:r>
        <w:t>god se to ek hi cheez hai ke aap love karen, us ki boundaries</w:t>
      </w:r>
    </w:p>
    <w:p>
      <w:pPr>
        <w:jc w:val="right"/>
      </w:pPr>
      <w:r>
        <w:t>گاڈ سے تو ایک ہی چیز ہے کہ آپ لو کریں، اس کی باؤنڈریز</w:t>
      </w:r>
    </w:p>
    <w:p>
      <w:r>
        <w:rPr>
          <w:b/>
        </w:rPr>
        <w:t xml:space="preserve">[1:30:27] </w:t>
      </w:r>
      <w:r>
        <w:t>ko yaad karen, us ki blessing ko yaad karen.</w:t>
      </w:r>
    </w:p>
    <w:p>
      <w:pPr>
        <w:jc w:val="right"/>
      </w:pPr>
      <w:r>
        <w:t>کو یاد کریں، اس کی بلیسنگ کو یاد کریں۔</w:t>
      </w:r>
    </w:p>
    <w:p>
      <w:r>
        <w:rPr>
          <w:b/>
        </w:rPr>
        <w:t xml:space="preserve">[1:30:32] </w:t>
      </w:r>
      <w:r>
        <w:t>to aisi cheez love hai, fear aisi cheez nahi hai.</w:t>
      </w:r>
    </w:p>
    <w:p>
      <w:pPr>
        <w:jc w:val="right"/>
      </w:pPr>
      <w:r>
        <w:t>تو ایسی چیز لو ہے، فیئر ایسی چیز نہیں ہے۔</w:t>
      </w:r>
    </w:p>
    <w:p>
      <w:r>
        <w:rPr>
          <w:b/>
        </w:rPr>
        <w:t xml:space="preserve">[1:30:37] </w:t>
      </w:r>
      <w:r>
        <w:t>fear ka talluq yeh hai ke khuda ko justice karna hai.</w:t>
      </w:r>
    </w:p>
    <w:p>
      <w:pPr>
        <w:jc w:val="right"/>
      </w:pPr>
      <w:r>
        <w:t>فیئر کا تعلق یہ ہے کہ خدا کو جسٹس کرنا ہے۔</w:t>
      </w:r>
    </w:p>
    <w:p>
      <w:r>
        <w:rPr>
          <w:b/>
        </w:rPr>
        <w:t xml:space="preserve">[1:30:42] </w:t>
      </w:r>
      <w:r>
        <w:t>is liye hum accountable hain us ke samne.</w:t>
      </w:r>
    </w:p>
    <w:p>
      <w:pPr>
        <w:jc w:val="right"/>
      </w:pPr>
      <w:r>
        <w:t>اس لیے ہم اکاؤنٹیبل ہیں اس کے سامنے۔</w:t>
      </w:r>
    </w:p>
    <w:p>
      <w:r>
        <w:rPr>
          <w:b/>
        </w:rPr>
        <w:t xml:space="preserve">[1:30:47] </w:t>
      </w:r>
      <w:r>
        <w:t>to khuda aap ko pakre ga ke tum ne kyun misbehave kiya, tum ne kyun misuse</w:t>
      </w:r>
    </w:p>
    <w:p>
      <w:pPr>
        <w:jc w:val="right"/>
      </w:pPr>
      <w:r>
        <w:t>تو خدا آپ کو پکڑے گا کہ تم نے کیوں مس بیہیو کیا، تم نے کیوں مس یوز</w:t>
      </w:r>
    </w:p>
    <w:p>
      <w:r>
        <w:rPr>
          <w:b/>
        </w:rPr>
        <w:t xml:space="preserve">[1:30:52] </w:t>
      </w:r>
      <w:r>
        <w:t>کیا freedom کو، تم نے کیوں dis dis honesty کا راستہ اختیار کر لیا۔</w:t>
      </w:r>
    </w:p>
    <w:p>
      <w:pPr>
        <w:jc w:val="right"/>
      </w:pPr>
      <w:r>
        <w:t>کیا فریڈم کو، تم نے کیوں ڈس ڈس انستی کا راستہ اختیار کر لیا۔</w:t>
      </w:r>
    </w:p>
    <w:p>
      <w:r>
        <w:rPr>
          <w:b/>
        </w:rPr>
        <w:t xml:space="preserve">[1:30:57] </w:t>
      </w:r>
      <w:r>
        <w:t>is aitbar se fear ka aata hai mamla.</w:t>
      </w:r>
    </w:p>
    <w:p>
      <w:pPr>
        <w:jc w:val="right"/>
      </w:pPr>
      <w:r>
        <w:t>اس اعتبار سے فیئر کا آتا ہے معاملہ۔</w:t>
      </w:r>
    </w:p>
    <w:p>
      <w:r>
        <w:rPr>
          <w:b/>
        </w:rPr>
        <w:t xml:space="preserve">[1:31:04] </w:t>
      </w:r>
      <w:r>
        <w:t>khud khuda to hai ek sirf usi qabil hai ke us ko aap aap aap love karen aur kuch nahi.</w:t>
      </w:r>
    </w:p>
    <w:p>
      <w:pPr>
        <w:jc w:val="right"/>
      </w:pPr>
      <w:r>
        <w:t>خود خدا تو ہے ایک صرف اسی قابل ہے کہ اس کو آپ آپ آپ لو کریں اور کچھ نہیں۔</w:t>
      </w:r>
    </w:p>
    <w:p>
      <w:r>
        <w:rPr>
          <w:b/>
        </w:rPr>
        <w:t xml:space="preserve">[1:31:10] </w:t>
      </w:r>
      <w:r>
        <w:t>to love asal hai, fear asal nahi hai.</w:t>
      </w:r>
    </w:p>
    <w:p>
      <w:pPr>
        <w:jc w:val="right"/>
      </w:pPr>
      <w:r>
        <w:t>تو لو اصل ہے، فیئر اصل نہیں ہے۔</w:t>
      </w:r>
    </w:p>
    <w:p>
      <w:r>
        <w:rPr>
          <w:b/>
        </w:rPr>
        <w:t xml:space="preserve">[1:31:16] </w:t>
      </w:r>
      <w:r>
        <w:t>to asal cheez hai khuda se mohabbat karna, us ki boundaries ko yaad karna, us ki blessing ko yaad karna.</w:t>
      </w:r>
    </w:p>
    <w:p>
      <w:pPr>
        <w:jc w:val="right"/>
      </w:pPr>
      <w:r>
        <w:t>تو اصل چیز ہے خدا سے محبت کرنا، اس کی باؤنڈریز کو یاد کرنا، اس کی بلیسنگ کو یاد کرنا۔</w:t>
      </w:r>
    </w:p>
    <w:p>
      <w:r>
        <w:rPr>
          <w:b/>
        </w:rPr>
        <w:t xml:space="preserve">[1:31:22] </w:t>
      </w:r>
      <w:r>
        <w:t>khuda ne humein paida kiya, us ko yaad karna</w:t>
      </w:r>
    </w:p>
    <w:p>
      <w:pPr>
        <w:jc w:val="right"/>
      </w:pPr>
      <w:r>
        <w:t>خدا نے ہمیں پیدا کیا، اس کو یاد کرنا</w:t>
      </w:r>
    </w:p>
    <w:p>
      <w:r>
        <w:rPr>
          <w:b/>
        </w:rPr>
        <w:t xml:space="preserve">[1:31:28] </w:t>
      </w:r>
      <w:r>
        <w:t>to use bohat love aati hai, bohat zyada yani hoshiyark love aati hai use.</w:t>
      </w:r>
    </w:p>
    <w:p>
      <w:pPr>
        <w:jc w:val="right"/>
      </w:pPr>
      <w:r>
        <w:t>تو اسے بہت لو آتی ہے، بہت زیادہ یعنی ہوشیارک لو آتی ہے اسے۔</w:t>
      </w:r>
    </w:p>
    <w:p>
      <w:r>
        <w:rPr>
          <w:b/>
        </w:rPr>
        <w:t xml:space="preserve">[1:31:33] </w:t>
      </w:r>
      <w:r>
        <w:t>lekin khuda ne paida kar ke chhod nahi de ga aap ko.</w:t>
      </w:r>
    </w:p>
    <w:p>
      <w:pPr>
        <w:jc w:val="right"/>
      </w:pPr>
      <w:r>
        <w:t>لیکن خدا نے پیدا کر کے چھوڑ نہیں دے گا آپ کو۔</w:t>
      </w:r>
    </w:p>
    <w:p>
      <w:r>
        <w:rPr>
          <w:b/>
        </w:rPr>
        <w:t xml:space="preserve">[1:31:38] </w:t>
      </w:r>
      <w:r>
        <w:t>aap ko woh aap se yani woh kare ga, hisab kitab kare ga ke aap ne freedom ko</w:t>
      </w:r>
    </w:p>
    <w:p>
      <w:pPr>
        <w:jc w:val="right"/>
      </w:pPr>
      <w:r>
        <w:t>آپ کو وہ آپ سے یعنی وہ کرے گا، حساب کتاب کرے گا کہ آپ نے فریڈم کو</w:t>
      </w:r>
    </w:p>
    <w:p>
      <w:r>
        <w:rPr>
          <w:b/>
        </w:rPr>
        <w:t xml:space="preserve">[1:31:43] </w:t>
      </w:r>
      <w:r>
        <w:t>misuse kiya ya aap ne freedom ko proper tareeqe se use kiya.</w:t>
      </w:r>
    </w:p>
    <w:p>
      <w:pPr>
        <w:jc w:val="right"/>
      </w:pPr>
      <w:r>
        <w:t>مس یوز کیا یا آپ نے فریڈم کو پراپر طریقے سے یوز کیا۔</w:t>
      </w:r>
    </w:p>
    <w:p>
      <w:r>
        <w:rPr>
          <w:b/>
        </w:rPr>
        <w:t xml:space="preserve">[1:31:48] </w:t>
      </w:r>
      <w:r>
        <w:t>logon ke sath aap mis behaviour kiya, mis behaviour raha aap ka ke acha behaviour raha aap ka.</w:t>
      </w:r>
    </w:p>
    <w:p>
      <w:pPr>
        <w:jc w:val="right"/>
      </w:pPr>
      <w:r>
        <w:t>لوگوں کے ساتھ آپ مس بیہیویئر کیا، مس بیہیویئر رہا آپ کا کہ اچھا بیہیویئر رہا آپ کا۔</w:t>
      </w:r>
    </w:p>
    <w:p>
      <w:r>
        <w:rPr>
          <w:b/>
        </w:rPr>
        <w:t xml:space="preserve">[1:31:53] </w:t>
      </w:r>
      <w:r>
        <w:t>aap ne dis insty ke sath dunya</w:t>
      </w:r>
    </w:p>
    <w:p>
      <w:pPr>
        <w:jc w:val="right"/>
      </w:pPr>
      <w:r>
        <w:t>آپ نے ڈس انستی کے ساتھ دنیا</w:t>
      </w:r>
    </w:p>
    <w:p>
      <w:r>
        <w:rPr>
          <w:b/>
        </w:rPr>
        <w:t xml:space="preserve">[1:31:58] </w:t>
      </w:r>
      <w:r>
        <w:t>mein rahe ya insty ke sath dunya mein rahe, pakre ga is ko.</w:t>
      </w:r>
    </w:p>
    <w:p>
      <w:pPr>
        <w:jc w:val="right"/>
      </w:pPr>
      <w:r>
        <w:t>میں رہے یا انستی کے ساتھ دنیا میں رہے، پکڑے گا اس کو۔</w:t>
      </w:r>
    </w:p>
    <w:p>
      <w:r>
        <w:rPr>
          <w:b/>
        </w:rPr>
        <w:t xml:space="preserve">[1:32:05] </w:t>
      </w:r>
      <w:r>
        <w:t>to is ka taluq hai accountability se.</w:t>
      </w:r>
    </w:p>
    <w:p>
      <w:pPr>
        <w:jc w:val="right"/>
      </w:pPr>
      <w:r>
        <w:t>تو اس کا تعلق ہے اکاؤنٹیبلٹی سے۔</w:t>
      </w:r>
    </w:p>
    <w:p>
      <w:r>
        <w:rPr>
          <w:b/>
        </w:rPr>
        <w:t xml:space="preserve">[1:32:11] </w:t>
      </w:r>
      <w:r>
        <w:t>to fair ka jo taluq hai accountability, accountability se hai.</w:t>
      </w:r>
    </w:p>
    <w:p>
      <w:pPr>
        <w:jc w:val="right"/>
      </w:pPr>
      <w:r>
        <w:t>تو فیئر کا جو تعلق ہے اکاؤنٹیبلٹی، اکاؤنٹیبلٹی سے ہے۔</w:t>
      </w:r>
    </w:p>
    <w:p>
      <w:r>
        <w:rPr>
          <w:b/>
        </w:rPr>
        <w:t xml:space="preserve">[1:32:17] </w:t>
      </w:r>
      <w:r>
        <w:t>This question is from Mr. Nafees Shiraz from Delhi.</w:t>
      </w:r>
    </w:p>
    <w:p>
      <w:pPr>
        <w:jc w:val="right"/>
      </w:pPr>
      <w:r>
        <w:t>دس کوسچن از فرام مسٹر نفیس شیراز فرام دہلی۔</w:t>
      </w:r>
    </w:p>
    <w:p>
      <w:r>
        <w:rPr>
          <w:b/>
        </w:rPr>
        <w:t xml:space="preserve">[1:32:23] </w:t>
      </w:r>
      <w:r>
        <w:t>kehte hain ke islam dharm mein sab ko barabari ka darja prapt hai.</w:t>
      </w:r>
    </w:p>
    <w:p>
      <w:pPr>
        <w:jc w:val="right"/>
      </w:pPr>
      <w:r>
        <w:t>کہتے ہیں کہ اسلام دھرم میں سب کو برابری کا درجہ प्राप्त ہے۔</w:t>
      </w:r>
    </w:p>
    <w:p>
      <w:r>
        <w:rPr>
          <w:b/>
        </w:rPr>
        <w:t xml:space="preserve">[1:32:29] </w:t>
      </w:r>
      <w:r>
        <w:t>to phir mard ko hakim aur عورت ko mahkoom kyun kaha jata hai? koi nahi kehta hakim mahkoom.</w:t>
      </w:r>
    </w:p>
    <w:p>
      <w:pPr>
        <w:jc w:val="right"/>
      </w:pPr>
      <w:r>
        <w:t>تو پھر مرد کو حاکم اور عورت کو محکوم کیوں کہا جاتا ہے؟ کوئی نہیں کہتا حاکم محکوم۔</w:t>
      </w:r>
    </w:p>
    <w:p>
      <w:r>
        <w:rPr>
          <w:b/>
        </w:rPr>
        <w:t xml:space="preserve">[1:32:35] </w:t>
      </w:r>
      <w:r>
        <w:t>hakim mahkoom to quran mein kahan hai ke hakim mahkoom hai? yeh to ek settlement ki baat hai.</w:t>
      </w:r>
    </w:p>
    <w:p>
      <w:pPr>
        <w:jc w:val="right"/>
      </w:pPr>
      <w:r>
        <w:t>حاکم محکوم تو قرآن میں کہاں ہے کہ حاکم محکوم ہے؟ یہ تو ایک سیٹلمنٹ کی بات ہے۔</w:t>
      </w:r>
    </w:p>
    <w:p>
      <w:r>
        <w:rPr>
          <w:b/>
        </w:rPr>
        <w:t xml:space="preserve">[1:32:41] </w:t>
      </w:r>
      <w:r>
        <w:t>jaise company mein ek boss hota hai, government mein ek prime minister hota hai, jo nations mein is</w:t>
      </w:r>
    </w:p>
    <w:p>
      <w:pPr>
        <w:jc w:val="right"/>
      </w:pPr>
      <w:r>
        <w:t>جیسے کمپنی میں ایک باس ہوتا ہے، گورنمنٹ میں ایک پرائم منسٹر ہوتا ہے، جو نیشنز میں اس</w:t>
      </w:r>
    </w:p>
    <w:p>
      <w:r>
        <w:rPr>
          <w:b/>
        </w:rPr>
        <w:t xml:space="preserve">[1:32:47] </w:t>
      </w:r>
      <w:r>
        <w:t>ka ek jo secretary hai, woh woh boss hai wahan ka.</w:t>
      </w:r>
    </w:p>
    <w:p>
      <w:pPr>
        <w:jc w:val="right"/>
      </w:pPr>
      <w:r>
        <w:t>کا ایک جو سیکرٹری ہے، وہ وہ باس ہے وہاں کا۔</w:t>
      </w:r>
    </w:p>
    <w:p>
      <w:r>
        <w:rPr>
          <w:b/>
        </w:rPr>
        <w:t xml:space="preserve">[1:32:54] </w:t>
      </w:r>
      <w:r>
        <w:t>to yeh to ek yani</w:t>
      </w:r>
    </w:p>
    <w:p>
      <w:pPr>
        <w:jc w:val="right"/>
      </w:pPr>
      <w:r>
        <w:t>تو یہ تو ایک یعنی</w:t>
      </w:r>
    </w:p>
    <w:p>
      <w:r>
        <w:rPr>
          <w:b/>
        </w:rPr>
        <w:t xml:space="preserve">[1:33:00] </w:t>
      </w:r>
      <w:r>
        <w:t>ek ek tareeqa hai ke ghar mein bhi ek boss ho.</w:t>
      </w:r>
    </w:p>
    <w:p>
      <w:pPr>
        <w:jc w:val="right"/>
      </w:pPr>
      <w:r>
        <w:t>ایک ایک طریقہ ہے کہ گھر میں بھی ایک باس ہو۔</w:t>
      </w:r>
    </w:p>
    <w:p>
      <w:r>
        <w:rPr>
          <w:b/>
        </w:rPr>
        <w:t xml:space="preserve">[1:33:04] </w:t>
      </w:r>
      <w:r>
        <w:t>home management ke liye bhi ek boss hona chahiye.</w:t>
      </w:r>
    </w:p>
    <w:p>
      <w:pPr>
        <w:jc w:val="right"/>
      </w:pPr>
      <w:r>
        <w:t>ہوم مینجمنٹ کے لیے بھی ایک باس ہونا چاہیے۔</w:t>
      </w:r>
    </w:p>
    <w:p>
      <w:r>
        <w:rPr>
          <w:b/>
        </w:rPr>
        <w:t xml:space="preserve">[1:33:07] </w:t>
      </w:r>
      <w:r>
        <w:t>home management ke liye ek boss hona chahiye.</w:t>
      </w:r>
    </w:p>
    <w:p>
      <w:pPr>
        <w:jc w:val="right"/>
      </w:pPr>
      <w:r>
        <w:t>ہوم مینجمنٹ کے لیے ایک باس ہونا چاہیے۔</w:t>
      </w:r>
    </w:p>
    <w:p>
      <w:r>
        <w:rPr>
          <w:b/>
        </w:rPr>
        <w:t xml:space="preserve">[1:33:11] </w:t>
      </w:r>
      <w:r>
        <w:t>bas baqi hakim hai ya koi mahkoom hai, koi koi superior hai, inferior hai.</w:t>
      </w:r>
    </w:p>
    <w:p>
      <w:pPr>
        <w:jc w:val="right"/>
      </w:pPr>
      <w:r>
        <w:t>بس باقی حاکم ہے یا کوئی محکوم ہے، کوئی کوئی سپیرر ہے، انفیریر ہے۔</w:t>
      </w:r>
    </w:p>
    <w:p>
      <w:r>
        <w:rPr>
          <w:b/>
        </w:rPr>
        <w:t xml:space="preserve">[1:33:15] </w:t>
      </w:r>
      <w:r>
        <w:t>aur mein to apne ghar mein ladies ka boss bana rakha hai.</w:t>
      </w:r>
    </w:p>
    <w:p>
      <w:pPr>
        <w:jc w:val="right"/>
      </w:pPr>
      <w:r>
        <w:t>اور میں تو اپنے گھر میں لیڈیز کا باس بنا رکھا ہے۔</w:t>
      </w:r>
    </w:p>
    <w:p>
      <w:r>
        <w:rPr>
          <w:b/>
        </w:rPr>
        <w:t xml:space="preserve">[1:33:19] </w:t>
      </w:r>
      <w:r>
        <w:t>mein boss nahi hoon apne ghar mein.</w:t>
      </w:r>
    </w:p>
    <w:p>
      <w:pPr>
        <w:jc w:val="right"/>
      </w:pPr>
      <w:r>
        <w:t>میں باس نہیں ہوں اپنے گھر میں۔</w:t>
      </w:r>
    </w:p>
    <w:p>
      <w:r>
        <w:rPr>
          <w:b/>
        </w:rPr>
        <w:t xml:space="preserve">[1:33:22] </w:t>
      </w:r>
      <w:r>
        <w:t>jo ladies kehti hain, wahi chalta hai.</w:t>
      </w:r>
    </w:p>
    <w:p>
      <w:pPr>
        <w:jc w:val="right"/>
      </w:pPr>
      <w:r>
        <w:t>جو لیڈیز کہتی ہیں، وہی چلتا ہے۔</w:t>
      </w:r>
    </w:p>
    <w:p>
      <w:r>
        <w:rPr>
          <w:b/>
        </w:rPr>
        <w:t xml:space="preserve">[1:33:26] </w:t>
      </w:r>
      <w:r>
        <w:t>abhi kal hamare aaye the europe ke ek di</w:t>
      </w:r>
    </w:p>
    <w:p>
      <w:pPr>
        <w:jc w:val="right"/>
      </w:pPr>
      <w:r>
        <w:t>ابھی کل ہمارے آئے تھے یورپ کے ایک ڈی</w:t>
      </w:r>
    </w:p>
    <w:p>
      <w:r>
        <w:rPr>
          <w:b/>
        </w:rPr>
        <w:t xml:space="preserve">[1:33:30] </w:t>
      </w:r>
      <w:r>
        <w:t>putation aaya tha. to yeh tha ki kahan un ko bithaya jaye. to main sochta hoon ki neeche jo hamara jo table bana hua hai, wahan bithaya jaye. to ladies ne faisla kiya nahin, upar bithaya jaye ga. unhone arrange kiya. to main ne kaha ki theek hai, bhai, jo aap keh rahe hain, wahi theek hai. to yeh to ek arrangement ki baat hai, settlement ki baat hai. kaise aap ghar ko chalayenge? company ko nahin chala sakte aap baghair boss ke, government nahin chala sakte aap baghair prime min</w:t>
      </w:r>
    </w:p>
    <w:p>
      <w:pPr>
        <w:jc w:val="right"/>
      </w:pPr>
      <w:r>
        <w:t>پوٹیشن آیا تھا۔ تو یہ تھا کہ کہاں ان کو بٹھایا جائے۔ تو میں سوچتا ہوں کہ نیچے جو ہمارا جو ٹیبل بنا ہوا ہے، وہاں بٹھایا جائے۔ تو لیڈیز نے فیصلہ کیا نہیں، اوپر بٹھایا جائے گا۔ انہوں نے ارینج کیا۔ تو میں نے کہا کہ ٹھیک ہے، بھئی جو آپ کہہ رہے ہیں، وہی ٹھیک ہے۔ تو یہ تو ایک ارینجمنٹ کی بات ہے، سیٹلمنٹ کی بات ہے۔ کیسے آپ گھر کو چلائیں گے؟ کمپنی کو نہیں چلا سکتے آپ بغیر باس کے، گورنمنٹ نہیں چلا سکتے آپ بغیر پرائم من</w:t>
      </w:r>
    </w:p>
    <w:p>
      <w:r>
        <w:rPr>
          <w:b/>
        </w:rPr>
        <w:t xml:space="preserve">[1:34:00] </w:t>
      </w:r>
      <w:r>
        <w:t>ister ke, united nations ko nahin chala sakte baghair executive general ke. to kaise chalayenge? ghar ko aap kaise chalayenge? to yeh hakim mahkoom ki baat nahin hai, superior inferior ki baat nahin hai. sab barabar hain, sab barabar hain, sab barabar hain. yeh sirf baat hai yaani arrangement ki, management ki. bas is se zyada aur kuch bhi nahin. this question is from miss sadia from delhi. how should we differen</w:t>
      </w:r>
    </w:p>
    <w:p>
      <w:pPr>
        <w:jc w:val="right"/>
      </w:pPr>
      <w:r>
        <w:t>سٹر کے، یونائٹڈ نیشنز کو نہیں چلا سکتے بغیر ایکسیکٹو جنرل کے۔ تو کیسے چلائیں گے؟ گھر کو آپ کیسے چلائیں گے؟ تو یہ حاکم محکوم کی بات نہیں ہے، سپیر انفیریر کی بات نہیں ہے۔ سب برابر ہیں، سب برابر ہیں، سب برابر ہیں۔ یہ صرف بات ہے یعنی ارینجمنٹ کی، مینجمنٹ کی۔ بس اس سے زیادہ اور کچھ بھی نہیں۔ دس کوسچن از فرام مس سعدیہ فرام دہلی۔ ہاؤ شوڈ وی ڈیفرن</w:t>
      </w:r>
    </w:p>
    <w:p>
      <w:r>
        <w:rPr>
          <w:b/>
        </w:rPr>
        <w:t xml:space="preserve">[1:34:30] </w:t>
      </w:r>
      <w:r>
        <w:t>should be between seeking improvement or a better life? Because we are ideal seeking creatures and seeking an improvement</w:t>
      </w:r>
    </w:p>
    <w:p>
      <w:pPr>
        <w:jc w:val="right"/>
      </w:pPr>
      <w:r>
        <w:t>شیٹ بٹوین سیکنگ امپروومنٹ اور ا بیٹر لائف؟ بیکاز وی آر آئیڈیل سیکنگ کریچرز اینڈ سیکنگ این امپروومنٹ</w:t>
      </w:r>
    </w:p>
    <w:p>
      <w:r>
        <w:rPr>
          <w:b/>
        </w:rPr>
        <w:t xml:space="preserve">[1:34:38] </w:t>
      </w:r>
      <w:r>
        <w:t>which can be achieved in this life.</w:t>
      </w:r>
    </w:p>
    <w:p>
      <w:pPr>
        <w:jc w:val="right"/>
      </w:pPr>
      <w:r>
        <w:t>وچ کین بی اچیوڈ ان دس لائف۔</w:t>
      </w:r>
    </w:p>
    <w:p>
      <w:r>
        <w:rPr>
          <w:b/>
        </w:rPr>
        <w:t xml:space="preserve">[1:34:46] </w:t>
      </w:r>
      <w:r>
        <w:t>mein dekhein, jahan tak mein samajhta hoon, jo scheme hai Allah taala ki, us ke mutabiq hamein yeh</w:t>
      </w:r>
    </w:p>
    <w:p>
      <w:pPr>
        <w:jc w:val="right"/>
      </w:pPr>
      <w:r>
        <w:t>میں دیکھیں، جہاں تک میں سمجھتا ہوں، جو اسکیم ہے اللہ تعالی کی، اس کے مطابق ہمیں یہ</w:t>
      </w:r>
    </w:p>
    <w:p>
      <w:r>
        <w:rPr>
          <w:b/>
        </w:rPr>
        <w:t xml:space="preserve">[1:34:54] </w:t>
      </w:r>
      <w:r>
        <w:t>کرنا ہے کہ material چیزوں میں ہم یہ مان لیں کہ ہمیں less than ideally پر راضی ہونا ہے۔</w:t>
      </w:r>
    </w:p>
    <w:p>
      <w:pPr>
        <w:jc w:val="right"/>
      </w:pPr>
      <w:r>
        <w:t>کرنا ہے کہ مٹیریل چیزوں میں ہم یہ مان لیں کہ ہمیں لیس دین آئیڈیلی پر راضی ہونا ہے۔</w:t>
      </w:r>
    </w:p>
    <w:p>
      <w:r>
        <w:rPr>
          <w:b/>
        </w:rPr>
        <w:t xml:space="preserve">[1:35:02] </w:t>
      </w:r>
      <w:r>
        <w:t>yaani in terms of family, in terms of society, in terms of neighborhood, in terms of system, humein less than ideal par raazi hona hai. baqi jo marifat, marifat hai, marifat allah ki, marifat jannat ka shauq, paighambar ki marifat, us mein to humein aage badhna hai, aage badhna hai, aage badhna hai. wahan koi had nahin hai. to aap ko marifat ke maamle mein ideal seeking banna chahiye aur apni jo material need hai, us ke baare mein aap ko</w:t>
      </w:r>
    </w:p>
    <w:p>
      <w:pPr>
        <w:jc w:val="right"/>
      </w:pPr>
      <w:r>
        <w:t>یعنی ان ٹرمز اف فیملی، ان ٹرمز اف سوسائٹی، ان ٹرمز اف نیبرہڈ، ان ٹرمز اف سسٹم، ہمیں لیس دین آئیڈیل پر راضی ہونا ہے۔ باقی جو معرفت، معرفت ہے، معرفت اللہ کی، معرفت جنت کا شوق، پیغمبر کی معرفت، اس میں تو ہمیں آگے بڑھنا ہے، آگے بڑھنا ہے، آگے بڑھنا ہے۔ وہاں کوئی حد نہیں ہے۔ تو آپ کو معرفت کے معاملے میں آئیڈیل سیکنگ بننا چاہیے اور اپنی جو مٹیریل نیڈ ہے، اس کے بارے میں آپ کو</w:t>
      </w:r>
    </w:p>
    <w:p>
      <w:r>
        <w:rPr>
          <w:b/>
        </w:rPr>
        <w:t xml:space="preserve">[1:35:32] </w:t>
      </w:r>
      <w:r>
        <w:t>جان لینا چاہیے کہ ہمیں less than ideal ملے گا۔</w:t>
      </w:r>
    </w:p>
    <w:p>
      <w:pPr>
        <w:jc w:val="right"/>
      </w:pPr>
      <w:r>
        <w:t>جان لینا چاہیے کہ ہمیں لیس دین آئیڈیل ملے گا۔</w:t>
      </w:r>
    </w:p>
    <w:p>
      <w:r>
        <w:rPr>
          <w:b/>
        </w:rPr>
        <w:t xml:space="preserve">[1:35:37] </w:t>
      </w:r>
      <w:r>
        <w:t>jo hoga, woh is pe razi ho jayen ge.</w:t>
      </w:r>
    </w:p>
    <w:p>
      <w:pPr>
        <w:jc w:val="right"/>
      </w:pPr>
      <w:r>
        <w:t>جو ہوگا، وہ اس پہ راضی ہو جائیں گے۔</w:t>
      </w:r>
    </w:p>
    <w:p>
      <w:r>
        <w:rPr>
          <w:b/>
        </w:rPr>
        <w:t xml:space="preserve">[1:35:42] </w:t>
      </w:r>
      <w:r>
        <w:t>yeh mein samajh paya hoon.</w:t>
      </w:r>
    </w:p>
    <w:p>
      <w:pPr>
        <w:jc w:val="right"/>
      </w:pPr>
      <w:r>
        <w:t>یہ میں سمجھ پایا ہوں۔</w:t>
      </w:r>
    </w:p>
    <w:p>
      <w:r>
        <w:rPr>
          <w:b/>
        </w:rPr>
        <w:t xml:space="preserve">[1:35:47] </w:t>
      </w:r>
      <w:r>
        <w:t>this question is from miss raziya from delhi.</w:t>
      </w:r>
    </w:p>
    <w:p>
      <w:pPr>
        <w:jc w:val="right"/>
      </w:pPr>
      <w:r>
        <w:t>دس کوسچن از فرام مس راضیہ فرام دہلی۔</w:t>
      </w:r>
    </w:p>
    <w:p>
      <w:r>
        <w:rPr>
          <w:b/>
        </w:rPr>
        <w:t xml:space="preserve">[1:35:52] </w:t>
      </w:r>
      <w:r>
        <w:t>If God made discovery method, the method of realizing Him, then why couldn't the biggest scientific minds reach</w:t>
      </w:r>
    </w:p>
    <w:p>
      <w:pPr>
        <w:jc w:val="right"/>
      </w:pPr>
      <w:r>
        <w:t>اف گاڈ میڈ ڈسکوری میتھڈ، دا میتھڈ اف ریلائزنگ ہم، دین وائی کڈنٹ دا بگسٹ سائنٹیفک مائنڈز ریچ</w:t>
      </w:r>
    </w:p>
    <w:p>
      <w:r>
        <w:rPr>
          <w:b/>
        </w:rPr>
        <w:t xml:space="preserve">[1:35:57] </w:t>
      </w:r>
      <w:r>
        <w:t>The creation plan of God, despite possessing all the empirical data that sub</w:t>
      </w:r>
    </w:p>
    <w:p>
      <w:pPr>
        <w:jc w:val="right"/>
      </w:pPr>
      <w:r>
        <w:t>دا کریشن پلان اف گاڈ، ڈسپائٹ پوزیسنگ ال دی ایمپیریکل ڈیٹا دیٹ سب</w:t>
      </w:r>
    </w:p>
    <w:p>
      <w:r>
        <w:rPr>
          <w:b/>
        </w:rPr>
        <w:t xml:space="preserve">[1:36:02] </w:t>
      </w:r>
      <w:r>
        <w:t>stationated it? nahi, dekhein, maine arz kiya hai ke science jo hai, hamein partial knowledge deti hai.</w:t>
      </w:r>
    </w:p>
    <w:p>
      <w:pPr>
        <w:jc w:val="right"/>
      </w:pPr>
      <w:r>
        <w:t>سٹنشیٹڈ اٹ؟ نہیں، دیکھیں، میں نے عرض کیا ہے کہ سائنس جو ہے، ہمیں پارشل نالج دیتی ہے۔</w:t>
      </w:r>
    </w:p>
    <w:p>
      <w:r>
        <w:rPr>
          <w:b/>
        </w:rPr>
        <w:t xml:space="preserve">[1:36:08] </w:t>
      </w:r>
      <w:r>
        <w:t>baqi to hamein peghambar se lena hai, revelation se lena hai.</w:t>
      </w:r>
    </w:p>
    <w:p>
      <w:pPr>
        <w:jc w:val="right"/>
      </w:pPr>
      <w:r>
        <w:t>باقی تو ہمیں پیغمبر سے لینا ہے، ریولیشن سے لینا ہے۔</w:t>
      </w:r>
    </w:p>
    <w:p>
      <w:r>
        <w:rPr>
          <w:b/>
        </w:rPr>
        <w:t xml:space="preserve">[1:36:14] </w:t>
      </w:r>
      <w:r>
        <w:t>to yeh jitne bhi scientist thay, nature mein socha, nature pe discoveries kin, lekin unhon ne yeh nahin</w:t>
      </w:r>
    </w:p>
    <w:p>
      <w:pPr>
        <w:jc w:val="right"/>
      </w:pPr>
      <w:r>
        <w:t>تو یہ جتنے بھی سائنٹسٹ تھے، نیچر میں سوچا، نیچر پہ ڈسکوریز کیں، لیکن انہوں نے یہ نہیں</w:t>
      </w:r>
    </w:p>
    <w:p>
      <w:r>
        <w:rPr>
          <w:b/>
        </w:rPr>
        <w:t xml:space="preserve">[1:36:20] </w:t>
      </w:r>
      <w:r>
        <w:t>kabhi janne ki koshish ki ke peghambar ne kya guideline di hai.</w:t>
      </w:r>
    </w:p>
    <w:p>
      <w:pPr>
        <w:jc w:val="right"/>
      </w:pPr>
      <w:r>
        <w:t>کبھی جاننے کی کوشش کی کہ پیغمبر نے کیا گائیڈ لائن دی ہے۔</w:t>
      </w:r>
    </w:p>
    <w:p>
      <w:r>
        <w:rPr>
          <w:b/>
        </w:rPr>
        <w:t xml:space="preserve">[1:36:26] </w:t>
      </w:r>
      <w:r>
        <w:t>to Prophet ki guideline ke bagair jab aap</w:t>
      </w:r>
    </w:p>
    <w:p>
      <w:pPr>
        <w:jc w:val="right"/>
      </w:pPr>
      <w:r>
        <w:t>تو پرافٹ کی گائیڈ لائن کے بغیر جب آپ</w:t>
      </w:r>
    </w:p>
    <w:p>
      <w:r>
        <w:rPr>
          <w:b/>
        </w:rPr>
        <w:t xml:space="preserve">[1:36:32] </w:t>
      </w:r>
      <w:r>
        <w:t>chalenge to aap yahi kahenge, adhi adhi baat pe le ke adhi baat nahin paenge.</w:t>
      </w:r>
    </w:p>
    <w:p>
      <w:pPr>
        <w:jc w:val="right"/>
      </w:pPr>
      <w:r>
        <w:t>چلیں گے تو آپ یہی کہیں گے، ادھی ادھی بات پہ لے کے ادھی بات نہیں پائیں گے۔</w:t>
      </w:r>
    </w:p>
    <w:p>
      <w:r>
        <w:rPr>
          <w:b/>
        </w:rPr>
        <w:t xml:space="preserve">[1:36:37] </w:t>
      </w:r>
      <w:r>
        <w:t>آپ جیسے آئنسٹین نے کہا تھا کہ نیچر کے ابزرویشن کے بعد کہ most incomprehensible fact about</w:t>
      </w:r>
    </w:p>
    <w:p>
      <w:pPr>
        <w:jc w:val="right"/>
      </w:pPr>
      <w:r>
        <w:t>آپ جیسے آئنسٹین نے کہا تھا کہ نیچر کے ابزرویشن کے بعد کہ موسٹ ان کمپرہنسیبل فیکٹ اباؤٹ</w:t>
      </w:r>
    </w:p>
    <w:p>
      <w:r>
        <w:rPr>
          <w:b/>
        </w:rPr>
        <w:t xml:space="preserve">[1:36:42] </w:t>
      </w:r>
      <w:r>
        <w:t>nature is that, it is comprehensible ke nature ke bare mein sab se zyada nakabil-e-fehm baat yeh</w:t>
      </w:r>
    </w:p>
    <w:p>
      <w:pPr>
        <w:jc w:val="right"/>
      </w:pPr>
      <w:r>
        <w:t>نیچر از دیٹ، اٹ از کمپرہنسیبل کہ نیچر کے بارے میں سب سے زیادہ ناقابل فہم بات یہ</w:t>
      </w:r>
    </w:p>
    <w:p>
      <w:r>
        <w:rPr>
          <w:b/>
        </w:rPr>
        <w:t xml:space="preserve">[1:36:47] </w:t>
      </w:r>
      <w:r>
        <w:t>hai ke woh qabil-e-fehm hai.</w:t>
      </w:r>
    </w:p>
    <w:p>
      <w:pPr>
        <w:jc w:val="right"/>
      </w:pPr>
      <w:r>
        <w:t>ہے کہ وہ قابل فہم ہے۔</w:t>
      </w:r>
    </w:p>
    <w:p>
      <w:r>
        <w:rPr>
          <w:b/>
        </w:rPr>
        <w:t xml:space="preserve">[1:36:52] </w:t>
      </w:r>
      <w:r>
        <w:t>to kyun Khuda ko nahin mana? unhon ne peghambar ki guidance le liya.</w:t>
      </w:r>
    </w:p>
    <w:p>
      <w:pPr>
        <w:jc w:val="right"/>
      </w:pPr>
      <w:r>
        <w:t>تو کیوں خدا کو نہیں مان مانا؟ انہوں نے پیغمبر کی گائیڈنس لے لیا۔</w:t>
      </w:r>
    </w:p>
    <w:p>
      <w:r>
        <w:rPr>
          <w:b/>
        </w:rPr>
        <w:t xml:space="preserve">[1:36:57] </w:t>
      </w:r>
      <w:r>
        <w:t>unhon ne matlab</w:t>
      </w:r>
    </w:p>
    <w:p>
      <w:pPr>
        <w:jc w:val="right"/>
      </w:pPr>
      <w:r>
        <w:t>انہوں نے مطلب</w:t>
      </w:r>
    </w:p>
    <w:p>
      <w:r>
        <w:rPr>
          <w:b/>
        </w:rPr>
        <w:t xml:space="preserve">[1:37:02] </w:t>
      </w:r>
      <w:r>
        <w:t>is ka ulta kehte hain woh ke nature itni zyada meaningful hai ke hum ko manna pare</w:t>
      </w:r>
    </w:p>
    <w:p>
      <w:pPr>
        <w:jc w:val="right"/>
      </w:pPr>
      <w:r>
        <w:t>اس کا الٹا کہتے ہیں وہ کہ نیچر اتنی زیادہ میننگ فل ہے کہ ہم کو ماننا پڑے</w:t>
      </w:r>
    </w:p>
    <w:p>
      <w:r>
        <w:rPr>
          <w:b/>
        </w:rPr>
        <w:t xml:space="preserve">[1:37:06] </w:t>
      </w:r>
      <w:r>
        <w:t>ga ke is ke peeche Khuda hai.</w:t>
      </w:r>
    </w:p>
    <w:p>
      <w:pPr>
        <w:jc w:val="right"/>
      </w:pPr>
      <w:r>
        <w:t>گا کہ اس کے پیچھے خدا ہے۔</w:t>
      </w:r>
    </w:p>
    <w:p>
      <w:r>
        <w:rPr>
          <w:b/>
        </w:rPr>
        <w:t xml:space="preserve">[1:37:10] </w:t>
      </w:r>
      <w:r>
        <w:t>yeh kehte hain woh.</w:t>
      </w:r>
    </w:p>
    <w:p>
      <w:pPr>
        <w:jc w:val="right"/>
      </w:pPr>
      <w:r>
        <w:t>یہ کہتے ہیں وہ۔</w:t>
      </w:r>
    </w:p>
    <w:p>
      <w:r>
        <w:rPr>
          <w:b/>
        </w:rPr>
        <w:t xml:space="preserve">[1:37:13] </w:t>
      </w:r>
      <w:r>
        <w:t>to scientist ka mamla yeh hai ke woh unhon ne yeh presume kar liya ke harkat wahi jo</w:t>
      </w:r>
    </w:p>
    <w:p>
      <w:pPr>
        <w:jc w:val="right"/>
      </w:pPr>
      <w:r>
        <w:t>تو سائنٹسٹ کا معاملہ یہ ہے کہ وہ انہوں نے یہ پریزوم کر لیا کہ حرکت وہی جو</w:t>
      </w:r>
    </w:p>
    <w:p>
      <w:r>
        <w:rPr>
          <w:b/>
        </w:rPr>
        <w:t xml:space="preserve">[1:37:17] </w:t>
      </w:r>
      <w:r>
        <w:t>observation mein aae hain.</w:t>
      </w:r>
    </w:p>
    <w:p>
      <w:pPr>
        <w:jc w:val="right"/>
      </w:pPr>
      <w:r>
        <w:t>ابزرویشن میں آئے ہیں۔</w:t>
      </w:r>
    </w:p>
    <w:p>
      <w:r>
        <w:rPr>
          <w:b/>
        </w:rPr>
        <w:t xml:space="preserve">[1:37:21] </w:t>
      </w:r>
      <w:r>
        <w:t>bas to observation mein jo ja rahi hai, us us ke usi tak apna ilm woh limit, wahin</w:t>
      </w:r>
    </w:p>
    <w:p>
      <w:pPr>
        <w:jc w:val="right"/>
      </w:pPr>
      <w:r>
        <w:t>بس تو ابزرویشن میں جو جا رہی ہے، اس اس کے اسی تک اپنا علم وہ لمٹ، وہیں</w:t>
      </w:r>
    </w:p>
    <w:p>
      <w:r>
        <w:rPr>
          <w:b/>
        </w:rPr>
        <w:t xml:space="preserve">[1:37:25] </w:t>
      </w:r>
      <w:r>
        <w:t>par, wahi had, wahin mehdood ki hui hain.</w:t>
      </w:r>
    </w:p>
    <w:p>
      <w:pPr>
        <w:jc w:val="right"/>
      </w:pPr>
      <w:r>
        <w:t>پر، وہی حد، وہیں محدود کی ہوئی ہیں۔</w:t>
      </w:r>
    </w:p>
    <w:p>
      <w:r>
        <w:rPr>
          <w:b/>
        </w:rPr>
        <w:t xml:space="preserve">[1:37:29] </w:t>
      </w:r>
      <w:r>
        <w:t>woh yani matlab space and time ke andar,</w:t>
      </w:r>
    </w:p>
    <w:p>
      <w:pPr>
        <w:jc w:val="right"/>
      </w:pPr>
      <w:r>
        <w:t>وہ یعنی مطلب سپیس اینڈ ٹائم کے اندر،</w:t>
      </w:r>
    </w:p>
    <w:p>
      <w:r>
        <w:rPr>
          <w:b/>
        </w:rPr>
        <w:t xml:space="preserve">[1:37:32] </w:t>
      </w:r>
      <w:r>
        <w:t>space and time ke bahar jo duniya hai, us ko unhon ne, us ko unhon ne apna concern nahin banaya.</w:t>
      </w:r>
    </w:p>
    <w:p>
      <w:pPr>
        <w:jc w:val="right"/>
      </w:pPr>
      <w:r>
        <w:t>سپیس اینڈ ٹائم کے باہر جو دنیا ہے، اس کو انہوں نے، اس کو انہوں نے اپنا کنسرن نہیں بنایا۔</w:t>
      </w:r>
    </w:p>
    <w:p>
      <w:r>
        <w:rPr>
          <w:b/>
        </w:rPr>
        <w:t xml:space="preserve">[1:37:39] </w:t>
      </w:r>
      <w:r>
        <w:t>is liye yeh cheez pesh aai.</w:t>
      </w:r>
    </w:p>
    <w:p>
      <w:pPr>
        <w:jc w:val="right"/>
      </w:pPr>
      <w:r>
        <w:t>اس لیے یہ چیز پیش آئی۔</w:t>
      </w:r>
    </w:p>
    <w:p>
      <w:r>
        <w:rPr>
          <w:b/>
        </w:rPr>
        <w:t xml:space="preserve">[1:37:45] </w:t>
      </w:r>
      <w:r>
        <w:t>ab yeh kaam believers ko karna hai, believers ko ke un ka jo unhon ne jo data provide</w:t>
      </w:r>
    </w:p>
    <w:p>
      <w:pPr>
        <w:jc w:val="right"/>
      </w:pPr>
      <w:r>
        <w:t>اب یہ کام بیلیورز کو کرنا ہے، بیلیورز کو کہ ان کا جو انہوں نے جو ڈیٹا پرووائیڈ</w:t>
      </w:r>
    </w:p>
    <w:p>
      <w:r>
        <w:rPr>
          <w:b/>
        </w:rPr>
        <w:t xml:space="preserve">[1:37:52] </w:t>
      </w:r>
      <w:r>
        <w:t>kar diya hai, us ko le kar ke hum is mein add karein, yani reveal knowledge ko phir</w:t>
      </w:r>
    </w:p>
    <w:p>
      <w:pPr>
        <w:jc w:val="right"/>
      </w:pPr>
      <w:r>
        <w:t>کر دیا ہے، اس کو لے کر کے ہم اس میں ایڈ کریں، یعنی ریویل نالج کو پھر</w:t>
      </w:r>
    </w:p>
    <w:p>
      <w:r>
        <w:rPr>
          <w:b/>
        </w:rPr>
        <w:t xml:space="preserve">[1:37:58] </w:t>
      </w:r>
      <w:r>
        <w:t>duniya ko bataein, aur phir duniya ko poori poori baat insan jaan sake ga.</w:t>
      </w:r>
    </w:p>
    <w:p>
      <w:pPr>
        <w:jc w:val="right"/>
      </w:pPr>
      <w:r>
        <w:t>دنیا کو بتائیں، اور پھر دنیا کو پوری پوری بات انسان جان سکے گا۔</w:t>
      </w:r>
    </w:p>
    <w:p>
      <w:r>
        <w:rPr>
          <w:b/>
        </w:rPr>
        <w:t xml:space="preserve">[1:38:05] </w:t>
      </w:r>
      <w:r>
        <w:t>this question is from Ms Zeeba Ahmed from Maryland.</w:t>
      </w:r>
    </w:p>
    <w:p>
      <w:pPr>
        <w:jc w:val="right"/>
      </w:pPr>
      <w:r>
        <w:t>دس کوسچن از فرام مس زیبہ احمد فرام میری لینڈ۔</w:t>
      </w:r>
    </w:p>
    <w:p>
      <w:r>
        <w:rPr>
          <w:b/>
        </w:rPr>
        <w:t xml:space="preserve">[1:38:11] </w:t>
      </w:r>
      <w:r>
        <w:t>Maulana, you said that when we address someone, we should read their minds.</w:t>
      </w:r>
    </w:p>
    <w:p>
      <w:pPr>
        <w:jc w:val="right"/>
      </w:pPr>
      <w:r>
        <w:t>مولانا، یو سیڈ دیٹ وین وی ایڈریس سم ون، وی شوڈ ریڈ دیر مائنڈز۔</w:t>
      </w:r>
    </w:p>
    <w:p>
      <w:r>
        <w:rPr>
          <w:b/>
        </w:rPr>
        <w:t xml:space="preserve">[1:38:17] </w:t>
      </w:r>
      <w:r>
        <w:t>how can we read their minds? are there some techniques to do so? nahin, nahin, koi technique nahin hai.</w:t>
      </w:r>
    </w:p>
    <w:p>
      <w:pPr>
        <w:jc w:val="right"/>
      </w:pPr>
      <w:r>
        <w:t>ہاؤ کین وی ریڈ دیر مائنڈز؟ آر دیر سم ٹیکنیکس ٹو ڈو سو؟ نہیں، نہیں، کوئی ٹیکنیک نہیں ہے۔</w:t>
      </w:r>
    </w:p>
    <w:p>
      <w:r>
        <w:rPr>
          <w:b/>
        </w:rPr>
        <w:t xml:space="preserve">[1:38:23] </w:t>
      </w:r>
      <w:r>
        <w:t>you have to develop common sense.</w:t>
      </w:r>
    </w:p>
    <w:p>
      <w:pPr>
        <w:jc w:val="right"/>
      </w:pPr>
      <w:r>
        <w:t>یو ہیو ٹو ڈیولپ کامن سینس۔</w:t>
      </w:r>
    </w:p>
    <w:p>
      <w:r>
        <w:rPr>
          <w:b/>
        </w:rPr>
        <w:t xml:space="preserve">[1:38:29] </w:t>
      </w:r>
      <w:r>
        <w:t>mein jab baat karta hoon to bohat jald mein samajhta hoon ke aadmi kaisa hai.</w:t>
      </w:r>
    </w:p>
    <w:p>
      <w:pPr>
        <w:jc w:val="right"/>
      </w:pPr>
      <w:r>
        <w:t>میں جب بات کرتا ہوں تو بہت جلد میں سمجھتا ہوں کہ آدمی کیسا ہے۔</w:t>
      </w:r>
    </w:p>
    <w:p>
      <w:r>
        <w:rPr>
          <w:b/>
        </w:rPr>
        <w:t xml:space="preserve">[1:38:35] </w:t>
      </w:r>
      <w:r>
        <w:t>jaise kal mere paas, kal parson mere paas ek telaho aaya, ek lady ka. unhon ne kaha ke mujh se aur shohar se bohat khatpat rehti hai. hum ne kabhi dekha nahi is lady ko, na is ke shohar ko. kabhi nahi dekha woh delhi ke bahar ki khatoon. telaho main ne kaha ke dekhein, aap bohat bolti hain, yahi problem hai. kuch nahi, mujhe pata tha un ke bare mein, kuch bhi nahi. un ki baat cheet se main ne pakar liya ke aap bohat bolti hain, yahi aap ka problem hai. phir jab scrutiny ki to maloom hua ke waqai shohar ko yahi shak</w:t>
      </w:r>
    </w:p>
    <w:p>
      <w:pPr>
        <w:jc w:val="right"/>
      </w:pPr>
      <w:r>
        <w:t>جیسے کل میرے پاس، کل پرسوں میرے پاس ایک ٹیلہو آیا، ایک لیڈی کا۔ انہوں نے کہا کہ مجھ سے اور شوہر سے بہت کھٹپٹ رہتی ہے۔ ہم نے کبھی دیکھا نہیں اس لیڈی کو، نہ اس کے شوہر کو۔ کبھی نہیں دیکھا وہ دہلی کے باہر کی خاتون۔ ٹیلہو میں نے کہا کہ دیکھیں، آپ بہت بولتی ہیں، یہی پرابلم ہے۔ کچھ نہیں، مجھے پتہ تھا ان کے بارے میں، کچھ بھی نہیں۔ ان کی بات چیت سے میں نے پکڑ لیا کہ آپ بہت بولتی ہیں، یہی آپ کا پرابلم ہے۔ پھر جب سکروٹنی کی تو معلوم ہوا کہ واقعی شوہر کو یہی شک</w:t>
      </w:r>
    </w:p>
    <w:p>
      <w:r>
        <w:rPr>
          <w:b/>
        </w:rPr>
        <w:t xml:space="preserve">[1:39:05] </w:t>
      </w:r>
      <w:r>
        <w:t>aayat hai ke bhai tum bohat bolti ho.</w:t>
      </w:r>
    </w:p>
    <w:p>
      <w:pPr>
        <w:jc w:val="right"/>
      </w:pPr>
      <w:r>
        <w:t>ایت ہے کہ بھئی تم بہت بولتی ہو۔</w:t>
      </w:r>
    </w:p>
    <w:p>
      <w:r>
        <w:rPr>
          <w:b/>
        </w:rPr>
        <w:t xml:space="preserve">[1:39:10] </w:t>
      </w:r>
      <w:r>
        <w:t>shohar ka bar bar kehta raha, tum bohat bolti ho.</w:t>
      </w:r>
    </w:p>
    <w:p>
      <w:pPr>
        <w:jc w:val="right"/>
      </w:pPr>
      <w:r>
        <w:t>شوہر کا بار بار کہتا رہا، تم بہت بولتی ہو۔</w:t>
      </w:r>
    </w:p>
    <w:p>
      <w:r>
        <w:rPr>
          <w:b/>
        </w:rPr>
        <w:t xml:space="preserve">[1:39:15] </w:t>
      </w:r>
      <w:r>
        <w:t>to mein ne kaha, aap apna bolna kam kar dijiye, baat khatam ho jayegi.</w:t>
      </w:r>
    </w:p>
    <w:p>
      <w:pPr>
        <w:jc w:val="right"/>
      </w:pPr>
      <w:r>
        <w:t>تو میں نے کہا، آپ اپنا بولنا کم کر دیجئے، بات ختم ہو جائے گی۔</w:t>
      </w:r>
    </w:p>
    <w:p>
      <w:r>
        <w:rPr>
          <w:b/>
        </w:rPr>
        <w:t xml:space="preserve">[1:39:21] </w:t>
      </w:r>
      <w:r>
        <w:t>to aap develop kijiye apne andar is sense ko, is sense ko develop kijiye.</w:t>
      </w:r>
    </w:p>
    <w:p>
      <w:pPr>
        <w:jc w:val="right"/>
      </w:pPr>
      <w:r>
        <w:t>تو آپ ڈیولپ کیجئے اپنے اندر اس سینس کو، اس سینس کو ڈیولپ کیجئے۔</w:t>
      </w:r>
    </w:p>
    <w:p>
      <w:r>
        <w:rPr>
          <w:b/>
        </w:rPr>
        <w:t xml:space="preserve">[1:39:26] </w:t>
      </w:r>
      <w:r>
        <w:t>kal parson ek naujawan mere paas aaye, kai log wahan baithe hue the, mere saathi.</w:t>
      </w:r>
    </w:p>
    <w:p>
      <w:pPr>
        <w:jc w:val="right"/>
      </w:pPr>
      <w:r>
        <w:t>کل پرسوں ایک نوجوان میرے پاس آئے، کئی لوگ وہاں بیٹھے ہوئے تھے، میرے ساتھی۔</w:t>
      </w:r>
    </w:p>
    <w:p>
      <w:r>
        <w:rPr>
          <w:b/>
        </w:rPr>
        <w:t xml:space="preserve">[1:39:31] </w:t>
      </w:r>
      <w:r>
        <w:t>wo kuch kuch, wo chup tha, wo kuch bol nahi raha tha, wo</w:t>
      </w:r>
    </w:p>
    <w:p>
      <w:pPr>
        <w:jc w:val="right"/>
      </w:pPr>
      <w:r>
        <w:t>وہ کچھ کچھ، وہ چپ تھا، وہ کچھ بول نہیں رہا تھا، وہ</w:t>
      </w:r>
    </w:p>
    <w:p>
      <w:r>
        <w:rPr>
          <w:b/>
        </w:rPr>
        <w:t xml:space="preserve">[1:39:36] </w:t>
      </w:r>
      <w:r>
        <w:t>kuch bhi nahi bol raha tha.</w:t>
      </w:r>
    </w:p>
    <w:p>
      <w:pPr>
        <w:jc w:val="right"/>
      </w:pPr>
      <w:r>
        <w:t>کچھ بھی نہیں بول رہا تھا۔</w:t>
      </w:r>
    </w:p>
    <w:p>
      <w:r>
        <w:rPr>
          <w:b/>
        </w:rPr>
        <w:t xml:space="preserve">[1:39:39] </w:t>
      </w:r>
      <w:r>
        <w:t>mein zara sa kuch bola, thoda bohat.</w:t>
      </w:r>
    </w:p>
    <w:p>
      <w:pPr>
        <w:jc w:val="right"/>
      </w:pPr>
      <w:r>
        <w:t>میں ذرا سا کچھ بولا، تھوڑا بہت۔</w:t>
      </w:r>
    </w:p>
    <w:p>
      <w:r>
        <w:rPr>
          <w:b/>
        </w:rPr>
        <w:t xml:space="preserve">[1:39:43] </w:t>
      </w:r>
      <w:r>
        <w:t>mein ne usay kaha ke dekhen, mera guess hai ke aap ke bohat dost hain.</w:t>
      </w:r>
    </w:p>
    <w:p>
      <w:pPr>
        <w:jc w:val="right"/>
      </w:pPr>
      <w:r>
        <w:t>میں نے اسے کہا کہ دیکھیں، میرا گیس ہے کہ آپ کے بہت دوست ہیں۔</w:t>
      </w:r>
    </w:p>
    <w:p>
      <w:r>
        <w:rPr>
          <w:b/>
        </w:rPr>
        <w:t xml:space="preserve">[1:39:46] </w:t>
      </w:r>
      <w:r>
        <w:t>us ne maan liya ke haan, mere bohat dost hain.</w:t>
      </w:r>
    </w:p>
    <w:p>
      <w:pPr>
        <w:jc w:val="right"/>
      </w:pPr>
      <w:r>
        <w:t>اس نے مان لیا کہ ہاں، میرے بہت دوست ہیں۔</w:t>
      </w:r>
    </w:p>
    <w:p>
      <w:r>
        <w:rPr>
          <w:b/>
        </w:rPr>
        <w:t xml:space="preserve">[1:39:49] </w:t>
      </w:r>
      <w:r>
        <w:t>phir mein ne kaha, dekhen, mera doosra guess yeh hai ke aap ab doston mein aap sab zyada bolte hain.</w:t>
      </w:r>
    </w:p>
    <w:p>
      <w:pPr>
        <w:jc w:val="right"/>
      </w:pPr>
      <w:r>
        <w:t>پھر میں نے کہا، دیکھیں، میرا دوسرا گیس یہ ہے کہ آپ اب دوستوں میں آپ سب زیادہ بولتے ہیں۔</w:t>
      </w:r>
    </w:p>
    <w:p>
      <w:r>
        <w:rPr>
          <w:b/>
        </w:rPr>
        <w:t xml:space="preserve">[1:39:53] </w:t>
      </w:r>
      <w:r>
        <w:t>us ne malik kaha, haan, mein zyada bolta hoon.</w:t>
      </w:r>
    </w:p>
    <w:p>
      <w:pPr>
        <w:jc w:val="right"/>
      </w:pPr>
      <w:r>
        <w:t>اس نے مالک کہا، ہاں، میں زیادہ بولتا ہوں۔</w:t>
      </w:r>
    </w:p>
    <w:p>
      <w:r>
        <w:rPr>
          <w:b/>
        </w:rPr>
        <w:t xml:space="preserve">[1:39:56] </w:t>
      </w:r>
      <w:r>
        <w:t>yeh wajah hai ke aap koi taraqqi nahi kar sake.</w:t>
      </w:r>
    </w:p>
    <w:p>
      <w:pPr>
        <w:jc w:val="right"/>
      </w:pPr>
      <w:r>
        <w:t>یہ وجہ ہے کہ آپ کوئی ترقی نہیں کر سکے۔</w:t>
      </w:r>
    </w:p>
    <w:p>
      <w:r>
        <w:rPr>
          <w:b/>
        </w:rPr>
        <w:t xml:space="preserve">[1:40:00] </w:t>
      </w:r>
      <w:r>
        <w:t>doston ne aap ko aage barhne nahi diya.</w:t>
      </w:r>
    </w:p>
    <w:p>
      <w:pPr>
        <w:jc w:val="right"/>
      </w:pPr>
      <w:r>
        <w:t>دوستوں نے آپ کو آگے بڑھنے نہیں دیا۔</w:t>
      </w:r>
    </w:p>
    <w:p>
      <w:r>
        <w:rPr>
          <w:b/>
        </w:rPr>
        <w:t xml:space="preserve">[1:40:03] </w:t>
      </w:r>
      <w:r>
        <w:t>aur doston mein jab bolte hain, aap khoob zyada</w:t>
      </w:r>
    </w:p>
    <w:p>
      <w:pPr>
        <w:jc w:val="right"/>
      </w:pPr>
      <w:r>
        <w:t>اور دوستوں میں جب بولتے ہیں، آپ خوب زیادہ</w:t>
      </w:r>
    </w:p>
    <w:p>
      <w:r>
        <w:rPr>
          <w:b/>
        </w:rPr>
        <w:t xml:space="preserve">[1:40:06] </w:t>
      </w:r>
      <w:r>
        <w:t>aur sunte hain to aap samajhte hain ke main main kuch hoon. ek guess se main ne jana ke woh aadmi ke ke bohat se dost hain. guess se jana ke woh aadmi apne doston mein bohat zyada bolta hai. is bina par us ki taraqqi nahi ho saki. to log keen nahi hain na? keen nahi hain? keen hon to yeh sab baatein har aadmi jaan sakta hai. koi meri koi speciality nahi hai. i have no special significancy. newton ne jo kaha tha, wahi mera maamla hai. newton ne keh</w:t>
      </w:r>
    </w:p>
    <w:p>
      <w:pPr>
        <w:jc w:val="right"/>
      </w:pPr>
      <w:r>
        <w:t>اور سنتے ہیں تو آپ سمجھتے ہیں کہ میں میں کچھ ہوں۔ ایک گیس سے میں نے جانا کہ وہ آدمی کے کے بہت سے دوست ہیں۔ گیس سے جانا کہ وہ آدمی اپنے دوستوں میں بہت زیادہ بولتا ہے۔ اس بنا پر اس کی ترقی نہیں ہو سکی۔ تو لوگ کین نہیں ہیں نا؟ کین نہیں ہیں؟ کین ہوں تو یہ سب باتیں ہر آدمی جان سکتا ہے۔ کوئی میری کوئی سپیشلٹی نہیں ہے۔ آئی ہیو نو سپیشل سگنسیٹی۔ نیوٹن نے جو کہا تھا، وہی میرا معاملہ ہے۔ نیوٹن نے کہ</w:t>
      </w:r>
    </w:p>
    <w:p>
      <w:r>
        <w:rPr>
          <w:b/>
        </w:rPr>
        <w:t xml:space="preserve">[1:40:36] </w:t>
      </w:r>
      <w:r>
        <w:t>I have no special sensitivity.</w:t>
      </w:r>
    </w:p>
    <w:p>
      <w:pPr>
        <w:jc w:val="right"/>
      </w:pPr>
      <w:r>
        <w:t>ا تھا کہ آئی ہیو نو سپیشل سگنسیٹی۔</w:t>
      </w:r>
    </w:p>
    <w:p>
      <w:r>
        <w:rPr>
          <w:b/>
        </w:rPr>
        <w:t xml:space="preserve">[1:40:40] </w:t>
      </w:r>
      <w:r>
        <w:t>only the power of patient thought.</w:t>
      </w:r>
    </w:p>
    <w:p>
      <w:pPr>
        <w:jc w:val="right"/>
      </w:pPr>
      <w:r>
        <w:t>اونلی دا پاور اف پیشنٹ تھاٹ۔</w:t>
      </w:r>
    </w:p>
    <w:p>
      <w:r>
        <w:rPr>
          <w:b/>
        </w:rPr>
        <w:t xml:space="preserve">[1:40:44] </w:t>
      </w:r>
      <w:r>
        <w:t>ek dam yahi mera haal hai.</w:t>
      </w:r>
    </w:p>
    <w:p>
      <w:pPr>
        <w:jc w:val="right"/>
      </w:pPr>
      <w:r>
        <w:t>ایک دم یہی میرا حال ہے۔</w:t>
      </w:r>
    </w:p>
    <w:p>
      <w:r>
        <w:rPr>
          <w:b/>
        </w:rPr>
        <w:t xml:space="preserve">[1:40:48] </w:t>
      </w:r>
      <w:r>
        <w:t>i have no special sensity.</w:t>
      </w:r>
    </w:p>
    <w:p>
      <w:pPr>
        <w:jc w:val="right"/>
      </w:pPr>
      <w:r>
        <w:t>آئی ہیو نو سپیشل سگنسیٹی۔</w:t>
      </w:r>
    </w:p>
    <w:p>
      <w:r>
        <w:rPr>
          <w:b/>
        </w:rPr>
        <w:t xml:space="preserve">[1:40:51] </w:t>
      </w:r>
      <w:r>
        <w:t>only the power of patient thought.</w:t>
      </w:r>
    </w:p>
    <w:p>
      <w:pPr>
        <w:jc w:val="right"/>
      </w:pPr>
      <w:r>
        <w:t>اونلی دا پاور اف پیشنٹ تھاٹ۔</w:t>
      </w:r>
    </w:p>
    <w:p>
      <w:r>
        <w:rPr>
          <w:b/>
        </w:rPr>
        <w:t xml:space="preserve">[1:40:55] </w:t>
      </w:r>
      <w:r>
        <w:t>yeh develop kar lijiye apne andar to to sab kuch aap ko haasil ho jayega.</w:t>
      </w:r>
    </w:p>
    <w:p>
      <w:pPr>
        <w:jc w:val="right"/>
      </w:pPr>
      <w:r>
        <w:t>یہ ڈیولپ کر لیجئے اپنے اندر تو تو سب کچھ آپ کو حاصل ہو جائے گا۔</w:t>
      </w:r>
    </w:p>
    <w:p>
      <w:r>
        <w:rPr>
          <w:b/>
        </w:rPr>
        <w:t xml:space="preserve">[1:40:59] </w:t>
      </w:r>
      <w:r>
        <w:t>This question is from Dr. Farida Khanum from Delhi.</w:t>
      </w:r>
    </w:p>
    <w:p>
      <w:pPr>
        <w:jc w:val="right"/>
      </w:pPr>
      <w:r>
        <w:t>دس کوسچن از فرام ڈاکٹر فریدہ خانم فرام دہلی۔</w:t>
      </w:r>
    </w:p>
    <w:p>
      <w:r>
        <w:rPr>
          <w:b/>
        </w:rPr>
        <w:t xml:space="preserve">[1:41:03] </w:t>
      </w:r>
      <w:r>
        <w:t>We often find that even after providing rational, logical answers to the</w:t>
      </w:r>
    </w:p>
    <w:p>
      <w:pPr>
        <w:jc w:val="right"/>
      </w:pPr>
      <w:r>
        <w:t>وی آفن فائنڈ دیٹ ایون افٹر پرووائیڈنگ ریشنل لوجیکل انسرز ٹو دا</w:t>
      </w:r>
    </w:p>
    <w:p>
      <w:r>
        <w:rPr>
          <w:b/>
        </w:rPr>
        <w:t xml:space="preserve">[1:41:06] </w:t>
      </w:r>
      <w:r>
        <w:t>questions raised by the people, they do not accept it. why is it that people do not surrender to logic and reason? dekhein, sab se pehli hai deconditioning. har aadmi case jo hai, conditioning ke case hai. har aadmi, chahe woh philosopher ho ya aam aadmi ho. kyun ke ek ek ghar mein paida hua, ek mahaul mein raha, woh ek school mein, ek college mein us ki parhai hui, ek s</w:t>
      </w:r>
    </w:p>
    <w:p>
      <w:pPr>
        <w:jc w:val="right"/>
      </w:pPr>
      <w:r>
        <w:t>کوسچنز ریز بائے دا پیپل، دے ڈو ناٹ ایکسیپٹ اٹ۔ وائی از اٹ دیٹ پیپل ڈو ناٹ سرینڈر ٹو لوجک اینڈ ریزن؟ دیکھیں، سب سے پہلی ہے ڈی کنڈیشننگ۔ ہر آدمی کیس جو ہے، کنڈیشننگ کے کیس ہے۔ ہر آدمی، چاہے وہ فلاسفر ہو یا عام آدمی ہو۔ کیونکہ ایک ایک گھر میں پیدا ہوا، ایک ماحول میں رہا، وہ ایک اسکول میں، ایک کالج میں اس کی پڑھائی ہوئی، ایک س</w:t>
      </w:r>
    </w:p>
    <w:p>
      <w:r>
        <w:rPr>
          <w:b/>
        </w:rPr>
        <w:t xml:space="preserve">[1:41:36] </w:t>
      </w:r>
      <w:r>
        <w:t>society mein wo rehta raha, wo is se is ki conditioning ho gayi.</w:t>
      </w:r>
    </w:p>
    <w:p>
      <w:pPr>
        <w:jc w:val="right"/>
      </w:pPr>
      <w:r>
        <w:t>وسائٹی میں وہ رہتا رہا، وہ اس سے اس کی کنڈیشننگ ہو گئی۔</w:t>
      </w:r>
    </w:p>
    <w:p>
      <w:r>
        <w:rPr>
          <w:b/>
        </w:rPr>
        <w:t xml:space="preserve">[1:41:41] </w:t>
      </w:r>
      <w:r>
        <w:t>تو یہاں starting is is is from here.</w:t>
      </w:r>
    </w:p>
    <w:p>
      <w:pPr>
        <w:jc w:val="right"/>
      </w:pPr>
      <w:r>
        <w:t>تو یہاں سٹارٹنگ از از از فرام ہیر۔</w:t>
      </w:r>
    </w:p>
    <w:p>
      <w:r>
        <w:rPr>
          <w:b/>
        </w:rPr>
        <w:t xml:space="preserve">[1:41:46] </w:t>
      </w:r>
      <w:r>
        <w:t>sab se pehle aap ko is ki conditioning ko todna hai.</w:t>
      </w:r>
    </w:p>
    <w:p>
      <w:pPr>
        <w:jc w:val="right"/>
      </w:pPr>
      <w:r>
        <w:t>سب سے پہلے آپ کو اس کی کنڈیشننگ کو توڑنا ہے۔</w:t>
      </w:r>
    </w:p>
    <w:p>
      <w:r>
        <w:rPr>
          <w:b/>
        </w:rPr>
        <w:t xml:space="preserve">[1:41:51] </w:t>
      </w:r>
      <w:r>
        <w:t>yeh deconditioning jo hai, wo starting point hai.</w:t>
      </w:r>
    </w:p>
    <w:p>
      <w:pPr>
        <w:jc w:val="right"/>
      </w:pPr>
      <w:r>
        <w:t>یہ ڈی کنڈیشننگ جو ہے، وہ سٹارٹنگ پوائنٹ ہے۔</w:t>
      </w:r>
    </w:p>
    <w:p>
      <w:r>
        <w:rPr>
          <w:b/>
        </w:rPr>
        <w:t xml:space="preserve">[1:41:56] </w:t>
      </w:r>
      <w:r>
        <w:t>jab tak wo na ho jaye, tab tak aap ko bohat hi sabr ke sath unhen samjhate rehna hai.</w:t>
      </w:r>
    </w:p>
    <w:p>
      <w:pPr>
        <w:jc w:val="right"/>
      </w:pPr>
      <w:r>
        <w:t>جب تک وہ نہ ہو جائے، تب تک آپ کو بہت ہی صبر کے ساتھ انہیں سمجھاتے رہنا ہے۔</w:t>
      </w:r>
    </w:p>
    <w:p>
      <w:r>
        <w:rPr>
          <w:b/>
        </w:rPr>
        <w:t xml:space="preserve">[1:42:01] </w:t>
      </w:r>
      <w:r>
        <w:t>jis din woh toote gi, us ke baad woh inshallah samajh jayenge baaton ko.</w:t>
      </w:r>
    </w:p>
    <w:p>
      <w:pPr>
        <w:jc w:val="right"/>
      </w:pPr>
      <w:r>
        <w:t>جس دن وہ ٹوٹے گی، اس کے بعد وہ انشاءاللہ سمجھ جائیں گے باتوں کو۔</w:t>
      </w:r>
    </w:p>
    <w:p>
      <w:r>
        <w:rPr>
          <w:b/>
        </w:rPr>
        <w:t xml:space="preserve">[1:42:07] </w:t>
      </w:r>
      <w:r>
        <w:t>lekin sirf logic se aadmi surrender nahi kar sakta jab tak ke us ki conditioning na toote.</w:t>
      </w:r>
    </w:p>
    <w:p>
      <w:pPr>
        <w:jc w:val="right"/>
      </w:pPr>
      <w:r>
        <w:t>لیکن صرف لاجک سے آدمی سرینڈر نہیں کر سکتا جب تک کہ اس کی کنڈیشننگ نہ ٹوٹ جائے۔</w:t>
      </w:r>
    </w:p>
    <w:p>
      <w:r>
        <w:rPr>
          <w:b/>
        </w:rPr>
        <w:t xml:space="preserve">[1:42:10] </w:t>
      </w:r>
      <w:r>
        <w:t>conditioning jab tootti hai, tab us ko logic samajh mein aati hai.</w:t>
      </w:r>
    </w:p>
    <w:p>
      <w:pPr>
        <w:jc w:val="right"/>
      </w:pPr>
      <w:r>
        <w:t>کنڈیشننگ جب ٹوٹتی ہے، تب اس کو لاجک سمجھ میں آتی ہے۔</w:t>
      </w:r>
    </w:p>
    <w:p>
      <w:r>
        <w:rPr>
          <w:b/>
        </w:rPr>
        <w:t xml:space="preserve">[1:42:13] </w:t>
      </w:r>
      <w:r>
        <w:t>warna logic samajh mein hi nahi aati is ki.</w:t>
      </w:r>
    </w:p>
    <w:p>
      <w:pPr>
        <w:jc w:val="right"/>
      </w:pPr>
      <w:r>
        <w:t>ورنہ لاجک سمجھ میں ہی نہیں آتی اس کی۔</w:t>
      </w:r>
    </w:p>
    <w:p>
      <w:r>
        <w:rPr>
          <w:b/>
        </w:rPr>
        <w:t xml:space="preserve">[1:42:17] </w:t>
      </w:r>
      <w:r>
        <w:t>اسی لیے میں کہتا ہوں، read کیجئے اس آدمی کے مائنڈ کو، read کیجئے کہ اس کی conditioning</w:t>
      </w:r>
    </w:p>
    <w:p>
      <w:pPr>
        <w:jc w:val="right"/>
      </w:pPr>
      <w:r>
        <w:t>اسی لیے میں کہتا ہوں، ریڈ کیجئے اس آدمی کے مائنڈ کو، ریڈ کیجئے کہ اس کی کنڈیشننگ</w:t>
      </w:r>
    </w:p>
    <w:p>
      <w:r>
        <w:rPr>
          <w:b/>
        </w:rPr>
        <w:t xml:space="preserve">[1:42:20] </w:t>
      </w:r>
      <w:r>
        <w:t>kahan hui hai.</w:t>
      </w:r>
    </w:p>
    <w:p>
      <w:pPr>
        <w:jc w:val="right"/>
      </w:pPr>
      <w:r>
        <w:t>کہاں ہوئی ہے۔</w:t>
      </w:r>
    </w:p>
    <w:p>
      <w:r>
        <w:rPr>
          <w:b/>
        </w:rPr>
        <w:t xml:space="preserve">[1:42:23] </w:t>
      </w:r>
      <w:r>
        <w:t>us ki conditioning ko janiye.</w:t>
      </w:r>
    </w:p>
    <w:p>
      <w:pPr>
        <w:jc w:val="right"/>
      </w:pPr>
      <w:r>
        <w:t>اس کی کنڈیشننگ کو جانیے۔</w:t>
      </w:r>
    </w:p>
    <w:p>
      <w:r>
        <w:rPr>
          <w:b/>
        </w:rPr>
        <w:t xml:space="preserve">[1:42:27] </w:t>
      </w:r>
      <w:r>
        <w:t>toh dawah as a process.</w:t>
      </w:r>
    </w:p>
    <w:p>
      <w:pPr>
        <w:jc w:val="right"/>
      </w:pPr>
      <w:r>
        <w:t>تو دعویٰ از اے پروسیس۔</w:t>
      </w:r>
    </w:p>
    <w:p>
      <w:r>
        <w:rPr>
          <w:b/>
        </w:rPr>
        <w:t xml:space="preserve">[1:42:30] </w:t>
      </w:r>
      <w:r>
        <w:t>dawah yeh nahi ke ek mulaqat mein aap ne keh diya, baat khatam ho gayi.</w:t>
      </w:r>
    </w:p>
    <w:p>
      <w:pPr>
        <w:jc w:val="right"/>
      </w:pPr>
      <w:r>
        <w:t>دعویٰ یہ نہیں کہ ایک ملاقات میں آپ نے کہہ دیا، بات ختم ہو گئی۔</w:t>
      </w:r>
    </w:p>
    <w:p>
      <w:r>
        <w:rPr>
          <w:b/>
        </w:rPr>
        <w:t xml:space="preserve">[1:42:33] </w:t>
      </w:r>
      <w:r>
        <w:t>dawah as a long process.</w:t>
      </w:r>
    </w:p>
    <w:p>
      <w:pPr>
        <w:jc w:val="right"/>
      </w:pPr>
      <w:r>
        <w:t>دعویٰ از اے لانگ پروسیس۔</w:t>
      </w:r>
    </w:p>
    <w:p>
      <w:r>
        <w:rPr>
          <w:b/>
        </w:rPr>
        <w:t xml:space="preserve">[1:42:37] </w:t>
      </w:r>
      <w:r>
        <w:t>toh de conditioning kijiye, phir us ko samjhiye, phir gradually to par us ko bataiye.</w:t>
      </w:r>
    </w:p>
    <w:p>
      <w:pPr>
        <w:jc w:val="right"/>
      </w:pPr>
      <w:r>
        <w:t>تو ڈی کنڈیشننگ کیجئے، پھر اس کو سمجھیے، پھر گریجول طور پر اس کو بتائیے۔</w:t>
      </w:r>
    </w:p>
    <w:p>
      <w:r>
        <w:rPr>
          <w:b/>
        </w:rPr>
        <w:t xml:space="preserve">[1:42:43] </w:t>
      </w:r>
      <w:r>
        <w:t>baat hai wahi cheez jo hai, fardar fardar bain ka bano dawa kano al hameem.</w:t>
      </w:r>
    </w:p>
    <w:p>
      <w:pPr>
        <w:jc w:val="right"/>
      </w:pPr>
      <w:r>
        <w:t>بات ہے وہی چیز جو ہے، فردر فردر بین کا بنو داوا کانو الحمیم۔</w:t>
      </w:r>
    </w:p>
    <w:p>
      <w:r>
        <w:rPr>
          <w:b/>
        </w:rPr>
        <w:t xml:space="preserve">[1:42:49] </w:t>
      </w:r>
      <w:r>
        <w:t>jo dushman nazar aata tha, woh dost ban jayega.</w:t>
      </w:r>
    </w:p>
    <w:p>
      <w:pPr>
        <w:jc w:val="right"/>
      </w:pPr>
      <w:r>
        <w:t>جو دشمن نظر آتا تھا، وہ دوست بن جائے گا۔</w:t>
      </w:r>
    </w:p>
    <w:p>
      <w:r>
        <w:rPr>
          <w:b/>
        </w:rPr>
        <w:t xml:space="preserve">[1:42:55] </w:t>
      </w:r>
      <w:r>
        <w:t>This question is from Maulana Zakwan Nadwi from Delhi.</w:t>
      </w:r>
    </w:p>
    <w:p>
      <w:pPr>
        <w:jc w:val="right"/>
      </w:pPr>
      <w:r>
        <w:t>دس کوسچن از فرام مولانا زکوان ندوی فرام دہلی۔</w:t>
      </w:r>
    </w:p>
    <w:p>
      <w:r>
        <w:rPr>
          <w:b/>
        </w:rPr>
        <w:t xml:space="preserve">[1:43:01] </w:t>
      </w:r>
      <w:r>
        <w:t>What is the importance of reading all your books and Al-Risala monthly?</w:t>
      </w:r>
    </w:p>
    <w:p>
      <w:pPr>
        <w:jc w:val="right"/>
      </w:pPr>
      <w:r>
        <w:t>واٹ از دا امپورٹنس اف ریڈنگ ال یور بکس اینڈ الرسالہ منتھلی</w:t>
      </w:r>
    </w:p>
    <w:p>
      <w:r>
        <w:rPr>
          <w:b/>
        </w:rPr>
        <w:t xml:space="preserve">[1:43:07] </w:t>
      </w:r>
      <w:r>
        <w:t>for the cps members? kindly comment. main baat yeh kahoon ga ke yeh compulsory hai. sirf ek baar nahi parhna, balkeh parhte rehna hai, bar bar parhte rehna hai. agar mujhe batana ho to main to kahoon ke har ek ke liye compulsory hai. kai baar aate hain mere paas log to woh kehte hain ke main aap ka risala parta hoon. lekin is ke is ke lehje se, is ke tone se main samajhta tha, samj</w:t>
      </w:r>
    </w:p>
    <w:p>
      <w:pPr>
        <w:jc w:val="right"/>
      </w:pPr>
      <w:r>
        <w:t>فار دی سی پی ایس ممبرز؟ کائنڈلی کمنٹ۔ میں بات یہ کہوں گا کہ یہ کمپلسری ہے۔ صرف ایک بار نہیں پڑھنا، بلکہ پڑھتے رہنا ہے، بار بار پڑھتے رہنا ہے۔ اگر مجھے بتانا ہو تو میں تو کہوں کہ ہر ایک کے لیے کمپلسری ہے۔ کئی بار آتے ہیں میرے پاس لوگ تو وہ کہتے ہیں کہ میں آپ کا رسالہ پڑھتا ہوں۔ لیکن اس کے اس کے لہجے سے، اس کے ٹون سے میں سمجھتا تھا، سمج</w:t>
      </w:r>
    </w:p>
    <w:p>
      <w:r>
        <w:rPr>
          <w:b/>
        </w:rPr>
        <w:t xml:space="preserve">[1:43:37] </w:t>
      </w:r>
      <w:r>
        <w:t>h leta hoon ke aadmi sahi nahi keh raha hai. phir main scrutiny karta hoon ke kitni baar parhte hain. to bohat mushkil se batata hai ke ek baar parhte hain. to main ne kaha, ek baar parhta hoon. jo ek baar parhta hai, woh parhta hi nahi hai. woh layega, qaro hum lab yakro. main ne kaha, risala ko aap bar bar jab parhein ge, tab samajh mein aye ga. samjhein ge aap us ko, nahi samjhein ge. to unhon ne kaha, kaise nahi samjhein ge? hum urdu jante hain. urdu mein hota hai parcha. main ne kaha, acha theek hai, yeh parcha</w:t>
      </w:r>
    </w:p>
    <w:p>
      <w:pPr>
        <w:jc w:val="right"/>
      </w:pPr>
      <w:r>
        <w:t>ھ لیتا ہوں کہ آدمی صحیح نہیں کہہ رہا ہے۔ پھر میں سکروٹنی کرتا ہوں کہ کتنی بار پڑھتے ہیں۔ تو بہت مشکل سے بتاتا ہے کہ ایک بار پڑھتے ہیں۔ تو میں نے کہا، ایک بار پڑھتا ہوں۔ جو ایک بار پڑھتا ہے، وہ پڑھتا ہی نہیں ہے۔ وہ لائے گا، قرو ہم لب یکرو۔ میں نے کہا، رسالہ کو آپ بار بار جب پڑھیں گے، تب سمجھ میں آئے گا۔ سمجھیں گے آپ اس کو، نہیں سمجھیں گے۔ تو انہوں نے کہا، کیسے نہیں سمجھیں گے؟ ہم اردو جانتے ہیں۔ اردو میں ہوتا ہے پرچہ۔ میں نے کہا، اچھا ٹھیک ہے، یہ پرچ</w:t>
      </w:r>
    </w:p>
    <w:p>
      <w:r>
        <w:rPr>
          <w:b/>
        </w:rPr>
        <w:t xml:space="preserve">[1:44:07] </w:t>
      </w:r>
      <w:r>
        <w:t>batayiye, is ka matlab kya hai? is mein likha hua tha ke na ladne ke, doosron se na ladne ke liye apne aap se ladna parta hai. pata nahi kya matlab is ka? ek parche mein likha hua tha, front page par, doosron se na ladne ke liye apne aap se ladna parta hai. bohat hi bohat hi simple language hai, pata nahi kya matlab is ka? kyun kuch bata hi nahi paya woh? main ne kaha, aap parhte nahi hain risala? risala parhne ke maani kai baar parhein, is</w:t>
      </w:r>
    </w:p>
    <w:p>
      <w:pPr>
        <w:jc w:val="right"/>
      </w:pPr>
      <w:r>
        <w:t>ہ بتائیے، اس کا مطلب کیا ہے؟ اس میں لکھا ہوا تھا کہ نہ لڑنے کے، دوسروں سے نہ لڑنے کے لیے اپنے آپ سے لڑنا پڑتا ہے۔ پتہ نہیں کیا مطلب اس کا؟ ایک پرچے میں لکھا ہوا تھا، فرنٹ پیج پر، دوسروں سے نہ لڑنے کے لیے اپنے آپ سے لڑنا پڑتا ہے۔ بہت ہی بہت ہی سمپل لینگویج ہے، پتہ نہیں کیا مطلب اس کا؟ کیوں کچھ بتا ہی نہیں پایا وہ؟ میں نے کہا، آپ پڑھتے نہیں ہیں رسالہ؟ رسالہ پڑھنے کے معنی کئی بار پڑھیں، اس</w:t>
      </w:r>
    </w:p>
    <w:p>
      <w:r>
        <w:rPr>
          <w:b/>
        </w:rPr>
        <w:t xml:space="preserve">[1:44:37] </w:t>
      </w:r>
      <w:r>
        <w:t>par sochein, is par ghor karein, is par dhyan dein, jis discussion karein, us par discussion, tab aap risale ke qari banen ge. nahi to nahi qari banen ge. to hamari team ko to yeh karna hi karna hai. hamari team ke logon ko to karna hi karna hai yeh ke woh parhein, discussion karein. jo log urdu nahi jante, woh parhwa ke sunein. dekhein, yeh koi excuse nahi hai. agar koi aadmi urdu nahi parh sakta to samajhta to sab hi hai. to aap parhwa ke sunein. is mein kaun</w:t>
      </w:r>
    </w:p>
    <w:p>
      <w:pPr>
        <w:jc w:val="right"/>
      </w:pPr>
      <w:r>
        <w:t>پر سوچیں، اس پر غور کریں، اس پر دھیان دیں، جس ڈسکشن کریں، اس پر ڈسکشن، تب آپ رسالے کے قاری بنیں گے۔ نہیں تو نہیں قاری بنیں گے۔ تو ہماری ٹیم کو تو یہ کرنا ہی کرنا ہے۔ ہماری ٹیم کے لوگوں کو تو کرنا ہی کرنا ہے یہ کہ وہ پڑھیں، ڈسکشن کریں۔ جو لوگ اردو نہیں جانتے، وہ پڑھوا کے سنیں۔ دیکھیں، یہ کوئی ایکسکیوز نہیں ہے۔ اگر کوئی آدمی اردو نہیں پڑھ سکتا تو سمجھتا تو سب ہی ہے۔ تو آپ پڑھوا کے سنیے۔ اس میں کون</w:t>
      </w:r>
    </w:p>
    <w:p>
      <w:r>
        <w:rPr>
          <w:b/>
        </w:rPr>
        <w:t xml:space="preserve">[1:45:07] </w:t>
      </w:r>
      <w:r>
        <w:t>rukawat hai aap ko ke aap padhwa ke sunein, discussion karein? Kai baar mere paas aata hai khat</w:t>
      </w:r>
    </w:p>
    <w:p>
      <w:pPr>
        <w:jc w:val="right"/>
      </w:pPr>
      <w:r>
        <w:t>رکاوٹ ہے آپ کو کہ آپ پڑھوا کے سنیں، ڈسکشن کریں؟ کئی بار میرے پاس آتا ہے خط</w:t>
      </w:r>
    </w:p>
    <w:p>
      <w:r>
        <w:rPr>
          <w:b/>
        </w:rPr>
        <w:t xml:space="preserve">[1:45:12] </w:t>
      </w:r>
      <w:r>
        <w:t>kisi ka ke bhai aap is mein hadith thi aur is mein tarjuma nahi tha.</w:t>
      </w:r>
    </w:p>
    <w:p>
      <w:pPr>
        <w:jc w:val="right"/>
      </w:pPr>
      <w:r>
        <w:t>کسی کا کہ بھئی آپ اس میں حدیث تھی اور اس میں ترجمہ نہیں تھا۔</w:t>
      </w:r>
    </w:p>
    <w:p>
      <w:r>
        <w:rPr>
          <w:b/>
        </w:rPr>
        <w:t xml:space="preserve">[1:45:17] </w:t>
      </w:r>
      <w:r>
        <w:t>angrezi ka koi line thi, us ke andar translation nahi tha.</w:t>
      </w:r>
    </w:p>
    <w:p>
      <w:pPr>
        <w:jc w:val="right"/>
      </w:pPr>
      <w:r>
        <w:t>انگریزی کا کوئی لائن تھی، اس کے اندر ٹرانسلیشن نہیں تھا۔</w:t>
      </w:r>
    </w:p>
    <w:p>
      <w:r>
        <w:rPr>
          <w:b/>
        </w:rPr>
        <w:t xml:space="preserve">[1:45:22] </w:t>
      </w:r>
      <w:r>
        <w:t>toh main unhein kehta hoon ke aap risala qari nahi hain.</w:t>
      </w:r>
    </w:p>
    <w:p>
      <w:pPr>
        <w:jc w:val="right"/>
      </w:pPr>
      <w:r>
        <w:t>تو میں انہیں کہتا ہوں کہ آپ رسالہ قاری نہیں ہیں۔</w:t>
      </w:r>
    </w:p>
    <w:p>
      <w:r>
        <w:rPr>
          <w:b/>
        </w:rPr>
        <w:t xml:space="preserve">[1:45:27] </w:t>
      </w:r>
      <w:r>
        <w:t>aap kya aap samajhte hain ke woh parcha sirf ek hai? Parchah nahi hai, sirf woh woh ek mission hai.</w:t>
      </w:r>
    </w:p>
    <w:p>
      <w:pPr>
        <w:jc w:val="right"/>
      </w:pPr>
      <w:r>
        <w:t>آپ کیا آپ سمجھتے ہیں کہ وہ پرچہ صرف ایک ہے؟ پرچہ نہیں ہے، صرف وہ وہ ایک مشن ہے۔</w:t>
      </w:r>
    </w:p>
    <w:p>
      <w:r>
        <w:rPr>
          <w:b/>
        </w:rPr>
        <w:t xml:space="preserve">[1:45:32] </w:t>
      </w:r>
      <w:r>
        <w:t>mission is ka matlab yeh hai ke aap logon se contact karein, logon se discussion karein. Agar</w:t>
      </w:r>
    </w:p>
    <w:p>
      <w:pPr>
        <w:jc w:val="right"/>
      </w:pPr>
      <w:r>
        <w:t>مشن اس کا مطلب یہ ہے کہ آپ لوگوں سے کنٹیکٹ کریں، لوگوں سے ڈسکشن کریں۔ اگر</w:t>
      </w:r>
    </w:p>
    <w:p>
      <w:r>
        <w:rPr>
          <w:b/>
        </w:rPr>
        <w:t xml:space="preserve">[1:45:37] </w:t>
      </w:r>
      <w:r>
        <w:t>farz kiye ke ek ek hadith hai, tarjuma nahi tha is mein, to aap ne imam se poochein ja kar ke. woh bataye ga aap ko. english agar hai to kisi kisi college ke kisi aadmi se ja ke poochein. to risala aap hum chahte hain ke risale ke zariye se aap contact bane logon se. logon se discussion karein, aap logon se dialogue karein. aap yeh thori ke bhai koi parcha hai, bas parh liya, aap us ko daal diya almari mein. to hamari hamari team ke logon</w:t>
      </w:r>
    </w:p>
    <w:p>
      <w:pPr>
        <w:jc w:val="right"/>
      </w:pPr>
      <w:r>
        <w:t>فرض کیے کہ ایک ایک حدیث ہے، ترجمہ نہیں تھا اس میں، تو آپ نے امام سے پوچھیں جا کر کے۔ وہ بتائے گا آپ کو۔ انگلش اگر ہے تو کسی کسی کالج کے کسی آدمی سے جا کے پوچھیں۔ تو رسالہ آپ ہم چاہتے ہیں کہ رسالے کے ذریعے سے آپ کنٹیکٹ بنیں لوگوں سے۔ لوگوں سے ڈسکشن کریں، آپ لوگوں سے ڈائیلاگ کریں۔ آپ یہ تھوڑی کہ بھئی کوئی پرچہ ہے، بس پڑھ لیا، آپ اس کو ڈال دیا الماری میں۔ تو ہماری ہماری ٹیم کے لوگوں</w:t>
      </w:r>
    </w:p>
    <w:p>
      <w:r>
        <w:rPr>
          <w:b/>
        </w:rPr>
        <w:t xml:space="preserve">[1:46:07] </w:t>
      </w:r>
      <w:r>
        <w:t>ko to is maamle mein bohat zyada, yaani bohat zyada dhyan dena chahiye. okay we, len the session now.</w:t>
      </w:r>
    </w:p>
    <w:p>
      <w:pPr>
        <w:jc w:val="right"/>
      </w:pPr>
      <w:r>
        <w:t>کو تو اس معاملے میں بہت زیادہ، یعنی بہت زیادہ دھیان دینا چاہیے۔ اوکے وی، لین دی سیشن ناو۔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