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Culture January 12, 2014</w:t>
      </w:r>
    </w:p>
    <w:p>
      <w:r>
        <w:t>https://youtu.be/Z3A6r7XjE00</w:t>
      </w:r>
    </w:p>
    <w:p>
      <w:r>
        <w:rPr>
          <w:b/>
        </w:rPr>
        <w:t xml:space="preserve">[00:36] </w:t>
      </w:r>
      <w:r>
        <w:t>aaj January 2014 ki 12 tareekh hai.</w:t>
      </w:r>
    </w:p>
    <w:p>
      <w:pPr>
        <w:jc w:val="right"/>
      </w:pPr>
      <w:r>
        <w:t>آج جنوری 2014 کی 12 تاریخ ہے۔</w:t>
      </w:r>
    </w:p>
    <w:p>
      <w:r>
        <w:rPr>
          <w:b/>
        </w:rPr>
        <w:t xml:space="preserve">[00:47] </w:t>
      </w:r>
      <w:r>
        <w:t>aaj ka topic hai:</w:t>
      </w:r>
    </w:p>
    <w:p>
      <w:pPr>
        <w:jc w:val="right"/>
      </w:pPr>
      <w:r>
        <w:t>آج کا ٹاپک ہے:</w:t>
      </w:r>
    </w:p>
    <w:p>
      <w:r>
        <w:rPr>
          <w:b/>
        </w:rPr>
        <w:t xml:space="preserve">[00:53] </w:t>
      </w:r>
      <w:r>
        <w:t>paradise culture.</w:t>
      </w:r>
    </w:p>
    <w:p>
      <w:pPr>
        <w:jc w:val="right"/>
      </w:pPr>
      <w:r>
        <w:t>پیراڈائز کلچر۔</w:t>
      </w:r>
    </w:p>
    <w:p>
      <w:r>
        <w:rPr>
          <w:b/>
        </w:rPr>
        <w:t xml:space="preserve">[00:59] </w:t>
      </w:r>
      <w:r>
        <w:t>dekhiye,</w:t>
      </w:r>
    </w:p>
    <w:p>
      <w:pPr>
        <w:jc w:val="right"/>
      </w:pPr>
      <w:r>
        <w:t>دیکھیے،</w:t>
      </w:r>
    </w:p>
    <w:p>
      <w:r>
        <w:rPr>
          <w:b/>
        </w:rPr>
        <w:t xml:space="preserve">[01:04] </w:t>
      </w:r>
      <w:r>
        <w:t>is duniya mein humein</w:t>
      </w:r>
    </w:p>
    <w:p>
      <w:pPr>
        <w:jc w:val="right"/>
      </w:pPr>
      <w:r>
        <w:t>اس دنیا میں ہمیں</w:t>
      </w:r>
    </w:p>
    <w:p>
      <w:r>
        <w:rPr>
          <w:b/>
        </w:rPr>
        <w:t xml:space="preserve">[01:08] </w:t>
      </w:r>
      <w:r>
        <w:t>paradise culture mein jeena hai, phir humein paradise mein entry milegi.</w:t>
      </w:r>
    </w:p>
    <w:p>
      <w:pPr>
        <w:jc w:val="right"/>
      </w:pPr>
      <w:r>
        <w:t>پیراڈائز کلچر میں جینا ہے، پھر ہمیں پیراڈائز میں انٹری ملے گی۔</w:t>
      </w:r>
    </w:p>
    <w:p>
      <w:r>
        <w:rPr>
          <w:b/>
        </w:rPr>
        <w:t xml:space="preserve">[01:20] </w:t>
      </w:r>
      <w:r>
        <w:t>Quran mein hai ke jannat ke bare mein: "yudkhulhum bil jannati urafaa lahum".</w:t>
      </w:r>
    </w:p>
    <w:p>
      <w:pPr>
        <w:jc w:val="right"/>
      </w:pPr>
      <w:r>
        <w:t>قرآن میں ہے کہ جنت کے بارے میں: "يُدْخَلُهُمْ بِالْجَنَّةِ عَرَّفَاءَ لَهُمْ" ۔</w:t>
      </w:r>
    </w:p>
    <w:p>
      <w:r>
        <w:rPr>
          <w:b/>
        </w:rPr>
        <w:t xml:space="preserve">[01:30] </w:t>
      </w:r>
      <w:r>
        <w:t>is ka matlab yeh hai, lafzi tarjuma to is ka yeh hai ke jannat mein dakhil karega un logon ko jin ko us ki pehchan kara di hai.</w:t>
      </w:r>
    </w:p>
    <w:p>
      <w:pPr>
        <w:jc w:val="right"/>
      </w:pPr>
      <w:r>
        <w:t>اس کا مطلب یہ ہے، لفظی ترجمہ تو اس کا یہ ہے کہ جنت میں داخل کرے گا ان لوگوں کو جن کو اس کی پہچان کرا دی ہے۔</w:t>
      </w:r>
    </w:p>
    <w:p>
      <w:r>
        <w:rPr>
          <w:b/>
        </w:rPr>
        <w:t xml:space="preserve">[01:41] </w:t>
      </w:r>
      <w:r>
        <w:t>to pehchan karana yeh Allah ki taraf se sirf tofeeq ke maane mein hota hai, asal to insaan ko khud karna padta hai.</w:t>
      </w:r>
    </w:p>
    <w:p>
      <w:pPr>
        <w:jc w:val="right"/>
      </w:pPr>
      <w:r>
        <w:t>تو پہچان کرانا یہ اللہ کی طرف سے صرف توفیق کے معنی میں ہوتا ہے، اصل تو انسان کو خود کرنا پڑتا ہے۔</w:t>
      </w:r>
    </w:p>
    <w:p>
      <w:r>
        <w:rPr>
          <w:b/>
        </w:rPr>
        <w:t xml:space="preserve">[01:54] </w:t>
      </w:r>
      <w:r>
        <w:t>to insaan itna zyada apne aap ko jab involve karta hai jannat mein, us ki yaad mein, to rozana subah o shaam us ko duniya ke tajrubon mein jannat ka introduction hota rehta hai.</w:t>
      </w:r>
    </w:p>
    <w:p>
      <w:pPr>
        <w:jc w:val="right"/>
      </w:pPr>
      <w:r>
        <w:t>تو انسان اتنا زیادہ اپنے آپ کو جب انوالو کرتا ہے جنت میں، اس کی یاد میں، تو روزانہ صبح و شام اس کو دنیا کے تجربوں میں جنت کا انٹروڈکشن ہوتا رہتا ہے۔</w:t>
      </w:r>
    </w:p>
    <w:p>
      <w:r>
        <w:rPr>
          <w:b/>
        </w:rPr>
        <w:t xml:space="preserve">[02:15] </w:t>
      </w:r>
      <w:r>
        <w:t>yeh matlab hai is ka.</w:t>
      </w:r>
    </w:p>
    <w:p>
      <w:pPr>
        <w:jc w:val="right"/>
      </w:pPr>
      <w:r>
        <w:t>یہ مطلب ہے اس کا۔</w:t>
      </w:r>
    </w:p>
    <w:p>
      <w:r>
        <w:rPr>
          <w:b/>
        </w:rPr>
        <w:t xml:space="preserve">[02:17] </w:t>
      </w:r>
      <w:r>
        <w:t>yani jo aadmi apne aap ko itna zyada jannat ke mein, jannat kya hai, woh Allah ka paros hai.</w:t>
      </w:r>
    </w:p>
    <w:p>
      <w:pPr>
        <w:jc w:val="right"/>
      </w:pPr>
      <w:r>
        <w:t>یعنی جو آدمی اپنے آپ کو اتنا زیادہ جنت کے میں، جنت کیا ہے، وہ اللہ کا پڑوس ہے۔</w:t>
      </w:r>
    </w:p>
    <w:p>
      <w:r>
        <w:rPr>
          <w:b/>
        </w:rPr>
        <w:t xml:space="preserve">[02:28] </w:t>
      </w:r>
      <w:r>
        <w:t>itna zyada aap Allah ko yaad karen, Allah ke paros mein basne ki tamanna itni zyada aap ko ho jaye, isi ka naam jannat ki yaad hai.</w:t>
      </w:r>
    </w:p>
    <w:p>
      <w:pPr>
        <w:jc w:val="right"/>
      </w:pPr>
      <w:r>
        <w:t>اتنا زیادہ آپ اللہ کو یاد کریں، اللہ کے پڑوس میں بسنے کی تمنا اتنی زیادہ آپ کو ہو جائے، اسی کا نام جنت کی یاد ہے۔</w:t>
      </w:r>
    </w:p>
    <w:p>
      <w:r>
        <w:rPr>
          <w:b/>
        </w:rPr>
        <w:t xml:space="preserve">[02:42] </w:t>
      </w:r>
      <w:r>
        <w:t>to jab bohat zyada aap apne ko is mein involve karte hain to woh aisa lagta hai ke aap us ka rozana tajurba kar rahe hain, us ko mehsoos kar rahe hain, us ka taaruf pa rahe hain.</w:t>
      </w:r>
    </w:p>
    <w:p>
      <w:pPr>
        <w:jc w:val="right"/>
      </w:pPr>
      <w:r>
        <w:t>تو جب بہت زیادہ آپ اپنے کو اس میں انوالو کرتے ہیں تو وہ ایسا لگتا ہے کہ آپ اس کا روزانہ تجربہ کر رہے ہیں، اس کو محسوس کر رہے ہیں، اس کا تعارف پا رہے ہیں۔</w:t>
      </w:r>
    </w:p>
    <w:p>
      <w:r>
        <w:rPr>
          <w:b/>
        </w:rPr>
        <w:t xml:space="preserve">[02:57] </w:t>
      </w:r>
      <w:r>
        <w:t>introduction. yeh matlab hai jannat culture mein jeena.</w:t>
      </w:r>
    </w:p>
    <w:p>
      <w:pPr>
        <w:jc w:val="right"/>
      </w:pPr>
      <w:r>
        <w:t>انٹروڈکشن۔ یہ مطلب ہے جنت کلچر میں جینا۔</w:t>
      </w:r>
    </w:p>
    <w:p>
      <w:r>
        <w:rPr>
          <w:b/>
        </w:rPr>
        <w:t xml:space="preserve">[03:06] </w:t>
      </w:r>
      <w:r>
        <w:t>dekhiye, ek hadith hai: rasool Allah sal Allah alaihi wasallam ne farmaya: "jab marartum biriyad jannat farṭu" .</w:t>
      </w:r>
    </w:p>
    <w:p>
      <w:pPr>
        <w:jc w:val="right"/>
      </w:pPr>
      <w:r>
        <w:t>دیکھیے، ایک حدیث ہے: رسول اللہ صلی اللہ علیہ وسلم نے فرمایا: "إذا مررتم بریاض جنت فرطو" ۔</w:t>
      </w:r>
    </w:p>
    <w:p>
      <w:r>
        <w:rPr>
          <w:b/>
        </w:rPr>
        <w:t xml:space="preserve">[03:20] </w:t>
      </w:r>
      <w:r>
        <w:t>jab tum guzro jannat ke bagh se to wahan charo. yani when you pass through a divine garden,</w:t>
      </w:r>
    </w:p>
    <w:p>
      <w:pPr>
        <w:jc w:val="right"/>
      </w:pPr>
      <w:r>
        <w:t>جب تم گزرو جنت کے باغ سے تو وہاں چرو۔ یعنی when you pass through a divine garden,</w:t>
      </w:r>
    </w:p>
    <w:p>
      <w:r>
        <w:rPr>
          <w:b/>
        </w:rPr>
        <w:t xml:space="preserve">[03:38] </w:t>
      </w:r>
      <w:r>
        <w:t>then grace from it . is ka matlab kya hai?</w:t>
      </w:r>
    </w:p>
    <w:p>
      <w:pPr>
        <w:jc w:val="right"/>
      </w:pPr>
      <w:r>
        <w:t>then grace from it ۔ اس کا مطلب کیا ہے؟</w:t>
      </w:r>
    </w:p>
    <w:p>
      <w:r>
        <w:rPr>
          <w:b/>
        </w:rPr>
        <w:t xml:space="preserve">[03:46] </w:t>
      </w:r>
      <w:r>
        <w:t>hadith mein to yeh hai ke is se murad hai majlis zikr ya halqa zikr. yani kuch log baith kar Allah ka zikr kar rahe hon to woh murad hai.</w:t>
      </w:r>
    </w:p>
    <w:p>
      <w:pPr>
        <w:jc w:val="right"/>
      </w:pPr>
      <w:r>
        <w:t>حدیث میں تو یہ ہے کہ اس سے مراد ہے مجلس ذکر یا حلقہ ذکر۔ یعنی کچھ لوگ بیٹھ کر اللہ کا ذکر کر رہے ہوں تو وہ مراد ہے۔</w:t>
      </w:r>
    </w:p>
    <w:p>
      <w:r>
        <w:rPr>
          <w:b/>
        </w:rPr>
        <w:t xml:space="preserve">[04:01] </w:t>
      </w:r>
      <w:r>
        <w:t>lekin is ko aap bilkul lafzi mani mein na lijie.</w:t>
      </w:r>
    </w:p>
    <w:p>
      <w:pPr>
        <w:jc w:val="right"/>
      </w:pPr>
      <w:r>
        <w:t>لیکن اس کو آپ بالکل لفظی معنی میں نہ لیجیے۔</w:t>
      </w:r>
    </w:p>
    <w:p>
      <w:r>
        <w:rPr>
          <w:b/>
        </w:rPr>
        <w:t xml:space="preserve">[04:06] </w:t>
      </w:r>
      <w:r>
        <w:t>bohat zyada is ke andar gehre mani chhupe hue hain. aur kuch aadmi jab baith kar Allah ki yaad karein to is ka matlab yeh nahi ke woh Alhamdulillah, subhan Allah keh rahe hain.</w:t>
      </w:r>
    </w:p>
    <w:p>
      <w:pPr>
        <w:jc w:val="right"/>
      </w:pPr>
      <w:r>
        <w:t>بہت زیادہ اس کے اندر گہرے معنی چھپے ہوئے ہیں۔ اور کچھ آدمی جب بیٹھ کر اللہ کی یاد کریں تو اس کا مطلب یہ نہیں کہ وہ الحمدللہ، سبحان اللہ کہہ رہے ہیں۔</w:t>
      </w:r>
    </w:p>
    <w:p>
      <w:r>
        <w:rPr>
          <w:b/>
        </w:rPr>
        <w:t xml:space="preserve">[04:21] </w:t>
      </w:r>
      <w:r>
        <w:t>subhan Allah to sari kainat keh rahi hai. to kis mani mein keh rahi hai?</w:t>
      </w:r>
    </w:p>
    <w:p>
      <w:pPr>
        <w:jc w:val="right"/>
      </w:pPr>
      <w:r>
        <w:t>سبحان اللہ تو ساری کائنات کہہ رہی ہے۔ تو کس معنی میں کہہ رہی ہے؟</w:t>
      </w:r>
    </w:p>
    <w:p>
      <w:r>
        <w:rPr>
          <w:b/>
        </w:rPr>
        <w:t xml:space="preserve">[04:29] </w:t>
      </w:r>
      <w:r>
        <w:t>to sach poochhein to yeh jo alfaaz hain, yeh batate hain ke wahan aap jab baithein, jab majlis aap ki qaim ho to wahan par kis qism ki charcha ho?</w:t>
      </w:r>
    </w:p>
    <w:p>
      <w:pPr>
        <w:jc w:val="right"/>
      </w:pPr>
      <w:r>
        <w:t>تو سچ پوچھیں تو یہ جو الفاظ ہیں، یہ بتاتے ہیں کہ وہاں آپ جب بیٹھیں، جب مجلس آپ کی قائم ہو تو وہاں پر کس قسم کی چرچا ہو؟</w:t>
      </w:r>
    </w:p>
    <w:p>
      <w:r>
        <w:rPr>
          <w:b/>
        </w:rPr>
        <w:t xml:space="preserve">[04:44] </w:t>
      </w:r>
      <w:r>
        <w:t>Allah ki, woh hai Allah ki glory ki charcha, Allah ki badai ki charcha, Allah ke kis tarah Allah ne create kiya tha bari universe ko, kis tarah woh control kiye hue us ko</w:t>
      </w:r>
    </w:p>
    <w:p>
      <w:pPr>
        <w:jc w:val="right"/>
      </w:pPr>
      <w:r>
        <w:t>اللہ کی، وہ ہے اللہ کی گلوری کی چرچا، اللہ کی بڑائی کی چرچا، اللہ کے کس طرح اللہ نے کریٹ کیا تھا بڑی یونیورس کو، کس طرح وہ کنٹرول کیے ہوئے اس کو</w:t>
      </w:r>
    </w:p>
    <w:p>
      <w:r>
        <w:rPr>
          <w:b/>
        </w:rPr>
        <w:t xml:space="preserve">[05:00] </w:t>
      </w:r>
      <w:r>
        <w:t>. yeh sari baatein jab aap</w:t>
      </w:r>
    </w:p>
    <w:p>
      <w:pPr>
        <w:jc w:val="right"/>
      </w:pPr>
      <w:r>
        <w:t>۔ یہ ساری باتیں جب آپ</w:t>
      </w:r>
    </w:p>
    <w:p>
      <w:r>
        <w:rPr>
          <w:b/>
        </w:rPr>
        <w:t xml:space="preserve">[05:04] </w:t>
      </w:r>
      <w:r>
        <w:t>yaad karein, is ka charcha karein to aap ko bohat ajeeb qism ka ek rabbani tajurba hota hai. bohat hi high level ka.</w:t>
      </w:r>
    </w:p>
    <w:p>
      <w:pPr>
        <w:jc w:val="right"/>
      </w:pPr>
      <w:r>
        <w:t>یاد کریں، اس کا چرچا کریں تو آپ کو بہت عجیب قسم کا ایک ربانی تجربہ ہوتا ہے۔ بہت ہی ہائی لیول کا۔</w:t>
      </w:r>
    </w:p>
    <w:p>
      <w:r>
        <w:rPr>
          <w:b/>
        </w:rPr>
        <w:t xml:space="preserve">[05:18] </w:t>
      </w:r>
      <w:r>
        <w:t>to woh murad hai.</w:t>
      </w:r>
    </w:p>
    <w:p>
      <w:pPr>
        <w:jc w:val="right"/>
      </w:pPr>
      <w:r>
        <w:t>تو وہ مراد ہے۔</w:t>
      </w:r>
    </w:p>
    <w:p>
      <w:r>
        <w:rPr>
          <w:b/>
        </w:rPr>
        <w:t xml:space="preserve">[05:21] </w:t>
      </w:r>
      <w:r>
        <w:t>to matlab yeh hai ke jahan tum dekho ke aisa majlis, aisi majlis hai, wahan par aisa charcha ho raha hai to tum bhi wahan baith jao aur suno baaton ko.</w:t>
      </w:r>
    </w:p>
    <w:p>
      <w:pPr>
        <w:jc w:val="right"/>
      </w:pPr>
      <w:r>
        <w:t>تو مطلب یہ ہے کہ جہاں تم دیکھو کہ ایسا مجلس، ایسی مجلس ہے، وہاں پر ایسا چرچا ہو رہا ہے تو تم بھی وہاں بیٹھ جاؤ اور سنو باتوں کو۔</w:t>
      </w:r>
    </w:p>
    <w:p>
      <w:r>
        <w:rPr>
          <w:b/>
        </w:rPr>
        <w:t xml:space="preserve">[05:30] </w:t>
      </w:r>
      <w:r>
        <w:t>sunkar ke tum bhi is mein imaan ki kaifiyat hasil karo. jannat ki yaad taza karo.</w:t>
      </w:r>
    </w:p>
    <w:p>
      <w:pPr>
        <w:jc w:val="right"/>
      </w:pPr>
      <w:r>
        <w:t>سن کر کے تم بھی اس میں ایمان کی کیفیت حاصل کرو۔ جنت کی یاد تازہ کرو۔</w:t>
      </w:r>
    </w:p>
    <w:p>
      <w:r>
        <w:rPr>
          <w:b/>
        </w:rPr>
        <w:t xml:space="preserve">[05:39] </w:t>
      </w:r>
      <w:r>
        <w:t>yeh matlab hai.</w:t>
      </w:r>
    </w:p>
    <w:p>
      <w:pPr>
        <w:jc w:val="right"/>
      </w:pPr>
      <w:r>
        <w:t>یہ مطلب ہے۔</w:t>
      </w:r>
    </w:p>
    <w:p>
      <w:r>
        <w:rPr>
          <w:b/>
        </w:rPr>
        <w:t xml:space="preserve">[05:42] </w:t>
      </w:r>
      <w:r>
        <w:t>mein is hadith par sochta raha to acha dekhiye ji, is tarah ki yani jis ko hota hai majlis zikr ya halqa zikr aur bhi riwayat hain.</w:t>
      </w:r>
    </w:p>
    <w:p>
      <w:pPr>
        <w:jc w:val="right"/>
      </w:pPr>
      <w:r>
        <w:t>میں اس حدیث پر سوچتا رہا تو اچھا دیکھیے جی، اس طرح کی یعنی جس کو ہوتا ہے مجلس ذکر یا حلقہ ذکر اور بھی روایتیں ہیں۔</w:t>
      </w:r>
    </w:p>
    <w:p>
      <w:r>
        <w:rPr>
          <w:b/>
        </w:rPr>
        <w:t xml:space="preserve">[05:56] </w:t>
      </w:r>
      <w:r>
        <w:t>yahi ek nahi hai. to doosri riwayatton se maloom hota hai ke yeh majlis zikr ya halqa zikr ka darja Allah ka bohat hi bara hai.</w:t>
      </w:r>
    </w:p>
    <w:p>
      <w:pPr>
        <w:jc w:val="right"/>
      </w:pPr>
      <w:r>
        <w:t>یہی ایک نہیں ہے۔ تو دوسری روایتوں سے معلوم ہوتا ہے کہ یہ مجلس ذکر یا حلقہ ذکر کا درجہ اللہ کا بہت ہی بڑا ہے۔</w:t>
      </w:r>
    </w:p>
    <w:p>
      <w:r>
        <w:rPr>
          <w:b/>
        </w:rPr>
        <w:t xml:space="preserve">[06:07] </w:t>
      </w:r>
      <w:r>
        <w:t>to farishte wahan awaz dete hain doosre farishton</w:t>
      </w:r>
    </w:p>
    <w:p>
      <w:pPr>
        <w:jc w:val="right"/>
      </w:pPr>
      <w:r>
        <w:t>تو فرشتے وہاں آواز دیتے ہیں دوسرے فرشتوں</w:t>
      </w:r>
    </w:p>
    <w:p>
      <w:r>
        <w:rPr>
          <w:b/>
        </w:rPr>
        <w:t xml:space="preserve">[06:10] </w:t>
      </w:r>
      <w:r>
        <w:t>ko ke dekho yahan hai woh cheez jo tum dhoondh rahe the. to wahan itne farishte rush kar ke aa jate hain, itne farishte ke zameen se aasman tak un ka</w:t>
      </w:r>
    </w:p>
    <w:p>
      <w:pPr>
        <w:jc w:val="right"/>
      </w:pPr>
      <w:r>
        <w:t>کو کہ دیکھو یہاں ہے وہ چیز جو تم ڈھونڈ رہے تھے۔ تو وہاں اتنے فرشتے رش کر کے آ جاتے ہیں، اتنے فرشتے کہ زمین سے آسمان تک ان کا</w:t>
      </w:r>
    </w:p>
    <w:p>
      <w:r>
        <w:rPr>
          <w:b/>
        </w:rPr>
        <w:t xml:space="preserve">[06:24] </w:t>
      </w:r>
      <w:r>
        <w:t>. yani hujoom ho jata hai.</w:t>
      </w:r>
    </w:p>
    <w:p>
      <w:pPr>
        <w:jc w:val="right"/>
      </w:pPr>
      <w:r>
        <w:t>یعنی ہجوم ہو جاتا ہے۔</w:t>
      </w:r>
    </w:p>
    <w:p>
      <w:r>
        <w:rPr>
          <w:b/>
        </w:rPr>
        <w:t xml:space="preserve">[06:28] </w:t>
      </w:r>
      <w:r>
        <w:t>to jab itna bara darja hai majlis zikr ka ya halqa zikr ka to koi bara kaam hona chahiye wahan. wahan aap tasbeeh padhein ya kuch alfaaz ko dohraein to yeh underestimate, underestimate karna hai is majlis ko aur is halqa ko.</w:t>
      </w:r>
    </w:p>
    <w:p>
      <w:pPr>
        <w:jc w:val="right"/>
      </w:pPr>
      <w:r>
        <w:t>تو جب اتنا بڑا درجہ ہے مجلس ذکر کا یا حلقہ ذکر کا تو کوئی بڑا کام ہونا چاہیے وہاں۔ وہاں آپ تسبیح پڑھیں یا کچھ الفاظ کو دہرائیں تو یہ انڈر ایسٹیمیٹ، انڈر ایسٹیمیٹ کرنا ہے اس مجلس کو اور اس حلقہ کو۔</w:t>
      </w:r>
    </w:p>
    <w:p>
      <w:r>
        <w:rPr>
          <w:b/>
        </w:rPr>
        <w:t xml:space="preserve">[06:48] </w:t>
      </w:r>
      <w:r>
        <w:t>jis par mein ghor karta raha ke yeh kyun itna bara darja hai?</w:t>
      </w:r>
    </w:p>
    <w:p>
      <w:pPr>
        <w:jc w:val="right"/>
      </w:pPr>
      <w:r>
        <w:t>جس پر میں غور کرتا رہا کہ یہ کیوں اتنا بڑا درجہ ہے؟</w:t>
      </w:r>
    </w:p>
    <w:p>
      <w:r>
        <w:rPr>
          <w:b/>
        </w:rPr>
        <w:t xml:space="preserve">[06:54] </w:t>
      </w:r>
      <w:r>
        <w:t>yani kuch log baith kar Allah ki yaad karein to is ka itna bara darja, bara darja kyunke sare farishte wahan hujoom kar ke aa jate hain, rush kar ke aa jate hain aur Allah ko batate hain.</w:t>
      </w:r>
    </w:p>
    <w:p>
      <w:pPr>
        <w:jc w:val="right"/>
      </w:pPr>
      <w:r>
        <w:t>یعنی کچھ لوگ بیٹھ کر اللہ کی یاد کریں تو اس کا اتنا بڑا درجہ، بڑا درجہ کیونکہ سارے فرشتے وہاں ہجوم کر کے آ جاتے ہیں، رش کر کے آ جاتے ہیں اور اللہ کو بتاتے ہیں۔</w:t>
      </w:r>
    </w:p>
    <w:p>
      <w:r>
        <w:rPr>
          <w:b/>
        </w:rPr>
        <w:t xml:space="preserve">[07:06] </w:t>
      </w:r>
      <w:r>
        <w:t>aur ek ek dialogue farishton aur Allah ke darmiyan bataya gaya hadithon mein jiska aakhir yeh hai ke Allah kehta hai ke jao hum ne un ko bakhsh diya hai, un ke liye jannat likh di hai.</w:t>
      </w:r>
    </w:p>
    <w:p>
      <w:pPr>
        <w:jc w:val="right"/>
      </w:pPr>
      <w:r>
        <w:t>اور ایک ایک ڈائیلاگ فرشتوں اور اللہ کے درمیان بتایا گیا حدیثوں میں جس کا آخر یہ ہے کہ اللہ کہتا ہے کہ جاؤ ہم نے ان کو بخش دیا ہے، ان کے لیے جنت لکھ دی ہے۔</w:t>
      </w:r>
    </w:p>
    <w:p>
      <w:r>
        <w:rPr>
          <w:b/>
        </w:rPr>
        <w:t xml:space="preserve">[07:19] </w:t>
      </w:r>
      <w:r>
        <w:t>to itna bara darja kyun hai?</w:t>
      </w:r>
    </w:p>
    <w:p>
      <w:pPr>
        <w:jc w:val="right"/>
      </w:pPr>
      <w:r>
        <w:t>تو اتنا بڑا درجہ کیوں ہے؟</w:t>
      </w:r>
    </w:p>
    <w:p>
      <w:r>
        <w:rPr>
          <w:b/>
        </w:rPr>
        <w:t xml:space="preserve">[07:23] </w:t>
      </w:r>
      <w:r>
        <w:t>dekhen yeh saada baat nahin hai. to mein sochte hue mein ne kaha ke yeh bohat bare desert mein aik aik oasis banana hai, oasis yani bohat bare sehra mein ek nakhlistan banana hai.</w:t>
      </w:r>
    </w:p>
    <w:p>
      <w:pPr>
        <w:jc w:val="right"/>
      </w:pPr>
      <w:r>
        <w:t>دیکھیں یہ سادہ بات نہیں ہے۔ تو میں سوچتے ہوئے میں نے کہا کہ یہ بہت بڑے ڈیزرٹ میں ایک ایک اوائسز بنانا ہے، اوائسز یعنی بہت بڑے صحرا میں ایک نخلستان بنانا ہے۔</w:t>
      </w:r>
    </w:p>
    <w:p>
      <w:r>
        <w:rPr>
          <w:b/>
        </w:rPr>
        <w:t xml:space="preserve">[07:37] </w:t>
      </w:r>
      <w:r>
        <w:t>kyun? jis dunya mein hum aap rehte hain woh dunya problem se bhari hui hai.</w:t>
      </w:r>
    </w:p>
    <w:p>
      <w:pPr>
        <w:jc w:val="right"/>
      </w:pPr>
      <w:r>
        <w:t>کیوں؟ جس دنیا میں ہم آپ رہتے ہیں وہ دنیا پرابلم سے بھری ہوئی ہے۔</w:t>
      </w:r>
    </w:p>
    <w:p>
      <w:r>
        <w:rPr>
          <w:b/>
        </w:rPr>
        <w:t xml:space="preserve">[07:47] </w:t>
      </w:r>
      <w:r>
        <w:t>khud quran ke mutabiq dar-ul-qabz hai, problem ka jangla hai.</w:t>
      </w:r>
    </w:p>
    <w:p>
      <w:pPr>
        <w:jc w:val="right"/>
      </w:pPr>
      <w:r>
        <w:t>خود قرآن کے مطابق دارالقبض ہے، پرابلم کا جنگل ہے۔</w:t>
      </w:r>
    </w:p>
    <w:p>
      <w:r>
        <w:rPr>
          <w:b/>
        </w:rPr>
        <w:t xml:space="preserve">[07:54] </w:t>
      </w:r>
      <w:r>
        <w:t>phir dekhiye insan ko Allah ne azadi di hai, azadi ki wajah se woh fasad karta hai, zulm karta hai. to quran mein hai ke "zahr al-fasad fi al-barr wa al-bahr bima kasabat aydi al-nas"</w:t>
      </w:r>
    </w:p>
    <w:p>
      <w:pPr>
        <w:jc w:val="right"/>
      </w:pPr>
      <w:r>
        <w:t>پھر دیکھیے انسان کو اللہ نے آزادی دی ہے، آزادی کی وجہ سے وہ فساد کرتا ہے، ظلم کرتا ہے۔ تو قرآن میں ہے کہ "زَهْرَ الْفَسَادُ فِي الْبَرِ وَالْبَهْرِ بِمَا كَسْبَتْ أَيْدِ النَّاسِ"</w:t>
      </w:r>
    </w:p>
    <w:p>
      <w:r>
        <w:rPr>
          <w:b/>
        </w:rPr>
        <w:t xml:space="preserve">[08:09] </w:t>
      </w:r>
      <w:r>
        <w:t>. to ek taraf khud jo Allah ka creation plan hai us ke mutabiq dunya mein problem hai, differences hain, competition hai, challenge hai.</w:t>
      </w:r>
    </w:p>
    <w:p>
      <w:pPr>
        <w:jc w:val="right"/>
      </w:pPr>
      <w:r>
        <w:t>۔ تو ایک طرف خود جو اللہ کا کریشن پلان ہے اس کے مطابق دنیا میں پرابلم ہے، ڈیفرنسز ہیں، کمپیٹیشن ہے، چیلنج ہے۔</w:t>
      </w:r>
    </w:p>
    <w:p>
      <w:r>
        <w:rPr>
          <w:b/>
        </w:rPr>
        <w:t xml:space="preserve">[08:23] </w:t>
      </w:r>
      <w:r>
        <w:t>aur doosri taraf insan ka jo ko jo freedom mila hua hai us ko misuse karne ki wajah se tarah tarah ke zulm, injustice, fasad paida hote hain.</w:t>
      </w:r>
    </w:p>
    <w:p>
      <w:pPr>
        <w:jc w:val="right"/>
      </w:pPr>
      <w:r>
        <w:t>اور دوسری طرف انسان کا جو کو جو فریڈم ملا ہوا ہے اس کو مس یوز کرنے کی وجہ سے طرح طرح کے ظلم، انجسٹس، فساد پیدا ہوتے ہیں۔</w:t>
      </w:r>
    </w:p>
    <w:p>
      <w:r>
        <w:rPr>
          <w:b/>
        </w:rPr>
        <w:t xml:space="preserve">[08:34] </w:t>
      </w:r>
      <w:r>
        <w:t>aisi ek dunya mein aap reh rahe hain.</w:t>
      </w:r>
    </w:p>
    <w:p>
      <w:pPr>
        <w:jc w:val="right"/>
      </w:pPr>
      <w:r>
        <w:t>ایسی ایک دنیا میں آپ رہ رہے ہیں۔</w:t>
      </w:r>
    </w:p>
    <w:p>
      <w:r>
        <w:rPr>
          <w:b/>
        </w:rPr>
        <w:t xml:space="preserve">[08:39] </w:t>
      </w:r>
      <w:r>
        <w:t>to jo majlis-e-zikr mein ekattha hote hain woh isi dunya mein to hain woh.</w:t>
      </w:r>
    </w:p>
    <w:p>
      <w:pPr>
        <w:jc w:val="right"/>
      </w:pPr>
      <w:r>
        <w:t>تو جو مجلس ذکر میں اکٹھا ہوتے ہیں وہ اسی دنیا میں تو ہیں وہ۔</w:t>
      </w:r>
    </w:p>
    <w:p>
      <w:r>
        <w:rPr>
          <w:b/>
        </w:rPr>
        <w:t xml:space="preserve">[08:47] </w:t>
      </w:r>
      <w:r>
        <w:t>to is ka matlab kya hua? ke ek aisi dunya jahan charon taraf zulm, injustice, corruption, problem, challenge, competition, ek bhara ek jangla hai is qism ki cheezon se bhara hua.</w:t>
      </w:r>
    </w:p>
    <w:p>
      <w:pPr>
        <w:jc w:val="right"/>
      </w:pPr>
      <w:r>
        <w:t>تو اس کا مطلب کیا ہوا؟ کہ ایک ایسی دنیا جہاں چاروں طرف ظلم، انجسٹس، کرپشن، پرابلم، چیلنج، کمپیٹیشن، ایک بھرا ایک جنگل ہے اس قسم کی چیزوں سے بھرا ہوا۔</w:t>
      </w:r>
    </w:p>
    <w:p>
      <w:r>
        <w:rPr>
          <w:b/>
        </w:rPr>
        <w:t xml:space="preserve">[09:08] </w:t>
      </w:r>
      <w:r>
        <w:t>wahan par kuch log apne ko discharge karte hain, alag karte hain. yani negativity ke jangla mein apne aap ko positivity mein khara karte hain.</w:t>
      </w:r>
    </w:p>
    <w:p>
      <w:pPr>
        <w:jc w:val="right"/>
      </w:pPr>
      <w:r>
        <w:t>وہاں پر کچھ لوگ اپنے کو ڈسچارج کرتے ہیں، الگ کرتے ہیں۔ یعنی نیگیٹیوٹی کے جنگل میں اپنے آپ کو پازیٹیوٹی میں کھڑا کرتے ہیں۔</w:t>
      </w:r>
    </w:p>
    <w:p>
      <w:r>
        <w:rPr>
          <w:b/>
        </w:rPr>
        <w:t xml:space="preserve">[09:17] </w:t>
      </w:r>
      <w:r>
        <w:t>yaad rakhiye aisi majlis ya aisa halqa karna saada baat nahin hai.</w:t>
      </w:r>
    </w:p>
    <w:p>
      <w:pPr>
        <w:jc w:val="right"/>
      </w:pPr>
      <w:r>
        <w:t>یاد رکھیے ایسی مجلس یا ایسا حلقہ کرنا سادہ بات نہیں ہے۔</w:t>
      </w:r>
    </w:p>
    <w:p>
      <w:r>
        <w:rPr>
          <w:b/>
        </w:rPr>
        <w:t xml:space="preserve">[09:25] </w:t>
      </w:r>
      <w:r>
        <w:t>negative items ke jangla mein aap hain, aap ne wahan apne andar positive thinking develop ki, ek nayi soch, ek creative soch paida ki apne andar</w:t>
      </w:r>
    </w:p>
    <w:p>
      <w:pPr>
        <w:jc w:val="right"/>
      </w:pPr>
      <w:r>
        <w:t>نیگیٹیو آئٹمز کے جنگل میں آپ ہیں، آپ نے وہاں اپنے اندر پازیٹیو تھنکنگ ڈیولپ کی، ایک نئی سوچ، ایک کریٹیو سوچ پیدا کی اپنے اندر</w:t>
      </w:r>
    </w:p>
    <w:p>
      <w:r>
        <w:rPr>
          <w:b/>
        </w:rPr>
        <w:t xml:space="preserve">[09:37] </w:t>
      </w:r>
      <w:r>
        <w:t>. phir aap ko yeh aaya hai ke Allah ki yaad karen hum. is tarah se kuch logon ne socha ho, ekattha hue ho. to us ko mein keh raha hoon ke woh bohat bare desert mein oasis banana hai.</w:t>
      </w:r>
    </w:p>
    <w:p>
      <w:pPr>
        <w:jc w:val="right"/>
      </w:pPr>
      <w:r>
        <w:t>۔ پھر آپ کو یہ آیا ہے کہ اللہ کی یاد کریں ہم۔ اس طرح سے کچھ لوگوں نے سوچا ہو، اکٹھا ہوئے ہو۔ تو اس کو میں کہہ رہا ہوں کہ وہ بہت بڑے ڈیزرٹ میں اوائسز بنانا ہے۔</w:t>
      </w:r>
    </w:p>
    <w:p>
      <w:r>
        <w:rPr>
          <w:b/>
        </w:rPr>
        <w:t xml:space="preserve">[09:50] </w:t>
      </w:r>
      <w:r>
        <w:t>bohat bare sehra mein ek nakhlistan qaim karna hai.</w:t>
      </w:r>
    </w:p>
    <w:p>
      <w:pPr>
        <w:jc w:val="right"/>
      </w:pPr>
      <w:r>
        <w:t>بہت بڑے صحرا میں ایک نخلستان قائم کرنا ہے۔</w:t>
      </w:r>
    </w:p>
    <w:p>
      <w:r>
        <w:rPr>
          <w:b/>
        </w:rPr>
        <w:t xml:space="preserve">[09:56] </w:t>
      </w:r>
      <w:r>
        <w:t>tab aisa hota hai ke is ka yeh darja ho ke farishte wahan rush karen, hujoom karen aur Allah ailan kar de farishton ke samne ke jao un ko hum ne bakhsh diya.</w:t>
      </w:r>
    </w:p>
    <w:p>
      <w:pPr>
        <w:jc w:val="right"/>
      </w:pPr>
      <w:r>
        <w:t>تب ایسا ہوتا ہے کہ اس کا یہ درجہ ہو کہ فرشتے وہاں رش کریں، ہجوم کریں اور اللہ اعلان کر دے فرشتوں کے سامنے کہ جاؤ ان کو ہم نے بخش دیا۔</w:t>
      </w:r>
    </w:p>
    <w:p>
      <w:r>
        <w:rPr>
          <w:b/>
        </w:rPr>
        <w:t xml:space="preserve">[10:08] </w:t>
      </w:r>
      <w:r>
        <w:t>phir mein ne socha ke isi majlis tak mamla kyun hai? quran mein to yeh hai ke "subah Allah ma fi al-samawat wa ma fi al-ard" .</w:t>
      </w:r>
    </w:p>
    <w:p>
      <w:pPr>
        <w:jc w:val="right"/>
      </w:pPr>
      <w:r>
        <w:t>پھر میں نے سوچا کہ اسی مجلس تک معاملہ کیوں ہے؟ قرآن میں تو یہ ہے کہ "سبح لله ما في السماوات وما في الأرض" ۔</w:t>
      </w:r>
    </w:p>
    <w:p>
      <w:r>
        <w:rPr>
          <w:b/>
        </w:rPr>
        <w:t xml:space="preserve">[10:22] </w:t>
      </w:r>
      <w:r>
        <w:t>yani zameen aur aasman ki sari chezen tasbeeh kar rahi hain.</w:t>
      </w:r>
    </w:p>
    <w:p>
      <w:pPr>
        <w:jc w:val="right"/>
      </w:pPr>
      <w:r>
        <w:t>یعنی زمین اور آسمان کی ساری چیزیں تسبیح کر رہی ہیں۔</w:t>
      </w:r>
    </w:p>
    <w:p>
      <w:r>
        <w:rPr>
          <w:b/>
        </w:rPr>
        <w:t xml:space="preserve">[10:28] </w:t>
      </w:r>
      <w:r>
        <w:t>to wahan kuch log baith kar Allah ki tasbeeh karen, is ka jo darja hai to wohi to sari kainat mein ho raha hai.</w:t>
      </w:r>
    </w:p>
    <w:p>
      <w:pPr>
        <w:jc w:val="right"/>
      </w:pPr>
      <w:r>
        <w:t>تو وہاں کچھ لوگ بیٹھ کر اللہ کی تسبیح کریں، اس کا جو درجہ ہے تو وہی تو ساری کائنات میں ہو رہا ہے۔</w:t>
      </w:r>
    </w:p>
    <w:p>
      <w:r>
        <w:rPr>
          <w:b/>
        </w:rPr>
        <w:t xml:space="preserve">[10:40] </w:t>
      </w:r>
      <w:r>
        <w:t>sari kainat mein hone ka matlab yeh hai ke sari kainat mein Allah ki tasbeeh ke items bikhre hue hain. Allah ki glory ke items bikhre hue hain.</w:t>
      </w:r>
    </w:p>
    <w:p>
      <w:pPr>
        <w:jc w:val="right"/>
      </w:pPr>
      <w:r>
        <w:t>ساری کائنات میں ہونے کا مطلب یہ ہے کہ ساری کائنات میں اللہ کی تسبیح کے آئٹم بکھرے ہوئے ہیں۔ اللہ کی گلوری کے آئٹم بکھرے ہوئے ہیں۔</w:t>
      </w:r>
    </w:p>
    <w:p>
      <w:r>
        <w:rPr>
          <w:b/>
        </w:rPr>
        <w:t xml:space="preserve">[10:50] </w:t>
      </w:r>
      <w:r>
        <w:t>to phir to is ka matlab kya hua? is majlis mein jaye baghair bhi aap woh tajrubaat kar sakte hain. ek ghaas ke pas khare hue hain, ek darakht ko aap dekh rahe hain,</w:t>
      </w:r>
    </w:p>
    <w:p>
      <w:pPr>
        <w:jc w:val="right"/>
      </w:pPr>
      <w:r>
        <w:t>تو پھر تو اس کا مطلب کیا ہوا؟ اس مجلس میں جائے بغیر بھی آپ وہ تجربات کر سکتے ہیں۔ ایک گھاس کے پاس کھڑے ہوئے ہیں، ایک درخت کو آپ دیکھ رہے ہیں،</w:t>
      </w:r>
    </w:p>
    <w:p>
      <w:r>
        <w:rPr>
          <w:b/>
        </w:rPr>
        <w:t xml:space="preserve">[11:03] </w:t>
      </w:r>
      <w:r>
        <w:t>ek chidiya urr rahi hai aap ke ooper, suraj nikal raha hai.</w:t>
      </w:r>
    </w:p>
    <w:p>
      <w:pPr>
        <w:jc w:val="right"/>
      </w:pPr>
      <w:r>
        <w:t>ایک چڑیا اڑ رہی ہے آپ کے اوپر، سورج نکل رہا ہے۔</w:t>
      </w:r>
    </w:p>
    <w:p>
      <w:r>
        <w:rPr>
          <w:b/>
        </w:rPr>
        <w:t xml:space="preserve">[11:08] </w:t>
      </w:r>
      <w:r>
        <w:t>yeh jo billion trillion jo manazir hain, jo tajrube hain, woh sab yahi hain, woh sab majlis-e-zikr hain.</w:t>
      </w:r>
    </w:p>
    <w:p>
      <w:pPr>
        <w:jc w:val="right"/>
      </w:pPr>
      <w:r>
        <w:t>یہ جو بلین ٹریلین جو مناظر ہیں، جو تجربے ہیں، وہ سب یہی ہیں، وہ سب مجلس ذکر ہیں۔</w:t>
      </w:r>
    </w:p>
    <w:p>
      <w:r>
        <w:rPr>
          <w:b/>
        </w:rPr>
        <w:t xml:space="preserve">[11:18] </w:t>
      </w:r>
      <w:r>
        <w:t>to is hadith ka matlab dekhiye saada mat lijiye. is ka matlab yeh hai ke yeh poori kainat hi garden of paradise hai.</w:t>
      </w:r>
    </w:p>
    <w:p>
      <w:pPr>
        <w:jc w:val="right"/>
      </w:pPr>
      <w:r>
        <w:t>تو اس حدیث کا مطلب دیکھیے سادت مت لیجئے۔ اس کا مطلب یہ ہے کہ یہ پوری کائنات ہی گارڈن آف پیراڈائز ہے۔</w:t>
      </w:r>
    </w:p>
    <w:p>
      <w:r>
        <w:rPr>
          <w:b/>
        </w:rPr>
        <w:t xml:space="preserve">[11:29] </w:t>
      </w:r>
      <w:r>
        <w:t>poori kainat hi Allah ka bagh hai. is mein items bikhre hue hain Allah ki barhai ke. un ko un ko discover karo.</w:t>
      </w:r>
    </w:p>
    <w:p>
      <w:pPr>
        <w:jc w:val="right"/>
      </w:pPr>
      <w:r>
        <w:t>پوری کائنات ہی اللہ کا باغ ہے۔ اس میں آئٹم بکھرے ہوئے ہیں اللہ کی بڑائی کے۔ ان کو ان کو ڈسکور کرو۔</w:t>
      </w:r>
    </w:p>
    <w:p>
      <w:r>
        <w:rPr>
          <w:b/>
        </w:rPr>
        <w:t xml:space="preserve">[11:39] </w:t>
      </w:r>
      <w:r>
        <w:t>in ko apni marifat ka ghiza banao. apni in ko rabbani food banao. yeh matlab is ka hai.</w:t>
      </w:r>
    </w:p>
    <w:p>
      <w:pPr>
        <w:jc w:val="right"/>
      </w:pPr>
      <w:r>
        <w:t>ان کو اپنی معرفت کا غذا بناؤ۔ اپنی ان کو ربانی فوڈ بناؤ۔ یہ مطلب اس کا ہے۔</w:t>
      </w:r>
    </w:p>
    <w:p>
      <w:r>
        <w:rPr>
          <w:b/>
        </w:rPr>
        <w:t xml:space="preserve">[11:50] </w:t>
      </w:r>
      <w:r>
        <w:t>to yeh culture ki ki baat yahan par hai. aik aik aik way of thinking ki baat hai. aik lifestyle ki baat hai.</w:t>
      </w:r>
    </w:p>
    <w:p>
      <w:pPr>
        <w:jc w:val="right"/>
      </w:pPr>
      <w:r>
        <w:t>تو یہ کلچر کی کی بات یہاں پر ہے۔ ایک ایک ایک وے آف تھنکنگ کی بات ہے۔ ایک لائف اسٹائل کی بات ہے۔</w:t>
      </w:r>
    </w:p>
    <w:p>
      <w:r>
        <w:rPr>
          <w:b/>
        </w:rPr>
        <w:t xml:space="preserve">[12:04] </w:t>
      </w:r>
      <w:r>
        <w:t>to is tarah jab aap zindagi guzaren ge to kya hoga? har subah, har sham, balkeh har moment aap ko jo tajrubaat hote hain, jo aap dekhte hain, cheezon ko sunte hain, cheezon ko, in sab mein aap ko is ka rizq mile ga.</w:t>
      </w:r>
    </w:p>
    <w:p>
      <w:pPr>
        <w:jc w:val="right"/>
      </w:pPr>
      <w:r>
        <w:t>تو اس طرح جب آپ زندگی گزاریں گے تو کیا ہوگا؟ ہر صبح، ہر شام، بلکہ ہر مومنٹ آپ کو جو تجربات ہوتے ہیں، جو آپ دیکھتے ہیں، چیزوں کو سنتے ہیں، چیزوں کو، ان سب میں آپ کو اس کا رزق ملے گا۔</w:t>
      </w:r>
    </w:p>
    <w:p>
      <w:r>
        <w:rPr>
          <w:b/>
        </w:rPr>
        <w:t xml:space="preserve">[12:23] </w:t>
      </w:r>
      <w:r>
        <w:t>yani divine rizq mile ga. is se aap ke andar aik personality bane g</w:t>
      </w:r>
    </w:p>
    <w:p>
      <w:pPr>
        <w:jc w:val="right"/>
      </w:pPr>
      <w:r>
        <w:t>یعنی ڈیوائن رزق ملے گا۔ اس سے آپ کے اندر ایک پرسنیلٹی بنے گ</w:t>
      </w:r>
    </w:p>
    <w:p>
      <w:r>
        <w:rPr>
          <w:b/>
        </w:rPr>
        <w:t xml:space="preserve">[12:30] </w:t>
      </w:r>
      <w:r>
        <w:t>i. woh personality phir un ke liye Allah ki taraf faisla hoga ke un ko jannat mein dakhil karo. yeh matlab hai is ka.</w:t>
      </w:r>
    </w:p>
    <w:p>
      <w:pPr>
        <w:jc w:val="right"/>
      </w:pPr>
      <w:r>
        <w:t>ی۔ وہ پرسنیلٹی پھر ان کے لیے اللہ کی طرف فیصلہ ہوگا کہ ان کو جنت میں داخل کرو۔ یہ مطلب ہے اس کا۔</w:t>
      </w:r>
    </w:p>
    <w:p>
      <w:r>
        <w:rPr>
          <w:b/>
        </w:rPr>
        <w:t xml:space="preserve">[12:44] </w:t>
      </w:r>
      <w:r>
        <w:t>ab mein aap ko chand misalein deta hoon ke yeh jo charne ki baat hai, grace karne ki jo baat hai, woh kya hai?</w:t>
      </w:r>
    </w:p>
    <w:p>
      <w:pPr>
        <w:jc w:val="right"/>
      </w:pPr>
      <w:r>
        <w:t>اب میں آپ کو چند مثالیں دیتا ہوں کہ یہ جو چرنے کی بات ہے، گریس کرنے کی جو بات ہے، وہ کیا ہے؟</w:t>
      </w:r>
    </w:p>
    <w:p>
      <w:r>
        <w:rPr>
          <w:b/>
        </w:rPr>
        <w:t xml:space="preserve">[12:57] </w:t>
      </w:r>
      <w:r>
        <w:t>woh har lamha aap ko charna hai. kyunke sari kainat aik bohat bara yani grace grazing ground hai.</w:t>
      </w:r>
    </w:p>
    <w:p>
      <w:pPr>
        <w:jc w:val="right"/>
      </w:pPr>
      <w:r>
        <w:t>وہ ہر لمحہ آپ کو چرنا ہے۔ کیونکہ ساری کائنات ایک بہت بڑا یعنی گریس گریزنگ گراؤنڈ ہے۔</w:t>
      </w:r>
    </w:p>
    <w:p>
      <w:r>
        <w:rPr>
          <w:b/>
        </w:rPr>
        <w:t xml:space="preserve">[13:08] </w:t>
      </w:r>
      <w:r>
        <w:t>bohat bara yani divine grazing ground.</w:t>
      </w:r>
    </w:p>
    <w:p>
      <w:pPr>
        <w:jc w:val="right"/>
      </w:pPr>
      <w:r>
        <w:t>بہت بڑا یعنی ڈیوائن گریزنگ گراؤنڈ۔</w:t>
      </w:r>
    </w:p>
    <w:p>
      <w:r>
        <w:rPr>
          <w:b/>
        </w:rPr>
        <w:t xml:space="preserve">[13:17] </w:t>
      </w:r>
      <w:r>
        <w:t>to yeh jo hadith hai is mein asal cheez kuch logon ka jama hona nahi hai, balkeh zikr hai.</w:t>
      </w:r>
    </w:p>
    <w:p>
      <w:pPr>
        <w:jc w:val="right"/>
      </w:pPr>
      <w:r>
        <w:t>تو یہ جو حدیث ہے اس میں اصل چیز کچھ لوگوں کا جمع ہونا نہیں ہے، بلکہ ذکر ہے۔</w:t>
      </w:r>
    </w:p>
    <w:p>
      <w:r>
        <w:rPr>
          <w:b/>
        </w:rPr>
        <w:t xml:space="preserve">[13:27] </w:t>
      </w:r>
      <w:r>
        <w:t>kuch logon ka jama hona yeh asal cheez nahi hai. zikr jo hai, zikr jahan hota hai, us ki ahmiyat hai. yani it is zikr that makes it a divine grazing ground.</w:t>
      </w:r>
    </w:p>
    <w:p>
      <w:pPr>
        <w:jc w:val="right"/>
      </w:pPr>
      <w:r>
        <w:t>کچھ لوگوں کا جمع ہونا یہ اصل چیز نہیں ہے۔ ذکر جو ہے، ذکر جہاں ہوتا ہے، اس کی اہمیت ہے۔ یعنی it is ذکر that makes it اے ڈیوائن گریزنگ گراؤنڈ۔</w:t>
      </w:r>
    </w:p>
    <w:p>
      <w:r>
        <w:rPr>
          <w:b/>
        </w:rPr>
        <w:t xml:space="preserve">[13:44] </w:t>
      </w:r>
      <w:r>
        <w:t>to woh to kisi aik majlis mein nahi hai, woh sari kainat mein phaila hua hai. to aap ko apne aap, apne andar yeh shaoor develop karna hai.</w:t>
      </w:r>
    </w:p>
    <w:p>
      <w:pPr>
        <w:jc w:val="right"/>
      </w:pPr>
      <w:r>
        <w:t>تو وہ تو کسی ایک مجلس میں نہیں ہے، وہ ساری کائنات میں پھیلا ہوا ہے۔ تو آپ کو اپنے آپ، اپنے اندر یہ شعور ڈیولپ کرنا ہے۔</w:t>
      </w:r>
    </w:p>
    <w:p>
      <w:r>
        <w:rPr>
          <w:b/>
        </w:rPr>
        <w:t xml:space="preserve">[13:55] </w:t>
      </w:r>
      <w:r>
        <w:t>apne andar yeh itna ziyada intellectual awakening lana hai ke har cheez mein aap ko jhalak dikhai de Allah ki, jannat ki, akhirat ki.</w:t>
      </w:r>
    </w:p>
    <w:p>
      <w:pPr>
        <w:jc w:val="right"/>
      </w:pPr>
      <w:r>
        <w:t>اپنے اندر یہ اتنا زیادہ انٹلیکچول اویکننگ لانا ہے کہ ہر چیز میں آپ کو جھلک دکھائی دے اللہ کی، جنت کی، آخرت کی۔</w:t>
      </w:r>
    </w:p>
    <w:p>
      <w:r>
        <w:rPr>
          <w:b/>
        </w:rPr>
        <w:t xml:space="preserve">[14:10] </w:t>
      </w:r>
      <w:r>
        <w:t>to yeh aik shaoor ka, yani shaoor ke development ka aik aik darja hai. aik intellectual development ka aik darja hai.</w:t>
      </w:r>
    </w:p>
    <w:p>
      <w:pPr>
        <w:jc w:val="right"/>
      </w:pPr>
      <w:r>
        <w:t>تو یہ ایک شعور کا، یعنی شعور کے ڈیولپمنٹ کا ایک ایک درجہ ہے۔ ایک انٹلیکچول ڈیولپمنٹ کا ایک درجہ ہے۔</w:t>
      </w:r>
    </w:p>
    <w:p>
      <w:r>
        <w:rPr>
          <w:b/>
        </w:rPr>
        <w:t xml:space="preserve">[14:21] </w:t>
      </w:r>
      <w:r>
        <w:t>to mein aap ko chand misalein arz karta hoon.</w:t>
      </w:r>
    </w:p>
    <w:p>
      <w:pPr>
        <w:jc w:val="right"/>
      </w:pPr>
      <w:r>
        <w:t>تو میں آپ کو چند مثال عرض کرتا ہوں۔</w:t>
      </w:r>
    </w:p>
    <w:p>
      <w:r>
        <w:rPr>
          <w:b/>
        </w:rPr>
        <w:t xml:space="preserve">[14:26] </w:t>
      </w:r>
      <w:r>
        <w:t>abhi aap ne akhbaron mein dekha hoga ke kahin sakht qism ki sardi hai, kahin sakht qism ki garmi hai. dekhiye mere hath mein do akhbar hain.</w:t>
      </w:r>
    </w:p>
    <w:p>
      <w:pPr>
        <w:jc w:val="right"/>
      </w:pPr>
      <w:r>
        <w:t>ابھی آپ نے اخباروں میں دیکھا ہوگا کہ کہیں سخت قسم کی سردی ہے، کہیں سخت قسم کی گرمی ہے۔ دیکھیے میرے ہاتھ میں دو اخبار ہیں۔</w:t>
      </w:r>
    </w:p>
    <w:p>
      <w:r>
        <w:rPr>
          <w:b/>
        </w:rPr>
        <w:t xml:space="preserve">[14:39] </w:t>
      </w:r>
      <w:r>
        <w:t>aik hai 8 janwari ka, doosra hai 10 janwari ka.</w:t>
      </w:r>
    </w:p>
    <w:p>
      <w:pPr>
        <w:jc w:val="right"/>
      </w:pPr>
      <w:r>
        <w:t>ایک ہے 8 جنوری کا، دوسرا ہے 10 جنوری کا۔</w:t>
      </w:r>
    </w:p>
    <w:p>
      <w:r>
        <w:rPr>
          <w:b/>
        </w:rPr>
        <w:t xml:space="preserve">[14:50] </w:t>
      </w:r>
      <w:r>
        <w:t>aik akhbar mein bataya gaya hai ke USA mein, yani America mein, yeh haal hai ke taqreeban aadha America sakht sardi mein dooba hua hai.</w:t>
      </w:r>
    </w:p>
    <w:p>
      <w:pPr>
        <w:jc w:val="right"/>
      </w:pPr>
      <w:r>
        <w:t>ایک اخبار میں بتایا گیا ہے کہ یو ایس اے میں، یعنی امریکہ میں، یہ حال ہے کہ تقریباً آدھا امریکہ سخت سردی میں ڈوبا ہوا ہے۔</w:t>
      </w:r>
    </w:p>
    <w:p>
      <w:r>
        <w:rPr>
          <w:b/>
        </w:rPr>
        <w:t xml:space="preserve">[15:01] </w:t>
      </w:r>
      <w:r>
        <w:t>bohat sakht sardi, bohat bitter cold.</w:t>
      </w:r>
    </w:p>
    <w:p>
      <w:pPr>
        <w:jc w:val="right"/>
      </w:pPr>
      <w:r>
        <w:t>بہت سخت سردی، بہت بٹر کولڈ۔</w:t>
      </w:r>
    </w:p>
    <w:p>
      <w:r>
        <w:rPr>
          <w:b/>
        </w:rPr>
        <w:t xml:space="preserve">[15:09] </w:t>
      </w:r>
      <w:r>
        <w:t>aur doosri taraf isi zaman mein, isi janwari ke mahine mein, Australia mein yeh haal hai ke taqreeban taqreeban aadha Australia sakht garmi mein hai.</w:t>
      </w:r>
    </w:p>
    <w:p>
      <w:pPr>
        <w:jc w:val="right"/>
      </w:pPr>
      <w:r>
        <w:t>اور دوسری طرف اسی زمانے میں، اسی جنوری کے مہینے میں، آسٹریلیا میں یہ حال ہے کہ تقریباً تقریباً آدھا آسٹریلیا سخت گرمی میں ہے۔</w:t>
      </w:r>
    </w:p>
    <w:p>
      <w:r>
        <w:rPr>
          <w:b/>
        </w:rPr>
        <w:t xml:space="preserve">[15:20] </w:t>
      </w:r>
      <w:r>
        <w:t>itni sakht garmi hai ke darakhton par jo chiriyaan baithi hoti hain, woh garmi ki wajah se garmi mein mar ke gir jati hain neeche.</w:t>
      </w:r>
    </w:p>
    <w:p>
      <w:pPr>
        <w:jc w:val="right"/>
      </w:pPr>
      <w:r>
        <w:t>اتنی سخت گرمی ہے کہ درختوں پر جو چڑیاں بیٹھی ہوتی ہیں، وہ گرمی کی وجہ سے گرمی میں مر کے گر جاتی ہیں نیچے۔</w:t>
      </w:r>
    </w:p>
    <w:p>
      <w:r>
        <w:rPr>
          <w:b/>
        </w:rPr>
        <w:t xml:space="preserve">[15:32] </w:t>
      </w:r>
      <w:r>
        <w:t>to zameen ke aik hisse mein sakht sardi aur zameen ke hisse mein sakht garmi. koi anokha hai yeh? aap ne akhbaron mein dekha hoga, koi nai baat nahi hai yeh.</w:t>
      </w:r>
    </w:p>
    <w:p>
      <w:pPr>
        <w:jc w:val="right"/>
      </w:pPr>
      <w:r>
        <w:t>تو زمین کے ایک حصے میں سخت سردی اور زمین کے حصے میں سخت گرمی۔ کوئی انوکھا ہے یہ؟ آپ نے اخباروں میں دیکھا ہوگا، کوئی نئی بات نہیں ہے یہ۔</w:t>
      </w:r>
    </w:p>
    <w:p>
      <w:r>
        <w:rPr>
          <w:b/>
        </w:rPr>
        <w:t xml:space="preserve">[15:42] </w:t>
      </w:r>
      <w:r>
        <w:t>aur abhi yeh halat qaim hai.</w:t>
      </w:r>
    </w:p>
    <w:p>
      <w:pPr>
        <w:jc w:val="right"/>
      </w:pPr>
      <w:r>
        <w:t>اور ابھی یہ حالت قائم ہے۔</w:t>
      </w:r>
    </w:p>
    <w:p>
      <w:r>
        <w:rPr>
          <w:b/>
        </w:rPr>
        <w:t xml:space="preserve">[15:46] </w:t>
      </w:r>
      <w:r>
        <w:t>is ko maine parha to mujhe Quran ki aik ayat yaad aayi jannat ke baray mein. woh surah al-dahr ki ayat hai ke jannat ke baray mein farmaya ke layroon fiha shamsan wa la zamharee ke jannat mein na sakht sardi hogi na sakht garmi hogi.</w:t>
      </w:r>
    </w:p>
    <w:p>
      <w:pPr>
        <w:jc w:val="right"/>
      </w:pPr>
      <w:r>
        <w:t>اس کو میں نے پڑھا تو مجھے قرآن کی ایک آیت یاد آئی جنت کے بارے میں۔ وہ سورہ الدہر کی آیت ہے کہ جنت کے بارے میں فرمایا کہ لایرون فیہا شمسا ولا زمری کہ جنت میں نہ سخت سردی ہوگی نہ سخت گرمی ہوگی۔</w:t>
      </w:r>
    </w:p>
    <w:p>
      <w:r>
        <w:rPr>
          <w:b/>
        </w:rPr>
        <w:t xml:space="preserve">[16:15] </w:t>
      </w:r>
      <w:r>
        <w:t>yeh ayat surah al-dahr mein hai.</w:t>
      </w:r>
    </w:p>
    <w:p>
      <w:pPr>
        <w:jc w:val="right"/>
      </w:pPr>
      <w:r>
        <w:t>یہ آیت سورہ الدہر میں ہے۔</w:t>
      </w:r>
    </w:p>
    <w:p>
      <w:r>
        <w:rPr>
          <w:b/>
        </w:rPr>
        <w:t xml:space="preserve">[16:21] </w:t>
      </w:r>
      <w:r>
        <w:t>layroon fiha shamsan wa la zamharee to dekhiye yeh waqea to tha dunya ka, yani USA ka aur Australia ka.</w:t>
      </w:r>
    </w:p>
    <w:p>
      <w:pPr>
        <w:jc w:val="right"/>
      </w:pPr>
      <w:r>
        <w:t>لایرون فیہا شمسا ولا زمری تو دیکھیے یہ واقعہ تو تھا دنیا کا، یعنی یو ایس اے کا اور آسٹریلیا کا۔</w:t>
      </w:r>
    </w:p>
    <w:p>
      <w:r>
        <w:rPr>
          <w:b/>
        </w:rPr>
        <w:t xml:space="preserve">[16:36] </w:t>
      </w:r>
      <w:r>
        <w:t>lekin is ko jab mein ne parha to quran ki yeh ayat yaad aa gai. to is mein goya is waqe mein jannat ka aik item mil gaya.</w:t>
      </w:r>
    </w:p>
    <w:p>
      <w:pPr>
        <w:jc w:val="right"/>
      </w:pPr>
      <w:r>
        <w:t>لیکن اس کو جب میں نے پڑھا تو قرآن کی یہ آیت یاد آ گئی۔ تو اس میں گویا اس واقعے میں جنت کا ایک آئٹم مل گیا۔</w:t>
      </w:r>
    </w:p>
    <w:p>
      <w:r>
        <w:rPr>
          <w:b/>
        </w:rPr>
        <w:t xml:space="preserve">[16:47] </w:t>
      </w:r>
      <w:r>
        <w:t>is waqe mein jannat ka aik taaruf mil gaya ke dunya mein to yeh test, yeh test ke liye hai, aik testing ground hai.</w:t>
      </w:r>
    </w:p>
    <w:p>
      <w:pPr>
        <w:jc w:val="right"/>
      </w:pPr>
      <w:r>
        <w:t>اس واقعے میں جنت کا ایک تعارف مل گیا کہ دنیا میں تو یہ ٹیسٹ، یہ ٹیسٹ کے لیے ہے، ایک ٹیسٹنگ گراؤنڈ ہے۔</w:t>
      </w:r>
    </w:p>
    <w:p>
      <w:r>
        <w:rPr>
          <w:b/>
        </w:rPr>
        <w:t xml:space="preserve">[17:00] </w:t>
      </w:r>
      <w:r>
        <w:t>yeh koi jannat nahi hai. yahan par tarah tarah ke halaat pesh ayenge taake insaan ka test ho sake. lekin jannat jo hai, woh to ideal world hogi, perfect world hogi.</w:t>
      </w:r>
    </w:p>
    <w:p>
      <w:pPr>
        <w:jc w:val="right"/>
      </w:pPr>
      <w:r>
        <w:t>یہ کوئی جنت نہیں ہے۔ یہاں پر طرح طرح کے حالات پیش آئیں گے تاکہ انسان کا ٹیسٹ ہو سکے۔ لیکن جنت جو ہے، وہ تو آئیڈیل ورلڈ ہوگی، پرفیکٹ ورلڈ ہوگی۔</w:t>
      </w:r>
    </w:p>
    <w:p>
      <w:r>
        <w:rPr>
          <w:b/>
        </w:rPr>
        <w:t xml:space="preserve">[17:10] </w:t>
      </w:r>
      <w:r>
        <w:t>to wahan par hai ke layroon fiha shamsa wala zamri</w:t>
      </w:r>
    </w:p>
    <w:p>
      <w:pPr>
        <w:jc w:val="right"/>
      </w:pPr>
      <w:r>
        <w:t>تو وہاں پر ہے کہ لایرون فیہا شمسا ولا زمری</w:t>
      </w:r>
    </w:p>
    <w:p>
      <w:r>
        <w:rPr>
          <w:b/>
        </w:rPr>
        <w:t xml:space="preserve">[17:15] </w:t>
      </w:r>
      <w:r>
        <w:t>wahan par bohat thi,</w:t>
      </w:r>
    </w:p>
    <w:p>
      <w:pPr>
        <w:jc w:val="right"/>
      </w:pPr>
      <w:r>
        <w:t>وہاں پر بہت تھی،</w:t>
      </w:r>
    </w:p>
    <w:p>
      <w:r>
        <w:rPr>
          <w:b/>
        </w:rPr>
        <w:t xml:space="preserve">[17:21] </w:t>
      </w:r>
      <w:r>
        <w:t>jis ko hamare geography ke term mein kehte hain temperate zone. temperate zone to bohat hi high class, high class ka temperate zone hoga.</w:t>
      </w:r>
    </w:p>
    <w:p>
      <w:pPr>
        <w:jc w:val="right"/>
      </w:pPr>
      <w:r>
        <w:t>جس کو ہمارے جیوگرافی کے ٹرم میں کہتے ہیں ٹیمپریٹ زون۔ ٹیمپریٹ زون تو بہت ہی ہائی کلاس، ہائی کلاس کا ٹیمپریٹ زون ہوگا۔</w:t>
      </w:r>
    </w:p>
    <w:p>
      <w:r>
        <w:rPr>
          <w:b/>
        </w:rPr>
        <w:t xml:space="preserve">[17:33] </w:t>
      </w:r>
      <w:r>
        <w:t>woh jahan na sakht sardi na sakht garmi.</w:t>
      </w:r>
    </w:p>
    <w:p>
      <w:pPr>
        <w:jc w:val="right"/>
      </w:pPr>
      <w:r>
        <w:t>وہ جہاں نہ سخت سردی نہ سخت گرمی۔</w:t>
      </w:r>
    </w:p>
    <w:p>
      <w:r>
        <w:rPr>
          <w:b/>
        </w:rPr>
        <w:t xml:space="preserve">[17:39] </w:t>
      </w:r>
      <w:r>
        <w:t>yeh hai charna. yeh matlab hai charne ka ke dunya ke halaat mein aap ko jannat ki khushbu mile, jannat ki yaad aaye, jannat ka aap ko introduction milta rahe.</w:t>
      </w:r>
    </w:p>
    <w:p>
      <w:pPr>
        <w:jc w:val="right"/>
      </w:pPr>
      <w:r>
        <w:t>یہ ہے چرنا۔ یہ مطلب ہے چرنے کا کہ دنیا کے واقعات میں آپ کو جنت کی خوشبو ملے، جنت کی یاد آئے، جنت کا آپ کو انٹروڈکشن ملتا رہے۔</w:t>
      </w:r>
    </w:p>
    <w:p>
      <w:r>
        <w:rPr>
          <w:b/>
        </w:rPr>
        <w:t xml:space="preserve">[17:55] </w:t>
      </w:r>
      <w:r>
        <w:t>is se aap ke andar aik personality develop kare gi. wohi personality allah ki taraf se muntakhib ki jayegi, select ki jayegi jannat mein dakhle ke liye.</w:t>
      </w:r>
    </w:p>
    <w:p>
      <w:pPr>
        <w:jc w:val="right"/>
      </w:pPr>
      <w:r>
        <w:t>اس سے آپ کے اندر ایک پرسنیلٹی ڈیولپ کرے گی۔ وہی پرسنیلٹی اللہ کی طرف سے منتخب کی جائے گی، سلیکٹ کی جائے گی جنت میں داخلے کے لیے۔</w:t>
      </w:r>
    </w:p>
    <w:p>
      <w:r>
        <w:rPr>
          <w:b/>
        </w:rPr>
        <w:t xml:space="preserve">[18:12] </w:t>
      </w:r>
      <w:r>
        <w:t>aise hi dekhiye, aik</w:t>
      </w:r>
    </w:p>
    <w:p>
      <w:pPr>
        <w:jc w:val="right"/>
      </w:pPr>
      <w:r>
        <w:t>ایسے ہی دیکھیے، ایک</w:t>
      </w:r>
    </w:p>
    <w:p>
      <w:r>
        <w:rPr>
          <w:b/>
        </w:rPr>
        <w:t xml:space="preserve">[18:19] </w:t>
      </w:r>
      <w:r>
        <w:t>parson ki baat hai. mein apne ghar mein, jo hamare samne jo balcony hai, wahan baitha hua tha.</w:t>
      </w:r>
    </w:p>
    <w:p>
      <w:pPr>
        <w:jc w:val="right"/>
      </w:pPr>
      <w:r>
        <w:t>پرسوں کی بات ہے۔ میں اپنے گھر میں، جو ہمارے سامنے جو بالکنی ہے، وہاں بیٹھا ہوا تھا۔</w:t>
      </w:r>
    </w:p>
    <w:p>
      <w:r>
        <w:rPr>
          <w:b/>
        </w:rPr>
        <w:t xml:space="preserve">[18:30] </w:t>
      </w:r>
      <w:r>
        <w:t>to</w:t>
      </w:r>
    </w:p>
    <w:p>
      <w:pPr>
        <w:jc w:val="right"/>
      </w:pPr>
      <w:r>
        <w:t>تو</w:t>
      </w:r>
    </w:p>
    <w:p>
      <w:r>
        <w:rPr>
          <w:b/>
        </w:rPr>
        <w:t xml:space="preserve">[18:33] </w:t>
      </w:r>
      <w:r>
        <w:t>subah ka waqt tha, bohat acha mausam tha. lekin hamare haan pass mein ghar ban rahe hain.</w:t>
      </w:r>
    </w:p>
    <w:p>
      <w:pPr>
        <w:jc w:val="right"/>
      </w:pPr>
      <w:r>
        <w:t>صبح کا وقت تھا، بہت اچھا موسم تھا۔ لیکن ہمارے ہاں پاس میں گھر بن رہے ہیں۔</w:t>
      </w:r>
    </w:p>
    <w:p>
      <w:r>
        <w:rPr>
          <w:b/>
        </w:rPr>
        <w:t xml:space="preserve">[18:43] </w:t>
      </w:r>
      <w:r>
        <w:t>to wahan par woh bara sa jo hota hai, truck jis mein laga rehta hai, woh jis ko kehte hain concrete mixer, jis ko cement aur concrete mila ke chalate hain,</w:t>
      </w:r>
    </w:p>
    <w:p>
      <w:pPr>
        <w:jc w:val="right"/>
      </w:pPr>
      <w:r>
        <w:t>تو وہاں پر وہ بڑا سا جو ہوتا ہے، ٹرک جس میں لگا رہتا ہے، وہ جس کو کہتے ہیں کانکریٹ مکسچر، جس کو سیمنٹ اور کانکریٹ ملا کے چلاتے ہیں،</w:t>
      </w:r>
    </w:p>
    <w:p>
      <w:r>
        <w:rPr>
          <w:b/>
        </w:rPr>
        <w:t xml:space="preserve">[18:58] </w:t>
      </w:r>
      <w:r>
        <w:t>jo kehte hain concrete mixer, woh aaya aur woh chalu kiya gaya aur bohat shor, bohat shor.</w:t>
      </w:r>
    </w:p>
    <w:p>
      <w:pPr>
        <w:jc w:val="right"/>
      </w:pPr>
      <w:r>
        <w:t>جو کہتے ہیں کانکریٹ مکسچر، وہ آیا اور وہ چالو کیا گیا اور بہت شور، بہت شور۔</w:t>
      </w:r>
    </w:p>
    <w:p>
      <w:r>
        <w:rPr>
          <w:b/>
        </w:rPr>
        <w:t xml:space="preserve">[19:08] </w:t>
      </w:r>
      <w:r>
        <w:t>ab ajib tabiyat ghabra gai</w:t>
      </w:r>
    </w:p>
    <w:p>
      <w:pPr>
        <w:jc w:val="right"/>
      </w:pPr>
      <w:r>
        <w:t>اب عجیب طبیعت گھبرا گئی</w:t>
      </w:r>
    </w:p>
    <w:p>
      <w:r>
        <w:rPr>
          <w:b/>
        </w:rPr>
        <w:t xml:space="preserve">[19:13] </w:t>
      </w:r>
      <w:r>
        <w:t>ke itna peaceful tha, yani peaceful nature mein baitha hua tha us waqt mein. us waqt aa kar ke wahan concrete mixer jo hai, woh shor karne laga.</w:t>
      </w:r>
    </w:p>
    <w:p>
      <w:pPr>
        <w:jc w:val="right"/>
      </w:pPr>
      <w:r>
        <w:t>کہ اتنا پیس فل تھا، یعنی پیس فل نیچر میں بیٹھا ہوا تھا اس وقت میں۔ اس وقت آ کر کے وہاں کانکریٹ مکسچر جو ہے، وہ شور کرنے لگا۔</w:t>
      </w:r>
    </w:p>
    <w:p>
      <w:r>
        <w:rPr>
          <w:b/>
        </w:rPr>
        <w:t xml:space="preserve">[19:26] </w:t>
      </w:r>
      <w:r>
        <w:t>to phir mujhe wohi yaad aaya ke jannat mein shor nahi hoga.</w:t>
      </w:r>
    </w:p>
    <w:p>
      <w:pPr>
        <w:jc w:val="right"/>
      </w:pPr>
      <w:r>
        <w:t>تو پھر مجھے وہی یاد آیا کہ جنت میں شور نہیں ہوگا۔</w:t>
      </w:r>
    </w:p>
    <w:p>
      <w:r>
        <w:rPr>
          <w:b/>
        </w:rPr>
        <w:t xml:space="preserve">[19:34] </w:t>
      </w:r>
      <w:r>
        <w:t>yeh bhi quran mein likha hua hai ke jannat mein shor nahi hoga, nuisance nahi hoga.</w:t>
      </w:r>
    </w:p>
    <w:p>
      <w:pPr>
        <w:jc w:val="right"/>
      </w:pPr>
      <w:r>
        <w:t>یہ بھی قرآن میں لکھا ہوا ہے کہ جنت میں شور نہیں ہوگا، نوئسنس نہیں ہوگا۔</w:t>
      </w:r>
    </w:p>
    <w:p>
      <w:r>
        <w:rPr>
          <w:b/>
        </w:rPr>
        <w:t xml:space="preserve">[19:43] </w:t>
      </w:r>
      <w:r>
        <w:t>to woh woh waqea bazahir negative waqea tha. lekin agar aap ka shaoor develop ho to is is waqe ko aap convert kar ke aik positive item bana len ge.</w:t>
      </w:r>
    </w:p>
    <w:p>
      <w:pPr>
        <w:jc w:val="right"/>
      </w:pPr>
      <w:r>
        <w:t>تو وہ وہ واقعہ بظاہر نیگیٹیو واقعہ تھا۔ لیکن اگر آپ کا شعور ڈیولپ ہو تو اس اس واقعے کو آپ کنورٹ کر کے ایک پازیٹیو آئٹم بنا لیں گے۔</w:t>
      </w:r>
    </w:p>
    <w:p>
      <w:r>
        <w:rPr>
          <w:b/>
        </w:rPr>
        <w:t xml:space="preserve">[19:56] </w:t>
      </w:r>
      <w:r>
        <w:t>yani aik yeh hai ke aap is se nafrat karein, ghussa ho aur arab haseen ko bura bhala kahein, government ko bura bhala kahein.</w:t>
      </w:r>
    </w:p>
    <w:p>
      <w:pPr>
        <w:jc w:val="right"/>
      </w:pPr>
      <w:r>
        <w:t>یعنی ایک یہ ہے کہ آپ اس سے نفرت کریں، غصہ ہوں اور عرب حسین کو برا بھلا کہیں، گورنمنٹ کو برا بھلا کہیں۔</w:t>
      </w:r>
    </w:p>
    <w:p>
      <w:r>
        <w:rPr>
          <w:b/>
        </w:rPr>
        <w:t xml:space="preserve">[20:07] </w:t>
      </w:r>
      <w:r>
        <w:t>aik reaction yeh hai. to aap goya ke aap chale nahi phir khuda ke ka jo garden tha jannat ka, us mein aap chal chal nahi paye.</w:t>
      </w:r>
    </w:p>
    <w:p>
      <w:pPr>
        <w:jc w:val="right"/>
      </w:pPr>
      <w:r>
        <w:t>ایک ری ایکشن یہ ہے۔ تو آپ گویا کہ آپ چلے نہیں پھر خدا کے کا جو گارڈن تھا جنت کا، اس میں آپ چل چل نہیں پائے۔</w:t>
      </w:r>
    </w:p>
    <w:p>
      <w:r>
        <w:rPr>
          <w:b/>
        </w:rPr>
        <w:t xml:space="preserve">[20:19] </w:t>
      </w:r>
      <w:r>
        <w:t>lekin agar is ko convert kiya aap ne, convert kar paye. kyunke dunya mein dekhiye, pehle bhi aur aaj bhi hamesha aisa rahega.</w:t>
      </w:r>
    </w:p>
    <w:p>
      <w:pPr>
        <w:jc w:val="right"/>
      </w:pPr>
      <w:r>
        <w:t>لیکن اگر اس کو کنورٹ کیا آپ نے، کنورٹ کر پائے۔ کیونکہ دنیا میں دیکھیے، پہلے بھی اور آج بھی ہمیشہ ایسا رہے گا۔</w:t>
      </w:r>
    </w:p>
    <w:p>
      <w:r>
        <w:rPr>
          <w:b/>
        </w:rPr>
        <w:t xml:space="preserve">[20:29] </w:t>
      </w:r>
      <w:r>
        <w:t>kabhi aisa nahi ho sakta ke yahan par koi aap ko bilkul bohat hi smooth halaat hon, bohat sab theek thaak ho, sab kuch normal ho. aisa to ho nahi sakta.</w:t>
      </w:r>
    </w:p>
    <w:p>
      <w:pPr>
        <w:jc w:val="right"/>
      </w:pPr>
      <w:r>
        <w:t>کبھی ایسا نہیں ہو سکتا کہ یہاں پر کوئی آپ کو بالکل بہت ہی سموتھ حالات ہوں، بہت سب ٹھیک ٹھاک ہو، سب کچھ نارمل ہو۔ ایسا تو ہو نہیں سکتا۔</w:t>
      </w:r>
    </w:p>
    <w:p>
      <w:r>
        <w:rPr>
          <w:b/>
        </w:rPr>
        <w:t xml:space="preserve">[20:40] </w:t>
      </w:r>
      <w:r>
        <w:t>to jannat ke bagh mein kar charna sirf is insaan ke liye possible hota hai jo itna zyada, yani intellectually awakened ho ke woh negativity ko positivity mein convert kar sake.</w:t>
      </w:r>
    </w:p>
    <w:p>
      <w:pPr>
        <w:jc w:val="right"/>
      </w:pPr>
      <w:r>
        <w:t>تو جنت کے باغ میں کر چرنا صرف اس انسان کے لیے پاسیبل ہوتا ہے جو اتنا زیادہ، یعنی انٹلیکچولی اویکنڈ ہو کہ وہ نیگیٹیوٹی کو پازیٹیوٹی میں کنورٹ کر سکے۔</w:t>
      </w:r>
    </w:p>
    <w:p>
      <w:r>
        <w:rPr>
          <w:b/>
        </w:rPr>
        <w:t xml:space="preserve">[21:01] </w:t>
      </w:r>
      <w:r>
        <w:t>manfi cheez ko misbat soch mein badal sake. tab woh chal payega. warna ulta ulta hoga.</w:t>
      </w:r>
    </w:p>
    <w:p>
      <w:pPr>
        <w:jc w:val="right"/>
      </w:pPr>
      <w:r>
        <w:t>منفی چیز کو مثبت سوچ میں بدل سکے۔ تب وہ چل پائے گا۔ ورنہ الٹا الٹا ہوگا۔</w:t>
      </w:r>
    </w:p>
    <w:p>
      <w:r>
        <w:rPr>
          <w:b/>
        </w:rPr>
        <w:t xml:space="preserve">[21:12] </w:t>
      </w:r>
      <w:r>
        <w:t>ki</w:t>
      </w:r>
    </w:p>
    <w:p>
      <w:pPr>
        <w:jc w:val="right"/>
      </w:pPr>
      <w:r>
        <w:t>کی</w:t>
      </w:r>
    </w:p>
    <w:p>
      <w:r>
        <w:rPr>
          <w:b/>
        </w:rPr>
        <w:t xml:space="preserve">[21:13] </w:t>
      </w:r>
      <w:r>
        <w:t>unke hadees mein jab zikr hai jis majlis ka, woh kahin space mein nahi hogi. koi barkh nahi hogi.</w:t>
      </w:r>
    </w:p>
    <w:p>
      <w:pPr>
        <w:jc w:val="right"/>
      </w:pPr>
      <w:r>
        <w:t>ونکہ حدیث میں جب ذکر ہے جس مجلس کا، وہ کہیں اسپیس میں نہیں ہوگی۔ کوئی برخ نہیں ہوگی۔</w:t>
      </w:r>
    </w:p>
    <w:p>
      <w:r>
        <w:rPr>
          <w:b/>
        </w:rPr>
        <w:t xml:space="preserve">[21:23] </w:t>
      </w:r>
      <w:r>
        <w:t>isi duniya mein hogi jahan ke har taraf nuisance hai, har taraf shor hai, har taraf corruption hai, har taraf zulm hai, har taraf hangame hain. isi duniya mein hogi.</w:t>
      </w:r>
    </w:p>
    <w:p>
      <w:pPr>
        <w:jc w:val="right"/>
      </w:pPr>
      <w:r>
        <w:t>اسی دنیا میں ہوگی جہاں کہ ہر طرف نوئسنس ہے، ہر طرف شور ہے، ہر طرف کرپشن ہے، ہر طرف ظلم ہے، ہر طرف ہنگامے ہیں۔ اسی دنیا میں ہوگی۔</w:t>
      </w:r>
    </w:p>
    <w:p>
      <w:r>
        <w:rPr>
          <w:b/>
        </w:rPr>
        <w:t xml:space="preserve">[21:36] </w:t>
      </w:r>
      <w:r>
        <w:t>to jab tak aap ke andar yeh salahiyat develop na ki hui ho ke aap detach hokar soch saken, cheezon se reaction kiye baghair soch saken,</w:t>
      </w:r>
    </w:p>
    <w:p>
      <w:pPr>
        <w:jc w:val="right"/>
      </w:pPr>
      <w:r>
        <w:t>تو جب تک آپ کے اندر یہ صلاحیت ڈیولپ نہ کی ہوئی ہو کہ آپ ڈسٹیچ ہو کر سوچ سکیں، چیزوں سے ری ایکشن کیے بغیر سوچ سکیں،</w:t>
      </w:r>
    </w:p>
    <w:p>
      <w:r>
        <w:rPr>
          <w:b/>
        </w:rPr>
        <w:t xml:space="preserve">[21:55] </w:t>
      </w:r>
      <w:r>
        <w:t>hate se aur protest ki nafsiyat se bahar aakar soch saken, tab aisa hoga ke aap jannat ke baghon mein charh payenge.</w:t>
      </w:r>
    </w:p>
    <w:p>
      <w:pPr>
        <w:jc w:val="right"/>
      </w:pPr>
      <w:r>
        <w:t>ہیٹ سے اور پروٹیسٹ کی نفسیات سے باہر آ کر سوچ سکیں، تب ایسا ہوگا کہ آپ جنت کے باغوں میں چڑھ پائیں گے۔</w:t>
      </w:r>
    </w:p>
    <w:p>
      <w:r>
        <w:rPr>
          <w:b/>
        </w:rPr>
        <w:t xml:space="preserve">[22:06] </w:t>
      </w:r>
      <w:r>
        <w:t>jannat ke baghon mein charh pana woh jannat ka bagh nahi hota, woh to isi duniya ka bagh hota hai. isi duniya mein se jannat ka item nikalna.</w:t>
      </w:r>
    </w:p>
    <w:p>
      <w:pPr>
        <w:jc w:val="right"/>
      </w:pPr>
      <w:r>
        <w:t>جنت کے باغوں میں چڑھ پانا وہ جنت کا باغ نہیں ہوتا، وہ تو اسی دنیا کا باغ ہوتا ہے۔ اسی دنیا میں سے جنت کا آئٹم نکالنا۔</w:t>
      </w:r>
    </w:p>
    <w:p>
      <w:r>
        <w:rPr>
          <w:b/>
        </w:rPr>
        <w:t xml:space="preserve">[22:19] </w:t>
      </w:r>
      <w:r>
        <w:t>yani jis yahan par jo zikr hai is hadees mein ke jannat ke baghon mein charo, to woh jannat ka bagh kahan hota hai? isi duniya mein hota hai.</w:t>
      </w:r>
    </w:p>
    <w:p>
      <w:pPr>
        <w:jc w:val="right"/>
      </w:pPr>
      <w:r>
        <w:t>یعنی جس یہاں پر جو ذکر ہے اس حدیث میں کہ جنت کے باغوں میں چرو، تو وہ جنت کا باغ کہاں ہوتا ہے؟ اسی دنیا میں ہوتا ہے۔</w:t>
      </w:r>
    </w:p>
    <w:p>
      <w:r>
        <w:rPr>
          <w:b/>
        </w:rPr>
        <w:t xml:space="preserve">[22:29] </w:t>
      </w:r>
      <w:r>
        <w:t>woh jannat khud jannat mein nahi hota hai.</w:t>
      </w:r>
    </w:p>
    <w:p>
      <w:pPr>
        <w:jc w:val="right"/>
      </w:pPr>
      <w:r>
        <w:t>وہ جنت خود جنت میں نہیں ہوتا ہے۔</w:t>
      </w:r>
    </w:p>
    <w:p>
      <w:r>
        <w:rPr>
          <w:b/>
        </w:rPr>
        <w:t xml:space="preserve">[22:32] </w:t>
      </w:r>
      <w:r>
        <w:t>iska matlab kya hai? is duniya mein jisko insaan ne fasad ka ghar bana rakha hai, wahan chup chap jannat ka item talash karo. usko talash kar ke lo.</w:t>
      </w:r>
    </w:p>
    <w:p>
      <w:pPr>
        <w:jc w:val="right"/>
      </w:pPr>
      <w:r>
        <w:t>اس کا مطلب کیا ہے؟ اس دنیا میں جس کو انسان نے فساد کا گھر بنا رکھا ہے، وہاں چپ چاپ جنت کا آئٹم تلاش کرو۔ اس کو تلاش کر کے لو۔</w:t>
      </w:r>
    </w:p>
    <w:p>
      <w:r>
        <w:rPr>
          <w:b/>
        </w:rPr>
        <w:t xml:space="preserve">[22:44] </w:t>
      </w:r>
      <w:r>
        <w:t>woh kya hai? jab aap negativity ko positivity mein convert karenge, tab aap payenge woh item. tab aap ke liye mumkin hai ke aap gurez kar saken.</w:t>
      </w:r>
    </w:p>
    <w:p>
      <w:pPr>
        <w:jc w:val="right"/>
      </w:pPr>
      <w:r>
        <w:t>وہ کیا ہے؟ جب آپ نیگیٹیوٹی کو پازیٹیوٹی میں کنورٹ کریں گے، تب آپ پائیں گے وہ آئٹم۔ تب آپ کے لیے ممکن ہے کہ آپ گریز کر سکیں۔</w:t>
      </w:r>
    </w:p>
    <w:p>
      <w:r>
        <w:rPr>
          <w:b/>
        </w:rPr>
        <w:t xml:space="preserve">[22:56] </w:t>
      </w:r>
      <w:r>
        <w:t>jaise maine arz kiya ke concrete mixture shor kar raha tha.</w:t>
      </w:r>
    </w:p>
    <w:p>
      <w:pPr>
        <w:jc w:val="right"/>
      </w:pPr>
      <w:r>
        <w:t>جیسے میں نے عرض کیا کہ کانکریٹ مکسچر شور کر رہا تھا۔</w:t>
      </w:r>
    </w:p>
    <w:p>
      <w:r>
        <w:rPr>
          <w:b/>
        </w:rPr>
        <w:t xml:space="preserve">[23:03] </w:t>
      </w:r>
      <w:r>
        <w:t>bataur to woh mujhe react karna chahiye tha, ghussa hona chahiye tha. lekin main jab yaad kiya, yaad kiya to mujhe quran ki woh ayat yaad aayi jis mein ke hai ke jannat mein shor hai.</w:t>
      </w:r>
    </w:p>
    <w:p>
      <w:pPr>
        <w:jc w:val="right"/>
      </w:pPr>
      <w:r>
        <w:t>بظاہر تو وہ مجھے ری ایکٹ کرنا چاہیے تھا، غصہ ہونا چاہیے تھا۔ لیکن میں جب یاد کیا، یاد کیا تو مجھے قرآن کی وہ آیت یاد آئی جس میں کہ ہے کہ جنت میں شور ہے۔</w:t>
      </w:r>
    </w:p>
    <w:p>
      <w:r>
        <w:rPr>
          <w:b/>
        </w:rPr>
        <w:t xml:space="preserve">[23:16] </w:t>
      </w:r>
      <w:r>
        <w:t>shor nahi hoga.</w:t>
      </w:r>
    </w:p>
    <w:p>
      <w:pPr>
        <w:jc w:val="right"/>
      </w:pPr>
      <w:r>
        <w:t>شور نہیں ہوگا۔</w:t>
      </w:r>
    </w:p>
    <w:p>
      <w:r>
        <w:rPr>
          <w:b/>
        </w:rPr>
        <w:t xml:space="preserve">[23:20] </w:t>
      </w:r>
      <w:r>
        <w:t>la yasma'una fiha laghwan wa la tasiman wahan hum shor nahi sunenge.</w:t>
      </w:r>
    </w:p>
    <w:p>
      <w:pPr>
        <w:jc w:val="right"/>
      </w:pPr>
      <w:r>
        <w:t>لا اسمعون فیها لغوا ولا تسيما وہاں ہم شور نہیں سنیں گے۔</w:t>
      </w:r>
    </w:p>
    <w:p>
      <w:r>
        <w:rPr>
          <w:b/>
        </w:rPr>
        <w:t xml:space="preserve">[23:26] </w:t>
      </w:r>
      <w:r>
        <w:t>to achaanak mujhe yeh aaya ke khudaaya mujhe is duniya ko mere liye muqaddar kar de, is jannat ko jahan shor nahi hoga, jahan nuisance nahi hoga. yeh hai charna.</w:t>
      </w:r>
    </w:p>
    <w:p>
      <w:pPr>
        <w:jc w:val="right"/>
      </w:pPr>
      <w:r>
        <w:t>تو اچانک مجھے یہ آیا کہ خدایا مجھے اس دنیا کو میرے لیے مقدر کر دے، اس جنت کو جہاں شور نہیں ہوگا، جہاں نوئسنس نہیں ہوگا۔ یہ ہے چرنا۔</w:t>
      </w:r>
    </w:p>
    <w:p>
      <w:r>
        <w:rPr>
          <w:b/>
        </w:rPr>
        <w:t xml:space="preserve">[23:39] </w:t>
      </w:r>
      <w:r>
        <w:t>yeh hai charna.</w:t>
      </w:r>
    </w:p>
    <w:p>
      <w:pPr>
        <w:jc w:val="right"/>
      </w:pPr>
      <w:r>
        <w:t>یہ ہے چرنا۔</w:t>
      </w:r>
    </w:p>
    <w:p>
      <w:r>
        <w:rPr>
          <w:b/>
        </w:rPr>
        <w:t xml:space="preserve">[23:43] </w:t>
      </w:r>
      <w:r>
        <w:t>yeh charna koi koi koi purasarar cheez nahi hai.</w:t>
      </w:r>
    </w:p>
    <w:p>
      <w:pPr>
        <w:jc w:val="right"/>
      </w:pPr>
      <w:r>
        <w:t>یہ چرنا کوئی کوئی کوئی پراسرار چیز نہیں ہے۔</w:t>
      </w:r>
    </w:p>
    <w:p>
      <w:r>
        <w:rPr>
          <w:b/>
        </w:rPr>
        <w:t xml:space="preserve">[23:51] </w:t>
      </w:r>
      <w:r>
        <w:t>charna koi purasarar cheez nahi</w:t>
      </w:r>
    </w:p>
    <w:p>
      <w:pPr>
        <w:jc w:val="right"/>
      </w:pPr>
      <w:r>
        <w:t>چرنا کوئی پراسرار چیز نہیں</w:t>
      </w:r>
    </w:p>
    <w:p>
      <w:r>
        <w:rPr>
          <w:b/>
        </w:rPr>
        <w:t xml:space="preserve">[23:53] </w:t>
      </w:r>
      <w:r>
        <w:t>hai. phir yeh sab sochte hue mujhe quran ki woh surah yaad aayi aur ek qissa yaad aaya.</w:t>
      </w:r>
    </w:p>
    <w:p>
      <w:pPr>
        <w:jc w:val="right"/>
      </w:pPr>
      <w:r>
        <w:t>ہے۔ پھر یہ سب سوچتے ہوئے مجھے قرآن کی وہ سورہ یاد آئی اور ایک قصہ یاد آیا۔</w:t>
      </w:r>
    </w:p>
    <w:p>
      <w:r>
        <w:rPr>
          <w:b/>
        </w:rPr>
        <w:t xml:space="preserve">[24:02] </w:t>
      </w:r>
      <w:r>
        <w:t>main yeh arz bata raha hoon aap ko ke charna kya cheez hai. yeh mat samjhiye ke charna koi purasarar cheez hai, koi mysterious cheez hai.</w:t>
      </w:r>
    </w:p>
    <w:p>
      <w:pPr>
        <w:jc w:val="right"/>
      </w:pPr>
      <w:r>
        <w:t>میں یہ عرض بتا رہا ہوں آپ کو کہ چرنا کیا چیز ہے۔ یہ مت سمجھئے کہ چرنا کوئی پراسرار چیز ہے، کوئی مسٹیریس چیز ہے۔</w:t>
      </w:r>
    </w:p>
    <w:p>
      <w:r>
        <w:rPr>
          <w:b/>
        </w:rPr>
        <w:t xml:space="preserve">[24:13] </w:t>
      </w:r>
      <w:r>
        <w:t>charna yahi hai ke jaise namak ho aur shakar ho. ab wahan cheenti aayi. cheenti kya karegi?</w:t>
      </w:r>
    </w:p>
    <w:p>
      <w:pPr>
        <w:jc w:val="right"/>
      </w:pPr>
      <w:r>
        <w:t>چرنا یہی ہے کہ جیسے نمک ہو اور شکر ہو۔ اب وہاں چیونٹی آئی۔ چیونٹی کیا کرے گی؟</w:t>
      </w:r>
    </w:p>
    <w:p>
      <w:r>
        <w:rPr>
          <w:b/>
        </w:rPr>
        <w:t xml:space="preserve">[24:22] </w:t>
      </w:r>
      <w:r>
        <w:t>woh chalegi. lekin chalne ka matlab kya hoga? namak chhodegi, shakar ko legi.</w:t>
      </w:r>
    </w:p>
    <w:p>
      <w:pPr>
        <w:jc w:val="right"/>
      </w:pPr>
      <w:r>
        <w:t>وہ چلے گی۔ لیکن چلنے کا مطلب کیا ہوگا؟ نمک چھوڑے گی، شکر کو لے گی۔</w:t>
      </w:r>
    </w:p>
    <w:p>
      <w:r>
        <w:rPr>
          <w:b/>
        </w:rPr>
        <w:t xml:space="preserve">[24:31] </w:t>
      </w:r>
      <w:r>
        <w:t>cheenti bhi chalegi is waqt jab ke namak mein shakar mili hui ho. lekin iska charna kya hota hai? namak ko chhodna, shakar ko lena. to momin ke andar yahi baat ho jati hai ke woh negative item ko chhod kar ke positive item nikal leta hai.</w:t>
      </w:r>
    </w:p>
    <w:p>
      <w:pPr>
        <w:jc w:val="right"/>
      </w:pPr>
      <w:r>
        <w:t>چیونٹی بھی چلے گی اس وقت جب کہ نمک میں شکر ملی ہوئی ہو۔ لیکن اس کا چرنا کیا ہوتا ہے؟ نمک کو چھوڑنا، شکر کو لینا۔ تو مومن کے اندر یہی بات ہو جاتی ہے کہ وہ نیگیٹیو آئٹم کو چھوڑ کر کے پازیٹیو آئٹم نکال لیتا ہے۔</w:t>
      </w:r>
    </w:p>
    <w:p>
      <w:r>
        <w:rPr>
          <w:b/>
        </w:rPr>
        <w:t xml:space="preserve">[24:46] </w:t>
      </w:r>
      <w:r>
        <w:t>yeh hai charna aur yeh hai Allah ki yaad, jannat ki yaad.</w:t>
      </w:r>
    </w:p>
    <w:p>
      <w:pPr>
        <w:jc w:val="right"/>
      </w:pPr>
      <w:r>
        <w:t>یہ ہے چرنا اور یہ ہے اللہ کی یاد، جنت کی یاد۔</w:t>
      </w:r>
    </w:p>
    <w:p>
      <w:r>
        <w:rPr>
          <w:b/>
        </w:rPr>
        <w:t xml:space="preserve">[24:55] </w:t>
      </w:r>
      <w:r>
        <w:t>aur yeh kisi masjid mein nahin, mehdood hai. saare alam mein phaila hua hai. yeh mawaqe phailay hue hain. to yeh sab sochte hue phir mujhe woh quran ki surah yaad aayi,</w:t>
      </w:r>
    </w:p>
    <w:p>
      <w:pPr>
        <w:jc w:val="right"/>
      </w:pPr>
      <w:r>
        <w:t>اور یہ کسی مسجد میں نہیں، محدود ہے۔ سارے عالم میں پھیلا ہوا ہے۔ یہ مواقع پھیلے ہوئے ہیں۔ تو یہ سب سوچتے ہوئے پھر مجھے وہ قرآن کی سورہ یاد آئی،</w:t>
      </w:r>
    </w:p>
    <w:p>
      <w:r>
        <w:rPr>
          <w:b/>
        </w:rPr>
        <w:t xml:space="preserve">[25:10] </w:t>
      </w:r>
      <w:r>
        <w:t>surah bateen. is mein dekhiye hai ke laqad khalaqnal insana fi husni taqwim thumma radadnahu asfalas safilin</w:t>
      </w:r>
    </w:p>
    <w:p>
      <w:pPr>
        <w:jc w:val="right"/>
      </w:pPr>
      <w:r>
        <w:t>سورہ بتین۔ اس میں دیکھیے ہے کہ لقد خلقنا الانسان في حسن تقويم ثم رددناه سافرین</w:t>
      </w:r>
    </w:p>
    <w:p>
      <w:r>
        <w:rPr>
          <w:b/>
        </w:rPr>
        <w:t xml:space="preserve">[25:24] </w:t>
      </w:r>
      <w:r>
        <w:t>Allah ne farmaya ke hum ne paida kiya insaan ko behtareen mood, behtareen mol ke sath, behtareen saakht ke sath.</w:t>
      </w:r>
    </w:p>
    <w:p>
      <w:pPr>
        <w:jc w:val="right"/>
      </w:pPr>
      <w:r>
        <w:t>اللہ نے فرمایا کہ ہم نے پیدا کیا انسان کو بہترین موڈ، بہترین مول کے ساتھ، بہترین ساخت کے ساتھ۔</w:t>
      </w:r>
    </w:p>
    <w:p>
      <w:r>
        <w:rPr>
          <w:b/>
        </w:rPr>
        <w:t xml:space="preserve">[25:35] </w:t>
      </w:r>
      <w:r>
        <w:t>phir daal diya is ko sab se nichlay tabqon mein.</w:t>
      </w:r>
    </w:p>
    <w:p>
      <w:pPr>
        <w:jc w:val="right"/>
      </w:pPr>
      <w:r>
        <w:t>پھر ڈال دیا اس کو سب سے نچلے طبقوں میں۔</w:t>
      </w:r>
    </w:p>
    <w:p>
      <w:r>
        <w:rPr>
          <w:b/>
        </w:rPr>
        <w:t xml:space="preserve">[25:44] </w:t>
      </w:r>
      <w:r>
        <w:t>to is dunya mein aap jante hain ke har aadmi shikayat karta hai.</w:t>
      </w:r>
    </w:p>
    <w:p>
      <w:pPr>
        <w:jc w:val="right"/>
      </w:pPr>
      <w:r>
        <w:t>تو اس دنیا میں آپ جانتے ہیں کہ ہر آدمی شکایت کرتا ہے۔</w:t>
      </w:r>
    </w:p>
    <w:p>
      <w:r>
        <w:rPr>
          <w:b/>
        </w:rPr>
        <w:t xml:space="preserve">[25:48] </w:t>
      </w:r>
      <w:r>
        <w:t>har aadmi shikayat. jis ko dekhiye, akhbar dekhiye, radio suniye, TV dekhiye, shikayat, protest, shikayat, protest, nafrat, sab bhare hue hain.</w:t>
      </w:r>
    </w:p>
    <w:p>
      <w:pPr>
        <w:jc w:val="right"/>
      </w:pPr>
      <w:r>
        <w:t>ہر آدمی شکایت۔ جس کو دیکھیے، اخبار دیکھیے، ریڈیو سنیے، ٹی وی دیکھیے، شکایت، پروٹیسٹ، شکایت، پروٹیسٹ، نفرت، سب بھرے ہوئے ہیں۔</w:t>
      </w:r>
    </w:p>
    <w:p>
      <w:r>
        <w:rPr>
          <w:b/>
        </w:rPr>
        <w:t xml:space="preserve">[25:59] </w:t>
      </w:r>
      <w:r>
        <w:t>sab ke dil bhare hue hain isi cheezon se. kyun? woh charna ya charnay ka art unhein nahin pata. cheunti wala jo art hai, cheunti.</w:t>
      </w:r>
    </w:p>
    <w:p>
      <w:pPr>
        <w:jc w:val="right"/>
      </w:pPr>
      <w:r>
        <w:t>سب کے دل بھرے ہوئے ہیں اسی چیزوں سے۔ کیوں؟ وہ چرنا یا چرنے کا آرٹ انہیں نہیں پتا۔ چیونٹی والا جو آرٹ ہے، چیونٹی۔</w:t>
      </w:r>
    </w:p>
    <w:p>
      <w:r>
        <w:rPr>
          <w:b/>
        </w:rPr>
        <w:t xml:space="preserve">[26:09] </w:t>
      </w:r>
      <w:r>
        <w:t>cheunti aik demonstration hai. nature mein Allah taala ne cheunti ki shakal mein aik demonstration de diya ke</w:t>
      </w:r>
    </w:p>
    <w:p>
      <w:pPr>
        <w:jc w:val="right"/>
      </w:pPr>
      <w:r>
        <w:t>چیونٹی ایک ڈیمونسٹریشن ہے۔ نیچر میں اللہ تعالی نے چیونٹی کی شکل میں ایک ڈیمونسٹریشن دے دیا کہ</w:t>
      </w:r>
    </w:p>
    <w:p>
      <w:r>
        <w:rPr>
          <w:b/>
        </w:rPr>
        <w:t xml:space="preserve">[26:20] </w:t>
      </w:r>
      <w:r>
        <w:t>shukr hai aur aur namak hai. cheunti aayegi, namak chhod degi, shukr le legi. aise hi dunya mein negative item ke sath positive item hai.</w:t>
      </w:r>
    </w:p>
    <w:p>
      <w:pPr>
        <w:jc w:val="right"/>
      </w:pPr>
      <w:r>
        <w:t>شکر ہے اور اور نمک ہے۔ چیونٹی آئے گی، نمک چھوڑ دے گی، شکر لے لے گی۔ ایسے ہی دنیا میں نیگیٹیو آئٹم کے ساتھ پازیٹیو آئٹم ہے۔</w:t>
      </w:r>
    </w:p>
    <w:p>
      <w:r>
        <w:rPr>
          <w:b/>
        </w:rPr>
        <w:t xml:space="preserve">[26:31] </w:t>
      </w:r>
      <w:r>
        <w:t>tum negative item ko chhod do, positive item ko le lo. to tum ko Allah ke haan kaha jayega ke yeh woh shakhs hai jo jannat ke baghon mein jis ne charai ki, apne ko develop kiya aik jannati insaan ki hesiyat se.</w:t>
      </w:r>
    </w:p>
    <w:p>
      <w:pPr>
        <w:jc w:val="right"/>
      </w:pPr>
      <w:r>
        <w:t>تم نیگیٹیو آئٹم کو چھوڑو، پازیٹیو آئٹم کو لے لو۔ تو تم کو اللہ کے ہاں کہا جائے کہ یہ وہ شخص ہے جو جنت کے باغوں میں جس نے چرائی کی، اپنے کو ڈیولپ کیا ایک جنتی انسان کی حیثیت سے۔</w:t>
      </w:r>
    </w:p>
    <w:p>
      <w:r>
        <w:rPr>
          <w:b/>
        </w:rPr>
        <w:t xml:space="preserve">[26:49] </w:t>
      </w:r>
      <w:r>
        <w:t>to yeh jo ayat hai ke Allah ne paida kiya insaan ko behtareen saakht par, phir is ko phenk diya nichlay tabqay mein.</w:t>
      </w:r>
    </w:p>
    <w:p>
      <w:pPr>
        <w:jc w:val="right"/>
      </w:pPr>
      <w:r>
        <w:t>تو یہ جو آیت ہے کہ اللہ نے پیدا کیا انسان کو بہترین ساخت پر، پھر اس کو پھینک دیا نچلے طبقے میں۔</w:t>
      </w:r>
    </w:p>
    <w:p>
      <w:r>
        <w:rPr>
          <w:b/>
        </w:rPr>
        <w:t xml:space="preserve">[27:02] </w:t>
      </w:r>
      <w:r>
        <w:t>to is par sochte hue</w:t>
      </w:r>
    </w:p>
    <w:p>
      <w:pPr>
        <w:jc w:val="right"/>
      </w:pPr>
      <w:r>
        <w:t>تو اس پر سوچتے ہوئے</w:t>
      </w:r>
    </w:p>
    <w:p>
      <w:r>
        <w:rPr>
          <w:b/>
        </w:rPr>
        <w:t xml:space="preserve">[27:06] </w:t>
      </w:r>
      <w:r>
        <w:t>mujhe yeh sab baatein yaad aayin ke dunya mein to har taraf fasad, corruption, har taraf problem, har taraf injustice, zulm, yeh hai.</w:t>
      </w:r>
    </w:p>
    <w:p>
      <w:pPr>
        <w:jc w:val="right"/>
      </w:pPr>
      <w:r>
        <w:t>مجھے یہ سب باتیں یاد آئیں کہ دنیا میں تو ہر طرف فساد، کرپشن، ہر طرف پرابلم، ہر طرف انجسٹس، ظلم، یہ ہے۔</w:t>
      </w:r>
    </w:p>
    <w:p>
      <w:r>
        <w:rPr>
          <w:b/>
        </w:rPr>
        <w:t xml:space="preserve">[27:17] </w:t>
      </w:r>
      <w:r>
        <w:t>aap ko khatam nahin kar sakte is</w:t>
      </w:r>
    </w:p>
    <w:p>
      <w:pPr>
        <w:jc w:val="right"/>
      </w:pPr>
      <w:r>
        <w:t>آپ کو ختم نہیں کر سکتے اس</w:t>
      </w:r>
    </w:p>
    <w:p>
      <w:r>
        <w:rPr>
          <w:b/>
        </w:rPr>
        <w:t xml:space="preserve">[27:19] </w:t>
      </w:r>
      <w:r>
        <w:t>ko. yeh hai aur rahega. kyunke yeh yeh result hai is baat ka ke insaan ko Allah ne diya hai freedom.</w:t>
      </w:r>
    </w:p>
    <w:p>
      <w:pPr>
        <w:jc w:val="right"/>
      </w:pPr>
      <w:r>
        <w:t>کو۔ یہ ہے اور رہے گا۔ کیونکہ یہ یہ رزلٹ ہے اس بات کا کہ انسان کو اللہ نے دیا ہے فریڈم۔</w:t>
      </w:r>
    </w:p>
    <w:p>
      <w:r>
        <w:rPr>
          <w:b/>
        </w:rPr>
        <w:t xml:space="preserve">[27:27] </w:t>
      </w:r>
      <w:r>
        <w:t>woh freedom ko misuse karta hai. is liye woh kisi zalim ka mamla nahin hai. woh insaan ke misuse of freedom ka mamla hai.</w:t>
      </w:r>
    </w:p>
    <w:p>
      <w:pPr>
        <w:jc w:val="right"/>
      </w:pPr>
      <w:r>
        <w:t>وہ فریڈم کو مس یوز کرتا ہے۔ اس لیے وہ کسی ظالم کا معاملہ نہیں ہے۔ وہ انسان کے مس یوز آف فریڈم کا معاملہ ہے۔</w:t>
      </w:r>
    </w:p>
    <w:p>
      <w:r>
        <w:rPr>
          <w:b/>
        </w:rPr>
        <w:t xml:space="preserve">[27:36] </w:t>
      </w:r>
      <w:r>
        <w:t>is liye woh rahega qayamat tak.</w:t>
      </w:r>
    </w:p>
    <w:p>
      <w:pPr>
        <w:jc w:val="right"/>
      </w:pPr>
      <w:r>
        <w:t>اس لیے وہ رہے گا قیامت تک۔</w:t>
      </w:r>
    </w:p>
    <w:p>
      <w:r>
        <w:rPr>
          <w:b/>
        </w:rPr>
        <w:t xml:space="preserve">[27:42] </w:t>
      </w:r>
      <w:r>
        <w:t>to is ko sochte hue</w:t>
      </w:r>
    </w:p>
    <w:p>
      <w:pPr>
        <w:jc w:val="right"/>
      </w:pPr>
      <w:r>
        <w:t>تو اس کو سوچتے ہوئے</w:t>
      </w:r>
    </w:p>
    <w:p>
      <w:r>
        <w:rPr>
          <w:b/>
        </w:rPr>
        <w:t xml:space="preserve">[27:49] </w:t>
      </w:r>
      <w:r>
        <w:t>mujhe yeh samajh mein aaya ke is ka matlab kya hai.</w:t>
      </w:r>
    </w:p>
    <w:p>
      <w:pPr>
        <w:jc w:val="right"/>
      </w:pPr>
      <w:r>
        <w:t>مجھے یہ سمجھ میں آیا کہ اس کا مطلب کیا ہے۔</w:t>
      </w:r>
    </w:p>
    <w:p>
      <w:r>
        <w:rPr>
          <w:b/>
        </w:rPr>
        <w:t xml:space="preserve">[27:58] </w:t>
      </w:r>
      <w:r>
        <w:t>yani is ka matlab yeh hai ke koi banda yeh yaad kare aur soche ke khudaaya, yani in sab halaat mein soche, agar us ke andar positive thinking hai to sochte sochte woh yeh sab baatein us ke liye aik point of reference ban jayengi.</w:t>
      </w:r>
    </w:p>
    <w:p>
      <w:pPr>
        <w:jc w:val="right"/>
      </w:pPr>
      <w:r>
        <w:t>یعنی اس کا مطلب یہ ہے کہ کوئی بندہ یہ یاد کرے اور سوچے کہ خدایا، یعنی ان سب حالات میں سوچے، اگر اس کے اندر پازیٹیو تھنکنگ ہے تو سوچتے سوچتے وہ یہ سب باتیں اس کے لیے ایک پوائنٹ آف ریفرنس بن جائیں گی۔</w:t>
      </w:r>
    </w:p>
    <w:p>
      <w:r>
        <w:rPr>
          <w:b/>
        </w:rPr>
        <w:t xml:space="preserve">[28:17] </w:t>
      </w:r>
      <w:r>
        <w:t>aik bohat oonchi dua ka point of reference ke khudaaya, to ne paida kiya mujh ko husn taqwim ki ki shakal mein,</w:t>
      </w:r>
    </w:p>
    <w:p>
      <w:pPr>
        <w:jc w:val="right"/>
      </w:pPr>
      <w:r>
        <w:t>ایک بہت اونچی دعا کا پوائنٹ آف ریفرنس کہ خدایا، تو نے پیدا کیا مجھ کو حسن تقویم کی کی شکل میں،</w:t>
      </w:r>
    </w:p>
    <w:p>
      <w:r>
        <w:rPr>
          <w:b/>
        </w:rPr>
        <w:t xml:space="preserve">[28:27] </w:t>
      </w:r>
      <w:r>
        <w:t>aik mukarram insaan ki shakal mein, aala salahiyatein dein mujh ko. phir to to ne mujh ko is dunya mein rakh diya.</w:t>
      </w:r>
    </w:p>
    <w:p>
      <w:pPr>
        <w:jc w:val="right"/>
      </w:pPr>
      <w:r>
        <w:t>ایک مکرم انسان کی شکل میں، اعلیٰ صلاحیتیں دیں مجھ کو۔ پھر تو تو نے مجھ کو اس دنیا میں رکھ دیا۔</w:t>
      </w:r>
    </w:p>
    <w:p>
      <w:r>
        <w:rPr>
          <w:b/>
        </w:rPr>
        <w:t xml:space="preserve">[28:39] </w:t>
      </w:r>
      <w:r>
        <w:t>yeh dunya to mera habitat nahin hai. is dunya mein to jo kuch mein chahta hoon, woh yahan maujood nahin.</w:t>
      </w:r>
    </w:p>
    <w:p>
      <w:pPr>
        <w:jc w:val="right"/>
      </w:pPr>
      <w:r>
        <w:t>یہ دنیا تو میرا ہیبیٹٹ نہیں ہے۔ اس دنیا میں تو جو کچھ میں چاہتا ہوں، وہ یہاں موجود نہیں۔</w:t>
      </w:r>
    </w:p>
    <w:p>
      <w:r>
        <w:rPr>
          <w:b/>
        </w:rPr>
        <w:t xml:space="preserve">[28:47] </w:t>
      </w:r>
      <w:r>
        <w:t>yahan mere liye</w:t>
      </w:r>
    </w:p>
    <w:p>
      <w:pPr>
        <w:jc w:val="right"/>
      </w:pPr>
      <w:r>
        <w:t>یہاں میرے لیے</w:t>
      </w:r>
    </w:p>
    <w:p>
      <w:r>
        <w:rPr>
          <w:b/>
        </w:rPr>
        <w:t xml:space="preserve">[28:52] </w:t>
      </w:r>
      <w:r>
        <w:t>to mera habitat, mujh ko mere liye, mere liye habitat jo hai, woh muqaddar kar do. kyunke jannat jo hai, woh habitat hai insaan ka.</w:t>
      </w:r>
    </w:p>
    <w:p>
      <w:pPr>
        <w:jc w:val="right"/>
      </w:pPr>
      <w:r>
        <w:t>تو میرا ہیبیٹٹ، مجھ کو میرے لیے، میرے لیے ہیبیٹٹ جو ہے، وہ مقدر کر دو۔ کیونکہ جنت جو ہے، وہ ہیبیٹٹ ہے انسان کا۔</w:t>
      </w:r>
    </w:p>
    <w:p>
      <w:r>
        <w:rPr>
          <w:b/>
        </w:rPr>
        <w:t xml:space="preserve">[29:04] </w:t>
      </w:r>
      <w:r>
        <w:t>to yeh yeh jo rakha Allah taala ne is tarah se, is liye kisi bande Khuda ke dil se zabaan se yeh do yeh dua nikle ke Khudaaya, to ne paida kiya mujhe husn-e-taqweem ke saath, phir bhej diya is duniya mein</w:t>
      </w:r>
    </w:p>
    <w:p>
      <w:pPr>
        <w:jc w:val="right"/>
      </w:pPr>
      <w:r>
        <w:t>تو یہ یہ جو رکھا اللہ تعالی نے اس طرح سے، اس لیے کسی بندے خدا کے دل سے زبان سے یہ دو یہ دعا نکلے کہ خدایا، تو نے پیدا کیا مجھے حسن تقویم کے ساتھ، پھر بھیج دیا اس دنیا میں</w:t>
      </w:r>
    </w:p>
    <w:p>
      <w:r>
        <w:rPr>
          <w:b/>
        </w:rPr>
        <w:t xml:space="preserve">[29:19] </w:t>
      </w:r>
      <w:r>
        <w:t>jo daar-ul-fasad hai, mera habitat nahin. to Khudaaya, to mazeed karam kar mere upar, jis tarah takhleeq-e-husn-e-taqweem ke saath to ne meri takhleeq ki, to mazeed rehmat farma, karam kar mere liye aakhirat mein mera jo habitat hai, jannat, wahan mujhe dakhil kar de.</w:t>
      </w:r>
    </w:p>
    <w:p>
      <w:pPr>
        <w:jc w:val="right"/>
      </w:pPr>
      <w:r>
        <w:t>جو دارالفساد ہے، میرا ہیبیٹٹ نہیں۔ تو خدایا، تو مزید کرم کر میرے اوپر، جس طرح تخلیق حسن تقویم کے ساتھ تو نے میری تخلیق کی، تو مزید رحمت فرما، کرم کر میرے لیے آخرت میں میرا جو ہیبیٹٹ ہے، جنت، وہاں مجھے داخل کر دے۔</w:t>
      </w:r>
    </w:p>
    <w:p>
      <w:r>
        <w:rPr>
          <w:b/>
        </w:rPr>
        <w:t xml:space="preserve">[29:44] </w:t>
      </w:r>
      <w:r>
        <w:t>to yeh yeh hai charna ke negative item ne positive item talash karna, negative tajrubaat mein positive duaon ke liye point of point of reference bana lein.</w:t>
      </w:r>
    </w:p>
    <w:p>
      <w:pPr>
        <w:jc w:val="right"/>
      </w:pPr>
      <w:r>
        <w:t>تو یہ یہ ہے چرنا کہ نیگیٹیو آئٹم نے پازیٹیو آئٹم تلاش کرنا، نیگیٹیو تجربات میں پازیٹیو دعائیں کے لیے پوائنٹ آف پوائنٹ آف ریفرنس بنا لینا۔</w:t>
      </w:r>
    </w:p>
    <w:p>
      <w:r>
        <w:rPr>
          <w:b/>
        </w:rPr>
        <w:t xml:space="preserve">[30:04] </w:t>
      </w:r>
      <w:r>
        <w:t>phir yeh sochte hue mujhe ek waqia yaad aaya. yeh sachcha waqia hai Karnataka ka. wahan hamare ek saathi the</w:t>
      </w:r>
    </w:p>
    <w:p>
      <w:pPr>
        <w:jc w:val="right"/>
      </w:pPr>
      <w:r>
        <w:t>پھر یہ سوچتے ہوئے مجھے ایک واقعہ یاد آیا۔ یہ سچا واقعہ ہے کرناٹک کا۔ وہاں ہمارے ایک ساتھی تھے</w:t>
      </w:r>
    </w:p>
    <w:p>
      <w:r>
        <w:rPr>
          <w:b/>
        </w:rPr>
        <w:t xml:space="preserve">[30:13] </w:t>
      </w:r>
      <w:r>
        <w:t>, ab un ka inteqal ho chuka tha, inteqal ho chuka hai. unhon ne yeh baat batai thi ke wahan par shehar mein ek ek daulatmand aadmi the,</w:t>
      </w:r>
    </w:p>
    <w:p>
      <w:pPr>
        <w:jc w:val="right"/>
      </w:pPr>
      <w:r>
        <w:t>، اب ان کا انتقال ہو چکا تھا، انتقال ہو چکا ہے۔ انہوں نے یہ بات بتائی تھی کہ وہاں پر شہر میں ایک ایک دولت مند آدمی تھے،</w:t>
      </w:r>
    </w:p>
    <w:p>
      <w:r>
        <w:rPr>
          <w:b/>
        </w:rPr>
        <w:t xml:space="preserve">[30:29] </w:t>
      </w:r>
      <w:r>
        <w:t>paise wale, lekin un ka ladka jo tha, woh bigad gaya aur gussa ho gaya.</w:t>
      </w:r>
    </w:p>
    <w:p>
      <w:pPr>
        <w:jc w:val="right"/>
      </w:pPr>
      <w:r>
        <w:t>پیسے والے، لیکن ان کا لڑکا جو تھا، وہ بگڑ گیا اور غصہ ہو گیا۔</w:t>
      </w:r>
    </w:p>
    <w:p>
      <w:r>
        <w:rPr>
          <w:b/>
        </w:rPr>
        <w:t xml:space="preserve">[30:38] </w:t>
      </w:r>
      <w:r>
        <w:t>baap apne bete se bohat gussa ho gaya</w:t>
      </w:r>
    </w:p>
    <w:p>
      <w:pPr>
        <w:jc w:val="right"/>
      </w:pPr>
      <w:r>
        <w:t>باپ اپنے بیٹے سے بہت غصہ ہو گیا</w:t>
      </w:r>
    </w:p>
    <w:p>
      <w:r>
        <w:rPr>
          <w:b/>
        </w:rPr>
        <w:t xml:space="preserve">[30:42] </w:t>
      </w:r>
      <w:r>
        <w:t>aur us ko nikaal diya ke bhago yahan se, mere ghar se chale jao tum. ab woh ladka jo tha, woh us ke paas koi hunar nahin tha, koi us ke paas koi aisi salahiyat nahin thi ke koi badi bada job mil sake.</w:t>
      </w:r>
    </w:p>
    <w:p>
      <w:pPr>
        <w:jc w:val="right"/>
      </w:pPr>
      <w:r>
        <w:t>اور اس کو نکال دیا کہ بھاگو یہاں سے، میرے گھر سے چلے جاؤ تم۔ اب وہ لڑکا جو تھا، وہ اس کے پاس کوئی ہنر نہیں تھا، کوئی اس کے پاس کوئی ایسی صلاحیت نہیں تھی کہ کوئی بڑی بڑا جاب ملے۔</w:t>
      </w:r>
    </w:p>
    <w:p>
      <w:r>
        <w:rPr>
          <w:b/>
        </w:rPr>
        <w:t xml:space="preserve">[30:59] </w:t>
      </w:r>
      <w:r>
        <w:t>to gaya jhonki jhonpri mein aur mazdoori. to kuch din is tarah ki zindagi guzari us ne, bohat hi musibaton ki zindagi.</w:t>
      </w:r>
    </w:p>
    <w:p>
      <w:pPr>
        <w:jc w:val="right"/>
      </w:pPr>
      <w:r>
        <w:t>تو گیا جھوکی جھوپڑی میں اور مزدوری۔ تو کچھ دن اس طرح کی زندگی گزاری اس نے، بہت ہی مصیبتوں کی زندگی۔</w:t>
      </w:r>
    </w:p>
    <w:p>
      <w:r>
        <w:rPr>
          <w:b/>
        </w:rPr>
        <w:t xml:space="preserve">[31:09] </w:t>
      </w:r>
      <w:r>
        <w:t>phir jinhon ne bataya tha qissa mujhe, un se mulaqat hui. woh woh rone laga ke main paida hua ek achhe baap ke ghar mein aur ab main musibat utha raha hoon.</w:t>
      </w:r>
    </w:p>
    <w:p>
      <w:pPr>
        <w:jc w:val="right"/>
      </w:pPr>
      <w:r>
        <w:t>پھر جنہوں نے بتایا تھا قصہ مجھے، ان سے ملاقات ہوئی۔ وہ وہ رونے لگا کہ میں پیدا ہوا ایک اچھے باپ کے گھر میں اور اب میں مصیبت اٹھا رہا ہوں۔</w:t>
      </w:r>
    </w:p>
    <w:p>
      <w:r>
        <w:rPr>
          <w:b/>
        </w:rPr>
        <w:t xml:space="preserve">[31:27] </w:t>
      </w:r>
      <w:r>
        <w:t>to unhon ne kaha ke dekho, tumhara tumhara jo problem hai, bohat aasani se woh solve ho sakta hai.</w:t>
      </w:r>
    </w:p>
    <w:p>
      <w:pPr>
        <w:jc w:val="right"/>
      </w:pPr>
      <w:r>
        <w:t>تو انہوں نے کہا کہ دیکھو، تمہارا تمہارا جو پرابلم ہے، بہت آسانی سے وہ سالو ہو سکتا ہے۔</w:t>
      </w:r>
    </w:p>
    <w:p>
      <w:r>
        <w:rPr>
          <w:b/>
        </w:rPr>
        <w:t xml:space="preserve">[31:37] </w:t>
      </w:r>
      <w:r>
        <w:t>tum aisa karo ke ek din tum jao apne baap ke ghar, wahan par naak karo aur jab baap aaye tumhare saamne to uth ke baap ke paaon pe gir pado aur kaho ke baap, aap ne hum ko phenk diya,</w:t>
      </w:r>
    </w:p>
    <w:p>
      <w:pPr>
        <w:jc w:val="right"/>
      </w:pPr>
      <w:r>
        <w:t>تم ایسا کرو کہ ایک دن تم جاؤ اپنے باپ کے گھر، وہاں پر ناک کرو اور جب باپ آئے تمہارے سامنے تو اٹھ کے باپ کے پاؤں پہ گر پڑو اور کہو کہ باپ، آپ نے ہم کو پھینک دیا،</w:t>
      </w:r>
    </w:p>
    <w:p>
      <w:r>
        <w:rPr>
          <w:b/>
        </w:rPr>
        <w:t xml:space="preserve">[32:00] </w:t>
      </w:r>
      <w:r>
        <w:t>aap ne hum ko janam diya aur phir mujh ko phenk diya.</w:t>
      </w:r>
    </w:p>
    <w:p>
      <w:pPr>
        <w:jc w:val="right"/>
      </w:pPr>
      <w:r>
        <w:t>آپ نے ہم کو جنم دیا اور پھر مجھ کو پھینک دیا۔</w:t>
      </w:r>
    </w:p>
    <w:p>
      <w:r>
        <w:rPr>
          <w:b/>
        </w:rPr>
        <w:t xml:space="preserve">[32:07] </w:t>
      </w:r>
      <w:r>
        <w:t>to woh ladke ne aisa hi kiya. woh gaya wahan aur wahan naak kiya. baap bahar aaya to us ne woh us ke paaon pe gir pada aur kuch nahin, rone laga aur kaha ke baap, aap ne hum ko phenk diya.</w:t>
      </w:r>
    </w:p>
    <w:p>
      <w:pPr>
        <w:jc w:val="right"/>
      </w:pPr>
      <w:r>
        <w:t>تو وہ لڑکے نے ایسا ہی کیا۔ وہ گیا وہاں اور وہاں ناک کیا۔ باپ باہر آیا تو اس نے وہ اس کے پاؤں پہ گر پڑا اور کچھ نہیں، رونے لگا اور کہا کہ باپ، آپ نے ہم کو پھینک دیا۔</w:t>
      </w:r>
    </w:p>
    <w:p>
      <w:r>
        <w:rPr>
          <w:b/>
        </w:rPr>
        <w:t xml:space="preserve">[32:26] </w:t>
      </w:r>
      <w:r>
        <w:t>to us ne utha liya, utha kar ke seene se laga liya aur andar le gaya. us ko bithaya, nahalaya, kapda pehnaya, sab kuch us ke liye.</w:t>
      </w:r>
    </w:p>
    <w:p>
      <w:pPr>
        <w:jc w:val="right"/>
      </w:pPr>
      <w:r>
        <w:t>تو اس نے اٹھا لیا، اٹھا کر کے سینے سے لگا لیا اور اندر لے گیا۔ اس کو بٹھایا، نہلایا، کپڑا پہنایا، سب کچھ اس کے لیے۔</w:t>
      </w:r>
    </w:p>
    <w:p>
      <w:r>
        <w:rPr>
          <w:b/>
        </w:rPr>
        <w:t xml:space="preserve">[32:35] </w:t>
      </w:r>
      <w:r>
        <w:t>to yeh ruddana wasafireen ka lafz ke parhte hue yeh aayat parhte hue mujhe yaad aaya. is mein hai ke phir hum ne phenk diya us ko nichle se nichle tabqe mein.</w:t>
      </w:r>
    </w:p>
    <w:p>
      <w:pPr>
        <w:jc w:val="right"/>
      </w:pPr>
      <w:r>
        <w:t>تو یہ رددنا وسافرین کا لفظ کہ پڑھتے ہوئے یہ آیت پڑھتے ہوئے مجھے یاد آیا۔ اس میں ہے کہ پھر ہم نے پھینک دیا اس کو نچلے سے نچلے طبقے میں۔</w:t>
      </w:r>
    </w:p>
    <w:p>
      <w:r>
        <w:rPr>
          <w:b/>
        </w:rPr>
        <w:t xml:space="preserve">[32:51] </w:t>
      </w:r>
      <w:r>
        <w:t>to jab dekhiye, ek baap ke andar apne bete ke liye yeh reham hai ke jab woh kehta hai to woh us ki us ka rehmat josh mein aa jaati hai.</w:t>
      </w:r>
    </w:p>
    <w:p>
      <w:pPr>
        <w:jc w:val="right"/>
      </w:pPr>
      <w:r>
        <w:t>تو جب دیکھیے، ایک باپ کے اندر اپنے بیٹے کے لیے یہ رحم ہے کہ جب وہ کہتا ہے تو وہ اس کی اس کا رحمت جوش میں آ جاتی ہے۔</w:t>
      </w:r>
    </w:p>
    <w:p>
      <w:r>
        <w:rPr>
          <w:b/>
        </w:rPr>
        <w:t xml:space="preserve">[33:03] </w:t>
      </w:r>
      <w:r>
        <w:t>to yeh reham ka maada khaliq ke andar to billion trillion se bhi zyada hai.</w:t>
      </w:r>
    </w:p>
    <w:p>
      <w:pPr>
        <w:jc w:val="right"/>
      </w:pPr>
      <w:r>
        <w:t>تو یہ رحم کا مادہ خالق کے اندر تو بلین ٹریلین سے بھی زیادہ ہے۔</w:t>
      </w:r>
    </w:p>
    <w:p>
      <w:r>
        <w:rPr>
          <w:b/>
        </w:rPr>
        <w:t xml:space="preserve">[33:13] </w:t>
      </w:r>
      <w:r>
        <w:t>to agar aap yeh keh sakein ke duniya ke tajrubaat, jis mein aap reaction ke shikaar ho jaate hain aur nafrat ka shikaar ho jaate hain, protest karte hain, demand karte hain, jhanda uthate hain, sadkon par maarkaat karte hain,</w:t>
      </w:r>
    </w:p>
    <w:p>
      <w:pPr>
        <w:jc w:val="right"/>
      </w:pPr>
      <w:r>
        <w:t>تو اگر آپ یہ کہہ سکیں کہ دنیا کے تجربات، جس میں آپ ری ایکشن کے شکار ہو جاتے ہیں اور نفرت کا شکار ہو جاتے ہیں، پروٹیسٹ کرتے ہیں، ڈیمانڈ کرتے ہیں، جھنڈا اٹھاتے ہیں، سڑکوں پر مارکاٹ کرتے ہیں،</w:t>
      </w:r>
    </w:p>
    <w:p>
      <w:r>
        <w:rPr>
          <w:b/>
        </w:rPr>
        <w:t xml:space="preserve">[33:28] </w:t>
      </w:r>
      <w:r>
        <w:t>is ke bajaye agar aap ke zehen mein positive thinking ho, aap yeh keh sakein ke is duniya ke soorat-e-haal ko aap point of reference bana sakein aur keh sakein, Khudaaya,</w:t>
      </w:r>
    </w:p>
    <w:p>
      <w:pPr>
        <w:jc w:val="right"/>
      </w:pPr>
      <w:r>
        <w:t>اس کے بجائے اگر آپ کے ذہن میں پازیٹیو تھنکنگ ہو، آپ یہ کہہ سکیں کہ اس دنیا کے صورتحال کو آپ پوائنٹ آف ریفرنس بنا سکیں اور کہہ سکیں، خدایا،</w:t>
      </w:r>
    </w:p>
    <w:p>
      <w:r>
        <w:rPr>
          <w:b/>
        </w:rPr>
        <w:t xml:space="preserve">[33:45] </w:t>
      </w:r>
      <w:r>
        <w:t>to ne mujhe phenk diya, main kaise ja raha hoon? mera habitat to hai hi nahin. yeh</w:t>
      </w:r>
    </w:p>
    <w:p>
      <w:pPr>
        <w:jc w:val="right"/>
      </w:pPr>
      <w:r>
        <w:t>تو نے مجھے پھینک دیا، میں کیسے جا رہا ہوں؟ میرا ہیبیٹٹ تو ہے ہی نہیں۔ یہ</w:t>
      </w:r>
    </w:p>
    <w:p>
      <w:r>
        <w:rPr>
          <w:b/>
        </w:rPr>
        <w:t xml:space="preserve">[33:52] </w:t>
      </w:r>
      <w:r>
        <w:t>to Khuda aap ko utha le ga aur aap ko jannat ke andar dakhil kar de ga. yeh hai charna.</w:t>
      </w:r>
    </w:p>
    <w:p>
      <w:pPr>
        <w:jc w:val="right"/>
      </w:pPr>
      <w:r>
        <w:t>تو خدا آپ کو اٹھا لے گا اور آپ کو جنت کے اندر داخل کر دے گا۔ یہ ہے چرنا۔</w:t>
      </w:r>
    </w:p>
    <w:p>
      <w:r>
        <w:rPr>
          <w:b/>
        </w:rPr>
        <w:t xml:space="preserve">[34:04] </w:t>
      </w:r>
      <w:r>
        <w:t>yaani charne ka matlab bilkul wahi hai jaise ke cheunti aayi, us ne namak ko chhora aur shakar ko le liya aur chali gayi.</w:t>
      </w:r>
    </w:p>
    <w:p>
      <w:pPr>
        <w:jc w:val="right"/>
      </w:pPr>
      <w:r>
        <w:t>یعنی چرنے کا مطلب بالکل وہی ہے جیسے کہ چیونٹی آئی، اس نے نمک کو چھوڑا اور شکر کو لے لیا اور چلی گئی۔</w:t>
      </w:r>
    </w:p>
    <w:p>
      <w:r>
        <w:rPr>
          <w:b/>
        </w:rPr>
        <w:t xml:space="preserve">[34:13] </w:t>
      </w:r>
      <w:r>
        <w:t>to duniya ke saare fasad aur challenge aur problem, zulm aur injustice ko nazar andaaz karte hue ek ek naya creative zehen agar aap paida kar sakein, aap woh zehen jo cheunti ki tarah namak ko nazar andaaz kare aur shakar ke daane ko dekh dekh ke use utha le,</w:t>
      </w:r>
    </w:p>
    <w:p>
      <w:pPr>
        <w:jc w:val="right"/>
      </w:pPr>
      <w:r>
        <w:t>تو دنیا کے سارے فساد اور چیلنج اور پرابلم، ظلم اور انجسٹس کو نظر انداز کرتے ہوئے ایک ایک نیا کریٹیو ذہن اگر آپ پیدا کر سکیں، آپ وہ ذہن جو چیونٹی کی طرح نمک کو نظر انداز کرے اور شکر کے دانے کو دیکھ دیکھ کے اسے اٹھا لے،</w:t>
      </w:r>
    </w:p>
    <w:p>
      <w:r>
        <w:rPr>
          <w:b/>
        </w:rPr>
        <w:t xml:space="preserve">[34:39] </w:t>
      </w:r>
      <w:r>
        <w:t>tab aisa hoga ke aap select kiya kiye jayenge jannat ke liye.</w:t>
      </w:r>
    </w:p>
    <w:p>
      <w:pPr>
        <w:jc w:val="right"/>
      </w:pPr>
      <w:r>
        <w:t>تب ایسا ہوگا کہ آپ سلیکٹ کیا کیے جائیں گے جنت کے لیے۔</w:t>
      </w:r>
    </w:p>
    <w:p>
      <w:r>
        <w:rPr>
          <w:b/>
        </w:rPr>
        <w:t xml:space="preserve">[34:48] </w:t>
      </w:r>
      <w:r>
        <w:t>to yeh jo hadith hai, is ko aap kisi mustahiyat bare mein na lijie. yeh jo hadith mein ne parhi aap ke samne ke jannat ke baghon mein charo, jannat ke baghon mein gurez karo,</w:t>
      </w:r>
    </w:p>
    <w:p>
      <w:pPr>
        <w:jc w:val="right"/>
      </w:pPr>
      <w:r>
        <w:t>تو یہ جو حدیث ہے، اس کو آپ کسی مستحیت بارے میں نہ لیجئے۔ یہ جو حدیث میں نے پڑھی آپ کے سامنے کہ جنت کے باغوں میں چرو، جنت کے باغوں میں گریز کرو،</w:t>
      </w:r>
    </w:p>
    <w:p>
      <w:r>
        <w:rPr>
          <w:b/>
        </w:rPr>
        <w:t xml:space="preserve">[35:03] </w:t>
      </w:r>
      <w:r>
        <w:t>jannat ke baghon mein woh jannat ke bagh kahan hain? isi dunya mein to hai.</w:t>
      </w:r>
    </w:p>
    <w:p>
      <w:pPr>
        <w:jc w:val="right"/>
      </w:pPr>
      <w:r>
        <w:t>جنت کے باغوں میں وہ جنت کے باغ کہاں ہیں؟ اسی دنیا میں تو ہے۔</w:t>
      </w:r>
    </w:p>
    <w:p>
      <w:r>
        <w:rPr>
          <w:b/>
        </w:rPr>
        <w:t xml:space="preserve">[35:10] </w:t>
      </w:r>
      <w:r>
        <w:t>to jab khud quran mein hai ke dunya darul qabz hai, jab khud quran mein hai ke jannat ko, khud quran mein hai ke dunya ko insan ne fasad se bhar diya hai, to woh kahan hai?</w:t>
      </w:r>
    </w:p>
    <w:p>
      <w:pPr>
        <w:jc w:val="right"/>
      </w:pPr>
      <w:r>
        <w:t>تو جب خود قرآن میں ہے کہ دنیا دارالقبض ہے، جب خود قرآن میں ہے کہ جنت کو، خود قرآن میں ہے کہ دنیا کو انسان نے فساد سے بھر دیا ہے، تو وہ کہاں ہے؟</w:t>
      </w:r>
    </w:p>
    <w:p>
      <w:r>
        <w:rPr>
          <w:b/>
        </w:rPr>
        <w:t xml:space="preserve">[35:20] </w:t>
      </w:r>
      <w:r>
        <w:t>woh jannat ka bagh. is ke mani hain ke jannat ka bagh bikhre hue item mein hai, majmooe mein nahi hai. aur aap ke apne mind mein hai ke aap kitna is ko convert kar pate hain negativity ko positivity mein.</w:t>
      </w:r>
    </w:p>
    <w:p>
      <w:pPr>
        <w:jc w:val="right"/>
      </w:pPr>
      <w:r>
        <w:t>وہ جنت کا باغ۔ اس کے معنی ہیں کہ جنت کا باغ بکھرے ہوئے آئٹم میں ہے، مجموعے میں نہیں ہے۔ اور آپ کے اپنے مائنڈ میں ہے کہ آپ کتنا اس کو کنورٹ کر پاتے ہیں نیگیٹیوٹی کو پازیٹیوٹی میں۔</w:t>
      </w:r>
    </w:p>
    <w:p>
      <w:r>
        <w:rPr>
          <w:b/>
        </w:rPr>
        <w:t xml:space="preserve">[35:37] </w:t>
      </w:r>
      <w:r>
        <w:t>yeh salahiyat aap ke andar</w:t>
      </w:r>
    </w:p>
    <w:p>
      <w:pPr>
        <w:jc w:val="right"/>
      </w:pPr>
      <w:r>
        <w:t>یہ صلاحیت آپ کے اندر</w:t>
      </w:r>
    </w:p>
    <w:p>
      <w:r>
        <w:rPr>
          <w:b/>
        </w:rPr>
        <w:t xml:space="preserve">[35:39] </w:t>
      </w:r>
      <w:r>
        <w:t>kitni zyada hai. to yahi paradise culture hai. is dunya mein momin ko paradise culture mein jeena hai.</w:t>
      </w:r>
    </w:p>
    <w:p>
      <w:pPr>
        <w:jc w:val="right"/>
      </w:pPr>
      <w:r>
        <w:t>کتنی زیادہ ہے۔ تو یہی پیراڈائز کلچر ہے۔ اس دنیا میں مومن کو پیراڈائز کلچر میں جینا ہے۔</w:t>
      </w:r>
    </w:p>
    <w:p>
      <w:r>
        <w:rPr>
          <w:b/>
        </w:rPr>
        <w:t xml:space="preserve">[35:50] </w:t>
      </w:r>
      <w:r>
        <w:t>jab aap quran parhen, tab aap ko item milenge. aap dunya ka, dunya ke nature ka ko observe karen, tab aap ko item milenge.</w:t>
      </w:r>
    </w:p>
    <w:p>
      <w:pPr>
        <w:jc w:val="right"/>
      </w:pPr>
      <w:r>
        <w:t>جب آپ قرآن پڑھیں، تب آپ کو آئٹم ملیں گے۔ آپ دنیا کا، دنیا کے نیچر کا کو ابزرو کریں، تب آپ کو آئٹم ملیں گے۔</w:t>
      </w:r>
    </w:p>
    <w:p>
      <w:r>
        <w:rPr>
          <w:b/>
        </w:rPr>
        <w:t xml:space="preserve">[36:04] </w:t>
      </w:r>
      <w:r>
        <w:t>hata ke aap jo jo evil yani picture hai dunya ki, woh dekhen aap media mein jo zulm ki khabren hain, us ko parhen aap akhbaron mein, tab bhi aap ko wahan par is damak ke dher mein shukr ke dane milte rahenge, milte rahenge, milte rahenge.</w:t>
      </w:r>
    </w:p>
    <w:p>
      <w:pPr>
        <w:jc w:val="right"/>
      </w:pPr>
      <w:r>
        <w:t>حتیٰ کہ آپ جو جو ایول یعنی پکچر ہے دنیا کی، وہ دیکھیں آپ میڈیا میں جو ظلم کی خبریں ہیں، اس کو پڑھیں آپ اخباروں میں، تب بھی آپ کو وہاں پر اس دمک کے ڈھیر میں شکر کے دانے ملتے رہیں گے، ملتے رہیں گے، ملتے رہیں گے۔</w:t>
      </w:r>
    </w:p>
    <w:p>
      <w:r>
        <w:rPr>
          <w:b/>
        </w:rPr>
        <w:t xml:space="preserve">[36:26] </w:t>
      </w:r>
      <w:r>
        <w:t>is ko chiniye</w:t>
      </w:r>
    </w:p>
    <w:p>
      <w:pPr>
        <w:jc w:val="right"/>
      </w:pPr>
      <w:r>
        <w:t>اس کو چنیے</w:t>
      </w:r>
    </w:p>
    <w:p>
      <w:r>
        <w:rPr>
          <w:b/>
        </w:rPr>
        <w:t xml:space="preserve">[36:28] </w:t>
      </w:r>
      <w:r>
        <w:t>to aap apne andar jo basic baat hai, woh yeh hai ke apne shaoor ko itna develop karen, aap ke andar itna zyada intellectual development aa jaye,</w:t>
      </w:r>
    </w:p>
    <w:p>
      <w:pPr>
        <w:jc w:val="right"/>
      </w:pPr>
      <w:r>
        <w:t>تو آپ اپنے اندر جو بیسک بات ہے، وہ یہ ہے کہ اپنے شعور کو اتنا ڈیولپ کریں، آپ کے اندر اتنا زیادہ انٹلیکچول ڈیولپمنٹ آ جائے،</w:t>
      </w:r>
    </w:p>
    <w:p>
      <w:r>
        <w:rPr>
          <w:b/>
        </w:rPr>
        <w:t xml:space="preserve">[36:43] </w:t>
      </w:r>
      <w:r>
        <w:t>itna sensitive ho jayen aap ke foran is ko pakad len. aap aisa item jab samne aaye to foran is ko pakad len. ab pakadne ke bare mein ke is ko aap convert kar payen,</w:t>
      </w:r>
    </w:p>
    <w:p>
      <w:pPr>
        <w:jc w:val="right"/>
      </w:pPr>
      <w:r>
        <w:t>اتنا سینسٹیو ہو جائیں آپ کہ فوراً اس کو پکڑ لیں۔ آپ ایسا آئٹم جب سامنے آئے تو فوراً اس کو پکڑ لیں۔ اب پکڑنے کے بارے میں کہ اس کو آپ کنورٹ کر پائیں،</w:t>
      </w:r>
    </w:p>
    <w:p>
      <w:r>
        <w:rPr>
          <w:b/>
        </w:rPr>
        <w:t xml:space="preserve">[36:57] </w:t>
      </w:r>
      <w:r>
        <w:t>yani khud woh item negative hi hoga, lekin aap jab convert karenge to positive ban jayega.</w:t>
      </w:r>
    </w:p>
    <w:p>
      <w:pPr>
        <w:jc w:val="right"/>
      </w:pPr>
      <w:r>
        <w:t>یعنی خود وہ آئٹم نیگیٹیو ہی ہوگا، لیکن آپ جب کنورٹ کریں گے تو پازیٹیو بن جائے گا۔</w:t>
      </w:r>
    </w:p>
    <w:p>
      <w:r>
        <w:rPr>
          <w:b/>
        </w:rPr>
        <w:t xml:space="preserve">[37:12] </w:t>
      </w:r>
      <w:r>
        <w:t>to dunya mein insan ko isi baat ka saboot dena hai ke woh</w:t>
      </w:r>
    </w:p>
    <w:p>
      <w:pPr>
        <w:jc w:val="right"/>
      </w:pPr>
      <w:r>
        <w:t>تو دنیا میں انسان کو اسی بات کا ثبوت دینا ہے کہ وہ</w:t>
      </w:r>
    </w:p>
    <w:p>
      <w:r>
        <w:rPr>
          <w:b/>
        </w:rPr>
        <w:t xml:space="preserve">[37:24] </w:t>
      </w:r>
      <w:r>
        <w:t>is tarah reh sakta hai ke negative item ke jangale mein woh positive item nikal sake.</w:t>
      </w:r>
    </w:p>
    <w:p>
      <w:pPr>
        <w:jc w:val="right"/>
      </w:pPr>
      <w:r>
        <w:t>اس طرح رہ سکتا ہے کہ نیگیٹیو آئٹم کے جنگل میں وہ پازیٹیو آئٹم نکال سکے۔</w:t>
      </w:r>
    </w:p>
    <w:p>
      <w:r>
        <w:rPr>
          <w:b/>
        </w:rPr>
        <w:t xml:space="preserve">[37:34] </w:t>
      </w:r>
      <w:r>
        <w:t>jaise aap dekhen, aisi misalen Allah taala ne aur bhi qaim kar di hain. masalan shehad ki makhi ko dekhiye.</w:t>
      </w:r>
    </w:p>
    <w:p>
      <w:pPr>
        <w:jc w:val="right"/>
      </w:pPr>
      <w:r>
        <w:t>جیسے آپ دیکھیں، ایسی مثالیں اللہ تعالی نے اور بھی قائم کر دی ہیں۔ مثلاً شہد کی مکھی کو دیکھیے۔</w:t>
      </w:r>
    </w:p>
    <w:p>
      <w:r>
        <w:rPr>
          <w:b/>
        </w:rPr>
        <w:t xml:space="preserve">[37:41] </w:t>
      </w:r>
      <w:r>
        <w:t>shehad ki makhi ur ke kitni door door se aati hai. ab ek bagh mein pahunchi woh, paharon ke darmiyan jahan phool hote hain, darakht hote hain, wahan pahunchi woh.</w:t>
      </w:r>
    </w:p>
    <w:p>
      <w:pPr>
        <w:jc w:val="right"/>
      </w:pPr>
      <w:r>
        <w:t>شہد کی مکھی اڑ کے کتنی دور دور سے آتی ہے۔ اب ایک باغ میں پہنچی وہ، پہاڑوں کے درمیان جہاں پھول ہوتے ہیں، درخت ہوتے ہیں، وہاں پہنچی وہ۔</w:t>
      </w:r>
    </w:p>
    <w:p>
      <w:r>
        <w:rPr>
          <w:b/>
        </w:rPr>
        <w:t xml:space="preserve">[37:55] </w:t>
      </w:r>
      <w:r>
        <w:t>wahan par bohat sari chezen hain: mitti hai, patthar hai, lakri hai, kanta hai, bohat sari chezen hain. phir ek phool hai, us ke andar d</w:t>
      </w:r>
    </w:p>
    <w:p>
      <w:pPr>
        <w:jc w:val="right"/>
      </w:pPr>
      <w:r>
        <w:t>وہاں پر بہت ساری چیزیں ہیں: مٹی ہے، پتھر ہے، لکڑی ہے، کانٹا ہے، بہت ساری چیزیں ہیں۔ پھر ایک پھول ہے، اس کے اندر ڈ</w:t>
      </w:r>
    </w:p>
    <w:p>
      <w:r>
        <w:rPr>
          <w:b/>
        </w:rPr>
        <w:t xml:space="preserve">[38:07] </w:t>
      </w:r>
      <w:r>
        <w:t>ector hai. woh sab chezon ko nazar andaz karte hue wahan ho jati hai aur dactor ko leti hai, bas use le ke chali jati hai.</w:t>
      </w:r>
    </w:p>
    <w:p>
      <w:pPr>
        <w:jc w:val="right"/>
      </w:pPr>
      <w:r>
        <w:t>یکٹر ہے۔ وہ سب چیزوں کو نظر انداز کرتے ہوئے وہاں ہو جاتی ہے اور ڈیکٹر کو لیتی ہے، بس اسے لے کے چلی جاتی ہے۔</w:t>
      </w:r>
    </w:p>
    <w:p>
      <w:r>
        <w:rPr>
          <w:b/>
        </w:rPr>
        <w:t xml:space="preserve">[38:19] </w:t>
      </w:r>
      <w:r>
        <w:t>to aap ko woh salahiyat apne andar paida karna hai ke kanton ke jangale mein aap nectar le saken, namak ke dher mein aap shukr le saken.</w:t>
      </w:r>
    </w:p>
    <w:p>
      <w:pPr>
        <w:jc w:val="right"/>
      </w:pPr>
      <w:r>
        <w:t>تو آپ کو وہ صلاحیت اپنے اندر پیدا کرنا ہے کہ کانٹوں کے جنگل میں آپ نیکٹر لے سکیں، نمک کے ڈھیر میں آپ شکر لے سکیں۔</w:t>
      </w:r>
    </w:p>
    <w:p>
      <w:r>
        <w:rPr>
          <w:b/>
        </w:rPr>
        <w:t xml:space="preserve">[38:32] </w:t>
      </w:r>
      <w:r>
        <w:t>to aap ka darja woh banega ke aap jannat ke baghon mein charai kar rahe hain, yani negativity ke jigar mein positivity ke jo item hai, us ko aap pa rahe hain.</w:t>
      </w:r>
    </w:p>
    <w:p>
      <w:pPr>
        <w:jc w:val="right"/>
      </w:pPr>
      <w:r>
        <w:t>تو آپ کا درجہ وہ بنے گا کہ آپ جنت کے باغوں میں چرائی کر رہے ہیں، یعنی نیگیٹیوٹی کے جگر میں پازیٹیوٹی کے جو آئٹم ہے، اس کو آپ پا رہے ہیں۔</w:t>
      </w:r>
    </w:p>
    <w:p>
      <w:r>
        <w:rPr>
          <w:b/>
        </w:rPr>
        <w:t xml:space="preserve">[38:48] </w:t>
      </w:r>
      <w:r>
        <w:t>is se aap ki personality ban rahi hai.</w:t>
      </w:r>
    </w:p>
    <w:p>
      <w:pPr>
        <w:jc w:val="right"/>
      </w:pPr>
      <w:r>
        <w:t>اس سے آپ کی پرسنیلٹی بن رہی ہے۔</w:t>
      </w:r>
    </w:p>
    <w:p>
      <w:r>
        <w:rPr>
          <w:b/>
        </w:rPr>
        <w:t xml:space="preserve">[38:51] </w:t>
      </w:r>
      <w:r>
        <w:t>is ka matlab yahi hai, dekhiye, aap ki personality ka development jannat ke qabil personality jo hoti hai, woh apne andar prepare karna.</w:t>
      </w:r>
    </w:p>
    <w:p>
      <w:pPr>
        <w:jc w:val="right"/>
      </w:pPr>
      <w:r>
        <w:t>اس کا مطلب یہی ہے، دیکھیے، آپ کی پرسنیلٹی کا ڈیولپمنٹ جنت کے قابل پرسنیلٹی جو ہوتی ہے، وہ اپنے اندر پریپیئر کرنا۔</w:t>
      </w:r>
    </w:p>
    <w:p>
      <w:r>
        <w:rPr>
          <w:b/>
        </w:rPr>
        <w:t xml:space="preserve">[39:11] </w:t>
      </w:r>
      <w:r>
        <w:t>kal parson mere pas char admi mulaqat ke liye aye.</w:t>
      </w:r>
    </w:p>
    <w:p>
      <w:pPr>
        <w:jc w:val="right"/>
      </w:pPr>
      <w:r>
        <w:t>کل پرسوں میرے پاس چار آدمی ملاقات کے لیے آئے۔</w:t>
      </w:r>
    </w:p>
    <w:p>
      <w:r>
        <w:rPr>
          <w:b/>
        </w:rPr>
        <w:t xml:space="preserve">[39:18] </w:t>
      </w:r>
      <w:r>
        <w:t>woh charon ek ek bari muslim jamaat ke se wabasta the, jo puri kaha jata hai ke puri dunya mein phaili hui hai.</w:t>
      </w:r>
    </w:p>
    <w:p>
      <w:pPr>
        <w:jc w:val="right"/>
      </w:pPr>
      <w:r>
        <w:t>وہ چاروں ایک ایک بڑی مسلم جماعت کے سے وابستہ تھے، جو پوری کہا جاتا ہے کہ پوری دنیا میں پھیلی ہوئی ہے۔</w:t>
      </w:r>
    </w:p>
    <w:p>
      <w:r>
        <w:rPr>
          <w:b/>
        </w:rPr>
        <w:t xml:space="preserve">[39:28] </w:t>
      </w:r>
      <w:r>
        <w:t>woh is se wabasta the. woh</w:t>
      </w:r>
    </w:p>
    <w:p>
      <w:pPr>
        <w:jc w:val="right"/>
      </w:pPr>
      <w:r>
        <w:t>وہ اس سے وابستہ تھے۔ وہ</w:t>
      </w:r>
    </w:p>
    <w:p>
      <w:r>
        <w:rPr>
          <w:b/>
        </w:rPr>
        <w:t xml:space="preserve">[39:35] </w:t>
      </w:r>
      <w:r>
        <w:t>to chaaron ek martaba aaye hamare gate par, to phir main mil nahi saka. woh lot gaye, dobara phir telephone kar ke</w:t>
      </w:r>
    </w:p>
    <w:p>
      <w:pPr>
        <w:jc w:val="right"/>
      </w:pPr>
      <w:r>
        <w:t>تو چاروں ایک مرتبہ آئے ہمارے گیٹ پر، تو پھر میں مل نہیں سکا۔ وہ لوٹ گئے، دوبارہ پھر ٹیلی فون کر کے</w:t>
      </w:r>
    </w:p>
    <w:p>
      <w:r>
        <w:rPr>
          <w:b/>
        </w:rPr>
        <w:t xml:space="preserve">[39:46] </w:t>
      </w:r>
      <w:r>
        <w:t>dobara aaye. yaani itna zyada inko mujh se milne ka tha ke ek martaba lot ke lotne ke baad dobara unhon ne mera telephone number pata kiya aur phir milne ke liye aaye.</w:t>
      </w:r>
    </w:p>
    <w:p>
      <w:pPr>
        <w:jc w:val="right"/>
      </w:pPr>
      <w:r>
        <w:t>دوبارہ آئے۔ یعنی اتنا زیادہ ان کو مجھ سے ملنے کا تھا کہ ایک مرتبہ لوٹ کے لوٹنے کے بعد دوبارہ انہوں نے میرا ٹیلی فون نمبر پتہ کیا اور پھر ملنے کے لیے آئے۔</w:t>
      </w:r>
    </w:p>
    <w:p>
      <w:r>
        <w:rPr>
          <w:b/>
        </w:rPr>
        <w:t xml:space="preserve">[39:55] </w:t>
      </w:r>
      <w:r>
        <w:t>woh to woh baithe mere neeche ke hisse mein. main wahan aaya to kis liye baat karna tha?</w:t>
      </w:r>
    </w:p>
    <w:p>
      <w:pPr>
        <w:jc w:val="right"/>
      </w:pPr>
      <w:r>
        <w:t>وہ تو وہ بیٹھے میرے نیچے کے حصے میں۔ میں وہاں آیا تو کس لیے بات کرنا تھا؟</w:t>
      </w:r>
    </w:p>
    <w:p>
      <w:r>
        <w:rPr>
          <w:b/>
        </w:rPr>
        <w:t xml:space="preserve">[40:05] </w:t>
      </w:r>
      <w:r>
        <w:t>unhein Babri Masjid ke bare mein.</w:t>
      </w:r>
    </w:p>
    <w:p>
      <w:pPr>
        <w:jc w:val="right"/>
      </w:pPr>
      <w:r>
        <w:t>انہیں بابری مسجد کے بارے میں۔</w:t>
      </w:r>
    </w:p>
    <w:p>
      <w:r>
        <w:rPr>
          <w:b/>
        </w:rPr>
        <w:t xml:space="preserve">[40:11] </w:t>
      </w:r>
      <w:r>
        <w:t>yaani chaar aadmi jo ek mashhoor Muslim jamaat, jo ke deen ke liye uthi hai, deeni ki hawaayein chala rahi hai, us ke us ke afraad thay.</w:t>
      </w:r>
    </w:p>
    <w:p>
      <w:pPr>
        <w:jc w:val="right"/>
      </w:pPr>
      <w:r>
        <w:t>یعنی چار آدمی جو ایک مشہور مسلم جماعت، جو کہ دین کے لیے اٹھی ہے، دینی کی ہوائیں چلا رہی ہے، اس کے اس کے افراد تھے۔</w:t>
      </w:r>
    </w:p>
    <w:p>
      <w:r>
        <w:rPr>
          <w:b/>
        </w:rPr>
        <w:t xml:space="preserve">[40:20] </w:t>
      </w:r>
      <w:r>
        <w:t>woh jo saari duniya mein deen ki hawaayein chala rahi hai, us ke afraad thay. woh aur itne zabardast tareeqe se mere paas aaye aur baat kiya karna tha un ko Babri Masjid ki ke aap ne Babri Masjid ke bare mein aisa kyun keh diya?</w:t>
      </w:r>
    </w:p>
    <w:p>
      <w:pPr>
        <w:jc w:val="right"/>
      </w:pPr>
      <w:r>
        <w:t>وہ جو ساری دنیا میں دین کی ہوائیں چلا رہی ہے، اس کے افراد تھے۔ وہ اور اتنے زبردست طریقے سے میرے پاس آئے اور بات کیا کرنا تھا ان کو بابری مسجد کی کہ آپ نے بابری مسجد کے بارے میں ایسا کیوں کہہ دیا؟</w:t>
      </w:r>
    </w:p>
    <w:p>
      <w:r>
        <w:rPr>
          <w:b/>
        </w:rPr>
        <w:t xml:space="preserve">[40:36] </w:t>
      </w:r>
      <w:r>
        <w:t>waisa kyun keh diya?</w:t>
      </w:r>
    </w:p>
    <w:p>
      <w:pPr>
        <w:jc w:val="right"/>
      </w:pPr>
      <w:r>
        <w:t>ویسا کیوں کہہ دیا؟</w:t>
      </w:r>
    </w:p>
    <w:p>
      <w:r>
        <w:rPr>
          <w:b/>
        </w:rPr>
        <w:t xml:space="preserve">[40:41] </w:t>
      </w:r>
      <w:r>
        <w:t>kyunke aap ko yaad hoga jab</w:t>
      </w:r>
    </w:p>
    <w:p>
      <w:pPr>
        <w:jc w:val="right"/>
      </w:pPr>
      <w:r>
        <w:t>کیونکہ آپ کو یاد ہوگا جب</w:t>
      </w:r>
    </w:p>
    <w:p>
      <w:r>
        <w:rPr>
          <w:b/>
        </w:rPr>
        <w:t xml:space="preserve">[40:47] </w:t>
      </w:r>
      <w:r>
        <w:t>6 December 1992 ko Babri Masjid dhaai gayi thi to saare log shor ghul macha rahe thay. shor ghul! main ek shakhs tha poori Muslim duniya mein jo is par kehta tha ke Quran o Hadees wale tareeqe ko pakdo.</w:t>
      </w:r>
    </w:p>
    <w:p>
      <w:pPr>
        <w:jc w:val="right"/>
      </w:pPr>
      <w:r>
        <w:t>6 دسمبر 1992 کو بابری مسجد ڈھائی گئی تھی تو سارے لوگ شور غل مچا رہے تھے۔ شور غل! میں ایک شخص تھا پوری مسلم دنیا میں جو اس پر کہتا تھا کہ قرآن و حدیث والے طریقے کو پکڑو۔</w:t>
      </w:r>
    </w:p>
    <w:p>
      <w:r>
        <w:rPr>
          <w:b/>
        </w:rPr>
        <w:t xml:space="preserve">[41:01] </w:t>
      </w:r>
      <w:r>
        <w:t>yeh kya shor ghul kar rahe ho?</w:t>
      </w:r>
    </w:p>
    <w:p>
      <w:pPr>
        <w:jc w:val="right"/>
      </w:pPr>
      <w:r>
        <w:t>یہ کیا شور غل کر رہے ہو؟</w:t>
      </w:r>
    </w:p>
    <w:p>
      <w:r>
        <w:rPr>
          <w:b/>
        </w:rPr>
        <w:t xml:space="preserve">[41:05] </w:t>
      </w:r>
      <w:r>
        <w:t>yaani maine koi nayi baat nahi kahi thi, wahi baat kahi thi jo Quran o Hadees mein hai. phir bhi Musalman jazbati ho gaye thay, ek dum sakht jazbati ho gaye thay.</w:t>
      </w:r>
    </w:p>
    <w:p>
      <w:pPr>
        <w:jc w:val="right"/>
      </w:pPr>
      <w:r>
        <w:t>یعنی میں نے کوئی نئی بات نہیں کہی تھی، وہی بات کہی تھی جو قرآن و حدیث میں ہے۔ پھر بھی مسلمان جذباتی ہو گئے تھے، ایک دم سخت جذباتی ہو گئے تھے۔</w:t>
      </w:r>
    </w:p>
    <w:p>
      <w:r>
        <w:rPr>
          <w:b/>
        </w:rPr>
        <w:t xml:space="preserve">[41:15] </w:t>
      </w:r>
      <w:r>
        <w:t>aur is mein kitne saare log maare gaye, hangaame hue. to abhi tak woh is ki yaad liye baithe hain. to khair, un se jo baat hui, woh arz karna chahta hoon.</w:t>
      </w:r>
    </w:p>
    <w:p>
      <w:pPr>
        <w:jc w:val="right"/>
      </w:pPr>
      <w:r>
        <w:t>اور اس میں کتنے سارے لوگ مارے گئے، ہنگامے ہوئے۔ تو ابھی تک وہ اس کی یاد لیے بیٹھے ہیں۔ تو خیر، ان سے جو بات ہوئی، وہ عرض کرنا چاہتا ہوں۔</w:t>
      </w:r>
    </w:p>
    <w:p>
      <w:r>
        <w:rPr>
          <w:b/>
        </w:rPr>
        <w:t xml:space="preserve">[41:25] </w:t>
      </w:r>
      <w:r>
        <w:t>ek woh ek bohat hi ek point ki baat</w:t>
      </w:r>
    </w:p>
    <w:p>
      <w:pPr>
        <w:jc w:val="right"/>
      </w:pPr>
      <w:r>
        <w:t>ایک وہ ایک بہت ہی ایک پوائنٹ کی بات</w:t>
      </w:r>
    </w:p>
    <w:p>
      <w:r>
        <w:rPr>
          <w:b/>
        </w:rPr>
        <w:t xml:space="preserve">[41:29] </w:t>
      </w:r>
      <w:r>
        <w:t>. to woh log mujh se yeh karne lage ke aap ne kaise Babri Masjid ke bare mein ulama se alag mauqaf kaise ikhtiyar kar liya aap ne waghera.</w:t>
      </w:r>
    </w:p>
    <w:p>
      <w:pPr>
        <w:jc w:val="right"/>
      </w:pPr>
      <w:r>
        <w:t>۔ تو وہ لوگ مجھ سے یہ کرنے لگے کہ آپ نے کیسے بابری مسجد کے بارے میں علماء سے الگ موقف کیسے اختیار کر لیا آپ نے وغیرہ۔</w:t>
      </w:r>
    </w:p>
    <w:p>
      <w:r>
        <w:rPr>
          <w:b/>
        </w:rPr>
        <w:t xml:space="preserve">[41:40] </w:t>
      </w:r>
      <w:r>
        <w:t>to maine kaha ke dekhiye,</w:t>
      </w:r>
    </w:p>
    <w:p>
      <w:pPr>
        <w:jc w:val="right"/>
      </w:pPr>
      <w:r>
        <w:t>تو میں نے کہا کہ دیکھیے،</w:t>
      </w:r>
    </w:p>
    <w:p>
      <w:r>
        <w:rPr>
          <w:b/>
        </w:rPr>
        <w:t xml:space="preserve">[41:45] </w:t>
      </w:r>
      <w:r>
        <w:t>maine jo kiya tha woh ain Quran o Sunnat ke mutabiq tha.</w:t>
      </w:r>
    </w:p>
    <w:p>
      <w:pPr>
        <w:jc w:val="right"/>
      </w:pPr>
      <w:r>
        <w:t>میں نے جو کیا تھا وہ عین قرآن و سنت کے مطابق تھا۔</w:t>
      </w:r>
    </w:p>
    <w:p>
      <w:r>
        <w:rPr>
          <w:b/>
        </w:rPr>
        <w:t xml:space="preserve">[41:53] </w:t>
      </w:r>
      <w:r>
        <w:t>aap log is ke khilaaf kar rahe hain ke ab bees saal se zyada ho chuke hain Babri ke maamle ko. abhi aap us ko yaad kiye hue hain.</w:t>
      </w:r>
    </w:p>
    <w:p>
      <w:pPr>
        <w:jc w:val="right"/>
      </w:pPr>
      <w:r>
        <w:t>آپ لوگ اس کے خلاف کر رہے ہیں کہ اب بیس سال سے زیادہ ہو چکے ہیں بابری کے معاملے کو۔ ابھی آپ اس کو یاد کیے ہوئے ہیں۔</w:t>
      </w:r>
    </w:p>
    <w:p>
      <w:r>
        <w:rPr>
          <w:b/>
        </w:rPr>
        <w:t xml:space="preserve">[42:05] </w:t>
      </w:r>
      <w:r>
        <w:t>maine yahi kaha tha ke Babri Masjid jab dha di gayi to maine kaha ke is chapter ko, yaani jo jo reality ko accept ki jiye, to aap abhi tak us ko thoh rahe hain.</w:t>
      </w:r>
    </w:p>
    <w:p>
      <w:pPr>
        <w:jc w:val="right"/>
      </w:pPr>
      <w:r>
        <w:t>میں نے یہی کہا تھا کہ بابری مسجد جب ڈھا دی گئی تو میں نے کہا کہ اس چیپٹر کو، یعنی جو جو ریلیٹی کو ایکسیپٹ کیجئے، تو آپ ابھی تک اس کو ٹھو رہے ہیں۔</w:t>
      </w:r>
    </w:p>
    <w:p>
      <w:r>
        <w:rPr>
          <w:b/>
        </w:rPr>
        <w:t xml:space="preserve">[42:20] </w:t>
      </w:r>
      <w:r>
        <w:t>to maine kaha ke dekhein, Rasool Allah ki ek sunnat, ek saahib thay is mein jo barabar tasbeeh padh rahe thay. kaha, tasbeeh padhne ko sunnat Rasool samajhte hain woh.</w:t>
      </w:r>
    </w:p>
    <w:p>
      <w:pPr>
        <w:jc w:val="right"/>
      </w:pPr>
      <w:r>
        <w:t>تو میں نے کہا کہ دیکھیں، رسول اللہ کی ایک سنت، ایک صاحب تھے اس میں جو برابر تسبیح پڑھ رہے تھے۔ کہا، تسبیح پڑھنے کو سنت رسول سمجھتے ہیں وہ۔</w:t>
      </w:r>
    </w:p>
    <w:p>
      <w:r>
        <w:rPr>
          <w:b/>
        </w:rPr>
        <w:t xml:space="preserve">[42:30] </w:t>
      </w:r>
      <w:r>
        <w:t>to maine kaha, is se badi sunnat jo hai woh bhule hue hain. woh kya hai? maazi ke is chapter ko dobara na kholna.</w:t>
      </w:r>
    </w:p>
    <w:p>
      <w:pPr>
        <w:jc w:val="right"/>
      </w:pPr>
      <w:r>
        <w:t>تو میں نے کہا، اس سے بڑی سنت جو ہے وہ آپ بھولے ہوئے ہیں۔ وہ کیا ہے؟ ماضی کے اس چیپٹر کو دوبارہ نہ کھولنا۔</w:t>
      </w:r>
    </w:p>
    <w:p>
      <w:r>
        <w:rPr>
          <w:b/>
        </w:rPr>
        <w:t xml:space="preserve">[42:40] </w:t>
      </w:r>
      <w:r>
        <w:t>yeh bhi sunnat Rasool hai ke maazi ke chapter ko dobara na kholna. is liye ke is se bade bade fasaad paida hote hain.</w:t>
      </w:r>
    </w:p>
    <w:p>
      <w:pPr>
        <w:jc w:val="right"/>
      </w:pPr>
      <w:r>
        <w:t>یہ بھی سنت رسول ہے کہ ماضی کے چیپٹر کو دوبارہ نہ کھولنا۔ اس لیے کہ اس سے بڑے بڑے فساد پیدا ہوتے ہیں۔</w:t>
      </w:r>
    </w:p>
    <w:p>
      <w:r>
        <w:rPr>
          <w:b/>
        </w:rPr>
        <w:t xml:space="preserve">[42:48] </w:t>
      </w:r>
      <w:r>
        <w:t>to maine misaal di un ko ke dekhiye, Makkah mein jo Kaaba hai, woh ek martaba Rasool, yaani Rasool Allah ke zamane mein se pehle, woh mushrikeen ke qabze mein aa gaya tha.</w:t>
      </w:r>
    </w:p>
    <w:p>
      <w:pPr>
        <w:jc w:val="right"/>
      </w:pPr>
      <w:r>
        <w:t>تو میں نے مثال دی ان کو کہ دیکھیے، مکہ میں جو کعبہ ہے، وہ ایک مرتبہ رسول، یعنی رسول اللہ کے زمانے میں سے پہلے، وہ مشرکین کے قبضے میں آ گیا تھا۔</w:t>
      </w:r>
    </w:p>
    <w:p>
      <w:r>
        <w:rPr>
          <w:b/>
        </w:rPr>
        <w:t xml:space="preserve">[43:05] </w:t>
      </w:r>
      <w:r>
        <w:t>to ek martaba kisi wajah se halaat aise hue aur unhon ne is ki taameer saani kiya, dobara taameer kiya.</w:t>
      </w:r>
    </w:p>
    <w:p>
      <w:pPr>
        <w:jc w:val="right"/>
      </w:pPr>
      <w:r>
        <w:t>تو ایک مرتبہ کسی وجہ سے حالات ایسے ہوئے اور انہوں نے اس کی تعمیر ثانی کیا، دوبارہ تعمیر کیا۔</w:t>
      </w:r>
    </w:p>
    <w:p>
      <w:r>
        <w:rPr>
          <w:b/>
        </w:rPr>
        <w:t xml:space="preserve">[43:11] </w:t>
      </w:r>
      <w:r>
        <w:t>to Hazrat Hazrat Ibrahim ka jo Kaaba tha, us ke bajaye unhon ne apna naqsha banaya, naqsha badal diya.</w:t>
      </w:r>
    </w:p>
    <w:p>
      <w:pPr>
        <w:jc w:val="right"/>
      </w:pPr>
      <w:r>
        <w:t>تو حضرت حضرت ابراہیم کا جو کعبہ تھا، اس کے بجائے انہوں نے اپنا نقشہ بنایا، نقشہ بدل دیا۔</w:t>
      </w:r>
    </w:p>
    <w:p>
      <w:r>
        <w:rPr>
          <w:b/>
        </w:rPr>
        <w:t xml:space="preserve">[43:22] </w:t>
      </w:r>
      <w:r>
        <w:t>yaani woh woh Kaaba thoda lamba tha, ab chokor bana diya unhon</w:t>
      </w:r>
    </w:p>
    <w:p>
      <w:pPr>
        <w:jc w:val="right"/>
      </w:pPr>
      <w:r>
        <w:t>یعنی وہ وہ کعبہ تھوڑا لمبا تھا، اب چوکور بنا دیا انہوں</w:t>
      </w:r>
    </w:p>
    <w:p>
      <w:r>
        <w:rPr>
          <w:b/>
        </w:rPr>
        <w:t xml:space="preserve">[43:26] </w:t>
      </w:r>
      <w:r>
        <w:t>ne. to hazrat aisha ne kaha ke aap jab fath-e-makka ho gaya to aap ne kaha ke is ko, yaani is ko dobara aap banaiye ya wohin hazrat ibrahim wali buniyad banaiye, mushrikeen ko utha dijiye, mushrikeen ki buniyad ko.</w:t>
      </w:r>
    </w:p>
    <w:p>
      <w:pPr>
        <w:jc w:val="right"/>
      </w:pPr>
      <w:r>
        <w:t>نے۔ تو حضرت عائشہ نے کہا کہ آپ جب فتح مکہ ہو گیا تو آپ نے کہا کہ اس کو، یعنی اس کو دوبارہ آپ بنائیں یا وہیں حضرت ابراہیم والی بنیاد بنائیے، مشرکین کو اٹھا دیجئے، مشرکین کی بنیاد کو۔</w:t>
      </w:r>
    </w:p>
    <w:p>
      <w:r>
        <w:rPr>
          <w:b/>
        </w:rPr>
        <w:t xml:space="preserve">[43:42] </w:t>
      </w:r>
      <w:r>
        <w:t>to rasool Allah ne is ko nahi nahi kar diya ke main aisa nahi karunga kyunke is se naye naye masle paida honge. to mazi ke chapter ko na kholna, yeh bhi sunnat-e-rasool hai.</w:t>
      </w:r>
    </w:p>
    <w:p>
      <w:pPr>
        <w:jc w:val="right"/>
      </w:pPr>
      <w:r>
        <w:t>تو رسول اللہ نے اس کو نہیں نہیں کر دیا کہ میں ایسا نہیں کروں گا کیونکہ اس سے نئے نئے مسئلے پیدا ہوں گے۔ تو ماضی کے چیپٹر کو نہ کھولنا، یہ بھی سنت رسول ہے۔</w:t>
      </w:r>
    </w:p>
    <w:p>
      <w:r>
        <w:rPr>
          <w:b/>
        </w:rPr>
        <w:t xml:space="preserve">[43:56] </w:t>
      </w:r>
      <w:r>
        <w:t>to aap is liye parhe hue hain abhi tak. to bees saal zyada guzar gaye. to behal meri dua hai ke Allah taala hum ko aur aap ko tofeeq de ke hum sahi maano mein islam ki spirit ko ikhtiyar karein.</w:t>
      </w:r>
    </w:p>
    <w:p>
      <w:pPr>
        <w:jc w:val="right"/>
      </w:pPr>
      <w:r>
        <w:t>تو آپ اس لیے پڑھے ہوئے ہیں ابھی تک۔ تو بیس سال زیادہ گزر گئے۔ تو بہرحال میری دعا ہے کہ اللہ تعالی ہم کو اور آپ کو توفیق دے کہ ہم صحیح معنوں میں اسلام کی سپرٹ کو اختیار کریں۔</w:t>
      </w:r>
    </w:p>
    <w:p>
      <w:r>
        <w:rPr>
          <w:b/>
        </w:rPr>
        <w:t xml:space="preserve">[44:11] </w:t>
      </w:r>
      <w:r>
        <w:t>Allah taala humein tofeeq de ke hum waqai is duniya mein jo divine grazing ground hai, is mein Allah ke item ko charne wale banein.</w:t>
      </w:r>
    </w:p>
    <w:p>
      <w:pPr>
        <w:jc w:val="right"/>
      </w:pPr>
      <w:r>
        <w:t>اللہ تعالی ہمیں توفیق دے کہ ہم واقعی اس دنیا میں جو ڈیوائن گریزی گراؤنڈ ہے، اس میں اللہ کے آئٹم کو چارنے والے بنیں۔</w:t>
      </w:r>
    </w:p>
    <w:p>
      <w:r>
        <w:rPr>
          <w:b/>
        </w:rPr>
        <w:t xml:space="preserve">[44:24] </w:t>
      </w:r>
      <w:r>
        <w:t>aqool qooli haza wastaghfirullaha wali walakum ajmaeen</w:t>
      </w:r>
    </w:p>
    <w:p>
      <w:pPr>
        <w:jc w:val="right"/>
      </w:pPr>
      <w:r>
        <w:t>اقول قولیھذا واستغفراللہ علی ویلکم اجمعین</w:t>
      </w:r>
    </w:p>
    <w:p>
      <w:r>
        <w:rPr>
          <w:b/>
        </w:rPr>
        <w:t xml:space="preserve">[44:42] </w:t>
      </w:r>
      <w:r>
        <w:t>molana, yeh sawal bangalore se aaya hai, naseerullah sahab ka. unhone likha hai: "molana, if christian brothers can succeed in their mission to dominate in education and health sector all over the country without any power and political party,</w:t>
      </w:r>
    </w:p>
    <w:p>
      <w:pPr>
        <w:jc w:val="right"/>
      </w:pPr>
      <w:r>
        <w:t>۔ مولانا، یہ سوال بینگلور سے آیا ہے، نصیر اللہ صاحب کا۔ انہوں نے لکھا ہے: "مولانا، اف کرسچن برادرز کین سکسیڈ ان دیر مشن ٹو ڈومینیٹ ان ایجوکیشن اینڈ ہیلتھ سیکٹر ال اوور دا کنٹری ودا آؤٹ اینی پاور اینڈ پولیٹیکل پارٹی،</w:t>
      </w:r>
    </w:p>
    <w:p>
      <w:r>
        <w:rPr>
          <w:b/>
        </w:rPr>
        <w:t xml:space="preserve">[45:05] </w:t>
      </w:r>
      <w:r>
        <w:t>please tell us why muslims are not thinking in similar lines.</w:t>
      </w:r>
    </w:p>
    <w:p>
      <w:pPr>
        <w:jc w:val="right"/>
      </w:pPr>
      <w:r>
        <w:t>پلیز ٹیل اس وائی مسلمز آر ناٹ تھنکنگ ان سمیلر لائنز۔</w:t>
      </w:r>
    </w:p>
    <w:p>
      <w:r>
        <w:rPr>
          <w:b/>
        </w:rPr>
        <w:t xml:space="preserve">[45:11] </w:t>
      </w:r>
      <w:r>
        <w:t>"dekhein, muslim par blame nahi jata balkeh musalmanon ke ulma aur rehnamaon par blame jata hai.</w:t>
      </w:r>
    </w:p>
    <w:p>
      <w:pPr>
        <w:jc w:val="right"/>
      </w:pPr>
      <w:r>
        <w:t>" دیکھیں، مسلم پر بلیم نہیں جاتا بلکہ مسلمانوں کے علماء اور رہنماؤں پر بلیم جاتا ہے۔</w:t>
      </w:r>
    </w:p>
    <w:p>
      <w:r>
        <w:rPr>
          <w:b/>
        </w:rPr>
        <w:t xml:space="preserve">[45:19] </w:t>
      </w:r>
      <w:r>
        <w:t>is zamane mein saare ulma aur saare muslim leader jo hain, unhone musalmanon ko negative target pe daudaya. political hungame, hukoomaton ke khilaf shor,</w:t>
      </w:r>
    </w:p>
    <w:p>
      <w:pPr>
        <w:jc w:val="right"/>
      </w:pPr>
      <w:r>
        <w:t>اس زمانے میں سارے علماء اور سارے مسلم لیڈر جو ہیں، انہوں نے مسلمانوں کو نیگیٹیو ٹارگٹ پہ دوڑا دیا۔ پولیٹیکل ہنگامے، حکومتوں کے خلاف شور،</w:t>
      </w:r>
    </w:p>
    <w:p>
      <w:r>
        <w:rPr>
          <w:b/>
        </w:rPr>
        <w:t xml:space="preserve">[45:33] </w:t>
      </w:r>
      <w:r>
        <w:t>injustice ho raha hai. arab mein bhi ho raha hai, yahi kaam idhar bhi ho raha hai.</w:t>
      </w:r>
    </w:p>
    <w:p>
      <w:pPr>
        <w:jc w:val="right"/>
      </w:pPr>
      <w:r>
        <w:t>انجسٹس ہو رہا ہے۔ عرب میں بھی ہو رہا ہے، یہی کام ادھر بھی ہو رہا ہے۔</w:t>
      </w:r>
    </w:p>
    <w:p>
      <w:r>
        <w:rPr>
          <w:b/>
        </w:rPr>
        <w:t xml:space="preserve">[45:38] </w:t>
      </w:r>
      <w:r>
        <w:t>yaani arab na arab, dono duniya mein sirf negative activities hain,</w:t>
      </w:r>
    </w:p>
    <w:p>
      <w:pPr>
        <w:jc w:val="right"/>
      </w:pPr>
      <w:r>
        <w:t>یعنی عرب نہ عرب، دونوں دنیا میں صرف نیگیٹیو ایکٹیویٹیز ہیں،</w:t>
      </w:r>
    </w:p>
    <w:p>
      <w:r>
        <w:rPr>
          <w:b/>
        </w:rPr>
        <w:t xml:space="preserve">[45:46] </w:t>
      </w:r>
      <w:r>
        <w:t>political hungame hain. jab yeh mahaul paida kar diya jaye to musalman bhi wahi karenge jo unke bade kar rahe hain.</w:t>
      </w:r>
    </w:p>
    <w:p>
      <w:pPr>
        <w:jc w:val="right"/>
      </w:pPr>
      <w:r>
        <w:t>پولیٹیکل ہنگامے ہیں۔ جب یہ ماحول پیدا کر دیا جائے تو مسلمان بھی وہی کریں گے جو ان کے بڑے کر رہے ہیں۔</w:t>
      </w:r>
    </w:p>
    <w:p>
      <w:r>
        <w:rPr>
          <w:b/>
        </w:rPr>
        <w:t xml:space="preserve">[46:01] </w:t>
      </w:r>
      <w:r>
        <w:t>to mere dekh, sari zimmedari arab aur non-arab dono ki yeh hai, unke ulma ki aur unke bade, unke leaderon ki ke unhone qaum ko negative item, negative target de diya.</w:t>
      </w:r>
    </w:p>
    <w:p>
      <w:pPr>
        <w:jc w:val="right"/>
      </w:pPr>
      <w:r>
        <w:t>تو میرے دیکھ، ساری ذمہ داری عرب اور نان عرب دونوں کی یہ ہے، ان کے علماء کی اور ان کے بڑے، ان کے لیڈروں کی کہ انہوں نے قوم کو نیگیٹیو آئٹم، نیگیٹیو ٹارگٹ دے دیا۔</w:t>
      </w:r>
    </w:p>
    <w:p>
      <w:r>
        <w:rPr>
          <w:b/>
        </w:rPr>
        <w:t xml:space="preserve">[46:16] </w:t>
      </w:r>
      <w:r>
        <w:t>yeh israel ke khilaf ladna aur kal nazer ke khilaf ladna, america ke khilaf ladna, yeh yahi nishaniyan diyan.</w:t>
      </w:r>
    </w:p>
    <w:p>
      <w:pPr>
        <w:jc w:val="right"/>
      </w:pPr>
      <w:r>
        <w:t>یہ اسرائیل کے خلاف لڑنا اور کل نازر کے خلاف لڑنا، امریکہ کے خلاف لڑنا، یہ یہی نشانیاں دیا۔</w:t>
      </w:r>
    </w:p>
    <w:p>
      <w:r>
        <w:rPr>
          <w:b/>
        </w:rPr>
        <w:t xml:space="preserve">[46:26] </w:t>
      </w:r>
      <w:r>
        <w:t>islami aur islami hukoomat qaim karna,</w:t>
      </w:r>
    </w:p>
    <w:p>
      <w:pPr>
        <w:jc w:val="right"/>
      </w:pPr>
      <w:r>
        <w:t>اسلامی اور اسلامی حکومت قائم کرنا،</w:t>
      </w:r>
    </w:p>
    <w:p>
      <w:r>
        <w:rPr>
          <w:b/>
        </w:rPr>
        <w:t xml:space="preserve">[46:30] </w:t>
      </w:r>
      <w:r>
        <w:t>yeh sab nishaniyan di hain unhone. to isi mein pade hue log phanse hue hain, log unko pata hi nahi. aur daur-e-jadeed kya hai?</w:t>
      </w:r>
    </w:p>
    <w:p>
      <w:pPr>
        <w:jc w:val="right"/>
      </w:pPr>
      <w:r>
        <w:t>یہ سب نشانیاں دیے انہوں نے۔ تو اسی میں پڑے ہوئے لوگ پھنسے ہوئے ہیں، لوگ ان کو پتہ ہی نہیں۔ اور دور جدید کیا ہے؟</w:t>
      </w:r>
    </w:p>
    <w:p>
      <w:r>
        <w:rPr>
          <w:b/>
        </w:rPr>
        <w:t xml:space="preserve">[46:39] </w:t>
      </w:r>
      <w:r>
        <w:t>daur-e-jadeed se khud bhi na waqif the aur musalmanon ke bhi batane mein nakaam ho gaye. musalmanon ko batana chahiye tha ke yeh daur, daur-e-ilm hai, yeh age of education hai,</w:t>
      </w:r>
    </w:p>
    <w:p>
      <w:pPr>
        <w:jc w:val="right"/>
      </w:pPr>
      <w:r>
        <w:t>دور جدید سے خود بھی نا واقف تھے اور مسلمانوں کے بھی بتانے میں ناکام ہو گئے۔ مسلمانوں کو بتانا چاہیے تھا کہ یہ دور، دور علم ہے، یہ ایج آف ایجوکیشن ہے،</w:t>
      </w:r>
    </w:p>
    <w:p>
      <w:r>
        <w:rPr>
          <w:b/>
        </w:rPr>
        <w:t xml:space="preserve">[46:55] </w:t>
      </w:r>
      <w:r>
        <w:t>age of war nahi hai.</w:t>
      </w:r>
    </w:p>
    <w:p>
      <w:pPr>
        <w:jc w:val="right"/>
      </w:pPr>
      <w:r>
        <w:t>ایج آف وار نہیں ہے۔</w:t>
      </w:r>
    </w:p>
    <w:p>
      <w:r>
        <w:rPr>
          <w:b/>
        </w:rPr>
        <w:t xml:space="preserve">[46:57] </w:t>
      </w:r>
      <w:r>
        <w:t>agar musalmanon ko bataya gaya hota ke yeh age of education hai, age of science hai, age of naya knowledge hai, to musalman wahi karte hain.</w:t>
      </w:r>
    </w:p>
    <w:p>
      <w:pPr>
        <w:jc w:val="right"/>
      </w:pPr>
      <w:r>
        <w:t>اگر مسلمانوں کو بتایا گیا ہوتا کہ یہ ایج آف ایجوکیشن ہے، ایج آف سائنس ہے، ایج آف نیا نالج ہے، تو مسلمان وہی کرتے ہیں۔</w:t>
      </w:r>
    </w:p>
    <w:p>
      <w:r>
        <w:rPr>
          <w:b/>
        </w:rPr>
        <w:t xml:space="preserve">[47:05] </w:t>
      </w:r>
      <w:r>
        <w:t>lekin unko batane walon ne bataya hi nahi. to asal ghalti mere nazdeek is maamle mein ulma ki hai, muslim muslim ulma aur muslim leaderon ki.</w:t>
      </w:r>
    </w:p>
    <w:p>
      <w:pPr>
        <w:jc w:val="right"/>
      </w:pPr>
      <w:r>
        <w:t>لیکن ان کو بتانے والوں نے بتایا ہی نہیں۔ تو اصل غلطی میرے نزدیک اس معاملے میں علماء کی ہے، مسلم مسلم علماء اور مسلم لیڈروں کی۔</w:t>
      </w:r>
    </w:p>
    <w:p>
      <w:r>
        <w:rPr>
          <w:b/>
        </w:rPr>
        <w:t xml:space="preserve">[47:15] </w:t>
      </w:r>
      <w:r>
        <w:t>awam to yaani unhi ke kahe hue raaste pe chal rahe hain. hamara mashwara Allah ke fazl se is maamle mein is ko correction kar raha hai.</w:t>
      </w:r>
    </w:p>
    <w:p>
      <w:pPr>
        <w:jc w:val="right"/>
      </w:pPr>
      <w:r>
        <w:t>عوام تو یعنی انہی کے کہے ہوئے راستے پہ چل رہے ہیں۔ ہمارا مشورہ اللہ کے فضل سے اس معاملے میں اس کو کریکشن کر رہا ہے۔</w:t>
      </w:r>
    </w:p>
    <w:p>
      <w:r>
        <w:rPr>
          <w:b/>
        </w:rPr>
        <w:t xml:space="preserve">[47:27] </w:t>
      </w:r>
      <w:r>
        <w:t>is ghalt rehnmai, correction, hum musalmanon ko naya zehan de rahe hain. Allah ke fazl se hazaron hazar log is se faida utha rahe hain.</w:t>
      </w:r>
    </w:p>
    <w:p>
      <w:pPr>
        <w:jc w:val="right"/>
      </w:pPr>
      <w:r>
        <w:t>اس غلط رہنمائی، کریکشن، ہم مسلمانوں کو نیا ذہن دے رہے ہیں۔ اللہ کے فضل سے ہزاروں ہزار لوگ اس سے فائدہ اٹھا رہے ہیں۔</w:t>
      </w:r>
    </w:p>
    <w:p>
      <w:r>
        <w:rPr>
          <w:b/>
        </w:rPr>
        <w:t xml:space="preserve">[47:38] </w:t>
      </w:r>
      <w:r>
        <w:t>ek nayi thinking paida ho rahi hai har jagah, sari duniya mein ek nayi thinking paida ho rahi hai. to aap aap sawal kyun kar rahe hain?</w:t>
      </w:r>
    </w:p>
    <w:p>
      <w:pPr>
        <w:jc w:val="right"/>
      </w:pPr>
      <w:r>
        <w:t>ایک نئی تھنکنگ پیدا ہو رہی ہے ہر جگہ، ساری دنیا میں ایک نئی تھنکنگ پیدا ہو رہی ہے۔ تو آپ آپ سوال کیوں کر رہے ہیں؟</w:t>
      </w:r>
    </w:p>
    <w:p>
      <w:r>
        <w:rPr>
          <w:b/>
        </w:rPr>
        <w:t xml:space="preserve">[47:47] </w:t>
      </w:r>
      <w:r>
        <w:t>aap saath dijiye, amal-e-mashriq ka saath dijiye.</w:t>
      </w:r>
    </w:p>
    <w:p>
      <w:pPr>
        <w:jc w:val="right"/>
      </w:pPr>
      <w:r>
        <w:t>آپ ساتھ دیجئے، عمل مشرق کا ساتھ دیجئے۔</w:t>
      </w:r>
    </w:p>
    <w:p>
      <w:r>
        <w:rPr>
          <w:b/>
        </w:rPr>
        <w:t xml:space="preserve">[47:50] </w:t>
      </w:r>
      <w:r>
        <w:t>yaani jo jo log nahi kar sake, unke khilaf aap sochna chhod dijiye. jo kar rahe hain, unka saath dijiye.</w:t>
      </w:r>
    </w:p>
    <w:p>
      <w:pPr>
        <w:jc w:val="right"/>
      </w:pPr>
      <w:r>
        <w:t>یعنی جو جو لوگ نہیں کر سکے، ان کے خلاف آپ سوچنا چھوڑ دیجئے۔ جو کر رہے ہیں، ان کا ساتھ دیجئے۔</w:t>
      </w:r>
    </w:p>
    <w:p>
      <w:r>
        <w:rPr>
          <w:b/>
        </w:rPr>
        <w:t xml:space="preserve">[48:01] </w:t>
      </w:r>
      <w:r>
        <w:t>yani aap ke sawal mein un ka zikr hai jo nahi kar rahe hain. lekin yeh bhi dekhen, kuch log kar rahe hain. hamare saathi, hamari team har jagah hai, sari duniya</w:t>
      </w:r>
    </w:p>
    <w:p>
      <w:pPr>
        <w:jc w:val="right"/>
      </w:pPr>
      <w:r>
        <w:t>یعنی آپ کے سوال میں ان کا ذکر ہے جو نہیں کر رہے ہیں۔ لیکن یہ بھی دیکھیں، کچھ لوگ کر رہے ہیں۔ ہمارے ساتھی، ہماری ٹیم ہر جگہ ہے، ساری دنیا</w:t>
      </w:r>
    </w:p>
    <w:p>
      <w:r>
        <w:rPr>
          <w:b/>
        </w:rPr>
        <w:t xml:space="preserve">[48:10] </w:t>
      </w:r>
      <w:r>
        <w:t>mein. woh Allah ke fazl se is isi taraf musalmanon ko mutawajjah kar rahe hain ke peaceful the work aur peaceful education, peaceful taameer.</w:t>
      </w:r>
    </w:p>
    <w:p>
      <w:pPr>
        <w:jc w:val="right"/>
      </w:pPr>
      <w:r>
        <w:t>میں۔ وہ اللہ کے فضل سے اس اسی طرف مسلمانوں کو متوجہ کر رہے ہیں کہ پیس فل دا ورک اور پیس فل ایجوکیشن، پیس فل تعمیر۔</w:t>
      </w:r>
    </w:p>
    <w:p>
      <w:r>
        <w:rPr>
          <w:b/>
        </w:rPr>
        <w:t xml:space="preserve">[48:24] </w:t>
      </w:r>
      <w:r>
        <w:t>toh in ka saath dijiye, aap bajaye sawal karne ke, aap in ka saath dijiye. main toh yahi kahunga.</w:t>
      </w:r>
    </w:p>
    <w:p>
      <w:pPr>
        <w:jc w:val="right"/>
      </w:pPr>
      <w:r>
        <w:t>تو ان کا ساتھ دیجئے، آپ بجائے سوال کرنے کے، آپ ان کا ساتھ دیجئے۔ میں تو یہی کہوں گا۔</w:t>
      </w:r>
    </w:p>
    <w:p>
      <w:r>
        <w:rPr>
          <w:b/>
        </w:rPr>
        <w:t xml:space="preserve">[48:34] </w:t>
      </w:r>
      <w:r>
        <w:t>Maulana, agla sawal lene se pehle ek comment parhna chahenge jo Ajmer se Dr. Safeena Tabassum ne bheja hai. unhone likha hai: "Maulana sahib, thanks for the thought provoking lecture today.</w:t>
      </w:r>
    </w:p>
    <w:p>
      <w:pPr>
        <w:jc w:val="right"/>
      </w:pPr>
      <w:r>
        <w:t>مولانا، اگلا سوال لینے سے پہلے ایک کمنٹ پڑھنا چاہیں گے جو اجمیر سے ڈاکٹر سفینہ تبسم نے بھیجا ہے۔ انہوں نے لکھا ہے: "مولانا صاحب، تھینکس فار دی تھاٹ پرووکنگ لیکچر ٹوڈے۔</w:t>
      </w:r>
    </w:p>
    <w:p>
      <w:r>
        <w:rPr>
          <w:b/>
        </w:rPr>
        <w:t xml:space="preserve">[48:50] </w:t>
      </w:r>
      <w:r>
        <w:t>I think to draw positive items from within the negative ones is grazing in the garden of paradise."</w:t>
      </w:r>
    </w:p>
    <w:p>
      <w:pPr>
        <w:jc w:val="right"/>
      </w:pPr>
      <w:r>
        <w:t>آئی تھنک ٹو ڈراپ پوزیٹیو آئٹمز فرام ود ان دا نیگیٹیو ونز از گریزنگ ان دی گارڈن آف پیراڈائز۔"</w:t>
      </w:r>
    </w:p>
    <w:p>
      <w:r>
        <w:rPr>
          <w:b/>
        </w:rPr>
        <w:t xml:space="preserve">[49:00] </w:t>
      </w:r>
      <w:r>
        <w:t>Agla sawal Maulana kya hai? Delhi se Shahnawaz Zafar sahib ne. unhone likha hai: "Mujhe internet pe ek kitaab mili hai jis ka unwan hai 'Kitab al-Taqdeer'.</w:t>
      </w:r>
    </w:p>
    <w:p>
      <w:pPr>
        <w:jc w:val="right"/>
      </w:pPr>
      <w:r>
        <w:t>اگلا سوال مولانا کیا ہے؟ دلی سے شاہنواز ظفر صاحب نے۔ انہوں نے لکھا ہے: "مجھے انٹرنیٹ پہ ایک کتاب ملی ہے جس کا عنوان ہے 'کتاب التقدیر'۔</w:t>
      </w:r>
    </w:p>
    <w:p>
      <w:r>
        <w:rPr>
          <w:b/>
        </w:rPr>
        <w:t xml:space="preserve">[49:14] </w:t>
      </w:r>
      <w:r>
        <w:t>Is ke musannif ka naam hai Allama Ghulam Ahmed Parvez, jin ka ta'alluq Pakistan se hai aur woh 1985 mein fawwat pa gaye.</w:t>
      </w:r>
    </w:p>
    <w:p>
      <w:pPr>
        <w:jc w:val="right"/>
      </w:pPr>
      <w:r>
        <w:t>اس کے مصنف کا نام ہے علامہ غلام احمد پرویز، جن کا تعلق پاکستان سے ہے اور وہ 1985 میں وفات پا گئے۔</w:t>
      </w:r>
    </w:p>
    <w:p>
      <w:r>
        <w:rPr>
          <w:b/>
        </w:rPr>
        <w:t xml:space="preserve">[49:25] </w:t>
      </w:r>
      <w:r>
        <w:t>Yeh kitaab pehli baar Lahore se 1971 mein chhapi thi.</w:t>
      </w:r>
    </w:p>
    <w:p>
      <w:pPr>
        <w:jc w:val="right"/>
      </w:pPr>
      <w:r>
        <w:t>یہ کتاب پہلی بار لاہور سے 1971 میں چھپی تھی۔</w:t>
      </w:r>
    </w:p>
    <w:p>
      <w:r>
        <w:rPr>
          <w:b/>
        </w:rPr>
        <w:t xml:space="preserve">[49:31] </w:t>
      </w:r>
      <w:r>
        <w:t>Parvez sahib apni kitaab mein zikr karte hain ke insaan mein hawani satah ki instincts maujood hoti hain jinhein jazbaat kaha jata hai.</w:t>
      </w:r>
    </w:p>
    <w:p>
      <w:pPr>
        <w:jc w:val="right"/>
      </w:pPr>
      <w:r>
        <w:t>پرویز صاحب اپنی کتاب میں ذکر کرتے ہیں کہ انسان میں حیوانی سطح کی انسٹنکٹس موجود ہوتی ہیں جنہیں جذبات کہا جاتا ہے۔</w:t>
      </w:r>
    </w:p>
    <w:p>
      <w:r>
        <w:rPr>
          <w:b/>
        </w:rPr>
        <w:t xml:space="preserve">[49:42] </w:t>
      </w:r>
      <w:r>
        <w:t>Agar yeh jazbaat aql pe ghalib aa jayen toh inhe jazbaat-e-sarkash kaha jata hai. Isi jazbaat-e-sarkash ko Quran mein Shaitan keh kar pukara gaya hai.</w:t>
      </w:r>
    </w:p>
    <w:p>
      <w:pPr>
        <w:jc w:val="right"/>
      </w:pPr>
      <w:r>
        <w:t>اگر یہ جذبات عقل پہ غالب آ جائیں تو انہیں جذبات سرکش کہا جاتا ہے۔ انہی جذبات سرکش کو قرآن میں شیطان کہہ کر پکارا گیا ہے۔</w:t>
      </w:r>
    </w:p>
    <w:p>
      <w:r>
        <w:rPr>
          <w:b/>
        </w:rPr>
        <w:t xml:space="preserve">[49:55] </w:t>
      </w:r>
      <w:r>
        <w:t>yani Shaitan khud nafs-e-insani hi hai, na nahi ke insani se bahar ki koi hasti ya quwwat. Maulana sahib, meharbani kar ke aap sahi rehnumai farmayen.</w:t>
      </w:r>
    </w:p>
    <w:p>
      <w:pPr>
        <w:jc w:val="right"/>
      </w:pPr>
      <w:r>
        <w:t>یعنی شیطان خود نفس انسانی ہی ہے، نہ نہیں کہ انسانی سے باہر کی کوئی ہستی یا قوت۔ مولانا صاحب، مہربانی کر کے آپ صحیح رہنمائی فرمائیں۔</w:t>
      </w:r>
    </w:p>
    <w:p>
      <w:r>
        <w:rPr>
          <w:b/>
        </w:rPr>
        <w:t xml:space="preserve">[50:09] </w:t>
      </w:r>
      <w:r>
        <w:t>Rehnumai yeh hai ke kitabon ko padhte kyun hain aap? yani mujhe ta'ajjub hai ke in kitabon ko aap padhte kyun hain? hamari kitabein padhiye, aap Quran ki tafseer hamari hai, Quran Rasool Allah ki seerat hamari hai, literature hamara hai, magazine nikalte hain, risale Urdu</w:t>
      </w:r>
    </w:p>
    <w:p>
      <w:pPr>
        <w:jc w:val="right"/>
      </w:pPr>
      <w:r>
        <w:t>رہنمائی یہ ہے کہ کتابوں کو پڑھتے کیوں ہیں آپ؟ یعنی مجھے تعجب ہے کہ ان کتابوں کو آپ پڑھتے کیوں ہیں؟ ہماری کتابیں پڑھیے، آپ قرآن کی تفسیر ہماری ہے، قرآن رسول اللہ کی سیرت ہماری ہے، لٹریچر ہمارا ہے، میگزین نکلتے ہیں، رسالے اردو</w:t>
      </w:r>
    </w:p>
    <w:p>
      <w:r>
        <w:rPr>
          <w:b/>
        </w:rPr>
        <w:t xml:space="preserve">[50:24] </w:t>
      </w:r>
      <w:r>
        <w:t>mein, English mein, Spirit of Islam, is ko padhiye. padhte kyun hain in kitabon ko aap? main hairaan hoon ke yeh jo jab kawe rubbish hain aur leader ban jane kawe is ko padh ke mujh se sawal karte hain, aap</w:t>
      </w:r>
    </w:p>
    <w:p>
      <w:pPr>
        <w:jc w:val="right"/>
      </w:pPr>
      <w:r>
        <w:t>میں، انگریزی میں، اسپیٹ آف اسلام، اس کو پڑھیے۔ پڑھتے کیوں ہیں ان کتابوں کو آپ؟ میں حیران ہوں کہ یہ جو جب کاوے ربش ہیں اور لیڈر بن جان نے کاوے اس کو پڑھ کے مجھ سے سوال کرتے ہیں، آپ</w:t>
      </w:r>
    </w:p>
    <w:p>
      <w:r>
        <w:rPr>
          <w:b/>
        </w:rPr>
        <w:t xml:space="preserve">[50:39] </w:t>
      </w:r>
      <w:r>
        <w:t>bilkul bilkul yeh koi sar na paai in baaton ka hai ke Shaitan ko aap ek anokhi, ek is ke ek ta'weel karen. aap apni kitabon ko padhna chhodie aur hamari kitabein padhiye</w:t>
      </w:r>
    </w:p>
    <w:p>
      <w:pPr>
        <w:jc w:val="right"/>
      </w:pPr>
      <w:r>
        <w:t>بالکل بالکل یہ کوئی سر نہ پائی ان باتوں کا ہے کہ شیطان کو آپ ایک انوکھی، ایک اس کے ایک تاویل کریں۔ آپ اپنی کتابوں کو پڑھنا چھوڑیے اور ہماری کتابیں پڑھیے</w:t>
      </w:r>
    </w:p>
    <w:p>
      <w:r>
        <w:rPr>
          <w:b/>
        </w:rPr>
        <w:t xml:space="preserve">[50:53] </w:t>
      </w:r>
      <w:r>
        <w:t>jo har zaban mein available hain, is ko padhiye aur hamare lecture suniye aur hamare magazine padhiye.</w:t>
      </w:r>
    </w:p>
    <w:p>
      <w:pPr>
        <w:jc w:val="right"/>
      </w:pPr>
      <w:r>
        <w:t>جو ہر زبان میں اویلیبل ہیں، اس کو پڑھیے اور ہمارے لیکچر سنیے اور ہمارے میگزین پڑھیے۔</w:t>
      </w:r>
    </w:p>
    <w:p>
      <w:r>
        <w:rPr>
          <w:b/>
        </w:rPr>
        <w:t xml:space="preserve">[51:02] </w:t>
      </w:r>
      <w:r>
        <w:t>Yahi yahi mera jawab hai aur koi mera koi jawab nahi hai is maamle mein. Maulana, agla comment aur question dono aaye hain Khwaja Kaleemuddin sahib ki taraf se Pennsylvania, USA se.</w:t>
      </w:r>
    </w:p>
    <w:p>
      <w:pPr>
        <w:jc w:val="right"/>
      </w:pPr>
      <w:r>
        <w:t>یہی یہی میرا جواب ہے اور کوئی میرا کوئی جواب نہیں ہے اس معاملے میں۔ مولانا، اگلا کمنٹ اور کوئسچن دونوں آئے ہیں خواجہ کلیم الدین صاحب کی طرف سے پینسلوینیا، یو ایس اے سے۔</w:t>
      </w:r>
    </w:p>
    <w:p>
      <w:r>
        <w:rPr>
          <w:b/>
        </w:rPr>
        <w:t xml:space="preserve">[51:14] </w:t>
      </w:r>
      <w:r>
        <w:t>Unhone likha hai: "Maulana sahib, I am delighted to share the following two of the several comments we received as a result of dawah kits being mailed by CPS USA." Jo pehla comment hai, Maulana, that has come from Dr. Allen Bedford, who is a Dean of Academics and Faculty, Bryn Athyn College, Pennsylvania.</w:t>
      </w:r>
    </w:p>
    <w:p>
      <w:pPr>
        <w:jc w:val="right"/>
      </w:pPr>
      <w:r>
        <w:t>انہوں نے لکھا ہے: "مولانا صاحب، آئی ایم ڈیلائٹڈ ٹو شیئر دا فالونگ ٹو آف دا سیورل کمنٹس وی ریسیوڈ ایز ا رزلٹ آف دعویٰ کٹس بینگ میلڈ بائے سی پی ایس یو ایس اے۔" جو پہلا کمنٹ ہے، مولانا، دیٹ ہیز کم فرام ڈاکٹر ایلن بیٹ فورڈ، ہو از ا ڈین آف اکیڈیمکس اینڈ فیکلٹی، برائن ایتھین کالج، پینسلوینیا۔</w:t>
      </w:r>
    </w:p>
    <w:p>
      <w:r>
        <w:rPr>
          <w:b/>
        </w:rPr>
        <w:t xml:space="preserve">[51:41] </w:t>
      </w:r>
      <w:r>
        <w:t>He has written to Kaleem sahib: "I received a package of books including the Quran from you today as a member of the science faculty at Bryn Athyn College, and institution devoted to faith learning integration.</w:t>
      </w:r>
    </w:p>
    <w:p>
      <w:pPr>
        <w:jc w:val="right"/>
      </w:pPr>
      <w:r>
        <w:t>ہی ہیز رٹن ٹو کلیم صاحب: "آئی ریسیوڈ ا پیکج آف بکس انکلوڈنگ دا قرآن فرام یو ٹوڈے ایز ا ممبر آف دا سائنس فیکلٹی ایٹ برائن ایتھین کالج، اینڈ انسٹیٹیوشن ڈیوٹیڈ ٹو فیتھ لرننگ انٹیگریشن۔</w:t>
      </w:r>
    </w:p>
    <w:p>
      <w:r>
        <w:rPr>
          <w:b/>
        </w:rPr>
        <w:t xml:space="preserve">[51:59] </w:t>
      </w:r>
      <w:r>
        <w:t>In a new church perspective, receiving these books was a pleasant surprise. Thank you for thinking for me</w:t>
      </w:r>
    </w:p>
    <w:p>
      <w:pPr>
        <w:jc w:val="right"/>
      </w:pPr>
      <w:r>
        <w:t>ان ا نیو چرچ پرسپیکٹو، ریسیونگ دس بکس واز ا پلیزنٹ سرپرائز۔ تھینک یو فار تھنکنگ فار می</w:t>
      </w:r>
    </w:p>
    <w:p>
      <w:r>
        <w:rPr>
          <w:b/>
        </w:rPr>
        <w:t xml:space="preserve">[52:08] </w:t>
      </w:r>
      <w:r>
        <w:t>. I will share these books, I will share these books with my colleagues." Mashallah! Jo doosra comment hai, Maulana, that has come from Ms. Laura Stanberry, Collin, Texas.</w:t>
      </w:r>
    </w:p>
    <w:p>
      <w:pPr>
        <w:jc w:val="right"/>
      </w:pPr>
      <w:r>
        <w:t>۔ آئی ویل شیئر دس بکس، آئی ویل شیئر دیز بکس ود مائی کولیگز۔" ماشاءاللہ! جو دوسرا کمنٹ ہے، مولانا، دیٹ ہیز کم فرام مس لورا سٹینبری، کوئلن، ٹیکساس۔</w:t>
      </w:r>
    </w:p>
    <w:p>
      <w:r>
        <w:rPr>
          <w:b/>
        </w:rPr>
        <w:t xml:space="preserve">[52:21] </w:t>
      </w:r>
      <w:r>
        <w:t>Unhone likha hai: "I have again given away my copy of this Quran. I like it so much better than any other translation.</w:t>
      </w:r>
    </w:p>
    <w:p>
      <w:pPr>
        <w:jc w:val="right"/>
      </w:pPr>
      <w:r>
        <w:t>انہوں نے لکھا ہے: "آئی ہیو اگین گیون اوے مائی کاپی آف دس قرآن۔ آئی لائک اٹ سو مچ بیٹر دین اینی ادر ٹرانسلیشن۔</w:t>
      </w:r>
    </w:p>
    <w:p>
      <w:r>
        <w:rPr>
          <w:b/>
        </w:rPr>
        <w:t xml:space="preserve">[52:32] </w:t>
      </w:r>
      <w:r>
        <w:t>I don't like to give people the other translations,</w:t>
      </w:r>
    </w:p>
    <w:p>
      <w:pPr>
        <w:jc w:val="right"/>
      </w:pPr>
      <w:r>
        <w:t>آئی ڈونٹ لائک ٹو گیو پیپل دی ادر ٹرانسلیشنز،</w:t>
      </w:r>
    </w:p>
    <w:p>
      <w:r>
        <w:rPr>
          <w:b/>
        </w:rPr>
        <w:t xml:space="preserve">[52:36] </w:t>
      </w:r>
      <w:r>
        <w:t>so I keep ending up with no Quran for myself. If you would please send me another, I would appreciate it. If I could buy some, I would be so happy to keep them with me when people are interested in Islam.</w:t>
      </w:r>
    </w:p>
    <w:p>
      <w:pPr>
        <w:jc w:val="right"/>
      </w:pPr>
      <w:r>
        <w:t>سو آئی کیپ اینڈنگ اپ ود نو قرآن فار مائی سیلف۔ اف یو وڈ پلیز سینڈ می انادر، آئی وڈ ایپریشیٹ اٹ۔ اف آئی کڈ بائے سم، آئی وڈ بی سو ہیپی ٹو کیپ دیم ود می وین پیپل آر انٹرسٹڈ ان اسلام۔</w:t>
      </w:r>
    </w:p>
    <w:p>
      <w:r>
        <w:rPr>
          <w:b/>
        </w:rPr>
        <w:t xml:space="preserve">[52:52] </w:t>
      </w:r>
      <w:r>
        <w:t>Please send me an email about how I can purchase extra copies to distribute for dawah." Is ke baad Maulana sahib, Kaleem sahib ne likha hai: "Mashallah!</w:t>
      </w:r>
    </w:p>
    <w:p>
      <w:pPr>
        <w:jc w:val="right"/>
      </w:pPr>
      <w:r>
        <w:t>پلیز سینڈ می این ای میل اباؤٹ ہاؤ آئی کین پرچیز ایکسٹرا کاپیز ٹو ڈسٹریبیوٹ فار دعویٰ۔" اس کے بعد مولانا صاحب، کلیم صاحب نے لکھا ہے: "ماشاءاللہ!</w:t>
      </w:r>
    </w:p>
    <w:p>
      <w:r>
        <w:rPr>
          <w:b/>
        </w:rPr>
        <w:t xml:space="preserve">[53:07] </w:t>
      </w:r>
      <w:r>
        <w:t>Maulana sahib, after going through these acknowledgements and the quest of the person to distribute Quran, one of the prophecies of Prophet Isa went through my mind, which is given in Luke, chapter 19, verse number 40."</w:t>
      </w:r>
    </w:p>
    <w:p>
      <w:pPr>
        <w:jc w:val="right"/>
      </w:pPr>
      <w:r>
        <w:t>مولانا صاحب، افٹر گوئنگ تھرو دیز ایکنالجمنٹ اینڈ دا کوئسٹ آف دا پرسن ٹو ڈسٹریبیوٹ قرآن، ون آف دا پرافیسیز آف پرافٹ عیسیٰ وینٹ تھرو مائی مائنڈ، وچ از گیون ان لیوک، چیپٹر 19، ورس نمبر 40۔</w:t>
      </w:r>
    </w:p>
    <w:p>
      <w:r>
        <w:rPr>
          <w:b/>
        </w:rPr>
        <w:t xml:space="preserve">[53:23] </w:t>
      </w:r>
      <w:r>
        <w:t>it says: 'i tell you that if these should keep silent, the stones would immediately cry out.'" Maulana sahib, please comment on this</w:t>
      </w:r>
    </w:p>
    <w:p>
      <w:pPr>
        <w:jc w:val="right"/>
      </w:pPr>
      <w:r>
        <w:t>اٹ سیز: 'آئی ٹیل یو دیٹ اف دیز شوڈ کیپ سائلنٹ، دا سٹونز وڈ امیڈیٹلی کرائی آؤٹ۔'" مولانا صاحب، پلیز کمنٹ ان دس</w:t>
      </w:r>
    </w:p>
    <w:p>
      <w:r>
        <w:rPr>
          <w:b/>
        </w:rPr>
        <w:t xml:space="preserve">[53:35] </w:t>
      </w:r>
      <w:r>
        <w:t>ab mein samajhta hoon ke yaani woh nabat shayad abhi nahi aai hai ke pathar chalayein kyunke insaan sargaram ho gaye hain.</w:t>
      </w:r>
    </w:p>
    <w:p>
      <w:pPr>
        <w:jc w:val="right"/>
      </w:pPr>
      <w:r>
        <w:t>۔ اب میں سمجھتا ہوں کہ یعنی وہ نوبت شاید ابھی نہیں آئی ہے کہ پتھر چلائیں کیونکہ انسان سرگرم ہو گئے ہیں۔</w:t>
      </w:r>
    </w:p>
    <w:p>
      <w:r>
        <w:rPr>
          <w:b/>
        </w:rPr>
        <w:t xml:space="preserve">[53:47] </w:t>
      </w:r>
      <w:r>
        <w:t>agar insaan sargaram na ho to zaroor aisa hoga ke pathar bhi chalayeinge. Allah ke fazal se hamara jo mission hai, is ne hazaron logon ko active kar diya hai aur sari dunya mein woh dawat ka kaam kar rahe hain.</w:t>
      </w:r>
    </w:p>
    <w:p>
      <w:pPr>
        <w:jc w:val="right"/>
      </w:pPr>
      <w:r>
        <w:t>اگر انسان سرگرم نہ ہو تو ضرور ایسا ہوگا کہ پتھر بھی چلائیں گے۔ اللہ کے فضل سے ہمارا جو مشن ہے، اس نے ہزاروں لوگوں کو ایکٹیو کر دیا ہے اور ساری دنیا میں وہ دعوت کا کام کر رہے ہیں۔</w:t>
      </w:r>
    </w:p>
    <w:p>
      <w:r>
        <w:rPr>
          <w:b/>
        </w:rPr>
        <w:t xml:space="preserve">[54:04] </w:t>
      </w:r>
      <w:r>
        <w:t>to</w:t>
      </w:r>
    </w:p>
    <w:p>
      <w:pPr>
        <w:jc w:val="right"/>
      </w:pPr>
      <w:r>
        <w:t>تو</w:t>
      </w:r>
    </w:p>
    <w:p>
      <w:r>
        <w:rPr>
          <w:b/>
        </w:rPr>
        <w:t xml:space="preserve">[54:08] </w:t>
      </w:r>
      <w:r>
        <w:t>yeh shukr ki baat hai, mein samajhta hoon ke Allah ki tofeeq ki baat hai</w:t>
      </w:r>
    </w:p>
    <w:p>
      <w:pPr>
        <w:jc w:val="right"/>
      </w:pPr>
      <w:r>
        <w:t>یہ شکر کی بات ہے، میں سمجھتا ہوں کہ اللہ کی توفیق کی بات ہے</w:t>
      </w:r>
    </w:p>
    <w:p>
      <w:r>
        <w:rPr>
          <w:b/>
        </w:rPr>
        <w:t xml:space="preserve">[54:17] </w:t>
      </w:r>
      <w:r>
        <w:t>aur yeh India hi mein nahi, sari dunya mein Allah ke fazal se log yaani active ho gaye hain aur yeh kaam kar rahe hain. bohat ziyada shukr ki baat hai.</w:t>
      </w:r>
    </w:p>
    <w:p>
      <w:pPr>
        <w:jc w:val="right"/>
      </w:pPr>
      <w:r>
        <w:t>اور یہ انڈیا ہی میں نہیں، ساری دنیا میں اللہ کے فضل سے لوگ یعنی ایکٹیو ہو گئے ہیں اور یہ کام کر رہے ہیں۔ بہت زیادہ شکر کی بات ہے۔</w:t>
      </w:r>
    </w:p>
    <w:p>
      <w:r>
        <w:rPr>
          <w:b/>
        </w:rPr>
        <w:t xml:space="preserve">[54:33] </w:t>
      </w:r>
      <w:r>
        <w:t>Maulana, agla sawal Ilyas sahib ne kiya hai Chennai se. unhon ne likha hai: "Maulana, what is the reality of dream in Islam?</w:t>
      </w:r>
    </w:p>
    <w:p>
      <w:pPr>
        <w:jc w:val="right"/>
      </w:pPr>
      <w:r>
        <w:t>مولانا، اگلا سوال الیاس صاحب نے کیا ہے چنئی سے۔ انہوں نے لکھا ہے: "مولانا، واٹ از دا ریلیٹی آف ڈریم ان اسلام؟</w:t>
      </w:r>
    </w:p>
    <w:p>
      <w:r>
        <w:rPr>
          <w:b/>
        </w:rPr>
        <w:t xml:space="preserve">[54:46] </w:t>
      </w:r>
      <w:r>
        <w:t>is it right that the ta'beer of dream comes true?"</w:t>
      </w:r>
    </w:p>
    <w:p>
      <w:pPr>
        <w:jc w:val="right"/>
      </w:pPr>
      <w:r>
        <w:t>از اٹ رائٹ دیٹ دا تعبیر آف ڈریم کمز ٹرو؟"</w:t>
      </w:r>
    </w:p>
    <w:p>
      <w:r>
        <w:rPr>
          <w:b/>
        </w:rPr>
        <w:t xml:space="preserve">[54:51] </w:t>
      </w:r>
      <w:r>
        <w:t>dekhein, aap jo log sawal karte hain, un ko mein arz karunga ke sawal ka aap art of questioning janiye.</w:t>
      </w:r>
    </w:p>
    <w:p>
      <w:pPr>
        <w:jc w:val="right"/>
      </w:pPr>
      <w:r>
        <w:t>دیکھیں، آپ جو لوگ سوال کرتے ہیں، ان کو میں عرض کروں گا کہ سوال کا آپ آرٹ آف کوئسچننگ جانیے۔</w:t>
      </w:r>
    </w:p>
    <w:p>
      <w:r>
        <w:rPr>
          <w:b/>
        </w:rPr>
        <w:t xml:space="preserve">[55:03] </w:t>
      </w:r>
      <w:r>
        <w:t>art of questioning!</w:t>
      </w:r>
    </w:p>
    <w:p>
      <w:pPr>
        <w:jc w:val="right"/>
      </w:pPr>
      <w:r>
        <w:t>آرٹ آف کوئسچننگ!</w:t>
      </w:r>
    </w:p>
    <w:p>
      <w:r>
        <w:rPr>
          <w:b/>
        </w:rPr>
        <w:t xml:space="preserve">[55:07] </w:t>
      </w:r>
      <w:r>
        <w:t>dekhein, aadmi sawal ka tareeqa kya hai ke aadmi agar waqeatan janna chahta hai baaton ko to us ko us ke qist mein rehna chahiye, talash mein rehna chahiye.</w:t>
      </w:r>
    </w:p>
    <w:p>
      <w:pPr>
        <w:jc w:val="right"/>
      </w:pPr>
      <w:r>
        <w:t>دیکھیں، آدمی سوال کا طریقہ کیا ہے کہ آدمی اگر واقعتاً جاننا چاہتا ہے باتوں کو تو اس کو اس کے قشت میں رہنا چاہیے، تلاش میں رہنا چاہیے۔</w:t>
      </w:r>
    </w:p>
    <w:p>
      <w:r>
        <w:rPr>
          <w:b/>
        </w:rPr>
        <w:t xml:space="preserve">[55:20] </w:t>
      </w:r>
      <w:r>
        <w:t>agar aap talash mein hain to hamari kitabein padhein, hamare risale padhein. sawal o jawab ke tehat is ka jawab de chuke hain aap khwab ki ta'beer ke baray mein.</w:t>
      </w:r>
    </w:p>
    <w:p>
      <w:pPr>
        <w:jc w:val="right"/>
      </w:pPr>
      <w:r>
        <w:t>اگر آپ تلاش میں ہیں تو ہماری کتابیں پڑھیں، ہمارے رسالے پڑھیں۔ سوال و جواب کے تحت اس کا جواب دے چکے ہیں آپ خواب کی تعبیر کے بارے میں۔</w:t>
      </w:r>
    </w:p>
    <w:p>
      <w:r>
        <w:rPr>
          <w:b/>
        </w:rPr>
        <w:t xml:space="preserve">[55:30] </w:t>
      </w:r>
      <w:r>
        <w:t>to kuch aur sawal kijiye, wohi sawal jis ka jawab diya ja chuka hai, wohi sawal dohrane se kya faida hai? kuch aur sawal kijiye, kuch aur sawal kijiye.</w:t>
      </w:r>
    </w:p>
    <w:p>
      <w:pPr>
        <w:jc w:val="right"/>
      </w:pPr>
      <w:r>
        <w:t>تو کچھ اور سوال کیجئے، وہی سوال جس کا جواب دیا جا چکا ہے، وہی سوال دہرانے سے کیا فائدہ ہے؟ کچھ اور سوال کیجئے، کچھ اور سوال کیجئے۔</w:t>
      </w:r>
    </w:p>
    <w:p>
      <w:r>
        <w:rPr>
          <w:b/>
        </w:rPr>
        <w:t xml:space="preserve">[55:40] </w:t>
      </w:r>
      <w:r>
        <w:t>sawalat to billion ho sakte hain.</w:t>
      </w:r>
    </w:p>
    <w:p>
      <w:pPr>
        <w:jc w:val="right"/>
      </w:pPr>
      <w:r>
        <w:t>سوالات تو بلین ہو سکتے ہیں۔</w:t>
      </w:r>
    </w:p>
    <w:p>
      <w:r>
        <w:rPr>
          <w:b/>
        </w:rPr>
        <w:t xml:space="preserve">[55:44] </w:t>
      </w:r>
      <w:r>
        <w:t>to mein yeh arz karunga ke sawal karne walon ko chahiye ke pabandi se hamare lecture sunein, kitabein padhein, hamare magazine padhein aur phir sawal karein.</w:t>
      </w:r>
    </w:p>
    <w:p>
      <w:pPr>
        <w:jc w:val="right"/>
      </w:pPr>
      <w:r>
        <w:t>تو میں یہ عرض کروں گا کہ سوال کرنے والوں کو چاہیے کہ پابندی سے ہمارے لیکچر سنیں، کتابیں پڑھیں، ہمارے میگزین پڑھیں اور پھر سوال کریں۔</w:t>
      </w:r>
    </w:p>
    <w:p>
      <w:r>
        <w:rPr>
          <w:b/>
        </w:rPr>
        <w:t xml:space="preserve">[55:55] </w:t>
      </w:r>
      <w:r>
        <w:t>to woh woh creative sawalat honge, creative creative sawalat honge, un ka jawab se yaani humein bhi faida bhi hoga, aap ko bhi faida hoga.</w:t>
      </w:r>
    </w:p>
    <w:p>
      <w:pPr>
        <w:jc w:val="right"/>
      </w:pPr>
      <w:r>
        <w:t>تو وہ وہ کریٹیو سوالات ہوں گے، کریٹیو کریٹیو سوالات ہوں گے، ان کا جواب سے یعنی ہمیں بھی فائدہ بھی ہوگا، آپ کو بھی فائدہ ہوگا۔</w:t>
      </w:r>
    </w:p>
    <w:p>
      <w:r>
        <w:rPr>
          <w:b/>
        </w:rPr>
        <w:t xml:space="preserve">[56:07] </w:t>
      </w:r>
      <w:r>
        <w:t>pehlay is ka jawab mein de chuka hoon, Bukhari mein kitab al-Ri'ayah hai, khwab ka bayan hai is ke andar aur us ko le kar mein ne likha hai.</w:t>
      </w:r>
    </w:p>
    <w:p>
      <w:pPr>
        <w:jc w:val="right"/>
      </w:pPr>
      <w:r>
        <w:t>پہلے اس کا جواب میں دے چکا ہوں، بخاری میں کتاب الرعایہ ہے، خواب کا بیان ہے اس کے اندر اور اس کو لے کر میں نے لکھا ہے۔</w:t>
      </w:r>
    </w:p>
    <w:p>
      <w:r>
        <w:rPr>
          <w:b/>
        </w:rPr>
        <w:t xml:space="preserve">[56:20] </w:t>
      </w:r>
      <w:r>
        <w:t>us ko aap padh lijiyey, inshallah is mein aap ko jawab mil jayega. agar bil farz parhnay ke baad bhi jawab nahi mila to zaroor aap sawal kijiyega.</w:t>
      </w:r>
    </w:p>
    <w:p>
      <w:pPr>
        <w:jc w:val="right"/>
      </w:pPr>
      <w:r>
        <w:t>اس کو آپ پڑھ لیجئے، انشاءاللہ اس میں آپ کو جواب مل جائے گا۔ اگر بالفرض پڑھنے کے بعد بھی جواب نہیں ملے تو ضرور آپ سوال کیجئے گا۔</w:t>
      </w:r>
    </w:p>
    <w:p>
      <w:r>
        <w:rPr>
          <w:b/>
        </w:rPr>
        <w:t xml:space="preserve">[56:30] </w:t>
      </w:r>
      <w:r>
        <w:t>mera kehna yeh hai ke jin baaton ko is se pehlay likha ja chuka hai, us ko padhiye. is ke parhnay ke baad agar aap sawal karein ge to bohat hi acha sawal hoga, woh creative question hoga.</w:t>
      </w:r>
    </w:p>
    <w:p>
      <w:pPr>
        <w:jc w:val="right"/>
      </w:pPr>
      <w:r>
        <w:t>میرا کہنا یہ ہے کہ جن باتوں کو اس سے پہلے لکھا جا چکا ہے، اس کو پڑھیے۔ اس کے پڑھنے کے بعد اگر آپ سوال کریں گے تو بہت ہی اچھا سوال ہوگا، وہ کریٹیو کوئسچن ہوگا۔</w:t>
      </w:r>
    </w:p>
    <w:p>
      <w:r>
        <w:rPr>
          <w:b/>
        </w:rPr>
        <w:t xml:space="preserve">[56:45] </w:t>
      </w:r>
      <w:r>
        <w:t>to mein sawal karne walon se yeh darkhwast karunga ke ke art of questioning ke mutabiq sawal karein.</w:t>
      </w:r>
    </w:p>
    <w:p>
      <w:pPr>
        <w:jc w:val="right"/>
      </w:pPr>
      <w:r>
        <w:t>تو میں سوال کرنے والوں سے یہ درخواست کروں گا کہ کہ آرٹ آف کوئسچننگ کے مطابق سوال کریں۔</w:t>
      </w:r>
    </w:p>
    <w:p>
      <w:r>
        <w:rPr>
          <w:b/>
        </w:rPr>
        <w:t xml:space="preserve">[56:53] </w:t>
      </w:r>
      <w:r>
        <w:t>woh</w:t>
      </w:r>
    </w:p>
    <w:p>
      <w:pPr>
        <w:jc w:val="right"/>
      </w:pPr>
      <w:r>
        <w:t>وہ</w:t>
      </w:r>
    </w:p>
    <w:p>
      <w:r>
        <w:rPr>
          <w:b/>
        </w:rPr>
        <w:t xml:space="preserve">[57:00] </w:t>
      </w:r>
      <w:r>
        <w:t>Maulana, agla sawal Chennai se hai, Maulana Iqbal Umri ka. unhon ne likha hai: "Maulana, hadith mein aaya hai ke zamanay ko gaali mat do.</w:t>
      </w:r>
    </w:p>
    <w:p>
      <w:pPr>
        <w:jc w:val="right"/>
      </w:pPr>
      <w:r>
        <w:t>مولانا، اگلا سوال چنئی سے ہے، مولانا اقبال عمری کا۔ انہوں نے لکھا ہے: "مولانا، حدیث میں آیا ہے کہ زمانے کو گالی مت دو۔</w:t>
      </w:r>
    </w:p>
    <w:p>
      <w:r>
        <w:rPr>
          <w:b/>
        </w:rPr>
        <w:t xml:space="preserve">[57:14] </w:t>
      </w:r>
      <w:r>
        <w:t>mera sawal yeh hai ke kya is ka matlab hai ke negative ko positive mein badlo, na ke negative remark do?" is ke baray mein kuch batayein.</w:t>
      </w:r>
    </w:p>
    <w:p>
      <w:pPr>
        <w:jc w:val="right"/>
      </w:pPr>
      <w:r>
        <w:t>میرا سوال یہ ہے کہ کیا اس کا مطلب ہے کہ نیگیٹیو کو پوزیٹیو میں بدلو، نہ کہ نیگیٹیو ریمارک دو؟" اس کے بارے میں کچھ بتائیں۔</w:t>
      </w:r>
    </w:p>
    <w:p>
      <w:r>
        <w:rPr>
          <w:b/>
        </w:rPr>
        <w:t xml:space="preserve">[57:25] </w:t>
      </w:r>
      <w:r>
        <w:t>woh hadith hai ke "la tasubbu al-dahr</w:t>
      </w:r>
    </w:p>
    <w:p>
      <w:pPr>
        <w:jc w:val="right"/>
      </w:pPr>
      <w:r>
        <w:t>وہ حدیث ہے کہ "لا تسب در</w:t>
      </w:r>
    </w:p>
    <w:p>
      <w:r>
        <w:rPr>
          <w:b/>
        </w:rPr>
        <w:t xml:space="preserve">[57:28] </w:t>
      </w:r>
      <w:r>
        <w:t>" to yeh is se kuch logon ne is mein yeh bhi hai ke "anta al-dahr". to is se kuch logon ne wahy wajood ka maslak nikal liya, woh bilkul galat hai.</w:t>
      </w:r>
    </w:p>
    <w:p>
      <w:pPr>
        <w:jc w:val="right"/>
      </w:pPr>
      <w:r>
        <w:t>"۔ تو یہ اس سے کچھ لوگوں نے اس میں یہ بھی ہے کہ "انت در"۔ تو اس سے کچھ لوگوں نے وحی وجود کا مسلک نکال لیا، وہ بالکل غلط ہے۔</w:t>
      </w:r>
    </w:p>
    <w:p>
      <w:r>
        <w:rPr>
          <w:b/>
        </w:rPr>
        <w:t xml:space="preserve">[57:40] </w:t>
      </w:r>
      <w:r>
        <w:t>sach poochhen to is zamane mein jo musalman jo chala rahe hain, politics, woh woh woh hai bura hadith se ke doosron ke khilaaf shikayaten karna, doosron ke khilaaf protest karna, logon ko zalim bata kar hangama karna, un ke khilaaf</w:t>
      </w:r>
    </w:p>
    <w:p>
      <w:pPr>
        <w:jc w:val="right"/>
      </w:pPr>
      <w:r>
        <w:t>سچ پوچھیں تو اس زمانے میں جو مسلمان جو چلا رہے ہیں، پولیٹکس، وہ وہ وہ ہے برا حدیث سے کہ دوسروں کے خلاف شکایتیں کرنا، دوسروں کے خلاف پروٹیسٹ کرنا، لوگوں کو ظالم بتا کر ہنگامہ کرنا، ان کے خلاف</w:t>
      </w:r>
    </w:p>
    <w:p>
      <w:r>
        <w:rPr>
          <w:b/>
        </w:rPr>
        <w:t xml:space="preserve">[57:59] </w:t>
      </w:r>
      <w:r>
        <w:t>is ki is ki is ko mana kiya gaya hai. Yani politics of opposition, sari duniya mein musalman politics of opposition chala rahe hain.</w:t>
      </w:r>
    </w:p>
    <w:p>
      <w:pPr>
        <w:jc w:val="right"/>
      </w:pPr>
      <w:r>
        <w:t>اس کی اس کی اس کو منع کیا گیا ہے۔ یعنی پولیٹک اف اپوزیشن، ساری دنیا میں مسلمان پولیٹکس اف اپوزیشن چلا رہے ہیں۔</w:t>
      </w:r>
    </w:p>
    <w:p>
      <w:r>
        <w:rPr>
          <w:b/>
        </w:rPr>
        <w:t xml:space="preserve">[58:14] </w:t>
      </w:r>
      <w:r>
        <w:t>negative hangame opposition ki politics jahan bhi dekhen, chahe muslim mulk ho ya ghair muslim mulk ho, har jagah hangame hain.</w:t>
      </w:r>
    </w:p>
    <w:p>
      <w:pPr>
        <w:jc w:val="right"/>
      </w:pPr>
      <w:r>
        <w:t>نیگیٹیو ہنگامے اپوزیشن کی پولیٹکس جہاں بھی دیکھیں، چاہے مسلم ملک ہو یا غیر مسلم ملک ہو، ہر جگہ ہنگامے ہیں۔</w:t>
      </w:r>
    </w:p>
    <w:p>
      <w:r>
        <w:rPr>
          <w:b/>
        </w:rPr>
        <w:t xml:space="preserve">[58:23] </w:t>
      </w:r>
      <w:r>
        <w:t>to main samajhta hoon ke is se mana kiya gaya hai aur wahi is ka matlab hai ke tareekh mein positive item talash karo, waqeyat ke darmiyan positive ai</w:t>
      </w:r>
    </w:p>
    <w:p>
      <w:pPr>
        <w:jc w:val="right"/>
      </w:pPr>
      <w:r>
        <w:t>تو میں سمجھتا ہوں کہ اس سے منع کیا گیا ہے اور وہی اس کا مطلب ہے کہ تاریخ میں پازیٹیو آئٹم تلاش کرو، واقعات کے درمیان پازیٹیو آئ</w:t>
      </w:r>
    </w:p>
    <w:p>
      <w:r>
        <w:rPr>
          <w:b/>
        </w:rPr>
        <w:t xml:space="preserve">[58:37] </w:t>
      </w:r>
      <w:r>
        <w:t>tem talash karo. Kyun ke agar negativity mein phanse rahoge to to negativity khatam hone wali nahin hai. Kyun ke aap achhi tarah samajh lena chahiye logon ko ke jo yani nakhushgawar waqeyat ho rahe hain, jis ko aap zulm kehte hain, woh insan woh kisi zalim ke navy se nahin hai.</w:t>
      </w:r>
    </w:p>
    <w:p>
      <w:pPr>
        <w:jc w:val="right"/>
      </w:pPr>
      <w:r>
        <w:t>ٹم تلاش کرو۔ کیونکہ اگر نیگیٹیوٹی میں پھنسے رہو گے تو تو نیگیٹیوٹی ختم ہونے والی نہیں ہے۔ کیونکہ آپ اچھی طرح سمجھ لینا چاہیے لوگوں کو کہ جو یعنی ناخوشگوار واقعات ہو رہے ہیں، جس کو آپ ظلم کہتے ہیں، وہ انسان وہ کسی ظالم کے نیوی سے نہیں ہے۔</w:t>
      </w:r>
    </w:p>
    <w:p>
      <w:r>
        <w:rPr>
          <w:b/>
        </w:rPr>
        <w:t xml:space="preserve">[58:58] </w:t>
      </w:r>
      <w:r>
        <w:t>is liye hai ke Allah ke kesh plan ke mutabiq insan ko azadi azadi di gayi. Azadi ko misuse karta hai, woh misuse kar ke woh paighambar ko qatl karta hai, woh khalifa ko qatl karta hai,</w:t>
      </w:r>
    </w:p>
    <w:p>
      <w:pPr>
        <w:jc w:val="right"/>
      </w:pPr>
      <w:r>
        <w:t>اس لیے ہے کہ اللہ کے کیشن پلان کے مطابق انسان کو آزادی آزادی دی گئی۔ آزادی کو مس یوز کرتا ہے، وہ مس یوز کر کے وہ پیغمبر کو قتل کرتا ہے، وہ خلیفہ کو قتل کرتا ہے،</w:t>
      </w:r>
    </w:p>
    <w:p>
      <w:r>
        <w:rPr>
          <w:b/>
        </w:rPr>
        <w:t xml:space="preserve">[59:13] </w:t>
      </w:r>
      <w:r>
        <w:t>woh jangain chhedta hai. To jab tak insan ki azadi na chheen li jaye, tab tak yeh sab baqi rahega.</w:t>
      </w:r>
    </w:p>
    <w:p>
      <w:pPr>
        <w:jc w:val="right"/>
      </w:pPr>
      <w:r>
        <w:t>وہ جنگیں چھیڑتا ہے۔ تو جب تک انسان کی آزادی نہ چھین لی جائے، تب تک یہ سب باقی رہے گا۔</w:t>
      </w:r>
    </w:p>
    <w:p>
      <w:r>
        <w:rPr>
          <w:b/>
        </w:rPr>
        <w:t xml:space="preserve">[59:20] </w:t>
      </w:r>
      <w:r>
        <w:t>to chheen ki azadi chheegi sirf qayamat mein. To yeh waqt yeh west of time hai. Mere khayal se aisi aisi sahafat, aisi leadership, aisi tehrikein, yeh sab time ka west karna hai.</w:t>
      </w:r>
    </w:p>
    <w:p>
      <w:pPr>
        <w:jc w:val="right"/>
      </w:pPr>
      <w:r>
        <w:t>تو چھین کی آزادی چھینے گی صرف قیامت میں۔ تو یہ وقت یہ ویسٹ آف ٹائم ہے۔ میرے خیال سے ایسی ایسی صحافت، ایسی لیڈری، ایسی تحریکیں، یہ سب ٹائم کا ویسٹ کرنا ہے۔</w:t>
      </w:r>
    </w:p>
    <w:p>
      <w:r>
        <w:rPr>
          <w:b/>
        </w:rPr>
        <w:t xml:space="preserve">[59:36] </w:t>
      </w:r>
      <w:r>
        <w:t>logon ko yahi karna chahiye ke woh jin yani is duniya mein jo jannat ka item hai, us ko talash karen, us ko talash kar ke us se positive food len apne liye.</w:t>
      </w:r>
    </w:p>
    <w:p>
      <w:pPr>
        <w:jc w:val="right"/>
      </w:pPr>
      <w:r>
        <w:t>لوگوں کو یہی کرنا چاہیے کہ وہ جن یعنی اس دنیا میں جو جنت کا آئٹم ہے، اس کو تلاش کریں، اس کو تلاش کر کے اس سے پازیٹیو فوڈ لیں اپنے لیے۔</w:t>
      </w:r>
    </w:p>
    <w:p>
      <w:r>
        <w:rPr>
          <w:b/>
        </w:rPr>
        <w:t xml:space="preserve">[59:48] </w:t>
      </w:r>
      <w:r>
        <w:t>yeh yahi karna hai har ek ko.</w:t>
      </w:r>
    </w:p>
    <w:p>
      <w:pPr>
        <w:jc w:val="right"/>
      </w:pPr>
      <w:r>
        <w:t>یہ یہی کرنا ہے ہر ایک کو۔</w:t>
      </w:r>
    </w:p>
    <w:p>
      <w:r>
        <w:rPr>
          <w:b/>
        </w:rPr>
        <w:t xml:space="preserve">[59:53] </w:t>
      </w:r>
      <w:r>
        <w:t>Maulana, agla sawal Jammu Kashmir se Junaid Hassan sahib ka hai. Unhon ne likha hai: "In Bukhari Book of Faith, it is mentioned that Prophet Muhammad had said: 'I will fight with people till they testify that God is one.'" Maulana, please elaborate and explain this hadith.</w:t>
      </w:r>
    </w:p>
    <w:p>
      <w:pPr>
        <w:jc w:val="right"/>
      </w:pPr>
      <w:r>
        <w:t>مولانا، اگلا سوال جموں کشمیر سے جونہ حسان صاحب کا ہے۔ انہوں نے لکھا ہے: "ان بخاری بک آف فیتھ، اٹ از مینشن دیٹ پرافٹ محمد ہیڈ سیڈ: 'آئی ویل فائٹ ود پیپل ٹل دے ٹیسٹفائی دیٹ گاڈ از ون۔'" مولانا، پلیز ایلیبریٹ اینڈ ایکسپلین دس حدیث۔</w:t>
      </w:r>
    </w:p>
    <w:p>
      <w:r>
        <w:rPr>
          <w:b/>
        </w:rPr>
        <w:t xml:space="preserve">[1:00:20] </w:t>
      </w:r>
      <w:r>
        <w:t>yeh hadith hai ke "umartun naas hatta yaqoolu Allah." To dekhen, yeh jo hadith hai, is ke mutaliq hum likh chuke hain kitab mein.</w:t>
      </w:r>
    </w:p>
    <w:p>
      <w:pPr>
        <w:jc w:val="right"/>
      </w:pPr>
      <w:r>
        <w:t>یہ حدیث ہے کہ "عمرت الناس حتیٰ یقول علی اللہ۔" تو دیکھیں، یہ جو حدیث ہے، اس کے متعلق ہم لکھ چکے ہیں کتاب میں۔</w:t>
      </w:r>
    </w:p>
    <w:p>
      <w:r>
        <w:rPr>
          <w:b/>
        </w:rPr>
        <w:t xml:space="preserve">[1:00:33] </w:t>
      </w:r>
      <w:r>
        <w:t>is ka matlab yeh koi aam hukum nahin hai ke lad lad kar ke aap logon ko kalma padhwaen. Yeh sirf yeh Rasool Allah ke zamane mein jo aap ke muasir the, contemporary, un ke bare mein yeh hai.</w:t>
      </w:r>
    </w:p>
    <w:p>
      <w:pPr>
        <w:jc w:val="right"/>
      </w:pPr>
      <w:r>
        <w:t>اس کا مطلب یہ کوئی عام حکم نہیں ہے کہ لڑ لڑ کر کے آپ لوگوں کو کلمہ پڑھوائیں۔ یہ صرف یہ رسول اللہ کے زمانے میں جو آپ کے معاصر تھے، کنٹیمپریری، ان کے بارے میں یہ ہے۔</w:t>
      </w:r>
    </w:p>
    <w:p>
      <w:r>
        <w:rPr>
          <w:b/>
        </w:rPr>
        <w:t xml:space="preserve">[1:00:49] </w:t>
      </w:r>
      <w:r>
        <w:t>ab aap ko sirf dawat dena hai, lad kar kalma nahin padhwana hai. To is ke bare mein main likh chuke hain, hum aap us ko padh lijie.</w:t>
      </w:r>
    </w:p>
    <w:p>
      <w:pPr>
        <w:jc w:val="right"/>
      </w:pPr>
      <w:r>
        <w:t>اب آپ کو صرف دعوت دینا ہے، لڑ کر کلمہ نہیں پڑھوانا ہے۔ تو اس کے بارے میں میں لکھ چکے ہیں، ہم آپ اس کو پڑھ لیجئے۔</w:t>
      </w:r>
    </w:p>
    <w:p>
      <w:r>
        <w:rPr>
          <w:b/>
        </w:rPr>
        <w:t xml:space="preserve">[1:01:00] </w:t>
      </w:r>
      <w:r>
        <w:t>lekin is ka khulasa yahi hai ke is hadith mein jis cheez ka zikr hai, woh Rasool Allah ke contemporary ke bare mein hai jin par aap ne barah-e-rast dawat di thi, jis ko hum Banu Ismail kehte hain.</w:t>
      </w:r>
    </w:p>
    <w:p>
      <w:pPr>
        <w:jc w:val="right"/>
      </w:pPr>
      <w:r>
        <w:t>لیکن اس کا خلاصہ یہی ہے کہ اس حدیث میں جس چیز کا ذکر ہے، وہ رسول اللہ کے کنٹیمپریری کے بارے میں ہے جن پر آپ نے براہ راست دعوت دی تھی، جس کو ہم بنو اسماعیل کہتے ہیں۔</w:t>
      </w:r>
    </w:p>
    <w:p>
      <w:r>
        <w:rPr>
          <w:b/>
        </w:rPr>
        <w:t xml:space="preserve">[1:01:13] </w:t>
      </w:r>
      <w:r>
        <w:t>waqti taur par yeh</w:t>
      </w:r>
    </w:p>
    <w:p>
      <w:pPr>
        <w:jc w:val="right"/>
      </w:pPr>
      <w:r>
        <w:t>وقتی طور پر یہ</w:t>
      </w:r>
    </w:p>
    <w:p>
      <w:r>
        <w:rPr>
          <w:b/>
        </w:rPr>
        <w:t xml:space="preserve">[1:01:15] </w:t>
      </w:r>
      <w:r>
        <w:t>to ab jo hai, us ko aap general application nahin kar sakte ke aaj kahein ke hum logon ko maar mar ke kalma padhwaenge. Yeh bilkul hi sarkashi hogi, Islam nahin hoga.</w:t>
      </w:r>
    </w:p>
    <w:p>
      <w:pPr>
        <w:jc w:val="right"/>
      </w:pPr>
      <w:r>
        <w:t>تو اب جو ہے، اس کو آپ جنرل ایپلیکیشن نہیں کر سکتے کہ آج کہیں کہ ہم لوگوں کو مار مار کے کلمہ پڑھوائیں گے۔ یہ بالکل ہی سرکشی ہوگی، اسلام نہیں ہوگا۔</w:t>
      </w:r>
    </w:p>
    <w:p>
      <w:r>
        <w:rPr>
          <w:b/>
        </w:rPr>
        <w:t xml:space="preserve">[1:01:25] </w:t>
      </w:r>
      <w:r>
        <w:t>yeh tafseel janna chahen to yeh mere is ke bare mein main ne likh chuka hoon is se pehle.</w:t>
      </w:r>
    </w:p>
    <w:p>
      <w:pPr>
        <w:jc w:val="right"/>
      </w:pPr>
      <w:r>
        <w:t>یہ تفصیل جاننا چاہیں تو یہ میرے اس کے بارے میں میں نے لکھ چکا ہوں اس سے پہلے۔</w:t>
      </w:r>
    </w:p>
    <w:p>
      <w:r>
        <w:rPr>
          <w:b/>
        </w:rPr>
        <w:t xml:space="preserve">[1:01:36] </w:t>
      </w:r>
      <w:r>
        <w:t>Maulana, agla sawal Hyderabad se hai, Saifullah sahib ka.</w:t>
      </w:r>
    </w:p>
    <w:p>
      <w:pPr>
        <w:jc w:val="right"/>
      </w:pPr>
      <w:r>
        <w:t>مولانا، اگلا سوال حیدرآباد سے ہے، سائف اللہ صاحب کا۔</w:t>
      </w:r>
    </w:p>
    <w:p>
      <w:r>
        <w:rPr>
          <w:b/>
        </w:rPr>
        <w:t xml:space="preserve">[1:01:40] </w:t>
      </w:r>
      <w:r>
        <w:t>Unhon ne likha hai: "Maulana, you said today that paradise culture is drawing reference from the negative situation and converting it into positive.</w:t>
      </w:r>
    </w:p>
    <w:p>
      <w:pPr>
        <w:jc w:val="right"/>
      </w:pPr>
      <w:r>
        <w:t>انہوں نے لکھا ہے: "مولانا، یو سیڈ ٹوڈے دیٹ پیراڈائز کلچر از ڈرائنگ ریفرنس فرام دا نیگیٹیو سچویشن اینڈ کنورٹنگ اٹ انٹو پازیٹیو۔</w:t>
      </w:r>
    </w:p>
    <w:p>
      <w:r>
        <w:rPr>
          <w:b/>
        </w:rPr>
        <w:t xml:space="preserve">[1:01:53] </w:t>
      </w:r>
      <w:r>
        <w:t>This is indeed very difficult. Please guide us how we can implement it practically. Practically, is there any formula for the same?"</w:t>
      </w:r>
    </w:p>
    <w:p>
      <w:pPr>
        <w:jc w:val="right"/>
      </w:pPr>
      <w:r>
        <w:t>دس از انڈیڈ ویری ڈیفیکلٹ۔ پلیز گائیڈ اس ہاؤ وی کین امپلیمنٹ اٹ پریکٹیکلی۔ پریکٹیکلی، از دیر اینی فارمولا فار دا سیم؟"</w:t>
      </w:r>
    </w:p>
    <w:p>
      <w:r>
        <w:rPr>
          <w:b/>
        </w:rPr>
        <w:t xml:space="preserve">[1:02:07] </w:t>
      </w:r>
      <w:r>
        <w:t>dekhen, formula to sirf yahi hai ke aap kesh plan of God ko samjhen. Hota yeh hai ke log jo Quran mein hai: "Qul qul yaum awwalun shakirati warbukum alam biman huwa ad sabila." Aap shukr khodawandi is cheezon ko dekhiye, apni shukr shakir sifat dekhiye.</w:t>
      </w:r>
    </w:p>
    <w:p>
      <w:pPr>
        <w:jc w:val="right"/>
      </w:pPr>
      <w:r>
        <w:t>دیکھیں، فارمولا تو صرف یہی ہے کہ آپ کیشن پلان آف گاڈ کو سمجھیں۔ ہوتا یہ ہے کہ لوگ جو قرآن میں ہے: "کل کل یوم اولیٰ شاکرتی وربکم عالم بمن ہو ادا سبیلا۔" آپ شکل خداوندی اس چیزوں کو دیکھیے، اپنی شکل شاکر صفت دیکھیے۔</w:t>
      </w:r>
    </w:p>
    <w:p>
      <w:r>
        <w:rPr>
          <w:b/>
        </w:rPr>
        <w:t xml:space="preserve">[1:02:28] </w:t>
      </w:r>
      <w:r>
        <w:t>yeh ek hi hai hal aur koi hal nahin.</w:t>
      </w:r>
    </w:p>
    <w:p>
      <w:pPr>
        <w:jc w:val="right"/>
      </w:pPr>
      <w:r>
        <w:t>یہ ایک ہی ہے حل اور کوئی حل نہیں۔</w:t>
      </w:r>
    </w:p>
    <w:p>
      <w:r>
        <w:rPr>
          <w:b/>
        </w:rPr>
        <w:t xml:space="preserve">[1:02:32] </w:t>
      </w:r>
      <w:r>
        <w:t>aap log apne shukr dekhte hain, yani un ka shukr yeh hai ke duniya mein evil na ho, duniya mein justice injustice na ho, duniya mein fasad na ho.</w:t>
      </w:r>
    </w:p>
    <w:p>
      <w:pPr>
        <w:jc w:val="right"/>
      </w:pPr>
      <w:r>
        <w:t>آپ لوگ اپنے شاکر دیکھتے ہیں، یعنی ان کا شاکر یہ ہے کہ دنیا میں ایول نہ ہو، دنیا میں جسٹس ان جسٹس نہ ہو، دنیا میں فساد نہ ہو۔</w:t>
      </w:r>
    </w:p>
    <w:p>
      <w:r>
        <w:rPr>
          <w:b/>
        </w:rPr>
        <w:t xml:space="preserve">[1:02:41] </w:t>
      </w:r>
      <w:r>
        <w:t>yeh to hone wala hai, yeh to hoga kyun ke Allah taala ne duniya ko banaya hai competition ki duniya, challenge ki duniya, azadi ki duniya.</w:t>
      </w:r>
    </w:p>
    <w:p>
      <w:pPr>
        <w:jc w:val="right"/>
      </w:pPr>
      <w:r>
        <w:t>یہ تو ہونے والا ہے، یہ تو ہوگا کیونکہ اللہ تعالی نے دنیا کو بنایا ہے کمپیٹیشن کی دنیا، چیلنج کی دنیا، آزادی کی دنیا۔</w:t>
      </w:r>
    </w:p>
    <w:p>
      <w:r>
        <w:rPr>
          <w:b/>
        </w:rPr>
        <w:t xml:space="preserve">[1:02:50] </w:t>
      </w:r>
      <w:r>
        <w:t>to woh to hoga.</w:t>
      </w:r>
    </w:p>
    <w:p>
      <w:pPr>
        <w:jc w:val="right"/>
      </w:pPr>
      <w:r>
        <w:t>تو وہ تو ہوگا۔</w:t>
      </w:r>
    </w:p>
    <w:p>
      <w:r>
        <w:rPr>
          <w:b/>
        </w:rPr>
        <w:t xml:space="preserve">[1:02:52] </w:t>
      </w:r>
      <w:r>
        <w:t>to apne apne apne shakir ko badlie aur khuda ka jo shakir hai, us ke lehaz se cheezon ko judge kijiye ke dunya mein ko Allah taala ne banaya hai.</w:t>
      </w:r>
    </w:p>
    <w:p>
      <w:pPr>
        <w:jc w:val="right"/>
      </w:pPr>
      <w:r>
        <w:t>تو اپنے اپنے اپنے شاکر کو بدلیے اور خدا کا جو شاکر ہے، اس کے لحاظ سے چیزوں کو جج کیجئے کہ دنیا میں کو اللہ تعالی نے بنایا ہے۔</w:t>
      </w:r>
    </w:p>
    <w:p>
      <w:r>
        <w:rPr>
          <w:b/>
        </w:rPr>
        <w:t xml:space="preserve">[1:03:02] </w:t>
      </w:r>
      <w:r>
        <w:t>darulqabz quran mein hai. aap chahte hain qabar na ho, challenge na ho, koi aap ke khilaf koi harkat na kare, tab aap negativity khatam karenge.</w:t>
      </w:r>
    </w:p>
    <w:p>
      <w:pPr>
        <w:jc w:val="right"/>
      </w:pPr>
      <w:r>
        <w:t>دارالقبض قرآن میں ہے۔ آپ چاہتے ہیں قبر نہ ہو، چیلنج نہ ہو، کوئی آپ کے خلاف کوئی حرکت نہ کرے، تب آپ نیگیٹیوٹی ختم کریں گے۔</w:t>
      </w:r>
    </w:p>
    <w:p>
      <w:r>
        <w:rPr>
          <w:b/>
        </w:rPr>
        <w:t xml:space="preserve">[1:03:14] </w:t>
      </w:r>
      <w:r>
        <w:t>to yeh shart to kabhi poori nahi hogi.</w:t>
      </w:r>
    </w:p>
    <w:p>
      <w:pPr>
        <w:jc w:val="right"/>
      </w:pPr>
      <w:r>
        <w:t>تو یہ شرط تو کبھی پوری نہیں ہوگی۔</w:t>
      </w:r>
    </w:p>
    <w:p>
      <w:r>
        <w:rPr>
          <w:b/>
        </w:rPr>
        <w:t xml:space="preserve">[1:03:18] </w:t>
      </w:r>
      <w:r>
        <w:t>sara mein mein samajhta hoon ke sara sara mamla yahi hai ke log apne mindset se cheezon ko dekhte hain. aap ko chahiye ke khuda ke mindset se cheezon ko dekhen.</w:t>
      </w:r>
    </w:p>
    <w:p>
      <w:pPr>
        <w:jc w:val="right"/>
      </w:pPr>
      <w:r>
        <w:t>سارا میں میں سمجھتا ہوں کہ سارا سارا معاملہ یہی ہے کہ لوگ اپنے مائنڈ سیٹ سے چیزوں کو دیکھتے ہیں۔ آپ کو چاہیے کہ خدا کے مائنڈ سیٹ سے چیزوں کو دیکھیں۔</w:t>
      </w:r>
    </w:p>
    <w:p>
      <w:r>
        <w:rPr>
          <w:b/>
        </w:rPr>
        <w:t xml:space="preserve">[1:03:33] </w:t>
      </w:r>
      <w:r>
        <w:t>aap jaise chahte hain, waisa hone wala nahi hai. hoga wohi jo Allah ka ne muqarrar kiya hai, jo nizam apne qanoon ke mutabiq.</w:t>
      </w:r>
    </w:p>
    <w:p>
      <w:pPr>
        <w:jc w:val="right"/>
      </w:pPr>
      <w:r>
        <w:t>آپ جیسے چاہتے ہیں، ویسا ہونے والا نہیں ہے۔ ہوگا وہی جو اللہ کا نے مقرر کیا ہے، جو نظام اپنے قانون کے مطابق۔</w:t>
      </w:r>
    </w:p>
    <w:p>
      <w:r>
        <w:rPr>
          <w:b/>
        </w:rPr>
        <w:t xml:space="preserve">[1:03:42] </w:t>
      </w:r>
      <w:r>
        <w:t>to aap is ko adjust kijiye, is ko as a reality, is ko accept kijiye.</w:t>
      </w:r>
    </w:p>
    <w:p>
      <w:pPr>
        <w:jc w:val="right"/>
      </w:pPr>
      <w:r>
        <w:t>تو آپ اس کو ایڈجسٹ کیجئے، اس کو ایز اے ریلیٹی، اس کو ایکسیپٹ کیجئے۔</w:t>
      </w:r>
    </w:p>
    <w:p>
      <w:r>
        <w:rPr>
          <w:b/>
        </w:rPr>
        <w:t xml:space="preserve">[1:03:49] </w:t>
      </w:r>
      <w:r>
        <w:t>yani apne aap ko positive banane ka formula itna asan hai jaise misaal ke taur par dekhen, aap ke sath aap ke samne agar aag ka angara hai to aap kuch chhoenge nahi kyunke aap jante hain ke law of nature jo hai, yahan par involve hai.</w:t>
      </w:r>
    </w:p>
    <w:p>
      <w:pPr>
        <w:jc w:val="right"/>
      </w:pPr>
      <w:r>
        <w:t>یعنی اپنے آپ کو پازیٹیو بنانے کا فارمولا اتنا آسان ہے جیسے مثال کے طور پر دیکھیں، آپ کے ساتھ آپ کے سامنے اگر آگ کا انگارہ ہے تو آپ کچھ چھوئیں گے نہیں کیونکہ آپ جانتے ہیں کہ لاء آف نیچر جو ہے، یہاں پر انوالو ہے۔</w:t>
      </w:r>
    </w:p>
    <w:p>
      <w:r>
        <w:rPr>
          <w:b/>
        </w:rPr>
        <w:t xml:space="preserve">[1:04:07] </w:t>
      </w:r>
      <w:r>
        <w:t>law of nature ke mutabiq aag mujhe jala degi. to ab mein chhoona nahi hoon us ko. to law of nature ko accept ki</w:t>
      </w:r>
    </w:p>
    <w:p>
      <w:pPr>
        <w:jc w:val="right"/>
      </w:pPr>
      <w:r>
        <w:t>لاء آف نیچر کے مطابق آگ مجھے جلا دے گی۔ تو اب میں چھونا نہیں ہوں اس کو۔ تو لاء آف نیچر کو ایکسیپٹ کی</w:t>
      </w:r>
    </w:p>
    <w:p>
      <w:r>
        <w:rPr>
          <w:b/>
        </w:rPr>
        <w:t xml:space="preserve">[1:04:17] </w:t>
      </w:r>
      <w:r>
        <w:t>jiye, Allah ka jo naqsha hai, us ko accept kijiye. to bas us ke baad aap positive ho jayenge kyunke aap chahte hain ek woh cheez jo mumkin hi nahi hai.</w:t>
      </w:r>
    </w:p>
    <w:p>
      <w:pPr>
        <w:jc w:val="right"/>
      </w:pPr>
      <w:r>
        <w:t>جئے، اللہ کا جو نقشہ ہے، اس کو ایکسیپٹ کیجئے۔ تو بس اس کے بعد آپ پازیٹیو ہو جائیں گے کیونکہ آپ چاہتے ہیں ایک وہ چیز جو ممکن ہی نہیں ہے۔</w:t>
      </w:r>
    </w:p>
    <w:p>
      <w:r>
        <w:rPr>
          <w:b/>
        </w:rPr>
        <w:t xml:space="preserve">[1:04:27] </w:t>
      </w:r>
      <w:r>
        <w:t>yani jo cheez mumkin nahi hai ke dunya aap ke naqshe ke mutabiq ban jaye, to woh to ho nahi sakta hai. is liye aap negative ho jate hain.</w:t>
      </w:r>
    </w:p>
    <w:p>
      <w:pPr>
        <w:jc w:val="right"/>
      </w:pPr>
      <w:r>
        <w:t>یعنی جو چیز ممکن نہیں ہے کہ دنیا آپ کے نقشے کے مطابق بن جائے، تو وہ تو ہو نہیں سکتا ہے۔ اس لیے آپ نیگیٹیو ہو جاتے ہیں۔</w:t>
      </w:r>
    </w:p>
    <w:p>
      <w:r>
        <w:rPr>
          <w:b/>
        </w:rPr>
        <w:t xml:space="preserve">[1:04:36] </w:t>
      </w:r>
      <w:r>
        <w:t>impossible ko aap apna target banaiye. impossible ko target banaiye. jo</w:t>
      </w:r>
    </w:p>
    <w:p>
      <w:pPr>
        <w:jc w:val="right"/>
      </w:pPr>
      <w:r>
        <w:t>امپاسیبل کو آپ اپنا ٹارگٹ بنائیے۔ امپاسیبل کو ٹارگٹ بنائیے۔ جو</w:t>
      </w:r>
    </w:p>
    <w:p>
      <w:r>
        <w:rPr>
          <w:b/>
        </w:rPr>
        <w:t xml:space="preserve">[1:04:44] </w:t>
      </w:r>
      <w:r>
        <w:t>possible hai, us ko target banaiye. ek hi jumla mein kahunga ke "you have to accept the reality." bas us ke baad achaanak aap positive ho jayenge.</w:t>
      </w:r>
    </w:p>
    <w:p>
      <w:pPr>
        <w:jc w:val="right"/>
      </w:pPr>
      <w:r>
        <w:t>پاسیبل ہے، اس کو ٹارگٹ بنائیے۔ ایک ہی جملہ میں کہوں گا کہ "یو ہیو ٹو ایکسیپٹ دا ریلیٹی۔" بس اس کے بعد اچانک آپ پازیٹیو ہو جائیں گے۔</w:t>
      </w:r>
    </w:p>
    <w:p>
      <w:r>
        <w:rPr>
          <w:b/>
        </w:rPr>
        <w:t xml:space="preserve">[1:05:03] </w:t>
      </w:r>
      <w:r>
        <w:t>maulana, agla sawal lene se pehle ek comment parhna chahenge jo roorkee se abhi sajid anwar sahab ne likha hai.</w:t>
      </w:r>
    </w:p>
    <w:p>
      <w:pPr>
        <w:jc w:val="right"/>
      </w:pPr>
      <w:r>
        <w:t>مولانا، اگلا سوال لینے سے پہلے ایک کمنٹ پڑھنا چاہیں گے جو روڑکی سے ابھی ساجد انور صاحب نے لکھا ہے۔</w:t>
      </w:r>
    </w:p>
    <w:p>
      <w:r>
        <w:rPr>
          <w:b/>
        </w:rPr>
        <w:t xml:space="preserve">[1:05:12] </w:t>
      </w:r>
      <w:r>
        <w:t>unhon ne bheja hai ke "today lecture was a great one. the examples of ant and honey bee to illustrate how we can discover divine items from among the heap of negative items were really eye openers.</w:t>
      </w:r>
    </w:p>
    <w:p>
      <w:pPr>
        <w:jc w:val="right"/>
      </w:pPr>
      <w:r>
        <w:t>انہوں نے بھیجا ہے کہ "ٹوڈے لیکچر واز ا گریٹ ون۔ دی ایگزیمپلز آف اینٹ اینڈ ہنی بی ٹو ایلسٹریٹ ہاؤ وی کین ڈسکور ڈیوائن آئٹمز فرام امنگ دا ہیپ آف نیگیٹیو آئٹمز وار ریلی آئی اوپنرز۔</w:t>
      </w:r>
    </w:p>
    <w:p>
      <w:r>
        <w:rPr>
          <w:b/>
        </w:rPr>
        <w:t xml:space="preserve">[1:05:30] </w:t>
      </w:r>
      <w:r>
        <w:t>maulana, jazak Allah for providing such guidance which converts negativity into positivity. i will follow your advice, inshallah."</w:t>
      </w:r>
    </w:p>
    <w:p>
      <w:pPr>
        <w:jc w:val="right"/>
      </w:pPr>
      <w:r>
        <w:t>مولانا، جزاک اللہ فار پرووائیڈنگ سچ گائیڈنس وچ کنورٹس نیگیٹیوٹی انٹو پازیٹیوٹی۔ آئی ویل فالو یور ایڈوائس، انشاءاللہ۔"</w:t>
      </w:r>
    </w:p>
    <w:p>
      <w:r>
        <w:rPr>
          <w:b/>
        </w:rPr>
        <w:t xml:space="preserve">[1:05:43] </w:t>
      </w:r>
      <w:r>
        <w:t>mahasha Allah, jazak Allah. maulana, agla sawal raichur se hai, zaheeruddin sahab ka. unhon ne likha hai: "maulana, today almost all muslim parties are talking about dawah work.</w:t>
      </w:r>
    </w:p>
    <w:p>
      <w:pPr>
        <w:jc w:val="right"/>
      </w:pPr>
      <w:r>
        <w:t>ماشاءاللہ، جزاک اللہ۔ مولانا، اگلا سوال رائچور سے ہے، ظہیرالدین صاحب کا۔ انہوں نے لکھا ہے: "مولانا، ٹوڈے الموسٹ آل مسلم پارٹیز آر ٹاکنگ اباؤٹ دعویٰ ورک۔</w:t>
      </w:r>
    </w:p>
    <w:p>
      <w:r>
        <w:rPr>
          <w:b/>
        </w:rPr>
        <w:t xml:space="preserve">[1:05:58] </w:t>
      </w:r>
      <w:r>
        <w:t>although these jamaat were established with different motives, but not with the aim of dawah work.</w:t>
      </w:r>
    </w:p>
    <w:p>
      <w:pPr>
        <w:jc w:val="right"/>
      </w:pPr>
      <w:r>
        <w:t>الدو دیز جماعت وار اسٹیبلش ود ڈفرنٹ موٹیوز، بٹ ناٹ ود دا ایم آف دعویٰ ورک۔</w:t>
      </w:r>
    </w:p>
    <w:p>
      <w:r>
        <w:rPr>
          <w:b/>
        </w:rPr>
        <w:t xml:space="preserve">[1:06:06] </w:t>
      </w:r>
      <w:r>
        <w:t>somehow they are trying to hijack the word dawah and trying to take credit for the work which was not their actual aim. and all this they are doing with without declaring that their past policies were wrong.</w:t>
      </w:r>
    </w:p>
    <w:p>
      <w:pPr>
        <w:jc w:val="right"/>
      </w:pPr>
      <w:r>
        <w:t>سم ہاؤ دے آر ٹرائنگ ٹو ہائی جیک دا ورڈ دعویٰ اینڈ ٹرائنگ ٹو ٹیک کریڈٹ فار دا ورک وچ واز ناٹ دیر ایکچول ایم۔ اینڈ آل دس دے آر ڈوئنگ ود وداؤٹ ڈیکلیئرنگ دیٹ دیر پاسٹ پالیسیز وار رونگ۔</w:t>
      </w:r>
    </w:p>
    <w:p>
      <w:r>
        <w:rPr>
          <w:b/>
        </w:rPr>
        <w:t xml:space="preserve">[1:06:21] </w:t>
      </w:r>
      <w:r>
        <w:t>maulana, what do you have to say about this?" bhai, yeh to Allah taala ka mamla hai. hum ko aap ko apni duty anjam dena hai.</w:t>
      </w:r>
    </w:p>
    <w:p>
      <w:pPr>
        <w:jc w:val="right"/>
      </w:pPr>
      <w:r>
        <w:t>مولانا، واٹ ڈو یو ہیو ٹو سے اباؤٹ دس؟" بھائی، یہ تو اللہ تعالی کا معاملہ ہے۔ ہم کو آپ کو اپنی ڈیوٹی انجام دینا ہے۔</w:t>
      </w:r>
    </w:p>
    <w:p>
      <w:r>
        <w:rPr>
          <w:b/>
        </w:rPr>
        <w:t xml:space="preserve">[1:06:35] </w:t>
      </w:r>
      <w:r>
        <w:t>yani hum doosron ke liye last alayhim bamisatar, hum doosron ke liye darogha nahi hain. jo duty humein nazar aaye, quran o sunnat ke mutabiq humein us ko anjam dena hai.</w:t>
      </w:r>
    </w:p>
    <w:p>
      <w:pPr>
        <w:jc w:val="right"/>
      </w:pPr>
      <w:r>
        <w:t>یعنی ہم دوسروں کے لیے لست علیہم بمسطر، ہم دوسروں کے لیے داروغہ نہیں ہیں۔ جو ڈیوٹی ہمیں نظر آئے، قرآن و سنت کے مطابق ہمیں اس کو انجام دینا ہے۔</w:t>
      </w:r>
    </w:p>
    <w:p>
      <w:r>
        <w:rPr>
          <w:b/>
        </w:rPr>
        <w:t xml:space="preserve">[1:06:51] </w:t>
      </w:r>
      <w:r>
        <w:t>dunya mein kabhi bhi aisa nahi ho sakta ke log bilkul aap ke nazariye ke mutabiq sahi se chalain. log dunya mein hamesha yeh</w:t>
      </w:r>
    </w:p>
    <w:p>
      <w:pPr>
        <w:jc w:val="right"/>
      </w:pPr>
      <w:r>
        <w:t>دنیا میں کبھی بھی ایسا نہیں ہو سکتا کہ لوگ بالکل آپ کے نظریے کے مطابق صحیح سے چلیں۔ لوگ دنیا میں ہمیشہ یہ</w:t>
      </w:r>
    </w:p>
    <w:p>
      <w:r>
        <w:rPr>
          <w:b/>
        </w:rPr>
        <w:t xml:space="preserve">[1:07:01] </w:t>
      </w:r>
      <w:r>
        <w:t>y sab karenge, pehle bhi kiya, aaj bhi karenge, kar rahe hain, aindah bhi karenge. to dunya ko aap badal nahi sakte. jo cheez aap ne batai aaj, woh pehle bhi thi, aaj aage bhi rahegi.</w:t>
      </w:r>
    </w:p>
    <w:p>
      <w:pPr>
        <w:jc w:val="right"/>
      </w:pPr>
      <w:r>
        <w:t>ی سب کریں گے، پہلے بھی کیا، آج بھی کریں گے، کر رہے ہیں، آئندہ بھی کریں گے۔ تو دنیا کو آپ بدل نہیں سکتے۔ جو چیز آپ نے بتائی آج، وہ پہلے بھی تھی، آج آگے بھی رہے گی۔</w:t>
      </w:r>
    </w:p>
    <w:p>
      <w:r>
        <w:rPr>
          <w:b/>
        </w:rPr>
        <w:t xml:space="preserve">[1:07:14] </w:t>
      </w:r>
      <w:r>
        <w:t>to bajaye is ke ke aap dunya ke liye, yani dunya ke liye is tarah se sochen, apne liye sochen ke mujhe Allah ne tofeeq di hai, sachai ka mujhe shaoor diya hai,</w:t>
      </w:r>
    </w:p>
    <w:p>
      <w:pPr>
        <w:jc w:val="right"/>
      </w:pPr>
      <w:r>
        <w:t>تو بجائے اس کے کہ آپ دنیا کے لیے، یعنی دنیا کے لیے اس طرح سے سوچیں، اپنے لیے سوچیے کہ مجھے اللہ نے توفیق دی ہے، سچائی کا مجھے شعور دیا ہے،</w:t>
      </w:r>
    </w:p>
    <w:p>
      <w:r>
        <w:rPr>
          <w:b/>
        </w:rPr>
        <w:t xml:space="preserve">[1:07:28] </w:t>
      </w:r>
      <w:r>
        <w:t>to mujhe woh usi kaam ko karna hai.</w:t>
      </w:r>
    </w:p>
    <w:p>
      <w:pPr>
        <w:jc w:val="right"/>
      </w:pPr>
      <w:r>
        <w:t>تو مجھے وہ اسی کام کو کرنا ہے۔</w:t>
      </w:r>
    </w:p>
    <w:p>
      <w:r>
        <w:rPr>
          <w:b/>
        </w:rPr>
        <w:t xml:space="preserve">[1:07:31] </w:t>
      </w:r>
      <w:r>
        <w:t>to apni duty ko yaad kijiye, yani apne aap ko duty conscious banaiye, right conscious mat banaiye.</w:t>
      </w:r>
    </w:p>
    <w:p>
      <w:pPr>
        <w:jc w:val="right"/>
      </w:pPr>
      <w:r>
        <w:t>تو اپنی ڈیوٹی کو یاد کیجئے، یعنی اپنے آپ کو ڈیوٹی کانشیس بنائیے، رائٹ کانشیس مت بنائیے۔</w:t>
      </w:r>
    </w:p>
    <w:p>
      <w:r>
        <w:rPr>
          <w:b/>
        </w:rPr>
        <w:t xml:space="preserve">[1:07:42] </w:t>
      </w:r>
      <w:r>
        <w:t>yeh masle ka hal hai aur isi mein hamari nijat hai.</w:t>
      </w:r>
    </w:p>
    <w:p>
      <w:pPr>
        <w:jc w:val="right"/>
      </w:pPr>
      <w:r>
        <w:t>یہ مسئلے کا حل ہے اور اسی میں ہماری نجات ہے۔</w:t>
      </w:r>
    </w:p>
    <w:p>
      <w:r>
        <w:rPr>
          <w:b/>
        </w:rPr>
        <w:t xml:space="preserve">[1:07:49] </w:t>
      </w:r>
      <w:r>
        <w:t>Maulana, ek comment padhna chahenge agle sawal se pehle. Yeh comment bheja hai Maulana Abdul Basit Umri ne, Doha, Qatar se</w:t>
      </w:r>
    </w:p>
    <w:p>
      <w:pPr>
        <w:jc w:val="right"/>
      </w:pPr>
      <w:r>
        <w:t>مولانا، ایک کمنٹ پڑھنا چاہیں گے اگلے سوال سے پہلے۔ یہ کمنٹ بھیجا ہے مولانا عبدالباسط عمری نے، دوحہ، قطر سے</w:t>
      </w:r>
    </w:p>
    <w:p>
      <w:r>
        <w:rPr>
          <w:b/>
        </w:rPr>
        <w:t xml:space="preserve">[1:07:58] </w:t>
      </w:r>
      <w:r>
        <w:t>Unhone likha hai: "Maulana, aaj aap ki taqreer se distraction ka masla samajh mein aaya. Marifat ke safar ko jari rakhne ke liye negative ko positive mein convert karna nahi aaya, to phir marifat ka safar bhi hath se gaya.</w:t>
      </w:r>
    </w:p>
    <w:p>
      <w:pPr>
        <w:jc w:val="right"/>
      </w:pPr>
      <w:r>
        <w:t>۔ انہوں نے لکھا ہے: "مولانا، آج آپ کی تقریر سے ڈسٹریکشن کا مسئلہ سمجھ میں آیا۔ معرفت کے سفر کو جاری رکھنے کے لیے نیگیٹیو کو پازیٹیو میں کنورٹ کرنا نہیں آیا، تو پھر معرفت کا سفر بھی ہاتھ سے گیا۔</w:t>
      </w:r>
    </w:p>
    <w:p>
      <w:r>
        <w:rPr>
          <w:b/>
        </w:rPr>
        <w:t xml:space="preserve">[1:08:17] </w:t>
      </w:r>
      <w:r>
        <w:t>Maulana, Allah aap ko lambi umar aur sehat de. Aap itni zabardast baatein batate hain, aisi baatein aap ke ilawa kahin bhi nahi milti</w:t>
      </w:r>
    </w:p>
    <w:p>
      <w:pPr>
        <w:jc w:val="right"/>
      </w:pPr>
      <w:r>
        <w:t>مولانا، اللہ آپ کو لمبی عمر اور صحت دے۔ آپ اتنی زبردست باتیں بتاتے ہیں، ایسی باتیں آپ کے علاوہ کہیں بھی نہیں ملتی</w:t>
      </w:r>
    </w:p>
    <w:p>
      <w:r>
        <w:rPr>
          <w:b/>
        </w:rPr>
        <w:t xml:space="preserve">[1:08:27] </w:t>
      </w:r>
      <w:r>
        <w:t>Allah hamein zyada se zyada aap se istifada ka mauqa de." Maulana, agla sawal lete hain jo Delhi se kiya hai Maulana Zikwan Nadvi ne.</w:t>
      </w:r>
    </w:p>
    <w:p>
      <w:pPr>
        <w:jc w:val="right"/>
      </w:pPr>
      <w:r>
        <w:t>۔ اللہ ہمیں زیادہ سے زیادہ آپ سے استفادہ کا موقع دے۔" مولانا، اگلا سوال لیتے ہیں جو دلی سے کیا ہے مولانا زکوان ندوی نے۔</w:t>
      </w:r>
    </w:p>
    <w:p>
      <w:r>
        <w:rPr>
          <w:b/>
        </w:rPr>
        <w:t xml:space="preserve">[1:08:38] </w:t>
      </w:r>
      <w:r>
        <w:t>Unhone likha hai: "Tarbiat ke liye sohbat ki be had ahmiyat hai, yani ek aalim ke paas reh kar us se direct training lein.</w:t>
      </w:r>
    </w:p>
    <w:p>
      <w:pPr>
        <w:jc w:val="right"/>
      </w:pPr>
      <w:r>
        <w:t>انہوں نے لکھا ہے: "تربیت کے لیے صحبت کی بے حد اہمیت ہے، یعنی ایک عالم کے پاس رہ کر اس سے ڈائریکٹ ٹریننگ لینا۔</w:t>
      </w:r>
    </w:p>
    <w:p>
      <w:r>
        <w:rPr>
          <w:b/>
        </w:rPr>
        <w:t xml:space="preserve">[1:08:51] </w:t>
      </w:r>
      <w:r>
        <w:t>Maujooda zamane mein sohbat ke is institution ko practically kis tarah zinda kiya jaye, us ke bare mein bataein."</w:t>
      </w:r>
    </w:p>
    <w:p>
      <w:pPr>
        <w:jc w:val="right"/>
      </w:pPr>
      <w:r>
        <w:t>موجودہ زمانے میں صحبت کے اس انسٹیٹیوشن کو پریکٹیکلی کس طرح زندہ کیا جائے، اس کے بارے میں بتائیں۔"</w:t>
      </w:r>
    </w:p>
    <w:p>
      <w:r>
        <w:rPr>
          <w:b/>
        </w:rPr>
        <w:t xml:space="preserve">[1:09:03] </w:t>
      </w:r>
      <w:r>
        <w:t>Dekhein, is par yahan tak ke meri rai hai, woh yeh hai ke</w:t>
      </w:r>
    </w:p>
    <w:p>
      <w:pPr>
        <w:jc w:val="right"/>
      </w:pPr>
      <w:r>
        <w:t>دیکھیں، اس پر یہاں تک کہ میری رائے ہے، وہ یہ ہے کہ</w:t>
      </w:r>
    </w:p>
    <w:p>
      <w:r>
        <w:rPr>
          <w:b/>
        </w:rPr>
        <w:t xml:space="preserve">[1:09:12] </w:t>
      </w:r>
      <w:r>
        <w:t>har aadmi ko khud sochna hai.</w:t>
      </w:r>
    </w:p>
    <w:p>
      <w:pPr>
        <w:jc w:val="right"/>
      </w:pPr>
      <w:r>
        <w:t>ہر آدمی کو خود سوچنا ہے۔</w:t>
      </w:r>
    </w:p>
    <w:p>
      <w:r>
        <w:rPr>
          <w:b/>
        </w:rPr>
        <w:t xml:space="preserve">[1:09:17] </w:t>
      </w:r>
      <w:r>
        <w:t>Hum yeh nahi keh sakte ke koi institution banayein, kisi insan ke bare mein declare karein ke dekho, yeh hai sohbat wala, wahan par ja ke sohbat lo.</w:t>
      </w:r>
    </w:p>
    <w:p>
      <w:pPr>
        <w:jc w:val="right"/>
      </w:pPr>
      <w:r>
        <w:t>ہم یہ نہیں کہہ سکتے کہ کوئی انسٹیٹیوشن بنائیں، کسی انسان کے بارے میں ڈیکلیئر کریں کہ دیکھو، یہ ہے صحبت والا، وہاں پر جا کے صحبت لو۔</w:t>
      </w:r>
    </w:p>
    <w:p>
      <w:r>
        <w:rPr>
          <w:b/>
        </w:rPr>
        <w:t xml:space="preserve">[1:09:27] </w:t>
      </w:r>
      <w:r>
        <w:t>Main samajhta hoon ke har aadmi ki apni duty hai ke woh is paas jin ko janta hai, un ko parhe, un ko samjhe, aur jis par uska dil mutmaeen ho, us ki sohbat ikhtiyar kare.</w:t>
      </w:r>
    </w:p>
    <w:p>
      <w:pPr>
        <w:jc w:val="right"/>
      </w:pPr>
      <w:r>
        <w:t>میں سمجھتا ہوں کہ ہر آدمی کی اپنی ڈیوٹی ہے کہ وہ اس پاس جن کو جانتا ہے، ان کو پڑھے، ان کو سمجھے، اور جس پر اس کا دل مطمئن ہو، اس کی صحبت اختیار کرے۔</w:t>
      </w:r>
    </w:p>
    <w:p>
      <w:r>
        <w:rPr>
          <w:b/>
        </w:rPr>
        <w:t xml:space="preserve">[1:09:42] </w:t>
      </w:r>
      <w:r>
        <w:t>Yahan main yeh arz karunga ke</w:t>
      </w:r>
    </w:p>
    <w:p>
      <w:pPr>
        <w:jc w:val="right"/>
      </w:pPr>
      <w:r>
        <w:t>یہاں میں یہ عرض کروں گا کہ</w:t>
      </w:r>
    </w:p>
    <w:p>
      <w:r>
        <w:rPr>
          <w:b/>
        </w:rPr>
        <w:t xml:space="preserve">[1:09:48] </w:t>
      </w:r>
      <w:r>
        <w:t>yeh duniya ka nizam is tarah se hai ke har aadmi sachai ko poori tarah discover nahi kar pata. To kisi ko Allah tofeeq deta hai ke woh sachai ko poori tarah discover kare, to doosron ko chahiye ke us ko us ka us se faida uthaein.</w:t>
      </w:r>
    </w:p>
    <w:p>
      <w:pPr>
        <w:jc w:val="right"/>
      </w:pPr>
      <w:r>
        <w:t>یہ دنیا کا نظام اس طرح سے ہے کہ ہر آدمی سچائی کو پوری طرح ڈسکور نہیں کر پاتا۔ تو کسی کو اللہ توفیق دیتا ہے کہ وہ سچائی کو پوری طرح ڈسکور کرے، تو دوسروں کو چاہیے کہ اس کو اس کا اس سے فائدہ اٹھائیں۔</w:t>
      </w:r>
    </w:p>
    <w:p>
      <w:r>
        <w:rPr>
          <w:b/>
        </w:rPr>
        <w:t xml:space="preserve">[1:10:08] </w:t>
      </w:r>
      <w:r>
        <w:t>Har aadmi chahe ke woh, yani aala darja marifat ko hasil kar le, to yeh amalan possible nahi hai. Haan, jis ko woh paayein ke us ko aala darja marifat mila hai, to us ko maanein, us ko us ki sohbat ikhtiyar karein, us ko follow karein.</w:t>
      </w:r>
    </w:p>
    <w:p>
      <w:pPr>
        <w:jc w:val="right"/>
      </w:pPr>
      <w:r>
        <w:t>ہر آدمی چاہے کہ وہ، یعنی اعلیٰ درجہ معرفت کو حاصل کر لے، تو یہ عملاً پاسیبل نہیں ہے۔ ہاں، جس کو وہ پائیں کہ اس کو اعلیٰ درجہ معرفت ملا ہے، تو اس کو مانیں، اس کو اس کی صحبت اختیار کریں، اس کو فالو کریں۔</w:t>
      </w:r>
    </w:p>
    <w:p>
      <w:r>
        <w:rPr>
          <w:b/>
        </w:rPr>
        <w:t xml:space="preserve">[1:10:27] </w:t>
      </w:r>
      <w:r>
        <w:t>Yeh hai, yani beshtar logon ko follow hi karna hai. Liyattakhiz ba'dhukum liba'sin sakhriyah. Quran mein bhi bataya gaya formula</w:t>
      </w:r>
    </w:p>
    <w:p>
      <w:pPr>
        <w:jc w:val="right"/>
      </w:pPr>
      <w:r>
        <w:t>یہ ہے، یعنی بیشتر لوگوں کو فالو ہی کرنا ہے۔ لیتخذ بعضکم لباس سخریہ۔ قرآن میں بھی بتایا گیا فارمولا</w:t>
      </w:r>
    </w:p>
    <w:p>
      <w:r>
        <w:rPr>
          <w:b/>
        </w:rPr>
        <w:t xml:space="preserve">[1:10:36] </w:t>
      </w:r>
      <w:r>
        <w:t>ke beshtar logon ko Allah taala ne is tarah paida kiya ke unhone follow hi karna hai. Har aadmi koi leader nahi banna hai, lekin main yahi kahunga ke har aadmi ko khud discover karna hai ke woh kis ko follow kare, kis ki sohbat ikhtiyar kare, kis par aitmad kare, kis par bharosa kare.</w:t>
      </w:r>
    </w:p>
    <w:p>
      <w:pPr>
        <w:jc w:val="right"/>
      </w:pPr>
      <w:r>
        <w:t>کہ بیشتر لوگوں کو اللہ تعالی نے اس طرح پیدا کیا کہ انہوں نے فالو ہی کرنا ہے۔ ہر آدمی کوئی لیڈر نہیں بننا ہے، لیکن میں یہی کہوں گا کہ ہر آدمی کو خود ڈسکور کرنا ہے کہ وہ کس کو فالو کرے، کس کی صحبت اختیار کرے، کس پر اعتماد کرے، کس پر بھروسہ کرے۔</w:t>
      </w:r>
    </w:p>
    <w:p>
      <w:r>
        <w:rPr>
          <w:b/>
        </w:rPr>
        <w:t xml:space="preserve">[1:10:56] </w:t>
      </w:r>
      <w:r>
        <w:t>Hum declare nahi kar sakte ke Mr. So and so jo hai, un ko yeh darja hai, un un un ko tum maan lo.</w:t>
      </w:r>
    </w:p>
    <w:p>
      <w:pPr>
        <w:jc w:val="right"/>
      </w:pPr>
      <w:r>
        <w:t>ہم ڈیکل نہیں کر سکتے کہ مسٹر سو اینڈ سو جو ہے، ان کو یہ درجہ ہے، ان ان ان کو تم مان لو۔</w:t>
      </w:r>
    </w:p>
    <w:p>
      <w:r>
        <w:rPr>
          <w:b/>
        </w:rPr>
        <w:t xml:space="preserve">[1:11:06] </w:t>
      </w:r>
      <w:r>
        <w:t>Hum yeh nahi kar sakte. Aadmi ko khud discover karna hai, khud discover karna hai. Jab agar aadmi khud discover karega, tabhi us ko yaqeen bhi hoga ke khud discover nahi karega.</w:t>
      </w:r>
    </w:p>
    <w:p>
      <w:pPr>
        <w:jc w:val="right"/>
      </w:pPr>
      <w:r>
        <w:t>ہم یہ نہیں کر سکتے۔ آدمی کو خود ڈسکور کرنا ہے، خود ڈسکور کرنا ہے۔ جب اگر آدمی خود ڈسکور کرے گا، تبھی اس کو یقین بھی ہوگا کہ خود ڈسکور نہیں کرے گا۔</w:t>
      </w:r>
    </w:p>
    <w:p>
      <w:r>
        <w:rPr>
          <w:b/>
        </w:rPr>
        <w:t xml:space="preserve">[1:11:18] </w:t>
      </w:r>
      <w:r>
        <w:t>Bataein se, bataein se, woh kahan se yaqeen ho jayega us ko?</w:t>
      </w:r>
    </w:p>
    <w:p>
      <w:pPr>
        <w:jc w:val="right"/>
      </w:pPr>
      <w:r>
        <w:t>بتائیں سے، بتائیں سے، وہ کہاں سے یقین ہو جائے گا اس کو؟</w:t>
      </w:r>
    </w:p>
    <w:p>
      <w:r>
        <w:rPr>
          <w:b/>
        </w:rPr>
        <w:t xml:space="preserve">[1:11:22] </w:t>
      </w:r>
      <w:r>
        <w:t>To kuch logon ko agar yeh karna hai ke ke woh direct taur par sachai ko discover karein, to kuch logon ko yeh karna hai ke un logon ko pata karein jin ko sachai discover hui hai.</w:t>
      </w:r>
    </w:p>
    <w:p>
      <w:pPr>
        <w:jc w:val="right"/>
      </w:pPr>
      <w:r>
        <w:t>تو کچھ لوگوں کو اگر یہ کرنا ہے کہ کہ وہ ڈائریکٹ طور پر سچائی کو ڈسکور کریں، تو کچھ لوگوں کو یہ کرنا ہے کہ ان لوگوں کو پتہ کریں جن کو سچائی ڈسکور ہوئی ہے۔</w:t>
      </w:r>
    </w:p>
    <w:p>
      <w:r>
        <w:rPr>
          <w:b/>
        </w:rPr>
        <w:t xml:space="preserve">[1:11:35] </w:t>
      </w:r>
      <w:r>
        <w:t>Dono ko discover karna hai, yani ek ko agar direct taur par sachai ko discover karna hai, to doosre logon ka farz hai ke woh un un ko pata karein jin ko sachai discover ki discovery hui hai taake woh follow kar sakein.</w:t>
      </w:r>
    </w:p>
    <w:p>
      <w:pPr>
        <w:jc w:val="right"/>
      </w:pPr>
      <w:r>
        <w:t>دونوں کو ڈسکور کرنا ہے، یعنی ایک کو اگر ڈائریکٹ طور پر سچائی کو ڈسکور کرنا ہے، تو دوسرے لوگوں کا فرض ہے کہ وہ ان ان کو پتہ کریں جن کو سچائی ڈسکور کی ڈسکوری ہوئی ہے تاکہ وہ فالو کر سکیں۔</w:t>
      </w:r>
    </w:p>
    <w:p>
      <w:r>
        <w:rPr>
          <w:b/>
        </w:rPr>
        <w:t xml:space="preserve">[1:11:50] </w:t>
      </w:r>
      <w:r>
        <w:t>Un ko</w:t>
      </w:r>
    </w:p>
    <w:p>
      <w:pPr>
        <w:jc w:val="right"/>
      </w:pPr>
      <w:r>
        <w:t>ان کو</w:t>
      </w:r>
    </w:p>
    <w:p>
      <w:r>
        <w:rPr>
          <w:b/>
        </w:rPr>
        <w:t xml:space="preserve">[1:11:51] </w:t>
      </w:r>
      <w:r>
        <w:t>To har shakhs ka yeh zimmedari hai, har shakhs ka farz hai. Koi is mein koi aur shakhs mumkin nahi hai, kyunke aap kisi ko bataein to bataein se to yaqeen nahi aayega ke nahi.</w:t>
      </w:r>
    </w:p>
    <w:p>
      <w:pPr>
        <w:jc w:val="right"/>
      </w:pPr>
      <w:r>
        <w:t>تو ہر شخص کا یہ ذمہ داری ہے، ہر شخص کا فریضہ ہے۔ کوئی اس میں کوئی اور شخص ممکن نہیں ہے، کیونکہ آپ کسی کو بتائیں تو بتائیں سے تو یقین نہیں آئے گا کہ نہیں۔</w:t>
      </w:r>
    </w:p>
    <w:p>
      <w:r>
        <w:rPr>
          <w:b/>
        </w:rPr>
        <w:t xml:space="preserve">[1:12:02] </w:t>
      </w:r>
      <w:r>
        <w:t>Us ke andar jab woh jab khud woh daryaft karega, tabhi woh us ko ikhtiyar kar payega. Maulana, agla sawal Chennai se hai Khalil ur Rehman Sahab</w:t>
      </w:r>
    </w:p>
    <w:p>
      <w:pPr>
        <w:jc w:val="right"/>
      </w:pPr>
      <w:r>
        <w:t>اس کے اندر جب وہ جب خود وہ دریافت کرے گا، تبھی وہ اس کو اختیار کر پائے گا۔ مولانا، اگلا سوال چنئی سے ہے خلیل الرحمن صاحب</w:t>
      </w:r>
    </w:p>
    <w:p>
      <w:r>
        <w:rPr>
          <w:b/>
        </w:rPr>
        <w:t xml:space="preserve">[1:12:15] </w:t>
      </w:r>
      <w:r>
        <w:t>ka. unhon ne likha hai: "maulana, ek sahab ne kaha ke aaj kal ka issue hai ke abdul rashid aur abdul rahim jaise namon ko rashid aur rahim ke nam se bulaya ja sakta hai ya nahi?" hmm, ye to ye kuch sawal hai jo jo aise sawal karte hain unko ke kahin kahin ja ke taleem hasil karen.</w:t>
      </w:r>
    </w:p>
    <w:p>
      <w:pPr>
        <w:jc w:val="right"/>
      </w:pPr>
      <w:r>
        <w:t>کا۔ انہوں نے لکھا ہے: "مولانا، ایک صاحب نے کہا کہ آج کل کا ایشو ہے کہ عبدالرشید اور عبدالرحیم جیسے ناموں کو رشید اور رحیم کے نام سے بلایا جا سکتا ہے یا نہیں؟" ہمم، یہ تو یہ کچھ سوال ہے جو جو ایسے سوال کرتے ہیں ان کو کہ کہیں کہیں جا کے تعلیم حاصل کریں۔</w:t>
      </w:r>
    </w:p>
    <w:p>
      <w:r>
        <w:rPr>
          <w:b/>
        </w:rPr>
        <w:t xml:space="preserve">[1:12:39] </w:t>
      </w:r>
      <w:r>
        <w:t>mere khayal se aise log hain ji education nahi hoti. aise sawalat karte hain.</w:t>
      </w:r>
    </w:p>
    <w:p>
      <w:pPr>
        <w:jc w:val="right"/>
      </w:pPr>
      <w:r>
        <w:t>میرے خیال سے ایسے لوگ ہیں جی ایجوکیشن نہیں ہوتی۔ ایسے سوالات کرتے ہیں۔</w:t>
      </w:r>
    </w:p>
    <w:p>
      <w:r>
        <w:rPr>
          <w:b/>
        </w:rPr>
        <w:t xml:space="preserve">[1:12:45] </w:t>
      </w:r>
      <w:r>
        <w:t>koi sawal to hai nahi. maine dekha, mujhe kahin ja ke dakhila lo, kisi madarse mein raho, kisi college mein padho.</w:t>
      </w:r>
    </w:p>
    <w:p>
      <w:pPr>
        <w:jc w:val="right"/>
      </w:pPr>
      <w:r>
        <w:t>کوئی سوال تو ہے نہیں۔ میں نے دیکھا، مجھے کہیں جا کے داخلہ لو، کسی مدرسے میں رہیں، کسی کالج میں پڑھو۔</w:t>
      </w:r>
    </w:p>
    <w:p>
      <w:r>
        <w:rPr>
          <w:b/>
        </w:rPr>
        <w:t xml:space="preserve">[1:12:54] </w:t>
      </w:r>
      <w:r>
        <w:t>yani intellectually daaf person, yani ye idare intellectually daaf persons. ab kya unko jawab dein?</w:t>
      </w:r>
    </w:p>
    <w:p>
      <w:pPr>
        <w:jc w:val="right"/>
      </w:pPr>
      <w:r>
        <w:t>یعنی انٹلیکچولی ڈاف پرسن، یعنی یہ ادارے انٹلیکچولی ڈاف پرسنز۔ اب کیا ان کو جواب دیں؟</w:t>
      </w:r>
    </w:p>
    <w:p>
      <w:r>
        <w:rPr>
          <w:b/>
        </w:rPr>
        <w:t xml:space="preserve">[1:13:03] </w:t>
      </w:r>
      <w:r>
        <w:t>bhai, koi jawab hi mein to nahi samajhta ke mere mere paas kai sa koi jawab hai. woh ja ke dakhila len, padhen. kis tarah?</w:t>
      </w:r>
    </w:p>
    <w:p>
      <w:pPr>
        <w:jc w:val="right"/>
      </w:pPr>
      <w:r>
        <w:t>بھئی، کوئی جواب ہی میں تو نہیں سمجھتا کہ میرے میرے پاس کئی سا کوئی جواب ہے۔ وہ جا کے داخلہ لیں، پڑھیں۔ کس طرح؟</w:t>
      </w:r>
    </w:p>
    <w:p>
      <w:r>
        <w:rPr>
          <w:b/>
        </w:rPr>
        <w:t xml:space="preserve">[1:13:11] </w:t>
      </w:r>
      <w:r>
        <w:t>ji, ye koi sawal hai?</w:t>
      </w:r>
    </w:p>
    <w:p>
      <w:pPr>
        <w:jc w:val="right"/>
      </w:pPr>
      <w:r>
        <w:t>جی، یہ کوئی سوال ہے؟</w:t>
      </w:r>
    </w:p>
    <w:p>
      <w:r>
        <w:rPr>
          <w:b/>
        </w:rPr>
        <w:t xml:space="preserve">[1:13:13] </w:t>
      </w:r>
      <w:r>
        <w:t>is sawal ke koi koi is mein logic honi chahiye. nahi, is mein to koi logic hai nahi. is is sawal mein ji,</w:t>
      </w:r>
    </w:p>
    <w:p>
      <w:pPr>
        <w:jc w:val="right"/>
      </w:pPr>
      <w:r>
        <w:t>اس سوال کے کوئی کوئی اس میں لاجک ہونی چاہیے۔ نہیں، اس میں تو کوئی لاجک ہے نہیں۔ اس اس سوال میں جی،</w:t>
      </w:r>
    </w:p>
    <w:p>
      <w:r>
        <w:rPr>
          <w:b/>
        </w:rPr>
        <w:t xml:space="preserve">[1:13:22] </w:t>
      </w:r>
      <w:r>
        <w:t>ye to aisi hai jaise pehle zamane mein naam hota tha umar bin al-khattab. koi kahe ke sirf umar nahi keh sakte, tum umar bin al-khattab kaho ya ibn al-khattab bhi nahi keh sakte.</w:t>
      </w:r>
    </w:p>
    <w:p>
      <w:pPr>
        <w:jc w:val="right"/>
      </w:pPr>
      <w:r>
        <w:t>یہ تو ایسی ہے جیسے پہلے زمانے میں نام ہوتا تھا عمر بن الخطاب۔ کوئی کہے کہ صرف عمر نہیں کہہ سکتے، تم عمر بن الخطاب کہو یا ابن الخطاب بھی نہیں کہہ سکتے۔</w:t>
      </w:r>
    </w:p>
    <w:p>
      <w:r>
        <w:rPr>
          <w:b/>
        </w:rPr>
        <w:t xml:space="preserve">[1:13:34] </w:t>
      </w:r>
      <w:r>
        <w:t>ye koi sawal hi nahi hai, bhai, ye koi logic nahi hai is sawal mein.</w:t>
      </w:r>
    </w:p>
    <w:p>
      <w:pPr>
        <w:jc w:val="right"/>
      </w:pPr>
      <w:r>
        <w:t>یہ کوئی سوال ہی نہیں ہے، بھائی، یہ کوئی لاجک نہیں ہے اس سوال میں۔</w:t>
      </w:r>
    </w:p>
    <w:p>
      <w:r>
        <w:rPr>
          <w:b/>
        </w:rPr>
        <w:t xml:space="preserve">[1:13:41] </w:t>
      </w:r>
      <w:r>
        <w:t>okay, we we'll end the session now. thank you.</w:t>
      </w:r>
    </w:p>
    <w:p>
      <w:pPr>
        <w:jc w:val="right"/>
      </w:pPr>
      <w:r>
        <w:t>اوکے، وی ویل اینڈ دی سیشن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